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Spirituality in Islam (English) April 03, 2007 Maulana Wahiduddin Khan</w:t>
      </w:r>
    </w:p>
    <w:p>
      <w:r>
        <w:t>https://www.youtube.com/watch?v=4Ix13ols53s</w:t>
      </w:r>
    </w:p>
    <w:p>
      <w:r>
        <w:rPr>
          <w:b/>
        </w:rPr>
        <w:t xml:space="preserve">[00:10] </w:t>
      </w:r>
      <w:r>
        <w:t>ar rehman ar rahim, wa salla allah ala nabiyyil karim.</w:t>
      </w:r>
    </w:p>
    <w:p>
      <w:pPr>
        <w:jc w:val="right"/>
      </w:pPr>
      <w:r>
        <w:t>الرحمن الرحیم، وصلی اللہ علی النبی الکریم۔</w:t>
      </w:r>
    </w:p>
    <w:p>
      <w:r>
        <w:rPr>
          <w:b/>
        </w:rPr>
        <w:t xml:space="preserve">[00:13] </w:t>
      </w:r>
      <w:r>
        <w:t>rabbi shrah li sadri, wa yassir li amri, wahlul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[00:18] </w:t>
      </w:r>
      <w:r>
        <w:t>The theme for the present talk is spirituality or the concept of spirituality in Islam.</w:t>
      </w:r>
    </w:p>
    <w:p>
      <w:pPr>
        <w:jc w:val="right"/>
      </w:pPr>
      <w:r>
        <w:t>دا تھیم فار دا پریزنٹ ٹاک از سپریچولیٹی اور دا کانسیپٹ آف سپریچولیٹی ان اسلام۔</w:t>
      </w:r>
    </w:p>
    <w:p>
      <w:r>
        <w:rPr>
          <w:b/>
        </w:rPr>
        <w:t xml:space="preserve">[00:24] </w:t>
      </w:r>
      <w:r>
        <w:t>Spirituality is a very old discipline, and among Muslims, especially among Muslim Sufis, the equivalent to spirituality was</w:t>
      </w:r>
    </w:p>
    <w:p>
      <w:pPr>
        <w:jc w:val="right"/>
      </w:pPr>
      <w:r>
        <w:t>سپریچولیٹی از اے ویری اولڈ ڈسپلن، اینڈ امنگ مسلمز، اسپیشلی امنگ مسلم صوفیز، دا ایکولنٹ ٹو سپریچولیٹی واز</w:t>
      </w:r>
    </w:p>
    <w:p>
      <w:r>
        <w:rPr>
          <w:b/>
        </w:rPr>
        <w:t xml:space="preserve">[00:32] </w:t>
      </w:r>
      <w:r>
        <w:t>adopted as ruhaniyat.</w:t>
      </w:r>
    </w:p>
    <w:p>
      <w:pPr>
        <w:jc w:val="right"/>
      </w:pPr>
      <w:r>
        <w:t>اڈاپٹڈ ایز روحانیت۔</w:t>
      </w:r>
    </w:p>
    <w:p>
      <w:r>
        <w:rPr>
          <w:b/>
        </w:rPr>
        <w:t xml:space="preserve">[00:34] </w:t>
      </w:r>
      <w:r>
        <w:t>So according to their conception, ruhaniyat means spirituality.</w:t>
      </w:r>
    </w:p>
    <w:p>
      <w:pPr>
        <w:jc w:val="right"/>
      </w:pPr>
      <w:r>
        <w:t>سو اکارڈنگ ٹو دیر کنسیپشن، روحانیت مینز سپریچولیٹی۔</w:t>
      </w:r>
    </w:p>
    <w:p>
      <w:r>
        <w:rPr>
          <w:b/>
        </w:rPr>
        <w:t xml:space="preserve">[00:37] </w:t>
      </w:r>
      <w:r>
        <w:t>Although spirituality, although the root word of spirituality is Arabic, that is rooh, but ruhaniyat is</w:t>
      </w:r>
    </w:p>
    <w:p>
      <w:pPr>
        <w:jc w:val="right"/>
      </w:pPr>
      <w:r>
        <w:t>ال دو روحانیت، ال دو دا روٹ ورڈ آف روحانیت از عربک، دیٹ از روح، بٹ روحانیت از</w:t>
      </w:r>
    </w:p>
    <w:p>
      <w:r>
        <w:rPr>
          <w:b/>
        </w:rPr>
        <w:t xml:space="preserve">[00:45] </w:t>
      </w:r>
      <w:r>
        <w:t>not mentioned in the Quran.</w:t>
      </w:r>
    </w:p>
    <w:p>
      <w:pPr>
        <w:jc w:val="right"/>
      </w:pPr>
      <w:r>
        <w:t>ناٹ مینشن ان دا قرآن۔</w:t>
      </w:r>
    </w:p>
    <w:p>
      <w:r>
        <w:rPr>
          <w:b/>
        </w:rPr>
        <w:t xml:space="preserve">[00:47] </w:t>
      </w:r>
      <w:r>
        <w:t>This term you cannot find neither in the Quran or Hadith.</w:t>
      </w:r>
    </w:p>
    <w:p>
      <w:pPr>
        <w:jc w:val="right"/>
      </w:pPr>
      <w:r>
        <w:t>دس ٹرم یو کاناٹ فائنڈ نادر ان دا قرآن اور حدیث۔</w:t>
      </w:r>
    </w:p>
    <w:p>
      <w:r>
        <w:rPr>
          <w:b/>
        </w:rPr>
        <w:t xml:space="preserve">[00:52] </w:t>
      </w:r>
      <w:r>
        <w:t>Even the companions of the prophet, or companions of the companion of the prophet, never used this term,</w:t>
      </w:r>
    </w:p>
    <w:p>
      <w:pPr>
        <w:jc w:val="right"/>
      </w:pPr>
      <w:r>
        <w:t>ایون دا کمپینینز آف دا پرافٹ، اور کمپینینز آف دا کمپینن آف دا پرافٹ، نیور یوز دس ٹرم،</w:t>
      </w:r>
    </w:p>
    <w:p>
      <w:r>
        <w:rPr>
          <w:b/>
        </w:rPr>
        <w:t xml:space="preserve">[00:59] </w:t>
      </w:r>
      <w:r>
        <w:t>That is ruhaniyat.</w:t>
      </w:r>
    </w:p>
    <w:p>
      <w:pPr>
        <w:jc w:val="right"/>
      </w:pPr>
      <w:r>
        <w:t>دیٹ از روحانیت۔</w:t>
      </w:r>
    </w:p>
    <w:p>
      <w:r>
        <w:rPr>
          <w:b/>
        </w:rPr>
        <w:t xml:space="preserve">[01:01] </w:t>
      </w:r>
      <w:r>
        <w:t>So I wanted to know what is the real term for this discipline in the Quran.</w:t>
      </w:r>
    </w:p>
    <w:p>
      <w:pPr>
        <w:jc w:val="right"/>
      </w:pPr>
      <w:r>
        <w:t>سو آئی وانٹڈ ٹو نو واٹ از دا ریئل ٹرم فار دس ڈسپلن ان دا قرآن۔</w:t>
      </w:r>
    </w:p>
    <w:p>
      <w:r>
        <w:rPr>
          <w:b/>
        </w:rPr>
        <w:t xml:space="preserve">[01:08] </w:t>
      </w:r>
      <w:r>
        <w:t>I found that Quranic word for spirituality is al-Rabbaniyah.</w:t>
      </w:r>
    </w:p>
    <w:p>
      <w:pPr>
        <w:jc w:val="right"/>
      </w:pPr>
      <w:r>
        <w:t>آئی فاؤنڈ دیٹ قرآنک ورڈ فار سپریچولیٹی از الربانیہ۔</w:t>
      </w:r>
    </w:p>
    <w:p>
      <w:r>
        <w:rPr>
          <w:b/>
        </w:rPr>
        <w:t xml:space="preserve">[01:12] </w:t>
      </w:r>
      <w:r>
        <w:t>Al-Rabbaniah, this term is derived from Quranic verse.</w:t>
      </w:r>
    </w:p>
    <w:p>
      <w:pPr>
        <w:jc w:val="right"/>
      </w:pPr>
      <w:r>
        <w:t>الربانیہ، دس ٹرم از ڈرائیو فرام قرآنک ورس۔</w:t>
      </w:r>
    </w:p>
    <w:p>
      <w:r>
        <w:rPr>
          <w:b/>
        </w:rPr>
        <w:t xml:space="preserve">[01:15] </w:t>
      </w:r>
      <w:r>
        <w:t>There is a verse in the Quran: "Kunu rabbaniyyin".</w:t>
      </w:r>
    </w:p>
    <w:p>
      <w:pPr>
        <w:jc w:val="right"/>
      </w:pPr>
      <w:r>
        <w:t>دیر از ورس ان دا قرآن: "کونو ربانیین"۔</w:t>
      </w:r>
    </w:p>
    <w:p>
      <w:r>
        <w:rPr>
          <w:b/>
        </w:rPr>
        <w:t xml:space="preserve">[01:19] </w:t>
      </w:r>
      <w:r>
        <w:t>Kunu rabbaniyyin.</w:t>
      </w:r>
    </w:p>
    <w:p>
      <w:pPr>
        <w:jc w:val="right"/>
      </w:pPr>
      <w:r>
        <w:t>کونو ربانیین۔</w:t>
      </w:r>
    </w:p>
    <w:p>
      <w:r>
        <w:rPr>
          <w:b/>
        </w:rPr>
        <w:t xml:space="preserve">[01:20] </w:t>
      </w:r>
      <w:r>
        <w:t>Adopt the Rabbani way of life.</w:t>
      </w:r>
    </w:p>
    <w:p>
      <w:pPr>
        <w:jc w:val="right"/>
      </w:pPr>
      <w:r>
        <w:t>اڈاپٹ دا ربانی وے آف لائف۔</w:t>
      </w:r>
    </w:p>
    <w:p>
      <w:r>
        <w:rPr>
          <w:b/>
        </w:rPr>
        <w:t xml:space="preserve">[01:23] </w:t>
      </w:r>
      <w:r>
        <w:t>So in this verse, Quran uses Rabbani.</w:t>
      </w:r>
    </w:p>
    <w:p>
      <w:pPr>
        <w:jc w:val="right"/>
      </w:pPr>
      <w:r>
        <w:t>سو ان دس ورس، قرآن یوزز ربانی۔</w:t>
      </w:r>
    </w:p>
    <w:p>
      <w:r>
        <w:rPr>
          <w:b/>
        </w:rPr>
        <w:t xml:space="preserve">[01:26] </w:t>
      </w:r>
      <w:r>
        <w:t>So from this, I have kind of word Ar-Rabbaniyah.</w:t>
      </w:r>
    </w:p>
    <w:p>
      <w:pPr>
        <w:jc w:val="right"/>
      </w:pPr>
      <w:r>
        <w:t>سو فرام دس، آئی ہیو کائنڈ ا ورڈ الربانیہ۔</w:t>
      </w:r>
    </w:p>
    <w:p>
      <w:r>
        <w:rPr>
          <w:b/>
        </w:rPr>
        <w:t xml:space="preserve">[01:29] </w:t>
      </w:r>
      <w:r>
        <w:t>So, Quranic equivalent to spirituality is Ar-Rabbaniyah.</w:t>
      </w:r>
    </w:p>
    <w:p>
      <w:pPr>
        <w:jc w:val="right"/>
      </w:pPr>
      <w:r>
        <w:t>سو قرآنک ایکولنٹ ٹو سپریچولیٹی از الربانیہ۔</w:t>
      </w:r>
    </w:p>
    <w:p>
      <w:r>
        <w:rPr>
          <w:b/>
        </w:rPr>
        <w:t xml:space="preserve">[01:32] </w:t>
      </w:r>
      <w:r>
        <w:t>Now, Ar-Rabbaniyah also gives us a very clear definition of Quranic spirituality.</w:t>
      </w:r>
    </w:p>
    <w:p>
      <w:pPr>
        <w:jc w:val="right"/>
      </w:pPr>
      <w:r>
        <w:t>ناو، الربانیہ السو گیوز اس اے ویری کلیئر ڈیفینیشن آف قرآنک سپریچولیٹی۔</w:t>
      </w:r>
    </w:p>
    <w:p>
      <w:r>
        <w:rPr>
          <w:b/>
        </w:rPr>
        <w:t xml:space="preserve">[01:38] </w:t>
      </w:r>
      <w:r>
        <w:t>It means that Quranic spirituality is based on Rabb.</w:t>
      </w:r>
    </w:p>
    <w:p>
      <w:pPr>
        <w:jc w:val="right"/>
      </w:pPr>
      <w:r>
        <w:t>اٹ مینز دیٹ قرآنک سپریچولیٹی از بیسڈ ان رب۔</w:t>
      </w:r>
    </w:p>
    <w:p>
      <w:r>
        <w:rPr>
          <w:b/>
        </w:rPr>
        <w:t xml:space="preserve">[01:41] </w:t>
      </w:r>
      <w:r>
        <w:t>Rab-oriented thinking aur behavior.</w:t>
      </w:r>
    </w:p>
    <w:p>
      <w:pPr>
        <w:jc w:val="right"/>
      </w:pPr>
      <w:r>
        <w:t>رب اورینٹڈ تھنکنگ اور بیہیویئر۔</w:t>
      </w:r>
    </w:p>
    <w:p>
      <w:r>
        <w:rPr>
          <w:b/>
        </w:rPr>
        <w:t xml:space="preserve">[01:44] </w:t>
      </w:r>
      <w:r>
        <w:t>In other words, God-oriented thinking.</w:t>
      </w:r>
    </w:p>
    <w:p>
      <w:pPr>
        <w:jc w:val="right"/>
      </w:pPr>
      <w:r>
        <w:t>ان ادر ورڈز، گاڈ اورینٹڈ تھنکنگ۔</w:t>
      </w:r>
    </w:p>
    <w:p>
      <w:r>
        <w:rPr>
          <w:b/>
        </w:rPr>
        <w:t xml:space="preserve">[01:46] </w:t>
      </w:r>
      <w:r>
        <w:t>So Quranic spirituality, that is al-Rabbaniyah, is God-oriented spirituality.</w:t>
      </w:r>
    </w:p>
    <w:p>
      <w:pPr>
        <w:jc w:val="right"/>
      </w:pPr>
      <w:r>
        <w:t>سو قرآنک سپریچولیٹی، دیٹ از الربانیہ، از گاڈ اورینٹڈ سپریچولیٹی۔</w:t>
      </w:r>
    </w:p>
    <w:p>
      <w:r>
        <w:rPr>
          <w:b/>
        </w:rPr>
        <w:t xml:space="preserve">[01:50] </w:t>
      </w:r>
      <w:r>
        <w:t>This is very important, because you know, there are two categories of ruhaniyat or spirituality.</w:t>
      </w:r>
    </w:p>
    <w:p>
      <w:pPr>
        <w:jc w:val="right"/>
      </w:pPr>
      <w:r>
        <w:t>دس از ویری امپورٹنٹ، بیکاز یو نو، دیر از ٹو کیٹیگریز آف روحانیت اور سپریچولیٹی۔</w:t>
      </w:r>
    </w:p>
    <w:p>
      <w:r>
        <w:rPr>
          <w:b/>
        </w:rPr>
        <w:t xml:space="preserve">[01:57] </w:t>
      </w:r>
      <w:r>
        <w:t>One is heart-based spirituality, and the second is mind-based spirituality.</w:t>
      </w:r>
    </w:p>
    <w:p>
      <w:pPr>
        <w:jc w:val="right"/>
      </w:pPr>
      <w:r>
        <w:t>ون از ہارٹ بیسڈ سپریچولیٹی، اینڈ دا سیکنڈ از مائنڈ بیسڈ سپریچولیٹی۔</w:t>
      </w:r>
    </w:p>
    <w:p>
      <w:r>
        <w:rPr>
          <w:b/>
        </w:rPr>
        <w:t xml:space="preserve">[02:02] </w:t>
      </w:r>
      <w:r>
        <w:t>So, according to my study, Quranic spirituality is mind-based rather than heart-based.</w:t>
      </w:r>
    </w:p>
    <w:p>
      <w:pPr>
        <w:jc w:val="right"/>
      </w:pPr>
      <w:r>
        <w:t>سو اکارڈنگ ٹو مائی سٹڈی، قرآنک سپریچولیٹی از مائنڈ بیسڈ رادر دین ہارٹ بیسڈ۔</w:t>
      </w:r>
    </w:p>
    <w:p>
      <w:r>
        <w:rPr>
          <w:b/>
        </w:rPr>
        <w:t xml:space="preserve">[02:08] </w:t>
      </w:r>
      <w:r>
        <w:t>This is very important to understand.</w:t>
      </w:r>
    </w:p>
    <w:p>
      <w:pPr>
        <w:jc w:val="right"/>
      </w:pPr>
      <w:r>
        <w:t>دس از ویری امپورٹنٹ ٹو انڈرسٹینڈ۔</w:t>
      </w:r>
    </w:p>
    <w:p>
      <w:r>
        <w:rPr>
          <w:b/>
        </w:rPr>
        <w:t xml:space="preserve">[02:11] </w:t>
      </w:r>
      <w:r>
        <w:t>Now, although spirituality and mysticism, some people use the word mysticism or some other word,</w:t>
      </w:r>
    </w:p>
    <w:p>
      <w:pPr>
        <w:jc w:val="right"/>
      </w:pPr>
      <w:r>
        <w:t>ناو، ال دو روحانیت اور سپریچولیٹی اور مسٹیسزم، سم پیپل یوز دا ورڈ مسٹیسزم اور سم ادر ورڈ،</w:t>
      </w:r>
    </w:p>
    <w:p>
      <w:r>
        <w:rPr>
          <w:b/>
        </w:rPr>
        <w:t xml:space="preserve">[02:18] </w:t>
      </w:r>
      <w:r>
        <w:t>But all these disciplines were based on heart.</w:t>
      </w:r>
    </w:p>
    <w:p>
      <w:pPr>
        <w:jc w:val="right"/>
      </w:pPr>
      <w:r>
        <w:t>بٹ ال دیز ڈسپلن ویر بیسڈ ان ہارٹ۔</w:t>
      </w:r>
    </w:p>
    <w:p>
      <w:r>
        <w:rPr>
          <w:b/>
        </w:rPr>
        <w:t xml:space="preserve">[02:22] </w:t>
      </w:r>
      <w:r>
        <w:t>during pre-scientific period, although people who are engaged in this discipline were believing that the source</w:t>
      </w:r>
    </w:p>
    <w:p>
      <w:pPr>
        <w:jc w:val="right"/>
      </w:pPr>
      <w:r>
        <w:t>ڈیورنگ پری سائنٹیفک پیریڈ، ال دو پیپل ہو ار انگیجڈ ان دس ڈسپلن ویر بیلیونگ دیٹ دا سورس</w:t>
      </w:r>
    </w:p>
    <w:p>
      <w:r>
        <w:rPr>
          <w:b/>
        </w:rPr>
        <w:t xml:space="preserve">[02:29] </w:t>
      </w:r>
      <w:r>
        <w:t>of spirituality is heart.</w:t>
      </w:r>
    </w:p>
    <w:p>
      <w:pPr>
        <w:jc w:val="right"/>
      </w:pPr>
      <w:r>
        <w:t>آف سپریچولیٹی از ہارٹ۔</w:t>
      </w:r>
    </w:p>
    <w:p>
      <w:r>
        <w:rPr>
          <w:b/>
        </w:rPr>
        <w:t xml:space="preserve">[02:31] </w:t>
      </w:r>
      <w:r>
        <w:t>Among mystics, among monks, among Christian monks, among mystics, and also among Muslim Sufis, this was believed, this</w:t>
      </w:r>
    </w:p>
    <w:p>
      <w:pPr>
        <w:jc w:val="right"/>
      </w:pPr>
      <w:r>
        <w:t>امنگ مسٹکس، امنگ منکس، امنگ کرسچن منکس، امنگ مسٹکس، اینڈ السو امنگ مسلم صوفیز، دس واز بیلیوڈ، دس</w:t>
      </w:r>
    </w:p>
    <w:p>
      <w:r>
        <w:rPr>
          <w:b/>
        </w:rPr>
        <w:t xml:space="preserve">[02:39] </w:t>
      </w:r>
      <w:r>
        <w:t>was a widespread belief that heart is the source of spirituality.</w:t>
      </w:r>
    </w:p>
    <w:p>
      <w:pPr>
        <w:jc w:val="right"/>
      </w:pPr>
      <w:r>
        <w:t>واز اے وائیڈ سپریڈ بیلیو دیٹ ہارٹ از دا سورس آف سپریچولیٹی۔</w:t>
      </w:r>
    </w:p>
    <w:p>
      <w:r>
        <w:rPr>
          <w:b/>
        </w:rPr>
        <w:t xml:space="preserve">[02:44] </w:t>
      </w:r>
      <w:r>
        <w:t>But in post-scientific period, it is, it has been established that heart is nothing but a source</w:t>
      </w:r>
    </w:p>
    <w:p>
      <w:pPr>
        <w:jc w:val="right"/>
      </w:pPr>
      <w:r>
        <w:t>بٹ ان پوسٹ سائنٹیفک پیریڈ، اٹ از، اٹ ہیز بین اسٹیبلش دیٹ ہارٹ از نتھنگ بٹ ا سورس</w:t>
      </w:r>
    </w:p>
    <w:p>
      <w:r>
        <w:rPr>
          <w:b/>
        </w:rPr>
        <w:t xml:space="preserve">[02:52] </w:t>
      </w:r>
      <w:r>
        <w:t>of blood circulation.</w:t>
      </w:r>
    </w:p>
    <w:p>
      <w:pPr>
        <w:jc w:val="right"/>
      </w:pPr>
      <w:r>
        <w:t>آف بلڈ سرکولیشن۔</w:t>
      </w:r>
    </w:p>
    <w:p>
      <w:r>
        <w:rPr>
          <w:b/>
        </w:rPr>
        <w:t xml:space="preserve">[02:53] </w:t>
      </w:r>
      <w:r>
        <w:t>God, heart is, has no thinking capacity, only mind has the thinking capacity.</w:t>
      </w:r>
    </w:p>
    <w:p>
      <w:pPr>
        <w:jc w:val="right"/>
      </w:pPr>
      <w:r>
        <w:t>گاڈ، ہارٹ از، ہیز نو تھنکنگ کپیسٹی، اونلی مائنڈ ہیز دا تھنکنگ کپیسٹی۔</w:t>
      </w:r>
    </w:p>
    <w:p>
      <w:r>
        <w:rPr>
          <w:b/>
        </w:rPr>
        <w:t xml:space="preserve">[02:59] </w:t>
      </w:r>
      <w:r>
        <w:t>So now, I think that in post-scientific era, the Islamic concept of spirituality is become valid, because</w:t>
      </w:r>
    </w:p>
    <w:p>
      <w:pPr>
        <w:jc w:val="right"/>
      </w:pPr>
      <w:r>
        <w:t>سو ناو، آئی تھنک دیٹ ان پوسٹ سائنٹیفک ایرا، دا اسلامک کانسیپٹ آف سپریچولیٹی از بیکم ویلڈ، بیکاز</w:t>
      </w:r>
    </w:p>
    <w:p>
      <w:r>
        <w:rPr>
          <w:b/>
        </w:rPr>
        <w:t xml:space="preserve">[03:07] </w:t>
      </w:r>
      <w:r>
        <w:t>Islamic spirituality was based on aql, not on qalb, not on heart.</w:t>
      </w:r>
    </w:p>
    <w:p>
      <w:pPr>
        <w:jc w:val="right"/>
      </w:pPr>
      <w:r>
        <w:t>اسلامک سپریچولیٹی واز بیسڈ ان عقل، ناٹ ان قلب، ناٹ ان ہارٹ۔</w:t>
      </w:r>
    </w:p>
    <w:p>
      <w:r>
        <w:rPr>
          <w:b/>
        </w:rPr>
        <w:t xml:space="preserve">[03:12] </w:t>
      </w:r>
      <w:r>
        <w:t>So when it is proved that heart is nothing but blood circulation, so it became invalid to say</w:t>
      </w:r>
    </w:p>
    <w:p>
      <w:pPr>
        <w:jc w:val="right"/>
      </w:pPr>
      <w:r>
        <w:t>سو وین اٹ از پروف دیٹ ہارٹ از نتھنگ بٹ بلڈ سرکولیشن، سو اٹ بیکم انویلڈ ٹو سے</w:t>
      </w:r>
    </w:p>
    <w:p>
      <w:r>
        <w:rPr>
          <w:b/>
        </w:rPr>
        <w:t xml:space="preserve">[03:19] </w:t>
      </w:r>
      <w:r>
        <w:t>That heart is the source of spirituality.</w:t>
      </w:r>
    </w:p>
    <w:p>
      <w:pPr>
        <w:jc w:val="right"/>
      </w:pPr>
      <w:r>
        <w:t>دیٹ ہارٹ از دا سورس آف سپریچولیٹی۔</w:t>
      </w:r>
    </w:p>
    <w:p>
      <w:r>
        <w:rPr>
          <w:b/>
        </w:rPr>
        <w:t xml:space="preserve">[03:22] </w:t>
      </w:r>
      <w:r>
        <w:t>So now, Islamic spirituality is prevailing concept.</w:t>
      </w:r>
    </w:p>
    <w:p>
      <w:pPr>
        <w:jc w:val="right"/>
      </w:pPr>
      <w:r>
        <w:t>سو ناو، اسلامک سپریچولیٹی از پریویلنگ کانسیپٹ۔</w:t>
      </w:r>
    </w:p>
    <w:p>
      <w:r>
        <w:rPr>
          <w:b/>
        </w:rPr>
        <w:t xml:space="preserve">[03:25] </w:t>
      </w:r>
      <w:r>
        <w:t>Deen, according to this categorization, there are two ways of spirituality, two methods of spirituality.</w:t>
      </w:r>
    </w:p>
    <w:p>
      <w:pPr>
        <w:jc w:val="right"/>
      </w:pPr>
      <w:r>
        <w:t>دین، اکارڈنگ ٹو دس کیٹیگرائزیشن، دیر ٹو وےز آف سپریچولیٹی، ٹو میتھڈز آف سپریچولیٹی۔</w:t>
      </w:r>
    </w:p>
    <w:p>
      <w:r>
        <w:rPr>
          <w:b/>
        </w:rPr>
        <w:t xml:space="preserve">[03:31] </w:t>
      </w:r>
      <w:r>
        <w:t>One is based on meditation or muraqabah, and the second is based on contemplation or thinking.</w:t>
      </w:r>
    </w:p>
    <w:p>
      <w:pPr>
        <w:jc w:val="right"/>
      </w:pPr>
      <w:r>
        <w:t>ون از بیسڈ ان میڈیٹیشن اور مراقبہ، اینڈ دا سیکنڈ از بیسڈ ان کنٹمپلیشن اور تھنکنگ۔</w:t>
      </w:r>
    </w:p>
    <w:p>
      <w:r>
        <w:rPr>
          <w:b/>
        </w:rPr>
        <w:t xml:space="preserve">[03:38] </w:t>
      </w:r>
      <w:r>
        <w:t>The Quranic word for this is al-tafakkur aw al-tadabbur.</w:t>
      </w:r>
    </w:p>
    <w:p>
      <w:pPr>
        <w:jc w:val="right"/>
      </w:pPr>
      <w:r>
        <w:t>دا قرآنک ورڈ فار دس از التفکر اور التدبر۔</w:t>
      </w:r>
    </w:p>
    <w:p>
      <w:r>
        <w:rPr>
          <w:b/>
        </w:rPr>
        <w:t xml:space="preserve">[03:42] </w:t>
      </w:r>
      <w:r>
        <w:t>Quranic word is al-tafakkur and al-tadabbur, it means thinking or contemplation.</w:t>
      </w:r>
    </w:p>
    <w:p>
      <w:pPr>
        <w:jc w:val="right"/>
      </w:pPr>
      <w:r>
        <w:t>قرآنک ورڈ از التفکر اور التدبر، اٹ مینز تھنکنگ اور کنٹمپلیشن۔</w:t>
      </w:r>
    </w:p>
    <w:p>
      <w:r>
        <w:rPr>
          <w:b/>
        </w:rPr>
        <w:t xml:space="preserve">[03:47] </w:t>
      </w:r>
      <w:r>
        <w:t>One senior companion, his name was Abu Darda.</w:t>
      </w:r>
    </w:p>
    <w:p>
      <w:pPr>
        <w:jc w:val="right"/>
      </w:pPr>
      <w:r>
        <w:t>ون سینئر کمپینن، ہز نیم واز ابو دردہ۔</w:t>
      </w:r>
    </w:p>
    <w:p>
      <w:r>
        <w:rPr>
          <w:b/>
        </w:rPr>
        <w:t xml:space="preserve">[03:50] </w:t>
      </w:r>
      <w:r>
        <w:t>So after his death, someone asked to his wife, Umm Darda, what was the special ibadah of</w:t>
      </w:r>
    </w:p>
    <w:p>
      <w:pPr>
        <w:jc w:val="right"/>
      </w:pPr>
      <w:r>
        <w:t>سو افٹر ہز ڈیتھ، سم ون اسکڈ ٹو ہز وائف، ام دردہ، واٹ واز دا اسپیشل عبادہ اف</w:t>
      </w:r>
    </w:p>
    <w:p>
      <w:r>
        <w:rPr>
          <w:b/>
        </w:rPr>
        <w:t xml:space="preserve">[03:58] </w:t>
      </w:r>
      <w:r>
        <w:t>Abu Darda? She said, "al-tafakkur".</w:t>
      </w:r>
    </w:p>
    <w:p>
      <w:pPr>
        <w:jc w:val="right"/>
      </w:pPr>
      <w:r>
        <w:t>ابو دردہ؟ شی سیڈ، "التفکر"۔</w:t>
      </w:r>
    </w:p>
    <w:p>
      <w:r>
        <w:rPr>
          <w:b/>
        </w:rPr>
        <w:t xml:space="preserve">[04:00] </w:t>
      </w:r>
      <w:r>
        <w:t>Tafakkur means contemplation, thinking.</w:t>
      </w:r>
    </w:p>
    <w:p>
      <w:pPr>
        <w:jc w:val="right"/>
      </w:pPr>
      <w:r>
        <w:t>تفکر مینز کنٹمپلیشن، تھنکنگ۔</w:t>
      </w:r>
    </w:p>
    <w:p>
      <w:r>
        <w:rPr>
          <w:b/>
        </w:rPr>
        <w:t xml:space="preserve">[04:02] </w:t>
      </w:r>
      <w:r>
        <w:t>So this was the Islamic spirituality or Quranic spirituality.</w:t>
      </w:r>
    </w:p>
    <w:p>
      <w:pPr>
        <w:jc w:val="right"/>
      </w:pPr>
      <w:r>
        <w:t>سو دس واز دا اسلامک سپریچولیٹی اور قرآنک سپریچولیٹی۔</w:t>
      </w:r>
    </w:p>
    <w:p>
      <w:r>
        <w:rPr>
          <w:b/>
        </w:rPr>
        <w:t xml:space="preserve">[04:06] </w:t>
      </w:r>
      <w:r>
        <w:t>During the Prophet, during companions, but in later period, Muslims, Muslim Sufis adopted heart-based spirituality.</w:t>
      </w:r>
    </w:p>
    <w:p>
      <w:pPr>
        <w:jc w:val="right"/>
      </w:pPr>
      <w:r>
        <w:t>ڈیورنگ دا پرافٹ، ڈیورنگ کمپینینز، بٹ ان لیٹر پیریڈ، مسلمز، مسلم صوفیز اڈاپٹڈ ہارٹ بیسڈ سپریچولیٹی۔</w:t>
      </w:r>
    </w:p>
    <w:p>
      <w:r>
        <w:rPr>
          <w:b/>
        </w:rPr>
        <w:t xml:space="preserve">[04:13] </w:t>
      </w:r>
      <w:r>
        <w:t>So their spirituality, they adopted the method of muraqabah, that is meditation, but according to my study, it</w:t>
      </w:r>
    </w:p>
    <w:p>
      <w:pPr>
        <w:jc w:val="right"/>
      </w:pPr>
      <w:r>
        <w:t>سو دیر سپریچولیٹی، دیر اڈاپٹڈ دا میتھڈ آف مراقبہ، دیٹ از میڈیٹیشن، بٹ اکارڈنگ ٹو مائی سٹڈی، اٹ</w:t>
      </w:r>
    </w:p>
    <w:p>
      <w:r>
        <w:rPr>
          <w:b/>
        </w:rPr>
        <w:t xml:space="preserve">[04:20] </w:t>
      </w:r>
      <w:r>
        <w:t>is not correct, it is not Islamic.</w:t>
      </w:r>
    </w:p>
    <w:p>
      <w:pPr>
        <w:jc w:val="right"/>
      </w:pPr>
      <w:r>
        <w:t>از ناٹ کریکٹ، اٹ از ناٹ اسلامک۔</w:t>
      </w:r>
    </w:p>
    <w:p>
      <w:r>
        <w:rPr>
          <w:b/>
        </w:rPr>
        <w:t xml:space="preserve">[04:23] </w:t>
      </w:r>
      <w:r>
        <w:t>All those practices that are based on muraqaba or meditation are un-Islamic.</w:t>
      </w:r>
    </w:p>
    <w:p>
      <w:pPr>
        <w:jc w:val="right"/>
      </w:pPr>
      <w:r>
        <w:t>ال دو پریکٹسز دیٹ ار بیسڈ ان مراقبہ اور میڈیٹیشن ار ان اسلامک۔</w:t>
      </w:r>
    </w:p>
    <w:p>
      <w:r>
        <w:rPr>
          <w:b/>
        </w:rPr>
        <w:t xml:space="preserve">[04:29] </w:t>
      </w:r>
      <w:r>
        <w:t>So Islamic spirituality is based on al-tafakkur awr al-tadabbur.</w:t>
      </w:r>
    </w:p>
    <w:p>
      <w:pPr>
        <w:jc w:val="right"/>
      </w:pPr>
      <w:r>
        <w:t>سو اسلامک سپریچولیٹی از بیسڈ ان التفکر اور التدبر۔</w:t>
      </w:r>
    </w:p>
    <w:p>
      <w:r>
        <w:rPr>
          <w:b/>
        </w:rPr>
        <w:t xml:space="preserve">[04:33] </w:t>
      </w:r>
      <w:r>
        <w:t>There are dozens of verses that tell us that Quranic way of thinking is al-tafakkur.</w:t>
      </w:r>
    </w:p>
    <w:p>
      <w:pPr>
        <w:jc w:val="right"/>
      </w:pPr>
      <w:r>
        <w:t>دیر ار ڈزنز اف ورسز دیٹ ٹیل اس دیٹ قرآنک وے آف تھنکنگ از التفکر۔</w:t>
      </w:r>
    </w:p>
    <w:p>
      <w:r>
        <w:rPr>
          <w:b/>
        </w:rPr>
        <w:t xml:space="preserve">[04:39] </w:t>
      </w:r>
      <w:r>
        <w:t>Even the Quran was revealed for this purpose.</w:t>
      </w:r>
    </w:p>
    <w:p>
      <w:pPr>
        <w:jc w:val="right"/>
      </w:pPr>
      <w:r>
        <w:t>ایون دا قرآن واز ریویلڈ فار دس پرپس۔</w:t>
      </w:r>
    </w:p>
    <w:p>
      <w:r>
        <w:rPr>
          <w:b/>
        </w:rPr>
        <w:t xml:space="preserve">[04:43] </w:t>
      </w:r>
      <w:r>
        <w:t>Quran was revealed for this purpose, that is al-tadabbur wa al-tafakkur, that is thinking.</w:t>
      </w:r>
    </w:p>
    <w:p>
      <w:pPr>
        <w:jc w:val="right"/>
      </w:pPr>
      <w:r>
        <w:t>قرآن واز ریویلڈ فار دس پرپس، دیٹ از التدبر اور التفکر، دیٹ از تھنکنگ۔</w:t>
      </w:r>
    </w:p>
    <w:p>
      <w:r>
        <w:rPr>
          <w:b/>
        </w:rPr>
        <w:t xml:space="preserve">[04:49] </w:t>
      </w:r>
      <w:r>
        <w:t>So in the heart-based spirituality, they try to stop thinking.</w:t>
      </w:r>
    </w:p>
    <w:p>
      <w:pPr>
        <w:jc w:val="right"/>
      </w:pPr>
      <w:r>
        <w:t>سو ان دا ہارٹ بیسڈ سپریچولیٹی، دے ٹرائی ٹو سٹاپ تھنکنگ۔</w:t>
      </w:r>
    </w:p>
    <w:p>
      <w:r>
        <w:rPr>
          <w:b/>
        </w:rPr>
        <w:t xml:space="preserve">[04:53] </w:t>
      </w:r>
      <w:r>
        <w:t>They always say, "Stop thinking."</w:t>
      </w:r>
    </w:p>
    <w:p>
      <w:pPr>
        <w:jc w:val="right"/>
      </w:pPr>
      <w:r>
        <w:t>دے الویز سے سٹاپ تھنکنگ۔</w:t>
      </w:r>
    </w:p>
    <w:p>
      <w:r>
        <w:rPr>
          <w:b/>
        </w:rPr>
        <w:t xml:space="preserve">[04:55] </w:t>
      </w:r>
      <w:r>
        <w:t>When one goes to muraqaba or meditation, he stops his thinking.</w:t>
      </w:r>
    </w:p>
    <w:p>
      <w:pPr>
        <w:jc w:val="right"/>
      </w:pPr>
      <w:r>
        <w:t>وین ون گوز ٹو مراقبہ اور میڈیٹیشن، ہی سٹاپس ہز تھنکنگ۔</w:t>
      </w:r>
    </w:p>
    <w:p>
      <w:r>
        <w:rPr>
          <w:b/>
        </w:rPr>
        <w:t xml:space="preserve">[05:00] </w:t>
      </w:r>
      <w:r>
        <w:t>But it is, according to my experience, it is reduced form of spirituality.</w:t>
      </w:r>
    </w:p>
    <w:p>
      <w:pPr>
        <w:jc w:val="right"/>
      </w:pPr>
      <w:r>
        <w:t>بٹ اٹ از، اکارڈنگ ٹو مائی ایکسپیرینس، اٹ از ریڈیوسڈ فارم آف سپریچولیٹی۔</w:t>
      </w:r>
    </w:p>
    <w:p>
      <w:r>
        <w:rPr>
          <w:b/>
        </w:rPr>
        <w:t xml:space="preserve">[05:06] </w:t>
      </w:r>
      <w:r>
        <w:t>Because when you stop your thinking, you become just like animal.</w:t>
      </w:r>
    </w:p>
    <w:p>
      <w:pPr>
        <w:jc w:val="right"/>
      </w:pPr>
      <w:r>
        <w:t>بیکاز وین یو سٹاپ یور تھنکنگ، یو بیکم جسٹ لائک اینیمل۔</w:t>
      </w:r>
    </w:p>
    <w:p>
      <w:r>
        <w:rPr>
          <w:b/>
        </w:rPr>
        <w:t xml:space="preserve">[05:10] </w:t>
      </w:r>
      <w:r>
        <w:t>The distinction between man and animal is mind.</w:t>
      </w:r>
    </w:p>
    <w:p>
      <w:pPr>
        <w:jc w:val="right"/>
      </w:pPr>
      <w:r>
        <w:t>دا ڈسٹنکشن بٹوین مین اینڈ اینیمل از مائنڈ۔</w:t>
      </w:r>
    </w:p>
    <w:p>
      <w:r>
        <w:rPr>
          <w:b/>
        </w:rPr>
        <w:t xml:space="preserve">[05:14] </w:t>
      </w:r>
      <w:r>
        <w:t>Only human, only man has a mind that has an normal capacity of thinking.</w:t>
      </w:r>
    </w:p>
    <w:p>
      <w:pPr>
        <w:jc w:val="right"/>
      </w:pPr>
      <w:r>
        <w:t>اونلی ہیومن، اونلی مین ہیز ا مائنڈ دیٹ ہیز انارمل کپیسٹی آف تھنکنگ۔</w:t>
      </w:r>
    </w:p>
    <w:p>
      <w:r>
        <w:rPr>
          <w:b/>
        </w:rPr>
        <w:t xml:space="preserve">[05:19] </w:t>
      </w:r>
      <w:r>
        <w:t>But animal has no, animal have no such minds.</w:t>
      </w:r>
    </w:p>
    <w:p>
      <w:pPr>
        <w:jc w:val="right"/>
      </w:pPr>
      <w:r>
        <w:t>بٹ اینیمل ہیز نو، اینیمل ہیو نو سچ مائنڈز۔</w:t>
      </w:r>
    </w:p>
    <w:p>
      <w:r>
        <w:rPr>
          <w:b/>
        </w:rPr>
        <w:t xml:space="preserve">[05:23] </w:t>
      </w:r>
      <w:r>
        <w:t>So when you say that stop your thinking, then you are animalization a man.</w:t>
      </w:r>
    </w:p>
    <w:p>
      <w:pPr>
        <w:jc w:val="right"/>
      </w:pPr>
      <w:r>
        <w:t>سو وین یو سے دیٹ سٹاپ یور تھنکنگ، دین یو آر اینیملائزیشن ا مین۔</w:t>
      </w:r>
    </w:p>
    <w:p>
      <w:r>
        <w:rPr>
          <w:b/>
        </w:rPr>
        <w:t xml:space="preserve">[05:29] </w:t>
      </w:r>
      <w:r>
        <w:t>It is this technique, because of this technique, their goal is quite different.</w:t>
      </w:r>
    </w:p>
    <w:p>
      <w:pPr>
        <w:jc w:val="right"/>
      </w:pPr>
      <w:r>
        <w:t>اٹ از دس ٹیکنیک، بیکاز اف دس ٹیکنیک، دیر گول از کوائٹ ڈفرنٹ۔</w:t>
      </w:r>
    </w:p>
    <w:p>
      <w:r>
        <w:rPr>
          <w:b/>
        </w:rPr>
        <w:t xml:space="preserve">[05:35] </w:t>
      </w:r>
      <w:r>
        <w:t>According to Islamic spirituality, the goal of spirituality is spiritual development, intellectual development.</w:t>
      </w:r>
    </w:p>
    <w:p>
      <w:pPr>
        <w:jc w:val="right"/>
      </w:pPr>
      <w:r>
        <w:t>اکارڈنگ ٹو اسلامک سپریچولیٹی، دا گول آف سپریچولیٹی از سپریچول ڈیولپمنٹ، انٹلیکچول ڈیولپمنٹ۔</w:t>
      </w:r>
    </w:p>
    <w:p>
      <w:r>
        <w:rPr>
          <w:b/>
        </w:rPr>
        <w:t xml:space="preserve">[05:40] </w:t>
      </w:r>
      <w:r>
        <w:t>But in the heart-based spirituality, the goal is ecstasy.</w:t>
      </w:r>
    </w:p>
    <w:p>
      <w:pPr>
        <w:jc w:val="right"/>
      </w:pPr>
      <w:r>
        <w:t>بٹ ان دا ہارٹ بیسڈ سپریچولیٹی، دا گول از ایکسٹسی۔</w:t>
      </w:r>
    </w:p>
    <w:p>
      <w:r>
        <w:rPr>
          <w:b/>
        </w:rPr>
        <w:t xml:space="preserve">[05:45] </w:t>
      </w:r>
      <w:r>
        <w:t>That is wajd.</w:t>
      </w:r>
    </w:p>
    <w:p>
      <w:pPr>
        <w:jc w:val="right"/>
      </w:pPr>
      <w:r>
        <w:t>دیٹ از وجد۔</w:t>
      </w:r>
    </w:p>
    <w:p>
      <w:r>
        <w:rPr>
          <w:b/>
        </w:rPr>
        <w:t xml:space="preserve">[05:46] </w:t>
      </w:r>
      <w:r>
        <w:t>In Persian, it is wajd.</w:t>
      </w:r>
    </w:p>
    <w:p>
      <w:pPr>
        <w:jc w:val="right"/>
      </w:pPr>
      <w:r>
        <w:t>ان پرشین، اٹ از وجد۔</w:t>
      </w:r>
    </w:p>
    <w:p>
      <w:r>
        <w:rPr>
          <w:b/>
        </w:rPr>
        <w:t xml:space="preserve">[05:48] </w:t>
      </w:r>
      <w:r>
        <w:t>In English, you can say that ecstasy.</w:t>
      </w:r>
    </w:p>
    <w:p>
      <w:pPr>
        <w:jc w:val="right"/>
      </w:pPr>
      <w:r>
        <w:t>ان انگلش، یو کین سے دیٹ ایکسٹسی۔</w:t>
      </w:r>
    </w:p>
    <w:p>
      <w:r>
        <w:rPr>
          <w:b/>
        </w:rPr>
        <w:t xml:space="preserve">[05:51] </w:t>
      </w:r>
      <w:r>
        <w:t>So their goal is to achieve the state of ecstasy.</w:t>
      </w:r>
    </w:p>
    <w:p>
      <w:pPr>
        <w:jc w:val="right"/>
      </w:pPr>
      <w:r>
        <w:t>سو دیر گول از ٹو اچیو دا اسٹیٹ آف ایکسٹسی۔</w:t>
      </w:r>
    </w:p>
    <w:p>
      <w:r>
        <w:rPr>
          <w:b/>
        </w:rPr>
        <w:t xml:space="preserve">[05:56] </w:t>
      </w:r>
      <w:r>
        <w:t>Ecstasy means wajd.</w:t>
      </w:r>
    </w:p>
    <w:p>
      <w:pPr>
        <w:jc w:val="right"/>
      </w:pPr>
      <w:r>
        <w:t>ایکسٹسی مینز وجد۔</w:t>
      </w:r>
    </w:p>
    <w:p>
      <w:r>
        <w:rPr>
          <w:b/>
        </w:rPr>
        <w:t xml:space="preserve">[05:57] </w:t>
      </w:r>
      <w:r>
        <w:t>without making yourself, making yourself just like animal.</w:t>
      </w:r>
    </w:p>
    <w:p>
      <w:pPr>
        <w:jc w:val="right"/>
      </w:pPr>
      <w:r>
        <w:t>وداؤٹ میکنگ یور سیلف، میکنگ یور سیلف جسٹ لائک اینیمل۔</w:t>
      </w:r>
    </w:p>
    <w:p>
      <w:r>
        <w:rPr>
          <w:b/>
        </w:rPr>
        <w:t xml:space="preserve">[06:01] </w:t>
      </w:r>
      <w:r>
        <w:t>So although their technique, although, maybe their technique gives you some kind of solace, some</w:t>
      </w:r>
    </w:p>
    <w:p>
      <w:pPr>
        <w:jc w:val="right"/>
      </w:pPr>
      <w:r>
        <w:t>سو ال دو، دیر ٹیکنیک، ال دو، می بی دیر ٹیکنیک گیوز یو سم کائنڈ آف سولس، سم</w:t>
      </w:r>
    </w:p>
    <w:p>
      <w:r>
        <w:rPr>
          <w:b/>
        </w:rPr>
        <w:t xml:space="preserve">[06:09] </w:t>
      </w:r>
      <w:r>
        <w:t>kind of peace.</w:t>
      </w:r>
    </w:p>
    <w:p>
      <w:pPr>
        <w:jc w:val="right"/>
      </w:pPr>
      <w:r>
        <w:t>کائنڈ آف پیس۔</w:t>
      </w:r>
    </w:p>
    <w:p>
      <w:r>
        <w:rPr>
          <w:b/>
        </w:rPr>
        <w:t xml:space="preserve">[06:11] </w:t>
      </w:r>
      <w:r>
        <w:t>But peace is nothing.</w:t>
      </w:r>
    </w:p>
    <w:p>
      <w:pPr>
        <w:jc w:val="right"/>
      </w:pPr>
      <w:r>
        <w:t>بٹ پیس از نتھنگ۔</w:t>
      </w:r>
    </w:p>
    <w:p>
      <w:r>
        <w:rPr>
          <w:b/>
        </w:rPr>
        <w:t xml:space="preserve">[06:12] </w:t>
      </w:r>
      <w:r>
        <w:t>Without intellectual development, peace is nothing.</w:t>
      </w:r>
    </w:p>
    <w:p>
      <w:pPr>
        <w:jc w:val="right"/>
      </w:pPr>
      <w:r>
        <w:t>وداؤٹ انٹلیکچول ڈیولپمنٹ، پیس از نتھنگ۔</w:t>
      </w:r>
    </w:p>
    <w:p>
      <w:r>
        <w:rPr>
          <w:b/>
        </w:rPr>
        <w:t xml:space="preserve">[06:15] </w:t>
      </w:r>
      <w:r>
        <w:t>Every animal has mental peace in this sense.</w:t>
      </w:r>
    </w:p>
    <w:p>
      <w:pPr>
        <w:jc w:val="right"/>
      </w:pPr>
      <w:r>
        <w:t>ایوری اینیمل ہیز مینٹل پیس ان دس سینس۔</w:t>
      </w:r>
    </w:p>
    <w:p>
      <w:r>
        <w:rPr>
          <w:b/>
        </w:rPr>
        <w:t xml:space="preserve">[06:18] </w:t>
      </w:r>
      <w:r>
        <w:t>Every stone, every animal are peaceful.</w:t>
      </w:r>
    </w:p>
    <w:p>
      <w:pPr>
        <w:jc w:val="right"/>
      </w:pPr>
      <w:r>
        <w:t>ایوری سٹون، ایوری اینیمل ار پیس فل۔</w:t>
      </w:r>
    </w:p>
    <w:p>
      <w:r>
        <w:rPr>
          <w:b/>
        </w:rPr>
        <w:t xml:space="preserve">[06:21] </w:t>
      </w:r>
      <w:r>
        <w:t>They have no problem.</w:t>
      </w:r>
    </w:p>
    <w:p>
      <w:pPr>
        <w:jc w:val="right"/>
      </w:pPr>
      <w:r>
        <w:t>دے ہیو نو پرابلم۔</w:t>
      </w:r>
    </w:p>
    <w:p>
      <w:r>
        <w:rPr>
          <w:b/>
        </w:rPr>
        <w:t xml:space="preserve">[06:23] </w:t>
      </w:r>
      <w:r>
        <w:t>So this is not very good.</w:t>
      </w:r>
    </w:p>
    <w:p>
      <w:pPr>
        <w:jc w:val="right"/>
      </w:pPr>
      <w:r>
        <w:t>سو دس از ناٹ ویری گڈ۔</w:t>
      </w:r>
    </w:p>
    <w:p>
      <w:r>
        <w:rPr>
          <w:b/>
        </w:rPr>
        <w:t xml:space="preserve">[06:26] </w:t>
      </w:r>
      <w:r>
        <w:t>Man has an normal capacity, an normal intellectual capacity, limited or unlimited mind.</w:t>
      </w:r>
    </w:p>
    <w:p>
      <w:pPr>
        <w:jc w:val="right"/>
      </w:pPr>
      <w:r>
        <w:t>مین ہیز انارمل کپیسٹی، انارمل انٹلیکچول کپیسٹی، لمیٹڈ اور ان لمیٹڈ مائنڈ۔</w:t>
      </w:r>
    </w:p>
    <w:p>
      <w:r>
        <w:rPr>
          <w:b/>
        </w:rPr>
        <w:t xml:space="preserve">[06:31] </w:t>
      </w:r>
      <w:r>
        <w:t>So you have to develop your mind.</w:t>
      </w:r>
    </w:p>
    <w:p>
      <w:pPr>
        <w:jc w:val="right"/>
      </w:pPr>
      <w:r>
        <w:t>سو یو ہیو ٹو ڈیولپ یور مائنڈ۔</w:t>
      </w:r>
    </w:p>
    <w:p>
      <w:r>
        <w:rPr>
          <w:b/>
        </w:rPr>
        <w:t xml:space="preserve">[06:34] </w:t>
      </w:r>
      <w:r>
        <w:t>You have to develop your intellectual capacity.</w:t>
      </w:r>
    </w:p>
    <w:p>
      <w:pPr>
        <w:jc w:val="right"/>
      </w:pPr>
      <w:r>
        <w:t>یو ہیو ٹو ڈیولپ یور انٹلیکچول کپیسٹی۔</w:t>
      </w:r>
    </w:p>
    <w:p>
      <w:r>
        <w:rPr>
          <w:b/>
        </w:rPr>
        <w:t xml:space="preserve">[06:37] </w:t>
      </w:r>
      <w:r>
        <w:t>You have to link your spirituality to intellectual development.</w:t>
      </w:r>
    </w:p>
    <w:p>
      <w:pPr>
        <w:jc w:val="right"/>
      </w:pPr>
      <w:r>
        <w:t>یو ہیو ٹو لنک یور سپریچولیٹی ٹو انٹلیکچول ڈیولپمنٹ۔</w:t>
      </w:r>
    </w:p>
    <w:p>
      <w:r>
        <w:rPr>
          <w:b/>
        </w:rPr>
        <w:t xml:space="preserve">[06:41] </w:t>
      </w:r>
      <w:r>
        <w:t>So according to my experience, spirituality means spiritual development.</w:t>
      </w:r>
    </w:p>
    <w:p>
      <w:pPr>
        <w:jc w:val="right"/>
      </w:pPr>
      <w:r>
        <w:t>سو اکارڈنگ ٹو مائی ایکسپیرینس، سپریچولیٹی مینز سپریچول ڈیولپمنٹ۔</w:t>
      </w:r>
    </w:p>
    <w:p>
      <w:r>
        <w:rPr>
          <w:b/>
        </w:rPr>
        <w:t xml:space="preserve">[06:44] </w:t>
      </w:r>
      <w:r>
        <w:t>Spiritual development means intellectual development.</w:t>
      </w:r>
    </w:p>
    <w:p>
      <w:pPr>
        <w:jc w:val="right"/>
      </w:pPr>
      <w:r>
        <w:t>سپریچول ڈیولپمنٹ مینز انٹلیکچول ڈیولپمنٹ۔</w:t>
      </w:r>
    </w:p>
    <w:p>
      <w:r>
        <w:rPr>
          <w:b/>
        </w:rPr>
        <w:t xml:space="preserve">[06:47] </w:t>
      </w:r>
      <w:r>
        <w:t>Without intellectual development, a man is less like animal.</w:t>
      </w:r>
    </w:p>
    <w:p>
      <w:pPr>
        <w:jc w:val="right"/>
      </w:pPr>
      <w:r>
        <w:t>وداؤٹ انٹلیکچول ڈیولپمنٹ، ا مین از لیس لائک اینیمل۔</w:t>
      </w:r>
    </w:p>
    <w:p>
      <w:r>
        <w:rPr>
          <w:b/>
        </w:rPr>
        <w:t xml:space="preserve">[06:50] </w:t>
      </w:r>
      <w:r>
        <w:t>So this is the basic difference between mind-based spirituality, there is Islamic spirituality, and heart-based spirituality,</w:t>
      </w:r>
    </w:p>
    <w:p>
      <w:pPr>
        <w:jc w:val="right"/>
      </w:pPr>
      <w:r>
        <w:t>سو دس از دا بیسک ڈیفرنس بٹوین مائنڈ بیسڈ سپریچولیٹی، دیر از اسلامک سپریچولیٹی، اینڈ ہارٹ بیسڈ سپریچولیٹی،</w:t>
      </w:r>
    </w:p>
    <w:p>
      <w:r>
        <w:rPr>
          <w:b/>
        </w:rPr>
        <w:t xml:space="preserve">[06:58] </w:t>
      </w:r>
      <w:r>
        <w:t>That is other kind of spirituality.</w:t>
      </w:r>
    </w:p>
    <w:p>
      <w:pPr>
        <w:jc w:val="right"/>
      </w:pPr>
      <w:r>
        <w:t>دیٹ از ادر کائنڈ آف سپریچولیٹی۔</w:t>
      </w:r>
    </w:p>
    <w:p>
      <w:r>
        <w:rPr>
          <w:b/>
        </w:rPr>
        <w:t xml:space="preserve">[07:01] </w:t>
      </w:r>
      <w:r>
        <w:t>Now, I would like to give some examples.</w:t>
      </w:r>
    </w:p>
    <w:p>
      <w:pPr>
        <w:jc w:val="right"/>
      </w:pPr>
      <w:r>
        <w:t>ناو، آئی وڈ لائک ٹو گیو سم ایگزامپلز۔</w:t>
      </w:r>
    </w:p>
    <w:p>
      <w:r>
        <w:rPr>
          <w:b/>
        </w:rPr>
        <w:t xml:space="preserve">[07:04] </w:t>
      </w:r>
      <w:r>
        <w:t>What is intellectual spirituality? For example, there is a verse in the Quran: "We send rain, we send</w:t>
      </w:r>
    </w:p>
    <w:p>
      <w:pPr>
        <w:jc w:val="right"/>
      </w:pPr>
      <w:r>
        <w:t>واٹ از انٹلیکچول سپریچولیٹی؟ فار ایگزامپل، دیر از ا ورس ان دا قرآن: "وی سینڈ رین، وی سینڈ</w:t>
      </w:r>
    </w:p>
    <w:p>
      <w:r>
        <w:rPr>
          <w:b/>
        </w:rPr>
        <w:t xml:space="preserve">[07:12] </w:t>
      </w:r>
      <w:r>
        <w:t>"blessed water through rain." We Quran says that, God says in the Quran that: "We send to you</w:t>
      </w:r>
    </w:p>
    <w:p>
      <w:pPr>
        <w:jc w:val="right"/>
      </w:pPr>
      <w:r>
        <w:t>بلیسڈ واٹر تھرو رین۔" وی قرآن سیز دیٹ، گاڈ سیز ان دا قرآن دیٹ: "وی سینڈ ٹو یو</w:t>
      </w:r>
    </w:p>
    <w:p>
      <w:r>
        <w:rPr>
          <w:b/>
        </w:rPr>
        <w:t xml:space="preserve">[07:20] </w:t>
      </w:r>
      <w:r>
        <w:t>"blessed water through rain." Now, the word used by the Quran is mubarak, blessed, mubarak.</w:t>
      </w:r>
    </w:p>
    <w:p>
      <w:pPr>
        <w:jc w:val="right"/>
      </w:pPr>
      <w:r>
        <w:t>بلیسڈ واٹر تھرو رین۔" ناو، دا ورڈ یوزڈ بائی دا قرآن از مبارک، بلیسڈ، مبارک۔</w:t>
      </w:r>
    </w:p>
    <w:p>
      <w:r>
        <w:rPr>
          <w:b/>
        </w:rPr>
        <w:t xml:space="preserve">[07:26] </w:t>
      </w:r>
      <w:r>
        <w:t>So word Mubarak was sufficient to address the traditional mind when the Quran was revealed in seventh century.</w:t>
      </w:r>
    </w:p>
    <w:p>
      <w:pPr>
        <w:jc w:val="right"/>
      </w:pPr>
      <w:r>
        <w:t>سو ورڈ مبارک واز سفیشنٹ ٹو ایڈریس دا ٹریڈیشنل مائنڈ وین دا قرآن واز ریویلڈ ان سیونتھ سینچری۔</w:t>
      </w:r>
    </w:p>
    <w:p>
      <w:r>
        <w:rPr>
          <w:b/>
        </w:rPr>
        <w:t xml:space="preserve">[07:34] </w:t>
      </w:r>
      <w:r>
        <w:t>At that time, people were thinking in traditional framework.</w:t>
      </w:r>
    </w:p>
    <w:p>
      <w:pPr>
        <w:jc w:val="right"/>
      </w:pPr>
      <w:r>
        <w:t>ایٹ دیٹ ٹائم، پیپل وار تھنکنگ ان ٹریڈیشنل فریم ورک۔</w:t>
      </w:r>
    </w:p>
    <w:p>
      <w:r>
        <w:rPr>
          <w:b/>
        </w:rPr>
        <w:t xml:space="preserve">[07:38] </w:t>
      </w:r>
      <w:r>
        <w:t>تو the people who were thinking in traditional framework, تو this kind of statement was enough to address</w:t>
      </w:r>
    </w:p>
    <w:p>
      <w:pPr>
        <w:jc w:val="right"/>
      </w:pPr>
      <w:r>
        <w:t>تو دو پیپل ہو تھنکنگ ان ٹریڈیشنل فریم ورک، تو دس کائنڈ آف سٹیٹمنٹ واز انف ٹو ایڈریس</w:t>
      </w:r>
    </w:p>
    <w:p>
      <w:r>
        <w:rPr>
          <w:b/>
        </w:rPr>
        <w:t xml:space="preserve">[07:46] </w:t>
      </w:r>
      <w:r>
        <w:t>their mind.</w:t>
      </w:r>
    </w:p>
    <w:p>
      <w:pPr>
        <w:jc w:val="right"/>
      </w:pPr>
      <w:r>
        <w:t>دیر مائنڈ۔</w:t>
      </w:r>
    </w:p>
    <w:p>
      <w:r>
        <w:rPr>
          <w:b/>
        </w:rPr>
        <w:t xml:space="preserve">[07:47] </w:t>
      </w:r>
      <w:r>
        <w:t>But now, we are living in a scientific age.</w:t>
      </w:r>
    </w:p>
    <w:p>
      <w:pPr>
        <w:jc w:val="right"/>
      </w:pPr>
      <w:r>
        <w:t>بٹ ناو، وی آر لیونگ ان ا سائنٹیفک ایج۔</w:t>
      </w:r>
    </w:p>
    <w:p>
      <w:r>
        <w:rPr>
          <w:b/>
        </w:rPr>
        <w:t xml:space="preserve">[07:51] </w:t>
      </w:r>
      <w:r>
        <w:t>The same, you can convert it into scientific idea by way of thinking, by way of contemplation.</w:t>
      </w:r>
    </w:p>
    <w:p>
      <w:pPr>
        <w:jc w:val="right"/>
      </w:pPr>
      <w:r>
        <w:t>دا سیم، یو کین کنورٹ اٹ انٹو سائنٹیفک آئیڈیا بائی وے آف تھنکنگ، بائی وے آف کنٹمپلیشن۔</w:t>
      </w:r>
    </w:p>
    <w:p>
      <w:r>
        <w:rPr>
          <w:b/>
        </w:rPr>
        <w:t xml:space="preserve">[07:58] </w:t>
      </w:r>
      <w:r>
        <w:t>So when you contemplate, when you think, you will find that there is a great, great meaning of</w:t>
      </w:r>
    </w:p>
    <w:p>
      <w:pPr>
        <w:jc w:val="right"/>
      </w:pPr>
      <w:r>
        <w:t>سو وین یو کنٹمپلیٹ، وین یو تھنک، یو ویل فائنڈ دیٹ دیر از ا گریٹ، گریٹ میننگ آف</w:t>
      </w:r>
    </w:p>
    <w:p>
      <w:r>
        <w:rPr>
          <w:b/>
        </w:rPr>
        <w:t xml:space="preserve">[08:06] </w:t>
      </w:r>
      <w:r>
        <w:t>Mubarak.</w:t>
      </w:r>
    </w:p>
    <w:p>
      <w:pPr>
        <w:jc w:val="right"/>
      </w:pPr>
      <w:r>
        <w:t>مبارک۔</w:t>
      </w:r>
    </w:p>
    <w:p>
      <w:r>
        <w:rPr>
          <w:b/>
        </w:rPr>
        <w:t xml:space="preserve">[08:08] </w:t>
      </w:r>
      <w:r>
        <w:t>What is that meaning? You do, according to modern scientific knowledge, we know that all the oceans are</w:t>
      </w:r>
    </w:p>
    <w:p>
      <w:pPr>
        <w:jc w:val="right"/>
      </w:pPr>
      <w:r>
        <w:t>واٹ از دیٹ میننگ؟ یو دو، اکارڈنگ ٹو ماڈرن سائنٹیفک نالج، وی نو دیٹ ال دو اوشنز ار</w:t>
      </w:r>
    </w:p>
    <w:p>
      <w:r>
        <w:rPr>
          <w:b/>
        </w:rPr>
        <w:t xml:space="preserve">[08:15] </w:t>
      </w:r>
      <w:r>
        <w:t>water reservoir, but all these waters are salty.</w:t>
      </w:r>
    </w:p>
    <w:p>
      <w:pPr>
        <w:jc w:val="right"/>
      </w:pPr>
      <w:r>
        <w:t>واٹر ریزروائر، بٹ ال دیز واٹرز ار سالٹی۔</w:t>
      </w:r>
    </w:p>
    <w:p>
      <w:r>
        <w:rPr>
          <w:b/>
        </w:rPr>
        <w:t xml:space="preserve">[08:19] </w:t>
      </w:r>
      <w:r>
        <w:t>Nature has mixed salt as a preservative.</w:t>
      </w:r>
    </w:p>
    <w:p>
      <w:pPr>
        <w:jc w:val="right"/>
      </w:pPr>
      <w:r>
        <w:t>نیچر ہیز مکسڈ سالٹ ایز اے پریزرویٹیو۔</w:t>
      </w:r>
    </w:p>
    <w:p>
      <w:r>
        <w:rPr>
          <w:b/>
        </w:rPr>
        <w:t xml:space="preserve">[08:22] </w:t>
      </w:r>
      <w:r>
        <w:t>Without salt, without mixing salt, water cannot be pure.</w:t>
      </w:r>
    </w:p>
    <w:p>
      <w:pPr>
        <w:jc w:val="right"/>
      </w:pPr>
      <w:r>
        <w:t>وداؤٹ سالٹ، وداؤٹ مکسنگ سالٹ، واٹر کین ناٹ بی پیور۔</w:t>
      </w:r>
    </w:p>
    <w:p>
      <w:r>
        <w:rPr>
          <w:b/>
        </w:rPr>
        <w:t xml:space="preserve">[08:26] </w:t>
      </w:r>
      <w:r>
        <w:t>So as a preservative, salt was mixed with ocean, but this kind of water is not usable for</w:t>
      </w:r>
    </w:p>
    <w:p>
      <w:pPr>
        <w:jc w:val="right"/>
      </w:pPr>
      <w:r>
        <w:t>سو ایز ا پریزرویٹیو، سالٹ واز مکسڈ ود اوشن، بٹ دس کائنڈ آف واٹر از ناٹ یوزیبل فار</w:t>
      </w:r>
    </w:p>
    <w:p>
      <w:r>
        <w:rPr>
          <w:b/>
        </w:rPr>
        <w:t xml:space="preserve">[08:34] </w:t>
      </w:r>
      <w:r>
        <w:t>main.</w:t>
      </w:r>
    </w:p>
    <w:p>
      <w:pPr>
        <w:jc w:val="right"/>
      </w:pPr>
      <w:r>
        <w:t>مین۔</w:t>
      </w:r>
    </w:p>
    <w:p>
      <w:r>
        <w:rPr>
          <w:b/>
        </w:rPr>
        <w:t xml:space="preserve">[08:35] </w:t>
      </w:r>
      <w:r>
        <w:t>Salty water, there is available directly from ocean, is not useful for us.</w:t>
      </w:r>
    </w:p>
    <w:p>
      <w:pPr>
        <w:jc w:val="right"/>
      </w:pPr>
      <w:r>
        <w:t>سالٹی واٹر، دیر از اویلیبل ڈائریکٹلی فرام اوشن، از ناٹ یوزفل فار اس۔</w:t>
      </w:r>
    </w:p>
    <w:p>
      <w:r>
        <w:rPr>
          <w:b/>
        </w:rPr>
        <w:t xml:space="preserve">[08:41] </w:t>
      </w:r>
      <w:r>
        <w:t>So nature or God creates a universal process.</w:t>
      </w:r>
    </w:p>
    <w:p>
      <w:pPr>
        <w:jc w:val="right"/>
      </w:pPr>
      <w:r>
        <w:t>سو نیچر اور گاڈ کریٹس ا یونیورسل پروسیس۔</w:t>
      </w:r>
    </w:p>
    <w:p>
      <w:r>
        <w:rPr>
          <w:b/>
        </w:rPr>
        <w:t xml:space="preserve">[08:44] </w:t>
      </w:r>
      <w:r>
        <w:t>universal process that after receiving heat from sun, there is evaporation in oceans water.</w:t>
      </w:r>
    </w:p>
    <w:p>
      <w:pPr>
        <w:jc w:val="right"/>
      </w:pPr>
      <w:r>
        <w:t>یونیورسل پروسیس دیٹ افٹر ریسیونگ ہیٹ فرام سن، دیر از ایوپریشن ان اوشنز واٹر۔</w:t>
      </w:r>
    </w:p>
    <w:p>
      <w:r>
        <w:rPr>
          <w:b/>
        </w:rPr>
        <w:t xml:space="preserve">[08:50] </w:t>
      </w:r>
      <w:r>
        <w:t>In ocean, there is evaporation.</w:t>
      </w:r>
    </w:p>
    <w:p>
      <w:pPr>
        <w:jc w:val="right"/>
      </w:pPr>
      <w:r>
        <w:t>ان اوشن، دیر از ایوپریشن۔</w:t>
      </w:r>
    </w:p>
    <w:p>
      <w:r>
        <w:rPr>
          <w:b/>
        </w:rPr>
        <w:t xml:space="preserve">[08:52] </w:t>
      </w:r>
      <w:r>
        <w:t>So after this evaporation, this evaporation makes cloud.</w:t>
      </w:r>
    </w:p>
    <w:p>
      <w:pPr>
        <w:jc w:val="right"/>
      </w:pPr>
      <w:r>
        <w:t>سو افٹر دس ایوپریشن، دس ایوپریشن میکس کلاؤڈ۔</w:t>
      </w:r>
    </w:p>
    <w:p>
      <w:r>
        <w:rPr>
          <w:b/>
        </w:rPr>
        <w:t xml:space="preserve">[08:56] </w:t>
      </w:r>
      <w:r>
        <w:t>during this evaporation, salt content of the water rest in the earth, and pure water goes up as</w:t>
      </w:r>
    </w:p>
    <w:p>
      <w:pPr>
        <w:jc w:val="right"/>
      </w:pPr>
      <w:r>
        <w:t>ڈیورنگ دس ایوپریشن، سالٹ کنٹینٹ اف دا واٹر ریسٹ ان دا ارتھ، اینڈ پیور واٹر گوز اپ ایز</w:t>
      </w:r>
    </w:p>
    <w:p>
      <w:r>
        <w:rPr>
          <w:b/>
        </w:rPr>
        <w:t xml:space="preserve">[09:04] </w:t>
      </w:r>
      <w:r>
        <w:t>a weavers.</w:t>
      </w:r>
    </w:p>
    <w:p>
      <w:pPr>
        <w:jc w:val="right"/>
      </w:pPr>
      <w:r>
        <w:t>ا ویپرز۔</w:t>
      </w:r>
    </w:p>
    <w:p>
      <w:r>
        <w:rPr>
          <w:b/>
        </w:rPr>
        <w:t xml:space="preserve">[09:05] </w:t>
      </w:r>
      <w:r>
        <w:t>So then it travels through rain.</w:t>
      </w:r>
    </w:p>
    <w:p>
      <w:pPr>
        <w:jc w:val="right"/>
      </w:pPr>
      <w:r>
        <w:t>سو دین اٹ ٹرٹلز تھرو رین۔</w:t>
      </w:r>
    </w:p>
    <w:p>
      <w:r>
        <w:rPr>
          <w:b/>
        </w:rPr>
        <w:t xml:space="preserve">[09:08] </w:t>
      </w:r>
      <w:r>
        <w:t>تو it is, it means that ocean, when water was in the ocean, it was a salty water.</w:t>
      </w:r>
    </w:p>
    <w:p>
      <w:pPr>
        <w:jc w:val="right"/>
      </w:pPr>
      <w:r>
        <w:t>تو اٹ از، اٹ مینز دیٹ اوشن، وین واٹر واز ان دا اوشن، اٹ واز ا سالٹی واٹر۔</w:t>
      </w:r>
    </w:p>
    <w:p>
      <w:r>
        <w:rPr>
          <w:b/>
        </w:rPr>
        <w:t xml:space="preserve">[09:15] </w:t>
      </w:r>
      <w:r>
        <w:t>But when it trickles through rain, it is desalted water, desalinated water.</w:t>
      </w:r>
    </w:p>
    <w:p>
      <w:pPr>
        <w:jc w:val="right"/>
      </w:pPr>
      <w:r>
        <w:t>بٹ وین اٹ ٹرٹلز تھرو رین، اٹ از ڈیسالٹڈ واٹر، ڈیسالینٹڈ واٹر۔</w:t>
      </w:r>
    </w:p>
    <w:p>
      <w:r>
        <w:rPr>
          <w:b/>
        </w:rPr>
        <w:t xml:space="preserve">[09:20] </w:t>
      </w:r>
      <w:r>
        <w:t>It is a, it means that nature is a great factory of desalination.</w:t>
      </w:r>
    </w:p>
    <w:p>
      <w:pPr>
        <w:jc w:val="right"/>
      </w:pPr>
      <w:r>
        <w:t>اٹ از ا، اٹ مینز دیٹ نیچر از ا گریٹ فیکٹری اف ڈیسالینیشن۔</w:t>
      </w:r>
    </w:p>
    <w:p>
      <w:r>
        <w:rPr>
          <w:b/>
        </w:rPr>
        <w:t xml:space="preserve">[09:26] </w:t>
      </w:r>
      <w:r>
        <w:t>It is a desalting factory.</w:t>
      </w:r>
    </w:p>
    <w:p>
      <w:pPr>
        <w:jc w:val="right"/>
      </w:pPr>
      <w:r>
        <w:t>اٹ از ا ڈیسالٹنگ فیکٹری۔</w:t>
      </w:r>
    </w:p>
    <w:p>
      <w:r>
        <w:rPr>
          <w:b/>
        </w:rPr>
        <w:t xml:space="preserve">[09:28] </w:t>
      </w:r>
      <w:r>
        <w:t>And air, and ocean, and sun, and gravity, so many things are involved in this process.</w:t>
      </w:r>
    </w:p>
    <w:p>
      <w:pPr>
        <w:jc w:val="right"/>
      </w:pPr>
      <w:r>
        <w:t>اینڈ ایئر، اینڈ اوشن، اینڈ سن، اینڈ گریویٹی، سو مینی تھنگز ار انوالو ان دس پروسیس۔</w:t>
      </w:r>
    </w:p>
    <w:p>
      <w:r>
        <w:rPr>
          <w:b/>
        </w:rPr>
        <w:t xml:space="preserve">[09:35] </w:t>
      </w:r>
      <w:r>
        <w:t>تو this, during this process, the salty water becomes fresh water.</w:t>
      </w:r>
    </w:p>
    <w:p>
      <w:pPr>
        <w:jc w:val="right"/>
      </w:pPr>
      <w:r>
        <w:t>تو دس، ڈیورنگ دس پروسیس، دا سالٹی واٹر بیکمز فریش واٹر۔</w:t>
      </w:r>
    </w:p>
    <w:p>
      <w:r>
        <w:rPr>
          <w:b/>
        </w:rPr>
        <w:t xml:space="preserve">[09:40] </w:t>
      </w:r>
      <w:r>
        <w:t>So it is a desalting process, a desal, process of desalination.</w:t>
      </w:r>
    </w:p>
    <w:p>
      <w:pPr>
        <w:jc w:val="right"/>
      </w:pPr>
      <w:r>
        <w:t>سو اٹ از ا ڈیسالٹنگ پروسیس، ا ڈیسال، پروسیس اف ڈیسالینیشن۔</w:t>
      </w:r>
    </w:p>
    <w:p>
      <w:r>
        <w:rPr>
          <w:b/>
        </w:rPr>
        <w:t xml:space="preserve">[09:44] </w:t>
      </w:r>
      <w:r>
        <w:t>When you, when you think in this phenomena, and you discover this process in the nature, you will</w:t>
      </w:r>
    </w:p>
    <w:p>
      <w:pPr>
        <w:jc w:val="right"/>
      </w:pPr>
      <w:r>
        <w:t>وین یو، وین یو تھنک ان دس فینامینا، اینڈ یو ڈسکور دس پروسیس ان دا نیچر، یو ویل</w:t>
      </w:r>
    </w:p>
    <w:p>
      <w:r>
        <w:rPr>
          <w:b/>
        </w:rPr>
        <w:t xml:space="preserve">[09:52] </w:t>
      </w:r>
      <w:r>
        <w:t>Be thrilled.</w:t>
      </w:r>
    </w:p>
    <w:p>
      <w:pPr>
        <w:jc w:val="right"/>
      </w:pPr>
      <w:r>
        <w:t>بی تھرلڈ۔</w:t>
      </w:r>
    </w:p>
    <w:p>
      <w:r>
        <w:rPr>
          <w:b/>
        </w:rPr>
        <w:t xml:space="preserve">[09:54] </w:t>
      </w:r>
      <w:r>
        <w:t>You have a thrilling experience, and it is what is called rabbaniyat, and spirituality.</w:t>
      </w:r>
    </w:p>
    <w:p>
      <w:pPr>
        <w:jc w:val="right"/>
      </w:pPr>
      <w:r>
        <w:t>یو ہیو ا تھرلنگ ایکسپیرینس، اینڈ اٹ از واٹ از کالڈ ربانیا، اینڈ سپریچولیٹی۔</w:t>
      </w:r>
    </w:p>
    <w:p>
      <w:r>
        <w:rPr>
          <w:b/>
        </w:rPr>
        <w:t xml:space="preserve">[10:00] </w:t>
      </w:r>
      <w:r>
        <w:t>This is Islamic spirituality.</w:t>
      </w:r>
    </w:p>
    <w:p>
      <w:pPr>
        <w:jc w:val="right"/>
      </w:pPr>
      <w:r>
        <w:t>دس از اسلامک سپریچولیٹی۔</w:t>
      </w:r>
    </w:p>
    <w:p>
      <w:r>
        <w:rPr>
          <w:b/>
        </w:rPr>
        <w:t xml:space="preserve">[10:01] </w:t>
      </w:r>
      <w:r>
        <w:t>Islamic spirituality means gaining spiritual food from outside the world.</w:t>
      </w:r>
    </w:p>
    <w:p>
      <w:pPr>
        <w:jc w:val="right"/>
      </w:pPr>
      <w:r>
        <w:t>اسلامک سپریچولیٹی مینز گیننگ سپریچول فوڈ فرام اؤٹ سائیڈ دا ورلڈ۔</w:t>
      </w:r>
    </w:p>
    <w:p>
      <w:r>
        <w:rPr>
          <w:b/>
        </w:rPr>
        <w:t xml:space="preserve">[10:06] </w:t>
      </w:r>
      <w:r>
        <w:t>I think that there are two main sources.</w:t>
      </w:r>
    </w:p>
    <w:p>
      <w:pPr>
        <w:jc w:val="right"/>
      </w:pPr>
      <w:r>
        <w:t>ائی تھنک دیٹ دیر ار ٹو مین سورسز۔</w:t>
      </w:r>
    </w:p>
    <w:p>
      <w:r>
        <w:rPr>
          <w:b/>
        </w:rPr>
        <w:t xml:space="preserve">[10:09] </w:t>
      </w:r>
      <w:r>
        <w:t>One is study word of God, there is Quran.</w:t>
      </w:r>
    </w:p>
    <w:p>
      <w:pPr>
        <w:jc w:val="right"/>
      </w:pPr>
      <w:r>
        <w:t>ون از سٹڈی ورڈ اف گاڈ، دیر از قرآن۔</w:t>
      </w:r>
    </w:p>
    <w:p>
      <w:r>
        <w:rPr>
          <w:b/>
        </w:rPr>
        <w:t xml:space="preserve">[10:13] </w:t>
      </w:r>
      <w:r>
        <w:t>When you study the Quran, and then you will find some unique kind of thought.</w:t>
      </w:r>
    </w:p>
    <w:p>
      <w:pPr>
        <w:jc w:val="right"/>
      </w:pPr>
      <w:r>
        <w:t>وین یو سٹڈی دی قرآن، اینڈ دین یو ویل فائنڈ سم یونیک کائنڈ اف تھاٹ۔</w:t>
      </w:r>
    </w:p>
    <w:p>
      <w:r>
        <w:rPr>
          <w:b/>
        </w:rPr>
        <w:t xml:space="preserve">[10:20] </w:t>
      </w:r>
      <w:r>
        <w:t>When you study, and when you study Quran with tafakkur, with tadabbur, it illuminate your mind, it awaken</w:t>
      </w:r>
    </w:p>
    <w:p>
      <w:pPr>
        <w:jc w:val="right"/>
      </w:pPr>
      <w:r>
        <w:t>وین یو سٹڈی، اینڈ وین یو سٹڈی قرآن ود تفکر، ود تدبر، اٹ ایلومینیٹ یور مائنڈ، اٹ اویکن</w:t>
      </w:r>
    </w:p>
    <w:p>
      <w:r>
        <w:rPr>
          <w:b/>
        </w:rPr>
        <w:t xml:space="preserve">[10:27] </w:t>
      </w:r>
      <w:r>
        <w:t>Your mind, it develops your mind.</w:t>
      </w:r>
    </w:p>
    <w:p>
      <w:pPr>
        <w:jc w:val="right"/>
      </w:pPr>
      <w:r>
        <w:t>یور مائنڈ، اٹ ڈیولپ یور مائنڈ۔</w:t>
      </w:r>
    </w:p>
    <w:p>
      <w:r>
        <w:rPr>
          <w:b/>
        </w:rPr>
        <w:t xml:space="preserve">[10:30] </w:t>
      </w:r>
      <w:r>
        <w:t>So this is spirituality.</w:t>
      </w:r>
    </w:p>
    <w:p>
      <w:pPr>
        <w:jc w:val="right"/>
      </w:pPr>
      <w:r>
        <w:t>سو دس از سپریچولیٹی۔</w:t>
      </w:r>
    </w:p>
    <w:p>
      <w:r>
        <w:rPr>
          <w:b/>
        </w:rPr>
        <w:t xml:space="preserve">[10:32] </w:t>
      </w:r>
      <w:r>
        <w:t>According to Islam, Islamic spirituality means, means awakening your mind.</w:t>
      </w:r>
    </w:p>
    <w:p>
      <w:pPr>
        <w:jc w:val="right"/>
      </w:pPr>
      <w:r>
        <w:t>اکارڈنگ ٹو اسلام، اسلامک سپریچولیٹی مینز، مینز اویکننگ یور مائنڈ۔</w:t>
      </w:r>
    </w:p>
    <w:p>
      <w:r>
        <w:rPr>
          <w:b/>
        </w:rPr>
        <w:t xml:space="preserve">[10:36] </w:t>
      </w:r>
      <w:r>
        <w:t>Through awakening your mind, you experience spirituality.</w:t>
      </w:r>
    </w:p>
    <w:p>
      <w:pPr>
        <w:jc w:val="right"/>
      </w:pPr>
      <w:r>
        <w:t>تھرو اویکننگ یور مائنڈ، یو ایکسپیرینس سپریچولیٹی۔</w:t>
      </w:r>
    </w:p>
    <w:p>
      <w:r>
        <w:rPr>
          <w:b/>
        </w:rPr>
        <w:t xml:space="preserve">[10:39] </w:t>
      </w:r>
      <w:r>
        <w:t>Deen there is a verse in the Quran that when God created man, He inculcated all the knowledge</w:t>
      </w:r>
    </w:p>
    <w:p>
      <w:pPr>
        <w:jc w:val="right"/>
      </w:pPr>
      <w:r>
        <w:t>دین دیر از ا ورس ان دا قرآن دیٹ وین گاڈ کریٹڈ مین، ہی انکلکیٹڈ ال دو نالج</w:t>
      </w:r>
    </w:p>
    <w:p>
      <w:r>
        <w:rPr>
          <w:b/>
        </w:rPr>
        <w:t xml:space="preserve">[10:47] </w:t>
      </w:r>
      <w:r>
        <w:t>in his mind.</w:t>
      </w:r>
    </w:p>
    <w:p>
      <w:pPr>
        <w:jc w:val="right"/>
      </w:pPr>
      <w:r>
        <w:t>ان ہز مائنڈ۔</w:t>
      </w:r>
    </w:p>
    <w:p>
      <w:r>
        <w:rPr>
          <w:b/>
        </w:rPr>
        <w:t xml:space="preserve">[10:48] </w:t>
      </w:r>
      <w:r>
        <w:t>You read this verse in the Quran: "Allama Adam al-asmaa kullaha".</w:t>
      </w:r>
    </w:p>
    <w:p>
      <w:pPr>
        <w:jc w:val="right"/>
      </w:pPr>
      <w:r>
        <w:t>یو ریڈ دس ورس ان دا قرآن: "علما آدم الاسماء کلہا"۔</w:t>
      </w:r>
    </w:p>
    <w:p>
      <w:r>
        <w:rPr>
          <w:b/>
        </w:rPr>
        <w:t xml:space="preserve">[10:53] </w:t>
      </w:r>
      <w:r>
        <w:t>aalama adama al-asmaa kullaha</w:t>
      </w:r>
    </w:p>
    <w:p>
      <w:pPr>
        <w:jc w:val="right"/>
      </w:pPr>
      <w:r>
        <w:t>"علما آدم الاسماء کلہا"۔</w:t>
      </w:r>
    </w:p>
    <w:p>
      <w:r>
        <w:rPr>
          <w:b/>
        </w:rPr>
        <w:t xml:space="preserve">[10:55] </w:t>
      </w:r>
      <w:r>
        <w:t>God taught the names of all things.</w:t>
      </w:r>
    </w:p>
    <w:p>
      <w:pPr>
        <w:jc w:val="right"/>
      </w:pPr>
      <w:r>
        <w:t>گاڈ ٹاٹ دا نیمز اف ال تھنگز۔</w:t>
      </w:r>
    </w:p>
    <w:p>
      <w:r>
        <w:rPr>
          <w:b/>
        </w:rPr>
        <w:t xml:space="preserve">[10:58] </w:t>
      </w:r>
      <w:r>
        <w:t>Name of all, name of all things means knowledge of all things.</w:t>
      </w:r>
    </w:p>
    <w:p>
      <w:pPr>
        <w:jc w:val="right"/>
      </w:pPr>
      <w:r>
        <w:t>نیم اف ال، نیم اف ال تھنگز مینز نالج اف ال تھنگز۔</w:t>
      </w:r>
    </w:p>
    <w:p>
      <w:r>
        <w:rPr>
          <w:b/>
        </w:rPr>
        <w:t xml:space="preserve">[11:03] </w:t>
      </w:r>
      <w:r>
        <w:t>aalama adama al-asmaa kullaha</w:t>
      </w:r>
    </w:p>
    <w:p>
      <w:pPr>
        <w:jc w:val="right"/>
      </w:pPr>
      <w:r>
        <w:t>"علما آدم الاسماء کلہا"۔</w:t>
      </w:r>
    </w:p>
    <w:p>
      <w:r>
        <w:rPr>
          <w:b/>
        </w:rPr>
        <w:t xml:space="preserve">[11:05] </w:t>
      </w:r>
      <w:r>
        <w:t>So names of all things means knowledge of all things.</w:t>
      </w:r>
    </w:p>
    <w:p>
      <w:pPr>
        <w:jc w:val="right"/>
      </w:pPr>
      <w:r>
        <w:t>سو نیمز اف ال تھنگز مینز نالج اف ال تھنگز۔</w:t>
      </w:r>
    </w:p>
    <w:p>
      <w:r>
        <w:rPr>
          <w:b/>
        </w:rPr>
        <w:t xml:space="preserve">[11:09] </w:t>
      </w:r>
      <w:r>
        <w:t>تو knowledge of all things was given to human mind, was inculcated, was inculcated in human personality.</w:t>
      </w:r>
    </w:p>
    <w:p>
      <w:pPr>
        <w:jc w:val="right"/>
      </w:pPr>
      <w:r>
        <w:t>تو نالج اف ال تھنگز واز گیون ٹو ہیومن مائنڈ، واز انکلکیٹڈ، واز انکلکیٹڈ ان ہیومن پرسنیلٹی۔</w:t>
      </w:r>
    </w:p>
    <w:p>
      <w:r>
        <w:rPr>
          <w:b/>
        </w:rPr>
        <w:t xml:space="preserve">[11:16] </w:t>
      </w:r>
      <w:r>
        <w:t>So every individual mind is, every individual mind is potentially a spiritual mind.</w:t>
      </w:r>
    </w:p>
    <w:p>
      <w:pPr>
        <w:jc w:val="right"/>
      </w:pPr>
      <w:r>
        <w:t>سو ایوری انڈیویجول مائنڈ از، ایوری انڈیویجول مائنڈ از پوٹینشلی ا سپریچول مائنڈ۔</w:t>
      </w:r>
    </w:p>
    <w:p>
      <w:r>
        <w:rPr>
          <w:b/>
        </w:rPr>
        <w:t xml:space="preserve">[11:22] </w:t>
      </w:r>
      <w:r>
        <w:t>All those things are there in your mind, but these are as a potential.</w:t>
      </w:r>
    </w:p>
    <w:p>
      <w:pPr>
        <w:jc w:val="right"/>
      </w:pPr>
      <w:r>
        <w:t>ال دو تھنگز ار دیر ان یور مائنڈ، بٹ دیز ار ایز ا پوٹینشل۔</w:t>
      </w:r>
    </w:p>
    <w:p>
      <w:r>
        <w:rPr>
          <w:b/>
        </w:rPr>
        <w:t xml:space="preserve">[11:28] </w:t>
      </w:r>
      <w:r>
        <w:t>So it is your duty to turn this potential into actual.</w:t>
      </w:r>
    </w:p>
    <w:p>
      <w:pPr>
        <w:jc w:val="right"/>
      </w:pPr>
      <w:r>
        <w:t>سو اٹ از یور ڈیوٹی ٹو ٹرن دس پوٹینشل انٹو ایکچول۔</w:t>
      </w:r>
    </w:p>
    <w:p>
      <w:r>
        <w:rPr>
          <w:b/>
        </w:rPr>
        <w:t xml:space="preserve">[11:32] </w:t>
      </w:r>
      <w:r>
        <w:t>تو according to the Quran, spirituality means unfolding the potential of mind.</w:t>
      </w:r>
    </w:p>
    <w:p>
      <w:pPr>
        <w:jc w:val="right"/>
      </w:pPr>
      <w:r>
        <w:t>تو اکارڈنگ ٹو دا قرآن، سپریچولیٹی مینز ان فولڈنگ دا پوٹینشل اف مائنڈ۔</w:t>
      </w:r>
    </w:p>
    <w:p>
      <w:r>
        <w:rPr>
          <w:b/>
        </w:rPr>
        <w:t xml:space="preserve">[11:38] </w:t>
      </w:r>
      <w:r>
        <w:t>All those things are already in your mind, kept in your mind.</w:t>
      </w:r>
    </w:p>
    <w:p>
      <w:pPr>
        <w:jc w:val="right"/>
      </w:pPr>
      <w:r>
        <w:t>ال دو تھنگز ار الریڈی ان یور مائنڈ، کیپٹ ان یور مائنڈ۔</w:t>
      </w:r>
    </w:p>
    <w:p>
      <w:r>
        <w:rPr>
          <w:b/>
        </w:rPr>
        <w:t xml:space="preserve">[11:43] </w:t>
      </w:r>
      <w:r>
        <w:t>It is a matter of unfolding.</w:t>
      </w:r>
    </w:p>
    <w:p>
      <w:pPr>
        <w:jc w:val="right"/>
      </w:pPr>
      <w:r>
        <w:t>اٹ از میٹر اف ان فولڈنگ۔</w:t>
      </w:r>
    </w:p>
    <w:p>
      <w:r>
        <w:rPr>
          <w:b/>
        </w:rPr>
        <w:t xml:space="preserve">[11:46] </w:t>
      </w:r>
      <w:r>
        <w:t>By unfolding, through unfolding, you turn this potential into actual.</w:t>
      </w:r>
    </w:p>
    <w:p>
      <w:pPr>
        <w:jc w:val="right"/>
      </w:pPr>
      <w:r>
        <w:t>بائی ان فولڈنگ، تھرو ان فولڈنگ، یو ٹرن دس پوٹینشل انٹو ایکچول۔</w:t>
      </w:r>
    </w:p>
    <w:p>
      <w:r>
        <w:rPr>
          <w:b/>
        </w:rPr>
        <w:t xml:space="preserve">[11:51] </w:t>
      </w:r>
      <w:r>
        <w:t>تو this is the spirituality.</w:t>
      </w:r>
    </w:p>
    <w:p>
      <w:pPr>
        <w:jc w:val="right"/>
      </w:pPr>
      <w:r>
        <w:t>تو دس از دا سپریچولیٹی۔</w:t>
      </w:r>
    </w:p>
    <w:p>
      <w:r>
        <w:rPr>
          <w:b/>
        </w:rPr>
        <w:t xml:space="preserve">[11:53] </w:t>
      </w:r>
      <w:r>
        <w:t>Some, some religions believe in indwelling God, especially Aryan religions, they believe in indwelling God.</w:t>
      </w:r>
    </w:p>
    <w:p>
      <w:pPr>
        <w:jc w:val="right"/>
      </w:pPr>
      <w:r>
        <w:t>سم، سم ریلیجنز بیلیو ان ان ڈوئلنگ گاڈ، اسپیشلی ارین ریلیجنز، دے بیلیو ان ان ڈوئلنگ گاڈ۔</w:t>
      </w:r>
    </w:p>
    <w:p>
      <w:r>
        <w:rPr>
          <w:b/>
        </w:rPr>
        <w:t xml:space="preserve">[12:00] </w:t>
      </w:r>
      <w:r>
        <w:t>I think that the Quranic concept is based on indwelling God consciousness.</w:t>
      </w:r>
    </w:p>
    <w:p>
      <w:pPr>
        <w:jc w:val="right"/>
      </w:pPr>
      <w:r>
        <w:t>ائی تھنک دیٹ دا قرآنک کانسیپٹ از بیسڈ ان ان ڈوئلنگ گاڈ کانشیسنس۔</w:t>
      </w:r>
    </w:p>
    <w:p>
      <w:r>
        <w:rPr>
          <w:b/>
        </w:rPr>
        <w:t xml:space="preserve">[12:06] </w:t>
      </w:r>
      <w:r>
        <w:t>They believe in an undwelling God.</w:t>
      </w:r>
    </w:p>
    <w:p>
      <w:pPr>
        <w:jc w:val="right"/>
      </w:pPr>
      <w:r>
        <w:t>دے بیلیو ان ان ڈوئلنگ گاڈ۔</w:t>
      </w:r>
    </w:p>
    <w:p>
      <w:r>
        <w:rPr>
          <w:b/>
        </w:rPr>
        <w:t xml:space="preserve">[12:08] </w:t>
      </w:r>
      <w:r>
        <w:t>It means, the God is here.</w:t>
      </w:r>
    </w:p>
    <w:p>
      <w:pPr>
        <w:jc w:val="right"/>
      </w:pPr>
      <w:r>
        <w:t>اٹ مینز دا گاڈ از ہیر۔</w:t>
      </w:r>
    </w:p>
    <w:p>
      <w:r>
        <w:rPr>
          <w:b/>
        </w:rPr>
        <w:t xml:space="preserve">[12:11] </w:t>
      </w:r>
      <w:r>
        <w:t>No, God consciousness is here.</w:t>
      </w:r>
    </w:p>
    <w:p>
      <w:pPr>
        <w:jc w:val="right"/>
      </w:pPr>
      <w:r>
        <w:t>نو، گاڈ کانشیسنس از ہیر۔</w:t>
      </w:r>
    </w:p>
    <w:p>
      <w:r>
        <w:rPr>
          <w:b/>
        </w:rPr>
        <w:t xml:space="preserve">[12:13] </w:t>
      </w:r>
      <w:r>
        <w:t>So Islamic belief based on this notion that you can say indwelling God consciousness.</w:t>
      </w:r>
    </w:p>
    <w:p>
      <w:pPr>
        <w:jc w:val="right"/>
      </w:pPr>
      <w:r>
        <w:t>سو اسلامک بیلیو بیسڈ ان دس نوشن دیٹ یو کین سے ان ڈوئلنگ گاڈ کانشیسنس۔</w:t>
      </w:r>
    </w:p>
    <w:p>
      <w:r>
        <w:rPr>
          <w:b/>
        </w:rPr>
        <w:t xml:space="preserve">[12:20] </w:t>
      </w:r>
      <w:r>
        <w:t>God is separate from us.</w:t>
      </w:r>
    </w:p>
    <w:p>
      <w:pPr>
        <w:jc w:val="right"/>
      </w:pPr>
      <w:r>
        <w:t>گاڈ از سیپریٹ فرام اس۔</w:t>
      </w:r>
    </w:p>
    <w:p>
      <w:r>
        <w:rPr>
          <w:b/>
        </w:rPr>
        <w:t xml:space="preserve">[12:22] </w:t>
      </w:r>
      <w:r>
        <w:t>God have another independent identity.</w:t>
      </w:r>
    </w:p>
    <w:p>
      <w:pPr>
        <w:jc w:val="right"/>
      </w:pPr>
      <w:r>
        <w:t>گاڈ ہیو انادر انڈیپینڈنٹ ائیڈنٹی۔</w:t>
      </w:r>
    </w:p>
    <w:p>
      <w:r>
        <w:rPr>
          <w:b/>
        </w:rPr>
        <w:t xml:space="preserve">[12:24] </w:t>
      </w:r>
      <w:r>
        <w:t>He is not within us.</w:t>
      </w:r>
    </w:p>
    <w:p>
      <w:pPr>
        <w:jc w:val="right"/>
      </w:pPr>
      <w:r>
        <w:t>ہی از ناٹ ود ان اس۔</w:t>
      </w:r>
    </w:p>
    <w:p>
      <w:r>
        <w:rPr>
          <w:b/>
        </w:rPr>
        <w:t xml:space="preserve">[12:26] </w:t>
      </w:r>
      <w:r>
        <w:t>No, but God's knowledge is here.</w:t>
      </w:r>
    </w:p>
    <w:p>
      <w:pPr>
        <w:jc w:val="right"/>
      </w:pPr>
      <w:r>
        <w:t>نو، بٹ گاڈ نالج از ہیر۔</w:t>
      </w:r>
    </w:p>
    <w:p>
      <w:r>
        <w:rPr>
          <w:b/>
        </w:rPr>
        <w:t xml:space="preserve">[12:29] </w:t>
      </w:r>
      <w:r>
        <w:t>God has inculcated His marifah, His realization, His knowledge with our mind as a potential.</w:t>
      </w:r>
    </w:p>
    <w:p>
      <w:pPr>
        <w:jc w:val="right"/>
      </w:pPr>
      <w:r>
        <w:t>گاڈ ہیز انکلکیٹڈ ہز معرفہ، ہز ریلائزیشن، ہز نالج ود اور مائنڈ ایز ا پوٹینشل۔</w:t>
      </w:r>
    </w:p>
    <w:p>
      <w:r>
        <w:rPr>
          <w:b/>
        </w:rPr>
        <w:t xml:space="preserve">[12:35] </w:t>
      </w:r>
      <w:r>
        <w:t>So you have, we have to unfold this knowledge, this potential, this ma'rifah.</w:t>
      </w:r>
    </w:p>
    <w:p>
      <w:pPr>
        <w:jc w:val="right"/>
      </w:pPr>
      <w:r>
        <w:t>سو یو ہیو، وی ہیو ٹو ان فولڈ دیز نالج، دیز پوٹینشل، دیز معرفہ۔</w:t>
      </w:r>
    </w:p>
    <w:p>
      <w:r>
        <w:rPr>
          <w:b/>
        </w:rPr>
        <w:t xml:space="preserve">[12:41] </w:t>
      </w:r>
      <w:r>
        <w:t>This is spirituality.</w:t>
      </w:r>
    </w:p>
    <w:p>
      <w:pPr>
        <w:jc w:val="right"/>
      </w:pPr>
      <w:r>
        <w:t>دس از سپریچولیٹی۔</w:t>
      </w:r>
    </w:p>
    <w:p>
      <w:r>
        <w:rPr>
          <w:b/>
        </w:rPr>
        <w:t xml:space="preserve">[12:43] </w:t>
      </w:r>
      <w:r>
        <w:t>That kind of notion that everything is here is not proved by science, and it is not</w:t>
      </w:r>
    </w:p>
    <w:p>
      <w:pPr>
        <w:jc w:val="right"/>
      </w:pPr>
      <w:r>
        <w:t>دیٹ کائنڈ اف نوشن دیٹ ایوری تھنگ از ہیر از ناٹ پرووڈ بائی سائنس، اینڈ اٹ از ناٹ</w:t>
      </w:r>
    </w:p>
    <w:p>
      <w:r>
        <w:rPr>
          <w:b/>
        </w:rPr>
        <w:t xml:space="preserve">[12:51] </w:t>
      </w:r>
      <w:r>
        <w:t>endorsed by Quran.</w:t>
      </w:r>
    </w:p>
    <w:p>
      <w:pPr>
        <w:jc w:val="right"/>
      </w:pPr>
      <w:r>
        <w:t>انڈورس بائی قرآن۔</w:t>
      </w:r>
    </w:p>
    <w:p>
      <w:r>
        <w:rPr>
          <w:b/>
        </w:rPr>
        <w:t xml:space="preserve">[12:52] </w:t>
      </w:r>
      <w:r>
        <w:t>It is proved by science that in human mind has great potential.</w:t>
      </w:r>
    </w:p>
    <w:p>
      <w:pPr>
        <w:jc w:val="right"/>
      </w:pPr>
      <w:r>
        <w:t>اٹ از پرووڈ بائی سائنس دیٹ ان ہیومن مائنڈ ہیز گریٹ پوٹینشل۔</w:t>
      </w:r>
    </w:p>
    <w:p>
      <w:r>
        <w:rPr>
          <w:b/>
        </w:rPr>
        <w:t xml:space="preserve">[12:57] </w:t>
      </w:r>
      <w:r>
        <w:t>It is said that every individual mind has billion, billion, billion particles.</w:t>
      </w:r>
    </w:p>
    <w:p>
      <w:pPr>
        <w:jc w:val="right"/>
      </w:pPr>
      <w:r>
        <w:t>اٹ از سیڈ دیٹ ایوری انڈیویجول مائنڈ ہیز بلین، بلین، بلین پارٹیکلز۔</w:t>
      </w:r>
    </w:p>
    <w:p>
      <w:r>
        <w:rPr>
          <w:b/>
        </w:rPr>
        <w:t xml:space="preserve">[13:02] </w:t>
      </w:r>
      <w:r>
        <w:t>So all the, all these particles are particles of wisdom.</w:t>
      </w:r>
    </w:p>
    <w:p>
      <w:pPr>
        <w:jc w:val="right"/>
      </w:pPr>
      <w:r>
        <w:t>سو ال دو، ال دیز پارٹیکلز ار پارٹیکلز اف وزڈم۔</w:t>
      </w:r>
    </w:p>
    <w:p>
      <w:r>
        <w:rPr>
          <w:b/>
        </w:rPr>
        <w:t xml:space="preserve">[13:07] </w:t>
      </w:r>
      <w:r>
        <w:t>All these particles, it is proved by science that every human mind has billion, billion, billion particles.</w:t>
      </w:r>
    </w:p>
    <w:p>
      <w:pPr>
        <w:jc w:val="right"/>
      </w:pPr>
      <w:r>
        <w:t>ال دیز پارٹیکلز، اٹ از پرووڈ بائی سائنس دیٹ ایوری ہیومن مائنڈ ہیز بلین، بلین، بلین پارٹیکلز۔</w:t>
      </w:r>
    </w:p>
    <w:p>
      <w:r>
        <w:rPr>
          <w:b/>
        </w:rPr>
        <w:t xml:space="preserve">[13:14] </w:t>
      </w:r>
      <w:r>
        <w:t>So I can say that all these particles are particles of wisdom, particles of spirituality, particles of marifa,</w:t>
      </w:r>
    </w:p>
    <w:p>
      <w:pPr>
        <w:jc w:val="right"/>
      </w:pPr>
      <w:r>
        <w:t>سو ائی کین سے دیٹ ال دیز پارٹیکلز ار پارٹیکلز اف وزڈم، پارٹیکلز اف سپریچولیٹی، پارٹیکلز اف معرفہ،</w:t>
      </w:r>
    </w:p>
    <w:p>
      <w:r>
        <w:rPr>
          <w:b/>
        </w:rPr>
        <w:t xml:space="preserve">[13:22] </w:t>
      </w:r>
      <w:r>
        <w:t>particles of realization, particles of God consciousness.</w:t>
      </w:r>
    </w:p>
    <w:p>
      <w:pPr>
        <w:jc w:val="right"/>
      </w:pPr>
      <w:r>
        <w:t>پارٹیکلز اف ریلائزیشن، پارٹیکلز اف گاڈ کانشیسنس۔</w:t>
      </w:r>
    </w:p>
    <w:p>
      <w:r>
        <w:rPr>
          <w:b/>
        </w:rPr>
        <w:t xml:space="preserve">[13:25] </w:t>
      </w:r>
      <w:r>
        <w:t>It is correct to say that spirituality is already present in our soul, but God himself is</w:t>
      </w:r>
    </w:p>
    <w:p>
      <w:pPr>
        <w:jc w:val="right"/>
      </w:pPr>
      <w:r>
        <w:t>اٹ از کریکٹ ٹو سے دیٹ سپریچولیٹی از الریڈی پریزنٹ ان اور سول، بٹ گاڈ ہم سیلف از</w:t>
      </w:r>
    </w:p>
    <w:p>
      <w:r>
        <w:rPr>
          <w:b/>
        </w:rPr>
        <w:t xml:space="preserve">[13:32] </w:t>
      </w:r>
      <w:r>
        <w:t>not present here.</w:t>
      </w:r>
    </w:p>
    <w:p>
      <w:pPr>
        <w:jc w:val="right"/>
      </w:pPr>
      <w:r>
        <w:t>ناٹ پریزنٹ ہیر۔</w:t>
      </w:r>
    </w:p>
    <w:p>
      <w:r>
        <w:rPr>
          <w:b/>
        </w:rPr>
        <w:t xml:space="preserve">[13:34] </w:t>
      </w:r>
      <w:r>
        <w:t>So indulging God is wrong.</w:t>
      </w:r>
    </w:p>
    <w:p>
      <w:pPr>
        <w:jc w:val="right"/>
      </w:pPr>
      <w:r>
        <w:t>سو ان ڈوئلنگ گاڈ از رونگ۔</w:t>
      </w:r>
    </w:p>
    <w:p>
      <w:r>
        <w:rPr>
          <w:b/>
        </w:rPr>
        <w:t xml:space="preserve">[13:36] </w:t>
      </w:r>
      <w:r>
        <w:t>This concept is wrong to say in dueling God.</w:t>
      </w:r>
    </w:p>
    <w:p>
      <w:pPr>
        <w:jc w:val="right"/>
      </w:pPr>
      <w:r>
        <w:t>دس کانسیپٹ از رونگ ٹو سے ان ڈوئلنگ گاڈ۔</w:t>
      </w:r>
    </w:p>
    <w:p>
      <w:r>
        <w:rPr>
          <w:b/>
        </w:rPr>
        <w:t xml:space="preserve">[13:40] </w:t>
      </w:r>
      <w:r>
        <w:t>No, God is separate identity, but God consciousness is here, marifah is here.</w:t>
      </w:r>
    </w:p>
    <w:p>
      <w:pPr>
        <w:jc w:val="right"/>
      </w:pPr>
      <w:r>
        <w:t>نو، گاڈ از سیپریٹ ائیڈنٹی، بٹ گاڈ کانشیسنس از ہیر، معرفہ از ہیر۔</w:t>
      </w:r>
    </w:p>
    <w:p>
      <w:r>
        <w:rPr>
          <w:b/>
        </w:rPr>
        <w:t xml:space="preserve">[13:46] </w:t>
      </w:r>
      <w:r>
        <w:t>So you can unfold this ma'rifah and turn it into realization and discovery.</w:t>
      </w:r>
    </w:p>
    <w:p>
      <w:pPr>
        <w:jc w:val="right"/>
      </w:pPr>
      <w:r>
        <w:t>سو یو کین ان فولڈ دس معرفہ اینڈ ٹرن اٹ انٹو ریلائزیشن اینڈ ڈسکوری۔</w:t>
      </w:r>
    </w:p>
    <w:p>
      <w:r>
        <w:rPr>
          <w:b/>
        </w:rPr>
        <w:t xml:space="preserve">[13:52] </w:t>
      </w:r>
      <w:r>
        <w:t>This is spirituality.</w:t>
      </w:r>
    </w:p>
    <w:p>
      <w:pPr>
        <w:jc w:val="right"/>
      </w:pPr>
      <w:r>
        <w:t>دس از سپریچولیٹی۔</w:t>
      </w:r>
    </w:p>
    <w:p>
      <w:r>
        <w:rPr>
          <w:b/>
        </w:rPr>
        <w:t xml:space="preserve">[13:53] </w:t>
      </w:r>
      <w:r>
        <w:t>Here I would like to say that one thing also is very important in Islam, that is al-a'rad.</w:t>
      </w:r>
    </w:p>
    <w:p>
      <w:pPr>
        <w:jc w:val="right"/>
      </w:pPr>
      <w:r>
        <w:t>ہیر ائی وڈ لائک ٹو سے دیٹ ون تھنگ السو ہیز ویری امپورٹنٹ ان اسلام، دیٹ از الاعراض۔</w:t>
      </w:r>
    </w:p>
    <w:p>
      <w:r>
        <w:rPr>
          <w:b/>
        </w:rPr>
        <w:t xml:space="preserve">[14:01] </w:t>
      </w:r>
      <w:r>
        <w:t>Al-a'raaz means ignore, avoidance to ignore.</w:t>
      </w:r>
    </w:p>
    <w:p>
      <w:pPr>
        <w:jc w:val="right"/>
      </w:pPr>
      <w:r>
        <w:t>الاعراض مینز اگنور، اوائیڈنس ٹو اگنور۔</w:t>
      </w:r>
    </w:p>
    <w:p>
      <w:r>
        <w:rPr>
          <w:b/>
        </w:rPr>
        <w:t xml:space="preserve">[14:04] </w:t>
      </w:r>
      <w:r>
        <w:t>So God created this world in such a way that every moment there are some, some unpleasant</w:t>
      </w:r>
    </w:p>
    <w:p>
      <w:pPr>
        <w:jc w:val="right"/>
      </w:pPr>
      <w:r>
        <w:t>سو گاڈ کریٹڈ دس ورلڈ ان سچ ا وے دیٹ ایوری مومنٹ دیر ار سم، سم ان پریزنٹ</w:t>
      </w:r>
    </w:p>
    <w:p>
      <w:r>
        <w:rPr>
          <w:b/>
        </w:rPr>
        <w:t xml:space="preserve">[14:11] </w:t>
      </w:r>
      <w:r>
        <w:t>items.</w:t>
      </w:r>
    </w:p>
    <w:p>
      <w:pPr>
        <w:jc w:val="right"/>
      </w:pPr>
      <w:r>
        <w:t>ائٹمز۔</w:t>
      </w:r>
    </w:p>
    <w:p>
      <w:r>
        <w:rPr>
          <w:b/>
        </w:rPr>
        <w:t xml:space="preserve">[14:13] </w:t>
      </w:r>
      <w:r>
        <w:t>Every, every time there are, every moment there are, there are distractions.</w:t>
      </w:r>
    </w:p>
    <w:p>
      <w:pPr>
        <w:jc w:val="right"/>
      </w:pPr>
      <w:r>
        <w:t>ایوری، ایوری ٹائم دیر ار، ایوری مومنٹ دیر ار، دیر ار ڈسٹرکشنز۔</w:t>
      </w:r>
    </w:p>
    <w:p>
      <w:r>
        <w:rPr>
          <w:b/>
        </w:rPr>
        <w:t xml:space="preserve">[14:18] </w:t>
      </w:r>
      <w:r>
        <w:t>So you have to avoid these distractions.</w:t>
      </w:r>
    </w:p>
    <w:p>
      <w:pPr>
        <w:jc w:val="right"/>
      </w:pPr>
      <w:r>
        <w:t>سو یو ہیو ٹو اوائیڈ دیز ڈسٹرکشنز۔</w:t>
      </w:r>
    </w:p>
    <w:p>
      <w:r>
        <w:rPr>
          <w:b/>
        </w:rPr>
        <w:t xml:space="preserve">[14:21] </w:t>
      </w:r>
      <w:r>
        <w:t>You have to avoid these distractions.</w:t>
      </w:r>
    </w:p>
    <w:p>
      <w:pPr>
        <w:jc w:val="right"/>
      </w:pPr>
      <w:r>
        <w:t>یو ہیو ٹو اوائیڈ دیز ڈسٹرکشنز۔</w:t>
      </w:r>
    </w:p>
    <w:p>
      <w:r>
        <w:rPr>
          <w:b/>
        </w:rPr>
        <w:t xml:space="preserve">[14:24] </w:t>
      </w:r>
      <w:r>
        <w:t>Otherwise, it is not possible to carry on the process of intellectual development and spiritual development.</w:t>
      </w:r>
    </w:p>
    <w:p>
      <w:pPr>
        <w:jc w:val="right"/>
      </w:pPr>
      <w:r>
        <w:t>ادروائز، اٹ از ناٹ پاسیبل ٹو کیری ان دا پروسیس اف انٹلیکچول ڈیولپمنٹ اینڈ سپریچول ڈیولپمنٹ۔</w:t>
      </w:r>
    </w:p>
    <w:p>
      <w:r>
        <w:rPr>
          <w:b/>
        </w:rPr>
        <w:t xml:space="preserve">[14:30] </w:t>
      </w:r>
      <w:r>
        <w:t>تو there are, it means that there are two point formula: contemplation and avoidance.</w:t>
      </w:r>
    </w:p>
    <w:p>
      <w:pPr>
        <w:jc w:val="right"/>
      </w:pPr>
      <w:r>
        <w:t>تو دیر ار، اٹ مینز دیٹ دیر ار ٹو پوائنٹ فارمولا: کنٹیمپلیشن اینڈ اوائیڈنس۔</w:t>
      </w:r>
    </w:p>
    <w:p>
      <w:r>
        <w:rPr>
          <w:b/>
        </w:rPr>
        <w:t xml:space="preserve">[14:36] </w:t>
      </w:r>
      <w:r>
        <w:t>Through contemplation, you unfold your potentials, and through avoidance, you save yourself from destruction.</w:t>
      </w:r>
    </w:p>
    <w:p>
      <w:pPr>
        <w:jc w:val="right"/>
      </w:pPr>
      <w:r>
        <w:t>تھرو کنٹیمپلیشن، یو ان فولڈ یور پوٹینشلز، اینڈ تھرو اوائیڈنس، یو سیو یور سیلف فرام ڈسٹرکشن۔</w:t>
      </w:r>
    </w:p>
    <w:p>
      <w:r>
        <w:rPr>
          <w:b/>
        </w:rPr>
        <w:t xml:space="preserve">[14:43] </w:t>
      </w:r>
      <w:r>
        <w:t>So there are two point formula of spirituality in Islam.</w:t>
      </w:r>
    </w:p>
    <w:p>
      <w:pPr>
        <w:jc w:val="right"/>
      </w:pPr>
      <w:r>
        <w:t>سو دیر ار ٹو پوائنٹ فارمولا اف سپریچولیٹی ان اسلام۔</w:t>
      </w:r>
    </w:p>
    <w:p>
      <w:r>
        <w:rPr>
          <w:b/>
        </w:rPr>
        <w:t xml:space="preserve">[14:48] </w:t>
      </w:r>
      <w:r>
        <w:t>One is based on contemplation, and the second is based on avoidance.</w:t>
      </w:r>
    </w:p>
    <w:p>
      <w:pPr>
        <w:jc w:val="right"/>
      </w:pPr>
      <w:r>
        <w:t>ون از بیسڈ ان کنٹیمپلیشن، اینڈ دا سیکنڈ از بیسڈ ان اوائیڈنس۔</w:t>
      </w:r>
    </w:p>
    <w:p>
      <w:r>
        <w:rPr>
          <w:b/>
        </w:rPr>
        <w:t xml:space="preserve">[14:53] </w:t>
      </w:r>
      <w:r>
        <w:t>Contemplation helps you to unfold your potential, your spiritual potential, and avoidance saves you from destruction.</w:t>
      </w:r>
    </w:p>
    <w:p>
      <w:pPr>
        <w:jc w:val="right"/>
      </w:pPr>
      <w:r>
        <w:t>کنٹیمپلیشن ہیلپس یو ٹو ان فولڈ یور پوٹینشل، یور سپریچول پوٹینشل، اینڈ اوائیڈنس سیوز یو فرام ڈسٹرکشن۔</w:t>
      </w:r>
    </w:p>
    <w:p>
      <w:r>
        <w:rPr>
          <w:b/>
        </w:rPr>
        <w:t xml:space="preserve">[15:00] </w:t>
      </w:r>
      <w:r>
        <w:t>Destruction is a killing habit.</w:t>
      </w:r>
    </w:p>
    <w:p>
      <w:pPr>
        <w:jc w:val="right"/>
      </w:pPr>
      <w:r>
        <w:t>ڈسٹرکشن از ا کillنگ ہیبٹ۔</w:t>
      </w:r>
    </w:p>
    <w:p>
      <w:r>
        <w:rPr>
          <w:b/>
        </w:rPr>
        <w:t xml:space="preserve">[15:02] </w:t>
      </w:r>
      <w:r>
        <w:t>You have to save your time, you have to save your money, you have to save your attention.</w:t>
      </w:r>
    </w:p>
    <w:p>
      <w:pPr>
        <w:jc w:val="right"/>
      </w:pPr>
      <w:r>
        <w:t>یو ہیو ٹو سیو یور ٹائم، یو ہیو ٹو سیو یور منی، یو ہیو ٹو سیو یور اٹینشن۔</w:t>
      </w:r>
    </w:p>
    <w:p>
      <w:r>
        <w:rPr>
          <w:b/>
        </w:rPr>
        <w:t xml:space="preserve">[15:10] </w:t>
      </w:r>
      <w:r>
        <w:t>You have to save all those, you have to save yourself from all those things which may</w:t>
      </w:r>
    </w:p>
    <w:p>
      <w:pPr>
        <w:jc w:val="right"/>
      </w:pPr>
      <w:r>
        <w:t>یو ہیو ٹو سیو ال دو، یو ہیو ٹو سیو یور سیلف فرام ال دو تھنگز وچ می</w:t>
      </w:r>
    </w:p>
    <w:p>
      <w:r>
        <w:rPr>
          <w:b/>
        </w:rPr>
        <w:t xml:space="preserve">[15:18] </w:t>
      </w:r>
      <w:r>
        <w:t>distract you from the spiritual path.</w:t>
      </w:r>
    </w:p>
    <w:p>
      <w:pPr>
        <w:jc w:val="right"/>
      </w:pPr>
      <w:r>
        <w:t>ڈسٹرکٹ یو فرام دی سپریچول پاتھ۔</w:t>
      </w:r>
    </w:p>
    <w:p>
      <w:r>
        <w:rPr>
          <w:b/>
        </w:rPr>
        <w:t xml:space="preserve">[15:20] </w:t>
      </w:r>
      <w:r>
        <w:t>Here I would like to quote a very relevant hadith.</w:t>
      </w:r>
    </w:p>
    <w:p>
      <w:pPr>
        <w:jc w:val="right"/>
      </w:pPr>
      <w:r>
        <w:t>ہیر ائی وڈ لائک ٹو کوٹ ا ویری ریلیونٹ حدیث۔</w:t>
      </w:r>
    </w:p>
    <w:p>
      <w:r>
        <w:rPr>
          <w:b/>
        </w:rPr>
        <w:t xml:space="preserve">[15:24] </w:t>
      </w:r>
      <w:r>
        <w:t>The Prophet of Islam has said, I said, I can said, there is the course of spirituality.</w:t>
      </w:r>
    </w:p>
    <w:p>
      <w:pPr>
        <w:jc w:val="right"/>
      </w:pPr>
      <w:r>
        <w:t>دا پرافٹ اف اسلام ہیز سیڈ، ائی سیڈ، ائی کین سیڈ، دیر از دا کورس اف سپریچولیٹی۔</w:t>
      </w:r>
    </w:p>
    <w:p>
      <w:r>
        <w:rPr>
          <w:b/>
        </w:rPr>
        <w:t xml:space="preserve">[15:32] </w:t>
      </w:r>
      <w:r>
        <w:t>Very simple course of spirituality.</w:t>
      </w:r>
    </w:p>
    <w:p>
      <w:pPr>
        <w:jc w:val="right"/>
      </w:pPr>
      <w:r>
        <w:t>ویری سمپل کورس اف سپریچولیٹی۔</w:t>
      </w:r>
    </w:p>
    <w:p>
      <w:r>
        <w:rPr>
          <w:b/>
        </w:rPr>
        <w:t xml:space="preserve">[15:34] </w:t>
      </w:r>
      <w:r>
        <w:t>So the prophet of Islam has said, "Wal aqlu malikul maghlubul aqlu an takun sa'at sa'at yaj fiha rabba</w:t>
      </w:r>
    </w:p>
    <w:p>
      <w:pPr>
        <w:jc w:val="right"/>
      </w:pPr>
      <w:r>
        <w:t>سو دا پرافٹ اف اسلام ہیز سیڈ، "والعاقل مالک مغلوب العقل ان تکون سات سات یج فیہا ربا</w:t>
      </w:r>
    </w:p>
    <w:p>
      <w:r>
        <w:rPr>
          <w:b/>
        </w:rPr>
        <w:t xml:space="preserve">[15:42] </w:t>
      </w:r>
      <w:r>
        <w:t>wusat yuhasib fiha nafsuh wusat yatafakkar fiha Allah wusat yakhlu fiha li-hajatihi min al-matam wal-mashriq</w:t>
      </w:r>
    </w:p>
    <w:p>
      <w:pPr>
        <w:jc w:val="right"/>
      </w:pPr>
      <w:r>
        <w:t>وسات یحاسب فیہا نفسہ وسات یتفکر فیہا اللہ وسات یخلو فیہا لحاجتہ من المطم والمشرق"۔</w:t>
      </w:r>
    </w:p>
    <w:p>
      <w:r>
        <w:rPr>
          <w:b/>
        </w:rPr>
        <w:t xml:space="preserve">[15:48] </w:t>
      </w:r>
      <w:r>
        <w:t>It means that every person who wants to develop his spirituality, he must follow this formula.</w:t>
      </w:r>
    </w:p>
    <w:p>
      <w:pPr>
        <w:jc w:val="right"/>
      </w:pPr>
      <w:r>
        <w:t>اٹ مینز دیٹ ایوری پرسن وانٹ ٹو ڈیولپ ہز سپریچولیٹی، ہی مسٹ فالو دس فارمولا۔</w:t>
      </w:r>
    </w:p>
    <w:p>
      <w:r>
        <w:rPr>
          <w:b/>
        </w:rPr>
        <w:t xml:space="preserve">[15:54] </w:t>
      </w:r>
      <w:r>
        <w:t>He must follow this course in his daily life.</w:t>
      </w:r>
    </w:p>
    <w:p>
      <w:pPr>
        <w:jc w:val="right"/>
      </w:pPr>
      <w:r>
        <w:t>ہی مسٹ فالو دس کورس ان ہز ڈیلی لائف۔</w:t>
      </w:r>
    </w:p>
    <w:p>
      <w:r>
        <w:rPr>
          <w:b/>
        </w:rPr>
        <w:t xml:space="preserve">[15:58] </w:t>
      </w:r>
      <w:r>
        <w:t>His daily life must be consist of two moment: M O, M E, N T.</w:t>
      </w:r>
    </w:p>
    <w:p>
      <w:pPr>
        <w:jc w:val="right"/>
      </w:pPr>
      <w:r>
        <w:t>ہز ڈیلی لائف مسٹ بی کنسسٹ اف ٹو مومنٹ: ایم او، ایم ای، این ٹی۔</w:t>
      </w:r>
    </w:p>
    <w:p>
      <w:r>
        <w:rPr>
          <w:b/>
        </w:rPr>
        <w:t xml:space="preserve">[16:05] </w:t>
      </w:r>
      <w:r>
        <w:t>First is 786. 786 fiha riba.</w:t>
      </w:r>
    </w:p>
    <w:p>
      <w:pPr>
        <w:jc w:val="right"/>
      </w:pPr>
      <w:r>
        <w:t>فرسٹ از سات یج سات یج فیہا ربا۔</w:t>
      </w:r>
    </w:p>
    <w:p>
      <w:r>
        <w:rPr>
          <w:b/>
        </w:rPr>
        <w:t xml:space="preserve">[16:08] </w:t>
      </w:r>
      <w:r>
        <w:t>The moment when he is in whisper, the moment when he is in conversation to God, the moment</w:t>
      </w:r>
    </w:p>
    <w:p>
      <w:pPr>
        <w:jc w:val="right"/>
      </w:pPr>
      <w:r>
        <w:t>دا مومنٹ وین ہی از ان وسپر، دا مومنٹ وین ہی از ان کنورسیشن ٹو گاڈ، دا مومنٹ</w:t>
      </w:r>
    </w:p>
    <w:p>
      <w:r>
        <w:rPr>
          <w:b/>
        </w:rPr>
        <w:t xml:space="preserve">[16:16] </w:t>
      </w:r>
      <w:r>
        <w:t>When he is in conversation to God, that is experience of dearness.</w:t>
      </w:r>
    </w:p>
    <w:p>
      <w:pPr>
        <w:jc w:val="right"/>
      </w:pPr>
      <w:r>
        <w:t>وین ہی از ان کنورسیشن ٹو گاڈ، دیٹ از ایکسپیرینس اف ڈیئرنس۔</w:t>
      </w:r>
    </w:p>
    <w:p>
      <w:r>
        <w:rPr>
          <w:b/>
        </w:rPr>
        <w:t xml:space="preserve">[16:21] </w:t>
      </w:r>
      <w:r>
        <w:t>And it is an experience of communion to God.</w:t>
      </w:r>
    </w:p>
    <w:p>
      <w:pPr>
        <w:jc w:val="right"/>
      </w:pPr>
      <w:r>
        <w:t>اینڈ اٹ از این ایکسپیرینس اف کمیونین ٹو گاڈ۔</w:t>
      </w:r>
    </w:p>
    <w:p>
      <w:r>
        <w:rPr>
          <w:b/>
        </w:rPr>
        <w:t xml:space="preserve">[16:25] </w:t>
      </w:r>
      <w:r>
        <w:t>This is the one moment.</w:t>
      </w:r>
    </w:p>
    <w:p>
      <w:pPr>
        <w:jc w:val="right"/>
      </w:pPr>
      <w:r>
        <w:t>دس از دا ون مومنٹ۔</w:t>
      </w:r>
    </w:p>
    <w:p>
      <w:r>
        <w:rPr>
          <w:b/>
        </w:rPr>
        <w:t xml:space="preserve">[16:27] </w:t>
      </w:r>
      <w:r>
        <w:t>Deen saat yuhasibu fiha nafsahu.</w:t>
      </w:r>
    </w:p>
    <w:p>
      <w:pPr>
        <w:jc w:val="right"/>
      </w:pPr>
      <w:r>
        <w:t>دین سات یحاسب فیہا نفسہ۔</w:t>
      </w:r>
    </w:p>
    <w:p>
      <w:r>
        <w:rPr>
          <w:b/>
        </w:rPr>
        <w:t xml:space="preserve">[16:29] </w:t>
      </w:r>
      <w:r>
        <w:t>And the second moment when he is engaged in introspection.</w:t>
      </w:r>
    </w:p>
    <w:p>
      <w:pPr>
        <w:jc w:val="right"/>
      </w:pPr>
      <w:r>
        <w:t>اینڈ دا سیکنڈ مومنٹ وین ہی از انگیجڈ ان انٹروسپیکشن۔</w:t>
      </w:r>
    </w:p>
    <w:p>
      <w:r>
        <w:rPr>
          <w:b/>
        </w:rPr>
        <w:t xml:space="preserve">[16:33] </w:t>
      </w:r>
      <w:r>
        <w:t>In introspection, there is reassessment, revise, taking against himself.</w:t>
      </w:r>
    </w:p>
    <w:p>
      <w:pPr>
        <w:jc w:val="right"/>
      </w:pPr>
      <w:r>
        <w:t>ان انٹروسپیکشن، دیر از ری اسسمنٹ، ریوائز، ٹیکنگ اگینسٹ ہم سیلف۔</w:t>
      </w:r>
    </w:p>
    <w:p>
      <w:r>
        <w:rPr>
          <w:b/>
        </w:rPr>
        <w:t xml:space="preserve">[16:38] </w:t>
      </w:r>
      <w:r>
        <w:t>What was wrong with me? So this is introspection.</w:t>
      </w:r>
    </w:p>
    <w:p>
      <w:pPr>
        <w:jc w:val="right"/>
      </w:pPr>
      <w:r>
        <w:t>واٹ واز رونگ ود می؟ سو دس از انٹروسپیکشن۔</w:t>
      </w:r>
    </w:p>
    <w:p>
      <w:r>
        <w:rPr>
          <w:b/>
        </w:rPr>
        <w:t xml:space="preserve">[16:42] </w:t>
      </w:r>
      <w:r>
        <w:t>The first moment is living with God.</w:t>
      </w:r>
    </w:p>
    <w:p>
      <w:pPr>
        <w:jc w:val="right"/>
      </w:pPr>
      <w:r>
        <w:t>دا فرسٹ مومنٹ از لیونگ ود گاڈ۔</w:t>
      </w:r>
    </w:p>
    <w:p>
      <w:r>
        <w:rPr>
          <w:b/>
        </w:rPr>
        <w:t xml:space="preserve">[16:45] </w:t>
      </w:r>
      <w:r>
        <w:t>The second moment is living with you, doing introspection, finding out, finding out your own mistakes.</w:t>
      </w:r>
    </w:p>
    <w:p>
      <w:pPr>
        <w:jc w:val="right"/>
      </w:pPr>
      <w:r>
        <w:t>دا سیکنڈ مومنٹ از لیونگ ود یو، ڈوئنگ انٹروسپیکشن، فائنڈنگ اؤٹ، فائنڈنگ اؤٹ یور اون مسٹیکس۔</w:t>
      </w:r>
    </w:p>
    <w:p>
      <w:r>
        <w:rPr>
          <w:b/>
        </w:rPr>
        <w:t xml:space="preserve">[16:52] </w:t>
      </w:r>
      <w:r>
        <w:t>Deen, the third moment is yatafakkaru fi khalqillah.</w:t>
      </w:r>
    </w:p>
    <w:p>
      <w:pPr>
        <w:jc w:val="right"/>
      </w:pPr>
      <w:r>
        <w:t>دین دا تھرڈ مومنٹ از یتفکر فیہا اللہ۔</w:t>
      </w:r>
    </w:p>
    <w:p>
      <w:r>
        <w:rPr>
          <w:b/>
        </w:rPr>
        <w:t xml:space="preserve">[16:55] </w:t>
      </w:r>
      <w:r>
        <w:t>It means that thinking about the nature, about the creation, finding out the secret of nature.</w:t>
      </w:r>
    </w:p>
    <w:p>
      <w:pPr>
        <w:jc w:val="right"/>
      </w:pPr>
      <w:r>
        <w:t>اٹ مینز دیٹ تھنکنگ اباؤٹ دا نیچر، اباؤٹ دا کریشن، فائنڈنگ اؤٹ دا سیکرٹ اف نیچر۔</w:t>
      </w:r>
    </w:p>
    <w:p>
      <w:r>
        <w:rPr>
          <w:b/>
        </w:rPr>
        <w:t xml:space="preserve">[17:02] </w:t>
      </w:r>
      <w:r>
        <w:t>So when you contemplate in nature, you find God light, divine light.</w:t>
      </w:r>
    </w:p>
    <w:p>
      <w:pPr>
        <w:jc w:val="right"/>
      </w:pPr>
      <w:r>
        <w:t>سو وین یو کنٹیمپلیٹ ان نیچر، یو فائنڈ گاڈ لائٹ، ڈیوائن لائٹ۔</w:t>
      </w:r>
    </w:p>
    <w:p>
      <w:r>
        <w:rPr>
          <w:b/>
        </w:rPr>
        <w:t xml:space="preserve">[17:07] </w:t>
      </w:r>
      <w:r>
        <w:t>So is the third moment.</w:t>
      </w:r>
    </w:p>
    <w:p>
      <w:pPr>
        <w:jc w:val="right"/>
      </w:pPr>
      <w:r>
        <w:t>سو از دا تھرڈ مومنٹ۔</w:t>
      </w:r>
    </w:p>
    <w:p>
      <w:r>
        <w:rPr>
          <w:b/>
        </w:rPr>
        <w:t xml:space="preserve">[17:09] </w:t>
      </w:r>
      <w:r>
        <w:t>The fourth is that you are engaged to providing your basic needs.</w:t>
      </w:r>
    </w:p>
    <w:p>
      <w:pPr>
        <w:jc w:val="right"/>
      </w:pPr>
      <w:r>
        <w:t>دا فورتھ از دیٹ یو ار انگیجڈ ٹو پرووائیڈنگ یور بیسک نیڈز۔</w:t>
      </w:r>
    </w:p>
    <w:p>
      <w:r>
        <w:rPr>
          <w:b/>
        </w:rPr>
        <w:t xml:space="preserve">[17:15] </w:t>
      </w:r>
      <w:r>
        <w:t>Basic needs.</w:t>
      </w:r>
    </w:p>
    <w:p>
      <w:pPr>
        <w:jc w:val="right"/>
      </w:pPr>
      <w:r>
        <w:t>بیسک نیڈز۔</w:t>
      </w:r>
    </w:p>
    <w:p>
      <w:r>
        <w:rPr>
          <w:b/>
        </w:rPr>
        <w:t xml:space="preserve">[17:16] </w:t>
      </w:r>
      <w:r>
        <w:t>تو it means that every man or woman who is, who is every man or woman who want</w:t>
      </w:r>
    </w:p>
    <w:p>
      <w:pPr>
        <w:jc w:val="right"/>
      </w:pPr>
      <w:r>
        <w:t>تو اٹ مینز دیٹ ایوری مین اور وومن ہو از، ہو از ایوری مین اور وومن ہو وانٹ</w:t>
      </w:r>
    </w:p>
    <w:p>
      <w:r>
        <w:rPr>
          <w:b/>
        </w:rPr>
        <w:t xml:space="preserve">[17:24] </w:t>
      </w:r>
      <w:r>
        <w:t>To have spirituality, who want to follow a spiritual life, he must follow this course.</w:t>
      </w:r>
    </w:p>
    <w:p>
      <w:pPr>
        <w:jc w:val="right"/>
      </w:pPr>
      <w:r>
        <w:t>ٹو ہیو سپریچولیٹی، ہو وانٹ ٹو فالو ا سپریچول لائف، ہی مسٹ فالو دس کورس۔</w:t>
      </w:r>
    </w:p>
    <w:p>
      <w:r>
        <w:rPr>
          <w:b/>
        </w:rPr>
        <w:t xml:space="preserve">[17:30] </w:t>
      </w:r>
      <w:r>
        <w:t>His daily life must be divided into four parts.</w:t>
      </w:r>
    </w:p>
    <w:p>
      <w:pPr>
        <w:jc w:val="right"/>
      </w:pPr>
      <w:r>
        <w:t>ہز ڈیلی لائف مسٹ بی ڈیوائیڈڈ انٹو فور پارٹس۔</w:t>
      </w:r>
    </w:p>
    <w:p>
      <w:r>
        <w:rPr>
          <w:b/>
        </w:rPr>
        <w:t xml:space="preserve">[17:34] </w:t>
      </w:r>
      <w:r>
        <w:t>daily life: one when he is engaged with God, or one when he is living with God.</w:t>
      </w:r>
    </w:p>
    <w:p>
      <w:pPr>
        <w:jc w:val="right"/>
      </w:pPr>
      <w:r>
        <w:t>ڈیلی لائف: ون وین ہی از انگیجڈ ود گاڈ، اور ون وین ہی از لیونگ ود گاڈ۔</w:t>
      </w:r>
    </w:p>
    <w:p>
      <w:r>
        <w:rPr>
          <w:b/>
        </w:rPr>
        <w:t xml:space="preserve">[17:41] </w:t>
      </w:r>
      <w:r>
        <w:t>The second when he is engaged in introspection.</w:t>
      </w:r>
    </w:p>
    <w:p>
      <w:pPr>
        <w:jc w:val="right"/>
      </w:pPr>
      <w:r>
        <w:t>دا سیکنڈ وین ہی از انگیجڈ ان انٹروسپیکشن۔</w:t>
      </w:r>
    </w:p>
    <w:p>
      <w:r>
        <w:rPr>
          <w:b/>
        </w:rPr>
        <w:t xml:space="preserve">[17:45] </w:t>
      </w:r>
      <w:r>
        <w:t>And the third when he is engaged in contemplation, contemplation in nature.</w:t>
      </w:r>
    </w:p>
    <w:p>
      <w:pPr>
        <w:jc w:val="right"/>
      </w:pPr>
      <w:r>
        <w:t>اینڈ دا تھرڈ وین ہی از انگیجڈ ان کنٹیمپلیشن، کنٹیمپلیشن ان نیچر۔</w:t>
      </w:r>
    </w:p>
    <w:p>
      <w:r>
        <w:rPr>
          <w:b/>
        </w:rPr>
        <w:t xml:space="preserve">[17:50] </w:t>
      </w:r>
      <w:r>
        <w:t>And fourth, when he is trying to acquire basic needs.</w:t>
      </w:r>
    </w:p>
    <w:p>
      <w:pPr>
        <w:jc w:val="right"/>
      </w:pPr>
      <w:r>
        <w:t>اینڈ فورتھ وین ہی از ٹرائنگ ٹو اکوائر بیسک نیڈز۔</w:t>
      </w:r>
    </w:p>
    <w:p>
      <w:r>
        <w:rPr>
          <w:b/>
        </w:rPr>
        <w:t xml:space="preserve">[17:54] </w:t>
      </w:r>
      <w:r>
        <w:t>That is fourth item, one fourth part of your life.</w:t>
      </w:r>
    </w:p>
    <w:p>
      <w:pPr>
        <w:jc w:val="right"/>
      </w:pPr>
      <w:r>
        <w:t>دیٹ از فورتھ ائٹم، ون فورتھ پارٹ اف یور لائف۔</w:t>
      </w:r>
    </w:p>
    <w:p>
      <w:r>
        <w:rPr>
          <w:b/>
        </w:rPr>
        <w:t xml:space="preserve">[17:59] </w:t>
      </w:r>
      <w:r>
        <w:t>This is the course of spirituality according to Islam.</w:t>
      </w:r>
    </w:p>
    <w:p>
      <w:pPr>
        <w:jc w:val="right"/>
      </w:pPr>
      <w:r>
        <w:t>دس از دا کورس اف سپریچولیٹی اکارڈنگ ٹو اسلام۔</w:t>
      </w:r>
    </w:p>
    <w:p>
      <w:r>
        <w:rPr>
          <w:b/>
        </w:rPr>
        <w:t xml:space="preserve">[18:02] </w:t>
      </w:r>
      <w:r>
        <w:t>So there is also a hadith very relevant to this subject: "Ma zahida abdin fid dunya illa anbat</w:t>
      </w:r>
    </w:p>
    <w:p>
      <w:pPr>
        <w:jc w:val="right"/>
      </w:pPr>
      <w:r>
        <w:t>سو دیر از السو ا حدیث وی ریلیونٹ ٹو دس سبجیکٹ: "ما زہد عبد فی الدنیا الا انبت</w:t>
      </w:r>
    </w:p>
    <w:p>
      <w:r>
        <w:rPr>
          <w:b/>
        </w:rPr>
        <w:t xml:space="preserve">[18:10] </w:t>
      </w:r>
      <w:r>
        <w:t>Allah al-hikmata fi qalbihi wantiqa lisanihi wa sirra d-dunya wa dawa salim al-islam.</w:t>
      </w:r>
    </w:p>
    <w:p>
      <w:pPr>
        <w:jc w:val="right"/>
      </w:pPr>
      <w:r>
        <w:t>اللہ الحکمت فی قلبہ وانتق لسانہ وسرہ الدنیا ودواہ سالم الاسلام"۔</w:t>
      </w:r>
    </w:p>
    <w:p>
      <w:r>
        <w:rPr>
          <w:b/>
        </w:rPr>
        <w:t xml:space="preserve">[18:15] </w:t>
      </w:r>
      <w:r>
        <w:t>In this hadith, prophet of Islam has used the word zuhd.</w:t>
      </w:r>
    </w:p>
    <w:p>
      <w:pPr>
        <w:jc w:val="right"/>
      </w:pPr>
      <w:r>
        <w:t>ان دس حدیث، پرافٹ اف اسلام ہیز یوز دا ورڈ زہد۔</w:t>
      </w:r>
    </w:p>
    <w:p>
      <w:r>
        <w:rPr>
          <w:b/>
        </w:rPr>
        <w:t xml:space="preserve">[18:20] </w:t>
      </w:r>
      <w:r>
        <w:t>زہد، زہد means, زہد means a pious life, or you can say that a non-material life.</w:t>
      </w:r>
    </w:p>
    <w:p>
      <w:pPr>
        <w:jc w:val="right"/>
      </w:pPr>
      <w:r>
        <w:t>زہد، زہد مینز، زہد مینز ا پائس لائف، اور یو کین سی دیٹ ا نان مٹیریل لائف۔</w:t>
      </w:r>
    </w:p>
    <w:p>
      <w:r>
        <w:rPr>
          <w:b/>
        </w:rPr>
        <w:t xml:space="preserve">[18:27] </w:t>
      </w:r>
      <w:r>
        <w:t>It is opposite, zuhd is opposite of materialistic thinking.</w:t>
      </w:r>
    </w:p>
    <w:p>
      <w:pPr>
        <w:jc w:val="right"/>
      </w:pPr>
      <w:r>
        <w:t>اٹ از اپوزٹ، زہد از اپوزٹ اف مٹیریلسٹک تھنکنگ۔</w:t>
      </w:r>
    </w:p>
    <w:p>
      <w:r>
        <w:rPr>
          <w:b/>
        </w:rPr>
        <w:t xml:space="preserve">[18:31] </w:t>
      </w:r>
      <w:r>
        <w:t>When you raise yourself from material things, raise yourself from material thinking, then you are</w:t>
      </w:r>
    </w:p>
    <w:p>
      <w:pPr>
        <w:jc w:val="right"/>
      </w:pPr>
      <w:r>
        <w:t>وین یو ار ریز یور سیلف فرام مٹیریل تھنگز، ریز یور سیلف فرام مٹیریل تھنکنگ، دین یو ار</w:t>
      </w:r>
    </w:p>
    <w:p>
      <w:r>
        <w:rPr>
          <w:b/>
        </w:rPr>
        <w:t xml:space="preserve">[18:38] </w:t>
      </w:r>
      <w:r>
        <w:t>Zahid.</w:t>
      </w:r>
    </w:p>
    <w:p>
      <w:pPr>
        <w:jc w:val="right"/>
      </w:pPr>
      <w:r>
        <w:t>زاہد۔</w:t>
      </w:r>
    </w:p>
    <w:p>
      <w:r>
        <w:rPr>
          <w:b/>
        </w:rPr>
        <w:t xml:space="preserve">[18:40] </w:t>
      </w:r>
      <w:r>
        <w:t>So when you are zahid, then you are, you have adopted the way of spirituality.</w:t>
      </w:r>
    </w:p>
    <w:p>
      <w:pPr>
        <w:jc w:val="right"/>
      </w:pPr>
      <w:r>
        <w:t>سو وین یو ار زاہد، دین یو ار، یو ہیو اڈاپٹڈ دا وے اف سپریچولیٹی۔</w:t>
      </w:r>
    </w:p>
    <w:p>
      <w:r>
        <w:rPr>
          <w:b/>
        </w:rPr>
        <w:t xml:space="preserve">[18:46] </w:t>
      </w:r>
      <w:r>
        <w:t>without taking the, without, without following the way of Zuhd, no one can adopt the, no one can</w:t>
      </w:r>
    </w:p>
    <w:p>
      <w:pPr>
        <w:jc w:val="right"/>
      </w:pPr>
      <w:r>
        <w:t>وداؤٹ ٹیکنگ دا، وداؤٹ، وداؤٹ فالونگ دا وے اف زہد، نو ون کین اڈاپٹ دا، نو ون کین</w:t>
      </w:r>
    </w:p>
    <w:p>
      <w:r>
        <w:rPr>
          <w:b/>
        </w:rPr>
        <w:t xml:space="preserve">[18:54] </w:t>
      </w:r>
      <w:r>
        <w:t>achieve the spirituality.</w:t>
      </w:r>
    </w:p>
    <w:p>
      <w:pPr>
        <w:jc w:val="right"/>
      </w:pPr>
      <w:r>
        <w:t>اچیو دا سپریچولیٹی۔</w:t>
      </w:r>
    </w:p>
    <w:p>
      <w:r>
        <w:rPr>
          <w:b/>
        </w:rPr>
        <w:t xml:space="preserve">[18:56] </w:t>
      </w:r>
      <w:r>
        <w:t>So when one becomes zahid, one, when one adopts a non-material life, so he received light.</w:t>
      </w:r>
    </w:p>
    <w:p>
      <w:pPr>
        <w:jc w:val="right"/>
      </w:pPr>
      <w:r>
        <w:t>سو وین ون بیکمز زاہد، ون، ون، وین ون اڈاپٹس ا نان مٹیریل لائف، سو ہی ریسیوڈ لائٹ</w:t>
      </w:r>
    </w:p>
    <w:p>
      <w:r>
        <w:rPr>
          <w:b/>
        </w:rPr>
        <w:t xml:space="preserve">[19:03] </w:t>
      </w:r>
      <w:r>
        <w:t>from God, from God.</w:t>
      </w:r>
    </w:p>
    <w:p>
      <w:pPr>
        <w:jc w:val="right"/>
      </w:pPr>
      <w:r>
        <w:t>فرام گاڈ، فرام گاڈ۔</w:t>
      </w:r>
    </w:p>
    <w:p>
      <w:r>
        <w:rPr>
          <w:b/>
        </w:rPr>
        <w:t xml:space="preserve">[19:05] </w:t>
      </w:r>
      <w:r>
        <w:t>He becomes an 'inspired person', and he is able to see everything with divine wisdom.</w:t>
      </w:r>
    </w:p>
    <w:p>
      <w:pPr>
        <w:jc w:val="right"/>
      </w:pPr>
      <w:r>
        <w:t>ہی بیکمز اینڈ پرسن، اینڈ ہی از ایبل ٹو سی ایوری تھنگ ود ڈیوائن وزڈم۔</w:t>
      </w:r>
    </w:p>
    <w:p>
      <w:r>
        <w:rPr>
          <w:b/>
        </w:rPr>
        <w:t xml:space="preserve">[19:11] </w:t>
      </w:r>
      <w:r>
        <w:t>He becomes able to see everything with divine wisdom.</w:t>
      </w:r>
    </w:p>
    <w:p>
      <w:pPr>
        <w:jc w:val="right"/>
      </w:pPr>
      <w:r>
        <w:t>ہی بیکمز ایبل ٹو سی ایوری تھنگ ود ڈیوائن وزڈم۔</w:t>
      </w:r>
    </w:p>
    <w:p>
      <w:r>
        <w:rPr>
          <w:b/>
        </w:rPr>
        <w:t xml:space="preserve">[19:16] </w:t>
      </w:r>
      <w:r>
        <w:t>That is al-Hikmah.</w:t>
      </w:r>
    </w:p>
    <w:p>
      <w:pPr>
        <w:jc w:val="right"/>
      </w:pPr>
      <w:r>
        <w:t>دیٹ از الحکمہ۔</w:t>
      </w:r>
    </w:p>
    <w:p>
      <w:r>
        <w:rPr>
          <w:b/>
        </w:rPr>
        <w:t xml:space="preserve">[19:17] </w:t>
      </w:r>
      <w:r>
        <w:t>So spirituality gives you al-hikmah, that is divine wisdom.</w:t>
      </w:r>
    </w:p>
    <w:p>
      <w:pPr>
        <w:jc w:val="right"/>
      </w:pPr>
      <w:r>
        <w:t>سو سپریچولیٹی گیوز یو الحکمہ، دیٹ از ڈیوائن وزڈم۔</w:t>
      </w:r>
    </w:p>
    <w:p>
      <w:r>
        <w:rPr>
          <w:b/>
        </w:rPr>
        <w:t xml:space="preserve">[19:21] </w:t>
      </w:r>
      <w:r>
        <w:t>And all these things are result of zuhd.</w:t>
      </w:r>
    </w:p>
    <w:p>
      <w:pPr>
        <w:jc w:val="right"/>
      </w:pPr>
      <w:r>
        <w:t>اینڈ ال دیز تھنگز ار رزلٹ اف زہد۔</w:t>
      </w:r>
    </w:p>
    <w:p>
      <w:r>
        <w:rPr>
          <w:b/>
        </w:rPr>
        <w:t xml:space="preserve">[19:24] </w:t>
      </w:r>
      <w:r>
        <w:t>زہد، non-material way of life.</w:t>
      </w:r>
    </w:p>
    <w:p>
      <w:pPr>
        <w:jc w:val="right"/>
      </w:pPr>
      <w:r>
        <w:t>زہد، نان مٹیریل وے اف لائف۔</w:t>
      </w:r>
    </w:p>
    <w:p>
      <w:r>
        <w:rPr>
          <w:b/>
        </w:rPr>
        <w:t xml:space="preserve">[19:27] </w:t>
      </w:r>
      <w:r>
        <w:t>Non-material life doesn't mean that you go to jungles.</w:t>
      </w:r>
    </w:p>
    <w:p>
      <w:pPr>
        <w:jc w:val="right"/>
      </w:pPr>
      <w:r>
        <w:t>نان مٹیریل لائف ڈزنٹ مین دیٹ یو گو ٹو جنگلز۔</w:t>
      </w:r>
    </w:p>
    <w:p>
      <w:r>
        <w:rPr>
          <w:b/>
        </w:rPr>
        <w:t xml:space="preserve">[19:31] </w:t>
      </w:r>
      <w:r>
        <w:t>No, you, you live in this world, then you raise your mind from the material things.</w:t>
      </w:r>
    </w:p>
    <w:p>
      <w:pPr>
        <w:jc w:val="right"/>
      </w:pPr>
      <w:r>
        <w:t>نو، یو، یو لیو ان دس ورلڈ، دین یو ریز یور مائنڈ فرام دا مٹیریل تھنگز۔</w:t>
      </w:r>
    </w:p>
    <w:p>
      <w:r>
        <w:rPr>
          <w:b/>
        </w:rPr>
        <w:t xml:space="preserve">[19:38] </w:t>
      </w:r>
      <w:r>
        <w:t>This is the course of spirituality in Islam.</w:t>
      </w:r>
    </w:p>
    <w:p>
      <w:pPr>
        <w:jc w:val="right"/>
      </w:pPr>
      <w:r>
        <w:t>دس از دا کورس اف سپریچولیٹی ان اسلام۔</w:t>
      </w:r>
    </w:p>
    <w:p>
      <w:r>
        <w:rPr>
          <w:b/>
        </w:rPr>
        <w:t xml:space="preserve">[19:42] </w:t>
      </w:r>
      <w:r>
        <w:t>And this kind of spirituality is linked with paradise, because you know, only purified soul can find entry</w:t>
      </w:r>
    </w:p>
    <w:p>
      <w:pPr>
        <w:jc w:val="right"/>
      </w:pPr>
      <w:r>
        <w:t>اینڈ دس کائنڈ اف سپریچولیٹی از لنکڈ ود پیراڈائز، بیکاز یو نو، اونلی پیوریفائیڈ سول کین فائنڈ انٹری</w:t>
      </w:r>
    </w:p>
    <w:p>
      <w:r>
        <w:rPr>
          <w:b/>
        </w:rPr>
        <w:t xml:space="preserve">[19:49] </w:t>
      </w:r>
      <w:r>
        <w:t>into Paradise.</w:t>
      </w:r>
    </w:p>
    <w:p>
      <w:pPr>
        <w:jc w:val="right"/>
      </w:pPr>
      <w:r>
        <w:t>انٹو پیراڈائز۔</w:t>
      </w:r>
    </w:p>
    <w:p>
      <w:r>
        <w:rPr>
          <w:b/>
        </w:rPr>
        <w:t xml:space="preserve">[19:51] </w:t>
      </w:r>
      <w:r>
        <w:t>So, spiritual person means purified person.</w:t>
      </w:r>
    </w:p>
    <w:p>
      <w:pPr>
        <w:jc w:val="right"/>
      </w:pPr>
      <w:r>
        <w:t>سو سپریچول پرسن مینز پیوریفائیڈ پرسن۔</w:t>
      </w:r>
    </w:p>
    <w:p>
      <w:r>
        <w:rPr>
          <w:b/>
        </w:rPr>
        <w:t xml:space="preserve">[19:53] </w:t>
      </w:r>
      <w:r>
        <w:t>And only purified person are those who are, who, who, will be settled in paradise.</w:t>
      </w:r>
    </w:p>
    <w:p>
      <w:pPr>
        <w:jc w:val="right"/>
      </w:pPr>
      <w:r>
        <w:t>اینڈ اونلی پیوریفائیڈ پرسن ار دوز ہو ار، ہو، ہو، ویل بی سیٹلڈ ان پیراڈائز۔</w:t>
      </w:r>
    </w:p>
    <w:p>
      <w:r>
        <w:rPr>
          <w:b/>
        </w:rPr>
        <w:t xml:space="preserve">[20:00] </w:t>
      </w:r>
      <w:r>
        <w:t>So spirituality is not simply a worldly discipline, but at the same time it is linked with the, with</w:t>
      </w:r>
    </w:p>
    <w:p>
      <w:pPr>
        <w:jc w:val="right"/>
      </w:pPr>
      <w:r>
        <w:t>سو سپریچولیٹی از ناٹ سمپلی ا ورلڈلی ڈسپلن، بٹ دا سیم ٹائم اٹ از لنکڈ ود دی، ود</w:t>
      </w:r>
    </w:p>
    <w:p>
      <w:r>
        <w:rPr>
          <w:b/>
        </w:rPr>
        <w:t xml:space="preserve">[20:08] </w:t>
      </w:r>
      <w:r>
        <w:t>the world hereafter.</w:t>
      </w:r>
    </w:p>
    <w:p>
      <w:pPr>
        <w:jc w:val="right"/>
      </w:pPr>
      <w:r>
        <w:t>دی ورلڈ ہیر افٹر۔</w:t>
      </w:r>
    </w:p>
    <w:p>
      <w:r>
        <w:rPr>
          <w:b/>
        </w:rPr>
        <w:t xml:space="preserve">[20:09] </w:t>
      </w:r>
      <w:r>
        <w:t>In other word, I can say that spirituality is a kind of paradise culture.</w:t>
      </w:r>
    </w:p>
    <w:p>
      <w:pPr>
        <w:jc w:val="right"/>
      </w:pPr>
      <w:r>
        <w:t>ان ادر ورڈ، ائی کین سی دیٹ سپریچولیٹی از ا کائنڈ اف پیراڈائز کلچر۔</w:t>
      </w:r>
    </w:p>
    <w:p>
      <w:r>
        <w:rPr>
          <w:b/>
        </w:rPr>
        <w:t xml:space="preserve">[20:15] </w:t>
      </w:r>
      <w:r>
        <w:t>Spirituality is a kind of paradise culture.</w:t>
      </w:r>
    </w:p>
    <w:p>
      <w:pPr>
        <w:jc w:val="right"/>
      </w:pPr>
      <w:r>
        <w:t>سپریچولیٹی از ا کائنڈ اف پیراڈائز کلچر۔</w:t>
      </w:r>
    </w:p>
    <w:p>
      <w:r>
        <w:rPr>
          <w:b/>
        </w:rPr>
        <w:t xml:space="preserve">[20:18] </w:t>
      </w:r>
      <w:r>
        <w:t>In the present world, you adopt spirituality, and you will be rewarded in the hereafter with paradise.</w:t>
      </w:r>
    </w:p>
    <w:p>
      <w:pPr>
        <w:jc w:val="right"/>
      </w:pPr>
      <w:r>
        <w:t>ان پریزنٹ ورلڈ، یو اڈاپٹ سپریچولیٹی، اینڈ یو ویل بی ریوارڈڈ ان دی ہیر افٹر ود پیراڈائز۔</w:t>
      </w:r>
    </w:p>
    <w:p>
      <w:r>
        <w:rPr>
          <w:b/>
        </w:rPr>
        <w:t xml:space="preserve">[20:26] </w:t>
      </w:r>
      <w:r>
        <w:t>So in this sense, I can say that Islamic spirituality is a paradise culture.</w:t>
      </w:r>
    </w:p>
    <w:p>
      <w:pPr>
        <w:jc w:val="right"/>
      </w:pPr>
      <w:r>
        <w:t>سو ان دس سینس، ائی کین سی دیٹ اسلامک سپریچولیٹی از ا پیراڈائز کلچر۔</w:t>
      </w:r>
    </w:p>
    <w:p>
      <w:r>
        <w:rPr>
          <w:b/>
        </w:rPr>
        <w:t xml:space="preserve">[20:32] </w:t>
      </w:r>
      <w:r>
        <w:t>Paradise culture.</w:t>
      </w:r>
    </w:p>
    <w:p>
      <w:pPr>
        <w:jc w:val="right"/>
      </w:pPr>
      <w:r>
        <w:t>پیراڈائز کلچر۔</w:t>
      </w:r>
    </w:p>
    <w:p>
      <w:r>
        <w:rPr>
          <w:b/>
        </w:rPr>
        <w:t xml:space="preserve">[20:33] </w:t>
      </w:r>
      <w:r>
        <w:t>So I will repeat again that Islamic spirituality is mind-based spirituality.</w:t>
      </w:r>
    </w:p>
    <w:p>
      <w:pPr>
        <w:jc w:val="right"/>
      </w:pPr>
      <w:r>
        <w:t>سو ائی ویل ریپیٹ اگین دیٹ اسلامک سپریچولیٹی از مائنڈ بیسڈ سپریچولیٹی۔</w:t>
      </w:r>
    </w:p>
    <w:p>
      <w:r>
        <w:rPr>
          <w:b/>
        </w:rPr>
        <w:t xml:space="preserve">[20:38] </w:t>
      </w:r>
      <w:r>
        <w:t>where as other people believe in, in heart based spirituality, but heart based spirituality gives you nothing but</w:t>
      </w:r>
    </w:p>
    <w:p>
      <w:pPr>
        <w:jc w:val="right"/>
      </w:pPr>
      <w:r>
        <w:t>ویر ایز ادر پیپل بیلیو ان، ان ہارٹ بیسڈ سپریچولیٹی، بٹ ہارٹ بیسڈ سپریچولیٹی گیوز یو نتھنگ بٹ</w:t>
      </w:r>
    </w:p>
    <w:p>
      <w:r>
        <w:rPr>
          <w:b/>
        </w:rPr>
        <w:t xml:space="preserve">[20:46] </w:t>
      </w:r>
      <w:r>
        <w:t>Ecstasy.</w:t>
      </w:r>
    </w:p>
    <w:p>
      <w:pPr>
        <w:jc w:val="right"/>
      </w:pPr>
      <w:r>
        <w:t>ایکسٹسی۔</w:t>
      </w:r>
    </w:p>
    <w:p>
      <w:r>
        <w:rPr>
          <w:b/>
        </w:rPr>
        <w:t xml:space="preserve">[20:47] </w:t>
      </w:r>
      <w:r>
        <w:t>And Islamic spirituality gives you intellectual development, spiritual development.</w:t>
      </w:r>
    </w:p>
    <w:p>
      <w:pPr>
        <w:jc w:val="right"/>
      </w:pPr>
      <w:r>
        <w:t>اینڈ اسلامک سپریچولیٹی گیوز یو انٹلیکچول ڈیولپمنٹ، سپریچول ڈیولپمنٹ۔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