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 Goal January 15, 2017</w:t>
      </w:r>
    </w:p>
    <w:p>
      <w:r>
        <w:t>https://www.youtube.com/watch?v=D3JYu4p_P34</w:t>
      </w:r>
    </w:p>
    <w:p>
      <w:r>
        <w:rPr>
          <w:b/>
        </w:rPr>
        <w:t xml:space="preserve">[00:14] </w:t>
      </w:r>
      <w:r>
        <w:t>bismillah hir rahman nir rahim.</w:t>
      </w:r>
    </w:p>
    <w:p>
      <w:pPr>
        <w:jc w:val="right"/>
      </w:pPr>
      <w:r>
        <w:t>بسم اللہ الرحمن الرحیم۔</w:t>
      </w:r>
    </w:p>
    <w:p>
      <w:r>
        <w:rPr>
          <w:b/>
        </w:rPr>
        <w:t xml:space="preserve">[00:21] </w:t>
      </w:r>
      <w:r>
        <w:t>wa salla Allahu ala an nabiyyi al karim.</w:t>
      </w:r>
    </w:p>
    <w:p>
      <w:pPr>
        <w:jc w:val="right"/>
      </w:pPr>
      <w:r>
        <w:t>وصلی اللہ علی النبی الکریم۔</w:t>
      </w:r>
    </w:p>
    <w:p>
      <w:r>
        <w:rPr>
          <w:b/>
        </w:rPr>
        <w:t xml:space="preserve">[00:28] </w:t>
      </w:r>
      <w:r>
        <w:t>rab ishrah li sadri wa yassir li amri.</w:t>
      </w:r>
    </w:p>
    <w:p>
      <w:pPr>
        <w:jc w:val="right"/>
      </w:pPr>
      <w:r>
        <w:t>رب اشرح لی صدری ویسر لی امری۔</w:t>
      </w:r>
    </w:p>
    <w:p>
      <w:r>
        <w:rPr>
          <w:b/>
        </w:rPr>
        <w:t xml:space="preserve">[00:36] </w:t>
      </w:r>
      <w:r>
        <w:t>wah lul uqdatan min lisani yafqahu qawli.</w:t>
      </w:r>
    </w:p>
    <w:p>
      <w:pPr>
        <w:jc w:val="right"/>
      </w:pPr>
      <w:r>
        <w:t>واحل العقدۃ من لسانی یفقہ قولی۔</w:t>
      </w:r>
    </w:p>
    <w:p>
      <w:r>
        <w:rPr>
          <w:b/>
        </w:rPr>
        <w:t xml:space="preserve">[00:43] </w:t>
      </w:r>
      <w:r>
        <w:t>pandrah jannvari do hazar satrah.</w:t>
      </w:r>
    </w:p>
    <w:p>
      <w:pPr>
        <w:jc w:val="right"/>
      </w:pPr>
      <w:r>
        <w:t>پندرہ جنوری دو ہزار سترہ۔</w:t>
      </w:r>
    </w:p>
    <w:p>
      <w:r>
        <w:rPr>
          <w:b/>
        </w:rPr>
        <w:t xml:space="preserve">[00:51] </w:t>
      </w:r>
      <w:r>
        <w:t>aaj ka topic hai "Spiritual Goal".</w:t>
      </w:r>
    </w:p>
    <w:p>
      <w:pPr>
        <w:jc w:val="right"/>
      </w:pPr>
      <w:r>
        <w:t>آج کا ٹاپک ہے "Spiritual Goal"۔</w:t>
      </w:r>
    </w:p>
    <w:p>
      <w:r>
        <w:rPr>
          <w:b/>
        </w:rPr>
        <w:t xml:space="preserve">[00:58] </w:t>
      </w:r>
      <w:r>
        <w:t>main bachpan se ek Spiritual Person raha hoon.</w:t>
      </w:r>
    </w:p>
    <w:p>
      <w:pPr>
        <w:jc w:val="right"/>
      </w:pPr>
      <w:r>
        <w:t>میں بچپن سے ایک Spiritual Person رہا ہوں۔</w:t>
      </w:r>
    </w:p>
    <w:p>
      <w:r>
        <w:rPr>
          <w:b/>
        </w:rPr>
        <w:t xml:space="preserve">[01:06] </w:t>
      </w:r>
      <w:r>
        <w:t>Spirituality mera sab se zyada Interest ka Field tha.</w:t>
      </w:r>
    </w:p>
    <w:p>
      <w:pPr>
        <w:jc w:val="right"/>
      </w:pPr>
      <w:r>
        <w:t>Spirituality میرا سب سے زیادہ Interest کا Field تھا۔</w:t>
      </w:r>
    </w:p>
    <w:p>
      <w:r>
        <w:rPr>
          <w:b/>
        </w:rPr>
        <w:t xml:space="preserve">[01:13] </w:t>
      </w:r>
      <w:r>
        <w:t>main keh sakta hoon ke main paida hi hua Spirituality ko le kar.</w:t>
      </w:r>
    </w:p>
    <w:p>
      <w:pPr>
        <w:jc w:val="right"/>
      </w:pPr>
      <w:r>
        <w:t>میں کہہ سکتا ہوں کہ میں پیدا ہی ہوا Spirituality کو لے کر۔</w:t>
      </w:r>
    </w:p>
    <w:p>
      <w:r>
        <w:rPr>
          <w:b/>
        </w:rPr>
        <w:t xml:space="preserve">[01:21] </w:t>
      </w:r>
      <w:r>
        <w:t>lekin ek cheez mere Mind mein hamesha sawal bani hui thi.</w:t>
      </w:r>
    </w:p>
    <w:p>
      <w:pPr>
        <w:jc w:val="right"/>
      </w:pPr>
      <w:r>
        <w:t>لیکن ایک چیز میرے Mind میں ہمیشہ سوال بنی ہوئی تھی۔</w:t>
      </w:r>
    </w:p>
    <w:p>
      <w:r>
        <w:rPr>
          <w:b/>
        </w:rPr>
        <w:t xml:space="preserve">[01:28] </w:t>
      </w:r>
      <w:r>
        <w:t>main gaon mein paida hua, badi umar meri gaon mein beeti.</w:t>
      </w:r>
    </w:p>
    <w:p>
      <w:pPr>
        <w:jc w:val="right"/>
      </w:pPr>
      <w:r>
        <w:t>میں گاؤں میں پیدا ہوا، بڑی عمر میری گاؤں میں بیتی۔</w:t>
      </w:r>
    </w:p>
    <w:p>
      <w:r>
        <w:rPr>
          <w:b/>
        </w:rPr>
        <w:t xml:space="preserve">[01:35] </w:t>
      </w:r>
      <w:r>
        <w:t>to woh bachpan se meri adat thi ke main chahta tha bagh mein, khet mein, nadi kinare, pul</w:t>
      </w:r>
    </w:p>
    <w:p>
      <w:pPr>
        <w:jc w:val="right"/>
      </w:pPr>
      <w:r>
        <w:t>تو وہ بچپن سے میری عادت تھی کہ میں چاہتا تھا باغ میں، کھیت میں، ندی کنارے، پل</w:t>
      </w:r>
    </w:p>
    <w:p>
      <w:r>
        <w:rPr>
          <w:b/>
        </w:rPr>
        <w:t xml:space="preserve">[01:43] </w:t>
      </w:r>
      <w:r>
        <w:t>par Nature ko dekhta tha. Nature.</w:t>
      </w:r>
    </w:p>
    <w:p>
      <w:pPr>
        <w:jc w:val="right"/>
      </w:pPr>
      <w:r>
        <w:t>پر Nature کو دیکھتا تھا۔ Nature۔</w:t>
      </w:r>
    </w:p>
    <w:p>
      <w:r>
        <w:rPr>
          <w:b/>
        </w:rPr>
        <w:t xml:space="preserve">[01:50] </w:t>
      </w:r>
      <w:r>
        <w:t>ek martaba main hamare bade chhote bhai the, woh Political League mein Principal the.</w:t>
      </w:r>
    </w:p>
    <w:p>
      <w:pPr>
        <w:jc w:val="right"/>
      </w:pPr>
      <w:r>
        <w:t>ایک مرتبہ میں ہمارے بڑے چھوٹے بھائی تھے، وہ Political League میں Principal تھے۔</w:t>
      </w:r>
    </w:p>
    <w:p>
      <w:r>
        <w:rPr>
          <w:b/>
        </w:rPr>
        <w:t xml:space="preserve">[01:58] </w:t>
      </w:r>
      <w:r>
        <w:t>to shayad Faizabad ka woh qissa hai.</w:t>
      </w:r>
    </w:p>
    <w:p>
      <w:pPr>
        <w:jc w:val="right"/>
      </w:pPr>
      <w:r>
        <w:t>تو شاید فیض آباد کا وہ قصہ ہے۔</w:t>
      </w:r>
    </w:p>
    <w:p>
      <w:r>
        <w:rPr>
          <w:b/>
        </w:rPr>
        <w:t xml:space="preserve">[02:05] </w:t>
      </w:r>
      <w:r>
        <w:t>to un ke paas jo rehne ke liye tha, bahut hi bada ghar tha.</w:t>
      </w:r>
    </w:p>
    <w:p>
      <w:pPr>
        <w:jc w:val="right"/>
      </w:pPr>
      <w:r>
        <w:t>تو ان کے پاس جو رہنے کے لیے تھا، بہت ہی بڑا گھر تھا۔</w:t>
      </w:r>
    </w:p>
    <w:p>
      <w:r>
        <w:rPr>
          <w:b/>
        </w:rPr>
        <w:t xml:space="preserve">[02:13] </w:t>
      </w:r>
      <w:r>
        <w:t>is mein jangla jaisa tha, jhaadiyan.</w:t>
      </w:r>
    </w:p>
    <w:p>
      <w:pPr>
        <w:jc w:val="right"/>
      </w:pPr>
      <w:r>
        <w:t>اس میں جنگل جیسا تھا، جھاڑیاں۔</w:t>
      </w:r>
    </w:p>
    <w:p>
      <w:r>
        <w:rPr>
          <w:b/>
        </w:rPr>
        <w:t xml:space="preserve">[02:20] </w:t>
      </w:r>
      <w:r>
        <w:t>to ek martaba main un ke ghar se bahar nikla to woh isi mein chala gaya.</w:t>
      </w:r>
    </w:p>
    <w:p>
      <w:pPr>
        <w:jc w:val="right"/>
      </w:pPr>
      <w:r>
        <w:t>تو ایک مرتبہ میں ان کے گھر سے باہر نکلا تو وہ اسی میں چلا گیا۔</w:t>
      </w:r>
    </w:p>
    <w:p>
      <w:r>
        <w:rPr>
          <w:b/>
        </w:rPr>
        <w:t xml:space="preserve">[02:28] </w:t>
      </w:r>
      <w:r>
        <w:t>to jhaadiyan jhaadiyan thin wahan.</w:t>
      </w:r>
    </w:p>
    <w:p>
      <w:pPr>
        <w:jc w:val="right"/>
      </w:pPr>
      <w:r>
        <w:t>تو جھاڑیاں جھاڑیاں تھیں وہاں۔</w:t>
      </w:r>
    </w:p>
    <w:p>
      <w:r>
        <w:rPr>
          <w:b/>
        </w:rPr>
        <w:t xml:space="preserve">[02:35] </w:t>
      </w:r>
      <w:r>
        <w:t>isi mein so gaya.</w:t>
      </w:r>
    </w:p>
    <w:p>
      <w:pPr>
        <w:jc w:val="right"/>
      </w:pPr>
      <w:r>
        <w:t>اسی میں سو گیا۔</w:t>
      </w:r>
    </w:p>
    <w:p>
      <w:r>
        <w:rPr>
          <w:b/>
        </w:rPr>
        <w:t xml:space="preserve">[02:42] </w:t>
      </w:r>
      <w:r>
        <w:t>isi jhaadi mein so gaya.</w:t>
      </w:r>
    </w:p>
    <w:p>
      <w:pPr>
        <w:jc w:val="right"/>
      </w:pPr>
      <w:r>
        <w:t>اسی جھاڑی میں سو گیا۔</w:t>
      </w:r>
    </w:p>
    <w:p>
      <w:r>
        <w:rPr>
          <w:b/>
        </w:rPr>
        <w:t xml:space="preserve">[02:50] </w:t>
      </w:r>
      <w:r>
        <w:t>matlab let gaya.</w:t>
      </w:r>
    </w:p>
    <w:p>
      <w:pPr>
        <w:jc w:val="right"/>
      </w:pPr>
      <w:r>
        <w:t>مطلب لیٹ گیا۔</w:t>
      </w:r>
    </w:p>
    <w:p>
      <w:r>
        <w:rPr>
          <w:b/>
        </w:rPr>
        <w:t xml:space="preserve">[02:57] </w:t>
      </w:r>
      <w:r>
        <w:t>hamare bhai ne jab dekha ke main nahin hoon to dhoondhne ke liye aadmi bheje.</w:t>
      </w:r>
    </w:p>
    <w:p>
      <w:pPr>
        <w:jc w:val="right"/>
      </w:pPr>
      <w:r>
        <w:t>ہمارے بھائی نے جب دیکھا کہ میں نہیں ہوں تو ڈھونڈنے کے لیے آدمی بھیجے۔</w:t>
      </w:r>
    </w:p>
    <w:p>
      <w:r>
        <w:rPr>
          <w:b/>
        </w:rPr>
        <w:t xml:space="preserve">[03:05] </w:t>
      </w:r>
      <w:r>
        <w:t>aadmi dhoondh raha, dhoondh raha, dhoondh raha.</w:t>
      </w:r>
    </w:p>
    <w:p>
      <w:pPr>
        <w:jc w:val="right"/>
      </w:pPr>
      <w:r>
        <w:t>آدمی ڈھونڈ رہا، ڈھونڈ رہا، ڈھونڈ رہا۔</w:t>
      </w:r>
    </w:p>
    <w:p>
      <w:r>
        <w:rPr>
          <w:b/>
        </w:rPr>
        <w:t xml:space="preserve">[03:12] </w:t>
      </w:r>
      <w:r>
        <w:t>to main jhaadi mein leta hua tha.</w:t>
      </w:r>
    </w:p>
    <w:p>
      <w:pPr>
        <w:jc w:val="right"/>
      </w:pPr>
      <w:r>
        <w:t>تو میں جھاڑی میں لیٹا ہوا تھا۔</w:t>
      </w:r>
    </w:p>
    <w:p>
      <w:r>
        <w:rPr>
          <w:b/>
        </w:rPr>
        <w:t xml:space="preserve">[03:20] </w:t>
      </w:r>
      <w:r>
        <w:t>to Nature mera hamesha se sab se zyada pasand wali cheez rahi hai.</w:t>
      </w:r>
    </w:p>
    <w:p>
      <w:pPr>
        <w:jc w:val="right"/>
      </w:pPr>
      <w:r>
        <w:t>تو Nature میرا ہمیشہ سے سب سے زیادہ پسند والی چیز رہی ہے۔</w:t>
      </w:r>
    </w:p>
    <w:p>
      <w:r>
        <w:rPr>
          <w:b/>
        </w:rPr>
        <w:t xml:space="preserve">[03:27] </w:t>
      </w:r>
      <w:r>
        <w:t>gaon mein tha to main kya karta tha ke subah ko chalta tha naddi kinare pul par baith</w:t>
      </w:r>
    </w:p>
    <w:p>
      <w:pPr>
        <w:jc w:val="right"/>
      </w:pPr>
      <w:r>
        <w:t>گاؤں میں تھا تو میں کیا کرتا تھا کہ صبح کو چلاتا تھا ندی کنارے پل پر بیٹھ</w:t>
      </w:r>
    </w:p>
    <w:p>
      <w:r>
        <w:rPr>
          <w:b/>
        </w:rPr>
        <w:t xml:space="preserve">[03:35] </w:t>
      </w:r>
      <w:r>
        <w:t>kar ke sun rise ka scene dekhta tha. sun rise.</w:t>
      </w:r>
    </w:p>
    <w:p>
      <w:pPr>
        <w:jc w:val="right"/>
      </w:pPr>
      <w:r>
        <w:t>کر کے سن رائز کا سین دیکھتا تھا۔ سن رائز۔</w:t>
      </w:r>
    </w:p>
    <w:p>
      <w:r>
        <w:rPr>
          <w:b/>
        </w:rPr>
        <w:t xml:space="preserve">[03:42] </w:t>
      </w:r>
      <w:r>
        <w:t>shaam ko chalta tha phir dobara pul par sun set ka scene dekhta tha.</w:t>
      </w:r>
    </w:p>
    <w:p>
      <w:pPr>
        <w:jc w:val="right"/>
      </w:pPr>
      <w:r>
        <w:t>شام کو چلاتا تھا پھر دوبارہ پل پر سن سیٹ کا سین دیکھتا تھا۔</w:t>
      </w:r>
    </w:p>
    <w:p>
      <w:r>
        <w:rPr>
          <w:b/>
        </w:rPr>
        <w:t xml:space="preserve">[03:50] </w:t>
      </w:r>
      <w:r>
        <w:t>is tarah ki Nature ke mahaul mein raha bohat din tak main.</w:t>
      </w:r>
    </w:p>
    <w:p>
      <w:pPr>
        <w:jc w:val="right"/>
      </w:pPr>
      <w:r>
        <w:t>اس طرح کی Nature کے ماحول میں رہا بہت دن تک میں۔</w:t>
      </w:r>
    </w:p>
    <w:p>
      <w:r>
        <w:rPr>
          <w:b/>
        </w:rPr>
        <w:t xml:space="preserve">[03:57] </w:t>
      </w:r>
      <w:r>
        <w:t>to mere zehen mein ek sawal rehta tha ke Spirituality mein aam taur par logon ka Mind yeh</w:t>
      </w:r>
    </w:p>
    <w:p>
      <w:pPr>
        <w:jc w:val="right"/>
      </w:pPr>
      <w:r>
        <w:t>تو میرے ذہن میں ایک سوال رہتا تھا کہ Spirituality میں عام طور پر لوگوں کا Mind یہ</w:t>
      </w:r>
    </w:p>
    <w:p>
      <w:r>
        <w:rPr>
          <w:b/>
        </w:rPr>
        <w:t xml:space="preserve">[04:04] </w:t>
      </w:r>
      <w:r>
        <w:t>hota hai ke zindagi mein in ko khushi mile, Tension na ho.</w:t>
      </w:r>
    </w:p>
    <w:p>
      <w:pPr>
        <w:jc w:val="right"/>
      </w:pPr>
      <w:r>
        <w:t>ہوتا ہے کہ زندگی میں ان کو خوشی ملے، Tension نہ ہو۔</w:t>
      </w:r>
    </w:p>
    <w:p>
      <w:r>
        <w:rPr>
          <w:b/>
        </w:rPr>
        <w:t xml:space="preserve">[04:12] </w:t>
      </w:r>
      <w:r>
        <w:t>Tension Free hon woh.</w:t>
      </w:r>
    </w:p>
    <w:p>
      <w:pPr>
        <w:jc w:val="right"/>
      </w:pPr>
      <w:r>
        <w:t>Tension Free ہوں وہ۔</w:t>
      </w:r>
    </w:p>
    <w:p>
      <w:r>
        <w:rPr>
          <w:b/>
        </w:rPr>
        <w:t xml:space="preserve">[04:19] </w:t>
      </w:r>
      <w:r>
        <w:t>goya ke Spirituality ka jo Goal hai woh Individual hai.</w:t>
      </w:r>
    </w:p>
    <w:p>
      <w:pPr>
        <w:jc w:val="right"/>
      </w:pPr>
      <w:r>
        <w:t>گویا کہ Spirituality کا جو Goal ہے وہ Individual ہے۔</w:t>
      </w:r>
    </w:p>
    <w:p>
      <w:r>
        <w:rPr>
          <w:b/>
        </w:rPr>
        <w:t xml:space="preserve">[04:27] </w:t>
      </w:r>
      <w:r>
        <w:t>aam taur par yahi samjhaya jata tha.</w:t>
      </w:r>
    </w:p>
    <w:p>
      <w:pPr>
        <w:jc w:val="right"/>
      </w:pPr>
      <w:r>
        <w:t>عام طور پر یہی سمجھایا جاتا تھا۔</w:t>
      </w:r>
    </w:p>
    <w:p>
      <w:r>
        <w:rPr>
          <w:b/>
        </w:rPr>
        <w:t xml:space="preserve">[04:34] </w:t>
      </w:r>
      <w:r>
        <w:t>Spirituality ka jo Goal hai logon ke liye dekho woh Spiritual woh Personal hai.</w:t>
      </w:r>
    </w:p>
    <w:p>
      <w:pPr>
        <w:jc w:val="right"/>
      </w:pPr>
      <w:r>
        <w:t>Spirituality کا جو Goal ہے لوگوں کے لیے دیکھو وہ Spiritual وہ Personal ہے۔</w:t>
      </w:r>
    </w:p>
    <w:p>
      <w:r>
        <w:rPr>
          <w:b/>
        </w:rPr>
        <w:t xml:space="preserve">[04:42] </w:t>
      </w:r>
      <w:r>
        <w:t>yani apne aap ko khush rakhna, Tension Free rakhna yeh Goal hai is ka.</w:t>
      </w:r>
    </w:p>
    <w:p>
      <w:pPr>
        <w:jc w:val="right"/>
      </w:pPr>
      <w:r>
        <w:t>یعنی اپنے آپ کو خوش رکھنا، Tension Free رکھنا یہ Goal ہے اس کا۔</w:t>
      </w:r>
    </w:p>
    <w:p>
      <w:r>
        <w:rPr>
          <w:b/>
        </w:rPr>
        <w:t xml:space="preserve">[04:49] </w:t>
      </w:r>
      <w:r>
        <w:t>lekin jis Nature ko main dekhta tha rozana woh kehti thi ke yeh to bohat chhota Goal hua.</w:t>
      </w:r>
    </w:p>
    <w:p>
      <w:pPr>
        <w:jc w:val="right"/>
      </w:pPr>
      <w:r>
        <w:t>لیکن جس Nature کو میں دیکھتا تھا روزانہ وہ کہتی تھی کہ یہ تو بہت چھوٹا Goal ہوا۔</w:t>
      </w:r>
    </w:p>
    <w:p>
      <w:r>
        <w:rPr>
          <w:b/>
        </w:rPr>
        <w:t xml:space="preserve">[04:57] </w:t>
      </w:r>
      <w:r>
        <w:t>bohat chhota Goal hai.</w:t>
      </w:r>
    </w:p>
    <w:p>
      <w:pPr>
        <w:jc w:val="right"/>
      </w:pPr>
      <w:r>
        <w:t>بہت چھوٹا Goal ہے۔</w:t>
      </w:r>
    </w:p>
    <w:p>
      <w:r>
        <w:rPr>
          <w:b/>
        </w:rPr>
        <w:t xml:space="preserve">[05:04] </w:t>
      </w:r>
      <w:r>
        <w:t>yeh Universal Goal nahi hai yeh.</w:t>
      </w:r>
    </w:p>
    <w:p>
      <w:pPr>
        <w:jc w:val="right"/>
      </w:pPr>
      <w:r>
        <w:t>یہ Universal Goal نہیں ہے یہ۔</w:t>
      </w:r>
    </w:p>
    <w:p>
      <w:r>
        <w:rPr>
          <w:b/>
        </w:rPr>
        <w:t xml:space="preserve">[05:11] </w:t>
      </w:r>
      <w:r>
        <w:t>jaise ek kitaab aap bhi jante honge chhapi hai "The Monk Who Sold His Prairie".</w:t>
      </w:r>
    </w:p>
    <w:p>
      <w:pPr>
        <w:jc w:val="right"/>
      </w:pPr>
      <w:r>
        <w:t>جیسے ایک کتاب آپ بھی جانتے ہوں گے چھپی ہے "The Monk Who Sold His Prairie"۔</w:t>
      </w:r>
    </w:p>
    <w:p>
      <w:r>
        <w:rPr>
          <w:b/>
        </w:rPr>
        <w:t xml:space="preserve">[05:19] </w:t>
      </w:r>
      <w:r>
        <w:t>to apni Modern Car ko bech kar woh apne Professional ko chhod kar woh chala gaya janglon mein, pahadon mein.</w:t>
      </w:r>
    </w:p>
    <w:p>
      <w:pPr>
        <w:jc w:val="right"/>
      </w:pPr>
      <w:r>
        <w:t>تو اپنی Modern Car کو بیچ کر وہ اپنے Professional کو چھوڑ کر وہ چلا گیا جنگل میں، پہاڑوں میں۔</w:t>
      </w:r>
    </w:p>
    <w:p>
      <w:r>
        <w:rPr>
          <w:b/>
        </w:rPr>
        <w:t xml:space="preserve">[05:26] </w:t>
      </w:r>
      <w:r>
        <w:t>to wahan par woh phool deta tha, darakht deta tha.</w:t>
      </w:r>
    </w:p>
    <w:p>
      <w:pPr>
        <w:jc w:val="right"/>
      </w:pPr>
      <w:r>
        <w:t>تو وہاں پر وہ پھول دیتا تھا، درخت دیتا تھا۔</w:t>
      </w:r>
    </w:p>
    <w:p>
      <w:r>
        <w:rPr>
          <w:b/>
        </w:rPr>
        <w:t xml:space="preserve">[05:34] </w:t>
      </w:r>
      <w:r>
        <w:t>yani Nature mein rehta tha woh.</w:t>
      </w:r>
    </w:p>
    <w:p>
      <w:pPr>
        <w:jc w:val="right"/>
      </w:pPr>
      <w:r>
        <w:t>یعنی Nature میں رہتا تھا وہ۔</w:t>
      </w:r>
    </w:p>
    <w:p>
      <w:r>
        <w:rPr>
          <w:b/>
        </w:rPr>
        <w:t xml:space="preserve">[05:41] </w:t>
      </w:r>
      <w:r>
        <w:t>to is ke nazdeek wahi Goal tha Spirituality ka.</w:t>
      </w:r>
    </w:p>
    <w:p>
      <w:pPr>
        <w:jc w:val="right"/>
      </w:pPr>
      <w:r>
        <w:t>تو اس کے نزدیک وہی Goal تھا Spirituality کا۔</w:t>
      </w:r>
    </w:p>
    <w:p>
      <w:r>
        <w:rPr>
          <w:b/>
        </w:rPr>
        <w:t xml:space="preserve">[05:49] </w:t>
      </w:r>
      <w:r>
        <w:t>ke aadmi phoolon mein, darakhton mein, hariyali mein rahe aur khush rahe.</w:t>
      </w:r>
    </w:p>
    <w:p>
      <w:pPr>
        <w:jc w:val="right"/>
      </w:pPr>
      <w:r>
        <w:t>کہ آدمی پھولوں میں، درختوں میں، ہریالی میں رہے اور خوش رہے۔</w:t>
      </w:r>
    </w:p>
    <w:p>
      <w:r>
        <w:rPr>
          <w:b/>
        </w:rPr>
        <w:t xml:space="preserve">[05:56] </w:t>
      </w:r>
      <w:r>
        <w:t>to yeh kya yeh Goal kya hua? yeh to koi bada Goal nahi hua.</w:t>
      </w:r>
    </w:p>
    <w:p>
      <w:pPr>
        <w:jc w:val="right"/>
      </w:pPr>
      <w:r>
        <w:t>تو یہ کیا یہ Goal کیا ہوا؟ یہ تو کوئی بڑا Goal نہیں ہوا۔</w:t>
      </w:r>
    </w:p>
    <w:p>
      <w:r>
        <w:rPr>
          <w:b/>
        </w:rPr>
        <w:t xml:space="preserve">[06:04] </w:t>
      </w:r>
      <w:r>
        <w:t>to main dekhta tha ke aakhir itni badi parh mein jab science padhi aur science mein padh kar</w:t>
      </w:r>
    </w:p>
    <w:p>
      <w:pPr>
        <w:jc w:val="right"/>
      </w:pPr>
      <w:r>
        <w:t>تو میں دیکھتا تھا کہ آخر اتنی بڑی پڑھ میں جب سائنس پڑھی اور سائنس میں پڑھ کر</w:t>
      </w:r>
    </w:p>
    <w:p>
      <w:r>
        <w:rPr>
          <w:b/>
        </w:rPr>
        <w:t xml:space="preserve">[06:11] </w:t>
      </w:r>
      <w:r>
        <w:t>ke jab maine dekha ke ke duniya to bohat hi badi hai.</w:t>
      </w:r>
    </w:p>
    <w:p>
      <w:pPr>
        <w:jc w:val="right"/>
      </w:pPr>
      <w:r>
        <w:t>کے جب میں نے دیکھا کہ کہ دنیا تو بہت ہی بڑی ہے۔</w:t>
      </w:r>
    </w:p>
    <w:p>
      <w:r>
        <w:rPr>
          <w:b/>
        </w:rPr>
        <w:t xml:space="preserve">[06:19] </w:t>
      </w:r>
      <w:r>
        <w:t>jaise misaal ke taur par dekhein.</w:t>
      </w:r>
    </w:p>
    <w:p>
      <w:pPr>
        <w:jc w:val="right"/>
      </w:pPr>
      <w:r>
        <w:t>جیسے مثال کے طور پر دیکھیں۔</w:t>
      </w:r>
    </w:p>
    <w:p>
      <w:r>
        <w:rPr>
          <w:b/>
        </w:rPr>
        <w:t xml:space="preserve">[06:26] </w:t>
      </w:r>
      <w:r>
        <w:t>mein soch raha tha ke agar hum Space mein chale jayen kahin, hamare paas koi sadhan ho aur</w:t>
      </w:r>
    </w:p>
    <w:p>
      <w:pPr>
        <w:jc w:val="right"/>
      </w:pPr>
      <w:r>
        <w:t>میں سوچ رہا تھا کہ اگر ہم Space میں چلے جائیں کہیں، ہمارے پاس کوئی سادھن ہو اور</w:t>
      </w:r>
    </w:p>
    <w:p>
      <w:r>
        <w:rPr>
          <w:b/>
        </w:rPr>
        <w:t xml:space="preserve">[06:33] </w:t>
      </w:r>
      <w:r>
        <w:t>Space se hamare dekhne ke liye hamare paas koi bohat Powerful Telescope ho, hum dekhen.</w:t>
      </w:r>
    </w:p>
    <w:p>
      <w:pPr>
        <w:jc w:val="right"/>
      </w:pPr>
      <w:r>
        <w:t>Space سے ہمارے دیکھنے کے لیے ہمارے پاس کوئی بہت Powerful Telescope ہو، ہم دیکھیں۔</w:t>
      </w:r>
    </w:p>
    <w:p>
      <w:r>
        <w:rPr>
          <w:b/>
        </w:rPr>
        <w:t xml:space="preserve">[06:41] </w:t>
      </w:r>
      <w:r>
        <w:t>to hum ko hum Solar System ko dekhen masalan.</w:t>
      </w:r>
    </w:p>
    <w:p>
      <w:pPr>
        <w:jc w:val="right"/>
      </w:pPr>
      <w:r>
        <w:t>تو ہم کو ہم Solar System کو دیکھیں مثلاً۔</w:t>
      </w:r>
    </w:p>
    <w:p>
      <w:r>
        <w:rPr>
          <w:b/>
        </w:rPr>
        <w:t xml:space="preserve">[06:48] </w:t>
      </w:r>
      <w:r>
        <w:t>to Solar System mein hum dekhenge ke bohat hi zabardast qism ka, Bright qism ka suraj hai.</w:t>
      </w:r>
    </w:p>
    <w:p>
      <w:pPr>
        <w:jc w:val="right"/>
      </w:pPr>
      <w:r>
        <w:t>تو Solar System میں ہم دیکھیں گے کہ بہت ہی زبردست قسم کا، Bright قسم کا سورج ہے۔</w:t>
      </w:r>
    </w:p>
    <w:p>
      <w:r>
        <w:rPr>
          <w:b/>
        </w:rPr>
        <w:t xml:space="preserve">[06:56] </w:t>
      </w:r>
      <w:r>
        <w:t>is ke charon taraf barah Planets ghoom rahe hain.</w:t>
      </w:r>
    </w:p>
    <w:p>
      <w:pPr>
        <w:jc w:val="right"/>
      </w:pPr>
      <w:r>
        <w:t>اس کے چاروں طرف بارہ Planets گھوم رہے ہیں۔</w:t>
      </w:r>
    </w:p>
    <w:p>
      <w:r>
        <w:rPr>
          <w:b/>
        </w:rPr>
        <w:t xml:space="preserve">[07:03] </w:t>
      </w:r>
      <w:r>
        <w:t>phir is ke ilawa bohat zyada Asteroid hain, chhote chhote Planets kehna chahiye un ko.</w:t>
      </w:r>
    </w:p>
    <w:p>
      <w:pPr>
        <w:jc w:val="right"/>
      </w:pPr>
      <w:r>
        <w:t>پھر اس کے علاوہ بہت زیادہ Asteroid ہیں، چھوٹے چھوٹے Planets کہنا چاہیے ان کو۔</w:t>
      </w:r>
    </w:p>
    <w:p>
      <w:r>
        <w:rPr>
          <w:b/>
        </w:rPr>
        <w:t xml:space="preserve">[07:11] </w:t>
      </w:r>
      <w:r>
        <w:t>to ek million se zyada beshumar Asteroid, phir Planet, phir Sun.</w:t>
      </w:r>
    </w:p>
    <w:p>
      <w:pPr>
        <w:jc w:val="right"/>
      </w:pPr>
      <w:r>
        <w:t>تو ایک ملین سے زیادہ بے شمار Asteroid، پھر Planet، پھر Sun۔</w:t>
      </w:r>
    </w:p>
    <w:p>
      <w:r>
        <w:rPr>
          <w:b/>
        </w:rPr>
        <w:t xml:space="preserve">[07:18] </w:t>
      </w:r>
      <w:r>
        <w:t>ek ajeeb o ghareeb duniya hai.</w:t>
      </w:r>
    </w:p>
    <w:p>
      <w:pPr>
        <w:jc w:val="right"/>
      </w:pPr>
      <w:r>
        <w:t>ایک عجیب و غریب دنیا ہے۔</w:t>
      </w:r>
    </w:p>
    <w:p>
      <w:r>
        <w:rPr>
          <w:b/>
        </w:rPr>
        <w:t xml:space="preserve">[07:26] </w:t>
      </w:r>
      <w:r>
        <w:t>phir is ke baad aap dekhenge Galaxy ko.</w:t>
      </w:r>
    </w:p>
    <w:p>
      <w:pPr>
        <w:jc w:val="right"/>
      </w:pPr>
      <w:r>
        <w:t>پھر اس کے بعد آپ دیکھیں گے Galaxy کو۔</w:t>
      </w:r>
    </w:p>
    <w:p>
      <w:r>
        <w:rPr>
          <w:b/>
        </w:rPr>
        <w:t xml:space="preserve">[07:33] </w:t>
      </w:r>
      <w:r>
        <w:t>to aap sochen ke aakhir itni bari duniya jis ne banai, kya woh mujhe dekhne to nahi mile</w:t>
      </w:r>
    </w:p>
    <w:p>
      <w:pPr>
        <w:jc w:val="right"/>
      </w:pPr>
      <w:r>
        <w:t>تو آپ سوچیں کہ آخر اتنی بڑی دنیا جس نے بنائی، کیا وہ مجھے دیکھنے تو نہیں ملے</w:t>
      </w:r>
    </w:p>
    <w:p>
      <w:r>
        <w:rPr>
          <w:b/>
        </w:rPr>
        <w:t xml:space="preserve">[07:40] </w:t>
      </w:r>
      <w:r>
        <w:t>ga? jis ne itni bari duniya banai, billion billion sitare, Galaxy, Solar System, Planet Earth, pahad, samandar.</w:t>
      </w:r>
    </w:p>
    <w:p>
      <w:pPr>
        <w:jc w:val="right"/>
      </w:pPr>
      <w:r>
        <w:t>گا؟ جس نے اتنی بڑی دنیا بنائی، بلین بلین ستارے، Galaxy، Solar System، Planet Earth، پہاڑ، سمندر۔</w:t>
      </w:r>
    </w:p>
    <w:p>
      <w:r>
        <w:rPr>
          <w:b/>
        </w:rPr>
        <w:t xml:space="preserve">[07:48] </w:t>
      </w:r>
      <w:r>
        <w:t>yeh sab cheezen jab dekh kar ke aap sochte hain to aap ke Mind jo hai us par</w:t>
      </w:r>
    </w:p>
    <w:p>
      <w:pPr>
        <w:jc w:val="right"/>
      </w:pPr>
      <w:r>
        <w:t>یہ سب چیزیں جب دیکھ کر کے آپ سوچتے ہیں تو آپ کے Mind جو ہے اس پر</w:t>
      </w:r>
    </w:p>
    <w:p>
      <w:r>
        <w:rPr>
          <w:b/>
        </w:rPr>
        <w:t xml:space="preserve">[07:55] </w:t>
      </w:r>
      <w:r>
        <w:t>razi nahi hota ke Spirituality mein itni hai ke mein kuch din ke liye khush rahoon, is ke</w:t>
      </w:r>
    </w:p>
    <w:p>
      <w:pPr>
        <w:jc w:val="right"/>
      </w:pPr>
      <w:r>
        <w:t>راضی نہیں ہوتا کہ Spirituality میں اتنی ہے کہ میں کچھ دن کے لیے خوش رہوں، اس کے</w:t>
      </w:r>
    </w:p>
    <w:p>
      <w:r>
        <w:rPr>
          <w:b/>
        </w:rPr>
        <w:t xml:space="preserve">[08:03] </w:t>
      </w:r>
      <w:r>
        <w:t>baad mar jaon.</w:t>
      </w:r>
    </w:p>
    <w:p>
      <w:pPr>
        <w:jc w:val="right"/>
      </w:pPr>
      <w:r>
        <w:t>بعد مر جاؤں۔</w:t>
      </w:r>
    </w:p>
    <w:p>
      <w:r>
        <w:rPr>
          <w:b/>
        </w:rPr>
        <w:t xml:space="preserve">[08:10] </w:t>
      </w:r>
      <w:r>
        <w:t>to mein sochta tha ke nahi, insan ki zindagi is waqt tak Incomplete hai jab tak woh apne</w:t>
      </w:r>
    </w:p>
    <w:p>
      <w:pPr>
        <w:jc w:val="right"/>
      </w:pPr>
      <w:r>
        <w:t>تو میں سوچتا تھا کہ نہیں، انسان کی زندگی اس وقت تک Incomplete ہے جب تک وہ اپنے</w:t>
      </w:r>
    </w:p>
    <w:p>
      <w:r>
        <w:rPr>
          <w:b/>
        </w:rPr>
        <w:t xml:space="preserve">[08:18] </w:t>
      </w:r>
      <w:r>
        <w:t>Creator ko na dekhe.</w:t>
      </w:r>
    </w:p>
    <w:p>
      <w:pPr>
        <w:jc w:val="right"/>
      </w:pPr>
      <w:r>
        <w:t>Creator کو نہ دیکھے۔</w:t>
      </w:r>
    </w:p>
    <w:p>
      <w:r>
        <w:rPr>
          <w:b/>
        </w:rPr>
        <w:t xml:space="preserve">[08:25] </w:t>
      </w:r>
      <w:r>
        <w:t>phir Quran ko mein ne parha is nazar se.</w:t>
      </w:r>
    </w:p>
    <w:p>
      <w:pPr>
        <w:jc w:val="right"/>
      </w:pPr>
      <w:r>
        <w:t>پھر قرآن کو میں نے پڑھا اس نظر سے۔</w:t>
      </w:r>
    </w:p>
    <w:p>
      <w:r>
        <w:rPr>
          <w:b/>
        </w:rPr>
        <w:t xml:space="preserve">[08:33] </w:t>
      </w:r>
      <w:r>
        <w:t>to Quran mein bohat si ayaten aisi hain jis se yeh baat maloom hoti hai ke History ke</w:t>
      </w:r>
    </w:p>
    <w:p>
      <w:pPr>
        <w:jc w:val="right"/>
      </w:pPr>
      <w:r>
        <w:t>تو قرآن میں بہت سی آیتیں ایسی ہیں جس سے یہ بات معلوم ہوتی ہے کہ History کے</w:t>
      </w:r>
    </w:p>
    <w:p>
      <w:r>
        <w:rPr>
          <w:b/>
        </w:rPr>
        <w:t xml:space="preserve">[08:40] </w:t>
      </w:r>
      <w:r>
        <w:t>khatme par ek bohat bara Function hone wala hai.</w:t>
      </w:r>
    </w:p>
    <w:p>
      <w:pPr>
        <w:jc w:val="right"/>
      </w:pPr>
      <w:r>
        <w:t>خاتمے پر ایک بہت بڑا Function ہونے والا ہے۔</w:t>
      </w:r>
    </w:p>
    <w:p>
      <w:r>
        <w:rPr>
          <w:b/>
        </w:rPr>
        <w:t xml:space="preserve">[08:48] </w:t>
      </w:r>
      <w:r>
        <w:t>bohat bara Function jis mein Creator samne aa jayega.</w:t>
      </w:r>
    </w:p>
    <w:p>
      <w:pPr>
        <w:jc w:val="right"/>
      </w:pPr>
      <w:r>
        <w:t>بہت بڑا Function جس میں Creator سامنے آ جائے گا۔</w:t>
      </w:r>
    </w:p>
    <w:p>
      <w:r>
        <w:rPr>
          <w:b/>
        </w:rPr>
        <w:t xml:space="preserve">[08:55] </w:t>
      </w:r>
      <w:r>
        <w:t>abhi Creator ghayab mein hai.</w:t>
      </w:r>
    </w:p>
    <w:p>
      <w:pPr>
        <w:jc w:val="right"/>
      </w:pPr>
      <w:r>
        <w:t>ابھی Creator غیب میں ہے۔</w:t>
      </w:r>
    </w:p>
    <w:p>
      <w:r>
        <w:rPr>
          <w:b/>
        </w:rPr>
        <w:t xml:space="preserve">[09:02] </w:t>
      </w:r>
      <w:r>
        <w:t>to Creator ke aaj kal ki zuban mein agar kahin to Central Seat par Creator hoga wahan.</w:t>
      </w:r>
    </w:p>
    <w:p>
      <w:pPr>
        <w:jc w:val="right"/>
      </w:pPr>
      <w:r>
        <w:t>تو Creator کے آج کل کی زبان میں اگر کہیں تو Central Seat پر Creator ہوگا وہاں۔</w:t>
      </w:r>
    </w:p>
    <w:p>
      <w:r>
        <w:rPr>
          <w:b/>
        </w:rPr>
        <w:t xml:space="preserve">[09:10] </w:t>
      </w:r>
      <w:r>
        <w:t>aur phir wahan par ek bohat bara Function hoga.</w:t>
      </w:r>
    </w:p>
    <w:p>
      <w:pPr>
        <w:jc w:val="right"/>
      </w:pPr>
      <w:r>
        <w:t>اور پھر وہاں پر ایک بہت بڑا Function ہوگا۔</w:t>
      </w:r>
    </w:p>
    <w:p>
      <w:r>
        <w:rPr>
          <w:b/>
        </w:rPr>
        <w:t xml:space="preserve">[09:17] </w:t>
      </w:r>
      <w:r>
        <w:t>sare log is mein ekhatta honge.</w:t>
      </w:r>
    </w:p>
    <w:p>
      <w:pPr>
        <w:jc w:val="right"/>
      </w:pPr>
      <w:r>
        <w:t>سارے لوگ اس میں اکٹھا ہوں گے۔</w:t>
      </w:r>
    </w:p>
    <w:p>
      <w:r>
        <w:rPr>
          <w:b/>
        </w:rPr>
        <w:t xml:space="preserve">[09:25] </w:t>
      </w:r>
      <w:r>
        <w:t>wahan Creator bolega aur logon ko mauqa hoga ke woh Presentation karen.</w:t>
      </w:r>
    </w:p>
    <w:p>
      <w:pPr>
        <w:jc w:val="right"/>
      </w:pPr>
      <w:r>
        <w:t>وہاں Creator بولے گا اور لوگوں کو موقع ہوگا کہ وہ Presentation کریں۔</w:t>
      </w:r>
    </w:p>
    <w:p>
      <w:r>
        <w:rPr>
          <w:b/>
        </w:rPr>
        <w:t xml:space="preserve">[09:32] </w:t>
      </w:r>
      <w:r>
        <w:t>quran ki bohat si ayaten aisi hain jis se soch kar ke mujhe yeh naqsha banta hai.</w:t>
      </w:r>
    </w:p>
    <w:p>
      <w:pPr>
        <w:jc w:val="right"/>
      </w:pPr>
      <w:r>
        <w:t>قرآن کی بہت سی آیتیں ایسی ہیں جس سے سوچ کر کے مجھے یہ نقشہ بنتا ہے۔</w:t>
      </w:r>
    </w:p>
    <w:p>
      <w:r>
        <w:rPr>
          <w:b/>
        </w:rPr>
        <w:t xml:space="preserve">[09:40] </w:t>
      </w:r>
      <w:r>
        <w:t>to phir maine is raat tak pahuncha ke zindagi isi ki history jo hai isi ki training hai.</w:t>
      </w:r>
    </w:p>
    <w:p>
      <w:pPr>
        <w:jc w:val="right"/>
      </w:pPr>
      <w:r>
        <w:t>تو پھر میں نے اس رات تک پہنچا کہ زندگی اسی کی History جو ہے اسی کی Training ہے۔</w:t>
      </w:r>
    </w:p>
    <w:p>
      <w:r>
        <w:rPr>
          <w:b/>
        </w:rPr>
        <w:t xml:space="preserve">[09:47] </w:t>
      </w:r>
      <w:r>
        <w:t>jaise aap jante hain ke united nations ka headquarters hai new york mein, manhattan mein.</w:t>
      </w:r>
    </w:p>
    <w:p>
      <w:pPr>
        <w:jc w:val="right"/>
      </w:pPr>
      <w:r>
        <w:t>جیسے آپ جانتے ہیں کہ United Nations کا Headquarters ہے New York میں، Manhattan میں۔</w:t>
      </w:r>
    </w:p>
    <w:p>
      <w:r>
        <w:rPr>
          <w:b/>
        </w:rPr>
        <w:t xml:space="preserve">[09:55] </w:t>
      </w:r>
      <w:r>
        <w:t>chalish history ki buildingen aur bohat si buildingen hain.</w:t>
      </w:r>
    </w:p>
    <w:p>
      <w:pPr>
        <w:jc w:val="right"/>
      </w:pPr>
      <w:r>
        <w:t>چالیس History کی بلڈنگیں اور بہت سی بلڈنگیں ہیں۔</w:t>
      </w:r>
    </w:p>
    <w:p>
      <w:r>
        <w:rPr>
          <w:b/>
        </w:rPr>
        <w:t xml:space="preserve">[10:02] </w:t>
      </w:r>
      <w:r>
        <w:t>wahan dunya ke ek so pachananve kal jo country hain dunya ke, har country ke member hain wahan ke log.</w:t>
      </w:r>
    </w:p>
    <w:p>
      <w:pPr>
        <w:jc w:val="right"/>
      </w:pPr>
      <w:r>
        <w:t>وہاں دنیا کے ایک سو پچانوے کل جو Country ہیں دنیا کے، ہر Country کے ممبر ہیں وہاں کے لوگ۔</w:t>
      </w:r>
    </w:p>
    <w:p>
      <w:r>
        <w:rPr>
          <w:b/>
        </w:rPr>
        <w:t xml:space="preserve">[10:09] </w:t>
      </w:r>
      <w:r>
        <w:t>un ka general assembly jab hoti hai, sari dunya ke log ate hain wahan par.</w:t>
      </w:r>
    </w:p>
    <w:p>
      <w:pPr>
        <w:jc w:val="right"/>
      </w:pPr>
      <w:r>
        <w:t>ان کا General Assembly جب ہوتی ہے، ساری دنیا کے لوگ آتے ہیں وہاں پر۔</w:t>
      </w:r>
    </w:p>
    <w:p>
      <w:r>
        <w:rPr>
          <w:b/>
        </w:rPr>
        <w:t xml:space="preserve">[10:17] </w:t>
      </w:r>
      <w:r>
        <w:t>wahan ekattha hote hain.</w:t>
      </w:r>
    </w:p>
    <w:p>
      <w:pPr>
        <w:jc w:val="right"/>
      </w:pPr>
      <w:r>
        <w:t>وہاں اکٹھا ہوتے ہیں۔</w:t>
      </w:r>
    </w:p>
    <w:p>
      <w:r>
        <w:rPr>
          <w:b/>
        </w:rPr>
        <w:t xml:space="preserve">[10:24] </w:t>
      </w:r>
      <w:r>
        <w:t>to woh ek global meet hoti hui hai woh. global meet.</w:t>
      </w:r>
    </w:p>
    <w:p>
      <w:pPr>
        <w:jc w:val="right"/>
      </w:pPr>
      <w:r>
        <w:t>تو وہ ایک Global Meet ہوتی ہوئی ہے وہ۔ Global Meet۔</w:t>
      </w:r>
    </w:p>
    <w:p>
      <w:r>
        <w:rPr>
          <w:b/>
        </w:rPr>
        <w:t xml:space="preserve">[10:32] </w:t>
      </w:r>
      <w:r>
        <w:t>to bas maine socha ke is tarah ek universal meet hona zaroori hai.</w:t>
      </w:r>
    </w:p>
    <w:p>
      <w:pPr>
        <w:jc w:val="right"/>
      </w:pPr>
      <w:r>
        <w:t>تو بس میں نے سوچا کہ اس طرح ایک Universal Meet ہونا ضروری ہے۔</w:t>
      </w:r>
    </w:p>
    <w:p>
      <w:r>
        <w:rPr>
          <w:b/>
        </w:rPr>
        <w:t xml:space="preserve">[10:39] </w:t>
      </w:r>
      <w:r>
        <w:t>to yeh dunya jo hai is par ghor karte hue mujhe samajh aya ke poori history mein log</w:t>
      </w:r>
    </w:p>
    <w:p>
      <w:pPr>
        <w:jc w:val="right"/>
      </w:pPr>
      <w:r>
        <w:t>تو یہ دنیا جو ہے اس پر غور کرتے ہوئے مجھے سمجھ آیا کہ پوری History میں لوگ</w:t>
      </w:r>
    </w:p>
    <w:p>
      <w:r>
        <w:rPr>
          <w:b/>
        </w:rPr>
        <w:t xml:space="preserve">[10:47] </w:t>
      </w:r>
      <w:r>
        <w:t>chune jayenge, chune ja rahe hain, select kiye ja rahe hain ke kaun is qabil hai ke</w:t>
      </w:r>
    </w:p>
    <w:p>
      <w:pPr>
        <w:jc w:val="right"/>
      </w:pPr>
      <w:r>
        <w:t>چنے جائیں گے، چنے جا رہے ہیں، Select کیے جا رہے ہیں کہ کون اس قابل ہے کہ</w:t>
      </w:r>
    </w:p>
    <w:p>
      <w:r>
        <w:rPr>
          <w:b/>
        </w:rPr>
        <w:t xml:space="preserve">[10:54] </w:t>
      </w:r>
      <w:r>
        <w:t>is rab ul alameen ke is function mein wahan par is ko seat mile.</w:t>
      </w:r>
    </w:p>
    <w:p>
      <w:pPr>
        <w:jc w:val="right"/>
      </w:pPr>
      <w:r>
        <w:t>اس رب العالمین کے اس Function میں وہاں پر اس کو Seat ملے۔</w:t>
      </w:r>
    </w:p>
    <w:p>
      <w:r>
        <w:rPr>
          <w:b/>
        </w:rPr>
        <w:t xml:space="preserve">[11:02] </w:t>
      </w:r>
      <w:r>
        <w:t>jaise quran mein ata hai ke fi sachai ki seat par allah rab ul alameen ke darbar mein.</w:t>
      </w:r>
    </w:p>
    <w:p>
      <w:pPr>
        <w:jc w:val="right"/>
      </w:pPr>
      <w:r>
        <w:t>جیسے قرآن میں آتا ہے کہ فی سچائی کی Seat پر اللہ رب العالمین کے دربار میں۔</w:t>
      </w:r>
    </w:p>
    <w:p>
      <w:r>
        <w:rPr>
          <w:b/>
        </w:rPr>
        <w:t xml:space="preserve">[11:09] </w:t>
      </w:r>
      <w:r>
        <w:t>to jis tarah se badshah log darbar kiya karte the to rab ul alameen ka ek creator ka bhi</w:t>
      </w:r>
    </w:p>
    <w:p>
      <w:pPr>
        <w:jc w:val="right"/>
      </w:pPr>
      <w:r>
        <w:t>تو جس طرح سے بادشاہ لوگ دربار کیا کرتے تھے تو رب العالمین کا ایک Creator کا بھی</w:t>
      </w:r>
    </w:p>
    <w:p>
      <w:r>
        <w:rPr>
          <w:b/>
        </w:rPr>
        <w:t xml:space="preserve">[11:17] </w:t>
      </w:r>
      <w:r>
        <w:t>ek darbar hoga jis mein woh central seat par woh hoga aur wahan par woh log jo poori</w:t>
      </w:r>
    </w:p>
    <w:p>
      <w:pPr>
        <w:jc w:val="right"/>
      </w:pPr>
      <w:r>
        <w:t>ایک دربار ہوگا جس میں وہ Central Seat پر وہ ہوگا اور وہاں پر وہ لوگ جو پوری</w:t>
      </w:r>
    </w:p>
    <w:p>
      <w:r>
        <w:rPr>
          <w:b/>
        </w:rPr>
        <w:t xml:space="preserve">[11:24] </w:t>
      </w:r>
      <w:r>
        <w:t>history se chune jayenge farishton ke record ke mutabiq aur wahan par unhein un ke liye bohat</w:t>
      </w:r>
    </w:p>
    <w:p>
      <w:pPr>
        <w:jc w:val="right"/>
      </w:pPr>
      <w:r>
        <w:t>History سے چنے جائیں گے فرشتوں کے ریکارڈ کے مطابق اور وہاں پر انہیں ان کے لیے بہت</w:t>
      </w:r>
    </w:p>
    <w:p>
      <w:r>
        <w:rPr>
          <w:b/>
        </w:rPr>
        <w:t xml:space="preserve">[11:31] </w:t>
      </w:r>
      <w:r>
        <w:t>zabardast qism ki arrangement hoga.</w:t>
      </w:r>
    </w:p>
    <w:p>
      <w:pPr>
        <w:jc w:val="right"/>
      </w:pPr>
      <w:r>
        <w:t>زبردست قسم کی Arrangement ہوگا۔</w:t>
      </w:r>
    </w:p>
    <w:p>
      <w:r>
        <w:rPr>
          <w:b/>
        </w:rPr>
        <w:t xml:space="preserve">[11:39] </w:t>
      </w:r>
      <w:r>
        <w:t>sab ke liye seat hogi, wahan par woh ayenge.</w:t>
      </w:r>
    </w:p>
    <w:p>
      <w:pPr>
        <w:jc w:val="right"/>
      </w:pPr>
      <w:r>
        <w:t>سب کے لیے Seat ہوگی، وہاں پر وہ آئیں گے۔</w:t>
      </w:r>
    </w:p>
    <w:p>
      <w:r>
        <w:rPr>
          <w:b/>
        </w:rPr>
        <w:t xml:space="preserve">[11:46] </w:t>
      </w:r>
      <w:r>
        <w:t>logon ko mauqa milega ke woh apna apna presentation dein.</w:t>
      </w:r>
    </w:p>
    <w:p>
      <w:pPr>
        <w:jc w:val="right"/>
      </w:pPr>
      <w:r>
        <w:t>لوگوں کو موقع ملے گا کہ وہ اپنا اپنا Presentation دیں۔</w:t>
      </w:r>
    </w:p>
    <w:p>
      <w:r>
        <w:rPr>
          <w:b/>
        </w:rPr>
        <w:t xml:space="preserve">[11:54] </w:t>
      </w:r>
      <w:r>
        <w:t>to yeh sochte hue mujhe samajh aya ke yeh dunya isi ki isi ki training ke liye hai.</w:t>
      </w:r>
    </w:p>
    <w:p>
      <w:pPr>
        <w:jc w:val="right"/>
      </w:pPr>
      <w:r>
        <w:t>تو یہ سوچتے ہوئے مجھے سمجھ آیا کہ یہ دنیا اسی کی اسی کی Training کے لیے ہے۔</w:t>
      </w:r>
    </w:p>
    <w:p>
      <w:r>
        <w:rPr>
          <w:b/>
        </w:rPr>
        <w:t xml:space="preserve">[12:01] </w:t>
      </w:r>
      <w:r>
        <w:t>hum sab log ek bohat bari universal training ka hissa hain jo poori history mein chal rahi hai.</w:t>
      </w:r>
    </w:p>
    <w:p>
      <w:pPr>
        <w:jc w:val="right"/>
      </w:pPr>
      <w:r>
        <w:t>ہم سب لوگ ایک بہت بڑی Universal Training کا حصہ ہیں جو پوری History میں چل رہی ہے۔</w:t>
      </w:r>
    </w:p>
    <w:p>
      <w:r>
        <w:rPr>
          <w:b/>
        </w:rPr>
        <w:t xml:space="preserve">[12:09] </w:t>
      </w:r>
      <w:r>
        <w:t>poori history mein.</w:t>
      </w:r>
    </w:p>
    <w:p>
      <w:pPr>
        <w:jc w:val="right"/>
      </w:pPr>
      <w:r>
        <w:t>پوری History میں۔</w:t>
      </w:r>
    </w:p>
    <w:p>
      <w:r>
        <w:rPr>
          <w:b/>
        </w:rPr>
        <w:t xml:space="preserve">[12:16] </w:t>
      </w:r>
      <w:r>
        <w:t>poori history mein har shakhs apne aap ko train kar raha hai taake is rab ul alameen ke is</w:t>
      </w:r>
    </w:p>
    <w:p>
      <w:pPr>
        <w:jc w:val="right"/>
      </w:pPr>
      <w:r>
        <w:t>پوری History میں ہر شخص اپنے آپ کو Train کر رہا ہے تاکہ اس رب العالمین کے اس</w:t>
      </w:r>
    </w:p>
    <w:p>
      <w:r>
        <w:rPr>
          <w:b/>
        </w:rPr>
        <w:t xml:space="preserve">[12:24] </w:t>
      </w:r>
      <w:r>
        <w:t>darbar mein is ko baithne ki jagah mile.</w:t>
      </w:r>
    </w:p>
    <w:p>
      <w:pPr>
        <w:jc w:val="right"/>
      </w:pPr>
      <w:r>
        <w:t>دربار میں اس کو بیٹھنے کی جگہ ملے۔</w:t>
      </w:r>
    </w:p>
    <w:p>
      <w:r>
        <w:rPr>
          <w:b/>
        </w:rPr>
        <w:t xml:space="preserve">[12:31] </w:t>
      </w:r>
      <w:r>
        <w:t>aur un mein woh kuch log bohat zyada khush qismat honge jin ko presentation ka mauqa milega wahan.</w:t>
      </w:r>
    </w:p>
    <w:p>
      <w:pPr>
        <w:jc w:val="right"/>
      </w:pPr>
      <w:r>
        <w:t>اور ان میں وہ کچھ لوگ بہت زیادہ خوش قسمت ہوں گے جن کو Presentation کا موقع ملے گا وہاں۔</w:t>
      </w:r>
    </w:p>
    <w:p>
      <w:r>
        <w:rPr>
          <w:b/>
        </w:rPr>
        <w:t xml:space="preserve">[12:38] </w:t>
      </w:r>
      <w:r>
        <w:t>to kon log honge yeh jo chune jayenge? main samajhta hoon ke is mein jo lafz</w:t>
      </w:r>
    </w:p>
    <w:p>
      <w:pPr>
        <w:jc w:val="right"/>
      </w:pPr>
      <w:r>
        <w:t>تو کون لوگ ہوں گے یہ جو چنے جائیں گے؟ میں سمجھتا ہوں کہ اس میں جو لفظ</w:t>
      </w:r>
    </w:p>
    <w:p>
      <w:r>
        <w:rPr>
          <w:b/>
        </w:rPr>
        <w:t xml:space="preserve">[12:46] </w:t>
      </w:r>
      <w:r>
        <w:t>hai fi sachai ki Seat par sachai Criterion hai.</w:t>
      </w:r>
    </w:p>
    <w:p>
      <w:pPr>
        <w:jc w:val="right"/>
      </w:pPr>
      <w:r>
        <w:t>ہے فی سچائی کی Seat پر سچائی Criterion ہے۔</w:t>
      </w:r>
    </w:p>
    <w:p>
      <w:r>
        <w:rPr>
          <w:b/>
        </w:rPr>
        <w:t xml:space="preserve">[12:53] </w:t>
      </w:r>
      <w:r>
        <w:t>fi sachai ki Seat par Rab ul Alameen ke darbar mein.</w:t>
      </w:r>
    </w:p>
    <w:p>
      <w:pPr>
        <w:jc w:val="right"/>
      </w:pPr>
      <w:r>
        <w:t>فی سچائی کی Seat پر رب العالمین کے دربار میں۔</w:t>
      </w:r>
    </w:p>
    <w:p>
      <w:r>
        <w:rPr>
          <w:b/>
        </w:rPr>
        <w:t xml:space="preserve">[13:01] </w:t>
      </w:r>
      <w:r>
        <w:t>sachai main samajhta hoon ke bohat hi Comprehensive Word hai.</w:t>
      </w:r>
    </w:p>
    <w:p>
      <w:pPr>
        <w:jc w:val="right"/>
      </w:pPr>
      <w:r>
        <w:t>سچائی میں سمجھتا ہوں کہ بہت ہی Comprehensive Word ہے۔</w:t>
      </w:r>
    </w:p>
    <w:p>
      <w:r>
        <w:rPr>
          <w:b/>
        </w:rPr>
        <w:t xml:space="preserve">[13:08] </w:t>
      </w:r>
      <w:r>
        <w:t>jo aadmi haqeeqi maanon mein sachai par khara ho us ke andar kya hoga? Peaceful Nature hoga.</w:t>
      </w:r>
    </w:p>
    <w:p>
      <w:pPr>
        <w:jc w:val="right"/>
      </w:pPr>
      <w:r>
        <w:t>جو آدمی حقیقی معنوں میں سچائی پر کھڑا ہو اس کے اندر کیا ہوگا؟ Peaceful Nature ہوگا۔</w:t>
      </w:r>
    </w:p>
    <w:p>
      <w:r>
        <w:rPr>
          <w:b/>
        </w:rPr>
        <w:t xml:space="preserve">[13:16] </w:t>
      </w:r>
      <w:r>
        <w:t>sab ke liye mohabbat hogi.</w:t>
      </w:r>
    </w:p>
    <w:p>
      <w:pPr>
        <w:jc w:val="right"/>
      </w:pPr>
      <w:r>
        <w:t>سب کے لیے محبت ہوگی۔</w:t>
      </w:r>
    </w:p>
    <w:p>
      <w:r>
        <w:rPr>
          <w:b/>
        </w:rPr>
        <w:t xml:space="preserve">[13:23] </w:t>
      </w:r>
      <w:r>
        <w:t>Integrated Personality hogi.</w:t>
      </w:r>
    </w:p>
    <w:p>
      <w:pPr>
        <w:jc w:val="right"/>
      </w:pPr>
      <w:r>
        <w:t>Integrated Personality ہوگی۔</w:t>
      </w:r>
    </w:p>
    <w:p>
      <w:r>
        <w:rPr>
          <w:b/>
        </w:rPr>
        <w:t xml:space="preserve">[13:31] </w:t>
      </w:r>
      <w:r>
        <w:t>yeh saari Positive jo Quality hai woh sab is ke andar hongi.</w:t>
      </w:r>
    </w:p>
    <w:p>
      <w:pPr>
        <w:jc w:val="right"/>
      </w:pPr>
      <w:r>
        <w:t>یہ ساری Positive جو Quality ہے وہ سب اس کے اندر ہوں گی۔</w:t>
      </w:r>
    </w:p>
    <w:p>
      <w:r>
        <w:rPr>
          <w:b/>
        </w:rPr>
        <w:t xml:space="preserve">[13:38] </w:t>
      </w:r>
      <w:r>
        <w:t>sachai ka matlab hai har qism ki Positive Quality hona.</w:t>
      </w:r>
    </w:p>
    <w:p>
      <w:pPr>
        <w:jc w:val="right"/>
      </w:pPr>
      <w:r>
        <w:t>سچائی کا مطلب ہے ہر قسم کی Positive Quality ہونا۔</w:t>
      </w:r>
    </w:p>
    <w:p>
      <w:r>
        <w:rPr>
          <w:b/>
        </w:rPr>
        <w:t xml:space="preserve">[13:46] </w:t>
      </w:r>
      <w:r>
        <w:t>aise log chune jayenge.</w:t>
      </w:r>
    </w:p>
    <w:p>
      <w:pPr>
        <w:jc w:val="right"/>
      </w:pPr>
      <w:r>
        <w:t>ایسے لوگ چنے جائیں گے۔</w:t>
      </w:r>
    </w:p>
    <w:p>
      <w:r>
        <w:rPr>
          <w:b/>
        </w:rPr>
        <w:t xml:space="preserve">[13:53] </w:t>
      </w:r>
      <w:r>
        <w:t>fi sachai ki Seat par wahan par jo Seat hogi woh sachai ki Seat hogi.</w:t>
      </w:r>
    </w:p>
    <w:p>
      <w:pPr>
        <w:jc w:val="right"/>
      </w:pPr>
      <w:r>
        <w:t>فی سچائی کی Seat پر وہاں پر جو Seat ہوگی وہ سچائی کی Seat ہوگی۔</w:t>
      </w:r>
    </w:p>
    <w:p>
      <w:r>
        <w:rPr>
          <w:b/>
        </w:rPr>
        <w:t xml:space="preserve">[14:00] </w:t>
      </w:r>
      <w:r>
        <w:t>to wahan par sachay log hi baithne ka mauqa payenge.</w:t>
      </w:r>
    </w:p>
    <w:p>
      <w:pPr>
        <w:jc w:val="right"/>
      </w:pPr>
      <w:r>
        <w:t>تو وہاں پر سچے لوگ ہی بیٹھنے کا موقع پائیں گے۔</w:t>
      </w:r>
    </w:p>
    <w:p>
      <w:r>
        <w:rPr>
          <w:b/>
        </w:rPr>
        <w:t xml:space="preserve">[14:08] </w:t>
      </w:r>
      <w:r>
        <w:t>to aik to honge woh log jo wahan baithne ka mauqa payenge.</w:t>
      </w:r>
    </w:p>
    <w:p>
      <w:pPr>
        <w:jc w:val="right"/>
      </w:pPr>
      <w:r>
        <w:t>تو ایک تو ہوں گے وہ لوگ جو وہاں بیٹھنے کا موقع پائیں گے۔</w:t>
      </w:r>
    </w:p>
    <w:p>
      <w:r>
        <w:rPr>
          <w:b/>
        </w:rPr>
        <w:t xml:space="preserve">[14:15] </w:t>
      </w:r>
      <w:r>
        <w:t>kuch log bohat hi zyada khush qismat log honge jin ko mauqa milega wahan Presentation dene ka.</w:t>
      </w:r>
    </w:p>
    <w:p>
      <w:pPr>
        <w:jc w:val="right"/>
      </w:pPr>
      <w:r>
        <w:t>کچھ لوگ بہت ہی زیادہ خوش قسمت لوگ ہوں گے جن کو موقع ملے گا وہاں Presentation دینے کا۔</w:t>
      </w:r>
    </w:p>
    <w:p>
      <w:r>
        <w:rPr>
          <w:b/>
        </w:rPr>
        <w:t xml:space="preserve">[14:23] </w:t>
      </w:r>
      <w:r>
        <w:t>Presentation jinhon ne apne aap ko Develop kiya hoga.</w:t>
      </w:r>
    </w:p>
    <w:p>
      <w:pPr>
        <w:jc w:val="right"/>
      </w:pPr>
      <w:r>
        <w:t>Presentation جنہوں نے اپنے آپ کو Develop کیا ہوگا۔</w:t>
      </w:r>
    </w:p>
    <w:p>
      <w:r>
        <w:rPr>
          <w:b/>
        </w:rPr>
        <w:t xml:space="preserve">[14:30] </w:t>
      </w:r>
      <w:r>
        <w:t>jinhon ne apne aap ko is qabil banaya hoga ke woh Rab ul Alameen ke darbar mein Presentation de saken.</w:t>
      </w:r>
    </w:p>
    <w:p>
      <w:pPr>
        <w:jc w:val="right"/>
      </w:pPr>
      <w:r>
        <w:t>جنہوں نے اپنے آپ کو اس قابل بنایا ہوگا کہ وہ رب العالمین کے دربار میں Presentation دے سکیں۔</w:t>
      </w:r>
    </w:p>
    <w:p>
      <w:r>
        <w:rPr>
          <w:b/>
        </w:rPr>
        <w:t xml:space="preserve">[14:38] </w:t>
      </w:r>
      <w:r>
        <w:t>to yeh hai Spirituality ka ka Concept.</w:t>
      </w:r>
    </w:p>
    <w:p>
      <w:pPr>
        <w:jc w:val="right"/>
      </w:pPr>
      <w:r>
        <w:t>تو یہ ہے Spirituality کا کا Concept۔</w:t>
      </w:r>
    </w:p>
    <w:p>
      <w:r>
        <w:rPr>
          <w:b/>
        </w:rPr>
        <w:t xml:space="preserve">[14:45] </w:t>
      </w:r>
      <w:r>
        <w:t>jab main yeh mujhe jab yeh Discovery hui to mujhe laga ke Spirituality ka jo Concept woh hai</w:t>
      </w:r>
    </w:p>
    <w:p>
      <w:pPr>
        <w:jc w:val="right"/>
      </w:pPr>
      <w:r>
        <w:t>جب میں یہ مجھے جب یہ Discovery ہوئی تو مجھے لگا کہ Spirituality کا جو Concept وہ ہے</w:t>
      </w:r>
    </w:p>
    <w:p>
      <w:r>
        <w:rPr>
          <w:b/>
        </w:rPr>
        <w:t xml:space="preserve">[14:53] </w:t>
      </w:r>
      <w:r>
        <w:t>woh to bohat chota hai.</w:t>
      </w:r>
    </w:p>
    <w:p>
      <w:pPr>
        <w:jc w:val="right"/>
      </w:pPr>
      <w:r>
        <w:t>وہ تو بہت چھوٹا ہے۔</w:t>
      </w:r>
    </w:p>
    <w:p>
      <w:r>
        <w:rPr>
          <w:b/>
        </w:rPr>
        <w:t xml:space="preserve">[15:00] </w:t>
      </w:r>
      <w:r>
        <w:t>woh to kuch bhi nahi hai.</w:t>
      </w:r>
    </w:p>
    <w:p>
      <w:pPr>
        <w:jc w:val="right"/>
      </w:pPr>
      <w:r>
        <w:t>وہ تو کچھ بھی نہیں ہے۔</w:t>
      </w:r>
    </w:p>
    <w:p>
      <w:r>
        <w:rPr>
          <w:b/>
        </w:rPr>
        <w:t xml:space="preserve">[15:07] </w:t>
      </w:r>
      <w:r>
        <w:t>dekhen Spirituality jo hai bohat hi Comprehensive Word hai.</w:t>
      </w:r>
    </w:p>
    <w:p>
      <w:pPr>
        <w:jc w:val="right"/>
      </w:pPr>
      <w:r>
        <w:t>دیکھیں Spirituality جو ہے بہت ہی Comprehensive Word ہے۔</w:t>
      </w:r>
    </w:p>
    <w:p>
      <w:r>
        <w:rPr>
          <w:b/>
        </w:rPr>
        <w:t xml:space="preserve">[15:15] </w:t>
      </w:r>
      <w:r>
        <w:t>Spirituality ka matlab hai Positive Thinking, sachai, mohabbat, munafiqat se pak.</w:t>
      </w:r>
    </w:p>
    <w:p>
      <w:pPr>
        <w:jc w:val="right"/>
      </w:pPr>
      <w:r>
        <w:t>Spirituality کا مطلب ہے Positive Thinking، سچائی، محبت، منافقت سے پاک۔</w:t>
      </w:r>
    </w:p>
    <w:p>
      <w:r>
        <w:rPr>
          <w:b/>
        </w:rPr>
        <w:t xml:space="preserve">[15:22] </w:t>
      </w:r>
      <w:r>
        <w:t>poore maanon mein, poore maanon mein Positive Mind.</w:t>
      </w:r>
    </w:p>
    <w:p>
      <w:pPr>
        <w:jc w:val="right"/>
      </w:pPr>
      <w:r>
        <w:t>پورے معنوں میں، پورے معنوں میں Positive Mind۔</w:t>
      </w:r>
    </w:p>
    <w:p>
      <w:r>
        <w:rPr>
          <w:b/>
        </w:rPr>
        <w:t xml:space="preserve">[15:30] </w:t>
      </w:r>
      <w:r>
        <w:t>yeh sab sifatain jis ke andar hain woh sachai par hai.</w:t>
      </w:r>
    </w:p>
    <w:p>
      <w:pPr>
        <w:jc w:val="right"/>
      </w:pPr>
      <w:r>
        <w:t>یہ سب صفتیں جس کے اندر ہیں وہ سچائی پر ہے۔</w:t>
      </w:r>
    </w:p>
    <w:p>
      <w:r>
        <w:rPr>
          <w:b/>
        </w:rPr>
        <w:t xml:space="preserve">[15:37] </w:t>
      </w:r>
      <w:r>
        <w:t>to aise hi logon ka Selection hoga wahan ke liye.</w:t>
      </w:r>
    </w:p>
    <w:p>
      <w:pPr>
        <w:jc w:val="right"/>
      </w:pPr>
      <w:r>
        <w:t>تو ایسے ہی لوگوں کا Selection ہوگا وہاں کے لیے۔</w:t>
      </w:r>
    </w:p>
    <w:p>
      <w:r>
        <w:rPr>
          <w:b/>
        </w:rPr>
        <w:t xml:space="preserve">[15:45] </w:t>
      </w:r>
      <w:r>
        <w:t>to dunya ka aik woh hai Training ke liye.</w:t>
      </w:r>
    </w:p>
    <w:p>
      <w:pPr>
        <w:jc w:val="right"/>
      </w:pPr>
      <w:r>
        <w:t>تو دنیا کا ایک وہ ہے Training کے لیے۔</w:t>
      </w:r>
    </w:p>
    <w:p>
      <w:r>
        <w:rPr>
          <w:b/>
        </w:rPr>
        <w:t xml:space="preserve">[15:52] </w:t>
      </w:r>
      <w:r>
        <w:t>jaise aap jante hain ke jo bagh hota hai, bagh.</w:t>
      </w:r>
    </w:p>
    <w:p>
      <w:pPr>
        <w:jc w:val="right"/>
      </w:pPr>
      <w:r>
        <w:t>جیسے آپ جانتے ہیں کہ جو باغ ہوتا ہے، باغ۔</w:t>
      </w:r>
    </w:p>
    <w:p>
      <w:r>
        <w:rPr>
          <w:b/>
        </w:rPr>
        <w:t xml:space="preserve">[16:00] </w:t>
      </w:r>
      <w:r>
        <w:t>to bagh se pehle aik nursery hoti hai.</w:t>
      </w:r>
    </w:p>
    <w:p>
      <w:pPr>
        <w:jc w:val="right"/>
      </w:pPr>
      <w:r>
        <w:t>تو باغ سے پہلے ایک نرسری ہوتی ہے۔</w:t>
      </w:r>
    </w:p>
    <w:p>
      <w:r>
        <w:rPr>
          <w:b/>
        </w:rPr>
        <w:t xml:space="preserve">[16:07] </w:t>
      </w:r>
      <w:r>
        <w:t>nursery mein pode ugaye jate hain.</w:t>
      </w:r>
    </w:p>
    <w:p>
      <w:pPr>
        <w:jc w:val="right"/>
      </w:pPr>
      <w:r>
        <w:t>نرسری میں پودے اگائے جاتے ہیں۔</w:t>
      </w:r>
    </w:p>
    <w:p>
      <w:r>
        <w:rPr>
          <w:b/>
        </w:rPr>
        <w:t xml:space="preserve">[16:15] </w:t>
      </w:r>
      <w:r>
        <w:t>Plant ugaye jate hain, chhote chhote Plant.</w:t>
      </w:r>
    </w:p>
    <w:p>
      <w:pPr>
        <w:jc w:val="right"/>
      </w:pPr>
      <w:r>
        <w:t>Plant اگائے جاتے ہیں، چھوٹے چھوٹے Plant۔</w:t>
      </w:r>
    </w:p>
    <w:p>
      <w:r>
        <w:rPr>
          <w:b/>
        </w:rPr>
        <w:t xml:space="preserve">[16:22] </w:t>
      </w:r>
      <w:r>
        <w:t>to in mein se jo poda, jo Plant acha niklta hai, shadab niklta hai, us ko wahan se</w:t>
      </w:r>
    </w:p>
    <w:p>
      <w:pPr>
        <w:jc w:val="right"/>
      </w:pPr>
      <w:r>
        <w:t>تو ان میں سے جو پودا، جو Plant اچھا نکلتا ہے، شاداب نکلتا ہے، اس کو وہاں سے</w:t>
      </w:r>
    </w:p>
    <w:p>
      <w:r>
        <w:rPr>
          <w:b/>
        </w:rPr>
        <w:t xml:space="preserve">[16:29] </w:t>
      </w:r>
      <w:r>
        <w:t>ukhaara jaata hai.</w:t>
      </w:r>
    </w:p>
    <w:p>
      <w:pPr>
        <w:jc w:val="right"/>
      </w:pPr>
      <w:r>
        <w:t>اکھاڑا جاتا ہے۔</w:t>
      </w:r>
    </w:p>
    <w:p>
      <w:r>
        <w:rPr>
          <w:b/>
        </w:rPr>
        <w:t xml:space="preserve">[16:37] </w:t>
      </w:r>
      <w:r>
        <w:t>Nurses nikala jaata hai aur us ko bagh mein lagaya jaata hai.</w:t>
      </w:r>
    </w:p>
    <w:p>
      <w:pPr>
        <w:jc w:val="right"/>
      </w:pPr>
      <w:r>
        <w:t>Nurses نکالا جاتا ہے اور اس کو باغ میں لگایا جاتا ہے۔</w:t>
      </w:r>
    </w:p>
    <w:p>
      <w:r>
        <w:rPr>
          <w:b/>
        </w:rPr>
        <w:t xml:space="preserve">[16:44] </w:t>
      </w:r>
      <w:r>
        <w:t>to yeh dunya jo hai sach poochhein to Paradise ki nursery hai.</w:t>
      </w:r>
    </w:p>
    <w:p>
      <w:pPr>
        <w:jc w:val="right"/>
      </w:pPr>
      <w:r>
        <w:t>تو یہ دنیا جو ہے سچ پوچھیں تو Paradise کی نرسری ہے۔</w:t>
      </w:r>
    </w:p>
    <w:p>
      <w:r>
        <w:rPr>
          <w:b/>
        </w:rPr>
        <w:t xml:space="preserve">[16:52] </w:t>
      </w:r>
      <w:r>
        <w:t>aakhirat mein jo Paradise milne wala hai logon ko us se pehle yeh dunya nursery hai.</w:t>
      </w:r>
    </w:p>
    <w:p>
      <w:pPr>
        <w:jc w:val="right"/>
      </w:pPr>
      <w:r>
        <w:t>آخرت میں جو Paradise ملنے والا ہے لوگوں کو اس سے پہلے یہ دنیا نرسری ہے۔</w:t>
      </w:r>
    </w:p>
    <w:p>
      <w:r>
        <w:rPr>
          <w:b/>
        </w:rPr>
        <w:t xml:space="preserve">[16:59] </w:t>
      </w:r>
      <w:r>
        <w:t>yahan par log ugaye gaye hain Plant ke tareeqe se.</w:t>
      </w:r>
    </w:p>
    <w:p>
      <w:pPr>
        <w:jc w:val="right"/>
      </w:pPr>
      <w:r>
        <w:t>یہاں پر لوگ اگائے گئے ہیں Plant کے طریقے سے۔</w:t>
      </w:r>
    </w:p>
    <w:p>
      <w:r>
        <w:rPr>
          <w:b/>
        </w:rPr>
        <w:t xml:space="preserve">[17:07] </w:t>
      </w:r>
      <w:r>
        <w:t>jo yeh Prove karega ke is ka Healthy Plant hota.</w:t>
      </w:r>
    </w:p>
    <w:p>
      <w:pPr>
        <w:jc w:val="right"/>
      </w:pPr>
      <w:r>
        <w:t>جو یہ Prove کرے گا کہ اس کا Healthy Plant ہوتا۔</w:t>
      </w:r>
    </w:p>
    <w:p>
      <w:r>
        <w:rPr>
          <w:b/>
        </w:rPr>
        <w:t xml:space="preserve">[17:14] </w:t>
      </w:r>
      <w:r>
        <w:t>Healthy Plant jo hota hai woh bagh mein lagaya jaata hai, nikal kar ke.</w:t>
      </w:r>
    </w:p>
    <w:p>
      <w:pPr>
        <w:jc w:val="right"/>
      </w:pPr>
      <w:r>
        <w:t>Healthy Plant جو ہوتا ہے وہ باغ میں لگایا جاتا ہے، نکال کر کے۔</w:t>
      </w:r>
    </w:p>
    <w:p>
      <w:r>
        <w:rPr>
          <w:b/>
        </w:rPr>
        <w:t xml:space="preserve">[17:22] </w:t>
      </w:r>
      <w:r>
        <w:t>aise hi jo log waqai Healthy honge, Positive Mind wale honge, sachai wale log honge.</w:t>
      </w:r>
    </w:p>
    <w:p>
      <w:pPr>
        <w:jc w:val="right"/>
      </w:pPr>
      <w:r>
        <w:t>ایسے ہی جو لوگ واقعی Healthy ہوں گے، Positive Mind والے ہوں گے، سچائی والے لوگ ہوں گے۔</w:t>
      </w:r>
    </w:p>
    <w:p>
      <w:r>
        <w:rPr>
          <w:b/>
        </w:rPr>
        <w:t xml:space="preserve">[17:29] </w:t>
      </w:r>
      <w:r>
        <w:t>yani poore maanon mein Healthy Personality. Healthy Personality.</w:t>
      </w:r>
    </w:p>
    <w:p>
      <w:pPr>
        <w:jc w:val="right"/>
      </w:pPr>
      <w:r>
        <w:t>یعنی پورے معنوں میں Healthy Personality۔ Healthy Personality۔</w:t>
      </w:r>
    </w:p>
    <w:p>
      <w:r>
        <w:rPr>
          <w:b/>
        </w:rPr>
        <w:t xml:space="preserve">[17:36] </w:t>
      </w:r>
      <w:r>
        <w:t>to jin logon ke andar Healthy Personality hogi, Healthy Development hua hoga un ka, woh chune jayenge.</w:t>
      </w:r>
    </w:p>
    <w:p>
      <w:pPr>
        <w:jc w:val="right"/>
      </w:pPr>
      <w:r>
        <w:t>تو جن لوگوں کے اندر Healthy Personality ہوگی، Healthy Development ہوا ہوگا ان کا، وہ چنے جائیں گے۔</w:t>
      </w:r>
    </w:p>
    <w:p>
      <w:r>
        <w:rPr>
          <w:b/>
        </w:rPr>
        <w:t xml:space="preserve">[17:44] </w:t>
      </w:r>
      <w:r>
        <w:t>woh is nursery se nikal kar ke Paradise mein un ko pahunchaya jayega.</w:t>
      </w:r>
    </w:p>
    <w:p>
      <w:pPr>
        <w:jc w:val="right"/>
      </w:pPr>
      <w:r>
        <w:t>وہ اس نرسری سے نکال کر کے Paradise میں ان کو پہنچایا جائے گا۔</w:t>
      </w:r>
    </w:p>
    <w:p>
      <w:r>
        <w:rPr>
          <w:b/>
        </w:rPr>
        <w:t xml:space="preserve">[17:51] </w:t>
      </w:r>
      <w:r>
        <w:t>phir wahan par woh mauqa payenge Allah Rab ul Alameen ke Guest House.</w:t>
      </w:r>
    </w:p>
    <w:p>
      <w:pPr>
        <w:jc w:val="right"/>
      </w:pPr>
      <w:r>
        <w:t>پھر وہاں پر وہ موقع پائیں گے اللہ رب العالمین کے Guest House۔</w:t>
      </w:r>
    </w:p>
    <w:p>
      <w:r>
        <w:rPr>
          <w:b/>
        </w:rPr>
        <w:t xml:space="preserve">[17:59] </w:t>
      </w:r>
      <w:r>
        <w:t>Paradise ka jo Concept hai Quran mein woh yeh hai ke Allah Rab ul Alameen ka Guest House hai woh. Guest House.</w:t>
      </w:r>
    </w:p>
    <w:p>
      <w:pPr>
        <w:jc w:val="right"/>
      </w:pPr>
      <w:r>
        <w:t>Paradise کا جو Concept ہے قرآن میں وہ یہ ہے کہ اللہ رب العالمین کا Guest House ہے وہ۔ Guest House۔</w:t>
      </w:r>
    </w:p>
    <w:p>
      <w:r>
        <w:rPr>
          <w:b/>
        </w:rPr>
        <w:t xml:space="preserve">[18:06] </w:t>
      </w:r>
      <w:r>
        <w:t>lekin Selected logon ke liye.</w:t>
      </w:r>
    </w:p>
    <w:p>
      <w:pPr>
        <w:jc w:val="right"/>
      </w:pPr>
      <w:r>
        <w:t>لیکن Selected لوگوں کے لیے۔</w:t>
      </w:r>
    </w:p>
    <w:p>
      <w:r>
        <w:rPr>
          <w:b/>
        </w:rPr>
        <w:t xml:space="preserve">[18:14] </w:t>
      </w:r>
      <w:r>
        <w:t>phir aap Quran mein jo Adam ka qissa bayan hua hai woh aik bohat bara hamein yani Christian</w:t>
      </w:r>
    </w:p>
    <w:p>
      <w:pPr>
        <w:jc w:val="right"/>
      </w:pPr>
      <w:r>
        <w:t>پھر آپ قرآن میں جو آدم کا قصہ بیان ہوا ہے وہ ایک بہت بڑا ہمیں یعنی Christian</w:t>
      </w:r>
    </w:p>
    <w:p>
      <w:r>
        <w:rPr>
          <w:b/>
        </w:rPr>
        <w:t xml:space="preserve">[18:21] </w:t>
      </w:r>
      <w:r>
        <w:t>Purana of God jo hai us ka bohat bara yani hamein batata hai ke kaisa hai woh.</w:t>
      </w:r>
    </w:p>
    <w:p>
      <w:pPr>
        <w:jc w:val="right"/>
      </w:pPr>
      <w:r>
        <w:t>Purana of God جو ہے اس کا بہت بڑا یعنی ہمیں بتاتا ہے کہ کیسا ہے وہ۔</w:t>
      </w:r>
    </w:p>
    <w:p>
      <w:r>
        <w:rPr>
          <w:b/>
        </w:rPr>
        <w:t xml:space="preserve">[18:29] </w:t>
      </w:r>
      <w:r>
        <w:t>aap jante hain ke Adam ko pehle paida kiya gaya to un ko baghair kisi test ke guzre</w:t>
      </w:r>
    </w:p>
    <w:p>
      <w:pPr>
        <w:jc w:val="right"/>
      </w:pPr>
      <w:r>
        <w:t>آپ جانتے ہیں کہ آدم کو پہلے پیدا کیا گیا تو ان کو بغیر کسی ٹیسٹ کے گزرے</w:t>
      </w:r>
    </w:p>
    <w:p>
      <w:r>
        <w:rPr>
          <w:b/>
        </w:rPr>
        <w:t xml:space="preserve">[18:36] </w:t>
      </w:r>
      <w:r>
        <w:t>hue, kisi test ke baghair kuch test Paper nahi kiya tha unhon ne aur jannat mein un ko</w:t>
      </w:r>
    </w:p>
    <w:p>
      <w:pPr>
        <w:jc w:val="right"/>
      </w:pPr>
      <w:r>
        <w:t>ہوئے، کسی ٹیسٹ کے بغیر کچھ ٹیسٹ Paper نہیں کیا تھا انہوں نے اور جنت میں ان کو</w:t>
      </w:r>
    </w:p>
    <w:p>
      <w:r>
        <w:rPr>
          <w:b/>
        </w:rPr>
        <w:t xml:space="preserve">[18:44] </w:t>
      </w:r>
      <w:r>
        <w:t>rehne ka mauqa de diya ke jao jannat tumhare liye khuli hui hai.</w:t>
      </w:r>
    </w:p>
    <w:p>
      <w:pPr>
        <w:jc w:val="right"/>
      </w:pPr>
      <w:r>
        <w:t>رہنے کا موقع دے دیا کہ جاؤ جنت تمہارے لیے کھلی ہوئی ہے۔</w:t>
      </w:r>
    </w:p>
    <w:p>
      <w:r>
        <w:rPr>
          <w:b/>
        </w:rPr>
        <w:t xml:space="preserve">[18:51] </w:t>
      </w:r>
      <w:r>
        <w:t>lekin jaisa ke maloom hai Forever and Tree ka waqia to pehle Phase mein to insaan ko general</w:t>
      </w:r>
    </w:p>
    <w:p>
      <w:pPr>
        <w:jc w:val="right"/>
      </w:pPr>
      <w:r>
        <w:t>لیکن جیسا کہ معلوم ہے Forever and Tree کا واقعہ تو پہلے Phase میں تو انسان کو جنرل</w:t>
      </w:r>
    </w:p>
    <w:p>
      <w:r>
        <w:rPr>
          <w:b/>
        </w:rPr>
        <w:t xml:space="preserve">[18:58] </w:t>
      </w:r>
      <w:r>
        <w:t>buniyad par Paradise de di gayi thi sab ke liye, sab ke liye, sab ke liye.</w:t>
      </w:r>
    </w:p>
    <w:p>
      <w:pPr>
        <w:jc w:val="right"/>
      </w:pPr>
      <w:r>
        <w:t>بنیاد پر Paradise دے دی گئی تھی سب کے لیے، سب کے لیے، سب کے لیے۔</w:t>
      </w:r>
    </w:p>
    <w:p>
      <w:r>
        <w:rPr>
          <w:b/>
        </w:rPr>
        <w:t xml:space="preserve">[19:06] </w:t>
      </w:r>
      <w:r>
        <w:t>is ke baad insaan ko yani Adam ko wahan se nikal kar ke bhej diya gaya is duniya mein.</w:t>
      </w:r>
    </w:p>
    <w:p>
      <w:pPr>
        <w:jc w:val="right"/>
      </w:pPr>
      <w:r>
        <w:t>اس کے بعد انسان کو یعنی آدم کو وہاں سے نکال کر کے بھیج دیا گیا اس دنیا میں۔</w:t>
      </w:r>
    </w:p>
    <w:p>
      <w:r>
        <w:rPr>
          <w:b/>
        </w:rPr>
        <w:t xml:space="preserve">[19:13] </w:t>
      </w:r>
      <w:r>
        <w:t>ab yahan par jo hai pehle Paradise di gayi thi logon ko general Base par.</w:t>
      </w:r>
    </w:p>
    <w:p>
      <w:pPr>
        <w:jc w:val="right"/>
      </w:pPr>
      <w:r>
        <w:t>اب یہاں پر جو ہے پہلے Paradise دی گئی تھی لوگوں کو جنرل Base پر۔</w:t>
      </w:r>
    </w:p>
    <w:p>
      <w:r>
        <w:rPr>
          <w:b/>
        </w:rPr>
        <w:t xml:space="preserve">[19:21] </w:t>
      </w:r>
      <w:r>
        <w:t>ab jo hai Paradise woh le gaye hain koi Selective Base par.</w:t>
      </w:r>
    </w:p>
    <w:p>
      <w:pPr>
        <w:jc w:val="right"/>
      </w:pPr>
      <w:r>
        <w:t>اب جو ہے Paradise وہ لے گئے ہیں کوئی Selective Base پر۔</w:t>
      </w:r>
    </w:p>
    <w:p>
      <w:r>
        <w:rPr>
          <w:b/>
        </w:rPr>
        <w:t xml:space="preserve">[19:28] </w:t>
      </w:r>
      <w:r>
        <w:t>pehle to har ek ke liye Paradise thi lekin jab Adam ne Forever and Tree ka mamla pesh</w:t>
      </w:r>
    </w:p>
    <w:p>
      <w:pPr>
        <w:jc w:val="right"/>
      </w:pPr>
      <w:r>
        <w:t>پہلے تو ہر ایک کے لیے Paradise تھی لیکن جب آدم نے Forever and Tree کا معاملہ پیش</w:t>
      </w:r>
    </w:p>
    <w:p>
      <w:r>
        <w:rPr>
          <w:b/>
        </w:rPr>
        <w:t xml:space="preserve">[19:36] </w:t>
      </w:r>
      <w:r>
        <w:t>aaya is ke baad yeh gaya insaan ke liye Second Chance ki baat hai.</w:t>
      </w:r>
    </w:p>
    <w:p>
      <w:pPr>
        <w:jc w:val="right"/>
      </w:pPr>
      <w:r>
        <w:t>آیا اس کے بعد یہ گیا انسان کے لیے Second Chance کی بات ہے۔</w:t>
      </w:r>
    </w:p>
    <w:p>
      <w:r>
        <w:rPr>
          <w:b/>
        </w:rPr>
        <w:t xml:space="preserve">[19:43] </w:t>
      </w:r>
      <w:r>
        <w:t>pehla Chance to use kho diya insaan ne ke sab ke liye jannat ho, sab ke liye Paradise ho.</w:t>
      </w:r>
    </w:p>
    <w:p>
      <w:pPr>
        <w:jc w:val="right"/>
      </w:pPr>
      <w:r>
        <w:t>پہلا Chance تو اسے کھو دیا انسان نے کہ سب کے لیے جنت ہو، سب کے لیے Paradise ہو۔</w:t>
      </w:r>
    </w:p>
    <w:p>
      <w:r>
        <w:rPr>
          <w:b/>
        </w:rPr>
        <w:t xml:space="preserve">[19:51] </w:t>
      </w:r>
      <w:r>
        <w:t>woh pehla Chance tha.</w:t>
      </w:r>
    </w:p>
    <w:p>
      <w:pPr>
        <w:jc w:val="right"/>
      </w:pPr>
      <w:r>
        <w:t>وہ پہلا Chance تھا۔</w:t>
      </w:r>
    </w:p>
    <w:p>
      <w:r>
        <w:rPr>
          <w:b/>
        </w:rPr>
        <w:t xml:space="preserve">[19:58] </w:t>
      </w:r>
      <w:r>
        <w:t>ab insaan ke liye doosra Chance hai ke Selection ki buniyad par insaan ko chuna jaye aur un</w:t>
      </w:r>
    </w:p>
    <w:p>
      <w:pPr>
        <w:jc w:val="right"/>
      </w:pPr>
      <w:r>
        <w:t>اب انسان کے لیے دوسرا Chance ہے کہ Selection کی بنیاد پر انسان کو چنا جائے اور ان</w:t>
      </w:r>
    </w:p>
    <w:p>
      <w:r>
        <w:rPr>
          <w:b/>
        </w:rPr>
        <w:t xml:space="preserve">[20:05] </w:t>
      </w:r>
      <w:r>
        <w:t>ko jannat mein basaya jaye.</w:t>
      </w:r>
    </w:p>
    <w:p>
      <w:pPr>
        <w:jc w:val="right"/>
      </w:pPr>
      <w:r>
        <w:t>کو جنت میں بسایا جائے۔</w:t>
      </w:r>
    </w:p>
    <w:p>
      <w:r>
        <w:rPr>
          <w:b/>
        </w:rPr>
        <w:t xml:space="preserve">[20:13] </w:t>
      </w:r>
      <w:r>
        <w:t>ab woh wahi Phase, yeh Second Phase chal raha hai.</w:t>
      </w:r>
    </w:p>
    <w:p>
      <w:pPr>
        <w:jc w:val="right"/>
      </w:pPr>
      <w:r>
        <w:t>اب وہ وہی Phase، یہ Second Phase چل رہا ہے۔</w:t>
      </w:r>
    </w:p>
    <w:p>
      <w:r>
        <w:rPr>
          <w:b/>
        </w:rPr>
        <w:t xml:space="preserve">[20:20] </w:t>
      </w:r>
      <w:r>
        <w:t>is Second Phase ka jab khatma hoga aur insaan Paradise mein dobara dakhli ke liye chuna jayega</w:t>
      </w:r>
    </w:p>
    <w:p>
      <w:pPr>
        <w:jc w:val="right"/>
      </w:pPr>
      <w:r>
        <w:t>اس Second Phase کا جب خاتمہ ہوگا اور انسان Paradise میں دوبارہ داخلی کے لیے چنا جائے گا</w:t>
      </w:r>
    </w:p>
    <w:p>
      <w:r>
        <w:rPr>
          <w:b/>
        </w:rPr>
        <w:t xml:space="preserve">[20:28] </w:t>
      </w:r>
      <w:r>
        <w:t>yani chune hue log us waqt Allah ka darbar hoga.</w:t>
      </w:r>
    </w:p>
    <w:p>
      <w:pPr>
        <w:jc w:val="right"/>
      </w:pPr>
      <w:r>
        <w:t>یعنی چنے ہوئے لوگ اس وقت اللہ کا دربار ہوگا۔</w:t>
      </w:r>
    </w:p>
    <w:p>
      <w:r>
        <w:rPr>
          <w:b/>
        </w:rPr>
        <w:t xml:space="preserve">[20:35] </w:t>
      </w:r>
      <w:r>
        <w:t>woh darbar bohat hi bara Universal Level par darbar hoga.</w:t>
      </w:r>
    </w:p>
    <w:p>
      <w:pPr>
        <w:jc w:val="right"/>
      </w:pPr>
      <w:r>
        <w:t>وہ دربار بہت ہی بڑا Universal Level پر دربار ہوگا۔</w:t>
      </w:r>
    </w:p>
    <w:p>
      <w:r>
        <w:rPr>
          <w:b/>
        </w:rPr>
        <w:t xml:space="preserve">[20:43] </w:t>
      </w:r>
      <w:r>
        <w:t>Quran mein aata hai ke yani Allah ek waqt aaye ga jab ke Allah ke ek haath mein</w:t>
      </w:r>
    </w:p>
    <w:p>
      <w:pPr>
        <w:jc w:val="right"/>
      </w:pPr>
      <w:r>
        <w:t>قرآن میں آتا ہے کہ یعنی اللہ ایک وقت آئے گا جب کہ اللہ کے ایک ہاتھ میں</w:t>
      </w:r>
    </w:p>
    <w:p>
      <w:r>
        <w:rPr>
          <w:b/>
        </w:rPr>
        <w:t xml:space="preserve">[20:50] </w:t>
      </w:r>
      <w:r>
        <w:t>zameen hogi aur doosre haath mein poora aasman hoga.</w:t>
      </w:r>
    </w:p>
    <w:p>
      <w:pPr>
        <w:jc w:val="right"/>
      </w:pPr>
      <w:r>
        <w:t>زمین ہوگی اور دوسرے ہاتھ میں پورا آسمان ہوگا۔</w:t>
      </w:r>
    </w:p>
    <w:p>
      <w:r>
        <w:rPr>
          <w:b/>
        </w:rPr>
        <w:t xml:space="preserve">[20:58] </w:t>
      </w:r>
      <w:r>
        <w:t>is ka matlab nahi ke sach moshi aisa hoga ke haath mein liya jayega.</w:t>
      </w:r>
    </w:p>
    <w:p>
      <w:pPr>
        <w:jc w:val="right"/>
      </w:pPr>
      <w:r>
        <w:t>اس کا مطلب نہیں کہ سچ موشی ایسا ہوگا کہ ہاتھ میں لیا جائے گا۔</w:t>
      </w:r>
    </w:p>
    <w:p>
      <w:r>
        <w:rPr>
          <w:b/>
        </w:rPr>
        <w:t xml:space="preserve">[21:05] </w:t>
      </w:r>
      <w:r>
        <w:t>nahi, sari zameen Allah ke jalwe se jugbah uthe gi.</w:t>
      </w:r>
    </w:p>
    <w:p>
      <w:pPr>
        <w:jc w:val="right"/>
      </w:pPr>
      <w:r>
        <w:t>نہیں، ساری زمین اللہ کے جلوے سے جگبہ اٹھے گی۔</w:t>
      </w:r>
    </w:p>
    <w:p>
      <w:r>
        <w:rPr>
          <w:b/>
        </w:rPr>
        <w:t xml:space="preserve">[21:13] </w:t>
      </w:r>
      <w:r>
        <w:t>sari duniya mein Allah ka dabdaba qaim ho jayega.</w:t>
      </w:r>
    </w:p>
    <w:p>
      <w:pPr>
        <w:jc w:val="right"/>
      </w:pPr>
      <w:r>
        <w:t>ساری دنیا میں اللہ کا دبدبہ قائم ہو جائے گا۔</w:t>
      </w:r>
    </w:p>
    <w:p>
      <w:r>
        <w:rPr>
          <w:b/>
        </w:rPr>
        <w:t xml:space="preserve">[21:20] </w:t>
      </w:r>
      <w:r>
        <w:t>sari duniya mein Allah ka zahoor ho jayega.</w:t>
      </w:r>
    </w:p>
    <w:p>
      <w:pPr>
        <w:jc w:val="right"/>
      </w:pPr>
      <w:r>
        <w:t>ساری دنیا میں اللہ کا ظہور ہو جائے گا۔</w:t>
      </w:r>
    </w:p>
    <w:p>
      <w:r>
        <w:rPr>
          <w:b/>
        </w:rPr>
        <w:t xml:space="preserve">[21:27] </w:t>
      </w:r>
      <w:r>
        <w:t>Na'alam satah par aik aik muzahira hoga.</w:t>
      </w:r>
    </w:p>
    <w:p>
      <w:pPr>
        <w:jc w:val="right"/>
      </w:pPr>
      <w:r>
        <w:t>نعالم سطح پر ایک ایک مظاہرہ ہوگا۔</w:t>
      </w:r>
    </w:p>
    <w:p>
      <w:r>
        <w:rPr>
          <w:b/>
        </w:rPr>
        <w:t xml:space="preserve">[21:35] </w:t>
      </w:r>
      <w:r>
        <w:t>Universal satah par aik aik muzahira hoga.</w:t>
      </w:r>
    </w:p>
    <w:p>
      <w:pPr>
        <w:jc w:val="right"/>
      </w:pPr>
      <w:r>
        <w:t>Universal سطح پر ایک ایک مظاہرہ ہوگا۔</w:t>
      </w:r>
    </w:p>
    <w:p>
      <w:r>
        <w:rPr>
          <w:b/>
        </w:rPr>
        <w:t xml:space="preserve">[21:42] </w:t>
      </w:r>
      <w:r>
        <w:t>us waqt jannat samne aaye gi.</w:t>
      </w:r>
    </w:p>
    <w:p>
      <w:pPr>
        <w:jc w:val="right"/>
      </w:pPr>
      <w:r>
        <w:t>اس وقت جنت سامنے آئے گی۔</w:t>
      </w:r>
    </w:p>
    <w:p>
      <w:r>
        <w:rPr>
          <w:b/>
        </w:rPr>
        <w:t xml:space="preserve">[21:50] </w:t>
      </w:r>
      <w:r>
        <w:t>Selection kiya jayega logon ka aur is par woh dakhil kiya jayenge.</w:t>
      </w:r>
    </w:p>
    <w:p>
      <w:pPr>
        <w:jc w:val="right"/>
      </w:pPr>
      <w:r>
        <w:t>Selection کیا جائے گا لوگوں کا اور اس پر وہ داخل کیا جائیں گے۔</w:t>
      </w:r>
    </w:p>
    <w:p>
      <w:r>
        <w:rPr>
          <w:b/>
        </w:rPr>
        <w:t xml:space="preserve">[21:57] </w:t>
      </w:r>
      <w:r>
        <w:t>phir Allah ka darbar hoga.</w:t>
      </w:r>
    </w:p>
    <w:p>
      <w:pPr>
        <w:jc w:val="right"/>
      </w:pPr>
      <w:r>
        <w:t>پھر اللہ کا دربار ہوگا۔</w:t>
      </w:r>
    </w:p>
    <w:p>
      <w:r>
        <w:rPr>
          <w:b/>
        </w:rPr>
        <w:t xml:space="preserve">[22:05] </w:t>
      </w:r>
      <w:r>
        <w:t>yeh gaya Paradise ka Inauguration.</w:t>
      </w:r>
    </w:p>
    <w:p>
      <w:pPr>
        <w:jc w:val="right"/>
      </w:pPr>
      <w:r>
        <w:t>یہ گیا Paradise کا Inauguration۔</w:t>
      </w:r>
    </w:p>
    <w:p>
      <w:r>
        <w:rPr>
          <w:b/>
        </w:rPr>
        <w:t xml:space="preserve">[22:12] </w:t>
      </w:r>
      <w:r>
        <w:t>is waqt jo Allah ka darbar hoga woh hoga Paradise ka Inauguration.</w:t>
      </w:r>
    </w:p>
    <w:p>
      <w:pPr>
        <w:jc w:val="right"/>
      </w:pPr>
      <w:r>
        <w:t>اس وقت جو اللہ کا دربار ہوگا وہ ہوگا Paradise کا Inauguration۔</w:t>
      </w:r>
    </w:p>
    <w:p>
      <w:r>
        <w:rPr>
          <w:b/>
        </w:rPr>
        <w:t xml:space="preserve">[22:20] </w:t>
      </w:r>
      <w:r>
        <w:t>is mein log dakhil kiye jayenge.</w:t>
      </w:r>
    </w:p>
    <w:p>
      <w:pPr>
        <w:jc w:val="right"/>
      </w:pPr>
      <w:r>
        <w:t>اس میں لوگ داخل کیے جائیں گے۔</w:t>
      </w:r>
    </w:p>
    <w:p>
      <w:r>
        <w:rPr>
          <w:b/>
        </w:rPr>
        <w:t xml:space="preserve">[22:27] </w:t>
      </w:r>
      <w:r>
        <w:t>woh sachai ki Seat par baithenge.</w:t>
      </w:r>
    </w:p>
    <w:p>
      <w:pPr>
        <w:jc w:val="right"/>
      </w:pPr>
      <w:r>
        <w:t>وہ سچائی کی Seat پر بیٹھیں گے۔</w:t>
      </w:r>
    </w:p>
    <w:p>
      <w:r>
        <w:rPr>
          <w:b/>
        </w:rPr>
        <w:t xml:space="preserve">[22:34] </w:t>
      </w:r>
      <w:r>
        <w:t>Allah wahan zahir hoga.</w:t>
      </w:r>
    </w:p>
    <w:p>
      <w:pPr>
        <w:jc w:val="right"/>
      </w:pPr>
      <w:r>
        <w:t>اللہ وہاں ظاہر ہوگا۔</w:t>
      </w:r>
    </w:p>
    <w:p>
      <w:r>
        <w:rPr>
          <w:b/>
        </w:rPr>
        <w:t xml:space="preserve">[22:42] </w:t>
      </w:r>
      <w:r>
        <w:t>to is waqt jo dunya mein hum hain isi ke liye hum apne aap ko Train karna hai</w:t>
      </w:r>
    </w:p>
    <w:p>
      <w:pPr>
        <w:jc w:val="right"/>
      </w:pPr>
      <w:r>
        <w:t>تو اس وقت جو دنیا میں ہم ہیں اسی کے لیے ہم اپنے آپ کو Train کرنا ہے</w:t>
      </w:r>
    </w:p>
    <w:p>
      <w:r>
        <w:rPr>
          <w:b/>
        </w:rPr>
        <w:t xml:space="preserve">[22:49] </w:t>
      </w:r>
      <w:r>
        <w:t>humein ke humein wahan Entry milay.</w:t>
      </w:r>
    </w:p>
    <w:p>
      <w:pPr>
        <w:jc w:val="right"/>
      </w:pPr>
      <w:r>
        <w:t>ہمیں کہ ہمیں وہاں Entry ملے۔</w:t>
      </w:r>
    </w:p>
    <w:p>
      <w:r>
        <w:rPr>
          <w:b/>
        </w:rPr>
        <w:t xml:space="preserve">[22:57] </w:t>
      </w:r>
      <w:r>
        <w:t>to is mein do Level ke log honge.</w:t>
      </w:r>
    </w:p>
    <w:p>
      <w:pPr>
        <w:jc w:val="right"/>
      </w:pPr>
      <w:r>
        <w:t>تو اس میں دو Level کے لوگ ہوں گے۔</w:t>
      </w:r>
    </w:p>
    <w:p>
      <w:r>
        <w:rPr>
          <w:b/>
        </w:rPr>
        <w:t xml:space="preserve">[23:04] </w:t>
      </w:r>
      <w:r>
        <w:t>ek woh log honge jin ko sirf Entry mil jayegi Paradise mein sachai ki Seat par</w:t>
      </w:r>
    </w:p>
    <w:p>
      <w:pPr>
        <w:jc w:val="right"/>
      </w:pPr>
      <w:r>
        <w:t>ایک وہ لوگ ہوں گے جن کو صرف Entry مل جائے گی Paradise میں سچائی کی Seat پر</w:t>
      </w:r>
    </w:p>
    <w:p>
      <w:r>
        <w:rPr>
          <w:b/>
        </w:rPr>
        <w:t xml:space="preserve">[23:12] </w:t>
      </w:r>
      <w:r>
        <w:t>baithne ke liye.</w:t>
      </w:r>
    </w:p>
    <w:p>
      <w:pPr>
        <w:jc w:val="right"/>
      </w:pPr>
      <w:r>
        <w:t>بیٹھنے کے لیے۔</w:t>
      </w:r>
    </w:p>
    <w:p>
      <w:r>
        <w:rPr>
          <w:b/>
        </w:rPr>
        <w:t xml:space="preserve">[23:19] </w:t>
      </w:r>
      <w:r>
        <w:t>ek aur aala qisam ke log honge jin ko Presentation ka mauqa diya jayega.</w:t>
      </w:r>
    </w:p>
    <w:p>
      <w:pPr>
        <w:jc w:val="right"/>
      </w:pPr>
      <w:r>
        <w:t>ایک اور اعلیٰ قسم کے لوگ ہوں گے جن کو Presentation کا موقع دیا جائے گا۔</w:t>
      </w:r>
    </w:p>
    <w:p>
      <w:r>
        <w:rPr>
          <w:b/>
        </w:rPr>
        <w:t xml:space="preserve">[23:27] </w:t>
      </w:r>
      <w:r>
        <w:t>to mein samajhta hoon ke is zamane mein jo Conference hoti hai, seminar hota hai, bade bade hall</w:t>
      </w:r>
    </w:p>
    <w:p>
      <w:pPr>
        <w:jc w:val="right"/>
      </w:pPr>
      <w:r>
        <w:t>تو میں سمجھتا ہوں کہ اس زمانے میں جو Conference ہوتی ہے، سیمینار ہوتا ہے، بڑے بڑے حال</w:t>
      </w:r>
    </w:p>
    <w:p>
      <w:r>
        <w:rPr>
          <w:b/>
        </w:rPr>
        <w:t xml:space="preserve">[23:34] </w:t>
      </w:r>
      <w:r>
        <w:t>mein Program kiya jata hai, woh isi ka ek ek Introduction hai.</w:t>
      </w:r>
    </w:p>
    <w:p>
      <w:pPr>
        <w:jc w:val="right"/>
      </w:pPr>
      <w:r>
        <w:t>میں Program کیا جاتا ہے، وہ اسی کا ایک ایک Introduction ہے۔</w:t>
      </w:r>
    </w:p>
    <w:p>
      <w:r>
        <w:rPr>
          <w:b/>
        </w:rPr>
        <w:t xml:space="preserve">[23:41] </w:t>
      </w:r>
      <w:r>
        <w:t>aaj kal ke zamane mein jo shandar qisam ke hall banaye jate hain, is mein shandar qisam ke</w:t>
      </w:r>
    </w:p>
    <w:p>
      <w:pPr>
        <w:jc w:val="right"/>
      </w:pPr>
      <w:r>
        <w:t>آج کل کے زمانے میں جو شاندار قسم کے حال بنائے جاتے ہیں، اس میں شاندار قسم کے</w:t>
      </w:r>
    </w:p>
    <w:p>
      <w:r>
        <w:rPr>
          <w:b/>
        </w:rPr>
        <w:t xml:space="preserve">[23:49] </w:t>
      </w:r>
      <w:r>
        <w:t>Program hote hain, Conference, seminar waghera, woh isi isi Khodawandi darbar ka gaya ek peshgi Introduction hai.</w:t>
      </w:r>
    </w:p>
    <w:p>
      <w:pPr>
        <w:jc w:val="right"/>
      </w:pPr>
      <w:r>
        <w:t>Program ہوتے ہیں، Conference، سیمینار وغیرہ، وہ اسی اسی خداوندی دربار کا گیا ایک پیشگی Introduction ہے۔</w:t>
      </w:r>
    </w:p>
    <w:p>
      <w:r>
        <w:rPr>
          <w:b/>
        </w:rPr>
        <w:t xml:space="preserve">[23:56] </w:t>
      </w:r>
      <w:r>
        <w:t>yeh hai Spirituality ka Final Goal.</w:t>
      </w:r>
    </w:p>
    <w:p>
      <w:pPr>
        <w:jc w:val="right"/>
      </w:pPr>
      <w:r>
        <w:t>یہ ہے Spirituality کا Final Goal۔</w:t>
      </w:r>
    </w:p>
    <w:p>
      <w:r>
        <w:rPr>
          <w:b/>
        </w:rPr>
        <w:t xml:space="preserve">[24:04] </w:t>
      </w:r>
      <w:r>
        <w:t>Spirituality mein insan pehle apne aap ko banata hai.</w:t>
      </w:r>
    </w:p>
    <w:p>
      <w:pPr>
        <w:jc w:val="right"/>
      </w:pPr>
      <w:r>
        <w:t>Spirituality میں انسان پہلے اپنے آپ کو بناتا ہے۔</w:t>
      </w:r>
    </w:p>
    <w:p>
      <w:r>
        <w:rPr>
          <w:b/>
        </w:rPr>
        <w:t xml:space="preserve">[24:11] </w:t>
      </w:r>
      <w:r>
        <w:t>apne aap ko har qisam ki Positive Thinking aur sachai apne andar lata hai.</w:t>
      </w:r>
    </w:p>
    <w:p>
      <w:pPr>
        <w:jc w:val="right"/>
      </w:pPr>
      <w:r>
        <w:t>اپنے آپ کو ہر قسم کی Positive Thinking اور سچائی اپنے اندر لاتا ہے۔</w:t>
      </w:r>
    </w:p>
    <w:p>
      <w:r>
        <w:rPr>
          <w:b/>
        </w:rPr>
        <w:t xml:space="preserve">[24:19] </w:t>
      </w:r>
      <w:r>
        <w:t>pure maanon mein woh woh ek ek aisa insan banta hai jo High Quality is ke andar ho.</w:t>
      </w:r>
    </w:p>
    <w:p>
      <w:pPr>
        <w:jc w:val="right"/>
      </w:pPr>
      <w:r>
        <w:t>پورے معنوں میں وہ وہ ایک ایک ایسا انسان بنتا ہے جو High Quality اس کے اندر ہو۔</w:t>
      </w:r>
    </w:p>
    <w:p>
      <w:r>
        <w:rPr>
          <w:b/>
        </w:rPr>
        <w:t xml:space="preserve">[24:26] </w:t>
      </w:r>
      <w:r>
        <w:t>High Thinking, High Character.</w:t>
      </w:r>
    </w:p>
    <w:p>
      <w:pPr>
        <w:jc w:val="right"/>
      </w:pPr>
      <w:r>
        <w:t>High Thinking، High Character۔</w:t>
      </w:r>
    </w:p>
    <w:p>
      <w:r>
        <w:rPr>
          <w:b/>
        </w:rPr>
        <w:t xml:space="preserve">[24:34] </w:t>
      </w:r>
      <w:r>
        <w:t>is mein se jo log khaas taur par jinhon ne dunya mein dawat ka kaam kiya hoga, dawat</w:t>
      </w:r>
    </w:p>
    <w:p>
      <w:pPr>
        <w:jc w:val="right"/>
      </w:pPr>
      <w:r>
        <w:t>اس میں سے جو لوگ خاص طور پر جنہوں نے دنیا میں دعوت کا کام کیا ہوگا، دعوت</w:t>
      </w:r>
    </w:p>
    <w:p>
      <w:r>
        <w:rPr>
          <w:b/>
        </w:rPr>
        <w:t xml:space="preserve">[24:41] </w:t>
      </w:r>
      <w:r>
        <w:t>ke kaam karne wale hi ko wahan par Presentation ka mauqa diya jayega.</w:t>
      </w:r>
    </w:p>
    <w:p>
      <w:pPr>
        <w:jc w:val="right"/>
      </w:pPr>
      <w:r>
        <w:t>کے کام کرنے والے ہی کو وہاں پر Presentation کا موقع دیا جائے گا۔</w:t>
      </w:r>
    </w:p>
    <w:p>
      <w:r>
        <w:rPr>
          <w:b/>
        </w:rPr>
        <w:t xml:space="preserve">[24:49] </w:t>
      </w:r>
      <w:r>
        <w:t>to ek honge aam qisam ke log jo sache to honge, woh har aitbar se achhe</w:t>
      </w:r>
    </w:p>
    <w:p>
      <w:pPr>
        <w:jc w:val="right"/>
      </w:pPr>
      <w:r>
        <w:t>تو ایک ہوں گے عام قسم کے لوگ جو سچے تو ہوں گے، وہ ہر اعتبار سے اچھے</w:t>
      </w:r>
    </w:p>
    <w:p>
      <w:r>
        <w:rPr>
          <w:b/>
        </w:rPr>
        <w:t xml:space="preserve">[24:56] </w:t>
      </w:r>
      <w:r>
        <w:t>log honge.</w:t>
      </w:r>
    </w:p>
    <w:p>
      <w:pPr>
        <w:jc w:val="right"/>
      </w:pPr>
      <w:r>
        <w:t>لوگ ہوں گے۔</w:t>
      </w:r>
    </w:p>
    <w:p>
      <w:r>
        <w:rPr>
          <w:b/>
        </w:rPr>
        <w:t xml:space="preserve">[25:03] </w:t>
      </w:r>
      <w:r>
        <w:t>lekin dawat ke kaam mein barh barh kar unhein nahin kiya hoga kuch.</w:t>
      </w:r>
    </w:p>
    <w:p>
      <w:pPr>
        <w:jc w:val="right"/>
      </w:pPr>
      <w:r>
        <w:t>لیکن دعوت کے کام میں بڑھ بڑھ کر انہیں نہیں کیا ہوگا کچھ۔</w:t>
      </w:r>
    </w:p>
    <w:p>
      <w:r>
        <w:rPr>
          <w:b/>
        </w:rPr>
        <w:t xml:space="preserve">[25:11] </w:t>
      </w:r>
      <w:r>
        <w:t>to mein samajhta hoon ke Khuda ka jo darbar lagega to jo sachche log hain, aam qisam</w:t>
      </w:r>
    </w:p>
    <w:p>
      <w:pPr>
        <w:jc w:val="right"/>
      </w:pPr>
      <w:r>
        <w:t>تو میں سمجھتا ہوں کہ خدا کا جو دربار لگے گا تو جو سچے لوگ ہیں، عام قسم</w:t>
      </w:r>
    </w:p>
    <w:p>
      <w:r>
        <w:rPr>
          <w:b/>
        </w:rPr>
        <w:t xml:space="preserve">[25:18] </w:t>
      </w:r>
      <w:r>
        <w:t>ke sachche log, un ko to wahan par Seat milegi baithne ke liye.</w:t>
      </w:r>
    </w:p>
    <w:p>
      <w:pPr>
        <w:jc w:val="right"/>
      </w:pPr>
      <w:r>
        <w:t>کے سچے لوگ، ان کو تو وہاں پر Seat ملے گی بیٹھنے کے لیے۔</w:t>
      </w:r>
    </w:p>
    <w:p>
      <w:r>
        <w:rPr>
          <w:b/>
        </w:rPr>
        <w:t xml:space="preserve">[25:26] </w:t>
      </w:r>
      <w:r>
        <w:t>lekin jinhon ne dawat ka kaam kiya hoga, Allah ke Mission jinhon ne phailaya hoga, Allah ke kalam</w:t>
      </w:r>
    </w:p>
    <w:p>
      <w:pPr>
        <w:jc w:val="right"/>
      </w:pPr>
      <w:r>
        <w:t>لیکن جنہوں نے دعوت کا کام کیا ہوگا، اللہ کے Mission جنہوں نے پھیلایا ہوگا، اللہ کے کلام</w:t>
      </w:r>
    </w:p>
    <w:p>
      <w:r>
        <w:rPr>
          <w:b/>
        </w:rPr>
        <w:t xml:space="preserve">[25:33] </w:t>
      </w:r>
      <w:r>
        <w:t>ko, Allah ke kalam ko logon ne pahunchaya hoga insanon tak, yeh khaas log honge.</w:t>
      </w:r>
    </w:p>
    <w:p>
      <w:pPr>
        <w:jc w:val="right"/>
      </w:pPr>
      <w:r>
        <w:t>کو، اللہ کے کلام کو لوگوں نے پہنچایا ہوگا انسانوں تک، یہ خاص لوگ ہوں گے۔</w:t>
      </w:r>
    </w:p>
    <w:p>
      <w:r>
        <w:rPr>
          <w:b/>
        </w:rPr>
        <w:t xml:space="preserve">[25:41] </w:t>
      </w:r>
      <w:r>
        <w:t>yeh khaas log honge.</w:t>
      </w:r>
    </w:p>
    <w:p>
      <w:pPr>
        <w:jc w:val="right"/>
      </w:pPr>
      <w:r>
        <w:t>یہ خاص لوگ ہوں گے۔</w:t>
      </w:r>
    </w:p>
    <w:p>
      <w:r>
        <w:rPr>
          <w:b/>
        </w:rPr>
        <w:t xml:space="preserve">[25:48] </w:t>
      </w:r>
      <w:r>
        <w:t>un ko wahan mauqa diya jayega.</w:t>
      </w:r>
    </w:p>
    <w:p>
      <w:pPr>
        <w:jc w:val="right"/>
      </w:pPr>
      <w:r>
        <w:t>ان کو وہاں موقع دیا جائے گا۔</w:t>
      </w:r>
    </w:p>
    <w:p>
      <w:r>
        <w:rPr>
          <w:b/>
        </w:rPr>
        <w:t xml:space="preserve">[25:56] </w:t>
      </w:r>
      <w:r>
        <w:t>Presentation jo kehte hain, Presentation ka yani wahan woh khade ho kar hon.</w:t>
      </w:r>
    </w:p>
    <w:p>
      <w:pPr>
        <w:jc w:val="right"/>
      </w:pPr>
      <w:r>
        <w:t>Presentation جو کہتے ہیں، Presentation کا یعنی وہاں وہ کھڑے ہو کر ہوں۔</w:t>
      </w:r>
    </w:p>
    <w:p>
      <w:r>
        <w:rPr>
          <w:b/>
        </w:rPr>
        <w:t xml:space="preserve">[26:03] </w:t>
      </w:r>
      <w:r>
        <w:t>jaise Quran mein aata hai: "Aala ke maani hain buland Stage, oonche Stage par koi log honge</w:t>
      </w:r>
    </w:p>
    <w:p>
      <w:pPr>
        <w:jc w:val="right"/>
      </w:pPr>
      <w:r>
        <w:t>جیسے قرآن میں آتا ہے: "علیٰ کے معنی ہیں بلند Stage، اونچے Stage پر کوئی لوگ ہوں گے</w:t>
      </w:r>
    </w:p>
    <w:p>
      <w:r>
        <w:rPr>
          <w:b/>
        </w:rPr>
        <w:t xml:space="preserve">[26:10] </w:t>
      </w:r>
      <w:r>
        <w:t>wahan par." to kuch log honge muqaddas satah par honge, kuch log honge jo Aaraaf</w:t>
      </w:r>
    </w:p>
    <w:p>
      <w:pPr>
        <w:jc w:val="right"/>
      </w:pPr>
      <w:r>
        <w:t>وہاں پر۔" تو کچھ لوگ ہوں گے مقدس سطح پر ہوں گے، کچھ لوگ ہوں گے جو اعراف</w:t>
      </w:r>
    </w:p>
    <w:p>
      <w:r>
        <w:rPr>
          <w:b/>
        </w:rPr>
        <w:t xml:space="preserve">[26:18] </w:t>
      </w:r>
      <w:r>
        <w:t>par honge, oonchi Seat par, oonche Stage par.</w:t>
      </w:r>
    </w:p>
    <w:p>
      <w:pPr>
        <w:jc w:val="right"/>
      </w:pPr>
      <w:r>
        <w:t>پر ہوں گے، اونچی Seat پر، اونچے Stage پر۔</w:t>
      </w:r>
    </w:p>
    <w:p>
      <w:r>
        <w:rPr>
          <w:b/>
        </w:rPr>
        <w:t xml:space="preserve">[26:25] </w:t>
      </w:r>
      <w:r>
        <w:t>yeh dono lafz Quran Majeed mein aaya hai.</w:t>
      </w:r>
    </w:p>
    <w:p>
      <w:pPr>
        <w:jc w:val="right"/>
      </w:pPr>
      <w:r>
        <w:t>یہ دونوں لفظ قرآن مجید میں آیا ہے۔</w:t>
      </w:r>
    </w:p>
    <w:p>
      <w:r>
        <w:rPr>
          <w:b/>
        </w:rPr>
        <w:t xml:space="preserve">[26:33] </w:t>
      </w:r>
      <w:r>
        <w:t>to Paradise mein ek group woh hoga jis ko muqaddasiyat par jagah milegi.</w:t>
      </w:r>
    </w:p>
    <w:p>
      <w:pPr>
        <w:jc w:val="right"/>
      </w:pPr>
      <w:r>
        <w:t>تو Paradise میں ایک گروہ وہ ہوگا جس کو مقدسیت پر جگہ ملے گی۔</w:t>
      </w:r>
    </w:p>
    <w:p>
      <w:r>
        <w:rPr>
          <w:b/>
        </w:rPr>
        <w:t xml:space="preserve">[26:40] </w:t>
      </w:r>
      <w:r>
        <w:t>kuch afraad woh honge jin ko Aaraaf par jagah milegi, oonche Stage par, wahi wahan par</w:t>
      </w:r>
    </w:p>
    <w:p>
      <w:pPr>
        <w:jc w:val="right"/>
      </w:pPr>
      <w:r>
        <w:t>کچھ افراد وہ ہوں گے جن کو اعراف پر جگہ ملے گی، اونچے Stage پر، وہی وہاں پر</w:t>
      </w:r>
    </w:p>
    <w:p>
      <w:r>
        <w:rPr>
          <w:b/>
        </w:rPr>
        <w:t xml:space="preserve">[26:48] </w:t>
      </w:r>
      <w:r>
        <w:t>Presentation denge.</w:t>
      </w:r>
    </w:p>
    <w:p>
      <w:pPr>
        <w:jc w:val="right"/>
      </w:pPr>
      <w:r>
        <w:t>Presentation دیں گے۔</w:t>
      </w:r>
    </w:p>
    <w:p>
      <w:r>
        <w:rPr>
          <w:b/>
        </w:rPr>
        <w:t xml:space="preserve">[26:55] </w:t>
      </w:r>
      <w:r>
        <w:t>Rab-ul-aalameen ke darbar mein un ko mauqa diya jayega: "tum bolo jo bolna hai History ke</w:t>
      </w:r>
    </w:p>
    <w:p>
      <w:pPr>
        <w:jc w:val="right"/>
      </w:pPr>
      <w:r>
        <w:t>رب العالمین کے دربار میں ان کو موقع دیا جائے گا: "تم بولو جو بولنا ہے History کے</w:t>
      </w:r>
    </w:p>
    <w:p>
      <w:r>
        <w:rPr>
          <w:b/>
        </w:rPr>
        <w:t xml:space="preserve">[27:03] </w:t>
      </w:r>
      <w:r>
        <w:t>bare mein." to is hum log.</w:t>
      </w:r>
    </w:p>
    <w:p>
      <w:pPr>
        <w:jc w:val="right"/>
      </w:pPr>
      <w:r>
        <w:t>بارے میں۔" تو اس ہم لوگ۔</w:t>
      </w:r>
    </w:p>
    <w:p>
      <w:r>
        <w:rPr>
          <w:b/>
        </w:rPr>
        <w:t xml:space="preserve">[27:10] </w:t>
      </w:r>
      <w:r>
        <w:t>to aaj ki jo duniya hai isi ki training ho rahi hai.</w:t>
      </w:r>
    </w:p>
    <w:p>
      <w:pPr>
        <w:jc w:val="right"/>
      </w:pPr>
      <w:r>
        <w:t>تو آج کی جو دنیا ہے اسی کی Training ہو رہی ہے۔</w:t>
      </w:r>
    </w:p>
    <w:p>
      <w:r>
        <w:rPr>
          <w:b/>
        </w:rPr>
        <w:t xml:space="preserve">[27:18] </w:t>
      </w:r>
      <w:r>
        <w:t>kuch log woh honge jo chhaad diye jayenge.</w:t>
      </w:r>
    </w:p>
    <w:p>
      <w:pPr>
        <w:jc w:val="right"/>
      </w:pPr>
      <w:r>
        <w:t>کچھ لوگ وہ ہوں گے جو چھاڑ دیے جائیں گے۔</w:t>
      </w:r>
    </w:p>
    <w:p>
      <w:r>
        <w:rPr>
          <w:b/>
        </w:rPr>
        <w:t xml:space="preserve">[27:25] </w:t>
      </w:r>
      <w:r>
        <w:t>jaise Babel mein aata hai ke saare log chhaade jayenge.</w:t>
      </w:r>
    </w:p>
    <w:p>
      <w:pPr>
        <w:jc w:val="right"/>
      </w:pPr>
      <w:r>
        <w:t>جیسے بابل میں آتا ہے کہ سارے لوگ چھاڑے جائیں گے۔</w:t>
      </w:r>
    </w:p>
    <w:p>
      <w:r>
        <w:rPr>
          <w:b/>
        </w:rPr>
        <w:t xml:space="preserve">[27:32] </w:t>
      </w:r>
      <w:r>
        <w:t>Babel mein aata hai ke jo Wicked log honge woh chhaad ke phenk diye jayenge.</w:t>
      </w:r>
    </w:p>
    <w:p>
      <w:pPr>
        <w:jc w:val="right"/>
      </w:pPr>
      <w:r>
        <w:t>بابل میں آتا ہے کہ جو Wicked لوگ ہوں گے وہ چھاڑ کے پھینک دیے جائیں گے۔</w:t>
      </w:r>
    </w:p>
    <w:p>
      <w:r>
        <w:rPr>
          <w:b/>
        </w:rPr>
        <w:t xml:space="preserve">[27:40] </w:t>
      </w:r>
      <w:r>
        <w:t>aur sachche jo logon, jo sachche log honge, un ko chuna jayega.</w:t>
      </w:r>
    </w:p>
    <w:p>
      <w:pPr>
        <w:jc w:val="right"/>
      </w:pPr>
      <w:r>
        <w:t>اور سچے جو لوگوں، جو سچے لوگ ہوں گے، ان کو چنا جائے گا۔</w:t>
      </w:r>
    </w:p>
    <w:p>
      <w:r>
        <w:rPr>
          <w:b/>
        </w:rPr>
        <w:t xml:space="preserve">[27:47] </w:t>
      </w:r>
      <w:r>
        <w:t>to sachche logon ki do Category hain.</w:t>
      </w:r>
    </w:p>
    <w:p>
      <w:pPr>
        <w:jc w:val="right"/>
      </w:pPr>
      <w:r>
        <w:t>تو سچے لوگوں کی دو Category ہیں۔</w:t>
      </w:r>
    </w:p>
    <w:p>
      <w:r>
        <w:rPr>
          <w:b/>
        </w:rPr>
        <w:t xml:space="preserve">[27:55] </w:t>
      </w:r>
      <w:r>
        <w:t>ek woh jo muqaddas satah par bithaye jayenge.</w:t>
      </w:r>
    </w:p>
    <w:p>
      <w:pPr>
        <w:jc w:val="right"/>
      </w:pPr>
      <w:r>
        <w:t>ایک وہ جو مقدس سطح پر بٹھائے جائیں گے۔</w:t>
      </w:r>
    </w:p>
    <w:p>
      <w:r>
        <w:rPr>
          <w:b/>
        </w:rPr>
        <w:t xml:space="preserve">[28:02] </w:t>
      </w:r>
      <w:r>
        <w:t>ek woh jin ko Aaraaf par jagah milegi, buland Stage par.</w:t>
      </w:r>
    </w:p>
    <w:p>
      <w:pPr>
        <w:jc w:val="right"/>
      </w:pPr>
      <w:r>
        <w:t>ایک وہ جن کو اعراف پر جگہ ملے گی، بلند Stage پر۔</w:t>
      </w:r>
    </w:p>
    <w:p>
      <w:r>
        <w:rPr>
          <w:b/>
        </w:rPr>
        <w:t xml:space="preserve">[28:10] </w:t>
      </w:r>
      <w:r>
        <w:t>to Quran mein hai ke: "yeh hai woh Goal jis ke liye log dauren." yeh woh, yeh hai</w:t>
      </w:r>
    </w:p>
    <w:p>
      <w:pPr>
        <w:jc w:val="right"/>
      </w:pPr>
      <w:r>
        <w:t>تو قرآن میں ہے کہ: "یہ ہے وہ Goal جس کے لیے لوگ دوڑیں۔" یہ وہ، یہ ہے</w:t>
      </w:r>
    </w:p>
    <w:p>
      <w:r>
        <w:rPr>
          <w:b/>
        </w:rPr>
        <w:t xml:space="preserve">[28:17] </w:t>
      </w:r>
      <w:r>
        <w:t>woh Goal jis ke liye log tamanna karen.</w:t>
      </w:r>
    </w:p>
    <w:p>
      <w:pPr>
        <w:jc w:val="right"/>
      </w:pPr>
      <w:r>
        <w:t>وہ Goal جس کے لیے لوگ تمنہ کریں۔</w:t>
      </w:r>
    </w:p>
    <w:p>
      <w:r>
        <w:rPr>
          <w:b/>
        </w:rPr>
        <w:t xml:space="preserve">[28:25] </w:t>
      </w:r>
      <w:r>
        <w:t>to mein zindagi bhar yahi sab baaton ko sochta raha, pehle Unconsciously aur ab Consciously.</w:t>
      </w:r>
    </w:p>
    <w:p>
      <w:pPr>
        <w:jc w:val="right"/>
      </w:pPr>
      <w:r>
        <w:t>تو میں زندگی بھر یہی سب باتوں کو سوچتا رہا، پہلے Unconsciously اور اب Consciously۔</w:t>
      </w:r>
    </w:p>
    <w:p>
      <w:r>
        <w:rPr>
          <w:b/>
        </w:rPr>
        <w:t xml:space="preserve">[28:32] </w:t>
      </w:r>
      <w:r>
        <w:t>pehlay jab chota tha tab bhi yahi sab baatein mere Mind mein aati theen.</w:t>
      </w:r>
    </w:p>
    <w:p>
      <w:pPr>
        <w:jc w:val="right"/>
      </w:pPr>
      <w:r>
        <w:t>پہلے جب چھوٹا تھا تب بھی یہی سب باتیں میرے Mind میں آتی تھیں۔</w:t>
      </w:r>
    </w:p>
    <w:p>
      <w:r>
        <w:rPr>
          <w:b/>
        </w:rPr>
        <w:t xml:space="preserve">[28:39] </w:t>
      </w:r>
      <w:r>
        <w:t>to dheere dheere mere andar yeh soch bani ke kaisa ajeeb hoga agar duniya ka khatma ho jaye</w:t>
      </w:r>
    </w:p>
    <w:p>
      <w:pPr>
        <w:jc w:val="right"/>
      </w:pPr>
      <w:r>
        <w:t>تو دھیرے دھیرے میرے اندر یہ سوچ بنی کہ کیسا عجیب ہوگا اگر دنیا کا خاتمہ ہو جائے</w:t>
      </w:r>
    </w:p>
    <w:p>
      <w:r>
        <w:rPr>
          <w:b/>
        </w:rPr>
        <w:t xml:space="preserve">[28:47] </w:t>
      </w:r>
      <w:r>
        <w:t>aur hum apne Creator ko na dekhen.</w:t>
      </w:r>
    </w:p>
    <w:p>
      <w:pPr>
        <w:jc w:val="right"/>
      </w:pPr>
      <w:r>
        <w:t>اور ہم اپنے Creator کو نہ دیکھیں۔</w:t>
      </w:r>
    </w:p>
    <w:p>
      <w:r>
        <w:rPr>
          <w:b/>
        </w:rPr>
        <w:t xml:space="preserve">[28:54] </w:t>
      </w:r>
      <w:r>
        <w:t>kaisa ajeeb hoga jis jo hamara banane wala hai, jo is duniya ko banane wala hai, jo Galaxy</w:t>
      </w:r>
    </w:p>
    <w:p>
      <w:pPr>
        <w:jc w:val="right"/>
      </w:pPr>
      <w:r>
        <w:t>کیسا عجیب ہوگا جس جو ہمارا بنانے والا ہے، جو اس دنیا کو بنانے والا ہے، جو Galaxy</w:t>
      </w:r>
    </w:p>
    <w:p>
      <w:r>
        <w:rPr>
          <w:b/>
        </w:rPr>
        <w:t xml:space="preserve">[29:02] </w:t>
      </w:r>
      <w:r>
        <w:t>ko, Solar System ko aur saare alam ko is ne banaya hai.</w:t>
      </w:r>
    </w:p>
    <w:p>
      <w:pPr>
        <w:jc w:val="right"/>
      </w:pPr>
      <w:r>
        <w:t>کو، Solar System کو اور سارے عالم کو اس نے بنایا ہے۔</w:t>
      </w:r>
    </w:p>
    <w:p>
      <w:r>
        <w:rPr>
          <w:b/>
        </w:rPr>
        <w:t xml:space="preserve">[29:09] </w:t>
      </w:r>
      <w:r>
        <w:t>agar hum us ko na dekhen to is ka duniya khatam ho jaye to kaisi ajeeb baat hai.</w:t>
      </w:r>
    </w:p>
    <w:p>
      <w:pPr>
        <w:jc w:val="right"/>
      </w:pPr>
      <w:r>
        <w:t>اگر ہم اس کو نہ دیکھیں تو اس کا دنیا ختم ہو جائے تو کیسی عجیب بات ہے۔</w:t>
      </w:r>
    </w:p>
    <w:p>
      <w:r>
        <w:rPr>
          <w:b/>
        </w:rPr>
        <w:t xml:space="preserve">[29:17] </w:t>
      </w:r>
      <w:r>
        <w:t>to Hadees bhi aya hai, ek Hadees mein bataya gaya hai ke jab Jannat wale Jannat mein ja</w:t>
      </w:r>
    </w:p>
    <w:p>
      <w:pPr>
        <w:jc w:val="right"/>
      </w:pPr>
      <w:r>
        <w:t>تو حدیث بھی آیا ہے، ایک حدیث میں بتایا گیا ہے کہ جب جنت والے جنت میں جا</w:t>
      </w:r>
    </w:p>
    <w:p>
      <w:r>
        <w:rPr>
          <w:b/>
        </w:rPr>
        <w:t xml:space="preserve">[29:24] </w:t>
      </w:r>
      <w:r>
        <w:t>chuke honge aur bohat khush honge, bohat hi khush honge.</w:t>
      </w:r>
    </w:p>
    <w:p>
      <w:pPr>
        <w:jc w:val="right"/>
      </w:pPr>
      <w:r>
        <w:t>چکے ہوں گے اور بہت خوش ہوں گے، بہت ہی خوش ہوں گے۔</w:t>
      </w:r>
    </w:p>
    <w:p>
      <w:r>
        <w:rPr>
          <w:b/>
        </w:rPr>
        <w:t xml:space="preserve">[29:32] </w:t>
      </w:r>
      <w:r>
        <w:t>us ke baad ailan hoga ke Allah apna jalwa dikhane wala hai.</w:t>
      </w:r>
    </w:p>
    <w:p>
      <w:pPr>
        <w:jc w:val="right"/>
      </w:pPr>
      <w:r>
        <w:t>اس کے بعد اعلان ہوگا کہ اللہ اپنا جلوہ دکھانے والا ہے۔</w:t>
      </w:r>
    </w:p>
    <w:p>
      <w:r>
        <w:rPr>
          <w:b/>
        </w:rPr>
        <w:t xml:space="preserve">[29:39] </w:t>
      </w:r>
      <w:r>
        <w:t>to Jannati log Allah ka jalwa dekhne ke liye ikhatta honge.</w:t>
      </w:r>
    </w:p>
    <w:p>
      <w:pPr>
        <w:jc w:val="right"/>
      </w:pPr>
      <w:r>
        <w:t>تو جنتی لوگ اللہ کا جلوہ دیکھنے کے لیے اکٹھا ہوں گے۔</w:t>
      </w:r>
    </w:p>
    <w:p>
      <w:r>
        <w:rPr>
          <w:b/>
        </w:rPr>
        <w:t xml:space="preserve">[29:47] </w:t>
      </w:r>
      <w:r>
        <w:t>to jab woh Allah ka mushahida karenge to pichli tamam jo un ko nematein aur khushiyan mili</w:t>
      </w:r>
    </w:p>
    <w:p>
      <w:pPr>
        <w:jc w:val="right"/>
      </w:pPr>
      <w:r>
        <w:t>تو جب وہ اللہ کا مشاہدہ کریں گے تو پچھلی تمام جو ان کو نعمتیں اور خوشیاں ملی</w:t>
      </w:r>
    </w:p>
    <w:p>
      <w:r>
        <w:rPr>
          <w:b/>
        </w:rPr>
        <w:t xml:space="preserve">[29:54] </w:t>
      </w:r>
      <w:r>
        <w:t>theen, woh bhool jayenge.</w:t>
      </w:r>
    </w:p>
    <w:p>
      <w:pPr>
        <w:jc w:val="right"/>
      </w:pPr>
      <w:r>
        <w:t>تھیں، وہ بھول جائیں گے۔</w:t>
      </w:r>
    </w:p>
    <w:p>
      <w:r>
        <w:rPr>
          <w:b/>
        </w:rPr>
        <w:t xml:space="preserve">[30:01] </w:t>
      </w:r>
      <w:r>
        <w:t>ek nayi khushi un ko hasil hogi.</w:t>
      </w:r>
    </w:p>
    <w:p>
      <w:pPr>
        <w:jc w:val="right"/>
      </w:pPr>
      <w:r>
        <w:t>ایک نئی خوشی ان کو حاصل ہوگی۔</w:t>
      </w:r>
    </w:p>
    <w:p>
      <w:r>
        <w:rPr>
          <w:b/>
        </w:rPr>
        <w:t xml:space="preserve">[30:09] </w:t>
      </w:r>
      <w:r>
        <w:t>yahi hai yani darbar-e-KhudaWandi mein hazir hona.</w:t>
      </w:r>
    </w:p>
    <w:p>
      <w:pPr>
        <w:jc w:val="right"/>
      </w:pPr>
      <w:r>
        <w:t>یہی ہے یعنی دربار خداوندی میں حاضر ہونا۔</w:t>
      </w:r>
    </w:p>
    <w:p>
      <w:r>
        <w:rPr>
          <w:b/>
        </w:rPr>
        <w:t xml:space="preserve">[30:16] </w:t>
      </w:r>
      <w:r>
        <w:t>to mein samajhta hoon ke insaan ke liye sab se zaroori cheez yeh hai ke woh Christian Purana</w:t>
      </w:r>
    </w:p>
    <w:p>
      <w:pPr>
        <w:jc w:val="right"/>
      </w:pPr>
      <w:r>
        <w:t>تو میں سمجھتا ہوں کہ انسان کے لیے سب سے ضروری چیز یہ ہے کہ وہ Christian Purana</w:t>
      </w:r>
    </w:p>
    <w:p>
      <w:r>
        <w:rPr>
          <w:b/>
        </w:rPr>
        <w:t xml:space="preserve">[30:24] </w:t>
      </w:r>
      <w:r>
        <w:t>of God ko samjhe, apne Goal ko samjhe, us ke liye apne aap ko taiyar kare.</w:t>
      </w:r>
    </w:p>
    <w:p>
      <w:pPr>
        <w:jc w:val="right"/>
      </w:pPr>
      <w:r>
        <w:t>of God کو سمجھے، اپنے Goal کو سمجھے، اس کے لیے اپنے آپ کو تیار کرے۔</w:t>
      </w:r>
    </w:p>
    <w:p>
      <w:r>
        <w:rPr>
          <w:b/>
        </w:rPr>
        <w:t xml:space="preserve">[30:31] </w:t>
      </w:r>
      <w:r>
        <w:t>aisa na ho ke woh din aaye aur hum us mein shikast se mehroom ho jayen.</w:t>
      </w:r>
    </w:p>
    <w:p>
      <w:pPr>
        <w:jc w:val="right"/>
      </w:pPr>
      <w:r>
        <w:t>ایسا نہ ہو کہ وہ دن آئے اور ہم اس میں شکست سے محروم ہو جائیں۔</w:t>
      </w:r>
    </w:p>
    <w:p>
      <w:r>
        <w:rPr>
          <w:b/>
        </w:rPr>
        <w:t xml:space="preserve">[30:39] </w:t>
      </w:r>
      <w:r>
        <w:t>hum apne ko, hamein apne ko tayyar karna hai ke jab woh din aaye to hamein bharpoor taur</w:t>
      </w:r>
    </w:p>
    <w:p>
      <w:pPr>
        <w:jc w:val="right"/>
      </w:pPr>
      <w:r>
        <w:t>ہم اپنے کو، ہمیں اپنے کو تیار کرنا ہے کہ جب وہ دن آئے تو ہمیں بھرپور طور</w:t>
      </w:r>
    </w:p>
    <w:p>
      <w:r>
        <w:rPr>
          <w:b/>
        </w:rPr>
        <w:t xml:space="preserve">[30:46] </w:t>
      </w:r>
      <w:r>
        <w:t>par us mein hissa mile, bharpoor taur par.</w:t>
      </w:r>
    </w:p>
    <w:p>
      <w:pPr>
        <w:jc w:val="right"/>
      </w:pPr>
      <w:r>
        <w:t>پر اس میں حصہ ملے، بھرپور طور پر۔</w:t>
      </w:r>
    </w:p>
    <w:p>
      <w:r>
        <w:rPr>
          <w:b/>
        </w:rPr>
        <w:t xml:space="preserve">[30:54] </w:t>
      </w:r>
      <w:r>
        <w:t>to bharpoor taur par us mein hissa daar banne ke liye zaroori hai ke aadmi apne aap ko Positive banaye.</w:t>
      </w:r>
    </w:p>
    <w:p>
      <w:pPr>
        <w:jc w:val="right"/>
      </w:pPr>
      <w:r>
        <w:t>تو بھرپور طور پر اس میں حصہ دار بننے کے لیے ضروری ہے کہ آدمی اپنے آپ کو Positive بنائے۔</w:t>
      </w:r>
    </w:p>
    <w:p>
      <w:r>
        <w:rPr>
          <w:b/>
        </w:rPr>
        <w:t xml:space="preserve">[31:01] </w:t>
      </w:r>
      <w:r>
        <w:t>sab se bari cheez dekhen jo Starting Point hai, Hate Free hona.</w:t>
      </w:r>
    </w:p>
    <w:p>
      <w:pPr>
        <w:jc w:val="right"/>
      </w:pPr>
      <w:r>
        <w:t>سب سے بڑی چیز دیکھیں جو Starting Point ہے، Hate Free ہونا۔</w:t>
      </w:r>
    </w:p>
    <w:p>
      <w:r>
        <w:rPr>
          <w:b/>
        </w:rPr>
        <w:t xml:space="preserve">[31:08] </w:t>
      </w:r>
      <w:r>
        <w:t>sab se buri cheez jo aadmi ko mehroom karne wali hai, mehroom woh Hate, shikayat, Protest, nafrat, Violence.</w:t>
      </w:r>
    </w:p>
    <w:p>
      <w:pPr>
        <w:jc w:val="right"/>
      </w:pPr>
      <w:r>
        <w:t>سب سے بری چیز جو آدمی کو محروم کرنے والی ہے، محروم وہ Hate، شکایت، Protest، نفرت، Violence۔</w:t>
      </w:r>
    </w:p>
    <w:p>
      <w:r>
        <w:rPr>
          <w:b/>
        </w:rPr>
        <w:t xml:space="preserve">[31:16] </w:t>
      </w:r>
      <w:r>
        <w:t>yeh dushman hai, woh dushman hai, is ko le kar jeena sab se bari cheez hai.</w:t>
      </w:r>
    </w:p>
    <w:p>
      <w:pPr>
        <w:jc w:val="right"/>
      </w:pPr>
      <w:r>
        <w:t>یہ دشمن ہے، وہ دشمن ہے، اس کو لے کر جینا سب سے بری چیز ہے۔</w:t>
      </w:r>
    </w:p>
    <w:p>
      <w:r>
        <w:rPr>
          <w:b/>
        </w:rPr>
        <w:t xml:space="preserve">[31:23] </w:t>
      </w:r>
      <w:r>
        <w:t>kyunke jo log is tarah ke jazbat mein jiyenge, un ki zindagi mein Spiritual Life ka Starting</w:t>
      </w:r>
    </w:p>
    <w:p>
      <w:pPr>
        <w:jc w:val="right"/>
      </w:pPr>
      <w:r>
        <w:t>کیونکہ جو لوگ اس طرح کے جذبات میں جئیں گے، ان کی زندگی میں Spiritual Life کا Starting</w:t>
      </w:r>
    </w:p>
    <w:p>
      <w:r>
        <w:rPr>
          <w:b/>
        </w:rPr>
        <w:t xml:space="preserve">[31:31] </w:t>
      </w:r>
      <w:r>
        <w:t>Point hi nahi aayega.</w:t>
      </w:r>
    </w:p>
    <w:p>
      <w:pPr>
        <w:jc w:val="right"/>
      </w:pPr>
      <w:r>
        <w:t>Point ہی نہیں آئے گا۔</w:t>
      </w:r>
    </w:p>
    <w:p>
      <w:r>
        <w:rPr>
          <w:b/>
        </w:rPr>
        <w:t xml:space="preserve">[31:38] </w:t>
      </w:r>
      <w:r>
        <w:t>jin logon ka haal yeh ho ke unhein dushman nazar aate hon, yeh dushman hai, woh dushman hai,</w:t>
      </w:r>
    </w:p>
    <w:p>
      <w:pPr>
        <w:jc w:val="right"/>
      </w:pPr>
      <w:r>
        <w:t>جن لوگوں کا حال یہ ہو کہ انہیں دشمن نظر آتے ہوں، یہ دشمن ہے، وہ دشمن ہے،</w:t>
      </w:r>
    </w:p>
    <w:p>
      <w:r>
        <w:rPr>
          <w:b/>
        </w:rPr>
        <w:t xml:space="preserve">[31:46] </w:t>
      </w:r>
      <w:r>
        <w:t>yeh hamare khilaf Conspiracy kar raha hai, woh Conspiracy kar raha hai.</w:t>
      </w:r>
    </w:p>
    <w:p>
      <w:pPr>
        <w:jc w:val="right"/>
      </w:pPr>
      <w:r>
        <w:t>یہ ہمارے خلاف Conspiracy کر رہا ہے، وہ Conspiracy کر رہا ہے۔</w:t>
      </w:r>
    </w:p>
    <w:p>
      <w:r>
        <w:rPr>
          <w:b/>
        </w:rPr>
        <w:t xml:space="preserve">[31:53] </w:t>
      </w:r>
      <w:r>
        <w:t>jin logon ko is tarah ka soch ho, jo duniya ko dushman ke roop mein dekhen, woh jannat</w:t>
      </w:r>
    </w:p>
    <w:p>
      <w:pPr>
        <w:jc w:val="right"/>
      </w:pPr>
      <w:r>
        <w:t>جن لوگوں کو اس طرح کا سوچ ہو، جو دنیا کو دشمن کے روپ میں دیکھیں، وہ جنت</w:t>
      </w:r>
    </w:p>
    <w:p>
      <w:r>
        <w:rPr>
          <w:b/>
        </w:rPr>
        <w:t xml:space="preserve">[32:01] </w:t>
      </w:r>
      <w:r>
        <w:t>ke inhi ke bare mein aata hai ke jannat ki khushbu bhi nahi paayenge.</w:t>
      </w:r>
    </w:p>
    <w:p>
      <w:pPr>
        <w:jc w:val="right"/>
      </w:pPr>
      <w:r>
        <w:t>کے انہی کے بارے میں آتا ہے کہ جنت کی خوشبو بھی نہیں پائیں گے۔</w:t>
      </w:r>
    </w:p>
    <w:p>
      <w:r>
        <w:rPr>
          <w:b/>
        </w:rPr>
        <w:t xml:space="preserve">[32:08] </w:t>
      </w:r>
      <w:r>
        <w:t>jannat ki khushbu bhi nahi nahi milegi un ko.</w:t>
      </w:r>
    </w:p>
    <w:p>
      <w:pPr>
        <w:jc w:val="right"/>
      </w:pPr>
      <w:r>
        <w:t>جنت کی خوشبو بھی نہیں نہیں ملے گی ان کو۔</w:t>
      </w:r>
    </w:p>
    <w:p>
      <w:r>
        <w:rPr>
          <w:b/>
        </w:rPr>
        <w:t xml:space="preserve">[32:16] </w:t>
      </w:r>
      <w:r>
        <w:t>to Starting Point yeh hai ke aap apne aap ko Hate Free banayein, Complaint Free banayein, Protest Free banayein.</w:t>
      </w:r>
    </w:p>
    <w:p>
      <w:pPr>
        <w:jc w:val="right"/>
      </w:pPr>
      <w:r>
        <w:t>تو Starting Point یہ ہے کہ آپ اپنے آپ کو Hate Free بنائیں، Complaint Free بنائیں، Protest Free بنائیں۔</w:t>
      </w:r>
    </w:p>
    <w:p>
      <w:r>
        <w:rPr>
          <w:b/>
        </w:rPr>
        <w:t xml:space="preserve">[32:23] </w:t>
      </w:r>
      <w:r>
        <w:t>ek hadith mein aata hai ke ek shakhs ne poocha ke mujhe koi Master formula dijiye zindagi ka</w:t>
      </w:r>
    </w:p>
    <w:p>
      <w:pPr>
        <w:jc w:val="right"/>
      </w:pPr>
      <w:r>
        <w:t>ایک حدیث میں آتا ہے کہ ایک شخص نے پوچھا کہ مجھے کوئی Master فارمولا دیجیے زندگی کا</w:t>
      </w:r>
    </w:p>
    <w:p>
      <w:r>
        <w:rPr>
          <w:b/>
        </w:rPr>
        <w:t xml:space="preserve">[32:30] </w:t>
      </w:r>
      <w:r>
        <w:t>to aap ne kaha ke la taghzab, ghussa mat karo, Don't be angry.</w:t>
      </w:r>
    </w:p>
    <w:p>
      <w:pPr>
        <w:jc w:val="right"/>
      </w:pPr>
      <w:r>
        <w:t>تو آپ نے کہا کہ لا تغضب، غصہ مت کرو، Don't be angry۔</w:t>
      </w:r>
    </w:p>
    <w:p>
      <w:r>
        <w:rPr>
          <w:b/>
        </w:rPr>
        <w:t xml:space="preserve">[32:38] </w:t>
      </w:r>
      <w:r>
        <w:t>تو angry اگر آپ angry ہوں تو آپ کی زندگی میں starting point ہی نہیں شروع نہیں ہوا۔</w:t>
      </w:r>
    </w:p>
    <w:p>
      <w:pPr>
        <w:jc w:val="right"/>
      </w:pPr>
      <w:r>
        <w:t>تو Angry اگر آپ Angry ہوں تو آپ کی زندگی میں Starting Point ہی نہیں شروع نہیں ہوا۔</w:t>
      </w:r>
    </w:p>
    <w:p>
      <w:r>
        <w:rPr>
          <w:b/>
        </w:rPr>
        <w:t xml:space="preserve">[32:45] </w:t>
      </w:r>
      <w:r>
        <w:t>Angry Anger jo hai ek alamati lafz hai.</w:t>
      </w:r>
    </w:p>
    <w:p>
      <w:pPr>
        <w:jc w:val="right"/>
      </w:pPr>
      <w:r>
        <w:t>Angry Anger جو ہے ایک علامتی لفظ ہے۔</w:t>
      </w:r>
    </w:p>
    <w:p>
      <w:r>
        <w:rPr>
          <w:b/>
        </w:rPr>
        <w:t xml:space="preserve">[32:53] </w:t>
      </w:r>
      <w:r>
        <w:t>Anger ka matlab hai ghussa, nafrat, Hate, Violence, shikayat, doosron ko ghair ki nazar se dekhna.</w:t>
      </w:r>
    </w:p>
    <w:p>
      <w:pPr>
        <w:jc w:val="right"/>
      </w:pPr>
      <w:r>
        <w:t>Anger کا مطلب ہے غصہ، نفرت، Hate، Violence، شکایت، دوسروں کو غیر کی نظر سے دیکھنا۔</w:t>
      </w:r>
    </w:p>
    <w:p>
      <w:r>
        <w:rPr>
          <w:b/>
        </w:rPr>
        <w:t xml:space="preserve">[33:00] </w:t>
      </w:r>
      <w:r>
        <w:t>yeh sab ka majmoo'ay ka naam hai Anger.</w:t>
      </w:r>
    </w:p>
    <w:p>
      <w:pPr>
        <w:jc w:val="right"/>
      </w:pPr>
      <w:r>
        <w:t>یہ سب کا مجموعے کا نام ہے Anger۔</w:t>
      </w:r>
    </w:p>
    <w:p>
      <w:r>
        <w:rPr>
          <w:b/>
        </w:rPr>
        <w:t xml:space="preserve">[33:08] </w:t>
      </w:r>
      <w:r>
        <w:t>تو جو آدمی anger کی نفسیات میں مبتلا ہو، اس کی زندگی میں اس journey کا journey to</w:t>
      </w:r>
    </w:p>
    <w:p>
      <w:pPr>
        <w:jc w:val="right"/>
      </w:pPr>
      <w:r>
        <w:t>تو جو آدمی Anger کی نفسیات میں مبتلا ہو، اس کی زندگی میں اس Journey کا Journey to</w:t>
      </w:r>
    </w:p>
    <w:p>
      <w:r>
        <w:rPr>
          <w:b/>
        </w:rPr>
        <w:t xml:space="preserve">[33:15] </w:t>
      </w:r>
      <w:r>
        <w:t>Paradise, Road to Paradise, اس میں اس کا سفر کا شروعات بھی نہیں ہوا، آغاز ہی نہیں ہوگا۔</w:t>
      </w:r>
    </w:p>
    <w:p>
      <w:pPr>
        <w:jc w:val="right"/>
      </w:pPr>
      <w:r>
        <w:t>Paradise, Road to Paradise، اس میں اس کا سفر کا شروعات بھی نہیں ہوا، آغاز ہی نہیں ہوگا۔</w:t>
      </w:r>
    </w:p>
    <w:p>
      <w:r>
        <w:rPr>
          <w:b/>
        </w:rPr>
        <w:t xml:space="preserve">[33:23] </w:t>
      </w:r>
      <w:r>
        <w:t>is Road par chale, is Road par jo ke Road to Paradise hai, Road to God hai, wahan</w:t>
      </w:r>
    </w:p>
    <w:p>
      <w:pPr>
        <w:jc w:val="right"/>
      </w:pPr>
      <w:r>
        <w:t>اس Road پر چلے، اس Road پر جو کہ Road to Paradise ہے، Road to God ہے، وہاں</w:t>
      </w:r>
    </w:p>
    <w:p>
      <w:r>
        <w:rPr>
          <w:b/>
        </w:rPr>
        <w:t xml:space="preserve">[33:30] </w:t>
      </w:r>
      <w:r>
        <w:t>wahan us ka safar hi shuru nahi hoga.</w:t>
      </w:r>
    </w:p>
    <w:p>
      <w:pPr>
        <w:jc w:val="right"/>
      </w:pPr>
      <w:r>
        <w:t>وہاں اس کا سفر ہی شروع نہیں ہوگا۔</w:t>
      </w:r>
    </w:p>
    <w:p>
      <w:r>
        <w:rPr>
          <w:b/>
        </w:rPr>
        <w:t xml:space="preserve">[33:37] </w:t>
      </w:r>
      <w:r>
        <w:t>woh toh kahin aur pada rahega.</w:t>
      </w:r>
    </w:p>
    <w:p>
      <w:pPr>
        <w:jc w:val="right"/>
      </w:pPr>
      <w:r>
        <w:t>وہ تو کہیں اور پڑا رہے گا۔</w:t>
      </w:r>
    </w:p>
    <w:p>
      <w:r>
        <w:rPr>
          <w:b/>
        </w:rPr>
        <w:t xml:space="preserve">[33:45] </w:t>
      </w:r>
      <w:r>
        <w:t>to jin logon ko yeh tamanna ho ke woh Allah, us waqt jab ke Allah Rabb-ul-Aalameen apna</w:t>
      </w:r>
    </w:p>
    <w:p>
      <w:pPr>
        <w:jc w:val="right"/>
      </w:pPr>
      <w:r>
        <w:t>تو جن لوگوں کو یہ تمنا ہو کہ وہ اللہ، اس وقت جب کہ اللہ رب العالمین اپنا</w:t>
      </w:r>
    </w:p>
    <w:p>
      <w:r>
        <w:rPr>
          <w:b/>
        </w:rPr>
        <w:t xml:space="preserve">[33:52] </w:t>
      </w:r>
      <w:r>
        <w:t>jalwa dikhayega, jab darrbar-e-khudawandi mun'aqid hoga, jab muqaddas satah rakhi jayengi, jab a'araf mein log</w:t>
      </w:r>
    </w:p>
    <w:p>
      <w:pPr>
        <w:jc w:val="right"/>
      </w:pPr>
      <w:r>
        <w:t>جلوہ دکھائے گا، جب دربار خداوندی منعقد ہوگا، جب مقدس سطح رکھی جائیں گی، جب اعراف میں لوگ</w:t>
      </w:r>
    </w:p>
    <w:p>
      <w:r>
        <w:rPr>
          <w:b/>
        </w:rPr>
        <w:t xml:space="preserve">[34:00] </w:t>
      </w:r>
      <w:r>
        <w:t>khade hone ka mauqa diya jayega, woh din jab aaye to is mein aap ko jagah mile,</w:t>
      </w:r>
    </w:p>
    <w:p>
      <w:pPr>
        <w:jc w:val="right"/>
      </w:pPr>
      <w:r>
        <w:t>کھڑے ہونے کا موقع دیا جائے گا، وہ دن جب آئے تو اس میں آپ کو جگہ ملے،</w:t>
      </w:r>
    </w:p>
    <w:p>
      <w:r>
        <w:rPr>
          <w:b/>
        </w:rPr>
        <w:t xml:space="preserve">[34:07] </w:t>
      </w:r>
      <w:r>
        <w:t>Proper Place mile.</w:t>
      </w:r>
    </w:p>
    <w:p>
      <w:pPr>
        <w:jc w:val="right"/>
      </w:pPr>
      <w:r>
        <w:t>Proper Place ملے۔</w:t>
      </w:r>
    </w:p>
    <w:p>
      <w:r>
        <w:rPr>
          <w:b/>
        </w:rPr>
        <w:t xml:space="preserve">[34:15] </w:t>
      </w:r>
      <w:r>
        <w:t>yeh tamanna hai to isi ke mutabiq apne aap ko banana padega.</w:t>
      </w:r>
    </w:p>
    <w:p>
      <w:pPr>
        <w:jc w:val="right"/>
      </w:pPr>
      <w:r>
        <w:t>یہ تمنا ہے تو اسی کے مطابق اپنے آپ کو بنانا پڑے گا۔</w:t>
      </w:r>
    </w:p>
    <w:p>
      <w:r>
        <w:rPr>
          <w:b/>
        </w:rPr>
        <w:t xml:space="preserve">[34:22] </w:t>
      </w:r>
      <w:r>
        <w:t>apne aap ko isi ke mutabiq tayyar karna hoga.</w:t>
      </w:r>
    </w:p>
    <w:p>
      <w:pPr>
        <w:jc w:val="right"/>
      </w:pPr>
      <w:r>
        <w:t>اپنے آپ کو اسی کے مطابق تیار کرنا ہوگا۔</w:t>
      </w:r>
    </w:p>
    <w:p>
      <w:r>
        <w:rPr>
          <w:b/>
        </w:rPr>
        <w:t xml:space="preserve">[34:30] </w:t>
      </w:r>
      <w:r>
        <w:t>warna siwaye mehroomi ke aur kuch hisse mein aane wala nahi.</w:t>
      </w:r>
    </w:p>
    <w:p>
      <w:pPr>
        <w:jc w:val="right"/>
      </w:pPr>
      <w:r>
        <w:t>ورنہ سوائے محرومی کے اور کچھ حصے میں آنے والا نہیں۔</w:t>
      </w:r>
    </w:p>
    <w:p>
      <w:r>
        <w:rPr>
          <w:b/>
        </w:rPr>
        <w:t xml:space="preserve">[34:37] </w:t>
      </w:r>
      <w:r>
        <w:t>hum mein se har shakhs ko chahiye ke wo sab se pehle yeh jaane ke What is the</w:t>
      </w:r>
    </w:p>
    <w:p>
      <w:pPr>
        <w:jc w:val="right"/>
      </w:pPr>
      <w:r>
        <w:t>ہم میں سے ہر شخص کو چاہیے کہ وہ سب سے پہلے یہ جانے کہ What is the</w:t>
      </w:r>
    </w:p>
    <w:p>
      <w:r>
        <w:rPr>
          <w:b/>
        </w:rPr>
        <w:t xml:space="preserve">[34:45] </w:t>
      </w:r>
      <w:r>
        <w:t>Christian Purana of God? پھر اس کے مطابق اپنی زندگی کی Planning کرے۔</w:t>
      </w:r>
    </w:p>
    <w:p>
      <w:pPr>
        <w:jc w:val="right"/>
      </w:pPr>
      <w:r>
        <w:t>Christian Purana of God؟ پھر اس کے مطابق اپنی زندگی کی Planning کرے۔</w:t>
      </w:r>
    </w:p>
    <w:p>
      <w:r>
        <w:rPr>
          <w:b/>
        </w:rPr>
        <w:t xml:space="preserve">[34:52] </w:t>
      </w:r>
      <w:r>
        <w:t>jis cheez ko chhodna hai, us ko chhodhe.</w:t>
      </w:r>
    </w:p>
    <w:p>
      <w:pPr>
        <w:jc w:val="right"/>
      </w:pPr>
      <w:r>
        <w:t>جس چیز کو چھوڑنا ہے، اس کو چھوڑے۔</w:t>
      </w:r>
    </w:p>
    <w:p>
      <w:r>
        <w:rPr>
          <w:b/>
        </w:rPr>
        <w:t xml:space="preserve">[34:59] </w:t>
      </w:r>
      <w:r>
        <w:t>jis cheez ko Adopt karna hai, us ko Adopt kare.</w:t>
      </w:r>
    </w:p>
    <w:p>
      <w:pPr>
        <w:jc w:val="right"/>
      </w:pPr>
      <w:r>
        <w:t>جس چیز کو Adopt کرنا ہے، اس کو Adopt کرے۔</w:t>
      </w:r>
    </w:p>
    <w:p>
      <w:r>
        <w:rPr>
          <w:b/>
        </w:rPr>
        <w:t xml:space="preserve">[35:07] </w:t>
      </w:r>
      <w:r>
        <w:t>yeh sab karna hoga.</w:t>
      </w:r>
    </w:p>
    <w:p>
      <w:pPr>
        <w:jc w:val="right"/>
      </w:pPr>
      <w:r>
        <w:t>یہ سب کرنا ہوگا۔</w:t>
      </w:r>
    </w:p>
    <w:p>
      <w:r>
        <w:rPr>
          <w:b/>
        </w:rPr>
        <w:t xml:space="preserve">[35:14] </w:t>
      </w:r>
      <w:r>
        <w:t>warna kya hoga ke insaan Visual Thinking mein jiye ga.</w:t>
      </w:r>
    </w:p>
    <w:p>
      <w:pPr>
        <w:jc w:val="right"/>
      </w:pPr>
      <w:r>
        <w:t>ورنہ کیا ہوگا کہ انسان Visual Thinking میں جیئے گا۔</w:t>
      </w:r>
    </w:p>
    <w:p>
      <w:r>
        <w:rPr>
          <w:b/>
        </w:rPr>
        <w:t xml:space="preserve">[35:22] </w:t>
      </w:r>
      <w:r>
        <w:t>jhooti tamano mein jiye ga.</w:t>
      </w:r>
    </w:p>
    <w:p>
      <w:pPr>
        <w:jc w:val="right"/>
      </w:pPr>
      <w:r>
        <w:t>جھوٹی تمنوں میں جیئے گا۔</w:t>
      </w:r>
    </w:p>
    <w:p>
      <w:r>
        <w:rPr>
          <w:b/>
        </w:rPr>
        <w:t xml:space="preserve">[35:29] </w:t>
      </w:r>
      <w:r>
        <w:t>jhoote khwabon mein jiye ga.</w:t>
      </w:r>
    </w:p>
    <w:p>
      <w:pPr>
        <w:jc w:val="right"/>
      </w:pPr>
      <w:r>
        <w:t>جھوٹے خوابوں میں جیئے گا۔</w:t>
      </w:r>
    </w:p>
    <w:p>
      <w:r>
        <w:rPr>
          <w:b/>
        </w:rPr>
        <w:t xml:space="preserve">[35:37] </w:t>
      </w:r>
      <w:r>
        <w:t>aakhir mein maloom hoga ke is ko to kuch bhi nahi mila.</w:t>
      </w:r>
    </w:p>
    <w:p>
      <w:pPr>
        <w:jc w:val="right"/>
      </w:pPr>
      <w:r>
        <w:t>آخر میں معلوم ہوگا کہ اس کو تو کچھ بھی نہیں ملا۔</w:t>
      </w:r>
    </w:p>
    <w:p>
      <w:r>
        <w:rPr>
          <w:b/>
        </w:rPr>
        <w:t xml:space="preserve">[35:44] </w:t>
      </w:r>
      <w:r>
        <w:t>wo to mehroom reh gaya.</w:t>
      </w:r>
    </w:p>
    <w:p>
      <w:pPr>
        <w:jc w:val="right"/>
      </w:pPr>
      <w:r>
        <w:t>وہ تو محروم رہ گیا۔</w:t>
      </w:r>
    </w:p>
    <w:p>
      <w:r>
        <w:rPr>
          <w:b/>
        </w:rPr>
        <w:t xml:space="preserve">[35:52] </w:t>
      </w:r>
      <w:r>
        <w:t>to hum mein se har shakhs ka pehla farz yeh hai ke wo jaane ke ke Creator kaun</w:t>
      </w:r>
    </w:p>
    <w:p>
      <w:pPr>
        <w:jc w:val="right"/>
      </w:pPr>
      <w:r>
        <w:t>تو ہم میں سے ہر شخص کا پہلا فرض یہ ہے کہ وہ جانے کہ کہ Creator کون</w:t>
      </w:r>
    </w:p>
    <w:p>
      <w:r>
        <w:rPr>
          <w:b/>
        </w:rPr>
        <w:t xml:space="preserve">[35:59] </w:t>
      </w:r>
      <w:r>
        <w:t>hai? Creator ka apna naqsha kya hai? is naqshe mein mera maqam kya hai? mujhe kya karna chahiye?</w:t>
      </w:r>
    </w:p>
    <w:p>
      <w:pPr>
        <w:jc w:val="right"/>
      </w:pPr>
      <w:r>
        <w:t>ہے؟ Creator کا اپنا نقشہ کیا ہے؟ اس نقشے میں میرا مقام کیا ہے؟ مجھے کیا کرنا چاہیے؟</w:t>
      </w:r>
    </w:p>
    <w:p>
      <w:r>
        <w:rPr>
          <w:b/>
        </w:rPr>
        <w:t xml:space="preserve">[36:06] </w:t>
      </w:r>
      <w:r>
        <w:t>to hum mein se har shakhs ko is ke mutabiq apni zindagi ki Planning karna hai.</w:t>
      </w:r>
    </w:p>
    <w:p>
      <w:pPr>
        <w:jc w:val="right"/>
      </w:pPr>
      <w:r>
        <w:t>تو ہم میں سے ہر شخص کو اس کے مطابق اپنی زندگی کی Planning کرنا ہے۔</w:t>
      </w:r>
    </w:p>
    <w:p>
      <w:r>
        <w:rPr>
          <w:b/>
        </w:rPr>
        <w:t xml:space="preserve">[36:14] </w:t>
      </w:r>
      <w:r>
        <w:t>Planning zindagi ki Planning jis tarah se zaroorat zaroori hai, Secular duniya mein is tarah zaroori hai, wo</w:t>
      </w:r>
    </w:p>
    <w:p>
      <w:pPr>
        <w:jc w:val="right"/>
      </w:pPr>
      <w:r>
        <w:t>Planning زندگی کی Planning جس طرح سے ضرورت ضروری ہے، Secular دنیا میں اس طرح ضروری ہے، وہ</w:t>
      </w:r>
    </w:p>
    <w:p>
      <w:r>
        <w:rPr>
          <w:b/>
        </w:rPr>
        <w:t xml:space="preserve">[36:21] </w:t>
      </w:r>
      <w:r>
        <w:t>Religious duniya mein.</w:t>
      </w:r>
    </w:p>
    <w:p>
      <w:pPr>
        <w:jc w:val="right"/>
      </w:pPr>
      <w:r>
        <w:t>Religious دنیا میں۔</w:t>
      </w:r>
    </w:p>
    <w:p>
      <w:r>
        <w:rPr>
          <w:b/>
        </w:rPr>
        <w:t xml:space="preserve">[36:29] </w:t>
      </w:r>
      <w:r>
        <w:t>aap jante hain ke Planning ki ahmiyat bohat zyada hai.</w:t>
      </w:r>
    </w:p>
    <w:p>
      <w:pPr>
        <w:jc w:val="right"/>
      </w:pPr>
      <w:r>
        <w:t>آپ جانتے ہیں کہ Planning کی اہمیت بہت زیادہ ہے۔</w:t>
      </w:r>
    </w:p>
    <w:p>
      <w:r>
        <w:rPr>
          <w:b/>
        </w:rPr>
        <w:t xml:space="preserve">[36:36] </w:t>
      </w:r>
      <w:r>
        <w:t>Secular logon ke liye bhi, Religious logon ke liye, dono ke liye.</w:t>
      </w:r>
    </w:p>
    <w:p>
      <w:pPr>
        <w:jc w:val="right"/>
      </w:pPr>
      <w:r>
        <w:t>Secular لوگوں کے لیے بھی، Religious لوگوں کے لیے، دونوں کے لیے۔</w:t>
      </w:r>
    </w:p>
    <w:p>
      <w:r>
        <w:rPr>
          <w:b/>
        </w:rPr>
        <w:t xml:space="preserve">[36:44] </w:t>
      </w:r>
      <w:r>
        <w:t>to sahi Planning hoti hai us waqt jab ke aadmi ke andar Right Thinking ho, Positive Thinking ho,</w:t>
      </w:r>
    </w:p>
    <w:p>
      <w:pPr>
        <w:jc w:val="right"/>
      </w:pPr>
      <w:r>
        <w:t>تو صحیح Planning ہوتی ہے اس وقت جب کہ آدمی کے اندر Right Thinking ہو، Positive Thinking ہو،</w:t>
      </w:r>
    </w:p>
    <w:p>
      <w:r>
        <w:rPr>
          <w:b/>
        </w:rPr>
        <w:t xml:space="preserve">[36:51] </w:t>
      </w:r>
      <w:r>
        <w:t>us ke andar Wisdom ho, us ke andar pakka irada ho.</w:t>
      </w:r>
    </w:p>
    <w:p>
      <w:pPr>
        <w:jc w:val="right"/>
      </w:pPr>
      <w:r>
        <w:t>اس کے اندر Wisdom ہو، اس کے اندر پکا ارادہ ہو۔</w:t>
      </w:r>
    </w:p>
    <w:p>
      <w:r>
        <w:rPr>
          <w:b/>
        </w:rPr>
        <w:t xml:space="preserve">[36:59] </w:t>
      </w:r>
      <w:r>
        <w:t>bohat zabardast sab ka irada, Determination.</w:t>
      </w:r>
    </w:p>
    <w:p>
      <w:pPr>
        <w:jc w:val="right"/>
      </w:pPr>
      <w:r>
        <w:t>بہت زبردست سب کا ارادہ، Determination۔</w:t>
      </w:r>
    </w:p>
    <w:p>
      <w:r>
        <w:rPr>
          <w:b/>
        </w:rPr>
        <w:t xml:space="preserve">[37:06] </w:t>
      </w:r>
      <w:r>
        <w:t>aap jante hain ke insaan ki zindagi jo is duniya mein bas satrah assi saal ki hai, is</w:t>
      </w:r>
    </w:p>
    <w:p>
      <w:pPr>
        <w:jc w:val="right"/>
      </w:pPr>
      <w:r>
        <w:t>آپ جانتے ہیں کہ انسان کی زندگی جو اس دنیا میں بس سترہ اسی سال کی ہے، اس</w:t>
      </w:r>
    </w:p>
    <w:p>
      <w:r>
        <w:rPr>
          <w:b/>
        </w:rPr>
        <w:t xml:space="preserve">[37:14] </w:t>
      </w:r>
      <w:r>
        <w:t>se is ke baad maut hai.</w:t>
      </w:r>
    </w:p>
    <w:p>
      <w:pPr>
        <w:jc w:val="right"/>
      </w:pPr>
      <w:r>
        <w:t>سے اس کے بعد موت ہے۔</w:t>
      </w:r>
    </w:p>
    <w:p>
      <w:r>
        <w:rPr>
          <w:b/>
        </w:rPr>
        <w:t xml:space="preserve">[37:21] </w:t>
      </w:r>
      <w:r>
        <w:t>koi aadmi hamesha ke liye jeene wala hai nahi.</w:t>
      </w:r>
    </w:p>
    <w:p>
      <w:pPr>
        <w:jc w:val="right"/>
      </w:pPr>
      <w:r>
        <w:t>کوئی آدمی ہمیشہ کے لیے جینے والا ہے نہیں۔</w:t>
      </w:r>
    </w:p>
    <w:p>
      <w:r>
        <w:rPr>
          <w:b/>
        </w:rPr>
        <w:t xml:space="preserve">[37:28] </w:t>
      </w:r>
      <w:r>
        <w:t>to yeh yeh haqeeqat har aik ko face karna hai.</w:t>
      </w:r>
    </w:p>
    <w:p>
      <w:pPr>
        <w:jc w:val="right"/>
      </w:pPr>
      <w:r>
        <w:t>تو یہ یہ حقیقت ہر ایک کو Face کرنا ہے۔</w:t>
      </w:r>
    </w:p>
    <w:p>
      <w:r>
        <w:rPr>
          <w:b/>
        </w:rPr>
        <w:t xml:space="preserve">[37:36] </w:t>
      </w:r>
      <w:r>
        <w:t>kul nafsin za'iqatul maut.</w:t>
      </w:r>
    </w:p>
    <w:p>
      <w:pPr>
        <w:jc w:val="right"/>
      </w:pPr>
      <w:r>
        <w:t>کل نفس ضائعقت الموت۔</w:t>
      </w:r>
    </w:p>
    <w:p>
      <w:r>
        <w:rPr>
          <w:b/>
        </w:rPr>
        <w:t xml:space="preserve">[37:43] </w:t>
      </w:r>
      <w:r>
        <w:t>to ab bohat hi thora waqt hai apnay aap ko tayyar karne ke liye.</w:t>
      </w:r>
    </w:p>
    <w:p>
      <w:pPr>
        <w:jc w:val="right"/>
      </w:pPr>
      <w:r>
        <w:t>تو اب بہت ہی تھوڑا وقت ہے اپنے آپ کو تیار کرنے کے لیے۔</w:t>
      </w:r>
    </w:p>
    <w:p>
      <w:r>
        <w:rPr>
          <w:b/>
        </w:rPr>
        <w:t xml:space="preserve">[37:51] </w:t>
      </w:r>
      <w:r>
        <w:t>bohat lamba waqt nahi hai.</w:t>
      </w:r>
    </w:p>
    <w:p>
      <w:pPr>
        <w:jc w:val="right"/>
      </w:pPr>
      <w:r>
        <w:t>بہت لمبا وقت نہیں ہے۔</w:t>
      </w:r>
    </w:p>
    <w:p>
      <w:r>
        <w:rPr>
          <w:b/>
        </w:rPr>
        <w:t xml:space="preserve">[37:58] </w:t>
      </w:r>
      <w:r>
        <w:t>is thore waqt mein apnay aap ko hum agar tayyar kar liya to aglay daur-e-hayat mein hamari kamyabi hai.</w:t>
      </w:r>
    </w:p>
    <w:p>
      <w:pPr>
        <w:jc w:val="right"/>
      </w:pPr>
      <w:r>
        <w:t>اس تھوڑے وقت میں اپنے آپ کو ہم اگر تیار کر لیا تو اگلے دور حیات میں ہماری کامیابی ہے۔</w:t>
      </w:r>
    </w:p>
    <w:p>
      <w:r>
        <w:rPr>
          <w:b/>
        </w:rPr>
        <w:t xml:space="preserve">[38:06] </w:t>
      </w:r>
      <w:r>
        <w:t>aur agar hum tayyar na kar sakay to aglay daur-e-hayat mein hamari kuch bhi nahi hoga.</w:t>
      </w:r>
    </w:p>
    <w:p>
      <w:pPr>
        <w:jc w:val="right"/>
      </w:pPr>
      <w:r>
        <w:t>اور اگر ہم تیار نہ کر سکے تو اگلے دور حیات میں ہماری کچھ بھی نہیں ہوگا۔</w:t>
      </w:r>
    </w:p>
    <w:p>
      <w:r>
        <w:rPr>
          <w:b/>
        </w:rPr>
        <w:t xml:space="preserve">[38:13] </w:t>
      </w:r>
      <w:r>
        <w:t>jin cheezon ko log apna goal banaye hue hain, jin ke peechay daur rahe hain, woh sab temporary target hai.</w:t>
      </w:r>
    </w:p>
    <w:p>
      <w:pPr>
        <w:jc w:val="right"/>
      </w:pPr>
      <w:r>
        <w:t>جن چیزوں کو لوگ اپنا Goal بنائے ہوئے ہیں، جن کے پیچھے دوڑ رہے ہیں، وہ سب Temporary Target ہے۔</w:t>
      </w:r>
    </w:p>
    <w:p>
      <w:r>
        <w:rPr>
          <w:b/>
        </w:rPr>
        <w:t xml:space="preserve">[38:21] </w:t>
      </w:r>
      <w:r>
        <w:t>saaray log jo hain, temporary target ke peechay daur rahe hain.</w:t>
      </w:r>
    </w:p>
    <w:p>
      <w:pPr>
        <w:jc w:val="right"/>
      </w:pPr>
      <w:r>
        <w:t>سارے لوگ جو ہیں، Temporary Target کے پیچھے دوڑ رہے ہیں۔</w:t>
      </w:r>
    </w:p>
    <w:p>
      <w:r>
        <w:rPr>
          <w:b/>
        </w:rPr>
        <w:t xml:space="preserve">[38:28] </w:t>
      </w:r>
      <w:r>
        <w:t>lekin jo permanent target hai, jo abadi nishana hai, us ke taraf daurna hai.</w:t>
      </w:r>
    </w:p>
    <w:p>
      <w:pPr>
        <w:jc w:val="right"/>
      </w:pPr>
      <w:r>
        <w:t>لیکن جو Permanent Target ہے، جو ابدی نشانہ ہے، اس کے طرف دوڑنا ہے۔</w:t>
      </w:r>
    </w:p>
    <w:p>
      <w:r>
        <w:rPr>
          <w:b/>
        </w:rPr>
        <w:t xml:space="preserve">[38:35] </w:t>
      </w:r>
      <w:r>
        <w:t>aur wohi wahid aadmi ka kaam hai.</w:t>
      </w:r>
    </w:p>
    <w:p>
      <w:pPr>
        <w:jc w:val="right"/>
      </w:pPr>
      <w:r>
        <w:t>اور وہی واحد آدمی کا کام ہے۔</w:t>
      </w:r>
    </w:p>
    <w:p>
      <w:r>
        <w:rPr>
          <w:b/>
        </w:rPr>
        <w:t xml:space="preserve">[38:43] </w:t>
      </w:r>
      <w:r>
        <w:t>wahid aadmi woh hai jo eternal nishani ke liye daure.</w:t>
      </w:r>
    </w:p>
    <w:p>
      <w:pPr>
        <w:jc w:val="right"/>
      </w:pPr>
      <w:r>
        <w:t>واحد آدمی وہ ہے جو Eternal نشانی کے لیے دوڑے۔</w:t>
      </w:r>
    </w:p>
    <w:p>
      <w:r>
        <w:rPr>
          <w:b/>
        </w:rPr>
        <w:t xml:space="preserve">[38:50] </w:t>
      </w:r>
      <w:r>
        <w:t>jo paradise ko apna goal banaye.</w:t>
      </w:r>
    </w:p>
    <w:p>
      <w:pPr>
        <w:jc w:val="right"/>
      </w:pPr>
      <w:r>
        <w:t>جو Paradise کو اپنا Goal بنائے۔</w:t>
      </w:r>
    </w:p>
    <w:p>
      <w:r>
        <w:rPr>
          <w:b/>
        </w:rPr>
        <w:t xml:space="preserve">[38:58] </w:t>
      </w:r>
      <w:r>
        <w:t>jo creator ke darbar mein, creator ke darbar mein, muqaddas satah par baithay ke apnay qaim banaye, us</w:t>
      </w:r>
    </w:p>
    <w:p>
      <w:pPr>
        <w:jc w:val="right"/>
      </w:pPr>
      <w:r>
        <w:t>جو Creator کے دربار میں، Creator کے دربار میں، مقدس سطح پر بیٹھے کے اپنے قائم بنائے، اس</w:t>
      </w:r>
    </w:p>
    <w:p>
      <w:r>
        <w:rPr>
          <w:b/>
        </w:rPr>
        <w:t xml:space="preserve">[39:05] </w:t>
      </w:r>
      <w:r>
        <w:t>ka competent banaye.</w:t>
      </w:r>
    </w:p>
    <w:p>
      <w:pPr>
        <w:jc w:val="right"/>
      </w:pPr>
      <w:r>
        <w:t>کا Competent بنائے۔</w:t>
      </w:r>
    </w:p>
    <w:p>
      <w:r>
        <w:rPr>
          <w:b/>
        </w:rPr>
        <w:t xml:space="preserve">[39:13] </w:t>
      </w:r>
      <w:r>
        <w:t>quran mein yeh sab baatein batai gayi hain.</w:t>
      </w:r>
    </w:p>
    <w:p>
      <w:pPr>
        <w:jc w:val="right"/>
      </w:pPr>
      <w:r>
        <w:t>قرآن میں یہ سب باتیں بتائی گئی ہیں۔</w:t>
      </w:r>
    </w:p>
    <w:p>
      <w:r>
        <w:rPr>
          <w:b/>
        </w:rPr>
        <w:t xml:space="preserve">[39:20] </w:t>
      </w:r>
      <w:r>
        <w:t>aur hamare saathi log, yahan ke aaj kal jo yahan par book fair lagi hui hai, is mein</w:t>
      </w:r>
    </w:p>
    <w:p>
      <w:pPr>
        <w:jc w:val="right"/>
      </w:pPr>
      <w:r>
        <w:t>اور ہمارے ساتھی لوگ، یہاں کے آج کل جو یہاں پر Book Fair لگی ہوئی ہے، اس میں</w:t>
      </w:r>
    </w:p>
    <w:p>
      <w:r>
        <w:rPr>
          <w:b/>
        </w:rPr>
        <w:t xml:space="preserve">[39:28] </w:t>
      </w:r>
      <w:r>
        <w:t>hamare saathi log quran ke translation logon ko de rahe hain.</w:t>
      </w:r>
    </w:p>
    <w:p>
      <w:pPr>
        <w:jc w:val="right"/>
      </w:pPr>
      <w:r>
        <w:t>ہمارے ساتھی لوگ قرآن کے Translation لوگوں کو دے رہے ہیں۔</w:t>
      </w:r>
    </w:p>
    <w:p>
      <w:r>
        <w:rPr>
          <w:b/>
        </w:rPr>
        <w:t xml:space="preserve">[39:35] </w:t>
      </w:r>
      <w:r>
        <w:t>kal mujhe bataya gaya ke bheer lagi hui thi hamare stall par quran lene ke liye.</w:t>
      </w:r>
    </w:p>
    <w:p>
      <w:pPr>
        <w:jc w:val="right"/>
      </w:pPr>
      <w:r>
        <w:t>کل مجھے بتایا گیا کہ بھیڑ لگی ہوئی تھی ہمارے Stall پر قرآن لینے کے لیے۔</w:t>
      </w:r>
    </w:p>
    <w:p>
      <w:r>
        <w:rPr>
          <w:b/>
        </w:rPr>
        <w:t xml:space="preserve">[39:43] </w:t>
      </w:r>
      <w:r>
        <w:t>to is mein aik aik reason hai ke log la zyada serious ho gaye hain apni zindagi ke maamle mein.</w:t>
      </w:r>
    </w:p>
    <w:p>
      <w:pPr>
        <w:jc w:val="right"/>
      </w:pPr>
      <w:r>
        <w:t>تو اس میں ایک ایک Reason ہے کہ لوگ لا زیادہ Serious ہو گئے ہیں اپنی زندگی کے معاملے میں۔</w:t>
      </w:r>
    </w:p>
    <w:p>
      <w:r>
        <w:rPr>
          <w:b/>
        </w:rPr>
        <w:t xml:space="preserve">[39:50] </w:t>
      </w:r>
      <w:r>
        <w:t>woh sach much janna chahte hain ke zindagi kya hai, zindagi ki planning kya honi chahiye.</w:t>
      </w:r>
    </w:p>
    <w:p>
      <w:pPr>
        <w:jc w:val="right"/>
      </w:pPr>
      <w:r>
        <w:t>وہ سچ مچ جاننا چاہتے ہیں کہ زندگی کیا ہے، زندگی کی Planning کیا ہونی چاہیے۔</w:t>
      </w:r>
    </w:p>
    <w:p>
      <w:r>
        <w:rPr>
          <w:b/>
        </w:rPr>
        <w:t xml:space="preserve">[39:57] </w:t>
      </w:r>
      <w:r>
        <w:t>to sach much woh serious ho gaye hain.</w:t>
      </w:r>
    </w:p>
    <w:p>
      <w:pPr>
        <w:jc w:val="right"/>
      </w:pPr>
      <w:r>
        <w:t>تو سچ مچ وہ Serious ہو گئے ہیں۔</w:t>
      </w:r>
    </w:p>
    <w:p>
      <w:r>
        <w:rPr>
          <w:b/>
        </w:rPr>
        <w:t xml:space="preserve">[40:05] </w:t>
      </w:r>
      <w:r>
        <w:t>mujhe bataya gaya ke kal bohat bheer thi hamare stall par.</w:t>
      </w:r>
    </w:p>
    <w:p>
      <w:pPr>
        <w:jc w:val="right"/>
      </w:pPr>
      <w:r>
        <w:t>مجھے بتایا گیا کہ کل بہت بھیڑ تھی ہمارے Stall پر۔</w:t>
      </w:r>
    </w:p>
    <w:p>
      <w:r>
        <w:rPr>
          <w:b/>
        </w:rPr>
        <w:t xml:space="preserve">[40:12] </w:t>
      </w:r>
      <w:r>
        <w:t>aur saare log quran apni apni zuban mein chahte thay, quran chahte thay.</w:t>
      </w:r>
    </w:p>
    <w:p>
      <w:pPr>
        <w:jc w:val="right"/>
      </w:pPr>
      <w:r>
        <w:t>اور سارے لوگ قرآن اپنی اپنی زبان میں چاہتے تھے، قرآن چاہتے تھے۔</w:t>
      </w:r>
    </w:p>
    <w:p>
      <w:r>
        <w:rPr>
          <w:b/>
        </w:rPr>
        <w:t xml:space="preserve">[40:20] </w:t>
      </w:r>
      <w:r>
        <w:t>mein samajhta hoon ke is se zyada zaroori koi aur kaam nahi ho sakta ke hum quran ko</w:t>
      </w:r>
    </w:p>
    <w:p>
      <w:pPr>
        <w:jc w:val="right"/>
      </w:pPr>
      <w:r>
        <w:t>میں سمجھتا ہوں کہ اس سے زیادہ ضروری کوئی اور کام نہیں ہو سکتا کہ ہم قرآن کو</w:t>
      </w:r>
    </w:p>
    <w:p>
      <w:r>
        <w:rPr>
          <w:b/>
        </w:rPr>
        <w:t xml:space="preserve">[40:27] </w:t>
      </w:r>
      <w:r>
        <w:t>parhein aur doosron ko parhne ke liye dein.</w:t>
      </w:r>
    </w:p>
    <w:p>
      <w:pPr>
        <w:jc w:val="right"/>
      </w:pPr>
      <w:r>
        <w:t>پڑھیں اور دوسروں کو پڑھنے کے لیے دیں۔</w:t>
      </w:r>
    </w:p>
    <w:p>
      <w:r>
        <w:rPr>
          <w:b/>
        </w:rPr>
        <w:t xml:space="preserve">[40:35] </w:t>
      </w:r>
      <w:r>
        <w:t>kyunke quran hi aik kitab hai jis mein in sab baton ko bataya gaya hai.</w:t>
      </w:r>
    </w:p>
    <w:p>
      <w:pPr>
        <w:jc w:val="right"/>
      </w:pPr>
      <w:r>
        <w:t>کیونکہ قرآن ہی ایک کتاب ہے جس میں ان سب باتوں کو بتایا گیا ہے۔</w:t>
      </w:r>
    </w:p>
    <w:p>
      <w:r>
        <w:rPr>
          <w:b/>
        </w:rPr>
        <w:t xml:space="preserve">[40:42] </w:t>
      </w:r>
      <w:r>
        <w:t>to jo log is mein hissa le rahe hain quran ke phailane mein, woh bilashuba bohat hi bara</w:t>
      </w:r>
    </w:p>
    <w:p>
      <w:pPr>
        <w:jc w:val="right"/>
      </w:pPr>
      <w:r>
        <w:t>تو جو لوگ اس میں حصہ لے رہے ہیں قرآن کے پھیلانے میں، وہ بلاشبہ بہت ہی بڑا</w:t>
      </w:r>
    </w:p>
    <w:p>
      <w:r>
        <w:rPr>
          <w:b/>
        </w:rPr>
        <w:t xml:space="preserve">[40:50] </w:t>
      </w:r>
      <w:r>
        <w:t>kaam kar rahe hain.</w:t>
      </w:r>
    </w:p>
    <w:p>
      <w:pPr>
        <w:jc w:val="right"/>
      </w:pPr>
      <w:r>
        <w:t>کام کر رہے ہیں۔</w:t>
      </w:r>
    </w:p>
    <w:p>
      <w:r>
        <w:rPr>
          <w:b/>
        </w:rPr>
        <w:t xml:space="preserve">[40:57] </w:t>
      </w:r>
      <w:r>
        <w:t>bohat bara kaam.</w:t>
      </w:r>
    </w:p>
    <w:p>
      <w:pPr>
        <w:jc w:val="right"/>
      </w:pPr>
      <w:r>
        <w:t>بہت بڑا کام۔</w:t>
      </w:r>
    </w:p>
    <w:p>
      <w:r>
        <w:rPr>
          <w:b/>
        </w:rPr>
        <w:t xml:space="preserve">[41:04] </w:t>
      </w:r>
      <w:r>
        <w:t>to kal jab mujhe bataya gaya ke bohat bheed thi hamare stall par jahan quran rakha gaya tha,</w:t>
      </w:r>
    </w:p>
    <w:p>
      <w:pPr>
        <w:jc w:val="right"/>
      </w:pPr>
      <w:r>
        <w:t>تو کل جب مجھے بتایا گیا کہ بہت بھیڑ تھی ہمارے Stall پر جہاں قرآن رکھا گیا تھا،</w:t>
      </w:r>
    </w:p>
    <w:p>
      <w:r>
        <w:rPr>
          <w:b/>
        </w:rPr>
        <w:t xml:space="preserve">[41:12] </w:t>
      </w:r>
      <w:r>
        <w:t>to mujhe bohat khushi hui.</w:t>
      </w:r>
    </w:p>
    <w:p>
      <w:pPr>
        <w:jc w:val="right"/>
      </w:pPr>
      <w:r>
        <w:t>تو مجھے بہت خوشی ہوئی۔</w:t>
      </w:r>
    </w:p>
    <w:p>
      <w:r>
        <w:rPr>
          <w:b/>
        </w:rPr>
        <w:t xml:space="preserve">[41:19] </w:t>
      </w:r>
      <w:r>
        <w:t>to yeh hain chand baatein jo aaj mujhe kehna tha aap se.</w:t>
      </w:r>
    </w:p>
    <w:p>
      <w:pPr>
        <w:jc w:val="right"/>
      </w:pPr>
      <w:r>
        <w:t>تو یہ ہیں چند باتیں جو آج مجھے کہنا تھا آپ سے۔</w:t>
      </w:r>
    </w:p>
    <w:p>
      <w:r>
        <w:rPr>
          <w:b/>
        </w:rPr>
        <w:t xml:space="preserve">[41:27] </w:t>
      </w:r>
      <w:r>
        <w:t>meri dua hai ke Allah taala mujh ko aur aap ko tofeeq de.</w:t>
      </w:r>
    </w:p>
    <w:p>
      <w:pPr>
        <w:jc w:val="right"/>
      </w:pPr>
      <w:r>
        <w:t>میری دعا ہے کہ اللہ تعالیٰ مجھ کو اور آپ کو توفیق دے۔</w:t>
      </w:r>
    </w:p>
    <w:p>
      <w:r>
        <w:rPr>
          <w:b/>
        </w:rPr>
        <w:t xml:space="preserve">[41:34] </w:t>
      </w:r>
      <w:r>
        <w:t>hum samjhein sachai ko aur is ke mutabiq apni planning karen.</w:t>
      </w:r>
    </w:p>
    <w:p>
      <w:pPr>
        <w:jc w:val="right"/>
      </w:pPr>
      <w:r>
        <w:t>ہم سمجھیں سچائی کو اور اس کے مطابق اپنی Planning کریں۔</w:t>
      </w:r>
    </w:p>
    <w:p>
      <w:r>
        <w:rPr>
          <w:b/>
        </w:rPr>
        <w:t xml:space="preserve">[41:42] </w:t>
      </w:r>
      <w:r>
        <w:t>yahi meri dua hai apne liye bhi, aap sab logon ke liye bhi.</w:t>
      </w:r>
    </w:p>
    <w:p>
      <w:pPr>
        <w:jc w:val="right"/>
      </w:pPr>
      <w:r>
        <w:t>یہی میری دعا ہے اپنے لیے بھی، آپ سب لوگوں کے لیے بھی۔</w:t>
      </w:r>
    </w:p>
    <w:p>
      <w:r>
        <w:rPr>
          <w:b/>
        </w:rPr>
        <w:t xml:space="preserve">[41:49] </w:t>
      </w:r>
      <w:r>
        <w:t>assalam o alaikum wa rehmatullah.</w:t>
      </w:r>
    </w:p>
    <w:p>
      <w:pPr>
        <w:jc w:val="right"/>
      </w:pPr>
      <w:r>
        <w:t>السلام علیکم ورحمتہ اللہ۔</w:t>
      </w:r>
    </w:p>
    <w:p>
      <w:r>
        <w:rPr>
          <w:b/>
        </w:rPr>
        <w:t xml:space="preserve">[41:57] </w:t>
      </w:r>
      <w:r>
        <w:t>With the question answer session now, all the requested.</w:t>
      </w:r>
    </w:p>
    <w:p>
      <w:pPr>
        <w:jc w:val="right"/>
      </w:pPr>
      <w:r>
        <w:t>With the question answer session now, all the requested.</w:t>
      </w:r>
    </w:p>
    <w:p>
      <w:r>
        <w:rPr>
          <w:b/>
        </w:rPr>
        <w:t xml:space="preserve">[42:04] </w:t>
      </w:r>
      <w:r>
        <w:t>To send the questions on info@cpsglobal.org.</w:t>
      </w:r>
    </w:p>
    <w:p>
      <w:pPr>
        <w:jc w:val="right"/>
      </w:pPr>
      <w:r>
        <w:t>To send the questions on info@cpsglobal.org.</w:t>
      </w:r>
    </w:p>
    <w:p>
      <w:r>
        <w:rPr>
          <w:b/>
        </w:rPr>
        <w:t xml:space="preserve">[42:12] </w:t>
      </w:r>
      <w:r>
        <w:t>People who are watching it live on Facebook can post their questions in the comment section.</w:t>
      </w:r>
    </w:p>
    <w:p>
      <w:pPr>
        <w:jc w:val="right"/>
      </w:pPr>
      <w:r>
        <w:t>People who are watching it live on Facebook can post their questions in the comment section.</w:t>
      </w:r>
    </w:p>
    <w:p>
      <w:r>
        <w:rPr>
          <w:b/>
        </w:rPr>
        <w:t xml:space="preserve">[42:18] </w:t>
      </w:r>
      <w:r>
        <w:t>Please do mention a location when you send in your questions.</w:t>
      </w:r>
    </w:p>
    <w:p>
      <w:pPr>
        <w:jc w:val="right"/>
      </w:pPr>
      <w:r>
        <w:t>Please do mention a location when you send in your questions.</w:t>
      </w:r>
    </w:p>
    <w:p>
      <w:r>
        <w:rPr>
          <w:b/>
        </w:rPr>
        <w:t xml:space="preserve">[42:24] </w:t>
      </w:r>
      <w:r>
        <w:t>maulana, pehla sawal lete hain jo moradabad se bheja hai firoz khan sahab ne aur unhon ne</w:t>
      </w:r>
    </w:p>
    <w:p>
      <w:pPr>
        <w:jc w:val="right"/>
      </w:pPr>
      <w:r>
        <w:t>مولانا، پہلا سوال لیتے ہیں جو مراد آباد سے بھیجا ہے فیروز خان صاحب نے اور انہوں نے</w:t>
      </w:r>
    </w:p>
    <w:p>
      <w:r>
        <w:rPr>
          <w:b/>
        </w:rPr>
        <w:t xml:space="preserve">[42:30] </w:t>
      </w:r>
      <w:r>
        <w:t>likha hai: "maulana sahab, our daily material life, like job, family life, social circle, comes in conflict with</w:t>
      </w:r>
    </w:p>
    <w:p>
      <w:pPr>
        <w:jc w:val="right"/>
      </w:pPr>
      <w:r>
        <w:t>لکھا ہے: "مولانا صاحب، our daily material life, like job, family life, social circle, comes in conflict with</w:t>
      </w:r>
    </w:p>
    <w:p>
      <w:r>
        <w:rPr>
          <w:b/>
        </w:rPr>
        <w:t xml:space="preserve">[42:36] </w:t>
      </w:r>
      <w:r>
        <w:t>our spiritual goal.</w:t>
      </w:r>
    </w:p>
    <w:p>
      <w:pPr>
        <w:jc w:val="right"/>
      </w:pPr>
      <w:r>
        <w:t>our spiritual goal.</w:t>
      </w:r>
    </w:p>
    <w:p>
      <w:r>
        <w:rPr>
          <w:b/>
        </w:rPr>
        <w:t xml:space="preserve">[42:42] </w:t>
      </w:r>
      <w:r>
        <w:t>So will giving up worldly life help us reach our spiritual goal faster?</w:t>
      </w:r>
    </w:p>
    <w:p>
      <w:pPr>
        <w:jc w:val="right"/>
      </w:pPr>
      <w:r>
        <w:t>So will giving up worldly life help us reach our spiritual goal faster?</w:t>
      </w:r>
    </w:p>
    <w:p>
      <w:r>
        <w:rPr>
          <w:b/>
        </w:rPr>
        <w:t xml:space="preserve">[42:48] </w:t>
      </w:r>
      <w:r>
        <w:t>What is your advice to all of us?</w:t>
      </w:r>
    </w:p>
    <w:p>
      <w:pPr>
        <w:jc w:val="right"/>
      </w:pPr>
      <w:r>
        <w:t>What is your advice to all of us?</w:t>
      </w:r>
    </w:p>
    <w:p>
      <w:r>
        <w:rPr>
          <w:b/>
        </w:rPr>
        <w:t xml:space="preserve">[42:56] </w:t>
      </w:r>
      <w:r>
        <w:t>"dekhen, spiritual goal jo hai, is ka safar alag alag nahi hota.</w:t>
      </w:r>
    </w:p>
    <w:p>
      <w:pPr>
        <w:jc w:val="right"/>
      </w:pPr>
      <w:r>
        <w:t>" دیکھیں، spiritual goal جو ہے، اس کا سفر الگ الگ نہیں ہوتا۔</w:t>
      </w:r>
    </w:p>
    <w:p>
      <w:r>
        <w:rPr>
          <w:b/>
        </w:rPr>
        <w:t xml:space="preserve">[43:04] </w:t>
      </w:r>
      <w:r>
        <w:t>isi duniya mein hota hai.</w:t>
      </w:r>
    </w:p>
    <w:p>
      <w:pPr>
        <w:jc w:val="right"/>
      </w:pPr>
      <w:r>
        <w:t>اسی دنیا میں ہوتا ہے۔</w:t>
      </w:r>
    </w:p>
    <w:p>
      <w:r>
        <w:rPr>
          <w:b/>
        </w:rPr>
        <w:t xml:space="preserve">[43:12] </w:t>
      </w:r>
      <w:r>
        <w:t>har cheez mein spiritual item hai.</w:t>
      </w:r>
    </w:p>
    <w:p>
      <w:pPr>
        <w:jc w:val="right"/>
      </w:pPr>
      <w:r>
        <w:t>ہر چیز میں spiritual item ہے۔</w:t>
      </w:r>
    </w:p>
    <w:p>
      <w:r>
        <w:rPr>
          <w:b/>
        </w:rPr>
        <w:t xml:space="preserve">[43:21] </w:t>
      </w:r>
      <w:r>
        <w:t>har cheez mein is spiritual item ko discover karna aur is ke mutabiq apni zindagi banana, yahi spirituality hai.</w:t>
      </w:r>
    </w:p>
    <w:p>
      <w:pPr>
        <w:jc w:val="right"/>
      </w:pPr>
      <w:r>
        <w:t>ہر چیز میں اس spiritual item کو discover کرنا اور اس کے مطابق اپنی زندگی بنانا، یہی spirituality ہے۔</w:t>
      </w:r>
    </w:p>
    <w:p>
      <w:r>
        <w:rPr>
          <w:b/>
        </w:rPr>
        <w:t xml:space="preserve">[43:29] </w:t>
      </w:r>
      <w:r>
        <w:t>woh jo maine qissa bataya, the monk who sold his prayer, woh koi spirituality ka rasta nahi hai.</w:t>
      </w:r>
    </w:p>
    <w:p>
      <w:pPr>
        <w:jc w:val="right"/>
      </w:pPr>
      <w:r>
        <w:t>وہ جو میں نے قصہ بتایا، the monk who sold his prayer, وہ کوئی spirituality کا راستہ نہیں ہے۔</w:t>
      </w:r>
    </w:p>
    <w:p>
      <w:r>
        <w:rPr>
          <w:b/>
        </w:rPr>
        <w:t xml:space="preserve">[43:37] </w:t>
      </w:r>
      <w:r>
        <w:t>Spirituality ka rasta insanon ke darmiyan se guzarta hai, bar bar nahin.</w:t>
      </w:r>
    </w:p>
    <w:p>
      <w:pPr>
        <w:jc w:val="right"/>
      </w:pPr>
      <w:r>
        <w:t>Spirituality کا راستہ انسانوں کے درمیان سے گزرتا ہے، بار بار نہیں۔</w:t>
      </w:r>
    </w:p>
    <w:p>
      <w:r>
        <w:rPr>
          <w:b/>
        </w:rPr>
        <w:t xml:space="preserve">[43:46] </w:t>
      </w:r>
      <w:r>
        <w:t>Aap itna zyada intellectually awakened hon ke baaton ko gehrai mein pakrein, spiritual life item jo nectar ki</w:t>
      </w:r>
    </w:p>
    <w:p>
      <w:pPr>
        <w:jc w:val="right"/>
      </w:pPr>
      <w:r>
        <w:t>آپ اتنا زیادہ intellectually awakened ہوں کہ باتوں کو گہرائی میں پکڑیں، spiritual life item جو نیکٹر کی</w:t>
      </w:r>
    </w:p>
    <w:p>
      <w:r>
        <w:rPr>
          <w:b/>
        </w:rPr>
        <w:t xml:space="preserve">[43:54] </w:t>
      </w:r>
      <w:r>
        <w:t>tarah har jagah maujood hai, us ko daryaft karen.</w:t>
      </w:r>
    </w:p>
    <w:p>
      <w:pPr>
        <w:jc w:val="right"/>
      </w:pPr>
      <w:r>
        <w:t>طرح ہر جگہ موجود ہے، اس کو دریافت کریں۔</w:t>
      </w:r>
    </w:p>
    <w:p>
      <w:r>
        <w:rPr>
          <w:b/>
        </w:rPr>
        <w:t xml:space="preserve">[44:02] </w:t>
      </w:r>
      <w:r>
        <w:t>Yahi hai spiritual life.</w:t>
      </w:r>
    </w:p>
    <w:p>
      <w:pPr>
        <w:jc w:val="right"/>
      </w:pPr>
      <w:r>
        <w:t>یہی ہے spiritual life۔</w:t>
      </w:r>
    </w:p>
    <w:p>
      <w:r>
        <w:rPr>
          <w:b/>
        </w:rPr>
        <w:t xml:space="preserve">[44:10] </w:t>
      </w:r>
      <w:r>
        <w:t>Ji, Maulana sahib, agla sawal lene se pehle aa kuch comments parhna chahein ge.</w:t>
      </w:r>
    </w:p>
    <w:p>
      <w:pPr>
        <w:jc w:val="right"/>
      </w:pPr>
      <w:r>
        <w:t>جی، مولانا صاحب، اگلا سوال لینے سے پہلے آ کچھ comments پڑھنا چاہیں گے۔</w:t>
      </w:r>
    </w:p>
    <w:p>
      <w:r>
        <w:rPr>
          <w:b/>
        </w:rPr>
        <w:t xml:space="preserve">[44:19] </w:t>
      </w:r>
      <w:r>
        <w:t>Pehla comment aaya hai Dr. Safeena Tabassum ka, Ajmer se.</w:t>
      </w:r>
    </w:p>
    <w:p>
      <w:pPr>
        <w:jc w:val="right"/>
      </w:pPr>
      <w:r>
        <w:t>پہلا comment آیا ہے ڈاکٹر سفینہ تبسم کا، اجمیر سے۔</w:t>
      </w:r>
    </w:p>
    <w:p>
      <w:r>
        <w:rPr>
          <w:b/>
        </w:rPr>
        <w:t xml:space="preserve">[44:27] </w:t>
      </w:r>
      <w:r>
        <w:t>Unhon ne likha hai: "Maulana sahib, you are the only scholar who has given this meaningful goal to spirituality.</w:t>
      </w:r>
    </w:p>
    <w:p>
      <w:pPr>
        <w:jc w:val="right"/>
      </w:pPr>
      <w:r>
        <w:t>انہوں نے لکھا ہے: "مولانا صاحب، you are the only scholar who has given this meaningful goal to spirituality.</w:t>
      </w:r>
    </w:p>
    <w:p>
      <w:r>
        <w:rPr>
          <w:b/>
        </w:rPr>
        <w:t xml:space="preserve">[44:35] </w:t>
      </w:r>
      <w:r>
        <w:t>May God bless you immensely." Agla comment bheja hai Shafeeq Ahmed Dar sahib ne, Srinagar se.</w:t>
      </w:r>
    </w:p>
    <w:p>
      <w:pPr>
        <w:jc w:val="right"/>
      </w:pPr>
      <w:r>
        <w:t>May God bless you immensely." اگلا comment بھیجا ہے شفیع احمد ڈار صاحب نے، سری نگر سے۔</w:t>
      </w:r>
    </w:p>
    <w:p>
      <w:r>
        <w:rPr>
          <w:b/>
        </w:rPr>
        <w:t xml:space="preserve">[44:44] </w:t>
      </w:r>
      <w:r>
        <w:t>Unhon ne likha hai: "After my deep study of books of Maulana Wahiduddin Khan sahib, I have</w:t>
      </w:r>
    </w:p>
    <w:p>
      <w:pPr>
        <w:jc w:val="right"/>
      </w:pPr>
      <w:r>
        <w:t>انہوں نے لکھا ہے: "After my deep study of books of مولانا وحید الدین خان صاحب, I have</w:t>
      </w:r>
    </w:p>
    <w:p>
      <w:r>
        <w:rPr>
          <w:b/>
        </w:rPr>
        <w:t xml:space="preserve">[44:52] </w:t>
      </w:r>
      <w:r>
        <w:t>observed that Maulana has interpreted the correct history of Islam and proved with his wisdom that every historical</w:t>
      </w:r>
    </w:p>
    <w:p>
      <w:pPr>
        <w:jc w:val="right"/>
      </w:pPr>
      <w:r>
        <w:t>observed that مولانا has interpreted the correct history of Islam and proved with his wisdom that every historical</w:t>
      </w:r>
    </w:p>
    <w:p>
      <w:r>
        <w:rPr>
          <w:b/>
        </w:rPr>
        <w:t xml:space="preserve">[45:00] </w:t>
      </w:r>
      <w:r>
        <w:t>event of Islamic history was part of the creation plan of God.</w:t>
      </w:r>
    </w:p>
    <w:p>
      <w:pPr>
        <w:jc w:val="right"/>
      </w:pPr>
      <w:r>
        <w:t>event of Islamic history was part of the creation plan of God.</w:t>
      </w:r>
    </w:p>
    <w:p>
      <w:r>
        <w:rPr>
          <w:b/>
        </w:rPr>
        <w:t xml:space="preserve">[45:09] </w:t>
      </w:r>
      <w:r>
        <w:t>He has made it easy for everyone to understand the creation plan of God, and from his deep</w:t>
      </w:r>
    </w:p>
    <w:p>
      <w:pPr>
        <w:jc w:val="right"/>
      </w:pPr>
      <w:r>
        <w:t>He has made it easy for everyone to understand the creation plan of God, and from his deep</w:t>
      </w:r>
    </w:p>
    <w:p>
      <w:r>
        <w:rPr>
          <w:b/>
        </w:rPr>
        <w:t xml:space="preserve">[45:17] </w:t>
      </w:r>
      <w:r>
        <w:t>study of Islamic scriptures, he has made every Muslim known that Dawa work is the real role of</w:t>
      </w:r>
    </w:p>
    <w:p>
      <w:pPr>
        <w:jc w:val="right"/>
      </w:pPr>
      <w:r>
        <w:t>study of Islamic scriptures, he has made every Muslim known that Dawa work is the real role of</w:t>
      </w:r>
    </w:p>
    <w:p>
      <w:r>
        <w:rPr>
          <w:b/>
        </w:rPr>
        <w:t xml:space="preserve">[45:25] </w:t>
      </w:r>
      <w:r>
        <w:t>every Muslim." Maulana, agla sawal bheja hai Fauzan sahib ne, Lucknow se.</w:t>
      </w:r>
    </w:p>
    <w:p>
      <w:pPr>
        <w:jc w:val="right"/>
      </w:pPr>
      <w:r>
        <w:t>every Muslim." مولانا، اگلا سوال بھیجا ہے فوزان صاحب نے، لکھنؤ سے۔</w:t>
      </w:r>
    </w:p>
    <w:p>
      <w:r>
        <w:rPr>
          <w:b/>
        </w:rPr>
        <w:t xml:space="preserve">[45:33] </w:t>
      </w:r>
      <w:r>
        <w:t>Unhon ne likha hai: "Maulana sahib, today's talk was very useful for me. Jazak Allah.</w:t>
      </w:r>
    </w:p>
    <w:p>
      <w:pPr>
        <w:jc w:val="right"/>
      </w:pPr>
      <w:r>
        <w:t>انہوں نے لکھا ہے: "مولانا صاحب، today's talk was very useful for me. جزاک اللہ۔</w:t>
      </w:r>
    </w:p>
    <w:p>
      <w:r>
        <w:rPr>
          <w:b/>
        </w:rPr>
        <w:t xml:space="preserve">[45:41] </w:t>
      </w:r>
      <w:r>
        <w:t>My question is that you said that only healthy personality, that is positive personality, will go to paradise.</w:t>
      </w:r>
    </w:p>
    <w:p>
      <w:pPr>
        <w:jc w:val="right"/>
      </w:pPr>
      <w:r>
        <w:t>My question is that you said that only healthy personality, that is positive personality, will go to paradise.</w:t>
      </w:r>
    </w:p>
    <w:p>
      <w:r>
        <w:rPr>
          <w:b/>
        </w:rPr>
        <w:t xml:space="preserve">[45:49] </w:t>
      </w:r>
      <w:r>
        <w:t>But Maulana sahib, just like no one is perfect, similarly no person in this world will be completely positive.</w:t>
      </w:r>
    </w:p>
    <w:p>
      <w:pPr>
        <w:jc w:val="right"/>
      </w:pPr>
      <w:r>
        <w:t>But مولانا صاحب, just like no one is perfect, similarly no person in this world will be completely positive.</w:t>
      </w:r>
    </w:p>
    <w:p>
      <w:r>
        <w:rPr>
          <w:b/>
        </w:rPr>
        <w:t xml:space="preserve">[45:57] </w:t>
      </w:r>
      <w:r>
        <w:t>Negative experiences will keep happening to a person till his death.</w:t>
      </w:r>
    </w:p>
    <w:p>
      <w:pPr>
        <w:jc w:val="right"/>
      </w:pPr>
      <w:r>
        <w:t>Negative experiences will keep happening to a person till his death.</w:t>
      </w:r>
    </w:p>
    <w:p>
      <w:r>
        <w:rPr>
          <w:b/>
        </w:rPr>
        <w:t xml:space="preserve">[46:05] </w:t>
      </w:r>
      <w:r>
        <w:t>Therefore, there will be some traces of negativity in a person always. In such a scenario, how will a person qualify for paradise?"</w:t>
      </w:r>
    </w:p>
    <w:p>
      <w:pPr>
        <w:jc w:val="right"/>
      </w:pPr>
      <w:r>
        <w:t>Therefore, there will be some traces of negativity in a person always. In such a scenario, how will a person qualify for paradise?</w:t>
      </w:r>
    </w:p>
    <w:p>
      <w:r>
        <w:rPr>
          <w:b/>
        </w:rPr>
        <w:t xml:space="preserve">[46:15] </w:t>
      </w:r>
      <w:r>
        <w:t>"Dekhen, positive goal ki taraf jo insaan ki journey hoti hai, woh ek struggle se bhari hui hai.</w:t>
      </w:r>
    </w:p>
    <w:p>
      <w:pPr>
        <w:jc w:val="right"/>
      </w:pPr>
      <w:r>
        <w:t>" دیکھیں، positive goal کی طرف جو انسان کی journey ہوتی ہے، وہ ایک struggle سے بھری ہوئی ہے۔</w:t>
      </w:r>
    </w:p>
    <w:p>
      <w:r>
        <w:rPr>
          <w:b/>
        </w:rPr>
        <w:t xml:space="preserve">[46:22] </w:t>
      </w:r>
      <w:r>
        <w:t>Struggle se bhari hui hai.</w:t>
      </w:r>
    </w:p>
    <w:p>
      <w:pPr>
        <w:jc w:val="right"/>
      </w:pPr>
      <w:r>
        <w:t>Struggle سے بھری ہوئی ہے۔</w:t>
      </w:r>
    </w:p>
    <w:p>
      <w:r>
        <w:rPr>
          <w:b/>
        </w:rPr>
        <w:t xml:space="preserve">[46:29] </w:t>
      </w:r>
      <w:r>
        <w:t>Woh struggle hota hi negative item ke darmiyan.</w:t>
      </w:r>
    </w:p>
    <w:p>
      <w:pPr>
        <w:jc w:val="right"/>
      </w:pPr>
      <w:r>
        <w:t>وہ struggle ہوتا ہی negative item کے درمیان۔</w:t>
      </w:r>
    </w:p>
    <w:p>
      <w:r>
        <w:rPr>
          <w:b/>
        </w:rPr>
        <w:t xml:space="preserve">[46:36] </w:t>
      </w:r>
      <w:r>
        <w:t>To woh aap ke liye helper hai, woh jo aspect hai zindagi ke, woh to helper hai aap ke liye.</w:t>
      </w:r>
    </w:p>
    <w:p>
      <w:pPr>
        <w:jc w:val="right"/>
      </w:pPr>
      <w:r>
        <w:t>تو وہ آپ کے لیے helper ہے، وہ جو aspect ہے زندگی کے، وہ تو helper ہے آپ کے لیے۔</w:t>
      </w:r>
    </w:p>
    <w:p>
      <w:r>
        <w:rPr>
          <w:b/>
        </w:rPr>
        <w:t xml:space="preserve">[46:43] </w:t>
      </w:r>
      <w:r>
        <w:t>Isi se struggle, spiritual struggle, spiritual struggle ka mahol isi se to banta hai.</w:t>
      </w:r>
    </w:p>
    <w:p>
      <w:pPr>
        <w:jc w:val="right"/>
      </w:pPr>
      <w:r>
        <w:t>اسی سے struggle, spiritual struggle، spiritual struggle کا ماحول اسی سے تو بنتا ہے۔</w:t>
      </w:r>
    </w:p>
    <w:p>
      <w:r>
        <w:rPr>
          <w:b/>
        </w:rPr>
        <w:t xml:space="preserve">[46:50] </w:t>
      </w:r>
      <w:r>
        <w:t>To positive mind banta hai spiritual struggle ke darmiyan.</w:t>
      </w:r>
    </w:p>
    <w:p>
      <w:pPr>
        <w:jc w:val="right"/>
      </w:pPr>
      <w:r>
        <w:t>تو positive mind بنتا ہے spiritual struggle کے درمیان۔</w:t>
      </w:r>
    </w:p>
    <w:p>
      <w:r>
        <w:rPr>
          <w:b/>
        </w:rPr>
        <w:t xml:space="preserve">[46:57] </w:t>
      </w:r>
      <w:r>
        <w:t>Spiritual struggle na ho to positive mind bhi nahin banega.\</w:t>
      </w:r>
    </w:p>
    <w:p>
      <w:pPr>
        <w:jc w:val="right"/>
      </w:pPr>
      <w:r>
        <w:t>Spiritual struggle نہ ہو تو positive mind بھی نہیں بنے گا۔</w:t>
      </w:r>
    </w:p>
    <w:p>
      <w:r>
        <w:rPr>
          <w:b/>
        </w:rPr>
        <w:t xml:space="preserve">[47:04] </w:t>
      </w:r>
      <w:r>
        <w:t>phir to stagnation aa jayega.</w:t>
      </w:r>
    </w:p>
    <w:p>
      <w:pPr>
        <w:jc w:val="right"/>
      </w:pPr>
      <w:r>
        <w:t>پھر تو stagnation آ جائے گا۔</w:t>
      </w:r>
    </w:p>
    <w:p>
      <w:r>
        <w:rPr>
          <w:b/>
        </w:rPr>
        <w:t xml:space="preserve">[47:11] </w:t>
      </w:r>
      <w:r>
        <w:t>to woh helpful item hai, woh.</w:t>
      </w:r>
    </w:p>
    <w:p>
      <w:pPr>
        <w:jc w:val="right"/>
      </w:pPr>
      <w:r>
        <w:t>تو وہ helpful item ہے، وہ۔</w:t>
      </w:r>
    </w:p>
    <w:p>
      <w:r>
        <w:rPr>
          <w:b/>
        </w:rPr>
        <w:t xml:space="preserve">[47:18] </w:t>
      </w:r>
      <w:r>
        <w:t>woh anti item nahi hai hamare liye.</w:t>
      </w:r>
    </w:p>
    <w:p>
      <w:pPr>
        <w:jc w:val="right"/>
      </w:pPr>
      <w:r>
        <w:t>وہ anti item نہیں ہے ہمارے لیے۔</w:t>
      </w:r>
    </w:p>
    <w:p>
      <w:r>
        <w:rPr>
          <w:b/>
        </w:rPr>
        <w:t xml:space="preserve">[47:25] </w:t>
      </w:r>
      <w:r>
        <w:t>isi se to spirituality ek struggle banti hai.</w:t>
      </w:r>
    </w:p>
    <w:p>
      <w:pPr>
        <w:jc w:val="right"/>
      </w:pPr>
      <w:r>
        <w:t>اسی سے تو spirituality ایک struggle بنتی ہے۔</w:t>
      </w:r>
    </w:p>
    <w:p>
      <w:r>
        <w:rPr>
          <w:b/>
        </w:rPr>
        <w:t xml:space="preserve">[47:32] </w:t>
      </w:r>
      <w:r>
        <w:t>struggle, challenge ka samna pesh aata hai.</w:t>
      </w:r>
    </w:p>
    <w:p>
      <w:pPr>
        <w:jc w:val="right"/>
      </w:pPr>
      <w:r>
        <w:t>Struggle، challenge کا سامنا پیش آتا ہے۔</w:t>
      </w:r>
    </w:p>
    <w:p>
      <w:r>
        <w:rPr>
          <w:b/>
        </w:rPr>
        <w:t xml:space="preserve">[47:39] </w:t>
      </w:r>
      <w:r>
        <w:t>agar struggle na ho, challenge na ho to zindagi jamood ka shikar ho jayegi.</w:t>
      </w:r>
    </w:p>
    <w:p>
      <w:pPr>
        <w:jc w:val="right"/>
      </w:pPr>
      <w:r>
        <w:t>اگر struggle نہ ہو، challenge نہ ہو تو زندگی جمود کا شکار ہو جائے گی۔</w:t>
      </w:r>
    </w:p>
    <w:p>
      <w:r>
        <w:rPr>
          <w:b/>
        </w:rPr>
        <w:t xml:space="preserve">[47:46] </w:t>
      </w:r>
      <w:r>
        <w:t>maulana, agla sawal srinagar se bheja hai riyaz bhat sahab ne, aur unhon ne likha hai: "maulana</w:t>
      </w:r>
    </w:p>
    <w:p>
      <w:pPr>
        <w:jc w:val="right"/>
      </w:pPr>
      <w:r>
        <w:t>مولانا، اگلا سوال سری نگر سے بھیجا ہے ریاض بھٹ صاحب نے، اور انہوں نے لکھا ہے: "مولانا</w:t>
      </w:r>
    </w:p>
    <w:p>
      <w:r>
        <w:rPr>
          <w:b/>
        </w:rPr>
        <w:t xml:space="preserve">[47:53] </w:t>
      </w:r>
      <w:r>
        <w:t>sahab, is it correct that heart-based spirituality is a goal of meditation while mind-based spirituality can be attained by contemplation?</w:t>
      </w:r>
    </w:p>
    <w:p>
      <w:pPr>
        <w:jc w:val="right"/>
      </w:pPr>
      <w:r>
        <w:t>صاحب، is it correct that heart-based spirituality is a goal of meditation while mind-based spirituality can be attained by contemplation?</w:t>
      </w:r>
    </w:p>
    <w:p>
      <w:r>
        <w:rPr>
          <w:b/>
        </w:rPr>
        <w:t xml:space="preserve">[48:00] </w:t>
      </w:r>
      <w:r>
        <w:t>please elaborate on this point." dekhen, mera jo experience hai, is ke mutabiq heart-based spirituality is nothing.</w:t>
      </w:r>
    </w:p>
    <w:p>
      <w:pPr>
        <w:jc w:val="right"/>
      </w:pPr>
      <w:r>
        <w:t>Please elaborate on this point." دیکھیں، میرا جو experience ہے، اس کے مطابق heart-based spirituality is nothing.</w:t>
      </w:r>
    </w:p>
    <w:p>
      <w:r>
        <w:rPr>
          <w:b/>
        </w:rPr>
        <w:t xml:space="preserve">[48:06] </w:t>
      </w:r>
      <w:r>
        <w:t>woh sirf ek assumption hai.</w:t>
      </w:r>
    </w:p>
    <w:p>
      <w:pPr>
        <w:jc w:val="right"/>
      </w:pPr>
      <w:r>
        <w:t>وہ صرف ایک assumption ہے۔</w:t>
      </w:r>
    </w:p>
    <w:p>
      <w:r>
        <w:rPr>
          <w:b/>
        </w:rPr>
        <w:t xml:space="preserve">[48:13] </w:t>
      </w:r>
      <w:r>
        <w:t>assume kar liya gaya tha pehle zamane mein ke heart jo hai, woh center hai spirituality ka.</w:t>
      </w:r>
    </w:p>
    <w:p>
      <w:pPr>
        <w:jc w:val="right"/>
      </w:pPr>
      <w:r>
        <w:t>Assume کر لیا گیا تھا پہلے زمانے میں کہ heart جو ہے، وہ center ہے spirituality کا۔</w:t>
      </w:r>
    </w:p>
    <w:p>
      <w:r>
        <w:rPr>
          <w:b/>
        </w:rPr>
        <w:t xml:space="preserve">[48:19] </w:t>
      </w:r>
      <w:r>
        <w:t>magar woh to wrong assumption hai.</w:t>
      </w:r>
    </w:p>
    <w:p>
      <w:pPr>
        <w:jc w:val="right"/>
      </w:pPr>
      <w:r>
        <w:t>مگر وہ تو wrong assumption ہے۔</w:t>
      </w:r>
    </w:p>
    <w:p>
      <w:r>
        <w:rPr>
          <w:b/>
        </w:rPr>
        <w:t xml:space="preserve">[48:26] </w:t>
      </w:r>
      <w:r>
        <w:t>jab tak modern science nahi aayi thi, tab tak is mein log mashgool rahe.</w:t>
      </w:r>
    </w:p>
    <w:p>
      <w:pPr>
        <w:jc w:val="right"/>
      </w:pPr>
      <w:r>
        <w:t>جب تک modern science نہیں آئی تھی، تب تک اس میں لوگ مشغول رہے۔</w:t>
      </w:r>
    </w:p>
    <w:p>
      <w:r>
        <w:rPr>
          <w:b/>
        </w:rPr>
        <w:t xml:space="preserve">[48:32] </w:t>
      </w:r>
      <w:r>
        <w:t>main is ko manta hi nahi ke heart-based spirituality koi cheez hai.</w:t>
      </w:r>
    </w:p>
    <w:p>
      <w:pPr>
        <w:jc w:val="right"/>
      </w:pPr>
      <w:r>
        <w:t>میں اس کو مانتا ہی نہیں کہ heart-based spirituality کوئی چیز ہے۔</w:t>
      </w:r>
    </w:p>
    <w:p>
      <w:r>
        <w:rPr>
          <w:b/>
        </w:rPr>
        <w:t xml:space="preserve">[48:39] </w:t>
      </w:r>
      <w:r>
        <w:t>woh to assumption hai.</w:t>
      </w:r>
    </w:p>
    <w:p>
      <w:pPr>
        <w:jc w:val="right"/>
      </w:pPr>
      <w:r>
        <w:t>وہ تو assumption ہے۔</w:t>
      </w:r>
    </w:p>
    <w:p>
      <w:r>
        <w:rPr>
          <w:b/>
        </w:rPr>
        <w:t xml:space="preserve">[48:46] </w:t>
      </w:r>
      <w:r>
        <w:t>real spirituality wohi hai jo mind-based ho.</w:t>
      </w:r>
    </w:p>
    <w:p>
      <w:pPr>
        <w:jc w:val="right"/>
      </w:pPr>
      <w:r>
        <w:t>Real spirituality وہی ہے جو mind-based ہو۔</w:t>
      </w:r>
    </w:p>
    <w:p>
      <w:r>
        <w:rPr>
          <w:b/>
        </w:rPr>
        <w:t xml:space="preserve">[48:52] </w:t>
      </w:r>
      <w:r>
        <w:t>is par maine likha hai, bohat kaafi is ko aap dekh sakte hain.</w:t>
      </w:r>
    </w:p>
    <w:p>
      <w:pPr>
        <w:jc w:val="right"/>
      </w:pPr>
      <w:r>
        <w:t>اس پر میں نے لکھا ہے، بہت کافی اس کو آپ دیکھ سکتے ہیں۔</w:t>
      </w:r>
    </w:p>
    <w:p>
      <w:r>
        <w:rPr>
          <w:b/>
        </w:rPr>
        <w:t xml:space="preserve">[48:59] </w:t>
      </w:r>
      <w:r>
        <w:t>ji, maulana sahab, agla sawal bhi isi se related hai jo srinagar se hi bheja hai aamir</w:t>
      </w:r>
    </w:p>
    <w:p>
      <w:pPr>
        <w:jc w:val="right"/>
      </w:pPr>
      <w:r>
        <w:t>جی، مولانا صاحب، اگلا سوال بھی اسی سے related ہے جو سری نگر سے ہی بھیجا ہے عامر</w:t>
      </w:r>
    </w:p>
    <w:p>
      <w:r>
        <w:rPr>
          <w:b/>
        </w:rPr>
        <w:t xml:space="preserve">[49:05] </w:t>
      </w:r>
      <w:r>
        <w:t>mori sahab ne, aur unhon ne likha hai: "maulana sahab, while talking to one person, i told him</w:t>
      </w:r>
    </w:p>
    <w:p>
      <w:pPr>
        <w:jc w:val="right"/>
      </w:pPr>
      <w:r>
        <w:t>موری صاحب نے، اور انہوں نے لکھا ہے: "مولانا صاحب، while talking to one person, I told him</w:t>
      </w:r>
    </w:p>
    <w:p>
      <w:r>
        <w:rPr>
          <w:b/>
        </w:rPr>
        <w:t xml:space="preserve">[49:12] </w:t>
      </w:r>
      <w:r>
        <w:t>that we must work on our intellect, and qalb mentioned in quran has a direct reference with mind.</w:t>
      </w:r>
    </w:p>
    <w:p>
      <w:pPr>
        <w:jc w:val="right"/>
      </w:pPr>
      <w:r>
        <w:t>that we must work on our intellect, and qalb mentioned in Quran has a direct reference with mind.</w:t>
      </w:r>
    </w:p>
    <w:p>
      <w:r>
        <w:rPr>
          <w:b/>
        </w:rPr>
        <w:t xml:space="preserve">[49:19] </w:t>
      </w:r>
      <w:r>
        <w:t>he insisted that starting point is heart, and if our heart is not pure, we cannot achieve spirituality.</w:t>
      </w:r>
    </w:p>
    <w:p>
      <w:pPr>
        <w:jc w:val="right"/>
      </w:pPr>
      <w:r>
        <w:t>He insisted that starting point is heart, and if our heart is not pure, we cannot achieve spirituality.</w:t>
      </w:r>
    </w:p>
    <w:p>
      <w:r>
        <w:rPr>
          <w:b/>
        </w:rPr>
        <w:t xml:space="preserve">[49:25] </w:t>
      </w:r>
      <w:r>
        <w:t>maulana sahab, kindly guide us as to how we should address such questions." dekhen, yeh awaaz sahi hai.</w:t>
      </w:r>
    </w:p>
    <w:p>
      <w:pPr>
        <w:jc w:val="right"/>
      </w:pPr>
      <w:r>
        <w:t>مولانا صاحب, kindly guide us as to how we should address such questions." دیکھیں، یہ آواز صحیح ہے۔</w:t>
      </w:r>
    </w:p>
    <w:p>
      <w:r>
        <w:rPr>
          <w:b/>
        </w:rPr>
        <w:t xml:space="preserve">[49:32] </w:t>
      </w:r>
      <w:r>
        <w:t>aise insaan hamesha se samajhta tha ke suraj jo hai, woh zameen ke gird ghoom raha hai.</w:t>
      </w:r>
    </w:p>
    <w:p>
      <w:pPr>
        <w:jc w:val="right"/>
      </w:pPr>
      <w:r>
        <w:t>ایسے انسان ہمیشہ سے سمجھتا تھا کہ سورج جو ہے، وہ زمین کے گرد گھوم رہا ہے۔</w:t>
      </w:r>
    </w:p>
    <w:p>
      <w:r>
        <w:rPr>
          <w:b/>
        </w:rPr>
        <w:t xml:space="preserve">[49:39] </w:t>
      </w:r>
      <w:r>
        <w:t>hazaron saal se insaan yeh manta tha ke yeh pre-science door jo tha, is ka phenomena hai.</w:t>
      </w:r>
    </w:p>
    <w:p>
      <w:pPr>
        <w:jc w:val="right"/>
      </w:pPr>
      <w:r>
        <w:t>ہزاروں سال سے انسان یہ مانتا تھا کہ یہ pre-science دور جو تھا، اس کا phenomena ہے۔</w:t>
      </w:r>
    </w:p>
    <w:p>
      <w:r>
        <w:rPr>
          <w:b/>
        </w:rPr>
        <w:t xml:space="preserve">[49:46] </w:t>
      </w:r>
      <w:r>
        <w:t>yeh ab is ka koi matlab hi nahi, koi sense nahi hai, kyunke heart ke liye sabit ho</w:t>
      </w:r>
    </w:p>
    <w:p>
      <w:pPr>
        <w:jc w:val="right"/>
      </w:pPr>
      <w:r>
        <w:t>یہ اب اس کا کوئی مطلب ہی نہیں، کوئی sense نہیں ہے، کیونکہ heart کے لیے ثابت ہو</w:t>
      </w:r>
    </w:p>
    <w:p>
      <w:r>
        <w:rPr>
          <w:b/>
        </w:rPr>
        <w:t xml:space="preserve">[49:53] </w:t>
      </w:r>
      <w:r>
        <w:t>chuka hai ke woh circulation of blood kar karta hai aur kuch nahin.</w:t>
      </w:r>
    </w:p>
    <w:p>
      <w:pPr>
        <w:jc w:val="right"/>
      </w:pPr>
      <w:r>
        <w:t>چکا ہے کہ وہ circulation of blood کر کرتا ہے اور کچھ نہیں۔</w:t>
      </w:r>
    </w:p>
    <w:p>
      <w:r>
        <w:rPr>
          <w:b/>
        </w:rPr>
        <w:t xml:space="preserve">[50:00] </w:t>
      </w:r>
      <w:r>
        <w:t>yani thinking heart ka concept khatm ho chuka hai.</w:t>
      </w:r>
    </w:p>
    <w:p>
      <w:pPr>
        <w:jc w:val="right"/>
      </w:pPr>
      <w:r>
        <w:t>یعنی thinking heart کا concept ختم ہو چکا ہے۔</w:t>
      </w:r>
    </w:p>
    <w:p>
      <w:r>
        <w:rPr>
          <w:b/>
        </w:rPr>
        <w:t xml:space="preserve">[50:07] </w:t>
      </w:r>
      <w:r>
        <w:t>jo log science ki se jo haqeeqatein maloom hui, us ko nahin jante, woh yeh sab baatein karte hain.</w:t>
      </w:r>
    </w:p>
    <w:p>
      <w:pPr>
        <w:jc w:val="right"/>
      </w:pPr>
      <w:r>
        <w:t>جو لوگ science کی سے جو حقیقتیں معلوم ہوئی، اس کو نہیں جانتے، وہ یہ سب باتیں کرتے ہیں۔</w:t>
      </w:r>
    </w:p>
    <w:p>
      <w:r>
        <w:rPr>
          <w:b/>
        </w:rPr>
        <w:t xml:space="preserve">[50:14] </w:t>
      </w:r>
      <w:r>
        <w:t>unawareness, yeh baatein jo hain, due to unawareness hain.</w:t>
      </w:r>
    </w:p>
    <w:p>
      <w:pPr>
        <w:jc w:val="right"/>
      </w:pPr>
      <w:r>
        <w:t>Unawareness، یہ باتیں جو ہیں، due to unawareness ہیں۔</w:t>
      </w:r>
    </w:p>
    <w:p>
      <w:r>
        <w:rPr>
          <w:b/>
        </w:rPr>
        <w:t xml:space="preserve">[50:21] </w:t>
      </w:r>
      <w:r>
        <w:t>un ki unawareness ko khatm kijiye.</w:t>
      </w:r>
    </w:p>
    <w:p>
      <w:pPr>
        <w:jc w:val="right"/>
      </w:pPr>
      <w:r>
        <w:t>ان کی unawareness کو ختم کیجئے۔</w:t>
      </w:r>
    </w:p>
    <w:p>
      <w:r>
        <w:rPr>
          <w:b/>
        </w:rPr>
        <w:t xml:space="preserve">[50:28] </w:t>
      </w:r>
      <w:r>
        <w:t>ji, Maulana, agla sawal lene se pehle aa do comment parhna chahenge.</w:t>
      </w:r>
    </w:p>
    <w:p>
      <w:pPr>
        <w:jc w:val="right"/>
      </w:pPr>
      <w:r>
        <w:t>جی، مولانا، اگلا سوال لینے سے پہلے آ دو comment پڑھنا چاہیں گے۔</w:t>
      </w:r>
    </w:p>
    <w:p>
      <w:r>
        <w:rPr>
          <w:b/>
        </w:rPr>
        <w:t xml:space="preserve">[50:35] </w:t>
      </w:r>
      <w:r>
        <w:t>pehla comment bheja hai Syed Abid sahib ne, Kashmir se.</w:t>
      </w:r>
    </w:p>
    <w:p>
      <w:pPr>
        <w:jc w:val="right"/>
      </w:pPr>
      <w:r>
        <w:t>پہلا comment بھیجا ہے سید عابد صاحب نے، کشمیر سے۔</w:t>
      </w:r>
    </w:p>
    <w:p>
      <w:r>
        <w:rPr>
          <w:b/>
        </w:rPr>
        <w:t xml:space="preserve">[50:42] </w:t>
      </w:r>
      <w:r>
        <w:t>unhon ne likha hai: "Great thought and right concept of spirituality. jazak Allah.</w:t>
      </w:r>
    </w:p>
    <w:p>
      <w:pPr>
        <w:jc w:val="right"/>
      </w:pPr>
      <w:r>
        <w:t>انہوں نے لکھا ہے: "Great thought and right concept of spirituality. جزاک اللہ۔</w:t>
      </w:r>
    </w:p>
    <w:p>
      <w:r>
        <w:rPr>
          <w:b/>
        </w:rPr>
        <w:t xml:space="preserve">[50:49] </w:t>
      </w:r>
      <w:r>
        <w:t>agla comment bheja hai Faisal Saleem sahib ne, Bangalore se, aur unhon ne likha hai: "Maulana sahib, once</w:t>
      </w:r>
    </w:p>
    <w:p>
      <w:pPr>
        <w:jc w:val="right"/>
      </w:pPr>
      <w:r>
        <w:t>اگلا comment بھیجا ہے فیصل سلیم صاحب نے، بنگلور سے، اور انہوں نے لکھا ہے: "مولانا صاحب، once</w:t>
      </w:r>
    </w:p>
    <w:p>
      <w:r>
        <w:rPr>
          <w:b/>
        </w:rPr>
        <w:t xml:space="preserve">[50:56] </w:t>
      </w:r>
      <w:r>
        <w:t>again an enlightening lesson.</w:t>
      </w:r>
    </w:p>
    <w:p>
      <w:pPr>
        <w:jc w:val="right"/>
      </w:pPr>
      <w:r>
        <w:t>again an enlightening lesson.</w:t>
      </w:r>
    </w:p>
    <w:p>
      <w:r>
        <w:rPr>
          <w:b/>
        </w:rPr>
        <w:t xml:space="preserve">[51:03] </w:t>
      </w:r>
      <w:r>
        <w:t>I really got to know how to achieve the spiritual goal, keeping positivity in mind and availing the</w:t>
      </w:r>
    </w:p>
    <w:p>
      <w:pPr>
        <w:jc w:val="right"/>
      </w:pPr>
      <w:r>
        <w:t>I really got to know how to achieve the spiritual goal, keeping positivity in mind and availing the</w:t>
      </w:r>
    </w:p>
    <w:p>
      <w:r>
        <w:rPr>
          <w:b/>
        </w:rPr>
        <w:t xml:space="preserve">[51:10] </w:t>
      </w:r>
      <w:r>
        <w:t>opportunity in all the spheres of life." Maulana, agla sawal Miss Shabana Idrees ne bheja hai Raipur se.</w:t>
      </w:r>
    </w:p>
    <w:p>
      <w:pPr>
        <w:jc w:val="right"/>
      </w:pPr>
      <w:r>
        <w:t>opportunity in all the spheres of life." مولانا، اگلا سوال مس شبانہ ادریس نے بھیجا ہے رائے پور سے۔</w:t>
      </w:r>
    </w:p>
    <w:p>
      <w:r>
        <w:rPr>
          <w:b/>
        </w:rPr>
        <w:t xml:space="preserve">[51:17] </w:t>
      </w:r>
      <w:r>
        <w:t>unhon ne likha hai: "Maulana sahib, whenever I tell people creation plan of God, they listen to me carefully.</w:t>
      </w:r>
    </w:p>
    <w:p>
      <w:pPr>
        <w:jc w:val="right"/>
      </w:pPr>
      <w:r>
        <w:t>انہوں نے لکھا ہے: "مولانا صاحب، whenever I tell people creation plan of God, they listen to me carefully.</w:t>
      </w:r>
    </w:p>
    <w:p>
      <w:r>
        <w:rPr>
          <w:b/>
        </w:rPr>
        <w:t xml:space="preserve">[51:24] </w:t>
      </w:r>
      <w:r>
        <w:t>But when I tell them that this creation plan of God is according to Islam, they suddenly lose their interest and start thinking that I am propagating Islam. So my question is: how can I tell creation plan of God in the context of Islam?"</w:t>
      </w:r>
    </w:p>
    <w:p>
      <w:pPr>
        <w:jc w:val="right"/>
      </w:pPr>
      <w:r>
        <w:t>But when I tell them that this creation plan of God is according to Islam, they suddenly lose their interest and start thinking that I am propagating Islam. So my question is: how can I tell creation plan of God in the context of Islam?</w:t>
      </w:r>
    </w:p>
    <w:p>
      <w:r>
        <w:rPr>
          <w:b/>
        </w:rPr>
        <w:t xml:space="preserve">[51:42] </w:t>
      </w:r>
      <w:r>
        <w:t>" dekhen, ek hi sitting mein aap sari baat nahin kar sakte.</w:t>
      </w:r>
    </w:p>
    <w:p>
      <w:pPr>
        <w:jc w:val="right"/>
      </w:pPr>
      <w:r>
        <w:t>" دیکھیں، ایک ہی sitting میں آپ ساری بات نہیں کر سکتے۔</w:t>
      </w:r>
    </w:p>
    <w:p>
      <w:r>
        <w:rPr>
          <w:b/>
        </w:rPr>
        <w:t xml:space="preserve">[51:47] </w:t>
      </w:r>
      <w:r>
        <w:t>yeh ek process hai.</w:t>
      </w:r>
    </w:p>
    <w:p>
      <w:pPr>
        <w:jc w:val="right"/>
      </w:pPr>
      <w:r>
        <w:t>یہ ایک process ہے۔</w:t>
      </w:r>
    </w:p>
    <w:p>
      <w:r>
        <w:rPr>
          <w:b/>
        </w:rPr>
        <w:t xml:space="preserve">[51:53] </w:t>
      </w:r>
      <w:r>
        <w:t>dawat jo hai, woh ek process hai.</w:t>
      </w:r>
    </w:p>
    <w:p>
      <w:pPr>
        <w:jc w:val="right"/>
      </w:pPr>
      <w:r>
        <w:t>دعوت جو ہے، وہ ایک process ہے۔</w:t>
      </w:r>
    </w:p>
    <w:p>
      <w:r>
        <w:rPr>
          <w:b/>
        </w:rPr>
        <w:t xml:space="preserve">[51:59] </w:t>
      </w:r>
      <w:r>
        <w:t>yeh nahin ke bas ek hi sitting mein announce kar dein sari baat A se Z tak.</w:t>
      </w:r>
    </w:p>
    <w:p>
      <w:pPr>
        <w:jc w:val="right"/>
      </w:pPr>
      <w:r>
        <w:t>یہ نہیں کہ بس ایک ہی sitting میں announce کر دیں ساری بات A سے Z تک۔</w:t>
      </w:r>
    </w:p>
    <w:p>
      <w:r>
        <w:rPr>
          <w:b/>
        </w:rPr>
        <w:t xml:space="preserve">[52:05] </w:t>
      </w:r>
      <w:r>
        <w:t>to aadmi pakdega nahin.</w:t>
      </w:r>
    </w:p>
    <w:p>
      <w:pPr>
        <w:jc w:val="right"/>
      </w:pPr>
      <w:r>
        <w:t>تو آدمی پکڑے گا نہیں۔</w:t>
      </w:r>
    </w:p>
    <w:p>
      <w:r>
        <w:rPr>
          <w:b/>
        </w:rPr>
        <w:t xml:space="preserve">[52:11] </w:t>
      </w:r>
      <w:r>
        <w:t>aap dekhen ke audience jo hai, kitna accept ho sakta hai. itna kahiye.</w:t>
      </w:r>
    </w:p>
    <w:p>
      <w:pPr>
        <w:jc w:val="right"/>
      </w:pPr>
      <w:r>
        <w:t>آپ دیکھیں کہ audience جو ہے، کتنا accept ہو سکتا ہے۔ اتنا کہیے۔</w:t>
      </w:r>
    </w:p>
    <w:p>
      <w:r>
        <w:rPr>
          <w:b/>
        </w:rPr>
        <w:t xml:space="preserve">[52:17] </w:t>
      </w:r>
      <w:r>
        <w:t>baqi ke liye is ko kahiye ke kitabein padho, literature dijiye is ko.</w:t>
      </w:r>
    </w:p>
    <w:p>
      <w:pPr>
        <w:jc w:val="right"/>
      </w:pPr>
      <w:r>
        <w:t>باقی کے لیے اس کو کہیے کہ کتابیں پڑھو، literature دیجیے اس کو۔</w:t>
      </w:r>
    </w:p>
    <w:p>
      <w:r>
        <w:rPr>
          <w:b/>
        </w:rPr>
        <w:t xml:space="preserve">[52:23] </w:t>
      </w:r>
      <w:r>
        <w:t>yani aap baat cheet mein, discussion mein to itna hi kahiye jitna ke aap ka mukhatib sunne ke</w:t>
      </w:r>
    </w:p>
    <w:p>
      <w:pPr>
        <w:jc w:val="right"/>
      </w:pPr>
      <w:r>
        <w:t>یعنی آپ بات چیت میں، discussion میں تو اتنا ہی کہیے جتنا کہ آپ کا مخاطب سننے کے</w:t>
      </w:r>
    </w:p>
    <w:p>
      <w:r>
        <w:rPr>
          <w:b/>
        </w:rPr>
        <w:t xml:space="preserve">[52:28] </w:t>
      </w:r>
      <w:r>
        <w:t>liye tayyar hai.</w:t>
      </w:r>
    </w:p>
    <w:p>
      <w:pPr>
        <w:jc w:val="right"/>
      </w:pPr>
      <w:r>
        <w:t>لیے تیار ہے۔</w:t>
      </w:r>
    </w:p>
    <w:p>
      <w:r>
        <w:rPr>
          <w:b/>
        </w:rPr>
        <w:t xml:space="preserve">[52:34] </w:t>
      </w:r>
      <w:r>
        <w:t>baqi ke liye aap kitabein dijiye.</w:t>
      </w:r>
    </w:p>
    <w:p>
      <w:pPr>
        <w:jc w:val="right"/>
      </w:pPr>
      <w:r>
        <w:t>باقی کے لیے آپ کتابیں دیجیے۔</w:t>
      </w:r>
    </w:p>
    <w:p>
      <w:r>
        <w:rPr>
          <w:b/>
        </w:rPr>
        <w:t xml:space="preserve">[52:40] </w:t>
      </w:r>
      <w:r>
        <w:t>kyun ke kitabein jo hain, woh aadmi jo padhta hai to woh alag padhta hai.</w:t>
      </w:r>
    </w:p>
    <w:p>
      <w:pPr>
        <w:jc w:val="right"/>
      </w:pPr>
      <w:r>
        <w:t>کیونکہ کتابیں جو ہیں، وہ آدمی جو پڑھتا ہے تو وہ الگ پڑھتا ہے۔</w:t>
      </w:r>
    </w:p>
    <w:p>
      <w:r>
        <w:rPr>
          <w:b/>
        </w:rPr>
        <w:t xml:space="preserve">[52:46] </w:t>
      </w:r>
      <w:r>
        <w:t>us waqt woh har cheez padh sakta hai.</w:t>
      </w:r>
    </w:p>
    <w:p>
      <w:pPr>
        <w:jc w:val="right"/>
      </w:pPr>
      <w:r>
        <w:t>اس وقت وہ ہر چیز پڑھ سکتا ہے۔</w:t>
      </w:r>
    </w:p>
    <w:p>
      <w:r>
        <w:rPr>
          <w:b/>
        </w:rPr>
        <w:t xml:space="preserve">[52:52] </w:t>
      </w:r>
      <w:r>
        <w:t>lekin sunne mein is ka ego saamne aa jata hai.</w:t>
      </w:r>
    </w:p>
    <w:p>
      <w:pPr>
        <w:jc w:val="right"/>
      </w:pPr>
      <w:r>
        <w:t>لیکن سننے میں اس کا ego سامنے آ جاتا ہے۔</w:t>
      </w:r>
    </w:p>
    <w:p>
      <w:r>
        <w:rPr>
          <w:b/>
        </w:rPr>
        <w:t xml:space="preserve">[52:58] </w:t>
      </w:r>
      <w:r>
        <w:t>to aap yeh kijiye ke jab direct baat cheet ka mauqa hai to aap wahi itna hi bolie</w:t>
      </w:r>
    </w:p>
    <w:p>
      <w:pPr>
        <w:jc w:val="right"/>
      </w:pPr>
      <w:r>
        <w:t>تو آپ یہ کیجئے کہ جب direct بات چیت کا موقع ہے تو آپ وہی اتنا ہی بولیے</w:t>
      </w:r>
    </w:p>
    <w:p>
      <w:r>
        <w:rPr>
          <w:b/>
        </w:rPr>
        <w:t xml:space="preserve">[53:04] </w:t>
      </w:r>
      <w:r>
        <w:t>jitna ke aap woh accept karne ke mood mein hain.</w:t>
      </w:r>
    </w:p>
    <w:p>
      <w:pPr>
        <w:jc w:val="right"/>
      </w:pPr>
      <w:r>
        <w:t>جتنا کہ آپ وہ accept کرنے کے mood میں ہیں۔</w:t>
      </w:r>
    </w:p>
    <w:p>
      <w:r>
        <w:rPr>
          <w:b/>
        </w:rPr>
        <w:t xml:space="preserve">[53:09] </w:t>
      </w:r>
      <w:r>
        <w:t>is tarah bolie hi mat.</w:t>
      </w:r>
    </w:p>
    <w:p>
      <w:pPr>
        <w:jc w:val="right"/>
      </w:pPr>
      <w:r>
        <w:t>اس طرح بولیے ہی مت۔</w:t>
      </w:r>
    </w:p>
    <w:p>
      <w:r>
        <w:rPr>
          <w:b/>
        </w:rPr>
        <w:t xml:space="preserve">[53:15] </w:t>
      </w:r>
      <w:r>
        <w:t>yani qalam sawa, jo quran mein aaya hai, qalam sawa, common ground ke mutabiq baqi ke liye kitabein</w:t>
      </w:r>
    </w:p>
    <w:p>
      <w:pPr>
        <w:jc w:val="right"/>
      </w:pPr>
      <w:r>
        <w:t>یعنی قلم سوا، جو قرآن میں آیا ہے، قلم سوا، common ground کے مطابق باقی کے لیے کتابیں</w:t>
      </w:r>
    </w:p>
    <w:p>
      <w:r>
        <w:rPr>
          <w:b/>
        </w:rPr>
        <w:t xml:space="preserve">[53:21] </w:t>
      </w:r>
      <w:r>
        <w:t>dijiye, quran dijiye.</w:t>
      </w:r>
    </w:p>
    <w:p>
      <w:pPr>
        <w:jc w:val="right"/>
      </w:pPr>
      <w:r>
        <w:t>دیجیے، قرآن دیجیے۔</w:t>
      </w:r>
    </w:p>
    <w:p>
      <w:r>
        <w:rPr>
          <w:b/>
        </w:rPr>
        <w:t xml:space="preserve">[53:27] </w:t>
      </w:r>
      <w:r>
        <w:t>to yeh two fold process hai dawat.</w:t>
      </w:r>
    </w:p>
    <w:p>
      <w:pPr>
        <w:jc w:val="right"/>
      </w:pPr>
      <w:r>
        <w:t>تو یہ two fold process ہے دعوت۔</w:t>
      </w:r>
    </w:p>
    <w:p>
      <w:r>
        <w:rPr>
          <w:b/>
        </w:rPr>
        <w:t xml:space="preserve">[53:33] </w:t>
      </w:r>
      <w:r>
        <w:t>yani ek kaam hoga mulaqaat ke zariye, doosra kaam hoga quran ke zariye aur kitabon ke zariye.</w:t>
      </w:r>
    </w:p>
    <w:p>
      <w:pPr>
        <w:jc w:val="right"/>
      </w:pPr>
      <w:r>
        <w:t>یعنی ایک کام ہوگا ملاقات کے ذریعے، دوسرا کام ہوگا قرآن کے ذریعے اور کتابوں کے ذریعے۔</w:t>
      </w:r>
    </w:p>
    <w:p>
      <w:r>
        <w:rPr>
          <w:b/>
        </w:rPr>
        <w:t xml:space="preserve">[53:39] </w:t>
      </w:r>
      <w:r>
        <w:t>ji, maulana, agla sawal kolkata se aa bheja hai aa muhammad bilal shafi sahib ne, aur unhon ne</w:t>
      </w:r>
    </w:p>
    <w:p>
      <w:pPr>
        <w:jc w:val="right"/>
      </w:pPr>
      <w:r>
        <w:t>جی، مولانا، اگلا سوال کلکتہ سے آ بھیجا ہے آ محمد بلال شفیع صاحب نے، اور انہوں نے</w:t>
      </w:r>
    </w:p>
    <w:p>
      <w:r>
        <w:rPr>
          <w:b/>
        </w:rPr>
        <w:t xml:space="preserve">[53:45] </w:t>
      </w:r>
      <w:r>
        <w:t>likha hai: "When spirituality is not leading us to worship of God, then where could the fault be?</w:t>
      </w:r>
    </w:p>
    <w:p>
      <w:pPr>
        <w:jc w:val="right"/>
      </w:pPr>
      <w:r>
        <w:t>لکھا ہے: "When spirituality is not leading us to worship of God, then where could the fault be?</w:t>
      </w:r>
    </w:p>
    <w:p>
      <w:r>
        <w:rPr>
          <w:b/>
        </w:rPr>
        <w:t xml:space="preserve">[53:51] </w:t>
      </w:r>
      <w:r>
        <w:t>What is your opinion on this, maulana sahib?</w:t>
      </w:r>
    </w:p>
    <w:p>
      <w:pPr>
        <w:jc w:val="right"/>
      </w:pPr>
      <w:r>
        <w:t>What is your opinion on this, مولانا صاحب?</w:t>
      </w:r>
    </w:p>
    <w:p>
      <w:r>
        <w:rPr>
          <w:b/>
        </w:rPr>
        <w:t xml:space="preserve">[53:57] </w:t>
      </w:r>
      <w:r>
        <w:t>" ab yeh case ko le ke janna parega kaun sa case aap ke saamne hai.</w:t>
      </w:r>
    </w:p>
    <w:p>
      <w:pPr>
        <w:jc w:val="right"/>
      </w:pPr>
      <w:r>
        <w:t>" اب یہ case کو لے کے جاننا پڑے گا کون سا case آپ کے سامنے ہے۔</w:t>
      </w:r>
    </w:p>
    <w:p>
      <w:r>
        <w:rPr>
          <w:b/>
        </w:rPr>
        <w:t xml:space="preserve">[54:04] </w:t>
      </w:r>
      <w:r>
        <w:t>kuch rare cases hain shayad yeh.</w:t>
      </w:r>
    </w:p>
    <w:p>
      <w:pPr>
        <w:jc w:val="right"/>
      </w:pPr>
      <w:r>
        <w:t>کچھ rare cases ہیں شاید یہ۔</w:t>
      </w:r>
    </w:p>
    <w:p>
      <w:r>
        <w:rPr>
          <w:b/>
        </w:rPr>
        <w:t xml:space="preserve">[54:10] </w:t>
      </w:r>
      <w:r>
        <w:t>to case study karni paregi ke jis ki aap baat kar rahe hain, woh is ka mindset kya hai.</w:t>
      </w:r>
    </w:p>
    <w:p>
      <w:pPr>
        <w:jc w:val="right"/>
      </w:pPr>
      <w:r>
        <w:t>تو case study کرنی پڑے گی کہ جس کی آپ بات کر رہے ہیں، وہ اس کا mindset کیا ہے۔</w:t>
      </w:r>
    </w:p>
    <w:p>
      <w:r>
        <w:rPr>
          <w:b/>
        </w:rPr>
        <w:t xml:space="preserve">[54:17] </w:t>
      </w:r>
      <w:r>
        <w:t>ji, is ke mutabiq us se baat kijiye aur kitabein dijiye.</w:t>
      </w:r>
    </w:p>
    <w:p>
      <w:pPr>
        <w:jc w:val="right"/>
      </w:pPr>
      <w:r>
        <w:t>جی، اس کے مطابق اس سے بات کیجئے اور کتابیں دیجئے۔</w:t>
      </w:r>
    </w:p>
    <w:p>
      <w:r>
        <w:rPr>
          <w:b/>
        </w:rPr>
        <w:t xml:space="preserve">[54:23] </w:t>
      </w:r>
      <w:r>
        <w:t>ji, quran ka translation dijiye.</w:t>
      </w:r>
    </w:p>
    <w:p>
      <w:pPr>
        <w:jc w:val="right"/>
      </w:pPr>
      <w:r>
        <w:t>جی، قرآن کا translation دیجئے۔</w:t>
      </w:r>
    </w:p>
    <w:p>
      <w:r>
        <w:rPr>
          <w:b/>
        </w:rPr>
        <w:t xml:space="preserve">[54:30] </w:t>
      </w:r>
      <w:r>
        <w:t>maulana, agla sawal lene se pehle ek comment parhna chahenge jo lahore se tariq badr sahib ne bheja hai.</w:t>
      </w:r>
    </w:p>
    <w:p>
      <w:pPr>
        <w:jc w:val="right"/>
      </w:pPr>
      <w:r>
        <w:t>مولانا، اگلا سوال لینے سے پہلے ایک comment پڑھنا چاہیں گے جو لاہور سے طارق بدر صاحب نے بھیجا ہے۔</w:t>
      </w:r>
    </w:p>
    <w:p>
      <w:r>
        <w:rPr>
          <w:b/>
        </w:rPr>
        <w:t xml:space="preserve">[54:36] </w:t>
      </w:r>
      <w:r>
        <w:t>unhon ne likha hai: "Moulana has taught us to understand the world with God's point of view.</w:t>
      </w:r>
    </w:p>
    <w:p>
      <w:pPr>
        <w:jc w:val="right"/>
      </w:pPr>
      <w:r>
        <w:t>انہوں نے لکھا ہے: "Moulana has taught us to understand the world with God's point of view.</w:t>
      </w:r>
    </w:p>
    <w:p>
      <w:r>
        <w:rPr>
          <w:b/>
        </w:rPr>
        <w:t xml:space="preserve">[54:43] </w:t>
      </w:r>
      <w:r>
        <w:t>I believe no other scholar in the history has presented the concept in this way.</w:t>
      </w:r>
    </w:p>
    <w:p>
      <w:pPr>
        <w:jc w:val="right"/>
      </w:pPr>
      <w:r>
        <w:t>I believe no other scholar in the history has presented the concept in this way.</w:t>
      </w:r>
    </w:p>
    <w:p>
      <w:r>
        <w:rPr>
          <w:b/>
        </w:rPr>
        <w:t xml:space="preserve">[54:49] </w:t>
      </w:r>
      <w:r>
        <w:t>He has converted our lives positive and meaningful.</w:t>
      </w:r>
    </w:p>
    <w:p>
      <w:pPr>
        <w:jc w:val="right"/>
      </w:pPr>
      <w:r>
        <w:t>He has converted our lives positive and meaningful.</w:t>
      </w:r>
    </w:p>
    <w:p>
      <w:r>
        <w:rPr>
          <w:b/>
        </w:rPr>
        <w:t xml:space="preserve">[54:56] </w:t>
      </w:r>
      <w:r>
        <w:t>May Allah help us to dedicate our life for Dawa work and introduce creation plan to the whole</w:t>
      </w:r>
    </w:p>
    <w:p>
      <w:pPr>
        <w:jc w:val="right"/>
      </w:pPr>
      <w:r>
        <w:t>May Allah help us to dedicate our life for Dawa work and introduce creation plan to the whole</w:t>
      </w:r>
    </w:p>
    <w:p>
      <w:r>
        <w:rPr>
          <w:b/>
        </w:rPr>
        <w:t xml:space="preserve">[55:02] </w:t>
      </w:r>
      <w:r>
        <w:t>world." jazakumullah.</w:t>
      </w:r>
    </w:p>
    <w:p>
      <w:pPr>
        <w:jc w:val="right"/>
      </w:pPr>
      <w:r>
        <w:t>world." جزاکم اللہ۔</w:t>
      </w:r>
    </w:p>
    <w:p>
      <w:r>
        <w:rPr>
          <w:b/>
        </w:rPr>
        <w:t xml:space="preserve">[55:08] </w:t>
      </w:r>
      <w:r>
        <w:t>maulana, agla sawal bheja hai aa shayad siddiqui sahib ne, bangalore se.</w:t>
      </w:r>
    </w:p>
    <w:p>
      <w:pPr>
        <w:jc w:val="right"/>
      </w:pPr>
      <w:r>
        <w:t>مولانا، اگلا سوال بھیجا ہے آ شاید صدیقی صاحب نے، بنگلور سے۔</w:t>
      </w:r>
    </w:p>
    <w:p>
      <w:r>
        <w:rPr>
          <w:b/>
        </w:rPr>
        <w:t xml:space="preserve">[55:14] </w:t>
      </w:r>
      <w:r>
        <w:t>unhon ne likha hai: "Moulana sahib, my question is that does a person need to do a great</w:t>
      </w:r>
    </w:p>
    <w:p>
      <w:pPr>
        <w:jc w:val="right"/>
      </w:pPr>
      <w:r>
        <w:t>انہوں نے لکھا ہے: "Moulana صاحب, my question is that does a person need to do a great</w:t>
      </w:r>
    </w:p>
    <w:p>
      <w:r>
        <w:rPr>
          <w:b/>
        </w:rPr>
        <w:t xml:space="preserve">[55:20] </w:t>
      </w:r>
      <w:r>
        <w:t>task to be able to give presentation before God that you mentioned in your talk today?\</w:t>
      </w:r>
    </w:p>
    <w:p>
      <w:pPr>
        <w:jc w:val="right"/>
      </w:pPr>
      <w:r>
        <w:t>task to be able to give presentation before God that you mentioned in your talk today?</w:t>
      </w:r>
    </w:p>
    <w:p>
      <w:r>
        <w:rPr>
          <w:b/>
        </w:rPr>
        <w:t xml:space="preserve">[55:27] </w:t>
      </w:r>
      <w:r>
        <w:t>For example, I would want to be such a person, but I am a person who can do small tasks like Quran distribution or giving small donations as per my meager salary. How can I then qualify to play the role of a presenter in the hereafter?</w:t>
      </w:r>
    </w:p>
    <w:p>
      <w:pPr>
        <w:jc w:val="right"/>
      </w:pPr>
      <w:r>
        <w:t>For example, I would want to be such a person, but I am a person who can do small tasks like Quran distribution or giving small donations as per my meager salary. How can I then qualify to play the role of a presenter in the hereafter?</w:t>
      </w:r>
    </w:p>
    <w:p>
      <w:r>
        <w:rPr>
          <w:b/>
        </w:rPr>
        <w:t xml:space="preserve">[55:46] </w:t>
      </w:r>
      <w:r>
        <w:t>daikhen, aisa nahi ke aap koi stage par ja ja kar training karna hai, aap ko aisa nahi hota.</w:t>
      </w:r>
    </w:p>
    <w:p>
      <w:pPr>
        <w:jc w:val="right"/>
      </w:pPr>
      <w:r>
        <w:t>" دیکھیں، ایسا نہیں کہ آپ کوئی stage پر جا جا کر training کرنا ہے، آپ کو ایسا نہیں ہوتا۔</w:t>
      </w:r>
    </w:p>
    <w:p>
      <w:r>
        <w:rPr>
          <w:b/>
        </w:rPr>
        <w:t xml:space="preserve">[55:51] </w:t>
      </w:r>
      <w:r>
        <w:t>yeh mera matlab nahi hai.</w:t>
      </w:r>
    </w:p>
    <w:p>
      <w:pPr>
        <w:jc w:val="right"/>
      </w:pPr>
      <w:r>
        <w:t>یہ میرا مطلب نہیں ہے۔</w:t>
      </w:r>
    </w:p>
    <w:p>
      <w:r>
        <w:rPr>
          <w:b/>
        </w:rPr>
        <w:t xml:space="preserve">[55:57] </w:t>
      </w:r>
      <w:r>
        <w:t>jo kaam bhi aap kar rahay hain, agar woh aap sachay dil se kar rahay hain to aap</w:t>
      </w:r>
    </w:p>
    <w:p>
      <w:pPr>
        <w:jc w:val="right"/>
      </w:pPr>
      <w:r>
        <w:t>جو کام بھی آپ کر رہے ہیں، اگر وہ آپ سچے دل سے کر رہے ہیں تو آپ</w:t>
      </w:r>
    </w:p>
    <w:p>
      <w:r>
        <w:rPr>
          <w:b/>
        </w:rPr>
        <w:t xml:space="preserve">[56:03] </w:t>
      </w:r>
      <w:r>
        <w:t>ko inspiration aye ga.</w:t>
      </w:r>
    </w:p>
    <w:p>
      <w:pPr>
        <w:jc w:val="right"/>
      </w:pPr>
      <w:r>
        <w:t>کو inspiration آئے گا۔</w:t>
      </w:r>
    </w:p>
    <w:p>
      <w:r>
        <w:rPr>
          <w:b/>
        </w:rPr>
        <w:t xml:space="preserve">[56:08] </w:t>
      </w:r>
      <w:r>
        <w:t>inspiration aap ko train karta hai.</w:t>
      </w:r>
    </w:p>
    <w:p>
      <w:pPr>
        <w:jc w:val="right"/>
      </w:pPr>
      <w:r>
        <w:t>Inspiration آپ کو train کرتا ہے۔</w:t>
      </w:r>
    </w:p>
    <w:p>
      <w:r>
        <w:rPr>
          <w:b/>
        </w:rPr>
        <w:t xml:space="preserve">[56:14] </w:t>
      </w:r>
      <w:r>
        <w:t>aisa nahi ke koi stage banayen, wahan ja ja ke taqreeren karen, is se aap prepare ho jayen ge.</w:t>
      </w:r>
    </w:p>
    <w:p>
      <w:pPr>
        <w:jc w:val="right"/>
      </w:pPr>
      <w:r>
        <w:t>ایسا نہیں کہ کوئی stage بنائیں، وہاں جا جا کے تقریریں کریں، اس سے آپ prepare ہو جائیں گے۔</w:t>
      </w:r>
    </w:p>
    <w:p>
      <w:r>
        <w:rPr>
          <w:b/>
        </w:rPr>
        <w:t xml:space="preserve">[56:20] </w:t>
      </w:r>
      <w:r>
        <w:t>aisa hai hi nahi.</w:t>
      </w:r>
    </w:p>
    <w:p>
      <w:pPr>
        <w:jc w:val="right"/>
      </w:pPr>
      <w:r>
        <w:t>ایسا ہے ہی نہیں۔</w:t>
      </w:r>
    </w:p>
    <w:p>
      <w:r>
        <w:rPr>
          <w:b/>
        </w:rPr>
        <w:t xml:space="preserve">[56:26] </w:t>
      </w:r>
      <w:r>
        <w:t>aap Allah ke mission ke liye jab kaam karen ge, mission mein daikhen, koi kaam chhota hai, koi</w:t>
      </w:r>
    </w:p>
    <w:p>
      <w:pPr>
        <w:jc w:val="right"/>
      </w:pPr>
      <w:r>
        <w:t>آپ اللہ کے mission کے لیے جب کام کریں گے، mission میں دیکھیں، کوئی کام چھوٹا ہے، کوئی</w:t>
      </w:r>
    </w:p>
    <w:p>
      <w:r>
        <w:rPr>
          <w:b/>
        </w:rPr>
        <w:t xml:space="preserve">[56:31] </w:t>
      </w:r>
      <w:r>
        <w:t>bara nahi hota.</w:t>
      </w:r>
    </w:p>
    <w:p>
      <w:pPr>
        <w:jc w:val="right"/>
      </w:pPr>
      <w:r>
        <w:t>بڑا نہیں ہوتا۔</w:t>
      </w:r>
    </w:p>
    <w:p>
      <w:r>
        <w:rPr>
          <w:b/>
        </w:rPr>
        <w:t xml:space="preserve">[56:37] </w:t>
      </w:r>
      <w:r>
        <w:t>har kaam barabar ka hota hai.</w:t>
      </w:r>
    </w:p>
    <w:p>
      <w:pPr>
        <w:jc w:val="right"/>
      </w:pPr>
      <w:r>
        <w:t>ہر کام برابر کا ہوتا ہے۔</w:t>
      </w:r>
    </w:p>
    <w:p>
      <w:r>
        <w:rPr>
          <w:b/>
        </w:rPr>
        <w:t xml:space="preserve">[56:43] </w:t>
      </w:r>
      <w:r>
        <w:t>to jab Allah ke liye aap karen ge mission ka kaam, chahe koi bhi kaam ho, chahe sirf</w:t>
      </w:r>
    </w:p>
    <w:p>
      <w:pPr>
        <w:jc w:val="right"/>
      </w:pPr>
      <w:r>
        <w:t>تو جب اللہ کے لیے آپ کریں گے mission کا کام، چاہے کوئی بھی کام ہو، چاہے صرف</w:t>
      </w:r>
    </w:p>
    <w:p>
      <w:r>
        <w:rPr>
          <w:b/>
        </w:rPr>
        <w:t xml:space="preserve">[56:48] </w:t>
      </w:r>
      <w:r>
        <w:t>quran ka distribution hi ho, tab bhi aap ko inspiration aye ga.</w:t>
      </w:r>
    </w:p>
    <w:p>
      <w:pPr>
        <w:jc w:val="right"/>
      </w:pPr>
      <w:r>
        <w:t>قرآن کا distribution ہی ہو، تب بھی آپ کو inspiration آئے گی۔</w:t>
      </w:r>
    </w:p>
    <w:p>
      <w:r>
        <w:rPr>
          <w:b/>
        </w:rPr>
        <w:t xml:space="preserve">[56:54] </w:t>
      </w:r>
      <w:r>
        <w:t>woh inspiration aap ko train karta hai.</w:t>
      </w:r>
    </w:p>
    <w:p>
      <w:pPr>
        <w:jc w:val="right"/>
      </w:pPr>
      <w:r>
        <w:t>وہ inspiration آپ کو train کرتا ہے۔</w:t>
      </w:r>
    </w:p>
    <w:p>
      <w:r>
        <w:rPr>
          <w:b/>
        </w:rPr>
        <w:t xml:space="preserve">[57:00] </w:t>
      </w:r>
      <w:r>
        <w:t>is inspiration ke tehat aap ki personality banti hai.</w:t>
      </w:r>
    </w:p>
    <w:p>
      <w:pPr>
        <w:jc w:val="right"/>
      </w:pPr>
      <w:r>
        <w:t>اس inspiration کے تحت آپ کی personality بنتی ہے۔</w:t>
      </w:r>
    </w:p>
    <w:p>
      <w:r>
        <w:rPr>
          <w:b/>
        </w:rPr>
        <w:t xml:space="preserve">[57:06] </w:t>
      </w:r>
      <w:r>
        <w:t>yehi sahi tareeqa hai.</w:t>
      </w:r>
    </w:p>
    <w:p>
      <w:pPr>
        <w:jc w:val="right"/>
      </w:pPr>
      <w:r>
        <w:t>یہی صحیح طریقہ ہے۔</w:t>
      </w:r>
    </w:p>
    <w:p>
      <w:r>
        <w:rPr>
          <w:b/>
        </w:rPr>
        <w:t xml:space="preserve">[57:11] </w:t>
      </w:r>
      <w:r>
        <w:t>maulana, agla comment aur sawal bheja hai doctor hina khan ne, aa london se.</w:t>
      </w:r>
    </w:p>
    <w:p>
      <w:pPr>
        <w:jc w:val="right"/>
      </w:pPr>
      <w:r>
        <w:t>مولانا، اگلا comment اور سوال بھیجا ہے ڈاکٹر حنا خان نے، آ لندن سے۔</w:t>
      </w:r>
    </w:p>
    <w:p>
      <w:r>
        <w:rPr>
          <w:b/>
        </w:rPr>
        <w:t xml:space="preserve">[57:17] </w:t>
      </w:r>
      <w:r>
        <w:t>unhon ne likha hai: "maulana sahib, aap ke kuch peace topic par books aur quran translation bibi</w:t>
      </w:r>
    </w:p>
    <w:p>
      <w:pPr>
        <w:jc w:val="right"/>
      </w:pPr>
      <w:r>
        <w:t>انہوں نے لکھا ہے: "مولانا صاحب، آپ کے کچھ peace topic پر books اور قرآن translation بی بی</w:t>
      </w:r>
    </w:p>
    <w:p>
      <w:r>
        <w:rPr>
          <w:b/>
        </w:rPr>
        <w:t xml:space="preserve">[57:23] </w:t>
      </w:r>
      <w:r>
        <w:t>c tv par hum ne last sunday ko diye jab hum big question show mein gaye thay.</w:t>
      </w:r>
    </w:p>
    <w:p>
      <w:pPr>
        <w:jc w:val="right"/>
      </w:pPr>
      <w:r>
        <w:t>سی ٹی وی پر ہم نے last Sunday کو دیے جب ہم Big Question Show میں گئے تھے۔</w:t>
      </w:r>
    </w:p>
    <w:p>
      <w:r>
        <w:rPr>
          <w:b/>
        </w:rPr>
        <w:t xml:space="preserve">[57:28] </w:t>
      </w:r>
      <w:r>
        <w:t>unhon ne shukriya kaha aur un books ko reference ke liye rakh liya." maulana, my question is that</w:t>
      </w:r>
    </w:p>
    <w:p>
      <w:pPr>
        <w:jc w:val="right"/>
      </w:pPr>
      <w:r>
        <w:t>انہوں نے شکریہ کہا اور ان books کو reference کے لیے رکھ لیا۔" مولانا، my question is that</w:t>
      </w:r>
    </w:p>
    <w:p>
      <w:r>
        <w:rPr>
          <w:b/>
        </w:rPr>
        <w:t xml:space="preserve">[57:34] </w:t>
      </w:r>
      <w:r>
        <w:t>when one reaches the age fifty-five or sixty, then should that person not come out of routine profession</w:t>
      </w:r>
    </w:p>
    <w:p>
      <w:pPr>
        <w:jc w:val="right"/>
      </w:pPr>
      <w:r>
        <w:t>when one reaches the age fifty-five or sixty, then should that person not come out of routine profession</w:t>
      </w:r>
    </w:p>
    <w:p>
      <w:r>
        <w:rPr>
          <w:b/>
        </w:rPr>
        <w:t xml:space="preserve">[57:40] </w:t>
      </w:r>
      <w:r>
        <w:t>or job and commit his or her life completely for the propagation of quran?</w:t>
      </w:r>
    </w:p>
    <w:p>
      <w:pPr>
        <w:jc w:val="right"/>
      </w:pPr>
      <w:r>
        <w:t>or job and commit his or her life completely for the propagation of Quran?</w:t>
      </w:r>
    </w:p>
    <w:p>
      <w:r>
        <w:rPr>
          <w:b/>
        </w:rPr>
        <w:t xml:space="preserve">[57:46] </w:t>
      </w:r>
      <w:r>
        <w:t>Because otherwise, with family and professional commitments, it is not possible to do Dawa work with proper commitment. What is your advice?</w:t>
      </w:r>
    </w:p>
    <w:p>
      <w:pPr>
        <w:jc w:val="right"/>
      </w:pPr>
      <w:r>
        <w:t>Because otherwise, with family and professional commitments, it is not possible to do Dawa work with proper commitment. What is your advice?</w:t>
      </w:r>
    </w:p>
    <w:p>
      <w:r>
        <w:rPr>
          <w:b/>
        </w:rPr>
        <w:t xml:space="preserve">[57:59] </w:t>
      </w:r>
      <w:r>
        <w:t>bhai, yeh to aik personal question hai.</w:t>
      </w:r>
    </w:p>
    <w:p>
      <w:pPr>
        <w:jc w:val="right"/>
      </w:pPr>
      <w:r>
        <w:t>بھئی، یہ تو ایک personal question ہے۔</w:t>
      </w:r>
    </w:p>
    <w:p>
      <w:r>
        <w:rPr>
          <w:b/>
        </w:rPr>
        <w:t xml:space="preserve">[58:04] </w:t>
      </w:r>
      <w:r>
        <w:t>is mein mein koi yani specific rai nahi de sakta.</w:t>
      </w:r>
    </w:p>
    <w:p>
      <w:pPr>
        <w:jc w:val="right"/>
      </w:pPr>
      <w:r>
        <w:t>اس میں میں کوئی یعنی specific رائے نہیں دے سکتا۔</w:t>
      </w:r>
    </w:p>
    <w:p>
      <w:r>
        <w:rPr>
          <w:b/>
        </w:rPr>
        <w:t xml:space="preserve">[58:10] </w:t>
      </w:r>
      <w:r>
        <w:t>personal question mein specific rai dena bohat mushkil hai.</w:t>
      </w:r>
    </w:p>
    <w:p>
      <w:pPr>
        <w:jc w:val="right"/>
      </w:pPr>
      <w:r>
        <w:t>Personal question میں specific رائے دینا بہت مشکل ہے۔</w:t>
      </w:r>
    </w:p>
    <w:p>
      <w:r>
        <w:rPr>
          <w:b/>
        </w:rPr>
        <w:t xml:space="preserve">[58:16] </w:t>
      </w:r>
      <w:r>
        <w:t>ji, aap khud sochiye, kitaben parhiye, quran ko parhiye, phir aap ko mind ban jayega.</w:t>
      </w:r>
    </w:p>
    <w:p>
      <w:pPr>
        <w:jc w:val="right"/>
      </w:pPr>
      <w:r>
        <w:t>جی، آپ خود سوچیے، کتابیں پڑھیے، قرآن کو پڑھیے، پھر آپ کو mind بن جائے گا۔</w:t>
      </w:r>
    </w:p>
    <w:p>
      <w:r>
        <w:rPr>
          <w:b/>
        </w:rPr>
        <w:t xml:space="preserve">[58:22] </w:t>
      </w:r>
      <w:r>
        <w:t>maulana, agla sawal lete hain jo dilli se bheja hai mr ajay dravidi ne.</w:t>
      </w:r>
    </w:p>
    <w:p>
      <w:pPr>
        <w:jc w:val="right"/>
      </w:pPr>
      <w:r>
        <w:t>مولانا، اگلا سوال لیتے ہیں جو دلی سے بھیجا ہے مسٹر اجے درویدی نے۔</w:t>
      </w:r>
    </w:p>
    <w:p>
      <w:r>
        <w:rPr>
          <w:b/>
        </w:rPr>
        <w:t xml:space="preserve">[58:28] </w:t>
      </w:r>
      <w:r>
        <w:t>unhon ne likha hai: "Moulana sahib, in today's class you mentioned that those who will do Dawa work</w:t>
      </w:r>
    </w:p>
    <w:p>
      <w:pPr>
        <w:jc w:val="right"/>
      </w:pPr>
      <w:r>
        <w:t>انہوں نے لکھا ہے: "Moulana صاحب, in today's class you mentioned that those who will do Dawa work</w:t>
      </w:r>
    </w:p>
    <w:p>
      <w:r>
        <w:rPr>
          <w:b/>
        </w:rPr>
        <w:t xml:space="preserve">[58:34] </w:t>
      </w:r>
      <w:r>
        <w:t>will get higher level in paradise.</w:t>
      </w:r>
    </w:p>
    <w:p>
      <w:pPr>
        <w:jc w:val="right"/>
      </w:pPr>
      <w:r>
        <w:t>will get higher level in paradise.</w:t>
      </w:r>
    </w:p>
    <w:p>
      <w:r>
        <w:rPr>
          <w:b/>
        </w:rPr>
        <w:t xml:space="preserve">[58:40] </w:t>
      </w:r>
      <w:r>
        <w:t>Why is this so?</w:t>
      </w:r>
    </w:p>
    <w:p>
      <w:pPr>
        <w:jc w:val="right"/>
      </w:pPr>
      <w:r>
        <w:t>Why is this so?</w:t>
      </w:r>
    </w:p>
    <w:p>
      <w:r>
        <w:rPr>
          <w:b/>
        </w:rPr>
        <w:t xml:space="preserve">[58:46] </w:t>
      </w:r>
      <w:r>
        <w:t>Please tell us the importance of Dawa work." dekhen, quran mein ek concept hai, us ko kehte hain aaraaf.</w:t>
      </w:r>
    </w:p>
    <w:p>
      <w:pPr>
        <w:jc w:val="right"/>
      </w:pPr>
      <w:r>
        <w:t>Please tell us the importance of Dawa work." دیکھیں، قرآن میں ایک concept ہے، اس کو کہتے ہیں اعراف۔</w:t>
      </w:r>
    </w:p>
    <w:p>
      <w:r>
        <w:rPr>
          <w:b/>
        </w:rPr>
        <w:t xml:space="preserve">[58:52] </w:t>
      </w:r>
      <w:r>
        <w:t>aaraaf mein log kuch log khare kiye jayenge.</w:t>
      </w:r>
    </w:p>
    <w:p>
      <w:pPr>
        <w:jc w:val="right"/>
      </w:pPr>
      <w:r>
        <w:t>اعراف میں لوگ کچھ لوگ کھڑے کیے جائیں گے۔</w:t>
      </w:r>
    </w:p>
    <w:p>
      <w:r>
        <w:rPr>
          <w:b/>
        </w:rPr>
        <w:t xml:space="preserve">[58:58] </w:t>
      </w:r>
      <w:r>
        <w:t>is par ghor karne se maloom hota hai ke aaraaf mein woh log khare kiye jayenge jo</w:t>
      </w:r>
    </w:p>
    <w:p>
      <w:pPr>
        <w:jc w:val="right"/>
      </w:pPr>
      <w:r>
        <w:t>اس پر غور کرنے سے معلوم ہوتا ہے کہ اعراف میں وہ لوگ کھڑے کیے جائیں گے جو</w:t>
      </w:r>
    </w:p>
    <w:p>
      <w:r>
        <w:rPr>
          <w:b/>
        </w:rPr>
        <w:t xml:space="preserve">[59:04] </w:t>
      </w:r>
      <w:r>
        <w:t>duniya mein daawa mission jo unhon ne chalaya ho.</w:t>
      </w:r>
    </w:p>
    <w:p>
      <w:pPr>
        <w:jc w:val="right"/>
      </w:pPr>
      <w:r>
        <w:t>دنیا میں دعویٰ مشن جو انہوں نے چلایا ہو۔</w:t>
      </w:r>
    </w:p>
    <w:p>
      <w:r>
        <w:rPr>
          <w:b/>
        </w:rPr>
        <w:t xml:space="preserve">[59:10] </w:t>
      </w:r>
      <w:r>
        <w:t>ek woh log hote hain jo matlab mission kaam nahi kiya unhon ne, lekin nek achhe log the woh.</w:t>
      </w:r>
    </w:p>
    <w:p>
      <w:pPr>
        <w:jc w:val="right"/>
      </w:pPr>
      <w:r>
        <w:t>ایک وہ لوگ ہوتے ہیں جو مطلب مشن کام نہیں کیا انہوں نے، لیکن نیک اچھے لوگ تھے وہ۔</w:t>
      </w:r>
    </w:p>
    <w:p>
      <w:r>
        <w:rPr>
          <w:b/>
        </w:rPr>
        <w:t xml:space="preserve">[59:16] </w:t>
      </w:r>
      <w:r>
        <w:t>aur ek woh log hain jo daawa mission mein unhon ne apne ko lagaya.</w:t>
      </w:r>
    </w:p>
    <w:p>
      <w:pPr>
        <w:jc w:val="right"/>
      </w:pPr>
      <w:r>
        <w:t>اور ایک وہ لوگ ہیں جو دعویٰ مشن میں انہوں نے اپنے کو لگایا۔</w:t>
      </w:r>
    </w:p>
    <w:p>
      <w:r>
        <w:rPr>
          <w:b/>
        </w:rPr>
        <w:t xml:space="preserve">[59:22] </w:t>
      </w:r>
      <w:r>
        <w:t>to wahan khare kiye jayenge buland stage par report dene ke liye.</w:t>
      </w:r>
    </w:p>
    <w:p>
      <w:pPr>
        <w:jc w:val="right"/>
      </w:pPr>
      <w:r>
        <w:t>تو وہاں کھڑے کیے جائیں گے بلند stage پر رپورٹ دینے کے لیے۔</w:t>
      </w:r>
    </w:p>
    <w:p>
      <w:r>
        <w:rPr>
          <w:b/>
        </w:rPr>
        <w:t xml:space="preserve">[59:28] </w:t>
      </w:r>
      <w:r>
        <w:t>report, history ki report.</w:t>
      </w:r>
    </w:p>
    <w:p>
      <w:pPr>
        <w:jc w:val="right"/>
      </w:pPr>
      <w:r>
        <w:t>رپورٹ، history کی رپورٹ۔</w:t>
      </w:r>
    </w:p>
    <w:p>
      <w:r>
        <w:rPr>
          <w:b/>
        </w:rPr>
        <w:t xml:space="preserve">[59:34] </w:t>
      </w:r>
      <w:r>
        <w:t>What happened in the history?</w:t>
      </w:r>
    </w:p>
    <w:p>
      <w:pPr>
        <w:jc w:val="right"/>
      </w:pPr>
      <w:r>
        <w:t>What happened in the history?</w:t>
      </w:r>
    </w:p>
    <w:p>
      <w:r>
        <w:rPr>
          <w:b/>
        </w:rPr>
        <w:t xml:space="preserve">[59:41] </w:t>
      </w:r>
      <w:r>
        <w:t>to zahir hai ke jin logon ne kaam kiya, un ko yeh mauqa milega.</w:t>
      </w:r>
    </w:p>
    <w:p>
      <w:pPr>
        <w:jc w:val="right"/>
      </w:pPr>
      <w:r>
        <w:t>تو ظاہر ہے کہ جن لوگوں نے کام کیا، ان کو یہ موقع ملے گا۔</w:t>
      </w:r>
    </w:p>
    <w:p>
      <w:r>
        <w:rPr>
          <w:b/>
        </w:rPr>
        <w:t xml:space="preserve">[59:46] </w:t>
      </w:r>
      <w:r>
        <w:t>jannat un logon ke liye bhi hai jo sachche sabit hon, jinhon ne allah ka khauf aur allah</w:t>
      </w:r>
    </w:p>
    <w:p>
      <w:pPr>
        <w:jc w:val="right"/>
      </w:pPr>
      <w:r>
        <w:t>جنت ان لوگوں کے لیے بھی ہے جو سچے ثابت ہوں، جنہوں نے اللہ کا خوف اور اللہ</w:t>
      </w:r>
    </w:p>
    <w:p>
      <w:r>
        <w:rPr>
          <w:b/>
        </w:rPr>
        <w:t xml:space="preserve">[59:51] </w:t>
      </w:r>
      <w:r>
        <w:t>se mohabbat mein zindagi guzari ho.</w:t>
      </w:r>
    </w:p>
    <w:p>
      <w:pPr>
        <w:jc w:val="right"/>
      </w:pPr>
      <w:r>
        <w:t>سے محبت میں زندگی گزاری ہو۔</w:t>
      </w:r>
    </w:p>
    <w:p>
      <w:r>
        <w:rPr>
          <w:b/>
        </w:rPr>
        <w:t xml:space="preserve">[59:57] </w:t>
      </w:r>
      <w:r>
        <w:t>lekin ek kaam aur hai jis ko hum mission kehte hain.</w:t>
      </w:r>
    </w:p>
    <w:p>
      <w:pPr>
        <w:jc w:val="right"/>
      </w:pPr>
      <w:r>
        <w:t>لیکن ایک کام اور ہے جس کو ہم مشن کہتے ہیں۔</w:t>
      </w:r>
    </w:p>
    <w:p>
      <w:r>
        <w:rPr>
          <w:b/>
        </w:rPr>
        <w:t xml:space="preserve">[1:00:02] </w:t>
      </w:r>
      <w:r>
        <w:t>to mission ke liye jo kaam karenge, un ke paas jo experience hoga, us ko bayan karenge.</w:t>
      </w:r>
    </w:p>
    <w:p>
      <w:pPr>
        <w:jc w:val="right"/>
      </w:pPr>
      <w:r>
        <w:t>تو مشن کے لیے جو کام کریں گے، ان کے پاس جو experience ہوگا، اس کو بیان کریں گے۔</w:t>
      </w:r>
    </w:p>
    <w:p>
      <w:r>
        <w:rPr>
          <w:b/>
        </w:rPr>
        <w:t xml:space="preserve">[1:00:07] </w:t>
      </w:r>
      <w:r>
        <w:t>ek tarah ki report denge woh poori history ke bare mein.</w:t>
      </w:r>
    </w:p>
    <w:p>
      <w:pPr>
        <w:jc w:val="right"/>
      </w:pPr>
      <w:r>
        <w:t>ایک طرح کی رپورٹ دیں گے وہ پوری history کے بارے میں۔</w:t>
      </w:r>
    </w:p>
    <w:p>
      <w:r>
        <w:rPr>
          <w:b/>
        </w:rPr>
        <w:t xml:space="preserve">[1:00:13] </w:t>
      </w:r>
      <w:r>
        <w:t>to woh ek bahut bada honor hoga un logon ke liye.</w:t>
      </w:r>
    </w:p>
    <w:p>
      <w:pPr>
        <w:jc w:val="right"/>
      </w:pPr>
      <w:r>
        <w:t>تو وہ ایک بہت بڑا honor ہوگا ان لوگوں کے لیے۔</w:t>
      </w:r>
    </w:p>
    <w:p>
      <w:r>
        <w:rPr>
          <w:b/>
        </w:rPr>
        <w:t xml:space="preserve">[1:00:18] </w:t>
      </w:r>
      <w:r>
        <w:t>isi ke liye kaha hai ke kuch log aaraaf par khare kiye jayenge, yaani buland maqam par.</w:t>
      </w:r>
    </w:p>
    <w:p>
      <w:pPr>
        <w:jc w:val="right"/>
      </w:pPr>
      <w:r>
        <w:t>اسی کے لیے کہا ہے کہ کچھ لوگ اعراف پر کھڑے کیے جائیں گے، یعنی بلند مقام پر۔</w:t>
      </w:r>
    </w:p>
    <w:p>
      <w:r>
        <w:rPr>
          <w:b/>
        </w:rPr>
        <w:t xml:space="preserve">[1:00:23] </w:t>
      </w:r>
      <w:r>
        <w:t>ji, maulana, agla sawal lete hain.</w:t>
      </w:r>
    </w:p>
    <w:p>
      <w:pPr>
        <w:jc w:val="right"/>
      </w:pPr>
      <w:r>
        <w:t>جی، مولانا، اگلا سوال لیتے ہیں۔</w:t>
      </w:r>
    </w:p>
    <w:p>
      <w:r>
        <w:rPr>
          <w:b/>
        </w:rPr>
        <w:t xml:space="preserve">[1:00:29] </w:t>
      </w:r>
      <w:r>
        <w:t>is se pehle ek comment padhna chahenge jo hameedullah hameed sahib ne bheja hai barwan srinagar se.</w:t>
      </w:r>
    </w:p>
    <w:p>
      <w:pPr>
        <w:jc w:val="right"/>
      </w:pPr>
      <w:r>
        <w:t>اس سے پہلے ایک comment پڑھنا چاہیں گے جو حمید اللہ حمید صاحب نے بھیجا ہے بیرواں سری نگر سے۔</w:t>
      </w:r>
    </w:p>
    <w:p>
      <w:r>
        <w:rPr>
          <w:b/>
        </w:rPr>
        <w:t xml:space="preserve">[1:00:34] </w:t>
      </w:r>
      <w:r>
        <w:t>unhon ne likha hai: "Once again enlightening thought.</w:t>
      </w:r>
    </w:p>
    <w:p>
      <w:pPr>
        <w:jc w:val="right"/>
      </w:pPr>
      <w:r>
        <w:t>انہوں نے لکھا ہے: "Once again enlightening thought.</w:t>
      </w:r>
    </w:p>
    <w:p>
      <w:r>
        <w:rPr>
          <w:b/>
        </w:rPr>
        <w:t xml:space="preserve">[1:00:40] </w:t>
      </w:r>
      <w:r>
        <w:t>jazak allah maulana sahib.</w:t>
      </w:r>
    </w:p>
    <w:p>
      <w:pPr>
        <w:jc w:val="right"/>
      </w:pPr>
      <w:r>
        <w:t>جزاک اللہ مولانا صاحب۔</w:t>
      </w:r>
    </w:p>
    <w:p>
      <w:r>
        <w:rPr>
          <w:b/>
        </w:rPr>
        <w:t xml:space="preserve">[1:00:45] </w:t>
      </w:r>
      <w:r>
        <w:t>maulana, agla sawal bheja hai farooq abdullah fiza sahib ne bihar se.</w:t>
      </w:r>
    </w:p>
    <w:p>
      <w:pPr>
        <w:jc w:val="right"/>
      </w:pPr>
      <w:r>
        <w:t>مولانا، اگلا سوال بھیجا ہے فاروق عبداللہ فضا صاحب نے بہار سے۔</w:t>
      </w:r>
    </w:p>
    <w:p>
      <w:r>
        <w:rPr>
          <w:b/>
        </w:rPr>
        <w:t xml:space="preserve">[1:00:50] </w:t>
      </w:r>
      <w:r>
        <w:t>aur unhon ne aap se poocha hai ke maulana sahib, kya daawa work ki koi limit hai? is</w:t>
      </w:r>
    </w:p>
    <w:p>
      <w:pPr>
        <w:jc w:val="right"/>
      </w:pPr>
      <w:r>
        <w:t>اور انہوں نے آپ سے پوچھا ہے کہ مولانا صاحب، کیا دعویٰ work کی کوئی limit ہے؟ اس</w:t>
      </w:r>
    </w:p>
    <w:p>
      <w:r>
        <w:rPr>
          <w:b/>
        </w:rPr>
        <w:t xml:space="preserve">[1:00:55] </w:t>
      </w:r>
      <w:r>
        <w:t>ke bare mein bataein.</w:t>
      </w:r>
    </w:p>
    <w:p>
      <w:pPr>
        <w:jc w:val="right"/>
      </w:pPr>
      <w:r>
        <w:t>کے بارے میں بتائیں۔</w:t>
      </w:r>
    </w:p>
    <w:p>
      <w:r>
        <w:rPr>
          <w:b/>
        </w:rPr>
        <w:t xml:space="preserve">[1:01:00] </w:t>
      </w:r>
      <w:r>
        <w:t>limit to kisi ki nahi hoti.</w:t>
      </w:r>
    </w:p>
    <w:p>
      <w:pPr>
        <w:jc w:val="right"/>
      </w:pPr>
      <w:r>
        <w:t>limit تو کسی کی نہیں ہوتی۔</w:t>
      </w:r>
    </w:p>
    <w:p>
      <w:r>
        <w:rPr>
          <w:b/>
        </w:rPr>
        <w:t xml:space="preserve">[1:01:05] </w:t>
      </w:r>
      <w:r>
        <w:t>namaz parhne ki koi limit hai, allah ko yaad karne ki koi limit hai.</w:t>
      </w:r>
    </w:p>
    <w:p>
      <w:pPr>
        <w:jc w:val="right"/>
      </w:pPr>
      <w:r>
        <w:t>نماز پڑھنے کی کوئی limit ہے، اللہ کو یاد کرنے کی کوئی limit ہے۔</w:t>
      </w:r>
    </w:p>
    <w:p>
      <w:r>
        <w:rPr>
          <w:b/>
        </w:rPr>
        <w:t xml:space="preserve">[1:01:10] </w:t>
      </w:r>
      <w:r>
        <w:t>dekhein, har sachcha kaam limitless hota hai.</w:t>
      </w:r>
    </w:p>
    <w:p>
      <w:pPr>
        <w:jc w:val="right"/>
      </w:pPr>
      <w:r>
        <w:t>دیکھیں، ہر سچا کام limitless ہوتا ہے۔</w:t>
      </w:r>
    </w:p>
    <w:p>
      <w:r>
        <w:rPr>
          <w:b/>
        </w:rPr>
        <w:t xml:space="preserve">[1:01:15] </w:t>
      </w:r>
      <w:r>
        <w:t>is ki koi limit nahi hoti.</w:t>
      </w:r>
    </w:p>
    <w:p>
      <w:pPr>
        <w:jc w:val="right"/>
      </w:pPr>
      <w:r>
        <w:t>اس کی کوئی limit نہیں ہوتی۔</w:t>
      </w:r>
    </w:p>
    <w:p>
      <w:r>
        <w:rPr>
          <w:b/>
        </w:rPr>
        <w:t xml:space="preserve">[1:01:20] </w:t>
      </w:r>
      <w:r>
        <w:t>har sachcha kaam.</w:t>
      </w:r>
    </w:p>
    <w:p>
      <w:pPr>
        <w:jc w:val="right"/>
      </w:pPr>
      <w:r>
        <w:t>ہر سچا کام۔</w:t>
      </w:r>
    </w:p>
    <w:p>
      <w:r>
        <w:rPr>
          <w:b/>
        </w:rPr>
        <w:t xml:space="preserve">[1:01:25] </w:t>
      </w:r>
      <w:r>
        <w:t>ji, maulana, agla sawal dilli se mr ajay dwivedi ne kiya hai.</w:t>
      </w:r>
    </w:p>
    <w:p>
      <w:pPr>
        <w:jc w:val="right"/>
      </w:pPr>
      <w:r>
        <w:t>جی، مولانا، اگلا سوال دلی سے مسٹر اجے درویدی نے کیا ہے۔</w:t>
      </w:r>
    </w:p>
    <w:p>
      <w:r>
        <w:rPr>
          <w:b/>
        </w:rPr>
        <w:t xml:space="preserve">[1:01:30] </w:t>
      </w:r>
      <w:r>
        <w:t>unhon ne aap se poocha hai: maulana sahib "you said that we have to identify our role in this world.</w:t>
      </w:r>
    </w:p>
    <w:p>
      <w:pPr>
        <w:jc w:val="right"/>
      </w:pPr>
      <w:r>
        <w:t>انہوں نے آپ سے پوچھا ہے: مولانا صاحب "You said that we have to identify our role in this world.</w:t>
      </w:r>
    </w:p>
    <w:p>
      <w:r>
        <w:rPr>
          <w:b/>
        </w:rPr>
        <w:t xml:space="preserve">[1:01:36] </w:t>
      </w:r>
      <w:r>
        <w:t>How can someone identify his role? And if someone finds his role in a secular world and not in a religious world, then what will happen to such a person? Will only a religious person be eligible for paradise?</w:t>
      </w:r>
    </w:p>
    <w:p>
      <w:pPr>
        <w:jc w:val="right"/>
      </w:pPr>
      <w:r>
        <w:t>How can someone identify his role? And if someone finds his role in a secular world and not in a religious world, then what will happen to such a person? Will only a religious person be eligible for paradise?</w:t>
      </w:r>
    </w:p>
    <w:p>
      <w:r>
        <w:rPr>
          <w:b/>
        </w:rPr>
        <w:t xml:space="preserve">[1:01:54] </w:t>
      </w:r>
      <w:r>
        <w:t>" dekhein, yeh secular mahol mein aadmi hai ya ke mazhabi mahol mein hai, yeh reality baat hai.</w:t>
      </w:r>
    </w:p>
    <w:p>
      <w:pPr>
        <w:jc w:val="right"/>
      </w:pPr>
      <w:r>
        <w:t>" دیکھیں، یہ secular ماحول میں آدمی ہے یا کہ مذہبی ماحول میں ہے، یہ reality بات ہے۔</w:t>
      </w:r>
    </w:p>
    <w:p>
      <w:r>
        <w:rPr>
          <w:b/>
        </w:rPr>
        <w:t xml:space="preserve">[1:01:59] </w:t>
      </w:r>
      <w:r>
        <w:t>kyunke spiritual development ka kaam har jagah jaari rehta hai.</w:t>
      </w:r>
    </w:p>
    <w:p>
      <w:pPr>
        <w:jc w:val="right"/>
      </w:pPr>
      <w:r>
        <w:t>کیونکہ spiritual development کا کام ہر جگہ جاری رہتا ہے۔</w:t>
      </w:r>
    </w:p>
    <w:p>
      <w:r>
        <w:rPr>
          <w:b/>
        </w:rPr>
        <w:t xml:space="preserve">[1:02:05] </w:t>
      </w:r>
      <w:r>
        <w:t>har jagah jaari rehta hai.</w:t>
      </w:r>
    </w:p>
    <w:p>
      <w:pPr>
        <w:jc w:val="right"/>
      </w:pPr>
      <w:r>
        <w:t>ہر جگہ جاری رہتا ہے۔</w:t>
      </w:r>
    </w:p>
    <w:p>
      <w:r>
        <w:rPr>
          <w:b/>
        </w:rPr>
        <w:t xml:space="preserve">[1:02:11] </w:t>
      </w:r>
      <w:r>
        <w:t>jaise maine aap ko qissa bataya tha ke dilli mein ek saath mulaqat bhi hui.</w:t>
      </w:r>
    </w:p>
    <w:p>
      <w:pPr>
        <w:jc w:val="right"/>
      </w:pPr>
      <w:r>
        <w:t>جیسے میں نے آپ کو قصہ بتایا تھا کہ دلی میں ایک ساتھ ملاقات بھی ہوئی۔</w:t>
      </w:r>
    </w:p>
    <w:p>
      <w:r>
        <w:rPr>
          <w:b/>
        </w:rPr>
        <w:t xml:space="preserve">[1:02:17] </w:t>
      </w:r>
      <w:r>
        <w:t>woh london mein rehte the.</w:t>
      </w:r>
    </w:p>
    <w:p>
      <w:pPr>
        <w:jc w:val="right"/>
      </w:pPr>
      <w:r>
        <w:t>وہ لندن میں رہتے تھے۔</w:t>
      </w:r>
    </w:p>
    <w:p>
      <w:r>
        <w:rPr>
          <w:b/>
        </w:rPr>
        <w:t xml:space="preserve">[1:02:23] </w:t>
      </w:r>
      <w:r>
        <w:t>to woh pehle secular the aur woh ek firm mein kaam karte the.</w:t>
      </w:r>
    </w:p>
    <w:p>
      <w:pPr>
        <w:jc w:val="right"/>
      </w:pPr>
      <w:r>
        <w:t>تو وہ پہلے secular تھے اور وہ ایک firm میں کام کرتے تھے۔</w:t>
      </w:r>
    </w:p>
    <w:p>
      <w:r>
        <w:rPr>
          <w:b/>
        </w:rPr>
        <w:t xml:space="preserve">[1:02:29] </w:t>
      </w:r>
      <w:r>
        <w:t>chocolate banati thi woh firm.</w:t>
      </w:r>
    </w:p>
    <w:p>
      <w:pPr>
        <w:jc w:val="right"/>
      </w:pPr>
      <w:r>
        <w:t>چاکلیٹ بناتی تھی وہ firm۔</w:t>
      </w:r>
    </w:p>
    <w:p>
      <w:r>
        <w:rPr>
          <w:b/>
        </w:rPr>
        <w:t xml:space="preserve">[1:02:35] </w:t>
      </w:r>
      <w:r>
        <w:t>ab woh religious ban gaye the.</w:t>
      </w:r>
    </w:p>
    <w:p>
      <w:pPr>
        <w:jc w:val="right"/>
      </w:pPr>
      <w:r>
        <w:t>اب وہ religious بن گئے تھے۔</w:t>
      </w:r>
    </w:p>
    <w:p>
      <w:r>
        <w:rPr>
          <w:b/>
        </w:rPr>
        <w:t xml:space="preserve">[1:02:41] </w:t>
      </w:r>
      <w:r>
        <w:t>to maine poocha unki kahani.</w:t>
      </w:r>
    </w:p>
    <w:p>
      <w:pPr>
        <w:jc w:val="right"/>
      </w:pPr>
      <w:r>
        <w:t>تو میں نے پوچھا ان کی کہانی۔</w:t>
      </w:r>
    </w:p>
    <w:p>
      <w:r>
        <w:rPr>
          <w:b/>
        </w:rPr>
        <w:t xml:space="preserve">[1:02:47] </w:t>
      </w:r>
      <w:r>
        <w:t>unhon ne bataya ke main chocolate ke ek firm mein kaam karta tha.</w:t>
      </w:r>
    </w:p>
    <w:p>
      <w:pPr>
        <w:jc w:val="right"/>
      </w:pPr>
      <w:r>
        <w:t>انہوں نے بتایا کہ میں چاکلیٹ کے ایک firm میں کام کرتا تھا۔</w:t>
      </w:r>
    </w:p>
    <w:p>
      <w:r>
        <w:rPr>
          <w:b/>
        </w:rPr>
        <w:t xml:space="preserve">[1:02:53] </w:t>
      </w:r>
      <w:r>
        <w:t>mera kaam yeh tha ke chocolate ban kar jo aata, machine se banta tha.</w:t>
      </w:r>
    </w:p>
    <w:p>
      <w:pPr>
        <w:jc w:val="right"/>
      </w:pPr>
      <w:r>
        <w:t>میرا کام یہ تھا کہ چاکلیٹ بن کر جو آتا، مشین سے بنتا تھا۔</w:t>
      </w:r>
    </w:p>
    <w:p>
      <w:r>
        <w:rPr>
          <w:b/>
        </w:rPr>
        <w:t xml:space="preserve">[1:02:59] </w:t>
      </w:r>
      <w:r>
        <w:t>to chocolate ban kar jo aata tha, us mein kuch chocolate aise hote the jo jin mein kuch</w:t>
      </w:r>
    </w:p>
    <w:p>
      <w:pPr>
        <w:jc w:val="right"/>
      </w:pPr>
      <w:r>
        <w:t>تو چاکلیٹ بن کر جو آتا تھا، اس میں کچھ چاکلیٹ ایسے ہوتے تھے جو جن میں کچھ</w:t>
      </w:r>
    </w:p>
    <w:p>
      <w:r>
        <w:rPr>
          <w:b/>
        </w:rPr>
        <w:t xml:space="preserve">[1:03:05] </w:t>
      </w:r>
      <w:r>
        <w:t>defect aa jaye.</w:t>
      </w:r>
    </w:p>
    <w:p>
      <w:pPr>
        <w:jc w:val="right"/>
      </w:pPr>
      <w:r>
        <w:t>defect آ جائے۔</w:t>
      </w:r>
    </w:p>
    <w:p>
      <w:r>
        <w:rPr>
          <w:b/>
        </w:rPr>
        <w:t xml:space="preserve">[1:03:11] </w:t>
      </w:r>
      <w:r>
        <w:t>to us ko woh chhanta tha.</w:t>
      </w:r>
    </w:p>
    <w:p>
      <w:pPr>
        <w:jc w:val="right"/>
      </w:pPr>
      <w:r>
        <w:t>تو اس کو وہ چھانٹتا تھا۔</w:t>
      </w:r>
    </w:p>
    <w:p>
      <w:r>
        <w:rPr>
          <w:b/>
        </w:rPr>
        <w:t xml:space="preserve">[1:03:17] </w:t>
      </w:r>
      <w:r>
        <w:t>to unhon ne kaha ke ek din mein chhant raha tha, chhant raha tha.</w:t>
      </w:r>
    </w:p>
    <w:p>
      <w:pPr>
        <w:jc w:val="right"/>
      </w:pPr>
      <w:r>
        <w:t>تو انہوں نے کہا کہ ایک دن میں چھانٹ رہا تھا، چھانٹ رہا تھا۔</w:t>
      </w:r>
    </w:p>
    <w:p>
      <w:r>
        <w:rPr>
          <w:b/>
        </w:rPr>
        <w:t xml:space="preserve">[1:03:23] </w:t>
      </w:r>
      <w:r>
        <w:t>achanak mere mind mein aaya ke aakhirat mein bhi aise hoga.</w:t>
      </w:r>
    </w:p>
    <w:p>
      <w:pPr>
        <w:jc w:val="right"/>
      </w:pPr>
      <w:r>
        <w:t>اچانک میرے mind میں آیا کہ آخرت میں بھی ایسے ہوگا۔</w:t>
      </w:r>
    </w:p>
    <w:p>
      <w:r>
        <w:rPr>
          <w:b/>
        </w:rPr>
        <w:t xml:space="preserve">[1:03:29] </w:t>
      </w:r>
      <w:r>
        <w:t>wahan bhi log aayenge aur kuch logon ko farishte chhaant denge.</w:t>
      </w:r>
    </w:p>
    <w:p>
      <w:pPr>
        <w:jc w:val="right"/>
      </w:pPr>
      <w:r>
        <w:t>وہاں بھی لوگ آئیں گے اور کچھ لوگوں کو فرشتے چھانٹ دیں گے۔</w:t>
      </w:r>
    </w:p>
    <w:p>
      <w:r>
        <w:rPr>
          <w:b/>
        </w:rPr>
        <w:t xml:space="preserve">[1:03:34] </w:t>
      </w:r>
      <w:r>
        <w:t>yeh is qabil nahi hai ke is ko reward diya jaye.</w:t>
      </w:r>
    </w:p>
    <w:p>
      <w:pPr>
        <w:jc w:val="right"/>
      </w:pPr>
      <w:r>
        <w:t>یہ اس قابل نہیں ہے کہ اس کو reward دیا جائے۔</w:t>
      </w:r>
    </w:p>
    <w:p>
      <w:r>
        <w:rPr>
          <w:b/>
        </w:rPr>
        <w:t xml:space="preserve">[1:03:40] </w:t>
      </w:r>
      <w:r>
        <w:t>to kaha ke mein isi mein na aa jaon, chhatayi mein.</w:t>
      </w:r>
    </w:p>
    <w:p>
      <w:pPr>
        <w:jc w:val="right"/>
      </w:pPr>
      <w:r>
        <w:t>تو کہا کہ میں اسی میں نہ آ جاؤں، چھٹائی میں۔</w:t>
      </w:r>
    </w:p>
    <w:p>
      <w:r>
        <w:rPr>
          <w:b/>
        </w:rPr>
        <w:t xml:space="preserve">[1:03:46] </w:t>
      </w:r>
      <w:r>
        <w:t>yeh sochate hi mein achanak mere andar ek change aa gaya.</w:t>
      </w:r>
    </w:p>
    <w:p>
      <w:pPr>
        <w:jc w:val="right"/>
      </w:pPr>
      <w:r>
        <w:t>یہ سوچتے ہی میں اچانک میرے اندر ایک change آ گیا۔</w:t>
      </w:r>
    </w:p>
    <w:p>
      <w:r>
        <w:rPr>
          <w:b/>
        </w:rPr>
        <w:t xml:space="preserve">[1:03:52] </w:t>
      </w:r>
      <w:r>
        <w:t>to secular world aur religious world koi dono relative word hain mere nazdeek.</w:t>
      </w:r>
    </w:p>
    <w:p>
      <w:pPr>
        <w:jc w:val="right"/>
      </w:pPr>
      <w:r>
        <w:t>تو secular world اور religious world کوئی دونوں relative word ہیں میرے نزدیک۔</w:t>
      </w:r>
    </w:p>
    <w:p>
      <w:r>
        <w:rPr>
          <w:b/>
        </w:rPr>
        <w:t xml:space="preserve">[1:03:58] </w:t>
      </w:r>
      <w:r>
        <w:t>secular mahaul mein bhi mazhabi training jari rehti hai.</w:t>
      </w:r>
    </w:p>
    <w:p>
      <w:pPr>
        <w:jc w:val="right"/>
      </w:pPr>
      <w:r>
        <w:t>Secular ماحول میں بھی مذہبی training جاری رہتی ہے۔</w:t>
      </w:r>
    </w:p>
    <w:p>
      <w:r>
        <w:rPr>
          <w:b/>
        </w:rPr>
        <w:t xml:space="preserve">[1:04:04] </w:t>
      </w:r>
      <w:r>
        <w:t>aisa nahi ke secular world mein chalaya gaya aadmi to spirituality khatam ya religious thinking khatam.</w:t>
      </w:r>
    </w:p>
    <w:p>
      <w:pPr>
        <w:jc w:val="right"/>
      </w:pPr>
      <w:r>
        <w:t>ایسا نہیں کہ secular world میں چلایا گیا آدمی تو spirituality ختم یا religious thinking ختم۔</w:t>
      </w:r>
    </w:p>
    <w:p>
      <w:r>
        <w:rPr>
          <w:b/>
        </w:rPr>
        <w:t xml:space="preserve">[1:04:10] </w:t>
      </w:r>
      <w:r>
        <w:t>dono ek doosre se jure hue hain.</w:t>
      </w:r>
    </w:p>
    <w:p>
      <w:pPr>
        <w:jc w:val="right"/>
      </w:pPr>
      <w:r>
        <w:t>دونوں ایک دوسرے سے جڑے ہوئے ہیں۔</w:t>
      </w:r>
    </w:p>
    <w:p>
      <w:r>
        <w:rPr>
          <w:b/>
        </w:rPr>
        <w:t xml:space="preserve">[1:04:16] </w:t>
      </w:r>
      <w:r>
        <w:t>ji, maulana, agla ek comment aur sawal hai jo maulana iqbal umri ne bheja hai chennai se.</w:t>
      </w:r>
    </w:p>
    <w:p>
      <w:pPr>
        <w:jc w:val="right"/>
      </w:pPr>
      <w:r>
        <w:t>جی، مولانا، اگلا ایک comment اور سوال ہے جو مولانا اقبال عمری نے بھیجا ہے چنئی سے۔</w:t>
      </w:r>
    </w:p>
    <w:p>
      <w:r>
        <w:rPr>
          <w:b/>
        </w:rPr>
        <w:t xml:space="preserve">[1:04:22] </w:t>
      </w:r>
      <w:r>
        <w:t>unhon ne likha hai: "Nature-friendly thinking leads to God-friendly behavior.</w:t>
      </w:r>
    </w:p>
    <w:p>
      <w:pPr>
        <w:jc w:val="right"/>
      </w:pPr>
      <w:r>
        <w:t>انہوں نے لکھا ہے: "Nature-friendly thinking leads to God-friendly behavior.</w:t>
      </w:r>
    </w:p>
    <w:p>
      <w:r>
        <w:rPr>
          <w:b/>
        </w:rPr>
        <w:t xml:space="preserve">[1:04:28] </w:t>
      </w:r>
      <w:r>
        <w:t>God-based spirituality is the true spirituality, and without positive thinking, one cannot achieve this goal." jazak allah maulana sahib.</w:t>
      </w:r>
    </w:p>
    <w:p>
      <w:pPr>
        <w:jc w:val="right"/>
      </w:pPr>
      <w:r>
        <w:t>God-based spirituality is the true spirituality, and without positive thinking, one cannot achieve this goal." جزاک اللہ مولانا صاحب۔</w:t>
      </w:r>
    </w:p>
    <w:p>
      <w:r>
        <w:rPr>
          <w:b/>
        </w:rPr>
        <w:t xml:space="preserve">[1:04:34] </w:t>
      </w:r>
      <w:r>
        <w:t>maulana sahib, mera sawal yeh hai ke ek dua ka kalmat hai ke "har khair tere hath mein</w:t>
      </w:r>
    </w:p>
    <w:p>
      <w:pPr>
        <w:jc w:val="right"/>
      </w:pPr>
      <w:r>
        <w:t>مولانا صاحب، میرا سوال یہ ہے کہ ایک دعا کا کلمات ہے کہ "ہر خیر تیرے ہاتھ میں</w:t>
      </w:r>
    </w:p>
    <w:p>
      <w:r>
        <w:rPr>
          <w:b/>
        </w:rPr>
        <w:t xml:space="preserve">[1:04:40] </w:t>
      </w:r>
      <w:r>
        <w:t>hai aur shar ki nisbat teri taraf nahi hai." is ke kya mani hain? is ko wazeh karen.</w:t>
      </w:r>
    </w:p>
    <w:p>
      <w:pPr>
        <w:jc w:val="right"/>
      </w:pPr>
      <w:r>
        <w:t>ہے اور شر کی نسبت تیری طرف نہیں ہے۔" اس کے کیا معنی ہیں؟ اس کو واضح کریں۔</w:t>
      </w:r>
    </w:p>
    <w:p>
      <w:r>
        <w:rPr>
          <w:b/>
        </w:rPr>
        <w:t xml:space="preserve">[1:04:46] </w:t>
      </w:r>
      <w:r>
        <w:t>phir is ko hum monthly risala bhi lenge, inshallah.</w:t>
      </w:r>
    </w:p>
    <w:p>
      <w:pPr>
        <w:jc w:val="right"/>
      </w:pPr>
      <w:r>
        <w:t>پھر اس کو ہم منتھلی رسالہ بھی لیں گے، انشاءاللہ۔</w:t>
      </w:r>
    </w:p>
    <w:p>
      <w:r>
        <w:rPr>
          <w:b/>
        </w:rPr>
        <w:t xml:space="preserve">[1:04:52] </w:t>
      </w:r>
      <w:r>
        <w:t>ek safhe ko badbu likhega, is ko aap dekhiyega.</w:t>
      </w:r>
    </w:p>
    <w:p>
      <w:pPr>
        <w:jc w:val="right"/>
      </w:pPr>
      <w:r>
        <w:t>ایک صفحے کو بدبو لکھے گا، اس کو آپ دیکھیے گا۔</w:t>
      </w:r>
    </w:p>
    <w:p>
      <w:r>
        <w:rPr>
          <w:b/>
        </w:rPr>
        <w:t xml:space="preserve">[1:04:58] </w:t>
      </w:r>
      <w:r>
        <w:t>ji, maulana, agla sawal bheja hai tabish sahib ne kanpur se.</w:t>
      </w:r>
    </w:p>
    <w:p>
      <w:pPr>
        <w:jc w:val="right"/>
      </w:pPr>
      <w:r>
        <w:t>جی، مولانا، اگلا سوال بھیجا ہے تابش صاحب نے کانپور سے۔</w:t>
      </w:r>
    </w:p>
    <w:p>
      <w:r>
        <w:rPr>
          <w:b/>
        </w:rPr>
        <w:t xml:space="preserve">[1:05:04] </w:t>
      </w:r>
      <w:r>
        <w:t>unhon ne likha hai ke maulana sahib "How can a person become wise?</w:t>
      </w:r>
    </w:p>
    <w:p>
      <w:pPr>
        <w:jc w:val="right"/>
      </w:pPr>
      <w:r>
        <w:t>انہوں نے لکھا ہے کہ مولانا صاحب "How can a person become wise?</w:t>
      </w:r>
    </w:p>
    <w:p>
      <w:r>
        <w:rPr>
          <w:b/>
        </w:rPr>
        <w:t xml:space="preserve">[1:05:10] </w:t>
      </w:r>
      <w:r>
        <w:t>I want to know what should be the starting point." Dekhen, main apna experience arz karta hoon. Wisdom jo tha, wisdom mera subject tha. What is wisdom?</w:t>
      </w:r>
    </w:p>
    <w:p>
      <w:pPr>
        <w:jc w:val="right"/>
      </w:pPr>
      <w:r>
        <w:t>I want to know what should be the starting point." دیکھیں، میں اپنا experience عرض کرتا ہوں۔ Wisdom جو تھا، wisdom میرا subject تھا۔ What is wisdom?</w:t>
      </w:r>
    </w:p>
    <w:p>
      <w:r>
        <w:rPr>
          <w:b/>
        </w:rPr>
        <w:t xml:space="preserve">[1:05:29] </w:t>
      </w:r>
      <w:r>
        <w:t>mera apna mani yeh hai ke wisdom ki bohat hi sahi definition koi kar nahi saka poori history</w:t>
      </w:r>
    </w:p>
    <w:p>
      <w:pPr>
        <w:jc w:val="right"/>
      </w:pPr>
      <w:r>
        <w:t>میرا اپنا معنی یہ ہے کہ wisdom کی بہت ہی صحیح definition کوئی کر نہیں سکا پوری history</w:t>
      </w:r>
    </w:p>
    <w:p>
      <w:r>
        <w:rPr>
          <w:b/>
        </w:rPr>
        <w:t xml:space="preserve">[1:05:35] </w:t>
      </w:r>
      <w:r>
        <w:t>mein, jahan tak mera apna tajurba hai.</w:t>
      </w:r>
    </w:p>
    <w:p>
      <w:pPr>
        <w:jc w:val="right"/>
      </w:pPr>
      <w:r>
        <w:t>میں، جہاں تک میرا اپنا تجربہ ہے۔</w:t>
      </w:r>
    </w:p>
    <w:p>
      <w:r>
        <w:rPr>
          <w:b/>
        </w:rPr>
        <w:t xml:space="preserve">[1:05:42] </w:t>
      </w:r>
      <w:r>
        <w:t>to wisdom ki lafzi definition bhi mile hi nahi kehen.</w:t>
      </w:r>
    </w:p>
    <w:p>
      <w:pPr>
        <w:jc w:val="right"/>
      </w:pPr>
      <w:r>
        <w:t>تو wisdom کی لفظی definition بھی ملے ہی نہیں کہیں۔</w:t>
      </w:r>
    </w:p>
    <w:p>
      <w:r>
        <w:rPr>
          <w:b/>
        </w:rPr>
        <w:t xml:space="preserve">[1:05:49] </w:t>
      </w:r>
      <w:r>
        <w:t>phir sehat rasool jo hai, is ka maine gehra mutala kiya.</w:t>
      </w:r>
    </w:p>
    <w:p>
      <w:pPr>
        <w:jc w:val="right"/>
      </w:pPr>
      <w:r>
        <w:t>پھر صحت رسول جو ہے، اس کا میں نے گہرا مطالعہ کیا۔</w:t>
      </w:r>
    </w:p>
    <w:p>
      <w:r>
        <w:rPr>
          <w:b/>
        </w:rPr>
        <w:t xml:space="preserve">[1:05:56] </w:t>
      </w:r>
      <w:r>
        <w:t>تو صحت رسول پوری کی پوری a blood wisdom ہے۔</w:t>
      </w:r>
    </w:p>
    <w:p>
      <w:pPr>
        <w:jc w:val="right"/>
      </w:pPr>
      <w:r>
        <w:t>تو صحت رسول پوری کی پوری ablood wisdom ہے۔</w:t>
      </w:r>
    </w:p>
    <w:p>
      <w:r>
        <w:rPr>
          <w:b/>
        </w:rPr>
        <w:t xml:space="preserve">[1:06:02] </w:t>
      </w:r>
      <w:r>
        <w:t>poori ki poori har cheez mein wisdom hai.</w:t>
      </w:r>
    </w:p>
    <w:p>
      <w:pPr>
        <w:jc w:val="right"/>
      </w:pPr>
      <w:r>
        <w:t>پوری کی پوری ہر چیز میں wisdom ہے۔</w:t>
      </w:r>
    </w:p>
    <w:p>
      <w:r>
        <w:rPr>
          <w:b/>
        </w:rPr>
        <w:t xml:space="preserve">[1:06:09] </w:t>
      </w:r>
      <w:r>
        <w:t>صحت رسول کا دوسرا نام میں سمجھتا ہوں کہ applied wisdom۔</w:t>
      </w:r>
    </w:p>
    <w:p>
      <w:pPr>
        <w:jc w:val="right"/>
      </w:pPr>
      <w:r>
        <w:t>صحت رسول کا دوسرا نام میں سمجھتا ہوں کہ ablood wisdom۔</w:t>
      </w:r>
    </w:p>
    <w:p>
      <w:r>
        <w:rPr>
          <w:b/>
        </w:rPr>
        <w:t xml:space="preserve">[1:06:16] </w:t>
      </w:r>
      <w:r>
        <w:t>tu agarche definition ki term jo hai, is mein mujhe koi hadith nahi maloom, lekin sehat rasool mein</w:t>
      </w:r>
    </w:p>
    <w:p>
      <w:pPr>
        <w:jc w:val="right"/>
      </w:pPr>
      <w:r>
        <w:t>تو اگرچہ definition کی term جو ہے، اس میں مجھے کوئی حدیث نہیں معلوم، لیکن صحت رسول میں</w:t>
      </w:r>
    </w:p>
    <w:p>
      <w:r>
        <w:rPr>
          <w:b/>
        </w:rPr>
        <w:t xml:space="preserve">[1:06:23] </w:t>
      </w:r>
      <w:r>
        <w:t>mein ne wisdom ka essence daryaft kiya.</w:t>
      </w:r>
    </w:p>
    <w:p>
      <w:pPr>
        <w:jc w:val="right"/>
      </w:pPr>
      <w:r>
        <w:t>میں نے wisdom کا essence دریافت کیا۔</w:t>
      </w:r>
    </w:p>
    <w:p>
      <w:r>
        <w:rPr>
          <w:b/>
        </w:rPr>
        <w:t xml:space="preserve">[1:06:29] </w:t>
      </w:r>
      <w:r>
        <w:t>Wisdom ka essence hai.</w:t>
      </w:r>
    </w:p>
    <w:p>
      <w:pPr>
        <w:jc w:val="right"/>
      </w:pPr>
      <w:r>
        <w:t>Wisdom کا essence ہے۔</w:t>
      </w:r>
    </w:p>
    <w:p>
      <w:r>
        <w:rPr>
          <w:b/>
        </w:rPr>
        <w:t xml:space="preserve">[1:06:36] </w:t>
      </w:r>
      <w:r>
        <w:t>phir is ko mein ne phrase surat di, aik phrase banaya.</w:t>
      </w:r>
    </w:p>
    <w:p>
      <w:pPr>
        <w:jc w:val="right"/>
      </w:pPr>
      <w:r>
        <w:t>پھر اس کو میں نے phrase صورت دی، ایک phrase بنایا۔</w:t>
      </w:r>
    </w:p>
    <w:p>
      <w:r>
        <w:rPr>
          <w:b/>
        </w:rPr>
        <w:t xml:space="preserve">[1:06:43] </w:t>
      </w:r>
      <w:r>
        <w:t>tu yeh jo phrase mein ne banaya, yeh definition woh derived hai sunnat rasool se, lekin lafzan nahi balkeh ma'nan.</w:t>
      </w:r>
    </w:p>
    <w:p>
      <w:pPr>
        <w:jc w:val="right"/>
      </w:pPr>
      <w:r>
        <w:t>تو یہ جو phrase میں نے بنایا، یہ definition وہ derived ہے سنت رسول سے، لیکن لفظاً نہیں بلکہ معناً۔</w:t>
      </w:r>
    </w:p>
    <w:p>
      <w:r>
        <w:rPr>
          <w:b/>
        </w:rPr>
        <w:t xml:space="preserve">[1:06:50] </w:t>
      </w:r>
      <w:r>
        <w:t>woh hai "Wisdom is the ability to discover the relevant by sorting out the irrelevant." mein ne dekha,</w:t>
      </w:r>
    </w:p>
    <w:p>
      <w:pPr>
        <w:jc w:val="right"/>
      </w:pPr>
      <w:r>
        <w:t>وہ ہے "Wisdom is the ability to discover the relevant by sorting out the irrelevant." میں نے دیکھا،</w:t>
      </w:r>
    </w:p>
    <w:p>
      <w:r>
        <w:rPr>
          <w:b/>
        </w:rPr>
        <w:t xml:space="preserve">[1:06:56] </w:t>
      </w:r>
      <w:r>
        <w:t>yehi wisdom hai.</w:t>
      </w:r>
    </w:p>
    <w:p>
      <w:pPr>
        <w:jc w:val="right"/>
      </w:pPr>
      <w:r>
        <w:t>یہی wisdom ہے۔</w:t>
      </w:r>
    </w:p>
    <w:p>
      <w:r>
        <w:rPr>
          <w:b/>
        </w:rPr>
        <w:t xml:space="preserve">[1:07:03] </w:t>
      </w:r>
      <w:r>
        <w:t>is wisdom ko janne ke liye aap ko study karni pare gi.</w:t>
      </w:r>
    </w:p>
    <w:p>
      <w:pPr>
        <w:jc w:val="right"/>
      </w:pPr>
      <w:r>
        <w:t>اس wisdom کو جاننے کے لیے آپ کو study کرنی پڑے گی۔</w:t>
      </w:r>
    </w:p>
    <w:p>
      <w:r>
        <w:rPr>
          <w:b/>
        </w:rPr>
        <w:t xml:space="preserve">[1:07:10] </w:t>
      </w:r>
      <w:r>
        <w:t>aur study bohat hi ziyada honestly.</w:t>
      </w:r>
    </w:p>
    <w:p>
      <w:pPr>
        <w:jc w:val="right"/>
      </w:pPr>
      <w:r>
        <w:t>اور study بہت ہی زیادہ honestly۔</w:t>
      </w:r>
    </w:p>
    <w:p>
      <w:r>
        <w:rPr>
          <w:b/>
        </w:rPr>
        <w:t xml:space="preserve">[1:07:17] </w:t>
      </w:r>
      <w:r>
        <w:t>mera tajurba yeh hai ke study karte hain log, lekin honestly ke sath study nahi karte.</w:t>
      </w:r>
    </w:p>
    <w:p>
      <w:pPr>
        <w:jc w:val="right"/>
      </w:pPr>
      <w:r>
        <w:t>میرا تجربہ یہ ہے کہ study کرتے ہیں لوگ، لیکن honestly کے ساتھ study نہیں کرتے۔</w:t>
      </w:r>
    </w:p>
    <w:p>
      <w:r>
        <w:rPr>
          <w:b/>
        </w:rPr>
        <w:t xml:space="preserve">[1:07:24] </w:t>
      </w:r>
      <w:r>
        <w:t>apne mind ke sath parhte hain.</w:t>
      </w:r>
    </w:p>
    <w:p>
      <w:pPr>
        <w:jc w:val="right"/>
      </w:pPr>
      <w:r>
        <w:t>اپنے mind کے ساتھ پڑھتے ہیں۔</w:t>
      </w:r>
    </w:p>
    <w:p>
      <w:r>
        <w:rPr>
          <w:b/>
        </w:rPr>
        <w:t xml:space="preserve">[1:07:30] </w:t>
      </w:r>
      <w:r>
        <w:t>apne mind set ko jab tak aap alag alag na karein, tab tak study aap ke kaam nahi aye gi.</w:t>
      </w:r>
    </w:p>
    <w:p>
      <w:pPr>
        <w:jc w:val="right"/>
      </w:pPr>
      <w:r>
        <w:t>اپنے mind set کو جب تک آپ الگ الگ نہ کریں، تب تک study آپ کے کام نہیں آئے گی۔</w:t>
      </w:r>
    </w:p>
    <w:p>
      <w:r>
        <w:rPr>
          <w:b/>
        </w:rPr>
        <w:t xml:space="preserve">[1:07:37] </w:t>
      </w:r>
      <w:r>
        <w:t>apne mind set ko alag kar ke, apne ko empathy mind bana kar ke study karein ge, tab</w:t>
      </w:r>
    </w:p>
    <w:p>
      <w:pPr>
        <w:jc w:val="right"/>
      </w:pPr>
      <w:r>
        <w:t>اپنے mind set کو الگ کر کے، اپنے کو empathy mind بنا کر کے study کریں گے، تب</w:t>
      </w:r>
    </w:p>
    <w:p>
      <w:r>
        <w:rPr>
          <w:b/>
        </w:rPr>
        <w:t xml:space="preserve">[1:07:44] </w:t>
      </w:r>
      <w:r>
        <w:t>samajh mein aye ga.</w:t>
      </w:r>
    </w:p>
    <w:p>
      <w:pPr>
        <w:jc w:val="right"/>
      </w:pPr>
      <w:r>
        <w:t>سمجھ میں آئے گا۔</w:t>
      </w:r>
    </w:p>
    <w:p>
      <w:r>
        <w:rPr>
          <w:b/>
        </w:rPr>
        <w:t xml:space="preserve">[1:07:51] </w:t>
      </w:r>
      <w:r>
        <w:t>tu aap jo aur cheezein parhna chahte hain, parhein.</w:t>
      </w:r>
    </w:p>
    <w:p>
      <w:pPr>
        <w:jc w:val="right"/>
      </w:pPr>
      <w:r>
        <w:t>تو آپ جو اور چیزیں پڑھنا چاہتے ہیں، پڑھیں۔</w:t>
      </w:r>
    </w:p>
    <w:p>
      <w:r>
        <w:rPr>
          <w:b/>
        </w:rPr>
        <w:t xml:space="preserve">[1:07:57] </w:t>
      </w:r>
      <w:r>
        <w:t>sehat rasool ko is wajah se parhiye ke sehat rasool mein kis tarah se wisdom ka assessment maujood hai.</w:t>
      </w:r>
    </w:p>
    <w:p>
      <w:pPr>
        <w:jc w:val="right"/>
      </w:pPr>
      <w:r>
        <w:t>صحت رسول کو اس وجہ سے پڑھیے کہ صحت رسول میں کس طرح سے wisdom کا assessment موجود ہے۔</w:t>
      </w:r>
    </w:p>
    <w:p>
      <w:r>
        <w:rPr>
          <w:b/>
        </w:rPr>
        <w:t xml:space="preserve">[1:08:04] </w:t>
      </w:r>
      <w:r>
        <w:t>har cheez mein wisdom, har cheez mein wisdom.</w:t>
      </w:r>
    </w:p>
    <w:p>
      <w:pPr>
        <w:jc w:val="right"/>
      </w:pPr>
      <w:r>
        <w:t>ہر چیز میں wisdom، ہر چیز میں wisdom۔</w:t>
      </w:r>
    </w:p>
    <w:p>
      <w:r>
        <w:rPr>
          <w:b/>
        </w:rPr>
        <w:t xml:space="preserve">[1:08:11] </w:t>
      </w:r>
      <w:r>
        <w:t>tu aap bhi isi tarah daryaft karein ge jis tarah se mein ne daryaft kiya.</w:t>
      </w:r>
    </w:p>
    <w:p>
      <w:pPr>
        <w:jc w:val="right"/>
      </w:pPr>
      <w:r>
        <w:t>تو آپ بھی اسی طرح دریافت کریں گے جس طرح سے میں نے دریافت کیا۔</w:t>
      </w:r>
    </w:p>
    <w:p>
      <w:r>
        <w:rPr>
          <w:b/>
        </w:rPr>
        <w:t xml:space="preserve">[1:08:18] </w:t>
      </w:r>
      <w:r>
        <w:t>is ke baad is ko follow karne ki baat hai.</w:t>
      </w:r>
    </w:p>
    <w:p>
      <w:pPr>
        <w:jc w:val="right"/>
      </w:pPr>
      <w:r>
        <w:t>اس کے بعد اس کو follow کرنے کی بات ہے۔</w:t>
      </w:r>
    </w:p>
    <w:p>
      <w:r>
        <w:rPr>
          <w:b/>
        </w:rPr>
        <w:t xml:space="preserve">[1:08:24] </w:t>
      </w:r>
      <w:r>
        <w:t>tu wisdom ko follow karna, yeh aik yeh daryaft ke baad shuru hota hai.</w:t>
      </w:r>
    </w:p>
    <w:p>
      <w:pPr>
        <w:jc w:val="right"/>
      </w:pPr>
      <w:r>
        <w:t>تو wisdom کو follow کرنا، یہ ایک یہ دریافت کے بعد شروع ہوتا ہے۔</w:t>
      </w:r>
    </w:p>
    <w:p>
      <w:r>
        <w:rPr>
          <w:b/>
        </w:rPr>
        <w:t xml:space="preserve">[1:08:31] </w:t>
      </w:r>
      <w:r>
        <w:t>is ka safar tu pehle aap daryaft kijiye, phir inshallah aap is ko follow karne wale ban jayein ge.</w:t>
      </w:r>
    </w:p>
    <w:p>
      <w:pPr>
        <w:jc w:val="right"/>
      </w:pPr>
      <w:r>
        <w:t>اس کا سفر تو پہلے آپ دریافت کیجئے، پھر انشاءاللہ آپ اس کو follow کرنے والے بن جائیں گے۔</w:t>
      </w:r>
    </w:p>
    <w:p>
      <w:r>
        <w:rPr>
          <w:b/>
        </w:rPr>
        <w:t xml:space="preserve">[1:08:38] </w:t>
      </w:r>
      <w:r>
        <w:t>maulana, agla sawal doctor farida khanam ne dilli se bheja hai.</w:t>
      </w:r>
    </w:p>
    <w:p>
      <w:pPr>
        <w:jc w:val="right"/>
      </w:pPr>
      <w:r>
        <w:t>مولانا، اگلا سوال ڈاکٹر فریدہ خانم نے دلی سے بھیجا ہے۔</w:t>
      </w:r>
    </w:p>
    <w:p>
      <w:r>
        <w:rPr>
          <w:b/>
        </w:rPr>
        <w:t xml:space="preserve">[1:08:45] </w:t>
      </w:r>
      <w:r>
        <w:t>unho ne likha hai: "The Quran says that God will help those who do Dawa work.</w:t>
      </w:r>
    </w:p>
    <w:p>
      <w:pPr>
        <w:jc w:val="right"/>
      </w:pPr>
      <w:r>
        <w:t>انہوں نے لکھا ہے: "The Quran says that God will help those who do Dawa work.</w:t>
      </w:r>
    </w:p>
    <w:p>
      <w:r>
        <w:rPr>
          <w:b/>
        </w:rPr>
        <w:t xml:space="preserve">[1:08:52] </w:t>
      </w:r>
      <w:r>
        <w:t>Dawa work is called in the Quran helping as helping God. That is doing God's work. If we do good deeds, we do it for our own betterment. But communicating divine message to God's servant is helping God. Won't it earn greater reward?</w:t>
      </w:r>
    </w:p>
    <w:p>
      <w:pPr>
        <w:jc w:val="right"/>
      </w:pPr>
      <w:r>
        <w:t>Dawa work is called in the Quran helping as helping God. That is doing God's work. If we do good deeds, we do it for our own betterment. But communicating divine message to God's servant is helping God. Won't it earn greater reward?</w:t>
      </w:r>
    </w:p>
    <w:p>
      <w:r>
        <w:rPr>
          <w:b/>
        </w:rPr>
        <w:t xml:space="preserve">[1:09:13] </w:t>
      </w:r>
      <w:r>
        <w:t>To is mein to kuch sawal hain. Sahi baat hai. Ji, Maulana ne unhone wohi poocha hai ke agar good deeds karenge to woh to aap ki improvement ke liye hai, lekin Khuda ka kaam jo hai, woh kya bada reward nahi kisi ko dilayega? To yeh is mein ek sawal ka hissa tha, Maulana. To dono ek doosre se mile hue hain, alag alag hain. Ji Ji. So we will end today's session and will be back next Sunday same time. Thank you.</w:t>
      </w:r>
    </w:p>
    <w:p>
      <w:pPr>
        <w:jc w:val="right"/>
      </w:pPr>
      <w:r>
        <w:t>" تو اس میں تو کچھ سوال ہیں۔ صحیح بات ہے۔ جی، مولانا نے انہوں نے وہی پوچھا ہے کہ اگر good deeds کریں گے تو وہ تو آپ کی improvement کے لیے ہے، لیکن خدا کا کام جو ہے، وہ کیا بڑا reward نہیں کسی کو دلائے گا؟ تو یہ اس میں ایک سوال کا حصہ تھا، مولانا۔ تو دونوں ایک دوسرے سے ملے ہوئے ہیں، الگ الگ ہیں۔ جی جی۔ So we will end today's session and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