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God in the Age of Science January 08, 2017</w:t>
      </w:r>
    </w:p>
    <w:p>
      <w:r>
        <w:t>https://www.youtube.com/watch?v=au1bRdQDZ0U</w:t>
      </w:r>
    </w:p>
    <w:p>
      <w:r>
        <w:rPr>
          <w:b/>
        </w:rPr>
        <w:t xml:space="preserve">[00:14] </w:t>
      </w:r>
      <w:r>
        <w:t>wa salla Allahu 'ala an-nabiyyi al-karim rabbi ishrah li sadri wa yassir li amri wa ahlu al-luqtata bi al-lisani yabqahu qawli.</w:t>
      </w:r>
    </w:p>
    <w:p>
      <w:pPr>
        <w:jc w:val="right"/>
      </w:pPr>
      <w:r>
        <w:t>وَصَلَّى اللّٰهُ عَلَى الْنَّبِيِّ الْكَرِيمِ رَبِّ اِشْرَحْ لِي صَدْرِي وَيَسْرِّ لِي أَمْرِي وَأَخْلُوْا الْلُقْطَةَ بِالْلِسَانِ يَبْقَهُ قَوْلِي.</w:t>
      </w:r>
    </w:p>
    <w:p>
      <w:r>
        <w:rPr>
          <w:b/>
        </w:rPr>
        <w:t xml:space="preserve">[00:21] </w:t>
      </w:r>
      <w:r>
        <w:t>8 January 2017.</w:t>
      </w:r>
    </w:p>
    <w:p>
      <w:pPr>
        <w:jc w:val="right"/>
      </w:pPr>
      <w:r>
        <w:t>8 جنوری 2017۔</w:t>
      </w:r>
    </w:p>
    <w:p>
      <w:r>
        <w:rPr>
          <w:b/>
        </w:rPr>
        <w:t xml:space="preserve">[00:28] </w:t>
      </w:r>
      <w:r>
        <w:t>Main bohat din se sochta tha ke creator ki scheme of things ke mutabiq sab se bari baat</w:t>
      </w:r>
    </w:p>
    <w:p>
      <w:pPr>
        <w:jc w:val="right"/>
      </w:pPr>
      <w:r>
        <w:t>میں بہت دن سے سوچتا تھا کہ کریٹر کی اسکیم آف تھنگز کے مطابق سب سے بڑی بات</w:t>
      </w:r>
    </w:p>
    <w:p>
      <w:r>
        <w:rPr>
          <w:b/>
        </w:rPr>
        <w:t xml:space="preserve">[00:36] </w:t>
      </w:r>
      <w:r>
        <w:t>kya hai? Yani banane walon ne ek universe banai jis ko hum naap nahi sakte kitni bari hai woh.</w:t>
      </w:r>
    </w:p>
    <w:p>
      <w:pPr>
        <w:jc w:val="right"/>
      </w:pPr>
      <w:r>
        <w:t>کیا ہے؟ یعنی بنانے والوں نے ایک یونیورس بنائی جس کو ہم ناپ نہیں سکتے کتنی بڑی ہے وہ۔</w:t>
      </w:r>
    </w:p>
    <w:p>
      <w:r>
        <w:rPr>
          <w:b/>
        </w:rPr>
        <w:t xml:space="preserve">[00:43] </w:t>
      </w:r>
      <w:r>
        <w:t>Aur million, billion, trillion cheezein banai.</w:t>
      </w:r>
    </w:p>
    <w:p>
      <w:pPr>
        <w:jc w:val="right"/>
      </w:pPr>
      <w:r>
        <w:t>اور ملین، بلین، ٹریلین چیزیں بنائیں۔</w:t>
      </w:r>
    </w:p>
    <w:p>
      <w:r>
        <w:rPr>
          <w:b/>
        </w:rPr>
        <w:t xml:space="preserve">[00:51] </w:t>
      </w:r>
      <w:r>
        <w:t>To main sochta tha ke sab se bari cheez kya hai creator ke mutabiq? Most important cheez kya</w:t>
      </w:r>
    </w:p>
    <w:p>
      <w:pPr>
        <w:jc w:val="right"/>
      </w:pPr>
      <w:r>
        <w:t>تو میں سوچتا تھا کہ سب سے بڑی چیز کیا ہے کریٹر کے مطابق؟ موسٹ امپورٹنٹ چیز کیا</w:t>
      </w:r>
    </w:p>
    <w:p>
      <w:r>
        <w:rPr>
          <w:b/>
        </w:rPr>
        <w:t xml:space="preserve">[00:58] </w:t>
      </w:r>
      <w:r>
        <w:t>hai? To meri samajh mein aaya ke Quran ki jo pehli ayat hai usi mein is baat ko</w:t>
      </w:r>
    </w:p>
    <w:p>
      <w:pPr>
        <w:jc w:val="right"/>
      </w:pPr>
      <w:r>
        <w:t>ہے؟ تو میری سمجھ میں آیا کہ قرآن کی جو پہلی آیت ہے اسی میں اس بات کو</w:t>
      </w:r>
    </w:p>
    <w:p>
      <w:r>
        <w:rPr>
          <w:b/>
        </w:rPr>
        <w:t xml:space="preserve">[01:06] </w:t>
      </w:r>
      <w:r>
        <w:t>bataya gaya hai.</w:t>
      </w:r>
    </w:p>
    <w:p>
      <w:pPr>
        <w:jc w:val="right"/>
      </w:pPr>
      <w:r>
        <w:t>بتایا گیا ہے۔</w:t>
      </w:r>
    </w:p>
    <w:p>
      <w:r>
        <w:rPr>
          <w:b/>
        </w:rPr>
        <w:t xml:space="preserve">[01:13] </w:t>
      </w:r>
      <w:r>
        <w:t>Woh hai: Alhamdulillah Rabb al-Alameen.</w:t>
      </w:r>
    </w:p>
    <w:p>
      <w:pPr>
        <w:jc w:val="right"/>
      </w:pPr>
      <w:r>
        <w:t>وہ ہے: الحمدللہ رب العالمین۔</w:t>
      </w:r>
    </w:p>
    <w:p>
      <w:r>
        <w:rPr>
          <w:b/>
        </w:rPr>
        <w:t xml:space="preserve">[01:21] </w:t>
      </w:r>
      <w:r>
        <w:t>Yeh daryaft ka kalma hai.</w:t>
      </w:r>
    </w:p>
    <w:p>
      <w:pPr>
        <w:jc w:val="right"/>
      </w:pPr>
      <w:r>
        <w:t>یہ دریافت کا کلمہ ہے۔</w:t>
      </w:r>
    </w:p>
    <w:p>
      <w:r>
        <w:rPr>
          <w:b/>
        </w:rPr>
        <w:t xml:space="preserve">[01:28] </w:t>
      </w:r>
      <w:r>
        <w:t>Yani word of realization.</w:t>
      </w:r>
    </w:p>
    <w:p>
      <w:pPr>
        <w:jc w:val="right"/>
      </w:pPr>
      <w:r>
        <w:t>یعنی ورڈ آف ریلائزیشن۔</w:t>
      </w:r>
    </w:p>
    <w:p>
      <w:r>
        <w:rPr>
          <w:b/>
        </w:rPr>
        <w:t xml:space="preserve">[01:36] </w:t>
      </w:r>
      <w:r>
        <w:t>Yeh jo kalma hai Alhamdulillah Rabb al-Alameen yeh saada baat nahi hai.</w:t>
      </w:r>
    </w:p>
    <w:p>
      <w:pPr>
        <w:jc w:val="right"/>
      </w:pPr>
      <w:r>
        <w:t>یہ جو کلمہ ہے الحمدللہ رب العالمین یہ سادہ بات نہیں ہے۔</w:t>
      </w:r>
    </w:p>
    <w:p>
      <w:r>
        <w:rPr>
          <w:b/>
        </w:rPr>
        <w:t xml:space="preserve">[01:43] </w:t>
      </w:r>
      <w:r>
        <w:t>Ek insan paida hua woh insan ki zuban mein hai woh.</w:t>
      </w:r>
    </w:p>
    <w:p>
      <w:pPr>
        <w:jc w:val="right"/>
      </w:pPr>
      <w:r>
        <w:t>ایک انسان پیدا ہوا وہ انسان کی زبان میں ہے وہ۔</w:t>
      </w:r>
    </w:p>
    <w:p>
      <w:r>
        <w:rPr>
          <w:b/>
        </w:rPr>
        <w:t xml:space="preserve">[01:50] </w:t>
      </w:r>
      <w:r>
        <w:t>khuda ki taraf se jibril aaye hain lekin wo insan ki zaban mein hai.</w:t>
      </w:r>
    </w:p>
    <w:p>
      <w:pPr>
        <w:jc w:val="right"/>
      </w:pPr>
      <w:r>
        <w:t>خدا کی طرف سے جبرائیل آئے ہیں لیکن وہ انسان کی زبان میں ہے۔</w:t>
      </w:r>
    </w:p>
    <w:p>
      <w:r>
        <w:rPr>
          <w:b/>
        </w:rPr>
        <w:t xml:space="preserve">[01:58] </w:t>
      </w:r>
      <w:r>
        <w:t>yani ek insan paida hua us ko aql ke sath mind ke sath wo sochta raha ke main</w:t>
      </w:r>
    </w:p>
    <w:p>
      <w:pPr>
        <w:jc w:val="right"/>
      </w:pPr>
      <w:r>
        <w:t>یعنی ایک انسان پیدا ہوا اس کو عقل کے ساتھ مائنڈ کے ساتھ وہ سوچتا رہا کہ میں</w:t>
      </w:r>
    </w:p>
    <w:p>
      <w:r>
        <w:rPr>
          <w:b/>
        </w:rPr>
        <w:t xml:space="preserve">[02:05] </w:t>
      </w:r>
      <w:r>
        <w:t>kaise paida ho gaya main kya hoon? ye universe kya hai? solar system kya hai? yani grass se</w:t>
      </w:r>
    </w:p>
    <w:p>
      <w:pPr>
        <w:jc w:val="right"/>
      </w:pPr>
      <w:r>
        <w:t>کیسے پیدا ہو گیا میں کیا ہوں؟ یہ یونیورس کیا ہے؟ سولر سسٹم کیا ہے؟ یعنی گراس سے</w:t>
      </w:r>
    </w:p>
    <w:p>
      <w:r>
        <w:rPr>
          <w:b/>
        </w:rPr>
        <w:t xml:space="preserve">[02:13] </w:t>
      </w:r>
      <w:r>
        <w:t>le kar galaxy tak ye kya hai ye sab? to wo daryaft karta hai ke ek creator hai</w:t>
      </w:r>
    </w:p>
    <w:p>
      <w:pPr>
        <w:jc w:val="right"/>
      </w:pPr>
      <w:r>
        <w:t>لے کر گلیکسی تک یہ کیا ہے یہ سب؟ تو وہ دریافت کرتا ہے کہ ایک کریٹر ہے</w:t>
      </w:r>
    </w:p>
    <w:p>
      <w:r>
        <w:rPr>
          <w:b/>
        </w:rPr>
        <w:t xml:space="preserve">[02:20] </w:t>
      </w:r>
      <w:r>
        <w:t>jis ne in cheezon ko banaya hai.</w:t>
      </w:r>
    </w:p>
    <w:p>
      <w:pPr>
        <w:jc w:val="right"/>
      </w:pPr>
      <w:r>
        <w:t>جس نے ان چیزوں کو بنایا ہے۔</w:t>
      </w:r>
    </w:p>
    <w:p>
      <w:r>
        <w:rPr>
          <w:b/>
        </w:rPr>
        <w:t xml:space="preserve">[02:28] </w:t>
      </w:r>
      <w:r>
        <w:t>aur bahut hi meaningful andaz mein.</w:t>
      </w:r>
    </w:p>
    <w:p>
      <w:pPr>
        <w:jc w:val="right"/>
      </w:pPr>
      <w:r>
        <w:t>اور بہت ہی میننگ فل انداز میں۔</w:t>
      </w:r>
    </w:p>
    <w:p>
      <w:r>
        <w:rPr>
          <w:b/>
        </w:rPr>
        <w:t xml:space="preserve">[02:35] </w:t>
      </w:r>
      <w:r>
        <w:t>well planned, well designed.</w:t>
      </w:r>
    </w:p>
    <w:p>
      <w:pPr>
        <w:jc w:val="right"/>
      </w:pPr>
      <w:r>
        <w:t>ویل پلانڈ، ویل ڈیزائنڈ۔</w:t>
      </w:r>
    </w:p>
    <w:p>
      <w:r>
        <w:rPr>
          <w:b/>
        </w:rPr>
        <w:t xml:space="preserve">[02:43] </w:t>
      </w:r>
      <w:r>
        <w:t>in daryafton ke baad wo keh uthta hai: alhamdulillah rabbul alameen.</w:t>
      </w:r>
    </w:p>
    <w:p>
      <w:pPr>
        <w:jc w:val="right"/>
      </w:pPr>
      <w:r>
        <w:t>ان دریافتوں کے بعد وہ کہہ اٹھتا ہے: الحمدللہ رب العالمین۔</w:t>
      </w:r>
    </w:p>
    <w:p>
      <w:r>
        <w:rPr>
          <w:b/>
        </w:rPr>
        <w:t xml:space="preserve">[02:50] </w:t>
      </w:r>
      <w:r>
        <w:t>yani jis ne paida kiya is universe ko us ki glory ka aelan.</w:t>
      </w:r>
    </w:p>
    <w:p>
      <w:pPr>
        <w:jc w:val="right"/>
      </w:pPr>
      <w:r>
        <w:t>یعنی جس نے پیدا کیا اس یونیورس کو اس کی گلوری کا اعلان۔</w:t>
      </w:r>
    </w:p>
    <w:p>
      <w:r>
        <w:rPr>
          <w:b/>
        </w:rPr>
        <w:t xml:space="preserve">[02:58] </w:t>
      </w:r>
      <w:r>
        <w:t>ke kaisa azeem hai ke itna bara hai to.</w:t>
      </w:r>
    </w:p>
    <w:p>
      <w:pPr>
        <w:jc w:val="right"/>
      </w:pPr>
      <w:r>
        <w:t>کہ کیسا عظیم ہے کہ اتنا بڑا ہے تو۔</w:t>
      </w:r>
    </w:p>
    <w:p>
      <w:r>
        <w:rPr>
          <w:b/>
        </w:rPr>
        <w:t xml:space="preserve">[03:05] </w:t>
      </w:r>
      <w:r>
        <w:t>us ki creator ki barai.</w:t>
      </w:r>
    </w:p>
    <w:p>
      <w:pPr>
        <w:jc w:val="right"/>
      </w:pPr>
      <w:r>
        <w:t>اس کی کریٹر کی بڑائی۔</w:t>
      </w:r>
    </w:p>
    <w:p>
      <w:r>
        <w:rPr>
          <w:b/>
        </w:rPr>
        <w:t xml:space="preserve">[03:12] </w:t>
      </w:r>
      <w:r>
        <w:t>creator ki glory.</w:t>
      </w:r>
    </w:p>
    <w:p>
      <w:pPr>
        <w:jc w:val="right"/>
      </w:pPr>
      <w:r>
        <w:t>کریٹر کی گلوری۔</w:t>
      </w:r>
    </w:p>
    <w:p>
      <w:r>
        <w:rPr>
          <w:b/>
        </w:rPr>
        <w:t xml:space="preserve">[03:20] </w:t>
      </w:r>
      <w:r>
        <w:t>ko pukar uthna.</w:t>
      </w:r>
    </w:p>
    <w:p>
      <w:pPr>
        <w:jc w:val="right"/>
      </w:pPr>
      <w:r>
        <w:t>کو پکار اٹھنا۔</w:t>
      </w:r>
    </w:p>
    <w:p>
      <w:r>
        <w:rPr>
          <w:b/>
        </w:rPr>
        <w:t xml:space="preserve">[03:27] </w:t>
      </w:r>
      <w:r>
        <w:t>yahi hai alhamdulillah rabbul alameen.</w:t>
      </w:r>
    </w:p>
    <w:p>
      <w:pPr>
        <w:jc w:val="right"/>
      </w:pPr>
      <w:r>
        <w:t>یہی ہے الحمدللہ رب العالمین۔</w:t>
      </w:r>
    </w:p>
    <w:p>
      <w:r>
        <w:rPr>
          <w:b/>
        </w:rPr>
        <w:t xml:space="preserve">[03:35] </w:t>
      </w:r>
      <w:r>
        <w:t>dusri cheez jo mujhe samajh mein aayi hai ke ye jo us ko realization kahiye ya marifat kahiye</w:t>
      </w:r>
    </w:p>
    <w:p>
      <w:pPr>
        <w:jc w:val="right"/>
      </w:pPr>
      <w:r>
        <w:t>دوسری چیز جو مجھے سمجھ میں آئی ہے کہ یہ جو اس کو ریلائزیشن کہیے یا معرفت کہیے</w:t>
      </w:r>
    </w:p>
    <w:p>
      <w:r>
        <w:rPr>
          <w:b/>
        </w:rPr>
        <w:t xml:space="preserve">[03:42] </w:t>
      </w:r>
      <w:r>
        <w:t>ye asal hai lekin quran ko aap parhein to us zaban mein quran mein kahin nahi milega aap ko. ye zaban.</w:t>
      </w:r>
    </w:p>
    <w:p>
      <w:pPr>
        <w:jc w:val="right"/>
      </w:pPr>
      <w:r>
        <w:t>یہ اصل ہے لیکن قرآن کو آپ پڑھیں تو اس زبان میں قرآن میں کہیں نہیں ملے گا آپ کو۔ یہ زبان۔</w:t>
      </w:r>
    </w:p>
    <w:p>
      <w:r>
        <w:rPr>
          <w:b/>
        </w:rPr>
        <w:t xml:space="preserve">[03:50] </w:t>
      </w:r>
      <w:r>
        <w:t>ae insan dekh sab se bari cheez marifat hai.</w:t>
      </w:r>
    </w:p>
    <w:p>
      <w:pPr>
        <w:jc w:val="right"/>
      </w:pPr>
      <w:r>
        <w:t>اے انسان دیکھ سب سے بڑی چیز معرفت ہے۔</w:t>
      </w:r>
    </w:p>
    <w:p>
      <w:r>
        <w:rPr>
          <w:b/>
        </w:rPr>
        <w:t xml:space="preserve">[03:57] </w:t>
      </w:r>
      <w:r>
        <w:t>yani insan ki zaban to yahi hai.</w:t>
      </w:r>
    </w:p>
    <w:p>
      <w:pPr>
        <w:jc w:val="right"/>
      </w:pPr>
      <w:r>
        <w:t>یعنی انسان کی زبان تو یہی ہے۔</w:t>
      </w:r>
    </w:p>
    <w:p>
      <w:r>
        <w:rPr>
          <w:b/>
        </w:rPr>
        <w:t xml:space="preserve">[04:05] </w:t>
      </w:r>
      <w:r>
        <w:t>insan jab kahega to yahi zaban bolegа.</w:t>
      </w:r>
    </w:p>
    <w:p>
      <w:pPr>
        <w:jc w:val="right"/>
      </w:pPr>
      <w:r>
        <w:t>انسان جب کہے گا تو یہی زبان بولے گا۔</w:t>
      </w:r>
    </w:p>
    <w:p>
      <w:r>
        <w:rPr>
          <w:b/>
        </w:rPr>
        <w:t xml:space="preserve">[04:12] </w:t>
      </w:r>
      <w:r>
        <w:t>lekin quran mein ye zaban istemal nahi hui hai.</w:t>
      </w:r>
    </w:p>
    <w:p>
      <w:pPr>
        <w:jc w:val="right"/>
      </w:pPr>
      <w:r>
        <w:t>لیکن قرآن میں یہ زبان استعمال نہیں ہوئی ہے۔</w:t>
      </w:r>
    </w:p>
    <w:p>
      <w:r>
        <w:rPr>
          <w:b/>
        </w:rPr>
        <w:t xml:space="preserve">[04:20] </w:t>
      </w:r>
      <w:r>
        <w:t>kyun? is ka ek bahut bara raz hai.</w:t>
      </w:r>
    </w:p>
    <w:p>
      <w:pPr>
        <w:jc w:val="right"/>
      </w:pPr>
      <w:r>
        <w:t>کیوں؟ اس کا ایک بہت بڑا راز ہے۔</w:t>
      </w:r>
    </w:p>
    <w:p>
      <w:r>
        <w:rPr>
          <w:b/>
        </w:rPr>
        <w:t xml:space="preserve">[04:27] </w:t>
      </w:r>
      <w:r>
        <w:t>wo ye hai ke creator ko self discovered marifat chahiye.</w:t>
      </w:r>
    </w:p>
    <w:p>
      <w:pPr>
        <w:jc w:val="right"/>
      </w:pPr>
      <w:r>
        <w:t>وہ یہ ہے کہ کریٹر کو سیلف ڈسکورڈ معرفت چاہیے۔</w:t>
      </w:r>
    </w:p>
    <w:p>
      <w:r>
        <w:rPr>
          <w:b/>
        </w:rPr>
        <w:t xml:space="preserve">[04:34] </w:t>
      </w:r>
      <w:r>
        <w:t>self discovered realization.</w:t>
      </w:r>
    </w:p>
    <w:p>
      <w:pPr>
        <w:jc w:val="right"/>
      </w:pPr>
      <w:r>
        <w:t>سیلف ڈسکورڈ ریلائزیشن۔</w:t>
      </w:r>
    </w:p>
    <w:p>
      <w:r>
        <w:rPr>
          <w:b/>
        </w:rPr>
        <w:t xml:space="preserve">[04:42] </w:t>
      </w:r>
      <w:r>
        <w:t>wo insan allah ke nazdeek haqeeqi maanon mein insan hai jo zaati daryaft ke nateeje mein marifat ko</w:t>
      </w:r>
    </w:p>
    <w:p>
      <w:pPr>
        <w:jc w:val="right"/>
      </w:pPr>
      <w:r>
        <w:t>وہ انسان اللہ کے نزدیک حقیقی معنوں میں انسان ہے جو ذاتی دریافت کے نتیجے میں معرفت کو</w:t>
      </w:r>
    </w:p>
    <w:p>
      <w:r>
        <w:rPr>
          <w:b/>
        </w:rPr>
        <w:t xml:space="preserve">[04:49] </w:t>
      </w:r>
      <w:r>
        <w:t>jane aur keh uthe: alhamdulillah rabbul alameen.</w:t>
      </w:r>
    </w:p>
    <w:p>
      <w:pPr>
        <w:jc w:val="right"/>
      </w:pPr>
      <w:r>
        <w:t>جانے اور کہہ اٹھے: الحمدللہ رب العالمین۔</w:t>
      </w:r>
    </w:p>
    <w:p>
      <w:r>
        <w:rPr>
          <w:b/>
        </w:rPr>
        <w:t xml:space="preserve">[04:57] </w:t>
      </w:r>
      <w:r>
        <w:t>to self discored marfat yeh hai sab se bari baat jo Allah rab ul alameen ko darkar hai.</w:t>
      </w:r>
    </w:p>
    <w:p>
      <w:pPr>
        <w:jc w:val="right"/>
      </w:pPr>
      <w:r>
        <w:t>تو سیلف ڈسکورڈ معرفت یہ ہے سب سے بڑی بات جو اللہ رب العالمین کو درکار ہے۔</w:t>
      </w:r>
    </w:p>
    <w:p>
      <w:r>
        <w:rPr>
          <w:b/>
        </w:rPr>
        <w:t xml:space="preserve">[05:04] </w:t>
      </w:r>
      <w:r>
        <w:t>ab aur sochiye.</w:t>
      </w:r>
    </w:p>
    <w:p>
      <w:pPr>
        <w:jc w:val="right"/>
      </w:pPr>
      <w:r>
        <w:t>اب اور سوچیے۔</w:t>
      </w:r>
    </w:p>
    <w:p>
      <w:r>
        <w:rPr>
          <w:b/>
        </w:rPr>
        <w:t xml:space="preserve">[05:12] </w:t>
      </w:r>
      <w:r>
        <w:t>Allah ne jab insan ko paida kiya to nabion ko bhejna shuru kiya.</w:t>
      </w:r>
    </w:p>
    <w:p>
      <w:pPr>
        <w:jc w:val="right"/>
      </w:pPr>
      <w:r>
        <w:t>اللہ نے جب انسان کو پیدا کیا تو نبیوں کو بھیجنا شروع کیا۔</w:t>
      </w:r>
    </w:p>
    <w:p>
      <w:r>
        <w:rPr>
          <w:b/>
        </w:rPr>
        <w:t xml:space="preserve">[05:19] </w:t>
      </w:r>
      <w:r>
        <w:t>bohat se nabi aaye bohat se nabi aaye.</w:t>
      </w:r>
    </w:p>
    <w:p>
      <w:pPr>
        <w:jc w:val="right"/>
      </w:pPr>
      <w:r>
        <w:t>بہت سے نبی آئے بہت سے نبی آئے۔</w:t>
      </w:r>
    </w:p>
    <w:p>
      <w:r>
        <w:rPr>
          <w:b/>
        </w:rPr>
        <w:t xml:space="preserve">[05:27] </w:t>
      </w:r>
      <w:r>
        <w:t>lekin Allah ki jo scheme of things hai woh yahin par khatam nahi hoti thi.</w:t>
      </w:r>
    </w:p>
    <w:p>
      <w:pPr>
        <w:jc w:val="right"/>
      </w:pPr>
      <w:r>
        <w:t>لیکن اللہ کی جو اسکیم آف تھنگز ہے وہ یہیں پر ختم نہیں ہوتی تھی۔</w:t>
      </w:r>
    </w:p>
    <w:p>
      <w:r>
        <w:rPr>
          <w:b/>
        </w:rPr>
        <w:t xml:space="preserve">[05:34] </w:t>
      </w:r>
      <w:r>
        <w:t>kyun ke nabion ne dekhiye nabion ne kya kiya? unhon ne sachai ka statement diya. statement.</w:t>
      </w:r>
    </w:p>
    <w:p>
      <w:pPr>
        <w:jc w:val="right"/>
      </w:pPr>
      <w:r>
        <w:t>کیونکہ نبیوں نے دیکھیے نبیوں نے کیا کیا؟ انہوں نے سچائی کا اسٹیٹمنٹ دیا۔ اسٹیٹمنٹ۔</w:t>
      </w:r>
    </w:p>
    <w:p>
      <w:r>
        <w:rPr>
          <w:b/>
        </w:rPr>
        <w:t xml:space="preserve">[05:42] </w:t>
      </w:r>
      <w:r>
        <w:t>statement ke bahar bohat kuch hai.</w:t>
      </w:r>
    </w:p>
    <w:p>
      <w:pPr>
        <w:jc w:val="right"/>
      </w:pPr>
      <w:r>
        <w:t>اسٹیٹمنٹ کے باہر بہت کچھ ہے۔</w:t>
      </w:r>
    </w:p>
    <w:p>
      <w:r>
        <w:rPr>
          <w:b/>
        </w:rPr>
        <w:t xml:space="preserve">[05:49] </w:t>
      </w:r>
      <w:r>
        <w:t>woh insan ko khud janna tha.</w:t>
      </w:r>
    </w:p>
    <w:p>
      <w:pPr>
        <w:jc w:val="right"/>
      </w:pPr>
      <w:r>
        <w:t>وہ انسان کو خود جاننا تھا۔</w:t>
      </w:r>
    </w:p>
    <w:p>
      <w:r>
        <w:rPr>
          <w:b/>
        </w:rPr>
        <w:t xml:space="preserve">[05:56] </w:t>
      </w:r>
      <w:r>
        <w:t>statement ke bahar.</w:t>
      </w:r>
    </w:p>
    <w:p>
      <w:pPr>
        <w:jc w:val="right"/>
      </w:pPr>
      <w:r>
        <w:t>اسٹیٹمنٹ کے باہر۔</w:t>
      </w:r>
    </w:p>
    <w:p>
      <w:r>
        <w:rPr>
          <w:b/>
        </w:rPr>
        <w:t xml:space="preserve">[06:04] </w:t>
      </w:r>
      <w:r>
        <w:t>to nabion ka jo zamana hai woh pre civilization zamana hai.</w:t>
      </w:r>
    </w:p>
    <w:p>
      <w:pPr>
        <w:jc w:val="right"/>
      </w:pPr>
      <w:r>
        <w:t>تو نبیوں کا جو زمانہ ہے وہ پری سولائزیشن زمانہ ہے۔</w:t>
      </w:r>
    </w:p>
    <w:p>
      <w:r>
        <w:rPr>
          <w:b/>
        </w:rPr>
        <w:t xml:space="preserve">[06:11] </w:t>
      </w:r>
      <w:r>
        <w:t>is zamane mein data maujood nahi tha marfat ka.</w:t>
      </w:r>
    </w:p>
    <w:p>
      <w:pPr>
        <w:jc w:val="right"/>
      </w:pPr>
      <w:r>
        <w:t>اس زمانے میں ڈیٹا موجود نہیں تھا معرفت کا۔</w:t>
      </w:r>
    </w:p>
    <w:p>
      <w:r>
        <w:rPr>
          <w:b/>
        </w:rPr>
        <w:t xml:space="preserve">[06:19] </w:t>
      </w:r>
      <w:r>
        <w:t>marfat ka data.</w:t>
      </w:r>
    </w:p>
    <w:p>
      <w:pPr>
        <w:jc w:val="right"/>
      </w:pPr>
      <w:r>
        <w:t>معرفت کا ڈیٹا۔</w:t>
      </w:r>
    </w:p>
    <w:p>
      <w:r>
        <w:rPr>
          <w:b/>
        </w:rPr>
        <w:t xml:space="preserve">[06:26] </w:t>
      </w:r>
      <w:r>
        <w:t>yani aap kahein ke Khuda bohat bara hai to aap jante nahi the qadeem zamane mein ke universe</w:t>
      </w:r>
    </w:p>
    <w:p>
      <w:pPr>
        <w:jc w:val="right"/>
      </w:pPr>
      <w:r>
        <w:t>یعنی آپ کہیں کہ خدا بہت بڑا ہے تو آپ جانتے نہیں تھے قدیم زمانے میں کہ یونیورس</w:t>
      </w:r>
    </w:p>
    <w:p>
      <w:r>
        <w:rPr>
          <w:b/>
        </w:rPr>
        <w:t xml:space="preserve">[06:34] </w:t>
      </w:r>
      <w:r>
        <w:t>bohat bari hai.</w:t>
      </w:r>
    </w:p>
    <w:p>
      <w:pPr>
        <w:jc w:val="right"/>
      </w:pPr>
      <w:r>
        <w:t>بہت بڑی ہے۔</w:t>
      </w:r>
    </w:p>
    <w:p>
      <w:r>
        <w:rPr>
          <w:b/>
        </w:rPr>
        <w:t xml:space="preserve">[06:41] </w:t>
      </w:r>
      <w:r>
        <w:t>jab maloom hua ke universe bohat hi bari hai bohat hi bari hai tab aap soch paate hain</w:t>
      </w:r>
    </w:p>
    <w:p>
      <w:pPr>
        <w:jc w:val="right"/>
      </w:pPr>
      <w:r>
        <w:t>جب معلوم ہوا کہ یونیورس بہت ہی بڑی ہے بہت ہی بڑی ہے تب آپ سوچ پاتے ہیں</w:t>
      </w:r>
    </w:p>
    <w:p>
      <w:r>
        <w:rPr>
          <w:b/>
        </w:rPr>
        <w:t xml:space="preserve">[06:49] </w:t>
      </w:r>
      <w:r>
        <w:t>ke Khuda to bohat hi bara hai.</w:t>
      </w:r>
    </w:p>
    <w:p>
      <w:pPr>
        <w:jc w:val="right"/>
      </w:pPr>
      <w:r>
        <w:t>کہ خدا تو بہت ہی بڑا ہے۔</w:t>
      </w:r>
    </w:p>
    <w:p>
      <w:r>
        <w:rPr>
          <w:b/>
        </w:rPr>
        <w:t xml:space="preserve">[06:56] </w:t>
      </w:r>
      <w:r>
        <w:t>kyun ke dekhiye misaal ke taur par raat ke waqt hum ko jo sitare dikhai dete hain yeh sari</w:t>
      </w:r>
    </w:p>
    <w:p>
      <w:pPr>
        <w:jc w:val="right"/>
      </w:pPr>
      <w:r>
        <w:t>کیونکہ دیکھیے مثال کے طور پر رات کے وقت ہم کو جو ستارے دکھائی دیتے ہیں یہ ساری</w:t>
      </w:r>
    </w:p>
    <w:p>
      <w:r>
        <w:rPr>
          <w:b/>
        </w:rPr>
        <w:t xml:space="preserve">[07:04] </w:t>
      </w:r>
      <w:r>
        <w:t>tareekh mein insan yeh janta raha ke yahi duniya hai.</w:t>
      </w:r>
    </w:p>
    <w:p>
      <w:pPr>
        <w:jc w:val="right"/>
      </w:pPr>
      <w:r>
        <w:t>تاریخ میں انسان یہ جانتا رہا کہ یہی دنیا ہے۔</w:t>
      </w:r>
    </w:p>
    <w:p>
      <w:r>
        <w:rPr>
          <w:b/>
        </w:rPr>
        <w:t xml:space="preserve">[07:11] </w:t>
      </w:r>
      <w:r>
        <w:t>jo sitare hum dekhte hain raat ko poori history mein insan yeh janta raha ke kal duniya yahi hai.</w:t>
      </w:r>
    </w:p>
    <w:p>
      <w:pPr>
        <w:jc w:val="right"/>
      </w:pPr>
      <w:r>
        <w:t>جو ستارے ہم دیکھتے ہیں رات کو پوری ہسٹری میں انسان یہ جانتا رہا کہ کل دنیا یہی ہے۔</w:t>
      </w:r>
    </w:p>
    <w:p>
      <w:r>
        <w:rPr>
          <w:b/>
        </w:rPr>
        <w:t xml:space="preserve">[07:19] </w:t>
      </w:r>
      <w:r>
        <w:t>kal universe yahi hai.</w:t>
      </w:r>
    </w:p>
    <w:p>
      <w:pPr>
        <w:jc w:val="right"/>
      </w:pPr>
      <w:r>
        <w:t>کل یونیورس یہی ہے۔</w:t>
      </w:r>
    </w:p>
    <w:p>
      <w:r>
        <w:rPr>
          <w:b/>
        </w:rPr>
        <w:t xml:space="preserve">[07:26] </w:t>
      </w:r>
      <w:r>
        <w:t>yeh to scientific studies se pata chala ke woh to ek galaxy ka hissa hai jis ko hum</w:t>
      </w:r>
    </w:p>
    <w:p>
      <w:pPr>
        <w:jc w:val="right"/>
      </w:pPr>
      <w:r>
        <w:t>یہ تو سائنٹیفک اسٹڈیز سے پتہ چلا کہ وہ تو ایک گلیکسی کا حصہ ہے جس کو ہم</w:t>
      </w:r>
    </w:p>
    <w:p>
      <w:r>
        <w:rPr>
          <w:b/>
        </w:rPr>
        <w:t xml:space="preserve">[07:33] </w:t>
      </w:r>
      <w:r>
        <w:t>milky way kehte hain.</w:t>
      </w:r>
    </w:p>
    <w:p>
      <w:pPr>
        <w:jc w:val="right"/>
      </w:pPr>
      <w:r>
        <w:t>ملکی وے کہتے ہیں۔</w:t>
      </w:r>
    </w:p>
    <w:p>
      <w:r>
        <w:rPr>
          <w:b/>
        </w:rPr>
        <w:t xml:space="preserve">[07:41] </w:t>
      </w:r>
      <w:r>
        <w:t>raat ke waqt jo sitare jugmag jugmag dekhte hain aap yeh poori universe nahi hoti hai.</w:t>
      </w:r>
    </w:p>
    <w:p>
      <w:pPr>
        <w:jc w:val="right"/>
      </w:pPr>
      <w:r>
        <w:t>رات کے وقت جو ستارے جگمگ جگمگ دیکھتے ہیں آپ یہ پوری یونیورس نہیں ہوتی ہے۔</w:t>
      </w:r>
    </w:p>
    <w:p>
      <w:r>
        <w:rPr>
          <w:b/>
        </w:rPr>
        <w:t xml:space="preserve">[07:48] </w:t>
      </w:r>
      <w:r>
        <w:t>milky way ka hissa hota hai bas.</w:t>
      </w:r>
    </w:p>
    <w:p>
      <w:pPr>
        <w:jc w:val="right"/>
      </w:pPr>
      <w:r>
        <w:t>ملکی وے کا حصہ ہوتا ہے بس۔</w:t>
      </w:r>
    </w:p>
    <w:p>
      <w:r>
        <w:rPr>
          <w:b/>
        </w:rPr>
        <w:t xml:space="preserve">[07:56] </w:t>
      </w:r>
      <w:r>
        <w:t>baqi to is ke bahar bohat kuch hai.</w:t>
      </w:r>
    </w:p>
    <w:p>
      <w:pPr>
        <w:jc w:val="right"/>
      </w:pPr>
      <w:r>
        <w:t>باقی تو اس کے باہر بہت کچھ ہے۔</w:t>
      </w:r>
    </w:p>
    <w:p>
      <w:r>
        <w:rPr>
          <w:b/>
        </w:rPr>
        <w:t xml:space="preserve">[08:03] </w:t>
      </w:r>
      <w:r>
        <w:t>to jab insaan jaanta hi nahin tha to kaise bade yaani ek badi bohat badi baat ke taur</w:t>
      </w:r>
    </w:p>
    <w:p>
      <w:pPr>
        <w:jc w:val="right"/>
      </w:pPr>
      <w:r>
        <w:t>تو جب انسان جانتا ہی نہیں تھا تو کیسے بڑے یعنی ایک بڑی بہت بڑی بات کے طور</w:t>
      </w:r>
    </w:p>
    <w:p>
      <w:r>
        <w:rPr>
          <w:b/>
        </w:rPr>
        <w:t xml:space="preserve">[08:11] </w:t>
      </w:r>
      <w:r>
        <w:t>par woh kaise kehta hai? Alhamdulillah Rabbil Alameen.</w:t>
      </w:r>
    </w:p>
    <w:p>
      <w:pPr>
        <w:jc w:val="right"/>
      </w:pPr>
      <w:r>
        <w:t>پر وہ کیسے کہتا ہے؟ الحمدللہ رب العالمین۔</w:t>
      </w:r>
    </w:p>
    <w:p>
      <w:r>
        <w:rPr>
          <w:b/>
        </w:rPr>
        <w:t xml:space="preserve">[08:18] </w:t>
      </w:r>
      <w:r>
        <w:t>to Khuda ne kya kiya? Ek taraf Khuda ne peghambaron ke zariye sachai ka ailaan kiya.</w:t>
      </w:r>
    </w:p>
    <w:p>
      <w:pPr>
        <w:jc w:val="right"/>
      </w:pPr>
      <w:r>
        <w:t>تو خدا نے کیا کیا؟ ایک طرف خدا نے پیغمبروں کے ذریعے سچائی کا اعلان کیا۔</w:t>
      </w:r>
    </w:p>
    <w:p>
      <w:r>
        <w:rPr>
          <w:b/>
        </w:rPr>
        <w:t xml:space="preserve">[08:26] </w:t>
      </w:r>
      <w:r>
        <w:t>aur doosri taraf nature mein woh saari baatein chhupa kar rakh dein jis ko daryaft jis ko discover</w:t>
      </w:r>
    </w:p>
    <w:p>
      <w:pPr>
        <w:jc w:val="right"/>
      </w:pPr>
      <w:r>
        <w:t>اور دوسری طرف نیچر میں وہ ساری باتیں چھپا کر رکھ دیں جس کو دریافت جس کو ڈسکور</w:t>
      </w:r>
    </w:p>
    <w:p>
      <w:r>
        <w:rPr>
          <w:b/>
        </w:rPr>
        <w:t xml:space="preserve">[08:33] </w:t>
      </w:r>
      <w:r>
        <w:t>kar ke insaan Khaliq ki azmat ko jaane.</w:t>
      </w:r>
    </w:p>
    <w:p>
      <w:pPr>
        <w:jc w:val="right"/>
      </w:pPr>
      <w:r>
        <w:t>کر کے انسان خالق کی عظمت کو جانے۔</w:t>
      </w:r>
    </w:p>
    <w:p>
      <w:r>
        <w:rPr>
          <w:b/>
        </w:rPr>
        <w:t xml:space="preserve">[08:41] </w:t>
      </w:r>
      <w:r>
        <w:t>Nabiyon ke zamane mein yaad rakhiye sachai ka description diya gaya statement diya gaya lekin is ka jo</w:t>
      </w:r>
    </w:p>
    <w:p>
      <w:pPr>
        <w:jc w:val="right"/>
      </w:pPr>
      <w:r>
        <w:t>نبیوں کے زمانے میں یاد رکھیے سچائی کا ڈسکرپشن دیا گیا اسٹیٹمنٹ دیا گیا لیکن اس کا جو</w:t>
      </w:r>
    </w:p>
    <w:p>
      <w:r>
        <w:rPr>
          <w:b/>
        </w:rPr>
        <w:t xml:space="preserve">[08:48] </w:t>
      </w:r>
      <w:r>
        <w:t>is ka jo data hai woh to phir bhi la maloom tha.</w:t>
      </w:r>
    </w:p>
    <w:p>
      <w:pPr>
        <w:jc w:val="right"/>
      </w:pPr>
      <w:r>
        <w:t>اس کا جو ڈیٹا ہے وہ تو پھر بھی لامعلوم تھا۔</w:t>
      </w:r>
    </w:p>
    <w:p>
      <w:r>
        <w:rPr>
          <w:b/>
        </w:rPr>
        <w:t xml:space="preserve">[08:55] </w:t>
      </w:r>
      <w:r>
        <w:t>woh to nature mein chhupa hua tha.</w:t>
      </w:r>
    </w:p>
    <w:p>
      <w:pPr>
        <w:jc w:val="right"/>
      </w:pPr>
      <w:r>
        <w:t>وہ تو نیچر میں چھپا ہوا تھا۔</w:t>
      </w:r>
    </w:p>
    <w:p>
      <w:r>
        <w:rPr>
          <w:b/>
        </w:rPr>
        <w:t xml:space="preserve">[09:03] </w:t>
      </w:r>
      <w:r>
        <w:t>to Quran mein yeh ailaan kiya gaya tha bohat hi ajeeb ailaan.</w:t>
      </w:r>
    </w:p>
    <w:p>
      <w:pPr>
        <w:jc w:val="right"/>
      </w:pPr>
      <w:r>
        <w:t>تو قرآن میں یہ اعلان کیا گیا تھا بہت ہی عجیب اعلان۔</w:t>
      </w:r>
    </w:p>
    <w:p>
      <w:r>
        <w:rPr>
          <w:b/>
        </w:rPr>
        <w:t xml:space="preserve">[09:10] </w:t>
      </w:r>
      <w:r>
        <w:t>chapter number 41 mein.</w:t>
      </w:r>
    </w:p>
    <w:p>
      <w:pPr>
        <w:jc w:val="right"/>
      </w:pPr>
      <w:r>
        <w:t>چیپٹر نمبر 41 میں۔</w:t>
      </w:r>
    </w:p>
    <w:p>
      <w:r>
        <w:rPr>
          <w:b/>
        </w:rPr>
        <w:t xml:space="preserve">[09:18] </w:t>
      </w:r>
      <w:r>
        <w:t>chapter number 41.</w:t>
      </w:r>
    </w:p>
    <w:p>
      <w:pPr>
        <w:jc w:val="right"/>
      </w:pPr>
      <w:r>
        <w:t>چیپٹر نمبر 41۔</w:t>
      </w:r>
    </w:p>
    <w:p>
      <w:r>
        <w:rPr>
          <w:b/>
        </w:rPr>
        <w:t xml:space="preserve">[09:25] </w:t>
      </w:r>
      <w:r>
        <w:t>Sanureehim Aayaatina fil Afaak wa fil Anfusihim hatta yatabayyana lahum annal Haqq.</w:t>
      </w:r>
    </w:p>
    <w:p>
      <w:pPr>
        <w:jc w:val="right"/>
      </w:pPr>
      <w:r>
        <w:t>سنوریہم آیاتنا فی الافاق و فی الفسیم حتیٰ یتبیین لہم أن الحق۔</w:t>
      </w:r>
    </w:p>
    <w:p>
      <w:r>
        <w:rPr>
          <w:b/>
        </w:rPr>
        <w:t xml:space="preserve">[09:33] </w:t>
      </w:r>
      <w:r>
        <w:t>یعنی future میں ہم دکھائیں گے نشانیاں signs کائنات میں اور انسان میں۔</w:t>
      </w:r>
    </w:p>
    <w:p>
      <w:pPr>
        <w:jc w:val="right"/>
      </w:pPr>
      <w:r>
        <w:t>یعنی فیوچر میں ہم دکھائیں گے نشانیاں سائنز کائنات میں اور انسان میں۔</w:t>
      </w:r>
    </w:p>
    <w:p>
      <w:r>
        <w:rPr>
          <w:b/>
        </w:rPr>
        <w:t xml:space="preserve">[09:40] </w:t>
      </w:r>
      <w:r>
        <w:t>یعنی jo mind hai mind ke andar aur kainat ke andar.</w:t>
      </w:r>
    </w:p>
    <w:p>
      <w:pPr>
        <w:jc w:val="right"/>
      </w:pPr>
      <w:r>
        <w:t>یعنی جو مائنڈ ہے مائنڈ کے اندر اور کائنات کے اندر۔</w:t>
      </w:r>
    </w:p>
    <w:p>
      <w:r>
        <w:rPr>
          <w:b/>
        </w:rPr>
        <w:t xml:space="preserve">[09:48] </w:t>
      </w:r>
      <w:r>
        <w:t>yahan tak ke insaan ko khul jaaye ke yeh haq hai.</w:t>
      </w:r>
    </w:p>
    <w:p>
      <w:pPr>
        <w:jc w:val="right"/>
      </w:pPr>
      <w:r>
        <w:t>یہاں تک کہ انسان کو کھل جائے کہ یہ حق ہے۔</w:t>
      </w:r>
    </w:p>
    <w:p>
      <w:r>
        <w:rPr>
          <w:b/>
        </w:rPr>
        <w:t xml:space="preserve">[09:55] </w:t>
      </w:r>
      <w:r>
        <w:t>dekhiye yahan par jo hai samaa se muraad hai.</w:t>
      </w:r>
    </w:p>
    <w:p>
      <w:pPr>
        <w:jc w:val="right"/>
      </w:pPr>
      <w:r>
        <w:t>دیکھیے یہاں پر جو ہے سماء سے مراد ہے۔</w:t>
      </w:r>
    </w:p>
    <w:p>
      <w:r>
        <w:rPr>
          <w:b/>
        </w:rPr>
        <w:t xml:space="preserve">[10:03] </w:t>
      </w:r>
      <w:r>
        <w:t>anfus se muraad hai insaan.</w:t>
      </w:r>
    </w:p>
    <w:p>
      <w:pPr>
        <w:jc w:val="right"/>
      </w:pPr>
      <w:r>
        <w:t>انفس سے مراد ہے انسان۔</w:t>
      </w:r>
    </w:p>
    <w:p>
      <w:r>
        <w:rPr>
          <w:b/>
        </w:rPr>
        <w:t xml:space="preserve">[10:10] </w:t>
      </w:r>
      <w:r>
        <w:t>aur samaa se muraad hai baqi jo duniya hai.</w:t>
      </w:r>
    </w:p>
    <w:p>
      <w:pPr>
        <w:jc w:val="right"/>
      </w:pPr>
      <w:r>
        <w:t>اور سماء سے مراد ہے بقیہ جو دنیا ہے۔</w:t>
      </w:r>
    </w:p>
    <w:p>
      <w:r>
        <w:rPr>
          <w:b/>
        </w:rPr>
        <w:t xml:space="preserve">[10:17] </w:t>
      </w:r>
      <w:r>
        <w:t>yaani material world aur human world.</w:t>
      </w:r>
    </w:p>
    <w:p>
      <w:pPr>
        <w:jc w:val="right"/>
      </w:pPr>
      <w:r>
        <w:t>یعنی مٹیریل ورلڈ اور ہیومن ورلڈ۔</w:t>
      </w:r>
    </w:p>
    <w:p>
      <w:r>
        <w:rPr>
          <w:b/>
        </w:rPr>
        <w:t xml:space="preserve">[10:25] </w:t>
      </w:r>
      <w:r>
        <w:t>اس کا مطلب یہ ہے کہ یہ اعلان کیا گیا تھا کہ future میں۔</w:t>
      </w:r>
    </w:p>
    <w:p>
      <w:pPr>
        <w:jc w:val="right"/>
      </w:pPr>
      <w:r>
        <w:t>اس کا مطلب یہ ہے کہ یہ اعلان کیا گیا تھا کہ فیوچر میں۔</w:t>
      </w:r>
    </w:p>
    <w:p>
      <w:r>
        <w:rPr>
          <w:b/>
        </w:rPr>
        <w:t xml:space="preserve">[10:32] </w:t>
      </w:r>
      <w:r>
        <w:t>فیوچر میں مٹیریل ورلڈ میں اور ہیومن ورلڈ میں ایسے نشانیاں ایسے signs دریافت ہوں گے جو پیغمبروں</w:t>
      </w:r>
    </w:p>
    <w:p>
      <w:pPr>
        <w:jc w:val="right"/>
      </w:pPr>
      <w:r>
        <w:t>فیوچر میں مٹیریل ورلڈ میں اور ہیومن ورلڈ میں ایسے نشانیاں ایسے سائنز دریافت ہوں گے جو پیغمبروں</w:t>
      </w:r>
    </w:p>
    <w:p>
      <w:r>
        <w:rPr>
          <w:b/>
        </w:rPr>
        <w:t xml:space="preserve">[10:40] </w:t>
      </w:r>
      <w:r>
        <w:t>کے اعلان کی veracity کو ہیومن نالج کی سطح پر کنفرم کریں گے۔</w:t>
      </w:r>
    </w:p>
    <w:p>
      <w:pPr>
        <w:jc w:val="right"/>
      </w:pPr>
      <w:r>
        <w:t>کے اعلان کی ویرسٹی کو کو ہیومن نالج کی سطح پر کنفرم کریں گے۔</w:t>
      </w:r>
    </w:p>
    <w:p>
      <w:r>
        <w:rPr>
          <w:b/>
        </w:rPr>
        <w:t xml:space="preserve">[10:47] </w:t>
      </w:r>
      <w:r>
        <w:t>yeh matlab hai is 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[10:55] </w:t>
      </w:r>
      <w:r>
        <w:t>yaani peghambaron ne jis cheez ko sachai bataya jis haq ka ailaan kiya woh us waqt sirf ailaan tha.</w:t>
      </w:r>
    </w:p>
    <w:p>
      <w:pPr>
        <w:jc w:val="right"/>
      </w:pPr>
      <w:r>
        <w:t>یعنی پیغمبروں نے جس چیز کو سچائی بتایا جس حق کا اعلان کیا وہ اس وقت صرف اعلان تھا۔</w:t>
      </w:r>
    </w:p>
    <w:p>
      <w:r>
        <w:rPr>
          <w:b/>
        </w:rPr>
        <w:t xml:space="preserve">[11:02] </w:t>
      </w:r>
      <w:r>
        <w:t>lekin ek aisa zamana aayega jab ke woh ailaan haq ka woh ailaan us ki veracity us</w:t>
      </w:r>
    </w:p>
    <w:p>
      <w:pPr>
        <w:jc w:val="right"/>
      </w:pPr>
      <w:r>
        <w:t>لیکن ایک ایسا زمانہ آئے گا جب کہ وہ اعلان حق کا وہ اعلان اس کی ویرسٹی اس</w:t>
      </w:r>
    </w:p>
    <w:p>
      <w:r>
        <w:rPr>
          <w:b/>
        </w:rPr>
        <w:t xml:space="preserve">[11:10] </w:t>
      </w:r>
      <w:r>
        <w:t>ki sachai aise aise aise data daryaft honge.</w:t>
      </w:r>
    </w:p>
    <w:p>
      <w:pPr>
        <w:jc w:val="right"/>
      </w:pPr>
      <w:r>
        <w:t>کی سچائی ایسے ایسے ایسے ڈیٹا دریافت ہوں گے۔</w:t>
      </w:r>
    </w:p>
    <w:p>
      <w:r>
        <w:rPr>
          <w:b/>
        </w:rPr>
        <w:t xml:space="preserve">[11:17] </w:t>
      </w:r>
      <w:r>
        <w:t>aise data ke woh daryaft woh data confirm karenge ke peghambaron ne sahih kaha tha.</w:t>
      </w:r>
    </w:p>
    <w:p>
      <w:pPr>
        <w:jc w:val="right"/>
      </w:pPr>
      <w:r>
        <w:t>ایسے ڈیٹا کہ وہ دریافت وہ ڈیٹا کنفرم کریں گے کہ پیغمبروں نے صحیح کہا تھا۔</w:t>
      </w:r>
    </w:p>
    <w:p>
      <w:r>
        <w:rPr>
          <w:b/>
        </w:rPr>
        <w:t xml:space="preserve">[11:25] </w:t>
      </w:r>
      <w:r>
        <w:t>hatta yatabayyana lahum annal Haqq.</w:t>
      </w:r>
    </w:p>
    <w:p>
      <w:pPr>
        <w:jc w:val="right"/>
      </w:pPr>
      <w:r>
        <w:t>حتیٰ یتبیین لہم أن الحق۔</w:t>
      </w:r>
    </w:p>
    <w:p>
      <w:r>
        <w:rPr>
          <w:b/>
        </w:rPr>
        <w:t xml:space="preserve">[11:32] </w:t>
      </w:r>
      <w:r>
        <w:t>ab yeh bataiye kab hua yeh? Yeh kab hua? Peghambaron ke zamane mein to hua nahin.</w:t>
      </w:r>
    </w:p>
    <w:p>
      <w:pPr>
        <w:jc w:val="right"/>
      </w:pPr>
      <w:r>
        <w:t>اب یہ بتائیے کب ہوا یہ؟ یہ کب ہوا؟ پیغمبروں کے زمانے میں تو ہوا نہیں۔</w:t>
      </w:r>
    </w:p>
    <w:p>
      <w:r>
        <w:rPr>
          <w:b/>
        </w:rPr>
        <w:t xml:space="preserve">[11:39] </w:t>
      </w:r>
      <w:r>
        <w:t>khud Khatam un Nabiyyeen ke zamane mein bhi nahin hua.</w:t>
      </w:r>
    </w:p>
    <w:p>
      <w:pPr>
        <w:jc w:val="right"/>
      </w:pPr>
      <w:r>
        <w:t>خود خاتم النبیین کے زمانے میں بھی نہیں ہوا۔</w:t>
      </w:r>
    </w:p>
    <w:p>
      <w:r>
        <w:rPr>
          <w:b/>
        </w:rPr>
        <w:t xml:space="preserve">[11:47] </w:t>
      </w:r>
      <w:r>
        <w:t>sahaba o tabeen ke zamane mein bhi nahi hua.</w:t>
      </w:r>
    </w:p>
    <w:p>
      <w:pPr>
        <w:jc w:val="right"/>
      </w:pPr>
      <w:r>
        <w:t>صحابہ و تابعین کے زمانے میں بھی نہیں ہوا۔</w:t>
      </w:r>
    </w:p>
    <w:p>
      <w:r>
        <w:rPr>
          <w:b/>
        </w:rPr>
        <w:t xml:space="preserve">[11:54] </w:t>
      </w:r>
      <w:r>
        <w:t>to Allah ne is data ko nature mein rakh diya tha. nature mein.</w:t>
      </w:r>
    </w:p>
    <w:p>
      <w:pPr>
        <w:jc w:val="right"/>
      </w:pPr>
      <w:r>
        <w:t>تو اللہ نے اس ڈیٹا کو نیچر میں رکھ دیا تھا۔ نیچر میں۔</w:t>
      </w:r>
    </w:p>
    <w:p>
      <w:r>
        <w:rPr>
          <w:b/>
        </w:rPr>
        <w:t xml:space="preserve">[12:02] </w:t>
      </w:r>
      <w:r>
        <w:t>aur Allah chahta tha ke insan is ko daryaft kare.</w:t>
      </w:r>
    </w:p>
    <w:p>
      <w:pPr>
        <w:jc w:val="right"/>
      </w:pPr>
      <w:r>
        <w:t>اور اللہ چاہتا تھا کہ انسان اس کو دریافت کرے۔</w:t>
      </w:r>
    </w:p>
    <w:p>
      <w:r>
        <w:rPr>
          <w:b/>
        </w:rPr>
        <w:t xml:space="preserve">[12:09] </w:t>
      </w:r>
      <w:r>
        <w:t>insan daryaft kar ke is data ko nikale nature mein se.</w:t>
      </w:r>
    </w:p>
    <w:p>
      <w:pPr>
        <w:jc w:val="right"/>
      </w:pPr>
      <w:r>
        <w:t>انسان دریافت کر کے اس ڈیٹا کو نکالے نیچر میں سے۔</w:t>
      </w:r>
    </w:p>
    <w:p>
      <w:r>
        <w:rPr>
          <w:b/>
        </w:rPr>
        <w:t xml:space="preserve">[12:17] </w:t>
      </w:r>
      <w:r>
        <w:t>جو نبیوں کے بتائی ہوئی سچائی کو کی veracity کو کنفرم کرے۔</w:t>
      </w:r>
    </w:p>
    <w:p>
      <w:pPr>
        <w:jc w:val="right"/>
      </w:pPr>
      <w:r>
        <w:t>جو نبیوں کے بتائی ہوئی سچائی کو کی ویرسٹی کو کنفرم کرے۔</w:t>
      </w:r>
    </w:p>
    <w:p>
      <w:r>
        <w:rPr>
          <w:b/>
        </w:rPr>
        <w:t xml:space="preserve">[12:24] </w:t>
      </w:r>
      <w:r>
        <w:t>to nabiyon ki tareekh aap padhiye.</w:t>
      </w:r>
    </w:p>
    <w:p>
      <w:pPr>
        <w:jc w:val="right"/>
      </w:pPr>
      <w:r>
        <w:t>تو نبیوں کی تاریخ آپ پڑھیے۔</w:t>
      </w:r>
    </w:p>
    <w:p>
      <w:r>
        <w:rPr>
          <w:b/>
        </w:rPr>
        <w:t xml:space="preserve">[12:32] </w:t>
      </w:r>
      <w:r>
        <w:t>Islam ki tareekh aap padhiye yeh to kabhi hua nahi.</w:t>
      </w:r>
    </w:p>
    <w:p>
      <w:pPr>
        <w:jc w:val="right"/>
      </w:pPr>
      <w:r>
        <w:t>اسلام کی تاریخ آپ پڑھیے یہ تو کبھی ہوا نہیں۔</w:t>
      </w:r>
    </w:p>
    <w:p>
      <w:r>
        <w:rPr>
          <w:b/>
        </w:rPr>
        <w:t xml:space="preserve">[12:39] </w:t>
      </w:r>
      <w:r>
        <w:t>to yahan mujhe rehnumai milti hai ek Quran ki ek ayat se.</w:t>
      </w:r>
    </w:p>
    <w:p>
      <w:pPr>
        <w:jc w:val="right"/>
      </w:pPr>
      <w:r>
        <w:t>تو یہاں مجھے رہنمائی ملتی ہے ایک قرآن کی ایک آیت سے۔</w:t>
      </w:r>
    </w:p>
    <w:p>
      <w:r>
        <w:rPr>
          <w:b/>
        </w:rPr>
        <w:t xml:space="preserve">[12:47] </w:t>
      </w:r>
      <w:r>
        <w:t>woh yeh ke: wa in tatawallaw yastabdil qawman ghayrakum thumma la yakunu amthalakum.</w:t>
      </w:r>
    </w:p>
    <w:p>
      <w:pPr>
        <w:jc w:val="right"/>
      </w:pPr>
      <w:r>
        <w:t>وہ یہ کہ: وَإِنْ تَتَوَلَّوْا يَسْتَبِّلْ قَوْمًا غَيْرَكُمْ ثُمَّ لَا يَكُونُوا أَمْثَالَكُمْ۔</w:t>
      </w:r>
    </w:p>
    <w:p>
      <w:r>
        <w:rPr>
          <w:b/>
        </w:rPr>
        <w:t xml:space="preserve">[12:54] </w:t>
      </w:r>
      <w:r>
        <w:t>yeh ayat hai Surah Muhammad mein.</w:t>
      </w:r>
    </w:p>
    <w:p>
      <w:pPr>
        <w:jc w:val="right"/>
      </w:pPr>
      <w:r>
        <w:t>یہ آیت ہے سورہ محمد میں۔</w:t>
      </w:r>
    </w:p>
    <w:p>
      <w:r>
        <w:rPr>
          <w:b/>
        </w:rPr>
        <w:t xml:space="preserve">[13:01] </w:t>
      </w:r>
      <w:r>
        <w:t>wa in tatawallaw yastabdil qawman ghayrakum thumma la yakunu amthalakum.</w:t>
      </w:r>
    </w:p>
    <w:p>
      <w:pPr>
        <w:jc w:val="right"/>
      </w:pPr>
      <w:r>
        <w:t>وَإِنْ تَتَوَلَّوْا يَسْتَبِّلْ قَوْمًا غَيْرَكُمْ ثُمَّ لَا يَكُونُوا أَمْثَالَكُمْ۔</w:t>
      </w:r>
    </w:p>
    <w:p>
      <w:r>
        <w:rPr>
          <w:b/>
        </w:rPr>
        <w:t xml:space="preserve">[13:09] </w:t>
      </w:r>
      <w:r>
        <w:t>yani yeh ummat Muhammad se kaha gaya hai yeh. ummat Muhammad.</w:t>
      </w:r>
    </w:p>
    <w:p>
      <w:pPr>
        <w:jc w:val="right"/>
      </w:pPr>
      <w:r>
        <w:t>یعنی یہ امت محمد سے کہا گیا ہے یہ۔ امت محمد۔</w:t>
      </w:r>
    </w:p>
    <w:p>
      <w:r>
        <w:rPr>
          <w:b/>
        </w:rPr>
        <w:t xml:space="preserve">[13:16] </w:t>
      </w:r>
      <w:r>
        <w:t>yani Khatam un Nabiyyin ki ummat ko.</w:t>
      </w:r>
    </w:p>
    <w:p>
      <w:pPr>
        <w:jc w:val="right"/>
      </w:pPr>
      <w:r>
        <w:t>یعنی خاتم النبیین کی امت کو۔</w:t>
      </w:r>
    </w:p>
    <w:p>
      <w:r>
        <w:rPr>
          <w:b/>
        </w:rPr>
        <w:t xml:space="preserve">[13:24] </w:t>
      </w:r>
      <w:r>
        <w:t>ke agar tum na kar paye is kaam ko to Allah doosri qaum khada karega jo yeh kaam karein.</w:t>
      </w:r>
    </w:p>
    <w:p>
      <w:pPr>
        <w:jc w:val="right"/>
      </w:pPr>
      <w:r>
        <w:t>کہ اگر تم نہ کر پائے اس کام کو تو اللہ دوسری قوم کھڑا کرے گا جو یہ کام کریں۔</w:t>
      </w:r>
    </w:p>
    <w:p>
      <w:r>
        <w:rPr>
          <w:b/>
        </w:rPr>
        <w:t xml:space="preserve">[13:31] </w:t>
      </w:r>
      <w:r>
        <w:t>kyunki khalq ka yeh bohat bara matloob hai woh chahta hai ke aisa ho ke jo sachaiyan jo</w:t>
      </w:r>
    </w:p>
    <w:p>
      <w:pPr>
        <w:jc w:val="right"/>
      </w:pPr>
      <w:r>
        <w:t>کیونکہ خالق کا یہ بہت بڑا مطلوب ہے وہ چاہتا ہے کہ ایسا ہو کہ جو سچائیاں جو</w:t>
      </w:r>
    </w:p>
    <w:p>
      <w:r>
        <w:rPr>
          <w:b/>
        </w:rPr>
        <w:t xml:space="preserve">[13:39] </w:t>
      </w:r>
      <w:r>
        <w:t>حق پیغمبروں کے ذریعے اعلان کیا گیا وہ وہ material world میں اس کے data موجود تھے جو</w:t>
      </w:r>
    </w:p>
    <w:p>
      <w:pPr>
        <w:jc w:val="right"/>
      </w:pPr>
      <w:r>
        <w:t>حق پیغمبروں کے ذریعے اعلان کیا گیا وہ وہ مٹیریل ورلڈ میں اس کے ڈیٹا موجود تھے جو</w:t>
      </w:r>
    </w:p>
    <w:p>
      <w:r>
        <w:rPr>
          <w:b/>
        </w:rPr>
        <w:t xml:space="preserve">[13:46] </w:t>
      </w:r>
      <w:r>
        <w:t>کنفرم کریں اس کی سچائی کو اس کی veracity کو۔</w:t>
      </w:r>
    </w:p>
    <w:p>
      <w:pPr>
        <w:jc w:val="right"/>
      </w:pPr>
      <w:r>
        <w:t>کنفرم کریں اس کی سچائی کو اس کی ویرسٹی کو۔</w:t>
      </w:r>
    </w:p>
    <w:p>
      <w:r>
        <w:rPr>
          <w:b/>
        </w:rPr>
        <w:t xml:space="preserve">[13:54] </w:t>
      </w:r>
      <w:r>
        <w:t>yeh insan ko karna tha.</w:t>
      </w:r>
    </w:p>
    <w:p>
      <w:pPr>
        <w:jc w:val="right"/>
      </w:pPr>
      <w:r>
        <w:t>یہ انسان کو کرنا تھا۔</w:t>
      </w:r>
    </w:p>
    <w:p>
      <w:r>
        <w:rPr>
          <w:b/>
        </w:rPr>
        <w:t xml:space="preserve">[14:01] </w:t>
      </w:r>
      <w:r>
        <w:t>to Quran mein bataya gaya ke agar yeh ummat na kar payegi to Allah doosron ko khada karega.</w:t>
      </w:r>
    </w:p>
    <w:p>
      <w:pPr>
        <w:jc w:val="right"/>
      </w:pPr>
      <w:r>
        <w:t>تو قرآن میں بتایا گیا کہ اگر یہ امت نہ کر پائے گی تو اللہ دوسروں کو کھڑا کرے گا۔</w:t>
      </w:r>
    </w:p>
    <w:p>
      <w:r>
        <w:rPr>
          <w:b/>
        </w:rPr>
        <w:t xml:space="preserve">[14:09] </w:t>
      </w:r>
      <w:r>
        <w:t>kyunki is kaam ko hona hai.</w:t>
      </w:r>
    </w:p>
    <w:p>
      <w:pPr>
        <w:jc w:val="right"/>
      </w:pPr>
      <w:r>
        <w:t>کیونکہ اس کام کو ہونا ہے۔</w:t>
      </w:r>
    </w:p>
    <w:p>
      <w:r>
        <w:rPr>
          <w:b/>
        </w:rPr>
        <w:t xml:space="preserve">[14:16] </w:t>
      </w:r>
      <w:r>
        <w:t>yahi baat hai jo Hadees mein in alfaz mein ailan kiya gaya Hadees mein.</w:t>
      </w:r>
    </w:p>
    <w:p>
      <w:pPr>
        <w:jc w:val="right"/>
      </w:pPr>
      <w:r>
        <w:t>یہی بات ہے جو حدیث میں ان الفاظ میں اعلان کیا گیا حدیث میں۔</w:t>
      </w:r>
    </w:p>
    <w:p>
      <w:r>
        <w:rPr>
          <w:b/>
        </w:rPr>
        <w:t xml:space="preserve">[14:24] </w:t>
      </w:r>
      <w:r>
        <w:t>predict kiya gaya ke Allah is deen ki taeed.</w:t>
      </w:r>
    </w:p>
    <w:p>
      <w:pPr>
        <w:jc w:val="right"/>
      </w:pPr>
      <w:r>
        <w:t>پریڈکٹ کیا گیا کہ اللہ اس دین کی تائید۔</w:t>
      </w:r>
    </w:p>
    <w:p>
      <w:r>
        <w:rPr>
          <w:b/>
        </w:rPr>
        <w:t xml:space="preserve">[14:31] </w:t>
      </w:r>
      <w:r>
        <w:t>Allah is deen ki taeed is ki support.</w:t>
      </w:r>
    </w:p>
    <w:p>
      <w:pPr>
        <w:jc w:val="right"/>
      </w:pPr>
      <w:r>
        <w:t>اللہ اس دین کی تائید اس کی سپورٹ۔</w:t>
      </w:r>
    </w:p>
    <w:p>
      <w:r>
        <w:rPr>
          <w:b/>
        </w:rPr>
        <w:t xml:space="preserve">[14:38] </w:t>
      </w:r>
      <w:r>
        <w:t>کیونکہ وہ جو data تھے وہ data supporting value ان کے اندر ہے۔</w:t>
      </w:r>
    </w:p>
    <w:p>
      <w:pPr>
        <w:jc w:val="right"/>
      </w:pPr>
      <w:r>
        <w:t>کیونکہ وہ جو ڈیٹا تھے وہ ڈیٹا سپورٹنگ ویلیو ان کے اندر ہے۔</w:t>
      </w:r>
    </w:p>
    <w:p>
      <w:r>
        <w:rPr>
          <w:b/>
        </w:rPr>
        <w:t xml:space="preserve">[14:46] </w:t>
      </w:r>
      <w:r>
        <w:t>woh data khud Quran nahi hai woh.</w:t>
      </w:r>
    </w:p>
    <w:p>
      <w:pPr>
        <w:jc w:val="right"/>
      </w:pPr>
      <w:r>
        <w:t>وہ ڈیٹا خود قرآن نہیں ہے وہ۔</w:t>
      </w:r>
    </w:p>
    <w:p>
      <w:r>
        <w:rPr>
          <w:b/>
        </w:rPr>
        <w:t xml:space="preserve">[14:53] </w:t>
      </w:r>
      <w:r>
        <w:t>woh in data ki jo value hai woh supporting value hai ke nabiyon ke zariye Quran ke zariye</w:t>
      </w:r>
    </w:p>
    <w:p>
      <w:pPr>
        <w:jc w:val="right"/>
      </w:pPr>
      <w:r>
        <w:t>وہ ان ڈیٹا کی جو ویلیو ہے وہ سپورٹنگ ویلیو ہے کہ نبیوں کے ذریعے قرآن کے ذریعے</w:t>
      </w:r>
    </w:p>
    <w:p>
      <w:r>
        <w:rPr>
          <w:b/>
        </w:rPr>
        <w:t xml:space="preserve">[15:01] </w:t>
      </w:r>
      <w:r>
        <w:t>جو جس سچائی کا اعلان کیا گیا ہے اس کو confirm human knowledge کی سطح پر۔</w:t>
      </w:r>
    </w:p>
    <w:p>
      <w:pPr>
        <w:jc w:val="right"/>
      </w:pPr>
      <w:r>
        <w:t>جو جس سچائی کا اعلان کیا گیا ہے اس کو کنفرم کرنا ہیومن نالج کی سطح پر۔</w:t>
      </w:r>
    </w:p>
    <w:p>
      <w:r>
        <w:rPr>
          <w:b/>
        </w:rPr>
        <w:t xml:space="preserve">[15:08] </w:t>
      </w:r>
      <w:r>
        <w:t>یہ جو جو انسان مخاطب ہے اس کا ایک اس کا ایک accepted علم ہوتا ہے جو انسان</w:t>
      </w:r>
    </w:p>
    <w:p>
      <w:pPr>
        <w:jc w:val="right"/>
      </w:pPr>
      <w:r>
        <w:t>یہ جو جو انسان مخاطب ہے اس کا ایک اس کا ایک ایکسیپٹڈ علم ہوتا ہے جو انسان</w:t>
      </w:r>
    </w:p>
    <w:p>
      <w:r>
        <w:rPr>
          <w:b/>
        </w:rPr>
        <w:t xml:space="preserve">[15:16] </w:t>
      </w:r>
      <w:r>
        <w:t>khud establish karta hai.</w:t>
      </w:r>
    </w:p>
    <w:p>
      <w:pPr>
        <w:jc w:val="right"/>
      </w:pPr>
      <w:r>
        <w:t>خود اسٹیبلش کرتا ہے۔</w:t>
      </w:r>
    </w:p>
    <w:p>
      <w:r>
        <w:rPr>
          <w:b/>
        </w:rPr>
        <w:t xml:space="preserve">[15:23] </w:t>
      </w:r>
      <w:r>
        <w:t>تو انسان کے اپنے accepted knowledge کی سطح پر ایسے ڈیٹا ظاہر ہوں گے جو نبیوں کی بتائی</w:t>
      </w:r>
    </w:p>
    <w:p>
      <w:pPr>
        <w:jc w:val="right"/>
      </w:pPr>
      <w:r>
        <w:t>تو انسان کے اپنے ایکسیپٹڈ نالج کی سطح پر ایسے ڈیٹا ظاہر ہوں گے جو نبیوں کی بتائی</w:t>
      </w:r>
    </w:p>
    <w:p>
      <w:r>
        <w:rPr>
          <w:b/>
        </w:rPr>
        <w:t xml:space="preserve">[15:31] </w:t>
      </w:r>
      <w:r>
        <w:t>hui sachai ko confirm karega.</w:t>
      </w:r>
    </w:p>
    <w:p>
      <w:pPr>
        <w:jc w:val="right"/>
      </w:pPr>
      <w:r>
        <w:t>ہوئی سچائی کو کنفرم کریں گے۔</w:t>
      </w:r>
    </w:p>
    <w:p>
      <w:r>
        <w:rPr>
          <w:b/>
        </w:rPr>
        <w:t xml:space="preserve">[15:38] </w:t>
      </w:r>
      <w:r>
        <w:t>to Hadees mein bataya gaya ke agar ummat ke afraad yeh kaam na kar kar sakenge to</w:t>
      </w:r>
    </w:p>
    <w:p>
      <w:pPr>
        <w:jc w:val="right"/>
      </w:pPr>
      <w:r>
        <w:t>تو حدیث میں بتایا گیا کہ اگر امت کے افراد یہ کام نہ کر کر سکیں گے تو</w:t>
      </w:r>
    </w:p>
    <w:p>
      <w:r>
        <w:rPr>
          <w:b/>
        </w:rPr>
        <w:t xml:space="preserve">[15:46] </w:t>
      </w:r>
      <w:r>
        <w:t>allah ummat ke bahar aisi qaum khadi karega jo yeh kaam karein.</w:t>
      </w:r>
    </w:p>
    <w:p>
      <w:pPr>
        <w:jc w:val="right"/>
      </w:pPr>
      <w:r>
        <w:t>اللہ امت کے باہر ایسی قوم کھڑی کرے گا جو یہ کام کریں۔</w:t>
      </w:r>
    </w:p>
    <w:p>
      <w:r>
        <w:rPr>
          <w:b/>
        </w:rPr>
        <w:t xml:space="preserve">[15:53] </w:t>
      </w:r>
      <w:r>
        <w:t>yeh riwayat jo hai bukhari mein hai aur doosri kitabon mein hai mamooli alfaaz ke farq ke saath.</w:t>
      </w:r>
    </w:p>
    <w:p>
      <w:pPr>
        <w:jc w:val="right"/>
      </w:pPr>
      <w:r>
        <w:t>یہ روایت جو ہے بخاری میں ہے اور دوسری کتابوں میں ہے معمولی الفاظ کے فرق کے ساتھ۔</w:t>
      </w:r>
    </w:p>
    <w:p>
      <w:r>
        <w:rPr>
          <w:b/>
        </w:rPr>
        <w:t xml:space="preserve">[16:00] </w:t>
      </w:r>
      <w:r>
        <w:t>inna allaha layuyyidu hadha ad-deena bikhaawmin laa khalaqaa lahum.</w:t>
      </w:r>
    </w:p>
    <w:p>
      <w:pPr>
        <w:jc w:val="right"/>
      </w:pPr>
      <w:r>
        <w:t>إِنَّ اللَّهَ لَيَيَّدُ هَذَا الدِّينَ بِخَوْمٍ لَا خَلَاقَ لَهُمْ۔</w:t>
      </w:r>
    </w:p>
    <w:p>
      <w:r>
        <w:rPr>
          <w:b/>
        </w:rPr>
        <w:t xml:space="preserve">[16:08] </w:t>
      </w:r>
      <w:r>
        <w:t>yaani allah is deen ki ki taeed is support aise logon ke zariye karega jinka talluq</w:t>
      </w:r>
    </w:p>
    <w:p>
      <w:pPr>
        <w:jc w:val="right"/>
      </w:pPr>
      <w:r>
        <w:t>یعنی اللہ اس دین کی کی تائید اس سپورٹ ایسے لوگوں کے ذریعے کرے گا جن کا تعلق</w:t>
      </w:r>
    </w:p>
    <w:p>
      <w:r>
        <w:rPr>
          <w:b/>
        </w:rPr>
        <w:t xml:space="preserve">[16:15] </w:t>
      </w:r>
      <w:r>
        <w:t>deen mohammadi se nahi hoga.</w:t>
      </w:r>
    </w:p>
    <w:p>
      <w:pPr>
        <w:jc w:val="right"/>
      </w:pPr>
      <w:r>
        <w:t>دین محمدی سے نہیں ہوگا۔</w:t>
      </w:r>
    </w:p>
    <w:p>
      <w:r>
        <w:rPr>
          <w:b/>
        </w:rPr>
        <w:t xml:space="preserve">[16:23] </w:t>
      </w:r>
      <w:r>
        <w:t>toh yeh yeh mere sar mein sawal tha ke yeh kya cheez hai? pehli baar jo mujhe qulo</w:t>
      </w:r>
    </w:p>
    <w:p>
      <w:pPr>
        <w:jc w:val="right"/>
      </w:pPr>
      <w:r>
        <w:t>تو یہ یہ میرے سر میں سوال تھا کہ یہ کیا چیز ہے؟ پہلی بار جو مجھے قلو</w:t>
      </w:r>
    </w:p>
    <w:p>
      <w:r>
        <w:rPr>
          <w:b/>
        </w:rPr>
        <w:t xml:space="preserve">[16:30] </w:t>
      </w:r>
      <w:r>
        <w:t>mila qulo is ayat ko samajhne ka woh ek kitaab hai da great intellectual revolution.</w:t>
      </w:r>
    </w:p>
    <w:p>
      <w:pPr>
        <w:jc w:val="right"/>
      </w:pPr>
      <w:r>
        <w:t>ملا قلو اس آیت کو سمجھنے کا وہ ایک کتاب ہے دا گریٹ انٹلیکچول ریولوشن۔</w:t>
      </w:r>
    </w:p>
    <w:p>
      <w:r>
        <w:rPr>
          <w:b/>
        </w:rPr>
        <w:t xml:space="preserve">[16:38] </w:t>
      </w:r>
      <w:r>
        <w:t>woh internet par hai aap log padh sakte hain isko.</w:t>
      </w:r>
    </w:p>
    <w:p>
      <w:pPr>
        <w:jc w:val="right"/>
      </w:pPr>
      <w:r>
        <w:t>وہ انٹرنیٹ پر ہے آپ لوگ پڑھ سکتے ہیں اس کو۔</w:t>
      </w:r>
    </w:p>
    <w:p>
      <w:r>
        <w:rPr>
          <w:b/>
        </w:rPr>
        <w:t xml:space="preserve">[16:45] </w:t>
      </w:r>
      <w:r>
        <w:t>da great intellectual revolution.</w:t>
      </w:r>
    </w:p>
    <w:p>
      <w:pPr>
        <w:jc w:val="right"/>
      </w:pPr>
      <w:r>
        <w:t>دا گریٹ انٹلیکچول ریولوشن۔</w:t>
      </w:r>
    </w:p>
    <w:p>
      <w:r>
        <w:rPr>
          <w:b/>
        </w:rPr>
        <w:t xml:space="preserve">[16:53] </w:t>
      </w:r>
      <w:r>
        <w:t>wahan qulo mila ke yeh hai qaum yaani west jo hai west woh qaum hai.</w:t>
      </w:r>
    </w:p>
    <w:p>
      <w:pPr>
        <w:jc w:val="right"/>
      </w:pPr>
      <w:r>
        <w:t>وہاں قلو ملا کہ یہ ہے قوم یعنی ویسٹ جو ہے ویسٹ وہ قوم ہے۔</w:t>
      </w:r>
    </w:p>
    <w:p>
      <w:r>
        <w:rPr>
          <w:b/>
        </w:rPr>
        <w:t xml:space="preserve">[17:00] </w:t>
      </w:r>
      <w:r>
        <w:t>isko woh naam diye hue hain great intellectual revolution isko woh naam diye hue hain civilization</w:t>
      </w:r>
    </w:p>
    <w:p>
      <w:pPr>
        <w:jc w:val="right"/>
      </w:pPr>
      <w:r>
        <w:t>اس کو وہ نام دیے ہوئے ہیں گریٹ انٹلیکچول ریولوشن اس کو وہ نام دیے ہوئے ہیں سولائزیشن</w:t>
      </w:r>
    </w:p>
    <w:p>
      <w:r>
        <w:rPr>
          <w:b/>
        </w:rPr>
        <w:t xml:space="preserve">[17:08] </w:t>
      </w:r>
      <w:r>
        <w:t>yahi toh hai woh isko woh cheez.</w:t>
      </w:r>
    </w:p>
    <w:p>
      <w:pPr>
        <w:jc w:val="right"/>
      </w:pPr>
      <w:r>
        <w:t>یہی تو ہے وہ اس کو وہ چیز۔</w:t>
      </w:r>
    </w:p>
    <w:p>
      <w:r>
        <w:rPr>
          <w:b/>
        </w:rPr>
        <w:t xml:space="preserve">[17:15] </w:t>
      </w:r>
      <w:r>
        <w:t>yaani jo nabiyon ke bataye hue haq ya nabiyon ke batayi hui sachai ko human knowledge ki satah</w:t>
      </w:r>
    </w:p>
    <w:p>
      <w:pPr>
        <w:jc w:val="right"/>
      </w:pPr>
      <w:r>
        <w:t>یعنی جو نبیوں کے بتائے ہوئے حق یا نبیوں کے بتائی ہوئی سچائی کو ہیومن نالج کی سطح</w:t>
      </w:r>
    </w:p>
    <w:p>
      <w:r>
        <w:rPr>
          <w:b/>
        </w:rPr>
        <w:t xml:space="preserve">[17:22] </w:t>
      </w:r>
      <w:r>
        <w:t>par iski veracity ko confirm karne ka maamla tha isi ko daryaft kiya west ke logon ne.</w:t>
      </w:r>
    </w:p>
    <w:p>
      <w:pPr>
        <w:jc w:val="right"/>
      </w:pPr>
      <w:r>
        <w:t>پر اس کی ویرسٹی کو کنفرم کرنے کا معاملہ تھا اسی کو دریافت کیا ویسٹ کے لوگوں نے۔</w:t>
      </w:r>
    </w:p>
    <w:p>
      <w:r>
        <w:rPr>
          <w:b/>
        </w:rPr>
        <w:t xml:space="preserve">[17:30] </w:t>
      </w:r>
      <w:r>
        <w:t>isko naam de diya unhone sughra naam.</w:t>
      </w:r>
    </w:p>
    <w:p>
      <w:pPr>
        <w:jc w:val="right"/>
      </w:pPr>
      <w:r>
        <w:t>اس کو نام دے دیا انہوں نے صغری نام۔</w:t>
      </w:r>
    </w:p>
    <w:p>
      <w:r>
        <w:rPr>
          <w:b/>
        </w:rPr>
        <w:t xml:space="preserve">[17:37] </w:t>
      </w:r>
      <w:r>
        <w:t>usne kaha ke great intellectual revolution unhone kaha ke yeh civilization hai.</w:t>
      </w:r>
    </w:p>
    <w:p>
      <w:pPr>
        <w:jc w:val="right"/>
      </w:pPr>
      <w:r>
        <w:t>اس نے کہا کہ گریٹ انٹلیکچول ریولوشن انہوں نے کہا کہ یہ سولائزیشن ہے۔</w:t>
      </w:r>
    </w:p>
    <w:p>
      <w:r>
        <w:rPr>
          <w:b/>
        </w:rPr>
        <w:t xml:space="preserve">[17:45] </w:t>
      </w:r>
      <w:r>
        <w:t>lekin real size mein dekhiye aap toh iska sahi naam yeh hai ke woh wahi yaani supporting</w:t>
      </w:r>
    </w:p>
    <w:p>
      <w:pPr>
        <w:jc w:val="right"/>
      </w:pPr>
      <w:r>
        <w:t>لیکن ریئل سائز میں دیکھیے آپ تو اس کا صحیح نام یہ ہے کہ وہ وہی یعنی سپورٹنگ</w:t>
      </w:r>
    </w:p>
    <w:p>
      <w:r>
        <w:rPr>
          <w:b/>
        </w:rPr>
        <w:t xml:space="preserve">[17:52] </w:t>
      </w:r>
      <w:r>
        <w:t>data hai jisse ke nabiyon ka bataya hua haq jo hai iski veracity jo hai establish ho jaye.</w:t>
      </w:r>
    </w:p>
    <w:p>
      <w:pPr>
        <w:jc w:val="right"/>
      </w:pPr>
      <w:r>
        <w:t>ڈیٹا ہے جس سے کہ نبیوں کا بتایا ہوا حق جو ہے اس کی ویرسٹی جو ہے اسٹیبلش ہو جائے۔</w:t>
      </w:r>
    </w:p>
    <w:p>
      <w:r>
        <w:rPr>
          <w:b/>
        </w:rPr>
        <w:t xml:space="preserve">[18:00] </w:t>
      </w:r>
      <w:r>
        <w:t>yeh bahut dino ke mutale ke baad mujhe samajh aayi hai.</w:t>
      </w:r>
    </w:p>
    <w:p>
      <w:pPr>
        <w:jc w:val="right"/>
      </w:pPr>
      <w:r>
        <w:t>یہ بہت دنوں کے مطالعے کے بعد مجھے سمجھ آئی ہے۔</w:t>
      </w:r>
    </w:p>
    <w:p>
      <w:r>
        <w:rPr>
          <w:b/>
        </w:rPr>
        <w:t xml:space="preserve">[18:07] </w:t>
      </w:r>
      <w:r>
        <w:t>phir is baad kya hua? maine madrase mein padha.</w:t>
      </w:r>
    </w:p>
    <w:p>
      <w:pPr>
        <w:jc w:val="right"/>
      </w:pPr>
      <w:r>
        <w:t>پھر اس بعد کیا ہوا؟ میں نے مدرسے میں پڑھا۔</w:t>
      </w:r>
    </w:p>
    <w:p>
      <w:r>
        <w:rPr>
          <w:b/>
        </w:rPr>
        <w:t xml:space="preserve">[18:15] </w:t>
      </w:r>
      <w:r>
        <w:t>meri zindagi poori guzri thi yaani mazhabi logon mein poori zindagi masjid mein madrase mein isi tarah cheez padhta raha.</w:t>
      </w:r>
    </w:p>
    <w:p>
      <w:pPr>
        <w:jc w:val="right"/>
      </w:pPr>
      <w:r>
        <w:t>میری زندگی پوری گزری تھی یعنی مذہبی لوگوں میں پوری زندگی مسجد میں مدرسے میں اسی طرح چیز پڑھتا رہا۔</w:t>
      </w:r>
    </w:p>
    <w:p>
      <w:r>
        <w:rPr>
          <w:b/>
        </w:rPr>
        <w:t xml:space="preserve">[18:22] </w:t>
      </w:r>
      <w:r>
        <w:t>lekin mujhe woh imaan nahi haasil hua tha jo imaan universal imaan.</w:t>
      </w:r>
    </w:p>
    <w:p>
      <w:pPr>
        <w:jc w:val="right"/>
      </w:pPr>
      <w:r>
        <w:t>لیکن مجھے وہ ایمان نہیں حاصل ہوا تھا جو ایمان یونیورسل ایمان۔</w:t>
      </w:r>
    </w:p>
    <w:p>
      <w:r>
        <w:rPr>
          <w:b/>
        </w:rPr>
        <w:t xml:space="preserve">[18:30] </w:t>
      </w:r>
      <w:r>
        <w:t>universal imaan ke aadmi aadmi chala uthe ke khudaaya koi kitna bada hai.</w:t>
      </w:r>
    </w:p>
    <w:p>
      <w:pPr>
        <w:jc w:val="right"/>
      </w:pPr>
      <w:r>
        <w:t>یونیورسل ایمان کہ آدمی آدمی چلا اٹھے کہ خدایا کوئی کتنا بڑا ہے۔</w:t>
      </w:r>
    </w:p>
    <w:p>
      <w:r>
        <w:rPr>
          <w:b/>
        </w:rPr>
        <w:t xml:space="preserve">[18:37] </w:t>
      </w:r>
      <w:r>
        <w:t>main toh tere itne sajda karne qabil bhi nahi.</w:t>
      </w:r>
    </w:p>
    <w:p>
      <w:pPr>
        <w:jc w:val="right"/>
      </w:pPr>
      <w:r>
        <w:t>میں تو تیرے اتنے سجدہ کرنے قابل بھی نہیں۔</w:t>
      </w:r>
    </w:p>
    <w:p>
      <w:r>
        <w:rPr>
          <w:b/>
        </w:rPr>
        <w:t xml:space="preserve">[18:44] </w:t>
      </w:r>
      <w:r>
        <w:t>khudaaya tu itna bada hai main toh teri hamd karne qabil nahi.</w:t>
      </w:r>
    </w:p>
    <w:p>
      <w:pPr>
        <w:jc w:val="right"/>
      </w:pPr>
      <w:r>
        <w:t>خدایا تو اتنا بڑا ہے میں تو تیری حمد کرنے قابل نہیں۔</w:t>
      </w:r>
    </w:p>
    <w:p>
      <w:r>
        <w:rPr>
          <w:b/>
        </w:rPr>
        <w:t xml:space="preserve">[18:52] </w:t>
      </w:r>
      <w:r>
        <w:t>mein tera sajda karne qabil bhi nahin.</w:t>
      </w:r>
    </w:p>
    <w:p>
      <w:pPr>
        <w:jc w:val="right"/>
      </w:pPr>
      <w:r>
        <w:t>میں تیرا سجدہ کرنے قابل بھی نہیں۔</w:t>
      </w:r>
    </w:p>
    <w:p>
      <w:r>
        <w:rPr>
          <w:b/>
        </w:rPr>
        <w:t xml:space="preserve">[18:59] </w:t>
      </w:r>
      <w:r>
        <w:t>tu jo jo is ki barhai ka jo jo nishaniyan thin ayat woh chupi hui thin nature mein.</w:t>
      </w:r>
    </w:p>
    <w:p>
      <w:pPr>
        <w:jc w:val="right"/>
      </w:pPr>
      <w:r>
        <w:t>تو جو جو اس کی بڑائی کا جو جو نشانیاں تھیں آیات وہ چھپی ہوئی تھیں نیچر میں۔</w:t>
      </w:r>
    </w:p>
    <w:p>
      <w:r>
        <w:rPr>
          <w:b/>
        </w:rPr>
        <w:t xml:space="preserve">[19:07] </w:t>
      </w:r>
      <w:r>
        <w:t>khuda ki sari azmat chupi hui thi.</w:t>
      </w:r>
    </w:p>
    <w:p>
      <w:pPr>
        <w:jc w:val="right"/>
      </w:pPr>
      <w:r>
        <w:t>خدا کی ساری عظمت چھپی ہوئی تھی۔</w:t>
      </w:r>
    </w:p>
    <w:p>
      <w:r>
        <w:rPr>
          <w:b/>
        </w:rPr>
        <w:t xml:space="preserve">[19:14] </w:t>
      </w:r>
      <w:r>
        <w:t>is ka aghaz hua hai is waqt jab Galileo ke zamanay mein telescope ki daryaft hui.</w:t>
      </w:r>
    </w:p>
    <w:p>
      <w:pPr>
        <w:jc w:val="right"/>
      </w:pPr>
      <w:r>
        <w:t>اس کا آغاز ہوا ہے اس وقت جب گلیلیو کے زمانے میں ٹیلیسکوپ کی دریافت ہوئی۔</w:t>
      </w:r>
    </w:p>
    <w:p>
      <w:r>
        <w:rPr>
          <w:b/>
        </w:rPr>
        <w:t xml:space="preserve">[19:22] </w:t>
      </w:r>
      <w:r>
        <w:t>yani agar aap aghaz shumar karein aap to telescope jab istemal kiya Galileo ne pehli bar to wahan</w:t>
      </w:r>
    </w:p>
    <w:p>
      <w:pPr>
        <w:jc w:val="right"/>
      </w:pPr>
      <w:r>
        <w:t>یعنی اگر آپ آغاز شمار کریں آپ تو ٹیلیسکوپ جب استعمال کیا گلیلیو نے پہلی بار تو وہاں</w:t>
      </w:r>
    </w:p>
    <w:p>
      <w:r>
        <w:rPr>
          <w:b/>
        </w:rPr>
        <w:t xml:space="preserve">[19:29] </w:t>
      </w:r>
      <w:r>
        <w:t>se aghaz hota hai is is daur ka taqreeban char sau saal pehle.</w:t>
      </w:r>
    </w:p>
    <w:p>
      <w:pPr>
        <w:jc w:val="right"/>
      </w:pPr>
      <w:r>
        <w:t>سے آغاز ہوتا ہے اس اس دور کا تقریباً چار سو سال پہلے۔</w:t>
      </w:r>
    </w:p>
    <w:p>
      <w:r>
        <w:rPr>
          <w:b/>
        </w:rPr>
        <w:t xml:space="preserve">[19:37] </w:t>
      </w:r>
      <w:r>
        <w:t>to telescope daryaft hua microscope daryaft hua aur bohat si cheezein daryaft huien.</w:t>
      </w:r>
    </w:p>
    <w:p>
      <w:pPr>
        <w:jc w:val="right"/>
      </w:pPr>
      <w:r>
        <w:t>تو ٹیلیسکوپ دریافت ہوا مائیکروسکوپ دریافت ہوا اور بہت سی چیزیں دریافت ہوئیں۔</w:t>
      </w:r>
    </w:p>
    <w:p>
      <w:r>
        <w:rPr>
          <w:b/>
        </w:rPr>
        <w:t xml:space="preserve">[19:44] </w:t>
      </w:r>
      <w:r>
        <w:t>tab maloom hua ke yeh universe bohat hi bari hai.</w:t>
      </w:r>
    </w:p>
    <w:p>
      <w:pPr>
        <w:jc w:val="right"/>
      </w:pPr>
      <w:r>
        <w:t>تب معلوم ہوا کہ یہ یونیورس بہت ہی بڑی ہے۔</w:t>
      </w:r>
    </w:p>
    <w:p>
      <w:r>
        <w:rPr>
          <w:b/>
        </w:rPr>
        <w:t xml:space="preserve">[19:52] </w:t>
      </w:r>
      <w:r>
        <w:t>hum jo sitare dekhte hain woh to bohat tani part hain is ka.</w:t>
      </w:r>
    </w:p>
    <w:p>
      <w:pPr>
        <w:jc w:val="right"/>
      </w:pPr>
      <w:r>
        <w:t>ہم جو ستارے دیکھتے ہیں وہ تو بہت تانی پارٹ ہیں اس کا۔</w:t>
      </w:r>
    </w:p>
    <w:p>
      <w:r>
        <w:rPr>
          <w:b/>
        </w:rPr>
        <w:t xml:space="preserve">[19:59] </w:t>
      </w:r>
      <w:r>
        <w:t>yeh aik haqeeqat hai ke poori history mein insan janta raha ke sari duniya yahi hai.</w:t>
      </w:r>
    </w:p>
    <w:p>
      <w:pPr>
        <w:jc w:val="right"/>
      </w:pPr>
      <w:r>
        <w:t>یہ ایک حقیقت ہے کہ پوری ہسٹری میں انسان جانتا رہا کہ ساری دنیا یہی ہے۔</w:t>
      </w:r>
    </w:p>
    <w:p>
      <w:r>
        <w:rPr>
          <w:b/>
        </w:rPr>
        <w:t xml:space="preserve">[20:06] </w:t>
      </w:r>
      <w:r>
        <w:t>yeh jo sitare hum dekhte hain raat ko.</w:t>
      </w:r>
    </w:p>
    <w:p>
      <w:pPr>
        <w:jc w:val="right"/>
      </w:pPr>
      <w:r>
        <w:t>یہ جو ستارے ہم دیکھتے ہیں رات کو۔</w:t>
      </w:r>
    </w:p>
    <w:p>
      <w:r>
        <w:rPr>
          <w:b/>
        </w:rPr>
        <w:t xml:space="preserve">[20:14] </w:t>
      </w:r>
      <w:r>
        <w:t>mein khud bachpan mein is waqt tha mein apne bachpan mein yahi janta tha mera aadat thi mein</w:t>
      </w:r>
    </w:p>
    <w:p>
      <w:pPr>
        <w:jc w:val="right"/>
      </w:pPr>
      <w:r>
        <w:t>میں خود بچپن میں اس وقت تھا میں اپنے بچپن میں یہی جانتا تھا میرا عادت تھی میں</w:t>
      </w:r>
    </w:p>
    <w:p>
      <w:r>
        <w:rPr>
          <w:b/>
        </w:rPr>
        <w:t xml:space="preserve">[20:21] </w:t>
      </w:r>
      <w:r>
        <w:t>gaon mein rehta tha bohat hi clear sky hota tha bohat clear sky.</w:t>
      </w:r>
    </w:p>
    <w:p>
      <w:pPr>
        <w:jc w:val="right"/>
      </w:pPr>
      <w:r>
        <w:t>گاؤں میں رہتا تھا بہت ہی کلر سکائی ہوتا تھا بہت کلر سکائی۔</w:t>
      </w:r>
    </w:p>
    <w:p>
      <w:r>
        <w:rPr>
          <w:b/>
        </w:rPr>
        <w:t xml:space="preserve">[20:29] </w:t>
      </w:r>
      <w:r>
        <w:t>meri aadat kya thi? mein bohat hi naturalist aadmi tha shuru se.</w:t>
      </w:r>
    </w:p>
    <w:p>
      <w:pPr>
        <w:jc w:val="right"/>
      </w:pPr>
      <w:r>
        <w:t>میری عادت کیا تھی؟ میں بہت ہی نیچرلسٹ آدمی تھا شروع سے۔</w:t>
      </w:r>
    </w:p>
    <w:p>
      <w:r>
        <w:rPr>
          <w:b/>
        </w:rPr>
        <w:t xml:space="preserve">[20:36] </w:t>
      </w:r>
      <w:r>
        <w:t>raat ke waqt bohat bara angan tha hamara is ke angan ke beech mein mein apni charpai bichhata tha.</w:t>
      </w:r>
    </w:p>
    <w:p>
      <w:pPr>
        <w:jc w:val="right"/>
      </w:pPr>
      <w:r>
        <w:t>رات کے وقت بہت بڑا انگن تھا ہمارا اس کے انگن کے بیچ میں میں اپنی چارپائی بچھاتا تھا۔</w:t>
      </w:r>
    </w:p>
    <w:p>
      <w:r>
        <w:rPr>
          <w:b/>
        </w:rPr>
        <w:t xml:space="preserve">[20:44] </w:t>
      </w:r>
      <w:r>
        <w:t>aur hamare ghar ke bahar jo bagh hota tha us mein phool hote thay bela chambeli yeh sab.</w:t>
      </w:r>
    </w:p>
    <w:p>
      <w:pPr>
        <w:jc w:val="right"/>
      </w:pPr>
      <w:r>
        <w:t>اور ہمارے گھر کے باہر جو باغ ہوتا تھا اس میں پھول ہوتے تھے بیلا چمبیلی یہ سب۔</w:t>
      </w:r>
    </w:p>
    <w:p>
      <w:r>
        <w:rPr>
          <w:b/>
        </w:rPr>
        <w:t xml:space="preserve">[20:51] </w:t>
      </w:r>
      <w:r>
        <w:t>to bajaye kaliyan todta tha.</w:t>
      </w:r>
    </w:p>
    <w:p>
      <w:pPr>
        <w:jc w:val="right"/>
      </w:pPr>
      <w:r>
        <w:t>تو بجائے کلیاں توڑتا تھا۔</w:t>
      </w:r>
    </w:p>
    <w:p>
      <w:r>
        <w:rPr>
          <w:b/>
        </w:rPr>
        <w:t xml:space="preserve">[20:59] </w:t>
      </w:r>
      <w:r>
        <w:t>kaliyan chambeli kaliyan.</w:t>
      </w:r>
    </w:p>
    <w:p>
      <w:pPr>
        <w:jc w:val="right"/>
      </w:pPr>
      <w:r>
        <w:t>کلیاں چمبیلی کلیاں۔</w:t>
      </w:r>
    </w:p>
    <w:p>
      <w:r>
        <w:rPr>
          <w:b/>
        </w:rPr>
        <w:t xml:space="preserve">[21:06] </w:t>
      </w:r>
      <w:r>
        <w:t>aur is ko apne sirhanay rakh kar ke sota tha.</w:t>
      </w:r>
    </w:p>
    <w:p>
      <w:pPr>
        <w:jc w:val="right"/>
      </w:pPr>
      <w:r>
        <w:t>اور اس کو اپنے سرانے رکھ کر کے سوتا تھا۔</w:t>
      </w:r>
    </w:p>
    <w:p>
      <w:r>
        <w:rPr>
          <w:b/>
        </w:rPr>
        <w:t xml:space="preserve">[21:14] </w:t>
      </w:r>
      <w:r>
        <w:t>aur subah ko uthta tha to woh khul chuki hoti thi woh.</w:t>
      </w:r>
    </w:p>
    <w:p>
      <w:pPr>
        <w:jc w:val="right"/>
      </w:pPr>
      <w:r>
        <w:t>اور صبح کو اٹھتا تھا تو وہ کھل چکی ہوتی تھی وہ۔</w:t>
      </w:r>
    </w:p>
    <w:p>
      <w:r>
        <w:rPr>
          <w:b/>
        </w:rPr>
        <w:t xml:space="preserve">[21:21] </w:t>
      </w:r>
      <w:r>
        <w:t>yeh bara acha lagta tha is ko ke sirhanay takiye ke pas woh kaliyan hoti theen aur wahan</w:t>
      </w:r>
    </w:p>
    <w:p>
      <w:pPr>
        <w:jc w:val="right"/>
      </w:pPr>
      <w:r>
        <w:t>یہ بڑا اچھا لگتا تھا اس کو کہ سرانے تکیے کے پاس وہ کلیاں ہوتی تھیں اور وہاں</w:t>
      </w:r>
    </w:p>
    <w:p>
      <w:r>
        <w:rPr>
          <w:b/>
        </w:rPr>
        <w:t xml:space="preserve">[21:29] </w:t>
      </w:r>
      <w:r>
        <w:t>sota tha mein.</w:t>
      </w:r>
    </w:p>
    <w:p>
      <w:pPr>
        <w:jc w:val="right"/>
      </w:pPr>
      <w:r>
        <w:t>سوتا تھا میں۔</w:t>
      </w:r>
    </w:p>
    <w:p>
      <w:r>
        <w:rPr>
          <w:b/>
        </w:rPr>
        <w:t xml:space="preserve">[21:36] </w:t>
      </w:r>
      <w:r>
        <w:t>aur subah woh khul kar ke phool ban jati thi woh.</w:t>
      </w:r>
    </w:p>
    <w:p>
      <w:pPr>
        <w:jc w:val="right"/>
      </w:pPr>
      <w:r>
        <w:t>اور صبح وہ کھل کر کے پھول بن جاتی تھی وہ۔</w:t>
      </w:r>
    </w:p>
    <w:p>
      <w:r>
        <w:rPr>
          <w:b/>
        </w:rPr>
        <w:t xml:space="preserve">[21:43] </w:t>
      </w:r>
      <w:r>
        <w:t>aur phir woh dekhta upar dekhta tha woh sitare.</w:t>
      </w:r>
    </w:p>
    <w:p>
      <w:pPr>
        <w:jc w:val="right"/>
      </w:pPr>
      <w:r>
        <w:t>اور پھر وہ دیکھتا اوپر دیکھتا تھا وہ ستارے۔</w:t>
      </w:r>
    </w:p>
    <w:p>
      <w:r>
        <w:rPr>
          <w:b/>
        </w:rPr>
        <w:t xml:space="preserve">[21:51] </w:t>
      </w:r>
      <w:r>
        <w:t>chingmak chingmak chingmak.</w:t>
      </w:r>
    </w:p>
    <w:p>
      <w:pPr>
        <w:jc w:val="right"/>
      </w:pPr>
      <w:r>
        <w:t>چنگمک چنگمک چنگمک۔</w:t>
      </w:r>
    </w:p>
    <w:p>
      <w:r>
        <w:rPr>
          <w:b/>
        </w:rPr>
        <w:t xml:space="preserve">[21:58] </w:t>
      </w:r>
      <w:r>
        <w:t>mein samajhta tha yahi sitare jitna dikhai dete hain yahi kal kainat hai.</w:t>
      </w:r>
    </w:p>
    <w:p>
      <w:pPr>
        <w:jc w:val="right"/>
      </w:pPr>
      <w:r>
        <w:t>میں سمجھتا تھا یہی ستارے جتنا دکھائی دیتے ہیں یہی کل کائنات ہے۔</w:t>
      </w:r>
    </w:p>
    <w:p>
      <w:r>
        <w:rPr>
          <w:b/>
        </w:rPr>
        <w:t xml:space="preserve">[22:06] </w:t>
      </w:r>
      <w:r>
        <w:t>halankeh sitare bhi jo aap dekhte hain naked aise woh to bohat das hazar tak hote hain.</w:t>
      </w:r>
    </w:p>
    <w:p>
      <w:pPr>
        <w:jc w:val="right"/>
      </w:pPr>
      <w:r>
        <w:t>حالانکہ ستارے بھی جو آپ دیکھتے ہیں نیکڈ ایسے وہ تو بہت دس ہزار تک ہوتے ہیں۔</w:t>
      </w:r>
    </w:p>
    <w:p>
      <w:r>
        <w:rPr>
          <w:b/>
        </w:rPr>
        <w:t xml:space="preserve">[22:13] </w:t>
      </w:r>
      <w:r>
        <w:t>aap das hazar sitaron ko dekhte hain.</w:t>
      </w:r>
    </w:p>
    <w:p>
      <w:pPr>
        <w:jc w:val="right"/>
      </w:pPr>
      <w:r>
        <w:t>آپ دس ہزار ستاروں کو دیکھتے ہیں۔</w:t>
      </w:r>
    </w:p>
    <w:p>
      <w:r>
        <w:rPr>
          <w:b/>
        </w:rPr>
        <w:t xml:space="preserve">[22:21] </w:t>
      </w:r>
      <w:r>
        <w:t>yani khud milky way ke sitare bohat zyada hain.</w:t>
      </w:r>
    </w:p>
    <w:p>
      <w:pPr>
        <w:jc w:val="right"/>
      </w:pPr>
      <w:r>
        <w:t>یعنی خود ملکی وے کے ستارے بہت زیادہ ہیں۔</w:t>
      </w:r>
    </w:p>
    <w:p>
      <w:r>
        <w:rPr>
          <w:b/>
        </w:rPr>
        <w:t xml:space="preserve">[22:28] </w:t>
      </w:r>
      <w:r>
        <w:t>to mein khud bachpan mein isi ko samajhta tha yahi dunya yahi kainat hai.</w:t>
      </w:r>
    </w:p>
    <w:p>
      <w:pPr>
        <w:jc w:val="right"/>
      </w:pPr>
      <w:r>
        <w:t>تو میں خود بچپن میں اسی کو سمجھتا تھا یہی دنیا یہی کائنات ہے۔</w:t>
      </w:r>
    </w:p>
    <w:p>
      <w:r>
        <w:rPr>
          <w:b/>
        </w:rPr>
        <w:t xml:space="preserve">[22:36] </w:t>
      </w:r>
      <w:r>
        <w:t>aur sari dunya isi mein mubtala thi.</w:t>
      </w:r>
    </w:p>
    <w:p>
      <w:pPr>
        <w:jc w:val="right"/>
      </w:pPr>
      <w:r>
        <w:t>اور ساری دنیا اسی میں مبتلا تھی۔</w:t>
      </w:r>
    </w:p>
    <w:p>
      <w:r>
        <w:rPr>
          <w:b/>
        </w:rPr>
        <w:t xml:space="preserve">[22:43] </w:t>
      </w:r>
      <w:r>
        <w:t>jab telescope daryaft hua.</w:t>
      </w:r>
    </w:p>
    <w:p>
      <w:pPr>
        <w:jc w:val="right"/>
      </w:pPr>
      <w:r>
        <w:t>جب ٹیلیسکوپ دریافت ہوا۔</w:t>
      </w:r>
    </w:p>
    <w:p>
      <w:r>
        <w:rPr>
          <w:b/>
        </w:rPr>
        <w:t xml:space="preserve">[22:51] </w:t>
      </w:r>
      <w:r>
        <w:t>aur aap jante hain ke woh telescope jo galileo ke zamane mein tha woh to bohat hi karor</w:t>
      </w:r>
    </w:p>
    <w:p>
      <w:pPr>
        <w:jc w:val="right"/>
      </w:pPr>
      <w:r>
        <w:t>اور آپ جانتے ہیں کہ وہ ٹیلیسکوپ جو گلیلیو کے زمانے میں تھا وہ تو بہت ہی کروڑ</w:t>
      </w:r>
    </w:p>
    <w:p>
      <w:r>
        <w:rPr>
          <w:b/>
        </w:rPr>
        <w:t xml:space="preserve">[22:58] </w:t>
      </w:r>
      <w:r>
        <w:t>qism ka tha.</w:t>
      </w:r>
    </w:p>
    <w:p>
      <w:pPr>
        <w:jc w:val="right"/>
      </w:pPr>
      <w:r>
        <w:t>قسم کا تھا۔</w:t>
      </w:r>
    </w:p>
    <w:p>
      <w:r>
        <w:rPr>
          <w:b/>
        </w:rPr>
        <w:t xml:space="preserve">[23:05] </w:t>
      </w:r>
      <w:r>
        <w:t>aaj jo istemal hote hain woh to bohat hi bare hain.</w:t>
      </w:r>
    </w:p>
    <w:p>
      <w:pPr>
        <w:jc w:val="right"/>
      </w:pPr>
      <w:r>
        <w:t>آج جو استعمال ہوتے ہیں وہ تو بہت ہی بڑے ہیں۔</w:t>
      </w:r>
    </w:p>
    <w:p>
      <w:r>
        <w:rPr>
          <w:b/>
        </w:rPr>
        <w:t xml:space="preserve">[23:13] </w:t>
      </w:r>
      <w:r>
        <w:t>space mein ja kar ke space observatory jo hai oper ja ke dikhaya jata hai.</w:t>
      </w:r>
    </w:p>
    <w:p>
      <w:pPr>
        <w:jc w:val="right"/>
      </w:pPr>
      <w:r>
        <w:t>اسپیس میں جا کر کے اسپیس آبزرویٹی جو ہے اوپر جا کے دکھایا جاتا ہے۔</w:t>
      </w:r>
    </w:p>
    <w:p>
      <w:r>
        <w:rPr>
          <w:b/>
        </w:rPr>
        <w:t xml:space="preserve">[23:20] </w:t>
      </w:r>
      <w:r>
        <w:t>to maloom hua ke yeh to bohat hi bari dunya hai.</w:t>
      </w:r>
    </w:p>
    <w:p>
      <w:pPr>
        <w:jc w:val="right"/>
      </w:pPr>
      <w:r>
        <w:t>تو معلوم ہوا کہ یہ تو بہت ہی بڑی دنیا ہے۔</w:t>
      </w:r>
    </w:p>
    <w:p>
      <w:r>
        <w:rPr>
          <w:b/>
        </w:rPr>
        <w:t xml:space="preserve">[23:28] </w:t>
      </w:r>
      <w:r>
        <w:t>woh bhi expand kar rahi hai.</w:t>
      </w:r>
    </w:p>
    <w:p>
      <w:pPr>
        <w:jc w:val="right"/>
      </w:pPr>
      <w:r>
        <w:t>وہ بھی ایکسپینڈ کر رہی ہے۔</w:t>
      </w:r>
    </w:p>
    <w:p>
      <w:r>
        <w:rPr>
          <w:b/>
        </w:rPr>
        <w:t xml:space="preserve">[23:35] </w:t>
      </w:r>
      <w:r>
        <w:t>phail rahi hai.</w:t>
      </w:r>
    </w:p>
    <w:p>
      <w:pPr>
        <w:jc w:val="right"/>
      </w:pPr>
      <w:r>
        <w:t>پھیل رہی ہے۔</w:t>
      </w:r>
    </w:p>
    <w:p>
      <w:r>
        <w:rPr>
          <w:b/>
        </w:rPr>
        <w:t xml:space="preserve">[23:43] </w:t>
      </w:r>
      <w:r>
        <w:t>yani daryaft yeh hai ke musalsal tor par dunya phail rahi hai charon taraf jaise ghubare mein hawa</w:t>
      </w:r>
    </w:p>
    <w:p>
      <w:pPr>
        <w:jc w:val="right"/>
      </w:pPr>
      <w:r>
        <w:t>یعنی دریافت یہ ہے کہ مسلسل طور پر دنیا پھیل رہی ہے چاروں طرف جیسے غبارہ میں ہوا</w:t>
      </w:r>
    </w:p>
    <w:p>
      <w:r>
        <w:rPr>
          <w:b/>
        </w:rPr>
        <w:t xml:space="preserve">[23:50] </w:t>
      </w:r>
      <w:r>
        <w:t>dalen to phailay ga.</w:t>
      </w:r>
    </w:p>
    <w:p>
      <w:pPr>
        <w:jc w:val="right"/>
      </w:pPr>
      <w:r>
        <w:t>ڈالیں تو پھیلے گا۔</w:t>
      </w:r>
    </w:p>
    <w:p>
      <w:r>
        <w:rPr>
          <w:b/>
        </w:rPr>
        <w:t xml:space="preserve">[23:58] </w:t>
      </w:r>
      <w:r>
        <w:t>aur taqreeban yani dedh so saal ke andar tamam fasle double ho jate hain.</w:t>
      </w:r>
    </w:p>
    <w:p>
      <w:pPr>
        <w:jc w:val="right"/>
      </w:pPr>
      <w:r>
        <w:t>اور تقریباً یعنی ڈیڑھ سو سال کے اندر تمام فاصلے ڈبل ہو جاتے ہیں۔</w:t>
      </w:r>
    </w:p>
    <w:p>
      <w:r>
        <w:rPr>
          <w:b/>
        </w:rPr>
        <w:t xml:space="preserve">[24:05] </w:t>
      </w:r>
      <w:r>
        <w:t>itni bari dunya hai.</w:t>
      </w:r>
    </w:p>
    <w:p>
      <w:pPr>
        <w:jc w:val="right"/>
      </w:pPr>
      <w:r>
        <w:t>اتنی بڑی دنیا ہے۔</w:t>
      </w:r>
    </w:p>
    <w:p>
      <w:r>
        <w:rPr>
          <w:b/>
        </w:rPr>
        <w:t xml:space="preserve">[24:13] </w:t>
      </w:r>
      <w:r>
        <w:t>to kisi ko pata hi nahi tha.</w:t>
      </w:r>
    </w:p>
    <w:p>
      <w:pPr>
        <w:jc w:val="right"/>
      </w:pPr>
      <w:r>
        <w:t>تو کسی کو پتہ ہی نہیں تھا۔</w:t>
      </w:r>
    </w:p>
    <w:p>
      <w:r>
        <w:rPr>
          <w:b/>
        </w:rPr>
        <w:t xml:space="preserve">[24:20] </w:t>
      </w:r>
      <w:r>
        <w:t>jab creation azeem hai aur kisi ko creation ka pata hi nahi aur creator to dikhai nahi deta.</w:t>
      </w:r>
    </w:p>
    <w:p>
      <w:pPr>
        <w:jc w:val="right"/>
      </w:pPr>
      <w:r>
        <w:t>جب کریشن عظیم ہے اور کسی کو کریشن کا پتہ ہی نہیں اور کریٹر تو دکھائی نہیں دیتا۔</w:t>
      </w:r>
    </w:p>
    <w:p>
      <w:r>
        <w:rPr>
          <w:b/>
        </w:rPr>
        <w:t xml:space="preserve">[24:27] </w:t>
      </w:r>
      <w:r>
        <w:t>yani creator to aap jante hain dikhai nahi deta.</w:t>
      </w:r>
    </w:p>
    <w:p>
      <w:pPr>
        <w:jc w:val="right"/>
      </w:pPr>
      <w:r>
        <w:t>یعنی کریٹر تو آپ جانتے ہیں دکھائی نہیں دیتا۔</w:t>
      </w:r>
    </w:p>
    <w:p>
      <w:r>
        <w:rPr>
          <w:b/>
        </w:rPr>
        <w:t xml:space="preserve">[24:35] </w:t>
      </w:r>
      <w:r>
        <w:t>creation hum dekhte hain aur creation bohat choti hum jaan jaan payen ke yeh hai creation.</w:t>
      </w:r>
    </w:p>
    <w:p>
      <w:pPr>
        <w:jc w:val="right"/>
      </w:pPr>
      <w:r>
        <w:t>کریشن ہم دیکھتے ہیں اور کریشن بہت چھوٹی ہم جان جان پائیں کہ یہ ہے کریشن۔</w:t>
      </w:r>
    </w:p>
    <w:p>
      <w:r>
        <w:rPr>
          <w:b/>
        </w:rPr>
        <w:t xml:space="preserve">[24:42] </w:t>
      </w:r>
      <w:r>
        <w:t>to Khuda ki azmat ka kahan se bara tasawwur aaye? to Allah ko matlab tha ke insan discover</w:t>
      </w:r>
    </w:p>
    <w:p>
      <w:pPr>
        <w:jc w:val="right"/>
      </w:pPr>
      <w:r>
        <w:t>تو خدا کی عظمت کا کہاں سے بڑا تصور آئے؟ تو اللہ کو مطلوب تھا کہ انسان ڈسکور</w:t>
      </w:r>
    </w:p>
    <w:p>
      <w:r>
        <w:rPr>
          <w:b/>
        </w:rPr>
        <w:t xml:space="preserve">[24:50] </w:t>
      </w:r>
      <w:r>
        <w:t>kare Khuda ki azmat ko.</w:t>
      </w:r>
    </w:p>
    <w:p>
      <w:pPr>
        <w:jc w:val="right"/>
      </w:pPr>
      <w:r>
        <w:t>کرے خدا کی عظمت کو۔</w:t>
      </w:r>
    </w:p>
    <w:p>
      <w:r>
        <w:rPr>
          <w:b/>
        </w:rPr>
        <w:t xml:space="preserve">[24:57] </w:t>
      </w:r>
      <w:r>
        <w:t>yani discover kar ke jaane to yeh kaam Musalman nahi kar saka.</w:t>
      </w:r>
    </w:p>
    <w:p>
      <w:pPr>
        <w:jc w:val="right"/>
      </w:pPr>
      <w:r>
        <w:t>یعنی ڈسکور کر کے جانے تو یہ کام مسلمان نہیں کر سکے۔</w:t>
      </w:r>
    </w:p>
    <w:p>
      <w:r>
        <w:rPr>
          <w:b/>
        </w:rPr>
        <w:t xml:space="preserve">[25:05] </w:t>
      </w:r>
      <w:r>
        <w:t>hum ko yani shukr karna chahiye west ka ke unhon ne daryaft kiya.</w:t>
      </w:r>
    </w:p>
    <w:p>
      <w:pPr>
        <w:jc w:val="right"/>
      </w:pPr>
      <w:r>
        <w:t>ہم کو یعنی شکر کرنا چاہیے ویسٹ کا کہ انہوں نے دریافت کیا۔</w:t>
      </w:r>
    </w:p>
    <w:p>
      <w:r>
        <w:rPr>
          <w:b/>
        </w:rPr>
        <w:t xml:space="preserve">[25:12] </w:t>
      </w:r>
      <w:r>
        <w:t>aur chunke wahan ziyada tar christian log thay to christian logon mein se nikle jinhon ne is kaam</w:t>
      </w:r>
    </w:p>
    <w:p>
      <w:pPr>
        <w:jc w:val="right"/>
      </w:pPr>
      <w:r>
        <w:t>اور چونکہ وہاں زیادہ تر کرسچن لوگ تھے تو کرسچن لوگوں میں سے نکلے جنہوں نے اس کام</w:t>
      </w:r>
    </w:p>
    <w:p>
      <w:r>
        <w:rPr>
          <w:b/>
        </w:rPr>
        <w:t xml:space="preserve">[25:20] </w:t>
      </w:r>
      <w:r>
        <w:t>ko yani mein yeh nahi kahoon ga ke takmeel tak pohanchaya lekin unhon ne shuru kiya is kaam ko.</w:t>
      </w:r>
    </w:p>
    <w:p>
      <w:pPr>
        <w:jc w:val="right"/>
      </w:pPr>
      <w:r>
        <w:t>کو یعنی میں یہ نہیں کہوں گا کہ تکمیل تک پہنچایا لیکن انہوں نے شروع کیا اس کام کو۔</w:t>
      </w:r>
    </w:p>
    <w:p>
      <w:r>
        <w:rPr>
          <w:b/>
        </w:rPr>
        <w:t xml:space="preserve">[25:27] </w:t>
      </w:r>
      <w:r>
        <w:t>yani un mein jo christian scientist beshtar to jewish thay ya christian thay to christian scientist jo thay</w:t>
      </w:r>
    </w:p>
    <w:p>
      <w:pPr>
        <w:jc w:val="right"/>
      </w:pPr>
      <w:r>
        <w:t>یعنی ان میں جو کرسچن سائنٹسٹ بیشتر تو جوئیش تھے یا کرسچن تھے تو کرسچن سائنٹسٹ جو تھے</w:t>
      </w:r>
    </w:p>
    <w:p>
      <w:r>
        <w:rPr>
          <w:b/>
        </w:rPr>
        <w:t xml:space="preserve">[25:35] </w:t>
      </w:r>
      <w:r>
        <w:t>unhon ne is is is azeem kaam ka aaghaz kiya.</w:t>
      </w:r>
    </w:p>
    <w:p>
      <w:pPr>
        <w:jc w:val="right"/>
      </w:pPr>
      <w:r>
        <w:t>انہوں نے اس اس اس عظیم کام کا آغاز کیا۔</w:t>
      </w:r>
    </w:p>
    <w:p>
      <w:r>
        <w:rPr>
          <w:b/>
        </w:rPr>
        <w:t xml:space="preserve">[25:42] </w:t>
      </w:r>
      <w:r>
        <w:t>mislan sir artha duncan ne kitaab likhi unseen world ya unseen universe to us ne pehli</w:t>
      </w:r>
    </w:p>
    <w:p>
      <w:pPr>
        <w:jc w:val="right"/>
      </w:pPr>
      <w:r>
        <w:t>مثلاً سر ارتھا ڈنکن نے کتاب لکھی ان سین ورلڈ یا ان سین یونیورس تو اس نے پہلی</w:t>
      </w:r>
    </w:p>
    <w:p>
      <w:r>
        <w:rPr>
          <w:b/>
        </w:rPr>
        <w:t xml:space="preserve">[25:49] </w:t>
      </w:r>
      <w:r>
        <w:t>baar yeh bataya ke ke dunya jo hum dekhte hain us se bohat hi bari hai.</w:t>
      </w:r>
    </w:p>
    <w:p>
      <w:pPr>
        <w:jc w:val="right"/>
      </w:pPr>
      <w:r>
        <w:t>بار یہ بتایا کہ کہ دنیا جو ہم دیکھتے ہیں اس سے بہت ہی بڑی ہے۔</w:t>
      </w:r>
    </w:p>
    <w:p>
      <w:r>
        <w:rPr>
          <w:b/>
        </w:rPr>
        <w:t xml:space="preserve">[25:57] </w:t>
      </w:r>
      <w:r>
        <w:t>phir bohat se scientist jo christian scientist thay is silsile mein kaam kiya unhon ne.</w:t>
      </w:r>
    </w:p>
    <w:p>
      <w:pPr>
        <w:jc w:val="right"/>
      </w:pPr>
      <w:r>
        <w:t>پھر بہت سے سائنٹسٹ جو کرسچن سائنٹسٹ تھے اس سلسلے میں کام کیا انہوں نے۔</w:t>
      </w:r>
    </w:p>
    <w:p>
      <w:r>
        <w:rPr>
          <w:b/>
        </w:rPr>
        <w:t xml:space="preserve">[26:04] </w:t>
      </w:r>
      <w:r>
        <w:t>bohat se mislan dekhiye julian huxter ne kitaab likhi thi ke man stands alone.</w:t>
      </w:r>
    </w:p>
    <w:p>
      <w:pPr>
        <w:jc w:val="right"/>
      </w:pPr>
      <w:r>
        <w:t>بہت سے مثلاً دیکھیے جولن ہکسٹر نے کتاب لکھی تھی کہ مین اسٹینڈز الون۔</w:t>
      </w:r>
    </w:p>
    <w:p>
      <w:r>
        <w:rPr>
          <w:b/>
        </w:rPr>
        <w:t xml:space="preserve">[26:12] </w:t>
      </w:r>
      <w:r>
        <w:t>man stands alone yani khuda ke insaan akele hi khara hota hai.</w:t>
      </w:r>
    </w:p>
    <w:p>
      <w:pPr>
        <w:jc w:val="right"/>
      </w:pPr>
      <w:r>
        <w:t>مین اسٹینڈز الون یعنی خدا کہ انسان اکیلے ہی کھڑا ہوتا ہے۔</w:t>
      </w:r>
    </w:p>
    <w:p>
      <w:r>
        <w:rPr>
          <w:b/>
        </w:rPr>
        <w:t xml:space="preserve">[26:19] </w:t>
      </w:r>
      <w:r>
        <w:t>ab insaan ko khuda ki zaroorat nahi hai.</w:t>
      </w:r>
    </w:p>
    <w:p>
      <w:pPr>
        <w:jc w:val="right"/>
      </w:pPr>
      <w:r>
        <w:t>اب انسان کو خدا کی ضرورت نہیں ہے۔</w:t>
      </w:r>
    </w:p>
    <w:p>
      <w:r>
        <w:rPr>
          <w:b/>
        </w:rPr>
        <w:t xml:space="preserve">[26:27] </w:t>
      </w:r>
      <w:r>
        <w:t>insaan khud khuda ka maqam le raha hai.</w:t>
      </w:r>
    </w:p>
    <w:p>
      <w:pPr>
        <w:jc w:val="right"/>
      </w:pPr>
      <w:r>
        <w:t>انسان خود خدا کا مقام لے رہا ہے۔</w:t>
      </w:r>
    </w:p>
    <w:p>
      <w:r>
        <w:rPr>
          <w:b/>
        </w:rPr>
        <w:t xml:space="preserve">[26:34] </w:t>
      </w:r>
      <w:r>
        <w:t>تو اس کو کہا جاتا ہے کہ transfer of seat from God to man.</w:t>
      </w:r>
    </w:p>
    <w:p>
      <w:pPr>
        <w:jc w:val="right"/>
      </w:pPr>
      <w:r>
        <w:t>تو اس کو کہا جاتا ہے کہ ٹرانسفر آف سیٹ فرام گاڈ ٹو مین۔</w:t>
      </w:r>
    </w:p>
    <w:p>
      <w:r>
        <w:rPr>
          <w:b/>
        </w:rPr>
        <w:t xml:space="preserve">[26:42] </w:t>
      </w:r>
      <w:r>
        <w:t>transfer of seat from god to man to us ne kitaab likhi ke man stands alone.</w:t>
      </w:r>
    </w:p>
    <w:p>
      <w:pPr>
        <w:jc w:val="right"/>
      </w:pPr>
      <w:r>
        <w:t>ٹرانسفر آف سیٹ فرام گاڈ ٹو مین تو اس نے کتاب لکھی کہ مین اسٹینڈز الون۔</w:t>
      </w:r>
    </w:p>
    <w:p>
      <w:r>
        <w:rPr>
          <w:b/>
        </w:rPr>
        <w:t xml:space="preserve">[26:49] </w:t>
      </w:r>
      <w:r>
        <w:t>is ke jawab mein kisi koi musalman ko nahi unhon ne kitaab koi chhapi.</w:t>
      </w:r>
    </w:p>
    <w:p>
      <w:pPr>
        <w:jc w:val="right"/>
      </w:pPr>
      <w:r>
        <w:t>اس کے جواب میں کسی کوئی مسلمان کو نہیں انہوں نے کتاب کوئی چھاپی۔</w:t>
      </w:r>
    </w:p>
    <w:p>
      <w:r>
        <w:rPr>
          <w:b/>
        </w:rPr>
        <w:t xml:space="preserve">[26:57] </w:t>
      </w:r>
      <w:r>
        <w:t>crissy barson jo christian scientist tha us ne ek kitaab likhi aur bohat hi parhne readable book hai woh.</w:t>
      </w:r>
    </w:p>
    <w:p>
      <w:pPr>
        <w:jc w:val="right"/>
      </w:pPr>
      <w:r>
        <w:t>کرسی بارسن جو کرسچن سائنٹسٹ تھا اس نے ایک کتاب لکھی اور بہت ہی پڑھنے ریڈیبل بک ہے وہ۔</w:t>
      </w:r>
    </w:p>
    <w:p>
      <w:r>
        <w:rPr>
          <w:b/>
        </w:rPr>
        <w:t xml:space="preserve">[27:04] </w:t>
      </w:r>
      <w:r>
        <w:t>bohat hi achi kitaab man does not stand alone.</w:t>
      </w:r>
    </w:p>
    <w:p>
      <w:pPr>
        <w:jc w:val="right"/>
      </w:pPr>
      <w:r>
        <w:t>بہت ہی اچھی کتاب مین ڈز ناٹ اسٹینڈ الون۔</w:t>
      </w:r>
    </w:p>
    <w:p>
      <w:r>
        <w:rPr>
          <w:b/>
        </w:rPr>
        <w:t xml:space="preserve">[27:11] </w:t>
      </w:r>
      <w:r>
        <w:t>man does not stand alone.</w:t>
      </w:r>
    </w:p>
    <w:p>
      <w:pPr>
        <w:jc w:val="right"/>
      </w:pPr>
      <w:r>
        <w:t>مین ڈز ناٹ اسٹینڈ الون۔</w:t>
      </w:r>
    </w:p>
    <w:p>
      <w:r>
        <w:rPr>
          <w:b/>
        </w:rPr>
        <w:t xml:space="preserve">[27:19] </w:t>
      </w:r>
      <w:r>
        <w:t>yeh sab kaam christian log bohat dinon se kar rahe thay.</w:t>
      </w:r>
    </w:p>
    <w:p>
      <w:pPr>
        <w:jc w:val="right"/>
      </w:pPr>
      <w:r>
        <w:t>یہ سب کام کرسچن لوگ بہت دنوں سے کر رہے تھے۔</w:t>
      </w:r>
    </w:p>
    <w:p>
      <w:r>
        <w:rPr>
          <w:b/>
        </w:rPr>
        <w:t xml:space="preserve">[27:26] </w:t>
      </w:r>
      <w:r>
        <w:t>mein aap ko ek misaal deta hoon jo unhon ne kaam kiya hai.</w:t>
      </w:r>
    </w:p>
    <w:p>
      <w:pPr>
        <w:jc w:val="right"/>
      </w:pPr>
      <w:r>
        <w:t>میں آپ کو ایک مثال دیتا ہوں جو انہوں نے کام کیا ہے۔</w:t>
      </w:r>
    </w:p>
    <w:p>
      <w:r>
        <w:rPr>
          <w:b/>
        </w:rPr>
        <w:t xml:space="preserve">[27:34] </w:t>
      </w:r>
      <w:r>
        <w:t>woh yeh hai ke pachas christians ne yani scientist pachas christian scientist ne ek kitaab likhi french zaban mein.</w:t>
      </w:r>
    </w:p>
    <w:p>
      <w:pPr>
        <w:jc w:val="right"/>
      </w:pPr>
      <w:r>
        <w:t>وہ یہ ہے کہ پچاس کرسچنز نے یعنی سائنٹسٹ پچاس کرسچن سائنٹسٹ نے ایک کتاب لکھی فرنچ زبان میں۔</w:t>
      </w:r>
    </w:p>
    <w:p>
      <w:r>
        <w:rPr>
          <w:b/>
        </w:rPr>
        <w:t xml:space="preserve">[27:41] </w:t>
      </w:r>
      <w:r>
        <w:t>ziyada tar woh french ke thay woh log france se.</w:t>
      </w:r>
    </w:p>
    <w:p>
      <w:pPr>
        <w:jc w:val="right"/>
      </w:pPr>
      <w:r>
        <w:t>زیادہ تر وہ فرنچ کے تھے وہ لوگ فرانس سے۔</w:t>
      </w:r>
    </w:p>
    <w:p>
      <w:r>
        <w:rPr>
          <w:b/>
        </w:rPr>
        <w:t xml:space="preserve">[27:49] </w:t>
      </w:r>
      <w:r>
        <w:t>to pachas christian scientist ne kitaab nahi balkeh article likhe maqala likha.</w:t>
      </w:r>
    </w:p>
    <w:p>
      <w:pPr>
        <w:jc w:val="right"/>
      </w:pPr>
      <w:r>
        <w:t>تو پچاس کرسچن سائنٹسٹ نے کتاب نہیں بلکہ آرٹیکل لکھے مقالہ لکھا۔</w:t>
      </w:r>
    </w:p>
    <w:p>
      <w:r>
        <w:rPr>
          <w:b/>
        </w:rPr>
        <w:t xml:space="preserve">[27:56] </w:t>
      </w:r>
      <w:r>
        <w:t>pachas christian scientist ne pachas baqaye likhe khuda ke baray mein.</w:t>
      </w:r>
    </w:p>
    <w:p>
      <w:pPr>
        <w:jc w:val="right"/>
      </w:pPr>
      <w:r>
        <w:t>پچاس کرسچن سائنٹسٹ نے پچاس بقائے لکھے خدا کے بارے میں۔</w:t>
      </w:r>
    </w:p>
    <w:p>
      <w:r>
        <w:rPr>
          <w:b/>
        </w:rPr>
        <w:t xml:space="preserve">[28:04] </w:t>
      </w:r>
      <w:r>
        <w:t>is ko compile kiya ek shakhs ne is ka naam tha john clover masma masma john clover masma</w:t>
      </w:r>
    </w:p>
    <w:p>
      <w:pPr>
        <w:jc w:val="right"/>
      </w:pPr>
      <w:r>
        <w:t>اس کو کمپائل کیا ایک شخص نے اس کا نام تھا جان کلوور ماسما ماسما جان کلوور ماسما</w:t>
      </w:r>
    </w:p>
    <w:p>
      <w:r>
        <w:rPr>
          <w:b/>
        </w:rPr>
        <w:t xml:space="preserve">[28:11] </w:t>
      </w:r>
      <w:r>
        <w:t>us ne french zaban mein is ko chhapa phir is ka tarjuma english mein hua.</w:t>
      </w:r>
    </w:p>
    <w:p>
      <w:pPr>
        <w:jc w:val="right"/>
      </w:pPr>
      <w:r>
        <w:t>اس نے فرنچ زبان میں اس کو چھاپا پھر اس کا ترجمہ انگلش میں ہوا۔</w:t>
      </w:r>
    </w:p>
    <w:p>
      <w:r>
        <w:rPr>
          <w:b/>
        </w:rPr>
        <w:t xml:space="preserve">[28:19] </w:t>
      </w:r>
      <w:r>
        <w:t>is ka english tarjuma chupa tha.</w:t>
      </w:r>
    </w:p>
    <w:p>
      <w:pPr>
        <w:jc w:val="right"/>
      </w:pPr>
      <w:r>
        <w:t>اس کا انگلش ترجمہ چھپا تھا۔</w:t>
      </w:r>
    </w:p>
    <w:p>
      <w:r>
        <w:rPr>
          <w:b/>
        </w:rPr>
        <w:t xml:space="preserve">[28:26] </w:t>
      </w:r>
      <w:r>
        <w:t>is ka naam hai dekhiye evidence of god in an expanding universe yeh english title hai.</w:t>
      </w:r>
    </w:p>
    <w:p>
      <w:pPr>
        <w:jc w:val="right"/>
      </w:pPr>
      <w:r>
        <w:t>اس کا نام ہے دیکھیے ایویڈنس آف گاڈ ان این ایکسپینڈنگ یونیورس یہ انگلش ٹائٹل ہے۔</w:t>
      </w:r>
    </w:p>
    <w:p>
      <w:r>
        <w:rPr>
          <w:b/>
        </w:rPr>
        <w:t xml:space="preserve">[28:34] </w:t>
      </w:r>
      <w:r>
        <w:t>universe of god in an expanding universe yani phailti hui kainat mein khuda ki ki shahadat.</w:t>
      </w:r>
    </w:p>
    <w:p>
      <w:pPr>
        <w:jc w:val="right"/>
      </w:pPr>
      <w:r>
        <w:t>یونیورس آف گاڈ ان این ایکسپینڈنگ یونیورس یعنی پھیلتی ہوئی کائنات میں خدا کی کی شہادت۔</w:t>
      </w:r>
    </w:p>
    <w:p>
      <w:r>
        <w:rPr>
          <w:b/>
        </w:rPr>
        <w:t xml:space="preserve">[28:41] </w:t>
      </w:r>
      <w:r>
        <w:t>khuda ka ki daleel universe evidence of god in an universe.</w:t>
      </w:r>
    </w:p>
    <w:p>
      <w:pPr>
        <w:jc w:val="right"/>
      </w:pPr>
      <w:r>
        <w:t>خدا کا کی دلیل یونیورس ایویڈنس آف گاڈ ان این یونیورس۔</w:t>
      </w:r>
    </w:p>
    <w:p>
      <w:r>
        <w:rPr>
          <w:b/>
        </w:rPr>
        <w:t xml:space="preserve">[28:48] </w:t>
      </w:r>
      <w:r>
        <w:t>universe of god in an expanding universe.</w:t>
      </w:r>
    </w:p>
    <w:p>
      <w:pPr>
        <w:jc w:val="right"/>
      </w:pPr>
      <w:r>
        <w:t>یونیورس آف گاڈ ان این ایکسپینڈنگ یونیورس۔</w:t>
      </w:r>
    </w:p>
    <w:p>
      <w:r>
        <w:rPr>
          <w:b/>
        </w:rPr>
        <w:t xml:space="preserve">[28:56] </w:t>
      </w:r>
      <w:r>
        <w:t>phir is kitab ka arabi mein tarjuma ho chuka hai jo log arabi jante hain woh parh sakte</w:t>
      </w:r>
    </w:p>
    <w:p>
      <w:pPr>
        <w:jc w:val="right"/>
      </w:pPr>
      <w:r>
        <w:t>پھر اس کتاب کا عربی میں ترجمہ ہو چکا ہے جو لوگ عربی جانتے ہیں وہ پڑھ سکتے</w:t>
      </w:r>
    </w:p>
    <w:p>
      <w:r>
        <w:rPr>
          <w:b/>
        </w:rPr>
        <w:t xml:space="preserve">[29:03] </w:t>
      </w:r>
      <w:r>
        <w:t>hain is ko.</w:t>
      </w:r>
    </w:p>
    <w:p>
      <w:pPr>
        <w:jc w:val="right"/>
      </w:pPr>
      <w:r>
        <w:t>ہیں اس کو۔</w:t>
      </w:r>
    </w:p>
    <w:p>
      <w:r>
        <w:rPr>
          <w:b/>
        </w:rPr>
        <w:t xml:space="preserve">[29:11] </w:t>
      </w:r>
      <w:r>
        <w:t>bohat hi acha title banaya unhon ne bohat shandar title Allah yatajalla fi asr al-ilm bara ajeeb title hai yeh.</w:t>
      </w:r>
    </w:p>
    <w:p>
      <w:pPr>
        <w:jc w:val="right"/>
      </w:pPr>
      <w:r>
        <w:t>بہت ہی اچھا ٹائٹل بنایا انہوں نے بہت شاندار ٹائٹل اللہ یتجلی فی عصر العلم بڑا عجیب ٹائٹل ہے یہ۔</w:t>
      </w:r>
    </w:p>
    <w:p>
      <w:r>
        <w:rPr>
          <w:b/>
        </w:rPr>
        <w:t xml:space="preserve">[29:18] </w:t>
      </w:r>
      <w:r>
        <w:t>mein samajhta hoon ke english title se better hai yeh.</w:t>
      </w:r>
    </w:p>
    <w:p>
      <w:pPr>
        <w:jc w:val="right"/>
      </w:pPr>
      <w:r>
        <w:t>میں سمجھتا ہوں کہ انگلش ٹائٹل سے بیٹر ہے یہ۔</w:t>
      </w:r>
    </w:p>
    <w:p>
      <w:r>
        <w:rPr>
          <w:b/>
        </w:rPr>
        <w:t xml:space="preserve">[29:26] </w:t>
      </w:r>
      <w:r>
        <w:t>english title jo is ka hai us se better yeh arabic title hai Allah yatajalla fi asr al-ilm</w:t>
      </w:r>
    </w:p>
    <w:p>
      <w:pPr>
        <w:jc w:val="right"/>
      </w:pPr>
      <w:r>
        <w:t>انگلش ٹائٹل جو اس کا ہے اس سے بیٹر یہ عربک ٹائٹل ہے اللہ یتجلی فی عصر العلم</w:t>
      </w:r>
    </w:p>
    <w:p>
      <w:r>
        <w:rPr>
          <w:b/>
        </w:rPr>
        <w:t xml:space="preserve">[29:33] </w:t>
      </w:r>
      <w:r>
        <w:t>yeh is ka tarjuma hai.</w:t>
      </w:r>
    </w:p>
    <w:p>
      <w:pPr>
        <w:jc w:val="right"/>
      </w:pPr>
      <w:r>
        <w:t>یہ اس کا ترجمہ ہے۔</w:t>
      </w:r>
    </w:p>
    <w:p>
      <w:r>
        <w:rPr>
          <w:b/>
        </w:rPr>
        <w:t xml:space="preserve">[29:41] </w:t>
      </w:r>
      <w:r>
        <w:t>yeh kaam kis ne kiya? christian scientist ne kiya west ke.</w:t>
      </w:r>
    </w:p>
    <w:p>
      <w:pPr>
        <w:jc w:val="right"/>
      </w:pPr>
      <w:r>
        <w:t>یہ کام کس نے کیا؟ کرسچن سائنٹسٹ نے کیا ویسٹ کے۔</w:t>
      </w:r>
    </w:p>
    <w:p>
      <w:r>
        <w:rPr>
          <w:b/>
        </w:rPr>
        <w:t xml:space="preserve">[29:48] </w:t>
      </w:r>
      <w:r>
        <w:t>sare ummat-e-muslima ko chahiye tha ke ailan karein ke west hamara benefactor hai is ne hum ko</w:t>
      </w:r>
    </w:p>
    <w:p>
      <w:pPr>
        <w:jc w:val="right"/>
      </w:pPr>
      <w:r>
        <w:t>سارے امت مسلمہ کو چاہیے تھا کہ اعلان کریں کہ ویسٹ ہمارا بینیفیکٹر ہے اس نے ہم کو</w:t>
      </w:r>
    </w:p>
    <w:p>
      <w:r>
        <w:rPr>
          <w:b/>
        </w:rPr>
        <w:t xml:space="preserve">[29:56] </w:t>
      </w:r>
      <w:r>
        <w:t>marifat ka aala data jo matloob tha woh faraham kiya.</w:t>
      </w:r>
    </w:p>
    <w:p>
      <w:pPr>
        <w:jc w:val="right"/>
      </w:pPr>
      <w:r>
        <w:t>معرفت کا اعلیٰ ڈیٹا جو مطلوب تھا وہ فراہم کیا۔</w:t>
      </w:r>
    </w:p>
    <w:p>
      <w:r>
        <w:rPr>
          <w:b/>
        </w:rPr>
        <w:t xml:space="preserve">[30:03] </w:t>
      </w:r>
      <w:r>
        <w:t>hum apne Allah ko zyada baray paimane par pehchana hum ne Allah ki marifat ko zyada baray paimane</w:t>
      </w:r>
    </w:p>
    <w:p>
      <w:pPr>
        <w:jc w:val="right"/>
      </w:pPr>
      <w:r>
        <w:t>ہم اپنے اللہ کو زیادہ بڑے پیمانے پر پہچانا ہم نے اللہ کی معرفت کو زیادہ بڑے پیمانے</w:t>
      </w:r>
    </w:p>
    <w:p>
      <w:r>
        <w:rPr>
          <w:b/>
        </w:rPr>
        <w:t xml:space="preserve">[30:10] </w:t>
      </w:r>
      <w:r>
        <w:t>par jana hum ne in ke zariye se.</w:t>
      </w:r>
    </w:p>
    <w:p>
      <w:pPr>
        <w:jc w:val="right"/>
      </w:pPr>
      <w:r>
        <w:t>پر جانا ہم نے ان کے ذریعے سے۔</w:t>
      </w:r>
    </w:p>
    <w:p>
      <w:r>
        <w:rPr>
          <w:b/>
        </w:rPr>
        <w:t xml:space="preserve">[30:18] </w:t>
      </w:r>
      <w:r>
        <w:t>to yeh west ke log yeh aisi bohat si kitabein hain yeh maine aik misal di hai aap ko.</w:t>
      </w:r>
    </w:p>
    <w:p>
      <w:pPr>
        <w:jc w:val="right"/>
      </w:pPr>
      <w:r>
        <w:t>تو یہ ویسٹ کے لوگ یہ ایسی بہت سی کتابیں ہیں یہ میں نے ایک مثال دی ہے آپ کو۔</w:t>
      </w:r>
    </w:p>
    <w:p>
      <w:r>
        <w:rPr>
          <w:b/>
        </w:rPr>
        <w:t xml:space="preserve">[30:25] </w:t>
      </w:r>
      <w:r>
        <w:t>to sare musalmanon ko mil kar ailan karna chahiye tha ke western world hamari benefactor hai.</w:t>
      </w:r>
    </w:p>
    <w:p>
      <w:pPr>
        <w:jc w:val="right"/>
      </w:pPr>
      <w:r>
        <w:t>تو سارے مسلمانوں کو مل کر اعلان کرنا چاہیے تھا کہ ویسٹرن ورلڈ ہماری بینیفیکٹر ہے۔</w:t>
      </w:r>
    </w:p>
    <w:p>
      <w:r>
        <w:rPr>
          <w:b/>
        </w:rPr>
        <w:t xml:space="preserve">[30:33] </w:t>
      </w:r>
      <w:r>
        <w:t>jo cheez matloob thi marifat ke aitbar se deen ke aitbar se islam ke aitbar se aala darjay</w:t>
      </w:r>
    </w:p>
    <w:p>
      <w:pPr>
        <w:jc w:val="right"/>
      </w:pPr>
      <w:r>
        <w:t>جو چیز مطلوب تھی معرفت کے اعتبار سے دین کے اعتبار سے اسلام کے اعتبار سے اعلیٰ درجے</w:t>
      </w:r>
    </w:p>
    <w:p>
      <w:r>
        <w:rPr>
          <w:b/>
        </w:rPr>
        <w:t xml:space="preserve">[30:40] </w:t>
      </w:r>
      <w:r>
        <w:t>ki marifat woh abhi hum ko hasil hi nahi hasil nahi thi woh abhi hum mehroom thay is</w:t>
      </w:r>
    </w:p>
    <w:p>
      <w:pPr>
        <w:jc w:val="right"/>
      </w:pPr>
      <w:r>
        <w:t>کی معرفت وہ ابھی ہم کو حاصل ہی نہیں حاصل نہیں تھی وہ ابھی ہم محروم تھے اس</w:t>
      </w:r>
    </w:p>
    <w:p>
      <w:r>
        <w:rPr>
          <w:b/>
        </w:rPr>
        <w:t xml:space="preserve">[30:48] </w:t>
      </w:r>
      <w:r>
        <w:t>se kyun ke data nahi tha.</w:t>
      </w:r>
    </w:p>
    <w:p>
      <w:pPr>
        <w:jc w:val="right"/>
      </w:pPr>
      <w:r>
        <w:t>سے کیونکہ ڈیٹا نہیں تھا۔</w:t>
      </w:r>
    </w:p>
    <w:p>
      <w:r>
        <w:rPr>
          <w:b/>
        </w:rPr>
        <w:t xml:space="preserve">[30:55] </w:t>
      </w:r>
      <w:r>
        <w:t>data hi nahi maujood tha.</w:t>
      </w:r>
    </w:p>
    <w:p>
      <w:pPr>
        <w:jc w:val="right"/>
      </w:pPr>
      <w:r>
        <w:t>ڈیٹا ہی نہیں موجود تھا۔</w:t>
      </w:r>
    </w:p>
    <w:p>
      <w:r>
        <w:rPr>
          <w:b/>
        </w:rPr>
        <w:t xml:space="preserve">[31:03] </w:t>
      </w:r>
      <w:r>
        <w:t>lekin kitna ghalat kaam hua ke west ko dushman samajh liya.</w:t>
      </w:r>
    </w:p>
    <w:p>
      <w:pPr>
        <w:jc w:val="right"/>
      </w:pPr>
      <w:r>
        <w:t>لیکن کتنا غلط کام ہوا کہ ویسٹ کو دشمن سمجھ لیا۔</w:t>
      </w:r>
    </w:p>
    <w:p>
      <w:r>
        <w:rPr>
          <w:b/>
        </w:rPr>
        <w:t xml:space="preserve">[31:10] </w:t>
      </w:r>
      <w:r>
        <w:t>bas is se larai shuru kar di.</w:t>
      </w:r>
    </w:p>
    <w:p>
      <w:pPr>
        <w:jc w:val="right"/>
      </w:pPr>
      <w:r>
        <w:t>بس اس سے لڑائی شروع کر دی۔</w:t>
      </w:r>
    </w:p>
    <w:p>
      <w:r>
        <w:rPr>
          <w:b/>
        </w:rPr>
        <w:t xml:space="preserve">[31:18] </w:t>
      </w:r>
      <w:r>
        <w:t>suicide bombing itni itni zyada ghalat kaam ke jahan kuch nahi kar paate thay wahan apne ko mar</w:t>
      </w:r>
    </w:p>
    <w:p>
      <w:pPr>
        <w:jc w:val="right"/>
      </w:pPr>
      <w:r>
        <w:t>سوسائیڈ بمنگ اتنی اتنی زیادہ غلط کام کہ جہاں کچھ نہیں کر پاتے تھے وہاں اپنے کو مار</w:t>
      </w:r>
    </w:p>
    <w:p>
      <w:r>
        <w:rPr>
          <w:b/>
        </w:rPr>
        <w:t xml:space="preserve">[31:25] </w:t>
      </w:r>
      <w:r>
        <w:t>kar unhein tabah kiya.</w:t>
      </w:r>
    </w:p>
    <w:p>
      <w:pPr>
        <w:jc w:val="right"/>
      </w:pPr>
      <w:r>
        <w:t>کر انہیں تباہ کیا۔</w:t>
      </w:r>
    </w:p>
    <w:p>
      <w:r>
        <w:rPr>
          <w:b/>
        </w:rPr>
        <w:t xml:space="preserve">[31:32] </w:t>
      </w:r>
      <w:r>
        <w:t>yani nafrat gun culture bom culture yahan tak suicide banning yani apne benefactor ke khilaf.</w:t>
      </w:r>
    </w:p>
    <w:p>
      <w:pPr>
        <w:jc w:val="right"/>
      </w:pPr>
      <w:r>
        <w:t>یعنی نفرت گن کلچر بم کلچر یہاں تک سوسائیڈ بمنگ یعنی اپنے بینیفیکٹر کے خلاف۔</w:t>
      </w:r>
    </w:p>
    <w:p>
      <w:r>
        <w:rPr>
          <w:b/>
        </w:rPr>
        <w:t xml:space="preserve">[31:40] </w:t>
      </w:r>
      <w:r>
        <w:t>yeh jante hain kitna bara kaam hai yeh yeh kaam shaitan ne kiya tha.</w:t>
      </w:r>
    </w:p>
    <w:p>
      <w:pPr>
        <w:jc w:val="right"/>
      </w:pPr>
      <w:r>
        <w:t>یہ جانتے ہیں کتنا بڑا کام ہے یہ یہ کام شیطان نے کیا تھا۔</w:t>
      </w:r>
    </w:p>
    <w:p>
      <w:r>
        <w:rPr>
          <w:b/>
        </w:rPr>
        <w:t xml:space="preserve">[31:47] </w:t>
      </w:r>
      <w:r>
        <w:t>Allah ne insan jo banaya insan benefactor tha shaitan ka.</w:t>
      </w:r>
    </w:p>
    <w:p>
      <w:pPr>
        <w:jc w:val="right"/>
      </w:pPr>
      <w:r>
        <w:t>اللہ نے انسان جو بنایا انسان بینیفیکٹر تھا شیطان کا۔</w:t>
      </w:r>
    </w:p>
    <w:p>
      <w:r>
        <w:rPr>
          <w:b/>
        </w:rPr>
        <w:t xml:space="preserve">[31:55] </w:t>
      </w:r>
      <w:r>
        <w:t>Allah ne bata paida kiya tha insan ko yeh batane ke liye ke sachai kya hai creator kya</w:t>
      </w:r>
    </w:p>
    <w:p>
      <w:pPr>
        <w:jc w:val="right"/>
      </w:pPr>
      <w:r>
        <w:t>اللہ نے بتا پیدا کیا تھا انسان کو یہ بتانے کے لیے کہ سچائی کیا ہے کریٹر کیا</w:t>
      </w:r>
    </w:p>
    <w:p>
      <w:r>
        <w:rPr>
          <w:b/>
        </w:rPr>
        <w:t xml:space="preserve">[32:02] </w:t>
      </w:r>
      <w:r>
        <w:t>hai yani marifat ke ailan ke liye paida kiya tha insan ko.</w:t>
      </w:r>
    </w:p>
    <w:p>
      <w:pPr>
        <w:jc w:val="right"/>
      </w:pPr>
      <w:r>
        <w:t>ہے یعنی معرفت کے اعلان کے لیے پیدا کیا تھا انسان کو۔</w:t>
      </w:r>
    </w:p>
    <w:p>
      <w:r>
        <w:rPr>
          <w:b/>
        </w:rPr>
        <w:t xml:space="preserve">[32:10] </w:t>
      </w:r>
      <w:r>
        <w:t>to shaitan to bhag gaya tha bhaga hua tha.</w:t>
      </w:r>
    </w:p>
    <w:p>
      <w:pPr>
        <w:jc w:val="right"/>
      </w:pPr>
      <w:r>
        <w:t>تو شیطان تو بھاگ گیا تھا بھاگا ہوا تھا۔</w:t>
      </w:r>
    </w:p>
    <w:p>
      <w:r>
        <w:rPr>
          <w:b/>
        </w:rPr>
        <w:t xml:space="preserve">[32:17] </w:t>
      </w:r>
      <w:r>
        <w:t>Allah ne paida kiya ke shaitan ko yeh insan bataye.</w:t>
      </w:r>
    </w:p>
    <w:p>
      <w:pPr>
        <w:jc w:val="right"/>
      </w:pPr>
      <w:r>
        <w:t>اللہ نے پیدا کیا کہ شیطان کو یہ انسان بتائے۔</w:t>
      </w:r>
    </w:p>
    <w:p>
      <w:r>
        <w:rPr>
          <w:b/>
        </w:rPr>
        <w:t xml:space="preserve">[32:25] </w:t>
      </w:r>
      <w:r>
        <w:t>yani yani goya ke Allah ne insan ko shaitan ke liye benefactor ke taur par paida kiya.</w:t>
      </w:r>
    </w:p>
    <w:p>
      <w:pPr>
        <w:jc w:val="right"/>
      </w:pPr>
      <w:r>
        <w:t>یعنی یعنی گویا کہ اللہ نے انسان کو شیطان کے لیے بینیفیکٹر کے طور پر پیدا کیا۔</w:t>
      </w:r>
    </w:p>
    <w:p>
      <w:r>
        <w:rPr>
          <w:b/>
        </w:rPr>
        <w:t xml:space="preserve">[32:32] </w:t>
      </w:r>
      <w:r>
        <w:t>aur uska dushman ban gaya shaitan.</w:t>
      </w:r>
    </w:p>
    <w:p>
      <w:pPr>
        <w:jc w:val="right"/>
      </w:pPr>
      <w:r>
        <w:t>اور اس کا دشمن بن گیا شیطان۔</w:t>
      </w:r>
    </w:p>
    <w:p>
      <w:r>
        <w:rPr>
          <w:b/>
        </w:rPr>
        <w:t xml:space="preserve">[32:40] </w:t>
      </w:r>
      <w:r>
        <w:t>Quran se maloom hota hai ke Allah ne pehle is jinat ko paida kiya.</w:t>
      </w:r>
    </w:p>
    <w:p>
      <w:pPr>
        <w:jc w:val="right"/>
      </w:pPr>
      <w:r>
        <w:t>قرآن سے معلوم ہوتا ہے کہ اللہ نے پہلے اس جنات کو پیدا کیا۔</w:t>
      </w:r>
    </w:p>
    <w:p>
      <w:r>
        <w:rPr>
          <w:b/>
        </w:rPr>
        <w:t xml:space="preserve">[32:47] </w:t>
      </w:r>
      <w:r>
        <w:t>jinati ke bigre hue logon ko shaitan kaha jata hai.</w:t>
      </w:r>
    </w:p>
    <w:p>
      <w:pPr>
        <w:jc w:val="right"/>
      </w:pPr>
      <w:r>
        <w:t>جناتی کے بگڑے ہوئے لوگوں کو شیطان کہا جاتا ہے۔</w:t>
      </w:r>
    </w:p>
    <w:p>
      <w:r>
        <w:rPr>
          <w:b/>
        </w:rPr>
        <w:t xml:space="preserve">[32:54] </w:t>
      </w:r>
      <w:r>
        <w:t>Quran se maloom hota hai ke Allah ne pehle duniya mein paida kiya jinat ko.</w:t>
      </w:r>
    </w:p>
    <w:p>
      <w:pPr>
        <w:jc w:val="right"/>
      </w:pPr>
      <w:r>
        <w:t>قرآن سے معلوم ہوتا ہے کہ اللہ نے پہلے دنیا میں پیدا کیا جنات کو۔</w:t>
      </w:r>
    </w:p>
    <w:p>
      <w:r>
        <w:rPr>
          <w:b/>
        </w:rPr>
        <w:t xml:space="preserve">[33:02] </w:t>
      </w:r>
      <w:r>
        <w:t>lekin jinat woh aala darje ki marifat tak nahi pahunch sake.</w:t>
      </w:r>
    </w:p>
    <w:p>
      <w:pPr>
        <w:jc w:val="right"/>
      </w:pPr>
      <w:r>
        <w:t>لیکن جنات وہ اعلیٰ درجے کی معرفت تک نہیں پہنچ سکے۔</w:t>
      </w:r>
    </w:p>
    <w:p>
      <w:r>
        <w:rPr>
          <w:b/>
        </w:rPr>
        <w:t xml:space="preserve">[33:09] </w:t>
      </w:r>
      <w:r>
        <w:t>to insan paida kiya gaya ke insan aur aala darje ki marifat ko daryaft kare aur jinaton ko bataye.</w:t>
      </w:r>
    </w:p>
    <w:p>
      <w:pPr>
        <w:jc w:val="right"/>
      </w:pPr>
      <w:r>
        <w:t>تو انسان پیدا کیا گیا کہ انسان اور اعلیٰ درجے کی معرفت کو دریافت کرے اور جناتوں کو بتائے۔</w:t>
      </w:r>
    </w:p>
    <w:p>
      <w:r>
        <w:rPr>
          <w:b/>
        </w:rPr>
        <w:t xml:space="preserve">[33:17] </w:t>
      </w:r>
      <w:r>
        <w:t>is bare mein insan jo tha woh jinat ka yani shaitan ka benefactor tha mohsin tha.</w:t>
      </w:r>
    </w:p>
    <w:p>
      <w:pPr>
        <w:jc w:val="right"/>
      </w:pPr>
      <w:r>
        <w:t>اس بارے میں انسان جو تھا وہ جنات کا یعنی شیطان کا بینیفیکٹر تھا محسن تھا۔</w:t>
      </w:r>
    </w:p>
    <w:p>
      <w:r>
        <w:rPr>
          <w:b/>
        </w:rPr>
        <w:t xml:space="preserve">[33:24] </w:t>
      </w:r>
      <w:r>
        <w:t>lekin woh apne mohsin ka dushman dushman ban gaya apne mohsin ka dushman.</w:t>
      </w:r>
    </w:p>
    <w:p>
      <w:pPr>
        <w:jc w:val="right"/>
      </w:pPr>
      <w:r>
        <w:t>لیکن وہ اپنے محسن کا دشمن دشمن بن گیا اپنے محسن کا دشمن۔</w:t>
      </w:r>
    </w:p>
    <w:p>
      <w:r>
        <w:rPr>
          <w:b/>
        </w:rPr>
        <w:t xml:space="preserve">[33:32] </w:t>
      </w:r>
      <w:r>
        <w:t>to Allah ne is par lanat ki ke tum apne mohsin ke dushman ban rahe ho.</w:t>
      </w:r>
    </w:p>
    <w:p>
      <w:pPr>
        <w:jc w:val="right"/>
      </w:pPr>
      <w:r>
        <w:t>تو اللہ نے اس پر لعنت کی کہ تم اپنے محسن کے دشمن بن رہے ہو۔</w:t>
      </w:r>
    </w:p>
    <w:p>
      <w:r>
        <w:rPr>
          <w:b/>
        </w:rPr>
        <w:t xml:space="preserve">[33:39] </w:t>
      </w:r>
      <w:r>
        <w:t>yeh kaam kiya hai musalmanon ne.</w:t>
      </w:r>
    </w:p>
    <w:p>
      <w:pPr>
        <w:jc w:val="right"/>
      </w:pPr>
      <w:r>
        <w:t>یہ کام کیا ہے مسلمانوں نے۔</w:t>
      </w:r>
    </w:p>
    <w:p>
      <w:r>
        <w:rPr>
          <w:b/>
        </w:rPr>
        <w:t xml:space="preserve">[33:47] </w:t>
      </w:r>
      <w:r>
        <w:t>kyunki yeh ummat e Muhammadi hain yeh is liye woh shaitan ke anjam se bache hue hain.</w:t>
      </w:r>
    </w:p>
    <w:p>
      <w:pPr>
        <w:jc w:val="right"/>
      </w:pPr>
      <w:r>
        <w:t>کیونکہ یہ امت محمدی ہیں یہ اس لیے وہ شیطان کے انجام سے بچے ہوئے ہیں۔</w:t>
      </w:r>
    </w:p>
    <w:p>
      <w:r>
        <w:rPr>
          <w:b/>
        </w:rPr>
        <w:t xml:space="preserve">[33:54] </w:t>
      </w:r>
      <w:r>
        <w:t>lekin akhirat mein unhein koi nahi bachayega.</w:t>
      </w:r>
    </w:p>
    <w:p>
      <w:pPr>
        <w:jc w:val="right"/>
      </w:pPr>
      <w:r>
        <w:t>لیکن آخرت میں انہیں کوئی نہیں بچائے گا۔</w:t>
      </w:r>
    </w:p>
    <w:p>
      <w:r>
        <w:rPr>
          <w:b/>
        </w:rPr>
        <w:t xml:space="preserve">[34:02] </w:t>
      </w:r>
      <w:r>
        <w:t>duniya mein ummat e Muhammadi hone ki wajah se hamare par azab nahi aayega.</w:t>
      </w:r>
    </w:p>
    <w:p>
      <w:pPr>
        <w:jc w:val="right"/>
      </w:pPr>
      <w:r>
        <w:t>دنیا میں امت محمدی ہونے کی وجہ سے ہمارے پر عذاب نہیں آئے گا۔</w:t>
      </w:r>
    </w:p>
    <w:p>
      <w:r>
        <w:rPr>
          <w:b/>
        </w:rPr>
        <w:t xml:space="preserve">[34:09] </w:t>
      </w:r>
      <w:r>
        <w:t>hum maloon nahi kar diye jayenge yeh sab nahi hoga duniya mein.</w:t>
      </w:r>
    </w:p>
    <w:p>
      <w:pPr>
        <w:jc w:val="right"/>
      </w:pPr>
      <w:r>
        <w:t>ہم ملعون نہیں کر دیے جائیں گے یہ سب نہیں ہوگا دنیا میں۔</w:t>
      </w:r>
    </w:p>
    <w:p>
      <w:r>
        <w:rPr>
          <w:b/>
        </w:rPr>
        <w:t xml:space="preserve">[34:17] </w:t>
      </w:r>
      <w:r>
        <w:t>lekin akhirat mein jo janch hogi akhirat mein jo farishton ka record wahan pesh kiya jayega.</w:t>
      </w:r>
    </w:p>
    <w:p>
      <w:pPr>
        <w:jc w:val="right"/>
      </w:pPr>
      <w:r>
        <w:t>لیکن آخرت میں جو جانچ ہوگی آخرت میں جو فرشتوں کا ریکارڈ وہاں پیش کیا جائے گا۔</w:t>
      </w:r>
    </w:p>
    <w:p>
      <w:r>
        <w:rPr>
          <w:b/>
        </w:rPr>
        <w:t xml:space="preserve">[34:24] </w:t>
      </w:r>
      <w:r>
        <w:t>wahan bohat hi sakht muamla hoga yaad rakhiye.</w:t>
      </w:r>
    </w:p>
    <w:p>
      <w:pPr>
        <w:jc w:val="right"/>
      </w:pPr>
      <w:r>
        <w:t>وہاں بہت ہی سخت معاملہ ہوگا یاد رکھیے۔</w:t>
      </w:r>
    </w:p>
    <w:p>
      <w:r>
        <w:rPr>
          <w:b/>
        </w:rPr>
        <w:t xml:space="preserve">[34:31] </w:t>
      </w:r>
      <w:r>
        <w:t>dunya mein aap dunya se aap gais mat kijiye kyunke dunya mein to aap bachche rahenge.</w:t>
      </w:r>
    </w:p>
    <w:p>
      <w:pPr>
        <w:jc w:val="right"/>
      </w:pPr>
      <w:r>
        <w:t>دنیا میں آپ دنیا سے آپ گیس مت کیجیے کیونکہ دنیا میں تو آپ بچے رہیں گے۔</w:t>
      </w:r>
    </w:p>
    <w:p>
      <w:r>
        <w:rPr>
          <w:b/>
        </w:rPr>
        <w:t xml:space="preserve">[34:39] </w:t>
      </w:r>
      <w:r>
        <w:t>qayamat se bachche qayamat se pehle ummat muslima ko ummat mohammadi ko ek shelter mila hua shelter.</w:t>
      </w:r>
    </w:p>
    <w:p>
      <w:pPr>
        <w:jc w:val="right"/>
      </w:pPr>
      <w:r>
        <w:t>قیامت سے بچے قیامت سے پہلے امت مسلمہ کو امت محمدی کو ایک شیلٹر ملا ہوا شیلٹر۔</w:t>
      </w:r>
    </w:p>
    <w:p>
      <w:r>
        <w:rPr>
          <w:b/>
        </w:rPr>
        <w:t xml:space="preserve">[34:46] </w:t>
      </w:r>
      <w:r>
        <w:t>aakhirat mein woh shelter nahin baqi rahega.</w:t>
      </w:r>
    </w:p>
    <w:p>
      <w:pPr>
        <w:jc w:val="right"/>
      </w:pPr>
      <w:r>
        <w:t>آخرت میں وہ شیلٹر نہیں باقی رہے گا۔</w:t>
      </w:r>
    </w:p>
    <w:p>
      <w:r>
        <w:rPr>
          <w:b/>
        </w:rPr>
        <w:t xml:space="preserve">[34:54] </w:t>
      </w:r>
      <w:r>
        <w:t>is waqt is waqt kya haal hoga? khuda kahega ke tum woh kaam kiya tum ne jo</w:t>
      </w:r>
    </w:p>
    <w:p>
      <w:pPr>
        <w:jc w:val="right"/>
      </w:pPr>
      <w:r>
        <w:t>اس وقت اس وقت کیا حال ہوگا؟ خدا کہے گا کہ تم وہ کام کیا تم نے جو</w:t>
      </w:r>
    </w:p>
    <w:p>
      <w:r>
        <w:rPr>
          <w:b/>
        </w:rPr>
        <w:t xml:space="preserve">[35:01] </w:t>
      </w:r>
      <w:r>
        <w:t>shaitan ne kiya tha apne mohsin ke dushman ban gaye tum.</w:t>
      </w:r>
    </w:p>
    <w:p>
      <w:pPr>
        <w:jc w:val="right"/>
      </w:pPr>
      <w:r>
        <w:t>شیطان نے کیا تھا اپنے محسن کے دشمن بن گئے تم۔</w:t>
      </w:r>
    </w:p>
    <w:p>
      <w:r>
        <w:rPr>
          <w:b/>
        </w:rPr>
        <w:t xml:space="preserve">[35:09] </w:t>
      </w:r>
      <w:r>
        <w:t>kya jawab kya jawab hoga is waqt? yeh zamana tha jab ke musalmanon ko mauqa tha ke woh</w:t>
      </w:r>
    </w:p>
    <w:p>
      <w:pPr>
        <w:jc w:val="right"/>
      </w:pPr>
      <w:r>
        <w:t>کیا جواب کیا جواب ہوگا اس وقت؟ یہ زمانہ تھا جب کہ مسلمانوں کو موقع تھا کہ وہ</w:t>
      </w:r>
    </w:p>
    <w:p>
      <w:r>
        <w:rPr>
          <w:b/>
        </w:rPr>
        <w:t xml:space="preserve">[35:16] </w:t>
      </w:r>
      <w:r>
        <w:t>west ki science ko aur ajeeb baat dekhiye science kisi ne padhi nahin kisi ne sahi maanon mein.</w:t>
      </w:r>
    </w:p>
    <w:p>
      <w:pPr>
        <w:jc w:val="right"/>
      </w:pPr>
      <w:r>
        <w:t>ویسٹ کی سائنس کو اور عجیب بات دیکھیے سائنس کسی نے پڑھی نہیں کسی نے صحیح معنوں میں۔</w:t>
      </w:r>
    </w:p>
    <w:p>
      <w:r>
        <w:rPr>
          <w:b/>
        </w:rPr>
        <w:t xml:space="preserve">[35:24] </w:t>
      </w:r>
      <w:r>
        <w:t>degree le kar service karte hain log jo bsc msc ka hote hain woh</w:t>
      </w:r>
    </w:p>
    <w:p>
      <w:pPr>
        <w:jc w:val="right"/>
      </w:pPr>
      <w:r>
        <w:t>ڈگری لے کر سروس کرتے ہیں لوگ جو بی ایس سی ایم ایس سی کا ہوتے ہیں وہ</w:t>
      </w:r>
    </w:p>
    <w:p>
      <w:r>
        <w:rPr>
          <w:b/>
        </w:rPr>
        <w:t xml:space="preserve">[35:31] </w:t>
      </w:r>
      <w:r>
        <w:t>science nahin jante.</w:t>
      </w:r>
    </w:p>
    <w:p>
      <w:pPr>
        <w:jc w:val="right"/>
      </w:pPr>
      <w:r>
        <w:t>سائنس نہیں جانتے۔</w:t>
      </w:r>
    </w:p>
    <w:p>
      <w:r>
        <w:rPr>
          <w:b/>
        </w:rPr>
        <w:t xml:space="preserve">[35:39] </w:t>
      </w:r>
      <w:r>
        <w:t>musalmanon mein jo log bsc msc karte hain mein zahiri tajrube ke tehat kehta</w:t>
      </w:r>
    </w:p>
    <w:p>
      <w:pPr>
        <w:jc w:val="right"/>
      </w:pPr>
      <w:r>
        <w:t>مسلمانوں میں جو لوگ بی ایس سی ایم ایس سی کرتے ہیں میں ظاہری تجربے کے تحت کہتا</w:t>
      </w:r>
    </w:p>
    <w:p>
      <w:r>
        <w:rPr>
          <w:b/>
        </w:rPr>
        <w:t xml:space="preserve">[35:46] </w:t>
      </w:r>
      <w:r>
        <w:t>hoon woh science nahin jante.</w:t>
      </w:r>
    </w:p>
    <w:p>
      <w:pPr>
        <w:jc w:val="right"/>
      </w:pPr>
      <w:r>
        <w:t>ہوں وہ سائنس نہیں جانتے۔</w:t>
      </w:r>
    </w:p>
    <w:p>
      <w:r>
        <w:rPr>
          <w:b/>
        </w:rPr>
        <w:t xml:space="preserve">[35:53] </w:t>
      </w:r>
      <w:r>
        <w:t>degree degree le kar service karte hain bas.</w:t>
      </w:r>
    </w:p>
    <w:p>
      <w:pPr>
        <w:jc w:val="right"/>
      </w:pPr>
      <w:r>
        <w:t>ڈگری ڈگری لے کر سروس کرتے ہیں بس۔</w:t>
      </w:r>
    </w:p>
    <w:p>
      <w:r>
        <w:rPr>
          <w:b/>
        </w:rPr>
        <w:t xml:space="preserve">[36:01] </w:t>
      </w:r>
      <w:r>
        <w:t>degree le kar service karte hain.</w:t>
      </w:r>
    </w:p>
    <w:p>
      <w:pPr>
        <w:jc w:val="right"/>
      </w:pPr>
      <w:r>
        <w:t>ڈگری لے کر سروس کرتے ہیں۔</w:t>
      </w:r>
    </w:p>
    <w:p>
      <w:r>
        <w:rPr>
          <w:b/>
        </w:rPr>
        <w:t xml:space="preserve">[36:08] </w:t>
      </w:r>
      <w:r>
        <w:t>science kya cheez hai is se bekhabar hain.</w:t>
      </w:r>
    </w:p>
    <w:p>
      <w:pPr>
        <w:jc w:val="right"/>
      </w:pPr>
      <w:r>
        <w:t>سائنس کیا چیز ہے اس سے بے خبر ہیں۔</w:t>
      </w:r>
    </w:p>
    <w:p>
      <w:r>
        <w:rPr>
          <w:b/>
        </w:rPr>
        <w:t xml:space="preserve">[36:16] </w:t>
      </w:r>
      <w:r>
        <w:t>science to maarifat khudaawandi ka ailaan hai.</w:t>
      </w:r>
    </w:p>
    <w:p>
      <w:pPr>
        <w:jc w:val="right"/>
      </w:pPr>
      <w:r>
        <w:t>سائنس تو معرفت خداوندی کا اعلان ہے۔</w:t>
      </w:r>
    </w:p>
    <w:p>
      <w:r>
        <w:rPr>
          <w:b/>
        </w:rPr>
        <w:t xml:space="preserve">[36:23] </w:t>
      </w:r>
      <w:r>
        <w:t>science is is is hadees is aayat ka misdaq hai ke sanawari hum aayatna fi al-afaq wa fi</w:t>
      </w:r>
    </w:p>
    <w:p>
      <w:pPr>
        <w:jc w:val="right"/>
      </w:pPr>
      <w:r>
        <w:t>سائنس اس اس اس حدیث اس آیت کا مصداق ہے کہ سنوری ہم آیاتنا فی الافاق و فی</w:t>
      </w:r>
    </w:p>
    <w:p>
      <w:r>
        <w:rPr>
          <w:b/>
        </w:rPr>
        <w:t xml:space="preserve">[36:31] </w:t>
      </w:r>
      <w:r>
        <w:t>anfusahum hatta yatabayyan al-haqq is aayat ka misdaq hai.</w:t>
      </w:r>
    </w:p>
    <w:p>
      <w:pPr>
        <w:jc w:val="right"/>
      </w:pPr>
      <w:r>
        <w:t>نفسہم حتیٰ یتبین الحق اس آیت کا مصداق ہے۔</w:t>
      </w:r>
    </w:p>
    <w:p>
      <w:r>
        <w:rPr>
          <w:b/>
        </w:rPr>
        <w:t xml:space="preserve">[36:38] </w:t>
      </w:r>
      <w:r>
        <w:t>science science is aayat ka misdaq hai.</w:t>
      </w:r>
    </w:p>
    <w:p>
      <w:pPr>
        <w:jc w:val="right"/>
      </w:pPr>
      <w:r>
        <w:t>سائنس سائنس اس آیت کا مصداق ہے۔</w:t>
      </w:r>
    </w:p>
    <w:p>
      <w:r>
        <w:rPr>
          <w:b/>
        </w:rPr>
        <w:t xml:space="preserve">[36:46] </w:t>
      </w:r>
      <w:r>
        <w:t>lekin mere ilm mein koi musalman hai hi nahin jo science ko haqeeqat yaani science ko science ke</w:t>
      </w:r>
    </w:p>
    <w:p>
      <w:pPr>
        <w:jc w:val="right"/>
      </w:pPr>
      <w:r>
        <w:t>لیکن میرے علم میں کوئی مسلمان ہے ہی نہیں جو سائنس کو حقیقت یعنی سائنس کو سائنس کے</w:t>
      </w:r>
    </w:p>
    <w:p>
      <w:r>
        <w:rPr>
          <w:b/>
        </w:rPr>
        <w:t xml:space="preserve">[36:53] </w:t>
      </w:r>
      <w:r>
        <w:t>e'tebar se padhe degree lete hain service karne ke liye bas.</w:t>
      </w:r>
    </w:p>
    <w:p>
      <w:pPr>
        <w:jc w:val="right"/>
      </w:pPr>
      <w:r>
        <w:t>اعتبار سے پڑھے ڈگری لیتے ہیں سروس کرنے کے لیے بس۔</w:t>
      </w:r>
    </w:p>
    <w:p>
      <w:r>
        <w:rPr>
          <w:b/>
        </w:rPr>
        <w:t xml:space="preserve">[37:01] </w:t>
      </w:r>
      <w:r>
        <w:t>isi liye science ka jo pehlu hai maarifat ka is par musalmanon ne koi kitaab hi nahin likhi.</w:t>
      </w:r>
    </w:p>
    <w:p>
      <w:pPr>
        <w:jc w:val="right"/>
      </w:pPr>
      <w:r>
        <w:t>اسی لیے سائنس کا جو پہلو ہے معرفت کا اس پر مسلمانوں نے کوئی کتاب ہی نہیں لکھی۔</w:t>
      </w:r>
    </w:p>
    <w:p>
      <w:r>
        <w:rPr>
          <w:b/>
        </w:rPr>
        <w:t xml:space="preserve">[37:08] </w:t>
      </w:r>
      <w:r>
        <w:t>dekhiye science ka ek pehlu hai applied science yaani technical science to applied science ke expert hain musalman</w:t>
      </w:r>
    </w:p>
    <w:p>
      <w:pPr>
        <w:jc w:val="right"/>
      </w:pPr>
      <w:r>
        <w:t>دیکھیے سائنس کا ایک پہلو ہے اپلائیڈ سائنس یعنی ٹیکنیکل سائنس تو اپلائیڈ سائنس کے ایکسپرٹ ہیں مسلمانوں</w:t>
      </w:r>
    </w:p>
    <w:p>
      <w:r>
        <w:rPr>
          <w:b/>
        </w:rPr>
        <w:t xml:space="preserve">[37:15] </w:t>
      </w:r>
      <w:r>
        <w:t>mein kyunke service milti hai is se.</w:t>
      </w:r>
    </w:p>
    <w:p>
      <w:pPr>
        <w:jc w:val="right"/>
      </w:pPr>
      <w:r>
        <w:t>میں کیونکہ سروس ملتی ہے اس سے۔</w:t>
      </w:r>
    </w:p>
    <w:p>
      <w:r>
        <w:rPr>
          <w:b/>
        </w:rPr>
        <w:t xml:space="preserve">[37:23] </w:t>
      </w:r>
      <w:r>
        <w:t>jo science ka woh pehlu jis ko hota hai applied science to applied science ke bahut se mile</w:t>
      </w:r>
    </w:p>
    <w:p>
      <w:pPr>
        <w:jc w:val="right"/>
      </w:pPr>
      <w:r>
        <w:t>جو سائنس کا وہ پہلو جس کو ہوتا ہے اپلائیڈ سائنس تو اپلائیڈ سائنس کے بہت سے ملے</w:t>
      </w:r>
    </w:p>
    <w:p>
      <w:r>
        <w:rPr>
          <w:b/>
        </w:rPr>
        <w:t xml:space="preserve">[37:30] </w:t>
      </w:r>
      <w:r>
        <w:t>ge aap ko musalmanon mein kyunke is se service milti hai paisa milta hai.</w:t>
      </w:r>
    </w:p>
    <w:p>
      <w:pPr>
        <w:jc w:val="right"/>
      </w:pPr>
      <w:r>
        <w:t>گے آپ کو مسلمانوں میں کیونکہ اس سے سروس ملتی ہے پیسہ ملتا ہے۔</w:t>
      </w:r>
    </w:p>
    <w:p>
      <w:r>
        <w:rPr>
          <w:b/>
        </w:rPr>
        <w:t xml:space="preserve">[37:38] </w:t>
      </w:r>
      <w:r>
        <w:t>lekin theoretical science jo hai theoretical science is ka to koi shakhs nahin.</w:t>
      </w:r>
    </w:p>
    <w:p>
      <w:pPr>
        <w:jc w:val="right"/>
      </w:pPr>
      <w:r>
        <w:t>لیکن تھریٹیکل سائنس جو ہے تھریٹیکل سائنس اس کا تو کوئی شخص نہیں۔</w:t>
      </w:r>
    </w:p>
    <w:p>
      <w:r>
        <w:rPr>
          <w:b/>
        </w:rPr>
        <w:t xml:space="preserve">[37:45] </w:t>
      </w:r>
      <w:r>
        <w:t>kesi ajeeb mehroomi hai.</w:t>
      </w:r>
    </w:p>
    <w:p>
      <w:pPr>
        <w:jc w:val="right"/>
      </w:pPr>
      <w:r>
        <w:t>کیسی عجیب محرومی ہے۔</w:t>
      </w:r>
    </w:p>
    <w:p>
      <w:r>
        <w:rPr>
          <w:b/>
        </w:rPr>
        <w:t xml:space="preserve">[37:53] </w:t>
      </w:r>
      <w:r>
        <w:t>saare musalman zulm paate karte hain yani doosre log jo hain woh hamare par zulm kar rahe hain.</w:t>
      </w:r>
    </w:p>
    <w:p>
      <w:pPr>
        <w:jc w:val="right"/>
      </w:pPr>
      <w:r>
        <w:t>سارے مسلمان ظلم پاتے کرتے ہیں یعنی دوسرے لوگ جو ہیں وہ ہمارے پر ظلم کر رہے ہیں۔</w:t>
      </w:r>
    </w:p>
    <w:p>
      <w:r>
        <w:rPr>
          <w:b/>
        </w:rPr>
        <w:t xml:space="preserve">[38:00] </w:t>
      </w:r>
      <w:r>
        <w:t>sab se bara zulm musalman ne khud khud apne oopar kar rakha hai.</w:t>
      </w:r>
    </w:p>
    <w:p>
      <w:pPr>
        <w:jc w:val="right"/>
      </w:pPr>
      <w:r>
        <w:t>سب سے بڑا ظلم مسلمان نے خود خود اپنے اوپر کر رکھا ہے۔</w:t>
      </w:r>
    </w:p>
    <w:p>
      <w:r>
        <w:rPr>
          <w:b/>
        </w:rPr>
        <w:t xml:space="preserve">[38:08] </w:t>
      </w:r>
      <w:r>
        <w:t>یہاں سے امریکہ تک جہاں بھی آپ جائیے سارے مسلمان یہ کہیں گے کہ we are at the</w:t>
      </w:r>
    </w:p>
    <w:p>
      <w:pPr>
        <w:jc w:val="right"/>
      </w:pPr>
      <w:r>
        <w:t>یہاں سے امریکہ تک جہاں بھی آپ جائیے سارے مسلمان یہ کہیں گے کہ وی آر ایٹ دا</w:t>
      </w:r>
    </w:p>
    <w:p>
      <w:r>
        <w:rPr>
          <w:b/>
        </w:rPr>
        <w:t xml:space="preserve">[38:15] </w:t>
      </w:r>
      <w:r>
        <w:t>say we are victimized or Islamophobia, hum par zulm ho raha hai, yahi sab yahi bolenge.</w:t>
      </w:r>
    </w:p>
    <w:p>
      <w:pPr>
        <w:jc w:val="right"/>
      </w:pPr>
      <w:r>
        <w:t>سیج وی آر وکٹمائزڈ اور اسلامو فوبیا ہم پر ظلم ہو رہا ہے یہی سب یہی بولیں گے۔</w:t>
      </w:r>
    </w:p>
    <w:p>
      <w:r>
        <w:rPr>
          <w:b/>
        </w:rPr>
        <w:t xml:space="preserve">[38:23] </w:t>
      </w:r>
      <w:r>
        <w:t>main kahunga ke sab se bara zulm musalmanon ne khud apne oopar kar rakha hai.</w:t>
      </w:r>
    </w:p>
    <w:p>
      <w:pPr>
        <w:jc w:val="right"/>
      </w:pPr>
      <w:r>
        <w:t>میں کہوں گا کہ سب سے بڑا ظلم مسلمانوں نے خود اپنے اوپر کر رکھا ہے۔</w:t>
      </w:r>
    </w:p>
    <w:p>
      <w:r>
        <w:rPr>
          <w:b/>
        </w:rPr>
        <w:t xml:space="preserve">[38:30] </w:t>
      </w:r>
      <w:r>
        <w:t>woh yahi ke woh mehroom hain yani Allah ki is nemat se mehroom hain.</w:t>
      </w:r>
    </w:p>
    <w:p>
      <w:pPr>
        <w:jc w:val="right"/>
      </w:pPr>
      <w:r>
        <w:t>وہ یہی کہ وہ محروم ہیں یعنی اللہ کی اس نعمت سے محروم ہیں۔</w:t>
      </w:r>
    </w:p>
    <w:p>
      <w:r>
        <w:rPr>
          <w:b/>
        </w:rPr>
        <w:t xml:space="preserve">[38:37] </w:t>
      </w:r>
      <w:r>
        <w:t>Allah ne ek daur paida kiya tha ek daur jab ke woh data woh scientific data jo nature</w:t>
      </w:r>
    </w:p>
    <w:p>
      <w:pPr>
        <w:jc w:val="right"/>
      </w:pPr>
      <w:r>
        <w:t>اللہ نے ایک دور پیدا کیا تھا ایک دور جب کہ وہ ڈیٹا وہ سائنٹیفک ڈیٹا جو نیچر</w:t>
      </w:r>
    </w:p>
    <w:p>
      <w:r>
        <w:rPr>
          <w:b/>
        </w:rPr>
        <w:t xml:space="preserve">[38:45] </w:t>
      </w:r>
      <w:r>
        <w:t>mein chupa hua tha dunya ke samne aaya taake nabion ki batai sachai ko ki veracity ko confirm</w:t>
      </w:r>
    </w:p>
    <w:p>
      <w:pPr>
        <w:jc w:val="right"/>
      </w:pPr>
      <w:r>
        <w:t>میں چھپا ہوا تھا دنیا کے سامنے آیا تاکہ نبیوں کی بتائی سچائی کو کی ویرسٹی کو کنفرم</w:t>
      </w:r>
    </w:p>
    <w:p>
      <w:r>
        <w:rPr>
          <w:b/>
        </w:rPr>
        <w:t xml:space="preserve">[38:52] </w:t>
      </w:r>
      <w:r>
        <w:t>karen ilm insani ki satah par.</w:t>
      </w:r>
    </w:p>
    <w:p>
      <w:pPr>
        <w:jc w:val="right"/>
      </w:pPr>
      <w:r>
        <w:t>کریں علم انسانی کی سطح پر۔</w:t>
      </w:r>
    </w:p>
    <w:p>
      <w:r>
        <w:rPr>
          <w:b/>
        </w:rPr>
        <w:t xml:space="preserve">[39:00] </w:t>
      </w:r>
      <w:r>
        <w:t>aur phir keh uthein ke alhamdulillah rabbul alameen oshiantic aspect ke sath universal aspect ke sath yeh hua</w:t>
      </w:r>
    </w:p>
    <w:p>
      <w:pPr>
        <w:jc w:val="right"/>
      </w:pPr>
      <w:r>
        <w:t>اور پھر کہہ اٹھیں کہ الحمدللہ رب العالمین اوشیانک اسپیٹ کے ساتھ یونیورسل اسپیٹ کے ساتھ یہ ہوا</w:t>
      </w:r>
    </w:p>
    <w:p>
      <w:r>
        <w:rPr>
          <w:b/>
        </w:rPr>
        <w:t xml:space="preserve">[39:07] </w:t>
      </w:r>
      <w:r>
        <w:t>nahin kyunke jo jo log aap ko de rahe the yeh data is ka nafrat karne lage is</w:t>
      </w:r>
    </w:p>
    <w:p>
      <w:pPr>
        <w:jc w:val="right"/>
      </w:pPr>
      <w:r>
        <w:t>نہیں کیونکہ جو جو لوگ آپ کو دے رہے تھے یہ ڈیٹا اس کا نفرت کرنے لگے اس</w:t>
      </w:r>
    </w:p>
    <w:p>
      <w:r>
        <w:rPr>
          <w:b/>
        </w:rPr>
        <w:t xml:space="preserve">[39:15] </w:t>
      </w:r>
      <w:r>
        <w:t>ka dushman samajh liya is ko is se ladne lage.</w:t>
      </w:r>
    </w:p>
    <w:p>
      <w:pPr>
        <w:jc w:val="right"/>
      </w:pPr>
      <w:r>
        <w:t>کا دشمن سمجھ لیا اس کو اس سے لڑنے لگے۔</w:t>
      </w:r>
    </w:p>
    <w:p>
      <w:r>
        <w:rPr>
          <w:b/>
        </w:rPr>
        <w:t xml:space="preserve">[39:22] </w:t>
      </w:r>
      <w:r>
        <w:t>yahi wajah hai ke musalmanon mein koi critical science ka koi bara aadmi paida nahin hua jo paida</w:t>
      </w:r>
    </w:p>
    <w:p>
      <w:pPr>
        <w:jc w:val="right"/>
      </w:pPr>
      <w:r>
        <w:t>یہی وجہ ہے کہ مسلمانوں میں کوئی کریٹیکل سائنس کا کوئی بڑا آدمی پیدا نہیں ہوا جو پیدا</w:t>
      </w:r>
    </w:p>
    <w:p>
      <w:r>
        <w:rPr>
          <w:b/>
        </w:rPr>
        <w:t xml:space="preserve">[39:30] </w:t>
      </w:r>
      <w:r>
        <w:t>hua applied science mein kyunke is mein service milti thi un ko.</w:t>
      </w:r>
    </w:p>
    <w:p>
      <w:pPr>
        <w:jc w:val="right"/>
      </w:pPr>
      <w:r>
        <w:t>ہوا اپلائیڈ سائنس میں کیونکہ اس میں سروس ملتی تھی ان کو۔</w:t>
      </w:r>
    </w:p>
    <w:p>
      <w:r>
        <w:rPr>
          <w:b/>
        </w:rPr>
        <w:t xml:space="preserve">[39:37] </w:t>
      </w:r>
      <w:r>
        <w:t>yeh baatein main keh raha hoon jo aap se yeh janne ke liye ke aap ka mission kitna</w:t>
      </w:r>
    </w:p>
    <w:p>
      <w:pPr>
        <w:jc w:val="right"/>
      </w:pPr>
      <w:r>
        <w:t>یہ باتیں میں کہہ رہا ہوں جو آپ سے یہ جاننے کے لیے کہ آپ کا مشن کتنا</w:t>
      </w:r>
    </w:p>
    <w:p>
      <w:r>
        <w:rPr>
          <w:b/>
        </w:rPr>
        <w:t xml:space="preserve">[39:45] </w:t>
      </w:r>
      <w:r>
        <w:t>bara hai aap choti choti baaton mein phanse hue hain.</w:t>
      </w:r>
    </w:p>
    <w:p>
      <w:pPr>
        <w:jc w:val="right"/>
      </w:pPr>
      <w:r>
        <w:t>بڑا ہے آپ چھوٹی چھوٹی باتوں میں پھنسے ہوئے ہیں۔</w:t>
      </w:r>
    </w:p>
    <w:p>
      <w:r>
        <w:rPr>
          <w:b/>
        </w:rPr>
        <w:t xml:space="preserve">[39:52] </w:t>
      </w:r>
      <w:r>
        <w:t>mujhe maloom hua kuch log ek shikayat diye hue hain koi doosra doosri shikayat di hui hai.</w:t>
      </w:r>
    </w:p>
    <w:p>
      <w:pPr>
        <w:jc w:val="right"/>
      </w:pPr>
      <w:r>
        <w:t>مجھے معلوم ہوا کچھ لوگ ایک شکایت دیے ہوئے ہیں کوئی دوسرا دوسری شکایت دی ہوئی ہے۔</w:t>
      </w:r>
    </w:p>
    <w:p>
      <w:r>
        <w:rPr>
          <w:b/>
        </w:rPr>
        <w:t xml:space="preserve">[39:59] </w:t>
      </w:r>
      <w:r>
        <w:t>hamari mission ke andar mujhe aise waqiat maloom hue ke shikayatein liye hue hain log complaint liye hue</w:t>
      </w:r>
    </w:p>
    <w:p>
      <w:pPr>
        <w:jc w:val="right"/>
      </w:pPr>
      <w:r>
        <w:t>ہماری مشن کے اندر مجھے ایسے واقعات معلوم ہوئے کہ شکایتیں لیے ہوئے ہیں لوگ کمپلینٹ لیے ہوئے</w:t>
      </w:r>
    </w:p>
    <w:p>
      <w:r>
        <w:rPr>
          <w:b/>
        </w:rPr>
        <w:t xml:space="preserve">[40:07] </w:t>
      </w:r>
      <w:r>
        <w:t>hain thori si baat hui afraid ho gaye yeh haram hai haram is daur ke aitbar se jab</w:t>
      </w:r>
    </w:p>
    <w:p>
      <w:pPr>
        <w:jc w:val="right"/>
      </w:pPr>
      <w:r>
        <w:t>ہیں تھوڑی سی بات ہوئی افریڈ ہو گئے یہ حرام ہے حرام اس دور کے اعتبار سے جب</w:t>
      </w:r>
    </w:p>
    <w:p>
      <w:r>
        <w:rPr>
          <w:b/>
        </w:rPr>
        <w:t xml:space="preserve">[40:14] </w:t>
      </w:r>
      <w:r>
        <w:t>Allah ne itna bara rehmat ka samandar khol diya ho to afraid hona shikayat le ke baithna yeh</w:t>
      </w:r>
    </w:p>
    <w:p>
      <w:pPr>
        <w:jc w:val="right"/>
      </w:pPr>
      <w:r>
        <w:t>اللہ نے اتنا بڑا رحمت کا سمندر کھول دیا ہو تو افریڈ ہونا شکایت لے کے بیٹھنا یہ</w:t>
      </w:r>
    </w:p>
    <w:p>
      <w:r>
        <w:rPr>
          <w:b/>
        </w:rPr>
        <w:t xml:space="preserve">[40:22] </w:t>
      </w:r>
      <w:r>
        <w:t>to haram hai super haram hai.</w:t>
      </w:r>
    </w:p>
    <w:p>
      <w:pPr>
        <w:jc w:val="right"/>
      </w:pPr>
      <w:r>
        <w:t>تو حرام ہے سپر حرام ہے۔</w:t>
      </w:r>
    </w:p>
    <w:p>
      <w:r>
        <w:rPr>
          <w:b/>
        </w:rPr>
        <w:t xml:space="preserve">[40:29] </w:t>
      </w:r>
      <w:r>
        <w:t>aap ko shikayaton ko bhula kar ek dam yani ek bohat oonchi satah par jeena parega taake</w:t>
      </w:r>
    </w:p>
    <w:p>
      <w:pPr>
        <w:jc w:val="right"/>
      </w:pPr>
      <w:r>
        <w:t>آپ کو شکایتوں کو بھلا کر ایک دم یعنی ایک بہت اونچی سطح پر جینا پڑے گا تاکہ</w:t>
      </w:r>
    </w:p>
    <w:p>
      <w:r>
        <w:rPr>
          <w:b/>
        </w:rPr>
        <w:t xml:space="preserve">[40:37] </w:t>
      </w:r>
      <w:r>
        <w:t>aap Khuda ki is nemat ko jaanen jo is ne kholi hai yani west ke supporter ke zariye</w:t>
      </w:r>
    </w:p>
    <w:p>
      <w:pPr>
        <w:jc w:val="right"/>
      </w:pPr>
      <w:r>
        <w:t>آپ خدا کی اس نعمت کو جانیں جو اس نے کھولی ہے یعنی ویسٹ کے سپورٹر کے ذریعے</w:t>
      </w:r>
    </w:p>
    <w:p>
      <w:r>
        <w:rPr>
          <w:b/>
        </w:rPr>
        <w:t xml:space="preserve">[40:44] </w:t>
      </w:r>
      <w:r>
        <w:t>to khud bara iman hasil karen phir is bare iman ko dunya ko pohnchayen.</w:t>
      </w:r>
    </w:p>
    <w:p>
      <w:pPr>
        <w:jc w:val="right"/>
      </w:pPr>
      <w:r>
        <w:t>تو خود بڑا ایمان حاصل کریں پھر اس بڑے ایمان کو دنیا کو پہنچائیں۔</w:t>
      </w:r>
    </w:p>
    <w:p>
      <w:r>
        <w:rPr>
          <w:b/>
        </w:rPr>
        <w:t xml:space="preserve">[40:52] </w:t>
      </w:r>
      <w:r>
        <w:t>to aap logon ke liye is shikayat karna afraid hona yeh super haram hai super haram.</w:t>
      </w:r>
    </w:p>
    <w:p>
      <w:pPr>
        <w:jc w:val="right"/>
      </w:pPr>
      <w:r>
        <w:t>تو آپ لوگوں کے لیے اس شکایت کرنا افریڈ ہونا یہ سپر حرام ہے سپر حرام۔</w:t>
      </w:r>
    </w:p>
    <w:p>
      <w:r>
        <w:rPr>
          <w:b/>
        </w:rPr>
        <w:t xml:space="preserve">[40:59] </w:t>
      </w:r>
      <w:r>
        <w:t>yaad rakhiye jo shikayaton mein jeeta hai woh jannat mein nahi jayega.</w:t>
      </w:r>
    </w:p>
    <w:p>
      <w:pPr>
        <w:jc w:val="right"/>
      </w:pPr>
      <w:r>
        <w:t>یاد رکھیے جو شکایتوں میں جیتا ہے وہ جنت میں نہیں جائے گا۔</w:t>
      </w:r>
    </w:p>
    <w:p>
      <w:r>
        <w:rPr>
          <w:b/>
        </w:rPr>
        <w:t xml:space="preserve">[41:07] </w:t>
      </w:r>
      <w:r>
        <w:t>jo log afraid hote hon jo shikayaton mein jeete hon jo nafrat mein jeete hon jo rashq mein</w:t>
      </w:r>
    </w:p>
    <w:p>
      <w:pPr>
        <w:jc w:val="right"/>
      </w:pPr>
      <w:r>
        <w:t>جو لوگ افریڈ ہوتے ہوں جو شکایتوں میں جیتے ہوں جو نفرت میں جیتے ہوں جو رشق میں</w:t>
      </w:r>
    </w:p>
    <w:p>
      <w:r>
        <w:rPr>
          <w:b/>
        </w:rPr>
        <w:t xml:space="preserve">[41:14] </w:t>
      </w:r>
      <w:r>
        <w:t>jeete hon un ke liye jannat ke darwaze nahi khole jayenge.</w:t>
      </w:r>
    </w:p>
    <w:p>
      <w:pPr>
        <w:jc w:val="right"/>
      </w:pPr>
      <w:r>
        <w:t>جیتے ہوں ان کے لیے جنت کے دروازے نہیں کھولے جائیں گے۔</w:t>
      </w:r>
    </w:p>
    <w:p>
      <w:r>
        <w:rPr>
          <w:b/>
        </w:rPr>
        <w:t xml:space="preserve">[41:22] </w:t>
      </w:r>
      <w:r>
        <w:t>rasool Allah sal Allah aleh wasallam ne ek sahabi ke kandhe par hath rakha aur kaha ya bunaih</w:t>
      </w:r>
    </w:p>
    <w:p>
      <w:pPr>
        <w:jc w:val="right"/>
      </w:pPr>
      <w:r>
        <w:t>رسول اللہ صلی اللہ علیہ وسلم نے ایک صحابی کے کندھے پر ہاتھ رکھا اور کہا یا بنیہ</w:t>
      </w:r>
    </w:p>
    <w:p>
      <w:r>
        <w:rPr>
          <w:b/>
        </w:rPr>
        <w:t xml:space="preserve">[41:29] </w:t>
      </w:r>
      <w:r>
        <w:t>woh aap ke chacha bhai the naujawan un ke kandhe par hath rakha aur kaha ke aye naujawan</w:t>
      </w:r>
    </w:p>
    <w:p>
      <w:pPr>
        <w:jc w:val="right"/>
      </w:pPr>
      <w:r>
        <w:t>وہ آپ کے چاچا بھائی تھے نوجوان ان کے کندھے پر ہاتھ رکھا اور کہا کہ اے نوجوان</w:t>
      </w:r>
    </w:p>
    <w:p>
      <w:r>
        <w:rPr>
          <w:b/>
        </w:rPr>
        <w:t xml:space="preserve">[41:36] </w:t>
      </w:r>
      <w:r>
        <w:t>agar tum se ho sake to aisa karo ke tumhare dil mein kisi ka ghush na ho.</w:t>
      </w:r>
    </w:p>
    <w:p>
      <w:pPr>
        <w:jc w:val="right"/>
      </w:pPr>
      <w:r>
        <w:t>اگر تم سے ہو سکے تو ایسا کرو کہ تمہارے دل میں کسی کا غش نہ ہو۔</w:t>
      </w:r>
    </w:p>
    <w:p>
      <w:r>
        <w:rPr>
          <w:b/>
        </w:rPr>
        <w:t xml:space="preserve">[41:44] </w:t>
      </w:r>
      <w:r>
        <w:t>ghush na ho qist mani negative thinking kina nafrat shikayat is ko kehte hain ghush.</w:t>
      </w:r>
    </w:p>
    <w:p>
      <w:pPr>
        <w:jc w:val="right"/>
      </w:pPr>
      <w:r>
        <w:t>غش نہ ہو قسط معنی نیگیٹیو تھنکنگ کینہ نفرت شکایت اس کو کہتے ہیں غش۔</w:t>
      </w:r>
    </w:p>
    <w:p>
      <w:r>
        <w:rPr>
          <w:b/>
        </w:rPr>
        <w:t xml:space="preserve">[41:51] </w:t>
      </w:r>
      <w:r>
        <w:t>an an an tastaidi wa tasbah wa tamasi fi qalb fful to jannat mein dakhle ka yeh yeh</w:t>
      </w:r>
    </w:p>
    <w:p>
      <w:pPr>
        <w:jc w:val="right"/>
      </w:pPr>
      <w:r>
        <w:t>ان ان ان تستدی و تسبہ و تمسی فی قلب ففل تو جنت میں داخلے کا یہ یہ</w:t>
      </w:r>
    </w:p>
    <w:p>
      <w:r>
        <w:rPr>
          <w:b/>
        </w:rPr>
        <w:t xml:space="preserve">[41:59] </w:t>
      </w:r>
      <w:r>
        <w:t>lazmi shart hai ke aap ke dil mein kisi ke khilaf negative soch na ho.</w:t>
      </w:r>
    </w:p>
    <w:p>
      <w:pPr>
        <w:jc w:val="right"/>
      </w:pPr>
      <w:r>
        <w:t>لازمی شرط ہے کہ آپ کے دل میں کسی کے خلاف نیگیٹیو سوچ نہ ہو۔</w:t>
      </w:r>
    </w:p>
    <w:p>
      <w:r>
        <w:rPr>
          <w:b/>
        </w:rPr>
        <w:t xml:space="preserve">[42:06] </w:t>
      </w:r>
      <w:r>
        <w:t>aur is zamane mein jab ke Allah ne marifat ke tamam darya darwaze khol diye hain yani marifat</w:t>
      </w:r>
    </w:p>
    <w:p>
      <w:pPr>
        <w:jc w:val="right"/>
      </w:pPr>
      <w:r>
        <w:t>اور اس زمانے میں جب کہ اللہ نے معرفت کے تمام دریا دروازے کھول دیے ہیں یعنی معرفت</w:t>
      </w:r>
    </w:p>
    <w:p>
      <w:r>
        <w:rPr>
          <w:b/>
        </w:rPr>
        <w:t xml:space="preserve">[42:14] </w:t>
      </w:r>
      <w:r>
        <w:t>ko universalize kar diya hai ab aap shikayatein liye baithe rahen to Allah ki nazar mein aap se</w:t>
      </w:r>
    </w:p>
    <w:p>
      <w:pPr>
        <w:jc w:val="right"/>
      </w:pPr>
      <w:r>
        <w:t>کو یونیورسلائز کر دیا ہے اب آپ شکایتیں لیے بیٹھے رہیں تو اللہ کی نظر میں آپ سے</w:t>
      </w:r>
    </w:p>
    <w:p>
      <w:r>
        <w:rPr>
          <w:b/>
        </w:rPr>
        <w:t xml:space="preserve">[42:21] </w:t>
      </w:r>
      <w:r>
        <w:t>bara kaun hoga? Allah ki nazar mein aap se bara kaun hoga? to aap khalq azeem ko apnaiey</w:t>
      </w:r>
    </w:p>
    <w:p>
      <w:pPr>
        <w:jc w:val="right"/>
      </w:pPr>
      <w:r>
        <w:t>برا کون ہوگا؟ اللہ کی نظر میں آپ سے برا کون ہوگا؟ تو آپ خلق عظیم کو اپنائیے</w:t>
      </w:r>
    </w:p>
    <w:p>
      <w:r>
        <w:rPr>
          <w:b/>
        </w:rPr>
        <w:t xml:space="preserve">[42:29] </w:t>
      </w:r>
      <w:r>
        <w:t>yani bartar satah par jeena khalq azeem ka matlab hai bartar satah par jeena high thinking high character</w:t>
      </w:r>
    </w:p>
    <w:p>
      <w:pPr>
        <w:jc w:val="right"/>
      </w:pPr>
      <w:r>
        <w:t>یعنی برتر سطح پر جینا خلق عظیم کا مطلب ہے برتر سطح پر جینا ہائی تھنکنگ ہائی کریکٹر</w:t>
      </w:r>
    </w:p>
    <w:p>
      <w:r>
        <w:rPr>
          <w:b/>
        </w:rPr>
        <w:t xml:space="preserve">[42:36] </w:t>
      </w:r>
      <w:r>
        <w:t>high level of life taake aap is aala marifat ko payen aur sahi maano mein keh saken Alhamdulillah</w:t>
      </w:r>
    </w:p>
    <w:p>
      <w:pPr>
        <w:jc w:val="right"/>
      </w:pPr>
      <w:r>
        <w:t>ہائی لیول اف لائف تاکہ آپ اس اعلیٰ معرفت کو پائیں اور صحیح معنوں میں کہہ سکیں الحمدللہ</w:t>
      </w:r>
    </w:p>
    <w:p>
      <w:r>
        <w:rPr>
          <w:b/>
        </w:rPr>
        <w:t xml:space="preserve">[42:44] </w:t>
      </w:r>
      <w:r>
        <w:t>rabbul alameen aur phir is ilm ko sare alam mein pahunchayen taake insan apne khaliq se ba khabar ho.</w:t>
      </w:r>
    </w:p>
    <w:p>
      <w:pPr>
        <w:jc w:val="right"/>
      </w:pPr>
      <w:r>
        <w:t>رب العالمین اور پھر اس علم کو سارے عالم میں پہنچائیں تاکہ انسان اپنے خالق سے باخبر ہو۔</w:t>
      </w:r>
    </w:p>
    <w:p>
      <w:r>
        <w:rPr>
          <w:b/>
        </w:rPr>
        <w:t xml:space="preserve">[42:51] </w:t>
      </w:r>
      <w:r>
        <w:t>khaliq ne apne aap ko jo ghayb mein rakha hai woh us ki rehmat hai.</w:t>
      </w:r>
    </w:p>
    <w:p>
      <w:pPr>
        <w:jc w:val="right"/>
      </w:pPr>
      <w:r>
        <w:t>خالق نے اپنے آپ کو جو غیب میں رکھا ہے وہ اس کی رحمت ہے۔</w:t>
      </w:r>
    </w:p>
    <w:p>
      <w:r>
        <w:rPr>
          <w:b/>
        </w:rPr>
        <w:t xml:space="preserve">[42:58] </w:t>
      </w:r>
      <w:r>
        <w:t>khaliq ne apne aap ko ghayb mein rakha hai woh us ki rehmat hai kyunke agar aap ne</w:t>
      </w:r>
    </w:p>
    <w:p>
      <w:pPr>
        <w:jc w:val="right"/>
      </w:pPr>
      <w:r>
        <w:t>خالق نے اپنے آپ کو غیب میں رکھا ہے وہ اس کی رحمت ہے کیونکہ اگر آپ نے</w:t>
      </w:r>
    </w:p>
    <w:p>
      <w:r>
        <w:rPr>
          <w:b/>
        </w:rPr>
        <w:t xml:space="preserve">[43:06] </w:t>
      </w:r>
      <w:r>
        <w:t>dekhte hain hum apni aankhon se to kya kehte hain ke is ka etiraf karte to koi baat</w:t>
      </w:r>
    </w:p>
    <w:p>
      <w:pPr>
        <w:jc w:val="right"/>
      </w:pPr>
      <w:r>
        <w:t>دیکھتے ہیں ہم اپنی آنکھوں سے تو کیا کہتے ہیں کہ اس کا اعتراف کرتے تو کوئی بات</w:t>
      </w:r>
    </w:p>
    <w:p>
      <w:r>
        <w:rPr>
          <w:b/>
        </w:rPr>
        <w:t xml:space="preserve">[43:13] </w:t>
      </w:r>
      <w:r>
        <w:t>hi nahi thi.</w:t>
      </w:r>
    </w:p>
    <w:p>
      <w:pPr>
        <w:jc w:val="right"/>
      </w:pPr>
      <w:r>
        <w:t>ہی نہیں تھی۔</w:t>
      </w:r>
    </w:p>
    <w:p>
      <w:r>
        <w:rPr>
          <w:b/>
        </w:rPr>
        <w:t xml:space="preserve">[43:21] </w:t>
      </w:r>
      <w:r>
        <w:t>agar hum aankhon se dekhen Allah rabbul alameen ko aur is ka etiraf karen to yeh to jo</w:t>
      </w:r>
    </w:p>
    <w:p>
      <w:pPr>
        <w:jc w:val="right"/>
      </w:pPr>
      <w:r>
        <w:t>اگر ہم آنکھوں سے دیکھیں اللہ رب العالمین کو اور اس کا اعتراف کریں تو یہ تو جو</w:t>
      </w:r>
    </w:p>
    <w:p>
      <w:r>
        <w:rPr>
          <w:b/>
        </w:rPr>
        <w:t xml:space="preserve">[43:28] </w:t>
      </w:r>
      <w:r>
        <w:t>shaitan bhi karega shaitan ke samne Allah khada ho jaye to shaitan bhi karega.</w:t>
      </w:r>
    </w:p>
    <w:p>
      <w:pPr>
        <w:jc w:val="right"/>
      </w:pPr>
      <w:r>
        <w:t>شیطان بھی کرے گا شیطان کے سامنے اللہ کھڑا ہو جائے تو شادی بھی کرے گا۔</w:t>
      </w:r>
    </w:p>
    <w:p>
      <w:r>
        <w:rPr>
          <w:b/>
        </w:rPr>
        <w:t xml:space="preserve">[43:36] </w:t>
      </w:r>
      <w:r>
        <w:t>to Allah rabbul alameen ne baghair dekhe jo maane baghair dekhe jo daryaft kare us ki qeemat hai.</w:t>
      </w:r>
    </w:p>
    <w:p>
      <w:pPr>
        <w:jc w:val="right"/>
      </w:pPr>
      <w:r>
        <w:t>تو اللہ رب العالمین نے بغیر دیکھے جو مانے بغیر دیکھے جو دریافت کرے اس کی قیمت ہے۔</w:t>
      </w:r>
    </w:p>
    <w:p>
      <w:r>
        <w:rPr>
          <w:b/>
        </w:rPr>
        <w:t xml:space="preserve">[43:43] </w:t>
      </w:r>
      <w:r>
        <w:t>to self discovered marifat ki qeemat hai.</w:t>
      </w:r>
    </w:p>
    <w:p>
      <w:pPr>
        <w:jc w:val="right"/>
      </w:pPr>
      <w:r>
        <w:t>تو سیلف ڈسکورڈ معرفت کی قیمت ہے۔</w:t>
      </w:r>
    </w:p>
    <w:p>
      <w:r>
        <w:rPr>
          <w:b/>
        </w:rPr>
        <w:t xml:space="preserve">[43:51] </w:t>
      </w:r>
      <w:r>
        <w:t>self discovered marifat jo hai usi ki qeemat hai.</w:t>
      </w:r>
    </w:p>
    <w:p>
      <w:pPr>
        <w:jc w:val="right"/>
      </w:pPr>
      <w:r>
        <w:t>سیلف ڈسکورڈ معرفت جو ہے اسی کی قیمت ہے۔</w:t>
      </w:r>
    </w:p>
    <w:p>
      <w:r>
        <w:rPr>
          <w:b/>
        </w:rPr>
        <w:t xml:space="preserve">[43:58] </w:t>
      </w:r>
      <w:r>
        <w:t>mere shaitan to khuda ko dekh kar bhi wahi halat is ka baqi rahi.</w:t>
      </w:r>
    </w:p>
    <w:p>
      <w:pPr>
        <w:jc w:val="right"/>
      </w:pPr>
      <w:r>
        <w:t>مرے شیطان تو خدا کو دیکھ کر بھی وہی حالت اس کا باقی رہی۔</w:t>
      </w:r>
    </w:p>
    <w:p>
      <w:r>
        <w:rPr>
          <w:b/>
        </w:rPr>
        <w:t xml:space="preserve">[44:06] </w:t>
      </w:r>
      <w:r>
        <w:t>to sab se pehle apne aap ko pore maano mein positive banana hai positive positive positive hundred percent positive.</w:t>
      </w:r>
    </w:p>
    <w:p>
      <w:pPr>
        <w:jc w:val="right"/>
      </w:pPr>
      <w:r>
        <w:t>تو سب سے پہلے اپنے آپ کو پورے معنوں میں پازیٹیو بنانا ہے پازیٹیو پازیٹیو پازیٹیو ہنڈرڈ پرسنٹ پازیٹیو۔</w:t>
      </w:r>
    </w:p>
    <w:p>
      <w:r>
        <w:rPr>
          <w:b/>
        </w:rPr>
        <w:t xml:space="preserve">[44:13] </w:t>
      </w:r>
      <w:r>
        <w:t>phir marifat-e-aala ko daryaft karna hai.</w:t>
      </w:r>
    </w:p>
    <w:p>
      <w:pPr>
        <w:jc w:val="right"/>
      </w:pPr>
      <w:r>
        <w:t>پھر معرفت اعلیٰ کو دریافت کرنا ہے۔</w:t>
      </w:r>
    </w:p>
    <w:p>
      <w:r>
        <w:rPr>
          <w:b/>
        </w:rPr>
        <w:t xml:space="preserve">[44:20] </w:t>
      </w:r>
      <w:r>
        <w:t>phir woh rabbani personality banana hai.</w:t>
      </w:r>
    </w:p>
    <w:p>
      <w:pPr>
        <w:jc w:val="right"/>
      </w:pPr>
      <w:r>
        <w:t>پھر وہ ربانی پرسنیلٹی بنانا ہے۔</w:t>
      </w:r>
    </w:p>
    <w:p>
      <w:r>
        <w:rPr>
          <w:b/>
        </w:rPr>
        <w:t xml:space="preserve">[44:28] </w:t>
      </w:r>
      <w:r>
        <w:t>to ek taraf to aap ke andar aala darje ki rabbani personality banegi aur doosri taraf aap</w:t>
      </w:r>
    </w:p>
    <w:p>
      <w:pPr>
        <w:jc w:val="right"/>
      </w:pPr>
      <w:r>
        <w:t>تو ایک طرف تو آپ کے اندر اعلیٰ درجے کی ربانی پرسنیلٹی بنے گی اور دوسری طرف آپ</w:t>
      </w:r>
    </w:p>
    <w:p>
      <w:r>
        <w:rPr>
          <w:b/>
        </w:rPr>
        <w:t xml:space="preserve">[44:35] </w:t>
      </w:r>
      <w:r>
        <w:t>is qabil honge ke duniya ko bata saken ke Allah Rabb-ul-Aalameen kya cheez hai is ka</w:t>
      </w:r>
    </w:p>
    <w:p>
      <w:pPr>
        <w:jc w:val="right"/>
      </w:pPr>
      <w:r>
        <w:t>اس قابل ہوں گے کہ دنیا کو بتا سکیں کہ اللہ رب العالمین کیا چیز ہے اس کا</w:t>
      </w:r>
    </w:p>
    <w:p>
      <w:r>
        <w:rPr>
          <w:b/>
        </w:rPr>
        <w:t xml:space="preserve">[44:43] </w:t>
      </w:r>
      <w:r>
        <w:t>creation kya hai marifat kya hai aur phir yeh role jo aap karenge duniya mein is ke</w:t>
      </w:r>
    </w:p>
    <w:p>
      <w:pPr>
        <w:jc w:val="right"/>
      </w:pPr>
      <w:r>
        <w:t>کریشن کیا ہے معرفت کیا ہے اور پھر یہ رول جو آپ کریں گے دنیا میں اس کے</w:t>
      </w:r>
    </w:p>
    <w:p>
      <w:r>
        <w:rPr>
          <w:b/>
        </w:rPr>
        <w:t xml:space="preserve">[44:50] </w:t>
      </w:r>
      <w:r>
        <w:t>baad aap ko woh insaan qarar diya jayega aakhirat mein jin ke liye hukum hoga Allah Rabb-</w:t>
      </w:r>
    </w:p>
    <w:p>
      <w:pPr>
        <w:jc w:val="right"/>
      </w:pPr>
      <w:r>
        <w:t>بعد آپ کو وہ انسان قرار دیا جائے گا آخرت میں جن کے لیے حکم ہوگا اللہ رب</w:t>
      </w:r>
    </w:p>
    <w:p>
      <w:r>
        <w:rPr>
          <w:b/>
        </w:rPr>
        <w:t xml:space="preserve">[44:58] </w:t>
      </w:r>
      <w:r>
        <w:t>ul-Aalameen ka aey farishton un ke liye jannat ke to khol do darwaze yahi yahi is qabil hain</w:t>
      </w:r>
    </w:p>
    <w:p>
      <w:pPr>
        <w:jc w:val="right"/>
      </w:pPr>
      <w:r>
        <w:t>العالمین کا اے فرشتوں ان کے لیے جنت کے تو کھول دو دروازے یہی یہی اس قابل ہیں</w:t>
      </w:r>
    </w:p>
    <w:p>
      <w:r>
        <w:rPr>
          <w:b/>
        </w:rPr>
        <w:t xml:space="preserve">[45:05] </w:t>
      </w:r>
      <w:r>
        <w:t>ke meri jannat mein dakhil hon to main in sab logon ko jo meri baat sun rahe hain</w:t>
      </w:r>
    </w:p>
    <w:p>
      <w:pPr>
        <w:jc w:val="right"/>
      </w:pPr>
      <w:r>
        <w:t>کہ میری جنت میں داخل ہوں تو میں ان سب لوگوں کو جو میری بات سن رہے ہیں</w:t>
      </w:r>
    </w:p>
    <w:p>
      <w:r>
        <w:rPr>
          <w:b/>
        </w:rPr>
        <w:t xml:space="preserve">[45:13] </w:t>
      </w:r>
      <w:r>
        <w:t>aur jo nahi sun rahe hain aur baat ko un tak meri baat pahunche un sab se yeh</w:t>
      </w:r>
    </w:p>
    <w:p>
      <w:pPr>
        <w:jc w:val="right"/>
      </w:pPr>
      <w:r>
        <w:t>اور جو نہیں سن رہے ہیں اور بات کو ان تک میری بات پہنچے ان سب سے یہ</w:t>
      </w:r>
    </w:p>
    <w:p>
      <w:r>
        <w:rPr>
          <w:b/>
        </w:rPr>
        <w:t xml:space="preserve">[45:20] </w:t>
      </w:r>
      <w:r>
        <w:t>kahunga ke zindagi jo hamein duniya mein mili hai ek golden chance hai ek diamond chance hai</w:t>
      </w:r>
    </w:p>
    <w:p>
      <w:pPr>
        <w:jc w:val="right"/>
      </w:pPr>
      <w:r>
        <w:t>کہوں گا کہ زندگی جو ہمیں دنیا میں ملی ہے ایک گولڈن چانس ہے ایک ڈائمنڈ چانس ہے</w:t>
      </w:r>
    </w:p>
    <w:p>
      <w:r>
        <w:rPr>
          <w:b/>
        </w:rPr>
        <w:t xml:space="preserve">[45:28] </w:t>
      </w:r>
      <w:r>
        <w:t>Allah ki marifat hasil karne ka rabbani personality banane ka aala darje ki ka dawat ka kaam karne</w:t>
      </w:r>
    </w:p>
    <w:p>
      <w:pPr>
        <w:jc w:val="right"/>
      </w:pPr>
      <w:r>
        <w:t>اللہ کی معرفت حاصل کرنے کا ربانی پرسنیلٹی بنانے کا اعلیٰ درجے کی کا دعوت کا کام کرنے</w:t>
      </w:r>
    </w:p>
    <w:p>
      <w:r>
        <w:rPr>
          <w:b/>
        </w:rPr>
        <w:t xml:space="preserve">[45:35] </w:t>
      </w:r>
      <w:r>
        <w:t>ka aur aakhir mein jannat ka aelan paane ka jannat ka reward paane ka Allah mujh ko aur</w:t>
      </w:r>
    </w:p>
    <w:p>
      <w:pPr>
        <w:jc w:val="right"/>
      </w:pPr>
      <w:r>
        <w:t>کا اور آخر میں جنت کا اعلان پانے کا جنت کا ریوارڈ پانے کا اللہ مجھ کو اور</w:t>
      </w:r>
    </w:p>
    <w:p>
      <w:r>
        <w:rPr>
          <w:b/>
        </w:rPr>
        <w:t xml:space="preserve">[45:42] </w:t>
      </w:r>
      <w:r>
        <w:t>aap ko tofeeq de ke hum sa'adat-e-mustaqeem par chalen aur Allah ki nemmat ke haqdar banen Assalam</w:t>
      </w:r>
    </w:p>
    <w:p>
      <w:pPr>
        <w:jc w:val="right"/>
      </w:pPr>
      <w:r>
        <w:t>آپ کو توفیق دے کہ ہم سعادت مستقیم پر چلیں اور اللہ کی نعمت کے حقدار بنیں السلام</w:t>
      </w:r>
    </w:p>
    <w:p>
      <w:r>
        <w:rPr>
          <w:b/>
        </w:rPr>
        <w:t xml:space="preserve">[45:50] </w:t>
      </w:r>
      <w:r>
        <w:t>o alaikum wa rehmatullah.</w:t>
      </w:r>
    </w:p>
    <w:p>
      <w:pPr>
        <w:jc w:val="right"/>
      </w:pPr>
      <w:r>
        <w:t>علیکم ورحمۃ اللہ۔</w:t>
      </w:r>
    </w:p>
    <w:p>
      <w:r>
        <w:rPr>
          <w:b/>
        </w:rPr>
        <w:t xml:space="preserve">[45:57] </w:t>
      </w:r>
      <w:r>
        <w:t>جی people who are watching it on Facebook can post their questions in the comment section please mention</w:t>
      </w:r>
    </w:p>
    <w:p>
      <w:pPr>
        <w:jc w:val="right"/>
      </w:pPr>
      <w:r>
        <w:t>جی پیپل ہو واچنگ اٹ ان فیس بک کین پوسٹ دیر کوئسچنز ان دی کمنٹ سیکشن پلیز مینشن</w:t>
      </w:r>
    </w:p>
    <w:p>
      <w:r>
        <w:rPr>
          <w:b/>
        </w:rPr>
        <w:t xml:space="preserve">[46:05] </w:t>
      </w:r>
      <w:r>
        <w:t>your location also when you send in your questions.</w:t>
      </w:r>
    </w:p>
    <w:p>
      <w:pPr>
        <w:jc w:val="right"/>
      </w:pPr>
      <w:r>
        <w:t>یور لوکیشن السو وین یو سینڈ ان یور کوئسچنز۔</w:t>
      </w:r>
    </w:p>
    <w:p>
      <w:r>
        <w:rPr>
          <w:b/>
        </w:rPr>
        <w:t xml:space="preserve">[46:12] </w:t>
      </w:r>
      <w:r>
        <w:t>Maulana pehla sawal aaya hai Karnataka se unhone Zaman sahib ne kiya hai pehla sawal unhone</w:t>
      </w:r>
    </w:p>
    <w:p>
      <w:pPr>
        <w:jc w:val="right"/>
      </w:pPr>
      <w:r>
        <w:t>مولانا پہلا سوال آیا ہے کرناٹکا سے انہوں نے ضمن صاحب نے کیا ہے پہلا سوال انہوں نے</w:t>
      </w:r>
    </w:p>
    <w:p>
      <w:r>
        <w:rPr>
          <w:b/>
        </w:rPr>
        <w:t xml:space="preserve">[46:20] </w:t>
      </w:r>
      <w:r>
        <w:t>لکھا ہے مولانا Today's talk was very deep and I loved every word of your talk. How can</w:t>
      </w:r>
    </w:p>
    <w:p>
      <w:pPr>
        <w:jc w:val="right"/>
      </w:pPr>
      <w:r>
        <w:t>لکھا ہے مولانا ٹوڈے ٹاک واز ویری ڈیپ اینڈ آئی لوڈ ایوری ورڈ اف یور ٹاک ہاؤ کین</w:t>
      </w:r>
    </w:p>
    <w:p>
      <w:r>
        <w:rPr>
          <w:b/>
        </w:rPr>
        <w:t xml:space="preserve">[46:27] </w:t>
      </w:r>
      <w:r>
        <w:t>we free ourself from the complaint culture.</w:t>
      </w:r>
    </w:p>
    <w:p>
      <w:pPr>
        <w:jc w:val="right"/>
      </w:pPr>
      <w:r>
        <w:t>وی فری اور سیلف فرام دی کمپلینٹ کلچر۔</w:t>
      </w:r>
    </w:p>
    <w:p>
      <w:r>
        <w:rPr>
          <w:b/>
        </w:rPr>
        <w:t xml:space="preserve">[46:35] </w:t>
      </w:r>
      <w:r>
        <w:t>complaint culture to most institute culture hai aaj subah mein soch raha tha ke meri jo body hai</w:t>
      </w:r>
    </w:p>
    <w:p>
      <w:pPr>
        <w:jc w:val="right"/>
      </w:pPr>
      <w:r>
        <w:t>کمپلینٹ کلچر تو موسٹ اسٹیٹیوٹ کلچر ہے آج صبح میں سوچ رہا تھا کہ میری جو باڈی ہے</w:t>
      </w:r>
    </w:p>
    <w:p>
      <w:r>
        <w:rPr>
          <w:b/>
        </w:rPr>
        <w:t xml:space="preserve">[46:42] </w:t>
      </w:r>
      <w:r>
        <w:t>ismein 78 organs hain 78 organ is organ se sara function mere body ka ho raha hai</w:t>
      </w:r>
    </w:p>
    <w:p>
      <w:pPr>
        <w:jc w:val="right"/>
      </w:pPr>
      <w:r>
        <w:t>اس میں 78 ارگنز ہیں 78 ارگن اس ارگن سے سارا فنکشن میرے باڈی کا ہو رہا ہے</w:t>
      </w:r>
    </w:p>
    <w:p>
      <w:r>
        <w:rPr>
          <w:b/>
        </w:rPr>
        <w:t xml:space="preserve">[46:50] </w:t>
      </w:r>
      <w:r>
        <w:t>aap pani piyein aap khana khayein aap oxygen lein jo bhi aap karein woh is 48 is 78</w:t>
      </w:r>
    </w:p>
    <w:p>
      <w:pPr>
        <w:jc w:val="right"/>
      </w:pPr>
      <w:r>
        <w:t>آپ پانی پیئیں آپ کھانا کھائیں آپ اکسیجن لیں جو بھی آپ کریں وہ اس 48 اس 78</w:t>
      </w:r>
    </w:p>
    <w:p>
      <w:r>
        <w:rPr>
          <w:b/>
        </w:rPr>
        <w:t xml:space="preserve">[46:57] </w:t>
      </w:r>
      <w:r>
        <w:t>organ is ko organize karte hain is ko convert karte hain mukhtalif ke cell mein khoon haddi gosht</w:t>
      </w:r>
    </w:p>
    <w:p>
      <w:pPr>
        <w:jc w:val="right"/>
      </w:pPr>
      <w:r>
        <w:t>ارگن اس کو ارگنائز کرتے ہیں اس کو کنورٹ کرتے ہیں مختلف کے سیل میں خون ہڈی گوشت</w:t>
      </w:r>
    </w:p>
    <w:p>
      <w:r>
        <w:rPr>
          <w:b/>
        </w:rPr>
        <w:t xml:space="preserve">[47:04] </w:t>
      </w:r>
      <w:r>
        <w:t>auto automatic ho raha hai mujhe agar khud karna pade jaise aap car chalata hai aadmi to khud</w:t>
      </w:r>
    </w:p>
    <w:p>
      <w:pPr>
        <w:jc w:val="right"/>
      </w:pPr>
      <w:r>
        <w:t>اٹو اٹومیٹک ہو رہا ہے مجھے اگر خود کرنا پڑے جیسے آپ کار چلاتا ہے آدمی تو خود</w:t>
      </w:r>
    </w:p>
    <w:p>
      <w:r>
        <w:rPr>
          <w:b/>
        </w:rPr>
        <w:t xml:space="preserve">[47:12] </w:t>
      </w:r>
      <w:r>
        <w:t>kar chalana pade to main zinda nahi reh sakta itne saare function body mein hote hain woh</w:t>
      </w:r>
    </w:p>
    <w:p>
      <w:pPr>
        <w:jc w:val="right"/>
      </w:pPr>
      <w:r>
        <w:t>کر چلانا پڑتا ہے تو میں زندہ نہیں رہ سکتا اتنے سارے فنکشن باڈی میں ہوتے ہیں وہ</w:t>
      </w:r>
    </w:p>
    <w:p>
      <w:r>
        <w:rPr>
          <w:b/>
        </w:rPr>
        <w:t xml:space="preserve">[47:19] </w:t>
      </w:r>
      <w:r>
        <w:t>sab 78 organ karte rehte hain maslan aap khana khaya hazam ho kar ke woh khoon bana haddi</w:t>
      </w:r>
    </w:p>
    <w:p>
      <w:pPr>
        <w:jc w:val="right"/>
      </w:pPr>
      <w:r>
        <w:t>سب 78 ارگن کرتے رہتے ہیں مثلا آپ کھانا کھایا ہضم ہو کر کے وہ خون بنا ہڈی</w:t>
      </w:r>
    </w:p>
    <w:p>
      <w:r>
        <w:rPr>
          <w:b/>
        </w:rPr>
        <w:t xml:space="preserve">[47:27] </w:t>
      </w:r>
      <w:r>
        <w:t>bina gosht bina yeh hum karte hain automatic hota hai aise beshumar cheezein life system hamare is</w:t>
      </w:r>
    </w:p>
    <w:p>
      <w:pPr>
        <w:jc w:val="right"/>
      </w:pPr>
      <w:r>
        <w:t>بنا گوشت بنا یہ ہم کرتے ہیں اٹومیٹک ہوتا ہے ایسے بے شمار چیزیں لائف سسٹم ہمارے اس</w:t>
      </w:r>
    </w:p>
    <w:p>
      <w:r>
        <w:rPr>
          <w:b/>
        </w:rPr>
        <w:t xml:space="preserve">[47:34] </w:t>
      </w:r>
      <w:r>
        <w:t>paas hai woh hum ko zindagi ka haan haan zindagi ka tohfa deta hai yaani million billion trillion</w:t>
      </w:r>
    </w:p>
    <w:p>
      <w:pPr>
        <w:jc w:val="right"/>
      </w:pPr>
      <w:r>
        <w:t>پاس ہے وہ ہم کو زندگی کا ہاں ہاں زندگی کا تحفہ دیتا ہے یعنی ملین بلین ٹریلین</w:t>
      </w:r>
    </w:p>
    <w:p>
      <w:r>
        <w:rPr>
          <w:b/>
        </w:rPr>
        <w:t xml:space="preserve">[47:42] </w:t>
      </w:r>
      <w:r>
        <w:t>se bhi zyada agar insaan in baaton ko jaane is mein jiye toh complaint bilkul us ko maloom</w:t>
      </w:r>
    </w:p>
    <w:p>
      <w:pPr>
        <w:jc w:val="right"/>
      </w:pPr>
      <w:r>
        <w:t>سے بھی زیادہ اگر انسان ان باتوں کو جانے اس میں جیے تو کمپلینٹ بالکل اس کو معلوم</w:t>
      </w:r>
    </w:p>
    <w:p>
      <w:r>
        <w:rPr>
          <w:b/>
        </w:rPr>
        <w:t xml:space="preserve">[47:49] </w:t>
      </w:r>
      <w:r>
        <w:t>ho gayi toh nothing se bhi koi haq haqeer cheez hai jis ko kehte hain touch bilkul hi</w:t>
      </w:r>
    </w:p>
    <w:p>
      <w:pPr>
        <w:jc w:val="right"/>
      </w:pPr>
      <w:r>
        <w:t>ہو گئی تو نتھنگ سے بھی کوئی حق حقیر چیز ہے جس کو کہتے ہیں ٹچ بالکل ہی</w:t>
      </w:r>
    </w:p>
    <w:p>
      <w:r>
        <w:rPr>
          <w:b/>
        </w:rPr>
        <w:t xml:space="preserve">[47:57] </w:t>
      </w:r>
      <w:r>
        <w:t>haqeer yeh complaint kya bana hai itne zyada nehmato ko jeeta hai jo insaan toh complaint toh ek</w:t>
      </w:r>
    </w:p>
    <w:p>
      <w:pPr>
        <w:jc w:val="right"/>
      </w:pPr>
      <w:r>
        <w:t>حقیر یہ کمپلینٹ کیا بنا ہے اتنے زیادہ نعمتوں کو جیتا ہے جو انسان تو کمپلینٹ تو ایک</w:t>
      </w:r>
    </w:p>
    <w:p>
      <w:r>
        <w:rPr>
          <w:b/>
        </w:rPr>
        <w:t xml:space="preserve">[48:04] </w:t>
      </w:r>
      <w:r>
        <w:t>eenta ke barabar bhi nahi hua kisi ne kuch keh diya tha aap aap ghussa ho gaye aur</w:t>
      </w:r>
    </w:p>
    <w:p>
      <w:pPr>
        <w:jc w:val="right"/>
      </w:pPr>
      <w:r>
        <w:t>ایٹا کے برابر بھی نہیں ہوا کسی نے کچھ کہہ دیا تھا آپ آپ غصہ ہو گئے اور</w:t>
      </w:r>
    </w:p>
    <w:p>
      <w:r>
        <w:rPr>
          <w:b/>
        </w:rPr>
        <w:t xml:space="preserve">[48:12] </w:t>
      </w:r>
      <w:r>
        <w:t>jo Allah ki baarish ho rahi hai blessing ki nehmato ki woh toh bhool gaye aap toh complaint</w:t>
      </w:r>
    </w:p>
    <w:p>
      <w:pPr>
        <w:jc w:val="right"/>
      </w:pPr>
      <w:r>
        <w:t>جو اللہ کی بارش ہو رہی ہے بلیسنگ کی نعمتوں کی وہ تو بھول گئے آپ تو کمپلینٹ</w:t>
      </w:r>
    </w:p>
    <w:p>
      <w:r>
        <w:rPr>
          <w:b/>
        </w:rPr>
        <w:t xml:space="preserve">[48:19] </w:t>
      </w:r>
      <w:r>
        <w:t>ko khatam karne ko us ko root out karne ka tareeqa sirf yeh hai ke aap Allah ki</w:t>
      </w:r>
    </w:p>
    <w:p>
      <w:pPr>
        <w:jc w:val="right"/>
      </w:pPr>
      <w:r>
        <w:t>کو ختم کرنے کو اس کو روٹ اؤٹ کرنے کا طریقہ صرف یہ ہے کہ آپ اللہ کی</w:t>
      </w:r>
    </w:p>
    <w:p>
      <w:r>
        <w:rPr>
          <w:b/>
        </w:rPr>
        <w:t xml:space="preserve">[48:27] </w:t>
      </w:r>
      <w:r>
        <w:t>nehmato ko yaad karein complaint ko khatam karne ka tareeqa sab se bada yahi hai ke aap Allah</w:t>
      </w:r>
    </w:p>
    <w:p>
      <w:pPr>
        <w:jc w:val="right"/>
      </w:pPr>
      <w:r>
        <w:t>نعمتوں کو یاد کریں کمپلینٹ کو ختم کرنے کا طریقہ سب سے بڑا یہی ہے کہ آپ اللہ</w:t>
      </w:r>
    </w:p>
    <w:p>
      <w:r>
        <w:rPr>
          <w:b/>
        </w:rPr>
        <w:t xml:space="preserve">[48:34] </w:t>
      </w:r>
      <w:r>
        <w:t>ki nehmato ki yaad karein ji buri haalat baarish ho rahi hai aap ke upar nehmato ki aap</w:t>
      </w:r>
    </w:p>
    <w:p>
      <w:pPr>
        <w:jc w:val="right"/>
      </w:pPr>
      <w:r>
        <w:t>کی نعمتوں کی یاد کریں جی بری حالت بارش ہو رہی ہے آپ کے اوپر نعمتوں کی آپ</w:t>
      </w:r>
    </w:p>
    <w:p>
      <w:r>
        <w:rPr>
          <w:b/>
        </w:rPr>
        <w:t xml:space="preserve">[48:41] </w:t>
      </w:r>
      <w:r>
        <w:t>bol rahe hain tab bhi chal rahe hain tab bhi soch rahe hain tab bhi sab Allah ki</w:t>
      </w:r>
    </w:p>
    <w:p>
      <w:pPr>
        <w:jc w:val="right"/>
      </w:pPr>
      <w:r>
        <w:t>بول رہے ہیں تب بھی چل رہے ہیں تب بھی سوچ رہے ہیں تب بھی سب اللہ کی</w:t>
      </w:r>
    </w:p>
    <w:p>
      <w:r>
        <w:rPr>
          <w:b/>
        </w:rPr>
        <w:t xml:space="preserve">[48:49] </w:t>
      </w:r>
      <w:r>
        <w:t>rehmaton ka maamla hota hai toh complaint toh mein itni haqeer samajhta hoon itna itna worthless samajhta hoon</w:t>
      </w:r>
    </w:p>
    <w:p>
      <w:pPr>
        <w:jc w:val="right"/>
      </w:pPr>
      <w:r>
        <w:t>رحمتوں کا معاملہ ہوتا ہے تو کمپلینٹ تو میں اتنی حقیر سمجھتا ہوں اتنا اتنا ورسلیس سمجھتا ہوں</w:t>
      </w:r>
    </w:p>
    <w:p>
      <w:r>
        <w:rPr>
          <w:b/>
        </w:rPr>
        <w:t xml:space="preserve">[48:56] </w:t>
      </w:r>
      <w:r>
        <w:t>ke jo complaint jeeta hai woh toh kya cheez hai insaan nahi hai woh kuch aur hai ji</w:t>
      </w:r>
    </w:p>
    <w:p>
      <w:pPr>
        <w:jc w:val="right"/>
      </w:pPr>
      <w:r>
        <w:t>کہ جو کمپلینٹ جیتا ہے وہ تو کیا چیز ہے انسان نہیں ہے وہ کچھ اور ہے جی</w:t>
      </w:r>
    </w:p>
    <w:p>
      <w:r>
        <w:rPr>
          <w:b/>
        </w:rPr>
        <w:t xml:space="preserve">[49:04] </w:t>
      </w:r>
      <w:r>
        <w:t>maulana agla sawal lene se pehle kuch comment padhna chahenge pehla comment aaya hai shabana ansari ka</w:t>
      </w:r>
    </w:p>
    <w:p>
      <w:pPr>
        <w:jc w:val="right"/>
      </w:pPr>
      <w:r>
        <w:t>مولانا اگلا سوال لینے سے پہلے کچھ کمنٹ پڑھنا چاہیں گے پہلا کمنٹ آیا ہے شبانہ انصاری کا</w:t>
      </w:r>
    </w:p>
    <w:p>
      <w:r>
        <w:rPr>
          <w:b/>
        </w:rPr>
        <w:t xml:space="preserve">[49:11] </w:t>
      </w:r>
      <w:r>
        <w:t>پاکستان سے انہوں نے لکھا ہے Going against a benefactor is just like following Satan and</w:t>
      </w:r>
    </w:p>
    <w:p>
      <w:pPr>
        <w:jc w:val="right"/>
      </w:pPr>
      <w:r>
        <w:t>پاکستان سے انہوں نے لکھا ہے گوئنگ اگینسٹ ا بینی فیکٹر ویسٹ از جسٹ لائک فالونگ سیٹن اینڈ</w:t>
      </w:r>
    </w:p>
    <w:p>
      <w:r>
        <w:rPr>
          <w:b/>
        </w:rPr>
        <w:t xml:space="preserve">[49:19] </w:t>
      </w:r>
      <w:r>
        <w:t>it is very harmful for aakhirat agla comment bheja hai mehtab ahmed sahab ne dhampur se unho</w:t>
      </w:r>
    </w:p>
    <w:p>
      <w:pPr>
        <w:jc w:val="right"/>
      </w:pPr>
      <w:r>
        <w:t>اٹ از ویری ہارم فل فار اخرا اگلا کمنٹ بھیجا ہے مہتاب احمد صاحب نے دھامپور سے انہوں</w:t>
      </w:r>
    </w:p>
    <w:p>
      <w:r>
        <w:rPr>
          <w:b/>
        </w:rPr>
        <w:t xml:space="preserve">[49:26] </w:t>
      </w:r>
      <w:r>
        <w:t>ne likha hai maulana sahab you are absolutely right jazak Allah shabana adrees ne ah raipur se</w:t>
      </w:r>
    </w:p>
    <w:p>
      <w:pPr>
        <w:jc w:val="right"/>
      </w:pPr>
      <w:r>
        <w:t>نے لکھا ہے مولانا صاحب یو ار ایبسولیوٹلی رائٹ جزاک اللہ شبانہ ادریز نے اہ رائے پور سے</w:t>
      </w:r>
    </w:p>
    <w:p>
      <w:r>
        <w:rPr>
          <w:b/>
        </w:rPr>
        <w:t xml:space="preserve">[49:34] </w:t>
      </w:r>
      <w:r>
        <w:t>comment bheja hai jazak Allah maulana sahab today lecture was very thought provoking maulana agla sawal doctor farida</w:t>
      </w:r>
    </w:p>
    <w:p>
      <w:pPr>
        <w:jc w:val="right"/>
      </w:pPr>
      <w:r>
        <w:t>کمنٹ بھیجا ہے جزاک اللہ مولانا صاحب ٹوڈے لیکچر واز ویری تھاٹ پرووکنگ مولانا اگلا سوال ڈاکٹر فریدہ</w:t>
      </w:r>
    </w:p>
    <w:p>
      <w:r>
        <w:rPr>
          <w:b/>
        </w:rPr>
        <w:t xml:space="preserve">[49:41] </w:t>
      </w:r>
      <w:r>
        <w:t>khanam ne bheja hai delhi se unho ne likha hai our focus remains on this world in such</w:t>
      </w:r>
    </w:p>
    <w:p>
      <w:pPr>
        <w:jc w:val="right"/>
      </w:pPr>
      <w:r>
        <w:t>خانم نے بھیجا ہے دلی سے انہوں نے لکھا ہے اور فوکس ریمینز ان دس ورلڈ ان سچ</w:t>
      </w:r>
    </w:p>
    <w:p>
      <w:r>
        <w:rPr>
          <w:b/>
        </w:rPr>
        <w:t xml:space="preserve">[49:49] </w:t>
      </w:r>
      <w:r>
        <w:t>a such situation please guide us as to how to focus on the hereafter and make paradise our</w:t>
      </w:r>
    </w:p>
    <w:p>
      <w:pPr>
        <w:jc w:val="right"/>
      </w:pPr>
      <w:r>
        <w:t>ا سچویشن پلیز گائیڈ اس ایز ٹو ہاؤ ٹو فوکس ان دی ہیر افٹر اینڈ میک پیراڈائز اور</w:t>
      </w:r>
    </w:p>
    <w:p>
      <w:r>
        <w:rPr>
          <w:b/>
        </w:rPr>
        <w:t xml:space="preserve">[49:56] </w:t>
      </w:r>
      <w:r>
        <w:t>sole concern dekhein is ka sirf yeh karna hai hamein ke present world jis pe aap focus kiye</w:t>
      </w:r>
    </w:p>
    <w:p>
      <w:pPr>
        <w:jc w:val="right"/>
      </w:pPr>
      <w:r>
        <w:t>سول کنسرن دیکھیں اس کا صرف یہ کرنا ہے ہمیں کہ پریزنٹ ورلڈ جس پہ آپ فوکس کیے</w:t>
      </w:r>
    </w:p>
    <w:p>
      <w:r>
        <w:rPr>
          <w:b/>
        </w:rPr>
        <w:t xml:space="preserve">[50:03] </w:t>
      </w:r>
      <w:r>
        <w:t>hue hain is ki meaning kya hai yaani why this present world jab tak aakhirat se joda nahi</w:t>
      </w:r>
    </w:p>
    <w:p>
      <w:pPr>
        <w:jc w:val="right"/>
      </w:pPr>
      <w:r>
        <w:t>ہوئے ہیں اس کی میننگ کیا ہے یعنی وائی دس پریزنٹ ورلڈ جب تک اخرت سے جوڑا نہیں</w:t>
      </w:r>
    </w:p>
    <w:p>
      <w:r>
        <w:rPr>
          <w:b/>
        </w:rPr>
        <w:t xml:space="preserve">[50:11] </w:t>
      </w:r>
      <w:r>
        <w:t>toh meaning less ho jayegi yeh yaani bazahir toh present world hum ko lagti hai meaning full</w:t>
      </w:r>
    </w:p>
    <w:p>
      <w:pPr>
        <w:jc w:val="right"/>
      </w:pPr>
      <w:r>
        <w:t>تو میننگ لیس ہو جائے گی یہ یعنی بظاہر تو پریزنٹ ورلڈ ہم کو لگتی ہے میننگ فل</w:t>
      </w:r>
    </w:p>
    <w:p>
      <w:r>
        <w:rPr>
          <w:b/>
        </w:rPr>
        <w:t xml:space="preserve">[50:18] </w:t>
      </w:r>
      <w:r>
        <w:t>world lekin aakhirat is ko alag kar dein toh meaning less ho jati hai woh kis liye yaani</w:t>
      </w:r>
    </w:p>
    <w:p>
      <w:pPr>
        <w:jc w:val="right"/>
      </w:pPr>
      <w:r>
        <w:t>ورلڈ لیکن اخرت اس کو الگ کر دیں تو میننگ لیس ہو جاتی ہے وہ کس لیے یعنی</w:t>
      </w:r>
    </w:p>
    <w:p>
      <w:r>
        <w:rPr>
          <w:b/>
        </w:rPr>
        <w:t xml:space="preserve">[50:26] </w:t>
      </w:r>
      <w:r>
        <w:t>itni meaning full kainat hai yeh itni meaning full kainat hai ke is ka ek end hona chahiye</w:t>
      </w:r>
    </w:p>
    <w:p>
      <w:pPr>
        <w:jc w:val="right"/>
      </w:pPr>
      <w:r>
        <w:t>اتنی میننگ فل کائنات ہے یہ اتنی میننگ فل کائنات ہے کہ اس کا ایک اینڈ ہونا چاہیے</w:t>
      </w:r>
    </w:p>
    <w:p>
      <w:r>
        <w:rPr>
          <w:b/>
        </w:rPr>
        <w:t xml:space="preserve">[50:33] </w:t>
      </w:r>
      <w:r>
        <w:t>toh end kahan hai yeh duniya mein toh hai nahi toh aakhirat ko jab hum shamil karte hain</w:t>
      </w:r>
    </w:p>
    <w:p>
      <w:pPr>
        <w:jc w:val="right"/>
      </w:pPr>
      <w:r>
        <w:t>تو اینڈ کہاں ہے یہ دنیا میں تو ہے نہیں تو اخرت کو جب ہم شامل کرتے ہیں</w:t>
      </w:r>
    </w:p>
    <w:p>
      <w:r>
        <w:rPr>
          <w:b/>
        </w:rPr>
        <w:t xml:space="preserve">[50:41] </w:t>
      </w:r>
      <w:r>
        <w:t>tab lagta hai ke yeh duniya meaning meaning ful hai aap ko pata hai ke is waqt haakk</w:t>
      </w:r>
    </w:p>
    <w:p>
      <w:pPr>
        <w:jc w:val="right"/>
      </w:pPr>
      <w:r>
        <w:t>تب لگتا ہے کہ یہ دنیا میننگ میننگ فل ہے آپ کو پتہ ہے کہ اس وقت حاکک</w:t>
      </w:r>
    </w:p>
    <w:p>
      <w:r>
        <w:rPr>
          <w:b/>
        </w:rPr>
        <w:t xml:space="preserve">[50:48] </w:t>
      </w:r>
      <w:r>
        <w:t>jo sab se bara theoretical scientist mana jata hai is zamane mein woh bar bar yeh keh raha</w:t>
      </w:r>
    </w:p>
    <w:p>
      <w:pPr>
        <w:jc w:val="right"/>
      </w:pPr>
      <w:r>
        <w:t>جو سب سے بڑا تھیوریٹیکل سائنٹسٹ مانا جاتا ہے اس زمانے میں وہ بار بار یہ کہہ رہا</w:t>
      </w:r>
    </w:p>
    <w:p>
      <w:r>
        <w:rPr>
          <w:b/>
        </w:rPr>
        <w:t xml:space="preserve">[50:56] </w:t>
      </w:r>
      <w:r>
        <w:t>hai ke yeh duniya to 50 saal mein khatam ho jaye gi khatam hone ke baad laane ke</w:t>
      </w:r>
    </w:p>
    <w:p>
      <w:pPr>
        <w:jc w:val="right"/>
      </w:pPr>
      <w:r>
        <w:t>ہے کہ یہ دنیا تو 50 سال میں ختم ہو جائے گی ختم ہونے کے بعد لانے کے</w:t>
      </w:r>
    </w:p>
    <w:p>
      <w:r>
        <w:rPr>
          <w:b/>
        </w:rPr>
        <w:t xml:space="preserve">[51:03] </w:t>
      </w:r>
      <w:r>
        <w:t>qabil nahi rahe gi to hamein hamein space colony develop karna parega is ke space colony ka</w:t>
      </w:r>
    </w:p>
    <w:p>
      <w:pPr>
        <w:jc w:val="right"/>
      </w:pPr>
      <w:r>
        <w:t>قابل نہیں رہے گی تو ہمیں ہمیں اسپیس کالونی ڈیولپ کرنا پڑے گا اس کے اسپیس کالونی کا</w:t>
      </w:r>
    </w:p>
    <w:p>
      <w:r>
        <w:rPr>
          <w:b/>
        </w:rPr>
        <w:t xml:space="preserve">[51:11] </w:t>
      </w:r>
      <w:r>
        <w:t>ek science science fiction hai to aadmi sirf yahi baat to socha hai ke present world jo</w:t>
      </w:r>
    </w:p>
    <w:p>
      <w:pPr>
        <w:jc w:val="right"/>
      </w:pPr>
      <w:r>
        <w:t>ایک سائنس سائنس فکشن ہے تو آدمی صرف یہی بات تو کر سوچا ہے کہ پریزنٹ ورلڈ جو</w:t>
      </w:r>
    </w:p>
    <w:p>
      <w:r>
        <w:rPr>
          <w:b/>
        </w:rPr>
        <w:t xml:space="preserve">[51:18] </w:t>
      </w:r>
      <w:r>
        <w:t>hai woh meaning ful meaning less hai ila yeh ke hum is ke sath akhirat ko jorein mein</w:t>
      </w:r>
    </w:p>
    <w:p>
      <w:pPr>
        <w:jc w:val="right"/>
      </w:pPr>
      <w:r>
        <w:t>ہے وہ میننگ فل میننگ لیس ہے الا یہ کہ ہم اس کے ساتھ اخرت کو جوڑیں میں</w:t>
      </w:r>
    </w:p>
    <w:p>
      <w:r>
        <w:rPr>
          <w:b/>
        </w:rPr>
        <w:t xml:space="preserve">[51:25] </w:t>
      </w:r>
      <w:r>
        <w:t>samajhta hoon ke yahi soch hai jo aadmi ko yani continuously sachai pe qabu rakh sakti hai ji</w:t>
      </w:r>
    </w:p>
    <w:p>
      <w:pPr>
        <w:jc w:val="right"/>
      </w:pPr>
      <w:r>
        <w:t>سمجھتا ہوں کہ یہی سوچ ہے جو آدمی کو یعنی کنٹینیوسلی سچائی پہ قابو رکھ سکتی ہے جی</w:t>
      </w:r>
    </w:p>
    <w:p>
      <w:r>
        <w:rPr>
          <w:b/>
        </w:rPr>
        <w:t xml:space="preserve">[51:33] </w:t>
      </w:r>
      <w:r>
        <w:t>maulana in ka ek aur sawal hai unhon ne likha hai in this world some have more share</w:t>
      </w:r>
    </w:p>
    <w:p>
      <w:pPr>
        <w:jc w:val="right"/>
      </w:pPr>
      <w:r>
        <w:t>مولانا ان کا ایک اور سوال ہے انہوں نے لکھا ہے ان دس ورلڈ سم ہیو مور شیئر</w:t>
      </w:r>
    </w:p>
    <w:p>
      <w:r>
        <w:rPr>
          <w:b/>
        </w:rPr>
        <w:t xml:space="preserve">[51:40] </w:t>
      </w:r>
      <w:r>
        <w:t>and some have less this is the situation which results in negative thinking what can be done to</w:t>
      </w:r>
    </w:p>
    <w:p>
      <w:pPr>
        <w:jc w:val="right"/>
      </w:pPr>
      <w:r>
        <w:t>اینڈ سم ہیو لیس دس از دا سچویشن وچ رزلٹس ان نیگیٹیو تھنکنگ واٹ کین بی ڈن ٹو</w:t>
      </w:r>
    </w:p>
    <w:p>
      <w:r>
        <w:rPr>
          <w:b/>
        </w:rPr>
        <w:t xml:space="preserve">[51:48] </w:t>
      </w:r>
      <w:r>
        <w:t>save our self from such negative reaction dekhein yeh jo hai log yani material cheezon ke lehaz</w:t>
      </w:r>
    </w:p>
    <w:p>
      <w:pPr>
        <w:jc w:val="right"/>
      </w:pPr>
      <w:r>
        <w:t>سیو اور سیلف فرام سچ نیگیٹیو ری ایکشن دیکھیں یہ جو ہے لوگ یعنی مٹیریل چیزوں کے لحاظ</w:t>
      </w:r>
    </w:p>
    <w:p>
      <w:r>
        <w:rPr>
          <w:b/>
        </w:rPr>
        <w:t xml:space="preserve">[51:55] </w:t>
      </w:r>
      <w:r>
        <w:t>se compare karte hain is sab se bari cheez jo har insan ko mili hui hai woh mind</w:t>
      </w:r>
    </w:p>
    <w:p>
      <w:pPr>
        <w:jc w:val="right"/>
      </w:pPr>
      <w:r>
        <w:t>سے کمپیر کرتے ہیں اس سب سے بڑی چیز جو ہر انسان کو ملی ہوئی ہے وہ مائنڈ</w:t>
      </w:r>
    </w:p>
    <w:p>
      <w:r>
        <w:rPr>
          <w:b/>
        </w:rPr>
        <w:t xml:space="preserve">[52:03] </w:t>
      </w:r>
      <w:r>
        <w:t>hai jo material cheez mili hui hai logon ko woh to kuch bhi nahi hai is ke muqable</w:t>
      </w:r>
    </w:p>
    <w:p>
      <w:pPr>
        <w:jc w:val="right"/>
      </w:pPr>
      <w:r>
        <w:t>ہے جو مٹیریل چیز ملی ہوئی ہے لوگوں کو وہ تو کچھ بھی نہیں ہے اس کے مقابلے</w:t>
      </w:r>
    </w:p>
    <w:p>
      <w:r>
        <w:rPr>
          <w:b/>
        </w:rPr>
        <w:t xml:space="preserve">[52:10] </w:t>
      </w:r>
      <w:r>
        <w:t>mein hamara jo mind hai is ke muqable mein to jo aadmi material cheezon mein jeeta ho woh</w:t>
      </w:r>
    </w:p>
    <w:p>
      <w:pPr>
        <w:jc w:val="right"/>
      </w:pPr>
      <w:r>
        <w:t>میں ہمارا جو مائنڈ ہے اس کے مقابلے میں تو جو آدمی مٹیریل چیزوں میں جیتا ہو وہ</w:t>
      </w:r>
    </w:p>
    <w:p>
      <w:r>
        <w:rPr>
          <w:b/>
        </w:rPr>
        <w:t xml:space="preserve">[52:18] </w:t>
      </w:r>
      <w:r>
        <w:t>bohat hi zyada stripper aadmi hai kyunke is ko jo khuda ne de rakha hai mind itna bara</w:t>
      </w:r>
    </w:p>
    <w:p>
      <w:pPr>
        <w:jc w:val="right"/>
      </w:pPr>
      <w:r>
        <w:t>بہت ہی زیادہ اسٹریپر آدمی ہے کیونکہ اس کو جو خدا نے دے رکھا ہے مائنڈ اتنا بڑا</w:t>
      </w:r>
    </w:p>
    <w:p>
      <w:r>
        <w:rPr>
          <w:b/>
        </w:rPr>
        <w:t xml:space="preserve">[52:25] </w:t>
      </w:r>
      <w:r>
        <w:t>mind is ko bhoola hua hai woh to jo log is lehaz se kam zyada mane ke kisi</w:t>
      </w:r>
    </w:p>
    <w:p>
      <w:pPr>
        <w:jc w:val="right"/>
      </w:pPr>
      <w:r>
        <w:t>مائنڈ اس کو بھولا ہوا ہے وہ تو جو لوگ اس لحاظ سے کم زیادہ مانے کہ کسی</w:t>
      </w:r>
    </w:p>
    <w:p>
      <w:r>
        <w:rPr>
          <w:b/>
        </w:rPr>
        <w:t xml:space="preserve">[52:33] </w:t>
      </w:r>
      <w:r>
        <w:t>ko kam mila hai kisi ko zyada mila hai kisi ke pas kai car hai kisi ke pas</w:t>
      </w:r>
    </w:p>
    <w:p>
      <w:pPr>
        <w:jc w:val="right"/>
      </w:pPr>
      <w:r>
        <w:t>کو کم ملا ہے کسی کو زیادہ ملا ہے کسی کے پاس کئی کار ہے کسی کے پاس</w:t>
      </w:r>
    </w:p>
    <w:p>
      <w:r>
        <w:rPr>
          <w:b/>
        </w:rPr>
        <w:t xml:space="preserve">[52:40] </w:t>
      </w:r>
      <w:r>
        <w:t>ek hi car hai yeh to bohat hi zyada yani meaning less comparison hai yeh comparison hi bilkul</w:t>
      </w:r>
    </w:p>
    <w:p>
      <w:pPr>
        <w:jc w:val="right"/>
      </w:pPr>
      <w:r>
        <w:t>ایک ہی کار ہے یہ تو بہت ہی زیادہ یعنی میننگ لیس کمپیریزن ہے یہ کمپیریزن ہی بالکل</w:t>
      </w:r>
    </w:p>
    <w:p>
      <w:r>
        <w:rPr>
          <w:b/>
        </w:rPr>
        <w:t xml:space="preserve">[52:47] </w:t>
      </w:r>
      <w:r>
        <w:t>meaning less hai comparison is par hona chahiye ke kitna bara mind diya hai Allah taala ne insan</w:t>
      </w:r>
    </w:p>
    <w:p>
      <w:pPr>
        <w:jc w:val="right"/>
      </w:pPr>
      <w:r>
        <w:t>میننگ لیس ہے کمپیریزن اس پر ہونا چاہیے کہ کتنا بڑا مائنڈ دیا ہے اللہ تعالی نے انسان</w:t>
      </w:r>
    </w:p>
    <w:p>
      <w:r>
        <w:rPr>
          <w:b/>
        </w:rPr>
        <w:t xml:space="preserve">[52:55] </w:t>
      </w:r>
      <w:r>
        <w:t>ko yani aisa mind jo poore universe tak apni soch pohncha sakta hai koi duniya mein doosri makhluqat</w:t>
      </w:r>
    </w:p>
    <w:p>
      <w:pPr>
        <w:jc w:val="right"/>
      </w:pPr>
      <w:r>
        <w:t>کو یعنی ایسا مائنڈ جو پورے یونیورس تک اپنی سوچ پہنچا سکتا ہے کوئی دنیا میں دوسری مخلوقات</w:t>
      </w:r>
    </w:p>
    <w:p>
      <w:r>
        <w:rPr>
          <w:b/>
        </w:rPr>
        <w:t xml:space="preserve">[53:02] </w:t>
      </w:r>
      <w:r>
        <w:t>se nahi hai jo poore universe ke bare mein soche koi bhi na sher hai na hathi hai</w:t>
      </w:r>
    </w:p>
    <w:p>
      <w:pPr>
        <w:jc w:val="right"/>
      </w:pPr>
      <w:r>
        <w:t>سے نہیں ہے جو پورے یونیورس کے بارے میں سوچے کوئی بھی نہ شیر ہے نہ ہاتھی ہے</w:t>
      </w:r>
    </w:p>
    <w:p>
      <w:r>
        <w:rPr>
          <w:b/>
        </w:rPr>
        <w:t xml:space="preserve">[53:10] </w:t>
      </w:r>
      <w:r>
        <w:t>na na pahad hai na samandar hai na galaxy hai jo poore universe ke bare mein soche yeh</w:t>
      </w:r>
    </w:p>
    <w:p>
      <w:pPr>
        <w:jc w:val="right"/>
      </w:pPr>
      <w:r>
        <w:t>نہ نہ پہاڑ ہے نہ سمندر ہے نہ گلیکسی ہے جو پورے یونیورس کے بارے میں سوچے یہ</w:t>
      </w:r>
    </w:p>
    <w:p>
      <w:r>
        <w:rPr>
          <w:b/>
        </w:rPr>
        <w:t xml:space="preserve">[53:17] </w:t>
      </w:r>
      <w:r>
        <w:t>yani kitni bari cheez mili hai yeh isi ko kaha hai quran mein amanat amanat ka matlab hai</w:t>
      </w:r>
    </w:p>
    <w:p>
      <w:pPr>
        <w:jc w:val="right"/>
      </w:pPr>
      <w:r>
        <w:t>یعنی کتنی بڑی چیز ملی ہے یہ اسی کو کہا ہے قران میں امانت امانت کا مطلب ہے</w:t>
      </w:r>
    </w:p>
    <w:p>
      <w:r>
        <w:rPr>
          <w:b/>
        </w:rPr>
        <w:t xml:space="preserve">[53:25] </w:t>
      </w:r>
      <w:r>
        <w:t>ke khudai level ki cheez hai yeh aap ko khudai level ki cheez mili hui hai ke aap</w:t>
      </w:r>
    </w:p>
    <w:p>
      <w:pPr>
        <w:jc w:val="right"/>
      </w:pPr>
      <w:r>
        <w:t>کہ خدائی لیول کی چیز ہے یہ آپ کو خدائی لیول کی چیز ملی ہوئی ہے کہ آپ</w:t>
      </w:r>
    </w:p>
    <w:p>
      <w:r>
        <w:rPr>
          <w:b/>
        </w:rPr>
        <w:t xml:space="preserve">[53:32] </w:t>
      </w:r>
      <w:r>
        <w:t>poori kainat ke bare mein soch sakte hain to yeh comparison jo log karte hain bohat hi zyada</w:t>
      </w:r>
    </w:p>
    <w:p>
      <w:pPr>
        <w:jc w:val="right"/>
      </w:pPr>
      <w:r>
        <w:t>پوری کائنات کے بارے میں سوچ سکتے ہیں تو یہ کمپیریزن جو لوگ کرتے ہیں بہت ہی زیادہ</w:t>
      </w:r>
    </w:p>
    <w:p>
      <w:r>
        <w:rPr>
          <w:b/>
        </w:rPr>
        <w:t xml:space="preserve">[53:40] </w:t>
      </w:r>
      <w:r>
        <w:t>yani meaning less comparison hota hai kuch bhi nahi Maulana agla sawal Kashmir se kiya hai aamir mori</w:t>
      </w:r>
    </w:p>
    <w:p>
      <w:pPr>
        <w:jc w:val="right"/>
      </w:pPr>
      <w:r>
        <w:t>یعنی میننگ لیس کمپیریزن ہوتا ہے کچھ بھی نہیں مولانا اگلا سوال کشمیر سے کیا ہے عامر موری</w:t>
      </w:r>
    </w:p>
    <w:p>
      <w:r>
        <w:rPr>
          <w:b/>
        </w:rPr>
        <w:t xml:space="preserve">[53:47] </w:t>
      </w:r>
      <w:r>
        <w:t>sahib ne unhon ne likha hai ofen we get surrounded by negative people and sometimes we get</w:t>
      </w:r>
    </w:p>
    <w:p>
      <w:pPr>
        <w:jc w:val="right"/>
      </w:pPr>
      <w:r>
        <w:t>صاحب نے انہوں نے لکھا ہے اوفن وی گیٹ سراؤنڈڈ بائے نیگیٹیو پیپل اینڈ سم ٹائمز وی گیٹ</w:t>
      </w:r>
    </w:p>
    <w:p>
      <w:r>
        <w:rPr>
          <w:b/>
        </w:rPr>
        <w:t xml:space="preserve">[53:55] </w:t>
      </w:r>
      <w:r>
        <w:t>derailed by seeing their negative behavior kindly guide us how we can save our self under those circumstances</w:t>
      </w:r>
    </w:p>
    <w:p>
      <w:pPr>
        <w:jc w:val="right"/>
      </w:pPr>
      <w:r>
        <w:t>ڈیریلڈ بائے سینگ دیر نیگیٹیو بیہیویئر کائنڈلی گائیڈ اس ہاؤ وی کین سیو اور سیلف انڈر دوز سرکمسٹانسز</w:t>
      </w:r>
    </w:p>
    <w:p>
      <w:r>
        <w:rPr>
          <w:b/>
        </w:rPr>
        <w:t xml:space="preserve">[54:02] </w:t>
      </w:r>
      <w:r>
        <w:t>sab se aasan tareeqa bohat hi aasan hai aap yeh sochen ke Allah taala ka talba ehsan hai</w:t>
      </w:r>
    </w:p>
    <w:p>
      <w:pPr>
        <w:jc w:val="right"/>
      </w:pPr>
      <w:r>
        <w:t>سب سے آسان طریقہ بہت ہی آسان ہے آپ یہ سوچیں کہ اللہ تعالی کا طلبہ احسان ہے</w:t>
      </w:r>
    </w:p>
    <w:p>
      <w:r>
        <w:rPr>
          <w:b/>
        </w:rPr>
        <w:t xml:space="preserve">[54:09] </w:t>
      </w:r>
      <w:r>
        <w:t>ke main is se bach gaya agar aap positive hain aur doosri taraf log bheer hai negative logon</w:t>
      </w:r>
    </w:p>
    <w:p>
      <w:pPr>
        <w:jc w:val="right"/>
      </w:pPr>
      <w:r>
        <w:t>کہ میں اس سے بچ گیا اگر آپ پازیٹیو ہیں اور دوسری طرف لوگ بھیڑ ہے نیگیٹیو لوگوں</w:t>
      </w:r>
    </w:p>
    <w:p>
      <w:r>
        <w:rPr>
          <w:b/>
        </w:rPr>
        <w:t xml:space="preserve">[54:17] </w:t>
      </w:r>
      <w:r>
        <w:t>ki to yeh to bohat mashhoor ka item hai ke Allah ne mujhe negative hone se bacha liya</w:t>
      </w:r>
    </w:p>
    <w:p>
      <w:pPr>
        <w:jc w:val="right"/>
      </w:pPr>
      <w:r>
        <w:t>کی تو یہ تو بہت مشہور کا آئٹم ہے کہ اللہ نے مجھے نیگیٹیو ہونے سے بچا لیا</w:t>
      </w:r>
    </w:p>
    <w:p>
      <w:r>
        <w:rPr>
          <w:b/>
        </w:rPr>
        <w:t xml:space="preserve">[54:24] </w:t>
      </w:r>
      <w:r>
        <w:t>to jahan shukr ka mauqa hai wahan aap nashukri kar rahe hain main to kisi bhi cheez ko</w:t>
      </w:r>
    </w:p>
    <w:p>
      <w:pPr>
        <w:jc w:val="right"/>
      </w:pPr>
      <w:r>
        <w:t>تو جہاں شکر کا موقع ہے وہاں آپ ناشکری کر رہے ہیں میں تو کسی بھی چیز کو</w:t>
      </w:r>
    </w:p>
    <w:p>
      <w:r>
        <w:rPr>
          <w:b/>
        </w:rPr>
        <w:t xml:space="preserve">[54:32] </w:t>
      </w:r>
      <w:r>
        <w:t>dekhta hoon ek kaate ko dekhta hoon to shor karta hoon ke mujhe mujhe bhi khuda kaata bana</w:t>
      </w:r>
    </w:p>
    <w:p>
      <w:pPr>
        <w:jc w:val="right"/>
      </w:pPr>
      <w:r>
        <w:t>دیکھتا ہوں ایک کاٹے کو دیکھتا ہوں تو شور کرتا ہوں کہ مجھے مجھے بھی خدا کاٹا بنا</w:t>
      </w:r>
    </w:p>
    <w:p>
      <w:r>
        <w:rPr>
          <w:b/>
        </w:rPr>
        <w:t xml:space="preserve">[54:39] </w:t>
      </w:r>
      <w:r>
        <w:t>sakta tha mujhe kaata nahi banaya mujhe machhar bana sakta tha har lamha shukr ka lamha hai ke</w:t>
      </w:r>
    </w:p>
    <w:p>
      <w:pPr>
        <w:jc w:val="right"/>
      </w:pPr>
      <w:r>
        <w:t>سکتا تھا مجھے کاٹا نہیں بنایا مجھے مچھر بنا سکتا تھا ہر لمحہ شکر کا لمحہ ہے کہ</w:t>
      </w:r>
    </w:p>
    <w:p>
      <w:r>
        <w:rPr>
          <w:b/>
        </w:rPr>
        <w:t xml:space="preserve">[54:47] </w:t>
      </w:r>
      <w:r>
        <w:t>Allah ne mujhe insan banaya positive thinker banaya to shukr ke item itne zyada hain itne zyada hain</w:t>
      </w:r>
    </w:p>
    <w:p>
      <w:pPr>
        <w:jc w:val="right"/>
      </w:pPr>
      <w:r>
        <w:t>اللہ نے مجھے انسان بنایا پازیٹیو تھنکر بنایا تو شکر کے آئٹم اتنے زیادہ ہیں اتنے زیادہ ہیں</w:t>
      </w:r>
    </w:p>
    <w:p>
      <w:r>
        <w:rPr>
          <w:b/>
        </w:rPr>
        <w:t xml:space="preserve">[54:54] </w:t>
      </w:r>
      <w:r>
        <w:t>itne zyada hain ke agar aadmi soche to shukr hi shukr mein woh gharaq rahega nashukri is</w:t>
      </w:r>
    </w:p>
    <w:p>
      <w:pPr>
        <w:jc w:val="right"/>
      </w:pPr>
      <w:r>
        <w:t>اتنے زیادہ ہیں کہ اگر آدمی سوچے تو شکر ہی شکر میں وہ غرق رہے گا ناشکری اس</w:t>
      </w:r>
    </w:p>
    <w:p>
      <w:r>
        <w:rPr>
          <w:b/>
        </w:rPr>
        <w:t xml:space="preserve">[55:02] </w:t>
      </w:r>
      <w:r>
        <w:t>کے دل میں آئے گی نہیں negative thinking آئے گی نہیں ٹوٹل سینس میں وہ positive thinker بن</w:t>
      </w:r>
    </w:p>
    <w:p>
      <w:pPr>
        <w:jc w:val="right"/>
      </w:pPr>
      <w:r>
        <w:t>کے دل میں آئے گی نہیں نیگیٹیو تھنکنگ آئے گی نہیں ٹوٹل سینس میں وہ پازیٹیو تھنکر بن</w:t>
      </w:r>
    </w:p>
    <w:p>
      <w:r>
        <w:rPr>
          <w:b/>
        </w:rPr>
        <w:t xml:space="preserve">[55:09] </w:t>
      </w:r>
      <w:r>
        <w:t>جائے گا یہ سب سوچ کا معاملہ ہے لوگوں کو سوچ کو develop کیجئے right thinking کو develop</w:t>
      </w:r>
    </w:p>
    <w:p>
      <w:pPr>
        <w:jc w:val="right"/>
      </w:pPr>
      <w:r>
        <w:t>جائے گا یہ سب سوچ کا معاملہ ہے لوگوں کو سوچ کو ڈیولپ کیجئے رائٹ تھنکنگ کو ڈیولپ</w:t>
      </w:r>
    </w:p>
    <w:p>
      <w:r>
        <w:rPr>
          <w:b/>
        </w:rPr>
        <w:t xml:space="preserve">[55:17] </w:t>
      </w:r>
      <w:r>
        <w:t>kijiye Maulana agla sawal Dilli se kya hai Syed Ahmed Ali sahib ne aur unhon ne likha hai</w:t>
      </w:r>
    </w:p>
    <w:p>
      <w:pPr>
        <w:jc w:val="right"/>
      </w:pPr>
      <w:r>
        <w:t>کیجئے مولانا اگلا سوال دلی سے کیا ہے سید احمد علی صاحب نے اور انہوں نے لکھا ہے</w:t>
      </w:r>
    </w:p>
    <w:p>
      <w:r>
        <w:rPr>
          <w:b/>
        </w:rPr>
        <w:t xml:space="preserve">[55:24] </w:t>
      </w:r>
      <w:r>
        <w:t>Allah has given us blessings and نعمت that we can neither count nor thank Him enough. So, according</w:t>
      </w:r>
    </w:p>
    <w:p>
      <w:pPr>
        <w:jc w:val="right"/>
      </w:pPr>
      <w:r>
        <w:t>اللہ ہیز گیون اس بلیسنگز اینڈ نعمت دیٹ وی کین نیدر کاؤنٹ نور تھینک ہم انف سو اکارڈنگ</w:t>
      </w:r>
    </w:p>
    <w:p>
      <w:r>
        <w:rPr>
          <w:b/>
        </w:rPr>
        <w:t xml:space="preserve">[55:32] </w:t>
      </w:r>
      <w:r>
        <w:t>to Prophet Muhammad what is the best act or way to thank Allah in other words please tell</w:t>
      </w:r>
    </w:p>
    <w:p>
      <w:pPr>
        <w:jc w:val="right"/>
      </w:pPr>
      <w:r>
        <w:t>ٹو پرافٹ محمد واٹ از دا بیسٹ ایکٹ اور وے ٹو تھینک اللہ ان ادر ورڈز پلیز ٹیل</w:t>
      </w:r>
    </w:p>
    <w:p>
      <w:r>
        <w:rPr>
          <w:b/>
        </w:rPr>
        <w:t xml:space="preserve">[55:39] </w:t>
      </w:r>
      <w:r>
        <w:t>is wich ek act does Allah love the most from us dekhen Quran mein bataya gaya hai ke ke</w:t>
      </w:r>
    </w:p>
    <w:p>
      <w:pPr>
        <w:jc w:val="right"/>
      </w:pPr>
      <w:r>
        <w:t>اس وچ ایکٹ ڈز اللہ لو دا موسٹ فرام اس دیکھیں قران میں بتایا گیا ہے کہ کہ</w:t>
      </w:r>
    </w:p>
    <w:p>
      <w:r>
        <w:rPr>
          <w:b/>
        </w:rPr>
        <w:t xml:space="preserve">[55:46] </w:t>
      </w:r>
      <w:r>
        <w:t>allazina amanu ashadd hubba lillah jo Allah pe iman rakhne wale log hain woh Allah se sab se</w:t>
      </w:r>
    </w:p>
    <w:p>
      <w:pPr>
        <w:jc w:val="right"/>
      </w:pPr>
      <w:r>
        <w:t>الذین آمنوا اشد حبا للہ جو اللہ پہ ایمان رکھنے والے لوگ ہیں وہ اللہ سے سب سے</w:t>
      </w:r>
    </w:p>
    <w:p>
      <w:r>
        <w:rPr>
          <w:b/>
        </w:rPr>
        <w:t xml:space="preserve">[55:54] </w:t>
      </w:r>
      <w:r>
        <w:t>زیادہ محبت کرتے ہیں تو محبت کیا ہے وہ result of discovery ہے یعنی اللہ سے حب شدید</w:t>
      </w:r>
    </w:p>
    <w:p>
      <w:pPr>
        <w:jc w:val="right"/>
      </w:pPr>
      <w:r>
        <w:t>زیادہ محبت کرتے ہیں تو محبت کیا ہے وہ رزلٹ اف ڈسکوری ہے یعنی اللہ سے حب شدید</w:t>
      </w:r>
    </w:p>
    <w:p>
      <w:r>
        <w:rPr>
          <w:b/>
        </w:rPr>
        <w:t xml:space="preserve">[56:01] </w:t>
      </w:r>
      <w:r>
        <w:t>کیا ہے وہ result of discovery ہے جب آپ دریافت کرتے ہیں کہ اللہ بہت ہی بڑا reward</w:t>
      </w:r>
    </w:p>
    <w:p>
      <w:pPr>
        <w:jc w:val="right"/>
      </w:pPr>
      <w:r>
        <w:t>کیا ہے وہ رزلٹ اف ڈسکوری ہے جب آپ دریافت کرتے ہیں کہ اللہ بہت ہی بڑا ریوارڈ</w:t>
      </w:r>
    </w:p>
    <w:p>
      <w:r>
        <w:rPr>
          <w:b/>
        </w:rPr>
        <w:t xml:space="preserve">[56:09] </w:t>
      </w:r>
      <w:r>
        <w:t>mujhe de rakha hai Allah ne dunya mein mere liye bohat bari jannat bana rakhi hai Allah ne</w:t>
      </w:r>
    </w:p>
    <w:p>
      <w:pPr>
        <w:jc w:val="right"/>
      </w:pPr>
      <w:r>
        <w:t>مجھے دے رکھا ہے اللہ نے دنیا میں میرے لیے بہت بڑی جنت بنا رکھی ہے اللہ نے</w:t>
      </w:r>
    </w:p>
    <w:p>
      <w:r>
        <w:rPr>
          <w:b/>
        </w:rPr>
        <w:t xml:space="preserve">[56:16] </w:t>
      </w:r>
      <w:r>
        <w:t>tab aap mohabbat ke samandar mein gharaq ho jaate hain to yeh yahi sab se bari cheez hai</w:t>
      </w:r>
    </w:p>
    <w:p>
      <w:pPr>
        <w:jc w:val="right"/>
      </w:pPr>
      <w:r>
        <w:t>تب آپ محبت کے سمندر میں غرق ہو جاتے ہیں تو یہ یہی سب سے بڑی چیز ہے</w:t>
      </w:r>
    </w:p>
    <w:p>
      <w:r>
        <w:rPr>
          <w:b/>
        </w:rPr>
        <w:t xml:space="preserve">[56:24] </w:t>
      </w:r>
      <w:r>
        <w:t>khud Rasool Allah bhi isi pe jeete the humein bhi isi pe jeena hai Maulana agla sawal Dilli</w:t>
      </w:r>
    </w:p>
    <w:p>
      <w:pPr>
        <w:jc w:val="right"/>
      </w:pPr>
      <w:r>
        <w:t>خود رسول اللہ بھی اسی پہ جیتے تھے ہمیں بھی اسی پہ جینا ہے مولانا اگلا سوال دلی</w:t>
      </w:r>
    </w:p>
    <w:p>
      <w:r>
        <w:rPr>
          <w:b/>
        </w:rPr>
        <w:t xml:space="preserve">[56:31] </w:t>
      </w:r>
      <w:r>
        <w:t>سے کیا ہے امس کرونا مدان نے انہوں نے لکھا ہے I would like to know your views</w:t>
      </w:r>
    </w:p>
    <w:p>
      <w:pPr>
        <w:jc w:val="right"/>
      </w:pPr>
      <w:r>
        <w:t>سے کیا ہے امس کرونا مدان نے انہوں نے لکھا ہے ائی وڈ لائک ٹو نو یور ویوز</w:t>
      </w:r>
    </w:p>
    <w:p>
      <w:r>
        <w:rPr>
          <w:b/>
        </w:rPr>
        <w:t xml:space="preserve">[56:39] </w:t>
      </w:r>
      <w:r>
        <w:t>Is vegetarianism is it contrary to the spirit of Islam? Secondly, is there any evidence to</w:t>
      </w:r>
    </w:p>
    <w:p>
      <w:pPr>
        <w:jc w:val="right"/>
      </w:pPr>
      <w:r>
        <w:t>ان ویجیٹیرین ویجیٹیرینزم از از اٹ کانٹری ٹو دا سپرٹ اف اسلام سیکنڈلی از دیر اینی ایویڈنس ٹو</w:t>
      </w:r>
    </w:p>
    <w:p>
      <w:r>
        <w:rPr>
          <w:b/>
        </w:rPr>
        <w:t xml:space="preserve">[56:46] </w:t>
      </w:r>
      <w:r>
        <w:t>suggest that Prophet Muhammad was vegetarian. دیکھیں پہلی بات یہ ہے کہ میں خود ایک ویجیٹیرین ہوں کبھی</w:t>
      </w:r>
    </w:p>
    <w:p>
      <w:pPr>
        <w:jc w:val="right"/>
      </w:pPr>
      <w:r>
        <w:t>سجیسٹ دیٹ پرافٹ محمد واز ویجیٹیرین دیکھیں پہلی بات یہ ہے کہ میں خود ایک ویجیٹیرین ہوں کبھی</w:t>
      </w:r>
    </w:p>
    <w:p>
      <w:r>
        <w:rPr>
          <w:b/>
        </w:rPr>
        <w:t xml:space="preserve">[56:54] </w:t>
      </w:r>
      <w:r>
        <w:t>to wusti mushkil log gosht khilate hain aisa hota hai lekin mera jo meri pasand ka jo khana</w:t>
      </w:r>
    </w:p>
    <w:p>
      <w:pPr>
        <w:jc w:val="right"/>
      </w:pPr>
      <w:r>
        <w:t>تو وسطی مشکل لوگ گوشت کھلاتے ہیں ایسا ہوتا ہے لیکن میرا جو میری پسند کا جو کھانا</w:t>
      </w:r>
    </w:p>
    <w:p>
      <w:r>
        <w:rPr>
          <w:b/>
        </w:rPr>
        <w:t xml:space="preserve">[57:01] </w:t>
      </w:r>
      <w:r>
        <w:t>hai woh vegetarian hai food hai pehli baat doosri baat yeh hai ke vegetarian non vegetarian dono relative</w:t>
      </w:r>
    </w:p>
    <w:p>
      <w:pPr>
        <w:jc w:val="right"/>
      </w:pPr>
      <w:r>
        <w:t>ہے وہ ویجیٹیرین ہے فوڈ ہے پہلی بات دوسری بات یہ ہے کہ ویجیٹیرین نان ویجیٹیرین دونوں ریلیٹو</w:t>
      </w:r>
    </w:p>
    <w:p>
      <w:r>
        <w:rPr>
          <w:b/>
        </w:rPr>
        <w:t xml:space="preserve">[57:08] </w:t>
      </w:r>
      <w:r>
        <w:t>word hain jiska taluq na mazhab se hai na akhlaq se hai aap ka taste hai aap</w:t>
      </w:r>
    </w:p>
    <w:p>
      <w:pPr>
        <w:jc w:val="right"/>
      </w:pPr>
      <w:r>
        <w:t>ورڈ ہیں جس کا تعلق نہ مذہب سے ہے نہ اخلاق سے ہے آپ کا ٹیسٹ ہے آپ</w:t>
      </w:r>
    </w:p>
    <w:p>
      <w:r>
        <w:rPr>
          <w:b/>
        </w:rPr>
        <w:t xml:space="preserve">[57:16] </w:t>
      </w:r>
      <w:r>
        <w:t>ka zawq hai chahiye khaiye chahe woh khaiye ya aadmi ka apne taste ki baat hai mislan main</w:t>
      </w:r>
    </w:p>
    <w:p>
      <w:pPr>
        <w:jc w:val="right"/>
      </w:pPr>
      <w:r>
        <w:t>کا ذوق ہے چاہیے کھائیے چاہے وہ کھائیے یا آدمی کا اپنے ٹیسٹ کی بات ہے مثلا میں</w:t>
      </w:r>
    </w:p>
    <w:p>
      <w:r>
        <w:rPr>
          <w:b/>
        </w:rPr>
        <w:t xml:space="preserve">[57:23] </w:t>
      </w:r>
      <w:r>
        <w:t>vegetarian hoon to is liye nahi ke main mera mazhab vegetarianism hai nahi mazhab nahi hai mera zawq</w:t>
      </w:r>
    </w:p>
    <w:p>
      <w:pPr>
        <w:jc w:val="right"/>
      </w:pPr>
      <w:r>
        <w:t>ویجیٹیرین ہوں تو اس لیے نہیں کہ میں میرا مذہب ویجیٹیرینزم ہے نہیں مذہب نہیں ہے میرا ذوق</w:t>
      </w:r>
    </w:p>
    <w:p>
      <w:r>
        <w:rPr>
          <w:b/>
        </w:rPr>
        <w:t xml:space="preserve">[57:31] </w:t>
      </w:r>
      <w:r>
        <w:t>hai mera taste hai mere taste buds se hain shayad aise honge main to aisa hoon ke</w:t>
      </w:r>
    </w:p>
    <w:p>
      <w:pPr>
        <w:jc w:val="right"/>
      </w:pPr>
      <w:r>
        <w:t>ہے میرا ٹیسٹ ہے میرے ٹیسٹ برڈز سے ہیں شاید ایسے ہوں گے میں تو ایسا ہوں کہ</w:t>
      </w:r>
    </w:p>
    <w:p>
      <w:r>
        <w:rPr>
          <w:b/>
        </w:rPr>
        <w:t xml:space="preserve">[57:38] </w:t>
      </w:r>
      <w:r>
        <w:t>yani main ek martaba safar par tha to ek airport par thehra tha jahaz badalne ke liye to</w:t>
      </w:r>
    </w:p>
    <w:p>
      <w:pPr>
        <w:jc w:val="right"/>
      </w:pPr>
      <w:r>
        <w:t>یعنی میں ایک مرتبہ سفر پر تھا تو ایک ایئرپورٹ پر ٹھہرا تھا جہاز بدلنے کے لیے تو</w:t>
      </w:r>
    </w:p>
    <w:p>
      <w:r>
        <w:rPr>
          <w:b/>
        </w:rPr>
        <w:t xml:space="preserve">[57:46] </w:t>
      </w:r>
      <w:r>
        <w:t>ek Indian baitha hua tha court par ek Indian aaya to Indian dekh kar maine unko</w:t>
      </w:r>
    </w:p>
    <w:p>
      <w:pPr>
        <w:jc w:val="right"/>
      </w:pPr>
      <w:r>
        <w:t>ایک انڈین بیٹھا ہوا تھا کورٹ پہ ایک انڈین آیا تو انڈین دیکھ کر میں نے ان کو</w:t>
      </w:r>
    </w:p>
    <w:p>
      <w:r>
        <w:rPr>
          <w:b/>
        </w:rPr>
        <w:t xml:space="preserve">[57:53] </w:t>
      </w:r>
      <w:r>
        <w:t>pehchana to maine kaha ke aaiye baithe hain kuch baatein karen to unhon ne ek ek ek</w:t>
      </w:r>
    </w:p>
    <w:p>
      <w:pPr>
        <w:jc w:val="right"/>
      </w:pPr>
      <w:r>
        <w:t>پہچانا تو میں نے کہا کہ آئیے بیٹھے ہیں کچھ باتیں کریں تو انہوں نے ایک ایک ایک</w:t>
      </w:r>
    </w:p>
    <w:p>
      <w:r>
        <w:rPr>
          <w:b/>
        </w:rPr>
        <w:t xml:space="preserve">[58:01] </w:t>
      </w:r>
      <w:r>
        <w:t>botl dikhaya ke matlab yeh mere hath mein hai is ko pi kar aaon ga mein ne kaha</w:t>
      </w:r>
    </w:p>
    <w:p>
      <w:pPr>
        <w:jc w:val="right"/>
      </w:pPr>
      <w:r>
        <w:t>بوتل دکھایا کہ مطلب یہ میرے ہاتھ میں ہے اس کو پی کر آؤں گا میں نے کہا</w:t>
      </w:r>
    </w:p>
    <w:p>
      <w:r>
        <w:rPr>
          <w:b/>
        </w:rPr>
        <w:t xml:space="preserve">[58:08] </w:t>
      </w:r>
      <w:r>
        <w:t>mujhe kuch nahi farq parta aap baithiye to woh wine ka botl le ke mere pas baithe aur</w:t>
      </w:r>
    </w:p>
    <w:p>
      <w:pPr>
        <w:jc w:val="right"/>
      </w:pPr>
      <w:r>
        <w:t>مجھے کچھ نہیں فرق پڑتا آپ بیٹھیے تو وہ وائن کا بوتل لے کے میرے پاس بیٹھے اور</w:t>
      </w:r>
    </w:p>
    <w:p>
      <w:r>
        <w:rPr>
          <w:b/>
        </w:rPr>
        <w:t xml:space="preserve">[58:16] </w:t>
      </w:r>
      <w:r>
        <w:t>mein bilkul yani normal tareeqe se baat karta raha to jo log is mein phanse hue hain ke</w:t>
      </w:r>
    </w:p>
    <w:p>
      <w:pPr>
        <w:jc w:val="right"/>
      </w:pPr>
      <w:r>
        <w:t>میں بالکل یعنی نارمل طریقے سے بات کرتا رہا تو جو لوگ اس میں پھنسے ہوئے ہیں کہ</w:t>
      </w:r>
    </w:p>
    <w:p>
      <w:r>
        <w:rPr>
          <w:b/>
        </w:rPr>
        <w:t xml:space="preserve">[58:23] </w:t>
      </w:r>
      <w:r>
        <w:t>woh meat khata hai is liye mujhe is ke pas nahi baithna hai woh apne aap ko bare</w:t>
      </w:r>
    </w:p>
    <w:p>
      <w:pPr>
        <w:jc w:val="right"/>
      </w:pPr>
      <w:r>
        <w:t>وہ میٹ کھاتا ہے اس لیے مجھے اس کے پاس نہیں بیٹھنا ہے وہ اپنے آپ کو بڑے</w:t>
      </w:r>
    </w:p>
    <w:p>
      <w:r>
        <w:rPr>
          <w:b/>
        </w:rPr>
        <w:t xml:space="preserve">[58:30] </w:t>
      </w:r>
      <w:r>
        <w:t>bare josh se mahroom kiye rahe hain kon wine leta hai kon meat leta hai is se ooper</w:t>
      </w:r>
    </w:p>
    <w:p>
      <w:pPr>
        <w:jc w:val="right"/>
      </w:pPr>
      <w:r>
        <w:t>بڑے جوش سے محروم کیے رہے ہیں کون وائن لیتا ہے کون میٹ لیتا ہے اس سے اوپر</w:t>
      </w:r>
    </w:p>
    <w:p>
      <w:r>
        <w:rPr>
          <w:b/>
        </w:rPr>
        <w:t xml:space="preserve">[58:38] </w:t>
      </w:r>
      <w:r>
        <w:t>ko uth ke sochiye high thinking paida kijiye aap woh logon ka un ka test hai un ka</w:t>
      </w:r>
    </w:p>
    <w:p>
      <w:pPr>
        <w:jc w:val="right"/>
      </w:pPr>
      <w:r>
        <w:t>کو اٹھ کے سوچیے ہائی تھنکنگ پیدا کیجئے آپ وہ لوگوں کا ان کا ٹیسٹ ہے ان کا</w:t>
      </w:r>
    </w:p>
    <w:p>
      <w:r>
        <w:rPr>
          <w:b/>
        </w:rPr>
        <w:t xml:space="preserve">[58:45] </w:t>
      </w:r>
      <w:r>
        <w:t>un ka zaouq hai un ka culture hai har aadmi ko apne bare mein sochna chahiye aaj hi</w:t>
      </w:r>
    </w:p>
    <w:p>
      <w:pPr>
        <w:jc w:val="right"/>
      </w:pPr>
      <w:r>
        <w:t>ان کا ذوق ہے ان کا کلچر ہے ہر آدمی کو اپنے بارے میں سوچنا چاہیے آج ہی</w:t>
      </w:r>
    </w:p>
    <w:p>
      <w:r>
        <w:rPr>
          <w:b/>
        </w:rPr>
        <w:t xml:space="preserve">[58:53] </w:t>
      </w:r>
      <w:r>
        <w:t>mein ne kisi se kaha hai ke it is me that matters matters is ko pakriye aap is</w:t>
      </w:r>
    </w:p>
    <w:p>
      <w:pPr>
        <w:jc w:val="right"/>
      </w:pPr>
      <w:r>
        <w:t>میں نے کسی سے کہا ہے کہ اٹ از می دیٹ میٹر میٹرز اس کو پکڑیے آپ اس</w:t>
      </w:r>
    </w:p>
    <w:p>
      <w:r>
        <w:rPr>
          <w:b/>
        </w:rPr>
        <w:t xml:space="preserve">[59:00] </w:t>
      </w:r>
      <w:r>
        <w:t>usool ko it is me that matters doosra kya karta hai kar deti hai is se aap ka</w:t>
      </w:r>
    </w:p>
    <w:p>
      <w:pPr>
        <w:jc w:val="right"/>
      </w:pPr>
      <w:r>
        <w:t>اصول کو اٹ از می دیٹ میٹرز دوسرا کیا کرتا ہے کر دیتی ہے اس سے آپ کا</w:t>
      </w:r>
    </w:p>
    <w:p>
      <w:r>
        <w:rPr>
          <w:b/>
        </w:rPr>
        <w:t xml:space="preserve">[59:08] </w:t>
      </w:r>
      <w:r>
        <w:t>development rukega nahi aur samaj mein peace aayega samaj mein peace aayega kyunke dekhiye aap</w:t>
      </w:r>
    </w:p>
    <w:p>
      <w:pPr>
        <w:jc w:val="right"/>
      </w:pPr>
      <w:r>
        <w:t>ڈیولپمنٹ رکے گا نہیں اور سماج میں پیس آئے گا سماج میں پیس آئے گا کیونکہ دیکھیں آپ</w:t>
      </w:r>
    </w:p>
    <w:p>
      <w:r>
        <w:rPr>
          <w:b/>
        </w:rPr>
        <w:t xml:space="preserve">[59:15] </w:t>
      </w:r>
      <w:r>
        <w:t>is ko naam ke nikah duniya se yani meat khana band kar dein kyunke bohat se ilaqe aise</w:t>
      </w:r>
    </w:p>
    <w:p>
      <w:pPr>
        <w:jc w:val="right"/>
      </w:pPr>
      <w:r>
        <w:t>اس کو نام کے نکاح دنیا سے یعنی میٹ کھانا بند کر دیں کیونکہ بہت سے علاقے ایسے</w:t>
      </w:r>
    </w:p>
    <w:p>
      <w:r>
        <w:rPr>
          <w:b/>
        </w:rPr>
        <w:t xml:space="preserve">[59:23] </w:t>
      </w:r>
      <w:r>
        <w:t>hain ke wahan koi cheez available nahi machhli milti hai wahi khana wahan koi available nahi koi na</w:t>
      </w:r>
    </w:p>
    <w:p>
      <w:pPr>
        <w:jc w:val="right"/>
      </w:pPr>
      <w:r>
        <w:t>ہیں کہ وہاں کوئی چیز اویلیبل نہیں مچھلی ملتی ہے وہی کھانا وہاں کوئی اویلیبل نہیں کوئی نہ</w:t>
      </w:r>
    </w:p>
    <w:p>
      <w:r>
        <w:rPr>
          <w:b/>
        </w:rPr>
        <w:t xml:space="preserve">[59:30] </w:t>
      </w:r>
      <w:r>
        <w:t>phal hai na ghalla hai na kuch kiya karen ge aap kahen ge ke maro maro bhooke maro</w:t>
      </w:r>
    </w:p>
    <w:p>
      <w:pPr>
        <w:jc w:val="right"/>
      </w:pPr>
      <w:r>
        <w:t>پھل ہے نہ غلہ ہے نہ کچھ کیا کریں گے آپ کہیں گے کہ مرو مرو بھوکے مرو</w:t>
      </w:r>
    </w:p>
    <w:p>
      <w:r>
        <w:rPr>
          <w:b/>
        </w:rPr>
        <w:t xml:space="preserve">[59:38] </w:t>
      </w:r>
      <w:r>
        <w:t>khud india mein aise ilaqe hain jahan log gosht khate hain un ke pas koi alternative nahi hai</w:t>
      </w:r>
    </w:p>
    <w:p>
      <w:pPr>
        <w:jc w:val="right"/>
      </w:pPr>
      <w:r>
        <w:t>خود انڈیا میں ایسے علاقے ہیں جہاں لوگ گوشت کھاتے ہیں ان کے پاس کوئی الٹرنیٹو نہیں ہے</w:t>
      </w:r>
    </w:p>
    <w:p>
      <w:r>
        <w:rPr>
          <w:b/>
        </w:rPr>
        <w:t xml:space="preserve">[59:45] </w:t>
      </w:r>
      <w:r>
        <w:t>yeh soch jo hai unnatural hai mein hoon vegetarian lekin yaqeen kijiye ke mere mere dil mein</w:t>
      </w:r>
    </w:p>
    <w:p>
      <w:pPr>
        <w:jc w:val="right"/>
      </w:pPr>
      <w:r>
        <w:t>یہ سوچ جو ہے ان نیچرل ہے میں ہوں ویجیٹیرین لیکن یقین کیجئے کہ میرے میرے دل میں</w:t>
      </w:r>
    </w:p>
    <w:p>
      <w:r>
        <w:rPr>
          <w:b/>
        </w:rPr>
        <w:t xml:space="preserve">[59:52] </w:t>
      </w:r>
      <w:r>
        <w:t>zara bhi in logon ki kuch nahi hai negative thought woh woh woh meat khayen is wine</w:t>
      </w:r>
    </w:p>
    <w:p>
      <w:pPr>
        <w:jc w:val="right"/>
      </w:pPr>
      <w:r>
        <w:t>ذرا بھی ان لوگوں کی کچھ وہ نہیں ہے نیگیٹیو تھاٹ وہ وہ وہ میٹ کھائیں اس وائن</w:t>
      </w:r>
    </w:p>
    <w:p>
      <w:r>
        <w:rPr>
          <w:b/>
        </w:rPr>
        <w:t xml:space="preserve">[1:00:00] </w:t>
      </w:r>
      <w:r>
        <w:t>len mujhe un se insaan ki satah par muamla karna hai kyun is se mera self development jo</w:t>
      </w:r>
    </w:p>
    <w:p>
      <w:pPr>
        <w:jc w:val="right"/>
      </w:pPr>
      <w:r>
        <w:t>لیں مجھے ان سے انسان کی سطح پر معاملہ کرنا ہے کیوں اس سے میرا سیلف ڈیولپمنٹ جو</w:t>
      </w:r>
    </w:p>
    <w:p>
      <w:r>
        <w:rPr>
          <w:b/>
        </w:rPr>
        <w:t xml:space="preserve">[1:00:07] </w:t>
      </w:r>
      <w:r>
        <w:t>hai non stop chalta rehta hai mein apne self self development ko dekhta hoon jo mein ne kaha</w:t>
      </w:r>
    </w:p>
    <w:p>
      <w:pPr>
        <w:jc w:val="right"/>
      </w:pPr>
      <w:r>
        <w:t>ہے نان اسٹاپ چلتا رہتا ہے میں اپنے سیلف سیلف ڈیولپمنٹ کو دیکھتا ہوں جو میں نے کہا</w:t>
      </w:r>
    </w:p>
    <w:p>
      <w:r>
        <w:rPr>
          <w:b/>
        </w:rPr>
        <w:t xml:space="preserve">[1:00:15] </w:t>
      </w:r>
      <w:r>
        <w:t>na kahin se aaj hi subah un ko bataya mein ne formula yeh formula pakriye it is me</w:t>
      </w:r>
    </w:p>
    <w:p>
      <w:pPr>
        <w:jc w:val="right"/>
      </w:pPr>
      <w:r>
        <w:t>نا کہیں سے آج ہی صبح ان کو بتایا میں نے فارمولا یہ فارمولا پکڑیے اٹ از می</w:t>
      </w:r>
    </w:p>
    <w:p>
      <w:r>
        <w:rPr>
          <w:b/>
        </w:rPr>
        <w:t xml:space="preserve">[1:00:22] </w:t>
      </w:r>
      <w:r>
        <w:t>that matters log jo hain aap logon ki soch apne se nahi chalti doosron ki chalti hai doosra</w:t>
      </w:r>
    </w:p>
    <w:p>
      <w:pPr>
        <w:jc w:val="right"/>
      </w:pPr>
      <w:r>
        <w:t>دیٹ میٹرز لوگ جو ہیں آپ لوگوں کی سوچ اپنے سے نہیں چلتی دوسروں کی چلتی ہے دوسرا</w:t>
      </w:r>
    </w:p>
    <w:p>
      <w:r>
        <w:rPr>
          <w:b/>
        </w:rPr>
        <w:t xml:space="preserve">[1:00:30] </w:t>
      </w:r>
      <w:r>
        <w:t>kaisa hai mein kaisa hoon yeh dekhiye to mein yeh arz karon ga ke mein khud vegetarian hoon</w:t>
      </w:r>
    </w:p>
    <w:p>
      <w:pPr>
        <w:jc w:val="right"/>
      </w:pPr>
      <w:r>
        <w:t>کیسا ہے میں کیسا ہوں یہ دیکھیے تو میں یہ عرض کروں گا کہ میں خود ویجیٹیرین ہوں</w:t>
      </w:r>
    </w:p>
    <w:p>
      <w:r>
        <w:rPr>
          <w:b/>
        </w:rPr>
        <w:t xml:space="preserve">[1:00:37] </w:t>
      </w:r>
      <w:r>
        <w:t>aur vegetarian food ko pasand karta hoon lekin agar mein aisa na karon yani agar mein doosron ko</w:t>
      </w:r>
    </w:p>
    <w:p>
      <w:pPr>
        <w:jc w:val="right"/>
      </w:pPr>
      <w:r>
        <w:t>اور ویجیٹیرین فوڈ کو پسند کرتا ہوں لیکن اگر میں ایسا نہ کروں یعنی اگر میں دوسروں کو</w:t>
      </w:r>
    </w:p>
    <w:p>
      <w:r>
        <w:rPr>
          <w:b/>
        </w:rPr>
        <w:t xml:space="preserve">[1:00:45] </w:t>
      </w:r>
      <w:r>
        <w:t>accept na karon to mein apna nuksan karon ga kyunke mera development apna jo development hai ruk jaye</w:t>
      </w:r>
    </w:p>
    <w:p>
      <w:pPr>
        <w:jc w:val="right"/>
      </w:pPr>
      <w:r>
        <w:t>ایکسیپٹ نہ کروں تو میں اپنا نقصان کروں گا کیونکہ میرا ڈیولپ اپنا جو ڈیولپمنٹ ہے رک جائے</w:t>
      </w:r>
    </w:p>
    <w:p>
      <w:r>
        <w:rPr>
          <w:b/>
        </w:rPr>
        <w:t xml:space="preserve">[1:00:52] </w:t>
      </w:r>
      <w:r>
        <w:t>ga woh yeh mera formula hai ji Maulana agla sawal kashmir se bheja hai shaukat mir sahib ne</w:t>
      </w:r>
    </w:p>
    <w:p>
      <w:pPr>
        <w:jc w:val="right"/>
      </w:pPr>
      <w:r>
        <w:t>گا وہ یہ میرا فارمولا ہے جی مولانا اگلا سوال کشمیر سے بھیجا ہے شوکت میر صاحب نے</w:t>
      </w:r>
    </w:p>
    <w:p>
      <w:r>
        <w:rPr>
          <w:b/>
        </w:rPr>
        <w:t xml:space="preserve">[1:01:00] </w:t>
      </w:r>
      <w:r>
        <w:t>aur unhon ne likha hai Maulana sahib aap ke khilaf yeh propaganda hai ke aap christianity ke liye</w:t>
      </w:r>
    </w:p>
    <w:p>
      <w:pPr>
        <w:jc w:val="right"/>
      </w:pPr>
      <w:r>
        <w:t>اور انہوں نے لکھا ہے مولانا صاحب آپ کے خلاف یہ پروپیگنڈا ہے کہ آپ کرسچینٹی کے لیے</w:t>
      </w:r>
    </w:p>
    <w:p>
      <w:r>
        <w:rPr>
          <w:b/>
        </w:rPr>
        <w:t xml:space="preserve">[1:01:07] </w:t>
      </w:r>
      <w:r>
        <w:t>kaam karte hain is ke bare mein aap kya kahenge.</w:t>
      </w:r>
    </w:p>
    <w:p>
      <w:pPr>
        <w:jc w:val="right"/>
      </w:pPr>
      <w:r>
        <w:t>کام کرتے ہیں اس کے بارے میں آپ کیا کہیں گے.</w:t>
      </w:r>
    </w:p>
    <w:p>
      <w:r>
        <w:rPr>
          <w:b/>
        </w:rPr>
        <w:t xml:space="preserve">[1:01:15] </w:t>
      </w:r>
      <w:r>
        <w:t>batao koi event do suboot do jhoota to jhoot to lagate hain Allah ke par bhi laga diya</w:t>
      </w:r>
    </w:p>
    <w:p>
      <w:pPr>
        <w:jc w:val="right"/>
      </w:pPr>
      <w:r>
        <w:t>بتاؤ کوئی ایونٹ دو ثبوت دو جھوٹا تو جھوٹ تو لگاتے ہیں اللہ کے پر بھی لگا دیا</w:t>
      </w:r>
    </w:p>
    <w:p>
      <w:r>
        <w:rPr>
          <w:b/>
        </w:rPr>
        <w:t xml:space="preserve">[1:01:22] </w:t>
      </w:r>
      <w:r>
        <w:t>jhoot shaitan ne Allah par jhoot laga diya rab bima aghwathni shaitan ne kaha tha Allah taala se</w:t>
      </w:r>
    </w:p>
    <w:p>
      <w:pPr>
        <w:jc w:val="right"/>
      </w:pPr>
      <w:r>
        <w:t>جھوٹ شیطان نے اللہ پر جھوٹ لگا دیا رب بما اغوثنی شیطان نے کہا تھا اللہ تعالی سے</w:t>
      </w:r>
    </w:p>
    <w:p>
      <w:r>
        <w:rPr>
          <w:b/>
        </w:rPr>
        <w:t xml:space="preserve">[1:01:30] </w:t>
      </w:r>
      <w:r>
        <w:t>direct rab bima aghwathni yeh jhoota ilzaam laga diya Allah par to jhoote ilzaam ki to koi had</w:t>
      </w:r>
    </w:p>
    <w:p>
      <w:pPr>
        <w:jc w:val="right"/>
      </w:pPr>
      <w:r>
        <w:t>ڈائریکٹ رب بما اغوثنی یہ جھوٹا الزام لگا دیا اللہ پر تو جھوٹے الزام کی تو کوئی حد</w:t>
      </w:r>
    </w:p>
    <w:p>
      <w:r>
        <w:rPr>
          <w:b/>
        </w:rPr>
        <w:t xml:space="preserve">[1:01:38] </w:t>
      </w:r>
      <w:r>
        <w:t>nahi hai rasool Allah par laga diya jhoota ilzaam aya hazrat aisha par laga diya jhoota jhoota ilzaam</w:t>
      </w:r>
    </w:p>
    <w:p>
      <w:pPr>
        <w:jc w:val="right"/>
      </w:pPr>
      <w:r>
        <w:t>نہیں ہے رسول اللہ پر لگا دیا جھوٹا الزام ایا حضرت عائشہ پر لگا دیا جھوٹا جھوٹا الزام</w:t>
      </w:r>
    </w:p>
    <w:p>
      <w:r>
        <w:rPr>
          <w:b/>
        </w:rPr>
        <w:t xml:space="preserve">[1:01:45] </w:t>
      </w:r>
      <w:r>
        <w:t>Allah par lagaya hazrat aisha par lagaya rasool Allah par lagaya to un se pucho un se puchein</w:t>
      </w:r>
    </w:p>
    <w:p>
      <w:pPr>
        <w:jc w:val="right"/>
      </w:pPr>
      <w:r>
        <w:t>اللہ پر لگایا حضرت عائشہ پر لگایا رسول اللہ پر لگایا تو ان سے پوچھو ان سے پوچھیں</w:t>
      </w:r>
    </w:p>
    <w:p>
      <w:r>
        <w:rPr>
          <w:b/>
        </w:rPr>
        <w:t xml:space="preserve">[1:01:53] </w:t>
      </w:r>
      <w:r>
        <w:t>ke kya tumhare paas daleel hai daleel batao koi daleel batao nahi to tum shaitan ke bhai ho</w:t>
      </w:r>
    </w:p>
    <w:p>
      <w:pPr>
        <w:jc w:val="right"/>
      </w:pPr>
      <w:r>
        <w:t>کہ کیا تمہارے پاس دلیل ہے دلیل بتاؤ کوئی دلیل بتاؤ نہیں تو تم شیطان کے بھائی ہو</w:t>
      </w:r>
    </w:p>
    <w:p>
      <w:r>
        <w:rPr>
          <w:b/>
        </w:rPr>
        <w:t xml:space="preserve">[1:02:01] </w:t>
      </w:r>
      <w:r>
        <w:t>jo daleel ke baghair kisi pe ilzaam lagaye jaye woh to shaitan ka bhai hai mein itni sari</w:t>
      </w:r>
    </w:p>
    <w:p>
      <w:pPr>
        <w:jc w:val="right"/>
      </w:pPr>
      <w:r>
        <w:t>جو دلیل کے بغیر کسی پہ الزام لگائے جائے وہ تو شیطان کا بھائی ہے میں اتنی ساری</w:t>
      </w:r>
    </w:p>
    <w:p>
      <w:r>
        <w:rPr>
          <w:b/>
        </w:rPr>
        <w:t xml:space="preserve">[1:02:09] </w:t>
      </w:r>
      <w:r>
        <w:t>kitabein hain itne article hain itni speeches hain un ko padhiye aur is mein kuch mila to bataiye</w:t>
      </w:r>
    </w:p>
    <w:p>
      <w:pPr>
        <w:jc w:val="right"/>
      </w:pPr>
      <w:r>
        <w:t>کتابیں ہیں اتنے ارٹیکل ہیں اتنی سپیچز ہیں ان کو پڑھیے اور اس میں کچھ ملا تو بتائیے</w:t>
      </w:r>
    </w:p>
    <w:p>
      <w:r>
        <w:rPr>
          <w:b/>
        </w:rPr>
        <w:t xml:space="preserve">[1:02:16] </w:t>
      </w:r>
      <w:r>
        <w:t>yaad rakhiye mera sirf do cheezein hain mera concern quran aur hadith bas aur kuch nahi aur mein</w:t>
      </w:r>
    </w:p>
    <w:p>
      <w:pPr>
        <w:jc w:val="right"/>
      </w:pPr>
      <w:r>
        <w:t>یاد رکھیے میرا صرف دو چیزیں ہیں میرا کنسرن قران اور حدیث بس اور کچھ نہیں اور میں</w:t>
      </w:r>
    </w:p>
    <w:p>
      <w:r>
        <w:rPr>
          <w:b/>
        </w:rPr>
        <w:t xml:space="preserve">[1:02:24] </w:t>
      </w:r>
      <w:r>
        <w:t>kuch nahi jaanta quran aur hadith se mujhe aap galat sabit karein to kijiye nahi to Allah ke</w:t>
      </w:r>
    </w:p>
    <w:p>
      <w:pPr>
        <w:jc w:val="right"/>
      </w:pPr>
      <w:r>
        <w:t>کچھ نہیں جانتا قران اور حدیث سے مجھے آپ غلط ثابت کریں تو کیجئے نہیں تو اللہ کے</w:t>
      </w:r>
    </w:p>
    <w:p>
      <w:r>
        <w:rPr>
          <w:b/>
        </w:rPr>
        <w:t xml:space="preserve">[1:02:32] </w:t>
      </w:r>
      <w:r>
        <w:t>aap jhoote qarar paayenge meri kisi bhi cheez ko aap judge kar sakte hain quran se aur</w:t>
      </w:r>
    </w:p>
    <w:p>
      <w:pPr>
        <w:jc w:val="right"/>
      </w:pPr>
      <w:r>
        <w:t>آپ جھوٹے قرار پائیں گے میری کسی بھی چیز کو آپ جج کر سکتے ہیں قران سے اور</w:t>
      </w:r>
    </w:p>
    <w:p>
      <w:r>
        <w:rPr>
          <w:b/>
        </w:rPr>
        <w:t xml:space="preserve">[1:02:39] </w:t>
      </w:r>
      <w:r>
        <w:t>hadith se kisi aur se aap karenge to aap Allah ke haan jhoote qarar paayenge aur</w:t>
      </w:r>
    </w:p>
    <w:p>
      <w:pPr>
        <w:jc w:val="right"/>
      </w:pPr>
      <w:r>
        <w:t>حدیث سے کسی اور سے آپ کریں گے تو آپ اللہ کے ہاں جھوٹے قرار پائیں گے اور</w:t>
      </w:r>
    </w:p>
    <w:p>
      <w:r>
        <w:rPr>
          <w:b/>
        </w:rPr>
        <w:t xml:space="preserve">[1:02:47] </w:t>
      </w:r>
      <w:r>
        <w:t>jhoote logon ke liye yaad rakhiye jahannam hai saada baat nahi hai yeh meri kisi baat jo mera</w:t>
      </w:r>
    </w:p>
    <w:p>
      <w:pPr>
        <w:jc w:val="right"/>
      </w:pPr>
      <w:r>
        <w:t>جھوٹے لوگوں کے لیے یاد رکھیے جہنم ہے سادہ بات نہیں ہے یہ میری کسی بات جو میرا</w:t>
      </w:r>
    </w:p>
    <w:p>
      <w:r>
        <w:rPr>
          <w:b/>
        </w:rPr>
        <w:t xml:space="preserve">[1:02:55] </w:t>
      </w:r>
      <w:r>
        <w:t>mukhalif ho woh meri baat ko quran o hadith se galat sabit kare nahi karega aisa to</w:t>
      </w:r>
    </w:p>
    <w:p>
      <w:pPr>
        <w:jc w:val="right"/>
      </w:pPr>
      <w:r>
        <w:t>مخالف ہو وہ میری بات کو قران و حدیث سے غلط ثابت کرے نہیں کرے گا ایسا تو</w:t>
      </w:r>
    </w:p>
    <w:p>
      <w:r>
        <w:rPr>
          <w:b/>
        </w:rPr>
        <w:t xml:space="preserve">[1:03:03] </w:t>
      </w:r>
      <w:r>
        <w:t>bahut bada risk le raha hai woh ke Allah ke haan pakda jayega maulana agla sawal muhammad</w:t>
      </w:r>
    </w:p>
    <w:p>
      <w:pPr>
        <w:jc w:val="right"/>
      </w:pPr>
      <w:r>
        <w:t>بہت بڑا رسک لے رہا ہے وہ کہ اللہ کے ہاں پکڑا جائے گا مولانا اگلا سوال محمد</w:t>
      </w:r>
    </w:p>
    <w:p>
      <w:r>
        <w:rPr>
          <w:b/>
        </w:rPr>
        <w:t xml:space="preserve">[1:03:10] </w:t>
      </w:r>
      <w:r>
        <w:t>عبدالرحمن صاحب نے کیا ہے پاکستان سے اور انہوں نے پوچھا ہے I just want to know is</w:t>
      </w:r>
    </w:p>
    <w:p>
      <w:pPr>
        <w:jc w:val="right"/>
      </w:pPr>
      <w:r>
        <w:t>عبدالرحمن صاحب نے کیا ہے پاکستان سے اور انہوں نے پوچھا ہے ائی جسٹ وانٹ ٹو نو از</w:t>
      </w:r>
    </w:p>
    <w:p>
      <w:r>
        <w:rPr>
          <w:b/>
        </w:rPr>
        <w:t xml:space="preserve">[1:03:18] </w:t>
      </w:r>
      <w:r>
        <w:t>اسلام way of life اور a way of government مولانا صاحب what is your opinion on this یہ</w:t>
      </w:r>
    </w:p>
    <w:p>
      <w:pPr>
        <w:jc w:val="right"/>
      </w:pPr>
      <w:r>
        <w:t>اسلام وے اف لائف اور ا وے اف گورنمنٹ مولانا صاحب واٹ از یور اوپینین ان دس یہ</w:t>
      </w:r>
    </w:p>
    <w:p>
      <w:r>
        <w:rPr>
          <w:b/>
        </w:rPr>
        <w:t xml:space="preserve">[1:03:26] </w:t>
      </w:r>
      <w:r>
        <w:t>to bilkul be be be be be be be be be be istilahein hain way of life bhi</w:t>
      </w:r>
    </w:p>
    <w:p>
      <w:pPr>
        <w:jc w:val="right"/>
      </w:pPr>
      <w:r>
        <w:t>تو بالکل بے بے بے بے بے بے بے بے بے بے اصطلاحیں ہیں وے اف لائف بھی</w:t>
      </w:r>
    </w:p>
    <w:p>
      <w:r>
        <w:rPr>
          <w:b/>
        </w:rPr>
        <w:t xml:space="preserve">[1:03:33] </w:t>
      </w:r>
      <w:r>
        <w:t>aur way of government bhi quran mein jo hai woh leejye aap woh hai Allah ki mohabbat pe</w:t>
      </w:r>
    </w:p>
    <w:p>
      <w:pPr>
        <w:jc w:val="right"/>
      </w:pPr>
      <w:r>
        <w:t>اور وے اف گورنمنٹ بھی قران میں جو ہے وہ لیجئے اپ وہ ہے اللہ کی محبت پہ</w:t>
      </w:r>
    </w:p>
    <w:p>
      <w:r>
        <w:rPr>
          <w:b/>
        </w:rPr>
        <w:t xml:space="preserve">[1:03:41] </w:t>
      </w:r>
      <w:r>
        <w:t>jeena Allah ke khauf pe jeena yeh hai islam ashadd hubban lillahi wa lam yakhsha illa Allah quran padhein</w:t>
      </w:r>
    </w:p>
    <w:p>
      <w:pPr>
        <w:jc w:val="right"/>
      </w:pPr>
      <w:r>
        <w:t>جینا اللہ کے خوف پہ جینا یہ ہے اسلام اشد حبا للہ ولم یخش الا اللہ قران پڑھیں</w:t>
      </w:r>
    </w:p>
    <w:p>
      <w:r>
        <w:rPr>
          <w:b/>
        </w:rPr>
        <w:t xml:space="preserve">[1:03:49] </w:t>
      </w:r>
      <w:r>
        <w:t>aap to quran se milega ke momin woh hai jo Allah ki mohabbat pe jeeye aur Allah</w:t>
      </w:r>
    </w:p>
    <w:p>
      <w:pPr>
        <w:jc w:val="right"/>
      </w:pPr>
      <w:r>
        <w:t>اپ تو قران سے ملے گا کہ مومن وہ ہے جو اللہ کی محبت پہ جیے اور اللہ</w:t>
      </w:r>
    </w:p>
    <w:p>
      <w:r>
        <w:rPr>
          <w:b/>
        </w:rPr>
        <w:t xml:space="preserve">[1:03:57] </w:t>
      </w:r>
      <w:r>
        <w:t>ke khauf pe jeeye yeh kya nikala hai way of government yeh to bidat hai mubtadaana istilahein</w:t>
      </w:r>
    </w:p>
    <w:p>
      <w:pPr>
        <w:jc w:val="right"/>
      </w:pPr>
      <w:r>
        <w:t>کے خوف پہ جیے یہ کیا نکالا ہے وے اف گورنمنٹ یہ تو بدعت ہے مبتدانہ اصطلاح ہیں</w:t>
      </w:r>
    </w:p>
    <w:p>
      <w:r>
        <w:rPr>
          <w:b/>
        </w:rPr>
        <w:t xml:space="preserve">[1:04:04] </w:t>
      </w:r>
      <w:r>
        <w:t>yeh kisi ko aap jaanchana hai to is tarah jaanchen ke is ke andar Allah ki mohabbat hai</w:t>
      </w:r>
    </w:p>
    <w:p>
      <w:pPr>
        <w:jc w:val="right"/>
      </w:pPr>
      <w:r>
        <w:t>یہ کسی کو اپ جانچنا ہے تو اس طرح جانچیں کہ اس کے اندر اللہ کی محبت ہے</w:t>
      </w:r>
    </w:p>
    <w:p>
      <w:r>
        <w:rPr>
          <w:b/>
        </w:rPr>
        <w:t xml:space="preserve">[1:04:12] </w:t>
      </w:r>
      <w:r>
        <w:t>ke nahi is ke andar Allah ka khauf hai ya nahi yeh way of government ka kya cheez</w:t>
      </w:r>
    </w:p>
    <w:p>
      <w:pPr>
        <w:jc w:val="right"/>
      </w:pPr>
      <w:r>
        <w:t>کہ نہیں اس کے اندر اللہ کا خوف ہے یا نہیں یہ وے اف گورنمنٹ کا کیا چیز</w:t>
      </w:r>
    </w:p>
    <w:p>
      <w:r>
        <w:rPr>
          <w:b/>
        </w:rPr>
        <w:t xml:space="preserve">[1:04:20] </w:t>
      </w:r>
      <w:r>
        <w:t>hai yeh kahan quran mein likha hua hai yeh to kahin hai hi nahin ji maulana agla sawal</w:t>
      </w:r>
    </w:p>
    <w:p>
      <w:pPr>
        <w:jc w:val="right"/>
      </w:pPr>
      <w:r>
        <w:t>ہے یہ کہاں قران میں لکھا ہوا ہے یہ تو کہیں ہے ہی نہیں جی مولانا اگلا سوال</w:t>
      </w:r>
    </w:p>
    <w:p>
      <w:r>
        <w:rPr>
          <w:b/>
        </w:rPr>
        <w:t xml:space="preserve">[1:04:27] </w:t>
      </w:r>
      <w:r>
        <w:t>ڈاکٹر فریدہ خانم نے بھیجا ہے دلی سے انہوں نے لکھا ہے The problem is that Muslims don't</w:t>
      </w:r>
    </w:p>
    <w:p>
      <w:pPr>
        <w:jc w:val="right"/>
      </w:pPr>
      <w:r>
        <w:t>ڈاکٹر فریدہ خانم نے بھیجا ہے دلی سے انہوں نے لکھا ہے دا پرابلم از دیٹ مسلمز ڈونٹ</w:t>
      </w:r>
    </w:p>
    <w:p>
      <w:r>
        <w:rPr>
          <w:b/>
        </w:rPr>
        <w:t xml:space="preserve">[1:04:35] </w:t>
      </w:r>
      <w:r>
        <w:t>study serious literature. They only listen to the shallow speeches of the misguided leaders and form their</w:t>
      </w:r>
    </w:p>
    <w:p>
      <w:pPr>
        <w:jc w:val="right"/>
      </w:pPr>
      <w:r>
        <w:t>سٹڈی سیریس لٹریچر دے اونلی لسن ٹو دا شیلو سپیچز اف دا مس گائیڈڈ لیڈرز اینڈ فارم دیر</w:t>
      </w:r>
    </w:p>
    <w:p>
      <w:r>
        <w:rPr>
          <w:b/>
        </w:rPr>
        <w:t xml:space="preserve">[1:04:43] </w:t>
      </w:r>
      <w:r>
        <w:t>opinion by inauthentic news reports published in newspapers which come under the category of yellow journalism</w:t>
      </w:r>
    </w:p>
    <w:p>
      <w:pPr>
        <w:jc w:val="right"/>
      </w:pPr>
      <w:r>
        <w:t>اوپینین بائے ان اتھینٹک نیوز رپورٹس پبلشڈ ان نیوز پیپرز وچ کم انڈر دی کیٹگری اف یلو جرنلزم</w:t>
      </w:r>
    </w:p>
    <w:p>
      <w:r>
        <w:rPr>
          <w:b/>
        </w:rPr>
        <w:t xml:space="preserve">[1:04:51] </w:t>
      </w:r>
      <w:r>
        <w:t>what is the solution to this problem baat to bohat sahi hai hundred percent sahi hai yeh baat</w:t>
      </w:r>
    </w:p>
    <w:p>
      <w:pPr>
        <w:jc w:val="right"/>
      </w:pPr>
      <w:r>
        <w:t>واٹ از دا سولیوشن ٹو دس پرابلم بات تو بہت صحیح ہے ہنڈرڈ پرسنٹ صحیح ہے یہ بات</w:t>
      </w:r>
    </w:p>
    <w:p>
      <w:r>
        <w:rPr>
          <w:b/>
        </w:rPr>
        <w:t xml:space="preserve">[1:04:58] </w:t>
      </w:r>
      <w:r>
        <w:t>chief test logon ka ban gaya hai isko badalna hoga yeh chief test ki wajah se yellow</w:t>
      </w:r>
    </w:p>
    <w:p>
      <w:pPr>
        <w:jc w:val="right"/>
      </w:pPr>
      <w:r>
        <w:t>چیف ٹیسٹ لوگوں کا بن گیا ہے اس کو بدلنا ہوگا یہ چیف ٹیسٹ کی وجہ سے یلو</w:t>
      </w:r>
    </w:p>
    <w:p>
      <w:r>
        <w:rPr>
          <w:b/>
        </w:rPr>
        <w:t xml:space="preserve">[1:05:06] </w:t>
      </w:r>
      <w:r>
        <w:t>journalism phaila hua hai main to parta hi nahin aisi aisi cheezon ko yellow journalism kyun popular hai</w:t>
      </w:r>
    </w:p>
    <w:p>
      <w:pPr>
        <w:jc w:val="right"/>
      </w:pPr>
      <w:r>
        <w:t>جرنلزم پھیلا ہوا ہے میں تو پڑھتا ہی نہیں ایسی ایسی چیزوں کو یلو جرنلزم کیوں پاپولر ہے</w:t>
      </w:r>
    </w:p>
    <w:p>
      <w:r>
        <w:rPr>
          <w:b/>
        </w:rPr>
        <w:t xml:space="preserve">[1:05:14] </w:t>
      </w:r>
      <w:r>
        <w:t>log chief test ho ho gaya logon ke andar chief test bhi kya cheez hai waqt guzari ke</w:t>
      </w:r>
    </w:p>
    <w:p>
      <w:pPr>
        <w:jc w:val="right"/>
      </w:pPr>
      <w:r>
        <w:t>لوگ چیف ٹیسٹ ہو ہو گیا لوگوں کے اندر چیف ٹیسٹ بھی کیا چیز ہے وقت گزاری کے</w:t>
      </w:r>
    </w:p>
    <w:p>
      <w:r>
        <w:rPr>
          <w:b/>
        </w:rPr>
        <w:t xml:space="preserve">[1:05:21] </w:t>
      </w:r>
      <w:r>
        <w:t>liye parhna aap zyada serious na hon zyada deep mein na jana chahein bas waqt waqt guzarnay ke</w:t>
      </w:r>
    </w:p>
    <w:p>
      <w:pPr>
        <w:jc w:val="right"/>
      </w:pPr>
      <w:r>
        <w:t>لیے پڑھنا اپ زیادہ سیریس نہ ہوں زیادہ ڈیپ میں نہ جانا چاہیں بس وقت وقت گزارنے کے</w:t>
      </w:r>
    </w:p>
    <w:p>
      <w:r>
        <w:rPr>
          <w:b/>
        </w:rPr>
        <w:t xml:space="preserve">[1:05:29] </w:t>
      </w:r>
      <w:r>
        <w:t>liye parhein to wahi wahi cheez aap ko achi lage gi to logon ke andar deep thinking nahin</w:t>
      </w:r>
    </w:p>
    <w:p>
      <w:pPr>
        <w:jc w:val="right"/>
      </w:pPr>
      <w:r>
        <w:t>لیے پڑھیں تو وہی وہی چیز اپ کو اچھی لگے گی تو لوگوں کے اندر ڈیپ تھنکنگ نہیں</w:t>
      </w:r>
    </w:p>
    <w:p>
      <w:r>
        <w:rPr>
          <w:b/>
        </w:rPr>
        <w:t xml:space="preserve">[1:05:37] </w:t>
      </w:r>
      <w:r>
        <w:t>hai right thinking nahin hai yeh masla hai ji to ab isi ko hamein paida karna hai yani</w:t>
      </w:r>
    </w:p>
    <w:p>
      <w:pPr>
        <w:jc w:val="right"/>
      </w:pPr>
      <w:r>
        <w:t>ہے رائٹ تھنکنگ نہیں ہے یہ مسئلہ ہے جی تو اب اسی کو ہمیں پیدا کرنا ہے یعنی</w:t>
      </w:r>
    </w:p>
    <w:p>
      <w:r>
        <w:rPr>
          <w:b/>
        </w:rPr>
        <w:t xml:space="preserve">[1:05:45] </w:t>
      </w:r>
      <w:r>
        <w:t>hamein right thinking logon ke andar paida karna hai iske baad woh yellow journalism ki popularity apne</w:t>
      </w:r>
    </w:p>
    <w:p>
      <w:pPr>
        <w:jc w:val="right"/>
      </w:pPr>
      <w:r>
        <w:t>ہمیں رائٹ تھنکنگ لوگوں کے اندر پیدا کرنا ہے اس کے بعد وہ یلو جرنلزم کی پاپولیرٹی اپنے</w:t>
      </w:r>
    </w:p>
    <w:p>
      <w:r>
        <w:rPr>
          <w:b/>
        </w:rPr>
        <w:t xml:space="preserve">[1:05:52] </w:t>
      </w:r>
      <w:r>
        <w:t>aap khatam ho jaye gi maulana agla sawal doctor muslima siddiqui ne bheja hai dilli se unhon ne</w:t>
      </w:r>
    </w:p>
    <w:p>
      <w:pPr>
        <w:jc w:val="right"/>
      </w:pPr>
      <w:r>
        <w:t>اپ ختم ہو جائے گی مولانا اگلا سوال ڈاکٹر مسلمہ صدیقی نے بھیجا ہے دلی سے انہوں نے</w:t>
      </w:r>
    </w:p>
    <w:p>
      <w:r>
        <w:rPr>
          <w:b/>
        </w:rPr>
        <w:t xml:space="preserve">[1:06:00] </w:t>
      </w:r>
      <w:r>
        <w:t>لکھا ہے مولانا صاحب your focus is on thinking this is the weakest area so far as Muslims</w:t>
      </w:r>
    </w:p>
    <w:p>
      <w:pPr>
        <w:jc w:val="right"/>
      </w:pPr>
      <w:r>
        <w:t>لکھا ہے مولانا صاحب یور فوکس از ان تھنکنگ دس از دا ویکسٹ ایریا سو فار ایز مسلمز</w:t>
      </w:r>
    </w:p>
    <w:p>
      <w:r>
        <w:rPr>
          <w:b/>
        </w:rPr>
        <w:t xml:space="preserve">[1:06:08] </w:t>
      </w:r>
      <w:r>
        <w:t>are concerned muslims are not given to deep thinking in any matter i think this is the reason</w:t>
      </w:r>
    </w:p>
    <w:p>
      <w:pPr>
        <w:jc w:val="right"/>
      </w:pPr>
      <w:r>
        <w:t>ار کنسرنڈ مسلمز ار ناٹ گیون ٹو ڈیپ تھنکنگ ان اینی میٹر ائی تھنک دس از دا ریزن</w:t>
      </w:r>
    </w:p>
    <w:p>
      <w:r>
        <w:rPr>
          <w:b/>
        </w:rPr>
        <w:t xml:space="preserve">[1:06:15] </w:t>
      </w:r>
      <w:r>
        <w:t>for all their problems since we don't think deeply we don't arrive at any solution we have problems</w:t>
      </w:r>
    </w:p>
    <w:p>
      <w:pPr>
        <w:jc w:val="right"/>
      </w:pPr>
      <w:r>
        <w:t>فار ال دیر پرابلمز سنس وی ڈونٹ تھنک ڈیپلی وی ڈونٹ ارائیو ایٹ اینی سولیوشن وی ہیو پرابلمز</w:t>
      </w:r>
    </w:p>
    <w:p>
      <w:r>
        <w:rPr>
          <w:b/>
        </w:rPr>
        <w:t xml:space="preserve">[1:06:23] </w:t>
      </w:r>
      <w:r>
        <w:t>but without any solution inside maulana sahib is this correct bilkul sahi hai bilkul sahi hai</w:t>
      </w:r>
    </w:p>
    <w:p>
      <w:pPr>
        <w:jc w:val="right"/>
      </w:pPr>
      <w:r>
        <w:t>بٹ ودا اؤٹ اینی سولیوشن ان سائیڈ مولانا صاحب از دس کریکٹ بالکل صحیح ہے بالکل صحیح ہے</w:t>
      </w:r>
    </w:p>
    <w:p>
      <w:r>
        <w:rPr>
          <w:b/>
        </w:rPr>
        <w:t xml:space="preserve">[1:06:31] </w:t>
      </w:r>
      <w:r>
        <w:t>hamein logon ke andar deep thinking paida karna chahiye yeh bilkul sahi baat hai deep thinking ka matlab</w:t>
      </w:r>
    </w:p>
    <w:p>
      <w:pPr>
        <w:jc w:val="right"/>
      </w:pPr>
      <w:r>
        <w:t>ہمیں لوگوں کے اندر ڈیپ تھنکنگ پیدا کرنا چاہیے یہ بالکل صحیح بات ہے ڈیپ تھنکنگ کا مطلب</w:t>
      </w:r>
    </w:p>
    <w:p>
      <w:r>
        <w:rPr>
          <w:b/>
        </w:rPr>
        <w:t xml:space="preserve">[1:06:39] </w:t>
      </w:r>
      <w:r>
        <w:t>kya hai jaise misaal ke tor par hazaron bar khabrein chapi hain kamar direct police firing mein bar</w:t>
      </w:r>
    </w:p>
    <w:p>
      <w:pPr>
        <w:jc w:val="right"/>
      </w:pPr>
      <w:r>
        <w:t>کیا ہے جیسے مثال کے طور پر ہزاروں بار خبریں چھپی ہیں کمر ڈائریکٹ پولیس فائرنگ میں بار</w:t>
      </w:r>
    </w:p>
    <w:p>
      <w:r>
        <w:rPr>
          <w:b/>
        </w:rPr>
        <w:t xml:space="preserve">[1:06:46] </w:t>
      </w:r>
      <w:r>
        <w:t>bar logon se main poochta hoon kisi ko yani is kisi ko yeh concern nahin ke kyun aisa</w:t>
      </w:r>
    </w:p>
    <w:p>
      <w:pPr>
        <w:jc w:val="right"/>
      </w:pPr>
      <w:r>
        <w:t>بار لوگوں سے میں پوچھتا ہوں کسی کو یعنی اس کسی کو یہ کنسرن نہیں کہ کیوں ایسا</w:t>
      </w:r>
    </w:p>
    <w:p>
      <w:r>
        <w:rPr>
          <w:b/>
        </w:rPr>
        <w:t xml:space="preserve">[1:06:54] </w:t>
      </w:r>
      <w:r>
        <w:t>hua yani police ne firing kyun ki israel ne bomb kyun dala bas ek israel ne bomb mar</w:t>
      </w:r>
    </w:p>
    <w:p>
      <w:pPr>
        <w:jc w:val="right"/>
      </w:pPr>
      <w:r>
        <w:t>ہوا یعنی پولیس نے فائرنگ کیوں کی اسرائیل نے بم کیوں ڈالا بس ایک اسرائیل نے بم مار</w:t>
      </w:r>
    </w:p>
    <w:p>
      <w:r>
        <w:rPr>
          <w:b/>
        </w:rPr>
        <w:t xml:space="preserve">[1:07:02] </w:t>
      </w:r>
      <w:r>
        <w:t>diya police ne firing kar di fulanay kamar red kar diya to deep mein janay ka matlab ke</w:t>
      </w:r>
    </w:p>
    <w:p>
      <w:pPr>
        <w:jc w:val="right"/>
      </w:pPr>
      <w:r>
        <w:t>دیا پولیس نے فائرنگ کر دی فلانے کمرہ ریڈ کر دیا تو ڈیپ میں جانے کا مطلب کہ</w:t>
      </w:r>
    </w:p>
    <w:p>
      <w:r>
        <w:rPr>
          <w:b/>
        </w:rPr>
        <w:t xml:space="preserve">[1:07:09] </w:t>
      </w:r>
      <w:r>
        <w:t>aap kyun par jayen iski root cause kya hai is par jayen kisi bhai ne mujhe to</w:t>
      </w:r>
    </w:p>
    <w:p>
      <w:pPr>
        <w:jc w:val="right"/>
      </w:pPr>
      <w:r>
        <w:t>اپ کیوں پر جائیں اس کی روٹ کاز کیا ہے اس پر جائیں کسی بھائی نے مجھے تو</w:t>
      </w:r>
    </w:p>
    <w:p>
      <w:r>
        <w:rPr>
          <w:b/>
        </w:rPr>
        <w:t xml:space="preserve">[1:07:17] </w:t>
      </w:r>
      <w:r>
        <w:t>kuch mile nahin aaj tak insan jo is is tarah sochta hai ke israel ne bombarat kyun mara</w:t>
      </w:r>
    </w:p>
    <w:p>
      <w:pPr>
        <w:jc w:val="right"/>
      </w:pPr>
      <w:r>
        <w:t>کچھ ملے نہیں اج تک انسان جو اس اس طرح سوچتا ہے کہ اسرائیل نے بمبارات کیوں مارا</w:t>
      </w:r>
    </w:p>
    <w:p>
      <w:r>
        <w:rPr>
          <w:b/>
        </w:rPr>
        <w:t xml:space="preserve">[1:07:25] </w:t>
      </w:r>
      <w:r>
        <w:t>police ne firing ki to kyun ki kamar trial hua to kyun hua to yeh yeh hai lack</w:t>
      </w:r>
    </w:p>
    <w:p>
      <w:pPr>
        <w:jc w:val="right"/>
      </w:pPr>
      <w:r>
        <w:t>پولیس نے فائرنگ کی تو کیوں کی کمرہ ٹرائل ہوا تو کیوں ہوا تو یہ یہ ہے لیک</w:t>
      </w:r>
    </w:p>
    <w:p>
      <w:r>
        <w:rPr>
          <w:b/>
        </w:rPr>
        <w:t xml:space="preserve">[1:07:33] </w:t>
      </w:r>
      <w:r>
        <w:t>of or lack of deep thinking کا مسئلہ یقینا نہیں ہے جب تک deep thinking نہیں ائے گی</w:t>
      </w:r>
    </w:p>
    <w:p>
      <w:pPr>
        <w:jc w:val="right"/>
      </w:pPr>
      <w:r>
        <w:t>اف اور لیک اف ڈیپ تھنکنگ کا مسئلہ یقینا نہیں ہے جب تک ڈیپ تھنکنگ نہیں ائے گی</w:t>
      </w:r>
    </w:p>
    <w:p>
      <w:r>
        <w:rPr>
          <w:b/>
        </w:rPr>
        <w:t xml:space="preserve">[1:07:40] </w:t>
      </w:r>
      <w:r>
        <w:t>kuch islaah hone wali nahin hai hum hamare leader taqreerein karte hain taqreeron se kuch nahin hone wala</w:t>
      </w:r>
    </w:p>
    <w:p>
      <w:pPr>
        <w:jc w:val="right"/>
      </w:pPr>
      <w:r>
        <w:t>کچھ اصلاح ہونے والی نہیں ہے ہم ہمارے لیڈر تقریریں کرتے ہیں تقریروں سے کچھ نہیں ہونے والا</w:t>
      </w:r>
    </w:p>
    <w:p>
      <w:r>
        <w:rPr>
          <w:b/>
        </w:rPr>
        <w:t xml:space="preserve">[1:07:48] </w:t>
      </w:r>
      <w:r>
        <w:t>hai deep thinking logon ko dilana pare ga aaj hi main soch raha tha ke jitne bhi stage</w:t>
      </w:r>
    </w:p>
    <w:p>
      <w:pPr>
        <w:jc w:val="right"/>
      </w:pPr>
      <w:r>
        <w:t>ہے ڈیپ تھنکنگ لوگوں کو دلانا پڑے گا اج ہی میں سوچ رہا تھا کہ جتنے بھی اسٹیج</w:t>
      </w:r>
    </w:p>
    <w:p>
      <w:r>
        <w:rPr>
          <w:b/>
        </w:rPr>
        <w:t xml:space="preserve">[1:07:56] </w:t>
      </w:r>
      <w:r>
        <w:t>stage wale log hain jo stage pe aa ke bolte hain sab other side ke ki shikayat ki</w:t>
      </w:r>
    </w:p>
    <w:p>
      <w:pPr>
        <w:jc w:val="right"/>
      </w:pPr>
      <w:r>
        <w:t>اسٹیج والے لوگ ہیں جو اسٹیج پہ ا کے بولتے ہیں سب ادر سائیڈ کے کی شکایت کی</w:t>
      </w:r>
    </w:p>
    <w:p>
      <w:r>
        <w:rPr>
          <w:b/>
        </w:rPr>
        <w:t xml:space="preserve">[1:08:03] </w:t>
      </w:r>
      <w:r>
        <w:t>buraiyan bayan karein ge yeh in ke yeh ghalati hai in ka to yeh policy ghalati hai yeh</w:t>
      </w:r>
    </w:p>
    <w:p>
      <w:pPr>
        <w:jc w:val="right"/>
      </w:pPr>
      <w:r>
        <w:t>برائیاں بیان کریں گے یہ ان کے یہ غلطی ہے ان کا تو یہ پالیسی غلطی ہے یہ</w:t>
      </w:r>
    </w:p>
    <w:p>
      <w:r>
        <w:rPr>
          <w:b/>
        </w:rPr>
        <w:t xml:space="preserve">[1:08:11] </w:t>
      </w:r>
      <w:r>
        <w:t>yeh corruption hai woh koi alternative nahi deta yani critical critical rewards de dein ge without</w:t>
      </w:r>
    </w:p>
    <w:p>
      <w:pPr>
        <w:jc w:val="right"/>
      </w:pPr>
      <w:r>
        <w:t>یہ کرپشن ہے وہ کوئی الٹرنیٹو نہیں دیتا یعنی کریٹیکل کریٹیکل ریوارڈز دے دے دیں گے ودا اؤٹ</w:t>
      </w:r>
    </w:p>
    <w:p>
      <w:r>
        <w:rPr>
          <w:b/>
        </w:rPr>
        <w:t xml:space="preserve">[1:08:19] </w:t>
      </w:r>
      <w:r>
        <w:t>giving the alternative jisko aap bura keh rahe hon to alternative bataiye maslan agar aap bura keh</w:t>
      </w:r>
    </w:p>
    <w:p>
      <w:pPr>
        <w:jc w:val="right"/>
      </w:pPr>
      <w:r>
        <w:t>گیونگ دا الٹرنیٹو جس کو اپ برا کہہ رہے ہوں تو الٹرنیٹو بتائیے مثلا اگر اپ برا کہہ</w:t>
      </w:r>
    </w:p>
    <w:p>
      <w:r>
        <w:rPr>
          <w:b/>
        </w:rPr>
        <w:t xml:space="preserve">[1:08:27] </w:t>
      </w:r>
      <w:r>
        <w:t>rahe hain madarse ko ulama ko ke woh dor e hazir ko nahi jante farz kijiye to aap bataiye</w:t>
      </w:r>
    </w:p>
    <w:p>
      <w:pPr>
        <w:jc w:val="right"/>
      </w:pPr>
      <w:r>
        <w:t>رہے ہیں مدرسے کو علماء کو کہ وہ دور حاضر کو نہیں جانتے فرض کیجئے تو اپ بتائیے</w:t>
      </w:r>
    </w:p>
    <w:p>
      <w:r>
        <w:rPr>
          <w:b/>
        </w:rPr>
        <w:t xml:space="preserve">[1:08:34] </w:t>
      </w:r>
      <w:r>
        <w:t>ke darwaza hazir hai kya bohat se log maine dekha ke woh be takan bolenge ke</w:t>
      </w:r>
    </w:p>
    <w:p>
      <w:pPr>
        <w:jc w:val="right"/>
      </w:pPr>
      <w:r>
        <w:t>کہ دروازہ حاضر ہے کیا بہت سے لوگ میں نے دیکھا کہ وہ بے تکان بولیں گے کہ</w:t>
      </w:r>
    </w:p>
    <w:p>
      <w:r>
        <w:rPr>
          <w:b/>
        </w:rPr>
        <w:t xml:space="preserve">[1:08:42] </w:t>
      </w:r>
      <w:r>
        <w:t>ulama nahi jante dor e hazir ko to bhai tum tum tum batao dor e hazir kya hai yeh nahi</w:t>
      </w:r>
    </w:p>
    <w:p>
      <w:pPr>
        <w:jc w:val="right"/>
      </w:pPr>
      <w:r>
        <w:t>علماء نہیں جانتے دور حاضر کو تو بھئی تم تم تم بتاؤ دور حاضر کیا ہے یہ نہیں</w:t>
      </w:r>
    </w:p>
    <w:p>
      <w:r>
        <w:rPr>
          <w:b/>
        </w:rPr>
        <w:t xml:space="preserve">[1:08:50] </w:t>
      </w:r>
      <w:r>
        <w:t>batayenge to yeh critical remark dena yeh bohat zyada aam hai to is is ki hamein islaah</w:t>
      </w:r>
    </w:p>
    <w:p>
      <w:pPr>
        <w:jc w:val="right"/>
      </w:pPr>
      <w:r>
        <w:t>بتائیں گے تو یہ کریٹیکل ریمارک دینا یہ بہت زیادہ عام ہے تو اس اس کی ہمیں اصلاح</w:t>
      </w:r>
    </w:p>
    <w:p>
      <w:r>
        <w:rPr>
          <w:b/>
        </w:rPr>
        <w:t xml:space="preserve">[1:08:57] </w:t>
      </w:r>
      <w:r>
        <w:t>karni padegi ke logon ko batana padega what is right thinking yeh batana padega Maulana</w:t>
      </w:r>
    </w:p>
    <w:p>
      <w:pPr>
        <w:jc w:val="right"/>
      </w:pPr>
      <w:r>
        <w:t>کرنی پڑے گی کہ لوگوں کو بتانا پڑے گا واٹ از رائٹ تھنکنگ یہ بتانا پڑے گا مولانا</w:t>
      </w:r>
    </w:p>
    <w:p>
      <w:r>
        <w:rPr>
          <w:b/>
        </w:rPr>
        <w:t xml:space="preserve">[1:09:05] </w:t>
      </w:r>
      <w:r>
        <w:t>agla sawal lene se pehle ek comment padhna chahenge jo shad hussain sahib ne bheja hai unhon</w:t>
      </w:r>
    </w:p>
    <w:p>
      <w:pPr>
        <w:jc w:val="right"/>
      </w:pPr>
      <w:r>
        <w:t>اگلا سوال لینے سے پہلے ایک کمنٹ پڑھنا چاہیں گے جو شاد حسین صاحب نے بھیجا ہے انہوں</w:t>
      </w:r>
    </w:p>
    <w:p>
      <w:r>
        <w:rPr>
          <w:b/>
        </w:rPr>
        <w:t xml:space="preserve">[1:09:13] </w:t>
      </w:r>
      <w:r>
        <w:t>ne apni location nahi likhi hai unhon ne likha hai Maulana sahib you have awakened us from our</w:t>
      </w:r>
    </w:p>
    <w:p>
      <w:pPr>
        <w:jc w:val="right"/>
      </w:pPr>
      <w:r>
        <w:t>نے اپنی لوکیشن نہیں لکھی ہے انہوں نے لکھا ہے مولانا صاحب یو ہیو اویکنڈ اس فرام اور</w:t>
      </w:r>
    </w:p>
    <w:p>
      <w:r>
        <w:rPr>
          <w:b/>
        </w:rPr>
        <w:t xml:space="preserve">[1:09:21] </w:t>
      </w:r>
      <w:r>
        <w:t>slumber when you mentioned that we should be thankful to our benefactor instead of becoming their enemy</w:t>
      </w:r>
    </w:p>
    <w:p>
      <w:pPr>
        <w:jc w:val="right"/>
      </w:pPr>
      <w:r>
        <w:t>سلمبر وین یو مینشن دیٹ وی شوڈ بی تھینک فل ٹو اور بینیفیکٹر انسٹیڈ اف بیکمنگ دیر اینمی</w:t>
      </w:r>
    </w:p>
    <w:p>
      <w:r>
        <w:rPr>
          <w:b/>
        </w:rPr>
        <w:t xml:space="preserve">[1:09:28] </w:t>
      </w:r>
      <w:r>
        <w:t>Maulana agla sawal dilli se miss raziya siddiqui ne kiya hai unhon ne likha hai Muslim communities faced</w:t>
      </w:r>
    </w:p>
    <w:p>
      <w:pPr>
        <w:jc w:val="right"/>
      </w:pPr>
      <w:r>
        <w:t>مولانا اگلا سوال دلی سے مس راضیہ صدیقی نے کیا ہے انہوں نے لکھا ہے مسلم کمیونٹیز فیسڈ</w:t>
      </w:r>
    </w:p>
    <w:p>
      <w:r>
        <w:rPr>
          <w:b/>
        </w:rPr>
        <w:t xml:space="preserve">[1:09:36] </w:t>
      </w:r>
      <w:r>
        <w:t>with problems everywhere is it true that the problem of Muslims being the ummah of the final</w:t>
      </w:r>
    </w:p>
    <w:p>
      <w:pPr>
        <w:jc w:val="right"/>
      </w:pPr>
      <w:r>
        <w:t>ود پرابلمز ایوری ویر از اٹ ٹرو دیٹ دا پرابلم اف مسلمز بینگ دا امہ اف دا فائنل</w:t>
      </w:r>
    </w:p>
    <w:p>
      <w:r>
        <w:rPr>
          <w:b/>
        </w:rPr>
        <w:t xml:space="preserve">[1:09:44] </w:t>
      </w:r>
      <w:r>
        <w:t>prophet can not be solved until and unless they engage themself in dawa work which is their</w:t>
      </w:r>
    </w:p>
    <w:p>
      <w:pPr>
        <w:jc w:val="right"/>
      </w:pPr>
      <w:r>
        <w:t>پرافٹ کین ناٹ بی سالوڈ انٹل اینڈ انلیس دے انگیج دیم سیلف ان دعوی ورک وچ از دیر</w:t>
      </w:r>
    </w:p>
    <w:p>
      <w:r>
        <w:rPr>
          <w:b/>
        </w:rPr>
        <w:t xml:space="preserve">[1:09:51] </w:t>
      </w:r>
      <w:r>
        <w:t>duty devolving upon them by God him self bilkul sahi baat hai dawa work karta hai aadmi doosre</w:t>
      </w:r>
    </w:p>
    <w:p>
      <w:pPr>
        <w:jc w:val="right"/>
      </w:pPr>
      <w:r>
        <w:t>ڈیوٹی ڈیوالونگ اپون دیم بائے گاڈ ہم سیلف بالکل صحیح بات ہے دعا ورک کرتا ہے ادمی دوسرے</w:t>
      </w:r>
    </w:p>
    <w:p>
      <w:r>
        <w:rPr>
          <w:b/>
        </w:rPr>
        <w:t xml:space="preserve">[1:09:59] </w:t>
      </w:r>
      <w:r>
        <w:t>ke doosre ko le kar lekin sath sath kya hota hai apni islaah hoti hai jab aap sahi</w:t>
      </w:r>
    </w:p>
    <w:p>
      <w:pPr>
        <w:jc w:val="right"/>
      </w:pPr>
      <w:r>
        <w:t>کے دوسرے کو لے کر لیکن ساتھ ساتھ کیا ہوتا ہے اپنی اصلاح ہوتی ہے جب اپ صحیح</w:t>
      </w:r>
    </w:p>
    <w:p>
      <w:r>
        <w:rPr>
          <w:b/>
        </w:rPr>
        <w:t xml:space="preserve">[1:10:07] </w:t>
      </w:r>
      <w:r>
        <w:t>maano mein dawa work karenge to aap ke andar peaceful mind banega positive thinking aayegi</w:t>
      </w:r>
    </w:p>
    <w:p>
      <w:pPr>
        <w:jc w:val="right"/>
      </w:pPr>
      <w:r>
        <w:t>معنوں میں دعا ورک کریں گے تو اپ کے اندر پیس فل مائنڈ بنے گا پازیٹیو تھنکنگ ائے</w:t>
      </w:r>
    </w:p>
    <w:p>
      <w:r>
        <w:rPr>
          <w:b/>
        </w:rPr>
        <w:t xml:space="preserve">[1:10:14] </w:t>
      </w:r>
      <w:r>
        <w:t>compasion aayega towards yani human friendly behaviour aayega yeh sab apne aap hi aayega</w:t>
      </w:r>
    </w:p>
    <w:p>
      <w:pPr>
        <w:jc w:val="right"/>
      </w:pPr>
      <w:r>
        <w:t>گی کمپیشن ائے گا ٹورڈز یعنی ہیومن فرینڈلی بیہیویئر ائے گا یہ سب اپنے اپ ہی ائے گا</w:t>
      </w:r>
    </w:p>
    <w:p>
      <w:r>
        <w:rPr>
          <w:b/>
        </w:rPr>
        <w:t xml:space="preserve">[1:10:22] </w:t>
      </w:r>
      <w:r>
        <w:t>to dawa work jo hai bilashuba wajah hai ke musalmanon ne dawa work chhod diya hai to dawa</w:t>
      </w:r>
    </w:p>
    <w:p>
      <w:pPr>
        <w:jc w:val="right"/>
      </w:pPr>
      <w:r>
        <w:t>تو دعا ورک جو ہے بلاشبہ وجہ ہے کہ مسلمانوں نے دعا ورک چھوڑ دیا ہے تو دعا</w:t>
      </w:r>
    </w:p>
    <w:p>
      <w:r>
        <w:rPr>
          <w:b/>
        </w:rPr>
        <w:t xml:space="preserve">[1:10:30] </w:t>
      </w:r>
      <w:r>
        <w:t>work jo hai woh is ka double benefit hai double benefit ek taraf to aap apni is zimme</w:t>
      </w:r>
    </w:p>
    <w:p>
      <w:pPr>
        <w:jc w:val="right"/>
      </w:pPr>
      <w:r>
        <w:t>ورک جو ہے وہ اس کا ڈبل بینیفٹ ہے ڈبل بینیفٹ ایک طرف تو اپ اپنی اس ذمہ</w:t>
      </w:r>
    </w:p>
    <w:p>
      <w:r>
        <w:rPr>
          <w:b/>
        </w:rPr>
        <w:t xml:space="preserve">[1:10:38] </w:t>
      </w:r>
      <w:r>
        <w:t>daari ko ada karte hain jo doosre ke bare mein aap ke upar hai aur sath sath self</w:t>
      </w:r>
    </w:p>
    <w:p>
      <w:pPr>
        <w:jc w:val="right"/>
      </w:pPr>
      <w:r>
        <w:t>داری کو ادا کرتے ہیں جو دوسرے کے بارے میں اپ کے اوپر ہے اور ساتھ ساتھ سیلف</w:t>
      </w:r>
    </w:p>
    <w:p>
      <w:r>
        <w:rPr>
          <w:b/>
        </w:rPr>
        <w:t xml:space="preserve">[1:10:45] </w:t>
      </w:r>
      <w:r>
        <w:t>development ka process aap jari karte hain dono baatein Maulana agla sawal dilli se mashood farooqi sahib ne</w:t>
      </w:r>
    </w:p>
    <w:p>
      <w:pPr>
        <w:jc w:val="right"/>
      </w:pPr>
      <w:r>
        <w:t>ڈیویلپمنٹ کا پروسیس اپ جاری کرتے ہیں دونوں باتیں مولانا اگلا سوال دلی سے مشہود فاروقی صاحب نے</w:t>
      </w:r>
    </w:p>
    <w:p>
      <w:r>
        <w:rPr>
          <w:b/>
        </w:rPr>
        <w:t xml:space="preserve">[1:10:53] </w:t>
      </w:r>
      <w:r>
        <w:t>کیا ہے انہوں نے لکھا ہے I have heard from an Islamic scholar that dawat aur tableegh is</w:t>
      </w:r>
    </w:p>
    <w:p>
      <w:pPr>
        <w:jc w:val="right"/>
      </w:pPr>
      <w:r>
        <w:t>کیا ہے انہوں نے لکھا ہے ائی ہیو ہرڈ فرام این اسلامک سکالر دیٹ دعوت اور تبلیغ از</w:t>
      </w:r>
    </w:p>
    <w:p>
      <w:r>
        <w:rPr>
          <w:b/>
        </w:rPr>
        <w:t xml:space="preserve">[1:11:01] </w:t>
      </w:r>
      <w:r>
        <w:t>not compulsory but there should be a Jamaat that should bring people towards Allah Maulana what is your</w:t>
      </w:r>
    </w:p>
    <w:p>
      <w:pPr>
        <w:jc w:val="right"/>
      </w:pPr>
      <w:r>
        <w:t>ناٹ کمپلسری بٹ دیر شوڈ بی ا جماعت دیٹ شوڈ برنگ پیپل ٹورڈز اللہ مولانا واٹ از یور</w:t>
      </w:r>
    </w:p>
    <w:p>
      <w:r>
        <w:rPr>
          <w:b/>
        </w:rPr>
        <w:t xml:space="preserve">[1:11:08] </w:t>
      </w:r>
      <w:r>
        <w:t>view on this yeh bilkul galat baatein hain bilkul galat baatein hain hundred percent be asal baatein hain</w:t>
      </w:r>
    </w:p>
    <w:p>
      <w:pPr>
        <w:jc w:val="right"/>
      </w:pPr>
      <w:r>
        <w:t>ویو ان دس یہ بالکل غلط باتیں ہیں بالکل غلط باتیں ہیں ہنڈرڈ پرسنٹ بے اصل باتیں ہیں</w:t>
      </w:r>
    </w:p>
    <w:p>
      <w:r>
        <w:rPr>
          <w:b/>
        </w:rPr>
        <w:t xml:space="preserve">[1:11:16] </w:t>
      </w:r>
      <w:r>
        <w:t>jo aadmi Quran o Hadees ka hawala na de us ko jhoota samjhiye yeh baatein kehte hain baghair</w:t>
      </w:r>
    </w:p>
    <w:p>
      <w:pPr>
        <w:jc w:val="right"/>
      </w:pPr>
      <w:r>
        <w:t>جو ادمی قران و حدیث کا حوالہ نہ دے اس کو جھوٹا سمجھیے یہ باتیں کہتے ہیں بغیر</w:t>
      </w:r>
    </w:p>
    <w:p>
      <w:r>
        <w:rPr>
          <w:b/>
        </w:rPr>
        <w:t xml:space="preserve">[1:11:24] </w:t>
      </w:r>
      <w:r>
        <w:t>hawale ke kahan Quran o Hadees mein likha hua hai yaad rakhiye jo aadmi ek baat kahe aur</w:t>
      </w:r>
    </w:p>
    <w:p>
      <w:pPr>
        <w:jc w:val="right"/>
      </w:pPr>
      <w:r>
        <w:t>حوالے کے کہاں قران و حدیث میں لکھا ہوا ہے یاد رکھیے جو ادمی ایک بات کہے اور</w:t>
      </w:r>
    </w:p>
    <w:p>
      <w:r>
        <w:rPr>
          <w:b/>
        </w:rPr>
        <w:t xml:space="preserve">[1:11:32] </w:t>
      </w:r>
      <w:r>
        <w:t>us ne hawala na diya ho Quran o Hadees ka woh jhoot bolta hai use puchiye use keh</w:t>
      </w:r>
    </w:p>
    <w:p>
      <w:pPr>
        <w:jc w:val="right"/>
      </w:pPr>
      <w:r>
        <w:t>اس نے حوالہ نہ دیا ہو قران و حدیث کا وہ جھوٹ بولتا ہے اسے پوچھیے اسے کہ</w:t>
      </w:r>
    </w:p>
    <w:p>
      <w:r>
        <w:rPr>
          <w:b/>
        </w:rPr>
        <w:t xml:space="preserve">[1:11:39] </w:t>
      </w:r>
      <w:r>
        <w:t>kis quran ki aisa nikalte ho kis hadith se aisa nikalte ho to ji bohat hi sakht baat</w:t>
      </w:r>
    </w:p>
    <w:p>
      <w:pPr>
        <w:jc w:val="right"/>
      </w:pPr>
      <w:r>
        <w:t>کس قران کی ایسا نکالتے ہو کس حدیث سے ایسا نکالتے ہو تو جی بہت ہی سخت بات</w:t>
      </w:r>
    </w:p>
    <w:p>
      <w:r>
        <w:rPr>
          <w:b/>
        </w:rPr>
        <w:t xml:space="preserve">[1:11:47] </w:t>
      </w:r>
      <w:r>
        <w:t>hai ke aadmi apne zaban se bole aap ko chahiye quran ko padhein hadith ko padhein aur phir</w:t>
      </w:r>
    </w:p>
    <w:p>
      <w:pPr>
        <w:jc w:val="right"/>
      </w:pPr>
      <w:r>
        <w:t>ہے کہ ادمی اپنے زبان سے بولے اپ کو چاہیے قران کو پڑھیں حدیث کو پڑھیں اور پھر</w:t>
      </w:r>
    </w:p>
    <w:p>
      <w:r>
        <w:rPr>
          <w:b/>
        </w:rPr>
        <w:t xml:space="preserve">[1:11:55] </w:t>
      </w:r>
      <w:r>
        <w:t>jaanen ke waat is truth aur phir bolein hawale ke sath molana iqbal umri ne chennai se sawal</w:t>
      </w:r>
    </w:p>
    <w:p>
      <w:pPr>
        <w:jc w:val="right"/>
      </w:pPr>
      <w:r>
        <w:t>جانیں کہ واٹ از ٹروتھ اور پھر بولیں حوالے کے ساتھ مولانا اقبال عمری نے چنئی سے سوال</w:t>
      </w:r>
    </w:p>
    <w:p>
      <w:r>
        <w:rPr>
          <w:b/>
        </w:rPr>
        <w:t xml:space="preserve">[1:12:02] </w:t>
      </w:r>
      <w:r>
        <w:t>bheja hai unhon ne likha hai universal iman ke liye bhi aur universal dawah opportunities ke liye supportive</w:t>
      </w:r>
    </w:p>
    <w:p>
      <w:pPr>
        <w:jc w:val="right"/>
      </w:pPr>
      <w:r>
        <w:t>بھیجا ہے انہوں نے لکھا ہے یونیورسل ایمان کے لیے بھی اور یونیورسل دعوی اپرچونیٹیز کے لیے سپورٹیو</w:t>
      </w:r>
    </w:p>
    <w:p>
      <w:r>
        <w:rPr>
          <w:b/>
        </w:rPr>
        <w:t xml:space="preserve">[1:12:10] </w:t>
      </w:r>
      <w:r>
        <w:t>age ki zarorat thi wahi ye new age hai molana sahib sahih hamd ke liye kya cheez rukawat</w:t>
      </w:r>
    </w:p>
    <w:p>
      <w:pPr>
        <w:jc w:val="right"/>
      </w:pPr>
      <w:r>
        <w:t>ایج کی ضرورت تھی وہی یہ نیو ایج ہے مولانا صاحب صحیح حمد کے لیے کیا چیز رکاوٹ</w:t>
      </w:r>
    </w:p>
    <w:p>
      <w:r>
        <w:rPr>
          <w:b/>
        </w:rPr>
        <w:t xml:space="preserve">[1:12:18] </w:t>
      </w:r>
      <w:r>
        <w:t>bani hai is ke bare mein bataein mein to samajhta hoon yahi bani ke ke aain waqt par</w:t>
      </w:r>
    </w:p>
    <w:p>
      <w:pPr>
        <w:jc w:val="right"/>
      </w:pPr>
      <w:r>
        <w:t>بنی ہے اس کے بارے میں بتائیں میں تو سمجھتا ہوں یہی بنی کہ کہ ائین وقت پر</w:t>
      </w:r>
    </w:p>
    <w:p>
      <w:r>
        <w:rPr>
          <w:b/>
        </w:rPr>
        <w:t xml:space="preserve">[1:12:26] </w:t>
      </w:r>
      <w:r>
        <w:t>shaitan ne hum musalmanon ko negative thought mein phansa diya ke ye dushman hamare hain best hamara dushman</w:t>
      </w:r>
    </w:p>
    <w:p>
      <w:pPr>
        <w:jc w:val="right"/>
      </w:pPr>
      <w:r>
        <w:t>شیطان نے ہم مسلمانوں کو نیگیٹیو تھاٹ میں پھنسا دیا کہ یہ دشمن ہمارے ہیں بیسٹ ہمارا دشمن</w:t>
      </w:r>
    </w:p>
    <w:p>
      <w:r>
        <w:rPr>
          <w:b/>
        </w:rPr>
        <w:t xml:space="preserve">[1:12:33] </w:t>
      </w:r>
      <w:r>
        <w:t>hai bohat hi hoshiyari ke sath shaitan ne divert kar diya isi zamane mein aap jante hain ke</w:t>
      </w:r>
    </w:p>
    <w:p>
      <w:pPr>
        <w:jc w:val="right"/>
      </w:pPr>
      <w:r>
        <w:t>ہے بہت ہی ہوشیاری کے ساتھ شیطان نے ڈائیورٹ کر دیا اسی زمانے میں اپ جانتے ہیں کہ</w:t>
      </w:r>
    </w:p>
    <w:p>
      <w:r>
        <w:rPr>
          <w:b/>
        </w:rPr>
        <w:t xml:space="preserve">[1:12:41] </w:t>
      </w:r>
      <w:r>
        <w:t>jis zamane mein ye science ubhri hai yani 400 saal ke darmian science ka development 400 saal hua</w:t>
      </w:r>
    </w:p>
    <w:p>
      <w:pPr>
        <w:jc w:val="right"/>
      </w:pPr>
      <w:r>
        <w:t>جس زمانے میں یہ سائنس ابھری ہے یعنی 400 سال کے درمیان سائنس کا ڈیویلپمنٹ 400 سال ہوا</w:t>
      </w:r>
    </w:p>
    <w:p>
      <w:r>
        <w:rPr>
          <w:b/>
        </w:rPr>
        <w:t xml:space="preserve">[1:12:49] </w:t>
      </w:r>
      <w:r>
        <w:t>hai isi darmian mein shaitan ne musalmanon ko mahan mein dal diya ye bhi to dushman tumhare hain</w:t>
      </w:r>
    </w:p>
    <w:p>
      <w:pPr>
        <w:jc w:val="right"/>
      </w:pPr>
      <w:r>
        <w:t>ہے اسی درمیان میں شیطان نے مسلمانوں کو مہم میں ڈال دیا یہ بھی تو دشمن تمہارے ہیں</w:t>
      </w:r>
    </w:p>
    <w:p>
      <w:r>
        <w:rPr>
          <w:b/>
        </w:rPr>
        <w:t xml:space="preserve">[1:12:56] </w:t>
      </w:r>
      <w:r>
        <w:t>ye ye shaitani waswasa hai allazi waswasa fi sudoor al-nas to hamein naoozubillah kehna parega naooz</w:t>
      </w:r>
    </w:p>
    <w:p>
      <w:pPr>
        <w:jc w:val="right"/>
      </w:pPr>
      <w:r>
        <w:t>یہ یہ شیطانی وسوسہ ہے الذی وسوس فی صدور الناس تو ہمیں نعوذ باللہ کہنا پڑے گا نعوذ</w:t>
      </w:r>
    </w:p>
    <w:p>
      <w:r>
        <w:rPr>
          <w:b/>
        </w:rPr>
        <w:t xml:space="preserve">[1:13:04] </w:t>
      </w:r>
      <w:r>
        <w:t>billah hamein shaitan al-rajim kehna parega tab use nijat milegi molana agla sawal abbas bhatt sahib</w:t>
      </w:r>
    </w:p>
    <w:p>
      <w:pPr>
        <w:jc w:val="right"/>
      </w:pPr>
      <w:r>
        <w:t>باللہ ہمیں شیطان الرجیم کہنا پڑے گا تب اسے نجات ملے گی مولانا اگلا سوال عباس بھٹ صاحب</w:t>
      </w:r>
    </w:p>
    <w:p>
      <w:r>
        <w:rPr>
          <w:b/>
        </w:rPr>
        <w:t xml:space="preserve">[1:13:12] </w:t>
      </w:r>
      <w:r>
        <w:t>ne kiya hai kashmir se unhon ne likha hai keeping a beard is part of an islamic life</w:t>
      </w:r>
    </w:p>
    <w:p>
      <w:pPr>
        <w:jc w:val="right"/>
      </w:pPr>
      <w:r>
        <w:t>نے کیا ہے کشمیر سے انہوں نے لکھا ہے کیپنگ ا بیئرڈ از پارٹ اف این اسلامک لائف</w:t>
      </w:r>
    </w:p>
    <w:p>
      <w:r>
        <w:rPr>
          <w:b/>
        </w:rPr>
        <w:t xml:space="preserve">[1:13:20] </w:t>
      </w:r>
      <w:r>
        <w:t>And one of the favorite Sunnah of our Prophet, if a person, despite knowing this, does not keep</w:t>
      </w:r>
    </w:p>
    <w:p>
      <w:pPr>
        <w:jc w:val="right"/>
      </w:pPr>
      <w:r>
        <w:t>اینڈ ون اف دا فیورٹ سنہ اف اور پرافٹ اف ا پرسن ڈسپائٹ نوئنگ دس ڈز ناٹ کیپ</w:t>
      </w:r>
    </w:p>
    <w:p>
      <w:r>
        <w:rPr>
          <w:b/>
        </w:rPr>
        <w:t xml:space="preserve">[1:13:27] </w:t>
      </w:r>
      <w:r>
        <w:t>a beard deen what would you say to him dekhein hum ye aisa hamare mozuat nahi hain jis</w:t>
      </w:r>
    </w:p>
    <w:p>
      <w:pPr>
        <w:jc w:val="right"/>
      </w:pPr>
      <w:r>
        <w:t>ا بیئرڈ دین واٹ وڈ یو سے ٹو ہم دیکھیں ہم یہ ایسا ہمارے موضوعات نہیں ہیں جس</w:t>
      </w:r>
    </w:p>
    <w:p>
      <w:r>
        <w:rPr>
          <w:b/>
        </w:rPr>
        <w:t xml:space="preserve">[1:13:35] </w:t>
      </w:r>
      <w:r>
        <w:t>ke mozuat ye hain use puchiye jo log insurance mein phanse hue hain un se puchiye hum to</w:t>
      </w:r>
    </w:p>
    <w:p>
      <w:pPr>
        <w:jc w:val="right"/>
      </w:pPr>
      <w:r>
        <w:t>کے موضوعات یہ ہیں اسے پوچھیے جو لوگ انشورنس میں پھنسے ہوئے ہیں ان سے پوچھیے ہم تو</w:t>
      </w:r>
    </w:p>
    <w:p>
      <w:r>
        <w:rPr>
          <w:b/>
        </w:rPr>
        <w:t xml:space="preserve">[1:13:43] </w:t>
      </w:r>
      <w:r>
        <w:t>marifat ki aur dawah ki baat karte hain marifat o dawah ke bare mein poochna hai to hum</w:t>
      </w:r>
    </w:p>
    <w:p>
      <w:pPr>
        <w:jc w:val="right"/>
      </w:pPr>
      <w:r>
        <w:t>معرفت کی اور دعوت کی بات کرتے ہیں معرفت و دعوت کے بارے میں پوچھنا ہے تو ہم</w:t>
      </w:r>
    </w:p>
    <w:p>
      <w:r>
        <w:rPr>
          <w:b/>
        </w:rPr>
        <w:t xml:space="preserve">[1:13:50] </w:t>
      </w:r>
      <w:r>
        <w:t>se pooch sakte hain baki dadi aur pajama aap ka aap ka concern hai to un se poochein</w:t>
      </w:r>
    </w:p>
    <w:p>
      <w:pPr>
        <w:jc w:val="right"/>
      </w:pPr>
      <w:r>
        <w:t>سے پوچھ سکتے ہیں باقی داڑھی اور پجامہ اپ کا اپ کا کنسرن ہے تو ان سے پوچھیں</w:t>
      </w:r>
    </w:p>
    <w:p>
      <w:r>
        <w:rPr>
          <w:b/>
        </w:rPr>
        <w:t xml:space="preserve">[1:13:58] </w:t>
      </w:r>
      <w:r>
        <w:t>jo is ka expert hain mein is ka expert nahi hoon ji molana professor najma siddiqui ne dilli</w:t>
      </w:r>
    </w:p>
    <w:p>
      <w:pPr>
        <w:jc w:val="right"/>
      </w:pPr>
      <w:r>
        <w:t>جو اس کا ایکسپرٹ ہیں میں اس کا ایکسپرٹ نہیں ہوں جی مولانا پروفیسر نجمہ صدیقی نے دلی</w:t>
      </w:r>
    </w:p>
    <w:p>
      <w:r>
        <w:rPr>
          <w:b/>
        </w:rPr>
        <w:t xml:space="preserve">[1:14:06] </w:t>
      </w:r>
      <w:r>
        <w:t>سے سوال کیا ہے انہوں نے لکھا ہے مولانا صاحب today's lecture was heart touching. Is it possible</w:t>
      </w:r>
    </w:p>
    <w:p>
      <w:pPr>
        <w:jc w:val="right"/>
      </w:pPr>
      <w:r>
        <w:t>سے سوال کیا ہے انہوں نے لکھا ہے مولانا صاحب ٹوڈے لیکچر واز ہارٹ ٹچنگ از اٹ پوسیبل</w:t>
      </w:r>
    </w:p>
    <w:p>
      <w:r>
        <w:rPr>
          <w:b/>
        </w:rPr>
        <w:t xml:space="preserve">[1:14:14] </w:t>
      </w:r>
      <w:r>
        <w:t>that the Muslims' high-level institutions like Darul Uloom etc. may be persuaded to start research in pure sciences</w:t>
      </w:r>
    </w:p>
    <w:p>
      <w:pPr>
        <w:jc w:val="right"/>
      </w:pPr>
      <w:r>
        <w:t>دیٹ دا مسلمز ہائی لیول انسٹیٹیوشنز لائک دارالعلوم ایٹسٹر می بی پرسویڈڈ ٹو سٹارٹ ریسرچ ان پیور سائنسز</w:t>
      </w:r>
    </w:p>
    <w:p>
      <w:r>
        <w:rPr>
          <w:b/>
        </w:rPr>
        <w:t xml:space="preserve">[1:14:21] </w:t>
      </w:r>
      <w:r>
        <w:t>from this angle what is your opinion on this ha kehna chahiye un ko study karein lekin ye</w:t>
      </w:r>
    </w:p>
    <w:p>
      <w:pPr>
        <w:jc w:val="right"/>
      </w:pPr>
      <w:r>
        <w:t>فرام دس اینگل واٹ از یور اوپینین ان دس ہاں کہنا چاہیے ان کو اسٹڈی کریں لیکن یہ</w:t>
      </w:r>
    </w:p>
    <w:p>
      <w:r>
        <w:rPr>
          <w:b/>
        </w:rPr>
        <w:t xml:space="preserve">[1:14:29] </w:t>
      </w:r>
      <w:r>
        <w:t>kafi nahi hai sab se pehle un ko hamari kitabein padhwaiye bohat se logon ne padha hai lekin</w:t>
      </w:r>
    </w:p>
    <w:p>
      <w:pPr>
        <w:jc w:val="right"/>
      </w:pPr>
      <w:r>
        <w:t>کافی نہیں ہے سب سے پہلے ان کو ہماری کتابیں پڑھوائیے بہت سے لوگوں نے پڑھا ہے لیکن</w:t>
      </w:r>
    </w:p>
    <w:p>
      <w:r>
        <w:rPr>
          <w:b/>
        </w:rPr>
        <w:t xml:space="preserve">[1:14:37] </w:t>
      </w:r>
      <w:r>
        <w:t>ڈگری لے لیتے ہیں بس اس کے بعد کافی سمجھتے ہیں way of thinking آنی چاہیے way of</w:t>
      </w:r>
    </w:p>
    <w:p>
      <w:pPr>
        <w:jc w:val="right"/>
      </w:pPr>
      <w:r>
        <w:t>ڈگری لے لیتے ہیں بس اس کے بعد کافی سمجھتے ہیں وے اف تھنکنگ انی چاہیے وے اف</w:t>
      </w:r>
    </w:p>
    <w:p>
      <w:r>
        <w:rPr>
          <w:b/>
        </w:rPr>
        <w:t xml:space="preserve">[1:14:44] </w:t>
      </w:r>
      <w:r>
        <w:t>thinking lane ke liye aap un ko hamari kitabein padhwaiye molana agla sawal ahmad abad se gufran khan</w:t>
      </w:r>
    </w:p>
    <w:p>
      <w:pPr>
        <w:jc w:val="right"/>
      </w:pPr>
      <w:r>
        <w:t>تھنکنگ لانے کے لیے اپ ان کو ہماری کتابیں پڑھوائیے مولانا اگلا سوال احمد اباد سے گفران خان</w:t>
      </w:r>
    </w:p>
    <w:p>
      <w:r>
        <w:rPr>
          <w:b/>
        </w:rPr>
        <w:t xml:space="preserve">[1:14:52] </w:t>
      </w:r>
      <w:r>
        <w:t>نے کیا ہے انہوں نے لکھا ہے مولانا You said in the talk today that discoveries have been</w:t>
      </w:r>
    </w:p>
    <w:p>
      <w:pPr>
        <w:jc w:val="right"/>
      </w:pPr>
      <w:r>
        <w:t>نے کیا ہے انہوں نے لکھا ہے مولانا یو سیڈ ان دا ٹاک ٹوڈے دیٹ ڈسکوریز ہیو بین</w:t>
      </w:r>
    </w:p>
    <w:p>
      <w:r>
        <w:rPr>
          <w:b/>
        </w:rPr>
        <w:t xml:space="preserve">[1:15:00] </w:t>
      </w:r>
      <w:r>
        <w:t>done by scientists today but in reality they had been indicated by the prophets of earlier times which</w:t>
      </w:r>
    </w:p>
    <w:p>
      <w:pPr>
        <w:jc w:val="right"/>
      </w:pPr>
      <w:r>
        <w:t>ڈن بائے سائنٹسٹ ٹوڈے بٹ ان ریلیٹی دے ہیڈ بین انڈیکیٹڈ بائے دی پرافٹس اف ارلیئر ٹائمز وچ</w:t>
      </w:r>
    </w:p>
    <w:p>
      <w:r>
        <w:rPr>
          <w:b/>
        </w:rPr>
        <w:t xml:space="preserve">[1:15:08] </w:t>
      </w:r>
      <w:r>
        <w:t>They said will unfold in later times. The question is secular world will never acknowledge this. So</w:t>
      </w:r>
    </w:p>
    <w:p>
      <w:pPr>
        <w:jc w:val="right"/>
      </w:pPr>
      <w:r>
        <w:t>دے سیڈ ول ان فولڈ ان لیٹر ٹائمز دا کوئسچن از سیکولر ورلڈ ول نیور ایکنالج دس سو</w:t>
      </w:r>
    </w:p>
    <w:p>
      <w:r>
        <w:rPr>
          <w:b/>
        </w:rPr>
        <w:t xml:space="preserve">[1:15:15] </w:t>
      </w:r>
      <w:r>
        <w:t>How can we make them realize that these were signs kept in nature and predicted by prophets too</w:t>
      </w:r>
    </w:p>
    <w:p>
      <w:pPr>
        <w:jc w:val="right"/>
      </w:pPr>
      <w:r>
        <w:t>ہاؤ کین وی میک دیم ریلائز دیٹ دیز وار سائنس کیپٹ ان نیچر اینڈ پریڈکٹڈ بائے پرافٹس ٹو</w:t>
      </w:r>
    </w:p>
    <w:p>
      <w:r>
        <w:rPr>
          <w:b/>
        </w:rPr>
        <w:t xml:space="preserve">[1:15:23] </w:t>
      </w:r>
      <w:r>
        <w:t>increase the conviction in god phir wo kyun karenge wo to us ka secular benefit le rahe</w:t>
      </w:r>
    </w:p>
    <w:p>
      <w:pPr>
        <w:jc w:val="right"/>
      </w:pPr>
      <w:r>
        <w:t>انکریز دا کنوکشن ان گاڈ پھر وہ کیوں کریں گے وہ تو اس کا سیکولر بینیفٹ لے رہے</w:t>
      </w:r>
    </w:p>
    <w:p>
      <w:r>
        <w:rPr>
          <w:b/>
        </w:rPr>
        <w:t xml:space="preserve">[1:15:31] </w:t>
      </w:r>
      <w:r>
        <w:t>hain wo un ka secular benefit le rahe hain ye to aap ka kaam ka hai ke apne</w:t>
      </w:r>
    </w:p>
    <w:p>
      <w:pPr>
        <w:jc w:val="right"/>
      </w:pPr>
      <w:r>
        <w:t>ہیں وہ ان کا سیکولر بینیفٹ لے رہے ہیں یہ تو اپ کا کام کا ہے کہ اپنے</w:t>
      </w:r>
    </w:p>
    <w:p>
      <w:r>
        <w:rPr>
          <w:b/>
        </w:rPr>
        <w:t xml:space="preserve">[1:15:38] </w:t>
      </w:r>
      <w:r>
        <w:t>ke liye is ko avail karein un ko un ka ye concern nahi hai ye aap ka concern hai</w:t>
      </w:r>
    </w:p>
    <w:p>
      <w:pPr>
        <w:jc w:val="right"/>
      </w:pPr>
      <w:r>
        <w:t>لیے اس کو اویل کریں ان کو ان کا یہ کنسرن نہیں ہے یہ اپ کا کنسرن ہے</w:t>
      </w:r>
    </w:p>
    <w:p>
      <w:r>
        <w:rPr>
          <w:b/>
        </w:rPr>
        <w:t xml:space="preserve">[1:15:46] </w:t>
      </w:r>
      <w:r>
        <w:t>science ka scientific discoveries ka jo secular benefit hai us ko khoob le rahe hain wo to lene</w:t>
      </w:r>
    </w:p>
    <w:p>
      <w:pPr>
        <w:jc w:val="right"/>
      </w:pPr>
      <w:r>
        <w:t>سائنس کا سائنٹیفک ڈسکوریز کا جو سیکولر بینیفٹ ہے اس کو خوب لے رہے ہیں وہ تو لینے</w:t>
      </w:r>
    </w:p>
    <w:p>
      <w:r>
        <w:rPr>
          <w:b/>
        </w:rPr>
        <w:t xml:space="preserve">[1:15:54] </w:t>
      </w:r>
      <w:r>
        <w:t>dijye in ko ap is ko bator data istemal kijye apne sachai ko establish karne ke liye ye</w:t>
      </w:r>
    </w:p>
    <w:p>
      <w:pPr>
        <w:jc w:val="right"/>
      </w:pPr>
      <w:r>
        <w:t>دیجئے ان کو اپ اس کو بطور ڈیٹا استعمال کیجئے اپنے سچائی کو اسٹیبلش کرنے کے لیے یہ</w:t>
      </w:r>
    </w:p>
    <w:p>
      <w:r>
        <w:rPr>
          <w:b/>
        </w:rPr>
        <w:t xml:space="preserve">[1:16:02] </w:t>
      </w:r>
      <w:r>
        <w:t>to clear hai ji mera jawab clear hai ji molana molana agla sawal lene se pehle ek comment</w:t>
      </w:r>
    </w:p>
    <w:p>
      <w:pPr>
        <w:jc w:val="right"/>
      </w:pPr>
      <w:r>
        <w:t>تو کلیئر ہے جی میرا جواب کلیئر ہے جی مولانا مولانا اگلا سوال لینے سے پہلے ایک کمنٹ</w:t>
      </w:r>
    </w:p>
    <w:p>
      <w:r>
        <w:rPr>
          <w:b/>
        </w:rPr>
        <w:t xml:space="preserve">[1:16:09] </w:t>
      </w:r>
      <w:r>
        <w:t>parhna chahenge jo muhammad waqar alam sahib ne bheja hai usa se unho ne likha</w:t>
      </w:r>
    </w:p>
    <w:p>
      <w:pPr>
        <w:jc w:val="right"/>
      </w:pPr>
      <w:r>
        <w:t>پڑھنا چاہیں گے جو محمد وقار عالم صاحب نے بھیجا ہے یو ایس اے سے انہوں نے لکھا</w:t>
      </w:r>
    </w:p>
    <w:p>
      <w:r>
        <w:rPr>
          <w:b/>
        </w:rPr>
        <w:t xml:space="preserve">[1:16:17] </w:t>
      </w:r>
      <w:r>
        <w:t>ہے ا true God-fearing person will think and assess before appreciating or rejecting things coming from West</w:t>
      </w:r>
    </w:p>
    <w:p>
      <w:pPr>
        <w:jc w:val="right"/>
      </w:pPr>
      <w:r>
        <w:t>ہے ا ٹرو گاڈ فیئرنگ پرسن ول تھنک اینڈ اسیس بیفور ایپریشیٹنگ اور ریجیکٹنگ تھنگز کمنگ فرام ویسٹ</w:t>
      </w:r>
    </w:p>
    <w:p>
      <w:r>
        <w:rPr>
          <w:b/>
        </w:rPr>
        <w:t xml:space="preserve">[1:16:25] </w:t>
      </w:r>
      <w:r>
        <w:t>aur east most of the research work in islam is done in east aur under develop countries and</w:t>
      </w:r>
    </w:p>
    <w:p>
      <w:pPr>
        <w:jc w:val="right"/>
      </w:pPr>
      <w:r>
        <w:t>اور ایسٹ موسٹ اف دا ریسرچ ورک ان اسلام از ڈن ان ایسٹ اور انڈر ڈویلپ کنٹریز اینڈ</w:t>
      </w:r>
    </w:p>
    <w:p>
      <w:r>
        <w:rPr>
          <w:b/>
        </w:rPr>
        <w:t xml:space="preserve">[1:16:32] </w:t>
      </w:r>
      <w:r>
        <w:t>definitely west has provided everything to spread the word of god to every household molana agla</w:t>
      </w:r>
    </w:p>
    <w:p>
      <w:pPr>
        <w:jc w:val="right"/>
      </w:pPr>
      <w:r>
        <w:t>ڈیفینیٹلی ویسٹ ہیز پرووائیڈڈ ایوری تھنگ ٹو سپریڈ دا ورڈ اف گاڈ ٹو ایوری ہاؤس ہولڈ مولانا اگلا</w:t>
      </w:r>
    </w:p>
    <w:p>
      <w:r>
        <w:rPr>
          <w:b/>
        </w:rPr>
        <w:t xml:space="preserve">[1:16:40] </w:t>
      </w:r>
      <w:r>
        <w:t>question bheja hai riyaz ahmed sahib ne kashmir se molana is se pehle ek aur sawal lena chahenge</w:t>
      </w:r>
    </w:p>
    <w:p>
      <w:pPr>
        <w:jc w:val="right"/>
      </w:pPr>
      <w:r>
        <w:t>کوئسچن بھیجا ہے ریاض احمد صاحب نے کشمیر سے مولانا اس سے پہلے ایک اور سوال لینا چاہیں</w:t>
      </w:r>
    </w:p>
    <w:p>
      <w:r>
        <w:rPr>
          <w:b/>
        </w:rPr>
        <w:t xml:space="preserve">[1:16:48] </w:t>
      </w:r>
      <w:r>
        <w:t>ge jo furqan sahib ne bheja hai mumbai se unho ne likha hai molana sahib people usually live</w:t>
      </w:r>
    </w:p>
    <w:p>
      <w:pPr>
        <w:jc w:val="right"/>
      </w:pPr>
      <w:r>
        <w:t>گے جو فرقان صاحب نے بھیجا ہے ممبئی سے انہوں نے لکھا ہے مولانا صاحب پیپل یوزلی لیو</w:t>
      </w:r>
    </w:p>
    <w:p>
      <w:r>
        <w:rPr>
          <w:b/>
        </w:rPr>
        <w:t xml:space="preserve">[1:16:56] </w:t>
      </w:r>
      <w:r>
        <w:t>in complaint culture because people have high ego so not to complain means to manage ones ego but</w:t>
      </w:r>
    </w:p>
    <w:p>
      <w:pPr>
        <w:jc w:val="right"/>
      </w:pPr>
      <w:r>
        <w:t>ان کمپلینٹ کلچر بیکاز پیپل ہیو ہائی ایگو سو ناٹ ٹو کمپلین مینز ٹو مینج ونز ایگو بٹ</w:t>
      </w:r>
    </w:p>
    <w:p>
      <w:r>
        <w:rPr>
          <w:b/>
        </w:rPr>
        <w:t xml:space="preserve">[1:17:03] </w:t>
      </w:r>
      <w:r>
        <w:t>this is not an easy task please tell us how we can manage our ego issues dekhen ego</w:t>
      </w:r>
    </w:p>
    <w:p>
      <w:pPr>
        <w:jc w:val="right"/>
      </w:pPr>
      <w:r>
        <w:t>دس از ناٹ این ایزی ٹاسک پلیز ٹیل اس ہاؤ وی کین مینج اور ایگو ایشوز دیکھیں ایگو</w:t>
      </w:r>
    </w:p>
    <w:p>
      <w:r>
        <w:rPr>
          <w:b/>
        </w:rPr>
        <w:t xml:space="preserve">[1:17:11] </w:t>
      </w:r>
      <w:r>
        <w:t>jo hai ego kya hai ego jo hai allah ki ki daryaft na hone ka naam hai ye</w:t>
      </w:r>
    </w:p>
    <w:p>
      <w:pPr>
        <w:jc w:val="right"/>
      </w:pPr>
      <w:r>
        <w:t>جو ہے ایگو کیا ہے ایگو جو ہے اللہ کی کی دریافت نہ ہونے کا نام ہے یہ</w:t>
      </w:r>
    </w:p>
    <w:p>
      <w:r>
        <w:rPr>
          <w:b/>
        </w:rPr>
        <w:t xml:space="preserve">[1:17:19] </w:t>
      </w:r>
      <w:r>
        <w:t>jitne ego phanse rehte hain wo sab unho ne allah ko daryaft nahi ki yani allah ki azmat</w:t>
      </w:r>
    </w:p>
    <w:p>
      <w:pPr>
        <w:jc w:val="right"/>
      </w:pPr>
      <w:r>
        <w:t>جتنے ایگو پھنسے رہتے ہیں وہ سب انہوں نے اللہ کو دریافت نہیں کی یعنی اللہ کی عظمت</w:t>
      </w:r>
    </w:p>
    <w:p>
      <w:r>
        <w:rPr>
          <w:b/>
        </w:rPr>
        <w:t xml:space="preserve">[1:17:26] </w:t>
      </w:r>
      <w:r>
        <w:t>ko ap daryaft kar len to ap ka ego to nothing ho jayega agar ap allah ki</w:t>
      </w:r>
    </w:p>
    <w:p>
      <w:pPr>
        <w:jc w:val="right"/>
      </w:pPr>
      <w:r>
        <w:t>کو اپ دریافت کر لیں تو اپ کا ایگو تو نتھنگ ہو جائے گا اگر اپ اللہ کی</w:t>
      </w:r>
    </w:p>
    <w:p>
      <w:r>
        <w:rPr>
          <w:b/>
        </w:rPr>
        <w:t xml:space="preserve">[1:17:34] </w:t>
      </w:r>
      <w:r>
        <w:t>azmat ko daryaft kar len to ap ka ego nothing ho jayega main ek martaba ek ek</w:t>
      </w:r>
    </w:p>
    <w:p>
      <w:pPr>
        <w:jc w:val="right"/>
      </w:pPr>
      <w:r>
        <w:t>عظمت کو دریافت کر لیں تو اپ کا ایگو نتھنگ ہو جائے گا میں ایک مرتبہ ایک ایک</w:t>
      </w:r>
    </w:p>
    <w:p>
      <w:r>
        <w:rPr>
          <w:b/>
        </w:rPr>
        <w:t xml:space="preserve">[1:17:42] </w:t>
      </w:r>
      <w:r>
        <w:t>ek badshah ke darbar mein mujhe ittefaq hua tha baithne ka to wahan sab log the aur badshah</w:t>
      </w:r>
    </w:p>
    <w:p>
      <w:pPr>
        <w:jc w:val="right"/>
      </w:pPr>
      <w:r>
        <w:t>ایک بادشاہ کے دربار میں مجھے اتفاق ہوا تھا بیٹھنے کا تو وہاں سب لوگ تھے اور بادشاہ</w:t>
      </w:r>
    </w:p>
    <w:p>
      <w:r>
        <w:rPr>
          <w:b/>
        </w:rPr>
        <w:t xml:space="preserve">[1:17:50] </w:t>
      </w:r>
      <w:r>
        <w:t>a kar baitha to itna zyada log apne ko sambhal ke rakhte the ke kapre ka yani zara</w:t>
      </w:r>
    </w:p>
    <w:p>
      <w:pPr>
        <w:jc w:val="right"/>
      </w:pPr>
      <w:r>
        <w:t>ا کر بیٹھا تو اتنا زیادہ لوگ اپنے کو سنبھال کے رکھتے تھے کہ کپڑے کا یعنی ذرا</w:t>
      </w:r>
    </w:p>
    <w:p>
      <w:r>
        <w:rPr>
          <w:b/>
        </w:rPr>
        <w:t xml:space="preserve">[1:17:57] </w:t>
      </w:r>
      <w:r>
        <w:t>si awaz agar bhi nahi chahte the ke kapra hatane se awaz paida ho ek dam statue bane</w:t>
      </w:r>
    </w:p>
    <w:p>
      <w:pPr>
        <w:jc w:val="right"/>
      </w:pPr>
      <w:r>
        <w:t>سی اواز اگر بھی نہیں چاہتے تھے کہ کپڑا ہٹانے سے اواز پیدا ہو ایک دم اسٹیچو بنے</w:t>
      </w:r>
    </w:p>
    <w:p>
      <w:r>
        <w:rPr>
          <w:b/>
        </w:rPr>
        <w:t xml:space="preserve">[1:18:05] </w:t>
      </w:r>
      <w:r>
        <w:t>hue admi baitha hua tha jo wahan log the bilkul statue bane hue baithe the hatta ke main</w:t>
      </w:r>
    </w:p>
    <w:p>
      <w:pPr>
        <w:jc w:val="right"/>
      </w:pPr>
      <w:r>
        <w:t>ہوئے ادمی بیٹھا ہوا تھا جو وہاں لوگ تھے بالکل اسٹیچو بنے ہوئے بیٹھے تھے حتی کہ میں</w:t>
      </w:r>
    </w:p>
    <w:p>
      <w:r>
        <w:rPr>
          <w:b/>
        </w:rPr>
        <w:t xml:space="preserve">[1:18:13] </w:t>
      </w:r>
      <w:r>
        <w:t>main ne karwat lena chaha to mana kiya mujh ko karwat badlijiye karwat lene se awaz paida hogi</w:t>
      </w:r>
    </w:p>
    <w:p>
      <w:pPr>
        <w:jc w:val="right"/>
      </w:pPr>
      <w:r>
        <w:t>میں نے کروٹ لینا چاہا تو منع کیا مجھ کو کروٹ بدلیجئے کروٹ لینے سے اواز پیدا ہوگی</w:t>
      </w:r>
    </w:p>
    <w:p>
      <w:r>
        <w:rPr>
          <w:b/>
        </w:rPr>
        <w:t xml:space="preserve">[1:18:20] </w:t>
      </w:r>
      <w:r>
        <w:t>to bataiye badshah ki haqeeqat kya hai badshah ke samne ho kar ke ap itna zyada theek thak</w:t>
      </w:r>
    </w:p>
    <w:p>
      <w:pPr>
        <w:jc w:val="right"/>
      </w:pPr>
      <w:r>
        <w:t>تو بتائیے بادشاہ کی حقیقت کیا ہے بادشاہ کے سامنے ہو کر کے اپ اتنا زیادہ ٹھیک ٹھاک</w:t>
      </w:r>
    </w:p>
    <w:p>
      <w:r>
        <w:rPr>
          <w:b/>
        </w:rPr>
        <w:t xml:space="preserve">[1:18:28] </w:t>
      </w:r>
      <w:r>
        <w:t>ho jate hain to agar mehsoos karen ke main allah rab ul alameen ke darbar mein hoon to kitna</w:t>
      </w:r>
    </w:p>
    <w:p>
      <w:pPr>
        <w:jc w:val="right"/>
      </w:pPr>
      <w:r>
        <w:t>ہو جاتے ہیں تو اگر محسوس کریں کہ میں اللہ رب العالمین کے دربار میں ہوں تو کتنا</w:t>
      </w:r>
    </w:p>
    <w:p>
      <w:r>
        <w:rPr>
          <w:b/>
        </w:rPr>
        <w:t xml:space="preserve">[1:18:36] </w:t>
      </w:r>
      <w:r>
        <w:t>theek ho jayenge to jo ego mein jeeta hai wo to qabil nafrat hai wo insan kyunke</w:t>
      </w:r>
    </w:p>
    <w:p>
      <w:pPr>
        <w:jc w:val="right"/>
      </w:pPr>
      <w:r>
        <w:t>ٹھیک ہو جائیں گے تو جو ایگو میں جیتا ہے وہ تو قابل نفرت ہے وہ انسان کیونکہ</w:t>
      </w:r>
    </w:p>
    <w:p>
      <w:r>
        <w:rPr>
          <w:b/>
        </w:rPr>
        <w:t xml:space="preserve">[1:18:44] </w:t>
      </w:r>
      <w:r>
        <w:t>allah ki azmat ko janta nahi wo yani jahan barhai sirf allah ko hasil ho wahan ap ego</w:t>
      </w:r>
    </w:p>
    <w:p>
      <w:pPr>
        <w:jc w:val="right"/>
      </w:pPr>
      <w:r>
        <w:t>اللہ کی عظمت کو جانتا نہیں وہ یعنی جہاں بڑائی صرف اللہ کو حاصل ہو وہاں اپ ایگو</w:t>
      </w:r>
    </w:p>
    <w:p>
      <w:r>
        <w:rPr>
          <w:b/>
        </w:rPr>
        <w:t xml:space="preserve">[1:18:51] </w:t>
      </w:r>
      <w:r>
        <w:t>dikhayen to is se zyada yani aham maqam baat kya ho sakti hai to sara mamla ye hua</w:t>
      </w:r>
    </w:p>
    <w:p>
      <w:pPr>
        <w:jc w:val="right"/>
      </w:pPr>
      <w:r>
        <w:t>دکھائیں تو اس سے زیادہ یعنی اہم مقام بات کیا ہو سکتی ہے تو سارا معاملہ یہ ہوا</w:t>
      </w:r>
    </w:p>
    <w:p>
      <w:r>
        <w:rPr>
          <w:b/>
        </w:rPr>
        <w:t xml:space="preserve">[1:18:59] </w:t>
      </w:r>
      <w:r>
        <w:t>hai ke logon ne allah ko daryaft nahi kiya wo islam ko bator culture liye hue hain bator</w:t>
      </w:r>
    </w:p>
    <w:p>
      <w:pPr>
        <w:jc w:val="right"/>
      </w:pPr>
      <w:r>
        <w:t>ہے کہ لوگوں نے اللہ کو دریافت نہیں کیا وہ اسلام کو بطور کلچر لیے ہوئے ہیں بطور</w:t>
      </w:r>
    </w:p>
    <w:p>
      <w:r>
        <w:rPr>
          <w:b/>
        </w:rPr>
        <w:t xml:space="preserve">[1:19:07] </w:t>
      </w:r>
      <w:r>
        <w:t>marifat nahi liye hue hain ek hai marifat wala islam marifat wala islam aur ek culture wala islam</w:t>
      </w:r>
    </w:p>
    <w:p>
      <w:pPr>
        <w:jc w:val="right"/>
      </w:pPr>
      <w:r>
        <w:t>معرفت نہیں لیے ہوئے ہیں ایک ہے معرفت والا اسلام معرفت والا اسلام اور ایک کلچر والا اسلام</w:t>
      </w:r>
    </w:p>
    <w:p>
      <w:r>
        <w:rPr>
          <w:b/>
        </w:rPr>
        <w:t xml:space="preserve">[1:19:14] </w:t>
      </w:r>
      <w:r>
        <w:t>tu log culture wale islam par hain marifat wale islam par nahi hain woh Maulana agla sawal mister</w:t>
      </w:r>
    </w:p>
    <w:p>
      <w:pPr>
        <w:jc w:val="right"/>
      </w:pPr>
      <w:r>
        <w:t>تو لوگ کلچر والے اسلام پر ہیں معرفت والے اسلام پر نہیں ہیں وہ مولانا اگلا سوال مسٹر</w:t>
      </w:r>
    </w:p>
    <w:p>
      <w:r>
        <w:rPr>
          <w:b/>
        </w:rPr>
        <w:t xml:space="preserve">[1:19:22] </w:t>
      </w:r>
      <w:r>
        <w:t>ajay dravidi ne bheja hai deli se unhon ne likha hai Maulana it is true that today we</w:t>
      </w:r>
    </w:p>
    <w:p>
      <w:pPr>
        <w:jc w:val="right"/>
      </w:pPr>
      <w:r>
        <w:t>اجے درویدی نے بھیجا ہے دلی سے انہوں نے لکھا ہے مولانا اٹ از ٹرو دیٹ ٹوڈے وی</w:t>
      </w:r>
    </w:p>
    <w:p>
      <w:r>
        <w:rPr>
          <w:b/>
        </w:rPr>
        <w:t xml:space="preserve">[1:19:30] </w:t>
      </w:r>
      <w:r>
        <w:t>have a lot of data available that indicates the existence of god however at the same time</w:t>
      </w:r>
    </w:p>
    <w:p>
      <w:pPr>
        <w:jc w:val="right"/>
      </w:pPr>
      <w:r>
        <w:t>ہیو ا لاٹ اف ڈیٹا اویلیبل دیٹ انڈیکیٹس دی ایگزسٹنس اف گاڈ ہاؤ ایور ایٹ دا سیم ٹائم</w:t>
      </w:r>
    </w:p>
    <w:p>
      <w:r>
        <w:rPr>
          <w:b/>
        </w:rPr>
        <w:t xml:space="preserve">[1:19:38] </w:t>
      </w:r>
      <w:r>
        <w:t>there is also so much other data and information that can easily confuse a person what is the</w:t>
      </w:r>
    </w:p>
    <w:p>
      <w:pPr>
        <w:jc w:val="right"/>
      </w:pPr>
      <w:r>
        <w:t>دیر از السو سو مچ ادر ڈیٹا اینڈ انفارمیشن دیٹ کین ایزیلی کنفیوز ا پرسن واٹ از دی</w:t>
      </w:r>
    </w:p>
    <w:p>
      <w:r>
        <w:rPr>
          <w:b/>
        </w:rPr>
        <w:t xml:space="preserve">[1:19:45] </w:t>
      </w:r>
      <w:r>
        <w:t>formula of saving oneself from confusion how to sort out relevant from the irrelevant what is your</w:t>
      </w:r>
    </w:p>
    <w:p>
      <w:pPr>
        <w:jc w:val="right"/>
      </w:pPr>
      <w:r>
        <w:t>فارمولا اف سیونگ ون سیلف فرام کنفیوژن ہاؤ ٹو سورٹ اؤٹ ریلیونٹ فرام دی اریلیونٹ واٹ از یور</w:t>
      </w:r>
    </w:p>
    <w:p>
      <w:r>
        <w:rPr>
          <w:b/>
        </w:rPr>
        <w:t xml:space="preserve">[1:19:53] </w:t>
      </w:r>
      <w:r>
        <w:t>advice to all of us dekhen confusion is part of part of life confusion to rahega na</w:t>
      </w:r>
    </w:p>
    <w:p>
      <w:pPr>
        <w:jc w:val="right"/>
      </w:pPr>
      <w:r>
        <w:t>ایڈوائس ٹو ال اف اس دیکھیں کنفیوژن از پارٹ اف پارٹ اف لائف کنفیوژن تو رہے گا نا</w:t>
      </w:r>
    </w:p>
    <w:p>
      <w:r>
        <w:rPr>
          <w:b/>
        </w:rPr>
        <w:t xml:space="preserve">[1:20:01] </w:t>
      </w:r>
      <w:r>
        <w:t>ke hamesha Quran ki zuban mein isko kahenge iltibas Quran Quran mein isko iltibas kaha</w:t>
      </w:r>
    </w:p>
    <w:p>
      <w:pPr>
        <w:jc w:val="right"/>
      </w:pPr>
      <w:r>
        <w:t>کہ ہمیشہ قران کی زبان میں اس کو کہیں گے التباس قران قران میں اس کو التباس کہا</w:t>
      </w:r>
    </w:p>
    <w:p>
      <w:r>
        <w:rPr>
          <w:b/>
        </w:rPr>
        <w:t xml:space="preserve">[1:20:08] </w:t>
      </w:r>
      <w:r>
        <w:t>گیا ہے یعنی element of element of doubt element of doubt جو ہے وہ ہمیشہ ہی رہے گا</w:t>
      </w:r>
    </w:p>
    <w:p>
      <w:pPr>
        <w:jc w:val="right"/>
      </w:pPr>
      <w:r>
        <w:t>گیا ہے یعنی ایلیمنٹ اف ایلیمنٹ اف ڈاؤٹ ایلیمنٹ اف ڈاؤٹ جو ہے وہ ہمیشہ ہی رہے گا</w:t>
      </w:r>
    </w:p>
    <w:p>
      <w:r>
        <w:rPr>
          <w:b/>
        </w:rPr>
        <w:t xml:space="preserve">[1:20:16] </w:t>
      </w:r>
      <w:r>
        <w:t>isko to aap ko phadna hai element of doubt tower se pehle kabhi khatam nahi hoga har</w:t>
      </w:r>
    </w:p>
    <w:p>
      <w:pPr>
        <w:jc w:val="right"/>
      </w:pPr>
      <w:r>
        <w:t>اس کو تو اپ کو پھاڑنا ہے ایلیمنٹ اف ڈاؤٹ ٹاور سے پہلے کبھی ختم نہیں ہوگا ہر</w:t>
      </w:r>
    </w:p>
    <w:p>
      <w:r>
        <w:rPr>
          <w:b/>
        </w:rPr>
        <w:t xml:space="preserve">[1:20:24] </w:t>
      </w:r>
      <w:r>
        <w:t>cheez mein rahega har cheez mein rahega har cheez mein rahega hatta ke baaz log</w:t>
      </w:r>
    </w:p>
    <w:p>
      <w:pPr>
        <w:jc w:val="right"/>
      </w:pPr>
      <w:r>
        <w:t>چیز میں رہے گا ہر چیز میں رہے گا ہر چیز میں رہے گا حتی کہ بعض لوگ</w:t>
      </w:r>
    </w:p>
    <w:p>
      <w:r>
        <w:rPr>
          <w:b/>
        </w:rPr>
        <w:t xml:space="preserve">[1:20:32] </w:t>
      </w:r>
      <w:r>
        <w:t>jo bohat extremist the is par doubt kiya unhon ne ke yeh mera baap hai ke nahi kyunke</w:t>
      </w:r>
    </w:p>
    <w:p>
      <w:pPr>
        <w:jc w:val="right"/>
      </w:pPr>
      <w:r>
        <w:t>جو بہت ایکسٹریمسٹ تھے اس پر ڈاؤٹ کیا انہوں نے کہ یہ میرا باپ ہے کہ نہیں کیونکہ</w:t>
      </w:r>
    </w:p>
    <w:p>
      <w:r>
        <w:rPr>
          <w:b/>
        </w:rPr>
        <w:t xml:space="preserve">[1:20:39] </w:t>
      </w:r>
      <w:r>
        <w:t>ڈائریکٹ طور پر جانتے نہیں تھے کہ یہ میرا باپ ہے یہ تو element of doubt ہمیشہ رہے</w:t>
      </w:r>
    </w:p>
    <w:p>
      <w:pPr>
        <w:jc w:val="right"/>
      </w:pPr>
      <w:r>
        <w:t>ڈائریکٹ طور پر جانتے نہیں تھے کہ یہ میرا باپ ہے یہ تو ایلیمنٹ اف ڈاؤٹ ہمیشہ رہے</w:t>
      </w:r>
    </w:p>
    <w:p>
      <w:r>
        <w:rPr>
          <w:b/>
        </w:rPr>
        <w:t xml:space="preserve">[1:20:47] </w:t>
      </w:r>
      <w:r>
        <w:t>ga har cheez mein rahega aap hotel mein jate hain ek dish aap ke samne ati hai</w:t>
      </w:r>
    </w:p>
    <w:p>
      <w:pPr>
        <w:jc w:val="right"/>
      </w:pPr>
      <w:r>
        <w:t>گا ہر چیز میں رہے گا اپ ہوٹل میں جاتے ہیں ایک ڈش اپ کے سامنے اتی ہے</w:t>
      </w:r>
    </w:p>
    <w:p>
      <w:r>
        <w:rPr>
          <w:b/>
        </w:rPr>
        <w:t xml:space="preserve">[1:20:55] </w:t>
      </w:r>
      <w:r>
        <w:t>وہاں پہ اپ شو کر سکتے ہیں کہ dish sahi na ho to element of doubt jo hai</w:t>
      </w:r>
    </w:p>
    <w:p>
      <w:pPr>
        <w:jc w:val="right"/>
      </w:pPr>
      <w:r>
        <w:t>وہاں پہ اپ شو کر سکتے ہیں کہ ڈش صحیح نہ ہو تو ایلیمنٹ اف ڈاؤٹ جو ہے</w:t>
      </w:r>
    </w:p>
    <w:p>
      <w:r>
        <w:rPr>
          <w:b/>
        </w:rPr>
        <w:t xml:space="preserve">[1:21:02] </w:t>
      </w:r>
      <w:r>
        <w:t>isko to aap phadna hi hai aap ko agar nahi phadenge to aap ko kuch bhi</w:t>
      </w:r>
    </w:p>
    <w:p>
      <w:pPr>
        <w:jc w:val="right"/>
      </w:pPr>
      <w:r>
        <w:t>اس کو تو اپ پھاڑنا ہی ہے اپ کو اگر نہیں پھاڑیں گے تو اپ کو کچھ بھی</w:t>
      </w:r>
    </w:p>
    <w:p>
      <w:r>
        <w:rPr>
          <w:b/>
        </w:rPr>
        <w:t xml:space="preserve">[1:21:10] </w:t>
      </w:r>
      <w:r>
        <w:t>کچھ بھی نہیں معلوم نہیں جان سکتے اپ وہ اس کا یعنی element of doubt نہ ہو</w:t>
      </w:r>
    </w:p>
    <w:p>
      <w:pPr>
        <w:jc w:val="right"/>
      </w:pPr>
      <w:r>
        <w:t>کچھ بھی نہیں معلوم نہیں جان سکتے اپ وہ اس کا یعنی ایلیمنٹ ایلیمنٹ اف ڈاؤٹ نہ ہو</w:t>
      </w:r>
    </w:p>
    <w:p>
      <w:r>
        <w:rPr>
          <w:b/>
        </w:rPr>
        <w:t xml:space="preserve">[1:21:18] </w:t>
      </w:r>
      <w:r>
        <w:t>aisi duniya nahi ban sakti woh to banegi akhirat mein Maulana yeh akhri sawal Kashmir se Riyaz</w:t>
      </w:r>
    </w:p>
    <w:p>
      <w:pPr>
        <w:jc w:val="right"/>
      </w:pPr>
      <w:r>
        <w:t>ایسی دنیا نہیں بن سکتی وہ تو بنے گی اخرت میں مولانا یہ اخری سوال کشمیر سے ریاض</w:t>
      </w:r>
    </w:p>
    <w:p>
      <w:r>
        <w:rPr>
          <w:b/>
        </w:rPr>
        <w:t xml:space="preserve">[1:21:26] </w:t>
      </w:r>
      <w:r>
        <w:t>احمد صاحب نے بھیجا ہے انہوں نے لکھا ہے in today's world the problem of ulama has been</w:t>
      </w:r>
    </w:p>
    <w:p>
      <w:pPr>
        <w:jc w:val="right"/>
      </w:pPr>
      <w:r>
        <w:t>احمد صاحب نے بھیجا ہے انہوں نے لکھا ہے ان ٹوڈے ورلڈ دا پرابلم اف علماء ہیز بین</w:t>
      </w:r>
    </w:p>
    <w:p>
      <w:r>
        <w:rPr>
          <w:b/>
        </w:rPr>
        <w:t xml:space="preserve">[1:21:33] </w:t>
      </w:r>
      <w:r>
        <w:t>that after scientific inventions the religious scholars have been unable to answer the queries of modern educated</w:t>
      </w:r>
    </w:p>
    <w:p>
      <w:pPr>
        <w:jc w:val="right"/>
      </w:pPr>
      <w:r>
        <w:t>دیٹ افٹر سائنٹیفک انوینشنز دا ریلیجیس سکالرز ہیو بین ان ایبل ٹو انسر دا کوئریز اف ماڈرن ایجوکیٹڈ</w:t>
      </w:r>
    </w:p>
    <w:p>
      <w:r>
        <w:rPr>
          <w:b/>
        </w:rPr>
        <w:t xml:space="preserve">[1:21:41] </w:t>
      </w:r>
      <w:r>
        <w:t>western scholars this is the reason that they have been classified as atheist what is your opinion on</w:t>
      </w:r>
    </w:p>
    <w:p>
      <w:pPr>
        <w:jc w:val="right"/>
      </w:pPr>
      <w:r>
        <w:t>ویسٹرن سکالرز دس از دا ریزن دیٹ دے ہیو بین کلاسیفائیڈ ایز ایتھسٹ واٹ از یور اوپینین ان</w:t>
      </w:r>
    </w:p>
    <w:p>
      <w:r>
        <w:rPr>
          <w:b/>
        </w:rPr>
        <w:t xml:space="preserve">[1:21:49] </w:t>
      </w:r>
      <w:r>
        <w:t>this Maulana haan is par to hum ne baqayda likha hai ke raddat ul walaa abaa bakar lahaa ek</w:t>
      </w:r>
    </w:p>
    <w:p>
      <w:pPr>
        <w:jc w:val="right"/>
      </w:pPr>
      <w:r>
        <w:t>دس مولانا ہاں اس پر تو ہم نے باقاعدہ لکھا ہے کہ ردۃ الولاء ابا بکر لہا ایک</w:t>
      </w:r>
    </w:p>
    <w:p>
      <w:r>
        <w:rPr>
          <w:b/>
        </w:rPr>
        <w:t xml:space="preserve">[1:21:56] </w:t>
      </w:r>
      <w:r>
        <w:t>bohat bade aalim ki kitab hai yeh raddat ul walaa abaa bakar lahaa yeh bekhabri ki wajah se</w:t>
      </w:r>
    </w:p>
    <w:p>
      <w:pPr>
        <w:jc w:val="right"/>
      </w:pPr>
      <w:r>
        <w:t>بہت بڑے عالم کی کتاب ہے یہ ردۃ الولاء ابا بکر لہا یہ بے خبری کی وجہ سے</w:t>
      </w:r>
    </w:p>
    <w:p>
      <w:r>
        <w:rPr>
          <w:b/>
        </w:rPr>
        <w:t xml:space="preserve">[1:22:04] </w:t>
      </w:r>
      <w:r>
        <w:t>hai jin ko woh keh rahe hain murtad woh murtad nahi hain woh dissatisfaction ka case hai</w:t>
      </w:r>
    </w:p>
    <w:p>
      <w:pPr>
        <w:jc w:val="right"/>
      </w:pPr>
      <w:r>
        <w:t>ہے جن کو وہ کہہ رہے ہیں مرتد وہ مرتد نہیں ہیں وہ ڈس سیٹسفیکشن کا کیس ہے</w:t>
      </w:r>
    </w:p>
    <w:p>
      <w:r>
        <w:rPr>
          <w:b/>
        </w:rPr>
        <w:t xml:space="preserve">[1:22:12] </w:t>
      </w:r>
      <w:r>
        <w:t>adam itminan ka case hai yeh to sahi aap ne kaha yeh mein ne is par bohat tafseel</w:t>
      </w:r>
    </w:p>
    <w:p>
      <w:pPr>
        <w:jc w:val="right"/>
      </w:pPr>
      <w:r>
        <w:t>عدم اطمینان کا کیس ہے یہ تو صحیح اپ نے کہا یہ میں نے اس پر بہت تفصیل</w:t>
      </w:r>
    </w:p>
    <w:p>
      <w:r>
        <w:rPr>
          <w:b/>
        </w:rPr>
        <w:t xml:space="preserve">[1:22:20] </w:t>
      </w:r>
      <w:r>
        <w:t>se likha hai is par raddat ul walaa abaa bakar lahaa ki jo theory hai is ke khilaf okay</w:t>
      </w:r>
    </w:p>
    <w:p>
      <w:pPr>
        <w:jc w:val="right"/>
      </w:pPr>
      <w:r>
        <w:t>سے لکھا ہے اس پر ردۃ الولاء ابا بکر لہا کی جو تھیوری ہے اس کے خلاف اوکے</w:t>
      </w:r>
    </w:p>
    <w:p>
      <w:r>
        <w:rPr>
          <w:b/>
        </w:rPr>
        <w:t xml:space="preserve">[1:22:27] </w:t>
      </w:r>
      <w:r>
        <w:t>so we will end the session now once again we remind everyone that if you want to</w:t>
      </w:r>
    </w:p>
    <w:p>
      <w:pPr>
        <w:jc w:val="right"/>
      </w:pPr>
      <w:r>
        <w:t>سو وی ول اینڈ دی سیشن ناؤ ونس اگین وی ریمائنڈ ایوری ون دیٹ اف یو وانٹ ٹو</w:t>
      </w:r>
    </w:p>
    <w:p>
      <w:r>
        <w:rPr>
          <w:b/>
        </w:rPr>
        <w:t xml:space="preserve">[1:22:35] </w:t>
      </w:r>
      <w:r>
        <w:t>visit the cps stall at world book fair which is started please come to hall number</w:t>
      </w:r>
    </w:p>
    <w:p>
      <w:pPr>
        <w:jc w:val="right"/>
      </w:pPr>
      <w:r>
        <w:t>وزٹ دا سی پی ایس سٹال ایٹ ورلڈ بک فیئر وچ از سٹارٹڈ پلیز کم ٹو ہال نمبر</w:t>
      </w:r>
    </w:p>
    <w:p>
      <w:r>
        <w:rPr>
          <w:b/>
        </w:rPr>
        <w:t xml:space="preserve">[1:22:43] </w:t>
      </w:r>
      <w:r>
        <w:t>18 stall number 31 and 32 thank you.</w:t>
      </w:r>
    </w:p>
    <w:p>
      <w:pPr>
        <w:jc w:val="right"/>
      </w:pPr>
      <w:r>
        <w:t>18 سٹال نمبر 31 اینڈ 32 تھینک یو.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