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Forget the Grievances, January 01, 2017</w:t>
      </w:r>
    </w:p>
    <w:p>
      <w:r>
        <w:t>https://www.youtube.com/watch?v=zW4q8dl2cmw</w:t>
      </w:r>
    </w:p>
    <w:p>
      <w:r>
        <w:rPr>
          <w:b/>
        </w:rPr>
        <w:t xml:space="preserve">[00:13]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[00:14] </w:t>
      </w:r>
      <w:r>
        <w:t>wasallahu ala nabiyil karim.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[00:16] </w:t>
      </w:r>
      <w:r>
        <w:t>rab ishrah li sadri, wa yassir li amri, wah-lul 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[00:22] </w:t>
      </w:r>
      <w:r>
        <w:t>janwari 1, 2017.</w:t>
      </w:r>
    </w:p>
    <w:p>
      <w:pPr>
        <w:jc w:val="right"/>
      </w:pPr>
      <w:r>
        <w:t>جنوری 1، 2017۔</w:t>
      </w:r>
    </w:p>
    <w:p>
      <w:r>
        <w:rPr>
          <w:b/>
        </w:rPr>
        <w:t xml:space="preserve">[00:23] </w:t>
      </w:r>
      <w:r>
        <w:t>is waqt mere haath mein yeh paper hai, 29 disembar ka.</w:t>
      </w:r>
    </w:p>
    <w:p>
      <w:pPr>
        <w:jc w:val="right"/>
      </w:pPr>
      <w:r>
        <w:t>اس وقت میرے ہاتھ میں یہ پیپر ہے، 29 دسمبر کا۔</w:t>
      </w:r>
    </w:p>
    <w:p>
      <w:r>
        <w:rPr>
          <w:b/>
        </w:rPr>
        <w:t xml:space="preserve">[00:28] </w:t>
      </w:r>
      <w:r>
        <w:t>is mein aik news hai ke aik conference hui pearl harbor mein, jis mein america ke president barack</w:t>
      </w:r>
    </w:p>
    <w:p>
      <w:pPr>
        <w:jc w:val="right"/>
      </w:pPr>
      <w:r>
        <w:t>اس میں ایک نیوز ہے کہ ایک کانفرنس ہوئی پال ہاربر میں، جس میں امریکہ کے پریزیڈنٹ براک</w:t>
      </w:r>
    </w:p>
    <w:p>
      <w:r>
        <w:rPr>
          <w:b/>
        </w:rPr>
        <w:t xml:space="preserve">[00:36] </w:t>
      </w:r>
      <w:r>
        <w:t>obama aur japan ke prime minister shareek hue.</w:t>
      </w:r>
    </w:p>
    <w:p>
      <w:pPr>
        <w:jc w:val="right"/>
      </w:pPr>
      <w:r>
        <w:t>اوباما اور جاپان کے پرائم منسٹر شریک ہوئے۔</w:t>
      </w:r>
    </w:p>
    <w:p>
      <w:r>
        <w:rPr>
          <w:b/>
        </w:rPr>
        <w:t xml:space="preserve">[00:39] </w:t>
      </w:r>
      <w:r>
        <w:t>wahan unhon ne peace ka ahad liya.</w:t>
      </w:r>
    </w:p>
    <w:p>
      <w:pPr>
        <w:jc w:val="right"/>
      </w:pPr>
      <w:r>
        <w:t>وہاں انہوں نے پیس کا عہد لیا۔</w:t>
      </w:r>
    </w:p>
    <w:p>
      <w:r>
        <w:rPr>
          <w:b/>
        </w:rPr>
        <w:t xml:space="preserve">[00:42] </w:t>
      </w:r>
      <w:r>
        <w:t>aur wahan par japan ka jo prime minister tha, us ne jo taqreer ki, us taqreer mein unhon</w:t>
      </w:r>
    </w:p>
    <w:p>
      <w:pPr>
        <w:jc w:val="right"/>
      </w:pPr>
      <w:r>
        <w:t>اور وہاں پر جاپان کا جو پرائم منسٹر تھا، اس نے جو تقریر کی، اس تقریر میں انہوں</w:t>
      </w:r>
    </w:p>
    <w:p>
      <w:r>
        <w:rPr>
          <w:b/>
        </w:rPr>
        <w:t xml:space="preserve">[00:50] </w:t>
      </w:r>
      <w:r>
        <w:t>ne kaha ke "We must never repeat the horrors of war again." yaani hamein aakhri faisla lena chahiye</w:t>
      </w:r>
    </w:p>
    <w:p>
      <w:pPr>
        <w:jc w:val="right"/>
      </w:pPr>
      <w:r>
        <w:t>نے کہا کہ "We must never repeat the horrors of war again." یعنی ہمیں آخری فیصلہ لینا چاہیے</w:t>
      </w:r>
    </w:p>
    <w:p>
      <w:r>
        <w:rPr>
          <w:b/>
        </w:rPr>
        <w:t xml:space="preserve">[00:58] </w:t>
      </w:r>
      <w:r>
        <w:t>ke hamein jang ki jo tabaah kaariyan hain, jang ki jo bhayanak tabaahi hai, us ko hum dobara</w:t>
      </w:r>
    </w:p>
    <w:p>
      <w:pPr>
        <w:jc w:val="right"/>
      </w:pPr>
      <w:r>
        <w:t>کہ ہمیں جنگ کی جو تباہ کاریاں ہیں، جنگ کی جو بھیانک تباہی ہے، اس کو ہم دوبارہ</w:t>
      </w:r>
    </w:p>
    <w:p>
      <w:r>
        <w:rPr>
          <w:b/>
        </w:rPr>
        <w:t xml:space="preserve">[01:05] </w:t>
      </w:r>
      <w:r>
        <w:t>repeat nahin karenge.</w:t>
      </w:r>
    </w:p>
    <w:p>
      <w:pPr>
        <w:jc w:val="right"/>
      </w:pPr>
      <w:r>
        <w:t>ریپیٹ نہیں کریں گے۔</w:t>
      </w:r>
    </w:p>
    <w:p>
      <w:r>
        <w:rPr>
          <w:b/>
        </w:rPr>
        <w:t xml:space="preserve">[01:07] </w:t>
      </w:r>
      <w:r>
        <w:t>us ko parhte hue maine socha ke second world war jo hui thi, us ko log lete</w:t>
      </w:r>
    </w:p>
    <w:p>
      <w:pPr>
        <w:jc w:val="right"/>
      </w:pPr>
      <w:r>
        <w:t>اس کو پڑھتے ہوئے میں نے سوچا کہ سیکنڈ ورلڈ وار جو ہوئی تھی، اس کو لوگ لیتے</w:t>
      </w:r>
    </w:p>
    <w:p>
      <w:r>
        <w:rPr>
          <w:b/>
        </w:rPr>
        <w:t xml:space="preserve">[01:15] </w:t>
      </w:r>
      <w:r>
        <w:t>hain negative sense mein, lekin is ka aik positive aspect bhi hai.</w:t>
      </w:r>
    </w:p>
    <w:p>
      <w:pPr>
        <w:jc w:val="right"/>
      </w:pPr>
      <w:r>
        <w:t>ہیں نیگیٹیو سینس میں، لیکن اس کا ایک پازیٹیو ایسپیکٹ بھی ہے۔</w:t>
      </w:r>
    </w:p>
    <w:p>
      <w:r>
        <w:rPr>
          <w:b/>
        </w:rPr>
        <w:t xml:space="preserve">[01:20] </w:t>
      </w:r>
      <w:r>
        <w:t>dekhein, japan ne america ke jo naval base thi pearl harbor mein, us mein chhe jangi jahaz bheje</w:t>
      </w:r>
    </w:p>
    <w:p>
      <w:pPr>
        <w:jc w:val="right"/>
      </w:pPr>
      <w:r>
        <w:t>دیکھیں، جاپان نے امریکہ کے جو نیول بیس تھی پال ہاربر میں، اس میں چھ جنگی جہاز بھیجے</w:t>
      </w:r>
    </w:p>
    <w:p>
      <w:r>
        <w:rPr>
          <w:b/>
        </w:rPr>
        <w:t xml:space="preserve">[01:28] </w:t>
      </w:r>
      <w:r>
        <w:t>aur bombari kar ke tabaah kar diya.</w:t>
      </w:r>
    </w:p>
    <w:p>
      <w:pPr>
        <w:jc w:val="right"/>
      </w:pPr>
      <w:r>
        <w:t>اور بمباری کر کے تباہ کر دیا۔</w:t>
      </w:r>
    </w:p>
    <w:p>
      <w:r>
        <w:rPr>
          <w:b/>
        </w:rPr>
        <w:t xml:space="preserve">[01:31] </w:t>
      </w:r>
      <w:r>
        <w:t>us ko phir jang shuru hui.</w:t>
      </w:r>
    </w:p>
    <w:p>
      <w:pPr>
        <w:jc w:val="right"/>
      </w:pPr>
      <w:r>
        <w:t>اس کو پھر جنگ شروع ہوئی۔</w:t>
      </w:r>
    </w:p>
    <w:p>
      <w:r>
        <w:rPr>
          <w:b/>
        </w:rPr>
        <w:t xml:space="preserve">[01:33] </w:t>
      </w:r>
      <w:r>
        <w:t>jang shuru hui, aap jante hain ke is ki lambi kahani hai.</w:t>
      </w:r>
    </w:p>
    <w:p>
      <w:pPr>
        <w:jc w:val="right"/>
      </w:pPr>
      <w:r>
        <w:t>جنگ شروع ہوئی، آپ جانتے ہیں کہ اس کی لمبی کہانی ہے۔</w:t>
      </w:r>
    </w:p>
    <w:p>
      <w:r>
        <w:rPr>
          <w:b/>
        </w:rPr>
        <w:t xml:space="preserve">[01:38] </w:t>
      </w:r>
      <w:r>
        <w:t>aakhir mein america ne do atom bomb giraye japan ke upar, aur is ke hiroshima aur nagasaki ko</w:t>
      </w:r>
    </w:p>
    <w:p>
      <w:pPr>
        <w:jc w:val="right"/>
      </w:pPr>
      <w:r>
        <w:t>آخر میں امریکہ نے دو ایٹم بم گرائے جاپان کے اوپر، اور اس کے ہیروشیما اور ناگاسی کو</w:t>
      </w:r>
    </w:p>
    <w:p>
      <w:r>
        <w:rPr>
          <w:b/>
        </w:rPr>
        <w:t xml:space="preserve">[01:46] </w:t>
      </w:r>
      <w:r>
        <w:t>tabaah kar diya.</w:t>
      </w:r>
    </w:p>
    <w:p>
      <w:pPr>
        <w:jc w:val="right"/>
      </w:pPr>
      <w:r>
        <w:t>تباہ کر دیا۔</w:t>
      </w:r>
    </w:p>
    <w:p>
      <w:r>
        <w:rPr>
          <w:b/>
        </w:rPr>
        <w:t xml:space="preserve">[01:48] </w:t>
      </w:r>
      <w:r>
        <w:t>yahan par jang khatm ho gayi.</w:t>
      </w:r>
    </w:p>
    <w:p>
      <w:pPr>
        <w:jc w:val="right"/>
      </w:pPr>
      <w:r>
        <w:t>یہاں پر جنگ ختم ہو گئی۔</w:t>
      </w:r>
    </w:p>
    <w:p>
      <w:r>
        <w:rPr>
          <w:b/>
        </w:rPr>
        <w:t xml:space="preserve">[01:50] </w:t>
      </w:r>
      <w:r>
        <w:t>to is khabar ko le kar jab maine socha to meri samajh mein aaya ke jis phenomena</w:t>
      </w:r>
    </w:p>
    <w:p>
      <w:pPr>
        <w:jc w:val="right"/>
      </w:pPr>
      <w:r>
        <w:t>تو اس خبر کو لے کر جب میں نے سوچا تو میری سمجھ میں آیا کہ جس فینامینا</w:t>
      </w:r>
    </w:p>
    <w:p>
      <w:r>
        <w:rPr>
          <w:b/>
        </w:rPr>
        <w:t xml:space="preserve">[01:58] </w:t>
      </w:r>
      <w:r>
        <w:t>ko hum second world war kehte hain, woh darasal deterrent war ka phenomena tha, yaani end of war</w:t>
      </w:r>
    </w:p>
    <w:p>
      <w:pPr>
        <w:jc w:val="right"/>
      </w:pPr>
      <w:r>
        <w:t>کو ہم سیکنڈ ورلڈ وار کہتے ہیں، وہ دراصل ڈیٹرینٹ وار کا فینامینا تھا، یعنی اینڈ آف وار</w:t>
      </w:r>
    </w:p>
    <w:p>
      <w:r>
        <w:rPr>
          <w:b/>
        </w:rPr>
        <w:t xml:space="preserve">[02:06] </w:t>
      </w:r>
      <w:r>
        <w:t>ka phenomena tha.</w:t>
      </w:r>
    </w:p>
    <w:p>
      <w:pPr>
        <w:jc w:val="right"/>
      </w:pPr>
      <w:r>
        <w:t>کا فینامینا تھا۔</w:t>
      </w:r>
    </w:p>
    <w:p>
      <w:r>
        <w:rPr>
          <w:b/>
        </w:rPr>
        <w:t xml:space="preserve">[02:07] </w:t>
      </w:r>
      <w:r>
        <w:t>itna bara horror, itna bara khaufnak waqea hua tha ke is ke baad insaniyat ke zamir ne tay</w:t>
      </w:r>
    </w:p>
    <w:p>
      <w:pPr>
        <w:jc w:val="right"/>
      </w:pPr>
      <w:r>
        <w:t>اتنا بڑا ہارر، اتنا بڑا خوفناک واقعہ ہوا تھا کہ اس کے بعد انسانیت کے ضمیر نے طے</w:t>
      </w:r>
    </w:p>
    <w:p>
      <w:r>
        <w:rPr>
          <w:b/>
        </w:rPr>
        <w:t xml:space="preserve">[02:15] </w:t>
      </w:r>
      <w:r>
        <w:t>kiya ke ab hamara option sirf peace hoga, war hamara option hi nahin hoga.</w:t>
      </w:r>
    </w:p>
    <w:p>
      <w:pPr>
        <w:jc w:val="right"/>
      </w:pPr>
      <w:r>
        <w:t>کیا کہ اب ہمارا آپشن صرف پیس ہوگا، وار ہمارا آپشن ہی نہیں ہوگا۔</w:t>
      </w:r>
    </w:p>
    <w:p>
      <w:r>
        <w:rPr>
          <w:b/>
        </w:rPr>
        <w:t xml:space="preserve">[02:21] </w:t>
      </w:r>
      <w:r>
        <w:t>chunaanche aap jante hain ke second world war ke baad united nations bani, bohat ziyada peace ke naam</w:t>
      </w:r>
    </w:p>
    <w:p>
      <w:pPr>
        <w:jc w:val="right"/>
      </w:pPr>
      <w:r>
        <w:t>چنانچہ آپ جانتے ہیں کہ سیکنڈ ورلڈ وار کے بعد یونائیٹڈ نیشنز بنی، بہت زیادہ پیس کے نام</w:t>
      </w:r>
    </w:p>
    <w:p>
      <w:r>
        <w:rPr>
          <w:b/>
        </w:rPr>
        <w:t xml:space="preserve">[02:29] </w:t>
      </w:r>
      <w:r>
        <w:t>par organizations qaim huin dunya mein, aur bohat ziyada active ho gaye log peace ke message ko le kar.</w:t>
      </w:r>
    </w:p>
    <w:p>
      <w:pPr>
        <w:jc w:val="right"/>
      </w:pPr>
      <w:r>
        <w:t>پر آرگنائزیشنز قائم ہوئیں دنیا میں، اور بہت زیادہ ایکٹیو ہوگئے لوگ پیس کے میسج کو لے کر۔</w:t>
      </w:r>
    </w:p>
    <w:p>
      <w:r>
        <w:rPr>
          <w:b/>
        </w:rPr>
        <w:t xml:space="preserve">[02:36] </w:t>
      </w:r>
      <w:r>
        <w:t>kyun? sari dunya ke zamir ne yeh chaha ke ab war ko repeat na kiya jaye, goya ke</w:t>
      </w:r>
    </w:p>
    <w:p>
      <w:pPr>
        <w:jc w:val="right"/>
      </w:pPr>
      <w:r>
        <w:t>کیوں؟ ساری دنیا کے ضمیر نے یہ چاہا کہ اب وار کو ریپیٹ نہ کیا جائے، گویا کہ</w:t>
      </w:r>
    </w:p>
    <w:p>
      <w:r>
        <w:rPr>
          <w:b/>
        </w:rPr>
        <w:t xml:space="preserve">[02:44] </w:t>
      </w:r>
      <w:r>
        <w:t>second world war ne war ke option hi khatm kar diye.</w:t>
      </w:r>
    </w:p>
    <w:p>
      <w:pPr>
        <w:jc w:val="right"/>
      </w:pPr>
      <w:r>
        <w:t>سیکنڈ ورلڈ وار نے وار کے آپشن ہی ختم کر دیا۔</w:t>
      </w:r>
    </w:p>
    <w:p>
      <w:r>
        <w:rPr>
          <w:b/>
        </w:rPr>
        <w:t xml:space="preserve">[02:49] </w:t>
      </w:r>
      <w:r>
        <w:t>is tarah mein soch raha tha ke abhi ek message aya hai Pakistan ke ek sahib ka.</w:t>
      </w:r>
    </w:p>
    <w:p>
      <w:pPr>
        <w:jc w:val="right"/>
      </w:pPr>
      <w:r>
        <w:t>اس طرح میں سوچ رہا تھا کہ ابھی ایک میسج آیا ہے پاکستان کے ایک صاحب کا۔</w:t>
      </w:r>
    </w:p>
    <w:p>
      <w:r>
        <w:rPr>
          <w:b/>
        </w:rPr>
        <w:t xml:space="preserve">[02:56] </w:t>
      </w:r>
      <w:r>
        <w:t>Pakistan ke ek sahib ne message bheja hai ke unhon ne Africa ki ek Christian lady ko bheja</w:t>
      </w:r>
    </w:p>
    <w:p>
      <w:pPr>
        <w:jc w:val="right"/>
      </w:pPr>
      <w:r>
        <w:t>پاکستان کے ایک صاحب نے میسج بھیجا ہے کہ انہوں نے افریقہ کی ایک کرسچن لیڈی کو بھیجا</w:t>
      </w:r>
    </w:p>
    <w:p>
      <w:r>
        <w:rPr>
          <w:b/>
        </w:rPr>
        <w:t xml:space="preserve">[03:04] </w:t>
      </w:r>
      <w:r>
        <w:t>tha, hamari jo kitab chhapi hai "Age of Peace", yeh kitab unhon ne bheji thi un ko.</w:t>
      </w:r>
    </w:p>
    <w:p>
      <w:pPr>
        <w:jc w:val="right"/>
      </w:pPr>
      <w:r>
        <w:t>تھا، ہماری جو کتاب چھپی ہے "ایج آف پیس"، یہ کتاب انہوں نے بھیجی تھی ان کو۔</w:t>
      </w:r>
    </w:p>
    <w:p>
      <w:r>
        <w:rPr>
          <w:b/>
        </w:rPr>
        <w:t xml:space="preserve">[03:11] </w:t>
      </w:r>
      <w:r>
        <w:t>to us ko parhne ke baad unhon ne jo message diya hai, woh yeh hai ke Islam ki</w:t>
      </w:r>
    </w:p>
    <w:p>
      <w:pPr>
        <w:jc w:val="right"/>
      </w:pPr>
      <w:r>
        <w:t>تو اس کو پڑھنے کے بعد انہوں نے جو میسج دیا ہے، وہ یہ ہے کہ اسلام کی</w:t>
      </w:r>
    </w:p>
    <w:p>
      <w:r>
        <w:rPr>
          <w:b/>
        </w:rPr>
        <w:t xml:space="preserve">[03:19] </w:t>
      </w:r>
      <w:r>
        <w:t>image to violence ki bani hui hai, to Islam ke hawale se hum peace ki baat kaise karein?</w:t>
      </w:r>
    </w:p>
    <w:p>
      <w:pPr>
        <w:jc w:val="right"/>
      </w:pPr>
      <w:r>
        <w:t>امیج تو وائلنس کی بنی ہوئی ہے، تو اسلام کے حوالے سے ہم پیس کی بات کیسے کریں؟</w:t>
      </w:r>
    </w:p>
    <w:p>
      <w:r>
        <w:rPr>
          <w:b/>
        </w:rPr>
        <w:t xml:space="preserve">[03:26] </w:t>
      </w:r>
      <w:r>
        <w:t>to dekhein, ek taraf sari dunya aa gayi hai peace ki taraf, lekin Islam ka naam ban gaya hai</w:t>
      </w:r>
    </w:p>
    <w:p>
      <w:pPr>
        <w:jc w:val="right"/>
      </w:pPr>
      <w:r>
        <w:t>تو دیکھیں، ایک طرف ساری دنیا آگئی ہے پیس کی طرف، لیکن اسلام کا نام بن گیا ہے</w:t>
      </w:r>
    </w:p>
    <w:p>
      <w:r>
        <w:rPr>
          <w:b/>
        </w:rPr>
        <w:t xml:space="preserve">[03:34] </w:t>
      </w:r>
      <w:r>
        <w:t>ke Islam is legend of violence.</w:t>
      </w:r>
    </w:p>
    <w:p>
      <w:pPr>
        <w:jc w:val="right"/>
      </w:pPr>
      <w:r>
        <w:t>کہ اسلام از لیجنڈ آف وائلنس۔</w:t>
      </w:r>
    </w:p>
    <w:p>
      <w:r>
        <w:rPr>
          <w:b/>
        </w:rPr>
        <w:t xml:space="preserve">[03:37] </w:t>
      </w:r>
      <w:r>
        <w:t>aap dekhein, second world war ke baad kya hua? Japan ko bohat bara khaufnak tajurba hua tha ke</w:t>
      </w:r>
    </w:p>
    <w:p>
      <w:pPr>
        <w:jc w:val="right"/>
      </w:pPr>
      <w:r>
        <w:t>آپ دیکھیں، سیکنڈ ورلڈ وار کے بعد کیا ہوا؟ جاپان کو بہت بڑا خوفناک تجربہ ہوا تھا کہ</w:t>
      </w:r>
    </w:p>
    <w:p>
      <w:r>
        <w:rPr>
          <w:b/>
        </w:rPr>
        <w:t xml:space="preserve">[03:44] </w:t>
      </w:r>
      <w:r>
        <w:t>do atom bomb giraye gaye is ke upar, lekin Japan ne mukammal taur par you turn le liya</w:t>
      </w:r>
    </w:p>
    <w:p>
      <w:pPr>
        <w:jc w:val="right"/>
      </w:pPr>
      <w:r>
        <w:t>دو ایٹم بم گرائے گئے اس کے اوپر، لیکن جاپان نے مکمل طور پر یو ٹرن لے لیا</w:t>
      </w:r>
    </w:p>
    <w:p>
      <w:r>
        <w:rPr>
          <w:b/>
        </w:rPr>
        <w:t xml:space="preserve">[03:52] </w:t>
      </w:r>
      <w:r>
        <w:t>aur peaceful planning ki apni qaum ki.</w:t>
      </w:r>
    </w:p>
    <w:p>
      <w:pPr>
        <w:jc w:val="right"/>
      </w:pPr>
      <w:r>
        <w:t>اور پیس فل پلاننگ کی اپنی قوم کی۔</w:t>
      </w:r>
    </w:p>
    <w:p>
      <w:r>
        <w:rPr>
          <w:b/>
        </w:rPr>
        <w:t xml:space="preserve">[03:56] </w:t>
      </w:r>
      <w:r>
        <w:t>Germany mein dekhein, East front part of Germany chheen liya gaya tha, woh bhi bilkul peaceful ho gaye</w:t>
      </w:r>
    </w:p>
    <w:p>
      <w:pPr>
        <w:jc w:val="right"/>
      </w:pPr>
      <w:r>
        <w:t>جرمنی میں دیکھیں، ایسٹ فرنٹ پارٹ آف جرمنی چھین لیا گیا تھا، وہ بھی بالکل پیس فل ہوگئے</w:t>
      </w:r>
    </w:p>
    <w:p>
      <w:r>
        <w:rPr>
          <w:b/>
        </w:rPr>
        <w:t xml:space="preserve">[04:03] </w:t>
      </w:r>
      <w:r>
        <w:t>jo hero bane hue thay second world war mein, aur unhon ne peaceful planning ki.</w:t>
      </w:r>
    </w:p>
    <w:p>
      <w:pPr>
        <w:jc w:val="right"/>
      </w:pPr>
      <w:r>
        <w:t>جو ہیرو بنے ہوئے تھے سیکنڈ ورلڈ وار میں، اور انہوں نے پیس فل پلاننگ کی۔</w:t>
      </w:r>
    </w:p>
    <w:p>
      <w:r>
        <w:rPr>
          <w:b/>
        </w:rPr>
        <w:t xml:space="preserve">[04:10] </w:t>
      </w:r>
      <w:r>
        <w:t>Britain mein dekhein, Britain ne apni colonies ko azaad kar diya aur British empire ko khatm kar diya.</w:t>
      </w:r>
    </w:p>
    <w:p>
      <w:pPr>
        <w:jc w:val="right"/>
      </w:pPr>
      <w:r>
        <w:t>برٹن میں دیکھیں، برٹن نے اپنی کالونیز کو آزاد کر دیا اور برٹش ایمپائر کو ختم کر دیا۔</w:t>
      </w:r>
    </w:p>
    <w:p>
      <w:r>
        <w:rPr>
          <w:b/>
        </w:rPr>
        <w:t xml:space="preserve">[04:18] </w:t>
      </w:r>
      <w:r>
        <w:t>to sari dunya mein peace hi peace ka charchaa hone laga, lekin Muslim dunya ka muamla mukhtalif tha.</w:t>
      </w:r>
    </w:p>
    <w:p>
      <w:pPr>
        <w:jc w:val="right"/>
      </w:pPr>
      <w:r>
        <w:t>تو ساری دنیا میں پیس ہی پیس کا چرچہ ہونے لگا، لیکن مسلم دنیا کا معاملہ مختلف تھا۔</w:t>
      </w:r>
    </w:p>
    <w:p>
      <w:r>
        <w:rPr>
          <w:b/>
        </w:rPr>
        <w:t xml:space="preserve">[04:26] </w:t>
      </w:r>
      <w:r>
        <w:t>unhon ne violence ko option banaya apna, war ko option banaya apna.</w:t>
      </w:r>
    </w:p>
    <w:p>
      <w:pPr>
        <w:jc w:val="right"/>
      </w:pPr>
      <w:r>
        <w:t>انہوں نے وائلنس کو آپشن بنایا اپنا، وار کو آپشن بنایا اپنا۔</w:t>
      </w:r>
    </w:p>
    <w:p>
      <w:r>
        <w:rPr>
          <w:b/>
        </w:rPr>
        <w:t xml:space="preserve">[04:31] </w:t>
      </w:r>
      <w:r>
        <w:t>to aisa kyun hua? hatta ke suicide bombing karne lage woh log.</w:t>
      </w:r>
    </w:p>
    <w:p>
      <w:pPr>
        <w:jc w:val="right"/>
      </w:pPr>
      <w:r>
        <w:t>تو ایسا کیوں ہوا؟ حتیٰ کہ سوسائیڈ بمبنگ کرنے لگے وہ لوگ۔</w:t>
      </w:r>
    </w:p>
    <w:p>
      <w:r>
        <w:rPr>
          <w:b/>
        </w:rPr>
        <w:t xml:space="preserve">[04:36] </w:t>
      </w:r>
      <w:r>
        <w:t>is par mein ne socha to meri samajh mein aya ke is ki wajah yeh thi ke doosri</w:t>
      </w:r>
    </w:p>
    <w:p>
      <w:pPr>
        <w:jc w:val="right"/>
      </w:pPr>
      <w:r>
        <w:t>اس پر میں نے سوچا تو میری سمجھ میں آیا کہ اس کی وجہ یہ تھی کہ دوسری</w:t>
      </w:r>
    </w:p>
    <w:p>
      <w:r>
        <w:rPr>
          <w:b/>
        </w:rPr>
        <w:t xml:space="preserve">[04:44] </w:t>
      </w:r>
      <w:r>
        <w:t>qaumon ne global opportunities ko le kar apni planning ki.</w:t>
      </w:r>
    </w:p>
    <w:p>
      <w:pPr>
        <w:jc w:val="right"/>
      </w:pPr>
      <w:r>
        <w:t>قوموں نے گلوبل اپرچونیٹیز کو لے کر اپنی پلاننگ کی۔</w:t>
      </w:r>
    </w:p>
    <w:p>
      <w:r>
        <w:rPr>
          <w:b/>
        </w:rPr>
        <w:t xml:space="preserve">[04:48] </w:t>
      </w:r>
      <w:r>
        <w:t>ek taraf un ki apni grievances theen aur doosri taraf thay dunya mein jo opportunities khuli theen nayi.</w:t>
      </w:r>
    </w:p>
    <w:p>
      <w:pPr>
        <w:jc w:val="right"/>
      </w:pPr>
      <w:r>
        <w:t>ایک طرف ان کی اپنی گریونسز تھیں اور دوسری طرف تھے دنیا میں جو اپرچونیٹیز کھلی تھیں نئی۔</w:t>
      </w:r>
    </w:p>
    <w:p>
      <w:r>
        <w:rPr>
          <w:b/>
        </w:rPr>
        <w:t xml:space="preserve">[04:56] </w:t>
      </w:r>
      <w:r>
        <w:t>to Japan ne, Germany ne, Britain ne, khud America ne world opportunities ko le kar apni national planning</w:t>
      </w:r>
    </w:p>
    <w:p>
      <w:pPr>
        <w:jc w:val="right"/>
      </w:pPr>
      <w:r>
        <w:t>تو جاپان نے، جرمنی نے، برٹن نے، خود امریکہ نے ورلڈ اپرچونیٹیز کو لے کر اپنی نیشنل پلاننگ</w:t>
      </w:r>
    </w:p>
    <w:p>
      <w:r>
        <w:rPr>
          <w:b/>
        </w:rPr>
        <w:t xml:space="preserve">[05:03] </w:t>
      </w:r>
      <w:r>
        <w:t>ki.</w:t>
      </w:r>
    </w:p>
    <w:p>
      <w:pPr>
        <w:jc w:val="right"/>
      </w:pPr>
      <w:r>
        <w:t>کی۔</w:t>
      </w:r>
    </w:p>
    <w:p>
      <w:r>
        <w:rPr>
          <w:b/>
        </w:rPr>
        <w:t xml:space="preserve">[05:05] </w:t>
      </w:r>
      <w:r>
        <w:t>lekin Musalmanon ne kya kiya? apni victimized community ki grievances ko le kar planning ki unhon ne.</w:t>
      </w:r>
    </w:p>
    <w:p>
      <w:pPr>
        <w:jc w:val="right"/>
      </w:pPr>
      <w:r>
        <w:t>لیکن مسلمانوں نے کیا کیا؟ اپنی وکٹمائزڈ کمیونٹی کی گریونسز کو لے کر پلاننگ کی انہوں نے۔</w:t>
      </w:r>
    </w:p>
    <w:p>
      <w:r>
        <w:rPr>
          <w:b/>
        </w:rPr>
        <w:t xml:space="preserve">[05:12] </w:t>
      </w:r>
      <w:r>
        <w:t>yani muslim qaum jo thi us zamane mein ek victimized qaum thi, apne un ke apne ehsas ke</w:t>
      </w:r>
    </w:p>
    <w:p>
      <w:pPr>
        <w:jc w:val="right"/>
      </w:pPr>
      <w:r>
        <w:t>یعنی مسلم قوم جو تھی اس زمانے میں ایک وکٹمائزڈ قوم تھی، اپنے ان کے اپنے احساس کے</w:t>
      </w:r>
    </w:p>
    <w:p>
      <w:r>
        <w:rPr>
          <w:b/>
        </w:rPr>
        <w:t xml:space="preserve">[05:20] </w:t>
      </w:r>
      <w:r>
        <w:t>mutabiq, is ke grievances the.</w:t>
      </w:r>
    </w:p>
    <w:p>
      <w:pPr>
        <w:jc w:val="right"/>
      </w:pPr>
      <w:r>
        <w:t>مطابق، اس کے گریونسز تھے۔</w:t>
      </w:r>
    </w:p>
    <w:p>
      <w:r>
        <w:rPr>
          <w:b/>
        </w:rPr>
        <w:t xml:space="preserve">[05:22] </w:t>
      </w:r>
      <w:r>
        <w:t>isi ko le kar planning ki.</w:t>
      </w:r>
    </w:p>
    <w:p>
      <w:pPr>
        <w:jc w:val="right"/>
      </w:pPr>
      <w:r>
        <w:t>اسی کو لے کر پلاننگ کی۔</w:t>
      </w:r>
    </w:p>
    <w:p>
      <w:r>
        <w:rPr>
          <w:b/>
        </w:rPr>
        <w:t xml:space="preserve">[05:25] </w:t>
      </w:r>
      <w:r>
        <w:t>chunanche jitne leader the hamare, jitne leader the, sab ke sab ya sab ka sab kaha "labbaik ya</w:t>
      </w:r>
    </w:p>
    <w:p>
      <w:pPr>
        <w:jc w:val="right"/>
      </w:pPr>
      <w:r>
        <w:t>چنانچہ جتنے لیڈر تھے ہمارے، جتنے لیڈر تھے، سب کے سب یا سب کا سب کہا "لبیک یا</w:t>
      </w:r>
    </w:p>
    <w:p>
      <w:r>
        <w:rPr>
          <w:b/>
        </w:rPr>
        <w:t xml:space="preserve">[05:32] </w:t>
      </w:r>
      <w:r>
        <w:t>falasteen".</w:t>
      </w:r>
    </w:p>
    <w:p>
      <w:pPr>
        <w:jc w:val="right"/>
      </w:pPr>
      <w:r>
        <w:t>فلسطین"۔</w:t>
      </w:r>
    </w:p>
    <w:p>
      <w:r>
        <w:rPr>
          <w:b/>
        </w:rPr>
        <w:t xml:space="preserve">[05:34] </w:t>
      </w:r>
      <w:r>
        <w:t>kisi ne kaha "labbaik ya kashmir", kisi ne kaha "labbaik ya qastuntuniya".</w:t>
      </w:r>
    </w:p>
    <w:p>
      <w:pPr>
        <w:jc w:val="right"/>
      </w:pPr>
      <w:r>
        <w:t>کسی نے کہا "لبیک یا کشمیر"، کسی نے کہا "لبیک یا قسطنطنیہ"۔</w:t>
      </w:r>
    </w:p>
    <w:p>
      <w:r>
        <w:rPr>
          <w:b/>
        </w:rPr>
        <w:t xml:space="preserve">[05:39] </w:t>
      </w:r>
      <w:r>
        <w:t>yeh sara focus in ka tha, hamare muslim leaderon ka, ke musalmanon ke grievances ko address karein, ek</w:t>
      </w:r>
    </w:p>
    <w:p>
      <w:pPr>
        <w:jc w:val="right"/>
      </w:pPr>
      <w:r>
        <w:t>یہ سارا فوکس ان کا تھا، ہمارے مسلم لیڈروں کا، کہ مسلمانوں کے گریونسز کو ایڈریس کریں، ایک</w:t>
      </w:r>
    </w:p>
    <w:p>
      <w:r>
        <w:rPr>
          <w:b/>
        </w:rPr>
        <w:t xml:space="preserve">[05:47] </w:t>
      </w:r>
      <w:r>
        <w:t>un victimized community ke grievances ko address karein.</w:t>
      </w:r>
    </w:p>
    <w:p>
      <w:pPr>
        <w:jc w:val="right"/>
      </w:pPr>
      <w:r>
        <w:t>ان وکٹمائزڈ کمیونٹی کے گریونسز کو ایڈریس کریں۔</w:t>
      </w:r>
    </w:p>
    <w:p>
      <w:r>
        <w:rPr>
          <w:b/>
        </w:rPr>
        <w:t xml:space="preserve">[05:50] </w:t>
      </w:r>
      <w:r>
        <w:t>yeh baat sochne laga.</w:t>
      </w:r>
    </w:p>
    <w:p>
      <w:pPr>
        <w:jc w:val="right"/>
      </w:pPr>
      <w:r>
        <w:t>یہ بات سوچنے لگا۔</w:t>
      </w:r>
    </w:p>
    <w:p>
      <w:r>
        <w:rPr>
          <w:b/>
        </w:rPr>
        <w:t xml:space="preserve">[05:52] </w:t>
      </w:r>
      <w:r>
        <w:t>acha, is mein nakami hui musalmanon ko, kuch bhi nahi mila un ko siwaye is ke ke nuksan</w:t>
      </w:r>
    </w:p>
    <w:p>
      <w:pPr>
        <w:jc w:val="right"/>
      </w:pPr>
      <w:r>
        <w:t>اچھا، اس میں ناکامی ہوئی مسلمانوں کو، کچھ بھی نہیں ملا ان کو سوائے اس کے کہ نقصان</w:t>
      </w:r>
    </w:p>
    <w:p>
      <w:r>
        <w:rPr>
          <w:b/>
        </w:rPr>
        <w:t xml:space="preserve">[05:59] </w:t>
      </w:r>
      <w:r>
        <w:t>mein izafa hua.</w:t>
      </w:r>
    </w:p>
    <w:p>
      <w:pPr>
        <w:jc w:val="right"/>
      </w:pPr>
      <w:r>
        <w:t>میں اضافہ ہوا۔</w:t>
      </w:r>
    </w:p>
    <w:p>
      <w:r>
        <w:rPr>
          <w:b/>
        </w:rPr>
        <w:t xml:space="preserve">[06:01] </w:t>
      </w:r>
      <w:r>
        <w:t>is par sochte hue meri samajh mein aaya ke yeh to bilkul sunnat rasool ke khilaf tha.</w:t>
      </w:r>
    </w:p>
    <w:p>
      <w:pPr>
        <w:jc w:val="right"/>
      </w:pPr>
      <w:r>
        <w:t>اس پر سوچتے ہوئے میری سمجھ میں آیا کہ یہ تو بالکل سنت رسول کے خلاف تھا۔</w:t>
      </w:r>
    </w:p>
    <w:p>
      <w:r>
        <w:rPr>
          <w:b/>
        </w:rPr>
        <w:t xml:space="preserve">[06:08] </w:t>
      </w:r>
      <w:r>
        <w:t>yani dekhein, do cheezein hain: ek hai victimized community ke grievances ko le kar planning karna, aur ek</w:t>
      </w:r>
    </w:p>
    <w:p>
      <w:pPr>
        <w:jc w:val="right"/>
      </w:pPr>
      <w:r>
        <w:t>یعنی دیکھیں، دو چیزیں ہیں: ایک ہے وکٹمائزڈ کمیونٹی کے گریونسز کو لے کر پلاننگ کرنا، اور ایک</w:t>
      </w:r>
    </w:p>
    <w:p>
      <w:r>
        <w:rPr>
          <w:b/>
        </w:rPr>
        <w:t xml:space="preserve">[06:16] </w:t>
      </w:r>
      <w:r>
        <w:t>hai global opportunities ko le kar planning karna.</w:t>
      </w:r>
    </w:p>
    <w:p>
      <w:pPr>
        <w:jc w:val="right"/>
      </w:pPr>
      <w:r>
        <w:t>ہے گلوبل اپرچونیٹیز کو لے کر پلاننگ کرنا۔</w:t>
      </w:r>
    </w:p>
    <w:p>
      <w:r>
        <w:rPr>
          <w:b/>
        </w:rPr>
        <w:t xml:space="preserve">[06:19] </w:t>
      </w:r>
      <w:r>
        <w:t>do alag option bante hain.</w:t>
      </w:r>
    </w:p>
    <w:p>
      <w:pPr>
        <w:jc w:val="right"/>
      </w:pPr>
      <w:r>
        <w:t>دو الگ آپشن بنتے ہیں۔</w:t>
      </w:r>
    </w:p>
    <w:p>
      <w:r>
        <w:rPr>
          <w:b/>
        </w:rPr>
        <w:t xml:space="preserve">[06:22] </w:t>
      </w:r>
      <w:r>
        <w:t>to rasool Allah salallahu alaihi wasallam ka option kya tha? aap dekhein, rasool Allah salallahu alaihi</w:t>
      </w:r>
    </w:p>
    <w:p>
      <w:pPr>
        <w:jc w:val="right"/>
      </w:pPr>
      <w:r>
        <w:t>تو رسول اللہ صلی اللہ علیہ وسلم کا آپشن کیا تھا؟ آپ دیکھیں، رسول اللہ صلی اللہ علیہ</w:t>
      </w:r>
    </w:p>
    <w:p>
      <w:r>
        <w:rPr>
          <w:b/>
        </w:rPr>
        <w:t xml:space="preserve">[06:29] </w:t>
      </w:r>
      <w:r>
        <w:t>wasallam makka mein paida hue, wahan ke logon ne mukhalifat ki aur makka ko chhodne par majboor kiya.</w:t>
      </w:r>
    </w:p>
    <w:p>
      <w:pPr>
        <w:jc w:val="right"/>
      </w:pPr>
      <w:r>
        <w:t>وسلم مکہ میں پیدا ہوئے، وہاں کے لوگوں نے مخالفت کی اور مکہ کو چھوڑنے پر مجبور کیا۔</w:t>
      </w:r>
    </w:p>
    <w:p>
      <w:r>
        <w:rPr>
          <w:b/>
        </w:rPr>
        <w:t xml:space="preserve">[06:37] </w:t>
      </w:r>
      <w:r>
        <w:t>to us zamane ke jo muslim the, woh victimized community ban gaye.</w:t>
      </w:r>
    </w:p>
    <w:p>
      <w:pPr>
        <w:jc w:val="right"/>
      </w:pPr>
      <w:r>
        <w:t>تو اس زمانے کے جو مسلم تھے، وہ وکٹمائزڈ کمیونٹی بن گئے۔</w:t>
      </w:r>
    </w:p>
    <w:p>
      <w:r>
        <w:rPr>
          <w:b/>
        </w:rPr>
        <w:t xml:space="preserve">[06:42] </w:t>
      </w:r>
      <w:r>
        <w:t>unhein watan ko chhodna, apni property ko chhodna pada unhein, kaba ko chhodna.</w:t>
      </w:r>
    </w:p>
    <w:p>
      <w:pPr>
        <w:jc w:val="right"/>
      </w:pPr>
      <w:r>
        <w:t>انہیں وطن کو چھوڑا، اپنی پراپرٹی کو چھوڑنا پڑا انہیں، کعبہ کو چھوڑا۔</w:t>
      </w:r>
    </w:p>
    <w:p>
      <w:r>
        <w:rPr>
          <w:b/>
        </w:rPr>
        <w:t xml:space="preserve">[06:48] </w:t>
      </w:r>
      <w:r>
        <w:t>to us zamane mein aage dekhein, hijrat ke waqt to jo us waqt jo muslim the, muslim community,</w:t>
      </w:r>
    </w:p>
    <w:p>
      <w:pPr>
        <w:jc w:val="right"/>
      </w:pPr>
      <w:r>
        <w:t>تو اس زمانے میں آگے دیکھیں، ہجرت کے وقت تو جو اس وقت جو مسلم تھے، مسلم کمیونٹی،</w:t>
      </w:r>
    </w:p>
    <w:p>
      <w:r>
        <w:rPr>
          <w:b/>
        </w:rPr>
        <w:t xml:space="preserve">[06:55] </w:t>
      </w:r>
      <w:r>
        <w:t>woh ek victimized community thi.</w:t>
      </w:r>
    </w:p>
    <w:p>
      <w:pPr>
        <w:jc w:val="right"/>
      </w:pPr>
      <w:r>
        <w:t>وہ ایک وکٹمائزڈ کمیونٹی تھی۔</w:t>
      </w:r>
    </w:p>
    <w:p>
      <w:r>
        <w:rPr>
          <w:b/>
        </w:rPr>
        <w:t xml:space="preserve">[06:58] </w:t>
      </w:r>
      <w:r>
        <w:t>lekin rasool Allah salallahu alaihi wasallam ne aisa nahi kiya ke victimized community ke grievances ko le</w:t>
      </w:r>
    </w:p>
    <w:p>
      <w:pPr>
        <w:jc w:val="right"/>
      </w:pPr>
      <w:r>
        <w:t>لیکن رسول اللہ صلی اللہ علیہ وسلم نے ایسا نہیں کیا کہ وکٹمائزڈ کمیونٹی کے گریونسز کو لے</w:t>
      </w:r>
    </w:p>
    <w:p>
      <w:r>
        <w:rPr>
          <w:b/>
        </w:rPr>
        <w:t xml:space="preserve">[07:05] </w:t>
      </w:r>
      <w:r>
        <w:t>kar tehreek chalayein ke hamein hamara mulk wapas karo, hamari property wapas karo, kaba par qabza khatam karo,</w:t>
      </w:r>
    </w:p>
    <w:p>
      <w:pPr>
        <w:jc w:val="right"/>
      </w:pPr>
      <w:r>
        <w:t>کر تحریک چلائیں کہ ہمیں ہمارا ملک واپس کرو، ہماری پراپرٹی واپس کرو، کعبہ پر قبضہ ختم کرو،</w:t>
      </w:r>
    </w:p>
    <w:p>
      <w:r>
        <w:rPr>
          <w:b/>
        </w:rPr>
        <w:t xml:space="preserve">[07:13] </w:t>
      </w:r>
      <w:r>
        <w:t>hamare jo log mare gaye hain, un ko compensation do.</w:t>
      </w:r>
    </w:p>
    <w:p>
      <w:pPr>
        <w:jc w:val="right"/>
      </w:pPr>
      <w:r>
        <w:t>ہمارے جو لوگ مارے گئے ہیں، ان کو کمپنسیشن دو۔</w:t>
      </w:r>
    </w:p>
    <w:p>
      <w:r>
        <w:rPr>
          <w:b/>
        </w:rPr>
        <w:t xml:space="preserve">[07:17] </w:t>
      </w:r>
      <w:r>
        <w:t>yeh tha victimized community ke grievances ko le kar planning karna.</w:t>
      </w:r>
    </w:p>
    <w:p>
      <w:pPr>
        <w:jc w:val="right"/>
      </w:pPr>
      <w:r>
        <w:t>یہ تھا وکٹمائزڈ کمیونٹی کے گریونسز کو لے کر پلاننگ کرنا۔</w:t>
      </w:r>
    </w:p>
    <w:p>
      <w:r>
        <w:rPr>
          <w:b/>
        </w:rPr>
        <w:t xml:space="preserve">[07:22] </w:t>
      </w:r>
      <w:r>
        <w:t>rasool Allah sal Allah alih wasalam ne is ko ignore kiya.</w:t>
      </w:r>
    </w:p>
    <w:p>
      <w:pPr>
        <w:jc w:val="right"/>
      </w:pPr>
      <w:r>
        <w:t>رسول اللہ صلی اللہ علیہ وسلم نے اس کو اگنور کیا۔</w:t>
      </w:r>
    </w:p>
    <w:p>
      <w:r>
        <w:rPr>
          <w:b/>
        </w:rPr>
        <w:t xml:space="preserve">[07:27] </w:t>
      </w:r>
      <w:r>
        <w:t>aap bhi kiya, kitabon mein aap parhiye ke aap ne surah hudaybiya parh li.</w:t>
      </w:r>
    </w:p>
    <w:p>
      <w:pPr>
        <w:jc w:val="right"/>
      </w:pPr>
      <w:r>
        <w:t>آپ بھی کیا، کتابوں میں آپ پڑھیے کہ آپ نے سورہ حدیبیہ پڑھ لی۔</w:t>
      </w:r>
    </w:p>
    <w:p>
      <w:r>
        <w:rPr>
          <w:b/>
        </w:rPr>
        <w:t xml:space="preserve">[07:33] </w:t>
      </w:r>
      <w:r>
        <w:t>ek bilkul neutral sharton par jo unhon ne shart lagai, un sab ko le kar kiya ke jang</w:t>
      </w:r>
    </w:p>
    <w:p>
      <w:pPr>
        <w:jc w:val="right"/>
      </w:pPr>
      <w:r>
        <w:t>ایک بالکل نیوٹرل شرطوں پر جو انہوں نے شرط لگائی، ان سب کو لے کر کیا کہ جنگ</w:t>
      </w:r>
    </w:p>
    <w:p>
      <w:r>
        <w:rPr>
          <w:b/>
        </w:rPr>
        <w:t xml:space="preserve">[07:40] </w:t>
      </w:r>
      <w:r>
        <w:t>khatm ho jaye, peaceful halaat mein kaam karne ka moqa milay.</w:t>
      </w:r>
    </w:p>
    <w:p>
      <w:pPr>
        <w:jc w:val="right"/>
      </w:pPr>
      <w:r>
        <w:t>ختم ہو جائے، پیس فل حالات میں کام کرنے کا موقع ملے۔</w:t>
      </w:r>
    </w:p>
    <w:p>
      <w:r>
        <w:rPr>
          <w:b/>
        </w:rPr>
        <w:t xml:space="preserve">[07:46] </w:t>
      </w:r>
      <w:r>
        <w:t>is ke baad kiya kiya aap ne? is ke baad aata hai kitabon mein ke aamil ul afw shuru</w:t>
      </w:r>
    </w:p>
    <w:p>
      <w:pPr>
        <w:jc w:val="right"/>
      </w:pPr>
      <w:r>
        <w:t>اس کے بعد کیا کیا آپ نے؟ اس کے بعد آتا ہے کتابوں میں کہ عامل العفو شروع</w:t>
      </w:r>
    </w:p>
    <w:p>
      <w:r>
        <w:rPr>
          <w:b/>
        </w:rPr>
        <w:t xml:space="preserve">[07:53] </w:t>
      </w:r>
      <w:r>
        <w:t>hua.</w:t>
      </w:r>
    </w:p>
    <w:p>
      <w:pPr>
        <w:jc w:val="right"/>
      </w:pPr>
      <w:r>
        <w:t>ہوا۔</w:t>
      </w:r>
    </w:p>
    <w:p>
      <w:r>
        <w:rPr>
          <w:b/>
        </w:rPr>
        <w:t xml:space="preserve">[07:55] </w:t>
      </w:r>
      <w:r>
        <w:t>aamil ul afw yani aap ne makkah, aap ne arab ke tamam jo qabailay idhar udhar thay, poore principal</w:t>
      </w:r>
    </w:p>
    <w:p>
      <w:pPr>
        <w:jc w:val="right"/>
      </w:pPr>
      <w:r>
        <w:t>عامل العفو یعنی آپ نے مکہ، آپ نے عرب کے تمام جو قبیلے ادھر ادھر تھے، پورے پرنسپل</w:t>
      </w:r>
    </w:p>
    <w:p>
      <w:r>
        <w:rPr>
          <w:b/>
        </w:rPr>
        <w:t xml:space="preserve">[08:02] </w:t>
      </w:r>
      <w:r>
        <w:t>ne phailay hue thay, un sab ko afw bhejay, dawati afw.</w:t>
      </w:r>
    </w:p>
    <w:p>
      <w:pPr>
        <w:jc w:val="right"/>
      </w:pPr>
      <w:r>
        <w:t>نے پھیلے ہوئے تھے، ان سب کو عفو بھیجے، دعوتی عفو۔</w:t>
      </w:r>
    </w:p>
    <w:p>
      <w:r>
        <w:rPr>
          <w:b/>
        </w:rPr>
        <w:t xml:space="preserve">[08:07] </w:t>
      </w:r>
      <w:r>
        <w:t>yani hudaybiya ke baad jo activity shuru hui, woh apne laws ko regulate karne ke liye nahi thi,</w:t>
      </w:r>
    </w:p>
    <w:p>
      <w:pPr>
        <w:jc w:val="right"/>
      </w:pPr>
      <w:r>
        <w:t>یعنی حدیبیہ کے بعد جو ایکٹیویٹی شروع ہوئی، وہ اپنے لاسز کو ریگیٹ کرنے کے لیے نہیں تھی،</w:t>
      </w:r>
    </w:p>
    <w:p>
      <w:r>
        <w:rPr>
          <w:b/>
        </w:rPr>
        <w:t xml:space="preserve">[08:15] </w:t>
      </w:r>
      <w:r>
        <w:t>apni grievances ko register karne ke liye nahi thi, apne khilaf zulm ke khilaf protest karne ke liye</w:t>
      </w:r>
    </w:p>
    <w:p>
      <w:pPr>
        <w:jc w:val="right"/>
      </w:pPr>
      <w:r>
        <w:t>اپنی گریونسز کو رجسٹر کرنے کے لیے نہیں تھی، اپنے خلاف ظلم کے خلاف پروٹیسٹ کرنے کے لیے</w:t>
      </w:r>
    </w:p>
    <w:p>
      <w:r>
        <w:rPr>
          <w:b/>
        </w:rPr>
        <w:t xml:space="preserve">[08:23] </w:t>
      </w:r>
      <w:r>
        <w:t>nahi thi, balkay aap ne poore Arabia mein afw bhej kar dawati afw Islam ko phailanay ki planning</w:t>
      </w:r>
    </w:p>
    <w:p>
      <w:pPr>
        <w:jc w:val="right"/>
      </w:pPr>
      <w:r>
        <w:t>نہیں تھی، بلکہ آپ نے پورے عربیہ میں عفو بھیج کر دعوتی عفو اسلام کو پھیلانے کی پلاننگ</w:t>
      </w:r>
    </w:p>
    <w:p>
      <w:r>
        <w:rPr>
          <w:b/>
        </w:rPr>
        <w:t xml:space="preserve">[08:30] </w:t>
      </w:r>
      <w:r>
        <w:t>ki.</w:t>
      </w:r>
    </w:p>
    <w:p>
      <w:pPr>
        <w:jc w:val="right"/>
      </w:pPr>
      <w:r>
        <w:t>کی۔</w:t>
      </w:r>
    </w:p>
    <w:p>
      <w:r>
        <w:rPr>
          <w:b/>
        </w:rPr>
        <w:t xml:space="preserve">[08:32] </w:t>
      </w:r>
      <w:r>
        <w:t>isi ke sath aap ne kiya kiya? arab ke bahir jo mulk thay, hukoomatain qaim theen, jaisay Iran</w:t>
      </w:r>
    </w:p>
    <w:p>
      <w:pPr>
        <w:jc w:val="right"/>
      </w:pPr>
      <w:r>
        <w:t>اسی کے ساتھ آپ نے کیا کیا؟ عرب کے باہر جو ملک تھے، حکومتیں قائم تھیں، جیسے ایران</w:t>
      </w:r>
    </w:p>
    <w:p>
      <w:r>
        <w:rPr>
          <w:b/>
        </w:rPr>
        <w:t xml:space="preserve">[08:40] </w:t>
      </w:r>
      <w:r>
        <w:t>aur Roomi saltanat, Yemen, Misr waghera, sab ko afw bhejay aap ne.</w:t>
      </w:r>
    </w:p>
    <w:p>
      <w:pPr>
        <w:jc w:val="right"/>
      </w:pPr>
      <w:r>
        <w:t>اور رومی سلطنت، یمن، مصر وغیرہ، سب کو عفو بھیجے آپ نے۔</w:t>
      </w:r>
    </w:p>
    <w:p>
      <w:r>
        <w:rPr>
          <w:b/>
        </w:rPr>
        <w:t xml:space="preserve">[08:45] </w:t>
      </w:r>
      <w:r>
        <w:t>Islam ka peaceful paigham.</w:t>
      </w:r>
    </w:p>
    <w:p>
      <w:pPr>
        <w:jc w:val="right"/>
      </w:pPr>
      <w:r>
        <w:t>اسلام کا پیس فل پیغام۔</w:t>
      </w:r>
    </w:p>
    <w:p>
      <w:r>
        <w:rPr>
          <w:b/>
        </w:rPr>
        <w:t xml:space="preserve">[08:47] </w:t>
      </w:r>
      <w:r>
        <w:t>to rasool Allah sal Allah alih wasalam ka jo yeh tha ke jo apne jo mehdood dayrah tha,</w:t>
      </w:r>
    </w:p>
    <w:p>
      <w:pPr>
        <w:jc w:val="right"/>
      </w:pPr>
      <w:r>
        <w:t>تو رسول اللہ صلی اللہ علیہ وسلم کا جو یہ تھا کہ جو اپنے جو محدود دائرہ تھا،</w:t>
      </w:r>
    </w:p>
    <w:p>
      <w:r>
        <w:rPr>
          <w:b/>
        </w:rPr>
        <w:t xml:space="preserve">[08:55] </w:t>
      </w:r>
      <w:r>
        <w:t>us ke bahir jo opportunities hain, us ko avail karna.</w:t>
      </w:r>
    </w:p>
    <w:p>
      <w:pPr>
        <w:jc w:val="right"/>
      </w:pPr>
      <w:r>
        <w:t>اس کے باہر جو اپرچونیٹیز ہیں، اس کو اویل کرنا۔</w:t>
      </w:r>
    </w:p>
    <w:p>
      <w:r>
        <w:rPr>
          <w:b/>
        </w:rPr>
        <w:t xml:space="preserve">[08:59] </w:t>
      </w:r>
      <w:r>
        <w:t>yeh tha matlab is ka.</w:t>
      </w:r>
    </w:p>
    <w:p>
      <w:pPr>
        <w:jc w:val="right"/>
      </w:pPr>
      <w:r>
        <w:t>یہ تھا مطلب اس کا۔</w:t>
      </w:r>
    </w:p>
    <w:p>
      <w:r>
        <w:rPr>
          <w:b/>
        </w:rPr>
        <w:t xml:space="preserve">[09:01] </w:t>
      </w:r>
      <w:r>
        <w:t>to rasool Allah sal Allah alih wasalam ki ek sunnat ke ilawa yeh bhi hai ke victimized community</w:t>
      </w:r>
    </w:p>
    <w:p>
      <w:pPr>
        <w:jc w:val="right"/>
      </w:pPr>
      <w:r>
        <w:t>تو رسول اللہ صلی اللہ علیہ وسلم کی ایک سنت کے علاوہ یہ بھی ہے کہ وکٹمائزڈ کمیونٹی</w:t>
      </w:r>
    </w:p>
    <w:p>
      <w:r>
        <w:rPr>
          <w:b/>
        </w:rPr>
        <w:t xml:space="preserve">[09:09] </w:t>
      </w:r>
      <w:r>
        <w:t>ke grievances ko le kar planning mat karo, us ke bahir jo opportunities hain, us ko le kar</w:t>
      </w:r>
    </w:p>
    <w:p>
      <w:pPr>
        <w:jc w:val="right"/>
      </w:pPr>
      <w:r>
        <w:t>کے گریونسز کو لے کر پلاننگ مت کرو، اس کے باہر جو اپرچونیٹیز ہیں، اس کو لے کر</w:t>
      </w:r>
    </w:p>
    <w:p>
      <w:r>
        <w:rPr>
          <w:b/>
        </w:rPr>
        <w:t xml:space="preserve">[09:16] </w:t>
      </w:r>
      <w:r>
        <w:t>planning karo.</w:t>
      </w:r>
    </w:p>
    <w:p>
      <w:pPr>
        <w:jc w:val="right"/>
      </w:pPr>
      <w:r>
        <w:t>پلاننگ کرو۔</w:t>
      </w:r>
    </w:p>
    <w:p>
      <w:r>
        <w:rPr>
          <w:b/>
        </w:rPr>
        <w:t xml:space="preserve">[09:18] </w:t>
      </w:r>
      <w:r>
        <w:t>لیکن مسلمانوں نے کیا کیا؟ اس دور کے جتنے بھی one to war سارے مسلم لیڈر جو بارش</w:t>
      </w:r>
    </w:p>
    <w:p>
      <w:pPr>
        <w:jc w:val="right"/>
      </w:pPr>
      <w:r>
        <w:t>لیکن مسلمانوں نے کیا کیا؟ اس دور کے جتنے بھی ون ٹو وار سارے مسلم لیڈر جو بارش</w:t>
      </w:r>
    </w:p>
    <w:p>
      <w:r>
        <w:rPr>
          <w:b/>
        </w:rPr>
        <w:t xml:space="preserve">[09:26] </w:t>
      </w:r>
      <w:r>
        <w:t>were or bearish, just to feed the sentiments of the victimized community, to take the grievances of the victimized community</w:t>
      </w:r>
    </w:p>
    <w:p>
      <w:pPr>
        <w:jc w:val="right"/>
      </w:pPr>
      <w:r>
        <w:t>تھے یا بیرش تھے، بس وکٹمائزڈ کمیونٹی کے جذبات کو فیڈ کرنا، وکٹمائزڈ کمیونٹی کے گریونسز کو لے</w:t>
      </w:r>
    </w:p>
    <w:p>
      <w:r>
        <w:rPr>
          <w:b/>
        </w:rPr>
        <w:t xml:space="preserve">[09:33] </w:t>
      </w:r>
      <w:r>
        <w:t>kar protest karna, victimized community ki jo psyche bani thi, us ko le kar tehreekein chalana.</w:t>
      </w:r>
    </w:p>
    <w:p>
      <w:pPr>
        <w:jc w:val="right"/>
      </w:pPr>
      <w:r>
        <w:t>کر پروٹیسٹ کرنا، وکٹمائزڈ کمیونٹی کی جو سائیکی بنی تھی، اس کو لے کر تحریکیں چلانا۔</w:t>
      </w:r>
    </w:p>
    <w:p>
      <w:r>
        <w:rPr>
          <w:b/>
        </w:rPr>
        <w:t xml:space="preserve">[09:40] </w:t>
      </w:r>
      <w:r>
        <w:t>yeh hai.</w:t>
      </w:r>
    </w:p>
    <w:p>
      <w:pPr>
        <w:jc w:val="right"/>
      </w:pPr>
      <w:r>
        <w:t>یہ ہے۔</w:t>
      </w:r>
    </w:p>
    <w:p>
      <w:r>
        <w:rPr>
          <w:b/>
        </w:rPr>
        <w:t xml:space="preserve">[09:42] </w:t>
      </w:r>
      <w:r>
        <w:t>aur jo victimized community yani Musalmanon ke bahar jo realities thin second World War ke baad, uska</w:t>
      </w:r>
    </w:p>
    <w:p>
      <w:pPr>
        <w:jc w:val="right"/>
      </w:pPr>
      <w:r>
        <w:t>اور جو وکٹمائزڈ کمیونٹی یعنی مسلمانوں کے باہر جو ریلیٹیز تھیں سیکنڈ ورلڈ وار کے بعد، اس کا</w:t>
      </w:r>
    </w:p>
    <w:p>
      <w:r>
        <w:rPr>
          <w:b/>
        </w:rPr>
        <w:t xml:space="preserve">[09:49] </w:t>
      </w:r>
      <w:r>
        <w:t>koi ek bhi reference nahi payein ge aap is is poore muddat ke andar.</w:t>
      </w:r>
    </w:p>
    <w:p>
      <w:pPr>
        <w:jc w:val="right"/>
      </w:pPr>
      <w:r>
        <w:t>کوئی ایک بھی ریفرنس نہیں پائیں گے آپ اس اس پورے مدت کے اندر۔</w:t>
      </w:r>
    </w:p>
    <w:p>
      <w:r>
        <w:rPr>
          <w:b/>
        </w:rPr>
        <w:t xml:space="preserve">[09:55] </w:t>
      </w:r>
      <w:r>
        <w:t>poore so saal mein aap kisi leader ke haan yeh reference nahi payein ge aap ke second world</w:t>
      </w:r>
    </w:p>
    <w:p>
      <w:pPr>
        <w:jc w:val="right"/>
      </w:pPr>
      <w:r>
        <w:t>پورے سو سال میں آپ کسی لیڈر کے ہاں یہ ریفرنس نہیں پائیں گے آپ کہ سیکنڈ ورلڈ</w:t>
      </w:r>
    </w:p>
    <w:p>
      <w:r>
        <w:rPr>
          <w:b/>
        </w:rPr>
        <w:t xml:space="preserve">[10:03] </w:t>
      </w:r>
      <w:r>
        <w:t>war ne ek nai opportunity kholi hai.</w:t>
      </w:r>
    </w:p>
    <w:p>
      <w:pPr>
        <w:jc w:val="right"/>
      </w:pPr>
      <w:r>
        <w:t>وار نے ایک نئی اپرچونیٹی کھولی ہے۔</w:t>
      </w:r>
    </w:p>
    <w:p>
      <w:r>
        <w:rPr>
          <w:b/>
        </w:rPr>
        <w:t xml:space="preserve">[10:06] </w:t>
      </w:r>
      <w:r>
        <w:t>ab jang hi khatm ho gayi, second world war jo hai, deterrent war ban gaya.</w:t>
      </w:r>
    </w:p>
    <w:p>
      <w:pPr>
        <w:jc w:val="right"/>
      </w:pPr>
      <w:r>
        <w:t>اب جنگ ہی ختم ہو گئی، سیکنڈ ورلڈ وار جو ہے، ڈیٹرینٹ وار بن گئی۔</w:t>
      </w:r>
    </w:p>
    <w:p>
      <w:r>
        <w:rPr>
          <w:b/>
        </w:rPr>
        <w:t xml:space="preserve">[10:13] </w:t>
      </w:r>
      <w:r>
        <w:t>second world war mein bari dekhen, insani fitrat ka mutalba batata hai ke agar koi zyada bara waqia</w:t>
      </w:r>
    </w:p>
    <w:p>
      <w:pPr>
        <w:jc w:val="right"/>
      </w:pPr>
      <w:r>
        <w:t>سیکنڈ ورلڈ وار میں بڑی دیکھیں، انسانی فطرت کا مطالبہ بتاتا ہے کہ اگر کوئی زیادہ بڑا واقعہ</w:t>
      </w:r>
    </w:p>
    <w:p>
      <w:r>
        <w:rPr>
          <w:b/>
        </w:rPr>
        <w:t xml:space="preserve">[10:20] </w:t>
      </w:r>
      <w:r>
        <w:t>ho jaye to is qism ka waqia hona band ho jata hai.</w:t>
      </w:r>
    </w:p>
    <w:p>
      <w:pPr>
        <w:jc w:val="right"/>
      </w:pPr>
      <w:r>
        <w:t>ہو جائے تو اس قسم کا واقعہ ہونا بند ہو جاتا ہے۔</w:t>
      </w:r>
    </w:p>
    <w:p>
      <w:r>
        <w:rPr>
          <w:b/>
        </w:rPr>
        <w:t xml:space="preserve">[10:25] </w:t>
      </w:r>
      <w:r>
        <w:t>ek wakeel sahab ne mujh se ek bar to bataya tha, jo ke wo is ke ek senior</w:t>
      </w:r>
    </w:p>
    <w:p>
      <w:pPr>
        <w:jc w:val="right"/>
      </w:pPr>
      <w:r>
        <w:t>ایک وکیل صاحب نے مجھ سے ایک بار تو بتایا تھا، جو کہ وہ اس کے ایک سینئر</w:t>
      </w:r>
    </w:p>
    <w:p>
      <w:r>
        <w:rPr>
          <w:b/>
        </w:rPr>
        <w:t xml:space="preserve">[10:33] </w:t>
      </w:r>
      <w:r>
        <w:t>wakeel the, wo unhon ne kaha ke mera tajurba hai ke jis family mein ek bar koi murder</w:t>
      </w:r>
    </w:p>
    <w:p>
      <w:pPr>
        <w:jc w:val="right"/>
      </w:pPr>
      <w:r>
        <w:t>وکیل تھے، وہ انہوں نے کہا کہ میرا تجربہ ہے کہ جس فیملی میں ایک بار کوئی مرڈر</w:t>
      </w:r>
    </w:p>
    <w:p>
      <w:r>
        <w:rPr>
          <w:b/>
        </w:rPr>
        <w:t xml:space="preserve">[10:41] </w:t>
      </w:r>
      <w:r>
        <w:t>ho jaye, is family mein is ka koi murder ka naam le leta hai.</w:t>
      </w:r>
    </w:p>
    <w:p>
      <w:pPr>
        <w:jc w:val="right"/>
      </w:pPr>
      <w:r>
        <w:t>ہو جائے، اس فیملی میں اس کا کوئی مرڈر کا نام لے لیتا ہے۔</w:t>
      </w:r>
    </w:p>
    <w:p>
      <w:r>
        <w:rPr>
          <w:b/>
        </w:rPr>
        <w:t xml:space="preserve">[10:47] </w:t>
      </w:r>
      <w:r>
        <w:t>isi dilli ke wakeel the, wo unhon ne kaha ke main murder ke cases ko leta hoon aur</w:t>
      </w:r>
    </w:p>
    <w:p>
      <w:pPr>
        <w:jc w:val="right"/>
      </w:pPr>
      <w:r>
        <w:t>اسی دلی کے وکیل تھے، وہ انہوں نے کہا کہ میں مرڈر کے کیسز کو لیتا ہوں اور</w:t>
      </w:r>
    </w:p>
    <w:p>
      <w:r>
        <w:rPr>
          <w:b/>
        </w:rPr>
        <w:t xml:space="preserve">[10:54] </w:t>
      </w:r>
      <w:r>
        <w:t>mera tajurba yeh hai ke ek bar agar kisi family mein murder ka case ho gaya to wo</w:t>
      </w:r>
    </w:p>
    <w:p>
      <w:pPr>
        <w:jc w:val="right"/>
      </w:pPr>
      <w:r>
        <w:t>میرا تجربہ یہ ہے کہ ایک بار اگر کسی فیملی میں مرڈر کا کیس ہو گیا تو وہ</w:t>
      </w:r>
    </w:p>
    <w:p>
      <w:r>
        <w:rPr>
          <w:b/>
        </w:rPr>
        <w:t xml:space="preserve">[11:02] </w:t>
      </w:r>
      <w:r>
        <w:t>log itne door ho jatay hain murder se ke is ka naam le letay hain, un ko sawa</w:t>
      </w:r>
    </w:p>
    <w:p>
      <w:pPr>
        <w:jc w:val="right"/>
      </w:pPr>
      <w:r>
        <w:t>لوگ اتنے دور ہو جاتے ہیں مرڈر سے کہ اس کا نام لے لیتے ہیں، ان کو سوا</w:t>
      </w:r>
    </w:p>
    <w:p>
      <w:r>
        <w:rPr>
          <w:b/>
        </w:rPr>
        <w:t xml:space="preserve">[11:10] </w:t>
      </w:r>
      <w:r>
        <w:t>paisa ko kuch nahi chahiye.</w:t>
      </w:r>
    </w:p>
    <w:p>
      <w:pPr>
        <w:jc w:val="right"/>
      </w:pPr>
      <w:r>
        <w:t>پیس کو کچھ نہیں چاہیے۔</w:t>
      </w:r>
    </w:p>
    <w:p>
      <w:r>
        <w:rPr>
          <w:b/>
        </w:rPr>
        <w:t xml:space="preserve">[11:12] </w:t>
      </w:r>
      <w:r>
        <w:t>to wahi waqia baray paimane par sari dunya ko hua ke second world war itna bara waqia tha,</w:t>
      </w:r>
    </w:p>
    <w:p>
      <w:pPr>
        <w:jc w:val="right"/>
      </w:pPr>
      <w:r>
        <w:t>تو وہی واقعہ بڑے پیمانے پر ساری دنیا کو ہوا کہ سیکنڈ ورلڈ وار اتنا بڑا واقعہ تھا،</w:t>
      </w:r>
    </w:p>
    <w:p>
      <w:r>
        <w:rPr>
          <w:b/>
        </w:rPr>
        <w:t xml:space="preserve">[11:20] </w:t>
      </w:r>
      <w:r>
        <w:t>itna bara dhamaka khez waqia tha, wo deterrent ban gaya, yani jang rokne wala waqia ban gaya.</w:t>
      </w:r>
    </w:p>
    <w:p>
      <w:pPr>
        <w:jc w:val="right"/>
      </w:pPr>
      <w:r>
        <w:t>اتنا بڑا دھماکہ خیز واقعہ تھا، وہ ڈیٹرینٹ بن گیا، یعنی جنگ روکنے والا واقعہ بن گیا۔</w:t>
      </w:r>
    </w:p>
    <w:p>
      <w:r>
        <w:rPr>
          <w:b/>
        </w:rPr>
        <w:t xml:space="preserve">[11:27] </w:t>
      </w:r>
      <w:r>
        <w:t>wo is ke baad united nations bani, aqwam muthada bani, dunya mein beshumar peace ke naam par</w:t>
      </w:r>
    </w:p>
    <w:p>
      <w:pPr>
        <w:jc w:val="right"/>
      </w:pPr>
      <w:r>
        <w:t>وہ اس کے بعد یونائیٹڈ نیشنز بنی، اقوام متحدہ بنی، دنیا میں بے شمار پیس کے نام پر</w:t>
      </w:r>
    </w:p>
    <w:p>
      <w:r>
        <w:rPr>
          <w:b/>
        </w:rPr>
        <w:t xml:space="preserve">[11:35] </w:t>
      </w:r>
      <w:r>
        <w:t>agenda banay, kitaben likhi gayeen, muqaddas chhapay, aur logon ne peace ke naam par dunya bhar mein peace</w:t>
      </w:r>
    </w:p>
    <w:p>
      <w:pPr>
        <w:jc w:val="right"/>
      </w:pPr>
      <w:r>
        <w:t>ایجنڈے بنے، کتابیں لکھی گئیں، مقدس چھپے، اور لوگوں نے پیس کے نام پر دنیا بھر میں پیس</w:t>
      </w:r>
    </w:p>
    <w:p>
      <w:r>
        <w:rPr>
          <w:b/>
        </w:rPr>
        <w:t xml:space="preserve">[11:42] </w:t>
      </w:r>
      <w:r>
        <w:t>conference ki.</w:t>
      </w:r>
    </w:p>
    <w:p>
      <w:pPr>
        <w:jc w:val="right"/>
      </w:pPr>
      <w:r>
        <w:t>کانفرنس کی۔</w:t>
      </w:r>
    </w:p>
    <w:p>
      <w:r>
        <w:rPr>
          <w:b/>
        </w:rPr>
        <w:t xml:space="preserve">[11:44] </w:t>
      </w:r>
      <w:r>
        <w:t>sirf exception tha musalmanon ka ke yahan ke jo leader the, unhon ne kiya kiya? Is waqt musalman</w:t>
      </w:r>
    </w:p>
    <w:p>
      <w:pPr>
        <w:jc w:val="right"/>
      </w:pPr>
      <w:r>
        <w:t>صرف ایکسیپشن تھا مسلمانوں کا کہ یہاں کے جو لیڈر تھے، انہوں نے کیا کیا؟ اس وقت مسلمان</w:t>
      </w:r>
    </w:p>
    <w:p>
      <w:r>
        <w:rPr>
          <w:b/>
        </w:rPr>
        <w:t xml:space="preserve">[11:52] </w:t>
      </w:r>
      <w:r>
        <w:t>ek victimized community the, yani turki khilafat khatm ho gayi thi, mughal saltanat khatm ho gayi thi.</w:t>
      </w:r>
    </w:p>
    <w:p>
      <w:pPr>
        <w:jc w:val="right"/>
      </w:pPr>
      <w:r>
        <w:t>ایک وکٹمائزڈ کمیونٹی تھے، یعنی ترکی خلافت ختم ہو گئی تھی، مغل سلطنت ختم ہو گئی تھی۔</w:t>
      </w:r>
    </w:p>
    <w:p>
      <w:r>
        <w:rPr>
          <w:b/>
        </w:rPr>
        <w:t xml:space="preserve">[11:59] </w:t>
      </w:r>
      <w:r>
        <w:t>to muslim apne ko victimized community samajhte the, apne ehsas ke mutabiq.</w:t>
      </w:r>
    </w:p>
    <w:p>
      <w:pPr>
        <w:jc w:val="right"/>
      </w:pPr>
      <w:r>
        <w:t>تو مسلم اپنے کو وکٹمائزڈ کمیونٹی سمجھتے تھے، اپنے احساس کے مطابق۔</w:t>
      </w:r>
    </w:p>
    <w:p>
      <w:r>
        <w:rPr>
          <w:b/>
        </w:rPr>
        <w:t xml:space="preserve">[12:04] </w:t>
      </w:r>
      <w:r>
        <w:t>wo main nahi manta ke victimized community koi dunya mein hoti hai, lekin musalman samajhte the ke hum</w:t>
      </w:r>
    </w:p>
    <w:p>
      <w:pPr>
        <w:jc w:val="right"/>
      </w:pPr>
      <w:r>
        <w:t>وہ میں نہیں مانتا کہ وکٹمائزڈ کمیونٹی کوئی دنیا میں ہوتی ہے، لیکن مسلمان سمجھتے تھے کہ ہم</w:t>
      </w:r>
    </w:p>
    <w:p>
      <w:r>
        <w:rPr>
          <w:b/>
        </w:rPr>
        <w:t xml:space="preserve">[12:12] </w:t>
      </w:r>
      <w:r>
        <w:t>victimized community hain, un ki grievances hain.</w:t>
      </w:r>
    </w:p>
    <w:p>
      <w:pPr>
        <w:jc w:val="right"/>
      </w:pPr>
      <w:r>
        <w:t>وکٹمائزڈ کمیونٹی ہیں، ان کی گریونسز ہیں۔</w:t>
      </w:r>
    </w:p>
    <w:p>
      <w:r>
        <w:rPr>
          <w:b/>
        </w:rPr>
        <w:t xml:space="preserve">[12:15] </w:t>
      </w:r>
      <w:r>
        <w:t>to yeh psyche thi jo musalmanon ki, isi psyche ko le kar log kharay ho gaye ready karne ke</w:t>
      </w:r>
    </w:p>
    <w:p>
      <w:pPr>
        <w:jc w:val="right"/>
      </w:pPr>
      <w:r>
        <w:t>تو یہ سائیکی تھی جو مسلمانوں کی، اسی سائیکی کو لے کر لوگ کھڑے ہوگئے ریڈی کرنے کے</w:t>
      </w:r>
    </w:p>
    <w:p>
      <w:r>
        <w:rPr>
          <w:b/>
        </w:rPr>
        <w:t xml:space="preserve">[12:23] </w:t>
      </w:r>
      <w:r>
        <w:t>liye.</w:t>
      </w:r>
    </w:p>
    <w:p>
      <w:pPr>
        <w:jc w:val="right"/>
      </w:pPr>
      <w:r>
        <w:t>لیے۔</w:t>
      </w:r>
    </w:p>
    <w:p>
      <w:r>
        <w:rPr>
          <w:b/>
        </w:rPr>
        <w:t xml:space="preserve">[12:24] </w:t>
      </w:r>
      <w:r>
        <w:t>isi psyche ko, yani jo hukumat chali gayi, us ko regain karna.</w:t>
      </w:r>
    </w:p>
    <w:p>
      <w:pPr>
        <w:jc w:val="right"/>
      </w:pPr>
      <w:r>
        <w:t>اسی سائیکی کو، یعنی جو حکومت چلی گئی، اس کو ریگین کرنا۔</w:t>
      </w:r>
    </w:p>
    <w:p>
      <w:r>
        <w:rPr>
          <w:b/>
        </w:rPr>
        <w:t xml:space="preserve">[12:29] </w:t>
      </w:r>
      <w:r>
        <w:t>bas sara khulasa jo hai is muddat ke tehrikon ka ke jo glory chali gayi thi, us glory</w:t>
      </w:r>
    </w:p>
    <w:p>
      <w:pPr>
        <w:jc w:val="right"/>
      </w:pPr>
      <w:r>
        <w:t>بس سارا خلاصہ جو ہے اس مدت کے تحریکوں کا کہ جو گلوری چلی گئی تھی، اس گلوری</w:t>
      </w:r>
    </w:p>
    <w:p>
      <w:r>
        <w:rPr>
          <w:b/>
        </w:rPr>
        <w:t xml:space="preserve">[12:37] </w:t>
      </w:r>
      <w:r>
        <w:t>ko, is political glory ko regain karna.</w:t>
      </w:r>
    </w:p>
    <w:p>
      <w:pPr>
        <w:jc w:val="right"/>
      </w:pPr>
      <w:r>
        <w:t>کو، اس پولیٹیکل گلوری کو ریگین کرنا۔</w:t>
      </w:r>
    </w:p>
    <w:p>
      <w:r>
        <w:rPr>
          <w:b/>
        </w:rPr>
        <w:t xml:space="preserve">[12:40] </w:t>
      </w:r>
      <w:r>
        <w:t>to is raaz ko secular qomon ne samjha, musalman leaderon ne to nahin samjha.</w:t>
      </w:r>
    </w:p>
    <w:p>
      <w:pPr>
        <w:jc w:val="right"/>
      </w:pPr>
      <w:r>
        <w:t>تو اس راز کو سیکولر قوموں نے سمجھا، مسلمان لیڈروں نے تو نہیں سمجھا۔</w:t>
      </w:r>
    </w:p>
    <w:p>
      <w:r>
        <w:rPr>
          <w:b/>
        </w:rPr>
        <w:t xml:space="preserve">[12:46] </w:t>
      </w:r>
      <w:r>
        <w:t>mere ilm ke mutabiq koi ek musalman nahin tha, muslim leader, jo is baat ko samjha ho ke</w:t>
      </w:r>
    </w:p>
    <w:p>
      <w:pPr>
        <w:jc w:val="right"/>
      </w:pPr>
      <w:r>
        <w:t>میرے علم کے مطابق کوئی ایک مسلمان نہیں تھا، مسلم لیڈر، جو اس بات کو سمجھا ہو کہ</w:t>
      </w:r>
    </w:p>
    <w:p>
      <w:r>
        <w:rPr>
          <w:b/>
        </w:rPr>
        <w:t xml:space="preserve">[12:54] </w:t>
      </w:r>
      <w:r>
        <w:t>chhoro grievances ko, dunya mein naye imkanat khule hain, nayi opportunities khuli hain global level par, is ko</w:t>
      </w:r>
    </w:p>
    <w:p>
      <w:pPr>
        <w:jc w:val="right"/>
      </w:pPr>
      <w:r>
        <w:t>چھوڑو گریونسز کو، دنیا میں نئے امکانات کھلے ہیں، نئی اپرچونیٹیز کھلی ہیں گلوبل لیول پر، اس کو</w:t>
      </w:r>
    </w:p>
    <w:p>
      <w:r>
        <w:rPr>
          <w:b/>
        </w:rPr>
        <w:t xml:space="preserve">[13:01] </w:t>
      </w:r>
      <w:r>
        <w:t>avail karo, chhoro grievances ko.</w:t>
      </w:r>
    </w:p>
    <w:p>
      <w:pPr>
        <w:jc w:val="right"/>
      </w:pPr>
      <w:r>
        <w:t>اویل کرو، چھوڑو گریونسز کو۔</w:t>
      </w:r>
    </w:p>
    <w:p>
      <w:r>
        <w:rPr>
          <w:b/>
        </w:rPr>
        <w:t xml:space="preserve">[13:03] </w:t>
      </w:r>
      <w:r>
        <w:t>yeh koi musalman leader na kar saka.</w:t>
      </w:r>
    </w:p>
    <w:p>
      <w:pPr>
        <w:jc w:val="right"/>
      </w:pPr>
      <w:r>
        <w:t>یہ کوئی مسلمان لیڈر نہ کر سکا۔</w:t>
      </w:r>
    </w:p>
    <w:p>
      <w:r>
        <w:rPr>
          <w:b/>
        </w:rPr>
        <w:t xml:space="preserve">[13:06] </w:t>
      </w:r>
      <w:r>
        <w:t>mere ilm ke mutabiq arab se le kar aaj tak koi ek bhi muslim leader nahin hai jis</w:t>
      </w:r>
    </w:p>
    <w:p>
      <w:pPr>
        <w:jc w:val="right"/>
      </w:pPr>
      <w:r>
        <w:t>میرے علم کے مطابق عرب سے لے کر آج تک کوئی ایک بھی مسلم لیڈر نہیں ہے جس</w:t>
      </w:r>
    </w:p>
    <w:p>
      <w:r>
        <w:rPr>
          <w:b/>
        </w:rPr>
        <w:t xml:space="preserve">[13:14] </w:t>
      </w:r>
      <w:r>
        <w:t>ne yeh baat kahi ho ke chhoro grievances ko, global opportunities ko avail karen.</w:t>
      </w:r>
    </w:p>
    <w:p>
      <w:pPr>
        <w:jc w:val="right"/>
      </w:pPr>
      <w:r>
        <w:t>نے یہ بات کہی ہو کہ چھوڑو گریونسز کو، گلوبل اپرچونیٹیز کو اویل کریں۔</w:t>
      </w:r>
    </w:p>
    <w:p>
      <w:r>
        <w:rPr>
          <w:b/>
        </w:rPr>
        <w:t xml:space="preserve">[13:20] </w:t>
      </w:r>
      <w:r>
        <w:t>lekin secular logon ne yahi kiya, japan ne, germany ne, britain ne, aur khud america ne yahi kiya</w:t>
      </w:r>
    </w:p>
    <w:p>
      <w:pPr>
        <w:jc w:val="right"/>
      </w:pPr>
      <w:r>
        <w:t>لیکن سیکولر لوگوں نے یہی کیا، جاپان نے، جرمنی نے، برٹن نے، اور خود امریکہ نے یہی کیا</w:t>
      </w:r>
    </w:p>
    <w:p>
      <w:r>
        <w:rPr>
          <w:b/>
        </w:rPr>
        <w:t xml:space="preserve">[13:28] </w:t>
      </w:r>
      <w:r>
        <w:t>ke victimized community ki nafsiyat ko khatam kiya unhon ne.</w:t>
      </w:r>
    </w:p>
    <w:p>
      <w:pPr>
        <w:jc w:val="right"/>
      </w:pPr>
      <w:r>
        <w:t>کہ وکٹمائزڈ کمیونٹی کی نفسیات کو ختم کیا انہوں نے۔</w:t>
      </w:r>
    </w:p>
    <w:p>
      <w:r>
        <w:rPr>
          <w:b/>
        </w:rPr>
        <w:t xml:space="preserve">[13:32] </w:t>
      </w:r>
      <w:r>
        <w:t>unhon ne focus kiya naye mawaqe ko.</w:t>
      </w:r>
    </w:p>
    <w:p>
      <w:pPr>
        <w:jc w:val="right"/>
      </w:pPr>
      <w:r>
        <w:t>انہوں نے فوکس کیا نئے مواقع کو۔</w:t>
      </w:r>
    </w:p>
    <w:p>
      <w:r>
        <w:rPr>
          <w:b/>
        </w:rPr>
        <w:t xml:space="preserve">[13:35] </w:t>
      </w:r>
      <w:r>
        <w:t>bade bade car ki companiyan banin, bade bade hawai jahaz ki companiyan banin, technology ki taraqqi hui.</w:t>
      </w:r>
    </w:p>
    <w:p>
      <w:pPr>
        <w:jc w:val="right"/>
      </w:pPr>
      <w:r>
        <w:t>بڑے بڑے کار کی کمپنیاں بنیں، بڑے بڑے ہوا جہاز کی کمپنیاں بنیں، ٹیکنالوجی کی ترقی ہوئی۔</w:t>
      </w:r>
    </w:p>
    <w:p>
      <w:r>
        <w:rPr>
          <w:b/>
        </w:rPr>
        <w:t xml:space="preserve">[13:42] </w:t>
      </w:r>
      <w:r>
        <w:t>yeh sara jo hua hai, second world war ke baad hi to hua hai.</w:t>
      </w:r>
    </w:p>
    <w:p>
      <w:pPr>
        <w:jc w:val="right"/>
      </w:pPr>
      <w:r>
        <w:t>یہ سارا جو ہوا ہے، سیکنڈ ورلڈ وار کے بعد ہی تو ہوا ہے۔</w:t>
      </w:r>
    </w:p>
    <w:p>
      <w:r>
        <w:rPr>
          <w:b/>
        </w:rPr>
        <w:t xml:space="preserve">[13:48] </w:t>
      </w:r>
      <w:r>
        <w:t>jo industrial development hai, yani woh zyada dunya ka jo zyada jo industrial development hai, technology ka development</w:t>
      </w:r>
    </w:p>
    <w:p>
      <w:pPr>
        <w:jc w:val="right"/>
      </w:pPr>
      <w:r>
        <w:t>جو انڈسٹریل ڈیولپمنٹ ہے، یعنی وہ زیادہ دنیا کا جو زیادہ جو انڈسٹریل ڈیولپمنٹ ہے، ٹیکنالوجی کا ڈیولپمنٹ</w:t>
      </w:r>
    </w:p>
    <w:p>
      <w:r>
        <w:rPr>
          <w:b/>
        </w:rPr>
        <w:t xml:space="preserve">[13:56] </w:t>
      </w:r>
      <w:r>
        <w:t>hai, aaj hum jis technology ko istemal kar ke hum bol rahe hain yahan par, yeh sab second</w:t>
      </w:r>
    </w:p>
    <w:p>
      <w:pPr>
        <w:jc w:val="right"/>
      </w:pPr>
      <w:r>
        <w:t>ہے، آج ہم جس ٹیکنالوجی کو استعمال کر کے ہم بول رہے ہیں یہاں پر، یہ سب سیکنڈ</w:t>
      </w:r>
    </w:p>
    <w:p>
      <w:r>
        <w:rPr>
          <w:b/>
        </w:rPr>
        <w:t xml:space="preserve">[14:04] </w:t>
      </w:r>
      <w:r>
        <w:t>world war ke baad develop hua.</w:t>
      </w:r>
    </w:p>
    <w:p>
      <w:pPr>
        <w:jc w:val="right"/>
      </w:pPr>
      <w:r>
        <w:t>ورلڈ وار کے بعد ڈیولپ ہوا۔</w:t>
      </w:r>
    </w:p>
    <w:p>
      <w:r>
        <w:rPr>
          <w:b/>
        </w:rPr>
        <w:t xml:space="preserve">[14:06] </w:t>
      </w:r>
      <w:r>
        <w:t>to unhon ne socha ke ek nayi opportunity khuli hai, is ko avail karo, chhoro woh jo jo</w:t>
      </w:r>
    </w:p>
    <w:p>
      <w:pPr>
        <w:jc w:val="right"/>
      </w:pPr>
      <w:r>
        <w:t>تو انہوں نے سوچا کہ ایک نئی اپرچونیٹی کھلی ہے، اس کو اویل کرو، چھوڑو وہ جو جو</w:t>
      </w:r>
    </w:p>
    <w:p>
      <w:r>
        <w:rPr>
          <w:b/>
        </w:rPr>
        <w:t xml:space="preserve">[14:14] </w:t>
      </w:r>
      <w:r>
        <w:t>khoya gaya, is ko chhoro.</w:t>
      </w:r>
    </w:p>
    <w:p>
      <w:pPr>
        <w:jc w:val="right"/>
      </w:pPr>
      <w:r>
        <w:t>کھویا گیا، اس کو چھوڑو۔</w:t>
      </w:r>
    </w:p>
    <w:p>
      <w:r>
        <w:rPr>
          <w:b/>
        </w:rPr>
        <w:t xml:space="preserve">[14:16] </w:t>
      </w:r>
      <w:r>
        <w:t>yani germany ne east germany ko bulaya, japan ne okinawa ko bulaya, britain ne to poori poori empire</w:t>
      </w:r>
    </w:p>
    <w:p>
      <w:pPr>
        <w:jc w:val="right"/>
      </w:pPr>
      <w:r>
        <w:t>یعنی جرمنی نے ایسٹ جرمنی کو بلایا، جاپان نے اوکیناوا کو بلایا، برٹن نے تو پوری پوری ایمپائر</w:t>
      </w:r>
    </w:p>
    <w:p>
      <w:r>
        <w:rPr>
          <w:b/>
        </w:rPr>
        <w:t xml:space="preserve">[14:24] </w:t>
      </w:r>
      <w:r>
        <w:t>ko bula diya, britain ne poori poori empire ko bula diya.</w:t>
      </w:r>
    </w:p>
    <w:p>
      <w:pPr>
        <w:jc w:val="right"/>
      </w:pPr>
      <w:r>
        <w:t>کو بلا دیا، برٹن نے پوری پوری ایمپائر کو بلا دیا۔</w:t>
      </w:r>
    </w:p>
    <w:p>
      <w:r>
        <w:rPr>
          <w:b/>
        </w:rPr>
        <w:t xml:space="preserve">[14:29] </w:t>
      </w:r>
      <w:r>
        <w:t>aur muslim leaders jo the, woh bula nahin sake, na palestine ko bula sake, na kashmir ko bula</w:t>
      </w:r>
    </w:p>
    <w:p>
      <w:pPr>
        <w:jc w:val="right"/>
      </w:pPr>
      <w:r>
        <w:t>اور مسلم لیڈرز جو تھے، وہ بلا نہیں سکے، نہ فلسطین کو بلا سکے، نہ کشمیر کو بلا</w:t>
      </w:r>
    </w:p>
    <w:p>
      <w:r>
        <w:rPr>
          <w:b/>
        </w:rPr>
        <w:t xml:space="preserve">[14:36] </w:t>
      </w:r>
      <w:r>
        <w:t>sake, na turkey ki khilafat ko bula sake.</w:t>
      </w:r>
    </w:p>
    <w:p>
      <w:pPr>
        <w:jc w:val="right"/>
      </w:pPr>
      <w:r>
        <w:t>سکے، نہ ترکی کی خلافت کو بلا سکے۔</w:t>
      </w:r>
    </w:p>
    <w:p>
      <w:r>
        <w:rPr>
          <w:b/>
        </w:rPr>
        <w:t xml:space="preserve">[14:40] </w:t>
      </w:r>
      <w:r>
        <w:t>to sari opportunities in avail pari rahin, in avail.</w:t>
      </w:r>
    </w:p>
    <w:p>
      <w:pPr>
        <w:jc w:val="right"/>
      </w:pPr>
      <w:r>
        <w:t>تو ساری اپرچونیٹیز ان اویل پڑی رہیں، ان اویل۔</w:t>
      </w:r>
    </w:p>
    <w:p>
      <w:r>
        <w:rPr>
          <w:b/>
        </w:rPr>
        <w:t xml:space="preserve">[14:44] </w:t>
      </w:r>
      <w:r>
        <w:t>badi badi opportunities in avail pari rahin, aur khoye hue ka gham, khoye hue ko regain karna, isi</w:t>
      </w:r>
    </w:p>
    <w:p>
      <w:pPr>
        <w:jc w:val="right"/>
      </w:pPr>
      <w:r>
        <w:t>بڑی بڑی اپرچونیٹیز ان اویل پڑی رہیں، اور کھوئے ہوئے کا غم، کھوئے ہوئے کو ریگین کرنا، اسی</w:t>
      </w:r>
    </w:p>
    <w:p>
      <w:r>
        <w:rPr>
          <w:b/>
        </w:rPr>
        <w:t xml:space="preserve">[14:51] </w:t>
      </w:r>
      <w:r>
        <w:t>mein sab log mashgool rahe.</w:t>
      </w:r>
    </w:p>
    <w:p>
      <w:pPr>
        <w:jc w:val="right"/>
      </w:pPr>
      <w:r>
        <w:t>میں سب لوگ مشغول رہے۔</w:t>
      </w:r>
    </w:p>
    <w:p>
      <w:r>
        <w:rPr>
          <w:b/>
        </w:rPr>
        <w:t xml:space="preserve">[14:54] </w:t>
      </w:r>
      <w:r>
        <w:t>sara adab jo hamare haan paida hua is zamane mein, woh sab khoye hue ke gham ki dastan</w:t>
      </w:r>
    </w:p>
    <w:p>
      <w:pPr>
        <w:jc w:val="right"/>
      </w:pPr>
      <w:r>
        <w:t>سارا ادب جو ہمارے ہاں پیدا ہوا اس زمانے میں، وہ سب کھوئے ہوئے کے غم کی داستان</w:t>
      </w:r>
    </w:p>
    <w:p>
      <w:r>
        <w:rPr>
          <w:b/>
        </w:rPr>
        <w:t xml:space="preserve">[15:01]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[15:03] </w:t>
      </w:r>
      <w:r>
        <w:t>ab dekhen, ek opportunity to woh thi jo material opportunities, yani second world war ke baad jo opportunities</w:t>
      </w:r>
    </w:p>
    <w:p>
      <w:pPr>
        <w:jc w:val="right"/>
      </w:pPr>
      <w:r>
        <w:t>اب دیکھیں، ایک اپرچونیٹی تو وہ تھی جو مٹیریل اپرچونیٹیز، یعنی سیکنڈ ورلڈ وار کے بعد جو اپرچونیٹیز</w:t>
      </w:r>
    </w:p>
    <w:p>
      <w:r>
        <w:rPr>
          <w:b/>
        </w:rPr>
        <w:t xml:space="preserve">[15:11] </w:t>
      </w:r>
      <w:r>
        <w:t>khuli thin, un ka ek pehlu tha yeh ke woh industrial opportunities thin, material opportunities theen.</w:t>
      </w:r>
    </w:p>
    <w:p>
      <w:pPr>
        <w:jc w:val="right"/>
      </w:pPr>
      <w:r>
        <w:t>کھلی تھیں، ان کا ایک پہلو تھا یہ کہ وہ انڈسٹریل اپرچونیٹیز تھیں، مٹیریل اپرچونیٹیز تھیں۔</w:t>
      </w:r>
    </w:p>
    <w:p>
      <w:r>
        <w:rPr>
          <w:b/>
        </w:rPr>
        <w:t xml:space="preserve">[15:17] </w:t>
      </w:r>
      <w:r>
        <w:t>lekin isi ke sath sath ek aur cheez khuli, woh aain-e-islam ke muafiq thi, woh yeh thi</w:t>
      </w:r>
    </w:p>
    <w:p>
      <w:pPr>
        <w:jc w:val="right"/>
      </w:pPr>
      <w:r>
        <w:t>لیکن اسی کے ساتھ ساتھ ایک اور چیز کھلی، وہ آئین اسلام کے موافق تھی، وہ یہ تھی</w:t>
      </w:r>
    </w:p>
    <w:p>
      <w:r>
        <w:rPr>
          <w:b/>
        </w:rPr>
        <w:t xml:space="preserve">[15:25] </w:t>
      </w:r>
      <w:r>
        <w:t>communication.</w:t>
      </w:r>
    </w:p>
    <w:p>
      <w:pPr>
        <w:jc w:val="right"/>
      </w:pPr>
      <w:r>
        <w:t>کمیونیکیشن۔</w:t>
      </w:r>
    </w:p>
    <w:p>
      <w:r>
        <w:rPr>
          <w:b/>
        </w:rPr>
        <w:t xml:space="preserve">[15:27] </w:t>
      </w:r>
      <w:r>
        <w:t>itna zyada jo communication tha is zamane mein, woh sab second world war ke baad hua hai.</w:t>
      </w:r>
    </w:p>
    <w:p>
      <w:pPr>
        <w:jc w:val="right"/>
      </w:pPr>
      <w:r>
        <w:t>اتنا زیادہ جو کمیونیکیشن تھا اس زمانے میں، وہ سب سیکنڈ ورلڈ وار کے بعد ہوا ہے۔</w:t>
      </w:r>
    </w:p>
    <w:p>
      <w:r>
        <w:rPr>
          <w:b/>
        </w:rPr>
        <w:t xml:space="preserve">[15:34] </w:t>
      </w:r>
      <w:r>
        <w:t>aur dekhen, tourism barha, tijarti asfar barhe, taleem ke naam par log yahan jaane lage, wahan jaane lage.</w:t>
      </w:r>
    </w:p>
    <w:p>
      <w:pPr>
        <w:jc w:val="right"/>
      </w:pPr>
      <w:r>
        <w:t>اور دیکھیں، ٹوریزم بڑھا، تجارتی اسفار بڑھے، تعلیم کے نام پر لوگ یہاں جانے لگے، وہاں جانے لگے۔</w:t>
      </w:r>
    </w:p>
    <w:p>
      <w:r>
        <w:rPr>
          <w:b/>
        </w:rPr>
        <w:t xml:space="preserve">[15:42] </w:t>
      </w:r>
      <w:r>
        <w:t>sari duniya ke samne yeh sawal aa gaya ke hum ne first world war ki kuch mila nahi, second</w:t>
      </w:r>
    </w:p>
    <w:p>
      <w:pPr>
        <w:jc w:val="right"/>
      </w:pPr>
      <w:r>
        <w:t>ساری دنیا کے سامنے یہ سوال آگیا کہ ہم نے فرسٹ ورلڈ وار کی کچھ ملا نہیں، سیکنڈ</w:t>
      </w:r>
    </w:p>
    <w:p>
      <w:r>
        <w:rPr>
          <w:b/>
        </w:rPr>
        <w:t xml:space="preserve">[15:49] </w:t>
      </w:r>
      <w:r>
        <w:t>world war ki kuch mila nahi.</w:t>
      </w:r>
    </w:p>
    <w:p>
      <w:pPr>
        <w:jc w:val="right"/>
      </w:pPr>
      <w:r>
        <w:t>ورلڈ وار کی کچھ ملا نہیں۔</w:t>
      </w:r>
    </w:p>
    <w:p>
      <w:r>
        <w:rPr>
          <w:b/>
        </w:rPr>
        <w:t xml:space="preserve">[15:52] </w:t>
      </w:r>
      <w:r>
        <w:t>puri duniya ke samne yeh sawal aa gaya, consciously ya unconsciously, ke second world war se kuch nahi</w:t>
      </w:r>
    </w:p>
    <w:p>
      <w:pPr>
        <w:jc w:val="right"/>
      </w:pPr>
      <w:r>
        <w:t>پوری دنیا کے سامنے یہ سوال آگیا، کانشیسلی یا ان کانشیسلی، کہ سیکنڈ ورلڈ وار سے کچھ نہیں</w:t>
      </w:r>
    </w:p>
    <w:p>
      <w:r>
        <w:rPr>
          <w:b/>
        </w:rPr>
        <w:t xml:space="preserve">[16:00] </w:t>
      </w:r>
      <w:r>
        <w:t>mila, first world war se kuch nahi mila.</w:t>
      </w:r>
    </w:p>
    <w:p>
      <w:pPr>
        <w:jc w:val="right"/>
      </w:pPr>
      <w:r>
        <w:t>ملا، فرسٹ ورلڈ وار سے کچھ نہیں ملا۔</w:t>
      </w:r>
    </w:p>
    <w:p>
      <w:r>
        <w:rPr>
          <w:b/>
        </w:rPr>
        <w:t xml:space="preserve">[16:03] </w:t>
      </w:r>
      <w:r>
        <w:t>ab kya? to humein third option dhoondna parega, yani first world war aur second world war ne</w:t>
      </w:r>
    </w:p>
    <w:p>
      <w:pPr>
        <w:jc w:val="right"/>
      </w:pPr>
      <w:r>
        <w:t>اب کیا؟ تو ہمیں تھرڈ آپشن ڈھونڈنا پڑے گا، یعنی فرسٹ ورلڈ وار اور سیکنڈ ورلڈ وار نے</w:t>
      </w:r>
    </w:p>
    <w:p>
      <w:r>
        <w:rPr>
          <w:b/>
        </w:rPr>
        <w:t xml:space="preserve">[16:11] </w:t>
      </w:r>
      <w:r>
        <w:t>duniya bhar mein consciously ya unconsciously third option ki talash bana diya, sari duniya ko.</w:t>
      </w:r>
    </w:p>
    <w:p>
      <w:pPr>
        <w:jc w:val="right"/>
      </w:pPr>
      <w:r>
        <w:t>دنیا بھر میں کانشیسلی یا ان کانشیسلی تھرڈ آپشن کی تلاش بنا دیا، ساری دنیا کو۔</w:t>
      </w:r>
    </w:p>
    <w:p>
      <w:r>
        <w:rPr>
          <w:b/>
        </w:rPr>
        <w:t xml:space="preserve">[16:18] </w:t>
      </w:r>
      <w:r>
        <w:t>dekhen, yeh ek opportunity khuli thi, ek ek situation bani thi, musalmanon ko mauqa tha ke woh is</w:t>
      </w:r>
    </w:p>
    <w:p>
      <w:pPr>
        <w:jc w:val="right"/>
      </w:pPr>
      <w:r>
        <w:t>دیکھیں، یہ ایک اپرچونیٹی کھلی تھی، ایک ایک سچویشن بنی تھی، مسلمانوں کو موقع تھا کہ وہ اس</w:t>
      </w:r>
    </w:p>
    <w:p>
      <w:r>
        <w:rPr>
          <w:b/>
        </w:rPr>
        <w:t xml:space="preserve">[16:25] </w:t>
      </w:r>
      <w:r>
        <w:t>waqt master of situation banen, is third option ko batayen logon ko.</w:t>
      </w:r>
    </w:p>
    <w:p>
      <w:pPr>
        <w:jc w:val="right"/>
      </w:pPr>
      <w:r>
        <w:t>وقت ماسٹر آف سچویشن بنیں، اس تھرڈ آپشن کو بتائیں لوگوں کو۔</w:t>
      </w:r>
    </w:p>
    <w:p>
      <w:r>
        <w:rPr>
          <w:b/>
        </w:rPr>
        <w:t xml:space="preserve">[16:30] </w:t>
      </w:r>
      <w:r>
        <w:t>third option kya tha? wahi dawat, peaceful planning, paradise ka concept, yeh tha third option.</w:t>
      </w:r>
    </w:p>
    <w:p>
      <w:pPr>
        <w:jc w:val="right"/>
      </w:pPr>
      <w:r>
        <w:t>تھرڈ آپشن کیا تھا؟ وہی دعوت، پیس فل پلاننگ، پیراڈائز کا کانسیپٹ، یہ تھا تھرڈ آپشن۔</w:t>
      </w:r>
    </w:p>
    <w:p>
      <w:r>
        <w:rPr>
          <w:b/>
        </w:rPr>
        <w:t xml:space="preserve">[16:37] </w:t>
      </w:r>
      <w:r>
        <w:t>lekin mere ilm ke mutabiq koi ek bhi shakhs nahi hai jo haqeeqi ma'non mein duniya ko is</w:t>
      </w:r>
    </w:p>
    <w:p>
      <w:pPr>
        <w:jc w:val="right"/>
      </w:pPr>
      <w:r>
        <w:t>لیکن میرے علم کے مطابق کوئی ایک بھی شخص نہیں ہے جو حقیقی معنوں میں دنیا کو اس</w:t>
      </w:r>
    </w:p>
    <w:p>
      <w:r>
        <w:rPr>
          <w:b/>
        </w:rPr>
        <w:t xml:space="preserve">[16:45] </w:t>
      </w:r>
      <w:r>
        <w:t>third option ko batane ke liye khara hua ho.</w:t>
      </w:r>
    </w:p>
    <w:p>
      <w:pPr>
        <w:jc w:val="right"/>
      </w:pPr>
      <w:r>
        <w:t>تھرڈ آپشن کو بتانے کے لیے کھڑا ہوا ہو۔</w:t>
      </w:r>
    </w:p>
    <w:p>
      <w:r>
        <w:rPr>
          <w:b/>
        </w:rPr>
        <w:t xml:space="preserve">[16:49] </w:t>
      </w:r>
      <w:r>
        <w:t>sab isi mein ghoom phir kar apni community ki grievances ko le kar tehreekein chalate rahe, mila kuch</w:t>
      </w:r>
    </w:p>
    <w:p>
      <w:pPr>
        <w:jc w:val="right"/>
      </w:pPr>
      <w:r>
        <w:t>سب اسی میں گھوم پھر کر اپنی کمیونٹی کی گریونسز کو لے کر تحریکیں چلاتے رہے، ملا کچھ</w:t>
      </w:r>
    </w:p>
    <w:p>
      <w:r>
        <w:rPr>
          <w:b/>
        </w:rPr>
        <w:t xml:space="preserve">[16:57] </w:t>
      </w:r>
      <w:r>
        <w:t>bhi nahi.</w:t>
      </w:r>
    </w:p>
    <w:p>
      <w:pPr>
        <w:jc w:val="right"/>
      </w:pPr>
      <w:r>
        <w:t>بھی نہیں۔</w:t>
      </w:r>
    </w:p>
    <w:p>
      <w:r>
        <w:rPr>
          <w:b/>
        </w:rPr>
        <w:t xml:space="preserve">[16:58] </w:t>
      </w:r>
      <w:r>
        <w:t>to ab jo hai, humein wahi karna hai jo Rasool Allah (SAW) ne kiya ke</w:t>
      </w:r>
    </w:p>
    <w:p>
      <w:pPr>
        <w:jc w:val="right"/>
      </w:pPr>
      <w:r>
        <w:t>تو اب جو ہے، ہمیں وہی کرنا ہے جو رسول اللہ صلی اللہ علیہ وسلم نے کیا کہ</w:t>
      </w:r>
    </w:p>
    <w:p>
      <w:r>
        <w:rPr>
          <w:b/>
        </w:rPr>
        <w:t xml:space="preserve">[17:06] </w:t>
      </w:r>
      <w:r>
        <w:t>Makkah chhota aap se, Ka'bah chhota aap se, hijrat ke baad bazahir sab kuch chhoot gaya tha, lekin</w:t>
      </w:r>
    </w:p>
    <w:p>
      <w:pPr>
        <w:jc w:val="right"/>
      </w:pPr>
      <w:r>
        <w:t>مکہ چھوٹا آپ سے، کعبہ چھوٹا آپ سے، ہجرت کے بعد بظاہر سب کچھ چھوٹ گیا تھا، لیکن</w:t>
      </w:r>
    </w:p>
    <w:p>
      <w:r>
        <w:rPr>
          <w:b/>
        </w:rPr>
        <w:t xml:space="preserve">[17:14] </w:t>
      </w:r>
      <w:r>
        <w:t>aap ne replanning ki Madinah pahunch kar.</w:t>
      </w:r>
    </w:p>
    <w:p>
      <w:pPr>
        <w:jc w:val="right"/>
      </w:pPr>
      <w:r>
        <w:t>آپ نے ری پلاننگ کی مدینہ پہنچ کر۔</w:t>
      </w:r>
    </w:p>
    <w:p>
      <w:r>
        <w:rPr>
          <w:b/>
        </w:rPr>
        <w:t xml:space="preserve">[17:17] </w:t>
      </w:r>
      <w:r>
        <w:t>woh planning sari ki sari dawat based thi, dawat ko le kar ki thi.</w:t>
      </w:r>
    </w:p>
    <w:p>
      <w:pPr>
        <w:jc w:val="right"/>
      </w:pPr>
      <w:r>
        <w:t>وہ پلاننگ ساری کی ساری دعوت بیس تھی، دعوت کو لے کر کی تھی۔</w:t>
      </w:r>
    </w:p>
    <w:p>
      <w:r>
        <w:rPr>
          <w:b/>
        </w:rPr>
        <w:t xml:space="preserve">[17:23] </w:t>
      </w:r>
      <w:r>
        <w:t>woh jab aap ko yeh waqea mein yaad dilaoon ke jab makka fatah hua to sahaba jo hijrat</w:t>
      </w:r>
    </w:p>
    <w:p>
      <w:pPr>
        <w:jc w:val="right"/>
      </w:pPr>
      <w:r>
        <w:t>وہ جب آپ کو یہ واقعہ میں یاد دلاؤں کہ جب مکہ فتح ہوا تو صحابہ جو ہجرت</w:t>
      </w:r>
    </w:p>
    <w:p>
      <w:r>
        <w:rPr>
          <w:b/>
        </w:rPr>
        <w:t xml:space="preserve">[17:31] </w:t>
      </w:r>
      <w:r>
        <w:t>kar gaye thay makka se, muhajir, unhon ne kaha ke hamari properties hum ko wapas karai jayen.</w:t>
      </w:r>
    </w:p>
    <w:p>
      <w:pPr>
        <w:jc w:val="right"/>
      </w:pPr>
      <w:r>
        <w:t>کر گئے تھے مکہ سے، مہاجر، انہوں نے کہا کہ ہماری پراپرٹیز ہم کو واپس کرائی جائیں۔</w:t>
      </w:r>
    </w:p>
    <w:p>
      <w:r>
        <w:rPr>
          <w:b/>
        </w:rPr>
        <w:t xml:space="preserve">[17:38] </w:t>
      </w:r>
      <w:r>
        <w:t>zahir hai ke properties chhod kar chale gaye thay, jo muhajir log thay, woh apni properties ko makka</w:t>
      </w:r>
    </w:p>
    <w:p>
      <w:pPr>
        <w:jc w:val="right"/>
      </w:pPr>
      <w:r>
        <w:t>ظاہر ہے کہ پراپرٹیز چھوڑ کر چلے گئے تھے، جو مہاجر لوگ تھے، وہ اپنی پراپرٹیز کو مکہ</w:t>
      </w:r>
    </w:p>
    <w:p>
      <w:r>
        <w:rPr>
          <w:b/>
        </w:rPr>
        <w:t xml:space="preserve">[17:46] </w:t>
      </w:r>
      <w:r>
        <w:t>mein chhod kar chale gaye thay.</w:t>
      </w:r>
    </w:p>
    <w:p>
      <w:pPr>
        <w:jc w:val="right"/>
      </w:pPr>
      <w:r>
        <w:t>میں چھوڑ کر چلے گئے تھے۔</w:t>
      </w:r>
    </w:p>
    <w:p>
      <w:r>
        <w:rPr>
          <w:b/>
        </w:rPr>
        <w:t xml:space="preserve">[17:48] </w:t>
      </w:r>
      <w:r>
        <w:t>to un ki wapsi ka mutalba kiya, unhon ne yeh kitabon mein likha hua hai.</w:t>
      </w:r>
    </w:p>
    <w:p>
      <w:pPr>
        <w:jc w:val="right"/>
      </w:pPr>
      <w:r>
        <w:t>تو ان کی واپسی کا مطالبہ کیا، انہوں نے یہ کتابوں میں لکھا ہوا ہے۔</w:t>
      </w:r>
    </w:p>
    <w:p>
      <w:r>
        <w:rPr>
          <w:b/>
        </w:rPr>
        <w:t xml:space="preserve">[17:55] </w:t>
      </w:r>
      <w:r>
        <w:t>rasool Allah sal Allah alaihi wasallam ne foran hukum diya ke sab log chalen yahan se makka chalo,</w:t>
      </w:r>
    </w:p>
    <w:p>
      <w:pPr>
        <w:jc w:val="right"/>
      </w:pPr>
      <w:r>
        <w:t>رسول اللہ صلی اللہ علیہ وسلم نے فوراً حکم دیا کہ سب لوگ چلیں یہاں سے مکہ چلو،</w:t>
      </w:r>
    </w:p>
    <w:p>
      <w:r>
        <w:rPr>
          <w:b/>
        </w:rPr>
        <w:t xml:space="preserve">[18:02] </w:t>
      </w:r>
      <w:r>
        <w:t>makka chalo, madina chalo wapas.</w:t>
      </w:r>
    </w:p>
    <w:p>
      <w:pPr>
        <w:jc w:val="right"/>
      </w:pPr>
      <w:r>
        <w:t>مکہ چلو، مدینہ چلو واپس۔</w:t>
      </w:r>
    </w:p>
    <w:p>
      <w:r>
        <w:rPr>
          <w:b/>
        </w:rPr>
        <w:t xml:space="preserve">[18:05] </w:t>
      </w:r>
      <w:r>
        <w:t>yani is par koi baat bhi nahi ki, foran hukum de diya ke makka chhod kar madina chalo.</w:t>
      </w:r>
    </w:p>
    <w:p>
      <w:pPr>
        <w:jc w:val="right"/>
      </w:pPr>
      <w:r>
        <w:t>یعنی اس پر کوئی بات بھی نہیں کی، فوراً حکم دے دیا کہ مکہ چھوڑ کر مدینہ چلو۔</w:t>
      </w:r>
    </w:p>
    <w:p>
      <w:r>
        <w:rPr>
          <w:b/>
        </w:rPr>
        <w:t xml:space="preserve">[18:12] </w:t>
      </w:r>
      <w:r>
        <w:t>yeh aap ka mission yeh nahi tha ke property ko wapas len, mulk ko wapas len, glory ko</w:t>
      </w:r>
    </w:p>
    <w:p>
      <w:pPr>
        <w:jc w:val="right"/>
      </w:pPr>
      <w:r>
        <w:t>یہ آپ کا مشن یہ نہیں تھا کہ پراپرٹی کو واپس لیں، ملک کو واپس لیں، گلوری کو</w:t>
      </w:r>
    </w:p>
    <w:p>
      <w:r>
        <w:rPr>
          <w:b/>
        </w:rPr>
        <w:t xml:space="preserve">[18:20] </w:t>
      </w:r>
      <w:r>
        <w:t>regain karen, yeh tha hi nahi aap ka mission.</w:t>
      </w:r>
    </w:p>
    <w:p>
      <w:pPr>
        <w:jc w:val="right"/>
      </w:pPr>
      <w:r>
        <w:t>ریگین کریں، یہ تھا ہی نہیں آپ کا مشن۔</w:t>
      </w:r>
    </w:p>
    <w:p>
      <w:r>
        <w:rPr>
          <w:b/>
        </w:rPr>
        <w:t xml:space="preserve">[18:24] </w:t>
      </w:r>
      <w:r>
        <w:t>aur wapas ja kar aap ne kiya kiya? Ke dawat ka mission chala diya, yani mulk ke andar</w:t>
      </w:r>
    </w:p>
    <w:p>
      <w:pPr>
        <w:jc w:val="right"/>
      </w:pPr>
      <w:r>
        <w:t>اور واپس جا کر آپ نے کیا کیا؟ کہ دعوت کا مشن چلا دیا، یعنی ملک کے اندر</w:t>
      </w:r>
    </w:p>
    <w:p>
      <w:r>
        <w:rPr>
          <w:b/>
        </w:rPr>
        <w:t xml:space="preserve">[18:32] </w:t>
      </w:r>
      <w:r>
        <w:t>dawaten bhejin, aap ne tamam qabail mein, jahan jahan, kyunke us waqt starter way mein abadiyan ho karti</w:t>
      </w:r>
    </w:p>
    <w:p>
      <w:pPr>
        <w:jc w:val="right"/>
      </w:pPr>
      <w:r>
        <w:t>دعوتیں بھیجیں، آپ نے تمام قبائل میں، جہاں جہاں، کیونکہ اس وقت اسٹارٹر وے میں آبادیاں ہو کرتی</w:t>
      </w:r>
    </w:p>
    <w:p>
      <w:r>
        <w:rPr>
          <w:b/>
        </w:rPr>
        <w:t xml:space="preserve">[18:39] </w:t>
      </w:r>
      <w:r>
        <w:t>theen, yani arab ke mukhtalif ilaqon mein jagah jagah qabail abad thay.</w:t>
      </w:r>
    </w:p>
    <w:p>
      <w:pPr>
        <w:jc w:val="right"/>
      </w:pPr>
      <w:r>
        <w:t>تھیں، یعنی عرب کے مختلف علاقوں میں جگہ جگہ قبائل آباد تھے۔</w:t>
      </w:r>
    </w:p>
    <w:p>
      <w:r>
        <w:rPr>
          <w:b/>
        </w:rPr>
        <w:t xml:space="preserve">[18:44] </w:t>
      </w:r>
      <w:r>
        <w:t>to aap ne tamam qabail mein wufood bheje, woh saal itna mashhoor hua ke us ko kehte hain</w:t>
      </w:r>
    </w:p>
    <w:p>
      <w:pPr>
        <w:jc w:val="right"/>
      </w:pPr>
      <w:r>
        <w:t>تو آپ نے تمام قبائل میں وفود بھیجے، وہ سال اتنا مشہور ہوا کہ اس کو کہتے ہیں</w:t>
      </w:r>
    </w:p>
    <w:p>
      <w:r>
        <w:rPr>
          <w:b/>
        </w:rPr>
        <w:t xml:space="preserve">[18:52] </w:t>
      </w:r>
      <w:r>
        <w:t>aam ul wufood.</w:t>
      </w:r>
    </w:p>
    <w:p>
      <w:pPr>
        <w:jc w:val="right"/>
      </w:pPr>
      <w:r>
        <w:t>عام الوفود۔</w:t>
      </w:r>
    </w:p>
    <w:p>
      <w:r>
        <w:rPr>
          <w:b/>
        </w:rPr>
        <w:t xml:space="preserve">[18:54] </w:t>
      </w:r>
      <w:r>
        <w:t>aur doosra aap ne yeh kiya ke arab ke jo adjacent countries thay, us ke sardaron ke pas,</w:t>
      </w:r>
    </w:p>
    <w:p>
      <w:pPr>
        <w:jc w:val="right"/>
      </w:pPr>
      <w:r>
        <w:t>اور دوسرا آپ نے یہ کیا کہ عرب کے جو ایڈیسنٹ کنٹریز تھے، اس کے سرداروں کے پاس،</w:t>
      </w:r>
    </w:p>
    <w:p>
      <w:r>
        <w:rPr>
          <w:b/>
        </w:rPr>
        <w:t xml:space="preserve">[19:01] </w:t>
      </w:r>
      <w:r>
        <w:t>un ke hukmaranon ke pas paigham bheja, dawti khutoot.</w:t>
      </w:r>
    </w:p>
    <w:p>
      <w:pPr>
        <w:jc w:val="right"/>
      </w:pPr>
      <w:r>
        <w:t>ان کے حکمرانوں کے پاس پیغام بھیجا، دعوتی خطوط۔</w:t>
      </w:r>
    </w:p>
    <w:p>
      <w:r>
        <w:rPr>
          <w:b/>
        </w:rPr>
        <w:t xml:space="preserve">[19:05] </w:t>
      </w:r>
      <w:r>
        <w:t>to yeh kitni bari yeh planning thi rasool Allah sal Allah alaihi wasallam ki, is qadar ke itni</w:t>
      </w:r>
    </w:p>
    <w:p>
      <w:pPr>
        <w:jc w:val="right"/>
      </w:pPr>
      <w:r>
        <w:t>تو یہ کتنی بڑی یہ پلاننگ تھی رسول اللہ صلی اللہ علیہ وسلم کی، اس قدر کہ اتنی</w:t>
      </w:r>
    </w:p>
    <w:p>
      <w:r>
        <w:rPr>
          <w:b/>
        </w:rPr>
        <w:t xml:space="preserve">[19:13] </w:t>
      </w:r>
      <w:r>
        <w:t>حکمت ہے کہ victimized community کی grievances کو چھوڑو، عالمی سطح پر، دنیا کی سطح پر جو opportunities</w:t>
      </w:r>
    </w:p>
    <w:p>
      <w:pPr>
        <w:jc w:val="right"/>
      </w:pPr>
      <w:r>
        <w:t>حکمت ہے کہ وکٹمائزڈ کمیونٹی کی گریونسز کو چھوڑو، عالمی سطح پر، دنیا کی سطح پر جو اپرچونیٹیز</w:t>
      </w:r>
    </w:p>
    <w:p>
      <w:r>
        <w:rPr>
          <w:b/>
        </w:rPr>
        <w:t xml:space="preserve">[19:21] </w:t>
      </w:r>
      <w:r>
        <w:t>khuli hain, un ko avail karo.</w:t>
      </w:r>
    </w:p>
    <w:p>
      <w:pPr>
        <w:jc w:val="right"/>
      </w:pPr>
      <w:r>
        <w:t>کھلی ہیں، ان کو اویل کرو۔</w:t>
      </w:r>
    </w:p>
    <w:p>
      <w:r>
        <w:rPr>
          <w:b/>
        </w:rPr>
        <w:t xml:space="preserve">[19:23] </w:t>
      </w:r>
      <w:r>
        <w:t>aur phir aap ne dekha ke history badal gayi, Islam sari duniya mein phail gaya.</w:t>
      </w:r>
    </w:p>
    <w:p>
      <w:pPr>
        <w:jc w:val="right"/>
      </w:pPr>
      <w:r>
        <w:t>اور پھر آپ نے دیکھا کہ ہسٹری بدل گئی، اسلام ساری دنیا میں پھیل گیا۔</w:t>
      </w:r>
    </w:p>
    <w:p>
      <w:r>
        <w:rPr>
          <w:b/>
        </w:rPr>
        <w:t xml:space="preserve">[19:30] </w:t>
      </w:r>
      <w:r>
        <w:t>dilli mein ek bohat bara seminar hua tha jis mein musalmanon ke tamam leader ikatthe hue thay, woh</w:t>
      </w:r>
    </w:p>
    <w:p>
      <w:pPr>
        <w:jc w:val="right"/>
      </w:pPr>
      <w:r>
        <w:t>دلی میں ایک بہت بڑا سیمینار ہوا تھا جس میں مسلمانوں کے تمام لیڈر اکٹھے ہوئے تھے، وہ</w:t>
      </w:r>
    </w:p>
    <w:p>
      <w:r>
        <w:rPr>
          <w:b/>
        </w:rPr>
        <w:t xml:space="preserve">[19:37] </w:t>
      </w:r>
      <w:r>
        <w:t>sab English knowing log thay, sab sari karwai English mein hui thi.</w:t>
      </w:r>
    </w:p>
    <w:p>
      <w:pPr>
        <w:jc w:val="right"/>
      </w:pPr>
      <w:r>
        <w:t>سب انگلش نوئنگ لوگ تھے، سب ساری کارروائی انگلش میں ہوئی تھی۔</w:t>
      </w:r>
    </w:p>
    <w:p>
      <w:r>
        <w:rPr>
          <w:b/>
        </w:rPr>
        <w:t xml:space="preserve">[19:42] </w:t>
      </w:r>
      <w:r>
        <w:t>to un ki mein is mein shareek hua tha, un ki taqreer ka khulasa yeh tha ke "hum</w:t>
      </w:r>
    </w:p>
    <w:p>
      <w:pPr>
        <w:jc w:val="right"/>
      </w:pPr>
      <w:r>
        <w:t>تو ان کی میں اس میں شریک ہوا تھا، ان کی تقریر کا خلاصہ یہ تھا کہ "ہم</w:t>
      </w:r>
    </w:p>
    <w:p>
      <w:r>
        <w:rPr>
          <w:b/>
        </w:rPr>
        <w:t xml:space="preserve">[19:50] </w:t>
      </w:r>
      <w:r>
        <w:t>under siege", un ke sab ki taqreer ka khulasa yeh tha ke "hum ghare hue hain, hue hain</w:t>
      </w:r>
    </w:p>
    <w:p>
      <w:pPr>
        <w:jc w:val="right"/>
      </w:pPr>
      <w:r>
        <w:t>انڈر سیج"، ان کے سب کی تقریر کا خلاصہ یہ تھا کہ "ہم گھرے ہوئے ہیں، ہوئے ہیں</w:t>
      </w:r>
    </w:p>
    <w:p>
      <w:r>
        <w:rPr>
          <w:b/>
        </w:rPr>
        <w:t xml:space="preserve">[19:58] </w:t>
      </w:r>
      <w:r>
        <w:t>yani dushmanon se ghare hue hain, un logon se jo hamara kharab kar faisali kar rahe hain, woh</w:t>
      </w:r>
    </w:p>
    <w:p>
      <w:pPr>
        <w:jc w:val="right"/>
      </w:pPr>
      <w:r>
        <w:t>یعنی دشمنوں سے گھرے ہوئے ہیں، ان لوگوں سے جو ہمارا خراب کار فصلی کر رہے ہیں، وہ</w:t>
      </w:r>
    </w:p>
    <w:p>
      <w:r>
        <w:rPr>
          <w:b/>
        </w:rPr>
        <w:t xml:space="preserve">[20:06] </w:t>
      </w:r>
      <w:r>
        <w:t>log jo hamare upar zulm kar rahe hain, to hum under siege".</w:t>
      </w:r>
    </w:p>
    <w:p>
      <w:pPr>
        <w:jc w:val="right"/>
      </w:pPr>
      <w:r>
        <w:t>لوگ جو ہمارے اوپر ظلم کر رہے ہیں، تو ہم انڈر سیج"۔</w:t>
      </w:r>
    </w:p>
    <w:p>
      <w:r>
        <w:rPr>
          <w:b/>
        </w:rPr>
        <w:t xml:space="preserve">[20:11] </w:t>
      </w:r>
      <w:r>
        <w:t>yahi poori musalmanon ka haal hai, poori duniya mein, arab se le kar nan arab tak ke "hum</w:t>
      </w:r>
    </w:p>
    <w:p>
      <w:pPr>
        <w:jc w:val="right"/>
      </w:pPr>
      <w:r>
        <w:t>یہی پوری مسلمانوں کا حال ہے، پوری دنیا میں، عرب سے لے کر نان عرب تک کہ "ہم</w:t>
      </w:r>
    </w:p>
    <w:p>
      <w:r>
        <w:rPr>
          <w:b/>
        </w:rPr>
        <w:t xml:space="preserve">[20:18] </w:t>
      </w:r>
      <w:r>
        <w:t>under siege".</w:t>
      </w:r>
    </w:p>
    <w:p>
      <w:pPr>
        <w:jc w:val="right"/>
      </w:pPr>
      <w:r>
        <w:t>انڈر سیج"۔</w:t>
      </w:r>
    </w:p>
    <w:p>
      <w:r>
        <w:rPr>
          <w:b/>
        </w:rPr>
        <w:t xml:space="preserve">[20:20] </w:t>
      </w:r>
      <w:r>
        <w:t>rasool Allah salallaho alaihe wasallam ne jo kiya ke "hum siege se bahar ho gaye, hamein koi</w:t>
      </w:r>
    </w:p>
    <w:p>
      <w:pPr>
        <w:jc w:val="right"/>
      </w:pPr>
      <w:r>
        <w:t>رسول اللہ صلی اللہ علیہ وسلم نے جو کیا کہ "ہم سیج سے باہر ہو گئے، ہمیں کوئی</w:t>
      </w:r>
    </w:p>
    <w:p>
      <w:r>
        <w:rPr>
          <w:b/>
        </w:rPr>
        <w:t xml:space="preserve">[20:28] </w:t>
      </w:r>
      <w:r>
        <w:t>siege rok nahin sakta".</w:t>
      </w:r>
    </w:p>
    <w:p>
      <w:pPr>
        <w:jc w:val="right"/>
      </w:pPr>
      <w:r>
        <w:t>سیج روک نہیں سکتا"۔</w:t>
      </w:r>
    </w:p>
    <w:p>
      <w:r>
        <w:rPr>
          <w:b/>
        </w:rPr>
        <w:t xml:space="preserve">[20:29] </w:t>
      </w:r>
      <w:r>
        <w:t>rasool Allah salallaho alaihe wasallam ne kabhi yeh zuban nahin boli hijrat ke baad ke "hum under</w:t>
      </w:r>
    </w:p>
    <w:p>
      <w:pPr>
        <w:jc w:val="right"/>
      </w:pPr>
      <w:r>
        <w:t>رسول اللہ صلی اللہ علیہ وسلم نے کبھی یہ زبان نہیں بولی ہجرت کے بعد کہ "ہم انڈر</w:t>
      </w:r>
    </w:p>
    <w:p>
      <w:r>
        <w:rPr>
          <w:b/>
        </w:rPr>
        <w:t xml:space="preserve">[20:37] </w:t>
      </w:r>
      <w:r>
        <w:t>siege".</w:t>
      </w:r>
    </w:p>
    <w:p>
      <w:pPr>
        <w:jc w:val="right"/>
      </w:pPr>
      <w:r>
        <w:t>سیج"۔</w:t>
      </w:r>
    </w:p>
    <w:p>
      <w:r>
        <w:rPr>
          <w:b/>
        </w:rPr>
        <w:t xml:space="preserve">[20:39] </w:t>
      </w:r>
      <w:r>
        <w:t>to ab to zamana itna badal gaya hai, itni opportunities khul gayi hain ke ab to yani billion</w:t>
      </w:r>
    </w:p>
    <w:p>
      <w:pPr>
        <w:jc w:val="right"/>
      </w:pPr>
      <w:r>
        <w:t>تو اب تو زمانہ اتنا بدل گیا ہے، اتنی اپرچونیٹیز کھل گئی ہیں کہ اب تو یعنی بلین</w:t>
      </w:r>
    </w:p>
    <w:p>
      <w:r>
        <w:rPr>
          <w:b/>
        </w:rPr>
        <w:t xml:space="preserve">[20:46] </w:t>
      </w:r>
      <w:r>
        <w:t>times zyada opportunities hain aaj ke zamane mein.</w:t>
      </w:r>
    </w:p>
    <w:p>
      <w:pPr>
        <w:jc w:val="right"/>
      </w:pPr>
      <w:r>
        <w:t>ٹائمز زیادہ اپرچونیٹیز ہیں آج کے زمانے میں۔</w:t>
      </w:r>
    </w:p>
    <w:p>
      <w:r>
        <w:rPr>
          <w:b/>
        </w:rPr>
        <w:t xml:space="preserve">[20:50] </w:t>
      </w:r>
      <w:r>
        <w:t>is waqt to bohat kam opportunities thin, mislan aap ne bheja tha logon ko wufood to oont par</w:t>
      </w:r>
    </w:p>
    <w:p>
      <w:pPr>
        <w:jc w:val="right"/>
      </w:pPr>
      <w:r>
        <w:t>اس وقت تو بہت کم اپرچونیٹیز تھیں، مثلاً آپ نے بھیجا تھا لوگوں کو وفود تو اونٹ پر</w:t>
      </w:r>
    </w:p>
    <w:p>
      <w:r>
        <w:rPr>
          <w:b/>
        </w:rPr>
        <w:t xml:space="preserve">[20:57] </w:t>
      </w:r>
      <w:r>
        <w:t>jaate the, woh kai kai din lagte the wahan pohnchne mein.</w:t>
      </w:r>
    </w:p>
    <w:p>
      <w:pPr>
        <w:jc w:val="right"/>
      </w:pPr>
      <w:r>
        <w:t>جاتے تھے، وہ کئی کئی دن لگتے تھے وہاں پہنچنے میں۔</w:t>
      </w:r>
    </w:p>
    <w:p>
      <w:r>
        <w:rPr>
          <w:b/>
        </w:rPr>
        <w:t xml:space="preserve">[21:02] </w:t>
      </w:r>
      <w:r>
        <w:t>aur is zamane mein bohat hi mamooli qism ka kaghaz hota tha, is par kuch likha jata tha.</w:t>
      </w:r>
    </w:p>
    <w:p>
      <w:pPr>
        <w:jc w:val="right"/>
      </w:pPr>
      <w:r>
        <w:t>اور اس زمانے میں بہت ہی معمولی قسم کا کاغذ ہوتا تھا، اس پر کچھ لکھا جاتا تھا۔</w:t>
      </w:r>
    </w:p>
    <w:p>
      <w:r>
        <w:rPr>
          <w:b/>
        </w:rPr>
        <w:t xml:space="preserve">[21:10] </w:t>
      </w:r>
      <w:r>
        <w:t>ab to itna zabardast taraqqi ho chuki hai ke aap hawa jahaz ja sakte hain, chhape hue material</w:t>
      </w:r>
    </w:p>
    <w:p>
      <w:pPr>
        <w:jc w:val="right"/>
      </w:pPr>
      <w:r>
        <w:t>اب تو اتنا زبردست ترقی ہو چکی ہے کہ آپ ہوا جہاز جا سکتے ہیں، چھپے ہوئے مٹیریل</w:t>
      </w:r>
    </w:p>
    <w:p>
      <w:r>
        <w:rPr>
          <w:b/>
        </w:rPr>
        <w:t xml:space="preserve">[21:18] </w:t>
      </w:r>
      <w:r>
        <w:t>aap ke paas ho sakte hain, computer ke zariye aap ka message ho sakta hai.</w:t>
      </w:r>
    </w:p>
    <w:p>
      <w:pPr>
        <w:jc w:val="right"/>
      </w:pPr>
      <w:r>
        <w:t>آپ کے پاس ہو سکتے ہیں، کمپیوٹر کے ذریعے آپ کا میسج ہو سکتا ہے۔</w:t>
      </w:r>
    </w:p>
    <w:p>
      <w:r>
        <w:rPr>
          <w:b/>
        </w:rPr>
        <w:t xml:space="preserve">[21:24] </w:t>
      </w:r>
      <w:r>
        <w:t>to is ke mani hain ke "hum under siege" ki boli ab haram ho chuki hai, haram.</w:t>
      </w:r>
    </w:p>
    <w:p>
      <w:pPr>
        <w:jc w:val="right"/>
      </w:pPr>
      <w:r>
        <w:t>تو اس کے معنی ہیں کہ "ہم انڈر سیج" کی بولی اب حرام ہو چکی ہے، حرام۔</w:t>
      </w:r>
    </w:p>
    <w:p>
      <w:r>
        <w:rPr>
          <w:b/>
        </w:rPr>
        <w:t xml:space="preserve">[21:31] </w:t>
      </w:r>
      <w:r>
        <w:t>"hum under siege" community ki boli haram ho chuki hai, ab to opportunities ka explosion hua hai, to</w:t>
      </w:r>
    </w:p>
    <w:p>
      <w:pPr>
        <w:jc w:val="right"/>
      </w:pPr>
      <w:r>
        <w:t>"ہم انڈر سیج" کمیونٹی کی بولی حرام ہو چکی ہے، اب تو اپرچونیٹیز کا ایکسپلوژن ہوا ہے، تو</w:t>
      </w:r>
    </w:p>
    <w:p>
      <w:r>
        <w:rPr>
          <w:b/>
        </w:rPr>
        <w:t xml:space="preserve">[21:39] </w:t>
      </w:r>
      <w:r>
        <w:t>is ko avail karo.</w:t>
      </w:r>
    </w:p>
    <w:p>
      <w:pPr>
        <w:jc w:val="right"/>
      </w:pPr>
      <w:r>
        <w:t>اس کو اویل کرو۔</w:t>
      </w:r>
    </w:p>
    <w:p>
      <w:r>
        <w:rPr>
          <w:b/>
        </w:rPr>
        <w:t xml:space="preserve">[21:41] </w:t>
      </w:r>
      <w:r>
        <w:t>aur sab se bara item jo musalmanon ke paas hai, sab se bara item ke sari duniya aaj</w:t>
      </w:r>
    </w:p>
    <w:p>
      <w:pPr>
        <w:jc w:val="right"/>
      </w:pPr>
      <w:r>
        <w:t>اور سب سے بڑا آئٹم جو مسلمانوں کے پاس ہے، سب سے بڑا آئٹم کہ ساری دنیا آج</w:t>
      </w:r>
    </w:p>
    <w:p>
      <w:r>
        <w:rPr>
          <w:b/>
        </w:rPr>
        <w:t xml:space="preserve">[21:48] </w:t>
      </w:r>
      <w:r>
        <w:t>ki talash kar rahi hai, third option.</w:t>
      </w:r>
    </w:p>
    <w:p>
      <w:pPr>
        <w:jc w:val="right"/>
      </w:pPr>
      <w:r>
        <w:t>کی تلاش کر رہی ہے، تھرڈ آپشن۔</w:t>
      </w:r>
    </w:p>
    <w:p>
      <w:r>
        <w:rPr>
          <w:b/>
        </w:rPr>
        <w:t xml:space="preserve">[21:51] </w:t>
      </w:r>
      <w:r>
        <w:t>is talash mein hai ke kal koi third option hai, kyunke dekhein, na jang se kuch mila, aur</w:t>
      </w:r>
    </w:p>
    <w:p>
      <w:pPr>
        <w:jc w:val="right"/>
      </w:pPr>
      <w:r>
        <w:t>اس تلاش میں ہے کہ کل کوئی تھرڈ آپشن ہے، کیونکہ دیکھیں، نہ جنگ سے کچھ ملا، اور</w:t>
      </w:r>
    </w:p>
    <w:p>
      <w:r>
        <w:rPr>
          <w:b/>
        </w:rPr>
        <w:t xml:space="preserve">[21:59] </w:t>
      </w:r>
      <w:r>
        <w:t>us ke baad jo industrial planning ki, us se bhi kuch nahin mila.</w:t>
      </w:r>
    </w:p>
    <w:p>
      <w:pPr>
        <w:jc w:val="right"/>
      </w:pPr>
      <w:r>
        <w:t>اس کے بعد جو انڈسٹریل پلاننگ کی، اس سے بھی کچھ نہیں ملا۔</w:t>
      </w:r>
    </w:p>
    <w:p>
      <w:r>
        <w:rPr>
          <w:b/>
        </w:rPr>
        <w:t xml:space="preserve">[22:05] </w:t>
      </w:r>
      <w:r>
        <w:t>yani ajeeb ghareeb duniya ka haal hai is waqt ke jang ki, tab bhi kuch nahin mila, industry</w:t>
      </w:r>
    </w:p>
    <w:p>
      <w:pPr>
        <w:jc w:val="right"/>
      </w:pPr>
      <w:r>
        <w:t>یعنی عجیب غریب دنیا کا حال ہے اس وقت کہ جنگ کی، تب بھی کچھ نہیں ملا، انڈسٹری</w:t>
      </w:r>
    </w:p>
    <w:p>
      <w:r>
        <w:rPr>
          <w:b/>
        </w:rPr>
        <w:t xml:space="preserve">[22:13] </w:t>
      </w:r>
      <w:r>
        <w:t>phailai, tab bhi kuch nahin mila, civilization banai, tab bhi kuch nahin mila.</w:t>
      </w:r>
    </w:p>
    <w:p>
      <w:pPr>
        <w:jc w:val="right"/>
      </w:pPr>
      <w:r>
        <w:t>پھیلائی، تب بھی کچھ نہیں ملا، سویلائزیشن بنائی، تب بھی کچھ نہیں ملا۔</w:t>
      </w:r>
    </w:p>
    <w:p>
      <w:r>
        <w:rPr>
          <w:b/>
        </w:rPr>
        <w:t xml:space="preserve">[22:18] </w:t>
      </w:r>
      <w:r>
        <w:t>abhi bhi sari duniya jo hai, ek samajhti hai ke koi cheez hai jo koi missing item hai,</w:t>
      </w:r>
    </w:p>
    <w:p>
      <w:pPr>
        <w:jc w:val="right"/>
      </w:pPr>
      <w:r>
        <w:t>ابھی بھی ساری دنیا جو ہے، ایک سمجھتی ہے کہ کوئی چیز ہے جو کوئی مسنگ آئٹم ہے،</w:t>
      </w:r>
    </w:p>
    <w:p>
      <w:r>
        <w:rPr>
          <w:b/>
        </w:rPr>
        <w:t xml:space="preserve">[22:26] </w:t>
      </w:r>
      <w:r>
        <w:t>yani jangon ke baad, industrial development ke baad, civilization ke baad, phir bhi insan yeh samajhta hai ke</w:t>
      </w:r>
    </w:p>
    <w:p>
      <w:pPr>
        <w:jc w:val="right"/>
      </w:pPr>
      <w:r>
        <w:t>یعنی جنگوں کے بعد، انڈسٹریل ڈیولپمنٹ کے بعد، سویلائزیشن کے بعد، پھر بھی انسان یہ سمجھتا ہے کہ</w:t>
      </w:r>
    </w:p>
    <w:p>
      <w:r>
        <w:rPr>
          <w:b/>
        </w:rPr>
        <w:t xml:space="preserve">[22:34] </w:t>
      </w:r>
      <w:r>
        <w:t>koi cheez hai jo missing kar rahi hai, kyunke humain sachi khushi nahi, sacha peace nahi, to koi</w:t>
      </w:r>
    </w:p>
    <w:p>
      <w:pPr>
        <w:jc w:val="right"/>
      </w:pPr>
      <w:r>
        <w:t>کوئی چیز ہے جو مس کر رہی ہے، کیونکہ ہمیں سچی خوشی نہیں، سچا پیس نہیں، تو کوئی</w:t>
      </w:r>
    </w:p>
    <w:p>
      <w:r>
        <w:rPr>
          <w:b/>
        </w:rPr>
        <w:t xml:space="preserve">[22:41] </w:t>
      </w:r>
      <w:r>
        <w:t>cheez missing kar rahi hai.</w:t>
      </w:r>
    </w:p>
    <w:p>
      <w:pPr>
        <w:jc w:val="right"/>
      </w:pPr>
      <w:r>
        <w:t>چیز مس کر رہی ہے۔</w:t>
      </w:r>
    </w:p>
    <w:p>
      <w:r>
        <w:rPr>
          <w:b/>
        </w:rPr>
        <w:t xml:space="preserve">[22:43] </w:t>
      </w:r>
      <w:r>
        <w:t>woh missing item kya hai? sari dunya is talash mein hai ke woh missing item kya hai, woh</w:t>
      </w:r>
    </w:p>
    <w:p>
      <w:pPr>
        <w:jc w:val="right"/>
      </w:pPr>
      <w:r>
        <w:t>وہ مسنگ آئٹم کیا ہے؟ ساری دنیا اس تلاش میں ہے کہ وہ مسنگ آئٹم کیا ہے، وہ</w:t>
      </w:r>
    </w:p>
    <w:p>
      <w:r>
        <w:rPr>
          <w:b/>
        </w:rPr>
        <w:t xml:space="preserve">[22:51] </w:t>
      </w:r>
      <w:r>
        <w:t>missing item Quran hai.</w:t>
      </w:r>
    </w:p>
    <w:p>
      <w:pPr>
        <w:jc w:val="right"/>
      </w:pPr>
      <w:r>
        <w:t>مسنگ آئٹم قرآن ہے۔</w:t>
      </w:r>
    </w:p>
    <w:p>
      <w:r>
        <w:rPr>
          <w:b/>
        </w:rPr>
        <w:t xml:space="preserve">[22:53] </w:t>
      </w:r>
      <w:r>
        <w:t>abhi dekhein, abhi haal ki khabar mujhe mili ke Israel mein, jis ko musalman samajhte hain ke Israel</w:t>
      </w:r>
    </w:p>
    <w:p>
      <w:pPr>
        <w:jc w:val="right"/>
      </w:pPr>
      <w:r>
        <w:t>ابھی دیکھیں، ابھی حال کی خبر مجھے ملی کہ اسرائیل میں، جس کو مسلمان سمجھتے ہیں کہ اسرائیل</w:t>
      </w:r>
    </w:p>
    <w:p>
      <w:r>
        <w:rPr>
          <w:b/>
        </w:rPr>
        <w:t xml:space="preserve">[23:01] </w:t>
      </w:r>
      <w:r>
        <w:t>hamara dushman number ek hai, ek Israeli Yahudi, us ko hamare haan jo Quran chhupa hai English mein,</w:t>
      </w:r>
    </w:p>
    <w:p>
      <w:pPr>
        <w:jc w:val="right"/>
      </w:pPr>
      <w:r>
        <w:t>ہمارا دشمن نمبر ایک ہے، ایک اسرائیلی یہودی، اس کو ہمارے ہاں جو قرآن چھپا ہے انگلش میں،</w:t>
      </w:r>
    </w:p>
    <w:p>
      <w:r>
        <w:rPr>
          <w:b/>
        </w:rPr>
        <w:t xml:space="preserve">[23:08] </w:t>
      </w:r>
      <w:r>
        <w:t>woh mila, us ko us ne parha, parhne ke baad elaan kiya ke yahi yahi sachai hai, woh</w:t>
      </w:r>
    </w:p>
    <w:p>
      <w:pPr>
        <w:jc w:val="right"/>
      </w:pPr>
      <w:r>
        <w:t>وہ ملا، اس کو اس نے پڑھا، پڑھنے کے بعد اعلان کیا کہ یہی یہی سچائی ہے، وہ</w:t>
      </w:r>
    </w:p>
    <w:p>
      <w:r>
        <w:rPr>
          <w:b/>
        </w:rPr>
        <w:t xml:space="preserve">[23:16] </w:t>
      </w:r>
      <w:r>
        <w:t>Islam qabool kar liya.</w:t>
      </w:r>
    </w:p>
    <w:p>
      <w:pPr>
        <w:jc w:val="right"/>
      </w:pPr>
      <w:r>
        <w:t>اسلام قبول کر لیا۔</w:t>
      </w:r>
    </w:p>
    <w:p>
      <w:r>
        <w:rPr>
          <w:b/>
        </w:rPr>
        <w:t xml:space="preserve">[23:18] </w:t>
      </w:r>
      <w:r>
        <w:t>to Quran is a missing item aaj ki dunya ke liye, us ko third option kahiye, missing item</w:t>
      </w:r>
    </w:p>
    <w:p>
      <w:pPr>
        <w:jc w:val="right"/>
      </w:pPr>
      <w:r>
        <w:t>تو قرآن از اے مسنگ آئٹم آج کی دنیا کے لیے، اس کو تھرڈ آپشن کہیے، مسنگ آئٹم</w:t>
      </w:r>
    </w:p>
    <w:p>
      <w:r>
        <w:rPr>
          <w:b/>
        </w:rPr>
        <w:t xml:space="preserve">[23:25] </w:t>
      </w:r>
      <w:r>
        <w:t>kahiye, woh batata hai ke yaani problem ka sira kahan hai, insan ko peace kaise milega, insan</w:t>
      </w:r>
    </w:p>
    <w:p>
      <w:pPr>
        <w:jc w:val="right"/>
      </w:pPr>
      <w:r>
        <w:t>کہیے، وہ بتاتا ہے کہ یعنی پرابلم کا سرا کہاں ہے، انسان کو پیس کیسے ملے گا، انسان</w:t>
      </w:r>
    </w:p>
    <w:p>
      <w:r>
        <w:rPr>
          <w:b/>
        </w:rPr>
        <w:t xml:space="preserve">[23:33] </w:t>
      </w:r>
      <w:r>
        <w:t>ko yaani creation ka explanation kaise milega, insan apne future ke bare mein kis tarah se woh</w:t>
      </w:r>
    </w:p>
    <w:p>
      <w:pPr>
        <w:jc w:val="right"/>
      </w:pPr>
      <w:r>
        <w:t>کو یعنی کریشن کا ایکسپلینیشن کیسے ملے گا، انسان اپنے فیوچر کے بارے میں کس طرح سے وہ</w:t>
      </w:r>
    </w:p>
    <w:p>
      <w:r>
        <w:rPr>
          <w:b/>
        </w:rPr>
        <w:t xml:space="preserve">[23:41] </w:t>
      </w:r>
      <w:r>
        <w:t>positive ho sakta hai, kyunke paradise ka concept aap ko apne future ke bare mein positive banata hai,</w:t>
      </w:r>
    </w:p>
    <w:p>
      <w:pPr>
        <w:jc w:val="right"/>
      </w:pPr>
      <w:r>
        <w:t>پازیٹیو ہو سکتا ہے، کیونکہ پیراڈائز کا کانسیپٹ آپ کو اپنے فیوچر کے بارے میں پازیٹیو بناتا ہے،</w:t>
      </w:r>
    </w:p>
    <w:p>
      <w:r>
        <w:rPr>
          <w:b/>
        </w:rPr>
        <w:t xml:space="preserve">[23:49] </w:t>
      </w:r>
      <w:r>
        <w:t>God ka concept aap ko universe ke bare mein explanation deta hai.</w:t>
      </w:r>
    </w:p>
    <w:p>
      <w:pPr>
        <w:jc w:val="right"/>
      </w:pPr>
      <w:r>
        <w:t>گاڈ کا کانسیپٹ آپ کو یونیورس کے بارے میں ایکسپلینیشن دیتا ہے۔</w:t>
      </w:r>
    </w:p>
    <w:p>
      <w:r>
        <w:rPr>
          <w:b/>
        </w:rPr>
        <w:t xml:space="preserve">[23:54] </w:t>
      </w:r>
      <w:r>
        <w:t>to jo jo jo cheezein insan chah raha hai, is sab ka hal kahan hai? Allah ki kitab</w:t>
      </w:r>
    </w:p>
    <w:p>
      <w:pPr>
        <w:jc w:val="right"/>
      </w:pPr>
      <w:r>
        <w:t>تو جو جو جو چیزیں انسان چاہ رہا ہے، اس سب کا حل کہاں ہے؟ اللہ کی کتاب</w:t>
      </w:r>
    </w:p>
    <w:p>
      <w:r>
        <w:rPr>
          <w:b/>
        </w:rPr>
        <w:t xml:space="preserve">[24:01] </w:t>
      </w:r>
      <w:r>
        <w:t>mein hai.</w:t>
      </w:r>
    </w:p>
    <w:p>
      <w:pPr>
        <w:jc w:val="right"/>
      </w:pPr>
      <w:r>
        <w:t>میں ہے۔</w:t>
      </w:r>
    </w:p>
    <w:p>
      <w:r>
        <w:rPr>
          <w:b/>
        </w:rPr>
        <w:t xml:space="preserve">[24:03] </w:t>
      </w:r>
      <w:r>
        <w:t>to woh jo hadith mein hai ke aakhri zamanay mein waqt aayega jab ke Allah ka kalma</w:t>
      </w:r>
    </w:p>
    <w:p>
      <w:pPr>
        <w:jc w:val="right"/>
      </w:pPr>
      <w:r>
        <w:t>تو وہ جو حدیث میں ہے کہ آخری زمانے میں وقت آئے گا جب کہ اللہ کا کلمہ</w:t>
      </w:r>
    </w:p>
    <w:p>
      <w:r>
        <w:rPr>
          <w:b/>
        </w:rPr>
        <w:t xml:space="preserve">[24:11] </w:t>
      </w:r>
      <w:r>
        <w:t>sare ghar, har har ghar pohnch jayega, yeh bohat mashhoor hadith hai ke zameen par koi ek</w:t>
      </w:r>
    </w:p>
    <w:p>
      <w:pPr>
        <w:jc w:val="right"/>
      </w:pPr>
      <w:r>
        <w:t>سارے گھر، ہر ہر گھر پہنچ جائے گا، یہ بہت مشہور حدیث ہے کہ زمین پر کوئی ایک</w:t>
      </w:r>
    </w:p>
    <w:p>
      <w:r>
        <w:rPr>
          <w:b/>
        </w:rPr>
        <w:t xml:space="preserve">[24:18] </w:t>
      </w:r>
      <w:r>
        <w:t>ghar nahi bachega, chhota ya bada, jis mein Allah ka kalma pohnch na jaye, yaani matlab yahi</w:t>
      </w:r>
    </w:p>
    <w:p>
      <w:pPr>
        <w:jc w:val="right"/>
      </w:pPr>
      <w:r>
        <w:t>گھر نہیں بچے گا، چھوٹا یا بڑا، جس میں اللہ کا کلمہ پہنچ نہ جائے، یعنی مطلب یہی</w:t>
      </w:r>
    </w:p>
    <w:p>
      <w:r>
        <w:rPr>
          <w:b/>
        </w:rPr>
        <w:t xml:space="preserve">[24:26] </w:t>
      </w:r>
      <w:r>
        <w:t>ke book of God ko Quran na pohnch jaye.</w:t>
      </w:r>
    </w:p>
    <w:p>
      <w:pPr>
        <w:jc w:val="right"/>
      </w:pPr>
      <w:r>
        <w:t>کہ بک آف گاڈ کو قرآن نہ پہنچ جائے۔</w:t>
      </w:r>
    </w:p>
    <w:p>
      <w:r>
        <w:rPr>
          <w:b/>
        </w:rPr>
        <w:t xml:space="preserve">[24:30] </w:t>
      </w:r>
      <w:r>
        <w:t>yeh sirf pohnchne ke bare mein nahi hai, yeh sirf pohnchne ke bare mein nahi hai ke bas</w:t>
      </w:r>
    </w:p>
    <w:p>
      <w:pPr>
        <w:jc w:val="right"/>
      </w:pPr>
      <w:r>
        <w:t>یہ صرف پہنچنے کے بارے میں نہیں ہے، یہ صرف پہنچنے کے بارے میں نہیں ہے کہ بس</w:t>
      </w:r>
    </w:p>
    <w:p>
      <w:r>
        <w:rPr>
          <w:b/>
        </w:rPr>
        <w:t xml:space="preserve">[24:38] </w:t>
      </w:r>
      <w:r>
        <w:t>postman jo hai, ja kar wahan drop kar dega un ko Quran ki ek copy, is</w:t>
      </w:r>
    </w:p>
    <w:p>
      <w:pPr>
        <w:jc w:val="right"/>
      </w:pPr>
      <w:r>
        <w:t>پوسٹ مین جو ہے، جا کر وہاں ڈراپ کر دے گا ان کو قرآن کی ایک کاپی، اس</w:t>
      </w:r>
    </w:p>
    <w:p>
      <w:r>
        <w:rPr>
          <w:b/>
        </w:rPr>
        <w:t xml:space="preserve">[24:45] </w:t>
      </w:r>
      <w:r>
        <w:t>ma'ne mein nahi hai.</w:t>
      </w:r>
    </w:p>
    <w:p>
      <w:pPr>
        <w:jc w:val="right"/>
      </w:pPr>
      <w:r>
        <w:t>معنی میں نہیں ہے۔</w:t>
      </w:r>
    </w:p>
    <w:p>
      <w:r>
        <w:rPr>
          <w:b/>
        </w:rPr>
        <w:t xml:space="preserve">[24:47] </w:t>
      </w:r>
      <w:r>
        <w:t>is ma'ne mein yeh hai ke ek waqt aayega ke sari dunya kisi third option ki talash</w:t>
      </w:r>
    </w:p>
    <w:p>
      <w:pPr>
        <w:jc w:val="right"/>
      </w:pPr>
      <w:r>
        <w:t>اس معنی میں یہ ہے کہ ایک وقت آئے گا کہ ساری دنیا کسی تھرڈ آپشن کی تلاش</w:t>
      </w:r>
    </w:p>
    <w:p>
      <w:r>
        <w:rPr>
          <w:b/>
        </w:rPr>
        <w:t xml:space="preserve">[24:55] </w:t>
      </w:r>
      <w:r>
        <w:t>mein hogi, sari dunya kisi missing item ki talash mein hogi, us waqt woh payegi Quran, isi</w:t>
      </w:r>
    </w:p>
    <w:p>
      <w:pPr>
        <w:jc w:val="right"/>
      </w:pPr>
      <w:r>
        <w:t>میں ہوگی، ساری دنیا کسی مسنگ آئٹم کی تلاش میں ہوگی، اس وقت وہ پائے گی قرآن، اسی</w:t>
      </w:r>
    </w:p>
    <w:p>
      <w:r>
        <w:rPr>
          <w:b/>
        </w:rPr>
        <w:t xml:space="preserve">[25:02] </w:t>
      </w:r>
      <w:r>
        <w:t>par to hai woh baat jo hum talash kar rahe thay.</w:t>
      </w:r>
    </w:p>
    <w:p>
      <w:pPr>
        <w:jc w:val="right"/>
      </w:pPr>
      <w:r>
        <w:t>پر تو ہے وہ بات جو ہم تلاش کر رہے تھے۔</w:t>
      </w:r>
    </w:p>
    <w:p>
      <w:r>
        <w:rPr>
          <w:b/>
        </w:rPr>
        <w:t xml:space="preserve">[25:07] </w:t>
      </w:r>
      <w:r>
        <w:t>yeh hai jawab, yaani sirf agar drop karne ke maene mein ho ke ek postman aayega,</w:t>
      </w:r>
    </w:p>
    <w:p>
      <w:pPr>
        <w:jc w:val="right"/>
      </w:pPr>
      <w:r>
        <w:t>یہ ہے جواب، یعنی صرف اگر ڈراپ کرنے کے معنی میں ہو کہ ایک پوسٹ مین آئے گا،</w:t>
      </w:r>
    </w:p>
    <w:p>
      <w:r>
        <w:rPr>
          <w:b/>
        </w:rPr>
        <w:t xml:space="preserve">[25:15] </w:t>
      </w:r>
      <w:r>
        <w:t>woh aur woh drop kar dega quran ki ek copy, to koi badi baat to nahi hui</w:t>
      </w:r>
    </w:p>
    <w:p>
      <w:pPr>
        <w:jc w:val="right"/>
      </w:pPr>
      <w:r>
        <w:t>وہ اور وہ ڈراپ کر دے گا قرآن کی ایک کاپی، تو کوئی بڑی بات تو نہیں ہوئی</w:t>
      </w:r>
    </w:p>
    <w:p>
      <w:r>
        <w:rPr>
          <w:b/>
        </w:rPr>
        <w:t xml:space="preserve">[25:23] </w:t>
      </w:r>
      <w:r>
        <w:t>hai, koi badi baat nahi.</w:t>
      </w:r>
    </w:p>
    <w:p>
      <w:pPr>
        <w:jc w:val="right"/>
      </w:pPr>
      <w:r>
        <w:t>ہے، کوئی بڑی بات نہیں۔</w:t>
      </w:r>
    </w:p>
    <w:p>
      <w:r>
        <w:rPr>
          <w:b/>
        </w:rPr>
        <w:t xml:space="preserve">[25:25] </w:t>
      </w:r>
      <w:r>
        <w:t>rozana aadmi mail wasool karta hai, badi baat jab hai jab ke ek universal situation create hui hai</w:t>
      </w:r>
    </w:p>
    <w:p>
      <w:pPr>
        <w:jc w:val="right"/>
      </w:pPr>
      <w:r>
        <w:t>روزانہ آدمی میل وصول کرتا ہے، بڑی بات جب ہے جب کہ ایک یونیورسل سچویشن کریٹ ہوئی ہے</w:t>
      </w:r>
    </w:p>
    <w:p>
      <w:r>
        <w:rPr>
          <w:b/>
        </w:rPr>
        <w:t xml:space="preserve">[25:32] </w:t>
      </w:r>
      <w:r>
        <w:t>saari duniya mein, consciously ya unconsciously, ke hum sab kuch kar chuke hain, hum ne jangain lari</w:t>
      </w:r>
    </w:p>
    <w:p>
      <w:pPr>
        <w:jc w:val="right"/>
      </w:pPr>
      <w:r>
        <w:t>ساری دنیا میں، کانشیسلی یا ان کانشیسلی، کہ ہم سب کچھ کر چکے ہیں، ہم نے جنگیں لڑی</w:t>
      </w:r>
    </w:p>
    <w:p>
      <w:r>
        <w:rPr>
          <w:b/>
        </w:rPr>
        <w:t xml:space="preserve">[25:40] </w:t>
      </w:r>
      <w:r>
        <w:t>hain, hum ne industry ko taraqqi di hai, hum ne civilization banai hai, hum ne universityan banai hain,</w:t>
      </w:r>
    </w:p>
    <w:p>
      <w:pPr>
        <w:jc w:val="right"/>
      </w:pPr>
      <w:r>
        <w:t>ہیں، ہم نے انڈسٹری کو ترقی دی ہے، ہم نے سویلائزیشن بنائی ہے، ہم نے یونیورسٹیاں بنائی ہیں،</w:t>
      </w:r>
    </w:p>
    <w:p>
      <w:r>
        <w:rPr>
          <w:b/>
        </w:rPr>
        <w:t xml:space="preserve">[25:48] </w:t>
      </w:r>
      <w:r>
        <w:t>hum ne itne saare uloom paida kiye hain, phir bhi asal baat wahi ki wahi hai, to abhi</w:t>
      </w:r>
    </w:p>
    <w:p>
      <w:pPr>
        <w:jc w:val="right"/>
      </w:pPr>
      <w:r>
        <w:t>ہم نے اتنے سارے علوم پیدا کیے ہیں، پھر بھی اصل بات وہی کی وہی ہے، تو ابھی</w:t>
      </w:r>
    </w:p>
    <w:p>
      <w:r>
        <w:rPr>
          <w:b/>
        </w:rPr>
        <w:t xml:space="preserve">[25:56] </w:t>
      </w:r>
      <w:r>
        <w:t>koi cheez miss kar rahi hai, woh missing item kya hai? to ghar ghar quran ya kalmatul islam</w:t>
      </w:r>
    </w:p>
    <w:p>
      <w:pPr>
        <w:jc w:val="right"/>
      </w:pPr>
      <w:r>
        <w:t>کوئی چیز مس کر رہی ہے، وہ مسنگ آئٹم کیا ہے؟ تو گھر گھر قرآن یا کلمۃ الاسلام</w:t>
      </w:r>
    </w:p>
    <w:p>
      <w:r>
        <w:rPr>
          <w:b/>
        </w:rPr>
        <w:t xml:space="preserve">[26:03] </w:t>
      </w:r>
      <w:r>
        <w:t>daakhil karne ka maene yeh hai ke insaan ko missing item dena, woh us ko dekh kar keh</w:t>
      </w:r>
    </w:p>
    <w:p>
      <w:pPr>
        <w:jc w:val="right"/>
      </w:pPr>
      <w:r>
        <w:t>داخل کرنے کا معنی یہ ہے کہ انسان کو مسنگ آئٹم دینا، وہ اس کو دیکھ کر کہہ</w:t>
      </w:r>
    </w:p>
    <w:p>
      <w:r>
        <w:rPr>
          <w:b/>
        </w:rPr>
        <w:t xml:space="preserve">[26:11] </w:t>
      </w:r>
      <w:r>
        <w:t>sake ke yeh to hai missing item, yeh matlab hai is ka.</w:t>
      </w:r>
    </w:p>
    <w:p>
      <w:pPr>
        <w:jc w:val="right"/>
      </w:pPr>
      <w:r>
        <w:t>سکے کہ یہ تو ہے مسنگ آئٹم، یہ مطلب ہے اس کا۔</w:t>
      </w:r>
    </w:p>
    <w:p>
      <w:r>
        <w:rPr>
          <w:b/>
        </w:rPr>
        <w:t xml:space="preserve">[26:16] </w:t>
      </w:r>
      <w:r>
        <w:t>to us waqt jo karne ka kaam hai musalmanon ke liye, woh yeh hai ke rasool Allah sal Allah</w:t>
      </w:r>
    </w:p>
    <w:p>
      <w:pPr>
        <w:jc w:val="right"/>
      </w:pPr>
      <w:r>
        <w:t>تو اس وقت جو کرنے کا کام ہے مسلمانوں کے لیے، وہ یہ ہے کہ رسول اللہ صلی</w:t>
      </w:r>
    </w:p>
    <w:p>
      <w:r>
        <w:rPr>
          <w:b/>
        </w:rPr>
        <w:t xml:space="preserve">[26:24] </w:t>
      </w:r>
      <w:r>
        <w:t>alaihi wasallam ki taraf sunnat ke lautain, woh bhulain jo kuch chora gaya, yaani hijrat ke waqt</w:t>
      </w:r>
    </w:p>
    <w:p>
      <w:pPr>
        <w:jc w:val="right"/>
      </w:pPr>
      <w:r>
        <w:t>اللہ علیہ وسلم کی طرف سنت کے لوٹیں، وہ بھلائیں جو کچھ چھوڑا گیا، یعنی ہجرت کے وقت</w:t>
      </w:r>
    </w:p>
    <w:p>
      <w:r>
        <w:rPr>
          <w:b/>
        </w:rPr>
        <w:t xml:space="preserve">[26:32] </w:t>
      </w:r>
      <w:r>
        <w:t>jo kuch unhon ne chora tha, jo property chori thi, jo janon ko nuqsan hua tha, us ko</w:t>
      </w:r>
    </w:p>
    <w:p>
      <w:pPr>
        <w:jc w:val="right"/>
      </w:pPr>
      <w:r>
        <w:t>جو کچھ انہوں نے چھوڑا تھا، جو پراپرٹی چھوڑی تھی، جو جانوں کو نقصان ہوا تھا، اس کو</w:t>
      </w:r>
    </w:p>
    <w:p>
      <w:r>
        <w:rPr>
          <w:b/>
        </w:rPr>
        <w:t xml:space="preserve">[26:39] </w:t>
      </w:r>
      <w:r>
        <w:t>bhulain, bhulain, bhulain.</w:t>
      </w:r>
    </w:p>
    <w:p>
      <w:pPr>
        <w:jc w:val="right"/>
      </w:pPr>
      <w:r>
        <w:t>بھلائیں، بھلائیں، بھلائیں۔</w:t>
      </w:r>
    </w:p>
    <w:p>
      <w:r>
        <w:rPr>
          <w:b/>
        </w:rPr>
        <w:t xml:space="preserve">[26:41] </w:t>
      </w:r>
      <w:r>
        <w:t>aur jo opportunities khuli hain duniya mein, nai opportunities, jo chora tha, us se billion time opportunities zyada</w:t>
      </w:r>
    </w:p>
    <w:p>
      <w:pPr>
        <w:jc w:val="right"/>
      </w:pPr>
      <w:r>
        <w:t>اور جو اپرچونیٹیز کھلی ہیں دنیا میں، نئی اپرچونیٹیز، جو چھوڑا تھا، اس سے بلین ٹائم اپرچونیٹیز زیادہ</w:t>
      </w:r>
    </w:p>
    <w:p>
      <w:r>
        <w:rPr>
          <w:b/>
        </w:rPr>
        <w:t xml:space="preserve">[26:49] </w:t>
      </w:r>
      <w:r>
        <w:t>hain, us ko le kar planning karein aur us ko avail karein.</w:t>
      </w:r>
    </w:p>
    <w:p>
      <w:pPr>
        <w:jc w:val="right"/>
      </w:pPr>
      <w:r>
        <w:t>ہیں، اس کو لے کر پلاننگ کریں اور اس کو اویل کریں۔</w:t>
      </w:r>
    </w:p>
    <w:p>
      <w:r>
        <w:rPr>
          <w:b/>
        </w:rPr>
        <w:t xml:space="preserve">[26:54] </w:t>
      </w:r>
      <w:r>
        <w:t>yeh bhi sunnat rasool hai, asal mein dekhein, sunnat rasool ka itna mehdood tasawwur bana diya hai ke</w:t>
      </w:r>
    </w:p>
    <w:p>
      <w:pPr>
        <w:jc w:val="right"/>
      </w:pPr>
      <w:r>
        <w:t>یہ بھی سنت رسول ہے، اصل میں دیکھیں، سنت رسول کا اتنا محدود تصور بنا دیا ہے کہ</w:t>
      </w:r>
    </w:p>
    <w:p>
      <w:r>
        <w:rPr>
          <w:b/>
        </w:rPr>
        <w:t xml:space="preserve">[27:01] </w:t>
      </w:r>
      <w:r>
        <w:t>dayein rakhna sunnat hai, nakhun kaatna sunnat hai, aur khizab lagana sunnat hai, isi ko sunnat samajhte hain,</w:t>
      </w:r>
    </w:p>
    <w:p>
      <w:pPr>
        <w:jc w:val="right"/>
      </w:pPr>
      <w:r>
        <w:t>دائیں رکھنا سنت ہے، ناخن کاٹنا سنت ہے، اور خضاب لگانا سنت ہے، اسی کو سنت سمجھتے ہیں،</w:t>
      </w:r>
    </w:p>
    <w:p>
      <w:r>
        <w:rPr>
          <w:b/>
        </w:rPr>
        <w:t xml:space="preserve">[27:09] </w:t>
      </w:r>
      <w:r>
        <w:t>yaani kitna, yaani chota tasawwur bana rakha hai sunnat ka.</w:t>
      </w:r>
    </w:p>
    <w:p>
      <w:pPr>
        <w:jc w:val="right"/>
      </w:pPr>
      <w:r>
        <w:t>یعنی کتنا، یعنی چھوٹا تصور بنا رکھا ہے سنت کا۔</w:t>
      </w:r>
    </w:p>
    <w:p>
      <w:r>
        <w:rPr>
          <w:b/>
        </w:rPr>
        <w:t xml:space="preserve">[27:13] </w:t>
      </w:r>
      <w:r>
        <w:t>sunnat yeh hai ke kaise planning ki jaye, sab se badi sunnat hai.</w:t>
      </w:r>
    </w:p>
    <w:p>
      <w:pPr>
        <w:jc w:val="right"/>
      </w:pPr>
      <w:r>
        <w:t>سنت یہ ہے کہ کیسے پلاننگ کی جائے، سب سے بڑی سنت ہے۔</w:t>
      </w:r>
    </w:p>
    <w:p>
      <w:r>
        <w:rPr>
          <w:b/>
        </w:rPr>
        <w:t xml:space="preserve">[27:19] </w:t>
      </w:r>
      <w:r>
        <w:t>jab hum, jab hamari hesiyat ek victimized community ki ho chuki ho, us waqt revival ke liye kya</w:t>
      </w:r>
    </w:p>
    <w:p>
      <w:pPr>
        <w:jc w:val="right"/>
      </w:pPr>
      <w:r>
        <w:t>جب ہم، جب ہماری حیثیت ایک وکٹمائزڈ کمیونٹی کی ہو چکی ہو، اس وقت ریوائیول کے لیے کیا</w:t>
      </w:r>
    </w:p>
    <w:p>
      <w:r>
        <w:rPr>
          <w:b/>
        </w:rPr>
        <w:t xml:space="preserve">[27:27] </w:t>
      </w:r>
      <w:r>
        <w:t xml:space="preserve">karein? yaani jab makka se musalman hijrat kar ke madina aaye to yeh bazahir ek mehroom community thay, </w:t>
      </w:r>
    </w:p>
    <w:p>
      <w:pPr>
        <w:jc w:val="right"/>
      </w:pPr>
      <w:r>
        <w:t>کریں؟ یعنی جب مکہ سے مسلمان ہجرت کر کے مدینہ آئے تو یہ بظاہر ایک محروم کمیونٹی تھے،</w:t>
      </w:r>
    </w:p>
    <w:p>
      <w:r>
        <w:rPr>
          <w:b/>
        </w:rPr>
        <w:t xml:space="preserve">[27:34] </w:t>
      </w:r>
      <w:r>
        <w:t>woh sab kuch chora gaya tha un se.</w:t>
      </w:r>
    </w:p>
    <w:p>
      <w:pPr>
        <w:jc w:val="right"/>
      </w:pPr>
      <w:r>
        <w:t>وہ سب کچھ چھوٹ گیا تھا ان سے۔</w:t>
      </w:r>
    </w:p>
    <w:p>
      <w:r>
        <w:rPr>
          <w:b/>
        </w:rPr>
        <w:t xml:space="preserve">[27:38] </w:t>
      </w:r>
      <w:r>
        <w:t>to sawal yeh tha ke ab, ab, ab hum yahan se ek nai beginning hamari kahan ho? ab</w:t>
      </w:r>
    </w:p>
    <w:p>
      <w:pPr>
        <w:jc w:val="right"/>
      </w:pPr>
      <w:r>
        <w:t>تو سوال یہ تھا کہ اب، اب، اب ہم یہاں سے ایک نئی بگننگ ہماری کہاں ہو؟ اب</w:t>
      </w:r>
    </w:p>
    <w:p>
      <w:r>
        <w:rPr>
          <w:b/>
        </w:rPr>
        <w:t xml:space="preserve">[27:46] </w:t>
      </w:r>
      <w:r>
        <w:t>hamari nai beginning kahan ho? to rasool Allah sal Allah alaihi wasallam ne chora hua cheezon ko le</w:t>
      </w:r>
    </w:p>
    <w:p>
      <w:pPr>
        <w:jc w:val="right"/>
      </w:pPr>
      <w:r>
        <w:t>ہماری نئی بگننگ کہاں ہو؟ تو رسول اللہ صلی اللہ علیہ وسلم نے چھوڑے ہوئے چیزوں کو لے</w:t>
      </w:r>
    </w:p>
    <w:p>
      <w:r>
        <w:rPr>
          <w:b/>
        </w:rPr>
        <w:t xml:space="preserve">[27:53] </w:t>
      </w:r>
      <w:r>
        <w:t>kar apni planning nahi ki ke hum ne yeh chhora hai, woh chhora hai, woh chhora hai, yeh</w:t>
      </w:r>
    </w:p>
    <w:p>
      <w:pPr>
        <w:jc w:val="right"/>
      </w:pPr>
      <w:r>
        <w:t>کر اپنی پلاننگ نہیں کی کہ ہم نے یہ چھوڑا ہے، وہ چھوڑا ہے، وہ چھوڑا ہے، یہ</w:t>
      </w:r>
    </w:p>
    <w:p>
      <w:r>
        <w:rPr>
          <w:b/>
        </w:rPr>
        <w:t xml:space="preserve">[28:01] </w:t>
      </w:r>
      <w:r>
        <w:t>sab do hum ko nahi.</w:t>
      </w:r>
    </w:p>
    <w:p>
      <w:pPr>
        <w:jc w:val="right"/>
      </w:pPr>
      <w:r>
        <w:t>سب دو ہم کو نہیں۔</w:t>
      </w:r>
    </w:p>
    <w:p>
      <w:r>
        <w:rPr>
          <w:b/>
        </w:rPr>
        <w:t xml:space="preserve">[28:03] </w:t>
      </w:r>
      <w:r>
        <w:t>opportunity talash ki aap ne, nai opportunity, is ko avail kiya.</w:t>
      </w:r>
    </w:p>
    <w:p>
      <w:pPr>
        <w:jc w:val="right"/>
      </w:pPr>
      <w:r>
        <w:t>اپرچونیٹی تلاش کی آپ نے، نئی اپرچونیٹی، اس کو اویل کیا۔</w:t>
      </w:r>
    </w:p>
    <w:p>
      <w:r>
        <w:rPr>
          <w:b/>
        </w:rPr>
        <w:t xml:space="preserve">[28:08] </w:t>
      </w:r>
      <w:r>
        <w:t>to is waqt musalmanon ko hukumat ka gham, khilafat ka gham, aur hukumaton, yani political glory ka gham,</w:t>
      </w:r>
    </w:p>
    <w:p>
      <w:pPr>
        <w:jc w:val="right"/>
      </w:pPr>
      <w:r>
        <w:t>تو اس وقت مسلمانوں کو حکومت کا غم، خلافت کا غم، اور حکومتوں، یعنی پولیٹیکل گلوری کا غم،</w:t>
      </w:r>
    </w:p>
    <w:p>
      <w:r>
        <w:rPr>
          <w:b/>
        </w:rPr>
        <w:t xml:space="preserve">[28:16] </w:t>
      </w:r>
      <w:r>
        <w:t>in sab cheezon ko darya mein dalen, darya mein.</w:t>
      </w:r>
    </w:p>
    <w:p>
      <w:pPr>
        <w:jc w:val="right"/>
      </w:pPr>
      <w:r>
        <w:t>ان سب چیزوں کو دریا میں ڈالیں، دریا میں۔</w:t>
      </w:r>
    </w:p>
    <w:p>
      <w:r>
        <w:rPr>
          <w:b/>
        </w:rPr>
        <w:t xml:space="preserve">[28:19] </w:t>
      </w:r>
      <w:r>
        <w:t>aur jo nai opportunities khuli hain naye daur ke nateejay mein, is ko jano, is ko jano, aur</w:t>
      </w:r>
    </w:p>
    <w:p>
      <w:pPr>
        <w:jc w:val="right"/>
      </w:pPr>
      <w:r>
        <w:t>اور جو نئی اپرچونیٹیز کھلی ہیں نئے دور کے نتیجے میں، اس کو جانیں، اس کو جانیں، اور</w:t>
      </w:r>
    </w:p>
    <w:p>
      <w:r>
        <w:rPr>
          <w:b/>
        </w:rPr>
        <w:t xml:space="preserve">[28:27] </w:t>
      </w:r>
      <w:r>
        <w:t>is ko le kar phir se planning karen apni.</w:t>
      </w:r>
    </w:p>
    <w:p>
      <w:pPr>
        <w:jc w:val="right"/>
      </w:pPr>
      <w:r>
        <w:t>اس کو لے کر پھر سے پلاننگ کریں اپنی۔</w:t>
      </w:r>
    </w:p>
    <w:p>
      <w:r>
        <w:rPr>
          <w:b/>
        </w:rPr>
        <w:t xml:space="preserve">[28:31] </w:t>
      </w:r>
      <w:r>
        <w:t>yeh karna hai, aur sab se bara hamare liye jo scope hai, woh hai dawat.</w:t>
      </w:r>
    </w:p>
    <w:p>
      <w:pPr>
        <w:jc w:val="right"/>
      </w:pPr>
      <w:r>
        <w:t>یہ کرنا ہے، اور سب سے بڑا ہمارے لیے جو اسکوپ ہے، وہ ہے دعوت۔</w:t>
      </w:r>
    </w:p>
    <w:p>
      <w:r>
        <w:rPr>
          <w:b/>
        </w:rPr>
        <w:t xml:space="preserve">[28:37] </w:t>
      </w:r>
      <w:r>
        <w:t>har doosra scope bohat hi kam hai, dawat ka scope itna bara hai, itna bara hai ke woh,</w:t>
      </w:r>
    </w:p>
    <w:p>
      <w:pPr>
        <w:jc w:val="right"/>
      </w:pPr>
      <w:r>
        <w:t>ہر دوسرا اسکوپ بہت ہی کم ہے، دعوت کا اسکوپ اتنا بڑا ہے، اتنا بڑا ہے کہ وہ،</w:t>
      </w:r>
    </w:p>
    <w:p>
      <w:r>
        <w:rPr>
          <w:b/>
        </w:rPr>
        <w:t xml:space="preserve">[28:45] </w:t>
      </w:r>
      <w:r>
        <w:t>woh to insan ke liye missing item hai.</w:t>
      </w:r>
    </w:p>
    <w:p>
      <w:pPr>
        <w:jc w:val="right"/>
      </w:pPr>
      <w:r>
        <w:t>وہ تو انسان کے لیے مسنگ آئٹم ہے۔</w:t>
      </w:r>
    </w:p>
    <w:p>
      <w:r>
        <w:rPr>
          <w:b/>
        </w:rPr>
        <w:t xml:space="preserve">[28:49] </w:t>
      </w:r>
      <w:r>
        <w:t>is se bari cheez kya ho sakti hai ke insan ko is ka apna missing item mil jaye,</w:t>
      </w:r>
    </w:p>
    <w:p>
      <w:pPr>
        <w:jc w:val="right"/>
      </w:pPr>
      <w:r>
        <w:t>اس سے بڑی چیز کیا ہو سکتی ہے کہ انسان کو اس کا اپنا مسنگ آئٹم مل جائے،</w:t>
      </w:r>
    </w:p>
    <w:p>
      <w:r>
        <w:rPr>
          <w:b/>
        </w:rPr>
        <w:t xml:space="preserve">[28:56] </w:t>
      </w:r>
      <w:r>
        <w:t>yeh to jo cheekh parega ke yeh hai.</w:t>
      </w:r>
    </w:p>
    <w:p>
      <w:pPr>
        <w:jc w:val="right"/>
      </w:pPr>
      <w:r>
        <w:t>یہ تو جو چیخ پڑے گا کہ یہ ہے۔</w:t>
      </w:r>
    </w:p>
    <w:p>
      <w:r>
        <w:rPr>
          <w:b/>
        </w:rPr>
        <w:t xml:space="preserve">[29:00] </w:t>
      </w:r>
      <w:r>
        <w:t>to main samajhta hoon ke is aakhri waqt aa gaya hai ke musalman rethink karen, reassessment karen,</w:t>
      </w:r>
    </w:p>
    <w:p>
      <w:pPr>
        <w:jc w:val="right"/>
      </w:pPr>
      <w:r>
        <w:t>تو میں سمجھتا ہوں کہ اس آخری وقت آگیا ہے کہ مسلمان ری تھنک کریں، ری اسسمنٹ کریں،</w:t>
      </w:r>
    </w:p>
    <w:p>
      <w:r>
        <w:rPr>
          <w:b/>
        </w:rPr>
        <w:t xml:space="preserve">[29:08] </w:t>
      </w:r>
      <w:r>
        <w:t>revise karen, aur phir replanning karen.</w:t>
      </w:r>
    </w:p>
    <w:p>
      <w:pPr>
        <w:jc w:val="right"/>
      </w:pPr>
      <w:r>
        <w:t>ریوائز کریں، اور پھر ری پلاننگ کریں۔</w:t>
      </w:r>
    </w:p>
    <w:p>
      <w:r>
        <w:rPr>
          <w:b/>
        </w:rPr>
        <w:t xml:space="preserve">[29:11] </w:t>
      </w:r>
      <w:r>
        <w:t>aur woh replanning bilashuba dawat ki buniyad par hogi, Quran ki buniyad par hogi, Quran ke peace</w:t>
      </w:r>
    </w:p>
    <w:p>
      <w:pPr>
        <w:jc w:val="right"/>
      </w:pPr>
      <w:r>
        <w:t>اور وہ ری پلاننگ بلاشبہ دعوت کی بنیاد پر ہوگی، قرآن کی بنیاد پر ہوگی، قرآن کے پیس</w:t>
      </w:r>
    </w:p>
    <w:p>
      <w:r>
        <w:rPr>
          <w:b/>
        </w:rPr>
        <w:t xml:space="preserve">[29:19] </w:t>
      </w:r>
      <w:r>
        <w:t>full paigham ki buniyad par hogi, kyunke aaj duniya ko talwar ki zaroorat nahi hai, peace ki zaroorat</w:t>
      </w:r>
    </w:p>
    <w:p>
      <w:pPr>
        <w:jc w:val="right"/>
      </w:pPr>
      <w:r>
        <w:t>فل پیغام کی بنیاد پر ہوگی، کیونکہ آج دنیا کو تلوار کی ضرورت نہیں ہے، پیس کی ضرورت</w:t>
      </w:r>
    </w:p>
    <w:p>
      <w:r>
        <w:rPr>
          <w:b/>
        </w:rPr>
        <w:t xml:space="preserve">[29:26]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[29:28] </w:t>
      </w:r>
      <w:r>
        <w:t>aaj ki duniya mein kisi ko talwar ki zaroorat nahi hai.</w:t>
      </w:r>
    </w:p>
    <w:p>
      <w:pPr>
        <w:jc w:val="right"/>
      </w:pPr>
      <w:r>
        <w:t>آج کی دنیا میں کسی کو تلوار کی ضرورت نہیں ہے۔</w:t>
      </w:r>
    </w:p>
    <w:p>
      <w:r>
        <w:rPr>
          <w:b/>
        </w:rPr>
        <w:t xml:space="preserve">[29:32] </w:t>
      </w:r>
      <w:r>
        <w:t>arabon mein ek shayar thay, unhon ne ek sher kaha tha, bara is ka sare arab mein is</w:t>
      </w:r>
    </w:p>
    <w:p>
      <w:pPr>
        <w:jc w:val="right"/>
      </w:pPr>
      <w:r>
        <w:t>عربوں میں ایک شاعر تھے، انہوں نے ایک شعر کہا تھا، بڑا اس کا سارے عرب میں اس</w:t>
      </w:r>
    </w:p>
    <w:p>
      <w:r>
        <w:rPr>
          <w:b/>
        </w:rPr>
        <w:t xml:space="preserve">[29:40] </w:t>
      </w:r>
      <w:r>
        <w:t>ka charcha hua tha: "haate salahuddin sare tanfina jadadi hatain oosif hataina" ke salahuddin ko wapas</w:t>
      </w:r>
    </w:p>
    <w:p>
      <w:pPr>
        <w:jc w:val="right"/>
      </w:pPr>
      <w:r>
        <w:t>کا چرچا ہوا تھا: "ہاتے صلاح الدین سارے تنفینا جددی حتین اوصیف حتینا" کہ صلاح الدین کو واپس</w:t>
      </w:r>
    </w:p>
    <w:p>
      <w:r>
        <w:rPr>
          <w:b/>
        </w:rPr>
        <w:t xml:space="preserve">[29:48] </w:t>
      </w:r>
      <w:r>
        <w:t>lao, salahuddin ki talwar ko wapas lao, aur hatain ka, hatain ka maarka garam karo.</w:t>
      </w:r>
    </w:p>
    <w:p>
      <w:pPr>
        <w:jc w:val="right"/>
      </w:pPr>
      <w:r>
        <w:t>لاؤ، صلاح الدین کی تلوار کو واپس لاؤ، اور حتین کا، حتین کا معرکہ گرم کرو۔</w:t>
      </w:r>
    </w:p>
    <w:p>
      <w:r>
        <w:rPr>
          <w:b/>
        </w:rPr>
        <w:t xml:space="preserve">[29:55] </w:t>
      </w:r>
      <w:r>
        <w:t>hatain se billion time bara maarka garam ho chuka hai, first world war aur second world war mein.</w:t>
      </w:r>
    </w:p>
    <w:p>
      <w:pPr>
        <w:jc w:val="right"/>
      </w:pPr>
      <w:r>
        <w:t>حتین سے بلین ٹائم بڑا معرکہ گرم ہو چکا ہے، فرسٹ ورلڈ وار اور سیکنڈ ورلڈ وار میں۔</w:t>
      </w:r>
    </w:p>
    <w:p>
      <w:r>
        <w:rPr>
          <w:b/>
        </w:rPr>
        <w:t xml:space="preserve">[30:02] </w:t>
      </w:r>
      <w:r>
        <w:t>kese ajeeb log hain, hatain jaisi jang billion time bare paimane par first world war aur second world</w:t>
      </w:r>
    </w:p>
    <w:p>
      <w:pPr>
        <w:jc w:val="right"/>
      </w:pPr>
      <w:r>
        <w:t>کیسے عجیب لوگ ہیں، حتین جیسی جنگ بلین ٹائم بڑے پیمانے پر فرسٹ ورلڈ وار اور سیکنڈ ورلڈ</w:t>
      </w:r>
    </w:p>
    <w:p>
      <w:r>
        <w:rPr>
          <w:b/>
        </w:rPr>
        <w:t xml:space="preserve">[30:10] </w:t>
      </w:r>
      <w:r>
        <w:t>war mein ho chuki.</w:t>
      </w:r>
    </w:p>
    <w:p>
      <w:pPr>
        <w:jc w:val="right"/>
      </w:pPr>
      <w:r>
        <w:t>وار میں ہو چکی۔</w:t>
      </w:r>
    </w:p>
    <w:p>
      <w:r>
        <w:rPr>
          <w:b/>
        </w:rPr>
        <w:t xml:space="preserve">[30:12] </w:t>
      </w:r>
      <w:r>
        <w:t>mila kuch nahi insan ko, to kya karenge aap is ko dobara zinda karen? Aap salahuddin</w:t>
      </w:r>
    </w:p>
    <w:p>
      <w:pPr>
        <w:jc w:val="right"/>
      </w:pPr>
      <w:r>
        <w:t>ملا کچھ نہیں انسان کو، تو کیا کریں گے آپ اس کو دوبارہ زندہ کریں؟ آپ صلاح الدین</w:t>
      </w:r>
    </w:p>
    <w:p>
      <w:r>
        <w:rPr>
          <w:b/>
        </w:rPr>
        <w:t xml:space="preserve">[30:20] </w:t>
      </w:r>
      <w:r>
        <w:t>ko to kiya karna? anjam dein ge aap? kuch bhi nahin.</w:t>
      </w:r>
    </w:p>
    <w:p>
      <w:pPr>
        <w:jc w:val="right"/>
      </w:pPr>
      <w:r>
        <w:t>کو تو کیا کرنا؟ انجام دیں گے آپ؟ کچھ بھی نہیں۔</w:t>
      </w:r>
    </w:p>
    <w:p>
      <w:r>
        <w:rPr>
          <w:b/>
        </w:rPr>
        <w:t xml:space="preserve">[30:24] </w:t>
      </w:r>
      <w:r>
        <w:t>ab jo hai, nai thinking aani chahiye, tab koi bara kaam hoga.</w:t>
      </w:r>
    </w:p>
    <w:p>
      <w:pPr>
        <w:jc w:val="right"/>
      </w:pPr>
      <w:r>
        <w:t>اب جو ہے، نئی تھنکنگ آنی چاہیے، تب کوئی بڑا کام ہوگا۔</w:t>
      </w:r>
    </w:p>
    <w:p>
      <w:r>
        <w:rPr>
          <w:b/>
        </w:rPr>
        <w:t xml:space="preserve">[30:29] </w:t>
      </w:r>
      <w:r>
        <w:t>ab hamein salahuddin ki zaroorat nahin hai, nai thinking ki zaroorat hai.</w:t>
      </w:r>
    </w:p>
    <w:p>
      <w:pPr>
        <w:jc w:val="right"/>
      </w:pPr>
      <w:r>
        <w:t>اب ہمیں صلاح الدین کی ضرورت نہیں ہے، نئی تھنکنگ کی ضرورت ہے۔</w:t>
      </w:r>
    </w:p>
    <w:p>
      <w:r>
        <w:rPr>
          <w:b/>
        </w:rPr>
        <w:t xml:space="preserve">[30:35] </w:t>
      </w:r>
      <w:r>
        <w:t>hamein naye daur ko, naye daur ki opportunities ko discover karna hai.</w:t>
      </w:r>
    </w:p>
    <w:p>
      <w:pPr>
        <w:jc w:val="right"/>
      </w:pPr>
      <w:r>
        <w:t>ہمیں نئے دور کو، نئے دور کی اپرچونیٹیز کو ڈسکور کرنا ہے۔</w:t>
      </w:r>
    </w:p>
    <w:p>
      <w:r>
        <w:rPr>
          <w:b/>
        </w:rPr>
        <w:t xml:space="preserve">[30:40] </w:t>
      </w:r>
      <w:r>
        <w:t>hamein salahuddin ki zaroorat nahin hai.</w:t>
      </w:r>
    </w:p>
    <w:p>
      <w:pPr>
        <w:jc w:val="right"/>
      </w:pPr>
      <w:r>
        <w:t>ہمیں صلاح الدین کی ضرورت نہیں ہے۔</w:t>
      </w:r>
    </w:p>
    <w:p>
      <w:r>
        <w:rPr>
          <w:b/>
        </w:rPr>
        <w:t xml:space="preserve">[30:43] </w:t>
      </w:r>
      <w:r>
        <w:t>india ke ek mashhoor aalim gaye damishq, wahan par woh thi qabar thi salahuddin ki, to wahan</w:t>
      </w:r>
    </w:p>
    <w:p>
      <w:pPr>
        <w:jc w:val="right"/>
      </w:pPr>
      <w:r>
        <w:t>انڈیا کے ایک مشہور عالم گئے دمشق، وہاں پر وہ تھی قبر تھی صلاح الدین کی، تو وہاں</w:t>
      </w:r>
    </w:p>
    <w:p>
      <w:r>
        <w:rPr>
          <w:b/>
        </w:rPr>
        <w:t xml:space="preserve">[30:51] </w:t>
      </w:r>
      <w:r>
        <w:t>taqreer ki, bari josheeli taqreer ki ke hum ko salahuddin ki talwar chahiye.</w:t>
      </w:r>
    </w:p>
    <w:p>
      <w:pPr>
        <w:jc w:val="right"/>
      </w:pPr>
      <w:r>
        <w:t>تقریر کی، بڑی جوشیلی تقریر کی کہ ہم کو صلاح الدین کی تلوار چاہیے۔</w:t>
      </w:r>
    </w:p>
    <w:p>
      <w:r>
        <w:rPr>
          <w:b/>
        </w:rPr>
        <w:t xml:space="preserve">[30:57] </w:t>
      </w:r>
      <w:r>
        <w:t>main hairaan hoon ke aakhir salahuddin ki talwar se kiya karna? anjam dein ge? salahuddin ki</w:t>
      </w:r>
    </w:p>
    <w:p>
      <w:pPr>
        <w:jc w:val="right"/>
      </w:pPr>
      <w:r>
        <w:t>میں حیران ہوں کہ آخر صلاح الدین کی تلوار سے کیا کرنا؟ انجام دیں گے؟ صلاح الدین کی</w:t>
      </w:r>
    </w:p>
    <w:p>
      <w:r>
        <w:rPr>
          <w:b/>
        </w:rPr>
        <w:t xml:space="preserve">[31:05] </w:t>
      </w:r>
      <w:r>
        <w:t>talwar to aap istemal kar chuke hain, falasteen ki ladaai aur doosre maqamat ki ladaai, salahuddin ki</w:t>
      </w:r>
    </w:p>
    <w:p>
      <w:pPr>
        <w:jc w:val="right"/>
      </w:pPr>
      <w:r>
        <w:t>تلوار تو آپ استعمال کر چکے ہیں، فلسطین کی لڑائی اور دوسرے مقامات کی لڑائی، صلاح الدین کی</w:t>
      </w:r>
    </w:p>
    <w:p>
      <w:r>
        <w:rPr>
          <w:b/>
        </w:rPr>
        <w:t xml:space="preserve">[31:12] </w:t>
      </w:r>
      <w:r>
        <w:t>talwar se ziyada baray paimane par larh chuke hain aap, aur nataija kuch nahin hua.</w:t>
      </w:r>
    </w:p>
    <w:p>
      <w:pPr>
        <w:jc w:val="right"/>
      </w:pPr>
      <w:r>
        <w:t>تلوار سے زیادہ بڑے پیمانے پر لڑ چکے ہیں آپ، اور نتیجہ کچھ نہیں ہوا۔</w:t>
      </w:r>
    </w:p>
    <w:p>
      <w:r>
        <w:rPr>
          <w:b/>
        </w:rPr>
        <w:t xml:space="preserve">[31:19] </w:t>
      </w:r>
      <w:r>
        <w:t>to sara jo musalmanon ka mustaqbil atka hua hai, woh yeh hai ke woh modern age ko jante</w:t>
      </w:r>
    </w:p>
    <w:p>
      <w:pPr>
        <w:jc w:val="right"/>
      </w:pPr>
      <w:r>
        <w:t>تو سارا جو مسلمانوں کا مستقبل اٹکا ہوا ہے، وہ یہ ہے کہ وہ ماڈرن ایج کو جانتے</w:t>
      </w:r>
    </w:p>
    <w:p>
      <w:r>
        <w:rPr>
          <w:b/>
        </w:rPr>
        <w:t xml:space="preserve">[31:26] </w:t>
      </w:r>
      <w:r>
        <w:t>hi nahin.</w:t>
      </w:r>
    </w:p>
    <w:p>
      <w:pPr>
        <w:jc w:val="right"/>
      </w:pPr>
      <w:r>
        <w:t>ہی نہیں۔</w:t>
      </w:r>
    </w:p>
    <w:p>
      <w:r>
        <w:rPr>
          <w:b/>
        </w:rPr>
        <w:t xml:space="preserve">[31:28] </w:t>
      </w:r>
      <w:r>
        <w:t>main kam az kam apne baray mein keh sakta hoon ke jo maine parha hai, to mujhe</w:t>
      </w:r>
    </w:p>
    <w:p>
      <w:pPr>
        <w:jc w:val="right"/>
      </w:pPr>
      <w:r>
        <w:t>میں کم از کم اپنے بارے میں کہہ سکتا ہوں کہ جو میں نے پڑھا ہے، تو مجھے</w:t>
      </w:r>
    </w:p>
    <w:p>
      <w:r>
        <w:rPr>
          <w:b/>
        </w:rPr>
        <w:t xml:space="preserve">[31:36] </w:t>
      </w:r>
      <w:r>
        <w:t>sari duniya mein ek musalman nahin maloom hai jo modern age ko janta ho.</w:t>
      </w:r>
    </w:p>
    <w:p>
      <w:pPr>
        <w:jc w:val="right"/>
      </w:pPr>
      <w:r>
        <w:t>ساری دنیا میں ایک مسلمان نہیں معلوم ہے جو ماڈرن ایج کو جانتا ہو۔</w:t>
      </w:r>
    </w:p>
    <w:p>
      <w:r>
        <w:rPr>
          <w:b/>
        </w:rPr>
        <w:t xml:space="preserve">[31:42] </w:t>
      </w:r>
      <w:r>
        <w:t>agar kisi ka khayal hai ke nahin, aise log hain jannay walay, to is ki kitab mere paas</w:t>
      </w:r>
    </w:p>
    <w:p>
      <w:pPr>
        <w:jc w:val="right"/>
      </w:pPr>
      <w:r>
        <w:t>اگر کسی کا خیال ہے کہ نہیں، ایسے لوگ ہیں جاننے والے، تو اس کی کتاب میرے پاس</w:t>
      </w:r>
    </w:p>
    <w:p>
      <w:r>
        <w:rPr>
          <w:b/>
        </w:rPr>
        <w:t xml:space="preserve">[31:49] </w:t>
      </w:r>
      <w:r>
        <w:t>bhejiye.</w:t>
      </w:r>
    </w:p>
    <w:p>
      <w:pPr>
        <w:jc w:val="right"/>
      </w:pPr>
      <w:r>
        <w:t>بھیجیے۔</w:t>
      </w:r>
    </w:p>
    <w:p>
      <w:r>
        <w:rPr>
          <w:b/>
        </w:rPr>
        <w:t xml:space="preserve">[31:51] </w:t>
      </w:r>
      <w:r>
        <w:t>aisa koi muslim jo modern age ko janta ho, to zahir hai us ne kitab likhi hogi, woh</w:t>
      </w:r>
    </w:p>
    <w:p>
      <w:pPr>
        <w:jc w:val="right"/>
      </w:pPr>
      <w:r>
        <w:t>ایسا کوئی مسلم جو ماڈرن ایج کو جانتا ہو، تو ظاہر ہے اس نے کتاب لکھی ہوگی، وہ</w:t>
      </w:r>
    </w:p>
    <w:p>
      <w:r>
        <w:rPr>
          <w:b/>
        </w:rPr>
        <w:t xml:space="preserve">[31:59] </w:t>
      </w:r>
      <w:r>
        <w:t>kitab mere paas bhejiye.</w:t>
      </w:r>
    </w:p>
    <w:p>
      <w:pPr>
        <w:jc w:val="right"/>
      </w:pPr>
      <w:r>
        <w:t>کتاب میرے پاس بھیجیے۔</w:t>
      </w:r>
    </w:p>
    <w:p>
      <w:r>
        <w:rPr>
          <w:b/>
        </w:rPr>
        <w:t xml:space="preserve">[32:00] </w:t>
      </w:r>
      <w:r>
        <w:t>bataur yeh bohat bara statement hai, lekin main challenge karta hoon, koi bheje woh kitab, to wohi cheez</w:t>
      </w:r>
    </w:p>
    <w:p>
      <w:pPr>
        <w:jc w:val="right"/>
      </w:pPr>
      <w:r>
        <w:t>بظاہر یہ بہت بڑا اسٹیٹمنٹ ہے، لیکن میں چیلنج کرتا ہوں، کوئی بھیجے وہ کتاب، تو وہی چیز</w:t>
      </w:r>
    </w:p>
    <w:p>
      <w:r>
        <w:rPr>
          <w:b/>
        </w:rPr>
        <w:t xml:space="preserve">[32:08] </w:t>
      </w:r>
      <w:r>
        <w:t>ghayab hai jo asal zaroorat thi.</w:t>
      </w:r>
    </w:p>
    <w:p>
      <w:pPr>
        <w:jc w:val="right"/>
      </w:pPr>
      <w:r>
        <w:t>غائب ہے جو اصل ضرورت تھی۔</w:t>
      </w:r>
    </w:p>
    <w:p>
      <w:r>
        <w:rPr>
          <w:b/>
        </w:rPr>
        <w:t xml:space="preserve">[32:11] </w:t>
      </w:r>
      <w:r>
        <w:t>rasool Allah sal Allah alaihi wasallam ne hijrat ke baad jab madina bظahir, yani sab kuch chhod kar</w:t>
      </w:r>
    </w:p>
    <w:p>
      <w:pPr>
        <w:jc w:val="right"/>
      </w:pPr>
      <w:r>
        <w:t>رسول اللہ صلی اللہ علیہ وسلم نے ہجرت کے بعد جب مدینہ بظاہر، یعنی سب کچھ چھوڑ کر</w:t>
      </w:r>
    </w:p>
    <w:p>
      <w:r>
        <w:rPr>
          <w:b/>
        </w:rPr>
        <w:t xml:space="preserve">[32:18] </w:t>
      </w:r>
      <w:r>
        <w:t>aa gaye thay, to sab se pehla kaam yeh aap ne kiya ke naye imkanat ko discover karna.</w:t>
      </w:r>
    </w:p>
    <w:p>
      <w:pPr>
        <w:jc w:val="right"/>
      </w:pPr>
      <w:r>
        <w:t>آگئے تھے، تو سب سے پہلا کام یہ آپ نے کیا کہ نئے امکانات کو ڈسکور کرنا۔</w:t>
      </w:r>
    </w:p>
    <w:p>
      <w:r>
        <w:rPr>
          <w:b/>
        </w:rPr>
        <w:t xml:space="preserve">[32:26] </w:t>
      </w:r>
      <w:r>
        <w:t>aap dekhen ke madina pahunch kar ke aap ne koi bhi na protest hai, na koi complaint hai,</w:t>
      </w:r>
    </w:p>
    <w:p>
      <w:pPr>
        <w:jc w:val="right"/>
      </w:pPr>
      <w:r>
        <w:t>آپ دیکھیں کہ مدینہ پہنچ کر کے آپ نے کوئی بھی نہ پروٹیسٹ ہے، نہ کوئی کمپلینٹ ہے،</w:t>
      </w:r>
    </w:p>
    <w:p>
      <w:r>
        <w:rPr>
          <w:b/>
        </w:rPr>
        <w:t xml:space="preserve">[32:33] </w:t>
      </w:r>
      <w:r>
        <w:t>hum par zulm hua, yeh sab baatein nahin keen aap ne.</w:t>
      </w:r>
    </w:p>
    <w:p>
      <w:pPr>
        <w:jc w:val="right"/>
      </w:pPr>
      <w:r>
        <w:t>ہم پر ظلم ہوا، یہ سب باتیں نہیں کیں آپ نے۔</w:t>
      </w:r>
    </w:p>
    <w:p>
      <w:r>
        <w:rPr>
          <w:b/>
        </w:rPr>
        <w:t xml:space="preserve">[32:38] </w:t>
      </w:r>
      <w:r>
        <w:t>aap koi ek bhi hadith nahin bata sakte hijrat ke baad ki ke hijrat ke baad aap ne</w:t>
      </w:r>
    </w:p>
    <w:p>
      <w:pPr>
        <w:jc w:val="right"/>
      </w:pPr>
      <w:r>
        <w:t>آپ کوئی ایک بھی حدیث نہیں بتا سکتے ہجرت کے بعد کی کہ ہجرت کے بعد آپ نے</w:t>
      </w:r>
    </w:p>
    <w:p>
      <w:r>
        <w:rPr>
          <w:b/>
        </w:rPr>
        <w:t xml:space="preserve">[32:46] </w:t>
      </w:r>
      <w:r>
        <w:t>zulm ki dastan batai ho, protest kiya ho, complaint register kiya ho apna, yeh sab nahin.</w:t>
      </w:r>
    </w:p>
    <w:p>
      <w:pPr>
        <w:jc w:val="right"/>
      </w:pPr>
      <w:r>
        <w:t>ظلم کی داستان بتائی ہو، پروٹیسٹ کیا ہو، کمپلینٹ رجسٹر کیا ہو اپنا، یہ سب نہیں۔</w:t>
      </w:r>
    </w:p>
    <w:p>
      <w:r>
        <w:rPr>
          <w:b/>
        </w:rPr>
        <w:t xml:space="preserve">[32:53] </w:t>
      </w:r>
      <w:r>
        <w:t>aap ne naye halaat ko discover kiya, nai opportunities ko discover kiya, aur us ke mutabiq aap ne</w:t>
      </w:r>
    </w:p>
    <w:p>
      <w:pPr>
        <w:jc w:val="right"/>
      </w:pPr>
      <w:r>
        <w:t>آپ نے نئے حالات کو ڈسکور کیا، نئی اپرچونیٹیز کو ڈسکور کیا، اور اس کے مطابق آپ نے</w:t>
      </w:r>
    </w:p>
    <w:p>
      <w:r>
        <w:rPr>
          <w:b/>
        </w:rPr>
        <w:t xml:space="preserve">[33:00] </w:t>
      </w:r>
      <w:r>
        <w:t>planning ki apni.</w:t>
      </w:r>
    </w:p>
    <w:p>
      <w:pPr>
        <w:jc w:val="right"/>
      </w:pPr>
      <w:r>
        <w:t>پلاننگ کی اپنی۔</w:t>
      </w:r>
    </w:p>
    <w:p>
      <w:r>
        <w:rPr>
          <w:b/>
        </w:rPr>
        <w:t xml:space="preserve">[33:02] </w:t>
      </w:r>
      <w:r>
        <w:t>to ab waqt aa gaya hai ke hum is sunnat ko zinda karen.</w:t>
      </w:r>
    </w:p>
    <w:p>
      <w:pPr>
        <w:jc w:val="right"/>
      </w:pPr>
      <w:r>
        <w:t>تو اب وقت آگیا ہے کہ ہم اس سنت کو زندہ کریں۔</w:t>
      </w:r>
    </w:p>
    <w:p>
      <w:r>
        <w:rPr>
          <w:b/>
        </w:rPr>
        <w:t xml:space="preserve">[33:07] </w:t>
      </w:r>
      <w:r>
        <w:t>hum ko bhulana hai khilafat ko, bhulana hai saltanat ko, hum ko bhulana hai political glory ko, hum</w:t>
      </w:r>
    </w:p>
    <w:p>
      <w:pPr>
        <w:jc w:val="right"/>
      </w:pPr>
      <w:r>
        <w:t>ہم کو بھلانا ہے خلافت کو، بھلانا ہے سلطنت کو، ہم کو بھلانا ہے پولیٹیکل گلوری کو، ہم</w:t>
      </w:r>
    </w:p>
    <w:p>
      <w:r>
        <w:rPr>
          <w:b/>
        </w:rPr>
        <w:t xml:space="preserve">[33:15] </w:t>
      </w:r>
      <w:r>
        <w:t>ko naye halaat ko janna hai.</w:t>
      </w:r>
    </w:p>
    <w:p>
      <w:pPr>
        <w:jc w:val="right"/>
      </w:pPr>
      <w:r>
        <w:t>کو نئے حالات کو جاننا ہے۔</w:t>
      </w:r>
    </w:p>
    <w:p>
      <w:r>
        <w:rPr>
          <w:b/>
        </w:rPr>
        <w:t xml:space="preserve">[33:17] </w:t>
      </w:r>
      <w:r>
        <w:t>yeh bhi bhula dena hai ke koi hamara dushman hai, koi dushman nahin, koi bhi dushman nahin.</w:t>
      </w:r>
    </w:p>
    <w:p>
      <w:pPr>
        <w:jc w:val="right"/>
      </w:pPr>
      <w:r>
        <w:t>یہ بھی بھلا دینا ہے کہ کوئی ہمارا دشمن ہے، کوئی دشمن نہیں، کوئی بھی دشمن نہیں۔</w:t>
      </w:r>
    </w:p>
    <w:p>
      <w:r>
        <w:rPr>
          <w:b/>
        </w:rPr>
        <w:t xml:space="preserve">[33:25] </w:t>
      </w:r>
      <w:r>
        <w:t>yeh theory bhi galat hai ke koi hamara dushman hai, aur phir re-planning karna chahiye hum ko</w:t>
      </w:r>
    </w:p>
    <w:p>
      <w:pPr>
        <w:jc w:val="right"/>
      </w:pPr>
      <w:r>
        <w:t>یہ تھیوری بھی غلط ہے کہ کوئی ہمارا دشمن ہے، اور پھر ری پلاننگ کرنا چاہیے ہم کو</w:t>
      </w:r>
    </w:p>
    <w:p>
      <w:r>
        <w:rPr>
          <w:b/>
        </w:rPr>
        <w:t xml:space="preserve">[33:32] </w:t>
      </w:r>
      <w:r>
        <w:t>dawat ki buniyad par.</w:t>
      </w:r>
    </w:p>
    <w:p>
      <w:pPr>
        <w:jc w:val="right"/>
      </w:pPr>
      <w:r>
        <w:t>دعوت کی بنیاد پر۔</w:t>
      </w:r>
    </w:p>
    <w:p>
      <w:r>
        <w:rPr>
          <w:b/>
        </w:rPr>
        <w:t xml:space="preserve">[33:34] </w:t>
      </w:r>
      <w:r>
        <w:t>to jab yeh akhbar maine parha, jis mein Japan ke prime minister ne kaha tha ke "we</w:t>
      </w:r>
    </w:p>
    <w:p>
      <w:pPr>
        <w:jc w:val="right"/>
      </w:pPr>
      <w:r>
        <w:t>تو جب یہ اخبار میں نے پڑھا، جس میں جاپان کے پرائم منسٹر نے کہا تھا کہ "وی</w:t>
      </w:r>
    </w:p>
    <w:p>
      <w:r>
        <w:rPr>
          <w:b/>
        </w:rPr>
        <w:t xml:space="preserve">[33:42] </w:t>
      </w:r>
      <w:r>
        <w:t>must never repeat the horror of war again", to maine socha ke aaj ka insan cheekh kar</w:t>
      </w:r>
    </w:p>
    <w:p>
      <w:pPr>
        <w:jc w:val="right"/>
      </w:pPr>
      <w:r>
        <w:t>مسٹ نیور ریپیٹ دی ہورر آف وار اگین"، تو میں نے سوچا کہ آج کا انسان چیخ کر</w:t>
      </w:r>
    </w:p>
    <w:p>
      <w:r>
        <w:rPr>
          <w:b/>
        </w:rPr>
        <w:t xml:space="preserve">[33:49] </w:t>
      </w:r>
      <w:r>
        <w:t>keh raha hai ke chhoro jang ko, pakro peace ko.</w:t>
      </w:r>
    </w:p>
    <w:p>
      <w:pPr>
        <w:jc w:val="right"/>
      </w:pPr>
      <w:r>
        <w:t>کہہ رہا ہے کہ چھوڑو جنگ کو، پکڑو پیس کو۔</w:t>
      </w:r>
    </w:p>
    <w:p>
      <w:r>
        <w:rPr>
          <w:b/>
        </w:rPr>
        <w:t xml:space="preserve">[33:54] </w:t>
      </w:r>
      <w:r>
        <w:t>jo kuch tum chahte ho jang ke rastay se, woh tumhein mile gi peace ke rastay se.</w:t>
      </w:r>
    </w:p>
    <w:p>
      <w:pPr>
        <w:jc w:val="right"/>
      </w:pPr>
      <w:r>
        <w:t>جو کچھ تم چاہتے ہو جنگ کے راستے سے، وہ تمہیں ملے گی پیس کے راستے سے۔</w:t>
      </w:r>
    </w:p>
    <w:p>
      <w:r>
        <w:rPr>
          <w:b/>
        </w:rPr>
        <w:t xml:space="preserve">[34:01] </w:t>
      </w:r>
      <w:r>
        <w:t>to yahi aaj ka, aaj mere paas yahi aap ke liye message hai.</w:t>
      </w:r>
    </w:p>
    <w:p>
      <w:pPr>
        <w:jc w:val="right"/>
      </w:pPr>
      <w:r>
        <w:t>تو یہی آج کا، آج میرے پاس یہی آپ کے لیے میسج ہے۔</w:t>
      </w:r>
    </w:p>
    <w:p>
      <w:r>
        <w:rPr>
          <w:b/>
        </w:rPr>
        <w:t xml:space="preserve">[34:07] </w:t>
      </w:r>
      <w:r>
        <w:t>main dua karta hoon ke Allah taala mujh ko aur aap ko tofeeq de ke hum baat ko</w:t>
      </w:r>
    </w:p>
    <w:p>
      <w:pPr>
        <w:jc w:val="right"/>
      </w:pPr>
      <w:r>
        <w:t>میں دعا کرتا ہوں کہ اللہ تعالیٰ مجھ کو اور آپ کو توفیق دے کہ ہم بات کو</w:t>
      </w:r>
    </w:p>
    <w:p>
      <w:r>
        <w:rPr>
          <w:b/>
        </w:rPr>
        <w:t xml:space="preserve">[34:14] </w:t>
      </w:r>
      <w:r>
        <w:t>samjhen aur Allah ke sirat-e-mustaqeem ko dobara daryaft karen.</w:t>
      </w:r>
    </w:p>
    <w:p>
      <w:pPr>
        <w:jc w:val="right"/>
      </w:pPr>
      <w:r>
        <w:t>سمجھیں اور اللہ کے صراط مستقیم کو دوبارہ دریافت کریں۔</w:t>
      </w:r>
    </w:p>
    <w:p>
      <w:r>
        <w:rPr>
          <w:b/>
        </w:rPr>
        <w:t xml:space="preserve">[34:19] </w:t>
      </w:r>
      <w:r>
        <w:t>assalam o alaikum wa rehmatullahi wa barakatuh.</w:t>
      </w:r>
    </w:p>
    <w:p>
      <w:pPr>
        <w:jc w:val="right"/>
      </w:pPr>
      <w:r>
        <w:t>السلام علیکم ورحمۃ اللہ وبرکاتہ۔</w:t>
      </w:r>
    </w:p>
    <w:p>
      <w:r>
        <w:rPr>
          <w:b/>
        </w:rPr>
        <w:t xml:space="preserve">[34:21] </w:t>
      </w:r>
      <w:r>
        <w:t>Okay, we will start with the question answer session now.</w:t>
      </w:r>
    </w:p>
    <w:p>
      <w:pPr>
        <w:jc w:val="right"/>
      </w:pPr>
      <w:r>
        <w:t>اوکے، وی ویل سٹارٹ ود دی کوئسچن آنسر سیشن ناو۔</w:t>
      </w:r>
    </w:p>
    <w:p>
      <w:r>
        <w:rPr>
          <w:b/>
        </w:rPr>
        <w:t xml:space="preserve">[34:25] </w:t>
      </w:r>
      <w:r>
        <w:t>All the viewers who want to send their questions can send it on info at CPS</w:t>
      </w:r>
    </w:p>
    <w:p>
      <w:pPr>
        <w:jc w:val="right"/>
      </w:pPr>
      <w:r>
        <w:t>آل دی ویورز ہو وانٹ ٹو سینڈ دیر کوئسچنز کین سینڈ اٹ آن انفو ایٹ سی پی ایس</w:t>
      </w:r>
    </w:p>
    <w:p>
      <w:r>
        <w:rPr>
          <w:b/>
        </w:rPr>
        <w:t xml:space="preserve">[34:33] </w:t>
      </w:r>
      <w:r>
        <w:t>global.org.</w:t>
      </w:r>
    </w:p>
    <w:p>
      <w:pPr>
        <w:jc w:val="right"/>
      </w:pPr>
      <w:r>
        <w:t>گلوبل ڈاٹ او آر جی۔</w:t>
      </w:r>
    </w:p>
    <w:p>
      <w:r>
        <w:rPr>
          <w:b/>
        </w:rPr>
        <w:t xml:space="preserve">[34:35] </w:t>
      </w:r>
      <w:r>
        <w:t>maulana sahib, question lene se pehle hum kuch comments parhna chahenge jo aaj ke talk ke baad</w:t>
      </w:r>
    </w:p>
    <w:p>
      <w:pPr>
        <w:jc w:val="right"/>
      </w:pPr>
      <w:r>
        <w:t>مولانا صاحب، کوئسچن لینے سے پہلے ہم کچھ کمنٹس پڑھنا چاہیں گے جو آج کے ٹاک کے بعد</w:t>
      </w:r>
    </w:p>
    <w:p>
      <w:r>
        <w:rPr>
          <w:b/>
        </w:rPr>
        <w:t xml:space="preserve">[34:43] </w:t>
      </w:r>
      <w:r>
        <w:t>aaye hain.</w:t>
      </w:r>
    </w:p>
    <w:p>
      <w:pPr>
        <w:jc w:val="right"/>
      </w:pPr>
      <w:r>
        <w:t>آئے ہیں۔</w:t>
      </w:r>
    </w:p>
    <w:p>
      <w:r>
        <w:rPr>
          <w:b/>
        </w:rPr>
        <w:t xml:space="preserve">[34:44] </w:t>
      </w:r>
      <w:r>
        <w:t>to pehla comment bheja hai Maulana Iqbal Umri sahib ne Chennai se, aur unhon ne likha hai: "Maulana</w:t>
      </w:r>
    </w:p>
    <w:p>
      <w:pPr>
        <w:jc w:val="right"/>
      </w:pPr>
      <w:r>
        <w:t>تو پہلا کمنٹ بھیجا ہے مولانا اقبال عمری صاحب نے چنئی سے، اور انہوں نے لکھا ہے: "مولانا</w:t>
      </w:r>
    </w:p>
    <w:p>
      <w:r>
        <w:rPr>
          <w:b/>
        </w:rPr>
        <w:t xml:space="preserve">[34:52] </w:t>
      </w:r>
      <w:r>
        <w:t>Sahib, I have learned from your today's talk that to ignore the community problems and availing the global</w:t>
      </w:r>
    </w:p>
    <w:p>
      <w:pPr>
        <w:jc w:val="right"/>
      </w:pPr>
      <w:r>
        <w:t>صاحب، آئی ہیو لرنڈ فرام یور ٹوڈے ٹاک دیٹ ٹو اگنور دا کمیونٹی پرابلمز اینڈ اویلنگ دی گلوبل</w:t>
      </w:r>
    </w:p>
    <w:p>
      <w:r>
        <w:rPr>
          <w:b/>
        </w:rPr>
        <w:t xml:space="preserve">[34:59] </w:t>
      </w:r>
      <w:r>
        <w:t>opportunities is all so sunnat-e-rasool.</w:t>
      </w:r>
    </w:p>
    <w:p>
      <w:pPr>
        <w:jc w:val="right"/>
      </w:pPr>
      <w:r>
        <w:t>اپرچونیٹیز از آل سو سنت رسول۔</w:t>
      </w:r>
    </w:p>
    <w:p>
      <w:r>
        <w:rPr>
          <w:b/>
        </w:rPr>
        <w:t xml:space="preserve">[35:02] </w:t>
      </w:r>
      <w:r>
        <w:t>You advise today that Quran is the source for the third option.</w:t>
      </w:r>
    </w:p>
    <w:p>
      <w:pPr>
        <w:jc w:val="right"/>
      </w:pPr>
      <w:r>
        <w:t>یو ایڈوائز ٹوڈے دیٹ قرآن از دی سورس فار تھرڈ آپشن۔</w:t>
      </w:r>
    </w:p>
    <w:p>
      <w:r>
        <w:rPr>
          <w:b/>
        </w:rPr>
        <w:t xml:space="preserve">[35:07] </w:t>
      </w:r>
      <w:r>
        <w:t>This is a great message for mankind and an excellent positive plan for Muslim Ummah.</w:t>
      </w:r>
    </w:p>
    <w:p>
      <w:pPr>
        <w:jc w:val="right"/>
      </w:pPr>
      <w:r>
        <w:t>دس از اے گریٹ میسج فار مین کائنڈ اینڈ این ایکسیلنٹ پازیٹیو پلان فار مسلم امہ۔</w:t>
      </w:r>
    </w:p>
    <w:p>
      <w:r>
        <w:rPr>
          <w:b/>
        </w:rPr>
        <w:t xml:space="preserve">[35:14] </w:t>
      </w:r>
      <w:r>
        <w:t>jazak Allah Maulana sahib." Doctor Aslam Khan ne bheja hai Saharanpur se: "Divine management means complaint free</w:t>
      </w:r>
    </w:p>
    <w:p>
      <w:pPr>
        <w:jc w:val="right"/>
      </w:pPr>
      <w:r>
        <w:t>جزاک اللہ مولانا صاحب۔" ڈاکٹر اسلم خان نے بھیجا ہے سارن پور سے: "ڈیوائن مینجمنٹ مینز کمپلینٹ فری</w:t>
      </w:r>
    </w:p>
    <w:p>
      <w:r>
        <w:rPr>
          <w:b/>
        </w:rPr>
        <w:t xml:space="preserve">[35:21] </w:t>
      </w:r>
      <w:r>
        <w:t>planning.</w:t>
      </w:r>
    </w:p>
    <w:p>
      <w:pPr>
        <w:jc w:val="right"/>
      </w:pPr>
      <w:r>
        <w:t>پلاننگ۔</w:t>
      </w:r>
    </w:p>
    <w:p>
      <w:r>
        <w:rPr>
          <w:b/>
        </w:rPr>
        <w:t xml:space="preserve">[35:23] </w:t>
      </w:r>
      <w:r>
        <w:t>جزاک اللہ۔" شفیع احمد ڈار نے بھیجا ہے سری نگر سے: "مولانا صاحب، is there alone Islamic scholar</w:t>
      </w:r>
    </w:p>
    <w:p>
      <w:pPr>
        <w:jc w:val="right"/>
      </w:pPr>
      <w:r>
        <w:t>جزاک اللہ۔" شفیع احمد ڈار نے بھیجا ہے سری نگر سے: "مولانا صاحب، از دی لون اسلامک سکالر</w:t>
      </w:r>
    </w:p>
    <w:p>
      <w:r>
        <w:rPr>
          <w:b/>
        </w:rPr>
        <w:t xml:space="preserve">[35:31] </w:t>
      </w:r>
      <w:r>
        <w:t>in the Muslim world who has proved through his writings and deliberations that Islam is the religion of</w:t>
      </w:r>
    </w:p>
    <w:p>
      <w:pPr>
        <w:jc w:val="right"/>
      </w:pPr>
      <w:r>
        <w:t>ان دا مسلم ورلڈ ہو ہیز پروف تھرو ہز رائٹنگز اینڈ ڈیلیبریشنز دیٹ اسلام از دا ریلیجن آف</w:t>
      </w:r>
    </w:p>
    <w:p>
      <w:r>
        <w:rPr>
          <w:b/>
        </w:rPr>
        <w:t xml:space="preserve">[35:38] </w:t>
      </w:r>
      <w:r>
        <w:t>peace and Muhammad is prophet of peace.</w:t>
      </w:r>
    </w:p>
    <w:p>
      <w:pPr>
        <w:jc w:val="right"/>
      </w:pPr>
      <w:r>
        <w:t>پیس اینڈ محمد از پرافٹ آف پیس۔</w:t>
      </w:r>
    </w:p>
    <w:p>
      <w:r>
        <w:rPr>
          <w:b/>
        </w:rPr>
        <w:t xml:space="preserve">[35:41] </w:t>
      </w:r>
      <w:r>
        <w:t>He always defended Islam and Prophet Muhammad from the terrorist activities of Muslims.</w:t>
      </w:r>
    </w:p>
    <w:p>
      <w:pPr>
        <w:jc w:val="right"/>
      </w:pPr>
      <w:r>
        <w:t>ہی آلویز ڈیفینڈڈ اسلام اینڈ پرافٹ محمد فرام دا ٹیررسٹ ایکٹیویٹیز آف مسلمز۔</w:t>
      </w:r>
    </w:p>
    <w:p>
      <w:r>
        <w:rPr>
          <w:b/>
        </w:rPr>
        <w:t xml:space="preserve">[35:47] </w:t>
      </w:r>
      <w:r>
        <w:t>He rejected the Muslim terrorism in the name of Islam and extracted peace ideology from the Quran and</w:t>
      </w:r>
    </w:p>
    <w:p>
      <w:pPr>
        <w:jc w:val="right"/>
      </w:pPr>
      <w:r>
        <w:t>ہی ریجیکٹڈ دا مسلم ٹیررزم ان دا نیم آف اسلام اینڈ ایکسٹریکٹڈ پیس آئیڈیالوجی فرام دا قرآن اینڈ</w:t>
      </w:r>
    </w:p>
    <w:p>
      <w:r>
        <w:rPr>
          <w:b/>
        </w:rPr>
        <w:t xml:space="preserve">[35:55] </w:t>
      </w:r>
      <w:r>
        <w:t>prophets life.</w:t>
      </w:r>
    </w:p>
    <w:p>
      <w:pPr>
        <w:jc w:val="right"/>
      </w:pPr>
      <w:r>
        <w:t>پرافٹس لائف۔</w:t>
      </w:r>
    </w:p>
    <w:p>
      <w:r>
        <w:rPr>
          <w:b/>
        </w:rPr>
        <w:t xml:space="preserve">[35:56] </w:t>
      </w:r>
      <w:r>
        <w:t>Now all Muslims are in a position to say that our religion is religion of peace." Muhammad Wasim</w:t>
      </w:r>
    </w:p>
    <w:p>
      <w:pPr>
        <w:jc w:val="right"/>
      </w:pPr>
      <w:r>
        <w:t>ناؤ آل مسلمز آر ان اے پوزیشن ٹو سے دیٹ آر ریلیجن از ریلیجن آف پیس۔" محمد وسیم</w:t>
      </w:r>
    </w:p>
    <w:p>
      <w:r>
        <w:rPr>
          <w:b/>
        </w:rPr>
        <w:t xml:space="preserve">[36:04] </w:t>
      </w:r>
      <w:r>
        <w:t>فضل صاحب نے دلی سے لکھا ہے: "Great saying from Maulana Sahib." دانش فضل صاحب نے لکھنؤ سے</w:t>
      </w:r>
    </w:p>
    <w:p>
      <w:pPr>
        <w:jc w:val="right"/>
      </w:pPr>
      <w:r>
        <w:t>فضل صاحب نے دلی سے لکھا ہے: "گریٹ سینگ فرام مولانا صاحب۔" دانش فضل صاحب نے لکھنؤ سے</w:t>
      </w:r>
    </w:p>
    <w:p>
      <w:r>
        <w:rPr>
          <w:b/>
        </w:rPr>
        <w:t xml:space="preserve">[36:11] </w:t>
      </w:r>
      <w:r>
        <w:t>بھیجا ہے: "Words best option lies in five letter word peace."</w:t>
      </w:r>
    </w:p>
    <w:p>
      <w:pPr>
        <w:jc w:val="right"/>
      </w:pPr>
      <w:r>
        <w:t>بھیجا ہے: "ورڈز بیسٹ آپشن لائز ان فائیو لیٹر ورڈ پیس۔</w:t>
      </w:r>
    </w:p>
    <w:p>
      <w:r>
        <w:rPr>
          <w:b/>
        </w:rPr>
        <w:t xml:space="preserve">[36:16] </w:t>
      </w:r>
      <w:r>
        <w:t>Our planning act two and speech should be focused on and around peace.</w:t>
      </w:r>
    </w:p>
    <w:p>
      <w:pPr>
        <w:jc w:val="right"/>
      </w:pPr>
      <w:r>
        <w:t>آر پلاننگ ایکٹ دو اینڈ سپیچ شوڈ بی فوکس آن اینڈ اراؤنڈ پیس۔</w:t>
      </w:r>
    </w:p>
    <w:p>
      <w:r>
        <w:rPr>
          <w:b/>
        </w:rPr>
        <w:t xml:space="preserve">[36:22] </w:t>
      </w:r>
      <w:r>
        <w:t>avail the opportunity with peace and ignore the problems with peace.</w:t>
      </w:r>
    </w:p>
    <w:p>
      <w:pPr>
        <w:jc w:val="right"/>
      </w:pPr>
      <w:r>
        <w:t>اویل دی اپرچونیٹی ود پیس اینڈ اگنور دا پرابلمز ود پیس۔</w:t>
      </w:r>
    </w:p>
    <w:p>
      <w:r>
        <w:rPr>
          <w:b/>
        </w:rPr>
        <w:t xml:space="preserve">[36:26] </w:t>
      </w:r>
      <w:r>
        <w:t>"May Allah bless Maulana Sahib for making us understand the importance of peace." Ms. Shabana Ansari from Pakistan</w:t>
      </w:r>
    </w:p>
    <w:p>
      <w:pPr>
        <w:jc w:val="right"/>
      </w:pPr>
      <w:r>
        <w:t>می اللہ بلیس مولانا صاحب فار میکنگ اس انڈرسٹینڈ دی امپورٹنس آف پیس۔" مس شبانہ انصاری نے پاکستان</w:t>
      </w:r>
    </w:p>
    <w:p>
      <w:r>
        <w:rPr>
          <w:b/>
        </w:rPr>
        <w:t xml:space="preserve">[36:34] </w:t>
      </w:r>
      <w:r>
        <w:t>se comment bheja hai: "surely we have to replan and reassess on the basis of daawa</w:t>
      </w:r>
    </w:p>
    <w:p>
      <w:pPr>
        <w:jc w:val="right"/>
      </w:pPr>
      <w:r>
        <w:t>سے کمنٹ بھیجا ہے: "شورلی وی ہیو ٹو ری پلان اینڈ ری اسیس آن دا بیسز آف دعویٰ</w:t>
      </w:r>
    </w:p>
    <w:p>
      <w:r>
        <w:rPr>
          <w:b/>
        </w:rPr>
        <w:t xml:space="preserve">[36:42] </w:t>
      </w:r>
      <w:r>
        <w:t>work." Maulana, iske baad ek comment lena chahenge jo bheja hai Danish sahib ne.</w:t>
      </w:r>
    </w:p>
    <w:p>
      <w:pPr>
        <w:jc w:val="right"/>
      </w:pPr>
      <w:r>
        <w:t>ورک۔" مولانا، اس کے بعد ایک کمنٹ لینا چاہیں گے جو بھیجا ہے دانش صاحب نے۔</w:t>
      </w:r>
    </w:p>
    <w:p>
      <w:r>
        <w:rPr>
          <w:b/>
        </w:rPr>
        <w:t xml:space="preserve">[36:49] </w:t>
      </w:r>
      <w:r>
        <w:t>Maulana sahib, is se pehle ek comment lenge jo Muhammad Abdul Bhat sahib ne bheja hai Sri</w:t>
      </w:r>
    </w:p>
    <w:p>
      <w:pPr>
        <w:jc w:val="right"/>
      </w:pPr>
      <w:r>
        <w:t>مولانا صاحب، اس سے پہلے ایک کمنٹ لیں گے جو محمد عبدال بھٹ صاحب نے بھیجا ہے سری</w:t>
      </w:r>
    </w:p>
    <w:p>
      <w:r>
        <w:rPr>
          <w:b/>
        </w:rPr>
        <w:t xml:space="preserve">[36:56] </w:t>
      </w:r>
      <w:r>
        <w:t>Nagar se.</w:t>
      </w:r>
    </w:p>
    <w:p>
      <w:pPr>
        <w:jc w:val="right"/>
      </w:pPr>
      <w:r>
        <w:t>نگر سے۔</w:t>
      </w:r>
    </w:p>
    <w:p>
      <w:r>
        <w:rPr>
          <w:b/>
        </w:rPr>
        <w:t xml:space="preserve">[36:58] </w:t>
      </w:r>
      <w:r>
        <w:t>انہوں نے لکھا ہے: "Of all the books I have read, Maulana Sahib, your book The Quranic Wisdom</w:t>
      </w:r>
    </w:p>
    <w:p>
      <w:pPr>
        <w:jc w:val="right"/>
      </w:pPr>
      <w:r>
        <w:t>انہوں نے لکھا ہے: "آف آل دا بکس آئی ہیو ریڈ، مولانا صاحب، یور بک دا قرآنک وزڈم</w:t>
      </w:r>
    </w:p>
    <w:p>
      <w:r>
        <w:rPr>
          <w:b/>
        </w:rPr>
        <w:t xml:space="preserve">[37:06] </w:t>
      </w:r>
      <w:r>
        <w:t>influenced me the most.</w:t>
      </w:r>
    </w:p>
    <w:p>
      <w:pPr>
        <w:jc w:val="right"/>
      </w:pPr>
      <w:r>
        <w:t>انفلوئنسڈ می دا موسٹ۔</w:t>
      </w:r>
    </w:p>
    <w:p>
      <w:r>
        <w:rPr>
          <w:b/>
        </w:rPr>
        <w:t xml:space="preserve">[37:07] </w:t>
      </w:r>
      <w:r>
        <w:t>This is my favorite book, I love it the most.</w:t>
      </w:r>
    </w:p>
    <w:p>
      <w:pPr>
        <w:jc w:val="right"/>
      </w:pPr>
      <w:r>
        <w:t>دس از مائی فیورٹ بک، آئی لو اٹ دا موسٹ۔</w:t>
      </w:r>
    </w:p>
    <w:p>
      <w:r>
        <w:rPr>
          <w:b/>
        </w:rPr>
        <w:t xml:space="preserve">[37:12] </w:t>
      </w:r>
      <w:r>
        <w:t>The book has many charms of its own.</w:t>
      </w:r>
    </w:p>
    <w:p>
      <w:pPr>
        <w:jc w:val="right"/>
      </w:pPr>
      <w:r>
        <w:t>دا بک ہیز مینی چارمز آف اٹس اون۔</w:t>
      </w:r>
    </w:p>
    <w:p>
      <w:r>
        <w:rPr>
          <w:b/>
        </w:rPr>
        <w:t xml:space="preserve">[37:15] </w:t>
      </w:r>
      <w:r>
        <w:t>It is a complete moral code and this book has entirely changed my outlook about life.</w:t>
      </w:r>
    </w:p>
    <w:p>
      <w:pPr>
        <w:jc w:val="right"/>
      </w:pPr>
      <w:r>
        <w:t>اٹ از اے کمپلیٹ مورل کوڈ اینڈ دس بک ہیز انٹائرلی چینجڈ مائی آؤٹ لوک اباؤٹ لائف۔</w:t>
      </w:r>
    </w:p>
    <w:p>
      <w:r>
        <w:rPr>
          <w:b/>
        </w:rPr>
        <w:t xml:space="preserve">[37:22] </w:t>
      </w:r>
      <w:r>
        <w:t>I can say that it has influenced me the most.</w:t>
      </w:r>
    </w:p>
    <w:p>
      <w:pPr>
        <w:jc w:val="right"/>
      </w:pPr>
      <w:r>
        <w:t>آئی کین سے دیٹ اٹ ہیز انفلوئنسڈ می دا موسٹ۔</w:t>
      </w:r>
    </w:p>
    <w:p>
      <w:r>
        <w:rPr>
          <w:b/>
        </w:rPr>
        <w:t xml:space="preserve">[37:27] </w:t>
      </w:r>
      <w:r>
        <w:t>I now agree with your ideology through peaceful means and I realize that it is a</w:t>
      </w:r>
    </w:p>
    <w:p>
      <w:pPr>
        <w:jc w:val="right"/>
      </w:pPr>
      <w:r>
        <w:t>آئی ناو ایگری ود یور دعویٰ آئیڈیالوجی تھرو پیس فل مینز اینڈ آئی ریلائز دیٹ اٹ از اے</w:t>
      </w:r>
    </w:p>
    <w:p>
      <w:r>
        <w:rPr>
          <w:b/>
        </w:rPr>
        <w:t xml:space="preserve">[37:34] </w:t>
      </w:r>
      <w:r>
        <w:t>"Duty of every Muslim to spread the word of God." Maulana, agla comment aaya hai Rae Bareli se</w:t>
      </w:r>
    </w:p>
    <w:p>
      <w:pPr>
        <w:jc w:val="right"/>
      </w:pPr>
      <w:r>
        <w:t>ڈیوٹی آف ایوری مسلم ٹو سپریڈ دی ورڈ آف گاڈ۔" مولانا، اگلا کمنٹ آیا ہے رائی بریلی سے</w:t>
      </w:r>
    </w:p>
    <w:p>
      <w:r>
        <w:rPr>
          <w:b/>
        </w:rPr>
        <w:t xml:space="preserve">[37:42] </w:t>
      </w:r>
      <w:r>
        <w:t>Danish sahib ka.</w:t>
      </w:r>
    </w:p>
    <w:p>
      <w:pPr>
        <w:jc w:val="right"/>
      </w:pPr>
      <w:r>
        <w:t>دانش صاحب کا۔</w:t>
      </w:r>
    </w:p>
    <w:p>
      <w:r>
        <w:rPr>
          <w:b/>
        </w:rPr>
        <w:t xml:space="preserve">[37:44] </w:t>
      </w:r>
      <w:r>
        <w:t>unhone likha hai: "Spirit of Islam magazine is really a blessing of God.</w:t>
      </w:r>
    </w:p>
    <w:p>
      <w:pPr>
        <w:jc w:val="right"/>
      </w:pPr>
      <w:r>
        <w:t>انہوں نے لکھا ہے: "سپرٹ آف اسلام میگزین از ریلی اے بلیسنگ آف گاڈ۔</w:t>
      </w:r>
    </w:p>
    <w:p>
      <w:r>
        <w:rPr>
          <w:b/>
        </w:rPr>
        <w:t xml:space="preserve">[37:50] </w:t>
      </w:r>
      <w:r>
        <w:t>I feel I am coming closer to God day by day.</w:t>
      </w:r>
    </w:p>
    <w:p>
      <w:pPr>
        <w:jc w:val="right"/>
      </w:pPr>
      <w:r>
        <w:t>آئی فیل آئی ایم کمنگ کلوزر ٹو گاڈ ڈے بائی ڈے۔</w:t>
      </w:r>
    </w:p>
    <w:p>
      <w:r>
        <w:rPr>
          <w:b/>
        </w:rPr>
        <w:t xml:space="preserve">[37:54] </w:t>
      </w:r>
      <w:r>
        <w:t>Jazak Allah Khair.</w:t>
      </w:r>
    </w:p>
    <w:p>
      <w:pPr>
        <w:jc w:val="right"/>
      </w:pPr>
      <w:r>
        <w:t>جزاک اللہ خیر۔</w:t>
      </w:r>
    </w:p>
    <w:p>
      <w:r>
        <w:rPr>
          <w:b/>
        </w:rPr>
        <w:t xml:space="preserve">[37:56] </w:t>
      </w:r>
      <w:r>
        <w:t>I think it is a great need of time to spread true spirit which Islam inculcates.</w:t>
      </w:r>
    </w:p>
    <w:p>
      <w:pPr>
        <w:jc w:val="right"/>
      </w:pPr>
      <w:r>
        <w:t>آئی تھنک اٹ از اے گریٹ نیڈ آف ٹائم ٹو سپریڈ ٹرو سپرٹ وچ اسلام انکلکیٹس۔</w:t>
      </w:r>
    </w:p>
    <w:p>
      <w:r>
        <w:rPr>
          <w:b/>
        </w:rPr>
        <w:t xml:space="preserve">[38:03] </w:t>
      </w:r>
      <w:r>
        <w:t>It is man's greatest need to realize God.</w:t>
      </w:r>
    </w:p>
    <w:p>
      <w:pPr>
        <w:jc w:val="right"/>
      </w:pPr>
      <w:r>
        <w:t>اٹ از مینز گریٹسٹ نیڈ ٹو ریلائز گاڈ۔</w:t>
      </w:r>
    </w:p>
    <w:p>
      <w:r>
        <w:rPr>
          <w:b/>
        </w:rPr>
        <w:t xml:space="preserve">[38:06] </w:t>
      </w:r>
      <w:r>
        <w:t>without God, our life is incomplete." So, you know, with this comment of Danish sahib from Rai</w:t>
      </w:r>
    </w:p>
    <w:p>
      <w:pPr>
        <w:jc w:val="right"/>
      </w:pPr>
      <w:r>
        <w:t>ودا آؤٹ گاڈ، آر لائف از انکمپلیٹ۔" سو، یو نو، ود دس کمنٹ آف دانش صاحب فرام رائی</w:t>
      </w:r>
    </w:p>
    <w:p>
      <w:r>
        <w:rPr>
          <w:b/>
        </w:rPr>
        <w:t xml:space="preserve">[38:14] </w:t>
      </w:r>
      <w:r>
        <w:t>Bareilly, we would also like to tell all the viewers that "Spirit of Islam magazine" has completed</w:t>
      </w:r>
    </w:p>
    <w:p>
      <w:pPr>
        <w:jc w:val="right"/>
      </w:pPr>
      <w:r>
        <w:t>بریلی، وی وڈ آل سو لائک ٹو ٹیل آل دا ویورز دیٹ "سپرٹ آف اسلام میگزین" ہیز کمپلیٹڈ</w:t>
      </w:r>
    </w:p>
    <w:p>
      <w:r>
        <w:rPr>
          <w:b/>
        </w:rPr>
        <w:t xml:space="preserve">[38:22] </w:t>
      </w:r>
      <w:r>
        <w:t>four years today, and the "Spirit of Islam magazine" team has sent a message for all the viewers</w:t>
      </w:r>
    </w:p>
    <w:p>
      <w:pPr>
        <w:jc w:val="right"/>
      </w:pPr>
      <w:r>
        <w:t>فور ایئرز ٹوڈے، اینڈ دی "سپرٹ آف اسلام میگزین" ٹیم ہیز سینڈ اے میسج فار آل دا ویورز</w:t>
      </w:r>
    </w:p>
    <w:p>
      <w:r>
        <w:rPr>
          <w:b/>
        </w:rPr>
        <w:t xml:space="preserve">[38:29] </w:t>
      </w:r>
      <w:r>
        <w:t>which I want to read, and the message is: "With this encouraging response from our readers, we begin</w:t>
      </w:r>
    </w:p>
    <w:p>
      <w:pPr>
        <w:jc w:val="right"/>
      </w:pPr>
      <w:r>
        <w:t>وچ آئی وانٹ ٹو ریڈ، اینڈ دا میسج از: "وڈ دس انکریجنگ رسپانس فرام آر ریڈرز، وی بیگن</w:t>
      </w:r>
    </w:p>
    <w:p>
      <w:r>
        <w:rPr>
          <w:b/>
        </w:rPr>
        <w:t xml:space="preserve">[38:37] </w:t>
      </w:r>
      <w:r>
        <w:t>another year full of hopes and aspirations with complete faith and trust in the Lord Almighty.</w:t>
      </w:r>
    </w:p>
    <w:p>
      <w:pPr>
        <w:jc w:val="right"/>
      </w:pPr>
      <w:r>
        <w:t>انادر ایئر فل آف ہوپس اینڈ ایسپیریشنز ود کمپلیٹ فیتھ اینڈ ٹرسٹ ان دا لارڈ آل مائٹی۔</w:t>
      </w:r>
    </w:p>
    <w:p>
      <w:r>
        <w:rPr>
          <w:b/>
        </w:rPr>
        <w:t xml:space="preserve">[38:44] </w:t>
      </w:r>
      <w:r>
        <w:t>We beseech Him with all humility to continue to help us in our endeavor to work towards global peace</w:t>
      </w:r>
    </w:p>
    <w:p>
      <w:pPr>
        <w:jc w:val="right"/>
      </w:pPr>
      <w:r>
        <w:t>وی بسیچ ہم ود آل ہیومیلیٹی ٹو کنٹینیو ٹو ہیلپ اس انر انڈیور ٹو ورک ٹورڈز گلوبل پیس</w:t>
      </w:r>
    </w:p>
    <w:p>
      <w:r>
        <w:rPr>
          <w:b/>
        </w:rPr>
        <w:t xml:space="preserve">[38:52] </w:t>
      </w:r>
      <w:r>
        <w:t>and spiritual living.</w:t>
      </w:r>
    </w:p>
    <w:p>
      <w:pPr>
        <w:jc w:val="right"/>
      </w:pPr>
      <w:r>
        <w:t>اینڈ سپرچول لیونگ۔</w:t>
      </w:r>
    </w:p>
    <w:p>
      <w:r>
        <w:rPr>
          <w:b/>
        </w:rPr>
        <w:t xml:space="preserve">[38:53] </w:t>
      </w:r>
      <w:r>
        <w:t>We are deeply grateful to God for our readers to whom we are very thankful for</w:t>
      </w:r>
    </w:p>
    <w:p>
      <w:pPr>
        <w:jc w:val="right"/>
      </w:pPr>
      <w:r>
        <w:t>وی آر ڈیپلی گریٹ فل ٹو گاڈ فار آر ریڈرز ٹو ہوم وی آر ویری تھینک فل فار</w:t>
      </w:r>
    </w:p>
    <w:p>
      <w:r>
        <w:rPr>
          <w:b/>
        </w:rPr>
        <w:t xml:space="preserve">[39:01] </w:t>
      </w:r>
      <w:r>
        <w:t>the gracious patronage.</w:t>
      </w:r>
    </w:p>
    <w:p>
      <w:pPr>
        <w:jc w:val="right"/>
      </w:pPr>
      <w:r>
        <w:t>دی گریشیس پیٹرن ایج۔</w:t>
      </w:r>
    </w:p>
    <w:p>
      <w:r>
        <w:rPr>
          <w:b/>
        </w:rPr>
        <w:t xml:space="preserve">[39:03] </w:t>
      </w:r>
      <w:r>
        <w:t>The year 2016 has been important in terms of the progress of reaching out to more people as</w:t>
      </w:r>
    </w:p>
    <w:p>
      <w:pPr>
        <w:jc w:val="right"/>
      </w:pPr>
      <w:r>
        <w:t>دا ایئر 2016 ہیز بین امپورٹنٹ ان ٹرمز آف دا پروگریس آف ریچنگ آؤٹ ٹو مور پیپل ایز</w:t>
      </w:r>
    </w:p>
    <w:p>
      <w:r>
        <w:rPr>
          <w:b/>
        </w:rPr>
        <w:t xml:space="preserve">[39:11] </w:t>
      </w:r>
      <w:r>
        <w:t>the magazine has been added to Facebook, Twitter, Instagram and Google Play Stores.</w:t>
      </w:r>
    </w:p>
    <w:p>
      <w:pPr>
        <w:jc w:val="right"/>
      </w:pPr>
      <w:r>
        <w:t>دا میگزین ہیز بین ایڈڈ ٹو فیس بک، ٹویٹر، انسٹاگرام اینڈ گوگل پلے سٹورز۔</w:t>
      </w:r>
    </w:p>
    <w:p>
      <w:r>
        <w:rPr>
          <w:b/>
        </w:rPr>
        <w:t xml:space="preserve">[39:17] </w:t>
      </w:r>
      <w:r>
        <w:t>Time and again, Maulana speaks of the significance of the modern means of communication, thereby to acknowledge</w:t>
      </w:r>
    </w:p>
    <w:p>
      <w:pPr>
        <w:jc w:val="right"/>
      </w:pPr>
      <w:r>
        <w:t>ٹائم اینڈ اگین، مولانا سپیکس آف دا سگنیفیکنس آف دا ماڈرن مینز آف کمیونیکیشن، دیر بائی ٹو اکنالج</w:t>
      </w:r>
    </w:p>
    <w:p>
      <w:r>
        <w:rPr>
          <w:b/>
        </w:rPr>
        <w:t xml:space="preserve">[39:24] </w:t>
      </w:r>
      <w:r>
        <w:t>God's boundaries and also acknowledge the role of all the people who have worked and continue to</w:t>
      </w:r>
    </w:p>
    <w:p>
      <w:pPr>
        <w:jc w:val="right"/>
      </w:pPr>
      <w:r>
        <w:t>گاڈز باؤنڈریز اینڈ آل سو اکنالج دا رول آف آل دا پیپل ہو ہیو ورکڈ اینڈ کنٹینیو ٹو</w:t>
      </w:r>
    </w:p>
    <w:p>
      <w:r>
        <w:rPr>
          <w:b/>
        </w:rPr>
        <w:t xml:space="preserve">[39:32] </w:t>
      </w:r>
      <w:r>
        <w:t>work to bring us this miracle of modern technology.</w:t>
      </w:r>
    </w:p>
    <w:p>
      <w:pPr>
        <w:jc w:val="right"/>
      </w:pPr>
      <w:r>
        <w:t>ورک ٹو برنگ اس دس میریکل آف ماڈرن ٹیکنالوجی۔</w:t>
      </w:r>
    </w:p>
    <w:p>
      <w:r>
        <w:rPr>
          <w:b/>
        </w:rPr>
        <w:t xml:space="preserve">[39:36] </w:t>
      </w:r>
      <w:r>
        <w:t>wishing you all a year full of knowledge, wisdom, peace and security.</w:t>
      </w:r>
    </w:p>
    <w:p>
      <w:pPr>
        <w:jc w:val="right"/>
      </w:pPr>
      <w:r>
        <w:t>وشنگ یو آل اے ایئر فل آف نالج، وزڈم، پیس اینڈ سیکیورٹی۔</w:t>
      </w:r>
    </w:p>
    <w:p>
      <w:r>
        <w:rPr>
          <w:b/>
        </w:rPr>
        <w:t xml:space="preserve">[39:41] </w:t>
      </w:r>
      <w:r>
        <w:t>spirit of Islam team Bangalore. "Maulana, I would request you to say something on "Spirit of Islam magazine"</w:t>
      </w:r>
    </w:p>
    <w:p>
      <w:pPr>
        <w:jc w:val="right"/>
      </w:pPr>
      <w:r>
        <w:t>سپرٹ آف اسلام ٹیم بینگلور۔" مولانا، آئی وڈ ریکویسٹ یو ٹو سے سمتھنگ آن "سپرٹ آف اسلام میگزین"</w:t>
      </w:r>
    </w:p>
    <w:p>
      <w:r>
        <w:rPr>
          <w:b/>
        </w:rPr>
        <w:t xml:space="preserve">[39:49] </w:t>
      </w:r>
      <w:r>
        <w:t>completing four years today.</w:t>
      </w:r>
    </w:p>
    <w:p>
      <w:pPr>
        <w:jc w:val="right"/>
      </w:pPr>
      <w:r>
        <w:t>کمپلیٹنگ فور ایئرز ٹوڈے۔</w:t>
      </w:r>
    </w:p>
    <w:p>
      <w:r>
        <w:rPr>
          <w:b/>
        </w:rPr>
        <w:t xml:space="preserve">[39:50] </w:t>
      </w:r>
      <w:r>
        <w:t>yeh paanchwein saal ka pehla sanwara hai.</w:t>
      </w:r>
    </w:p>
    <w:p>
      <w:pPr>
        <w:jc w:val="right"/>
      </w:pPr>
      <w:r>
        <w:t>یہ پانچویں سال کا پہلا سنوارہ ہے۔</w:t>
      </w:r>
    </w:p>
    <w:p>
      <w:r>
        <w:rPr>
          <w:b/>
        </w:rPr>
        <w:t xml:space="preserve">[39:53] </w:t>
      </w:r>
      <w:r>
        <w:t>mujhe yaad hota hai ke jab maine chaar saal pehle is ko inaugurate kiya tha to mujhe</w:t>
      </w:r>
    </w:p>
    <w:p>
      <w:pPr>
        <w:jc w:val="right"/>
      </w:pPr>
      <w:r>
        <w:t>مجھے یاد ہوتا ہے کہ جب میں نے چار سال پہلے اس کو اناگریٹ کیا تھا تو مجھے</w:t>
      </w:r>
    </w:p>
    <w:p>
      <w:r>
        <w:rPr>
          <w:b/>
        </w:rPr>
        <w:t xml:space="preserve">[40:01] </w:t>
      </w:r>
      <w:r>
        <w:t>zahiri halaat ke mutabiq kuch bhi nahi maloom tha ke kya hone wala hai.</w:t>
      </w:r>
    </w:p>
    <w:p>
      <w:pPr>
        <w:jc w:val="right"/>
      </w:pPr>
      <w:r>
        <w:t>ظاہری حالات کے مطابق کچھ بھی نہیں معلوم تھا کہ کیا ہونے والا ہے۔</w:t>
      </w:r>
    </w:p>
    <w:p>
      <w:r>
        <w:rPr>
          <w:b/>
        </w:rPr>
        <w:t xml:space="preserve">[40:07] </w:t>
      </w:r>
      <w:r>
        <w:t>lekin aap dekhen ke chaar saal tak zaroorat ke tor par chalta raha, ab paanchwein saal mein is ko</w:t>
      </w:r>
    </w:p>
    <w:p>
      <w:pPr>
        <w:jc w:val="right"/>
      </w:pPr>
      <w:r>
        <w:t>لیکن آپ دیکھیں کہ چار سال تک ضرورت طور پر چلتا رہا، اب پانچویں سال میں اس کو</w:t>
      </w:r>
    </w:p>
    <w:p>
      <w:r>
        <w:rPr>
          <w:b/>
        </w:rPr>
        <w:t xml:space="preserve">[40:15] </w:t>
      </w:r>
      <w:r>
        <w:t>sanwara aaya hai pehla.</w:t>
      </w:r>
    </w:p>
    <w:p>
      <w:pPr>
        <w:jc w:val="right"/>
      </w:pPr>
      <w:r>
        <w:t>سنوارہ آیا ہے پہلا۔</w:t>
      </w:r>
    </w:p>
    <w:p>
      <w:r>
        <w:rPr>
          <w:b/>
        </w:rPr>
        <w:t xml:space="preserve">[40:17] </w:t>
      </w:r>
      <w:r>
        <w:t>to beharhaal, main dua karta hoon Allah taala se ke woh is is muhim ko har tarah ki</w:t>
      </w:r>
    </w:p>
    <w:p>
      <w:pPr>
        <w:jc w:val="right"/>
      </w:pPr>
      <w:r>
        <w:t>تو بہرحال، میں دعا کرتا ہوں اللہ تعالیٰ سے کہ وہ اس اس مہم کو ہر طرح کی</w:t>
      </w:r>
    </w:p>
    <w:p>
      <w:r>
        <w:rPr>
          <w:b/>
        </w:rPr>
        <w:t xml:space="preserve">[40:24] </w:t>
      </w:r>
      <w:r>
        <w:t>nusrat ata farmaye aur isi tarah "Spirit of Islam" real sense mein ek international magazine ban jaye.</w:t>
      </w:r>
    </w:p>
    <w:p>
      <w:pPr>
        <w:jc w:val="right"/>
      </w:pPr>
      <w:r>
        <w:t>نصرت عطا فرمائے اور اسی طرح "اسپیٹ آف اسلام" ریل سینس میں ایک انٹرنیشنل میگزین بن جائے۔</w:t>
      </w:r>
    </w:p>
    <w:p>
      <w:r>
        <w:rPr>
          <w:b/>
        </w:rPr>
        <w:t xml:space="preserve">[40:32] </w:t>
      </w:r>
      <w:r>
        <w:t>yahi meri dua hai ke "Spirit of Islam" real sense mein ek international magazine ban jaye.</w:t>
      </w:r>
    </w:p>
    <w:p>
      <w:pPr>
        <w:jc w:val="right"/>
      </w:pPr>
      <w:r>
        <w:t>یہی میری دعا ہے کہ "اسپیٹ آف اسلام" ریل سینس میں ایک انٹرنیشنل میگزین بن جائے۔</w:t>
      </w:r>
    </w:p>
    <w:p>
      <w:r>
        <w:rPr>
          <w:b/>
        </w:rPr>
        <w:t xml:space="preserve">[40:38] </w:t>
      </w:r>
      <w:r>
        <w:t>yeh meri dua hai, Allah taala qabool farmaye.</w:t>
      </w:r>
    </w:p>
    <w:p>
      <w:pPr>
        <w:jc w:val="right"/>
      </w:pPr>
      <w:r>
        <w:t>یہ میری دعا ہے، اللہ تعالیٰ قبول فرمائے۔</w:t>
      </w:r>
    </w:p>
    <w:p>
      <w:r>
        <w:rPr>
          <w:b/>
        </w:rPr>
        <w:t xml:space="preserve">[40:42] </w:t>
      </w:r>
      <w:r>
        <w:t>Rabbana taqabbal minna innaka antas samee'ul aleem wa tu'alaina innaka antat tawwabur raheem.</w:t>
      </w:r>
    </w:p>
    <w:p>
      <w:pPr>
        <w:jc w:val="right"/>
      </w:pPr>
      <w:r>
        <w:t>ربنا تقبل منا انک انت السميع العلیم وتو علینا انک التواب الرحیم۔</w:t>
      </w:r>
    </w:p>
    <w:p>
      <w:r>
        <w:rPr>
          <w:b/>
        </w:rPr>
        <w:t xml:space="preserve">[40:47] </w:t>
      </w:r>
      <w:r>
        <w:t>Wa salla Allahu taala 'ala khayri khalqihi Muhammadin wa aalihi wa ash'aabihi ajma'een birahamatika ya arhamar raahimeen.</w:t>
      </w:r>
    </w:p>
    <w:p>
      <w:pPr>
        <w:jc w:val="right"/>
      </w:pPr>
      <w:r>
        <w:t>وصلی اللہ تعالیٰ علی خیر خلق محمد وآلہ واصحابہ اجمعین برحمتک یا ارحم الراحمین۔</w:t>
      </w:r>
    </w:p>
    <w:p>
      <w:r>
        <w:rPr>
          <w:b/>
        </w:rPr>
        <w:t xml:space="preserve">[40:53] </w:t>
      </w:r>
      <w:r>
        <w:t>People who want to subscribe to this magazine can log in to www.spirit of</w:t>
      </w:r>
    </w:p>
    <w:p>
      <w:pPr>
        <w:jc w:val="right"/>
      </w:pPr>
      <w:r>
        <w:t>پیپل ہو وانٹ ٹو سبسکرائب ٹو دس میگزین کین لاگ ان ٹو ڈبلیو ڈبلیو ڈبلیو ڈاٹ سپرٹ آف</w:t>
      </w:r>
    </w:p>
    <w:p>
      <w:r>
        <w:rPr>
          <w:b/>
        </w:rPr>
        <w:t xml:space="preserve">[41:01] </w:t>
      </w:r>
      <w:r>
        <w:t>islam.com.in.</w:t>
      </w:r>
    </w:p>
    <w:p>
      <w:pPr>
        <w:jc w:val="right"/>
      </w:pPr>
      <w:r>
        <w:t>اسلام ڈاٹ کو ڈاٹ ان۔</w:t>
      </w:r>
    </w:p>
    <w:p>
      <w:r>
        <w:rPr>
          <w:b/>
        </w:rPr>
        <w:t xml:space="preserve">[41:03] </w:t>
      </w:r>
      <w:r>
        <w:t>You will get all the details from that website.</w:t>
      </w:r>
    </w:p>
    <w:p>
      <w:pPr>
        <w:jc w:val="right"/>
      </w:pPr>
      <w:r>
        <w:t>یو ویل گیٹ آل دا ڈیٹیلز فرام دیٹ ویب سائٹ۔</w:t>
      </w:r>
    </w:p>
    <w:p>
      <w:r>
        <w:rPr>
          <w:b/>
        </w:rPr>
        <w:t xml:space="preserve">[41:07] </w:t>
      </w:r>
      <w:r>
        <w:t>Also, you will be able to download all the previous issues of "Spirit of Islam magazine".</w:t>
      </w:r>
    </w:p>
    <w:p>
      <w:pPr>
        <w:jc w:val="right"/>
      </w:pPr>
      <w:r>
        <w:t>آل سو، یو ویل بی ایبل ٹو ڈاؤن لوڈ آل دا پریویس ایشوز آف "سپرٹ آف اسلام میگزین"۔</w:t>
      </w:r>
    </w:p>
    <w:p>
      <w:r>
        <w:rPr>
          <w:b/>
        </w:rPr>
        <w:t xml:space="preserve">[41:15] </w:t>
      </w:r>
      <w:r>
        <w:t>There is another good news that we would like to share with all our viewers.</w:t>
      </w:r>
    </w:p>
    <w:p>
      <w:pPr>
        <w:jc w:val="right"/>
      </w:pPr>
      <w:r>
        <w:t>دیر از انادر گڈ نیوز دیٹ وی وڈ لائک ٹو شیئر ود آل آر ویورز۔</w:t>
      </w:r>
    </w:p>
    <w:p>
      <w:r>
        <w:rPr>
          <w:b/>
        </w:rPr>
        <w:t xml:space="preserve">[41:21] </w:t>
      </w:r>
      <w:r>
        <w:t>As you all know, that CPS team has been translating Maulana Sahib's literature into several languages,</w:t>
      </w:r>
    </w:p>
    <w:p>
      <w:pPr>
        <w:jc w:val="right"/>
      </w:pPr>
      <w:r>
        <w:t>ایز یو آل نو، دیٹ سی پی ایس ٹیم ہیز بین ٹرانسلیٹنگ مولانا صاحب لٹریچر انٹو سیورل لینگویجز،</w:t>
      </w:r>
    </w:p>
    <w:p>
      <w:r>
        <w:rPr>
          <w:b/>
        </w:rPr>
        <w:t xml:space="preserve">[41:29] </w:t>
      </w:r>
      <w:r>
        <w:t>including the translation of Quran.</w:t>
      </w:r>
    </w:p>
    <w:p>
      <w:pPr>
        <w:jc w:val="right"/>
      </w:pPr>
      <w:r>
        <w:t>انکلوڈنگ دی ٹرانسلیشن آف قرآن۔</w:t>
      </w:r>
    </w:p>
    <w:p>
      <w:r>
        <w:rPr>
          <w:b/>
        </w:rPr>
        <w:t xml:space="preserve">[41:31] </w:t>
      </w:r>
      <w:r>
        <w:t>So far, there have been ten international translations that have been done of Quran and ten in national</w:t>
      </w:r>
    </w:p>
    <w:p>
      <w:pPr>
        <w:jc w:val="right"/>
      </w:pPr>
      <w:r>
        <w:t>سو فار، دیر ہیو بین ٹین انٹرنیشنل ٹرانسلیشنز دیٹ ہیو بین ڈن آف قرآن اینڈ ٹین ان نیشنل</w:t>
      </w:r>
    </w:p>
    <w:p>
      <w:r>
        <w:rPr>
          <w:b/>
        </w:rPr>
        <w:t xml:space="preserve">[41:39] </w:t>
      </w:r>
      <w:r>
        <w:t>languages.</w:t>
      </w:r>
    </w:p>
    <w:p>
      <w:pPr>
        <w:jc w:val="right"/>
      </w:pPr>
      <w:r>
        <w:t>لینگویجز۔</w:t>
      </w:r>
    </w:p>
    <w:p>
      <w:r>
        <w:rPr>
          <w:b/>
        </w:rPr>
        <w:t xml:space="preserve">[41:40] </w:t>
      </w:r>
      <w:r>
        <w:t>سو، Goodword Books has come out with yet another translation which is in Italian language, and I</w:t>
      </w:r>
    </w:p>
    <w:p>
      <w:pPr>
        <w:jc w:val="right"/>
      </w:pPr>
      <w:r>
        <w:t>سو، گڈ ورڈ بکس ہیز کم آؤٹ ود یٹ انادر ٹرانسلیشن وچ از ان اٹالین لینگویج، اینڈ آئی</w:t>
      </w:r>
    </w:p>
    <w:p>
      <w:r>
        <w:rPr>
          <w:b/>
        </w:rPr>
        <w:t xml:space="preserve">[41:48] </w:t>
      </w:r>
      <w:r>
        <w:t>would now request Maulana Sahib to release this first copy of Italian translation of the Quran.</w:t>
      </w:r>
    </w:p>
    <w:p>
      <w:pPr>
        <w:jc w:val="right"/>
      </w:pPr>
      <w:r>
        <w:t>وڈ ناؤ ریکویسٹ مولانا صاحب ٹو ریلیز دس فرسٹ کاپی آف اٹالین ٹرانسلیشن آف دا قرآن۔</w:t>
      </w:r>
    </w:p>
    <w:p>
      <w:r>
        <w:rPr>
          <w:b/>
        </w:rPr>
        <w:t xml:space="preserve">[41:55] </w:t>
      </w:r>
      <w:r>
        <w:t>bahut hi ajeeb sa maloom hota hai ke yeh kaam itna taraqqi kar raha hai ke dunya ki</w:t>
      </w:r>
    </w:p>
    <w:p>
      <w:pPr>
        <w:jc w:val="right"/>
      </w:pPr>
      <w:r>
        <w:t>بہت ہی عجیب سا معلوم ہوتا ہے کہ یہ کام اتنا ترقی کر رہا ہے کہ دنیا کی</w:t>
      </w:r>
    </w:p>
    <w:p>
      <w:r>
        <w:rPr>
          <w:b/>
        </w:rPr>
        <w:t xml:space="preserve">[42:03] </w:t>
      </w:r>
      <w:r>
        <w:t>taqreeban tamam major zabanen jo hain, un mein is ka tarjuma aa chuka hai, mashaa Allah.</w:t>
      </w:r>
    </w:p>
    <w:p>
      <w:pPr>
        <w:jc w:val="right"/>
      </w:pPr>
      <w:r>
        <w:t>تقریباً تمام میجر زبانیں جو ہیں، ان میں اس کا ترجمہ آ چکا ہے، ماشاءاللہ۔</w:t>
      </w:r>
    </w:p>
    <w:p>
      <w:r>
        <w:rPr>
          <w:b/>
        </w:rPr>
        <w:t xml:space="preserve">[42:09] </w:t>
      </w:r>
      <w:r>
        <w:t>mujhe to shukr ka lafz bhi bolna, mujhe lagta hai ke koi aur lafz chahiye.</w:t>
      </w:r>
    </w:p>
    <w:p>
      <w:pPr>
        <w:jc w:val="right"/>
      </w:pPr>
      <w:r>
        <w:t>مجھے تو شکر کا لفظ بھی بولنا، مجھے لگتا ہے کہ کوئی اور لفظ چاہیے۔</w:t>
      </w:r>
    </w:p>
    <w:p>
      <w:r>
        <w:rPr>
          <w:b/>
        </w:rPr>
        <w:t xml:space="preserve">[42:16] </w:t>
      </w:r>
      <w:r>
        <w:t>yani Allah taala ne hum ko mauqa diya ke hum dunya ki taqreeban tamam major zabanon mein tarjuma</w:t>
      </w:r>
    </w:p>
    <w:p>
      <w:pPr>
        <w:jc w:val="right"/>
      </w:pPr>
      <w:r>
        <w:t>یعنی اللہ تعالیٰ نے ہم کو موقع دیا کہ ہم دنیا کی تقریباً تمام میجر زبانوں میں ترجمہ</w:t>
      </w:r>
    </w:p>
    <w:p>
      <w:r>
        <w:rPr>
          <w:b/>
        </w:rPr>
        <w:t xml:space="preserve">[42:23] </w:t>
      </w:r>
      <w:r>
        <w:t>aa chuka hai.</w:t>
      </w:r>
    </w:p>
    <w:p>
      <w:pPr>
        <w:jc w:val="right"/>
      </w:pPr>
      <w:r>
        <w:t>آ چکا ہے۔</w:t>
      </w:r>
    </w:p>
    <w:p>
      <w:r>
        <w:rPr>
          <w:b/>
        </w:rPr>
        <w:t xml:space="preserve">[42:25] </w:t>
      </w:r>
      <w:r>
        <w:t>to yeh itna bada waqea hai ke is par shukr ka lafz bhi is ko kafi nahi hai.</w:t>
      </w:r>
    </w:p>
    <w:p>
      <w:pPr>
        <w:jc w:val="right"/>
      </w:pPr>
      <w:r>
        <w:t>تو یہ اتنا بڑا واقعہ ہے کہ اس پر شکر کا لفظ بھی اس کو کافی نہیں ہے۔</w:t>
      </w:r>
    </w:p>
    <w:p>
      <w:r>
        <w:rPr>
          <w:b/>
        </w:rPr>
        <w:t xml:space="preserve">[42:32] </w:t>
      </w:r>
      <w:r>
        <w:t>koi aur lafz chahiye ke hum is ka shukr ada karen.</w:t>
      </w:r>
    </w:p>
    <w:p>
      <w:pPr>
        <w:jc w:val="right"/>
      </w:pPr>
      <w:r>
        <w:t>کوئی اور لفظ چاہیے کہ ہم اس کا شکر ادا کریں۔</w:t>
      </w:r>
    </w:p>
    <w:p>
      <w:r>
        <w:rPr>
          <w:b/>
        </w:rPr>
        <w:t xml:space="preserve">[42:37] </w:t>
      </w:r>
      <w:r>
        <w:t>to behrahal, Allah taala ka yeh bohat bara ehsan hai ke hum ko, aap ko, Allah taala ne</w:t>
      </w:r>
    </w:p>
    <w:p>
      <w:pPr>
        <w:jc w:val="right"/>
      </w:pPr>
      <w:r>
        <w:t>تو بہرحال، اللہ تعالیٰ کا یہ بہت بڑا احسان ہے کہ ہم کو، آپ کو، اللہ تعالیٰ نے</w:t>
      </w:r>
    </w:p>
    <w:p>
      <w:r>
        <w:rPr>
          <w:b/>
        </w:rPr>
        <w:t xml:space="preserve">[42:45] </w:t>
      </w:r>
      <w:r>
        <w:t>yeh mauqa diya ke hum Allah ki kitab ko dunya ki tamam zabanon mein phailayen, aur inshallah yeh</w:t>
      </w:r>
    </w:p>
    <w:p>
      <w:pPr>
        <w:jc w:val="right"/>
      </w:pPr>
      <w:r>
        <w:t>یہ موقع دیا کہ ہم اللہ کی کتاب کو دنیا کی تمام زبانوں میں پھیلائیں، اور انشاءاللہ یہ</w:t>
      </w:r>
    </w:p>
    <w:p>
      <w:r>
        <w:rPr>
          <w:b/>
        </w:rPr>
        <w:t xml:space="preserve">[42:53] </w:t>
      </w:r>
      <w:r>
        <w:t>kaam jari rahega aur apni akhirat tak pohnchega.</w:t>
      </w:r>
    </w:p>
    <w:p>
      <w:pPr>
        <w:jc w:val="right"/>
      </w:pPr>
      <w:r>
        <w:t>کام جاری رہے گا اور اپنی آخرت تک پہنچے گا۔</w:t>
      </w:r>
    </w:p>
    <w:p>
      <w:r>
        <w:rPr>
          <w:b/>
        </w:rPr>
        <w:t xml:space="preserve">[42:57] </w:t>
      </w:r>
      <w:r>
        <w:t>maulana, ab sawal lete hain jo ahmedabad se bheja hai irfan ahmed sahab ne, aur unhon ne</w:t>
      </w:r>
    </w:p>
    <w:p>
      <w:pPr>
        <w:jc w:val="right"/>
      </w:pPr>
      <w:r>
        <w:t>مولانا، اب سوال لیتے ہیں جو احمد آباد سے بھیجا ہے عرفان احمد صاحب نے، اور انہوں نے</w:t>
      </w:r>
    </w:p>
    <w:p>
      <w:r>
        <w:rPr>
          <w:b/>
        </w:rPr>
        <w:t xml:space="preserve">[43:05] </w:t>
      </w:r>
      <w:r>
        <w:t>لکھا ہے: "مولانا، you have rightly said that Muslims have not understood the modern age, and as a</w:t>
      </w:r>
    </w:p>
    <w:p>
      <w:pPr>
        <w:jc w:val="right"/>
      </w:pPr>
      <w:r>
        <w:t>لکھا ہے: "مولانا، یو ہیو رائٹلی سیڈ دیٹ مسلمز ہیو ناٹ انڈرسٹوڈ دا ماڈرن ایج، اینڈ ایز اے</w:t>
      </w:r>
    </w:p>
    <w:p>
      <w:r>
        <w:rPr>
          <w:b/>
        </w:rPr>
        <w:t xml:space="preserve">[43:12] </w:t>
      </w:r>
      <w:r>
        <w:t>result, they have failed to avail the present opportunities.</w:t>
      </w:r>
    </w:p>
    <w:p>
      <w:pPr>
        <w:jc w:val="right"/>
      </w:pPr>
      <w:r>
        <w:t>رزلٹ، دے ہیو فیلڈ ٹو اویل دی پریزنٹ اپرچونیٹیز۔</w:t>
      </w:r>
    </w:p>
    <w:p>
      <w:r>
        <w:rPr>
          <w:b/>
        </w:rPr>
        <w:t xml:space="preserve">[43:16] </w:t>
      </w:r>
      <w:r>
        <w:t>مولانا، would you advise the Muslims who are studying in madrasa to also take up modern education?</w:t>
      </w:r>
    </w:p>
    <w:p>
      <w:pPr>
        <w:jc w:val="right"/>
      </w:pPr>
      <w:r>
        <w:t>مولانا، وڈ یو ایڈوائز دا مسلمز ہو آر سٹڈنگ ان مدرسہ ٹو آل سو ٹیک اپ ماڈرن ایجوکیشن؟</w:t>
      </w:r>
    </w:p>
    <w:p>
      <w:r>
        <w:rPr>
          <w:b/>
        </w:rPr>
        <w:t xml:space="preserve">[43:24] </w:t>
      </w:r>
      <w:r>
        <w:t>what is your advice to all of them? dekhiye, aksar log yahi kehte hain ke madarse mein modern</w:t>
      </w:r>
    </w:p>
    <w:p>
      <w:pPr>
        <w:jc w:val="right"/>
      </w:pPr>
      <w:r>
        <w:t>واٹ از یور ایڈوائز ٹو آل آف دیم؟" دیکھیے، اکثر لوگ یہی کہتے ہیں کہ مدرسے میں ماڈرن</w:t>
      </w:r>
    </w:p>
    <w:p>
      <w:r>
        <w:rPr>
          <w:b/>
        </w:rPr>
        <w:t xml:space="preserve">[43:32] </w:t>
      </w:r>
      <w:r>
        <w:t>education shamil ki jaye.</w:t>
      </w:r>
    </w:p>
    <w:p>
      <w:pPr>
        <w:jc w:val="right"/>
      </w:pPr>
      <w:r>
        <w:t>ایجوکیشن شامل کی جائے۔</w:t>
      </w:r>
    </w:p>
    <w:p>
      <w:r>
        <w:rPr>
          <w:b/>
        </w:rPr>
        <w:t xml:space="preserve">[43:33] </w:t>
      </w:r>
      <w:r>
        <w:t>yeh koi practical mashwara nahi hai.</w:t>
      </w:r>
    </w:p>
    <w:p>
      <w:pPr>
        <w:jc w:val="right"/>
      </w:pPr>
      <w:r>
        <w:t>یہ کوئی پریکٹیکل مشورہ نہیں ہے۔</w:t>
      </w:r>
    </w:p>
    <w:p>
      <w:r>
        <w:rPr>
          <w:b/>
        </w:rPr>
        <w:t xml:space="preserve">[43:36] </w:t>
      </w:r>
      <w:r>
        <w:t>nahi, jo log parh kar niklte hain, wahan un se kahiye ke woh apni history jari rakhen, zindagi</w:t>
      </w:r>
    </w:p>
    <w:p>
      <w:pPr>
        <w:jc w:val="right"/>
      </w:pPr>
      <w:r>
        <w:t>نہیں، جو لوگ پڑھ کر نکلتے ہیں، وہاں ان سے کہیے کہ وہ اپنی ہسٹری جاری رکھیں، زندگی</w:t>
      </w:r>
    </w:p>
    <w:p>
      <w:r>
        <w:rPr>
          <w:b/>
        </w:rPr>
        <w:t xml:space="preserve">[43:44] </w:t>
      </w:r>
      <w:r>
        <w:t>bhar history jari rakhen, woh aur doosre uloom ko parhen, jadeed daur ko parhen.</w:t>
      </w:r>
    </w:p>
    <w:p>
      <w:pPr>
        <w:jc w:val="right"/>
      </w:pPr>
      <w:r>
        <w:t>بھر ہسٹری جاری رکھیں، وہ اور دوسرے علوم کو پڑھیں، جدید دور کو پڑھیں۔</w:t>
      </w:r>
    </w:p>
    <w:p>
      <w:r>
        <w:rPr>
          <w:b/>
        </w:rPr>
        <w:t xml:space="preserve">[43:50] </w:t>
      </w:r>
      <w:r>
        <w:t>yeh kabhi bhi yeh mumkin nahi hai ke kisi madarse mein ya kisi college mein sari taleem di</w:t>
      </w:r>
    </w:p>
    <w:p>
      <w:pPr>
        <w:jc w:val="right"/>
      </w:pPr>
      <w:r>
        <w:t>یہ کبھی بھی یہ ممکن نہیں ہے کہ کسی مدرسے میں یا کسی کالج میں ساری تعلیم دی</w:t>
      </w:r>
    </w:p>
    <w:p>
      <w:r>
        <w:rPr>
          <w:b/>
        </w:rPr>
        <w:t xml:space="preserve">[43:57] </w:t>
      </w:r>
      <w:r>
        <w:t>jaye.</w:t>
      </w:r>
    </w:p>
    <w:p>
      <w:pPr>
        <w:jc w:val="right"/>
      </w:pPr>
      <w:r>
        <w:t>جائے۔</w:t>
      </w:r>
    </w:p>
    <w:p>
      <w:r>
        <w:rPr>
          <w:b/>
        </w:rPr>
        <w:t xml:space="preserve">[43:59] </w:t>
      </w:r>
      <w:r>
        <w:t>yeh nahi ho sakta, chahe secular education ho ya mazhabi education ho, bohat hi limited sense mein idare</w:t>
      </w:r>
    </w:p>
    <w:p>
      <w:pPr>
        <w:jc w:val="right"/>
      </w:pPr>
      <w:r>
        <w:t>یہ نہیں ہو سکتا، چاہے سیکولر ایجوکیشن ہو یا مذہبی ایجوکیشن ہو، بہت ہی لمیٹڈ سینس میں ادارے</w:t>
      </w:r>
    </w:p>
    <w:p>
      <w:r>
        <w:rPr>
          <w:b/>
        </w:rPr>
        <w:t xml:space="preserve">[44:07] </w:t>
      </w:r>
      <w:r>
        <w:t>mein parhaya jata hai.</w:t>
      </w:r>
    </w:p>
    <w:p>
      <w:pPr>
        <w:jc w:val="right"/>
      </w:pPr>
      <w:r>
        <w:t>میں پڑھایا جاتا ہے۔</w:t>
      </w:r>
    </w:p>
    <w:p>
      <w:r>
        <w:rPr>
          <w:b/>
        </w:rPr>
        <w:t xml:space="preserve">[44:08] </w:t>
      </w:r>
      <w:r>
        <w:t>aadmi ko is ke bahar parhna parega, library ko banana parega, apni darsgah.</w:t>
      </w:r>
    </w:p>
    <w:p>
      <w:pPr>
        <w:jc w:val="right"/>
      </w:pPr>
      <w:r>
        <w:t>آدمی کو اس کے باہر پڑھنا پڑے گا، لائبریری کو بنانا پڑے گا، اپنی درسگاہ۔</w:t>
      </w:r>
    </w:p>
    <w:p>
      <w:r>
        <w:rPr>
          <w:b/>
        </w:rPr>
        <w:t xml:space="preserve">[44:15] </w:t>
      </w:r>
      <w:r>
        <w:t>yani madarse aur college mein parhne ke baad baat khatam nahi hoti.</w:t>
      </w:r>
    </w:p>
    <w:p>
      <w:pPr>
        <w:jc w:val="right"/>
      </w:pPr>
      <w:r>
        <w:t>یعنی مدرسے اور کالج میں پڑھنے کے بعد بات ختم نہیں ہوتی۔</w:t>
      </w:r>
    </w:p>
    <w:p>
      <w:r>
        <w:rPr>
          <w:b/>
        </w:rPr>
        <w:t xml:space="preserve">[44:20] </w:t>
      </w:r>
      <w:r>
        <w:t>aap library se faida uthaiye, library ko apna darsgah banaiye.</w:t>
      </w:r>
    </w:p>
    <w:p>
      <w:pPr>
        <w:jc w:val="right"/>
      </w:pPr>
      <w:r>
        <w:t>آپ لائبریری سے فائدہ اٹھائیے، لائبریری کو اپنا درسگاہ بنائیے۔</w:t>
      </w:r>
    </w:p>
    <w:p>
      <w:r>
        <w:rPr>
          <w:b/>
        </w:rPr>
        <w:t xml:space="preserve">[44:24] </w:t>
      </w:r>
      <w:r>
        <w:t>yeh koi aksar log yahi kehte hain ke madarse mein robe ji ko shamil kiya jaye.</w:t>
      </w:r>
    </w:p>
    <w:p>
      <w:pPr>
        <w:jc w:val="right"/>
      </w:pPr>
      <w:r>
        <w:t>یہ کوئی اکثر لوگ یہی کہتے ہیں کہ مدرسے میں روبہ جی کو شامل کیا جائے۔</w:t>
      </w:r>
    </w:p>
    <w:p>
      <w:r>
        <w:rPr>
          <w:b/>
        </w:rPr>
        <w:t xml:space="preserve">[44:31] </w:t>
      </w:r>
      <w:r>
        <w:t>shamil kaise kiya jaye? logon ko kaha jaye ke log parho.</w:t>
      </w:r>
    </w:p>
    <w:p>
      <w:pPr>
        <w:jc w:val="right"/>
      </w:pPr>
      <w:r>
        <w:t>شامل کیسے کیا جائے؟ لوگوں کو کہا جائے کہ لوگ پڑھو۔</w:t>
      </w:r>
    </w:p>
    <w:p>
      <w:r>
        <w:rPr>
          <w:b/>
        </w:rPr>
        <w:t xml:space="preserve">[44:36] </w:t>
      </w:r>
      <w:r>
        <w:t>main ne madarse mein parha, phir baad ko moattal kiya main ne.</w:t>
      </w:r>
    </w:p>
    <w:p>
      <w:pPr>
        <w:jc w:val="right"/>
      </w:pPr>
      <w:r>
        <w:t>میں نے مدرسے میں پڑھا، پھر بعد کو معطل کیا میں نے۔</w:t>
      </w:r>
    </w:p>
    <w:p>
      <w:r>
        <w:rPr>
          <w:b/>
        </w:rPr>
        <w:t xml:space="preserve">[44:41] </w:t>
      </w:r>
      <w:r>
        <w:t>to hamesha aadmi ko practical hona chahiye.</w:t>
      </w:r>
    </w:p>
    <w:p>
      <w:pPr>
        <w:jc w:val="right"/>
      </w:pPr>
      <w:r>
        <w:t>تو ہمیشہ آدمی کو پریکٹیکل ہونا چاہیے۔</w:t>
      </w:r>
    </w:p>
    <w:p>
      <w:r>
        <w:rPr>
          <w:b/>
        </w:rPr>
        <w:t xml:space="preserve">[44:44] </w:t>
      </w:r>
      <w:r>
        <w:t>yeh baat practical hi nahi hai.</w:t>
      </w:r>
    </w:p>
    <w:p>
      <w:pPr>
        <w:jc w:val="right"/>
      </w:pPr>
      <w:r>
        <w:t>یہ بات پریکٹیکل ہی نہیں ہے۔</w:t>
      </w:r>
    </w:p>
    <w:p>
      <w:r>
        <w:rPr>
          <w:b/>
        </w:rPr>
        <w:t xml:space="preserve">[44:46] </w:t>
      </w:r>
      <w:r>
        <w:t>practical baat yahi hai ke madarse ya university ki education ke baad aadmi apni history ko jari rakhe</w:t>
      </w:r>
    </w:p>
    <w:p>
      <w:pPr>
        <w:jc w:val="right"/>
      </w:pPr>
      <w:r>
        <w:t>پریکٹیکل بات یہی ہے کہ مدرسے یا یونیورسٹی کی ایجوکیشن کے بعد آدمی اپنی ہسٹری کو جاری رکھے</w:t>
      </w:r>
    </w:p>
    <w:p>
      <w:r>
        <w:rPr>
          <w:b/>
        </w:rPr>
        <w:t xml:space="preserve">[44:54] </w:t>
      </w:r>
      <w:r>
        <w:t>aur apni further studies ke zariye woh dikhaye dunya ko.</w:t>
      </w:r>
    </w:p>
    <w:p>
      <w:pPr>
        <w:jc w:val="right"/>
      </w:pPr>
      <w:r>
        <w:t>اور اپنی فردر اسٹڈیز کے ذریعے وہ دکھائے دنیا کو۔</w:t>
      </w:r>
    </w:p>
    <w:p>
      <w:r>
        <w:rPr>
          <w:b/>
        </w:rPr>
        <w:t xml:space="preserve">[44:58] </w:t>
      </w:r>
      <w:r>
        <w:t>yahi practical baat hai.</w:t>
      </w:r>
    </w:p>
    <w:p>
      <w:pPr>
        <w:jc w:val="right"/>
      </w:pPr>
      <w:r>
        <w:t>یہی پریکٹیکل بات ہے۔</w:t>
      </w:r>
    </w:p>
    <w:p>
      <w:r>
        <w:rPr>
          <w:b/>
        </w:rPr>
        <w:t xml:space="preserve">[45:00] </w:t>
      </w:r>
      <w:r>
        <w:t>maulana, agla sawal dilli se kiya hai abrar ahmed sahab ne, aur unhon ne likha hai: "maulana sahab,</w:t>
      </w:r>
    </w:p>
    <w:p>
      <w:pPr>
        <w:jc w:val="right"/>
      </w:pPr>
      <w:r>
        <w:t>مولانا، اگلا سوال دلی سے کیا ہے ابرار احمد صاحب نے، اور انہوں نے لکھا ہے: "مولانا صاحب،</w:t>
      </w:r>
    </w:p>
    <w:p>
      <w:r>
        <w:rPr>
          <w:b/>
        </w:rPr>
        <w:t xml:space="preserve">[45:08] </w:t>
      </w:r>
      <w:r>
        <w:t>thanks for your advice on the third option.</w:t>
      </w:r>
    </w:p>
    <w:p>
      <w:pPr>
        <w:jc w:val="right"/>
      </w:pPr>
      <w:r>
        <w:t>تھینکس فار یور ایڈوائز آن دا تھرڈ آپشن۔</w:t>
      </w:r>
    </w:p>
    <w:p>
      <w:r>
        <w:rPr>
          <w:b/>
        </w:rPr>
        <w:t xml:space="preserve">[45:11] </w:t>
      </w:r>
      <w:r>
        <w:t>my question is: is it obligatory for every muslim to give dawah? and if we give dawah to</w:t>
      </w:r>
    </w:p>
    <w:p>
      <w:pPr>
        <w:jc w:val="right"/>
      </w:pPr>
      <w:r>
        <w:t>مائی کوئسچن از: از اٹ ابلیگیٹری فار ایوری مسلم ٹو گیو دعویٰ؟ اینڈ اف وی گیو دعویٰ ٹو</w:t>
      </w:r>
    </w:p>
    <w:p>
      <w:r>
        <w:rPr>
          <w:b/>
        </w:rPr>
        <w:t xml:space="preserve">[45:19] </w:t>
      </w:r>
      <w:r>
        <w:t>non-Muslims and they get offended, then how should we deal with that situation? Please advise us." Mein</w:t>
      </w:r>
    </w:p>
    <w:p>
      <w:pPr>
        <w:jc w:val="right"/>
      </w:pPr>
      <w:r>
        <w:t>نان مسلمز اینڈ دے گیٹ آفینڈڈ، دین ہاؤ شوڈ وی ڈیل ود دیٹ سچویشن؟ پلیز ایڈوائز اس۔" میں</w:t>
      </w:r>
    </w:p>
    <w:p>
      <w:r>
        <w:rPr>
          <w:b/>
        </w:rPr>
        <w:t xml:space="preserve">[45:27] </w:t>
      </w:r>
      <w:r>
        <w:t>kahunga ke jis tareeqe se namaz har musalman ka farz hai, is tarah dawat bhi har musalman</w:t>
      </w:r>
    </w:p>
    <w:p>
      <w:pPr>
        <w:jc w:val="right"/>
      </w:pPr>
      <w:r>
        <w:t>کہوں گا کہ جس طریقے سے نماز ہر مسلمان کا فرض ہے، اس طرح دعوت بھی ہر مسلمان</w:t>
      </w:r>
    </w:p>
    <w:p>
      <w:r>
        <w:rPr>
          <w:b/>
        </w:rPr>
        <w:t xml:space="preserve">[45:34] </w:t>
      </w:r>
      <w:r>
        <w:t>ka farz hai.</w:t>
      </w:r>
    </w:p>
    <w:p>
      <w:pPr>
        <w:jc w:val="right"/>
      </w:pPr>
      <w:r>
        <w:t>کا فرض ہے۔</w:t>
      </w:r>
    </w:p>
    <w:p>
      <w:r>
        <w:rPr>
          <w:b/>
        </w:rPr>
        <w:t xml:space="preserve">[45:36] </w:t>
      </w:r>
      <w:r>
        <w:t>har aurat, har mard ka, albattah ittaqu Allah wa ma istata'tum.</w:t>
      </w:r>
    </w:p>
    <w:p>
      <w:pPr>
        <w:jc w:val="right"/>
      </w:pPr>
      <w:r>
        <w:t>ہر عورت، ہر مرد کا، البتہ اتقوا اللہ وما استطعتم۔</w:t>
      </w:r>
    </w:p>
    <w:p>
      <w:r>
        <w:rPr>
          <w:b/>
        </w:rPr>
        <w:t xml:space="preserve">[45:40] </w:t>
      </w:r>
      <w:r>
        <w:t>jis ki jitni bas ho, woh kare.</w:t>
      </w:r>
    </w:p>
    <w:p>
      <w:pPr>
        <w:jc w:val="right"/>
      </w:pPr>
      <w:r>
        <w:t>جس کی جد بس ہو، وہ کرے۔</w:t>
      </w:r>
    </w:p>
    <w:p>
      <w:r>
        <w:rPr>
          <w:b/>
        </w:rPr>
        <w:t xml:space="preserve">[45:43] </w:t>
      </w:r>
      <w:r>
        <w:t>aur is zamane mein, jo ke print press ka zamana hai, to bas ki baat hi khatm ho</w:t>
      </w:r>
    </w:p>
    <w:p>
      <w:pPr>
        <w:jc w:val="right"/>
      </w:pPr>
      <w:r>
        <w:t>اور اس زمانے میں، جو کہ پنڈت پریس کا زمانہ ہے، تو بس کی بات ہی ختم ہو</w:t>
      </w:r>
    </w:p>
    <w:p>
      <w:r>
        <w:rPr>
          <w:b/>
        </w:rPr>
        <w:t xml:space="preserve">[45:51] </w:t>
      </w:r>
      <w:r>
        <w:t>gayi.</w:t>
      </w:r>
    </w:p>
    <w:p>
      <w:pPr>
        <w:jc w:val="right"/>
      </w:pPr>
      <w:r>
        <w:t>گئی۔</w:t>
      </w:r>
    </w:p>
    <w:p>
      <w:r>
        <w:rPr>
          <w:b/>
        </w:rPr>
        <w:t xml:space="preserve">[45:52] </w:t>
      </w:r>
      <w:r>
        <w:t>ab to aap ne bag mein aap quran ka transfer rakh lijiye, jab koi mile, us ko de</w:t>
      </w:r>
    </w:p>
    <w:p>
      <w:pPr>
        <w:jc w:val="right"/>
      </w:pPr>
      <w:r>
        <w:t>اب تو آپ نے بیگ میں آپ قرآن کا ٹرانسفر رکھ لیجئے، جب کوئی ملے، اس کو دے</w:t>
      </w:r>
    </w:p>
    <w:p>
      <w:r>
        <w:rPr>
          <w:b/>
        </w:rPr>
        <w:t xml:space="preserve">[46:00] </w:t>
      </w:r>
      <w:r>
        <w:t>dijiye.</w:t>
      </w:r>
    </w:p>
    <w:p>
      <w:pPr>
        <w:jc w:val="right"/>
      </w:pPr>
      <w:r>
        <w:t>دیجئے۔</w:t>
      </w:r>
    </w:p>
    <w:p>
      <w:r>
        <w:rPr>
          <w:b/>
        </w:rPr>
        <w:t xml:space="preserve">[46:02] </w:t>
      </w:r>
      <w:r>
        <w:t>all literature rakh lijiye islam ka, jahan koi mulaqat ho, woh de dijiye.</w:t>
      </w:r>
    </w:p>
    <w:p>
      <w:pPr>
        <w:jc w:val="right"/>
      </w:pPr>
      <w:r>
        <w:t>آل لٹریچر رکھ لیجئے اسلام کا، جہاں کوئی ملاقات ہو، وہ دے دیجئے۔</w:t>
      </w:r>
    </w:p>
    <w:p>
      <w:r>
        <w:rPr>
          <w:b/>
        </w:rPr>
        <w:t xml:space="preserve">[46:07] </w:t>
      </w:r>
      <w:r>
        <w:t>yaani is mein bas ki baat hi khatm ho gayi.</w:t>
      </w:r>
    </w:p>
    <w:p>
      <w:pPr>
        <w:jc w:val="right"/>
      </w:pPr>
      <w:r>
        <w:t>یعنی اس میں بس کی بات ہی ختم ہو گئی۔</w:t>
      </w:r>
    </w:p>
    <w:p>
      <w:r>
        <w:rPr>
          <w:b/>
        </w:rPr>
        <w:t xml:space="preserve">[46:11] </w:t>
      </w:r>
      <w:r>
        <w:t>ab to har cheez bas mein ho gayi, bas mein ho gayi hai.</w:t>
      </w:r>
    </w:p>
    <w:p>
      <w:pPr>
        <w:jc w:val="right"/>
      </w:pPr>
      <w:r>
        <w:t>اب تو ہر چیز بس ہی میں ہو گئی، بس میں ہو گئی ہے۔</w:t>
      </w:r>
    </w:p>
    <w:p>
      <w:r>
        <w:rPr>
          <w:b/>
        </w:rPr>
        <w:t xml:space="preserve">[46:17] </w:t>
      </w:r>
      <w:r>
        <w:t>اور دوسری بات یہ ہے کہ وہ offend ہوں گے۔</w:t>
      </w:r>
    </w:p>
    <w:p>
      <w:pPr>
        <w:jc w:val="right"/>
      </w:pPr>
      <w:r>
        <w:t>اور دوسری بات یہ ہے کہ وہ آفینڈ ہوں گے۔</w:t>
      </w:r>
    </w:p>
    <w:p>
      <w:r>
        <w:rPr>
          <w:b/>
        </w:rPr>
        <w:t xml:space="preserve">[46:22] </w:t>
      </w:r>
      <w:r>
        <w:t>وہ یہ فرضی بات ہے، کبھی کوئی offended نہیں ہوا تھا۔</w:t>
      </w:r>
    </w:p>
    <w:p>
      <w:pPr>
        <w:jc w:val="right"/>
      </w:pPr>
      <w:r>
        <w:t>وہ یہ فرضی بات ہے، کبھی کوئی آفینڈ نہیں ہوا تھا۔</w:t>
      </w:r>
    </w:p>
    <w:p>
      <w:r>
        <w:rPr>
          <w:b/>
        </w:rPr>
        <w:t xml:space="preserve">[46:26] </w:t>
      </w:r>
      <w:r>
        <w:t>hum to itni lambi muddat se dawah ka kaam kar rahe hain, aaj tak koi nahi mila ke</w:t>
      </w:r>
    </w:p>
    <w:p>
      <w:pPr>
        <w:jc w:val="right"/>
      </w:pPr>
      <w:r>
        <w:t>ہم تو اتنی لمبی مدت سے دعوت کا کام کر رہے ہیں، آج تک کوئی نہیں ملا کہ</w:t>
      </w:r>
    </w:p>
    <w:p>
      <w:r>
        <w:rPr>
          <w:b/>
        </w:rPr>
        <w:t xml:space="preserve">[46:34] </w:t>
      </w:r>
      <w:r>
        <w:t>koi offend ho.</w:t>
      </w:r>
    </w:p>
    <w:p>
      <w:pPr>
        <w:jc w:val="right"/>
      </w:pPr>
      <w:r>
        <w:t>کوئی آفینڈ ہو۔</w:t>
      </w:r>
    </w:p>
    <w:p>
      <w:r>
        <w:rPr>
          <w:b/>
        </w:rPr>
        <w:t xml:space="preserve">[46:36] </w:t>
      </w:r>
      <w:r>
        <w:t>offend kyun hoga, bhai? Offend hoga aap qaumi baaton se, qaumi shikayatein shamil karein, is mein aap qaumi</w:t>
      </w:r>
    </w:p>
    <w:p>
      <w:pPr>
        <w:jc w:val="right"/>
      </w:pPr>
      <w:r>
        <w:t>آفینڈ کیوں ہوگا، بھئی؟ آفینڈ ہوگا آپ قومی باتوں سے، قومی شکایتیں شامل کریں، اس میں آپ قومی</w:t>
      </w:r>
    </w:p>
    <w:p>
      <w:r>
        <w:rPr>
          <w:b/>
        </w:rPr>
        <w:t xml:space="preserve">[46:43] </w:t>
      </w:r>
      <w:r>
        <w:t>ladai shamil karein, aap is mein qoumi mutalbe shamil karein, us ko le kar koi offend hoga.</w:t>
      </w:r>
    </w:p>
    <w:p>
      <w:pPr>
        <w:jc w:val="right"/>
      </w:pPr>
      <w:r>
        <w:t>لڑائی شامل کریں، آپ اس میں قومی مطالبے شامل کریں، اس کو لے کر کوئی آفینڈ ہوگا۔</w:t>
      </w:r>
    </w:p>
    <w:p>
      <w:r>
        <w:rPr>
          <w:b/>
        </w:rPr>
        <w:t xml:space="preserve">[46:51] </w:t>
      </w:r>
      <w:r>
        <w:t>quran se kyun offend hoga? humein to aate hain ke ek insan, ek insan nahi paya jo offend</w:t>
      </w:r>
    </w:p>
    <w:p>
      <w:pPr>
        <w:jc w:val="right"/>
      </w:pPr>
      <w:r>
        <w:t>قرآن سے کیوں آفینڈ ہوگا؟ ہمیں تو آتے ہیں کہ ایک انسان، ایک انسان نہیں پایا جو آفینڈ</w:t>
      </w:r>
    </w:p>
    <w:p>
      <w:r>
        <w:rPr>
          <w:b/>
        </w:rPr>
        <w:t xml:space="preserve">[46:58] </w:t>
      </w:r>
      <w:r>
        <w:t>ho quran ko le kar.</w:t>
      </w:r>
    </w:p>
    <w:p>
      <w:pPr>
        <w:jc w:val="right"/>
      </w:pPr>
      <w:r>
        <w:t>ہو قرآن کو لے کر۔</w:t>
      </w:r>
    </w:p>
    <w:p>
      <w:r>
        <w:rPr>
          <w:b/>
        </w:rPr>
        <w:t xml:space="preserve">[47:01] </w:t>
      </w:r>
      <w:r>
        <w:t>to log quran ko aur qoumi baaton ko milaye rehte hain.</w:t>
      </w:r>
    </w:p>
    <w:p>
      <w:pPr>
        <w:jc w:val="right"/>
      </w:pPr>
      <w:r>
        <w:t>تو لوگ قرآن کو اور قومی باتوں کو ملائے رہتے ہیں۔</w:t>
      </w:r>
    </w:p>
    <w:p>
      <w:r>
        <w:rPr>
          <w:b/>
        </w:rPr>
        <w:t xml:space="preserve">[47:05] </w:t>
      </w:r>
      <w:r>
        <w:t>jab koi offend hota hai to kehte hain ke dekho, quran se offend hua.</w:t>
      </w:r>
    </w:p>
    <w:p>
      <w:pPr>
        <w:jc w:val="right"/>
      </w:pPr>
      <w:r>
        <w:t>جب کوئی آفینڈ ہوتا ہے تو کہتے ہیں کہ دیکھو، قرآن سے آفینڈ ہوا۔</w:t>
      </w:r>
    </w:p>
    <w:p>
      <w:r>
        <w:rPr>
          <w:b/>
        </w:rPr>
        <w:t xml:space="preserve">[47:11] </w:t>
      </w:r>
      <w:r>
        <w:t>nahi, tumhari qoumi policyon se offend hua.</w:t>
      </w:r>
    </w:p>
    <w:p>
      <w:pPr>
        <w:jc w:val="right"/>
      </w:pPr>
      <w:r>
        <w:t>نہیں، تمہاری قومی پالیسیوں سے آفینڈ ہوا۔</w:t>
      </w:r>
    </w:p>
    <w:p>
      <w:r>
        <w:rPr>
          <w:b/>
        </w:rPr>
        <w:t xml:space="preserve">[47:14] </w:t>
      </w:r>
      <w:r>
        <w:t>qoumi policy kya hai? musalmanon ki bas shikayat, protest, ladai, yeh sab se yeh sab hai grievances ka</w:t>
      </w:r>
    </w:p>
    <w:p>
      <w:pPr>
        <w:jc w:val="right"/>
      </w:pPr>
      <w:r>
        <w:t>قومی پالیسی کیا ہے؟ مسلمانوں کی بس شکایت، پروٹیسٹ، لڑائی، یہ سب سے یہ سب ہے گریونسز کا</w:t>
      </w:r>
    </w:p>
    <w:p>
      <w:r>
        <w:rPr>
          <w:b/>
        </w:rPr>
        <w:t xml:space="preserve">[47:22] </w:t>
      </w:r>
      <w:r>
        <w:t>izhaar.</w:t>
      </w:r>
    </w:p>
    <w:p>
      <w:pPr>
        <w:jc w:val="right"/>
      </w:pPr>
      <w:r>
        <w:t>اظہار۔</w:t>
      </w:r>
    </w:p>
    <w:p>
      <w:r>
        <w:rPr>
          <w:b/>
        </w:rPr>
        <w:t xml:space="preserve">[47:23] </w:t>
      </w:r>
      <w:r>
        <w:t>to dono ko milaiye, dono ko alag kar dijiye.</w:t>
      </w:r>
    </w:p>
    <w:p>
      <w:pPr>
        <w:jc w:val="right"/>
      </w:pPr>
      <w:r>
        <w:t>تو دونوں کو ملائیے، دونوں کو الگ کر دیجئے۔</w:t>
      </w:r>
    </w:p>
    <w:p>
      <w:r>
        <w:rPr>
          <w:b/>
        </w:rPr>
        <w:t xml:space="preserve">[47:27] </w:t>
      </w:r>
      <w:r>
        <w:t>to koi bhi insan nahi milega aap ko jo quran ko le kar offend ho.</w:t>
      </w:r>
    </w:p>
    <w:p>
      <w:pPr>
        <w:jc w:val="right"/>
      </w:pPr>
      <w:r>
        <w:t>تو کوئی بھی انسان نہیں ملے گا آپ کو جو قرآن کو لے کر آفینڈ ہو۔</w:t>
      </w:r>
    </w:p>
    <w:p>
      <w:r>
        <w:rPr>
          <w:b/>
        </w:rPr>
        <w:t xml:space="preserve">[47:34] </w:t>
      </w:r>
      <w:r>
        <w:t>ji, maulana, agla sawal yasar khan sahab ne kiya hai peshawar se, aur unhon ne aap se poocha</w:t>
      </w:r>
    </w:p>
    <w:p>
      <w:pPr>
        <w:jc w:val="right"/>
      </w:pPr>
      <w:r>
        <w:t>جی، مولانا، اگلا سوال یاسر خان صاحب نے کیا ہے پشاور سے، اور انہوں نے آپ سے پوچھا</w:t>
      </w:r>
    </w:p>
    <w:p>
      <w:r>
        <w:rPr>
          <w:b/>
        </w:rPr>
        <w:t xml:space="preserve">[47:42] </w:t>
      </w:r>
      <w:r>
        <w:t>ہے کہ: "It seems difficult to focus on opportunities when we have complaints." Maulana Sahib, how can we</w:t>
      </w:r>
    </w:p>
    <w:p>
      <w:pPr>
        <w:jc w:val="right"/>
      </w:pPr>
      <w:r>
        <w:t>ہے کہ: "اٹ سیمز ڈیفیکلٹ ٹو فوکس آن اپرچونیٹیز وین وی ہیو کمپلینٹس۔" مولانا صاحب، ہاؤ کین وی</w:t>
      </w:r>
    </w:p>
    <w:p>
      <w:r>
        <w:rPr>
          <w:b/>
        </w:rPr>
        <w:t xml:space="preserve">[47:50] </w:t>
      </w:r>
      <w:r>
        <w:t>focus on opportunities in such a scenario? please advise us.</w:t>
      </w:r>
    </w:p>
    <w:p>
      <w:pPr>
        <w:jc w:val="right"/>
      </w:pPr>
      <w:r>
        <w:t>فوکس آن اپرچونیٹیز ان سچ اے سیناریو؟ پلیز ایڈوائز اس۔</w:t>
      </w:r>
    </w:p>
    <w:p>
      <w:r>
        <w:rPr>
          <w:b/>
        </w:rPr>
        <w:t xml:space="preserve">[47:54] </w:t>
      </w:r>
      <w:r>
        <w:t>sab se aasan kaam hai complaint ko chhodna ke mind mein complaint hoti hai, mind hi mein khatm</w:t>
      </w:r>
    </w:p>
    <w:p>
      <w:pPr>
        <w:jc w:val="right"/>
      </w:pPr>
      <w:r>
        <w:t>سب سے آسان کام ہے کمپلینٹ کو چھوڑنا کہ مائنڈ میں کمپلینٹ ہوتی ہے، مائنڈ ہی میں ختم</w:t>
      </w:r>
    </w:p>
    <w:p>
      <w:r>
        <w:rPr>
          <w:b/>
        </w:rPr>
        <w:t xml:space="preserve">[48:02] </w:t>
      </w:r>
      <w:r>
        <w:t>hoti hai.</w:t>
      </w:r>
    </w:p>
    <w:p>
      <w:pPr>
        <w:jc w:val="right"/>
      </w:pPr>
      <w:r>
        <w:t>ہوتی ہے۔</w:t>
      </w:r>
    </w:p>
    <w:p>
      <w:r>
        <w:rPr>
          <w:b/>
        </w:rPr>
        <w:t xml:space="preserve">[48:03] </w:t>
      </w:r>
      <w:r>
        <w:t>mind se bahar complaint kahin hoti nahi, kahin yaad rakhiye, koi bhi complaint kitni bhi bari ho, woh</w:t>
      </w:r>
    </w:p>
    <w:p>
      <w:pPr>
        <w:jc w:val="right"/>
      </w:pPr>
      <w:r>
        <w:t>مائنڈ سے باہر کمپلینٹ کہیں ہوتی نہیں، کہیں یاد رکھیے، کوئی بھی کمپلینٹ کتنی بھی بڑی ہو، وہ</w:t>
      </w:r>
    </w:p>
    <w:p>
      <w:r>
        <w:rPr>
          <w:b/>
        </w:rPr>
        <w:t xml:space="preserve">[48:11] </w:t>
      </w:r>
      <w:r>
        <w:t>mind mein hoti hai.</w:t>
      </w:r>
    </w:p>
    <w:p>
      <w:pPr>
        <w:jc w:val="right"/>
      </w:pPr>
      <w:r>
        <w:t>مائنڈ میں ہوتی ہے۔</w:t>
      </w:r>
    </w:p>
    <w:p>
      <w:r>
        <w:rPr>
          <w:b/>
        </w:rPr>
        <w:t xml:space="preserve">[48:13] </w:t>
      </w:r>
      <w:r>
        <w:t>to jab mind mein ho to apne bas mein hai, jab chahe is ko khatm kar dijiye.</w:t>
      </w:r>
    </w:p>
    <w:p>
      <w:pPr>
        <w:jc w:val="right"/>
      </w:pPr>
      <w:r>
        <w:t>تو جب مائنڈ میں ہو تو اپنے بس میں ہے، جب چاہے اس کو ختم کر دیجئے۔</w:t>
      </w:r>
    </w:p>
    <w:p>
      <w:r>
        <w:rPr>
          <w:b/>
        </w:rPr>
        <w:t xml:space="preserve">[48:20] </w:t>
      </w:r>
      <w:r>
        <w:t>mind ke switch to aap ke hath mein hain, jab chahe mind ke switch ko off kar dijiye,</w:t>
      </w:r>
    </w:p>
    <w:p>
      <w:pPr>
        <w:jc w:val="right"/>
      </w:pPr>
      <w:r>
        <w:t>مائنڈ کے سوئچ تو آپ کے ہاتھ میں ہیں، جب چاہے مائنڈ کے سوئچ کو آف کر دیجئے،</w:t>
      </w:r>
    </w:p>
    <w:p>
      <w:r>
        <w:rPr>
          <w:b/>
        </w:rPr>
        <w:t xml:space="preserve">[48:28] </w:t>
      </w:r>
      <w:r>
        <w:t>jab chahe on kar dijiye.</w:t>
      </w:r>
    </w:p>
    <w:p>
      <w:pPr>
        <w:jc w:val="right"/>
      </w:pPr>
      <w:r>
        <w:t>جب چاہے آن کر دیجئے۔</w:t>
      </w:r>
    </w:p>
    <w:p>
      <w:r>
        <w:rPr>
          <w:b/>
        </w:rPr>
        <w:t xml:space="preserve">[48:30] </w:t>
      </w:r>
      <w:r>
        <w:t>har complaint mind mein hoti hai, har complaint, har protest mind mein hota hai.</w:t>
      </w:r>
    </w:p>
    <w:p>
      <w:pPr>
        <w:jc w:val="right"/>
      </w:pPr>
      <w:r>
        <w:t>ہر کمپلینٹ مائنڈ میں ہوتی ہے، ہر کمپلینٹ، ہر پروٹیسٹ مائنڈ میں ہوتا ہے۔</w:t>
      </w:r>
    </w:p>
    <w:p>
      <w:r>
        <w:rPr>
          <w:b/>
        </w:rPr>
        <w:t xml:space="preserve">[48:36] </w:t>
      </w:r>
      <w:r>
        <w:t>to mind ke andar jo switch hai, is ko off kar dijiye, bas baat khatm.</w:t>
      </w:r>
    </w:p>
    <w:p>
      <w:pPr>
        <w:jc w:val="right"/>
      </w:pPr>
      <w:r>
        <w:t>تو مائنڈ کے اندر جو سوئچ ہے، اس کو آف کر دیجئے، بس بات ختم۔</w:t>
      </w:r>
    </w:p>
    <w:p>
      <w:r>
        <w:rPr>
          <w:b/>
        </w:rPr>
        <w:t xml:space="preserve">[48:42] </w:t>
      </w:r>
      <w:r>
        <w:t>hum to yahi karte hain.</w:t>
      </w:r>
    </w:p>
    <w:p>
      <w:pPr>
        <w:jc w:val="right"/>
      </w:pPr>
      <w:r>
        <w:t>ہم تو یہی کرتے ہیں۔</w:t>
      </w:r>
    </w:p>
    <w:p>
      <w:r>
        <w:rPr>
          <w:b/>
        </w:rPr>
        <w:t xml:space="preserve">[48:44] </w:t>
      </w:r>
      <w:r>
        <w:t>maulana, agla sawal dilli se kiya hai javed ahmad beg sahab ne, aur unhon ne likha hai ke:</w:t>
      </w:r>
    </w:p>
    <w:p>
      <w:pPr>
        <w:jc w:val="right"/>
      </w:pPr>
      <w:r>
        <w:t>مولانا، اگلا سوال دلی سے کیا ہے جاوید احمد بیگ صاحب نے، اور انہوں نے لکھا ہے کہ:</w:t>
      </w:r>
    </w:p>
    <w:p>
      <w:r>
        <w:rPr>
          <w:b/>
        </w:rPr>
        <w:t xml:space="preserve">[48:52] </w:t>
      </w:r>
      <w:r>
        <w:t>I am a Kashmiri young man, and I have been following you religiously from past many years.</w:t>
      </w:r>
    </w:p>
    <w:p>
      <w:pPr>
        <w:jc w:val="right"/>
      </w:pPr>
      <w:r>
        <w:t>"آئی ایم اے کشمیری ینگ مین، اینڈ آئی ہیو بین فالونگ یو ریلیجیسلی فرام پاسٹ مینی ایئرز۔</w:t>
      </w:r>
    </w:p>
    <w:p>
      <w:r>
        <w:rPr>
          <w:b/>
        </w:rPr>
        <w:t xml:space="preserve">[48:59] </w:t>
      </w:r>
      <w:r>
        <w:t>i am a shia, but with new thinking.</w:t>
      </w:r>
    </w:p>
    <w:p>
      <w:pPr>
        <w:jc w:val="right"/>
      </w:pPr>
      <w:r>
        <w:t>آئی ایم اے شیعہ، بٹ ود نیو تھنکنگ۔</w:t>
      </w:r>
    </w:p>
    <w:p>
      <w:r>
        <w:rPr>
          <w:b/>
        </w:rPr>
        <w:t xml:space="preserve">[49:03] </w:t>
      </w:r>
      <w:r>
        <w:t>what would be the solution to the kashmir problem?" maulana sahab, please say something on this.</w:t>
      </w:r>
    </w:p>
    <w:p>
      <w:pPr>
        <w:jc w:val="right"/>
      </w:pPr>
      <w:r>
        <w:t>واٹ وڈ بی دا سلوشن ٹو دا کشمیر پرابلم؟" مولانا صاحب، پلیز سی سمتھنگ آن دس۔</w:t>
      </w:r>
    </w:p>
    <w:p>
      <w:r>
        <w:rPr>
          <w:b/>
        </w:rPr>
        <w:t xml:space="preserve">[49:10] </w:t>
      </w:r>
      <w:r>
        <w:t>bhai, is par likh chuke hain kai kitaben, woh un ko aap parhiye, aap english mein bhi hain,</w:t>
      </w:r>
    </w:p>
    <w:p>
      <w:pPr>
        <w:jc w:val="right"/>
      </w:pPr>
      <w:r>
        <w:t>بھئی، اس پر لکھ چکے ہیں کئی کتابیں، وہ ان کو آپ پڑھیے، آپ انگلش میں بھی ہیں،</w:t>
      </w:r>
    </w:p>
    <w:p>
      <w:r>
        <w:rPr>
          <w:b/>
        </w:rPr>
        <w:t xml:space="preserve">[49:17] </w:t>
      </w:r>
      <w:r>
        <w:t>urdu mein bhi hain.</w:t>
      </w:r>
    </w:p>
    <w:p>
      <w:pPr>
        <w:jc w:val="right"/>
      </w:pPr>
      <w:r>
        <w:t>اردو میں بھی ہیں۔</w:t>
      </w:r>
    </w:p>
    <w:p>
      <w:r>
        <w:rPr>
          <w:b/>
        </w:rPr>
        <w:t xml:space="preserve">[49:19] </w:t>
      </w:r>
      <w:r>
        <w:t>misal ke taur par "dawn aur kashmir" ek ek kitab hai, is ko aap parhiye.</w:t>
      </w:r>
    </w:p>
    <w:p>
      <w:pPr>
        <w:jc w:val="right"/>
      </w:pPr>
      <w:r>
        <w:t>مثلاً "ڈان اور کشمیر" ایک ایک کتاب ہے، اس کو آپ پڑھیے۔</w:t>
      </w:r>
    </w:p>
    <w:p>
      <w:r>
        <w:rPr>
          <w:b/>
        </w:rPr>
        <w:t xml:space="preserve">[49:24] </w:t>
      </w:r>
      <w:r>
        <w:t>"kashmir mein aman" ek kitab hai, is ko parhiye.</w:t>
      </w:r>
    </w:p>
    <w:p>
      <w:pPr>
        <w:jc w:val="right"/>
      </w:pPr>
      <w:r>
        <w:t>"کشمیر میں امن" ایک کتاب ہے، اس کو پڑھیے۔</w:t>
      </w:r>
    </w:p>
    <w:p>
      <w:r>
        <w:rPr>
          <w:b/>
        </w:rPr>
        <w:t xml:space="preserve">[49:28] </w:t>
      </w:r>
      <w:r>
        <w:t>to sari baaten, bhai, likh chuka hoon.</w:t>
      </w:r>
    </w:p>
    <w:p>
      <w:pPr>
        <w:jc w:val="right"/>
      </w:pPr>
      <w:r>
        <w:t>تو ساری باتیں، بھائی، لکھ چکا ہوں۔</w:t>
      </w:r>
    </w:p>
    <w:p>
      <w:r>
        <w:rPr>
          <w:b/>
        </w:rPr>
        <w:t xml:space="preserve">[49:31] </w:t>
      </w:r>
      <w:r>
        <w:t>ji, sari baaten, kai kitaben hain, sirf kashmiri par hain.</w:t>
      </w:r>
    </w:p>
    <w:p>
      <w:pPr>
        <w:jc w:val="right"/>
      </w:pPr>
      <w:r>
        <w:t>جی، ساری باتیں، کئی کتابیں ہیں، صرف کشمیری پر ہیں۔</w:t>
      </w:r>
    </w:p>
    <w:p>
      <w:r>
        <w:rPr>
          <w:b/>
        </w:rPr>
        <w:t xml:space="preserve">[49:35] </w:t>
      </w:r>
      <w:r>
        <w:t>ji, is ko aap parhiye.</w:t>
      </w:r>
    </w:p>
    <w:p>
      <w:pPr>
        <w:jc w:val="right"/>
      </w:pPr>
      <w:r>
        <w:t>جی، اس کو آپ پڑھیے۔</w:t>
      </w:r>
    </w:p>
    <w:p>
      <w:r>
        <w:rPr>
          <w:b/>
        </w:rPr>
        <w:t xml:space="preserve">[49:37] </w:t>
      </w:r>
      <w:r>
        <w:t>maulana, kuch aur comments parhna chahenge.</w:t>
      </w:r>
    </w:p>
    <w:p>
      <w:pPr>
        <w:jc w:val="right"/>
      </w:pPr>
      <w:r>
        <w:t>مولانا، کچھ اور کمنٹس پڑھنا چاہیں گے۔</w:t>
      </w:r>
    </w:p>
    <w:p>
      <w:r>
        <w:rPr>
          <w:b/>
        </w:rPr>
        <w:t xml:space="preserve">[49:40] </w:t>
      </w:r>
      <w:r>
        <w:t>agle do comments kashmir se aaye hain.</w:t>
      </w:r>
    </w:p>
    <w:p>
      <w:pPr>
        <w:jc w:val="right"/>
      </w:pPr>
      <w:r>
        <w:t>اگلے دو کمنٹس کشمیر سے آئے ہیں۔</w:t>
      </w:r>
    </w:p>
    <w:p>
      <w:r>
        <w:rPr>
          <w:b/>
        </w:rPr>
        <w:t xml:space="preserve">[49:43] </w:t>
      </w:r>
      <w:r>
        <w:t>پہلا کمنٹ کشمیر سے ہے مس قروتلین کا، انہوں نے لکھا ہے: "The only hope for the entire</w:t>
      </w:r>
    </w:p>
    <w:p>
      <w:pPr>
        <w:jc w:val="right"/>
      </w:pPr>
      <w:r>
        <w:t>پہلا کمنٹ کشمیر سے ہے مس قروتلین کا، انہوں نے لکھا ہے: "دا آنلی ہوپ فار دی انٹائر</w:t>
      </w:r>
    </w:p>
    <w:p>
      <w:r>
        <w:rPr>
          <w:b/>
        </w:rPr>
        <w:t xml:space="preserve">[49:51] </w:t>
      </w:r>
      <w:r>
        <w:t>world in general, and in particular for muslims world, is maulana teachings and interpretations of quran." agla comment</w:t>
      </w:r>
    </w:p>
    <w:p>
      <w:pPr>
        <w:jc w:val="right"/>
      </w:pPr>
      <w:r>
        <w:t>ورلڈ ان جنرل، اینڈ ان پرٹیکولر فار مسلمز ورلڈ، از مولانا ٹیچنگز اینڈ انٹرپریٹیشنز آف قرآن۔" اگلا کمنٹ</w:t>
      </w:r>
    </w:p>
    <w:p>
      <w:r>
        <w:rPr>
          <w:b/>
        </w:rPr>
        <w:t xml:space="preserve">[49:59] </w:t>
      </w:r>
      <w:r>
        <w:t>کشمیر سے بھیجا ہے مسٹر عامر موری صاحب نے، اور انہوں نے لکھا ہے: "Today's lecture was an</w:t>
      </w:r>
    </w:p>
    <w:p>
      <w:pPr>
        <w:jc w:val="right"/>
      </w:pPr>
      <w:r>
        <w:t>کشمیر سے بھیجا ہے مسٹر عامر موری صاحب نے، اور انہوں نے لکھا ہے: "ٹوڈے لیکچر واز این</w:t>
      </w:r>
    </w:p>
    <w:p>
      <w:r>
        <w:rPr>
          <w:b/>
        </w:rPr>
        <w:t xml:space="preserve">[50:07] </w:t>
      </w:r>
      <w:r>
        <w:t>eye opener for all Kashmiris, including me.</w:t>
      </w:r>
    </w:p>
    <w:p>
      <w:pPr>
        <w:jc w:val="right"/>
      </w:pPr>
      <w:r>
        <w:t>آئی اوپنر فار آل کشمیریز، انکلوڈنگ می۔</w:t>
      </w:r>
    </w:p>
    <w:p>
      <w:r>
        <w:rPr>
          <w:b/>
        </w:rPr>
        <w:t xml:space="preserve">[50:10] </w:t>
      </w:r>
      <w:r>
        <w:t>i think da revival of da prophetic sunnah, wich is based on replanning and da'wah, can be</w:t>
      </w:r>
    </w:p>
    <w:p>
      <w:pPr>
        <w:jc w:val="right"/>
      </w:pPr>
      <w:r>
        <w:t>آئی تھنک دا ریوائیول آف دا پروفٹک سنہ، وچ از بیسڈ آن ری پلاننگ اینڈ دعویٰ، کین بی</w:t>
      </w:r>
    </w:p>
    <w:p>
      <w:r>
        <w:rPr>
          <w:b/>
        </w:rPr>
        <w:t xml:space="preserve">[50:17] </w:t>
      </w:r>
      <w:r>
        <w:t>best examplified by kashmir, as the kashmir has many opportunities for doing global da'wah work. " agla comment bangalore</w:t>
      </w:r>
    </w:p>
    <w:p>
      <w:pPr>
        <w:jc w:val="right"/>
      </w:pPr>
      <w:r>
        <w:t>بیسٹ ایگزیمپلیفائیڈ بائی کشمیر، ایز دی کشمیر ہیز مینی اپرچونیٹیز فار ڈوئنگ گلوبل دعویٰ ورک۔" اگلا کمنٹ بینگلور</w:t>
      </w:r>
    </w:p>
    <w:p>
      <w:r>
        <w:rPr>
          <w:b/>
        </w:rPr>
        <w:t xml:space="preserve">[50:25] </w:t>
      </w:r>
      <w:r>
        <w:t>سے بھیجا ہے فیصل سلیم صاحب نے، اور انہوں نے لکھا ہے: "really got a point from the</w:t>
      </w:r>
    </w:p>
    <w:p>
      <w:pPr>
        <w:jc w:val="right"/>
      </w:pPr>
      <w:r>
        <w:t>سے بھیجا ہے فیصل سلیم صاحب نے، اور انہوں نے لکھا ہے: "ریلی گاٹ اے پوائنٹ فرام دا</w:t>
      </w:r>
    </w:p>
    <w:p>
      <w:r>
        <w:rPr>
          <w:b/>
        </w:rPr>
        <w:t xml:space="preserve">[50:33] </w:t>
      </w:r>
      <w:r>
        <w:t>lesson that we need to ignore the community problems and avail global opportunities. " maulana yaqoob umri ne dilli</w:t>
      </w:r>
    </w:p>
    <w:p>
      <w:pPr>
        <w:jc w:val="right"/>
      </w:pPr>
      <w:r>
        <w:t>لیسن دیٹ وی نیڈ ٹو اگنور دا کمیونٹی پرابلمز اینڈ اویل گلوبل اپرچونیٹیز۔" مولانا یعقوب عمری نے دلی</w:t>
      </w:r>
    </w:p>
    <w:p>
      <w:r>
        <w:rPr>
          <w:b/>
        </w:rPr>
        <w:t xml:space="preserve">[50:40] </w:t>
      </w:r>
      <w:r>
        <w:t>سے کمنٹ بھیجا ہے: "مولانا صاحب، today's lectures just is to plan according to the global opportunities available,</w:t>
      </w:r>
    </w:p>
    <w:p>
      <w:pPr>
        <w:jc w:val="right"/>
      </w:pPr>
      <w:r>
        <w:t>سے کمنٹ بھیجا ہے: "مولانا صاحب، ٹوڈے لیکچرز جسٹ از ٹو پلان اکارڈنگ ٹو دا گلوبل اپرچونیٹیز اویلیبل،</w:t>
      </w:r>
    </w:p>
    <w:p>
      <w:r>
        <w:rPr>
          <w:b/>
        </w:rPr>
        <w:t xml:space="preserve">[50:48] </w:t>
      </w:r>
      <w:r>
        <w:t>and not according to the grievances of victimised community.</w:t>
      </w:r>
    </w:p>
    <w:p>
      <w:pPr>
        <w:jc w:val="right"/>
      </w:pPr>
      <w:r>
        <w:t>اینڈ ناٹ اکارڈنگ ٹو دا گریونسز آف وکٹمائزڈ کمیونٹی۔</w:t>
      </w:r>
    </w:p>
    <w:p>
      <w:r>
        <w:rPr>
          <w:b/>
        </w:rPr>
        <w:t xml:space="preserve">[50:52] </w:t>
      </w:r>
      <w:r>
        <w:t>this is so true, maulana sahib, jazak allah. " maulana, agla sawal ah fraz khan sahib ne kiya hai</w:t>
      </w:r>
    </w:p>
    <w:p>
      <w:pPr>
        <w:jc w:val="right"/>
      </w:pPr>
      <w:r>
        <w:t>دس از سو ٹرو، مولانا صاحب، جزاک اللہ۔" مولانا، اگلا سوال آہ فراز خان صاحب نے کیا ہے</w:t>
      </w:r>
    </w:p>
    <w:p>
      <w:r>
        <w:rPr>
          <w:b/>
        </w:rPr>
        <w:t xml:space="preserve">[51:00] </w:t>
      </w:r>
      <w:r>
        <w:t>دلی سے، اور انہوں نے لکھا ہے: "مولانا، Muslims generally believe that Islam came to re-establish Haq,</w:t>
      </w:r>
    </w:p>
    <w:p>
      <w:pPr>
        <w:jc w:val="right"/>
      </w:pPr>
      <w:r>
        <w:t>دلی سے، اور انہوں نے لکھا ہے: "مولانا، مسلمز جنرلی بیلیو دیٹ اسلام کیم ٹو ری اسٹیبلش حق،</w:t>
      </w:r>
    </w:p>
    <w:p>
      <w:r>
        <w:rPr>
          <w:b/>
        </w:rPr>
        <w:t xml:space="preserve">[51:07] </w:t>
      </w:r>
      <w:r>
        <w:t>And Prophet strived hard to establish Haq to get his rights.</w:t>
      </w:r>
    </w:p>
    <w:p>
      <w:pPr>
        <w:jc w:val="right"/>
      </w:pPr>
      <w:r>
        <w:t>اینڈ پرافٹ سٹرائیوڈ ہارڈ ٹو اسٹیبلش حق ٹو گیٹ ہز رائٹس۔</w:t>
      </w:r>
    </w:p>
    <w:p>
      <w:r>
        <w:rPr>
          <w:b/>
        </w:rPr>
        <w:t xml:space="preserve">[51:12] </w:t>
      </w:r>
      <w:r>
        <w:t>They even quote Allama Iqbal that Islam zinda hota hai har Karbala ke baad.</w:t>
      </w:r>
    </w:p>
    <w:p>
      <w:pPr>
        <w:jc w:val="right"/>
      </w:pPr>
      <w:r>
        <w:t>دے ایون کوٹ علامہ اقبال دیٹ اسلام زندہ ہوتا ہے ہر کربلا کے بعد۔</w:t>
      </w:r>
    </w:p>
    <w:p>
      <w:r>
        <w:rPr>
          <w:b/>
        </w:rPr>
        <w:t xml:space="preserve">[51:18] </w:t>
      </w:r>
      <w:r>
        <w:t>They also think that if we do not stand to claim our rights, then we would be</w:t>
      </w:r>
    </w:p>
    <w:p>
      <w:pPr>
        <w:jc w:val="right"/>
      </w:pPr>
      <w:r>
        <w:t>دے آل سو تھنک دیٹ اف وی ڈو ناٹ سٹینڈ ٹو کلیم آر رائٹس، دین وی وڈ بی</w:t>
      </w:r>
    </w:p>
    <w:p>
      <w:r>
        <w:rPr>
          <w:b/>
        </w:rPr>
        <w:t xml:space="preserve">[51:26] </w:t>
      </w:r>
      <w:r>
        <w:t>pushed back to oblivion.</w:t>
      </w:r>
    </w:p>
    <w:p>
      <w:pPr>
        <w:jc w:val="right"/>
      </w:pPr>
      <w:r>
        <w:t>پشڈ بیک ٹو اوبلیوین۔</w:t>
      </w:r>
    </w:p>
    <w:p>
      <w:r>
        <w:rPr>
          <w:b/>
        </w:rPr>
        <w:t xml:space="preserve">[51:28] </w:t>
      </w:r>
      <w:r>
        <w:t>مولانا، how can we address such mindsets? سب سے بڑی ضرورت یہ ہے کہ اقبال کو quote</w:t>
      </w:r>
    </w:p>
    <w:p>
      <w:pPr>
        <w:jc w:val="right"/>
      </w:pPr>
      <w:r>
        <w:t>مولانا، ہاؤ کین وی ایڈریس سچ مائنڈ سیٹس؟" سب سے بڑی ضرورت یہ ہے کہ اقبال کو کوٹ</w:t>
      </w:r>
    </w:p>
    <w:p>
      <w:r>
        <w:rPr>
          <w:b/>
        </w:rPr>
        <w:t xml:space="preserve">[51:35] </w:t>
      </w:r>
      <w:r>
        <w:t>karna choriye.</w:t>
      </w:r>
    </w:p>
    <w:p>
      <w:pPr>
        <w:jc w:val="right"/>
      </w:pPr>
      <w:r>
        <w:t>کرنا چھوڑیے۔</w:t>
      </w:r>
    </w:p>
    <w:p>
      <w:r>
        <w:rPr>
          <w:b/>
        </w:rPr>
        <w:t xml:space="preserve">[51:37] </w:t>
      </w:r>
      <w:r>
        <w:t>iqbal koi hamare liye koi authority nahi hai.</w:t>
      </w:r>
    </w:p>
    <w:p>
      <w:pPr>
        <w:jc w:val="right"/>
      </w:pPr>
      <w:r>
        <w:t>اقبال کوئی ہمارے لیے کوئی اتھارٹی نہیں ہے۔</w:t>
      </w:r>
    </w:p>
    <w:p>
      <w:r>
        <w:rPr>
          <w:b/>
        </w:rPr>
        <w:t xml:space="preserve">[51:40] </w:t>
      </w:r>
      <w:r>
        <w:t>quran ko quote kijiye, hadith ko quote kijiye.</w:t>
      </w:r>
    </w:p>
    <w:p>
      <w:pPr>
        <w:jc w:val="right"/>
      </w:pPr>
      <w:r>
        <w:t>قرآن کو کوٹ کیجئے، حدیث کو کوٹ کیجئے۔</w:t>
      </w:r>
    </w:p>
    <w:p>
      <w:r>
        <w:rPr>
          <w:b/>
        </w:rPr>
        <w:t xml:space="preserve">[51:44] </w:t>
      </w:r>
      <w:r>
        <w:t>تو حق کو establish کرنا ہمارا کام ہے۔</w:t>
      </w:r>
    </w:p>
    <w:p>
      <w:pPr>
        <w:jc w:val="right"/>
      </w:pPr>
      <w:r>
        <w:t>تو حق کو اسٹیبلش کرنا ہمارا کام ہے۔</w:t>
      </w:r>
    </w:p>
    <w:p>
      <w:r>
        <w:rPr>
          <w:b/>
        </w:rPr>
        <w:t xml:space="preserve">[51:47] </w:t>
      </w:r>
      <w:r>
        <w:t>yeh kai na quran mein likha hai, na hadith mein likha hai.</w:t>
      </w:r>
    </w:p>
    <w:p>
      <w:pPr>
        <w:jc w:val="right"/>
      </w:pPr>
      <w:r>
        <w:t>یہ کئی نہ قرآن میں لکھا ہے، نہ حدیث میں لکھا ہے۔</w:t>
      </w:r>
    </w:p>
    <w:p>
      <w:r>
        <w:rPr>
          <w:b/>
        </w:rPr>
        <w:t xml:space="preserve">[51:52] </w:t>
      </w:r>
      <w:r>
        <w:t>iqbal ka likha hai to iqbal koi authority nahi hai.</w:t>
      </w:r>
    </w:p>
    <w:p>
      <w:pPr>
        <w:jc w:val="right"/>
      </w:pPr>
      <w:r>
        <w:t>اقبال کا لکھا ہے تو اقبال کوئی اتھارٹی نہیں ہے۔</w:t>
      </w:r>
    </w:p>
    <w:p>
      <w:r>
        <w:rPr>
          <w:b/>
        </w:rPr>
        <w:t xml:space="preserve">[51:56] </w:t>
      </w:r>
      <w:r>
        <w:t>sab se pehla kaam hai ke iqbal ko choriye, quran ko lijiye, quran ko le kar sochiye.</w:t>
      </w:r>
    </w:p>
    <w:p>
      <w:pPr>
        <w:jc w:val="right"/>
      </w:pPr>
      <w:r>
        <w:t>سب سے پہلا کام ہے کہ اقبال کو چھوڑیے، قرآن کو لیجئے، قرآن کو لے کر سوچیے۔</w:t>
      </w:r>
    </w:p>
    <w:p>
      <w:r>
        <w:rPr>
          <w:b/>
        </w:rPr>
        <w:t xml:space="preserve">[52:04] </w:t>
      </w:r>
      <w:r>
        <w:t>aur dusri baat ye hai ke Quran mein jo haq ki baat hai, woh follow karne ke maani</w:t>
      </w:r>
    </w:p>
    <w:p>
      <w:pPr>
        <w:jc w:val="right"/>
      </w:pPr>
      <w:r>
        <w:t>اور دوسری بات یہ ہے کہ قرآن میں جو حق کی بات ہے، وہ فالو کرنے کے معنی</w:t>
      </w:r>
    </w:p>
    <w:p>
      <w:r>
        <w:rPr>
          <w:b/>
        </w:rPr>
        <w:t xml:space="preserve">[52:11] </w:t>
      </w:r>
      <w:r>
        <w:t>ہیں، implement کرنے کے معنی نہیں ہیں۔</w:t>
      </w:r>
    </w:p>
    <w:p>
      <w:pPr>
        <w:jc w:val="right"/>
      </w:pPr>
      <w:r>
        <w:t>ہیں، امپلیمنٹ کرنے کے معنی نہیں ہیں۔</w:t>
      </w:r>
    </w:p>
    <w:p>
      <w:r>
        <w:rPr>
          <w:b/>
        </w:rPr>
        <w:t xml:space="preserve">[52:14] </w:t>
      </w:r>
      <w:r>
        <w:t>حق یا عدل یا قسط کی بات جہاں قرآن میں ہے، وہ follow کرو، follow کرو، follow کرو۔</w:t>
      </w:r>
    </w:p>
    <w:p>
      <w:pPr>
        <w:jc w:val="right"/>
      </w:pPr>
      <w:r>
        <w:t>حق یا عدل یا قسط کی بات جہاں قرآن میں ہے، وہ فالو کرو، فالو کرو، فالو کرو۔</w:t>
      </w:r>
    </w:p>
    <w:p>
      <w:r>
        <w:rPr>
          <w:b/>
        </w:rPr>
        <w:t xml:space="preserve">[52:22] </w:t>
      </w:r>
      <w:r>
        <w:t>یہ نہیں کہ اس کو implement کرو، enforce کرو، یہ ہے ہی نہیں جو اقبال نے بنا رکھا</w:t>
      </w:r>
    </w:p>
    <w:p>
      <w:pPr>
        <w:jc w:val="right"/>
      </w:pPr>
      <w:r>
        <w:t>یہ نہیں کہ اس کو امپلیمنٹ کرو، انفورس کرو، یہ ہے ہی نہیں جو اقبال نے بنا رکھا</w:t>
      </w:r>
    </w:p>
    <w:p>
      <w:r>
        <w:rPr>
          <w:b/>
        </w:rPr>
        <w:t xml:space="preserve">[52:30] </w:t>
      </w:r>
      <w:r>
        <w:t>ہے، اقبال کے followers نے بنا رکھا ہے۔</w:t>
      </w:r>
    </w:p>
    <w:p>
      <w:pPr>
        <w:jc w:val="right"/>
      </w:pPr>
      <w:r>
        <w:t>ہے، اقبال کے فالوورز نے بنا رکھا ہے۔</w:t>
      </w:r>
    </w:p>
    <w:p>
      <w:r>
        <w:rPr>
          <w:b/>
        </w:rPr>
        <w:t xml:space="preserve">[52:33] </w:t>
      </w:r>
      <w:r>
        <w:t>اقبال تو deviation کا کیس ہے، falling کا کیس نہیں ہے۔</w:t>
      </w:r>
    </w:p>
    <w:p>
      <w:pPr>
        <w:jc w:val="right"/>
      </w:pPr>
      <w:r>
        <w:t>اقبال تو ڈیوی ایشن کا کیس ہے، فالونگ کا کیس نہیں ہے۔</w:t>
      </w:r>
    </w:p>
    <w:p>
      <w:r>
        <w:rPr>
          <w:b/>
        </w:rPr>
        <w:t xml:space="preserve">[52:38] </w:t>
      </w:r>
      <w:r>
        <w:t>مولانا، اگلا سوال بھیجا ہے آہ USA سے آہ ڈاکٹر وقار عالم صاحب نے، انہوں نے</w:t>
      </w:r>
    </w:p>
    <w:p>
      <w:pPr>
        <w:jc w:val="right"/>
      </w:pPr>
      <w:r>
        <w:t>مولانا، اگلا سوال بھیجا ہے آہ یو ایس اے سے آہ ڈاکٹر وقار عالم صاحب نے، انہوں نے</w:t>
      </w:r>
    </w:p>
    <w:p>
      <w:r>
        <w:rPr>
          <w:b/>
        </w:rPr>
        <w:t xml:space="preserve">[52:46] </w:t>
      </w:r>
      <w:r>
        <w:t>لکھا ہے: "مولانا، the missing link of this world is Quran۔</w:t>
      </w:r>
    </w:p>
    <w:p>
      <w:pPr>
        <w:jc w:val="right"/>
      </w:pPr>
      <w:r>
        <w:t>لکھا ہے: "مولانا، دا مسنگ لنک آف دس ورلڈ از قرآن۔</w:t>
      </w:r>
    </w:p>
    <w:p>
      <w:r>
        <w:rPr>
          <w:b/>
        </w:rPr>
        <w:t xml:space="preserve">[52:51] </w:t>
      </w:r>
      <w:r>
        <w:t>مولانا صاحب، please ask RCPS team to prepare themselves to fulfill the requirement of</w:t>
      </w:r>
    </w:p>
    <w:p>
      <w:pPr>
        <w:jc w:val="right"/>
      </w:pPr>
      <w:r>
        <w:t>مولانا صاحب، پلیز اسک آر سی پی ایس ٹیم ٹو پریپیئر دیم سیلفس ٹو فلفل دی ریکوائرمنٹ آف</w:t>
      </w:r>
    </w:p>
    <w:p>
      <w:r>
        <w:rPr>
          <w:b/>
        </w:rPr>
        <w:t xml:space="preserve">[52:59] </w:t>
      </w:r>
      <w:r>
        <w:t>this phase.</w:t>
      </w:r>
    </w:p>
    <w:p>
      <w:pPr>
        <w:jc w:val="right"/>
      </w:pPr>
      <w:r>
        <w:t>دس فیز۔</w:t>
      </w:r>
    </w:p>
    <w:p>
      <w:r>
        <w:rPr>
          <w:b/>
        </w:rPr>
        <w:t xml:space="preserve">[53:00] </w:t>
      </w:r>
      <w:r>
        <w:t>We are the only one who can do this job in coming days.</w:t>
      </w:r>
    </w:p>
    <w:p>
      <w:pPr>
        <w:jc w:val="right"/>
      </w:pPr>
      <w:r>
        <w:t>وی آر دا آنلی ون ہو کین ڈو دس جاب ان کمنگ ڈیز۔</w:t>
      </w:r>
    </w:p>
    <w:p>
      <w:r>
        <w:rPr>
          <w:b/>
        </w:rPr>
        <w:t xml:space="preserve">[53:06] </w:t>
      </w:r>
      <w:r>
        <w:t>Please give us an advice in one sentence so that we can keep reminding ourselves to do</w:t>
      </w:r>
    </w:p>
    <w:p>
      <w:pPr>
        <w:jc w:val="right"/>
      </w:pPr>
      <w:r>
        <w:t>پلیز گیو اس این ایڈوائز ان ون سینٹنس سو دیٹ وی کین کیپ ریمائنڈنگ اس سیلفس ٹو ڈو</w:t>
      </w:r>
    </w:p>
    <w:p>
      <w:r>
        <w:rPr>
          <w:b/>
        </w:rPr>
        <w:t xml:space="preserve">[53:13] </w:t>
      </w:r>
      <w:r>
        <w:t>this job. " ek sentence bhi hai ke is kaam mein lag jaiye aur dua kijiye.</w:t>
      </w:r>
    </w:p>
    <w:p>
      <w:pPr>
        <w:jc w:val="right"/>
      </w:pPr>
      <w:r>
        <w:t>دس جاب۔" ایک سینٹنس بھی ہے کہ اس کام میں لگ جائیے اور دعا کیجئے۔</w:t>
      </w:r>
    </w:p>
    <w:p>
      <w:r>
        <w:rPr>
          <w:b/>
        </w:rPr>
        <w:t xml:space="preserve">[53:20] </w:t>
      </w:r>
      <w:r>
        <w:t>dua kijiye.</w:t>
      </w:r>
    </w:p>
    <w:p>
      <w:pPr>
        <w:jc w:val="right"/>
      </w:pPr>
      <w:r>
        <w:t>دعا کیجئے۔</w:t>
      </w:r>
    </w:p>
    <w:p>
      <w:r>
        <w:rPr>
          <w:b/>
        </w:rPr>
        <w:t xml:space="preserve">[53:21] </w:t>
      </w:r>
      <w:r>
        <w:t>yeh jo kaam hai, is mein lag jaiye aur dua kijiye, dua kijiye, dua kijiye, bas.</w:t>
      </w:r>
    </w:p>
    <w:p>
      <w:pPr>
        <w:jc w:val="right"/>
      </w:pPr>
      <w:r>
        <w:t>یہ جو کام ہے، اس میں لگ جائیے اور دعا کیجئے، دعا کیجئے، دعا کیجئے، بس۔</w:t>
      </w:r>
    </w:p>
    <w:p>
      <w:r>
        <w:rPr>
          <w:b/>
        </w:rPr>
        <w:t xml:space="preserve">[53:28] </w:t>
      </w:r>
      <w:r>
        <w:t>maulana, agla sawal kiya hai firoz khan ne lucknow se, unho ne likha hai: "maulana, you said we</w:t>
      </w:r>
    </w:p>
    <w:p>
      <w:pPr>
        <w:jc w:val="right"/>
      </w:pPr>
      <w:r>
        <w:t>مولانا، اگلا سوال کیا ہے فیروز خان نے لکھنو سے، انہوں نے لکھا ہے: "مولانا، یو سیڈ وی</w:t>
      </w:r>
    </w:p>
    <w:p>
      <w:r>
        <w:rPr>
          <w:b/>
        </w:rPr>
        <w:t xml:space="preserve">[53:36] </w:t>
      </w:r>
      <w:r>
        <w:t>should have a new beginning, but the problem is that these Muslim leaders will continue to misguide</w:t>
      </w:r>
    </w:p>
    <w:p>
      <w:pPr>
        <w:jc w:val="right"/>
      </w:pPr>
      <w:r>
        <w:t>شوڈ ہیو اے نیو بگننگ، بٹ دا پرابلم از دیٹ دیز مسلم لیڈرز ویل کنٹینیو ٹو مس گائیڈ</w:t>
      </w:r>
    </w:p>
    <w:p>
      <w:r>
        <w:rPr>
          <w:b/>
        </w:rPr>
        <w:t xml:space="preserve">[53:44] </w:t>
      </w:r>
      <w:r>
        <w:t>ummah in the name of islam.</w:t>
      </w:r>
    </w:p>
    <w:p>
      <w:pPr>
        <w:jc w:val="right"/>
      </w:pPr>
      <w:r>
        <w:t>امہ ان دا نیم آف اسلام۔</w:t>
      </w:r>
    </w:p>
    <w:p>
      <w:r>
        <w:rPr>
          <w:b/>
        </w:rPr>
        <w:t xml:space="preserve">[53:46] </w:t>
      </w:r>
      <w:r>
        <w:t>so unless they change, the new opportunities can not be availed.</w:t>
      </w:r>
    </w:p>
    <w:p>
      <w:pPr>
        <w:jc w:val="right"/>
      </w:pPr>
      <w:r>
        <w:t>سو انلیس دے چینج، دا نیو اپرچونیٹیز کین ناٹ بی اویلڈ۔</w:t>
      </w:r>
    </w:p>
    <w:p>
      <w:r>
        <w:rPr>
          <w:b/>
        </w:rPr>
        <w:t xml:space="preserve">[53:51] </w:t>
      </w:r>
      <w:r>
        <w:t>kindly advise that how can we change these so called muslim leaders? " dekhen, yeh koi problem nahi hai.</w:t>
      </w:r>
    </w:p>
    <w:p>
      <w:pPr>
        <w:jc w:val="right"/>
      </w:pPr>
      <w:r>
        <w:t>کائنڈلی ایڈوائز دیٹ ہاؤ کین وی چینج دیز سو کالڈ مسلم لیڈرز؟" دیکھیں، یہ کوئی پرابلم نہیں ہے۔</w:t>
      </w:r>
    </w:p>
    <w:p>
      <w:r>
        <w:rPr>
          <w:b/>
        </w:rPr>
        <w:t xml:space="preserve">[53:59] </w:t>
      </w:r>
      <w:r>
        <w:t>hamare leaderon se bohat hi bara ek leader hai iblis, woh sari duniya ko baqayda laga hua hai.</w:t>
      </w:r>
    </w:p>
    <w:p>
      <w:pPr>
        <w:jc w:val="right"/>
      </w:pPr>
      <w:r>
        <w:t>ہمارے لیڈروں سے بہت ہی بڑا ایک لیڈر ہے ابلیس، وہ ساری دنیا کو باقاعدہ لگا ہوا ہے۔</w:t>
      </w:r>
    </w:p>
    <w:p>
      <w:r>
        <w:rPr>
          <w:b/>
        </w:rPr>
        <w:t xml:space="preserve">[54:06] </w:t>
      </w:r>
      <w:r>
        <w:t>koi excuse nahi hai.</w:t>
      </w:r>
    </w:p>
    <w:p>
      <w:pPr>
        <w:jc w:val="right"/>
      </w:pPr>
      <w:r>
        <w:t>کوئی ایکسکیوز نہیں ہے۔</w:t>
      </w:r>
    </w:p>
    <w:p>
      <w:r>
        <w:rPr>
          <w:b/>
        </w:rPr>
        <w:t xml:space="preserve">[54:08] </w:t>
      </w:r>
      <w:r>
        <w:t>apni aql ko istemal kijiye.</w:t>
      </w:r>
    </w:p>
    <w:p>
      <w:pPr>
        <w:jc w:val="right"/>
      </w:pPr>
      <w:r>
        <w:t>اپنی عقل کو استعمال کیجئے۔</w:t>
      </w:r>
    </w:p>
    <w:p>
      <w:r>
        <w:rPr>
          <w:b/>
        </w:rPr>
        <w:t xml:space="preserve">[54:10] </w:t>
      </w:r>
      <w:r>
        <w:t>aap ke paas jo aql hai, woh sab sab bari cheez hai, us ko istemal kijiye.</w:t>
      </w:r>
    </w:p>
    <w:p>
      <w:pPr>
        <w:jc w:val="right"/>
      </w:pPr>
      <w:r>
        <w:t>آپ کے پاس جو عقل ہے، وہ سب سب بڑی چیز ہے، اس کو استعمال کیجئے۔</w:t>
      </w:r>
    </w:p>
    <w:p>
      <w:r>
        <w:rPr>
          <w:b/>
        </w:rPr>
        <w:t xml:space="preserve">[54:17] </w:t>
      </w:r>
      <w:r>
        <w:t>aap iblis ka koi excuse nahi bana sakte.</w:t>
      </w:r>
    </w:p>
    <w:p>
      <w:pPr>
        <w:jc w:val="right"/>
      </w:pPr>
      <w:r>
        <w:t>آپ ابلیس کا کوئی ایکسکیوز نہیں بنا سکتے۔</w:t>
      </w:r>
    </w:p>
    <w:p>
      <w:r>
        <w:rPr>
          <w:b/>
        </w:rPr>
        <w:t xml:space="preserve">[54:20] </w:t>
      </w:r>
      <w:r>
        <w:t>aap aise kisi leader ka excuse nahi bana sakte.</w:t>
      </w:r>
    </w:p>
    <w:p>
      <w:pPr>
        <w:jc w:val="right"/>
      </w:pPr>
      <w:r>
        <w:t>آپ ایسے کسی لیڈر کا ایکسکیوز نہیں بنا سکتے۔</w:t>
      </w:r>
    </w:p>
    <w:p>
      <w:r>
        <w:rPr>
          <w:b/>
        </w:rPr>
        <w:t xml:space="preserve">[54:24] </w:t>
      </w:r>
      <w:r>
        <w:t>aap apni aql ko istemal kijiye, bas.</w:t>
      </w:r>
    </w:p>
    <w:p>
      <w:pPr>
        <w:jc w:val="right"/>
      </w:pPr>
      <w:r>
        <w:t>آپ اپنی عقل کو استعمال کیجئے، بس۔</w:t>
      </w:r>
    </w:p>
    <w:p>
      <w:r>
        <w:rPr>
          <w:b/>
        </w:rPr>
        <w:t xml:space="preserve">[54:27] </w:t>
      </w:r>
      <w:r>
        <w:t>میرا ماننا ہے کہ if you are good excuse, don't use it.</w:t>
      </w:r>
    </w:p>
    <w:p>
      <w:pPr>
        <w:jc w:val="right"/>
      </w:pPr>
      <w:r>
        <w:t>میرا ماننا ہے کہ اف یو آر گڈ ایکسکیوز، ڈونٹ یوز اٹ۔</w:t>
      </w:r>
    </w:p>
    <w:p>
      <w:r>
        <w:rPr>
          <w:b/>
        </w:rPr>
        <w:t xml:space="preserve">[54:32] </w:t>
      </w:r>
      <w:r>
        <w:t>okay, so we will end the session.</w:t>
      </w:r>
    </w:p>
    <w:p>
      <w:pPr>
        <w:jc w:val="right"/>
      </w:pPr>
      <w:r>
        <w:t>اوکے، سو وی ویل اینڈ دی سیشن۔</w:t>
      </w:r>
    </w:p>
    <w:p>
      <w:r>
        <w:rPr>
          <w:b/>
        </w:rPr>
        <w:t xml:space="preserve">[54:35] </w:t>
      </w:r>
      <w:r>
        <w:t>Just a reminder again that the World Book Fair would be starting at Pragati Maidan, New Delhi, from</w:t>
      </w:r>
    </w:p>
    <w:p>
      <w:pPr>
        <w:jc w:val="right"/>
      </w:pPr>
      <w:r>
        <w:t>جسٹ اے ریمائنڈر اگین دیٹ دی ورلڈ بک فیئر وڈ بی سٹارٹنگ ایٹ پراگتی میدان، نیو دہلی، فرام</w:t>
      </w:r>
    </w:p>
    <w:p>
      <w:r>
        <w:rPr>
          <w:b/>
        </w:rPr>
        <w:t xml:space="preserve">[54:43] </w:t>
      </w:r>
      <w:r>
        <w:t>Seventh of January and we'll continue till fifteenth of January.</w:t>
      </w:r>
    </w:p>
    <w:p>
      <w:pPr>
        <w:jc w:val="right"/>
      </w:pPr>
      <w:r>
        <w:t>سیونتھ آف جنوری اینڈ ویل کنٹینیو ٹل ففٹینتھ آف جنوری۔</w:t>
      </w:r>
    </w:p>
    <w:p>
      <w:r>
        <w:rPr>
          <w:b/>
        </w:rPr>
        <w:t xml:space="preserve">[54:47] </w:t>
      </w:r>
      <w:r>
        <w:t>cps international and good word books have taken a stall in hall number eighteen.</w:t>
      </w:r>
    </w:p>
    <w:p>
      <w:pPr>
        <w:jc w:val="right"/>
      </w:pPr>
      <w:r>
        <w:t>سی پی ایس انٹرنیشنل اینڈ گڈ ورڈ بکس ہیو ٹیکن اے سٹال ان ہال نمبر ایٹین۔</w:t>
      </w:r>
    </w:p>
    <w:p>
      <w:r>
        <w:rPr>
          <w:b/>
        </w:rPr>
        <w:t xml:space="preserve">[54:54] </w:t>
      </w:r>
      <w:r>
        <w:t>the stall number is thirty one and thirty two.</w:t>
      </w:r>
    </w:p>
    <w:p>
      <w:pPr>
        <w:jc w:val="right"/>
      </w:pPr>
      <w:r>
        <w:t>دا سٹال نمبر از تھرٹی ون اینڈ تھرٹی ٹو۔</w:t>
      </w:r>
    </w:p>
    <w:p>
      <w:r>
        <w:rPr>
          <w:b/>
        </w:rPr>
        <w:t xml:space="preserve">[54:58] </w:t>
      </w:r>
      <w:r>
        <w:t>so we invite everyone to visit the good word stall and the cps stall.</w:t>
      </w:r>
    </w:p>
    <w:p>
      <w:pPr>
        <w:jc w:val="right"/>
      </w:pPr>
      <w:r>
        <w:t>سو وی انوائٹ ایوری ون ٹو وزٹ دا گڈ ورڈ سٹال اینڈ دا سی پی ایس سٹال۔</w:t>
      </w:r>
    </w:p>
    <w:p>
      <w:r>
        <w:rPr>
          <w:b/>
        </w:rPr>
        <w:t xml:space="preserve">[55:05] </w:t>
      </w:r>
      <w:r>
        <w:t>also, if you want to volunteer for the dawah service, then please write to us on info</w:t>
      </w:r>
    </w:p>
    <w:p>
      <w:pPr>
        <w:jc w:val="right"/>
      </w:pPr>
      <w:r>
        <w:t>آل سو، اف یو وانٹ ٹو والنٹیئر فار دی دعویٰ سروس، دین پلیز رائٹ ٹو اس ان انفو</w:t>
      </w:r>
    </w:p>
    <w:p>
      <w:r>
        <w:rPr>
          <w:b/>
        </w:rPr>
        <w:t xml:space="preserve">[55:13] </w:t>
      </w:r>
      <w:r>
        <w:t>at cps global.org.</w:t>
      </w:r>
    </w:p>
    <w:p>
      <w:pPr>
        <w:jc w:val="right"/>
      </w:pPr>
      <w:r>
        <w:t>ایٹ سی پی ایس گلوبل ڈاٹ او آر جی۔</w:t>
      </w:r>
    </w:p>
    <w:p>
      <w:r>
        <w:rPr>
          <w:b/>
        </w:rPr>
        <w:t xml:space="preserve">[55:17] </w:t>
      </w:r>
      <w:r>
        <w:t>daily field team to stay back for further discussion on the same.</w:t>
      </w:r>
    </w:p>
    <w:p>
      <w:pPr>
        <w:jc w:val="right"/>
      </w:pPr>
      <w:r>
        <w:t>ڈیلی فیلڈ ٹیم ٹو سٹے بیک فار فردر ڈسکشن ان دا سیم۔</w:t>
      </w:r>
    </w:p>
    <w:p>
      <w:r>
        <w:rPr>
          <w:b/>
        </w:rPr>
        <w:t xml:space="preserve">[55:22] </w:t>
      </w:r>
      <w:r>
        <w:t>thank you, we will be back next week same time.</w:t>
      </w:r>
    </w:p>
    <w:p>
      <w:pPr>
        <w:jc w:val="right"/>
      </w:pPr>
      <w:r>
        <w:t>تھینک یو، وی ویل بی بیک نیکسٹ ویک سیم ٹائم۔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