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Realization of God December 18, 2016 Maulana Wahiduddin Khan</w:t>
      </w:r>
    </w:p>
    <w:p>
      <w:r>
        <w:t>https://www.youtube.com/watch?v=LHKb2btTIT8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[00:21] </w:t>
      </w:r>
      <w:r>
        <w:t>wasalli allah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 ishrah 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[00:36] </w:t>
      </w:r>
      <w:r>
        <w:t>atharah december do hazar solah.</w:t>
      </w:r>
    </w:p>
    <w:p>
      <w:pPr>
        <w:jc w:val="right"/>
      </w:pPr>
      <w:r>
        <w:t>اٹھارہ دسمبر دو ہزار سولہ۔</w:t>
      </w:r>
    </w:p>
    <w:p>
      <w:r>
        <w:rPr>
          <w:b/>
        </w:rPr>
        <w:t xml:space="preserve">[00:44] </w:t>
      </w:r>
      <w:r>
        <w:t>aap jante hain ke yeh kaha jata hai ke tareekh ke saat ajayab hain.</w:t>
      </w:r>
    </w:p>
    <w:p>
      <w:pPr>
        <w:jc w:val="right"/>
      </w:pPr>
      <w:r>
        <w:t>آپ جانتے ہیں کہ یہ کہا جاتا ہے کہ تاریخ کے سات عجائب ہیں۔</w:t>
      </w:r>
    </w:p>
    <w:p>
      <w:r>
        <w:rPr>
          <w:b/>
        </w:rPr>
        <w:t xml:space="preserve">[00:51] </w:t>
      </w:r>
      <w:r>
        <w:t>لیکن میرے اسٹڈی نے مجھے بتایا کہ ایک super wonder ہے۔</w:t>
      </w:r>
    </w:p>
    <w:p>
      <w:pPr>
        <w:jc w:val="right"/>
      </w:pPr>
      <w:r>
        <w:t>لیکن میرے اسٹڈی نے مجھے بتایا کہ ایک سپر ونڈر ہے۔</w:t>
      </w:r>
    </w:p>
    <w:p>
      <w:r>
        <w:rPr>
          <w:b/>
        </w:rPr>
        <w:t xml:space="preserve">[00:59] </w:t>
      </w:r>
      <w:r>
        <w:t>agarche woh negative sense mein hai.</w:t>
      </w:r>
    </w:p>
    <w:p>
      <w:pPr>
        <w:jc w:val="right"/>
      </w:pPr>
      <w:r>
        <w:t>اگرچہ وہ نیگیٹیو سینس میں ہے۔</w:t>
      </w:r>
    </w:p>
    <w:p>
      <w:r>
        <w:rPr>
          <w:b/>
        </w:rPr>
        <w:t xml:space="preserve">[01:07] </w:t>
      </w:r>
      <w:r>
        <w:t>yeh jo seven wonders hain woh to kuch bhi nahin.</w:t>
      </w:r>
    </w:p>
    <w:p>
      <w:pPr>
        <w:jc w:val="right"/>
      </w:pPr>
      <w:r>
        <w:t>یہ جو سیون ونڈرز ہیں وہ تو کچھ بھی نہیں۔</w:t>
      </w:r>
    </w:p>
    <w:p>
      <w:r>
        <w:rPr>
          <w:b/>
        </w:rPr>
        <w:t xml:space="preserve">[01:14] </w:t>
      </w:r>
      <w:r>
        <w:t>super super wonder ek aur hai agarche woh negative sense mein hai.</w:t>
      </w:r>
    </w:p>
    <w:p>
      <w:pPr>
        <w:jc w:val="right"/>
      </w:pPr>
      <w:r>
        <w:t>سپر سپر ونڈر ایک اور ہے اگرچہ وہ نیگیٹیو سینس میں ہے۔</w:t>
      </w:r>
    </w:p>
    <w:p>
      <w:r>
        <w:rPr>
          <w:b/>
        </w:rPr>
        <w:t xml:space="preserve">[01:22] </w:t>
      </w:r>
      <w:r>
        <w:t>وہ یہ ہے کہ معوضہ زمانہ یعنی 19th century, 20th century اور پھر 21st century یہ</w:t>
      </w:r>
    </w:p>
    <w:p>
      <w:pPr>
        <w:jc w:val="right"/>
      </w:pPr>
      <w:r>
        <w:t>وہ یہ ہے کہ معوضہ زمانہ یعنی نائنٹین سنچری، ٹوئنٹی ایٹ سنچری اور پھر ٹوئنٹی فرسٹ سنچری یہ</w:t>
      </w:r>
    </w:p>
    <w:p>
      <w:r>
        <w:rPr>
          <w:b/>
        </w:rPr>
        <w:t xml:space="preserve">[01:29] </w:t>
      </w:r>
      <w:r>
        <w:t>zamana jo hai is zamane mein allah ki god almighty ki marifat ka explosion hua.</w:t>
      </w:r>
    </w:p>
    <w:p>
      <w:pPr>
        <w:jc w:val="right"/>
      </w:pPr>
      <w:r>
        <w:t>زمانہ جو ہے اس زمانے میں اللہ کی گاڈ آل مائٹی کی معرفت کا ایکسپلوژن ہوا۔</w:t>
      </w:r>
    </w:p>
    <w:p>
      <w:r>
        <w:rPr>
          <w:b/>
        </w:rPr>
        <w:t xml:space="preserve">[01:37] </w:t>
      </w:r>
      <w:r>
        <w:t>marifat explosion ka zamana tha yeh.</w:t>
      </w:r>
    </w:p>
    <w:p>
      <w:pPr>
        <w:jc w:val="right"/>
      </w:pPr>
      <w:r>
        <w:t>معرفت ایکسپلوژن کا زمانہ تھا یہ۔</w:t>
      </w:r>
    </w:p>
    <w:p>
      <w:r>
        <w:rPr>
          <w:b/>
        </w:rPr>
        <w:t xml:space="preserve">[01:45] </w:t>
      </w:r>
      <w:r>
        <w:t>pichle zamanon mein kabhi bhi itna zyada marifat ke item khule nahin the jitna ke is zamane mein khule hain.</w:t>
      </w:r>
    </w:p>
    <w:p>
      <w:pPr>
        <w:jc w:val="right"/>
      </w:pPr>
      <w:r>
        <w:t>پچھلے زمانوں میں کبھی بھی اتنا زیادہ معرفت کے آئٹم کھلے نہیں تھے جتنا کہ اس زمانے میں کھلے ہیں۔</w:t>
      </w:r>
    </w:p>
    <w:p>
      <w:r>
        <w:rPr>
          <w:b/>
        </w:rPr>
        <w:t xml:space="preserve">[01:52] </w:t>
      </w:r>
      <w:r>
        <w:t>yani pichle tamam zamanon mein aisa hua ke sachai ka sirf elan hota raha peghambaron ke zariye. elan.</w:t>
      </w:r>
    </w:p>
    <w:p>
      <w:pPr>
        <w:jc w:val="right"/>
      </w:pPr>
      <w:r>
        <w:t>یعنی پچھلے تمام زمانوں میں ایسا ہوا کہ سچائی کا صرف اعلان ہوتا رہا پیغمبروں کے ذریعے۔ اعلان۔</w:t>
      </w:r>
    </w:p>
    <w:p>
      <w:r>
        <w:rPr>
          <w:b/>
        </w:rPr>
        <w:t xml:space="preserve">[02:00] </w:t>
      </w:r>
      <w:r>
        <w:t>muawza zamane mein yani scientific dor jis ko hum kehte hain science ke zamane mein sachai ka demonstration ho gaya.</w:t>
      </w:r>
    </w:p>
    <w:p>
      <w:pPr>
        <w:jc w:val="right"/>
      </w:pPr>
      <w:r>
        <w:t>معوضہ زمانے میں یعنی سائنٹیفک دور جس کو ہم کہتے ہیں سائنس کے زمانے میں سچائی کا ڈیمونسٹریشن ہو گیا۔</w:t>
      </w:r>
    </w:p>
    <w:p>
      <w:r>
        <w:rPr>
          <w:b/>
        </w:rPr>
        <w:t xml:space="preserve">[02:07] </w:t>
      </w:r>
      <w:r>
        <w:t>kitni bari baat hai.</w:t>
      </w:r>
    </w:p>
    <w:p>
      <w:pPr>
        <w:jc w:val="right"/>
      </w:pPr>
      <w:r>
        <w:t>کتنی بڑی بات ہے۔</w:t>
      </w:r>
    </w:p>
    <w:p>
      <w:r>
        <w:rPr>
          <w:b/>
        </w:rPr>
        <w:t xml:space="preserve">[02:15] </w:t>
      </w:r>
      <w:r>
        <w:t>ek hai sachai ka lafzon mein elan.</w:t>
      </w:r>
    </w:p>
    <w:p>
      <w:pPr>
        <w:jc w:val="right"/>
      </w:pPr>
      <w:r>
        <w:t>ایک ہے سچائی کا لفظوں میں اعلان۔</w:t>
      </w:r>
    </w:p>
    <w:p>
      <w:r>
        <w:rPr>
          <w:b/>
        </w:rPr>
        <w:t xml:space="preserve">[02:22] </w:t>
      </w:r>
      <w:r>
        <w:t>ek hai sachai ka practical demonstration.</w:t>
      </w:r>
    </w:p>
    <w:p>
      <w:pPr>
        <w:jc w:val="right"/>
      </w:pPr>
      <w:r>
        <w:t>ایک ہے سچائی کا پریکٹیکل ڈیمونسٹریشن۔</w:t>
      </w:r>
    </w:p>
    <w:p>
      <w:r>
        <w:rPr>
          <w:b/>
        </w:rPr>
        <w:t xml:space="preserve">[02:30] </w:t>
      </w:r>
      <w:r>
        <w:t>to aakhri had tak marifat zahir ho gayi.</w:t>
      </w:r>
    </w:p>
    <w:p>
      <w:pPr>
        <w:jc w:val="right"/>
      </w:pPr>
      <w:r>
        <w:t>تو آخری حد تک معرفت ظاہر ہو گئی۔</w:t>
      </w:r>
    </w:p>
    <w:p>
      <w:r>
        <w:rPr>
          <w:b/>
        </w:rPr>
        <w:t xml:space="preserve">[02:38] </w:t>
      </w:r>
      <w:r>
        <w:t>lekin aap jante hain ke isi dor mein sab se zyada yani godless tehzeeb phaili.</w:t>
      </w:r>
    </w:p>
    <w:p>
      <w:pPr>
        <w:jc w:val="right"/>
      </w:pPr>
      <w:r>
        <w:t>لیکن آپ جانتے ہیں کہ اسی دور میں سب سے زیادہ یعنی گاڈ لیس تہذیب پھیلی۔</w:t>
      </w:r>
    </w:p>
    <w:p>
      <w:r>
        <w:rPr>
          <w:b/>
        </w:rPr>
        <w:t xml:space="preserve">[02:45] </w:t>
      </w:r>
      <w:r>
        <w:t>is zamane ke mazhabi log bhi yani secular log aur mazhabi log dono hi khuda se door ho gaye. dono log.</w:t>
      </w:r>
    </w:p>
    <w:p>
      <w:pPr>
        <w:jc w:val="right"/>
      </w:pPr>
      <w:r>
        <w:t>اس زمانے کے مذہبی لوگ بھی یعنی سیکولر لوگ اور مذہبی لوگ دونوں ہی خدا سے دور ہو گئے۔ دونوں لوگ۔</w:t>
      </w:r>
    </w:p>
    <w:p>
      <w:r>
        <w:rPr>
          <w:b/>
        </w:rPr>
        <w:t xml:space="preserve">[02:53] </w:t>
      </w:r>
      <w:r>
        <w:t>dekhen khuda ki marifat yeh nahin hai ke aap lift service ke taur par khuda khuda karen nahin.</w:t>
      </w:r>
    </w:p>
    <w:p>
      <w:pPr>
        <w:jc w:val="right"/>
      </w:pPr>
      <w:r>
        <w:t>دیکھیں خدا کی معرفت یہ نہیں ہے کہ آپ لفٹ سروس کے طور پر خدا خدا کریں۔ نہیں۔</w:t>
      </w:r>
    </w:p>
    <w:p>
      <w:r>
        <w:rPr>
          <w:b/>
        </w:rPr>
        <w:t xml:space="preserve">[03:00] </w:t>
      </w:r>
      <w:r>
        <w:t>khuda yani allah rab-ul-alameen jitna bara hai usi ke lehaz se aap ke andar marifat aani chahiye.</w:t>
      </w:r>
    </w:p>
    <w:p>
      <w:pPr>
        <w:jc w:val="right"/>
      </w:pPr>
      <w:r>
        <w:t>خدا یعنی اللہ رب العالمین جتنا بڑا ہے اسی کے لحاظ سے آپ کے اندر معرفت آنی چاہیے۔</w:t>
      </w:r>
    </w:p>
    <w:p>
      <w:r>
        <w:rPr>
          <w:b/>
        </w:rPr>
        <w:t xml:space="preserve">[03:08] </w:t>
      </w:r>
      <w:r>
        <w:t>bahut hi bari marifat.</w:t>
      </w:r>
    </w:p>
    <w:p>
      <w:pPr>
        <w:jc w:val="right"/>
      </w:pPr>
      <w:r>
        <w:t>بہت ہی بڑی معرفت۔</w:t>
      </w:r>
    </w:p>
    <w:p>
      <w:r>
        <w:rPr>
          <w:b/>
        </w:rPr>
        <w:t xml:space="preserve">[03:16] </w:t>
      </w:r>
      <w:r>
        <w:t>jab khuda itna bara hai to marifat choti nahin ho sakti.</w:t>
      </w:r>
    </w:p>
    <w:p>
      <w:pPr>
        <w:jc w:val="right"/>
      </w:pPr>
      <w:r>
        <w:t>جب خدا اتنا بڑا ہے تو معرفت چھوٹی نہیں ہو سکتی۔</w:t>
      </w:r>
    </w:p>
    <w:p>
      <w:r>
        <w:rPr>
          <w:b/>
        </w:rPr>
        <w:t xml:space="preserve">[03:23] </w:t>
      </w:r>
      <w:r>
        <w:t>khuda itna bara hai aur marifat choti ho ke lift service se marifat hasil ho jaye yeh to</w:t>
      </w:r>
    </w:p>
    <w:p>
      <w:pPr>
        <w:jc w:val="right"/>
      </w:pPr>
      <w:r>
        <w:t>خدا اتنا بڑا ہے اور معرفت چھوٹی ہو کہ لفٹ سروس سے معرفت حاصل ہو جائے یہ تو</w:t>
      </w:r>
    </w:p>
    <w:p>
      <w:r>
        <w:rPr>
          <w:b/>
        </w:rPr>
        <w:t xml:space="preserve">[03:31] </w:t>
      </w:r>
      <w:r>
        <w:t>bilkul ridiculous baat hai.</w:t>
      </w:r>
    </w:p>
    <w:p>
      <w:pPr>
        <w:jc w:val="right"/>
      </w:pPr>
      <w:r>
        <w:t>بالکل ریڈیکولس بات ہے۔</w:t>
      </w:r>
    </w:p>
    <w:p>
      <w:r>
        <w:rPr>
          <w:b/>
        </w:rPr>
        <w:t xml:space="preserve">[03:38] </w:t>
      </w:r>
      <w:r>
        <w:t>ridiculous baat hai.</w:t>
      </w:r>
    </w:p>
    <w:p>
      <w:pPr>
        <w:jc w:val="right"/>
      </w:pPr>
      <w:r>
        <w:t>ریڈیکولس بات ہے۔</w:t>
      </w:r>
    </w:p>
    <w:p>
      <w:r>
        <w:rPr>
          <w:b/>
        </w:rPr>
        <w:t xml:space="preserve">[03:46] </w:t>
      </w:r>
      <w:r>
        <w:t>is baare mein main keh raha hoon ke Khuda ke darje ki ma'rifat na to mazhabi tabqe mein</w:t>
      </w:r>
    </w:p>
    <w:p>
      <w:pPr>
        <w:jc w:val="right"/>
      </w:pPr>
      <w:r>
        <w:t>اس بارے میں میں کہہ رہا ہوں کہ خدا کے درجے کی معرفت نہ تو مذہبی طبقے میں</w:t>
      </w:r>
    </w:p>
    <w:p>
      <w:r>
        <w:rPr>
          <w:b/>
        </w:rPr>
        <w:t xml:space="preserve">[03:54] </w:t>
      </w:r>
      <w:r>
        <w:t>hui na secular tabqe mein.</w:t>
      </w:r>
    </w:p>
    <w:p>
      <w:pPr>
        <w:jc w:val="right"/>
      </w:pPr>
      <w:r>
        <w:t>ہوئی نہ سیکولر طبقے میں۔</w:t>
      </w:r>
    </w:p>
    <w:p>
      <w:r>
        <w:rPr>
          <w:b/>
        </w:rPr>
        <w:t xml:space="preserve">[04:01] </w:t>
      </w:r>
      <w:r>
        <w:t>to sab se bada wonder to yahi hai ke Khuda ki ma'rifat ka explosion hua.</w:t>
      </w:r>
    </w:p>
    <w:p>
      <w:pPr>
        <w:jc w:val="right"/>
      </w:pPr>
      <w:r>
        <w:t>تو سب سے بڑا ونڈر تو یہی ہے کہ خدا کی معرفت کا ایکسپلوژن ہوا۔</w:t>
      </w:r>
    </w:p>
    <w:p>
      <w:r>
        <w:rPr>
          <w:b/>
        </w:rPr>
        <w:t xml:space="preserve">[04:09] </w:t>
      </w:r>
      <w:r>
        <w:t>yaani ek naya darja jo cheez pehle lafzon mein ailaan hota tha ab woh iska demonstration ho gaya.</w:t>
      </w:r>
    </w:p>
    <w:p>
      <w:pPr>
        <w:jc w:val="right"/>
      </w:pPr>
      <w:r>
        <w:t>یعنی ایک نیا درجہ جو چیز پہلے لفظوں میں اعلان ہوتا تھا اب وہ اس کا ڈیمونسٹریشن ہو گیا۔</w:t>
      </w:r>
    </w:p>
    <w:p>
      <w:r>
        <w:rPr>
          <w:b/>
        </w:rPr>
        <w:t xml:space="preserve">[04:16] </w:t>
      </w:r>
      <w:r>
        <w:t>aur log jo hain Khuda se door ho gaye.</w:t>
      </w:r>
    </w:p>
    <w:p>
      <w:pPr>
        <w:jc w:val="right"/>
      </w:pPr>
      <w:r>
        <w:t>اور لوگ جو ہیں خدا سے دور ہو گئے۔</w:t>
      </w:r>
    </w:p>
    <w:p>
      <w:r>
        <w:rPr>
          <w:b/>
        </w:rPr>
        <w:t xml:space="preserve">[04:24] </w:t>
      </w:r>
      <w:r>
        <w:t>to is se bada anokha waqea kya ho sakta hai.</w:t>
      </w:r>
    </w:p>
    <w:p>
      <w:pPr>
        <w:jc w:val="right"/>
      </w:pPr>
      <w:r>
        <w:t>تو اس سے بڑا انوکھا واقعہ کیا ہو سکتا ہے۔</w:t>
      </w:r>
    </w:p>
    <w:p>
      <w:r>
        <w:rPr>
          <w:b/>
        </w:rPr>
        <w:t xml:space="preserve">[04:31] </w:t>
      </w:r>
      <w:r>
        <w:t>aaj aap kahin bhi jaiye chahe secular logon ki majlis mein jaiye mazhabi logon ki majlis mein jaiye</w:t>
      </w:r>
    </w:p>
    <w:p>
      <w:pPr>
        <w:jc w:val="right"/>
      </w:pPr>
      <w:r>
        <w:t>آج آپ کہیں بھی جائیے چاہے سیکولر لوگوں کی مجلس میں جائیے مذہبی لوگوں کی مجلس میں جائیے</w:t>
      </w:r>
    </w:p>
    <w:p>
      <w:r>
        <w:rPr>
          <w:b/>
        </w:rPr>
        <w:t xml:space="preserve">[04:39] </w:t>
      </w:r>
      <w:r>
        <w:t>musalmanon ki jamaaton mein jaiye kahin bhi Allah ka bada charcha nahi milega aap ko.</w:t>
      </w:r>
    </w:p>
    <w:p>
      <w:pPr>
        <w:jc w:val="right"/>
      </w:pPr>
      <w:r>
        <w:t>مسلمانوں کی جماعتوں میں جائیے کہیں بھی اللہ کا بڑا چرچہ نہیں ملے گا آپ کو۔</w:t>
      </w:r>
    </w:p>
    <w:p>
      <w:r>
        <w:rPr>
          <w:b/>
        </w:rPr>
        <w:t xml:space="preserve">[04:47] </w:t>
      </w:r>
      <w:r>
        <w:t>main to saari zindagi guzar gayi meri ke Allah ka bada charcha aisi majlis mein ne aaj tak</w:t>
      </w:r>
    </w:p>
    <w:p>
      <w:pPr>
        <w:jc w:val="right"/>
      </w:pPr>
      <w:r>
        <w:t>میں تو ساری زندگی گزر گئی میری کہ اللہ کا بڑا چرچہ ایسی مجلس میں نے آج تک</w:t>
      </w:r>
    </w:p>
    <w:p>
      <w:r>
        <w:rPr>
          <w:b/>
        </w:rPr>
        <w:t xml:space="preserve">[04:54] </w:t>
      </w:r>
      <w:r>
        <w:t>dekhi hi nahi.</w:t>
      </w:r>
    </w:p>
    <w:p>
      <w:pPr>
        <w:jc w:val="right"/>
      </w:pPr>
      <w:r>
        <w:t>دیکھی ہی نہیں۔</w:t>
      </w:r>
    </w:p>
    <w:p>
      <w:r>
        <w:rPr>
          <w:b/>
        </w:rPr>
        <w:t xml:space="preserve">[05:02] </w:t>
      </w:r>
      <w:r>
        <w:t>Qur'an mein likhi hai ke wajilat quloobuhum ke Allah ka naam aaye to logon ke wajilat dil mein zalzala aa jaye.</w:t>
      </w:r>
    </w:p>
    <w:p>
      <w:pPr>
        <w:jc w:val="right"/>
      </w:pPr>
      <w:r>
        <w:t>قرآن میں لکھی ہے کہ وجلت قلوبہم کہ اللہ کا نام آئے تو لوگوں کے وجلت دل میں زلزلہ آجائے۔</w:t>
      </w:r>
    </w:p>
    <w:p>
      <w:r>
        <w:rPr>
          <w:b/>
        </w:rPr>
        <w:t xml:space="preserve">[05:09] </w:t>
      </w:r>
      <w:r>
        <w:t>wajilat quloobuhum ke Allah ke naam aane par dilon mein zalzala aa jaye.</w:t>
      </w:r>
    </w:p>
    <w:p>
      <w:pPr>
        <w:jc w:val="right"/>
      </w:pPr>
      <w:r>
        <w:t>وجلت قلوبہم کہ اللہ کے نام آنے پر دلوں میں زلزلہ آجائے۔</w:t>
      </w:r>
    </w:p>
    <w:p>
      <w:r>
        <w:rPr>
          <w:b/>
        </w:rPr>
        <w:t xml:space="preserve">[05:17] </w:t>
      </w:r>
      <w:r>
        <w:t>wallazeena aamanoo ashaddah hubban lillah mohabbat ka samandar rawaan ho jaye.</w:t>
      </w:r>
    </w:p>
    <w:p>
      <w:pPr>
        <w:jc w:val="right"/>
      </w:pPr>
      <w:r>
        <w:t>والذین آمنوا أشدہ حباً لله محبت کا سمندر رواں ہو جائے۔</w:t>
      </w:r>
    </w:p>
    <w:p>
      <w:r>
        <w:rPr>
          <w:b/>
        </w:rPr>
        <w:t xml:space="preserve">[05:25] </w:t>
      </w:r>
      <w:r>
        <w:t>yaani Allah ki Rabbul Aalameen ki ma'rifat woh hai ke iska zikr ho to aap ke andar</w:t>
      </w:r>
    </w:p>
    <w:p>
      <w:pPr>
        <w:jc w:val="right"/>
      </w:pPr>
      <w:r>
        <w:t>یعنی اللہ کی رب العالمین کی معرفت وہ ہے کہ اس کا ذکر ہو تو آپ کے اندر</w:t>
      </w:r>
    </w:p>
    <w:p>
      <w:r>
        <w:rPr>
          <w:b/>
        </w:rPr>
        <w:t xml:space="preserve">[05:32] </w:t>
      </w:r>
      <w:r>
        <w:t>Allah ki mohabbat ka samandar jaari ho jaye aabshar jaari ho jaye aur aap ke dil mein Allah</w:t>
      </w:r>
    </w:p>
    <w:p>
      <w:pPr>
        <w:jc w:val="right"/>
      </w:pPr>
      <w:r>
        <w:t>اللہ کی محبت کا سمندر جاری ہو جائے آبشار جاری ہو جائے اور آپ کے دل میں اللہ</w:t>
      </w:r>
    </w:p>
    <w:p>
      <w:r>
        <w:rPr>
          <w:b/>
        </w:rPr>
        <w:t xml:space="preserve">[05:40] </w:t>
      </w:r>
      <w:r>
        <w:t>ke khauf se zalzala paida ho jaye.</w:t>
      </w:r>
    </w:p>
    <w:p>
      <w:pPr>
        <w:jc w:val="right"/>
      </w:pPr>
      <w:r>
        <w:t>کے خوف سے زلزلہ پیدا ہو جائے۔</w:t>
      </w:r>
    </w:p>
    <w:p>
      <w:r>
        <w:rPr>
          <w:b/>
        </w:rPr>
        <w:t xml:space="preserve">[05:47] </w:t>
      </w:r>
      <w:r>
        <w:t>to main ne to aaj tak koi aisi majlis dekhi nahi jahan is darje mein Allah ki ma'rifat</w:t>
      </w:r>
    </w:p>
    <w:p>
      <w:pPr>
        <w:jc w:val="right"/>
      </w:pPr>
      <w:r>
        <w:t>تو میں نے تو آج تک کوئی ایسی مجلس دیکھی نہیں جہاں اس درجے میں اللہ کی معرفت</w:t>
      </w:r>
    </w:p>
    <w:p>
      <w:r>
        <w:rPr>
          <w:b/>
        </w:rPr>
        <w:t xml:space="preserve">[05:55] </w:t>
      </w:r>
      <w:r>
        <w:t>paai jaati ho.</w:t>
      </w:r>
    </w:p>
    <w:p>
      <w:pPr>
        <w:jc w:val="right"/>
      </w:pPr>
      <w:r>
        <w:t>پائی جاتی ہو۔</w:t>
      </w:r>
    </w:p>
    <w:p>
      <w:r>
        <w:rPr>
          <w:b/>
        </w:rPr>
        <w:t xml:space="preserve">[06:03] </w:t>
      </w:r>
      <w:r>
        <w:t>is liye main kehta hoon ke aisa.</w:t>
      </w:r>
    </w:p>
    <w:p>
      <w:pPr>
        <w:jc w:val="right"/>
      </w:pPr>
      <w:r>
        <w:t>اس لیے میں کہتا ہوں کہ ایسا۔</w:t>
      </w:r>
    </w:p>
    <w:p>
      <w:r>
        <w:rPr>
          <w:b/>
        </w:rPr>
        <w:t xml:space="preserve">[06:10] </w:t>
      </w:r>
      <w:r>
        <w:t>achha main yahan par aap ko ek hadith aage launga yeh hadith mukhtalif kitabon mein aayi hai</w:t>
      </w:r>
    </w:p>
    <w:p>
      <w:pPr>
        <w:jc w:val="right"/>
      </w:pPr>
      <w:r>
        <w:t>اچھا میں یہاں پر آپ کو ایک حدیث آگے لاؤں گا یہ حدیث مختلف کتابوں میں آئی ہے</w:t>
      </w:r>
    </w:p>
    <w:p>
      <w:r>
        <w:rPr>
          <w:b/>
        </w:rPr>
        <w:t xml:space="preserve">[06:18] </w:t>
      </w:r>
      <w:r>
        <w:t>Saheeh Muslim mein iska number hai one four eight koi bhi isko dekh sakta hai is</w:t>
      </w:r>
    </w:p>
    <w:p>
      <w:pPr>
        <w:jc w:val="right"/>
      </w:pPr>
      <w:r>
        <w:t>صحیح مسلم میں اس کا نمبر ہے ون فور ایٹ کوئی بھی اس کو دیکھ سکتا ہے اس</w:t>
      </w:r>
    </w:p>
    <w:p>
      <w:r>
        <w:rPr>
          <w:b/>
        </w:rPr>
        <w:t xml:space="preserve">[06:25] </w:t>
      </w:r>
      <w:r>
        <w:t>hadith ko one forty eight Saheeh Muslim is mein hai ke qayamat nahi aayegi is waqt tak</w:t>
      </w:r>
    </w:p>
    <w:p>
      <w:pPr>
        <w:jc w:val="right"/>
      </w:pPr>
      <w:r>
        <w:t>حدیث کو ون فورٹی ایٹ صحیح مسلم اس میں ہے کہ قیامت نہیں آئے گی اس وقت تک</w:t>
      </w:r>
    </w:p>
    <w:p>
      <w:r>
        <w:rPr>
          <w:b/>
        </w:rPr>
        <w:t xml:space="preserve">[06:33] </w:t>
      </w:r>
      <w:r>
        <w:t>jab tak ke duniya mein koi Allah Allah kehne wala na rahe.</w:t>
      </w:r>
    </w:p>
    <w:p>
      <w:pPr>
        <w:jc w:val="right"/>
      </w:pPr>
      <w:r>
        <w:t>جب تک کہ دنیا میں کوئی اللہ اللہ کہنے والا نہ رہے۔</w:t>
      </w:r>
    </w:p>
    <w:p>
      <w:r>
        <w:rPr>
          <w:b/>
        </w:rPr>
        <w:t xml:space="preserve">[06:40] </w:t>
      </w:r>
      <w:r>
        <w:t>to log samajhte hain ke Allah ka naam lene wala yeh bilkul galat hai.</w:t>
      </w:r>
    </w:p>
    <w:p>
      <w:pPr>
        <w:jc w:val="right"/>
      </w:pPr>
      <w:r>
        <w:t>تو لوگ سمجھتے ہیں کہ اللہ کا نام لینے والا یہ بالکل غلط ہے۔</w:t>
      </w:r>
    </w:p>
    <w:p>
      <w:r>
        <w:rPr>
          <w:b/>
        </w:rPr>
        <w:t xml:space="preserve">[06:48] </w:t>
      </w:r>
      <w:r>
        <w:t>yeh kaise mumkin hai ke Allah ke naam lene wala koi na rahe.</w:t>
      </w:r>
    </w:p>
    <w:p>
      <w:pPr>
        <w:jc w:val="right"/>
      </w:pPr>
      <w:r>
        <w:t>یہ کیسے ممکن ہے کہ اللہ کے نام لینے والا کوئی نہ رہے۔</w:t>
      </w:r>
    </w:p>
    <w:p>
      <w:r>
        <w:rPr>
          <w:b/>
        </w:rPr>
        <w:t xml:space="preserve">[06:56] </w:t>
      </w:r>
      <w:r>
        <w:t>yeh to ho hi nahi sakta yeh to passport hai.</w:t>
      </w:r>
    </w:p>
    <w:p>
      <w:pPr>
        <w:jc w:val="right"/>
      </w:pPr>
      <w:r>
        <w:t>یہ تو ہو ہی نہیں سکتا یہ تو پاسپورٹ ہے۔</w:t>
      </w:r>
    </w:p>
    <w:p>
      <w:r>
        <w:rPr>
          <w:b/>
        </w:rPr>
        <w:t xml:space="preserve">[07:03] </w:t>
      </w:r>
      <w:r>
        <w:t>kabhi bhi aisa nahi hua tareekh mein ke Allah ka naam lene wale log na rahe.</w:t>
      </w:r>
    </w:p>
    <w:p>
      <w:pPr>
        <w:jc w:val="right"/>
      </w:pPr>
      <w:r>
        <w:t>کبھی بھی ایسا نہیں ہوا تاریخ میں کہ اللہ کا نام لینے والے لوگ نہ رہے۔</w:t>
      </w:r>
    </w:p>
    <w:p>
      <w:r>
        <w:rPr>
          <w:b/>
        </w:rPr>
        <w:t xml:space="preserve">[07:11] </w:t>
      </w:r>
      <w:r>
        <w:t>hata ke communist zamane mein bhi.</w:t>
      </w:r>
    </w:p>
    <w:p>
      <w:pPr>
        <w:jc w:val="right"/>
      </w:pPr>
      <w:r>
        <w:t>حتیٰ کہ کمیونسٹ زمانے میں بھی۔</w:t>
      </w:r>
    </w:p>
    <w:p>
      <w:r>
        <w:rPr>
          <w:b/>
        </w:rPr>
        <w:t xml:space="preserve">[07:18] </w:t>
      </w:r>
      <w:r>
        <w:t>اس میں جو ایک بات ہے understood جب وہ آپ دریافت کریں تب اس حدیث کی معنویت آپ</w:t>
      </w:r>
    </w:p>
    <w:p>
      <w:pPr>
        <w:jc w:val="right"/>
      </w:pPr>
      <w:r>
        <w:t>اس میں جو ایک بات ہے انڈرسٹوڈ جب وہ آپ دریافت کریں تب اس حدیث کی معنویت آپ</w:t>
      </w:r>
    </w:p>
    <w:p>
      <w:r>
        <w:rPr>
          <w:b/>
        </w:rPr>
        <w:t xml:space="preserve">[07:26] </w:t>
      </w:r>
      <w:r>
        <w:t>ko samajh aayegi.</w:t>
      </w:r>
    </w:p>
    <w:p>
      <w:pPr>
        <w:jc w:val="right"/>
      </w:pPr>
      <w:r>
        <w:t>کو سمجھ آئے گی۔</w:t>
      </w:r>
    </w:p>
    <w:p>
      <w:r>
        <w:rPr>
          <w:b/>
        </w:rPr>
        <w:t xml:space="preserve">[07:34] </w:t>
      </w:r>
      <w:r>
        <w:t>tamam Quran ki ayatein aur hadisein iska ek is mein ek chupa hua mafhoom hota hai jab</w:t>
      </w:r>
    </w:p>
    <w:p>
      <w:pPr>
        <w:jc w:val="right"/>
      </w:pPr>
      <w:r>
        <w:t>تمام قرآن کی آیتیں اور حدیثیں اس کا ایک اس میں ایک چھپا ہوا مفہوم ہوتا ہے جب</w:t>
      </w:r>
    </w:p>
    <w:p>
      <w:r>
        <w:rPr>
          <w:b/>
        </w:rPr>
        <w:t xml:space="preserve">[07:41] </w:t>
      </w:r>
      <w:r>
        <w:t>isko aap daryaft karte hain is between the line ko tab aap samajh paate hain ke woh</w:t>
      </w:r>
    </w:p>
    <w:p>
      <w:pPr>
        <w:jc w:val="right"/>
      </w:pPr>
      <w:r>
        <w:t>اس کو آپ دریافت کرتے ہیں اس بٹوین دی لائن کو تب آپ سمجھ پاتے ہیں کہ وہ</w:t>
      </w:r>
    </w:p>
    <w:p>
      <w:r>
        <w:rPr>
          <w:b/>
        </w:rPr>
        <w:t xml:space="preserve">[07:49] </w:t>
      </w:r>
      <w:r>
        <w:t>حدیث میں کیا wisdom ہے اس آیت میں کیا اعلیٰ معنی ہیں۔</w:t>
      </w:r>
    </w:p>
    <w:p>
      <w:pPr>
        <w:jc w:val="right"/>
      </w:pPr>
      <w:r>
        <w:t>حدیث میں کیا وزڈم ہے اس آیت میں کیا اعلیٰ معنی ہیں۔</w:t>
      </w:r>
    </w:p>
    <w:p>
      <w:r>
        <w:rPr>
          <w:b/>
        </w:rPr>
        <w:t xml:space="preserve">[07:56] </w:t>
      </w:r>
      <w:r>
        <w:t>dekhein aap Quran o hadith ka mutala kijiye to bohat si ayatein aur hadisein aisi hain jo batati</w:t>
      </w:r>
    </w:p>
    <w:p>
      <w:pPr>
        <w:jc w:val="right"/>
      </w:pPr>
      <w:r>
        <w:t>دیکھیں آپ قرآن و حدیث کا مطالعہ کیجیے تو بہت سی آیتیں اور حدیثیں ایسی ہیں جو بتاتی</w:t>
      </w:r>
    </w:p>
    <w:p>
      <w:r>
        <w:rPr>
          <w:b/>
        </w:rPr>
        <w:t xml:space="preserve">[08:04] </w:t>
      </w:r>
      <w:r>
        <w:t>hain ke ke tareekh ek ek naye daur ki taraf ja rahi hai yani aala marifat ka daur</w:t>
      </w:r>
    </w:p>
    <w:p>
      <w:pPr>
        <w:jc w:val="right"/>
      </w:pPr>
      <w:r>
        <w:t>ہیں کہ کہ تاریخ ایک ایک نئے دور کی طرف جا رہی ہے یعنی اعلیٰ معرفت کا دور</w:t>
      </w:r>
    </w:p>
    <w:p>
      <w:r>
        <w:rPr>
          <w:b/>
        </w:rPr>
        <w:t xml:space="preserve">[08:12] </w:t>
      </w:r>
      <w:r>
        <w:t>insani history ka safar jo hai woh aala marifat o khadawandi ki taraf ho raha hai.</w:t>
      </w:r>
    </w:p>
    <w:p>
      <w:pPr>
        <w:jc w:val="right"/>
      </w:pPr>
      <w:r>
        <w:t>انسانی ہسٹری کا سفر جو ہے وہ اعلیٰ معرفت و خداوندی کی طرف ہو رہا ہے۔</w:t>
      </w:r>
    </w:p>
    <w:p>
      <w:r>
        <w:rPr>
          <w:b/>
        </w:rPr>
        <w:t xml:space="preserve">[08:19] </w:t>
      </w:r>
      <w:r>
        <w:t>yani itmam e noor ka daur izhar e deen ka daur tabayyun e haq ka daur aur woh daur jabke hadith</w:t>
      </w:r>
    </w:p>
    <w:p>
      <w:pPr>
        <w:jc w:val="right"/>
      </w:pPr>
      <w:r>
        <w:t>یعنی اتمام نور کا دور اظہار دین کا دور تبین حق کا دور اور وہ دور جبکہ حدیث</w:t>
      </w:r>
    </w:p>
    <w:p>
      <w:r>
        <w:rPr>
          <w:b/>
        </w:rPr>
        <w:t xml:space="preserve">[08:27] </w:t>
      </w:r>
      <w:r>
        <w:t>mein aata hai ke la lagnah al amr ma balagh al layl wa al nahar hadith mein aata hai ke ke deen</w:t>
      </w:r>
    </w:p>
    <w:p>
      <w:pPr>
        <w:jc w:val="right"/>
      </w:pPr>
      <w:r>
        <w:t>میں آتا ہے کہ لا لغنہ الامر ما بلغ اللیل والنهار حدیث میں آتا ہے کہ کہ دین</w:t>
      </w:r>
    </w:p>
    <w:p>
      <w:r>
        <w:rPr>
          <w:b/>
        </w:rPr>
        <w:t xml:space="preserve">[08:34] </w:t>
      </w:r>
      <w:r>
        <w:t>jo hai la lagnah al amr la lagnah al amr ka matlab yeh hai ke deen ki jo talimat hain</w:t>
      </w:r>
    </w:p>
    <w:p>
      <w:pPr>
        <w:jc w:val="right"/>
      </w:pPr>
      <w:r>
        <w:t>جو ہے لا لغنہ الامر لا لغنہ الامر کا مطلب یہ ہے کہ دین کی جو تعلیمات ہیں</w:t>
      </w:r>
    </w:p>
    <w:p>
      <w:r>
        <w:rPr>
          <w:b/>
        </w:rPr>
        <w:t xml:space="preserve">[08:42] </w:t>
      </w:r>
      <w:r>
        <w:t>woh roz roshan ki tarah duniya mein logon ko dikhai dene lagengi.</w:t>
      </w:r>
    </w:p>
    <w:p>
      <w:pPr>
        <w:jc w:val="right"/>
      </w:pPr>
      <w:r>
        <w:t>وہ روز روشن کی طرح دنیا میں لوگوں کو دکھائی دینے لگیں گی۔</w:t>
      </w:r>
    </w:p>
    <w:p>
      <w:r>
        <w:rPr>
          <w:b/>
        </w:rPr>
        <w:t xml:space="preserve">[08:49] </w:t>
      </w:r>
      <w:r>
        <w:t>yeh ek process ka zikr hai.</w:t>
      </w:r>
    </w:p>
    <w:p>
      <w:pPr>
        <w:jc w:val="right"/>
      </w:pPr>
      <w:r>
        <w:t>یہ ایک پروسس کا ذکر ہے۔</w:t>
      </w:r>
    </w:p>
    <w:p>
      <w:r>
        <w:rPr>
          <w:b/>
        </w:rPr>
        <w:t xml:space="preserve">[08:57] </w:t>
      </w:r>
      <w:r>
        <w:t>jab Rasool Allah ne kaha tha to aap ne yeh baat kahi thi bashor prediction ke.</w:t>
      </w:r>
    </w:p>
    <w:p>
      <w:pPr>
        <w:jc w:val="right"/>
      </w:pPr>
      <w:r>
        <w:t>جب رسول اللہ نے کہا تھا تو آپ نے یہ بات کہی تھی بطور پریڈکشن کے۔</w:t>
      </w:r>
    </w:p>
    <w:p>
      <w:r>
        <w:rPr>
          <w:b/>
        </w:rPr>
        <w:t xml:space="preserve">[09:05] </w:t>
      </w:r>
      <w:r>
        <w:t>us waqt agar aisa hota jab aap ne kaha tha to sare log foran kalma padh lete.</w:t>
      </w:r>
    </w:p>
    <w:p>
      <w:pPr>
        <w:jc w:val="right"/>
      </w:pPr>
      <w:r>
        <w:t>اس وقت اگر ایسا ہوتا جب آپ نے کہا تھا تو سارے لوگ فوراً کلمہ پڑھ لیتے۔</w:t>
      </w:r>
    </w:p>
    <w:p>
      <w:r>
        <w:rPr>
          <w:b/>
        </w:rPr>
        <w:t xml:space="preserve">[09:12] </w:t>
      </w:r>
      <w:r>
        <w:t>koi munkir na banta.</w:t>
      </w:r>
    </w:p>
    <w:p>
      <w:pPr>
        <w:jc w:val="right"/>
      </w:pPr>
      <w:r>
        <w:t>کوئی منکر نہ بنتا۔</w:t>
      </w:r>
    </w:p>
    <w:p>
      <w:r>
        <w:rPr>
          <w:b/>
        </w:rPr>
        <w:t xml:space="preserve">[09:20] </w:t>
      </w:r>
      <w:r>
        <w:t>to aap ne yeh kaha tha bashor prediction yani jo history ka process hai jo tareekh ka safar</w:t>
      </w:r>
    </w:p>
    <w:p>
      <w:pPr>
        <w:jc w:val="right"/>
      </w:pPr>
      <w:r>
        <w:t>تو آپ نے یہ کہا تھا بطور پریڈکشن یعنی جو ہسٹری کا پروسس ہے جو تاریخ کا سفر</w:t>
      </w:r>
    </w:p>
    <w:p>
      <w:r>
        <w:rPr>
          <w:b/>
        </w:rPr>
        <w:t xml:space="preserve">[09:27] </w:t>
      </w:r>
      <w:r>
        <w:t>hai woh aise maqam par pahunchega ke deen ki baatein roz roshan ki tarah aya ho jayegi.</w:t>
      </w:r>
    </w:p>
    <w:p>
      <w:pPr>
        <w:jc w:val="right"/>
      </w:pPr>
      <w:r>
        <w:t>ہے وہ ایسے مقام پر پہنچے گا کہ دین کی باتیں روز روشن کی طرح آیا ہو جائے گی۔</w:t>
      </w:r>
    </w:p>
    <w:p>
      <w:r>
        <w:rPr>
          <w:b/>
        </w:rPr>
        <w:t xml:space="preserve">[09:35] </w:t>
      </w:r>
      <w:r>
        <w:t>koi parda baqi nahi rahega.</w:t>
      </w:r>
    </w:p>
    <w:p>
      <w:pPr>
        <w:jc w:val="right"/>
      </w:pPr>
      <w:r>
        <w:t>کوئی پردہ باقی نہیں رہے گا۔</w:t>
      </w:r>
    </w:p>
    <w:p>
      <w:r>
        <w:rPr>
          <w:b/>
        </w:rPr>
        <w:t xml:space="preserve">[09:43] </w:t>
      </w:r>
      <w:r>
        <w:t>yeh kab hoga yeh science ke daur mein hoga.</w:t>
      </w:r>
    </w:p>
    <w:p>
      <w:pPr>
        <w:jc w:val="right"/>
      </w:pPr>
      <w:r>
        <w:t>یہ کب ہوگا یہ سائنس کے دور میں ہوگا۔</w:t>
      </w:r>
    </w:p>
    <w:p>
      <w:r>
        <w:rPr>
          <w:b/>
        </w:rPr>
        <w:t xml:space="preserve">[09:50] </w:t>
      </w:r>
      <w:r>
        <w:t>woh is ayat mein iski peshangoi hai ke ke Allah aasman o zameen mein infaq o anfus</w:t>
      </w:r>
    </w:p>
    <w:p>
      <w:pPr>
        <w:jc w:val="right"/>
      </w:pPr>
      <w:r>
        <w:t>وہ اس آیت میں اس کی پیشنگوئی ہے کہ کہ اللہ آسمان و زمین میں انفاق و انفس</w:t>
      </w:r>
    </w:p>
    <w:p>
      <w:r>
        <w:rPr>
          <w:b/>
        </w:rPr>
        <w:t xml:space="preserve">[09:58] </w:t>
      </w:r>
      <w:r>
        <w:t>mein apni nishani ko dikhayega hatta yatbayyan lahum minh al haq to jab itna zyada deen zahir ho</w:t>
      </w:r>
    </w:p>
    <w:p>
      <w:pPr>
        <w:jc w:val="right"/>
      </w:pPr>
      <w:r>
        <w:t>میں اپنی نشانی کو دکھائے گا حتیٰ یتبین لہم منہ الحق تو جب اتنا زیادہ دین ظاہر ہو</w:t>
      </w:r>
    </w:p>
    <w:p>
      <w:r>
        <w:rPr>
          <w:b/>
        </w:rPr>
        <w:t xml:space="preserve">[10:05] </w:t>
      </w:r>
      <w:r>
        <w:t>jaaye itna zyada roshan ho jaaye itna zyada is ka itmam noor ho jaaye is ke bawajood log</w:t>
      </w:r>
    </w:p>
    <w:p>
      <w:pPr>
        <w:jc w:val="right"/>
      </w:pPr>
      <w:r>
        <w:t>جائے اتنا زیادہ روشن ہو جائے اتنا زیادہ اس کا اتمام نور ہو جائے اس کے باوجود لوگ</w:t>
      </w:r>
    </w:p>
    <w:p>
      <w:r>
        <w:rPr>
          <w:b/>
        </w:rPr>
        <w:t xml:space="preserve">[10:13] </w:t>
      </w:r>
      <w:r>
        <w:t>khuda ke mamle mein ya to munkir bane hue hon ya bahisht bane hue hon mera tajurba yahi</w:t>
      </w:r>
    </w:p>
    <w:p>
      <w:pPr>
        <w:jc w:val="right"/>
      </w:pPr>
      <w:r>
        <w:t>خدا کے معاملے میں یا تو منکر بنے ہوئے ہوں یا بہشت بنے ہوئے ہوں میرا تجربہ یہی</w:t>
      </w:r>
    </w:p>
    <w:p>
      <w:r>
        <w:rPr>
          <w:b/>
        </w:rPr>
        <w:t xml:space="preserve">[10:21] </w:t>
      </w:r>
      <w:r>
        <w:t>hai ke kuch log khuda ke munkir hain aur kuch log khuda ke mamle mein bahisht hain is</w:t>
      </w:r>
    </w:p>
    <w:p>
      <w:pPr>
        <w:jc w:val="right"/>
      </w:pPr>
      <w:r>
        <w:t>ہے کہ کچھ لوگ خدا کے منکر ہیں اور کچھ لوگ خدا کے معاملے میں بہشت ہیں اس</w:t>
      </w:r>
    </w:p>
    <w:p>
      <w:r>
        <w:rPr>
          <w:b/>
        </w:rPr>
        <w:t xml:space="preserve">[10:28] </w:t>
      </w:r>
      <w:r>
        <w:t>aala darje ki marifat jo dilon mein zalzala paida kar de aur dimaghon mein mohabbat ka samandar jari</w:t>
      </w:r>
    </w:p>
    <w:p>
      <w:pPr>
        <w:jc w:val="right"/>
      </w:pPr>
      <w:r>
        <w:t>اعلیٰ درجے کی معرفت جو دلوں میں زلزلہ پیدا کر دے اور دماغوں میں محبت کا سمندر جاری</w:t>
      </w:r>
    </w:p>
    <w:p>
      <w:r>
        <w:rPr>
          <w:b/>
        </w:rPr>
        <w:t xml:space="preserve">[10:36] </w:t>
      </w:r>
      <w:r>
        <w:t>ho jaaye woh to kahin maujood nahin hai.</w:t>
      </w:r>
    </w:p>
    <w:p>
      <w:pPr>
        <w:jc w:val="right"/>
      </w:pPr>
      <w:r>
        <w:t>ہو جائے وہ تو کہیں موجود نہیں ہے۔</w:t>
      </w:r>
    </w:p>
    <w:p>
      <w:r>
        <w:rPr>
          <w:b/>
        </w:rPr>
        <w:t xml:space="preserve">[10:43] </w:t>
      </w:r>
      <w:r>
        <w:t>is par maine bahut socha ke aakhir aisa kyun. aisa kyun.</w:t>
      </w:r>
    </w:p>
    <w:p>
      <w:pPr>
        <w:jc w:val="right"/>
      </w:pPr>
      <w:r>
        <w:t>اس پر میں نے بہت سوچا کہ آخر ایسا کیوں۔ ایسا کیوں۔</w:t>
      </w:r>
    </w:p>
    <w:p>
      <w:r>
        <w:rPr>
          <w:b/>
        </w:rPr>
        <w:t xml:space="preserve">[10:51] </w:t>
      </w:r>
      <w:r>
        <w:t>یعنی جب معرفت کا explosion ہو جائے explosion انفجار اس وقت یہ حالت کیوں ہو جائے۔</w:t>
      </w:r>
    </w:p>
    <w:p>
      <w:pPr>
        <w:jc w:val="right"/>
      </w:pPr>
      <w:r>
        <w:t>یعنی جب معرفت کا ایکسپلوژن ہو جائے ایکسپلوژن انفجار اس وقت یہ حالت کیوں ہو جائے۔</w:t>
      </w:r>
    </w:p>
    <w:p>
      <w:r>
        <w:rPr>
          <w:b/>
        </w:rPr>
        <w:t xml:space="preserve">[10:58] </w:t>
      </w:r>
      <w:r>
        <w:t>to dekhen is ki wajah yeh hai.</w:t>
      </w:r>
    </w:p>
    <w:p>
      <w:pPr>
        <w:jc w:val="right"/>
      </w:pPr>
      <w:r>
        <w:t>تو دیکھیں اس کی وجہ یہ ہے۔</w:t>
      </w:r>
    </w:p>
    <w:p>
      <w:r>
        <w:rPr>
          <w:b/>
        </w:rPr>
        <w:t xml:space="preserve">[11:06] </w:t>
      </w:r>
      <w:r>
        <w:t>yeh hai is ko kehte hain angrezi mein coincidence yani jab yeh hoga usi waqt ek aur</w:t>
      </w:r>
    </w:p>
    <w:p>
      <w:pPr>
        <w:jc w:val="right"/>
      </w:pPr>
      <w:r>
        <w:t>یہ ہے اس کو کہتے ہیں انگریزی میں کو انسیڈنس یعنی جب یہ ہوگا اسی وقت ایک اور</w:t>
      </w:r>
    </w:p>
    <w:p>
      <w:r>
        <w:rPr>
          <w:b/>
        </w:rPr>
        <w:t xml:space="preserve">[11:14] </w:t>
      </w:r>
      <w:r>
        <w:t>waqea ho jayega.</w:t>
      </w:r>
    </w:p>
    <w:p>
      <w:pPr>
        <w:jc w:val="right"/>
      </w:pPr>
      <w:r>
        <w:t>واقعہ ہو جائے گا۔</w:t>
      </w:r>
    </w:p>
    <w:p>
      <w:r>
        <w:rPr>
          <w:b/>
        </w:rPr>
        <w:t xml:space="preserve">[11:21] </w:t>
      </w:r>
      <w:r>
        <w:t>جب یہ معرفت کا انفجار ہوگا معرفت کا explosion ہوگا اسی وقت ایک اور اینٹی واقعہ ہو جائے گا۔</w:t>
      </w:r>
    </w:p>
    <w:p>
      <w:pPr>
        <w:jc w:val="right"/>
      </w:pPr>
      <w:r>
        <w:t>جب یہ معرفت کا انفجار ہوگا معرفت کا ایکسپلوژن ہوگا اسی وقت ایک اور اینٹی واقعہ ہو جائے گا۔</w:t>
      </w:r>
    </w:p>
    <w:p>
      <w:r>
        <w:rPr>
          <w:b/>
        </w:rPr>
        <w:t xml:space="preserve">[11:29] </w:t>
      </w:r>
      <w:r>
        <w:t>woh sab ko solve kar lega.</w:t>
      </w:r>
    </w:p>
    <w:p>
      <w:pPr>
        <w:jc w:val="right"/>
      </w:pPr>
      <w:r>
        <w:t>وہ سب کو سالو کر لے گا۔</w:t>
      </w:r>
    </w:p>
    <w:p>
      <w:r>
        <w:rPr>
          <w:b/>
        </w:rPr>
        <w:t xml:space="preserve">[11:36] </w:t>
      </w:r>
      <w:r>
        <w:t>to main aap ko do baatein arz karta hoon ek secular logon ke aitbar se ek mazhabi logon</w:t>
      </w:r>
    </w:p>
    <w:p>
      <w:pPr>
        <w:jc w:val="right"/>
      </w:pPr>
      <w:r>
        <w:t>تو میں آپ کو دو باتیں عرض کرتا ہوں ایک سیکولر لوگوں کے اعتبار سے ایک مذہبی لوگوں</w:t>
      </w:r>
    </w:p>
    <w:p>
      <w:r>
        <w:rPr>
          <w:b/>
        </w:rPr>
        <w:t xml:space="preserve">[11:44] </w:t>
      </w:r>
      <w:r>
        <w:t>ke aitbar se.</w:t>
      </w:r>
    </w:p>
    <w:p>
      <w:pPr>
        <w:jc w:val="right"/>
      </w:pPr>
      <w:r>
        <w:t>کے اعتبار سے۔</w:t>
      </w:r>
    </w:p>
    <w:p>
      <w:r>
        <w:rPr>
          <w:b/>
        </w:rPr>
        <w:t xml:space="preserve">[11:52] </w:t>
      </w:r>
      <w:r>
        <w:t>secular logon ko kya hua.</w:t>
      </w:r>
    </w:p>
    <w:p>
      <w:pPr>
        <w:jc w:val="right"/>
      </w:pPr>
      <w:r>
        <w:t>سیکولر لوگوں کو کیا ہوا۔</w:t>
      </w:r>
    </w:p>
    <w:p>
      <w:r>
        <w:rPr>
          <w:b/>
        </w:rPr>
        <w:t xml:space="preserve">[11:59] </w:t>
      </w:r>
      <w:r>
        <w:t>ek jis ko.</w:t>
      </w:r>
    </w:p>
    <w:p>
      <w:pPr>
        <w:jc w:val="right"/>
      </w:pPr>
      <w:r>
        <w:t>ایک جس کو۔</w:t>
      </w:r>
    </w:p>
    <w:p>
      <w:r>
        <w:rPr>
          <w:b/>
        </w:rPr>
        <w:t xml:space="preserve">[12:07] </w:t>
      </w:r>
      <w:r>
        <w:t>yani science ki taraqqiyon ne ek cheez paida ki jis ko kehte hain industrial revolution.</w:t>
      </w:r>
    </w:p>
    <w:p>
      <w:pPr>
        <w:jc w:val="right"/>
      </w:pPr>
      <w:r>
        <w:t>یعنی سائنس کی ترقیوں نے ایک چیز پیدا کی جس کو کہتے ہیں انڈسٹریل ریولوشن۔</w:t>
      </w:r>
    </w:p>
    <w:p>
      <w:r>
        <w:rPr>
          <w:b/>
        </w:rPr>
        <w:t xml:space="preserve">[12:14] </w:t>
      </w:r>
      <w:r>
        <w:t>industrial revolution sanati inqilab.</w:t>
      </w:r>
    </w:p>
    <w:p>
      <w:pPr>
        <w:jc w:val="right"/>
      </w:pPr>
      <w:r>
        <w:t>انڈسٹریل ریولوشن صنعتی انقلاب۔</w:t>
      </w:r>
    </w:p>
    <w:p>
      <w:r>
        <w:rPr>
          <w:b/>
        </w:rPr>
        <w:t xml:space="preserve">[12:22] </w:t>
      </w:r>
      <w:r>
        <w:t>to aisa hai ke pichhle tamam zamanon mein hazaron saal ke dauran iqtisadiyat yani economy ka zariya sirf</w:t>
      </w:r>
    </w:p>
    <w:p>
      <w:pPr>
        <w:jc w:val="right"/>
      </w:pPr>
      <w:r>
        <w:t>تو ایسا ہے کہ پچھلے تمام زمانوں میں ہزاروں سال کے دوران اقتصادیات یعنی اکانومی کا ذریعہ صرف</w:t>
      </w:r>
    </w:p>
    <w:p>
      <w:r>
        <w:rPr>
          <w:b/>
        </w:rPr>
        <w:t xml:space="preserve">[12:30] </w:t>
      </w:r>
      <w:r>
        <w:t>ek thi woh land tha.</w:t>
      </w:r>
    </w:p>
    <w:p>
      <w:pPr>
        <w:jc w:val="right"/>
      </w:pPr>
      <w:r>
        <w:t>ایک تھی وہ لینڈ تھا۔</w:t>
      </w:r>
    </w:p>
    <w:p>
      <w:r>
        <w:rPr>
          <w:b/>
        </w:rPr>
        <w:t xml:space="preserve">[12:37] </w:t>
      </w:r>
      <w:r>
        <w:t>zaraat agriculture agriculture ke siwa koi aur cheez nahin thi jo logon ko income ka zariya ho.</w:t>
      </w:r>
    </w:p>
    <w:p>
      <w:pPr>
        <w:jc w:val="right"/>
      </w:pPr>
      <w:r>
        <w:t>زراعت ایگریکلچر ایگریکلچر کے سوا کوئی اور چیز نہیں تھی جو لوگوں کو انکم کا ذریعہ ہو۔</w:t>
      </w:r>
    </w:p>
    <w:p>
      <w:r>
        <w:rPr>
          <w:b/>
        </w:rPr>
        <w:t xml:space="preserve">[12:45] </w:t>
      </w:r>
      <w:r>
        <w:t>to bahut hi limited sense mein logon ke paas hota tha paisa bahut hi limited.</w:t>
      </w:r>
    </w:p>
    <w:p>
      <w:pPr>
        <w:jc w:val="right"/>
      </w:pPr>
      <w:r>
        <w:t>تو بہت ہی لمیٹڈ سینس میں لوگوں کے پاس ہوتا تھا پیسہ بہت ہی لمیٹڈ۔</w:t>
      </w:r>
    </w:p>
    <w:p>
      <w:r>
        <w:rPr>
          <w:b/>
        </w:rPr>
        <w:t xml:space="preserve">[12:52] </w:t>
      </w:r>
      <w:r>
        <w:t>mere apne bachpan mein yeh maine dekha hai ke ek paisa bhi kam logon ke paas hota</w:t>
      </w:r>
    </w:p>
    <w:p>
      <w:pPr>
        <w:jc w:val="right"/>
      </w:pPr>
      <w:r>
        <w:t>میرے اپنے بچپن میں یہ میں نے دیکھا ہے کہ ایک پیسہ بھی کم لوگوں کے پاس ہوتا</w:t>
      </w:r>
    </w:p>
    <w:p>
      <w:r>
        <w:rPr>
          <w:b/>
        </w:rPr>
        <w:t xml:space="preserve">[13:00] </w:t>
      </w:r>
      <w:r>
        <w:t>tha ek single paisa maine apne bachpan mein dekha hai.</w:t>
      </w:r>
    </w:p>
    <w:p>
      <w:pPr>
        <w:jc w:val="right"/>
      </w:pPr>
      <w:r>
        <w:t>تھا ایک سنگل پیسہ میں نے اپنے بچپن میں دیکھا ہے۔</w:t>
      </w:r>
    </w:p>
    <w:p>
      <w:r>
        <w:rPr>
          <w:b/>
        </w:rPr>
        <w:t xml:space="preserve">[13:07] </w:t>
      </w:r>
      <w:r>
        <w:t>ab to ek paisa koi janta bhi nahin ke ek paisa ki value hai is ki.</w:t>
      </w:r>
    </w:p>
    <w:p>
      <w:pPr>
        <w:jc w:val="right"/>
      </w:pPr>
      <w:r>
        <w:t>اب تو ایک پیسہ کوئی جانتا بھی نہیں کہ ایک پیسہ کی ویلیو ہے اس کی۔</w:t>
      </w:r>
    </w:p>
    <w:p>
      <w:r>
        <w:rPr>
          <w:b/>
        </w:rPr>
        <w:t xml:space="preserve">[13:15] </w:t>
      </w:r>
      <w:r>
        <w:t>to is zamane mein aise log kam hote the jin ke paas ek paisa ho kyunke logon ke</w:t>
      </w:r>
    </w:p>
    <w:p>
      <w:pPr>
        <w:jc w:val="right"/>
      </w:pPr>
      <w:r>
        <w:t>تو اس زمانے میں ایسے لوگ کم ہوتے تھے جن کے پاس ایک پیسہ ہو کیونکہ لوگوں کے</w:t>
      </w:r>
    </w:p>
    <w:p>
      <w:r>
        <w:rPr>
          <w:b/>
        </w:rPr>
        <w:t xml:space="preserve">[13:23] </w:t>
      </w:r>
      <w:r>
        <w:t>paas paisa hota nahin tha.</w:t>
      </w:r>
    </w:p>
    <w:p>
      <w:pPr>
        <w:jc w:val="right"/>
      </w:pPr>
      <w:r>
        <w:t>پاس پیسہ ہوتا نہیں تھا۔</w:t>
      </w:r>
    </w:p>
    <w:p>
      <w:r>
        <w:rPr>
          <w:b/>
        </w:rPr>
        <w:t xml:space="preserve">[13:30] </w:t>
      </w:r>
      <w:r>
        <w:t>woh realier sense mein cash less economy thi.</w:t>
      </w:r>
    </w:p>
    <w:p>
      <w:pPr>
        <w:jc w:val="right"/>
      </w:pPr>
      <w:r>
        <w:t>وہ ریلئیر سینس میں کیش لیس اکانومی تھی۔</w:t>
      </w:r>
    </w:p>
    <w:p>
      <w:r>
        <w:rPr>
          <w:b/>
        </w:rPr>
        <w:t xml:space="preserve">[13:38] </w:t>
      </w:r>
      <w:r>
        <w:t>hamare bachpan mein jo economy thi woh cash less economy thi.</w:t>
      </w:r>
    </w:p>
    <w:p>
      <w:pPr>
        <w:jc w:val="right"/>
      </w:pPr>
      <w:r>
        <w:t>ہمارے بچپن میں جو اکانومی تھی وہ کیش لیس اکانومی تھی۔</w:t>
      </w:r>
    </w:p>
    <w:p>
      <w:r>
        <w:rPr>
          <w:b/>
        </w:rPr>
        <w:t xml:space="preserve">[13:45] </w:t>
      </w:r>
      <w:r>
        <w:t>yeh jo saman paida hota tha ke janwar ne doodh de diya galla paida ho gaya is ko</w:t>
      </w:r>
    </w:p>
    <w:p>
      <w:pPr>
        <w:jc w:val="right"/>
      </w:pPr>
      <w:r>
        <w:t>یہ جو سامان پیدا ہوتا تھا کہ جانور نے دودھ دے دیا گلہ پیدا ہو گیا اس کو</w:t>
      </w:r>
    </w:p>
    <w:p>
      <w:r>
        <w:rPr>
          <w:b/>
        </w:rPr>
        <w:t xml:space="preserve">[13:53] </w:t>
      </w:r>
      <w:r>
        <w:t>badalte thay isi se cheezein lete thay.</w:t>
      </w:r>
    </w:p>
    <w:p>
      <w:pPr>
        <w:jc w:val="right"/>
      </w:pPr>
      <w:r>
        <w:t>بدلتے تھے اسی سے چیزیں لیتے تھے۔</w:t>
      </w:r>
    </w:p>
    <w:p>
      <w:r>
        <w:rPr>
          <w:b/>
        </w:rPr>
        <w:t xml:space="preserve">[14:01] </w:t>
      </w:r>
      <w:r>
        <w:t>aur bohat kam item hota tha cheezon ka aaj kal ke andar shopping center hote hi nahi thay.</w:t>
      </w:r>
    </w:p>
    <w:p>
      <w:pPr>
        <w:jc w:val="right"/>
      </w:pPr>
      <w:r>
        <w:t>اور بہت کم آئٹم ہوتا تھا چیزوں کا آج کل کے اندر شاپنگ سینٹر ہوتے ہی نہیں تھے۔</w:t>
      </w:r>
    </w:p>
    <w:p>
      <w:r>
        <w:rPr>
          <w:b/>
        </w:rPr>
        <w:t xml:space="preserve">[14:08] </w:t>
      </w:r>
      <w:r>
        <w:t>is liye logon ke liye incentive nahi tha ke bohat ziyada woh madiyat mein material cheezon mein involve hon.</w:t>
      </w:r>
    </w:p>
    <w:p>
      <w:pPr>
        <w:jc w:val="right"/>
      </w:pPr>
      <w:r>
        <w:t>اس لیے لوگوں کے لیے انسنٹو نہیں تھا کہ بہت زیادہ وہ مادیات میں ان میٹیریل چیزوں میں انوالو ہوں۔</w:t>
      </w:r>
    </w:p>
    <w:p>
      <w:r>
        <w:rPr>
          <w:b/>
        </w:rPr>
        <w:t xml:space="preserve">[14:16] </w:t>
      </w:r>
      <w:r>
        <w:t>logon ke paas bohat time hota tha baithe baatein kar rahe hain shairi kar rahe hain.</w:t>
      </w:r>
    </w:p>
    <w:p>
      <w:pPr>
        <w:jc w:val="right"/>
      </w:pPr>
      <w:r>
        <w:t>لوگوں کے پاس بہت ٹائم ہوتا تھا بیٹھے باتیں کر رہے ہیں شاعری کر رہے ہیں۔</w:t>
      </w:r>
    </w:p>
    <w:p>
      <w:r>
        <w:rPr>
          <w:b/>
        </w:rPr>
        <w:t xml:space="preserve">[14:23] </w:t>
      </w:r>
      <w:r>
        <w:t>shairi isi liye thi ke bohat time tha logon ke paas to shairi karte thay.</w:t>
      </w:r>
    </w:p>
    <w:p>
      <w:pPr>
        <w:jc w:val="right"/>
      </w:pPr>
      <w:r>
        <w:t>شاعری اسی لیے تھی کہ بہت ٹائم تھا لوگوں کے پاس تو شاعری کرتے تھے۔</w:t>
      </w:r>
    </w:p>
    <w:p>
      <w:r>
        <w:rPr>
          <w:b/>
        </w:rPr>
        <w:t xml:space="preserve">[14:31] </w:t>
      </w:r>
      <w:r>
        <w:t>lekin science ke baad aik cheez aayi jis ko kehte hain applied science.</w:t>
      </w:r>
    </w:p>
    <w:p>
      <w:pPr>
        <w:jc w:val="right"/>
      </w:pPr>
      <w:r>
        <w:t>لیکن سائنس کے بعد ایک چیز آئی جس کو کہتے ہیں اپلائیڈ سائنس۔</w:t>
      </w:r>
    </w:p>
    <w:p>
      <w:r>
        <w:rPr>
          <w:b/>
        </w:rPr>
        <w:t xml:space="preserve">[14:39] </w:t>
      </w:r>
      <w:r>
        <w:t>applied science ne beshumar naye item paida kar diye.</w:t>
      </w:r>
    </w:p>
    <w:p>
      <w:pPr>
        <w:jc w:val="right"/>
      </w:pPr>
      <w:r>
        <w:t>اپلائیڈ سائنس نے بے شمار نئے آئٹم پیدا کر دیئے۔</w:t>
      </w:r>
    </w:p>
    <w:p>
      <w:r>
        <w:rPr>
          <w:b/>
        </w:rPr>
        <w:t xml:space="preserve">[14:46] </w:t>
      </w:r>
      <w:r>
        <w:t>economy ke naye income ke naye imkanat.</w:t>
      </w:r>
    </w:p>
    <w:p>
      <w:pPr>
        <w:jc w:val="right"/>
      </w:pPr>
      <w:r>
        <w:t>اکانومی کے نئے انکم کے نئے امکانات۔</w:t>
      </w:r>
    </w:p>
    <w:p>
      <w:r>
        <w:rPr>
          <w:b/>
        </w:rPr>
        <w:t xml:space="preserve">[14:54] </w:t>
      </w:r>
      <w:r>
        <w:t>ab logon ko laga ke hum bohat paisa kama sakte hain.</w:t>
      </w:r>
    </w:p>
    <w:p>
      <w:pPr>
        <w:jc w:val="right"/>
      </w:pPr>
      <w:r>
        <w:t>اب لوگوں کو لگا کہ ہم بہت پیسہ کما سکتے ہیں۔</w:t>
      </w:r>
    </w:p>
    <w:p>
      <w:r>
        <w:rPr>
          <w:b/>
        </w:rPr>
        <w:t xml:space="preserve">[15:01] </w:t>
      </w:r>
      <w:r>
        <w:t>hum hawajat khareedein hum car khareedein hum shehar banayein yeh sab pehle kaha tha.</w:t>
      </w:r>
    </w:p>
    <w:p>
      <w:pPr>
        <w:jc w:val="right"/>
      </w:pPr>
      <w:r>
        <w:t>ہم حواجات خریدیں ہم کار خریدیں ہم شہر بنائیں یہ سب پہلے کہا تھا۔</w:t>
      </w:r>
    </w:p>
    <w:p>
      <w:r>
        <w:rPr>
          <w:b/>
        </w:rPr>
        <w:t xml:space="preserve">[15:09] </w:t>
      </w:r>
      <w:r>
        <w:t>to jo item yani comfort ke item luxury ke item aur paisa ziyada se ziyada kamane ke item</w:t>
      </w:r>
    </w:p>
    <w:p>
      <w:pPr>
        <w:jc w:val="right"/>
      </w:pPr>
      <w:r>
        <w:t>تو جو آئٹم یعنی کمفرٹ کے آئٹم لگژری کے آئٹم اور پیسہ زیادہ سے زیادہ کمانے کے آئٹم</w:t>
      </w:r>
    </w:p>
    <w:p>
      <w:r>
        <w:rPr>
          <w:b/>
        </w:rPr>
        <w:t xml:space="preserve">[15:16] </w:t>
      </w:r>
      <w:r>
        <w:t>yeh jo dunya mein aaya log is par toot pade.</w:t>
      </w:r>
    </w:p>
    <w:p>
      <w:pPr>
        <w:jc w:val="right"/>
      </w:pPr>
      <w:r>
        <w:t>یہ جو دنیا میں آیا لوگ اس پر ٹوٹ پڑے۔</w:t>
      </w:r>
    </w:p>
    <w:p>
      <w:r>
        <w:rPr>
          <w:b/>
        </w:rPr>
        <w:t xml:space="preserve">[15:24] </w:t>
      </w:r>
      <w:r>
        <w:t>toot pade more and more money ke liye.</w:t>
      </w:r>
    </w:p>
    <w:p>
      <w:pPr>
        <w:jc w:val="right"/>
      </w:pPr>
      <w:r>
        <w:t>ٹوٹ پڑے مور اینڈ مور منی کے لیے۔</w:t>
      </w:r>
    </w:p>
    <w:p>
      <w:r>
        <w:rPr>
          <w:b/>
        </w:rPr>
        <w:t xml:space="preserve">[15:32] </w:t>
      </w:r>
      <w:r>
        <w:t>saare log is tarah se woh khuda ko bhool gaye.</w:t>
      </w:r>
    </w:p>
    <w:p>
      <w:pPr>
        <w:jc w:val="right"/>
      </w:pPr>
      <w:r>
        <w:t>سارے لوگ اس طرح سے وہ خدا کو بھول گئے۔</w:t>
      </w:r>
    </w:p>
    <w:p>
      <w:r>
        <w:rPr>
          <w:b/>
        </w:rPr>
        <w:t xml:space="preserve">[15:39] </w:t>
      </w:r>
      <w:r>
        <w:t>Allah rab ul alameen ko bhool gaye.</w:t>
      </w:r>
    </w:p>
    <w:p>
      <w:pPr>
        <w:jc w:val="right"/>
      </w:pPr>
      <w:r>
        <w:t>اللہ رب العالمین کو بھول گئے۔</w:t>
      </w:r>
    </w:p>
    <w:p>
      <w:r>
        <w:rPr>
          <w:b/>
        </w:rPr>
        <w:t xml:space="preserve">[15:47] </w:t>
      </w:r>
      <w:r>
        <w:t>naam to kabhi nahi aisa kabhi nahi hua ke logon ne naam lena chhod diya ho.</w:t>
      </w:r>
    </w:p>
    <w:p>
      <w:pPr>
        <w:jc w:val="right"/>
      </w:pPr>
      <w:r>
        <w:t>نام تو کبھی نہیں ایسا کبھی نہیں ہوا کہ لوگوں نے نام لینا چھوڑ دیا ہو۔</w:t>
      </w:r>
    </w:p>
    <w:p>
      <w:r>
        <w:rPr>
          <w:b/>
        </w:rPr>
        <w:t xml:space="preserve">[15:54] </w:t>
      </w:r>
      <w:r>
        <w:t>kabhi aisa nahi hua ke logon ne naam lena Allah ka chhod diya ho aisa kabhi nahi hua</w:t>
      </w:r>
    </w:p>
    <w:p>
      <w:pPr>
        <w:jc w:val="right"/>
      </w:pPr>
      <w:r>
        <w:t>کبھی ایسا نہیں ہوا کہ لوگوں نے نام لینا اللہ کا چھوڑ دیا ہو ایسا کبھی نہیں ہوا</w:t>
      </w:r>
    </w:p>
    <w:p>
      <w:r>
        <w:rPr>
          <w:b/>
        </w:rPr>
        <w:t xml:space="preserve">[16:02] </w:t>
      </w:r>
      <w:r>
        <w:t>communist regime mein bhi nahi hua.</w:t>
      </w:r>
    </w:p>
    <w:p>
      <w:pPr>
        <w:jc w:val="right"/>
      </w:pPr>
      <w:r>
        <w:t>کمیونسٹ ریجیم میں بھی نہیں ہوا۔</w:t>
      </w:r>
    </w:p>
    <w:p>
      <w:r>
        <w:rPr>
          <w:b/>
        </w:rPr>
        <w:t xml:space="preserve">[16:10] </w:t>
      </w:r>
      <w:r>
        <w:t>mein gaya hoon Russia is zamane mein jab ke abhi communist empire qaim tha wahan to mein ne</w:t>
      </w:r>
    </w:p>
    <w:p>
      <w:pPr>
        <w:jc w:val="right"/>
      </w:pPr>
      <w:r>
        <w:t>میں گیا ہوں روس اس زمانے میں جب کہ ابھی کمیونسٹ ایمپائر قائم تھا وہاں تو میں نے</w:t>
      </w:r>
    </w:p>
    <w:p>
      <w:r>
        <w:rPr>
          <w:b/>
        </w:rPr>
        <w:t xml:space="preserve">[16:17] </w:t>
      </w:r>
      <w:r>
        <w:t>dekha ke wahan log aam taur par Khuda ka naam lete thay lekin lift service ke taur par.</w:t>
      </w:r>
    </w:p>
    <w:p>
      <w:pPr>
        <w:jc w:val="right"/>
      </w:pPr>
      <w:r>
        <w:t>دیکھا کہ وہاں لوگ عام طور پر خدا کا نام لیتے تھے لیکن لفٹ سروس کے طور پر۔</w:t>
      </w:r>
    </w:p>
    <w:p>
      <w:r>
        <w:rPr>
          <w:b/>
        </w:rPr>
        <w:t xml:space="preserve">[16:25] </w:t>
      </w:r>
      <w:r>
        <w:t>yahan tak ke mein ne apne guide se kaha tha jab mein Russia gaya tha ke yahan to</w:t>
      </w:r>
    </w:p>
    <w:p>
      <w:pPr>
        <w:jc w:val="right"/>
      </w:pPr>
      <w:r>
        <w:t>یہاں تک کہ میں نے اپنے گائیڈ سے کہا تھا جب میں روس گیا تھا کہ یہاں تو</w:t>
      </w:r>
    </w:p>
    <w:p>
      <w:r>
        <w:rPr>
          <w:b/>
        </w:rPr>
        <w:t xml:space="preserve">[16:32] </w:t>
      </w:r>
      <w:r>
        <w:t>mein dekhta hoon ke log Khuda ka naam lete hain hum samajhte thay ke Khuda ka naam hi</w:t>
      </w:r>
    </w:p>
    <w:p>
      <w:pPr>
        <w:jc w:val="right"/>
      </w:pPr>
      <w:r>
        <w:t>میں دیکھتا ہوں کہ لوگ خدا کا نام لیتے ہیں ہم سمجھتے تھے کہ خدا کا نام ہی</w:t>
      </w:r>
    </w:p>
    <w:p>
      <w:r>
        <w:rPr>
          <w:b/>
        </w:rPr>
        <w:t xml:space="preserve">[16:40] </w:t>
      </w:r>
      <w:r>
        <w:t>khatm ho gaya.</w:t>
      </w:r>
    </w:p>
    <w:p>
      <w:pPr>
        <w:jc w:val="right"/>
      </w:pPr>
      <w:r>
        <w:t>ختم ہو گیا۔</w:t>
      </w:r>
    </w:p>
    <w:p>
      <w:r>
        <w:rPr>
          <w:b/>
        </w:rPr>
        <w:t xml:space="preserve">[16:48] </w:t>
      </w:r>
      <w:r>
        <w:t>to guide ne kaha ke aisa kabhi bhi nahi hua.</w:t>
      </w:r>
    </w:p>
    <w:p>
      <w:pPr>
        <w:jc w:val="right"/>
      </w:pPr>
      <w:r>
        <w:t>تو گائیڈ نے کہا کہ ایسا کبھی بھی نہیں ہوا۔</w:t>
      </w:r>
    </w:p>
    <w:p>
      <w:r>
        <w:rPr>
          <w:b/>
        </w:rPr>
        <w:t xml:space="preserve">[16:55] </w:t>
      </w:r>
      <w:r>
        <w:t>agar hua to sirf yeh ke yaani khule aam is ka charchah nahi hota tha baqi logon ke</w:t>
      </w:r>
    </w:p>
    <w:p>
      <w:pPr>
        <w:jc w:val="right"/>
      </w:pPr>
      <w:r>
        <w:t>اگر ہوا تو صرف یہ کہ یعنی کھلے عام اس کا چرچہ نہیں ہوتا تھا باقی لوگوں کے</w:t>
      </w:r>
    </w:p>
    <w:p>
      <w:r>
        <w:rPr>
          <w:b/>
        </w:rPr>
        <w:t xml:space="preserve">[17:03] </w:t>
      </w:r>
      <w:r>
        <w:t>dilon mein phir bhi tha.</w:t>
      </w:r>
    </w:p>
    <w:p>
      <w:pPr>
        <w:jc w:val="right"/>
      </w:pPr>
      <w:r>
        <w:t>دلوں میں پھر بھی تھا۔</w:t>
      </w:r>
    </w:p>
    <w:p>
      <w:r>
        <w:rPr>
          <w:b/>
        </w:rPr>
        <w:t xml:space="preserve">[17:10] </w:t>
      </w:r>
      <w:r>
        <w:t>yaani is ke lafzon mein underground ho gaya tha bas itna hi hua.</w:t>
      </w:r>
    </w:p>
    <w:p>
      <w:pPr>
        <w:jc w:val="right"/>
      </w:pPr>
      <w:r>
        <w:t>یعنی اس کے لفظوں میں انڈر گراؤنڈ ہو گیا تھا بس اتنا ہی ہوا۔</w:t>
      </w:r>
    </w:p>
    <w:p>
      <w:r>
        <w:rPr>
          <w:b/>
        </w:rPr>
        <w:t xml:space="preserve">[17:18] </w:t>
      </w:r>
      <w:r>
        <w:t>to is zamane mein jo sab se secular sense mein jo sab se bari bara waqea hua wo</w:t>
      </w:r>
    </w:p>
    <w:p>
      <w:pPr>
        <w:jc w:val="right"/>
      </w:pPr>
      <w:r>
        <w:t>تو اس زمانے میں جو سب سے سیکولر سینس میں جو سب سے بڑی بڑا واقعہ ہوا وہ</w:t>
      </w:r>
    </w:p>
    <w:p>
      <w:r>
        <w:rPr>
          <w:b/>
        </w:rPr>
        <w:t xml:space="preserve">[17:25] </w:t>
      </w:r>
      <w:r>
        <w:t>yeh hai ke qabail ke beshumar item aish ke beshumar item.</w:t>
      </w:r>
    </w:p>
    <w:p>
      <w:pPr>
        <w:jc w:val="right"/>
      </w:pPr>
      <w:r>
        <w:t>یہ ہے کہ قبائل کے بے شمار آئٹم عیش کے بے شمار آئٹم۔</w:t>
      </w:r>
    </w:p>
    <w:p>
      <w:r>
        <w:rPr>
          <w:b/>
        </w:rPr>
        <w:t xml:space="preserve">[17:33] </w:t>
      </w:r>
      <w:r>
        <w:t>pehlay koi janta bhi nahi tha ke hawajat kya hain car kya hai.</w:t>
      </w:r>
    </w:p>
    <w:p>
      <w:pPr>
        <w:jc w:val="right"/>
      </w:pPr>
      <w:r>
        <w:t>پہلے کوئی جانتا بھی نہیں تھا کہ حواجات کیا ہیں کار کیا ہے۔</w:t>
      </w:r>
    </w:p>
    <w:p>
      <w:r>
        <w:rPr>
          <w:b/>
        </w:rPr>
        <w:t xml:space="preserve">[17:41] </w:t>
      </w:r>
      <w:r>
        <w:t>koi janta bhi nahi tha.</w:t>
      </w:r>
    </w:p>
    <w:p>
      <w:pPr>
        <w:jc w:val="right"/>
      </w:pPr>
      <w:r>
        <w:t>کوئی جانتا بھی نہیں تھا۔</w:t>
      </w:r>
    </w:p>
    <w:p>
      <w:r>
        <w:rPr>
          <w:b/>
        </w:rPr>
        <w:t xml:space="preserve">[17:48] </w:t>
      </w:r>
      <w:r>
        <w:t>aur beshumar item jo hain wo kya hain.</w:t>
      </w:r>
    </w:p>
    <w:p>
      <w:pPr>
        <w:jc w:val="right"/>
      </w:pPr>
      <w:r>
        <w:t>اور بے شمار آئٹم جو ہیں وہ کیا ہیں۔</w:t>
      </w:r>
    </w:p>
    <w:p>
      <w:r>
        <w:rPr>
          <w:b/>
        </w:rPr>
        <w:t xml:space="preserve">[17:56] </w:t>
      </w:r>
      <w:r>
        <w:t>to jab yeh industrial revolution aaya aur kamai ke naye zarea paida hue to log toot pade is ki taraf.</w:t>
      </w:r>
    </w:p>
    <w:p>
      <w:pPr>
        <w:jc w:val="right"/>
      </w:pPr>
      <w:r>
        <w:t>تو جب یہ انڈسٹریل ریولوشن آیا اور کمائی کے نئے ذرائع پیدا ہوئے تو لوگ ٹوٹ پڑے اس کی طرف۔</w:t>
      </w:r>
    </w:p>
    <w:p>
      <w:r>
        <w:rPr>
          <w:b/>
        </w:rPr>
        <w:t xml:space="preserve">[18:03] </w:t>
      </w:r>
      <w:r>
        <w:t>is tarah se wo Allah rab ul alameen ko bhool gaye.</w:t>
      </w:r>
    </w:p>
    <w:p>
      <w:pPr>
        <w:jc w:val="right"/>
      </w:pPr>
      <w:r>
        <w:t>اس طرح سے وہ اللہ رب العالمین کو بھول گئے۔</w:t>
      </w:r>
    </w:p>
    <w:p>
      <w:r>
        <w:rPr>
          <w:b/>
        </w:rPr>
        <w:t xml:space="preserve">[18:11] </w:t>
      </w:r>
      <w:r>
        <w:t>aur jahan tak mazhabi logon ka taluq tha mislan musalmanon ka ain isi zamane mein wo negative ho gaye.</w:t>
      </w:r>
    </w:p>
    <w:p>
      <w:pPr>
        <w:jc w:val="right"/>
      </w:pPr>
      <w:r>
        <w:t>اور جہاں تک مذہبی لوگوں کا تعلق تھا مثلاً مسلمانوں کا عین اسی زمانے میں وہ نیگیٹیو ہو گئے۔</w:t>
      </w:r>
    </w:p>
    <w:p>
      <w:r>
        <w:rPr>
          <w:b/>
        </w:rPr>
        <w:t xml:space="preserve">[18:19] </w:t>
      </w:r>
      <w:r>
        <w:t>ain isi zamane mein yaani idhar science ke zariye marifat ke darwaze khule.</w:t>
      </w:r>
    </w:p>
    <w:p>
      <w:pPr>
        <w:jc w:val="right"/>
      </w:pPr>
      <w:r>
        <w:t>عین اسی زمانے میں یعنی ادھر سائنس کے ذریعے معرفت کے دروازے کھلے۔</w:t>
      </w:r>
    </w:p>
    <w:p>
      <w:r>
        <w:rPr>
          <w:b/>
        </w:rPr>
        <w:t xml:space="preserve">[18:26] </w:t>
      </w:r>
      <w:r>
        <w:t>to isi zamane mein colonial powers ubhren.</w:t>
      </w:r>
    </w:p>
    <w:p>
      <w:pPr>
        <w:jc w:val="right"/>
      </w:pPr>
      <w:r>
        <w:t>تو اسی زمانے میں کولونیل پاورز ابھریں۔</w:t>
      </w:r>
    </w:p>
    <w:p>
      <w:r>
        <w:rPr>
          <w:b/>
        </w:rPr>
        <w:t xml:space="preserve">[18:34] </w:t>
      </w:r>
      <w:r>
        <w:t>to musalmanon ki is zamane mein hukumatain theen.</w:t>
      </w:r>
    </w:p>
    <w:p>
      <w:pPr>
        <w:jc w:val="right"/>
      </w:pPr>
      <w:r>
        <w:t>تو مسلمانوں کی اس زمانے میں حکومتیں تھیں۔</w:t>
      </w:r>
    </w:p>
    <w:p>
      <w:r>
        <w:rPr>
          <w:b/>
        </w:rPr>
        <w:t xml:space="preserve">[18:41] </w:t>
      </w:r>
      <w:r>
        <w:t>Mughal empire Turkish empire waghera.</w:t>
      </w:r>
    </w:p>
    <w:p>
      <w:pPr>
        <w:jc w:val="right"/>
      </w:pPr>
      <w:r>
        <w:t>مغل ایمپائر ٹرکش ایمپائر وغیرہ۔</w:t>
      </w:r>
    </w:p>
    <w:p>
      <w:r>
        <w:rPr>
          <w:b/>
        </w:rPr>
        <w:t xml:space="preserve">[18:49] </w:t>
      </w:r>
      <w:r>
        <w:t>to unhon ne sab ko occupy kar liya.</w:t>
      </w:r>
    </w:p>
    <w:p>
      <w:pPr>
        <w:jc w:val="right"/>
      </w:pPr>
      <w:r>
        <w:t>تو انہوں نے سب کو اکوپائی کر لیا۔</w:t>
      </w:r>
    </w:p>
    <w:p>
      <w:r>
        <w:rPr>
          <w:b/>
        </w:rPr>
        <w:t xml:space="preserve">[18:56] </w:t>
      </w:r>
      <w:r>
        <w:t>ab musalman jo hain negative ho gaye yaani sirf is liye negative ho gaye ke un ka jo</w:t>
      </w:r>
    </w:p>
    <w:p>
      <w:pPr>
        <w:jc w:val="right"/>
      </w:pPr>
      <w:r>
        <w:t>اب مسلمان جو ہیں نیگیٹیو ہو گئے یعنی صرف اس لیے نیگیٹیو ہو گئے کہ ان کا جو</w:t>
      </w:r>
    </w:p>
    <w:p>
      <w:r>
        <w:rPr>
          <w:b/>
        </w:rPr>
        <w:t xml:space="preserve">[19:04] </w:t>
      </w:r>
      <w:r>
        <w:t>siyasi ghalba tha wo bhi kya tha Islam is ka Islam se koi taluq nahi tha.</w:t>
      </w:r>
    </w:p>
    <w:p>
      <w:pPr>
        <w:jc w:val="right"/>
      </w:pPr>
      <w:r>
        <w:t>سیاسی غلبہ تھا وہ بھی کیا تھا اسلام اس کا اسلام سے کوئی تعلق نہیں تھا۔</w:t>
      </w:r>
    </w:p>
    <w:p>
      <w:r>
        <w:rPr>
          <w:b/>
        </w:rPr>
        <w:t xml:space="preserve">[19:12] </w:t>
      </w:r>
      <w:r>
        <w:t>wo to dynasty thi.</w:t>
      </w:r>
    </w:p>
    <w:p>
      <w:pPr>
        <w:jc w:val="right"/>
      </w:pPr>
      <w:r>
        <w:t>وہ تو ڈائنسٹی تھی۔</w:t>
      </w:r>
    </w:p>
    <w:p>
      <w:r>
        <w:rPr>
          <w:b/>
        </w:rPr>
        <w:t xml:space="preserve">[19:19] </w:t>
      </w:r>
      <w:r>
        <w:t>Turkey mein dynasty Mughal rule kiya tha dynasty ka rule tha wo lekin musalmanon ne is ko apna</w:t>
      </w:r>
    </w:p>
    <w:p>
      <w:pPr>
        <w:jc w:val="right"/>
      </w:pPr>
      <w:r>
        <w:t>ترکی میں ڈائنسٹی مغل رول کیا تھا ڈائنسٹی کا رول تھا وہ لیکن مسلمانوں نے اس کو اپنا</w:t>
      </w:r>
    </w:p>
    <w:p>
      <w:r>
        <w:rPr>
          <w:b/>
        </w:rPr>
        <w:t xml:space="preserve">[19:27] </w:t>
      </w:r>
      <w:r>
        <w:t>samajh rakha tha.</w:t>
      </w:r>
    </w:p>
    <w:p>
      <w:pPr>
        <w:jc w:val="right"/>
      </w:pPr>
      <w:r>
        <w:t>سمجھ رکھا تھا۔</w:t>
      </w:r>
    </w:p>
    <w:p>
      <w:r>
        <w:rPr>
          <w:b/>
        </w:rPr>
        <w:t xml:space="preserve">[19:34] </w:t>
      </w:r>
      <w:r>
        <w:t>to sare log aik taraf se negative ho gaye sare dunya ke musalman.</w:t>
      </w:r>
    </w:p>
    <w:p>
      <w:pPr>
        <w:jc w:val="right"/>
      </w:pPr>
      <w:r>
        <w:t>تو سارے لوگ ایک طرف سے نیگیٹیو ہو گئے سارے دنیا کے مسلمان۔</w:t>
      </w:r>
    </w:p>
    <w:p>
      <w:r>
        <w:rPr>
          <w:b/>
        </w:rPr>
        <w:t xml:space="preserve">[19:42] </w:t>
      </w:r>
      <w:r>
        <w:t>mere ilm ke mutabiq koi aik bhi musalman aisa nahi tha shayad jo negative na ho gaya ho</w:t>
      </w:r>
    </w:p>
    <w:p>
      <w:pPr>
        <w:jc w:val="right"/>
      </w:pPr>
      <w:r>
        <w:t>میرے علم کے مطابق کوئی ایک بھی مسلمان ایسا نہیں تھا شاید جو نیگیٹیو نہ ہو گیا ہو</w:t>
      </w:r>
    </w:p>
    <w:p>
      <w:r>
        <w:rPr>
          <w:b/>
        </w:rPr>
        <w:t xml:space="preserve">[19:50] </w:t>
      </w:r>
      <w:r>
        <w:t>is baat ko le kar ke un ka siyasi ghalba khatm kar diya maghribi qomon ne.</w:t>
      </w:r>
    </w:p>
    <w:p>
      <w:pPr>
        <w:jc w:val="right"/>
      </w:pPr>
      <w:r>
        <w:t>اس بات کو لے کر کہ ان کا سیاسی غلبہ ختم کر دیا مغربی قوموں نے۔</w:t>
      </w:r>
    </w:p>
    <w:p>
      <w:r>
        <w:rPr>
          <w:b/>
        </w:rPr>
        <w:t xml:space="preserve">[19:57] </w:t>
      </w:r>
      <w:r>
        <w:t>to itna zyada negative ho gaye woh log ke woh bhool hi gaye ke science ne ek inqilab</w:t>
      </w:r>
    </w:p>
    <w:p>
      <w:pPr>
        <w:jc w:val="right"/>
      </w:pPr>
      <w:r>
        <w:t>تو اتنا زیادہ نیگیٹیو ہو گئے وہ لوگ کہ وہ بھول ہی گئے کہ سائنس نے ایک انقلاب</w:t>
      </w:r>
    </w:p>
    <w:p>
      <w:r>
        <w:rPr>
          <w:b/>
        </w:rPr>
        <w:t xml:space="preserve">[20:05] </w:t>
      </w:r>
      <w:r>
        <w:t>barpa kiya hai.</w:t>
      </w:r>
    </w:p>
    <w:p>
      <w:pPr>
        <w:jc w:val="right"/>
      </w:pPr>
      <w:r>
        <w:t>برپا کیا ہے۔</w:t>
      </w:r>
    </w:p>
    <w:p>
      <w:r>
        <w:rPr>
          <w:b/>
        </w:rPr>
        <w:t xml:space="preserve">[20:12] </w:t>
      </w:r>
      <w:r>
        <w:t>yani science ke inqilab ki un ko khabar hi nahi hui itna zyada woh negative ho gaye.</w:t>
      </w:r>
    </w:p>
    <w:p>
      <w:pPr>
        <w:jc w:val="right"/>
      </w:pPr>
      <w:r>
        <w:t>یعنی سائنس کے انقلاب کی ان کو خبر ہی نہیں ہوئی اتنا زیادہ وہ نیگیٹیو ہو گئے۔</w:t>
      </w:r>
    </w:p>
    <w:p>
      <w:r>
        <w:rPr>
          <w:b/>
        </w:rPr>
        <w:t xml:space="preserve">[20:20] </w:t>
      </w:r>
      <w:r>
        <w:t>isi liye aap dekhiye itna bara inqilab hua saiyansi inqilab jo ain pro toheed tha pro islam tha</w:t>
      </w:r>
    </w:p>
    <w:p>
      <w:pPr>
        <w:jc w:val="right"/>
      </w:pPr>
      <w:r>
        <w:t>اسی لیے آپ دیکھیے اتنا بڑا انقلاب ہوا سائنسی انقلاب جو عین پرو توحید تھا پرو اسلام تھا</w:t>
      </w:r>
    </w:p>
    <w:p>
      <w:r>
        <w:rPr>
          <w:b/>
        </w:rPr>
        <w:t xml:space="preserve">[20:28] </w:t>
      </w:r>
      <w:r>
        <w:t>lekin musalmanon mein koi ek bhi ehsas nahi koi qabil-e-zikr kitab likhi ho is mozu par.</w:t>
      </w:r>
    </w:p>
    <w:p>
      <w:pPr>
        <w:jc w:val="right"/>
      </w:pPr>
      <w:r>
        <w:t>لیکن مسلمانوں میں کوئی ایک بھی احساس نہیں کوئی قابل ذکر کتاب لکھی ہو اس موضوع پر۔</w:t>
      </w:r>
    </w:p>
    <w:p>
      <w:r>
        <w:rPr>
          <w:b/>
        </w:rPr>
        <w:t xml:space="preserve">[20:35] </w:t>
      </w:r>
      <w:r>
        <w:t>christian logon ne kuch kitabein likhi hain musalmanon ne to nahi likhi nahi.</w:t>
      </w:r>
    </w:p>
    <w:p>
      <w:pPr>
        <w:jc w:val="right"/>
      </w:pPr>
      <w:r>
        <w:t>کرسچن لوگوں نے کچھ کتابیں لکھی ہیں مسلمانوں نے تو نہیں لکھی نہیں۔</w:t>
      </w:r>
    </w:p>
    <w:p>
      <w:r>
        <w:rPr>
          <w:b/>
        </w:rPr>
        <w:t xml:space="preserve">[20:43] </w:t>
      </w:r>
      <w:r>
        <w:t>misalan christian logon ne kitab chhapi nature and science speak about god unhon ne kitab likhi ke evidence</w:t>
      </w:r>
    </w:p>
    <w:p>
      <w:pPr>
        <w:jc w:val="right"/>
      </w:pPr>
      <w:r>
        <w:t>مثلاً کرسچن لوگوں نے کتاب چھاپی نیچر اینڈ سائنس اسپیک اباؤٹ گاڈ انہوں نے کتاب لکھی کہ ایویڈنس</w:t>
      </w:r>
    </w:p>
    <w:p>
      <w:r>
        <w:rPr>
          <w:b/>
        </w:rPr>
        <w:t xml:space="preserve">[20:50] </w:t>
      </w:r>
      <w:r>
        <w:t>of god in an expanding universe unhon ne kitab likhi ke man does not stand alone is tarah</w:t>
      </w:r>
    </w:p>
    <w:p>
      <w:pPr>
        <w:jc w:val="right"/>
      </w:pPr>
      <w:r>
        <w:t>آف گاڈ ان اینڈ ایکسپینڈنگ یونیورس انہوں نے کتاب لکھی کہ مین ڈز ناٹ اسٹینڈ الون اس طرح</w:t>
      </w:r>
    </w:p>
    <w:p>
      <w:r>
        <w:rPr>
          <w:b/>
        </w:rPr>
        <w:t xml:space="preserve">[20:58] </w:t>
      </w:r>
      <w:r>
        <w:t>ki bohat si kitabein ek do nahi bohat si kitabein sab ki sab christian scholar ne likhi musalman</w:t>
      </w:r>
    </w:p>
    <w:p>
      <w:pPr>
        <w:jc w:val="right"/>
      </w:pPr>
      <w:r>
        <w:t>کی بہت سی کتابیں ایک دو نہیں بہت سی کتابیں سب کی سب کرسچن اسکالر نے لکھی مسلمانوں</w:t>
      </w:r>
    </w:p>
    <w:p>
      <w:r>
        <w:rPr>
          <w:b/>
        </w:rPr>
        <w:t xml:space="preserve">[21:05] </w:t>
      </w:r>
      <w:r>
        <w:t>mein to koi kitab likhi nahi kyunke musalmanon ki nafrat se itna zyada chhaya hua tha un ke dimaghon par.</w:t>
      </w:r>
    </w:p>
    <w:p>
      <w:pPr>
        <w:jc w:val="right"/>
      </w:pPr>
      <w:r>
        <w:t>میں تو کوئی کتاب لکھی نہیں کیونکہ مسلمانوں کی نفرت سے اتنا زیادہ چھایا ہوا تھا ان کے دماغوں پر۔</w:t>
      </w:r>
    </w:p>
    <w:p>
      <w:r>
        <w:rPr>
          <w:b/>
        </w:rPr>
        <w:t xml:space="preserve">[21:13] </w:t>
      </w:r>
      <w:r>
        <w:t>kyunke samajh hi bhi nahi aaya ke is daur mein koi positive baat bhi ho sakti hai.</w:t>
      </w:r>
    </w:p>
    <w:p>
      <w:pPr>
        <w:jc w:val="right"/>
      </w:pPr>
      <w:r>
        <w:t>کیونکہ سمجھ ہی بھی نہیں آیا کہ اس دور میں کوئی پازیٹیو بات بھی ہو سکتی ہے۔</w:t>
      </w:r>
    </w:p>
    <w:p>
      <w:r>
        <w:rPr>
          <w:b/>
        </w:rPr>
        <w:t xml:space="preserve">[21:21] </w:t>
      </w:r>
      <w:r>
        <w:t>koi samajhta hai sab sab sab dushman hain sab conspiracy kar rahe hain.</w:t>
      </w:r>
    </w:p>
    <w:p>
      <w:pPr>
        <w:jc w:val="right"/>
      </w:pPr>
      <w:r>
        <w:t>کوئی سمجھتا ہے سب سب سب دشمن ہیں سب کانسپریسی کر رہے ہیں۔</w:t>
      </w:r>
    </w:p>
    <w:p>
      <w:r>
        <w:rPr>
          <w:b/>
        </w:rPr>
        <w:t xml:space="preserve">[21:28] </w:t>
      </w:r>
      <w:r>
        <w:t>sab shaitan hain sab taghoot hain.</w:t>
      </w:r>
    </w:p>
    <w:p>
      <w:pPr>
        <w:jc w:val="right"/>
      </w:pPr>
      <w:r>
        <w:t>سب شیطان ہیں سب طاغوت ہیں۔</w:t>
      </w:r>
    </w:p>
    <w:p>
      <w:r>
        <w:rPr>
          <w:b/>
        </w:rPr>
        <w:t xml:space="preserve">[21:36] </w:t>
      </w:r>
      <w:r>
        <w:t>saari duniya ko taghoot samajh liya.</w:t>
      </w:r>
    </w:p>
    <w:p>
      <w:pPr>
        <w:jc w:val="right"/>
      </w:pPr>
      <w:r>
        <w:t>ساری دنیا کو طاغوت سمجھ لیا۔</w:t>
      </w:r>
    </w:p>
    <w:p>
      <w:r>
        <w:rPr>
          <w:b/>
        </w:rPr>
        <w:t xml:space="preserve">[21:43] </w:t>
      </w:r>
      <w:r>
        <w:t>ek dam be khabar ho gaye is baat se ke isi duniya mein yeh modern civilization yeh european</w:t>
      </w:r>
    </w:p>
    <w:p>
      <w:pPr>
        <w:jc w:val="right"/>
      </w:pPr>
      <w:r>
        <w:t>ایک دم بے خبر ہو گئے اس بات سے کہ اسی دنیا میں یہ ماڈرن سویلائزیشن یہ یورپین</w:t>
      </w:r>
    </w:p>
    <w:p>
      <w:r>
        <w:rPr>
          <w:b/>
        </w:rPr>
        <w:t xml:space="preserve">[21:51] </w:t>
      </w:r>
      <w:r>
        <w:t>qom hai yeh science science ne duniya mein marifat ka itna bara darwaza khola hai jo kabhi nahi khula tha.</w:t>
      </w:r>
    </w:p>
    <w:p>
      <w:pPr>
        <w:jc w:val="right"/>
      </w:pPr>
      <w:r>
        <w:t>قوم ہے یہ سائنس سائنس نے دنیا میں معرفت کا اتنا بڑا دروازہ کھولا ہے جو کبھی نہیں کھلا تھا۔</w:t>
      </w:r>
    </w:p>
    <w:p>
      <w:r>
        <w:rPr>
          <w:b/>
        </w:rPr>
        <w:t xml:space="preserve">[21:59] </w:t>
      </w:r>
      <w:r>
        <w:t>mein ab chand ek ka misal deta hoon aap ko misalan dekhiye khuda ka wajood modern science ne</w:t>
      </w:r>
    </w:p>
    <w:p>
      <w:pPr>
        <w:jc w:val="right"/>
      </w:pPr>
      <w:r>
        <w:t>میں اب چند ایک کا مثال دیتا ہوں آپ کو مثلاً دیکھیے خدا کا وجود ماڈرن سائنس نے</w:t>
      </w:r>
    </w:p>
    <w:p>
      <w:r>
        <w:rPr>
          <w:b/>
        </w:rPr>
        <w:t xml:space="preserve">[22:06] </w:t>
      </w:r>
      <w:r>
        <w:t>daryaft kiya bohat kitabein likhi gayeen is ke upar ke yeh is ka title hota hai intelligent universe.</w:t>
      </w:r>
    </w:p>
    <w:p>
      <w:pPr>
        <w:jc w:val="right"/>
      </w:pPr>
      <w:r>
        <w:t>دریافت کیا بہت کتابیں لکھی گئیں اس کے اوپر کہ یہ اس کا ٹائٹل ہوتا ہے انٹیلیجنٹ یونیورس۔</w:t>
      </w:r>
    </w:p>
    <w:p>
      <w:r>
        <w:rPr>
          <w:b/>
        </w:rPr>
        <w:t xml:space="preserve">[22:14] </w:t>
      </w:r>
      <w:r>
        <w:t>ke science ne daryaft kiya ke duniya mein intelligence hai.</w:t>
      </w:r>
    </w:p>
    <w:p>
      <w:pPr>
        <w:jc w:val="right"/>
      </w:pPr>
      <w:r>
        <w:t>کہ سائنس نے دریافت کیا کہ دنیا میں انٹیلیجنٹس ہے۔</w:t>
      </w:r>
    </w:p>
    <w:p>
      <w:r>
        <w:rPr>
          <w:b/>
        </w:rPr>
        <w:t xml:space="preserve">[22:21] </w:t>
      </w:r>
      <w:r>
        <w:t>duniya mein intelligence hai.</w:t>
      </w:r>
    </w:p>
    <w:p>
      <w:pPr>
        <w:jc w:val="right"/>
      </w:pPr>
      <w:r>
        <w:t>دنیا میں انٹیلیجنٹس ہے۔</w:t>
      </w:r>
    </w:p>
    <w:p>
      <w:r>
        <w:rPr>
          <w:b/>
        </w:rPr>
        <w:t xml:space="preserve">[22:29] </w:t>
      </w:r>
      <w:r>
        <w:t>to jab duniya mein intelligence hai to koi hasti hona chahiye jo intelligent ho.</w:t>
      </w:r>
    </w:p>
    <w:p>
      <w:pPr>
        <w:jc w:val="right"/>
      </w:pPr>
      <w:r>
        <w:t>تو جب دنیا میں انٹیلیجنٹس ہے تو کوئی ہستی ہونا چاہیے جو انٹیلیجنٹ ہو۔</w:t>
      </w:r>
    </w:p>
    <w:p>
      <w:r>
        <w:rPr>
          <w:b/>
        </w:rPr>
        <w:t xml:space="preserve">[22:37] </w:t>
      </w:r>
      <w:r>
        <w:t>koi intelligent manager hona chahiye.</w:t>
      </w:r>
    </w:p>
    <w:p>
      <w:pPr>
        <w:jc w:val="right"/>
      </w:pPr>
      <w:r>
        <w:t>کوئی انٹیلیجنٹ مینیجر ہونا چاہیے۔</w:t>
      </w:r>
    </w:p>
    <w:p>
      <w:r>
        <w:rPr>
          <w:b/>
        </w:rPr>
        <w:t xml:space="preserve">[22:44] </w:t>
      </w:r>
      <w:r>
        <w:t>yani zehant ko daryaft karein aap to apne aap pe zaheen sabit ho jata hai.</w:t>
      </w:r>
    </w:p>
    <w:p>
      <w:pPr>
        <w:jc w:val="right"/>
      </w:pPr>
      <w:r>
        <w:t>یعنی ذہانت کو دریافت کریں آپ تو اپنے آپ پہ ذہین ثابت ہو جاتا ہے۔</w:t>
      </w:r>
    </w:p>
    <w:p>
      <w:r>
        <w:rPr>
          <w:b/>
        </w:rPr>
        <w:t xml:space="preserve">[22:52] </w:t>
      </w:r>
      <w:r>
        <w:t>aap zehant ko daryaft karein to apne aap sabit ho jata hai yeh baat ke yahan koi zaheen maujood hai.</w:t>
      </w:r>
    </w:p>
    <w:p>
      <w:pPr>
        <w:jc w:val="right"/>
      </w:pPr>
      <w:r>
        <w:t>آپ ذہانت کو دریافت کریں تو اپنے آپ ثابت ہو جاتا ہے یہ بات کہ یہاں کوئی ذہین موجود ہے۔</w:t>
      </w:r>
    </w:p>
    <w:p>
      <w:r>
        <w:rPr>
          <w:b/>
        </w:rPr>
        <w:t xml:space="preserve">[22:59] </w:t>
      </w:r>
      <w:r>
        <w:t>kaisi ajeeb yeh baat thi.</w:t>
      </w:r>
    </w:p>
    <w:p>
      <w:pPr>
        <w:jc w:val="right"/>
      </w:pPr>
      <w:r>
        <w:t>کیسی عجیب یہ بات تھی۔</w:t>
      </w:r>
    </w:p>
    <w:p>
      <w:r>
        <w:rPr>
          <w:b/>
        </w:rPr>
        <w:t xml:space="preserve">[23:07] </w:t>
      </w:r>
      <w:r>
        <w:t>is se pehle kisi ko pata hi nahi tha ke dunya mein inteligence hai.</w:t>
      </w:r>
    </w:p>
    <w:p>
      <w:pPr>
        <w:jc w:val="right"/>
      </w:pPr>
      <w:r>
        <w:t>اس سے پہلے کسی کو پتہ ہی نہیں تھا کہ دنیا میں انٹیلیجنٹس ہے۔</w:t>
      </w:r>
    </w:p>
    <w:p>
      <w:r>
        <w:rPr>
          <w:b/>
        </w:rPr>
        <w:t xml:space="preserve">[23:14] </w:t>
      </w:r>
      <w:r>
        <w:t>dunya mein inteligence hai dunya mein planning hai dunya mein meaning hai.</w:t>
      </w:r>
    </w:p>
    <w:p>
      <w:pPr>
        <w:jc w:val="right"/>
      </w:pPr>
      <w:r>
        <w:t>دنیا میں انٹیلیجنٹس ہے دنیا میں پلاننگ ہے دنیا میں میننگ ہے۔</w:t>
      </w:r>
    </w:p>
    <w:p>
      <w:r>
        <w:rPr>
          <w:b/>
        </w:rPr>
        <w:t xml:space="preserve">[23:22] </w:t>
      </w:r>
      <w:r>
        <w:t>is se pehle yeh alfaaz bhi nahi bole bole gaye the.</w:t>
      </w:r>
    </w:p>
    <w:p>
      <w:pPr>
        <w:jc w:val="right"/>
      </w:pPr>
      <w:r>
        <w:t>اس سے پہلے یہ الفاظ بھی نہیں بولے بولے گئے تھے۔</w:t>
      </w:r>
    </w:p>
    <w:p>
      <w:r>
        <w:rPr>
          <w:b/>
        </w:rPr>
        <w:t xml:space="preserve">[23:30] </w:t>
      </w:r>
      <w:r>
        <w:t>yeh science ne yeh baatein daryaft keen.</w:t>
      </w:r>
    </w:p>
    <w:p>
      <w:pPr>
        <w:jc w:val="right"/>
      </w:pPr>
      <w:r>
        <w:t>یہ سائنس نے یہ باتیں دریافت کیں۔</w:t>
      </w:r>
    </w:p>
    <w:p>
      <w:r>
        <w:rPr>
          <w:b/>
        </w:rPr>
        <w:t xml:space="preserve">[23:37] </w:t>
      </w:r>
      <w:r>
        <w:t>to yeh saabit ho gaya apne aap ke dunya ke peechay aik aisa aik aik scientist yeh bhi</w:t>
      </w:r>
    </w:p>
    <w:p>
      <w:pPr>
        <w:jc w:val="right"/>
      </w:pPr>
      <w:r>
        <w:t>تو یہ ثابت ہو گیا اپنے آپ کہ دنیا کے پیچھے ایک ایسا ایک ایک سائنسدان یہ بھی</w:t>
      </w:r>
    </w:p>
    <w:p>
      <w:r>
        <w:rPr>
          <w:b/>
        </w:rPr>
        <w:t xml:space="preserve">[23:45] </w:t>
      </w:r>
      <w:r>
        <w:t>keh diya mathematical mind dunya ke peechay aik mathematical mind hai yeh bhi keh diya.</w:t>
      </w:r>
    </w:p>
    <w:p>
      <w:pPr>
        <w:jc w:val="right"/>
      </w:pPr>
      <w:r>
        <w:t>کہہ دیا میتھمیٹیکل مائنڈ دنیا کے پیچھے ایک میتھمیٹیکل مائنڈ ہے یہ بھی کہہ دیا۔</w:t>
      </w:r>
    </w:p>
    <w:p>
      <w:r>
        <w:rPr>
          <w:b/>
        </w:rPr>
        <w:t xml:space="preserve">[23:52] </w:t>
      </w:r>
      <w:r>
        <w:t>science ne agar keh gaud ka naam to nahi liya lekin naam le kar sab kuch saabit kar</w:t>
      </w:r>
    </w:p>
    <w:p>
      <w:pPr>
        <w:jc w:val="right"/>
      </w:pPr>
      <w:r>
        <w:t>سائنس نے اگر کہ گاڈ کا نام تو نہیں لیا لیکن نام لے کر سب کچھ ثابت کر</w:t>
      </w:r>
    </w:p>
    <w:p>
      <w:r>
        <w:rPr>
          <w:b/>
        </w:rPr>
        <w:t xml:space="preserve">[24:00] </w:t>
      </w:r>
      <w:r>
        <w:t>diya unhon ne.</w:t>
      </w:r>
    </w:p>
    <w:p>
      <w:pPr>
        <w:jc w:val="right"/>
      </w:pPr>
      <w:r>
        <w:t>دیا انہوں نے۔</w:t>
      </w:r>
    </w:p>
    <w:p>
      <w:r>
        <w:rPr>
          <w:b/>
        </w:rPr>
        <w:t xml:space="preserve">[24:08] </w:t>
      </w:r>
      <w:r>
        <w:t>ke dunya ke peechay mathematical mind hai planning hai zehanat hai meaning hai.</w:t>
      </w:r>
    </w:p>
    <w:p>
      <w:pPr>
        <w:jc w:val="right"/>
      </w:pPr>
      <w:r>
        <w:t>کہ دنیا کے پیچھے میتھمیٹیکل مائنڈ ہے پلاننگ ہے ذہانت ہے میننگ ہے۔</w:t>
      </w:r>
    </w:p>
    <w:p>
      <w:r>
        <w:rPr>
          <w:b/>
        </w:rPr>
        <w:t xml:space="preserve">[24:15] </w:t>
      </w:r>
      <w:r>
        <w:t>to ab is ke baad aap ko kya chahiye.</w:t>
      </w:r>
    </w:p>
    <w:p>
      <w:pPr>
        <w:jc w:val="right"/>
      </w:pPr>
      <w:r>
        <w:t>تو اب اس کے بعد آپ کو کیا چاہیے۔</w:t>
      </w:r>
    </w:p>
    <w:p>
      <w:r>
        <w:rPr>
          <w:b/>
        </w:rPr>
        <w:t xml:space="preserve">[24:23] </w:t>
      </w:r>
      <w:r>
        <w:t>phir dekhiye yeh mante the pehle zamanay mein ke yahi kainat jo hai apne aap chali aa rahi</w:t>
      </w:r>
    </w:p>
    <w:p>
      <w:pPr>
        <w:jc w:val="right"/>
      </w:pPr>
      <w:r>
        <w:t>پھر دیکھیے یہ مانتے تھے پہلے زمانے میں کہ یہی کائنات جو ہے اپنے آپ چلی آ رہی</w:t>
      </w:r>
    </w:p>
    <w:p>
      <w:r>
        <w:rPr>
          <w:b/>
        </w:rPr>
        <w:t xml:space="preserve">[24:30] </w:t>
      </w:r>
      <w:r>
        <w:t>hai hamesha se.</w:t>
      </w:r>
    </w:p>
    <w:p>
      <w:pPr>
        <w:jc w:val="right"/>
      </w:pPr>
      <w:r>
        <w:t>ہے ہمیشہ سے۔</w:t>
      </w:r>
    </w:p>
    <w:p>
      <w:r>
        <w:rPr>
          <w:b/>
        </w:rPr>
        <w:t xml:space="preserve">[24:38] </w:t>
      </w:r>
      <w:r>
        <w:t>yeh jo dunya hai yeh qadeem hai hamesha se chali aa rahi hai.</w:t>
      </w:r>
    </w:p>
    <w:p>
      <w:pPr>
        <w:jc w:val="right"/>
      </w:pPr>
      <w:r>
        <w:t>یہ جو دنیا ہے یہ قدیم ہے ہمیشہ سے چلی آ رہی ہے۔</w:t>
      </w:r>
    </w:p>
    <w:p>
      <w:r>
        <w:rPr>
          <w:b/>
        </w:rPr>
        <w:t xml:space="preserve">[24:46] </w:t>
      </w:r>
      <w:r>
        <w:t>science ne pehli baar big bang ko daryaft kiya jis ne saabit kiya ke aik khaas time par</w:t>
      </w:r>
    </w:p>
    <w:p>
      <w:pPr>
        <w:jc w:val="right"/>
      </w:pPr>
      <w:r>
        <w:t>سائنس نے پہلی بار بگ بینگ کو دریافت کیا جس نے ثابت کیا کہ ایک خاص ٹائم پر</w:t>
      </w:r>
    </w:p>
    <w:p>
      <w:r>
        <w:rPr>
          <w:b/>
        </w:rPr>
        <w:t xml:space="preserve">[24:53] </w:t>
      </w:r>
      <w:r>
        <w:t>yeh dunya wajood mein aayi hai.</w:t>
      </w:r>
    </w:p>
    <w:p>
      <w:pPr>
        <w:jc w:val="right"/>
      </w:pPr>
      <w:r>
        <w:t>یہ دنیا وجود میں آئی ہے۔</w:t>
      </w:r>
    </w:p>
    <w:p>
      <w:r>
        <w:rPr>
          <w:b/>
        </w:rPr>
        <w:t xml:space="preserve">[25:01] </w:t>
      </w:r>
      <w:r>
        <w:t>aik khaas time par is se pehle sirf space tha kuch nahi tha.</w:t>
      </w:r>
    </w:p>
    <w:p>
      <w:pPr>
        <w:jc w:val="right"/>
      </w:pPr>
      <w:r>
        <w:t>ایک خاص ٹائم پر اس سے پہلے صرف اسپیس تھا کچھ نہیں تھا۔</w:t>
      </w:r>
    </w:p>
    <w:p>
      <w:r>
        <w:rPr>
          <w:b/>
        </w:rPr>
        <w:t xml:space="preserve">[25:08] </w:t>
      </w:r>
      <w:r>
        <w:t>yani aik particle bhi nahi dunya mein nahi tha.</w:t>
      </w:r>
    </w:p>
    <w:p>
      <w:pPr>
        <w:jc w:val="right"/>
      </w:pPr>
      <w:r>
        <w:t>یعنی ایک پارٹیکل بھی نہیں دنیا میں نہیں تھا۔</w:t>
      </w:r>
    </w:p>
    <w:p>
      <w:r>
        <w:rPr>
          <w:b/>
        </w:rPr>
        <w:t xml:space="preserve">[25:16] </w:t>
      </w:r>
      <w:r>
        <w:t>aik zara nahi tha aik atom nahi tha aik tutin nahi thi.</w:t>
      </w:r>
    </w:p>
    <w:p>
      <w:pPr>
        <w:jc w:val="right"/>
      </w:pPr>
      <w:r>
        <w:t>ایک ذرہ نہیں تھا ایک ایٹم نہیں تھا ایک ٹیوٹین نہیں تھی۔</w:t>
      </w:r>
    </w:p>
    <w:p>
      <w:r>
        <w:rPr>
          <w:b/>
        </w:rPr>
        <w:t xml:space="preserve">[25:23] </w:t>
      </w:r>
      <w:r>
        <w:t>aik khaas time par big bang hua dunya wajood mein aayi.</w:t>
      </w:r>
    </w:p>
    <w:p>
      <w:pPr>
        <w:jc w:val="right"/>
      </w:pPr>
      <w:r>
        <w:t>ایک خاص ٹائم پر بگ بینگ ہوا دنیا وجود میں آئی۔</w:t>
      </w:r>
    </w:p>
    <w:p>
      <w:r>
        <w:rPr>
          <w:b/>
        </w:rPr>
        <w:t xml:space="preserve">[25:31] </w:t>
      </w:r>
      <w:r>
        <w:t>yeh itni bari baat yeh hai.</w:t>
      </w:r>
    </w:p>
    <w:p>
      <w:pPr>
        <w:jc w:val="right"/>
      </w:pPr>
      <w:r>
        <w:t>یہ اتنی بڑی بات یہ ہے۔</w:t>
      </w:r>
    </w:p>
    <w:p>
      <w:r>
        <w:rPr>
          <w:b/>
        </w:rPr>
        <w:t xml:space="preserve">[25:39] </w:t>
      </w:r>
      <w:r>
        <w:t>itni bari baat yeh hai ke kaise aik khaas time par accidental ho sakta hai yeh.</w:t>
      </w:r>
    </w:p>
    <w:p>
      <w:pPr>
        <w:jc w:val="right"/>
      </w:pPr>
      <w:r>
        <w:t>اتنی بڑی بات یہ ہے کہ کیسے ایک خاص ٹائم پر ایکسیڈنٹل ہو سکتا ہے یہ۔</w:t>
      </w:r>
    </w:p>
    <w:p>
      <w:r>
        <w:rPr>
          <w:b/>
        </w:rPr>
        <w:t xml:space="preserve">[25:46] </w:t>
      </w:r>
      <w:r>
        <w:t>koi koi koi hona chahiye jo is ko paida kare.</w:t>
      </w:r>
    </w:p>
    <w:p>
      <w:pPr>
        <w:jc w:val="right"/>
      </w:pPr>
      <w:r>
        <w:t>کوئی کوئی کوئی ہونا چاہیے جو اس کو پیدا کرے۔</w:t>
      </w:r>
    </w:p>
    <w:p>
      <w:r>
        <w:rPr>
          <w:b/>
        </w:rPr>
        <w:t xml:space="preserve">[25:54] </w:t>
      </w:r>
      <w:r>
        <w:t>aise hi dekhiye yeh mante the ke jab khuda hai to hum ko dikhai de.</w:t>
      </w:r>
    </w:p>
    <w:p>
      <w:pPr>
        <w:jc w:val="right"/>
      </w:pPr>
      <w:r>
        <w:t>ایسے ہی دیکھیے یہ مانتے تھے کہ جب خدا ہے تو ہم کو دکھائی دے۔</w:t>
      </w:r>
    </w:p>
    <w:p>
      <w:r>
        <w:rPr>
          <w:b/>
        </w:rPr>
        <w:t xml:space="preserve">[26:01] </w:t>
      </w:r>
      <w:r>
        <w:t>hum ko dikhai de.</w:t>
      </w:r>
    </w:p>
    <w:p>
      <w:pPr>
        <w:jc w:val="right"/>
      </w:pPr>
      <w:r>
        <w:t>ہم کو دکھائی دے۔</w:t>
      </w:r>
    </w:p>
    <w:p>
      <w:r>
        <w:rPr>
          <w:b/>
        </w:rPr>
        <w:t xml:space="preserve">[26:09] </w:t>
      </w:r>
      <w:r>
        <w:t>lekin ab science ne yeh sabit kar diya maujooda zamane mein ke duniya ka jo aakhri item hai</w:t>
      </w:r>
    </w:p>
    <w:p>
      <w:pPr>
        <w:jc w:val="right"/>
      </w:pPr>
      <w:r>
        <w:t>لیکن اب سائنس نے یہ ثابت کر دیا موجودہ زمانے میں کہ دنیا کا جو آخری آئٹم ہے</w:t>
      </w:r>
    </w:p>
    <w:p>
      <w:r>
        <w:rPr>
          <w:b/>
        </w:rPr>
        <w:t xml:space="preserve">[26:17] </w:t>
      </w:r>
      <w:r>
        <w:t>woh hai sub atomic particle.</w:t>
      </w:r>
    </w:p>
    <w:p>
      <w:pPr>
        <w:jc w:val="right"/>
      </w:pPr>
      <w:r>
        <w:t>وہ ہے سب ایٹمک پارٹیکل۔</w:t>
      </w:r>
    </w:p>
    <w:p>
      <w:r>
        <w:rPr>
          <w:b/>
        </w:rPr>
        <w:t xml:space="preserve">[26:24] </w:t>
      </w:r>
      <w:r>
        <w:t>sub atomic particle sub atomic particle na dikhai na dekhta hai koi na dekhna mumkin hai is ko.</w:t>
      </w:r>
    </w:p>
    <w:p>
      <w:pPr>
        <w:jc w:val="right"/>
      </w:pPr>
      <w:r>
        <w:t>سب ایٹمک پارٹیکل سب ایٹمک پارٹیکل نہ دکھایا نہ دیکھتا ہے کوئی نہ دیکھنا ممکن ہے اس کو۔</w:t>
      </w:r>
    </w:p>
    <w:p>
      <w:r>
        <w:rPr>
          <w:b/>
        </w:rPr>
        <w:t xml:space="preserve">[26:32] </w:t>
      </w:r>
      <w:r>
        <w:t>woh toh possibility hai.</w:t>
      </w:r>
    </w:p>
    <w:p>
      <w:pPr>
        <w:jc w:val="right"/>
      </w:pPr>
      <w:r>
        <w:t>وہ تو پابیلیٹی ہے۔</w:t>
      </w:r>
    </w:p>
    <w:p>
      <w:r>
        <w:rPr>
          <w:b/>
        </w:rPr>
        <w:t xml:space="preserve">[26:39] </w:t>
      </w:r>
      <w:r>
        <w:t>yani sub atomic particle jo hai ek possibility hai.</w:t>
      </w:r>
    </w:p>
    <w:p>
      <w:pPr>
        <w:jc w:val="right"/>
      </w:pPr>
      <w:r>
        <w:t>یعنی سب ایٹمک پارٹیکل جو ہے ایک پابیلیٹی ہے۔</w:t>
      </w:r>
    </w:p>
    <w:p>
      <w:r>
        <w:rPr>
          <w:b/>
        </w:rPr>
        <w:t xml:space="preserve">[26:47] </w:t>
      </w:r>
      <w:r>
        <w:t>lekin sab log mante hain is ko.</w:t>
      </w:r>
    </w:p>
    <w:p>
      <w:pPr>
        <w:jc w:val="right"/>
      </w:pPr>
      <w:r>
        <w:t>لیکن سب لوگ مانتے ہیں اس کو۔</w:t>
      </w:r>
    </w:p>
    <w:p>
      <w:r>
        <w:rPr>
          <w:b/>
        </w:rPr>
        <w:t xml:space="preserve">[26:55] </w:t>
      </w:r>
      <w:r>
        <w:t>is se sabit ho gaya ke Khuda ko dikhai de is ki zaroorat hi nahin.</w:t>
      </w:r>
    </w:p>
    <w:p>
      <w:pPr>
        <w:jc w:val="right"/>
      </w:pPr>
      <w:r>
        <w:t>اس سے ثابت ہو گیا کہ خدا کو دکھائی دے اس کی ضرورت ہی نہیں۔</w:t>
      </w:r>
    </w:p>
    <w:p>
      <w:r>
        <w:rPr>
          <w:b/>
        </w:rPr>
        <w:t xml:space="preserve">[27:02] </w:t>
      </w:r>
      <w:r>
        <w:t>na dikhai dene wali cheez bhi sab bari cheez hoti hai.</w:t>
      </w:r>
    </w:p>
    <w:p>
      <w:pPr>
        <w:jc w:val="right"/>
      </w:pPr>
      <w:r>
        <w:t>نہ دکھائی دینے والی چیز بھی سب بڑی چیز ہوتی ہے۔</w:t>
      </w:r>
    </w:p>
    <w:p>
      <w:r>
        <w:rPr>
          <w:b/>
        </w:rPr>
        <w:t xml:space="preserve">[27:10] </w:t>
      </w:r>
      <w:r>
        <w:t>aise hi dekhiye paighambar ki baat itni tehqiqat huien itni tehqiqat huien aakhir mein kya maloom hua ke</w:t>
      </w:r>
    </w:p>
    <w:p>
      <w:pPr>
        <w:jc w:val="right"/>
      </w:pPr>
      <w:r>
        <w:t>ایسے ہی دیکھیے پیغمبر کی بات اتنی تحقیقات ہوئیں اتنی تحقیقات ہوئیں آخر میں کیا معلوم ہوا کہ</w:t>
      </w:r>
    </w:p>
    <w:p>
      <w:r>
        <w:rPr>
          <w:b/>
        </w:rPr>
        <w:t xml:space="preserve">[27:17] </w:t>
      </w:r>
      <w:r>
        <w:t>Science gives us but partial knowledge of reality.</w:t>
      </w:r>
    </w:p>
    <w:p>
      <w:pPr>
        <w:jc w:val="right"/>
      </w:pPr>
      <w:r>
        <w:t>سائنس گیوز اس بٹ پارشل نالج آف ریلیٹی۔</w:t>
      </w:r>
    </w:p>
    <w:p>
      <w:r>
        <w:rPr>
          <w:b/>
        </w:rPr>
        <w:t xml:space="preserve">[27:25] </w:t>
      </w:r>
      <w:r>
        <w:t>aadmi total knowledge chahta hai total knowledge.</w:t>
      </w:r>
    </w:p>
    <w:p>
      <w:pPr>
        <w:jc w:val="right"/>
      </w:pPr>
      <w:r>
        <w:t>آدمی ٹوٹل نالج چاہتا ہے ٹوٹل نالج۔</w:t>
      </w:r>
    </w:p>
    <w:p>
      <w:r>
        <w:rPr>
          <w:b/>
        </w:rPr>
        <w:t xml:space="preserve">[27:32] </w:t>
      </w:r>
      <w:r>
        <w:t>لیکن سائنس نے خود مان لیا کہ سائنس gives us but partial knowledge of reality.</w:t>
      </w:r>
    </w:p>
    <w:p>
      <w:pPr>
        <w:jc w:val="right"/>
      </w:pPr>
      <w:r>
        <w:t>لیکن سائنس نے خود مان لیا کہ سائنس گیوز اس بٹ پارشل نالج آف ریلیٹی۔</w:t>
      </w:r>
    </w:p>
    <w:p>
      <w:r>
        <w:rPr>
          <w:b/>
        </w:rPr>
        <w:t xml:space="preserve">[27:40] </w:t>
      </w:r>
      <w:r>
        <w:t>jis mani mein ke insaan chahta hai total knowledge.</w:t>
      </w:r>
    </w:p>
    <w:p>
      <w:pPr>
        <w:jc w:val="right"/>
      </w:pPr>
      <w:r>
        <w:t>جس معنی میں کہ انسان چاہتا ہے ٹوٹل نالج۔</w:t>
      </w:r>
    </w:p>
    <w:p>
      <w:r>
        <w:rPr>
          <w:b/>
        </w:rPr>
        <w:t xml:space="preserve">[27:48] </w:t>
      </w:r>
      <w:r>
        <w:t>aur woh milti nahin hai insaan ke ilm ke zariye.</w:t>
      </w:r>
    </w:p>
    <w:p>
      <w:pPr>
        <w:jc w:val="right"/>
      </w:pPr>
      <w:r>
        <w:t>اور وہ ملتی نہیں ہے انسان کے علم کے ذریعے۔</w:t>
      </w:r>
    </w:p>
    <w:p>
      <w:r>
        <w:rPr>
          <w:b/>
        </w:rPr>
        <w:t xml:space="preserve">[27:55] </w:t>
      </w:r>
      <w:r>
        <w:t>jis mani mein ke ek hasti chahiye ek paighambar chahiye ek prophet chahiye.</w:t>
      </w:r>
    </w:p>
    <w:p>
      <w:pPr>
        <w:jc w:val="right"/>
      </w:pPr>
      <w:r>
        <w:t>جس معنی میں کہ ایک ہستی چاہیے ایک پیغمبر چاہیے ایک پرافٹ چاہیے۔</w:t>
      </w:r>
    </w:p>
    <w:p>
      <w:r>
        <w:rPr>
          <w:b/>
        </w:rPr>
        <w:t xml:space="preserve">[28:03] </w:t>
      </w:r>
      <w:r>
        <w:t>aise hi dekhiye hadith mein hum parhte the ke Rasool Allah Sal Allahu Alaihi Wasallam ne kaha tha</w:t>
      </w:r>
    </w:p>
    <w:p>
      <w:pPr>
        <w:jc w:val="right"/>
      </w:pPr>
      <w:r>
        <w:t>ایسے ہی دیکھیے حدیث میں ہم پڑھتے تھے کہ رسول اللہ صلی اللہ علیہ وسلم نے کہا تھا</w:t>
      </w:r>
    </w:p>
    <w:p>
      <w:r>
        <w:rPr>
          <w:b/>
        </w:rPr>
        <w:t xml:space="preserve">[28:10] </w:t>
      </w:r>
      <w:r>
        <w:t>Allahumma la aish illa aish al-akhirah.</w:t>
      </w:r>
    </w:p>
    <w:p>
      <w:pPr>
        <w:jc w:val="right"/>
      </w:pPr>
      <w:r>
        <w:t>اللہم لا عیش الا عیش الآخرة۔</w:t>
      </w:r>
    </w:p>
    <w:p>
      <w:r>
        <w:rPr>
          <w:b/>
        </w:rPr>
        <w:t xml:space="preserve">[28:18] </w:t>
      </w:r>
      <w:r>
        <w:t>yani aish toh akhirat ka aish hai.</w:t>
      </w:r>
    </w:p>
    <w:p>
      <w:pPr>
        <w:jc w:val="right"/>
      </w:pPr>
      <w:r>
        <w:t>یعنی عیش تو آخرت کا عیش ہے۔</w:t>
      </w:r>
    </w:p>
    <w:p>
      <w:r>
        <w:rPr>
          <w:b/>
        </w:rPr>
        <w:t xml:space="preserve">[28:26] </w:t>
      </w:r>
      <w:r>
        <w:t>yani akhirat hi mein aish milega is se pehle milne wala nahin hai.</w:t>
      </w:r>
    </w:p>
    <w:p>
      <w:pPr>
        <w:jc w:val="right"/>
      </w:pPr>
      <w:r>
        <w:t>یعنی آخرت ہی میں عیش ملے گا اس سے پہلے ملنے والا نہیں ہے۔</w:t>
      </w:r>
    </w:p>
    <w:p>
      <w:r>
        <w:rPr>
          <w:b/>
        </w:rPr>
        <w:t xml:space="preserve">[28:33] </w:t>
      </w:r>
      <w:r>
        <w:t>pehlay yeh baat sirf aqeedah thi.</w:t>
      </w:r>
    </w:p>
    <w:p>
      <w:pPr>
        <w:jc w:val="right"/>
      </w:pPr>
      <w:r>
        <w:t>پہلے یہ بات صرف عقیدہ تھی۔</w:t>
      </w:r>
    </w:p>
    <w:p>
      <w:r>
        <w:rPr>
          <w:b/>
        </w:rPr>
        <w:t xml:space="preserve">[28:41] </w:t>
      </w:r>
      <w:r>
        <w:t>pehlay yeh baat sirf aqeedah ke taur par thi.</w:t>
      </w:r>
    </w:p>
    <w:p>
      <w:pPr>
        <w:jc w:val="right"/>
      </w:pPr>
      <w:r>
        <w:t>پہلے یہ بات صرف عقیدہ کے طور پر تھی۔</w:t>
      </w:r>
    </w:p>
    <w:p>
      <w:r>
        <w:rPr>
          <w:b/>
        </w:rPr>
        <w:t xml:space="preserve">[28:48] </w:t>
      </w:r>
      <w:r>
        <w:t>maujooda zamane mein science ne sabit kiya ke hamari duniya jo hai Earth planet Earth ki umar khatam</w:t>
      </w:r>
    </w:p>
    <w:p>
      <w:pPr>
        <w:jc w:val="right"/>
      </w:pPr>
      <w:r>
        <w:t>موجودہ زمانے میں سائنس نے ثابت کیا کہ ہماری دنیا جو ہے ارتھ پلانٹ ارتھ کی عمری ختم</w:t>
      </w:r>
    </w:p>
    <w:p>
      <w:r>
        <w:rPr>
          <w:b/>
        </w:rPr>
        <w:t xml:space="preserve">[28:56] </w:t>
      </w:r>
      <w:r>
        <w:t>ho rahi hai.</w:t>
      </w:r>
    </w:p>
    <w:p>
      <w:pPr>
        <w:jc w:val="right"/>
      </w:pPr>
      <w:r>
        <w:t>ہو رہی ہے۔</w:t>
      </w:r>
    </w:p>
    <w:p>
      <w:r>
        <w:rPr>
          <w:b/>
        </w:rPr>
        <w:t xml:space="preserve">[29:04] </w:t>
      </w:r>
      <w:r>
        <w:t>scientist yeh manne lage hain ke pachas saal se zyada yeh zameen is qabil pachas saal ke andar</w:t>
      </w:r>
    </w:p>
    <w:p>
      <w:pPr>
        <w:jc w:val="right"/>
      </w:pPr>
      <w:r>
        <w:t>سائنسدان یہ ماننے لگے ہیں کہ پچاس سال سے زیادہ یہ زمین اس قابل پچاس سال کے اندر</w:t>
      </w:r>
    </w:p>
    <w:p>
      <w:r>
        <w:rPr>
          <w:b/>
        </w:rPr>
        <w:t xml:space="preserve">[29:11] </w:t>
      </w:r>
      <w:r>
        <w:t>andar yeh zameen aisi ho jayegi ke insaan yahan rehna hi mumkin na rahe.</w:t>
      </w:r>
    </w:p>
    <w:p>
      <w:pPr>
        <w:jc w:val="right"/>
      </w:pPr>
      <w:r>
        <w:t>اندر یہ زمین ایسی ہو جائے گی کہ انسان یہاں رہنا ہی ممکن نہ رہے۔</w:t>
      </w:r>
    </w:p>
    <w:p>
      <w:r>
        <w:rPr>
          <w:b/>
        </w:rPr>
        <w:t xml:space="preserve">[29:19] </w:t>
      </w:r>
      <w:r>
        <w:t>یہاں رہ نہ سکے یعنی life support system سب destroy ہو جائے گا۔</w:t>
      </w:r>
    </w:p>
    <w:p>
      <w:pPr>
        <w:jc w:val="right"/>
      </w:pPr>
      <w:r>
        <w:t>یہاں رہ نہ سکے یعنی لائف سبورڈ سسٹم سب ڈسٹروئے ہو جائے گا۔</w:t>
      </w:r>
    </w:p>
    <w:p>
      <w:r>
        <w:rPr>
          <w:b/>
        </w:rPr>
        <w:t xml:space="preserve">[29:26] </w:t>
      </w:r>
      <w:r>
        <w:t>life support system جو ہے زمین پر وہ destroy ہو جائے گا۔</w:t>
      </w:r>
    </w:p>
    <w:p>
      <w:pPr>
        <w:jc w:val="right"/>
      </w:pPr>
      <w:r>
        <w:t>لائف سبورڈ سسٹم جو ہے زمین پر وہ ڈسٹروئے ہو جائے گا۔</w:t>
      </w:r>
    </w:p>
    <w:p>
      <w:r>
        <w:rPr>
          <w:b/>
        </w:rPr>
        <w:t xml:space="preserve">[29:34] </w:t>
      </w:r>
      <w:r>
        <w:t>chunaanche Stephen Hawking bar bar yeh keh rahe hain ke insaan ko bachane ke liye insani nasal ko</w:t>
      </w:r>
    </w:p>
    <w:p>
      <w:pPr>
        <w:jc w:val="right"/>
      </w:pPr>
      <w:r>
        <w:t>چنانچہ اسٹیفن ہاکنگ بار بار یہ کہہ رہے ہیں کہ انسان کو بچانے کے لیے انسانی نسل کو</w:t>
      </w:r>
    </w:p>
    <w:p>
      <w:r>
        <w:rPr>
          <w:b/>
        </w:rPr>
        <w:t xml:space="preserve">[29:41] </w:t>
      </w:r>
      <w:r>
        <w:t>بچانے کے لیے ہمیں space colonies کو develop کرنا چاہیے۔</w:t>
      </w:r>
    </w:p>
    <w:p>
      <w:pPr>
        <w:jc w:val="right"/>
      </w:pPr>
      <w:r>
        <w:t>بچانے کے لیے ہمیں اسپیس کالونیز کو ڈویلپ کرنا چاہیے۔</w:t>
      </w:r>
    </w:p>
    <w:p>
      <w:r>
        <w:rPr>
          <w:b/>
        </w:rPr>
        <w:t xml:space="preserve">[29:49] </w:t>
      </w:r>
      <w:r>
        <w:t>space colonies space colonies ka yeh toh science fiction hai.</w:t>
      </w:r>
    </w:p>
    <w:p>
      <w:pPr>
        <w:jc w:val="right"/>
      </w:pPr>
      <w:r>
        <w:t>اسپیس کالونیز اسپیس کالونیز کا یہ تو سائنسی فکشن ہے۔</w:t>
      </w:r>
    </w:p>
    <w:p>
      <w:r>
        <w:rPr>
          <w:b/>
        </w:rPr>
        <w:t xml:space="preserve">[29:57] </w:t>
      </w:r>
      <w:r>
        <w:t>yeh to poetic concept hai.</w:t>
      </w:r>
    </w:p>
    <w:p>
      <w:pPr>
        <w:jc w:val="right"/>
      </w:pPr>
      <w:r>
        <w:t>یہ تو پوئٹک کانسیپٹ ہے۔</w:t>
      </w:r>
    </w:p>
    <w:p>
      <w:r>
        <w:rPr>
          <w:b/>
        </w:rPr>
        <w:t xml:space="preserve">[30:04] </w:t>
      </w:r>
      <w:r>
        <w:t>Space colonies is nothing except a low-tech term.</w:t>
      </w:r>
    </w:p>
    <w:p>
      <w:pPr>
        <w:jc w:val="right"/>
      </w:pPr>
      <w:r>
        <w:t>اسپیس کالونیز از نتھنگ ایکسیپٹ ایک لو ایک ٹرم۔</w:t>
      </w:r>
    </w:p>
    <w:p>
      <w:r>
        <w:rPr>
          <w:b/>
        </w:rPr>
        <w:t xml:space="preserve">[30:12] </w:t>
      </w:r>
      <w:r>
        <w:t>to Stephen Hawking jo mashhoor tareen scientist hai woh bar bar yeh kehta hai ke agar hamein insan</w:t>
      </w:r>
    </w:p>
    <w:p>
      <w:pPr>
        <w:jc w:val="right"/>
      </w:pPr>
      <w:r>
        <w:t>تو اسٹیفن ہاکنگ جو مشہور ترین سائنٹسٹ ہے وہ بار بار یہ کہتا ہے کہ اگر ہمیں انسان</w:t>
      </w:r>
    </w:p>
    <w:p>
      <w:r>
        <w:rPr>
          <w:b/>
        </w:rPr>
        <w:t xml:space="preserve">[30:19] </w:t>
      </w:r>
      <w:r>
        <w:t>کو بچانا ہے تو ہمیں ایک ہمیں space colony بنانا پڑے گا۔</w:t>
      </w:r>
    </w:p>
    <w:p>
      <w:pPr>
        <w:jc w:val="right"/>
      </w:pPr>
      <w:r>
        <w:t>کو بچانا ہے تو ہمیں ایک ہمیں اسپیس کالونی بنانا پڑے گا۔</w:t>
      </w:r>
    </w:p>
    <w:p>
      <w:r>
        <w:rPr>
          <w:b/>
        </w:rPr>
        <w:t xml:space="preserve">[30:27] </w:t>
      </w:r>
      <w:r>
        <w:t>kyunke zameen mein to hum reh nahi sakte.</w:t>
      </w:r>
    </w:p>
    <w:p>
      <w:pPr>
        <w:jc w:val="right"/>
      </w:pPr>
      <w:r>
        <w:t>کیونکہ زمین میں تو ہم رہ نہیں سکتے۔</w:t>
      </w:r>
    </w:p>
    <w:p>
      <w:r>
        <w:rPr>
          <w:b/>
        </w:rPr>
        <w:t xml:space="preserve">[30:35] </w:t>
      </w:r>
      <w:r>
        <w:t>لیکن اسپیس کالونی کیا ہے وہ تو ایک سائنسی فکشن ہے ایک poetic concept ہے۔</w:t>
      </w:r>
    </w:p>
    <w:p>
      <w:pPr>
        <w:jc w:val="right"/>
      </w:pPr>
      <w:r>
        <w:t>لیکن اسپیس کالونی کیا ہے وہ تو ایک سائنسی فکشن ہے ایک پوئٹک کانسیپٹ ہے۔</w:t>
      </w:r>
    </w:p>
    <w:p>
      <w:r>
        <w:rPr>
          <w:b/>
        </w:rPr>
        <w:t xml:space="preserve">[30:42] </w:t>
      </w:r>
      <w:r>
        <w:t>ایسی بلین چیزیں ہیں ایسی دنیا میں ظاہر ہوئیں جن کو میں کہتا ہوں کہ معرفت کا explosion.</w:t>
      </w:r>
    </w:p>
    <w:p>
      <w:pPr>
        <w:jc w:val="right"/>
      </w:pPr>
      <w:r>
        <w:t>ایسی بلین چیزیں ہیں ایسی دنیا میں ظاہر ہوئیں جن کو میں کہتا ہوں کہ معرفت کا ایکسپلوژن۔</w:t>
      </w:r>
    </w:p>
    <w:p>
      <w:r>
        <w:rPr>
          <w:b/>
        </w:rPr>
        <w:t xml:space="preserve">[30:50] </w:t>
      </w:r>
      <w:r>
        <w:t>marifat ka explosion aeen usi waqt secular tabqa aur mazhabi tabqa dono Khuda se itna door ho gaye</w:t>
      </w:r>
    </w:p>
    <w:p>
      <w:pPr>
        <w:jc w:val="right"/>
      </w:pPr>
      <w:r>
        <w:t>معرفت کا ایکسپلوژن عین اسی وقت سیکولر طبقہ اور مذہبی طبقہ دونوں خدا سے اتنا دور ہو گئے</w:t>
      </w:r>
    </w:p>
    <w:p>
      <w:r>
        <w:rPr>
          <w:b/>
        </w:rPr>
        <w:t xml:space="preserve">[30:57] </w:t>
      </w:r>
      <w:r>
        <w:t>itna door ho gaye jitna ke is se pehle kabhi nahi thay.</w:t>
      </w:r>
    </w:p>
    <w:p>
      <w:pPr>
        <w:jc w:val="right"/>
      </w:pPr>
      <w:r>
        <w:t>اتنا دور ہو گئے جتنا کہ اس سے پہلے کبھی نہیں تھے۔</w:t>
      </w:r>
    </w:p>
    <w:p>
      <w:r>
        <w:rPr>
          <w:b/>
        </w:rPr>
        <w:t xml:space="preserve">[31:05] </w:t>
      </w:r>
      <w:r>
        <w:t>yani naam lene ke liye to kabhi hamesha naam leta tha insan pehle bhi aur ab bhi.</w:t>
      </w:r>
    </w:p>
    <w:p>
      <w:pPr>
        <w:jc w:val="right"/>
      </w:pPr>
      <w:r>
        <w:t>یعنی نام لینے کے لیے تو کبھی ہمیشہ نام لیتا تھا انسان پہلے بھی اور اب بھی۔</w:t>
      </w:r>
    </w:p>
    <w:p>
      <w:r>
        <w:rPr>
          <w:b/>
        </w:rPr>
        <w:t xml:space="preserve">[31:13] </w:t>
      </w:r>
      <w:r>
        <w:t>lekin real sense mein door ho gaye.</w:t>
      </w:r>
    </w:p>
    <w:p>
      <w:pPr>
        <w:jc w:val="right"/>
      </w:pPr>
      <w:r>
        <w:t>لیکن ریئل سینس میں دور ہو گئے۔</w:t>
      </w:r>
    </w:p>
    <w:p>
      <w:r>
        <w:rPr>
          <w:b/>
        </w:rPr>
        <w:t xml:space="preserve">[31:20] </w:t>
      </w:r>
      <w:r>
        <w:t>kyun secular log par gaye madi cheezon ko mor aur mor hasil karein.</w:t>
      </w:r>
    </w:p>
    <w:p>
      <w:pPr>
        <w:jc w:val="right"/>
      </w:pPr>
      <w:r>
        <w:t>کیوں سیکولر لوگ پڑ گئے مادی چیزوں کو مور اور مور حاصل کریں۔</w:t>
      </w:r>
    </w:p>
    <w:p>
      <w:r>
        <w:rPr>
          <w:b/>
        </w:rPr>
        <w:t xml:space="preserve">[31:28] </w:t>
      </w:r>
      <w:r>
        <w:t>منی زیادہ زیادہ کمائیں ساری ان کا توجہ super consent ban gaya unka money.</w:t>
      </w:r>
    </w:p>
    <w:p>
      <w:pPr>
        <w:jc w:val="right"/>
      </w:pPr>
      <w:r>
        <w:t>منی زیادہ زیادہ کمائیں ساری ان کا توجہ سپر کنسنٹ بن گیا ان کا منی۔</w:t>
      </w:r>
    </w:p>
    <w:p>
      <w:r>
        <w:rPr>
          <w:b/>
        </w:rPr>
        <w:t xml:space="preserve">[31:35] </w:t>
      </w:r>
      <w:r>
        <w:t>aur jo mazhabi tabqa hai mislan Musalman woh itna zyada manfi ho gaye.</w:t>
      </w:r>
    </w:p>
    <w:p>
      <w:pPr>
        <w:jc w:val="right"/>
      </w:pPr>
      <w:r>
        <w:t>اور جو مذہبی طبقہ ہے مثلاً مسلمان وہ اتنا زیادہ منفی ہو گئے۔</w:t>
      </w:r>
    </w:p>
    <w:p>
      <w:r>
        <w:rPr>
          <w:b/>
        </w:rPr>
        <w:t xml:space="preserve">[31:43] </w:t>
      </w:r>
      <w:r>
        <w:t>itna manfi ho gaye ke woh is baat nafrat ka unke paas kuch nahi tha.</w:t>
      </w:r>
    </w:p>
    <w:p>
      <w:pPr>
        <w:jc w:val="right"/>
      </w:pPr>
      <w:r>
        <w:t>اتنا منفی ہو گئے کہ وہ اس بات نفرت کا ان کے پاس کچھ نہیں تھا۔</w:t>
      </w:r>
    </w:p>
    <w:p>
      <w:r>
        <w:rPr>
          <w:b/>
        </w:rPr>
        <w:t xml:space="preserve">[31:50] </w:t>
      </w:r>
      <w:r>
        <w:t>nafrat nafrat nafrat tashaddud in ko nafrat tashaddud tak pahunch gaya aur jihad ke naam par.</w:t>
      </w:r>
    </w:p>
    <w:p>
      <w:pPr>
        <w:jc w:val="right"/>
      </w:pPr>
      <w:r>
        <w:t>نفرت نفرت نفرت تشدد ان کو نفرت تشدد تک پہنچ گیا اور جہاد کے نام پر۔</w:t>
      </w:r>
    </w:p>
    <w:p>
      <w:r>
        <w:rPr>
          <w:b/>
        </w:rPr>
        <w:t xml:space="preserve">[31:58] </w:t>
      </w:r>
      <w:r>
        <w:t>to unki unki nafrat ne unko anda bana diya.</w:t>
      </w:r>
    </w:p>
    <w:p>
      <w:pPr>
        <w:jc w:val="right"/>
      </w:pPr>
      <w:r>
        <w:t>تو ان کی ان کی نفرت نے ان کو اندھا بنا دیا۔</w:t>
      </w:r>
    </w:p>
    <w:p>
      <w:r>
        <w:rPr>
          <w:b/>
        </w:rPr>
        <w:t xml:space="preserve">[32:06] </w:t>
      </w:r>
      <w:r>
        <w:t>maaf kijiye ga.</w:t>
      </w:r>
    </w:p>
    <w:p>
      <w:pPr>
        <w:jc w:val="right"/>
      </w:pPr>
      <w:r>
        <w:t>معاف کیجیے گا۔</w:t>
      </w:r>
    </w:p>
    <w:p>
      <w:r>
        <w:rPr>
          <w:b/>
        </w:rPr>
        <w:t xml:space="preserve">[32:13] </w:t>
      </w:r>
      <w:r>
        <w:t>hadees mein aata hai ke hubuk al shay' yumi wa yusim ke is cheez ki mohabbat tum ko anda bhara banati hai.</w:t>
      </w:r>
    </w:p>
    <w:p>
      <w:pPr>
        <w:jc w:val="right"/>
      </w:pPr>
      <w:r>
        <w:t>حدیث میں آتا ہے کہ حبک الشیء یومی ویسم کہ اس چیز کی محبت تم کو اندھا بھرا بناتی ہے۔</w:t>
      </w:r>
    </w:p>
    <w:p>
      <w:r>
        <w:rPr>
          <w:b/>
        </w:rPr>
        <w:t xml:space="preserve">[32:21] </w:t>
      </w:r>
      <w:r>
        <w:t>to wahi ulta bhi hai ke is cheez ke se aap mutanaffir ho jayein to aap anda bhara</w:t>
      </w:r>
    </w:p>
    <w:p>
      <w:pPr>
        <w:jc w:val="right"/>
      </w:pPr>
      <w:r>
        <w:t>تو وہی الٹا بھی ہے کہ اس چیز کے سے آپ متنفر ہو جائیں تو آپ اندھے بھرے</w:t>
      </w:r>
    </w:p>
    <w:p>
      <w:r>
        <w:rPr>
          <w:b/>
        </w:rPr>
        <w:t xml:space="preserve">[32:28] </w:t>
      </w:r>
      <w:r>
        <w:t>ho jayenge.</w:t>
      </w:r>
    </w:p>
    <w:p>
      <w:pPr>
        <w:jc w:val="right"/>
      </w:pPr>
      <w:r>
        <w:t>ہو جائیں گے۔</w:t>
      </w:r>
    </w:p>
    <w:p>
      <w:r>
        <w:rPr>
          <w:b/>
        </w:rPr>
        <w:t xml:space="preserve">[32:36] </w:t>
      </w:r>
      <w:r>
        <w:t>yani bughduk al shay' yumi wa yusim to mazhabi tabqa bhi is azeem haqeeqat ko jaane se bekhabar ho</w:t>
      </w:r>
    </w:p>
    <w:p>
      <w:pPr>
        <w:jc w:val="right"/>
      </w:pPr>
      <w:r>
        <w:t>یعنی بغضک الشیء یومی ویسم تو مذہبی طبقہ بھی اس عظیم حقیقت کو جانے سے بے خبر ہو</w:t>
      </w:r>
    </w:p>
    <w:p>
      <w:r>
        <w:rPr>
          <w:b/>
        </w:rPr>
        <w:t xml:space="preserve">[32:44] </w:t>
      </w:r>
      <w:r>
        <w:t>gaya jis ko mein kehta hoon marifat ka explosion aur secular tabqa bhi is ko jaane se be</w:t>
      </w:r>
    </w:p>
    <w:p>
      <w:pPr>
        <w:jc w:val="right"/>
      </w:pPr>
      <w:r>
        <w:t>گیا جس کو میں کہتا ہوں معرفت کا ایکسپلوژن اور سیکولر طبقہ بھی اس کو جانے سے بے</w:t>
      </w:r>
    </w:p>
    <w:p>
      <w:r>
        <w:rPr>
          <w:b/>
        </w:rPr>
        <w:t xml:space="preserve">[32:51] </w:t>
      </w:r>
      <w:r>
        <w:t>khabar ho gaya.</w:t>
      </w:r>
    </w:p>
    <w:p>
      <w:pPr>
        <w:jc w:val="right"/>
      </w:pPr>
      <w:r>
        <w:t>خبر ہو گیا۔</w:t>
      </w:r>
    </w:p>
    <w:p>
      <w:r>
        <w:rPr>
          <w:b/>
        </w:rPr>
        <w:t xml:space="preserve">[32:59] </w:t>
      </w:r>
      <w:r>
        <w:t>is liye mein kehta hoon ke yeh seven wonders se bara wonder hai yeh.</w:t>
      </w:r>
    </w:p>
    <w:p>
      <w:pPr>
        <w:jc w:val="right"/>
      </w:pPr>
      <w:r>
        <w:t>اس لیے میں کہتا ہوں کہ یہ سیون ونڈرز سے بڑا ونڈر ہے یہ۔</w:t>
      </w:r>
    </w:p>
    <w:p>
      <w:r>
        <w:rPr>
          <w:b/>
        </w:rPr>
        <w:t xml:space="preserve">[33:06] </w:t>
      </w:r>
      <w:r>
        <w:t>agarche wonders se barh kar yeh blunder hai.</w:t>
      </w:r>
    </w:p>
    <w:p>
      <w:pPr>
        <w:jc w:val="right"/>
      </w:pPr>
      <w:r>
        <w:t>اگرچہ ونڈرز سے بڑھ کر یہ بلنڈر ہے۔</w:t>
      </w:r>
    </w:p>
    <w:p>
      <w:r>
        <w:rPr>
          <w:b/>
        </w:rPr>
        <w:t xml:space="preserve">[33:14] </w:t>
      </w:r>
      <w:r>
        <w:t>yeh wonder nahi hai balke blunder hai.</w:t>
      </w:r>
    </w:p>
    <w:p>
      <w:pPr>
        <w:jc w:val="right"/>
      </w:pPr>
      <w:r>
        <w:t>یہ ونڈر نہیں ہے بلکہ بلنڈر ہے۔</w:t>
      </w:r>
    </w:p>
    <w:p>
      <w:r>
        <w:rPr>
          <w:b/>
        </w:rPr>
        <w:t xml:space="preserve">[33:22] </w:t>
      </w:r>
      <w:r>
        <w:t>yani matlab negative wonder.</w:t>
      </w:r>
    </w:p>
    <w:p>
      <w:pPr>
        <w:jc w:val="right"/>
      </w:pPr>
      <w:r>
        <w:t>یعنی مطلب نیگیٹیو ونڈر۔</w:t>
      </w:r>
    </w:p>
    <w:p>
      <w:r>
        <w:rPr>
          <w:b/>
        </w:rPr>
        <w:t xml:space="preserve">[33:29] </w:t>
      </w:r>
      <w:r>
        <w:t>yeh hai soorat e haal is halat mein jo kaam karna hai ahle iman ko jo sachay Khuda parast</w:t>
      </w:r>
    </w:p>
    <w:p>
      <w:pPr>
        <w:jc w:val="right"/>
      </w:pPr>
      <w:r>
        <w:t>یہ ہے صورت حال اس حالت میں جو کام کرنا ہے اہل ایمان کو جو سچے خدا پرست</w:t>
      </w:r>
    </w:p>
    <w:p>
      <w:r>
        <w:rPr>
          <w:b/>
        </w:rPr>
        <w:t xml:space="preserve">[33:37] </w:t>
      </w:r>
      <w:r>
        <w:t>hain un ko.</w:t>
      </w:r>
    </w:p>
    <w:p>
      <w:pPr>
        <w:jc w:val="right"/>
      </w:pPr>
      <w:r>
        <w:t>ہیں ان کو۔</w:t>
      </w:r>
    </w:p>
    <w:p>
      <w:r>
        <w:rPr>
          <w:b/>
        </w:rPr>
        <w:t xml:space="preserve">[33:44] </w:t>
      </w:r>
      <w:r>
        <w:t>is is is haqeeqat par jo parda daal diya gaya us ko hataiN.</w:t>
      </w:r>
    </w:p>
    <w:p>
      <w:pPr>
        <w:jc w:val="right"/>
      </w:pPr>
      <w:r>
        <w:t>اس اس اس حقیقت پر جو پردہ ڈال دیا گیا اس کو ہٹائیں۔</w:t>
      </w:r>
    </w:p>
    <w:p>
      <w:r>
        <w:rPr>
          <w:b/>
        </w:rPr>
        <w:t xml:space="preserve">[33:52] </w:t>
      </w:r>
      <w:r>
        <w:t>yani dobara insaan ko bataiN ke rasool Allah sal Allah aleh-e-wasallam ne jo kaha tha Allahumma la</w:t>
      </w:r>
    </w:p>
    <w:p>
      <w:pPr>
        <w:jc w:val="right"/>
      </w:pPr>
      <w:r>
        <w:t>یعنی دوبارہ انسان کو بتائیں کہ رسول اللہ صلی اللہ علیہ وسلم نے جو کہا تھا اللہم لا</w:t>
      </w:r>
    </w:p>
    <w:p>
      <w:r>
        <w:rPr>
          <w:b/>
        </w:rPr>
        <w:t xml:space="preserve">[33:59] </w:t>
      </w:r>
      <w:r>
        <w:t>aish illa aish-e-aakhirah kitni bari reality thi woh.</w:t>
      </w:r>
    </w:p>
    <w:p>
      <w:pPr>
        <w:jc w:val="right"/>
      </w:pPr>
      <w:r>
        <w:t>عیش الا عیش الآخرة کتنی بڑی ریلیٹی تھی وہ۔</w:t>
      </w:r>
    </w:p>
    <w:p>
      <w:r>
        <w:rPr>
          <w:b/>
        </w:rPr>
        <w:t xml:space="preserve">[34:07] </w:t>
      </w:r>
      <w:r>
        <w:t>ke is zameen par aap kuch bana nahiN sakte aap ka maal khatm aap ka aish khatm.</w:t>
      </w:r>
    </w:p>
    <w:p>
      <w:pPr>
        <w:jc w:val="right"/>
      </w:pPr>
      <w:r>
        <w:t>کہ اس زمین پر آپ کچھ بنا نہیں سکتے آپ کا مال ختم آپ کا عیش ختم۔</w:t>
      </w:r>
    </w:p>
    <w:p>
      <w:r>
        <w:rPr>
          <w:b/>
        </w:rPr>
        <w:t xml:space="preserve">[34:15] </w:t>
      </w:r>
      <w:r>
        <w:t>kyunke dunya hi is qabil nahiN rahe gi ke yahan par aap reh sakaiN.</w:t>
      </w:r>
    </w:p>
    <w:p>
      <w:pPr>
        <w:jc w:val="right"/>
      </w:pPr>
      <w:r>
        <w:t>کیونکہ دنیا ہی اس قابل نہیں رہے گی کہ یہاں پر آپ رہ سکیں۔</w:t>
      </w:r>
    </w:p>
    <w:p>
      <w:r>
        <w:rPr>
          <w:b/>
        </w:rPr>
        <w:t xml:space="preserve">[34:22] </w:t>
      </w:r>
      <w:r>
        <w:t>kitni azeem haqeeqat thi jo rasool Allah sal Allah aleh-e-wasallam ne is ka ailaan kiya tha.</w:t>
      </w:r>
    </w:p>
    <w:p>
      <w:pPr>
        <w:jc w:val="right"/>
      </w:pPr>
      <w:r>
        <w:t>کتنی عظیم حقیقت تھی جو رسول اللہ صلی اللہ علیہ وسلم نے اس کا اعلان کیا تھا۔</w:t>
      </w:r>
    </w:p>
    <w:p>
      <w:r>
        <w:rPr>
          <w:b/>
        </w:rPr>
        <w:t xml:space="preserve">[34:30] </w:t>
      </w:r>
      <w:r>
        <w:t>ke hum jo aish khana chahte haiN daar-ul-aish chahte haiN woh aakhirat mein bane ya dunya zameen par</w:t>
      </w:r>
    </w:p>
    <w:p>
      <w:pPr>
        <w:jc w:val="right"/>
      </w:pPr>
      <w:r>
        <w:t>کہ ہم جو عیش خانہ چاہتے ہیں دارالعشق چاہتے ہیں وہ آخرت میں بنے یا دنیا زمین پر</w:t>
      </w:r>
    </w:p>
    <w:p>
      <w:r>
        <w:rPr>
          <w:b/>
        </w:rPr>
        <w:t xml:space="preserve">[34:37] </w:t>
      </w:r>
      <w:r>
        <w:t>ban hi nahiN sakta.</w:t>
      </w:r>
    </w:p>
    <w:p>
      <w:pPr>
        <w:jc w:val="right"/>
      </w:pPr>
      <w:r>
        <w:t>بن ہی نہیں سکتا۔</w:t>
      </w:r>
    </w:p>
    <w:p>
      <w:r>
        <w:rPr>
          <w:b/>
        </w:rPr>
        <w:t xml:space="preserve">[34:45] </w:t>
      </w:r>
      <w:r>
        <w:t>is ki umr bohat hi mehdood umr hai woh apne aakhri darje mein pohnch chuki hai.</w:t>
      </w:r>
    </w:p>
    <w:p>
      <w:pPr>
        <w:jc w:val="right"/>
      </w:pPr>
      <w:r>
        <w:t>اس کی عمر بہت ہی محدود عمر ہے وہ اپنے آخری درجے میں پہنچ چکی ہے۔</w:t>
      </w:r>
    </w:p>
    <w:p>
      <w:r>
        <w:rPr>
          <w:b/>
        </w:rPr>
        <w:t xml:space="preserve">[34:53] </w:t>
      </w:r>
      <w:r>
        <w:t>aur doosri taraf Islam ki sachai Allah ki haqeeqat yeh sari cheezeiN jo is zamane mein mubarrhan ho</w:t>
      </w:r>
    </w:p>
    <w:p>
      <w:pPr>
        <w:jc w:val="right"/>
      </w:pPr>
      <w:r>
        <w:t>اور دوسری طرف اسلام کی سچائی اللہ کی حقیقت یہ ساری چیزیں جو اس زمانے میں مبرہن ہو</w:t>
      </w:r>
    </w:p>
    <w:p>
      <w:r>
        <w:rPr>
          <w:b/>
        </w:rPr>
        <w:t xml:space="preserve">[35:00] </w:t>
      </w:r>
      <w:r>
        <w:t>gai haiN un ka ailaan karna.</w:t>
      </w:r>
    </w:p>
    <w:p>
      <w:pPr>
        <w:jc w:val="right"/>
      </w:pPr>
      <w:r>
        <w:t>گئی ہیں ان کا اعلان کرنا۔</w:t>
      </w:r>
    </w:p>
    <w:p>
      <w:r>
        <w:rPr>
          <w:b/>
        </w:rPr>
        <w:t xml:space="preserve">[35:08] </w:t>
      </w:r>
      <w:r>
        <w:t>aaj Allah ko sab se bara jo intezar hai hum ko aap ko subah ka intezar hota hai.</w:t>
      </w:r>
    </w:p>
    <w:p>
      <w:pPr>
        <w:jc w:val="right"/>
      </w:pPr>
      <w:r>
        <w:t>آج اللہ کو سب سے بڑا جو انتظار ہے ہم کو آپ کو صبح کا انتظار ہوتا ہے۔</w:t>
      </w:r>
    </w:p>
    <w:p>
      <w:r>
        <w:rPr>
          <w:b/>
        </w:rPr>
        <w:t xml:space="preserve">[35:15] </w:t>
      </w:r>
      <w:r>
        <w:t>hum ko aap ko achhe mausam ka intezar hota hai.</w:t>
      </w:r>
    </w:p>
    <w:p>
      <w:pPr>
        <w:jc w:val="right"/>
      </w:pPr>
      <w:r>
        <w:t>ہم کو آپ کو اچھے موسم کا انتظار ہوتا ہے۔</w:t>
      </w:r>
    </w:p>
    <w:p>
      <w:r>
        <w:rPr>
          <w:b/>
        </w:rPr>
        <w:t xml:space="preserve">[35:23] </w:t>
      </w:r>
      <w:r>
        <w:t>Allah ko yeh intezar hai ke kuch Allah ke bande utheiN aur yeh jo jo marifat khuli hai</w:t>
      </w:r>
    </w:p>
    <w:p>
      <w:pPr>
        <w:jc w:val="right"/>
      </w:pPr>
      <w:r>
        <w:t>اللہ کو یہ انتظار ہے کہ کچھ اللہ کے بندے اٹھیں اور یہ جو جو معرفت کھلی ہے</w:t>
      </w:r>
    </w:p>
    <w:p>
      <w:r>
        <w:rPr>
          <w:b/>
        </w:rPr>
        <w:t xml:space="preserve">[35:30] </w:t>
      </w:r>
      <w:r>
        <w:t>jo marifat ki discovery hui hai marifat ka jo explosion hua hai us ko janiN aur jan kar</w:t>
      </w:r>
    </w:p>
    <w:p>
      <w:pPr>
        <w:jc w:val="right"/>
      </w:pPr>
      <w:r>
        <w:t>جو معرفت کی ڈسکوری ہوئی ہے معرفت کا جو ایکسپلوژن ہوا ہے اس کو جانیں اور جان کر</w:t>
      </w:r>
    </w:p>
    <w:p>
      <w:r>
        <w:rPr>
          <w:b/>
        </w:rPr>
        <w:t xml:space="preserve">[35:38] </w:t>
      </w:r>
      <w:r>
        <w:t>us ko avail kareiN aur dunya ko ba-khabar kareiN.</w:t>
      </w:r>
    </w:p>
    <w:p>
      <w:pPr>
        <w:jc w:val="right"/>
      </w:pPr>
      <w:r>
        <w:t>اس کو اویل کریں اور دنیا کو باخبر کریں۔</w:t>
      </w:r>
    </w:p>
    <w:p>
      <w:r>
        <w:rPr>
          <w:b/>
        </w:rPr>
        <w:t xml:space="preserve">[35:46] </w:t>
      </w:r>
      <w:r>
        <w:t>hadees mein aata hai ke ek zamana aaye ga jab ek aazam-ush-shahadat ek ek anjaam di jaye</w:t>
      </w:r>
    </w:p>
    <w:p>
      <w:pPr>
        <w:jc w:val="right"/>
      </w:pPr>
      <w:r>
        <w:t>حدیث میں آتا ہے کہ ایک زمانہ آئے گا جب ایک اعظم الشہادت ایک ایک انجام دی جائے</w:t>
      </w:r>
    </w:p>
    <w:p>
      <w:r>
        <w:rPr>
          <w:b/>
        </w:rPr>
        <w:t xml:space="preserve">[35:53] </w:t>
      </w:r>
      <w:r>
        <w:t>gi sab se bari gawahi aazam-ush-shahadat yahi to sab se bari gawahi hai ke log Azhar mein</w:t>
      </w:r>
    </w:p>
    <w:p>
      <w:pPr>
        <w:jc w:val="right"/>
      </w:pPr>
      <w:r>
        <w:t>گی سب سے بڑی گواہی اعظم الشہادت یہی تو سب سے بڑی گواہی ہے کہ لوگ ازہر میں</w:t>
      </w:r>
    </w:p>
    <w:p>
      <w:r>
        <w:rPr>
          <w:b/>
        </w:rPr>
        <w:t xml:space="preserve">[36:01] </w:t>
      </w:r>
      <w:r>
        <w:t>ji rahe haiN un ko ujale mein la rahe haiN log marifat se be-khabar haiN un ko</w:t>
      </w:r>
    </w:p>
    <w:p>
      <w:pPr>
        <w:jc w:val="right"/>
      </w:pPr>
      <w:r>
        <w:t>جی رہے ہیں ان کو اجالے میں لا رہے ہیں لوگ معرفت سے بے خبر ہیں ان کو</w:t>
      </w:r>
    </w:p>
    <w:p>
      <w:r>
        <w:rPr>
          <w:b/>
        </w:rPr>
        <w:t xml:space="preserve">[36:08] </w:t>
      </w:r>
      <w:r>
        <w:t>marifat se ba-khabar karna.</w:t>
      </w:r>
    </w:p>
    <w:p>
      <w:pPr>
        <w:jc w:val="right"/>
      </w:pPr>
      <w:r>
        <w:t>معرفت سے باخبر کرنا۔</w:t>
      </w:r>
    </w:p>
    <w:p>
      <w:r>
        <w:rPr>
          <w:b/>
        </w:rPr>
        <w:t xml:space="preserve">[36:16] </w:t>
      </w:r>
      <w:r>
        <w:t>science ko Allah taala ne zahir kiya ke jis jis cheez ko log sirf ailaan ke taur par</w:t>
      </w:r>
    </w:p>
    <w:p>
      <w:pPr>
        <w:jc w:val="right"/>
      </w:pPr>
      <w:r>
        <w:t>سائنس کو اللہ تعالیٰ نے ظاہر کیا کہ جس جس چیز کو لوگ صرف اعلان کے طور پر</w:t>
      </w:r>
    </w:p>
    <w:p>
      <w:r>
        <w:rPr>
          <w:b/>
        </w:rPr>
        <w:t xml:space="preserve">[36:24] </w:t>
      </w:r>
      <w:r>
        <w:t>jante the us ko dimension ke taur par janiN.</w:t>
      </w:r>
    </w:p>
    <w:p>
      <w:pPr>
        <w:jc w:val="right"/>
      </w:pPr>
      <w:r>
        <w:t>جانتے تھے اس کو ڈائمنشن کے طور پر جانیں۔</w:t>
      </w:r>
    </w:p>
    <w:p>
      <w:r>
        <w:rPr>
          <w:b/>
        </w:rPr>
        <w:t xml:space="preserve">[36:31] </w:t>
      </w:r>
      <w:r>
        <w:t>Allah taala ne us ko aisa wajood yani ek science paida ki to yeh sari cheezoN se jo</w:t>
      </w:r>
    </w:p>
    <w:p>
      <w:pPr>
        <w:jc w:val="right"/>
      </w:pPr>
      <w:r>
        <w:t>اللہ تعالیٰ نے اس کو ایسا وجود یعنی ایک سائنس پیدا کی تو یہ ساری چیزوں سے جو</w:t>
      </w:r>
    </w:p>
    <w:p>
      <w:r>
        <w:rPr>
          <w:b/>
        </w:rPr>
        <w:t xml:space="preserve">[36:39] </w:t>
      </w:r>
      <w:r>
        <w:t>be-khabri hai us ko kholna.</w:t>
      </w:r>
    </w:p>
    <w:p>
      <w:pPr>
        <w:jc w:val="right"/>
      </w:pPr>
      <w:r>
        <w:t>بے خبری ہے اس کو کھولنا۔</w:t>
      </w:r>
    </w:p>
    <w:p>
      <w:r>
        <w:rPr>
          <w:b/>
        </w:rPr>
        <w:t xml:space="preserve">[36:46] </w:t>
      </w:r>
      <w:r>
        <w:t>yahi hai aazam-ush-shahadat hadha aazam-un-nas shahadat inda Rabb-il-aalameen ke baad ke zamane mein ek aisa</w:t>
      </w:r>
    </w:p>
    <w:p>
      <w:pPr>
        <w:jc w:val="right"/>
      </w:pPr>
      <w:r>
        <w:t>یہی ہے اعظم الشہادت ھذا اعظم الناس شہادت عند رب العالمین کہ بعد کے زمانے میں ایک ایسا</w:t>
      </w:r>
    </w:p>
    <w:p>
      <w:r>
        <w:rPr>
          <w:b/>
        </w:rPr>
        <w:t xml:space="preserve">[36:54] </w:t>
      </w:r>
      <w:r>
        <w:t>waqea paish aaye ga jis ko Allah ne sab se bari gawahi bataya greatest witness greatest gawahi sab</w:t>
      </w:r>
    </w:p>
    <w:p>
      <w:pPr>
        <w:jc w:val="right"/>
      </w:pPr>
      <w:r>
        <w:t>واقعہ پیش آئے گا جس کو اللہ نے سب سے بڑی گواہی بتایا گریٹسٹ وٹنس گریٹسٹ گواہی سب</w:t>
      </w:r>
    </w:p>
    <w:p>
      <w:r>
        <w:rPr>
          <w:b/>
        </w:rPr>
        <w:t xml:space="preserve">[37:02] </w:t>
      </w:r>
      <w:r>
        <w:t>se bara dawah work poori tareekh ka sab se bara dawah work wahi to hai yeh ke Allah</w:t>
      </w:r>
    </w:p>
    <w:p>
      <w:pPr>
        <w:jc w:val="right"/>
      </w:pPr>
      <w:r>
        <w:t>سے بڑا دعویٰ ورک پوری تاریخ کا سب سے بڑا دعویٰ ورک وہی تو ہے یہ کہ اللہ</w:t>
      </w:r>
    </w:p>
    <w:p>
      <w:r>
        <w:rPr>
          <w:b/>
        </w:rPr>
        <w:t xml:space="preserve">[37:09] </w:t>
      </w:r>
      <w:r>
        <w:t>taala ne saare darwaze khol diye sari khirkiyan khol din andhere ko ujale mein badal diya la ilaha</w:t>
      </w:r>
    </w:p>
    <w:p>
      <w:pPr>
        <w:jc w:val="right"/>
      </w:pPr>
      <w:r>
        <w:t>تعالیٰ نے سارے دروازے کھول دیے ساری کھڑکیاں کھول دیں اندھیرے کو اجالے میں بدل دیا لا الہ</w:t>
      </w:r>
    </w:p>
    <w:p>
      <w:r>
        <w:rPr>
          <w:b/>
        </w:rPr>
        <w:t xml:space="preserve">[37:17] </w:t>
      </w:r>
      <w:r>
        <w:t>ka naarah ho gaya aur phir bhi log be khabar hain.</w:t>
      </w:r>
    </w:p>
    <w:p>
      <w:pPr>
        <w:jc w:val="right"/>
      </w:pPr>
      <w:r>
        <w:t>کا نعرہ ہو گیا اور پھر بھی لوگ بے خبر ہیں۔</w:t>
      </w:r>
    </w:p>
    <w:p>
      <w:r>
        <w:rPr>
          <w:b/>
        </w:rPr>
        <w:t xml:space="preserve">[37:24] </w:t>
      </w:r>
      <w:r>
        <w:t>is be khabari ko todna aur marifat ke jo daryaften hui hain is ko logon ko is se</w:t>
      </w:r>
    </w:p>
    <w:p>
      <w:pPr>
        <w:jc w:val="right"/>
      </w:pPr>
      <w:r>
        <w:t>اس بے خبری کو توڑنا اور معرفت کے جو دریافتیں ہوئی ہیں اس کو لوگوں کو اس سے</w:t>
      </w:r>
    </w:p>
    <w:p>
      <w:r>
        <w:rPr>
          <w:b/>
        </w:rPr>
        <w:t xml:space="preserve">[37:32] </w:t>
      </w:r>
      <w:r>
        <w:t>logon ko ba khabar karna.</w:t>
      </w:r>
    </w:p>
    <w:p>
      <w:pPr>
        <w:jc w:val="right"/>
      </w:pPr>
      <w:r>
        <w:t>لوگوں کو باخبر کرنا۔</w:t>
      </w:r>
    </w:p>
    <w:p>
      <w:r>
        <w:rPr>
          <w:b/>
        </w:rPr>
        <w:t xml:space="preserve">[37:39] </w:t>
      </w:r>
      <w:r>
        <w:t>marifat ke suraj par jo jo badal chha gaya hai is badal ko hatana.</w:t>
      </w:r>
    </w:p>
    <w:p>
      <w:pPr>
        <w:jc w:val="right"/>
      </w:pPr>
      <w:r>
        <w:t>معرفت کے سورج پر جو جو بادل چھا گیا ہے اس بادل کو ہٹانا۔</w:t>
      </w:r>
    </w:p>
    <w:p>
      <w:r>
        <w:rPr>
          <w:b/>
        </w:rPr>
        <w:t xml:space="preserve">[37:47] </w:t>
      </w:r>
      <w:r>
        <w:t>is zamane mein marifat ke suraj par ek badal chha gaya hai woh be khabari ka badal.</w:t>
      </w:r>
    </w:p>
    <w:p>
      <w:pPr>
        <w:jc w:val="right"/>
      </w:pPr>
      <w:r>
        <w:t>اس زمانے میں معرفت کے سورج پر ایک بادل چھا گیا ہے وہ بے خبری کا بادل۔</w:t>
      </w:r>
    </w:p>
    <w:p>
      <w:r>
        <w:rPr>
          <w:b/>
        </w:rPr>
        <w:t xml:space="preserve">[37:55] </w:t>
      </w:r>
      <w:r>
        <w:t>koi bhaag raha hai money ke peeche woh is ka badal hai.</w:t>
      </w:r>
    </w:p>
    <w:p>
      <w:pPr>
        <w:jc w:val="right"/>
      </w:pPr>
      <w:r>
        <w:t>کوئی بھاگ رہا ہے منی کے پیچھے وہ اس کا بادل ہے۔</w:t>
      </w:r>
    </w:p>
    <w:p>
      <w:r>
        <w:rPr>
          <w:b/>
        </w:rPr>
        <w:t xml:space="preserve">[38:02] </w:t>
      </w:r>
      <w:r>
        <w:t>koi log bhaag rahe hain nafrat ke peeche woh un ka badal hai.</w:t>
      </w:r>
    </w:p>
    <w:p>
      <w:pPr>
        <w:jc w:val="right"/>
      </w:pPr>
      <w:r>
        <w:t>کوئی لوگ بھاگ رہے ہیں نفرت کے پیچھے وہ ان کا بادل ہے۔</w:t>
      </w:r>
    </w:p>
    <w:p>
      <w:r>
        <w:rPr>
          <w:b/>
        </w:rPr>
        <w:t xml:space="preserve">[38:10] </w:t>
      </w:r>
      <w:r>
        <w:t>to sab ke liye suraj jo hai badal mein chhip gaya hai is badal ko hatana yahi sab</w:t>
      </w:r>
    </w:p>
    <w:p>
      <w:pPr>
        <w:jc w:val="right"/>
      </w:pPr>
      <w:r>
        <w:t>تو سب کے لیے سورج جو ہے بادل میں چھپ گیا ہے اس بادل کو ہٹانا یہی سب</w:t>
      </w:r>
    </w:p>
    <w:p>
      <w:r>
        <w:rPr>
          <w:b/>
        </w:rPr>
        <w:t xml:space="preserve">[38:17] </w:t>
      </w:r>
      <w:r>
        <w:t>bara dawati kaam hai yahi azeem tareen shahadat hai yahi Allah ka sab bara matloob kaam hai.</w:t>
      </w:r>
    </w:p>
    <w:p>
      <w:pPr>
        <w:jc w:val="right"/>
      </w:pPr>
      <w:r>
        <w:t>بڑا دعوتی کام ہے یہی عظیم ترین شہادت ہے یہی اللہ کا سب بڑا مطلوب کام ہے۔</w:t>
      </w:r>
    </w:p>
    <w:p>
      <w:r>
        <w:rPr>
          <w:b/>
        </w:rPr>
        <w:t xml:space="preserve">[38:25] </w:t>
      </w:r>
      <w:r>
        <w:t>yaad rakhiye jo log is kaam ke liye uthenge un ke liye Allah ki nasrat Allah ki</w:t>
      </w:r>
    </w:p>
    <w:p>
      <w:pPr>
        <w:jc w:val="right"/>
      </w:pPr>
      <w:r>
        <w:t>یاد رکھیے جو لوگ اس کام کے لیے اٹھیں گے ان کے لیے اللہ کی نصرت اللہ کی</w:t>
      </w:r>
    </w:p>
    <w:p>
      <w:r>
        <w:rPr>
          <w:b/>
        </w:rPr>
        <w:t xml:space="preserve">[38:33] </w:t>
      </w:r>
      <w:r>
        <w:t>madad is tarah toot padegi is tarah toot padegi jo kabhi socha bhi nahi tha logon ne.</w:t>
      </w:r>
    </w:p>
    <w:p>
      <w:pPr>
        <w:jc w:val="right"/>
      </w:pPr>
      <w:r>
        <w:t>مدد اس طرح ٹوٹ پڑے گی اس طرح ٹوٹ پڑے گی جو کبھی سوچا بھی نہیں تھا لوگوں نے۔</w:t>
      </w:r>
    </w:p>
    <w:p>
      <w:r>
        <w:rPr>
          <w:b/>
        </w:rPr>
        <w:t xml:space="preserve">[38:40] </w:t>
      </w:r>
      <w:r>
        <w:t>kyun ke Allah ko maloom hai ke insani duniya mein shahadat kaam ya dawat ka kaam insan akela nahi</w:t>
      </w:r>
    </w:p>
    <w:p>
      <w:pPr>
        <w:jc w:val="right"/>
      </w:pPr>
      <w:r>
        <w:t>کیونکہ اللہ کو معلوم ہے کہ انسانی دنیا میں شہادت کام یا دعوت کا کام انسان اکیلا نہیں</w:t>
      </w:r>
    </w:p>
    <w:p>
      <w:r>
        <w:rPr>
          <w:b/>
        </w:rPr>
        <w:t xml:space="preserve">[38:48] </w:t>
      </w:r>
      <w:r>
        <w:t>kar sakta is ko farishton ki madad chahiye is ko Allah ki madad chahiye to jaise hi Allah</w:t>
      </w:r>
    </w:p>
    <w:p>
      <w:pPr>
        <w:jc w:val="right"/>
      </w:pPr>
      <w:r>
        <w:t>کر سکتا اس کو فرشتوں کی مدد چاہیے اس کو اللہ کی مدد چاہیے تو جیسے ہی اللہ</w:t>
      </w:r>
    </w:p>
    <w:p>
      <w:r>
        <w:rPr>
          <w:b/>
        </w:rPr>
        <w:t xml:space="preserve">[38:55] </w:t>
      </w:r>
      <w:r>
        <w:t>ne dekha ke kuch insaan khade hue hain is ke liye to woh is se Allah Allah aur</w:t>
      </w:r>
    </w:p>
    <w:p>
      <w:pPr>
        <w:jc w:val="right"/>
      </w:pPr>
      <w:r>
        <w:t>نے دیکھا کہ کچھ انسان کھڑے ہوئے ہیں اس کے لیے تو وہ اس سے اللہ اللہ اور</w:t>
      </w:r>
    </w:p>
    <w:p>
      <w:r>
        <w:rPr>
          <w:b/>
        </w:rPr>
        <w:t xml:space="preserve">[39:03] </w:t>
      </w:r>
      <w:r>
        <w:t>us ke farishte is intezar mein hain ke kab koi insaan khada ho.</w:t>
      </w:r>
    </w:p>
    <w:p>
      <w:pPr>
        <w:jc w:val="right"/>
      </w:pPr>
      <w:r>
        <w:t>اس کے فرشتے اس انتظار میں ہیں کہ کب کوئی انسان کھڑا ہو۔</w:t>
      </w:r>
    </w:p>
    <w:p>
      <w:r>
        <w:rPr>
          <w:b/>
        </w:rPr>
        <w:t xml:space="preserve">[39:11] </w:t>
      </w:r>
      <w:r>
        <w:t>aur upar nasraten odhel di jayen.</w:t>
      </w:r>
    </w:p>
    <w:p>
      <w:pPr>
        <w:jc w:val="right"/>
      </w:pPr>
      <w:r>
        <w:t>اور اوپر نصرتیں اڈیل دی جائیں۔</w:t>
      </w:r>
    </w:p>
    <w:p>
      <w:r>
        <w:rPr>
          <w:b/>
        </w:rPr>
        <w:t xml:space="preserve">[39:18] </w:t>
      </w:r>
      <w:r>
        <w:t>aap ko sirf khada hona hai is ke baad wahi waqea hoga jo Quran mein aaya hai ke</w:t>
      </w:r>
    </w:p>
    <w:p>
      <w:pPr>
        <w:jc w:val="right"/>
      </w:pPr>
      <w:r>
        <w:t>آپ کو صرف کھڑا ہونا ہے اس کے بعد وہی واقعہ ہوگا جو قرآن میں آیا ہے کہ</w:t>
      </w:r>
    </w:p>
    <w:p>
      <w:r>
        <w:rPr>
          <w:b/>
        </w:rPr>
        <w:t xml:space="preserve">[39:26] </w:t>
      </w:r>
      <w:r>
        <w:t>wa kafa allahu al-mu'minina al-qital yeh qital ka lafz yahan jo hai yeh yeh asal mani mein yahi is</w:t>
      </w:r>
    </w:p>
    <w:p>
      <w:pPr>
        <w:jc w:val="right"/>
      </w:pPr>
      <w:r>
        <w:t>وَكَفَى اللّٰهُ الْمُونَ الْقَتَالَ یہ قتال کا لفظ یہاں جو ہے یہ یہ اصل معنی میں یہی اس</w:t>
      </w:r>
    </w:p>
    <w:p>
      <w:r>
        <w:rPr>
          <w:b/>
        </w:rPr>
        <w:t xml:space="preserve">[39:33] </w:t>
      </w:r>
      <w:r>
        <w:t>ka matlab nahi hai.</w:t>
      </w:r>
    </w:p>
    <w:p>
      <w:pPr>
        <w:jc w:val="right"/>
      </w:pPr>
      <w:r>
        <w:t>کا مطلب نہیں ہے۔</w:t>
      </w:r>
    </w:p>
    <w:p>
      <w:r>
        <w:rPr>
          <w:b/>
        </w:rPr>
        <w:t xml:space="preserve">[39:41] </w:t>
      </w:r>
      <w:r>
        <w:t>sab is ka matlab hai ke jo dawat ka kaam jo shahadat ka kaam karne wale uthenge</w:t>
      </w:r>
    </w:p>
    <w:p>
      <w:pPr>
        <w:jc w:val="right"/>
      </w:pPr>
      <w:r>
        <w:t>سب اس کا مطلب ہے کہ جو دعوت کا کام جو شہادت کا کام کرنے والے اٹھیں گے</w:t>
      </w:r>
    </w:p>
    <w:p>
      <w:r>
        <w:rPr>
          <w:b/>
        </w:rPr>
        <w:t xml:space="preserve">[39:48] </w:t>
      </w:r>
      <w:r>
        <w:t>to Allah un ke un ke liye kaafi ho jayega.</w:t>
      </w:r>
    </w:p>
    <w:p>
      <w:pPr>
        <w:jc w:val="right"/>
      </w:pPr>
      <w:r>
        <w:t>تو اللہ ان کے ان کے لیے کافی ہو جائے گا۔</w:t>
      </w:r>
    </w:p>
    <w:p>
      <w:r>
        <w:rPr>
          <w:b/>
        </w:rPr>
        <w:t xml:space="preserve">[39:56] </w:t>
      </w:r>
      <w:r>
        <w:t>halaisa allahu bikafin abdah halaisa allahu bikafin abdah wa kafa allahu al-mu'minina al-qital is tarah ki bohat si ayaten</w:t>
      </w:r>
    </w:p>
    <w:p>
      <w:pPr>
        <w:jc w:val="right"/>
      </w:pPr>
      <w:r>
        <w:t>ھَلَیْسَ اللّٰهُ بِكَافِرٍ عَبْدًا ھَلَیْسَ اللّٰهُ بِكَافِرٍ عَبْدًا وَكَفَى اللّٰهُ الْمُونَ الْقَتَالَ اس طرح کی بہت سی آیتیں</w:t>
      </w:r>
    </w:p>
    <w:p>
      <w:r>
        <w:rPr>
          <w:b/>
        </w:rPr>
        <w:t xml:space="preserve">[40:04] </w:t>
      </w:r>
      <w:r>
        <w:t>hain in sari aayaton ka matlab yahi hai ke jo log Allah ke mission ke liye uthen ge</w:t>
      </w:r>
    </w:p>
    <w:p>
      <w:pPr>
        <w:jc w:val="right"/>
      </w:pPr>
      <w:r>
        <w:t>ہیں ان ساری آیتوں کا مطلب یہی ہے کہ جو لوگ اللہ کے مشن کے لیے اٹھیں گے</w:t>
      </w:r>
    </w:p>
    <w:p>
      <w:r>
        <w:rPr>
          <w:b/>
        </w:rPr>
        <w:t xml:space="preserve">[40:11] </w:t>
      </w:r>
      <w:r>
        <w:t>Allah un ki tamam cheezon ka kafeel ban jaye ga aur sari nasraten un ko adeel de ga.</w:t>
      </w:r>
    </w:p>
    <w:p>
      <w:pPr>
        <w:jc w:val="right"/>
      </w:pPr>
      <w:r>
        <w:t>اللہ ان کی تمام چیزوں کا کفیل بن جائے گا اور ساری نصرتیں ان کو اڈیل دے گا۔</w:t>
      </w:r>
    </w:p>
    <w:p>
      <w:r>
        <w:rPr>
          <w:b/>
        </w:rPr>
        <w:t xml:space="preserve">[40:19] </w:t>
      </w:r>
      <w:r>
        <w:t>un ki kamyabi ka yaqeen bana de ga.</w:t>
      </w:r>
    </w:p>
    <w:p>
      <w:pPr>
        <w:jc w:val="right"/>
      </w:pPr>
      <w:r>
        <w:t>ان کی کامیابی کا یقین بنا دے گا۔</w:t>
      </w:r>
    </w:p>
    <w:p>
      <w:r>
        <w:rPr>
          <w:b/>
        </w:rPr>
        <w:t xml:space="preserve">[40:26] </w:t>
      </w:r>
      <w:r>
        <w:t>kamyabi ke mani yeh nahi ke un ki hukoomat qaim ho jaye gi yeh to bilkul ridiculous baat</w:t>
      </w:r>
    </w:p>
    <w:p>
      <w:pPr>
        <w:jc w:val="right"/>
      </w:pPr>
      <w:r>
        <w:t>کامیابی کے معنی یہ نہیں کہ ان کی حکومت قائم ہو جائے گی یہ تو بالکل ریڈیکولس بات</w:t>
      </w:r>
    </w:p>
    <w:p>
      <w:r>
        <w:rPr>
          <w:b/>
        </w:rPr>
        <w:t xml:space="preserve">[40:34] </w:t>
      </w:r>
      <w:r>
        <w:t>hai yeh samajhna hai ke hukoomat qaim ho jaye gi bilkul ridiculous baat hai.</w:t>
      </w:r>
    </w:p>
    <w:p>
      <w:pPr>
        <w:jc w:val="right"/>
      </w:pPr>
      <w:r>
        <w:t>ہے یہ سمجھنا ہے کہ حکومت قائم ہو جائے گی بالکل ریڈیکولس بات ہے۔</w:t>
      </w:r>
    </w:p>
    <w:p>
      <w:r>
        <w:rPr>
          <w:b/>
        </w:rPr>
        <w:t xml:space="preserve">[40:42] </w:t>
      </w:r>
      <w:r>
        <w:t>Allah ke nazdeek is ki koi ahmiyat nahi hai hum yeh samajhte hain ke sare peghambaron ko Khuda</w:t>
      </w:r>
    </w:p>
    <w:p>
      <w:pPr>
        <w:jc w:val="right"/>
      </w:pPr>
      <w:r>
        <w:t>اللہ کے نزدیک اس کی کوئی اہمیت نہیں ہے ہم یہ سمجھتے ہیں کہ سارے پیغمبروں کو خدا</w:t>
      </w:r>
    </w:p>
    <w:p>
      <w:r>
        <w:rPr>
          <w:b/>
        </w:rPr>
        <w:t xml:space="preserve">[40:49] </w:t>
      </w:r>
      <w:r>
        <w:t>badshah bana deta Allah ke nazdeek hukoomat ki ahmiyat hoti to to jitne peghambar the badshah hote koi</w:t>
      </w:r>
    </w:p>
    <w:p>
      <w:pPr>
        <w:jc w:val="right"/>
      </w:pPr>
      <w:r>
        <w:t>بادشاہ بنا دیتا اللہ کے نزدیک حکومت کی اہمیت ہوتی تو تو جتنے پیغمبر تھے بادشاہ ہوتے کوئی</w:t>
      </w:r>
    </w:p>
    <w:p>
      <w:r>
        <w:rPr>
          <w:b/>
        </w:rPr>
        <w:t xml:space="preserve">[40:57] </w:t>
      </w:r>
      <w:r>
        <w:t>peghambar badshah nahi bana.</w:t>
      </w:r>
    </w:p>
    <w:p>
      <w:pPr>
        <w:jc w:val="right"/>
      </w:pPr>
      <w:r>
        <w:t>پیغمبر بادشاہ نہیں بنا۔</w:t>
      </w:r>
    </w:p>
    <w:p>
      <w:r>
        <w:rPr>
          <w:b/>
        </w:rPr>
        <w:t xml:space="preserve">[41:04] </w:t>
      </w:r>
      <w:r>
        <w:t>asal ahmiyat Allah ke nazdeek sachai ka elaan hai logon ko sachai se ba-khabar karna.</w:t>
      </w:r>
    </w:p>
    <w:p>
      <w:pPr>
        <w:jc w:val="right"/>
      </w:pPr>
      <w:r>
        <w:t>اصل اہمیت اللہ کے نزدیک سچائی کا اعلان ہے لوگوں کو سچائی سے باخبر کرنا۔</w:t>
      </w:r>
    </w:p>
    <w:p>
      <w:r>
        <w:rPr>
          <w:b/>
        </w:rPr>
        <w:t xml:space="preserve">[41:12] </w:t>
      </w:r>
      <w:r>
        <w:t>sachai ke suraj par jo badal chha gaya us ko hatana asal ahmiyat yeh hai Allah ke nazdeek</w:t>
      </w:r>
    </w:p>
    <w:p>
      <w:pPr>
        <w:jc w:val="right"/>
      </w:pPr>
      <w:r>
        <w:t>سچائی کے سورج پر جو بادل چھا گیا اس کو ہٹانا اصل اہمیت یہ ہے اللہ کے نزدیک</w:t>
      </w:r>
    </w:p>
    <w:p>
      <w:r>
        <w:rPr>
          <w:b/>
        </w:rPr>
        <w:t xml:space="preserve">[41:20] </w:t>
      </w:r>
      <w:r>
        <w:t>hukoomat to kuch bhi nahi hai.</w:t>
      </w:r>
    </w:p>
    <w:p>
      <w:pPr>
        <w:jc w:val="right"/>
      </w:pPr>
      <w:r>
        <w:t>حکومت تو کچھ بھی نہیں ہے۔</w:t>
      </w:r>
    </w:p>
    <w:p>
      <w:r>
        <w:rPr>
          <w:b/>
        </w:rPr>
        <w:t xml:space="preserve">[41:27] </w:t>
      </w:r>
      <w:r>
        <w:t>to Allah ki madad ka matlab yeh nahi ke jo log uthen ge woh dunya bhar ke badshah</w:t>
      </w:r>
    </w:p>
    <w:p>
      <w:pPr>
        <w:jc w:val="right"/>
      </w:pPr>
      <w:r>
        <w:t>تو اللہ کی مدد کا مطلب یہ نہیں کہ جو لوگ اٹھیں گے وہ دنیا بھر کے بادشاہ</w:t>
      </w:r>
    </w:p>
    <w:p>
      <w:r>
        <w:rPr>
          <w:b/>
        </w:rPr>
        <w:t xml:space="preserve">[41:35] </w:t>
      </w:r>
      <w:r>
        <w:t>ban jayen ge yeh bilkul ridiculous baat hai yeh nahi un ko yeh mawaqe milen ge un ko</w:t>
      </w:r>
    </w:p>
    <w:p>
      <w:pPr>
        <w:jc w:val="right"/>
      </w:pPr>
      <w:r>
        <w:t>بن جائیں گے یہ بالکل ریڈیکولس بات ہے یہ نہیں ان کو یہ مواقع ملیں گے ان کو</w:t>
      </w:r>
    </w:p>
    <w:p>
      <w:r>
        <w:rPr>
          <w:b/>
        </w:rPr>
        <w:t xml:space="preserve">[41:42] </w:t>
      </w:r>
      <w:r>
        <w:t>yeh aqal mile gi un ko yeh rehnumai mile gi ke sari dunya mein woh Allah ki sachai</w:t>
      </w:r>
    </w:p>
    <w:p>
      <w:pPr>
        <w:jc w:val="right"/>
      </w:pPr>
      <w:r>
        <w:t>یہ عقل ملے گی ان کو یہ رہنمائی ملے گی کہ ساری دنیا میں وہ اللہ کی سچائی</w:t>
      </w:r>
    </w:p>
    <w:p>
      <w:r>
        <w:rPr>
          <w:b/>
        </w:rPr>
        <w:t xml:space="preserve">[41:50] </w:t>
      </w:r>
      <w:r>
        <w:t>ko logon ke samne khol den.</w:t>
      </w:r>
    </w:p>
    <w:p>
      <w:pPr>
        <w:jc w:val="right"/>
      </w:pPr>
      <w:r>
        <w:t>کو لوگوں کے سامنے کھول دیں۔</w:t>
      </w:r>
    </w:p>
    <w:p>
      <w:r>
        <w:rPr>
          <w:b/>
        </w:rPr>
        <w:t xml:space="preserve">[41:57] </w:t>
      </w:r>
      <w:r>
        <w:t>is had tak khol den ke logon ke liye uzr baqi na rahe.</w:t>
      </w:r>
    </w:p>
    <w:p>
      <w:pPr>
        <w:jc w:val="right"/>
      </w:pPr>
      <w:r>
        <w:t>اس حد تک کھول دیں کہ لوگوں کے لیے عذر باقی نہ رہے۔</w:t>
      </w:r>
    </w:p>
    <w:p>
      <w:r>
        <w:rPr>
          <w:b/>
        </w:rPr>
        <w:t xml:space="preserve">[42:05] </w:t>
      </w:r>
      <w:r>
        <w:t>yeh balagh ke mani mein وَعَلَيْنَا إِلَّا الْبَلاغَ balagh yani pohncha dena.</w:t>
      </w:r>
    </w:p>
    <w:p>
      <w:pPr>
        <w:jc w:val="right"/>
      </w:pPr>
      <w:r>
        <w:t>یہ بلاغ کے معنی میں وَعَلَيْنَا إِلَّا الْبَلاغَ بلاغ یعنی پہنچا دینا۔</w:t>
      </w:r>
    </w:p>
    <w:p>
      <w:r>
        <w:rPr>
          <w:b/>
        </w:rPr>
        <w:t xml:space="preserve">[42:13] </w:t>
      </w:r>
      <w:r>
        <w:t>to tamam farishte intezar mein hain khud Allah Rabb-ul-Alameen is intezar mein hai ke is ke kuch</w:t>
      </w:r>
    </w:p>
    <w:p>
      <w:pPr>
        <w:jc w:val="right"/>
      </w:pPr>
      <w:r>
        <w:t>تو تمام فرشتے انتظار میں ہیں خود اللہ رب العالمین اس انتظار میں ہے کہ اس کے کچھ</w:t>
      </w:r>
    </w:p>
    <w:p>
      <w:r>
        <w:rPr>
          <w:b/>
        </w:rPr>
        <w:t xml:space="preserve">[42:20] </w:t>
      </w:r>
      <w:r>
        <w:t>bande uthen niklen.</w:t>
      </w:r>
    </w:p>
    <w:p>
      <w:pPr>
        <w:jc w:val="right"/>
      </w:pPr>
      <w:r>
        <w:t>بندے اٹھیں نکلیں۔</w:t>
      </w:r>
    </w:p>
    <w:p>
      <w:r>
        <w:rPr>
          <w:b/>
        </w:rPr>
        <w:t xml:space="preserve">[42:28] </w:t>
      </w:r>
      <w:r>
        <w:t>ek ek qissa hum ne parha tha woh qissa hai woh koi haqeeqat nahi hai lekin bohat acha</w:t>
      </w:r>
    </w:p>
    <w:p>
      <w:pPr>
        <w:jc w:val="right"/>
      </w:pPr>
      <w:r>
        <w:t>ایک ایک قصہ ہم نے پڑھا تھا وہ قصہ ہے وہ کوئی حقیقت نہیں ہے لیکن بہت اچھا</w:t>
      </w:r>
    </w:p>
    <w:p>
      <w:r>
        <w:rPr>
          <w:b/>
        </w:rPr>
        <w:t xml:space="preserve">[42:35] </w:t>
      </w:r>
      <w:r>
        <w:t>is is se illustration hai is mein woh yeh hai ke jab Hazrat Ibrahim ko aag mein dala</w:t>
      </w:r>
    </w:p>
    <w:p>
      <w:pPr>
        <w:jc w:val="right"/>
      </w:pPr>
      <w:r>
        <w:t>اس اس سے illustration ہے اس میں وہ یہ ہے کہ جب حضرت ابراہیم کو آگ میں ڈالا</w:t>
      </w:r>
    </w:p>
    <w:p>
      <w:r>
        <w:rPr>
          <w:b/>
        </w:rPr>
        <w:t xml:space="preserve">[42:43] </w:t>
      </w:r>
      <w:r>
        <w:t>gaya to ek chidiya ke dil mein aya ke main is aag ko bujhane ke liye main bhi</w:t>
      </w:r>
    </w:p>
    <w:p>
      <w:pPr>
        <w:jc w:val="right"/>
      </w:pPr>
      <w:r>
        <w:t>گیا تو ایک چڑیا کے دل میں آیا کہ میں اس آگ کو بجھانے کے لیے میں بھی</w:t>
      </w:r>
    </w:p>
    <w:p>
      <w:r>
        <w:rPr>
          <w:b/>
        </w:rPr>
        <w:t xml:space="preserve">[42:51] </w:t>
      </w:r>
      <w:r>
        <w:t>is mein hissa loon to apni chonch mein pani ka ek qatra le kar uri taake woh woh</w:t>
      </w:r>
    </w:p>
    <w:p>
      <w:pPr>
        <w:jc w:val="right"/>
      </w:pPr>
      <w:r>
        <w:t>اس میں حصہ لوں تو اپنی چونچ میں پانی کا ایک قطرہ لے کر اڑی تاکہ وہ وہ</w:t>
      </w:r>
    </w:p>
    <w:p>
      <w:r>
        <w:rPr>
          <w:b/>
        </w:rPr>
        <w:t xml:space="preserve">[42:58] </w:t>
      </w:r>
      <w:r>
        <w:t>pani ko bujhaye aur peghambar ko aag se bachaye.</w:t>
      </w:r>
    </w:p>
    <w:p>
      <w:pPr>
        <w:jc w:val="right"/>
      </w:pPr>
      <w:r>
        <w:t>پانی کو بجھائے اور پیغمبر کو آگ سے بچائے۔</w:t>
      </w:r>
    </w:p>
    <w:p>
      <w:r>
        <w:rPr>
          <w:b/>
        </w:rPr>
        <w:t xml:space="preserve">[43:06] </w:t>
      </w:r>
      <w:r>
        <w:t>to main soch raha tha ke is chidiya ne kaise aisa aya is ke dil mein ke main</w:t>
      </w:r>
    </w:p>
    <w:p>
      <w:pPr>
        <w:jc w:val="right"/>
      </w:pPr>
      <w:r>
        <w:t>تو میں سوچ رہا تھا کہ اس چڑیا نے کیسے ایسا آیا اس کے دل میں کہ میں</w:t>
      </w:r>
    </w:p>
    <w:p>
      <w:r>
        <w:rPr>
          <w:b/>
        </w:rPr>
        <w:t xml:space="preserve">[43:13] </w:t>
      </w:r>
      <w:r>
        <w:t>pani ka ek qatra le kar aron aur wahan us qatre ko giraoon jahan aag bhadak rahi hai.</w:t>
      </w:r>
    </w:p>
    <w:p>
      <w:pPr>
        <w:jc w:val="right"/>
      </w:pPr>
      <w:r>
        <w:t>پانی کا ایک قطرہ لے کر اڑوں اور وہاں اس قطرے کو گراؤں جہاں آگ بھڑک رہی ہے۔</w:t>
      </w:r>
    </w:p>
    <w:p>
      <w:r>
        <w:rPr>
          <w:b/>
        </w:rPr>
        <w:t xml:space="preserve">[43:21] </w:t>
      </w:r>
      <w:r>
        <w:t>to shayad us chirya ke dil mein aya hoga ke mere pas ek qatra hai lekin Allah rabb</w:t>
      </w:r>
    </w:p>
    <w:p>
      <w:pPr>
        <w:jc w:val="right"/>
      </w:pPr>
      <w:r>
        <w:t>تو شاید اس چڑیا کے دل میں آیا ہوگا کہ میرے پاس ایک قطرہ ہے لیکن اللہ رب</w:t>
      </w:r>
    </w:p>
    <w:p>
      <w:r>
        <w:rPr>
          <w:b/>
        </w:rPr>
        <w:t xml:space="preserve">[43:29] </w:t>
      </w:r>
      <w:r>
        <w:t>ul-alameen ke sath sath samandar hai.</w:t>
      </w:r>
    </w:p>
    <w:p>
      <w:pPr>
        <w:jc w:val="right"/>
      </w:pPr>
      <w:r>
        <w:t>العالمین کے ساتھ ساتھ سمندر ہے۔</w:t>
      </w:r>
    </w:p>
    <w:p>
      <w:r>
        <w:rPr>
          <w:b/>
        </w:rPr>
        <w:t xml:space="preserve">[43:36] </w:t>
      </w:r>
      <w:r>
        <w:t>mere pas to ek qatra hai ek ek drop hai pani ka lekin Allah rabb ul-alameen ke pas</w:t>
      </w:r>
    </w:p>
    <w:p>
      <w:pPr>
        <w:jc w:val="right"/>
      </w:pPr>
      <w:r>
        <w:t>میرے پاس تو ایک قطرہ ہے ایک ایک ڈراپ ہے پانی کا لیکن اللہ رب العالمین کے پاس</w:t>
      </w:r>
    </w:p>
    <w:p>
      <w:r>
        <w:rPr>
          <w:b/>
        </w:rPr>
        <w:t xml:space="preserve">[43:44] </w:t>
      </w:r>
      <w:r>
        <w:t>to sath sath samandar hai seven seas hain to jab mein pani ke qatre ke sath mein jab</w:t>
      </w:r>
    </w:p>
    <w:p>
      <w:pPr>
        <w:jc w:val="right"/>
      </w:pPr>
      <w:r>
        <w:t>تو ساتھ ساتھ سمندر ہے سیون سیز ہیں تو جب میں پانی کے قطرے کے ساتھ میں جب</w:t>
      </w:r>
    </w:p>
    <w:p>
      <w:r>
        <w:rPr>
          <w:b/>
        </w:rPr>
        <w:t xml:space="preserve">[43:51] </w:t>
      </w:r>
      <w:r>
        <w:t>mein pani ka qatra girao gi to Allah sath samandar ko wahan udel de ga.</w:t>
      </w:r>
    </w:p>
    <w:p>
      <w:pPr>
        <w:jc w:val="right"/>
      </w:pPr>
      <w:r>
        <w:t>میں پانی کا قطرہ گراؤں گی تو اللہ ساتھ سمندر کو وہاں اڈیل دے گا۔</w:t>
      </w:r>
    </w:p>
    <w:p>
      <w:r>
        <w:rPr>
          <w:b/>
        </w:rPr>
        <w:t xml:space="preserve">[43:59] </w:t>
      </w:r>
      <w:r>
        <w:t>aur waqatan aisa hi hua Allah rabb ul-alameen ki rehmat se aag bujh gayi.</w:t>
      </w:r>
    </w:p>
    <w:p>
      <w:pPr>
        <w:jc w:val="right"/>
      </w:pPr>
      <w:r>
        <w:t>اور واقعتا ایسا ہی ہوا اللہ رب العالمین کی رحمت سے آگ بجھ گئی۔</w:t>
      </w:r>
    </w:p>
    <w:p>
      <w:r>
        <w:rPr>
          <w:b/>
        </w:rPr>
        <w:t xml:space="preserve">[44:06] </w:t>
      </w:r>
      <w:r>
        <w:t>to ye tamseel jo hai batati hai ke aaj agar kuch log uthe hain sach much Allah ke</w:t>
      </w:r>
    </w:p>
    <w:p>
      <w:pPr>
        <w:jc w:val="right"/>
      </w:pPr>
      <w:r>
        <w:t>تو یہ تمثیل جو ہے بتاتی ہے کہ آج اگر کچھ لوگ اٹھے ہیں سچ مچ اللہ کے</w:t>
      </w:r>
    </w:p>
    <w:p>
      <w:r>
        <w:rPr>
          <w:b/>
        </w:rPr>
        <w:t xml:space="preserve">[44:14] </w:t>
      </w:r>
      <w:r>
        <w:t>bharose par to chahe un ke pas ek drop ho pani ka Allah rabb ul-alameen sath samandar ko</w:t>
      </w:r>
    </w:p>
    <w:p>
      <w:pPr>
        <w:jc w:val="right"/>
      </w:pPr>
      <w:r>
        <w:t>بھروسے پر تو چاہے ان کے پاس ایک ڈراپ ہو پانی کا اللہ رب العالمین ساتھ سمندر کو</w:t>
      </w:r>
    </w:p>
    <w:p>
      <w:r>
        <w:rPr>
          <w:b/>
        </w:rPr>
        <w:t xml:space="preserve">[44:22] </w:t>
      </w:r>
      <w:r>
        <w:t>wahan udel de ga.</w:t>
      </w:r>
    </w:p>
    <w:p>
      <w:pPr>
        <w:jc w:val="right"/>
      </w:pPr>
      <w:r>
        <w:t>وہاں اڈیل دے گا۔</w:t>
      </w:r>
    </w:p>
    <w:p>
      <w:r>
        <w:rPr>
          <w:b/>
        </w:rPr>
        <w:t xml:space="preserve">[44:29] </w:t>
      </w:r>
      <w:r>
        <w:t>aur phir jo matloob kaam hai yani Allah ki ke Allah ki marifat ka ailan wo waqea ban jaye ga.</w:t>
      </w:r>
    </w:p>
    <w:p>
      <w:pPr>
        <w:jc w:val="right"/>
      </w:pPr>
      <w:r>
        <w:t>اور پھر جو مطلوب کام ہے یعنی اللہ کی کہ اللہ کی معرفت کا اعلان وہ واقعہ بن جائے گا۔</w:t>
      </w:r>
    </w:p>
    <w:p>
      <w:r>
        <w:rPr>
          <w:b/>
        </w:rPr>
        <w:t xml:space="preserve">[44:37] </w:t>
      </w:r>
      <w:r>
        <w:t>to aap ko is yaqeen ke sath uthna hai aap ko is yaqeen ke sath is mission ke</w:t>
      </w:r>
    </w:p>
    <w:p>
      <w:pPr>
        <w:jc w:val="right"/>
      </w:pPr>
      <w:r>
        <w:t>تو آپ کو اس یقین کے ساتھ اٹھنا ہے آپ کو اس یقین کے ساتھ اس مشن کے</w:t>
      </w:r>
    </w:p>
    <w:p>
      <w:r>
        <w:rPr>
          <w:b/>
        </w:rPr>
        <w:t xml:space="preserve">[44:44] </w:t>
      </w:r>
      <w:r>
        <w:t>liye kaam karna hai.</w:t>
      </w:r>
    </w:p>
    <w:p>
      <w:pPr>
        <w:jc w:val="right"/>
      </w:pPr>
      <w:r>
        <w:t>لیے کام کرنا ہے۔</w:t>
      </w:r>
    </w:p>
    <w:p>
      <w:r>
        <w:rPr>
          <w:b/>
        </w:rPr>
        <w:t xml:space="preserve">[44:52] </w:t>
      </w:r>
      <w:r>
        <w:t>ye mission jitna aap ke liye matloob hai is se billion trillion guna zyada Allah ko matloob hai.</w:t>
      </w:r>
    </w:p>
    <w:p>
      <w:pPr>
        <w:jc w:val="right"/>
      </w:pPr>
      <w:r>
        <w:t>یہ مشن جتنا آپ کے لیے مطلوب ہے اس سے بلین ٹریلین گنا زیادہ اللہ کو مطلوب ہے۔</w:t>
      </w:r>
    </w:p>
    <w:p>
      <w:r>
        <w:rPr>
          <w:b/>
        </w:rPr>
        <w:t xml:space="preserve">[45:00] </w:t>
      </w:r>
      <w:r>
        <w:t>ye dawat ka mission jitna aap ke liye matloob hai is se billion trillion zyada matloob hai wo</w:t>
      </w:r>
    </w:p>
    <w:p>
      <w:pPr>
        <w:jc w:val="right"/>
      </w:pPr>
      <w:r>
        <w:t>یہ دعوت کا مشن جتنا آپ کے لیے مطلوب ہے اس سے بلین ٹریلین زیادہ مطلوب ہے وہ</w:t>
      </w:r>
    </w:p>
    <w:p>
      <w:r>
        <w:rPr>
          <w:b/>
        </w:rPr>
        <w:t xml:space="preserve">[45:07] </w:t>
      </w:r>
      <w:r>
        <w:t>Allah ko to kaun rok sakta hai is ko kaise roke ga wo lekin Allah ko human face</w:t>
      </w:r>
    </w:p>
    <w:p>
      <w:pPr>
        <w:jc w:val="right"/>
      </w:pPr>
      <w:r>
        <w:t>اللہ کو تو کون روک سکتا ہے اس کو کیسے روکے گا وہ لیکن اللہ کو ہیومن فیس</w:t>
      </w:r>
    </w:p>
    <w:p>
      <w:r>
        <w:rPr>
          <w:b/>
        </w:rPr>
        <w:t xml:space="preserve">[45:15] </w:t>
      </w:r>
      <w:r>
        <w:t>chahiye is kaam karne ke liye Allah khud samne nahi aye ga angel samne nahi aye ge Allah</w:t>
      </w:r>
    </w:p>
    <w:p>
      <w:pPr>
        <w:jc w:val="right"/>
      </w:pPr>
      <w:r>
        <w:t>چاہیے اس کام کرنے کے لیے اللہ خود سامنے نہیں آئے گا اینجل سامنے نہیں آئیں گے اللہ</w:t>
      </w:r>
    </w:p>
    <w:p>
      <w:r>
        <w:rPr>
          <w:b/>
        </w:rPr>
        <w:t xml:space="preserve">[45:22] </w:t>
      </w:r>
      <w:r>
        <w:t>ko human face chahiye to aap ko human face banna hai aap ko human face banna hai jaise</w:t>
      </w:r>
    </w:p>
    <w:p>
      <w:pPr>
        <w:jc w:val="right"/>
      </w:pPr>
      <w:r>
        <w:t>کو ہیومن فیس چاہیے تو آپ کو ہیومن فیس بننا ہے آپ کو ہیومن فیس بننا ہے جیسے</w:t>
      </w:r>
    </w:p>
    <w:p>
      <w:r>
        <w:rPr>
          <w:b/>
        </w:rPr>
        <w:t xml:space="preserve">[45:30] </w:t>
      </w:r>
      <w:r>
        <w:t>hi hi human face samne aye ge Allah ki rehmaten toot parein gi.</w:t>
      </w:r>
    </w:p>
    <w:p>
      <w:pPr>
        <w:jc w:val="right"/>
      </w:pPr>
      <w:r>
        <w:t>ہی ہیومن فیس سامنے آئیں گے اللہ کی رحمتیں ٹوٹ پڑیں گی۔</w:t>
      </w:r>
    </w:p>
    <w:p>
      <w:r>
        <w:rPr>
          <w:b/>
        </w:rPr>
        <w:t xml:space="preserve">[45:38] </w:t>
      </w:r>
      <w:r>
        <w:t>to ye hai hamare hamare yaqeen ka source hamara jo yaqeen hai Allah par is ka source yahi</w:t>
      </w:r>
    </w:p>
    <w:p>
      <w:pPr>
        <w:jc w:val="right"/>
      </w:pPr>
      <w:r>
        <w:t>تو یہ ہے ہمارے ہمارے یقین کا سورس ہمارا جو یقین ہے اللہ پر اس کا سورس یہی</w:t>
      </w:r>
    </w:p>
    <w:p>
      <w:r>
        <w:rPr>
          <w:b/>
        </w:rPr>
        <w:t xml:space="preserve">[45:45] </w:t>
      </w:r>
      <w:r>
        <w:t>hai ke ye khud Allah ka matloob kaam hai jitna hamein hamare nazdeek wo matloob kaam hai is</w:t>
      </w:r>
    </w:p>
    <w:p>
      <w:pPr>
        <w:jc w:val="right"/>
      </w:pPr>
      <w:r>
        <w:t>ہے کہ یہ خود اللہ کا مطلوب کام ہے جتنا ہمیں ہمارے نزدیک وہ مطلوب کام ہے اس</w:t>
      </w:r>
    </w:p>
    <w:p>
      <w:r>
        <w:rPr>
          <w:b/>
        </w:rPr>
        <w:t xml:space="preserve">[45:53] </w:t>
      </w:r>
      <w:r>
        <w:t>se beshumar guna zyada wo khud Allah ko matloob hai to kaise nahi hoga wo wo to</w:t>
      </w:r>
    </w:p>
    <w:p>
      <w:pPr>
        <w:jc w:val="right"/>
      </w:pPr>
      <w:r>
        <w:t>سے بے شمار گنا زیادہ وہ خود اللہ کو مطلوب ہے تو کیسے نہیں ہوگا وہ وہ تو</w:t>
      </w:r>
    </w:p>
    <w:p>
      <w:r>
        <w:rPr>
          <w:b/>
        </w:rPr>
        <w:t xml:space="preserve">[46:00] </w:t>
      </w:r>
      <w:r>
        <w:t>ho kar rahe ga.</w:t>
      </w:r>
    </w:p>
    <w:p>
      <w:pPr>
        <w:jc w:val="right"/>
      </w:pPr>
      <w:r>
        <w:t>ہو کر رہے گا۔</w:t>
      </w:r>
    </w:p>
    <w:p>
      <w:r>
        <w:rPr>
          <w:b/>
        </w:rPr>
        <w:t xml:space="preserve">[46:08] </w:t>
      </w:r>
      <w:r>
        <w:t>aap ko wasail par quliya karna hai sochna hai apne dil ko lo kar sochna hai innama al-a'malu binniyat</w:t>
      </w:r>
    </w:p>
    <w:p>
      <w:pPr>
        <w:jc w:val="right"/>
      </w:pPr>
      <w:r>
        <w:t>آپ کو وسائل پر کلیہ کریں سوچنا ہے اپنے دل کو لو کر سوچنا ہے اِنَّمَا الْأَعْمَالُ بِالنِّيَّاتِ</w:t>
      </w:r>
    </w:p>
    <w:p>
      <w:r>
        <w:rPr>
          <w:b/>
        </w:rPr>
        <w:t xml:space="preserve">[46:15] </w:t>
      </w:r>
      <w:r>
        <w:t>ye sochiye ke kya mere dil mein waqatan jazba hai aap ke dil mein agar wo spirit hai</w:t>
      </w:r>
    </w:p>
    <w:p>
      <w:pPr>
        <w:jc w:val="right"/>
      </w:pPr>
      <w:r>
        <w:t>یہ سوچیے کہ کیا میرے دل میں واقعتا جذبہ ہے آپ کے دل میں اگر وہ سپرٹ ہے</w:t>
      </w:r>
    </w:p>
    <w:p>
      <w:r>
        <w:rPr>
          <w:b/>
        </w:rPr>
        <w:t xml:space="preserve">[46:23] </w:t>
      </w:r>
      <w:r>
        <w:t>wo jazba hai to sab kuch Allah ki taraf se aap ko diya jayega.</w:t>
      </w:r>
    </w:p>
    <w:p>
      <w:pPr>
        <w:jc w:val="right"/>
      </w:pPr>
      <w:r>
        <w:t>وہ جذبہ ہے تو سب کچھ اللہ کی طرف سے آپ کو دیا جائے گا۔</w:t>
      </w:r>
    </w:p>
    <w:p>
      <w:r>
        <w:rPr>
          <w:b/>
        </w:rPr>
        <w:t xml:space="preserve">[46:31] </w:t>
      </w:r>
      <w:r>
        <w:t>meri dua hai ke Allah ke kuch bande uthein is kaam ke liye wo Allah ki umeed banen</w:t>
      </w:r>
    </w:p>
    <w:p>
      <w:pPr>
        <w:jc w:val="right"/>
      </w:pPr>
      <w:r>
        <w:t>میری دعا ہے کہ اللہ کے کچھ بندے اٹھیں اس کام کے لیے وہ اللہ کی امید بنیں</w:t>
      </w:r>
    </w:p>
    <w:p>
      <w:r>
        <w:rPr>
          <w:b/>
        </w:rPr>
        <w:t xml:space="preserve">[46:38] </w:t>
      </w:r>
      <w:r>
        <w:t>Allah ke kuch bande Allah ki umeed banen taake Allah apni jis nasraton ko odhelne ke liye intezar</w:t>
      </w:r>
    </w:p>
    <w:p>
      <w:pPr>
        <w:jc w:val="right"/>
      </w:pPr>
      <w:r>
        <w:t>اللہ کے کچھ بندے اللہ کی امید بنیں تاکہ اللہ اپنی جس نصرتوں کو اڈیلنے کے لیے انتظار</w:t>
      </w:r>
    </w:p>
    <w:p>
      <w:r>
        <w:rPr>
          <w:b/>
        </w:rPr>
        <w:t xml:space="preserve">[46:46] </w:t>
      </w:r>
      <w:r>
        <w:t>mein hai wo nasraten is ko odhel de un ke upar.</w:t>
      </w:r>
    </w:p>
    <w:p>
      <w:pPr>
        <w:jc w:val="right"/>
      </w:pPr>
      <w:r>
        <w:t>میں ہے وہ نصرتیں اس کو اڈیل دے ان کے اوپر۔</w:t>
      </w:r>
    </w:p>
    <w:p>
      <w:r>
        <w:rPr>
          <w:b/>
        </w:rPr>
        <w:t xml:space="preserve">[46:53] </w:t>
      </w:r>
      <w:r>
        <w:t>Assalamu Alaikum Wa Rahmatullahi Wa Barakatuh. Okay, we will be starting with the question-answer session now. All the online</w:t>
      </w:r>
    </w:p>
    <w:p>
      <w:pPr>
        <w:jc w:val="right"/>
      </w:pPr>
      <w:r>
        <w:t>السلام علیکم ورحمتہ اللہ Okay we will be starting with the question answer session now all the online</w:t>
      </w:r>
    </w:p>
    <w:p>
      <w:r>
        <w:rPr>
          <w:b/>
        </w:rPr>
        <w:t xml:space="preserve">[47:01] </w:t>
      </w:r>
      <w:r>
        <w:t>viewers are requested to send their questions on info@cpsglobal.org people who are watching this live on facebook can</w:t>
      </w:r>
    </w:p>
    <w:p>
      <w:pPr>
        <w:jc w:val="right"/>
      </w:pPr>
      <w:r>
        <w:t>viewers are requested to send their questions on info@cpsglobal.org people who are watching this live on facebook can</w:t>
      </w:r>
    </w:p>
    <w:p>
      <w:r>
        <w:rPr>
          <w:b/>
        </w:rPr>
        <w:t xml:space="preserve">[47:09] </w:t>
      </w:r>
      <w:r>
        <w:t>post their questions in the comment section please also mention your location when you post your question in</w:t>
      </w:r>
    </w:p>
    <w:p>
      <w:pPr>
        <w:jc w:val="right"/>
      </w:pPr>
      <w:r>
        <w:t>post their questions in the comment section please also mention your location when you post your question in</w:t>
      </w:r>
    </w:p>
    <w:p>
      <w:r>
        <w:rPr>
          <w:b/>
        </w:rPr>
        <w:t xml:space="preserve">[47:16] </w:t>
      </w:r>
      <w:r>
        <w:t>the comment section Maulana sahib pehla sawal aaya hai muradabad se Faisal sahib ne kiya hai aur</w:t>
      </w:r>
    </w:p>
    <w:p>
      <w:pPr>
        <w:jc w:val="right"/>
      </w:pPr>
      <w:r>
        <w:t>the comment section مولانا صاحب پہلا سوال آیا ہے مراد آباد سے فیصل صاحب نے کیا ہے اور</w:t>
      </w:r>
    </w:p>
    <w:p>
      <w:r>
        <w:rPr>
          <w:b/>
        </w:rPr>
        <w:t xml:space="preserve">[47:24] </w:t>
      </w:r>
      <w:r>
        <w:t>unhon ne aap se poocha hai Maulana sahib according to you what is the biggest hindrance to God</w:t>
      </w:r>
    </w:p>
    <w:p>
      <w:pPr>
        <w:jc w:val="right"/>
      </w:pPr>
      <w:r>
        <w:t>انہوں نے آپ سے پوچھا ہے مولانا صاحب according to you what is the biggest hindrance to God</w:t>
      </w:r>
    </w:p>
    <w:p>
      <w:r>
        <w:rPr>
          <w:b/>
        </w:rPr>
        <w:t xml:space="preserve">[47:31] </w:t>
      </w:r>
      <w:r>
        <w:t>realization jahan tak bhai mein sochta hoon wo hai parda abhi aap ne mausam mein dekha hoga jidhar</w:t>
      </w:r>
    </w:p>
    <w:p>
      <w:pPr>
        <w:jc w:val="right"/>
      </w:pPr>
      <w:r>
        <w:t>realization جہاں تک بھائی میں سوچتا ہوں وہ ہے پردہ ابھی آپ نے موسم میں دیکھا ہوگا جدھر</w:t>
      </w:r>
    </w:p>
    <w:p>
      <w:r>
        <w:rPr>
          <w:b/>
        </w:rPr>
        <w:t xml:space="preserve">[47:39] </w:t>
      </w:r>
      <w:r>
        <w:t>badal chhaye aate hain suraj dikhai nahi deta suraj hota hai lekin wo dikhai nahi deta to hamare</w:t>
      </w:r>
    </w:p>
    <w:p>
      <w:pPr>
        <w:jc w:val="right"/>
      </w:pPr>
      <w:r>
        <w:t>بادل چھائے آتے ہیں سورج دکھائی نہیں دیتا سورج ہوتا ہے لیکن وہ دکھائی نہیں دیتا تو ہمارے</w:t>
      </w:r>
    </w:p>
    <w:p>
      <w:r>
        <w:rPr>
          <w:b/>
        </w:rPr>
        <w:t xml:space="preserve">[47:47] </w:t>
      </w:r>
      <w:r>
        <w:t>اوپر دو بڑے پردے ہیں ایک ہے more money more money more money material material چیزیں اور زیادہ</w:t>
      </w:r>
    </w:p>
    <w:p>
      <w:pPr>
        <w:jc w:val="right"/>
      </w:pPr>
      <w:r>
        <w:t>اوپر دو بڑے پردے ہیں ایک ہے مور منی مور منی مور منی مٹیریل مٹیریل چیزیں اور زیادہ</w:t>
      </w:r>
    </w:p>
    <w:p>
      <w:r>
        <w:rPr>
          <w:b/>
        </w:rPr>
        <w:t xml:space="preserve">[47:54] </w:t>
      </w:r>
      <w:r>
        <w:t>yeh parda hai to maadi cheezon ke liye log andhe pehre ho rahe hain toot pade hain is</w:t>
      </w:r>
    </w:p>
    <w:p>
      <w:pPr>
        <w:jc w:val="right"/>
      </w:pPr>
      <w:r>
        <w:t>یہ پردہ ہے تو مادی چیزوں کے لیے لوگ اندھے پہرے ہو رہے ہیں ٹوٹ پڑے ہیں اس</w:t>
      </w:r>
    </w:p>
    <w:p>
      <w:r>
        <w:rPr>
          <w:b/>
        </w:rPr>
        <w:t xml:space="preserve">[48:02] </w:t>
      </w:r>
      <w:r>
        <w:t>ke upar aur doosra nafrat nafrat hamare ulma ne paida ki hai deoband ke ulma ka yeh haal</w:t>
      </w:r>
    </w:p>
    <w:p>
      <w:pPr>
        <w:jc w:val="right"/>
      </w:pPr>
      <w:r>
        <w:t>کے اوپر اور دوسرا نفرت نفرت ہمارے علماء نے پیدا کی ہے دیوبند کے علماء کا یہ حال</w:t>
      </w:r>
    </w:p>
    <w:p>
      <w:r>
        <w:rPr>
          <w:b/>
        </w:rPr>
        <w:t xml:space="preserve">[48:09] </w:t>
      </w:r>
      <w:r>
        <w:t>tha ke angrez jab yahan thay to kehte thay ke main angrez ki soorat hi nahi dekhunga</w:t>
      </w:r>
    </w:p>
    <w:p>
      <w:pPr>
        <w:jc w:val="right"/>
      </w:pPr>
      <w:r>
        <w:t>تھا کہ انگریز جب یہاں تھے تو کہتے تھے کہ میں انگریز کی صورت ہی نہیں دیکھوں گا</w:t>
      </w:r>
    </w:p>
    <w:p>
      <w:r>
        <w:rPr>
          <w:b/>
        </w:rPr>
        <w:t xml:space="preserve">[48:17] </w:t>
      </w:r>
      <w:r>
        <w:t>bataiye angrez un ke maudood hain lekin un ki soorat nahi dekhunga kyun kya jawaz hai is</w:t>
      </w:r>
    </w:p>
    <w:p>
      <w:pPr>
        <w:jc w:val="right"/>
      </w:pPr>
      <w:r>
        <w:t>بتائیے انگریز ان کے معدود ہیں لیکن ان کی صورت نہیں دیکھوں گا کیوں کیا جواز ہے اس</w:t>
      </w:r>
    </w:p>
    <w:p>
      <w:r>
        <w:rPr>
          <w:b/>
        </w:rPr>
        <w:t xml:space="preserve">[48:24] </w:t>
      </w:r>
      <w:r>
        <w:t>ka kyun nahi dekhenge aap rasool Allah ne abujahal ki soorat dekhi abujahal ki soorat dekhi kyunke</w:t>
      </w:r>
    </w:p>
    <w:p>
      <w:pPr>
        <w:jc w:val="right"/>
      </w:pPr>
      <w:r>
        <w:t>کا کیوں نہیں دیکھیں گے آپ رسول اللہ نے ابوجہل کی صورت دیکھی ابوجہل کی صورت دیکھی کیونکہ</w:t>
      </w:r>
    </w:p>
    <w:p>
      <w:r>
        <w:rPr>
          <w:b/>
        </w:rPr>
        <w:t xml:space="preserve">[48:32] </w:t>
      </w:r>
      <w:r>
        <w:t>dawat dena tha to ulma ne bohat cheez galat role ada kiya hai ke logon ko maghrib se</w:t>
      </w:r>
    </w:p>
    <w:p>
      <w:pPr>
        <w:jc w:val="right"/>
      </w:pPr>
      <w:r>
        <w:t>دعوت دینا تھا تو علماء نے بہت چیز غلط رول ادا کیا ہے کہ لوگوں کو مغرب سے</w:t>
      </w:r>
    </w:p>
    <w:p>
      <w:r>
        <w:rPr>
          <w:b/>
        </w:rPr>
        <w:t xml:space="preserve">[48:40] </w:t>
      </w:r>
      <w:r>
        <w:t>matanfir kar diya aur industrial jo taraqqiyan hui hain is ne logon ko andha bura bana diya bas</w:t>
      </w:r>
    </w:p>
    <w:p>
      <w:pPr>
        <w:jc w:val="right"/>
      </w:pPr>
      <w:r>
        <w:t>متنفر کر دیا اور انڈسٹریل جو ترقیاں ہوئی ہیں اس نے لوگوں کو اندھا برا بنا دیا بس</w:t>
      </w:r>
    </w:p>
    <w:p>
      <w:r>
        <w:rPr>
          <w:b/>
        </w:rPr>
        <w:t xml:space="preserve">[48:47] </w:t>
      </w:r>
      <w:r>
        <w:t>paisa paisa paisa yahi parda hai agar aap ko chahiye ke aala marifat hasil karen to in pardon</w:t>
      </w:r>
    </w:p>
    <w:p>
      <w:pPr>
        <w:jc w:val="right"/>
      </w:pPr>
      <w:r>
        <w:t>پیسہ پیسہ پیسہ یہی پردہ ہے اگر آپ کو چاہیے کہ اعلیٰ معرفت حاصل کریں تو ان پردوں</w:t>
      </w:r>
    </w:p>
    <w:p>
      <w:r>
        <w:rPr>
          <w:b/>
        </w:rPr>
        <w:t xml:space="preserve">[48:55] </w:t>
      </w:r>
      <w:r>
        <w:t>ko phaar kar phenkein jis din aap in pardon ko pharenge aala marifat suraj ki roshan ho jayegi.</w:t>
      </w:r>
    </w:p>
    <w:p>
      <w:pPr>
        <w:jc w:val="right"/>
      </w:pPr>
      <w:r>
        <w:t>کو پھاڑ کر پھینکیں جس دن آپ ان پردوں کو پھاڑیں گے اعلیٰ معرفت سورج کی روشن ہو جائے گی۔</w:t>
      </w:r>
    </w:p>
    <w:p>
      <w:r>
        <w:rPr>
          <w:b/>
        </w:rPr>
        <w:t xml:space="preserve">[49:02] </w:t>
      </w:r>
      <w:r>
        <w:t>ji Maulana agla sawal lene se pehle kuch comments padhna chahenge jo mukhtalif jagahon se aaye hain</w:t>
      </w:r>
    </w:p>
    <w:p>
      <w:pPr>
        <w:jc w:val="right"/>
      </w:pPr>
      <w:r>
        <w:t>جی مولانا اگلا سوال لینے سے پہلے کچھ کمنٹس پڑھنا چاہیں گے جو مختلف جگہوں سے آئے ہیں</w:t>
      </w:r>
    </w:p>
    <w:p>
      <w:r>
        <w:rPr>
          <w:b/>
        </w:rPr>
        <w:t xml:space="preserve">[49:10] </w:t>
      </w:r>
      <w:r>
        <w:t>pehla comment aaya hai Maulana Iqbal Umri ka Chennai se unhon ne likha hai Maulana sahib science ki</w:t>
      </w:r>
    </w:p>
    <w:p>
      <w:pPr>
        <w:jc w:val="right"/>
      </w:pPr>
      <w:r>
        <w:t>پہلا کمنٹ آیا ہے مولانا اقبال عمری کا چنئی سے انہوں نے لکھا ہے مولانا صاحب سائنس کی</w:t>
      </w:r>
    </w:p>
    <w:p>
      <w:r>
        <w:rPr>
          <w:b/>
        </w:rPr>
        <w:t xml:space="preserve">[49:18] </w:t>
      </w:r>
      <w:r>
        <w:t>age ma'arifat ka explosion hai is daur ki yeh sab se badi discovery hai jo sirf Al-Risala mission</w:t>
      </w:r>
    </w:p>
    <w:p>
      <w:pPr>
        <w:jc w:val="right"/>
      </w:pPr>
      <w:r>
        <w:t>age معرفت کا explosion ہے اس دور کی یہ سب سے بڑی discovery ہے جو صرف الرسالہ mission</w:t>
      </w:r>
    </w:p>
    <w:p>
      <w:r>
        <w:rPr>
          <w:b/>
        </w:rPr>
        <w:t xml:space="preserve">[49:25] </w:t>
      </w:r>
      <w:r>
        <w:t>mein pai jati hai aksar is daur ko ilhad ka explosion samjha jata hai Allah ne hum ko</w:t>
      </w:r>
    </w:p>
    <w:p>
      <w:pPr>
        <w:jc w:val="right"/>
      </w:pPr>
      <w:r>
        <w:t>میں پائی جاتی ہے اکثر اس دور کو الحاد کا explosion سمجھا جاتا ہے اللہ نے ہم کو</w:t>
      </w:r>
    </w:p>
    <w:p>
      <w:r>
        <w:rPr>
          <w:b/>
        </w:rPr>
        <w:t xml:space="preserve">[49:33] </w:t>
      </w:r>
      <w:r>
        <w:t>is daur ka imaan naseeb kiya hai jazak Allah Maulana sahib for a very enlightening talk given today</w:t>
      </w:r>
    </w:p>
    <w:p>
      <w:pPr>
        <w:jc w:val="right"/>
      </w:pPr>
      <w:r>
        <w:t>اس دور کا ایمان نصیب کیا ہے جزاک اللہ مولانا صاحب for a very enlightening talk given today</w:t>
      </w:r>
    </w:p>
    <w:p>
      <w:r>
        <w:rPr>
          <w:b/>
        </w:rPr>
        <w:t xml:space="preserve">[49:40] </w:t>
      </w:r>
      <w:r>
        <w:t>agla comment bheja hai doctor Safeena Tabassum ne Ajmer se aur unhon ne likha hai in this era</w:t>
      </w:r>
    </w:p>
    <w:p>
      <w:pPr>
        <w:jc w:val="right"/>
      </w:pPr>
      <w:r>
        <w:t>اگلا کمنٹ بھیجا ہے ڈاکٹر سفینہ تبسم نے اجمیر سے اور انہوں نے لکھا ہے in this era</w:t>
      </w:r>
    </w:p>
    <w:p>
      <w:r>
        <w:rPr>
          <w:b/>
        </w:rPr>
        <w:t xml:space="preserve">[49:48] </w:t>
      </w:r>
      <w:r>
        <w:t>truth has unveiled itself completely even though the religious people are involved in the negativity and secular people</w:t>
      </w:r>
    </w:p>
    <w:p>
      <w:pPr>
        <w:jc w:val="right"/>
      </w:pPr>
      <w:r>
        <w:t>truth has unveiled itself completely even though the religious people are involved in the negativity and secular people</w:t>
      </w:r>
    </w:p>
    <w:p>
      <w:r>
        <w:rPr>
          <w:b/>
        </w:rPr>
        <w:t xml:space="preserve">[49:56] </w:t>
      </w:r>
      <w:r>
        <w:t>are involved in materialism Maulana sahib you have explained it very beautifully jazak Allah us ke baad Maulana</w:t>
      </w:r>
    </w:p>
    <w:p>
      <w:pPr>
        <w:jc w:val="right"/>
      </w:pPr>
      <w:r>
        <w:t>are involved in materialism مولانا صاحب you have explained it very beautifully جزاک اللہ اس کے بعد مولانا</w:t>
      </w:r>
    </w:p>
    <w:p>
      <w:r>
        <w:rPr>
          <w:b/>
        </w:rPr>
        <w:t xml:space="preserve">[50:03] </w:t>
      </w:r>
      <w:r>
        <w:t>agla sawal agla comment aaya hai Kanpur se Javed Ahmed sahib ka aur unhon ne likha hai Maulana</w:t>
      </w:r>
    </w:p>
    <w:p>
      <w:pPr>
        <w:jc w:val="right"/>
      </w:pPr>
      <w:r>
        <w:t>اگلا سوال اگلا کمنٹ آیا ہے کانپور سے جاوید احمد صاحب کا اور انہوں نے لکھا ہے مولانا</w:t>
      </w:r>
    </w:p>
    <w:p>
      <w:r>
        <w:rPr>
          <w:b/>
        </w:rPr>
        <w:t xml:space="preserve">[50:11] </w:t>
      </w:r>
      <w:r>
        <w:t>Sahib, today's talk was really very very thought-provoking. I have been following your talks regularly and read</w:t>
      </w:r>
    </w:p>
    <w:p>
      <w:pPr>
        <w:jc w:val="right"/>
      </w:pPr>
      <w:r>
        <w:t>صاحب today's talk was really very very thought provoking I have been following your talks regularly and read</w:t>
      </w:r>
    </w:p>
    <w:p>
      <w:r>
        <w:rPr>
          <w:b/>
        </w:rPr>
        <w:t xml:space="preserve">[50:18] </w:t>
      </w:r>
      <w:r>
        <w:t>all your monthly articles which come in Times of India I would like to add that with God</w:t>
      </w:r>
    </w:p>
    <w:p>
      <w:pPr>
        <w:jc w:val="right"/>
      </w:pPr>
      <w:r>
        <w:t>all your monthly articles which come in Times of India I would like to add that with God</w:t>
      </w:r>
    </w:p>
    <w:p>
      <w:r>
        <w:rPr>
          <w:b/>
        </w:rPr>
        <w:t xml:space="preserve">[50:26] </w:t>
      </w:r>
      <w:r>
        <w:t>realization a person also becomes mentally stronger to handle daily stress and difficulties jazak Allah Maulana sahib for</w:t>
      </w:r>
    </w:p>
    <w:p>
      <w:pPr>
        <w:jc w:val="right"/>
      </w:pPr>
      <w:r>
        <w:t>realization a person also becomes mentally stronger to handle daily stress and difficulties جزاک اللہ مولانا صاحب for</w:t>
      </w:r>
    </w:p>
    <w:p>
      <w:r>
        <w:rPr>
          <w:b/>
        </w:rPr>
        <w:t xml:space="preserve">[50:33] </w:t>
      </w:r>
      <w:r>
        <w:t>guiding us on a continuous basis Maulana us ke baad agla sawal lete hain jo Delhi se aah</w:t>
      </w:r>
    </w:p>
    <w:p>
      <w:pPr>
        <w:jc w:val="right"/>
      </w:pPr>
      <w:r>
        <w:t>guiding us on a continuous basis مولانا اس کے بعد اگلا سوال لیتے ہیں جو دلی سے آہ</w:t>
      </w:r>
    </w:p>
    <w:p>
      <w:r>
        <w:rPr>
          <w:b/>
        </w:rPr>
        <w:t xml:space="preserve">[50:41] </w:t>
      </w:r>
      <w:r>
        <w:t>صہیب صاحب نے کیا ہے اور انہوں انہوں نے آپ سے پوچھا ہے مولانا صاحب according to you what</w:t>
      </w:r>
    </w:p>
    <w:p>
      <w:pPr>
        <w:jc w:val="right"/>
      </w:pPr>
      <w:r>
        <w:t>صہیب صاحب نے کیا ہے اور انہوں نے آپ سے پوچھا ہے مولانا صاحب according to you what</w:t>
      </w:r>
    </w:p>
    <w:p>
      <w:r>
        <w:rPr>
          <w:b/>
        </w:rPr>
        <w:t xml:space="preserve">[50:49] </w:t>
      </w:r>
      <w:r>
        <w:t>is the highest level of God realization dekhen yeh Quran mein is ko bata diya gaya hai do</w:t>
      </w:r>
    </w:p>
    <w:p>
      <w:pPr>
        <w:jc w:val="right"/>
      </w:pPr>
      <w:r>
        <w:t>is the highest level of God realization دیکھیں یہ قرآن میں اس کو بتا دیا گیا ہے دو</w:t>
      </w:r>
    </w:p>
    <w:p>
      <w:r>
        <w:rPr>
          <w:b/>
        </w:rPr>
        <w:t xml:space="preserve">[50:56] </w:t>
      </w:r>
      <w:r>
        <w:t>cheezain Quran mein hain jo yeh batati hain ke highest level of marifat kya hai ek ayat hai</w:t>
      </w:r>
    </w:p>
    <w:p>
      <w:pPr>
        <w:jc w:val="right"/>
      </w:pPr>
      <w:r>
        <w:t>چیزیں قرآن میں ہیں جو یہ بتاتی ہیں کہ highest level of معرفت کیا ہے ایک آیت ہے</w:t>
      </w:r>
    </w:p>
    <w:p>
      <w:r>
        <w:rPr>
          <w:b/>
        </w:rPr>
        <w:t xml:space="preserve">[51:04] </w:t>
      </w:r>
      <w:r>
        <w:t>allazina amanu ashadd hubban lillah jo marifat wale hain woh Allah ko bohat zyada mohabbat karte ban jate</w:t>
      </w:r>
    </w:p>
    <w:p>
      <w:pPr>
        <w:jc w:val="right"/>
      </w:pPr>
      <w:r>
        <w:t>الَّذِينَ آمَنُوا أَشَدُّ حُبًّا لِلَّهِ جو معرفت والے ہیں وہ اللہ کو بہت زیادہ محبت کرتے بن جاتے</w:t>
      </w:r>
    </w:p>
    <w:p>
      <w:r>
        <w:rPr>
          <w:b/>
        </w:rPr>
        <w:t xml:space="preserve">[51:11] </w:t>
      </w:r>
      <w:r>
        <w:t>hain yaani marifat aap ko Allah se bohat zyada mohabbat karne wala bana de yeh hai aala satah</w:t>
      </w:r>
    </w:p>
    <w:p>
      <w:pPr>
        <w:jc w:val="right"/>
      </w:pPr>
      <w:r>
        <w:t>ہیں یعنی معرفت آپ کو اللہ سے بہت زیادہ محبت کرنے والا بنا دے یہ ہے اعلیٰ سطح</w:t>
      </w:r>
    </w:p>
    <w:p>
      <w:r>
        <w:rPr>
          <w:b/>
        </w:rPr>
        <w:t xml:space="preserve">[51:19] </w:t>
      </w:r>
      <w:r>
        <w:t>aur doosri ayat hai wa lam yakhsha illa Allah yaani woh dara nahi siwaye Allah ke is ka matlab</w:t>
      </w:r>
    </w:p>
    <w:p>
      <w:pPr>
        <w:jc w:val="right"/>
      </w:pPr>
      <w:r>
        <w:t>اور دوسری آیت ہے وَلَمْ يَخْشَ إِلَّا اللَّهِ یعنی وہ ڈرا نہیں سوائے اللہ کے اس کا مطلب</w:t>
      </w:r>
    </w:p>
    <w:p>
      <w:r>
        <w:rPr>
          <w:b/>
        </w:rPr>
        <w:t xml:space="preserve">[51:27] </w:t>
      </w:r>
      <w:r>
        <w:t>hai ke Allah is ka soul concern ban jaye is ka matlab yeh hai ke Allah is ka</w:t>
      </w:r>
    </w:p>
    <w:p>
      <w:pPr>
        <w:jc w:val="right"/>
      </w:pPr>
      <w:r>
        <w:t>ہے کہ اللہ اس کا soul concern بن جائے اس کا مطلب یہ ہے کہ اللہ اس کا</w:t>
      </w:r>
    </w:p>
    <w:p>
      <w:r>
        <w:rPr>
          <w:b/>
        </w:rPr>
        <w:t xml:space="preserve">[51:34] </w:t>
      </w:r>
      <w:r>
        <w:t>soul concern ban jaye to yeh do cheezain hain ek aitbar se yeh hai ke Allah se be</w:t>
      </w:r>
    </w:p>
    <w:p>
      <w:pPr>
        <w:jc w:val="right"/>
      </w:pPr>
      <w:r>
        <w:t>soul concern بن جائے تو یہ دو چیزیں ہیں ایک اعتبار سے یہ ہے کہ اللہ سے بے</w:t>
      </w:r>
    </w:p>
    <w:p>
      <w:r>
        <w:rPr>
          <w:b/>
        </w:rPr>
        <w:t xml:space="preserve">[51:42] </w:t>
      </w:r>
      <w:r>
        <w:t>panah mohabbat aur doosre aitbar se Allah se be panah Allah ko sab se kuch apna samajh lena</w:t>
      </w:r>
    </w:p>
    <w:p>
      <w:pPr>
        <w:jc w:val="right"/>
      </w:pPr>
      <w:r>
        <w:t>پناہ محبت اور دوسرے اعتبار سے اللہ سے بے پناہ اللہ کو سب سے کچھ اپنا سمجھ لینا</w:t>
      </w:r>
    </w:p>
    <w:p>
      <w:r>
        <w:rPr>
          <w:b/>
        </w:rPr>
        <w:t xml:space="preserve">[51:49] </w:t>
      </w:r>
      <w:r>
        <w:t>soul concern ban lena yahi hai aala darje ki pehchan.</w:t>
      </w:r>
    </w:p>
    <w:p>
      <w:pPr>
        <w:jc w:val="right"/>
      </w:pPr>
      <w:r>
        <w:t>soul concern بن لینا یہی ہے اعلیٰ درجے کی پہچان۔</w:t>
      </w:r>
    </w:p>
    <w:p>
      <w:r>
        <w:rPr>
          <w:b/>
        </w:rPr>
        <w:t xml:space="preserve">[51:57] </w:t>
      </w:r>
      <w:r>
        <w:t>Maulana sahib agla sawal lene se pehle do comment parhna chahenge jo bheje hain pehla comment aaya</w:t>
      </w:r>
    </w:p>
    <w:p>
      <w:pPr>
        <w:jc w:val="right"/>
      </w:pPr>
      <w:r>
        <w:t>مولانا صاحب اگلا سوال لینے سے پہلے دو کمنٹ پڑھنا چاہیں گے جو بھیجے ہیں پہلا کمنٹ آیا</w:t>
      </w:r>
    </w:p>
    <w:p>
      <w:r>
        <w:rPr>
          <w:b/>
        </w:rPr>
        <w:t xml:space="preserve">[52:04] </w:t>
      </w:r>
      <w:r>
        <w:t>hai Srinagar Kashmir se Riaz Ahmed Bhat sahib ka aur unhon ne likha hai it is now</w:t>
      </w:r>
    </w:p>
    <w:p>
      <w:pPr>
        <w:jc w:val="right"/>
      </w:pPr>
      <w:r>
        <w:t>ہے سری نگر کشمیر سے ریاض احمد بھٹ صاحب کا اور انہوں نے لکھا ہے it is now</w:t>
      </w:r>
    </w:p>
    <w:p>
      <w:r>
        <w:rPr>
          <w:b/>
        </w:rPr>
        <w:t xml:space="preserve">[52:12] </w:t>
      </w:r>
      <w:r>
        <w:t>clear that iqamat deen meaning is declaration of truth and not establishment of rule thank you Maulana sahib</w:t>
      </w:r>
    </w:p>
    <w:p>
      <w:pPr>
        <w:jc w:val="right"/>
      </w:pPr>
      <w:r>
        <w:t>clear that اقامت دین meaning is declaration of truth and not establishment of rule thank you مولانا صاحب</w:t>
      </w:r>
    </w:p>
    <w:p>
      <w:r>
        <w:rPr>
          <w:b/>
        </w:rPr>
        <w:t xml:space="preserve">[52:20] </w:t>
      </w:r>
      <w:r>
        <w:t>for guiding us mashallah agla comment Maulana bheja hai Miss Shabana Ansari ne Pakistan se aur unhon ne</w:t>
      </w:r>
    </w:p>
    <w:p>
      <w:pPr>
        <w:jc w:val="right"/>
      </w:pPr>
      <w:r>
        <w:t>for guiding us ماشاءاللہ اگلا کمنٹ مولانا بھیجا ہے مس شبانہ انصاری نے پاکستان سے اور انہوں نے</w:t>
      </w:r>
    </w:p>
    <w:p>
      <w:r>
        <w:rPr>
          <w:b/>
        </w:rPr>
        <w:t xml:space="preserve">[52:27] </w:t>
      </w:r>
      <w:r>
        <w:t>likha hai aah people who stand for this daawa mission Allah helps them from such a place that</w:t>
      </w:r>
    </w:p>
    <w:p>
      <w:pPr>
        <w:jc w:val="right"/>
      </w:pPr>
      <w:r>
        <w:t>لکھا ہے آہ people who stand for this دعویٰ mission اللہ helps them from such a place that</w:t>
      </w:r>
    </w:p>
    <w:p>
      <w:r>
        <w:rPr>
          <w:b/>
        </w:rPr>
        <w:t xml:space="preserve">[52:35] </w:t>
      </w:r>
      <w:r>
        <w:t>nobody can even imagine mashallah Maulana agla sawal aah Ahmedabad se kiya hai Shah Alam sahib ne</w:t>
      </w:r>
    </w:p>
    <w:p>
      <w:pPr>
        <w:jc w:val="right"/>
      </w:pPr>
      <w:r>
        <w:t>nobody can even imagine ماشاءاللہ مولانا اگلا سوال آہ احمد آباد سے کیا ہے شاہ عالم صاحب نے</w:t>
      </w:r>
    </w:p>
    <w:p>
      <w:r>
        <w:rPr>
          <w:b/>
        </w:rPr>
        <w:t xml:space="preserve">[52:42] </w:t>
      </w:r>
      <w:r>
        <w:t>aur unhone likha hai Maulana Sahab don't you think that God realization will make a person move</w:t>
      </w:r>
    </w:p>
    <w:p>
      <w:pPr>
        <w:jc w:val="right"/>
      </w:pPr>
      <w:r>
        <w:t>اور انہوں نے لکھا ہے مولانا صاحب don't you think that God realization will make a person move</w:t>
      </w:r>
    </w:p>
    <w:p>
      <w:r>
        <w:rPr>
          <w:b/>
        </w:rPr>
        <w:t xml:space="preserve">[52:50] </w:t>
      </w:r>
      <w:r>
        <w:t>away from his family life deep God realization may lead to imbalance as a person will forget his</w:t>
      </w:r>
    </w:p>
    <w:p>
      <w:pPr>
        <w:jc w:val="right"/>
      </w:pPr>
      <w:r>
        <w:t>away from his family life deep God realization may lead to imbalance as a person will forget his</w:t>
      </w:r>
    </w:p>
    <w:p>
      <w:r>
        <w:rPr>
          <w:b/>
        </w:rPr>
        <w:t xml:space="preserve">[52:58] </w:t>
      </w:r>
      <w:r>
        <w:t>family duties and get more involved in spirituality what is your opinion on this Maulana sahib dekhen family</w:t>
      </w:r>
    </w:p>
    <w:p>
      <w:pPr>
        <w:jc w:val="right"/>
      </w:pPr>
      <w:r>
        <w:t>family duties and get more involved in spirituality what is your opinion on this مولانا صاحب دیکھیں family</w:t>
      </w:r>
    </w:p>
    <w:p>
      <w:r>
        <w:rPr>
          <w:b/>
        </w:rPr>
        <w:t xml:space="preserve">[53:05] </w:t>
      </w:r>
      <w:r>
        <w:t>to aap ka hath paon hai meri family yeh hai meri family hath paon hai mera meri mission</w:t>
      </w:r>
    </w:p>
    <w:p>
      <w:pPr>
        <w:jc w:val="right"/>
      </w:pPr>
      <w:r>
        <w:t>تو آپ کا ہاتھ پاؤں ہے میری family یہ ہے میری family ہاتھ پاؤں ہے میرا میری mission</w:t>
      </w:r>
    </w:p>
    <w:p>
      <w:r>
        <w:rPr>
          <w:b/>
        </w:rPr>
        <w:t xml:space="preserve">[53:13] </w:t>
      </w:r>
      <w:r>
        <w:t>mein bharpoor sath diya meri family ne aisi cheez hai family ko apna soul concern banana bas family</w:t>
      </w:r>
    </w:p>
    <w:p>
      <w:pPr>
        <w:jc w:val="right"/>
      </w:pPr>
      <w:r>
        <w:t>میں بھرپور ساتھ دیا میری family نے ایسی چیز ہے family کو اپنا soul concern بنانا بس family</w:t>
      </w:r>
    </w:p>
    <w:p>
      <w:r>
        <w:rPr>
          <w:b/>
        </w:rPr>
        <w:t xml:space="preserve">[53:20] </w:t>
      </w:r>
      <w:r>
        <w:t>family family warna family to bohat bari helper hai aur bohat bari Allah ki madad hai family khooni</w:t>
      </w:r>
    </w:p>
    <w:p>
      <w:pPr>
        <w:jc w:val="right"/>
      </w:pPr>
      <w:r>
        <w:t>family family ورنہ family تو بہت بڑی helper ہے اور بہت بڑی اللہ کی مدد ہے family خونی</w:t>
      </w:r>
    </w:p>
    <w:p>
      <w:r>
        <w:rPr>
          <w:b/>
        </w:rPr>
        <w:t xml:space="preserve">[53:28] </w:t>
      </w:r>
      <w:r>
        <w:t>rishta jo hai khooni rishta ki wajah se family aap ki jo madad karti hai woh bohat hi</w:t>
      </w:r>
    </w:p>
    <w:p>
      <w:pPr>
        <w:jc w:val="right"/>
      </w:pPr>
      <w:r>
        <w:t>رشتہ جو ہے خونی رشتہ کی وجہ سے family آپ کی جو مدد کرتی ہے وہ بہت ہی</w:t>
      </w:r>
    </w:p>
    <w:p>
      <w:r>
        <w:rPr>
          <w:b/>
        </w:rPr>
        <w:t xml:space="preserve">[53:36] </w:t>
      </w:r>
      <w:r>
        <w:t>ajeeb o ghareeb cheez hai to log family ko pyar o mohabbat ka markaz bana lete hain woh</w:t>
      </w:r>
    </w:p>
    <w:p>
      <w:pPr>
        <w:jc w:val="right"/>
      </w:pPr>
      <w:r>
        <w:t>عجیب و غریب چیز ہے تو لوگ family کو پیار و محبت کا مرکز بنا لیتے ہیں وہ</w:t>
      </w:r>
    </w:p>
    <w:p>
      <w:r>
        <w:rPr>
          <w:b/>
        </w:rPr>
        <w:t xml:space="preserve">[53:43] </w:t>
      </w:r>
      <w:r>
        <w:t>aisi cheez hai qabil e ghhor warna family to taqat hai aap ki aap ki bohat bara yani source</w:t>
      </w:r>
    </w:p>
    <w:p>
      <w:pPr>
        <w:jc w:val="right"/>
      </w:pPr>
      <w:r>
        <w:t>ایسی چیز ہے قابل غور ورنہ family تو طاقت ہے آپ کی آپ کی بہت بڑا یعنی source</w:t>
      </w:r>
    </w:p>
    <w:p>
      <w:r>
        <w:rPr>
          <w:b/>
        </w:rPr>
        <w:t xml:space="preserve">[53:51] </w:t>
      </w:r>
      <w:r>
        <w:t>hai aap ke liye family bohat bari nemat hai family to family ko pyar o mohabbat ka center</w:t>
      </w:r>
    </w:p>
    <w:p>
      <w:pPr>
        <w:jc w:val="right"/>
      </w:pPr>
      <w:r>
        <w:t>ہے آپ کے لیے family بہت بڑی نعمت ہے family تو family کو پیار و محبت کا center</w:t>
      </w:r>
    </w:p>
    <w:p>
      <w:r>
        <w:rPr>
          <w:b/>
        </w:rPr>
        <w:t xml:space="preserve">[53:58] </w:t>
      </w:r>
      <w:r>
        <w:t>na banaiye balkay family ko shukr ka center banaiye shukr bas itna hi karna hai family ko aap</w:t>
      </w:r>
    </w:p>
    <w:p>
      <w:pPr>
        <w:jc w:val="right"/>
      </w:pPr>
      <w:r>
        <w:t>نہ بنائیے بلکہ family کو شکر کا center بنائیے شکر بس اتنا ہی کرنا ہے family کو آپ</w:t>
      </w:r>
    </w:p>
    <w:p>
      <w:r>
        <w:rPr>
          <w:b/>
        </w:rPr>
        <w:t xml:space="preserve">[54:06] </w:t>
      </w:r>
      <w:r>
        <w:t>shukr ka item banaiye na kay pyar o mohabbat ka item Maulana agla sawal lainay say pehlay aik</w:t>
      </w:r>
    </w:p>
    <w:p>
      <w:pPr>
        <w:jc w:val="right"/>
      </w:pPr>
      <w:r>
        <w:t>شکر کا item بنائیے نہ کہ پیار و محبت کا item مولانا اگلا سوال لینے سے پہلے ایک</w:t>
      </w:r>
    </w:p>
    <w:p>
      <w:r>
        <w:rPr>
          <w:b/>
        </w:rPr>
        <w:t xml:space="preserve">[54:13] </w:t>
      </w:r>
      <w:r>
        <w:t>aur comment parhna chahengay jo professor najma siddiqui nay bheja hai dilli say aur unhonay likha</w:t>
      </w:r>
    </w:p>
    <w:p>
      <w:pPr>
        <w:jc w:val="right"/>
      </w:pPr>
      <w:r>
        <w:t>اور کمنٹ پڑھنا چاہیں گے جو پروفیسر نجمہ صدیقی نے بھیجا ہے دلی سے اور انہوں نے لکھا</w:t>
      </w:r>
    </w:p>
    <w:p>
      <w:r>
        <w:rPr>
          <w:b/>
        </w:rPr>
        <w:t xml:space="preserve">[54:21] </w:t>
      </w:r>
      <w:r>
        <w:t>hai Maulana your talk today has given us so much encouragement and motivation to use different ways available</w:t>
      </w:r>
    </w:p>
    <w:p>
      <w:pPr>
        <w:jc w:val="right"/>
      </w:pPr>
      <w:r>
        <w:t>ہے مولانا your talk today has given us so much encouragement and motivation to use different ways available</w:t>
      </w:r>
    </w:p>
    <w:p>
      <w:r>
        <w:rPr>
          <w:b/>
        </w:rPr>
        <w:t xml:space="preserve">[54:29] </w:t>
      </w:r>
      <w:r>
        <w:t>in the contemporary world and to go ahead with دعویٰ work jazak Allah mashaa Allah Maulana agla sawal dilli</w:t>
      </w:r>
    </w:p>
    <w:p>
      <w:pPr>
        <w:jc w:val="right"/>
      </w:pPr>
      <w:r>
        <w:t>in the contemporary world and to go ahead with دعویٰ work جزاک اللہ ماشاءاللہ مولانا اگلا سوال دلی</w:t>
      </w:r>
    </w:p>
    <w:p>
      <w:r>
        <w:rPr>
          <w:b/>
        </w:rPr>
        <w:t xml:space="preserve">[54:36] </w:t>
      </w:r>
      <w:r>
        <w:t>سے کیا ہے ابرار احمد صاحب نے اور انہوں نے لکھا ہے in today's world we have a lot</w:t>
      </w:r>
    </w:p>
    <w:p>
      <w:pPr>
        <w:jc w:val="right"/>
      </w:pPr>
      <w:r>
        <w:t>سے کیا ہے ابرار احمد صاحب نے اور انہوں نے لکھا ہے in today's world we have lot</w:t>
      </w:r>
    </w:p>
    <w:p>
      <w:r>
        <w:rPr>
          <w:b/>
        </w:rPr>
        <w:t xml:space="preserve">[54:44] </w:t>
      </w:r>
      <w:r>
        <w:t>of issues like extremism sects in اسلام polytheism Maulana sahib please advise how we can deal with them</w:t>
      </w:r>
    </w:p>
    <w:p>
      <w:pPr>
        <w:jc w:val="right"/>
      </w:pPr>
      <w:r>
        <w:t>of issues like extremism sects in اسلام polytheism مولانا صاحب please advise how we can deal with them</w:t>
      </w:r>
    </w:p>
    <w:p>
      <w:r>
        <w:rPr>
          <w:b/>
        </w:rPr>
        <w:t xml:space="preserve">[54:51] </w:t>
      </w:r>
      <w:r>
        <w:t>in a cordial way deal karna hi nahi hai in say kuch bhi nahi araz karna hai rasool</w:t>
      </w:r>
    </w:p>
    <w:p>
      <w:pPr>
        <w:jc w:val="right"/>
      </w:pPr>
      <w:r>
        <w:t>in a cordial way deal کرنا ہی نہیں ہے ان سے کچھ بھی نہیں اعراض کرنا ہے رسول</w:t>
      </w:r>
    </w:p>
    <w:p>
      <w:r>
        <w:rPr>
          <w:b/>
        </w:rPr>
        <w:t xml:space="preserve">[54:59] </w:t>
      </w:r>
      <w:r>
        <w:t>Allah sahib nay direct tor par kisi bhi maslay say takrao nahi kiya bas aik hi aap ka</w:t>
      </w:r>
    </w:p>
    <w:p>
      <w:pPr>
        <w:jc w:val="right"/>
      </w:pPr>
      <w:r>
        <w:t>اللہ صاحب نے direct طور پر کسی بھی مسئلے سے ٹکراؤ نہیں کیا بس ایک ہی آپ کا</w:t>
      </w:r>
    </w:p>
    <w:p>
      <w:r>
        <w:rPr>
          <w:b/>
        </w:rPr>
        <w:t xml:space="preserve">[55:07] </w:t>
      </w:r>
      <w:r>
        <w:t>tha qolo la ilaha illallah tuflihu to aap sirf positive kaam karna hai aap ko deal karna</w:t>
      </w:r>
    </w:p>
    <w:p>
      <w:pPr>
        <w:jc w:val="right"/>
      </w:pPr>
      <w:r>
        <w:t>تھا قولو لا الہ الا اللہ تفلحو تو آپ صرف positive کام کرنا ہے آپ کو deal کرنا</w:t>
      </w:r>
    </w:p>
    <w:p>
      <w:r>
        <w:rPr>
          <w:b/>
        </w:rPr>
        <w:t xml:space="preserve">[55:14] </w:t>
      </w:r>
      <w:r>
        <w:t>hi nahi hai in say yeh zehni khatam kar diay kay aap ko in say deal karna hai</w:t>
      </w:r>
    </w:p>
    <w:p>
      <w:pPr>
        <w:jc w:val="right"/>
      </w:pPr>
      <w:r>
        <w:t>ہی نہیں ہے ان سے یہ ذہنی ختم کر دیے کہ آپ کو ان سے deal کرنا ہے</w:t>
      </w:r>
    </w:p>
    <w:p>
      <w:r>
        <w:rPr>
          <w:b/>
        </w:rPr>
        <w:t xml:space="preserve">[55:22] </w:t>
      </w:r>
      <w:r>
        <w:t>aap ka jo positive kaam hai woh kijiay yani Allah ki tauheed ko bayan kijiay akhirat ko bayan</w:t>
      </w:r>
    </w:p>
    <w:p>
      <w:pPr>
        <w:jc w:val="right"/>
      </w:pPr>
      <w:r>
        <w:t>آپ کا جو positive کام ہے وہ کیجیے یعنی اللہ کی توحید کو بیان کیجیے آخرت کو بیان</w:t>
      </w:r>
    </w:p>
    <w:p>
      <w:r>
        <w:rPr>
          <w:b/>
        </w:rPr>
        <w:t xml:space="preserve">[55:29] </w:t>
      </w:r>
      <w:r>
        <w:t>kijiay rasool Allah sal Allah alayhi wasallam ki sunnat to us ko bayan kijiay direct tor par in</w:t>
      </w:r>
    </w:p>
    <w:p>
      <w:pPr>
        <w:jc w:val="right"/>
      </w:pPr>
      <w:r>
        <w:t>کیجیے رسول اللہ صلی اللہ علیہ وسلم کی سنت تو اس کو بیان کیجیے direct طور پر ان</w:t>
      </w:r>
    </w:p>
    <w:p>
      <w:r>
        <w:rPr>
          <w:b/>
        </w:rPr>
        <w:t xml:space="preserve">[55:37] </w:t>
      </w:r>
      <w:r>
        <w:t>say deal karna hi nahi hai aap ko is zehni ko apna badal badal dala hai ji Maulana</w:t>
      </w:r>
    </w:p>
    <w:p>
      <w:pPr>
        <w:jc w:val="right"/>
      </w:pPr>
      <w:r>
        <w:t>سے deal کرنا ہی نہیں ہے آپ کو اس ذہنی کو اپنا بدل بدل ڈالنا ہے جی مولانا</w:t>
      </w:r>
    </w:p>
    <w:p>
      <w:r>
        <w:rPr>
          <w:b/>
        </w:rPr>
        <w:t xml:space="preserve">[55:45] </w:t>
      </w:r>
      <w:r>
        <w:t>agla sawal lucknow say kiya hai ghafoor alam sahib nay aur unhonay aap say poocha hai kay</w:t>
      </w:r>
    </w:p>
    <w:p>
      <w:pPr>
        <w:jc w:val="right"/>
      </w:pPr>
      <w:r>
        <w:t>اگلا سوال لکھنو سے کیا ہے غفور عالم صاحب نے اور انہوں نے آپ سے پوچھا ہے کہ</w:t>
      </w:r>
    </w:p>
    <w:p>
      <w:r>
        <w:rPr>
          <w:b/>
        </w:rPr>
        <w:t xml:space="preserve">[55:52] </w:t>
      </w:r>
      <w:r>
        <w:t>Is there a way, Maulana Sahib, to know whether a person is God-realized or not?</w:t>
      </w:r>
    </w:p>
    <w:p>
      <w:pPr>
        <w:jc w:val="right"/>
      </w:pPr>
      <w:r>
        <w:t>آ is there a way مولانا صاحب to know whether a person is God realized or not دیکھیں</w:t>
      </w:r>
    </w:p>
    <w:p>
      <w:r>
        <w:rPr>
          <w:b/>
        </w:rPr>
        <w:t xml:space="preserve">[56:00] </w:t>
      </w:r>
      <w:r>
        <w:t>aakhri mani mein to sirf Allah hi ko pata hai lekin yani alamat kay tor par har aadmi</w:t>
      </w:r>
    </w:p>
    <w:p>
      <w:pPr>
        <w:jc w:val="right"/>
      </w:pPr>
      <w:r>
        <w:t>آخری معنی میں تو صرف اللہ ہی کو پتہ ہے لیکن یعنی علامت کے طور پر ہر آدمی</w:t>
      </w:r>
    </w:p>
    <w:p>
      <w:r>
        <w:rPr>
          <w:b/>
        </w:rPr>
        <w:t xml:space="preserve">[56:07] </w:t>
      </w:r>
      <w:r>
        <w:t>pehchan leta hai pehchan sakta hai in terms yani alamat kay mani mein aap pehchan saktay hain lekin</w:t>
      </w:r>
    </w:p>
    <w:p>
      <w:pPr>
        <w:jc w:val="right"/>
      </w:pPr>
      <w:r>
        <w:t>پہچان لیتا ہے پہچان سکتا ہے in terms یعنی علامت کے معنی میں آپ پہچان سکتے ہیں لیکن</w:t>
      </w:r>
    </w:p>
    <w:p>
      <w:r>
        <w:rPr>
          <w:b/>
        </w:rPr>
        <w:t xml:space="preserve">[56:15] </w:t>
      </w:r>
      <w:r>
        <w:t>aakhri ilm to sirf Allah ko hai woh kisi aur ko nahi hai aur woh kiya hai is</w:t>
      </w:r>
    </w:p>
    <w:p>
      <w:pPr>
        <w:jc w:val="right"/>
      </w:pPr>
      <w:r>
        <w:t>آخری علم تو صرف اللہ کو ہے وہ کسی اور کو نہیں ہے اور وہ کیا ہے اس</w:t>
      </w:r>
    </w:p>
    <w:p>
      <w:r>
        <w:rPr>
          <w:b/>
        </w:rPr>
        <w:t xml:space="preserve">[56:22] </w:t>
      </w:r>
      <w:r>
        <w:t>insan ki is insan kay face us ka lehja bolnay ka us ki baatein us ki positivity yeh</w:t>
      </w:r>
    </w:p>
    <w:p>
      <w:pPr>
        <w:jc w:val="right"/>
      </w:pPr>
      <w:r>
        <w:t>انسان کی اس انسان کے face اس کا لہجہ بولنے کا اس کی باتیں اس کی positivity یہ</w:t>
      </w:r>
    </w:p>
    <w:p>
      <w:r>
        <w:rPr>
          <w:b/>
        </w:rPr>
        <w:t xml:space="preserve">[56:30] </w:t>
      </w:r>
      <w:r>
        <w:t>dekh kay aap pehchan lain kay aadmi kaisa hai yeh koi mushkil nahi hai pehchan na lekin aakhri ilm</w:t>
      </w:r>
    </w:p>
    <w:p>
      <w:pPr>
        <w:jc w:val="right"/>
      </w:pPr>
      <w:r>
        <w:t>دیکھ کے آپ پہچان لیں کہ آدمی کیسا ہے یہ کوئی مشکل نہیں ہے پہچاننا لیکن آخری علم</w:t>
      </w:r>
    </w:p>
    <w:p>
      <w:r>
        <w:rPr>
          <w:b/>
        </w:rPr>
        <w:t xml:space="preserve">[56:38] </w:t>
      </w:r>
      <w:r>
        <w:t>jo hai bilashuba woh Allah kay pas hai woh kisi aur kay pas nahi hai Maulana Pakistan say</w:t>
      </w:r>
    </w:p>
    <w:p>
      <w:pPr>
        <w:jc w:val="right"/>
      </w:pPr>
      <w:r>
        <w:t>جو ہے بلاشبہ وہ اللہ کے پاس ہے وہ کسی اور کے پاس نہیں ہے مولانا پاکستان سے</w:t>
      </w:r>
    </w:p>
    <w:p>
      <w:r>
        <w:rPr>
          <w:b/>
        </w:rPr>
        <w:t xml:space="preserve">[56:45] </w:t>
      </w:r>
      <w:r>
        <w:t>chishti sahib nay agla sawal bheja hai aur unhonay aap say poocha hai kay is political struggle</w:t>
      </w:r>
    </w:p>
    <w:p>
      <w:pPr>
        <w:jc w:val="right"/>
      </w:pPr>
      <w:r>
        <w:t>چشتی صاحب نے اگلا سوال بھیجا ہے اور انہوں نے آپ سے پوچھا ہے کہ is political struggle</w:t>
      </w:r>
    </w:p>
    <w:p>
      <w:r>
        <w:rPr>
          <w:b/>
        </w:rPr>
        <w:t xml:space="preserve">[56:53] </w:t>
      </w:r>
      <w:r>
        <w:t>appreciated in Islamic philosophy and if yes then to what limit kuch nahi is mein meray nazdeek to</w:t>
      </w:r>
    </w:p>
    <w:p>
      <w:pPr>
        <w:jc w:val="right"/>
      </w:pPr>
      <w:r>
        <w:t>appreciated in Islamic philosophy and if yes then to what limit کچھ نہیں اس میں میرے نزدیک تو</w:t>
      </w:r>
    </w:p>
    <w:p>
      <w:r>
        <w:rPr>
          <w:b/>
        </w:rPr>
        <w:t xml:space="preserve">[57:00] </w:t>
      </w:r>
      <w:r>
        <w:t>haram hai jis cheez ko aap political struggle kehte hain woh haram hai kyunke kisi peghamabr ne kiya</w:t>
      </w:r>
    </w:p>
    <w:p>
      <w:pPr>
        <w:jc w:val="right"/>
      </w:pPr>
      <w:r>
        <w:t>حرام ہے جس چیز کو آپ political struggle کہتے ہیں وہ حرام ہے کیونکہ کسی پیغمبر نے کیا</w:t>
      </w:r>
    </w:p>
    <w:p>
      <w:r>
        <w:rPr>
          <w:b/>
        </w:rPr>
        <w:t xml:space="preserve">[57:08] </w:t>
      </w:r>
      <w:r>
        <w:t>nahi political struggle ke maani kya hain authorities se takrana authorities se takrana bilashuba haram hai islam se</w:t>
      </w:r>
    </w:p>
    <w:p>
      <w:pPr>
        <w:jc w:val="right"/>
      </w:pPr>
      <w:r>
        <w:t>نہیں political struggle کے معنی کیا ہیں authorities سے ٹکرانا authorities سے ٹکرانا بلاشبہ حرام ہے اسلام سے</w:t>
      </w:r>
    </w:p>
    <w:p>
      <w:r>
        <w:rPr>
          <w:b/>
        </w:rPr>
        <w:t xml:space="preserve">[57:16] </w:t>
      </w:r>
      <w:r>
        <w:t>koi talluq iska nahi koi talluq hi nahi islam se iska rasool Allah kabhi authorities se</w:t>
      </w:r>
    </w:p>
    <w:p>
      <w:pPr>
        <w:jc w:val="right"/>
      </w:pPr>
      <w:r>
        <w:t>کوئی تعلق اس کا نہیں کوئی تعلق ہی نہیں اسلام سے اس کا رسول اللہ کبھی authorities سے</w:t>
      </w:r>
    </w:p>
    <w:p>
      <w:r>
        <w:rPr>
          <w:b/>
        </w:rPr>
        <w:t xml:space="preserve">[57:23] </w:t>
      </w:r>
      <w:r>
        <w:t>takraaye nahi na koi peghamabr authorities se takraya jo qadeem zamana persecution persicution zamana tha to authority ki</w:t>
      </w:r>
    </w:p>
    <w:p>
      <w:pPr>
        <w:jc w:val="right"/>
      </w:pPr>
      <w:r>
        <w:t>ٹکرائے نہیں نہ کوئی پیغمبر authorities سے ٹکرایا جو قدیم زمانہ persecution پرسیکیوشن زمانہ تھا تو authority کی</w:t>
      </w:r>
    </w:p>
    <w:p>
      <w:r>
        <w:rPr>
          <w:b/>
        </w:rPr>
        <w:t xml:space="preserve">[57:31] </w:t>
      </w:r>
      <w:r>
        <w:t>taraf se kuch baatein ki gayi mukhalifat mein lekin daai jo tha ya peghamabr jo tha woh kabhi</w:t>
      </w:r>
    </w:p>
    <w:p>
      <w:pPr>
        <w:jc w:val="right"/>
      </w:pPr>
      <w:r>
        <w:t>طرف سے کچھ باتیں کی گئیں مخالفت میں لیکن داعی جو تھا یا پیغمبر جو تھا وہ کبھی</w:t>
      </w:r>
    </w:p>
    <w:p>
      <w:r>
        <w:rPr>
          <w:b/>
        </w:rPr>
        <w:t xml:space="preserve">[57:38] </w:t>
      </w:r>
      <w:r>
        <w:t>bhi authorities se takraao nahi kiya jo log is mein involve hain unko sochna chahiye ke woh</w:t>
      </w:r>
    </w:p>
    <w:p>
      <w:pPr>
        <w:jc w:val="right"/>
      </w:pPr>
      <w:r>
        <w:t>بھی authorities سے ٹکراؤ نہیں کیا جو لوگ اس میں involve ہیں ان کو سوچنا چاہیے کہ وہ</w:t>
      </w:r>
    </w:p>
    <w:p>
      <w:r>
        <w:rPr>
          <w:b/>
        </w:rPr>
        <w:t xml:space="preserve">[57:46] </w:t>
      </w:r>
      <w:r>
        <w:t>ek haram kaam kar rahe hain Allah ke haan iska koi inaam reward milne wala nahi hai</w:t>
      </w:r>
    </w:p>
    <w:p>
      <w:pPr>
        <w:jc w:val="right"/>
      </w:pPr>
      <w:r>
        <w:t>ایک حرام کام کر رہے ہیں اللہ کے ہاں اس کا کوئی انعام reward ملنے والا نہیں ہے</w:t>
      </w:r>
    </w:p>
    <w:p>
      <w:r>
        <w:rPr>
          <w:b/>
        </w:rPr>
        <w:t xml:space="preserve">[57:54] </w:t>
      </w:r>
      <w:r>
        <w:t>unko koi bhi excuse koi bhi iska excuse iske liye justify nahi karta authorities se</w:t>
      </w:r>
    </w:p>
    <w:p>
      <w:pPr>
        <w:jc w:val="right"/>
      </w:pPr>
      <w:r>
        <w:t>ان کو کوئی بھی excuse کوئی بھی اس کا excuse اس کے لیے justify نہیں کرتا authorities سے</w:t>
      </w:r>
    </w:p>
    <w:p>
      <w:r>
        <w:rPr>
          <w:b/>
        </w:rPr>
        <w:t xml:space="preserve">[58:01] </w:t>
      </w:r>
      <w:r>
        <w:t>takrana Maulana agla sawal aamir mori sahib ne bheja hai srinagar se unhone likha hai muslims</w:t>
      </w:r>
    </w:p>
    <w:p>
      <w:pPr>
        <w:jc w:val="right"/>
      </w:pPr>
      <w:r>
        <w:t>ٹکرانا مولانا اگلا سوال عامر موری صاحب نے بھیجا ہے سری نگر سے انہوں نے لکھا ہے مسلمز</w:t>
      </w:r>
    </w:p>
    <w:p>
      <w:r>
        <w:rPr>
          <w:b/>
        </w:rPr>
        <w:t xml:space="preserve">[58:09] </w:t>
      </w:r>
      <w:r>
        <w:t>are still against the scientific discoveries as they believe it is the biggest obstacle in realizing the god</w:t>
      </w:r>
    </w:p>
    <w:p>
      <w:pPr>
        <w:jc w:val="right"/>
      </w:pPr>
      <w:r>
        <w:t>are still against the scientific discoveries as they believe it is the biggest obstacle in realizing the God</w:t>
      </w:r>
    </w:p>
    <w:p>
      <w:r>
        <w:rPr>
          <w:b/>
        </w:rPr>
        <w:t xml:space="preserve">[58:16] </w:t>
      </w:r>
      <w:r>
        <w:t>but at the same time scientific revolution has helped us realize god's bounties which help us to discover</w:t>
      </w:r>
    </w:p>
    <w:p>
      <w:pPr>
        <w:jc w:val="right"/>
      </w:pPr>
      <w:r>
        <w:t>but at the same time scientific revolution has helped us realize God's bounties which help us to discover</w:t>
      </w:r>
    </w:p>
    <w:p>
      <w:r>
        <w:rPr>
          <w:b/>
        </w:rPr>
        <w:t xml:space="preserve">[58:24] </w:t>
      </w:r>
      <w:r>
        <w:t>the item of shukr in every aspect of our life Maulana sahib how can we break this unawareness</w:t>
      </w:r>
    </w:p>
    <w:p>
      <w:pPr>
        <w:jc w:val="right"/>
      </w:pPr>
      <w:r>
        <w:t>the item of شکر in every aspect of our life مولانا صاحب how can we break this unawareness</w:t>
      </w:r>
    </w:p>
    <w:p>
      <w:r>
        <w:rPr>
          <w:b/>
        </w:rPr>
        <w:t xml:space="preserve">[58:31] </w:t>
      </w:r>
      <w:r>
        <w:t>among muslims kya question kya bana hai unka Maulana woh yeh keh rahe hain ke muslims abhi</w:t>
      </w:r>
    </w:p>
    <w:p>
      <w:pPr>
        <w:jc w:val="right"/>
      </w:pPr>
      <w:r>
        <w:t>among مسلمز کیا question کیا بنا ہے ان کا مولانا وہ یہ کہہ رہے ہیں کہ مسلمز ابھی</w:t>
      </w:r>
    </w:p>
    <w:p>
      <w:r>
        <w:rPr>
          <w:b/>
        </w:rPr>
        <w:t xml:space="preserve">[58:39] </w:t>
      </w:r>
      <w:r>
        <w:t>bhi scientific discoveries ke khilaaf hain kyunke unka yeh samajhna hai ke woh ek obstacle ki tarah</w:t>
      </w:r>
    </w:p>
    <w:p>
      <w:pPr>
        <w:jc w:val="right"/>
      </w:pPr>
      <w:r>
        <w:t>بھی scientific discoveries کے خلاف ہیں کیونکہ ان کا یہ سمجھنا ہے کہ وہ ایک obstacle کی طرح</w:t>
      </w:r>
    </w:p>
    <w:p>
      <w:r>
        <w:rPr>
          <w:b/>
        </w:rPr>
        <w:t xml:space="preserve">[58:47] </w:t>
      </w:r>
      <w:r>
        <w:t>aate hain aa for god realization lekin yeh scientific revolution se hi hum hamare andar ek shukr ka</w:t>
      </w:r>
    </w:p>
    <w:p>
      <w:pPr>
        <w:jc w:val="right"/>
      </w:pPr>
      <w:r>
        <w:t>آتے ہیں آ for God realization لیکن یہ scientific revolution سے ہی ہم ہمارے اندر ایک شکر کا</w:t>
      </w:r>
    </w:p>
    <w:p>
      <w:r>
        <w:rPr>
          <w:b/>
        </w:rPr>
        <w:t xml:space="preserve">[58:54] </w:t>
      </w:r>
      <w:r>
        <w:t>jazba paida hota hai dekhein science jo hai mein toh samajhta hoon ke in aalam jinon ko log</w:t>
      </w:r>
    </w:p>
    <w:p>
      <w:pPr>
        <w:jc w:val="right"/>
      </w:pPr>
      <w:r>
        <w:t>جذبہ پیدا ہوتا ہے دیکھیں سائنس جو ہے میں تو سمجھتا ہوں کہ ان عالم جنوں کو لوگ</w:t>
      </w:r>
    </w:p>
    <w:p>
      <w:r>
        <w:rPr>
          <w:b/>
        </w:rPr>
        <w:t xml:space="preserve">[59:02] </w:t>
      </w:r>
      <w:r>
        <w:t>samajhte hain rehnuma unhone padha hi nahi iqbal ne science padhi nahi abuzar aboodi ne science padhi</w:t>
      </w:r>
    </w:p>
    <w:p>
      <w:pPr>
        <w:jc w:val="right"/>
      </w:pPr>
      <w:r>
        <w:t>سمجھتے ہیں رہنما انہوں نے پڑھا ہی نہیں اقبال نے سائنس پڑھی نہیں ابوذر عبودی نے سائنس پڑھی</w:t>
      </w:r>
    </w:p>
    <w:p>
      <w:r>
        <w:rPr>
          <w:b/>
        </w:rPr>
        <w:t xml:space="preserve">[59:09] </w:t>
      </w:r>
      <w:r>
        <w:t>nahi syed qutb ne science padhi nahi yasser arafat ne science padhi nahi jab padha nahi toh jaane</w:t>
      </w:r>
    </w:p>
    <w:p>
      <w:pPr>
        <w:jc w:val="right"/>
      </w:pPr>
      <w:r>
        <w:t>نہیں سید قطب نے سائنس پڑھی نہیں یاسر عرفات نے سائنس پڑھی نہیں جب پڑھا نہیں تو جانے</w:t>
      </w:r>
    </w:p>
    <w:p>
      <w:r>
        <w:rPr>
          <w:b/>
        </w:rPr>
        <w:t xml:space="preserve">[59:17] </w:t>
      </w:r>
      <w:r>
        <w:t>kya kya cheezein huin jitne bade bade maane jaate hain hamare haan shah waliullah ne science padhi</w:t>
      </w:r>
    </w:p>
    <w:p>
      <w:pPr>
        <w:jc w:val="right"/>
      </w:pPr>
      <w:r>
        <w:t>کیا کیا چیزیں ہوئیں جتنے بڑے بڑے مانے جاتے ہیں ہمارے ہاں شاہ ولی اللہ نے سائنس پڑھی</w:t>
      </w:r>
    </w:p>
    <w:p>
      <w:r>
        <w:rPr>
          <w:b/>
        </w:rPr>
        <w:t xml:space="preserve">[59:25] </w:t>
      </w:r>
      <w:r>
        <w:t>nahi shah waliullah ke zamane mein newton ki principian chhapp chuki thi lekin unko khabar bhi</w:t>
      </w:r>
    </w:p>
    <w:p>
      <w:pPr>
        <w:jc w:val="right"/>
      </w:pPr>
      <w:r>
        <w:t>نہیں شاہ ولی اللہ کے زمانے میں نیوٹن کی پرنسپیاں چھپ چکی تھیں لیکن ان کو خبر بھی</w:t>
      </w:r>
    </w:p>
    <w:p>
      <w:r>
        <w:rPr>
          <w:b/>
        </w:rPr>
        <w:t xml:space="preserve">[59:32] </w:t>
      </w:r>
      <w:r>
        <w:t>nahi tha ke newton koi cheez hai uski principian koi cheez hai principian ne mein principian jo</w:t>
      </w:r>
    </w:p>
    <w:p>
      <w:pPr>
        <w:jc w:val="right"/>
      </w:pPr>
      <w:r>
        <w:t>نہیں تھا کہ نیوٹن کوئی چیز ہے اس کی پرنسپیاں کوئی چیز ہے پرنسپیاں نے میں پرنسپیاں جو</w:t>
      </w:r>
    </w:p>
    <w:p>
      <w:r>
        <w:rPr>
          <w:b/>
        </w:rPr>
        <w:t xml:space="preserve">[59:40] </w:t>
      </w:r>
      <w:r>
        <w:t>kitaab hai uski us mein pehli baar usne bataya ke zameen mein quwwat kashish hai kitni</w:t>
      </w:r>
    </w:p>
    <w:p>
      <w:pPr>
        <w:jc w:val="right"/>
      </w:pPr>
      <w:r>
        <w:t>کتاب ہے اس کی اس میں پہلی بار اس نے بتایا کہ زمین میں قوت کشش ہے کتنی</w:t>
      </w:r>
    </w:p>
    <w:p>
      <w:r>
        <w:rPr>
          <w:b/>
        </w:rPr>
        <w:t xml:space="preserve">[59:47] </w:t>
      </w:r>
      <w:r>
        <w:t>badi nemat nemat yaani itni badi nemat hai ke zameen mein agar quwwat kashish na ho gravitational pull</w:t>
      </w:r>
    </w:p>
    <w:p>
      <w:pPr>
        <w:jc w:val="right"/>
      </w:pPr>
      <w:r>
        <w:t>بڑی نعمت نعمت یعنی اتنی بڑی نعمت ہے کہ زمین میں اگر قوت کشش نہ ہو gravitational pull</w:t>
      </w:r>
    </w:p>
    <w:p>
      <w:r>
        <w:rPr>
          <w:b/>
        </w:rPr>
        <w:t xml:space="preserve">[59:55] </w:t>
      </w:r>
      <w:r>
        <w:t>na ho toh hamare suration ka wajood nahi hai hamare sitaron ka wajood nahi hai hamara apna wajood</w:t>
      </w:r>
    </w:p>
    <w:p>
      <w:pPr>
        <w:jc w:val="right"/>
      </w:pPr>
      <w:r>
        <w:t>نہ ہو تو ہمارے سوریشن کا وجود نہیں ہے ہمارے ستاروں کا وجود نہیں ہے ہمارا اپنا وجود</w:t>
      </w:r>
    </w:p>
    <w:p>
      <w:r>
        <w:rPr>
          <w:b/>
        </w:rPr>
        <w:t xml:space="preserve">[1:00:03] </w:t>
      </w:r>
      <w:r>
        <w:t>nahi hai hum toh hawa mein urenge kagaz ke tarke ki tarah toh na toh kisi ne</w:t>
      </w:r>
    </w:p>
    <w:p>
      <w:pPr>
        <w:jc w:val="right"/>
      </w:pPr>
      <w:r>
        <w:t>نہیں ہے ہم تو ہوا میں اڑیں گے کاغذ کے ترکے کی طرح تو نہ تو کسی نے</w:t>
      </w:r>
    </w:p>
    <w:p>
      <w:r>
        <w:rPr>
          <w:b/>
        </w:rPr>
        <w:t xml:space="preserve">[1:00:10] </w:t>
      </w:r>
      <w:r>
        <w:t>parha to janay kaisay woh baray baray jo aap ka asatza manay jatay hain woh science ko parha</w:t>
      </w:r>
    </w:p>
    <w:p>
      <w:pPr>
        <w:jc w:val="right"/>
      </w:pPr>
      <w:r>
        <w:t>پڑھا تو جانے کیسے وہ بڑے بڑے جو آپ کا اساتذہ مانے جاتے ہیں وہ سائنس کو پڑھا</w:t>
      </w:r>
    </w:p>
    <w:p>
      <w:r>
        <w:rPr>
          <w:b/>
        </w:rPr>
        <w:t xml:space="preserve">[1:00:18] </w:t>
      </w:r>
      <w:r>
        <w:t>hi nahi unhon nay misaal kay tor par mein deta hoon aap ko Syed Qutb kitab hai America</w:t>
      </w:r>
    </w:p>
    <w:p>
      <w:pPr>
        <w:jc w:val="right"/>
      </w:pPr>
      <w:r>
        <w:t>ہی نہیں انہوں نے مثال کے طور پر میں دیتا ہوں آپ کو سید قطب کتاب ہے امریکہ</w:t>
      </w:r>
    </w:p>
    <w:p>
      <w:r>
        <w:rPr>
          <w:b/>
        </w:rPr>
        <w:t xml:space="preserve">[1:00:25] </w:t>
      </w:r>
      <w:r>
        <w:t>allati ra'ait us ko aap parhiye us mein us say us say pata chalta hai kay woh science</w:t>
      </w:r>
    </w:p>
    <w:p>
      <w:pPr>
        <w:jc w:val="right"/>
      </w:pPr>
      <w:r>
        <w:t>الَّتِی رَعِيتُ اس کو آپ پڑھئے اس میں اس سے اس سے پتہ چلتا ہے کہ وہ سائنس</w:t>
      </w:r>
    </w:p>
    <w:p>
      <w:r>
        <w:rPr>
          <w:b/>
        </w:rPr>
        <w:t xml:space="preserve">[1:00:33] </w:t>
      </w:r>
      <w:r>
        <w:t>say America ja kar bhi science say be khabar rahay sirf culture ko jana hai unhon nay culture</w:t>
      </w:r>
    </w:p>
    <w:p>
      <w:pPr>
        <w:jc w:val="right"/>
      </w:pPr>
      <w:r>
        <w:t>سے امریکہ جا کر بھی سائنس سے بے خبر رہے صرف کلچر کو جانا ہے انہوں نے کلچر</w:t>
      </w:r>
    </w:p>
    <w:p>
      <w:r>
        <w:rPr>
          <w:b/>
        </w:rPr>
        <w:t xml:space="preserve">[1:00:40] </w:t>
      </w:r>
      <w:r>
        <w:t>ko Maulana Musalman nay inhi ko bara darja day diya Maulana sahib un ka jo sawal hai us</w:t>
      </w:r>
    </w:p>
    <w:p>
      <w:pPr>
        <w:jc w:val="right"/>
      </w:pPr>
      <w:r>
        <w:t>کو مولانا مسلمان نے انہی کو بڑا درجہ دے دیا مولانا صاحب ان کا جو سوال ہے اس</w:t>
      </w:r>
    </w:p>
    <w:p>
      <w:r>
        <w:rPr>
          <w:b/>
        </w:rPr>
        <w:t xml:space="preserve">[1:00:48] </w:t>
      </w:r>
      <w:r>
        <w:t>ka yeh hissa tha kay kis tareeqay say is unawareness ko tora jaye pehli baat yeh hai kay</w:t>
      </w:r>
    </w:p>
    <w:p>
      <w:pPr>
        <w:jc w:val="right"/>
      </w:pPr>
      <w:r>
        <w:t>کا یہ حصہ تھا کہ کس طریقے سے اس unawareness کو توڑا جائے پہلی بات یہ ہے کہ</w:t>
      </w:r>
    </w:p>
    <w:p>
      <w:r>
        <w:rPr>
          <w:b/>
        </w:rPr>
        <w:t xml:space="preserve">[1:00:56] </w:t>
      </w:r>
      <w:r>
        <w:t>jin ko account banaya rakha un ko khatam kijiye ga account banaye nahi thay woh ji here is</w:t>
      </w:r>
    </w:p>
    <w:p>
      <w:pPr>
        <w:jc w:val="right"/>
      </w:pPr>
      <w:r>
        <w:t>جن کو اکاؤنٹ بنایا رکھا ان کو ختم کیجیے گا اکاؤنٹ بنائے نہیں تھے وہ جی here is</w:t>
      </w:r>
    </w:p>
    <w:p>
      <w:r>
        <w:rPr>
          <w:b/>
        </w:rPr>
        <w:t xml:space="preserve">[1:01:03] </w:t>
      </w:r>
      <w:r>
        <w:t>the beginning here is the beginning jin ko account banaye huay hain un ko aap account manna chor</w:t>
      </w:r>
    </w:p>
    <w:p>
      <w:pPr>
        <w:jc w:val="right"/>
      </w:pPr>
      <w:r>
        <w:t>the beginning here is the beginning جن کو اکاؤنٹ بنائے ہوئے ہیں ان کو آپ اکاؤنٹ ماننا چھوڑ</w:t>
      </w:r>
    </w:p>
    <w:p>
      <w:r>
        <w:rPr>
          <w:b/>
        </w:rPr>
        <w:t xml:space="preserve">[1:01:11] </w:t>
      </w:r>
      <w:r>
        <w:t>dejiyay tab beginning shuru hogi warna beginning hi nahi hogi ji Maulana agla sawal laitay hain jo Manglore</w:t>
      </w:r>
    </w:p>
    <w:p>
      <w:pPr>
        <w:jc w:val="right"/>
      </w:pPr>
      <w:r>
        <w:t>دیجیے تب beginning شروع ہوگی ورنہ beginning ہی نہیں ہوگی جی مولانا اگلا سوال لیتے ہیں جو مینگلور</w:t>
      </w:r>
    </w:p>
    <w:p>
      <w:r>
        <w:rPr>
          <w:b/>
        </w:rPr>
        <w:t xml:space="preserve">[1:01:18] </w:t>
      </w:r>
      <w:r>
        <w:t>say Zubair Iqbal sahib nay kiya hai aur unhon nay likha hai Maulana sahib some people say that</w:t>
      </w:r>
    </w:p>
    <w:p>
      <w:pPr>
        <w:jc w:val="right"/>
      </w:pPr>
      <w:r>
        <w:t>سے زبیر اقبال صاحب نے کیا ہے اور انہوں نے لکھا ہے مولانا صاحب some people say that</w:t>
      </w:r>
    </w:p>
    <w:p>
      <w:r>
        <w:rPr>
          <w:b/>
        </w:rPr>
        <w:t xml:space="preserve">[1:01:26] </w:t>
      </w:r>
      <w:r>
        <w:t>the best way of God realization is through meditation have you experienced meditation in your own life even</w:t>
      </w:r>
    </w:p>
    <w:p>
      <w:pPr>
        <w:jc w:val="right"/>
      </w:pPr>
      <w:r>
        <w:t>the best way of God realization is through meditation have you experienced meditation in your own life even</w:t>
      </w:r>
    </w:p>
    <w:p>
      <w:r>
        <w:rPr>
          <w:b/>
        </w:rPr>
        <w:t xml:space="preserve">[1:01:34] </w:t>
      </w:r>
      <w:r>
        <w:t>prophet of Islam and earlier prophets like Moses used to go to caves during their time to do</w:t>
      </w:r>
    </w:p>
    <w:p>
      <w:pPr>
        <w:jc w:val="right"/>
      </w:pPr>
      <w:r>
        <w:t>prophet of Islam and earlier prophets like Moses used to go to caves during their time to do</w:t>
      </w:r>
    </w:p>
    <w:p>
      <w:r>
        <w:rPr>
          <w:b/>
        </w:rPr>
        <w:t xml:space="preserve">[1:01:41] </w:t>
      </w:r>
      <w:r>
        <w:t>meditation my question is what is the position of meditation with respect to God realization dekhiye aap nay</w:t>
      </w:r>
    </w:p>
    <w:p>
      <w:pPr>
        <w:jc w:val="right"/>
      </w:pPr>
      <w:r>
        <w:t>meditation my question is what is the position of meditation with respect to God realization دیکھیں آپ نے</w:t>
      </w:r>
    </w:p>
    <w:p>
      <w:r>
        <w:rPr>
          <w:b/>
        </w:rPr>
        <w:t xml:space="preserve">[1:01:49] </w:t>
      </w:r>
      <w:r>
        <w:t>جو rifat ya donon rifat bilkul ghalat hai Rasool Allah ke bare mein Musa ke bare mein woh</w:t>
      </w:r>
    </w:p>
    <w:p>
      <w:pPr>
        <w:jc w:val="right"/>
      </w:pPr>
      <w:r>
        <w:t>جو رفعت یا دونوں رفعت بالکل غلط ہے رسول اللہ کے بارے میں موسیٰ کے بارے میں وہ</w:t>
      </w:r>
    </w:p>
    <w:p>
      <w:r>
        <w:rPr>
          <w:b/>
        </w:rPr>
        <w:t xml:space="preserve">[1:01:56] </w:t>
      </w:r>
      <w:r>
        <w:t>contemplation tha woh meditation tha hi nahi woh yeh bilkul baseless baat hai yeh kehna kay Rasool Allah</w:t>
      </w:r>
    </w:p>
    <w:p>
      <w:pPr>
        <w:jc w:val="right"/>
      </w:pPr>
      <w:r>
        <w:t>contemplation تھا وہ meditation تھا ہی نہیں وہ یہ بالکل baseless بات ہے یہ کہنا کہ رسول اللہ</w:t>
      </w:r>
    </w:p>
    <w:p>
      <w:r>
        <w:rPr>
          <w:b/>
        </w:rPr>
        <w:t xml:space="preserve">[1:02:04] </w:t>
      </w:r>
      <w:r>
        <w:t>Ghar e Hira mein gaye thay meditation kay liye woh tadabbur kay liye gaye thay tadabbur itna zyada logon</w:t>
      </w:r>
    </w:p>
    <w:p>
      <w:pPr>
        <w:jc w:val="right"/>
      </w:pPr>
      <w:r>
        <w:t>غار حرام میں گئے تھے meditation کے لیے وہ تدبر کے لیے گئے تھے تدبر اتنا زیادہ لوگوں</w:t>
      </w:r>
    </w:p>
    <w:p>
      <w:r>
        <w:rPr>
          <w:b/>
        </w:rPr>
        <w:t xml:space="preserve">[1:02:12] </w:t>
      </w:r>
      <w:r>
        <w:t>nay nabiyon ki tasweer ko bigar rakha hai to un ko sachai kahan say maloom hogi Hazrat Musa</w:t>
      </w:r>
    </w:p>
    <w:p>
      <w:pPr>
        <w:jc w:val="right"/>
      </w:pPr>
      <w:r>
        <w:t>نے نبیوں کی تصویر کو بگاڑ رکھا ہے تو ان کو سچائی کہاں سے معلوم ہوگی حضرت موسیٰ</w:t>
      </w:r>
    </w:p>
    <w:p>
      <w:r>
        <w:rPr>
          <w:b/>
        </w:rPr>
        <w:t xml:space="preserve">[1:02:19] </w:t>
      </w:r>
      <w:r>
        <w:t>nay kabhi meditation nahi kiya Rasool Allah nay kabhi meditation nahi kiya haan tadabbur kartay thay tadabbur tafakkur</w:t>
      </w:r>
    </w:p>
    <w:p>
      <w:pPr>
        <w:jc w:val="right"/>
      </w:pPr>
      <w:r>
        <w:t>نے کبھی meditation نہیں کیا رسول اللہ نے کبھی meditation نہیں کیا ہاں تدبر کرتے تھے تدبر تفکر</w:t>
      </w:r>
    </w:p>
    <w:p>
      <w:r>
        <w:rPr>
          <w:b/>
        </w:rPr>
        <w:t xml:space="preserve">[1:02:27] </w:t>
      </w:r>
      <w:r>
        <w:t>yeh kartay thay yani contemplation meditation ka koi talluq marifat say nahi hai woh to meditation jo cheez</w:t>
      </w:r>
    </w:p>
    <w:p>
      <w:pPr>
        <w:jc w:val="right"/>
      </w:pPr>
      <w:r>
        <w:t>یہ کرتے تھے یعنی contemplation meditation کا کوئی تعلق معرفت سے نہیں ہے وہ تو meditation جو چیز</w:t>
      </w:r>
    </w:p>
    <w:p>
      <w:r>
        <w:rPr>
          <w:b/>
        </w:rPr>
        <w:t xml:space="preserve">[1:02:34] </w:t>
      </w:r>
      <w:r>
        <w:t>milti hai woh ecstasy hai ecstasy marifat nahi hai meditation say jo aakhri cheez milti hai woh ecstasy</w:t>
      </w:r>
    </w:p>
    <w:p>
      <w:pPr>
        <w:jc w:val="right"/>
      </w:pPr>
      <w:r>
        <w:t>ملتی ہے وہ ecstasy ہے ecstasy معرفت نہیں ہے meditation سے جو آخری چیز ملتی ہے وہ ecstasy</w:t>
      </w:r>
    </w:p>
    <w:p>
      <w:r>
        <w:rPr>
          <w:b/>
        </w:rPr>
        <w:t xml:space="preserve">[1:02:42] </w:t>
      </w:r>
      <w:r>
        <w:t>hai aur ecstasy marifat hai hi nahi Quran mein koi bhi aik lafz aisa nahi hai jo meditation</w:t>
      </w:r>
    </w:p>
    <w:p>
      <w:pPr>
        <w:jc w:val="right"/>
      </w:pPr>
      <w:r>
        <w:t>ہے اور ecstasy معرفت ہے ہی نہیں قرآن میں کوئی بھی ایک لفظ ایسا نہیں ہے جو meditation</w:t>
      </w:r>
    </w:p>
    <w:p>
      <w:r>
        <w:rPr>
          <w:b/>
        </w:rPr>
        <w:t xml:space="preserve">[1:02:49] </w:t>
      </w:r>
      <w:r>
        <w:t>kay ko batata ho sab tafakkur tadabbur ta'aqqul to sam yeh sab alfaz hain meditation kay hum ma'ani koi</w:t>
      </w:r>
    </w:p>
    <w:p>
      <w:pPr>
        <w:jc w:val="right"/>
      </w:pPr>
      <w:r>
        <w:t>کے کو بتاتا ہو سب تفکر تدبر تعقل توسم یہ سب الفاظ ہیں meditation کے ہم معنی کوئی</w:t>
      </w:r>
    </w:p>
    <w:p>
      <w:r>
        <w:rPr>
          <w:b/>
        </w:rPr>
        <w:t xml:space="preserve">[1:02:57] </w:t>
      </w:r>
      <w:r>
        <w:t>lafz Quran mein hai hi nahi jis ko aaj kal kehtay hain murakaba kay murakaba to baad ko</w:t>
      </w:r>
    </w:p>
    <w:p>
      <w:pPr>
        <w:jc w:val="right"/>
      </w:pPr>
      <w:r>
        <w:t>لفظ قرآن میں ہے ہی نہیں جس کو آج کل کہتے ہیں مراقبہ کہ مراقبہ تو بعد کو</w:t>
      </w:r>
    </w:p>
    <w:p>
      <w:r>
        <w:rPr>
          <w:b/>
        </w:rPr>
        <w:t xml:space="preserve">[1:03:05] </w:t>
      </w:r>
      <w:r>
        <w:t>bana hai Quran mein hai na Hadees mein hai ji Maulana agla sawal kiya hai Vadodara say hai</w:t>
      </w:r>
    </w:p>
    <w:p>
      <w:pPr>
        <w:jc w:val="right"/>
      </w:pPr>
      <w:r>
        <w:t>بنا ہے قرآن میں ہے نہ حدیث میں ہے جی مولانا اگلا سوال کیا ہے وڈوڈرا سے ہے</w:t>
      </w:r>
    </w:p>
    <w:p>
      <w:r>
        <w:rPr>
          <w:b/>
        </w:rPr>
        <w:t xml:space="preserve">[1:03:12] </w:t>
      </w:r>
      <w:r>
        <w:t>Muhammad Shakeel sahib nay aur unhon nay likha hai Maulana sahib can we say that need for God</w:t>
      </w:r>
    </w:p>
    <w:p>
      <w:pPr>
        <w:jc w:val="right"/>
      </w:pPr>
      <w:r>
        <w:t>محمد شکیل صاحب نے اور انہوں نے لکھا ہے مولانا صاحب can we say that need for God</w:t>
      </w:r>
    </w:p>
    <w:p>
      <w:r>
        <w:rPr>
          <w:b/>
        </w:rPr>
        <w:t xml:space="preserve">[1:03:20] </w:t>
      </w:r>
      <w:r>
        <w:t>realization is interwoven in human nature that is God almighty wants every single soul to come closer to</w:t>
      </w:r>
    </w:p>
    <w:p>
      <w:pPr>
        <w:jc w:val="right"/>
      </w:pPr>
      <w:r>
        <w:t>realization is interwoven in human nature that is God almighty wants every single soul to come closer to</w:t>
      </w:r>
    </w:p>
    <w:p>
      <w:r>
        <w:rPr>
          <w:b/>
        </w:rPr>
        <w:t xml:space="preserve">[1:03:27] </w:t>
      </w:r>
      <w:r>
        <w:t>Him by unfolding His aur har spiritual potential what is your say on this yeh to sahi hai</w:t>
      </w:r>
    </w:p>
    <w:p>
      <w:pPr>
        <w:jc w:val="right"/>
      </w:pPr>
      <w:r>
        <w:t>Him by unfolding His اور ہر spiritual potential what is your say on this یہ تو صحیح ہے</w:t>
      </w:r>
    </w:p>
    <w:p>
      <w:r>
        <w:rPr>
          <w:b/>
        </w:rPr>
        <w:t xml:space="preserve">[1:03:35] </w:t>
      </w:r>
      <w:r>
        <w:t>yeh to quran o hadees sabit hai ke hamari fitrat mein har cheez interwoven hai yeh to sahi</w:t>
      </w:r>
    </w:p>
    <w:p>
      <w:pPr>
        <w:jc w:val="right"/>
      </w:pPr>
      <w:r>
        <w:t>یہ تو قرآن و حدیث ثابت ہے کہ ہماری فطرت میں ہر چیز interwoven ہے یہ تو صحیح</w:t>
      </w:r>
    </w:p>
    <w:p>
      <w:r>
        <w:rPr>
          <w:b/>
        </w:rPr>
        <w:t xml:space="preserve">[1:03:43] </w:t>
      </w:r>
      <w:r>
        <w:t>hai hamari jo fitrat hai usi mein allah ka shaoor allah ne rakh diya hai fi to to</w:t>
      </w:r>
    </w:p>
    <w:p>
      <w:pPr>
        <w:jc w:val="right"/>
      </w:pPr>
      <w:r>
        <w:t>ہے ہماری جو فطرت ہے اسی میں اللہ کا شعور اللہ نے رکھ دیا ہے فی تو تو</w:t>
      </w:r>
    </w:p>
    <w:p>
      <w:r>
        <w:rPr>
          <w:b/>
        </w:rPr>
        <w:t xml:space="preserve">[1:03:50] </w:t>
      </w:r>
      <w:r>
        <w:t>sadar mein fitrat mein nature mein har cheez maujood hai hum is ko is yani jo cheez potential</w:t>
      </w:r>
    </w:p>
    <w:p>
      <w:pPr>
        <w:jc w:val="right"/>
      </w:pPr>
      <w:r>
        <w:t>صدر میں فطرت میں nature میں ہر چیز موجود ہے ہم اس کو اس یعنی جو چیز potential</w:t>
      </w:r>
    </w:p>
    <w:p>
      <w:r>
        <w:rPr>
          <w:b/>
        </w:rPr>
        <w:t xml:space="preserve">[1:03:58] </w:t>
      </w:r>
      <w:r>
        <w:t>tor par maujood hai us ko hum actual tor par is se daryaft karte hain maulana agla sawal</w:t>
      </w:r>
    </w:p>
    <w:p>
      <w:pPr>
        <w:jc w:val="right"/>
      </w:pPr>
      <w:r>
        <w:t>طور پر موجود ہے اس کو ہم actual طور پر اس سے دریافت کرتے ہیں مولانا اگلا سوال</w:t>
      </w:r>
    </w:p>
    <w:p>
      <w:r>
        <w:rPr>
          <w:b/>
        </w:rPr>
        <w:t xml:space="preserve">[1:04:05] </w:t>
      </w:r>
      <w:r>
        <w:t>bahrain se shabbir sahib ne kiya hai aur unhon ne likha hai maulana sahib I really loved your</w:t>
      </w:r>
    </w:p>
    <w:p>
      <w:pPr>
        <w:jc w:val="right"/>
      </w:pPr>
      <w:r>
        <w:t>بحرین سے شبیر صاحب نے کیا ہے اور انہوں نے لکھا ہے مولانا صاحب I really loved your</w:t>
      </w:r>
    </w:p>
    <w:p>
      <w:r>
        <w:rPr>
          <w:b/>
        </w:rPr>
        <w:t xml:space="preserve">[1:04:13] </w:t>
      </w:r>
      <w:r>
        <w:t>talk today my question is that today's generation is more into fast track world full of glamour and</w:t>
      </w:r>
    </w:p>
    <w:p>
      <w:pPr>
        <w:jc w:val="right"/>
      </w:pPr>
      <w:r>
        <w:t>talk today my question is that today's generation is more into fast track world full of glamour and</w:t>
      </w:r>
    </w:p>
    <w:p>
      <w:r>
        <w:rPr>
          <w:b/>
        </w:rPr>
        <w:t xml:space="preserve">[1:04:21] </w:t>
      </w:r>
      <w:r>
        <w:t>material pleasures how can we bring their attention towards the path of God realization kuch nahi aap ko</w:t>
      </w:r>
    </w:p>
    <w:p>
      <w:pPr>
        <w:jc w:val="right"/>
      </w:pPr>
      <w:r>
        <w:t>material pleasures how can we bring their attention towards the path of God realization کچھ نہیں آپ کو</w:t>
      </w:r>
    </w:p>
    <w:p>
      <w:r>
        <w:rPr>
          <w:b/>
        </w:rPr>
        <w:t xml:space="preserve">[1:04:28] </w:t>
      </w:r>
      <w:r>
        <w:t>kitabein padhaiye hazaron logon ko yani faida hua kitabon se woh is se bahar aaye hain sab se</w:t>
      </w:r>
    </w:p>
    <w:p>
      <w:pPr>
        <w:jc w:val="right"/>
      </w:pPr>
      <w:r>
        <w:t>کتابیں پڑھائیے ہزاروں لوگوں کو یعنی فائدہ ہوا کتابوں سے وہ اس سے باہر آئے ہیں سب سے</w:t>
      </w:r>
    </w:p>
    <w:p>
      <w:r>
        <w:rPr>
          <w:b/>
        </w:rPr>
        <w:t xml:space="preserve">[1:04:36] </w:t>
      </w:r>
      <w:r>
        <w:t>zaroori kaam hai kitabon ko phailana insani literature ko phailana quran ka translation phailana maulana agla sawal bheja</w:t>
      </w:r>
    </w:p>
    <w:p>
      <w:pPr>
        <w:jc w:val="right"/>
      </w:pPr>
      <w:r>
        <w:t>ضروری کام ہے کتابوں کو پھیلانا انصافی literature کو پھیلانا قرآن کا translation پھیلانا مولانا اگلا سوال بھیجا</w:t>
      </w:r>
    </w:p>
    <w:p>
      <w:r>
        <w:rPr>
          <w:b/>
        </w:rPr>
        <w:t xml:space="preserve">[1:04:43] </w:t>
      </w:r>
      <w:r>
        <w:t>hai doctor farida khanam ne dilli se aur unhon ne likha hai parents think that it is their</w:t>
      </w:r>
    </w:p>
    <w:p>
      <w:pPr>
        <w:jc w:val="right"/>
      </w:pPr>
      <w:r>
        <w:t>ہے ڈاکٹر فریدہ خانم نے دلی سے اور انہوں نے لکھا ہے parents think that it is their</w:t>
      </w:r>
    </w:p>
    <w:p>
      <w:r>
        <w:rPr>
          <w:b/>
        </w:rPr>
        <w:t xml:space="preserve">[1:04:51] </w:t>
      </w:r>
      <w:r>
        <w:t>utmost duty to fulfill the wishes of their family they don't think or plan to help them develop</w:t>
      </w:r>
    </w:p>
    <w:p>
      <w:pPr>
        <w:jc w:val="right"/>
      </w:pPr>
      <w:r>
        <w:t>utmost duty to fulfill the wishes of their family they don't think or plan to help them develop</w:t>
      </w:r>
    </w:p>
    <w:p>
      <w:r>
        <w:rPr>
          <w:b/>
        </w:rPr>
        <w:t xml:space="preserve">[1:04:58] </w:t>
      </w:r>
      <w:r>
        <w:t>their spirituality so that they may serve the cause of religion and involve themselves in da'wah work even</w:t>
      </w:r>
    </w:p>
    <w:p>
      <w:pPr>
        <w:jc w:val="right"/>
      </w:pPr>
      <w:r>
        <w:t>their spirituality so that they may serve the cause of religion and involve themselves in دعویٰ work even</w:t>
      </w:r>
    </w:p>
    <w:p>
      <w:r>
        <w:rPr>
          <w:b/>
        </w:rPr>
        <w:t xml:space="preserve">[1:05:06] </w:t>
      </w:r>
      <w:r>
        <w:t>maulana modudi did not involve his children with his mission what is your opinion on this dekhen family</w:t>
      </w:r>
    </w:p>
    <w:p>
      <w:pPr>
        <w:jc w:val="right"/>
      </w:pPr>
      <w:r>
        <w:t>مولانا مودودی did not involve his children with his mission what is your opinion on this دیکھیں family</w:t>
      </w:r>
    </w:p>
    <w:p>
      <w:r>
        <w:rPr>
          <w:b/>
        </w:rPr>
        <w:t xml:space="preserve">[1:05:14] </w:t>
      </w:r>
      <w:r>
        <w:t>ki wishes ko poora karna yeh to nothing hai yeh to kuch bhi nahi hai khuda ki wishes</w:t>
      </w:r>
    </w:p>
    <w:p>
      <w:pPr>
        <w:jc w:val="right"/>
      </w:pPr>
      <w:r>
        <w:t>کی wishes کو پورا کرنا یہ تو nothing ہے یہ تو کچھ بھی نہیں ہے خدا کی wishes</w:t>
      </w:r>
    </w:p>
    <w:p>
      <w:r>
        <w:rPr>
          <w:b/>
        </w:rPr>
        <w:t xml:space="preserve">[1:05:21] </w:t>
      </w:r>
      <w:r>
        <w:t>ko bataiye family ko yani bajaye is ke ke aap family kya chahti hai is ke peeche dauren</w:t>
      </w:r>
    </w:p>
    <w:p>
      <w:pPr>
        <w:jc w:val="right"/>
      </w:pPr>
      <w:r>
        <w:t>کو بتائیے family کو یعنی بجائے اس کے کہ آپ family کیا چاہتی ہے اس کے پیچھے دوڑیں</w:t>
      </w:r>
    </w:p>
    <w:p>
      <w:r>
        <w:rPr>
          <w:b/>
        </w:rPr>
        <w:t xml:space="preserve">[1:05:29] </w:t>
      </w:r>
      <w:r>
        <w:t>yeh kijiye ke khuda ki kya chahta hai us ko daryaft kijiye us ko family ko bataiye repeat</w:t>
      </w:r>
    </w:p>
    <w:p>
      <w:pPr>
        <w:jc w:val="right"/>
      </w:pPr>
      <w:r>
        <w:t>یہ کیجیے کہ خدا کی کیا چاہتا ہے اس کو دریافت کیجیے اس کو family کو بتائیے repeat</w:t>
      </w:r>
    </w:p>
    <w:p>
      <w:r>
        <w:rPr>
          <w:b/>
        </w:rPr>
        <w:t xml:space="preserve">[1:05:36] </w:t>
      </w:r>
      <w:r>
        <w:t>kijiye mein ne kya kaha maulana you are saying that what we need to tell the family is</w:t>
      </w:r>
    </w:p>
    <w:p>
      <w:pPr>
        <w:jc w:val="right"/>
      </w:pPr>
      <w:r>
        <w:t>کیجیے میں نے کیا کہا مولانا you are saying that what we need to tell the family is</w:t>
      </w:r>
    </w:p>
    <w:p>
      <w:r>
        <w:rPr>
          <w:b/>
        </w:rPr>
        <w:t xml:space="preserve">[1:05:44] </w:t>
      </w:r>
      <w:r>
        <w:t>what god expects from all of us this is something which the family does not convey to their</w:t>
      </w:r>
    </w:p>
    <w:p>
      <w:pPr>
        <w:jc w:val="right"/>
      </w:pPr>
      <w:r>
        <w:t>what God expects from all of us this is something which the family does not convey to their</w:t>
      </w:r>
    </w:p>
    <w:p>
      <w:r>
        <w:rPr>
          <w:b/>
        </w:rPr>
        <w:t xml:space="preserve">[1:05:52] </w:t>
      </w:r>
      <w:r>
        <w:t>members yani khuda ki chahta hai us ko bataiye family ko ji yeh mat kijiye ke jo family</w:t>
      </w:r>
    </w:p>
    <w:p>
      <w:pPr>
        <w:jc w:val="right"/>
      </w:pPr>
      <w:r>
        <w:t>members یعنی خدا کی چاہتا ہے اس کو بتائیے family کو جی یہ مت کیجیے کہ جو family</w:t>
      </w:r>
    </w:p>
    <w:p>
      <w:r>
        <w:rPr>
          <w:b/>
        </w:rPr>
        <w:t xml:space="preserve">[1:05:59] </w:t>
      </w:r>
      <w:r>
        <w:t>chahti hai usi ke peeche dauren aap ji maulana agla sawal imran khan sahib ne kiya hai aa</w:t>
      </w:r>
    </w:p>
    <w:p>
      <w:pPr>
        <w:jc w:val="right"/>
      </w:pPr>
      <w:r>
        <w:t>چاہتی ہے اسی کے پیچھے دوڑیں آپ جی مولانا اگلا سوال عمران خان صاحب نے کیا ہے آ</w:t>
      </w:r>
    </w:p>
    <w:p>
      <w:r>
        <w:rPr>
          <w:b/>
        </w:rPr>
        <w:t xml:space="preserve">[1:06:07] </w:t>
      </w:r>
      <w:r>
        <w:t>lahore pakistan se aur unhon ne likha hai whatever is happening to muslims all over the world is</w:t>
      </w:r>
    </w:p>
    <w:p>
      <w:pPr>
        <w:jc w:val="right"/>
      </w:pPr>
      <w:r>
        <w:t>لاہور پاکستان سے اور انہوں نے لکھا ہے whatever is happening to مسلمs all over the world is</w:t>
      </w:r>
    </w:p>
    <w:p>
      <w:r>
        <w:rPr>
          <w:b/>
        </w:rPr>
        <w:t xml:space="preserve">[1:06:14] </w:t>
      </w:r>
      <w:r>
        <w:t>known to everyone we are being slaughtered everywhere is there any religious obligations on all the muslims and</w:t>
      </w:r>
    </w:p>
    <w:p>
      <w:pPr>
        <w:jc w:val="right"/>
      </w:pPr>
      <w:r>
        <w:t>known to everyone we are being slaughtered everywhere is there any religious obligations on all the مسلمs and</w:t>
      </w:r>
    </w:p>
    <w:p>
      <w:r>
        <w:rPr>
          <w:b/>
        </w:rPr>
        <w:t xml:space="preserve">[1:06:22] </w:t>
      </w:r>
      <w:r>
        <w:t>how should we all respond.</w:t>
      </w:r>
    </w:p>
    <w:p>
      <w:pPr>
        <w:jc w:val="right"/>
      </w:pPr>
      <w:r>
        <w:t>how should we all respond.</w:t>
      </w:r>
    </w:p>
    <w:p>
      <w:r>
        <w:rPr>
          <w:b/>
        </w:rPr>
        <w:t xml:space="preserve">[1:06:30] </w:t>
      </w:r>
      <w:r>
        <w:t>ho raha hai dekhen yeh yeh baat hi galat hai ke musalmanon ko mara ja raha hai musalman</w:t>
      </w:r>
    </w:p>
    <w:p>
      <w:pPr>
        <w:jc w:val="right"/>
      </w:pPr>
      <w:r>
        <w:t>ہو رہا ہے دیکھیں یہ یہ بات ہی غلط ہے کہ مسلمانوں کو مارا جا رہا ہے مسلمانوں</w:t>
      </w:r>
    </w:p>
    <w:p>
      <w:r>
        <w:rPr>
          <w:b/>
        </w:rPr>
        <w:t xml:space="preserve">[1:06:37] </w:t>
      </w:r>
      <w:r>
        <w:t>ke amal par retaliate kiya ja raha hai woh sari baatein hain jisko aap kehte hain ke</w:t>
      </w:r>
    </w:p>
    <w:p>
      <w:pPr>
        <w:jc w:val="right"/>
      </w:pPr>
      <w:r>
        <w:t>کے فعل پر retaliate کیا جا رہا ہے وہ ساری باتیں ہیں جس کو آپ کہتے ہیں کہ</w:t>
      </w:r>
    </w:p>
    <w:p>
      <w:r>
        <w:rPr>
          <w:b/>
        </w:rPr>
        <w:t xml:space="preserve">[1:06:45] </w:t>
      </w:r>
      <w:r>
        <w:t>musalman mara ja raha hai woh sari baatein retaliation hain bohat maine isko parha hai kahin</w:t>
      </w:r>
    </w:p>
    <w:p>
      <w:pPr>
        <w:jc w:val="right"/>
      </w:pPr>
      <w:r>
        <w:t>مسلمان مارا جا رہا ہے وہ ساری باتیں retaliation ہیں بہت میں نے اس کو پڑھا ہے کہیں</w:t>
      </w:r>
    </w:p>
    <w:p>
      <w:r>
        <w:rPr>
          <w:b/>
        </w:rPr>
        <w:t xml:space="preserve">[1:06:53] </w:t>
      </w:r>
      <w:r>
        <w:t>bhi aisa nahi ke khwamkhwah koi musalmanon ko maar raha hai bhediya bankar ke koi bhi musalmanon</w:t>
      </w:r>
    </w:p>
    <w:p>
      <w:pPr>
        <w:jc w:val="right"/>
      </w:pPr>
      <w:r>
        <w:t>بھی ایسا نہیں کہ خوامخواہ کوئی مسلمانوں کو مار رہا ہے بھیڑیا بن کر کے کوئی بھی مسلمانوں</w:t>
      </w:r>
    </w:p>
    <w:p>
      <w:r>
        <w:rPr>
          <w:b/>
        </w:rPr>
        <w:t xml:space="preserve">[1:07:00] </w:t>
      </w:r>
      <w:r>
        <w:t>ke liye bhediya nahi hai lekin musalmanon ne khud sakhta tor par jihad ka ek tasawwur banaya hai</w:t>
      </w:r>
    </w:p>
    <w:p>
      <w:pPr>
        <w:jc w:val="right"/>
      </w:pPr>
      <w:r>
        <w:t>کے لیے بھیڑیا نہیں ہے لیکن مسلمانوں نے خود ساختہ طور پر جہاد کا ایک تصور بنایا ہے</w:t>
      </w:r>
    </w:p>
    <w:p>
      <w:r>
        <w:rPr>
          <w:b/>
        </w:rPr>
        <w:t xml:space="preserve">[1:07:08] </w:t>
      </w:r>
      <w:r>
        <w:t>jihad ke tasawwur ke tehat woh pathar marte hain bomb marte hain to log retaliate karte hain is</w:t>
      </w:r>
    </w:p>
    <w:p>
      <w:pPr>
        <w:jc w:val="right"/>
      </w:pPr>
      <w:r>
        <w:t>جہاد کے تصور کے تحت وہ پتھر مارتے ہیں بم مارتے ہیں تو لوگ retaliate کرتے ہیں اس</w:t>
      </w:r>
    </w:p>
    <w:p>
      <w:r>
        <w:rPr>
          <w:b/>
        </w:rPr>
        <w:t xml:space="preserve">[1:07:16] </w:t>
      </w:r>
      <w:r>
        <w:t>ka hal sirf ek hai aap apna act khatm kijiye to reaction bhi khatm ho jayega aap</w:t>
      </w:r>
    </w:p>
    <w:p>
      <w:pPr>
        <w:jc w:val="right"/>
      </w:pPr>
      <w:r>
        <w:t>کا حل صرف ایک ہے آپ اپنا act ختم کیجیے تو reaction بھی ختم ہو جائے گا آپ</w:t>
      </w:r>
    </w:p>
    <w:p>
      <w:r>
        <w:rPr>
          <w:b/>
        </w:rPr>
        <w:t xml:space="preserve">[1:07:24] </w:t>
      </w:r>
      <w:r>
        <w:t>ka jo action hai usko khatm kijiye reaction apne aap khatm ho jayega retaliation khatm ho</w:t>
      </w:r>
    </w:p>
    <w:p>
      <w:pPr>
        <w:jc w:val="right"/>
      </w:pPr>
      <w:r>
        <w:t>کا جو action ہے اس کو ختم کیجیے reaction اپنے آپ ختم ہو جائے گا retaliation ختم ہو</w:t>
      </w:r>
    </w:p>
    <w:p>
      <w:r>
        <w:rPr>
          <w:b/>
        </w:rPr>
        <w:t xml:space="preserve">[1:07:31] </w:t>
      </w:r>
      <w:r>
        <w:t>jayega yahi ek hi hal hai koi doosra hal hi nahi hai doosra hal ka tajurba ho</w:t>
      </w:r>
    </w:p>
    <w:p>
      <w:pPr>
        <w:jc w:val="right"/>
      </w:pPr>
      <w:r>
        <w:t>جائے گا یہی ایک ہی حل ہے کوئی دوسرا حل ہی نہیں ہے دوسرا حل کا تجربہ ہو</w:t>
      </w:r>
    </w:p>
    <w:p>
      <w:r>
        <w:rPr>
          <w:b/>
        </w:rPr>
        <w:t xml:space="preserve">[1:07:39] </w:t>
      </w:r>
      <w:r>
        <w:t>chuka kashmir mein falasteen mein har jagah beshumar paisa beshumar sacrifices ke bawajood kuch bhi nahi</w:t>
      </w:r>
    </w:p>
    <w:p>
      <w:pPr>
        <w:jc w:val="right"/>
      </w:pPr>
      <w:r>
        <w:t>چکا کشمیر میں فلسطین میں ہر جگہ بے شمار پیسہ بے شمار sacrifices کے باوجود کچھ بھی نہیں</w:t>
      </w:r>
    </w:p>
    <w:p>
      <w:r>
        <w:rPr>
          <w:b/>
        </w:rPr>
        <w:t xml:space="preserve">[1:07:47] </w:t>
      </w:r>
      <w:r>
        <w:t>hasil hua kuch hasil nahi hua jahan jahan aap bata rahe hain mislan kashmir mein mislan falasteen mein</w:t>
      </w:r>
    </w:p>
    <w:p>
      <w:pPr>
        <w:jc w:val="right"/>
      </w:pPr>
      <w:r>
        <w:t>حاصل ہوا کچھ حاصل نہیں ہوا جہاں جہاں آپ بتا رہے ہیں مثلا کشمیر میں مثلا فلسطین میں</w:t>
      </w:r>
    </w:p>
    <w:p>
      <w:r>
        <w:rPr>
          <w:b/>
        </w:rPr>
        <w:t xml:space="preserve">[1:07:54] </w:t>
      </w:r>
      <w:r>
        <w:t>beshumar sacrifice ki gayi lekin result kuch nahi aur har jagah kyun har jagah yahi hai ke</w:t>
      </w:r>
    </w:p>
    <w:p>
      <w:pPr>
        <w:jc w:val="right"/>
      </w:pPr>
      <w:r>
        <w:t>بے شمار sacrifice کی گئی لیکن result کچھ نہیں اور ہر جگہ کیوں ہر جگہ یہی ہے کہ</w:t>
      </w:r>
    </w:p>
    <w:p>
      <w:r>
        <w:rPr>
          <w:b/>
        </w:rPr>
        <w:t xml:space="preserve">[1:08:02] </w:t>
      </w:r>
      <w:r>
        <w:t>retaliation ka concept musalmanon ko maloom hi nahi woh one sided story unke maloom hai unko</w:t>
      </w:r>
    </w:p>
    <w:p>
      <w:pPr>
        <w:jc w:val="right"/>
      </w:pPr>
      <w:r>
        <w:t>retaliation کا concept مسلمانوں کو معلوم ہی نہیں وہ one sided story ان کے معلوم ہے ان کو</w:t>
      </w:r>
    </w:p>
    <w:p>
      <w:r>
        <w:rPr>
          <w:b/>
        </w:rPr>
        <w:t xml:space="preserve">[1:08:10] </w:t>
      </w:r>
      <w:r>
        <w:t>one sided story yani unhon ne kya yeh nahi jante isko unhon ne doosre ne kya is</w:t>
      </w:r>
    </w:p>
    <w:p>
      <w:pPr>
        <w:jc w:val="right"/>
      </w:pPr>
      <w:r>
        <w:t>one sided story یعنی انہوں نے کیا یہ نہیں جانتے اس کو انہوں نے دوسرے نے کیا اس</w:t>
      </w:r>
    </w:p>
    <w:p>
      <w:r>
        <w:rPr>
          <w:b/>
        </w:rPr>
        <w:t xml:space="preserve">[1:08:18] </w:t>
      </w:r>
      <w:r>
        <w:t>ko jante hain aur isko zulm kehte hain isko zulm ko aap retaliation samjhiye bas sab</w:t>
      </w:r>
    </w:p>
    <w:p>
      <w:pPr>
        <w:jc w:val="right"/>
      </w:pPr>
      <w:r>
        <w:t>کو جانتے ہیں اور اس کو ظلم کہتے ہیں اس کو ظلم کو آپ retaliation سمجھئے بس سب</w:t>
      </w:r>
    </w:p>
    <w:p>
      <w:r>
        <w:rPr>
          <w:b/>
        </w:rPr>
        <w:t xml:space="preserve">[1:08:25] </w:t>
      </w:r>
      <w:r>
        <w:t>baat khatam Maulana agla sawal miss qrooot ul lain ne kiya hai srinagar kashmir se aur unhon ne</w:t>
      </w:r>
    </w:p>
    <w:p>
      <w:pPr>
        <w:jc w:val="right"/>
      </w:pPr>
      <w:r>
        <w:t>بات ختم مولانا اگلا سوال مس قروت اللین نے کیا ہے سری نگر کشمیر سے اور انہوں نے</w:t>
      </w:r>
    </w:p>
    <w:p>
      <w:r>
        <w:rPr>
          <w:b/>
        </w:rPr>
        <w:t xml:space="preserve">[1:08:33] </w:t>
      </w:r>
      <w:r>
        <w:t>likha hai what is the reason that in spite of having an army of ulema and scholars and</w:t>
      </w:r>
    </w:p>
    <w:p>
      <w:pPr>
        <w:jc w:val="right"/>
      </w:pPr>
      <w:r>
        <w:t>لکھا ہے what is the reason that in spite of having an army of ulema and scholars and</w:t>
      </w:r>
    </w:p>
    <w:p>
      <w:r>
        <w:rPr>
          <w:b/>
        </w:rPr>
        <w:t xml:space="preserve">[1:08:41] </w:t>
      </w:r>
      <w:r>
        <w:t>having authority on arabic and hadith they are unable to relate scientific laws and knowledge with islamic philosophy</w:t>
      </w:r>
    </w:p>
    <w:p>
      <w:pPr>
        <w:jc w:val="right"/>
      </w:pPr>
      <w:r>
        <w:t>having authority on Arabic and حدیث they are unable to relate scientific laws and knowledge with Islamic philosophy</w:t>
      </w:r>
    </w:p>
    <w:p>
      <w:r>
        <w:rPr>
          <w:b/>
        </w:rPr>
        <w:t xml:space="preserve">[1:08:48] </w:t>
      </w:r>
      <w:r>
        <w:t>and they still support and justify jihad against establishment what is the reason for this Maulana sahib sari</w:t>
      </w:r>
    </w:p>
    <w:p>
      <w:pPr>
        <w:jc w:val="right"/>
      </w:pPr>
      <w:r>
        <w:t>and they still support and justify جہاد against establishment what is the reason for this مولانا صاحب ساری</w:t>
      </w:r>
    </w:p>
    <w:p>
      <w:r>
        <w:rPr>
          <w:b/>
        </w:rPr>
        <w:t xml:space="preserve">[1:08:56] </w:t>
      </w:r>
      <w:r>
        <w:t>jar yahi mere dekh ke log negative ban gaye yani western jo collaboration tha jis ne ke jis</w:t>
      </w:r>
    </w:p>
    <w:p>
      <w:pPr>
        <w:jc w:val="right"/>
      </w:pPr>
      <w:r>
        <w:t>جڑ یہی میرے دیکھ کہ لوگ negative بن گئے یعنی western جو collaboration تھا جس نے کہ جس</w:t>
      </w:r>
    </w:p>
    <w:p>
      <w:r>
        <w:rPr>
          <w:b/>
        </w:rPr>
        <w:t xml:space="preserve">[1:09:04] </w:t>
      </w:r>
      <w:r>
        <w:t>ke baad jo hai musalmanon ke hukumatain un ke paas khatam hue bas bhadak uthe log negative ho</w:t>
      </w:r>
    </w:p>
    <w:p>
      <w:pPr>
        <w:jc w:val="right"/>
      </w:pPr>
      <w:r>
        <w:t>کے بعد جو ہے مسلمانوں کے حکومتیں ان کے پاس ختم ہوئے بس بھڑک اٹھے لوگ negative ہو</w:t>
      </w:r>
    </w:p>
    <w:p>
      <w:r>
        <w:rPr>
          <w:b/>
        </w:rPr>
        <w:t xml:space="preserve">[1:09:11] </w:t>
      </w:r>
      <w:r>
        <w:t>gaye haan negative hona yeh apne aap hi mein jaiz nahi rasool Allah ne kaba mein buton ko</w:t>
      </w:r>
    </w:p>
    <w:p>
      <w:pPr>
        <w:jc w:val="right"/>
      </w:pPr>
      <w:r>
        <w:t>گئے ہاں negative ہونا یہ اپنے آپ ہی میں جائز نہیں رسول اللہ نے کعبہ میں بتوں کو</w:t>
      </w:r>
    </w:p>
    <w:p>
      <w:r>
        <w:rPr>
          <w:b/>
        </w:rPr>
        <w:t xml:space="preserve">[1:09:19] </w:t>
      </w:r>
      <w:r>
        <w:t>dekha to aap negative to nahi hue bhadke nahi aap kitna zyada provocative woh scene hoga jab ke</w:t>
      </w:r>
    </w:p>
    <w:p>
      <w:pPr>
        <w:jc w:val="right"/>
      </w:pPr>
      <w:r>
        <w:t>دیکھا تو آپ negative تو نہیں ہوئے بھڑکے نہیں آپ کتنا زیادہ provocative وہ سین ہوگا جب کہ</w:t>
      </w:r>
    </w:p>
    <w:p>
      <w:r>
        <w:rPr>
          <w:b/>
        </w:rPr>
        <w:t xml:space="preserve">[1:09:27] </w:t>
      </w:r>
      <w:r>
        <w:t>kaba mein aap ne dekha hoga but ko kitna zyada provocative scene hoga lekin aap bhadke nahi aap</w:t>
      </w:r>
    </w:p>
    <w:p>
      <w:pPr>
        <w:jc w:val="right"/>
      </w:pPr>
      <w:r>
        <w:t>کعبہ میں آپ نے دیکھا ہوگا بت کو کتنا زیادہ provocative سین ہوگا لیکن آپ بھڑکے نہیں آپ</w:t>
      </w:r>
    </w:p>
    <w:p>
      <w:r>
        <w:rPr>
          <w:b/>
        </w:rPr>
        <w:t xml:space="preserve">[1:09:35] </w:t>
      </w:r>
      <w:r>
        <w:t>stage nahi hue ulama bhadak uthe bas yeh to bhadakna apne aap mein bilkul ek najais feal hai</w:t>
      </w:r>
    </w:p>
    <w:p>
      <w:pPr>
        <w:jc w:val="right"/>
      </w:pPr>
      <w:r>
        <w:t>اسٹیج نہیں ہوئے علماء بھڑک اٹھے بس یہ تو بھڑکنا اپنے آپ میں بالکل ایک ناجائز فعل ہے</w:t>
      </w:r>
    </w:p>
    <w:p>
      <w:r>
        <w:rPr>
          <w:b/>
        </w:rPr>
        <w:t xml:space="preserve">[1:09:42] </w:t>
      </w:r>
      <w:r>
        <w:t>kya zaroorat bhadakne ki aap study kijiye study kijiye samjhiye is ko to woh badhte badhte kyun ke jab</w:t>
      </w:r>
    </w:p>
    <w:p>
      <w:pPr>
        <w:jc w:val="right"/>
      </w:pPr>
      <w:r>
        <w:t>کیا ضرورت بھڑکنے کی آپ study کیجیے study کیجیے سمجھیے اس کو تو وہ بڑھتے بڑھتے کیونکہ جب</w:t>
      </w:r>
    </w:p>
    <w:p>
      <w:r>
        <w:rPr>
          <w:b/>
        </w:rPr>
        <w:t xml:space="preserve">[1:09:50] </w:t>
      </w:r>
      <w:r>
        <w:t>aap bhadkayenge to bhadakne ke baad woh badhega badhega badhega badhega yahan tak</w:t>
      </w:r>
    </w:p>
    <w:p>
      <w:pPr>
        <w:jc w:val="right"/>
      </w:pPr>
      <w:r>
        <w:t>آپ بھڑکائیں گے تو بھڑکنے کے بعد وہ بڑھے گا بڑھے گا بڑھے گا بڑھے گا یہاں تک</w:t>
      </w:r>
    </w:p>
    <w:p>
      <w:r>
        <w:rPr>
          <w:b/>
        </w:rPr>
        <w:t xml:space="preserve">[1:09:58] </w:t>
      </w:r>
      <w:r>
        <w:t>ke suicide bombing tak pahunch jayega is sunnat ko pakdiye ke rasool Allah ne dekha makkah mein</w:t>
      </w:r>
    </w:p>
    <w:p>
      <w:pPr>
        <w:jc w:val="right"/>
      </w:pPr>
      <w:r>
        <w:t>کہ suicide bombing تک پہنچ جائے گا اس سنت کو پکڑیے کہ رسول اللہ نے دیکھا مکے میں</w:t>
      </w:r>
    </w:p>
    <w:p>
      <w:r>
        <w:rPr>
          <w:b/>
        </w:rPr>
        <w:t xml:space="preserve">[1:10:05] </w:t>
      </w:r>
      <w:r>
        <w:t>ke muqaddas kaba mein 360 but rakhe hue hain to bhadke nahi aap stage nahi hue aap is</w:t>
      </w:r>
    </w:p>
    <w:p>
      <w:pPr>
        <w:jc w:val="right"/>
      </w:pPr>
      <w:r>
        <w:t>کہ مقدس کعبہ میں 360 بت رکھے ہوئے ہیں تو بھڑکے نہیں آپ اسٹیج نہیں ہوئے آپ اس</w:t>
      </w:r>
    </w:p>
    <w:p>
      <w:r>
        <w:rPr>
          <w:b/>
        </w:rPr>
        <w:t xml:space="preserve">[1:10:13] </w:t>
      </w:r>
      <w:r>
        <w:t>sunnat ko pakdiye is sunnat ko logon ne chhod rakha hai okay we will end this session now</w:t>
      </w:r>
    </w:p>
    <w:p>
      <w:pPr>
        <w:jc w:val="right"/>
      </w:pPr>
      <w:r>
        <w:t>سنت کو پکڑیے اس سنت کو لوگوں نے چھوڑ رکھا ہے اوکے we will end this session now</w:t>
      </w:r>
    </w:p>
    <w:p>
      <w:r>
        <w:rPr>
          <w:b/>
        </w:rPr>
        <w:t xml:space="preserve">[1:10:21] </w:t>
      </w:r>
      <w:r>
        <w:t>we will be back next Sunday same time thank you.</w:t>
      </w:r>
    </w:p>
    <w:p>
      <w:pPr>
        <w:jc w:val="right"/>
      </w:pPr>
      <w:r>
        <w:t>we will be back next Sunday same time thank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