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Quran And Hadith</w:t>
      </w:r>
    </w:p>
    <w:p>
      <w:r>
        <w:t>https://youtu.be/fBflSQEPstg</w:t>
      </w:r>
    </w:p>
    <w:p>
      <w:r>
        <w:rPr>
          <w:b/>
        </w:rPr>
        <w:t xml:space="preserve">[00:13] </w:t>
      </w:r>
      <w:r>
        <w:t>Bismillah Rehman ur Rahim, waSalli Allahu ala Nabi al Kareem. Rab 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Is waqt mein kuch baatein Quran o Hadees ko le kar,</w:t>
      </w:r>
    </w:p>
    <w:p>
      <w:pPr>
        <w:jc w:val="right"/>
      </w:pPr>
      <w:r>
        <w:t>اس وقت میں کچھ باتیں قرآن و حدیث کو لے کر،</w:t>
      </w:r>
    </w:p>
    <w:p>
      <w:r>
        <w:rPr>
          <w:b/>
        </w:rPr>
        <w:t xml:space="preserve">[00:40] </w:t>
      </w:r>
      <w:r>
        <w:t>jis mein sabaq hai aur kuch apne tajrubaat, is ko bayan karna chahta hoon.</w:t>
      </w:r>
    </w:p>
    <w:p>
      <w:pPr>
        <w:jc w:val="right"/>
      </w:pPr>
      <w:r>
        <w:t>جس میں سبق ہے اور کچھ اپنے تجربات، اس کو بیان کرنا چاہتا ہوں۔</w:t>
      </w:r>
    </w:p>
    <w:p>
      <w:r>
        <w:rPr>
          <w:b/>
        </w:rPr>
        <w:t xml:space="preserve">[00:51] </w:t>
      </w:r>
      <w:r>
        <w:t>Lessons from the Quran and the Hadees.</w:t>
      </w:r>
    </w:p>
    <w:p>
      <w:pPr>
        <w:jc w:val="right"/>
      </w:pPr>
      <w:r>
        <w:t>لیسنز فرام دی قرآن اینڈ دی حدیث۔</w:t>
      </w:r>
    </w:p>
    <w:p>
      <w:r>
        <w:rPr>
          <w:b/>
        </w:rPr>
        <w:t xml:space="preserve">[00:57] </w:t>
      </w:r>
      <w:r>
        <w:t>Dekhiye, Quran ki pehli Surah ki ayat hai: "Alhamdu Lillahi Rabbil Alameen".</w:t>
      </w:r>
    </w:p>
    <w:p>
      <w:pPr>
        <w:jc w:val="right"/>
      </w:pPr>
      <w:r>
        <w:t>دیکھیے، قرآن کی پہلی سورہ کی آیت ہے: "الحمدللہ رب العالمین"۔</w:t>
      </w:r>
    </w:p>
    <w:p>
      <w:r>
        <w:rPr>
          <w:b/>
        </w:rPr>
        <w:t xml:space="preserve">[01:08] </w:t>
      </w:r>
      <w:r>
        <w:t>Yaani Rabbil Alameen ka shukr, hamd ke maani shukr ke hote hain.</w:t>
      </w:r>
    </w:p>
    <w:p>
      <w:pPr>
        <w:jc w:val="right"/>
      </w:pPr>
      <w:r>
        <w:t>یعنی رب العالمین کا شکر، حمد کے معنی شکر کے ہوتے ہیں۔</w:t>
      </w:r>
    </w:p>
    <w:p>
      <w:r>
        <w:rPr>
          <w:b/>
        </w:rPr>
        <w:t xml:space="preserve">[01:18] </w:t>
      </w:r>
      <w:r>
        <w:t>Ek shakhs ne mujh se poocha ke Quran ka khulasa kya hai? To maine kaha ke jo Quran ki jo pehli ayat hai, wahi Quran ka khulasa hai.</w:t>
      </w:r>
    </w:p>
    <w:p>
      <w:pPr>
        <w:jc w:val="right"/>
      </w:pPr>
      <w:r>
        <w:t>ایک شخص نے مجھ سے پوچھا کہ قرآن کا خلاصہ کیا ہے؟ تو میں نے کہا کہ جو قرآن کی جو پہلی آیت ہے، وہی قرآن کا خلاصہ ہے۔</w:t>
      </w:r>
    </w:p>
    <w:p>
      <w:r>
        <w:rPr>
          <w:b/>
        </w:rPr>
        <w:t xml:space="preserve">[01:33] </w:t>
      </w:r>
      <w:r>
        <w:t>Yaani shukr. Allah Ta'ala ki blessings, Allah Ta'ala ki nematوں ka ehsaas kar ke aadmi ke andar shukr ka jazba paida ho.</w:t>
      </w:r>
    </w:p>
    <w:p>
      <w:pPr>
        <w:jc w:val="right"/>
      </w:pPr>
      <w:r>
        <w:t>یعنی شکر۔ اللہ تعالیٰ کی بلیسنگز، اللہ تعالیٰ کی نعمتوں کا احساس کر کے آدمی کے اندر شکر کا جذبہ پیدا ہو۔</w:t>
      </w:r>
    </w:p>
    <w:p>
      <w:r>
        <w:rPr>
          <w:b/>
        </w:rPr>
        <w:t xml:space="preserve">[01:50] </w:t>
      </w:r>
      <w:r>
        <w:t>Yahi sab se bara message hai Quran ka. To phir unhon ne kaha ke phir sabr ka itna zyada zikr kyun hai Quran mein?</w:t>
      </w:r>
    </w:p>
    <w:p>
      <w:pPr>
        <w:jc w:val="right"/>
      </w:pPr>
      <w:r>
        <w:t>یہی سب سے بڑا میسج ہے قرآن کا۔ تو پھر انہوں نے کہا کہ پھر صبر کا اتنا زیادہ ذکر کیوں ہے قرآن میں؟</w:t>
      </w:r>
    </w:p>
    <w:p>
      <w:r>
        <w:rPr>
          <w:b/>
        </w:rPr>
        <w:t xml:space="preserve">[02:03] </w:t>
      </w:r>
      <w:r>
        <w:t>Shukr ke sath sabr ka kya jor hai? To maine kaha ke dekhiye, sabr ke baghair aap shukr, sacha shukr nahi kar sakte.</w:t>
      </w:r>
    </w:p>
    <w:p>
      <w:pPr>
        <w:jc w:val="right"/>
      </w:pPr>
      <w:r>
        <w:t>شکر کے ساتھ صبر کا کیا جوڑ ہے؟ تو میں نے کہا کہ دیکھیے، صبر کے بغیر آپ شکر، سچا شکر نہیں کر سکتے۔</w:t>
      </w:r>
    </w:p>
    <w:p>
      <w:r>
        <w:rPr>
          <w:b/>
        </w:rPr>
        <w:t xml:space="preserve">[02:21] </w:t>
      </w:r>
      <w:r>
        <w:t>Sacha shukr karne ke liye woh dil chahiye jis mein positive thinking ho, jo negative thought se pak ho, jis mein ghussa na ho, revenge na ho, lust na ho,</w:t>
      </w:r>
    </w:p>
    <w:p>
      <w:pPr>
        <w:jc w:val="right"/>
      </w:pPr>
      <w:r>
        <w:t>سچا شکر کرنے کے لیے وہ دل چاہیے جس میں پازیٹیو تھنکنگ ہو، جو نیگیٹیو تھاٹ سے پاک ہو، جس میں غصہ نہ ہو، ریونج نہ ہو، لسٹ نہ ہو،</w:t>
      </w:r>
    </w:p>
    <w:p>
      <w:r>
        <w:rPr>
          <w:b/>
        </w:rPr>
        <w:t xml:space="preserve">[02:38] </w:t>
      </w:r>
      <w:r>
        <w:t>inteqaam na ho, intolerance na ho, violence na ho. Agar</w:t>
      </w:r>
    </w:p>
    <w:p>
      <w:pPr>
        <w:jc w:val="right"/>
      </w:pPr>
      <w:r>
        <w:t>انتقام نہ ہو، انٹولرنس نہ ہو، وائلنس نہ ہو۔ اگر</w:t>
      </w:r>
    </w:p>
    <w:p>
      <w:r>
        <w:rPr>
          <w:b/>
        </w:rPr>
        <w:t xml:space="preserve">[02:46] </w:t>
      </w:r>
      <w:r>
        <w:t>aap negative thought mein jee rahe hain to aap ka shukr jo hai woh sirf lip service hoga. Bas.</w:t>
      </w:r>
    </w:p>
    <w:p>
      <w:pPr>
        <w:jc w:val="right"/>
      </w:pPr>
      <w:r>
        <w:t>آپ نیگیٹیو تھاٹ میں جی رہے ہیں تو آپ کا شکر جو ہے وہ صرف لپ سروس ہوگا۔ بس۔</w:t>
      </w:r>
    </w:p>
    <w:p>
      <w:r>
        <w:rPr>
          <w:b/>
        </w:rPr>
        <w:t xml:space="preserve">[02:55] </w:t>
      </w:r>
      <w:r>
        <w:t>Aur kuch nahi. Shukr to woh hai jo ek thrill ke taur par nikle. Thrill.</w:t>
      </w:r>
    </w:p>
    <w:p>
      <w:pPr>
        <w:jc w:val="right"/>
      </w:pPr>
      <w:r>
        <w:t>اور کچھ نہیں۔ شکر تو وہ ہے جو ایک تھرل کے طور پر نکلے۔ تھرل۔</w:t>
      </w:r>
    </w:p>
    <w:p>
      <w:r>
        <w:rPr>
          <w:b/>
        </w:rPr>
        <w:t xml:space="preserve">[03:06] </w:t>
      </w:r>
      <w:r>
        <w:t>Shukr ka matlab hai thrilling ehsaas. Lip service nahi.</w:t>
      </w:r>
    </w:p>
    <w:p>
      <w:pPr>
        <w:jc w:val="right"/>
      </w:pPr>
      <w:r>
        <w:t>شکر کا مطلب ہے تھرلنگ احساس۔ لپ سروس نہیں۔</w:t>
      </w:r>
    </w:p>
    <w:p>
      <w:r>
        <w:rPr>
          <w:b/>
        </w:rPr>
        <w:t xml:space="preserve">[03:14] </w:t>
      </w:r>
      <w:r>
        <w:t>Ab sawal yeh hai ke dunya to ek aisi jagah hai jahan har waqt kuch na kuch provocation hota rehta hai. Kuch na kuch taang khinchna, kuch na kuch takleef, kuch na kuch pareshani.</w:t>
      </w:r>
    </w:p>
    <w:p>
      <w:pPr>
        <w:jc w:val="right"/>
      </w:pPr>
      <w:r>
        <w:t>اب سوال یہ ہے کہ دنیا تو ایک ایسی جگہ ہے جہاں ہر وقت کچھ نہ کچھ پرووکیشن ہوتا رہتا ہے۔ کچھ نہ کچھ تالنگی دی، کچھ نہ کچھ تکلیف، کچھ نہ کچھ پریشانی۔</w:t>
      </w:r>
    </w:p>
    <w:p>
      <w:r>
        <w:rPr>
          <w:b/>
        </w:rPr>
        <w:t xml:space="preserve">[03:29] </w:t>
      </w:r>
      <w:r>
        <w:t>Dunya aisi jagah hai jahan aap is se bach nahi sakte ke rozana kuch na kuch aap ko unwanted situation pesh aaye.</w:t>
      </w:r>
    </w:p>
    <w:p>
      <w:pPr>
        <w:jc w:val="right"/>
      </w:pPr>
      <w:r>
        <w:t>دنیا ایسی جگہ ہے جہاں آپ اس سے بچ نہیں سکتے کہ روزانہ کچھ نہ کچھ آپ کو ان وانٹڈ سچویشن پیش آئے۔</w:t>
      </w:r>
    </w:p>
    <w:p>
      <w:r>
        <w:rPr>
          <w:b/>
        </w:rPr>
        <w:t xml:space="preserve">[03:41] </w:t>
      </w:r>
      <w:r>
        <w:t>kuchh nakhushgawar baaten pesh aaein.</w:t>
      </w:r>
    </w:p>
    <w:p>
      <w:pPr>
        <w:jc w:val="right"/>
      </w:pPr>
      <w:r>
        <w:t>کچھ ناخوشگوار باتیں پیش آئیں۔</w:t>
      </w:r>
    </w:p>
    <w:p>
      <w:r>
        <w:rPr>
          <w:b/>
        </w:rPr>
        <w:t xml:space="preserve">[03:44] </w:t>
      </w:r>
      <w:r>
        <w:t>kyunke duniya mein Allah taala ne har insaan ko azaadi di hai. jab azaadi di hai to azaadi par Khuda ne koi rok nahin lagai hai.</w:t>
      </w:r>
    </w:p>
    <w:p>
      <w:pPr>
        <w:jc w:val="right"/>
      </w:pPr>
      <w:r>
        <w:t>کیونکہ دنیا میں اللہ تعالیٰ نے ہر انسان کو آزادی دی ہے۔ جب آزادی دی ہے تو آزادی پر خدا نے کوئی روک نہیں لگائی ہے۔</w:t>
      </w:r>
    </w:p>
    <w:p>
      <w:r>
        <w:rPr>
          <w:b/>
        </w:rPr>
        <w:t xml:space="preserve">[03:59] </w:t>
      </w:r>
      <w:r>
        <w:t>aadmi is ke liye bhi azaad hai ke apni azaadi ko misuse kare. apni azaadi ka galat istemaal kare.</w:t>
      </w:r>
    </w:p>
    <w:p>
      <w:pPr>
        <w:jc w:val="right"/>
      </w:pPr>
      <w:r>
        <w:t>آدمی اس کے لیے بھی آزاد ہے کہ اپنی آزادی کو مس یوز کرے۔ اپنی آزادی کا غلط استعمال کرے۔</w:t>
      </w:r>
    </w:p>
    <w:p>
      <w:r>
        <w:rPr>
          <w:b/>
        </w:rPr>
        <w:t xml:space="preserve">[04:07] </w:t>
      </w:r>
      <w:r>
        <w:t>aap jante hain ke apni azaadi ka galat istemaal kar ke insaan ne payghambar Yahya ko qatl kar diya. apni zaat, apni azaadi ka galat istemaal kar ke insaan ne Rasool Allah sal Allah alaih wasallam ke sahabi Hazrat Usman aur Hazrat Ali ko qatl kar diya.</w:t>
      </w:r>
    </w:p>
    <w:p>
      <w:pPr>
        <w:jc w:val="right"/>
      </w:pPr>
      <w:r>
        <w:t>آپ جانتے ہیں کہ اپنی آزادی کا غلط استعمال کر کے انسان نے پیغمبر یحییٰ کو قتل کر دیا۔ اپنی ذات، اپنی آزادی کا غلط استعمال کر کے انسان نے رسول اللہ صلی اللہ علیہ وسلم کے صحابی حضرت عثمان اور حضرت علی کو قتل کر دیا۔</w:t>
      </w:r>
    </w:p>
    <w:p>
      <w:r>
        <w:rPr>
          <w:b/>
        </w:rPr>
        <w:t xml:space="preserve">[04:29] </w:t>
      </w:r>
      <w:r>
        <w:t>to</w:t>
      </w:r>
    </w:p>
    <w:p>
      <w:pPr>
        <w:jc w:val="right"/>
      </w:pPr>
      <w:r>
        <w:t>تو</w:t>
      </w:r>
    </w:p>
    <w:p>
      <w:r>
        <w:rPr>
          <w:b/>
        </w:rPr>
        <w:t xml:space="preserve">[04:30] </w:t>
      </w:r>
      <w:r>
        <w:t>aisi duniya mein jahan logon ko apni azaadi ko misuse karne ki bhi azaadi hai, to wahan to yahi hoga ke har waqt kuchh na kuchh</w:t>
      </w:r>
    </w:p>
    <w:p>
      <w:pPr>
        <w:jc w:val="right"/>
      </w:pPr>
      <w:r>
        <w:t>ایسی دنیا میں جہاں لوگوں کو اپنی آزادی کو مس یوز کرنے کی بھی آزادی ہے، تو وہاں تو یہی ہوگا کہ ہر وقت کچھ نہ کچھ</w:t>
      </w:r>
    </w:p>
    <w:p>
      <w:r>
        <w:rPr>
          <w:b/>
        </w:rPr>
        <w:t xml:space="preserve">[04:43] </w:t>
      </w:r>
      <w:r>
        <w:t>nakhushgawar waqiaat paish aate rahenge.</w:t>
      </w:r>
    </w:p>
    <w:p>
      <w:pPr>
        <w:jc w:val="right"/>
      </w:pPr>
      <w:r>
        <w:t>ناخوشگوار واقعات پیش آتے رہیں گے۔</w:t>
      </w:r>
    </w:p>
    <w:p>
      <w:r>
        <w:rPr>
          <w:b/>
        </w:rPr>
        <w:t xml:space="preserve">[04:48] </w:t>
      </w:r>
      <w:r>
        <w:t>to sachcha shukr karne ke liye woh shukr jo ek thrill ke taur par aap ki zabaan se nikle, us ke liye sabr zaroori hai.</w:t>
      </w:r>
    </w:p>
    <w:p>
      <w:pPr>
        <w:jc w:val="right"/>
      </w:pPr>
      <w:r>
        <w:t>تو سچا شکر کرنے کے لیے وہ شکر جو ایک تھرل کے طور پر آپ کی زبان سے نکلے، اس کے لیے صبر ضروری ہے۔</w:t>
      </w:r>
    </w:p>
    <w:p>
      <w:r>
        <w:rPr>
          <w:b/>
        </w:rPr>
        <w:t xml:space="preserve">[05:01] </w:t>
      </w:r>
      <w:r>
        <w:t>sabr ka matlab kya hai?</w:t>
      </w:r>
    </w:p>
    <w:p>
      <w:pPr>
        <w:jc w:val="right"/>
      </w:pPr>
      <w:r>
        <w:t>صبر کا مطلب کیا ہے؟</w:t>
      </w:r>
    </w:p>
    <w:p>
      <w:r>
        <w:rPr>
          <w:b/>
        </w:rPr>
        <w:t xml:space="preserve">[05:04] </w:t>
      </w:r>
      <w:r>
        <w:t>har us cheez ko bhulana</w:t>
      </w:r>
    </w:p>
    <w:p>
      <w:pPr>
        <w:jc w:val="right"/>
      </w:pPr>
      <w:r>
        <w:t>ہر اس چیز کو بھلانا</w:t>
      </w:r>
    </w:p>
    <w:p>
      <w:r>
        <w:rPr>
          <w:b/>
        </w:rPr>
        <w:t xml:space="preserve">[05:08] </w:t>
      </w:r>
      <w:r>
        <w:t>jo aap ko disturb kare. jo aap ke e'tedaal ko darham barham kare. is ko bhulana.</w:t>
      </w:r>
    </w:p>
    <w:p>
      <w:pPr>
        <w:jc w:val="right"/>
      </w:pPr>
      <w:r>
        <w:t>جو آپ کو ڈسٹرب کرے۔ جو آپ کے اعتدال کو درہم برہم کرے۔ اس کو بھلانا۔</w:t>
      </w:r>
    </w:p>
    <w:p>
      <w:r>
        <w:rPr>
          <w:b/>
        </w:rPr>
        <w:t xml:space="preserve">[05:22] </w:t>
      </w:r>
      <w:r>
        <w:t>Martin Dawson, Bernard Shaw ne kaha tha ke jis aadmi ke paas bhulane ko kuchh na ho, wahi sab se zyada uneducated insaan hai.</w:t>
      </w:r>
    </w:p>
    <w:p>
      <w:pPr>
        <w:jc w:val="right"/>
      </w:pPr>
      <w:r>
        <w:t>مارٹن ڈسن، برنارڈ شاہ نے کہا تھا کہ جس آدمی کے پاس بھلانے کو کچھ نہ ہو، وہی سب سے زیادہ ان ایجوکیٹڈ انسان ہے۔</w:t>
      </w:r>
    </w:p>
    <w:p>
      <w:r>
        <w:rPr>
          <w:b/>
        </w:rPr>
        <w:t xml:space="preserve">[05:36] </w:t>
      </w:r>
      <w:r>
        <w:t>to main yeh kahunga ke jis aadmi ke paas bhulane ko, bhulane wali spirit na ho, woh sachcha shukr Allah taala ka ata nahin kar sakta.</w:t>
      </w:r>
    </w:p>
    <w:p>
      <w:pPr>
        <w:jc w:val="right"/>
      </w:pPr>
      <w:r>
        <w:t>تو میں یہ کہوں گا کہ جس آدمی کے پاس بھلانے کو، بھلانے والی اسپرٹ نہ ہو، وہ سچا شکر اللہ تعالیٰ کا عطا نہیں کر سکتا۔</w:t>
      </w:r>
    </w:p>
    <w:p>
      <w:r>
        <w:rPr>
          <w:b/>
        </w:rPr>
        <w:t xml:space="preserve">[05:47] </w:t>
      </w:r>
      <w:r>
        <w:t>kabhi nahin.</w:t>
      </w:r>
    </w:p>
    <w:p>
      <w:pPr>
        <w:jc w:val="right"/>
      </w:pPr>
      <w:r>
        <w:t>کبھی نہیں۔</w:t>
      </w:r>
    </w:p>
    <w:p>
      <w:r>
        <w:rPr>
          <w:b/>
        </w:rPr>
        <w:t xml:space="preserve">[05:49] </w:t>
      </w:r>
      <w:r>
        <w:t>woh to, is ka dil to bhara rahega negative thought ke saath.</w:t>
      </w:r>
    </w:p>
    <w:p>
      <w:pPr>
        <w:jc w:val="right"/>
      </w:pPr>
      <w:r>
        <w:t>وہ تو، اس کا دل تو بھرا رہے گا نیگیٹیو تھاٹ کے ساتھ۔</w:t>
      </w:r>
    </w:p>
    <w:p>
      <w:r>
        <w:rPr>
          <w:b/>
        </w:rPr>
        <w:t xml:space="preserve">[05:57] </w:t>
      </w:r>
      <w:r>
        <w:t>to shukr kya karega? woh lip service karega woh?</w:t>
      </w:r>
    </w:p>
    <w:p>
      <w:pPr>
        <w:jc w:val="right"/>
      </w:pPr>
      <w:r>
        <w:t>تو شکر کیا کرے گا؟ وہ لپ سروس کرے گا وہ؟</w:t>
      </w:r>
    </w:p>
    <w:p>
      <w:r>
        <w:rPr>
          <w:b/>
        </w:rPr>
        <w:t xml:space="preserve">[06:04] </w:t>
      </w:r>
      <w:r>
        <w:t>dekhiye, main yeh samjha hoon ke</w:t>
      </w:r>
    </w:p>
    <w:p>
      <w:pPr>
        <w:jc w:val="right"/>
      </w:pPr>
      <w:r>
        <w:t>دیکھیے، میں یہ سمجھا ہوں کہ</w:t>
      </w:r>
    </w:p>
    <w:p>
      <w:r>
        <w:rPr>
          <w:b/>
        </w:rPr>
        <w:t xml:space="preserve">[06:11] </w:t>
      </w:r>
      <w:r>
        <w:t>shukr karne ke liye is ki zaroorat nahin ke aap ke paas kothi ho, boat ho, bank balance ho, job ho, aap bahut bada uhda aap ke paas ho.</w:t>
      </w:r>
    </w:p>
    <w:p>
      <w:pPr>
        <w:jc w:val="right"/>
      </w:pPr>
      <w:r>
        <w:t>شکر کرنے کے لیے اس کی ضرورت نہیں کہ آپ کے پاس کوٹھی ہو، بوٹر ہو، بینک بائلنس ہو، جاب ہو، آپ بہت بڑا عہدہ آپ کے پاس ہو۔</w:t>
      </w:r>
    </w:p>
    <w:p>
      <w:r>
        <w:rPr>
          <w:b/>
        </w:rPr>
        <w:t xml:space="preserve">[06:22] </w:t>
      </w:r>
      <w:r>
        <w:t>nahin. yeh sab kuchh nahin. shukr karna hai is baat par ke, shukr karna hai is baat par jo abhi mili hui hai aap ko.</w:t>
      </w:r>
    </w:p>
    <w:p>
      <w:pPr>
        <w:jc w:val="right"/>
      </w:pPr>
      <w:r>
        <w:t>نہیں۔ یہ سب کچھ نہیں۔ شکر کرنا ہے اس بات پر کہ، شکر کرنا ہے اس بات پر جو ابھی ملی ہوئی ہے آپ کو۔</w:t>
      </w:r>
    </w:p>
    <w:p>
      <w:r>
        <w:rPr>
          <w:b/>
        </w:rPr>
        <w:t xml:space="preserve">[06:34] </w:t>
      </w:r>
      <w:r>
        <w:t>main bol raha hoon aur aap sun rahe hain. main bol raha hoon aur aap sun rahe hain. yeh kaise possible hua?</w:t>
      </w:r>
    </w:p>
    <w:p>
      <w:pPr>
        <w:jc w:val="right"/>
      </w:pPr>
      <w:r>
        <w:t>میں بول رہا ہوں اور آپ سن رہے ہوں۔ میں بول رہا ہوں اور آپ سن رہے ہیں۔ یہ کیسے پاسیبل ہوا؟</w:t>
      </w:r>
    </w:p>
    <w:p>
      <w:r>
        <w:rPr>
          <w:b/>
        </w:rPr>
        <w:t xml:space="preserve">[06:46] </w:t>
      </w:r>
      <w:r>
        <w:t>is mein hazaron hazar factors involve hain.</w:t>
      </w:r>
    </w:p>
    <w:p>
      <w:pPr>
        <w:jc w:val="right"/>
      </w:pPr>
      <w:r>
        <w:t>اس میں ہزاروں ہزار فیکٹرز انوالو ہیں۔</w:t>
      </w:r>
    </w:p>
    <w:p>
      <w:r>
        <w:rPr>
          <w:b/>
        </w:rPr>
        <w:t xml:space="preserve">[06:53] </w:t>
      </w:r>
      <w:r>
        <w:t>aisa nahin ho sakta ke aap Khuda ki nematen jo mili hui hain woh na hon, phir bhi hum bol saken.</w:t>
      </w:r>
    </w:p>
    <w:p>
      <w:pPr>
        <w:jc w:val="right"/>
      </w:pPr>
      <w:r>
        <w:t>ایسا نہیں ہو سکتا کہ آپ خدا کی نعمتیں جو ملی ہوئی ہیں وہ نہ ہوں، پھر بھی ہم بول سکیں۔</w:t>
      </w:r>
    </w:p>
    <w:p>
      <w:r>
        <w:rPr>
          <w:b/>
        </w:rPr>
        <w:t xml:space="preserve">[07:03] </w:t>
      </w:r>
      <w:r>
        <w:t>aap jante hain ke bolne se aap ki aawaz, meri aawaz jo aap tak pahunchti hai, to hawa ka medium chahiye.</w:t>
      </w:r>
    </w:p>
    <w:p>
      <w:pPr>
        <w:jc w:val="right"/>
      </w:pPr>
      <w:r>
        <w:t>آپ جانتے ہیں کہ بولنے سے آپ کی آواز، میری آواز جو آپ تک پہنچتی ہے، تو ہوا کا میڈیم چاہیے۔</w:t>
      </w:r>
    </w:p>
    <w:p>
      <w:r>
        <w:rPr>
          <w:b/>
        </w:rPr>
        <w:t xml:space="preserve">[07:11] </w:t>
      </w:r>
      <w:r>
        <w:t>hawa na ho to meri aawaz aap tak nahin pahunchegi. is ke ilawa aur hazaron factors darkar hain. aur jab electronic</w:t>
      </w:r>
    </w:p>
    <w:p>
      <w:pPr>
        <w:jc w:val="right"/>
      </w:pPr>
      <w:r>
        <w:t>ہوا نہ ہو تو میری آواز آپ تک نہیں پہنچے گی۔ اس کے علاوہ اور ہزاروں فیکٹرز درکار ہیں۔ اور جب الیکٹرانک</w:t>
      </w:r>
    </w:p>
    <w:p>
      <w:r>
        <w:rPr>
          <w:b/>
        </w:rPr>
        <w:t xml:space="preserve">[07:25] </w:t>
      </w:r>
      <w:r>
        <w:t>aalat ke zariye se aap sun rahe hon meri baat, tab to aur bhi zyada bahut si baaten is mein involve ho jaati hain.</w:t>
      </w:r>
    </w:p>
    <w:p>
      <w:pPr>
        <w:jc w:val="right"/>
      </w:pPr>
      <w:r>
        <w:t>آلات کے ذریعے سے آپ سن رہے ہوں میری بات، تب تو اور بھی زیادہ بہت سی باتیں اس میں انوالو ہو جاتی ہیں۔</w:t>
      </w:r>
    </w:p>
    <w:p>
      <w:r>
        <w:rPr>
          <w:b/>
        </w:rPr>
        <w:t xml:space="preserve">[07:33] </w:t>
      </w:r>
      <w:r>
        <w:t>to isi par shukr ke main bol raha hoon, doosra insaan sun raha hai. isi par shukr ke maine aankh kholi aur cheezon ko main dekhne laga.</w:t>
      </w:r>
    </w:p>
    <w:p>
      <w:pPr>
        <w:jc w:val="right"/>
      </w:pPr>
      <w:r>
        <w:t>تو اسی پر شکر کہ میں بول رہا ہوں، دوسرا انسان سن رہا ہے۔ اسی پر شکر کہ میں نے آنکھ کھولی اور چیزوں کو میں دیکھنے لگا۔</w:t>
      </w:r>
    </w:p>
    <w:p>
      <w:r>
        <w:rPr>
          <w:b/>
        </w:rPr>
        <w:t xml:space="preserve">[07:47] </w:t>
      </w:r>
      <w:r>
        <w:t>isi par shukr ke main zameen par chalna chaha to main zameen par chal raha hoon.</w:t>
      </w:r>
    </w:p>
    <w:p>
      <w:pPr>
        <w:jc w:val="right"/>
      </w:pPr>
      <w:r>
        <w:t>اسی پر شکر کہ میں زمین پر چلنا چاہا تو میں زمین پر چل رہا ہوں۔</w:t>
      </w:r>
    </w:p>
    <w:p>
      <w:r>
        <w:rPr>
          <w:b/>
        </w:rPr>
        <w:t xml:space="preserve">[07:53] </w:t>
      </w:r>
      <w:r>
        <w:t>kyunki yeh saari cheezein agar zameen par, jis ko kaha jata hai life support system, woh na ho to hum kuch bhi nahi kar sakte.</w:t>
      </w:r>
    </w:p>
    <w:p>
      <w:pPr>
        <w:jc w:val="right"/>
      </w:pPr>
      <w:r>
        <w:t>کیونکہ یہ ساری چیزیں اگر زمین پر، جس کو کہا جاتا ہے لائف سپورٹ سسٹم، وہ نہ ہو تو ہم کچھ بھی نہیں کر سکتے۔</w:t>
      </w:r>
    </w:p>
    <w:p>
      <w:r>
        <w:rPr>
          <w:b/>
        </w:rPr>
        <w:t xml:space="preserve">[08:05] </w:t>
      </w:r>
      <w:r>
        <w:t>to sacha shukr karne ke liye zaroori hai ke aap ke andar sabr ki spirit ho. sabr ki spirit ka matlab kya hai? avoid karna, tolerate karna, bhula dena.</w:t>
      </w:r>
    </w:p>
    <w:p>
      <w:pPr>
        <w:jc w:val="right"/>
      </w:pPr>
      <w:r>
        <w:t>تو سچا شکر کرنے کے لیے ضروری ہے کہ آپ کے اندر صبر کی اسپرٹ ہو۔ صبر کی اسپرٹ کا مطلب کیا ہے؟ اوائڈ کرنا، ٹولریٹ کرنا، بھلا دینا۔</w:t>
      </w:r>
    </w:p>
    <w:p>
      <w:r>
        <w:rPr>
          <w:b/>
        </w:rPr>
        <w:t xml:space="preserve">[08:17] </w:t>
      </w:r>
      <w:r>
        <w:t>badi se badi baaton ko nazar andaaz kar dena. jab aap aisa karenge to aap ka dil saaf suthra dil rahega.</w:t>
      </w:r>
    </w:p>
    <w:p>
      <w:pPr>
        <w:jc w:val="right"/>
      </w:pPr>
      <w:r>
        <w:t>بڑی سے بڑی باتوں کو نظر انداز کر دینا۔ جب آپ ایسا کریں گے تو آپ کا دل صاف ستھرا دل رہے گا۔</w:t>
      </w:r>
    </w:p>
    <w:p>
      <w:r>
        <w:rPr>
          <w:b/>
        </w:rPr>
        <w:t xml:space="preserve">[08:29] </w:t>
      </w:r>
      <w:r>
        <w:t>aap ka dil positive thought ka dil hoga.</w:t>
      </w:r>
    </w:p>
    <w:p>
      <w:pPr>
        <w:jc w:val="right"/>
      </w:pPr>
      <w:r>
        <w:t>آپ کا دل پازیٹیو تھاٹ کا دل ہوگا۔</w:t>
      </w:r>
    </w:p>
    <w:p>
      <w:r>
        <w:rPr>
          <w:b/>
        </w:rPr>
        <w:t xml:space="preserve">[08:34] </w:t>
      </w:r>
      <w:r>
        <w:t>aap ka dil negative thought se pak hoga. tab aap ke andar thrill wala shukr paida hoga. aur tab aap sacha shukr kar sakenge.</w:t>
      </w:r>
    </w:p>
    <w:p>
      <w:pPr>
        <w:jc w:val="right"/>
      </w:pPr>
      <w:r>
        <w:t>آپ کا دل نیگیٹیو تھاٹ سے پاک ہوگا۔ تب آپ کے اندر تھرل والا شکر پیدا ہوگا۔ اور تب آپ سچا شکر کر سکیں گے۔</w:t>
      </w:r>
    </w:p>
    <w:p>
      <w:r>
        <w:rPr>
          <w:b/>
        </w:rPr>
        <w:t xml:space="preserve">[08:48] </w:t>
      </w:r>
      <w:r>
        <w:t>main ne hadith mein ek waqia padha. rasool Allah salallahu alaihi wasallam ke paas ek aadmi aaya. us ne Islam qubool kiya.</w:t>
      </w:r>
    </w:p>
    <w:p>
      <w:pPr>
        <w:jc w:val="right"/>
      </w:pPr>
      <w:r>
        <w:t>میں نے حدیث میں ایک واقعہ پڑھا۔ رسول اللہ صلی اللہ علیہ وسلم کے پاس ایک آدمی آیا۔ اس نے اسلام قبول کیا۔</w:t>
      </w:r>
    </w:p>
    <w:p>
      <w:r>
        <w:rPr>
          <w:b/>
        </w:rPr>
        <w:t xml:space="preserve">[08:59] </w:t>
      </w:r>
      <w:r>
        <w:t>to aap ka tareeqa yeh tha ke jab koi Islam qubool karta to aap us ki training ke liye, us ki tarbiyat ke liye, us ko kisi sahabi, kisi senior sahabi ke paas kar dete the.</w:t>
      </w:r>
    </w:p>
    <w:p>
      <w:pPr>
        <w:jc w:val="right"/>
      </w:pPr>
      <w:r>
        <w:t>تو آپ کا طریقہ یہ تھا کہ جب کوئی اسلام قبول کرتا تو آپ اس کی ٹریننگ کے لیے، اس کی تربیت کے لیے، اس کو کسی صحابی، کسی سینئر صحابی کے پاس کر دیتے تھے۔</w:t>
      </w:r>
    </w:p>
    <w:p>
      <w:r>
        <w:rPr>
          <w:b/>
        </w:rPr>
        <w:t xml:space="preserve">[09:11] </w:t>
      </w:r>
      <w:r>
        <w:t>yeh madine ka waqia hai.</w:t>
      </w:r>
    </w:p>
    <w:p>
      <w:pPr>
        <w:jc w:val="right"/>
      </w:pPr>
      <w:r>
        <w:t>یہ مدینے کا واقعہ ہے۔</w:t>
      </w:r>
    </w:p>
    <w:p>
      <w:r>
        <w:rPr>
          <w:b/>
        </w:rPr>
        <w:t xml:space="preserve">[09:16] </w:t>
      </w:r>
      <w:r>
        <w:t>wahan log rozana masjid mein milte the. to chand din ke baad aap ne dekha ke woh aadmi dikhai nahi de raha hai masjid mein.</w:t>
      </w:r>
    </w:p>
    <w:p>
      <w:pPr>
        <w:jc w:val="right"/>
      </w:pPr>
      <w:r>
        <w:t>وہاں لوگ روزانہ مسجد میں ملتے تھے۔ تو چند دن کے بعد آپ نے دیکھا کہ وہ آدمی دکھائی نہیں دے رہا ہے مسجد میں۔</w:t>
      </w:r>
    </w:p>
    <w:p>
      <w:r>
        <w:rPr>
          <w:b/>
        </w:rPr>
        <w:t xml:space="preserve">[09:26] </w:t>
      </w:r>
      <w:r>
        <w:t>to aap ne Hazrat Ali se poocha ke woh aadmi kahan gaya? to unhone kaha ke mujhe bhi nahi maloom. mujh se bataya nahi.</w:t>
      </w:r>
    </w:p>
    <w:p>
      <w:pPr>
        <w:jc w:val="right"/>
      </w:pPr>
      <w:r>
        <w:t>تو آپ نے حضرت علی سے پوچھا کہ وہ آدمی کہاں گیا؟ تو انہوں نے کہا کہ مجھے بھی نہیں معلوم۔ مجھ سے بتایا نہیں۔</w:t>
      </w:r>
    </w:p>
    <w:p>
      <w:r>
        <w:rPr>
          <w:b/>
        </w:rPr>
        <w:t xml:space="preserve">[09:36] </w:t>
      </w:r>
      <w:r>
        <w:t>aur khud se kahin chala gaya woh. to aap ne farmaya ke jis aadmi ko woh mile to woh us ko mere paas laye.</w:t>
      </w:r>
    </w:p>
    <w:p>
      <w:pPr>
        <w:jc w:val="right"/>
      </w:pPr>
      <w:r>
        <w:t>اور خود سے کہیں چلا گیا وہ۔ تو آپ نے فرمایا کہ جس آدمی کو وہ ملے تو وہ اس کو میرے پاس لائے۔</w:t>
      </w:r>
    </w:p>
    <w:p>
      <w:r>
        <w:rPr>
          <w:b/>
        </w:rPr>
        <w:t xml:space="preserve">[09:48] </w:t>
      </w:r>
      <w:r>
        <w:t>to khair, kisi ko mil gaya woh aadmi. phir woh le aaya.</w:t>
      </w:r>
    </w:p>
    <w:p>
      <w:pPr>
        <w:jc w:val="right"/>
      </w:pPr>
      <w:r>
        <w:t>تو خیر، کسی کو مل گیا وہ آدمی۔ پھر وہ لے آیا۔</w:t>
      </w:r>
    </w:p>
    <w:p>
      <w:r>
        <w:rPr>
          <w:b/>
        </w:rPr>
        <w:t xml:space="preserve">[09:53] </w:t>
      </w:r>
      <w:r>
        <w:t>aap ne poocha ke tum</w:t>
      </w:r>
    </w:p>
    <w:p>
      <w:pPr>
        <w:jc w:val="right"/>
      </w:pPr>
      <w:r>
        <w:t>آپ نے پوچھا کہ تم</w:t>
      </w:r>
    </w:p>
    <w:p>
      <w:r>
        <w:rPr>
          <w:b/>
        </w:rPr>
        <w:t xml:space="preserve">[10:00] </w:t>
      </w:r>
      <w:r>
        <w:t>kyun chale gaye? to us ne kaha ke aap ne kaha tha ke deen seekho. to main ne seekh liya. jab main ne seekh liya to main chala gaya.</w:t>
      </w:r>
    </w:p>
    <w:p>
      <w:pPr>
        <w:jc w:val="right"/>
      </w:pPr>
      <w:r>
        <w:t>کیوں چلے گئے؟ تو اس نے کہا کہ آپ نے کہا تھا کہ دین سیکھو۔ تو میں نے سیکھ لیا۔ جب میں نے سیکھ لیا تو میں چلا گیا۔</w:t>
      </w:r>
    </w:p>
    <w:p>
      <w:r>
        <w:rPr>
          <w:b/>
        </w:rPr>
        <w:t xml:space="preserve">[10:14] </w:t>
      </w:r>
      <w:r>
        <w:t>to aap ne poocha ke tum ne kaise seekh liya?</w:t>
      </w:r>
    </w:p>
    <w:p>
      <w:pPr>
        <w:jc w:val="right"/>
      </w:pPr>
      <w:r>
        <w:t>تو آپ نے پوچھا کہ تم نے کیسے سیکھ لیا؟</w:t>
      </w:r>
    </w:p>
    <w:p>
      <w:r>
        <w:rPr>
          <w:b/>
        </w:rPr>
        <w:t xml:space="preserve">[10:19] </w:t>
      </w:r>
      <w:r>
        <w:t>to us ne para Am ki yeh surah padhi. yeh bataya unhone mujhe. is surah mein mujhe sara deen mil gaya.</w:t>
      </w:r>
    </w:p>
    <w:p>
      <w:pPr>
        <w:jc w:val="right"/>
      </w:pPr>
      <w:r>
        <w:t>تو اس نے پارہ ام کی یہ سورہ پڑھی۔ یہ بتایا انہوں نے مجھے۔ اس سورہ میں مجھے سارا دین مل گیا۔</w:t>
      </w:r>
    </w:p>
    <w:p>
      <w:r>
        <w:rPr>
          <w:b/>
        </w:rPr>
        <w:t xml:space="preserve">[10:32] </w:t>
      </w:r>
      <w:r>
        <w:t>fa man ya'mal mithqala dharratin khayr</w:t>
      </w:r>
    </w:p>
    <w:p>
      <w:pPr>
        <w:jc w:val="right"/>
      </w:pPr>
      <w:r>
        <w:t>فمن یعمل مثقال ذرة خیر</w:t>
      </w:r>
    </w:p>
    <w:p>
      <w:r>
        <w:rPr>
          <w:b/>
        </w:rPr>
        <w:t xml:space="preserve">[10:38] </w:t>
      </w:r>
      <w:r>
        <w:t>yeh tukda hai ke jis ne ek zarre ke barabar bhi koi neki ki hai to woh qayamat mein us ko pa lega.</w:t>
      </w:r>
    </w:p>
    <w:p>
      <w:pPr>
        <w:jc w:val="right"/>
      </w:pPr>
      <w:r>
        <w:t>یہ ٹکڑا ہے کہ جس نے ایک ذرے کے برابر بھی کوئی نیکی کی ہے تو وہ قیامت میں اس کو پا لے گا۔</w:t>
      </w:r>
    </w:p>
    <w:p>
      <w:r>
        <w:rPr>
          <w:b/>
        </w:rPr>
        <w:t xml:space="preserve">[10:51] </w:t>
      </w:r>
      <w:r>
        <w:t>us ka inaam pa lega. aur jis ne zarre ke barabar bhi burai ki hai to us ka badla us ko mil jayega akhirat mein.</w:t>
      </w:r>
    </w:p>
    <w:p>
      <w:pPr>
        <w:jc w:val="right"/>
      </w:pPr>
      <w:r>
        <w:t>اس کا انعام پا لے گا۔ اور جس نے ذرے کے برابر بھی برائی کی ہے تو اس کا بدلہ اس کو مل جائے گا آخرت میں۔</w:t>
      </w:r>
    </w:p>
    <w:p>
      <w:r>
        <w:rPr>
          <w:b/>
        </w:rPr>
        <w:t xml:space="preserve">[11:01] </w:t>
      </w:r>
      <w:r>
        <w:t>to us ne kaha ke is ayat mein mujhe sab deen mil gaya. kyunke aap dekhiye ke jis aadmi ki fitrat zinda ho, jis ka zamir mar na gaya ho, to andar ka jo conscience hai, zamir hai, woh batata rehta hai.</w:t>
      </w:r>
    </w:p>
    <w:p>
      <w:pPr>
        <w:jc w:val="right"/>
      </w:pPr>
      <w:r>
        <w:t>تو اس نے کہا کہ اس آیت میں مجھے سب دین مل گیا۔ کیونکہ آپ دیکھیے کہ جس آدمی کی فطرت زندہ ہو، جس کا ضمیر مر نہ گیا ہو، تو اندر کا جو کانشیس ہے، ضمیر ہے، وہ بتاتا رہتا ہے۔</w:t>
      </w:r>
    </w:p>
    <w:p>
      <w:r>
        <w:rPr>
          <w:b/>
        </w:rPr>
        <w:t xml:space="preserve">[11:19] </w:t>
      </w:r>
      <w:r>
        <w:t>isi liye aata hai ke khud ma safa da ma qadra jo tumhare zamir ko theek lage woh karo aur jo zamir mein khatka hai us ko na karo.</w:t>
      </w:r>
    </w:p>
    <w:p>
      <w:pPr>
        <w:jc w:val="right"/>
      </w:pPr>
      <w:r>
        <w:t>اسی لیے آتا ہے کہ خود ما صفا دا ما قدر جو تمہارے ضمیر کو ٹھیک لگے وہ کرو اور جو ضمیر میں کھٹکا ہے اس کو نہ کرو۔</w:t>
      </w:r>
    </w:p>
    <w:p>
      <w:r>
        <w:rPr>
          <w:b/>
        </w:rPr>
        <w:t xml:space="preserve">[11:30] </w:t>
      </w:r>
      <w:r>
        <w:t>to us ne, us ne kaha ke ab main kya karta hoon? har cheez ko main fitrat par tolta rehta hoon. zamir ke hisab se dekhta rehta hoon.</w:t>
      </w:r>
    </w:p>
    <w:p>
      <w:pPr>
        <w:jc w:val="right"/>
      </w:pPr>
      <w:r>
        <w:t>تو اس نے، اس نے کہا کہ اب میں کیا کرتا ہوں؟ ہر چیز کو میں فطرت پر تولتا رہتا ہوں۔ ضمیر کے حساب سے دیکھتا رہتا ہوں۔</w:t>
      </w:r>
    </w:p>
    <w:p>
      <w:r>
        <w:rPr>
          <w:b/>
        </w:rPr>
        <w:t xml:space="preserve">[11:41] </w:t>
      </w:r>
      <w:r>
        <w:t>jab lagta hai fitrat ki awaaz jab bolti hai ke hum yeh kaam to theek nahi hai, us ko chhod deta hoon. jab fitrat ki awaaz kehti hai ke yeh kaam theek hai to us ko karta hoon.</w:t>
      </w:r>
    </w:p>
    <w:p>
      <w:pPr>
        <w:jc w:val="right"/>
      </w:pPr>
      <w:r>
        <w:t>جب لگتا ہے فطرت کی آواز جب بولتی ہے کہ ہم یہ کام تو ٹھیک نہیں ہے، اس کو چھوڑ دیتا ہوں۔ جب فطرت کی آواز کہتی ہے کہ یہ کام ٹھیک ہے تو اس کو کرتا ہوں۔</w:t>
      </w:r>
    </w:p>
    <w:p>
      <w:r>
        <w:rPr>
          <w:b/>
        </w:rPr>
        <w:t xml:space="preserve">[11:54] </w:t>
      </w:r>
      <w:r>
        <w:t>to aap ne farmaya ke is ne apne deen ko pa liya.</w:t>
      </w:r>
    </w:p>
    <w:p>
      <w:pPr>
        <w:jc w:val="right"/>
      </w:pPr>
      <w:r>
        <w:t>تو آپ نے فرمایا کہ اس نے اپنے دین کو پا لیا۔</w:t>
      </w:r>
    </w:p>
    <w:p>
      <w:r>
        <w:rPr>
          <w:b/>
        </w:rPr>
        <w:t xml:space="preserve">[11:58] </w:t>
      </w:r>
      <w:r>
        <w:t>to dekhiye, aadmi ke andar agar,</w:t>
      </w:r>
    </w:p>
    <w:p>
      <w:pPr>
        <w:jc w:val="right"/>
      </w:pPr>
      <w:r>
        <w:t>تو دیکھیے، آدمی کے اندر اگر،</w:t>
      </w:r>
    </w:p>
    <w:p>
      <w:r>
        <w:rPr>
          <w:b/>
        </w:rPr>
        <w:t xml:space="preserve">[12:04] </w:t>
      </w:r>
      <w:r>
        <w:t>aadmi ke andar agar sacha ehsaas jaag uthe, talash jaag uthe, paane ki spirit jaag uthe to ek surah, ek aayat is ki hidayat ke liye kafi ho jati hai.</w:t>
      </w:r>
    </w:p>
    <w:p>
      <w:pPr>
        <w:jc w:val="right"/>
      </w:pPr>
      <w:r>
        <w:t>آدمی کے اندر اگر سچا احساس جاگ اٹھے، تلاش جاگ اٹھے، پانے کی اسپرٹ جاگ اٹھے تو ایک سورہ، ایک آیت اس کی ہدایت کے لیے کافی ہو جاتی ہے۔</w:t>
      </w:r>
    </w:p>
    <w:p>
      <w:r>
        <w:rPr>
          <w:b/>
        </w:rPr>
        <w:t xml:space="preserve">[12:25] </w:t>
      </w:r>
      <w:r>
        <w:t>kyun ke sachi baat yeh hai ke sachaiyan hamare dil ke andar rakhi hui hain. bul huwa aayat bayyinaat fi sudoor al-laheena al-ilm quran mein jin sachaiyon ko bayan kiya gaya hai woh insaan ke andar pevast hain.</w:t>
      </w:r>
    </w:p>
    <w:p>
      <w:pPr>
        <w:jc w:val="right"/>
      </w:pPr>
      <w:r>
        <w:t>کیونکہ سچی بات یہ ہے کہ سچائیاں ہمارے دل کے اندر رکھی ہوئی ہیں۔ بل هو آيات بينات فی صدور الذین العلم قرآن میں جن سچائیوں کو بیان کیا گیا ہے وہ انسان کے اندر پیوست ہیں۔</w:t>
      </w:r>
    </w:p>
    <w:p>
      <w:r>
        <w:rPr>
          <w:b/>
        </w:rPr>
        <w:t xml:space="preserve">[12:45] </w:t>
      </w:r>
      <w:r>
        <w:t>har insaan ke andar. quran mein hai ke fa'allamaha fujooraha wa taqwaha</w:t>
      </w:r>
    </w:p>
    <w:p>
      <w:pPr>
        <w:jc w:val="right"/>
      </w:pPr>
      <w:r>
        <w:t>ہر انسان کے اندر۔ قرآن میں ہے کہ فعلمها فجورها وتقواها</w:t>
      </w:r>
    </w:p>
    <w:p>
      <w:r>
        <w:rPr>
          <w:b/>
        </w:rPr>
        <w:t xml:space="preserve">[12:52] </w:t>
      </w:r>
      <w:r>
        <w:t>burai bhi khuda ne bata di hai insaan ki fitrat ko aur bhalai bhi bata di hai insaan ki fitrat ko.</w:t>
      </w:r>
    </w:p>
    <w:p>
      <w:pPr>
        <w:jc w:val="right"/>
      </w:pPr>
      <w:r>
        <w:t>برائی بھی خدا نے بتا دی ہے انسان کی فطرت کو اور بھلائی بھی بتا دی ہے انسان کی فطرت کو۔</w:t>
      </w:r>
    </w:p>
    <w:p>
      <w:r>
        <w:rPr>
          <w:b/>
        </w:rPr>
        <w:t xml:space="preserve">[13:01] </w:t>
      </w:r>
      <w:r>
        <w:t>to sachi baat yeh hai ke ghair shaoori taur par hum ko sab kuch bata diya gaya hai. ab hum is ghair shaoor ko shaoor mein late hain. in conscious ko conscious mein late hain.</w:t>
      </w:r>
    </w:p>
    <w:p>
      <w:pPr>
        <w:jc w:val="right"/>
      </w:pPr>
      <w:r>
        <w:t>تو سچی بات یہ ہے کہ غیر شعوری طور پر ہم کو سب کچھ بتا دیا گیا ہے۔ اب ہم اس غیر شعور کو شعور میں لاتے ہیں۔ ان کانشیس کو کانشیس میں لاتے ہیں۔</w:t>
      </w:r>
    </w:p>
    <w:p>
      <w:r>
        <w:rPr>
          <w:b/>
        </w:rPr>
        <w:t xml:space="preserve">[13:13] </w:t>
      </w:r>
      <w:r>
        <w:t>yahi discovery hai.</w:t>
      </w:r>
    </w:p>
    <w:p>
      <w:pPr>
        <w:jc w:val="right"/>
      </w:pPr>
      <w:r>
        <w:t>یہی ڈسکوری ہے۔</w:t>
      </w:r>
    </w:p>
    <w:p>
      <w:r>
        <w:rPr>
          <w:b/>
        </w:rPr>
        <w:t xml:space="preserve">[13:16] </w:t>
      </w:r>
      <w:r>
        <w:t>to is aadmi ki fitrat zinda thi. woh sanjeeda tha. woh tayyar tha sachai ko paane ke liye.</w:t>
      </w:r>
    </w:p>
    <w:p>
      <w:pPr>
        <w:jc w:val="right"/>
      </w:pPr>
      <w:r>
        <w:t>تو اس آدمی کی فطرت زندہ تھی۔ وہ سنجیدہ تھا۔ وہ تیار تھا سچائی کو پانے کے لیے۔</w:t>
      </w:r>
    </w:p>
    <w:p>
      <w:r>
        <w:rPr>
          <w:b/>
        </w:rPr>
        <w:t xml:space="preserve">[13:25] </w:t>
      </w:r>
      <w:r>
        <w:t>to is ke liye ek surah hi, quran ki ek surah is ki hidayat ke liye kafi ho gayi.</w:t>
      </w:r>
    </w:p>
    <w:p>
      <w:pPr>
        <w:jc w:val="right"/>
      </w:pPr>
      <w:r>
        <w:t>تو اس کے لیے ایک سورہ ہی، قرآن کی ایک سورہ اس کی ہدایت کے لیے کافی ہو گئی۔</w:t>
      </w:r>
    </w:p>
    <w:p>
      <w:r>
        <w:rPr>
          <w:b/>
        </w:rPr>
        <w:t xml:space="preserve">[13:36] </w:t>
      </w:r>
      <w:r>
        <w:t>dekhiye, main october, aap jante hain ke kashmir mein october 1989 mein militancy shuru hui.</w:t>
      </w:r>
    </w:p>
    <w:p>
      <w:pPr>
        <w:jc w:val="right"/>
      </w:pPr>
      <w:r>
        <w:t>دیکھیے، میں اکتوبر، آپ جانتے ہیں کہ کشمیر میں اکتوبر 1989 میں ملٹینسی شروع ہوئی۔</w:t>
      </w:r>
    </w:p>
    <w:p>
      <w:r>
        <w:rPr>
          <w:b/>
        </w:rPr>
        <w:t xml:space="preserve">[13:47] </w:t>
      </w:r>
      <w:r>
        <w:t>yani ARMY STRUGGLE to is se do mahine pehle main srinagar gaya tha.</w:t>
      </w:r>
    </w:p>
    <w:p>
      <w:pPr>
        <w:jc w:val="right"/>
      </w:pPr>
      <w:r>
        <w:t>یعنی ARMY STRUGLE تو اس سے دو مہینے پہلے میں سری نگر گیا تھا۔</w:t>
      </w:r>
    </w:p>
    <w:p>
      <w:r>
        <w:rPr>
          <w:b/>
        </w:rPr>
        <w:t xml:space="preserve">[13:56] </w:t>
      </w:r>
      <w:r>
        <w:t>wahan main ne taqreer ki. aur wahan par baatein chal rahi theen is qism ki. main jaan gaya tha ke yahan par musallah judojihad shuru hone wali hai.</w:t>
      </w:r>
    </w:p>
    <w:p>
      <w:pPr>
        <w:jc w:val="right"/>
      </w:pPr>
      <w:r>
        <w:t>وہاں میں نے تقریر کی۔ اور وہاں پر باتیں چل رہی تھیں اس قسم کی۔ میں جان گیا تھا کہ یہاں پر مسلح جدوجہد شروع ہونے والی ہے۔</w:t>
      </w:r>
    </w:p>
    <w:p>
      <w:r>
        <w:rPr>
          <w:b/>
        </w:rPr>
        <w:t xml:space="preserve">[14:07] </w:t>
      </w:r>
      <w:r>
        <w:t>to main ne is ke khilaf taqreer ki wahan ke tagore hall mein. main ne kaha ke yeh koi rasta nahi hai karne ka. aap ke liye option violent struggle ka nahi hai.</w:t>
      </w:r>
    </w:p>
    <w:p>
      <w:pPr>
        <w:jc w:val="right"/>
      </w:pPr>
      <w:r>
        <w:t>تو میں نے اس کے خلاف تقریر کی وہاں کے ٹیگور ہال میں۔ میں نے کہا کہ یہ کوئی راستہ نہیں ہے کرنے کا۔ آپ کے لیے آپشن وائلنٹ اسٹرگل کا نہیں ہے۔</w:t>
      </w:r>
    </w:p>
    <w:p>
      <w:r>
        <w:rPr>
          <w:b/>
        </w:rPr>
        <w:t xml:space="preserve">[14:19] </w:t>
      </w:r>
      <w:r>
        <w:t>aap ke liye option peaceful struggle ka hai. aap ke liye option violent method ka nahi hai.</w:t>
      </w:r>
    </w:p>
    <w:p>
      <w:pPr>
        <w:jc w:val="right"/>
      </w:pPr>
      <w:r>
        <w:t>آپ کے لیے آپشن پیس فل اسٹرگل کا ہے۔ آپ کے لیے آپشن وائلنٹ میتھڈ کا نہیں ہے۔</w:t>
      </w:r>
    </w:p>
    <w:p>
      <w:r>
        <w:rPr>
          <w:b/>
        </w:rPr>
        <w:t xml:space="preserve">[14:28] </w:t>
      </w:r>
      <w:r>
        <w:t>aap ke liye option peaceful method ka hai. aap jo kuch chahte hain us ke liye peaceful tareeqe se kaam kijiye.</w:t>
      </w:r>
    </w:p>
    <w:p>
      <w:pPr>
        <w:jc w:val="right"/>
      </w:pPr>
      <w:r>
        <w:t>آپ کے لیے آپشن پیس فل میتھڈ کا ہے۔ آپ جو کچھ چاہتے ہیں اس کے لیے پیس فل طریقے سے کام کیجیے۔</w:t>
      </w:r>
    </w:p>
    <w:p>
      <w:r>
        <w:rPr>
          <w:b/>
        </w:rPr>
        <w:t xml:space="preserve">[14:37] </w:t>
      </w:r>
      <w:r>
        <w:t>aap ne hathyar uthaya to ulta padega woh. to main ne ek qissa bataya ke dekhiye, madine mein ek aadmi aaya bahar se.</w:t>
      </w:r>
    </w:p>
    <w:p>
      <w:pPr>
        <w:jc w:val="right"/>
      </w:pPr>
      <w:r>
        <w:t>آپ نے ہتھیار اٹھایا تو الٹا پڑے گا وہ۔ تو میں نے ایک قصہ بتایا کہ دیکھیے، مدینہ میں ایک آدمی آیا باہر سے۔</w:t>
      </w:r>
    </w:p>
    <w:p>
      <w:r>
        <w:rPr>
          <w:b/>
        </w:rPr>
        <w:t xml:space="preserve">[14:47] </w:t>
      </w:r>
      <w:r>
        <w:t>madine ki jo masjid nabwi thi us mein is ne ganda kar diya.</w:t>
      </w:r>
    </w:p>
    <w:p>
      <w:pPr>
        <w:jc w:val="right"/>
      </w:pPr>
      <w:r>
        <w:t>مدینے کی جو مسجد نبوی تھی اس میں اس نے گندا کر دیا۔</w:t>
      </w:r>
    </w:p>
    <w:p>
      <w:r>
        <w:rPr>
          <w:b/>
        </w:rPr>
        <w:t xml:space="preserve">[14:55] </w:t>
      </w:r>
      <w:r>
        <w:t>to log is ko maarne ko daure. to rasool Allah ne kaha ke jahan is ne ganda kiya hai wahan pani baha do. saaf ho jayega. aur kuch nahi.</w:t>
      </w:r>
    </w:p>
    <w:p>
      <w:pPr>
        <w:jc w:val="right"/>
      </w:pPr>
      <w:r>
        <w:t>تو لوگ اس کو مارنے کو دوڑے۔ تو رسول اللہ نے کہا کہ جہاں اس نے گندا کیا ہے وہاں پانی بہا دو۔ صاف ہو جائے گا۔ اور کچھ نہیں۔</w:t>
      </w:r>
    </w:p>
    <w:p>
      <w:r>
        <w:rPr>
          <w:b/>
        </w:rPr>
        <w:t xml:space="preserve">[15:07] </w:t>
      </w:r>
      <w:r>
        <w:t>ab woh aadmi jab wapas gaya apne qabile mein. dekhiye, jab aap kisi se bura sulook karein to is ka ego bhadakta hai.</w:t>
      </w:r>
    </w:p>
    <w:p>
      <w:pPr>
        <w:jc w:val="right"/>
      </w:pPr>
      <w:r>
        <w:t>اب وہ آدمی جب واپس گیا اپنے قبیلے میں۔ دیکھیے، جب آپ کسی سے برا سلوک کریں تو اس کا ایگو بھڑکتا ہے۔</w:t>
      </w:r>
    </w:p>
    <w:p>
      <w:r>
        <w:rPr>
          <w:b/>
        </w:rPr>
        <w:t xml:space="preserve">[15:18] </w:t>
      </w:r>
      <w:r>
        <w:t>aap kisi se acha sulook karein to is ka zamir bhadakta, jagta hai. to is ka zamir jaag pada. is ki nature jaag padi.</w:t>
      </w:r>
    </w:p>
    <w:p>
      <w:pPr>
        <w:jc w:val="right"/>
      </w:pPr>
      <w:r>
        <w:t>آپ کسی سے اچھا سلوک کریں تو اس کا ضمیر بھڑکتا، جاگتا ہے۔ تو اس کا ضمیر جاگ پڑا۔ اس کی نیچر جاگ پڑی۔</w:t>
      </w:r>
    </w:p>
    <w:p>
      <w:r>
        <w:rPr>
          <w:b/>
        </w:rPr>
        <w:t xml:space="preserve">[15:30] </w:t>
      </w:r>
      <w:r>
        <w:t>is ki fitrat ki awaaz bol padi.</w:t>
      </w:r>
    </w:p>
    <w:p>
      <w:pPr>
        <w:jc w:val="right"/>
      </w:pPr>
      <w:r>
        <w:t>اس کی فطرت کی آواز بول پڑی۔</w:t>
      </w:r>
    </w:p>
    <w:p>
      <w:r>
        <w:rPr>
          <w:b/>
        </w:rPr>
        <w:t xml:space="preserve">[15:34] </w:t>
      </w:r>
      <w:r>
        <w:t>woh gaya apne qabile mein. to logon se bataya ke dekho, main madina gaya. wahan main ne un ki masjid mein ganda kar diya.</w:t>
      </w:r>
    </w:p>
    <w:p>
      <w:pPr>
        <w:jc w:val="right"/>
      </w:pPr>
      <w:r>
        <w:t>وہ گیا اپنے قبیلے میں۔ تو لوگوں سے بتایا کہ دیکھو، میں مدینہ گیا۔ وہاں میں نے ان کی مسجد میں گندا کر دیا۔</w:t>
      </w:r>
    </w:p>
    <w:p>
      <w:r>
        <w:rPr>
          <w:b/>
        </w:rPr>
        <w:t xml:space="preserve">[15:44] </w:t>
      </w:r>
      <w:r>
        <w:t>lekin wahan kya hua? muhammad ne na jharaka nahi. muhammad ne mujhe mara nahi. ab yeh baat jab is ne kahi logon ko to woh log seedhe saade fitrat mein hua karte the.</w:t>
      </w:r>
    </w:p>
    <w:p>
      <w:pPr>
        <w:jc w:val="right"/>
      </w:pPr>
      <w:r>
        <w:t>لیکن وہاں کیا ہوا؟ محمد نے نہ جھڑکا نہیں۔ محمد نے مجھے مارا نہیں۔ اب یہ بات جب اس نے کہی لوگوں کو تو وہ لوگ سیدھے سادھے فطرت میں ہوا کرتے تھے۔</w:t>
      </w:r>
    </w:p>
    <w:p>
      <w:r>
        <w:rPr>
          <w:b/>
        </w:rPr>
        <w:t xml:space="preserve">[15:59] </w:t>
      </w:r>
      <w:r>
        <w:t>woh bohat mutasir hue. ke bhai yeh</w:t>
      </w:r>
    </w:p>
    <w:p>
      <w:pPr>
        <w:jc w:val="right"/>
      </w:pPr>
      <w:r>
        <w:t>وہ بہت متاثر ہوئے۔ کہ بھئی یہ</w:t>
      </w:r>
    </w:p>
    <w:p>
      <w:r>
        <w:rPr>
          <w:b/>
        </w:rPr>
        <w:t xml:space="preserve">[16:02] </w:t>
      </w:r>
      <w:r>
        <w:t>kaise log hain? kaisa deen in ka hai? kaisa peghambar hai yeh? woh aaye inquiry ke liye. aur kuch jankari li unhon ne.</w:t>
      </w:r>
    </w:p>
    <w:p>
      <w:pPr>
        <w:jc w:val="right"/>
      </w:pPr>
      <w:r>
        <w:t>کیسے لوگ ہیں؟ کیسا دین ان کا ہے؟ کیسا پیغمبر ہے یہ؟ وہ آئے انکوائری کے لیے۔ اور کچھ جانکاری لی انہوں نے۔</w:t>
      </w:r>
    </w:p>
    <w:p>
      <w:r>
        <w:rPr>
          <w:b/>
        </w:rPr>
        <w:t xml:space="preserve">[16:13] </w:t>
      </w:r>
      <w:r>
        <w:t>ab poora qabeela Islam mein dakhil ho gaya.</w:t>
      </w:r>
    </w:p>
    <w:p>
      <w:pPr>
        <w:jc w:val="right"/>
      </w:pPr>
      <w:r>
        <w:t>اب پورا قبیلہ اسلام میں داخل ہو گیا۔</w:t>
      </w:r>
    </w:p>
    <w:p>
      <w:r>
        <w:rPr>
          <w:b/>
        </w:rPr>
        <w:t xml:space="preserve">[16:17] </w:t>
      </w:r>
      <w:r>
        <w:t>to main ne Srinagar ke Tagore Hall mein taqreer karte hue kaha tha, October 89 se sirf do mahine pehle ya ek mahina pehle ke jo maqsad Rasool Allah Sal Allaho Alaihe Wasallam ne pani ka dol baha kar hasil kiya tha,</w:t>
      </w:r>
    </w:p>
    <w:p>
      <w:pPr>
        <w:jc w:val="right"/>
      </w:pPr>
      <w:r>
        <w:t>تو میں نے سری نگر کے ٹیگور ہال میں تقریر کرتے ہوئے کہا تھا، اکتوبر 89 سے صرف دو مہینے پہلے یا ایک مہینہ پہلے کہ جو مقصد رسول اللہ صلی اللہ علیہ وسلم نے پانی کا ڈول بہا کر حاصل کیا تھا،</w:t>
      </w:r>
    </w:p>
    <w:p>
      <w:r>
        <w:rPr>
          <w:b/>
        </w:rPr>
        <w:t xml:space="preserve">[16:38] </w:t>
      </w:r>
      <w:r>
        <w:t>is ko aap khoon baha kar hasil karna chahte hain to yeh law of nature ke khilaf hai.</w:t>
      </w:r>
    </w:p>
    <w:p>
      <w:pPr>
        <w:jc w:val="right"/>
      </w:pPr>
      <w:r>
        <w:t>اس کو آپ خون بہا کر حاصل کرنا چاہتے ہیں تو یہ لاء آف نیچر کے خلاف ہے۔</w:t>
      </w:r>
    </w:p>
    <w:p>
      <w:r>
        <w:rPr>
          <w:b/>
        </w:rPr>
        <w:t xml:space="preserve">[16:46] </w:t>
      </w:r>
      <w:r>
        <w:t>aap is mein kabhi kamyab nahi ho sakte. ab aaj dekhiye ke itne zyada din ho gaye aur kuch bhi unhein gain nahi hua.</w:t>
      </w:r>
    </w:p>
    <w:p>
      <w:pPr>
        <w:jc w:val="right"/>
      </w:pPr>
      <w:r>
        <w:t>آپ اس میں کبھی کامیاب نہیں ہو سکتے۔ اب آج دیکھیے کہ اتنے زیادہ دن ہو گئے اور کچھ بھی انہیں گین نہیں ہوا۔</w:t>
      </w:r>
    </w:p>
    <w:p>
      <w:r>
        <w:rPr>
          <w:b/>
        </w:rPr>
        <w:t xml:space="preserve">[16:57] </w:t>
      </w:r>
      <w:r>
        <w:t>kuch bhi positive result nahi nikla. kam az kam ek lakh Kashmiri log halak kar diye gaye. business tabah ho gaya.</w:t>
      </w:r>
    </w:p>
    <w:p>
      <w:pPr>
        <w:jc w:val="right"/>
      </w:pPr>
      <w:r>
        <w:t>کچھ بھی پازیٹیو رزلٹ نہیں نکلا۔ کم از کم ایک لاکھ کشمیری لوگ ہلاک کر دیے گئے۔ بزنس تباہ ہو گیا۔</w:t>
      </w:r>
    </w:p>
    <w:p>
      <w:r>
        <w:rPr>
          <w:b/>
        </w:rPr>
        <w:t xml:space="preserve">[17:07] </w:t>
      </w:r>
      <w:r>
        <w:t>wahan ki riwayat toot gayeen. tarah tarah ke nuqsan hue.</w:t>
      </w:r>
    </w:p>
    <w:p>
      <w:pPr>
        <w:jc w:val="right"/>
      </w:pPr>
      <w:r>
        <w:t>وہاں کی روایات ٹوٹ گئیں۔ طرح طرح کے نقصان ہوئے۔</w:t>
      </w:r>
    </w:p>
    <w:p>
      <w:r>
        <w:rPr>
          <w:b/>
        </w:rPr>
        <w:t xml:space="preserve">[17:13] </w:t>
      </w:r>
      <w:r>
        <w:t>bachon ki taleem sab jeopardized ho gayi. mila kuch bhi nahi. is waqt main ne yeh baat kahi thi jab ke militancy bas shuru hone wali thi</w:t>
      </w:r>
    </w:p>
    <w:p>
      <w:pPr>
        <w:jc w:val="right"/>
      </w:pPr>
      <w:r>
        <w:t>بچوں کی تعلیم سب جبرٹائز ہو گئی۔ ملا کچھ بھی نہیں۔ اس وقت میں نے یہ بات کہی تھی جب کہ ملٹینسی بس شروع ہونے والی تھی</w:t>
      </w:r>
    </w:p>
    <w:p>
      <w:r>
        <w:rPr>
          <w:b/>
        </w:rPr>
        <w:t xml:space="preserve">[17:25] </w:t>
      </w:r>
      <w:r>
        <w:t>ke aap ke liye jo option hai woh peaceful tareeqe se apni koshish karne ka hai.</w:t>
      </w:r>
    </w:p>
    <w:p>
      <w:pPr>
        <w:jc w:val="right"/>
      </w:pPr>
      <w:r>
        <w:t>کہ آپ کے لیے جو آپشن ہے وہ پیس فل طریقے سے اپنی کوشش کرنے کا ہے۔</w:t>
      </w:r>
    </w:p>
    <w:p>
      <w:r>
        <w:rPr>
          <w:b/>
        </w:rPr>
        <w:t xml:space="preserve">[17:33] </w:t>
      </w:r>
      <w:r>
        <w:t>mutashiddana tareeqa kar ya violent struggle jo hai aap ko kabhi bhi kuch dene wala nahi hai. balkay woh counter productive sabit hogi.</w:t>
      </w:r>
    </w:p>
    <w:p>
      <w:pPr>
        <w:jc w:val="right"/>
      </w:pPr>
      <w:r>
        <w:t>متشددانہ طریقہ کار یا وائلنٹ اسٹرگل جو ہے آپ کو کبھی بھی کچھ دینے والا نہیں ہے۔ بلکہ وہ کاؤنٹر پروڈکٹیو ثابت ہوگی۔</w:t>
      </w:r>
    </w:p>
    <w:p>
      <w:r>
        <w:rPr>
          <w:b/>
        </w:rPr>
        <w:t xml:space="preserve">[17:44] </w:t>
      </w:r>
      <w:r>
        <w:t>aap dekhiye ke wohi hua. to Quran aur Hadees mein dekhiye sari baat bata di gayi hai. sab kuch bata diya gaya hai.</w:t>
      </w:r>
    </w:p>
    <w:p>
      <w:pPr>
        <w:jc w:val="right"/>
      </w:pPr>
      <w:r>
        <w:t>آپ دیکھیں کہ وہی ہوا۔ تو قرآن اور حدیث میں دیکھیے ساری بات بتا دی گئی ہے۔ سب کچھ بتا دیا گیا ہے۔</w:t>
      </w:r>
    </w:p>
    <w:p>
      <w:r>
        <w:rPr>
          <w:b/>
        </w:rPr>
        <w:t xml:space="preserve">[17:55] </w:t>
      </w:r>
      <w:r>
        <w:t>lekin Quran se ya Hadees se sabak lene ke liye zaroori hai sanjeedgi</w:t>
      </w:r>
    </w:p>
    <w:p>
      <w:pPr>
        <w:jc w:val="right"/>
      </w:pPr>
      <w:r>
        <w:t>لیکن قرآن سے یا حدیث سے سبق لینے کے لیے ضروری ہے سنجیدگی</w:t>
      </w:r>
    </w:p>
    <w:p>
      <w:r>
        <w:rPr>
          <w:b/>
        </w:rPr>
        <w:t xml:space="preserve">[18:01] </w:t>
      </w:r>
      <w:r>
        <w:t>. dekhiye Quran mein shuru mein hai huda lil muttaqeen zalikal kitabul la raiba fe huda lil muttaqeen yeh Khuda ki kitab hai, is mein koi shaq nahi.</w:t>
      </w:r>
    </w:p>
    <w:p>
      <w:pPr>
        <w:jc w:val="right"/>
      </w:pPr>
      <w:r>
        <w:t>۔ دیکھیے قرآن میں شروع میں ہے هُدًى لِلْمُتَّقِينَ ذٰلِكَ الْكِتَابُ الْلَّارِئَبُ فِي هُدًى لِلْمُتَّقِينَ یہ خدا کی کتاب ہے، اس میں کوئی شک نہیں۔</w:t>
      </w:r>
    </w:p>
    <w:p>
      <w:r>
        <w:rPr>
          <w:b/>
        </w:rPr>
        <w:t xml:space="preserve">[18:15] </w:t>
      </w:r>
      <w:r>
        <w:t>lekin kya farmaya? hidayat hai taqwa walon ke liye. taqwa walon ka matlab kya hai?</w:t>
      </w:r>
    </w:p>
    <w:p>
      <w:pPr>
        <w:jc w:val="right"/>
      </w:pPr>
      <w:r>
        <w:t>لیکن کیا فرمایا؟ ہدایت ہے تقویٰ والوں کے لیے۔ تقویٰ والوں کا مطلب کیا ہے؟</w:t>
      </w:r>
    </w:p>
    <w:p>
      <w:r>
        <w:rPr>
          <w:b/>
        </w:rPr>
        <w:t xml:space="preserve">[18:25] </w:t>
      </w:r>
      <w:r>
        <w:t>woh log jo seekhne wale hon. woh log jo sanjeeda hon.</w:t>
      </w:r>
    </w:p>
    <w:p>
      <w:pPr>
        <w:jc w:val="right"/>
      </w:pPr>
      <w:r>
        <w:t>وہ لوگ جو سیکھر ہوں۔ وہ لوگ جو سنجیدہ ہوں۔</w:t>
      </w:r>
    </w:p>
    <w:p>
      <w:r>
        <w:rPr>
          <w:b/>
        </w:rPr>
        <w:t xml:space="preserve">[18:32] </w:t>
      </w:r>
      <w:r>
        <w:t>woh log jo seriously janna chahte hon ke sachai kya hai. yani jinke andar sach much isti'dad jaag padi ho.</w:t>
      </w:r>
    </w:p>
    <w:p>
      <w:pPr>
        <w:jc w:val="right"/>
      </w:pPr>
      <w:r>
        <w:t>وہ لوگ جو سیریسلی جاننا چاہتے ہوں کہ سچائی کیا ہے۔ یعنی جن کے اندر سچ مچ استعداد جاگ پڑی ہو۔</w:t>
      </w:r>
    </w:p>
    <w:p>
      <w:r>
        <w:rPr>
          <w:b/>
        </w:rPr>
        <w:t xml:space="preserve">[18:47] </w:t>
      </w:r>
      <w:r>
        <w:t>to woh baton ko samjhenge.</w:t>
      </w:r>
    </w:p>
    <w:p>
      <w:pPr>
        <w:jc w:val="right"/>
      </w:pPr>
      <w:r>
        <w:t>تو وہ باتوں کو سمجھیں گے۔</w:t>
      </w:r>
    </w:p>
    <w:p>
      <w:r>
        <w:rPr>
          <w:b/>
        </w:rPr>
        <w:t xml:space="preserve">[18:51] </w:t>
      </w:r>
      <w:r>
        <w:t>to Quran ko aur Hadees ko samajhne ke liye zaroori hai ke hum sach much seekhne wale hon.</w:t>
      </w:r>
    </w:p>
    <w:p>
      <w:pPr>
        <w:jc w:val="right"/>
      </w:pPr>
      <w:r>
        <w:t>تو قرآن کو اور حدیث کو سمجھنے کے لیے ضروری ہے کہ ہم سچ مچ سیکھر ہوں۔</w:t>
      </w:r>
    </w:p>
    <w:p>
      <w:r>
        <w:rPr>
          <w:b/>
        </w:rPr>
        <w:t xml:space="preserve">[18:59] </w:t>
      </w:r>
      <w:r>
        <w:t>sach much mutallashi hon. Quran mein Rasool Allah Sal Allaho Alaihe Wasallam ke baray mein hai ke wa wajadaka dallan fahada wa wajadaka dallan fahada hum ne paya tum ko talash-e-haq mein sar-gardan.</w:t>
      </w:r>
    </w:p>
    <w:p>
      <w:pPr>
        <w:jc w:val="right"/>
      </w:pPr>
      <w:r>
        <w:t>سچ مچ متلاشی ہوں۔ قرآن میں رسول اللہ صلی اللہ علیہ وسلم کے بارے میں ہے کہ وَوَيَدَكَ ذٰلًّا فَهَدَىٰ وَوَيَدَكَ ذٰلًّا فَهَدَىٰ ہم نے پایا تم کو تلاش حق میں سرگرداں۔</w:t>
      </w:r>
    </w:p>
    <w:p>
      <w:r>
        <w:rPr>
          <w:b/>
        </w:rPr>
        <w:t xml:space="preserve">[19:18] </w:t>
      </w:r>
      <w:r>
        <w:t>to tum ko hidayat di.</w:t>
      </w:r>
    </w:p>
    <w:p>
      <w:pPr>
        <w:jc w:val="right"/>
      </w:pPr>
      <w:r>
        <w:t>تو تم کو ہدایت دی۔</w:t>
      </w:r>
    </w:p>
    <w:p>
      <w:r>
        <w:rPr>
          <w:b/>
        </w:rPr>
        <w:t xml:space="preserve">[19:21] </w:t>
      </w:r>
      <w:r>
        <w:t>yani tum ko seekhne wala paya to hum ne tum ko finder banaya. finding se pehle ka jo stage hai woh hai seeking.</w:t>
      </w:r>
    </w:p>
    <w:p>
      <w:pPr>
        <w:jc w:val="right"/>
      </w:pPr>
      <w:r>
        <w:t>یعنی تم کو سیکھر پایا تو ہم نے تم کو فائنڈر بنایا۔ فائنڈنگ سے پہلے کا جو اسٹیج ہے وہ ہے سیکھنگ۔</w:t>
      </w:r>
    </w:p>
    <w:p>
      <w:r>
        <w:rPr>
          <w:b/>
        </w:rPr>
        <w:t xml:space="preserve">[19:34] </w:t>
      </w:r>
      <w:r>
        <w:t>yeh Rasool Allah ke baray mein jo baat kahi gayi wohi sab insanon ke baray mein hai.</w:t>
      </w:r>
    </w:p>
    <w:p>
      <w:pPr>
        <w:jc w:val="right"/>
      </w:pPr>
      <w:r>
        <w:t>یہ رسول اللہ کے بارے میں جو بات کہی گئی وہی سب انسانوں کے بارے میں ہے۔</w:t>
      </w:r>
    </w:p>
    <w:p>
      <w:r>
        <w:rPr>
          <w:b/>
        </w:rPr>
        <w:t xml:space="preserve">[19:41] </w:t>
      </w:r>
      <w:r>
        <w:t>sab se pehle aap ko seekhne wala banna parega. tab aap ko finding hogi.</w:t>
      </w:r>
    </w:p>
    <w:p>
      <w:pPr>
        <w:jc w:val="right"/>
      </w:pPr>
      <w:r>
        <w:t>سب سے پہلے آپ کو سیکھر بننا پڑے گا۔ تب آپ کو فائنڈنگ ہوگی۔</w:t>
      </w:r>
    </w:p>
    <w:p>
      <w:r>
        <w:rPr>
          <w:b/>
        </w:rPr>
        <w:t xml:space="preserve">[19:48] </w:t>
      </w:r>
      <w:r>
        <w:t>sab se pehle aap ko sachai ki talash ke liye sanjeeda banna parega. tab aap ko sachai ki talash hogi. sachai milegi.</w:t>
      </w:r>
    </w:p>
    <w:p>
      <w:pPr>
        <w:jc w:val="right"/>
      </w:pPr>
      <w:r>
        <w:t>سب سے پہلے آپ کو سچائی کی تلاش کے لیے سنجیدہ بننا پڑے گا۔ تب آپ کو سچائی کی تلاش ہوگی۔ سچائی ملے گی۔</w:t>
      </w:r>
    </w:p>
    <w:p>
      <w:r>
        <w:rPr>
          <w:b/>
        </w:rPr>
        <w:t xml:space="preserve">[20:01] </w:t>
      </w:r>
      <w:r>
        <w:t>aaj kal mein dekhta hoon ek ajeeb culture duniya mein chala hua hai. aaj hi mein soch raha tha ke main ek article likhoon jis ka naam, jis ka caption ho "nahi culture".</w:t>
      </w:r>
    </w:p>
    <w:p>
      <w:pPr>
        <w:jc w:val="right"/>
      </w:pPr>
      <w:r>
        <w:t>آج کل میں دیکھتا ہوں ایک عجیب کلچر دنیا میں چلا ہوا ہے۔ آج ہی میں سوچ رہا تھا کہ میں ایک آرٹیکل لکھوں جس کا نام، جس کا کیپشن ہو "نہیں کلچر"۔</w:t>
      </w:r>
    </w:p>
    <w:p>
      <w:r>
        <w:rPr>
          <w:b/>
        </w:rPr>
        <w:t xml:space="preserve">[20:15] </w:t>
      </w:r>
      <w:r>
        <w:t>nau nau culture. nahi culture.</w:t>
      </w:r>
    </w:p>
    <w:p>
      <w:pPr>
        <w:jc w:val="right"/>
      </w:pPr>
      <w:r>
        <w:t>نو نو کلچر۔ نہیں کلچر۔</w:t>
      </w:r>
    </w:p>
    <w:p>
      <w:r>
        <w:rPr>
          <w:b/>
        </w:rPr>
        <w:t xml:space="preserve">[20:18] </w:t>
      </w:r>
      <w:r>
        <w:t>kyun? aaj kal haal hai yeh hai ke jab bhi kisi se baat hoti hai to foran woh nahi keh deta hai. kuch bhi kahiye, nahi.</w:t>
      </w:r>
    </w:p>
    <w:p>
      <w:pPr>
        <w:jc w:val="right"/>
      </w:pPr>
      <w:r>
        <w:t>کیوں؟ آج کل حال ہے یہ ہے کہ جب بھی کسی سے بات ہوتی ہے تو فوراً وہ نہیں کہہ دیتا ہے۔ کچھ بھی کہیے، نہیں۔</w:t>
      </w:r>
    </w:p>
    <w:p>
      <w:r>
        <w:rPr>
          <w:b/>
        </w:rPr>
        <w:t xml:space="preserve">[20:27] </w:t>
      </w:r>
      <w:r>
        <w:t>aur baat ko khud woh aitraf karega ke haan, alfaaz badal kar ke.</w:t>
      </w:r>
    </w:p>
    <w:p>
      <w:pPr>
        <w:jc w:val="right"/>
      </w:pPr>
      <w:r>
        <w:t>اور بات کو خود وہ اعتراف کرے گا کہ ہاں، الفاظ بدل کر کے۔</w:t>
      </w:r>
    </w:p>
    <w:p>
      <w:r>
        <w:rPr>
          <w:b/>
        </w:rPr>
        <w:t xml:space="preserve">[20:37] </w:t>
      </w:r>
      <w:r>
        <w:t>jaise ek lady se mulaqat hui to un ki baaton se maine mehsoos kiya ke un se aur un ke husband se kuch aapas mein nakhushgawari hai.</w:t>
      </w:r>
    </w:p>
    <w:p>
      <w:pPr>
        <w:jc w:val="right"/>
      </w:pPr>
      <w:r>
        <w:t>جیسے ایک لیڈی سے ملاقات ہوئی تو ان کی باتوں سے میں نے محسوس کیا کہ ان سے اور ان کے ہسبینڈ سے کچھ آپس میں ناخوشگواری ہے۔</w:t>
      </w:r>
    </w:p>
    <w:p>
      <w:r>
        <w:rPr>
          <w:b/>
        </w:rPr>
        <w:t xml:space="preserve">[20:50] </w:t>
      </w:r>
      <w:r>
        <w:t>kuch taluqaat mein khinchao hai. kashidgi hai.</w:t>
      </w:r>
    </w:p>
    <w:p>
      <w:pPr>
        <w:jc w:val="right"/>
      </w:pPr>
      <w:r>
        <w:t>کچھ تعلقات میں کھنچاؤ ہے۔ کشیدگی ہے۔</w:t>
      </w:r>
    </w:p>
    <w:p>
      <w:r>
        <w:rPr>
          <w:b/>
        </w:rPr>
        <w:t xml:space="preserve">[20:56] </w:t>
      </w:r>
      <w:r>
        <w:t>to maine un se kaha ke aap aisa lagta hai ke aap, aap ka, aap kuch sad lagti hain. kuch aap ke shadi shuda zindagi mein kuch problem hai, aisa lagta hai mujhe.</w:t>
      </w:r>
    </w:p>
    <w:p>
      <w:pPr>
        <w:jc w:val="right"/>
      </w:pPr>
      <w:r>
        <w:t>تو میں نے ان سے کہا کہ آپ ایسا لگتا ہے کہ آپ، آپ کا، آپ کچھ سیڈ لگتی ہیں۔ کچھ آپ کے شادی شدہ زندگی میں کچھ پرابلم ہے، ایسا لگتا ہے مجھے۔</w:t>
      </w:r>
    </w:p>
    <w:p>
      <w:r>
        <w:rPr>
          <w:b/>
        </w:rPr>
        <w:t xml:space="preserve">[21:06] </w:t>
      </w:r>
      <w:r>
        <w:t>to woh kya hain? kaha nahi, nahi, nahi, bilkul theek, kuch nahi hai. aur baat ko jab maine scrutiny ki to khud hi unhone keh diya ke woh shadi ke baad kuch din tak to bohat theek tha.</w:t>
      </w:r>
    </w:p>
    <w:p>
      <w:pPr>
        <w:jc w:val="right"/>
      </w:pPr>
      <w:r>
        <w:t>تو وہ کیا ہیں؟ کہا نہیں، نہیں، نہیں، بالکل ٹھیک، کچھ نہیں ہے۔ اور بات کو جب میں نے سکروٹنی کی تو خود ہی انہوں نے کہہ دیا کہ وہ شادی کے بعد کچھ دن تک تو بہت ٹھیک تھا۔</w:t>
      </w:r>
    </w:p>
    <w:p>
      <w:r>
        <w:rPr>
          <w:b/>
        </w:rPr>
        <w:t xml:space="preserve">[21:20] </w:t>
      </w:r>
      <w:r>
        <w:t>ab kai baar aisa hota hai ke bol chaal band ho jati</w:t>
      </w:r>
    </w:p>
    <w:p>
      <w:pPr>
        <w:jc w:val="right"/>
      </w:pPr>
      <w:r>
        <w:t>اب کئی بار ایسا ہوتا ہے کہ بول چال بند ہو جاتی</w:t>
      </w:r>
    </w:p>
    <w:p>
      <w:r>
        <w:rPr>
          <w:b/>
        </w:rPr>
        <w:t xml:space="preserve">[21:23] </w:t>
      </w:r>
      <w:r>
        <w:t>hai. kai baar aisa hota hai ke woh kahin hain aur main kahin hoon. yani khud hi baat ko unhone maan liya, is baat ko. yeh sab ka haal main dekhta hoon, sab ka haal.</w:t>
      </w:r>
    </w:p>
    <w:p>
      <w:pPr>
        <w:jc w:val="right"/>
      </w:pPr>
      <w:r>
        <w:t>ہے۔ کئی بار ایسا ہوتا ہے کہ وہ کہیں ہیں اور میں کہیں ہوں۔ یعنی خود ہی بات کو انہوں نے مان لیا، اس بات کو۔ یہ سب کا حال میں دیکھتا ہوں، سب کا حال۔</w:t>
      </w:r>
    </w:p>
    <w:p>
      <w:r>
        <w:rPr>
          <w:b/>
        </w:rPr>
        <w:t xml:space="preserve">[21:34] </w:t>
      </w:r>
      <w:r>
        <w:t>pehlay nahi kahain ge, is ko isi ko haan kar dein ge. to ek hota hai, yani khula jhoot.</w:t>
      </w:r>
    </w:p>
    <w:p>
      <w:pPr>
        <w:jc w:val="right"/>
      </w:pPr>
      <w:r>
        <w:t>پہلے نہیں کہیں گے، اس کو اسی کو ہاں کر دیں گے۔ تو ایک ہوتا ہے، یعنی کھلا جھوٹ۔</w:t>
      </w:r>
    </w:p>
    <w:p>
      <w:r>
        <w:rPr>
          <w:b/>
        </w:rPr>
        <w:t xml:space="preserve">[21:45] </w:t>
      </w:r>
      <w:r>
        <w:t>ek hota hai chupa jhoot.</w:t>
      </w:r>
    </w:p>
    <w:p>
      <w:pPr>
        <w:jc w:val="right"/>
      </w:pPr>
      <w:r>
        <w:t>ایک ہوتا ہے چھپا جھوٹ۔</w:t>
      </w:r>
    </w:p>
    <w:p>
      <w:r>
        <w:rPr>
          <w:b/>
        </w:rPr>
        <w:t xml:space="preserve">[21:48] </w:t>
      </w:r>
      <w:r>
        <w:t>to main samajhta hoon ke chupa jhoot, main samajhta hoon ke khula jhoot to kam boltay hain log. lekin chupa jhoot to sabhi boltay hain.</w:t>
      </w:r>
    </w:p>
    <w:p>
      <w:pPr>
        <w:jc w:val="right"/>
      </w:pPr>
      <w:r>
        <w:t>تو میں سمجھتا ہوں کہ چھپا جھوٹ، میں سمجھتا ہوں کہ کھلا جھوٹ تو کم بولتے ہیں لوگ۔ لیکن چھپا جھوٹ تو سبھی بولتے ہیں۔</w:t>
      </w:r>
    </w:p>
    <w:p>
      <w:r>
        <w:rPr>
          <w:b/>
        </w:rPr>
        <w:t xml:space="preserve">[21:58] </w:t>
      </w:r>
      <w:r>
        <w:t>bohat hi kam exception hon ge, bohat hi kam, bohat hi rare exception. to dekhiye, is tarah se jo nahi culture chal pada hai hamare haan, yani chupa jhoot bolnay ka culture,</w:t>
      </w:r>
    </w:p>
    <w:p>
      <w:pPr>
        <w:jc w:val="right"/>
      </w:pPr>
      <w:r>
        <w:t>بہت ہی کم ایکسیپشن ہوں گے، بہت ہی کم، بہت ہی ریئر ایکسیپشن۔ تو دیکھیے، اس طرح سے جو نہیں کلچر چل پڑا ہے ہمارے ہاں، یعنی چھپا جھوٹ بولنے کا کلچر،</w:t>
      </w:r>
    </w:p>
    <w:p>
      <w:r>
        <w:rPr>
          <w:b/>
        </w:rPr>
        <w:t xml:space="preserve">[22:14] </w:t>
      </w:r>
      <w:r>
        <w:t>is se kya hota hai?</w:t>
      </w:r>
    </w:p>
    <w:p>
      <w:pPr>
        <w:jc w:val="right"/>
      </w:pPr>
      <w:r>
        <w:t>اس سے کیا ہوتا ہے؟</w:t>
      </w:r>
    </w:p>
    <w:p>
      <w:r>
        <w:rPr>
          <w:b/>
        </w:rPr>
        <w:t xml:space="preserve">[22:18] </w:t>
      </w:r>
      <w:r>
        <w:t>weak personality banti hai aadmi ke andar. jab aap sachai pe kharay hon, aap sach bolain to aap ke andar strong per, aap ke andar strong personality banay gi.</w:t>
      </w:r>
    </w:p>
    <w:p>
      <w:pPr>
        <w:jc w:val="right"/>
      </w:pPr>
      <w:r>
        <w:t>ویک پرسنیلٹی بنتی ہے آدمی کے اندر۔ جب آپ سچائی پہ کھڑے ہوں، آپ سچ بولیں تو آپ کے اندر سٹرانگ پر، آپ کے اندر سٹرانگ پرسنیلٹی بنے گی۔</w:t>
      </w:r>
    </w:p>
    <w:p>
      <w:r>
        <w:rPr>
          <w:b/>
        </w:rPr>
        <w:t xml:space="preserve">[22:34] </w:t>
      </w:r>
      <w:r>
        <w:t>aur jab aap ka yeh tareeqa ho ke saaf saaf na bolain, sach na kahain, safai kar pesh karnay ke liye, apnay aap ko theek sabit karnay ke liye nahi kar diya karain, jhoot bol diya karain,</w:t>
      </w:r>
    </w:p>
    <w:p>
      <w:pPr>
        <w:jc w:val="right"/>
      </w:pPr>
      <w:r>
        <w:t>اور جب آپ کا یہ طریقہ ہو کہ صاف صاف نہ بولیں، سچ نہ کہیں، صفائی کر پیش کرنے کے لیے، اپنے آپ کو ٹھیک ثابت کرنے کے لیے نہیں کر دیا کریں، جھوٹ بول دیا کریں،</w:t>
      </w:r>
    </w:p>
    <w:p>
      <w:r>
        <w:rPr>
          <w:b/>
        </w:rPr>
        <w:t xml:space="preserve">[22:49] </w:t>
      </w:r>
      <w:r>
        <w:t>to aap ke andar weak personality banay gi.</w:t>
      </w:r>
    </w:p>
    <w:p>
      <w:pPr>
        <w:jc w:val="right"/>
      </w:pPr>
      <w:r>
        <w:t>تو آپ کے اندر ویک پرسنیلٹی بنے گی۔</w:t>
      </w:r>
    </w:p>
    <w:p>
      <w:r>
        <w:rPr>
          <w:b/>
        </w:rPr>
        <w:t xml:space="preserve">[22:54] </w:t>
      </w:r>
      <w:r>
        <w:t>aur phir kya hoga?</w:t>
      </w:r>
    </w:p>
    <w:p>
      <w:pPr>
        <w:jc w:val="right"/>
      </w:pPr>
      <w:r>
        <w:t>اور پھر کیا ہوگا؟</w:t>
      </w:r>
    </w:p>
    <w:p>
      <w:r>
        <w:rPr>
          <w:b/>
        </w:rPr>
        <w:t xml:space="preserve">[22:58] </w:t>
      </w:r>
      <w:r>
        <w:t>aap ko sachai nahi milay gi. dekhiye, ek hadith hai al momin al qawi khair wa ahabb indallah min al momin al zaeef</w:t>
      </w:r>
    </w:p>
    <w:p>
      <w:pPr>
        <w:jc w:val="right"/>
      </w:pPr>
      <w:r>
        <w:t>آپ کو سچائی نہیں ملے گی۔ دیکھیے، ایک حدیث ہے المؤمن القوی خیر واحب عند الله من المؤمن الضعيف</w:t>
      </w:r>
    </w:p>
    <w:p>
      <w:r>
        <w:rPr>
          <w:b/>
        </w:rPr>
        <w:t xml:space="preserve">[23:10] </w:t>
      </w:r>
      <w:r>
        <w:t>al momin al qawi khair wa ahabb indallah min al momin al zaeef is ka translation yeh hai ke qawi momin Allah ke nazdeek ziyada acha hai ba muqabla kamzor momin ke.</w:t>
      </w:r>
    </w:p>
    <w:p>
      <w:pPr>
        <w:jc w:val="right"/>
      </w:pPr>
      <w:r>
        <w:t>المؤمن القوی خیر واحب عند الله من المؤمن الضعيف اس کا ٹرانسلیشن یہ ہے کہ قوی مومن اللہ کے نزدیک زیادہ اچھا ہے بمقابلہ کمزور مومن کے۔</w:t>
      </w:r>
    </w:p>
    <w:p>
      <w:r>
        <w:rPr>
          <w:b/>
        </w:rPr>
        <w:t xml:space="preserve">[23:30] </w:t>
      </w:r>
      <w:r>
        <w:t>to hadith mein zaeef aur qawi ka lafz aaya hai.</w:t>
      </w:r>
    </w:p>
    <w:p>
      <w:pPr>
        <w:jc w:val="right"/>
      </w:pPr>
      <w:r>
        <w:t>تو حدیث میں ضعیف اور قوی کا لفظ آیا ہے۔</w:t>
      </w:r>
    </w:p>
    <w:p>
      <w:r>
        <w:rPr>
          <w:b/>
        </w:rPr>
        <w:t xml:space="preserve">[23:36] </w:t>
      </w:r>
      <w:r>
        <w:t>main samajhta hoon ke is ka ek aspect yeh hai ke ek insan woh hai jis ke andar strong personality ho. aur ek aadmi woh hai jis ke andar weak personality ho.</w:t>
      </w:r>
    </w:p>
    <w:p>
      <w:pPr>
        <w:jc w:val="right"/>
      </w:pPr>
      <w:r>
        <w:t>میں سمجھتا ہوں کہ اس کا ایک ایسپیکٹ یہ ہے کہ ایک انسان وہ ہے جس کے اندر سٹرانگ پرسنیلٹی ہو۔ اور ایک آدمی وہ ہے جس کے اندر ویک پرسنیلٹی ہو۔</w:t>
      </w:r>
    </w:p>
    <w:p>
      <w:r>
        <w:rPr>
          <w:b/>
        </w:rPr>
        <w:t xml:space="preserve">[23:48] </w:t>
      </w:r>
      <w:r>
        <w:t>weak personality woh hai. strong personality woh hai jo man of word ho. jo keh de, wohi karay.</w:t>
      </w:r>
    </w:p>
    <w:p>
      <w:pPr>
        <w:jc w:val="right"/>
      </w:pPr>
      <w:r>
        <w:t>ویک پرسنیلٹی وہ ہے۔ سٹرانگ پرسنیلٹی وہ ہے جو مین آف ورڈ ہو۔ جو کہہ دے، وہی کرے۔</w:t>
      </w:r>
    </w:p>
    <w:p>
      <w:r>
        <w:rPr>
          <w:b/>
        </w:rPr>
        <w:t xml:space="preserve">[23:58] </w:t>
      </w:r>
      <w:r>
        <w:t>jis ke andar hypocrisy na ho. ke dil mein kuch aur munh par kuch. jis ke andar yeh baat na ho ke woh ghalti karay aur phir yeh na keh sakay ke I was wrong woh patch up karay, gawaah phira kar apnay ko sahi sabit karay.</w:t>
      </w:r>
    </w:p>
    <w:p>
      <w:pPr>
        <w:jc w:val="right"/>
      </w:pPr>
      <w:r>
        <w:t>جس کے اندر ہپوکریسی نہ ہو۔ کہ دل میں کچھ اور منہ پر کچھ۔ جس کے اندر یہ بات نہ ہو کہ وہ غلطی کرے اور پھر یہ نہ کہہ سکے کہ I was wrong وہ پیچ اپ کرے، گواہ پھرا کر اپنے کو صحیح ثابت کرے۔</w:t>
      </w:r>
    </w:p>
    <w:p>
      <w:r>
        <w:rPr>
          <w:b/>
        </w:rPr>
        <w:t xml:space="preserve">[24:17] </w:t>
      </w:r>
      <w:r>
        <w:t>yani ghalti karnay ke bawajood khulay tor par yeh na keh sakay ke I was wrong yeh sab cheezain aadmi ke andar weak personality banati hain.</w:t>
      </w:r>
    </w:p>
    <w:p>
      <w:pPr>
        <w:jc w:val="right"/>
      </w:pPr>
      <w:r>
        <w:t>یعنی غلطی کرنے کے باوجود کھلے طور پر یہ نہ کہہ سکے کہ I was wrong یہ سب چیزیں آدمی کے اندر ویک پرسنیلٹی بناتی ہیں۔</w:t>
      </w:r>
    </w:p>
    <w:p>
      <w:r>
        <w:rPr>
          <w:b/>
        </w:rPr>
        <w:t xml:space="preserve">[24:27] </w:t>
      </w:r>
      <w:r>
        <w:t>is hadith ka ek matlab yeh hai ke woh insaan jis ke andar yeh sifat ho ke woh jo wada kare, us ko poora kare.</w:t>
      </w:r>
    </w:p>
    <w:p>
      <w:pPr>
        <w:jc w:val="right"/>
      </w:pPr>
      <w:r>
        <w:t>اس حدیث کا ایک مطلب یہ ہے کہ وہ انسان جس کے اندر یہ صفت ہو کہ وہ جو وعدہ کرے، اس کو پورا کرے۔</w:t>
      </w:r>
    </w:p>
    <w:p>
      <w:r>
        <w:rPr>
          <w:b/>
        </w:rPr>
        <w:t xml:space="preserve">[24:39] </w:t>
      </w:r>
      <w:r>
        <w:t>ghalti ho jaye to seedhe se keh de ke mujh se ghalti hui. is se koi baat poochi jaye to yeh na kahe ke, yaani us ko ghuma phira kar ke na bole.</w:t>
      </w:r>
    </w:p>
    <w:p>
      <w:pPr>
        <w:jc w:val="right"/>
      </w:pPr>
      <w:r>
        <w:t>غلطی ہو جائے تو سیدھے سے کہہ دے کہ مجھ سے غلطی ہوئی۔ اس سے کوئی بات پوچھی جائے تو یہ نہ کہے کہ، یعنی اس کو گھما پھرا کر کے نہ بولے۔</w:t>
      </w:r>
    </w:p>
    <w:p>
      <w:r>
        <w:rPr>
          <w:b/>
        </w:rPr>
        <w:t xml:space="preserve">[24:52] </w:t>
      </w:r>
      <w:r>
        <w:t>seedhe seedhe keh de, seedhe seedhe.</w:t>
      </w:r>
    </w:p>
    <w:p>
      <w:pPr>
        <w:jc w:val="right"/>
      </w:pPr>
      <w:r>
        <w:t>سیدھے سیدھے کہہ دے، سیدھے سیدھے۔</w:t>
      </w:r>
    </w:p>
    <w:p>
      <w:r>
        <w:rPr>
          <w:b/>
        </w:rPr>
        <w:t xml:space="preserve">[24:58] </w:t>
      </w:r>
      <w:r>
        <w:t>to</w:t>
      </w:r>
    </w:p>
    <w:p>
      <w:pPr>
        <w:jc w:val="right"/>
      </w:pPr>
      <w:r>
        <w:t>تو</w:t>
      </w:r>
    </w:p>
    <w:p>
      <w:r>
        <w:rPr>
          <w:b/>
        </w:rPr>
        <w:t xml:space="preserve">[24:59] </w:t>
      </w:r>
      <w:r>
        <w:t>ek shakal mein is ke andar strong personality banegi. ek shakal mein is ke andar weak personality banegi. to mein samajhta hoon ke is hadith ka ek matlab yeh hai jo farmaya ke Allah ko zyada pasand hai woh insaan jis ke andar weak personality ho, na ho balkeh strong personality ho.</w:t>
      </w:r>
    </w:p>
    <w:p>
      <w:pPr>
        <w:jc w:val="right"/>
      </w:pPr>
      <w:r>
        <w:t>ایک شکل میں اس کے اندر سٹرانگ پرسنیلٹی بنے گی۔ ایک شکل میں اس کے اندر ویک پرسنیلٹی بنے گی۔ تو میں سمجھتا ہوں کہ اس حدیث کا ایک مطلب یہ ہے جو فرمایا کہ اللہ کو زیادہ پسند ہے وہ انسان جس کے اندر ویک پرسنیلٹی ہو، نہ ہو بلکہ سٹرانگ پرسنیلٹی ہو۔</w:t>
      </w:r>
    </w:p>
    <w:p>
      <w:r>
        <w:rPr>
          <w:b/>
        </w:rPr>
        <w:t xml:space="preserve">[25:17] </w:t>
      </w:r>
      <w:r>
        <w:t>to kyun? dekhein, weak personality jis ke andar hogi, Khuda ki blessing us ke paas nahi aayegi.</w:t>
      </w:r>
    </w:p>
    <w:p>
      <w:pPr>
        <w:jc w:val="right"/>
      </w:pPr>
      <w:r>
        <w:t>تو کیوں؟ دیکھیں، ویک پرسنیلٹی جس کے اندر ہوگی، خدا کی بلیسنگ اس کے پاس نہیں آئے گی۔</w:t>
      </w:r>
    </w:p>
    <w:p>
      <w:r>
        <w:rPr>
          <w:b/>
        </w:rPr>
        <w:t xml:space="preserve">[25:28] </w:t>
      </w:r>
      <w:r>
        <w:t>strong personality ke upar Khuda ki blessing barsti hai. Khuda ka inspiration barta hai. Khuda har waqt inspire karta rehta hai insaan ko angel ke zariye.</w:t>
      </w:r>
    </w:p>
    <w:p>
      <w:pPr>
        <w:jc w:val="right"/>
      </w:pPr>
      <w:r>
        <w:t>سٹرانگ پرسنیلٹی کے اوپر خدا کی بلیسنگ برستی ہے۔ خدا کا انسپیریشن برستا ہے۔ خدا ہر وقت انسپائر کرتا رہتا ہے انسان کو اینجل کے ذریعے۔</w:t>
      </w:r>
    </w:p>
    <w:p>
      <w:r>
        <w:rPr>
          <w:b/>
        </w:rPr>
        <w:t xml:space="preserve">[25:41] </w:t>
      </w:r>
      <w:r>
        <w:t>hadith mein aata hai ke Khuda aasman se pukarta hai ke kaun hai jo le? mein dene ke liye yahan hoon.</w:t>
      </w:r>
    </w:p>
    <w:p>
      <w:pPr>
        <w:jc w:val="right"/>
      </w:pPr>
      <w:r>
        <w:t>حدیث میں آتا ہے کہ خدا آسمان سے پکارتا ہے کہ کون ہے جو لے؟ میں دینے کے لیے یہاں ہوں۔</w:t>
      </w:r>
    </w:p>
    <w:p>
      <w:r>
        <w:rPr>
          <w:b/>
        </w:rPr>
        <w:t xml:space="preserve">[25:52] </w:t>
      </w:r>
      <w:r>
        <w:t>kaun hai jo? to yeh kya hai? Khuda ka inspiration aata hai insaan ke upar.</w:t>
      </w:r>
    </w:p>
    <w:p>
      <w:pPr>
        <w:jc w:val="right"/>
      </w:pPr>
      <w:r>
        <w:t>کون ہے جو؟ تو یہ کیا ہے؟ خدا کا انسپیریشن آتا ہے انسان کے اوپر۔</w:t>
      </w:r>
    </w:p>
    <w:p>
      <w:r>
        <w:rPr>
          <w:b/>
        </w:rPr>
        <w:t xml:space="preserve">[26:03] </w:t>
      </w:r>
      <w:r>
        <w:t>lekin yeh inspiration us ko aayega jis ke andar us ki salahiyat ho.</w:t>
      </w:r>
    </w:p>
    <w:p>
      <w:pPr>
        <w:jc w:val="right"/>
      </w:pPr>
      <w:r>
        <w:t>لیکن یہ انسپیریشن اس کو آئے گا جس کے اندر اس کی صلاحیت ہو۔</w:t>
      </w:r>
    </w:p>
    <w:p>
      <w:r>
        <w:rPr>
          <w:b/>
        </w:rPr>
        <w:t xml:space="preserve">[26:12] </w:t>
      </w:r>
      <w:r>
        <w:t>jaise aap kahin jayein jahan doodh, khalis doodh but raha hai, pure milk but raha hai, aap jate hain doodh lene ke liye.</w:t>
      </w:r>
    </w:p>
    <w:p>
      <w:pPr>
        <w:jc w:val="right"/>
      </w:pPr>
      <w:r>
        <w:t>جیسے آپ کہیں جائیں جہاں دودھ، خالص دودھ بٹ رہا ہے، پیور ملک بٹ رہا ہے، آپ جاتے ہیں دودھ لینے کے لیے۔</w:t>
      </w:r>
    </w:p>
    <w:p>
      <w:r>
        <w:rPr>
          <w:b/>
        </w:rPr>
        <w:t xml:space="preserve">[26:23] </w:t>
      </w:r>
      <w:r>
        <w:t>bahut se log jate hain doodh lene ke liye. to jis ke paas acha container hoga, wohi doodh lekar lote ga. agar aap ke paas chhalni ho aur chhalni lekar gaye hain to doodh aap ko diya jaye ga, tab bhi doodh beh jaye ga.</w:t>
      </w:r>
    </w:p>
    <w:p>
      <w:pPr>
        <w:jc w:val="right"/>
      </w:pPr>
      <w:r>
        <w:t>بہت سے لوگ جاتے ہیں دودھ لینے کے لیے۔ تو جس کے پاس اچھا کنٹینر ہوگا، وہی دودھ لے کر لوٹے گا۔ اگر آپ کے پاس چھلی ہو اور چھلی لے کر گئے ہیں تو دودھ آپ کو دیا جائے گا، تب بھی دودھ بہہ جائے گا۔</w:t>
      </w:r>
    </w:p>
    <w:p>
      <w:r>
        <w:rPr>
          <w:b/>
        </w:rPr>
        <w:t xml:space="preserve">[26:39] </w:t>
      </w:r>
      <w:r>
        <w:t>to container ke bina blessing nahi milti. to aadmi ko apne aap ko container banana padta hai.</w:t>
      </w:r>
    </w:p>
    <w:p>
      <w:pPr>
        <w:jc w:val="right"/>
      </w:pPr>
      <w:r>
        <w:t>تو کنٹینر کے بنا بلیسنگ نہیں ملتی۔ تو آدمی کو اپنے آپ کو کنٹینر بنانا پڑتا ہے۔</w:t>
      </w:r>
    </w:p>
    <w:p>
      <w:r>
        <w:rPr>
          <w:b/>
        </w:rPr>
        <w:t xml:space="preserve">[26:50] </w:t>
      </w:r>
      <w:r>
        <w:t>yeh strong personality jis ke andar ho, us ka matlab yeh ke woh container hai jahan Khuda apni blessing bhejey. jis ko Khuda ki inspiration mile.</w:t>
      </w:r>
    </w:p>
    <w:p>
      <w:pPr>
        <w:jc w:val="right"/>
      </w:pPr>
      <w:r>
        <w:t>یہ سٹرانگ پرسنیلٹی جس کے اندر ہو، اس کا مطلب یہ کہ وہ کنٹینر ہے جہاں خدا اپنی بلیسنگ بھیجے۔ جس کو خدا کی انسپیریشن ملے۔</w:t>
      </w:r>
    </w:p>
    <w:p>
      <w:r>
        <w:rPr>
          <w:b/>
        </w:rPr>
        <w:t xml:space="preserve">[27:01] </w:t>
      </w:r>
      <w:r>
        <w:t>jis ko Khuda ki hidayat utre. jis ko angels ka saath mile.</w:t>
      </w:r>
    </w:p>
    <w:p>
      <w:pPr>
        <w:jc w:val="right"/>
      </w:pPr>
      <w:r>
        <w:t>جس کو خدا کی ہدایت اترے۔ جس کو اینجلز کا ساتھ ملے۔</w:t>
      </w:r>
    </w:p>
    <w:p>
      <w:r>
        <w:rPr>
          <w:b/>
        </w:rPr>
        <w:t xml:space="preserve">[27:08] </w:t>
      </w:r>
      <w:r>
        <w:t>to mein samajhta hoon ke yeh bahut hi important baat hai ke log samjhein is baat ko ke har us cheez se apne aap ko bachana hai jo hamare andar weak personality banaye.</w:t>
      </w:r>
    </w:p>
    <w:p>
      <w:pPr>
        <w:jc w:val="right"/>
      </w:pPr>
      <w:r>
        <w:t>تو میں سمجھتا ہوں کہ یہ بہت ہی امپورٹنٹ بات ہے کہ لوگ سمجھیں اس بات کو کہ ہر اس چیز سے اپنے آپ کو بچانا ہے جو ہمارے اندر ویک پرسنیلٹی بنائے۔</w:t>
      </w:r>
    </w:p>
    <w:p>
      <w:r>
        <w:rPr>
          <w:b/>
        </w:rPr>
        <w:t xml:space="preserve">[27:22] </w:t>
      </w:r>
      <w:r>
        <w:t>aur hum ko har us cheez ka ehtimam karna hai jo hamare andar strong personality paida kare.</w:t>
      </w:r>
    </w:p>
    <w:p>
      <w:pPr>
        <w:jc w:val="right"/>
      </w:pPr>
      <w:r>
        <w:t>اور ہم کو ہر اس چیز کا اہتمام کرنا ہے جو ہمارے اندر سٹرانگ پرسنیلٹی پیدا کرے۔</w:t>
      </w:r>
    </w:p>
    <w:p>
      <w:r>
        <w:rPr>
          <w:b/>
        </w:rPr>
        <w:t xml:space="preserve">[27:31] </w:t>
      </w:r>
      <w:r>
        <w:t>yeh bahut hi zyada zaroori hai.</w:t>
      </w:r>
    </w:p>
    <w:p>
      <w:pPr>
        <w:jc w:val="right"/>
      </w:pPr>
      <w:r>
        <w:t>یہ بہت ہی زیادہ ضروری ہے۔</w:t>
      </w:r>
    </w:p>
    <w:p>
      <w:r>
        <w:rPr>
          <w:b/>
        </w:rPr>
        <w:t xml:space="preserve">[27:35] </w:t>
      </w:r>
      <w:r>
        <w:t>isi tarah dekhiye,</w:t>
      </w:r>
    </w:p>
    <w:p>
      <w:pPr>
        <w:jc w:val="right"/>
      </w:pPr>
      <w:r>
        <w:t>اسی طرح دیکھیے،</w:t>
      </w:r>
    </w:p>
    <w:p>
      <w:r>
        <w:rPr>
          <w:b/>
        </w:rPr>
        <w:t xml:space="preserve">[27:40] </w:t>
      </w:r>
      <w:r>
        <w:t>hadith mein aata hai ke wa Allah la yu'manu wa Allah la yu'manu wa Allah la yu'manu alladhi la ya'manu jarehu bawa'iqu Khuda ki qasam, woh momin nahi hai.</w:t>
      </w:r>
    </w:p>
    <w:p>
      <w:pPr>
        <w:jc w:val="right"/>
      </w:pPr>
      <w:r>
        <w:t>حدیث میں آتا ہے کہ وَاللَّهِ لَا يُؤْمَنُ وَاللَّهِ لَا يُؤْمَنُ وَاللَّهِ لَا يُؤْمَنُ الَّذِي لَا يَامَنُ جَارُهُ بَوَائِقُ خدا کی قسم، وہ مومن نہیں ہے۔</w:t>
      </w:r>
    </w:p>
    <w:p>
      <w:r>
        <w:rPr>
          <w:b/>
        </w:rPr>
        <w:t xml:space="preserve">[27:52] </w:t>
      </w:r>
      <w:r>
        <w:t>Khuda ki qasam, woh momin nahi hai. Khuda ki qasam, woh momin nahi hai. ab teen baar farmaya. phir aap ne farmaya ke alladhi la ya'manu jarehu bawa'iqu</w:t>
      </w:r>
    </w:p>
    <w:p>
      <w:pPr>
        <w:jc w:val="right"/>
      </w:pPr>
      <w:r>
        <w:t>خدا کی قسم، وہ مومن نہیں ہے۔ خدا کی قسم، وہ مومن نہیں ہے۔ اب تین بار فرمایا۔ پھر آپ نے فرمایا کہ الَّذِي لَا يَامَنُ جَارُهُ بَوَائِقُ</w:t>
      </w:r>
    </w:p>
    <w:p>
      <w:r>
        <w:rPr>
          <w:b/>
        </w:rPr>
        <w:t xml:space="preserve">[28:03] </w:t>
      </w:r>
      <w:r>
        <w:t>yaani jo apne padosi ke liye problem create kare, woh momin nahi hai.</w:t>
      </w:r>
    </w:p>
    <w:p>
      <w:pPr>
        <w:jc w:val="right"/>
      </w:pPr>
      <w:r>
        <w:t>یعنی جو اپنے پڑوسی کے لیے پرابلم کریٹ کرے، وہ مومن نہیں ہے۔</w:t>
      </w:r>
    </w:p>
    <w:p>
      <w:r>
        <w:rPr>
          <w:b/>
        </w:rPr>
        <w:t xml:space="preserve">[28:10] </w:t>
      </w:r>
      <w:r>
        <w:t>is se maine yeh samjha hai ke imaan ke do darje hain. ek minimum, ek maximum.</w:t>
      </w:r>
    </w:p>
    <w:p>
      <w:pPr>
        <w:jc w:val="right"/>
      </w:pPr>
      <w:r>
        <w:t>اس سے میں نے یہ سمجھا ہے کہ ایمان کے دو درجے ہیں۔ ایک منیمم، ایک میکسیمم۔</w:t>
      </w:r>
    </w:p>
    <w:p>
      <w:r>
        <w:rPr>
          <w:b/>
        </w:rPr>
        <w:t xml:space="preserve">[28:19] </w:t>
      </w:r>
      <w:r>
        <w:t>maximum kya hai? wa amma ma yanfa'u alnnasi fa in kuntum fi alrrdi yeh Quran mein hai.</w:t>
      </w:r>
    </w:p>
    <w:p>
      <w:pPr>
        <w:jc w:val="right"/>
      </w:pPr>
      <w:r>
        <w:t>میکسیمم کیا ہے؟ وَأَمَّا مَا يَنْفَعُ النَّاسُ فَإِنْ كُنْتُمْ فِي الْلَّرْدِ یہ قرآن میں ہے۔</w:t>
      </w:r>
    </w:p>
    <w:p>
      <w:r>
        <w:rPr>
          <w:b/>
        </w:rPr>
        <w:t xml:space="preserve">[28:25] </w:t>
      </w:r>
      <w:r>
        <w:t>imaan ka maximum darja yeh hai ke aap doosron ke liye nafe banen. samajh ke liye giver banen. aur minimum darja yeh hai ke aap no problem person bankar ke samajh mein reh saken.</w:t>
      </w:r>
    </w:p>
    <w:p>
      <w:pPr>
        <w:jc w:val="right"/>
      </w:pPr>
      <w:r>
        <w:t>ایمان کا میکسیمم درجہ یہ ہے کہ آپ دوسروں کے لیے نافع بنیں۔ سماج کے لیے گیور بنیں۔ اور منیمم درجہ یہ ہے کہ آپ نو پرابلم پرسن بن کر کے سماج میں رہ سکیں۔</w:t>
      </w:r>
    </w:p>
    <w:p>
      <w:r>
        <w:rPr>
          <w:b/>
        </w:rPr>
        <w:t xml:space="preserve">[28:43] </w:t>
      </w:r>
      <w:r>
        <w:t>har aadmi samaj mein rehta hai, muashre mein rehta hai, society mein rehta hai. Akele kisi island mein to aap reh nahin sakte.</w:t>
      </w:r>
    </w:p>
    <w:p>
      <w:pPr>
        <w:jc w:val="right"/>
      </w:pPr>
      <w:r>
        <w:t>ہر آدمی سماج میں رہتا ہے، معاشرے میں رہتا ہے، سوسائٹی میں رہتا ہے۔ اکیلے کسی آئی لینڈ میں تو آپ رہ نہیں سکتے۔</w:t>
      </w:r>
    </w:p>
    <w:p>
      <w:r>
        <w:rPr>
          <w:b/>
        </w:rPr>
        <w:t xml:space="preserve">[28:54] </w:t>
      </w:r>
      <w:r>
        <w:t>To aap ke liye imaan ke sirf do darje hain. Teesra koi darja nahin hai. Maximum yeh hai ke aap samaj ke giver member ban kar rahen.</w:t>
      </w:r>
    </w:p>
    <w:p>
      <w:pPr>
        <w:jc w:val="right"/>
      </w:pPr>
      <w:r>
        <w:t>تو آپ کے لیے ایمان کے صرف دو درجے ہیں۔ تیسرا کوئی درجہ نہیں ہے۔ میکسیمم یہ ہے کہ آپ سماج کے گیور ممبر بن کر رہیں۔</w:t>
      </w:r>
    </w:p>
    <w:p>
      <w:r>
        <w:rPr>
          <w:b/>
        </w:rPr>
        <w:t xml:space="preserve">[29:11] </w:t>
      </w:r>
      <w:r>
        <w:t>Society ke giver member ban kar rahen. Aur minimum kya hai? Minimum yeh hai ke aap ek no problem person ban kar rahen society mein.</w:t>
      </w:r>
    </w:p>
    <w:p>
      <w:pPr>
        <w:jc w:val="right"/>
      </w:pPr>
      <w:r>
        <w:t>سوسائٹی کے گیور ممبر بن کر رہیں۔ اور منیمم کیا ہے؟ منیمم یہ ہے کہ آپ ایک نو پرابلم پرسن بن کر رہیں سوسائٹی میں۔</w:t>
      </w:r>
    </w:p>
    <w:p>
      <w:r>
        <w:rPr>
          <w:b/>
        </w:rPr>
        <w:t xml:space="preserve">[29:25] </w:t>
      </w:r>
      <w:r>
        <w:t>Ya to no problem person baniye ya giver person baniye. Iske alawa koi teesra darja imaan ka nahin hai.</w:t>
      </w:r>
    </w:p>
    <w:p>
      <w:pPr>
        <w:jc w:val="right"/>
      </w:pPr>
      <w:r>
        <w:t>یا تو نو پرابلم پرسن بنیے یا گیور پرسن بنیے۔ اس کے علاوہ کوئی تیسرا درجہ ایمان کا نہیں ہے۔</w:t>
      </w:r>
    </w:p>
    <w:p>
      <w:r>
        <w:rPr>
          <w:b/>
        </w:rPr>
        <w:t xml:space="preserve">[29:37] </w:t>
      </w:r>
      <w:r>
        <w:t>Koi teesra darja imaan ka nahin hai.</w:t>
      </w:r>
    </w:p>
    <w:p>
      <w:pPr>
        <w:jc w:val="right"/>
      </w:pPr>
      <w:r>
        <w:t>کوئی تیسرا درجہ ایمان کا نہیں ہے۔</w:t>
      </w:r>
    </w:p>
    <w:p>
      <w:r>
        <w:rPr>
          <w:b/>
        </w:rPr>
        <w:t xml:space="preserve">[29:43] </w:t>
      </w:r>
      <w:r>
        <w:t>Phir dekhiye, Quran mein baar baar sabr par bahut zor diya gaya hai.</w:t>
      </w:r>
    </w:p>
    <w:p>
      <w:pPr>
        <w:jc w:val="right"/>
      </w:pPr>
      <w:r>
        <w:t>پھر دیکھیے، قرآن میں بار بار صبر پر بہت زور دیا گیا ہے۔</w:t>
      </w:r>
    </w:p>
    <w:p>
      <w:r>
        <w:rPr>
          <w:b/>
        </w:rPr>
        <w:t xml:space="preserve">[29:53] </w:t>
      </w:r>
      <w:r>
        <w:t>Yeh bataya gaya hai ke sabr karne walon ko jannat milegi. Sabr karne walon ko. Sabr karne walon ko jannat milegi.</w:t>
      </w:r>
    </w:p>
    <w:p>
      <w:pPr>
        <w:jc w:val="right"/>
      </w:pPr>
      <w:r>
        <w:t>یہ بتایا گیا ہے کہ صبر کرنے والوں کو جنت ملے گی۔ صبر کرنے والوں کو۔ صبر کرنے والوں کو جنت ملے گی۔</w:t>
      </w:r>
    </w:p>
    <w:p>
      <w:r>
        <w:rPr>
          <w:b/>
        </w:rPr>
        <w:t xml:space="preserve">[30:07] </w:t>
      </w:r>
      <w:r>
        <w:t>To sabr karne walon ko jannat kyun milegi? Maine yeh samjha hai is se ke asal cheez yeh hai ke jannat mein woh insaan jayega jiske andar sakaratmak personality ho.</w:t>
      </w:r>
    </w:p>
    <w:p>
      <w:pPr>
        <w:jc w:val="right"/>
      </w:pPr>
      <w:r>
        <w:t>تو صبر کرنے والوں کو جنت کیوں ملے گی؟ میں نے یہ سمجھا ہے اس سے کہ اصل چیز یہ ہے کہ جنت میں وہ انسان جائے گا جس کے اندر مثبت پرسنیلٹی ہو۔</w:t>
      </w:r>
    </w:p>
    <w:p>
      <w:r>
        <w:rPr>
          <w:b/>
        </w:rPr>
        <w:t xml:space="preserve">[30:22] </w:t>
      </w:r>
      <w:r>
        <w:t>Sakaratmak personality wala insaan jannat mein nahin jayega.</w:t>
      </w:r>
    </w:p>
    <w:p>
      <w:pPr>
        <w:jc w:val="right"/>
      </w:pPr>
      <w:r>
        <w:t>مثبت پرسنیلٹی والا انسان جنت میں نہیں جائے گا۔</w:t>
      </w:r>
    </w:p>
    <w:p>
      <w:r>
        <w:rPr>
          <w:b/>
        </w:rPr>
        <w:t xml:space="preserve">[30:28] </w:t>
      </w:r>
      <w:r>
        <w:t>Jannat un logon ke liye hai jo saaf dil wale hon. Jo sakaratmak soch wale hon.</w:t>
      </w:r>
    </w:p>
    <w:p>
      <w:pPr>
        <w:jc w:val="right"/>
      </w:pPr>
      <w:r>
        <w:t>جنت ان لوگوں کے لیے ہے جو صاف دل والے ہوں۔ جو مثبت سوچ والے ہوں۔</w:t>
      </w:r>
    </w:p>
    <w:p>
      <w:r>
        <w:rPr>
          <w:b/>
        </w:rPr>
        <w:t xml:space="preserve">[30:40] </w:t>
      </w:r>
      <w:r>
        <w:t>Jinke andar kina, hasad, jhoot, dishonesty, intolerance, violence yeh sab cheezen na hon.</w:t>
      </w:r>
    </w:p>
    <w:p>
      <w:pPr>
        <w:jc w:val="right"/>
      </w:pPr>
      <w:r>
        <w:t>جن کے اندر کینہ، حسد، جھوٹ، ڈس آنیسٹی، انٹولرنس، وائلنس یہ سب چیزیں نہ ہوں۔</w:t>
      </w:r>
    </w:p>
    <w:p>
      <w:r>
        <w:rPr>
          <w:b/>
        </w:rPr>
        <w:t xml:space="preserve">[30:56] </w:t>
      </w:r>
      <w:r>
        <w:t>To yeh sab cheezon se apne ko bachane ke liye sirf is waqt mumkin hai jab ke aap sabr kar saken. Har waqt sabr karna padta hai.</w:t>
      </w:r>
    </w:p>
    <w:p>
      <w:pPr>
        <w:jc w:val="right"/>
      </w:pPr>
      <w:r>
        <w:t>تو یہ سب چیزوں سے اپنے کو بچانے کے لیے صرف اس وقت ممکن ہے جب کہ آپ صبر کر سکیں۔ ہر وقت صبر کرنا پڑتا ہے۔</w:t>
      </w:r>
    </w:p>
    <w:p>
      <w:r>
        <w:rPr>
          <w:b/>
        </w:rPr>
        <w:t xml:space="preserve">[31:08] </w:t>
      </w:r>
      <w:r>
        <w:t>Kisi ne sahi kaha ke har aadmi ke paas ek bahut bada qabristan hona chahiye. Har aadmi ke paas ek bahut bada qabristan hona chahiye.</w:t>
      </w:r>
    </w:p>
    <w:p>
      <w:pPr>
        <w:jc w:val="right"/>
      </w:pPr>
      <w:r>
        <w:t>کسی نے صحیح کہا کہ ہر آدمی کے پاس ایک بہت بڑا قبرستان ہونا چاہیے۔ ہر آدمی کے پاس ایک بہت بڑا قبرستان ہونا چاہیے۔</w:t>
      </w:r>
    </w:p>
    <w:p>
      <w:r>
        <w:rPr>
          <w:b/>
        </w:rPr>
        <w:t xml:space="preserve">[31:18] </w:t>
      </w:r>
      <w:r>
        <w:t>Jiske andar woh doosron ki ezaon ko dafan kar sake.</w:t>
      </w:r>
    </w:p>
    <w:p>
      <w:pPr>
        <w:jc w:val="right"/>
      </w:pPr>
      <w:r>
        <w:t>جس کے اندر وہ دوسروں کی ایذاؤں کو دفن کر سکے۔</w:t>
      </w:r>
    </w:p>
    <w:p>
      <w:r>
        <w:rPr>
          <w:b/>
        </w:rPr>
        <w:t xml:space="preserve">[31:25] </w:t>
      </w:r>
      <w:r>
        <w:t>Jab aadmi sataye, jab aadmi eza pahunchaye to usko dafan kar sake is qabristan mein.</w:t>
      </w:r>
    </w:p>
    <w:p>
      <w:pPr>
        <w:jc w:val="right"/>
      </w:pPr>
      <w:r>
        <w:t>جب آدمی ستائے، جب آدمی ایذا پہنچائے تو اس کو دفن کر سکے اس قبرستان میں۔</w:t>
      </w:r>
    </w:p>
    <w:p>
      <w:r>
        <w:rPr>
          <w:b/>
        </w:rPr>
        <w:t xml:space="preserve">[31:36] </w:t>
      </w:r>
      <w:r>
        <w:t>Yeh hai sabr. To yeh iska faida kya hota hai? Iska faida yeh hota hai ke aapke andar sakaratmak personality banti hai.</w:t>
      </w:r>
    </w:p>
    <w:p>
      <w:pPr>
        <w:jc w:val="right"/>
      </w:pPr>
      <w:r>
        <w:t>یہ ہے صبر۔ تو یہ اس کا فائدہ کیا ہوتا ہے؟ اس کا فائدہ یہ ہوتا ہے کہ آپ کے اندر مثبت پرسنیلٹی بنتی ہے۔</w:t>
      </w:r>
    </w:p>
    <w:p>
      <w:r>
        <w:rPr>
          <w:b/>
        </w:rPr>
        <w:t xml:space="preserve">[31:47] </w:t>
      </w:r>
      <w:r>
        <w:t>Aur agar aap aisa na karen to kya ho</w:t>
      </w:r>
    </w:p>
    <w:p>
      <w:pPr>
        <w:jc w:val="right"/>
      </w:pPr>
      <w:r>
        <w:t>اور اگر آپ ایسا نہ کریں تو کیا ہو</w:t>
      </w:r>
    </w:p>
    <w:p>
      <w:r>
        <w:rPr>
          <w:b/>
        </w:rPr>
        <w:t xml:space="preserve">[31:50] </w:t>
      </w:r>
      <w:r>
        <w:t>ga? Aapke andar sakaratmak personality banegi. Aur jannat mein sakaratmak personality walon ka koi kaam nahin hai.</w:t>
      </w:r>
    </w:p>
    <w:p>
      <w:pPr>
        <w:jc w:val="right"/>
      </w:pPr>
      <w:r>
        <w:t>گا؟ آپ کے اندر مثبت پرسنیلٹی بنے گی۔ اور جنت میں مثبت پرسنیلٹی والوں کا کوئی کام نہیں ہے۔</w:t>
      </w:r>
    </w:p>
    <w:p>
      <w:r>
        <w:rPr>
          <w:b/>
        </w:rPr>
        <w:t xml:space="preserve">[32:03] </w:t>
      </w:r>
      <w:r>
        <w:t>Woh to jannat mein ganda karenge.</w:t>
      </w:r>
    </w:p>
    <w:p>
      <w:pPr>
        <w:jc w:val="right"/>
      </w:pPr>
      <w:r>
        <w:t>وہ تو جنت میں گندا کریں گے۔</w:t>
      </w:r>
    </w:p>
    <w:p>
      <w:r>
        <w:rPr>
          <w:b/>
        </w:rPr>
        <w:t xml:space="preserve">[32:08] </w:t>
      </w:r>
      <w:r>
        <w:t>Haqeeqat yeh hai ke is duniya mein isi baat ka test liya ja raha hai. Duniya mein kyun Khuda ne har qism ki nakhushgawar baaten rakh dein?</w:t>
      </w:r>
    </w:p>
    <w:p>
      <w:pPr>
        <w:jc w:val="right"/>
      </w:pPr>
      <w:r>
        <w:t>حقیقت یہ ہے کہ اس دنیا میں اسی بات کا ٹیسٹ لیا جا رہا ہے۔ دنیا میں کیوں خدا نے ہر قسم کے ناخوشگوار باتیں رکھ دیں؟</w:t>
      </w:r>
    </w:p>
    <w:p>
      <w:r>
        <w:rPr>
          <w:b/>
        </w:rPr>
        <w:t xml:space="preserve">[32:20] </w:t>
      </w:r>
      <w:r>
        <w:t>Isi liye rakh dein ke aap Khuda test le raha hai ke sari nakhushgawariyon ke bawajood, pasand ke khilaf baaton ke bawajood,</w:t>
      </w:r>
    </w:p>
    <w:p>
      <w:pPr>
        <w:jc w:val="right"/>
      </w:pPr>
      <w:r>
        <w:t>اسی لیے رکھ دیں کہ آپ خدا ٹیسٹ لے رہا ہے کہ ساری ناخوشگواریوں کے باوجود، پسند کے خلاف باتوں کے باوجود،</w:t>
      </w:r>
    </w:p>
    <w:p>
      <w:r>
        <w:rPr>
          <w:b/>
        </w:rPr>
        <w:t xml:space="preserve">[32:35] </w:t>
      </w:r>
      <w:r>
        <w:t>Kya aap reh sakte hain sakaratmak sochne wale ban kar? Yahi to qeemat hai jannat ki.</w:t>
      </w:r>
    </w:p>
    <w:p>
      <w:pPr>
        <w:jc w:val="right"/>
      </w:pPr>
      <w:r>
        <w:t>کیا آپ رہ سکتے ہیں مثبت سوچنے والے بن کر؟ یہی تو قیمت ہے جنت کی۔</w:t>
      </w:r>
    </w:p>
    <w:p>
      <w:r>
        <w:rPr>
          <w:b/>
        </w:rPr>
        <w:t xml:space="preserve">[32:46] </w:t>
      </w:r>
      <w:r>
        <w:t>Yahi to jannat ki qeemat hai.</w:t>
      </w:r>
    </w:p>
    <w:p>
      <w:pPr>
        <w:jc w:val="right"/>
      </w:pPr>
      <w:r>
        <w:t>یہی تو جنت کی قیمت ہے۔</w:t>
      </w:r>
    </w:p>
    <w:p>
      <w:r>
        <w:rPr>
          <w:b/>
        </w:rPr>
        <w:t xml:space="preserve">[32:53] </w:t>
      </w:r>
      <w:r>
        <w:t>Jannat kisi ko muft mein nahin milegi.</w:t>
      </w:r>
    </w:p>
    <w:p>
      <w:pPr>
        <w:jc w:val="right"/>
      </w:pPr>
      <w:r>
        <w:t>جنت کسی کو مفت میں نہیں ملے گی۔</w:t>
      </w:r>
    </w:p>
    <w:p>
      <w:r>
        <w:rPr>
          <w:b/>
        </w:rPr>
        <w:t xml:space="preserve">[32:58] </w:t>
      </w:r>
      <w:r>
        <w:t>Quran mein hai ke am hasibtum man tadkhulul jannata wa lamma ya'tikum mathalulladhina khalaw minkablikum massathumul baasa'u wadh dharra'u wa zulziloo yaani Rasool Allah ke jo saathi the jin ko hum Sahaba Karam kehte hain,</w:t>
      </w:r>
    </w:p>
    <w:p>
      <w:pPr>
        <w:jc w:val="right"/>
      </w:pPr>
      <w:r>
        <w:t>قرآن میں ہے کہ أَمْ حَسِبْتُمْ مَنْ تَدْخُلُ الجَنَّةَ وَلَمَّا يَأْتِكُمْ مَثْلُ الَّذِينَ خَلَوَ مِنْ قَبْلِكُمْ مَسَّتُهُمْ الْبَاصَاءُ وَالذَرَّاءُ وَذِلْذَلُوا یعنی رسول اللہ کے جو ساتھی تھے جن کو ہم صحابہ کرام کہتے ہیں،</w:t>
      </w:r>
    </w:p>
    <w:p>
      <w:r>
        <w:rPr>
          <w:b/>
        </w:rPr>
        <w:t xml:space="preserve">[33:16] </w:t>
      </w:r>
      <w:r>
        <w:t>un ko mukhatib kar ke kaha ja raha hai ke kya tum samajhte ho ke tum ko jannat mein dakhla mil jaye ga?</w:t>
      </w:r>
    </w:p>
    <w:p>
      <w:pPr>
        <w:jc w:val="right"/>
      </w:pPr>
      <w:r>
        <w:t>ان کو مخاطب کر کے کہا جا رہا ہے کہ کیا تم سمجھتے ہو کہ تم کو جنت میں داخلہ مل جائے گا؟</w:t>
      </w:r>
    </w:p>
    <w:p>
      <w:r>
        <w:rPr>
          <w:b/>
        </w:rPr>
        <w:t xml:space="preserve">[33:27] </w:t>
      </w:r>
      <w:r>
        <w:t>halan ke abhi tum par woh museebatein guzri nahi.</w:t>
      </w:r>
    </w:p>
    <w:p>
      <w:pPr>
        <w:jc w:val="right"/>
      </w:pPr>
      <w:r>
        <w:t>حالانکہ ابھی تم پر وہ مصیبتیں گزری نہیں۔</w:t>
      </w:r>
    </w:p>
    <w:p>
      <w:r>
        <w:rPr>
          <w:b/>
        </w:rPr>
        <w:t xml:space="preserve">[33:33] </w:t>
      </w:r>
      <w:r>
        <w:t>tum museebatein is liye nahi aati khuda ko, kya khuda ko pasand hai ke hum museebaton mein rahein? aisa kabhi nahi ho sakta.</w:t>
      </w:r>
    </w:p>
    <w:p>
      <w:pPr>
        <w:jc w:val="right"/>
      </w:pPr>
      <w:r>
        <w:t>تم مصیبتیں اس لیے نہیں آتی خدا کو، کیا خدا کو پسند ہے کہ ہم مصیبتوں میں رہیں؟ ایسا کبھی نہیں ہو سکتا۔</w:t>
      </w:r>
    </w:p>
    <w:p>
      <w:r>
        <w:rPr>
          <w:b/>
        </w:rPr>
        <w:t xml:space="preserve">[33:44] </w:t>
      </w:r>
      <w:r>
        <w:t>Allah ki shan to rehmat ki shan hai.</w:t>
      </w:r>
    </w:p>
    <w:p>
      <w:pPr>
        <w:jc w:val="right"/>
      </w:pPr>
      <w:r>
        <w:t>اللہ کی شان تو رحمت کی شان ہے۔</w:t>
      </w:r>
    </w:p>
    <w:p>
      <w:r>
        <w:rPr>
          <w:b/>
        </w:rPr>
        <w:t xml:space="preserve">[33:49] </w:t>
      </w:r>
      <w:r>
        <w:t>asal cheez yeh hai ke hamare andar woh personality nahi banti baghair is ke ke hum naghwargir baatun se guzrein.</w:t>
      </w:r>
    </w:p>
    <w:p>
      <w:pPr>
        <w:jc w:val="right"/>
      </w:pPr>
      <w:r>
        <w:t>اصل چیز یہ ہے کہ ہمارے اندر وہ پرسنیلٹی نہیں بنتی بغیر اس کے کہ ہم ناخوشگوار باتوں سے گزریں۔</w:t>
      </w:r>
    </w:p>
    <w:p>
      <w:r>
        <w:rPr>
          <w:b/>
        </w:rPr>
        <w:t xml:space="preserve">[33:58] </w:t>
      </w:r>
      <w:r>
        <w:t>yani ghussa ke asbab ke bawajood ghussa na ho. nafrat ke asbab ke bawajood nafrat na karein.</w:t>
      </w:r>
    </w:p>
    <w:p>
      <w:pPr>
        <w:jc w:val="right"/>
      </w:pPr>
      <w:r>
        <w:t>یعنی غصہ کے اسباب کے باوجود غصہ نہ ہوں۔ نفرت کے اسباب کے باوجود نفرت نہ کریں۔</w:t>
      </w:r>
    </w:p>
    <w:p>
      <w:r>
        <w:rPr>
          <w:b/>
        </w:rPr>
        <w:t xml:space="preserve">[34:11] </w:t>
      </w:r>
      <w:r>
        <w:t>hasad ke asbab ke bawajood hasad aur jalan se bache rahein, bachaye rakhein apne aap ko.</w:t>
      </w:r>
    </w:p>
    <w:p>
      <w:pPr>
        <w:jc w:val="right"/>
      </w:pPr>
      <w:r>
        <w:t>حسد کے اسباب کے باوجود حسد اور جلن سے بچے رہیں، بچائے رکھیں اپنے آپ کو۔</w:t>
      </w:r>
    </w:p>
    <w:p>
      <w:r>
        <w:rPr>
          <w:b/>
        </w:rPr>
        <w:t xml:space="preserve">[34:19] </w:t>
      </w:r>
      <w:r>
        <w:t>namuwafiq baaton ke andar bhi hum bardasht kar ke reh sakein.</w:t>
      </w:r>
    </w:p>
    <w:p>
      <w:pPr>
        <w:jc w:val="right"/>
      </w:pPr>
      <w:r>
        <w:t>ناموافق باتوں کے اندر بھی ہم برداشت کر کے رہ سکیں۔</w:t>
      </w:r>
    </w:p>
    <w:p>
      <w:r>
        <w:rPr>
          <w:b/>
        </w:rPr>
        <w:t xml:space="preserve">[34:25] </w:t>
      </w:r>
      <w:r>
        <w:t>apne dushman se bhi mohabbat kar ke reh sakein.</w:t>
      </w:r>
    </w:p>
    <w:p>
      <w:pPr>
        <w:jc w:val="right"/>
      </w:pPr>
      <w:r>
        <w:t>اپنے دشمن سے بھی محبت کر کے رہ سکیں۔</w:t>
      </w:r>
    </w:p>
    <w:p>
      <w:r>
        <w:rPr>
          <w:b/>
        </w:rPr>
        <w:t xml:space="preserve">[34:31] </w:t>
      </w:r>
      <w:r>
        <w:t>tashaddud ke halaat mein bhi apne aap ko tashaddud se bachayein.</w:t>
      </w:r>
    </w:p>
    <w:p>
      <w:pPr>
        <w:jc w:val="right"/>
      </w:pPr>
      <w:r>
        <w:t>تشدد کے حالات میں بھی اپنے آپ کو تشدد سے بچائیں۔</w:t>
      </w:r>
    </w:p>
    <w:p>
      <w:r>
        <w:rPr>
          <w:b/>
        </w:rPr>
        <w:t xml:space="preserve">[34:38] </w:t>
      </w:r>
      <w:r>
        <w:t>doosron se hum ko kuch na mil raha ho, tab bhi unhein dein.</w:t>
      </w:r>
    </w:p>
    <w:p>
      <w:pPr>
        <w:jc w:val="right"/>
      </w:pPr>
      <w:r>
        <w:t>دوسروں سے ہم کو کچھ نہ مل رہا ہو، تب بھی انہیں دیں۔</w:t>
      </w:r>
    </w:p>
    <w:p>
      <w:r>
        <w:rPr>
          <w:b/>
        </w:rPr>
        <w:t xml:space="preserve">[34:46] </w:t>
      </w:r>
      <w:r>
        <w:t>yeh sab hain jannat ki shartein.</w:t>
      </w:r>
    </w:p>
    <w:p>
      <w:pPr>
        <w:jc w:val="right"/>
      </w:pPr>
      <w:r>
        <w:t>یہ سب ہیں جنت کی شرطیں۔</w:t>
      </w:r>
    </w:p>
    <w:p>
      <w:r>
        <w:rPr>
          <w:b/>
        </w:rPr>
        <w:t xml:space="preserve">[34:52] </w:t>
      </w:r>
      <w:r>
        <w:t>yeh woh cheezein hain jo insaan ko jannati personality banati hain. jannati personality.</w:t>
      </w:r>
    </w:p>
    <w:p>
      <w:pPr>
        <w:jc w:val="right"/>
      </w:pPr>
      <w:r>
        <w:t>یہ وہ چیزیں ہیں جو انسان کو جنتی شخصیت بناتی ہیں۔ جنتی شخصیت۔</w:t>
      </w:r>
    </w:p>
    <w:p>
      <w:r>
        <w:rPr>
          <w:b/>
        </w:rPr>
        <w:t xml:space="preserve">[35:02] </w:t>
      </w:r>
      <w:r>
        <w:t>yeh cheezein insaan ko jannati personality banati hain. dekhein, Quran majeed mein hai ke</w:t>
      </w:r>
    </w:p>
    <w:p>
      <w:pPr>
        <w:jc w:val="right"/>
      </w:pPr>
      <w:r>
        <w:t>یہ چیزیں انسان کو جنتی شخصیت بناتی ہیں۔ دیکھیں، قرآن مجید میں ہے کہ</w:t>
      </w:r>
    </w:p>
    <w:p>
      <w:r>
        <w:rPr>
          <w:b/>
        </w:rPr>
        <w:t xml:space="preserve">[35:13] </w:t>
      </w:r>
      <w:r>
        <w:t>wa izaa ma ghadiboo hum yaghfiroon jab unhein ghussa aata hai to maaf kar dete hain. is ka matlab nahi ke ghussa hi nahi aaya to maaf kar diya.</w:t>
      </w:r>
    </w:p>
    <w:p>
      <w:pPr>
        <w:jc w:val="right"/>
      </w:pPr>
      <w:r>
        <w:t>وَإِذَا مَا غَضِبُوهُمْ يَغْفِرُونَ جب انہیں غصہ آتا ہے تو معاف کر دیتے ہیں۔ اس کا مطلب نہیں کہ غصہ ہی نہیں آیا تو معاف کر دیا۔</w:t>
      </w:r>
    </w:p>
    <w:p>
      <w:r>
        <w:rPr>
          <w:b/>
        </w:rPr>
        <w:t xml:space="preserve">[35:23] </w:t>
      </w:r>
      <w:r>
        <w:t>wa izaa ma gha</w:t>
      </w:r>
    </w:p>
    <w:p>
      <w:pPr>
        <w:jc w:val="right"/>
      </w:pPr>
      <w:r>
        <w:t>وَإِذَا مَا غَض</w:t>
      </w:r>
    </w:p>
    <w:p>
      <w:r>
        <w:rPr>
          <w:b/>
        </w:rPr>
        <w:t xml:space="preserve">[35:24] </w:t>
      </w:r>
      <w:r>
        <w:t>iboo jab unhein ghussa aata hai to maaf kar dete hain.</w:t>
      </w:r>
    </w:p>
    <w:p>
      <w:pPr>
        <w:jc w:val="right"/>
      </w:pPr>
      <w:r>
        <w:t>ِبُوا جب انہیں غصہ آتا ہے تو معاف کر دیتے ہیں۔</w:t>
      </w:r>
    </w:p>
    <w:p>
      <w:r>
        <w:rPr>
          <w:b/>
        </w:rPr>
        <w:t xml:space="preserve">[35:30] </w:t>
      </w:r>
      <w:r>
        <w:t>isi tarah se Quran mein hai ke wal kazibeen al ghaiz wal afina anil naas yani ghusse ko pee jane wale.</w:t>
      </w:r>
    </w:p>
    <w:p>
      <w:pPr>
        <w:jc w:val="right"/>
      </w:pPr>
      <w:r>
        <w:t>اسی طرح سے قرآن میں ہے کہ وَالْكَاذَبِينَ الْغَيْظِ وَالْكَاذَبِينَ الْغَيْظِ وَالْعَافِينَ عَنِ النَّاسِ یعنی غصے کو پی جانے والے۔</w:t>
      </w:r>
    </w:p>
    <w:p>
      <w:r>
        <w:rPr>
          <w:b/>
        </w:rPr>
        <w:t xml:space="preserve">[35:43] </w:t>
      </w:r>
      <w:r>
        <w:t>wal kazibeen al ghaiz ghusse ko pee jane wale.</w:t>
      </w:r>
    </w:p>
    <w:p>
      <w:pPr>
        <w:jc w:val="right"/>
      </w:pPr>
      <w:r>
        <w:t>وَالْكَاذَبِينَ الْغَيْظِ غصے کو پی جانے والے۔</w:t>
      </w:r>
    </w:p>
    <w:p>
      <w:r>
        <w:rPr>
          <w:b/>
        </w:rPr>
        <w:t xml:space="preserve">[35:47] </w:t>
      </w:r>
      <w:r>
        <w:t>dekhein, yahan yeh nahi farmaya ke wal faqidena al ghaiz. faqidena ka matlab hota hai na hona.</w:t>
      </w:r>
    </w:p>
    <w:p>
      <w:pPr>
        <w:jc w:val="right"/>
      </w:pPr>
      <w:r>
        <w:t>دیکھیں، یہاں یہ نہیں فرمایا کہ وَالْفَاقِدِينَ الْغَيْظِ فاقدین کا مطلب ہوتا ہے نہ ہونا۔</w:t>
      </w:r>
    </w:p>
    <w:p>
      <w:r>
        <w:rPr>
          <w:b/>
        </w:rPr>
        <w:t xml:space="preserve">[35:57] </w:t>
      </w:r>
      <w:r>
        <w:t>yani aise log jin ke andar ghussa na ho. nahi, farmaya ke wal kazibeen al ghaiz woh saaya maroof hai, pee gaye.</w:t>
      </w:r>
    </w:p>
    <w:p>
      <w:pPr>
        <w:jc w:val="right"/>
      </w:pPr>
      <w:r>
        <w:t>یعنی ایسے لوگ جن کے اندر غصہ نہ ہو۔ نہیں، فرمایا کہ وَالْكَاذَبِينَ الْغَيْظِ وہ سایہ معروف ہے، پی گئے۔</w:t>
      </w:r>
    </w:p>
    <w:p>
      <w:r>
        <w:rPr>
          <w:b/>
        </w:rPr>
        <w:t xml:space="preserve">[36:07] </w:t>
      </w:r>
      <w:r>
        <w:t>woh saaya magar bhadke nahi. woh saaya magar mushtael nahi hue.</w:t>
      </w:r>
    </w:p>
    <w:p>
      <w:pPr>
        <w:jc w:val="right"/>
      </w:pPr>
      <w:r>
        <w:t>وہ سایہ مگر بھڑکے نہیں۔ وہ سایہ مگر مشتعل نہیں ہوئے۔</w:t>
      </w:r>
    </w:p>
    <w:p>
      <w:r>
        <w:rPr>
          <w:b/>
        </w:rPr>
        <w:t xml:space="preserve">[36:15] </w:t>
      </w:r>
      <w:r>
        <w:t>to insaan to Khuda ne aisa insaan nahi banaya hai jin ke ghusse hi na aaye.</w:t>
      </w:r>
    </w:p>
    <w:p>
      <w:pPr>
        <w:jc w:val="right"/>
      </w:pPr>
      <w:r>
        <w:t>تو انسان تو خدا نے ایسا انسان نہیں بنایا ہے جن کے غصے ہی نہ آئے۔</w:t>
      </w:r>
    </w:p>
    <w:p>
      <w:r>
        <w:rPr>
          <w:b/>
        </w:rPr>
        <w:t xml:space="preserve">[36:24] </w:t>
      </w:r>
      <w:r>
        <w:t>ghusse hi na aaye, yeh nahi hai.</w:t>
      </w:r>
    </w:p>
    <w:p>
      <w:pPr>
        <w:jc w:val="right"/>
      </w:pPr>
      <w:r>
        <w:t>غصے ہی نہ آئے، یہ نہیں ہے۔</w:t>
      </w:r>
    </w:p>
    <w:p>
      <w:r>
        <w:rPr>
          <w:b/>
        </w:rPr>
        <w:t xml:space="preserve">[36:30] </w:t>
      </w:r>
      <w:r>
        <w:t>ghussa to aayega lekin ghusse ko andar hi andar minus karna parega.</w:t>
      </w:r>
    </w:p>
    <w:p>
      <w:pPr>
        <w:jc w:val="right"/>
      </w:pPr>
      <w:r>
        <w:t>غصہ تو آئے گا لیکن غصے کو اندر ہی اندر مائنس کرنا پڑے گا۔</w:t>
      </w:r>
    </w:p>
    <w:p>
      <w:r>
        <w:rPr>
          <w:b/>
        </w:rPr>
        <w:t xml:space="preserve">[36:40] </w:t>
      </w:r>
      <w:r>
        <w:t>you have to know the art of anger management</w:t>
      </w:r>
    </w:p>
    <w:p>
      <w:pPr>
        <w:jc w:val="right"/>
      </w:pPr>
      <w:r>
        <w:t>You have to know the art of anger management</w:t>
      </w:r>
    </w:p>
    <w:p>
      <w:r>
        <w:rPr>
          <w:b/>
        </w:rPr>
        <w:t xml:space="preserve">[36:46] </w:t>
      </w:r>
      <w:r>
        <w:t>to saare jazbaat aayenge, aap ko minus karna padega.</w:t>
      </w:r>
    </w:p>
    <w:p>
      <w:pPr>
        <w:jc w:val="right"/>
      </w:pPr>
      <w:r>
        <w:t>تو سارے جذبات آئیں گے، آپ کو مائنس کرنا پڑے گا۔</w:t>
      </w:r>
    </w:p>
    <w:p>
      <w:r>
        <w:rPr>
          <w:b/>
        </w:rPr>
        <w:t xml:space="preserve">[36:53] </w:t>
      </w:r>
      <w:r>
        <w:t>nafrat ke jazbaat aayenge, hasad ke jazbaat aayenge, ishtia'al bhadkega dil ke andar. saare manfi jazbaat dil ke andar aayenge lekin aap ko minus karna padega.</w:t>
      </w:r>
    </w:p>
    <w:p>
      <w:pPr>
        <w:jc w:val="right"/>
      </w:pPr>
      <w:r>
        <w:t>نفرت کے جذبات آئیں گے، حسد کے جذبات آئیں گے، اشتعال بھڑکے گا دل کے اندر۔ سارے منفی جذبات دل کے اندر آئیں گے لیکن آپ کو مائنس کرنا پڑے گا۔</w:t>
      </w:r>
    </w:p>
    <w:p>
      <w:r>
        <w:rPr>
          <w:b/>
        </w:rPr>
        <w:t xml:space="preserve">[37:06] </w:t>
      </w:r>
      <w:r>
        <w:t>yeh minus karna jo hai, yeh misbat ravaiyya hai. aur jinke andar misbat ravaiyya ho, wahi woh log hain jo jannat mein jayenge.</w:t>
      </w:r>
    </w:p>
    <w:p>
      <w:pPr>
        <w:jc w:val="right"/>
      </w:pPr>
      <w:r>
        <w:t>یہ مائنس کرنا جو ہے، یہ مثبت رویہ ہے۔ اور جن کے اندر مثبت رویہ ہو، وہی وہ لوگ ہیں جو جنت میں جائیں گے۔</w:t>
      </w:r>
    </w:p>
    <w:p>
      <w:r>
        <w:rPr>
          <w:b/>
        </w:rPr>
        <w:t xml:space="preserve">[37:20] </w:t>
      </w:r>
      <w:r>
        <w:t>quran mein aata hai ke la yasma'oona fiya laghwatan wa la ta'seeman illa qeelan salaman salaman jannat mein har taraf peace hi peace hoga.</w:t>
      </w:r>
    </w:p>
    <w:p>
      <w:pPr>
        <w:jc w:val="right"/>
      </w:pPr>
      <w:r>
        <w:t>قرآن میں آتا ہے کہ لَا يَسْمَعُونَ فِيَا لَغْوَةٍ وَلَا تَاسِيمًا إِلَّا قِيلًا سَلَامًا سَلَامًا جنت میں ہر طرف پیس ہی پیس ہوگا۔</w:t>
      </w:r>
    </w:p>
    <w:p>
      <w:r>
        <w:rPr>
          <w:b/>
        </w:rPr>
        <w:t xml:space="preserve">[37:35] </w:t>
      </w:r>
      <w:r>
        <w:t>jannat ek peace heaven hai. jannat darussalam hai. hum ko apne andar</w:t>
      </w:r>
    </w:p>
    <w:p>
      <w:pPr>
        <w:jc w:val="right"/>
      </w:pPr>
      <w:r>
        <w:t>جنت ایک پیس ہیون ہے۔ جنت دارالسلام ہے۔ ہم کو اپنے اندر</w:t>
      </w:r>
    </w:p>
    <w:p>
      <w:r>
        <w:rPr>
          <w:b/>
        </w:rPr>
        <w:t xml:space="preserve">[37:46] </w:t>
      </w:r>
      <w:r>
        <w:t>aman se bhari hui shakhsiyat banana hai. mohabbat se bhari hui shakhsiyat banana hai. tab bhi hum ko jannat mein jagah milegi.</w:t>
      </w:r>
    </w:p>
    <w:p>
      <w:pPr>
        <w:jc w:val="right"/>
      </w:pPr>
      <w:r>
        <w:t>امن سے بھری ہوئی شخصیت بنانا ہے۔ محبت سے بھری ہوئی شخصیت بنانا ہے۔ تب بھی ہم کو جنت میں جگہ ملے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