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Road to Paradise December 11, 2016</w:t>
      </w:r>
    </w:p>
    <w:p>
      <w:r>
        <w:t>https://www.youtube.com/watch?v=iW2QmcY1_yU</w:t>
      </w:r>
    </w:p>
    <w:p>
      <w:r>
        <w:rPr>
          <w:b/>
        </w:rPr>
        <w:t xml:space="preserve">[00:13] </w:t>
      </w:r>
      <w:r>
        <w:t>bismillah hir rahman nir rahim.</w:t>
      </w:r>
    </w:p>
    <w:p>
      <w:pPr>
        <w:jc w:val="right"/>
      </w:pPr>
      <w:r>
        <w:t>بسم اللہ الرحمن الرحیم۔</w:t>
      </w:r>
    </w:p>
    <w:p>
      <w:r>
        <w:rPr>
          <w:b/>
        </w:rPr>
        <w:t xml:space="preserve">[00:20] </w:t>
      </w:r>
      <w:r>
        <w:t>wasallallahu ala nabiyil karim.</w:t>
      </w:r>
    </w:p>
    <w:p>
      <w:pPr>
        <w:jc w:val="right"/>
      </w:pPr>
      <w:r>
        <w:t>وصلی اللہ علی نبی الکریم۔</w:t>
      </w:r>
    </w:p>
    <w:p>
      <w:r>
        <w:rPr>
          <w:b/>
        </w:rPr>
        <w:t xml:space="preserve">[00:27]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[00:34] </w:t>
      </w:r>
      <w:r>
        <w:t>gyarah december do hazar solah.</w:t>
      </w:r>
    </w:p>
    <w:p>
      <w:pPr>
        <w:jc w:val="right"/>
      </w:pPr>
      <w:r>
        <w:t>گیارہ December دو ہزار سولہ۔</w:t>
      </w:r>
    </w:p>
    <w:p>
      <w:r>
        <w:rPr>
          <w:b/>
        </w:rPr>
        <w:t xml:space="preserve">[00:41] </w:t>
      </w:r>
      <w:r>
        <w:t>aaj mein ne allah ki aik ajeeb rehmat ko daryaft kiya, ajeeb blessing.</w:t>
      </w:r>
    </w:p>
    <w:p>
      <w:pPr>
        <w:jc w:val="right"/>
      </w:pPr>
      <w:r>
        <w:t>آج میں نے اللہ کی ایک عجیب رحمت کو دریافت کیا، عجیب blessing۔</w:t>
      </w:r>
    </w:p>
    <w:p>
      <w:r>
        <w:rPr>
          <w:b/>
        </w:rPr>
        <w:t xml:space="preserve">[00:48] </w:t>
      </w:r>
      <w:r>
        <w:t>woh aik ayat mein thi lekin mein aaj hi us ko theek tor par samajh paya.</w:t>
      </w:r>
    </w:p>
    <w:p>
      <w:pPr>
        <w:jc w:val="right"/>
      </w:pPr>
      <w:r>
        <w:t>وہ ایک آیت میں تھی لیکن میں آج ہی اس کو ٹھیک طور پر سمجھ پایا۔</w:t>
      </w:r>
    </w:p>
    <w:p>
      <w:r>
        <w:rPr>
          <w:b/>
        </w:rPr>
        <w:t xml:space="preserve">[00:55] </w:t>
      </w:r>
      <w:r>
        <w:t>ji quran ki aik surah hai an-naml.</w:t>
      </w:r>
    </w:p>
    <w:p>
      <w:pPr>
        <w:jc w:val="right"/>
      </w:pPr>
      <w:r>
        <w:t>جی قرآن کی ایک سورہ ہے النمل۔</w:t>
      </w:r>
    </w:p>
    <w:p>
      <w:r>
        <w:rPr>
          <w:b/>
        </w:rPr>
        <w:t xml:space="preserve">[01:02] </w:t>
      </w:r>
      <w:r>
        <w:t>an-naml ki ayat number eighty-eight mein yeh hai: sunanallahi alladhi atqana kulla shai'in yani yeh word jo</w:t>
      </w:r>
    </w:p>
    <w:p>
      <w:pPr>
        <w:jc w:val="right"/>
      </w:pPr>
      <w:r>
        <w:t>النمل کی آیت نمبر eighty-eight میں یہ ہے: سُنَى اللَّهِ الَّذِي أَتْقَنَا كُلَّ شَيْءٍ یعنی یہ word جو</w:t>
      </w:r>
    </w:p>
    <w:p>
      <w:r>
        <w:rPr>
          <w:b/>
        </w:rPr>
        <w:t xml:space="preserve">[01:09] </w:t>
      </w:r>
      <w:r>
        <w:t>hai yeh allah ka work hai.</w:t>
      </w:r>
    </w:p>
    <w:p>
      <w:pPr>
        <w:jc w:val="right"/>
      </w:pPr>
      <w:r>
        <w:t>ہے یہ اللہ کا work ہے۔</w:t>
      </w:r>
    </w:p>
    <w:p>
      <w:r>
        <w:rPr>
          <w:b/>
        </w:rPr>
        <w:t xml:space="preserve">[01:16] </w:t>
      </w:r>
      <w:r>
        <w:t>allah ki takhleeq hai.</w:t>
      </w:r>
    </w:p>
    <w:p>
      <w:pPr>
        <w:jc w:val="right"/>
      </w:pPr>
      <w:r>
        <w:t>اللہ کی تخلیق ہے۔</w:t>
      </w:r>
    </w:p>
    <w:p>
      <w:r>
        <w:rPr>
          <w:b/>
        </w:rPr>
        <w:t xml:space="preserve">[01:23] </w:t>
      </w:r>
      <w:r>
        <w:t>allah ne har cheez ko perfect banaya.</w:t>
      </w:r>
    </w:p>
    <w:p>
      <w:pPr>
        <w:jc w:val="right"/>
      </w:pPr>
      <w:r>
        <w:t>اللہ نے ہر چیز کو perfect بنایا۔</w:t>
      </w:r>
    </w:p>
    <w:p>
      <w:r>
        <w:rPr>
          <w:b/>
        </w:rPr>
        <w:t xml:space="preserve">[01:30] </w:t>
      </w:r>
      <w:r>
        <w:t>perfect creation ka matlab kya hai? yeh perfection insaan ki nisbat se hai.</w:t>
      </w:r>
    </w:p>
    <w:p>
      <w:pPr>
        <w:jc w:val="right"/>
      </w:pPr>
      <w:r>
        <w:t>Perfect creation کا مطلب کیا ہے؟ یہ perfection انسان کی نسبت سے ہے۔</w:t>
      </w:r>
    </w:p>
    <w:p>
      <w:r>
        <w:rPr>
          <w:b/>
        </w:rPr>
        <w:t xml:space="preserve">[01:37] </w:t>
      </w:r>
      <w:r>
        <w:t>yani insaan ki nisbat se perfect.</w:t>
      </w:r>
    </w:p>
    <w:p>
      <w:pPr>
        <w:jc w:val="right"/>
      </w:pPr>
      <w:r>
        <w:t>یعنی انسان کی نسبت سے perfect۔</w:t>
      </w:r>
    </w:p>
    <w:p>
      <w:r>
        <w:rPr>
          <w:b/>
        </w:rPr>
        <w:t xml:space="preserve">[01:44] </w:t>
      </w:r>
      <w:r>
        <w:t>to yeh kaha jata hai ke.</w:t>
      </w:r>
    </w:p>
    <w:p>
      <w:pPr>
        <w:jc w:val="right"/>
      </w:pPr>
      <w:r>
        <w:t>تو یہ کہا جاتا ہے کہ۔</w:t>
      </w:r>
    </w:p>
    <w:p>
      <w:r>
        <w:rPr>
          <w:b/>
        </w:rPr>
        <w:t xml:space="preserve">[01:51] </w:t>
      </w:r>
      <w:r>
        <w:t>aur word is custom made word.</w:t>
      </w:r>
    </w:p>
    <w:p>
      <w:pPr>
        <w:jc w:val="right"/>
      </w:pPr>
      <w:r>
        <w:t>اور word is custom made word۔</w:t>
      </w:r>
    </w:p>
    <w:p>
      <w:r>
        <w:rPr>
          <w:b/>
        </w:rPr>
        <w:t xml:space="preserve">[01:58] </w:t>
      </w:r>
      <w:r>
        <w:t>lekin mein is ko literal sense mein leta tha ab tak.</w:t>
      </w:r>
    </w:p>
    <w:p>
      <w:pPr>
        <w:jc w:val="right"/>
      </w:pPr>
      <w:r>
        <w:t>لیکن میں اس کو literal sense میں لیتا تھا اب تک۔</w:t>
      </w:r>
    </w:p>
    <w:p>
      <w:r>
        <w:rPr>
          <w:b/>
        </w:rPr>
        <w:t xml:space="preserve">[02:05] </w:t>
      </w:r>
      <w:r>
        <w:t>yani hamari jo material need hai us ke mutabiq.</w:t>
      </w:r>
    </w:p>
    <w:p>
      <w:pPr>
        <w:jc w:val="right"/>
      </w:pPr>
      <w:r>
        <w:t>یعنی ہماری جو material need ہے اس کے مطابق۔</w:t>
      </w:r>
    </w:p>
    <w:p>
      <w:r>
        <w:rPr>
          <w:b/>
        </w:rPr>
        <w:t xml:space="preserve">[02:12] </w:t>
      </w:r>
      <w:r>
        <w:t>lekin aaj mujhe samajh mein aya ke yeh is se ziyada bari baat hai.</w:t>
      </w:r>
    </w:p>
    <w:p>
      <w:pPr>
        <w:jc w:val="right"/>
      </w:pPr>
      <w:r>
        <w:t>لیکن آج مجھے سمجھ میں آیا کہ یہ اس سے زیادہ بڑی بات ہے۔</w:t>
      </w:r>
    </w:p>
    <w:p>
      <w:r>
        <w:rPr>
          <w:b/>
        </w:rPr>
        <w:t xml:space="preserve">[02:19] </w:t>
      </w:r>
      <w:r>
        <w:t>woh custom made hai is aitbar se ke hum ko zindagi ki reality ko bataye.</w:t>
      </w:r>
    </w:p>
    <w:p>
      <w:pPr>
        <w:jc w:val="right"/>
      </w:pPr>
      <w:r>
        <w:t>وہ custom made ہے اس اعتبار سے کہ ہم کو زندگی کی reality کو بتائے۔</w:t>
      </w:r>
    </w:p>
    <w:p>
      <w:r>
        <w:rPr>
          <w:b/>
        </w:rPr>
        <w:t xml:space="preserve">[02:26] </w:t>
      </w:r>
      <w:r>
        <w:t>hum ko paradise ka introduction ban jaye hamare liye.</w:t>
      </w:r>
    </w:p>
    <w:p>
      <w:pPr>
        <w:jc w:val="right"/>
      </w:pPr>
      <w:r>
        <w:t>ہم کو paradise کا introduction بن جائے ہمارے لیے۔</w:t>
      </w:r>
    </w:p>
    <w:p>
      <w:r>
        <w:rPr>
          <w:b/>
        </w:rPr>
        <w:t xml:space="preserve">[02:33] </w:t>
      </w:r>
      <w:r>
        <w:t>marifat ka clue hamein is mein mile.</w:t>
      </w:r>
    </w:p>
    <w:p>
      <w:pPr>
        <w:jc w:val="right"/>
      </w:pPr>
      <w:r>
        <w:t>معرفت کا clue ہمیں اس میں ملے۔</w:t>
      </w:r>
    </w:p>
    <w:p>
      <w:r>
        <w:rPr>
          <w:b/>
        </w:rPr>
        <w:t xml:space="preserve">[02:40] </w:t>
      </w:r>
      <w:r>
        <w:t>is lihaz se custom made hai woh.</w:t>
      </w:r>
    </w:p>
    <w:p>
      <w:pPr>
        <w:jc w:val="right"/>
      </w:pPr>
      <w:r>
        <w:t>اس لحاظ سے custom made ہے وہ۔</w:t>
      </w:r>
    </w:p>
    <w:p>
      <w:r>
        <w:rPr>
          <w:b/>
        </w:rPr>
        <w:t xml:space="preserve">[02:47] </w:t>
      </w:r>
      <w:r>
        <w:t>to mein yeh keh sakta hoon ke poora world, poori material world woh aik illustration hai in baton</w:t>
      </w:r>
    </w:p>
    <w:p>
      <w:pPr>
        <w:jc w:val="right"/>
      </w:pPr>
      <w:r>
        <w:t>تو میں یہ کہہ سکتا ہوں کہ پورا world، پوری material world وہ ایک illustration ہے ان باتوں</w:t>
      </w:r>
    </w:p>
    <w:p>
      <w:r>
        <w:rPr>
          <w:b/>
        </w:rPr>
        <w:t xml:space="preserve">[02:54] </w:t>
      </w:r>
      <w:r>
        <w:t>ka jis mein hamein jeena hai aur jo hamein jannat tak pohnchaney wala hai.</w:t>
      </w:r>
    </w:p>
    <w:p>
      <w:pPr>
        <w:jc w:val="right"/>
      </w:pPr>
      <w:r>
        <w:t>کا جس میں ہمیں جینا ہے اور جو ہمیں جنت تک پہنچانے والا ہے۔</w:t>
      </w:r>
    </w:p>
    <w:p>
      <w:r>
        <w:rPr>
          <w:b/>
        </w:rPr>
        <w:t xml:space="preserve">[03:01] </w:t>
      </w:r>
      <w:r>
        <w:t>mein ne socha ke jo hamare jo baray baray mind thay, baray baray mind philosopher aur thinker unhon</w:t>
      </w:r>
    </w:p>
    <w:p>
      <w:pPr>
        <w:jc w:val="right"/>
      </w:pPr>
      <w:r>
        <w:t>میں نے سوچا کہ جو ہمارے جو بڑے بڑے mind تھے، بڑے بڑے mind philosopher اور thinker انہوں</w:t>
      </w:r>
    </w:p>
    <w:p>
      <w:r>
        <w:rPr>
          <w:b/>
        </w:rPr>
        <w:t xml:space="preserve">[03:08] </w:t>
      </w:r>
      <w:r>
        <w:t>ne samjha hi nahi is concept of God ko.</w:t>
      </w:r>
    </w:p>
    <w:p>
      <w:pPr>
        <w:jc w:val="right"/>
      </w:pPr>
      <w:r>
        <w:t>نے سمجھا ہی نہیں اس کیم آف God کو۔</w:t>
      </w:r>
    </w:p>
    <w:p>
      <w:r>
        <w:rPr>
          <w:b/>
        </w:rPr>
        <w:t xml:space="preserve">[03:15] </w:t>
      </w:r>
      <w:r>
        <w:t>misalan dekhiye historian Gibbon jo historian tha woh bara us ne kaha ke yeh dunya aik register of</w:t>
      </w:r>
    </w:p>
    <w:p>
      <w:pPr>
        <w:jc w:val="right"/>
      </w:pPr>
      <w:r>
        <w:t>مثلاً دیکھیے historian Gibbon جو historian تھا وہ بڑا اس نے کہا کہ یہ دنیا ایک register of</w:t>
      </w:r>
    </w:p>
    <w:p>
      <w:r>
        <w:rPr>
          <w:b/>
        </w:rPr>
        <w:t xml:space="preserve">[03:22] </w:t>
      </w:r>
      <w:r>
        <w:t>crimes ka register hai.</w:t>
      </w:r>
    </w:p>
    <w:p>
      <w:pPr>
        <w:jc w:val="right"/>
      </w:pPr>
      <w:r>
        <w:t>crimes کا register ہے۔</w:t>
      </w:r>
    </w:p>
    <w:p>
      <w:r>
        <w:rPr>
          <w:b/>
        </w:rPr>
        <w:t xml:space="preserve">[03:29] </w:t>
      </w:r>
      <w:r>
        <w:t>Yeh dunya mein itne crimes hain, itne crimes hain ke woh goya register of crimes ban gayi hai.</w:t>
      </w:r>
    </w:p>
    <w:p>
      <w:pPr>
        <w:jc w:val="right"/>
      </w:pPr>
      <w:r>
        <w:t>یہ دنیا میں اتنے crimes ہیں، اتنے crimes ہیں کہ وہ گویا register of crimes بن گئی ہے۔</w:t>
      </w:r>
    </w:p>
    <w:p>
      <w:r>
        <w:rPr>
          <w:b/>
        </w:rPr>
        <w:t xml:space="preserve">[03:36] </w:t>
      </w:r>
      <w:r>
        <w:t>Philosopher ne kaha ke dunya mein itne evil hain ke woh world of evil ban gayi hai.</w:t>
      </w:r>
    </w:p>
    <w:p>
      <w:pPr>
        <w:jc w:val="right"/>
      </w:pPr>
      <w:r>
        <w:t>Philosopher نے کہا کہ دنیا میں اتنے evil ہیں کہ وہ world of evil بن گئی ہے۔</w:t>
      </w:r>
    </w:p>
    <w:p>
      <w:r>
        <w:rPr>
          <w:b/>
        </w:rPr>
        <w:t xml:space="preserve">[03:43] </w:t>
      </w:r>
      <w:r>
        <w:t>Dekhiye yeh bilkul hi irrelevant baat hai.</w:t>
      </w:r>
    </w:p>
    <w:p>
      <w:pPr>
        <w:jc w:val="right"/>
      </w:pPr>
      <w:r>
        <w:t>دیکھیے یہ بالکل ہی irrelevant بات ہے۔</w:t>
      </w:r>
    </w:p>
    <w:p>
      <w:r>
        <w:rPr>
          <w:b/>
        </w:rPr>
        <w:t xml:space="preserve">[03:50] </w:t>
      </w:r>
      <w:r>
        <w:t>Har cheez sochne ki baat yeh thi ke yeh dunya dekhiye two fold dunya hai.</w:t>
      </w:r>
    </w:p>
    <w:p>
      <w:pPr>
        <w:jc w:val="right"/>
      </w:pPr>
      <w:r>
        <w:t>ہر چیز سوچنے کی بات یہ تھی کہ یہ دنیا دیکھیے two fold دنیا ہے۔</w:t>
      </w:r>
    </w:p>
    <w:p>
      <w:r>
        <w:rPr>
          <w:b/>
        </w:rPr>
        <w:t xml:space="preserve">[03:57] </w:t>
      </w:r>
      <w:r>
        <w:t>Aik hai material world, aik hai human world.</w:t>
      </w:r>
    </w:p>
    <w:p>
      <w:pPr>
        <w:jc w:val="right"/>
      </w:pPr>
      <w:r>
        <w:t>ایک ہے material world، ایک ہے human world۔</w:t>
      </w:r>
    </w:p>
    <w:p>
      <w:r>
        <w:rPr>
          <w:b/>
        </w:rPr>
        <w:t xml:space="preserve">[04:04] </w:t>
      </w:r>
      <w:r>
        <w:t>Material world aur human world.</w:t>
      </w:r>
    </w:p>
    <w:p>
      <w:pPr>
        <w:jc w:val="right"/>
      </w:pPr>
      <w:r>
        <w:t>Material world اور human world۔</w:t>
      </w:r>
    </w:p>
    <w:p>
      <w:r>
        <w:rPr>
          <w:b/>
        </w:rPr>
        <w:t xml:space="preserve">[04:11] </w:t>
      </w:r>
      <w:r>
        <w:t>Science ne material world ka study kiya hai.</w:t>
      </w:r>
    </w:p>
    <w:p>
      <w:pPr>
        <w:jc w:val="right"/>
      </w:pPr>
      <w:r>
        <w:t>سائنس نے material world کا study کی ہے۔</w:t>
      </w:r>
    </w:p>
    <w:p>
      <w:r>
        <w:rPr>
          <w:b/>
        </w:rPr>
        <w:t xml:space="preserve">[04:18] </w:t>
      </w:r>
      <w:r>
        <w:t>Aur science ki kai suo saal ki research ke baad science ne yeh discover kiya hai ke our</w:t>
      </w:r>
    </w:p>
    <w:p>
      <w:pPr>
        <w:jc w:val="right"/>
      </w:pPr>
      <w:r>
        <w:t>اور سائنس کی کئی سو سال کی research کے بعد سائنس نے یہ discover کیا ہے کہ our</w:t>
      </w:r>
    </w:p>
    <w:p>
      <w:r>
        <w:rPr>
          <w:b/>
        </w:rPr>
        <w:t xml:space="preserve">[04:25] </w:t>
      </w:r>
      <w:r>
        <w:t>ke world ke universe is an intelligent universe.</w:t>
      </w:r>
    </w:p>
    <w:p>
      <w:pPr>
        <w:jc w:val="right"/>
      </w:pPr>
      <w:r>
        <w:t>کے world کے universe is an intelligent universe۔</w:t>
      </w:r>
    </w:p>
    <w:p>
      <w:r>
        <w:rPr>
          <w:b/>
        </w:rPr>
        <w:t xml:space="preserve">[04:32] </w:t>
      </w:r>
      <w:r>
        <w:t>Yeh dunya jo hai yeh intelligent dunya hai.</w:t>
      </w:r>
    </w:p>
    <w:p>
      <w:pPr>
        <w:jc w:val="right"/>
      </w:pPr>
      <w:r>
        <w:t>یہ دنیا جو ہے یہ intelligent دنیا ہے۔</w:t>
      </w:r>
    </w:p>
    <w:p>
      <w:r>
        <w:rPr>
          <w:b/>
        </w:rPr>
        <w:t xml:space="preserve">[04:39] </w:t>
      </w:r>
      <w:r>
        <w:t>Is mein zehant hai, is mein planning hai, is mein perfection hai.</w:t>
      </w:r>
    </w:p>
    <w:p>
      <w:pPr>
        <w:jc w:val="right"/>
      </w:pPr>
      <w:r>
        <w:t>اس میں ذہانت ہے، اس میں planning ہے، اس میں perfection ہے۔</w:t>
      </w:r>
    </w:p>
    <w:p>
      <w:r>
        <w:rPr>
          <w:b/>
        </w:rPr>
        <w:t xml:space="preserve">[04:46] </w:t>
      </w:r>
      <w:r>
        <w:t>Har cheez ideal form mein hai.</w:t>
      </w:r>
    </w:p>
    <w:p>
      <w:pPr>
        <w:jc w:val="right"/>
      </w:pPr>
      <w:r>
        <w:t>ہر چیز ideal form میں ہے۔</w:t>
      </w:r>
    </w:p>
    <w:p>
      <w:r>
        <w:rPr>
          <w:b/>
        </w:rPr>
        <w:t xml:space="preserve">[04:53] </w:t>
      </w:r>
      <w:r>
        <w:t>Latest discovery science ki yahi hai.</w:t>
      </w:r>
    </w:p>
    <w:p>
      <w:pPr>
        <w:jc w:val="right"/>
      </w:pPr>
      <w:r>
        <w:t>Latest discovery سائنس کی یہی ہے۔</w:t>
      </w:r>
    </w:p>
    <w:p>
      <w:r>
        <w:rPr>
          <w:b/>
        </w:rPr>
        <w:t xml:space="preserve">[05:00] </w:t>
      </w:r>
      <w:r>
        <w:t>Is par bohat article aur bohat kitabein likhi gayi hain.</w:t>
      </w:r>
    </w:p>
    <w:p>
      <w:pPr>
        <w:jc w:val="right"/>
      </w:pPr>
      <w:r>
        <w:t>اس پر بہت article اور بہت کتابیں لکھی گئی ہیں۔</w:t>
      </w:r>
    </w:p>
    <w:p>
      <w:r>
        <w:rPr>
          <w:b/>
        </w:rPr>
        <w:t xml:space="preserve">[05:07] </w:t>
      </w:r>
      <w:r>
        <w:t>Misalan Fred Hoyle ki kitab.</w:t>
      </w:r>
    </w:p>
    <w:p>
      <w:pPr>
        <w:jc w:val="right"/>
      </w:pPr>
      <w:r>
        <w:t>مثلاً Fred Hoyle کی کتاب۔</w:t>
      </w:r>
    </w:p>
    <w:p>
      <w:r>
        <w:rPr>
          <w:b/>
        </w:rPr>
        <w:t xml:space="preserve">[05:14] </w:t>
      </w:r>
      <w:r>
        <w:t>Is ka title yahi hai: Intelligent Universe.</w:t>
      </w:r>
    </w:p>
    <w:p>
      <w:pPr>
        <w:jc w:val="right"/>
      </w:pPr>
      <w:r>
        <w:t>اس کا title یہی ہے: Intelligent Universe۔</w:t>
      </w:r>
    </w:p>
    <w:p>
      <w:r>
        <w:rPr>
          <w:b/>
        </w:rPr>
        <w:t xml:space="preserve">[05:21] </w:t>
      </w:r>
      <w:r>
        <w:t>To dekhiye thinkers ko yeh sochna chahiye tha ke why is this difference? Creator to dono ka aik hi hai.</w:t>
      </w:r>
    </w:p>
    <w:p>
      <w:pPr>
        <w:jc w:val="right"/>
      </w:pPr>
      <w:r>
        <w:t>تو دیکھیے thinkers کو یہ سوچنا چاہیے تھا کہ why is this difference؟ Creator تو دونوں کا ایک ہی ہے۔</w:t>
      </w:r>
    </w:p>
    <w:p>
      <w:r>
        <w:rPr>
          <w:b/>
        </w:rPr>
        <w:t xml:space="preserve">[05:28] </w:t>
      </w:r>
      <w:r>
        <w:t>Jo creator material world ko banane wala hai wahi creator insan ko banane wala bhi hai.</w:t>
      </w:r>
    </w:p>
    <w:p>
      <w:pPr>
        <w:jc w:val="right"/>
      </w:pPr>
      <w:r>
        <w:t>جو creator material world کو بنانے والا ہے وہی creator انسان کو بنانے والا بھی ہے۔</w:t>
      </w:r>
    </w:p>
    <w:p>
      <w:r>
        <w:rPr>
          <w:b/>
        </w:rPr>
        <w:t xml:space="preserve">[05:35] </w:t>
      </w:r>
      <w:r>
        <w:t>Dono world ka creator aik hai.</w:t>
      </w:r>
    </w:p>
    <w:p>
      <w:pPr>
        <w:jc w:val="right"/>
      </w:pPr>
      <w:r>
        <w:t>دونوں world کا creator ایک ہے۔</w:t>
      </w:r>
    </w:p>
    <w:p>
      <w:r>
        <w:rPr>
          <w:b/>
        </w:rPr>
        <w:t xml:space="preserve">[05:42] </w:t>
      </w:r>
      <w:r>
        <w:t>Then why is this difference between the two?</w:t>
      </w:r>
    </w:p>
    <w:p>
      <w:pPr>
        <w:jc w:val="right"/>
      </w:pPr>
      <w:r>
        <w:t>Then why is this difference between the two?</w:t>
      </w:r>
    </w:p>
    <w:p>
      <w:r>
        <w:rPr>
          <w:b/>
        </w:rPr>
        <w:t xml:space="preserve">[05:50] </w:t>
      </w:r>
      <w:r>
        <w:t>Yeh nahi socha logon ne.</w:t>
      </w:r>
    </w:p>
    <w:p>
      <w:pPr>
        <w:jc w:val="right"/>
      </w:pPr>
      <w:r>
        <w:t>یہ نہیں سوچا لوگوں نے۔</w:t>
      </w:r>
    </w:p>
    <w:p>
      <w:r>
        <w:rPr>
          <w:b/>
        </w:rPr>
        <w:t xml:space="preserve">[05:56] </w:t>
      </w:r>
      <w:r>
        <w:t>Har cheez yeh hai ke material world ko paida karne wale ne choice nahi diya hai. No choice.</w:t>
      </w:r>
    </w:p>
    <w:p>
      <w:pPr>
        <w:jc w:val="right"/>
      </w:pPr>
      <w:r>
        <w:t>ہر چیز یہ ہے کہ material world کو پیدا کرنے والے نے choice نہیں دیا ہے۔ No choice۔</w:t>
      </w:r>
    </w:p>
    <w:p>
      <w:r>
        <w:rPr>
          <w:b/>
        </w:rPr>
        <w:t xml:space="preserve">[06:03] </w:t>
      </w:r>
      <w:r>
        <w:t>Woh nature laws ke under mein is ka function sara hota hai.</w:t>
      </w:r>
    </w:p>
    <w:p>
      <w:pPr>
        <w:jc w:val="right"/>
      </w:pPr>
      <w:r>
        <w:t>وہ nature laws کے under میں اس کا function سارا ہوتا ہے۔</w:t>
      </w:r>
    </w:p>
    <w:p>
      <w:r>
        <w:rPr>
          <w:b/>
        </w:rPr>
        <w:t xml:space="preserve">[06:09] </w:t>
      </w:r>
      <w:r>
        <w:t>Is liye har cheez woh compulsively karte hain.</w:t>
      </w:r>
    </w:p>
    <w:p>
      <w:pPr>
        <w:jc w:val="right"/>
      </w:pPr>
      <w:r>
        <w:t>اس لیے ہر چیز وہ compulsively کرتے ہیں۔</w:t>
      </w:r>
    </w:p>
    <w:p>
      <w:r>
        <w:rPr>
          <w:b/>
        </w:rPr>
        <w:t xml:space="preserve">[06:16] </w:t>
      </w:r>
      <w:r>
        <w:t>Material world mein zara bhi deviation nahin hai.</w:t>
      </w:r>
    </w:p>
    <w:p>
      <w:pPr>
        <w:jc w:val="right"/>
      </w:pPr>
      <w:r>
        <w:t>Material world میں ذرا بھی deviation نہیں ہے۔</w:t>
      </w:r>
    </w:p>
    <w:p>
      <w:r>
        <w:rPr>
          <w:b/>
        </w:rPr>
        <w:t xml:space="preserve">[06:23] </w:t>
      </w:r>
      <w:r>
        <w:t>Jo divine guidance hai usi pe chalte hain, usi pe chalte hain, usi pe chalte hain.</w:t>
      </w:r>
    </w:p>
    <w:p>
      <w:pPr>
        <w:jc w:val="right"/>
      </w:pPr>
      <w:r>
        <w:t>جو divine guidance ہے اسی پہ چلتے ہیں، اسی پہ چلتے ہیں، اسی پہ چلتے ہیں۔</w:t>
      </w:r>
    </w:p>
    <w:p>
      <w:r>
        <w:rPr>
          <w:b/>
        </w:rPr>
        <w:t xml:space="preserve">[06:29] </w:t>
      </w:r>
      <w:r>
        <w:t>Insaan ko Allah taala ne yeh ek ajeeb ghareeb meharbani ki hai ke is ko aazadi de di,</w:t>
      </w:r>
    </w:p>
    <w:p>
      <w:pPr>
        <w:jc w:val="right"/>
      </w:pPr>
      <w:r>
        <w:t>انسان کو اللہ تعالیٰ نے یہ ایک عجیب غریب مہربانی کی ہے کہ اس کو آزادی دے دی،</w:t>
      </w:r>
    </w:p>
    <w:p>
      <w:r>
        <w:rPr>
          <w:b/>
        </w:rPr>
        <w:t xml:space="preserve">[06:36] </w:t>
      </w:r>
      <w:r>
        <w:t>Aazadi, freedom of choice.</w:t>
      </w:r>
    </w:p>
    <w:p>
      <w:pPr>
        <w:jc w:val="right"/>
      </w:pPr>
      <w:r>
        <w:t>آزادی، freedom of choice۔</w:t>
      </w:r>
    </w:p>
    <w:p>
      <w:r>
        <w:rPr>
          <w:b/>
        </w:rPr>
        <w:t xml:space="preserve">[06:43] </w:t>
      </w:r>
      <w:r>
        <w:t>Freedom of choice kis liye hai? Ek bohat bara credit lene ke liye, bohat bara credit dene ke liye.</w:t>
      </w:r>
    </w:p>
    <w:p>
      <w:pPr>
        <w:jc w:val="right"/>
      </w:pPr>
      <w:r>
        <w:t>Freedom of choice کس لیے ہے؟ ایک بہت بڑا credit لینے کے لیے، بہت بڑا credit دینے کے لیے۔</w:t>
      </w:r>
    </w:p>
    <w:p>
      <w:r>
        <w:rPr>
          <w:b/>
        </w:rPr>
        <w:t xml:space="preserve">[06:49] </w:t>
      </w:r>
      <w:r>
        <w:t>Yeh credit ke jis yani creator ki jis mansha ko material world mein compulsively follow kiya, us ko</w:t>
      </w:r>
    </w:p>
    <w:p>
      <w:pPr>
        <w:jc w:val="right"/>
      </w:pPr>
      <w:r>
        <w:t>یہ credit کہ جس یعنی creator کی جس منشا کو material world میں compulsively follow کیا، اس کو</w:t>
      </w:r>
    </w:p>
    <w:p>
      <w:r>
        <w:rPr>
          <w:b/>
        </w:rPr>
        <w:t xml:space="preserve">[06:56] </w:t>
      </w:r>
      <w:r>
        <w:t>Insaan ne aazadi ke sath follow kiya.</w:t>
      </w:r>
    </w:p>
    <w:p>
      <w:pPr>
        <w:jc w:val="right"/>
      </w:pPr>
      <w:r>
        <w:t>انسان نے آزادی کے ساتھ follow کیا۔</w:t>
      </w:r>
    </w:p>
    <w:p>
      <w:r>
        <w:rPr>
          <w:b/>
        </w:rPr>
        <w:t xml:space="preserve">[07:03] </w:t>
      </w:r>
      <w:r>
        <w:t>Yeh bohat hi bara credit hai yeh ke aakhirat mein yeh khulega ke yeh insaan kaisa ajeeb</w:t>
      </w:r>
    </w:p>
    <w:p>
      <w:pPr>
        <w:jc w:val="right"/>
      </w:pPr>
      <w:r>
        <w:t>یہ بہت ہی بڑا credit ہے یہ کہ آخرت میں یہ کھلے گا کہ یہ انسان کیسا عجیب</w:t>
      </w:r>
    </w:p>
    <w:p>
      <w:r>
        <w:rPr>
          <w:b/>
        </w:rPr>
        <w:t xml:space="preserve">[07:09] </w:t>
      </w:r>
      <w:r>
        <w:t>Insaan tha ke is ne khud apne choice se creator ki path ko adopt kiya, us mein chala.</w:t>
      </w:r>
    </w:p>
    <w:p>
      <w:pPr>
        <w:jc w:val="right"/>
      </w:pPr>
      <w:r>
        <w:t>انسان تھا کہ اس نے خود اپنے choice سے creator کی path کو adopt کیا، اس میں چلا۔</w:t>
      </w:r>
    </w:p>
    <w:p>
      <w:r>
        <w:rPr>
          <w:b/>
        </w:rPr>
        <w:t xml:space="preserve">[07:16] </w:t>
      </w:r>
      <w:r>
        <w:t>Yani is ko mein kahunga ke insaan self discovered truth par khara hua, self discovered marifat par khara hua.</w:t>
      </w:r>
    </w:p>
    <w:p>
      <w:pPr>
        <w:jc w:val="right"/>
      </w:pPr>
      <w:r>
        <w:t>یعنی اس کو میں کہوں گا کہ انسان self discovered truth پر کھڑا ہوا، self discovered معرفت پر کھڑا ہوا۔</w:t>
      </w:r>
    </w:p>
    <w:p>
      <w:r>
        <w:rPr>
          <w:b/>
        </w:rPr>
        <w:t xml:space="preserve">[07:23] </w:t>
      </w:r>
      <w:r>
        <w:t>Self discovered marifat.</w:t>
      </w:r>
    </w:p>
    <w:p>
      <w:pPr>
        <w:jc w:val="right"/>
      </w:pPr>
      <w:r>
        <w:t>Self discovered معرفت۔</w:t>
      </w:r>
    </w:p>
    <w:p>
      <w:r>
        <w:rPr>
          <w:b/>
        </w:rPr>
        <w:t xml:space="preserve">[07:29] </w:t>
      </w:r>
      <w:r>
        <w:t>Insaan ne self imposed discipline ko pakda.</w:t>
      </w:r>
    </w:p>
    <w:p>
      <w:pPr>
        <w:jc w:val="right"/>
      </w:pPr>
      <w:r>
        <w:t>انسان نے self imposed discipline کو پکڑا۔</w:t>
      </w:r>
    </w:p>
    <w:p>
      <w:r>
        <w:rPr>
          <w:b/>
        </w:rPr>
        <w:t xml:space="preserve">[07:36] </w:t>
      </w:r>
      <w:r>
        <w:t>Self imposed discipline.</w:t>
      </w:r>
    </w:p>
    <w:p>
      <w:pPr>
        <w:jc w:val="right"/>
      </w:pPr>
      <w:r>
        <w:t>Self imposed discipline۔</w:t>
      </w:r>
    </w:p>
    <w:p>
      <w:r>
        <w:rPr>
          <w:b/>
        </w:rPr>
        <w:t xml:space="preserve">[07:43] </w:t>
      </w:r>
      <w:r>
        <w:t>Is ne wohi kiya jo creator chahta tha ke kiya jaye.</w:t>
      </w:r>
    </w:p>
    <w:p>
      <w:pPr>
        <w:jc w:val="right"/>
      </w:pPr>
      <w:r>
        <w:t>اس نے وہی کیا جو creator چاہتا تھا کہ کیا جائے۔</w:t>
      </w:r>
    </w:p>
    <w:p>
      <w:r>
        <w:rPr>
          <w:b/>
        </w:rPr>
        <w:t xml:space="preserve">[07:49] </w:t>
      </w:r>
      <w:r>
        <w:t>Lekin galaxy aur solar system aur sara jo material world jo hai woh to is liye kar raha</w:t>
      </w:r>
    </w:p>
    <w:p>
      <w:pPr>
        <w:jc w:val="right"/>
      </w:pPr>
      <w:r>
        <w:t>لیکن galaxy اور solar system اور سارا جو material world جو ہے وہ تو اس لیے کر رہا</w:t>
      </w:r>
    </w:p>
    <w:p>
      <w:r>
        <w:rPr>
          <w:b/>
        </w:rPr>
        <w:t xml:space="preserve">[07:56] </w:t>
      </w:r>
      <w:r>
        <w:t>Tha ke is ke liye choice nahin tha.</w:t>
      </w:r>
    </w:p>
    <w:p>
      <w:pPr>
        <w:jc w:val="right"/>
      </w:pPr>
      <w:r>
        <w:t>تھا کہ اس کے لیے choice نہیں تھا۔</w:t>
      </w:r>
    </w:p>
    <w:p>
      <w:r>
        <w:rPr>
          <w:b/>
        </w:rPr>
        <w:t xml:space="preserve">[08:03] </w:t>
      </w:r>
      <w:r>
        <w:t>Is ke liye choice nahin tha.</w:t>
      </w:r>
    </w:p>
    <w:p>
      <w:pPr>
        <w:jc w:val="right"/>
      </w:pPr>
      <w:r>
        <w:t>اس کے لیے choice نہیں تھا۔</w:t>
      </w:r>
    </w:p>
    <w:p>
      <w:r>
        <w:rPr>
          <w:b/>
        </w:rPr>
        <w:t xml:space="preserve">[08:09] </w:t>
      </w:r>
      <w:r>
        <w:t>Insaan ne wohi kiya lekin apne choice se.</w:t>
      </w:r>
    </w:p>
    <w:p>
      <w:pPr>
        <w:jc w:val="right"/>
      </w:pPr>
      <w:r>
        <w:t>انسان نے وہی کیا لیکن اپنے choice سے۔</w:t>
      </w:r>
    </w:p>
    <w:p>
      <w:r>
        <w:rPr>
          <w:b/>
        </w:rPr>
        <w:t xml:space="preserve">[08:16] </w:t>
      </w:r>
      <w:r>
        <w:t>Yeh bohat hi bara credit hai jo insaan ko diya jane wala hai.</w:t>
      </w:r>
    </w:p>
    <w:p>
      <w:pPr>
        <w:jc w:val="right"/>
      </w:pPr>
      <w:r>
        <w:t>یہ بہت ہی بڑا credit ہے جو انسان کو دیا جانے والا ہے۔</w:t>
      </w:r>
    </w:p>
    <w:p>
      <w:r>
        <w:rPr>
          <w:b/>
        </w:rPr>
        <w:t xml:space="preserve">[08:23] </w:t>
      </w:r>
      <w:r>
        <w:t>To is ke liye Allah ne kiya kiya? Insaan ke apne nature mein is ki pehchan rakh di, pehchan.</w:t>
      </w:r>
    </w:p>
    <w:p>
      <w:pPr>
        <w:jc w:val="right"/>
      </w:pPr>
      <w:r>
        <w:t>تو اس کے لیے اللہ نے کیا کیا؟ انسان کے اپنے nature میں اس کی پہچان رکھ دی، پہچان۔</w:t>
      </w:r>
    </w:p>
    <w:p>
      <w:r>
        <w:rPr>
          <w:b/>
        </w:rPr>
        <w:t xml:space="preserve">[08:29] </w:t>
      </w:r>
      <w:r>
        <w:t>Fعلمa khulooreha wa taqwahu insaan ke apne nature mein interwoven hai yeh sab baatein.</w:t>
      </w:r>
    </w:p>
    <w:p>
      <w:pPr>
        <w:jc w:val="right"/>
      </w:pPr>
      <w:r>
        <w:t>فَعَلَمَا خُلُوْرَهَا وَتَقْوَاهُ انسان کے اپنے nature میں interwoven ہے یہ سب باتیں۔</w:t>
      </w:r>
    </w:p>
    <w:p>
      <w:r>
        <w:rPr>
          <w:b/>
        </w:rPr>
        <w:t xml:space="preserve">[08:36] </w:t>
      </w:r>
      <w:r>
        <w:t>Phir peghambaron ko dekha, peghambaron ko kitaab bheji.</w:t>
      </w:r>
    </w:p>
    <w:p>
      <w:pPr>
        <w:jc w:val="right"/>
      </w:pPr>
      <w:r>
        <w:t>پھر پیغمبروں کو دیکھا، پیغمبروں کو کتاب بھیجی۔</w:t>
      </w:r>
    </w:p>
    <w:p>
      <w:r>
        <w:rPr>
          <w:b/>
        </w:rPr>
        <w:t xml:space="preserve">[08:43] </w:t>
      </w:r>
      <w:r>
        <w:t>Aur isi ke sath ek bohat bara, bohat bara ek supporting blessing yeh thi ke poori universe ko</w:t>
      </w:r>
    </w:p>
    <w:p>
      <w:pPr>
        <w:jc w:val="right"/>
      </w:pPr>
      <w:r>
        <w:t>اور اسی کے ساتھ ایک بہت بڑا، بہت بڑا ایک supporting blessing یہ تھی کہ پوری universe کو</w:t>
      </w:r>
    </w:p>
    <w:p>
      <w:r>
        <w:rPr>
          <w:b/>
        </w:rPr>
        <w:t xml:space="preserve">[08:49] </w:t>
      </w:r>
      <w:r>
        <w:t>Is ka illustration bana diya.</w:t>
      </w:r>
    </w:p>
    <w:p>
      <w:pPr>
        <w:jc w:val="right"/>
      </w:pPr>
      <w:r>
        <w:t>اس کا illustration بنا دیا۔</w:t>
      </w:r>
    </w:p>
    <w:p>
      <w:r>
        <w:rPr>
          <w:b/>
        </w:rPr>
        <w:t xml:space="preserve">[08:56] </w:t>
      </w:r>
      <w:r>
        <w:t>To jo difference hai woh is liye hai ke hum soch rahe hain.</w:t>
      </w:r>
    </w:p>
    <w:p>
      <w:pPr>
        <w:jc w:val="right"/>
      </w:pPr>
      <w:r>
        <w:t>تو جو difference ہے وہ اس لیے ہے کہ ہم سوچ رہے ہیں۔</w:t>
      </w:r>
    </w:p>
    <w:p>
      <w:r>
        <w:rPr>
          <w:b/>
        </w:rPr>
        <w:t xml:space="preserve">[09:03] </w:t>
      </w:r>
      <w:r>
        <w:t>soch rahe hain.</w:t>
      </w:r>
    </w:p>
    <w:p>
      <w:pPr>
        <w:jc w:val="right"/>
      </w:pPr>
      <w:r>
        <w:t>سوچ رہے ہیں۔</w:t>
      </w:r>
    </w:p>
    <w:p>
      <w:r>
        <w:rPr>
          <w:b/>
        </w:rPr>
        <w:t xml:space="preserve">[09:09] </w:t>
      </w:r>
      <w:r>
        <w:t>to woh difference kis liye hai? Difference nature mein nahin hai, nature ka creation nahin hai difference.</w:t>
      </w:r>
    </w:p>
    <w:p>
      <w:pPr>
        <w:jc w:val="right"/>
      </w:pPr>
      <w:r>
        <w:t>تو وہ difference کس لیے ہے؟ Difference nature میں نہیں ہے، nature کا creation نہیں ہے difference۔</w:t>
      </w:r>
    </w:p>
    <w:p>
      <w:r>
        <w:rPr>
          <w:b/>
        </w:rPr>
        <w:t xml:space="preserve">[09:16] </w:t>
      </w:r>
      <w:r>
        <w:t>Difference is liye hai ke aadmi deviate karta hai, derailment hota hai.</w:t>
      </w:r>
    </w:p>
    <w:p>
      <w:pPr>
        <w:jc w:val="right"/>
      </w:pPr>
      <w:r>
        <w:t>Difference اس لیے ہے کہ آدمی deviate کرتا ہے، derailment ہوتا ہے۔</w:t>
      </w:r>
    </w:p>
    <w:p>
      <w:r>
        <w:rPr>
          <w:b/>
        </w:rPr>
        <w:t xml:space="preserve">[09:22] </w:t>
      </w:r>
      <w:r>
        <w:t>yani nature ke bataye hue raste par chhod kar alag alag chalne lagta hai.</w:t>
      </w:r>
    </w:p>
    <w:p>
      <w:pPr>
        <w:jc w:val="right"/>
      </w:pPr>
      <w:r>
        <w:t>یعنی nature کے بتائے ہوئے راستے پر چھوڑ کر الگ الگ چلنے لگتا ہے۔</w:t>
      </w:r>
    </w:p>
    <w:p>
      <w:r>
        <w:rPr>
          <w:b/>
        </w:rPr>
        <w:t xml:space="preserve">[09:29] </w:t>
      </w:r>
      <w:r>
        <w:t>yani difference tha haqeeqat mein due to misuse of freedom.</w:t>
      </w:r>
    </w:p>
    <w:p>
      <w:pPr>
        <w:jc w:val="right"/>
      </w:pPr>
      <w:r>
        <w:t>یعنی difference تھا حقیقت میں due to misuse of freedom۔</w:t>
      </w:r>
    </w:p>
    <w:p>
      <w:r>
        <w:rPr>
          <w:b/>
        </w:rPr>
        <w:t xml:space="preserve">[09:36] </w:t>
      </w:r>
      <w:r>
        <w:t>jo difference tha woh yun hi nahin tha.</w:t>
      </w:r>
    </w:p>
    <w:p>
      <w:pPr>
        <w:jc w:val="right"/>
      </w:pPr>
      <w:r>
        <w:t>جو difference تھا وہ یوں ہی نہیں تھا۔</w:t>
      </w:r>
    </w:p>
    <w:p>
      <w:r>
        <w:rPr>
          <w:b/>
        </w:rPr>
        <w:t xml:space="preserve">[09:42] </w:t>
      </w:r>
      <w:r>
        <w:t>haqeeqat mein difference nahin hai.</w:t>
      </w:r>
    </w:p>
    <w:p>
      <w:pPr>
        <w:jc w:val="right"/>
      </w:pPr>
      <w:r>
        <w:t>حقیقت میں difference نہیں ہے۔</w:t>
      </w:r>
    </w:p>
    <w:p>
      <w:r>
        <w:rPr>
          <w:b/>
        </w:rPr>
        <w:t xml:space="preserve">[09:49] </w:t>
      </w:r>
      <w:r>
        <w:t>haqeeqat mein difference nahin hai.</w:t>
      </w:r>
    </w:p>
    <w:p>
      <w:pPr>
        <w:jc w:val="right"/>
      </w:pPr>
      <w:r>
        <w:t>حقیقت میں difference نہیں ہے۔</w:t>
      </w:r>
    </w:p>
    <w:p>
      <w:r>
        <w:rPr>
          <w:b/>
        </w:rPr>
        <w:t xml:space="preserve">[09:56] </w:t>
      </w:r>
      <w:r>
        <w:t>Difference is liye tha ke insaan ne jagah jagah misuse kiya apni freedom ko, is liye difference aa gaya.</w:t>
      </w:r>
    </w:p>
    <w:p>
      <w:pPr>
        <w:jc w:val="right"/>
      </w:pPr>
      <w:r>
        <w:t>Difference اس لیے تھا کہ انسان نے جگہ جگہ misuse کیا اپنی freedom کو، اس لیے difference آ گیا۔</w:t>
      </w:r>
    </w:p>
    <w:p>
      <w:r>
        <w:rPr>
          <w:b/>
        </w:rPr>
        <w:t xml:space="preserve">[10:02] </w:t>
      </w:r>
      <w:r>
        <w:t>is raaz ko agar hamare thinkers daryaft karte to woh kehte ke yeh difference bata raha hai ke</w:t>
      </w:r>
    </w:p>
    <w:p>
      <w:pPr>
        <w:jc w:val="right"/>
      </w:pPr>
      <w:r>
        <w:t>اس راز کو اگر ہمارے thinkers دریافت کرتے تو وہ کہتے کہ یہ difference بتا رہا ہے کہ</w:t>
      </w:r>
    </w:p>
    <w:p>
      <w:r>
        <w:rPr>
          <w:b/>
        </w:rPr>
        <w:t xml:space="preserve">[10:09] </w:t>
      </w:r>
      <w:r>
        <w:t>tum deviation, tum deviate mat karo.</w:t>
      </w:r>
    </w:p>
    <w:p>
      <w:pPr>
        <w:jc w:val="right"/>
      </w:pPr>
      <w:r>
        <w:t>تم deviation، تم deviate مت کرو۔</w:t>
      </w:r>
    </w:p>
    <w:p>
      <w:r>
        <w:rPr>
          <w:b/>
        </w:rPr>
        <w:t xml:space="preserve">[10:16] </w:t>
      </w:r>
      <w:r>
        <w:t>tum apne ko derail na hone do.</w:t>
      </w:r>
    </w:p>
    <w:p>
      <w:pPr>
        <w:jc w:val="right"/>
      </w:pPr>
      <w:r>
        <w:t>تم اپنے کو derail نہ ہونے دو۔</w:t>
      </w:r>
    </w:p>
    <w:p>
      <w:r>
        <w:rPr>
          <w:b/>
        </w:rPr>
        <w:t xml:space="preserve">[10:22] </w:t>
      </w:r>
      <w:r>
        <w:t>tum sirat-e-mustaqeem ko mat chhoro.</w:t>
      </w:r>
    </w:p>
    <w:p>
      <w:pPr>
        <w:jc w:val="right"/>
      </w:pPr>
      <w:r>
        <w:t>تم صراط مستقیم کو مت چھوڑو۔</w:t>
      </w:r>
    </w:p>
    <w:p>
      <w:r>
        <w:rPr>
          <w:b/>
        </w:rPr>
        <w:t xml:space="preserve">[10:29] </w:t>
      </w:r>
      <w:r>
        <w:t>yeh bata raha tha.</w:t>
      </w:r>
    </w:p>
    <w:p>
      <w:pPr>
        <w:jc w:val="right"/>
      </w:pPr>
      <w:r>
        <w:t>یہ بتا رہا تھا۔</w:t>
      </w:r>
    </w:p>
    <w:p>
      <w:r>
        <w:rPr>
          <w:b/>
        </w:rPr>
        <w:t xml:space="preserve">[10:36] </w:t>
      </w:r>
      <w:r>
        <w:t>taake tum ko yeh credit mile ke tum ne apne choice se woh kiya jo baqi dunya under</w:t>
      </w:r>
    </w:p>
    <w:p>
      <w:pPr>
        <w:jc w:val="right"/>
      </w:pPr>
      <w:r>
        <w:t>تاکہ تم کو یہ credit ملے کہ تم نے اپنے choice سے وہ کیا جو بقیہ دنیا under</w:t>
      </w:r>
    </w:p>
    <w:p>
      <w:r>
        <w:rPr>
          <w:b/>
        </w:rPr>
        <w:t xml:space="preserve">[10:42] </w:t>
      </w:r>
      <w:r>
        <w:t>compulsion kar rahi thi. Yeh tha.</w:t>
      </w:r>
    </w:p>
    <w:p>
      <w:pPr>
        <w:jc w:val="right"/>
      </w:pPr>
      <w:r>
        <w:t>compulsion کر رہی تھی۔ یہ تھا۔</w:t>
      </w:r>
    </w:p>
    <w:p>
      <w:r>
        <w:rPr>
          <w:b/>
        </w:rPr>
        <w:t xml:space="preserve">[10:49] </w:t>
      </w:r>
      <w:r>
        <w:t>yeh kitni bari baat thi jis ko hamare bare bare mind discover na kar sake.</w:t>
      </w:r>
    </w:p>
    <w:p>
      <w:pPr>
        <w:jc w:val="right"/>
      </w:pPr>
      <w:r>
        <w:t>یہ کتنی بڑی بات تھی جس کو ہمارے بڑے بڑے mind discover نہ کر سکے۔</w:t>
      </w:r>
    </w:p>
    <w:p>
      <w:r>
        <w:rPr>
          <w:b/>
        </w:rPr>
        <w:t xml:space="preserve">[10:56] </w:t>
      </w:r>
      <w:r>
        <w:t>aur yeh keh diya ke dunya mein to evil hai, dunya mein to crime hai.</w:t>
      </w:r>
    </w:p>
    <w:p>
      <w:pPr>
        <w:jc w:val="right"/>
      </w:pPr>
      <w:r>
        <w:t>اور یہ کہہ دیا کہ دنیا میں تو evil ہے، دنیا میں تو crime ہے۔</w:t>
      </w:r>
    </w:p>
    <w:p>
      <w:r>
        <w:rPr>
          <w:b/>
        </w:rPr>
        <w:t xml:space="preserve">[11:02] </w:t>
      </w:r>
      <w:r>
        <w:t>nahin, woh sab challenge hai.</w:t>
      </w:r>
    </w:p>
    <w:p>
      <w:pPr>
        <w:jc w:val="right"/>
      </w:pPr>
      <w:r>
        <w:t>نہیں، وہ سب challenge ہے۔</w:t>
      </w:r>
    </w:p>
    <w:p>
      <w:r>
        <w:rPr>
          <w:b/>
        </w:rPr>
        <w:t xml:space="preserve">[11:09] </w:t>
      </w:r>
      <w:r>
        <w:t>woh sab clue hain, woh sab hum ko batate hain.</w:t>
      </w:r>
    </w:p>
    <w:p>
      <w:pPr>
        <w:jc w:val="right"/>
      </w:pPr>
      <w:r>
        <w:t>وہ سب clue ہیں، وہ سب ہم کو بتاتے ہیں۔</w:t>
      </w:r>
    </w:p>
    <w:p>
      <w:r>
        <w:rPr>
          <w:b/>
        </w:rPr>
        <w:t xml:space="preserve">[11:16] </w:t>
      </w:r>
      <w:r>
        <w:t>woh hum ko bata rahe hain ke ae insaan, freedom ko misuse mat kar.</w:t>
      </w:r>
    </w:p>
    <w:p>
      <w:pPr>
        <w:jc w:val="right"/>
      </w:pPr>
      <w:r>
        <w:t>وہ ہم کو بتا رہے ہیں کہ اے انسان، freedom کو misuse مت کر۔</w:t>
      </w:r>
    </w:p>
    <w:p>
      <w:r>
        <w:rPr>
          <w:b/>
        </w:rPr>
        <w:t xml:space="preserve">[11:22] </w:t>
      </w:r>
      <w:r>
        <w:t>freedom ka properly istemal kar.</w:t>
      </w:r>
    </w:p>
    <w:p>
      <w:pPr>
        <w:jc w:val="right"/>
      </w:pPr>
      <w:r>
        <w:t>Freedom کا properly استعمال کر۔</w:t>
      </w:r>
    </w:p>
    <w:p>
      <w:r>
        <w:rPr>
          <w:b/>
        </w:rPr>
        <w:t xml:space="preserve">[11:29] </w:t>
      </w:r>
      <w:r>
        <w:t>taake tum ko ek aisa credit diya jaye, diya jaye jo sare universe mein kisi ke liye nahin hai.</w:t>
      </w:r>
    </w:p>
    <w:p>
      <w:pPr>
        <w:jc w:val="right"/>
      </w:pPr>
      <w:r>
        <w:t>تاکہ تم کو ایک ایسا credit دیا جائے، دیا جائے جو سارے universe میں کسی کے لیے نہیں ہے۔</w:t>
      </w:r>
    </w:p>
    <w:p>
      <w:r>
        <w:rPr>
          <w:b/>
        </w:rPr>
        <w:t xml:space="preserve">[11:36] </w:t>
      </w:r>
      <w:r>
        <w:t>aur phir paradise milay. Eternal paradise.</w:t>
      </w:r>
    </w:p>
    <w:p>
      <w:pPr>
        <w:jc w:val="right"/>
      </w:pPr>
      <w:r>
        <w:t>اور پھر paradise ملے۔ Eternal paradise۔</w:t>
      </w:r>
    </w:p>
    <w:p>
      <w:r>
        <w:rPr>
          <w:b/>
        </w:rPr>
        <w:t xml:space="preserve">[11:42] </w:t>
      </w:r>
      <w:r>
        <w:t>jo log jaise mazhab mein log extremist hote hain, aise hi doosri side mein secular log bhi extremist hote hain.</w:t>
      </w:r>
    </w:p>
    <w:p>
      <w:pPr>
        <w:jc w:val="right"/>
      </w:pPr>
      <w:r>
        <w:t>جو لوگ جیسے مذہب میں لوگ extremist ہوتے ہیں، ایسے ہی دوسری side میں secular لوگ بھی extremist ہوتے ہیں۔</w:t>
      </w:r>
    </w:p>
    <w:p>
      <w:r>
        <w:rPr>
          <w:b/>
        </w:rPr>
        <w:t xml:space="preserve">[11:49] </w:t>
      </w:r>
      <w:r>
        <w:t>Extremism jo hai woh mazhab ki monopoly nahi hai.</w:t>
      </w:r>
    </w:p>
    <w:p>
      <w:pPr>
        <w:jc w:val="right"/>
      </w:pPr>
      <w:r>
        <w:t>Extremism جو ہے وہ مذہب کی مناپلی نہیں ہے۔</w:t>
      </w:r>
    </w:p>
    <w:p>
      <w:r>
        <w:rPr>
          <w:b/>
        </w:rPr>
        <w:t xml:space="preserve">[11:56] </w:t>
      </w:r>
      <w:r>
        <w:t>Extremism mazhab ki monopoly nahi hai.</w:t>
      </w:r>
    </w:p>
    <w:p>
      <w:pPr>
        <w:jc w:val="right"/>
      </w:pPr>
      <w:r>
        <w:t>Extremism مذہب کی مناپلی نہیں ہے۔</w:t>
      </w:r>
    </w:p>
    <w:p>
      <w:r>
        <w:rPr>
          <w:b/>
        </w:rPr>
        <w:t xml:space="preserve">[12:02] </w:t>
      </w:r>
      <w:r>
        <w:t>Secular log bhi extremist hotay hain.</w:t>
      </w:r>
    </w:p>
    <w:p>
      <w:pPr>
        <w:jc w:val="right"/>
      </w:pPr>
      <w:r>
        <w:t>Secular لوگ بھی extremist ہوتے ہیں۔</w:t>
      </w:r>
    </w:p>
    <w:p>
      <w:r>
        <w:rPr>
          <w:b/>
        </w:rPr>
        <w:t xml:space="preserve">[12:09] </w:t>
      </w:r>
      <w:r>
        <w:t>Is ki aik misaal mein deta hoon.</w:t>
      </w:r>
    </w:p>
    <w:p>
      <w:pPr>
        <w:jc w:val="right"/>
      </w:pPr>
      <w:r>
        <w:t>اس کی ایک مثال میں دیتا ہوں۔</w:t>
      </w:r>
    </w:p>
    <w:p>
      <w:r>
        <w:rPr>
          <w:b/>
        </w:rPr>
        <w:t xml:space="preserve">[12:16] </w:t>
      </w:r>
      <w:r>
        <w:t>Aik bohat baray thinker jo God ko nahi mantay thay, woh kehtay thay ke dunya mein jab evil</w:t>
      </w:r>
    </w:p>
    <w:p>
      <w:pPr>
        <w:jc w:val="right"/>
      </w:pPr>
      <w:r>
        <w:t>ایک بہت بڑے thinker جو God کو نہیں مانتے تھے، وہ کہتے تھے کہ دنیا میں جب evil</w:t>
      </w:r>
    </w:p>
    <w:p>
      <w:r>
        <w:rPr>
          <w:b/>
        </w:rPr>
        <w:t xml:space="preserve">[12:22] </w:t>
      </w:r>
      <w:r>
        <w:t>hai to God kahan hai? Agar God hota to evil na hota.</w:t>
      </w:r>
    </w:p>
    <w:p>
      <w:pPr>
        <w:jc w:val="right"/>
      </w:pPr>
      <w:r>
        <w:t>ہے تو God کہاں ہے؟ اگر God ہوتا تو evil نہ ہوتا۔</w:t>
      </w:r>
    </w:p>
    <w:p>
      <w:r>
        <w:rPr>
          <w:b/>
        </w:rPr>
        <w:t xml:space="preserve">[12:29] </w:t>
      </w:r>
      <w:r>
        <w:t>Evil ki presence ko unhon ne is baat ka saboot bana liya ke God aik creator nahi hai.</w:t>
      </w:r>
    </w:p>
    <w:p>
      <w:pPr>
        <w:jc w:val="right"/>
      </w:pPr>
      <w:r>
        <w:t>Evil کی presence کو انہوں نے اس بات کا ثبوت بنا لیا کہ God ایک creator نہیں ہے۔</w:t>
      </w:r>
    </w:p>
    <w:p>
      <w:r>
        <w:rPr>
          <w:b/>
        </w:rPr>
        <w:t xml:space="preserve">[12:36] </w:t>
      </w:r>
      <w:r>
        <w:t>To unhon ne misaal di ke dunya mein crime hai, dunya mein evil hai.</w:t>
      </w:r>
    </w:p>
    <w:p>
      <w:pPr>
        <w:jc w:val="right"/>
      </w:pPr>
      <w:r>
        <w:t>تو انہوں نے مثال دی کہ دنیا میں crime ہے، دنیا میں evil ہے۔</w:t>
      </w:r>
    </w:p>
    <w:p>
      <w:r>
        <w:rPr>
          <w:b/>
        </w:rPr>
        <w:t xml:space="preserve">[12:42] </w:t>
      </w:r>
      <w:r>
        <w:t>Aur yahan tak keh diya ke material world mein bhi evil sabit karnay lagay woh.</w:t>
      </w:r>
    </w:p>
    <w:p>
      <w:pPr>
        <w:jc w:val="right"/>
      </w:pPr>
      <w:r>
        <w:t>اور یہاں تک کہہ دیا کہ material world میں بھی evil ثابت کرنے لگے وہ۔</w:t>
      </w:r>
    </w:p>
    <w:p>
      <w:r>
        <w:rPr>
          <w:b/>
        </w:rPr>
        <w:t xml:space="preserve">[12:49] </w:t>
      </w:r>
      <w:r>
        <w:t>Physical world bhi sabit karnay lagay ke wahan bhi evil hai.</w:t>
      </w:r>
    </w:p>
    <w:p>
      <w:pPr>
        <w:jc w:val="right"/>
      </w:pPr>
      <w:r>
        <w:t>Physical world بھی ثابت کرنے لگے کہ وہاں بھی evil ہے۔</w:t>
      </w:r>
    </w:p>
    <w:p>
      <w:r>
        <w:rPr>
          <w:b/>
        </w:rPr>
        <w:t xml:space="preserve">[12:55] </w:t>
      </w:r>
      <w:r>
        <w:t>To unhon ne aik misaal di.</w:t>
      </w:r>
    </w:p>
    <w:p>
      <w:pPr>
        <w:jc w:val="right"/>
      </w:pPr>
      <w:r>
        <w:t>تو انہوں نے ایک مثال دی۔</w:t>
      </w:r>
    </w:p>
    <w:p>
      <w:r>
        <w:rPr>
          <w:b/>
        </w:rPr>
        <w:t xml:space="preserve">[13:02] </w:t>
      </w:r>
      <w:r>
        <w:t>Misaal yeh di ke zameen mein gravitational pull hai, quwwat-e-kashish hai.</w:t>
      </w:r>
    </w:p>
    <w:p>
      <w:pPr>
        <w:jc w:val="right"/>
      </w:pPr>
      <w:r>
        <w:t>مثال یہ دی کہ زمین میں gravitational pull ہے، قوت کشش ہے۔</w:t>
      </w:r>
    </w:p>
    <w:p>
      <w:r>
        <w:rPr>
          <w:b/>
        </w:rPr>
        <w:t xml:space="preserve">[13:09] </w:t>
      </w:r>
      <w:r>
        <w:t>To woh ziyada balanced tareeqay se nahi hai.</w:t>
      </w:r>
    </w:p>
    <w:p>
      <w:pPr>
        <w:jc w:val="right"/>
      </w:pPr>
      <w:r>
        <w:t>تو وہ زیادہ balanced طریقے سے نہیں ہے۔</w:t>
      </w:r>
    </w:p>
    <w:p>
      <w:r>
        <w:rPr>
          <w:b/>
        </w:rPr>
        <w:t xml:space="preserve">[13:15] </w:t>
      </w:r>
      <w:r>
        <w:t>Kyunke hum paanch pound ka agar aik aik samaan le kar chalain apnay haath mein to hum thak jatay hain.</w:t>
      </w:r>
    </w:p>
    <w:p>
      <w:pPr>
        <w:jc w:val="right"/>
      </w:pPr>
      <w:r>
        <w:t>کیونکہ ہم پانچ پاؤنڈ کا اگر ایک ایک سامان لے کر چلیں اپنے ہاتھ میں تو ہم تھک جاتے ہیں۔</w:t>
      </w:r>
    </w:p>
    <w:p>
      <w:r>
        <w:rPr>
          <w:b/>
        </w:rPr>
        <w:t xml:space="preserve">[13:22] </w:t>
      </w:r>
      <w:r>
        <w:t>Paanch pound ka aik aik bag hum le kar chalain to hum thak jatay hain.</w:t>
      </w:r>
    </w:p>
    <w:p>
      <w:pPr>
        <w:jc w:val="right"/>
      </w:pPr>
      <w:r>
        <w:t>پانچ پاؤنڈ کا ایک ایک bag ہم لے کر چلیں تو ہم تھک جاتے ہیں۔</w:t>
      </w:r>
    </w:p>
    <w:p>
      <w:r>
        <w:rPr>
          <w:b/>
        </w:rPr>
        <w:t xml:space="preserve">[13:29] </w:t>
      </w:r>
      <w:r>
        <w:t>To yeh ziyada hai.</w:t>
      </w:r>
    </w:p>
    <w:p>
      <w:pPr>
        <w:jc w:val="right"/>
      </w:pPr>
      <w:r>
        <w:t>تو یہ زیادہ ہے۔</w:t>
      </w:r>
    </w:p>
    <w:p>
      <w:r>
        <w:rPr>
          <w:b/>
        </w:rPr>
        <w:t xml:space="preserve">[13:35] </w:t>
      </w:r>
      <w:r>
        <w:t>Agar kam hoti to hum aasani se chalte.</w:t>
      </w:r>
    </w:p>
    <w:p>
      <w:pPr>
        <w:jc w:val="right"/>
      </w:pPr>
      <w:r>
        <w:t>اگر کم ہوتی تو ہم آسانی سے چلتے۔</w:t>
      </w:r>
    </w:p>
    <w:p>
      <w:r>
        <w:rPr>
          <w:b/>
        </w:rPr>
        <w:t xml:space="preserve">[13:42] </w:t>
      </w:r>
      <w:r>
        <w:t>Dekhiye yeh misaal apnay aap mein bilkul baseless hai.</w:t>
      </w:r>
    </w:p>
    <w:p>
      <w:pPr>
        <w:jc w:val="right"/>
      </w:pPr>
      <w:r>
        <w:t>دیکھیے یہ مثال اپنے آپ میں بالکل baseless ہے۔</w:t>
      </w:r>
    </w:p>
    <w:p>
      <w:r>
        <w:rPr>
          <w:b/>
        </w:rPr>
        <w:t xml:space="preserve">[13:49] </w:t>
      </w:r>
      <w:r>
        <w:t>Gravitational pull bohat hi balanced hai, bohat hi sahi hai.</w:t>
      </w:r>
    </w:p>
    <w:p>
      <w:pPr>
        <w:jc w:val="right"/>
      </w:pPr>
      <w:r>
        <w:t>Gravitational pull بہت ہی balanced ہے، بہت ہی صحیح ہے۔</w:t>
      </w:r>
    </w:p>
    <w:p>
      <w:r>
        <w:rPr>
          <w:b/>
        </w:rPr>
        <w:t xml:space="preserve">[13:55] </w:t>
      </w:r>
      <w:r>
        <w:t>Kyunke isi ki wajah se dunya mein zameen par is ki wajah se aik bohat hi bari cheez</w:t>
      </w:r>
    </w:p>
    <w:p>
      <w:pPr>
        <w:jc w:val="right"/>
      </w:pPr>
      <w:r>
        <w:t>کیونکہ اسی کی وجہ سے دنیا میں زمین پر اس کی وجہ سے ایک بہت ہی بڑی چیز</w:t>
      </w:r>
    </w:p>
    <w:p>
      <w:r>
        <w:rPr>
          <w:b/>
        </w:rPr>
        <w:t xml:space="preserve">[14:02] </w:t>
      </w:r>
      <w:r>
        <w:t>hai, woh hai stability.</w:t>
      </w:r>
    </w:p>
    <w:p>
      <w:pPr>
        <w:jc w:val="right"/>
      </w:pPr>
      <w:r>
        <w:t>ہے، وہ ہے stability۔</w:t>
      </w:r>
    </w:p>
    <w:p>
      <w:r>
        <w:rPr>
          <w:b/>
        </w:rPr>
        <w:t xml:space="preserve">[14:09] </w:t>
      </w:r>
      <w:r>
        <w:t>Isi ki wajah se hamaray ghar zameen par khaday huay hain.</w:t>
      </w:r>
    </w:p>
    <w:p>
      <w:pPr>
        <w:jc w:val="right"/>
      </w:pPr>
      <w:r>
        <w:t>اسی کی وجہ سے ہمارے گھر زمین پر کھڑے ہوئے ہیں۔</w:t>
      </w:r>
    </w:p>
    <w:p>
      <w:r>
        <w:rPr>
          <w:b/>
        </w:rPr>
        <w:t xml:space="preserve">[14:15] </w:t>
      </w:r>
      <w:r>
        <w:t>Hamari poori civilization zameen par khadi hui hai.</w:t>
      </w:r>
    </w:p>
    <w:p>
      <w:pPr>
        <w:jc w:val="right"/>
      </w:pPr>
      <w:r>
        <w:t>ہماری پوری civilization زمین پر کھڑی ہوئی ہے۔</w:t>
      </w:r>
    </w:p>
    <w:p>
      <w:r>
        <w:rPr>
          <w:b/>
        </w:rPr>
        <w:t xml:space="preserve">[14:22] </w:t>
      </w:r>
      <w:r>
        <w:t>Isi wajah se drakht zameen par khaday huay hain.</w:t>
      </w:r>
    </w:p>
    <w:p>
      <w:pPr>
        <w:jc w:val="right"/>
      </w:pPr>
      <w:r>
        <w:t>اسی وجہ سے درخت زمین پر کھڑے ہوئے ہیں۔</w:t>
      </w:r>
    </w:p>
    <w:p>
      <w:r>
        <w:rPr>
          <w:b/>
        </w:rPr>
        <w:t xml:space="preserve">[14:29] </w:t>
      </w:r>
      <w:r>
        <w:t>Isi wajah se pani zameen par ruka hua hai.</w:t>
      </w:r>
    </w:p>
    <w:p>
      <w:pPr>
        <w:jc w:val="right"/>
      </w:pPr>
      <w:r>
        <w:t>اسی وجہ سے پانی زمین پر رکا ہوا ہے۔</w:t>
      </w:r>
    </w:p>
    <w:p>
      <w:r>
        <w:rPr>
          <w:b/>
        </w:rPr>
        <w:t xml:space="preserve">[14:35] </w:t>
      </w:r>
      <w:r>
        <w:t>yani bohat hi bari blessing hai ye gravity aur bohat hi balanced mein hai woh.</w:t>
      </w:r>
    </w:p>
    <w:p>
      <w:pPr>
        <w:jc w:val="right"/>
      </w:pPr>
      <w:r>
        <w:t>یعنی بہت ہی بڑی blessing ہے یہ gravity اور بہت ہی balanced میں ہے وہ۔</w:t>
      </w:r>
    </w:p>
    <w:p>
      <w:r>
        <w:rPr>
          <w:b/>
        </w:rPr>
        <w:t xml:space="preserve">[14:42] </w:t>
      </w:r>
      <w:r>
        <w:t>agar woh na ho, kam ya ziyada ho jaye to sari stability khatam ho jayegi.</w:t>
      </w:r>
    </w:p>
    <w:p>
      <w:pPr>
        <w:jc w:val="right"/>
      </w:pPr>
      <w:r>
        <w:t>اگر وہ نہ ہو، کم یا زیادہ ہو جائے تو ساری stability ختم ہو جائے گی۔</w:t>
      </w:r>
    </w:p>
    <w:p>
      <w:r>
        <w:rPr>
          <w:b/>
        </w:rPr>
        <w:t xml:space="preserve">[14:49] </w:t>
      </w:r>
      <w:r>
        <w:t>to civilization nahi ban sakti yahan par, insan nahi reh sakte yahan par.</w:t>
      </w:r>
    </w:p>
    <w:p>
      <w:pPr>
        <w:jc w:val="right"/>
      </w:pPr>
      <w:r>
        <w:t>تو civilization نہیں بن سکتی یہاں پر، انسان نہیں رہ سکتے یہاں پر۔</w:t>
      </w:r>
    </w:p>
    <w:p>
      <w:r>
        <w:rPr>
          <w:b/>
        </w:rPr>
        <w:t xml:space="preserve">[14:55] </w:t>
      </w:r>
      <w:r>
        <w:t>ye hai extremism.</w:t>
      </w:r>
    </w:p>
    <w:p>
      <w:pPr>
        <w:jc w:val="right"/>
      </w:pPr>
      <w:r>
        <w:t>یہ ہے extremism۔</w:t>
      </w:r>
    </w:p>
    <w:p>
      <w:r>
        <w:rPr>
          <w:b/>
        </w:rPr>
        <w:t xml:space="preserve">[15:02] </w:t>
      </w:r>
      <w:r>
        <w:t>jis tarah mazhab mein log extremist hotay hain, aisay hi secular logon bhi extremist hotay hain.</w:t>
      </w:r>
    </w:p>
    <w:p>
      <w:pPr>
        <w:jc w:val="right"/>
      </w:pPr>
      <w:r>
        <w:t>جس طرح مذہب میں لوگ extremist ہوتے ہیں، ایسے ہی secular لوگوں بھی extremist ہوتے ہیں۔</w:t>
      </w:r>
    </w:p>
    <w:p>
      <w:r>
        <w:rPr>
          <w:b/>
        </w:rPr>
        <w:t xml:space="preserve">[15:09] </w:t>
      </w:r>
      <w:r>
        <w:t>to dekhiye har cheez, har cheez, har cheez mein aik clue hota hai sochne ke liye.</w:t>
      </w:r>
    </w:p>
    <w:p>
      <w:pPr>
        <w:jc w:val="right"/>
      </w:pPr>
      <w:r>
        <w:t>تو دیکھیے ہر چیز، ہر چیز، ہر چیز میں ایک clue ہوتا ہے سوچنے کے لیے۔</w:t>
      </w:r>
    </w:p>
    <w:p>
      <w:r>
        <w:rPr>
          <w:b/>
        </w:rPr>
        <w:t xml:space="preserve">[15:15] </w:t>
      </w:r>
      <w:r>
        <w:t>sochne ke liye aik clue hota hai.</w:t>
      </w:r>
    </w:p>
    <w:p>
      <w:pPr>
        <w:jc w:val="right"/>
      </w:pPr>
      <w:r>
        <w:t>سوچنے کے لیے ایک clue ہوتا ہے۔</w:t>
      </w:r>
    </w:p>
    <w:p>
      <w:r>
        <w:rPr>
          <w:b/>
        </w:rPr>
        <w:t xml:space="preserve">[15:22] </w:t>
      </w:r>
      <w:r>
        <w:t>misalan dekhiye insan ke andar bohat desire hain.</w:t>
      </w:r>
    </w:p>
    <w:p>
      <w:pPr>
        <w:jc w:val="right"/>
      </w:pPr>
      <w:r>
        <w:t>مثلاً دیکھیے انسان کے اندر بہت desire ہیں۔</w:t>
      </w:r>
    </w:p>
    <w:p>
      <w:r>
        <w:rPr>
          <w:b/>
        </w:rPr>
        <w:t xml:space="preserve">[15:29] </w:t>
      </w:r>
      <w:r>
        <w:t>aaj mein soch raha tha ke insan ko itni desire, itni desire aadmi sare din zindagi is desire</w:t>
      </w:r>
    </w:p>
    <w:p>
      <w:pPr>
        <w:jc w:val="right"/>
      </w:pPr>
      <w:r>
        <w:t>آج میں سوچ رہا تھا کہ انسان کو اتنی desire، اتنی desire آدمی سارے دن زندگی اس desire</w:t>
      </w:r>
    </w:p>
    <w:p>
      <w:r>
        <w:rPr>
          <w:b/>
        </w:rPr>
        <w:t xml:space="preserve">[15:35] </w:t>
      </w:r>
      <w:r>
        <w:t>ko pura karne ke liye daurta rehta hai.</w:t>
      </w:r>
    </w:p>
    <w:p>
      <w:pPr>
        <w:jc w:val="right"/>
      </w:pPr>
      <w:r>
        <w:t>کو پورا کرنے کے لیے دوڑتا رہتا ہے۔</w:t>
      </w:r>
    </w:p>
    <w:p>
      <w:r>
        <w:rPr>
          <w:b/>
        </w:rPr>
        <w:t xml:space="preserve">[15:42] </w:t>
      </w:r>
      <w:r>
        <w:t>lekin aakhri jo daryaft hai, aakhri jo discovery hai, woh kya hai? ke desire to hamare paas hai</w:t>
      </w:r>
    </w:p>
    <w:p>
      <w:pPr>
        <w:jc w:val="right"/>
      </w:pPr>
      <w:r>
        <w:t>لیکن آخری جو دریافت ہے، آخری جو discovery ہے، وہ کیا ہے؟ کہ desire تو ہمارے پاس ہے</w:t>
      </w:r>
    </w:p>
    <w:p>
      <w:r>
        <w:rPr>
          <w:b/>
        </w:rPr>
        <w:t xml:space="preserve">[15:49] </w:t>
      </w:r>
      <w:r>
        <w:t>lekin power of fulfillment nahi hai.</w:t>
      </w:r>
    </w:p>
    <w:p>
      <w:pPr>
        <w:jc w:val="right"/>
      </w:pPr>
      <w:r>
        <w:t>لیکن power of fulfillment نہیں ہے۔</w:t>
      </w:r>
    </w:p>
    <w:p>
      <w:r>
        <w:rPr>
          <w:b/>
        </w:rPr>
        <w:t xml:space="preserve">[15:55] </w:t>
      </w:r>
      <w:r>
        <w:t>isi liye dekhiye luxury aik had tak rehti hai, iske baad woh problem ban jati hai.</w:t>
      </w:r>
    </w:p>
    <w:p>
      <w:pPr>
        <w:jc w:val="right"/>
      </w:pPr>
      <w:r>
        <w:t>اسی لیے دیکھیے luxury ایک حد تک رہتی ہے، اس کے بعد وہ problem بن جاتی ہے۔</w:t>
      </w:r>
    </w:p>
    <w:p>
      <w:r>
        <w:rPr>
          <w:b/>
        </w:rPr>
        <w:t xml:space="preserve">[16:02] </w:t>
      </w:r>
      <w:r>
        <w:t>power ziyada ho, money ziyada ho, fame ziyada ho, koi bhi cheez aap ke paas, saman zindagi ka</w:t>
      </w:r>
    </w:p>
    <w:p>
      <w:pPr>
        <w:jc w:val="right"/>
      </w:pPr>
      <w:r>
        <w:t>Power زیادہ ہو، money زیادہ ہو، fame زیادہ ہو، کوئی بھی چیز آپ کے پاس، سامان زندگی کا</w:t>
      </w:r>
    </w:p>
    <w:p>
      <w:r>
        <w:rPr>
          <w:b/>
        </w:rPr>
        <w:t xml:space="preserve">[16:09] </w:t>
      </w:r>
      <w:r>
        <w:t>ziyada ho, koi bhi cheez aap ke paas aik had tak hi aap is ko enjoy kar paate hain.</w:t>
      </w:r>
    </w:p>
    <w:p>
      <w:pPr>
        <w:jc w:val="right"/>
      </w:pPr>
      <w:r>
        <w:t>زیادہ ہو، کوئی بھی چیز آپ کے پاس ایک حد تک ہی آپ اس کو enjoy کر پاتے ہیں۔</w:t>
      </w:r>
    </w:p>
    <w:p>
      <w:r>
        <w:rPr>
          <w:b/>
        </w:rPr>
        <w:t xml:space="preserve">[16:15] </w:t>
      </w:r>
      <w:r>
        <w:t>jitni enjoyable cheezein hain, aap un se sirf aik had tak hi aik limited hai, aik limitation hai</w:t>
      </w:r>
    </w:p>
    <w:p>
      <w:pPr>
        <w:jc w:val="right"/>
      </w:pPr>
      <w:r>
        <w:t>جتنی enjoyable چیزیں ہیں، آپ ان سے صرف ایک حد تک ہی ایک limited ہے، ایک limitation ہے</w:t>
      </w:r>
    </w:p>
    <w:p>
      <w:r>
        <w:rPr>
          <w:b/>
        </w:rPr>
        <w:t xml:space="preserve">[16:22] </w:t>
      </w:r>
      <w:r>
        <w:t>is ki, wohin tak enjoy kar paate hain.</w:t>
      </w:r>
    </w:p>
    <w:p>
      <w:pPr>
        <w:jc w:val="right"/>
      </w:pPr>
      <w:r>
        <w:t>اس کی، وہیں تک enjoy کر پاتے ہیں۔</w:t>
      </w:r>
    </w:p>
    <w:p>
      <w:r>
        <w:rPr>
          <w:b/>
        </w:rPr>
        <w:t xml:space="preserve">[16:28] </w:t>
      </w:r>
      <w:r>
        <w:t>iske baad problem hai.</w:t>
      </w:r>
    </w:p>
    <w:p>
      <w:pPr>
        <w:jc w:val="right"/>
      </w:pPr>
      <w:r>
        <w:t>اس کے بعد problem ہے۔</w:t>
      </w:r>
    </w:p>
    <w:p>
      <w:r>
        <w:rPr>
          <w:b/>
        </w:rPr>
        <w:t xml:space="preserve">[16:35] </w:t>
      </w:r>
      <w:r>
        <w:t>yani ziyada luxury problem, ziyada comfort problem, ziyada power problem.</w:t>
      </w:r>
    </w:p>
    <w:p>
      <w:pPr>
        <w:jc w:val="right"/>
      </w:pPr>
      <w:r>
        <w:t>یعنی زیادہ luxury problem, زیادہ comfort problem, زیادہ power problem۔</w:t>
      </w:r>
    </w:p>
    <w:p>
      <w:r>
        <w:rPr>
          <w:b/>
        </w:rPr>
        <w:t xml:space="preserve">[16:42] </w:t>
      </w:r>
      <w:r>
        <w:t>ye bohat anokha phenomena hai zindagi ka ke koi bhi cheez aik had tak to hum is ko</w:t>
      </w:r>
    </w:p>
    <w:p>
      <w:pPr>
        <w:jc w:val="right"/>
      </w:pPr>
      <w:r>
        <w:t>یہ بہت انوکھا phenomena ہے زندگی کا کہ کوئی بھی چیز ایک حد تک تو ہم اس کو</w:t>
      </w:r>
    </w:p>
    <w:p>
      <w:r>
        <w:rPr>
          <w:b/>
        </w:rPr>
        <w:t xml:space="preserve">[16:48] </w:t>
      </w:r>
      <w:r>
        <w:t>enjoy kar paate hain, lekin agar woh ziyada ho jaye to phir problem hai woh.</w:t>
      </w:r>
    </w:p>
    <w:p>
      <w:pPr>
        <w:jc w:val="right"/>
      </w:pPr>
      <w:r>
        <w:t>enjoy کر پاتے ہیں، لیکن اگر وہ زیادہ ہو جائے تو پھر problem ہے وہ۔</w:t>
      </w:r>
    </w:p>
    <w:p>
      <w:r>
        <w:rPr>
          <w:b/>
        </w:rPr>
        <w:t xml:space="preserve">[16:55] </w:t>
      </w:r>
      <w:r>
        <w:t>money bhi, saman bhi, ghar bhi, har cheez.</w:t>
      </w:r>
    </w:p>
    <w:p>
      <w:pPr>
        <w:jc w:val="right"/>
      </w:pPr>
      <w:r>
        <w:t>Money بھی، سامان بھی، گھر بھی، ہر چیز۔</w:t>
      </w:r>
    </w:p>
    <w:p>
      <w:r>
        <w:rPr>
          <w:b/>
        </w:rPr>
        <w:t xml:space="preserve">[17:02] </w:t>
      </w:r>
      <w:r>
        <w:t>kyun aisa hai? is ki mani yeh hui hai ke yeh dunya is liye banai nahi gayi ke</w:t>
      </w:r>
    </w:p>
    <w:p>
      <w:pPr>
        <w:jc w:val="right"/>
      </w:pPr>
      <w:r>
        <w:t>کیوں ایسا ہے؟ اس کی معنی یہ ہوئی ہے کہ یہ دنیا اس لیے بنائی نہیں گئی کہ</w:t>
      </w:r>
    </w:p>
    <w:p>
      <w:r>
        <w:rPr>
          <w:b/>
        </w:rPr>
        <w:t xml:space="preserve">[17:08] </w:t>
      </w:r>
      <w:r>
        <w:t>yahan par hum fulfillment ki had tak enjoy karen.</w:t>
      </w:r>
    </w:p>
    <w:p>
      <w:pPr>
        <w:jc w:val="right"/>
      </w:pPr>
      <w:r>
        <w:t>یہاں پر ہم fulfillment کی حد تک enjoy کریں۔</w:t>
      </w:r>
    </w:p>
    <w:p>
      <w:r>
        <w:rPr>
          <w:b/>
        </w:rPr>
        <w:t xml:space="preserve">[17:15] </w:t>
      </w:r>
      <w:r>
        <w:t>is mein aik clue hai sochne ke liye ke yeh dunya banane wale ne is liye nahi banai</w:t>
      </w:r>
    </w:p>
    <w:p>
      <w:pPr>
        <w:jc w:val="right"/>
      </w:pPr>
      <w:r>
        <w:t>اس میں ایک clue ہے سوچنے کے لیے کہ یہ دنیا بنانے والے نے اس لیے نہیں بنائی</w:t>
      </w:r>
    </w:p>
    <w:p>
      <w:r>
        <w:rPr>
          <w:b/>
        </w:rPr>
        <w:t xml:space="preserve">[17:22] </w:t>
      </w:r>
      <w:r>
        <w:t>hai ke yahan hum fulfillment ki had tak enjoy karen.</w:t>
      </w:r>
    </w:p>
    <w:p>
      <w:pPr>
        <w:jc w:val="right"/>
      </w:pPr>
      <w:r>
        <w:t>ہے کہ یہاں ہم fulfillment کی حد تک enjoy کریں۔</w:t>
      </w:r>
    </w:p>
    <w:p>
      <w:r>
        <w:rPr>
          <w:b/>
        </w:rPr>
        <w:t xml:space="preserve">[17:28] </w:t>
      </w:r>
      <w:r>
        <w:t>Yahan hum sirf ek limited had tak enjoy kar sakte hain.</w:t>
      </w:r>
    </w:p>
    <w:p>
      <w:pPr>
        <w:jc w:val="right"/>
      </w:pPr>
      <w:r>
        <w:t>یہاں ہم صرف ایک limited حد تک enjoy کر سکتے ہیں۔</w:t>
      </w:r>
    </w:p>
    <w:p>
      <w:r>
        <w:rPr>
          <w:b/>
        </w:rPr>
        <w:t xml:space="preserve">[17:35] </w:t>
      </w:r>
      <w:r>
        <w:t>To kitna bara yeh hai? Iska matlab ke yeh clue hai paradise ka.</w:t>
      </w:r>
    </w:p>
    <w:p>
      <w:pPr>
        <w:jc w:val="right"/>
      </w:pPr>
      <w:r>
        <w:t>تو کتنا بڑا یہ ہے؟ اس کا معنی کہ یہ clue ہے paradise کا۔</w:t>
      </w:r>
    </w:p>
    <w:p>
      <w:r>
        <w:rPr>
          <w:b/>
        </w:rPr>
        <w:t xml:space="preserve">[17:42] </w:t>
      </w:r>
      <w:r>
        <w:t>Yeh jo problem hai, yeh paradise ka clue hai.</w:t>
      </w:r>
    </w:p>
    <w:p>
      <w:pPr>
        <w:jc w:val="right"/>
      </w:pPr>
      <w:r>
        <w:t>یہ جو problem ہے، یہ paradise کا clue ہے۔</w:t>
      </w:r>
    </w:p>
    <w:p>
      <w:r>
        <w:rPr>
          <w:b/>
        </w:rPr>
        <w:t xml:space="preserve">[17:48] </w:t>
      </w:r>
      <w:r>
        <w:t>Iska matlab yeh hai ke tum apna goal badlo.</w:t>
      </w:r>
    </w:p>
    <w:p>
      <w:pPr>
        <w:jc w:val="right"/>
      </w:pPr>
      <w:r>
        <w:t>اس کا مطلب یہ ہے کہ تم اپنا goal بدلو۔</w:t>
      </w:r>
    </w:p>
    <w:p>
      <w:r>
        <w:rPr>
          <w:b/>
        </w:rPr>
        <w:t xml:space="preserve">[17:55] </w:t>
      </w:r>
      <w:r>
        <w:t>Apne goal ka, apna target jo hai, usko badlo.</w:t>
      </w:r>
    </w:p>
    <w:p>
      <w:pPr>
        <w:jc w:val="right"/>
      </w:pPr>
      <w:r>
        <w:t>اپنے goal کا، اپنا target جو ہے، اس کو بدلو۔</w:t>
      </w:r>
    </w:p>
    <w:p>
      <w:r>
        <w:rPr>
          <w:b/>
        </w:rPr>
        <w:t xml:space="preserve">[18:02] </w:t>
      </w:r>
      <w:r>
        <w:t>Jannat ko target banao, kisi aur cheez ko nahin.</w:t>
      </w:r>
    </w:p>
    <w:p>
      <w:pPr>
        <w:jc w:val="right"/>
      </w:pPr>
      <w:r>
        <w:t>جنت کو target بناؤ، کسی اور چیز کو نہیں۔</w:t>
      </w:r>
    </w:p>
    <w:p>
      <w:r>
        <w:rPr>
          <w:b/>
        </w:rPr>
        <w:t xml:space="preserve">[18:08] </w:t>
      </w:r>
      <w:r>
        <w:t>Kyunke tum chahte ho unlimited enjoyment aur is dunya mein sab kuch paane ke baad bhi unlimited had</w:t>
      </w:r>
    </w:p>
    <w:p>
      <w:pPr>
        <w:jc w:val="right"/>
      </w:pPr>
      <w:r>
        <w:t>کیونکہ تم چاہتے ہو unlimited enjoyment اور اس دنیا میں سب کچھ پانے کے بعد بھی unlimited حد</w:t>
      </w:r>
    </w:p>
    <w:p>
      <w:r>
        <w:rPr>
          <w:b/>
        </w:rPr>
        <w:t xml:space="preserve">[18:15] </w:t>
      </w:r>
      <w:r>
        <w:t>tak enjoyment kar nahin paate tum.</w:t>
      </w:r>
    </w:p>
    <w:p>
      <w:pPr>
        <w:jc w:val="right"/>
      </w:pPr>
      <w:r>
        <w:t>تک enjoyment کر نہیں پاتے تم۔</w:t>
      </w:r>
    </w:p>
    <w:p>
      <w:r>
        <w:rPr>
          <w:b/>
        </w:rPr>
        <w:t xml:space="preserve">[18:22] </w:t>
      </w:r>
      <w:r>
        <w:t>To iska matlab ke tumhein ek aur world chahiye.</w:t>
      </w:r>
    </w:p>
    <w:p>
      <w:pPr>
        <w:jc w:val="right"/>
      </w:pPr>
      <w:r>
        <w:t>تو اس کا معنی کہ تمہیں ایک اور world چاہیے۔</w:t>
      </w:r>
    </w:p>
    <w:p>
      <w:r>
        <w:rPr>
          <w:b/>
        </w:rPr>
        <w:t xml:space="preserve">[18:28] </w:t>
      </w:r>
      <w:r>
        <w:t>Yeh world jo hai, agarche custom made world hai, lekin enjoyment ke aitbar se nahin.</w:t>
      </w:r>
    </w:p>
    <w:p>
      <w:pPr>
        <w:jc w:val="right"/>
      </w:pPr>
      <w:r>
        <w:t>یہ world جو ہے، اگرچہ custom made world ہے، لیکن enjoyment کے اعتبار سے نہیں۔</w:t>
      </w:r>
    </w:p>
    <w:p>
      <w:r>
        <w:rPr>
          <w:b/>
        </w:rPr>
        <w:t xml:space="preserve">[18:35] </w:t>
      </w:r>
      <w:r>
        <w:t>Custom made world hai kisi aur aitbar se.</w:t>
      </w:r>
    </w:p>
    <w:p>
      <w:pPr>
        <w:jc w:val="right"/>
      </w:pPr>
      <w:r>
        <w:t>Custom made world ہے کسی اور اعتبار سے۔</w:t>
      </w:r>
    </w:p>
    <w:p>
      <w:r>
        <w:rPr>
          <w:b/>
        </w:rPr>
        <w:t xml:space="preserve">[18:42] </w:t>
      </w:r>
      <w:r>
        <w:t>Jahan tak enjoyment ki baat hai, fulfillment ki baat hai, uske lehaz se yeh custom made world nahin hai.</w:t>
      </w:r>
    </w:p>
    <w:p>
      <w:pPr>
        <w:jc w:val="right"/>
      </w:pPr>
      <w:r>
        <w:t>جہاں تک enjoyment کی بات ہے، fulfillment کی بات ہے، اس کے لحاظ سے یہ custom made world نہیں ہے۔</w:t>
      </w:r>
    </w:p>
    <w:p>
      <w:r>
        <w:rPr>
          <w:b/>
        </w:rPr>
        <w:t xml:space="preserve">[18:48] </w:t>
      </w:r>
      <w:r>
        <w:t>Yeh clue hai.</w:t>
      </w:r>
    </w:p>
    <w:p>
      <w:pPr>
        <w:jc w:val="right"/>
      </w:pPr>
      <w:r>
        <w:t>یہ clue ہے۔</w:t>
      </w:r>
    </w:p>
    <w:p>
      <w:r>
        <w:rPr>
          <w:b/>
        </w:rPr>
        <w:t xml:space="preserve">[18:55] </w:t>
      </w:r>
      <w:r>
        <w:t>Every problem is a clue zindagi mein jab bhi koi problem aaye to usko aap in terms</w:t>
      </w:r>
    </w:p>
    <w:p>
      <w:pPr>
        <w:jc w:val="right"/>
      </w:pPr>
      <w:r>
        <w:t>Every problem is a clue زندگی میں جب بھی کوئی problem آئے تو اس کو آپ in terms</w:t>
      </w:r>
    </w:p>
    <w:p>
      <w:r>
        <w:rPr>
          <w:b/>
        </w:rPr>
        <w:t xml:space="preserve">[19:02] </w:t>
      </w:r>
      <w:r>
        <w:t>of clue lijiyega.</w:t>
      </w:r>
    </w:p>
    <w:p>
      <w:pPr>
        <w:jc w:val="right"/>
      </w:pPr>
      <w:r>
        <w:t>of clue لیجیے۔</w:t>
      </w:r>
    </w:p>
    <w:p>
      <w:r>
        <w:rPr>
          <w:b/>
        </w:rPr>
        <w:t xml:space="preserve">[19:08] </w:t>
      </w:r>
      <w:r>
        <w:t>Sochne ke liye, sochne ke liye, sochne ke liye.</w:t>
      </w:r>
    </w:p>
    <w:p>
      <w:pPr>
        <w:jc w:val="right"/>
      </w:pPr>
      <w:r>
        <w:t>سوچنے کے لیے، سوچنے کے لیے، سوچنے کے لیے۔</w:t>
      </w:r>
    </w:p>
    <w:p>
      <w:r>
        <w:rPr>
          <w:b/>
        </w:rPr>
        <w:t xml:space="preserve">[19:15] </w:t>
      </w:r>
      <w:r>
        <w:t>To material world mein perfection hai.</w:t>
      </w:r>
    </w:p>
    <w:p>
      <w:pPr>
        <w:jc w:val="right"/>
      </w:pPr>
      <w:r>
        <w:t>تو material world میں perfection ہے۔</w:t>
      </w:r>
    </w:p>
    <w:p>
      <w:r>
        <w:rPr>
          <w:b/>
        </w:rPr>
        <w:t xml:space="preserve">[19:22] </w:t>
      </w:r>
      <w:r>
        <w:t>Material world mein perfection hai.</w:t>
      </w:r>
    </w:p>
    <w:p>
      <w:pPr>
        <w:jc w:val="right"/>
      </w:pPr>
      <w:r>
        <w:t>Material world میں perfection ہے۔</w:t>
      </w:r>
    </w:p>
    <w:p>
      <w:r>
        <w:rPr>
          <w:b/>
        </w:rPr>
        <w:t xml:space="preserve">[19:28] </w:t>
      </w:r>
      <w:r>
        <w:t>Human world mein perfection nahin hai.</w:t>
      </w:r>
    </w:p>
    <w:p>
      <w:pPr>
        <w:jc w:val="right"/>
      </w:pPr>
      <w:r>
        <w:t>Human world میں perfection نہیں ہے۔</w:t>
      </w:r>
    </w:p>
    <w:p>
      <w:r>
        <w:rPr>
          <w:b/>
        </w:rPr>
        <w:t xml:space="preserve">[19:35] </w:t>
      </w:r>
      <w:r>
        <w:t>So why is this disparity?</w:t>
      </w:r>
    </w:p>
    <w:p>
      <w:pPr>
        <w:jc w:val="right"/>
      </w:pPr>
      <w:r>
        <w:t>So why is this disparity?</w:t>
      </w:r>
    </w:p>
    <w:p>
      <w:r>
        <w:rPr>
          <w:b/>
        </w:rPr>
        <w:t xml:space="preserve">[19:42] </w:t>
      </w:r>
      <w:r>
        <w:t>Why is this difference?</w:t>
      </w:r>
    </w:p>
    <w:p>
      <w:pPr>
        <w:jc w:val="right"/>
      </w:pPr>
      <w:r>
        <w:t>Why is this difference?</w:t>
      </w:r>
    </w:p>
    <w:p>
      <w:r>
        <w:rPr>
          <w:b/>
        </w:rPr>
        <w:t xml:space="preserve">[19:49] </w:t>
      </w:r>
      <w:r>
        <w:t>Yeh sochne ki baat hai.</w:t>
      </w:r>
    </w:p>
    <w:p>
      <w:pPr>
        <w:jc w:val="right"/>
      </w:pPr>
      <w:r>
        <w:t>یہ سوچنے کی بات ہے۔</w:t>
      </w:r>
    </w:p>
    <w:p>
      <w:r>
        <w:rPr>
          <w:b/>
        </w:rPr>
        <w:t xml:space="preserve">[19:57] </w:t>
      </w:r>
      <w:r>
        <w:t>To is material world mein jo perfection hai, woh hamare liye ek illustration hai jo hamari soch ko</w:t>
      </w:r>
    </w:p>
    <w:p>
      <w:pPr>
        <w:jc w:val="right"/>
      </w:pPr>
      <w:r>
        <w:t>تو اس material world میں جو perfection ہے، وہ ہمارے لیے ایک illustration ہے جو ہماری سوچ کو</w:t>
      </w:r>
    </w:p>
    <w:p>
      <w:r>
        <w:rPr>
          <w:b/>
        </w:rPr>
        <w:t xml:space="preserve">[20:04] </w:t>
      </w:r>
      <w:r>
        <w:t>correct karne ke liye.</w:t>
      </w:r>
    </w:p>
    <w:p>
      <w:pPr>
        <w:jc w:val="right"/>
      </w:pPr>
      <w:r>
        <w:t>correct کرنے کے لیے۔</w:t>
      </w:r>
    </w:p>
    <w:p>
      <w:r>
        <w:rPr>
          <w:b/>
        </w:rPr>
        <w:t xml:space="preserve">[20:12] </w:t>
      </w:r>
      <w:r>
        <w:t>har cheez ke upar illustration taake us ko le kar hum samjhein ke hum kahan sahi hain, kahan galat hain.</w:t>
      </w:r>
    </w:p>
    <w:p>
      <w:pPr>
        <w:jc w:val="right"/>
      </w:pPr>
      <w:r>
        <w:t>ہر چیز کے اوپر illustration تاکہ اس کو لے کر ہم سمجھیں کہ ہم کہاں صحیح ہیں، کہاں غلط ہیں۔</w:t>
      </w:r>
    </w:p>
    <w:p>
      <w:r>
        <w:rPr>
          <w:b/>
        </w:rPr>
        <w:t xml:space="preserve">[20:20] </w:t>
      </w:r>
      <w:r>
        <w:t>to agar aadmi yeh kare ke woh apne dil ki awaaz ko sune, woh nabiyon ki hidayat par</w:t>
      </w:r>
    </w:p>
    <w:p>
      <w:pPr>
        <w:jc w:val="right"/>
      </w:pPr>
      <w:r>
        <w:t>تو اگر آدمی یہ کرے کہ وہ اپنے دل کی آواز کو سنے، وہ نبیوں کی ہدایت پر</w:t>
      </w:r>
    </w:p>
    <w:p>
      <w:r>
        <w:rPr>
          <w:b/>
        </w:rPr>
        <w:t xml:space="preserve">[20:27] </w:t>
      </w:r>
      <w:r>
        <w:t>ghor kare, woh kainat mein jo illustrations hain hamari requirement ke, us ko dekh kar us se listen</w:t>
      </w:r>
    </w:p>
    <w:p>
      <w:pPr>
        <w:jc w:val="right"/>
      </w:pPr>
      <w:r>
        <w:t>غور کرے، وہ کائنات میں جو illustrations ہیں ہماری requirement کے، اس کو دیکھ کر اس سے listen</w:t>
      </w:r>
    </w:p>
    <w:p>
      <w:r>
        <w:rPr>
          <w:b/>
        </w:rPr>
        <w:t xml:space="preserve">[20:35] </w:t>
      </w:r>
      <w:r>
        <w:t>le, us se sabaq le, to kabhi us ki zindagi derail na ho.</w:t>
      </w:r>
    </w:p>
    <w:p>
      <w:pPr>
        <w:jc w:val="right"/>
      </w:pPr>
      <w:r>
        <w:t>لے، اس سے سبق لے، تو کبھی اس کی زندگی derail نہ ہو۔</w:t>
      </w:r>
    </w:p>
    <w:p>
      <w:r>
        <w:rPr>
          <w:b/>
        </w:rPr>
        <w:t xml:space="preserve">[20:43] </w:t>
      </w:r>
      <w:r>
        <w:t>kabhi woh sachai ke raaste se deviate na kare.</w:t>
      </w:r>
    </w:p>
    <w:p>
      <w:pPr>
        <w:jc w:val="right"/>
      </w:pPr>
      <w:r>
        <w:t>کبھی وہ سچائی کے راستے سے deviate نہ کرے۔</w:t>
      </w:r>
    </w:p>
    <w:p>
      <w:r>
        <w:rPr>
          <w:b/>
        </w:rPr>
        <w:t xml:space="preserve">[20:50] </w:t>
      </w:r>
      <w:r>
        <w:t>yeh hai sara maamla.</w:t>
      </w:r>
    </w:p>
    <w:p>
      <w:pPr>
        <w:jc w:val="right"/>
      </w:pPr>
      <w:r>
        <w:t>یہ ہے سارا معاملہ۔</w:t>
      </w:r>
    </w:p>
    <w:p>
      <w:r>
        <w:rPr>
          <w:b/>
        </w:rPr>
        <w:t xml:space="preserve">[20:58] </w:t>
      </w:r>
      <w:r>
        <w:t>to aaj ke liye maine jo unwaan liya hai, woh hai "Road to Paradise".</w:t>
      </w:r>
    </w:p>
    <w:p>
      <w:pPr>
        <w:jc w:val="right"/>
      </w:pPr>
      <w:r>
        <w:t>تو آج کے لیے میں نے جو عنوان لیا ہے، وہ ہے "Road to Paradise"۔</w:t>
      </w:r>
    </w:p>
    <w:p>
      <w:r>
        <w:rPr>
          <w:b/>
        </w:rPr>
        <w:t xml:space="preserve">[21:06] </w:t>
      </w:r>
      <w:r>
        <w:t>to sari cheezein hum ko yahi indicate karti hain ke jannat ko apna target banao.</w:t>
      </w:r>
    </w:p>
    <w:p>
      <w:pPr>
        <w:jc w:val="right"/>
      </w:pPr>
      <w:r>
        <w:t>تو ساری چیزیں ہم کو یہی indicate کرتی ہیں کہ جنت کو اپنا target بناؤ۔</w:t>
      </w:r>
    </w:p>
    <w:p>
      <w:r>
        <w:rPr>
          <w:b/>
        </w:rPr>
        <w:t xml:space="preserve">[21:13] </w:t>
      </w:r>
      <w:r>
        <w:t>yaani hamari jo banawat hai, hamari jo maang hai, hamara jo fulfillment ka ehsaas hai, hamari jo soch</w:t>
      </w:r>
    </w:p>
    <w:p>
      <w:pPr>
        <w:jc w:val="right"/>
      </w:pPr>
      <w:r>
        <w:t>یعنی ہماری جو بناوٹ ہے، ہماری جو مانگ ہے، ہمارا جو fulfillment کا احساس ہے، ہماری جو سوچ</w:t>
      </w:r>
    </w:p>
    <w:p>
      <w:r>
        <w:rPr>
          <w:b/>
        </w:rPr>
        <w:t xml:space="preserve">[21:21] </w:t>
      </w:r>
      <w:r>
        <w:t>hai, hamari jo desire hai, sab indicate kar rahe hain ke yeh duniya tumhare liye final abode nahi hai.</w:t>
      </w:r>
    </w:p>
    <w:p>
      <w:pPr>
        <w:jc w:val="right"/>
      </w:pPr>
      <w:r>
        <w:t>ہے، ہماری جو desire ہے، سب indicate کر رہے ہیں کہ یہ دنیا تمہارے لیے final abode نہیں ہے۔</w:t>
      </w:r>
    </w:p>
    <w:p>
      <w:r>
        <w:rPr>
          <w:b/>
        </w:rPr>
        <w:t xml:space="preserve">[21:29] </w:t>
      </w:r>
      <w:r>
        <w:t>yeh yeh duniya tumhare liye habitat nahi hai.</w:t>
      </w:r>
    </w:p>
    <w:p>
      <w:pPr>
        <w:jc w:val="right"/>
      </w:pPr>
      <w:r>
        <w:t>یہ یہ دنیا تمہارے لیے habitat نہیں ہے۔</w:t>
      </w:r>
    </w:p>
    <w:p>
      <w:r>
        <w:rPr>
          <w:b/>
        </w:rPr>
        <w:t xml:space="preserve">[21:36] </w:t>
      </w:r>
      <w:r>
        <w:t>taake hum sochein, taake sochein ke phir kahan hai? Yeh duniya nahi hai to kahan hai? Agar yeh</w:t>
      </w:r>
    </w:p>
    <w:p>
      <w:pPr>
        <w:jc w:val="right"/>
      </w:pPr>
      <w:r>
        <w:t>تاکہ ہم سوچیں، تاکہ سوچیں کہ پھر کہاں ہے؟ یہ دنیا نہیں ہے تو کہاں ہے؟ اگر یہ</w:t>
      </w:r>
    </w:p>
    <w:p>
      <w:r>
        <w:rPr>
          <w:b/>
        </w:rPr>
        <w:t xml:space="preserve">[21:44] </w:t>
      </w:r>
      <w:r>
        <w:t>duniya mera final abode nahi hai, agar yeh duniya mera habitat nahi hai to kahan hai phir woh?</w:t>
      </w:r>
    </w:p>
    <w:p>
      <w:pPr>
        <w:jc w:val="right"/>
      </w:pPr>
      <w:r>
        <w:t>دنیا میرا final abode نہیں ہے، اگر یہ دنیا میرا habitat نہیں ہے تو کہاں ہے پھر وہ؟</w:t>
      </w:r>
    </w:p>
    <w:p>
      <w:r>
        <w:rPr>
          <w:b/>
        </w:rPr>
        <w:t xml:space="preserve">[21:52] </w:t>
      </w:r>
      <w:r>
        <w:t>jab duniya mein sari cheezein hain, sari cheezein hain, sari cheezein hain to mera abode bhi hona chahiye,</w:t>
      </w:r>
    </w:p>
    <w:p>
      <w:pPr>
        <w:jc w:val="right"/>
      </w:pPr>
      <w:r>
        <w:t>جب دنیا میں ساری چیزیں ہیں، ساری چیزیں ہیں، ساری چیزیں ہیں تو میرا abode بھی ہونا چاہیے،</w:t>
      </w:r>
    </w:p>
    <w:p>
      <w:r>
        <w:rPr>
          <w:b/>
        </w:rPr>
        <w:t xml:space="preserve">[21:59] </w:t>
      </w:r>
      <w:r>
        <w:t>mera habitat bhi hona chahiye.</w:t>
      </w:r>
    </w:p>
    <w:p>
      <w:pPr>
        <w:jc w:val="right"/>
      </w:pPr>
      <w:r>
        <w:t>میرا habitat بھی ہونا چاہیے۔</w:t>
      </w:r>
    </w:p>
    <w:p>
      <w:r>
        <w:rPr>
          <w:b/>
        </w:rPr>
        <w:t xml:space="preserve">[22:07] </w:t>
      </w:r>
      <w:r>
        <w:t>jab yahan tak pahunchega insaan is soch tak to agla jo stage hai, woh kya hai? Woh</w:t>
      </w:r>
    </w:p>
    <w:p>
      <w:pPr>
        <w:jc w:val="right"/>
      </w:pPr>
      <w:r>
        <w:t>جب یہاں تک پہنچے گا انسان اس سوچ تک تو اگلا جو stage ہے، وہ کیا ہے؟ وہ</w:t>
      </w:r>
    </w:p>
    <w:p>
      <w:r>
        <w:rPr>
          <w:b/>
        </w:rPr>
        <w:t xml:space="preserve">[22:15] </w:t>
      </w:r>
      <w:r>
        <w:t>paradise ki discovery hai.</w:t>
      </w:r>
    </w:p>
    <w:p>
      <w:pPr>
        <w:jc w:val="right"/>
      </w:pPr>
      <w:r>
        <w:t>paradise کی discovery ہے۔</w:t>
      </w:r>
    </w:p>
    <w:p>
      <w:r>
        <w:rPr>
          <w:b/>
        </w:rPr>
        <w:t xml:space="preserve">[22:22] </w:t>
      </w:r>
      <w:r>
        <w:t>aur phir kya hoga? Paradise ke mutabiq apni zindagi ko plan karna.</w:t>
      </w:r>
    </w:p>
    <w:p>
      <w:pPr>
        <w:jc w:val="right"/>
      </w:pPr>
      <w:r>
        <w:t>اور پھر کیا ہوگا؟ Paradise کے مطابق اپنی زندگی کو plan کرنا۔</w:t>
      </w:r>
    </w:p>
    <w:p>
      <w:r>
        <w:rPr>
          <w:b/>
        </w:rPr>
        <w:t xml:space="preserve">[22:30] </w:t>
      </w:r>
      <w:r>
        <w:t>us ke mutabiq apne ko plan karna.</w:t>
      </w:r>
    </w:p>
    <w:p>
      <w:pPr>
        <w:jc w:val="right"/>
      </w:pPr>
      <w:r>
        <w:t>اس کے مطابق اپنے کو plan کرنا۔</w:t>
      </w:r>
    </w:p>
    <w:p>
      <w:r>
        <w:rPr>
          <w:b/>
        </w:rPr>
        <w:t xml:space="preserve">[22:37] </w:t>
      </w:r>
      <w:r>
        <w:t>misal ke taur par kal meri mulaqaat ek saahab se hui.</w:t>
      </w:r>
    </w:p>
    <w:p>
      <w:pPr>
        <w:jc w:val="right"/>
      </w:pPr>
      <w:r>
        <w:t>مثلاً کل میری ملاقات ایک صاحب سے ہوئی۔</w:t>
      </w:r>
    </w:p>
    <w:p>
      <w:r>
        <w:rPr>
          <w:b/>
        </w:rPr>
        <w:t xml:space="preserve">[22:45] </w:t>
      </w:r>
      <w:r>
        <w:t>kal ki baat hai yeh ke un ki love marriage hui thi.</w:t>
      </w:r>
    </w:p>
    <w:p>
      <w:pPr>
        <w:jc w:val="right"/>
      </w:pPr>
      <w:r>
        <w:t>کل کی بات ہے یہ کہ ان کی love marriage ہوئی تھی۔</w:t>
      </w:r>
    </w:p>
    <w:p>
      <w:r>
        <w:rPr>
          <w:b/>
        </w:rPr>
        <w:t xml:space="preserve">[22:53] </w:t>
      </w:r>
      <w:r>
        <w:t>lekin hua kya? Shadi se pehle woh love marriage thi aur shadi ke baad woh problem marriage ban gayi.</w:t>
      </w:r>
    </w:p>
    <w:p>
      <w:pPr>
        <w:jc w:val="right"/>
      </w:pPr>
      <w:r>
        <w:t>لیکن ہوا کیا؟ شادی سے پہلے وہ love marriage تھی اور شادی کے بعد وہ problem marriage بن گئی۔</w:t>
      </w:r>
    </w:p>
    <w:p>
      <w:r>
        <w:rPr>
          <w:b/>
        </w:rPr>
        <w:t xml:space="preserve">[23:00] </w:t>
      </w:r>
      <w:r>
        <w:t>shadi se pehle woh love marriage thi, love marriage samajhte the is ko woh, lekin shadi ke baad</w:t>
      </w:r>
    </w:p>
    <w:p>
      <w:pPr>
        <w:jc w:val="right"/>
      </w:pPr>
      <w:r>
        <w:t>شادی سے پہلے وہ love marriage تھی، love marriage سمجھتے تھے اس کو وہ، لیکن شادی کے بعد</w:t>
      </w:r>
    </w:p>
    <w:p>
      <w:r>
        <w:rPr>
          <w:b/>
        </w:rPr>
        <w:t xml:space="preserve">[23:08] </w:t>
      </w:r>
      <w:r>
        <w:t>woh problem marriage ban gayi.</w:t>
      </w:r>
    </w:p>
    <w:p>
      <w:pPr>
        <w:jc w:val="right"/>
      </w:pPr>
      <w:r>
        <w:t>وہ problem marriage بن گئی۔</w:t>
      </w:r>
    </w:p>
    <w:p>
      <w:r>
        <w:rPr>
          <w:b/>
        </w:rPr>
        <w:t xml:space="preserve">[23:16] </w:t>
      </w:r>
      <w:r>
        <w:t>ab woh pareshan the.</w:t>
      </w:r>
    </w:p>
    <w:p>
      <w:pPr>
        <w:jc w:val="right"/>
      </w:pPr>
      <w:r>
        <w:t>اب وہ پریشان تھے۔</w:t>
      </w:r>
    </w:p>
    <w:p>
      <w:r>
        <w:rPr>
          <w:b/>
        </w:rPr>
        <w:t xml:space="preserve">[23:23] </w:t>
      </w:r>
      <w:r>
        <w:t>mein ne kaha ke dekhiye, problem marriage agar ban gayi, woh yeh to bohat hi achi baat hai.</w:t>
      </w:r>
    </w:p>
    <w:p>
      <w:pPr>
        <w:jc w:val="right"/>
      </w:pPr>
      <w:r>
        <w:t>میں نے کہا کہ دیکھیے، problem marriage اگر بن گئی، وہ یہ تو بہت ہی اچھی بات ہے۔</w:t>
      </w:r>
    </w:p>
    <w:p>
      <w:r>
        <w:rPr>
          <w:b/>
        </w:rPr>
        <w:t xml:space="preserve">[23:31] </w:t>
      </w:r>
      <w:r>
        <w:t>It is blessing for you kyunke woh aap ko aap ke mind mein awakening paida karne ke liye hai.</w:t>
      </w:r>
    </w:p>
    <w:p>
      <w:pPr>
        <w:jc w:val="right"/>
      </w:pPr>
      <w:r>
        <w:t>It is blessing for you کیونکہ وہ آپ کو آپ کے mind میں awakening پیدا کرنے کے لیے ہے۔</w:t>
      </w:r>
    </w:p>
    <w:p>
      <w:r>
        <w:rPr>
          <w:b/>
        </w:rPr>
        <w:t xml:space="preserve">[23:39] </w:t>
      </w:r>
      <w:r>
        <w:t>Woh shock treatment hai, woh sochne ki baat hai.</w:t>
      </w:r>
    </w:p>
    <w:p>
      <w:pPr>
        <w:jc w:val="right"/>
      </w:pPr>
      <w:r>
        <w:t>وہ shock treatment ہے، وہ سوچنے کی بات ہے۔</w:t>
      </w:r>
    </w:p>
    <w:p>
      <w:r>
        <w:rPr>
          <w:b/>
        </w:rPr>
        <w:t xml:space="preserve">[23:46] </w:t>
      </w:r>
      <w:r>
        <w:t>To phir aap akele kyun sochen? Apne partner ko le kar sochen.</w:t>
      </w:r>
    </w:p>
    <w:p>
      <w:pPr>
        <w:jc w:val="right"/>
      </w:pPr>
      <w:r>
        <w:t>تو پھر آپ اکیلے کیوں سوچیں؟ اپنے partner کو لے کر سوچیں۔</w:t>
      </w:r>
    </w:p>
    <w:p>
      <w:r>
        <w:rPr>
          <w:b/>
        </w:rPr>
        <w:t xml:space="preserve">[23:54] </w:t>
      </w:r>
      <w:r>
        <w:t>Woh aik shock treatment hai, lekin shock treatment ko bhi aap akele kyun sochen? Apne partner ko le kar sochen.</w:t>
      </w:r>
    </w:p>
    <w:p>
      <w:pPr>
        <w:jc w:val="right"/>
      </w:pPr>
      <w:r>
        <w:t>وہ ایک shock treatment ہے، لیکن shock treatment کو بھی آپ اکیلے کیوں سوچیں؟ اپنے partner کو لے کر سوچیں۔</w:t>
      </w:r>
    </w:p>
    <w:p>
      <w:r>
        <w:rPr>
          <w:b/>
        </w:rPr>
        <w:t xml:space="preserve">[24:02] </w:t>
      </w:r>
      <w:r>
        <w:t>Ab dono sochen, dono ke kya hai? Kyun aisa hua ke hum jis ko chahte the, jis ko</w:t>
      </w:r>
    </w:p>
    <w:p>
      <w:pPr>
        <w:jc w:val="right"/>
      </w:pPr>
      <w:r>
        <w:t>اب دونوں سوچیں، دونوں کہ کیا ہے؟ کیوں ایسا ہوا کہ ہم جس کو چاہتے تھے، جس کو</w:t>
      </w:r>
    </w:p>
    <w:p>
      <w:r>
        <w:rPr>
          <w:b/>
        </w:rPr>
        <w:t xml:space="preserve">[24:09] </w:t>
      </w:r>
      <w:r>
        <w:t>samajhte the, aap dono mil kar sochen ke hum jis ko chahte the, love marriage, woh ban gayi</w:t>
      </w:r>
    </w:p>
    <w:p>
      <w:pPr>
        <w:jc w:val="right"/>
      </w:pPr>
      <w:r>
        <w:t>سمجھتے تھے، آپ دونوں مل کر سوچیں کہ ہم جس کو چاہتے تھے، love marriage، وہ بن گئی</w:t>
      </w:r>
    </w:p>
    <w:p>
      <w:r>
        <w:rPr>
          <w:b/>
        </w:rPr>
        <w:t xml:space="preserve">[24:17] </w:t>
      </w:r>
      <w:r>
        <w:t>problem marriage? To aap dono ke liye point of discovery hai yeh.</w:t>
      </w:r>
    </w:p>
    <w:p>
      <w:pPr>
        <w:jc w:val="right"/>
      </w:pPr>
      <w:r>
        <w:t>problem marriage؟ تو آپ دونوں کے لیے point of discovery ہے یہ۔</w:t>
      </w:r>
    </w:p>
    <w:p>
      <w:r>
        <w:rPr>
          <w:b/>
        </w:rPr>
        <w:t xml:space="preserve">[24:25] </w:t>
      </w:r>
      <w:r>
        <w:t>Aap discover karen ge ke asli pleasure to duniya mein hai hi nahin.</w:t>
      </w:r>
    </w:p>
    <w:p>
      <w:pPr>
        <w:jc w:val="right"/>
      </w:pPr>
      <w:r>
        <w:t>آپ discover کریں گے کہ اصلی pleasure تو دنیا میں ہے ہی نہیں۔</w:t>
      </w:r>
    </w:p>
    <w:p>
      <w:r>
        <w:rPr>
          <w:b/>
        </w:rPr>
        <w:t xml:space="preserve">[24:32] </w:t>
      </w:r>
      <w:r>
        <w:t>Problem marriage is liye ban gayi ke hum samajhte the ke duniya mein hum pleasure pa sakte hain,</w:t>
      </w:r>
    </w:p>
    <w:p>
      <w:pPr>
        <w:jc w:val="right"/>
      </w:pPr>
      <w:r>
        <w:t>Problem marriage اس لیے بن گئی کہ ہم سمجھتے تھے کہ دنیا میں ہم pleasure پا سکتے ہیں،</w:t>
      </w:r>
    </w:p>
    <w:p>
      <w:r>
        <w:rPr>
          <w:b/>
        </w:rPr>
        <w:t xml:space="preserve">[24:40] </w:t>
      </w:r>
      <w:r>
        <w:t>lekin pleasure tha hi nahin.</w:t>
      </w:r>
    </w:p>
    <w:p>
      <w:pPr>
        <w:jc w:val="right"/>
      </w:pPr>
      <w:r>
        <w:t>لیکن pleasure تھا ہی نہیں۔</w:t>
      </w:r>
    </w:p>
    <w:p>
      <w:r>
        <w:rPr>
          <w:b/>
        </w:rPr>
        <w:t xml:space="preserve">[24:48] </w:t>
      </w:r>
      <w:r>
        <w:t>Kyunke nahin tha, is liye mila nahin.</w:t>
      </w:r>
    </w:p>
    <w:p>
      <w:pPr>
        <w:jc w:val="right"/>
      </w:pPr>
      <w:r>
        <w:t>کیونکہ نہیں تھا، اس لیے ملا نہیں۔</w:t>
      </w:r>
    </w:p>
    <w:p>
      <w:r>
        <w:rPr>
          <w:b/>
        </w:rPr>
        <w:t xml:space="preserve">[24:55] </w:t>
      </w:r>
      <w:r>
        <w:t>Yaani love marriage jo problem marriage ban gayi, is liye ke woh cheez jo hum chahte the, woh</w:t>
      </w:r>
    </w:p>
    <w:p>
      <w:pPr>
        <w:jc w:val="right"/>
      </w:pPr>
      <w:r>
        <w:t>یعنی love marriage جو problem marriage بن گئی، اس لیے کہ وہ چیز جو ہم چاہتے تھے، وہ</w:t>
      </w:r>
    </w:p>
    <w:p>
      <w:r>
        <w:rPr>
          <w:b/>
        </w:rPr>
        <w:t xml:space="preserve">[25:03] </w:t>
      </w:r>
      <w:r>
        <w:t>duniya mein thi hi nahin.</w:t>
      </w:r>
    </w:p>
    <w:p>
      <w:pPr>
        <w:jc w:val="right"/>
      </w:pPr>
      <w:r>
        <w:t>دنیا میں تھی ہی نہیں۔</w:t>
      </w:r>
    </w:p>
    <w:p>
      <w:r>
        <w:rPr>
          <w:b/>
        </w:rPr>
        <w:t xml:space="preserve">[25:11] </w:t>
      </w:r>
      <w:r>
        <w:t>To hum sach poochen to aap ne aik cheez ke na hone ko discover kiya.</w:t>
      </w:r>
    </w:p>
    <w:p>
      <w:pPr>
        <w:jc w:val="right"/>
      </w:pPr>
      <w:r>
        <w:t>تو ہم سچ پوچھیں تو آپ نے ایک چیز کے نہ ہونے کو discover کیا۔</w:t>
      </w:r>
    </w:p>
    <w:p>
      <w:r>
        <w:rPr>
          <w:b/>
        </w:rPr>
        <w:t xml:space="preserve">[25:18] </w:t>
      </w:r>
      <w:r>
        <w:t>Marriage se pehle aap samajhte hain ke falan cheez yahan par maujood hai.</w:t>
      </w:r>
    </w:p>
    <w:p>
      <w:pPr>
        <w:jc w:val="right"/>
      </w:pPr>
      <w:r>
        <w:t>Marriage سے پہلے آپ سمجھتے ہیں کہ فلاں چیز یہاں پر موجود ہے۔</w:t>
      </w:r>
    </w:p>
    <w:p>
      <w:r>
        <w:rPr>
          <w:b/>
        </w:rPr>
        <w:t xml:space="preserve">[25:26] </w:t>
      </w:r>
      <w:r>
        <w:t>Yaani khushi ka ghar, khushi ka ghar, khushi ki family, yeh maujood hai.</w:t>
      </w:r>
    </w:p>
    <w:p>
      <w:pPr>
        <w:jc w:val="right"/>
      </w:pPr>
      <w:r>
        <w:t>یعنی خوشی کا گھر، خوشی کا گھر، خوشی کی family، یہ موجود ہے۔</w:t>
      </w:r>
    </w:p>
    <w:p>
      <w:r>
        <w:rPr>
          <w:b/>
        </w:rPr>
        <w:t xml:space="preserve">[25:33] </w:t>
      </w:r>
      <w:r>
        <w:t>Yeh samajhte the aap.</w:t>
      </w:r>
    </w:p>
    <w:p>
      <w:pPr>
        <w:jc w:val="right"/>
      </w:pPr>
      <w:r>
        <w:t>یہ سمجھتے تھے آپ۔</w:t>
      </w:r>
    </w:p>
    <w:p>
      <w:r>
        <w:rPr>
          <w:b/>
        </w:rPr>
        <w:t xml:space="preserve">[25:41] </w:t>
      </w:r>
      <w:r>
        <w:t>To aap ne is cheez ke na hone ko daryaft kiya, jis ko aap samajhte the ke yahan maujood hai.</w:t>
      </w:r>
    </w:p>
    <w:p>
      <w:pPr>
        <w:jc w:val="right"/>
      </w:pPr>
      <w:r>
        <w:t>تو آپ نے اس چیز کے نہ ہونے کو دریافت کیا، جس کو آپ سمجھتے تھے کہ یہاں موجود ہے۔</w:t>
      </w:r>
    </w:p>
    <w:p>
      <w:r>
        <w:rPr>
          <w:b/>
        </w:rPr>
        <w:t xml:space="preserve">[25:49] </w:t>
      </w:r>
      <w:r>
        <w:t>Woh bohat bari discovery hai yeh.</w:t>
      </w:r>
    </w:p>
    <w:p>
      <w:pPr>
        <w:jc w:val="right"/>
      </w:pPr>
      <w:r>
        <w:t>وہ بہت بڑی discovery ہے یہ۔</w:t>
      </w:r>
    </w:p>
    <w:p>
      <w:r>
        <w:rPr>
          <w:b/>
        </w:rPr>
        <w:t xml:space="preserve">[25:56] </w:t>
      </w:r>
      <w:r>
        <w:t>Yeh bohat bari discovery hai ke aap apni poori zindagi ka focus banaye hue the.</w:t>
      </w:r>
    </w:p>
    <w:p>
      <w:pPr>
        <w:jc w:val="right"/>
      </w:pPr>
      <w:r>
        <w:t>یہ بہت بڑی discovery ہے کہ آپ اپنی پوری زندگی کا focus بنائے ہوئے تھے۔</w:t>
      </w:r>
    </w:p>
    <w:p>
      <w:r>
        <w:rPr>
          <w:b/>
        </w:rPr>
        <w:t xml:space="preserve">[26:04] </w:t>
      </w:r>
      <w:r>
        <w:t>Aap samajhte hain ke duniya mein woh cheez jo hum chahte hain, woh duniya mein maujood hai aur</w:t>
      </w:r>
    </w:p>
    <w:p>
      <w:pPr>
        <w:jc w:val="right"/>
      </w:pPr>
      <w:r>
        <w:t>آپ سمجھتے ہیں کہ دنیا میں وہ چیز جو ہم چاہتے ہیں، وہ دنیا میں موجود ہے اور</w:t>
      </w:r>
    </w:p>
    <w:p>
      <w:r>
        <w:rPr>
          <w:b/>
        </w:rPr>
        <w:t xml:space="preserve">[26:12] </w:t>
      </w:r>
      <w:r>
        <w:t>is ko hum hasil karne par apne ko lagaye hue the.</w:t>
      </w:r>
    </w:p>
    <w:p>
      <w:pPr>
        <w:jc w:val="right"/>
      </w:pPr>
      <w:r>
        <w:t>اس کو ہم حاصل کرنے پر اپنے کو لگائے ہوئے تھے۔</w:t>
      </w:r>
    </w:p>
    <w:p>
      <w:r>
        <w:rPr>
          <w:b/>
        </w:rPr>
        <w:t xml:space="preserve">[26:19] </w:t>
      </w:r>
      <w:r>
        <w:t>Lekin aap ke marriage jo hai, aik bohat bari discovery thi aap ke liye.</w:t>
      </w:r>
    </w:p>
    <w:p>
      <w:pPr>
        <w:jc w:val="right"/>
      </w:pPr>
      <w:r>
        <w:t>لیکن آپ کے marriage جو ہے، ایک بہت بڑی discovery تھی آپ کے لیے۔</w:t>
      </w:r>
    </w:p>
    <w:p>
      <w:r>
        <w:rPr>
          <w:b/>
        </w:rPr>
        <w:t xml:space="preserve">[26:27] </w:t>
      </w:r>
      <w:r>
        <w:t>Yaani aap ne aik cheez ko na hone ko daryaft kiya, jis ko aap samajhte hain ke yahan maujood hai.</w:t>
      </w:r>
    </w:p>
    <w:p>
      <w:pPr>
        <w:jc w:val="right"/>
      </w:pPr>
      <w:r>
        <w:t>یعنی آپ نے ایک چیز کو نہ ہونے کو دریافت کیا، جس کو آپ سمجھتے ہیں کہ یہاں موجود ہے۔</w:t>
      </w:r>
    </w:p>
    <w:p>
      <w:r>
        <w:rPr>
          <w:b/>
        </w:rPr>
        <w:t xml:space="preserve">[26:35] </w:t>
      </w:r>
      <w:r>
        <w:t>to yeh to bohat bari baat hai.</w:t>
      </w:r>
    </w:p>
    <w:p>
      <w:pPr>
        <w:jc w:val="right"/>
      </w:pPr>
      <w:r>
        <w:t>تو یہ تو بہت بڑی بات ہے۔</w:t>
      </w:r>
    </w:p>
    <w:p>
      <w:r>
        <w:rPr>
          <w:b/>
        </w:rPr>
        <w:t xml:space="preserve">[26:42] </w:t>
      </w:r>
      <w:r>
        <w:t>bohat bari baat hai na hone ko daryaft karna.</w:t>
      </w:r>
    </w:p>
    <w:p>
      <w:pPr>
        <w:jc w:val="right"/>
      </w:pPr>
      <w:r>
        <w:t>بہت بڑی بات ہے نہ ہونے کو دریافت کرنا۔</w:t>
      </w:r>
    </w:p>
    <w:p>
      <w:r>
        <w:rPr>
          <w:b/>
        </w:rPr>
        <w:t xml:space="preserve">[26:50] </w:t>
      </w:r>
      <w:r>
        <w:t>aap apne ghar mein yeh daryaft karein ke mere ghar mein fitting nahi hai bijli ki.</w:t>
      </w:r>
    </w:p>
    <w:p>
      <w:pPr>
        <w:jc w:val="right"/>
      </w:pPr>
      <w:r>
        <w:t>آپ اپنے گھر میں یہ دریافت کریں کہ میرے گھر میں fitting نہیں ہے بجلی کی۔</w:t>
      </w:r>
    </w:p>
    <w:p>
      <w:r>
        <w:rPr>
          <w:b/>
        </w:rPr>
        <w:t xml:space="preserve">[26:58] </w:t>
      </w:r>
      <w:r>
        <w:t>to aap foran telephone kar ke kisi se kahein ge ke mere ghar mein bijli ki fitting karo.</w:t>
      </w:r>
    </w:p>
    <w:p>
      <w:pPr>
        <w:jc w:val="right"/>
      </w:pPr>
      <w:r>
        <w:t>تو آپ فوراً ٹیلی فون کر کے کسی سے کہیں گے کہ میرے گھر میں بجلی کی fitting کرو۔</w:t>
      </w:r>
    </w:p>
    <w:p>
      <w:r>
        <w:rPr>
          <w:b/>
        </w:rPr>
        <w:t xml:space="preserve">[27:05] </w:t>
      </w:r>
      <w:r>
        <w:t>to jab na hone ko daryaft kiya, tab aap ne is ki fitting ka intezam kiya.</w:t>
      </w:r>
    </w:p>
    <w:p>
      <w:pPr>
        <w:jc w:val="right"/>
      </w:pPr>
      <w:r>
        <w:t>تو جب نہ ہونے کو دریافت کیا، تب آپ نے اس کی fitting کا انتظام کیا۔</w:t>
      </w:r>
    </w:p>
    <w:p>
      <w:r>
        <w:rPr>
          <w:b/>
        </w:rPr>
        <w:t xml:space="preserve">[27:13] </w:t>
      </w:r>
      <w:r>
        <w:t>to aap apni shadi ko successful banaein.</w:t>
      </w:r>
    </w:p>
    <w:p>
      <w:pPr>
        <w:jc w:val="right"/>
      </w:pPr>
      <w:r>
        <w:t>تو آپ اپنی شادی کو successful بنائیں۔</w:t>
      </w:r>
    </w:p>
    <w:p>
      <w:r>
        <w:rPr>
          <w:b/>
        </w:rPr>
        <w:t xml:space="preserve">[27:21] </w:t>
      </w:r>
      <w:r>
        <w:t>yeh ke hamari shadi to bari successful shadi thi.</w:t>
      </w:r>
    </w:p>
    <w:p>
      <w:pPr>
        <w:jc w:val="right"/>
      </w:pPr>
      <w:r>
        <w:t>یہ کہ ہماری شادی تو بڑی successful شادی تھی۔</w:t>
      </w:r>
    </w:p>
    <w:p>
      <w:r>
        <w:rPr>
          <w:b/>
        </w:rPr>
        <w:t xml:space="preserve">[27:28] </w:t>
      </w:r>
      <w:r>
        <w:t>ab is ko yeh na samjhein ke woh unsuccessful thi.</w:t>
      </w:r>
    </w:p>
    <w:p>
      <w:pPr>
        <w:jc w:val="right"/>
      </w:pPr>
      <w:r>
        <w:t>اب اس کو یہ نہ سمجھیں کہ وہ unsuccessful تھی۔</w:t>
      </w:r>
    </w:p>
    <w:p>
      <w:r>
        <w:rPr>
          <w:b/>
        </w:rPr>
        <w:t xml:space="preserve">[27:36] </w:t>
      </w:r>
      <w:r>
        <w:t>most successful shadi thi aap ki.</w:t>
      </w:r>
    </w:p>
    <w:p>
      <w:pPr>
        <w:jc w:val="right"/>
      </w:pPr>
      <w:r>
        <w:t>Most successful شادی تھی آپ کی۔</w:t>
      </w:r>
    </w:p>
    <w:p>
      <w:r>
        <w:rPr>
          <w:b/>
        </w:rPr>
        <w:t xml:space="preserve">[27:44] </w:t>
      </w:r>
      <w:r>
        <w:t>kyun? is ne bataya ke jo cheez tum chahte the ke dunya mein hai, woh dunya mein hai hi nahi.</w:t>
      </w:r>
    </w:p>
    <w:p>
      <w:pPr>
        <w:jc w:val="right"/>
      </w:pPr>
      <w:r>
        <w:t>کیوں؟ اس نے بتایا کہ جو چیز تم چاہتے تھے کہ دنیا میں ہے، وہ دنیا میں ہے ہی نہیں۔</w:t>
      </w:r>
    </w:p>
    <w:p>
      <w:r>
        <w:rPr>
          <w:b/>
        </w:rPr>
        <w:t xml:space="preserve">[27:51] </w:t>
      </w:r>
      <w:r>
        <w:t>is ke na hone ko aap ne daryaft kiya.</w:t>
      </w:r>
    </w:p>
    <w:p>
      <w:pPr>
        <w:jc w:val="right"/>
      </w:pPr>
      <w:r>
        <w:t>اس کے نہ ہونے کو آپ نے دریافت کیا۔</w:t>
      </w:r>
    </w:p>
    <w:p>
      <w:r>
        <w:rPr>
          <w:b/>
        </w:rPr>
        <w:t xml:space="preserve">[27:59] </w:t>
      </w:r>
      <w:r>
        <w:t>You discovered the absence of that pleasure that was not in this world.</w:t>
      </w:r>
    </w:p>
    <w:p>
      <w:pPr>
        <w:jc w:val="right"/>
      </w:pPr>
      <w:r>
        <w:t>You discovered the absence of that pleasure that was not in this world.</w:t>
      </w:r>
    </w:p>
    <w:p>
      <w:r>
        <w:rPr>
          <w:b/>
        </w:rPr>
        <w:t xml:space="preserve">[28:07] </w:t>
      </w:r>
      <w:r>
        <w:t>is cheez ke absence ko daryaft kiya, jis ko aap samajhte hain ke woh to yahan par hai.</w:t>
      </w:r>
    </w:p>
    <w:p>
      <w:pPr>
        <w:jc w:val="right"/>
      </w:pPr>
      <w:r>
        <w:t>اس چیز کے absence کو دریافت کیا، جس کو آپ سمجھتے ہیں کہ وہ تو یہاں پر ہے۔</w:t>
      </w:r>
    </w:p>
    <w:p>
      <w:r>
        <w:rPr>
          <w:b/>
        </w:rPr>
        <w:t xml:space="preserve">[28:14] </w:t>
      </w:r>
      <w:r>
        <w:t>to yeh to bohat bari, bohat kamyabi ki shadi mein manta hoon aap ki.</w:t>
      </w:r>
    </w:p>
    <w:p>
      <w:pPr>
        <w:jc w:val="right"/>
      </w:pPr>
      <w:r>
        <w:t>تو یہ تو بہت بڑی، بہت کامیابی کی شادی میں مانتا ہوں آپ کی۔</w:t>
      </w:r>
    </w:p>
    <w:p>
      <w:r>
        <w:rPr>
          <w:b/>
        </w:rPr>
        <w:t xml:space="preserve">[28:21] </w:t>
      </w:r>
      <w:r>
        <w:t>aisi har cheez shadi ki baat nahi hai.</w:t>
      </w:r>
    </w:p>
    <w:p>
      <w:pPr>
        <w:jc w:val="right"/>
      </w:pPr>
      <w:r>
        <w:t>ایسی ہر چیز شادی کی بات نہیں ہے۔</w:t>
      </w:r>
    </w:p>
    <w:p>
      <w:r>
        <w:rPr>
          <w:b/>
        </w:rPr>
        <w:t xml:space="preserve">[28:29] </w:t>
      </w:r>
      <w:r>
        <w:t>shadi ki baat nahi hai.</w:t>
      </w:r>
    </w:p>
    <w:p>
      <w:pPr>
        <w:jc w:val="right"/>
      </w:pPr>
      <w:r>
        <w:t>شادی کی بات نہیں ہے۔</w:t>
      </w:r>
    </w:p>
    <w:p>
      <w:r>
        <w:rPr>
          <w:b/>
        </w:rPr>
        <w:t xml:space="preserve">[28:36] </w:t>
      </w:r>
      <w:r>
        <w:t>ek aadmi bohat ziyada money ikattha karta hai, ek aadmi political power ikattha karta hai, ek aadmi bohat</w:t>
      </w:r>
    </w:p>
    <w:p>
      <w:pPr>
        <w:jc w:val="right"/>
      </w:pPr>
      <w:r>
        <w:t>ایک آدمی بہت زیادہ money اکٹھا کرتا ہے، ایک آدمی political power اکٹھا کرتا ہے، ایک آدمی بہت</w:t>
      </w:r>
    </w:p>
    <w:p>
      <w:r>
        <w:rPr>
          <w:b/>
        </w:rPr>
        <w:t xml:space="preserve">[28:44] </w:t>
      </w:r>
      <w:r>
        <w:t>ziyada fame hasil karta hai, ek aadmi bohat shandar ghar banata hai.</w:t>
      </w:r>
    </w:p>
    <w:p>
      <w:pPr>
        <w:jc w:val="right"/>
      </w:pPr>
      <w:r>
        <w:t>زیادہ fame حاصل کرتا ہے، ایک آدمی بہت شاندار گھر بناتا ہے۔</w:t>
      </w:r>
    </w:p>
    <w:p>
      <w:r>
        <w:rPr>
          <w:b/>
        </w:rPr>
        <w:t xml:space="preserve">[28:51] </w:t>
      </w:r>
      <w:r>
        <w:t>har cheez aakhir mein ja kar ke maloom hota hai ke woh to jo mein chahta tha, woh</w:t>
      </w:r>
    </w:p>
    <w:p>
      <w:pPr>
        <w:jc w:val="right"/>
      </w:pPr>
      <w:r>
        <w:t>ہر چیز آخر میں جا کر کے معلوم ہوتا ہے کہ وہ تو جو میں چاہتا تھا، وہ</w:t>
      </w:r>
    </w:p>
    <w:p>
      <w:r>
        <w:rPr>
          <w:b/>
        </w:rPr>
        <w:t xml:space="preserve">[28:59] </w:t>
      </w:r>
      <w:r>
        <w:t>to mila nahi mujh ko.</w:t>
      </w:r>
    </w:p>
    <w:p>
      <w:pPr>
        <w:jc w:val="right"/>
      </w:pPr>
      <w:r>
        <w:t>تو ملا نہیں مجھ کو۔</w:t>
      </w:r>
    </w:p>
    <w:p>
      <w:r>
        <w:rPr>
          <w:b/>
        </w:rPr>
        <w:t xml:space="preserve">[29:06] </w:t>
      </w:r>
      <w:r>
        <w:t>woh wahan tha hi nahi.</w:t>
      </w:r>
    </w:p>
    <w:p>
      <w:pPr>
        <w:jc w:val="right"/>
      </w:pPr>
      <w:r>
        <w:t>وہ وہاں تھا ہی نہیں۔</w:t>
      </w:r>
    </w:p>
    <w:p>
      <w:r>
        <w:rPr>
          <w:b/>
        </w:rPr>
        <w:t xml:space="preserve">[29:14] </w:t>
      </w:r>
      <w:r>
        <w:t>yani jo aap chahte the political power ke zariye, bare ghar ke zariye, money ke zariye, fame ke</w:t>
      </w:r>
    </w:p>
    <w:p>
      <w:pPr>
        <w:jc w:val="right"/>
      </w:pPr>
      <w:r>
        <w:t>یعنی جو آپ چاہتے تھے political power کے ذریعے، بڑے گھر کے ذریعے، money کے ذریعے، fame کے</w:t>
      </w:r>
    </w:p>
    <w:p>
      <w:r>
        <w:rPr>
          <w:b/>
        </w:rPr>
        <w:t xml:space="preserve">[29:21] </w:t>
      </w:r>
      <w:r>
        <w:t>zariye, woh aakhir mein aap ko mila hi nahi.</w:t>
      </w:r>
    </w:p>
    <w:p>
      <w:pPr>
        <w:jc w:val="right"/>
      </w:pPr>
      <w:r>
        <w:t>ذریعے، وہ آخر میں آپ کو ملا ہی نہیں۔</w:t>
      </w:r>
    </w:p>
    <w:p>
      <w:r>
        <w:rPr>
          <w:b/>
        </w:rPr>
        <w:t xml:space="preserve">[29:29] </w:t>
      </w:r>
      <w:r>
        <w:t>So that was also a discovery.</w:t>
      </w:r>
    </w:p>
    <w:p>
      <w:pPr>
        <w:jc w:val="right"/>
      </w:pPr>
      <w:r>
        <w:t>So that was also a discovery.</w:t>
      </w:r>
    </w:p>
    <w:p>
      <w:r>
        <w:rPr>
          <w:b/>
        </w:rPr>
        <w:t xml:space="preserve">[29:36] </w:t>
      </w:r>
      <w:r>
        <w:t>ek negative discovery ke mein jis cheez ko samajhta tha ke woh yahan maujood hai, woh yahan thi hi nahi.</w:t>
      </w:r>
    </w:p>
    <w:p>
      <w:pPr>
        <w:jc w:val="right"/>
      </w:pPr>
      <w:r>
        <w:t>ایک negative discovery کہ میں جس چیز کو سمجھتا تھا کہ وہ یہاں موجود ہے، وہ یہاں تھی ہی نہیں۔</w:t>
      </w:r>
    </w:p>
    <w:p>
      <w:r>
        <w:rPr>
          <w:b/>
        </w:rPr>
        <w:t xml:space="preserve">[29:44] </w:t>
      </w:r>
      <w:r>
        <w:t>mein to yaani aik bhool mein jee raha tha.</w:t>
      </w:r>
    </w:p>
    <w:p>
      <w:pPr>
        <w:jc w:val="right"/>
      </w:pPr>
      <w:r>
        <w:t>میں تو یعنی ایک بھول میں جی رہا تھا۔</w:t>
      </w:r>
    </w:p>
    <w:p>
      <w:r>
        <w:rPr>
          <w:b/>
        </w:rPr>
        <w:t xml:space="preserve">[29:51] </w:t>
      </w:r>
      <w:r>
        <w:t>to yeh bhi bohat bari discovery hai. bohat bari.</w:t>
      </w:r>
    </w:p>
    <w:p>
      <w:pPr>
        <w:jc w:val="right"/>
      </w:pPr>
      <w:r>
        <w:t>تو یہ بھی بہت بڑی discovery ہے۔ بہت بڑی۔</w:t>
      </w:r>
    </w:p>
    <w:p>
      <w:r>
        <w:rPr>
          <w:b/>
        </w:rPr>
        <w:t xml:space="preserve">[29:59] </w:t>
      </w:r>
      <w:r>
        <w:t>yeh ehsaas to mujhe tha ke Mars, mreekh mein zindagi hai.</w:t>
      </w:r>
    </w:p>
    <w:p>
      <w:pPr>
        <w:jc w:val="right"/>
      </w:pPr>
      <w:r>
        <w:t>یہ احساس تو مجھے تھا کہ Mars، مریخ میں زندگی ہے۔</w:t>
      </w:r>
    </w:p>
    <w:p>
      <w:r>
        <w:rPr>
          <w:b/>
        </w:rPr>
        <w:t xml:space="preserve">[30:06] </w:t>
      </w:r>
      <w:r>
        <w:t>insaan ne bohat arsay se samajhta tha ke jo jo planet Mars hai, jis ko hum mreekh kehte</w:t>
      </w:r>
    </w:p>
    <w:p>
      <w:pPr>
        <w:jc w:val="right"/>
      </w:pPr>
      <w:r>
        <w:t>انسان نے بہت عرصے سے سمجھتا تھا کہ جو جو planet Mars ہے، جس کو ہم مریخ کہتے</w:t>
      </w:r>
    </w:p>
    <w:p>
      <w:r>
        <w:rPr>
          <w:b/>
        </w:rPr>
        <w:t xml:space="preserve">[30:14] </w:t>
      </w:r>
      <w:r>
        <w:t>hain, wahan zindagi hai.</w:t>
      </w:r>
    </w:p>
    <w:p>
      <w:pPr>
        <w:jc w:val="right"/>
      </w:pPr>
      <w:r>
        <w:t>ہیں، وہاں زندگی ہے۔</w:t>
      </w:r>
    </w:p>
    <w:p>
      <w:r>
        <w:rPr>
          <w:b/>
        </w:rPr>
        <w:t xml:space="preserve">[30:21] </w:t>
      </w:r>
      <w:r>
        <w:t>lekin insaan technology itni taraqqi hui ke is ne apne satellite ko Moon par bheja, Mars par bheja.</w:t>
      </w:r>
    </w:p>
    <w:p>
      <w:pPr>
        <w:jc w:val="right"/>
      </w:pPr>
      <w:r>
        <w:t>لیکن انسان ٹیکنالوجی اتنی ترقی ہوئی کہ اس نے اپنے satellite کو Moon پر بھیجا، Mars پر بھیجا۔</w:t>
      </w:r>
    </w:p>
    <w:p>
      <w:r>
        <w:rPr>
          <w:b/>
        </w:rPr>
        <w:t xml:space="preserve">[30:28] </w:t>
      </w:r>
      <w:r>
        <w:t>hamaray wahan to kuch bhi nahin.</w:t>
      </w:r>
    </w:p>
    <w:p>
      <w:pPr>
        <w:jc w:val="right"/>
      </w:pPr>
      <w:r>
        <w:t>ہمارے وہاں تو کچھ بھی نہیں۔</w:t>
      </w:r>
    </w:p>
    <w:p>
      <w:r>
        <w:rPr>
          <w:b/>
        </w:rPr>
        <w:t xml:space="preserve">[30:36] </w:t>
      </w:r>
      <w:r>
        <w:t>to agarchay yeh negative discovery thi, lekin bohat bari discovery thi.</w:t>
      </w:r>
    </w:p>
    <w:p>
      <w:pPr>
        <w:jc w:val="right"/>
      </w:pPr>
      <w:r>
        <w:t>تو اگرچہ یہ negative discovery تھی، لیکن بہت بڑی discovery تھی۔</w:t>
      </w:r>
    </w:p>
    <w:p>
      <w:r>
        <w:rPr>
          <w:b/>
        </w:rPr>
        <w:t xml:space="preserve">[30:43] </w:t>
      </w:r>
      <w:r>
        <w:t>kyun ke hum ne samjha tha ke chand par yeh hai, Mars par yeh hai, woh wahan woh tha hi nahin.</w:t>
      </w:r>
    </w:p>
    <w:p>
      <w:pPr>
        <w:jc w:val="right"/>
      </w:pPr>
      <w:r>
        <w:t>کیونکہ ہم نے سمجھا تھا کہ چاند پر یہ ہے، Mars پر یہ ہے، وہ وہاں وہ تھا ہی نہیں۔</w:t>
      </w:r>
    </w:p>
    <w:p>
      <w:r>
        <w:rPr>
          <w:b/>
        </w:rPr>
        <w:t xml:space="preserve">[30:51] </w:t>
      </w:r>
      <w:r>
        <w:t>to saaray log jo takathur mein jeetay hain, takathur ka matlab bohat ziyada more and more and more</w:t>
      </w:r>
    </w:p>
    <w:p>
      <w:pPr>
        <w:jc w:val="right"/>
      </w:pPr>
      <w:r>
        <w:t>تو سارے لوگ جو تکاثر میں جیتے ہیں، تکاثر کا مطلب بہت زیادہ more and more and more</w:t>
      </w:r>
    </w:p>
    <w:p>
      <w:r>
        <w:rPr>
          <w:b/>
        </w:rPr>
        <w:t xml:space="preserve">[30:58] </w:t>
      </w:r>
      <w:r>
        <w:t>and more, bohat ziyada money, bohat ziyada fame, bohat ziyada political power, bohat bara ghar.</w:t>
      </w:r>
    </w:p>
    <w:p>
      <w:pPr>
        <w:jc w:val="right"/>
      </w:pPr>
      <w:r>
        <w:t>and more، بہت زیادہ money، بہت زیادہ fame, بہت زیادہ political power، بہت بڑا گھر۔</w:t>
      </w:r>
    </w:p>
    <w:p>
      <w:r>
        <w:rPr>
          <w:b/>
        </w:rPr>
        <w:t xml:space="preserve">[31:06] </w:t>
      </w:r>
      <w:r>
        <w:t>takathur is ko kaha gaya hai Quran mein.</w:t>
      </w:r>
    </w:p>
    <w:p>
      <w:pPr>
        <w:jc w:val="right"/>
      </w:pPr>
      <w:r>
        <w:t>تکاثر اس کو کہا گیا ہے قرآن میں۔</w:t>
      </w:r>
    </w:p>
    <w:p>
      <w:r>
        <w:rPr>
          <w:b/>
        </w:rPr>
        <w:t xml:space="preserve">[31:13] </w:t>
      </w:r>
      <w:r>
        <w:t>takathur bohat ziyada more and more and more and more.</w:t>
      </w:r>
    </w:p>
    <w:p>
      <w:pPr>
        <w:jc w:val="right"/>
      </w:pPr>
      <w:r>
        <w:t>تکاثر بہت زیادہ more and more and more and more۔</w:t>
      </w:r>
    </w:p>
    <w:p>
      <w:r>
        <w:rPr>
          <w:b/>
        </w:rPr>
        <w:t xml:space="preserve">[31:21] </w:t>
      </w:r>
      <w:r>
        <w:t>to woh cheez jo insaan chahta tha, us ko more and more haasil kar liya.</w:t>
      </w:r>
    </w:p>
    <w:p>
      <w:pPr>
        <w:jc w:val="right"/>
      </w:pPr>
      <w:r>
        <w:t>تو وہ چیز جو انسان چاہتا تھا، اس کو more and more حاصل کر لیا۔</w:t>
      </w:r>
    </w:p>
    <w:p>
      <w:r>
        <w:rPr>
          <w:b/>
        </w:rPr>
        <w:t xml:space="preserve">[31:28] </w:t>
      </w:r>
      <w:r>
        <w:t>lekin maloom hua aakhir mein ke woh to dhokay mein jee raha tha, wahan woh cheez thi hi nahin.</w:t>
      </w:r>
    </w:p>
    <w:p>
      <w:pPr>
        <w:jc w:val="right"/>
      </w:pPr>
      <w:r>
        <w:t>لیکن معلوم ہوا آخر میں کہ وہ تو دھوکے میں جی رہا تھا، وہاں وہ چیز تھی ہی نہیں۔</w:t>
      </w:r>
    </w:p>
    <w:p>
      <w:r>
        <w:rPr>
          <w:b/>
        </w:rPr>
        <w:t xml:space="preserve">[31:36] </w:t>
      </w:r>
      <w:r>
        <w:t>to har insaan ko apni field mein yeh experience ho raha hai.</w:t>
      </w:r>
    </w:p>
    <w:p>
      <w:pPr>
        <w:jc w:val="right"/>
      </w:pPr>
      <w:r>
        <w:t>تو ہر انسان کو اپنی field میں یہ experience ہو رہا ہے۔</w:t>
      </w:r>
    </w:p>
    <w:p>
      <w:r>
        <w:rPr>
          <w:b/>
        </w:rPr>
        <w:t xml:space="preserve">[31:43] </w:t>
      </w:r>
      <w:r>
        <w:t>har insaan ko apni field mein experience ho raha hai.</w:t>
      </w:r>
    </w:p>
    <w:p>
      <w:pPr>
        <w:jc w:val="right"/>
      </w:pPr>
      <w:r>
        <w:t>ہر انسان کو اپنی field میں experience ہو رہا ہے۔</w:t>
      </w:r>
    </w:p>
    <w:p>
      <w:r>
        <w:rPr>
          <w:b/>
        </w:rPr>
        <w:t xml:space="preserve">[31:51] </w:t>
      </w:r>
      <w:r>
        <w:t>lekin is experience ko woh discovery nahin banata.</w:t>
      </w:r>
    </w:p>
    <w:p>
      <w:pPr>
        <w:jc w:val="right"/>
      </w:pPr>
      <w:r>
        <w:t>لیکن اس experience کو وہ discovery نہیں بناتا۔</w:t>
      </w:r>
    </w:p>
    <w:p>
      <w:r>
        <w:rPr>
          <w:b/>
        </w:rPr>
        <w:t xml:space="preserve">[31:58] </w:t>
      </w:r>
      <w:r>
        <w:t>dehat mein aik shakhs tha, us ne paisa kamaya aur dehat mein bohat zabardast ghar banaya us ne.</w:t>
      </w:r>
    </w:p>
    <w:p>
      <w:pPr>
        <w:jc w:val="right"/>
      </w:pPr>
      <w:r>
        <w:t>دیہات میں ایک شخص تھا، اس نے پیسہ کمایا اور دیہات میں بہت زبردست گھر بنایا اس نے۔</w:t>
      </w:r>
    </w:p>
    <w:p>
      <w:r>
        <w:rPr>
          <w:b/>
        </w:rPr>
        <w:t xml:space="preserve">[32:06] </w:t>
      </w:r>
      <w:r>
        <w:t>to aakhir mein beemar ho gaya, bed par par gaya, bedridden ho gaya.</w:t>
      </w:r>
    </w:p>
    <w:p>
      <w:pPr>
        <w:jc w:val="right"/>
      </w:pPr>
      <w:r>
        <w:t>تو آخر میں بیمار ہو گیا، bed پر پڑ گیا، bedridden ہو گیا۔</w:t>
      </w:r>
    </w:p>
    <w:p>
      <w:r>
        <w:rPr>
          <w:b/>
        </w:rPr>
        <w:t xml:space="preserve">[32:13] </w:t>
      </w:r>
      <w:r>
        <w:t>to us ki maan roti thi aur kehti thi dehati zabaan mein, "haaye!</w:t>
      </w:r>
    </w:p>
    <w:p>
      <w:pPr>
        <w:jc w:val="right"/>
      </w:pPr>
      <w:r>
        <w:t>تو اس کی ماں روتی تھی اور کہتی تھی دیہاتی زبان میں، "ہائے!</w:t>
      </w:r>
    </w:p>
    <w:p>
      <w:r>
        <w:rPr>
          <w:b/>
        </w:rPr>
        <w:t xml:space="preserve">[32:21] </w:t>
      </w:r>
      <w:r>
        <w:t>is ghar mein kaun balsega?" yaani is ghar mein kaun thath karega? is ghar mein kaun</w:t>
      </w:r>
    </w:p>
    <w:p>
      <w:pPr>
        <w:jc w:val="right"/>
      </w:pPr>
      <w:r>
        <w:t>اس گھر میں کون بلسے گا؟" یعنی اس گھر میں کون ٹھاٹ کرے گا؟ اس گھر میں کون</w:t>
      </w:r>
    </w:p>
    <w:p>
      <w:r>
        <w:rPr>
          <w:b/>
        </w:rPr>
        <w:t xml:space="preserve">[32:28] </w:t>
      </w:r>
      <w:r>
        <w:t>aish karega? us ne yeh daryaft nahin kiya ke yahan woh ghar banana mumkin nahin hai jis</w:t>
      </w:r>
    </w:p>
    <w:p>
      <w:pPr>
        <w:jc w:val="right"/>
      </w:pPr>
      <w:r>
        <w:t>عیش کرے گا؟ اس نے یہ دریافت نہیں کیا کہ یہاں وہ گھر بنانا ممکن نہیں ہے جس</w:t>
      </w:r>
    </w:p>
    <w:p>
      <w:r>
        <w:rPr>
          <w:b/>
        </w:rPr>
        <w:t xml:space="preserve">[32:35] </w:t>
      </w:r>
      <w:r>
        <w:t>mein aadmi balse, jis mein aish kare.</w:t>
      </w:r>
    </w:p>
    <w:p>
      <w:pPr>
        <w:jc w:val="right"/>
      </w:pPr>
      <w:r>
        <w:t>میں آدمی بلسے، جس میں عیش کرے۔</w:t>
      </w:r>
    </w:p>
    <w:p>
      <w:r>
        <w:rPr>
          <w:b/>
        </w:rPr>
        <w:t xml:space="preserve">[32:43] </w:t>
      </w:r>
      <w:r>
        <w:t>kyun ke yahan aadmi ko satar saal, untees saal rehna hai, phir baat khatam.</w:t>
      </w:r>
    </w:p>
    <w:p>
      <w:pPr>
        <w:jc w:val="right"/>
      </w:pPr>
      <w:r>
        <w:t>کیونکہ یہاں آدمی کو ستر سال، اٹھتیس سال رہنا ہے، پھر بات ختم۔</w:t>
      </w:r>
    </w:p>
    <w:p>
      <w:r>
        <w:rPr>
          <w:b/>
        </w:rPr>
        <w:t xml:space="preserve">[32:50] </w:t>
      </w:r>
      <w:r>
        <w:t>to logon ko subah sham experience ho rahe hain.</w:t>
      </w:r>
    </w:p>
    <w:p>
      <w:pPr>
        <w:jc w:val="right"/>
      </w:pPr>
      <w:r>
        <w:t>تو لوگوں کو صبح شام experience ہو رہے ہیں۔</w:t>
      </w:r>
    </w:p>
    <w:p>
      <w:r>
        <w:rPr>
          <w:b/>
        </w:rPr>
        <w:t xml:space="preserve">[32:57] </w:t>
      </w:r>
      <w:r>
        <w:t>logon ko subah sham quloob mil rahe hain.</w:t>
      </w:r>
    </w:p>
    <w:p>
      <w:pPr>
        <w:jc w:val="right"/>
      </w:pPr>
      <w:r>
        <w:t>لوگوں کو صبح شام قلوب مل رہے ہیں۔</w:t>
      </w:r>
    </w:p>
    <w:p>
      <w:r>
        <w:rPr>
          <w:b/>
        </w:rPr>
        <w:t xml:space="preserve">[33:05] </w:t>
      </w:r>
      <w:r>
        <w:t>lekin is ko woh discovery nahin bana paate.</w:t>
      </w:r>
    </w:p>
    <w:p>
      <w:pPr>
        <w:jc w:val="right"/>
      </w:pPr>
      <w:r>
        <w:t>لیکن اس کو وہ discovery نہیں بنا پاتے۔</w:t>
      </w:r>
    </w:p>
    <w:p>
      <w:r>
        <w:rPr>
          <w:b/>
        </w:rPr>
        <w:t xml:space="preserve">[33:12] </w:t>
      </w:r>
      <w:r>
        <w:t>har din aap ko, jis ko quran mein kaha gaya, ayat, signs of God.</w:t>
      </w:r>
    </w:p>
    <w:p>
      <w:pPr>
        <w:jc w:val="right"/>
      </w:pPr>
      <w:r>
        <w:t>ہر دن آپ کو، جس کو قرآن میں کہا گیا، آیات، signs of God۔</w:t>
      </w:r>
    </w:p>
    <w:p>
      <w:r>
        <w:rPr>
          <w:b/>
        </w:rPr>
        <w:t xml:space="preserve">[33:19] </w:t>
      </w:r>
      <w:r>
        <w:t>to har din aap ke samne signs of God aate hain, jo clue dete hain, jo aap ko</w:t>
      </w:r>
    </w:p>
    <w:p>
      <w:pPr>
        <w:jc w:val="right"/>
      </w:pPr>
      <w:r>
        <w:t>تو ہر دن آپ کے سامنے signs of God آتے ہیں، جو clue دیتے ہیں، جو آپ کو</w:t>
      </w:r>
    </w:p>
    <w:p>
      <w:r>
        <w:rPr>
          <w:b/>
        </w:rPr>
        <w:t xml:space="preserve">[33:27] </w:t>
      </w:r>
      <w:r>
        <w:t>experience karate hain, jo aap ke mind ko hit karte hain.</w:t>
      </w:r>
    </w:p>
    <w:p>
      <w:pPr>
        <w:jc w:val="right"/>
      </w:pPr>
      <w:r>
        <w:t>experience کراتے ہیں، جو آپ کے mind کو hit کرتے ہیں۔</w:t>
      </w:r>
    </w:p>
    <w:p>
      <w:r>
        <w:rPr>
          <w:b/>
        </w:rPr>
        <w:t xml:space="preserve">[33:34] </w:t>
      </w:r>
      <w:r>
        <w:t>lekin is ko insan apne liye discovery nahin bana paate.</w:t>
      </w:r>
    </w:p>
    <w:p>
      <w:pPr>
        <w:jc w:val="right"/>
      </w:pPr>
      <w:r>
        <w:t>لیکن اس کو انسان اپنے لیے discovery نہیں بنا پاتے۔</w:t>
      </w:r>
    </w:p>
    <w:p>
      <w:r>
        <w:rPr>
          <w:b/>
        </w:rPr>
        <w:t xml:space="preserve">[33:41] </w:t>
      </w:r>
      <w:r>
        <w:t>jab woh discovery banayein aap kisi cheez ko, tab ja kar woh aap ke liye learning banti hai.</w:t>
      </w:r>
    </w:p>
    <w:p>
      <w:pPr>
        <w:jc w:val="right"/>
      </w:pPr>
      <w:r>
        <w:t>جب وہ discovery بنائیں آپ کسی چیز کو، تب جا کر وہ آپ کے لیے learning بنتی ہے۔</w:t>
      </w:r>
    </w:p>
    <w:p>
      <w:r>
        <w:rPr>
          <w:b/>
        </w:rPr>
        <w:t xml:space="preserve">[33:49] </w:t>
      </w:r>
      <w:r>
        <w:t>Before learning, it requires discovery.</w:t>
      </w:r>
    </w:p>
    <w:p>
      <w:pPr>
        <w:jc w:val="right"/>
      </w:pPr>
      <w:r>
        <w:t>Before learning, it requires discovery.</w:t>
      </w:r>
    </w:p>
    <w:p>
      <w:r>
        <w:rPr>
          <w:b/>
        </w:rPr>
        <w:t xml:space="preserve">[33:56] </w:t>
      </w:r>
      <w:r>
        <w:t>No discovery, no learning.</w:t>
      </w:r>
    </w:p>
    <w:p>
      <w:pPr>
        <w:jc w:val="right"/>
      </w:pPr>
      <w:r>
        <w:t>No discovery, no learning.</w:t>
      </w:r>
    </w:p>
    <w:p>
      <w:r>
        <w:rPr>
          <w:b/>
        </w:rPr>
        <w:t xml:space="preserve">[34:03] </w:t>
      </w:r>
      <w:r>
        <w:t>to aap ko is dunya mein jo bhi clue milta ho, jo aap ko is dunya mein experience</w:t>
      </w:r>
    </w:p>
    <w:p>
      <w:pPr>
        <w:jc w:val="right"/>
      </w:pPr>
      <w:r>
        <w:t>تو آپ کو اس دنیا میں جو بھی clue ملتا ہو، جو آپ کو اس دنیا میں experience</w:t>
      </w:r>
    </w:p>
    <w:p>
      <w:r>
        <w:rPr>
          <w:b/>
        </w:rPr>
        <w:t xml:space="preserve">[34:11] </w:t>
      </w:r>
      <w:r>
        <w:t>hota hai, jo bhi iqdam is dunya mein aap paate hain, un sab ko apne liye discovery banaiye.</w:t>
      </w:r>
    </w:p>
    <w:p>
      <w:pPr>
        <w:jc w:val="right"/>
      </w:pPr>
      <w:r>
        <w:t>ہوتا ہے، جو بھی اقدام اس دنیا میں آپ پاتے ہیں، ان سب کو اپنے لیے discovery بنائیے۔</w:t>
      </w:r>
    </w:p>
    <w:p>
      <w:r>
        <w:rPr>
          <w:b/>
        </w:rPr>
        <w:t xml:space="preserve">[34:18] </w:t>
      </w:r>
      <w:r>
        <w:t>ibtedai tor par woh clue hoga, woh experience hoga.</w:t>
      </w:r>
    </w:p>
    <w:p>
      <w:pPr>
        <w:jc w:val="right"/>
      </w:pPr>
      <w:r>
        <w:t>ابتدائی طور پر وہ clue ہوگا، وہ experience ہوگا۔</w:t>
      </w:r>
    </w:p>
    <w:p>
      <w:r>
        <w:rPr>
          <w:b/>
        </w:rPr>
        <w:t xml:space="preserve">[34:25] </w:t>
      </w:r>
      <w:r>
        <w:t>aap is ko sochiye, soch kar is ko discovery banaiye.</w:t>
      </w:r>
    </w:p>
    <w:p>
      <w:pPr>
        <w:jc w:val="right"/>
      </w:pPr>
      <w:r>
        <w:t>آپ اس کو سوچیے، سوچ کر اس کو discovery بنائیے۔</w:t>
      </w:r>
    </w:p>
    <w:p>
      <w:r>
        <w:rPr>
          <w:b/>
        </w:rPr>
        <w:t xml:space="preserve">[34:33] </w:t>
      </w:r>
      <w:r>
        <w:t>jab discovery banayenge, tab ja kar woh aap ke liye learning banegi, tab aap ke liye</w:t>
      </w:r>
    </w:p>
    <w:p>
      <w:pPr>
        <w:jc w:val="right"/>
      </w:pPr>
      <w:r>
        <w:t>جب discovery بنائیں گے، تب جا کر وہ آپ کے لیے learning بنے گی، تب آپ کے لیے</w:t>
      </w:r>
    </w:p>
    <w:p>
      <w:r>
        <w:rPr>
          <w:b/>
        </w:rPr>
        <w:t xml:space="preserve">[34:40] </w:t>
      </w:r>
      <w:r>
        <w:t>lesson banega, tab aap ke liye woh blessing ban jayega.</w:t>
      </w:r>
    </w:p>
    <w:p>
      <w:pPr>
        <w:jc w:val="right"/>
      </w:pPr>
      <w:r>
        <w:t>lesson بنے گا، تب آپ کے لیے وہ blessing بن جائے گا۔</w:t>
      </w:r>
    </w:p>
    <w:p>
      <w:r>
        <w:rPr>
          <w:b/>
        </w:rPr>
        <w:t xml:space="preserve">[34:48] </w:t>
      </w:r>
      <w:r>
        <w:t>har subah, har sham, balke har moment aap ke samne ayatein aati hain.</w:t>
      </w:r>
    </w:p>
    <w:p>
      <w:pPr>
        <w:jc w:val="right"/>
      </w:pPr>
      <w:r>
        <w:t>ہر صبح، ہر شام، بلکہ ہر moment آپ کے سامنے آیتیں آتی ہیں۔</w:t>
      </w:r>
    </w:p>
    <w:p>
      <w:r>
        <w:rPr>
          <w:b/>
        </w:rPr>
        <w:t xml:space="preserve">[34:55] </w:t>
      </w:r>
      <w:r>
        <w:t>yani signs of God.</w:t>
      </w:r>
    </w:p>
    <w:p>
      <w:pPr>
        <w:jc w:val="right"/>
      </w:pPr>
      <w:r>
        <w:t>یعنی signs of God۔</w:t>
      </w:r>
    </w:p>
    <w:p>
      <w:r>
        <w:rPr>
          <w:b/>
        </w:rPr>
        <w:t xml:space="preserve">[35:02] </w:t>
      </w:r>
      <w:r>
        <w:t>insan ko is se experience to milta hai, lekin is experience ko woh discovery nahin bana pata.</w:t>
      </w:r>
    </w:p>
    <w:p>
      <w:pPr>
        <w:jc w:val="right"/>
      </w:pPr>
      <w:r>
        <w:t>انسان کو اس سے experience تو ملتا ہے، لیکن اس experience کو وہ discovery نہیں بنا پاتا۔</w:t>
      </w:r>
    </w:p>
    <w:p>
      <w:r>
        <w:rPr>
          <w:b/>
        </w:rPr>
        <w:t xml:space="preserve">[35:10] </w:t>
      </w:r>
      <w:r>
        <w:t>is liye woh is ke liye blessing nahin ban pati.</w:t>
      </w:r>
    </w:p>
    <w:p>
      <w:pPr>
        <w:jc w:val="right"/>
      </w:pPr>
      <w:r>
        <w:t>اس لیے وہ اس کے لیے blessing نہیں بن پاتی۔</w:t>
      </w:r>
    </w:p>
    <w:p>
      <w:r>
        <w:rPr>
          <w:b/>
        </w:rPr>
        <w:t xml:space="preserve">[35:17] </w:t>
      </w:r>
      <w:r>
        <w:t>jab jab aap is ko discovery bana payenge, tab aap ke liye blessing banegi.</w:t>
      </w:r>
    </w:p>
    <w:p>
      <w:pPr>
        <w:jc w:val="right"/>
      </w:pPr>
      <w:r>
        <w:t>جب جب آپ اس کو discovery بنا پائیں گے، تب آپ کے لیے blessing بنے گی۔</w:t>
      </w:r>
    </w:p>
    <w:p>
      <w:r>
        <w:rPr>
          <w:b/>
        </w:rPr>
        <w:t xml:space="preserve">[35:24] </w:t>
      </w:r>
      <w:r>
        <w:t>to paradise mein entry paane se pehle discovery hai.</w:t>
      </w:r>
    </w:p>
    <w:p>
      <w:pPr>
        <w:jc w:val="right"/>
      </w:pPr>
      <w:r>
        <w:t>تو paradise میں entry پانے سے پہلے discovery ہے۔</w:t>
      </w:r>
    </w:p>
    <w:p>
      <w:r>
        <w:rPr>
          <w:b/>
        </w:rPr>
        <w:t xml:space="preserve">[35:32] </w:t>
      </w:r>
      <w:r>
        <w:t>Discovery ke baad is ke mutabiq apni zindagi ko dhalna hai.</w:t>
      </w:r>
    </w:p>
    <w:p>
      <w:pPr>
        <w:jc w:val="right"/>
      </w:pPr>
      <w:r>
        <w:t>Discovery کے بعد اس کے مطابق اپنی زندگی کو ڈھالنا ہے۔</w:t>
      </w:r>
    </w:p>
    <w:p>
      <w:r>
        <w:rPr>
          <w:b/>
        </w:rPr>
        <w:t xml:space="preserve">[35:39] </w:t>
      </w:r>
      <w:r>
        <w:t>is ke baad apne aap ko paradise ke liye deserving candidate banana hai.</w:t>
      </w:r>
    </w:p>
    <w:p>
      <w:pPr>
        <w:jc w:val="right"/>
      </w:pPr>
      <w:r>
        <w:t>اس کے بعد اپنے آپ کو paradise کے لیے deserving candidate بنانا ہے۔</w:t>
      </w:r>
    </w:p>
    <w:p>
      <w:r>
        <w:rPr>
          <w:b/>
        </w:rPr>
        <w:t xml:space="preserve">[35:46] </w:t>
      </w:r>
      <w:r>
        <w:t>tab ja kar aadmi ko entry milegi paradise mein.</w:t>
      </w:r>
    </w:p>
    <w:p>
      <w:pPr>
        <w:jc w:val="right"/>
      </w:pPr>
      <w:r>
        <w:t>تب جا کر آدمی کو entry ملے گی paradise میں۔</w:t>
      </w:r>
    </w:p>
    <w:p>
      <w:r>
        <w:rPr>
          <w:b/>
        </w:rPr>
        <w:t xml:space="preserve">[35:54] </w:t>
      </w:r>
      <w:r>
        <w:t>pehlay aap sochen ge, phir aap ko discovery hogi, phir aap ko aik reality ki daryaft hogi.</w:t>
      </w:r>
    </w:p>
    <w:p>
      <w:pPr>
        <w:jc w:val="right"/>
      </w:pPr>
      <w:r>
        <w:t>پہلے آپ سوچیں گے، پھر آپ کو discovery ہوگی، پھر آپ کو ایک reality کی دریافت ہوگی۔</w:t>
      </w:r>
    </w:p>
    <w:p>
      <w:r>
        <w:rPr>
          <w:b/>
        </w:rPr>
        <w:t xml:space="preserve">[36:01] </w:t>
      </w:r>
      <w:r>
        <w:t>is tarah se aik course paradise mein entry paane se pehle aik course se guzarna hai aadmi ko.</w:t>
      </w:r>
    </w:p>
    <w:p>
      <w:pPr>
        <w:jc w:val="right"/>
      </w:pPr>
      <w:r>
        <w:t>اس طرح سے ایک کورس paradise میں entry پانے سے پہلے ایک کورس سے گزرنا ہے آدمی کو۔</w:t>
      </w:r>
    </w:p>
    <w:p>
      <w:r>
        <w:rPr>
          <w:b/>
        </w:rPr>
        <w:t xml:space="preserve">[36:08] </w:t>
      </w:r>
      <w:r>
        <w:t>Paradise mein entry paane se pehle aadmi ko aik course se guzarna hai.</w:t>
      </w:r>
    </w:p>
    <w:p>
      <w:pPr>
        <w:jc w:val="right"/>
      </w:pPr>
      <w:r>
        <w:t>Paradise میں entry پانے سے پہلے آدمی کو ایک کورس سے گزرنا ہے۔</w:t>
      </w:r>
    </w:p>
    <w:p>
      <w:r>
        <w:rPr>
          <w:b/>
        </w:rPr>
        <w:t xml:space="preserve">[36:16] </w:t>
      </w:r>
      <w:r>
        <w:t>aik course sochne ka course, experience ka course.</w:t>
      </w:r>
    </w:p>
    <w:p>
      <w:pPr>
        <w:jc w:val="right"/>
      </w:pPr>
      <w:r>
        <w:t>ایک کورس سوچنے کا کورس، experience کا کورس۔</w:t>
      </w:r>
    </w:p>
    <w:p>
      <w:r>
        <w:rPr>
          <w:b/>
        </w:rPr>
        <w:t xml:space="preserve">[36:23] </w:t>
      </w:r>
      <w:r>
        <w:t>is course se guzarte guzarte guzarte guzarte aadmi wahan pohanchta hai jab us ke andar woh woh personality</w:t>
      </w:r>
    </w:p>
    <w:p>
      <w:pPr>
        <w:jc w:val="right"/>
      </w:pPr>
      <w:r>
        <w:t>اس کورس سے گزرتے گزرتے گزرتے گزرتے آدمی وہاں پہنچتا ہے جب اس کے اندر وہ وہ personality</w:t>
      </w:r>
    </w:p>
    <w:p>
      <w:r>
        <w:rPr>
          <w:b/>
        </w:rPr>
        <w:t xml:space="preserve">[36:30] </w:t>
      </w:r>
      <w:r>
        <w:t>develop karti hai, jo personality aakhirat mein paradise mein dakhle ke liye qabil ho.</w:t>
      </w:r>
    </w:p>
    <w:p>
      <w:pPr>
        <w:jc w:val="right"/>
      </w:pPr>
      <w:r>
        <w:t>develop کرتی ہے، جو personality آخرت میں paradise میں داخلے کے لیے قابل ہو۔</w:t>
      </w:r>
    </w:p>
    <w:p>
      <w:r>
        <w:rPr>
          <w:b/>
        </w:rPr>
        <w:t xml:space="preserve">[36:38] </w:t>
      </w:r>
      <w:r>
        <w:t>is course se guzre baghair free mein kisi ko paradise nahi mile gi.</w:t>
      </w:r>
    </w:p>
    <w:p>
      <w:pPr>
        <w:jc w:val="right"/>
      </w:pPr>
      <w:r>
        <w:t>اس کورس سے گزرے بغیر free میں کسی کو paradise نہیں ملے گی۔</w:t>
      </w:r>
    </w:p>
    <w:p>
      <w:r>
        <w:rPr>
          <w:b/>
        </w:rPr>
        <w:t xml:space="preserve">[36:45] </w:t>
      </w:r>
      <w:r>
        <w:t>is course se guzre baghair kisi ko free mein paradise nahi mile gi.</w:t>
      </w:r>
    </w:p>
    <w:p>
      <w:pPr>
        <w:jc w:val="right"/>
      </w:pPr>
      <w:r>
        <w:t>اس کورس سے گزرے بغیر کسی کو free میں paradise نہیں ملے گی۔</w:t>
      </w:r>
    </w:p>
    <w:p>
      <w:r>
        <w:rPr>
          <w:b/>
        </w:rPr>
        <w:t xml:space="preserve">[36:53] </w:t>
      </w:r>
      <w:r>
        <w:t>to God ne, Creator ne aap ke andar woh mind diya aap ko, jis se aap sochen.</w:t>
      </w:r>
    </w:p>
    <w:p>
      <w:pPr>
        <w:jc w:val="right"/>
      </w:pPr>
      <w:r>
        <w:t>تو God نے، Creator نے آپ کے اندر وہ mind دیا آپ کو، جس سے آپ سوچیں۔</w:t>
      </w:r>
    </w:p>
    <w:p>
      <w:r>
        <w:rPr>
          <w:b/>
        </w:rPr>
        <w:t xml:space="preserve">[37:00] </w:t>
      </w:r>
      <w:r>
        <w:t>woh aankh di, jis se aap dekhen, woh kaan diya, jis se aap sunen.</w:t>
      </w:r>
    </w:p>
    <w:p>
      <w:pPr>
        <w:jc w:val="right"/>
      </w:pPr>
      <w:r>
        <w:t>وہ آنکھ دی، جس سے آپ دیکھیں، وہ کان دیا، جس سے آپ سنیں۔</w:t>
      </w:r>
    </w:p>
    <w:p>
      <w:r>
        <w:rPr>
          <w:b/>
        </w:rPr>
        <w:t xml:space="preserve">[37:07] </w:t>
      </w:r>
      <w:r>
        <w:t>aur phir aas paas ki duniya mein woh saare supporting elements diye, jis se aap apni apni journey</w:t>
      </w:r>
    </w:p>
    <w:p>
      <w:pPr>
        <w:jc w:val="right"/>
      </w:pPr>
      <w:r>
        <w:t>اور پھر آس پاس کی دنیا میں وہ سارے supporting elements دیے، جس سے آپ اپنی اپنی journey</w:t>
      </w:r>
    </w:p>
    <w:p>
      <w:r>
        <w:rPr>
          <w:b/>
        </w:rPr>
        <w:t xml:space="preserve">[37:15] </w:t>
      </w:r>
      <w:r>
        <w:t>ko zyada se zyada meaningful banaen.</w:t>
      </w:r>
    </w:p>
    <w:p>
      <w:pPr>
        <w:jc w:val="right"/>
      </w:pPr>
      <w:r>
        <w:t>کو زیادہ سے زیادہ meaningful بنائیں۔</w:t>
      </w:r>
    </w:p>
    <w:p>
      <w:r>
        <w:rPr>
          <w:b/>
        </w:rPr>
        <w:t xml:space="preserve">[37:22] </w:t>
      </w:r>
      <w:r>
        <w:t>is tarah se paradise ki taraf chalte chalte chalte chalte aap ke andar woh personality develop karti hai,</w:t>
      </w:r>
    </w:p>
    <w:p>
      <w:pPr>
        <w:jc w:val="right"/>
      </w:pPr>
      <w:r>
        <w:t>اس طرح سے paradise کی طرف چلتے چلتے چلتے چلتے آپ کے اندر وہ personality develop کرتی ہے،</w:t>
      </w:r>
    </w:p>
    <w:p>
      <w:r>
        <w:rPr>
          <w:b/>
        </w:rPr>
        <w:t xml:space="preserve">[37:29] </w:t>
      </w:r>
      <w:r>
        <w:t>jo paradise ke liye deserving candidate ban jae.</w:t>
      </w:r>
    </w:p>
    <w:p>
      <w:pPr>
        <w:jc w:val="right"/>
      </w:pPr>
      <w:r>
        <w:t>جو paradise کے لیے deserving candidate بن جائے۔</w:t>
      </w:r>
    </w:p>
    <w:p>
      <w:r>
        <w:rPr>
          <w:b/>
        </w:rPr>
        <w:t xml:space="preserve">[37:37] </w:t>
      </w:r>
      <w:r>
        <w:t>tab ja kar final mein aap ko, end mein ja kar aap ko paradise mein entry milti hai.</w:t>
      </w:r>
    </w:p>
    <w:p>
      <w:pPr>
        <w:jc w:val="right"/>
      </w:pPr>
      <w:r>
        <w:t>تب جا کر final میں آپ کو، end میں جا کر آپ کو paradise میں entry ملتی ہے۔</w:t>
      </w:r>
    </w:p>
    <w:p>
      <w:r>
        <w:rPr>
          <w:b/>
        </w:rPr>
        <w:t xml:space="preserve">[37:44] </w:t>
      </w:r>
      <w:r>
        <w:t>Paradise mein entry koi shobha mantar ki baat nahi hai.</w:t>
      </w:r>
    </w:p>
    <w:p>
      <w:pPr>
        <w:jc w:val="right"/>
      </w:pPr>
      <w:r>
        <w:t>Paradise میں entry کوئی شعبہ منتر کی بات نہیں ہے۔</w:t>
      </w:r>
    </w:p>
    <w:p>
      <w:r>
        <w:rPr>
          <w:b/>
        </w:rPr>
        <w:t xml:space="preserve">[37:51] </w:t>
      </w:r>
      <w:r>
        <w:t>koi shobha mantar follow nahi hai, jo aap ko paradise mein dakhil kar de.</w:t>
      </w:r>
    </w:p>
    <w:p>
      <w:pPr>
        <w:jc w:val="right"/>
      </w:pPr>
      <w:r>
        <w:t>کوئی شعبہ منتر follow نہیں ہے، جو آپ کو paradise میں داخل کر دے۔</w:t>
      </w:r>
    </w:p>
    <w:p>
      <w:r>
        <w:rPr>
          <w:b/>
        </w:rPr>
        <w:t xml:space="preserve">[37:59] </w:t>
      </w:r>
      <w:r>
        <w:t>jaise aik aik duniya hi mein aik pul siraat se guzarna hai, usi duniya mein aik pul siraat</w:t>
      </w:r>
    </w:p>
    <w:p>
      <w:pPr>
        <w:jc w:val="right"/>
      </w:pPr>
      <w:r>
        <w:t>جیسے ایک ایک دنیا ہی میں ایک پل صراط سے گزرنا ہے، اسی دنیا میں ایک پل صراط</w:t>
      </w:r>
    </w:p>
    <w:p>
      <w:r>
        <w:rPr>
          <w:b/>
        </w:rPr>
        <w:t xml:space="preserve">[38:06] </w:t>
      </w:r>
      <w:r>
        <w:t>ko paar karna hai.</w:t>
      </w:r>
    </w:p>
    <w:p>
      <w:pPr>
        <w:jc w:val="right"/>
      </w:pPr>
      <w:r>
        <w:t>کو پار کرنا ہے۔</w:t>
      </w:r>
    </w:p>
    <w:p>
      <w:r>
        <w:rPr>
          <w:b/>
        </w:rPr>
        <w:t xml:space="preserve">[38:13] </w:t>
      </w:r>
      <w:r>
        <w:t>is ke liye aap ko apni poori hasti ko istemal karna hai.</w:t>
      </w:r>
    </w:p>
    <w:p>
      <w:pPr>
        <w:jc w:val="right"/>
      </w:pPr>
      <w:r>
        <w:t>اس کے لیے آپ کو اپنی پوری ہستی کو استعمال کرنا ہے۔</w:t>
      </w:r>
    </w:p>
    <w:p>
      <w:r>
        <w:rPr>
          <w:b/>
        </w:rPr>
        <w:t xml:space="preserve">[38:21] </w:t>
      </w:r>
      <w:r>
        <w:t>apni aqal ko istemal karna hai, apni aankh ko istemal karna hai, apni kaan ko istemal karna hai.</w:t>
      </w:r>
    </w:p>
    <w:p>
      <w:pPr>
        <w:jc w:val="right"/>
      </w:pPr>
      <w:r>
        <w:t>اپنی عقل کو استعمال کرنا ہے، اپنی آنکھ کو استعمال کرنا ہے، اپنی کان کو استعمال کرنا ہے۔</w:t>
      </w:r>
    </w:p>
    <w:p>
      <w:r>
        <w:rPr>
          <w:b/>
        </w:rPr>
        <w:t xml:space="preserve">[38:28] </w:t>
      </w:r>
      <w:r>
        <w:t>jaise Quran majeed mein aaya hai ke un ke paas dil hai, woh sochte nahi.</w:t>
      </w:r>
    </w:p>
    <w:p>
      <w:pPr>
        <w:jc w:val="right"/>
      </w:pPr>
      <w:r>
        <w:t>جیسے قرآن مجید میں آیا ہے کہ ان کے پاس دل ہے، وہ سوچتے نہیں۔</w:t>
      </w:r>
    </w:p>
    <w:p>
      <w:r>
        <w:rPr>
          <w:b/>
        </w:rPr>
        <w:t xml:space="preserve">[38:35] </w:t>
      </w:r>
      <w:r>
        <w:t>un ke paas kaan hai, woh sunte nahi.</w:t>
      </w:r>
    </w:p>
    <w:p>
      <w:pPr>
        <w:jc w:val="right"/>
      </w:pPr>
      <w:r>
        <w:t>ان کے پاس کان ہے، وہ سنتے نہیں۔</w:t>
      </w:r>
    </w:p>
    <w:p>
      <w:r>
        <w:rPr>
          <w:b/>
        </w:rPr>
        <w:t xml:space="preserve">[38:43] </w:t>
      </w:r>
      <w:r>
        <w:t>un ke paas aankh hai, woh dekhte nahi.</w:t>
      </w:r>
    </w:p>
    <w:p>
      <w:pPr>
        <w:jc w:val="right"/>
      </w:pPr>
      <w:r>
        <w:t>ان کے پاس آنکھ ہے، وہ دیکھتے نہیں۔</w:t>
      </w:r>
    </w:p>
    <w:p>
      <w:r>
        <w:rPr>
          <w:b/>
        </w:rPr>
        <w:t xml:space="preserve">[38:50] </w:t>
      </w:r>
      <w:r>
        <w:t>yeh wohi yehi log to hain yeh ke saari opportunity is duniya mein bakhir di gayi hai aap</w:t>
      </w:r>
    </w:p>
    <w:p>
      <w:pPr>
        <w:jc w:val="right"/>
      </w:pPr>
      <w:r>
        <w:t>یہ وہی یہی لوگ تو ہیں یہ کہ ساری opportunity اس دنیا میں بکھیر دی گئی ہے آپ</w:t>
      </w:r>
    </w:p>
    <w:p>
      <w:r>
        <w:rPr>
          <w:b/>
        </w:rPr>
        <w:t xml:space="preserve">[38:58] </w:t>
      </w:r>
      <w:r>
        <w:t>ke liye, lekin aap is ko avail nahi karte.</w:t>
      </w:r>
    </w:p>
    <w:p>
      <w:pPr>
        <w:jc w:val="right"/>
      </w:pPr>
      <w:r>
        <w:t>کے لیے، لیکن آپ اس کو avail نہیں کرتے۔</w:t>
      </w:r>
    </w:p>
    <w:p>
      <w:r>
        <w:rPr>
          <w:b/>
        </w:rPr>
        <w:t xml:space="preserve">[39:05] </w:t>
      </w:r>
      <w:r>
        <w:t>Avail kar ke apne aap ko is hesiyat se develop nahi karte.</w:t>
      </w:r>
    </w:p>
    <w:p>
      <w:pPr>
        <w:jc w:val="right"/>
      </w:pPr>
      <w:r>
        <w:t>Avail کر کے اپنے آپ کو اس حیثیت سے develop نہیں کرتے۔</w:t>
      </w:r>
    </w:p>
    <w:p>
      <w:r>
        <w:rPr>
          <w:b/>
        </w:rPr>
        <w:t xml:space="preserve">[39:12] </w:t>
      </w:r>
      <w:r>
        <w:t>to yeh baat bohat ziyada sochne ki baat hai.</w:t>
      </w:r>
    </w:p>
    <w:p>
      <w:pPr>
        <w:jc w:val="right"/>
      </w:pPr>
      <w:r>
        <w:t>تو یہ بات بہت زیادہ سوچنے کی بات ہے۔</w:t>
      </w:r>
    </w:p>
    <w:p>
      <w:r>
        <w:rPr>
          <w:b/>
        </w:rPr>
        <w:t xml:space="preserve">[39:20] </w:t>
      </w:r>
      <w:r>
        <w:t>bohat ziyada sochne ki baat hai.</w:t>
      </w:r>
    </w:p>
    <w:p>
      <w:pPr>
        <w:jc w:val="right"/>
      </w:pPr>
      <w:r>
        <w:t>بہت زیادہ سوچنے کی بات ہے۔</w:t>
      </w:r>
    </w:p>
    <w:p>
      <w:r>
        <w:rPr>
          <w:b/>
        </w:rPr>
        <w:t xml:space="preserve">[39:27] </w:t>
      </w:r>
      <w:r>
        <w:t>lekin bohat hi kam aisay log hain, jo is ko sochte hain.</w:t>
      </w:r>
    </w:p>
    <w:p>
      <w:pPr>
        <w:jc w:val="right"/>
      </w:pPr>
      <w:r>
        <w:t>لیکن بہت ہی کم ایسے لوگ ہیں، جو اس کو سوچتے ہیں۔</w:t>
      </w:r>
    </w:p>
    <w:p>
      <w:r>
        <w:rPr>
          <w:b/>
        </w:rPr>
        <w:t xml:space="preserve">[39:34] </w:t>
      </w:r>
      <w:r>
        <w:t>isi liye hadith mein aata hai ke ma ra'aitu mithla jannatin na'ama talibuhu is ka matlab yahi hai</w:t>
      </w:r>
    </w:p>
    <w:p>
      <w:pPr>
        <w:jc w:val="right"/>
      </w:pPr>
      <w:r>
        <w:t>اسی لیے حدیث میں آتا ہے کہ مَا رَأَيْتُ مِثْلَ جَنَّةٍ نَعْمَ طَالَبُهَا اس کا مطلب یہی ہے</w:t>
      </w:r>
    </w:p>
    <w:p>
      <w:r>
        <w:rPr>
          <w:b/>
        </w:rPr>
        <w:t xml:space="preserve">[39:42] </w:t>
      </w:r>
      <w:r>
        <w:t>ke jannat aisi valuable cheez hai, itni ziyada attractive cheez hai ke aadmi is ko apna goal banae.</w:t>
      </w:r>
    </w:p>
    <w:p>
      <w:pPr>
        <w:jc w:val="right"/>
      </w:pPr>
      <w:r>
        <w:t>کہ جنت ایسی valuable چیز ہے، اتنی زیادہ attractive چیز ہے کہ آدمی اس کو اپنا goal بنائے۔</w:t>
      </w:r>
    </w:p>
    <w:p>
      <w:r>
        <w:rPr>
          <w:b/>
        </w:rPr>
        <w:t xml:space="preserve">[39:49] </w:t>
      </w:r>
      <w:r>
        <w:t>lekin log soe hue hain jannat ke, woh talib nahi bante.</w:t>
      </w:r>
    </w:p>
    <w:p>
      <w:pPr>
        <w:jc w:val="right"/>
      </w:pPr>
      <w:r>
        <w:t>لیکن لوگ سوئے ہوئے ہیں جنت کے، وہ طالب نہیں بنتے۔</w:t>
      </w:r>
    </w:p>
    <w:p>
      <w:r>
        <w:rPr>
          <w:b/>
        </w:rPr>
        <w:t xml:space="preserve">[39:56] </w:t>
      </w:r>
      <w:r>
        <w:t>jannat ke sachay talib nahi bante.</w:t>
      </w:r>
    </w:p>
    <w:p>
      <w:pPr>
        <w:jc w:val="right"/>
      </w:pPr>
      <w:r>
        <w:t>جنت کے سچے طالب نہیں بنتے۔</w:t>
      </w:r>
    </w:p>
    <w:p>
      <w:r>
        <w:rPr>
          <w:b/>
        </w:rPr>
        <w:t xml:space="preserve">[40:04] </w:t>
      </w:r>
      <w:r>
        <w:t>to quran mein aap jante hain ke sab se ziyada zor diya gaya hai tadabbur ke liye, tafakkur ke liye.</w:t>
      </w:r>
    </w:p>
    <w:p>
      <w:pPr>
        <w:jc w:val="right"/>
      </w:pPr>
      <w:r>
        <w:t>تو قرآن میں آپ جانتے ہیں کہ سب سے زیادہ زور دیا گیا ہے تدبر کے لیے، تفکر کے لیے۔</w:t>
      </w:r>
    </w:p>
    <w:p>
      <w:r>
        <w:rPr>
          <w:b/>
        </w:rPr>
        <w:t xml:space="preserve">[40:11] </w:t>
      </w:r>
      <w:r>
        <w:t>wohi door hai tamam cheezon ka.</w:t>
      </w:r>
    </w:p>
    <w:p>
      <w:pPr>
        <w:jc w:val="right"/>
      </w:pPr>
      <w:r>
        <w:t>وہی door ہے تمام چیزوں کا۔</w:t>
      </w:r>
    </w:p>
    <w:p>
      <w:r>
        <w:rPr>
          <w:b/>
        </w:rPr>
        <w:t xml:space="preserve">[40:18] </w:t>
      </w:r>
      <w:r>
        <w:t>ek sahib se meri mulaqat thi, bohat parhe likhe thay woh.</w:t>
      </w:r>
    </w:p>
    <w:p>
      <w:pPr>
        <w:jc w:val="right"/>
      </w:pPr>
      <w:r>
        <w:t>ایک صاحب سے میری ملاقات تھی، بہت پڑھے لکھے تھے وہ۔</w:t>
      </w:r>
    </w:p>
    <w:p>
      <w:r>
        <w:rPr>
          <w:b/>
        </w:rPr>
        <w:t xml:space="preserve">[40:26] </w:t>
      </w:r>
      <w:r>
        <w:t>to woh ek bohat bara, apni apni samajh se ek bohat bara campaign chala rahe hain.</w:t>
      </w:r>
    </w:p>
    <w:p>
      <w:pPr>
        <w:jc w:val="right"/>
      </w:pPr>
      <w:r>
        <w:t>تو وہ ایک بہت بڑا، اپنی اپنی سمجھ سے ایک بہت بڑا campaign چلا رہے ہیں۔</w:t>
      </w:r>
    </w:p>
    <w:p>
      <w:r>
        <w:rPr>
          <w:b/>
        </w:rPr>
        <w:t xml:space="preserve">[40:33] </w:t>
      </w:r>
      <w:r>
        <w:t>is ka naam hai Arabic Learning.</w:t>
      </w:r>
    </w:p>
    <w:p>
      <w:pPr>
        <w:jc w:val="right"/>
      </w:pPr>
      <w:r>
        <w:t>اس کا نام ہے Arabic Learning۔</w:t>
      </w:r>
    </w:p>
    <w:p>
      <w:r>
        <w:rPr>
          <w:b/>
        </w:rPr>
        <w:t xml:space="preserve">[40:40] </w:t>
      </w:r>
      <w:r>
        <w:t>yani woh un ka nazariya yeh hai ke quran ko log samajhte nahi, kyunke woh arabi jante nahi,</w:t>
      </w:r>
    </w:p>
    <w:p>
      <w:pPr>
        <w:jc w:val="right"/>
      </w:pPr>
      <w:r>
        <w:t>یعنی وہ ان کا نظریہ یہ ہے کہ قرآن کو لوگ سمجھتے نہیں، کیونکہ وہ عربی جانتے نہیں،</w:t>
      </w:r>
    </w:p>
    <w:p>
      <w:r>
        <w:rPr>
          <w:b/>
        </w:rPr>
        <w:t xml:space="preserve">[40:48] </w:t>
      </w:r>
      <w:r>
        <w:t>parh lete hain sirf.</w:t>
      </w:r>
    </w:p>
    <w:p>
      <w:pPr>
        <w:jc w:val="right"/>
      </w:pPr>
      <w:r>
        <w:t>پڑھ لیتے ہیں صرف۔</w:t>
      </w:r>
    </w:p>
    <w:p>
      <w:r>
        <w:rPr>
          <w:b/>
        </w:rPr>
        <w:t xml:space="preserve">[40:55] </w:t>
      </w:r>
      <w:r>
        <w:t>to logon ko chahte hain ke woh Arabic language sikhayein taake woh quran ko samajh kar parh sakein.</w:t>
      </w:r>
    </w:p>
    <w:p>
      <w:pPr>
        <w:jc w:val="right"/>
      </w:pPr>
      <w:r>
        <w:t>تو لوگوں کو چاہتے ہیں کہ وہ Arabic language سکھائیں تاکہ وہ قرآن کو سمجھ کر پڑھ سکیں۔</w:t>
      </w:r>
    </w:p>
    <w:p>
      <w:r>
        <w:rPr>
          <w:b/>
        </w:rPr>
        <w:t xml:space="preserve">[41:03] </w:t>
      </w:r>
      <w:r>
        <w:t>to main ne kaha ke dekhiye, sirf Arabic language janna kafi nahi hai.</w:t>
      </w:r>
    </w:p>
    <w:p>
      <w:pPr>
        <w:jc w:val="right"/>
      </w:pPr>
      <w:r>
        <w:t>تو میں نے کہا کہ دیکھیے، صرف Arabic language جاننا کافی نہیں ہے۔</w:t>
      </w:r>
    </w:p>
    <w:p>
      <w:r>
        <w:rPr>
          <w:b/>
        </w:rPr>
        <w:t xml:space="preserve">[41:10] </w:t>
      </w:r>
      <w:r>
        <w:t>woh to Abu Lahab, Abu Jahl bhi Arabic language ke expert thay.</w:t>
      </w:r>
    </w:p>
    <w:p>
      <w:pPr>
        <w:jc w:val="right"/>
      </w:pPr>
      <w:r>
        <w:t>وہ تو ابو لہب، ابو جہل بھی Arabic language کے expert تھے۔</w:t>
      </w:r>
    </w:p>
    <w:p>
      <w:r>
        <w:rPr>
          <w:b/>
        </w:rPr>
        <w:t xml:space="preserve">[41:17] </w:t>
      </w:r>
      <w:r>
        <w:t>is se pehle ek cheez chahiye.</w:t>
      </w:r>
    </w:p>
    <w:p>
      <w:pPr>
        <w:jc w:val="right"/>
      </w:pPr>
      <w:r>
        <w:t>اس سے پہلے ایک چیز چاہیے۔</w:t>
      </w:r>
    </w:p>
    <w:p>
      <w:r>
        <w:rPr>
          <w:b/>
        </w:rPr>
        <w:t xml:space="preserve">[41:25] </w:t>
      </w:r>
      <w:r>
        <w:t>arabi sikhaya gaya to yeh bas samajhye ke bas arabi sikha diya aap ne to ummat mein revival</w:t>
      </w:r>
    </w:p>
    <w:p>
      <w:pPr>
        <w:jc w:val="right"/>
      </w:pPr>
      <w:r>
        <w:t>عربی سکھایا گیا تو یہ بس سمجھئے کہ بس عربی سکھا دیا آپ نے تو امت میں revival</w:t>
      </w:r>
    </w:p>
    <w:p>
      <w:r>
        <w:rPr>
          <w:b/>
        </w:rPr>
        <w:t xml:space="preserve">[41:32] </w:t>
      </w:r>
      <w:r>
        <w:t>aa jae ga.</w:t>
      </w:r>
    </w:p>
    <w:p>
      <w:pPr>
        <w:jc w:val="right"/>
      </w:pPr>
      <w:r>
        <w:t>آ جائے گا۔</w:t>
      </w:r>
    </w:p>
    <w:p>
      <w:r>
        <w:rPr>
          <w:b/>
        </w:rPr>
        <w:t xml:space="preserve">[41:39] </w:t>
      </w:r>
      <w:r>
        <w:t>woh samajhte hain yahi ke arabi sikhaya jaye logon ko to ummat mein revival aa jae ga.</w:t>
      </w:r>
    </w:p>
    <w:p>
      <w:pPr>
        <w:jc w:val="right"/>
      </w:pPr>
      <w:r>
        <w:t>وہ سمجھتے ہیں یہی کہ عربی سکھا دیا جائے لوگوں کو تو امت میں revival آ جائے گا۔</w:t>
      </w:r>
    </w:p>
    <w:p>
      <w:r>
        <w:rPr>
          <w:b/>
        </w:rPr>
        <w:t xml:space="preserve">[41:47] </w:t>
      </w:r>
      <w:r>
        <w:t>main ne kaha yeh aap ki visual thinking hai.</w:t>
      </w:r>
    </w:p>
    <w:p>
      <w:pPr>
        <w:jc w:val="right"/>
      </w:pPr>
      <w:r>
        <w:t>میں نے کہا یہ آپ کی visual thinking ہے۔</w:t>
      </w:r>
    </w:p>
    <w:p>
      <w:r>
        <w:rPr>
          <w:b/>
        </w:rPr>
        <w:t xml:space="preserve">[41:54] </w:t>
      </w:r>
      <w:r>
        <w:t>yeh sahaba kehte hain ke talib al-islam thumma talib al-quran pehle hum ne islam seekha, phir hum ne quran seekha.</w:t>
      </w:r>
    </w:p>
    <w:p>
      <w:pPr>
        <w:jc w:val="right"/>
      </w:pPr>
      <w:r>
        <w:t>یہ صحابہ کہتے ہیں کہ طَالَّبَ الْإِسْلَامَ ثُمَّ طَالَّبَ الْقُرْآنَ پہلے ہم نے اسلام سیکھا، پھر ہم نے قرآن سیکھا۔</w:t>
      </w:r>
    </w:p>
    <w:p>
      <w:r>
        <w:rPr>
          <w:b/>
        </w:rPr>
        <w:t xml:space="preserve">[42:01] </w:t>
      </w:r>
      <w:r>
        <w:t>to yeh kya cheez hai? to ek cheez hai pre quran.</w:t>
      </w:r>
    </w:p>
    <w:p>
      <w:pPr>
        <w:jc w:val="right"/>
      </w:pPr>
      <w:r>
        <w:t>تو یہ کیا چیز ہے؟ تو ایک چیز ہے پری قرآن۔</w:t>
      </w:r>
    </w:p>
    <w:p>
      <w:r>
        <w:rPr>
          <w:b/>
        </w:rPr>
        <w:t xml:space="preserve">[42:09] </w:t>
      </w:r>
      <w:r>
        <w:t>pre quran arabic language nahi hai.</w:t>
      </w:r>
    </w:p>
    <w:p>
      <w:pPr>
        <w:jc w:val="right"/>
      </w:pPr>
      <w:r>
        <w:t>پری قرآن Arabic language نہیں ہے۔</w:t>
      </w:r>
    </w:p>
    <w:p>
      <w:r>
        <w:rPr>
          <w:b/>
        </w:rPr>
        <w:t xml:space="preserve">[42:16] </w:t>
      </w:r>
      <w:r>
        <w:t>woh to zaroori hai, arabic language zaroori hai, lekin pre quran jo hai yeh hai ke aap ka</w:t>
      </w:r>
    </w:p>
    <w:p>
      <w:pPr>
        <w:jc w:val="right"/>
      </w:pPr>
      <w:r>
        <w:t>وہ تو ضروری ہے، Arabic language ضروری ہے، لیکن پری قرآن جو ہے یہ ہے کہ آپ کا</w:t>
      </w:r>
    </w:p>
    <w:p>
      <w:r>
        <w:rPr>
          <w:b/>
        </w:rPr>
        <w:t xml:space="preserve">[42:23] </w:t>
      </w:r>
      <w:r>
        <w:t>mind bane, aap ka mindset bane.</w:t>
      </w:r>
    </w:p>
    <w:p>
      <w:pPr>
        <w:jc w:val="right"/>
      </w:pPr>
      <w:r>
        <w:t>mind بنے، آپ کا mindset بنے۔</w:t>
      </w:r>
    </w:p>
    <w:p>
      <w:r>
        <w:rPr>
          <w:b/>
        </w:rPr>
        <w:t xml:space="preserve">[42:31] </w:t>
      </w:r>
      <w:r>
        <w:t>aap ke andar sochne ka art of thinking aaye, aap ke andar.</w:t>
      </w:r>
    </w:p>
    <w:p>
      <w:pPr>
        <w:jc w:val="right"/>
      </w:pPr>
      <w:r>
        <w:t>آپ کے اندر سوچنے کا art of thinking آئے، آپ کے اندر۔</w:t>
      </w:r>
    </w:p>
    <w:p>
      <w:r>
        <w:rPr>
          <w:b/>
        </w:rPr>
        <w:t xml:space="preserve">[42:38] </w:t>
      </w:r>
      <w:r>
        <w:t>pehlay aati hai art of thinking, phir aata hai quran ko samajhna.</w:t>
      </w:r>
    </w:p>
    <w:p>
      <w:pPr>
        <w:jc w:val="right"/>
      </w:pPr>
      <w:r>
        <w:t>پہلے آتی ہے art of thinking، پھر آتا ہے قرآن کو سمجھنا۔</w:t>
      </w:r>
    </w:p>
    <w:p>
      <w:r>
        <w:rPr>
          <w:b/>
        </w:rPr>
        <w:t xml:space="preserve">[42:45] </w:t>
      </w:r>
      <w:r>
        <w:t>to meri dua hai ke Allah taala mujh ko aur aap ko tofeeq de ke hum sirat e mustaqeem</w:t>
      </w:r>
    </w:p>
    <w:p>
      <w:pPr>
        <w:jc w:val="right"/>
      </w:pPr>
      <w:r>
        <w:t>تو میری دعا ہے کہ اللہ تعالیٰ مجھ کو اور آپ کو توفیق دے کہ ہم صراط مستقیم</w:t>
      </w:r>
    </w:p>
    <w:p>
      <w:r>
        <w:rPr>
          <w:b/>
        </w:rPr>
        <w:t xml:space="preserve">[42:53] </w:t>
      </w:r>
      <w:r>
        <w:t>par chalain aur aakhir mein hamein Allah taala jannat mein dakhil farmaye.</w:t>
      </w:r>
    </w:p>
    <w:p>
      <w:pPr>
        <w:jc w:val="right"/>
      </w:pPr>
      <w:r>
        <w:t>پر چلیں اور آخر میں ہمیں اللہ تعالیٰ جنت میں داخل فرمائے۔</w:t>
      </w:r>
    </w:p>
    <w:p>
      <w:r>
        <w:rPr>
          <w:b/>
        </w:rPr>
        <w:t xml:space="preserve">[43:00] </w:t>
      </w:r>
      <w:r>
        <w:t>assalam o alaikum wa rehmatullah okay, we'll be starting with the question-answer session now.</w:t>
      </w:r>
    </w:p>
    <w:p>
      <w:pPr>
        <w:jc w:val="right"/>
      </w:pPr>
      <w:r>
        <w:t>السلام علیکم ورحمة الله Okay, we'll be starting with the question-answer session now.</w:t>
      </w:r>
    </w:p>
    <w:p>
      <w:r>
        <w:rPr>
          <w:b/>
        </w:rPr>
        <w:t xml:space="preserve">[43:08] </w:t>
      </w:r>
      <w:r>
        <w:t>all the online viewers are requested to send their questions on info@cpsglobal.org.</w:t>
      </w:r>
    </w:p>
    <w:p>
      <w:pPr>
        <w:jc w:val="right"/>
      </w:pPr>
      <w:r>
        <w:t>All the online viewers are requested to send their questions on info@cpsglobal.org.</w:t>
      </w:r>
    </w:p>
    <w:p>
      <w:r>
        <w:rPr>
          <w:b/>
        </w:rPr>
        <w:t xml:space="preserve">[43:14] </w:t>
      </w:r>
      <w:r>
        <w:t>maulana sahib, pehla sawal aaya hai ahmedabad se, shakeel sahib ne kiya hai aur unhon ne aap</w:t>
      </w:r>
    </w:p>
    <w:p>
      <w:pPr>
        <w:jc w:val="right"/>
      </w:pPr>
      <w:r>
        <w:t>مولانا صاحب، پہلا سوال آیا ہے احمد آباد سے، شکیل صاحب نے کیا ہے اور انہوں نے آپ</w:t>
      </w:r>
    </w:p>
    <w:p>
      <w:r>
        <w:rPr>
          <w:b/>
        </w:rPr>
        <w:t xml:space="preserve">[43:20] </w:t>
      </w:r>
      <w:r>
        <w:t>se poocha hai ke maulana sahib many people say that being born in a muslim family is enough</w:t>
      </w:r>
    </w:p>
    <w:p>
      <w:pPr>
        <w:jc w:val="right"/>
      </w:pPr>
      <w:r>
        <w:t>سے پوچھا ہے کہ مولانا صاحب many people say that being born in a Muslim family is enough</w:t>
      </w:r>
    </w:p>
    <w:p>
      <w:r>
        <w:rPr>
          <w:b/>
        </w:rPr>
        <w:t xml:space="preserve">[43:27] </w:t>
      </w:r>
      <w:r>
        <w:t>to gain an entry into paradise.</w:t>
      </w:r>
    </w:p>
    <w:p>
      <w:pPr>
        <w:jc w:val="right"/>
      </w:pPr>
      <w:r>
        <w:t>to gain an entry into paradise.</w:t>
      </w:r>
    </w:p>
    <w:p>
      <w:r>
        <w:rPr>
          <w:b/>
        </w:rPr>
        <w:t xml:space="preserve">[43:33] </w:t>
      </w:r>
      <w:r>
        <w:t>what is your opinion on this?</w:t>
      </w:r>
    </w:p>
    <w:p>
      <w:pPr>
        <w:jc w:val="right"/>
      </w:pPr>
      <w:r>
        <w:t>What is your opinion on this?</w:t>
      </w:r>
    </w:p>
    <w:p>
      <w:r>
        <w:rPr>
          <w:b/>
        </w:rPr>
        <w:t xml:space="preserve">[43:40] </w:t>
      </w:r>
      <w:r>
        <w:t>dekhiye, yeh bhi kisi ki opinion ki baat nahi hai.</w:t>
      </w:r>
    </w:p>
    <w:p>
      <w:pPr>
        <w:jc w:val="right"/>
      </w:pPr>
      <w:r>
        <w:t>دیکھیے، یہ بھی کسی کی opinion کی بات نہیں ہے۔</w:t>
      </w:r>
    </w:p>
    <w:p>
      <w:r>
        <w:rPr>
          <w:b/>
        </w:rPr>
        <w:t xml:space="preserve">[43:45] </w:t>
      </w:r>
      <w:r>
        <w:t>quran o hadees mein kahi hai hi nahi yeh baat ke muslim family mein paida ho jao to</w:t>
      </w:r>
    </w:p>
    <w:p>
      <w:pPr>
        <w:jc w:val="right"/>
      </w:pPr>
      <w:r>
        <w:t>قرآن و حدیث میں کہی ہے ہی نہیں یہ بات کہ مسلم family میں پیدا ہو جاؤ تو</w:t>
      </w:r>
    </w:p>
    <w:p>
      <w:r>
        <w:rPr>
          <w:b/>
        </w:rPr>
        <w:t xml:space="preserve">[43:51] </w:t>
      </w:r>
      <w:r>
        <w:t>tum ko jannat mil jaye gi.</w:t>
      </w:r>
    </w:p>
    <w:p>
      <w:pPr>
        <w:jc w:val="right"/>
      </w:pPr>
      <w:r>
        <w:t>تم کو جنت مل جائے گی۔</w:t>
      </w:r>
    </w:p>
    <w:p>
      <w:r>
        <w:rPr>
          <w:b/>
        </w:rPr>
        <w:t xml:space="preserve">[43:56] </w:t>
      </w:r>
      <w:r>
        <w:t>yeh to bilkul alien hai, ajnabi hai islam mein.</w:t>
      </w:r>
    </w:p>
    <w:p>
      <w:pPr>
        <w:jc w:val="right"/>
      </w:pPr>
      <w:r>
        <w:t>یہ تو بالکل alien ہے، اجنبی ہے اسلام میں۔</w:t>
      </w:r>
    </w:p>
    <w:p>
      <w:r>
        <w:rPr>
          <w:b/>
        </w:rPr>
        <w:t xml:space="preserve">[44:02] </w:t>
      </w:r>
      <w:r>
        <w:t>yeh to qadeem zamanay mein yahudiyon ka nazariya tha ke family mein paida ho gaye to bas jannat</w:t>
      </w:r>
    </w:p>
    <w:p>
      <w:pPr>
        <w:jc w:val="right"/>
      </w:pPr>
      <w:r>
        <w:t>یہ تو قدیم زمانے میں یہودیوں کا نظریہ تھا کہ family میں پیدا ہو گئے تو بس جنت</w:t>
      </w:r>
    </w:p>
    <w:p>
      <w:r>
        <w:rPr>
          <w:b/>
        </w:rPr>
        <w:t xml:space="preserve">[44:07] </w:t>
      </w:r>
      <w:r>
        <w:t>pakki ho gayi.</w:t>
      </w:r>
    </w:p>
    <w:p>
      <w:pPr>
        <w:jc w:val="right"/>
      </w:pPr>
      <w:r>
        <w:t>پکی ہو گئی۔</w:t>
      </w:r>
    </w:p>
    <w:p>
      <w:r>
        <w:rPr>
          <w:b/>
        </w:rPr>
        <w:t xml:space="preserve">[44:13] </w:t>
      </w:r>
      <w:r>
        <w:t>yeh to hai hi nahi.</w:t>
      </w:r>
    </w:p>
    <w:p>
      <w:pPr>
        <w:jc w:val="right"/>
      </w:pPr>
      <w:r>
        <w:t>یہ تو ہے ہی نہیں۔</w:t>
      </w:r>
    </w:p>
    <w:p>
      <w:r>
        <w:rPr>
          <w:b/>
        </w:rPr>
        <w:t xml:space="preserve">[44:18] </w:t>
      </w:r>
      <w:r>
        <w:t>yeh to islam mein hai hi nahi.</w:t>
      </w:r>
    </w:p>
    <w:p>
      <w:pPr>
        <w:jc w:val="right"/>
      </w:pPr>
      <w:r>
        <w:t>یہ تو اسلام میں ہے ہی نہیں۔</w:t>
      </w:r>
    </w:p>
    <w:p>
      <w:r>
        <w:rPr>
          <w:b/>
        </w:rPr>
        <w:t xml:space="preserve">[44:24] </w:t>
      </w:r>
      <w:r>
        <w:t>yeh to quran mein bar bar hi is ki tardeed hai.</w:t>
      </w:r>
    </w:p>
    <w:p>
      <w:pPr>
        <w:jc w:val="right"/>
      </w:pPr>
      <w:r>
        <w:t>یہ تو قرآن میں بار بار ہی اس کی تردید ہے۔</w:t>
      </w:r>
    </w:p>
    <w:p>
      <w:r>
        <w:rPr>
          <w:b/>
        </w:rPr>
        <w:t xml:space="preserve">[44:29] </w:t>
      </w:r>
      <w:r>
        <w:t>ek aayat mein arz karunga ke laysa bi amaniykum wa la amaniyi ahlil kitabi man ya'mal su'an yujzab is</w:t>
      </w:r>
    </w:p>
    <w:p>
      <w:pPr>
        <w:jc w:val="right"/>
      </w:pPr>
      <w:r>
        <w:t>ایک آیت میں عرض کروں گا کہ لَيْسَ بِأَمَانِيِّكُمْ وَلَا أَمَانِيِّ أَهْلِ الْكِتَابِ مَنْ يَعْمَلْ سُوْعًا يُجْذَبِ اس</w:t>
      </w:r>
    </w:p>
    <w:p>
      <w:r>
        <w:rPr>
          <w:b/>
        </w:rPr>
        <w:t xml:space="preserve">[44:35] </w:t>
      </w:r>
      <w:r>
        <w:t>iska matlab yeh hai ke yahudi log yeh sochte thay ke bas yahudi hain to jannat hai hamare liye.</w:t>
      </w:r>
    </w:p>
    <w:p>
      <w:pPr>
        <w:jc w:val="right"/>
      </w:pPr>
      <w:r>
        <w:t>کا مطلب یہ ہے کہ یہودی لوگ یہ سوچتے تھے کہ بس یہودی ہیں تو جنت ہے ہمارے لیے۔</w:t>
      </w:r>
    </w:p>
    <w:p>
      <w:r>
        <w:rPr>
          <w:b/>
        </w:rPr>
        <w:t xml:space="preserve">[44:40] </w:t>
      </w:r>
      <w:r>
        <w:t>to aise musalman bhi agar sochen ke hum musalman paida ho gaye to jannat hai hamari.</w:t>
      </w:r>
    </w:p>
    <w:p>
      <w:pPr>
        <w:jc w:val="right"/>
      </w:pPr>
      <w:r>
        <w:t>تو ایسے مسلمان بھی اگر سوچیں کہ ہم مسلمان پیدا ہو گئے تو جنت ہے ہماری۔</w:t>
      </w:r>
    </w:p>
    <w:p>
      <w:r>
        <w:rPr>
          <w:b/>
        </w:rPr>
        <w:t xml:space="preserve">[44:46] </w:t>
      </w:r>
      <w:r>
        <w:t>to man ya'mal su'an yujdhab ke amal par faisla hoga, paidaish par faisla nahi hoga.</w:t>
      </w:r>
    </w:p>
    <w:p>
      <w:pPr>
        <w:jc w:val="right"/>
      </w:pPr>
      <w:r>
        <w:t>تو مَنْ يَعْمَلْ سُوْعًا يُجْذَبِ کہ عمل پر فیصلہ ہوگا، پیدائش پر فیصلہ نہیں ہوگا۔</w:t>
      </w:r>
    </w:p>
    <w:p>
      <w:r>
        <w:rPr>
          <w:b/>
        </w:rPr>
        <w:t xml:space="preserve">[44:51] </w:t>
      </w:r>
      <w:r>
        <w:t>yeh to bohat mukhtalif tareeqe se quran o hadith mein yeh baat clear ho gayi hai.</w:t>
      </w:r>
    </w:p>
    <w:p>
      <w:pPr>
        <w:jc w:val="right"/>
      </w:pPr>
      <w:r>
        <w:t>یہ تو بہت مختلف طریقے سے قرآن و حدیث میں یہ بات clear ہو گئی ہے۔</w:t>
      </w:r>
    </w:p>
    <w:p>
      <w:r>
        <w:rPr>
          <w:b/>
        </w:rPr>
        <w:t xml:space="preserve">[44:57] </w:t>
      </w:r>
      <w:r>
        <w:t>to jo log aisa sochte hain, woh un ki apni zaati soch hai, is ka talluq quran o</w:t>
      </w:r>
    </w:p>
    <w:p>
      <w:pPr>
        <w:jc w:val="right"/>
      </w:pPr>
      <w:r>
        <w:t>تو جو لوگ ایسا سوچتے ہیں، وہ ان کی اپنی ذاتی سوچ ہے، اس کا تعلق قرآن و</w:t>
      </w:r>
    </w:p>
    <w:p>
      <w:r>
        <w:rPr>
          <w:b/>
        </w:rPr>
        <w:t xml:space="preserve">[45:02] </w:t>
      </w:r>
      <w:r>
        <w:t>hadith se nahi hai.</w:t>
      </w:r>
    </w:p>
    <w:p>
      <w:pPr>
        <w:jc w:val="right"/>
      </w:pPr>
      <w:r>
        <w:t>حدیث سے نہیں ہے۔</w:t>
      </w:r>
    </w:p>
    <w:p>
      <w:r>
        <w:rPr>
          <w:b/>
        </w:rPr>
        <w:t xml:space="preserve">[45:08] </w:t>
      </w:r>
      <w:r>
        <w:t>maulana, agla sawal parhne se pehle ek comment parhna chahenge jo abhi abhi Miss Shabana Idris ne</w:t>
      </w:r>
    </w:p>
    <w:p>
      <w:pPr>
        <w:jc w:val="right"/>
      </w:pPr>
      <w:r>
        <w:t>مولانا، اگلا سوال پڑھنے سے پہلے ایک comment پڑھنا چاہیں گے جو ابھی ابھی Miss Shabana Idris نے</w:t>
      </w:r>
    </w:p>
    <w:p>
      <w:r>
        <w:rPr>
          <w:b/>
        </w:rPr>
        <w:t xml:space="preserve">[45:13] </w:t>
      </w:r>
      <w:r>
        <w:t>bheja hai raipur se.</w:t>
      </w:r>
    </w:p>
    <w:p>
      <w:pPr>
        <w:jc w:val="right"/>
      </w:pPr>
      <w:r>
        <w:t>بھیجا ہے رائے پور سے۔</w:t>
      </w:r>
    </w:p>
    <w:p>
      <w:r>
        <w:rPr>
          <w:b/>
        </w:rPr>
        <w:t xml:space="preserve">[45:19] </w:t>
      </w:r>
      <w:r>
        <w:t>unhon ne likha hai: "maulana sahib today's lecture is very thought provoking.</w:t>
      </w:r>
    </w:p>
    <w:p>
      <w:pPr>
        <w:jc w:val="right"/>
      </w:pPr>
      <w:r>
        <w:t>انہوں نے لکھا ہے: "مولانا صاحب today's lecture is very thought provoking.</w:t>
      </w:r>
    </w:p>
    <w:p>
      <w:r>
        <w:rPr>
          <w:b/>
        </w:rPr>
        <w:t xml:space="preserve">[45:24] </w:t>
      </w:r>
      <w:r>
        <w:t>I have discovered one thing: that every time whatever we learn from your lectures, we need to bring</w:t>
      </w:r>
    </w:p>
    <w:p>
      <w:pPr>
        <w:jc w:val="right"/>
      </w:pPr>
      <w:r>
        <w:t>I have discovered one thing: that every time whatever we learn from your lectures, we need to bring</w:t>
      </w:r>
    </w:p>
    <w:p>
      <w:r>
        <w:rPr>
          <w:b/>
        </w:rPr>
        <w:t xml:space="preserve">[45:30] </w:t>
      </w:r>
      <w:r>
        <w:t>it into our life so that we can get success.</w:t>
      </w:r>
    </w:p>
    <w:p>
      <w:pPr>
        <w:jc w:val="right"/>
      </w:pPr>
      <w:r>
        <w:t>it into our life so that we can get success.</w:t>
      </w:r>
    </w:p>
    <w:p>
      <w:r>
        <w:rPr>
          <w:b/>
        </w:rPr>
        <w:t xml:space="preserve">[45:36] </w:t>
      </w:r>
      <w:r>
        <w:t>jazakallah. " maulana, agla sawal ghufran sahib ne kiya hai kolkata se aur unhone likha hai: "maulana sahib it is said that if one has to ask god for paradise, then he or she should ask for the level of firdous. maulana sahib would simply asking for firdous be enough to gain an entry into the highest level of paradise? what is your comment on this?</w:t>
      </w:r>
    </w:p>
    <w:p>
      <w:pPr>
        <w:jc w:val="right"/>
      </w:pPr>
      <w:r>
        <w:t>جزاک اللہ۔" مولانا، اگلا سوال غفران صاحب نے کیا ہے کلکتہ سے اور انہوں نے لکھا ہے: "مولانا صاحب it is said that if one has to ask God for paradise, then he or she should ask for the level of firdous. مولانا صاحب would simply asking for firdous be enough to gain an entry into the highest level of paradise? What is your comment on this?</w:t>
      </w:r>
    </w:p>
    <w:p>
      <w:r>
        <w:rPr>
          <w:b/>
        </w:rPr>
        <w:t xml:space="preserve">[46:05] </w:t>
      </w:r>
      <w:r>
        <w:t>hargiz nahi, hargiz nahi.</w:t>
      </w:r>
    </w:p>
    <w:p>
      <w:pPr>
        <w:jc w:val="right"/>
      </w:pPr>
      <w:r>
        <w:t>ہرگز نہیں، ہرگز نہیں۔</w:t>
      </w:r>
    </w:p>
    <w:p>
      <w:r>
        <w:rPr>
          <w:b/>
        </w:rPr>
        <w:t xml:space="preserve">[46:10] </w:t>
      </w:r>
      <w:r>
        <w:t>ask ke bare mein yeh nahi ke bas lafz bol do.</w:t>
      </w:r>
    </w:p>
    <w:p>
      <w:pPr>
        <w:jc w:val="right"/>
      </w:pPr>
      <w:r>
        <w:t>Ask کے بارے میں یہ نہیں کہ بس لفظ بول دو۔</w:t>
      </w:r>
    </w:p>
    <w:p>
      <w:r>
        <w:rPr>
          <w:b/>
        </w:rPr>
        <w:t xml:space="preserve">[46:15] </w:t>
      </w:r>
      <w:r>
        <w:t>ask ke bare mein yeh hai ke is ke talib bano, is ko is ko tumhara target ban</w:t>
      </w:r>
    </w:p>
    <w:p>
      <w:pPr>
        <w:jc w:val="right"/>
      </w:pPr>
      <w:r>
        <w:t>Ask کے بارے میں یہ ہے کہ اس کے طالب بنو، اس کو اس کو تمہارا target بن</w:t>
      </w:r>
    </w:p>
    <w:p>
      <w:r>
        <w:rPr>
          <w:b/>
        </w:rPr>
        <w:t xml:space="preserve">[46:20] </w:t>
      </w:r>
      <w:r>
        <w:t>jaye, tumhare mind par chha jaye.</w:t>
      </w:r>
    </w:p>
    <w:p>
      <w:pPr>
        <w:jc w:val="right"/>
      </w:pPr>
      <w:r>
        <w:t>جائے، تمہارے mind پر چھا جائے۔</w:t>
      </w:r>
    </w:p>
    <w:p>
      <w:r>
        <w:rPr>
          <w:b/>
        </w:rPr>
        <w:t xml:space="preserve">[46:25] </w:t>
      </w:r>
      <w:r>
        <w:t>woh tumhari tamnaon ka markaz ban jaye.</w:t>
      </w:r>
    </w:p>
    <w:p>
      <w:pPr>
        <w:jc w:val="right"/>
      </w:pPr>
      <w:r>
        <w:t>وہ تمہاری تمناؤں کا مرکز بن جائے۔</w:t>
      </w:r>
    </w:p>
    <w:p>
      <w:r>
        <w:rPr>
          <w:b/>
        </w:rPr>
        <w:t xml:space="preserve">[46:31] </w:t>
      </w:r>
      <w:r>
        <w:t>jab yeh sab ho jaye to amal apne aap aata hai.</w:t>
      </w:r>
    </w:p>
    <w:p>
      <w:pPr>
        <w:jc w:val="right"/>
      </w:pPr>
      <w:r>
        <w:t>جب یہ سب ہو جائے تو عمل اپنے آپ آتا ہے۔</w:t>
      </w:r>
    </w:p>
    <w:p>
      <w:r>
        <w:rPr>
          <w:b/>
        </w:rPr>
        <w:t xml:space="preserve">[46:36] </w:t>
      </w:r>
      <w:r>
        <w:t>to yeh cheez is mein apne aap shamil hai ke is ke talib bano, is ke liye amal</w:t>
      </w:r>
    </w:p>
    <w:p>
      <w:pPr>
        <w:jc w:val="right"/>
      </w:pPr>
      <w:r>
        <w:t>تو یہ چیز اس میں اپنے آپ شامل ہے کہ اس کے طالب بنو، اس کے لیے عمل</w:t>
      </w:r>
    </w:p>
    <w:p>
      <w:r>
        <w:rPr>
          <w:b/>
        </w:rPr>
        <w:t xml:space="preserve">[46:41] </w:t>
      </w:r>
      <w:r>
        <w:t>karo, is ke taqaze ko poora karo.</w:t>
      </w:r>
    </w:p>
    <w:p>
      <w:pPr>
        <w:jc w:val="right"/>
      </w:pPr>
      <w:r>
        <w:t>کرو، اس کے تقاضے کو پورا کرو۔</w:t>
      </w:r>
    </w:p>
    <w:p>
      <w:r>
        <w:rPr>
          <w:b/>
        </w:rPr>
        <w:t xml:space="preserve">[46:46] </w:t>
      </w:r>
      <w:r>
        <w:t>is mein shamil hai apne aap.</w:t>
      </w:r>
    </w:p>
    <w:p>
      <w:pPr>
        <w:jc w:val="right"/>
      </w:pPr>
      <w:r>
        <w:t>اس میں شامل ہے اپنے آپ۔</w:t>
      </w:r>
    </w:p>
    <w:p>
      <w:r>
        <w:rPr>
          <w:b/>
        </w:rPr>
        <w:t xml:space="preserve">[46:52] </w:t>
      </w:r>
      <w:r>
        <w:t>warna woh lip service rahega aur lip service ki koi value islam mein nahi hai.</w:t>
      </w:r>
    </w:p>
    <w:p>
      <w:pPr>
        <w:jc w:val="right"/>
      </w:pPr>
      <w:r>
        <w:t>ورنہ وہ lip service رہے گا اور lip service کی کوئی value اسلام میں نہیں ہے۔</w:t>
      </w:r>
    </w:p>
    <w:p>
      <w:r>
        <w:rPr>
          <w:b/>
        </w:rPr>
        <w:t xml:space="preserve">[46:57] </w:t>
      </w:r>
      <w:r>
        <w:t>ji, maulana sahib, agla sawal parhne se pehle ek comment parhna chahenge jo doctor Safina Tabassum ne</w:t>
      </w:r>
    </w:p>
    <w:p>
      <w:pPr>
        <w:jc w:val="right"/>
      </w:pPr>
      <w:r>
        <w:t>جی، مولانا صاحب، اگلا سوال پڑھنے سے پہلے ایک comment پڑھنا چاہیں گے جو ڈاکٹر صفینہ تبسم نے</w:t>
      </w:r>
    </w:p>
    <w:p>
      <w:r>
        <w:rPr>
          <w:b/>
        </w:rPr>
        <w:t xml:space="preserve">[47:02] </w:t>
      </w:r>
      <w:r>
        <w:t>bheja hai ajmer se.</w:t>
      </w:r>
    </w:p>
    <w:p>
      <w:pPr>
        <w:jc w:val="right"/>
      </w:pPr>
      <w:r>
        <w:t>بھیجا ہے اجمیر سے۔</w:t>
      </w:r>
    </w:p>
    <w:p>
      <w:r>
        <w:rPr>
          <w:b/>
        </w:rPr>
        <w:t xml:space="preserve">[47:07] </w:t>
      </w:r>
      <w:r>
        <w:t>unhon ne likha hai: "maulana sahib, aaj samajh mein aya ke kaise na hona hi hamare liye sab</w:t>
      </w:r>
    </w:p>
    <w:p>
      <w:pPr>
        <w:jc w:val="right"/>
      </w:pPr>
      <w:r>
        <w:t>انہوں نے لکھا ہے: "مولانا صاحب، آج سمجھ میں آیا کہ کیسے نہ ہونا ہی ہمارے لیے سب</w:t>
      </w:r>
    </w:p>
    <w:p>
      <w:r>
        <w:rPr>
          <w:b/>
        </w:rPr>
        <w:t xml:space="preserve">[47:13] </w:t>
      </w:r>
      <w:r>
        <w:t>se bada hona hai.</w:t>
      </w:r>
    </w:p>
    <w:p>
      <w:pPr>
        <w:jc w:val="right"/>
      </w:pPr>
      <w:r>
        <w:t>سے بڑا ہونا ہے۔</w:t>
      </w:r>
    </w:p>
    <w:p>
      <w:r>
        <w:rPr>
          <w:b/>
        </w:rPr>
        <w:t xml:space="preserve">[47:18] </w:t>
      </w:r>
      <w:r>
        <w:t>kaise asr mein hi yusr maujood hai.</w:t>
      </w:r>
    </w:p>
    <w:p>
      <w:pPr>
        <w:jc w:val="right"/>
      </w:pPr>
      <w:r>
        <w:t>کیسے عُصر میں ہی یُصر موجود ہے۔</w:t>
      </w:r>
    </w:p>
    <w:p>
      <w:r>
        <w:rPr>
          <w:b/>
        </w:rPr>
        <w:t xml:space="preserve">[47:23] </w:t>
      </w:r>
      <w:r>
        <w:t>jazak Allah.</w:t>
      </w:r>
    </w:p>
    <w:p>
      <w:pPr>
        <w:jc w:val="right"/>
      </w:pPr>
      <w:r>
        <w:t>Extremely amazing and thrilling lecture I have heard today. جزاک اللہ۔</w:t>
      </w:r>
    </w:p>
    <w:p>
      <w:r>
        <w:rPr>
          <w:b/>
        </w:rPr>
        <w:t xml:space="preserve">[47:28] </w:t>
      </w:r>
      <w:r>
        <w:t>Maulana, agla sawal Miss Alia Khan ne kiya hai Bhopal se aur unhon ne likha hai: "Maulana sahib</w:t>
      </w:r>
    </w:p>
    <w:p>
      <w:pPr>
        <w:jc w:val="right"/>
      </w:pPr>
      <w:r>
        <w:t>مولانا، اگلا سوال Miss عالیہ خان نے کیا ہے بھوپال سے اور انہوں نے لکھا ہے: "مولانا صاحب</w:t>
      </w:r>
    </w:p>
    <w:p>
      <w:r>
        <w:rPr>
          <w:b/>
        </w:rPr>
        <w:t xml:space="preserve">[47:34] </w:t>
      </w:r>
      <w:r>
        <w:t>many people perceive paradise as a place where they would be able to fulfill all their desires.</w:t>
      </w:r>
    </w:p>
    <w:p>
      <w:pPr>
        <w:jc w:val="right"/>
      </w:pPr>
      <w:r>
        <w:t>many people perceive paradise as a place where they would be able to fulfill all their desires.</w:t>
      </w:r>
    </w:p>
    <w:p>
      <w:r>
        <w:rPr>
          <w:b/>
        </w:rPr>
        <w:t xml:space="preserve">[47:39] </w:t>
      </w:r>
      <w:r>
        <w:t>And mostly Muslims take it as living a good life, like good food, good drink, etc.</w:t>
      </w:r>
    </w:p>
    <w:p>
      <w:pPr>
        <w:jc w:val="right"/>
      </w:pPr>
      <w:r>
        <w:t>And mostly Muslims take it as living a good life, like good food, good drink, etc.</w:t>
      </w:r>
    </w:p>
    <w:p>
      <w:r>
        <w:rPr>
          <w:b/>
        </w:rPr>
        <w:t xml:space="preserve">[47:44] </w:t>
      </w:r>
      <w:r>
        <w:t>I want to know from you as to how you perceive paradise.</w:t>
      </w:r>
    </w:p>
    <w:p>
      <w:pPr>
        <w:jc w:val="right"/>
      </w:pPr>
      <w:r>
        <w:t>I want to know from you as to how you perceive paradise.</w:t>
      </w:r>
    </w:p>
    <w:p>
      <w:r>
        <w:rPr>
          <w:b/>
        </w:rPr>
        <w:t xml:space="preserve">[47:49] </w:t>
      </w:r>
      <w:r>
        <w:t>Please tell all of us about it.</w:t>
      </w:r>
    </w:p>
    <w:p>
      <w:pPr>
        <w:jc w:val="right"/>
      </w:pPr>
      <w:r>
        <w:t>Please tell all of us about it.</w:t>
      </w:r>
    </w:p>
    <w:p>
      <w:r>
        <w:rPr>
          <w:b/>
        </w:rPr>
        <w:t xml:space="preserve">[47:55] </w:t>
      </w:r>
      <w:r>
        <w:t>Dekhiye, Quran mein paradise ko nuzool kaha gaya hai.</w:t>
      </w:r>
    </w:p>
    <w:p>
      <w:pPr>
        <w:jc w:val="right"/>
      </w:pPr>
      <w:r>
        <w:t>دیکھیے، قرآن میں paradise کو نزول کہا گیا ہے۔</w:t>
      </w:r>
    </w:p>
    <w:p>
      <w:r>
        <w:rPr>
          <w:b/>
        </w:rPr>
        <w:t xml:space="preserve">[48:01] </w:t>
      </w:r>
      <w:r>
        <w:t>Nuzool nuzlan min ghafoor raheem is ka matlab hai ke paradise Allah ki Allah ki mezbani hogi.</w:t>
      </w:r>
    </w:p>
    <w:p>
      <w:pPr>
        <w:jc w:val="right"/>
      </w:pPr>
      <w:r>
        <w:t>نزول نُزْلًا مِنْ غَفُورِ رَحِيمٍ اس کا مطلب ہے کہ paradise اللہ کی اللہ کی میزبانی ہوگی۔</w:t>
      </w:r>
    </w:p>
    <w:p>
      <w:r>
        <w:rPr>
          <w:b/>
        </w:rPr>
        <w:t xml:space="preserve">[48:08] </w:t>
      </w:r>
      <w:r>
        <w:t>Paradise Allah ka guest house hai.</w:t>
      </w:r>
    </w:p>
    <w:p>
      <w:pPr>
        <w:jc w:val="right"/>
      </w:pPr>
      <w:r>
        <w:t>Paradise اللہ کا guest house ہے۔</w:t>
      </w:r>
    </w:p>
    <w:p>
      <w:r>
        <w:rPr>
          <w:b/>
        </w:rPr>
        <w:t xml:space="preserve">[48:14] </w:t>
      </w:r>
      <w:r>
        <w:t>Asal cheez yeh hai ke aadmi dunya mein Allah ki marzi ke mutabiq zindagi guzare.</w:t>
      </w:r>
    </w:p>
    <w:p>
      <w:pPr>
        <w:jc w:val="right"/>
      </w:pPr>
      <w:r>
        <w:t>اصل چیز یہ ہے کہ آدمی دنیا میں اللہ کی مرضی کے مطابق زندگی گزارے۔</w:t>
      </w:r>
    </w:p>
    <w:p>
      <w:r>
        <w:rPr>
          <w:b/>
        </w:rPr>
        <w:t xml:space="preserve">[48:21] </w:t>
      </w:r>
      <w:r>
        <w:t>Asal cheez yeh hai.</w:t>
      </w:r>
    </w:p>
    <w:p>
      <w:pPr>
        <w:jc w:val="right"/>
      </w:pPr>
      <w:r>
        <w:t>اصل چیز یہ ہے۔</w:t>
      </w:r>
    </w:p>
    <w:p>
      <w:r>
        <w:rPr>
          <w:b/>
        </w:rPr>
        <w:t xml:space="preserve">[48:27] </w:t>
      </w:r>
      <w:r>
        <w:t>To jo aadmi dunya mein sirat e mustaqeem par chale, Allah ki marzi par zindagi guzare, do's and don'ts</w:t>
      </w:r>
    </w:p>
    <w:p>
      <w:pPr>
        <w:jc w:val="right"/>
      </w:pPr>
      <w:r>
        <w:t>تو جو آدمی دنیا میں صراط مستقیم پر چلے، اللہ کی مرضی پر زندگی گزارے، do's and don'ts</w:t>
      </w:r>
    </w:p>
    <w:p>
      <w:r>
        <w:rPr>
          <w:b/>
        </w:rPr>
        <w:t xml:space="preserve">[48:34] </w:t>
      </w:r>
      <w:r>
        <w:t>ke mamle mein woh Allah ke hukum ko maane, to wahan par us ko yeh inaam mile ga</w:t>
      </w:r>
    </w:p>
    <w:p>
      <w:pPr>
        <w:jc w:val="right"/>
      </w:pPr>
      <w:r>
        <w:t>کے معاملے میں وہ اللہ کے حکم کو مانے، تو وہاں پر اس کو یہ انعام ملے گا</w:t>
      </w:r>
    </w:p>
    <w:p>
      <w:r>
        <w:rPr>
          <w:b/>
        </w:rPr>
        <w:t xml:space="preserve">[48:40] </w:t>
      </w:r>
      <w:r>
        <w:t>ke woh Khuda ke jo guest house hai, wahan us ko dakhila mile ga.</w:t>
      </w:r>
    </w:p>
    <w:p>
      <w:pPr>
        <w:jc w:val="right"/>
      </w:pPr>
      <w:r>
        <w:t>کہ وہ خدا کے جو guest house ہے، وہاں اس کو داخلہ ملے گا۔</w:t>
      </w:r>
    </w:p>
    <w:p>
      <w:r>
        <w:rPr>
          <w:b/>
        </w:rPr>
        <w:t xml:space="preserve">[48:47] </w:t>
      </w:r>
      <w:r>
        <w:t>Yeh hai jo Musalman samajhte hain, woh bilkul hi sahi nahi hai.</w:t>
      </w:r>
    </w:p>
    <w:p>
      <w:pPr>
        <w:jc w:val="right"/>
      </w:pPr>
      <w:r>
        <w:t>یہ ہے جو مسلمان سمجھتے ہیں، وہ بالکل ہی صحیح نہیں ہے۔</w:t>
      </w:r>
    </w:p>
    <w:p>
      <w:r>
        <w:rPr>
          <w:b/>
        </w:rPr>
        <w:t xml:space="preserve">[48:53] </w:t>
      </w:r>
      <w:r>
        <w:t>Maulana, agla sawal kiya hai Farhan Khan sahib ne Australia se.</w:t>
      </w:r>
    </w:p>
    <w:p>
      <w:pPr>
        <w:jc w:val="right"/>
      </w:pPr>
      <w:r>
        <w:t>مولانا، اگلا سوال کیا ہے فرحان خان صاحب نے آسٹریلیا سے۔</w:t>
      </w:r>
    </w:p>
    <w:p>
      <w:r>
        <w:rPr>
          <w:b/>
        </w:rPr>
        <w:t xml:space="preserve">[49:00] </w:t>
      </w:r>
      <w:r>
        <w:t>Unhon ne likha hai: "Maulana sahib how to do tauba please explain in detail to us Dekhiye, tauba</w:t>
      </w:r>
    </w:p>
    <w:p>
      <w:pPr>
        <w:jc w:val="right"/>
      </w:pPr>
      <w:r>
        <w:t>انہوں نے لکھا ہے: "مولانا صاحب how to do توبہ please explain in detail to us دیکھیں، توبہ</w:t>
      </w:r>
    </w:p>
    <w:p>
      <w:r>
        <w:rPr>
          <w:b/>
        </w:rPr>
        <w:t xml:space="preserve">[49:07] </w:t>
      </w:r>
      <w:r>
        <w:t>jo hai, is ke lafzi maani to hain palatna, lekin is ka jo sense hai, woh hai repentance.</w:t>
      </w:r>
    </w:p>
    <w:p>
      <w:pPr>
        <w:jc w:val="right"/>
      </w:pPr>
      <w:r>
        <w:t>جو ہے، اس کے لفظی معنی تو ہیں پلٹنا، لیکن اس کا جو sense ہے، وہ ہے repentance۔</w:t>
      </w:r>
    </w:p>
    <w:p>
      <w:r>
        <w:rPr>
          <w:b/>
        </w:rPr>
        <w:t xml:space="preserve">[49:13] </w:t>
      </w:r>
      <w:r>
        <w:t>Tauba ka matlab hai repentance.</w:t>
      </w:r>
    </w:p>
    <w:p>
      <w:pPr>
        <w:jc w:val="right"/>
      </w:pPr>
      <w:r>
        <w:t>توبہ کا مطلب ہے repentance۔</w:t>
      </w:r>
    </w:p>
    <w:p>
      <w:r>
        <w:rPr>
          <w:b/>
        </w:rPr>
        <w:t xml:space="preserve">[49:20] </w:t>
      </w:r>
      <w:r>
        <w:t>To sab se pehli baat yeh hai ke aadmi ko repentance aaye, apni ghalti ko maane woh dil</w:t>
      </w:r>
    </w:p>
    <w:p>
      <w:pPr>
        <w:jc w:val="right"/>
      </w:pPr>
      <w:r>
        <w:t>تو سب سے پہلی بات یہ ہے کہ آدمی کو repentance آئے، اپنی غلطی کو مانے وہ دل</w:t>
      </w:r>
    </w:p>
    <w:p>
      <w:r>
        <w:rPr>
          <w:b/>
        </w:rPr>
        <w:t xml:space="preserve">[49:26] </w:t>
      </w:r>
      <w:r>
        <w:t>se ke kaisi ajeeb bhool mujh se ho gayi.</w:t>
      </w:r>
    </w:p>
    <w:p>
      <w:pPr>
        <w:jc w:val="right"/>
      </w:pPr>
      <w:r>
        <w:t>سے کہ کیسی عجیب بھول مجھ سے ہو گئی۔</w:t>
      </w:r>
    </w:p>
    <w:p>
      <w:r>
        <w:rPr>
          <w:b/>
        </w:rPr>
        <w:t xml:space="preserve">[49:33] </w:t>
      </w:r>
      <w:r>
        <w:t>Aur is ke baad yeh hai ke woh yeh ahad kare apne aap se ke ab mujhe aisa</w:t>
      </w:r>
    </w:p>
    <w:p>
      <w:pPr>
        <w:jc w:val="right"/>
      </w:pPr>
      <w:r>
        <w:t>اور اس کے بعد یہ ہے کہ وہ یہ عہد کرے اپنے آپ سے کہ اب مجھے ایسا</w:t>
      </w:r>
    </w:p>
    <w:p>
      <w:r>
        <w:rPr>
          <w:b/>
        </w:rPr>
        <w:t xml:space="preserve">[49:39] </w:t>
      </w:r>
      <w:r>
        <w:t>nahi karna hai.</w:t>
      </w:r>
    </w:p>
    <w:p>
      <w:pPr>
        <w:jc w:val="right"/>
      </w:pPr>
      <w:r>
        <w:t>نہیں کرنا ہے۔</w:t>
      </w:r>
    </w:p>
    <w:p>
      <w:r>
        <w:rPr>
          <w:b/>
        </w:rPr>
        <w:t xml:space="preserve">[49:46] </w:t>
      </w:r>
      <w:r>
        <w:t>To ulama ne is ki teen shakalain batayi hain.</w:t>
      </w:r>
    </w:p>
    <w:p>
      <w:pPr>
        <w:jc w:val="right"/>
      </w:pPr>
      <w:r>
        <w:t>تو علماء نے اس کی تین شکلیں بتائی ہیں۔</w:t>
      </w:r>
    </w:p>
    <w:p>
      <w:r>
        <w:rPr>
          <w:b/>
        </w:rPr>
        <w:t xml:space="preserve">[49:52] </w:t>
      </w:r>
      <w:r>
        <w:t>Pehli cheez yahi hai ke aadmi iqrar kare ke mujh se ghalti hui.</w:t>
      </w:r>
    </w:p>
    <w:p>
      <w:pPr>
        <w:jc w:val="right"/>
      </w:pPr>
      <w:r>
        <w:t>پہلی چیز یہی ہے کہ آدمی اعتراف کرے کہ مجھ سے غلطی ہوئی۔</w:t>
      </w:r>
    </w:p>
    <w:p>
      <w:r>
        <w:rPr>
          <w:b/>
        </w:rPr>
        <w:t xml:space="preserve">[49:59] </w:t>
      </w:r>
      <w:r>
        <w:t>nidaamat aaye, repentance aaye.</w:t>
      </w:r>
    </w:p>
    <w:p>
      <w:pPr>
        <w:jc w:val="right"/>
      </w:pPr>
      <w:r>
        <w:t>ندامت آئے، repentance آئے۔</w:t>
      </w:r>
    </w:p>
    <w:p>
      <w:r>
        <w:rPr>
          <w:b/>
        </w:rPr>
        <w:t xml:space="preserve">[50:05] </w:t>
      </w:r>
      <w:r>
        <w:t>doosri cheez yeh hai ke woh ahad kare ke ab mein aisa nahi karunga.</w:t>
      </w:r>
    </w:p>
    <w:p>
      <w:pPr>
        <w:jc w:val="right"/>
      </w:pPr>
      <w:r>
        <w:t>دوسری چیز یہ ہے کہ وہ عہد کرے کہ اب میں ایسا نہیں کروں گا۔</w:t>
      </w:r>
    </w:p>
    <w:p>
      <w:r>
        <w:rPr>
          <w:b/>
        </w:rPr>
        <w:t xml:space="preserve">[50:12] </w:t>
      </w:r>
      <w:r>
        <w:t>yeh do cheezein.</w:t>
      </w:r>
    </w:p>
    <w:p>
      <w:pPr>
        <w:jc w:val="right"/>
      </w:pPr>
      <w:r>
        <w:t>یہ دو چیزیں۔</w:t>
      </w:r>
    </w:p>
    <w:p>
      <w:r>
        <w:rPr>
          <w:b/>
        </w:rPr>
        <w:t xml:space="preserve">[50:19] </w:t>
      </w:r>
      <w:r>
        <w:t>aur agar ek maamla kisi insani huqooq ka hai to teesri cheez mein shamil ki hai ulma ne</w:t>
      </w:r>
    </w:p>
    <w:p>
      <w:pPr>
        <w:jc w:val="right"/>
      </w:pPr>
      <w:r>
        <w:t>اور اگر ایک معاملہ کسی انسانی حقوق کا ہے تو تیسری چیز میں شامل کی ہے علماء نے</w:t>
      </w:r>
    </w:p>
    <w:p>
      <w:r>
        <w:rPr>
          <w:b/>
        </w:rPr>
        <w:t xml:space="preserve">[50:25] </w:t>
      </w:r>
      <w:r>
        <w:t>ke aadmi is huq ko talaafi kare.</w:t>
      </w:r>
    </w:p>
    <w:p>
      <w:pPr>
        <w:jc w:val="right"/>
      </w:pPr>
      <w:r>
        <w:t>کہ آدمی اس حق کو تلافی کرے۔</w:t>
      </w:r>
    </w:p>
    <w:p>
      <w:r>
        <w:rPr>
          <w:b/>
        </w:rPr>
        <w:t xml:space="preserve">[50:32] </w:t>
      </w:r>
      <w:r>
        <w:t>kisi ko paisa maara hai to paisa lotaye is ko.</w:t>
      </w:r>
    </w:p>
    <w:p>
      <w:pPr>
        <w:jc w:val="right"/>
      </w:pPr>
      <w:r>
        <w:t>کسی کو پیسہ مارا ہے تو پیسہ لوٹائے اس کو۔</w:t>
      </w:r>
    </w:p>
    <w:p>
      <w:r>
        <w:rPr>
          <w:b/>
        </w:rPr>
        <w:t xml:space="preserve">[50:38] </w:t>
      </w:r>
      <w:r>
        <w:t>kisi ki gheebat ho gayi hai to us ke liye dua kare.</w:t>
      </w:r>
    </w:p>
    <w:p>
      <w:pPr>
        <w:jc w:val="right"/>
      </w:pPr>
      <w:r>
        <w:t>کسی کی غیبت ہو گئی ہے تو اس کے لیے دعا کرے۔</w:t>
      </w:r>
    </w:p>
    <w:p>
      <w:r>
        <w:rPr>
          <w:b/>
        </w:rPr>
        <w:t xml:space="preserve">[50:45] </w:t>
      </w:r>
      <w:r>
        <w:t>kisi ka nuqsaan kar diya hai to us ki bharpaai kare.</w:t>
      </w:r>
    </w:p>
    <w:p>
      <w:pPr>
        <w:jc w:val="right"/>
      </w:pPr>
      <w:r>
        <w:t>کسی کا نقصان کر دیا ہے تو اس کی بھرپائی کرے۔</w:t>
      </w:r>
    </w:p>
    <w:p>
      <w:r>
        <w:rPr>
          <w:b/>
        </w:rPr>
        <w:t xml:space="preserve">[50:51] </w:t>
      </w:r>
      <w:r>
        <w:t>yeh teen cheezein.</w:t>
      </w:r>
    </w:p>
    <w:p>
      <w:pPr>
        <w:jc w:val="right"/>
      </w:pPr>
      <w:r>
        <w:t>یہ تین چیزیں۔</w:t>
      </w:r>
    </w:p>
    <w:p>
      <w:r>
        <w:rPr>
          <w:b/>
        </w:rPr>
        <w:t xml:space="preserve">[50:58] </w:t>
      </w:r>
      <w:r>
        <w:t>yaani pehli cheez hai repentance.</w:t>
      </w:r>
    </w:p>
    <w:p>
      <w:pPr>
        <w:jc w:val="right"/>
      </w:pPr>
      <w:r>
        <w:t>یعنی پہلی چیز ہے repentance۔</w:t>
      </w:r>
    </w:p>
    <w:p>
      <w:r>
        <w:rPr>
          <w:b/>
        </w:rPr>
        <w:t xml:space="preserve">[51:04] </w:t>
      </w:r>
      <w:r>
        <w:t>doosri cheez hai ke aadmi apne correct kare.</w:t>
      </w:r>
    </w:p>
    <w:p>
      <w:pPr>
        <w:jc w:val="right"/>
      </w:pPr>
      <w:r>
        <w:t>دوسری چیز ہے کہ آدمی اپنے correct کرے۔</w:t>
      </w:r>
    </w:p>
    <w:p>
      <w:r>
        <w:rPr>
          <w:b/>
        </w:rPr>
        <w:t xml:space="preserve">[51:11] </w:t>
      </w:r>
      <w:r>
        <w:t>teesri cheez yeh hai ke agar insaan ka maamla hai to insaan ka jo huq us ne chheena</w:t>
      </w:r>
    </w:p>
    <w:p>
      <w:pPr>
        <w:jc w:val="right"/>
      </w:pPr>
      <w:r>
        <w:t>تیسری چیز یہ ہے کہ اگر انسان کا معاملہ ہے تو انسان کا جو حق اس نے چھینا</w:t>
      </w:r>
    </w:p>
    <w:p>
      <w:r>
        <w:rPr>
          <w:b/>
        </w:rPr>
        <w:t xml:space="preserve">[51:17] </w:t>
      </w:r>
      <w:r>
        <w:t>hai, us ko aadha kare.</w:t>
      </w:r>
    </w:p>
    <w:p>
      <w:pPr>
        <w:jc w:val="right"/>
      </w:pPr>
      <w:r>
        <w:t>ہے، اس کو آدھا کرے۔</w:t>
      </w:r>
    </w:p>
    <w:p>
      <w:r>
        <w:rPr>
          <w:b/>
        </w:rPr>
        <w:t xml:space="preserve">[51:24] </w:t>
      </w:r>
      <w:r>
        <w:t>sirf lip service ka naam tauba nahi hai.</w:t>
      </w:r>
    </w:p>
    <w:p>
      <w:pPr>
        <w:jc w:val="right"/>
      </w:pPr>
      <w:r>
        <w:t>صرف lip service کا نام توبہ نہیں ہے۔</w:t>
      </w:r>
    </w:p>
    <w:p>
      <w:r>
        <w:rPr>
          <w:b/>
        </w:rPr>
        <w:t xml:space="preserve">[51:31] </w:t>
      </w:r>
      <w:r>
        <w:t>sirf lip service ka naam tauba nahi hai.</w:t>
      </w:r>
    </w:p>
    <w:p>
      <w:pPr>
        <w:jc w:val="right"/>
      </w:pPr>
      <w:r>
        <w:t>صرف lip service کا نام توبہ نہیں ہے۔</w:t>
      </w:r>
    </w:p>
    <w:p>
      <w:r>
        <w:rPr>
          <w:b/>
        </w:rPr>
        <w:t xml:space="preserve">[51:37] </w:t>
      </w:r>
      <w:r>
        <w:t>ji, Maulana sahib, agla sawal kya hai Lucknow se shabbir sahib ne.</w:t>
      </w:r>
    </w:p>
    <w:p>
      <w:pPr>
        <w:jc w:val="right"/>
      </w:pPr>
      <w:r>
        <w:t>جی، مولانا صاحب، اگلا سوال کیا ہے لکھنؤ سے شبیر صاحب نے۔</w:t>
      </w:r>
    </w:p>
    <w:p>
      <w:r>
        <w:rPr>
          <w:b/>
        </w:rPr>
        <w:t xml:space="preserve">[51:44] </w:t>
      </w:r>
      <w:r>
        <w:t>unhone likha hai: "Maulana sahib after reading your books and listening to your talks, I have come</w:t>
      </w:r>
    </w:p>
    <w:p>
      <w:pPr>
        <w:jc w:val="right"/>
      </w:pPr>
      <w:r>
        <w:t>انہوں نے لکھا ہے: "مولانا صاحب after reading your books and listening to your talks, I have come</w:t>
      </w:r>
    </w:p>
    <w:p>
      <w:r>
        <w:rPr>
          <w:b/>
        </w:rPr>
        <w:t xml:space="preserve">[51:50] </w:t>
      </w:r>
      <w:r>
        <w:t>to the conclusion that gaining an entry into paradise is a result of intellectual revolution which a person</w:t>
      </w:r>
    </w:p>
    <w:p>
      <w:pPr>
        <w:jc w:val="right"/>
      </w:pPr>
      <w:r>
        <w:t>to the conclusion that gaining an entry into paradise is a result of intellectual revolution which a person</w:t>
      </w:r>
    </w:p>
    <w:p>
      <w:r>
        <w:rPr>
          <w:b/>
        </w:rPr>
        <w:t xml:space="preserve">[51:57] </w:t>
      </w:r>
      <w:r>
        <w:t>undertakes in one's life and which makes the person positive.</w:t>
      </w:r>
    </w:p>
    <w:p>
      <w:pPr>
        <w:jc w:val="right"/>
      </w:pPr>
      <w:r>
        <w:t>undertakes in one's life and which makes the person positive.</w:t>
      </w:r>
    </w:p>
    <w:p>
      <w:r>
        <w:rPr>
          <w:b/>
        </w:rPr>
        <w:t xml:space="preserve">[52:03] </w:t>
      </w:r>
      <w:r>
        <w:t>It is this positive personality that enables the person to qualify for paradise.</w:t>
      </w:r>
    </w:p>
    <w:p>
      <w:pPr>
        <w:jc w:val="right"/>
      </w:pPr>
      <w:r>
        <w:t>It is this positive personality that enables the person to qualify for paradise.</w:t>
      </w:r>
    </w:p>
    <w:p>
      <w:r>
        <w:rPr>
          <w:b/>
        </w:rPr>
        <w:t xml:space="preserve">[52:10] </w:t>
      </w:r>
      <w:r>
        <w:t>But many Muslims I know say that following basic tenets of Islam like namaz, roza, etc.</w:t>
      </w:r>
    </w:p>
    <w:p>
      <w:pPr>
        <w:jc w:val="right"/>
      </w:pPr>
      <w:r>
        <w:t>But many Muslims I know say that following basic tenets of Islam like نماز، روزہ، etc.</w:t>
      </w:r>
    </w:p>
    <w:p>
      <w:r>
        <w:rPr>
          <w:b/>
        </w:rPr>
        <w:t xml:space="preserve">[52:16] </w:t>
      </w:r>
      <w:r>
        <w:t>or doing مراقبہ is enough to get an entry into paradise.</w:t>
      </w:r>
    </w:p>
    <w:p>
      <w:pPr>
        <w:jc w:val="right"/>
      </w:pPr>
      <w:r>
        <w:t>or doing مراقبہ is enough to get an entry into paradise.</w:t>
      </w:r>
    </w:p>
    <w:p>
      <w:r>
        <w:rPr>
          <w:b/>
        </w:rPr>
        <w:t xml:space="preserve">[52:23] </w:t>
      </w:r>
      <w:r>
        <w:t>I want to know what is your perspective on this." dekhiye, mera perspective koi alag nahi hai, wahi hai.</w:t>
      </w:r>
    </w:p>
    <w:p>
      <w:pPr>
        <w:jc w:val="right"/>
      </w:pPr>
      <w:r>
        <w:t>I want to know what is your perspective on this." دیکھیے، میرا perspective کوئی الگ نہیں ہے، وہی ہے۔</w:t>
      </w:r>
    </w:p>
    <w:p>
      <w:r>
        <w:rPr>
          <w:b/>
        </w:rPr>
        <w:t xml:space="preserve">[52:30] </w:t>
      </w:r>
      <w:r>
        <w:t>farq yeh hai ke musalmanon ne namaz o roze ko bas ek form le liya, form, rasmi form.</w:t>
      </w:r>
    </w:p>
    <w:p>
      <w:pPr>
        <w:jc w:val="right"/>
      </w:pPr>
      <w:r>
        <w:t>فرق یہ ہے کہ مسلمانوں نے نماز و روزے کو بس ایک فارم لے لیا، فارم، رسمی فارم۔</w:t>
      </w:r>
    </w:p>
    <w:p>
      <w:r>
        <w:rPr>
          <w:b/>
        </w:rPr>
        <w:t xml:space="preserve">[52:36] </w:t>
      </w:r>
      <w:r>
        <w:t>mein is ko leta hoon is ki spirit ke aitbaar se, yahi farq hai.</w:t>
      </w:r>
    </w:p>
    <w:p>
      <w:pPr>
        <w:jc w:val="right"/>
      </w:pPr>
      <w:r>
        <w:t>میں اس کو لیتا ہوں اس کی spirit کے اعتبار سے، یہی فرق ہے۔</w:t>
      </w:r>
    </w:p>
    <w:p>
      <w:r>
        <w:rPr>
          <w:b/>
        </w:rPr>
        <w:t xml:space="preserve">[52:43] </w:t>
      </w:r>
      <w:r>
        <w:t>namaz, roza, haj yeh le liya unhon ne form ke aitbar se, main leta hoon spirit ke aitbar se.</w:t>
      </w:r>
    </w:p>
    <w:p>
      <w:pPr>
        <w:jc w:val="right"/>
      </w:pPr>
      <w:r>
        <w:t>نماز، روزہ، حج یہ لے لیا انہوں نے فارم کے اعتبار سے، میں لیتا ہوں spirit کے اعتبار سے۔</w:t>
      </w:r>
    </w:p>
    <w:p>
      <w:r>
        <w:rPr>
          <w:b/>
        </w:rPr>
        <w:t xml:space="preserve">[52:49] </w:t>
      </w:r>
      <w:r>
        <w:t>bas yeh hai mamla aur koi aur koi farq nahi hai.</w:t>
      </w:r>
    </w:p>
    <w:p>
      <w:pPr>
        <w:jc w:val="right"/>
      </w:pPr>
      <w:r>
        <w:t>بس یہ ہے معاملہ اور کوئی اور کوئی فرق نہیں ہے۔</w:t>
      </w:r>
    </w:p>
    <w:p>
      <w:r>
        <w:rPr>
          <w:b/>
        </w:rPr>
        <w:t xml:space="preserve">[52:56] </w:t>
      </w:r>
      <w:r>
        <w:t>ji, Maulana sahib, agla sawal Bihar se bheja hai Farooq Abdullah Fiza sahib ne.</w:t>
      </w:r>
    </w:p>
    <w:p>
      <w:pPr>
        <w:jc w:val="right"/>
      </w:pPr>
      <w:r>
        <w:t>جی، مولانا صاحب، اگلا سوال بہار سے بھیجا ہے فاروق عبداللہ فضا صاحب نے۔</w:t>
      </w:r>
    </w:p>
    <w:p>
      <w:r>
        <w:rPr>
          <w:b/>
        </w:rPr>
        <w:t xml:space="preserve">[53:02] </w:t>
      </w:r>
      <w:r>
        <w:t>unhon ne aap se poocha hai ke: "Maulana sahib, Allah noor hai, is ka kya matlab hai? Is</w:t>
      </w:r>
    </w:p>
    <w:p>
      <w:pPr>
        <w:jc w:val="right"/>
      </w:pPr>
      <w:r>
        <w:t>انہوں نے آپ سے پوچھا ہے کہ: "مولانا صاحب، اللہ نور ہے، اس کا کیا مطلب ہے؟ اس</w:t>
      </w:r>
    </w:p>
    <w:p>
      <w:r>
        <w:rPr>
          <w:b/>
        </w:rPr>
        <w:t xml:space="preserve">[53:09] </w:t>
      </w:r>
      <w:r>
        <w:t>ke bare mein batayen." Allah khud noor nahi hai, yahan noor ke mani hain hidayat, yani Allah ke</w:t>
      </w:r>
    </w:p>
    <w:p>
      <w:pPr>
        <w:jc w:val="right"/>
      </w:pPr>
      <w:r>
        <w:t>کے بارے میں بتائیں۔" اللہ خود نور نہیں ہے، یہاں نور کے معنی ہیں ہدایت، یعنی اللہ کے</w:t>
      </w:r>
    </w:p>
    <w:p>
      <w:r>
        <w:rPr>
          <w:b/>
        </w:rPr>
        <w:t xml:space="preserve">[53:15] </w:t>
      </w:r>
      <w:r>
        <w:t>zariye hidayat milti hai.</w:t>
      </w:r>
    </w:p>
    <w:p>
      <w:pPr>
        <w:jc w:val="right"/>
      </w:pPr>
      <w:r>
        <w:t>ذریعے ہدایت ملتی ہے۔</w:t>
      </w:r>
    </w:p>
    <w:p>
      <w:r>
        <w:rPr>
          <w:b/>
        </w:rPr>
        <w:t xml:space="preserve">[53:22] </w:t>
      </w:r>
      <w:r>
        <w:t>Allah kya hai, yeh hum ne dekha nahi hai, kisi insan ne dekha nahi hai.</w:t>
      </w:r>
    </w:p>
    <w:p>
      <w:pPr>
        <w:jc w:val="right"/>
      </w:pPr>
      <w:r>
        <w:t>اللہ کیا ہے، یہ ہم نے دیکھا نہیں ہے، کسی انسان نے دیکھا نہیں ہے۔</w:t>
      </w:r>
    </w:p>
    <w:p>
      <w:r>
        <w:rPr>
          <w:b/>
        </w:rPr>
        <w:t xml:space="preserve">[53:28] </w:t>
      </w:r>
      <w:r>
        <w:t>to aap yeh nahi keh sakte ke jaise bijli ka bulb hota hai, aise Allah hai, yeh sahi</w:t>
      </w:r>
    </w:p>
    <w:p>
      <w:pPr>
        <w:jc w:val="right"/>
      </w:pPr>
      <w:r>
        <w:t>تو آپ یہ نہیں کہہ سکتے کہ جیسے بجلی کا بلب ہوتا ہے، ایسے اللہ ہے، یہ صحیح</w:t>
      </w:r>
    </w:p>
    <w:p>
      <w:r>
        <w:rPr>
          <w:b/>
        </w:rPr>
        <w:t xml:space="preserve">[53:35] </w:t>
      </w:r>
      <w:r>
        <w:t>nahi hoga kehna.</w:t>
      </w:r>
    </w:p>
    <w:p>
      <w:pPr>
        <w:jc w:val="right"/>
      </w:pPr>
      <w:r>
        <w:t>نہیں ہوگا کہنا۔</w:t>
      </w:r>
    </w:p>
    <w:p>
      <w:r>
        <w:rPr>
          <w:b/>
        </w:rPr>
        <w:t xml:space="preserve">[53:42] </w:t>
      </w:r>
      <w:r>
        <w:t>Allah bayan aur material perception hai.</w:t>
      </w:r>
    </w:p>
    <w:p>
      <w:pPr>
        <w:jc w:val="right"/>
      </w:pPr>
      <w:r>
        <w:t>اللہ بیان اور material perception ہے۔</w:t>
      </w:r>
    </w:p>
    <w:p>
      <w:r>
        <w:rPr>
          <w:b/>
        </w:rPr>
        <w:t xml:space="preserve">[53:48] </w:t>
      </w:r>
      <w:r>
        <w:t>to jo Quran mein aaya hai ke: Allah noor al samawat wa al arz Allah zameen o aasman ki roshni hai.</w:t>
      </w:r>
    </w:p>
    <w:p>
      <w:pPr>
        <w:jc w:val="right"/>
      </w:pPr>
      <w:r>
        <w:t>تو جو قرآن میں آیا ہے کہ: الله نور السماوات والأرض اللہ زمین و آسمان کی روشنی ہے۔</w:t>
      </w:r>
    </w:p>
    <w:p>
      <w:r>
        <w:rPr>
          <w:b/>
        </w:rPr>
        <w:t xml:space="preserve">[53:55] </w:t>
      </w:r>
      <w:r>
        <w:t>yeh nahi ke Allah ka wajood noor hai, yeh nahi kaha Quran majeed mein.</w:t>
      </w:r>
    </w:p>
    <w:p>
      <w:pPr>
        <w:jc w:val="right"/>
      </w:pPr>
      <w:r>
        <w:t>یہ نہیں کہ اللہ کا وجود نور ہے، یہ نہیں کہا قرآن مجید میں۔</w:t>
      </w:r>
    </w:p>
    <w:p>
      <w:r>
        <w:rPr>
          <w:b/>
        </w:rPr>
        <w:t xml:space="preserve">[54:01] </w:t>
      </w:r>
      <w:r>
        <w:t>Allah noor al samawat wa al arz, Allah zameen o aasman ki roshni hai, yani Allah hi se milta hai jo</w:t>
      </w:r>
    </w:p>
    <w:p>
      <w:pPr>
        <w:jc w:val="right"/>
      </w:pPr>
      <w:r>
        <w:t>اللہ نور السماوات والأرض، اللہ زمین و آسمان کی روشنی ہے، یعنی اللہ ہی سے ملتا ہے جو</w:t>
      </w:r>
    </w:p>
    <w:p>
      <w:r>
        <w:rPr>
          <w:b/>
        </w:rPr>
        <w:t xml:space="preserve">[54:08] </w:t>
      </w:r>
      <w:r>
        <w:t>kuch kisi ko milta hai.</w:t>
      </w:r>
    </w:p>
    <w:p>
      <w:pPr>
        <w:jc w:val="right"/>
      </w:pPr>
      <w:r>
        <w:t>کچھ کسی کو ملتا ہے۔</w:t>
      </w:r>
    </w:p>
    <w:p>
      <w:r>
        <w:rPr>
          <w:b/>
        </w:rPr>
        <w:t xml:space="preserve">[54:14] </w:t>
      </w:r>
      <w:r>
        <w:t>wohi soul giver hai, koi doosra giver nahi hai.</w:t>
      </w:r>
    </w:p>
    <w:p>
      <w:pPr>
        <w:jc w:val="right"/>
      </w:pPr>
      <w:r>
        <w:t>وہی soul giver ہے، کوئی دوسرا giver نہیں ہے۔</w:t>
      </w:r>
    </w:p>
    <w:p>
      <w:r>
        <w:rPr>
          <w:b/>
        </w:rPr>
        <w:t xml:space="preserve">[54:21] </w:t>
      </w:r>
      <w:r>
        <w:t>yeh matlab hai.</w:t>
      </w:r>
    </w:p>
    <w:p>
      <w:pPr>
        <w:jc w:val="right"/>
      </w:pPr>
      <w:r>
        <w:t>یہ مطلب ہے۔</w:t>
      </w:r>
    </w:p>
    <w:p>
      <w:r>
        <w:rPr>
          <w:b/>
        </w:rPr>
        <w:t xml:space="preserve">[54:27] </w:t>
      </w:r>
      <w:r>
        <w:t>yeh samajhna galat hai ke Allah koi roshni hai bulb ki tarike se, yeh matlab nahi hai.</w:t>
      </w:r>
    </w:p>
    <w:p>
      <w:pPr>
        <w:jc w:val="right"/>
      </w:pPr>
      <w:r>
        <w:t>یہ سمجھنا غلط ہے کہ اللہ کوئی روشنی ہے بلب کی طریقے سے، یہ مطلب نہیں ہے۔</w:t>
      </w:r>
    </w:p>
    <w:p>
      <w:r>
        <w:rPr>
          <w:b/>
        </w:rPr>
        <w:t xml:space="preserve">[54:34] </w:t>
      </w:r>
      <w:r>
        <w:t>kyun ke Quran mein jo alfaaz hain, woh yeh hain ke: Allah noor al samawat wa al arz Allah zameen o aasman</w:t>
      </w:r>
    </w:p>
    <w:p>
      <w:pPr>
        <w:jc w:val="right"/>
      </w:pPr>
      <w:r>
        <w:t>کیونکہ قرآن میں جو الفاظ ہیں، وہ یہ ہیں کہ: الله نور السماوات والأرض اللہ زمین و آسمان</w:t>
      </w:r>
    </w:p>
    <w:p>
      <w:r>
        <w:rPr>
          <w:b/>
        </w:rPr>
        <w:t xml:space="preserve">[54:40] </w:t>
      </w:r>
      <w:r>
        <w:t>ki roshni hai.</w:t>
      </w:r>
    </w:p>
    <w:p>
      <w:pPr>
        <w:jc w:val="right"/>
      </w:pPr>
      <w:r>
        <w:t>کی روشنی ہے۔</w:t>
      </w:r>
    </w:p>
    <w:p>
      <w:r>
        <w:rPr>
          <w:b/>
        </w:rPr>
        <w:t xml:space="preserve">[54:47] </w:t>
      </w:r>
      <w:r>
        <w:t>duniya mein, is poori universe mein, wohi aik giver hai jis ko kuch bhi kisi ko jo milta</w:t>
      </w:r>
    </w:p>
    <w:p>
      <w:pPr>
        <w:jc w:val="right"/>
      </w:pPr>
      <w:r>
        <w:t>دنیا میں، اس پوری universe میں، وہی ایک giver ہے جس کو کچھ بھی کسی کو جو ملتا</w:t>
      </w:r>
    </w:p>
    <w:p>
      <w:r>
        <w:rPr>
          <w:b/>
        </w:rPr>
        <w:t xml:space="preserve">[54:54] </w:t>
      </w:r>
      <w:r>
        <w:t>hai, woh Allah se milta hai.</w:t>
      </w:r>
    </w:p>
    <w:p>
      <w:pPr>
        <w:jc w:val="right"/>
      </w:pPr>
      <w:r>
        <w:t>ہے، وہ اللہ سے ملتا ہے۔</w:t>
      </w:r>
    </w:p>
    <w:p>
      <w:r>
        <w:rPr>
          <w:b/>
        </w:rPr>
        <w:t xml:space="preserve">[55:00] </w:t>
      </w:r>
      <w:r>
        <w:t>koi aur doosra giver hai nahi.</w:t>
      </w:r>
    </w:p>
    <w:p>
      <w:pPr>
        <w:jc w:val="right"/>
      </w:pPr>
      <w:r>
        <w:t>کوئی اور دوسرا giver ہے نہیں۔</w:t>
      </w:r>
    </w:p>
    <w:p>
      <w:r>
        <w:rPr>
          <w:b/>
        </w:rPr>
        <w:t xml:space="preserve">[55:07] </w:t>
      </w:r>
      <w:r>
        <w:t>Maulana, agla sawal lene se pehle aik comment parhna chahenge jo Dr. Fareeda Khanam ne Delhi se bheja hai.</w:t>
      </w:r>
    </w:p>
    <w:p>
      <w:pPr>
        <w:jc w:val="right"/>
      </w:pPr>
      <w:r>
        <w:t>مولانا، اگلا سوال لینے سے پہلے ایک comment پڑھنا چاہیں گے جو ڈاکٹر فریدہ خانم نے دلی سے بھیجا ہے۔</w:t>
      </w:r>
    </w:p>
    <w:p>
      <w:r>
        <w:rPr>
          <w:b/>
        </w:rPr>
        <w:t xml:space="preserve">[55:13] </w:t>
      </w:r>
      <w:r>
        <w:t>unhon ne likha hai: today's lecture was very important.</w:t>
      </w:r>
    </w:p>
    <w:p>
      <w:pPr>
        <w:jc w:val="right"/>
      </w:pPr>
      <w:r>
        <w:t>انہوں نے لکھا ہے: today's lecture was very important.</w:t>
      </w:r>
    </w:p>
    <w:p>
      <w:r>
        <w:rPr>
          <w:b/>
        </w:rPr>
        <w:t xml:space="preserve">[55:20] </w:t>
      </w:r>
      <w:r>
        <w:t>That is, even those incidents which appear to give no lesson can give great lessons to one who</w:t>
      </w:r>
    </w:p>
    <w:p>
      <w:pPr>
        <w:jc w:val="right"/>
      </w:pPr>
      <w:r>
        <w:t>That is, even those incidents which appear to give no lesson can give great lessons to one who</w:t>
      </w:r>
    </w:p>
    <w:p>
      <w:r>
        <w:rPr>
          <w:b/>
        </w:rPr>
        <w:t xml:space="preserve">[55:26] </w:t>
      </w:r>
      <w:r>
        <w:t>does tadabbur sincerely. mashallah.</w:t>
      </w:r>
    </w:p>
    <w:p>
      <w:pPr>
        <w:jc w:val="right"/>
      </w:pPr>
      <w:r>
        <w:t>does تدبر sincerely. ماشاءاللہ۔</w:t>
      </w:r>
    </w:p>
    <w:p>
      <w:r>
        <w:rPr>
          <w:b/>
        </w:rPr>
        <w:t xml:space="preserve">[55:33] </w:t>
      </w:r>
      <w:r>
        <w:t>maulana, agla sawal bheja hai ah miss rufeida siddiqui ne nagpur se.</w:t>
      </w:r>
    </w:p>
    <w:p>
      <w:pPr>
        <w:jc w:val="right"/>
      </w:pPr>
      <w:r>
        <w:t>مولانا، اگلا سوال بھیجا ہے آہ Miss رفانہ صدیقی نے ناگپور سے۔</w:t>
      </w:r>
    </w:p>
    <w:p>
      <w:r>
        <w:rPr>
          <w:b/>
        </w:rPr>
        <w:t xml:space="preserve">[55:39] </w:t>
      </w:r>
      <w:r>
        <w:t>unhon ne likha hai: maulana sahib, today's class was an excellent one.</w:t>
      </w:r>
    </w:p>
    <w:p>
      <w:pPr>
        <w:jc w:val="right"/>
      </w:pPr>
      <w:r>
        <w:t>انہوں نے لکھا ہے: مولانا صاحب, today's class was an excellent one.</w:t>
      </w:r>
    </w:p>
    <w:p>
      <w:r>
        <w:rPr>
          <w:b/>
        </w:rPr>
        <w:t xml:space="preserve">[55:46] </w:t>
      </w:r>
      <w:r>
        <w:t>my question is, how can we make our daily life paradise-oriented?</w:t>
      </w:r>
    </w:p>
    <w:p>
      <w:pPr>
        <w:jc w:val="right"/>
      </w:pPr>
      <w:r>
        <w:t>My question is, how can we make our daily life paradise-oriented?</w:t>
      </w:r>
    </w:p>
    <w:p>
      <w:r>
        <w:rPr>
          <w:b/>
        </w:rPr>
        <w:t xml:space="preserve">[55:53] </w:t>
      </w:r>
      <w:r>
        <w:t>please give us your guidance so that we can become more focused in our life.</w:t>
      </w:r>
    </w:p>
    <w:p>
      <w:pPr>
        <w:jc w:val="right"/>
      </w:pPr>
      <w:r>
        <w:t>Please give us your guidance so that we can become more focused in our life.</w:t>
      </w:r>
    </w:p>
    <w:p>
      <w:r>
        <w:rPr>
          <w:b/>
        </w:rPr>
        <w:t xml:space="preserve">[55:59] </w:t>
      </w:r>
      <w:r>
        <w:t>dekhiye, main to yahi kahunga ke jab aap in baaton ki sachai ko maan rahi hain to</w:t>
      </w:r>
    </w:p>
    <w:p>
      <w:pPr>
        <w:jc w:val="right"/>
      </w:pPr>
      <w:r>
        <w:t>دیکھیے، میں تو یہی کہوں گا کہ جب آپ ان باتوں کی سچائی کو مان رہی ہیں تو</w:t>
      </w:r>
    </w:p>
    <w:p>
      <w:r>
        <w:rPr>
          <w:b/>
        </w:rPr>
        <w:t xml:space="preserve">[56:05] </w:t>
      </w:r>
      <w:r>
        <w:t>bas is ko sochiye, is ko padhiye, is ko suniye, quran o hadees par ghor kijiye.</w:t>
      </w:r>
    </w:p>
    <w:p>
      <w:pPr>
        <w:jc w:val="right"/>
      </w:pPr>
      <w:r>
        <w:t>بس اس کو سوچیے، اس کو پڑھیے، اس کو سنیے، قرآن و حدیث پر غور کیجیے۔</w:t>
      </w:r>
    </w:p>
    <w:p>
      <w:r>
        <w:rPr>
          <w:b/>
        </w:rPr>
        <w:t xml:space="preserve">[56:11] </w:t>
      </w:r>
      <w:r>
        <w:t>bas yahi course hai.</w:t>
      </w:r>
    </w:p>
    <w:p>
      <w:pPr>
        <w:jc w:val="right"/>
      </w:pPr>
      <w:r>
        <w:t>بس یہی کورس ہے۔</w:t>
      </w:r>
    </w:p>
    <w:p>
      <w:r>
        <w:rPr>
          <w:b/>
        </w:rPr>
        <w:t xml:space="preserve">[56:17] </w:t>
      </w:r>
      <w:r>
        <w:t>to ab aap ke liye hai jani hui baat ko pakka karna.</w:t>
      </w:r>
    </w:p>
    <w:p>
      <w:pPr>
        <w:jc w:val="right"/>
      </w:pPr>
      <w:r>
        <w:t>تو اب آپ کے لیے ہے جانی ہوئی بات کو پکا کرنا۔</w:t>
      </w:r>
    </w:p>
    <w:p>
      <w:r>
        <w:rPr>
          <w:b/>
        </w:rPr>
        <w:t xml:space="preserve">[56:23] </w:t>
      </w:r>
      <w:r>
        <w:t>jab aap is ko maan rahi hain ke yahi sachai hai to aap ke liye ab jo kaam</w:t>
      </w:r>
    </w:p>
    <w:p>
      <w:pPr>
        <w:jc w:val="right"/>
      </w:pPr>
      <w:r>
        <w:t>جب آپ اس کو مان رہی ہیں کہ یہی سچائی ہے تو آپ کے لیے اب جو کام</w:t>
      </w:r>
    </w:p>
    <w:p>
      <w:r>
        <w:rPr>
          <w:b/>
        </w:rPr>
        <w:t xml:space="preserve">[56:29] </w:t>
      </w:r>
      <w:r>
        <w:t>hai, woh sachai ke manne ko pakka karna.</w:t>
      </w:r>
    </w:p>
    <w:p>
      <w:pPr>
        <w:jc w:val="right"/>
      </w:pPr>
      <w:r>
        <w:t>ہے، وہ سچائی کے ماننے کو پکا کرنا۔</w:t>
      </w:r>
    </w:p>
    <w:p>
      <w:r>
        <w:rPr>
          <w:b/>
        </w:rPr>
        <w:t xml:space="preserve">[56:35] </w:t>
      </w:r>
      <w:r>
        <w:t>to pakka karne ki shakal yahi hai ke aur aur zyada study kijiye, aur zyada suniye in baaton</w:t>
      </w:r>
    </w:p>
    <w:p>
      <w:pPr>
        <w:jc w:val="right"/>
      </w:pPr>
      <w:r>
        <w:t>تو پکا کرنے کی شکل یہی ہے کہ اور اور زیادہ study کیجیے، اور زیادہ سنیے ان باتوں</w:t>
      </w:r>
    </w:p>
    <w:p>
      <w:r>
        <w:rPr>
          <w:b/>
        </w:rPr>
        <w:t xml:space="preserve">[56:41] </w:t>
      </w:r>
      <w:r>
        <w:t>ko, aur zyada ghor kijiye quran o hadees mein.</w:t>
      </w:r>
    </w:p>
    <w:p>
      <w:pPr>
        <w:jc w:val="right"/>
      </w:pPr>
      <w:r>
        <w:t>کو، اور زیادہ غور کیجیے قرآن و حدیث میں۔</w:t>
      </w:r>
    </w:p>
    <w:p>
      <w:r>
        <w:rPr>
          <w:b/>
        </w:rPr>
        <w:t xml:space="preserve">[56:47] </w:t>
      </w:r>
      <w:r>
        <w:t>to aap ka manna pakka hota chala jayega, yaani aap ko manna conviction banta chala jayega,</w:t>
      </w:r>
    </w:p>
    <w:p>
      <w:pPr>
        <w:jc w:val="right"/>
      </w:pPr>
      <w:r>
        <w:t>تو آپ کا ماننا پکا ہوتا چلا جائے گا، یعنی آپ کو ماننا conviction بنتا چلا جائے گا،</w:t>
      </w:r>
    </w:p>
    <w:p>
      <w:r>
        <w:rPr>
          <w:b/>
        </w:rPr>
        <w:t xml:space="preserve">[56:53] </w:t>
      </w:r>
      <w:r>
        <w:t>aap ko manna yaqeen banta chala jayega.</w:t>
      </w:r>
    </w:p>
    <w:p>
      <w:pPr>
        <w:jc w:val="right"/>
      </w:pPr>
      <w:r>
        <w:t>آپ کو ماننا یقین بنتا چلا جائے گا۔</w:t>
      </w:r>
    </w:p>
    <w:p>
      <w:r>
        <w:rPr>
          <w:b/>
        </w:rPr>
        <w:t xml:space="preserve">[56:59] </w:t>
      </w:r>
      <w:r>
        <w:t>maulana, agla sawal dilli se kiya hai ahmed ali sahib ne aur unhon ne likha hai: maulana kehte</w:t>
      </w:r>
    </w:p>
    <w:p>
      <w:pPr>
        <w:jc w:val="right"/>
      </w:pPr>
      <w:r>
        <w:t>مولانا، اگلا سوال دلی سے کیا ہے احمد علی صاحب نے اور انہوں نے لکھا ہے: مولانا کہتے</w:t>
      </w:r>
    </w:p>
    <w:p>
      <w:r>
        <w:rPr>
          <w:b/>
        </w:rPr>
        <w:t xml:space="preserve">[57:05] </w:t>
      </w:r>
      <w:r>
        <w:t>hain ghussa shaitani amal hai aur aksar insan ghusse mein be-aqal ki baatein keh baithta hai.</w:t>
      </w:r>
    </w:p>
    <w:p>
      <w:pPr>
        <w:jc w:val="right"/>
      </w:pPr>
      <w:r>
        <w:t>ہیں غصہ شیطانی عمل ہے اور اکثر انسان غصے میں بے عقل کی باتیں کہہ بیٹھتا ہے۔</w:t>
      </w:r>
    </w:p>
    <w:p>
      <w:r>
        <w:rPr>
          <w:b/>
        </w:rPr>
        <w:t xml:space="preserve">[57:11] </w:t>
      </w:r>
      <w:r>
        <w:t>ghusse mein aise alfaaz keh deta hai jis se aapas mein ikhtilaf paida ho jata hai.</w:t>
      </w:r>
    </w:p>
    <w:p>
      <w:pPr>
        <w:jc w:val="right"/>
      </w:pPr>
      <w:r>
        <w:t>غصے میں ایسے الفاظ کہہ دیتا ہے جس سے آپس میں اختلاف پیدا ہو جاتا ہے۔</w:t>
      </w:r>
    </w:p>
    <w:p>
      <w:r>
        <w:rPr>
          <w:b/>
        </w:rPr>
        <w:t xml:space="preserve">[57:17] </w:t>
      </w:r>
      <w:r>
        <w:t>jab ghussa thanda hota hai phir afsos hota hai lekin us waqt afsos karne ka faida nahi hota.</w:t>
      </w:r>
    </w:p>
    <w:p>
      <w:pPr>
        <w:jc w:val="right"/>
      </w:pPr>
      <w:r>
        <w:t>جب غصہ ٹھنڈا ہوتا ہے پھر افسوس ہوتا ہے لیکن اس وقت افسوس کرنے کا فائدہ نہیں ہوتا۔</w:t>
      </w:r>
    </w:p>
    <w:p>
      <w:r>
        <w:rPr>
          <w:b/>
        </w:rPr>
        <w:t xml:space="preserve">[57:23] </w:t>
      </w:r>
      <w:r>
        <w:t>is halaat se kaise bachein aur apne ghusse par kaise control karein, is ke bare mein hamein guidance dein.</w:t>
      </w:r>
    </w:p>
    <w:p>
      <w:pPr>
        <w:jc w:val="right"/>
      </w:pPr>
      <w:r>
        <w:t>اس حالات سے کیسے بچیں اور اپنے غصے پر کیسے کنٹرول کریں، اس کے بارے میں ہمیں guidance دیں۔</w:t>
      </w:r>
    </w:p>
    <w:p>
      <w:r>
        <w:rPr>
          <w:b/>
        </w:rPr>
        <w:t xml:space="preserve">[57:29] </w:t>
      </w:r>
      <w:r>
        <w:t>dekhiye, ghussa shaitani amal hai, yeh baat result ke aitbar se hai, nateeja ke aitbar se hai.</w:t>
      </w:r>
    </w:p>
    <w:p>
      <w:pPr>
        <w:jc w:val="right"/>
      </w:pPr>
      <w:r>
        <w:t>دیکھیے، غصہ شیطانی عمل ہے، یہ بات result کے اعتبار سے ہے، نتیجہ کے اعتبار سے ہے۔</w:t>
      </w:r>
    </w:p>
    <w:p>
      <w:r>
        <w:rPr>
          <w:b/>
        </w:rPr>
        <w:t xml:space="preserve">[57:35] </w:t>
      </w:r>
      <w:r>
        <w:t>khud ghussa shaitan nahi hai.</w:t>
      </w:r>
    </w:p>
    <w:p>
      <w:pPr>
        <w:jc w:val="right"/>
      </w:pPr>
      <w:r>
        <w:t>خود غصہ شیطان نہیں ہے۔</w:t>
      </w:r>
    </w:p>
    <w:p>
      <w:r>
        <w:rPr>
          <w:b/>
        </w:rPr>
        <w:t xml:space="preserve">[57:41] </w:t>
      </w:r>
      <w:r>
        <w:t>main samajhta hoon ke ghussa ek natural baat hai, ghussa sab ko aata hai, ghussa peghambar ko bhi aata hai.</w:t>
      </w:r>
    </w:p>
    <w:p>
      <w:pPr>
        <w:jc w:val="right"/>
      </w:pPr>
      <w:r>
        <w:t>میں سمجھتا ہوں کہ غصہ ایک natural بات ہے، غصہ سب کو آتا ہے، غصہ پیغمبر کو بھی آتا ہے۔</w:t>
      </w:r>
    </w:p>
    <w:p>
      <w:r>
        <w:rPr>
          <w:b/>
        </w:rPr>
        <w:t xml:space="preserve">[57:47] </w:t>
      </w:r>
      <w:r>
        <w:t>hazrat moosa ko ghussa aaya, rasool allah ko ghussa aaya.</w:t>
      </w:r>
    </w:p>
    <w:p>
      <w:pPr>
        <w:jc w:val="right"/>
      </w:pPr>
      <w:r>
        <w:t>حضرت موسیٰ کو غصہ آیا، رسول اللہ کو غصہ آیا۔</w:t>
      </w:r>
    </w:p>
    <w:p>
      <w:r>
        <w:rPr>
          <w:b/>
        </w:rPr>
        <w:t xml:space="preserve">[57:53] </w:t>
      </w:r>
      <w:r>
        <w:t>jahan tak maine samjha hai, jo mera apna tajruba hai aur is par amal karta hoon, ghusse</w:t>
      </w:r>
    </w:p>
    <w:p>
      <w:pPr>
        <w:jc w:val="right"/>
      </w:pPr>
      <w:r>
        <w:t>جہاں تک میں نے سمجھا ہے، جو میرا اپنا تجربہ ہے اور اس پر عمل کرتا ہوں، غصے</w:t>
      </w:r>
    </w:p>
    <w:p>
      <w:r>
        <w:rPr>
          <w:b/>
        </w:rPr>
        <w:t xml:space="preserve">[57:59] </w:t>
      </w:r>
      <w:r>
        <w:t>ka ilaaj bohat hi aasaan hai, bohat hi aasaan hai.</w:t>
      </w:r>
    </w:p>
    <w:p>
      <w:pPr>
        <w:jc w:val="right"/>
      </w:pPr>
      <w:r>
        <w:t>کا علاج بہت ہی آسان ہے، بہت ہی آسان ہے۔</w:t>
      </w:r>
    </w:p>
    <w:p>
      <w:r>
        <w:rPr>
          <w:b/>
        </w:rPr>
        <w:t xml:space="preserve">[58:05] </w:t>
      </w:r>
      <w:r>
        <w:t>woh yeh hai ke jab ghussa aaye to chup ho jaiye, bas kuch mat kijiye, chup ho jaiye.</w:t>
      </w:r>
    </w:p>
    <w:p>
      <w:pPr>
        <w:jc w:val="right"/>
      </w:pPr>
      <w:r>
        <w:t>وہ یہ ہے کہ جب غصہ آئے تو چپ ہو جائیے، بس کچھ مت کیجیے، چپ ہو جائیے۔</w:t>
      </w:r>
    </w:p>
    <w:p>
      <w:r>
        <w:rPr>
          <w:b/>
        </w:rPr>
        <w:t xml:space="preserve">[58:11] </w:t>
      </w:r>
      <w:r>
        <w:t>main yahi karta hoon, mujhe bohat ghussa aata hai, mere andar bohat ghussa hai, jaise hi ghussa aata</w:t>
      </w:r>
    </w:p>
    <w:p>
      <w:pPr>
        <w:jc w:val="right"/>
      </w:pPr>
      <w:r>
        <w:t>میں یہی کرتا ہوں، مجھے بہت غصہ آتا ہے، میرے اندر بہت غصہ ہے، جیسے ہی غصہ آتا</w:t>
      </w:r>
    </w:p>
    <w:p>
      <w:r>
        <w:rPr>
          <w:b/>
        </w:rPr>
        <w:t xml:space="preserve">[58:17] </w:t>
      </w:r>
      <w:r>
        <w:t>hai, main bolta nahin hoon, chup ho jata hoon.</w:t>
      </w:r>
    </w:p>
    <w:p>
      <w:pPr>
        <w:jc w:val="right"/>
      </w:pPr>
      <w:r>
        <w:t>ہے، میں بولتا نہیں ہوں، چپ ہو جاتا ہوں۔</w:t>
      </w:r>
    </w:p>
    <w:p>
      <w:r>
        <w:rPr>
          <w:b/>
        </w:rPr>
        <w:t xml:space="preserve">[58:23] </w:t>
      </w:r>
      <w:r>
        <w:t>to dekhiye, nature mein ek process hai, automatic process, woh hai ghusse ko diffuse karne ka.</w:t>
      </w:r>
    </w:p>
    <w:p>
      <w:pPr>
        <w:jc w:val="right"/>
      </w:pPr>
      <w:r>
        <w:t>تو دیکھیے، nature میں ایک process ہے، automatic process، وہ ہے غصے کو diffuse کرنے کا۔</w:t>
      </w:r>
    </w:p>
    <w:p>
      <w:r>
        <w:rPr>
          <w:b/>
        </w:rPr>
        <w:t xml:space="preserve">[58:29] </w:t>
      </w:r>
      <w:r>
        <w:t>Automatic process hai.</w:t>
      </w:r>
    </w:p>
    <w:p>
      <w:pPr>
        <w:jc w:val="right"/>
      </w:pPr>
      <w:r>
        <w:t>Automatic process ہے۔</w:t>
      </w:r>
    </w:p>
    <w:p>
      <w:r>
        <w:rPr>
          <w:b/>
        </w:rPr>
        <w:t xml:space="preserve">[58:35] </w:t>
      </w:r>
      <w:r>
        <w:t>Ghussa bhi natural phenomena hai aur us ko diffuse karna bhi ek natural process hai.</w:t>
      </w:r>
    </w:p>
    <w:p>
      <w:pPr>
        <w:jc w:val="right"/>
      </w:pPr>
      <w:r>
        <w:t>غصہ بھی natural phenomena ہے اور اس کو diffuse کرنا بھی ایک natural process ہے۔</w:t>
      </w:r>
    </w:p>
    <w:p>
      <w:r>
        <w:rPr>
          <w:b/>
        </w:rPr>
        <w:t xml:space="preserve">[58:41] </w:t>
      </w:r>
      <w:r>
        <w:t>to jab main ghusse ke baad chup ho jata hoon to kya hota hai? mera woh natural process</w:t>
      </w:r>
    </w:p>
    <w:p>
      <w:pPr>
        <w:jc w:val="right"/>
      </w:pPr>
      <w:r>
        <w:t>تو جب میں غصے کے بعد چپ ہو جاتا ہوں تو کیا ہوتا ہے؟ میرا وہ natural process</w:t>
      </w:r>
    </w:p>
    <w:p>
      <w:r>
        <w:rPr>
          <w:b/>
        </w:rPr>
        <w:t xml:space="preserve">[58:47] </w:t>
      </w:r>
      <w:r>
        <w:t>jo hai, woh foran active ho jata hai, yani diffuse karne ka.</w:t>
      </w:r>
    </w:p>
    <w:p>
      <w:pPr>
        <w:jc w:val="right"/>
      </w:pPr>
      <w:r>
        <w:t>جو ہے، وہ فوراً active ہو جاتا ہے، یعنی diffuse کرنے کا۔</w:t>
      </w:r>
    </w:p>
    <w:p>
      <w:r>
        <w:rPr>
          <w:b/>
        </w:rPr>
        <w:t xml:space="preserve">[58:53] </w:t>
      </w:r>
      <w:r>
        <w:t>Within minutes sab diffuse ho jata hai.</w:t>
      </w:r>
    </w:p>
    <w:p>
      <w:pPr>
        <w:jc w:val="right"/>
      </w:pPr>
      <w:r>
        <w:t>Within minutes سب diffuse ہو جاتا ہے۔</w:t>
      </w:r>
    </w:p>
    <w:p>
      <w:r>
        <w:rPr>
          <w:b/>
        </w:rPr>
        <w:t xml:space="preserve">[58:59] </w:t>
      </w:r>
      <w:r>
        <w:t>apne aap hi woh nature ka jo process hai, woh apne aap hi us ko diffuse kar de ga.</w:t>
      </w:r>
    </w:p>
    <w:p>
      <w:pPr>
        <w:jc w:val="right"/>
      </w:pPr>
      <w:r>
        <w:t>اپنے آپ ہی وہ nature کا جو process ہے، وہ اپنے آپ ہی اس کو diffuse کر دے گا۔</w:t>
      </w:r>
    </w:p>
    <w:p>
      <w:r>
        <w:rPr>
          <w:b/>
        </w:rPr>
        <w:t xml:space="preserve">[59:05] </w:t>
      </w:r>
      <w:r>
        <w:t>ab dekhiye, agar aap ghussa aaye aur bolne lage to kya hoga? sunne wala react kare ga.</w:t>
      </w:r>
    </w:p>
    <w:p>
      <w:pPr>
        <w:jc w:val="right"/>
      </w:pPr>
      <w:r>
        <w:t>اب دیکھیے، اگر آپ غصہ آئے اور بولنے لگے تو کیا ہوگا؟ سننے والا react کرے گا۔</w:t>
      </w:r>
    </w:p>
    <w:p>
      <w:r>
        <w:rPr>
          <w:b/>
        </w:rPr>
        <w:t xml:space="preserve">[59:11] </w:t>
      </w:r>
      <w:r>
        <w:t>to kya hoga? phir chain reaction ban jaye ga.</w:t>
      </w:r>
    </w:p>
    <w:p>
      <w:pPr>
        <w:jc w:val="right"/>
      </w:pPr>
      <w:r>
        <w:t>تو کیا ہوگا؟ پھر chain reaction بن جائے گا۔</w:t>
      </w:r>
    </w:p>
    <w:p>
      <w:r>
        <w:rPr>
          <w:b/>
        </w:rPr>
        <w:t xml:space="preserve">[59:17] </w:t>
      </w:r>
      <w:r>
        <w:t>aap bole, woh bola, woh bole, phir aap bole.</w:t>
      </w:r>
    </w:p>
    <w:p>
      <w:pPr>
        <w:jc w:val="right"/>
      </w:pPr>
      <w:r>
        <w:t>آپ بولے، وہ بولا، وہ بولے، پھر آپ بولے۔</w:t>
      </w:r>
    </w:p>
    <w:p>
      <w:r>
        <w:rPr>
          <w:b/>
        </w:rPr>
        <w:t xml:space="preserve">[59:23] </w:t>
      </w:r>
      <w:r>
        <w:t>That is chain reaction.</w:t>
      </w:r>
    </w:p>
    <w:p>
      <w:pPr>
        <w:jc w:val="right"/>
      </w:pPr>
      <w:r>
        <w:t>That is chain reaction.</w:t>
      </w:r>
    </w:p>
    <w:p>
      <w:r>
        <w:rPr>
          <w:b/>
        </w:rPr>
        <w:t xml:space="preserve">[59:29] </w:t>
      </w:r>
      <w:r>
        <w:t>aur chup rehne se kya hota hai? ke chain reaction banta hi nahin.</w:t>
      </w:r>
    </w:p>
    <w:p>
      <w:pPr>
        <w:jc w:val="right"/>
      </w:pPr>
      <w:r>
        <w:t>اور چپ رہنے سے کیا ہوتا ہے؟ کہ chain reaction بنتا ہی نہیں۔</w:t>
      </w:r>
    </w:p>
    <w:p>
      <w:r>
        <w:rPr>
          <w:b/>
        </w:rPr>
        <w:t xml:space="preserve">[59:35] </w:t>
      </w:r>
      <w:r>
        <w:t>jo burai hai, woh chain reaction hai, khud ghussa nahin hai.</w:t>
      </w:r>
    </w:p>
    <w:p>
      <w:pPr>
        <w:jc w:val="right"/>
      </w:pPr>
      <w:r>
        <w:t>جو برائی ہے، وہ chain reaction ہے، خود غصہ نہیں ہے۔</w:t>
      </w:r>
    </w:p>
    <w:p>
      <w:r>
        <w:rPr>
          <w:b/>
        </w:rPr>
        <w:t xml:space="preserve">[59:41] </w:t>
      </w:r>
      <w:r>
        <w:t>Ghussa apne aap mein burai nahin hai.</w:t>
      </w:r>
    </w:p>
    <w:p>
      <w:pPr>
        <w:jc w:val="right"/>
      </w:pPr>
      <w:r>
        <w:t>غصہ اپنے آپ میں برائی نہیں ہے۔</w:t>
      </w:r>
    </w:p>
    <w:p>
      <w:r>
        <w:rPr>
          <w:b/>
        </w:rPr>
        <w:t xml:space="preserve">[59:47] </w:t>
      </w:r>
      <w:r>
        <w:t>Ghussa is waqt burai ban jata hai jabke woh chain reaction ban jaye.</w:t>
      </w:r>
    </w:p>
    <w:p>
      <w:pPr>
        <w:jc w:val="right"/>
      </w:pPr>
      <w:r>
        <w:t>غصہ اس وقت برائی بن جاتا ہے جبکہ وہ chain reaction بن جائے۔</w:t>
      </w:r>
    </w:p>
    <w:p>
      <w:r>
        <w:rPr>
          <w:b/>
        </w:rPr>
        <w:t xml:space="preserve">[59:53] </w:t>
      </w:r>
      <w:r>
        <w:t>to aap bolen ge to doosra bole ga, to aap bolen ge.</w:t>
      </w:r>
    </w:p>
    <w:p>
      <w:pPr>
        <w:jc w:val="right"/>
      </w:pPr>
      <w:r>
        <w:t>تو آپ بولیں گے تو دوسرا بولے گا، تو آپ بولیں گے۔</w:t>
      </w:r>
    </w:p>
    <w:p>
      <w:r>
        <w:rPr>
          <w:b/>
        </w:rPr>
        <w:t xml:space="preserve">[59:59] </w:t>
      </w:r>
      <w:r>
        <w:t>That is chain reaction.</w:t>
      </w:r>
    </w:p>
    <w:p>
      <w:pPr>
        <w:jc w:val="right"/>
      </w:pPr>
      <w:r>
        <w:t>That is chain reaction.</w:t>
      </w:r>
    </w:p>
    <w:p>
      <w:r>
        <w:rPr>
          <w:b/>
        </w:rPr>
        <w:t xml:space="preserve">[1:00:05] </w:t>
      </w:r>
      <w:r>
        <w:t>to jab aap chup rehte hain to chain reaction se aap logon ko bachate hain.</w:t>
      </w:r>
    </w:p>
    <w:p>
      <w:pPr>
        <w:jc w:val="right"/>
      </w:pPr>
      <w:r>
        <w:t>تو جب آپ چپ رہتے ہیں تو chain reaction سے آپ لوگوں کو بچاتے ہیں۔</w:t>
      </w:r>
    </w:p>
    <w:p>
      <w:r>
        <w:rPr>
          <w:b/>
        </w:rPr>
        <w:t xml:space="preserve">[1:00:11] </w:t>
      </w:r>
      <w:r>
        <w:t>bohat hi simple method hai is ka.</w:t>
      </w:r>
    </w:p>
    <w:p>
      <w:pPr>
        <w:jc w:val="right"/>
      </w:pPr>
      <w:r>
        <w:t>بہت ہی simple method ہے اس کا۔</w:t>
      </w:r>
    </w:p>
    <w:p>
      <w:r>
        <w:rPr>
          <w:b/>
        </w:rPr>
        <w:t xml:space="preserve">[1:00:17] </w:t>
      </w:r>
      <w:r>
        <w:t>bas chup ho jaiye aur kuch mat kijiye, chup ho jaiye.</w:t>
      </w:r>
    </w:p>
    <w:p>
      <w:pPr>
        <w:jc w:val="right"/>
      </w:pPr>
      <w:r>
        <w:t>بس چپ ہو جائیے اور کچھ مت کیجیے، چپ ہو جائیے۔</w:t>
      </w:r>
    </w:p>
    <w:p>
      <w:r>
        <w:rPr>
          <w:b/>
        </w:rPr>
        <w:t xml:space="preserve">[1:00:23] </w:t>
      </w:r>
      <w:r>
        <w:t>kuch mat kijiye, chup ho jaiye.</w:t>
      </w:r>
    </w:p>
    <w:p>
      <w:pPr>
        <w:jc w:val="right"/>
      </w:pPr>
      <w:r>
        <w:t>کچھ مت کیجیے، چپ ہو جائیے۔</w:t>
      </w:r>
    </w:p>
    <w:p>
      <w:r>
        <w:rPr>
          <w:b/>
        </w:rPr>
        <w:t xml:space="preserve">[1:00:29] </w:t>
      </w:r>
      <w:r>
        <w:t>to aap chain reaction se bach jayen ge aur dhire dhire sara bara diffuse ho jayega.</w:t>
      </w:r>
    </w:p>
    <w:p>
      <w:pPr>
        <w:jc w:val="right"/>
      </w:pPr>
      <w:r>
        <w:t>تو آپ chain reaction سے بچ جائیں گے اور دھیرے دھیرے سارا بڑا diffuse ہو جائے گا۔</w:t>
      </w:r>
    </w:p>
    <w:p>
      <w:r>
        <w:rPr>
          <w:b/>
        </w:rPr>
        <w:t xml:space="preserve">[1:00:35] </w:t>
      </w:r>
      <w:r>
        <w:t>aap jab chahen is ka tajurba kar ke dekh lijie.</w:t>
      </w:r>
    </w:p>
    <w:p>
      <w:pPr>
        <w:jc w:val="right"/>
      </w:pPr>
      <w:r>
        <w:t>آپ جب چاہیں اس کا تجربہ کر کے دیکھ لیجیے۔</w:t>
      </w:r>
    </w:p>
    <w:p>
      <w:r>
        <w:rPr>
          <w:b/>
        </w:rPr>
        <w:t xml:space="preserve">[1:00:41] </w:t>
      </w:r>
      <w:r>
        <w:t>main ne to bar bar kiya hai, aap bhi kar ke dekh lijie.</w:t>
      </w:r>
    </w:p>
    <w:p>
      <w:pPr>
        <w:jc w:val="right"/>
      </w:pPr>
      <w:r>
        <w:t>میں نے تو بار بار کیا ہے، آپ بھی کر کے دیکھ لیجیے۔</w:t>
      </w:r>
    </w:p>
    <w:p>
      <w:r>
        <w:rPr>
          <w:b/>
        </w:rPr>
        <w:t xml:space="preserve">[1:00:47] </w:t>
      </w:r>
      <w:r>
        <w:t>tajurba yani yahan par nature aap ke support ke liye maujood hai.</w:t>
      </w:r>
    </w:p>
    <w:p>
      <w:pPr>
        <w:jc w:val="right"/>
      </w:pPr>
      <w:r>
        <w:t>تجربہ یعنی یہاں پر nature آپ کے support کے لیے موجود ہے۔</w:t>
      </w:r>
    </w:p>
    <w:p>
      <w:r>
        <w:rPr>
          <w:b/>
        </w:rPr>
        <w:t xml:space="preserve">[1:00:53] </w:t>
      </w:r>
      <w:r>
        <w:t>yani ghusse ko diffuse karne ke liye khud nature mein mechanism maujood hai.</w:t>
      </w:r>
    </w:p>
    <w:p>
      <w:pPr>
        <w:jc w:val="right"/>
      </w:pPr>
      <w:r>
        <w:t>یعنی غصے کو diffuse کرنے کے لیے خود nature میں mechanism موجود ہے۔</w:t>
      </w:r>
    </w:p>
    <w:p>
      <w:r>
        <w:rPr>
          <w:b/>
        </w:rPr>
        <w:t xml:space="preserve">[1:00:59] </w:t>
      </w:r>
      <w:r>
        <w:t>aap is ko mauqa dijie.</w:t>
      </w:r>
    </w:p>
    <w:p>
      <w:pPr>
        <w:jc w:val="right"/>
      </w:pPr>
      <w:r>
        <w:t>آپ اس کو موقع دیجیے۔</w:t>
      </w:r>
    </w:p>
    <w:p>
      <w:r>
        <w:rPr>
          <w:b/>
        </w:rPr>
        <w:t xml:space="preserve">[1:01:05] </w:t>
      </w:r>
      <w:r>
        <w:t>Give nature a chance.</w:t>
      </w:r>
    </w:p>
    <w:p>
      <w:pPr>
        <w:jc w:val="right"/>
      </w:pPr>
      <w:r>
        <w:t>Give nature a chance.</w:t>
      </w:r>
    </w:p>
    <w:p>
      <w:r>
        <w:rPr>
          <w:b/>
        </w:rPr>
        <w:t xml:space="preserve">[1:01:12] </w:t>
      </w:r>
      <w:r>
        <w:t>Give your nature a chance.</w:t>
      </w:r>
    </w:p>
    <w:p>
      <w:pPr>
        <w:jc w:val="right"/>
      </w:pPr>
      <w:r>
        <w:t>Give your nature a chance.</w:t>
      </w:r>
    </w:p>
    <w:p>
      <w:r>
        <w:rPr>
          <w:b/>
        </w:rPr>
        <w:t xml:space="preserve">[1:01:16] </w:t>
      </w:r>
      <w:r>
        <w:t>wo kya hai? wo sirf chup ho jana.</w:t>
      </w:r>
    </w:p>
    <w:p>
      <w:pPr>
        <w:jc w:val="right"/>
      </w:pPr>
      <w:r>
        <w:t>وہ کیا ہے؟ وہ صرف چپ ہو جانا۔</w:t>
      </w:r>
    </w:p>
    <w:p>
      <w:r>
        <w:rPr>
          <w:b/>
        </w:rPr>
        <w:t xml:space="preserve">[1:01:21] </w:t>
      </w:r>
      <w:r>
        <w:t>aap kabhi bhi tajurba kar ke dekh lijie.</w:t>
      </w:r>
    </w:p>
    <w:p>
      <w:pPr>
        <w:jc w:val="right"/>
      </w:pPr>
      <w:r>
        <w:t>آپ کبھی بھی تجربہ کر کے دیکھ لیجیے۔</w:t>
      </w:r>
    </w:p>
    <w:p>
      <w:r>
        <w:rPr>
          <w:b/>
        </w:rPr>
        <w:t xml:space="preserve">[1:01:26] </w:t>
      </w:r>
      <w:r>
        <w:t>main to bar bar isi par amal hai.</w:t>
      </w:r>
    </w:p>
    <w:p>
      <w:pPr>
        <w:jc w:val="right"/>
      </w:pPr>
      <w:r>
        <w:t>میں تو بار بار اسی پر عمل ہے۔</w:t>
      </w:r>
    </w:p>
    <w:p>
      <w:r>
        <w:rPr>
          <w:b/>
        </w:rPr>
        <w:t xml:space="preserve">[1:01:31] </w:t>
      </w:r>
      <w:r>
        <w:t>maulana, agla sawal lene se pehle ek comment parhna chahen ge jo rana imran khan sahab ne bheja</w:t>
      </w:r>
    </w:p>
    <w:p>
      <w:pPr>
        <w:jc w:val="right"/>
      </w:pPr>
      <w:r>
        <w:t>مولانا، اگلا سوال لینے سے پہلے ایک comment پڑھنا چاہیں گے جو رانا عمران خان صاحب نے بھیجا</w:t>
      </w:r>
    </w:p>
    <w:p>
      <w:r>
        <w:rPr>
          <w:b/>
        </w:rPr>
        <w:t xml:space="preserve">[1:01:36] </w:t>
      </w:r>
      <w:r>
        <w:t>hai punjab pakistan se.</w:t>
      </w:r>
    </w:p>
    <w:p>
      <w:pPr>
        <w:jc w:val="right"/>
      </w:pPr>
      <w:r>
        <w:t>ہے پنجاب پاکستان سے۔</w:t>
      </w:r>
    </w:p>
    <w:p>
      <w:r>
        <w:rPr>
          <w:b/>
        </w:rPr>
        <w:t xml:space="preserve">[1:01:41] </w:t>
      </w:r>
      <w:r>
        <w:t>unhon ne likha hai: maulana sahab today's lecture was really heart touching.</w:t>
      </w:r>
    </w:p>
    <w:p>
      <w:pPr>
        <w:jc w:val="right"/>
      </w:pPr>
      <w:r>
        <w:t>انہوں نے لکھا ہے: مولانا صاحب today's lecture was really heart touching.</w:t>
      </w:r>
    </w:p>
    <w:p>
      <w:r>
        <w:rPr>
          <w:b/>
        </w:rPr>
        <w:t xml:space="preserve">[1:01:46] </w:t>
      </w:r>
      <w:r>
        <w:t>Thank you for sharing.</w:t>
      </w:r>
    </w:p>
    <w:p>
      <w:pPr>
        <w:jc w:val="right"/>
      </w:pPr>
      <w:r>
        <w:t>Thank you for sharing.</w:t>
      </w:r>
    </w:p>
    <w:p>
      <w:r>
        <w:rPr>
          <w:b/>
        </w:rPr>
        <w:t xml:space="preserve">[1:01:51] </w:t>
      </w:r>
      <w:r>
        <w:t>maulana, agla sawal kya hai kashmir se hilal ahmad dar sahab ne.</w:t>
      </w:r>
    </w:p>
    <w:p>
      <w:pPr>
        <w:jc w:val="right"/>
      </w:pPr>
      <w:r>
        <w:t>مولانا، اگلا سوال کیا ہے کشمیر سے ہلال احمد ڈار صاحب نے۔</w:t>
      </w:r>
    </w:p>
    <w:p>
      <w:r>
        <w:rPr>
          <w:b/>
        </w:rPr>
        <w:t xml:space="preserve">[1:01:56] </w:t>
      </w:r>
      <w:r>
        <w:t>unhon ne aap se poocha hai: maulana sahab how should we defend ourselves from Satan in today's materialistic life?</w:t>
      </w:r>
    </w:p>
    <w:p>
      <w:pPr>
        <w:jc w:val="right"/>
      </w:pPr>
      <w:r>
        <w:t>انہوں نے آپ سے پوچھا ہے: مولانا صاحب how should we defend ourselves from Satan in today's materialistic life?</w:t>
      </w:r>
    </w:p>
    <w:p>
      <w:r>
        <w:rPr>
          <w:b/>
        </w:rPr>
        <w:t xml:space="preserve">[1:02:01] </w:t>
      </w:r>
      <w:r>
        <w:t>bas react mat kijie.</w:t>
      </w:r>
    </w:p>
    <w:p>
      <w:pPr>
        <w:jc w:val="right"/>
      </w:pPr>
      <w:r>
        <w:t>بس react مت کیجیے۔</w:t>
      </w:r>
    </w:p>
    <w:p>
      <w:r>
        <w:rPr>
          <w:b/>
        </w:rPr>
        <w:t xml:space="preserve">[1:02:06] </w:t>
      </w:r>
      <w:r>
        <w:t>bohat simple formula hai.</w:t>
      </w:r>
    </w:p>
    <w:p>
      <w:pPr>
        <w:jc w:val="right"/>
      </w:pPr>
      <w:r>
        <w:t>بہت simple فارمولا ہے۔</w:t>
      </w:r>
    </w:p>
    <w:p>
      <w:r>
        <w:rPr>
          <w:b/>
        </w:rPr>
        <w:t xml:space="preserve">[1:02:11] </w:t>
      </w:r>
      <w:r>
        <w:t>kyunke jab aap react karte hain to aap nature ko, apni fitrat ko chance nahi dete.</w:t>
      </w:r>
    </w:p>
    <w:p>
      <w:pPr>
        <w:jc w:val="right"/>
      </w:pPr>
      <w:r>
        <w:t>کیونکہ جب آپ react کرتے ہیں تو آپ nature کو، اپنی فطرت کو chance نہیں دیتے۔</w:t>
      </w:r>
    </w:p>
    <w:p>
      <w:r>
        <w:rPr>
          <w:b/>
        </w:rPr>
        <w:t xml:space="preserve">[1:02:16] </w:t>
      </w:r>
      <w:r>
        <w:t>jab aap ne react kiya to aap ne apni fitrat ko chance nahi diya.</w:t>
      </w:r>
    </w:p>
    <w:p>
      <w:pPr>
        <w:jc w:val="right"/>
      </w:pPr>
      <w:r>
        <w:t>جب آپ نے react کیا تو آپ نے اپنی فطرت کو chance نہیں دیا۔</w:t>
      </w:r>
    </w:p>
    <w:p>
      <w:r>
        <w:rPr>
          <w:b/>
        </w:rPr>
        <w:t xml:space="preserve">[1:02:21] </w:t>
      </w:r>
      <w:r>
        <w:t>phir aap ne jo other party hai, us ko de diya.</w:t>
      </w:r>
    </w:p>
    <w:p>
      <w:pPr>
        <w:jc w:val="right"/>
      </w:pPr>
      <w:r>
        <w:t>پھر آپ نے جو other party ہے، اس کو دے دیا۔</w:t>
      </w:r>
    </w:p>
    <w:p>
      <w:r>
        <w:rPr>
          <w:b/>
        </w:rPr>
        <w:t xml:space="preserve">[1:02:26] </w:t>
      </w:r>
      <w:r>
        <w:t>yani gend jo hai, gend nature ko dene ke bajaye other party ko de diya.</w:t>
      </w:r>
    </w:p>
    <w:p>
      <w:pPr>
        <w:jc w:val="right"/>
      </w:pPr>
      <w:r>
        <w:t>یعنی گیند جو ہے، گیند nature کو دینے کے بجائے other party کو دے دیا۔</w:t>
      </w:r>
    </w:p>
    <w:p>
      <w:r>
        <w:rPr>
          <w:b/>
        </w:rPr>
        <w:t xml:space="preserve">[1:02:31] </w:t>
      </w:r>
      <w:r>
        <w:t>jaise aap jante hain ke gend ka jo khel hota hai, us mein har pillar ki koshish hoti</w:t>
      </w:r>
    </w:p>
    <w:p>
      <w:pPr>
        <w:jc w:val="right"/>
      </w:pPr>
      <w:r>
        <w:t>جیسے آپ جانتے ہیں کہ گیند کا جو کھیل ہوتا ہے، اس میں ہر پلر کی کوشش ہوتی</w:t>
      </w:r>
    </w:p>
    <w:p>
      <w:r>
        <w:rPr>
          <w:b/>
        </w:rPr>
        <w:t xml:space="preserve">[1:02:36] </w:t>
      </w:r>
      <w:r>
        <w:t>hai ke wo gend ko apni team ko de.</w:t>
      </w:r>
    </w:p>
    <w:p>
      <w:pPr>
        <w:jc w:val="right"/>
      </w:pPr>
      <w:r>
        <w:t>ہے کہ وہ گیند کو اپنی ٹیم کو دے۔</w:t>
      </w:r>
    </w:p>
    <w:p>
      <w:r>
        <w:rPr>
          <w:b/>
        </w:rPr>
        <w:t xml:space="preserve">[1:02:41] </w:t>
      </w:r>
      <w:r>
        <w:t>agar aap gend ka khel jante hain to aap ko maloom hoga ke ek pillar ke paas jab</w:t>
      </w:r>
    </w:p>
    <w:p>
      <w:pPr>
        <w:jc w:val="right"/>
      </w:pPr>
      <w:r>
        <w:t>اگر آپ گیند کا کھیل جانتے ہیں تو آپ کو معلوم ہوگا کہ ایک پلر کے پاس جب</w:t>
      </w:r>
    </w:p>
    <w:p>
      <w:r>
        <w:rPr>
          <w:b/>
        </w:rPr>
        <w:t xml:space="preserve">[1:02:46] </w:t>
      </w:r>
      <w:r>
        <w:t>gend aati hai to woh foran chahta hai ke doosre pillar ko de woh gend.</w:t>
      </w:r>
    </w:p>
    <w:p>
      <w:pPr>
        <w:jc w:val="right"/>
      </w:pPr>
      <w:r>
        <w:t>گیند آتی ہے تو وہ فوراً چاہتا ہے کہ دوسرے پلر کو دے وہ گیند۔</w:t>
      </w:r>
    </w:p>
    <w:p>
      <w:r>
        <w:rPr>
          <w:b/>
        </w:rPr>
        <w:t xml:space="preserve">[1:02:51] </w:t>
      </w:r>
      <w:r>
        <w:t>to aap ke paas aise har mauqe par ek gend hoti hai.</w:t>
      </w:r>
    </w:p>
    <w:p>
      <w:pPr>
        <w:jc w:val="right"/>
      </w:pPr>
      <w:r>
        <w:t>تو آپ کے پاس ایسے ہر موقع پر ایک گیند ہوتی ہے۔</w:t>
      </w:r>
    </w:p>
    <w:p>
      <w:r>
        <w:rPr>
          <w:b/>
        </w:rPr>
        <w:t xml:space="preserve">[1:02:56] </w:t>
      </w:r>
      <w:r>
        <w:t>is gend ko aap dijiye apni nature ke.</w:t>
      </w:r>
    </w:p>
    <w:p>
      <w:pPr>
        <w:jc w:val="right"/>
      </w:pPr>
      <w:r>
        <w:t>اس گیند کو آپ دیجیے اپنی nature کے۔</w:t>
      </w:r>
    </w:p>
    <w:p>
      <w:r>
        <w:rPr>
          <w:b/>
        </w:rPr>
        <w:t xml:space="preserve">[1:03:01] </w:t>
      </w:r>
      <w:r>
        <w:t>aap ke opposite party ko mat dijiye.</w:t>
      </w:r>
    </w:p>
    <w:p>
      <w:pPr>
        <w:jc w:val="right"/>
      </w:pPr>
      <w:r>
        <w:t>آپ کے opposite party کو مت دیجیے۔</w:t>
      </w:r>
    </w:p>
    <w:p>
      <w:r>
        <w:rPr>
          <w:b/>
        </w:rPr>
        <w:t xml:space="preserve">[1:03:07] </w:t>
      </w:r>
      <w:r>
        <w:t>jab react kiya aap ne to gend de diya aap ne apni opposite party ko.</w:t>
      </w:r>
    </w:p>
    <w:p>
      <w:pPr>
        <w:jc w:val="right"/>
      </w:pPr>
      <w:r>
        <w:t>جب react کیا آپ نے تو گیند دے دیا آپ نے اپنی opposite party کو۔</w:t>
      </w:r>
    </w:p>
    <w:p>
      <w:r>
        <w:rPr>
          <w:b/>
        </w:rPr>
        <w:t xml:space="preserve">[1:03:12] </w:t>
      </w:r>
      <w:r>
        <w:t>aur chup rahe aap to aap ne gend de diya aap apni nature ko.</w:t>
      </w:r>
    </w:p>
    <w:p>
      <w:pPr>
        <w:jc w:val="right"/>
      </w:pPr>
      <w:r>
        <w:t>اور چپ رہے آپ تو آپ نے گیند دے دیا آپ اپنی nature کو۔</w:t>
      </w:r>
    </w:p>
    <w:p>
      <w:r>
        <w:rPr>
          <w:b/>
        </w:rPr>
        <w:t xml:space="preserve">[1:03:17] </w:t>
      </w:r>
      <w:r>
        <w:t>simple formula hai.</w:t>
      </w:r>
    </w:p>
    <w:p>
      <w:pPr>
        <w:jc w:val="right"/>
      </w:pPr>
      <w:r>
        <w:t>Simple فارمولا ہے۔</w:t>
      </w:r>
    </w:p>
    <w:p>
      <w:r>
        <w:rPr>
          <w:b/>
        </w:rPr>
        <w:t xml:space="preserve">[1:03:22] </w:t>
      </w:r>
      <w:r>
        <w:t>bilkul simple formula hai.</w:t>
      </w:r>
    </w:p>
    <w:p>
      <w:pPr>
        <w:jc w:val="right"/>
      </w:pPr>
      <w:r>
        <w:t>بالکل simple فارمولا ہے۔</w:t>
      </w:r>
    </w:p>
    <w:p>
      <w:r>
        <w:rPr>
          <w:b/>
        </w:rPr>
        <w:t xml:space="preserve">[1:03:27] </w:t>
      </w:r>
      <w:r>
        <w:t>aur main kisi ko bhi kehta hoon ke aap is ka tajruba kar ke dekhiye.</w:t>
      </w:r>
    </w:p>
    <w:p>
      <w:pPr>
        <w:jc w:val="right"/>
      </w:pPr>
      <w:r>
        <w:t>اور میں کسی کو بھی کہتا ہوں کہ آپ اس کا تجربہ کر کے دیکھیے۔</w:t>
      </w:r>
    </w:p>
    <w:p>
      <w:r>
        <w:rPr>
          <w:b/>
        </w:rPr>
        <w:t xml:space="preserve">[1:03:32] </w:t>
      </w:r>
      <w:r>
        <w:t>gend apni nature ko dijiye, opposite party ko mat dijiye.</w:t>
      </w:r>
    </w:p>
    <w:p>
      <w:pPr>
        <w:jc w:val="right"/>
      </w:pPr>
      <w:r>
        <w:t>گیند اپنی nature کو دیجیے، opposite party کو مت دیجیے۔</w:t>
      </w:r>
    </w:p>
    <w:p>
      <w:r>
        <w:rPr>
          <w:b/>
        </w:rPr>
        <w:t xml:space="preserve">[1:03:37] </w:t>
      </w:r>
      <w:r>
        <w:t>to kya hoga? Chain reaction nahi banega.</w:t>
      </w:r>
    </w:p>
    <w:p>
      <w:pPr>
        <w:jc w:val="right"/>
      </w:pPr>
      <w:r>
        <w:t>تو کیا ہوگا؟ Chain reaction نہیں بنے گا۔</w:t>
      </w:r>
    </w:p>
    <w:p>
      <w:r>
        <w:rPr>
          <w:b/>
        </w:rPr>
        <w:t xml:space="preserve">[1:03:42] </w:t>
      </w:r>
      <w:r>
        <w:t>aur sab se buri cheez duniya mein chain reaction hai.</w:t>
      </w:r>
    </w:p>
    <w:p>
      <w:pPr>
        <w:jc w:val="right"/>
      </w:pPr>
      <w:r>
        <w:t>اور سب سے بری چیز دنیا میں chain reaction ہے۔</w:t>
      </w:r>
    </w:p>
    <w:p>
      <w:r>
        <w:rPr>
          <w:b/>
        </w:rPr>
        <w:t xml:space="preserve">[1:03:47] </w:t>
      </w:r>
      <w:r>
        <w:t>is se inteqaam hota hai, is se nafratein hoti hain, is se ladai hoti hai, is se sab</w:t>
      </w:r>
    </w:p>
    <w:p>
      <w:pPr>
        <w:jc w:val="right"/>
      </w:pPr>
      <w:r>
        <w:t>اس سے انتقام ہوتا ہے، اس سے نفرتیں ہوتی ہیں، اس سے لڑائی ہوتی ہے، اس سے سب</w:t>
      </w:r>
    </w:p>
    <w:p>
      <w:r>
        <w:rPr>
          <w:b/>
        </w:rPr>
        <w:t xml:space="preserve">[1:03:52] </w:t>
      </w:r>
      <w:r>
        <w:t>kuch hota hai.</w:t>
      </w:r>
    </w:p>
    <w:p>
      <w:pPr>
        <w:jc w:val="right"/>
      </w:pPr>
      <w:r>
        <w:t>کچھ ہوتا ہے۔</w:t>
      </w:r>
    </w:p>
    <w:p>
      <w:r>
        <w:rPr>
          <w:b/>
        </w:rPr>
        <w:t xml:space="preserve">[1:03:57] </w:t>
      </w:r>
      <w:r>
        <w:t>chain reaction se.</w:t>
      </w:r>
    </w:p>
    <w:p>
      <w:pPr>
        <w:jc w:val="right"/>
      </w:pPr>
      <w:r>
        <w:t>Chain reaction سے۔</w:t>
      </w:r>
    </w:p>
    <w:p>
      <w:r>
        <w:rPr>
          <w:b/>
        </w:rPr>
        <w:t xml:space="preserve">[1:04:02] </w:t>
      </w:r>
      <w:r>
        <w:t>to chain reaction se bachane ka tareeqa kya hai? Bas chup ho jaiye aur gend ko de dijiye</w:t>
      </w:r>
    </w:p>
    <w:p>
      <w:pPr>
        <w:jc w:val="right"/>
      </w:pPr>
      <w:r>
        <w:t>تو chain reaction سے بچانے کا طریقہ کیا ہے؟ بس چپ ہو جائیے اور گیند کو دے دیجیے</w:t>
      </w:r>
    </w:p>
    <w:p>
      <w:r>
        <w:rPr>
          <w:b/>
        </w:rPr>
        <w:t xml:space="preserve">[1:04:07] </w:t>
      </w:r>
      <w:r>
        <w:t>khud apni nature ki taraf. Bas.</w:t>
      </w:r>
    </w:p>
    <w:p>
      <w:pPr>
        <w:jc w:val="right"/>
      </w:pPr>
      <w:r>
        <w:t>خود اپنی nature کی طرف۔ بس۔</w:t>
      </w:r>
    </w:p>
    <w:p>
      <w:r>
        <w:rPr>
          <w:b/>
        </w:rPr>
        <w:t xml:space="preserve">[1:04:13] </w:t>
      </w:r>
      <w:r>
        <w:t>maulana, agla sawal bheja hai Pakistan se Miss Shabana Ansari ne aur unhon ne likha hai: if everyone</w:t>
      </w:r>
    </w:p>
    <w:p>
      <w:pPr>
        <w:jc w:val="right"/>
      </w:pPr>
      <w:r>
        <w:t>مولانا، اگلا سوال بھیجا ہے پاکستان سے Miss شبانہ انصاری نے اور انہوں نے لکھا ہے: if everyone</w:t>
      </w:r>
    </w:p>
    <w:p>
      <w:r>
        <w:rPr>
          <w:b/>
        </w:rPr>
        <w:t xml:space="preserve">[1:04:18] </w:t>
      </w:r>
      <w:r>
        <w:t>gets perfect life in this world then who will desire for paradise aur Maulana sahib, isi support mein</w:t>
      </w:r>
    </w:p>
    <w:p>
      <w:pPr>
        <w:jc w:val="right"/>
      </w:pPr>
      <w:r>
        <w:t>gets perfect life in this world then who will desire for paradise اور مولانا صاحب، اسی support میں</w:t>
      </w:r>
    </w:p>
    <w:p>
      <w:r>
        <w:rPr>
          <w:b/>
        </w:rPr>
        <w:t xml:space="preserve">[1:04:23] </w:t>
      </w:r>
      <w:r>
        <w:t>doctor Fareeda Khanam ne Delhi se ek comment likha hai: that a German lady once remarked: "I don't</w:t>
      </w:r>
    </w:p>
    <w:p>
      <w:pPr>
        <w:jc w:val="right"/>
      </w:pPr>
      <w:r>
        <w:t>ڈاکٹر فریدہ خانم نے دلی سے ایک comment لکھا ہے: that a German lady once remarked: "I don't</w:t>
      </w:r>
    </w:p>
    <w:p>
      <w:r>
        <w:rPr>
          <w:b/>
        </w:rPr>
        <w:t xml:space="preserve">[1:04:28] </w:t>
      </w:r>
      <w:r>
        <w:t>need God as I can get everything from the market." to is ke bare mein Maulana, aap ka jawab chahiye.</w:t>
      </w:r>
    </w:p>
    <w:p>
      <w:pPr>
        <w:jc w:val="right"/>
      </w:pPr>
      <w:r>
        <w:t>need God as I can get everything from the market." تو اس کے بارے میں مولانا، آپ کا جواب چاہیے۔</w:t>
      </w:r>
    </w:p>
    <w:p>
      <w:r>
        <w:rPr>
          <w:b/>
        </w:rPr>
        <w:t xml:space="preserve">[1:04:33] </w:t>
      </w:r>
      <w:r>
        <w:t>dekhiye, yeh jo baatein hain, yeh bahut superfluous baatein hain.</w:t>
      </w:r>
    </w:p>
    <w:p>
      <w:pPr>
        <w:jc w:val="right"/>
      </w:pPr>
      <w:r>
        <w:t>دیکھیے، یہ جو باتیں ہیں، یہ بہت superfluous باتیں ہیں۔</w:t>
      </w:r>
    </w:p>
    <w:p>
      <w:r>
        <w:rPr>
          <w:b/>
        </w:rPr>
        <w:t xml:space="preserve">[1:04:38] </w:t>
      </w:r>
      <w:r>
        <w:t>superfluous thinking rehti hai. Superfluous thinking.</w:t>
      </w:r>
    </w:p>
    <w:p>
      <w:pPr>
        <w:jc w:val="right"/>
      </w:pPr>
      <w:r>
        <w:t>Superfluous thinking رہتی ہے۔ Superfluous thinking۔</w:t>
      </w:r>
    </w:p>
    <w:p>
      <w:r>
        <w:rPr>
          <w:b/>
        </w:rPr>
        <w:t xml:space="preserve">[1:04:43] </w:t>
      </w:r>
      <w:r>
        <w:t>haqeeqat hai ke duniya mein aadmi ko milta hi nahi kuch.</w:t>
      </w:r>
    </w:p>
    <w:p>
      <w:pPr>
        <w:jc w:val="right"/>
      </w:pPr>
      <w:r>
        <w:t>حقیقت ہے کہ دنیا میں آدمی کو ملتا ہی نہیں کچھ۔</w:t>
      </w:r>
    </w:p>
    <w:p>
      <w:r>
        <w:rPr>
          <w:b/>
        </w:rPr>
        <w:t xml:space="preserve">[1:04:48] </w:t>
      </w:r>
      <w:r>
        <w:t>sachi baat yeh hai.</w:t>
      </w:r>
    </w:p>
    <w:p>
      <w:pPr>
        <w:jc w:val="right"/>
      </w:pPr>
      <w:r>
        <w:t>سچی بات یہ ہے۔</w:t>
      </w:r>
    </w:p>
    <w:p>
      <w:r>
        <w:rPr>
          <w:b/>
        </w:rPr>
        <w:t xml:space="preserve">[1:04:53] </w:t>
      </w:r>
      <w:r>
        <w:t>woh kuch, yani kam samajh walay log hotay hain jo kehtay hain ke hum ko sab kuch mil gaya hai.</w:t>
      </w:r>
    </w:p>
    <w:p>
      <w:pPr>
        <w:jc w:val="right"/>
      </w:pPr>
      <w:r>
        <w:t>وہ کچھ، یعنی کم سمجھ والے لوگ ہوتے ہیں جو کہتے ہیں کہ ہم کو سب کچھ مل گیا ہے۔</w:t>
      </w:r>
    </w:p>
    <w:p>
      <w:r>
        <w:rPr>
          <w:b/>
        </w:rPr>
        <w:t xml:space="preserve">[1:04:58] </w:t>
      </w:r>
      <w:r>
        <w:t>kyun? dekhiye, milnay ka matlab yeh hai ke woh according to my desire ho.</w:t>
      </w:r>
    </w:p>
    <w:p>
      <w:pPr>
        <w:jc w:val="right"/>
      </w:pPr>
      <w:r>
        <w:t>کیوں؟ دیکھیے، ملنے کا مطلب یہ ہے کہ وہ according to my desire ہو۔</w:t>
      </w:r>
    </w:p>
    <w:p>
      <w:r>
        <w:rPr>
          <w:b/>
        </w:rPr>
        <w:t xml:space="preserve">[1:05:03] </w:t>
      </w:r>
      <w:r>
        <w:t>milna kya hai? woh according to my desire ho.</w:t>
      </w:r>
    </w:p>
    <w:p>
      <w:pPr>
        <w:jc w:val="right"/>
      </w:pPr>
      <w:r>
        <w:t>ملنا کیا ہے؟ وہ according to my desire ہو۔</w:t>
      </w:r>
    </w:p>
    <w:p>
      <w:r>
        <w:rPr>
          <w:b/>
        </w:rPr>
        <w:t xml:space="preserve">[1:05:08] </w:t>
      </w:r>
      <w:r>
        <w:t>to jo desire hai, us ko create karnay wala kon hai? kis ne create kiya hai? woh God</w:t>
      </w:r>
    </w:p>
    <w:p>
      <w:pPr>
        <w:jc w:val="right"/>
      </w:pPr>
      <w:r>
        <w:t>تو جو desire ہے، اس کو create کرنے والا کون ہے؟ کس نے create کیا ہے؟ وہ God</w:t>
      </w:r>
    </w:p>
    <w:p>
      <w:r>
        <w:rPr>
          <w:b/>
        </w:rPr>
        <w:t xml:space="preserve">[1:05:14] </w:t>
      </w:r>
      <w:r>
        <w:t>Almighty ne create kiya hai.</w:t>
      </w:r>
    </w:p>
    <w:p>
      <w:pPr>
        <w:jc w:val="right"/>
      </w:pPr>
      <w:r>
        <w:t>Almighty نے create کیا ہے۔</w:t>
      </w:r>
    </w:p>
    <w:p>
      <w:r>
        <w:rPr>
          <w:b/>
        </w:rPr>
        <w:t xml:space="preserve">[1:05:19] </w:t>
      </w:r>
      <w:r>
        <w:t>aur jo jo deta hai, woh kon hota hai? woh insan hota hai.</w:t>
      </w:r>
    </w:p>
    <w:p>
      <w:pPr>
        <w:jc w:val="right"/>
      </w:pPr>
      <w:r>
        <w:t>اور جو جو دیتا ہے، وہ کون ہوتا ہے؟ وہ انسان ہوتا ہے۔</w:t>
      </w:r>
    </w:p>
    <w:p>
      <w:r>
        <w:rPr>
          <w:b/>
        </w:rPr>
        <w:t xml:space="preserve">[1:05:24] </w:t>
      </w:r>
      <w:r>
        <w:t>insan kabhi bhi is level ka, yani cheez create nahi kar sakta jo God ne create kiya hai.</w:t>
      </w:r>
    </w:p>
    <w:p>
      <w:pPr>
        <w:jc w:val="right"/>
      </w:pPr>
      <w:r>
        <w:t>انسان کبھی بھی اس level کا، یعنی چیز create نہیں کر سکتا جو God نے create کیا ہے۔</w:t>
      </w:r>
    </w:p>
    <w:p>
      <w:r>
        <w:rPr>
          <w:b/>
        </w:rPr>
        <w:t xml:space="preserve">[1:05:29] </w:t>
      </w:r>
      <w:r>
        <w:t>yeh bohat hi sochne ki baat hai.</w:t>
      </w:r>
    </w:p>
    <w:p>
      <w:pPr>
        <w:jc w:val="right"/>
      </w:pPr>
      <w:r>
        <w:t>یہ بہت ہی سوچنے کی بات ہے۔</w:t>
      </w:r>
    </w:p>
    <w:p>
      <w:r>
        <w:rPr>
          <w:b/>
        </w:rPr>
        <w:t xml:space="preserve">[1:05:34] </w:t>
      </w:r>
      <w:r>
        <w:t>hamari desire jo hai, woh creation of God hai.</w:t>
      </w:r>
    </w:p>
    <w:p>
      <w:pPr>
        <w:jc w:val="right"/>
      </w:pPr>
      <w:r>
        <w:t>ہماری desire جو ہے، وہ creation of God ہے۔</w:t>
      </w:r>
    </w:p>
    <w:p>
      <w:r>
        <w:rPr>
          <w:b/>
        </w:rPr>
        <w:t xml:space="preserve">[1:05:39] </w:t>
      </w:r>
      <w:r>
        <w:t>aur jo kuch bhi milti hai hum ko, woh to creation of mind hota hai.</w:t>
      </w:r>
    </w:p>
    <w:p>
      <w:pPr>
        <w:jc w:val="right"/>
      </w:pPr>
      <w:r>
        <w:t>اور جو کچھ بھی ملتی ہے ہم کو، وہ تو creation of mind ہوتا ہے۔</w:t>
      </w:r>
    </w:p>
    <w:p>
      <w:r>
        <w:rPr>
          <w:b/>
        </w:rPr>
        <w:t xml:space="preserve">[1:05:44] </w:t>
      </w:r>
      <w:r>
        <w:t>to hamesha woh hamari desire se kam hota hai.</w:t>
      </w:r>
    </w:p>
    <w:p>
      <w:pPr>
        <w:jc w:val="right"/>
      </w:pPr>
      <w:r>
        <w:t>تو ہمیشہ وہ ہماری desire سے کم ہوتا ہے۔</w:t>
      </w:r>
    </w:p>
    <w:p>
      <w:r>
        <w:rPr>
          <w:b/>
        </w:rPr>
        <w:t xml:space="preserve">[1:05:49] </w:t>
      </w:r>
      <w:r>
        <w:t>less than our desire hamara high taste, hamari high thinking, hamara high sense of enjoyment, woh sab Khuda</w:t>
      </w:r>
    </w:p>
    <w:p>
      <w:pPr>
        <w:jc w:val="right"/>
      </w:pPr>
      <w:r>
        <w:t>less than our desire ہمارا high taste، ہماری high thinking، ہمارا high sense of enjoyment، وہ سب خدا</w:t>
      </w:r>
    </w:p>
    <w:p>
      <w:r>
        <w:rPr>
          <w:b/>
        </w:rPr>
        <w:t xml:space="preserve">[1:05:54] </w:t>
      </w:r>
      <w:r>
        <w:t>ka paida kiya hua hai.</w:t>
      </w:r>
    </w:p>
    <w:p>
      <w:pPr>
        <w:jc w:val="right"/>
      </w:pPr>
      <w:r>
        <w:t>کا پیدا کیا ہوا ہے۔</w:t>
      </w:r>
    </w:p>
    <w:p>
      <w:r>
        <w:rPr>
          <w:b/>
        </w:rPr>
        <w:t xml:space="preserve">[1:05:59] </w:t>
      </w:r>
      <w:r>
        <w:t>bohat hi ooncha hai.</w:t>
      </w:r>
    </w:p>
    <w:p>
      <w:pPr>
        <w:jc w:val="right"/>
      </w:pPr>
      <w:r>
        <w:t>بہت ہی اونچا ہے۔</w:t>
      </w:r>
    </w:p>
    <w:p>
      <w:r>
        <w:rPr>
          <w:b/>
        </w:rPr>
        <w:t xml:space="preserve">[1:06:04] </w:t>
      </w:r>
      <w:r>
        <w:t>yeh kehna ghalat hai ke bazaar mein milti hain woh cheezein.</w:t>
      </w:r>
    </w:p>
    <w:p>
      <w:pPr>
        <w:jc w:val="right"/>
      </w:pPr>
      <w:r>
        <w:t>یہ کہنا غلط ہے کہ بازار میں ملتی ہیں وہ چیزیں۔</w:t>
      </w:r>
    </w:p>
    <w:p>
      <w:r>
        <w:rPr>
          <w:b/>
        </w:rPr>
        <w:t xml:space="preserve">[1:06:09] </w:t>
      </w:r>
      <w:r>
        <w:t>bazaar mein less than our desire hoti hain.</w:t>
      </w:r>
    </w:p>
    <w:p>
      <w:pPr>
        <w:jc w:val="right"/>
      </w:pPr>
      <w:r>
        <w:t>بازار میں less than our desire ہوتی ہیں۔</w:t>
      </w:r>
    </w:p>
    <w:p>
      <w:r>
        <w:rPr>
          <w:b/>
        </w:rPr>
        <w:t xml:space="preserve">[1:06:14] </w:t>
      </w:r>
      <w:r>
        <w:t>misal ke tor par, mein apna aik qissa batata hoon.</w:t>
      </w:r>
    </w:p>
    <w:p>
      <w:pPr>
        <w:jc w:val="right"/>
      </w:pPr>
      <w:r>
        <w:t>مثلاً، میں اپنا ایک قصہ بتاتا ہوں۔</w:t>
      </w:r>
    </w:p>
    <w:p>
      <w:r>
        <w:rPr>
          <w:b/>
        </w:rPr>
        <w:t xml:space="preserve">[1:06:20] </w:t>
      </w:r>
      <w:r>
        <w:t>mein Baba Dhud gaya.</w:t>
      </w:r>
    </w:p>
    <w:p>
      <w:pPr>
        <w:jc w:val="right"/>
      </w:pPr>
      <w:r>
        <w:t>میں بابا ڈھوڈ گیا۔</w:t>
      </w:r>
    </w:p>
    <w:p>
      <w:r>
        <w:rPr>
          <w:b/>
        </w:rPr>
        <w:t xml:space="preserve">[1:06:25] </w:t>
      </w:r>
      <w:r>
        <w:t>Baba Dhud mein aik sahib thay jo bohat hi kamyab doctor thay.</w:t>
      </w:r>
    </w:p>
    <w:p>
      <w:pPr>
        <w:jc w:val="right"/>
      </w:pPr>
      <w:r>
        <w:t>بابا ڈھوڈ میں ایک صاحب تھے جو بہت ہی کامیاب ڈاکٹر تھے۔</w:t>
      </w:r>
    </w:p>
    <w:p>
      <w:r>
        <w:rPr>
          <w:b/>
        </w:rPr>
        <w:t xml:space="preserve">[1:06:30] </w:t>
      </w:r>
      <w:r>
        <w:t>bohat paisa tha un ke paas.</w:t>
      </w:r>
    </w:p>
    <w:p>
      <w:pPr>
        <w:jc w:val="right"/>
      </w:pPr>
      <w:r>
        <w:t>بہت پیسہ تھا ان کے پاس۔</w:t>
      </w:r>
    </w:p>
    <w:p>
      <w:r>
        <w:rPr>
          <w:b/>
        </w:rPr>
        <w:t xml:space="preserve">[1:06:35] </w:t>
      </w:r>
      <w:r>
        <w:t>to unhon ne bohat hi mehngi gaari khareedi thi, kai crore rupay ki. Automatic car.</w:t>
      </w:r>
    </w:p>
    <w:p>
      <w:pPr>
        <w:jc w:val="right"/>
      </w:pPr>
      <w:r>
        <w:t>تو انہوں نے بہت ہی مہنگی گاڑی خریدی تھی، کئی کروڑ روپے کی۔ Automatic car۔</w:t>
      </w:r>
    </w:p>
    <w:p>
      <w:r>
        <w:rPr>
          <w:b/>
        </w:rPr>
        <w:t xml:space="preserve">[1:06:40] </w:t>
      </w:r>
      <w:r>
        <w:t>abhi aayi thi, woh abhi woh bethay nahi thay.</w:t>
      </w:r>
    </w:p>
    <w:p>
      <w:pPr>
        <w:jc w:val="right"/>
      </w:pPr>
      <w:r>
        <w:t>ابھی آئی تھی، وہ ابھی وہ بیٹھے نہیں تھے۔</w:t>
      </w:r>
    </w:p>
    <w:p>
      <w:r>
        <w:rPr>
          <w:b/>
        </w:rPr>
        <w:t xml:space="preserve">[1:06:45] </w:t>
      </w:r>
      <w:r>
        <w:t>to barkat ke liye unhon ne kaha ke mujhe, mujhe bithanay ke liye.</w:t>
      </w:r>
    </w:p>
    <w:p>
      <w:pPr>
        <w:jc w:val="right"/>
      </w:pPr>
      <w:r>
        <w:t>تو برکت کے لیے انہوں نے کہا کہ مجھے، مجھے بٹھانے کے لیے۔</w:t>
      </w:r>
    </w:p>
    <w:p>
      <w:r>
        <w:rPr>
          <w:b/>
        </w:rPr>
        <w:t xml:space="preserve">[1:06:50] </w:t>
      </w:r>
      <w:r>
        <w:t>woh bohat hi, bohat achi gaari thi, woh kai crore rupay ki.</w:t>
      </w:r>
    </w:p>
    <w:p>
      <w:pPr>
        <w:jc w:val="right"/>
      </w:pPr>
      <w:r>
        <w:t>وہ بہت ہی، بہت اچھی گاڑی تھی، وہ کئی کروڑ روپے کی۔</w:t>
      </w:r>
    </w:p>
    <w:p>
      <w:r>
        <w:rPr>
          <w:b/>
        </w:rPr>
        <w:t xml:space="preserve">[1:06:55] </w:t>
      </w:r>
      <w:r>
        <w:t>to barkat ke liye unhon ne kaha ke apne driver se un ko bithao aur baba dhodh ghamao un ko.</w:t>
      </w:r>
    </w:p>
    <w:p>
      <w:pPr>
        <w:jc w:val="right"/>
      </w:pPr>
      <w:r>
        <w:t>تو برکت کے لیے انہوں نے کہا کہ اپنے ڈرائیور سے ان کو بٹھاؤ اور بابا ڈھوڈ گھماؤ ان کو۔</w:t>
      </w:r>
    </w:p>
    <w:p>
      <w:r>
        <w:rPr>
          <w:b/>
        </w:rPr>
        <w:t xml:space="preserve">[1:07:00] </w:t>
      </w:r>
      <w:r>
        <w:t>aisa mein baitha gaari par un ki.</w:t>
      </w:r>
    </w:p>
    <w:p>
      <w:pPr>
        <w:jc w:val="right"/>
      </w:pPr>
      <w:r>
        <w:t>ایسا میں بیٹھا گاڑی پر ان کی۔</w:t>
      </w:r>
    </w:p>
    <w:p>
      <w:r>
        <w:rPr>
          <w:b/>
        </w:rPr>
        <w:t xml:space="preserve">[1:07:05] </w:t>
      </w:r>
      <w:r>
        <w:t>to kya hai ke mein car sick hoon, mujhe car mein chakkar aa jata hai.</w:t>
      </w:r>
    </w:p>
    <w:p>
      <w:pPr>
        <w:jc w:val="right"/>
      </w:pPr>
      <w:r>
        <w:t>تو کیا ہے کہ میں کار سکھ ہوں، مجھے کار میں چکر آ جاتا ہے۔</w:t>
      </w:r>
    </w:p>
    <w:p>
      <w:r>
        <w:rPr>
          <w:b/>
        </w:rPr>
        <w:t xml:space="preserve">[1:07:10] </w:t>
      </w:r>
      <w:r>
        <w:t>to thori dair jab woh gaya, us ke baad mujhe sir mein chakkar aa gaya.</w:t>
      </w:r>
    </w:p>
    <w:p>
      <w:pPr>
        <w:jc w:val="right"/>
      </w:pPr>
      <w:r>
        <w:t>تو تھوڑی دیر جب وہ گیا، اس کے بعد مجھے سر میں چکر آ گیا۔</w:t>
      </w:r>
    </w:p>
    <w:p>
      <w:r>
        <w:rPr>
          <w:b/>
        </w:rPr>
        <w:t xml:space="preserve">[1:07:15] </w:t>
      </w:r>
      <w:r>
        <w:t>mein ne kaha bhai, wapas chalo mujh ko, mujhe baar baar nahi dekhna hai.</w:t>
      </w:r>
    </w:p>
    <w:p>
      <w:pPr>
        <w:jc w:val="right"/>
      </w:pPr>
      <w:r>
        <w:t>میں نے کہا بھائی، واپس چلو مجھ کو، مجھے بار بار نہیں دیکھنا ہے۔</w:t>
      </w:r>
    </w:p>
    <w:p>
      <w:r>
        <w:rPr>
          <w:b/>
        </w:rPr>
        <w:t xml:space="preserve">[1:07:20] </w:t>
      </w:r>
      <w:r>
        <w:t>aise hi mein aik baar tha, aik bohat hi zabardast hotel mein thehra tha bahar.</w:t>
      </w:r>
    </w:p>
    <w:p>
      <w:pPr>
        <w:jc w:val="right"/>
      </w:pPr>
      <w:r>
        <w:t>ایسے ہی میں ایک بار تھا، ایک بہت ہی زبردست ہوٹل میں ٹھہرا تھا باہر۔</w:t>
      </w:r>
    </w:p>
    <w:p>
      <w:r>
        <w:rPr>
          <w:b/>
        </w:rPr>
        <w:t xml:space="preserve">[1:07:26] </w:t>
      </w:r>
      <w:r>
        <w:t>to breakfast mein aap jante hain ke woh khol dete hain.</w:t>
      </w:r>
    </w:p>
    <w:p>
      <w:pPr>
        <w:jc w:val="right"/>
      </w:pPr>
      <w:r>
        <w:t>تو breakfast میں آپ جانتے ہیں کہ وہ کھول دیتے ہیں۔</w:t>
      </w:r>
    </w:p>
    <w:p>
      <w:r>
        <w:rPr>
          <w:b/>
        </w:rPr>
        <w:t xml:space="preserve">[1:07:31] </w:t>
      </w:r>
      <w:r>
        <w:t>har aadmi ja kar khud breakfast ka saman leta hai, khata hai.</w:t>
      </w:r>
    </w:p>
    <w:p>
      <w:pPr>
        <w:jc w:val="right"/>
      </w:pPr>
      <w:r>
        <w:t>ہر آدمی جا کر خود breakfast کا سامان لیتا ہے، کھاتا ہے۔</w:t>
      </w:r>
    </w:p>
    <w:p>
      <w:r>
        <w:rPr>
          <w:b/>
        </w:rPr>
        <w:t xml:space="preserve">[1:07:36] </w:t>
      </w:r>
      <w:r>
        <w:t>koi serve nahi karta wahan, aap khud ja kar lete hain.</w:t>
      </w:r>
    </w:p>
    <w:p>
      <w:pPr>
        <w:jc w:val="right"/>
      </w:pPr>
      <w:r>
        <w:t>کوئی serve نہیں کرتا وہاں، آپ خود جا کر لیتے ہیں۔</w:t>
      </w:r>
    </w:p>
    <w:p>
      <w:r>
        <w:rPr>
          <w:b/>
        </w:rPr>
        <w:t xml:space="preserve">[1:07:41] </w:t>
      </w:r>
      <w:r>
        <w:t>to mein le ke ja kar laya, kuch butter, kuch kuch saman is tarah ka.</w:t>
      </w:r>
    </w:p>
    <w:p>
      <w:pPr>
        <w:jc w:val="right"/>
      </w:pPr>
      <w:r>
        <w:t>تو میں لے کے جا کر لایا، کچھ butter، کچھ کچھ سامان اس طرح کا۔</w:t>
      </w:r>
    </w:p>
    <w:p>
      <w:r>
        <w:rPr>
          <w:b/>
        </w:rPr>
        <w:t xml:space="preserve">[1:07:46] </w:t>
      </w:r>
      <w:r>
        <w:t>aur la ke baitha mein aik akele mez par.</w:t>
      </w:r>
    </w:p>
    <w:p>
      <w:pPr>
        <w:jc w:val="right"/>
      </w:pPr>
      <w:r>
        <w:t>اور لا کے بیٹھا میں ایک اکیلے میز پر۔</w:t>
      </w:r>
    </w:p>
    <w:p>
      <w:r>
        <w:rPr>
          <w:b/>
        </w:rPr>
        <w:t xml:space="preserve">[1:07:51] </w:t>
      </w:r>
      <w:r>
        <w:t>aur bohat is ka jo, woh woh jo hotel tha, aik dam samandar ke kinare tha.</w:t>
      </w:r>
    </w:p>
    <w:p>
      <w:pPr>
        <w:jc w:val="right"/>
      </w:pPr>
      <w:r>
        <w:t>اور بہت اس کا جو، وہ وہ جو ہوٹل تھا، ایک دم سمندر کے کنارے تھا۔</w:t>
      </w:r>
    </w:p>
    <w:p>
      <w:r>
        <w:rPr>
          <w:b/>
        </w:rPr>
        <w:t xml:space="preserve">[1:07:56] </w:t>
      </w:r>
      <w:r>
        <w:t>bohat hi beautiful scene tha wahan.</w:t>
      </w:r>
    </w:p>
    <w:p>
      <w:pPr>
        <w:jc w:val="right"/>
      </w:pPr>
      <w:r>
        <w:t>بہت ہی beautiful scene تھا وہاں۔</w:t>
      </w:r>
    </w:p>
    <w:p>
      <w:r>
        <w:rPr>
          <w:b/>
        </w:rPr>
        <w:t xml:space="preserve">[1:08:01] </w:t>
      </w:r>
      <w:r>
        <w:t>wahan baitha hoon aur best khana mere samne hai.</w:t>
      </w:r>
    </w:p>
    <w:p>
      <w:pPr>
        <w:jc w:val="right"/>
      </w:pPr>
      <w:r>
        <w:t>وہاں بیٹھا ہوں اور best کھانا میرے سامنے ہے۔</w:t>
      </w:r>
    </w:p>
    <w:p>
      <w:r>
        <w:rPr>
          <w:b/>
        </w:rPr>
        <w:t xml:space="preserve">[1:08:06] </w:t>
      </w:r>
      <w:r>
        <w:t>lekin jab mein ne is ko khana shuru kiya to yaqeen kijiye ke mere taste se kam tha.</w:t>
      </w:r>
    </w:p>
    <w:p>
      <w:pPr>
        <w:jc w:val="right"/>
      </w:pPr>
      <w:r>
        <w:t>لیکن جب میں نے اس کو کھانا شروع کیا تو یقین کیجیے کہ میرے taste سے کم تھا۔</w:t>
      </w:r>
    </w:p>
    <w:p>
      <w:r>
        <w:rPr>
          <w:b/>
        </w:rPr>
        <w:t xml:space="preserve">[1:08:11] </w:t>
      </w:r>
      <w:r>
        <w:t>woh mere jo taste buds hain, mere mere taste buds to Khuda ke banaye hue hain.</w:t>
      </w:r>
    </w:p>
    <w:p>
      <w:pPr>
        <w:jc w:val="right"/>
      </w:pPr>
      <w:r>
        <w:t>وہ میرے جو taste buds ہیں، میرے میرے taste buds تو خدا کے بنائے ہوئے ہیں۔</w:t>
      </w:r>
    </w:p>
    <w:p>
      <w:r>
        <w:rPr>
          <w:b/>
        </w:rPr>
        <w:t xml:space="preserve">[1:08:16] </w:t>
      </w:r>
      <w:r>
        <w:t>aur woh tha kisi insan ka banaya hua.</w:t>
      </w:r>
    </w:p>
    <w:p>
      <w:pPr>
        <w:jc w:val="right"/>
      </w:pPr>
      <w:r>
        <w:t>اور وہ تھا کسی انسان کا بنایا ہوا۔</w:t>
      </w:r>
    </w:p>
    <w:p>
      <w:r>
        <w:rPr>
          <w:b/>
        </w:rPr>
        <w:t xml:space="preserve">[1:08:21] </w:t>
      </w:r>
      <w:r>
        <w:t>to mein itna rone laga, mein rone laga ke Khuda ya!</w:t>
      </w:r>
    </w:p>
    <w:p>
      <w:pPr>
        <w:jc w:val="right"/>
      </w:pPr>
      <w:r>
        <w:t>تو میں اتنا رونے لگا، میں رونے لگا کہ خدایا!</w:t>
      </w:r>
    </w:p>
    <w:p>
      <w:r>
        <w:rPr>
          <w:b/>
        </w:rPr>
        <w:t xml:space="preserve">[1:08:27] </w:t>
      </w:r>
      <w:r>
        <w:t>woh insan jis ko dunya ke sab se achhe hotel mein pleasure nahi mil raha, jo us ke</w:t>
      </w:r>
    </w:p>
    <w:p>
      <w:pPr>
        <w:jc w:val="right"/>
      </w:pPr>
      <w:r>
        <w:t>وہ انسان جس کو دنیا کے سب سے اچھے ہوٹل میں pleasure نہیں مل رہا، جو اس کے</w:t>
      </w:r>
    </w:p>
    <w:p>
      <w:r>
        <w:rPr>
          <w:b/>
        </w:rPr>
        <w:t xml:space="preserve">[1:08:32] </w:t>
      </w:r>
      <w:r>
        <w:t>sab se achhe khane mein us ko us ka taste jo hai, us ke mutabiq nahi mil raha,</w:t>
      </w:r>
    </w:p>
    <w:p>
      <w:pPr>
        <w:jc w:val="right"/>
      </w:pPr>
      <w:r>
        <w:t>سب سے اچھے کھانے میں اس کو اس کا taste جو ہے، اس کے مطابق نہیں مل رہا،</w:t>
      </w:r>
    </w:p>
    <w:p>
      <w:r>
        <w:rPr>
          <w:b/>
        </w:rPr>
        <w:t xml:space="preserve">[1:08:37] </w:t>
      </w:r>
      <w:r>
        <w:t>to kya anjam hoga mera? yeh jo log aisi baatein bolte hain, unhon ne apne taste buds ko</w:t>
      </w:r>
    </w:p>
    <w:p>
      <w:pPr>
        <w:jc w:val="right"/>
      </w:pPr>
      <w:r>
        <w:t>تو کیا انجام ہوگا میرا؟ یہ جو لوگ ایسی باتیں بولتے ہیں، انہوں نے اپنے taste buds کو</w:t>
      </w:r>
    </w:p>
    <w:p>
      <w:r>
        <w:rPr>
          <w:b/>
        </w:rPr>
        <w:t xml:space="preserve">[1:08:43] </w:t>
      </w:r>
      <w:r>
        <w:t>kharab kar rakha hai.</w:t>
      </w:r>
    </w:p>
    <w:p>
      <w:pPr>
        <w:jc w:val="right"/>
      </w:pPr>
      <w:r>
        <w:t>خراب کر رکھا ہے۔</w:t>
      </w:r>
    </w:p>
    <w:p>
      <w:r>
        <w:rPr>
          <w:b/>
        </w:rPr>
        <w:t xml:space="preserve">[1:08:48] </w:t>
      </w:r>
      <w:r>
        <w:t>hamari family mein aik sahab the jo choona bohat khate the, pan mein.</w:t>
      </w:r>
    </w:p>
    <w:p>
      <w:pPr>
        <w:jc w:val="right"/>
      </w:pPr>
      <w:r>
        <w:t>ہماری family میں ایک صاحب تھے جو چونا بہت کھاتے تھے، پان میں۔</w:t>
      </w:r>
    </w:p>
    <w:p>
      <w:r>
        <w:rPr>
          <w:b/>
        </w:rPr>
        <w:t xml:space="preserve">[1:08:54] </w:t>
      </w:r>
      <w:r>
        <w:t>pan mein choona bohat khate the.</w:t>
      </w:r>
    </w:p>
    <w:p>
      <w:pPr>
        <w:jc w:val="right"/>
      </w:pPr>
      <w:r>
        <w:t>پان میں چونا بہت کھاتے تھے۔</w:t>
      </w:r>
    </w:p>
    <w:p>
      <w:r>
        <w:rPr>
          <w:b/>
        </w:rPr>
        <w:t xml:space="preserve">[1:08:59] </w:t>
      </w:r>
      <w:r>
        <w:t>to koi cheez unhein lagti thi ke achhi hai ya kharab.</w:t>
      </w:r>
    </w:p>
    <w:p>
      <w:pPr>
        <w:jc w:val="right"/>
      </w:pPr>
      <w:r>
        <w:t>تو کوئی چیز انہیں لگتی تھی کہ اچھی ہے یا خراب۔</w:t>
      </w:r>
    </w:p>
    <w:p>
      <w:r>
        <w:rPr>
          <w:b/>
        </w:rPr>
        <w:t xml:space="preserve">[1:09:04] </w:t>
      </w:r>
      <w:r>
        <w:t>un ki zaban aisi ho gayi thi ke un ke taste buds jo the, kund ho gaye thay.</w:t>
      </w:r>
    </w:p>
    <w:p>
      <w:pPr>
        <w:jc w:val="right"/>
      </w:pPr>
      <w:r>
        <w:t>ان کی زبان ایسی ہو گئی تھی کہ ان کے taste buds جو تھے، کند ہو گئے تھے۔</w:t>
      </w:r>
    </w:p>
    <w:p>
      <w:r>
        <w:rPr>
          <w:b/>
        </w:rPr>
        <w:t xml:space="preserve">[1:09:10] </w:t>
      </w:r>
      <w:r>
        <w:t>to logon ne apne taste ko kund kar rakha hai, apni soch ko bigar rakha hai.</w:t>
      </w:r>
    </w:p>
    <w:p>
      <w:pPr>
        <w:jc w:val="right"/>
      </w:pPr>
      <w:r>
        <w:t>تو لوگوں نے اپنے taste کو کند کر رکھا ہے، اپنی سوچ کو بگاڑ رکھا ہے۔</w:t>
      </w:r>
    </w:p>
    <w:p>
      <w:r>
        <w:rPr>
          <w:b/>
        </w:rPr>
        <w:t xml:space="preserve">[1:09:15] </w:t>
      </w:r>
      <w:r>
        <w:t>woh jo high level ki jo desire hai, khuda ne di thi, us ko yani cheap qism ke</w:t>
      </w:r>
    </w:p>
    <w:p>
      <w:pPr>
        <w:jc w:val="right"/>
      </w:pPr>
      <w:r>
        <w:t>وہ جو high level کی جو desire ہے، خدا نے دی تھی، اس کو یعنی cheap قسم کے</w:t>
      </w:r>
    </w:p>
    <w:p>
      <w:r>
        <w:rPr>
          <w:b/>
        </w:rPr>
        <w:t xml:space="preserve">[1:09:21] </w:t>
      </w:r>
      <w:r>
        <w:t>ke entertainment mein us ko ghata rakha hai.</w:t>
      </w:r>
    </w:p>
    <w:p>
      <w:pPr>
        <w:jc w:val="right"/>
      </w:pPr>
      <w:r>
        <w:t>کے entertainment میں اس کو گھٹا رکھا ہے۔</w:t>
      </w:r>
    </w:p>
    <w:p>
      <w:r>
        <w:rPr>
          <w:b/>
        </w:rPr>
        <w:t xml:space="preserve">[1:09:26] </w:t>
      </w:r>
      <w:r>
        <w:t>logon ko pata hi nahin.</w:t>
      </w:r>
    </w:p>
    <w:p>
      <w:pPr>
        <w:jc w:val="right"/>
      </w:pPr>
      <w:r>
        <w:t>لوگوں کو پتہ ہی نہیں۔</w:t>
      </w:r>
    </w:p>
    <w:p>
      <w:r>
        <w:rPr>
          <w:b/>
        </w:rPr>
        <w:t xml:space="preserve">[1:09:31] </w:t>
      </w:r>
      <w:r>
        <w:t>sachi baat yeh hai ke jo log aisa kehte hain, woh jante hi nahin ke khuda ne kaisi</w:t>
      </w:r>
    </w:p>
    <w:p>
      <w:pPr>
        <w:jc w:val="right"/>
      </w:pPr>
      <w:r>
        <w:t>سچی بات یہ ہے کہ جو لوگ ایسا کہتے ہیں، وہ جانتے ہی نہیں کہ خدا نے کیسی</w:t>
      </w:r>
    </w:p>
    <w:p>
      <w:r>
        <w:rPr>
          <w:b/>
        </w:rPr>
        <w:t xml:space="preserve">[1:09:37] </w:t>
      </w:r>
      <w:r>
        <w:t>ajeeb ghareeb cheez di hai aap ko. Desire.</w:t>
      </w:r>
    </w:p>
    <w:p>
      <w:pPr>
        <w:jc w:val="right"/>
      </w:pPr>
      <w:r>
        <w:t>عجیب غریب چیز دی ہے آپ کو۔ Desire۔</w:t>
      </w:r>
    </w:p>
    <w:p>
      <w:r>
        <w:rPr>
          <w:b/>
        </w:rPr>
        <w:t xml:space="preserve">[1:09:42] </w:t>
      </w:r>
      <w:r>
        <w:t>mein poore yaqeen ke sath kehta hoon ke jo log aisa kehte hain, un ko pata hi nahin</w:t>
      </w:r>
    </w:p>
    <w:p>
      <w:pPr>
        <w:jc w:val="right"/>
      </w:pPr>
      <w:r>
        <w:t>میں پورے یقین کے ساتھ کہتا ہوں کہ جو لوگ ایسا کہتے ہیں، ان کو پتہ ہی نہیں</w:t>
      </w:r>
    </w:p>
    <w:p>
      <w:r>
        <w:rPr>
          <w:b/>
        </w:rPr>
        <w:t xml:space="preserve">[1:09:48] </w:t>
      </w:r>
      <w:r>
        <w:t>ke Allah taala ne yeh desire, sense of desire, kaisi ajeeb ghareeb cheez di hai aap ko.</w:t>
      </w:r>
    </w:p>
    <w:p>
      <w:pPr>
        <w:jc w:val="right"/>
      </w:pPr>
      <w:r>
        <w:t>کہ اللہ تعالیٰ نے یہ desire، sense of desire، کیسی عجیب غریب چیز دی ہے آپ کو۔</w:t>
      </w:r>
    </w:p>
    <w:p>
      <w:r>
        <w:rPr>
          <w:b/>
        </w:rPr>
        <w:t xml:space="preserve">[1:09:53] </w:t>
      </w:r>
      <w:r>
        <w:t>itni oonchi hai, itni oonchi.</w:t>
      </w:r>
    </w:p>
    <w:p>
      <w:pPr>
        <w:jc w:val="right"/>
      </w:pPr>
      <w:r>
        <w:t>اتنی اونچی ہے، اتنی اونچی۔</w:t>
      </w:r>
    </w:p>
    <w:p>
      <w:r>
        <w:rPr>
          <w:b/>
        </w:rPr>
        <w:t xml:space="preserve">[1:09:58] </w:t>
      </w:r>
      <w:r>
        <w:t>is level ka koi yahan fulfillment hai hi nahin duniya mein.</w:t>
      </w:r>
    </w:p>
    <w:p>
      <w:pPr>
        <w:jc w:val="right"/>
      </w:pPr>
      <w:r>
        <w:t>اس level کا کوئی یہاں fulfillment ہے ہی نہیں دنیا میں۔</w:t>
      </w:r>
    </w:p>
    <w:p>
      <w:r>
        <w:rPr>
          <w:b/>
        </w:rPr>
        <w:t xml:space="preserve">[1:10:04] </w:t>
      </w:r>
      <w:r>
        <w:t>woh khuda ka bohat hi finest creation hai, woh desire aap ki.</w:t>
      </w:r>
    </w:p>
    <w:p>
      <w:pPr>
        <w:jc w:val="right"/>
      </w:pPr>
      <w:r>
        <w:t>وہ خدا کا بہت ہی finest creation ہے، وہ desire آپ کی۔</w:t>
      </w:r>
    </w:p>
    <w:p>
      <w:r>
        <w:rPr>
          <w:b/>
        </w:rPr>
        <w:t xml:space="preserve">[1:10:09] </w:t>
      </w:r>
      <w:r>
        <w:t>aap ki desire jo hain, woh aap ka finest creation hai.</w:t>
      </w:r>
    </w:p>
    <w:p>
      <w:pPr>
        <w:jc w:val="right"/>
      </w:pPr>
      <w:r>
        <w:t>آپ کی desire جو ہیں، وہ آپ کا finest creation ہے۔</w:t>
      </w:r>
    </w:p>
    <w:p>
      <w:r>
        <w:rPr>
          <w:b/>
        </w:rPr>
        <w:t xml:space="preserve">[1:10:15] </w:t>
      </w:r>
      <w:r>
        <w:t>aap jo seen, aap ki aankh jo seen dekhna chahti hai, aap ke kaan jo awaz sunna chahte</w:t>
      </w:r>
    </w:p>
    <w:p>
      <w:pPr>
        <w:jc w:val="right"/>
      </w:pPr>
      <w:r>
        <w:t>آپ جو سین، آپ کی آنکھ جو سین دیکھنا چاہتی ہے، آپ کے کان جو آواز سننا چاہتے</w:t>
      </w:r>
    </w:p>
    <w:p>
      <w:r>
        <w:rPr>
          <w:b/>
        </w:rPr>
        <w:t xml:space="preserve">[1:10:20] </w:t>
      </w:r>
      <w:r>
        <w:t>hain, aap ke taste buds jo khana chahte hain, aap ka dil jis qism ke saathi chahta hai,</w:t>
      </w:r>
    </w:p>
    <w:p>
      <w:pPr>
        <w:jc w:val="right"/>
      </w:pPr>
      <w:r>
        <w:t>ہیں، آپ کے taste buds جو کھانا چاہتے ہیں، آپ کا دل جس قسم کے ساتھی چاہتا ہے،</w:t>
      </w:r>
    </w:p>
    <w:p>
      <w:r>
        <w:rPr>
          <w:b/>
        </w:rPr>
        <w:t xml:space="preserve">[1:10:26] </w:t>
      </w:r>
      <w:r>
        <w:t>woh duniya mein hai hi nahin.</w:t>
      </w:r>
    </w:p>
    <w:p>
      <w:pPr>
        <w:jc w:val="right"/>
      </w:pPr>
      <w:r>
        <w:t>وہ دنیا میں ہے ہی نہیں۔</w:t>
      </w:r>
    </w:p>
    <w:p>
      <w:r>
        <w:rPr>
          <w:b/>
        </w:rPr>
        <w:t xml:space="preserve">[1:10:31] </w:t>
      </w:r>
      <w:r>
        <w:t>lekin aap cheap qism ki activities mein us ko kund kar lete hain.</w:t>
      </w:r>
    </w:p>
    <w:p>
      <w:pPr>
        <w:jc w:val="right"/>
      </w:pPr>
      <w:r>
        <w:t>لیکن آپ cheap قسم کی activities میں اس کو کند کر لیتے ہیں۔</w:t>
      </w:r>
    </w:p>
    <w:p>
      <w:r>
        <w:rPr>
          <w:b/>
        </w:rPr>
        <w:t xml:space="preserve">[1:10:36] </w:t>
      </w:r>
      <w:r>
        <w:t>us ko apne apne desire ko bigar lete hain.</w:t>
      </w:r>
    </w:p>
    <w:p>
      <w:pPr>
        <w:jc w:val="right"/>
      </w:pPr>
      <w:r>
        <w:t>اس کو اپنے اپنے desire کو بگاڑ لیتے ہیں۔</w:t>
      </w:r>
    </w:p>
    <w:p>
      <w:r>
        <w:rPr>
          <w:b/>
        </w:rPr>
        <w:t xml:space="preserve">[1:10:42] </w:t>
      </w:r>
      <w:r>
        <w:t>jaise jo aadmi wine peeta ho, us ke taste buds kharab ho jate hain.</w:t>
      </w:r>
    </w:p>
    <w:p>
      <w:pPr>
        <w:jc w:val="right"/>
      </w:pPr>
      <w:r>
        <w:t>جیسے جو آدمی wine پیتا ہو، اس کے taste buds خراب ہو جاتے ہیں۔</w:t>
      </w:r>
    </w:p>
    <w:p>
      <w:r>
        <w:rPr>
          <w:b/>
        </w:rPr>
        <w:t xml:space="preserve">[1:10:47] </w:t>
      </w:r>
      <w:r>
        <w:t>jo choona zyada khata ho, us ke taste buds kharab ho jate hain.</w:t>
      </w:r>
    </w:p>
    <w:p>
      <w:pPr>
        <w:jc w:val="right"/>
      </w:pPr>
      <w:r>
        <w:t>جو چونا زیادہ کھاتا ہو، اس کے taste buds خراب ہو جاتے ہیں۔</w:t>
      </w:r>
    </w:p>
    <w:p>
      <w:r>
        <w:rPr>
          <w:b/>
        </w:rPr>
        <w:t xml:space="preserve">[1:10:53] </w:t>
      </w:r>
      <w:r>
        <w:t>yahan tak ke jo log bohat zyada movie dekhte hain, un ke taste kharab ho jate hain.</w:t>
      </w:r>
    </w:p>
    <w:p>
      <w:pPr>
        <w:jc w:val="right"/>
      </w:pPr>
      <w:r>
        <w:t>یہاں تک کہ جو لوگ بہت زیادہ movie دیکھتے ہیں، ان کے taste خراب ہو جاتے ہیں۔</w:t>
      </w:r>
    </w:p>
    <w:p>
      <w:r>
        <w:rPr>
          <w:b/>
        </w:rPr>
        <w:t xml:space="preserve">[1:10:58] </w:t>
      </w:r>
      <w:r>
        <w:t>third qism ke gaane, third qism ki baatein un ko achi lagti hain.</w:t>
      </w:r>
    </w:p>
    <w:p>
      <w:pPr>
        <w:jc w:val="right"/>
      </w:pPr>
      <w:r>
        <w:t>Third قسم کے گانے، third قسم کی باتیں ان کو اچھی لگتی ہیں۔</w:t>
      </w:r>
    </w:p>
    <w:p>
      <w:r>
        <w:rPr>
          <w:b/>
        </w:rPr>
        <w:t xml:space="preserve">[1:11:03] </w:t>
      </w:r>
      <w:r>
        <w:t>yeh sab log woh hain jinho ne apni high desire ko, yani us ko kund kar rakha hai,</w:t>
      </w:r>
    </w:p>
    <w:p>
      <w:pPr>
        <w:jc w:val="right"/>
      </w:pPr>
      <w:r>
        <w:t>یہ سب لوگ وہ ہیں جنہوں نے اپنی high desire کو، یعنی اس کو کند کر رکھا ہے،</w:t>
      </w:r>
    </w:p>
    <w:p>
      <w:r>
        <w:rPr>
          <w:b/>
        </w:rPr>
        <w:t xml:space="preserve">[1:11:09] </w:t>
      </w:r>
      <w:r>
        <w:t>us ko uska taste bigar rakha hai.</w:t>
      </w:r>
    </w:p>
    <w:p>
      <w:pPr>
        <w:jc w:val="right"/>
      </w:pPr>
      <w:r>
        <w:t>اس کو اس کا taste بگاڑ رکھا ہے۔</w:t>
      </w:r>
    </w:p>
    <w:p>
      <w:r>
        <w:rPr>
          <w:b/>
        </w:rPr>
        <w:t xml:space="preserve">[1:11:14] </w:t>
      </w:r>
      <w:r>
        <w:t>unhein pata hi nahin ke taste kya cheez hai.</w:t>
      </w:r>
    </w:p>
    <w:p>
      <w:pPr>
        <w:jc w:val="right"/>
      </w:pPr>
      <w:r>
        <w:t>انہیں پتہ ہی نہیں کہ taste کیا چیز ہے۔</w:t>
      </w:r>
    </w:p>
    <w:p>
      <w:r>
        <w:rPr>
          <w:b/>
        </w:rPr>
        <w:t xml:space="preserve">[1:11:20] </w:t>
      </w:r>
      <w:r>
        <w:t>haqeeqat hai ke insaan ke liye siwaye paradise ke kahin bhi sukoon nahin.</w:t>
      </w:r>
    </w:p>
    <w:p>
      <w:pPr>
        <w:jc w:val="right"/>
      </w:pPr>
      <w:r>
        <w:t>حقیقت ہے کہ انسان کے لیے سوائے paradise کے کہیں بھی سکون نہیں۔</w:t>
      </w:r>
    </w:p>
    <w:p>
      <w:r>
        <w:rPr>
          <w:b/>
        </w:rPr>
        <w:t xml:space="preserve">[1:11:25] </w:t>
      </w:r>
      <w:r>
        <w:t>ala bi zikrullahi tatma'innul quloob Maulana, agla sawal Syed Irfan Ahmed sahib ne kiya hai Karachi Pakistan se.</w:t>
      </w:r>
    </w:p>
    <w:p>
      <w:pPr>
        <w:jc w:val="right"/>
      </w:pPr>
      <w:r>
        <w:t>ألا بذكر الله تطمئن القلوب مولانا، اگلا سوال سید عرفان احمد صاحب نے کیا ہے کراچی پاکستان سے۔</w:t>
      </w:r>
    </w:p>
    <w:p>
      <w:r>
        <w:rPr>
          <w:b/>
        </w:rPr>
        <w:t xml:space="preserve">[1:11:30] </w:t>
      </w:r>
      <w:r>
        <w:t>aur unhi se mila jula sawal Faraz Khan ne bhi kiya hai Delhi se.</w:t>
      </w:r>
    </w:p>
    <w:p>
      <w:pPr>
        <w:jc w:val="right"/>
      </w:pPr>
      <w:r>
        <w:t>اور انہی سے ملا جلا سوال فراز خان نے بھی کیا ہے دلی سے۔</w:t>
      </w:r>
    </w:p>
    <w:p>
      <w:r>
        <w:rPr>
          <w:b/>
        </w:rPr>
        <w:t xml:space="preserve">[1:11:36] </w:t>
      </w:r>
      <w:r>
        <w:t>hum Syed Irfan Ahmed sahib ka sawal parhte hain.</w:t>
      </w:r>
    </w:p>
    <w:p>
      <w:pPr>
        <w:jc w:val="right"/>
      </w:pPr>
      <w:r>
        <w:t>ہم سید عرفان احمد صاحب کا سوال پڑھتے ہیں۔</w:t>
      </w:r>
    </w:p>
    <w:p>
      <w:r>
        <w:rPr>
          <w:b/>
        </w:rPr>
        <w:t xml:space="preserve">[1:11:41] </w:t>
      </w:r>
      <w:r>
        <w:t>unhon ne likha hai: Maulana sahib, abhi aap ne kaha hai ke Quran seekhne se pehle Islam seekhna chahiye.</w:t>
      </w:r>
    </w:p>
    <w:p>
      <w:pPr>
        <w:jc w:val="right"/>
      </w:pPr>
      <w:r>
        <w:t>انہوں نے لکھا ہے: مولانا صاحب، ابھی آپ نے کہا ہے کہ قرآن سیکھنے سے پہلے اسلام سیکھنا چاہیے۔</w:t>
      </w:r>
    </w:p>
    <w:p>
      <w:r>
        <w:rPr>
          <w:b/>
        </w:rPr>
        <w:t xml:space="preserve">[1:11:47] </w:t>
      </w:r>
      <w:r>
        <w:t>to mera sawal yeh hai ke Islam kaise seekha jaye? is ke baray mein batayen.</w:t>
      </w:r>
    </w:p>
    <w:p>
      <w:pPr>
        <w:jc w:val="right"/>
      </w:pPr>
      <w:r>
        <w:t>تو میرا سوال یہ ہے کہ اسلام کیسے سیکھا جائے؟ اس کے بارے میں بتائیں۔</w:t>
      </w:r>
    </w:p>
    <w:p>
      <w:r>
        <w:rPr>
          <w:b/>
        </w:rPr>
        <w:t xml:space="preserve">[1:11:52] </w:t>
      </w:r>
      <w:r>
        <w:t>yahan Islam ka matlab hai way of thinking, way of right thinking.</w:t>
      </w:r>
    </w:p>
    <w:p>
      <w:pPr>
        <w:jc w:val="right"/>
      </w:pPr>
      <w:r>
        <w:t>یہاں اسلام کا مطلب ہے way of thinking، way of right thinking۔</w:t>
      </w:r>
    </w:p>
    <w:p>
      <w:r>
        <w:rPr>
          <w:b/>
        </w:rPr>
        <w:t xml:space="preserve">[1:11:57] </w:t>
      </w:r>
      <w:r>
        <w:t>Islam ka matlab yeh nahin ke kalma parhna.</w:t>
      </w:r>
    </w:p>
    <w:p>
      <w:pPr>
        <w:jc w:val="right"/>
      </w:pPr>
      <w:r>
        <w:t>اسلام کا مطلب یہ نہیں کہ کلمہ پڑھنا۔</w:t>
      </w:r>
    </w:p>
    <w:p>
      <w:r>
        <w:rPr>
          <w:b/>
        </w:rPr>
        <w:t xml:space="preserve">[1:12:03] </w:t>
      </w:r>
      <w:r>
        <w:t>way of right thinking jab right thinking aaye gi to right mind aaye ga.</w:t>
      </w:r>
    </w:p>
    <w:p>
      <w:pPr>
        <w:jc w:val="right"/>
      </w:pPr>
      <w:r>
        <w:t>way of right thinking جب right thinking آئے گی تو right mind آئے گا۔</w:t>
      </w:r>
    </w:p>
    <w:p>
      <w:r>
        <w:rPr>
          <w:b/>
        </w:rPr>
        <w:t xml:space="preserve">[1:12:08] </w:t>
      </w:r>
      <w:r>
        <w:t>right taste aaye ga.</w:t>
      </w:r>
    </w:p>
    <w:p>
      <w:pPr>
        <w:jc w:val="right"/>
      </w:pPr>
      <w:r>
        <w:t>Right taste آئے گا۔</w:t>
      </w:r>
    </w:p>
    <w:p>
      <w:r>
        <w:rPr>
          <w:b/>
        </w:rPr>
        <w:t xml:space="preserve">[1:12:14] </w:t>
      </w:r>
      <w:r>
        <w:t>tab aap Quran ko samajh payen ge.</w:t>
      </w:r>
    </w:p>
    <w:p>
      <w:pPr>
        <w:jc w:val="right"/>
      </w:pPr>
      <w:r>
        <w:t>تب آپ قرآن کو سمجھ پائیں گے۔</w:t>
      </w:r>
    </w:p>
    <w:p>
      <w:r>
        <w:rPr>
          <w:b/>
        </w:rPr>
        <w:t xml:space="preserve">[1:12:19] </w:t>
      </w:r>
      <w:r>
        <w:t>misal ke taur par dekhiye, pehli ayat yeh lijiye: Alhamdulillah Rabbil Alameen ek sahib, abhi chand din</w:t>
      </w:r>
    </w:p>
    <w:p>
      <w:pPr>
        <w:jc w:val="right"/>
      </w:pPr>
      <w:r>
        <w:t>مثال کے طور پر دیکھیے، پہلی آیت یہ لیجیے: الحمد لله رب العالمین ایک صاحب، ابھی چند دن</w:t>
      </w:r>
    </w:p>
    <w:p>
      <w:r>
        <w:rPr>
          <w:b/>
        </w:rPr>
        <w:t xml:space="preserve">[1:12:25] </w:t>
      </w:r>
      <w:r>
        <w:t>ke baad ek sahib mujh se mile.</w:t>
      </w:r>
    </w:p>
    <w:p>
      <w:pPr>
        <w:jc w:val="right"/>
      </w:pPr>
      <w:r>
        <w:t>کے بعد ایک صاحب مجھ سے ملے۔</w:t>
      </w:r>
    </w:p>
    <w:p>
      <w:r>
        <w:rPr>
          <w:b/>
        </w:rPr>
        <w:t xml:space="preserve">[1:12:30] </w:t>
      </w:r>
      <w:r>
        <w:t>baat baad mein karte hain: Alhamdulillah, Alhamdulillah.</w:t>
      </w:r>
    </w:p>
    <w:p>
      <w:pPr>
        <w:jc w:val="right"/>
      </w:pPr>
      <w:r>
        <w:t>بات بعد میں کرتے ہیں: الحمد للہ، الحمد للہ۔</w:t>
      </w:r>
    </w:p>
    <w:p>
      <w:r>
        <w:rPr>
          <w:b/>
        </w:rPr>
        <w:t xml:space="preserve">[1:12:35] </w:t>
      </w:r>
      <w:r>
        <w:t>har baat jo kahein un se Alhamdulillah.</w:t>
      </w:r>
    </w:p>
    <w:p>
      <w:pPr>
        <w:jc w:val="right"/>
      </w:pPr>
      <w:r>
        <w:t>ہر بات جو کہیں ان سے الحمد للہ۔</w:t>
      </w:r>
    </w:p>
    <w:p>
      <w:r>
        <w:rPr>
          <w:b/>
        </w:rPr>
        <w:t xml:space="preserve">[1:12:41] </w:t>
      </w:r>
      <w:r>
        <w:t>jaise maslan un se poocha mein ne ke aap koi job kar rahe hain? Alhamdulillah, mein business</w:t>
      </w:r>
    </w:p>
    <w:p>
      <w:pPr>
        <w:jc w:val="right"/>
      </w:pPr>
      <w:r>
        <w:t>جیسے مثلاً ان سے پوچھا میں نے کہ آپ کوئی جاب کر رہے ہیں؟ الحمد للہ، میں business</w:t>
      </w:r>
    </w:p>
    <w:p>
      <w:r>
        <w:rPr>
          <w:b/>
        </w:rPr>
        <w:t xml:space="preserve">[1:12:46] </w:t>
      </w:r>
      <w:r>
        <w:t>kar raha hoon.</w:t>
      </w:r>
    </w:p>
    <w:p>
      <w:pPr>
        <w:jc w:val="right"/>
      </w:pPr>
      <w:r>
        <w:t>کر رہا ہوں۔</w:t>
      </w:r>
    </w:p>
    <w:p>
      <w:r>
        <w:rPr>
          <w:b/>
        </w:rPr>
        <w:t xml:space="preserve">[1:12:52] </w:t>
      </w:r>
      <w:r>
        <w:t>bohat yeh unhon ne kaha aap ki aulaad hai? Alhamdulillah, do bachay hain.</w:t>
      </w:r>
    </w:p>
    <w:p>
      <w:pPr>
        <w:jc w:val="right"/>
      </w:pPr>
      <w:r>
        <w:t>بہت یہ انہوں نے کہا آپ کی اولاد ہے؟ الحمد للہ، دو بچے ہیں۔</w:t>
      </w:r>
    </w:p>
    <w:p>
      <w:r>
        <w:rPr>
          <w:b/>
        </w:rPr>
        <w:t xml:space="preserve">[1:12:57] </w:t>
      </w:r>
      <w:r>
        <w:t>har baat pe Alhamdulillah, har baat pe Alhamdulillah.</w:t>
      </w:r>
    </w:p>
    <w:p>
      <w:pPr>
        <w:jc w:val="right"/>
      </w:pPr>
      <w:r>
        <w:t>ہر بات پہ الحمد للہ، ہر بات پہ الحمد للہ۔</w:t>
      </w:r>
    </w:p>
    <w:p>
      <w:r>
        <w:rPr>
          <w:b/>
        </w:rPr>
        <w:t xml:space="preserve">[1:13:02] </w:t>
      </w:r>
      <w:r>
        <w:t>to mein ne kaha ke aap har baat pe Alhamdulillah kyun kehte hain? Sahaba to is tarah</w:t>
      </w:r>
    </w:p>
    <w:p>
      <w:pPr>
        <w:jc w:val="right"/>
      </w:pPr>
      <w:r>
        <w:t>تو میں نے کہا کہ آپ ہر بات پہ الحمد للہ کیوں کہتے ہیں؟ صحابہ تو اس طرح</w:t>
      </w:r>
    </w:p>
    <w:p>
      <w:r>
        <w:rPr>
          <w:b/>
        </w:rPr>
        <w:t xml:space="preserve">[1:13:08] </w:t>
      </w:r>
      <w:r>
        <w:t>nahin kehte thay.</w:t>
      </w:r>
    </w:p>
    <w:p>
      <w:pPr>
        <w:jc w:val="right"/>
      </w:pPr>
      <w:r>
        <w:t>نہیں کہتے تھے۔</w:t>
      </w:r>
    </w:p>
    <w:p>
      <w:r>
        <w:rPr>
          <w:b/>
        </w:rPr>
        <w:t xml:space="preserve">[1:13:13] </w:t>
      </w:r>
      <w:r>
        <w:t>kahin Quran mein likha hua hoga Alhamdulillah kaho? to mein ne kaha Quran mein yeh bhi likha</w:t>
      </w:r>
    </w:p>
    <w:p>
      <w:pPr>
        <w:jc w:val="right"/>
      </w:pPr>
      <w:r>
        <w:t>کہیں قرآن میں لکھا ہوا ہوگا الحمد للہ کہو؟ تو میں نے کہا قرآن میں یہ بھی لکھا</w:t>
      </w:r>
    </w:p>
    <w:p>
      <w:r>
        <w:rPr>
          <w:b/>
        </w:rPr>
        <w:t xml:space="preserve">[1:13:19] </w:t>
      </w:r>
      <w:r>
        <w:t>hua hai ke lip service karo.</w:t>
      </w:r>
    </w:p>
    <w:p>
      <w:pPr>
        <w:jc w:val="right"/>
      </w:pPr>
      <w:r>
        <w:t>ہوا ہے کہ lip service کرو۔</w:t>
      </w:r>
    </w:p>
    <w:p>
      <w:r>
        <w:rPr>
          <w:b/>
        </w:rPr>
        <w:t xml:space="preserve">[1:13:24] </w:t>
      </w:r>
      <w:r>
        <w:t>to jo tarjuma jaane ga, woh Alhamdulillah ko lip service ke ma'ni mein le lega.</w:t>
      </w:r>
    </w:p>
    <w:p>
      <w:pPr>
        <w:jc w:val="right"/>
      </w:pPr>
      <w:r>
        <w:t>تو جو ترجمہ جانے گا، وہ الحمد للہ کو lip service کے معنی میں لے لے گا۔</w:t>
      </w:r>
    </w:p>
    <w:p>
      <w:r>
        <w:rPr>
          <w:b/>
        </w:rPr>
        <w:t xml:space="preserve">[1:13:29] </w:t>
      </w:r>
      <w:r>
        <w:t>Alhamdulillah Rabbil Alameen ka jo sirf translation jaane ga, woh is ko le lega lip service</w:t>
      </w:r>
    </w:p>
    <w:p>
      <w:pPr>
        <w:jc w:val="right"/>
      </w:pPr>
      <w:r>
        <w:t>الحمد لله رب العالمين کا جو صرف translation جانے گا، وہ اس کو لے لے گا lip service</w:t>
      </w:r>
    </w:p>
    <w:p>
      <w:r>
        <w:rPr>
          <w:b/>
        </w:rPr>
        <w:t xml:space="preserve">[1:13:35] </w:t>
      </w:r>
      <w:r>
        <w:t>ke ma'ni mein.</w:t>
      </w:r>
    </w:p>
    <w:p>
      <w:pPr>
        <w:jc w:val="right"/>
      </w:pPr>
      <w:r>
        <w:t>کے معنی میں۔</w:t>
      </w:r>
    </w:p>
    <w:p>
      <w:r>
        <w:rPr>
          <w:b/>
        </w:rPr>
        <w:t xml:space="preserve">[1:13:40] </w:t>
      </w:r>
      <w:r>
        <w:t>aur jo jis ko jis ka andar developed mind hoga, jo jis ko sachai ki marifat hogi, jis</w:t>
      </w:r>
    </w:p>
    <w:p>
      <w:pPr>
        <w:jc w:val="right"/>
      </w:pPr>
      <w:r>
        <w:t>اور جو جس کو جس کا اندر developed mind ہوگا، جو جس کو سچائی کی معرفت ہوگی، جس</w:t>
      </w:r>
    </w:p>
    <w:p>
      <w:r>
        <w:rPr>
          <w:b/>
        </w:rPr>
        <w:t xml:space="preserve">[1:13:46] </w:t>
      </w:r>
      <w:r>
        <w:t>ko pata hoga ke Allah kitna azeem hai, Allah kitna azeem hai, woh lip service ko nutq samjhega.</w:t>
      </w:r>
    </w:p>
    <w:p>
      <w:pPr>
        <w:jc w:val="right"/>
      </w:pPr>
      <w:r>
        <w:t>کو پتہ ہوگا کہ اللہ کتنا عظیم ہے، اللہ کتنا عظیم ہے، وہ lip service کو نطق سمجھے گا۔</w:t>
      </w:r>
    </w:p>
    <w:p>
      <w:r>
        <w:rPr>
          <w:b/>
        </w:rPr>
        <w:t xml:space="preserve">[1:13:51] </w:t>
      </w:r>
      <w:r>
        <w:t>Lip service to kuch bhi nahi hai.</w:t>
      </w:r>
    </w:p>
    <w:p>
      <w:pPr>
        <w:jc w:val="right"/>
      </w:pPr>
      <w:r>
        <w:t>Lip service تو کچھ بھی نہیں ہے۔</w:t>
      </w:r>
    </w:p>
    <w:p>
      <w:r>
        <w:rPr>
          <w:b/>
        </w:rPr>
        <w:t xml:space="preserve">[1:13:56] </w:t>
      </w:r>
      <w:r>
        <w:t>To Islam ko pehle seekha, phir Quran ko samajhne ke mani ke way of thinking pehle hum ne jani.</w:t>
      </w:r>
    </w:p>
    <w:p>
      <w:pPr>
        <w:jc w:val="right"/>
      </w:pPr>
      <w:r>
        <w:t>تو اسلام کو پہلے سیکھا، پھر قرآن کو سمجھنے کے معنی کہ way of thinking پہلے ہم نے جانی۔</w:t>
      </w:r>
    </w:p>
    <w:p>
      <w:r>
        <w:rPr>
          <w:b/>
        </w:rPr>
        <w:t xml:space="preserve">[1:14:02] </w:t>
      </w:r>
      <w:r>
        <w:t>Art of thinking pehle seekha hum ne.</w:t>
      </w:r>
    </w:p>
    <w:p>
      <w:pPr>
        <w:jc w:val="right"/>
      </w:pPr>
      <w:r>
        <w:t>Art of thinking پہلے سیکھا ہم نے۔</w:t>
      </w:r>
    </w:p>
    <w:p>
      <w:r>
        <w:rPr>
          <w:b/>
        </w:rPr>
        <w:t xml:space="preserve">[1:14:07] </w:t>
      </w:r>
      <w:r>
        <w:t>Tab hum Quran ko samajh paye.</w:t>
      </w:r>
    </w:p>
    <w:p>
      <w:pPr>
        <w:jc w:val="right"/>
      </w:pPr>
      <w:r>
        <w:t>تب ہم قرآن کو سمجھ پائے۔</w:t>
      </w:r>
    </w:p>
    <w:p>
      <w:r>
        <w:rPr>
          <w:b/>
        </w:rPr>
        <w:t xml:space="preserve">[1:14:13] </w:t>
      </w:r>
      <w:r>
        <w:t>Maulana, agla sawal bheja hai Farhana Ansari ne, jo Dallas mein rehte hain.</w:t>
      </w:r>
    </w:p>
    <w:p>
      <w:pPr>
        <w:jc w:val="right"/>
      </w:pPr>
      <w:r>
        <w:t>مولانا، اگلا سوال بھیجا ہے فرحانہ انصاری نے، جو ڈیلس میں رہتے ہیں۔</w:t>
      </w:r>
    </w:p>
    <w:p>
      <w:r>
        <w:rPr>
          <w:b/>
        </w:rPr>
        <w:t xml:space="preserve">[1:14:18] </w:t>
      </w:r>
      <w:r>
        <w:t>Unhon ne likha hai ke main Dallas mein, Dallas USA mein rehti hoon.</w:t>
      </w:r>
    </w:p>
    <w:p>
      <w:pPr>
        <w:jc w:val="right"/>
      </w:pPr>
      <w:r>
        <w:t>انہوں نے لکھا ہے کہ میں ڈیلس میں، ڈیلس یو ایس اے میں رہتی ہوں۔</w:t>
      </w:r>
    </w:p>
    <w:p>
      <w:r>
        <w:rPr>
          <w:b/>
        </w:rPr>
        <w:t xml:space="preserve">[1:14:24] </w:t>
      </w:r>
      <w:r>
        <w:t>Aaj kal yahan log Christmas ke liye apne ghar ko decorate karte hain.</w:t>
      </w:r>
    </w:p>
    <w:p>
      <w:pPr>
        <w:jc w:val="right"/>
      </w:pPr>
      <w:r>
        <w:t>آج کل یہاں لوگ کرسمس کے لیے اپنے گھر کو decorate کرتے ہیں۔</w:t>
      </w:r>
    </w:p>
    <w:p>
      <w:r>
        <w:rPr>
          <w:b/>
        </w:rPr>
        <w:t xml:space="preserve">[1:14:29] </w:t>
      </w:r>
      <w:r>
        <w:t>Kya Musalman bhi aisa kar sakte hain? Kyunke Hazrat Isa hamare bhi paighambar hain.</w:t>
      </w:r>
    </w:p>
    <w:p>
      <w:pPr>
        <w:jc w:val="right"/>
      </w:pPr>
      <w:r>
        <w:t>کیا مسلمان بھی ایسا کر سکتے ہیں؟ کیونکہ حضرت عیسیٰ ہمارے بھی پیغمبر ہیں۔</w:t>
      </w:r>
    </w:p>
    <w:p>
      <w:r>
        <w:rPr>
          <w:b/>
        </w:rPr>
        <w:t xml:space="preserve">[1:14:34] </w:t>
      </w:r>
      <w:r>
        <w:t>Aur is se hamare neighbor ki taaleef bhi hogi.</w:t>
      </w:r>
    </w:p>
    <w:p>
      <w:pPr>
        <w:jc w:val="right"/>
      </w:pPr>
      <w:r>
        <w:t>اور اس سے ہمارے neighbor کی تالیف بھی ہوگی۔</w:t>
      </w:r>
    </w:p>
    <w:p>
      <w:r>
        <w:rPr>
          <w:b/>
        </w:rPr>
        <w:t xml:space="preserve">[1:14:40] </w:t>
      </w:r>
      <w:r>
        <w:t>Jis se woh log hamari baat achhe se sun sakte hain.</w:t>
      </w:r>
    </w:p>
    <w:p>
      <w:pPr>
        <w:jc w:val="right"/>
      </w:pPr>
      <w:r>
        <w:t>جس سے وہ لوگ ہماری بات اچھے سے سن سکتے ہیں۔</w:t>
      </w:r>
    </w:p>
    <w:p>
      <w:r>
        <w:rPr>
          <w:b/>
        </w:rPr>
        <w:t xml:space="preserve">[1:14:45] </w:t>
      </w:r>
      <w:r>
        <w:t>Is mein aap ka kya comment hai? Dekhiye, yeh baat hai sawal karne ki nahi hai.</w:t>
      </w:r>
    </w:p>
    <w:p>
      <w:pPr>
        <w:jc w:val="right"/>
      </w:pPr>
      <w:r>
        <w:t>اس میں آپ کا کیا comment ہے؟ دیکھیے، یہ بات ہے سوال کرنے کی نہیں ہے۔</w:t>
      </w:r>
    </w:p>
    <w:p>
      <w:r>
        <w:rPr>
          <w:b/>
        </w:rPr>
        <w:t xml:space="preserve">[1:14:51] </w:t>
      </w:r>
      <w:r>
        <w:t>Khawamkhwah har cheez ko sawal banana yeh bhi Islam mein nahi hai.</w:t>
      </w:r>
    </w:p>
    <w:p>
      <w:pPr>
        <w:jc w:val="right"/>
      </w:pPr>
      <w:r>
        <w:t>خوامخواہ ہر چیز کو سوال بنانا یہ بھی اسلام میں نہیں ہے۔</w:t>
      </w:r>
    </w:p>
    <w:p>
      <w:r>
        <w:rPr>
          <w:b/>
        </w:rPr>
        <w:t xml:space="preserve">[1:14:56] </w:t>
      </w:r>
      <w:r>
        <w:t>Woh Sahaba kehte hain ke nahiyana ankasar sawal hum ko zyada sawal karne se mana kiya gaya.</w:t>
      </w:r>
    </w:p>
    <w:p>
      <w:pPr>
        <w:jc w:val="right"/>
      </w:pPr>
      <w:r>
        <w:t>وہ صحابہ کہتے ہیں کہ نوحینہ عنکسر سوال ہم کو زیادہ سوال کرنے سے منع کیا گیا۔</w:t>
      </w:r>
    </w:p>
    <w:p>
      <w:r>
        <w:rPr>
          <w:b/>
        </w:rPr>
        <w:t xml:space="preserve">[1:15:01] </w:t>
      </w:r>
      <w:r>
        <w:t>Yeh koi baat nahi ke har cheez ko sawal kare aadmi.</w:t>
      </w:r>
    </w:p>
    <w:p>
      <w:pPr>
        <w:jc w:val="right"/>
      </w:pPr>
      <w:r>
        <w:t>یہ کوئی بات نہیں کہ ہر چیز کو سوال کرے آدمی۔</w:t>
      </w:r>
    </w:p>
    <w:p>
      <w:r>
        <w:rPr>
          <w:b/>
        </w:rPr>
        <w:t xml:space="preserve">[1:15:07] </w:t>
      </w:r>
      <w:r>
        <w:t>Har cheez ko sawal.</w:t>
      </w:r>
    </w:p>
    <w:p>
      <w:pPr>
        <w:jc w:val="right"/>
      </w:pPr>
      <w:r>
        <w:t>ہر چیز کو سوال۔</w:t>
      </w:r>
    </w:p>
    <w:p>
      <w:r>
        <w:rPr>
          <w:b/>
        </w:rPr>
        <w:t xml:space="preserve">[1:15:12] </w:t>
      </w:r>
      <w:r>
        <w:t>Sahi baat kya hai? Doosri Hadees ek hai ke istifti qalb ka, apne dil se sawal pooch lo.</w:t>
      </w:r>
    </w:p>
    <w:p>
      <w:pPr>
        <w:jc w:val="right"/>
      </w:pPr>
      <w:r>
        <w:t>صحیح بات کیا ہے؟ دوسری حدیث ایک ہے کہ استفت قلب کا، اپنے دل سے سوال پوچھ لو۔</w:t>
      </w:r>
    </w:p>
    <w:p>
      <w:r>
        <w:rPr>
          <w:b/>
        </w:rPr>
        <w:t xml:space="preserve">[1:15:18] </w:t>
      </w:r>
      <w:r>
        <w:t>Yaani kya circumstances hain? Kya mahol hai? Aap ka kya mission hai? Aap ko kya duniya mein phailana</w:t>
      </w:r>
    </w:p>
    <w:p>
      <w:pPr>
        <w:jc w:val="right"/>
      </w:pPr>
      <w:r>
        <w:t>یعنی کیا circumstances ہیں؟ کیا ماحول ہے؟ آپ کا کیا mission ہے؟ آپ کو کیا دنیا میں پھیلانا</w:t>
      </w:r>
    </w:p>
    <w:p>
      <w:r>
        <w:rPr>
          <w:b/>
        </w:rPr>
        <w:t xml:space="preserve">[1:15:23] </w:t>
      </w:r>
      <w:r>
        <w:t>hai? Doosron se kya talluqat banane hain? In sab ko le kar sochiye, khud hi faisla kar lijiye.</w:t>
      </w:r>
    </w:p>
    <w:p>
      <w:pPr>
        <w:jc w:val="right"/>
      </w:pPr>
      <w:r>
        <w:t>ہے؟ دوسروں سے کیا تعلقات بنانے ہیں؟ ان سب کو لے کر سوچیے، خود ہی فیصلہ کر لیجیے۔</w:t>
      </w:r>
    </w:p>
    <w:p>
      <w:r>
        <w:rPr>
          <w:b/>
        </w:rPr>
        <w:t xml:space="preserve">[1:15:28] </w:t>
      </w:r>
      <w:r>
        <w:t>Yeh koi, woh yeh poochna, main is ko bohat galat samajhta hoon.</w:t>
      </w:r>
    </w:p>
    <w:p>
      <w:pPr>
        <w:jc w:val="right"/>
      </w:pPr>
      <w:r>
        <w:t>یہ کوئی، وہ یہ پوچھنا، میں اس کو بہت غلط سمجھتا ہوں۔</w:t>
      </w:r>
    </w:p>
    <w:p>
      <w:r>
        <w:rPr>
          <w:b/>
        </w:rPr>
        <w:t xml:space="preserve">[1:15:34] </w:t>
      </w:r>
      <w:r>
        <w:t>Poochna kya hai? Apne dil ko develop kijiye, apne mind ko develop kijiye.</w:t>
      </w:r>
    </w:p>
    <w:p>
      <w:pPr>
        <w:jc w:val="right"/>
      </w:pPr>
      <w:r>
        <w:t>پوچھنا کیا ہے؟ اپنے دل کو develop کیجیے، اپنے mind کو develop کیجیے۔</w:t>
      </w:r>
    </w:p>
    <w:p>
      <w:r>
        <w:rPr>
          <w:b/>
        </w:rPr>
        <w:t xml:space="preserve">[1:15:39] </w:t>
      </w:r>
      <w:r>
        <w:t>Apne andar woh intellectual yaani salahiyat paida kijiye ke aap jaan saken ke mujhe is mauqe par kya karna hai.</w:t>
      </w:r>
    </w:p>
    <w:p>
      <w:pPr>
        <w:jc w:val="right"/>
      </w:pPr>
      <w:r>
        <w:t>اپنے اندر وہ intellectual یعنی صلاحیت پیدا کیجیے کہ آپ جان سکیں کہ مجھے اس موقع پر کیا کرنا ہے۔</w:t>
      </w:r>
    </w:p>
    <w:p>
      <w:r>
        <w:rPr>
          <w:b/>
        </w:rPr>
        <w:t xml:space="preserve">[1:15:45] </w:t>
      </w:r>
      <w:r>
        <w:t>Mauqe ki baat hoti hai.</w:t>
      </w:r>
    </w:p>
    <w:p>
      <w:pPr>
        <w:jc w:val="right"/>
      </w:pPr>
      <w:r>
        <w:t>موقع کی بات ہوتی ہے۔</w:t>
      </w:r>
    </w:p>
    <w:p>
      <w:r>
        <w:rPr>
          <w:b/>
        </w:rPr>
        <w:t xml:space="preserve">[1:15:50] </w:t>
      </w:r>
      <w:r>
        <w:t>Dekhiye, Rasool Allah ne ek Sahabi ne kaha ke mujhe maar rahe the, kehte the ke kaho ke laanat</w:t>
      </w:r>
    </w:p>
    <w:p>
      <w:pPr>
        <w:jc w:val="right"/>
      </w:pPr>
      <w:r>
        <w:t>دیکھیے، رسول اللہ نے ایک صحابی نے کہا کہ مجھے مار رہے تھے، کہتے تھے کہو کہ لعنت</w:t>
      </w:r>
    </w:p>
    <w:p>
      <w:r>
        <w:rPr>
          <w:b/>
        </w:rPr>
        <w:t xml:space="preserve">[1:15:55] </w:t>
      </w:r>
      <w:r>
        <w:t>bhi khuda hai.</w:t>
      </w:r>
    </w:p>
    <w:p>
      <w:pPr>
        <w:jc w:val="right"/>
      </w:pPr>
      <w:r>
        <w:t>بھی خدا ہے۔</w:t>
      </w:r>
    </w:p>
    <w:p>
      <w:r>
        <w:rPr>
          <w:b/>
        </w:rPr>
        <w:t xml:space="preserve">[1:16:01] </w:t>
      </w:r>
      <w:r>
        <w:t>to maine keh diya.</w:t>
      </w:r>
    </w:p>
    <w:p>
      <w:pPr>
        <w:jc w:val="right"/>
      </w:pPr>
      <w:r>
        <w:t>تو میں نے کہہ دیا۔</w:t>
      </w:r>
    </w:p>
    <w:p>
      <w:r>
        <w:rPr>
          <w:b/>
        </w:rPr>
        <w:t xml:space="preserve">[1:16:06] </w:t>
      </w:r>
      <w:r>
        <w:t>to rasool Allah ne kaha phir kaha, phir kaho.</w:t>
      </w:r>
    </w:p>
    <w:p>
      <w:pPr>
        <w:jc w:val="right"/>
      </w:pPr>
      <w:r>
        <w:t>تو رسول اللہ نے کہا پھر کہا، پھر کہو۔</w:t>
      </w:r>
    </w:p>
    <w:p>
      <w:r>
        <w:rPr>
          <w:b/>
        </w:rPr>
        <w:t xml:space="preserve">[1:16:12] </w:t>
      </w:r>
      <w:r>
        <w:t>aur doosre mauqe par yeh hai ke na jhukne ki taleem di aap ne.</w:t>
      </w:r>
    </w:p>
    <w:p>
      <w:pPr>
        <w:jc w:val="right"/>
      </w:pPr>
      <w:r>
        <w:t>اور دوسرے موقع پر یہ ہے کہ نہ جھکنے کی تعلیم دی آپ نے۔</w:t>
      </w:r>
    </w:p>
    <w:p>
      <w:r>
        <w:rPr>
          <w:b/>
        </w:rPr>
        <w:t xml:space="preserve">[1:16:17] </w:t>
      </w:r>
      <w:r>
        <w:t>to mauqe ki baat hoti hai, kis mauqe par kya karna hai.</w:t>
      </w:r>
    </w:p>
    <w:p>
      <w:pPr>
        <w:jc w:val="right"/>
      </w:pPr>
      <w:r>
        <w:t>تو موقع کی بات ہوتی ہے، کس موقع پر کیا کرنا ہے۔</w:t>
      </w:r>
    </w:p>
    <w:p>
      <w:r>
        <w:rPr>
          <w:b/>
        </w:rPr>
        <w:t xml:space="preserve">[1:16:23] </w:t>
      </w:r>
      <w:r>
        <w:t>to aap sawal kyun poochen? aap apne mind ko develop kijiye ke aap jaan saken ke kis mauqe</w:t>
      </w:r>
    </w:p>
    <w:p>
      <w:pPr>
        <w:jc w:val="right"/>
      </w:pPr>
      <w:r>
        <w:t>تو آپ سوال کیوں پوچھیں؟ آپ اپنے mind کو develop کیجیے کہ آپ جان سکیں کہ کس موقع</w:t>
      </w:r>
    </w:p>
    <w:p>
      <w:r>
        <w:rPr>
          <w:b/>
        </w:rPr>
        <w:t xml:space="preserve">[1:16:28] </w:t>
      </w:r>
      <w:r>
        <w:t>par aap ko kya karna hai.</w:t>
      </w:r>
    </w:p>
    <w:p>
      <w:pPr>
        <w:jc w:val="right"/>
      </w:pPr>
      <w:r>
        <w:t>پر آپ کو کیا کرنا ہے۔</w:t>
      </w:r>
    </w:p>
    <w:p>
      <w:r>
        <w:rPr>
          <w:b/>
        </w:rPr>
        <w:t xml:space="preserve">[1:16:33] </w:t>
      </w:r>
      <w:r>
        <w:t>aur sab se aham baat yeh hai ke hadith mein aata hai innamal aamaalu binniyat amal ka daromadar</w:t>
      </w:r>
    </w:p>
    <w:p>
      <w:pPr>
        <w:jc w:val="right"/>
      </w:pPr>
      <w:r>
        <w:t>اور سب سے اہم بات یہ ہے کہ حدیث میں آتا ہے إنما الأعمال بالنيات عمل کا دارومدار</w:t>
      </w:r>
    </w:p>
    <w:p>
      <w:r>
        <w:rPr>
          <w:b/>
        </w:rPr>
        <w:t xml:space="preserve">[1:16:39] </w:t>
      </w:r>
      <w:r>
        <w:t>niyat par hai.</w:t>
      </w:r>
    </w:p>
    <w:p>
      <w:pPr>
        <w:jc w:val="right"/>
      </w:pPr>
      <w:r>
        <w:t>نیت پر ہے۔</w:t>
      </w:r>
    </w:p>
    <w:p>
      <w:r>
        <w:rPr>
          <w:b/>
        </w:rPr>
        <w:t xml:space="preserve">[1:16:44] </w:t>
      </w:r>
      <w:r>
        <w:t>apni niyat ko dekhiye, apne apne intention ko dekhiye.</w:t>
      </w:r>
    </w:p>
    <w:p>
      <w:pPr>
        <w:jc w:val="right"/>
      </w:pPr>
      <w:r>
        <w:t>اپنی نیت کو دیکھیے، اپنے اپنے intention کو دیکھیے۔</w:t>
      </w:r>
    </w:p>
    <w:p>
      <w:r>
        <w:rPr>
          <w:b/>
        </w:rPr>
        <w:t xml:space="preserve">[1:16:50] </w:t>
      </w:r>
      <w:r>
        <w:t>niyat means intention.</w:t>
      </w:r>
    </w:p>
    <w:p>
      <w:pPr>
        <w:jc w:val="right"/>
      </w:pPr>
      <w:r>
        <w:t>نیت means intention۔</w:t>
      </w:r>
    </w:p>
    <w:p>
      <w:r>
        <w:rPr>
          <w:b/>
        </w:rPr>
        <w:t xml:space="preserve">[1:16:55] </w:t>
      </w:r>
      <w:r>
        <w:t>har mauqe par sab se pehle dekhiye apne intention ko.</w:t>
      </w:r>
    </w:p>
    <w:p>
      <w:pPr>
        <w:jc w:val="right"/>
      </w:pPr>
      <w:r>
        <w:t>ہر موقع پر سب سے پہلے دیکھیے اپنے intention کو۔</w:t>
      </w:r>
    </w:p>
    <w:p>
      <w:r>
        <w:rPr>
          <w:b/>
        </w:rPr>
        <w:t xml:space="preserve">[1:17:00] </w:t>
      </w:r>
      <w:r>
        <w:t>phir sawal kijiye, phir faisla kijiye.</w:t>
      </w:r>
    </w:p>
    <w:p>
      <w:pPr>
        <w:jc w:val="right"/>
      </w:pPr>
      <w:r>
        <w:t>پھر سوال کیجیے، پھر فیصلہ کیجیے۔</w:t>
      </w:r>
    </w:p>
    <w:p>
      <w:r>
        <w:rPr>
          <w:b/>
        </w:rPr>
        <w:t xml:space="preserve">[1:17:06] </w:t>
      </w:r>
      <w:r>
        <w:t>First of all, you have to see your intention.</w:t>
      </w:r>
    </w:p>
    <w:p>
      <w:pPr>
        <w:jc w:val="right"/>
      </w:pPr>
      <w:r>
        <w:t>First of all, you have to see your intention.</w:t>
      </w:r>
    </w:p>
    <w:p>
      <w:r>
        <w:rPr>
          <w:b/>
        </w:rPr>
        <w:t xml:space="preserve">[1:17:11] </w:t>
      </w:r>
      <w:r>
        <w:t>ji, First of all, you have to see your intention.</w:t>
      </w:r>
    </w:p>
    <w:p>
      <w:pPr>
        <w:jc w:val="right"/>
      </w:pPr>
      <w:r>
        <w:t>جی، First of all, you have to see your intention.</w:t>
      </w:r>
    </w:p>
    <w:p>
      <w:r>
        <w:rPr>
          <w:b/>
        </w:rPr>
        <w:t xml:space="preserve">[1:17:17] </w:t>
      </w:r>
      <w:r>
        <w:t>maulana, agla sawal poochne se pehle ek comment padhna chahenge jo Maulana Iqbal Umri ne bheja hai Chennai se.</w:t>
      </w:r>
    </w:p>
    <w:p>
      <w:pPr>
        <w:jc w:val="right"/>
      </w:pPr>
      <w:r>
        <w:t>مولانا، اگلا سوال پوچھنے سے پہلے ایک comment پڑھنا چاہیں گے جو مولانا اقبال عمری نے بھیجا ہے چنئی سے۔</w:t>
      </w:r>
    </w:p>
    <w:p>
      <w:r>
        <w:rPr>
          <w:b/>
        </w:rPr>
        <w:t xml:space="preserve">[1:17:22] </w:t>
      </w:r>
      <w:r>
        <w:t>aur unhone likha hai: Maulana sahib Today only I got to know this wisdom that extremism is</w:t>
      </w:r>
    </w:p>
    <w:p>
      <w:pPr>
        <w:jc w:val="right"/>
      </w:pPr>
      <w:r>
        <w:t>اور انہوں نے لکھا ہے: مولانا صاحب Today only I got to know this wisdom that extremism is</w:t>
      </w:r>
    </w:p>
    <w:p>
      <w:r>
        <w:rPr>
          <w:b/>
        </w:rPr>
        <w:t xml:space="preserve">[1:17:27] </w:t>
      </w:r>
      <w:r>
        <w:t>the human life phenomena and not a nature phenomena, and problem gives us the clue to discovery.</w:t>
      </w:r>
    </w:p>
    <w:p>
      <w:pPr>
        <w:jc w:val="right"/>
      </w:pPr>
      <w:r>
        <w:t>the human life phenomena and not a nature phenomena, and problem gives us the clue to discovery.</w:t>
      </w:r>
    </w:p>
    <w:p>
      <w:r>
        <w:rPr>
          <w:b/>
        </w:rPr>
        <w:t xml:space="preserve">[1:17:33] </w:t>
      </w:r>
      <w:r>
        <w:t>agla sawal Maulana Nalanda se kiya hai Zubair Sattarullah sahib ne.</w:t>
      </w:r>
    </w:p>
    <w:p>
      <w:pPr>
        <w:jc w:val="right"/>
      </w:pPr>
      <w:r>
        <w:t>اگلا سوال مولانا نالندہ سے کیا ہے زبیر ستارلہ صاحب نے۔</w:t>
      </w:r>
    </w:p>
    <w:p>
      <w:r>
        <w:rPr>
          <w:b/>
        </w:rPr>
        <w:t xml:space="preserve">[1:17:38] </w:t>
      </w:r>
      <w:r>
        <w:t>aur unhone aapse poocha hai ke Maulana sahib intellectual development hamesha kaise jaari rakhen? is ke</w:t>
      </w:r>
    </w:p>
    <w:p>
      <w:pPr>
        <w:jc w:val="right"/>
      </w:pPr>
      <w:r>
        <w:t>اور انہوں نے آپ سے پوچھا ہے کہ مولانا صاحب intellectual development ہمیشہ کیسے جاری رکھیں؟ اس کے</w:t>
      </w:r>
    </w:p>
    <w:p>
      <w:r>
        <w:rPr>
          <w:b/>
        </w:rPr>
        <w:t xml:space="preserve">[1:17:44] </w:t>
      </w:r>
      <w:r>
        <w:t>bare mein bataen.</w:t>
      </w:r>
    </w:p>
    <w:p>
      <w:pPr>
        <w:jc w:val="right"/>
      </w:pPr>
      <w:r>
        <w:t>بارے میں بتائیں۔</w:t>
      </w:r>
    </w:p>
    <w:p>
      <w:r>
        <w:rPr>
          <w:b/>
        </w:rPr>
        <w:t xml:space="preserve">[1:17:49] </w:t>
      </w:r>
      <w:r>
        <w:t>It requires a developed mind to continue the process of development.</w:t>
      </w:r>
    </w:p>
    <w:p>
      <w:pPr>
        <w:jc w:val="right"/>
      </w:pPr>
      <w:r>
        <w:t>It requires a developed mind to continue the process of development.</w:t>
      </w:r>
    </w:p>
    <w:p>
      <w:r>
        <w:rPr>
          <w:b/>
        </w:rPr>
        <w:t xml:space="preserve">[1:17:55] </w:t>
      </w:r>
      <w:r>
        <w:t>asal cheez dekhiye kya hai ke Quran mein aata hai ke poori duniya, poori kainat ayat se bhari</w:t>
      </w:r>
    </w:p>
    <w:p>
      <w:pPr>
        <w:jc w:val="right"/>
      </w:pPr>
      <w:r>
        <w:t>اصل چیز دیکھیے کیا ہے کہ قرآن میں آتا ہے کہ پوری دنیا، پوری کائنات آیات سے بھری</w:t>
      </w:r>
    </w:p>
    <w:p>
      <w:r>
        <w:rPr>
          <w:b/>
        </w:rPr>
        <w:t xml:space="preserve">[1:18:01] </w:t>
      </w:r>
      <w:r>
        <w:t>hui hai, yani signs of God se bhari hui hai.</w:t>
      </w:r>
    </w:p>
    <w:p>
      <w:pPr>
        <w:jc w:val="right"/>
      </w:pPr>
      <w:r>
        <w:t>ہوئی ہے، یعنی signs of God سے بھری ہوئی ہے۔</w:t>
      </w:r>
    </w:p>
    <w:p>
      <w:r>
        <w:rPr>
          <w:b/>
        </w:rPr>
        <w:t xml:space="preserve">[1:18:07] </w:t>
      </w:r>
      <w:r>
        <w:t>lekin log is ko pakad nahin paate.</w:t>
      </w:r>
    </w:p>
    <w:p>
      <w:pPr>
        <w:jc w:val="right"/>
      </w:pPr>
      <w:r>
        <w:t>لیکن لوگ اس کو پکڑ نہیں پاتے۔</w:t>
      </w:r>
    </w:p>
    <w:p>
      <w:r>
        <w:rPr>
          <w:b/>
        </w:rPr>
        <w:t xml:space="preserve">[1:18:13] </w:t>
      </w:r>
      <w:r>
        <w:t>to intellectual development kiya hai? kiya hai intellectual development? woh hai Allah ke kalmat ko parh pana.</w:t>
      </w:r>
    </w:p>
    <w:p>
      <w:pPr>
        <w:jc w:val="right"/>
      </w:pPr>
      <w:r>
        <w:t>تو intellectual development کیا ہے؟ کیا ہے intellectual development؟ وہ ہے اللہ کے کلمات کو پڑھ پانا۔</w:t>
      </w:r>
    </w:p>
    <w:p>
      <w:r>
        <w:rPr>
          <w:b/>
        </w:rPr>
        <w:t xml:space="preserve">[1:18:20] </w:t>
      </w:r>
      <w:r>
        <w:t>Intellectual development kiya hai? Allah ke kalmat jo har waqt phailay hue hain charon taraf, us ko parh</w:t>
      </w:r>
    </w:p>
    <w:p>
      <w:pPr>
        <w:jc w:val="right"/>
      </w:pPr>
      <w:r>
        <w:t>Intellectual development کیا ہے؟ اللہ کے کلمات جو ہر وقت پھیلے ہوئے ہیں چاروں طرف، اس کو پڑھ</w:t>
      </w:r>
    </w:p>
    <w:p>
      <w:r>
        <w:rPr>
          <w:b/>
        </w:rPr>
        <w:t xml:space="preserve">[1:18:26] </w:t>
      </w:r>
      <w:r>
        <w:t>pana, us ko detect kar pana, us ko discover kar pana.</w:t>
      </w:r>
    </w:p>
    <w:p>
      <w:pPr>
        <w:jc w:val="right"/>
      </w:pPr>
      <w:r>
        <w:t>پانا، اس کو detect کر پانا، اس کو discover کر پانا۔</w:t>
      </w:r>
    </w:p>
    <w:p>
      <w:r>
        <w:rPr>
          <w:b/>
        </w:rPr>
        <w:t xml:space="preserve">[1:18:32] </w:t>
      </w:r>
      <w:r>
        <w:t>yeh hota hai jab aap apne mind ko develop karein.</w:t>
      </w:r>
    </w:p>
    <w:p>
      <w:pPr>
        <w:jc w:val="right"/>
      </w:pPr>
      <w:r>
        <w:t>یہ ہوتا ہے جب آپ اپنے mind کو develop کریں۔</w:t>
      </w:r>
    </w:p>
    <w:p>
      <w:r>
        <w:rPr>
          <w:b/>
        </w:rPr>
        <w:t xml:space="preserve">[1:18:38] </w:t>
      </w:r>
      <w:r>
        <w:t>Developed mind mein yeh salahiyat hoti hai, is qabil hota hai woh ke aas paas phaili hui jo</w:t>
      </w:r>
    </w:p>
    <w:p>
      <w:pPr>
        <w:jc w:val="right"/>
      </w:pPr>
      <w:r>
        <w:t>Developed mind میں یہ صلاحیت ہوتی ہے، اس قابل ہوتا ہے وہ کہ آس پاس پھیلی ہوئی جو</w:t>
      </w:r>
    </w:p>
    <w:p>
      <w:r>
        <w:rPr>
          <w:b/>
        </w:rPr>
        <w:t xml:space="preserve">[1:18:45] </w:t>
      </w:r>
      <w:r>
        <w:t>Allah ki nishaniyan hain, un ko woh detect kar pata hai.</w:t>
      </w:r>
    </w:p>
    <w:p>
      <w:pPr>
        <w:jc w:val="right"/>
      </w:pPr>
      <w:r>
        <w:t>اللہ کی نشانیاں ہیں، ان کو وہ detect کر پاتا ہے۔</w:t>
      </w:r>
    </w:p>
    <w:p>
      <w:r>
        <w:rPr>
          <w:b/>
        </w:rPr>
        <w:t xml:space="preserve">[1:18:51] </w:t>
      </w:r>
      <w:r>
        <w:t>Aur phir woh, phir woh free development hai.</w:t>
      </w:r>
    </w:p>
    <w:p>
      <w:pPr>
        <w:jc w:val="right"/>
      </w:pPr>
      <w:r>
        <w:t>اور پھر وہ، پھر وہ free development ہے۔</w:t>
      </w:r>
    </w:p>
    <w:p>
      <w:r>
        <w:rPr>
          <w:b/>
        </w:rPr>
        <w:t xml:space="preserve">[1:18:57] </w:t>
      </w:r>
      <w:r>
        <w:t>To sab se pehla kaam hai mind ko develop karna.</w:t>
      </w:r>
    </w:p>
    <w:p>
      <w:pPr>
        <w:jc w:val="right"/>
      </w:pPr>
      <w:r>
        <w:t>تو سب سے پہلا کام ہے mind کو develop کرنا۔</w:t>
      </w:r>
    </w:p>
    <w:p>
      <w:r>
        <w:rPr>
          <w:b/>
        </w:rPr>
        <w:t xml:space="preserve">[1:19:03] </w:t>
      </w:r>
      <w:r>
        <w:t>Tab yeh sab kaam hota hai.</w:t>
      </w:r>
    </w:p>
    <w:p>
      <w:pPr>
        <w:jc w:val="right"/>
      </w:pPr>
      <w:r>
        <w:t>تب یہ سب کام ہوتا ہے۔</w:t>
      </w:r>
    </w:p>
    <w:p>
      <w:r>
        <w:rPr>
          <w:b/>
        </w:rPr>
        <w:t xml:space="preserve">[1:19:10] </w:t>
      </w:r>
      <w:r>
        <w:t>Jee, Maulana, agla sawal Anwar Subhani sahib ne kiya hai Delhi se.</w:t>
      </w:r>
    </w:p>
    <w:p>
      <w:pPr>
        <w:jc w:val="right"/>
      </w:pPr>
      <w:r>
        <w:t>جی، مولانا، اگلا سوال انور سبحانی صاحب نے کیا ہے دلی سے۔</w:t>
      </w:r>
    </w:p>
    <w:p>
      <w:r>
        <w:rPr>
          <w:b/>
        </w:rPr>
        <w:t xml:space="preserve">[1:19:16] </w:t>
      </w:r>
      <w:r>
        <w:t>Aur unhon ne aap se poocha hai ke ghareeb kis ko kehte hain? Hum un ki madad kis</w:t>
      </w:r>
    </w:p>
    <w:p>
      <w:pPr>
        <w:jc w:val="right"/>
      </w:pPr>
      <w:r>
        <w:t>اور انہوں نے آپ سے پوچھا ہے کہ غریب کس کو کہتے ہیں؟ ہم ان کی مدد کس</w:t>
      </w:r>
    </w:p>
    <w:p>
      <w:r>
        <w:rPr>
          <w:b/>
        </w:rPr>
        <w:t xml:space="preserve">[1:19:22] </w:t>
      </w:r>
      <w:r>
        <w:t>tarah kar sakte hain? Is ke baray mein batayein.</w:t>
      </w:r>
    </w:p>
    <w:p>
      <w:pPr>
        <w:jc w:val="right"/>
      </w:pPr>
      <w:r>
        <w:t>طرح کر سکتے ہیں؟ اس کے بارے میں بتائیں۔</w:t>
      </w:r>
    </w:p>
    <w:p>
      <w:r>
        <w:rPr>
          <w:b/>
        </w:rPr>
        <w:t xml:space="preserve">[1:19:28] </w:t>
      </w:r>
      <w:r>
        <w:t>Yeh sawal bhi wohi hai ke sawal kiya hai? Har cheez ka sawal kiya hai? Hadees mein jo</w:t>
      </w:r>
    </w:p>
    <w:p>
      <w:pPr>
        <w:jc w:val="right"/>
      </w:pPr>
      <w:r>
        <w:t>یہ سوال بھی وہی ہے کہ سوال کیا ہے؟ ہر چیز کا سوال کیا ہے؟ حدیث میں جو</w:t>
      </w:r>
    </w:p>
    <w:p>
      <w:r>
        <w:rPr>
          <w:b/>
        </w:rPr>
        <w:t xml:space="preserve">[1:19:35] </w:t>
      </w:r>
      <w:r>
        <w:t>maujood hai, Sahabi kehte hain ke nauheena ankasar al sawal hum ko mana kiya hai ziyada sawal karne se.</w:t>
      </w:r>
    </w:p>
    <w:p>
      <w:pPr>
        <w:jc w:val="right"/>
      </w:pPr>
      <w:r>
        <w:t>موجود ہے، صحابی کہتے ہیں کہ نوحینہ عنکسر السوال ہم کو منع کیا ہے زیادہ سوال کرنے سے۔</w:t>
      </w:r>
    </w:p>
    <w:p>
      <w:r>
        <w:rPr>
          <w:b/>
        </w:rPr>
        <w:t xml:space="preserve">[1:19:41] </w:t>
      </w:r>
      <w:r>
        <w:t>Is ka matlab kiya hai? Is ka matlab yeh hai ke Islam self discovery par zor deta hai,</w:t>
      </w:r>
    </w:p>
    <w:p>
      <w:pPr>
        <w:jc w:val="right"/>
      </w:pPr>
      <w:r>
        <w:t>اس کا معنی کیا ہے؟ اس کا معنی یہ ہے کہ اسلام self discovery پر زور دیتا ہے،</w:t>
      </w:r>
    </w:p>
    <w:p>
      <w:r>
        <w:rPr>
          <w:b/>
        </w:rPr>
        <w:t xml:space="preserve">[1:19:47] </w:t>
      </w:r>
      <w:r>
        <w:t>na questioning par.</w:t>
      </w:r>
    </w:p>
    <w:p>
      <w:pPr>
        <w:jc w:val="right"/>
      </w:pPr>
      <w:r>
        <w:t>نہ questioning پر۔</w:t>
      </w:r>
    </w:p>
    <w:p>
      <w:r>
        <w:rPr>
          <w:b/>
        </w:rPr>
        <w:t xml:space="preserve">[1:19:54] </w:t>
      </w:r>
      <w:r>
        <w:t>Yeh jo farmaya ke ziyada sawal mat karo, is ka matlab kiya bhi hai? Khud discover karo, khud</w:t>
      </w:r>
    </w:p>
    <w:p>
      <w:pPr>
        <w:jc w:val="right"/>
      </w:pPr>
      <w:r>
        <w:t>یہ جو فرمایا کہ زیادہ سوال مت کرو، اس کا معنی کیا بھی ہے؟ خود discover کرو، خود</w:t>
      </w:r>
    </w:p>
    <w:p>
      <w:r>
        <w:rPr>
          <w:b/>
        </w:rPr>
        <w:t xml:space="preserve">[1:20:00] </w:t>
      </w:r>
      <w:r>
        <w:t>discover karo, khud discover karo.</w:t>
      </w:r>
    </w:p>
    <w:p>
      <w:pPr>
        <w:jc w:val="right"/>
      </w:pPr>
      <w:r>
        <w:t>discover کرو، خود discover کرو۔</w:t>
      </w:r>
    </w:p>
    <w:p>
      <w:r>
        <w:rPr>
          <w:b/>
        </w:rPr>
        <w:t xml:space="preserve">[1:20:06] </w:t>
      </w:r>
      <w:r>
        <w:t>Jin logon ne daryaft kiya ke ke solar system ka qanoon kiya hai, zameen ka qanoon kiya hai,</w:t>
      </w:r>
    </w:p>
    <w:p>
      <w:pPr>
        <w:jc w:val="right"/>
      </w:pPr>
      <w:r>
        <w:t>جن لوگوں نے دریافت کیا کہ کہ solar system کا قانون کیا ہے، زمین کا قانون کیا ہے،</w:t>
      </w:r>
    </w:p>
    <w:p>
      <w:r>
        <w:rPr>
          <w:b/>
        </w:rPr>
        <w:t xml:space="preserve">[1:20:12] </w:t>
      </w:r>
      <w:r>
        <w:t>woh poochne nahi gaye thay kisi se.</w:t>
      </w:r>
    </w:p>
    <w:p>
      <w:pPr>
        <w:jc w:val="right"/>
      </w:pPr>
      <w:r>
        <w:t>وہ پوچھنے نہیں گئے تھے کسی سے۔</w:t>
      </w:r>
    </w:p>
    <w:p>
      <w:r>
        <w:rPr>
          <w:b/>
        </w:rPr>
        <w:t xml:space="preserve">[1:20:19] </w:t>
      </w:r>
      <w:r>
        <w:t>Unhon ne apni zindagiyaan laga dein is ki discovery mein, tab daryaft kiya hai unhon ne.</w:t>
      </w:r>
    </w:p>
    <w:p>
      <w:pPr>
        <w:jc w:val="right"/>
      </w:pPr>
      <w:r>
        <w:t>انہوں نے اپنی زندگیاں لگا دیں اس کی discovery میں، تب دریافت کیا ہے انہوں نے۔</w:t>
      </w:r>
    </w:p>
    <w:p>
      <w:r>
        <w:rPr>
          <w:b/>
        </w:rPr>
        <w:t xml:space="preserve">[1:20:25] </w:t>
      </w:r>
      <w:r>
        <w:t>To bohat bari hadees hai yeh nauheena ankasar al sawal hum ko mana kiya gaya hai ziyada sawal karne se.</w:t>
      </w:r>
    </w:p>
    <w:p>
      <w:pPr>
        <w:jc w:val="right"/>
      </w:pPr>
      <w:r>
        <w:t>تو بہت بڑی حدیث ہے یہ نوحینہ عنکسر السوال ہم کو منع کیا گیا ہے زیادہ سوال کرنے سے۔</w:t>
      </w:r>
    </w:p>
    <w:p>
      <w:r>
        <w:rPr>
          <w:b/>
        </w:rPr>
        <w:t xml:space="preserve">[1:20:31] </w:t>
      </w:r>
      <w:r>
        <w:t>Is ka matlab kiya hai? Hum ko hukum diya gaya hai ke ziyada socho, ziyada daryaft karo, ziyada discovery karo.</w:t>
      </w:r>
    </w:p>
    <w:p>
      <w:pPr>
        <w:jc w:val="right"/>
      </w:pPr>
      <w:r>
        <w:t>اس کا معنی کیا ہے؟ ہم کو حکم دیا گیا ہے کہ زیادہ سوچو، زیادہ دریافت کرو، زیادہ discovery کرو۔</w:t>
      </w:r>
    </w:p>
    <w:p>
      <w:r>
        <w:rPr>
          <w:b/>
        </w:rPr>
        <w:t xml:space="preserve">[1:20:37] </w:t>
      </w:r>
      <w:r>
        <w:t>Apne mind ko develop karo taake tum har cheez ko discover karo.</w:t>
      </w:r>
    </w:p>
    <w:p>
      <w:pPr>
        <w:jc w:val="right"/>
      </w:pPr>
      <w:r>
        <w:t>اپنے mind کو develop کرو تاکہ تم ہر چیز کو discover کرو۔</w:t>
      </w:r>
    </w:p>
    <w:p>
      <w:r>
        <w:rPr>
          <w:b/>
        </w:rPr>
        <w:t xml:space="preserve">[1:20:44] </w:t>
      </w:r>
      <w:r>
        <w:t>Sawal karna kiya hai? Yeh hadees jo hai, is ko mein yani shah kaleed samajhta hoon, yani master</w:t>
      </w:r>
    </w:p>
    <w:p>
      <w:pPr>
        <w:jc w:val="right"/>
      </w:pPr>
      <w:r>
        <w:t>سوال کرنا کیا ہے؟ یہ حدیث جو ہے، اس کو میں یعنی شاہ کلید سمجھتا ہوں، یعنی master</w:t>
      </w:r>
    </w:p>
    <w:p>
      <w:r>
        <w:rPr>
          <w:b/>
        </w:rPr>
        <w:t xml:space="preserve">[1:20:50] </w:t>
      </w:r>
      <w:r>
        <w:t>key samajhta hoon.</w:t>
      </w:r>
    </w:p>
    <w:p>
      <w:pPr>
        <w:jc w:val="right"/>
      </w:pPr>
      <w:r>
        <w:t>key سمجھتا ہوں۔</w:t>
      </w:r>
    </w:p>
    <w:p>
      <w:r>
        <w:rPr>
          <w:b/>
        </w:rPr>
        <w:t xml:space="preserve">[1:20:56] </w:t>
      </w:r>
      <w:r>
        <w:t>yeh jo hadith hai ke nauheena ankasar al sawal yeh sahabi kehte hain ke rasool Allah sal Allahu alaihi</w:t>
      </w:r>
    </w:p>
    <w:p>
      <w:pPr>
        <w:jc w:val="right"/>
      </w:pPr>
      <w:r>
        <w:t>یہ جو حدیث ہے کہ نوحینہ عنکسر السوال یہ صحابی کہتے ہیں کہ رسول اللہ صلی اللہ علیہ</w:t>
      </w:r>
    </w:p>
    <w:p>
      <w:r>
        <w:rPr>
          <w:b/>
        </w:rPr>
        <w:t xml:space="preserve">[1:21:02] </w:t>
      </w:r>
      <w:r>
        <w:t>wasallam ne hum ko mana kiya hai ke zyada sawal mat karo.</w:t>
      </w:r>
    </w:p>
    <w:p>
      <w:pPr>
        <w:jc w:val="right"/>
      </w:pPr>
      <w:r>
        <w:t>وسلم نے ہم کو منع کیا ہے کہ زیادہ سوال مت کرو۔</w:t>
      </w:r>
    </w:p>
    <w:p>
      <w:r>
        <w:rPr>
          <w:b/>
        </w:rPr>
        <w:t xml:space="preserve">[1:21:09] </w:t>
      </w:r>
      <w:r>
        <w:t>is ka matlab kya hai? Zyada socho, zyada discover karo.</w:t>
      </w:r>
    </w:p>
    <w:p>
      <w:pPr>
        <w:jc w:val="right"/>
      </w:pPr>
      <w:r>
        <w:t>اس کا معنی کیا ہے؟ زیادہ سوچو، زیادہ discover کرو۔</w:t>
      </w:r>
    </w:p>
    <w:p>
      <w:r>
        <w:rPr>
          <w:b/>
        </w:rPr>
        <w:t xml:space="preserve">[1:21:15] </w:t>
      </w:r>
      <w:r>
        <w:t>Self discovery ka process barhao.</w:t>
      </w:r>
    </w:p>
    <w:p>
      <w:pPr>
        <w:jc w:val="right"/>
      </w:pPr>
      <w:r>
        <w:t>Self discovery کا process بڑھاؤ۔</w:t>
      </w:r>
    </w:p>
    <w:p>
      <w:r>
        <w:rPr>
          <w:b/>
        </w:rPr>
        <w:t xml:space="preserve">[1:21:21] </w:t>
      </w:r>
      <w:r>
        <w:t>Yahan tak keh diya aap ne, aziz, kitni bari baat keh di aap ne.</w:t>
      </w:r>
    </w:p>
    <w:p>
      <w:pPr>
        <w:jc w:val="right"/>
      </w:pPr>
      <w:r>
        <w:t>یہاں تک کہہ دیا آپ نے، عزیز، کتنی بڑی بات کہہ دی آپ نے۔</w:t>
      </w:r>
    </w:p>
    <w:p>
      <w:r>
        <w:rPr>
          <w:b/>
        </w:rPr>
        <w:t xml:space="preserve">[1:21:27] </w:t>
      </w:r>
      <w:r>
        <w:t>Istafti qalb-ak apne aap se fatwa poocho.</w:t>
      </w:r>
    </w:p>
    <w:p>
      <w:pPr>
        <w:jc w:val="right"/>
      </w:pPr>
      <w:r>
        <w:t>استفت قلبك اپنے آپ سے فتح پوچھو۔</w:t>
      </w:r>
    </w:p>
    <w:p>
      <w:r>
        <w:rPr>
          <w:b/>
        </w:rPr>
        <w:t xml:space="preserve">[1:21:34] </w:t>
      </w:r>
      <w:r>
        <w:t>Log daurte hain mufti ke paas.</w:t>
      </w:r>
    </w:p>
    <w:p>
      <w:pPr>
        <w:jc w:val="right"/>
      </w:pPr>
      <w:r>
        <w:t>لوگ دوڑتے ہیں مفتی کے پاس۔</w:t>
      </w:r>
    </w:p>
    <w:p>
      <w:r>
        <w:rPr>
          <w:b/>
        </w:rPr>
        <w:t xml:space="preserve">[1:21:40] </w:t>
      </w:r>
      <w:r>
        <w:t>ke paas aap ne farmaya ke istafti qalb-ak apne dil se fatwa poocho.</w:t>
      </w:r>
    </w:p>
    <w:p>
      <w:pPr>
        <w:jc w:val="right"/>
      </w:pPr>
      <w:r>
        <w:t>کے پاس آپ نے فرمایا کہ استفت قلبك اپنے دل سے فتح پوچھو۔</w:t>
      </w:r>
    </w:p>
    <w:p>
      <w:r>
        <w:rPr>
          <w:b/>
        </w:rPr>
        <w:t xml:space="preserve">[1:21:46] </w:t>
      </w:r>
      <w:r>
        <w:t>Yaani apne aap, apne mind ko itna develop karo ke woh khud discover kar sake.</w:t>
      </w:r>
    </w:p>
    <w:p>
      <w:pPr>
        <w:jc w:val="right"/>
      </w:pPr>
      <w:r>
        <w:t>یعنی اپنے آپ، اپنے mind کو اتنا develop کرو کہ وہ خود discover کر سکے۔</w:t>
      </w:r>
    </w:p>
    <w:p>
      <w:r>
        <w:rPr>
          <w:b/>
        </w:rPr>
        <w:t xml:space="preserve">[1:21:53] </w:t>
      </w:r>
      <w:r>
        <w:t>Yeh matlab hai is ka.</w:t>
      </w:r>
    </w:p>
    <w:p>
      <w:pPr>
        <w:jc w:val="right"/>
      </w:pPr>
      <w:r>
        <w:t>یہ مطلب ہے اس کا۔</w:t>
      </w:r>
    </w:p>
    <w:p>
      <w:r>
        <w:rPr>
          <w:b/>
        </w:rPr>
        <w:t xml:space="preserve">[1:21:59] </w:t>
      </w:r>
      <w:r>
        <w:t>Maulana, agla sawal Dhampur se Mahtab Ahmed sahib ne kiya hai.</w:t>
      </w:r>
    </w:p>
    <w:p>
      <w:pPr>
        <w:jc w:val="right"/>
      </w:pPr>
      <w:r>
        <w:t>مولانا، اگلا سوال دھامپور سے مہتاب احمد صاحب نے کیا ہے۔</w:t>
      </w:r>
    </w:p>
    <w:p>
      <w:r>
        <w:rPr>
          <w:b/>
        </w:rPr>
        <w:t xml:space="preserve">[1:22:05] </w:t>
      </w:r>
      <w:r>
        <w:t>Unhon ne aap se poocha hai ke Maulana sahib how can we manage our unlimited desire bohat aasan hai.</w:t>
      </w:r>
    </w:p>
    <w:p>
      <w:pPr>
        <w:jc w:val="right"/>
      </w:pPr>
      <w:r>
        <w:t>انہوں نے آپ سے پوچھا ہے کہ مولانا صاحب how can we manage our unlimited desire بہت آسان ہے۔</w:t>
      </w:r>
    </w:p>
    <w:p>
      <w:r>
        <w:rPr>
          <w:b/>
        </w:rPr>
        <w:t xml:space="preserve">[1:22:11] </w:t>
      </w:r>
      <w:r>
        <w:t>Apne tajrube se seekhein, apne tajrube se seekhein ke unlimited desire aap ke haan is se milta kya</w:t>
      </w:r>
    </w:p>
    <w:p>
      <w:pPr>
        <w:jc w:val="right"/>
      </w:pPr>
      <w:r>
        <w:t>اپنے تجربے سے سیکھیں، اپنے تجربے سے سیکھیں کہ unlimited desire آپ کے ہاں اس سے ملتا کیا</w:t>
      </w:r>
    </w:p>
    <w:p>
      <w:r>
        <w:rPr>
          <w:b/>
        </w:rPr>
        <w:t xml:space="preserve">[1:22:18] </w:t>
      </w:r>
      <w:r>
        <w:t>hai? Aap ko milta kya hai? Roz aise log barhte hain jo apne bare bare ghar banate hain.</w:t>
      </w:r>
    </w:p>
    <w:p>
      <w:pPr>
        <w:jc w:val="right"/>
      </w:pPr>
      <w:r>
        <w:t>ہے؟ آپ کو ملتا کیا ہے؟ روز ایسے لوگ بڑھتے ہیں جو اپنے بڑے بڑے گھر بناتے ہیں۔</w:t>
      </w:r>
    </w:p>
    <w:p>
      <w:r>
        <w:rPr>
          <w:b/>
        </w:rPr>
        <w:t xml:space="preserve">[1:22:24] </w:t>
      </w:r>
      <w:r>
        <w:t>Abhi, abhi mein ne dekha woh jo Spain aata hai, America se ek parcha to us mein Spain</w:t>
      </w:r>
    </w:p>
    <w:p>
      <w:pPr>
        <w:jc w:val="right"/>
      </w:pPr>
      <w:r>
        <w:t>ابھی، ابھی میں نے دیکھا وہ جو اسپین آتا ہے، امریکہ سے ایک پرچہ تو اس میں اسپین</w:t>
      </w:r>
    </w:p>
    <w:p>
      <w:r>
        <w:rPr>
          <w:b/>
        </w:rPr>
        <w:t xml:space="preserve">[1:22:30] </w:t>
      </w:r>
      <w:r>
        <w:t>mein nikalta hai kai language mein.</w:t>
      </w:r>
    </w:p>
    <w:p>
      <w:pPr>
        <w:jc w:val="right"/>
      </w:pPr>
      <w:r>
        <w:t>میں نکلتا ہے کئی language میں۔</w:t>
      </w:r>
    </w:p>
    <w:p>
      <w:r>
        <w:rPr>
          <w:b/>
        </w:rPr>
        <w:t xml:space="preserve">[1:22:36] </w:t>
      </w:r>
      <w:r>
        <w:t>Ameriki parcha to us mein bohat sare shandar ghar ki tasveerein theen.</w:t>
      </w:r>
    </w:p>
    <w:p>
      <w:pPr>
        <w:jc w:val="right"/>
      </w:pPr>
      <w:r>
        <w:t>امریکی پرچہ تو اس میں بہت سارے شاندار گھر کی تصویریں تھیں۔</w:t>
      </w:r>
    </w:p>
    <w:p>
      <w:r>
        <w:rPr>
          <w:b/>
        </w:rPr>
        <w:t xml:space="preserve">[1:22:43] </w:t>
      </w:r>
      <w:r>
        <w:t>Mehal, ghar ka mehal tha, us mein likha hua tha palace presidential palace to America mein jo sadar</w:t>
      </w:r>
    </w:p>
    <w:p>
      <w:pPr>
        <w:jc w:val="right"/>
      </w:pPr>
      <w:r>
        <w:t>محل، گھر کا محل تھا، اس میں لکھا ہوا تھا palace presidential palace تو امریکہ میں جو صدر</w:t>
      </w:r>
    </w:p>
    <w:p>
      <w:r>
        <w:rPr>
          <w:b/>
        </w:rPr>
        <w:t xml:space="preserve">[1:22:49] </w:t>
      </w:r>
      <w:r>
        <w:t>hota hai, to har sadar ek mehal banata hai.</w:t>
      </w:r>
    </w:p>
    <w:p>
      <w:pPr>
        <w:jc w:val="right"/>
      </w:pPr>
      <w:r>
        <w:t>ہوتا ہے، تو ہر صدر ایک محل بناتا ہے۔</w:t>
      </w:r>
    </w:p>
    <w:p>
      <w:r>
        <w:rPr>
          <w:b/>
        </w:rPr>
        <w:t xml:space="preserve">[1:22:55] </w:t>
      </w:r>
      <w:r>
        <w:t>Ek area hai America mein, bohat hi shandar area hai.</w:t>
      </w:r>
    </w:p>
    <w:p>
      <w:pPr>
        <w:jc w:val="right"/>
      </w:pPr>
      <w:r>
        <w:t>ایک area ہے امریکہ میں، بہت ہی شاندار area ہے۔</w:t>
      </w:r>
    </w:p>
    <w:p>
      <w:r>
        <w:rPr>
          <w:b/>
        </w:rPr>
        <w:t xml:space="preserve">[1:23:01] </w:t>
      </w:r>
      <w:r>
        <w:t>To har sadar ka wahan mehal hai, lekin koi sadar is mehal mein reh nahi saka.</w:t>
      </w:r>
    </w:p>
    <w:p>
      <w:pPr>
        <w:jc w:val="right"/>
      </w:pPr>
      <w:r>
        <w:t>تو ہر صدر کا وہاں محل ہے، لیکن کوئی صدر اس محل میں رہ نہیں سکا۔</w:t>
      </w:r>
    </w:p>
    <w:p>
      <w:r>
        <w:rPr>
          <w:b/>
        </w:rPr>
        <w:t xml:space="preserve">[1:23:08] </w:t>
      </w:r>
      <w:r>
        <w:t>Bana diya hai, bas rehta hai white house mein, marta hai hospital mein.</w:t>
      </w:r>
    </w:p>
    <w:p>
      <w:pPr>
        <w:jc w:val="right"/>
      </w:pPr>
      <w:r>
        <w:t>بنا دیا ہے، بس رہتا ہے white house میں، مرتا ہے hospital میں۔</w:t>
      </w:r>
    </w:p>
    <w:p>
      <w:r>
        <w:rPr>
          <w:b/>
        </w:rPr>
        <w:t xml:space="preserve">[1:23:14] </w:t>
      </w:r>
      <w:r>
        <w:t>Yaani zindagi bhar is ki ambitions hoti hain ke mere paas ek shandar ghar ho, woh bana dalta</w:t>
      </w:r>
    </w:p>
    <w:p>
      <w:pPr>
        <w:jc w:val="right"/>
      </w:pPr>
      <w:r>
        <w:t>یعنی زندگی بھر اس کی ambitions ہوتی ہیں کہ میرے پاس ایک شاندار گھر ہو، وہ بنا ڈالتا</w:t>
      </w:r>
    </w:p>
    <w:p>
      <w:r>
        <w:rPr>
          <w:b/>
        </w:rPr>
        <w:t xml:space="preserve">[1:23:20] </w:t>
      </w:r>
      <w:r>
        <w:t>hai woh ghar.</w:t>
      </w:r>
    </w:p>
    <w:p>
      <w:pPr>
        <w:jc w:val="right"/>
      </w:pPr>
      <w:r>
        <w:t>ہے وہ گھر۔</w:t>
      </w:r>
    </w:p>
    <w:p>
      <w:r>
        <w:rPr>
          <w:b/>
        </w:rPr>
        <w:t xml:space="preserve">[1:23:26] </w:t>
      </w:r>
      <w:r>
        <w:t>lekin hota kya hai? rehta hai white house mein, marta hai hospital mein.</w:t>
      </w:r>
    </w:p>
    <w:p>
      <w:pPr>
        <w:jc w:val="right"/>
      </w:pPr>
      <w:r>
        <w:t>لیکن ہوتا کیا ہے؟ رہتا ہے white house میں، مرتا ہے hospital میں۔</w:t>
      </w:r>
    </w:p>
    <w:p>
      <w:r>
        <w:rPr>
          <w:b/>
        </w:rPr>
        <w:t xml:space="preserve">[1:23:33] </w:t>
      </w:r>
      <w:r>
        <w:t>to faida kya hai? is tajrube se seekhiye ke jab hum desire ko fulfill nahi kar sakte to</w:t>
      </w:r>
    </w:p>
    <w:p>
      <w:pPr>
        <w:jc w:val="right"/>
      </w:pPr>
      <w:r>
        <w:t>تو فائدہ کیا ہے؟ اس تجربے سے سیکھیے کہ جب ہم desire کو fulfill نہیں کر سکتے تو</w:t>
      </w:r>
    </w:p>
    <w:p>
      <w:r>
        <w:rPr>
          <w:b/>
        </w:rPr>
        <w:t xml:space="preserve">[1:23:39] </w:t>
      </w:r>
      <w:r>
        <w:t>is mein dorne se faida kya hai? is ke phir jab hum desire ko fulfill nahi kar sakte</w:t>
      </w:r>
    </w:p>
    <w:p>
      <w:pPr>
        <w:jc w:val="right"/>
      </w:pPr>
      <w:r>
        <w:t>اس میں دوڑنے سے فائدہ کیا ہے؟ اس کے پھر جب ہم desire کو fulfill نہیں کر سکتے</w:t>
      </w:r>
    </w:p>
    <w:p>
      <w:r>
        <w:rPr>
          <w:b/>
        </w:rPr>
        <w:t xml:space="preserve">[1:23:45] </w:t>
      </w:r>
      <w:r>
        <w:t>to is mein dorne se kya faida hai? to content jis ko kehte hain qana'at, content best policy hai. hai!</w:t>
      </w:r>
    </w:p>
    <w:p>
      <w:pPr>
        <w:jc w:val="right"/>
      </w:pPr>
      <w:r>
        <w:t>تو اس میں دوڑنے سے کیا فائدہ ہے؟ تو content جس کو کہتے ہیں قناعت، content best policy ہے۔ ہے!</w:t>
      </w:r>
    </w:p>
    <w:p>
      <w:r>
        <w:rPr>
          <w:b/>
        </w:rPr>
        <w:t xml:space="preserve">[1:23:52] </w:t>
      </w:r>
      <w:r>
        <w:t>mein ne apni zindagi mein bohat se shandar ghar dekhe hain.</w:t>
      </w:r>
    </w:p>
    <w:p>
      <w:pPr>
        <w:jc w:val="right"/>
      </w:pPr>
      <w:r>
        <w:t>میں نے اپنی زندگی میں بہت سے شاندار گھر دیکھے ہیں۔</w:t>
      </w:r>
    </w:p>
    <w:p>
      <w:r>
        <w:rPr>
          <w:b/>
        </w:rPr>
        <w:t xml:space="preserve">[1:23:58] </w:t>
      </w:r>
      <w:r>
        <w:t>sab se bare ghar dekha mein ne Adam World mein.</w:t>
      </w:r>
    </w:p>
    <w:p>
      <w:pPr>
        <w:jc w:val="right"/>
      </w:pPr>
      <w:r>
        <w:t>سب سے بڑے گھر دیکھا میں نے آدھم ورلڈ میں۔</w:t>
      </w:r>
    </w:p>
    <w:p>
      <w:r>
        <w:rPr>
          <w:b/>
        </w:rPr>
        <w:t xml:space="preserve">[1:24:04] </w:t>
      </w:r>
      <w:r>
        <w:t>Raja ek the wahan par, Raja Harkal.</w:t>
      </w:r>
    </w:p>
    <w:p>
      <w:pPr>
        <w:jc w:val="right"/>
      </w:pPr>
      <w:r>
        <w:t>راجہ ایک تھے وہاں پر، راجہ ہرکچل۔</w:t>
      </w:r>
    </w:p>
    <w:p>
      <w:r>
        <w:rPr>
          <w:b/>
        </w:rPr>
        <w:t xml:space="preserve">[1:24:10] </w:t>
      </w:r>
      <w:r>
        <w:t>bohat zabardast kothiyan banai theen unhon ne.</w:t>
      </w:r>
    </w:p>
    <w:p>
      <w:pPr>
        <w:jc w:val="right"/>
      </w:pPr>
      <w:r>
        <w:t>بہت زبردست کوٹھیاں بنائی تھیں انہوں نے۔</w:t>
      </w:r>
    </w:p>
    <w:p>
      <w:r>
        <w:rPr>
          <w:b/>
        </w:rPr>
        <w:t xml:space="preserve">[1:24:16] </w:t>
      </w:r>
      <w:r>
        <w:t>lekin kya hua? idhar ghar ban kar tayyar hue, idhar bhar gaye.</w:t>
      </w:r>
    </w:p>
    <w:p>
      <w:pPr>
        <w:jc w:val="right"/>
      </w:pPr>
      <w:r>
        <w:t>لیکن کیا ہوا؟ ادھر گھر بن کر تیار ہوئے، ادھر بھر گئے۔</w:t>
      </w:r>
    </w:p>
    <w:p>
      <w:r>
        <w:rPr>
          <w:b/>
        </w:rPr>
        <w:t xml:space="preserve">[1:24:23] </w:t>
      </w:r>
      <w:r>
        <w:t>wo reh nahi sake.</w:t>
      </w:r>
    </w:p>
    <w:p>
      <w:pPr>
        <w:jc w:val="right"/>
      </w:pPr>
      <w:r>
        <w:t>وہ رہ نہیں سکے۔</w:t>
      </w:r>
    </w:p>
    <w:p>
      <w:r>
        <w:rPr>
          <w:b/>
        </w:rPr>
        <w:t xml:space="preserve">[1:24:29] </w:t>
      </w:r>
      <w:r>
        <w:t>aise bohat si shandar kothiyan dekhein mein ne, mahal dekhe jis mein koi banane wala reh nahi saka.</w:t>
      </w:r>
    </w:p>
    <w:p>
      <w:pPr>
        <w:jc w:val="right"/>
      </w:pPr>
      <w:r>
        <w:t>ایسے بہت سی شاندار کوٹھیاں دیکھیں میں نے، محل دیکھے جس میں کوئی بنانے والا رہ نہیں سکا۔</w:t>
      </w:r>
    </w:p>
    <w:p>
      <w:r>
        <w:rPr>
          <w:b/>
        </w:rPr>
        <w:t xml:space="preserve">[1:24:35] </w:t>
      </w:r>
      <w:r>
        <w:t>to sawal yeh hai ke apne experience se seekhna chahiye aadmi ko ke jo daulat ka pahaar mere</w:t>
      </w:r>
    </w:p>
    <w:p>
      <w:pPr>
        <w:jc w:val="right"/>
      </w:pPr>
      <w:r>
        <w:t>تو سوال یہ ہے کہ اپنے experience سے سیکھنا چاہیے آدمی کو کہ جو دولت کا پہاڑ میرے</w:t>
      </w:r>
    </w:p>
    <w:p>
      <w:r>
        <w:rPr>
          <w:b/>
        </w:rPr>
        <w:t xml:space="preserve">[1:24:41] </w:t>
      </w:r>
      <w:r>
        <w:t>kaam na aaye, jo mahal mere kaam na aaye, jo political stage aakhir kar mere kaam na aaye,</w:t>
      </w:r>
    </w:p>
    <w:p>
      <w:pPr>
        <w:jc w:val="right"/>
      </w:pPr>
      <w:r>
        <w:t>کام نہ آئے، جو محل میرے کام نہ آئے، جو political stage آخر کار میرے کام نہ آئے،</w:t>
      </w:r>
    </w:p>
    <w:p>
      <w:r>
        <w:rPr>
          <w:b/>
        </w:rPr>
        <w:t xml:space="preserve">[1:24:48] </w:t>
      </w:r>
      <w:r>
        <w:t>to mein is ke peeche daurrun kyun? mein kyun daurrun is ke peeche? mein apne liye daurrun ga,</w:t>
      </w:r>
    </w:p>
    <w:p>
      <w:pPr>
        <w:jc w:val="right"/>
      </w:pPr>
      <w:r>
        <w:t>تو میں اس کے پیچھے دوڑوں کیوں؟ میں کیوں دوڑوں اس کے پیچھے؟ میں اپنے لیے دوڑوں گا،</w:t>
      </w:r>
    </w:p>
    <w:p>
      <w:r>
        <w:rPr>
          <w:b/>
        </w:rPr>
        <w:t xml:space="preserve">[1:24:54] </w:t>
      </w:r>
      <w:r>
        <w:t>apne spiritual development ke liye, apne intellectual development ke liye, apne peace of mind ke liye.</w:t>
      </w:r>
    </w:p>
    <w:p>
      <w:pPr>
        <w:jc w:val="right"/>
      </w:pPr>
      <w:r>
        <w:t>اپنے spiritual development کے لیے، اپنے intellectual development کے لیے، اپنے peace of mind کے لیے۔</w:t>
      </w:r>
    </w:p>
    <w:p>
      <w:r>
        <w:rPr>
          <w:b/>
        </w:rPr>
        <w:t xml:space="preserve">[1:25:00] </w:t>
      </w:r>
      <w:r>
        <w:t>Unachievable goal ke liye kyun daurrun ga? jo achievable hai, us ke liye kyun na kaam karun ga?</w:t>
      </w:r>
    </w:p>
    <w:p>
      <w:pPr>
        <w:jc w:val="right"/>
      </w:pPr>
      <w:r>
        <w:t>Unachievable goal کے لیے کیوں دوڑوں گا؟ جو achievable ہے، اس کے لیے کیوں نہ کام کروں گا؟</w:t>
      </w:r>
    </w:p>
    <w:p>
      <w:r>
        <w:rPr>
          <w:b/>
        </w:rPr>
        <w:t xml:space="preserve">[1:25:06] </w:t>
      </w:r>
      <w:r>
        <w:t>ji, Maulana sahib, aap ne ek baar yeh kaha tha ke peace is in contentment and not in abundance.</w:t>
      </w:r>
    </w:p>
    <w:p>
      <w:pPr>
        <w:jc w:val="right"/>
      </w:pPr>
      <w:r>
        <w:t>جی، مولانا صاحب، آپ نے ایک بار یہ کہا تھا کہ peace is in contentment and not in abundance.</w:t>
      </w:r>
    </w:p>
    <w:p>
      <w:r>
        <w:rPr>
          <w:b/>
        </w:rPr>
        <w:t xml:space="preserve">[1:25:13] </w:t>
      </w:r>
      <w:r>
        <w:t>Haan, sahi hai. So we will end this session now. If you want to join CPS International, please write to us on info@cpsglobal.org. We will be back next Sunday, same time. Thank you.</w:t>
      </w:r>
    </w:p>
    <w:p>
      <w:pPr>
        <w:jc w:val="right"/>
      </w:pPr>
      <w:r>
        <w:t>ہاں، صحیح ہے۔ So we will end this session now. If you want to join CPS International, please write to us on info@cpsglobal.org. We will be back next Sunday, same time.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