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 from the Life of the Prophet Seminar on Sirat un Nabi PBUH Dec 23, 2016</w:t>
      </w:r>
    </w:p>
    <w:p>
      <w:r>
        <w:t>https://www.youtube.com/watch?v=-D_Ec-JCkDs</w:t>
      </w:r>
    </w:p>
    <w:p>
      <w:r>
        <w:rPr>
          <w:b/>
        </w:rPr>
        <w:t xml:space="preserve">[00:13]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[00:14]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[00:16] </w:t>
      </w:r>
      <w:r>
        <w:t>23 december 2016.</w:t>
      </w:r>
    </w:p>
    <w:p>
      <w:pPr>
        <w:jc w:val="right"/>
      </w:pPr>
      <w:r>
        <w:t>23 دسمبر 2016۔</w:t>
      </w:r>
    </w:p>
    <w:p>
      <w:r>
        <w:rPr>
          <w:b/>
        </w:rPr>
        <w:t xml:space="preserve">[00:18] </w:t>
      </w:r>
      <w:r>
        <w:t>is waqt mein educated musalmanon ke ijtima se khitab kar raha hoon.</w:t>
      </w:r>
    </w:p>
    <w:p>
      <w:pPr>
        <w:jc w:val="right"/>
      </w:pPr>
      <w:r>
        <w:t>اس وقت میں ایجوکیٹڈ مسلمانوں کے اجتماع سے خطاب کر رہا ہوں۔</w:t>
      </w:r>
    </w:p>
    <w:p>
      <w:r>
        <w:rPr>
          <w:b/>
        </w:rPr>
        <w:t xml:space="preserve">[00:23] </w:t>
      </w:r>
      <w:r>
        <w:t>khitab ka mozu hai rasool Allah salallahu alaihi wasallam ki sunnat.</w:t>
      </w:r>
    </w:p>
    <w:p>
      <w:pPr>
        <w:jc w:val="right"/>
      </w:pPr>
      <w:r>
        <w:t>خطاب کا موضوع ہے رسول اللہ صلی اللہ علیہ وسلم کی سنت۔</w:t>
      </w:r>
    </w:p>
    <w:p>
      <w:r>
        <w:rPr>
          <w:b/>
        </w:rPr>
        <w:t xml:space="preserve">[00:28] </w:t>
      </w:r>
      <w:r>
        <w:t>aap jante hain ke rasool Allah ki sunnat ek bohat hi wasee mozu hai, bohat se item is</w:t>
      </w:r>
    </w:p>
    <w:p>
      <w:pPr>
        <w:jc w:val="right"/>
      </w:pPr>
      <w:r>
        <w:t>آپ جانتے ہیں کہ رسول اللہ کی سنت ایک بہت ہی وسیع موضوع ہے، بہت سے آئٹم اس</w:t>
      </w:r>
    </w:p>
    <w:p>
      <w:r>
        <w:rPr>
          <w:b/>
        </w:rPr>
        <w:t xml:space="preserve">[00:36] </w:t>
      </w:r>
      <w:r>
        <w:t>mein aate hain.</w:t>
      </w:r>
    </w:p>
    <w:p>
      <w:pPr>
        <w:jc w:val="right"/>
      </w:pPr>
      <w:r>
        <w:t>میں آتے ہیں۔</w:t>
      </w:r>
    </w:p>
    <w:p>
      <w:r>
        <w:rPr>
          <w:b/>
        </w:rPr>
        <w:t xml:space="preserve">[00:37] </w:t>
      </w:r>
      <w:r>
        <w:t>is waqt mein ek khaas sunnat par arz karunga.</w:t>
      </w:r>
    </w:p>
    <w:p>
      <w:pPr>
        <w:jc w:val="right"/>
      </w:pPr>
      <w:r>
        <w:t>اس وقت میں ایک خاص سنت پر عرض کروں گا۔</w:t>
      </w:r>
    </w:p>
    <w:p>
      <w:r>
        <w:rPr>
          <w:b/>
        </w:rPr>
        <w:t xml:space="preserve">[00:42] </w:t>
      </w:r>
      <w:r>
        <w:t>yeh sunnat woh hai jo Hudaibiyah sunnat keh sakte hain aap.</w:t>
      </w:r>
    </w:p>
    <w:p>
      <w:pPr>
        <w:jc w:val="right"/>
      </w:pPr>
      <w:r>
        <w:t>یہ سنت وہ ہے جو حدیبیہ سنت کہہ سکتے ہیں آپ۔</w:t>
      </w:r>
    </w:p>
    <w:p>
      <w:r>
        <w:rPr>
          <w:b/>
        </w:rPr>
        <w:t xml:space="preserve">[00:46] </w:t>
      </w:r>
      <w:r>
        <w:t>hudaybiya aik model hai jo rasoolullah sallay alaihi wasallam ki aik sunnat ko batata hai.</w:t>
      </w:r>
    </w:p>
    <w:p>
      <w:pPr>
        <w:jc w:val="right"/>
      </w:pPr>
      <w:r>
        <w:t>حدیبیہ ایک ماڈل ہے جو رسول اللہ صلی اللہ علیہ وسلم کی ایک سنت کو بتاتا ہے۔</w:t>
      </w:r>
    </w:p>
    <w:p>
      <w:r>
        <w:rPr>
          <w:b/>
        </w:rPr>
        <w:t xml:space="preserve">[00:54] </w:t>
      </w:r>
      <w:r>
        <w:t>kitabon mein hudaybiya ka jo waqia hai us ko ghazwat al hudaybiya ke naam se likha jata hai.</w:t>
      </w:r>
    </w:p>
    <w:p>
      <w:pPr>
        <w:jc w:val="right"/>
      </w:pPr>
      <w:r>
        <w:t>کتابوں میں حدیبیہ کا جو واقعہ ہے اس کو غزوۃ الحدیبیہ کے نام سے لکھا جاتا ہے۔</w:t>
      </w:r>
    </w:p>
    <w:p>
      <w:r>
        <w:rPr>
          <w:b/>
        </w:rPr>
        <w:t xml:space="preserve">[01:01] </w:t>
      </w:r>
      <w:r>
        <w:t>halankay hudaybiya koi ghazwa nahi tha.</w:t>
      </w:r>
    </w:p>
    <w:p>
      <w:pPr>
        <w:jc w:val="right"/>
      </w:pPr>
      <w:r>
        <w:t>حالانکہ حدیبیہ کوئی غزوہ نہیں تھا۔</w:t>
      </w:r>
    </w:p>
    <w:p>
      <w:r>
        <w:rPr>
          <w:b/>
        </w:rPr>
        <w:t xml:space="preserve">[01:03] </w:t>
      </w:r>
      <w:r>
        <w:t>hudaybiya to aik muahida tha jo rasoolullah aur makkah ke leaderon ke darmiyan hua tha.</w:t>
      </w:r>
    </w:p>
    <w:p>
      <w:pPr>
        <w:jc w:val="right"/>
      </w:pPr>
      <w:r>
        <w:t>حدیبیہ تو ایک معاہدہ تھا جو رسول اللہ اور مکہ کے لیڈروں کے درمیان ہوا تھا۔</w:t>
      </w:r>
    </w:p>
    <w:p>
      <w:r>
        <w:rPr>
          <w:b/>
        </w:rPr>
        <w:t xml:space="preserve">[01:10] </w:t>
      </w:r>
      <w:r>
        <w:t>to is ko bator muahida kehelana chahiye na ke bator ghazwa ke.</w:t>
      </w:r>
    </w:p>
    <w:p>
      <w:pPr>
        <w:jc w:val="right"/>
      </w:pPr>
      <w:r>
        <w:t>تو اس کو بطور معاہدے کہلانا چاہیے نہ کہ بطور غزوہ کے۔</w:t>
      </w:r>
    </w:p>
    <w:p>
      <w:r>
        <w:rPr>
          <w:b/>
        </w:rPr>
        <w:t xml:space="preserve">[01:15] </w:t>
      </w:r>
      <w:r>
        <w:t>is se maloom hota hai ke rasoolullah ka tareeqa muahidaat ke baray mein kya tha.</w:t>
      </w:r>
    </w:p>
    <w:p>
      <w:pPr>
        <w:jc w:val="right"/>
      </w:pPr>
      <w:r>
        <w:t>اس سے معلوم ہوتا ہے کہ رسول اللہ کا طریقہ معاہدات کے بارے میں کیا تھا۔</w:t>
      </w:r>
    </w:p>
    <w:p>
      <w:r>
        <w:rPr>
          <w:b/>
        </w:rPr>
        <w:t xml:space="preserve">[01:22] </w:t>
      </w:r>
      <w:r>
        <w:t>jab rasoolullah sallay alaihi wasallam muahida kar ke hudaybiya se madina ki taraf lotay to rastay</w:t>
      </w:r>
    </w:p>
    <w:p>
      <w:pPr>
        <w:jc w:val="right"/>
      </w:pPr>
      <w:r>
        <w:t>جب رسول اللہ صلی اللہ علیہ وسلم معاہدہ کر کے حدیبیہ سے مدینہ کی طرف لوٹے تو راستے</w:t>
      </w:r>
    </w:p>
    <w:p>
      <w:r>
        <w:rPr>
          <w:b/>
        </w:rPr>
        <w:t xml:space="preserve">[01:30] </w:t>
      </w:r>
      <w:r>
        <w:t>mein surah number 48 utri jis ko al fath kaha jata hai.</w:t>
      </w:r>
    </w:p>
    <w:p>
      <w:pPr>
        <w:jc w:val="right"/>
      </w:pPr>
      <w:r>
        <w:t>میں سورہ نمبر 48 اتری جس کو الفتح کہا جاتا ہے۔</w:t>
      </w:r>
    </w:p>
    <w:p>
      <w:r>
        <w:rPr>
          <w:b/>
        </w:rPr>
        <w:t xml:space="preserve">[01:35] </w:t>
      </w:r>
      <w:r>
        <w:t>is surah mein Allah taala ne ailan farmaya ke inna fatahna laka fat ha mubeenah tum ko hum ne</w:t>
      </w:r>
    </w:p>
    <w:p>
      <w:pPr>
        <w:jc w:val="right"/>
      </w:pPr>
      <w:r>
        <w:t>اس سورہ میں اللہ تعالیٰ نے اعلان فرمایا کہ إِنَّا فَتَحْنَا لَكَ فَتْحَ مَبِينَةً تم کو ہم نے</w:t>
      </w:r>
    </w:p>
    <w:p>
      <w:r>
        <w:rPr>
          <w:b/>
        </w:rPr>
        <w:t xml:space="preserve">[01:42] </w:t>
      </w:r>
      <w:r>
        <w:t>de di clear victory.</w:t>
      </w:r>
    </w:p>
    <w:p>
      <w:pPr>
        <w:jc w:val="right"/>
      </w:pPr>
      <w:r>
        <w:t>دے دی کلیر وکٹری۔</w:t>
      </w:r>
    </w:p>
    <w:p>
      <w:r>
        <w:rPr>
          <w:b/>
        </w:rPr>
        <w:t xml:space="preserve">[01:44] </w:t>
      </w:r>
      <w:r>
        <w:t>dekhiye hudaybiya aik maqam hai jo makkah aur madina ke beech mein hai, wahan par yeh muahida hua</w:t>
      </w:r>
    </w:p>
    <w:p>
      <w:pPr>
        <w:jc w:val="right"/>
      </w:pPr>
      <w:r>
        <w:t>دیکھئے حدیبیہ ایک مقام ہے جو مکہ اور مدینہ کے بیچ میں ہے، وہاں پر یہ معاہدہ ہوا</w:t>
      </w:r>
    </w:p>
    <w:p>
      <w:r>
        <w:rPr>
          <w:b/>
        </w:rPr>
        <w:t xml:space="preserve">[01:52]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[01:53] </w:t>
      </w:r>
      <w:r>
        <w:t>to us waqt koi fath rasoolullah ko nahi hasil hui thi, sirf muahida hua tha.</w:t>
      </w:r>
    </w:p>
    <w:p>
      <w:pPr>
        <w:jc w:val="right"/>
      </w:pPr>
      <w:r>
        <w:t>تو اس وقت کوئی فتح رسول اللہ کو نہیں حاصل ہوئی تھی، صرف معاہدہ ہوا تھا۔</w:t>
      </w:r>
    </w:p>
    <w:p>
      <w:r>
        <w:rPr>
          <w:b/>
        </w:rPr>
        <w:t xml:space="preserve">[02:00] </w:t>
      </w:r>
      <w:r>
        <w:t>to yahan fath mubeen jis ko kaha gaya hai wo darasal aik muahida tha fareeqain ke darmiyan.</w:t>
      </w:r>
    </w:p>
    <w:p>
      <w:pPr>
        <w:jc w:val="right"/>
      </w:pPr>
      <w:r>
        <w:t>تو یہاں فتح مبین جس کو کہا گیا ہے وہ دراصل ایک معاہدہ تھا فریقین کے درمیان۔</w:t>
      </w:r>
    </w:p>
    <w:p>
      <w:r>
        <w:rPr>
          <w:b/>
        </w:rPr>
        <w:t xml:space="preserve">[02:08] </w:t>
      </w:r>
      <w:r>
        <w:t>to yeh muahida jo hai wo haqeeqat mein aik planning tha.</w:t>
      </w:r>
    </w:p>
    <w:p>
      <w:pPr>
        <w:jc w:val="right"/>
      </w:pPr>
      <w:r>
        <w:t>تو یہ معاہدہ جو ہے وہ حقیقت میں ایک پلاننگ تھا۔</w:t>
      </w:r>
    </w:p>
    <w:p>
      <w:r>
        <w:rPr>
          <w:b/>
        </w:rPr>
        <w:t xml:space="preserve">[02:12] </w:t>
      </w:r>
      <w:r>
        <w:t>to is ko ziyada sahi tor par kehna chahiye hudaybiya planning.</w:t>
      </w:r>
    </w:p>
    <w:p>
      <w:pPr>
        <w:jc w:val="right"/>
      </w:pPr>
      <w:r>
        <w:t>تو اس کو زیادہ صحیح طور پر کہنا چاہیے حدیبیہ پلاننگ۔</w:t>
      </w:r>
    </w:p>
    <w:p>
      <w:r>
        <w:rPr>
          <w:b/>
        </w:rPr>
        <w:t xml:space="preserve">[02:17] </w:t>
      </w:r>
      <w:r>
        <w:t>bajaye ghazwat al hudaybiya ke kehna chahiye ke wo hudaybiya planning.</w:t>
      </w:r>
    </w:p>
    <w:p>
      <w:pPr>
        <w:jc w:val="right"/>
      </w:pPr>
      <w:r>
        <w:t>بجائے غزوۃ الحدیبیہ کے کہنا چاہیے کہ وہ حدیبیہ پلاننگ۔</w:t>
      </w:r>
    </w:p>
    <w:p>
      <w:r>
        <w:rPr>
          <w:b/>
        </w:rPr>
        <w:t xml:space="preserve">[02:21] </w:t>
      </w:r>
      <w:r>
        <w:t>to hudaybiya ke zariye hum jantay hain ke rasoolullah ka tareeqa muahida ya agreement ke baray mein</w:t>
      </w:r>
    </w:p>
    <w:p>
      <w:pPr>
        <w:jc w:val="right"/>
      </w:pPr>
      <w:r>
        <w:t>تو حدیبیہ کے ذریعے ہم جانتے ہیں کہ رسول اللہ کا طریقہ معاہدہ یا ایگریمنٹ کے بارے میں</w:t>
      </w:r>
    </w:p>
    <w:p>
      <w:r>
        <w:rPr>
          <w:b/>
        </w:rPr>
        <w:t xml:space="preserve">[02:29] </w:t>
      </w:r>
      <w:r>
        <w:t>kya tha.</w:t>
      </w:r>
    </w:p>
    <w:p>
      <w:pPr>
        <w:jc w:val="right"/>
      </w:pPr>
      <w:r>
        <w:t>کیا تھا۔</w:t>
      </w:r>
    </w:p>
    <w:p>
      <w:r>
        <w:rPr>
          <w:b/>
        </w:rPr>
        <w:t xml:space="preserve">[02:30] </w:t>
      </w:r>
      <w:r>
        <w:t>sab se pehli baat yeh hai mere khayal se ke yeh muahida ya planning das saal ke liye</w:t>
      </w:r>
    </w:p>
    <w:p>
      <w:pPr>
        <w:jc w:val="right"/>
      </w:pPr>
      <w:r>
        <w:t>سب سے پہلی بات یہ ہے میرے خیال سے کہ یہ معاہدہ یا پلاننگ دس سال کے لیے</w:t>
      </w:r>
    </w:p>
    <w:p>
      <w:r>
        <w:rPr>
          <w:b/>
        </w:rPr>
        <w:t xml:space="preserve">[02:38] </w:t>
      </w:r>
      <w:r>
        <w:t>hui thi.</w:t>
      </w:r>
    </w:p>
    <w:p>
      <w:pPr>
        <w:jc w:val="right"/>
      </w:pPr>
      <w:r>
        <w:t>ہوئی تھی۔</w:t>
      </w:r>
    </w:p>
    <w:p>
      <w:r>
        <w:rPr>
          <w:b/>
        </w:rPr>
        <w:t xml:space="preserve">[02:40] </w:t>
      </w:r>
      <w:r>
        <w:t>is planning mein dono fareeq ne yeh ahad kiya tha ke das saal ke andar in ke darmiyan</w:t>
      </w:r>
    </w:p>
    <w:p>
      <w:pPr>
        <w:jc w:val="right"/>
      </w:pPr>
      <w:r>
        <w:t>اس پلاننگ میں دونوں فریق نے یہ عہد کیا تھا کہ دس سال کے اندر ان کے درمیان</w:t>
      </w:r>
    </w:p>
    <w:p>
      <w:r>
        <w:rPr>
          <w:b/>
        </w:rPr>
        <w:t xml:space="preserve">[02:47] </w:t>
      </w:r>
      <w:r>
        <w:t>koi larai nahi hogi.</w:t>
      </w:r>
    </w:p>
    <w:p>
      <w:pPr>
        <w:jc w:val="right"/>
      </w:pPr>
      <w:r>
        <w:t>کوئی لڑائی نہیں ہوگی۔</w:t>
      </w:r>
    </w:p>
    <w:p>
      <w:r>
        <w:rPr>
          <w:b/>
        </w:rPr>
        <w:t xml:space="preserve">[02:49] </w:t>
      </w:r>
      <w:r>
        <w:t>to is se aik usool milta hai.</w:t>
      </w:r>
    </w:p>
    <w:p>
      <w:pPr>
        <w:jc w:val="right"/>
      </w:pPr>
      <w:r>
        <w:t>تو اس سے ایک اصول ملتا ہے۔</w:t>
      </w:r>
    </w:p>
    <w:p>
      <w:r>
        <w:rPr>
          <w:b/>
        </w:rPr>
        <w:t xml:space="preserve">[02:52] </w:t>
      </w:r>
      <w:r>
        <w:t>wo usool yeh hai ke planning jo ki jaye wo maximum das saal ke liye hona chahiye.</w:t>
      </w:r>
    </w:p>
    <w:p>
      <w:pPr>
        <w:jc w:val="right"/>
      </w:pPr>
      <w:r>
        <w:t>وہ اصول یہ ہے کہ پلاننگ جو کی جائے وہ میکسیمم دس سال کے لیے ہونا چاہیے۔</w:t>
      </w:r>
    </w:p>
    <w:p>
      <w:r>
        <w:rPr>
          <w:b/>
        </w:rPr>
        <w:t xml:space="preserve">[02:59] </w:t>
      </w:r>
      <w:r>
        <w:t>yani aap ki planning ka result jo hai das saal ke andar nikalna chahiye.</w:t>
      </w:r>
    </w:p>
    <w:p>
      <w:pPr>
        <w:jc w:val="right"/>
      </w:pPr>
      <w:r>
        <w:t>یعنی آپ کی پلاننگ کا رزلٹ جو ہے دس سال کے اندر نکلنا چاہیے۔</w:t>
      </w:r>
    </w:p>
    <w:p>
      <w:r>
        <w:rPr>
          <w:b/>
        </w:rPr>
        <w:t xml:space="preserve">[03:05] </w:t>
      </w:r>
      <w:r>
        <w:t>warna woh planning nahi hai, woh emotional jump hai.</w:t>
      </w:r>
    </w:p>
    <w:p>
      <w:pPr>
        <w:jc w:val="right"/>
      </w:pPr>
      <w:r>
        <w:t>ورنہ وہ پلاننگ نہیں ہے، وہ ایموشنل جمپ ہے۔</w:t>
      </w:r>
    </w:p>
    <w:p>
      <w:r>
        <w:rPr>
          <w:b/>
        </w:rPr>
        <w:t xml:space="preserve">[03:09] </w:t>
      </w:r>
      <w:r>
        <w:t>albata baaz plan aise ho sakte hain jo das saal mein poore na hon.</w:t>
      </w:r>
    </w:p>
    <w:p>
      <w:pPr>
        <w:jc w:val="right"/>
      </w:pPr>
      <w:r>
        <w:t>البتہ بعض پلان ایسے ہو سکتے ہیں جو دس سال میں پورے نہ ہوں۔</w:t>
      </w:r>
    </w:p>
    <w:p>
      <w:r>
        <w:rPr>
          <w:b/>
        </w:rPr>
        <w:t xml:space="preserve">[03:15] </w:t>
      </w:r>
      <w:r>
        <w:t>aise ho sakte hain.</w:t>
      </w:r>
    </w:p>
    <w:p>
      <w:pPr>
        <w:jc w:val="right"/>
      </w:pPr>
      <w:r>
        <w:t>ایسے ہو سکتے ہیں۔</w:t>
      </w:r>
    </w:p>
    <w:p>
      <w:r>
        <w:rPr>
          <w:b/>
        </w:rPr>
        <w:t xml:space="preserve">[03:17] </w:t>
      </w:r>
      <w:r>
        <w:t>tab bhi yaad rakhiye in ka das saal mein muqarrar karna parega ke das saal mein itna</w:t>
      </w:r>
    </w:p>
    <w:p>
      <w:pPr>
        <w:jc w:val="right"/>
      </w:pPr>
      <w:r>
        <w:t>تب بھی یاد رکھیے ان کا دس سال میں مقرر کرنا پڑے گا کہ دس سال میں اتنا</w:t>
      </w:r>
    </w:p>
    <w:p>
      <w:r>
        <w:rPr>
          <w:b/>
        </w:rPr>
        <w:t xml:space="preserve">[03:25] </w:t>
      </w:r>
      <w:r>
        <w:t>target, phir das saal mein itna target.</w:t>
      </w:r>
    </w:p>
    <w:p>
      <w:pPr>
        <w:jc w:val="right"/>
      </w:pPr>
      <w:r>
        <w:t>ٹارگٹ، پھر دس سال میں اتنا ٹارگٹ۔</w:t>
      </w:r>
    </w:p>
    <w:p>
      <w:r>
        <w:rPr>
          <w:b/>
        </w:rPr>
        <w:t xml:space="preserve">[03:28] </w:t>
      </w:r>
      <w:r>
        <w:t>aap ko targeting karni paregi ke das saal mein hamein yeh target poora hona chahiye.</w:t>
      </w:r>
    </w:p>
    <w:p>
      <w:pPr>
        <w:jc w:val="right"/>
      </w:pPr>
      <w:r>
        <w:t>آپ کو ٹارگٹنگ کرنی پڑے گی کہ دس سال میں ہمیں یہ ٹارگٹ پورا ہونا چاہیے۔</w:t>
      </w:r>
    </w:p>
    <w:p>
      <w:r>
        <w:rPr>
          <w:b/>
        </w:rPr>
        <w:t xml:space="preserve">[03:35] </w:t>
      </w:r>
      <w:r>
        <w:t>agar aisa na ho to woh rasool Allah ki sunnat ke mutabiq planning nahi hogi.</w:t>
      </w:r>
    </w:p>
    <w:p>
      <w:pPr>
        <w:jc w:val="right"/>
      </w:pPr>
      <w:r>
        <w:t>اگر ایسا نہ ہو تو وہ رسول اللہ کی سنت کے مطابق پلاننگ نہیں ہوگی۔</w:t>
      </w:r>
    </w:p>
    <w:p>
      <w:r>
        <w:rPr>
          <w:b/>
        </w:rPr>
        <w:t xml:space="preserve">[03:41] </w:t>
      </w:r>
      <w:r>
        <w:t>doosri baat jo is se maloom hoti hai woh yeh hai ke planning jab do fareeq ke darmiyan</w:t>
      </w:r>
    </w:p>
    <w:p>
      <w:pPr>
        <w:jc w:val="right"/>
      </w:pPr>
      <w:r>
        <w:t>دوسری بات جو اس سے معلوم ہوتی ہے وہ یہ ہے کہ پلاننگ جب دو فریق کے درمیان</w:t>
      </w:r>
    </w:p>
    <w:p>
      <w:r>
        <w:rPr>
          <w:b/>
        </w:rPr>
        <w:t xml:space="preserve">[03:49] </w:t>
      </w:r>
      <w:r>
        <w:t>ho to us ko fareeqe saani ki sharton par hona chahiye.</w:t>
      </w:r>
    </w:p>
    <w:p>
      <w:pPr>
        <w:jc w:val="right"/>
      </w:pPr>
      <w:r>
        <w:t>ہو تو اس کو فریق ثانی کی شرطوں پر ہونا چاہیے۔</w:t>
      </w:r>
    </w:p>
    <w:p>
      <w:r>
        <w:rPr>
          <w:b/>
        </w:rPr>
        <w:t xml:space="preserve">[03:53] </w:t>
      </w:r>
      <w:r>
        <w:t>aap apni shart par planning nahi kar sakte.</w:t>
      </w:r>
    </w:p>
    <w:p>
      <w:pPr>
        <w:jc w:val="right"/>
      </w:pPr>
      <w:r>
        <w:t>آپ اپنی شرط پر پلاننگ نہیں کر سکتے۔</w:t>
      </w:r>
    </w:p>
    <w:p>
      <w:r>
        <w:rPr>
          <w:b/>
        </w:rPr>
        <w:t xml:space="preserve">[03:57] </w:t>
      </w:r>
      <w:r>
        <w:t>kyun ke planning aap karenge to koi mahol hoga, koi kisi mahol ke darmiyan aap apni planning ko</w:t>
      </w:r>
    </w:p>
    <w:p>
      <w:pPr>
        <w:jc w:val="right"/>
      </w:pPr>
      <w:r>
        <w:t>کیونکہ پلاننگ آپ کریں گے تو کوئی ماحول ہوگا، کوئی کسی ماحول کے درمیان آپ اپنی پلاننگ کو</w:t>
      </w:r>
    </w:p>
    <w:p>
      <w:r>
        <w:rPr>
          <w:b/>
        </w:rPr>
        <w:t xml:space="preserve">[04:05] </w:t>
      </w:r>
      <w:r>
        <w:t>poora karenge.</w:t>
      </w:r>
    </w:p>
    <w:p>
      <w:pPr>
        <w:jc w:val="right"/>
      </w:pPr>
      <w:r>
        <w:t>پورا کریں گے۔</w:t>
      </w:r>
    </w:p>
    <w:p>
      <w:r>
        <w:rPr>
          <w:b/>
        </w:rPr>
        <w:t xml:space="preserve">[04:06] </w:t>
      </w:r>
      <w:r>
        <w:t>to jo aap ke siwa jo mahol hai, aap ke siwa jo fareeq hai, aap ke siwa jo</w:t>
      </w:r>
    </w:p>
    <w:p>
      <w:pPr>
        <w:jc w:val="right"/>
      </w:pPr>
      <w:r>
        <w:t>تو جو آپ کے سوا جو ماحول ہے، آپ کے سوا جو فریق ہے، آپ کے سوا جو</w:t>
      </w:r>
    </w:p>
    <w:p>
      <w:r>
        <w:rPr>
          <w:b/>
        </w:rPr>
        <w:t xml:space="preserve">[04:14] </w:t>
      </w:r>
      <w:r>
        <w:t>external factors hain, un se poori tarah se adjust kar ke aap ki planning tay paani chahiye.</w:t>
      </w:r>
    </w:p>
    <w:p>
      <w:pPr>
        <w:jc w:val="right"/>
      </w:pPr>
      <w:r>
        <w:t>ایکسٹرنل فیکٹرز ہیں، ان سے پوری طریقے سے ایڈجسٹ کر کے آپ کی پلاننگ طے پانی چاہیے۔</w:t>
      </w:r>
    </w:p>
    <w:p>
      <w:r>
        <w:rPr>
          <w:b/>
        </w:rPr>
        <w:t xml:space="preserve">[04:21] </w:t>
      </w:r>
      <w:r>
        <w:t>yeh dekhiye rasool Allah sal Allah alih wasalam ne jab muahde ki shartein tay ho gayeen aur is</w:t>
      </w:r>
    </w:p>
    <w:p>
      <w:pPr>
        <w:jc w:val="right"/>
      </w:pPr>
      <w:r>
        <w:t>یہ دیکھئے رسول اللہ صلی اللہ علیہ وسلم نے جب معاہدے کی شرطیں طے ہو گئیں اور اس</w:t>
      </w:r>
    </w:p>
    <w:p>
      <w:r>
        <w:rPr>
          <w:b/>
        </w:rPr>
        <w:t xml:space="preserve">[04:29] </w:t>
      </w:r>
      <w:r>
        <w:t>ko likhne ka waqt agaya to rasool Allah sal Allah alih wasalam ne dictate kiya aur Hazrat Ali</w:t>
      </w:r>
    </w:p>
    <w:p>
      <w:pPr>
        <w:jc w:val="right"/>
      </w:pPr>
      <w:r>
        <w:t>کو لکھنے کا وقت آگیا تو رسول اللہ صلی اللہ علیہ وسلم نے ڈکٹیٹ کیا اور حضرت علی</w:t>
      </w:r>
    </w:p>
    <w:p>
      <w:r>
        <w:rPr>
          <w:b/>
        </w:rPr>
        <w:t xml:space="preserve">[04:37] </w:t>
      </w:r>
      <w:r>
        <w:t>isko likh rahe thay.</w:t>
      </w:r>
    </w:p>
    <w:p>
      <w:pPr>
        <w:jc w:val="right"/>
      </w:pPr>
      <w:r>
        <w:t>اس کو لکھ رہے تھے۔</w:t>
      </w:r>
    </w:p>
    <w:p>
      <w:r>
        <w:rPr>
          <w:b/>
        </w:rPr>
        <w:t xml:space="preserve">[04:39] </w:t>
      </w:r>
      <w:r>
        <w:t>to aap ne farmaya uktub ya Ali haza ma saala alaih Muhammad rasool Allah.</w:t>
      </w:r>
    </w:p>
    <w:p>
      <w:pPr>
        <w:jc w:val="right"/>
      </w:pPr>
      <w:r>
        <w:t>تو آپ نے فرمایا اُکتُبْ يَا آلِيْ ھذا مَا سَالَ عَلَيْهِ مُحَمَّدُ رَسُولُ اللَّهِ۔</w:t>
      </w:r>
    </w:p>
    <w:p>
      <w:r>
        <w:rPr>
          <w:b/>
        </w:rPr>
        <w:t xml:space="preserve">[04:45] </w:t>
      </w:r>
      <w:r>
        <w:t>ae Ali likho ke yeh muahda tay paya Muhammad rasool Allah aur Quraish ke darmiyan.</w:t>
      </w:r>
    </w:p>
    <w:p>
      <w:pPr>
        <w:jc w:val="right"/>
      </w:pPr>
      <w:r>
        <w:t>اے علی لکھو کہ یہ معاہدہ طے پایا محمد رسول اللہ اور قریش کے درمیان۔</w:t>
      </w:r>
    </w:p>
    <w:p>
      <w:r>
        <w:rPr>
          <w:b/>
        </w:rPr>
        <w:t xml:space="preserve">[04:51] </w:t>
      </w:r>
      <w:r>
        <w:t>to Quraish ke jo wahan par numainde thay unhone pe etraz kiya, unhone kaha ke hum</w:t>
      </w:r>
    </w:p>
    <w:p>
      <w:pPr>
        <w:jc w:val="right"/>
      </w:pPr>
      <w:r>
        <w:t>تو قریش کے جو وہاں پر نمائندے تھے انہوں نے پہ اعتراض کیا، انہوں نے کہا کہ ہم</w:t>
      </w:r>
    </w:p>
    <w:p>
      <w:r>
        <w:rPr>
          <w:b/>
        </w:rPr>
        <w:t xml:space="preserve">[04:59] </w:t>
      </w:r>
      <w:r>
        <w:t>aap ko rasool Allah nahi mante, yahi to jhagda hai hamare aap ke darmiyan.</w:t>
      </w:r>
    </w:p>
    <w:p>
      <w:pPr>
        <w:jc w:val="right"/>
      </w:pPr>
      <w:r>
        <w:t>آپ کو رسول اللہ نہیں مانتے، یہی تو جھگڑا ہے ہمارے آپ کے درمیان۔</w:t>
      </w:r>
    </w:p>
    <w:p>
      <w:r>
        <w:rPr>
          <w:b/>
        </w:rPr>
        <w:t xml:space="preserve">[05:05] </w:t>
      </w:r>
      <w:r>
        <w:t>aap likhiye Muhammad bin Abdullah.</w:t>
      </w:r>
    </w:p>
    <w:p>
      <w:pPr>
        <w:jc w:val="right"/>
      </w:pPr>
      <w:r>
        <w:t>آپ لکھئے محمد بن عبداللہ۔</w:t>
      </w:r>
    </w:p>
    <w:p>
      <w:r>
        <w:rPr>
          <w:b/>
        </w:rPr>
        <w:t xml:space="preserve">[05:07] </w:t>
      </w:r>
      <w:r>
        <w:t>to rasool Allah ne kuch bhi argument nahi kiya, koi der bhi nahi ki.</w:t>
      </w:r>
    </w:p>
    <w:p>
      <w:pPr>
        <w:jc w:val="right"/>
      </w:pPr>
      <w:r>
        <w:t>تو رسول اللہ نے کچھ بھی آرگومنٹ نہیں کیا، کوئی دیر بھی نہیں کی۔</w:t>
      </w:r>
    </w:p>
    <w:p>
      <w:r>
        <w:rPr>
          <w:b/>
        </w:rPr>
        <w:t xml:space="preserve">[05:13] </w:t>
      </w:r>
      <w:r>
        <w:t>foran ke foran aap ne kaha uktub ya Ali haza ma saala alaih Muhammad rasool Allah.</w:t>
      </w:r>
    </w:p>
    <w:p>
      <w:pPr>
        <w:jc w:val="right"/>
      </w:pPr>
      <w:r>
        <w:t>فوراً کے فوراً آپ نے کہا اُکتُبْ يَا آلِيْ ھذا مَا سَالَ عَلَيْهِ مُحَمَّدُ رَسُولُ اللَّهِ۔</w:t>
      </w:r>
    </w:p>
    <w:p>
      <w:r>
        <w:rPr>
          <w:b/>
        </w:rPr>
        <w:t xml:space="preserve">[05:20] </w:t>
      </w:r>
      <w:r>
        <w:t>is se maloom hota hai ke jab bhi is tarah ka koi agreement ho to woh fareeqe saani</w:t>
      </w:r>
    </w:p>
    <w:p>
      <w:pPr>
        <w:jc w:val="right"/>
      </w:pPr>
      <w:r>
        <w:t>اس سے معلوم ہوتا ہے کہ جب بھی اس طرح کا کوئی ایگریمنٹ ہو تو وہ فریق ثانی</w:t>
      </w:r>
    </w:p>
    <w:p>
      <w:r>
        <w:rPr>
          <w:b/>
        </w:rPr>
        <w:t xml:space="preserve">[05:28] </w:t>
      </w:r>
      <w:r>
        <w:t>ki sharton par kiya jaana chahiye.</w:t>
      </w:r>
    </w:p>
    <w:p>
      <w:pPr>
        <w:jc w:val="right"/>
      </w:pPr>
      <w:r>
        <w:t>کی شرطوں پر کیا جانا چاہیے۔</w:t>
      </w:r>
    </w:p>
    <w:p>
      <w:r>
        <w:rPr>
          <w:b/>
        </w:rPr>
        <w:t xml:space="preserve">[05:30] </w:t>
      </w:r>
      <w:r>
        <w:t>agar apni sharton par karein aap to woh agreement banega nahi.</w:t>
      </w:r>
    </w:p>
    <w:p>
      <w:pPr>
        <w:jc w:val="right"/>
      </w:pPr>
      <w:r>
        <w:t>اگر اپنی شرطوں پر کریں آپ تو وہ ایگریمنٹ بنے گا نہیں۔</w:t>
      </w:r>
    </w:p>
    <w:p>
      <w:r>
        <w:rPr>
          <w:b/>
        </w:rPr>
        <w:t xml:space="preserve">[05:35] </w:t>
      </w:r>
      <w:r>
        <w:t>banega nahi.</w:t>
      </w:r>
    </w:p>
    <w:p>
      <w:pPr>
        <w:jc w:val="right"/>
      </w:pPr>
      <w:r>
        <w:t>بنے گا نہیں۔</w:t>
      </w:r>
    </w:p>
    <w:p>
      <w:r>
        <w:rPr>
          <w:b/>
        </w:rPr>
        <w:t xml:space="preserve">[05:37] </w:t>
      </w:r>
      <w:r>
        <w:t>to main samajhta hoon ke yeh usool jo hai wohi hai jis ko germany ke leader bis mark</w:t>
      </w:r>
    </w:p>
    <w:p>
      <w:pPr>
        <w:jc w:val="right"/>
      </w:pPr>
      <w:r>
        <w:t>تو میں سمجھتا ہوں کہ یہ اصول جو ہے وہی ہے جس کو جرمنی کے لیڈر بس مارک</w:t>
      </w:r>
    </w:p>
    <w:p>
      <w:r>
        <w:rPr>
          <w:b/>
        </w:rPr>
        <w:t xml:space="preserve">[05:44] </w:t>
      </w:r>
      <w:r>
        <w:t>نے کہا تھا کہ politics is the art of the possible.</w:t>
      </w:r>
    </w:p>
    <w:p>
      <w:pPr>
        <w:jc w:val="right"/>
      </w:pPr>
      <w:r>
        <w:t>نے کہا تھا کہ پولیٹکس از دا آرٹ آف دا پاسیبل۔</w:t>
      </w:r>
    </w:p>
    <w:p>
      <w:r>
        <w:rPr>
          <w:b/>
        </w:rPr>
        <w:t xml:space="preserve">[05:49] </w:t>
      </w:r>
      <w:r>
        <w:t>politics mumkin ka art hai.</w:t>
      </w:r>
    </w:p>
    <w:p>
      <w:pPr>
        <w:jc w:val="right"/>
      </w:pPr>
      <w:r>
        <w:t>پولیٹکس ممکن کا آرٹ ہے۔</w:t>
      </w:r>
    </w:p>
    <w:p>
      <w:r>
        <w:rPr>
          <w:b/>
        </w:rPr>
        <w:t xml:space="preserve">[05:51] </w:t>
      </w:r>
      <w:r>
        <w:t>to mumkin kab hogi? jab fareeqe saani raazi ho.</w:t>
      </w:r>
    </w:p>
    <w:p>
      <w:pPr>
        <w:jc w:val="right"/>
      </w:pPr>
      <w:r>
        <w:t>تو ممکن کب ہوگی؟ جب فریق ثانی راضی ہو۔</w:t>
      </w:r>
    </w:p>
    <w:p>
      <w:r>
        <w:rPr>
          <w:b/>
        </w:rPr>
        <w:t xml:space="preserve">[05:55] </w:t>
      </w:r>
      <w:r>
        <w:t>fareeqe saani raazi na ho to woh mumkin banega nahi.</w:t>
      </w:r>
    </w:p>
    <w:p>
      <w:pPr>
        <w:jc w:val="right"/>
      </w:pPr>
      <w:r>
        <w:t>فریق ثانی راضی نہ ہو تو وہ ممکن بنے گا نہیں۔</w:t>
      </w:r>
    </w:p>
    <w:p>
      <w:r>
        <w:rPr>
          <w:b/>
        </w:rPr>
        <w:t xml:space="preserve">[06:00] </w:t>
      </w:r>
      <w:r>
        <w:t>to rasool Allah sal Allah alaihi wasallam ne Hudaybiyyah ke mauqe par jo muahida kiya tha woh tha</w:t>
      </w:r>
    </w:p>
    <w:p>
      <w:pPr>
        <w:jc w:val="right"/>
      </w:pPr>
      <w:r>
        <w:t>تو رسول اللہ صلی اللہ علیہ وسلم نے حدیبیہ کے موقع پر جو معاہدہ کیا تھا وہ تھا</w:t>
      </w:r>
    </w:p>
    <w:p>
      <w:r>
        <w:rPr>
          <w:b/>
        </w:rPr>
        <w:t xml:space="preserve">[06:08] </w:t>
      </w:r>
      <w:r>
        <w:t>das saal ka no war pact.</w:t>
      </w:r>
    </w:p>
    <w:p>
      <w:pPr>
        <w:jc w:val="right"/>
      </w:pPr>
      <w:r>
        <w:t>دس سال کا نو وار پیکٹ۔</w:t>
      </w:r>
    </w:p>
    <w:p>
      <w:r>
        <w:rPr>
          <w:b/>
        </w:rPr>
        <w:t xml:space="preserve">[06:10] </w:t>
      </w:r>
      <w:r>
        <w:t>is ke liye jab baat cheet hui taqreeban pandrah din tak to is ke liye aap ne un</w:t>
      </w:r>
    </w:p>
    <w:p>
      <w:pPr>
        <w:jc w:val="right"/>
      </w:pPr>
      <w:r>
        <w:t>اس کے لیے جب بات چیت ہوئی تقریباً پندرہ دن تک تو اس کے لیے آپ نے ان</w:t>
      </w:r>
    </w:p>
    <w:p>
      <w:r>
        <w:rPr>
          <w:b/>
        </w:rPr>
        <w:t xml:space="preserve">[06:18] </w:t>
      </w:r>
      <w:r>
        <w:t>ki tamam sharton ko maan liya.</w:t>
      </w:r>
    </w:p>
    <w:p>
      <w:pPr>
        <w:jc w:val="right"/>
      </w:pPr>
      <w:r>
        <w:t>کی تمام شرطوں کو مان لیا۔</w:t>
      </w:r>
    </w:p>
    <w:p>
      <w:r>
        <w:rPr>
          <w:b/>
        </w:rPr>
        <w:t xml:space="preserve">[06:20] </w:t>
      </w:r>
      <w:r>
        <w:t>wahan yeh sooratehaal thi ke aap Makkah ke leaderon ki sharton ko na maanein to agreement bhi nahi</w:t>
      </w:r>
    </w:p>
    <w:p>
      <w:pPr>
        <w:jc w:val="right"/>
      </w:pPr>
      <w:r>
        <w:t>وہاں یہ صورتحال تھی کہ آپ مکہ کے لیڈروں کی شرطوں کو نہ مانیں تو ایگریمنٹ بھی نہیں</w:t>
      </w:r>
    </w:p>
    <w:p>
      <w:r>
        <w:rPr>
          <w:b/>
        </w:rPr>
        <w:t xml:space="preserve">[06:28]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[06:30] </w:t>
      </w:r>
      <w:r>
        <w:t>rasool Allah ko lotna padega Madinah baghair agreement ke.</w:t>
      </w:r>
    </w:p>
    <w:p>
      <w:pPr>
        <w:jc w:val="right"/>
      </w:pPr>
      <w:r>
        <w:t>رسول اللہ کو لوٹنا پڑے گا مدینہ بغیر ایگریمنٹ کے۔</w:t>
      </w:r>
    </w:p>
    <w:p>
      <w:r>
        <w:rPr>
          <w:b/>
        </w:rPr>
        <w:t xml:space="preserve">[06:34] </w:t>
      </w:r>
      <w:r>
        <w:t>to aap ne Makkah ke leaderon ki tamam sharton ko maan liya sirf is liye ke aap ke</w:t>
      </w:r>
    </w:p>
    <w:p>
      <w:pPr>
        <w:jc w:val="right"/>
      </w:pPr>
      <w:r>
        <w:t>تو آپ نے مکہ کے لیڈروں کی تمام شرطوں کو مان لیا صرف اس لیے کہ آپ کے</w:t>
      </w:r>
    </w:p>
    <w:p>
      <w:r>
        <w:rPr>
          <w:b/>
        </w:rPr>
        <w:t xml:space="preserve">[06:42] </w:t>
      </w:r>
      <w:r>
        <w:t>aur un ke darmiyan das saal ka no war pact ho jaye.</w:t>
      </w:r>
    </w:p>
    <w:p>
      <w:pPr>
        <w:jc w:val="right"/>
      </w:pPr>
      <w:r>
        <w:t>اور ان کے درمیان دس سال کا نو وار پیکٹ ہو جائے۔</w:t>
      </w:r>
    </w:p>
    <w:p>
      <w:r>
        <w:rPr>
          <w:b/>
        </w:rPr>
        <w:t xml:space="preserve">[06:47] </w:t>
      </w:r>
      <w:r>
        <w:t>تو اسی کو بس مارک نے کہا تھا کہ Politics is the art of the possible.</w:t>
      </w:r>
    </w:p>
    <w:p>
      <w:pPr>
        <w:jc w:val="right"/>
      </w:pPr>
      <w:r>
        <w:t>تو اسی کو بس مارک نے کہا تھا کہ پولیٹکس از دا آرٹ آف دا پاسیبل۔</w:t>
      </w:r>
    </w:p>
    <w:p>
      <w:r>
        <w:rPr>
          <w:b/>
        </w:rPr>
        <w:t xml:space="preserve">[06:54] </w:t>
      </w:r>
      <w:r>
        <w:t>jo jo mumkin hai usi par planning karna padegi aap ko.</w:t>
      </w:r>
    </w:p>
    <w:p>
      <w:pPr>
        <w:jc w:val="right"/>
      </w:pPr>
      <w:r>
        <w:t>جو جو ممکن ہے اسی پر پلاننگ کرنا پڑے گی آپ کو۔</w:t>
      </w:r>
    </w:p>
    <w:p>
      <w:r>
        <w:rPr>
          <w:b/>
        </w:rPr>
        <w:t xml:space="preserve">[06:59] </w:t>
      </w:r>
      <w:r>
        <w:t>jo mumkin nahi hai us par aap planning nahi kar sakte.</w:t>
      </w:r>
    </w:p>
    <w:p>
      <w:pPr>
        <w:jc w:val="right"/>
      </w:pPr>
      <w:r>
        <w:t>جو ممکن نہیں ہے اس پر آپ پلاننگ نہیں کر سکتے۔</w:t>
      </w:r>
    </w:p>
    <w:p>
      <w:r>
        <w:rPr>
          <w:b/>
        </w:rPr>
        <w:t xml:space="preserve">[07:04] </w:t>
      </w:r>
      <w:r>
        <w:t>isi tarah dekhiye yeh bhi zaroori hai ke jo aap ne plan banaya hai us plan ke aaghaz</w:t>
      </w:r>
    </w:p>
    <w:p>
      <w:pPr>
        <w:jc w:val="right"/>
      </w:pPr>
      <w:r>
        <w:t>اسی طرح دیکھئے یہ بھی ضروری ہے کہ جو آپ نے پلان بنایا ہے اس پلان کے آغاز</w:t>
      </w:r>
    </w:p>
    <w:p>
      <w:r>
        <w:rPr>
          <w:b/>
        </w:rPr>
        <w:t xml:space="preserve">[07:11] </w:t>
      </w:r>
      <w:r>
        <w:t>سے لے کر خاتمے تک حالات پوری طرح peaceful رہنا چاہیے۔</w:t>
      </w:r>
    </w:p>
    <w:p>
      <w:pPr>
        <w:jc w:val="right"/>
      </w:pPr>
      <w:r>
        <w:t>سے لے کر خاتمے تک حالات پوری طرح پیس فل رہنا چاہیے۔</w:t>
      </w:r>
    </w:p>
    <w:p>
      <w:r>
        <w:rPr>
          <w:b/>
        </w:rPr>
        <w:t xml:space="preserve">[07:16] </w:t>
      </w:r>
      <w:r>
        <w:t>agar peaceful na hon to aap apne plan ki takmeel nahi kar sakte.</w:t>
      </w:r>
    </w:p>
    <w:p>
      <w:pPr>
        <w:jc w:val="right"/>
      </w:pPr>
      <w:r>
        <w:t>اگر پیس فل نہ ہوں تو آپ اپنے پلان کی تکمیل نہیں کر سکتے۔</w:t>
      </w:r>
    </w:p>
    <w:p>
      <w:r>
        <w:rPr>
          <w:b/>
        </w:rPr>
        <w:t xml:space="preserve">[07:22] </w:t>
      </w:r>
      <w:r>
        <w:t>plan bazahir aap banayenge lekin woh kuch hoga nahi.</w:t>
      </w:r>
    </w:p>
    <w:p>
      <w:pPr>
        <w:jc w:val="right"/>
      </w:pPr>
      <w:r>
        <w:t>پلان بظاہر آپ بنائیں گے لیکن وہ کچھ ہوگا نہیں۔</w:t>
      </w:r>
    </w:p>
    <w:p>
      <w:r>
        <w:rPr>
          <w:b/>
        </w:rPr>
        <w:t xml:space="preserve">[07:27] </w:t>
      </w:r>
      <w:r>
        <w:t>is ka koi result nahi niklega.</w:t>
      </w:r>
    </w:p>
    <w:p>
      <w:pPr>
        <w:jc w:val="right"/>
      </w:pPr>
      <w:r>
        <w:t>اس کا کوئی رزلٹ نہیں نکلے گا۔</w:t>
      </w:r>
    </w:p>
    <w:p>
      <w:r>
        <w:rPr>
          <w:b/>
        </w:rPr>
        <w:t xml:space="preserve">[07:30] </w:t>
      </w:r>
      <w:r>
        <w:t>chunancha aap dekhiye Hudaybiyyah se pehle aap Makkah mein thay.</w:t>
      </w:r>
    </w:p>
    <w:p>
      <w:pPr>
        <w:jc w:val="right"/>
      </w:pPr>
      <w:r>
        <w:t>چنانچہ آپ دیکھئے حدیبیہ سے پہلے آپ مکہ میں تھے۔</w:t>
      </w:r>
    </w:p>
    <w:p>
      <w:r>
        <w:rPr>
          <w:b/>
        </w:rPr>
        <w:t xml:space="preserve">[07:34] </w:t>
      </w:r>
      <w:r>
        <w:t>Makkah walon ne kaha ke aap ko hum rehne nahi denge Makkah mein.</w:t>
      </w:r>
    </w:p>
    <w:p>
      <w:pPr>
        <w:jc w:val="right"/>
      </w:pPr>
      <w:r>
        <w:t>مکہ والوں نے کہا کہ آپ کو ہم رہنے نہیں دیں گے مکہ میں۔</w:t>
      </w:r>
    </w:p>
    <w:p>
      <w:r>
        <w:rPr>
          <w:b/>
        </w:rPr>
        <w:t xml:space="preserve">[07:40] </w:t>
      </w:r>
      <w:r>
        <w:t>to makkah aap ka watan tha, aap ka haq tha ke wahan rahen aap.</w:t>
      </w:r>
    </w:p>
    <w:p>
      <w:pPr>
        <w:jc w:val="right"/>
      </w:pPr>
      <w:r>
        <w:t>تو مکہ آپ کا وطن تھا، آپ کا حق تھا کہ وہاں رہیں آپ۔</w:t>
      </w:r>
    </w:p>
    <w:p>
      <w:r>
        <w:rPr>
          <w:b/>
        </w:rPr>
        <w:t xml:space="preserve">[07:46] </w:t>
      </w:r>
      <w:r>
        <w:t>lekin is baat ko le kar aap ne un se larai nahin ki.</w:t>
      </w:r>
    </w:p>
    <w:p>
      <w:pPr>
        <w:jc w:val="right"/>
      </w:pPr>
      <w:r>
        <w:t>لیکن اس بات کو لے کر آپ نے ان سے لڑائی نہیں کی۔</w:t>
      </w:r>
    </w:p>
    <w:p>
      <w:r>
        <w:rPr>
          <w:b/>
        </w:rPr>
        <w:t xml:space="preserve">[07:52] </w:t>
      </w:r>
      <w:r>
        <w:t>aap ne bohat hi khamoshi ke sath makkah ko chhod diya.</w:t>
      </w:r>
    </w:p>
    <w:p>
      <w:pPr>
        <w:jc w:val="right"/>
      </w:pPr>
      <w:r>
        <w:t>آپ نے بہت ہی خاموشی کے ساتھ مکہ کو چھوڑ دیا۔</w:t>
      </w:r>
    </w:p>
    <w:p>
      <w:r>
        <w:rPr>
          <w:b/>
        </w:rPr>
        <w:t xml:space="preserve">[07:56] </w:t>
      </w:r>
      <w:r>
        <w:t>wahan se aa kar ke madinah mein rehna shuru kiya.</w:t>
      </w:r>
    </w:p>
    <w:p>
      <w:pPr>
        <w:jc w:val="right"/>
      </w:pPr>
      <w:r>
        <w:t>وہاں سے آ کر کے مدینہ میں رہنا شروع کیا۔</w:t>
      </w:r>
    </w:p>
    <w:p>
      <w:r>
        <w:rPr>
          <w:b/>
        </w:rPr>
        <w:t xml:space="preserve">[08:01] </w:t>
      </w:r>
      <w:r>
        <w:t>is ke ma'ne yeh hain ke hudaybiyah se pehle aap ne mukammal taur par ghair judai tareeqa ikhtiyar</w:t>
      </w:r>
    </w:p>
    <w:p>
      <w:pPr>
        <w:jc w:val="right"/>
      </w:pPr>
      <w:r>
        <w:t>اس کے معنی یہ ہیں کہ حدیبیہ سے پہلے آپ نے مکمل طور پر غیر جدائی طریقہ اختیار</w:t>
      </w:r>
    </w:p>
    <w:p>
      <w:r>
        <w:rPr>
          <w:b/>
        </w:rPr>
        <w:t xml:space="preserve">[08:08] </w:t>
      </w:r>
      <w:r>
        <w:t>kiya, nan confrontational.</w:t>
      </w:r>
    </w:p>
    <w:p>
      <w:pPr>
        <w:jc w:val="right"/>
      </w:pPr>
      <w:r>
        <w:t>کیا، نان کنفرنٹیشنل۔</w:t>
      </w:r>
    </w:p>
    <w:p>
      <w:r>
        <w:rPr>
          <w:b/>
        </w:rPr>
        <w:t xml:space="preserve">[08:10] </w:t>
      </w:r>
      <w:r>
        <w:t>tab ja ke mumkin hua ke peace ke liye agreement ho.</w:t>
      </w:r>
    </w:p>
    <w:p>
      <w:pPr>
        <w:jc w:val="right"/>
      </w:pPr>
      <w:r>
        <w:t>تب جا کے ممکن ہوا کہ پیس کے لیے ایگریمنٹ ہو۔</w:t>
      </w:r>
    </w:p>
    <w:p>
      <w:r>
        <w:rPr>
          <w:b/>
        </w:rPr>
        <w:t xml:space="preserve">[08:14] </w:t>
      </w:r>
      <w:r>
        <w:t>isi tarah se baad ko jab aap ne march kiya tha taqreeban do saal ke baad madinah se</w:t>
      </w:r>
    </w:p>
    <w:p>
      <w:pPr>
        <w:jc w:val="right"/>
      </w:pPr>
      <w:r>
        <w:t>اسی طرح سے بعد کو جب آپ نے مارچ کیا تھا تقریباً دو سال کے بعد مدینہ سے</w:t>
      </w:r>
    </w:p>
    <w:p>
      <w:r>
        <w:rPr>
          <w:b/>
        </w:rPr>
        <w:t xml:space="preserve">[08:22] </w:t>
      </w:r>
      <w:r>
        <w:t>makkah to woh mukammal taur par peaceful march tha.</w:t>
      </w:r>
    </w:p>
    <w:p>
      <w:pPr>
        <w:jc w:val="right"/>
      </w:pPr>
      <w:r>
        <w:t>مکہ تو وہ مکمل طور پر پیس فل مارچ تھا۔</w:t>
      </w:r>
    </w:p>
    <w:p>
      <w:r>
        <w:rPr>
          <w:b/>
        </w:rPr>
        <w:t xml:space="preserve">[08:26] </w:t>
      </w:r>
      <w:r>
        <w:t>mukammal taur par peaceful march tha.</w:t>
      </w:r>
    </w:p>
    <w:p>
      <w:pPr>
        <w:jc w:val="right"/>
      </w:pPr>
      <w:r>
        <w:t>مکمل طور پر پیس فل مارچ تھا۔</w:t>
      </w:r>
    </w:p>
    <w:p>
      <w:r>
        <w:rPr>
          <w:b/>
        </w:rPr>
        <w:t xml:space="preserve">[08:29] </w:t>
      </w:r>
      <w:r>
        <w:t>is ka koi talluq larai bhadai se nahin tha.</w:t>
      </w:r>
    </w:p>
    <w:p>
      <w:pPr>
        <w:jc w:val="right"/>
      </w:pPr>
      <w:r>
        <w:t>اس کا کوئی تعلق لڑائی بھڑائی سے نہیں تھا۔</w:t>
      </w:r>
    </w:p>
    <w:p>
      <w:r>
        <w:rPr>
          <w:b/>
        </w:rPr>
        <w:t xml:space="preserve">[08:33] </w:t>
      </w:r>
      <w:r>
        <w:t>to is ke ma'ne yeh hain ke aap agar chahte hain koi agreement, koi plan to us ko</w:t>
      </w:r>
    </w:p>
    <w:p>
      <w:pPr>
        <w:jc w:val="right"/>
      </w:pPr>
      <w:r>
        <w:t>تو اس کے معنی یہ ہیں کہ آپ اگر چاہتے ہیں کوئی ایگریمنٹ، کوئی پلان تو اس کو</w:t>
      </w:r>
    </w:p>
    <w:p>
      <w:r>
        <w:rPr>
          <w:b/>
        </w:rPr>
        <w:t xml:space="preserve">[08:41] </w:t>
      </w:r>
      <w:r>
        <w:t>successful banane ke liye zaroori hai ke aap fareeqe saani ki sharton ko maankar banaen.</w:t>
      </w:r>
    </w:p>
    <w:p>
      <w:pPr>
        <w:jc w:val="right"/>
      </w:pPr>
      <w:r>
        <w:t>سکسیس فل بنانے کے لیے ضروری ہے کہ آپ فریق ثانی کی شرطوں کو مان کر بنائیں۔</w:t>
      </w:r>
    </w:p>
    <w:p>
      <w:r>
        <w:rPr>
          <w:b/>
        </w:rPr>
        <w:t xml:space="preserve">[08:48] </w:t>
      </w:r>
      <w:r>
        <w:t>agar aap chahenge ke aap ki sharton par ho to woh kabhi hone wala nahin hai.</w:t>
      </w:r>
    </w:p>
    <w:p>
      <w:pPr>
        <w:jc w:val="right"/>
      </w:pPr>
      <w:r>
        <w:t>اگر آپ چاہیں گے کہ آپ کی شرطوں پر ہو تو وہ کبھی ہونے والا نہیں ہے۔</w:t>
      </w:r>
    </w:p>
    <w:p>
      <w:r>
        <w:rPr>
          <w:b/>
        </w:rPr>
        <w:t xml:space="preserve">[08:56] </w:t>
      </w:r>
      <w:r>
        <w:t>isi tarah yeh bhi zaroori hai ke muahida ya aap ki planning jo hai us se pehle aur</w:t>
      </w:r>
    </w:p>
    <w:p>
      <w:pPr>
        <w:jc w:val="right"/>
      </w:pPr>
      <w:r>
        <w:t>اسی طرح یہ بھی ضروری ہے کہ معاہدہ یا آپ کی پلاننگ جو ہے اس سے پہلے اور</w:t>
      </w:r>
    </w:p>
    <w:p>
      <w:r>
        <w:rPr>
          <w:b/>
        </w:rPr>
        <w:t xml:space="preserve">[09:03] </w:t>
      </w:r>
      <w:r>
        <w:t>us ke baad poori muddat mein wahan peace ka mahaul ho.</w:t>
      </w:r>
    </w:p>
    <w:p>
      <w:pPr>
        <w:jc w:val="right"/>
      </w:pPr>
      <w:r>
        <w:t>اس کے بعد پوری مدت میں وہاں پیس کا ماحول ہو۔</w:t>
      </w:r>
    </w:p>
    <w:p>
      <w:r>
        <w:rPr>
          <w:b/>
        </w:rPr>
        <w:t xml:space="preserve">[09:08] </w:t>
      </w:r>
      <w:r>
        <w:t>kyun ke dekhiye koi bhi maqsad, koi bhi planning mukammal kiya jaati hai us waqt jab ke wahan peace</w:t>
      </w:r>
    </w:p>
    <w:p>
      <w:pPr>
        <w:jc w:val="right"/>
      </w:pPr>
      <w:r>
        <w:t>کیونکہ دیکھئے کوئی بھی مقصد، کوئی بھی پلاننگ مکمل کیا جاتی ہے اس وقت جب کہ وہاں پیس</w:t>
      </w:r>
    </w:p>
    <w:p>
      <w:r>
        <w:rPr>
          <w:b/>
        </w:rPr>
        <w:t xml:space="preserve">[09:16] </w:t>
      </w:r>
      <w:r>
        <w:t>ho, aman ho.</w:t>
      </w:r>
    </w:p>
    <w:p>
      <w:pPr>
        <w:jc w:val="right"/>
      </w:pPr>
      <w:r>
        <w:t>ہو، امن ہو۔</w:t>
      </w:r>
    </w:p>
    <w:p>
      <w:r>
        <w:rPr>
          <w:b/>
        </w:rPr>
        <w:t xml:space="preserve">[09:17] </w:t>
      </w:r>
      <w:r>
        <w:t>aman ke baghair kuch nahin ho sakta.</w:t>
      </w:r>
    </w:p>
    <w:p>
      <w:pPr>
        <w:jc w:val="right"/>
      </w:pPr>
      <w:r>
        <w:t>امن کے بغیر کچھ نہیں ہو سکتا۔</w:t>
      </w:r>
    </w:p>
    <w:p>
      <w:r>
        <w:rPr>
          <w:b/>
        </w:rPr>
        <w:t xml:space="preserve">[09:20] </w:t>
      </w:r>
      <w:r>
        <w:t>aman ke baghair jo hoga woh sirf larai bhadai hogi, khoon bahega bas.</w:t>
      </w:r>
    </w:p>
    <w:p>
      <w:pPr>
        <w:jc w:val="right"/>
      </w:pPr>
      <w:r>
        <w:t>امن کے بغیر جو ہوگا وہ صرف لڑائی بھڑائی ہوگی، خون بہے گا بس۔</w:t>
      </w:r>
    </w:p>
    <w:p>
      <w:r>
        <w:rPr>
          <w:b/>
        </w:rPr>
        <w:t xml:space="preserve">[09:26] </w:t>
      </w:r>
      <w:r>
        <w:t>yahan mein ek baat yeh bhi arz kar doon ke rasool Allah sallallahu alaihi wasallam ne sahih</w:t>
      </w:r>
    </w:p>
    <w:p>
      <w:pPr>
        <w:jc w:val="right"/>
      </w:pPr>
      <w:r>
        <w:t>یہاں میں ایک بات یہ بھی عرض کر دوں کہ رسول اللہ صلی اللہ علیہ وسلم نے صحیح</w:t>
      </w:r>
    </w:p>
    <w:p>
      <w:r>
        <w:rPr>
          <w:b/>
        </w:rPr>
        <w:t xml:space="preserve">[09:34] </w:t>
      </w:r>
      <w:r>
        <w:t>ma'non mein koi ek bhi larai nahin ladi.</w:t>
      </w:r>
    </w:p>
    <w:p>
      <w:pPr>
        <w:jc w:val="right"/>
      </w:pPr>
      <w:r>
        <w:t>معنوں میں کوئی ایک بھی لڑائی نہیں لڑی۔</w:t>
      </w:r>
    </w:p>
    <w:p>
      <w:r>
        <w:rPr>
          <w:b/>
        </w:rPr>
        <w:t xml:space="preserve">[09:37] </w:t>
      </w:r>
      <w:r>
        <w:t>larai ya war jo hai us ki tareef yeh hai ke woh yaani full-fledged war.</w:t>
      </w:r>
    </w:p>
    <w:p>
      <w:pPr>
        <w:jc w:val="right"/>
      </w:pPr>
      <w:r>
        <w:t>لڑائی یا وار جو ہے اس کی تعریف یہ ہے کہ وہ یعنی فل فلیج وار۔</w:t>
      </w:r>
    </w:p>
    <w:p>
      <w:r>
        <w:rPr>
          <w:b/>
        </w:rPr>
        <w:t xml:space="preserve">[09:44] </w:t>
      </w:r>
      <w:r>
        <w:t>full-fledged war ki tareef yeh hai ke woh chhe din tak jaari rahe.</w:t>
      </w:r>
    </w:p>
    <w:p>
      <w:pPr>
        <w:jc w:val="right"/>
      </w:pPr>
      <w:r>
        <w:t>فل فلیج وار کی تعریف یہ ہے کہ وہ چھ دن تک جاری رہے۔</w:t>
      </w:r>
    </w:p>
    <w:p>
      <w:r>
        <w:rPr>
          <w:b/>
        </w:rPr>
        <w:t xml:space="preserve">[09:50] </w:t>
      </w:r>
      <w:r>
        <w:t>chhe din.</w:t>
      </w:r>
    </w:p>
    <w:p>
      <w:pPr>
        <w:jc w:val="right"/>
      </w:pPr>
      <w:r>
        <w:t>چھ دن۔</w:t>
      </w:r>
    </w:p>
    <w:p>
      <w:r>
        <w:rPr>
          <w:b/>
        </w:rPr>
        <w:t xml:space="preserve">[09:52] </w:t>
      </w:r>
      <w:r>
        <w:t>rasool Allah ki jo chand takrao hua jo difa ke tor par tha us mein se koi bhi</w:t>
      </w:r>
    </w:p>
    <w:p>
      <w:pPr>
        <w:jc w:val="right"/>
      </w:pPr>
      <w:r>
        <w:t>رسول اللہ کی جو چند ٹکراؤ ہوا جو دفاع کے طور پر تھا اس میں سے کوئی بھی</w:t>
      </w:r>
    </w:p>
    <w:p>
      <w:r>
        <w:rPr>
          <w:b/>
        </w:rPr>
        <w:t xml:space="preserve">[09:59] </w:t>
      </w:r>
      <w:r>
        <w:t>chay din nahi raha, bas aik din.</w:t>
      </w:r>
    </w:p>
    <w:p>
      <w:pPr>
        <w:jc w:val="right"/>
      </w:pPr>
      <w:r>
        <w:t>چھ دن نہیں رہا، بس ایک دن۔</w:t>
      </w:r>
    </w:p>
    <w:p>
      <w:r>
        <w:rPr>
          <w:b/>
        </w:rPr>
        <w:t xml:space="preserve">[10:02] </w:t>
      </w:r>
      <w:r>
        <w:t>to is ke mani yeh hain ke rasool Allah ne koi bhi full fledge war nahi ki.</w:t>
      </w:r>
    </w:p>
    <w:p>
      <w:pPr>
        <w:jc w:val="right"/>
      </w:pPr>
      <w:r>
        <w:t>تو اس کے معنی یہ ہیں کہ رسول اللہ نے کوئی بھی فل فلیج وار نہیں کی۔</w:t>
      </w:r>
    </w:p>
    <w:p>
      <w:r>
        <w:rPr>
          <w:b/>
        </w:rPr>
        <w:t xml:space="preserve">[10:10] </w:t>
      </w:r>
      <w:r>
        <w:t>kaise hua? aisa hua ke fareeqe sani ki taraf se attack hota tha, woh atay thay attack karne</w:t>
      </w:r>
    </w:p>
    <w:p>
      <w:pPr>
        <w:jc w:val="right"/>
      </w:pPr>
      <w:r>
        <w:t>کیسے ہوا؟ ایسا ہوا کہ فریق ثانی کی طرف سے اٹیک ہوتا تھا، وہ آتے تھے اٹیک کرنے</w:t>
      </w:r>
    </w:p>
    <w:p>
      <w:r>
        <w:rPr>
          <w:b/>
        </w:rPr>
        <w:t xml:space="preserve">[10:17]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[10:19] </w:t>
      </w:r>
      <w:r>
        <w:t>lekin aap ne har war ko tamam war ki tamam koshishon ko skirmish mein tabdeel kar diya.</w:t>
      </w:r>
    </w:p>
    <w:p>
      <w:pPr>
        <w:jc w:val="right"/>
      </w:pPr>
      <w:r>
        <w:t>لیکن آپ نے ہر وار کو تمام وار کی تمام کوششوں کو اسکرمش میں تبدیل کر دیا۔</w:t>
      </w:r>
    </w:p>
    <w:p>
      <w:r>
        <w:rPr>
          <w:b/>
        </w:rPr>
        <w:t xml:space="preserve">[10:26] </w:t>
      </w:r>
      <w:r>
        <w:t>yani jang ke bajaye jhadap.</w:t>
      </w:r>
    </w:p>
    <w:p>
      <w:pPr>
        <w:jc w:val="right"/>
      </w:pPr>
      <w:r>
        <w:t>یعنی جنگ کے بجائے جھڑپ۔</w:t>
      </w:r>
    </w:p>
    <w:p>
      <w:r>
        <w:rPr>
          <w:b/>
        </w:rPr>
        <w:t xml:space="preserve">[10:28] </w:t>
      </w:r>
      <w:r>
        <w:t>woh to chahtay thay jang karna, aap ne us ko skirmish bana diya, jhadap bana diya.</w:t>
      </w:r>
    </w:p>
    <w:p>
      <w:pPr>
        <w:jc w:val="right"/>
      </w:pPr>
      <w:r>
        <w:t>وہ تو چاہتے تھے جنگ کرنا، آپ نے اس کو اسکرمش بنا دیا، جھڑپ بنا دیا۔</w:t>
      </w:r>
    </w:p>
    <w:p>
      <w:r>
        <w:rPr>
          <w:b/>
        </w:rPr>
        <w:t xml:space="preserve">[10:35] </w:t>
      </w:r>
      <w:r>
        <w:t>to yeh thi aap ki tadbeer.</w:t>
      </w:r>
    </w:p>
    <w:p>
      <w:pPr>
        <w:jc w:val="right"/>
      </w:pPr>
      <w:r>
        <w:t>تو یہ تھی آپ کی تدبیر۔</w:t>
      </w:r>
    </w:p>
    <w:p>
      <w:r>
        <w:rPr>
          <w:b/>
        </w:rPr>
        <w:t xml:space="preserve">[10:38] </w:t>
      </w:r>
      <w:r>
        <w:t>is tadbeer ke zariye peace qaim hua.</w:t>
      </w:r>
    </w:p>
    <w:p>
      <w:pPr>
        <w:jc w:val="right"/>
      </w:pPr>
      <w:r>
        <w:t>اس تدبیر کے ذریعے پیس قائم ہوا۔</w:t>
      </w:r>
    </w:p>
    <w:p>
      <w:r>
        <w:rPr>
          <w:b/>
        </w:rPr>
        <w:t xml:space="preserve">[10:41] </w:t>
      </w:r>
      <w:r>
        <w:t>tab agreement ka tabsarra agreement hua.</w:t>
      </w:r>
    </w:p>
    <w:p>
      <w:pPr>
        <w:jc w:val="right"/>
      </w:pPr>
      <w:r>
        <w:t>تب ایگریمنٹ کا تبصرہ ایگریمنٹ ہوا۔</w:t>
      </w:r>
    </w:p>
    <w:p>
      <w:r>
        <w:rPr>
          <w:b/>
        </w:rPr>
        <w:t xml:space="preserve">[10:43] </w:t>
      </w:r>
      <w:r>
        <w:t>muahida Hudaybiyah ka muahida hua.</w:t>
      </w:r>
    </w:p>
    <w:p>
      <w:pPr>
        <w:jc w:val="right"/>
      </w:pPr>
      <w:r>
        <w:t>معاہدہ حدیبیہ کا معاہدہ ہوا۔</w:t>
      </w:r>
    </w:p>
    <w:p>
      <w:r>
        <w:rPr>
          <w:b/>
        </w:rPr>
        <w:t xml:space="preserve">[10:46] </w:t>
      </w:r>
      <w:r>
        <w:t>to aap ne shuru se aakhir tak mustaqil tor par peace ko yani aman ko barabar baqi rakha.</w:t>
      </w:r>
    </w:p>
    <w:p>
      <w:pPr>
        <w:jc w:val="right"/>
      </w:pPr>
      <w:r>
        <w:t>تو آپ نے شروع سے آخر تک مستقل طور پر پیس کو یعنی امن کو برابر باقی رکھا۔</w:t>
      </w:r>
    </w:p>
    <w:p>
      <w:r>
        <w:rPr>
          <w:b/>
        </w:rPr>
        <w:t xml:space="preserve">[10:53] </w:t>
      </w:r>
      <w:r>
        <w:t>to dekhye asal baat yeh hai ke is dunya mein aap agar kisi jazeeray mein hain, kisi island</w:t>
      </w:r>
    </w:p>
    <w:p>
      <w:pPr>
        <w:jc w:val="right"/>
      </w:pPr>
      <w:r>
        <w:t>تو دیکھئے اصل بات یہ ہے کہ اس دنیا میں آپ اگر کسی جزیرے میں ہیں، کسی آئی</w:t>
      </w:r>
    </w:p>
    <w:p>
      <w:r>
        <w:rPr>
          <w:b/>
        </w:rPr>
        <w:t xml:space="preserve">[11:01] </w:t>
      </w:r>
      <w:r>
        <w:t>mein hain to aap jo chahe kijiye, jo bhi ashr kood kijiye, wahan koi aap se na</w:t>
      </w:r>
    </w:p>
    <w:p>
      <w:pPr>
        <w:jc w:val="right"/>
      </w:pPr>
      <w:r>
        <w:t>لینڈ میں ہیں تو آپ جو چاہے کیجئے، جو بھی اشر کود کیجئے، وہاں کوئی آپ سے نہ</w:t>
      </w:r>
    </w:p>
    <w:p>
      <w:r>
        <w:rPr>
          <w:b/>
        </w:rPr>
        <w:t xml:space="preserve">[11:09] </w:t>
      </w:r>
      <w:r>
        <w:t>takrao karne wala hoga na koi dekhnay wala hoga.</w:t>
      </w:r>
    </w:p>
    <w:p>
      <w:pPr>
        <w:jc w:val="right"/>
      </w:pPr>
      <w:r>
        <w:t>ٹکراؤ کرنے والا ہوگا نہ کوئی دیکھنے والا ہوگا۔</w:t>
      </w:r>
    </w:p>
    <w:p>
      <w:r>
        <w:rPr>
          <w:b/>
        </w:rPr>
        <w:t xml:space="preserve">[11:12] </w:t>
      </w:r>
      <w:r>
        <w:t>lekin agar aap abad dunya mein hain jahan aap ke siwa doosray log bhi mojood hain to aap</w:t>
      </w:r>
    </w:p>
    <w:p>
      <w:pPr>
        <w:jc w:val="right"/>
      </w:pPr>
      <w:r>
        <w:t>لیکن اگر آپ آباد دنیا میں ہیں جہاں آپ کے سوا دوسرے لوگ بھی موجود ہیں تو آپ</w:t>
      </w:r>
    </w:p>
    <w:p>
      <w:r>
        <w:rPr>
          <w:b/>
        </w:rPr>
        <w:t xml:space="preserve">[11:20] </w:t>
      </w:r>
      <w:r>
        <w:t>ko yeh janna hoga ke doosray log jo hain un ko azadi hasil hai, woh bhi jo chahen</w:t>
      </w:r>
    </w:p>
    <w:p>
      <w:pPr>
        <w:jc w:val="right"/>
      </w:pPr>
      <w:r>
        <w:t>کو یہ جاننا ہوگا کہ دوسرے لوگ جو ہیں ان کو آزادی حاصل ہے، وہ بھی جو چاہیں</w:t>
      </w:r>
    </w:p>
    <w:p>
      <w:r>
        <w:rPr>
          <w:b/>
        </w:rPr>
        <w:t xml:space="preserve">[11:28] </w:t>
      </w:r>
      <w:r>
        <w:t>aap ke khilaf karein, un ke hath ko aap rok nahi sakte.</w:t>
      </w:r>
    </w:p>
    <w:p>
      <w:pPr>
        <w:jc w:val="right"/>
      </w:pPr>
      <w:r>
        <w:t>آپ کے خلاف کریں، ان کے ہاتھ کو آپ روک نہیں سکتے۔</w:t>
      </w:r>
    </w:p>
    <w:p>
      <w:r>
        <w:rPr>
          <w:b/>
        </w:rPr>
        <w:t xml:space="preserve">[11:33] </w:t>
      </w:r>
      <w:r>
        <w:t>to jab yeh bhi zaroori hai ke aap peace ko maintain karein.</w:t>
      </w:r>
    </w:p>
    <w:p>
      <w:pPr>
        <w:jc w:val="right"/>
      </w:pPr>
      <w:r>
        <w:t>تو جب یہ بھی ضروری ہے کہ آپ پیس کو مینٹین کریں۔</w:t>
      </w:r>
    </w:p>
    <w:p>
      <w:r>
        <w:rPr>
          <w:b/>
        </w:rPr>
        <w:t xml:space="preserve">[11:38] </w:t>
      </w:r>
      <w:r>
        <w:t>peace.</w:t>
      </w:r>
    </w:p>
    <w:p>
      <w:pPr>
        <w:jc w:val="right"/>
      </w:pPr>
      <w:r>
        <w:t>پیس۔</w:t>
      </w:r>
    </w:p>
    <w:p>
      <w:r>
        <w:rPr>
          <w:b/>
        </w:rPr>
        <w:t xml:space="preserve">[11:40] </w:t>
      </w:r>
      <w:r>
        <w:t>ab peace kab maintain hoti hai? jab fareeqe sani ko mojood rakhtay hue planning ki jaye.</w:t>
      </w:r>
    </w:p>
    <w:p>
      <w:pPr>
        <w:jc w:val="right"/>
      </w:pPr>
      <w:r>
        <w:t>اب پیس کب مینٹین ہوتی ہے؟ جب فریق ثانی کو موجود رکھتے ہوئے پلاننگ کی جائے۔</w:t>
      </w:r>
    </w:p>
    <w:p>
      <w:r>
        <w:rPr>
          <w:b/>
        </w:rPr>
        <w:t xml:space="preserve">[11:47] </w:t>
      </w:r>
      <w:r>
        <w:t>yani fareeqe sani se agar aap takrao karein, jang chherein aur us ke baad aap planning karein to</w:t>
      </w:r>
    </w:p>
    <w:p>
      <w:pPr>
        <w:jc w:val="right"/>
      </w:pPr>
      <w:r>
        <w:t>یعنی فریق ثانی سے اگر آپ ٹکراؤ کریں، جنگ چھڑیں اور اس کے بعد آپ پلاننگ کریں تو</w:t>
      </w:r>
    </w:p>
    <w:p>
      <w:r>
        <w:rPr>
          <w:b/>
        </w:rPr>
        <w:t xml:space="preserve">[11:54] </w:t>
      </w:r>
      <w:r>
        <w:t>woh planning kabhi kamyab nahi hogi.</w:t>
      </w:r>
    </w:p>
    <w:p>
      <w:pPr>
        <w:jc w:val="right"/>
      </w:pPr>
      <w:r>
        <w:t>وہ پلاننگ کبھی کامیاب نہیں ہوگی۔</w:t>
      </w:r>
    </w:p>
    <w:p>
      <w:r>
        <w:rPr>
          <w:b/>
        </w:rPr>
        <w:t xml:space="preserve">[11:57] </w:t>
      </w:r>
      <w:r>
        <w:t>kabhi bhi nahi hogi.</w:t>
      </w:r>
    </w:p>
    <w:p>
      <w:pPr>
        <w:jc w:val="right"/>
      </w:pPr>
      <w:r>
        <w:t>کبھی بھی نہیں ہوگی۔</w:t>
      </w:r>
    </w:p>
    <w:p>
      <w:r>
        <w:rPr>
          <w:b/>
        </w:rPr>
        <w:t xml:space="preserve">[11:59] </w:t>
      </w:r>
      <w:r>
        <w:t>tareekh mein bohat waqeat hue hain lekin jo kamyabi rasool Allah ko hui kisi ko nahi hui.</w:t>
      </w:r>
    </w:p>
    <w:p>
      <w:pPr>
        <w:jc w:val="right"/>
      </w:pPr>
      <w:r>
        <w:t>تاریخ میں بہت واقعات ہوئے ہیں لیکن جو کامیابی رسول اللہ کو ہوئی کسی کو نہیں ہوئی۔</w:t>
      </w:r>
    </w:p>
    <w:p>
      <w:r>
        <w:rPr>
          <w:b/>
        </w:rPr>
        <w:t xml:space="preserve">[12:06] </w:t>
      </w:r>
      <w:r>
        <w:t>rasool Allah par bohat kitabein likhi gayi hain.</w:t>
      </w:r>
    </w:p>
    <w:p>
      <w:pPr>
        <w:jc w:val="right"/>
      </w:pPr>
      <w:r>
        <w:t>رسول اللہ پر بہت کتابیں لکھی گئی ہیں۔</w:t>
      </w:r>
    </w:p>
    <w:p>
      <w:r>
        <w:rPr>
          <w:b/>
        </w:rPr>
        <w:t xml:space="preserve">[12:09] </w:t>
      </w:r>
      <w:r>
        <w:t>The 100 mein aap ko number ek shakhsiyat qarar diya gaya hai history ki.</w:t>
      </w:r>
    </w:p>
    <w:p>
      <w:pPr>
        <w:jc w:val="right"/>
      </w:pPr>
      <w:r>
        <w:t>دا ہنڈرڈ میں آپ کو نمبر ایک شخصیت قرار دیا گیا ہے ہسٹری کی۔</w:t>
      </w:r>
    </w:p>
    <w:p>
      <w:r>
        <w:rPr>
          <w:b/>
        </w:rPr>
        <w:t xml:space="preserve">[12:15] </w:t>
      </w:r>
      <w:r>
        <w:t>lekin yeh bohat anokhi baat hai ke jitne bhi logon ne jangain ladeen, un logon ne koi machine</w:t>
      </w:r>
    </w:p>
    <w:p>
      <w:pPr>
        <w:jc w:val="right"/>
      </w:pPr>
      <w:r>
        <w:t>لیکن یہ بہت انوکھی بات ہے کہ جتنے بھی لوگوں نے جنگیں لڑیں، ان لوگوں نے کوئی مشین</w:t>
      </w:r>
    </w:p>
    <w:p>
      <w:r>
        <w:rPr>
          <w:b/>
        </w:rPr>
        <w:t xml:space="preserve">[12:23] </w:t>
      </w:r>
      <w:r>
        <w:t>chalaya, koi bhi kamyab nahi hua.</w:t>
      </w:r>
    </w:p>
    <w:p>
      <w:pPr>
        <w:jc w:val="right"/>
      </w:pPr>
      <w:r>
        <w:t>چلایا، کوئی بھی کامیاب نہیں ہوا۔</w:t>
      </w:r>
    </w:p>
    <w:p>
      <w:r>
        <w:rPr>
          <w:b/>
        </w:rPr>
        <w:t xml:space="preserve">[12:26] </w:t>
      </w:r>
      <w:r>
        <w:t>sirf ek hi misaal hai rasool Allah sal Allah aleh wasalam ki ke aap apne mission mein poori</w:t>
      </w:r>
    </w:p>
    <w:p>
      <w:pPr>
        <w:jc w:val="right"/>
      </w:pPr>
      <w:r>
        <w:t>صرف ایک ہی مثال ہے رسول اللہ صلی اللہ علیہ وسلم کی کہ آپ اپنے مشن میں پوری</w:t>
      </w:r>
    </w:p>
    <w:p>
      <w:r>
        <w:rPr>
          <w:b/>
        </w:rPr>
        <w:t xml:space="preserve">[12:33] </w:t>
      </w:r>
      <w:r>
        <w:t>tarah kamyab hue.</w:t>
      </w:r>
    </w:p>
    <w:p>
      <w:pPr>
        <w:jc w:val="right"/>
      </w:pPr>
      <w:r>
        <w:t>طرح کامیاب ہوئے۔</w:t>
      </w:r>
    </w:p>
    <w:p>
      <w:r>
        <w:rPr>
          <w:b/>
        </w:rPr>
        <w:t xml:space="preserve">[12:35] </w:t>
      </w:r>
      <w:r>
        <w:t>iska sabab kya tha? iska ab yeh tha ke rasool Allah ne kabhi bhi jang ki</w:t>
      </w:r>
    </w:p>
    <w:p>
      <w:pPr>
        <w:jc w:val="right"/>
      </w:pPr>
      <w:r>
        <w:t>اس کا سبب کیا تھا؟ اس کا اب یہ تھا کہ رسول اللہ نے کبھی بھی جنگ کی</w:t>
      </w:r>
    </w:p>
    <w:p>
      <w:r>
        <w:rPr>
          <w:b/>
        </w:rPr>
        <w:t xml:space="preserve">[12:42] </w:t>
      </w:r>
      <w:r>
        <w:t>buniyad par koi masooha nahi banaya.</w:t>
      </w:r>
    </w:p>
    <w:p>
      <w:pPr>
        <w:jc w:val="right"/>
      </w:pPr>
      <w:r>
        <w:t>بنیاد پر کوئی مسوحہ نہیں بنایا۔</w:t>
      </w:r>
    </w:p>
    <w:p>
      <w:r>
        <w:rPr>
          <w:b/>
        </w:rPr>
        <w:t xml:space="preserve">[12:45] </w:t>
      </w:r>
      <w:r>
        <w:t>rasool Allah ne wohi kiya jo yani jo mumkin tha iski buniyad par masooha banaya aap ne.</w:t>
      </w:r>
    </w:p>
    <w:p>
      <w:pPr>
        <w:jc w:val="right"/>
      </w:pPr>
      <w:r>
        <w:t>رسول اللہ نے وہی کیا جو یعنی جو ممکن تھا اس کی بنیاد پر مسوحہ بنایا آپ نے۔</w:t>
      </w:r>
    </w:p>
    <w:p>
      <w:r>
        <w:rPr>
          <w:b/>
        </w:rPr>
        <w:t xml:space="preserve">[12:53] </w:t>
      </w:r>
      <w:r>
        <w:t>ek lafz mein agar mein kahoon to available par planning, jo hamein mila hua hai us par planning,</w:t>
      </w:r>
    </w:p>
    <w:p>
      <w:pPr>
        <w:jc w:val="right"/>
      </w:pPr>
      <w:r>
        <w:t>ایک لفظ میں اگر میں کہوں تو اویلیبل پر پلاننگ، جو ہمیں ملا ہوا ہے اس پر پلاننگ،</w:t>
      </w:r>
    </w:p>
    <w:p>
      <w:r>
        <w:rPr>
          <w:b/>
        </w:rPr>
        <w:t xml:space="preserve">[13:00] </w:t>
      </w:r>
      <w:r>
        <w:t>jo hamein mila hua nahi hai us par planning, yeh rasool Allah ka tareeqa nahi tha.</w:t>
      </w:r>
    </w:p>
    <w:p>
      <w:pPr>
        <w:jc w:val="right"/>
      </w:pPr>
      <w:r>
        <w:t>جو ہمیں ملا ہوا نہیں ہے اس پر پلاننگ، یہ رسول اللہ کا طریقہ نہیں تھا۔</w:t>
      </w:r>
    </w:p>
    <w:p>
      <w:r>
        <w:rPr>
          <w:b/>
        </w:rPr>
        <w:t xml:space="preserve">[13:07] </w:t>
      </w:r>
      <w:r>
        <w:t>yeh tareeqa hi nahi tha rasool Allah ka.</w:t>
      </w:r>
    </w:p>
    <w:p>
      <w:pPr>
        <w:jc w:val="right"/>
      </w:pPr>
      <w:r>
        <w:t>یہ طریقہ ہی نہیں تھا رسول اللہ کا۔</w:t>
      </w:r>
    </w:p>
    <w:p>
      <w:r>
        <w:rPr>
          <w:b/>
        </w:rPr>
        <w:t xml:space="preserve">[13:11] </w:t>
      </w:r>
      <w:r>
        <w:t>jaise makka aap ne chhod diya tha, madina aana pada tha aap ko to makka ko le kar</w:t>
      </w:r>
    </w:p>
    <w:p>
      <w:pPr>
        <w:jc w:val="right"/>
      </w:pPr>
      <w:r>
        <w:t>جیسے مکہ آپ نے چھوڑ دیا تھا، مدینہ آنا پڑا تھا آپ کو تو مکہ کو لے کر</w:t>
      </w:r>
    </w:p>
    <w:p>
      <w:r>
        <w:rPr>
          <w:b/>
        </w:rPr>
        <w:t xml:space="preserve">[13:18] </w:t>
      </w:r>
      <w:r>
        <w:t>koi ke makka hamein regain karna hai, makka ko dobara hasil karna hai, us par aap ne koi</w:t>
      </w:r>
    </w:p>
    <w:p>
      <w:pPr>
        <w:jc w:val="right"/>
      </w:pPr>
      <w:r>
        <w:t>کوئی کہ مکہ ہمیں ریگین کرنا ہے، مکہ کو دوبارہ حاصل کرنا ہے، اس پر آپ نے کوئی</w:t>
      </w:r>
    </w:p>
    <w:p>
      <w:r>
        <w:rPr>
          <w:b/>
        </w:rPr>
        <w:t xml:space="preserve">[13:26] </w:t>
      </w:r>
      <w:r>
        <w:t>na taqreer ki na koi planning ki.</w:t>
      </w:r>
    </w:p>
    <w:p>
      <w:pPr>
        <w:jc w:val="right"/>
      </w:pPr>
      <w:r>
        <w:t>نہ تقریر کی نہ کوئی پلاننگ کی۔</w:t>
      </w:r>
    </w:p>
    <w:p>
      <w:r>
        <w:rPr>
          <w:b/>
        </w:rPr>
        <w:t xml:space="preserve">[13:29] </w:t>
      </w:r>
      <w:r>
        <w:t>jo hua woh halaat ke tehat hua, kisi ladai ke tehat nahi hua.</w:t>
      </w:r>
    </w:p>
    <w:p>
      <w:pPr>
        <w:jc w:val="right"/>
      </w:pPr>
      <w:r>
        <w:t>جو ہوا وہ حالات کے تحت ہوا، کسی لڑائی کے تحت نہیں ہوا۔</w:t>
      </w:r>
    </w:p>
    <w:p>
      <w:r>
        <w:rPr>
          <w:b/>
        </w:rPr>
        <w:t xml:space="preserve">[13:35] </w:t>
      </w:r>
      <w:r>
        <w:t>yeh makka ko regain karne ke liye aap ne koi ladai nahi ladi.</w:t>
      </w:r>
    </w:p>
    <w:p>
      <w:pPr>
        <w:jc w:val="right"/>
      </w:pPr>
      <w:r>
        <w:t>یہ مکہ کو ریگین کرنے کے لیے آپ نے کوئی لڑائی نہیں لڑی۔</w:t>
      </w:r>
    </w:p>
    <w:p>
      <w:r>
        <w:rPr>
          <w:b/>
        </w:rPr>
        <w:t xml:space="preserve">[13:40] </w:t>
      </w:r>
      <w:r>
        <w:t>to aap ki jo planning thi woh sab ki sab mile hue par thi, na mile hue par</w:t>
      </w:r>
    </w:p>
    <w:p>
      <w:pPr>
        <w:jc w:val="right"/>
      </w:pPr>
      <w:r>
        <w:t>تو آپ کی جو پلاننگ تھی وہ سب کی سب ملے ہوئے پر تھی، نہ ملے ہوئے پر</w:t>
      </w:r>
    </w:p>
    <w:p>
      <w:r>
        <w:rPr>
          <w:b/>
        </w:rPr>
        <w:t xml:space="preserve">[13:48] </w:t>
      </w:r>
      <w:r>
        <w:t>nahi thi.</w:t>
      </w:r>
    </w:p>
    <w:p>
      <w:pPr>
        <w:jc w:val="right"/>
      </w:pPr>
      <w:r>
        <w:t>نہیں تھی۔</w:t>
      </w:r>
    </w:p>
    <w:p>
      <w:r>
        <w:rPr>
          <w:b/>
        </w:rPr>
        <w:t xml:space="preserve">[13:50] </w:t>
      </w:r>
      <w:r>
        <w:t>jabke doosre tamam log jo hain woh na mile hue par planning karte rahe.</w:t>
      </w:r>
    </w:p>
    <w:p>
      <w:pPr>
        <w:jc w:val="right"/>
      </w:pPr>
      <w:r>
        <w:t>جبکہ دوسرے تمام لوگ جو ہیں وہ نہ ملے ہوئے پر پلاننگ کرتے رہے۔</w:t>
      </w:r>
    </w:p>
    <w:p>
      <w:r>
        <w:rPr>
          <w:b/>
        </w:rPr>
        <w:t xml:space="preserve">[13:56] </w:t>
      </w:r>
      <w:r>
        <w:t>bas sikandar walwar mein germany ne jo war ki thi woh na mile hue par, yani poore Europe</w:t>
      </w:r>
    </w:p>
    <w:p>
      <w:pPr>
        <w:jc w:val="right"/>
      </w:pPr>
      <w:r>
        <w:t>بس سکندر والوار میں جرمنی نے جو وار کی تھی وہ نہ ملے ہوئے پر، یعنی پورے یورپ</w:t>
      </w:r>
    </w:p>
    <w:p>
      <w:r>
        <w:rPr>
          <w:b/>
        </w:rPr>
        <w:t xml:space="preserve">[14:03] </w:t>
      </w:r>
      <w:r>
        <w:t>par qabza, poore Europe par germany ki hukoomat.</w:t>
      </w:r>
    </w:p>
    <w:p>
      <w:pPr>
        <w:jc w:val="right"/>
      </w:pPr>
      <w:r>
        <w:t>پر قبضہ، پورے یورپ پر جرمنی کی حکومت۔</w:t>
      </w:r>
    </w:p>
    <w:p>
      <w:r>
        <w:rPr>
          <w:b/>
        </w:rPr>
        <w:t xml:space="preserve">[14:07] </w:t>
      </w:r>
      <w:r>
        <w:t>to yeh to mila hua nahi tha.</w:t>
      </w:r>
    </w:p>
    <w:p>
      <w:pPr>
        <w:jc w:val="right"/>
      </w:pPr>
      <w:r>
        <w:t>تو یہ تو ملا ہوا نہیں تھا۔</w:t>
      </w:r>
    </w:p>
    <w:p>
      <w:r>
        <w:rPr>
          <w:b/>
        </w:rPr>
        <w:t xml:space="preserve">[14:10] </w:t>
      </w:r>
      <w:r>
        <w:t>to sikandar walwar jo germany ke leaderon ne chhedi, khaas tor par hitler ne, to woh na mile</w:t>
      </w:r>
    </w:p>
    <w:p>
      <w:pPr>
        <w:jc w:val="right"/>
      </w:pPr>
      <w:r>
        <w:t>تو سکندر والوار جو جرمنی کے لیڈروں نے چھڑی، خاص طور پر ہٹلر نے، تو وہ نہ ملے</w:t>
      </w:r>
    </w:p>
    <w:p>
      <w:r>
        <w:rPr>
          <w:b/>
        </w:rPr>
        <w:t xml:space="preserve">[14:17] </w:t>
      </w:r>
      <w:r>
        <w:t>hue par unki planning thi.</w:t>
      </w:r>
    </w:p>
    <w:p>
      <w:pPr>
        <w:jc w:val="right"/>
      </w:pPr>
      <w:r>
        <w:t>ہوئے پر ان کی پلاننگ تھی۔</w:t>
      </w:r>
    </w:p>
    <w:p>
      <w:r>
        <w:rPr>
          <w:b/>
        </w:rPr>
        <w:t xml:space="preserve">[14:20] </w:t>
      </w:r>
      <w:r>
        <w:t>rasool Allah ki koi bhi planning aisi nahin.</w:t>
      </w:r>
    </w:p>
    <w:p>
      <w:pPr>
        <w:jc w:val="right"/>
      </w:pPr>
      <w:r>
        <w:t>رسول اللہ کی کوئی بھی پلاننگ ایسی نہیں۔</w:t>
      </w:r>
    </w:p>
    <w:p>
      <w:r>
        <w:rPr>
          <w:b/>
        </w:rPr>
        <w:t xml:space="preserve">[14:23] </w:t>
      </w:r>
      <w:r>
        <w:t>aap ne hamesha mile hue par planning ki, yaani available par planning ki.</w:t>
      </w:r>
    </w:p>
    <w:p>
      <w:pPr>
        <w:jc w:val="right"/>
      </w:pPr>
      <w:r>
        <w:t>آپ نے ہمیشہ ملے ہوئے پر پلاننگ کی، یعنی اویلیبل پر پلاننگ کی۔</w:t>
      </w:r>
    </w:p>
    <w:p>
      <w:r>
        <w:rPr>
          <w:b/>
        </w:rPr>
        <w:t xml:space="preserve">[14:29] </w:t>
      </w:r>
      <w:r>
        <w:t>jo jo available nahin tha us par aap ne koi masooha nahin banaya.</w:t>
      </w:r>
    </w:p>
    <w:p>
      <w:pPr>
        <w:jc w:val="right"/>
      </w:pPr>
      <w:r>
        <w:t>جو جو اویلیبل نہیں تھا اس پر آپ نے کوئی مسوحہ نہیں بنایا۔</w:t>
      </w:r>
    </w:p>
    <w:p>
      <w:r>
        <w:rPr>
          <w:b/>
        </w:rPr>
        <w:t xml:space="preserve">[14:35] </w:t>
      </w:r>
      <w:r>
        <w:t>to yeh hai rasool Allah ka model, yaani fateh ka model.</w:t>
      </w:r>
    </w:p>
    <w:p>
      <w:pPr>
        <w:jc w:val="right"/>
      </w:pPr>
      <w:r>
        <w:t>تو یہ ہے رسول اللہ کا ماڈل، یعنی فتح کا ماڈل۔</w:t>
      </w:r>
    </w:p>
    <w:p>
      <w:r>
        <w:rPr>
          <w:b/>
        </w:rPr>
        <w:t xml:space="preserve">[14:39] </w:t>
      </w:r>
      <w:r>
        <w:t>fateh ka matlab yaani fatehana masooha.</w:t>
      </w:r>
    </w:p>
    <w:p>
      <w:pPr>
        <w:jc w:val="right"/>
      </w:pPr>
      <w:r>
        <w:t>فتح کا معنی یعنی فاتحانہ مسوحہ۔</w:t>
      </w:r>
    </w:p>
    <w:p>
      <w:r>
        <w:rPr>
          <w:b/>
        </w:rPr>
        <w:t xml:space="preserve">[14:42] </w:t>
      </w:r>
      <w:r>
        <w:t>rasool Allah ke masooha jo tha us ko Allah ne fatehana, yaani fateh mobeen kaha, yaani fatehana masooha,</w:t>
      </w:r>
    </w:p>
    <w:p>
      <w:pPr>
        <w:jc w:val="right"/>
      </w:pPr>
      <w:r>
        <w:t>رسول اللہ کے مسوحہ جو تھا اس کو اللہ نے فاتحانہ، یعنی فتح مبین کہا، یعنی فاتحانہ مسوحہ،</w:t>
      </w:r>
    </w:p>
    <w:p>
      <w:r>
        <w:rPr>
          <w:b/>
        </w:rPr>
        <w:t xml:space="preserve">[14:50] </w:t>
      </w:r>
      <w:r>
        <w:t>victorious planning.</w:t>
      </w:r>
    </w:p>
    <w:p>
      <w:pPr>
        <w:jc w:val="right"/>
      </w:pPr>
      <w:r>
        <w:t>وکٹوریس پلاننگ۔</w:t>
      </w:r>
    </w:p>
    <w:p>
      <w:r>
        <w:rPr>
          <w:b/>
        </w:rPr>
        <w:t xml:space="preserve">[14:51] </w:t>
      </w:r>
      <w:r>
        <w:t>to aisi planning jo zaroor kaamyaab ho, us ka model rasool Allah ne de diya hai.</w:t>
      </w:r>
    </w:p>
    <w:p>
      <w:pPr>
        <w:jc w:val="right"/>
      </w:pPr>
      <w:r>
        <w:t>تو ایسی پلاننگ جو ضرور کامیاب ہو، اس کا ماڈل رسول اللہ نے دے دیا ہے۔</w:t>
      </w:r>
    </w:p>
    <w:p>
      <w:r>
        <w:rPr>
          <w:b/>
        </w:rPr>
        <w:t xml:space="preserve">[14:58] </w:t>
      </w:r>
      <w:r>
        <w:t>to yeh maine arz kiya ke is se jo usool milte hain, un usoolon par, un ko</w:t>
      </w:r>
    </w:p>
    <w:p>
      <w:pPr>
        <w:jc w:val="right"/>
      </w:pPr>
      <w:r>
        <w:t>تو یہ میں نے عرض کیا کہ اس سے جو اصول ملتے ہیں، ان اصولوں پر، ان کو</w:t>
      </w:r>
    </w:p>
    <w:p>
      <w:r>
        <w:rPr>
          <w:b/>
        </w:rPr>
        <w:t xml:space="preserve">[15:06] </w:t>
      </w:r>
      <w:r>
        <w:t>un usoolon ko barhood rakhte hue jo planning ki jaye gi, woh zaroor kaamyaab hogi.</w:t>
      </w:r>
    </w:p>
    <w:p>
      <w:pPr>
        <w:jc w:val="right"/>
      </w:pPr>
      <w:r>
        <w:t>ان اصولوں کو برہود رکھتے ہوئے جو پلاننگ کی جائے گی، وہ ضرور کامیاب ہوگی۔</w:t>
      </w:r>
    </w:p>
    <w:p>
      <w:r>
        <w:rPr>
          <w:b/>
        </w:rPr>
        <w:t xml:space="preserve">[15:12] </w:t>
      </w:r>
      <w:r>
        <w:t>aur jo in usoolon par na ki gayi ho, woh to ek emotional jump hai, jazbati chhalang.</w:t>
      </w:r>
    </w:p>
    <w:p>
      <w:pPr>
        <w:jc w:val="right"/>
      </w:pPr>
      <w:r>
        <w:t>اور جو ان اصولوں پر نہ کی گئی ہو، وہ تو ایک ایموشنل جمپ ہے، جذباتی چھلانگ۔</w:t>
      </w:r>
    </w:p>
    <w:p>
      <w:r>
        <w:rPr>
          <w:b/>
        </w:rPr>
        <w:t xml:space="preserve">[15:19] </w:t>
      </w:r>
      <w:r>
        <w:t>to is dunya mein dekhiye, jazbati chhalang kabhi kaamyaab nahin hoti.</w:t>
      </w:r>
    </w:p>
    <w:p>
      <w:pPr>
        <w:jc w:val="right"/>
      </w:pPr>
      <w:r>
        <w:t>تو اس دنیا میں دیکھئے، جذباتی چھلانگ کبھی کامیاب نہیں ہوتی۔</w:t>
      </w:r>
    </w:p>
    <w:p>
      <w:r>
        <w:rPr>
          <w:b/>
        </w:rPr>
        <w:t xml:space="preserve">[15:24] </w:t>
      </w:r>
      <w:r>
        <w:t>ایموشنل پلاننگ، well-calculated اقدام کامیاب ہوتا ہے۔</w:t>
      </w:r>
    </w:p>
    <w:p>
      <w:pPr>
        <w:jc w:val="right"/>
      </w:pPr>
      <w:r>
        <w:t>ایموشنل پلاننگ، ویل کیلکولیٹڈ اقدام کامیاب ہوتا ہے۔</w:t>
      </w:r>
    </w:p>
    <w:p>
      <w:r>
        <w:rPr>
          <w:b/>
        </w:rPr>
        <w:t xml:space="preserve">[15:27] </w:t>
      </w:r>
      <w:r>
        <w:t>to is Hudaybiyyah ka jo model hai, us ko le kar tamam dunya ke musalmanon ko sochna chahiye</w:t>
      </w:r>
    </w:p>
    <w:p>
      <w:pPr>
        <w:jc w:val="right"/>
      </w:pPr>
      <w:r>
        <w:t>تو اس حدیبیہ کا جو ماڈل ہے، اس کو لے کر تمام دنیا کے مسلمانوں کو سوچنا چاہیے</w:t>
      </w:r>
    </w:p>
    <w:p>
      <w:r>
        <w:rPr>
          <w:b/>
        </w:rPr>
        <w:t xml:space="preserve">[15:35] </w:t>
      </w:r>
      <w:r>
        <w:t>ke kya hum Hudaybiyyah ke model ko apnaye hue hain.</w:t>
      </w:r>
    </w:p>
    <w:p>
      <w:pPr>
        <w:jc w:val="right"/>
      </w:pPr>
      <w:r>
        <w:t>کہ کیا ہم حدیبیہ کے ماڈل کو اپنائے ہوئے ہیں۔</w:t>
      </w:r>
    </w:p>
    <w:p>
      <w:r>
        <w:rPr>
          <w:b/>
        </w:rPr>
        <w:t xml:space="preserve">[15:39] </w:t>
      </w:r>
      <w:r>
        <w:t>aap dekhiye, dunya bhar mein musalman shikayatein karte hain dushman ke khilaaf aur conspiracy ke khilaaf ke log</w:t>
      </w:r>
    </w:p>
    <w:p>
      <w:pPr>
        <w:jc w:val="right"/>
      </w:pPr>
      <w:r>
        <w:t>آپ دیکھئے، دنیا بھر میں مسلمان شکایتیں کرتے ہیں دشمن کے خلاف اور کانسپریسی کے خلاف کہ لوگ</w:t>
      </w:r>
    </w:p>
    <w:p>
      <w:r>
        <w:rPr>
          <w:b/>
        </w:rPr>
        <w:t xml:space="preserve">[15:47] </w:t>
      </w:r>
      <w:r>
        <w:t>hamare khilaaf dushmani kar rahe hain, hamare khilaaf conspiracy kar rahe hain waghera.</w:t>
      </w:r>
    </w:p>
    <w:p>
      <w:pPr>
        <w:jc w:val="right"/>
      </w:pPr>
      <w:r>
        <w:t>ہمارے خلاف دشمنی کر رہے ہیں، ہمارے خلاف کانسپریسی کر رہے ہیں وغیرہ۔</w:t>
      </w:r>
    </w:p>
    <w:p>
      <w:r>
        <w:rPr>
          <w:b/>
        </w:rPr>
        <w:t xml:space="preserve">[15:53] </w:t>
      </w:r>
      <w:r>
        <w:t>lekin rasool Allah sallallahu alaihi wasallam ne kabhi bhi yeh zuban istemal nahin ki.</w:t>
      </w:r>
    </w:p>
    <w:p>
      <w:pPr>
        <w:jc w:val="right"/>
      </w:pPr>
      <w:r>
        <w:t>لیکن رسول اللہ صلی اللہ علیہ وسلم نے کبھی بھی یہ زبان استعمال نہیں کی۔</w:t>
      </w:r>
    </w:p>
    <w:p>
      <w:r>
        <w:rPr>
          <w:b/>
        </w:rPr>
        <w:t xml:space="preserve">[15:59] </w:t>
      </w:r>
      <w:r>
        <w:t>rasool Allah ne yeh zuban kabhi istemal nahin ki ke log hamare khilaaf dushmani kar rahe hain, hamare</w:t>
      </w:r>
    </w:p>
    <w:p>
      <w:pPr>
        <w:jc w:val="right"/>
      </w:pPr>
      <w:r>
        <w:t>رسول اللہ نے یہ زبان کبھی استعمال نہیں کی کہ لوگ ہمارے خلاف دشمنی کر رہے ہیں، ہمارے</w:t>
      </w:r>
    </w:p>
    <w:p>
      <w:r>
        <w:rPr>
          <w:b/>
        </w:rPr>
        <w:t xml:space="preserve">[16:07] </w:t>
      </w:r>
      <w:r>
        <w:t>khilaaf saazish kar rahe hain, yeh sab nahin karte thay aap.</w:t>
      </w:r>
    </w:p>
    <w:p>
      <w:pPr>
        <w:jc w:val="right"/>
      </w:pPr>
      <w:r>
        <w:t>خلاف سازش کر رہے ہیں، یہ سب نہیں کرتے تھے آپ۔</w:t>
      </w:r>
    </w:p>
    <w:p>
      <w:r>
        <w:rPr>
          <w:b/>
        </w:rPr>
        <w:t xml:space="preserve">[16:12] </w:t>
      </w:r>
      <w:r>
        <w:t>آپ نے ہمیشہ یہ دیکھا کہ what is possible اور what is impossible، یعنی دوسروں کے ہوتے ہوئے</w:t>
      </w:r>
    </w:p>
    <w:p>
      <w:pPr>
        <w:jc w:val="right"/>
      </w:pPr>
      <w:r>
        <w:t>آپ نے ہمیشہ یہ دیکھا کہ واٹ از پاسیبل اور واٹ از امپاسیبل، یعنی دوسروں کے ہوتے ہوئے</w:t>
      </w:r>
    </w:p>
    <w:p>
      <w:r>
        <w:rPr>
          <w:b/>
        </w:rPr>
        <w:t xml:space="preserve">[16:19] </w:t>
      </w:r>
      <w:r>
        <w:t>dunya mein doosre maujood hain, doosri jamaatein hain, doosri parties hain, doosri qaumein maujood hain, un ke hote</w:t>
      </w:r>
    </w:p>
    <w:p>
      <w:pPr>
        <w:jc w:val="right"/>
      </w:pPr>
      <w:r>
        <w:t>دنیا میں دوسرے موجود ہیں، دوسری جماعتیں ہیں، دوسری پارٹیاں ہیں، دوسری قومیں موجود ہیں، ان کے ہوتے</w:t>
      </w:r>
    </w:p>
    <w:p>
      <w:r>
        <w:rPr>
          <w:b/>
        </w:rPr>
        <w:t xml:space="preserve">[16:27] </w:t>
      </w:r>
      <w:r>
        <w:t>hue hum kya achieve kar sakte hain.</w:t>
      </w:r>
    </w:p>
    <w:p>
      <w:pPr>
        <w:jc w:val="right"/>
      </w:pPr>
      <w:r>
        <w:t>ہوئے ہم کیا اچیو کر سکتے ہیں۔</w:t>
      </w:r>
    </w:p>
    <w:p>
      <w:r>
        <w:rPr>
          <w:b/>
        </w:rPr>
        <w:t xml:space="preserve">[16:30] </w:t>
      </w:r>
      <w:r>
        <w:t>to aap ne achievable aur non-achievable mein farq kiya.</w:t>
      </w:r>
    </w:p>
    <w:p>
      <w:pPr>
        <w:jc w:val="right"/>
      </w:pPr>
      <w:r>
        <w:t>تو آپ نے اچیوبل اور نان اچیوبل میں فرق کیا۔</w:t>
      </w:r>
    </w:p>
    <w:p>
      <w:r>
        <w:rPr>
          <w:b/>
        </w:rPr>
        <w:t xml:space="preserve">[16:34] </w:t>
      </w:r>
      <w:r>
        <w:t>jo halaat ke mutabiq achievable tha, us ko le kar aap ne planning ki.</w:t>
      </w:r>
    </w:p>
    <w:p>
      <w:pPr>
        <w:jc w:val="right"/>
      </w:pPr>
      <w:r>
        <w:t>جو حالات کے مطابق اچیوبل تھا، اس کو لے کر آپ نے پلاننگ کی۔</w:t>
      </w:r>
    </w:p>
    <w:p>
      <w:r>
        <w:rPr>
          <w:b/>
        </w:rPr>
        <w:t xml:space="preserve">[16:40] </w:t>
      </w:r>
      <w:r>
        <w:t>aur kabhi bhi aap aman se aur peace se bahar nahin gaye, kabhi bhi nahin.</w:t>
      </w:r>
    </w:p>
    <w:p>
      <w:pPr>
        <w:jc w:val="right"/>
      </w:pPr>
      <w:r>
        <w:t>اور کبھی بھی آپ امن سے اور پیس سے باہر نہیں گئے، کبھی بھی نہیں۔</w:t>
      </w:r>
    </w:p>
    <w:p>
      <w:r>
        <w:rPr>
          <w:b/>
        </w:rPr>
        <w:t xml:space="preserve">[16:47] </w:t>
      </w:r>
      <w:r>
        <w:t>is se maloom hota hai ke rasool Allah ka jo tareeqa tha, woh sar ta sar maabood par</w:t>
      </w:r>
    </w:p>
    <w:p>
      <w:pPr>
        <w:jc w:val="right"/>
      </w:pPr>
      <w:r>
        <w:t>اس سے معلوم ہوتا ہے کہ رسول اللہ کا جو طریقہ تھا، وہ سر تا سر معبود پر</w:t>
      </w:r>
    </w:p>
    <w:p>
      <w:r>
        <w:rPr>
          <w:b/>
        </w:rPr>
        <w:t xml:space="preserve">[16:54] </w:t>
      </w:r>
      <w:r>
        <w:t>paise tha.</w:t>
      </w:r>
    </w:p>
    <w:p>
      <w:pPr>
        <w:jc w:val="right"/>
      </w:pPr>
      <w:r>
        <w:t>پیس تھا۔</w:t>
      </w:r>
    </w:p>
    <w:p>
      <w:r>
        <w:rPr>
          <w:b/>
        </w:rPr>
        <w:t xml:space="preserve">[16:56] </w:t>
      </w:r>
      <w:r>
        <w:t>hazrat aisha aap ke bare mein, aap ki policy ke bare mein kehti hain ke ma khair rasool</w:t>
      </w:r>
    </w:p>
    <w:p>
      <w:pPr>
        <w:jc w:val="right"/>
      </w:pPr>
      <w:r>
        <w:t>حضرت عائشہ آپ کے بارے میں، آپ کی پالیسی کے بارے میں کہتی ہیں کہ ما خیر رسول</w:t>
      </w:r>
    </w:p>
    <w:p>
      <w:r>
        <w:rPr>
          <w:b/>
        </w:rPr>
        <w:t xml:space="preserve">[17:04] </w:t>
      </w:r>
      <w:r>
        <w:t>Allah sallay Allah alaihi wasallam bain amrain ila ikhtar aisi rehmat.</w:t>
      </w:r>
    </w:p>
    <w:p>
      <w:pPr>
        <w:jc w:val="right"/>
      </w:pPr>
      <w:r>
        <w:t>اللہ صلی اللہ علیہ وسلم بین امرین الا اختار عیسیٰ رحمہ۔</w:t>
      </w:r>
    </w:p>
    <w:p>
      <w:r>
        <w:rPr>
          <w:b/>
        </w:rPr>
        <w:t xml:space="preserve">[17:08] </w:t>
      </w:r>
      <w:r>
        <w:t>jab rasool Allah sallay Allah alaihi wasallam ko kisi mamle mein faisla karna hota to aap hamesha is</w:t>
      </w:r>
    </w:p>
    <w:p>
      <w:pPr>
        <w:jc w:val="right"/>
      </w:pPr>
      <w:r>
        <w:t>جب رسول اللہ صلی اللہ علیہ وسلم کو کسی معاملے میں فیصلہ کرنا ہوتا تو آپ ہمیشہ اس</w:t>
      </w:r>
    </w:p>
    <w:p>
      <w:r>
        <w:rPr>
          <w:b/>
        </w:rPr>
        <w:t xml:space="preserve">[17:16] </w:t>
      </w:r>
      <w:r>
        <w:t>ke aether pehlu ko lete aur aathar ko chhod dete, yaani jo woh intikhab jis mein aezar course</w:t>
      </w:r>
    </w:p>
    <w:p>
      <w:pPr>
        <w:jc w:val="right"/>
      </w:pPr>
      <w:r>
        <w:t>کے ایثر پہلو کو لیتے اور آثر کو چھوڑ دیتے، یعنی جو وہ انتخاب جس میں ایزر کورس</w:t>
      </w:r>
    </w:p>
    <w:p>
      <w:r>
        <w:rPr>
          <w:b/>
        </w:rPr>
        <w:t xml:space="preserve">[17:24] </w:t>
      </w:r>
      <w:r>
        <w:t>of action possible ho, us ko lena aur dusra intikhab jis mein harder course of action chalna pade,</w:t>
      </w:r>
    </w:p>
    <w:p>
      <w:pPr>
        <w:jc w:val="right"/>
      </w:pPr>
      <w:r>
        <w:t>آف ایکشن پاسیبل ہو، اس کو لینا اور دوسرا انتخاب جس میں ہارڈر کورس آف ایکشن چلنا پڑے،</w:t>
      </w:r>
    </w:p>
    <w:p>
      <w:r>
        <w:rPr>
          <w:b/>
        </w:rPr>
        <w:t xml:space="preserve">[17:32] </w:t>
      </w:r>
      <w:r>
        <w:t>woh aap le ikhtiyar kar detey.</w:t>
      </w:r>
    </w:p>
    <w:p>
      <w:pPr>
        <w:jc w:val="right"/>
      </w:pPr>
      <w:r>
        <w:t>وہ آپ لے اختیار کر دیتے۔</w:t>
      </w:r>
    </w:p>
    <w:p>
      <w:r>
        <w:rPr>
          <w:b/>
        </w:rPr>
        <w:t xml:space="preserve">[17:34] </w:t>
      </w:r>
      <w:r>
        <w:t>تو harder course of action Rasulullah ka tareeqa nahi tha, easier course of action Rasulullah ka</w:t>
      </w:r>
    </w:p>
    <w:p>
      <w:pPr>
        <w:jc w:val="right"/>
      </w:pPr>
      <w:r>
        <w:t>تو ہارڈر کورس آف ایکشن رسول اللہ کا طریقہ نہیں تھا، ایزر کورس آف ایکشن رسول اللہ کا</w:t>
      </w:r>
    </w:p>
    <w:p>
      <w:r>
        <w:rPr>
          <w:b/>
        </w:rPr>
        <w:t xml:space="preserve">[17:42] </w:t>
      </w:r>
      <w:r>
        <w:t>tareeqa tha.</w:t>
      </w:r>
    </w:p>
    <w:p>
      <w:pPr>
        <w:jc w:val="right"/>
      </w:pPr>
      <w:r>
        <w:t>طریقہ تھا۔</w:t>
      </w:r>
    </w:p>
    <w:p>
      <w:r>
        <w:rPr>
          <w:b/>
        </w:rPr>
        <w:t xml:space="preserve">[17:43] </w:t>
      </w:r>
      <w:r>
        <w:t>تو آپ دیکھیں کہ what is easier and what is harder.</w:t>
      </w:r>
    </w:p>
    <w:p>
      <w:pPr>
        <w:jc w:val="right"/>
      </w:pPr>
      <w:r>
        <w:t>تو آپ دیکھیں کہ واٹ از ایزر اینڈ واٹ از ہارڈر۔</w:t>
      </w:r>
    </w:p>
    <w:p>
      <w:r>
        <w:rPr>
          <w:b/>
        </w:rPr>
        <w:t xml:space="preserve">[17:48] </w:t>
      </w:r>
      <w:r>
        <w:t>to pur aman masooha bandi, pur aman masooha bandi yeh hai aezar course of action aur badsadadana masooha bandi yeh</w:t>
      </w:r>
    </w:p>
    <w:p>
      <w:pPr>
        <w:jc w:val="right"/>
      </w:pPr>
      <w:r>
        <w:t>تو پرامن مسوحہ بندی، پرامن مسوحہ بندی یہ ہے ایزر کورس آف ایکشن اور بدصددانہ مسوحہ بندی یہ</w:t>
      </w:r>
    </w:p>
    <w:p>
      <w:r>
        <w:rPr>
          <w:b/>
        </w:rPr>
        <w:t xml:space="preserve">[17:56] </w:t>
      </w:r>
      <w:r>
        <w:t>hai harder course of action.</w:t>
      </w:r>
    </w:p>
    <w:p>
      <w:pPr>
        <w:jc w:val="right"/>
      </w:pPr>
      <w:r>
        <w:t>ہے ہارڈر کورس آف ایکشن۔</w:t>
      </w:r>
    </w:p>
    <w:p>
      <w:r>
        <w:rPr>
          <w:b/>
        </w:rPr>
        <w:t xml:space="preserve">[17:58] </w:t>
      </w:r>
      <w:r>
        <w:t>yaani maabood par aman jo masooha bandi ho, woh hai aezar course of action aur maabood par tashaddud,</w:t>
      </w:r>
    </w:p>
    <w:p>
      <w:pPr>
        <w:jc w:val="right"/>
      </w:pPr>
      <w:r>
        <w:t>یعنی معبود پر امن جو مسوحہ بندی ہو، وہ ہے ایزر کورس آف ایکشن اور معبود پر تشدد،</w:t>
      </w:r>
    </w:p>
    <w:p>
      <w:r>
        <w:rPr>
          <w:b/>
        </w:rPr>
        <w:t xml:space="preserve">[18:06] </w:t>
      </w:r>
      <w:r>
        <w:t>maabood par jang jo masooha bandi ho, woh hai harder course of action.</w:t>
      </w:r>
    </w:p>
    <w:p>
      <w:pPr>
        <w:jc w:val="right"/>
      </w:pPr>
      <w:r>
        <w:t>معبود پر جنگ جو مسوحہ بندی ہو، وہ ہے ہارڈر کورس آف ایکشن۔</w:t>
      </w:r>
    </w:p>
    <w:p>
      <w:r>
        <w:rPr>
          <w:b/>
        </w:rPr>
        <w:t xml:space="preserve">[18:11] </w:t>
      </w:r>
      <w:r>
        <w:t>to rasool Allah ka jo, rasool Allah ki jo sunnat thi, us se maloom hota hai ke kabhi</w:t>
      </w:r>
    </w:p>
    <w:p>
      <w:pPr>
        <w:jc w:val="right"/>
      </w:pPr>
      <w:r>
        <w:t>تو رسول اللہ کا جو، رسول اللہ کی جو سنت تھی، اس سے معلوم ہوتا ہے کہ کبھی</w:t>
      </w:r>
    </w:p>
    <w:p>
      <w:r>
        <w:rPr>
          <w:b/>
        </w:rPr>
        <w:t xml:space="preserve">[18:19] </w:t>
      </w:r>
      <w:r>
        <w:t>bhi aap ne aisa nahi kiya ke harder course of action ko ikhtiyar kiya, aap ne hamesha aezar</w:t>
      </w:r>
    </w:p>
    <w:p>
      <w:pPr>
        <w:jc w:val="right"/>
      </w:pPr>
      <w:r>
        <w:t>بھی آپ نے ایسا نہیں کیا کہ ہارڈر کورس آف ایکشن کو اختیار کیا، آپ نے ہمیشہ ایزر</w:t>
      </w:r>
    </w:p>
    <w:p>
      <w:r>
        <w:rPr>
          <w:b/>
        </w:rPr>
        <w:t xml:space="preserve">[18:27] </w:t>
      </w:r>
      <w:r>
        <w:t>course of action ko ikhtiyar kiya.</w:t>
      </w:r>
    </w:p>
    <w:p>
      <w:pPr>
        <w:jc w:val="right"/>
      </w:pPr>
      <w:r>
        <w:t>کورس آف ایکشن کو اختیار کیا۔</w:t>
      </w:r>
    </w:p>
    <w:p>
      <w:r>
        <w:rPr>
          <w:b/>
        </w:rPr>
        <w:t xml:space="preserve">[18:29] </w:t>
      </w:r>
      <w:r>
        <w:t>to dekhiye, rasool Allah ne jo namoona chhoda hai, jo model, us ko Allah ne aelan kiya ke</w:t>
      </w:r>
    </w:p>
    <w:p>
      <w:pPr>
        <w:jc w:val="right"/>
      </w:pPr>
      <w:r>
        <w:t>تو دیکھئے، رسول اللہ نے جو نمونہ چھوڑا ہے، جو ماڈل، اس کو اللہ نے اعلان کیا کہ</w:t>
      </w:r>
    </w:p>
    <w:p>
      <w:r>
        <w:rPr>
          <w:b/>
        </w:rPr>
        <w:t xml:space="preserve">[18:37] </w:t>
      </w:r>
      <w:r>
        <w:t>yeh fatehana model hai, victorious model hai.</w:t>
      </w:r>
    </w:p>
    <w:p>
      <w:pPr>
        <w:jc w:val="right"/>
      </w:pPr>
      <w:r>
        <w:t>یہ فاتحانہ ماڈل ہے، وکٹوریس ماڈل ہے۔</w:t>
      </w:r>
    </w:p>
    <w:p>
      <w:r>
        <w:rPr>
          <w:b/>
        </w:rPr>
        <w:t xml:space="preserve">[18:40] </w:t>
      </w:r>
      <w:r>
        <w:t>to yeh baat sirf yeh nahi ke rasool Allah ka model, balke yeh hai ke victorious model, fatehana</w:t>
      </w:r>
    </w:p>
    <w:p>
      <w:pPr>
        <w:jc w:val="right"/>
      </w:pPr>
      <w:r>
        <w:t>تو یہ بات صرف یہ نہیں کہ رسول اللہ کا ماڈل، بلکہ یہ ہے کہ وکٹوریس ماڈل، فاتحانہ</w:t>
      </w:r>
    </w:p>
    <w:p>
      <w:r>
        <w:rPr>
          <w:b/>
        </w:rPr>
        <w:t xml:space="preserve">[18:48] </w:t>
      </w:r>
      <w:r>
        <w:t>model kaun sa hai.</w:t>
      </w:r>
    </w:p>
    <w:p>
      <w:pPr>
        <w:jc w:val="right"/>
      </w:pPr>
      <w:r>
        <w:t>ماڈل کون سا ہے۔</w:t>
      </w:r>
    </w:p>
    <w:p>
      <w:r>
        <w:rPr>
          <w:b/>
        </w:rPr>
        <w:t xml:space="preserve">[18:49] </w:t>
      </w:r>
      <w:r>
        <w:t>to is ke usool hum maloom kar sakte hain Hudaybiyah ke waqe par ghaur kar ke, kyunke Hudaybiyah</w:t>
      </w:r>
    </w:p>
    <w:p>
      <w:pPr>
        <w:jc w:val="right"/>
      </w:pPr>
      <w:r>
        <w:t>تو اس کے اصول ہم معلوم کر سکتے ہیں حدیبیہ کے واقعے پر غور کر کے، کیونکہ حدیبیہ</w:t>
      </w:r>
    </w:p>
    <w:p>
      <w:r>
        <w:rPr>
          <w:b/>
        </w:rPr>
        <w:t xml:space="preserve">[18:57] </w:t>
      </w:r>
      <w:r>
        <w:t>ke model ko Allah ne aelan farmaya ke yeh fatehana model hai.</w:t>
      </w:r>
    </w:p>
    <w:p>
      <w:pPr>
        <w:jc w:val="right"/>
      </w:pPr>
      <w:r>
        <w:t>کے ماڈل کو اللہ نے اعلان فرمایا کہ یہ فاتحانہ ماڈل ہے۔</w:t>
      </w:r>
    </w:p>
    <w:p>
      <w:r>
        <w:rPr>
          <w:b/>
        </w:rPr>
        <w:t xml:space="preserve">[19:02] </w:t>
      </w:r>
      <w:r>
        <w:t>to is par ghaur kar ke hum yeh jaan sakte hain ke is dunya mein fateh ka, fateh</w:t>
      </w:r>
    </w:p>
    <w:p>
      <w:pPr>
        <w:jc w:val="right"/>
      </w:pPr>
      <w:r>
        <w:t>تو اس پر غور کر کے ہم یہ جان سکتے ہیں کہ اس دنیا میں فتح کا، فتح</w:t>
      </w:r>
    </w:p>
    <w:p>
      <w:r>
        <w:rPr>
          <w:b/>
        </w:rPr>
        <w:t xml:space="preserve">[19:10] </w:t>
      </w:r>
      <w:r>
        <w:t>ki planning kya hai aur is ka ulta kya hai.</w:t>
      </w:r>
    </w:p>
    <w:p>
      <w:pPr>
        <w:jc w:val="right"/>
      </w:pPr>
      <w:r>
        <w:t>کی پلاننگ کیا ہے اور اس کا الٹا کیا ہے۔</w:t>
      </w:r>
    </w:p>
    <w:p>
      <w:r>
        <w:rPr>
          <w:b/>
        </w:rPr>
        <w:t xml:space="preserve">[19:14] </w:t>
      </w:r>
      <w:r>
        <w:t>yeh bohat hi important hai.</w:t>
      </w:r>
    </w:p>
    <w:p>
      <w:pPr>
        <w:jc w:val="right"/>
      </w:pPr>
      <w:r>
        <w:t>یہ بہت ہی امپورٹنٹ ہے۔</w:t>
      </w:r>
    </w:p>
    <w:p>
      <w:r>
        <w:rPr>
          <w:b/>
        </w:rPr>
        <w:t xml:space="preserve">[19:16] </w:t>
      </w:r>
      <w:r>
        <w:t>musalman, madit, musalman naatia qahde khoob padhte hain.</w:t>
      </w:r>
    </w:p>
    <w:p>
      <w:pPr>
        <w:jc w:val="right"/>
      </w:pPr>
      <w:r>
        <w:t>مسلمان، مدیت، مسلمان نعتیہ قہدے خوب پڑھتے ہیں۔</w:t>
      </w:r>
    </w:p>
    <w:p>
      <w:r>
        <w:rPr>
          <w:b/>
        </w:rPr>
        <w:t xml:space="preserve">[19:20] </w:t>
      </w:r>
      <w:r>
        <w:t>naatia qahde jo hai, us se nahi hum dunya mein kamyab ho sakte.</w:t>
      </w:r>
    </w:p>
    <w:p>
      <w:pPr>
        <w:jc w:val="right"/>
      </w:pPr>
      <w:r>
        <w:t>نعتیہ قہدے جو ہے، اس سے نہیں ہم دنیا میں کامیاب ہو سکتے۔</w:t>
      </w:r>
    </w:p>
    <w:p>
      <w:r>
        <w:rPr>
          <w:b/>
        </w:rPr>
        <w:t xml:space="preserve">[19:25] </w:t>
      </w:r>
      <w:r>
        <w:t>naatiyah qahde parh kar hum dunya mein kamyaab nahi ho sakte.</w:t>
      </w:r>
    </w:p>
    <w:p>
      <w:pPr>
        <w:jc w:val="right"/>
      </w:pPr>
      <w:r>
        <w:t>نعتیہ قہدے پڑھ کر ہم دنیا میں کامیاب نہیں ہو سکتے۔</w:t>
      </w:r>
    </w:p>
    <w:p>
      <w:r>
        <w:rPr>
          <w:b/>
        </w:rPr>
        <w:t xml:space="preserve">[19:30] </w:t>
      </w:r>
      <w:r>
        <w:t>kamyabi ke liye zaroori hai ke hum rasool Allah ki seerat ka mutaala karein, is se usool pata</w:t>
      </w:r>
    </w:p>
    <w:p>
      <w:pPr>
        <w:jc w:val="right"/>
      </w:pPr>
      <w:r>
        <w:t>کامیابی کے لیے ضروری ہے کہ ہم رسول اللہ کی سیرت کا مطالعہ کریں، اس سے اصول پتہ</w:t>
      </w:r>
    </w:p>
    <w:p>
      <w:r>
        <w:rPr>
          <w:b/>
        </w:rPr>
        <w:t xml:space="preserve">[19:38] </w:t>
      </w:r>
      <w:r>
        <w:t>karein aur phir is ko apni zindagi mein apply karein.</w:t>
      </w:r>
    </w:p>
    <w:p>
      <w:pPr>
        <w:jc w:val="right"/>
      </w:pPr>
      <w:r>
        <w:t>کریں اور پھر اس کو اپنی زندگی میں اپلائی کریں۔</w:t>
      </w:r>
    </w:p>
    <w:p>
      <w:r>
        <w:rPr>
          <w:b/>
        </w:rPr>
        <w:t xml:space="preserve">[19:42] </w:t>
      </w:r>
      <w:r>
        <w:t>تو ایک بنیادی بات حضرت عائشہ نے بتا دی کہ رسول اللہ ہمیشہ peaceful course of action</w:t>
      </w:r>
    </w:p>
    <w:p>
      <w:pPr>
        <w:jc w:val="right"/>
      </w:pPr>
      <w:r>
        <w:t>تو ایک بنیادی بات حضرت عائشہ نے بتا دی کہ رسول اللہ ہمیشہ پیس فل کورس آف ایکشن</w:t>
      </w:r>
    </w:p>
    <w:p>
      <w:r>
        <w:rPr>
          <w:b/>
        </w:rPr>
        <w:t xml:space="preserve">[19:50] </w:t>
      </w:r>
      <w:r>
        <w:t>ikhtiyaar karte the, violent course of action rasool Allah kabhi ikhtiyaar nahi karte the.</w:t>
      </w:r>
    </w:p>
    <w:p>
      <w:pPr>
        <w:jc w:val="right"/>
      </w:pPr>
      <w:r>
        <w:t>اختیار کرتے تھے، وائلنٹ کورس آف ایکشن رسول اللہ کبھی اختیار نہیں کرتے تھے۔</w:t>
      </w:r>
    </w:p>
    <w:p>
      <w:r>
        <w:rPr>
          <w:b/>
        </w:rPr>
        <w:t xml:space="preserve">[19:56] </w:t>
      </w:r>
      <w:r>
        <w:t>aik usool hai.</w:t>
      </w:r>
    </w:p>
    <w:p>
      <w:pPr>
        <w:jc w:val="right"/>
      </w:pPr>
      <w:r>
        <w:t>ایک اصول ہے۔</w:t>
      </w:r>
    </w:p>
    <w:p>
      <w:r>
        <w:rPr>
          <w:b/>
        </w:rPr>
        <w:t xml:space="preserve">[19:57] </w:t>
      </w:r>
      <w:r>
        <w:t>to yeh jo log chahte hain ke woh is dunya mein kamyabi haasil karein, to un ko laazman</w:t>
      </w:r>
    </w:p>
    <w:p>
      <w:pPr>
        <w:jc w:val="right"/>
      </w:pPr>
      <w:r>
        <w:t>تو یہ جو لوگ چاہتے ہیں کہ وہ اس دنیا میں کامیابی حاصل کریں، تو ان کو لازماً</w:t>
      </w:r>
    </w:p>
    <w:p>
      <w:r>
        <w:rPr>
          <w:b/>
        </w:rPr>
        <w:t xml:space="preserve">[20:05] </w:t>
      </w:r>
      <w:r>
        <w:t>rasool Allah ke model ko apnana hoga, rasool Allah ke model ko apnana hoga.</w:t>
      </w:r>
    </w:p>
    <w:p>
      <w:pPr>
        <w:jc w:val="right"/>
      </w:pPr>
      <w:r>
        <w:t>رسول اللہ کے ماڈل کو اپنانا ہوگا، رسول اللہ کے ماڈل کو اپنانا ہوگا۔</w:t>
      </w:r>
    </w:p>
    <w:p>
      <w:r>
        <w:rPr>
          <w:b/>
        </w:rPr>
        <w:t xml:space="preserve">[20:11] </w:t>
      </w:r>
      <w:r>
        <w:t>achha dekhein, yeh jo model hai Hudaybiyah ka, yeh individual ke liye bhi hai aur jamaaton ke liye</w:t>
      </w:r>
    </w:p>
    <w:p>
      <w:pPr>
        <w:jc w:val="right"/>
      </w:pPr>
      <w:r>
        <w:t>اچھا دیکھیں، یہ جو ماڈل ہے حدیبیہ کا، یہ انڈیویجول کے لیے بھی ہے اور جماعتوں کے لیے</w:t>
      </w:r>
    </w:p>
    <w:p>
      <w:r>
        <w:rPr>
          <w:b/>
        </w:rPr>
        <w:t xml:space="preserve">[20:19] </w:t>
      </w:r>
      <w:r>
        <w:t>bhi hai, mulkon aur jamaaton ke liye bhi yahi model hai aur fard ke liye bhi yahi model</w:t>
      </w:r>
    </w:p>
    <w:p>
      <w:pPr>
        <w:jc w:val="right"/>
      </w:pPr>
      <w:r>
        <w:t>بھی ہے، ملکوں اور جماعتوں کے لیے بھی یہی ماڈل ہے اور فرد کے لیے بھی یہی ماڈل</w:t>
      </w:r>
    </w:p>
    <w:p>
      <w:r>
        <w:rPr>
          <w:b/>
        </w:rPr>
        <w:t xml:space="preserve">[20:26]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[20:28] </w:t>
      </w:r>
      <w:r>
        <w:t>yaani family life mein, social life mein ya aur kisi life mein yeh applicable hai.</w:t>
      </w:r>
    </w:p>
    <w:p>
      <w:pPr>
        <w:jc w:val="right"/>
      </w:pPr>
      <w:r>
        <w:t>یعنی فیملی لائف میں، سوشل لائف میں یا اور کسی لائف میں یہ اپلیکبل ہے۔</w:t>
      </w:r>
    </w:p>
    <w:p>
      <w:r>
        <w:rPr>
          <w:b/>
        </w:rPr>
        <w:t xml:space="preserve">[20:34] </w:t>
      </w:r>
      <w:r>
        <w:t>aap apne zaati mamlaat ko bhi isi tareeqe se kamyaab kar sakte hain aur ijtimaai mamlaat mein bhi</w:t>
      </w:r>
    </w:p>
    <w:p>
      <w:pPr>
        <w:jc w:val="right"/>
      </w:pPr>
      <w:r>
        <w:t>آپ اپنے ذاتی معاملات کو بھی اسی طریقے سے کامیاب کر سکتے ہیں اور اجتماعی معاملات میں بھی</w:t>
      </w:r>
    </w:p>
    <w:p>
      <w:r>
        <w:rPr>
          <w:b/>
        </w:rPr>
        <w:t xml:space="preserve">[20:42] </w:t>
      </w:r>
      <w:r>
        <w:t>isi tareeqe se kamyaab ho sakti hain.</w:t>
      </w:r>
    </w:p>
    <w:p>
      <w:pPr>
        <w:jc w:val="right"/>
      </w:pPr>
      <w:r>
        <w:t>اسی طریقے سے کامیاب ہو سکتی ہے۔</w:t>
      </w:r>
    </w:p>
    <w:p>
      <w:r>
        <w:rPr>
          <w:b/>
        </w:rPr>
        <w:t xml:space="preserve">[20:45] </w:t>
      </w:r>
      <w:r>
        <w:t>to rasool Allah sallay Allah alayh wasallam ne Allah ki rehnumai mein fitrat ke qanoon ke mutabiq planning</w:t>
      </w:r>
    </w:p>
    <w:p>
      <w:pPr>
        <w:jc w:val="right"/>
      </w:pPr>
      <w:r>
        <w:t>تو رسول اللہ صلی اللہ علیہ وسلم نے اللہ کی رہنمائی میں فطرت کے قانون کے مطابق پلاننگ</w:t>
      </w:r>
    </w:p>
    <w:p>
      <w:r>
        <w:rPr>
          <w:b/>
        </w:rPr>
        <w:t xml:space="preserve">[20:53] </w:t>
      </w:r>
      <w:r>
        <w:t>ki aur kamyabi haasil ki, yahan tak ke aik logon ne maana ke poori history ke sab se</w:t>
      </w:r>
    </w:p>
    <w:p>
      <w:pPr>
        <w:jc w:val="right"/>
      </w:pPr>
      <w:r>
        <w:t>کی اور کامیابی حاصل کی، یہاں تک کہ ایک لوگوں نے مانا کہ پوری ہسٹری کے سب سے</w:t>
      </w:r>
    </w:p>
    <w:p>
      <w:r>
        <w:rPr>
          <w:b/>
        </w:rPr>
        <w:t xml:space="preserve">[21:01] </w:t>
      </w:r>
      <w:r>
        <w:t>zyada kamyaab insaan the aap.</w:t>
      </w:r>
    </w:p>
    <w:p>
      <w:pPr>
        <w:jc w:val="right"/>
      </w:pPr>
      <w:r>
        <w:t>زیادہ کامیاب انسان تھے آپ۔</w:t>
      </w:r>
    </w:p>
    <w:p>
      <w:r>
        <w:rPr>
          <w:b/>
        </w:rPr>
        <w:t xml:space="preserve">[21:03] </w:t>
      </w:r>
      <w:r>
        <w:t>to humein yeh baat jo hai sirf naat khwani ke liye nahi hai, yeh jaan ne ke liye aap</w:t>
      </w:r>
    </w:p>
    <w:p>
      <w:pPr>
        <w:jc w:val="right"/>
      </w:pPr>
      <w:r>
        <w:t>تو ہمیں یہ بات جو ہے صرف نعت خوانی کے لیے نہیں ہے، یہ جاننے کے لیے آپ</w:t>
      </w:r>
    </w:p>
    <w:p>
      <w:r>
        <w:rPr>
          <w:b/>
        </w:rPr>
        <w:t xml:space="preserve">[21:10] </w:t>
      </w:r>
      <w:r>
        <w:t>ka method kya tha, aap ka principle kya tha, kaise aap ne planning ki, yeh sab jaanna hoga</w:t>
      </w:r>
    </w:p>
    <w:p>
      <w:pPr>
        <w:jc w:val="right"/>
      </w:pPr>
      <w:r>
        <w:t>کا میتھڈ کیا تھا، آپ کا پرنسپل کیا تھا، کیسے آپ نے پلاننگ کی، یہ سب جاننا ہوگا</w:t>
      </w:r>
    </w:p>
    <w:p>
      <w:r>
        <w:rPr>
          <w:b/>
        </w:rPr>
        <w:t xml:space="preserve">[21:18] </w:t>
      </w:r>
      <w:r>
        <w:t>taake hum dobara is ko history mein repeat kar sakein, taake hum dobara woh kamyabi haasil kar sakein</w:t>
      </w:r>
    </w:p>
    <w:p>
      <w:pPr>
        <w:jc w:val="right"/>
      </w:pPr>
      <w:r>
        <w:t>تاکہ ہم دوبارہ اس کو ہسٹری میں ریپیٹ کر سکیں، تاکہ ہم دوبارہ وہ کامیابی حاصل کر سکیں</w:t>
      </w:r>
    </w:p>
    <w:p>
      <w:r>
        <w:rPr>
          <w:b/>
        </w:rPr>
        <w:t xml:space="preserve">[21:26] </w:t>
      </w:r>
      <w:r>
        <w:t>jo rasool Allah ne haasil ki.</w:t>
      </w:r>
    </w:p>
    <w:p>
      <w:pPr>
        <w:jc w:val="right"/>
      </w:pPr>
      <w:r>
        <w:t>جو رسول اللہ نے حاصل کی۔</w:t>
      </w:r>
    </w:p>
    <w:p>
      <w:r>
        <w:rPr>
          <w:b/>
        </w:rPr>
        <w:t xml:space="preserve">[21:28] </w:t>
      </w:r>
      <w:r>
        <w:t>to rasool Allah ki zindagi har aitbaar se namoona hai, har aitbaar se model hai, har aitbaar se</w:t>
      </w:r>
    </w:p>
    <w:p>
      <w:pPr>
        <w:jc w:val="right"/>
      </w:pPr>
      <w:r>
        <w:t>تو رسول اللہ کی زندگی ہر اعتبار سے نمونہ ہے، ہر اعتبار سے ماڈل ہے، ہر اعتبار سے</w:t>
      </w:r>
    </w:p>
    <w:p>
      <w:r>
        <w:rPr>
          <w:b/>
        </w:rPr>
        <w:t xml:space="preserve">[21:36] </w:t>
      </w:r>
      <w:r>
        <w:t>example hai, fard ke liye bhi aur jamaat ke liye bhi.</w:t>
      </w:r>
    </w:p>
    <w:p>
      <w:pPr>
        <w:jc w:val="right"/>
      </w:pPr>
      <w:r>
        <w:t>ایگزامپل ہے، فرد کے لیے بھی اور جماعت کے لیے بھی۔</w:t>
      </w:r>
    </w:p>
    <w:p>
      <w:r>
        <w:rPr>
          <w:b/>
        </w:rPr>
        <w:t xml:space="preserve">[21:41] </w:t>
      </w:r>
      <w:r>
        <w:t>to humein chahiye ke agar hum rasool Allah ke tareeqe ko ikhtiyaar karein ge to dunya mein bhi</w:t>
      </w:r>
    </w:p>
    <w:p>
      <w:pPr>
        <w:jc w:val="right"/>
      </w:pPr>
      <w:r>
        <w:t>تو ہمیں چاہیے کہ اگر ہم رسول اللہ کے طریقے کو اختیار کریں گے تو دنیا میں بھی</w:t>
      </w:r>
    </w:p>
    <w:p>
      <w:r>
        <w:rPr>
          <w:b/>
        </w:rPr>
        <w:t xml:space="preserve">[21:49] </w:t>
      </w:r>
      <w:r>
        <w:t>kamyabi hai, aakhirat mein bhi kamyabi hai, dono jahan ki kamyabi.</w:t>
      </w:r>
    </w:p>
    <w:p>
      <w:pPr>
        <w:jc w:val="right"/>
      </w:pPr>
      <w:r>
        <w:t>کامیابی ہے، آخرت میں بھی کامیابی ہے، دونوں جہان کی کامیابی۔</w:t>
      </w:r>
    </w:p>
    <w:p>
      <w:r>
        <w:rPr>
          <w:b/>
        </w:rPr>
        <w:t xml:space="preserve">[21:53] </w:t>
      </w:r>
      <w:r>
        <w:t>aur agar is ke khilaaf chalein ge hum to yahan bhi nakaam, wahan bhi nakaam.</w:t>
      </w:r>
    </w:p>
    <w:p>
      <w:pPr>
        <w:jc w:val="right"/>
      </w:pPr>
      <w:r>
        <w:t>اور اگر اس کے خلاف چلیں گے ہم تو یہاں بھی ناکام، وہاں بھی ناکام۔</w:t>
      </w:r>
    </w:p>
    <w:p>
      <w:r>
        <w:rPr>
          <w:b/>
        </w:rPr>
        <w:t xml:space="preserve">[22:00] </w:t>
      </w:r>
      <w:r>
        <w:t>to rasool Allah ki zindagi ka mutala'a aqeedat bandi se nahi karna hai hamein, balkeh naseehat lene ke</w:t>
      </w:r>
    </w:p>
    <w:p>
      <w:pPr>
        <w:jc w:val="right"/>
      </w:pPr>
      <w:r>
        <w:t>تو رسول اللہ کی زندگی کا مطالعہ عقیدت بندی سے نہیں کرنا ہے ہمیں، بلکہ نصیحت لینے کے</w:t>
      </w:r>
    </w:p>
    <w:p>
      <w:r>
        <w:rPr>
          <w:b/>
        </w:rPr>
        <w:t xml:space="preserve">[22:07] </w:t>
      </w:r>
      <w:r>
        <w:t>liye, sabaq lene ke liye karna hai, aap se namoona lene ke liye karna hai, aap ke model</w:t>
      </w:r>
    </w:p>
    <w:p>
      <w:pPr>
        <w:jc w:val="right"/>
      </w:pPr>
      <w:r>
        <w:t>لیے، سبق لینے کے لیے کرنا ہے، آپ سے نمونہ لینے کے لیے کرنا ہے، آپ کے ماڈل</w:t>
      </w:r>
    </w:p>
    <w:p>
      <w:r>
        <w:rPr>
          <w:b/>
        </w:rPr>
        <w:t xml:space="preserve">[22:15] </w:t>
      </w:r>
      <w:r>
        <w:t>ko janne ke liye karna hai.</w:t>
      </w:r>
    </w:p>
    <w:p>
      <w:pPr>
        <w:jc w:val="right"/>
      </w:pPr>
      <w:r>
        <w:t>کو جاننے کے لیے کرنا ہے۔</w:t>
      </w:r>
    </w:p>
    <w:p>
      <w:r>
        <w:rPr>
          <w:b/>
        </w:rPr>
        <w:t xml:space="preserve">[22:18] </w:t>
      </w:r>
      <w:r>
        <w:t>to mein dua karta hoon ke Allah taala mujh ko aur aap ko tofeeq de ke hum rasool</w:t>
      </w:r>
    </w:p>
    <w:p>
      <w:pPr>
        <w:jc w:val="right"/>
      </w:pPr>
      <w:r>
        <w:t>تو میں دعا کرتا ہوں کہ اللہ تعالیٰ مجھ کو اور آپ کو توفیق دے کہ ہم رسول</w:t>
      </w:r>
    </w:p>
    <w:p>
      <w:r>
        <w:rPr>
          <w:b/>
        </w:rPr>
        <w:t xml:space="preserve">[22:25] </w:t>
      </w:r>
      <w:r>
        <w:t>Allah ke model ko apnaein taake Allah taala hamein dunya aur aakhirat mein kamyabi ata farmaye.</w:t>
      </w:r>
    </w:p>
    <w:p>
      <w:pPr>
        <w:jc w:val="right"/>
      </w:pPr>
      <w:r>
        <w:t>اللہ کے ماڈل کو اپنائیں تاکہ اللہ تعالیٰ ہمیں دنیا اور آخرت میں کامیابی عطا فرمائے۔</w:t>
      </w:r>
    </w:p>
    <w:p>
      <w:r>
        <w:rPr>
          <w:b/>
        </w:rPr>
        <w:t xml:space="preserve">[22:32] </w:t>
      </w:r>
      <w:r>
        <w:t>Assalam o alaikum wa rehmatullahi wa barakatuh.</w:t>
      </w:r>
    </w:p>
    <w:p>
      <w:pPr>
        <w:jc w:val="right"/>
      </w:pPr>
      <w:r>
        <w:t>السلام علیکم ورحمتہ اللہ وبرکاتہ۔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