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Guidance November 20, 2016</w:t>
      </w:r>
    </w:p>
    <w:p>
      <w:r>
        <w:t>https://www.youtube.com/watch?v=tbcloc-fvSE</w:t>
      </w:r>
    </w:p>
    <w:p>
      <w:r>
        <w:rPr>
          <w:b/>
        </w:rPr>
        <w:t xml:space="preserve">[00:14] </w:t>
      </w:r>
      <w:r>
        <w:t>Bismillah Rehmanur Rahim.</w:t>
      </w:r>
    </w:p>
    <w:p>
      <w:pPr>
        <w:jc w:val="right"/>
      </w:pPr>
      <w:r>
        <w:t>بسم اللہ الرحمن الرحیم۔</w:t>
      </w:r>
    </w:p>
    <w:p>
      <w:r>
        <w:rPr>
          <w:b/>
        </w:rPr>
        <w:t xml:space="preserve">[00:20] </w:t>
      </w:r>
      <w:r>
        <w:t>Wasalli Allahu Ala Nabi il Kareem.</w:t>
      </w:r>
    </w:p>
    <w:p>
      <w:pPr>
        <w:jc w:val="right"/>
      </w:pPr>
      <w:r>
        <w:t>وصلی اللہ علی نبی الکریم۔</w:t>
      </w:r>
    </w:p>
    <w:p>
      <w:r>
        <w:rPr>
          <w:b/>
        </w:rPr>
        <w:t xml:space="preserve">[00:27] </w:t>
      </w:r>
      <w:r>
        <w:t>Rabishrah li sadri, wayassir li amri, wahalul uqdatan min lisani, yafqahu qawli.</w:t>
      </w:r>
    </w:p>
    <w:p>
      <w:pPr>
        <w:jc w:val="right"/>
      </w:pPr>
      <w:r>
        <w:t>رب اشرح لی صدری، ویسر لی امری، واحل العقدۃ من لسانی، یفقہ قولی۔</w:t>
      </w:r>
    </w:p>
    <w:p>
      <w:r>
        <w:rPr>
          <w:b/>
        </w:rPr>
        <w:t xml:space="preserve">[00:33] </w:t>
      </w:r>
      <w:r>
        <w:t>bees November do hazar solah.</w:t>
      </w:r>
    </w:p>
    <w:p>
      <w:pPr>
        <w:jc w:val="right"/>
      </w:pPr>
      <w:r>
        <w:t>بیس نومبر دو ہزار سولہ۔</w:t>
      </w:r>
    </w:p>
    <w:p>
      <w:r>
        <w:rPr>
          <w:b/>
        </w:rPr>
        <w:t xml:space="preserve">[00:40] </w:t>
      </w:r>
      <w:r>
        <w:t>Quran mein ek ayat do baar aayi hai.</w:t>
      </w:r>
    </w:p>
    <w:p>
      <w:pPr>
        <w:jc w:val="right"/>
      </w:pPr>
      <w:r>
        <w:t>قرآن میں ایک آیت دو بار آئی ہے۔</w:t>
      </w:r>
    </w:p>
    <w:p>
      <w:r>
        <w:rPr>
          <w:b/>
        </w:rPr>
        <w:t xml:space="preserve">[00:46] </w:t>
      </w:r>
      <w:r>
        <w:t>Surah At-Tawbah mein aur Surah As-Saff mein.</w:t>
      </w:r>
    </w:p>
    <w:p>
      <w:pPr>
        <w:jc w:val="right"/>
      </w:pPr>
      <w:r>
        <w:t>سورہ التوبہ میں اور سورہ الصف میں۔</w:t>
      </w:r>
    </w:p>
    <w:p>
      <w:r>
        <w:rPr>
          <w:b/>
        </w:rPr>
        <w:t xml:space="preserve">[00:53] </w:t>
      </w:r>
      <w:r>
        <w:t>mamooli lafzi farq ke sath.</w:t>
      </w:r>
    </w:p>
    <w:p>
      <w:pPr>
        <w:jc w:val="right"/>
      </w:pPr>
      <w:r>
        <w:t>معمولی لفظی فرق کے ساتھ۔</w:t>
      </w:r>
    </w:p>
    <w:p>
      <w:r>
        <w:rPr>
          <w:b/>
        </w:rPr>
        <w:t xml:space="preserve">[00:59] </w:t>
      </w:r>
      <w:r>
        <w:t>Yuriduna an yutfa'u nurallahi bifwahim, wayaballahu illa an yutimma nura hu.</w:t>
      </w:r>
    </w:p>
    <w:p>
      <w:pPr>
        <w:jc w:val="right"/>
      </w:pPr>
      <w:r>
        <w:t>يريدون أن يطهوا نور الله بفوائم، وياب الله إلا أن يتم نوره.</w:t>
      </w:r>
    </w:p>
    <w:p>
      <w:r>
        <w:rPr>
          <w:b/>
        </w:rPr>
        <w:t xml:space="preserve">[01:06] </w:t>
      </w:r>
      <w:r>
        <w:t>woh log qahar kaafir hain.</w:t>
      </w:r>
    </w:p>
    <w:p>
      <w:pPr>
        <w:jc w:val="right"/>
      </w:pPr>
      <w:r>
        <w:t>وہ لوگ قہر کافر ہیں۔</w:t>
      </w:r>
    </w:p>
    <w:p>
      <w:r>
        <w:rPr>
          <w:b/>
        </w:rPr>
        <w:t xml:space="preserve">[01:12] </w:t>
      </w:r>
      <w:r>
        <w:t>donon aayaton ka mafhoom yeh hai ke log chahte hain ke Allah ki roshni ko, Allah ke noor</w:t>
      </w:r>
    </w:p>
    <w:p>
      <w:pPr>
        <w:jc w:val="right"/>
      </w:pPr>
      <w:r>
        <w:t>دونوں آیتوں کا مفہوم یہ ہے کہ لوگ چاہتے ہیں کہ اللہ کی روشنی کو، اللہ کے نور</w:t>
      </w:r>
    </w:p>
    <w:p>
      <w:r>
        <w:rPr>
          <w:b/>
        </w:rPr>
        <w:t xml:space="preserve">[01:18] </w:t>
      </w:r>
      <w:r>
        <w:t>ko apni phoonkon se bujha dein.</w:t>
      </w:r>
    </w:p>
    <w:p>
      <w:pPr>
        <w:jc w:val="right"/>
      </w:pPr>
      <w:r>
        <w:t>کو اپنی پھونکوں سے بجھا دیں۔</w:t>
      </w:r>
    </w:p>
    <w:p>
      <w:r>
        <w:rPr>
          <w:b/>
        </w:rPr>
        <w:t xml:space="preserve">[01:24] </w:t>
      </w:r>
      <w:r>
        <w:t>aur Allah apni roshni ko poora kar ke rahe ga.</w:t>
      </w:r>
    </w:p>
    <w:p>
      <w:pPr>
        <w:jc w:val="right"/>
      </w:pPr>
      <w:r>
        <w:t>اور اللہ اپنی روشنی کو پورا کر کے رہے گا۔</w:t>
      </w:r>
    </w:p>
    <w:p>
      <w:r>
        <w:rPr>
          <w:b/>
        </w:rPr>
        <w:t xml:space="preserve">[01:31] </w:t>
      </w:r>
      <w:r>
        <w:t>khwah logon ko kitna hi nagawar ho.</w:t>
      </w:r>
    </w:p>
    <w:p>
      <w:pPr>
        <w:jc w:val="right"/>
      </w:pPr>
      <w:r>
        <w:t>خواہ لوگوں کو کتنا ہی ناگوار ہو۔</w:t>
      </w:r>
    </w:p>
    <w:p>
      <w:r>
        <w:rPr>
          <w:b/>
        </w:rPr>
        <w:t xml:space="preserve">[01:37] </w:t>
      </w:r>
      <w:r>
        <w:t>is aayat par maine bohat ghhor kiya.</w:t>
      </w:r>
    </w:p>
    <w:p>
      <w:pPr>
        <w:jc w:val="right"/>
      </w:pPr>
      <w:r>
        <w:t>اس آیت پر میں نے بہت غور کیا۔</w:t>
      </w:r>
    </w:p>
    <w:p>
      <w:r>
        <w:rPr>
          <w:b/>
        </w:rPr>
        <w:t xml:space="preserve">[01:43] </w:t>
      </w:r>
      <w:r>
        <w:t>kai barson tak ghhor kiya.</w:t>
      </w:r>
    </w:p>
    <w:p>
      <w:pPr>
        <w:jc w:val="right"/>
      </w:pPr>
      <w:r>
        <w:t>کئی برس تک غور کیا۔</w:t>
      </w:r>
    </w:p>
    <w:p>
      <w:r>
        <w:rPr>
          <w:b/>
        </w:rPr>
        <w:t xml:space="preserve">[01:50] </w:t>
      </w:r>
      <w:r>
        <w:t>aakhir kaar meri rai bani hai ke yeh aayat poori human history ke baray mein hai.</w:t>
      </w:r>
    </w:p>
    <w:p>
      <w:pPr>
        <w:jc w:val="right"/>
      </w:pPr>
      <w:r>
        <w:t>آخر کار میری رائے بنی ہے کہ یہ آیت پوری ہیومن ہسٹری کے بارے میں ہے۔</w:t>
      </w:r>
    </w:p>
    <w:p>
      <w:r>
        <w:rPr>
          <w:b/>
        </w:rPr>
        <w:t xml:space="preserve">[01:56] </w:t>
      </w:r>
      <w:r>
        <w:t>yeh sirf Arab ke liye nahi hai.</w:t>
      </w:r>
    </w:p>
    <w:p>
      <w:pPr>
        <w:jc w:val="right"/>
      </w:pPr>
      <w:r>
        <w:t>یہ صرف عرب کے لیے نہیں ہے۔</w:t>
      </w:r>
    </w:p>
    <w:p>
      <w:r>
        <w:rPr>
          <w:b/>
        </w:rPr>
        <w:t xml:space="preserve">[02:02] </w:t>
      </w:r>
      <w:r>
        <w:t>ya seven century ke liye nahi hai.</w:t>
      </w:r>
    </w:p>
    <w:p>
      <w:pPr>
        <w:jc w:val="right"/>
      </w:pPr>
      <w:r>
        <w:t>یا سیون سینچری کے لیے نہیں ہے۔</w:t>
      </w:r>
    </w:p>
    <w:p>
      <w:r>
        <w:rPr>
          <w:b/>
        </w:rPr>
        <w:t xml:space="preserve">[02:09] </w:t>
      </w:r>
      <w:r>
        <w:t>poori human history ko le kar ke Allah rab ul alameen ne yeh tabsarah kiya hai.</w:t>
      </w:r>
    </w:p>
    <w:p>
      <w:pPr>
        <w:jc w:val="right"/>
      </w:pPr>
      <w:r>
        <w:t>پوری ہیومن ہسٹری کو لے کر کے اللہ رب العالمین نے یہ تبصرہ کیا ہے۔</w:t>
      </w:r>
    </w:p>
    <w:p>
      <w:r>
        <w:rPr>
          <w:b/>
        </w:rPr>
        <w:t xml:space="preserve">[02:15] </w:t>
      </w:r>
      <w:r>
        <w:t>dekhein, Allah ne insaan ko paida kiya aur us ko zameen par abad kiya.</w:t>
      </w:r>
    </w:p>
    <w:p>
      <w:pPr>
        <w:jc w:val="right"/>
      </w:pPr>
      <w:r>
        <w:t>دیکھیں، اللہ نے انسان کو پیدا کیا اور اس کو زمین پر آباد کیا۔</w:t>
      </w:r>
    </w:p>
    <w:p>
      <w:r>
        <w:rPr>
          <w:b/>
        </w:rPr>
        <w:t xml:space="preserve">[02:21] </w:t>
      </w:r>
      <w:r>
        <w:t>toh Allah ne insaan ko mukammal azaadi de di. azaadi.</w:t>
      </w:r>
    </w:p>
    <w:p>
      <w:pPr>
        <w:jc w:val="right"/>
      </w:pPr>
      <w:r>
        <w:t>تو اللہ نے انسان کو مکمل آزادی دے دی۔ آزادی۔</w:t>
      </w:r>
    </w:p>
    <w:p>
      <w:r>
        <w:rPr>
          <w:b/>
        </w:rPr>
        <w:t xml:space="preserve">[02:27] </w:t>
      </w:r>
      <w:r>
        <w:t>azaadi kis liye thi? Allah ko yeh matloob tha ke insaan khud apne choice se sirat e mustaqeem ko</w:t>
      </w:r>
    </w:p>
    <w:p>
      <w:pPr>
        <w:jc w:val="right"/>
      </w:pPr>
      <w:r>
        <w:t>آزادی کس لیے تھی؟ اللہ کو یہ مطلوب تھا کہ انسان خود اپنے چوائس سے صراط مستقیم کو</w:t>
      </w:r>
    </w:p>
    <w:p>
      <w:r>
        <w:rPr>
          <w:b/>
        </w:rPr>
        <w:t xml:space="preserve">[02:34] </w:t>
      </w:r>
      <w:r>
        <w:t>discover kare, us ko pakraye.</w:t>
      </w:r>
    </w:p>
    <w:p>
      <w:pPr>
        <w:jc w:val="right"/>
      </w:pPr>
      <w:r>
        <w:t>ڈسکور کرے، اس کو پکڑے۔</w:t>
      </w:r>
    </w:p>
    <w:p>
      <w:r>
        <w:rPr>
          <w:b/>
        </w:rPr>
        <w:t xml:space="preserve">[02:40] </w:t>
      </w:r>
      <w:r>
        <w:t>yeh bohat bara credit tha jo Allah ne dena chaha insaan ko.</w:t>
      </w:r>
    </w:p>
    <w:p>
      <w:pPr>
        <w:jc w:val="right"/>
      </w:pPr>
      <w:r>
        <w:t>یہ بہت بڑا کریڈٹ تھا جو اللہ نے دینا چاہا انسان کو۔</w:t>
      </w:r>
    </w:p>
    <w:p>
      <w:r>
        <w:rPr>
          <w:b/>
        </w:rPr>
        <w:t xml:space="preserve">[02:46] </w:t>
      </w:r>
      <w:r>
        <w:t>kyun ke baqi dunya jo hai, poori universe, woh direct tor par under control hai.</w:t>
      </w:r>
    </w:p>
    <w:p>
      <w:pPr>
        <w:jc w:val="right"/>
      </w:pPr>
      <w:r>
        <w:t>کیونکہ بقیہ دنیا جو ہے، پوری یونیورس، وہ ڈائریکٹ طور پر انڈر کنٹرول ہے۔</w:t>
      </w:r>
    </w:p>
    <w:p>
      <w:r>
        <w:rPr>
          <w:b/>
        </w:rPr>
        <w:t xml:space="preserve">[02:53] </w:t>
      </w:r>
      <w:r>
        <w:t>koi free nahi hai.</w:t>
      </w:r>
    </w:p>
    <w:p>
      <w:pPr>
        <w:jc w:val="right"/>
      </w:pPr>
      <w:r>
        <w:t>کوئی فری نہیں ہے۔</w:t>
      </w:r>
    </w:p>
    <w:p>
      <w:r>
        <w:rPr>
          <w:b/>
        </w:rPr>
        <w:t xml:space="preserve">[02:59] </w:t>
      </w:r>
      <w:r>
        <w:t>insaan ko yeh bohat bara darja diya ke us ko azaad kar diya.</w:t>
      </w:r>
    </w:p>
    <w:p>
      <w:pPr>
        <w:jc w:val="right"/>
      </w:pPr>
      <w:r>
        <w:t>انسان کو یہ بہت بڑا درجہ دیا کہ اس کو آزاد کر دیا۔</w:t>
      </w:r>
    </w:p>
    <w:p>
      <w:r>
        <w:rPr>
          <w:b/>
        </w:rPr>
        <w:t xml:space="preserve">[03:05] </w:t>
      </w:r>
      <w:r>
        <w:t>aur yeh chaha ke woh self discovery ke tehat sachai par khara ho.</w:t>
      </w:r>
    </w:p>
    <w:p>
      <w:pPr>
        <w:jc w:val="right"/>
      </w:pPr>
      <w:r>
        <w:t>اور یہ چاہا کہ وہ سیلف ڈسکوری کے تحت سچائی پر کھڑا ہو۔</w:t>
      </w:r>
    </w:p>
    <w:p>
      <w:r>
        <w:rPr>
          <w:b/>
        </w:rPr>
        <w:t xml:space="preserve">[03:12] </w:t>
      </w:r>
      <w:r>
        <w:t>aur phir us ko us ka reward yeh diya jaye ke us ko eternal pride, eternal paradise mein</w:t>
      </w:r>
    </w:p>
    <w:p>
      <w:pPr>
        <w:jc w:val="right"/>
      </w:pPr>
      <w:r>
        <w:t>اور پھر اس کو اس کا ریوارڈ یہ دیا جائے کہ اس کو ایٹرنل پرائیڈ، ایٹرنل پیراڈائز میں</w:t>
      </w:r>
    </w:p>
    <w:p>
      <w:r>
        <w:rPr>
          <w:b/>
        </w:rPr>
        <w:t xml:space="preserve">[03:18] </w:t>
      </w:r>
      <w:r>
        <w:t>dakhal kiya jaye.</w:t>
      </w:r>
    </w:p>
    <w:p>
      <w:pPr>
        <w:jc w:val="right"/>
      </w:pPr>
      <w:r>
        <w:t>داخل کیا جائے۔</w:t>
      </w:r>
    </w:p>
    <w:p>
      <w:r>
        <w:rPr>
          <w:b/>
        </w:rPr>
        <w:t xml:space="preserve">[03:24] </w:t>
      </w:r>
      <w:r>
        <w:t>toh insaan kaise right choice le? is ke liye Allah taala ne bohat bara intezam kiya.</w:t>
      </w:r>
    </w:p>
    <w:p>
      <w:pPr>
        <w:jc w:val="right"/>
      </w:pPr>
      <w:r>
        <w:t>تو انسان کیسے رائٹ چوائس لے؟ اس کے لیے اللہ تعالیٰ نے بہت بڑا انتظام کیا۔</w:t>
      </w:r>
    </w:p>
    <w:p>
      <w:r>
        <w:rPr>
          <w:b/>
        </w:rPr>
        <w:t xml:space="preserve">[03:30] </w:t>
      </w:r>
      <w:r>
        <w:t>sochne ka data charon taraf.</w:t>
      </w:r>
    </w:p>
    <w:p>
      <w:pPr>
        <w:jc w:val="right"/>
      </w:pPr>
      <w:r>
        <w:t>سوچنے کا ڈیٹا چاروں طرف۔</w:t>
      </w:r>
    </w:p>
    <w:p>
      <w:r>
        <w:rPr>
          <w:b/>
        </w:rPr>
        <w:t xml:space="preserve">[03:37] </w:t>
      </w:r>
      <w:r>
        <w:t>dekhein, sab se pehle yeh hua ke insaan ko Allah ne right fitrat par paida kiya. al fitra par.</w:t>
      </w:r>
    </w:p>
    <w:p>
      <w:pPr>
        <w:jc w:val="right"/>
      </w:pPr>
      <w:r>
        <w:t>دیکھیں، سب سے پہلے یہ ہوا کہ انسان کو اللہ نے رائٹ فطرت پر پیدا کیا۔ الفطرہ پر۔</w:t>
      </w:r>
    </w:p>
    <w:p>
      <w:r>
        <w:rPr>
          <w:b/>
        </w:rPr>
        <w:t xml:space="preserve">[03:43] </w:t>
      </w:r>
      <w:r>
        <w:t>al fitra mein yeh sifat maujood thi ke woh sahi ko, ghalat ko, right ko, wrong ko khud apne</w:t>
      </w:r>
    </w:p>
    <w:p>
      <w:pPr>
        <w:jc w:val="right"/>
      </w:pPr>
      <w:r>
        <w:t>الفطرہ میں یہ صفت موجود تھی کہ وہ صحیح کو، غلط کو، رائٹ کو، رانگ کو خود اپنے</w:t>
      </w:r>
    </w:p>
    <w:p>
      <w:r>
        <w:rPr>
          <w:b/>
        </w:rPr>
        <w:t xml:space="preserve">[03:49] </w:t>
      </w:r>
      <w:r>
        <w:t>samajh se pehchane.</w:t>
      </w:r>
    </w:p>
    <w:p>
      <w:pPr>
        <w:jc w:val="right"/>
      </w:pPr>
      <w:r>
        <w:t>سمجھ سے پہچانے۔</w:t>
      </w:r>
    </w:p>
    <w:p>
      <w:r>
        <w:rPr>
          <w:b/>
        </w:rPr>
        <w:t xml:space="preserve">[03:56] </w:t>
      </w:r>
      <w:r>
        <w:t>surah shams mein yahi baat hai ke فَعَلَمْهَا فَجُورَهَا وَتَقْوَاهَا insaan ke andar yeh pehchan rakh di gayi</w:t>
      </w:r>
    </w:p>
    <w:p>
      <w:pPr>
        <w:jc w:val="right"/>
      </w:pPr>
      <w:r>
        <w:t>سورہ شمس میں یہی بات ہے کہ فَعَلَمْهَا فَجُورَهَا وَتَقْوَاهَا انسان کے اندر یہ پہچان رکھ دی گئی</w:t>
      </w:r>
    </w:p>
    <w:p>
      <w:r>
        <w:rPr>
          <w:b/>
        </w:rPr>
        <w:t xml:space="preserve">[04:02] </w:t>
      </w:r>
      <w:r>
        <w:t>ke woh khud apni baseerat se, apni aqal se samjhe ke yeh yeh sahi hai, ghalat.</w:t>
      </w:r>
    </w:p>
    <w:p>
      <w:pPr>
        <w:jc w:val="right"/>
      </w:pPr>
      <w:r>
        <w:t>کہ وہ خود اپنی بصیرت سے، اپنی عقل سے سمجھے کہ یہ یہ صحیح ہے، غلط۔</w:t>
      </w:r>
    </w:p>
    <w:p>
      <w:r>
        <w:rPr>
          <w:b/>
        </w:rPr>
        <w:t xml:space="preserve">[04:08] </w:t>
      </w:r>
      <w:r>
        <w:t>ghalat ko chore aur sahi ko pakre.</w:t>
      </w:r>
    </w:p>
    <w:p>
      <w:pPr>
        <w:jc w:val="right"/>
      </w:pPr>
      <w:r>
        <w:t>غلط کو چھوڑے اور صحیح کو پکڑے۔</w:t>
      </w:r>
    </w:p>
    <w:p>
      <w:r>
        <w:rPr>
          <w:b/>
        </w:rPr>
        <w:t xml:space="preserve">[04:15] </w:t>
      </w:r>
      <w:r>
        <w:t>yeh pehla intezaam tha insaan ke liye.</w:t>
      </w:r>
    </w:p>
    <w:p>
      <w:pPr>
        <w:jc w:val="right"/>
      </w:pPr>
      <w:r>
        <w:t>یہ پہلا انتظام تھا انسان کے لیے۔</w:t>
      </w:r>
    </w:p>
    <w:p>
      <w:r>
        <w:rPr>
          <w:b/>
        </w:rPr>
        <w:t xml:space="preserve">[04:21] </w:t>
      </w:r>
      <w:r>
        <w:t>lekin insaan chunke azaadi mili thi is ko, to azaadi ko misuse kiya insaan ne.</w:t>
      </w:r>
    </w:p>
    <w:p>
      <w:pPr>
        <w:jc w:val="right"/>
      </w:pPr>
      <w:r>
        <w:t>لیکن انسان چونکہ آزادی ملی تھی اس کو، تو آزادی کو مس یوز کیا انسان نے۔</w:t>
      </w:r>
    </w:p>
    <w:p>
      <w:r>
        <w:rPr>
          <w:b/>
        </w:rPr>
        <w:t xml:space="preserve">[04:27] </w:t>
      </w:r>
      <w:r>
        <w:t>aur bajaye is ke ke woh sachai par chalta, woh apni khwahish par chalne laga, desire par.</w:t>
      </w:r>
    </w:p>
    <w:p>
      <w:pPr>
        <w:jc w:val="right"/>
      </w:pPr>
      <w:r>
        <w:t>اور بجائے اس کے کہ وہ سچائی پر چلتا، وہ اپنی خواہش پر چلنے لگا، ڈیزائر پر۔</w:t>
      </w:r>
    </w:p>
    <w:p>
      <w:r>
        <w:rPr>
          <w:b/>
        </w:rPr>
        <w:t xml:space="preserve">[04:33] </w:t>
      </w:r>
      <w:r>
        <w:t>is tarah poori history, poori human history jo hai, derail ho gayi.</w:t>
      </w:r>
    </w:p>
    <w:p>
      <w:pPr>
        <w:jc w:val="right"/>
      </w:pPr>
      <w:r>
        <w:t>اس طرح پوری ہسٹری، پوری ہیومن ہسٹری جو ہے، ڈیریل ہو گئی۔</w:t>
      </w:r>
    </w:p>
    <w:p>
      <w:r>
        <w:rPr>
          <w:b/>
        </w:rPr>
        <w:t xml:space="preserve">[04:40] </w:t>
      </w:r>
      <w:r>
        <w:t>poori human history derail ho gayi.</w:t>
      </w:r>
    </w:p>
    <w:p>
      <w:pPr>
        <w:jc w:val="right"/>
      </w:pPr>
      <w:r>
        <w:t>پوری ہیومن ہسٹری ڈیریل ہو گئی۔</w:t>
      </w:r>
    </w:p>
    <w:p>
      <w:r>
        <w:rPr>
          <w:b/>
        </w:rPr>
        <w:t xml:space="preserve">[04:46] </w:t>
      </w:r>
      <w:r>
        <w:t>yaani bajaye right path par chalne ke, woh path of desire par chalne lagi.</w:t>
      </w:r>
    </w:p>
    <w:p>
      <w:pPr>
        <w:jc w:val="right"/>
      </w:pPr>
      <w:r>
        <w:t>یعنی بجائے رائٹ پاتھ پر چلنے کے، وہ پاتھ آف ڈیزائر پر چلنے لگی۔</w:t>
      </w:r>
    </w:p>
    <w:p>
      <w:r>
        <w:rPr>
          <w:b/>
        </w:rPr>
        <w:t xml:space="preserve">[04:52] </w:t>
      </w:r>
      <w:r>
        <w:t>phir doosra intezaam Allah taala ne yeh kiya ke har zamane mein farishte, har zamane mein paighambar bheje. Paighambar. Batane wale.</w:t>
      </w:r>
    </w:p>
    <w:p>
      <w:pPr>
        <w:jc w:val="right"/>
      </w:pPr>
      <w:r>
        <w:t>پھر دوسرا انتظام اللہ تعالیٰ نے یہ کیا کہ ہر زمانے میں فرشتے، ہر زمانے میں پیغمبر بھیجے۔ پیغمبر۔ بتانے والے۔</w:t>
      </w:r>
    </w:p>
    <w:p>
      <w:r>
        <w:rPr>
          <w:b/>
        </w:rPr>
        <w:t xml:space="preserve">[04:59] </w:t>
      </w:r>
      <w:r>
        <w:t>yaani insaan ki soorat mein Allah ne koi logon ko khada kiya jo batayein ke haq kya hai</w:t>
      </w:r>
    </w:p>
    <w:p>
      <w:pPr>
        <w:jc w:val="right"/>
      </w:pPr>
      <w:r>
        <w:t>یعنی انسان کی صورت میں اللہ نے کوئی لوگوں کو کھڑا کیا جو بتائیں کہ حق کیا ہے</w:t>
      </w:r>
    </w:p>
    <w:p>
      <w:r>
        <w:rPr>
          <w:b/>
        </w:rPr>
        <w:t xml:space="preserve">[05:05] </w:t>
      </w:r>
      <w:r>
        <w:t>aur nahq kya hai.</w:t>
      </w:r>
    </w:p>
    <w:p>
      <w:pPr>
        <w:jc w:val="right"/>
      </w:pPr>
      <w:r>
        <w:t>اور ناحق کیا ہے۔</w:t>
      </w:r>
    </w:p>
    <w:p>
      <w:r>
        <w:rPr>
          <w:b/>
        </w:rPr>
        <w:t xml:space="preserve">[05:11] </w:t>
      </w:r>
      <w:r>
        <w:t>sahi kya hai, ghalat kya hai.</w:t>
      </w:r>
    </w:p>
    <w:p>
      <w:pPr>
        <w:jc w:val="right"/>
      </w:pPr>
      <w:r>
        <w:t>صحیح کیا ہے، غلط کیا ہے۔</w:t>
      </w:r>
    </w:p>
    <w:p>
      <w:r>
        <w:rPr>
          <w:b/>
        </w:rPr>
        <w:t xml:space="preserve">[05:18] </w:t>
      </w:r>
      <w:r>
        <w:t>kyunke dobara yahan insaan ne apni azaadi ko misuse kiya aur paighambaron ka istihza karne laga.</w:t>
      </w:r>
    </w:p>
    <w:p>
      <w:pPr>
        <w:jc w:val="right"/>
      </w:pPr>
      <w:r>
        <w:t>کیونکہ دوبارہ یہاں انسان نے اپنی آزادی کو مس یوز کیا اور پیغمبروں کا استہزاء کرنے لگا۔</w:t>
      </w:r>
    </w:p>
    <w:p>
      <w:r>
        <w:rPr>
          <w:b/>
        </w:rPr>
        <w:t xml:space="preserve">[05:24] </w:t>
      </w:r>
      <w:r>
        <w:t>ridicule karne laga un ko.</w:t>
      </w:r>
    </w:p>
    <w:p>
      <w:pPr>
        <w:jc w:val="right"/>
      </w:pPr>
      <w:r>
        <w:t>ریڈیکول کرنے لگا ان کو۔</w:t>
      </w:r>
    </w:p>
    <w:p>
      <w:r>
        <w:rPr>
          <w:b/>
        </w:rPr>
        <w:t xml:space="preserve">[05:30] </w:t>
      </w:r>
      <w:r>
        <w:t>quran mein hai ke يَا حَسْرَةً عَلَى الْعِبَادِ مَا يَأْتِيهِمْ مِنْ رَسُولٍ إِلَّا كَانُوا بِهِ يَسْتَهْزِئُونَ yaani paighambaron ko</w:t>
      </w:r>
    </w:p>
    <w:p>
      <w:pPr>
        <w:jc w:val="right"/>
      </w:pPr>
      <w:r>
        <w:t>قرآن میں ہے کہ يَا حَسْرَةً عَلَى الْعِبَادِ مَا يَتِيبُ رِسُولٌ إِلَّا كَانُوا بِهِ يَسْتَعْذَعُونَ یعنی پیغمبروں کو</w:t>
      </w:r>
    </w:p>
    <w:p>
      <w:r>
        <w:rPr>
          <w:b/>
        </w:rPr>
        <w:t xml:space="preserve">[05:36] </w:t>
      </w:r>
      <w:r>
        <w:t>istihza ka object bana liya.</w:t>
      </w:r>
    </w:p>
    <w:p>
      <w:pPr>
        <w:jc w:val="right"/>
      </w:pPr>
      <w:r>
        <w:t>استہزاء کا آبجیکٹ بنا لیا۔</w:t>
      </w:r>
    </w:p>
    <w:p>
      <w:r>
        <w:rPr>
          <w:b/>
        </w:rPr>
        <w:t xml:space="preserve">[05:43] </w:t>
      </w:r>
      <w:r>
        <w:t>kyun? is liye ke woh insaan ki soorat mein the.</w:t>
      </w:r>
    </w:p>
    <w:p>
      <w:pPr>
        <w:jc w:val="right"/>
      </w:pPr>
      <w:r>
        <w:t>کیوں؟ اس لیے کہ وہ انسان کی صورت میں تھے۔</w:t>
      </w:r>
    </w:p>
    <w:p>
      <w:r>
        <w:rPr>
          <w:b/>
        </w:rPr>
        <w:t xml:space="preserve">[05:49] </w:t>
      </w:r>
      <w:r>
        <w:t>to unhone jab yeh bana liya ke agar Khuda ke represent hote, Khuda ke representative hote, Khuda</w:t>
      </w:r>
    </w:p>
    <w:p>
      <w:pPr>
        <w:jc w:val="right"/>
      </w:pPr>
      <w:r>
        <w:t>تو انہوں نے جب یہ بنا لیا کہ اگر خدا کے ریپریزنٹ ہوتے، خدا کے ریپریزنٹیو ہوتے، خدا</w:t>
      </w:r>
    </w:p>
    <w:p>
      <w:r>
        <w:rPr>
          <w:b/>
        </w:rPr>
        <w:t xml:space="preserve">[05:55] </w:t>
      </w:r>
      <w:r>
        <w:t>ki numaindagi kar rahe hote, to yeh bhi koi bohat bari cheez hoti hai jaise Khuda bohat bari cheez hai.</w:t>
      </w:r>
    </w:p>
    <w:p>
      <w:pPr>
        <w:jc w:val="right"/>
      </w:pPr>
      <w:r>
        <w:t>کی نمائندگی کر رہے ہوتے، تو یہ بھی کوئی بہت بڑی چیز ہوتی ہے جیسے خدا بہت بڑی چیز ہے۔</w:t>
      </w:r>
    </w:p>
    <w:p>
      <w:r>
        <w:rPr>
          <w:b/>
        </w:rPr>
        <w:t xml:space="preserve">[06:02] </w:t>
      </w:r>
      <w:r>
        <w:t>yeh logic istemal kar ke unhone paighambaron ko istihza kiya.</w:t>
      </w:r>
    </w:p>
    <w:p>
      <w:pPr>
        <w:jc w:val="right"/>
      </w:pPr>
      <w:r>
        <w:t>یہ لاجک استعمال کر کے انہوں نے پیغمبروں کو استہزاء کیا۔</w:t>
      </w:r>
    </w:p>
    <w:p>
      <w:r>
        <w:rPr>
          <w:b/>
        </w:rPr>
        <w:t xml:space="preserve">[06:08] </w:t>
      </w:r>
      <w:r>
        <w:t>yaani un ko ridicule kiya.</w:t>
      </w:r>
    </w:p>
    <w:p>
      <w:pPr>
        <w:jc w:val="right"/>
      </w:pPr>
      <w:r>
        <w:t>یعنی ان کو ریڈیکول کیا۔</w:t>
      </w:r>
    </w:p>
    <w:p>
      <w:r>
        <w:rPr>
          <w:b/>
        </w:rPr>
        <w:t xml:space="preserve">[06:14] </w:t>
      </w:r>
      <w:r>
        <w:t>aur un ko manne se inkar kar diya.</w:t>
      </w:r>
    </w:p>
    <w:p>
      <w:pPr>
        <w:jc w:val="right"/>
      </w:pPr>
      <w:r>
        <w:t>اور ان کو ماننے سے انکار کر دیا۔</w:t>
      </w:r>
    </w:p>
    <w:p>
      <w:r>
        <w:rPr>
          <w:b/>
        </w:rPr>
        <w:t xml:space="preserve">[06:21] </w:t>
      </w:r>
      <w:r>
        <w:t>kuch thore se logon ne mana.</w:t>
      </w:r>
    </w:p>
    <w:p>
      <w:pPr>
        <w:jc w:val="right"/>
      </w:pPr>
      <w:r>
        <w:t>کچھ تھوڑے سے لوگوں نے مانا۔</w:t>
      </w:r>
    </w:p>
    <w:p>
      <w:r>
        <w:rPr>
          <w:b/>
        </w:rPr>
        <w:t xml:space="preserve">[06:27] </w:t>
      </w:r>
      <w:r>
        <w:t>yani ziyada bari bajate nahi mana.</w:t>
      </w:r>
    </w:p>
    <w:p>
      <w:pPr>
        <w:jc w:val="right"/>
      </w:pPr>
      <w:r>
        <w:t>یعنی زیادہ بڑی بجاٹے نہیں مانا۔</w:t>
      </w:r>
    </w:p>
    <w:p>
      <w:r>
        <w:rPr>
          <w:b/>
        </w:rPr>
        <w:t xml:space="preserve">[06:33] </w:t>
      </w:r>
      <w:r>
        <w:t>phir isi tarah Allah ne dekhen, yeh nature jis ko hum kehte hain, yeh kainat.</w:t>
      </w:r>
    </w:p>
    <w:p>
      <w:pPr>
        <w:jc w:val="right"/>
      </w:pPr>
      <w:r>
        <w:t>پھر اسی طرح اللہ نے دیکھیں، یہ نیچر جس کو ہم کہتے ہیں، یہ کائنات۔</w:t>
      </w:r>
    </w:p>
    <w:p>
      <w:r>
        <w:rPr>
          <w:b/>
        </w:rPr>
        <w:t xml:space="preserve">[06:39] </w:t>
      </w:r>
      <w:r>
        <w:t>kainat mein jo kuch hai, sab ko nature kaha jata hai.</w:t>
      </w:r>
    </w:p>
    <w:p>
      <w:pPr>
        <w:jc w:val="right"/>
      </w:pPr>
      <w:r>
        <w:t>کائنات میں جو کچھ ہے، سب کو نیچر کہا جاتا ہے۔</w:t>
      </w:r>
    </w:p>
    <w:p>
      <w:r>
        <w:rPr>
          <w:b/>
        </w:rPr>
        <w:t xml:space="preserve">[06:46] </w:t>
      </w:r>
      <w:r>
        <w:t>nature mein signs rakh diye.</w:t>
      </w:r>
    </w:p>
    <w:p>
      <w:pPr>
        <w:jc w:val="right"/>
      </w:pPr>
      <w:r>
        <w:t>نیچر میں سائنز رکھ دیے۔</w:t>
      </w:r>
    </w:p>
    <w:p>
      <w:r>
        <w:rPr>
          <w:b/>
        </w:rPr>
        <w:t xml:space="preserve">[06:52] </w:t>
      </w:r>
      <w:r>
        <w:t>signs rakh diye.</w:t>
      </w:r>
    </w:p>
    <w:p>
      <w:pPr>
        <w:jc w:val="right"/>
      </w:pPr>
      <w:r>
        <w:t>ایس آئی جی این ایس سائنز رکھ دیے۔</w:t>
      </w:r>
    </w:p>
    <w:p>
      <w:r>
        <w:rPr>
          <w:b/>
        </w:rPr>
        <w:t xml:space="preserve">[06:58] </w:t>
      </w:r>
      <w:r>
        <w:t>is signs ka ya ayat Allah ka mutala kar ke aadmi sachai ko pehchan sakta hai.</w:t>
      </w:r>
    </w:p>
    <w:p>
      <w:pPr>
        <w:jc w:val="right"/>
      </w:pPr>
      <w:r>
        <w:t>اس سائنز کا یا آیات اللہ کا مطالعہ کر کے آدمی سچائی کو پہچان سکتا ہے۔</w:t>
      </w:r>
    </w:p>
    <w:p>
      <w:r>
        <w:rPr>
          <w:b/>
        </w:rPr>
        <w:t xml:space="preserve">[07:05] </w:t>
      </w:r>
      <w:r>
        <w:t>lekin yahan bhi dobara kya hua ke nature ke andar jo jo chamak damak thi, mislan suraj hai,</w:t>
      </w:r>
    </w:p>
    <w:p>
      <w:pPr>
        <w:jc w:val="right"/>
      </w:pPr>
      <w:r>
        <w:t>لیکن یہاں بھی دوبارہ کیا ہوا کہ نیچر کے اندر جو جو چمک دمک تھی، مثلاً سورج ہے،</w:t>
      </w:r>
    </w:p>
    <w:p>
      <w:r>
        <w:rPr>
          <w:b/>
        </w:rPr>
        <w:t xml:space="preserve">[07:11] </w:t>
      </w:r>
      <w:r>
        <w:t>chand hai, sitare hain, pahad hai, samandar hai, jo yeh jo pehlu hai nature ka, is se in</w:t>
      </w:r>
    </w:p>
    <w:p>
      <w:pPr>
        <w:jc w:val="right"/>
      </w:pPr>
      <w:r>
        <w:t>چاند ہے، ستارے ہیں، پہاڑ ہے، سمندر ہے، جو یہ جو پہلو ہے نیچر کا، اس سے ان</w:t>
      </w:r>
    </w:p>
    <w:p>
      <w:r>
        <w:rPr>
          <w:b/>
        </w:rPr>
        <w:t xml:space="preserve">[07:17] </w:t>
      </w:r>
      <w:r>
        <w:t>ke andar aik sense of wow paida hua.</w:t>
      </w:r>
    </w:p>
    <w:p>
      <w:pPr>
        <w:jc w:val="right"/>
      </w:pPr>
      <w:r>
        <w:t>کے اندر ایک سینس آف واؤ پیدا ہوا۔</w:t>
      </w:r>
    </w:p>
    <w:p>
      <w:r>
        <w:rPr>
          <w:b/>
        </w:rPr>
        <w:t xml:space="preserve">[07:24] </w:t>
      </w:r>
      <w:r>
        <w:t>wow.</w:t>
      </w:r>
    </w:p>
    <w:p>
      <w:pPr>
        <w:jc w:val="right"/>
      </w:pPr>
      <w:r>
        <w:t>اے ڈبلیو ای۔</w:t>
      </w:r>
    </w:p>
    <w:p>
      <w:r>
        <w:rPr>
          <w:b/>
        </w:rPr>
        <w:t xml:space="preserve">[07:30] </w:t>
      </w:r>
      <w:r>
        <w:t>sense of wow.</w:t>
      </w:r>
    </w:p>
    <w:p>
      <w:pPr>
        <w:jc w:val="right"/>
      </w:pPr>
      <w:r>
        <w:t>سینس آف واؤ۔</w:t>
      </w:r>
    </w:p>
    <w:p>
      <w:r>
        <w:rPr>
          <w:b/>
        </w:rPr>
        <w:t xml:space="preserve">[07:36] </w:t>
      </w:r>
      <w:r>
        <w:t>aur phir kya hua ke unhon ne, insan ne, nature hi ko apna Khuda bana liya.</w:t>
      </w:r>
    </w:p>
    <w:p>
      <w:pPr>
        <w:jc w:val="right"/>
      </w:pPr>
      <w:r>
        <w:t>اور پھر کیا ہوا کہ انہوں نے، انسان نے، نیچر ہی کو اپنا خدا بنا لیا۔</w:t>
      </w:r>
    </w:p>
    <w:p>
      <w:r>
        <w:rPr>
          <w:b/>
        </w:rPr>
        <w:t xml:space="preserve">[07:42] </w:t>
      </w:r>
      <w:r>
        <w:t>is se nature worship aya tareekh mein.</w:t>
      </w:r>
    </w:p>
    <w:p>
      <w:pPr>
        <w:jc w:val="right"/>
      </w:pPr>
      <w:r>
        <w:t>اس سے نیچر ورشپ آیا تاریخ میں۔</w:t>
      </w:r>
    </w:p>
    <w:p>
      <w:r>
        <w:rPr>
          <w:b/>
        </w:rPr>
        <w:t xml:space="preserve">[07:49] </w:t>
      </w:r>
      <w:r>
        <w:t>puri tareekh mein insan nature worship mein mubtala raha.</w:t>
      </w:r>
    </w:p>
    <w:p>
      <w:pPr>
        <w:jc w:val="right"/>
      </w:pPr>
      <w:r>
        <w:t>پوری تاریخ میں انسان نیچر ورشپ میں مبتلا رہا۔</w:t>
      </w:r>
    </w:p>
    <w:p>
      <w:r>
        <w:rPr>
          <w:b/>
        </w:rPr>
        <w:t xml:space="preserve">[07:55] </w:t>
      </w:r>
      <w:r>
        <w:t>aur is tarah se yeh jo Allah ne intezam kiya tha, nature ki shakal mein jo guidance thi</w:t>
      </w:r>
    </w:p>
    <w:p>
      <w:pPr>
        <w:jc w:val="right"/>
      </w:pPr>
      <w:r>
        <w:t>اور اس طرح سے یہ جو اللہ نے انتظام کیا تھا، نیچر کی شکل میں جو گائیڈنس تھی</w:t>
      </w:r>
    </w:p>
    <w:p>
      <w:r>
        <w:rPr>
          <w:b/>
        </w:rPr>
        <w:t xml:space="preserve">[08:01] </w:t>
      </w:r>
      <w:r>
        <w:t>insan ke liye, is se mehroom raha woh.</w:t>
      </w:r>
    </w:p>
    <w:p>
      <w:pPr>
        <w:jc w:val="right"/>
      </w:pPr>
      <w:r>
        <w:t>انسان کے لیے، اس سے محروم رہا وہ۔</w:t>
      </w:r>
    </w:p>
    <w:p>
      <w:r>
        <w:rPr>
          <w:b/>
        </w:rPr>
        <w:t xml:space="preserve">[08:08] </w:t>
      </w:r>
      <w:r>
        <w:t>is tarah tareekh chalti rahi.</w:t>
      </w:r>
    </w:p>
    <w:p>
      <w:pPr>
        <w:jc w:val="right"/>
      </w:pPr>
      <w:r>
        <w:t>اس طرح تاریخ چلتی رہی۔</w:t>
      </w:r>
    </w:p>
    <w:p>
      <w:r>
        <w:rPr>
          <w:b/>
        </w:rPr>
        <w:t xml:space="preserve">[08:14] </w:t>
      </w:r>
      <w:r>
        <w:t>yahan tak ke saatwein sadi isvi mein peghambar Islam Muhammad sallallahu alaihi wasallam paida hue.</w:t>
      </w:r>
    </w:p>
    <w:p>
      <w:pPr>
        <w:jc w:val="right"/>
      </w:pPr>
      <w:r>
        <w:t>یہاں تک کہ ساتویں صدی عیسوی میں پیغمبر اسلام محمد صلی اللہ علیہ وسلم پیدا ہوئے۔</w:t>
      </w:r>
    </w:p>
    <w:p>
      <w:r>
        <w:rPr>
          <w:b/>
        </w:rPr>
        <w:t xml:space="preserve">[08:20] </w:t>
      </w:r>
      <w:r>
        <w:t>Allah taala ne bohat bara intezam kiya jo Ibrahim se shuru hua.</w:t>
      </w:r>
    </w:p>
    <w:p>
      <w:pPr>
        <w:jc w:val="right"/>
      </w:pPr>
      <w:r>
        <w:t>اللہ تعالیٰ نے بہت بڑا انتظام کیا جو ابراہیم سے شروع ہوا۔</w:t>
      </w:r>
    </w:p>
    <w:p>
      <w:r>
        <w:rPr>
          <w:b/>
        </w:rPr>
        <w:t xml:space="preserve">[08:27] </w:t>
      </w:r>
      <w:r>
        <w:t>goya char hazar saal ki yeh tareekh hai.</w:t>
      </w:r>
    </w:p>
    <w:p>
      <w:pPr>
        <w:jc w:val="right"/>
      </w:pPr>
      <w:r>
        <w:t>گویا چار ہزار سال کی یہ تاریخ ہے۔</w:t>
      </w:r>
    </w:p>
    <w:p>
      <w:r>
        <w:rPr>
          <w:b/>
        </w:rPr>
        <w:t xml:space="preserve">[08:33] </w:t>
      </w:r>
      <w:r>
        <w:t>do hazar saal ki yeh tareekh hai.</w:t>
      </w:r>
    </w:p>
    <w:p>
      <w:pPr>
        <w:jc w:val="right"/>
      </w:pPr>
      <w:r>
        <w:t>دو ہزار سال کی یہ تاریخ ہے۔</w:t>
      </w:r>
    </w:p>
    <w:p>
      <w:r>
        <w:rPr>
          <w:b/>
        </w:rPr>
        <w:t xml:space="preserve">[08:39] </w:t>
      </w:r>
      <w:r>
        <w:t>to Allah taala ne yeh intezam kiya ke khusoosi taur par ke Rasool Allah sallallahu alaihi wasallam</w:t>
      </w:r>
    </w:p>
    <w:p>
      <w:pPr>
        <w:jc w:val="right"/>
      </w:pPr>
      <w:r>
        <w:t>تو اللہ تعالیٰ نے یہ انتظام کیا کہ خصوصی طور پر کہ رسول اللہ صلی اللہ علیہ وسلم</w:t>
      </w:r>
    </w:p>
    <w:p>
      <w:r>
        <w:rPr>
          <w:b/>
        </w:rPr>
        <w:t xml:space="preserve">[08:45] </w:t>
      </w:r>
      <w:r>
        <w:t>ko aik poori taqatwar team mil gayi.</w:t>
      </w:r>
    </w:p>
    <w:p>
      <w:pPr>
        <w:jc w:val="right"/>
      </w:pPr>
      <w:r>
        <w:t>کو ایک پوری طاقتور ٹیم مل گئی۔</w:t>
      </w:r>
    </w:p>
    <w:p>
      <w:r>
        <w:rPr>
          <w:b/>
        </w:rPr>
        <w:t xml:space="preserve">[08:52] </w:t>
      </w:r>
      <w:r>
        <w:t>taqatwar team jin ko hum Sahaba kehte hain.</w:t>
      </w:r>
    </w:p>
    <w:p>
      <w:pPr>
        <w:jc w:val="right"/>
      </w:pPr>
      <w:r>
        <w:t>طاقتور ٹیم جن کو ہم صحابہ کہتے ہیں۔</w:t>
      </w:r>
    </w:p>
    <w:p>
      <w:r>
        <w:rPr>
          <w:b/>
        </w:rPr>
        <w:t xml:space="preserve">[08:58] </w:t>
      </w:r>
      <w:r>
        <w:t>is is taqatwar team ko istemal kar ke rasool Allah ne nature worship ke daur ko khatam kiya.</w:t>
      </w:r>
    </w:p>
    <w:p>
      <w:pPr>
        <w:jc w:val="right"/>
      </w:pPr>
      <w:r>
        <w:t>اس اس طاقتور ٹیم کو استعمال کر کے رسول اللہ نے نیچر ورشپ کے دور کو ختم کیا۔</w:t>
      </w:r>
    </w:p>
    <w:p>
      <w:r>
        <w:rPr>
          <w:b/>
        </w:rPr>
        <w:t xml:space="preserve">[09:04] </w:t>
      </w:r>
      <w:r>
        <w:t>nature worship ke daur ko khatam kiya.</w:t>
      </w:r>
    </w:p>
    <w:p>
      <w:pPr>
        <w:jc w:val="right"/>
      </w:pPr>
      <w:r>
        <w:t>نیچر ورشپ کے دور کو ختم کیا۔</w:t>
      </w:r>
    </w:p>
    <w:p>
      <w:r>
        <w:rPr>
          <w:b/>
        </w:rPr>
        <w:t xml:space="preserve">[09:11] </w:t>
      </w:r>
      <w:r>
        <w:t>ab tareekh ek naye rukh par chal pari.</w:t>
      </w:r>
    </w:p>
    <w:p>
      <w:pPr>
        <w:jc w:val="right"/>
      </w:pPr>
      <w:r>
        <w:t>اب تاریخ ایک نئے رخ پر چل پڑی۔</w:t>
      </w:r>
    </w:p>
    <w:p>
      <w:r>
        <w:rPr>
          <w:b/>
        </w:rPr>
        <w:t xml:space="preserve">[09:17] </w:t>
      </w:r>
      <w:r>
        <w:t>woh thi nature exploration.</w:t>
      </w:r>
    </w:p>
    <w:p>
      <w:pPr>
        <w:jc w:val="right"/>
      </w:pPr>
      <w:r>
        <w:t>وہ تھی نیچر ایکسپلوریشن۔</w:t>
      </w:r>
    </w:p>
    <w:p>
      <w:r>
        <w:rPr>
          <w:b/>
        </w:rPr>
        <w:t xml:space="preserve">[09:23] </w:t>
      </w:r>
      <w:r>
        <w:t>yani nature ko pata karna ke nature hai kiya.</w:t>
      </w:r>
    </w:p>
    <w:p>
      <w:pPr>
        <w:jc w:val="right"/>
      </w:pPr>
      <w:r>
        <w:t>یعنی نیچر کو پتہ کرنا کہ نیچر ہے کیا۔</w:t>
      </w:r>
    </w:p>
    <w:p>
      <w:r>
        <w:rPr>
          <w:b/>
        </w:rPr>
        <w:t xml:space="preserve">[09:30] </w:t>
      </w:r>
      <w:r>
        <w:t>yani pehle tha yeh ke science object of worship bani hui thi.</w:t>
      </w:r>
    </w:p>
    <w:p>
      <w:pPr>
        <w:jc w:val="right"/>
      </w:pPr>
      <w:r>
        <w:t>یعنی پہلے تھا یہ کہ سائنس آبجیکٹ آف ورشپ بنی ہوئی تھی۔</w:t>
      </w:r>
    </w:p>
    <w:p>
      <w:r>
        <w:rPr>
          <w:b/>
        </w:rPr>
        <w:t xml:space="preserve">[09:36] </w:t>
      </w:r>
      <w:r>
        <w:t>ab yeh inqalab jo aya is ke baad science, science nahi, fitrat.</w:t>
      </w:r>
    </w:p>
    <w:p>
      <w:pPr>
        <w:jc w:val="right"/>
      </w:pPr>
      <w:r>
        <w:t>اب یہ انقلاب جو آیا اس کے بعد سائنس، سائنس نہیں، فطرت۔</w:t>
      </w:r>
    </w:p>
    <w:p>
      <w:r>
        <w:rPr>
          <w:b/>
        </w:rPr>
        <w:t xml:space="preserve">[09:42] </w:t>
      </w:r>
      <w:r>
        <w:t>yani rasool Allah se pehle fitrat object of worship bani hui thi.</w:t>
      </w:r>
    </w:p>
    <w:p>
      <w:pPr>
        <w:jc w:val="right"/>
      </w:pPr>
      <w:r>
        <w:t>یعنی رسول اللہ سے پہلے فطرت آبجیکٹ آف ورشپ بنی ہوئی تھی۔</w:t>
      </w:r>
    </w:p>
    <w:p>
      <w:r>
        <w:rPr>
          <w:b/>
        </w:rPr>
        <w:t xml:space="preserve">[09:48] </w:t>
      </w:r>
      <w:r>
        <w:t>rasool Allah ke baad jo inqalab aya is ke baad nature object of investigation ban gai.</w:t>
      </w:r>
    </w:p>
    <w:p>
      <w:pPr>
        <w:jc w:val="right"/>
      </w:pPr>
      <w:r>
        <w:t>رسول اللہ کے بعد جو انقلاب آیا اس کے بعد نیچر آبجیکٹ آف انویسٹیگیشن بن گئی۔</w:t>
      </w:r>
    </w:p>
    <w:p>
      <w:r>
        <w:rPr>
          <w:b/>
        </w:rPr>
        <w:t xml:space="preserve">[09:55] </w:t>
      </w:r>
      <w:r>
        <w:t>phir ek naya daur chala.</w:t>
      </w:r>
    </w:p>
    <w:p>
      <w:pPr>
        <w:jc w:val="right"/>
      </w:pPr>
      <w:r>
        <w:t>پھر ایک نیا دور چلا۔</w:t>
      </w:r>
    </w:p>
    <w:p>
      <w:r>
        <w:rPr>
          <w:b/>
        </w:rPr>
        <w:t xml:space="preserve">[10:01] </w:t>
      </w:r>
      <w:r>
        <w:t>is daur ki takmeel mein hazar saal lag gaye.</w:t>
      </w:r>
    </w:p>
    <w:p>
      <w:pPr>
        <w:jc w:val="right"/>
      </w:pPr>
      <w:r>
        <w:t>اس دور کی تکمیل میں ہزار سال لگ گئے۔</w:t>
      </w:r>
    </w:p>
    <w:p>
      <w:r>
        <w:rPr>
          <w:b/>
        </w:rPr>
        <w:t xml:space="preserve">[10:07] </w:t>
      </w:r>
      <w:r>
        <w:t>yeh safar shuru hua makka se, madina se, baghdad se, spain se.</w:t>
      </w:r>
    </w:p>
    <w:p>
      <w:pPr>
        <w:jc w:val="right"/>
      </w:pPr>
      <w:r>
        <w:t>یہ سفر شروع ہوا مکہ سے، مدینہ سے، بغداد سے، اسپین سے۔</w:t>
      </w:r>
    </w:p>
    <w:p>
      <w:r>
        <w:rPr>
          <w:b/>
        </w:rPr>
        <w:t xml:space="preserve">[10:14] </w:t>
      </w:r>
      <w:r>
        <w:t>is tarah se yeh safar chalta raha, chalta raha.</w:t>
      </w:r>
    </w:p>
    <w:p>
      <w:pPr>
        <w:jc w:val="right"/>
      </w:pPr>
      <w:r>
        <w:t>اس طرح سے یہ سفر چلتا رہا، چلتا رہا۔</w:t>
      </w:r>
    </w:p>
    <w:p>
      <w:r>
        <w:rPr>
          <w:b/>
        </w:rPr>
        <w:t xml:space="preserve">[10:20] </w:t>
      </w:r>
      <w:r>
        <w:t>yahan tak ke woh western Europe mein pahunch gaya.</w:t>
      </w:r>
    </w:p>
    <w:p>
      <w:pPr>
        <w:jc w:val="right"/>
      </w:pPr>
      <w:r>
        <w:t>یہاں تک کہ وہ ویسٹرن یورپ میں پہنچ گیا۔</w:t>
      </w:r>
    </w:p>
    <w:p>
      <w:r>
        <w:rPr>
          <w:b/>
        </w:rPr>
        <w:t xml:space="preserve">[10:26] </w:t>
      </w:r>
      <w:r>
        <w:t>yani secular logon ke darmiyan.</w:t>
      </w:r>
    </w:p>
    <w:p>
      <w:pPr>
        <w:jc w:val="right"/>
      </w:pPr>
      <w:r>
        <w:t>یعنی سکولر لوگوں کے درمیان۔</w:t>
      </w:r>
    </w:p>
    <w:p>
      <w:r>
        <w:rPr>
          <w:b/>
        </w:rPr>
        <w:t xml:space="preserve">[10:33] </w:t>
      </w:r>
      <w:r>
        <w:t>is ki takmeel, is is is process ka aghaz to kiya tha believers ne, yani muwahideen ne, lekin</w:t>
      </w:r>
    </w:p>
    <w:p>
      <w:pPr>
        <w:jc w:val="right"/>
      </w:pPr>
      <w:r>
        <w:t>اس کی تکمیل، اس اس اس پراسیس کا آغاز تو کیا تھا بیلیورز نے، یعنی موحدین نے، لیکن</w:t>
      </w:r>
    </w:p>
    <w:p>
      <w:r>
        <w:rPr>
          <w:b/>
        </w:rPr>
        <w:t xml:space="preserve">[10:39] </w:t>
      </w:r>
      <w:r>
        <w:t>is ki takmeel hui aa kar ke west mein secular logon ke zariye.</w:t>
      </w:r>
    </w:p>
    <w:p>
      <w:pPr>
        <w:jc w:val="right"/>
      </w:pPr>
      <w:r>
        <w:t>اس کی تکمیل ہوئی آ کر کے ویسٹ میں سکولر لوگوں کے ذریعے۔</w:t>
      </w:r>
    </w:p>
    <w:p>
      <w:r>
        <w:rPr>
          <w:b/>
        </w:rPr>
        <w:t xml:space="preserve">[10:45] </w:t>
      </w:r>
      <w:r>
        <w:t>yani nature ko worship ke maqam se hata diya gaya.</w:t>
      </w:r>
    </w:p>
    <w:p>
      <w:pPr>
        <w:jc w:val="right"/>
      </w:pPr>
      <w:r>
        <w:t>یعنی نیچر کو ورشپ کے مقام سے ہٹا دیا گیا۔</w:t>
      </w:r>
    </w:p>
    <w:p>
      <w:r>
        <w:rPr>
          <w:b/>
        </w:rPr>
        <w:t xml:space="preserve">[10:51] </w:t>
      </w:r>
      <w:r>
        <w:t>is ke jo ibtidai founder the woh galileo aur newton waghera the.</w:t>
      </w:r>
    </w:p>
    <w:p>
      <w:pPr>
        <w:jc w:val="right"/>
      </w:pPr>
      <w:r>
        <w:t>اس کے جو ابتدائی فاؤنڈر تھے وہ گلیلیو اور نیوٹن وغیرہ تھے۔</w:t>
      </w:r>
    </w:p>
    <w:p>
      <w:r>
        <w:rPr>
          <w:b/>
        </w:rPr>
        <w:t xml:space="preserve">[10:58] </w:t>
      </w:r>
      <w:r>
        <w:t>unhon ne telescope banaya, microscope banaya, scientific tareeqe daryaft kiye, mathematics ko apply kiya.</w:t>
      </w:r>
    </w:p>
    <w:p>
      <w:pPr>
        <w:jc w:val="right"/>
      </w:pPr>
      <w:r>
        <w:t>انہوں نے ٹیلیسکوپ بنایا، ماسک کروس بنایا، سائنٹیفک طریقے دریافت کیے، میتھمیٹکس کو اپلائی کیا۔</w:t>
      </w:r>
    </w:p>
    <w:p>
      <w:r>
        <w:rPr>
          <w:b/>
        </w:rPr>
        <w:t xml:space="preserve">[11:04] </w:t>
      </w:r>
      <w:r>
        <w:t>aur is tarah se discoveries hone lagi.</w:t>
      </w:r>
    </w:p>
    <w:p>
      <w:pPr>
        <w:jc w:val="right"/>
      </w:pPr>
      <w:r>
        <w:t>اور اس طرح سے ڈسکوریز ہونے لگی۔</w:t>
      </w:r>
    </w:p>
    <w:p>
      <w:r>
        <w:rPr>
          <w:b/>
        </w:rPr>
        <w:t xml:space="preserve">[11:10] </w:t>
      </w:r>
      <w:r>
        <w:t>to yeh char sau saal mein yeh discovery mukammal hui beeswin sadi mein.</w:t>
      </w:r>
    </w:p>
    <w:p>
      <w:pPr>
        <w:jc w:val="right"/>
      </w:pPr>
      <w:r>
        <w:t>تو یہ چار سو سال میں یہ ڈسکوری مکمل ہوئی بیسویں صدی میں۔</w:t>
      </w:r>
    </w:p>
    <w:p>
      <w:r>
        <w:rPr>
          <w:b/>
        </w:rPr>
        <w:t xml:space="preserve">[11:17] </w:t>
      </w:r>
      <w:r>
        <w:t>ab mukammal taur par nature ko worship ke maqam se hata diya gaya.</w:t>
      </w:r>
    </w:p>
    <w:p>
      <w:pPr>
        <w:jc w:val="right"/>
      </w:pPr>
      <w:r>
        <w:t>اب مکمل طور پر نیچر کو ورشپ کے مقام سے ہٹا دیا گیا۔</w:t>
      </w:r>
    </w:p>
    <w:p>
      <w:r>
        <w:rPr>
          <w:b/>
        </w:rPr>
        <w:t xml:space="preserve">[11:23] </w:t>
      </w:r>
      <w:r>
        <w:t>is ke baad kiya hua? nature mein jo science the, jo sachai ke dalail the, woh khul gaye.</w:t>
      </w:r>
    </w:p>
    <w:p>
      <w:pPr>
        <w:jc w:val="right"/>
      </w:pPr>
      <w:r>
        <w:t>اس کے بعد کیا ہوا؟ نیچر میں جو سائنس تھے، جو سچائی کے دلائل تھے، وہ کھل گئے۔</w:t>
      </w:r>
    </w:p>
    <w:p>
      <w:r>
        <w:rPr>
          <w:b/>
        </w:rPr>
        <w:t xml:space="preserve">[11:29] </w:t>
      </w:r>
      <w:r>
        <w:t>isi waqe ke andar quran ki surah mein kiya, is ayat mein kiya gaya hai ke sanurihim ayatina</w:t>
      </w:r>
    </w:p>
    <w:p>
      <w:pPr>
        <w:jc w:val="right"/>
      </w:pPr>
      <w:r>
        <w:t>اسی واقعے کے اندر قرآن کی سورہ میں کیا، اس آیت میں کیا گیا ہے کہ سَنَوْرِهِمْ آيَاتَنَا</w:t>
      </w:r>
    </w:p>
    <w:p>
      <w:r>
        <w:rPr>
          <w:b/>
        </w:rPr>
        <w:t xml:space="preserve">[11:36] </w:t>
      </w:r>
      <w:r>
        <w:t>fi al-afwaq wa fi anfusihim hatta yatabayyana lahum annahu al-haqq is ko tabeen haq kaha gaya hai.</w:t>
      </w:r>
    </w:p>
    <w:p>
      <w:pPr>
        <w:jc w:val="right"/>
      </w:pPr>
      <w:r>
        <w:t>فِي الْأَفْوَاقِ وَفِي أَنْفَسِهِمْ حَتَّىٰ يَتَبَيَّنَا لَهُمْ أَنَّهُ الْحَقُّ اس کو تبین حق کہا گیا ہے۔</w:t>
      </w:r>
    </w:p>
    <w:p>
      <w:r>
        <w:rPr>
          <w:b/>
        </w:rPr>
        <w:t xml:space="preserve">[11:42] </w:t>
      </w:r>
      <w:r>
        <w:t>to yeh aik din mein nahi hua, aik saal mein nahi hua.</w:t>
      </w:r>
    </w:p>
    <w:p>
      <w:pPr>
        <w:jc w:val="right"/>
      </w:pPr>
      <w:r>
        <w:t>تو یہ ایک دن میں نہیں ہوا، ایک سال میں نہیں ہوا۔</w:t>
      </w:r>
    </w:p>
    <w:p>
      <w:r>
        <w:rPr>
          <w:b/>
        </w:rPr>
        <w:t xml:space="preserve">[11:48] </w:t>
      </w:r>
      <w:r>
        <w:t>yeh hazar saal mein hua.</w:t>
      </w:r>
    </w:p>
    <w:p>
      <w:pPr>
        <w:jc w:val="right"/>
      </w:pPr>
      <w:r>
        <w:t>یہ ہزار سال میں ہوا۔</w:t>
      </w:r>
    </w:p>
    <w:p>
      <w:r>
        <w:rPr>
          <w:b/>
        </w:rPr>
        <w:t xml:space="preserve">[11:54] </w:t>
      </w:r>
      <w:r>
        <w:t>afaq o anfus mein chupi hui nishaniyon ka izhaar aik lambe process ke baad hua jo hazar saal</w:t>
      </w:r>
    </w:p>
    <w:p>
      <w:pPr>
        <w:jc w:val="right"/>
      </w:pPr>
      <w:r>
        <w:t>آفاق و انفس میں چھپی ہوئی نشانیوں کا اظہار ایک لمبے پراسیس کے بعد ہوا جو ہزار سال</w:t>
      </w:r>
    </w:p>
    <w:p>
      <w:r>
        <w:rPr>
          <w:b/>
        </w:rPr>
        <w:t xml:space="preserve">[12:01] </w:t>
      </w:r>
      <w:r>
        <w:t>tak chalta raha.</w:t>
      </w:r>
    </w:p>
    <w:p>
      <w:pPr>
        <w:jc w:val="right"/>
      </w:pPr>
      <w:r>
        <w:t>تک چلتا رہا۔</w:t>
      </w:r>
    </w:p>
    <w:p>
      <w:r>
        <w:rPr>
          <w:b/>
        </w:rPr>
        <w:t xml:space="preserve">[12:07] </w:t>
      </w:r>
      <w:r>
        <w:t>haqeeqat hai ke science jo hai woh Allah ke jo intizamat thay us ki intehai surat hai.</w:t>
      </w:r>
    </w:p>
    <w:p>
      <w:pPr>
        <w:jc w:val="right"/>
      </w:pPr>
      <w:r>
        <w:t>حقیقت ہے کہ سائنس جو ہے وہ اللہ کے جو انتظامات تھے اس کی انتہائی صورت ہے۔</w:t>
      </w:r>
    </w:p>
    <w:p>
      <w:r>
        <w:rPr>
          <w:b/>
        </w:rPr>
        <w:t xml:space="preserve">[12:13] </w:t>
      </w:r>
      <w:r>
        <w:t>sab kuch khul gaya.</w:t>
      </w:r>
    </w:p>
    <w:p>
      <w:pPr>
        <w:jc w:val="right"/>
      </w:pPr>
      <w:r>
        <w:t>سب کچھ کھل گیا۔</w:t>
      </w:r>
    </w:p>
    <w:p>
      <w:r>
        <w:rPr>
          <w:b/>
        </w:rPr>
        <w:t xml:space="preserve">[12:20] </w:t>
      </w:r>
      <w:r>
        <w:t>khulne ka matlab kya hai? insaan koi rai qaim karta hai apne dimagh se, apne ilm se.</w:t>
      </w:r>
    </w:p>
    <w:p>
      <w:pPr>
        <w:jc w:val="right"/>
      </w:pPr>
      <w:r>
        <w:t>کھلنے کا مطلب کیا ہے؟ انسان کوئی رائے قائم کرتا ہے اپنے دماغ سے، اپنے علم سے۔</w:t>
      </w:r>
    </w:p>
    <w:p>
      <w:r>
        <w:rPr>
          <w:b/>
        </w:rPr>
        <w:t xml:space="preserve">[12:26] </w:t>
      </w:r>
      <w:r>
        <w:t>to science ke zariye pehli baar yeh mumkin hua ke khud ilm insani ki satah par sachai sabit</w:t>
      </w:r>
    </w:p>
    <w:p>
      <w:pPr>
        <w:jc w:val="right"/>
      </w:pPr>
      <w:r>
        <w:t>تو سائنس کے ذریعے پہلی بار یہ ممکن ہوا کہ خود علم انسانی کی سطح پر سچائی ثابت</w:t>
      </w:r>
    </w:p>
    <w:p>
      <w:r>
        <w:rPr>
          <w:b/>
        </w:rPr>
        <w:t xml:space="preserve">[12:32] </w:t>
      </w:r>
      <w:r>
        <w:t>shuda ban gai.</w:t>
      </w:r>
    </w:p>
    <w:p>
      <w:pPr>
        <w:jc w:val="right"/>
      </w:pPr>
      <w:r>
        <w:t>شدہ بن گئی۔</w:t>
      </w:r>
    </w:p>
    <w:p>
      <w:r>
        <w:rPr>
          <w:b/>
        </w:rPr>
        <w:t xml:space="preserve">[12:39] </w:t>
      </w:r>
      <w:r>
        <w:t>yani established fact ban gai.</w:t>
      </w:r>
    </w:p>
    <w:p>
      <w:pPr>
        <w:jc w:val="right"/>
      </w:pPr>
      <w:r>
        <w:t>یعنی اسٹیبلش فیکٹ بن گئی۔</w:t>
      </w:r>
    </w:p>
    <w:p>
      <w:r>
        <w:rPr>
          <w:b/>
        </w:rPr>
        <w:t xml:space="preserve">[12:45] </w:t>
      </w:r>
      <w:r>
        <w:t>is lihaaz se science Allah taala ke jo intizamat thay us ka culmination tha.</w:t>
      </w:r>
    </w:p>
    <w:p>
      <w:pPr>
        <w:jc w:val="right"/>
      </w:pPr>
      <w:r>
        <w:t>اس لحاظ سے سائنس اللہ تعالیٰ کے جو انتظامات تھے اس کا کلمنیشن تھا۔</w:t>
      </w:r>
    </w:p>
    <w:p>
      <w:r>
        <w:rPr>
          <w:b/>
        </w:rPr>
        <w:t xml:space="preserve">[12:51] </w:t>
      </w:r>
      <w:r>
        <w:t>ab ab ab kaam tha ahl-e-tauheed ka ke woh is tabeen haq ke is daur ko istemal karen.</w:t>
      </w:r>
    </w:p>
    <w:p>
      <w:pPr>
        <w:jc w:val="right"/>
      </w:pPr>
      <w:r>
        <w:t>اب اب اب کام تھا اہل توحید کا کہ وہ اس تبین حق کے اس دور کو استعمال کریں۔</w:t>
      </w:r>
    </w:p>
    <w:p>
      <w:r>
        <w:rPr>
          <w:b/>
        </w:rPr>
        <w:t xml:space="preserve">[12:57] </w:t>
      </w:r>
      <w:r>
        <w:t>woh is daryaft ko, daryaft jo sachaiyan daryaft hui theen, un ko avail karen.</w:t>
      </w:r>
    </w:p>
    <w:p>
      <w:pPr>
        <w:jc w:val="right"/>
      </w:pPr>
      <w:r>
        <w:t>وہ اس دریافت کو، دریافت جو سچائیاں دریافت ہوئی تھیں، ان کو اویل کریں۔</w:t>
      </w:r>
    </w:p>
    <w:p>
      <w:r>
        <w:rPr>
          <w:b/>
        </w:rPr>
        <w:t xml:space="preserve">[13:04] </w:t>
      </w:r>
      <w:r>
        <w:t>lekin ahl-e-tauheed, ahl-e-musalman, bohat bari ghalti ki unhon ne.</w:t>
      </w:r>
    </w:p>
    <w:p>
      <w:pPr>
        <w:jc w:val="right"/>
      </w:pPr>
      <w:r>
        <w:t>لیکن اہل توحید، اہل مسلمان، بہت بڑی غلطی کی انہوں نے۔</w:t>
      </w:r>
    </w:p>
    <w:p>
      <w:r>
        <w:rPr>
          <w:b/>
        </w:rPr>
        <w:t xml:space="preserve">[13:10] </w:t>
      </w:r>
      <w:r>
        <w:t>woh ghalti yeh thi ke West jo tha us ke dushman ban gaye.</w:t>
      </w:r>
    </w:p>
    <w:p>
      <w:pPr>
        <w:jc w:val="right"/>
      </w:pPr>
      <w:r>
        <w:t>وہ غلطی یہ تھی کہ ویسٹ جو تھا اس کے دشمن بن گئے۔</w:t>
      </w:r>
    </w:p>
    <w:p>
      <w:r>
        <w:rPr>
          <w:b/>
        </w:rPr>
        <w:t xml:space="preserve">[13:16] </w:t>
      </w:r>
      <w:r>
        <w:t>saare West ke dushman ban gaye.</w:t>
      </w:r>
    </w:p>
    <w:p>
      <w:pPr>
        <w:jc w:val="right"/>
      </w:pPr>
      <w:r>
        <w:t>سارے ویسٹ کے دشمن بن گئے۔</w:t>
      </w:r>
    </w:p>
    <w:p>
      <w:r>
        <w:rPr>
          <w:b/>
        </w:rPr>
        <w:t xml:space="preserve">[13:23] </w:t>
      </w:r>
      <w:r>
        <w:t>woh samajh liya ke yeh Islam dushman hai, Islam ke khilaaf karwai karte hain.</w:t>
      </w:r>
    </w:p>
    <w:p>
      <w:pPr>
        <w:jc w:val="right"/>
      </w:pPr>
      <w:r>
        <w:t>وہ سمجھ لیا کہ یہ اسلام دشمن ہے، اسلام کے خلاف کارروائی کرتے ہیں۔</w:t>
      </w:r>
    </w:p>
    <w:p>
      <w:r>
        <w:rPr>
          <w:b/>
        </w:rPr>
        <w:t xml:space="preserve">[13:29] </w:t>
      </w:r>
      <w:r>
        <w:t>aisa kyun hua? yeh hua ke aik sunnat-e-rasool par amal nahi kiya musalmanon ne.</w:t>
      </w:r>
    </w:p>
    <w:p>
      <w:pPr>
        <w:jc w:val="right"/>
      </w:pPr>
      <w:r>
        <w:t>ایسا کیوں ہوا؟ یہ ہوا کہ ایک سنت رسول پر عمل نہیں کیا مسلمانوں نے۔</w:t>
      </w:r>
    </w:p>
    <w:p>
      <w:r>
        <w:rPr>
          <w:b/>
        </w:rPr>
        <w:t xml:space="preserve">[13:35] </w:t>
      </w:r>
      <w:r>
        <w:t>is daur ke mein keh sakta hoon ke taqreeban saare hi ulama is ghalti ka shikar hue.</w:t>
      </w:r>
    </w:p>
    <w:p>
      <w:pPr>
        <w:jc w:val="right"/>
      </w:pPr>
      <w:r>
        <w:t>اس دور کے میں کہہ سکتا ہوں کہ تقریباً سارے ہی علماء اس غلطی کا شکار ہوئے۔</w:t>
      </w:r>
    </w:p>
    <w:p>
      <w:r>
        <w:rPr>
          <w:b/>
        </w:rPr>
        <w:t xml:space="preserve">[13:42] </w:t>
      </w:r>
      <w:r>
        <w:t>aik sunnat ko avail nahi kar sake.</w:t>
      </w:r>
    </w:p>
    <w:p>
      <w:pPr>
        <w:jc w:val="right"/>
      </w:pPr>
      <w:r>
        <w:t>ایک سنت کو اویل نہیں کر سکے۔</w:t>
      </w:r>
    </w:p>
    <w:p>
      <w:r>
        <w:rPr>
          <w:b/>
        </w:rPr>
        <w:t xml:space="preserve">[13:48] </w:t>
      </w:r>
      <w:r>
        <w:t>woh sunnat hai mere alfaaz mein delinking policy.</w:t>
      </w:r>
    </w:p>
    <w:p>
      <w:pPr>
        <w:jc w:val="right"/>
      </w:pPr>
      <w:r>
        <w:t>وہ سنت ہے میرے الفاظ میں ڈی لنکنگ پالیسی۔</w:t>
      </w:r>
    </w:p>
    <w:p>
      <w:r>
        <w:rPr>
          <w:b/>
        </w:rPr>
        <w:t xml:space="preserve">[13:54] </w:t>
      </w:r>
      <w:r>
        <w:t>aik cheez ko doosri cheez se alag kar ke dekhna.</w:t>
      </w:r>
    </w:p>
    <w:p>
      <w:pPr>
        <w:jc w:val="right"/>
      </w:pPr>
      <w:r>
        <w:t>ایک چیز کو دوسری چیز سے الگ کر کے دیکھنا۔</w:t>
      </w:r>
    </w:p>
    <w:p>
      <w:r>
        <w:rPr>
          <w:b/>
        </w:rPr>
        <w:t xml:space="preserve">[14:00] </w:t>
      </w:r>
      <w:r>
        <w:t>yani West jo tha, West ne colonial powers, West jo hai us se colonialism, noabadayati taqat zahir hui.</w:t>
      </w:r>
    </w:p>
    <w:p>
      <w:pPr>
        <w:jc w:val="right"/>
      </w:pPr>
      <w:r>
        <w:t>یعنی ویسٹ جو تھا، ویسٹ نے کلونیل پاورز، ویسٹ جو ہے اس سے کلونیلزم، نوآبادیاتی طاقت ظاہر ہوئی۔</w:t>
      </w:r>
    </w:p>
    <w:p>
      <w:r>
        <w:rPr>
          <w:b/>
        </w:rPr>
        <w:t xml:space="preserve">[14:07] </w:t>
      </w:r>
      <w:r>
        <w:t>colonialism us se nikla jis ne Africa mein aur Asia mein musalmanon ko maghloob kar liya.</w:t>
      </w:r>
    </w:p>
    <w:p>
      <w:pPr>
        <w:jc w:val="right"/>
      </w:pPr>
      <w:r>
        <w:t>کلونیلزم اس سے نکلا جس نے افریقہ میں اور ایشیا میں مسلمانوں کو مغلوب کر لیا۔</w:t>
      </w:r>
    </w:p>
    <w:p>
      <w:r>
        <w:rPr>
          <w:b/>
        </w:rPr>
        <w:t xml:space="preserve">[14:13] </w:t>
      </w:r>
      <w:r>
        <w:t>phir isi se zaayarnizm nikla jis se nateeja kya hua ke israil ka qabza ho gaya falasteen par.</w:t>
      </w:r>
    </w:p>
    <w:p>
      <w:pPr>
        <w:jc w:val="right"/>
      </w:pPr>
      <w:r>
        <w:t>پھر اسی سے زائرنزم نکلا جس سے نتیجہ کیا ہوا کہ اسرائیل کا قبضہ ہو گیا فلسطین پر۔</w:t>
      </w:r>
    </w:p>
    <w:p>
      <w:r>
        <w:rPr>
          <w:b/>
        </w:rPr>
        <w:t xml:space="preserve">[14:19] </w:t>
      </w:r>
      <w:r>
        <w:t>to zaayarnizm aur colonializm ko unhon ne delink karna chahiye tha.</w:t>
      </w:r>
    </w:p>
    <w:p>
      <w:pPr>
        <w:jc w:val="right"/>
      </w:pPr>
      <w:r>
        <w:t>تو زائرنزم اور کلونیلزم کو انہوں نے ڈی لنک کرنا چاہیے تھا۔</w:t>
      </w:r>
    </w:p>
    <w:p>
      <w:r>
        <w:rPr>
          <w:b/>
        </w:rPr>
        <w:t xml:space="preserve">[14:26] </w:t>
      </w:r>
      <w:r>
        <w:t>western civilizations ko delink kar ke dekhna chahiye tha.</w:t>
      </w:r>
    </w:p>
    <w:p>
      <w:pPr>
        <w:jc w:val="right"/>
      </w:pPr>
      <w:r>
        <w:t>ویسٹرن سویلائزیشنز کو ڈی لنک کر کے دیکھنا چاہیے تھا۔</w:t>
      </w:r>
    </w:p>
    <w:p>
      <w:r>
        <w:rPr>
          <w:b/>
        </w:rPr>
        <w:t xml:space="preserve">[14:32] </w:t>
      </w:r>
      <w:r>
        <w:t>lekin woh delink nahi kar sake.</w:t>
      </w:r>
    </w:p>
    <w:p>
      <w:pPr>
        <w:jc w:val="right"/>
      </w:pPr>
      <w:r>
        <w:t>لیکن وہ ڈی لنک نہیں کر سکے۔</w:t>
      </w:r>
    </w:p>
    <w:p>
      <w:r>
        <w:rPr>
          <w:b/>
        </w:rPr>
        <w:t xml:space="preserve">[14:38] </w:t>
      </w:r>
      <w:r>
        <w:t>kyunke west jo hai us se juri hui thi colonializm, us se juri hui thi zaayarnizm.</w:t>
      </w:r>
    </w:p>
    <w:p>
      <w:pPr>
        <w:jc w:val="right"/>
      </w:pPr>
      <w:r>
        <w:t>کیونکہ ویسٹ جو ہے اس سے جڑی ہوئی تھی کلونیلزم، اس سے جڑی ہوئی تھی زائرنزم۔</w:t>
      </w:r>
    </w:p>
    <w:p>
      <w:r>
        <w:rPr>
          <w:b/>
        </w:rPr>
        <w:t xml:space="preserve">[14:45] </w:t>
      </w:r>
      <w:r>
        <w:t>to us ko isi ke bana par rai qaim ki unhon ne.</w:t>
      </w:r>
    </w:p>
    <w:p>
      <w:pPr>
        <w:jc w:val="right"/>
      </w:pPr>
      <w:r>
        <w:t>تو اس کو اسی کے بنا پر رائے قائم کی انہوں نے۔</w:t>
      </w:r>
    </w:p>
    <w:p>
      <w:r>
        <w:rPr>
          <w:b/>
        </w:rPr>
        <w:t xml:space="preserve">[14:51] </w:t>
      </w:r>
      <w:r>
        <w:t>dekhen, delinking policy ko main keh raha hoon, us ki bohat hi numayan misaal hai kaaba ka mamla.</w:t>
      </w:r>
    </w:p>
    <w:p>
      <w:pPr>
        <w:jc w:val="right"/>
      </w:pPr>
      <w:r>
        <w:t>دیکھیں، ڈی لنکنگ پالیسی کو میں کہہ رہا ہوں، اس کی بہت ہی نمایاں مثال ہے کعبہ کا معاملہ۔</w:t>
      </w:r>
    </w:p>
    <w:p>
      <w:r>
        <w:rPr>
          <w:b/>
        </w:rPr>
        <w:t xml:space="preserve">[14:57] </w:t>
      </w:r>
      <w:r>
        <w:t>aap jante hain ke saatveen sadi eesvi ke first quarter mein rasool Allah sal Allah alaihi wasallam ne</w:t>
      </w:r>
    </w:p>
    <w:p>
      <w:pPr>
        <w:jc w:val="right"/>
      </w:pPr>
      <w:r>
        <w:t>آپ جانتے ہیں کہ ساتویں صدی عیسوی کے فرسٹ کوارٹر میں رسول اللہ صلی اللہ علیہ وسلم نے</w:t>
      </w:r>
    </w:p>
    <w:p>
      <w:r>
        <w:rPr>
          <w:b/>
        </w:rPr>
        <w:t xml:space="preserve">[15:03] </w:t>
      </w:r>
      <w:r>
        <w:t>makkah mein apna mission shuru kiya.</w:t>
      </w:r>
    </w:p>
    <w:p>
      <w:pPr>
        <w:jc w:val="right"/>
      </w:pPr>
      <w:r>
        <w:t>مکہ میں اپنا مشن شروع کیا۔</w:t>
      </w:r>
    </w:p>
    <w:p>
      <w:r>
        <w:rPr>
          <w:b/>
        </w:rPr>
        <w:t xml:space="preserve">[15:10] </w:t>
      </w:r>
      <w:r>
        <w:t>kaaba banaya tha hazrat ibrahim ne, us ko markaz tauheed ke taur par.</w:t>
      </w:r>
    </w:p>
    <w:p>
      <w:pPr>
        <w:jc w:val="right"/>
      </w:pPr>
      <w:r>
        <w:t>کعبہ بنایا تھا حضرت ابراہیم نے، اس کو مرکز توحید کے طور پر۔</w:t>
      </w:r>
    </w:p>
    <w:p>
      <w:r>
        <w:rPr>
          <w:b/>
        </w:rPr>
        <w:t xml:space="preserve">[15:16] </w:t>
      </w:r>
      <w:r>
        <w:t>woh Allah ki ibadat ke liye tha, woh jo makkah mein banaya tha unhon ne.</w:t>
      </w:r>
    </w:p>
    <w:p>
      <w:pPr>
        <w:jc w:val="right"/>
      </w:pPr>
      <w:r>
        <w:t>وہ اللہ کی عبادت کے لیے تھا، وہ جو مکہ میں بنایا تھا انہوں نے۔</w:t>
      </w:r>
    </w:p>
    <w:p>
      <w:r>
        <w:rPr>
          <w:b/>
        </w:rPr>
        <w:t xml:space="preserve">[15:22] </w:t>
      </w:r>
      <w:r>
        <w:t>lekin baad ko, baad ko logon ne is mein but rakhna shuru kar diye.</w:t>
      </w:r>
    </w:p>
    <w:p>
      <w:pPr>
        <w:jc w:val="right"/>
      </w:pPr>
      <w:r>
        <w:t>لیکن بعد کو، بعد کو لوگوں نے اس میں بت رکھنا شروع کر دیے۔</w:t>
      </w:r>
    </w:p>
    <w:p>
      <w:r>
        <w:rPr>
          <w:b/>
        </w:rPr>
        <w:t xml:space="preserve">[15:29] </w:t>
      </w:r>
      <w:r>
        <w:t>yahan tak ke rasool Allah jab paida hue to kaaba ek butkhana bana hua tha.</w:t>
      </w:r>
    </w:p>
    <w:p>
      <w:pPr>
        <w:jc w:val="right"/>
      </w:pPr>
      <w:r>
        <w:t>یہاں تک کہ رسول اللہ جب پیدا ہوئے تو کعبہ ایک بت خانہ بنا ہوا تھا۔</w:t>
      </w:r>
    </w:p>
    <w:p>
      <w:r>
        <w:rPr>
          <w:b/>
        </w:rPr>
        <w:t xml:space="preserve">[15:35] </w:t>
      </w:r>
      <w:r>
        <w:t>yaani teen so saath but wahan rakhe hue the.</w:t>
      </w:r>
    </w:p>
    <w:p>
      <w:pPr>
        <w:jc w:val="right"/>
      </w:pPr>
      <w:r>
        <w:t>یعنی تین سو ساٹھ بت وہاں رکھے ہوئے تھے۔</w:t>
      </w:r>
    </w:p>
    <w:p>
      <w:r>
        <w:rPr>
          <w:b/>
        </w:rPr>
        <w:t xml:space="preserve">[15:41] </w:t>
      </w:r>
      <w:r>
        <w:t>to kaaba jo ke bait Allah tha, markaz tauheed tha, us ko logon ne bana diya tha butkhana.</w:t>
      </w:r>
    </w:p>
    <w:p>
      <w:pPr>
        <w:jc w:val="right"/>
      </w:pPr>
      <w:r>
        <w:t>تو کعبہ جو کہ بیت اللہ تھا، مرکز توحید تھا، اس کو لوگوں نے بنا دیا تھا بت خانہ۔</w:t>
      </w:r>
    </w:p>
    <w:p>
      <w:r>
        <w:rPr>
          <w:b/>
        </w:rPr>
        <w:t xml:space="preserve">[15:48] </w:t>
      </w:r>
      <w:r>
        <w:t>to bazahir rasool Allah ko react karna chahiye tha.</w:t>
      </w:r>
    </w:p>
    <w:p>
      <w:pPr>
        <w:jc w:val="right"/>
      </w:pPr>
      <w:r>
        <w:t>تو بظاہر رسول اللہ کو ری ایکٹ کرنا چاہیے تھا۔</w:t>
      </w:r>
    </w:p>
    <w:p>
      <w:r>
        <w:rPr>
          <w:b/>
        </w:rPr>
        <w:t xml:space="preserve">[15:54] </w:t>
      </w:r>
      <w:r>
        <w:t>yeh kya badtameezi hai? tum ne ibrahim ke tauheed ke markaz ko buton ka markaz bana diya.</w:t>
      </w:r>
    </w:p>
    <w:p>
      <w:pPr>
        <w:jc w:val="right"/>
      </w:pPr>
      <w:r>
        <w:t>یہ کیا بدتمیزی ہے؟ تم نے ابراہیم کے توحید کے مرکز کو بتوں کا مرکز بنا دیا۔</w:t>
      </w:r>
    </w:p>
    <w:p>
      <w:r>
        <w:rPr>
          <w:b/>
        </w:rPr>
        <w:t xml:space="preserve">[16:00] </w:t>
      </w:r>
      <w:r>
        <w:t>isi ke khilaf ladte, isi ke khilaf bolte, isi ke khilaf jhanda uthate.</w:t>
      </w:r>
    </w:p>
    <w:p>
      <w:pPr>
        <w:jc w:val="right"/>
      </w:pPr>
      <w:r>
        <w:t>اسی کے خلاف لڑتے، اسی کے خلاف بولتے، اسی کے خلاف جھنڈا اٹھاتے۔</w:t>
      </w:r>
    </w:p>
    <w:p>
      <w:r>
        <w:rPr>
          <w:b/>
        </w:rPr>
        <w:t xml:space="preserve">[16:06] </w:t>
      </w:r>
      <w:r>
        <w:t>lekin aap padh lijie rasool Allah ki tareekh, mukammal taur par unhon ne is ko ignore kiya.</w:t>
      </w:r>
    </w:p>
    <w:p>
      <w:pPr>
        <w:jc w:val="right"/>
      </w:pPr>
      <w:r>
        <w:t>لیکن آپ پڑھ لیجیے رسول اللہ کی تاریخ، مکمل طور پر انہوں نے اس کو اگنور کیا۔</w:t>
      </w:r>
    </w:p>
    <w:p>
      <w:r>
        <w:rPr>
          <w:b/>
        </w:rPr>
        <w:t xml:space="preserve">[16:13] </w:t>
      </w:r>
      <w:r>
        <w:t>mukammal taur par ignore kiya.</w:t>
      </w:r>
    </w:p>
    <w:p>
      <w:pPr>
        <w:jc w:val="right"/>
      </w:pPr>
      <w:r>
        <w:t>مکمل طور پر اگنور کیا۔</w:t>
      </w:r>
    </w:p>
    <w:p>
      <w:r>
        <w:rPr>
          <w:b/>
        </w:rPr>
        <w:t xml:space="preserve">[16:19] </w:t>
      </w:r>
      <w:r>
        <w:t>aur sirf apne aap ko jari rakha kis mein? dawat ke kaam mein.</w:t>
      </w:r>
    </w:p>
    <w:p>
      <w:pPr>
        <w:jc w:val="right"/>
      </w:pPr>
      <w:r>
        <w:t>اور صرف اپنے آپ کو جاری رکھا کس میں؟ دعوت کے کام میں۔</w:t>
      </w:r>
    </w:p>
    <w:p>
      <w:r>
        <w:rPr>
          <w:b/>
        </w:rPr>
        <w:t xml:space="preserve">[16:25] </w:t>
      </w:r>
      <w:r>
        <w:t>qulu ayyuhal nas la ilaha illallahu tuflihu bas us ko main kehta hoon delinking policy.</w:t>
      </w:r>
    </w:p>
    <w:p>
      <w:pPr>
        <w:jc w:val="right"/>
      </w:pPr>
      <w:r>
        <w:t>قُلُوا أَيُّهَا الْنَّاسُ لَا إِلَٰهَ إِلَّا تُّفْلُغُوا بس اس کو میں کہتا ہوں ڈی لنکنگ پالیسی۔</w:t>
      </w:r>
    </w:p>
    <w:p>
      <w:r>
        <w:rPr>
          <w:b/>
        </w:rPr>
        <w:t xml:space="preserve">[16:32] </w:t>
      </w:r>
      <w:r>
        <w:t>yaani kaaba ke problem ko delink kiya unhon ne tauheed ke mission se.</w:t>
      </w:r>
    </w:p>
    <w:p>
      <w:pPr>
        <w:jc w:val="right"/>
      </w:pPr>
      <w:r>
        <w:t>یعنی کعبہ کے پرابلم کو ڈی لنک کیا انہوں نے توحید کے مشن سے۔</w:t>
      </w:r>
    </w:p>
    <w:p>
      <w:r>
        <w:rPr>
          <w:b/>
        </w:rPr>
        <w:t xml:space="preserve">[16:38] </w:t>
      </w:r>
      <w:r>
        <w:t>agar aap delink na karte to aap ulajh jaate bas kaaba ke masle mein aur ladai jhagda,</w:t>
      </w:r>
    </w:p>
    <w:p>
      <w:pPr>
        <w:jc w:val="right"/>
      </w:pPr>
      <w:r>
        <w:t>اگر آپ ڈی لنک نہ کرتے تو آپ الجھ جاتے بس کعبہ کے مسئلے میں اور لڑائی جھگڑا،</w:t>
      </w:r>
    </w:p>
    <w:p>
      <w:r>
        <w:rPr>
          <w:b/>
        </w:rPr>
        <w:t xml:space="preserve">[16:44] </w:t>
      </w:r>
      <w:r>
        <w:t>nafrat yahi sab hoti.</w:t>
      </w:r>
    </w:p>
    <w:p>
      <w:pPr>
        <w:jc w:val="right"/>
      </w:pPr>
      <w:r>
        <w:t>نفرت یہی سب ہوتی۔</w:t>
      </w:r>
    </w:p>
    <w:p>
      <w:r>
        <w:rPr>
          <w:b/>
        </w:rPr>
        <w:t xml:space="preserve">[16:51] </w:t>
      </w:r>
      <w:r>
        <w:t>aur aap ka jo mission jo hai woh jeopardized ho jata.</w:t>
      </w:r>
    </w:p>
    <w:p>
      <w:pPr>
        <w:jc w:val="right"/>
      </w:pPr>
      <w:r>
        <w:t>اور آپ کا جو مشن جو ہے وہ جیپٹائز ہو جاتا۔</w:t>
      </w:r>
    </w:p>
    <w:p>
      <w:r>
        <w:rPr>
          <w:b/>
        </w:rPr>
        <w:t xml:space="preserve">[16:57] </w:t>
      </w:r>
      <w:r>
        <w:t>yeh bohat bari Allah Rasool Allah Salallaho Alaihi Wasallam ne bohat bari misaal qaim ki thi, uswa</w:t>
      </w:r>
    </w:p>
    <w:p>
      <w:pPr>
        <w:jc w:val="right"/>
      </w:pPr>
      <w:r>
        <w:t>یہ بہت بڑی اللہ رسول اللہ صلی اللہ علیہ وسلم نے بہت بڑی مثال قائم کی تھی، اسوہ</w:t>
      </w:r>
    </w:p>
    <w:p>
      <w:r>
        <w:rPr>
          <w:b/>
        </w:rPr>
        <w:t xml:space="preserve">[17:03] </w:t>
      </w:r>
      <w:r>
        <w:t>qaim kiya tha.</w:t>
      </w:r>
    </w:p>
    <w:p>
      <w:pPr>
        <w:jc w:val="right"/>
      </w:pPr>
      <w:r>
        <w:t>قائم کیا تھا۔</w:t>
      </w:r>
    </w:p>
    <w:p>
      <w:r>
        <w:rPr>
          <w:b/>
        </w:rPr>
        <w:t xml:space="preserve">[17:09] </w:t>
      </w:r>
      <w:r>
        <w:t>ke jab bhi aisi soorat-e-haal paida ho to tum de-linking policy ikhtiyar karo.</w:t>
      </w:r>
    </w:p>
    <w:p>
      <w:pPr>
        <w:jc w:val="right"/>
      </w:pPr>
      <w:r>
        <w:t>کہ جب بھی ایسی صورتحال پیدا ہو تو تم ڈی لنکنگ پالیسی اختیار کرو۔</w:t>
      </w:r>
    </w:p>
    <w:p>
      <w:r>
        <w:rPr>
          <w:b/>
        </w:rPr>
        <w:t xml:space="preserve">[17:16] </w:t>
      </w:r>
      <w:r>
        <w:t>Lekin maujooda zamane ke rehnuma aur ulama saare ke saare is sunnat ko follow karne mein nakaam ho gaye.</w:t>
      </w:r>
    </w:p>
    <w:p>
      <w:pPr>
        <w:jc w:val="right"/>
      </w:pPr>
      <w:r>
        <w:t>لیکن موجودہ زمانے کے رہنما اور علماء سارے کے سارے اس سنت کو فالو کرنے میں ناکام ہو گئے۔</w:t>
      </w:r>
    </w:p>
    <w:p>
      <w:r>
        <w:rPr>
          <w:b/>
        </w:rPr>
        <w:t xml:space="preserve">[17:22] </w:t>
      </w:r>
      <w:r>
        <w:t>Woh de-linking policy ikhtiyar na kar sake.</w:t>
      </w:r>
    </w:p>
    <w:p>
      <w:pPr>
        <w:jc w:val="right"/>
      </w:pPr>
      <w:r>
        <w:t>وہ ڈی لنکنگ پالیسی اختیار نہ کر سکے۔</w:t>
      </w:r>
    </w:p>
    <w:p>
      <w:r>
        <w:rPr>
          <w:b/>
        </w:rPr>
        <w:t xml:space="preserve">[17:28] </w:t>
      </w:r>
      <w:r>
        <w:t>Woh bas saari un ki saari, yani un ka saari tawajjuh bas yeh thi ke West Islam ka</w:t>
      </w:r>
    </w:p>
    <w:p>
      <w:pPr>
        <w:jc w:val="right"/>
      </w:pPr>
      <w:r>
        <w:t>وہ بس ساری ان کی ساری، یعنی ان کا ساری توجہ بس یہ تھی کہ ویسٹ اسلام کا</w:t>
      </w:r>
    </w:p>
    <w:p>
      <w:r>
        <w:rPr>
          <w:b/>
        </w:rPr>
        <w:t xml:space="preserve">[17:35] </w:t>
      </w:r>
      <w:r>
        <w:t>dushman hai, America Islam ka dushman hai, colonialism Islam ka dushman tha aur Zionism Islam ka dushman hai,</w:t>
      </w:r>
    </w:p>
    <w:p>
      <w:pPr>
        <w:jc w:val="right"/>
      </w:pPr>
      <w:r>
        <w:t>دشمن ہے، امریکہ اسلام کا دشمن ہے، کلونیلزم اسلام کا دشمن تھا اور زائرنزم اسلام کا دشمن ہے،</w:t>
      </w:r>
    </w:p>
    <w:p>
      <w:r>
        <w:rPr>
          <w:b/>
        </w:rPr>
        <w:t xml:space="preserve">[17:41] </w:t>
      </w:r>
      <w:r>
        <w:t>bas yahi hai.</w:t>
      </w:r>
    </w:p>
    <w:p>
      <w:pPr>
        <w:jc w:val="right"/>
      </w:pPr>
      <w:r>
        <w:t>بس یہی ہے۔</w:t>
      </w:r>
    </w:p>
    <w:p>
      <w:r>
        <w:rPr>
          <w:b/>
        </w:rPr>
        <w:t xml:space="preserve">[17:47] </w:t>
      </w:r>
      <w:r>
        <w:t>Yeh jo problem tha, is problem ko aur opportunity jo paida hui thi science ke zariye se, dono</w:t>
      </w:r>
    </w:p>
    <w:p>
      <w:pPr>
        <w:jc w:val="right"/>
      </w:pPr>
      <w:r>
        <w:t>یہ جو پرابلم تھا، اس پرابلم کو اور اپرچونیٹی جو پیدا ہوئی تھی سائنس کے ذریعے سے، دونوں</w:t>
      </w:r>
    </w:p>
    <w:p>
      <w:r>
        <w:rPr>
          <w:b/>
        </w:rPr>
        <w:t xml:space="preserve">[17:54] </w:t>
      </w:r>
      <w:r>
        <w:t>ko de-link karna chahiye tha.</w:t>
      </w:r>
    </w:p>
    <w:p>
      <w:pPr>
        <w:jc w:val="right"/>
      </w:pPr>
      <w:r>
        <w:t>کو ڈی لنک کرنا چاہیے تھا۔</w:t>
      </w:r>
    </w:p>
    <w:p>
      <w:r>
        <w:rPr>
          <w:b/>
        </w:rPr>
        <w:t xml:space="preserve">[18:00] </w:t>
      </w:r>
      <w:r>
        <w:t>Science ne bohat bara kaam kiya hai.</w:t>
      </w:r>
    </w:p>
    <w:p>
      <w:pPr>
        <w:jc w:val="right"/>
      </w:pPr>
      <w:r>
        <w:t>سائنس نے بہت بڑا کام کیا ہے۔</w:t>
      </w:r>
    </w:p>
    <w:p>
      <w:r>
        <w:rPr>
          <w:b/>
        </w:rPr>
        <w:t xml:space="preserve">[18:06] </w:t>
      </w:r>
      <w:r>
        <w:t>Is par maine bohat si kitabein likhi hain.</w:t>
      </w:r>
    </w:p>
    <w:p>
      <w:pPr>
        <w:jc w:val="right"/>
      </w:pPr>
      <w:r>
        <w:t>اس پر میں نے بہت سی کتابیں لکھی ہیں۔</w:t>
      </w:r>
    </w:p>
    <w:p>
      <w:r>
        <w:rPr>
          <w:b/>
        </w:rPr>
        <w:t xml:space="preserve">[18:12] </w:t>
      </w:r>
      <w:r>
        <w:t>Main chand ek ka ishara karna chahta hoon.</w:t>
      </w:r>
    </w:p>
    <w:p>
      <w:pPr>
        <w:jc w:val="right"/>
      </w:pPr>
      <w:r>
        <w:t>میں چند ایک کا اشارہ کرنا چاہتا ہوں۔</w:t>
      </w:r>
    </w:p>
    <w:p>
      <w:r>
        <w:rPr>
          <w:b/>
        </w:rPr>
        <w:t xml:space="preserve">[18:19] </w:t>
      </w:r>
      <w:r>
        <w:t>Science kya hai? Woh science of God ka mutala hai.</w:t>
      </w:r>
    </w:p>
    <w:p>
      <w:pPr>
        <w:jc w:val="right"/>
      </w:pPr>
      <w:r>
        <w:t>سائنس کیا ہے؟ وہ سائنس آف گاڈ کا مطالعہ ہے۔</w:t>
      </w:r>
    </w:p>
    <w:p>
      <w:r>
        <w:rPr>
          <w:b/>
        </w:rPr>
        <w:t xml:space="preserve">[18:25] </w:t>
      </w:r>
      <w:r>
        <w:t>Science koi alag cheez nahi hai.</w:t>
      </w:r>
    </w:p>
    <w:p>
      <w:pPr>
        <w:jc w:val="right"/>
      </w:pPr>
      <w:r>
        <w:t>سائنس کوئی الگ چیز نہیں ہے۔</w:t>
      </w:r>
    </w:p>
    <w:p>
      <w:r>
        <w:rPr>
          <w:b/>
        </w:rPr>
        <w:t xml:space="preserve">[18:31] </w:t>
      </w:r>
      <w:r>
        <w:t>Allah ne jo nishaniyan rakh di hain nature mein, usi ka study ka naam hai science.</w:t>
      </w:r>
    </w:p>
    <w:p>
      <w:pPr>
        <w:jc w:val="right"/>
      </w:pPr>
      <w:r>
        <w:t>اللہ نے جو نشانیاں رکھ دی ہیں نیچر میں، اسی کا اسٹڈی کا نام ہے سائنس۔</w:t>
      </w:r>
    </w:p>
    <w:p>
      <w:r>
        <w:rPr>
          <w:b/>
        </w:rPr>
        <w:t xml:space="preserve">[18:38] </w:t>
      </w:r>
      <w:r>
        <w:t>Misaal ke taur par dekhiye, qadeem zamane ke tamam jo jo scholar philosophers the, unhone yeh nazariya</w:t>
      </w:r>
    </w:p>
    <w:p>
      <w:pPr>
        <w:jc w:val="right"/>
      </w:pPr>
      <w:r>
        <w:t>مثال کے طور پر دیکھئے، قدیم زمانے کے تمام جو جو سکولر فلاسفرز تھے، انہوں نے یہ نظریہ</w:t>
      </w:r>
    </w:p>
    <w:p>
      <w:r>
        <w:rPr>
          <w:b/>
        </w:rPr>
        <w:t xml:space="preserve">[18:44] </w:t>
      </w:r>
      <w:r>
        <w:t>bana rakha tha ke nature qadeem hai, yeh duniya qadeem hai, yeh maada qadeem hai.</w:t>
      </w:r>
    </w:p>
    <w:p>
      <w:pPr>
        <w:jc w:val="right"/>
      </w:pPr>
      <w:r>
        <w:t>بنا رکھا تھا کہ نیچر قدیم ہے، یہ دنیا قدیم ہے، یہ مادہ قدیم ہے۔</w:t>
      </w:r>
    </w:p>
    <w:p>
      <w:r>
        <w:rPr>
          <w:b/>
        </w:rPr>
        <w:t xml:space="preserve">[18:50] </w:t>
      </w:r>
      <w:r>
        <w:t>Is ka matlab kya tha? Ke humein Khuda ko maanne ki zaroorat nahi hai.</w:t>
      </w:r>
    </w:p>
    <w:p>
      <w:pPr>
        <w:jc w:val="right"/>
      </w:pPr>
      <w:r>
        <w:t>اس کا مطلب کیا تھا؟ کہ ہمیں خدا کو ماننے کی ضرورت نہیں ہے۔</w:t>
      </w:r>
    </w:p>
    <w:p>
      <w:r>
        <w:rPr>
          <w:b/>
        </w:rPr>
        <w:t xml:space="preserve">[18:57] </w:t>
      </w:r>
      <w:r>
        <w:t>Kyunke yeh creation hai, yeh duniya jo hai, yeh khud hi qadeem hai.</w:t>
      </w:r>
    </w:p>
    <w:p>
      <w:pPr>
        <w:jc w:val="right"/>
      </w:pPr>
      <w:r>
        <w:t>کیونکہ یہ کریشن ہے، یہ دنیا جو ہے، یہ خود ہی قدیم ہے۔</w:t>
      </w:r>
    </w:p>
    <w:p>
      <w:r>
        <w:rPr>
          <w:b/>
        </w:rPr>
        <w:t xml:space="preserve">[19:03] </w:t>
      </w:r>
      <w:r>
        <w:t>Hamesha se chali aa rahi hai.</w:t>
      </w:r>
    </w:p>
    <w:p>
      <w:pPr>
        <w:jc w:val="right"/>
      </w:pPr>
      <w:r>
        <w:t>ہمیشہ سے چلی آ رہی ہے۔</w:t>
      </w:r>
    </w:p>
    <w:p>
      <w:r>
        <w:rPr>
          <w:b/>
        </w:rPr>
        <w:t xml:space="preserve">[19:09] </w:t>
      </w:r>
      <w:r>
        <w:t>To eternal waqt Khuda ko hum kyun maanein? Jab khud duniya hi qadeem hai to hum usi ko</w:t>
      </w:r>
    </w:p>
    <w:p>
      <w:pPr>
        <w:jc w:val="right"/>
      </w:pPr>
      <w:r>
        <w:t>تو ایٹرنل وقت خدا کو ہم کیوں مانیں؟ جب خود دنیا ہی قدیم ہے تو ہم اسی کو</w:t>
      </w:r>
    </w:p>
    <w:p>
      <w:r>
        <w:rPr>
          <w:b/>
        </w:rPr>
        <w:t xml:space="preserve">[19:15] </w:t>
      </w:r>
      <w:r>
        <w:t>maanne lete hain, bas kafi hai.</w:t>
      </w:r>
    </w:p>
    <w:p>
      <w:pPr>
        <w:jc w:val="right"/>
      </w:pPr>
      <w:r>
        <w:t>مان لیتے ہیں، بس کافی ہے۔</w:t>
      </w:r>
    </w:p>
    <w:p>
      <w:r>
        <w:rPr>
          <w:b/>
        </w:rPr>
        <w:t xml:space="preserve">[19:22] </w:t>
      </w:r>
      <w:r>
        <w:t>Qadeem ka matlab hai ke hamesha se chali aa rahi hai, hamesha se chalti rahegi.</w:t>
      </w:r>
    </w:p>
    <w:p>
      <w:pPr>
        <w:jc w:val="right"/>
      </w:pPr>
      <w:r>
        <w:t>قدیم کا مطلب ہے کہ ہمیشہ سے چلی آ رہی ہے، ہمیشہ سے چلتی رہے گی۔</w:t>
      </w:r>
    </w:p>
    <w:p>
      <w:r>
        <w:rPr>
          <w:b/>
        </w:rPr>
        <w:t xml:space="preserve">[19:28] </w:t>
      </w:r>
      <w:r>
        <w:t>Lekin aap jante hain ke beeswin sadi ke first quarter mein ek naya nazariya paida hua jis ko</w:t>
      </w:r>
    </w:p>
    <w:p>
      <w:pPr>
        <w:jc w:val="right"/>
      </w:pPr>
      <w:r>
        <w:t>لیکن آپ جانتے ہیں کہ بیسویں صدی کے فرسٹ کوارٹر میں ایک نیا نظریہ پیدا ہوا جس کو</w:t>
      </w:r>
    </w:p>
    <w:p>
      <w:r>
        <w:rPr>
          <w:b/>
        </w:rPr>
        <w:t xml:space="preserve">[19:34] </w:t>
      </w:r>
      <w:r>
        <w:t>kehte hain, jis ko kehte hain big bang.</w:t>
      </w:r>
    </w:p>
    <w:p>
      <w:pPr>
        <w:jc w:val="right"/>
      </w:pPr>
      <w:r>
        <w:t>کہتے ہیں، جس کو کہتے ہیں بگ بینگ۔</w:t>
      </w:r>
    </w:p>
    <w:p>
      <w:r>
        <w:rPr>
          <w:b/>
        </w:rPr>
        <w:t xml:space="preserve">[19:41] </w:t>
      </w:r>
      <w:r>
        <w:t>big bang ek bohat bari theory hai, tamam scientist ka mind is mein laga hai aur bohat bari</w:t>
      </w:r>
    </w:p>
    <w:p>
      <w:pPr>
        <w:jc w:val="right"/>
      </w:pPr>
      <w:r>
        <w:t>بگ بینگ ایک بہت بڑی تھیوری ہے، تمام سائنٹسٹ کا مائنڈ اس میں لگا ہے اور بہت بڑی</w:t>
      </w:r>
    </w:p>
    <w:p>
      <w:r>
        <w:rPr>
          <w:b/>
        </w:rPr>
        <w:t xml:space="preserve">[19:47] </w:t>
      </w:r>
      <w:r>
        <w:t>studies ki gayi hain.</w:t>
      </w:r>
    </w:p>
    <w:p>
      <w:pPr>
        <w:jc w:val="right"/>
      </w:pPr>
      <w:r>
        <w:t>اسٹڈیز کی گئی ہیں۔</w:t>
      </w:r>
    </w:p>
    <w:p>
      <w:r>
        <w:rPr>
          <w:b/>
        </w:rPr>
        <w:t xml:space="preserve">[19:53] </w:t>
      </w:r>
      <w:r>
        <w:t>aakhir kar yeh beesveen sadi ke first quarter mein establish ho gaya ke big bang ek scientific fact hai.</w:t>
      </w:r>
    </w:p>
    <w:p>
      <w:pPr>
        <w:jc w:val="right"/>
      </w:pPr>
      <w:r>
        <w:t>آخر کار یہ بیسویں صدی کے فرسٹ کوارٹر میں اسٹیبلش ہو گیا کہ بگ بینگ ایک سائنٹیفک فیکٹ ہے۔</w:t>
      </w:r>
    </w:p>
    <w:p>
      <w:r>
        <w:rPr>
          <w:b/>
        </w:rPr>
        <w:t xml:space="preserve">[20:00] </w:t>
      </w:r>
      <w:r>
        <w:t>big bang kya hai? big bang ka mutala jo study hai, objective study, woh batati hai ke taqreeban</w:t>
      </w:r>
    </w:p>
    <w:p>
      <w:pPr>
        <w:jc w:val="right"/>
      </w:pPr>
      <w:r>
        <w:t>بگ بینگ کیا ہے؟ بگ بینگ کا مطالعہ جو اسٹڈی ہے، آبجیکٹو اسٹڈی، وہ بتاتی ہے کہ تقریباً</w:t>
      </w:r>
    </w:p>
    <w:p>
      <w:r>
        <w:rPr>
          <w:b/>
        </w:rPr>
        <w:t xml:space="preserve">[20:06] </w:t>
      </w:r>
      <w:r>
        <w:t>teraah billion saal pehle kainat ki shuruat hui.</w:t>
      </w:r>
    </w:p>
    <w:p>
      <w:pPr>
        <w:jc w:val="right"/>
      </w:pPr>
      <w:r>
        <w:t>تیرہ بلین سال پہلے کائنات کی شروعات ہوئی۔</w:t>
      </w:r>
    </w:p>
    <w:p>
      <w:r>
        <w:rPr>
          <w:b/>
        </w:rPr>
        <w:t xml:space="preserve">[20:12] </w:t>
      </w:r>
      <w:r>
        <w:t>yani kainat ki beginning taqreeban teraah billion saal pehle hui.</w:t>
      </w:r>
    </w:p>
    <w:p>
      <w:pPr>
        <w:jc w:val="right"/>
      </w:pPr>
      <w:r>
        <w:t>یعنی کائنات کی بگننگ تقریباً تیرہ بلین سال پہلے ہوئی۔</w:t>
      </w:r>
    </w:p>
    <w:p>
      <w:r>
        <w:rPr>
          <w:b/>
        </w:rPr>
        <w:t xml:space="preserve">[20:18] </w:t>
      </w:r>
      <w:r>
        <w:t>is se pehle kuch nahi tha, qayas tha, space tha.</w:t>
      </w:r>
    </w:p>
    <w:p>
      <w:pPr>
        <w:jc w:val="right"/>
      </w:pPr>
      <w:r>
        <w:t>اس سے پہلے کچھ نہیں تھا، قیاس تھا، اسپیس تھا۔</w:t>
      </w:r>
    </w:p>
    <w:p>
      <w:r>
        <w:rPr>
          <w:b/>
        </w:rPr>
        <w:t xml:space="preserve">[20:25] </w:t>
      </w:r>
      <w:r>
        <w:t>to yeh nazariya khatam ho gaya ke dunya qadeem hai, dunya ke aaghaz hain.</w:t>
      </w:r>
    </w:p>
    <w:p>
      <w:pPr>
        <w:jc w:val="right"/>
      </w:pPr>
      <w:r>
        <w:t>تو یہ نظریہ ختم ہو گیا کہ دنیا قدیم ہے، دنیا کے آغاز ہیں۔</w:t>
      </w:r>
    </w:p>
    <w:p>
      <w:r>
        <w:rPr>
          <w:b/>
        </w:rPr>
        <w:t xml:space="preserve">[20:31] </w:t>
      </w:r>
      <w:r>
        <w:t>aisa nahi ke koi is ki beginning na ho.</w:t>
      </w:r>
    </w:p>
    <w:p>
      <w:pPr>
        <w:jc w:val="right"/>
      </w:pPr>
      <w:r>
        <w:t>ایسا نہیں کہ کوئی اس کی بگننگ نہ ہو۔</w:t>
      </w:r>
    </w:p>
    <w:p>
      <w:r>
        <w:rPr>
          <w:b/>
        </w:rPr>
        <w:t xml:space="preserve">[20:37] </w:t>
      </w:r>
      <w:r>
        <w:t>chali aa rahi hai, chali aa rahi hai, chali aa rahi hai.</w:t>
      </w:r>
    </w:p>
    <w:p>
      <w:pPr>
        <w:jc w:val="right"/>
      </w:pPr>
      <w:r>
        <w:t>چلی آ رہی ہے، چلی آ رہی ہے، چلی آ رہی ہے۔</w:t>
      </w:r>
    </w:p>
    <w:p>
      <w:r>
        <w:rPr>
          <w:b/>
        </w:rPr>
        <w:t xml:space="preserve">[20:44] </w:t>
      </w:r>
      <w:r>
        <w:t>to big bang theory jo hai, is ne sabit kiya ke yeh dunya jo hai, hamari jo world</w:t>
      </w:r>
    </w:p>
    <w:p>
      <w:pPr>
        <w:jc w:val="right"/>
      </w:pPr>
      <w:r>
        <w:t>تو بگ بینگ تھیوری جو ہے، اس نے ثابت کیا کہ یہ دنیا جو ہے، ہماری جو ورلڈ</w:t>
      </w:r>
    </w:p>
    <w:p>
      <w:r>
        <w:rPr>
          <w:b/>
        </w:rPr>
        <w:t xml:space="preserve">[20:50] </w:t>
      </w:r>
      <w:r>
        <w:t>hai, jo kainat hai, jo universe hai, is ki ek beginning hai.</w:t>
      </w:r>
    </w:p>
    <w:p>
      <w:pPr>
        <w:jc w:val="right"/>
      </w:pPr>
      <w:r>
        <w:t>ہے، جو کائنات ہے، جو یونیورس ہے، اس کی ایک بگننگ ہے۔</w:t>
      </w:r>
    </w:p>
    <w:p>
      <w:r>
        <w:rPr>
          <w:b/>
        </w:rPr>
        <w:t xml:space="preserve">[20:56] </w:t>
      </w:r>
      <w:r>
        <w:t>to beginning hone ke matlab ka ek beginner chahiye, ek beginner chahiye.</w:t>
      </w:r>
    </w:p>
    <w:p>
      <w:pPr>
        <w:jc w:val="right"/>
      </w:pPr>
      <w:r>
        <w:t>تو بگننگ ہونے کے معنی کا ایک بگنر چاہیے، ایک بگنر چاہیے۔</w:t>
      </w:r>
    </w:p>
    <w:p>
      <w:r>
        <w:rPr>
          <w:b/>
        </w:rPr>
        <w:t xml:space="preserve">[21:03] </w:t>
      </w:r>
      <w:r>
        <w:t>pehlay jo nazariya tha, is ke tehat kisi beginner ki zaroorat nahi thi, apne aap chali jani hai.</w:t>
      </w:r>
    </w:p>
    <w:p>
      <w:pPr>
        <w:jc w:val="right"/>
      </w:pPr>
      <w:r>
        <w:t>پہلے جو نظریہ تھا، اس کے تحت کسی بگنر کی ضرورت نہیں تھی، اپنے آپ چلی جانی ہے۔</w:t>
      </w:r>
    </w:p>
    <w:p>
      <w:r>
        <w:rPr>
          <w:b/>
        </w:rPr>
        <w:t xml:space="preserve">[21:09] </w:t>
      </w:r>
      <w:r>
        <w:t>ab big bang theory ne sabit kiya ke nahi, ek beginner chahiye.</w:t>
      </w:r>
    </w:p>
    <w:p>
      <w:pPr>
        <w:jc w:val="right"/>
      </w:pPr>
      <w:r>
        <w:t>اب بگ بینگ تھیوری نے ثابت کیا کہ نہیں، ایک بگنر چاہیے۔</w:t>
      </w:r>
    </w:p>
    <w:p>
      <w:r>
        <w:rPr>
          <w:b/>
        </w:rPr>
        <w:t xml:space="preserve">[21:15] </w:t>
      </w:r>
      <w:r>
        <w:t>aur zahir hai ke beginner wohi hai jo Khuda ka aqeedah hai, jis ko hum mante hain Khuda.</w:t>
      </w:r>
    </w:p>
    <w:p>
      <w:pPr>
        <w:jc w:val="right"/>
      </w:pPr>
      <w:r>
        <w:t>اور ظاہر ہے کہ بگنر وہی ہے جو خدا کا عقیدہ ہے، جس کو ہم مانتے ہیں خدا۔</w:t>
      </w:r>
    </w:p>
    <w:p>
      <w:r>
        <w:rPr>
          <w:b/>
        </w:rPr>
        <w:t xml:space="preserve">[21:21] </w:t>
      </w:r>
      <w:r>
        <w:t>to is tarah se Allah ke wajood ko science ne in directive mein sabit kar diya.</w:t>
      </w:r>
    </w:p>
    <w:p>
      <w:pPr>
        <w:jc w:val="right"/>
      </w:pPr>
      <w:r>
        <w:t>تو اس طرح سے اللہ کے وجود کو سائنس نے ان ڈائریکٹو میں ثابت کر دیا۔</w:t>
      </w:r>
    </w:p>
    <w:p>
      <w:r>
        <w:rPr>
          <w:b/>
        </w:rPr>
        <w:t xml:space="preserve">[21:28] </w:t>
      </w:r>
      <w:r>
        <w:t>yeh kitni bari baat thi, is ko chahiye tha ke musalman is ko istemal karein.</w:t>
      </w:r>
    </w:p>
    <w:p>
      <w:pPr>
        <w:jc w:val="right"/>
      </w:pPr>
      <w:r>
        <w:t>یہ کتنی بڑی بات تھی، اس کو چاہیے تھا کہ مسلمان اس کو استعمال کریں۔</w:t>
      </w:r>
    </w:p>
    <w:p>
      <w:r>
        <w:rPr>
          <w:b/>
        </w:rPr>
        <w:t xml:space="preserve">[21:34] </w:t>
      </w:r>
      <w:r>
        <w:t>shayad dunya mein is ko phailayein.</w:t>
      </w:r>
    </w:p>
    <w:p>
      <w:pPr>
        <w:jc w:val="right"/>
      </w:pPr>
      <w:r>
        <w:t>شاید دنیا میں اس کو پھیلائیں۔</w:t>
      </w:r>
    </w:p>
    <w:p>
      <w:r>
        <w:rPr>
          <w:b/>
        </w:rPr>
        <w:t xml:space="preserve">[21:40] </w:t>
      </w:r>
      <w:r>
        <w:t>Allah ko sabit shuda banayein.</w:t>
      </w:r>
    </w:p>
    <w:p>
      <w:pPr>
        <w:jc w:val="right"/>
      </w:pPr>
      <w:r>
        <w:t>اللہ کو ثابت شدہ بنائیں۔</w:t>
      </w:r>
    </w:p>
    <w:p>
      <w:r>
        <w:rPr>
          <w:b/>
        </w:rPr>
        <w:t xml:space="preserve">[21:47] </w:t>
      </w:r>
      <w:r>
        <w:t>lekin bas phanse rahe woh dushmani ke khud sakhtah aqeedah mein aur larai, maghrib se larai, Israel se</w:t>
      </w:r>
    </w:p>
    <w:p>
      <w:pPr>
        <w:jc w:val="right"/>
      </w:pPr>
      <w:r>
        <w:t>لیکن بس پھنسے رہے وہ دشمنی کے خود ساختہ عقیدے میں اور لڑائی، مغرب سے لڑائی، اسرائیل سے</w:t>
      </w:r>
    </w:p>
    <w:p>
      <w:r>
        <w:rPr>
          <w:b/>
        </w:rPr>
        <w:t xml:space="preserve">[21:53] </w:t>
      </w:r>
      <w:r>
        <w:t>larai, isi mein phanse rahe.</w:t>
      </w:r>
    </w:p>
    <w:p>
      <w:pPr>
        <w:jc w:val="right"/>
      </w:pPr>
      <w:r>
        <w:t>لڑائی، اسی میں پھنسے رہے۔</w:t>
      </w:r>
    </w:p>
    <w:p>
      <w:r>
        <w:rPr>
          <w:b/>
        </w:rPr>
        <w:t xml:space="preserve">[21:59] </w:t>
      </w:r>
      <w:r>
        <w:t>yani delinking nahi kar sake.</w:t>
      </w:r>
    </w:p>
    <w:p>
      <w:pPr>
        <w:jc w:val="right"/>
      </w:pPr>
      <w:r>
        <w:t>یعنی ڈی لنکنگ نہیں کر سکے۔</w:t>
      </w:r>
    </w:p>
    <w:p>
      <w:r>
        <w:rPr>
          <w:b/>
        </w:rPr>
        <w:t xml:space="preserve">[22:06] </w:t>
      </w:r>
      <w:r>
        <w:t>delinking policy ikhtiyar na kar sake.</w:t>
      </w:r>
    </w:p>
    <w:p>
      <w:pPr>
        <w:jc w:val="right"/>
      </w:pPr>
      <w:r>
        <w:t>ڈی لنکنگ پالیسی اختیار نہ کر سکے۔</w:t>
      </w:r>
    </w:p>
    <w:p>
      <w:r>
        <w:rPr>
          <w:b/>
        </w:rPr>
        <w:t xml:space="preserve">[22:12] </w:t>
      </w:r>
      <w:r>
        <w:t>aise hi dekhiye, ek bahut bada yeh fareb fikr tha logon ka ke hum ko hum wahi cheez</w:t>
      </w:r>
    </w:p>
    <w:p>
      <w:pPr>
        <w:jc w:val="right"/>
      </w:pPr>
      <w:r>
        <w:t>ایسے ہی دیکھئے، ایک بہت بڑا یہ فریب فکر تھا لوگوں کا کہ ہم کو ہم وہی چیز</w:t>
      </w:r>
    </w:p>
    <w:p>
      <w:r>
        <w:rPr>
          <w:b/>
        </w:rPr>
        <w:t xml:space="preserve">[22:18] </w:t>
      </w:r>
      <w:r>
        <w:t>manenge jo dikhai de.</w:t>
      </w:r>
    </w:p>
    <w:p>
      <w:pPr>
        <w:jc w:val="right"/>
      </w:pPr>
      <w:r>
        <w:t>مانیں گے جو دکھائی دے۔</w:t>
      </w:r>
    </w:p>
    <w:p>
      <w:r>
        <w:rPr>
          <w:b/>
        </w:rPr>
        <w:t xml:space="preserve">[22:24] </w:t>
      </w:r>
      <w:r>
        <w:t>to Khuda dikhai deta nahin.</w:t>
      </w:r>
    </w:p>
    <w:p>
      <w:pPr>
        <w:jc w:val="right"/>
      </w:pPr>
      <w:r>
        <w:t>تو خدا دکھائی دیتا نہیں۔</w:t>
      </w:r>
    </w:p>
    <w:p>
      <w:r>
        <w:rPr>
          <w:b/>
        </w:rPr>
        <w:t xml:space="preserve">[22:31] </w:t>
      </w:r>
      <w:r>
        <w:t>jo dikhai de, wahi khali haqeeqat hai.</w:t>
      </w:r>
    </w:p>
    <w:p>
      <w:pPr>
        <w:jc w:val="right"/>
      </w:pPr>
      <w:r>
        <w:t>جو دکھائی دے، وہی خالی حقیقت ہے۔</w:t>
      </w:r>
    </w:p>
    <w:p>
      <w:r>
        <w:rPr>
          <w:b/>
        </w:rPr>
        <w:t xml:space="preserve">[22:37] </w:t>
      </w:r>
      <w:r>
        <w:t>jo na dikhai de, woh kuch bhi nahin, nothing hai.</w:t>
      </w:r>
    </w:p>
    <w:p>
      <w:pPr>
        <w:jc w:val="right"/>
      </w:pPr>
      <w:r>
        <w:t>جو نہ دکھائی دے، وہ کچھ بھی نہیں، نتھنگ ہے۔</w:t>
      </w:r>
    </w:p>
    <w:p>
      <w:r>
        <w:rPr>
          <w:b/>
        </w:rPr>
        <w:t xml:space="preserve">[22:43] </w:t>
      </w:r>
      <w:r>
        <w:t>to is par bahut scientific discoveries hui hain, bahut study ki gayi hain.</w:t>
      </w:r>
    </w:p>
    <w:p>
      <w:pPr>
        <w:jc w:val="right"/>
      </w:pPr>
      <w:r>
        <w:t>تو اس پر بہت سائنٹیفک ڈسکوریز ہوئی ہیں، بہت اسٹڈی کی گئی ہیں۔</w:t>
      </w:r>
    </w:p>
    <w:p>
      <w:r>
        <w:rPr>
          <w:b/>
        </w:rPr>
        <w:t xml:space="preserve">[22:50] </w:t>
      </w:r>
      <w:r>
        <w:t>aakhir kar jo latest theory hai, jo latest theory hai, woh kya hai? woh hai quantum physics ya quantum theory.</w:t>
      </w:r>
    </w:p>
    <w:p>
      <w:pPr>
        <w:jc w:val="right"/>
      </w:pPr>
      <w:r>
        <w:t>آخر کار جو لیٹسٹ تھیوری ہے، جو لیٹسٹ تھیوری ہے، وہ کیا ہے؟ وہ ہے کوانٹم فزکس یا کوانٹم تھیوری۔</w:t>
      </w:r>
    </w:p>
    <w:p>
      <w:r>
        <w:rPr>
          <w:b/>
        </w:rPr>
        <w:t xml:space="preserve">[22:56] </w:t>
      </w:r>
      <w:r>
        <w:t>yeh ab establish ho chuka hai.</w:t>
      </w:r>
    </w:p>
    <w:p>
      <w:pPr>
        <w:jc w:val="right"/>
      </w:pPr>
      <w:r>
        <w:t>یہ اب اسٹیبلش ہو چکا ہے۔</w:t>
      </w:r>
    </w:p>
    <w:p>
      <w:r>
        <w:rPr>
          <w:b/>
        </w:rPr>
        <w:t xml:space="preserve">[23:02] </w:t>
      </w:r>
      <w:r>
        <w:t>quantum physics ab ek establish fact ban chuka hai.</w:t>
      </w:r>
    </w:p>
    <w:p>
      <w:pPr>
        <w:jc w:val="right"/>
      </w:pPr>
      <w:r>
        <w:t>کوانٹم فزکس اب ایک اسٹیبلش فیکٹ بن چکا ہے۔</w:t>
      </w:r>
    </w:p>
    <w:p>
      <w:r>
        <w:rPr>
          <w:b/>
        </w:rPr>
        <w:t xml:space="preserve">[23:09] </w:t>
      </w:r>
      <w:r>
        <w:t>quantum theory se yeh sabit hua hai ke Khuda nahin, sab kuch unseen hai.</w:t>
      </w:r>
    </w:p>
    <w:p>
      <w:pPr>
        <w:jc w:val="right"/>
      </w:pPr>
      <w:r>
        <w:t>کوانٹم تھیوری سے یہ ثابت ہوا ہے کہ خدا نہیں، سب کچھ ان سین ہے۔</w:t>
      </w:r>
    </w:p>
    <w:p>
      <w:r>
        <w:rPr>
          <w:b/>
        </w:rPr>
        <w:t xml:space="preserve">[23:15] </w:t>
      </w:r>
      <w:r>
        <w:t>sab kuch unseen hai.</w:t>
      </w:r>
    </w:p>
    <w:p>
      <w:pPr>
        <w:jc w:val="right"/>
      </w:pPr>
      <w:r>
        <w:t>سب کچھ ان سین ہے۔</w:t>
      </w:r>
    </w:p>
    <w:p>
      <w:r>
        <w:rPr>
          <w:b/>
        </w:rPr>
        <w:t xml:space="preserve">[23:21] </w:t>
      </w:r>
      <w:r>
        <w:t>jo kuch hum samajhte the ke hum dekhte hain, woh bhi unseen hai.</w:t>
      </w:r>
    </w:p>
    <w:p>
      <w:pPr>
        <w:jc w:val="right"/>
      </w:pPr>
      <w:r>
        <w:t>جو کچھ ہم سمجھتے تھے کہ ہم دیکھتے ہیں، وہ بھی ان سین ہے۔</w:t>
      </w:r>
    </w:p>
    <w:p>
      <w:r>
        <w:rPr>
          <w:b/>
        </w:rPr>
        <w:t xml:space="preserve">[23:27] </w:t>
      </w:r>
      <w:r>
        <w:t>quantum theory batati hai ke sari duniya, sari duniya atom se bani hai.</w:t>
      </w:r>
    </w:p>
    <w:p>
      <w:pPr>
        <w:jc w:val="right"/>
      </w:pPr>
      <w:r>
        <w:t>کوانٹم تھیوری بتاتی ہے کہ ساری دنیا، ساری دنیا ایٹم سے بنی ہے۔</w:t>
      </w:r>
    </w:p>
    <w:p>
      <w:r>
        <w:rPr>
          <w:b/>
        </w:rPr>
        <w:t xml:space="preserve">[23:34] </w:t>
      </w:r>
      <w:r>
        <w:t>atom ka jab tajziya kiya jata hai to aakhri jo hai, atom ka aakhri particle, woh unseen</w:t>
      </w:r>
    </w:p>
    <w:p>
      <w:pPr>
        <w:jc w:val="right"/>
      </w:pPr>
      <w:r>
        <w:t>ایٹم کا جب تجزیہ کیا جاتا ہے تو آخری جو ہے، ایٹم کا آخری پارٹیکل، وہ ان سین</w:t>
      </w:r>
    </w:p>
    <w:p>
      <w:r>
        <w:rPr>
          <w:b/>
        </w:rPr>
        <w:t xml:space="preserve">[23:40] </w:t>
      </w:r>
      <w:r>
        <w:t>ho jata hai.</w:t>
      </w:r>
    </w:p>
    <w:p>
      <w:pPr>
        <w:jc w:val="right"/>
      </w:pPr>
      <w:r>
        <w:t>ہو جاتا ہے۔</w:t>
      </w:r>
    </w:p>
    <w:p>
      <w:r>
        <w:rPr>
          <w:b/>
        </w:rPr>
        <w:t xml:space="preserve">[23:46] </w:t>
      </w:r>
      <w:r>
        <w:t>jisko kehte hain.</w:t>
      </w:r>
    </w:p>
    <w:p>
      <w:pPr>
        <w:jc w:val="right"/>
      </w:pPr>
      <w:r>
        <w:t>جس کو کہتے ہیں۔</w:t>
      </w:r>
    </w:p>
    <w:p>
      <w:r>
        <w:rPr>
          <w:b/>
        </w:rPr>
        <w:t xml:space="preserve">[23:53] </w:t>
      </w:r>
      <w:r>
        <w:t>sub atomic particle par ja kar ke khatam hota hai.</w:t>
      </w:r>
    </w:p>
    <w:p>
      <w:pPr>
        <w:jc w:val="right"/>
      </w:pPr>
      <w:r>
        <w:t>سب ایٹامک پارٹیکل پر جا کر کے ختم ہوتا ہے۔</w:t>
      </w:r>
    </w:p>
    <w:p>
      <w:r>
        <w:rPr>
          <w:b/>
        </w:rPr>
        <w:t xml:space="preserve">[23:59] </w:t>
      </w:r>
      <w:r>
        <w:t>yani aakhri jo hai, woh sub atomic particle hai.</w:t>
      </w:r>
    </w:p>
    <w:p>
      <w:pPr>
        <w:jc w:val="right"/>
      </w:pPr>
      <w:r>
        <w:t>یعنی آخری جو ہے، وہ سب ایٹامک پارٹیکل ہے۔</w:t>
      </w:r>
    </w:p>
    <w:p>
      <w:r>
        <w:rPr>
          <w:b/>
        </w:rPr>
        <w:t xml:space="preserve">[24:05] </w:t>
      </w:r>
      <w:r>
        <w:t>aur sub atomic particle dikhai nahin deta.</w:t>
      </w:r>
    </w:p>
    <w:p>
      <w:pPr>
        <w:jc w:val="right"/>
      </w:pPr>
      <w:r>
        <w:t>اور سب ایٹامک پارٹیکل دکھائی نہیں دیتا۔</w:t>
      </w:r>
    </w:p>
    <w:p>
      <w:r>
        <w:rPr>
          <w:b/>
        </w:rPr>
        <w:t xml:space="preserve">[24:12] </w:t>
      </w:r>
      <w:r>
        <w:t>na dikhai deta hai, na kabhi dikhai dega woh.</w:t>
      </w:r>
    </w:p>
    <w:p>
      <w:pPr>
        <w:jc w:val="right"/>
      </w:pPr>
      <w:r>
        <w:t>نہ دکھائی دیتا ہے، نہ کبھی دکھائی دے گا وہ۔</w:t>
      </w:r>
    </w:p>
    <w:p>
      <w:r>
        <w:rPr>
          <w:b/>
        </w:rPr>
        <w:t xml:space="preserve">[24:18] </w:t>
      </w:r>
      <w:r>
        <w:t>is yeh jo hua science mein, iske baad ek bahut badi tabdeeli aayi hai fikr mein.</w:t>
      </w:r>
    </w:p>
    <w:p>
      <w:pPr>
        <w:jc w:val="right"/>
      </w:pPr>
      <w:r>
        <w:t>اس یہ جو ہوا سائنس میں، اس کے بعد ایک بہت بڑی تبدیلی آئی ہے فکر میں۔</w:t>
      </w:r>
    </w:p>
    <w:p>
      <w:r>
        <w:rPr>
          <w:b/>
        </w:rPr>
        <w:t xml:space="preserve">[24:24] </w:t>
      </w:r>
      <w:r>
        <w:t>bahut badi tabdeeli.</w:t>
      </w:r>
    </w:p>
    <w:p>
      <w:pPr>
        <w:jc w:val="right"/>
      </w:pPr>
      <w:r>
        <w:t>بہت بڑی تبدیلی۔</w:t>
      </w:r>
    </w:p>
    <w:p>
      <w:r>
        <w:rPr>
          <w:b/>
        </w:rPr>
        <w:t xml:space="preserve">[24:30] </w:t>
      </w:r>
      <w:r>
        <w:t>یعنی most modern جو کانسیپٹ ہے سائنس کا، وہ یہ ہے کہ ہم صرف probability تک پہنچ سکتے ہیں۔ Probability۔</w:t>
      </w:r>
    </w:p>
    <w:p>
      <w:pPr>
        <w:jc w:val="right"/>
      </w:pPr>
      <w:r>
        <w:t>یعنی موسٹ ماڈرن جو کانسیپٹ ہے سائنس کا، وہ یہ ہے کہ ہم صرف پراببیلیٹی تک پہنچ سکتے ہیں۔ پراببیلیٹی۔</w:t>
      </w:r>
    </w:p>
    <w:p>
      <w:r>
        <w:rPr>
          <w:b/>
        </w:rPr>
        <w:t xml:space="preserve">[24:37] </w:t>
      </w:r>
      <w:r>
        <w:t>is se aage nahin ja sakte hum.</w:t>
      </w:r>
    </w:p>
    <w:p>
      <w:pPr>
        <w:jc w:val="right"/>
      </w:pPr>
      <w:r>
        <w:t>اس سے آگے نہیں جا سکتے ہم۔</w:t>
      </w:r>
    </w:p>
    <w:p>
      <w:r>
        <w:rPr>
          <w:b/>
        </w:rPr>
        <w:t xml:space="preserve">[24:43] </w:t>
      </w:r>
      <w:r>
        <w:t>seen aur unseen ka mamla khatam ho gaya.</w:t>
      </w:r>
    </w:p>
    <w:p>
      <w:pPr>
        <w:jc w:val="right"/>
      </w:pPr>
      <w:r>
        <w:t>سین اور ان سین کا معاملہ ختم ہو گیا۔</w:t>
      </w:r>
    </w:p>
    <w:p>
      <w:r>
        <w:rPr>
          <w:b/>
        </w:rPr>
        <w:t xml:space="preserve">[24:49] </w:t>
      </w:r>
      <w:r>
        <w:t>agar probability prove ho jaye to yeh prove ho gayi.</w:t>
      </w:r>
    </w:p>
    <w:p>
      <w:pPr>
        <w:jc w:val="right"/>
      </w:pPr>
      <w:r>
        <w:t>اگر پراببیلیٹی پروف ہو جائے تو یہ پروف ہو گئی۔</w:t>
      </w:r>
    </w:p>
    <w:p>
      <w:r>
        <w:rPr>
          <w:b/>
        </w:rPr>
        <w:t xml:space="preserve">[24:56] </w:t>
      </w:r>
      <w:r>
        <w:t>yeh kaha jata hai ke probability is less than certainty and more than perhaps.</w:t>
      </w:r>
    </w:p>
    <w:p>
      <w:pPr>
        <w:jc w:val="right"/>
      </w:pPr>
      <w:r>
        <w:t>یہ کہا جاتا ہے کہ probability is less than certainty and more than perhaps.</w:t>
      </w:r>
    </w:p>
    <w:p>
      <w:r>
        <w:rPr>
          <w:b/>
        </w:rPr>
        <w:t xml:space="preserve">[25:02] </w:t>
      </w:r>
      <w:r>
        <w:t>Probability is less than certainty, more than perhaps.</w:t>
      </w:r>
    </w:p>
    <w:p>
      <w:pPr>
        <w:jc w:val="right"/>
      </w:pPr>
      <w:r>
        <w:t>Probability is less than certainty, more than perhaps.</w:t>
      </w:r>
    </w:p>
    <w:p>
      <w:r>
        <w:rPr>
          <w:b/>
        </w:rPr>
        <w:t xml:space="preserve">[25:08] </w:t>
      </w:r>
      <w:r>
        <w:t>to kisi cheez ke bare mein probability tak pahunchna hi is ka sabit ho jana hai.</w:t>
      </w:r>
    </w:p>
    <w:p>
      <w:pPr>
        <w:jc w:val="right"/>
      </w:pPr>
      <w:r>
        <w:t>تو کسی چیز کے بارے میں پراببیلیٹی تک پہنچنا ہی اس کا ثابت ہو جانا ہے۔</w:t>
      </w:r>
    </w:p>
    <w:p>
      <w:r>
        <w:rPr>
          <w:b/>
        </w:rPr>
        <w:t xml:space="preserve">[25:15] </w:t>
      </w:r>
      <w:r>
        <w:t>to Allah tak pehle se, yani Allah par jo bhi mutala karen ge aap, to aap probability tak</w:t>
      </w:r>
    </w:p>
    <w:p>
      <w:pPr>
        <w:jc w:val="right"/>
      </w:pPr>
      <w:r>
        <w:t>تو اللہ تک پہلے سے، یعنی اللہ پر جو بھی مطالعہ کریں گے آپ، تو آپ پراببیلیٹی تک</w:t>
      </w:r>
    </w:p>
    <w:p>
      <w:r>
        <w:rPr>
          <w:b/>
        </w:rPr>
        <w:t xml:space="preserve">[25:21] </w:t>
      </w:r>
      <w:r>
        <w:t>pahunch jayen ge.</w:t>
      </w:r>
    </w:p>
    <w:p>
      <w:pPr>
        <w:jc w:val="right"/>
      </w:pPr>
      <w:r>
        <w:t>پہنچ جائیں گے۔</w:t>
      </w:r>
    </w:p>
    <w:p>
      <w:r>
        <w:rPr>
          <w:b/>
        </w:rPr>
        <w:t xml:space="preserve">[25:27] </w:t>
      </w:r>
      <w:r>
        <w:t>yani probably there is God.</w:t>
      </w:r>
    </w:p>
    <w:p>
      <w:pPr>
        <w:jc w:val="right"/>
      </w:pPr>
      <w:r>
        <w:t>یعنی probably there is God.</w:t>
      </w:r>
    </w:p>
    <w:p>
      <w:r>
        <w:rPr>
          <w:b/>
        </w:rPr>
        <w:t xml:space="preserve">[25:34] </w:t>
      </w:r>
      <w:r>
        <w:t>pehlay yeh kaha jata tha ke, yani jo hamare Muslim philosophers the ke certainly there is God. to certainty prove nahi hui. yani science ke mutale mein yeh prove nahi hui ke certainty se hum koi baat kar sakte hain. lekin doosri cheez prove ho gayi. hum yeh keh sakte hain ke probably there is God.</w:t>
      </w:r>
    </w:p>
    <w:p>
      <w:pPr>
        <w:jc w:val="right"/>
      </w:pPr>
      <w:r>
        <w:t>پہلے یہ کہا جاتا تھا کہ، یعنی جو ہمارے مسلم فلاسفر تھے کہ certainly there is God. تو certainty پروف نہیں ہوئی۔ یعنی سائنس کے مطالعے میں یہ پروف نہیں ہوئی کہ certainty سے ہم کوئی بات کر سکتے ہیں۔ لیکن دوسری چیز پروف ہو گئی۔ ہم یہ کہہ سکتے ہیں کہ probably there is God.</w:t>
      </w:r>
    </w:p>
    <w:p>
      <w:r>
        <w:rPr>
          <w:b/>
        </w:rPr>
        <w:t xml:space="preserve">[25:57] </w:t>
      </w:r>
      <w:r>
        <w:t>yeh bohat bara change aaya insani fikr mein. ke agarche hum yeh kahani ke portion mein nahi hain, ilmi taur par, scientific taur par ke certainly there is God. magar hum yeh kahani ke portion mein hain ke probably there is God.</w:t>
      </w:r>
    </w:p>
    <w:p>
      <w:pPr>
        <w:jc w:val="right"/>
      </w:pPr>
      <w:r>
        <w:t>یہ بہت بڑا چینج آیا انسانی فکر میں۔ کہ اگرچہ ہم یہ کہانی کے پورشن میں نہیں ہیں، علمی طور پر، سائنٹیفک طور پر کہ certainly there is God. مگر ہم یہ کہانی کے پورشن میں ہیں کہ probably there is God.</w:t>
      </w:r>
    </w:p>
    <w:p>
      <w:r>
        <w:rPr>
          <w:b/>
        </w:rPr>
        <w:t xml:space="preserve">[26:14] </w:t>
      </w:r>
      <w:r>
        <w:t>aur purely scientific methodology ke mutabiq ye ye ye ke nahin establish kar deta hai baaton ko.</w:t>
      </w:r>
    </w:p>
    <w:p>
      <w:pPr>
        <w:jc w:val="right"/>
      </w:pPr>
      <w:r>
        <w:t>اور پیورلی سائنٹیفک میتھڈالوجی کے مطابق یہ یہ یہ کہ نہیں اسٹیبلش کر دیتا ہے باتوں کو۔</w:t>
      </w:r>
    </w:p>
    <w:p>
      <w:r>
        <w:rPr>
          <w:b/>
        </w:rPr>
        <w:t xml:space="preserve">[26:19] </w:t>
      </w:r>
      <w:r>
        <w:t>ya jahan hum yeh keh saken to woh establishment aa gaya.</w:t>
      </w:r>
    </w:p>
    <w:p>
      <w:pPr>
        <w:jc w:val="right"/>
      </w:pPr>
      <w:r>
        <w:t>یا جہاں ہم یہ کہہ سکیں تو وہ اسٹیبلشمنٹ آ گیا۔</w:t>
      </w:r>
    </w:p>
    <w:p>
      <w:r>
        <w:rPr>
          <w:b/>
        </w:rPr>
        <w:t xml:space="preserve">[26:25] </w:t>
      </w:r>
      <w:r>
        <w:t>to kitni bari baat science se proof hui hai.</w:t>
      </w:r>
    </w:p>
    <w:p>
      <w:pPr>
        <w:jc w:val="right"/>
      </w:pPr>
      <w:r>
        <w:t>تو کتنی بڑی بات سائنس سے پروف ہوئی ہے۔</w:t>
      </w:r>
    </w:p>
    <w:p>
      <w:r>
        <w:rPr>
          <w:b/>
        </w:rPr>
        <w:t xml:space="preserve">[26:31] </w:t>
      </w:r>
      <w:r>
        <w:t>hamare paas se hazaron guna bari baat.</w:t>
      </w:r>
    </w:p>
    <w:p>
      <w:pPr>
        <w:jc w:val="right"/>
      </w:pPr>
      <w:r>
        <w:t>ہمارے پاس سے ہزاروں گنا بڑی بات۔</w:t>
      </w:r>
    </w:p>
    <w:p>
      <w:r>
        <w:rPr>
          <w:b/>
        </w:rPr>
        <w:t xml:space="preserve">[26:36] </w:t>
      </w:r>
      <w:r>
        <w:t>aisi aur bhi bohat si baaten hain.</w:t>
      </w:r>
    </w:p>
    <w:p>
      <w:pPr>
        <w:jc w:val="right"/>
      </w:pPr>
      <w:r>
        <w:t>ایسی اور بھی بہت سی باتیں ہیں۔</w:t>
      </w:r>
    </w:p>
    <w:p>
      <w:r>
        <w:rPr>
          <w:b/>
        </w:rPr>
        <w:t xml:space="preserve">[26:42] </w:t>
      </w:r>
      <w:r>
        <w:t>misal ke taur par yeh jo study ki gayi hai poori universe ki, is mein ab yeh tamam scientists manne lage</w:t>
      </w:r>
    </w:p>
    <w:p>
      <w:pPr>
        <w:jc w:val="right"/>
      </w:pPr>
      <w:r>
        <w:t>مثلاً یہ جو اسٹڈی کی گئی ہے پوری یونیورس کی، اس میں اب یہ تمام سائنسدان ماننے لگے</w:t>
      </w:r>
    </w:p>
    <w:p>
      <w:r>
        <w:rPr>
          <w:b/>
        </w:rPr>
        <w:t xml:space="preserve">[26:48] </w:t>
      </w:r>
      <w:r>
        <w:t>hain ke universe is an intelligent universe.</w:t>
      </w:r>
    </w:p>
    <w:p>
      <w:pPr>
        <w:jc w:val="right"/>
      </w:pPr>
      <w:r>
        <w:t>ہیں کہ universe is an intelligent universe.</w:t>
      </w:r>
    </w:p>
    <w:p>
      <w:r>
        <w:rPr>
          <w:b/>
        </w:rPr>
        <w:t xml:space="preserve">[26:54] </w:t>
      </w:r>
      <w:r>
        <w:t>intuitor ke zamane mein samajhte the ke bas ek ek mechanical universe hai.</w:t>
      </w:r>
    </w:p>
    <w:p>
      <w:pPr>
        <w:jc w:val="right"/>
      </w:pPr>
      <w:r>
        <w:t>انٹیوٹر کے زمانے میں سمجھتے تھے کہ بس ایک ایک میکینیکل یونیورس ہے۔</w:t>
      </w:r>
    </w:p>
    <w:p>
      <w:r>
        <w:rPr>
          <w:b/>
        </w:rPr>
        <w:t xml:space="preserve">[26:59] </w:t>
      </w:r>
      <w:r>
        <w:t>jaise pathar hai, waise sari kainat hai.</w:t>
      </w:r>
    </w:p>
    <w:p>
      <w:pPr>
        <w:jc w:val="right"/>
      </w:pPr>
      <w:r>
        <w:t>جیسے پتھر ہے، ویسے ساری کائنات ہے۔</w:t>
      </w:r>
    </w:p>
    <w:p>
      <w:r>
        <w:rPr>
          <w:b/>
        </w:rPr>
        <w:t xml:space="preserve">[27:05] </w:t>
      </w:r>
      <w:r>
        <w:t>ab mein mana jane laga ke intelligent universe intelligent hai.</w:t>
      </w:r>
    </w:p>
    <w:p>
      <w:pPr>
        <w:jc w:val="right"/>
      </w:pPr>
      <w:r>
        <w:t>اب میں مانا جانے لگا کہ انٹیلیجنٹ یونیورس انٹیلیجنٹ ہے۔</w:t>
      </w:r>
    </w:p>
    <w:p>
      <w:r>
        <w:rPr>
          <w:b/>
        </w:rPr>
        <w:t xml:space="preserve">[27:11] </w:t>
      </w:r>
      <w:r>
        <w:t>yani is ke andar zehanat hai.</w:t>
      </w:r>
    </w:p>
    <w:p>
      <w:pPr>
        <w:jc w:val="right"/>
      </w:pPr>
      <w:r>
        <w:t>یعنی اس کے اندر ذہانت ہے۔</w:t>
      </w:r>
    </w:p>
    <w:p>
      <w:r>
        <w:rPr>
          <w:b/>
        </w:rPr>
        <w:t xml:space="preserve">[27:16] </w:t>
      </w:r>
      <w:r>
        <w:t>to in person to nahi keh rahe hain woh is ko, lekin is ke ilawa yeh maan rahe</w:t>
      </w:r>
    </w:p>
    <w:p>
      <w:pPr>
        <w:jc w:val="right"/>
      </w:pPr>
      <w:r>
        <w:t>تو ان پرسن تو نہیں کہہ رہے ہیں وہ اس کو، لیکن اس کے علاوہ یہ مان رہے</w:t>
      </w:r>
    </w:p>
    <w:p>
      <w:r>
        <w:rPr>
          <w:b/>
        </w:rPr>
        <w:t xml:space="preserve">[27:22] </w:t>
      </w:r>
      <w:r>
        <w:t>hain ke kainat mein zehanat hai.</w:t>
      </w:r>
    </w:p>
    <w:p>
      <w:pPr>
        <w:jc w:val="right"/>
      </w:pPr>
      <w:r>
        <w:t>ہیں کہ کائنات میں ذہانت ہے۔</w:t>
      </w:r>
    </w:p>
    <w:p>
      <w:r>
        <w:rPr>
          <w:b/>
        </w:rPr>
        <w:t xml:space="preserve">[27:28] </w:t>
      </w:r>
      <w:r>
        <w:t>zehanat agar hai to koi zaheen hai.</w:t>
      </w:r>
    </w:p>
    <w:p>
      <w:pPr>
        <w:jc w:val="right"/>
      </w:pPr>
      <w:r>
        <w:t>ذہانت اگر ہے تو کوئی ذہین ہے۔</w:t>
      </w:r>
    </w:p>
    <w:p>
      <w:r>
        <w:rPr>
          <w:b/>
        </w:rPr>
        <w:t xml:space="preserve">[27:34] </w:t>
      </w:r>
      <w:r>
        <w:t>zehanat qaim kaise hui? zehanat qaim kaise hui? zehanat hai to zaheen hai.</w:t>
      </w:r>
    </w:p>
    <w:p>
      <w:pPr>
        <w:jc w:val="right"/>
      </w:pPr>
      <w:r>
        <w:t>ذہانت قائم کیسے ہوئی؟ ذہانت قائم کیسے ہوئی؟ ذہانت ہے تو ذہین ہے۔</w:t>
      </w:r>
    </w:p>
    <w:p>
      <w:r>
        <w:rPr>
          <w:b/>
        </w:rPr>
        <w:t xml:space="preserve">[27:39] </w:t>
      </w:r>
      <w:r>
        <w:t>to is tarah ki bohat sari cheezen hain, ek do nahi, jo modern science ne sabit kiya hai,</w:t>
      </w:r>
    </w:p>
    <w:p>
      <w:pPr>
        <w:jc w:val="right"/>
      </w:pPr>
      <w:r>
        <w:t>تو اس طرح کی بہت ساری چیزیں ہیں، ایک دو نہیں، جو ماڈرن سائنس نے ثابت کیا ہے،</w:t>
      </w:r>
    </w:p>
    <w:p>
      <w:r>
        <w:rPr>
          <w:b/>
        </w:rPr>
        <w:t xml:space="preserve">[27:45] </w:t>
      </w:r>
      <w:r>
        <w:t>jo sari ki sari Islam ke favor mein hai.</w:t>
      </w:r>
    </w:p>
    <w:p>
      <w:pPr>
        <w:jc w:val="right"/>
      </w:pPr>
      <w:r>
        <w:t>جو ساری کی ساری اسلام کے فیور میں ہے۔</w:t>
      </w:r>
    </w:p>
    <w:p>
      <w:r>
        <w:rPr>
          <w:b/>
        </w:rPr>
        <w:t xml:space="preserve">[27:51] </w:t>
      </w:r>
      <w:r>
        <w:t>to maujooda zamane ke jo rehnuma the, jo ulma the, sab ko chahiye tha ke woh toot paden science par.</w:t>
      </w:r>
    </w:p>
    <w:p>
      <w:pPr>
        <w:jc w:val="right"/>
      </w:pPr>
      <w:r>
        <w:t>تو موجودہ زمانے کے جو رہنما تھے، جو علماء تھے، سب کو چاہیے تھا کہ وہ ٹوٹ پڑیں سائنس پر۔</w:t>
      </w:r>
    </w:p>
    <w:p>
      <w:r>
        <w:rPr>
          <w:b/>
        </w:rPr>
        <w:t xml:space="preserve">[27:56] </w:t>
      </w:r>
      <w:r>
        <w:t>khoob study karen, khoob padhen.</w:t>
      </w:r>
    </w:p>
    <w:p>
      <w:pPr>
        <w:jc w:val="right"/>
      </w:pPr>
      <w:r>
        <w:t>خوب اسٹڈی کریں، خوب پڑھیں۔</w:t>
      </w:r>
    </w:p>
    <w:p>
      <w:r>
        <w:rPr>
          <w:b/>
        </w:rPr>
        <w:t xml:space="preserve">[28:02] </w:t>
      </w:r>
      <w:r>
        <w:t>madarson mein padhai jaye, masjidon mein padhai jaye, har jagah padhai jaye science.</w:t>
      </w:r>
    </w:p>
    <w:p>
      <w:pPr>
        <w:jc w:val="right"/>
      </w:pPr>
      <w:r>
        <w:t>مدرسوں میں پڑھائی جائے، مسجدوں میں پڑھائی جائے، ہر جگہ پڑھائی جائے سائنس۔</w:t>
      </w:r>
    </w:p>
    <w:p>
      <w:r>
        <w:rPr>
          <w:b/>
        </w:rPr>
        <w:t xml:space="preserve">[28:08] </w:t>
      </w:r>
      <w:r>
        <w:t>aur phir science ko istemal karen.</w:t>
      </w:r>
    </w:p>
    <w:p>
      <w:pPr>
        <w:jc w:val="right"/>
      </w:pPr>
      <w:r>
        <w:t>اور پھر سائنس کو استعمال کریں۔</w:t>
      </w:r>
    </w:p>
    <w:p>
      <w:r>
        <w:rPr>
          <w:b/>
        </w:rPr>
        <w:t xml:space="preserve">[28:14] </w:t>
      </w:r>
      <w:r>
        <w:t>jis tarah sahaba ne apne zamane mein talwar ko istemal kiya tha, ab waqt aa gaya tha ke</w:t>
      </w:r>
    </w:p>
    <w:p>
      <w:pPr>
        <w:jc w:val="right"/>
      </w:pPr>
      <w:r>
        <w:t>جس طرح صحابہ نے اپنے زمانے میں تلوار کو استعمال کیا تھا، اب وقت آ گیا تھا کہ</w:t>
      </w:r>
    </w:p>
    <w:p>
      <w:r>
        <w:rPr>
          <w:b/>
        </w:rPr>
        <w:t xml:space="preserve">[28:19] </w:t>
      </w:r>
      <w:r>
        <w:t>science ko istemal kiya jae.</w:t>
      </w:r>
    </w:p>
    <w:p>
      <w:pPr>
        <w:jc w:val="right"/>
      </w:pPr>
      <w:r>
        <w:t>سائنس کو استعمال کیا جائے۔</w:t>
      </w:r>
    </w:p>
    <w:p>
      <w:r>
        <w:rPr>
          <w:b/>
        </w:rPr>
        <w:t xml:space="preserve">[28:25] </w:t>
      </w:r>
      <w:r>
        <w:t>sahaba ko ek naya daur create karna tha.</w:t>
      </w:r>
    </w:p>
    <w:p>
      <w:pPr>
        <w:jc w:val="right"/>
      </w:pPr>
      <w:r>
        <w:t>صحابہ کو ایک نیا دور کریٹ کرنا تھا۔</w:t>
      </w:r>
    </w:p>
    <w:p>
      <w:r>
        <w:rPr>
          <w:b/>
        </w:rPr>
        <w:t xml:space="preserve">[28:31] </w:t>
      </w:r>
      <w:r>
        <w:t>is daur ko todna tha.</w:t>
      </w:r>
    </w:p>
    <w:p>
      <w:pPr>
        <w:jc w:val="right"/>
      </w:pPr>
      <w:r>
        <w:t>اس دور کو توڑنا تھا۔</w:t>
      </w:r>
    </w:p>
    <w:p>
      <w:r>
        <w:rPr>
          <w:b/>
        </w:rPr>
        <w:t xml:space="preserve">[28:36] </w:t>
      </w:r>
      <w:r>
        <w:t>nature worship ke daur ko todna tha.</w:t>
      </w:r>
    </w:p>
    <w:p>
      <w:pPr>
        <w:jc w:val="right"/>
      </w:pPr>
      <w:r>
        <w:t>نیچر ورشپ کے دور کو توڑنا تھا۔</w:t>
      </w:r>
    </w:p>
    <w:p>
      <w:r>
        <w:rPr>
          <w:b/>
        </w:rPr>
        <w:t xml:space="preserve">[28:42] </w:t>
      </w:r>
      <w:r>
        <w:t>jo jis ke upar bare bare king, bare bare emperor qabiz the.</w:t>
      </w:r>
    </w:p>
    <w:p>
      <w:pPr>
        <w:jc w:val="right"/>
      </w:pPr>
      <w:r>
        <w:t>جو جس کے اوپر بڑے بڑے کنگ، بڑے بڑے امپیرر قابض تھے۔</w:t>
      </w:r>
    </w:p>
    <w:p>
      <w:r>
        <w:rPr>
          <w:b/>
        </w:rPr>
        <w:t xml:space="preserve">[28:48] </w:t>
      </w:r>
      <w:r>
        <w:t>yani nature worship ka jo zamana tha, us ki pusht par bare bare king the, bare bare emperor the.</w:t>
      </w:r>
    </w:p>
    <w:p>
      <w:pPr>
        <w:jc w:val="right"/>
      </w:pPr>
      <w:r>
        <w:t>یعنی نیچر ورشپ کا جو زمانہ تھا، اس کی پشت پر بڑے بڑے کنگ تھے، بڑے بڑے امپیرر تھے۔</w:t>
      </w:r>
    </w:p>
    <w:p>
      <w:r>
        <w:rPr>
          <w:b/>
        </w:rPr>
        <w:t xml:space="preserve">[28:54] </w:t>
      </w:r>
      <w:r>
        <w:t>is liye zarurat thi ke is ko taqat se toda jae.</w:t>
      </w:r>
    </w:p>
    <w:p>
      <w:pPr>
        <w:jc w:val="right"/>
      </w:pPr>
      <w:r>
        <w:t>اس لیے ضرورت تھی کہ اس کو طاقت سے توڑا جائے۔</w:t>
      </w:r>
    </w:p>
    <w:p>
      <w:r>
        <w:rPr>
          <w:b/>
        </w:rPr>
        <w:t xml:space="preserve">[28:59] </w:t>
      </w:r>
      <w:r>
        <w:t>wa qatiluhum wattalahum fidna to us waqt jo taqat thi, talwar thi.</w:t>
      </w:r>
    </w:p>
    <w:p>
      <w:pPr>
        <w:jc w:val="right"/>
      </w:pPr>
      <w:r>
        <w:t>وَقَاتِلُهُمْ وَاتَّلَّاهُمْ فِدْنَا تو اس وقت جو طاقت تھی، تلوار تھی۔</w:t>
      </w:r>
    </w:p>
    <w:p>
      <w:r>
        <w:rPr>
          <w:b/>
        </w:rPr>
        <w:t xml:space="preserve">[29:05] </w:t>
      </w:r>
      <w:r>
        <w:t>us waqt ki taqat jo talwar thi.</w:t>
      </w:r>
    </w:p>
    <w:p>
      <w:pPr>
        <w:jc w:val="right"/>
      </w:pPr>
      <w:r>
        <w:t>اس وقت کی طاقت جو تلوار تھی۔</w:t>
      </w:r>
    </w:p>
    <w:p>
      <w:r>
        <w:rPr>
          <w:b/>
        </w:rPr>
        <w:t xml:space="preserve">[29:11] </w:t>
      </w:r>
      <w:r>
        <w:t>to sahaba ne talwar ko istemal kar ke is taqat ko tod diya.</w:t>
      </w:r>
    </w:p>
    <w:p>
      <w:pPr>
        <w:jc w:val="right"/>
      </w:pPr>
      <w:r>
        <w:t>تو صحابہ نے تلوار کو استعمال کر کے اس طاقت کو توڑ دیا۔</w:t>
      </w:r>
    </w:p>
    <w:p>
      <w:r>
        <w:rPr>
          <w:b/>
        </w:rPr>
        <w:t xml:space="preserve">[29:16] </w:t>
      </w:r>
      <w:r>
        <w:t>yehan tak ke naya daur duniya mein aya.</w:t>
      </w:r>
    </w:p>
    <w:p>
      <w:pPr>
        <w:jc w:val="right"/>
      </w:pPr>
      <w:r>
        <w:t>یہاں تک کہ نیا دور دنیا میں آیا۔</w:t>
      </w:r>
    </w:p>
    <w:p>
      <w:r>
        <w:rPr>
          <w:b/>
        </w:rPr>
        <w:t xml:space="preserve">[29:22] </w:t>
      </w:r>
      <w:r>
        <w:t>is raaz ko samjha hai Henry Piren ne, jo France ka bohat bara historian tha.</w:t>
      </w:r>
    </w:p>
    <w:p>
      <w:pPr>
        <w:jc w:val="right"/>
      </w:pPr>
      <w:r>
        <w:t>اس راز کو سمجھا ہے ہنری پرین نے، جو فرانس کا بہت بڑا ہسٹورین تھا۔</w:t>
      </w:r>
    </w:p>
    <w:p>
      <w:r>
        <w:rPr>
          <w:b/>
        </w:rPr>
        <w:t xml:space="preserve">[29:28] </w:t>
      </w:r>
      <w:r>
        <w:t>us ne likha hai ke Islam changed the course of the globe.</w:t>
      </w:r>
    </w:p>
    <w:p>
      <w:pPr>
        <w:jc w:val="right"/>
      </w:pPr>
      <w:r>
        <w:t>اس نے لکھا ہے کہ Islam changed the course of the globe.</w:t>
      </w:r>
    </w:p>
    <w:p>
      <w:r>
        <w:rPr>
          <w:b/>
        </w:rPr>
        <w:t xml:space="preserve">[29:34] </w:t>
      </w:r>
      <w:r>
        <w:t>Islam changed the face of the globe.</w:t>
      </w:r>
    </w:p>
    <w:p>
      <w:pPr>
        <w:jc w:val="right"/>
      </w:pPr>
      <w:r>
        <w:t>Islam changed the face of the globe.</w:t>
      </w:r>
    </w:p>
    <w:p>
      <w:r>
        <w:rPr>
          <w:b/>
        </w:rPr>
        <w:t xml:space="preserve">[29:39] </w:t>
      </w:r>
      <w:r>
        <w:t>Islam changed the face of the globe.</w:t>
      </w:r>
    </w:p>
    <w:p>
      <w:pPr>
        <w:jc w:val="right"/>
      </w:pPr>
      <w:r>
        <w:t>Islam changed the face of the globe.</w:t>
      </w:r>
    </w:p>
    <w:p>
      <w:r>
        <w:rPr>
          <w:b/>
        </w:rPr>
        <w:t xml:space="preserve">[29:45] </w:t>
      </w:r>
      <w:r>
        <w:t>The treasured order of history was overthrown.</w:t>
      </w:r>
    </w:p>
    <w:p>
      <w:pPr>
        <w:jc w:val="right"/>
      </w:pPr>
      <w:r>
        <w:t>The treasured order of history was overthrown.</w:t>
      </w:r>
    </w:p>
    <w:p>
      <w:r>
        <w:rPr>
          <w:b/>
        </w:rPr>
        <w:t xml:space="preserve">[29:51] </w:t>
      </w:r>
      <w:r>
        <w:t>to sahaba ne jo us waqt koi dosra option nahi tha ke talwar ko istemal kiya jae.</w:t>
      </w:r>
    </w:p>
    <w:p>
      <w:pPr>
        <w:jc w:val="right"/>
      </w:pPr>
      <w:r>
        <w:t>تو صحابہ نے جو اس وقت کوئی دوسرا آپشن نہیں تھا کہ تلوار کو استعمال کیا جائے۔</w:t>
      </w:r>
    </w:p>
    <w:p>
      <w:r>
        <w:rPr>
          <w:b/>
        </w:rPr>
        <w:t xml:space="preserve">[29:56] </w:t>
      </w:r>
      <w:r>
        <w:t>kyun ke talwar ke siwa koi taqat thi nahi.</w:t>
      </w:r>
    </w:p>
    <w:p>
      <w:pPr>
        <w:jc w:val="right"/>
      </w:pPr>
      <w:r>
        <w:t>کیونکہ تلوار کے سوا کوئی طاقت تھی نہیں۔</w:t>
      </w:r>
    </w:p>
    <w:p>
      <w:r>
        <w:rPr>
          <w:b/>
        </w:rPr>
        <w:t xml:space="preserve">[30:02] </w:t>
      </w:r>
      <w:r>
        <w:t>lekan ab science ne jo daryaften ki hain, wo sari ki sari itni taqatwar hain ke ab talwar</w:t>
      </w:r>
    </w:p>
    <w:p>
      <w:pPr>
        <w:jc w:val="right"/>
      </w:pPr>
      <w:r>
        <w:t>لیکن اب سائنس نے جو دریافتیں کی ہیں، وہ ساری کی ساری اتنی طاقتور ہیں کہ اب تلوار</w:t>
      </w:r>
    </w:p>
    <w:p>
      <w:r>
        <w:rPr>
          <w:b/>
        </w:rPr>
        <w:t xml:space="preserve">[30:08] </w:t>
      </w:r>
      <w:r>
        <w:t>ki zarurat hi nahi hai.</w:t>
      </w:r>
    </w:p>
    <w:p>
      <w:pPr>
        <w:jc w:val="right"/>
      </w:pPr>
      <w:r>
        <w:t>کی ضرورت ہی نہیں ہے۔</w:t>
      </w:r>
    </w:p>
    <w:p>
      <w:r>
        <w:rPr>
          <w:b/>
        </w:rPr>
        <w:t xml:space="preserve">[30:14] </w:t>
      </w:r>
      <w:r>
        <w:t>jab dalil ki taqat aa jae to talwar ki zarurat hi nahi parti.</w:t>
      </w:r>
    </w:p>
    <w:p>
      <w:pPr>
        <w:jc w:val="right"/>
      </w:pPr>
      <w:r>
        <w:t>جب دلیل کی طاقت آ جائے تو تلوار کی ضرورت ہی نہیں پڑتی۔</w:t>
      </w:r>
    </w:p>
    <w:p>
      <w:r>
        <w:rPr>
          <w:b/>
        </w:rPr>
        <w:t xml:space="preserve">[30:19] </w:t>
      </w:r>
      <w:r>
        <w:t>kyun ke insan ka dimagh jo hai, wo dalil se jhuk jata hai.</w:t>
      </w:r>
    </w:p>
    <w:p>
      <w:pPr>
        <w:jc w:val="right"/>
      </w:pPr>
      <w:r>
        <w:t>کیونکہ انسان کا دماغ جو ہے، وہ دلیل سے جھک جاتا ہے۔</w:t>
      </w:r>
    </w:p>
    <w:p>
      <w:r>
        <w:rPr>
          <w:b/>
        </w:rPr>
        <w:t xml:space="preserve">[30:25] </w:t>
      </w:r>
      <w:r>
        <w:t>to sahaba ne jo kaam kiya tha talwar ki taqat se, ab wo kaam karna tha scientific dalail</w:t>
      </w:r>
    </w:p>
    <w:p>
      <w:pPr>
        <w:jc w:val="right"/>
      </w:pPr>
      <w:r>
        <w:t>تو صحابہ نے جو کام کیا تھا تلوار کی طاقت سے، اب وہ کام کرنا تھا سائنٹیفک دلائل</w:t>
      </w:r>
    </w:p>
    <w:p>
      <w:r>
        <w:rPr>
          <w:b/>
        </w:rPr>
        <w:t xml:space="preserve">[30:31] </w:t>
      </w:r>
      <w:r>
        <w:t>ki taqat se.</w:t>
      </w:r>
    </w:p>
    <w:p>
      <w:pPr>
        <w:jc w:val="right"/>
      </w:pPr>
      <w:r>
        <w:t>کی طاقت سے۔</w:t>
      </w:r>
    </w:p>
    <w:p>
      <w:r>
        <w:rPr>
          <w:b/>
        </w:rPr>
        <w:t xml:space="preserve">[30:36] </w:t>
      </w:r>
      <w:r>
        <w:t>lekin mere ilm ke mutabiq maujooda zamane mein koi ek shakhs bhi nahin jis ne is raaz ko jaana ho.</w:t>
      </w:r>
    </w:p>
    <w:p>
      <w:pPr>
        <w:jc w:val="right"/>
      </w:pPr>
      <w:r>
        <w:t>لیکن میرے علم کے مطابق موجودہ زمانے میں کوئی ایک شخص بھی نہیں جس نے اس راز کو جانا ہو۔</w:t>
      </w:r>
    </w:p>
    <w:p>
      <w:r>
        <w:rPr>
          <w:b/>
        </w:rPr>
        <w:t xml:space="preserve">[30:42] </w:t>
      </w:r>
      <w:r>
        <w:t>bade bade log paida hue, un ko title diya gaya mufakkir.</w:t>
      </w:r>
    </w:p>
    <w:p>
      <w:pPr>
        <w:jc w:val="right"/>
      </w:pPr>
      <w:r>
        <w:t>بڑے بڑے لوگ پیدا ہوئے، ان کو ٹائٹل دیا گیا مفکر۔</w:t>
      </w:r>
    </w:p>
    <w:p>
      <w:r>
        <w:rPr>
          <w:b/>
        </w:rPr>
        <w:t xml:space="preserve">[30:48] </w:t>
      </w:r>
      <w:r>
        <w:t>lekin kisi mufakkir ne jaana nahin is ko, kisi thinker ne.</w:t>
      </w:r>
    </w:p>
    <w:p>
      <w:pPr>
        <w:jc w:val="right"/>
      </w:pPr>
      <w:r>
        <w:t>لیکن کسی مفکر نے جانا نہیں اس کو، کسی تھنکر نے۔</w:t>
      </w:r>
    </w:p>
    <w:p>
      <w:r>
        <w:rPr>
          <w:b/>
        </w:rPr>
        <w:t xml:space="preserve">[30:54] </w:t>
      </w:r>
      <w:r>
        <w:t>to ab main yeh kahunga ke ab jo daur hai, woh daur hai tabyeen-e-haq ka daur.</w:t>
      </w:r>
    </w:p>
    <w:p>
      <w:pPr>
        <w:jc w:val="right"/>
      </w:pPr>
      <w:r>
        <w:t>تو اب میں یہ کہوں گا کہ اب جو دور ہے، وہ دور ہے تبیین حق کا دور۔</w:t>
      </w:r>
    </w:p>
    <w:p>
      <w:r>
        <w:rPr>
          <w:b/>
        </w:rPr>
        <w:t xml:space="preserve">[30:59] </w:t>
      </w:r>
      <w:r>
        <w:t>tabyeen-e-haq ka daur.</w:t>
      </w:r>
    </w:p>
    <w:p>
      <w:pPr>
        <w:jc w:val="right"/>
      </w:pPr>
      <w:r>
        <w:t>تبیین حق کا دور۔</w:t>
      </w:r>
    </w:p>
    <w:p>
      <w:r>
        <w:rPr>
          <w:b/>
        </w:rPr>
        <w:t xml:space="preserve">[31:05] </w:t>
      </w:r>
      <w:r>
        <w:t>yeh saare dalail jama ho chuke, saari haqiqatein establish ho chuki, saari baatein saabit ho chuki.</w:t>
      </w:r>
    </w:p>
    <w:p>
      <w:pPr>
        <w:jc w:val="right"/>
      </w:pPr>
      <w:r>
        <w:t>یہ سارے دلائل جمع ہو چکے، ساری حقیقتیں اسٹیبلش ہو چکی، ساری باتیں ثابت ہو چکی۔</w:t>
      </w:r>
    </w:p>
    <w:p>
      <w:r>
        <w:rPr>
          <w:b/>
        </w:rPr>
        <w:t xml:space="preserve">[31:11] </w:t>
      </w:r>
      <w:r>
        <w:t>ab kya karna hai? ab tabyeen-e-haq ka kaam karna hai.</w:t>
      </w:r>
    </w:p>
    <w:p>
      <w:pPr>
        <w:jc w:val="right"/>
      </w:pPr>
      <w:r>
        <w:t>اب کیا کرنا ہے؟ اب تبیین حق کا کام کرنا ہے۔</w:t>
      </w:r>
    </w:p>
    <w:p>
      <w:r>
        <w:rPr>
          <w:b/>
        </w:rPr>
        <w:t xml:space="preserve">[31:16] </w:t>
      </w:r>
      <w:r>
        <w:t>aur is ke liye kya karna hai aap ko? modern communication, printing press, aur saari jo modern facilities</w:t>
      </w:r>
    </w:p>
    <w:p>
      <w:pPr>
        <w:jc w:val="right"/>
      </w:pPr>
      <w:r>
        <w:t>اور اس کے لیے کیا کرنا ہے آپ کو؟ ماڈرن کمیونیکیشن، پرنٹنگ پریس، اور ساری جو ماڈرن فیسلیٹیز</w:t>
      </w:r>
    </w:p>
    <w:p>
      <w:r>
        <w:rPr>
          <w:b/>
        </w:rPr>
        <w:t xml:space="preserve">[31:22] </w:t>
      </w:r>
      <w:r>
        <w:t>hain, un ko istemal kijiye.</w:t>
      </w:r>
    </w:p>
    <w:p>
      <w:pPr>
        <w:jc w:val="right"/>
      </w:pPr>
      <w:r>
        <w:t>ہیں، ان کو استعمال کیجئے۔</w:t>
      </w:r>
    </w:p>
    <w:p>
      <w:r>
        <w:rPr>
          <w:b/>
        </w:rPr>
        <w:t xml:space="preserve">[31:28] </w:t>
      </w:r>
      <w:r>
        <w:t>like ki koi zaroorat nahin.</w:t>
      </w:r>
    </w:p>
    <w:p>
      <w:pPr>
        <w:jc w:val="right"/>
      </w:pPr>
      <w:r>
        <w:t>لائک کی کوئی ضرورت نہیں۔</w:t>
      </w:r>
    </w:p>
    <w:p>
      <w:r>
        <w:rPr>
          <w:b/>
        </w:rPr>
        <w:t xml:space="preserve">[31:34] </w:t>
      </w:r>
      <w:r>
        <w:t>kyun ke ab isi ke saath yeh bhi hamein jaanna chahiye ke science ka daur aaya to democracy ka</w:t>
      </w:r>
    </w:p>
    <w:p>
      <w:pPr>
        <w:jc w:val="right"/>
      </w:pPr>
      <w:r>
        <w:t>کیونکہ اب اسی کے ساتھ یہ بھی ہمیں جاننا چاہیے کہ سائنس کا دور آیا تو ڈیموکریسی کا</w:t>
      </w:r>
    </w:p>
    <w:p>
      <w:r>
        <w:rPr>
          <w:b/>
        </w:rPr>
        <w:t xml:space="preserve">[31:39] </w:t>
      </w:r>
      <w:r>
        <w:t>bhi daur aa gaya.</w:t>
      </w:r>
    </w:p>
    <w:p>
      <w:pPr>
        <w:jc w:val="right"/>
      </w:pPr>
      <w:r>
        <w:t>بھی دور آ گیا۔</w:t>
      </w:r>
    </w:p>
    <w:p>
      <w:r>
        <w:rPr>
          <w:b/>
        </w:rPr>
        <w:t xml:space="preserve">[31:45] </w:t>
      </w:r>
      <w:r>
        <w:t>yani science ka daur aaya ilmi aitbaar se, democracy ka daur aaya siyasi ke aitbaar se.</w:t>
      </w:r>
    </w:p>
    <w:p>
      <w:pPr>
        <w:jc w:val="right"/>
      </w:pPr>
      <w:r>
        <w:t>یعنی سائنس کا دور آیا علمی اعتبار سے، ڈیموکریسی کا دور آیا سیاسی کے اعتبار سے۔</w:t>
      </w:r>
    </w:p>
    <w:p>
      <w:r>
        <w:rPr>
          <w:b/>
        </w:rPr>
        <w:t xml:space="preserve">[31:51] </w:t>
      </w:r>
      <w:r>
        <w:t>to democracy ka matlab kya hai? everything for everyone.</w:t>
      </w:r>
    </w:p>
    <w:p>
      <w:pPr>
        <w:jc w:val="right"/>
      </w:pPr>
      <w:r>
        <w:t>تو ڈیموکریسی کا معنی کیا ہے؟ Everything for everyone.</w:t>
      </w:r>
    </w:p>
    <w:p>
      <w:r>
        <w:rPr>
          <w:b/>
        </w:rPr>
        <w:t xml:space="preserve">[31:56] </w:t>
      </w:r>
      <w:r>
        <w:t>yahi democracy hai.</w:t>
      </w:r>
    </w:p>
    <w:p>
      <w:pPr>
        <w:jc w:val="right"/>
      </w:pPr>
      <w:r>
        <w:t>یہی ڈیموکریسی ہے۔</w:t>
      </w:r>
    </w:p>
    <w:p>
      <w:r>
        <w:rPr>
          <w:b/>
        </w:rPr>
        <w:t xml:space="preserve">[32:02] </w:t>
      </w:r>
      <w:r>
        <w:t>democracy hai everything for everyone.</w:t>
      </w:r>
    </w:p>
    <w:p>
      <w:pPr>
        <w:jc w:val="right"/>
      </w:pPr>
      <w:r>
        <w:t>ڈیموکریسی ہے Everything for everyone.</w:t>
      </w:r>
    </w:p>
    <w:p>
      <w:r>
        <w:rPr>
          <w:b/>
        </w:rPr>
        <w:t xml:space="preserve">[32:08] </w:t>
      </w:r>
      <w:r>
        <w:t>har cheez har ek ke liye.</w:t>
      </w:r>
    </w:p>
    <w:p>
      <w:pPr>
        <w:jc w:val="right"/>
      </w:pPr>
      <w:r>
        <w:t>ہر چیز ہر ایک کے لیے۔</w:t>
      </w:r>
    </w:p>
    <w:p>
      <w:r>
        <w:rPr>
          <w:b/>
        </w:rPr>
        <w:t xml:space="preserve">[32:14] </w:t>
      </w:r>
      <w:r>
        <w:t>ab koi zaroorat nahin hai aap talwar chalayein, gun chalayein, bomb chalayein.</w:t>
      </w:r>
    </w:p>
    <w:p>
      <w:pPr>
        <w:jc w:val="right"/>
      </w:pPr>
      <w:r>
        <w:t>اب کوئی ضرورت نہیں ہے آپ تلوار چلائیں، گن چلائیں، بم چلائیں۔</w:t>
      </w:r>
    </w:p>
    <w:p>
      <w:r>
        <w:rPr>
          <w:b/>
        </w:rPr>
        <w:t xml:space="preserve">[32:19] </w:t>
      </w:r>
      <w:r>
        <w:t>kyun ke har cheez aap ki hai.</w:t>
      </w:r>
    </w:p>
    <w:p>
      <w:pPr>
        <w:jc w:val="right"/>
      </w:pPr>
      <w:r>
        <w:t>کیونکہ ہر چیز آپ کی ہے۔</w:t>
      </w:r>
    </w:p>
    <w:p>
      <w:r>
        <w:rPr>
          <w:b/>
        </w:rPr>
        <w:t xml:space="preserve">[32:25] </w:t>
      </w:r>
      <w:r>
        <w:t>har cheez istemal kijiye.</w:t>
      </w:r>
    </w:p>
    <w:p>
      <w:pPr>
        <w:jc w:val="right"/>
      </w:pPr>
      <w:r>
        <w:t>ہر چیز استعمال کیجئے۔</w:t>
      </w:r>
    </w:p>
    <w:p>
      <w:r>
        <w:rPr>
          <w:b/>
        </w:rPr>
        <w:t xml:space="preserve">[32:31] </w:t>
      </w:r>
      <w:r>
        <w:t>har cheez ko aap avail kar sakte hain.</w:t>
      </w:r>
    </w:p>
    <w:p>
      <w:pPr>
        <w:jc w:val="right"/>
      </w:pPr>
      <w:r>
        <w:t>ہر چیز کو آپ اویل کر سکتے ہیں۔</w:t>
      </w:r>
    </w:p>
    <w:p>
      <w:r>
        <w:rPr>
          <w:b/>
        </w:rPr>
        <w:t xml:space="preserve">[32:36] </w:t>
      </w:r>
      <w:r>
        <w:t>har cheez ko aap istemal kar sakte hain.</w:t>
      </w:r>
    </w:p>
    <w:p>
      <w:pPr>
        <w:jc w:val="right"/>
      </w:pPr>
      <w:r>
        <w:t>ہر چیز کو آپ استعمال کر سکتے ہیں۔</w:t>
      </w:r>
    </w:p>
    <w:p>
      <w:r>
        <w:rPr>
          <w:b/>
        </w:rPr>
        <w:t xml:space="preserve">[32:42] </w:t>
      </w:r>
      <w:r>
        <w:t>sirf ek hi shart hai ke aap violence na karein, tashaddud na karein.</w:t>
      </w:r>
    </w:p>
    <w:p>
      <w:pPr>
        <w:jc w:val="right"/>
      </w:pPr>
      <w:r>
        <w:t>صرف ایک ہی شرط ہے کہ آپ وائنس نہ کریں، تشدد نہ کریں۔</w:t>
      </w:r>
    </w:p>
    <w:p>
      <w:r>
        <w:rPr>
          <w:b/>
        </w:rPr>
        <w:t xml:space="preserve">[32:48] </w:t>
      </w:r>
      <w:r>
        <w:t>yeh thi, yeh tha woh kaam jis ko karna tha hamare ulma ko, hamare mufakkireen ko, hamare rehnamaon ko.</w:t>
      </w:r>
    </w:p>
    <w:p>
      <w:pPr>
        <w:jc w:val="right"/>
      </w:pPr>
      <w:r>
        <w:t>یہ تھی، یہ تھا وہ کام جس کو کرنا تھا ہمارے علماء کو، ہمارے مفکرین کو، ہمارے رہنماؤں کو۔</w:t>
      </w:r>
    </w:p>
    <w:p>
      <w:r>
        <w:rPr>
          <w:b/>
        </w:rPr>
        <w:t xml:space="preserve">[32:54] </w:t>
      </w:r>
      <w:r>
        <w:t>yeh sab kuch to fail ho gaye.</w:t>
      </w:r>
    </w:p>
    <w:p>
      <w:pPr>
        <w:jc w:val="right"/>
      </w:pPr>
      <w:r>
        <w:t>یہ سب کچھ تو فیل ہو گئے۔</w:t>
      </w:r>
    </w:p>
    <w:p>
      <w:r>
        <w:rPr>
          <w:b/>
        </w:rPr>
        <w:t xml:space="preserve">[32:59] </w:t>
      </w:r>
      <w:r>
        <w:t>lekin mein samajhta hoon ke in ka fail hona kisi doosre group ko moqa deta hai.</w:t>
      </w:r>
    </w:p>
    <w:p>
      <w:pPr>
        <w:jc w:val="right"/>
      </w:pPr>
      <w:r>
        <w:t>لیکن میں سمجھتا ہوں کہ ان کا فیل ہونا کسی دوسرے گروپ کو موقع دیتا ہے۔</w:t>
      </w:r>
    </w:p>
    <w:p>
      <w:r>
        <w:rPr>
          <w:b/>
        </w:rPr>
        <w:t xml:space="preserve">[33:05] </w:t>
      </w:r>
      <w:r>
        <w:t>in ka fail hona hamare aap ke liye aik bohat bara, bohat bari blessing hai.</w:t>
      </w:r>
    </w:p>
    <w:p>
      <w:pPr>
        <w:jc w:val="right"/>
      </w:pPr>
      <w:r>
        <w:t>ان کا فیل ہونا ہمارے آپ کے لیے ایک بہت بڑا، بہت بڑی بلیسنگ ہے۔</w:t>
      </w:r>
    </w:p>
    <w:p>
      <w:r>
        <w:rPr>
          <w:b/>
        </w:rPr>
        <w:t xml:space="preserve">[33:11] </w:t>
      </w:r>
      <w:r>
        <w:t>humein moqa mil raha hai ke hum dauren is maidan mein.</w:t>
      </w:r>
    </w:p>
    <w:p>
      <w:pPr>
        <w:jc w:val="right"/>
      </w:pPr>
      <w:r>
        <w:t>ہمیں موقع مل رہا ہے کہ ہم دوڑیں اس میدان میں۔</w:t>
      </w:r>
    </w:p>
    <w:p>
      <w:r>
        <w:rPr>
          <w:b/>
        </w:rPr>
        <w:t xml:space="preserve">[33:16] </w:t>
      </w:r>
      <w:r>
        <w:t>yani fail hone ka elaan karne ki zaroorat nahi hai.</w:t>
      </w:r>
    </w:p>
    <w:p>
      <w:pPr>
        <w:jc w:val="right"/>
      </w:pPr>
      <w:r>
        <w:t>یعنی فیل ہونے کا اعلان کرنے کی ضرورت نہیں ہے۔</w:t>
      </w:r>
    </w:p>
    <w:p>
      <w:r>
        <w:rPr>
          <w:b/>
        </w:rPr>
        <w:t xml:space="preserve">[33:22] </w:t>
      </w:r>
      <w:r>
        <w:t>jo maidan khali pada hua hai, us mein aajayein, istemal kijiye.</w:t>
      </w:r>
    </w:p>
    <w:p>
      <w:pPr>
        <w:jc w:val="right"/>
      </w:pPr>
      <w:r>
        <w:t>جو میدان خالی پڑا ہوا ہے، اس میں آجئے، استعمال کیجئے۔</w:t>
      </w:r>
    </w:p>
    <w:p>
      <w:r>
        <w:rPr>
          <w:b/>
        </w:rPr>
        <w:t xml:space="preserve">[33:28] </w:t>
      </w:r>
      <w:r>
        <w:t>tabyeen-e-haq ke liye sargaram ho jaiye.</w:t>
      </w:r>
    </w:p>
    <w:p>
      <w:pPr>
        <w:jc w:val="right"/>
      </w:pPr>
      <w:r>
        <w:t>تبیین حق کے لیے سرگرم ہو جائیے۔</w:t>
      </w:r>
    </w:p>
    <w:p>
      <w:r>
        <w:rPr>
          <w:b/>
        </w:rPr>
        <w:t xml:space="preserve">[33:34] </w:t>
      </w:r>
      <w:r>
        <w:t>is ayat ko bhi logon ne achi tarah samjha nahi ke sanuunihim aayaatina fil afaaqi wa fi anfusihim hatta</w:t>
      </w:r>
    </w:p>
    <w:p>
      <w:pPr>
        <w:jc w:val="right"/>
      </w:pPr>
      <w:r>
        <w:t>اس آیت کو بھی لوگوں نے اچھی طرح سمجھا نہیں کہ صَنَوْنِهِمْ آَيَاتَنَا فِي الْأَفَاقِ وَفِي أَنْفَسِهِمْ حَتَّىٰ</w:t>
      </w:r>
    </w:p>
    <w:p>
      <w:r>
        <w:rPr>
          <w:b/>
        </w:rPr>
        <w:t xml:space="preserve">[33:39] </w:t>
      </w:r>
      <w:r>
        <w:t>yatabayyana lahum annahu lahum is mein jo cheez hai, afaaq anfus ki daryaften, wahi science to hai, aur</w:t>
      </w:r>
    </w:p>
    <w:p>
      <w:pPr>
        <w:jc w:val="right"/>
      </w:pPr>
      <w:r>
        <w:t>يَتَبَيَّنَ لَهُمْ أَنَّهُ لَهُمْ اس میں جو چیز ہے، آفاق انفس کی دریافتیں، وہی سائنس تو ہے، اور</w:t>
      </w:r>
    </w:p>
    <w:p>
      <w:r>
        <w:rPr>
          <w:b/>
        </w:rPr>
        <w:t xml:space="preserve">[33:45] </w:t>
      </w:r>
      <w:r>
        <w:t>kya hai? afaaq anfus ki daryaften hain, isi ka naam science hai.</w:t>
      </w:r>
    </w:p>
    <w:p>
      <w:pPr>
        <w:jc w:val="right"/>
      </w:pPr>
      <w:r>
        <w:t>کیا ہے؟ آفاق انفس کی دریافتیں ہیں، اسی کا نام سائنس ہے۔</w:t>
      </w:r>
    </w:p>
    <w:p>
      <w:r>
        <w:rPr>
          <w:b/>
        </w:rPr>
        <w:t xml:space="preserve">[33:51] </w:t>
      </w:r>
      <w:r>
        <w:t>to science ke baad woh daur aa gaya hai jis ko kaha gaya hai Quran mein tabyeeen-e-haq.</w:t>
      </w:r>
    </w:p>
    <w:p>
      <w:pPr>
        <w:jc w:val="right"/>
      </w:pPr>
      <w:r>
        <w:t>تو سائنس کے بعد وہ دور آ گیا ہے جس کو کہا گیا ہے قرآن میں تبیین حق۔</w:t>
      </w:r>
    </w:p>
    <w:p>
      <w:r>
        <w:rPr>
          <w:b/>
        </w:rPr>
        <w:t xml:space="preserve">[33:56] </w:t>
      </w:r>
      <w:r>
        <w:t>ab sirf avail karne ki baat hai.</w:t>
      </w:r>
    </w:p>
    <w:p>
      <w:pPr>
        <w:jc w:val="right"/>
      </w:pPr>
      <w:r>
        <w:t>اب صرف اویل کرنے کی بات ہے۔</w:t>
      </w:r>
    </w:p>
    <w:p>
      <w:r>
        <w:rPr>
          <w:b/>
        </w:rPr>
        <w:t xml:space="preserve">[34:02] </w:t>
      </w:r>
      <w:r>
        <w:t>Allah taala ne sare intezamat kar diye, sara saman ikhatta kar diya.</w:t>
      </w:r>
    </w:p>
    <w:p>
      <w:pPr>
        <w:jc w:val="right"/>
      </w:pPr>
      <w:r>
        <w:t>اللہ تعالیٰ نے سارے انتظامات کر دیئے، سارا سامان اکٹھا کر دیا۔</w:t>
      </w:r>
    </w:p>
    <w:p>
      <w:r>
        <w:rPr>
          <w:b/>
        </w:rPr>
        <w:t xml:space="preserve">[34:08] </w:t>
      </w:r>
      <w:r>
        <w:t>sara communication se le kar ke jo bhi requirement hain, sab ko faraham kar diya.</w:t>
      </w:r>
    </w:p>
    <w:p>
      <w:pPr>
        <w:jc w:val="right"/>
      </w:pPr>
      <w:r>
        <w:t>سارا کمیونیکیشن سے لے کر کے جو بھی ریکوائرمنٹ ہیں، سب کو فراہم کر دیا۔</w:t>
      </w:r>
    </w:p>
    <w:p>
      <w:r>
        <w:rPr>
          <w:b/>
        </w:rPr>
        <w:t xml:space="preserve">[34:14] </w:t>
      </w:r>
      <w:r>
        <w:t>ab sirf avail karne ka mamla hai.</w:t>
      </w:r>
    </w:p>
    <w:p>
      <w:pPr>
        <w:jc w:val="right"/>
      </w:pPr>
      <w:r>
        <w:t>اب صرف اویل کرنے کا معاملہ ہے۔</w:t>
      </w:r>
    </w:p>
    <w:p>
      <w:r>
        <w:rPr>
          <w:b/>
        </w:rPr>
        <w:t xml:space="preserve">[34:19] </w:t>
      </w:r>
      <w:r>
        <w:t>ab musalmanon ko yeh karna hai ke woh ladai khatam karein, gun kar ke bomb kar ke khatam karein.</w:t>
      </w:r>
    </w:p>
    <w:p>
      <w:pPr>
        <w:jc w:val="right"/>
      </w:pPr>
      <w:r>
        <w:t>اب مسلمانوں کو یہ کرنا ہے کہ وہ لڑائی ختم کریں، گن کر کے بم کر کے ختم کریں۔</w:t>
      </w:r>
    </w:p>
    <w:p>
      <w:r>
        <w:rPr>
          <w:b/>
        </w:rPr>
        <w:t xml:space="preserve">[34:25] </w:t>
      </w:r>
      <w:r>
        <w:t>logon ko dushman samajhna khatam karein.</w:t>
      </w:r>
    </w:p>
    <w:p>
      <w:pPr>
        <w:jc w:val="right"/>
      </w:pPr>
      <w:r>
        <w:t>لوگوں کو دشمن سمجھنا ختم کریں۔</w:t>
      </w:r>
    </w:p>
    <w:p>
      <w:r>
        <w:rPr>
          <w:b/>
        </w:rPr>
        <w:t xml:space="preserve">[34:31] </w:t>
      </w:r>
      <w:r>
        <w:t>conspiracy karne wale apne display se nikal dein.</w:t>
      </w:r>
    </w:p>
    <w:p>
      <w:pPr>
        <w:jc w:val="right"/>
      </w:pPr>
      <w:r>
        <w:t>کانسپریسی کرنے والے اپنے ڈسپلے سے نکال دیں۔</w:t>
      </w:r>
    </w:p>
    <w:p>
      <w:r>
        <w:rPr>
          <w:b/>
        </w:rPr>
        <w:t xml:space="preserve">[34:36] </w:t>
      </w:r>
      <w:r>
        <w:t>aik dam positive ban jayein.</w:t>
      </w:r>
    </w:p>
    <w:p>
      <w:pPr>
        <w:jc w:val="right"/>
      </w:pPr>
      <w:r>
        <w:t>ایک دم پازیٹیو بن جائیں۔</w:t>
      </w:r>
    </w:p>
    <w:p>
      <w:r>
        <w:rPr>
          <w:b/>
        </w:rPr>
        <w:t xml:space="preserve">[34:42] </w:t>
      </w:r>
      <w:r>
        <w:t>aur modern opportunities ko istemal karein tabyeeen-e-haq ke liye.</w:t>
      </w:r>
    </w:p>
    <w:p>
      <w:pPr>
        <w:jc w:val="right"/>
      </w:pPr>
      <w:r>
        <w:t>اور ماڈرن اپرچونیٹیز کو استعمال کریں تبیین حق کے لیے۔</w:t>
      </w:r>
    </w:p>
    <w:p>
      <w:r>
        <w:rPr>
          <w:b/>
        </w:rPr>
        <w:t xml:space="preserve">[34:48] </w:t>
      </w:r>
      <w:r>
        <w:t>misal ke taur par dekhein, Quran ko distribute karne ka mamla hai.</w:t>
      </w:r>
    </w:p>
    <w:p>
      <w:pPr>
        <w:jc w:val="right"/>
      </w:pPr>
      <w:r>
        <w:t>مثال کے طور پر دیکھیں، قرآن کو ڈسٹریبیوٹ کرنے کا معاملہ ہے۔</w:t>
      </w:r>
    </w:p>
    <w:p>
      <w:r>
        <w:rPr>
          <w:b/>
        </w:rPr>
        <w:t xml:space="preserve">[34:54] </w:t>
      </w:r>
      <w:r>
        <w:t>hadees mein aata hai ke Allah ka kalma duniya ke har ghar mein pohnch jayega.</w:t>
      </w:r>
    </w:p>
    <w:p>
      <w:pPr>
        <w:jc w:val="right"/>
      </w:pPr>
      <w:r>
        <w:t>حدیث میں آتا ہے کہ اللہ کا کلمہ دنیا کے ہر گھر میں پہنچ جائے گا۔</w:t>
      </w:r>
    </w:p>
    <w:p>
      <w:r>
        <w:rPr>
          <w:b/>
        </w:rPr>
        <w:t xml:space="preserve">[34:59] </w:t>
      </w:r>
      <w:r>
        <w:t>har chote ghar mein, har bare ghar mein.</w:t>
      </w:r>
    </w:p>
    <w:p>
      <w:pPr>
        <w:jc w:val="right"/>
      </w:pPr>
      <w:r>
        <w:t>ہر چھوٹے گھر میں، ہر بڑے گھر میں۔</w:t>
      </w:r>
    </w:p>
    <w:p>
      <w:r>
        <w:rPr>
          <w:b/>
        </w:rPr>
        <w:t xml:space="preserve">[35:05] </w:t>
      </w:r>
      <w:r>
        <w:t>to Allah ka kalma kya hai? yahi Quran hai, word of God hai.</w:t>
      </w:r>
    </w:p>
    <w:p>
      <w:pPr>
        <w:jc w:val="right"/>
      </w:pPr>
      <w:r>
        <w:t>تو اللہ کا کلمہ کیا ہے؟ یہی قرآن ہے، ورڈ آف گاڈ ہے۔</w:t>
      </w:r>
    </w:p>
    <w:p>
      <w:r>
        <w:rPr>
          <w:b/>
        </w:rPr>
        <w:t xml:space="preserve">[35:11] </w:t>
      </w:r>
      <w:r>
        <w:t>abhi mujhe bataya subah ko Mr. Izzat ne, woh gaye thay kahin safar par hawa jahaz se.</w:t>
      </w:r>
    </w:p>
    <w:p>
      <w:pPr>
        <w:jc w:val="right"/>
      </w:pPr>
      <w:r>
        <w:t>ابھی مجھے بتایا صبح کو مسٹر عزت نے، وہ گئے تھے کہیں سفر پر ہوا جہاز سے۔</w:t>
      </w:r>
    </w:p>
    <w:p>
      <w:r>
        <w:rPr>
          <w:b/>
        </w:rPr>
        <w:t xml:space="preserve">[35:16] </w:t>
      </w:r>
      <w:r>
        <w:t>to airport par unhon ne kuch naujawan thay, modern qism ke, un ko quran diya.</w:t>
      </w:r>
    </w:p>
    <w:p>
      <w:pPr>
        <w:jc w:val="right"/>
      </w:pPr>
      <w:r>
        <w:t>تو ایئرپورٹ پر انہوں نے کچھ نوجوان تھے، ماڈرن قسم کے، ان کو قرآن دیا۔</w:t>
      </w:r>
    </w:p>
    <w:p>
      <w:r>
        <w:rPr>
          <w:b/>
        </w:rPr>
        <w:t xml:space="preserve">[35:22] </w:t>
      </w:r>
      <w:r>
        <w:t>to woh naujawan jo tha, wow wow, aap jante hain ke wow jo hai, bohat ziyada khush ho</w:t>
      </w:r>
    </w:p>
    <w:p>
      <w:pPr>
        <w:jc w:val="right"/>
      </w:pPr>
      <w:r>
        <w:t>تو وہ نوجوان جو تھا، واؤ واؤ، آپ جانتے ہیں کہ واؤ جو ہے، بہت زیادہ خوش ہو</w:t>
      </w:r>
    </w:p>
    <w:p>
      <w:r>
        <w:rPr>
          <w:b/>
        </w:rPr>
        <w:t xml:space="preserve">[35:28] </w:t>
      </w:r>
      <w:r>
        <w:t>jaye aadmi, tab bola jata hai wow.</w:t>
      </w:r>
    </w:p>
    <w:p>
      <w:pPr>
        <w:jc w:val="right"/>
      </w:pPr>
      <w:r>
        <w:t>جائے آدمی، تب بولا جاتا ہے ڈبلیو او ڈبلیو۔</w:t>
      </w:r>
    </w:p>
    <w:p>
      <w:r>
        <w:rPr>
          <w:b/>
        </w:rPr>
        <w:t xml:space="preserve">[35:34] </w:t>
      </w:r>
      <w:r>
        <w:t>to wahan aur bhi kuch larkay larkiyan theen, to un ko bohat taajjub hua ke acha un ko</w:t>
      </w:r>
    </w:p>
    <w:p>
      <w:pPr>
        <w:jc w:val="right"/>
      </w:pPr>
      <w:r>
        <w:t>تو وہاں اور بھی کچھ لڑکے لڑکیاں تھیں، تو ان کو بہت تعجب ہوا کہ اچھا ان کو</w:t>
      </w:r>
    </w:p>
    <w:p>
      <w:r>
        <w:rPr>
          <w:b/>
        </w:rPr>
        <w:t xml:space="preserve">[35:39] </w:t>
      </w:r>
      <w:r>
        <w:t>quran mil gaya hai.</w:t>
      </w:r>
    </w:p>
    <w:p>
      <w:pPr>
        <w:jc w:val="right"/>
      </w:pPr>
      <w:r>
        <w:t>قرآن مل گیا ہے۔</w:t>
      </w:r>
    </w:p>
    <w:p>
      <w:r>
        <w:rPr>
          <w:b/>
        </w:rPr>
        <w:t xml:space="preserve">[35:45] </w:t>
      </w:r>
      <w:r>
        <w:t>unhon ne bhi ja kar hamein bhi diya, to unhon ne sab ko quran diya.</w:t>
      </w:r>
    </w:p>
    <w:p>
      <w:pPr>
        <w:jc w:val="right"/>
      </w:pPr>
      <w:r>
        <w:t>انہوں نے بھی جا کر ہمیں بھی دیا، تو انہوں نے سب کو قرآن دیا۔</w:t>
      </w:r>
    </w:p>
    <w:p>
      <w:r>
        <w:rPr>
          <w:b/>
        </w:rPr>
        <w:t xml:space="preserve">[35:51] </w:t>
      </w:r>
      <w:r>
        <w:t>to quran pa kar ke wow kaha us ne.</w:t>
      </w:r>
    </w:p>
    <w:p>
      <w:pPr>
        <w:jc w:val="right"/>
      </w:pPr>
      <w:r>
        <w:t>تو قرآن پا کر کے واؤ کہا اس نے۔</w:t>
      </w:r>
    </w:p>
    <w:p>
      <w:r>
        <w:rPr>
          <w:b/>
        </w:rPr>
        <w:t xml:space="preserve">[35:56] </w:t>
      </w:r>
      <w:r>
        <w:t>yeh aaj ki khabar hai.</w:t>
      </w:r>
    </w:p>
    <w:p>
      <w:pPr>
        <w:jc w:val="right"/>
      </w:pPr>
      <w:r>
        <w:t>یہ آج کی خبر ہے۔</w:t>
      </w:r>
    </w:p>
    <w:p>
      <w:r>
        <w:rPr>
          <w:b/>
        </w:rPr>
        <w:t xml:space="preserve">[36:02] </w:t>
      </w:r>
      <w:r>
        <w:t>to sari dunya intezar kar rahi hai, koi hum ko Khuda kitab de, hum wow keh ke lein us ko. Sari dunya.</w:t>
      </w:r>
    </w:p>
    <w:p>
      <w:pPr>
        <w:jc w:val="right"/>
      </w:pPr>
      <w:r>
        <w:t>تو ساری دنیا انتظار کر رہی ہے، کوئی ہم کو خدا کتاب دے، ہم واؤ کہہ کے لیں اس کو۔ ساری دنیا۔</w:t>
      </w:r>
    </w:p>
    <w:p>
      <w:r>
        <w:rPr>
          <w:b/>
        </w:rPr>
        <w:t xml:space="preserve">[36:08] </w:t>
      </w:r>
      <w:r>
        <w:t>ab na koi talwar ki zaroorat nahi hai, koi gun ki zaroorat nahi hai, koi bomb ki zaroorat nahi hai.</w:t>
      </w:r>
    </w:p>
    <w:p>
      <w:pPr>
        <w:jc w:val="right"/>
      </w:pPr>
      <w:r>
        <w:t>اب نہ کوئی تلوار کی ضرورت نہیں ہے، کوئی گن کی ضرورت نہیں ہے، کوئی بم کی ضرورت نہیں ہے۔</w:t>
      </w:r>
    </w:p>
    <w:p>
      <w:r>
        <w:rPr>
          <w:b/>
        </w:rPr>
        <w:t xml:space="preserve">[36:14] </w:t>
      </w:r>
      <w:r>
        <w:t>aur suicide bombing to madness hai, woh to kuch bhi nahi hai, nothing hai.</w:t>
      </w:r>
    </w:p>
    <w:p>
      <w:pPr>
        <w:jc w:val="right"/>
      </w:pPr>
      <w:r>
        <w:t>اور سوسائیڈ بمبنگ تو مائڈنس ہے، وہ تو کچھ بھی نہیں ہے، نتھنگ ہے۔</w:t>
      </w:r>
    </w:p>
    <w:p>
      <w:r>
        <w:rPr>
          <w:b/>
        </w:rPr>
        <w:t xml:space="preserve">[36:19] </w:t>
      </w:r>
      <w:r>
        <w:t>nafrat ki boli bhi ab jaiz nahi rahi.</w:t>
      </w:r>
    </w:p>
    <w:p>
      <w:pPr>
        <w:jc w:val="right"/>
      </w:pPr>
      <w:r>
        <w:t>نفرت کی بولی بھی اب جائز نہیں رہی۔</w:t>
      </w:r>
    </w:p>
    <w:p>
      <w:r>
        <w:rPr>
          <w:b/>
        </w:rPr>
        <w:t xml:space="preserve">[36:25] </w:t>
      </w:r>
      <w:r>
        <w:t>sirf ek hikmat Rasool, ek us waqt Rasool nahi apna sake Musalman, woh hai Deal Leaking Policy.</w:t>
      </w:r>
    </w:p>
    <w:p>
      <w:pPr>
        <w:jc w:val="right"/>
      </w:pPr>
      <w:r>
        <w:t>صرف ایک حکمت رسول، ایک اس وقت رسول نہیں اپنا سکے مسلمان، وہ ہے Deal Leaking Policy۔</w:t>
      </w:r>
    </w:p>
    <w:p>
      <w:r>
        <w:rPr>
          <w:b/>
        </w:rPr>
        <w:t xml:space="preserve">[36:31] </w:t>
      </w:r>
      <w:r>
        <w:t>is se sari baat bigar gayi.</w:t>
      </w:r>
    </w:p>
    <w:p>
      <w:pPr>
        <w:jc w:val="right"/>
      </w:pPr>
      <w:r>
        <w:t>اس سے ساری بات بگڑ گئی۔</w:t>
      </w:r>
    </w:p>
    <w:p>
      <w:r>
        <w:rPr>
          <w:b/>
        </w:rPr>
        <w:t xml:space="preserve">[36:36] </w:t>
      </w:r>
      <w:r>
        <w:t>مسلمان deal-making policy اختیار نہ کر سکے، اس سے ساری بات بگڑ گئی، سب کچھ jeopardized ہو گیا۔</w:t>
      </w:r>
    </w:p>
    <w:p>
      <w:pPr>
        <w:jc w:val="right"/>
      </w:pPr>
      <w:r>
        <w:t>مسلمان Deal Leaking Policy اختیار نہ کر سکے، اس سے ساری بات بگڑ گئی، سب کچھ جبرٹائز ہو گیا۔</w:t>
      </w:r>
    </w:p>
    <w:p>
      <w:r>
        <w:rPr>
          <w:b/>
        </w:rPr>
        <w:t xml:space="preserve">[36:42] </w:t>
      </w:r>
      <w:r>
        <w:t>ab Musalmanon ko chahiye ke apni ghalti ka aitraf karein, toba karein.</w:t>
      </w:r>
    </w:p>
    <w:p>
      <w:pPr>
        <w:jc w:val="right"/>
      </w:pPr>
      <w:r>
        <w:t>اب مسلمانوں کو چاہیے کہ اپنی غلطی کا اعتراف کریں، توبہ کریں۔</w:t>
      </w:r>
    </w:p>
    <w:p>
      <w:r>
        <w:rPr>
          <w:b/>
        </w:rPr>
        <w:t xml:space="preserve">[36:48] </w:t>
      </w:r>
      <w:r>
        <w:t>aur yeh jo Mr. Izzat ne jo waqia bataya, us ko alamaati taur par dekhein ke sari dunya</w:t>
      </w:r>
    </w:p>
    <w:p>
      <w:pPr>
        <w:jc w:val="right"/>
      </w:pPr>
      <w:r>
        <w:t>اور یہ جو مسٹر عزت نے جو واقعہ بتایا، اس کو علامتی طور پر دیکھیں کہ ساری دنیا</w:t>
      </w:r>
    </w:p>
    <w:p>
      <w:r>
        <w:rPr>
          <w:b/>
        </w:rPr>
        <w:t xml:space="preserve">[36:54] </w:t>
      </w:r>
      <w:r>
        <w:t>isi intezar mein hai.</w:t>
      </w:r>
    </w:p>
    <w:p>
      <w:pPr>
        <w:jc w:val="right"/>
      </w:pPr>
      <w:r>
        <w:t>اسی انتظار میں ہے۔</w:t>
      </w:r>
    </w:p>
    <w:p>
      <w:r>
        <w:rPr>
          <w:b/>
        </w:rPr>
        <w:t xml:space="preserve">[36:59] </w:t>
      </w:r>
      <w:r>
        <w:t>alamaati taur par mein kahunga ke sari dunya isi intezar mein hai ke us ki apni qabil</w:t>
      </w:r>
    </w:p>
    <w:p>
      <w:pPr>
        <w:jc w:val="right"/>
      </w:pPr>
      <w:r>
        <w:t>علامتی طور پر میں کہوں گا کہ ساری دنیا اسی انتظار میں ہے کہ اس کی اپنی قابل</w:t>
      </w:r>
    </w:p>
    <w:p>
      <w:r>
        <w:rPr>
          <w:b/>
        </w:rPr>
        <w:t xml:space="preserve">[37:05] </w:t>
      </w:r>
      <w:r>
        <w:t>fehm zaban mein tarjuma kar ke aap chhapayein.</w:t>
      </w:r>
    </w:p>
    <w:p>
      <w:pPr>
        <w:jc w:val="right"/>
      </w:pPr>
      <w:r>
        <w:t>فہم زبان میں ترجمہ کر کے آپ چھپائیں۔</w:t>
      </w:r>
    </w:p>
    <w:p>
      <w:r>
        <w:rPr>
          <w:b/>
        </w:rPr>
        <w:t xml:space="preserve">[37:11] </w:t>
      </w:r>
      <w:r>
        <w:t>aur har har Musalman apni jeb mein rakhe, apne bag mein rakhe, jahan koi mile us ko de</w:t>
      </w:r>
    </w:p>
    <w:p>
      <w:pPr>
        <w:jc w:val="right"/>
      </w:pPr>
      <w:r>
        <w:t>اور ہر ہر مسلمان اپنی جیب میں رکھے، اپنے بیگ میں رکھے، جہاں کوئی ملے اس کو دے</w:t>
      </w:r>
    </w:p>
    <w:p>
      <w:r>
        <w:rPr>
          <w:b/>
        </w:rPr>
        <w:t xml:space="preserve">[37:16] </w:t>
      </w:r>
      <w:r>
        <w:t>de, jahan koi mile us ko de de.</w:t>
      </w:r>
    </w:p>
    <w:p>
      <w:pPr>
        <w:jc w:val="right"/>
      </w:pPr>
      <w:r>
        <w:t>دے، جہاں کوئی ملے اس کو دے دے۔</w:t>
      </w:r>
    </w:p>
    <w:p>
      <w:r>
        <w:rPr>
          <w:b/>
        </w:rPr>
        <w:t xml:space="preserve">[37:22] </w:t>
      </w:r>
      <w:r>
        <w:t>to har ek tayyar hai kehne ke liye ke wow wow.</w:t>
      </w:r>
    </w:p>
    <w:p>
      <w:pPr>
        <w:jc w:val="right"/>
      </w:pPr>
      <w:r>
        <w:t>تو ہر ایک تیار ہے کہنے کے لیے کہ واؤ واؤ۔</w:t>
      </w:r>
    </w:p>
    <w:p>
      <w:r>
        <w:rPr>
          <w:b/>
        </w:rPr>
        <w:t xml:space="preserve">[37:28] </w:t>
      </w:r>
      <w:r>
        <w:t>to ab waqt woh aa gaya hai.</w:t>
      </w:r>
    </w:p>
    <w:p>
      <w:pPr>
        <w:jc w:val="right"/>
      </w:pPr>
      <w:r>
        <w:t>تو اب وقت وہ آ گیا ہے۔</w:t>
      </w:r>
    </w:p>
    <w:p>
      <w:r>
        <w:rPr>
          <w:b/>
        </w:rPr>
        <w:t xml:space="preserve">[37:34] </w:t>
      </w:r>
      <w:r>
        <w:t>ek sher hai, shayad maine aap ko suna hoga is sher pehle.</w:t>
      </w:r>
    </w:p>
    <w:p>
      <w:pPr>
        <w:jc w:val="right"/>
      </w:pPr>
      <w:r>
        <w:t>ایک شعر ہے، شاید میں نے آپ کو سنا ہوگا اس شعر پہلے۔</w:t>
      </w:r>
    </w:p>
    <w:p>
      <w:r>
        <w:rPr>
          <w:b/>
        </w:rPr>
        <w:t xml:space="preserve">[37:39] </w:t>
      </w:r>
      <w:r>
        <w:t>ek Persian line hai: hamma ahwaa-e-sahra sar-e-khud nahad bar qaf-e-boomid ya ke rozeh bishkaar khwaahi aawut.</w:t>
      </w:r>
    </w:p>
    <w:p>
      <w:pPr>
        <w:jc w:val="right"/>
      </w:pPr>
      <w:r>
        <w:t>ایک پرشین لائن ہے: همّا آهواء صحرا سر خود نہاد برقف بومید یا کے روزے بشکار خواہی آوت۔</w:t>
      </w:r>
    </w:p>
    <w:p>
      <w:r>
        <w:rPr>
          <w:b/>
        </w:rPr>
        <w:t xml:space="preserve">[37:45] </w:t>
      </w:r>
      <w:r>
        <w:t>is ka tarjuma ye hai ke jangal ke tamam hirn, jangal ke tamam hirn apna sir hath phaili</w:t>
      </w:r>
    </w:p>
    <w:p>
      <w:pPr>
        <w:jc w:val="right"/>
      </w:pPr>
      <w:r>
        <w:t>اس کا ترجمہ یہ ہے کہ جنگل کے تمام ہرن، جنگل کے تمام ہرن اپنا سر ہاتھ پھیلی</w:t>
      </w:r>
    </w:p>
    <w:p>
      <w:r>
        <w:rPr>
          <w:b/>
        </w:rPr>
        <w:t xml:space="preserve">[37:51] </w:t>
      </w:r>
      <w:r>
        <w:t>hui, tali phaili hui khare hain.</w:t>
      </w:r>
    </w:p>
    <w:p>
      <w:pPr>
        <w:jc w:val="right"/>
      </w:pPr>
      <w:r>
        <w:t>ہوئی، تلی پھیلی ہوئی کھڑے ہیں۔</w:t>
      </w:r>
    </w:p>
    <w:p>
      <w:r>
        <w:rPr>
          <w:b/>
        </w:rPr>
        <w:t xml:space="preserve">[37:56] </w:t>
      </w:r>
      <w:r>
        <w:t>koi koi aye in ko shikar kare.</w:t>
      </w:r>
    </w:p>
    <w:p>
      <w:pPr>
        <w:jc w:val="right"/>
      </w:pPr>
      <w:r>
        <w:t>کوئی کوئی آئے ان کو شکار کرے۔</w:t>
      </w:r>
    </w:p>
    <w:p>
      <w:r>
        <w:rPr>
          <w:b/>
        </w:rPr>
        <w:t xml:space="preserve">[38:02] </w:t>
      </w:r>
      <w:r>
        <w:t>to sari dunya is ki misal ban gayi hai.</w:t>
      </w:r>
    </w:p>
    <w:p>
      <w:pPr>
        <w:jc w:val="right"/>
      </w:pPr>
      <w:r>
        <w:t>تو ساری دنیا اس کی مثال بن گئی ہے۔</w:t>
      </w:r>
    </w:p>
    <w:p>
      <w:r>
        <w:rPr>
          <w:b/>
        </w:rPr>
        <w:t xml:space="preserve">[38:08] </w:t>
      </w:r>
      <w:r>
        <w:t>hama ahwa-e-sahra sar-e-khud nahad bar qaf ba-umid-e-shikar khwahi aamad.</w:t>
      </w:r>
    </w:p>
    <w:p>
      <w:pPr>
        <w:jc w:val="right"/>
      </w:pPr>
      <w:r>
        <w:t>همّا آهواء صحرا سر خود نہاد برقف بومید یا کے روزے بشکار خواہی آوت۔</w:t>
      </w:r>
    </w:p>
    <w:p>
      <w:r>
        <w:rPr>
          <w:b/>
        </w:rPr>
        <w:t xml:space="preserve">[38:14] </w:t>
      </w:r>
      <w:r>
        <w:t>yani jangal ke tamam hirn apna sir hatheli phaili hui intazar kar rahe hain, koi aye in ka shikar kare.</w:t>
      </w:r>
    </w:p>
    <w:p>
      <w:pPr>
        <w:jc w:val="right"/>
      </w:pPr>
      <w:r>
        <w:t>یعنی جنگل کے تمام ہرن اپنا سر ہتھیلی پھیلی ہوئی انتظار کر رہے ہیں، کوئی آئے ان کا شکار کرے۔</w:t>
      </w:r>
    </w:p>
    <w:p>
      <w:r>
        <w:rPr>
          <w:b/>
        </w:rPr>
        <w:t xml:space="preserve">[38:19] </w:t>
      </w:r>
      <w:r>
        <w:t>to sari dunya intazar kar rahi hai, koi uthe aur is ko Khuda kitab de, wo wa'o kar</w:t>
      </w:r>
    </w:p>
    <w:p>
      <w:pPr>
        <w:jc w:val="right"/>
      </w:pPr>
      <w:r>
        <w:t>تو ساری دنیا انتظار کر رہی ہے، کوئی اٹھے اور اس کو خدا کتاب دے، وہ واؤ کر</w:t>
      </w:r>
    </w:p>
    <w:p>
      <w:r>
        <w:rPr>
          <w:b/>
        </w:rPr>
        <w:t xml:space="preserve">[38:25] </w:t>
      </w:r>
      <w:r>
        <w:t>ke toot pare is ke upar.</w:t>
      </w:r>
    </w:p>
    <w:p>
      <w:pPr>
        <w:jc w:val="right"/>
      </w:pPr>
      <w:r>
        <w:t>کے ٹوٹ پڑے اس کے اوپر۔</w:t>
      </w:r>
    </w:p>
    <w:p>
      <w:r>
        <w:rPr>
          <w:b/>
        </w:rPr>
        <w:t xml:space="preserve">[38:31] </w:t>
      </w:r>
      <w:r>
        <w:t>ek ko aap dein to ek ko aap dein to dusre sab keh rahe hain, mujhe bhi do,</w:t>
      </w:r>
    </w:p>
    <w:p>
      <w:pPr>
        <w:jc w:val="right"/>
      </w:pPr>
      <w:r>
        <w:t>ایک کو آپ دیں تو ایک کو آپ دیں تو دوسرے سب کہہ رہے ہیں، مجھے بھی دو،</w:t>
      </w:r>
    </w:p>
    <w:p>
      <w:r>
        <w:rPr>
          <w:b/>
        </w:rPr>
        <w:t xml:space="preserve">[38:36] </w:t>
      </w:r>
      <w:r>
        <w:t>mujhe bhi do, mujhe bhi do, mujhe bhi do.</w:t>
      </w:r>
    </w:p>
    <w:p>
      <w:pPr>
        <w:jc w:val="right"/>
      </w:pPr>
      <w:r>
        <w:t>مجھے بھی دو، مجھے بھی دو، مجھے بھی دو۔</w:t>
      </w:r>
    </w:p>
    <w:p>
      <w:r>
        <w:rPr>
          <w:b/>
        </w:rPr>
        <w:t xml:space="preserve">[38:42] </w:t>
      </w:r>
      <w:r>
        <w:t>is par maine bahut ghor kiya, bahut ghor kiya, bahut dinon se, balke saalon tak ghor karta raha.</w:t>
      </w:r>
    </w:p>
    <w:p>
      <w:pPr>
        <w:jc w:val="right"/>
      </w:pPr>
      <w:r>
        <w:t>اس پر میں نے بہت غور کیا، بہت غور کیا، بہت دنوں سے، بلکہ سالوں تک غور کرتا رہا۔</w:t>
      </w:r>
    </w:p>
    <w:p>
      <w:r>
        <w:rPr>
          <w:b/>
        </w:rPr>
        <w:t xml:space="preserve">[38:48] </w:t>
      </w:r>
      <w:r>
        <w:t>آخر میں میری سمجھ میں آیا کہ ساری غلطی یہ ہوئی کہ Dealing Policy اختیار نہ کر سکے مسلمان۔</w:t>
      </w:r>
    </w:p>
    <w:p>
      <w:pPr>
        <w:jc w:val="right"/>
      </w:pPr>
      <w:r>
        <w:t>آخر میں میری سمجھ میں آیا کہ ساری غلطی یہ ہوئی کہ Deal Leaking Policy اختیار نہ کر سکے مسلمان۔</w:t>
      </w:r>
    </w:p>
    <w:p>
      <w:r>
        <w:rPr>
          <w:b/>
        </w:rPr>
        <w:t xml:space="preserve">[38:54] </w:t>
      </w:r>
      <w:r>
        <w:t>رسول اللہ صلی اللہ علیہ وسلم کی policy dealing.</w:t>
      </w:r>
    </w:p>
    <w:p>
      <w:pPr>
        <w:jc w:val="right"/>
      </w:pPr>
      <w:r>
        <w:t>رسول اللہ صلی اللہ علیہ وسلم کی Policy Deal Leaking۔</w:t>
      </w:r>
    </w:p>
    <w:p>
      <w:r>
        <w:rPr>
          <w:b/>
        </w:rPr>
        <w:t xml:space="preserve">[38:59] </w:t>
      </w:r>
      <w:r>
        <w:t>ek baat ko dusri baat se alag kar ke dekhna.</w:t>
      </w:r>
    </w:p>
    <w:p>
      <w:pPr>
        <w:jc w:val="right"/>
      </w:pPr>
      <w:r>
        <w:t>ایک بات کو دوسری بات سے الگ کر کے دیکھنا۔</w:t>
      </w:r>
    </w:p>
    <w:p>
      <w:r>
        <w:rPr>
          <w:b/>
        </w:rPr>
        <w:t xml:space="preserve">[39:05] </w:t>
      </w:r>
      <w:r>
        <w:t>aur ye ek hi baat sirf Kaba hi ka muamla nahi hai, puri puri yani ta'is saal ki</w:t>
      </w:r>
    </w:p>
    <w:p>
      <w:pPr>
        <w:jc w:val="right"/>
      </w:pPr>
      <w:r>
        <w:t>اور یہ ایک ہی بات صرف کعبہ ہی کا معاملہ نہیں ہے، پوری پوری یعنی تئیس سال کی</w:t>
      </w:r>
    </w:p>
    <w:p>
      <w:r>
        <w:rPr>
          <w:b/>
        </w:rPr>
        <w:t xml:space="preserve">[39:11] </w:t>
      </w:r>
      <w:r>
        <w:t>مدت میں رسول اللہ نے Dealing Policy اختیار کی۔</w:t>
      </w:r>
    </w:p>
    <w:p>
      <w:pPr>
        <w:jc w:val="right"/>
      </w:pPr>
      <w:r>
        <w:t>مدت میں رسول اللہ نے Deal Leaking Policy اختیار کی۔</w:t>
      </w:r>
    </w:p>
    <w:p>
      <w:r>
        <w:rPr>
          <w:b/>
        </w:rPr>
        <w:t xml:space="preserve">[39:16] </w:t>
      </w:r>
      <w:r>
        <w:t>jaise misal ke taur par Hudaybiyah ke mauqe par jab aap ne likhwaya tha Muhammad Rasool Allah, unhon</w:t>
      </w:r>
    </w:p>
    <w:p>
      <w:pPr>
        <w:jc w:val="right"/>
      </w:pPr>
      <w:r>
        <w:t>جیسے مثال کے طور پر حدیبیہ کے موقع پر جب آپ نے لکھوایا تھا محمد رسول اللہ، انہوں</w:t>
      </w:r>
    </w:p>
    <w:p>
      <w:r>
        <w:rPr>
          <w:b/>
        </w:rPr>
        <w:t xml:space="preserve">[39:22] </w:t>
      </w:r>
      <w:r>
        <w:t>ne unhon ne etiraz kiya ke nahi, hum aap ko Rasool Allah nahi mante.</w:t>
      </w:r>
    </w:p>
    <w:p>
      <w:pPr>
        <w:jc w:val="right"/>
      </w:pPr>
      <w:r>
        <w:t>نے انہوں نے اعتراض کیا کہ نہیں، ہم آپ کو رسول اللہ نہیں مانتے۔</w:t>
      </w:r>
    </w:p>
    <w:p>
      <w:r>
        <w:rPr>
          <w:b/>
        </w:rPr>
        <w:t xml:space="preserve">[39:28] </w:t>
      </w:r>
      <w:r>
        <w:t>jaldi se aap ne mita diya is ko.</w:t>
      </w:r>
    </w:p>
    <w:p>
      <w:pPr>
        <w:jc w:val="right"/>
      </w:pPr>
      <w:r>
        <w:t>جلدی سے آپ نے مٹا دیا اس کو۔</w:t>
      </w:r>
    </w:p>
    <w:p>
      <w:r>
        <w:rPr>
          <w:b/>
        </w:rPr>
        <w:t xml:space="preserve">[39:34] </w:t>
      </w:r>
      <w:r>
        <w:t>to aap ne deal link kiya is ko.</w:t>
      </w:r>
    </w:p>
    <w:p>
      <w:pPr>
        <w:jc w:val="right"/>
      </w:pPr>
      <w:r>
        <w:t>تو آپ نے Deal Link کیا اس کو۔</w:t>
      </w:r>
    </w:p>
    <w:p>
      <w:r>
        <w:rPr>
          <w:b/>
        </w:rPr>
        <w:t xml:space="preserve">[39:39] </w:t>
      </w:r>
      <w:r>
        <w:t>یعنی مٹانے کو اور اصل جو مسئلہ تھا اس کو جو انہوں نے deal with کیا آپ نے۔</w:t>
      </w:r>
    </w:p>
    <w:p>
      <w:pPr>
        <w:jc w:val="right"/>
      </w:pPr>
      <w:r>
        <w:t>یعنی مٹانے کو اور اصل جو مسئلہ تھا اس کو جو انہوں نے Deal Link کیا آپ نے۔</w:t>
      </w:r>
    </w:p>
    <w:p>
      <w:r>
        <w:rPr>
          <w:b/>
        </w:rPr>
        <w:t xml:space="preserve">[39:45] </w:t>
      </w:r>
      <w:r>
        <w:t>to Musalman khoob taqreeren karte hain Rasool Allah ke bare mein, bade bade na'at khwani karte hain.</w:t>
      </w:r>
    </w:p>
    <w:p>
      <w:pPr>
        <w:jc w:val="right"/>
      </w:pPr>
      <w:r>
        <w:t>تو مسلمان خوب تقریریں کرتے ہیں رسول اللہ کے بارے میں، بڑے بڑے نعت خوانی کرتے ہیں۔</w:t>
      </w:r>
    </w:p>
    <w:p>
      <w:r>
        <w:rPr>
          <w:b/>
        </w:rPr>
        <w:t xml:space="preserve">[39:51] </w:t>
      </w:r>
      <w:r>
        <w:t>na'at khwani ke liye bade bade alfaaz un ke paas hote hain.</w:t>
      </w:r>
    </w:p>
    <w:p>
      <w:pPr>
        <w:jc w:val="right"/>
      </w:pPr>
      <w:r>
        <w:t>نعت خوانی کے لیے بڑے بڑے الفاظ ان کے پاس ہوتے ہیں۔</w:t>
      </w:r>
    </w:p>
    <w:p>
      <w:r>
        <w:rPr>
          <w:b/>
        </w:rPr>
        <w:t xml:space="preserve">[39:56] </w:t>
      </w:r>
      <w:r>
        <w:t>lekin jo Rasool Allah ki jo asal sunnat hai, jo policy hai, jo hikmat hai, us ko ikhtiyar</w:t>
      </w:r>
    </w:p>
    <w:p>
      <w:pPr>
        <w:jc w:val="right"/>
      </w:pPr>
      <w:r>
        <w:t>لیکن جو رسول اللہ کی جو اصل سنت ہے، جو Policy ہے، جو حکمت ہے، اس کو اختیار</w:t>
      </w:r>
    </w:p>
    <w:p>
      <w:r>
        <w:rPr>
          <w:b/>
        </w:rPr>
        <w:t xml:space="preserve">[40:02] </w:t>
      </w:r>
      <w:r>
        <w:t>nahi kiya kisi ne.</w:t>
      </w:r>
    </w:p>
    <w:p>
      <w:pPr>
        <w:jc w:val="right"/>
      </w:pPr>
      <w:r>
        <w:t>نہیں کیا کسی نے۔</w:t>
      </w:r>
    </w:p>
    <w:p>
      <w:r>
        <w:rPr>
          <w:b/>
        </w:rPr>
        <w:t xml:space="preserve">[40:08] </w:t>
      </w:r>
      <w:r>
        <w:t>تو یہ میں سمجھتا ہوں کہ یہ جڑ کی بات ہے کہ موجودہ زمانے میں dealing with</w:t>
      </w:r>
    </w:p>
    <w:p>
      <w:pPr>
        <w:jc w:val="right"/>
      </w:pPr>
      <w:r>
        <w:t>تو یہ میں سمجھتا ہوں کہ یہ جڑ کی بات ہے کہ موجودہ زمانے میں Deal Leaking کی</w:t>
      </w:r>
    </w:p>
    <w:p>
      <w:r>
        <w:rPr>
          <w:b/>
        </w:rPr>
        <w:t xml:space="preserve">[40:14] </w:t>
      </w:r>
      <w:r>
        <w:t>جو سنت ہے، وہ اختیار نہ کر سکے، اس وجہ سے آج کے opportunities کو نہیں پہچانا۔</w:t>
      </w:r>
    </w:p>
    <w:p>
      <w:pPr>
        <w:jc w:val="right"/>
      </w:pPr>
      <w:r>
        <w:t>جو سنت ہے، وہ اختیار نہ کر سکے، اس وجہ سے آج کے Opportunities کو نہیں پہچانا۔</w:t>
      </w:r>
    </w:p>
    <w:p>
      <w:r>
        <w:rPr>
          <w:b/>
        </w:rPr>
        <w:t xml:space="preserve">[40:19] </w:t>
      </w:r>
      <w:r>
        <w:t>is wajah se koi kaam nahi kar sake, is wajah se shikayat, nafrat ye un ke hisse mein aya.</w:t>
      </w:r>
    </w:p>
    <w:p>
      <w:pPr>
        <w:jc w:val="right"/>
      </w:pPr>
      <w:r>
        <w:t>اس وجہ سے کوئی کام نہیں کر سکے، اس وجہ سے شکایت، نفرت یہ ان کے حصے میں آیا۔</w:t>
      </w:r>
    </w:p>
    <w:p>
      <w:r>
        <w:rPr>
          <w:b/>
        </w:rPr>
        <w:t xml:space="preserve">[40:25] </w:t>
      </w:r>
      <w:r>
        <w:t>lekin ab aakhri waqt aa gaya hai, aakhri waqt aa gaya hai, aakhri waqt aa gaya hai ke</w:t>
      </w:r>
    </w:p>
    <w:p>
      <w:pPr>
        <w:jc w:val="right"/>
      </w:pPr>
      <w:r>
        <w:t>لیکن اب آخری وقت آ گیا ہے، آخری وقت آ گیا ہے، آخری وقت آ گیا ہے کہ</w:t>
      </w:r>
    </w:p>
    <w:p>
      <w:r>
        <w:rPr>
          <w:b/>
        </w:rPr>
        <w:t xml:space="preserve">[40:31] </w:t>
      </w:r>
      <w:r>
        <w:t>sari ummat-e-Muslima mil kar tauba kare.</w:t>
      </w:r>
    </w:p>
    <w:p>
      <w:pPr>
        <w:jc w:val="right"/>
      </w:pPr>
      <w:r>
        <w:t>ساری امت مسلمہ مل کر توبہ کرے۔</w:t>
      </w:r>
    </w:p>
    <w:p>
      <w:r>
        <w:rPr>
          <w:b/>
        </w:rPr>
        <w:t xml:space="preserve">[40:36] </w:t>
      </w:r>
      <w:r>
        <w:t>jis ko Quran mein tauba-e-jum'i kaha gaya hai, ijtima'i tauba.</w:t>
      </w:r>
    </w:p>
    <w:p>
      <w:pPr>
        <w:jc w:val="right"/>
      </w:pPr>
      <w:r>
        <w:t>جس کو قرآن میں توبہ جمعی کہا گیا ہے، اجتماعی توبہ۔</w:t>
      </w:r>
    </w:p>
    <w:p>
      <w:r>
        <w:rPr>
          <w:b/>
        </w:rPr>
        <w:t xml:space="preserve">[40:42] </w:t>
      </w:r>
      <w:r>
        <w:t>woh dil se maane ke hum ne ghalti ki, dil se maane ke hum Derail ho gaye, hamara</w:t>
      </w:r>
    </w:p>
    <w:p>
      <w:pPr>
        <w:jc w:val="right"/>
      </w:pPr>
      <w:r>
        <w:t>وہ دل سے مانے کہ ہم نے غلطی کی، دل سے مانے کہ ہم Derail ہو گئے، ہمارا</w:t>
      </w:r>
    </w:p>
    <w:p>
      <w:r>
        <w:rPr>
          <w:b/>
        </w:rPr>
        <w:t xml:space="preserve">[40:48] </w:t>
      </w:r>
      <w:r>
        <w:t>qafla Derail ho gaya.</w:t>
      </w:r>
    </w:p>
    <w:p>
      <w:pPr>
        <w:jc w:val="right"/>
      </w:pPr>
      <w:r>
        <w:t>قافلہ Derail ہو گیا۔</w:t>
      </w:r>
    </w:p>
    <w:p>
      <w:r>
        <w:rPr>
          <w:b/>
        </w:rPr>
        <w:t xml:space="preserve">[40:54] </w:t>
      </w:r>
      <w:r>
        <w:t>dil se maane ke Allah ne hum par nematein khol di thin, mawaqe ki, is ko hum istemaal</w:t>
      </w:r>
    </w:p>
    <w:p>
      <w:pPr>
        <w:jc w:val="right"/>
      </w:pPr>
      <w:r>
        <w:t>دل سے مانے کہ اللہ نے ہم پر نعمتیں کھول دی تھیں، مواقع کی، اس کو ہم استعمال</w:t>
      </w:r>
    </w:p>
    <w:p>
      <w:r>
        <w:rPr>
          <w:b/>
        </w:rPr>
        <w:t xml:space="preserve">[40:59] </w:t>
      </w:r>
      <w:r>
        <w:t>nahin kar sake.</w:t>
      </w:r>
    </w:p>
    <w:p>
      <w:pPr>
        <w:jc w:val="right"/>
      </w:pPr>
      <w:r>
        <w:t>نہیں کر سکے۔</w:t>
      </w:r>
    </w:p>
    <w:p>
      <w:r>
        <w:rPr>
          <w:b/>
        </w:rPr>
        <w:t xml:space="preserve">[41:05] </w:t>
      </w:r>
      <w:r>
        <w:t>is ko dil se maane, tab ja kar ke ek naya daur shuru hoga.</w:t>
      </w:r>
    </w:p>
    <w:p>
      <w:pPr>
        <w:jc w:val="right"/>
      </w:pPr>
      <w:r>
        <w:t>اس کو دل سے مانے، تب جا کر کے ایک نیا دور شروع ہوگا۔</w:t>
      </w:r>
    </w:p>
    <w:p>
      <w:r>
        <w:rPr>
          <w:b/>
        </w:rPr>
        <w:t xml:space="preserve">[41:11] </w:t>
      </w:r>
      <w:r>
        <w:t>dekhein, jab aadmi ek ghalti kar daale to us ke baad naya aaghaaz, nayi Beginning us waqt hoti</w:t>
      </w:r>
    </w:p>
    <w:p>
      <w:pPr>
        <w:jc w:val="right"/>
      </w:pPr>
      <w:r>
        <w:t>دیکھیں، جب آدمی ایک غلطی کر ڈالے تو اس کے بعد نیا آغاز، نئی Beginning اس وقت ہوتی</w:t>
      </w:r>
    </w:p>
    <w:p>
      <w:r>
        <w:rPr>
          <w:b/>
        </w:rPr>
        <w:t xml:space="preserve">[41:16] </w:t>
      </w:r>
      <w:r>
        <w:t>hai jab woh kahe ke I باز rang.</w:t>
      </w:r>
    </w:p>
    <w:p>
      <w:pPr>
        <w:jc w:val="right"/>
      </w:pPr>
      <w:r>
        <w:t>ہے جب وہ کہے کہ آئی باز رانگ۔</w:t>
      </w:r>
    </w:p>
    <w:p>
      <w:r>
        <w:rPr>
          <w:b/>
        </w:rPr>
        <w:t xml:space="preserve">[41:22] </w:t>
      </w:r>
      <w:r>
        <w:t>agar aap koi ghalti kar dein to jaldi se kahiye ke I باز rang.</w:t>
      </w:r>
    </w:p>
    <w:p>
      <w:pPr>
        <w:jc w:val="right"/>
      </w:pPr>
      <w:r>
        <w:t>اگر آپ کوئی غلطی کر دیں تو جلدی سے کہیے کہ آئی باز رانگ۔</w:t>
      </w:r>
    </w:p>
    <w:p>
      <w:r>
        <w:rPr>
          <w:b/>
        </w:rPr>
        <w:t xml:space="preserve">[41:28] </w:t>
      </w:r>
      <w:r>
        <w:t>kyun ke is ke baad nayi Beginning shuru ho jaati hai.</w:t>
      </w:r>
    </w:p>
    <w:p>
      <w:pPr>
        <w:jc w:val="right"/>
      </w:pPr>
      <w:r>
        <w:t>کیونکہ اس کے بعد نئی Beginning شروع ہو جاتی ہے۔</w:t>
      </w:r>
    </w:p>
    <w:p>
      <w:r>
        <w:rPr>
          <w:b/>
        </w:rPr>
        <w:t xml:space="preserve">[41:34] </w:t>
      </w:r>
      <w:r>
        <w:t>I باز rang kehte hi nayi Beginning shuru ho jaati hai.</w:t>
      </w:r>
    </w:p>
    <w:p>
      <w:pPr>
        <w:jc w:val="right"/>
      </w:pPr>
      <w:r>
        <w:t>آئی باز رانگ کہتے ہی نئی Beginning شروع ہو جاتی ہے۔</w:t>
      </w:r>
    </w:p>
    <w:p>
      <w:r>
        <w:rPr>
          <w:b/>
        </w:rPr>
        <w:t xml:space="preserve">[41:39] </w:t>
      </w:r>
      <w:r>
        <w:t>jo bohat jald apni manzil tak pounchti hai.</w:t>
      </w:r>
    </w:p>
    <w:p>
      <w:pPr>
        <w:jc w:val="right"/>
      </w:pPr>
      <w:r>
        <w:t>جو بہت جلد اپنی منزل تک پہنچتی ہے۔</w:t>
      </w:r>
    </w:p>
    <w:p>
      <w:r>
        <w:rPr>
          <w:b/>
        </w:rPr>
        <w:t xml:space="preserve">[41:45] </w:t>
      </w:r>
      <w:r>
        <w:t>to main aap logon se kahunga ke saare Musalmanon ko yeh paigham pounchaiye.</w:t>
      </w:r>
    </w:p>
    <w:p>
      <w:pPr>
        <w:jc w:val="right"/>
      </w:pPr>
      <w:r>
        <w:t>تو میں آپ لوگوں سے کہوں گا کہ سارے مسلمانوں کو یہ پیغام پہنچائیے۔</w:t>
      </w:r>
    </w:p>
    <w:p>
      <w:r>
        <w:rPr>
          <w:b/>
        </w:rPr>
        <w:t xml:space="preserve">[41:51] </w:t>
      </w:r>
      <w:r>
        <w:t>saari duniya ke Musalmanon ko har zabaan mein yeh paigham pounchaiye.</w:t>
      </w:r>
    </w:p>
    <w:p>
      <w:pPr>
        <w:jc w:val="right"/>
      </w:pPr>
      <w:r>
        <w:t>ساری دنیا کے مسلمانوں کو ہر زبان میں یہ پیغام پہنچائیے۔</w:t>
      </w:r>
    </w:p>
    <w:p>
      <w:r>
        <w:rPr>
          <w:b/>
        </w:rPr>
        <w:t xml:space="preserve">[41:56] </w:t>
      </w:r>
      <w:r>
        <w:t>aur aaj ka jo zamana hai, aap jaante hain ke communication ka zamana hai.</w:t>
      </w:r>
    </w:p>
    <w:p>
      <w:pPr>
        <w:jc w:val="right"/>
      </w:pPr>
      <w:r>
        <w:t>اور آج کا جو زمانہ ہے، آپ جانتے ہیں کہ کمیونیکیشن کا زمانہ ہے۔</w:t>
      </w:r>
    </w:p>
    <w:p>
      <w:r>
        <w:rPr>
          <w:b/>
        </w:rPr>
        <w:t xml:space="preserve">[42:02] </w:t>
      </w:r>
      <w:r>
        <w:t>communication ke zamane mein itna mumkin ho gaya hai saari duniya ko paigham pounchana ke is se pehle</w:t>
      </w:r>
    </w:p>
    <w:p>
      <w:pPr>
        <w:jc w:val="right"/>
      </w:pPr>
      <w:r>
        <w:t>کمیونیکیشن کے زمانے میں اتنا ممکن ہو گیا ہے ساری دنیا کو پیغام پہنچانا کہ اس سے پہلے</w:t>
      </w:r>
    </w:p>
    <w:p>
      <w:r>
        <w:rPr>
          <w:b/>
        </w:rPr>
        <w:t xml:space="preserve">[42:08] </w:t>
      </w:r>
      <w:r>
        <w:t>kabhi itna mumkin nahin tha.</w:t>
      </w:r>
    </w:p>
    <w:p>
      <w:pPr>
        <w:jc w:val="right"/>
      </w:pPr>
      <w:r>
        <w:t>کبھی اتنا ممکن نہیں تھا۔</w:t>
      </w:r>
    </w:p>
    <w:p>
      <w:r>
        <w:rPr>
          <w:b/>
        </w:rPr>
        <w:t xml:space="preserve">[42:14] </w:t>
      </w:r>
      <w:r>
        <w:t>to ab Allah taala ne saare imkanaat jama kar diye, saare mawaqe khol diye, saari cheezon ko aasaan kar diya.</w:t>
      </w:r>
    </w:p>
    <w:p>
      <w:pPr>
        <w:jc w:val="right"/>
      </w:pPr>
      <w:r>
        <w:t>تو اب اللہ تعالیٰ نے سارے امکانات جمع کر دیئے، سارے مواقع کھول دیئے، ساری چیزوں کو آسان کر دیا۔</w:t>
      </w:r>
    </w:p>
    <w:p>
      <w:r>
        <w:rPr>
          <w:b/>
        </w:rPr>
        <w:t xml:space="preserve">[42:19] </w:t>
      </w:r>
      <w:r>
        <w:t>jab main yeh sochta hoon to mujhe Surah Al-Baqarah ki woh aayat yaad aati hai jo dua ki</w:t>
      </w:r>
    </w:p>
    <w:p>
      <w:pPr>
        <w:jc w:val="right"/>
      </w:pPr>
      <w:r>
        <w:t>جب میں یہ سوچتا ہوں تو مجھے سورہ البقرہ کی وہ آیت یاد آتی ہے جو دعا کی</w:t>
      </w:r>
    </w:p>
    <w:p>
      <w:r>
        <w:rPr>
          <w:b/>
        </w:rPr>
        <w:t xml:space="preserve">[42:25] </w:t>
      </w:r>
      <w:r>
        <w:t>zabaan mein hai ke RABBANAA WA LAA TUHMMIL ALAYNAA ITHRAN KAM AHMMALTUHU ALAYNAA MIN QABLINA yani Sahaba ki zabaan</w:t>
      </w:r>
    </w:p>
    <w:p>
      <w:pPr>
        <w:jc w:val="right"/>
      </w:pPr>
      <w:r>
        <w:t>زبان میں ہے کہ رَبَّنَا وَلَا تَحْبِلْ عَلَيْنَا اِثْرًا كَمْ أَحْبَلْتُهُ عَلَيْنَا مِنْ قَبْلِنَا یعنی صحابہ کی زبان</w:t>
      </w:r>
    </w:p>
    <w:p>
      <w:r>
        <w:rPr>
          <w:b/>
        </w:rPr>
        <w:t xml:space="preserve">[42:31] </w:t>
      </w:r>
      <w:r>
        <w:t>se yeh dua hui thi ke aey Rab!</w:t>
      </w:r>
    </w:p>
    <w:p>
      <w:pPr>
        <w:jc w:val="right"/>
      </w:pPr>
      <w:r>
        <w:t>سے یہ دعا ہوئی تھی کہ اے رب!</w:t>
      </w:r>
    </w:p>
    <w:p>
      <w:r>
        <w:rPr>
          <w:b/>
        </w:rPr>
        <w:t xml:space="preserve">[42:37] </w:t>
      </w:r>
      <w:r>
        <w:t>hum ko woh bojh na daal jo pichla bojh daala gaya tha.</w:t>
      </w:r>
    </w:p>
    <w:p>
      <w:pPr>
        <w:jc w:val="right"/>
      </w:pPr>
      <w:r>
        <w:t>ہم کو وہ بوجھ نہ ڈال جو پچھلا بوجھ ڈالا گیا تھا۔</w:t>
      </w:r>
    </w:p>
    <w:p>
      <w:r>
        <w:rPr>
          <w:b/>
        </w:rPr>
        <w:t xml:space="preserve">[42:43] </w:t>
      </w:r>
      <w:r>
        <w:t>ek Hadees hai ke Makkah mein jab log sata rahe the, wahan ke us waqt jo mushrikeen ka</w:t>
      </w:r>
    </w:p>
    <w:p>
      <w:pPr>
        <w:jc w:val="right"/>
      </w:pPr>
      <w:r>
        <w:t>ایک حدیث ہے کہ مکہ میں جب لوگ ستا رہے تھے، وہاں کے اس وقت جو مشرکین کا</w:t>
      </w:r>
    </w:p>
    <w:p>
      <w:r>
        <w:rPr>
          <w:b/>
        </w:rPr>
        <w:t xml:space="preserve">[42:49] </w:t>
      </w:r>
      <w:r>
        <w:t>ghalaba tha, to kuch Sahaba Rasool Allah ke paas aaye, unhon ne kaha ke hum ko sata rahe</w:t>
      </w:r>
    </w:p>
    <w:p>
      <w:pPr>
        <w:jc w:val="right"/>
      </w:pPr>
      <w:r>
        <w:t>غلبہ تھا، تو کچھ صحابہ رسول اللہ کے پاس آئے، انہوں نے کہا کہ ہم کو ستا رہے</w:t>
      </w:r>
    </w:p>
    <w:p>
      <w:r>
        <w:rPr>
          <w:b/>
        </w:rPr>
        <w:t xml:space="preserve">[42:55] </w:t>
      </w:r>
      <w:r>
        <w:t>hain, aap dua kijiye.</w:t>
      </w:r>
    </w:p>
    <w:p>
      <w:pPr>
        <w:jc w:val="right"/>
      </w:pPr>
      <w:r>
        <w:t>ہیں، آپ دعا کیجئے۔</w:t>
      </w:r>
    </w:p>
    <w:p>
      <w:r>
        <w:rPr>
          <w:b/>
        </w:rPr>
        <w:t xml:space="preserve">[43:01] </w:t>
      </w:r>
      <w:r>
        <w:t>to Rasool Allah ne bad dua nahin ki, Rasool Allah ne yaad dilaya ke dekho, is se pehle</w:t>
      </w:r>
    </w:p>
    <w:p>
      <w:pPr>
        <w:jc w:val="right"/>
      </w:pPr>
      <w:r>
        <w:t>تو رسول اللہ نے بد دعا نہیں کی، رسول اللہ نے یاد دلایا کہ دیکھو، اس سے پہلے</w:t>
      </w:r>
    </w:p>
    <w:p>
      <w:r>
        <w:rPr>
          <w:b/>
        </w:rPr>
        <w:t xml:space="preserve">[43:07] </w:t>
      </w:r>
      <w:r>
        <w:t>kya hota tha.</w:t>
      </w:r>
    </w:p>
    <w:p>
      <w:pPr>
        <w:jc w:val="right"/>
      </w:pPr>
      <w:r>
        <w:t>کیا ہوتا تھا۔</w:t>
      </w:r>
    </w:p>
    <w:p>
      <w:r>
        <w:rPr>
          <w:b/>
        </w:rPr>
        <w:t xml:space="preserve">[43:14] </w:t>
      </w:r>
      <w:r>
        <w:t>is se pehle yeh hota tha ke ek aadmi ko zameen gaad aata tha aur uska sir</w:t>
      </w:r>
    </w:p>
    <w:p>
      <w:pPr>
        <w:jc w:val="right"/>
      </w:pPr>
      <w:r>
        <w:t>اس سے پہلے یہ ہوتا تھا کہ ایک آدمی کو زمین گاڑ آتا تھا اور اس کا سر</w:t>
      </w:r>
    </w:p>
    <w:p>
      <w:r>
        <w:rPr>
          <w:b/>
        </w:rPr>
        <w:t xml:space="preserve">[43:20] </w:t>
      </w:r>
      <w:r>
        <w:t>aara chalate the, ya to ek do tukra ho jata tha.</w:t>
      </w:r>
    </w:p>
    <w:p>
      <w:pPr>
        <w:jc w:val="right"/>
      </w:pPr>
      <w:r>
        <w:t>آڑا چلاتے تھے، یا تو ایک دو ٹکڑا ہو جاتا تھا۔</w:t>
      </w:r>
    </w:p>
    <w:p>
      <w:r>
        <w:rPr>
          <w:b/>
        </w:rPr>
        <w:t xml:space="preserve">[43:26] </w:t>
      </w:r>
      <w:r>
        <w:t>to thoda sabr karo, sab kuch badal jayega, sab kuch tumhare favor mein ho jayega.</w:t>
      </w:r>
    </w:p>
    <w:p>
      <w:pPr>
        <w:jc w:val="right"/>
      </w:pPr>
      <w:r>
        <w:t>تو تھوڑا صبر کرو، سب کچھ بدل جائے گا، سب کچھ تمہارے فیور میں ہو جائے گا۔</w:t>
      </w:r>
    </w:p>
    <w:p>
      <w:r>
        <w:rPr>
          <w:b/>
        </w:rPr>
        <w:t xml:space="preserve">[43:32] </w:t>
      </w:r>
      <w:r>
        <w:t>to main dua karta hoon Allah taala se apne liye aur aap sab logon ke liye, inshallah</w:t>
      </w:r>
    </w:p>
    <w:p>
      <w:pPr>
        <w:jc w:val="right"/>
      </w:pPr>
      <w:r>
        <w:t>تو میں دعا کرتا ہوں اللہ تعالیٰ سے اپنے لئے اور آپ سب لوگوں کے لئے، انشاء اللہ</w:t>
      </w:r>
    </w:p>
    <w:p>
      <w:r>
        <w:rPr>
          <w:b/>
        </w:rPr>
        <w:t xml:space="preserve">[43:38] </w:t>
      </w:r>
      <w:r>
        <w:t>ek nayi subah taloo hone wali hai.</w:t>
      </w:r>
    </w:p>
    <w:p>
      <w:pPr>
        <w:jc w:val="right"/>
      </w:pPr>
      <w:r>
        <w:t>ایک نئی صبح طلوع ہونے والی ہے۔</w:t>
      </w:r>
    </w:p>
    <w:p>
      <w:r>
        <w:rPr>
          <w:b/>
        </w:rPr>
        <w:t xml:space="preserve">[43:44] </w:t>
      </w:r>
      <w:r>
        <w:t>assalam o alaikum wa rehmatullah.</w:t>
      </w:r>
    </w:p>
    <w:p>
      <w:pPr>
        <w:jc w:val="right"/>
      </w:pPr>
      <w:r>
        <w:t>السلام علیکم ورحمة الله.</w:t>
      </w:r>
    </w:p>
    <w:p>
      <w:r>
        <w:rPr>
          <w:b/>
        </w:rPr>
        <w:t xml:space="preserve">[43:51] </w:t>
      </w:r>
      <w:r>
        <w:t>Okay, we'll be starting with the question-answer session now. All the online viewers are requested to send their questions on info@cpsglobal.org. Facebook viewers should send their questions in the comment section. Please also mention your location when you post your question on the Facebook.</w:t>
      </w:r>
    </w:p>
    <w:p>
      <w:pPr>
        <w:jc w:val="right"/>
      </w:pPr>
      <w:r>
        <w:t>Okay, we'll be starting with the question-answer session now. All the online viewers are requested to send their questions on info@cpsglobal.org. Facebook viewers should send their questions in the comment section. Please also mention your location when you post your question on the Facebook.</w:t>
      </w:r>
    </w:p>
    <w:p>
      <w:r>
        <w:rPr>
          <w:b/>
        </w:rPr>
        <w:t xml:space="preserve">[44:12] </w:t>
      </w:r>
      <w:r>
        <w:t>maulana, sawal shuru karne se pehle ek comment padhna chahenge jo Muhammad Ayub sahab ne bheja hai Kanpur se.</w:t>
      </w:r>
    </w:p>
    <w:p>
      <w:pPr>
        <w:jc w:val="right"/>
      </w:pPr>
      <w:r>
        <w:t>مولانا، سوال شروع کرنے سے پہلے ایک کمنٹ پڑھنا چاہیں گے جو محمد ایوب صاحب نے بھیجا ہے کانپور سے۔</w:t>
      </w:r>
    </w:p>
    <w:p>
      <w:r>
        <w:rPr>
          <w:b/>
        </w:rPr>
        <w:t xml:space="preserve">[44:19] </w:t>
      </w:r>
      <w:r>
        <w:t>unhone likha hai: "JazakAllah, Maulana sahab, for today's talk.</w:t>
      </w:r>
    </w:p>
    <w:p>
      <w:pPr>
        <w:jc w:val="right"/>
      </w:pPr>
      <w:r>
        <w:t>انہوں نے لکھا ہے: "JazakAllah, مولانا صاحب, for today's talk.</w:t>
      </w:r>
    </w:p>
    <w:p>
      <w:r>
        <w:rPr>
          <w:b/>
        </w:rPr>
        <w:t xml:space="preserve">[44:27] </w:t>
      </w:r>
      <w:r>
        <w:t>Muslims should de-link the political Islam and hatred from their mindset and then restart the Dawa work, which</w:t>
      </w:r>
    </w:p>
    <w:p>
      <w:pPr>
        <w:jc w:val="right"/>
      </w:pPr>
      <w:r>
        <w:t>Muslims should de-link the political Islam and hatred from their mindset and then restart the Dawa work, which</w:t>
      </w:r>
    </w:p>
    <w:p>
      <w:r>
        <w:rPr>
          <w:b/>
        </w:rPr>
        <w:t xml:space="preserve">[44:34] </w:t>
      </w:r>
      <w:r>
        <w:t>is the responsibility conferred upon them by Almighty Allah." Maulana, agla sawal aaya hai Chandigarh se Zafar</w:t>
      </w:r>
    </w:p>
    <w:p>
      <w:pPr>
        <w:jc w:val="right"/>
      </w:pPr>
      <w:r>
        <w:t>is the responsibility conferred upon them by Almighty Allah." مولانا، اگلا سوال آیا ہے چندی گڑھ سے ظفر</w:t>
      </w:r>
    </w:p>
    <w:p>
      <w:r>
        <w:rPr>
          <w:b/>
        </w:rPr>
        <w:t xml:space="preserve">[44:42] </w:t>
      </w:r>
      <w:r>
        <w:t>Iqbal sahab ne kiya hai.</w:t>
      </w:r>
    </w:p>
    <w:p>
      <w:pPr>
        <w:jc w:val="right"/>
      </w:pPr>
      <w:r>
        <w:t>اقبال صاحب نے کیا ہے۔</w:t>
      </w:r>
    </w:p>
    <w:p>
      <w:r>
        <w:rPr>
          <w:b/>
        </w:rPr>
        <w:t xml:space="preserve">[44:49] </w:t>
      </w:r>
      <w:r>
        <w:t>unhone likha hai: "Moulana صاحb, today's talk of divine guidance was an excellent talk.</w:t>
      </w:r>
    </w:p>
    <w:p>
      <w:pPr>
        <w:jc w:val="right"/>
      </w:pPr>
      <w:r>
        <w:t>انہوں نے لکھا ہے: "Moulana صاحb, today's talk of divine guidance was an excellent talk.</w:t>
      </w:r>
    </w:p>
    <w:p>
      <w:r>
        <w:rPr>
          <w:b/>
        </w:rPr>
        <w:t xml:space="preserve">[44:57] </w:t>
      </w:r>
      <w:r>
        <w:t>I want to ask you that sometimes our enthusiasm comes down and we feel dull and experience lack</w:t>
      </w:r>
    </w:p>
    <w:p>
      <w:pPr>
        <w:jc w:val="right"/>
      </w:pPr>
      <w:r>
        <w:t>I want to ask you that sometimes our enthusiasm comes down and we feel dull and experience lack</w:t>
      </w:r>
    </w:p>
    <w:p>
      <w:r>
        <w:rPr>
          <w:b/>
        </w:rPr>
        <w:t xml:space="preserve">[45:04] </w:t>
      </w:r>
      <w:r>
        <w:t>of energy in general.</w:t>
      </w:r>
    </w:p>
    <w:p>
      <w:pPr>
        <w:jc w:val="right"/>
      </w:pPr>
      <w:r>
        <w:t>of energy in general.</w:t>
      </w:r>
    </w:p>
    <w:p>
      <w:r>
        <w:rPr>
          <w:b/>
        </w:rPr>
        <w:t xml:space="preserve">[45:12] </w:t>
      </w:r>
      <w:r>
        <w:t>How can we overcome this lack of enthusiasm so that our spiritual energy or Dawa focus does not come down?</w:t>
      </w:r>
    </w:p>
    <w:p>
      <w:pPr>
        <w:jc w:val="right"/>
      </w:pPr>
      <w:r>
        <w:t>How can we overcome this lack of enthusiasm so that our spiritual energy or Dawa focus does not come down?</w:t>
      </w:r>
    </w:p>
    <w:p>
      <w:r>
        <w:rPr>
          <w:b/>
        </w:rPr>
        <w:t xml:space="preserve">[45:20] </w:t>
      </w:r>
      <w:r>
        <w:t>Please guide us." dekhen, yeh koi problem nahi hai.</w:t>
      </w:r>
    </w:p>
    <w:p>
      <w:pPr>
        <w:jc w:val="right"/>
      </w:pPr>
      <w:r>
        <w:t>Please guide us." دیکھیں، یہ کوئی problem نہیں ہے۔</w:t>
      </w:r>
    </w:p>
    <w:p>
      <w:r>
        <w:rPr>
          <w:b/>
        </w:rPr>
        <w:t xml:space="preserve">[45:25] </w:t>
      </w:r>
      <w:r>
        <w:t>insan ki nature mein hai, yeh baat insan ki nature mein hai.</w:t>
      </w:r>
    </w:p>
    <w:p>
      <w:pPr>
        <w:jc w:val="right"/>
      </w:pPr>
      <w:r>
        <w:t>انسان کی nature میں ہے، یہ بات انسان کی nature میں ہے۔</w:t>
      </w:r>
    </w:p>
    <w:p>
      <w:r>
        <w:rPr>
          <w:b/>
        </w:rPr>
        <w:t xml:space="preserve">[45:31] </w:t>
      </w:r>
      <w:r>
        <w:t>jisko kehte hain fluctuation.</w:t>
      </w:r>
    </w:p>
    <w:p>
      <w:pPr>
        <w:jc w:val="right"/>
      </w:pPr>
      <w:r>
        <w:t>جس کو کہتے ہیں fluctuation۔</w:t>
      </w:r>
    </w:p>
    <w:p>
      <w:r>
        <w:rPr>
          <w:b/>
        </w:rPr>
        <w:t xml:space="preserve">[45:36] </w:t>
      </w:r>
      <w:r>
        <w:t>Fluctuation insan ki nature mein hai, woh hoga.</w:t>
      </w:r>
    </w:p>
    <w:p>
      <w:pPr>
        <w:jc w:val="right"/>
      </w:pPr>
      <w:r>
        <w:t>Fluctuation انسان کی nature میں ہے، وہ ہوگا۔</w:t>
      </w:r>
    </w:p>
    <w:p>
      <w:r>
        <w:rPr>
          <w:b/>
        </w:rPr>
        <w:t xml:space="preserve">[45:42] </w:t>
      </w:r>
      <w:r>
        <w:t>iske liye koi pareshani ki zaroorat nahi hai.</w:t>
      </w:r>
    </w:p>
    <w:p>
      <w:pPr>
        <w:jc w:val="right"/>
      </w:pPr>
      <w:r>
        <w:t>اس کے لیے کوئی پریشانی کی ضرورت نہیں ہے۔</w:t>
      </w:r>
    </w:p>
    <w:p>
      <w:r>
        <w:rPr>
          <w:b/>
        </w:rPr>
        <w:t xml:space="preserve">[45:47] </w:t>
      </w:r>
      <w:r>
        <w:t>koi pareshani ki zaroorat nahi hai.</w:t>
      </w:r>
    </w:p>
    <w:p>
      <w:pPr>
        <w:jc w:val="right"/>
      </w:pPr>
      <w:r>
        <w:t>کوئی پریشانی کی ضرورت نہیں ہے۔</w:t>
      </w:r>
    </w:p>
    <w:p>
      <w:r>
        <w:rPr>
          <w:b/>
        </w:rPr>
        <w:t xml:space="preserve">[45:53] </w:t>
      </w:r>
      <w:r>
        <w:t>yeh ehsaas ke mera enthusiasm down ho gaya hai, yeh ehsaas jo hai dobara zinda karta hai is</w:t>
      </w:r>
    </w:p>
    <w:p>
      <w:pPr>
        <w:jc w:val="right"/>
      </w:pPr>
      <w:r>
        <w:t>یہ احساس کہ میرا enthusiasm down ہو گیا ہے، یہ احساس جو ہے دوبارہ زندہ کرتا ہے اس</w:t>
      </w:r>
    </w:p>
    <w:p>
      <w:r>
        <w:rPr>
          <w:b/>
        </w:rPr>
        <w:t xml:space="preserve">[45:58] </w:t>
      </w:r>
      <w:r>
        <w:t>ko aur zyada taqat ke sath.</w:t>
      </w:r>
    </w:p>
    <w:p>
      <w:pPr>
        <w:jc w:val="right"/>
      </w:pPr>
      <w:r>
        <w:t>کو اور زیادہ طاقت کے ساتھ۔</w:t>
      </w:r>
    </w:p>
    <w:p>
      <w:r>
        <w:rPr>
          <w:b/>
        </w:rPr>
        <w:t xml:space="preserve">[46:04] </w:t>
      </w:r>
      <w:r>
        <w:t>is liye yeh koi pareshani ki baat nahi hai.</w:t>
      </w:r>
    </w:p>
    <w:p>
      <w:pPr>
        <w:jc w:val="right"/>
      </w:pPr>
      <w:r>
        <w:t>اس لیے یہ کوئی پریشانی کی بات نہیں ہے۔</w:t>
      </w:r>
    </w:p>
    <w:p>
      <w:r>
        <w:rPr>
          <w:b/>
        </w:rPr>
        <w:t xml:space="preserve">[46:09] </w:t>
      </w:r>
      <w:r>
        <w:t>yeh sahaba mein hota tha.</w:t>
      </w:r>
    </w:p>
    <w:p>
      <w:pPr>
        <w:jc w:val="right"/>
      </w:pPr>
      <w:r>
        <w:t>یہ صحابہ میں ہوتا تھا۔</w:t>
      </w:r>
    </w:p>
    <w:p>
      <w:r>
        <w:rPr>
          <w:b/>
        </w:rPr>
        <w:t xml:space="preserve">[46:15] </w:t>
      </w:r>
      <w:r>
        <w:t>Fluctuation sahaba mein hota tha.</w:t>
      </w:r>
    </w:p>
    <w:p>
      <w:pPr>
        <w:jc w:val="right"/>
      </w:pPr>
      <w:r>
        <w:t>Fluctuation صحابہ میں ہوتا تھا۔</w:t>
      </w:r>
    </w:p>
    <w:p>
      <w:r>
        <w:rPr>
          <w:b/>
        </w:rPr>
        <w:t xml:space="preserve">[46:20] </w:t>
      </w:r>
      <w:r>
        <w:t>to jab woh is ka aadmi ehsas karta hai ke mein down ho gaya to woh ehsas aik</w:t>
      </w:r>
    </w:p>
    <w:p>
      <w:pPr>
        <w:jc w:val="right"/>
      </w:pPr>
      <w:r>
        <w:t>تو جب وہ اس کا آدمی احساس کرتا ہے کہ میں down ہو گیا تو وہ احساس ایک</w:t>
      </w:r>
    </w:p>
    <w:p>
      <w:r>
        <w:rPr>
          <w:b/>
        </w:rPr>
        <w:t xml:space="preserve">[46:26] </w:t>
      </w:r>
      <w:r>
        <w:t>aik naya aik push deta hai aap ke mind ko, aap ke jazbat ko.</w:t>
      </w:r>
    </w:p>
    <w:p>
      <w:pPr>
        <w:jc w:val="right"/>
      </w:pPr>
      <w:r>
        <w:t>ایک نیا ایک push دیتا ہے آپ کے mind کو، آپ کے جذبات کو۔</w:t>
      </w:r>
    </w:p>
    <w:p>
      <w:r>
        <w:rPr>
          <w:b/>
        </w:rPr>
        <w:t xml:space="preserve">[46:31] </w:t>
      </w:r>
      <w:r>
        <w:t>aur aik nai taqat se aap ooper atay hain.</w:t>
      </w:r>
    </w:p>
    <w:p>
      <w:pPr>
        <w:jc w:val="right"/>
      </w:pPr>
      <w:r>
        <w:t>اور ایک نئی طاقت سے آپ اوپر آتے ہیں۔</w:t>
      </w:r>
    </w:p>
    <w:p>
      <w:r>
        <w:rPr>
          <w:b/>
        </w:rPr>
        <w:t xml:space="preserve">[46:37] </w:t>
      </w:r>
      <w:r>
        <w:t>maulana sahib, agla sawal kya hai ghafoor khan sahib ne sikkam se.</w:t>
      </w:r>
    </w:p>
    <w:p>
      <w:pPr>
        <w:jc w:val="right"/>
      </w:pPr>
      <w:r>
        <w:t>مولانا صاحب، اگلا سوال کیا ہے غفور خان صاحب نے سکھم سے۔</w:t>
      </w:r>
    </w:p>
    <w:p>
      <w:r>
        <w:rPr>
          <w:b/>
        </w:rPr>
        <w:t xml:space="preserve">[46:42] </w:t>
      </w:r>
      <w:r>
        <w:t>"Moulana صاحb, in today's talk, you said that science has indirectly proved the existence of God.</w:t>
      </w:r>
    </w:p>
    <w:p>
      <w:pPr>
        <w:jc w:val="right"/>
      </w:pPr>
      <w:r>
        <w:t>انہوں نے لکھا ہے: "Moulana صاحb, in today's talk, you said that science has indirectly proved the existence of God.</w:t>
      </w:r>
    </w:p>
    <w:p>
      <w:r>
        <w:rPr>
          <w:b/>
        </w:rPr>
        <w:t xml:space="preserve">[46:48] </w:t>
      </w:r>
      <w:r>
        <w:t>My question is, if science has helped mankind in understanding the concept of God, then why many scientists are atheists? Why cant they understand that the universe and this world has a creator behind it? What is the reason behind this?</w:t>
      </w:r>
    </w:p>
    <w:p>
      <w:pPr>
        <w:jc w:val="right"/>
      </w:pPr>
      <w:r>
        <w:t>My question is, if science has helped mankind in understanding the concept of God, then why many scientists are atheists? Why can't they understand that the universe and this world has a creator behind it? What is the reason behind this?</w:t>
      </w:r>
    </w:p>
    <w:p>
      <w:r>
        <w:rPr>
          <w:b/>
        </w:rPr>
        <w:t xml:space="preserve">[47:06] </w:t>
      </w:r>
      <w:r>
        <w:t>" nahi, dekhen, yeh baat aap ki jo hai sahi nahi hai.</w:t>
      </w:r>
    </w:p>
    <w:p>
      <w:pPr>
        <w:jc w:val="right"/>
      </w:pPr>
      <w:r>
        <w:t>" نہیں، دیکھیں، یہ بات آپ کی جو ہے صحیح نہیں ہے۔</w:t>
      </w:r>
    </w:p>
    <w:p>
      <w:r>
        <w:rPr>
          <w:b/>
        </w:rPr>
        <w:t xml:space="preserve">[47:10] </w:t>
      </w:r>
      <w:r>
        <w:t>koi aik bhi scientist atheist nahi hai.</w:t>
      </w:r>
    </w:p>
    <w:p>
      <w:pPr>
        <w:jc w:val="right"/>
      </w:pPr>
      <w:r>
        <w:t>کوئی ایک بھی scientist atheist نہیں ہے۔</w:t>
      </w:r>
    </w:p>
    <w:p>
      <w:r>
        <w:rPr>
          <w:b/>
        </w:rPr>
        <w:t xml:space="preserve">[47:15] </w:t>
      </w:r>
      <w:r>
        <w:t>koi bhi nahi.</w:t>
      </w:r>
    </w:p>
    <w:p>
      <w:pPr>
        <w:jc w:val="right"/>
      </w:pPr>
      <w:r>
        <w:t>کوئی بھی نہیں۔</w:t>
      </w:r>
    </w:p>
    <w:p>
      <w:r>
        <w:rPr>
          <w:b/>
        </w:rPr>
        <w:t xml:space="preserve">[47:20] </w:t>
      </w:r>
      <w:r>
        <w:t>yeh bilkul hi khilaf waqea baat hai.</w:t>
      </w:r>
    </w:p>
    <w:p>
      <w:pPr>
        <w:jc w:val="right"/>
      </w:pPr>
      <w:r>
        <w:t>یہ بالکل ہی خلاف واقعہ بات ہے۔</w:t>
      </w:r>
    </w:p>
    <w:p>
      <w:r>
        <w:rPr>
          <w:b/>
        </w:rPr>
        <w:t xml:space="preserve">[47:24] </w:t>
      </w:r>
      <w:r>
        <w:t>Einstein ke baray mein aik shakhs ko shubah tha ke woh atheist ho gaya hai to us ne</w:t>
      </w:r>
    </w:p>
    <w:p>
      <w:pPr>
        <w:jc w:val="right"/>
      </w:pPr>
      <w:r>
        <w:t>آئنسٹین کے بارے میں ایک شخص کو شبہ تھا کہ وہ atheist ہو گیا ہے تو اس نے</w:t>
      </w:r>
    </w:p>
    <w:p>
      <w:r>
        <w:rPr>
          <w:b/>
        </w:rPr>
        <w:t xml:space="preserve">[47:29] </w:t>
      </w:r>
      <w:r>
        <w:t>letter likha tha us ke dost ne.</w:t>
      </w:r>
    </w:p>
    <w:p>
      <w:pPr>
        <w:jc w:val="right"/>
      </w:pPr>
      <w:r>
        <w:t>letter لکھا تھا اس کے دوست نے۔</w:t>
      </w:r>
    </w:p>
    <w:p>
      <w:r>
        <w:rPr>
          <w:b/>
        </w:rPr>
        <w:t xml:space="preserve">[47:34] </w:t>
      </w:r>
      <w:r>
        <w:t>woh letter bhai chapta hai risalay ne.</w:t>
      </w:r>
    </w:p>
    <w:p>
      <w:pPr>
        <w:jc w:val="right"/>
      </w:pPr>
      <w:r>
        <w:t>وہ letter بھائی چھاپا ہے رسالے نے۔</w:t>
      </w:r>
    </w:p>
    <w:p>
      <w:r>
        <w:rPr>
          <w:b/>
        </w:rPr>
        <w:t xml:space="preserve">[47:39] </w:t>
      </w:r>
      <w:r>
        <w:t>us ne jawab diya ke mein atheist nahi hoon, mein agnostic hoon.</w:t>
      </w:r>
    </w:p>
    <w:p>
      <w:pPr>
        <w:jc w:val="right"/>
      </w:pPr>
      <w:r>
        <w:t>اس نے جواب دیا کہ میں atheist نہیں ہوں، میں agnostic ہوں۔</w:t>
      </w:r>
    </w:p>
    <w:p>
      <w:r>
        <w:rPr>
          <w:b/>
        </w:rPr>
        <w:t xml:space="preserve">[47:43] </w:t>
      </w:r>
      <w:r>
        <w:t>jo sab ka scientist banaya jata hai, us ne likha tha ke mein atheist nahi hoon, scientist agnostic hoon.</w:t>
      </w:r>
    </w:p>
    <w:p>
      <w:pPr>
        <w:jc w:val="right"/>
      </w:pPr>
      <w:r>
        <w:t>جو سب کا scientist بنایا جاتا ہے، اس نے لکھا تھا کہ میں atheist نہیں ہوں، scientist agnostic ہوں۔</w:t>
      </w:r>
    </w:p>
    <w:p>
      <w:r>
        <w:rPr>
          <w:b/>
        </w:rPr>
        <w:t xml:space="preserve">[47:48] </w:t>
      </w:r>
      <w:r>
        <w:t>to sare hi sare hi scientist indirectly mante hain khuda ko.</w:t>
      </w:r>
    </w:p>
    <w:p>
      <w:pPr>
        <w:jc w:val="right"/>
      </w:pPr>
      <w:r>
        <w:t>تو سارے ہی سارے ہی سائنسدان indirectly مانتے ہیں خدا کو۔</w:t>
      </w:r>
    </w:p>
    <w:p>
      <w:r>
        <w:rPr>
          <w:b/>
        </w:rPr>
        <w:t xml:space="preserve">[47:53] </w:t>
      </w:r>
      <w:r>
        <w:t>yani Newton se le kar.</w:t>
      </w:r>
    </w:p>
    <w:p>
      <w:pPr>
        <w:jc w:val="right"/>
      </w:pPr>
      <w:r>
        <w:t>یعنی نیوٹن سے لے کر۔</w:t>
      </w:r>
    </w:p>
    <w:p>
      <w:r>
        <w:rPr>
          <w:b/>
        </w:rPr>
        <w:t xml:space="preserve">[47:57] </w:t>
      </w:r>
      <w:r>
        <w:t>isi liye aik commentator ne likha hai ke yeh scientist jo west mein paida hue, yani Christian mahol</w:t>
      </w:r>
    </w:p>
    <w:p>
      <w:pPr>
        <w:jc w:val="right"/>
      </w:pPr>
      <w:r>
        <w:t>اسی لیے ایک commentator نے لکھا ہے کہ یہ scientist جو west میں پیدا ہوئے، یعنی Christian ماحول</w:t>
      </w:r>
    </w:p>
    <w:p>
      <w:r>
        <w:rPr>
          <w:b/>
        </w:rPr>
        <w:t xml:space="preserve">[48:02] </w:t>
      </w:r>
      <w:r>
        <w:t>mein paida hue, to un ka Christian nature yahan par kaam kar raha hai.</w:t>
      </w:r>
    </w:p>
    <w:p>
      <w:pPr>
        <w:jc w:val="right"/>
      </w:pPr>
      <w:r>
        <w:t>میں پیدا ہوئے، تو ان کا Christian nature یہاں پر کام کر رہا ہے۔</w:t>
      </w:r>
    </w:p>
    <w:p>
      <w:r>
        <w:rPr>
          <w:b/>
        </w:rPr>
        <w:t xml:space="preserve">[48:07] </w:t>
      </w:r>
      <w:r>
        <w:t>yeh to aik haqeeqat hai ke kisi bhi scientist ko aap nahi keh sakte ke woh atheist tha.</w:t>
      </w:r>
    </w:p>
    <w:p>
      <w:pPr>
        <w:jc w:val="right"/>
      </w:pPr>
      <w:r>
        <w:t>یہ تو ایک حقیقت ہے کہ کسی بھی سائنسدان کو آپ نہیں کہہ سکتے کہ وہ atheist تھا۔</w:t>
      </w:r>
    </w:p>
    <w:p>
      <w:r>
        <w:rPr>
          <w:b/>
        </w:rPr>
        <w:t xml:space="preserve">[48:12] </w:t>
      </w:r>
      <w:r>
        <w:t>wohi agnostic keh sakte hain aap.</w:t>
      </w:r>
    </w:p>
    <w:p>
      <w:pPr>
        <w:jc w:val="right"/>
      </w:pPr>
      <w:r>
        <w:t>وہی agnostic کہہ سکتے ہیں آپ۔</w:t>
      </w:r>
    </w:p>
    <w:p>
      <w:r>
        <w:rPr>
          <w:b/>
        </w:rPr>
        <w:t xml:space="preserve">[48:16] </w:t>
      </w:r>
      <w:r>
        <w:t>to us ko commentator ne yeh likha hai ke yeh jo mizaj hai, yani ke un ka aik</w:t>
      </w:r>
    </w:p>
    <w:p>
      <w:pPr>
        <w:jc w:val="right"/>
      </w:pPr>
      <w:r>
        <w:t>تو اس کو commentator نے یہ لکھا ہے کہ یہ جو مزاج ہے، یعنی کہ ان کا ایک</w:t>
      </w:r>
    </w:p>
    <w:p>
      <w:r>
        <w:rPr>
          <w:b/>
        </w:rPr>
        <w:t xml:space="preserve">[48:21] </w:t>
      </w:r>
      <w:r>
        <w:t>khuda ka inkar nahi kar patay, woh us ki wajah us ka Christian nature bol raha hai.</w:t>
      </w:r>
    </w:p>
    <w:p>
      <w:pPr>
        <w:jc w:val="right"/>
      </w:pPr>
      <w:r>
        <w:t>خدا کا انکار نہیں کر پاتے، وہ اس کی وجہ اس کا Christian nature بول رہا ہے۔</w:t>
      </w:r>
    </w:p>
    <w:p>
      <w:r>
        <w:rPr>
          <w:b/>
        </w:rPr>
        <w:t xml:space="preserve">[48:26] </w:t>
      </w:r>
      <w:r>
        <w:t>lekin yeh to galat baat hai.</w:t>
      </w:r>
    </w:p>
    <w:p>
      <w:pPr>
        <w:jc w:val="right"/>
      </w:pPr>
      <w:r>
        <w:t>لیکن یہ تو غلط بات ہے۔</w:t>
      </w:r>
    </w:p>
    <w:p>
      <w:r>
        <w:rPr>
          <w:b/>
        </w:rPr>
        <w:t xml:space="preserve">[48:31] </w:t>
      </w:r>
      <w:r>
        <w:t>in ka Christian ka aik nature bol raha hai, haqaiq bol rahe hain.</w:t>
      </w:r>
    </w:p>
    <w:p>
      <w:pPr>
        <w:jc w:val="right"/>
      </w:pPr>
      <w:r>
        <w:t>ان کا Christian کا ایک nature بول رہا ہے، حقائق بول رہے ہیں۔</w:t>
      </w:r>
    </w:p>
    <w:p>
      <w:r>
        <w:rPr>
          <w:b/>
        </w:rPr>
        <w:t xml:space="preserve">[48:35] </w:t>
      </w:r>
      <w:r>
        <w:t>mere ilm ke mutabiq koi bhi scientist aisa nahi hai jo atheist ho.</w:t>
      </w:r>
    </w:p>
    <w:p>
      <w:pPr>
        <w:jc w:val="right"/>
      </w:pPr>
      <w:r>
        <w:t>میرے علم کے مطابق کوئی بھی scientist ایسا نہیں ہے جو atheist ہو۔</w:t>
      </w:r>
    </w:p>
    <w:p>
      <w:r>
        <w:rPr>
          <w:b/>
        </w:rPr>
        <w:t xml:space="preserve">[48:40] </w:t>
      </w:r>
      <w:r>
        <w:t>sab ka case wahi hai.</w:t>
      </w:r>
    </w:p>
    <w:p>
      <w:pPr>
        <w:jc w:val="right"/>
      </w:pPr>
      <w:r>
        <w:t>سب کا case وہی ہے۔</w:t>
      </w:r>
    </w:p>
    <w:p>
      <w:r>
        <w:rPr>
          <w:b/>
        </w:rPr>
        <w:t xml:space="preserve">[48:45] </w:t>
      </w:r>
      <w:r>
        <w:t>ya to chup rehte hain woh, ya to chup rehte hain.</w:t>
      </w:r>
    </w:p>
    <w:p>
      <w:pPr>
        <w:jc w:val="right"/>
      </w:pPr>
      <w:r>
        <w:t>یا تو چپ رہتے ہیں وہ، یا تو چپ رہتے ہیں۔</w:t>
      </w:r>
    </w:p>
    <w:p>
      <w:r>
        <w:rPr>
          <w:b/>
        </w:rPr>
        <w:t xml:space="preserve">[48:49] </w:t>
      </w:r>
      <w:r>
        <w:t>jaise Newton chup raha.</w:t>
      </w:r>
    </w:p>
    <w:p>
      <w:pPr>
        <w:jc w:val="right"/>
      </w:pPr>
      <w:r>
        <w:t>جیسے نیوٹن چپ رہا۔</w:t>
      </w:r>
    </w:p>
    <w:p>
      <w:r>
        <w:rPr>
          <w:b/>
        </w:rPr>
        <w:t xml:space="preserve">[48:54] </w:t>
      </w:r>
      <w:r>
        <w:t>Newton ne koi statement nahi diya.</w:t>
      </w:r>
    </w:p>
    <w:p>
      <w:pPr>
        <w:jc w:val="right"/>
      </w:pPr>
      <w:r>
        <w:t>نیوٹن نے کوئی statement نہیں دیا۔</w:t>
      </w:r>
    </w:p>
    <w:p>
      <w:r>
        <w:rPr>
          <w:b/>
        </w:rPr>
        <w:t xml:space="preserve">[48:59] </w:t>
      </w:r>
      <w:r>
        <w:t>aur Einstein ne yeh keh diya ke main agnostic hoon. bas.</w:t>
      </w:r>
    </w:p>
    <w:p>
      <w:pPr>
        <w:jc w:val="right"/>
      </w:pPr>
      <w:r>
        <w:t>اور آئنسٹین نے یہ کہہ دیا کہ میں agnostic ہوں۔ بس۔</w:t>
      </w:r>
    </w:p>
    <w:p>
      <w:r>
        <w:rPr>
          <w:b/>
        </w:rPr>
        <w:t xml:space="preserve">[49:04] </w:t>
      </w:r>
      <w:r>
        <w:t>saare scientists jo hain, un ka case yeh do category mein aata hai.</w:t>
      </w:r>
    </w:p>
    <w:p>
      <w:pPr>
        <w:jc w:val="right"/>
      </w:pPr>
      <w:r>
        <w:t>سارے scientists جو ہیں، ان کا case یہ دو category میں آتا ہے۔</w:t>
      </w:r>
    </w:p>
    <w:p>
      <w:r>
        <w:rPr>
          <w:b/>
        </w:rPr>
        <w:t xml:space="preserve">[49:08] </w:t>
      </w:r>
      <w:r>
        <w:t>Maulana, agla sawal ah Miss Shabana Ansari ne kiya hai Pakistan se.</w:t>
      </w:r>
    </w:p>
    <w:p>
      <w:pPr>
        <w:jc w:val="right"/>
      </w:pPr>
      <w:r>
        <w:t>مولانا، اگلا سوال آہ مس شبانہ انصاری نے کیا ہے پاکستان سے۔</w:t>
      </w:r>
    </w:p>
    <w:p>
      <w:r>
        <w:rPr>
          <w:b/>
        </w:rPr>
        <w:t xml:space="preserve">[49:13] </w:t>
      </w:r>
      <w:r>
        <w:t>aur unhon ne likha hai: "Moulana Sahib, would our entry in Paradise be doubtful unless and until we</w:t>
      </w:r>
    </w:p>
    <w:p>
      <w:pPr>
        <w:jc w:val="right"/>
      </w:pPr>
      <w:r>
        <w:t>اور انہوں نے لکھا ہے: "Moulana صاحb, would our entry in Paradise be doubtful unless and until we</w:t>
      </w:r>
    </w:p>
    <w:p>
      <w:r>
        <w:rPr>
          <w:b/>
        </w:rPr>
        <w:t xml:space="preserve">[49:18] </w:t>
      </w:r>
      <w:r>
        <w:t>convey the message of God to humanity?</w:t>
      </w:r>
    </w:p>
    <w:p>
      <w:pPr>
        <w:jc w:val="right"/>
      </w:pPr>
      <w:r>
        <w:t>convey the message of God to humanity?</w:t>
      </w:r>
    </w:p>
    <w:p>
      <w:r>
        <w:rPr>
          <w:b/>
        </w:rPr>
        <w:t xml:space="preserve">[49:23] </w:t>
      </w:r>
      <w:r>
        <w:t>What is your opinion on this?</w:t>
      </w:r>
    </w:p>
    <w:p>
      <w:pPr>
        <w:jc w:val="right"/>
      </w:pPr>
      <w:r>
        <w:t>What is your opinion on this?</w:t>
      </w:r>
    </w:p>
    <w:p>
      <w:r>
        <w:rPr>
          <w:b/>
        </w:rPr>
        <w:t xml:space="preserve">[49:29] </w:t>
      </w:r>
      <w:r>
        <w:t>" bhai, main Quran o Hadees ki roshni mein yahi keh sakta hoon ke dawat ke baghair insan</w:t>
      </w:r>
    </w:p>
    <w:p>
      <w:pPr>
        <w:jc w:val="right"/>
      </w:pPr>
      <w:r>
        <w:t>" بھئی، میں قرآن و حدیث کی روشنی میں یہی کہہ سکتا ہوں کہ دعوت کے بغیر انسان</w:t>
      </w:r>
    </w:p>
    <w:p>
      <w:r>
        <w:rPr>
          <w:b/>
        </w:rPr>
        <w:t xml:space="preserve">[49:35] </w:t>
      </w:r>
      <w:r>
        <w:t>ka, yaani insan ka imaan mukammal nahi hota.</w:t>
      </w:r>
    </w:p>
    <w:p>
      <w:pPr>
        <w:jc w:val="right"/>
      </w:pPr>
      <w:r>
        <w:t>کا، یعنی انسان کا ایمان مکمل نہیں ہوتا۔</w:t>
      </w:r>
    </w:p>
    <w:p>
      <w:r>
        <w:rPr>
          <w:b/>
        </w:rPr>
        <w:t xml:space="preserve">[49:41] </w:t>
      </w:r>
      <w:r>
        <w:t>is liye dekhiye, momin ki aik sifat hai ke woh naseeh ho.</w:t>
      </w:r>
    </w:p>
    <w:p>
      <w:pPr>
        <w:jc w:val="right"/>
      </w:pPr>
      <w:r>
        <w:t>اس لیے دیکھیں، مومن کی ایک صفت ہے کہ وہ ناصح ہو۔</w:t>
      </w:r>
    </w:p>
    <w:p>
      <w:r>
        <w:rPr>
          <w:b/>
        </w:rPr>
        <w:t xml:space="preserve">[49:47] </w:t>
      </w:r>
      <w:r>
        <w:t>naseeh maani khair khwah.</w:t>
      </w:r>
    </w:p>
    <w:p>
      <w:pPr>
        <w:jc w:val="right"/>
      </w:pPr>
      <w:r>
        <w:t>ناصح معنی خیر خواہ۔</w:t>
      </w:r>
    </w:p>
    <w:p>
      <w:r>
        <w:rPr>
          <w:b/>
        </w:rPr>
        <w:t xml:space="preserve">[49:53] </w:t>
      </w:r>
      <w:r>
        <w:t>momin ki aik sifat hai ke woh naseeh ho. khair khwah.</w:t>
      </w:r>
    </w:p>
    <w:p>
      <w:pPr>
        <w:jc w:val="right"/>
      </w:pPr>
      <w:r>
        <w:t>مومن کی ایک صفت ہے کہ وہ ناصح ہو۔ خیر خواہ۔</w:t>
      </w:r>
    </w:p>
    <w:p>
      <w:r>
        <w:rPr>
          <w:b/>
        </w:rPr>
        <w:t xml:space="preserve">[49:59] </w:t>
      </w:r>
      <w:r>
        <w:t>to aap ghor kijiye ke aik sacha momin, jis ko yeh daryaft ho ke jannat ka dakhla un</w:t>
      </w:r>
    </w:p>
    <w:p>
      <w:pPr>
        <w:jc w:val="right"/>
      </w:pPr>
      <w:r>
        <w:t>تو آپ غور کیجیے کہ ایک سچا مومن، جس کو یہ دریافت ہو کہ جنت کا داخلہ ان</w:t>
      </w:r>
    </w:p>
    <w:p>
      <w:r>
        <w:rPr>
          <w:b/>
        </w:rPr>
        <w:t xml:space="preserve">[50:05] </w:t>
      </w:r>
      <w:r>
        <w:t>logon ke liye hai jo sache believer bane, jo God ko maane sache maano mein, to woh kaise</w:t>
      </w:r>
    </w:p>
    <w:p>
      <w:pPr>
        <w:jc w:val="right"/>
      </w:pPr>
      <w:r>
        <w:t>لوگوں کے لیے ہے جو سچے believer بنے، جو God کو مانے سچے معنوں میں، تو وہ کیسے</w:t>
      </w:r>
    </w:p>
    <w:p>
      <w:r>
        <w:rPr>
          <w:b/>
        </w:rPr>
        <w:t xml:space="preserve">[50:11] </w:t>
      </w:r>
      <w:r>
        <w:t>chup rahega? is ka khair khwahi ka jazba kahega ke daud daud ke pahunchao, batao, batao.</w:t>
      </w:r>
    </w:p>
    <w:p>
      <w:pPr>
        <w:jc w:val="right"/>
      </w:pPr>
      <w:r>
        <w:t>چپ رہے گا؟ اس کا خیر خواہی کا جذبہ کہے گا کہ دوڑ دوڑ کے پہنچاؤ، بتاؤ، بتاؤ۔</w:t>
      </w:r>
    </w:p>
    <w:p>
      <w:r>
        <w:rPr>
          <w:b/>
        </w:rPr>
        <w:t xml:space="preserve">[50:17] </w:t>
      </w:r>
      <w:r>
        <w:t>jab hum ne, jab hum madrasay mein parhte thay to balaghat ki kitab mein aik aik masla bataya gaya tha.</w:t>
      </w:r>
    </w:p>
    <w:p>
      <w:pPr>
        <w:jc w:val="right"/>
      </w:pPr>
      <w:r>
        <w:t>جب ہم نے، جب ہم مدرسے میں پڑھتے تھے تو بلاغت کی کتاب میں ایک ایک مسئلہ بتایا گیا تھا۔</w:t>
      </w:r>
    </w:p>
    <w:p>
      <w:r>
        <w:rPr>
          <w:b/>
        </w:rPr>
        <w:t xml:space="preserve">[50:24] </w:t>
      </w:r>
      <w:r>
        <w:t>balaghat ki kitab mein ke agar aik andha aadmi ja raha hai aur samne kuwan hai to us</w:t>
      </w:r>
    </w:p>
    <w:p>
      <w:pPr>
        <w:jc w:val="right"/>
      </w:pPr>
      <w:r>
        <w:t>بلاغت کی کتاب میں کہ اگر ایک اندھا آدمی جا رہا ہے اور سامنے کنواں ہے تو اس</w:t>
      </w:r>
    </w:p>
    <w:p>
      <w:r>
        <w:rPr>
          <w:b/>
        </w:rPr>
        <w:t xml:space="preserve">[50:30] </w:t>
      </w:r>
      <w:r>
        <w:t>ke waqt sirf aik lafz bola jayega: "al-bir, al-bir, kuwan, kuwan." yeh nahi ke: "ae mere bhai,</w:t>
      </w:r>
    </w:p>
    <w:p>
      <w:pPr>
        <w:jc w:val="right"/>
      </w:pPr>
      <w:r>
        <w:t>کے وقت صرف ایک لفظ بولا جائے گا: "البیر، البیر، کنواں، کنواں۔" یہ نہیں کہ: "اے میرے بھائی،</w:t>
      </w:r>
    </w:p>
    <w:p>
      <w:r>
        <w:rPr>
          <w:b/>
        </w:rPr>
        <w:t xml:space="preserve">[50:36] </w:t>
      </w:r>
      <w:r>
        <w:t>ae buzurg, dunya bhar ke ilqab ke sath kahein: ya sheikh, ya sheikh." kuch nahi.</w:t>
      </w:r>
    </w:p>
    <w:p>
      <w:pPr>
        <w:jc w:val="right"/>
      </w:pPr>
      <w:r>
        <w:t>اے بزرگ، دنیا بھر کے القاب کے ساتھ کہیں: یا شیخ، یا شیخ۔" کچھ نہیں۔</w:t>
      </w:r>
    </w:p>
    <w:p>
      <w:r>
        <w:rPr>
          <w:b/>
        </w:rPr>
        <w:t xml:space="preserve">[50:42] </w:t>
      </w:r>
      <w:r>
        <w:t>jaldi se chalaiye ke kuwan hai aap ke samne.</w:t>
      </w:r>
    </w:p>
    <w:p>
      <w:pPr>
        <w:jc w:val="right"/>
      </w:pPr>
      <w:r>
        <w:t>جلدی سے چلائیے کہ کنواں ہے آپ کے سامنے۔</w:t>
      </w:r>
    </w:p>
    <w:p>
      <w:r>
        <w:rPr>
          <w:b/>
        </w:rPr>
        <w:t xml:space="preserve">[50:48] </w:t>
      </w:r>
      <w:r>
        <w:t>to is waqt musalmanon ko, jo imaan rakhte hain qayamat par, akhirat par, aur is baat par ke</w:t>
      </w:r>
    </w:p>
    <w:p>
      <w:pPr>
        <w:jc w:val="right"/>
      </w:pPr>
      <w:r>
        <w:t>تو اس وقت مسلمانوں کو، جو ایمان رکھتے ہیں قیامت پر، آخرت پر، اور اس بات پر کہ</w:t>
      </w:r>
    </w:p>
    <w:p>
      <w:r>
        <w:rPr>
          <w:b/>
        </w:rPr>
        <w:t xml:space="preserve">[50:54] </w:t>
      </w:r>
      <w:r>
        <w:t>insaniyat ki nijaat isi mein hai, to un ko bilkul isi spirit ke sath, "Albair, Albair" ke spirit</w:t>
      </w:r>
    </w:p>
    <w:p>
      <w:pPr>
        <w:jc w:val="right"/>
      </w:pPr>
      <w:r>
        <w:t>انسانیت کی نجات اسی میں ہے، تو ان کو بالکل اسی spirit کے ساتھ، "البیر، البیر" کے spirit</w:t>
      </w:r>
    </w:p>
    <w:p>
      <w:r>
        <w:rPr>
          <w:b/>
        </w:rPr>
        <w:t xml:space="preserve">[51:00] </w:t>
      </w:r>
      <w:r>
        <w:t>ke sath kaam karna chahiye.</w:t>
      </w:r>
    </w:p>
    <w:p>
      <w:pPr>
        <w:jc w:val="right"/>
      </w:pPr>
      <w:r>
        <w:t>کے ساتھ کام کرنا چاہیے۔</w:t>
      </w:r>
    </w:p>
    <w:p>
      <w:r>
        <w:rPr>
          <w:b/>
        </w:rPr>
        <w:t xml:space="preserve">[51:06] </w:t>
      </w:r>
      <w:r>
        <w:t>yeh badqirat hai.</w:t>
      </w:r>
    </w:p>
    <w:p>
      <w:pPr>
        <w:jc w:val="right"/>
      </w:pPr>
      <w:r>
        <w:t>یہ بدقیرت ہے۔</w:t>
      </w:r>
    </w:p>
    <w:p>
      <w:r>
        <w:rPr>
          <w:b/>
        </w:rPr>
        <w:t xml:space="preserve">[51:12] </w:t>
      </w:r>
      <w:r>
        <w:t>ji ji, Maulana.</w:t>
      </w:r>
    </w:p>
    <w:p>
      <w:pPr>
        <w:jc w:val="right"/>
      </w:pPr>
      <w:r>
        <w:t>جی جی، مولانا۔</w:t>
      </w:r>
    </w:p>
    <w:p>
      <w:r>
        <w:rPr>
          <w:b/>
        </w:rPr>
        <w:t xml:space="preserve">[51:18] </w:t>
      </w:r>
      <w:r>
        <w:t>Maulana, agla sawal lene se pehle ek comment parhna chahenge jo Maulana Abdul Basit Umri ne bheja hai</w:t>
      </w:r>
    </w:p>
    <w:p>
      <w:pPr>
        <w:jc w:val="right"/>
      </w:pPr>
      <w:r>
        <w:t>مولانا، اگلا سوال لینے سے پہلے ایک کمنٹ پڑھنا چاہیں گے جو مولانا عبدالباسط عمری نے بھیجا ہے</w:t>
      </w:r>
    </w:p>
    <w:p>
      <w:r>
        <w:rPr>
          <w:b/>
        </w:rPr>
        <w:t xml:space="preserve">[51:25] </w:t>
      </w:r>
      <w:r>
        <w:t>Doha, Qatar se.</w:t>
      </w:r>
    </w:p>
    <w:p>
      <w:pPr>
        <w:jc w:val="right"/>
      </w:pPr>
      <w:r>
        <w:t>دوحہ، قطر سے۔</w:t>
      </w:r>
    </w:p>
    <w:p>
      <w:r>
        <w:rPr>
          <w:b/>
        </w:rPr>
        <w:t xml:space="preserve">[51:31] </w:t>
      </w:r>
      <w:r>
        <w:t>unhon ne likha hai: "Maulana, aaj ka lecture bohat zabardast tha.</w:t>
      </w:r>
    </w:p>
    <w:p>
      <w:pPr>
        <w:jc w:val="right"/>
      </w:pPr>
      <w:r>
        <w:t>انہوں نے لکھا ہے: "مولانا، آج کا lecture بہت زبردست تھا۔</w:t>
      </w:r>
    </w:p>
    <w:p>
      <w:r>
        <w:rPr>
          <w:b/>
        </w:rPr>
        <w:t xml:space="preserve">[51:37] </w:t>
      </w:r>
      <w:r>
        <w:t>hum musalmanon ki aankhein kholne wala tha.</w:t>
      </w:r>
    </w:p>
    <w:p>
      <w:pPr>
        <w:jc w:val="right"/>
      </w:pPr>
      <w:r>
        <w:t>ہم مسلمانوں کی آنکھیں کھولنے والا تھا۔</w:t>
      </w:r>
    </w:p>
    <w:p>
      <w:r>
        <w:rPr>
          <w:b/>
        </w:rPr>
        <w:t xml:space="preserve">[51:43] </w:t>
      </w:r>
      <w:r>
        <w:t>aaj tak hum musalman sirf maslak, jamaat ki tableegh mein jeete rahe.</w:t>
      </w:r>
    </w:p>
    <w:p>
      <w:pPr>
        <w:jc w:val="right"/>
      </w:pPr>
      <w:r>
        <w:t>آج تک ہم مسلمان صرف مسلک، جماعت کی تبلیغ میں جیتے رہے۔</w:t>
      </w:r>
    </w:p>
    <w:p>
      <w:r>
        <w:rPr>
          <w:b/>
        </w:rPr>
        <w:t xml:space="preserve">[51:49] </w:t>
      </w:r>
      <w:r>
        <w:t>asal jo tableegh thi Islam ka, woh na kar sake.</w:t>
      </w:r>
    </w:p>
    <w:p>
      <w:pPr>
        <w:jc w:val="right"/>
      </w:pPr>
      <w:r>
        <w:t>اصل جو تبلیغ تھی اسلام کا، وہ نہ کر سکے۔</w:t>
      </w:r>
    </w:p>
    <w:p>
      <w:r>
        <w:rPr>
          <w:b/>
        </w:rPr>
        <w:t xml:space="preserve">[51:55] </w:t>
      </w:r>
      <w:r>
        <w:t>kyunke hum masail mein atak kar reh gaye.</w:t>
      </w:r>
    </w:p>
    <w:p>
      <w:pPr>
        <w:jc w:val="right"/>
      </w:pPr>
      <w:r>
        <w:t>کیونکہ ہم مسائل میں اٹک کر رہ گئے۔</w:t>
      </w:r>
    </w:p>
    <w:p>
      <w:r>
        <w:rPr>
          <w:b/>
        </w:rPr>
        <w:t xml:space="preserve">[52:01] </w:t>
      </w:r>
      <w:r>
        <w:t>mawaqe ko pehchan na sake.</w:t>
      </w:r>
    </w:p>
    <w:p>
      <w:pPr>
        <w:jc w:val="right"/>
      </w:pPr>
      <w:r>
        <w:t>مواقع کو پہچان نہ سکے۔</w:t>
      </w:r>
    </w:p>
    <w:p>
      <w:r>
        <w:rPr>
          <w:b/>
        </w:rPr>
        <w:t xml:space="preserve">[52:07] </w:t>
      </w:r>
      <w:r>
        <w:t>jazak Allah khaira." Maulana, agla sawal Dilli se kiya hai Dr. Fareeda Khanam ne.</w:t>
      </w:r>
    </w:p>
    <w:p>
      <w:pPr>
        <w:jc w:val="right"/>
      </w:pPr>
      <w:r>
        <w:t>جزاک اللہ خیرا۔" مولانا، اگلا سوال دلی سے کیا ہے ڈاکٹر فریدہ خانم نے۔</w:t>
      </w:r>
    </w:p>
    <w:p>
      <w:r>
        <w:rPr>
          <w:b/>
        </w:rPr>
        <w:t xml:space="preserve">[52:13] </w:t>
      </w:r>
      <w:r>
        <w:t>unhon ne likha hai: "What is the difference between the Sahaba and present day Muslims?</w:t>
      </w:r>
    </w:p>
    <w:p>
      <w:pPr>
        <w:jc w:val="right"/>
      </w:pPr>
      <w:r>
        <w:t>انہوں نے لکھا ہے: "What is the difference between the Sahaba and present day Muslims?</w:t>
      </w:r>
    </w:p>
    <w:p>
      <w:r>
        <w:rPr>
          <w:b/>
        </w:rPr>
        <w:t xml:space="preserve">[52:20] </w:t>
      </w:r>
      <w:r>
        <w:t>The Sahaba moved by Islam, possessed positive mindset, and spread positivity all over the world. But Muslims of today who claim to be followers of Islam are spreading negativity and hatred everywhere. What is your opinion on this?</w:t>
      </w:r>
    </w:p>
    <w:p>
      <w:pPr>
        <w:jc w:val="right"/>
      </w:pPr>
      <w:r>
        <w:t>The Sahaba moved by Islam, possessed positive mindset, and spread positivity all over the world. But Muslims of today who claim to be followers of Islam are spreading negativity and hatred everywhere. What is your opinion on this?</w:t>
      </w:r>
    </w:p>
    <w:p>
      <w:r>
        <w:rPr>
          <w:b/>
        </w:rPr>
        <w:t xml:space="preserve">[52:39] </w:t>
      </w:r>
      <w:r>
        <w:t>" main yeh sochta hoon ke asli spirit thi, is pe emphasis nahi diya gaya baad ke zamaney mein.</w:t>
      </w:r>
    </w:p>
    <w:p>
      <w:pPr>
        <w:jc w:val="right"/>
      </w:pPr>
      <w:r>
        <w:t>" میں یہ سوچتا ہوں کہ اصلی spirit تھی، اس پہ emphasis نہیں دیا گیا بعد کے زمانے میں۔</w:t>
      </w:r>
    </w:p>
    <w:p>
      <w:r>
        <w:rPr>
          <w:b/>
        </w:rPr>
        <w:t xml:space="preserve">[52:45] </w:t>
      </w:r>
      <w:r>
        <w:t>form par sara emphasis chala gaya.</w:t>
      </w:r>
    </w:p>
    <w:p>
      <w:pPr>
        <w:jc w:val="right"/>
      </w:pPr>
      <w:r>
        <w:t>فارم پر سارا emphasis چلا گیا۔</w:t>
      </w:r>
    </w:p>
    <w:p>
      <w:r>
        <w:rPr>
          <w:b/>
        </w:rPr>
        <w:t xml:space="preserve">[52:51] </w:t>
      </w:r>
      <w:r>
        <w:t>to Sahaba ki spirit to wohi hai jo unhon ne bataya.</w:t>
      </w:r>
    </w:p>
    <w:p>
      <w:pPr>
        <w:jc w:val="right"/>
      </w:pPr>
      <w:r>
        <w:t>تو صحابہ کی spirit تو وہی ہے جو انہوں نے بتایا۔</w:t>
      </w:r>
    </w:p>
    <w:p>
      <w:r>
        <w:rPr>
          <w:b/>
        </w:rPr>
        <w:t xml:space="preserve">[52:57] </w:t>
      </w:r>
      <w:r>
        <w:t>lekin jab form ko emphasis di gayi to form ko ko follow kar ke unho ne samjha ke</w:t>
      </w:r>
    </w:p>
    <w:p>
      <w:pPr>
        <w:jc w:val="right"/>
      </w:pPr>
      <w:r>
        <w:t>لیکن جب فارم کو emphasis دی گئی تو فارم کو کو follow کر کے انہوں نے سمجھا کہ</w:t>
      </w:r>
    </w:p>
    <w:p>
      <w:r>
        <w:rPr>
          <w:b/>
        </w:rPr>
        <w:t xml:space="preserve">[53:03] </w:t>
      </w:r>
      <w:r>
        <w:t>hum ne Islam ko follow kar liya.</w:t>
      </w:r>
    </w:p>
    <w:p>
      <w:pPr>
        <w:jc w:val="right"/>
      </w:pPr>
      <w:r>
        <w:t>ہم نے اسلام کو follow کر لیا۔</w:t>
      </w:r>
    </w:p>
    <w:p>
      <w:r>
        <w:rPr>
          <w:b/>
        </w:rPr>
        <w:t xml:space="preserve">[53:09] </w:t>
      </w:r>
      <w:r>
        <w:t>waise Sahaba ki spirit to wohi thi jo bataya unhon ne.</w:t>
      </w:r>
    </w:p>
    <w:p>
      <w:pPr>
        <w:jc w:val="right"/>
      </w:pPr>
      <w:r>
        <w:t>ویسے صحابہ کی spirit تو وہی تھی جو بتایا انہوں نے۔</w:t>
      </w:r>
    </w:p>
    <w:p>
      <w:r>
        <w:rPr>
          <w:b/>
        </w:rPr>
        <w:t xml:space="preserve">[53:15] </w:t>
      </w:r>
      <w:r>
        <w:t>lekin jab form ko asal maan liya jaye to yeh baat kamzor pad jayegi ke hamein is</w:t>
      </w:r>
    </w:p>
    <w:p>
      <w:pPr>
        <w:jc w:val="right"/>
      </w:pPr>
      <w:r>
        <w:t>لیکن جب فارم کو اصل مان لیا جائے تو یہ بات کمزور پڑ جائے گی کہ ہمیں اس</w:t>
      </w:r>
    </w:p>
    <w:p>
      <w:r>
        <w:rPr>
          <w:b/>
        </w:rPr>
        <w:t xml:space="preserve">[53:21] </w:t>
      </w:r>
      <w:r>
        <w:t>tarah banna hai.</w:t>
      </w:r>
    </w:p>
    <w:p>
      <w:pPr>
        <w:jc w:val="right"/>
      </w:pPr>
      <w:r>
        <w:t>طرح بننا ہے۔</w:t>
      </w:r>
    </w:p>
    <w:p>
      <w:r>
        <w:rPr>
          <w:b/>
        </w:rPr>
        <w:t xml:space="preserve">[53:27] </w:t>
      </w:r>
      <w:r>
        <w:t>insan ko khair khwah banna hai, hamein peaceful banna hai waghera.</w:t>
      </w:r>
    </w:p>
    <w:p>
      <w:pPr>
        <w:jc w:val="right"/>
      </w:pPr>
      <w:r>
        <w:t>انسان کو خیر خواہ بننا ہے، ہمیں peaceful بننا ہے وغیرہ۔</w:t>
      </w:r>
    </w:p>
    <w:p>
      <w:r>
        <w:rPr>
          <w:b/>
        </w:rPr>
        <w:t xml:space="preserve">[53:33] </w:t>
      </w:r>
      <w:r>
        <w:t>Maulana, agla sawal lete hain jo Guwahati se bheja hai Saifullah Sahab ne.</w:t>
      </w:r>
    </w:p>
    <w:p>
      <w:pPr>
        <w:jc w:val="right"/>
      </w:pPr>
      <w:r>
        <w:t>مولانا، اگلا سوال لیتے ہیں جو گوہاٹی سے بھیجا ہے سائف اللہ صاحب نے۔</w:t>
      </w:r>
    </w:p>
    <w:p>
      <w:r>
        <w:rPr>
          <w:b/>
        </w:rPr>
        <w:t xml:space="preserve">[53:39] </w:t>
      </w:r>
      <w:r>
        <w:t>unhon ne likha hai: "Moulana Sahib, many atheists say that if there is a probability on God's existence,</w:t>
      </w:r>
    </w:p>
    <w:p>
      <w:pPr>
        <w:jc w:val="right"/>
      </w:pPr>
      <w:r>
        <w:t>انہوں نے لکھا ہے: "Moulana صاحb, many atheists say that if there is a probability on God's existence,</w:t>
      </w:r>
    </w:p>
    <w:p>
      <w:r>
        <w:rPr>
          <w:b/>
        </w:rPr>
        <w:t xml:space="preserve">[53:45] </w:t>
      </w:r>
      <w:r>
        <w:t>then there is also an equal probability that God does not exist.</w:t>
      </w:r>
    </w:p>
    <w:p>
      <w:pPr>
        <w:jc w:val="right"/>
      </w:pPr>
      <w:r>
        <w:t>then there is also an equal probability that God does not exist.</w:t>
      </w:r>
    </w:p>
    <w:p>
      <w:r>
        <w:rPr>
          <w:b/>
        </w:rPr>
        <w:t xml:space="preserve">[53:51] </w:t>
      </w:r>
      <w:r>
        <w:t>So how should we address such questions?</w:t>
      </w:r>
    </w:p>
    <w:p>
      <w:pPr>
        <w:jc w:val="right"/>
      </w:pPr>
      <w:r>
        <w:t>So how should we address such questions?</w:t>
      </w:r>
    </w:p>
    <w:p>
      <w:r>
        <w:rPr>
          <w:b/>
        </w:rPr>
        <w:t xml:space="preserve">[53:56] </w:t>
      </w:r>
      <w:r>
        <w:t>Please guide us." nahin, yeh to mujhe nahin maloom kis ne aisa kaha hai.</w:t>
      </w:r>
    </w:p>
    <w:p>
      <w:pPr>
        <w:jc w:val="right"/>
      </w:pPr>
      <w:r>
        <w:t>Please guide us." نہیں، یہ تو مجھے نہیں معلوم کس نے ایسا کہا ہے۔</w:t>
      </w:r>
    </w:p>
    <w:p>
      <w:r>
        <w:rPr>
          <w:b/>
        </w:rPr>
        <w:t xml:space="preserve">[54:01] </w:t>
      </w:r>
      <w:r>
        <w:t>lekin yeh illogical baat hai.</w:t>
      </w:r>
    </w:p>
    <w:p>
      <w:pPr>
        <w:jc w:val="right"/>
      </w:pPr>
      <w:r>
        <w:t>لیکن یہ illogical بات ہے۔</w:t>
      </w:r>
    </w:p>
    <w:p>
      <w:r>
        <w:rPr>
          <w:b/>
        </w:rPr>
        <w:t xml:space="preserve">[54:06] </w:t>
      </w:r>
      <w:r>
        <w:t>baat hai jab yani yeh probability aa jaye ke Khuda hai to doosri probability apne aap khatam ho jati hai.</w:t>
      </w:r>
    </w:p>
    <w:p>
      <w:pPr>
        <w:jc w:val="right"/>
      </w:pPr>
      <w:r>
        <w:t>بات ہے جب یعنی یہ probability آ جائے کہ خدا ہے تو دوسری probability اپنے آپ ختم ہو جاتی ہے۔</w:t>
      </w:r>
    </w:p>
    <w:p>
      <w:r>
        <w:rPr>
          <w:b/>
        </w:rPr>
        <w:t xml:space="preserve">[54:12] </w:t>
      </w:r>
      <w:r>
        <w:t>nahin, ek khatam ho jati hai.</w:t>
      </w:r>
    </w:p>
    <w:p>
      <w:pPr>
        <w:jc w:val="right"/>
      </w:pPr>
      <w:r>
        <w:t>نہیں، ایک ختم ہو جاتی ہے۔</w:t>
      </w:r>
    </w:p>
    <w:p>
      <w:r>
        <w:rPr>
          <w:b/>
        </w:rPr>
        <w:t xml:space="preserve">[54:17] </w:t>
      </w:r>
      <w:r>
        <w:t>yani ke probability ek hi rahe gi.</w:t>
      </w:r>
    </w:p>
    <w:p>
      <w:pPr>
        <w:jc w:val="right"/>
      </w:pPr>
      <w:r>
        <w:t>یعنی کہ probability ایک ہی رہے گی۔</w:t>
      </w:r>
    </w:p>
    <w:p>
      <w:r>
        <w:rPr>
          <w:b/>
        </w:rPr>
        <w:t xml:space="preserve">[54:22] </w:t>
      </w:r>
      <w:r>
        <w:t>Probability ek hi cheez prove kare gi.</w:t>
      </w:r>
    </w:p>
    <w:p>
      <w:pPr>
        <w:jc w:val="right"/>
      </w:pPr>
      <w:r>
        <w:t>Probability ایک ہی چیز prove کرے گی۔</w:t>
      </w:r>
    </w:p>
    <w:p>
      <w:r>
        <w:rPr>
          <w:b/>
        </w:rPr>
        <w:t xml:space="preserve">[54:28] </w:t>
      </w:r>
      <w:r>
        <w:t>ya to yani ya to ek cheez hai ya ek cheez nahin hai.</w:t>
      </w:r>
    </w:p>
    <w:p>
      <w:pPr>
        <w:jc w:val="right"/>
      </w:pPr>
      <w:r>
        <w:t>یا تو یعنی یا تو ایک چیز ہے یا ایک چیز نہیں ہے۔</w:t>
      </w:r>
    </w:p>
    <w:p>
      <w:r>
        <w:rPr>
          <w:b/>
        </w:rPr>
        <w:t xml:space="preserve">[54:33] </w:t>
      </w:r>
      <w:r>
        <w:t>jaise maine misaal di aap ko ke intelligent universe to probability yeh sabit kare gi ke intelligent</w:t>
      </w:r>
    </w:p>
    <w:p>
      <w:pPr>
        <w:jc w:val="right"/>
      </w:pPr>
      <w:r>
        <w:t>جیسے میں نے مثال دی آپ کو کہ intelligent universe تو probability یہ ثابت کرے گی کہ intelligent</w:t>
      </w:r>
    </w:p>
    <w:p>
      <w:r>
        <w:rPr>
          <w:b/>
        </w:rPr>
        <w:t xml:space="preserve">[54:38] </w:t>
      </w:r>
      <w:r>
        <w:t>universe hai to is ka matlab hai ke doosra jo hai woh radd ho jaye ga.</w:t>
      </w:r>
    </w:p>
    <w:p>
      <w:pPr>
        <w:jc w:val="right"/>
      </w:pPr>
      <w:r>
        <w:t>universe ہے تو اس کا مطلب ہے کہ دوسرا جو ہے وہ رد ہو جائے گا۔</w:t>
      </w:r>
    </w:p>
    <w:p>
      <w:r>
        <w:rPr>
          <w:b/>
        </w:rPr>
        <w:t xml:space="preserve">[54:44] </w:t>
      </w:r>
      <w:r>
        <w:t>doosra proposition probability ek proposition ko favor kare gi to doosra proposition apne aap radd ho jaye ga.</w:t>
      </w:r>
    </w:p>
    <w:p>
      <w:pPr>
        <w:jc w:val="right"/>
      </w:pPr>
      <w:r>
        <w:t>دوسرا proposition probability ایک proposition کو favor کرے گی تو دوسرا proposition اپنے آپ رد ہو جائے گا۔</w:t>
      </w:r>
    </w:p>
    <w:p>
      <w:r>
        <w:rPr>
          <w:b/>
        </w:rPr>
        <w:t xml:space="preserve">[54:49] </w:t>
      </w:r>
      <w:r>
        <w:t>to probability jab is proposition ko favor karti hai ke ek Khuda hai exist kar raha hai to</w:t>
      </w:r>
    </w:p>
    <w:p>
      <w:pPr>
        <w:jc w:val="right"/>
      </w:pPr>
      <w:r>
        <w:t>تو probability جب اس proposition کو favor کرتی ہے کہ ایک خدا ہے exist کر رہا ہے تو</w:t>
      </w:r>
    </w:p>
    <w:p>
      <w:r>
        <w:rPr>
          <w:b/>
        </w:rPr>
        <w:t xml:space="preserve">[54:54] </w:t>
      </w:r>
      <w:r>
        <w:t>doosri probability apne aap hi radd ho gayi.</w:t>
      </w:r>
    </w:p>
    <w:p>
      <w:pPr>
        <w:jc w:val="right"/>
      </w:pPr>
      <w:r>
        <w:t>دوسری probability اپنے آپ ہی رد ہو گئی۔</w:t>
      </w:r>
    </w:p>
    <w:p>
      <w:r>
        <w:rPr>
          <w:b/>
        </w:rPr>
        <w:t xml:space="preserve">[55:00] </w:t>
      </w:r>
      <w:r>
        <w:t>woh workable nahin rahi.</w:t>
      </w:r>
    </w:p>
    <w:p>
      <w:pPr>
        <w:jc w:val="right"/>
      </w:pPr>
      <w:r>
        <w:t>وہ workable نہیں رہی۔</w:t>
      </w:r>
    </w:p>
    <w:p>
      <w:r>
        <w:rPr>
          <w:b/>
        </w:rPr>
        <w:t xml:space="preserve">[55:05] </w:t>
      </w:r>
      <w:r>
        <w:t>woh illogical hai.</w:t>
      </w:r>
    </w:p>
    <w:p>
      <w:pPr>
        <w:jc w:val="right"/>
      </w:pPr>
      <w:r>
        <w:t>وہ illogical ہے۔</w:t>
      </w:r>
    </w:p>
    <w:p>
      <w:r>
        <w:rPr>
          <w:b/>
        </w:rPr>
        <w:t xml:space="preserve">[55:10] </w:t>
      </w:r>
      <w:r>
        <w:t>meri baat clear hai? ji Maulana.</w:t>
      </w:r>
    </w:p>
    <w:p>
      <w:pPr>
        <w:jc w:val="right"/>
      </w:pPr>
      <w:r>
        <w:t>میری بات clear ہے؟ جی مولانا۔</w:t>
      </w:r>
    </w:p>
    <w:p>
      <w:r>
        <w:rPr>
          <w:b/>
        </w:rPr>
        <w:t xml:space="preserve">[55:16] </w:t>
      </w:r>
      <w:r>
        <w:t>Maulana, agla sawal lete hain jo Pakistan se ek naujawan ne bheja hai.</w:t>
      </w:r>
    </w:p>
    <w:p>
      <w:pPr>
        <w:jc w:val="right"/>
      </w:pPr>
      <w:r>
        <w:t>مولانا، اگلا سوال لیتے ہیں جو پاکستان سے ایک نوجوان نے بھیجا ہے۔</w:t>
      </w:r>
    </w:p>
    <w:p>
      <w:r>
        <w:rPr>
          <w:b/>
        </w:rPr>
        <w:t xml:space="preserve">[55:21] </w:t>
      </w:r>
      <w:r>
        <w:t>is ne apna naam nahin likha hai.</w:t>
      </w:r>
    </w:p>
    <w:p>
      <w:pPr>
        <w:jc w:val="right"/>
      </w:pPr>
      <w:r>
        <w:t>اس نے اپنا نام نہیں لکھا ہے۔</w:t>
      </w:r>
    </w:p>
    <w:p>
      <w:r>
        <w:rPr>
          <w:b/>
        </w:rPr>
        <w:t xml:space="preserve">[55:26] </w:t>
      </w:r>
      <w:r>
        <w:t>sawal jo hai woh is tarah hai: "Moulana صاحb, I am a deviated young boy from Pakistan.</w:t>
      </w:r>
    </w:p>
    <w:p>
      <w:pPr>
        <w:jc w:val="right"/>
      </w:pPr>
      <w:r>
        <w:t>سوال جو ہے وہ اس طرح ہے: "Moulana صاحb, I am a deviated young boy from Pakistan.</w:t>
      </w:r>
    </w:p>
    <w:p>
      <w:r>
        <w:rPr>
          <w:b/>
        </w:rPr>
        <w:t xml:space="preserve">[55:32] </w:t>
      </w:r>
      <w:r>
        <w:t>I want to commit suicide.</w:t>
      </w:r>
    </w:p>
    <w:p>
      <w:pPr>
        <w:jc w:val="right"/>
      </w:pPr>
      <w:r>
        <w:t>I want to commit suicide.</w:t>
      </w:r>
    </w:p>
    <w:p>
      <w:r>
        <w:rPr>
          <w:b/>
        </w:rPr>
        <w:t xml:space="preserve">[55:37] </w:t>
      </w:r>
      <w:r>
        <w:t>I am physically and mentally fit, but I am helpless and alone.</w:t>
      </w:r>
    </w:p>
    <w:p>
      <w:pPr>
        <w:jc w:val="right"/>
      </w:pPr>
      <w:r>
        <w:t>I am physically and mentally fit, but I am helpless and alone.</w:t>
      </w:r>
    </w:p>
    <w:p>
      <w:r>
        <w:rPr>
          <w:b/>
        </w:rPr>
        <w:t xml:space="preserve">[55:42] </w:t>
      </w:r>
      <w:r>
        <w:t>I can't handle this hard life and feel defeated.</w:t>
      </w:r>
    </w:p>
    <w:p>
      <w:pPr>
        <w:jc w:val="right"/>
      </w:pPr>
      <w:r>
        <w:t>I can't handle this hard life and feel defeated.</w:t>
      </w:r>
    </w:p>
    <w:p>
      <w:r>
        <w:rPr>
          <w:b/>
        </w:rPr>
        <w:t xml:space="preserve">[55:48] </w:t>
      </w:r>
      <w:r>
        <w:t>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p>
    <w:p>
      <w:pPr>
        <w:jc w:val="right"/>
      </w:pPr>
      <w:r>
        <w:t>I can't win because I don't have potential. My parents and relatives say that I would never be a successful man. They are right. I have no brain and I am weak. My question is: can I commit suicide? No one needs me. I am a burden on this earth. Will God forgive me if I commit suicide? I am totally helpless.</w:t>
      </w:r>
    </w:p>
    <w:p>
      <w:r>
        <w:rPr>
          <w:b/>
        </w:rPr>
        <w:t xml:space="preserve">[56:15] </w:t>
      </w:r>
      <w:r>
        <w:t>Please guide me." dekhen, mera jo experience hai woh bataon ga ke aise kai se mujhe maloom hai</w:t>
      </w:r>
    </w:p>
    <w:p>
      <w:pPr>
        <w:jc w:val="right"/>
      </w:pPr>
      <w:r>
        <w:t>Please guide me." دیکھیں، میرا جو experience ہے وہ بتاؤں گا کہ ایسے کئی سے مجھے معلوم ہے</w:t>
      </w:r>
    </w:p>
    <w:p>
      <w:r>
        <w:rPr>
          <w:b/>
        </w:rPr>
        <w:t xml:space="preserve">[56:20] </w:t>
      </w:r>
      <w:r>
        <w:t>jin ka yeh halat thi.</w:t>
      </w:r>
    </w:p>
    <w:p>
      <w:pPr>
        <w:jc w:val="right"/>
      </w:pPr>
      <w:r>
        <w:t>جن کا یہ حالت تھی۔</w:t>
      </w:r>
    </w:p>
    <w:p>
      <w:r>
        <w:rPr>
          <w:b/>
        </w:rPr>
        <w:t xml:space="preserve">[56:25] </w:t>
      </w:r>
      <w:r>
        <w:t>lekin jab maine in ko study ki to woh halat is liye thi ke woh apne aap</w:t>
      </w:r>
    </w:p>
    <w:p>
      <w:pPr>
        <w:jc w:val="right"/>
      </w:pPr>
      <w:r>
        <w:t>لیکن جب میں نے ان کو study کی تو وہ حالت اس لیے تھی کہ وہ اپنے آپ</w:t>
      </w:r>
    </w:p>
    <w:p>
      <w:r>
        <w:rPr>
          <w:b/>
        </w:rPr>
        <w:t xml:space="preserve">[56:30] </w:t>
      </w:r>
      <w:r>
        <w:t>ko discover nahi kar sake.</w:t>
      </w:r>
    </w:p>
    <w:p>
      <w:pPr>
        <w:jc w:val="right"/>
      </w:pPr>
      <w:r>
        <w:t>کو discover نہیں کر سکے۔</w:t>
      </w:r>
    </w:p>
    <w:p>
      <w:r>
        <w:rPr>
          <w:b/>
        </w:rPr>
        <w:t xml:space="preserve">[56:36] </w:t>
      </w:r>
      <w:r>
        <w:t>apne aap ko discover nahi kar sake.</w:t>
      </w:r>
    </w:p>
    <w:p>
      <w:pPr>
        <w:jc w:val="right"/>
      </w:pPr>
      <w:r>
        <w:t>اپنے آپ کو discover نہیں کر سکے۔</w:t>
      </w:r>
    </w:p>
    <w:p>
      <w:r>
        <w:rPr>
          <w:b/>
        </w:rPr>
        <w:t xml:space="preserve">[56:41] </w:t>
      </w:r>
      <w:r>
        <w:t>kisi cheez ko khwamkhwah bohat zyada important de di.</w:t>
      </w:r>
    </w:p>
    <w:p>
      <w:pPr>
        <w:jc w:val="right"/>
      </w:pPr>
      <w:r>
        <w:t>کسی چیز کو خوامخواہ بہت زیادہ important دے دی۔</w:t>
      </w:r>
    </w:p>
    <w:p>
      <w:r>
        <w:rPr>
          <w:b/>
        </w:rPr>
        <w:t xml:space="preserve">[56:46] </w:t>
      </w:r>
      <w:r>
        <w:t>misalan, ek meri aankhon ke samne ek shakhs hai.</w:t>
      </w:r>
    </w:p>
    <w:p>
      <w:pPr>
        <w:jc w:val="right"/>
      </w:pPr>
      <w:r>
        <w:t>مثلاً، ایک میری آنکھوں کے سامنے ایک شخص ہے۔</w:t>
      </w:r>
    </w:p>
    <w:p>
      <w:r>
        <w:rPr>
          <w:b/>
        </w:rPr>
        <w:t xml:space="preserve">[56:52] </w:t>
      </w:r>
      <w:r>
        <w:t>maine is ko dekha hai ke woh itna zyada mayoos the apni zindagi se ke woh samajhte</w:t>
      </w:r>
    </w:p>
    <w:p>
      <w:pPr>
        <w:jc w:val="right"/>
      </w:pPr>
      <w:r>
        <w:t>میں نے اس کو دیکھا ہے کہ وہ اتنا زیادہ مایوس تھے اپنی زندگی سے کہ وہ سمجھتے</w:t>
      </w:r>
    </w:p>
    <w:p>
      <w:r>
        <w:rPr>
          <w:b/>
        </w:rPr>
        <w:t xml:space="preserve">[56:57] </w:t>
      </w:r>
      <w:r>
        <w:t>the, un ko log kehte the ke tum munhoos ho.</w:t>
      </w:r>
    </w:p>
    <w:p>
      <w:pPr>
        <w:jc w:val="right"/>
      </w:pPr>
      <w:r>
        <w:t>تھے، ان کو لوگ کہتے تھے کہ تم منحوس ہو۔</w:t>
      </w:r>
    </w:p>
    <w:p>
      <w:r>
        <w:rPr>
          <w:b/>
        </w:rPr>
        <w:t xml:space="preserve">[57:02] </w:t>
      </w:r>
      <w:r>
        <w:t>log un ko munhoos samajhte the kyunke kamyab nahi the zindagi mein.</w:t>
      </w:r>
    </w:p>
    <w:p>
      <w:pPr>
        <w:jc w:val="right"/>
      </w:pPr>
      <w:r>
        <w:t>لوگ ان کو منحوس سمجھتے تھے کیونکہ کامیاب نہیں تھے زندگی میں۔</w:t>
      </w:r>
    </w:p>
    <w:p>
      <w:r>
        <w:rPr>
          <w:b/>
        </w:rPr>
        <w:t xml:space="preserve">[57:08] </w:t>
      </w:r>
      <w:r>
        <w:t>woh to waqeatan unhon ne suicide kar liya.</w:t>
      </w:r>
    </w:p>
    <w:p>
      <w:pPr>
        <w:jc w:val="right"/>
      </w:pPr>
      <w:r>
        <w:t>وہ تو واقعتاً انہوں نے suicide کر لیا۔</w:t>
      </w:r>
    </w:p>
    <w:p>
      <w:r>
        <w:rPr>
          <w:b/>
        </w:rPr>
        <w:t xml:space="preserve">[57:13] </w:t>
      </w:r>
      <w:r>
        <w:t>main aankhon ke samne un ka body dekh, mere samne hai ke ke ek cheez kha li thi</w:t>
      </w:r>
    </w:p>
    <w:p>
      <w:pPr>
        <w:jc w:val="right"/>
      </w:pPr>
      <w:r>
        <w:t>میں آنکھوں کے سامنے ان کا body دیکھ، میرے سامنے ہے کہ کہ ایک چیز کھا لی تھی</w:t>
      </w:r>
    </w:p>
    <w:p>
      <w:r>
        <w:rPr>
          <w:b/>
        </w:rPr>
        <w:t xml:space="preserve">[57:18] </w:t>
      </w:r>
      <w:r>
        <w:t>unhon ne zeher ki aur gir pade the.</w:t>
      </w:r>
    </w:p>
    <w:p>
      <w:pPr>
        <w:jc w:val="right"/>
      </w:pPr>
      <w:r>
        <w:t>انہوں نے زہر کی اور گر پڑے تھے۔</w:t>
      </w:r>
    </w:p>
    <w:p>
      <w:r>
        <w:rPr>
          <w:b/>
        </w:rPr>
        <w:t xml:space="preserve">[57:24] </w:t>
      </w:r>
      <w:r>
        <w:t>woh dekhen, fori doctor bulaya gaya aur woh Allah ke fazl se woh woh zeher khatm ho gaya</w:t>
      </w:r>
    </w:p>
    <w:p>
      <w:pPr>
        <w:jc w:val="right"/>
      </w:pPr>
      <w:r>
        <w:t>وہ دیکھیں، فوری ڈاکٹر بلایا گیا اور وہ اللہ کے فضل سے وہ وہ زہر ختم ہو گیا</w:t>
      </w:r>
    </w:p>
    <w:p>
      <w:r>
        <w:rPr>
          <w:b/>
        </w:rPr>
        <w:t xml:space="preserve">[57:29] </w:t>
      </w:r>
      <w:r>
        <w:t>aur woh zinda ho gaye.</w:t>
      </w:r>
    </w:p>
    <w:p>
      <w:pPr>
        <w:jc w:val="right"/>
      </w:pPr>
      <w:r>
        <w:t>اور وہ زندہ ہو گئے۔</w:t>
      </w:r>
    </w:p>
    <w:p>
      <w:r>
        <w:rPr>
          <w:b/>
        </w:rPr>
        <w:t xml:space="preserve">[57:34] </w:t>
      </w:r>
      <w:r>
        <w:t>wohi shakhs baad ko hero ban gaya.</w:t>
      </w:r>
    </w:p>
    <w:p>
      <w:pPr>
        <w:jc w:val="right"/>
      </w:pPr>
      <w:r>
        <w:t>وہی شخص بعد کو ہیرو بن گیا۔</w:t>
      </w:r>
    </w:p>
    <w:p>
      <w:r>
        <w:rPr>
          <w:b/>
        </w:rPr>
        <w:t xml:space="preserve">[57:40] </w:t>
      </w:r>
      <w:r>
        <w:t>bohat zabardast kamyabi hasil ki is ne kyunke jo jab unhon ne suicide kar liya to woh super</w:t>
      </w:r>
    </w:p>
    <w:p>
      <w:pPr>
        <w:jc w:val="right"/>
      </w:pPr>
      <w:r>
        <w:t>بہت زبردست کامیابی حاصل کی اس نے کیونکہ جو جب انہوں نے suicide کر لیا تو وہ super</w:t>
      </w:r>
    </w:p>
    <w:p>
      <w:r>
        <w:rPr>
          <w:b/>
        </w:rPr>
        <w:t xml:space="preserve">[57:45] </w:t>
      </w:r>
      <w:r>
        <w:t>shock tha un ke liye.</w:t>
      </w:r>
    </w:p>
    <w:p>
      <w:pPr>
        <w:jc w:val="right"/>
      </w:pPr>
      <w:r>
        <w:t>shock تھا ان کے لیے۔</w:t>
      </w:r>
    </w:p>
    <w:p>
      <w:r>
        <w:rPr>
          <w:b/>
        </w:rPr>
        <w:t xml:space="preserve">[57:50] </w:t>
      </w:r>
      <w:r>
        <w:t>jab super shock laga to mind aap ka bohat zyada active ho jata hai.</w:t>
      </w:r>
    </w:p>
    <w:p>
      <w:pPr>
        <w:jc w:val="right"/>
      </w:pPr>
      <w:r>
        <w:t>جب super shock لگا تو mind آپ کا بہت زیادہ active ہو جاتا ہے۔</w:t>
      </w:r>
    </w:p>
    <w:p>
      <w:r>
        <w:rPr>
          <w:b/>
        </w:rPr>
        <w:t xml:space="preserve">[57:55] </w:t>
      </w:r>
      <w:r>
        <w:t>suicide kar ke jab woh gir pade zameen par aur woh sab qissa hua un ke sath to</w:t>
      </w:r>
    </w:p>
    <w:p>
      <w:pPr>
        <w:jc w:val="right"/>
      </w:pPr>
      <w:r>
        <w:t>suicide کر کے جب وہ گر پڑے زمین پر اور وہ سب قصہ ہوا ان کے ساتھ تو</w:t>
      </w:r>
    </w:p>
    <w:p>
      <w:r>
        <w:rPr>
          <w:b/>
        </w:rPr>
        <w:t xml:space="preserve">[58:01] </w:t>
      </w:r>
      <w:r>
        <w:t>woh un ke liye super shock tha.</w:t>
      </w:r>
    </w:p>
    <w:p>
      <w:pPr>
        <w:jc w:val="right"/>
      </w:pPr>
      <w:r>
        <w:t>وہ ان کے لیے super shock تھا۔</w:t>
      </w:r>
    </w:p>
    <w:p>
      <w:r>
        <w:rPr>
          <w:b/>
        </w:rPr>
        <w:t xml:space="preserve">[58:06] </w:t>
      </w:r>
      <w:r>
        <w:t>yaad rakhiye, mind ke andar bohat zyada potential hai.</w:t>
      </w:r>
    </w:p>
    <w:p>
      <w:pPr>
        <w:jc w:val="right"/>
      </w:pPr>
      <w:r>
        <w:t>یاد رکھیے، mind کے اندر بہت زیادہ potential ہے۔</w:t>
      </w:r>
    </w:p>
    <w:p>
      <w:r>
        <w:rPr>
          <w:b/>
        </w:rPr>
        <w:t xml:space="preserve">[58:11] </w:t>
      </w:r>
      <w:r>
        <w:t>bohat bohat aate hain dormant position mein soye hue hote hain.</w:t>
      </w:r>
    </w:p>
    <w:p>
      <w:pPr>
        <w:jc w:val="right"/>
      </w:pPr>
      <w:r>
        <w:t>بہت بہت آتے ہیں dormant position میں سوئے ہوئے ہوتے ہیں۔</w:t>
      </w:r>
    </w:p>
    <w:p>
      <w:r>
        <w:rPr>
          <w:b/>
        </w:rPr>
        <w:t xml:space="preserve">[58:17] </w:t>
      </w:r>
      <w:r>
        <w:t>mind ke potential soye rehte hain to un ko jab suicide ka waqea aur super shock laga un</w:t>
      </w:r>
    </w:p>
    <w:p>
      <w:pPr>
        <w:jc w:val="right"/>
      </w:pPr>
      <w:r>
        <w:t>mind کے potential سوئے رہتے ہیں تو ان کو جب suicide کا وقوعہ اور super shock لگا ان</w:t>
      </w:r>
    </w:p>
    <w:p>
      <w:r>
        <w:rPr>
          <w:b/>
        </w:rPr>
        <w:t xml:space="preserve">[58:22] </w:t>
      </w:r>
      <w:r>
        <w:t>ko to sara mind khul gaya un ka aur bohat zabardast kamyabi hasil ki unhon ne.</w:t>
      </w:r>
    </w:p>
    <w:p>
      <w:pPr>
        <w:jc w:val="right"/>
      </w:pPr>
      <w:r>
        <w:t>کو تو سارا mind کھل گیا ان کا اور بہت زبردست کامیابی حاصل کی انہوں نے۔</w:t>
      </w:r>
    </w:p>
    <w:p>
      <w:r>
        <w:rPr>
          <w:b/>
        </w:rPr>
        <w:t xml:space="preserve">[58:27] </w:t>
      </w:r>
      <w:r>
        <w:t>bohat bare bare kaam kiye unhon ne.</w:t>
      </w:r>
    </w:p>
    <w:p>
      <w:pPr>
        <w:jc w:val="right"/>
      </w:pPr>
      <w:r>
        <w:t>بہت بڑے بڑے کام کیے انہوں نے۔</w:t>
      </w:r>
    </w:p>
    <w:p>
      <w:r>
        <w:rPr>
          <w:b/>
        </w:rPr>
        <w:t xml:space="preserve">[58:33] </w:t>
      </w:r>
      <w:r>
        <w:t>to aap jo hai, aap is ko nikal diye apne mind se.</w:t>
      </w:r>
    </w:p>
    <w:p>
      <w:pPr>
        <w:jc w:val="right"/>
      </w:pPr>
      <w:r>
        <w:t>تو آپ جو ہے، آپ اس کو نکال دیے اپنے mind سے۔</w:t>
      </w:r>
    </w:p>
    <w:p>
      <w:r>
        <w:rPr>
          <w:b/>
        </w:rPr>
        <w:t xml:space="preserve">[58:38] </w:t>
      </w:r>
      <w:r>
        <w:t>mein aap ko kahoon ga, hamari kitabein parhiye.</w:t>
      </w:r>
    </w:p>
    <w:p>
      <w:pPr>
        <w:jc w:val="right"/>
      </w:pPr>
      <w:r>
        <w:t>میں آپ کو کہوں گا، ہماری کتابیں پڑھیے۔</w:t>
      </w:r>
    </w:p>
    <w:p>
      <w:r>
        <w:rPr>
          <w:b/>
        </w:rPr>
        <w:t xml:space="preserve">[58:43] </w:t>
      </w:r>
      <w:r>
        <w:t>hamari kitabein hain: raaz hayat, taabeer hayat, rehnuma hayat, kitab zindagi.</w:t>
      </w:r>
    </w:p>
    <w:p>
      <w:pPr>
        <w:jc w:val="right"/>
      </w:pPr>
      <w:r>
        <w:t>ہماری کتابیں ہیں: راز حیات، تعبیر حیات، رہنما حیات، کتاب زندگی۔</w:t>
      </w:r>
    </w:p>
    <w:p>
      <w:r>
        <w:rPr>
          <w:b/>
        </w:rPr>
        <w:t xml:space="preserve">[58:49] </w:t>
      </w:r>
      <w:r>
        <w:t>in kitabon ko parhiye aap aur inshallah aap ka sara mamla khatm ho jaye ga.</w:t>
      </w:r>
    </w:p>
    <w:p>
      <w:pPr>
        <w:jc w:val="right"/>
      </w:pPr>
      <w:r>
        <w:t>ان کتابوں کو پڑھیے آپ اور انشاءاللہ آپ کا سارا معاملہ ختم ہو جائے گا۔</w:t>
      </w:r>
    </w:p>
    <w:p>
      <w:r>
        <w:rPr>
          <w:b/>
        </w:rPr>
        <w:t xml:space="preserve">[58:54] </w:t>
      </w:r>
      <w:r>
        <w:t>maulana, in ke sawal ka aik hissa yeh bhi tha ke will God forgive me if I commit</w:t>
      </w:r>
    </w:p>
    <w:p>
      <w:pPr>
        <w:jc w:val="right"/>
      </w:pPr>
      <w:r>
        <w:t>مولانا، ان کے سوال کا ایک حصہ یہ بھی تھا کہ will God forgive me if I commit</w:t>
      </w:r>
    </w:p>
    <w:p>
      <w:r>
        <w:rPr>
          <w:b/>
        </w:rPr>
        <w:t xml:space="preserve">[58:59] </w:t>
      </w:r>
      <w:r>
        <w:t>suicide hargiz nahin.</w:t>
      </w:r>
    </w:p>
    <w:p>
      <w:pPr>
        <w:jc w:val="right"/>
      </w:pPr>
      <w:r>
        <w:t>suicide ہرگز نہیں۔</w:t>
      </w:r>
    </w:p>
    <w:p>
      <w:r>
        <w:rPr>
          <w:b/>
        </w:rPr>
        <w:t xml:space="preserve">[59:05] </w:t>
      </w:r>
      <w:r>
        <w:t>ji, hadith mein aata hai ke suicide karne ke baad aadmi jahannum mein ho jata hai.</w:t>
      </w:r>
    </w:p>
    <w:p>
      <w:pPr>
        <w:jc w:val="right"/>
      </w:pPr>
      <w:r>
        <w:t>جی، حدیث میں آتا ہے کہ suicide کرنے کے بعد آدمی جہنم میں ہو جاتا ہے۔</w:t>
      </w:r>
    </w:p>
    <w:p>
      <w:r>
        <w:rPr>
          <w:b/>
        </w:rPr>
        <w:t xml:space="preserve">[59:10] </w:t>
      </w:r>
      <w:r>
        <w:t>baqayda bukhari mein riwayat maujood hai ke suicide karne ke baad jahannum mein ho jata hai aadmi.</w:t>
      </w:r>
    </w:p>
    <w:p>
      <w:pPr>
        <w:jc w:val="right"/>
      </w:pPr>
      <w:r>
        <w:t>باقاعدہ بخاری میں روایت موجود ہے کہ suicide کرنے کے بعد جہنم میں ہو جاتا ہے آدمی۔</w:t>
      </w:r>
    </w:p>
    <w:p>
      <w:r>
        <w:rPr>
          <w:b/>
        </w:rPr>
        <w:t xml:space="preserve">[59:15] </w:t>
      </w:r>
      <w:r>
        <w:t>yeh to yeh option aap ke liye khula nahin hai.</w:t>
      </w:r>
    </w:p>
    <w:p>
      <w:pPr>
        <w:jc w:val="right"/>
      </w:pPr>
      <w:r>
        <w:t>یہ تو یہ option آپ کے لیے کھلا نہیں ہے۔</w:t>
      </w:r>
    </w:p>
    <w:p>
      <w:r>
        <w:rPr>
          <w:b/>
        </w:rPr>
        <w:t xml:space="preserve">[59:20] </w:t>
      </w:r>
      <w:r>
        <w:t>yeh option hai hi nahin aap ke liye.</w:t>
      </w:r>
    </w:p>
    <w:p>
      <w:pPr>
        <w:jc w:val="right"/>
      </w:pPr>
      <w:r>
        <w:t>یہ option ہے ہی نہیں آپ کے لیے۔</w:t>
      </w:r>
    </w:p>
    <w:p>
      <w:r>
        <w:rPr>
          <w:b/>
        </w:rPr>
        <w:t xml:space="preserve">[59:26] </w:t>
      </w:r>
      <w:r>
        <w:t>aap ke liye sirf yeh hai ke apne potential ko daryaft karein aur zindagi restart karein.</w:t>
      </w:r>
    </w:p>
    <w:p>
      <w:pPr>
        <w:jc w:val="right"/>
      </w:pPr>
      <w:r>
        <w:t>آپ کے لیے صرف یہ ہے کہ اپنے potential کو دریافت کریں اور زندگی restart کریں۔</w:t>
      </w:r>
    </w:p>
    <w:p>
      <w:r>
        <w:rPr>
          <w:b/>
        </w:rPr>
        <w:t xml:space="preserve">[59:31] </w:t>
      </w:r>
      <w:r>
        <w:t>phir se zindagi.</w:t>
      </w:r>
    </w:p>
    <w:p>
      <w:pPr>
        <w:jc w:val="right"/>
      </w:pPr>
      <w:r>
        <w:t>پھر سے زندگی۔</w:t>
      </w:r>
    </w:p>
    <w:p>
      <w:r>
        <w:rPr>
          <w:b/>
        </w:rPr>
        <w:t xml:space="preserve">[59:36] </w:t>
      </w:r>
      <w:r>
        <w:t>bukhari mein bhi hai aur hadith ki doosri kitabon mein bhi hai ke aik aadmi ne suicide kar</w:t>
      </w:r>
    </w:p>
    <w:p>
      <w:pPr>
        <w:jc w:val="right"/>
      </w:pPr>
      <w:r>
        <w:t>بخاری میں بھی ہے اور حدیث کی دوسری کتابوں میں بھی ہے کہ ایک آدمی نے suicide کر</w:t>
      </w:r>
    </w:p>
    <w:p>
      <w:r>
        <w:rPr>
          <w:b/>
        </w:rPr>
        <w:t xml:space="preserve">[59:42] </w:t>
      </w:r>
      <w:r>
        <w:t>liya tha halanke woh musalman tha.</w:t>
      </w:r>
    </w:p>
    <w:p>
      <w:pPr>
        <w:jc w:val="right"/>
      </w:pPr>
      <w:r>
        <w:t>لیا تھا حالانکہ وہ مسلمان تھا۔</w:t>
      </w:r>
    </w:p>
    <w:p>
      <w:r>
        <w:rPr>
          <w:b/>
        </w:rPr>
        <w:t xml:space="preserve">[59:47] </w:t>
      </w:r>
      <w:r>
        <w:t>woh to rasool Allah ne farmaya ke إِنْ دَهُوْا بِنِ أَهْلِ النَّارِ to suicide karna Allah ke khilaf</w:t>
      </w:r>
    </w:p>
    <w:p>
      <w:pPr>
        <w:jc w:val="right"/>
      </w:pPr>
      <w:r>
        <w:t>وہ تو رسول اللہ نے فرمایا کہ إِنْ دَهُوْا بِنِ أَهْلِ النَّارِ تو suicide کرنا اللہ کے خلاف</w:t>
      </w:r>
    </w:p>
    <w:p>
      <w:r>
        <w:rPr>
          <w:b/>
        </w:rPr>
        <w:t xml:space="preserve">[59:52] </w:t>
      </w:r>
      <w:r>
        <w:t>yani negative vote dena hai.</w:t>
      </w:r>
    </w:p>
    <w:p>
      <w:pPr>
        <w:jc w:val="right"/>
      </w:pPr>
      <w:r>
        <w:t>یعنی negative vote دینا ہے۔</w:t>
      </w:r>
    </w:p>
    <w:p>
      <w:r>
        <w:rPr>
          <w:b/>
        </w:rPr>
        <w:t xml:space="preserve">[59:58] </w:t>
      </w:r>
      <w:r>
        <w:t>kese maafi hogi? jis ko kehte hain adab aitmad ka vote.</w:t>
      </w:r>
    </w:p>
    <w:p>
      <w:pPr>
        <w:jc w:val="right"/>
      </w:pPr>
      <w:r>
        <w:t>کیسے معافی ہوگی؟ جس کو کہتے ہیں ادب اعتماد کا vote۔</w:t>
      </w:r>
    </w:p>
    <w:p>
      <w:r>
        <w:rPr>
          <w:b/>
        </w:rPr>
        <w:t xml:space="preserve">[1:00:03] </w:t>
      </w:r>
      <w:r>
        <w:t>vote of no confidence jo suicide karta hai woh Allah ke khilaf adab aitmad ka vote deta hai.</w:t>
      </w:r>
    </w:p>
    <w:p>
      <w:pPr>
        <w:jc w:val="right"/>
      </w:pPr>
      <w:r>
        <w:t>vote of no confidence جو suicide کرتا ہے وہ اللہ کے خلاف ادب اعتماد کا vote دیتا ہے۔</w:t>
      </w:r>
    </w:p>
    <w:p>
      <w:r>
        <w:rPr>
          <w:b/>
        </w:rPr>
        <w:t xml:space="preserve">[1:00:08] </w:t>
      </w:r>
      <w:r>
        <w:t>vote of no confidence to woh kese maaf kiya jaye ga? woh ji, aap hamari kitabein parhiye.</w:t>
      </w:r>
    </w:p>
    <w:p>
      <w:pPr>
        <w:jc w:val="right"/>
      </w:pPr>
      <w:r>
        <w:t>vote of no confidence تو وہ کیسے معاف کیا جائے گا؟ وہ جی، آپ ہماری کتابیں پڑھیے۔</w:t>
      </w:r>
    </w:p>
    <w:p>
      <w:r>
        <w:rPr>
          <w:b/>
        </w:rPr>
        <w:t xml:space="preserve">[1:00:14] </w:t>
      </w:r>
      <w:r>
        <w:t>inshallah aap aik naye aik insan aap ke andar emerge kare ga.</w:t>
      </w:r>
    </w:p>
    <w:p>
      <w:pPr>
        <w:jc w:val="right"/>
      </w:pPr>
      <w:r>
        <w:t>انشاءاللہ آپ ایک نئے ایک انسان آپ کے اندر emerge کرے گا۔</w:t>
      </w:r>
    </w:p>
    <w:p>
      <w:r>
        <w:rPr>
          <w:b/>
        </w:rPr>
        <w:t xml:space="preserve">[1:00:19] </w:t>
      </w:r>
      <w:r>
        <w:t>maulana, agla sawal dilli se kiya hai mister ajay divedi ne.</w:t>
      </w:r>
    </w:p>
    <w:p>
      <w:pPr>
        <w:jc w:val="right"/>
      </w:pPr>
      <w:r>
        <w:t>مولانا، اگلا سوال دلی سے کیا ہے مسٹر اجے درویدی نے۔</w:t>
      </w:r>
    </w:p>
    <w:p>
      <w:r>
        <w:rPr>
          <w:b/>
        </w:rPr>
        <w:t xml:space="preserve">[1:00:24] </w:t>
      </w:r>
      <w:r>
        <w:t>unhon ne likha hai: maulana sahib, quran says God made this world as testing ground for human beings.</w:t>
      </w:r>
    </w:p>
    <w:p>
      <w:pPr>
        <w:jc w:val="right"/>
      </w:pPr>
      <w:r>
        <w:t>انہوں نے لکھا ہے: مولانا صاحب، قرآن says God made this world as testing ground for human beings.</w:t>
      </w:r>
    </w:p>
    <w:p>
      <w:r>
        <w:rPr>
          <w:b/>
        </w:rPr>
        <w:t xml:space="preserve">[1:00:30] </w:t>
      </w:r>
      <w:r>
        <w:t>however, a secular mind explains life in many ways.</w:t>
      </w:r>
    </w:p>
    <w:p>
      <w:pPr>
        <w:jc w:val="right"/>
      </w:pPr>
      <w:r>
        <w:t>However, a secular mind explains life in many ways.</w:t>
      </w:r>
    </w:p>
    <w:p>
      <w:r>
        <w:rPr>
          <w:b/>
        </w:rPr>
        <w:t xml:space="preserve">[1:00:35] </w:t>
      </w:r>
      <w:r>
        <w:t>like, life is a celebration, life is a journey, etc.</w:t>
      </w:r>
    </w:p>
    <w:p>
      <w:pPr>
        <w:jc w:val="right"/>
      </w:pPr>
      <w:r>
        <w:t>Like, life is a celebration, life is a journey, etc.</w:t>
      </w:r>
    </w:p>
    <w:p>
      <w:r>
        <w:rPr>
          <w:b/>
        </w:rPr>
        <w:t xml:space="preserve">[1:00:40] </w:t>
      </w:r>
      <w:r>
        <w:t>how can we explain the concept of test to a secular non-religious mind?</w:t>
      </w:r>
    </w:p>
    <w:p>
      <w:pPr>
        <w:jc w:val="right"/>
      </w:pPr>
      <w:r>
        <w:t>How can we explain the concept of test to a secular non-religious mind?</w:t>
      </w:r>
    </w:p>
    <w:p>
      <w:r>
        <w:rPr>
          <w:b/>
        </w:rPr>
        <w:t xml:space="preserve">[1:00:46] </w:t>
      </w:r>
      <w:r>
        <w:t>what is your guidance to all of us on this?</w:t>
      </w:r>
    </w:p>
    <w:p>
      <w:pPr>
        <w:jc w:val="right"/>
      </w:pPr>
      <w:r>
        <w:t>What is your guidance to all of us on this?</w:t>
      </w:r>
    </w:p>
    <w:p>
      <w:r>
        <w:rPr>
          <w:b/>
        </w:rPr>
        <w:t xml:space="preserve">[1:00:50] </w:t>
      </w:r>
      <w:r>
        <w:t>kya jis shai ki sawal karoon? Maulana, jo aap ne bhi class mein kaha ke yeh duniya jo</w:t>
      </w:r>
    </w:p>
    <w:p>
      <w:pPr>
        <w:jc w:val="right"/>
      </w:pPr>
      <w:r>
        <w:t>کیا جس شے کی سوال کروں؟ مولانا، جو آپ نے بھی کلاس میں کہا کہ یہ دنیا جو</w:t>
      </w:r>
    </w:p>
    <w:p>
      <w:r>
        <w:rPr>
          <w:b/>
        </w:rPr>
        <w:t xml:space="preserve">[1:00:55] </w:t>
      </w:r>
      <w:r>
        <w:t>hai woh testing ground hai sab ke liye.</w:t>
      </w:r>
    </w:p>
    <w:p>
      <w:pPr>
        <w:jc w:val="right"/>
      </w:pPr>
      <w:r>
        <w:t>ہے وہ testing ground ہے سب کے لیے۔</w:t>
      </w:r>
    </w:p>
    <w:p>
      <w:r>
        <w:rPr>
          <w:b/>
        </w:rPr>
        <w:t xml:space="preserve">[1:01:00] </w:t>
      </w:r>
      <w:r>
        <w:t>lekin kai log, khaas kar jo non-religious mindset ke hote hain, woh aksar yeh kehte hain ke life</w:t>
      </w:r>
    </w:p>
    <w:p>
      <w:pPr>
        <w:jc w:val="right"/>
      </w:pPr>
      <w:r>
        <w:t>لیکن کئی لوگ، خاص کر جو non-religious mindset کے ہوتے ہیں، وہ اکثر یہ کہتے ہیں کہ life</w:t>
      </w:r>
    </w:p>
    <w:p>
      <w:r>
        <w:rPr>
          <w:b/>
        </w:rPr>
        <w:t xml:space="preserve">[1:01:05] </w:t>
      </w:r>
      <w:r>
        <w:t>to ek celebration hota hai, life is a journey.</w:t>
      </w:r>
    </w:p>
    <w:p>
      <w:pPr>
        <w:jc w:val="right"/>
      </w:pPr>
      <w:r>
        <w:t>تو ایک celebration ہوتا ہے، life is a journey۔</w:t>
      </w:r>
    </w:p>
    <w:p>
      <w:r>
        <w:rPr>
          <w:b/>
        </w:rPr>
        <w:t xml:space="preserve">[1:01:10] </w:t>
      </w:r>
      <w:r>
        <w:t>woh is ko testing mahol mein nahi samajhte, religious sense mein nahi lete is ko.</w:t>
      </w:r>
    </w:p>
    <w:p>
      <w:pPr>
        <w:jc w:val="right"/>
      </w:pPr>
      <w:r>
        <w:t>وہ اس کو testing ماحول میں نہیں سمجھتے، religious sense میں نہیں لیتے اس کو۔</w:t>
      </w:r>
    </w:p>
    <w:p>
      <w:r>
        <w:rPr>
          <w:b/>
        </w:rPr>
        <w:t xml:space="preserve">[1:01:15] </w:t>
      </w:r>
      <w:r>
        <w:t>to aise mindset ko kaise address kiya jaye jo concept of test nahi samajhte hain? nahi, dekhen, test</w:t>
      </w:r>
    </w:p>
    <w:p>
      <w:pPr>
        <w:jc w:val="right"/>
      </w:pPr>
      <w:r>
        <w:t>تو ایسے mindset کو کیسے address کیا جائے جو concept of test نہیں سمجھتے ہیں؟ نہیں، دیکھیں، test</w:t>
      </w:r>
    </w:p>
    <w:p>
      <w:r>
        <w:rPr>
          <w:b/>
        </w:rPr>
        <w:t xml:space="preserve">[1:01:20] </w:t>
      </w:r>
      <w:r>
        <w:t>ka lafz religious lafz nahi hai.</w:t>
      </w:r>
    </w:p>
    <w:p>
      <w:pPr>
        <w:jc w:val="right"/>
      </w:pPr>
      <w:r>
        <w:t>کا لفظ religious لفظ نہیں ہے۔</w:t>
      </w:r>
    </w:p>
    <w:p>
      <w:r>
        <w:rPr>
          <w:b/>
        </w:rPr>
        <w:t xml:space="preserve">[1:01:25] </w:t>
      </w:r>
      <w:r>
        <w:t>test ka jo lafz hai woh religious lafz nahi hai.</w:t>
      </w:r>
    </w:p>
    <w:p>
      <w:pPr>
        <w:jc w:val="right"/>
      </w:pPr>
      <w:r>
        <w:t>ٹیسٹ کا جو لفظ ہے وہ religious لفظ نہیں ہے۔</w:t>
      </w:r>
    </w:p>
    <w:p>
      <w:r>
        <w:rPr>
          <w:b/>
        </w:rPr>
        <w:t xml:space="preserve">[1:01:30] </w:t>
      </w:r>
      <w:r>
        <w:t>test sirf yeh explain karta hai is baat ko ke duniya mein kitni tarah tarah ka experiences hain.</w:t>
      </w:r>
    </w:p>
    <w:p>
      <w:pPr>
        <w:jc w:val="right"/>
      </w:pPr>
      <w:r>
        <w:t>ٹیسٹ صرف یہ explain کرتا ہے اس بات کو کہ دنیا میں کتنی طرح طرح کا experiences ہیں۔</w:t>
      </w:r>
    </w:p>
    <w:p>
      <w:r>
        <w:rPr>
          <w:b/>
        </w:rPr>
        <w:t xml:space="preserve">[1:01:35] </w:t>
      </w:r>
      <w:r>
        <w:t>yani itna zyada diversity kyun duniya mein hai? kabhi gham hai, kabhi khushi hai, kabhi success, kabhi failure hai.</w:t>
      </w:r>
    </w:p>
    <w:p>
      <w:pPr>
        <w:jc w:val="right"/>
      </w:pPr>
      <w:r>
        <w:t>یعنی اتنا زیادہ diversity کیوں دنیا میں ہے؟ کبھی غم ہے، کبھی خوشی ہے، کبھی success، کبھی failure ہے۔</w:t>
      </w:r>
    </w:p>
    <w:p>
      <w:r>
        <w:rPr>
          <w:b/>
        </w:rPr>
        <w:t xml:space="preserve">[1:01:40] </w:t>
      </w:r>
      <w:r>
        <w:t>yeh to hai hi hai.</w:t>
      </w:r>
    </w:p>
    <w:p>
      <w:pPr>
        <w:jc w:val="right"/>
      </w:pPr>
      <w:r>
        <w:t>یہ تو ہے ہی ہے۔</w:t>
      </w:r>
    </w:p>
    <w:p>
      <w:r>
        <w:rPr>
          <w:b/>
        </w:rPr>
        <w:t xml:space="preserve">[1:01:45] </w:t>
      </w:r>
      <w:r>
        <w:t>is ko explain karne ke liye yeh test itself koi religious word nahi hai.</w:t>
      </w:r>
    </w:p>
    <w:p>
      <w:pPr>
        <w:jc w:val="right"/>
      </w:pPr>
      <w:r>
        <w:t>اس کو explain کرنے کے لیے یہ test itself کوئی religious word نہیں ہے۔</w:t>
      </w:r>
    </w:p>
    <w:p>
      <w:r>
        <w:rPr>
          <w:b/>
        </w:rPr>
        <w:t xml:space="preserve">[1:01:50] </w:t>
      </w:r>
      <w:r>
        <w:t>woh is cheez ko explain kar raha hai ke kyun aisa hai.</w:t>
      </w:r>
    </w:p>
    <w:p>
      <w:pPr>
        <w:jc w:val="right"/>
      </w:pPr>
      <w:r>
        <w:t>وہ اس چیز کو explain کر رہا ہے کہ کیوں ایسا ہے۔</w:t>
      </w:r>
    </w:p>
    <w:p>
      <w:r>
        <w:rPr>
          <w:b/>
        </w:rPr>
        <w:t xml:space="preserve">[1:01:55] </w:t>
      </w:r>
      <w:r>
        <w:t>to test ke maani bhi dekhen, koi test koi negative lafz nahi hai.</w:t>
      </w:r>
    </w:p>
    <w:p>
      <w:pPr>
        <w:jc w:val="right"/>
      </w:pPr>
      <w:r>
        <w:t>تو test کے معنی بھی دیکھیں، کوئی test کوئی negative لفظ نہیں ہے۔</w:t>
      </w:r>
    </w:p>
    <w:p>
      <w:r>
        <w:rPr>
          <w:b/>
        </w:rPr>
        <w:t xml:space="preserve">[1:02:00] </w:t>
      </w:r>
      <w:r>
        <w:t>is ka matlab hai ke yeh different qism ki situation pesh aati hain.</w:t>
      </w:r>
    </w:p>
    <w:p>
      <w:pPr>
        <w:jc w:val="right"/>
      </w:pPr>
      <w:r>
        <w:t>اس کا مطلب ہے کہ یہ different قسم کی situation پیش آتی ہے۔</w:t>
      </w:r>
    </w:p>
    <w:p>
      <w:r>
        <w:rPr>
          <w:b/>
        </w:rPr>
        <w:t xml:space="preserve">[1:02:05] </w:t>
      </w:r>
      <w:r>
        <w:t>woh aap ko apni development ke liye mauqa deti hain.</w:t>
      </w:r>
    </w:p>
    <w:p>
      <w:pPr>
        <w:jc w:val="right"/>
      </w:pPr>
      <w:r>
        <w:t>وہ آپ کو اپنی development کے لیے موقع دیتی ہے۔</w:t>
      </w:r>
    </w:p>
    <w:p>
      <w:r>
        <w:rPr>
          <w:b/>
        </w:rPr>
        <w:t xml:space="preserve">[1:02:10] </w:t>
      </w:r>
      <w:r>
        <w:t>personal development ke liye, intellectual development ke liye, spiritual development ke liye.</w:t>
      </w:r>
    </w:p>
    <w:p>
      <w:pPr>
        <w:jc w:val="right"/>
      </w:pPr>
      <w:r>
        <w:t>Personal development کے لیے، intellectual development کے لیے، spiritual development کے لیے۔</w:t>
      </w:r>
    </w:p>
    <w:p>
      <w:r>
        <w:rPr>
          <w:b/>
        </w:rPr>
        <w:t xml:space="preserve">[1:02:15] </w:t>
      </w:r>
      <w:r>
        <w:t>abhi meri kitab chhapi hai "Leading a Spiritual Life".</w:t>
      </w:r>
    </w:p>
    <w:p>
      <w:pPr>
        <w:jc w:val="right"/>
      </w:pPr>
      <w:r>
        <w:t>ابھی میری کتاب چھپی ہے "Leading a Spiritual Life"۔</w:t>
      </w:r>
    </w:p>
    <w:p>
      <w:r>
        <w:rPr>
          <w:b/>
        </w:rPr>
        <w:t xml:space="preserve">[1:02:20] </w:t>
      </w:r>
      <w:r>
        <w:t>is mein bhi is concept ko unhon ne diya hai.</w:t>
      </w:r>
    </w:p>
    <w:p>
      <w:pPr>
        <w:jc w:val="right"/>
      </w:pPr>
      <w:r>
        <w:t>اس میں بھی اس concept کو انہوں نے دیا ہے۔</w:t>
      </w:r>
    </w:p>
    <w:p>
      <w:r>
        <w:rPr>
          <w:b/>
        </w:rPr>
        <w:t xml:space="preserve">[1:02:25] </w:t>
      </w:r>
      <w:r>
        <w:t>is ko parhiye.</w:t>
      </w:r>
    </w:p>
    <w:p>
      <w:pPr>
        <w:jc w:val="right"/>
      </w:pPr>
      <w:r>
        <w:t>اس کو پڑھیے۔</w:t>
      </w:r>
    </w:p>
    <w:p>
      <w:r>
        <w:rPr>
          <w:b/>
        </w:rPr>
        <w:t xml:space="preserve">[1:02:30] </w:t>
      </w:r>
      <w:r>
        <w:t>beh-haal, main yeh kahunga ke test ka lafz koi religious lafz nahi hai.</w:t>
      </w:r>
    </w:p>
    <w:p>
      <w:pPr>
        <w:jc w:val="right"/>
      </w:pPr>
      <w:r>
        <w:t>بہرحال، میں یہ کہوں گا کہ test کا لفظ کوئی religious لفظ نہیں ہے۔</w:t>
      </w:r>
    </w:p>
    <w:p>
      <w:r>
        <w:rPr>
          <w:b/>
        </w:rPr>
        <w:t xml:space="preserve">[1:02:35] </w:t>
      </w:r>
      <w:r>
        <w:t>woh expression ka lafz hai ke duniya mein har aadmi ko tajurba hota hai up and down ka.</w:t>
      </w:r>
    </w:p>
    <w:p>
      <w:pPr>
        <w:jc w:val="right"/>
      </w:pPr>
      <w:r>
        <w:t>وہ expression کا لفظ ہے کہ دنیا میں ہر آدمی کو تجربہ ہوتا ہے up and down کا۔</w:t>
      </w:r>
    </w:p>
    <w:p>
      <w:r>
        <w:rPr>
          <w:b/>
        </w:rPr>
        <w:t xml:space="preserve">[1:02:40] </w:t>
      </w:r>
      <w:r>
        <w:t>to woh kyun hota hai? is liye ke aap ko mauqa de raha hai, aap ko opportunity de</w:t>
      </w:r>
    </w:p>
    <w:p>
      <w:pPr>
        <w:jc w:val="right"/>
      </w:pPr>
      <w:r>
        <w:t>تو وہ کیوں ہوتا ہے؟ اس لیے کہ آپ کو موقع دے رہا ہے، آپ کو opportunity دے</w:t>
      </w:r>
    </w:p>
    <w:p>
      <w:r>
        <w:rPr>
          <w:b/>
        </w:rPr>
        <w:t xml:space="preserve">[1:02:45] </w:t>
      </w:r>
      <w:r>
        <w:t>raha hai ke aap apne ko develop karen.</w:t>
      </w:r>
    </w:p>
    <w:p>
      <w:pPr>
        <w:jc w:val="right"/>
      </w:pPr>
      <w:r>
        <w:t>رہا ہے کہ آپ اپنے کو develop کریں۔</w:t>
      </w:r>
    </w:p>
    <w:p>
      <w:r>
        <w:rPr>
          <w:b/>
        </w:rPr>
        <w:t xml:space="preserve">[1:02:50] </w:t>
      </w:r>
      <w:r>
        <w:t>apne ko develop karen.</w:t>
      </w:r>
    </w:p>
    <w:p>
      <w:pPr>
        <w:jc w:val="right"/>
      </w:pPr>
      <w:r>
        <w:t>اپنے کو develop کریں۔</w:t>
      </w:r>
    </w:p>
    <w:p>
      <w:r>
        <w:rPr>
          <w:b/>
        </w:rPr>
        <w:t xml:space="preserve">[1:02:55] </w:t>
      </w:r>
      <w:r>
        <w:t>yeh mani mein hai.</w:t>
      </w:r>
    </w:p>
    <w:p>
      <w:pPr>
        <w:jc w:val="right"/>
      </w:pPr>
      <w:r>
        <w:t>یہ معنی میں ہے۔</w:t>
      </w:r>
    </w:p>
    <w:p>
      <w:r>
        <w:rPr>
          <w:b/>
        </w:rPr>
        <w:t xml:space="preserve">[1:03:00] </w:t>
      </w:r>
      <w:r>
        <w:t>kya sab clear hai? ji Maulana.</w:t>
      </w:r>
    </w:p>
    <w:p>
      <w:pPr>
        <w:jc w:val="right"/>
      </w:pPr>
      <w:r>
        <w:t>کیا سب clear ہے؟ جی مولانا۔</w:t>
      </w:r>
    </w:p>
    <w:p>
      <w:r>
        <w:rPr>
          <w:b/>
        </w:rPr>
        <w:t xml:space="preserve">[1:03:05] </w:t>
      </w:r>
      <w:r>
        <w:t>Maulana, agla sawal kya hai Syed Ahmed Ali sahib ne Delhi se.</w:t>
      </w:r>
    </w:p>
    <w:p>
      <w:pPr>
        <w:jc w:val="right"/>
      </w:pPr>
      <w:r>
        <w:t>مولانا، اگلا سوال کیا ہے سید احمد علی صاحب نے دلی سے۔</w:t>
      </w:r>
    </w:p>
    <w:p>
      <w:r>
        <w:rPr>
          <w:b/>
        </w:rPr>
        <w:t xml:space="preserve">[1:03:10] </w:t>
      </w:r>
      <w:r>
        <w:t>unhon ne likha hai: "The West has indulged and made the most of this life through numerous scientific</w:t>
      </w:r>
    </w:p>
    <w:p>
      <w:pPr>
        <w:jc w:val="right"/>
      </w:pPr>
      <w:r>
        <w:t>انہوں نے لکھا ہے: "The West has indulged and made the most of this life through numerous scientific</w:t>
      </w:r>
    </w:p>
    <w:p>
      <w:r>
        <w:rPr>
          <w:b/>
        </w:rPr>
        <w:t xml:space="preserve">[1:03:15] </w:t>
      </w:r>
      <w:r>
        <w:t>researches and studies.</w:t>
      </w:r>
    </w:p>
    <w:p>
      <w:pPr>
        <w:jc w:val="right"/>
      </w:pPr>
      <w:r>
        <w:t>researches and studies.</w:t>
      </w:r>
    </w:p>
    <w:p>
      <w:r>
        <w:rPr>
          <w:b/>
        </w:rPr>
        <w:t xml:space="preserve">[1:03:20] </w:t>
      </w:r>
      <w:r>
        <w:t>Their studies have proven Allah's presence and also the fact that there is one Creator of this universe.</w:t>
      </w:r>
    </w:p>
    <w:p>
      <w:pPr>
        <w:jc w:val="right"/>
      </w:pPr>
      <w:r>
        <w:t>Their studies have proven Allah's presence and also the fact that there is one Creator of this universe.</w:t>
      </w:r>
    </w:p>
    <w:p>
      <w:r>
        <w:rPr>
          <w:b/>
        </w:rPr>
        <w:t xml:space="preserve">[1:03:25] </w:t>
      </w:r>
      <w:r>
        <w:t>However, they do not revert to Islam.</w:t>
      </w:r>
    </w:p>
    <w:p>
      <w:pPr>
        <w:jc w:val="right"/>
      </w:pPr>
      <w:r>
        <w:t>However, they do not revert to Islam.</w:t>
      </w:r>
    </w:p>
    <w:p>
      <w:r>
        <w:rPr>
          <w:b/>
        </w:rPr>
        <w:t xml:space="preserve">[1:03:30] </w:t>
      </w:r>
      <w:r>
        <w:t>The West has indulged and made the most of this life through numerous scientific researches and studies. Their studies have proven Allah's presence and also the fact that there is one Creator of this universe. However, they do not revert to Islam.</w:t>
      </w:r>
    </w:p>
    <w:p>
      <w:pPr>
        <w:jc w:val="right"/>
      </w:pPr>
      <w:r>
        <w:t>مولانا، do you think that the countless hours and dollars that they have spent on the various scientific studies and researches to realize the divine truth will be any good to them in the afterlife unless they revert to Islam?</w:t>
      </w:r>
    </w:p>
    <w:p>
      <w:r>
        <w:rPr>
          <w:b/>
        </w:rPr>
        <w:t xml:space="preserve">[1:03:46] </w:t>
      </w:r>
      <w:r>
        <w:t>" kya jis shai ki sawal karoon? Maulana, woh yeh keh rahe hain ke jo West ne jo</w:t>
      </w:r>
    </w:p>
    <w:p>
      <w:pPr>
        <w:jc w:val="right"/>
      </w:pPr>
      <w:r>
        <w:t>" کیا جس شے کی سوال کروں؟ مولانا، وہ یہ کہہ رہے ہیں کہ جو West نے جو</w:t>
      </w:r>
    </w:p>
    <w:p>
      <w:r>
        <w:rPr>
          <w:b/>
        </w:rPr>
        <w:t xml:space="preserve">[1:03:51] </w:t>
      </w:r>
      <w:r>
        <w:t>itni research kar ke itni taraqqi kari hai to is se yahi prove hota hai ke God exist.</w:t>
      </w:r>
    </w:p>
    <w:p>
      <w:pPr>
        <w:jc w:val="right"/>
      </w:pPr>
      <w:r>
        <w:t>اتنی research کر کے اتنی ترقی کری ہے تو اس سے یہی prove ہوتا ہے کہ God exist۔</w:t>
      </w:r>
    </w:p>
    <w:p>
      <w:r>
        <w:rPr>
          <w:b/>
        </w:rPr>
        <w:t xml:space="preserve">[1:03:57] </w:t>
      </w:r>
      <w:r>
        <w:t>jaise aaj aap ne bhi talk mein kaha.</w:t>
      </w:r>
    </w:p>
    <w:p>
      <w:pPr>
        <w:jc w:val="right"/>
      </w:pPr>
      <w:r>
        <w:t>جیسے آج آپ نے بھی talk میں کہا۔</w:t>
      </w:r>
    </w:p>
    <w:p>
      <w:r>
        <w:rPr>
          <w:b/>
        </w:rPr>
        <w:t xml:space="preserve">[1:04:03] </w:t>
      </w:r>
      <w:r>
        <w:t>to lekin woh keh rahe hain ke itne dollars aur itna research pe hours kharchne ke baad bhi</w:t>
      </w:r>
    </w:p>
    <w:p>
      <w:pPr>
        <w:jc w:val="right"/>
      </w:pPr>
      <w:r>
        <w:t>تو لیکن وہ کہہ رہے ہیں کہ اتنے dollars اور اتنا research پہ hours خرچنے کے بعد بھی</w:t>
      </w:r>
    </w:p>
    <w:p>
      <w:r>
        <w:rPr>
          <w:b/>
        </w:rPr>
        <w:t xml:space="preserve">[1:04:08] </w:t>
      </w:r>
      <w:r>
        <w:t>woh they have not reverted to Islam to woh yeh yeh sawal pooch rahe hain ke kya is</w:t>
      </w:r>
    </w:p>
    <w:p>
      <w:pPr>
        <w:jc w:val="right"/>
      </w:pPr>
      <w:r>
        <w:t>وہ they have not reverted to Islam تو وہ یہ یہ سوال پوچھ رہے ہیں کہ کیا اس</w:t>
      </w:r>
    </w:p>
    <w:p>
      <w:r>
        <w:rPr>
          <w:b/>
        </w:rPr>
        <w:t xml:space="preserve">[1:04:14] </w:t>
      </w:r>
      <w:r>
        <w:t>se kuch un ko faida hoga afterlife mein? aa, yeh jo itni mehnat kari unhon ne unless they</w:t>
      </w:r>
    </w:p>
    <w:p>
      <w:pPr>
        <w:jc w:val="right"/>
      </w:pPr>
      <w:r>
        <w:t>سے کچھ ان کو فائدہ ہوگا afterlife میں؟ آ، یہ جو اتنی محنت کری انہوں نے unless they</w:t>
      </w:r>
    </w:p>
    <w:p>
      <w:r>
        <w:rPr>
          <w:b/>
        </w:rPr>
        <w:t xml:space="preserve">[1:04:20] </w:t>
      </w:r>
      <w:r>
        <w:t>accept Islam bhai, aakhirat ka baat to Allah jaane, hum kaise jaanenge? hum kaise keh sakte hain?</w:t>
      </w:r>
    </w:p>
    <w:p>
      <w:pPr>
        <w:jc w:val="right"/>
      </w:pPr>
      <w:r>
        <w:t>accept Islam بھئی، آخرت کا بات تو اللہ جانے، ہم کیسے جانیں گے؟ ہم کیسے کہہ سکتے ہیں؟</w:t>
      </w:r>
    </w:p>
    <w:p>
      <w:r>
        <w:rPr>
          <w:b/>
        </w:rPr>
        <w:t xml:space="preserve">[1:04:25] </w:t>
      </w:r>
      <w:r>
        <w:t>aakhirat ki baat agar aap poochein to main nahin, kuch nahin, kuch nahin keh sakta.</w:t>
      </w:r>
    </w:p>
    <w:p>
      <w:pPr>
        <w:jc w:val="right"/>
      </w:pPr>
      <w:r>
        <w:t>آخرت کی بات اگر آپ پوچھیں تو میں نہیں، کچھ نہیں، کچھ نہیں کہہ سکتا۔</w:t>
      </w:r>
    </w:p>
    <w:p>
      <w:r>
        <w:rPr>
          <w:b/>
        </w:rPr>
        <w:t xml:space="preserve">[1:04:31] </w:t>
      </w:r>
      <w:r>
        <w:t>yeh Allah ke domain ki cheez hai.</w:t>
      </w:r>
    </w:p>
    <w:p>
      <w:pPr>
        <w:jc w:val="right"/>
      </w:pPr>
      <w:r>
        <w:t>یہ اللہ کے domain کی چیز ہے۔</w:t>
      </w:r>
    </w:p>
    <w:p>
      <w:r>
        <w:rPr>
          <w:b/>
        </w:rPr>
        <w:t xml:space="preserve">[1:04:37] </w:t>
      </w:r>
      <w:r>
        <w:t>baqi main yeh kahunga ke 20 years of freedom ka mauqa har ek ke liye hai.</w:t>
      </w:r>
    </w:p>
    <w:p>
      <w:pPr>
        <w:jc w:val="right"/>
      </w:pPr>
      <w:r>
        <w:t>باقی میں یہ کہوں گا کہ 20 years of freedom کا موقع ہر ایک کے لیے ہے۔</w:t>
      </w:r>
    </w:p>
    <w:p>
      <w:r>
        <w:rPr>
          <w:b/>
        </w:rPr>
        <w:t xml:space="preserve">[1:04:42] </w:t>
      </w:r>
      <w:r>
        <w:t>woh Abu Talib ke liye bhi tha, woh Hazrat Ibrahim ke baap ke liye bhi tha, woh Hazrat</w:t>
      </w:r>
    </w:p>
    <w:p>
      <w:pPr>
        <w:jc w:val="right"/>
      </w:pPr>
      <w:r>
        <w:t>وہ ابو طالب کے لیے بھی تھا، وہ حضرت ابراہیم کے باپ کے لیے بھی تھا، وہ حضرت</w:t>
      </w:r>
    </w:p>
    <w:p>
      <w:r>
        <w:rPr>
          <w:b/>
        </w:rPr>
        <w:t xml:space="preserve">[1:04:48] </w:t>
      </w:r>
      <w:r>
        <w:t>Nuh ke bete ke liye bhi tha.</w:t>
      </w:r>
    </w:p>
    <w:p>
      <w:pPr>
        <w:jc w:val="right"/>
      </w:pPr>
      <w:r>
        <w:t>نوح کے بیٹے کے لیے بھی تھا۔</w:t>
      </w:r>
    </w:p>
    <w:p>
      <w:r>
        <w:rPr>
          <w:b/>
        </w:rPr>
        <w:t xml:space="preserve">[1:04:54] </w:t>
      </w:r>
      <w:r>
        <w:t>to to aap ka jo free choice ka jo Allah ne diya hai, us ko aap rehta hai</w:t>
      </w:r>
    </w:p>
    <w:p>
      <w:pPr>
        <w:jc w:val="right"/>
      </w:pPr>
      <w:r>
        <w:t>تو تو آپ کا جو free choice کا جو اللہ نے دیا ہے، اس کو آپ رہتا ہے</w:t>
      </w:r>
    </w:p>
    <w:p>
      <w:r>
        <w:rPr>
          <w:b/>
        </w:rPr>
        <w:t xml:space="preserve">[1:04:59] </w:t>
      </w:r>
      <w:r>
        <w:t>ke chahe idhar istemal karein, idhar istemal karein.</w:t>
      </w:r>
    </w:p>
    <w:p>
      <w:pPr>
        <w:jc w:val="right"/>
      </w:pPr>
      <w:r>
        <w:t>کہ چاہے ادھر استعمال کریں، ادھر استعمال کریں۔</w:t>
      </w:r>
    </w:p>
    <w:p>
      <w:r>
        <w:rPr>
          <w:b/>
        </w:rPr>
        <w:t xml:space="preserve">[1:05:05] </w:t>
      </w:r>
      <w:r>
        <w:t>to scientist ho ya philosopher ho, koi bhi ho, free choice to phir bhi baqi rehta hai is ka.</w:t>
      </w:r>
    </w:p>
    <w:p>
      <w:pPr>
        <w:jc w:val="right"/>
      </w:pPr>
      <w:r>
        <w:t>تو scientist ہو یا philosopher ہو، کوئی بھی ہو، free choice تو پھر بھی باقی رہتا ہے اس کا۔</w:t>
      </w:r>
    </w:p>
    <w:p>
      <w:r>
        <w:rPr>
          <w:b/>
        </w:rPr>
        <w:t xml:space="preserve">[1:05:11] </w:t>
      </w:r>
      <w:r>
        <w:t>to jis tarah chahe istemal karein, maanein ya na maanein.</w:t>
      </w:r>
    </w:p>
    <w:p>
      <w:pPr>
        <w:jc w:val="right"/>
      </w:pPr>
      <w:r>
        <w:t>تو جس طرح چاہے استعمال کریں، مانیں یا نہ مانیں۔</w:t>
      </w:r>
    </w:p>
    <w:p>
      <w:r>
        <w:rPr>
          <w:b/>
        </w:rPr>
        <w:t xml:space="preserve">[1:05:17] </w:t>
      </w:r>
      <w:r>
        <w:t>kya sab clear hai? main ne ji ji Maulana.</w:t>
      </w:r>
    </w:p>
    <w:p>
      <w:pPr>
        <w:jc w:val="right"/>
      </w:pPr>
      <w:r>
        <w:t>کیا سب clear ہے؟ میں نے جی جی مولانا۔</w:t>
      </w:r>
    </w:p>
    <w:p>
      <w:r>
        <w:rPr>
          <w:b/>
        </w:rPr>
        <w:t xml:space="preserve">[1:05:22] </w:t>
      </w:r>
      <w:r>
        <w:t>Maulana, agla sawal kya hai? aa, aa, Bihar se Begusarai se Jamil Akhtar sahib ne.</w:t>
      </w:r>
    </w:p>
    <w:p>
      <w:pPr>
        <w:jc w:val="right"/>
      </w:pPr>
      <w:r>
        <w:t>مولانا، اگلا سوال کیا ہے؟ آہ، آہ، بہار سے بیگو سرائی سے جمیل اختر صاحب نے۔</w:t>
      </w:r>
    </w:p>
    <w:p>
      <w:r>
        <w:rPr>
          <w:b/>
        </w:rPr>
        <w:t xml:space="preserve">[1:05:28] </w:t>
      </w:r>
      <w:r>
        <w:t>aah, unhon ne likha hai: "yeh jo kaha jata hai ke Allah ne insaan ko complete azadi di</w:t>
      </w:r>
    </w:p>
    <w:p>
      <w:pPr>
        <w:jc w:val="right"/>
      </w:pPr>
      <w:r>
        <w:t>آہ، انہوں نے لکھا ہے: "یہ جو کہا جاتا ہے کہ اللہ نے انسان کو complete آزادی دی</w:t>
      </w:r>
    </w:p>
    <w:p>
      <w:r>
        <w:rPr>
          <w:b/>
        </w:rPr>
        <w:t xml:space="preserve">[1:05:34] </w:t>
      </w:r>
      <w:r>
        <w:t>hai, aah, agar aisa hai to insaan ki har khwahish poori honi chahiye.</w:t>
      </w:r>
    </w:p>
    <w:p>
      <w:pPr>
        <w:jc w:val="right"/>
      </w:pPr>
      <w:r>
        <w:t>ہے، آہ، اگر ایسا ہے تو انسان کی ہر خواہش پوری ہونی چاہیے۔</w:t>
      </w:r>
    </w:p>
    <w:p>
      <w:r>
        <w:rPr>
          <w:b/>
        </w:rPr>
        <w:t xml:space="preserve">[1:05:39] </w:t>
      </w:r>
      <w:r>
        <w:t>aah, magar aisa nahi hota hai.</w:t>
      </w:r>
    </w:p>
    <w:p>
      <w:pPr>
        <w:jc w:val="right"/>
      </w:pPr>
      <w:r>
        <w:t>آہ، مگر ایسا نہیں ہوتا ہے۔</w:t>
      </w:r>
    </w:p>
    <w:p>
      <w:r>
        <w:rPr>
          <w:b/>
        </w:rPr>
        <w:t xml:space="preserve">[1:05:45] </w:t>
      </w:r>
      <w:r>
        <w:t>aah, to mukammal azadi ka matlab kya hai? is ko wazeh karen.</w:t>
      </w:r>
    </w:p>
    <w:p>
      <w:pPr>
        <w:jc w:val="right"/>
      </w:pPr>
      <w:r>
        <w:t>آہ، تو مکمل آزادی کا مطلب کیا ہے؟ اس کو واضح کریں۔</w:t>
      </w:r>
    </w:p>
    <w:p>
      <w:r>
        <w:rPr>
          <w:b/>
        </w:rPr>
        <w:t xml:space="preserve">[1:05:51] </w:t>
      </w:r>
      <w:r>
        <w:t>bhai, azadi ka matlab yeh nahi ke aap kainat ke badshah ban gaye.</w:t>
      </w:r>
    </w:p>
    <w:p>
      <w:pPr>
        <w:jc w:val="right"/>
      </w:pPr>
      <w:r>
        <w:t>بھئی، آزادی کا مطلب یہ نہیں کہ آپ کائنات کے بادشاہ بن گئے۔</w:t>
      </w:r>
    </w:p>
    <w:p>
      <w:r>
        <w:rPr>
          <w:b/>
        </w:rPr>
        <w:t xml:space="preserve">[1:05:56] </w:t>
      </w:r>
      <w:r>
        <w:t>free choice diya hai aap ko.</w:t>
      </w:r>
    </w:p>
    <w:p>
      <w:pPr>
        <w:jc w:val="right"/>
      </w:pPr>
      <w:r>
        <w:t>free choice دیا ہے آپ کو۔</w:t>
      </w:r>
    </w:p>
    <w:p>
      <w:r>
        <w:rPr>
          <w:b/>
        </w:rPr>
        <w:t xml:space="preserve">[1:06:02] </w:t>
      </w:r>
      <w:r>
        <w:t>aah, chahe acha bol paden, bura bol paden, kisi ko gaali den ya kisi khair khwahi ki baat</w:t>
      </w:r>
    </w:p>
    <w:p>
      <w:pPr>
        <w:jc w:val="right"/>
      </w:pPr>
      <w:r>
        <w:t>آہ، چاہے اچھا بول پڑیں، برا بول پڑیں، کسی کو گالی دیں یا کسی خیر خواہی کی بات</w:t>
      </w:r>
    </w:p>
    <w:p>
      <w:r>
        <w:rPr>
          <w:b/>
        </w:rPr>
        <w:t xml:space="preserve">[1:06:08] </w:t>
      </w:r>
      <w:r>
        <w:t>karen, is ka choice hai.</w:t>
      </w:r>
    </w:p>
    <w:p>
      <w:pPr>
        <w:jc w:val="right"/>
      </w:pPr>
      <w:r>
        <w:t>کریں، اس کا choice ہے۔</w:t>
      </w:r>
    </w:p>
    <w:p>
      <w:r>
        <w:rPr>
          <w:b/>
        </w:rPr>
        <w:t xml:space="preserve">[1:06:13] </w:t>
      </w:r>
      <w:r>
        <w:t>yeh to nahi ke aap malik ho gaye hamare pahaar ke aur samundaron ke aur sitaron ke.</w:t>
      </w:r>
    </w:p>
    <w:p>
      <w:pPr>
        <w:jc w:val="right"/>
      </w:pPr>
      <w:r>
        <w:t>یہ تو نہیں کہ آپ مالک ہو گئے ہمارے پہاڑ کے اور سمندروں کے اور ستاروں کے۔</w:t>
      </w:r>
    </w:p>
    <w:p>
      <w:r>
        <w:rPr>
          <w:b/>
        </w:rPr>
        <w:t xml:space="preserve">[1:06:19] </w:t>
      </w:r>
      <w:r>
        <w:t>woh to alag cheez hai, woh to Allah ke domain ki cheez hai.</w:t>
      </w:r>
    </w:p>
    <w:p>
      <w:pPr>
        <w:jc w:val="right"/>
      </w:pPr>
      <w:r>
        <w:t>وہ تو الگ چیز ہے، وہ تو اللہ کے domain کی چیز ہے۔</w:t>
      </w:r>
    </w:p>
    <w:p>
      <w:r>
        <w:rPr>
          <w:b/>
        </w:rPr>
        <w:t xml:space="preserve">[1:06:25] </w:t>
      </w:r>
      <w:r>
        <w:t>aap ka jo domain hai insaan ke hesiyat se, us domain mein aap free hain.</w:t>
      </w:r>
    </w:p>
    <w:p>
      <w:pPr>
        <w:jc w:val="right"/>
      </w:pPr>
      <w:r>
        <w:t>آپ کا جو domain ہے انسان کے حیثیت سے، اس domain میں آپ free ہیں۔</w:t>
      </w:r>
    </w:p>
    <w:p>
      <w:r>
        <w:rPr>
          <w:b/>
        </w:rPr>
        <w:t xml:space="preserve">[1:06:31] </w:t>
      </w:r>
      <w:r>
        <w:t>Allah ke domain mein aap free nahi hain.</w:t>
      </w:r>
    </w:p>
    <w:p>
      <w:pPr>
        <w:jc w:val="right"/>
      </w:pPr>
      <w:r>
        <w:t>اللہ کے domain میں آپ free نہیں ہیں۔</w:t>
      </w:r>
    </w:p>
    <w:p>
      <w:r>
        <w:rPr>
          <w:b/>
        </w:rPr>
        <w:t xml:space="preserve">[1:06:36] </w:t>
      </w:r>
      <w:r>
        <w:t>maulana, agla sawal lene se pehle ek comment parhna chahenge jo aamir mori sahab ne kiya hai.</w:t>
      </w:r>
    </w:p>
    <w:p>
      <w:pPr>
        <w:jc w:val="right"/>
      </w:pPr>
      <w:r>
        <w:t>مولانا، اگلا سوال لینے سے پہلے ایک comment پڑھنا چاہیں گے جو عامر موری صاحب نے کیا ہے۔</w:t>
      </w:r>
    </w:p>
    <w:p>
      <w:r>
        <w:rPr>
          <w:b/>
        </w:rPr>
        <w:t xml:space="preserve">[1:06:42] </w:t>
      </w:r>
      <w:r>
        <w:t>aah, srinagar se unhon ne likha hai: "I am working in Samsung.</w:t>
      </w:r>
    </w:p>
    <w:p>
      <w:pPr>
        <w:jc w:val="right"/>
      </w:pPr>
      <w:r>
        <w:t>آہ، سری نگر سے انہوں نے لکھا ہے: "I am working in Samsung.</w:t>
      </w:r>
    </w:p>
    <w:p>
      <w:r>
        <w:rPr>
          <w:b/>
        </w:rPr>
        <w:t xml:space="preserve">[1:06:48] </w:t>
      </w:r>
      <w:r>
        <w:t>I gave Quran to one of my seniors a few months back and offered it to my manager also.</w:t>
      </w:r>
    </w:p>
    <w:p>
      <w:pPr>
        <w:jc w:val="right"/>
      </w:pPr>
      <w:r>
        <w:t>I gave Quran to one of my seniors a few months back and offered it to my manager also.</w:t>
      </w:r>
    </w:p>
    <w:p>
      <w:r>
        <w:rPr>
          <w:b/>
        </w:rPr>
        <w:t xml:space="preserve">[1:06:53] </w:t>
      </w:r>
      <w:r>
        <w:t>He didn't accept it at that time.</w:t>
      </w:r>
    </w:p>
    <w:p>
      <w:pPr>
        <w:jc w:val="right"/>
      </w:pPr>
      <w:r>
        <w:t>He didn't accept it at that time.</w:t>
      </w:r>
    </w:p>
    <w:p>
      <w:r>
        <w:rPr>
          <w:b/>
        </w:rPr>
        <w:t xml:space="preserve">[1:06:59] </w:t>
      </w:r>
      <w:r>
        <w:t>But I was thrilled to receive his message a few days back where he mentioned that he took</w:t>
      </w:r>
    </w:p>
    <w:p>
      <w:pPr>
        <w:jc w:val="right"/>
      </w:pPr>
      <w:r>
        <w:t>But I was thrilled to receive his message a few days back where he mentioned that he took</w:t>
      </w:r>
    </w:p>
    <w:p>
      <w:r>
        <w:rPr>
          <w:b/>
        </w:rPr>
        <w:t xml:space="preserve">[1:07:05] </w:t>
      </w:r>
      <w:r>
        <w:t>the Quran from the person who accepted it on the first instance and thanked me with kind words.</w:t>
      </w:r>
    </w:p>
    <w:p>
      <w:pPr>
        <w:jc w:val="right"/>
      </w:pPr>
      <w:r>
        <w:t>the Quran from the person who accepted it on the first instance and thanked me with kind words.</w:t>
      </w:r>
    </w:p>
    <w:p>
      <w:r>
        <w:rPr>
          <w:b/>
        </w:rPr>
        <w:t xml:space="preserve">[1:07:10] </w:t>
      </w:r>
      <w:r>
        <w:t>It definitely gave me a wow feeling, and seeing his reaction, I can definitely say he was also</w:t>
      </w:r>
    </w:p>
    <w:p>
      <w:pPr>
        <w:jc w:val="right"/>
      </w:pPr>
      <w:r>
        <w:t>It definitely gave me a wow feeling, and seeing his reaction, I can definitely say he was also</w:t>
      </w:r>
    </w:p>
    <w:p>
      <w:r>
        <w:rPr>
          <w:b/>
        </w:rPr>
        <w:t xml:space="preserve">[1:07:16] </w:t>
      </w:r>
      <w:r>
        <w:t>having the same wow feeling.</w:t>
      </w:r>
    </w:p>
    <w:p>
      <w:pPr>
        <w:jc w:val="right"/>
      </w:pPr>
      <w:r>
        <w:t>having the same wow feeling.</w:t>
      </w:r>
    </w:p>
    <w:p>
      <w:r>
        <w:rPr>
          <w:b/>
        </w:rPr>
        <w:t xml:space="preserve">[1:07:22] </w:t>
      </w:r>
      <w:r>
        <w:t>It teached me a lesson that a job is to do Dawa work with sincerity, and divine help</w:t>
      </w:r>
    </w:p>
    <w:p>
      <w:pPr>
        <w:jc w:val="right"/>
      </w:pPr>
      <w:r>
        <w:t>It teached me a lesson that a job is to do Dawa work with sincerity, and divine help</w:t>
      </w:r>
    </w:p>
    <w:p>
      <w:r>
        <w:rPr>
          <w:b/>
        </w:rPr>
        <w:t xml:space="preserve">[1:07:27] </w:t>
      </w:r>
      <w:r>
        <w:t>would definitely follow, inshallah." Maulana, agla sawal bismah siddiqui ne kiya hai.</w:t>
      </w:r>
    </w:p>
    <w:p>
      <w:pPr>
        <w:jc w:val="right"/>
      </w:pPr>
      <w:r>
        <w:t>would definitely follow, inshallah." مولانا، اگلا سوال بسمہ صدیقی نے کیا ہے۔</w:t>
      </w:r>
    </w:p>
    <w:p>
      <w:r>
        <w:rPr>
          <w:b/>
        </w:rPr>
        <w:t xml:space="preserve">[1:07:33] </w:t>
      </w:r>
      <w:r>
        <w:t>aah, dilli se unhon ne likha hai: "It is said that while one is on a journey, the</w:t>
      </w:r>
    </w:p>
    <w:p>
      <w:pPr>
        <w:jc w:val="right"/>
      </w:pPr>
      <w:r>
        <w:t>آہ، دلی سے انہوں نے لکھا ہے: "It is said that while one is on a journey, the</w:t>
      </w:r>
    </w:p>
    <w:p>
      <w:r>
        <w:rPr>
          <w:b/>
        </w:rPr>
        <w:t xml:space="preserve">[1:07:39] </w:t>
      </w:r>
      <w:r>
        <w:t>person need not pray full namaz, but he or she may pray qasar namaz.</w:t>
      </w:r>
    </w:p>
    <w:p>
      <w:pPr>
        <w:jc w:val="right"/>
      </w:pPr>
      <w:r>
        <w:t>person need not pray full namaz, but he or she may pray qasar namaz.</w:t>
      </w:r>
    </w:p>
    <w:p>
      <w:r>
        <w:rPr>
          <w:b/>
        </w:rPr>
        <w:t xml:space="preserve">[1:07:45] </w:t>
      </w:r>
      <w:r>
        <w:t>However, others say that when we are so much at ease these days while being on a journey, one should pray full namaz.</w:t>
      </w:r>
    </w:p>
    <w:p>
      <w:pPr>
        <w:jc w:val="right"/>
      </w:pPr>
      <w:r>
        <w:t>However, others say that when we are so much at ease these days while being on a journey, one should pray full namaz.</w:t>
      </w:r>
    </w:p>
    <w:p>
      <w:r>
        <w:rPr>
          <w:b/>
        </w:rPr>
        <w:t xml:space="preserve">[1:07:56] </w:t>
      </w:r>
      <w:r>
        <w:t>Maulana sahib, kindly clear this doubt for me.</w:t>
      </w:r>
    </w:p>
    <w:p>
      <w:pPr>
        <w:jc w:val="right"/>
      </w:pPr>
      <w:r>
        <w:t>مولانا صاحب، kindly clear this doubt for me.</w:t>
      </w:r>
    </w:p>
    <w:p>
      <w:r>
        <w:rPr>
          <w:b/>
        </w:rPr>
        <w:t xml:space="preserve">[1:08:00] </w:t>
      </w:r>
      <w:r>
        <w:t>nahi, nahi, yeh masla nahi hai.</w:t>
      </w:r>
    </w:p>
    <w:p>
      <w:pPr>
        <w:jc w:val="right"/>
      </w:pPr>
      <w:r>
        <w:t>نہیں، نہیں، یہ مسئلہ نہیں ہے۔</w:t>
      </w:r>
    </w:p>
    <w:p>
      <w:r>
        <w:rPr>
          <w:b/>
        </w:rPr>
        <w:t xml:space="preserve">[1:08:05] </w:t>
      </w:r>
      <w:r>
        <w:t>Yeh koi nahi manta.</w:t>
      </w:r>
    </w:p>
    <w:p>
      <w:pPr>
        <w:jc w:val="right"/>
      </w:pPr>
      <w:r>
        <w:t>یہ کوئی نہیں مانتا۔</w:t>
      </w:r>
    </w:p>
    <w:p>
      <w:r>
        <w:rPr>
          <w:b/>
        </w:rPr>
        <w:t xml:space="preserve">[1:08:10] </w:t>
      </w:r>
      <w:r>
        <w:t>Safar ke liye hai, woh aasan ho ya ghair aasan ho, woh relevant baat nahi hai.</w:t>
      </w:r>
    </w:p>
    <w:p>
      <w:pPr>
        <w:jc w:val="right"/>
      </w:pPr>
      <w:r>
        <w:t>سفر کے لیے ہے، وہ آسان ہو یا غیر آسان ہو، وہ relevant بات نہیں ہے۔</w:t>
      </w:r>
    </w:p>
    <w:p>
      <w:r>
        <w:rPr>
          <w:b/>
        </w:rPr>
        <w:t xml:space="preserve">[1:08:15] </w:t>
      </w:r>
      <w:r>
        <w:t>Relevant baat hai ke safar masle mein aap iska badal nahi sakte.</w:t>
      </w:r>
    </w:p>
    <w:p>
      <w:pPr>
        <w:jc w:val="right"/>
      </w:pPr>
      <w:r>
        <w:t>relevant بات ہے کہ سفر مسئلے میں آپ اس کا بدل نہیں سکتے۔</w:t>
      </w:r>
    </w:p>
    <w:p>
      <w:r>
        <w:rPr>
          <w:b/>
        </w:rPr>
        <w:t xml:space="preserve">[1:08:20] </w:t>
      </w:r>
      <w:r>
        <w:t>Yeh riwayat jo hai, safar ke liye hai.</w:t>
      </w:r>
    </w:p>
    <w:p>
      <w:pPr>
        <w:jc w:val="right"/>
      </w:pPr>
      <w:r>
        <w:t>یہ روایت جو ہے، سفر کے لیے ہے۔</w:t>
      </w:r>
    </w:p>
    <w:p>
      <w:r>
        <w:rPr>
          <w:b/>
        </w:rPr>
        <w:t xml:space="preserve">[1:08:25] </w:t>
      </w:r>
      <w:r>
        <w:t>Ab woh ek alag baat hai ke aap ko aasani se safar ho raha hai ke mushkil se</w:t>
      </w:r>
    </w:p>
    <w:p>
      <w:pPr>
        <w:jc w:val="right"/>
      </w:pPr>
      <w:r>
        <w:t>اب وہ ایک الگ بات ہے کہ آپ کو آسانی سے سفر ہو رہا ہے کہ مشکل سے</w:t>
      </w:r>
    </w:p>
    <w:p>
      <w:r>
        <w:rPr>
          <w:b/>
        </w:rPr>
        <w:t xml:space="preserve">[1:08:29] </w:t>
      </w:r>
      <w:r>
        <w:t>ho raha hai, woh kuch cheezein hain.</w:t>
      </w:r>
    </w:p>
    <w:p>
      <w:pPr>
        <w:jc w:val="right"/>
      </w:pPr>
      <w:r>
        <w:t>ہو رہا ہے، وہ کچھ چیزیں ہیں۔</w:t>
      </w:r>
    </w:p>
    <w:p>
      <w:r>
        <w:rPr>
          <w:b/>
        </w:rPr>
        <w:t xml:space="preserve">[1:08:34] </w:t>
      </w:r>
      <w:r>
        <w:t>Is mein kisi aalim ka koi ikhtilaf nahi hai.</w:t>
      </w:r>
    </w:p>
    <w:p>
      <w:pPr>
        <w:jc w:val="right"/>
      </w:pPr>
      <w:r>
        <w:t>اس میں کسی عالم کا کوئی اختلاف نہیں ہے۔</w:t>
      </w:r>
    </w:p>
    <w:p>
      <w:r>
        <w:rPr>
          <w:b/>
        </w:rPr>
        <w:t xml:space="preserve">[1:08:39] </w:t>
      </w:r>
      <w:r>
        <w:t>Okay, so you know, before ending the session, there is an announcement for all the viewers who are</w:t>
      </w:r>
    </w:p>
    <w:p>
      <w:pPr>
        <w:jc w:val="right"/>
      </w:pPr>
      <w:r>
        <w:t>Okay, so you know, before ending the session, there is an announcement for all the viewers who are</w:t>
      </w:r>
    </w:p>
    <w:p>
      <w:r>
        <w:rPr>
          <w:b/>
        </w:rPr>
        <w:t xml:space="preserve">[1:08:44] </w:t>
      </w:r>
      <w:r>
        <w:t>watching this, particularly from Pakistan area.</w:t>
      </w:r>
    </w:p>
    <w:p>
      <w:pPr>
        <w:jc w:val="right"/>
      </w:pPr>
      <w:r>
        <w:t>watching this, particularly from Pakistan area.</w:t>
      </w:r>
    </w:p>
    <w:p>
      <w:r>
        <w:rPr>
          <w:b/>
        </w:rPr>
        <w:t xml:space="preserve">[1:08:49] </w:t>
      </w:r>
      <w:r>
        <w:t>There is a Karachi Book Fair which will happen between 15th to 19th December.</w:t>
      </w:r>
    </w:p>
    <w:p>
      <w:pPr>
        <w:jc w:val="right"/>
      </w:pPr>
      <w:r>
        <w:t>There is a Karachi Book Fair which will happen between 15th to 19th December.</w:t>
      </w:r>
    </w:p>
    <w:p>
      <w:r>
        <w:rPr>
          <w:b/>
        </w:rPr>
        <w:t xml:space="preserve">[1:08:54] </w:t>
      </w:r>
      <w:r>
        <w:t>Agar aap is Book Fair mein jayen ge to aap ko tamam Maulana sahib ki kitabein mil jayengi aur un ki Quran translation aur tafsir bhi wahan pe available hai. aur agar aap Quran ke tarjuma Urdu, English aur Chinese language mein chahte hain ya aap monthly Al-Risala aur Spirit of Islam jo English mein hai, us ko subscribe karna chahte hain ya phir aap dawat team ko join karna chahte hain to you can contact Tariq Badar sahib, un ka mobile number hai 033-44856-560. Repeat ah, I repeat 033-44856-560. Well be back next Sunday, same time. Thank you.</w:t>
      </w:r>
    </w:p>
    <w:p>
      <w:pPr>
        <w:jc w:val="right"/>
      </w:pPr>
      <w:r>
        <w:t>اگر آپ اس Book Fair میں جائیں گے تو آپ کو تمام مولانا صاحب کی کتابیں مل جائیں گی اور ان کی قرآن translation اور تفسیر بھی وہاں پہ available ہے۔ اور اگر آپ قرآن کے ترجمہ اردو، انگلش اور چائنیز language میں چاہتے ہیں یا آپ monthly الرسالہ اور Spirit of Islam جو انگلش میں ہے، اس کو سبسکرائب کرنا چاہتے ہیں یا پھر آپ دعوت ٹیم کو join کرنا چاہتے ہیں تو you can contact طارق بدر صاحب، ان کا موبائل نمبر ہے 033-44856-560۔ Repeat آہ، آئی repeat 033-44856-560۔ We'll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