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Brilliant Personality November 27, 2016</w:t>
      </w:r>
    </w:p>
    <w:p>
      <w:r>
        <w:t>https://www.youtube.com/watch?v=268O3sgnjC0</w:t>
      </w:r>
    </w:p>
    <w:p>
      <w:r>
        <w:rPr>
          <w:b/>
        </w:rPr>
        <w:t xml:space="preserve">[00:13] </w:t>
      </w:r>
      <w:r>
        <w:t>Bismillah Rehman ur Rahim.</w:t>
      </w:r>
    </w:p>
    <w:p>
      <w:pPr>
        <w:jc w:val="right"/>
      </w:pPr>
      <w:r>
        <w:t>بسم اللہ الرحمن الرحیم۔</w:t>
      </w:r>
    </w:p>
    <w:p>
      <w:r>
        <w:rPr>
          <w:b/>
        </w:rPr>
        <w:t xml:space="preserve">[00:20] </w:t>
      </w:r>
      <w:r>
        <w:t>Wasalli Allahu alal Nabiyyil Kareem.</w:t>
      </w:r>
    </w:p>
    <w:p>
      <w:pPr>
        <w:jc w:val="right"/>
      </w:pPr>
      <w:r>
        <w:t>وصلی اللہ علی النبی الکریم۔</w:t>
      </w:r>
    </w:p>
    <w:p>
      <w:r>
        <w:rPr>
          <w:b/>
        </w:rPr>
        <w:t xml:space="preserve">[00:27] </w:t>
      </w:r>
      <w:r>
        <w:t>Rabishrah li sadri, wayassir li amri, wahalul uqdatan min lisani, yafqahu qawli.</w:t>
      </w:r>
    </w:p>
    <w:p>
      <w:pPr>
        <w:jc w:val="right"/>
      </w:pPr>
      <w:r>
        <w:t>رب اشرح لی صدری، ویسر لی امری، واحل العقدۃ من لسانی، یفقہ قولی۔</w:t>
      </w:r>
    </w:p>
    <w:p>
      <w:r>
        <w:rPr>
          <w:b/>
        </w:rPr>
        <w:t xml:space="preserve">[00:35] </w:t>
      </w:r>
      <w:r>
        <w:t>Satais November do hazar solah.</w:t>
      </w:r>
    </w:p>
    <w:p>
      <w:pPr>
        <w:jc w:val="right"/>
      </w:pPr>
      <w:r>
        <w:t>ستائیس نومبر دو ہزار سولہ۔</w:t>
      </w:r>
    </w:p>
    <w:p>
      <w:r>
        <w:rPr>
          <w:b/>
        </w:rPr>
        <w:t xml:space="preserve">[00:42] </w:t>
      </w:r>
      <w:r>
        <w:t>Quran mein ek ayat do bar aayi hai, lafzi farq ke sath.</w:t>
      </w:r>
    </w:p>
    <w:p>
      <w:pPr>
        <w:jc w:val="right"/>
      </w:pPr>
      <w:r>
        <w:t>قرآن میں ایک آیت دو بار آئی ہے، لفظی فرق کے ساتھ۔</w:t>
      </w:r>
    </w:p>
    <w:p>
      <w:r>
        <w:rPr>
          <w:b/>
        </w:rPr>
        <w:t xml:space="preserve">[00:49] </w:t>
      </w:r>
      <w:r>
        <w:t>Yom tarul momineena wal mominaati yusaa'u nooruhum ba'da aydihim wa bi aymanihim yaani jo sachay walay iman hain, aakhirat mein un</w:t>
      </w:r>
    </w:p>
    <w:p>
      <w:pPr>
        <w:jc w:val="right"/>
      </w:pPr>
      <w:r>
        <w:t>یوم تر المؤمنین والمؤمنات یصاع نورهم بعد آذیہم وبأيمانهم یعنی جو سچے والے ایمان ہیں، آخرت میں ان</w:t>
      </w:r>
    </w:p>
    <w:p>
      <w:r>
        <w:rPr>
          <w:b/>
        </w:rPr>
        <w:t xml:space="preserve">[00:57] </w:t>
      </w:r>
      <w:r>
        <w:t>ki light un ke aage aur daayein baayein daud rahi hogi.</w:t>
      </w:r>
    </w:p>
    <w:p>
      <w:pPr>
        <w:jc w:val="right"/>
      </w:pPr>
      <w:r>
        <w:t>کی لائٹ ان کے آگے اور دائیں بائیں دوڑ رہی ہوگی۔</w:t>
      </w:r>
    </w:p>
    <w:p>
      <w:r>
        <w:rPr>
          <w:b/>
        </w:rPr>
        <w:t xml:space="preserve">[01:04] </w:t>
      </w:r>
      <w:r>
        <w:t>Dekhein, yeh bohat hi bara waqia hai jis ko Quran mein bataya gaya hai.</w:t>
      </w:r>
    </w:p>
    <w:p>
      <w:pPr>
        <w:jc w:val="right"/>
      </w:pPr>
      <w:r>
        <w:t>دیکھیں، یہ بہت ہی بڑا واقعہ ہے جس کو قرآن میں بتایا گیا ہے۔</w:t>
      </w:r>
    </w:p>
    <w:p>
      <w:r>
        <w:rPr>
          <w:b/>
        </w:rPr>
        <w:t xml:space="preserve">[01:12] </w:t>
      </w:r>
      <w:r>
        <w:t>Is ko achi tarah samjhein.</w:t>
      </w:r>
    </w:p>
    <w:p>
      <w:pPr>
        <w:jc w:val="right"/>
      </w:pPr>
      <w:r>
        <w:t>اس کو اچھی طرح سمجھئے۔</w:t>
      </w:r>
    </w:p>
    <w:p>
      <w:r>
        <w:rPr>
          <w:b/>
        </w:rPr>
        <w:t xml:space="preserve">[01:19] </w:t>
      </w:r>
      <w:r>
        <w:t>Pehli baat yeh hai ke yusaa'u ke maani to hotay hain daudna, lekin yeh daudna literal maani mein nahi hai.</w:t>
      </w:r>
    </w:p>
    <w:p>
      <w:pPr>
        <w:jc w:val="right"/>
      </w:pPr>
      <w:r>
        <w:t>پہلی بات یہ ہے کہ یصاع کے معنی تو ہوتے ہیں دوڑنا، لیکن یہ دوڑنا literal معنی میں نہیں ہے۔</w:t>
      </w:r>
    </w:p>
    <w:p>
      <w:r>
        <w:rPr>
          <w:b/>
        </w:rPr>
        <w:t xml:space="preserve">[01:26] </w:t>
      </w:r>
      <w:r>
        <w:t>Ek baat mein arz karunga ke jitni bhi wisdom ki baatein hoti hain, marifat ki baatein hoti</w:t>
      </w:r>
    </w:p>
    <w:p>
      <w:pPr>
        <w:jc w:val="right"/>
      </w:pPr>
      <w:r>
        <w:t>ایک بات میں عرض کروں گا کہ جتنی بھی wisdom کی باتیں ہوتی ہیں، معرفت کی باتیں ہوتی</w:t>
      </w:r>
    </w:p>
    <w:p>
      <w:r>
        <w:rPr>
          <w:b/>
        </w:rPr>
        <w:t xml:space="preserve">[01:34] </w:t>
      </w:r>
      <w:r>
        <w:t>hain, woh kabhi bhi literal maani mein nahi hoti.</w:t>
      </w:r>
    </w:p>
    <w:p>
      <w:pPr>
        <w:jc w:val="right"/>
      </w:pPr>
      <w:r>
        <w:t>ہیں، وہ کبھی بھی literal معنی میں نہیں ہوتی۔</w:t>
      </w:r>
    </w:p>
    <w:p>
      <w:r>
        <w:rPr>
          <w:b/>
        </w:rPr>
        <w:t xml:space="preserve">[01:41] </w:t>
      </w:r>
      <w:r>
        <w:t>Kabhi bhi nahi hoti.</w:t>
      </w:r>
    </w:p>
    <w:p>
      <w:pPr>
        <w:jc w:val="right"/>
      </w:pPr>
      <w:r>
        <w:t>کبھی بھی نہیں ہوتی۔</w:t>
      </w:r>
    </w:p>
    <w:p>
      <w:r>
        <w:rPr>
          <w:b/>
        </w:rPr>
        <w:t xml:space="preserve">[01:49] </w:t>
      </w:r>
      <w:r>
        <w:t>Literal maani mein to kuch qanooni baatein hua karti hain.</w:t>
      </w:r>
    </w:p>
    <w:p>
      <w:pPr>
        <w:jc w:val="right"/>
      </w:pPr>
      <w:r>
        <w:t>Literal معنی میں تو کچھ قانونی باتیں ہوا کرتی ہیں۔</w:t>
      </w:r>
    </w:p>
    <w:p>
      <w:r>
        <w:rPr>
          <w:b/>
        </w:rPr>
        <w:t xml:space="preserve">[01:56] </w:t>
      </w:r>
      <w:r>
        <w:t>marifat ki baat, wisdom ki baat, ya koi bohat hi deep meaning wali baat.</w:t>
      </w:r>
    </w:p>
    <w:p>
      <w:pPr>
        <w:jc w:val="right"/>
      </w:pPr>
      <w:r>
        <w:t>معرفت کی بات، wisdom کی بات، یا کوئی بہت ہی deep meaning والی بات۔</w:t>
      </w:r>
    </w:p>
    <w:p>
      <w:r>
        <w:rPr>
          <w:b/>
        </w:rPr>
        <w:t xml:space="preserve">[02:03] </w:t>
      </w:r>
      <w:r>
        <w:t>yaad rakhiye, hamesha yani beyond words hoti hai, in lafzon ke pare hoti hai.</w:t>
      </w:r>
    </w:p>
    <w:p>
      <w:pPr>
        <w:jc w:val="right"/>
      </w:pPr>
      <w:r>
        <w:t>یاد رکھیے، ہمیشہ یعنی beyond words ہوتی ہے، ان لفظوں کے پرے ہوتی ہے۔</w:t>
      </w:r>
    </w:p>
    <w:p>
      <w:r>
        <w:rPr>
          <w:b/>
        </w:rPr>
        <w:t xml:space="preserve">[02:11] </w:t>
      </w:r>
      <w:r>
        <w:t>is ko aadmi contemplation se, ghor o fikr se, tadabbur se samajh sakta hai.</w:t>
      </w:r>
    </w:p>
    <w:p>
      <w:pPr>
        <w:jc w:val="right"/>
      </w:pPr>
      <w:r>
        <w:t>اس کو آدمی contemplation سے، غور و فکر سے، تدبر سے سمجھ سکتا ہے۔</w:t>
      </w:r>
    </w:p>
    <w:p>
      <w:r>
        <w:rPr>
          <w:b/>
        </w:rPr>
        <w:t xml:space="preserve">[02:18] </w:t>
      </w:r>
      <w:r>
        <w:t>to yahan jo hai ke akhirat mein jo sachay walay iman hain, un ki roshni un ke har</w:t>
      </w:r>
    </w:p>
    <w:p>
      <w:pPr>
        <w:jc w:val="right"/>
      </w:pPr>
      <w:r>
        <w:t>تو یہاں جو ہے کہ آخرت میں جو سچے والے ایمان ہیں، ان کی روشنی ان کے ہر</w:t>
      </w:r>
    </w:p>
    <w:p>
      <w:r>
        <w:rPr>
          <w:b/>
        </w:rPr>
        <w:t xml:space="preserve">[02:25] </w:t>
      </w:r>
      <w:r>
        <w:t>taraf daur rahi hogi.</w:t>
      </w:r>
    </w:p>
    <w:p>
      <w:pPr>
        <w:jc w:val="right"/>
      </w:pPr>
      <w:r>
        <w:t>طرف دوڑ رہی ہوگی۔</w:t>
      </w:r>
    </w:p>
    <w:p>
      <w:r>
        <w:rPr>
          <w:b/>
        </w:rPr>
        <w:t xml:space="preserve">[02:33] </w:t>
      </w:r>
      <w:r>
        <w:t>yeh daurna nahi hai, is ka matlab hai ke mehsoos ki ja rahi hogi.</w:t>
      </w:r>
    </w:p>
    <w:p>
      <w:pPr>
        <w:jc w:val="right"/>
      </w:pPr>
      <w:r>
        <w:t>یہ دوڑنا نہیں ہے، اس کا مطلب ہے کہ محسوس کی جا رہی ہوگی۔</w:t>
      </w:r>
    </w:p>
    <w:p>
      <w:r>
        <w:rPr>
          <w:b/>
        </w:rPr>
        <w:t xml:space="preserve">[02:40] </w:t>
      </w:r>
      <w:r>
        <w:t>log is ko mehsoos kar rahe honge.</w:t>
      </w:r>
    </w:p>
    <w:p>
      <w:pPr>
        <w:jc w:val="right"/>
      </w:pPr>
      <w:r>
        <w:t>لوگ اس کو محسوس کر رہے ہوں گے۔</w:t>
      </w:r>
    </w:p>
    <w:p>
      <w:r>
        <w:rPr>
          <w:b/>
        </w:rPr>
        <w:t xml:space="preserve">[02:48] </w:t>
      </w:r>
      <w:r>
        <w:t>mein is se pehle arz kiya tha ke jo maanwi sachaiyan hain, to is dunya mein in ka</w:t>
      </w:r>
    </w:p>
    <w:p>
      <w:pPr>
        <w:jc w:val="right"/>
      </w:pPr>
      <w:r>
        <w:t>میں اس سے پہلے عرض کیا تھا کہ جو معنوی سچائیاں ہیں، تو اس دنیا میں ان کا</w:t>
      </w:r>
    </w:p>
    <w:p>
      <w:r>
        <w:rPr>
          <w:b/>
        </w:rPr>
        <w:t xml:space="preserve">[02:55] </w:t>
      </w:r>
      <w:r>
        <w:t>material illustration maujood hai, un ko samjhane ke liye.</w:t>
      </w:r>
    </w:p>
    <w:p>
      <w:pPr>
        <w:jc w:val="right"/>
      </w:pPr>
      <w:r>
        <w:t>material illustration موجود ہے، ان کو سمجھانے کے لیے۔</w:t>
      </w:r>
    </w:p>
    <w:p>
      <w:r>
        <w:rPr>
          <w:b/>
        </w:rPr>
        <w:t xml:space="preserve">[03:02] </w:t>
      </w:r>
      <w:r>
        <w:t>to aap kabhi aise seminar mein gaye honge, aise jalsay mein, jahan koi VVVIP</w:t>
      </w:r>
    </w:p>
    <w:p>
      <w:pPr>
        <w:jc w:val="right"/>
      </w:pPr>
      <w:r>
        <w:t>تو آپ کبھی ایسے سیمینار میں گئے ہوں گے، ایسے جلسے میں، جہاں کوئی وی وی آئی پی</w:t>
      </w:r>
    </w:p>
    <w:p>
      <w:r>
        <w:rPr>
          <w:b/>
        </w:rPr>
        <w:t xml:space="preserve">[03:10] </w:t>
      </w:r>
      <w:r>
        <w:t>aane wala hoga, koi bara aadmi.</w:t>
      </w:r>
    </w:p>
    <w:p>
      <w:pPr>
        <w:jc w:val="right"/>
      </w:pPr>
      <w:r>
        <w:t>آنے والا ہوگا، کوئی بڑا آدمی۔</w:t>
      </w:r>
    </w:p>
    <w:p>
      <w:r>
        <w:rPr>
          <w:b/>
        </w:rPr>
        <w:t xml:space="preserve">[03:17] </w:t>
      </w:r>
      <w:r>
        <w:t>to aap ne dekha hoga ke audience ikatha hai, log apni kursiyon par baithe hue hain.</w:t>
      </w:r>
    </w:p>
    <w:p>
      <w:pPr>
        <w:jc w:val="right"/>
      </w:pPr>
      <w:r>
        <w:t>تو آپ نے دیکھا ہوگا کہ audience اکٹھا ہے، لوگ اپنی کرسیوں پر بیٹھے ہوئے ہیں۔</w:t>
      </w:r>
    </w:p>
    <w:p>
      <w:r>
        <w:rPr>
          <w:b/>
        </w:rPr>
        <w:t xml:space="preserve">[03:25] </w:t>
      </w:r>
      <w:r>
        <w:t>phir achaanak elaan hota hai ke woh aa gaye, yani VVVIP aa gaye.</w:t>
      </w:r>
    </w:p>
    <w:p>
      <w:pPr>
        <w:jc w:val="right"/>
      </w:pPr>
      <w:r>
        <w:t>پھر اچانک اعلان ہوتا ہے کہ وہ آگئے، یعنی وی وی آئی پی آگئے۔</w:t>
      </w:r>
    </w:p>
    <w:p>
      <w:r>
        <w:rPr>
          <w:b/>
        </w:rPr>
        <w:t xml:space="preserve">[03:32] </w:t>
      </w:r>
      <w:r>
        <w:t>achaanak poora haal jo hai, jagmaga uthta hai.</w:t>
      </w:r>
    </w:p>
    <w:p>
      <w:pPr>
        <w:jc w:val="right"/>
      </w:pPr>
      <w:r>
        <w:t>اچانک پورا حال جو ہے، جگمگا اٹھتا ہے۔</w:t>
      </w:r>
    </w:p>
    <w:p>
      <w:r>
        <w:rPr>
          <w:b/>
        </w:rPr>
        <w:t xml:space="preserve">[03:39] </w:t>
      </w:r>
      <w:r>
        <w:t>lagta hai jab jab woh dakhil hote hain, woh stage par kharay hote hain, to aisa lagta hai</w:t>
      </w:r>
    </w:p>
    <w:p>
      <w:pPr>
        <w:jc w:val="right"/>
      </w:pPr>
      <w:r>
        <w:t>لگتا ہے جب جب وہ داخل ہوتے ہیں، وہ stage پر کھڑے ہوتے ہیں، تو ایسا لگتا ہے</w:t>
      </w:r>
    </w:p>
    <w:p>
      <w:r>
        <w:rPr>
          <w:b/>
        </w:rPr>
        <w:t xml:space="preserve">[03:47] </w:t>
      </w:r>
      <w:r>
        <w:t>ke sara sara haal jo hai, unhi se bhara hua hai.</w:t>
      </w:r>
    </w:p>
    <w:p>
      <w:pPr>
        <w:jc w:val="right"/>
      </w:pPr>
      <w:r>
        <w:t>کہ سارا سارا حال جو ہے، انہی سے بھرا ہوا ہے۔</w:t>
      </w:r>
    </w:p>
    <w:p>
      <w:r>
        <w:rPr>
          <w:b/>
        </w:rPr>
        <w:t xml:space="preserve">[03:54] </w:t>
      </w:r>
      <w:r>
        <w:t>yeh hai material illustration.</w:t>
      </w:r>
    </w:p>
    <w:p>
      <w:pPr>
        <w:jc w:val="right"/>
      </w:pPr>
      <w:r>
        <w:t>یہ ہے material illustration۔</w:t>
      </w:r>
    </w:p>
    <w:p>
      <w:r>
        <w:rPr>
          <w:b/>
        </w:rPr>
        <w:t xml:space="preserve">[04:02] </w:t>
      </w:r>
      <w:r>
        <w:t>to koi brilliant personality kisi bhi aitbar se jis majlis mein aa jaye, to wahi cha jati hai.</w:t>
      </w:r>
    </w:p>
    <w:p>
      <w:pPr>
        <w:jc w:val="right"/>
      </w:pPr>
      <w:r>
        <w:t>تو کوئی brilliant personality کسی بھی اعتبار سے جس مجلس میں آجائے، تو وہی چھا جاتی ہے۔</w:t>
      </w:r>
    </w:p>
    <w:p>
      <w:r>
        <w:rPr>
          <w:b/>
        </w:rPr>
        <w:t xml:space="preserve">[04:09] </w:t>
      </w:r>
      <w:r>
        <w:t>har taraf usi ko charcha hone lagta hai.</w:t>
      </w:r>
    </w:p>
    <w:p>
      <w:pPr>
        <w:jc w:val="right"/>
      </w:pPr>
      <w:r>
        <w:t>ہر طرف اسی کو چرچا ہونے لگتا ہے۔</w:t>
      </w:r>
    </w:p>
    <w:p>
      <w:r>
        <w:rPr>
          <w:b/>
        </w:rPr>
        <w:t xml:space="preserve">[04:16] </w:t>
      </w:r>
      <w:r>
        <w:t>to in ayaton mein yeh bataya gaya hai ke jo sachay walay iman hain, dunya mein un ki</w:t>
      </w:r>
    </w:p>
    <w:p>
      <w:pPr>
        <w:jc w:val="right"/>
      </w:pPr>
      <w:r>
        <w:t>تو ان آیتوں میں یہ بتایا گیا ہے کہ جو سچے والے ایمان ہیں، دنیا میں ان کی</w:t>
      </w:r>
    </w:p>
    <w:p>
      <w:r>
        <w:rPr>
          <w:b/>
        </w:rPr>
        <w:t xml:space="preserve">[04:24] </w:t>
      </w:r>
      <w:r>
        <w:t>parchai chupi hui thi, akhirat mein zahir ho jayegi.</w:t>
      </w:r>
    </w:p>
    <w:p>
      <w:pPr>
        <w:jc w:val="right"/>
      </w:pPr>
      <w:r>
        <w:t>پرچھائی چھپی ہوئی تھی، آخرت میں ظاہر ہو جائے گی۔</w:t>
      </w:r>
    </w:p>
    <w:p>
      <w:r>
        <w:rPr>
          <w:b/>
        </w:rPr>
        <w:t xml:space="preserve">[04:31] </w:t>
      </w:r>
      <w:r>
        <w:t>koi kitna hi sacha momin ho, dunya mein us ki personality logon ko dikhai nahi degi.</w:t>
      </w:r>
    </w:p>
    <w:p>
      <w:pPr>
        <w:jc w:val="right"/>
      </w:pPr>
      <w:r>
        <w:t>کوئی کتنا ہی سچا مومن ہو، دنیا میں اس کی personality لوگوں کو دکھائی نہیں دے گی۔</w:t>
      </w:r>
    </w:p>
    <w:p>
      <w:r>
        <w:rPr>
          <w:b/>
        </w:rPr>
        <w:t xml:space="preserve">[04:38] </w:t>
      </w:r>
      <w:r>
        <w:t>hata ke peghambaron ko bhi nahi.</w:t>
      </w:r>
    </w:p>
    <w:p>
      <w:pPr>
        <w:jc w:val="right"/>
      </w:pPr>
      <w:r>
        <w:t>حتیٰ کہ پیغمبروں کو بھی نہیں۔</w:t>
      </w:r>
    </w:p>
    <w:p>
      <w:r>
        <w:rPr>
          <w:b/>
        </w:rPr>
        <w:t xml:space="preserve">[04:46] </w:t>
      </w:r>
      <w:r>
        <w:t>agar peghambaron ki personality logon ko dikhai deti hai, log unhein pathar marte hain.</w:t>
      </w:r>
    </w:p>
    <w:p>
      <w:pPr>
        <w:jc w:val="right"/>
      </w:pPr>
      <w:r>
        <w:t>اگر پیغمبروں کی personality لوگوں کو دکھائی دیتی ہے، لوگ انہیں پتھر مارتے ہیں۔</w:t>
      </w:r>
    </w:p>
    <w:p>
      <w:r>
        <w:rPr>
          <w:b/>
        </w:rPr>
        <w:t xml:space="preserve">[04:53] </w:t>
      </w:r>
      <w:r>
        <w:t>aap ghor kijiye, log peghambaron ko pathar marte hain.</w:t>
      </w:r>
    </w:p>
    <w:p>
      <w:pPr>
        <w:jc w:val="right"/>
      </w:pPr>
      <w:r>
        <w:t>آپ غور کیجئے، لوگ پیغمبروں کو پتھر مارتے ہیں۔</w:t>
      </w:r>
    </w:p>
    <w:p>
      <w:r>
        <w:rPr>
          <w:b/>
        </w:rPr>
        <w:t xml:space="preserve">[05:01] </w:t>
      </w:r>
      <w:r>
        <w:t>yeh spiritual content of personality hota hai.</w:t>
      </w:r>
    </w:p>
    <w:p>
      <w:pPr>
        <w:jc w:val="right"/>
      </w:pPr>
      <w:r>
        <w:t>یہ spiritual content of personality ہوتا ہے۔</w:t>
      </w:r>
    </w:p>
    <w:p>
      <w:r>
        <w:rPr>
          <w:b/>
        </w:rPr>
        <w:t xml:space="preserve">[05:08] </w:t>
      </w:r>
      <w:r>
        <w:t>aap ki personality ka jo physical pehlu hai, woh toh dekhte hain log, lekin aap ki personality ka</w:t>
      </w:r>
    </w:p>
    <w:p>
      <w:pPr>
        <w:jc w:val="right"/>
      </w:pPr>
      <w:r>
        <w:t>آپ کی personality کا جو physical پہلو ہے، وہ تو دیکھتے ہیں لوگ، لیکن آپ کی personality کا</w:t>
      </w:r>
    </w:p>
    <w:p>
      <w:r>
        <w:rPr>
          <w:b/>
        </w:rPr>
        <w:t xml:space="preserve">[05:15] </w:t>
      </w:r>
      <w:r>
        <w:t>jo spiritual content hai, woh kisi ko dikhai nahi deta.</w:t>
      </w:r>
    </w:p>
    <w:p>
      <w:pPr>
        <w:jc w:val="right"/>
      </w:pPr>
      <w:r>
        <w:t>جو spiritual content ہے، وہ کسی کو دکھائی نہیں دیتا۔</w:t>
      </w:r>
    </w:p>
    <w:p>
      <w:r>
        <w:rPr>
          <w:b/>
        </w:rPr>
        <w:t xml:space="preserve">[05:23] </w:t>
      </w:r>
      <w:r>
        <w:t>main chand misalein doonga is ki, is ko explain karne ke liye.</w:t>
      </w:r>
    </w:p>
    <w:p>
      <w:pPr>
        <w:jc w:val="right"/>
      </w:pPr>
      <w:r>
        <w:t>میں چند مثالیں دوں گا اس کی، اس کو explain کرنے کے لیے۔</w:t>
      </w:r>
    </w:p>
    <w:p>
      <w:r>
        <w:rPr>
          <w:b/>
        </w:rPr>
        <w:t xml:space="preserve">[05:30] </w:t>
      </w:r>
      <w:r>
        <w:t>dekhein, hadith mein aata hai ke rajulun dhakara Allaha khaliyan fahafizata Allaha yaani woh banda jis ne apni</w:t>
      </w:r>
    </w:p>
    <w:p>
      <w:pPr>
        <w:jc w:val="right"/>
      </w:pPr>
      <w:r>
        <w:t>دیکھیں، حدیث میں آتا ہے کہ رجلٌ ذكر الله خالياً فحفظت الله یعنی وہ بندہ جس نے اپنی</w:t>
      </w:r>
    </w:p>
    <w:p>
      <w:r>
        <w:rPr>
          <w:b/>
        </w:rPr>
        <w:t xml:space="preserve">[05:38] </w:t>
      </w:r>
      <w:r>
        <w:t>tanhai mein, akele jab tha, woh us waqt us ne Allah ko yaad kiya aur us ki aankhon</w:t>
      </w:r>
    </w:p>
    <w:p>
      <w:pPr>
        <w:jc w:val="right"/>
      </w:pPr>
      <w:r>
        <w:t>تنہائی میں، اکیلے جب تھا، وہ اس وقت اس نے اللہ کو یاد کیا اور اس کی آنکھوں</w:t>
      </w:r>
    </w:p>
    <w:p>
      <w:r>
        <w:rPr>
          <w:b/>
        </w:rPr>
        <w:t xml:space="preserve">[05:45] </w:t>
      </w:r>
      <w:r>
        <w:t>mein aansu aa gaye.</w:t>
      </w:r>
    </w:p>
    <w:p>
      <w:pPr>
        <w:jc w:val="right"/>
      </w:pPr>
      <w:r>
        <w:t>میں آنسو آگئے۔</w:t>
      </w:r>
    </w:p>
    <w:p>
      <w:r>
        <w:rPr>
          <w:b/>
        </w:rPr>
        <w:t xml:space="preserve">[05:52] </w:t>
      </w:r>
      <w:r>
        <w:t>dekhein, yeh yaad karna aur aansu aana saada baat nahi hai.</w:t>
      </w:r>
    </w:p>
    <w:p>
      <w:pPr>
        <w:jc w:val="right"/>
      </w:pPr>
      <w:r>
        <w:t>دیکھیں، یہ یاد کرنا اور آنسو آنا سادہ بات نہیں ہے۔</w:t>
      </w:r>
    </w:p>
    <w:p>
      <w:r>
        <w:rPr>
          <w:b/>
        </w:rPr>
        <w:t xml:space="preserve">[06:00] </w:t>
      </w:r>
      <w:r>
        <w:t>aisa aadmi apni tanhai mein sochega, Allah rab ul alameen ke bare mein us ki jo azmatain hain,</w:t>
      </w:r>
    </w:p>
    <w:p>
      <w:pPr>
        <w:jc w:val="right"/>
      </w:pPr>
      <w:r>
        <w:t>ایسا آدمی اپنی تنہائی میں سوچے گا، اللہ رب العالمین کے بارے میں اس کی جو عظمتیں ہیں،</w:t>
      </w:r>
    </w:p>
    <w:p>
      <w:r>
        <w:rPr>
          <w:b/>
        </w:rPr>
        <w:t xml:space="preserve">[06:07] </w:t>
      </w:r>
      <w:r>
        <w:t>un ko dhiyan mein layega.</w:t>
      </w:r>
    </w:p>
    <w:p>
      <w:pPr>
        <w:jc w:val="right"/>
      </w:pPr>
      <w:r>
        <w:t>ان کو دھیان میں لائے گا۔</w:t>
      </w:r>
    </w:p>
    <w:p>
      <w:r>
        <w:rPr>
          <w:b/>
        </w:rPr>
        <w:t xml:space="preserve">[06:15] </w:t>
      </w:r>
      <w:r>
        <w:t>us ka mun tadap uthega, us dil mein khinchhan aa jayegi, us shakhsiyat mein ek noor utar aayega.</w:t>
      </w:r>
    </w:p>
    <w:p>
      <w:pPr>
        <w:jc w:val="right"/>
      </w:pPr>
      <w:r>
        <w:t>اس کا من تڑپ اٹھے گا، اس دل میں کھنچن آجائے گی، اس شخصیت میں ایک نور اتر آئے گا۔</w:t>
      </w:r>
    </w:p>
    <w:p>
      <w:r>
        <w:rPr>
          <w:b/>
        </w:rPr>
        <w:t xml:space="preserve">[06:22] </w:t>
      </w:r>
      <w:r>
        <w:t>woh Allah ki yaad mein dhal jayega, aansuon ki shakal mein us ki aankh se nikal padega.</w:t>
      </w:r>
    </w:p>
    <w:p>
      <w:pPr>
        <w:jc w:val="right"/>
      </w:pPr>
      <w:r>
        <w:t>وہ اللہ کی یاد میں ڈھل جائے گا، آنسوؤں کی شکل میں اس کی آنکھ سے نکل پڑے گا۔</w:t>
      </w:r>
    </w:p>
    <w:p>
      <w:r>
        <w:rPr>
          <w:b/>
        </w:rPr>
        <w:t xml:space="preserve">[06:29] </w:t>
      </w:r>
      <w:r>
        <w:t>toh us waqt agar aap us ko dekhein toh aap kuch nahi payenge.</w:t>
      </w:r>
    </w:p>
    <w:p>
      <w:pPr>
        <w:jc w:val="right"/>
      </w:pPr>
      <w:r>
        <w:t>تو اس وقت اگر آپ اس کو دیکھیں تو آپ کچھ نہیں پائیں گے۔</w:t>
      </w:r>
    </w:p>
    <w:p>
      <w:r>
        <w:rPr>
          <w:b/>
        </w:rPr>
        <w:t xml:space="preserve">[06:37] </w:t>
      </w:r>
      <w:r>
        <w:t>ek aam aadmi dikhai dega us ko, lekin jo khinchhan paida hui us shakhsiyat mein, aisi yaad</w:t>
      </w:r>
    </w:p>
    <w:p>
      <w:pPr>
        <w:jc w:val="right"/>
      </w:pPr>
      <w:r>
        <w:t>ایک عام آدمی دکھائی دے گا اس کو، لیکن جو کھنچن پیدا ہوئی اس شخصیت میں، ایسی یاد</w:t>
      </w:r>
    </w:p>
    <w:p>
      <w:r>
        <w:rPr>
          <w:b/>
        </w:rPr>
        <w:t xml:space="preserve">[06:44] </w:t>
      </w:r>
      <w:r>
        <w:t>se jo aansu ban ke tap tap pari, toh andar ki personality jo hai, woh ek woh kisi</w:t>
      </w:r>
    </w:p>
    <w:p>
      <w:pPr>
        <w:jc w:val="right"/>
      </w:pPr>
      <w:r>
        <w:t>سے جو آنسو بن کے ٹپ ٹپ پڑی، تو اندر کی personality جو ہے، وہ ایک وہ کسی</w:t>
      </w:r>
    </w:p>
    <w:p>
      <w:r>
        <w:rPr>
          <w:b/>
        </w:rPr>
        <w:t xml:space="preserve">[06:51] </w:t>
      </w:r>
      <w:r>
        <w:t>ko dikhai nahi deti.</w:t>
      </w:r>
    </w:p>
    <w:p>
      <w:pPr>
        <w:jc w:val="right"/>
      </w:pPr>
      <w:r>
        <w:t>کو دکھائی نہیں دیتی۔</w:t>
      </w:r>
    </w:p>
    <w:p>
      <w:r>
        <w:rPr>
          <w:b/>
        </w:rPr>
        <w:t xml:space="preserve">[06:59] </w:t>
      </w:r>
      <w:r>
        <w:t>woh personality us ki shakhsiyat ka spiritual content hota hai.</w:t>
      </w:r>
    </w:p>
    <w:p>
      <w:pPr>
        <w:jc w:val="right"/>
      </w:pPr>
      <w:r>
        <w:t>وہ personality اس کی شخصیت کا spiritual content ہوتا ہے۔</w:t>
      </w:r>
    </w:p>
    <w:p>
      <w:r>
        <w:rPr>
          <w:b/>
        </w:rPr>
        <w:t xml:space="preserve">[07:06] </w:t>
      </w:r>
      <w:r>
        <w:t>yeh chupi hui hai, duniya mein koi dekh nahi pata is ko.</w:t>
      </w:r>
    </w:p>
    <w:p>
      <w:pPr>
        <w:jc w:val="right"/>
      </w:pPr>
      <w:r>
        <w:t>یہ چھپی ہوئی ہے، دنیا میں کوئی دیکھ نہیں پاتا اس کو۔</w:t>
      </w:r>
    </w:p>
    <w:p>
      <w:r>
        <w:rPr>
          <w:b/>
        </w:rPr>
        <w:t xml:space="preserve">[07:14] </w:t>
      </w:r>
      <w:r>
        <w:t>toh aakhirat mein ek naye halaat honge, aakhirat mein ek naya daur hoga.</w:t>
      </w:r>
    </w:p>
    <w:p>
      <w:pPr>
        <w:jc w:val="right"/>
      </w:pPr>
      <w:r>
        <w:t>تو آخرت میں ایک نئے حالات ہوں گے، آخرت میں ایک نیا دور ہوگا۔</w:t>
      </w:r>
    </w:p>
    <w:p>
      <w:r>
        <w:rPr>
          <w:b/>
        </w:rPr>
        <w:t xml:space="preserve">[07:21] </w:t>
      </w:r>
      <w:r>
        <w:t>is mein insaan ki jo andar ki personality hai, jo us ki brilliant personality hai, andar wali, woh</w:t>
      </w:r>
    </w:p>
    <w:p>
      <w:pPr>
        <w:jc w:val="right"/>
      </w:pPr>
      <w:r>
        <w:t>اس میں انسان کی جو اندر کی personality ہے، جو اس کی brilliant personality ہے، اندر والی، وہ</w:t>
      </w:r>
    </w:p>
    <w:p>
      <w:r>
        <w:rPr>
          <w:b/>
        </w:rPr>
        <w:t xml:space="preserve">[07:28] </w:t>
      </w:r>
      <w:r>
        <w:t>samne aa jayegi logon ke.</w:t>
      </w:r>
    </w:p>
    <w:p>
      <w:pPr>
        <w:jc w:val="right"/>
      </w:pPr>
      <w:r>
        <w:t>سامنے آجائے گی لوگوں کے۔</w:t>
      </w:r>
    </w:p>
    <w:p>
      <w:r>
        <w:rPr>
          <w:b/>
        </w:rPr>
        <w:t xml:space="preserve">[07:36] </w:t>
      </w:r>
      <w:r>
        <w:t>woh brilliant personality jo duniya mein dikhai nahi deti thi, wahan logon ko dikhai degi.</w:t>
      </w:r>
    </w:p>
    <w:p>
      <w:pPr>
        <w:jc w:val="right"/>
      </w:pPr>
      <w:r>
        <w:t>وہ brilliant personality جو دنیا میں دکھائی نہیں دیتی تھی، وہاں لوگوں کو دکھائی دے گی۔</w:t>
      </w:r>
    </w:p>
    <w:p>
      <w:r>
        <w:rPr>
          <w:b/>
        </w:rPr>
        <w:t xml:space="preserve">[07:43] </w:t>
      </w:r>
      <w:r>
        <w:t>aisi mein aur misaal deta hoon aap ko.</w:t>
      </w:r>
    </w:p>
    <w:p>
      <w:pPr>
        <w:jc w:val="right"/>
      </w:pPr>
      <w:r>
        <w:t>ایسی میں اور مثال دیتا ہوں آپ کو۔</w:t>
      </w:r>
    </w:p>
    <w:p>
      <w:r>
        <w:rPr>
          <w:b/>
        </w:rPr>
        <w:t xml:space="preserve">[07:51] </w:t>
      </w:r>
      <w:r>
        <w:t>Rasool Allah sal Allahu alaihi wasallam jab Makah se nikalna pada un ko, aur log peecha kar rahe</w:t>
      </w:r>
    </w:p>
    <w:p>
      <w:pPr>
        <w:jc w:val="right"/>
      </w:pPr>
      <w:r>
        <w:t>رسول اللہ صلی اللہ علیہ وسلم جب مکہ سے نکلنا پڑا ان کو، اور لوگ پیچھا کر رہے</w:t>
      </w:r>
    </w:p>
    <w:p>
      <w:r>
        <w:rPr>
          <w:b/>
        </w:rPr>
        <w:t xml:space="preserve">[07:58] </w:t>
      </w:r>
      <w:r>
        <w:t>the aap ko marne ke liye, aap ek ghar mein, ek ghar e Saur mein ja kar chup gaye.</w:t>
      </w:r>
    </w:p>
    <w:p>
      <w:pPr>
        <w:jc w:val="right"/>
      </w:pPr>
      <w:r>
        <w:t>تھے آپ کو مارنے کے لیے، آپ ایک غار میں، ایک غار ثور میں جا کر چھپ گئے۔</w:t>
      </w:r>
    </w:p>
    <w:p>
      <w:r>
        <w:rPr>
          <w:b/>
        </w:rPr>
        <w:t xml:space="preserve">[08:05] </w:t>
      </w:r>
      <w:r>
        <w:t>ghar khana chahiye.</w:t>
      </w:r>
    </w:p>
    <w:p>
      <w:pPr>
        <w:jc w:val="right"/>
      </w:pPr>
      <w:r>
        <w:t>گھر کھانا چاہیے۔</w:t>
      </w:r>
    </w:p>
    <w:p>
      <w:r>
        <w:rPr>
          <w:b/>
        </w:rPr>
        <w:t xml:space="preserve">[08:13] </w:t>
      </w:r>
      <w:r>
        <w:t>is waqt aap ke sath sirf abubakar the aur koi nahi tha.</w:t>
      </w:r>
    </w:p>
    <w:p>
      <w:pPr>
        <w:jc w:val="right"/>
      </w:pPr>
      <w:r>
        <w:t>اس وقت آپ کے ساتھ صرف ابوبکر تھے اور کوئی نہیں تھا۔</w:t>
      </w:r>
    </w:p>
    <w:p>
      <w:r>
        <w:rPr>
          <w:b/>
        </w:rPr>
        <w:t xml:space="preserve">[08:20] </w:t>
      </w:r>
      <w:r>
        <w:t>to ek waqt aya ke jab wo log jo aap ko talwar liye hue peeche kar rahe the,</w:t>
      </w:r>
    </w:p>
    <w:p>
      <w:pPr>
        <w:jc w:val="right"/>
      </w:pPr>
      <w:r>
        <w:t>تو ایک وقت آیا کہ جب وہ لوگ جو آپ کو تلوار لیے ہوئے پیچھے کر رہے تھے،</w:t>
      </w:r>
    </w:p>
    <w:p>
      <w:r>
        <w:rPr>
          <w:b/>
        </w:rPr>
        <w:t xml:space="preserve">[08:28] </w:t>
      </w:r>
      <w:r>
        <w:t>aap ko wahan tak pahunch gaye.</w:t>
      </w:r>
    </w:p>
    <w:p>
      <w:pPr>
        <w:jc w:val="right"/>
      </w:pPr>
      <w:r>
        <w:t>آپ کو وہاں تک پہنچ گئے۔</w:t>
      </w:r>
    </w:p>
    <w:p>
      <w:r>
        <w:rPr>
          <w:b/>
        </w:rPr>
        <w:t xml:space="preserve">[08:35] </w:t>
      </w:r>
      <w:r>
        <w:t>is ghar ke maut tak pahunch gaye.</w:t>
      </w:r>
    </w:p>
    <w:p>
      <w:pPr>
        <w:jc w:val="right"/>
      </w:pPr>
      <w:r>
        <w:t>اس غار کے موت تک پہنچ گئے۔</w:t>
      </w:r>
    </w:p>
    <w:p>
      <w:r>
        <w:rPr>
          <w:b/>
        </w:rPr>
        <w:t xml:space="preserve">[08:42] </w:t>
      </w:r>
      <w:r>
        <w:t>to abubakar siddiq jo the, unhon ne kaha ke ya rasool allah, wo to yahan bhi aa gaye.</w:t>
      </w:r>
    </w:p>
    <w:p>
      <w:pPr>
        <w:jc w:val="right"/>
      </w:pPr>
      <w:r>
        <w:t>تو ابوبکر صدیق جو تھے، انہوں نے کہا کہ یا رسول اللہ، وہ تو یہاں بھی آگئے۔</w:t>
      </w:r>
    </w:p>
    <w:p>
      <w:r>
        <w:rPr>
          <w:b/>
        </w:rPr>
        <w:t xml:space="preserve">[08:50] </w:t>
      </w:r>
      <w:r>
        <w:t>is waqt rasool allah ne kaha tha ya abubakar ma zhannaka bi ithnayn allahu thalithuhuma a, abubakar, in</w:t>
      </w:r>
    </w:p>
    <w:p>
      <w:pPr>
        <w:jc w:val="right"/>
      </w:pPr>
      <w:r>
        <w:t>اس وقت رسول اللہ نے کہا تھا يا ابا بکر ما ظنك باثنين الله ثالثهما اے ابوبکر، ان</w:t>
      </w:r>
    </w:p>
    <w:p>
      <w:r>
        <w:rPr>
          <w:b/>
        </w:rPr>
        <w:t xml:space="preserve">[08:57] </w:t>
      </w:r>
      <w:r>
        <w:t>do ke bare mein tera kya khayal hai jis ke sath in ka teesra ho, yani allah? ye</w:t>
      </w:r>
    </w:p>
    <w:p>
      <w:pPr>
        <w:jc w:val="right"/>
      </w:pPr>
      <w:r>
        <w:t>دو کے بارے میں تیرا کیا خیال ہے جس کے ساتھ ان کا تیسرا ہو، یعنی اللہ؟ یہ</w:t>
      </w:r>
    </w:p>
    <w:p>
      <w:r>
        <w:rPr>
          <w:b/>
        </w:rPr>
        <w:t xml:space="preserve">[09:04] </w:t>
      </w:r>
      <w:r>
        <w:t>sadah baat nahi hai.</w:t>
      </w:r>
    </w:p>
    <w:p>
      <w:pPr>
        <w:jc w:val="right"/>
      </w:pPr>
      <w:r>
        <w:t>سادہ بات نہیں ہے۔</w:t>
      </w:r>
    </w:p>
    <w:p>
      <w:r>
        <w:rPr>
          <w:b/>
        </w:rPr>
        <w:t xml:space="preserve">[09:12] </w:t>
      </w:r>
      <w:r>
        <w:t>is waqt kaisa ajib gharib aap ka andar khinchan paida hui hogi, kya bhonchal aya hoga, ek brain</w:t>
      </w:r>
    </w:p>
    <w:p>
      <w:pPr>
        <w:jc w:val="right"/>
      </w:pPr>
      <w:r>
        <w:t>اس وقت کیسا عجیب غریب آپ کا اندر کھنچن پیدا ہوئی ہوگی، کیا بھونچال آیا ہوگا، ایک brain</w:t>
      </w:r>
    </w:p>
    <w:p>
      <w:r>
        <w:rPr>
          <w:b/>
        </w:rPr>
        <w:t xml:space="preserve">[09:19] </w:t>
      </w:r>
      <w:r>
        <w:t>storm ہوئی ہوگی جو ڈھل گئی in these words کہ خدا ہمارا، ہم دو ہی نہیں، ہم</w:t>
      </w:r>
    </w:p>
    <w:p>
      <w:pPr>
        <w:jc w:val="right"/>
      </w:pPr>
      <w:r>
        <w:t>storm ہوئی ہوگی جو ڈھل گئی ان ان शब्दوں میں کہ خدا ہمارا، ہم دو ہی نہیں، ہم</w:t>
      </w:r>
    </w:p>
    <w:p>
      <w:r>
        <w:rPr>
          <w:b/>
        </w:rPr>
        <w:t xml:space="preserve">[09:27] </w:t>
      </w:r>
      <w:r>
        <w:t>yahan hamara teesra khuda bhi maujud hai.</w:t>
      </w:r>
    </w:p>
    <w:p>
      <w:pPr>
        <w:jc w:val="right"/>
      </w:pPr>
      <w:r>
        <w:t>یہاں ہمارا تیسرا خدا بھی موجود ہے۔</w:t>
      </w:r>
    </w:p>
    <w:p>
      <w:r>
        <w:rPr>
          <w:b/>
        </w:rPr>
        <w:t xml:space="preserve">[09:34] </w:t>
      </w:r>
      <w:r>
        <w:t>is waqt to aap ki personality mein jo spiritual bhonchal aya hoga, wo kis ne dekha is ko?</w:t>
      </w:r>
    </w:p>
    <w:p>
      <w:pPr>
        <w:jc w:val="right"/>
      </w:pPr>
      <w:r>
        <w:t>اس وقت تو آپ کی personality میں جو spiritual بھونچال آیا ہوگا، وہ کس نے دیکھا اس کو؟</w:t>
      </w:r>
    </w:p>
    <w:p>
      <w:r>
        <w:rPr>
          <w:b/>
        </w:rPr>
        <w:t xml:space="preserve">[09:41] </w:t>
      </w:r>
      <w:r>
        <w:t>jab aap ne ye sab socha aur ye kaha to aap ki personality mein ek spiritual bhonchal aya</w:t>
      </w:r>
    </w:p>
    <w:p>
      <w:pPr>
        <w:jc w:val="right"/>
      </w:pPr>
      <w:r>
        <w:t>جب آپ نے یہ سب سوچا اور یہ کہا تو آپ کی personality میں ایک spiritual بھونچال آیا</w:t>
      </w:r>
    </w:p>
    <w:p>
      <w:r>
        <w:rPr>
          <w:b/>
        </w:rPr>
        <w:t xml:space="preserve">[09:49] </w:t>
      </w:r>
      <w:r>
        <w:t>hoga, lekin wo is dunya mein kisi ko dikhai nahi diya.</w:t>
      </w:r>
    </w:p>
    <w:p>
      <w:pPr>
        <w:jc w:val="right"/>
      </w:pPr>
      <w:r>
        <w:t>ہوگا، لیکن وہ اس دنیا میں کسی کو دکھائی نہیں دیا۔</w:t>
      </w:r>
    </w:p>
    <w:p>
      <w:r>
        <w:rPr>
          <w:b/>
        </w:rPr>
        <w:t xml:space="preserve">[09:56] </w:t>
      </w:r>
      <w:r>
        <w:t>aakhirat mein ek naye halat honge, wahan chezen apni haqiqat ke aitbar se logon ko dikhai dengi.</w:t>
      </w:r>
    </w:p>
    <w:p>
      <w:pPr>
        <w:jc w:val="right"/>
      </w:pPr>
      <w:r>
        <w:t>آخرت میں ایک نئے حالات ہوں گے، وہاں چیزیں اپنی حقیقت کے اعتبار سے لوگوں کو دکھائی دیں گی۔</w:t>
      </w:r>
    </w:p>
    <w:p>
      <w:r>
        <w:rPr>
          <w:b/>
        </w:rPr>
        <w:t xml:space="preserve">[10:04] </w:t>
      </w:r>
      <w:r>
        <w:t>tab logon ko dekhenge ke ye kaisa ajib shakhsiyat thi.</w:t>
      </w:r>
    </w:p>
    <w:p>
      <w:pPr>
        <w:jc w:val="right"/>
      </w:pPr>
      <w:r>
        <w:t>تب لوگوں کو دیکھیں گے کہ یہ کیسا عجیب شخصیت تھی۔</w:t>
      </w:r>
    </w:p>
    <w:p>
      <w:r>
        <w:rPr>
          <w:b/>
        </w:rPr>
        <w:t xml:space="preserve">[10:11] </w:t>
      </w:r>
      <w:r>
        <w:t>to ye brilliant personality jis ko main kahunga, har momin, har sacha insan apne andar ek brilliant</w:t>
      </w:r>
    </w:p>
    <w:p>
      <w:pPr>
        <w:jc w:val="right"/>
      </w:pPr>
      <w:r>
        <w:t>تو یہ brilliant personality جس کو میں کہوں گا، ہر مومن، ہر سچا انسان اپنے اندر ایک brilliant</w:t>
      </w:r>
    </w:p>
    <w:p>
      <w:r>
        <w:rPr>
          <w:b/>
        </w:rPr>
        <w:t xml:space="preserve">[10:18] </w:t>
      </w:r>
      <w:r>
        <w:t>personality li hui hai.</w:t>
      </w:r>
    </w:p>
    <w:p>
      <w:pPr>
        <w:jc w:val="right"/>
      </w:pPr>
      <w:r>
        <w:t>personality لی ہوئی ہے۔</w:t>
      </w:r>
    </w:p>
    <w:p>
      <w:r>
        <w:rPr>
          <w:b/>
        </w:rPr>
        <w:t xml:space="preserve">[10:26] </w:t>
      </w:r>
      <w:r>
        <w:t>is brilliant personality ke sath wo aakhirat mein zahir ho jayega.</w:t>
      </w:r>
    </w:p>
    <w:p>
      <w:pPr>
        <w:jc w:val="right"/>
      </w:pPr>
      <w:r>
        <w:t>اس brilliant personality کے ساتھ وہ آخرت میں ظاہر ہو جائے گا۔</w:t>
      </w:r>
    </w:p>
    <w:p>
      <w:r>
        <w:rPr>
          <w:b/>
        </w:rPr>
        <w:t xml:space="preserve">[10:33] </w:t>
      </w:r>
      <w:r>
        <w:t>yahi hai noor ka daudna.</w:t>
      </w:r>
    </w:p>
    <w:p>
      <w:pPr>
        <w:jc w:val="right"/>
      </w:pPr>
      <w:r>
        <w:t>یہی ہے نور کا دوڑنا۔</w:t>
      </w:r>
    </w:p>
    <w:p>
      <w:r>
        <w:rPr>
          <w:b/>
        </w:rPr>
        <w:t xml:space="preserve">[10:41] </w:t>
      </w:r>
      <w:r>
        <w:t>noor koi aisa nahi ke wahan koi daudega car le kar ke.</w:t>
      </w:r>
    </w:p>
    <w:p>
      <w:pPr>
        <w:jc w:val="right"/>
      </w:pPr>
      <w:r>
        <w:t>نور کوئی ایسا نہیں کہ وہاں کوئی دوڑے گا کار لے کر کے۔</w:t>
      </w:r>
    </w:p>
    <w:p>
      <w:r>
        <w:rPr>
          <w:b/>
        </w:rPr>
        <w:t xml:space="preserve">[10:48] </w:t>
      </w:r>
      <w:r>
        <w:t>koi daudne ki baat nahi hai.</w:t>
      </w:r>
    </w:p>
    <w:p>
      <w:pPr>
        <w:jc w:val="right"/>
      </w:pPr>
      <w:r>
        <w:t>کوئی دوڑنے کی بات نہیں ہے۔</w:t>
      </w:r>
    </w:p>
    <w:p>
      <w:r>
        <w:rPr>
          <w:b/>
        </w:rPr>
        <w:t xml:space="preserve">[10:55] </w:t>
      </w:r>
      <w:r>
        <w:t>khul jaane ki baat hai, zahir hone ki baat hai, logon ko dikhai dene ki baat hai.</w:t>
      </w:r>
    </w:p>
    <w:p>
      <w:pPr>
        <w:jc w:val="right"/>
      </w:pPr>
      <w:r>
        <w:t>کھل جانے کی بات ہے، ظاہر ہونے کی بات ہے، لوگوں کو دکھائی دینے کی بات ہے۔</w:t>
      </w:r>
    </w:p>
    <w:p>
      <w:r>
        <w:rPr>
          <w:b/>
        </w:rPr>
        <w:t xml:space="preserve">[11:03] </w:t>
      </w:r>
      <w:r>
        <w:t>aise hi dekhen, jab rasool allah ki wafat hui madine mein to sare sahaba aur sare musalman bahut</w:t>
      </w:r>
    </w:p>
    <w:p>
      <w:pPr>
        <w:jc w:val="right"/>
      </w:pPr>
      <w:r>
        <w:t>ایسے ہی دیکھیں، جب رسول اللہ کی وفات ہوئی مدینے میں تو سارے صحابہ اور سارے مسلمان بہت</w:t>
      </w:r>
    </w:p>
    <w:p>
      <w:r>
        <w:rPr>
          <w:b/>
        </w:rPr>
        <w:t xml:space="preserve">[11:10] </w:t>
      </w:r>
      <w:r>
        <w:t>zyada pareshan ho gaye.</w:t>
      </w:r>
    </w:p>
    <w:p>
      <w:pPr>
        <w:jc w:val="right"/>
      </w:pPr>
      <w:r>
        <w:t>زیادہ پریشان ہو گئے۔</w:t>
      </w:r>
    </w:p>
    <w:p>
      <w:r>
        <w:rPr>
          <w:b/>
        </w:rPr>
        <w:t xml:space="preserve">[11:17] </w:t>
      </w:r>
      <w:r>
        <w:t>yahan tak ke baaz sahaba ne yeh kaha ke rasool Allah ki wafat nahi hui hai, unhon ne</w:t>
      </w:r>
    </w:p>
    <w:p>
      <w:pPr>
        <w:jc w:val="right"/>
      </w:pPr>
      <w:r>
        <w:t>یہاں تک کہ بعض صحابہ نے یہ کہا کہ رسول اللہ کی وفات نہیں ہوئی ہے، انہوں نے</w:t>
      </w:r>
    </w:p>
    <w:p>
      <w:r>
        <w:rPr>
          <w:b/>
        </w:rPr>
        <w:t xml:space="preserve">[11:25] </w:t>
      </w:r>
      <w:r>
        <w:t>rasool Allah ki death se inkar kar diya.</w:t>
      </w:r>
    </w:p>
    <w:p>
      <w:pPr>
        <w:jc w:val="right"/>
      </w:pPr>
      <w:r>
        <w:t>رسول اللہ کی death سے انکار کر دیا۔</w:t>
      </w:r>
    </w:p>
    <w:p>
      <w:r>
        <w:rPr>
          <w:b/>
        </w:rPr>
        <w:t xml:space="preserve">[11:32] </w:t>
      </w:r>
      <w:r>
        <w:t>us waqt abubakar aaye, jo boqt wafat madine mein nahi the, khabar sun kar aaye.</w:t>
      </w:r>
    </w:p>
    <w:p>
      <w:pPr>
        <w:jc w:val="right"/>
      </w:pPr>
      <w:r>
        <w:t>اس وقت ابوبکر آئے، جو بوقت وفات مدینے میں نہیں تھے، خبر سن کر آئے۔</w:t>
      </w:r>
    </w:p>
    <w:p>
      <w:r>
        <w:rPr>
          <w:b/>
        </w:rPr>
        <w:t xml:space="preserve">[11:40] </w:t>
      </w:r>
      <w:r>
        <w:t>unhon ne dekha ke jab yahan par halat yeh hai ke log pareshan hain aur yahan tak ke</w:t>
      </w:r>
    </w:p>
    <w:p>
      <w:pPr>
        <w:jc w:val="right"/>
      </w:pPr>
      <w:r>
        <w:t>انہوں نے دیکھا کہ جب یہاں پر حالت یہ ہے کہ لوگ پریشان ہیں اور یہاں تک کہ</w:t>
      </w:r>
    </w:p>
    <w:p>
      <w:r>
        <w:rPr>
          <w:b/>
        </w:rPr>
        <w:t xml:space="preserve">[11:47] </w:t>
      </w:r>
      <w:r>
        <w:t>kuch log keh rahe hain ke rasool Allah ki wafat nahi hui, to aap us hujre mein gaye</w:t>
      </w:r>
    </w:p>
    <w:p>
      <w:pPr>
        <w:jc w:val="right"/>
      </w:pPr>
      <w:r>
        <w:t>کچھ لوگ کہہ رہے ہیں کہ رسول اللہ کی وفات نہیں ہوئی، تو آپ اس حجرے میں گئے</w:t>
      </w:r>
    </w:p>
    <w:p>
      <w:r>
        <w:rPr>
          <w:b/>
        </w:rPr>
        <w:t xml:space="preserve">[11:54] </w:t>
      </w:r>
      <w:r>
        <w:t>jahan aap ka body rakha hua tha.</w:t>
      </w:r>
    </w:p>
    <w:p>
      <w:pPr>
        <w:jc w:val="right"/>
      </w:pPr>
      <w:r>
        <w:t>جہاں آپ کا body رکھا ہوا تھا۔</w:t>
      </w:r>
    </w:p>
    <w:p>
      <w:r>
        <w:rPr>
          <w:b/>
        </w:rPr>
        <w:t xml:space="preserve">[12:02] </w:t>
      </w:r>
      <w:r>
        <w:t>chadar padi hui thi.</w:t>
      </w:r>
    </w:p>
    <w:p>
      <w:pPr>
        <w:jc w:val="right"/>
      </w:pPr>
      <w:r>
        <w:t>چادر پڑی ہوئی تھی۔</w:t>
      </w:r>
    </w:p>
    <w:p>
      <w:r>
        <w:rPr>
          <w:b/>
        </w:rPr>
        <w:t xml:space="preserve">[12:09] </w:t>
      </w:r>
      <w:r>
        <w:t>aap ne chadar uthai aur aap ko dekha aur un ki zuban se yeh alfaaz nikle man kan</w:t>
      </w:r>
    </w:p>
    <w:p>
      <w:pPr>
        <w:jc w:val="right"/>
      </w:pPr>
      <w:r>
        <w:t>آپ نے چادر اٹھائی اور آپ کو دیکھا اور ان کی زبان سے یہ الفاظ نکلے من کان</w:t>
      </w:r>
    </w:p>
    <w:p>
      <w:r>
        <w:rPr>
          <w:b/>
        </w:rPr>
        <w:t xml:space="preserve">[12:17] </w:t>
      </w:r>
      <w:r>
        <w:t>yعبد محمد فان محمد قد مات ومن کان یعبد اللہ فان اللہ حی لا یموت jo Muhammad ko</w:t>
      </w:r>
    </w:p>
    <w:p>
      <w:pPr>
        <w:jc w:val="right"/>
      </w:pPr>
      <w:r>
        <w:t>یعبد محمد فان محمد قد مات ومن کان یعبد اللہ فان اللہ حی لا یموت جو محمد کو</w:t>
      </w:r>
    </w:p>
    <w:p>
      <w:r>
        <w:rPr>
          <w:b/>
        </w:rPr>
        <w:t xml:space="preserve">[12:24] </w:t>
      </w:r>
      <w:r>
        <w:t>poochta tha to us ko maloom ho ke Muhammad ki wafat ho gayi aur jo Allah ko poochta</w:t>
      </w:r>
    </w:p>
    <w:p>
      <w:pPr>
        <w:jc w:val="right"/>
      </w:pPr>
      <w:r>
        <w:t>پوچھتا تھا تو اس کو معلوم ہو کہ محمد کی وفات ہو گئی اور جو اللہ کو پوچھتا</w:t>
      </w:r>
    </w:p>
    <w:p>
      <w:r>
        <w:rPr>
          <w:b/>
        </w:rPr>
        <w:t xml:space="preserve">[12:31] </w:t>
      </w:r>
      <w:r>
        <w:t>tha to Allah zinda hai, us par koi maut aane wali nahi hai.</w:t>
      </w:r>
    </w:p>
    <w:p>
      <w:pPr>
        <w:jc w:val="right"/>
      </w:pPr>
      <w:r>
        <w:t>تھا تو اللہ زندہ ہے، اس پر کوئی موت آنے والی نہیں ہے۔</w:t>
      </w:r>
    </w:p>
    <w:p>
      <w:r>
        <w:rPr>
          <w:b/>
        </w:rPr>
        <w:t xml:space="preserve">[12:39] </w:t>
      </w:r>
      <w:r>
        <w:t>aap ghaur kijiye, us waqt ko aap apni soch mein laiye ke madine mein kaisa kahram macha hua</w:t>
      </w:r>
    </w:p>
    <w:p>
      <w:pPr>
        <w:jc w:val="right"/>
      </w:pPr>
      <w:r>
        <w:t>آپ غور کیجئے، اس وقت کو آپ اپنی سوچ میں لائیے کہ مدینے میں کیسا کہرام مچا ہوا</w:t>
      </w:r>
    </w:p>
    <w:p>
      <w:r>
        <w:rPr>
          <w:b/>
        </w:rPr>
        <w:t xml:space="preserve">[12:46] </w:t>
      </w:r>
      <w:r>
        <w:t>hoga, kya halat hogi.</w:t>
      </w:r>
    </w:p>
    <w:p>
      <w:pPr>
        <w:jc w:val="right"/>
      </w:pPr>
      <w:r>
        <w:t>ہوگا، کیا حالت ہوگی۔</w:t>
      </w:r>
    </w:p>
    <w:p>
      <w:r>
        <w:rPr>
          <w:b/>
        </w:rPr>
        <w:t xml:space="preserve">[12:54] </w:t>
      </w:r>
      <w:r>
        <w:t>us waqt abubakar siddiq ne jab socha hoga to un ke andar kya brain storm hui hogi.</w:t>
      </w:r>
    </w:p>
    <w:p>
      <w:pPr>
        <w:jc w:val="right"/>
      </w:pPr>
      <w:r>
        <w:t>اس وقت ابوبکر صدیق نے جب سوچا ہوگا تو ان کے اندر کیا brain storm ہوئی ہوگی۔</w:t>
      </w:r>
    </w:p>
    <w:p>
      <w:r>
        <w:rPr>
          <w:b/>
        </w:rPr>
        <w:t xml:space="preserve">[13:01] </w:t>
      </w:r>
      <w:r>
        <w:t>ek spiritual khinchhan aai hogi un ki shakhsiyat mein.</w:t>
      </w:r>
    </w:p>
    <w:p>
      <w:pPr>
        <w:jc w:val="right"/>
      </w:pPr>
      <w:r>
        <w:t>ایک spiritual کھنچن آئی ہوگی ان کی شخصیت میں۔</w:t>
      </w:r>
    </w:p>
    <w:p>
      <w:r>
        <w:rPr>
          <w:b/>
        </w:rPr>
        <w:t xml:space="preserve">[13:08] </w:t>
      </w:r>
      <w:r>
        <w:t>tab yeh kaha unhon ne man kan yعبد محمد فان محمد قد مات ومن کان یعبد اللہ فان</w:t>
      </w:r>
    </w:p>
    <w:p>
      <w:pPr>
        <w:jc w:val="right"/>
      </w:pPr>
      <w:r>
        <w:t>تب یہ کہا انہوں نے من کان یعبد محمد فان محمد قد مات ومن کان یعبد اللہ فان</w:t>
      </w:r>
    </w:p>
    <w:p>
      <w:r>
        <w:rPr>
          <w:b/>
        </w:rPr>
        <w:t xml:space="preserve">[13:16] </w:t>
      </w:r>
      <w:r>
        <w:t>Allah حی لا یموت to yeh jo yeh jo aap ne kaha tha, yeh aap ki shakhsiyat ka</w:t>
      </w:r>
    </w:p>
    <w:p>
      <w:pPr>
        <w:jc w:val="right"/>
      </w:pPr>
      <w:r>
        <w:t>اللہ حی لا یموت تو یہ جو یہ جو آپ نے کہا تھا، یہ آپ کی شخصیت کا</w:t>
      </w:r>
    </w:p>
    <w:p>
      <w:r>
        <w:rPr>
          <w:b/>
        </w:rPr>
        <w:t xml:space="preserve">[13:23] </w:t>
      </w:r>
      <w:r>
        <w:t>spiritual content tha, aap ki shakhsiyat ka noor tha, lekin duniya mein to kisi ne dikha nahi.</w:t>
      </w:r>
    </w:p>
    <w:p>
      <w:pPr>
        <w:jc w:val="right"/>
      </w:pPr>
      <w:r>
        <w:t>spiritual content تھا، آپ کی شخصیت کا نور تھا، لیکن دنیا میں تو کسی نے دکھا نہیں۔</w:t>
      </w:r>
    </w:p>
    <w:p>
      <w:r>
        <w:rPr>
          <w:b/>
        </w:rPr>
        <w:t xml:space="preserve">[13:30] </w:t>
      </w:r>
      <w:r>
        <w:t>aakhirat mein woh ek munawwar shakhsiyat, ek brilliant personality, ek roshni se bhari hui shakhsiyat, yeh aise aise</w:t>
      </w:r>
    </w:p>
    <w:p>
      <w:pPr>
        <w:jc w:val="right"/>
      </w:pPr>
      <w:r>
        <w:t>آخرت میں وہ ایک منور شخصیت، ایک brilliant personality، ایک روشنی سے بھری ہوئی شخصیت، یہ ایسے ایسے</w:t>
      </w:r>
    </w:p>
    <w:p>
      <w:r>
        <w:rPr>
          <w:b/>
        </w:rPr>
        <w:t xml:space="preserve">[13:38] </w:t>
      </w:r>
      <w:r>
        <w:t>samne aayenge.</w:t>
      </w:r>
    </w:p>
    <w:p>
      <w:pPr>
        <w:jc w:val="right"/>
      </w:pPr>
      <w:r>
        <w:t>سامنے آئیں گے۔</w:t>
      </w:r>
    </w:p>
    <w:p>
      <w:r>
        <w:rPr>
          <w:b/>
        </w:rPr>
        <w:t xml:space="preserve">[13:45] </w:t>
      </w:r>
      <w:r>
        <w:t>tab log dekhenge ke abubakar siddiq kya cheez the.</w:t>
      </w:r>
    </w:p>
    <w:p>
      <w:pPr>
        <w:jc w:val="right"/>
      </w:pPr>
      <w:r>
        <w:t>تب لوگ دیکھیں گے کہ ابوبکر صدیق کیا چیز تھے۔</w:t>
      </w:r>
    </w:p>
    <w:p>
      <w:r>
        <w:rPr>
          <w:b/>
        </w:rPr>
        <w:t xml:space="preserve">[13:53] </w:t>
      </w:r>
      <w:r>
        <w:t>yeh hai noor ka zahir hona.</w:t>
      </w:r>
    </w:p>
    <w:p>
      <w:pPr>
        <w:jc w:val="right"/>
      </w:pPr>
      <w:r>
        <w:t>یہ ہے نور کا ظاہر ہونا۔</w:t>
      </w:r>
    </w:p>
    <w:p>
      <w:r>
        <w:rPr>
          <w:b/>
        </w:rPr>
        <w:t xml:space="preserve">[14:00] </w:t>
      </w:r>
      <w:r>
        <w:t>noor ke daudne ke mani ke noor ka mehsoos kiya jana.</w:t>
      </w:r>
    </w:p>
    <w:p>
      <w:pPr>
        <w:jc w:val="right"/>
      </w:pPr>
      <w:r>
        <w:t>نور کے دوڑنے کے معنی کہ نور کا محسوس کیا جانا۔</w:t>
      </w:r>
    </w:p>
    <w:p>
      <w:r>
        <w:rPr>
          <w:b/>
        </w:rPr>
        <w:t xml:space="preserve">[14:07] </w:t>
      </w:r>
      <w:r>
        <w:t>ek yani spiritually brilliant personality ki hesiyat se wahan woh zahir honge.</w:t>
      </w:r>
    </w:p>
    <w:p>
      <w:pPr>
        <w:jc w:val="right"/>
      </w:pPr>
      <w:r>
        <w:t>ایک یعنی spiritually brilliant personality کی حیثیت سے وہاں وہ ظاہر ہوں گے۔</w:t>
      </w:r>
    </w:p>
    <w:p>
      <w:r>
        <w:rPr>
          <w:b/>
        </w:rPr>
        <w:t xml:space="preserve">[14:15] </w:t>
      </w:r>
      <w:r>
        <w:t>aise hi dekhen, umar bin al-khattab jo the, un ka qissa hai ke wahi sab se zyada is</w:t>
      </w:r>
    </w:p>
    <w:p>
      <w:pPr>
        <w:jc w:val="right"/>
      </w:pPr>
      <w:r>
        <w:t>ایسے ہی دیکھیں، عمر بن الخطاب جو تھے، ان کا قصہ ہے کہ وہی سب سے زیادہ اس</w:t>
      </w:r>
    </w:p>
    <w:p>
      <w:r>
        <w:rPr>
          <w:b/>
        </w:rPr>
        <w:t xml:space="preserve">[14:22] </w:t>
      </w:r>
      <w:r>
        <w:t>mamle mein zor shor kar rahe the ke rasool Allah ki wafat nahi hui.</w:t>
      </w:r>
    </w:p>
    <w:p>
      <w:pPr>
        <w:jc w:val="right"/>
      </w:pPr>
      <w:r>
        <w:t>معاملے میں زور شور کر رہے تھے کہ رسول اللہ کی وفات نہیں ہوئی۔</w:t>
      </w:r>
    </w:p>
    <w:p>
      <w:r>
        <w:rPr>
          <w:b/>
        </w:rPr>
        <w:t xml:space="preserve">[14:30] </w:t>
      </w:r>
      <w:r>
        <w:t>taqreer kar rahe the woh aur jo kehta tha ke wafat ho gayi hai to us ke khilaf</w:t>
      </w:r>
    </w:p>
    <w:p>
      <w:pPr>
        <w:jc w:val="right"/>
      </w:pPr>
      <w:r>
        <w:t>تقریر کر رہے تھے وہ اور جو کہتا تھا کہ وفات ہو گئی ہے تو اس کے خلاف</w:t>
      </w:r>
    </w:p>
    <w:p>
      <w:r>
        <w:rPr>
          <w:b/>
        </w:rPr>
        <w:t xml:space="preserve">[14:37] </w:t>
      </w:r>
      <w:r>
        <w:t>ho jate the.</w:t>
      </w:r>
    </w:p>
    <w:p>
      <w:pPr>
        <w:jc w:val="right"/>
      </w:pPr>
      <w:r>
        <w:t>ہو جاتے تھے۔</w:t>
      </w:r>
    </w:p>
    <w:p>
      <w:r>
        <w:rPr>
          <w:b/>
        </w:rPr>
        <w:t xml:space="preserve">[14:44] </w:t>
      </w:r>
      <w:r>
        <w:t>woh is waqt Hazrat Abu Bakr wahan aaye jahan yeh log ikhatta the.</w:t>
      </w:r>
    </w:p>
    <w:p>
      <w:pPr>
        <w:jc w:val="right"/>
      </w:pPr>
      <w:r>
        <w:t>وہ اس وقت حضرت ابوبکر وہاں آئے جہاں یہ لوگ اکٹھا تھے۔</w:t>
      </w:r>
    </w:p>
    <w:p>
      <w:r>
        <w:rPr>
          <w:b/>
        </w:rPr>
        <w:t xml:space="preserve">[14:52] </w:t>
      </w:r>
      <w:r>
        <w:t>Hazrat Abu Bakr ne un ko samjhane shuru kiye lekin woh maane nahi.</w:t>
      </w:r>
    </w:p>
    <w:p>
      <w:pPr>
        <w:jc w:val="right"/>
      </w:pPr>
      <w:r>
        <w:t>حضرت ابوبکر نے ان کو سمجھانے شروع کیے لیکن وہ مانے نہیں۔</w:t>
      </w:r>
    </w:p>
    <w:p>
      <w:r>
        <w:rPr>
          <w:b/>
        </w:rPr>
        <w:t xml:space="preserve">[14:59] </w:t>
      </w:r>
      <w:r>
        <w:t>Abu Bakr Siddiq ke samjhane se bhi maane nahi.</w:t>
      </w:r>
    </w:p>
    <w:p>
      <w:pPr>
        <w:jc w:val="right"/>
      </w:pPr>
      <w:r>
        <w:t>ابوبکر صدیق کے سمجھانے سے بھی مانے نہیں۔</w:t>
      </w:r>
    </w:p>
    <w:p>
      <w:r>
        <w:rPr>
          <w:b/>
        </w:rPr>
        <w:t xml:space="preserve">[15:07] </w:t>
      </w:r>
      <w:r>
        <w:t>woh apni hi taqreer karte rahe.</w:t>
      </w:r>
    </w:p>
    <w:p>
      <w:pPr>
        <w:jc w:val="right"/>
      </w:pPr>
      <w:r>
        <w:t>وہ اپنی ہی تقریر کرتے رہے۔</w:t>
      </w:r>
    </w:p>
    <w:p>
      <w:r>
        <w:rPr>
          <w:b/>
        </w:rPr>
        <w:t xml:space="preserve">[15:14] </w:t>
      </w:r>
      <w:r>
        <w:t>woh yahan tak ke Hazrat Abu Bakr ne alag khare ho kar ke khud apna bolna shuru kiya.</w:t>
      </w:r>
    </w:p>
    <w:p>
      <w:pPr>
        <w:jc w:val="right"/>
      </w:pPr>
      <w:r>
        <w:t>وہ یہاں تک کہ حضرت ابوبکر نے الگ کھڑے ہو کر کے خود اپنا بولنا شروع کیا۔</w:t>
      </w:r>
    </w:p>
    <w:p>
      <w:r>
        <w:rPr>
          <w:b/>
        </w:rPr>
        <w:t xml:space="preserve">[15:21] </w:t>
      </w:r>
      <w:r>
        <w:t>unhon ne aur ek ayat Quran ki padh di.</w:t>
      </w:r>
    </w:p>
    <w:p>
      <w:pPr>
        <w:jc w:val="right"/>
      </w:pPr>
      <w:r>
        <w:t>انہوں نے اور ایک آیت قرآن کی پڑھ دی۔</w:t>
      </w:r>
    </w:p>
    <w:p>
      <w:r>
        <w:rPr>
          <w:b/>
        </w:rPr>
        <w:t xml:space="preserve">[15:29] </w:t>
      </w:r>
      <w:r>
        <w:t>unhon ne ek Quran ki ek ayat hai wa ma Muhammad illa rasool qad khalat min qablu rasool bhai</w:t>
      </w:r>
    </w:p>
    <w:p>
      <w:pPr>
        <w:jc w:val="right"/>
      </w:pPr>
      <w:r>
        <w:t>انہوں نے ایک قرآن کی ایک آیت ہے وما محمد إلا رسول قد خلت من قبل رسول بھائی</w:t>
      </w:r>
    </w:p>
    <w:p>
      <w:r>
        <w:rPr>
          <w:b/>
        </w:rPr>
        <w:t xml:space="preserve">[15:36] </w:t>
      </w:r>
      <w:r>
        <w:t>mat qatran qul tum ala aqabikum yani Muhammad to ek ek rasool hain, ek insan hain.</w:t>
      </w:r>
    </w:p>
    <w:p>
      <w:pPr>
        <w:jc w:val="right"/>
      </w:pPr>
      <w:r>
        <w:t>مات قطراً قلت على أقابكم یعنی محمد تو ایک ایک رسول ہیں، ایک انسان ہیں۔</w:t>
      </w:r>
    </w:p>
    <w:p>
      <w:r>
        <w:rPr>
          <w:b/>
        </w:rPr>
        <w:t xml:space="preserve">[15:43] </w:t>
      </w:r>
      <w:r>
        <w:t>is se pehle bhi bohat se rasool guzre hain.</w:t>
      </w:r>
    </w:p>
    <w:p>
      <w:pPr>
        <w:jc w:val="right"/>
      </w:pPr>
      <w:r>
        <w:t>اس سے پہلے بھی بہت سے رسول گزرے ہیں۔</w:t>
      </w:r>
    </w:p>
    <w:p>
      <w:r>
        <w:rPr>
          <w:b/>
        </w:rPr>
        <w:t xml:space="preserve">[15:51] </w:t>
      </w:r>
      <w:r>
        <w:t>agar woh agar un ki death ho jaye ya un ko qatl kar diya jaye to to kya</w:t>
      </w:r>
    </w:p>
    <w:p>
      <w:pPr>
        <w:jc w:val="right"/>
      </w:pPr>
      <w:r>
        <w:t>اگر وہ اگر ان کی death ہو جائے یا ان کو قتل کر دیا جائے تو تو کیا</w:t>
      </w:r>
    </w:p>
    <w:p>
      <w:r>
        <w:rPr>
          <w:b/>
        </w:rPr>
        <w:t xml:space="preserve">[15:58] </w:t>
      </w:r>
      <w:r>
        <w:t>tum ulte paon phir jaoge? aur jo ulte paon phirega to Allah ka kuch nahi bigarega.</w:t>
      </w:r>
    </w:p>
    <w:p>
      <w:pPr>
        <w:jc w:val="right"/>
      </w:pPr>
      <w:r>
        <w:t>تم الٹے پاؤں پھر جاؤ گے؟ اور جو الٹے پاؤں پھرے گا تو اللہ کا کچھ نہیں بگاڑے گا۔</w:t>
      </w:r>
    </w:p>
    <w:p>
      <w:r>
        <w:rPr>
          <w:b/>
        </w:rPr>
        <w:t xml:space="preserve">[16:06] </w:t>
      </w:r>
      <w:r>
        <w:t>yeh ayat ko sunte hi Hazrat Umar kehte hain, baat ko bataya unhon ne ke jab yeh ayat</w:t>
      </w:r>
    </w:p>
    <w:p>
      <w:pPr>
        <w:jc w:val="right"/>
      </w:pPr>
      <w:r>
        <w:t>یہ آیت کو سنتے ہی حضرت عمر کہتے ہیں، بات کو بتایا انہوں نے کہ جب یہ آیت</w:t>
      </w:r>
    </w:p>
    <w:p>
      <w:r>
        <w:rPr>
          <w:b/>
        </w:rPr>
        <w:t xml:space="preserve">[16:13] </w:t>
      </w:r>
      <w:r>
        <w:t>mein ne suni, Quran ki yeh ayat, to achaanak mein zameen par gir pada.</w:t>
      </w:r>
    </w:p>
    <w:p>
      <w:pPr>
        <w:jc w:val="right"/>
      </w:pPr>
      <w:r>
        <w:t>میں نے سنی، قرآن کی یہ آیت، تو اچانک میں زمین پر گر پڑا۔</w:t>
      </w:r>
    </w:p>
    <w:p>
      <w:r>
        <w:rPr>
          <w:b/>
        </w:rPr>
        <w:t xml:space="preserve">[16:20] </w:t>
      </w:r>
      <w:r>
        <w:t>bohat zabardast aadmi the, bohat strong personality un ki thi.</w:t>
      </w:r>
    </w:p>
    <w:p>
      <w:pPr>
        <w:jc w:val="right"/>
      </w:pPr>
      <w:r>
        <w:t>بہت زبردست آدمی تھے، بہت strong personality ان کی تھی۔</w:t>
      </w:r>
    </w:p>
    <w:p>
      <w:r>
        <w:rPr>
          <w:b/>
        </w:rPr>
        <w:t xml:space="preserve">[16:28] </w:t>
      </w:r>
      <w:r>
        <w:t>lekin ayat ko sunte hi woh zameen par gir pade.</w:t>
      </w:r>
    </w:p>
    <w:p>
      <w:pPr>
        <w:jc w:val="right"/>
      </w:pPr>
      <w:r>
        <w:t>لیکن آیت کو سنتے ہی وہ زمین پر گر پڑے۔</w:t>
      </w:r>
    </w:p>
    <w:p>
      <w:r>
        <w:rPr>
          <w:b/>
        </w:rPr>
        <w:t xml:space="preserve">[16:35] </w:t>
      </w:r>
      <w:r>
        <w:t>woh khud kehte hain ke mere qadmon ne mera bojh uthane se inkar kar diya.</w:t>
      </w:r>
    </w:p>
    <w:p>
      <w:pPr>
        <w:jc w:val="right"/>
      </w:pPr>
      <w:r>
        <w:t>وہ خود کہتے ہیں کہ میرے قدموں نے میرا بوجھ اٹھانے سے انکار کر دیا۔</w:t>
      </w:r>
    </w:p>
    <w:p>
      <w:r>
        <w:rPr>
          <w:b/>
        </w:rPr>
        <w:t xml:space="preserve">[16:43] </w:t>
      </w:r>
      <w:r>
        <w:t>aap ghor kijiye, kya ayat, is ayat ne kya toofan barpa kiya hoga un ki personality mein.</w:t>
      </w:r>
    </w:p>
    <w:p>
      <w:pPr>
        <w:jc w:val="right"/>
      </w:pPr>
      <w:r>
        <w:t>آپ غور کیجئے، کیا آیت، اس آیت نے کیا طوفان برپا کیا ہوگا ان کی personality میں۔</w:t>
      </w:r>
    </w:p>
    <w:p>
      <w:r>
        <w:rPr>
          <w:b/>
        </w:rPr>
        <w:t xml:space="preserve">[16:50] </w:t>
      </w:r>
      <w:r>
        <w:t>ek noorani toofan, ek spiritual toofan, is ko kisi ne dekha nahi.</w:t>
      </w:r>
    </w:p>
    <w:p>
      <w:pPr>
        <w:jc w:val="right"/>
      </w:pPr>
      <w:r>
        <w:t>ایک نورانی طوفان، ایک spiritual طوفان، اس کو کسی نے دیکھا نہیں۔</w:t>
      </w:r>
    </w:p>
    <w:p>
      <w:r>
        <w:rPr>
          <w:b/>
        </w:rPr>
        <w:t xml:space="preserve">[16:57] </w:t>
      </w:r>
      <w:r>
        <w:t>is androni toofan ko kisi ne dekha nahi.</w:t>
      </w:r>
    </w:p>
    <w:p>
      <w:pPr>
        <w:jc w:val="right"/>
      </w:pPr>
      <w:r>
        <w:t>اس اندرونی طوفان کو کسی نے دیکھا نہیں۔</w:t>
      </w:r>
    </w:p>
    <w:p>
      <w:r>
        <w:rPr>
          <w:b/>
        </w:rPr>
        <w:t xml:space="preserve">[17:05] </w:t>
      </w:r>
      <w:r>
        <w:t>to woh toofan wali shakhsiyat dunya mein logon ko nazar nahi aayi, akhirat mein khul kar saamne aajayegi.</w:t>
      </w:r>
    </w:p>
    <w:p>
      <w:pPr>
        <w:jc w:val="right"/>
      </w:pPr>
      <w:r>
        <w:t>تو وہ طوفان والی شخصیت دنیا میں لوگوں کو نظر نہیں آئی، آخرت میں کھل کر سامنے آجائے گی۔</w:t>
      </w:r>
    </w:p>
    <w:p>
      <w:r>
        <w:rPr>
          <w:b/>
        </w:rPr>
        <w:t xml:space="preserve">[17:12] </w:t>
      </w:r>
      <w:r>
        <w:t>yahi hai noor, yeh hai brilliant personality.</w:t>
      </w:r>
    </w:p>
    <w:p>
      <w:pPr>
        <w:jc w:val="right"/>
      </w:pPr>
      <w:r>
        <w:t>یہی ہے نور، یہ ہے brilliant personality۔</w:t>
      </w:r>
    </w:p>
    <w:p>
      <w:r>
        <w:rPr>
          <w:b/>
        </w:rPr>
        <w:t xml:space="preserve">[17:20] </w:t>
      </w:r>
      <w:r>
        <w:t>to jo Allah ke sachche bande hain, chahe aurat ho ya mard, dunya mein jab aisa koi kaam</w:t>
      </w:r>
    </w:p>
    <w:p>
      <w:pPr>
        <w:jc w:val="right"/>
      </w:pPr>
      <w:r>
        <w:t>تو جو اللہ کے سچے بندے ہیں، چاہے عورت ہو یا مرد، دنیا میں جب ایسا کوئی کام</w:t>
      </w:r>
    </w:p>
    <w:p>
      <w:r>
        <w:rPr>
          <w:b/>
        </w:rPr>
        <w:t xml:space="preserve">[17:27] </w:t>
      </w:r>
      <w:r>
        <w:t>karte hain to duniya wale in ko nahin dekhte.</w:t>
      </w:r>
    </w:p>
    <w:p>
      <w:pPr>
        <w:jc w:val="right"/>
      </w:pPr>
      <w:r>
        <w:t>کرتے ہیں تو دنیا والے ان کو نہیں دیکھتے۔</w:t>
      </w:r>
    </w:p>
    <w:p>
      <w:r>
        <w:rPr>
          <w:b/>
        </w:rPr>
        <w:t xml:space="preserve">[17:34] </w:t>
      </w:r>
      <w:r>
        <w:t>lekin is is ki wajah se in ke andar jo brilliant personality banti hai, woh to rehti hai</w:t>
      </w:r>
    </w:p>
    <w:p>
      <w:pPr>
        <w:jc w:val="right"/>
      </w:pPr>
      <w:r>
        <w:t>لیکن اس اس کی وجہ سے ان کے اندر جو brilliant personality بنتی ہے، وہ تو رہتی ہے</w:t>
      </w:r>
    </w:p>
    <w:p>
      <w:r>
        <w:rPr>
          <w:b/>
        </w:rPr>
        <w:t xml:space="preserve">[17:42] </w:t>
      </w:r>
      <w:r>
        <w:t>maujood, aakhirat mein khul jayegi.</w:t>
      </w:r>
    </w:p>
    <w:p>
      <w:pPr>
        <w:jc w:val="right"/>
      </w:pPr>
      <w:r>
        <w:t>موجود، آخرت میں کھل جائے گی۔</w:t>
      </w:r>
    </w:p>
    <w:p>
      <w:r>
        <w:rPr>
          <w:b/>
        </w:rPr>
        <w:t xml:space="preserve">[17:49] </w:t>
      </w:r>
      <w:r>
        <w:t>aise hi Hazrat Hajra ka qissa hai, jab Hazrat Ibrahim un ko le gaye Makkah ke paas, jahan</w:t>
      </w:r>
    </w:p>
    <w:p>
      <w:pPr>
        <w:jc w:val="right"/>
      </w:pPr>
      <w:r>
        <w:t>ایسے ہی حضرت ہاجرہ کا قصہ ہے، جب حضرت ابراہیم ان کو لے گئے مکہ کے پاس، جہاں</w:t>
      </w:r>
    </w:p>
    <w:p>
      <w:r>
        <w:rPr>
          <w:b/>
        </w:rPr>
        <w:t xml:space="preserve">[17:56] </w:t>
      </w:r>
      <w:r>
        <w:t>us waqt desert tha, aur wahan un ko chhod diya.</w:t>
      </w:r>
    </w:p>
    <w:p>
      <w:pPr>
        <w:jc w:val="right"/>
      </w:pPr>
      <w:r>
        <w:t>اس وقت desert تھا، اور وہاں ان کو چھوڑ دیا۔</w:t>
      </w:r>
    </w:p>
    <w:p>
      <w:r>
        <w:rPr>
          <w:b/>
        </w:rPr>
        <w:t xml:space="preserve">[18:04] </w:t>
      </w:r>
      <w:r>
        <w:t>chhote bachche Ibrahim ke saath, chhote bhai Ismail ke saath, chhota bachcha Ismail, aur woh bas aur koi nahin.</w:t>
      </w:r>
    </w:p>
    <w:p>
      <w:pPr>
        <w:jc w:val="right"/>
      </w:pPr>
      <w:r>
        <w:t>چھوٹے بچہ ابراہیم کے ساتھ، چھوٹے بھائی اسماعیل کے ساتھ، چھوٹا بچہ اسماعیل، اور وہ بس اور کوئی نہیں۔</w:t>
      </w:r>
    </w:p>
    <w:p>
      <w:r>
        <w:rPr>
          <w:b/>
        </w:rPr>
        <w:t xml:space="preserve">[18:11] </w:t>
      </w:r>
      <w:r>
        <w:t>wahan desert hi desert tha, wahan na pani tha, na kuch kuch bhi nahin tha.</w:t>
      </w:r>
    </w:p>
    <w:p>
      <w:pPr>
        <w:jc w:val="right"/>
      </w:pPr>
      <w:r>
        <w:t>وہاں desert ہی desert تھا، وہاں نہ پانی تھا، نہ کچھ کچھ بھی نہیں تھا۔</w:t>
      </w:r>
    </w:p>
    <w:p>
      <w:r>
        <w:rPr>
          <w:b/>
        </w:rPr>
        <w:t xml:space="preserve">[18:19] </w:t>
      </w:r>
      <w:r>
        <w:t>wahan un ko chhod kar jaane lage wapas.</w:t>
      </w:r>
    </w:p>
    <w:p>
      <w:pPr>
        <w:jc w:val="right"/>
      </w:pPr>
      <w:r>
        <w:t>وہاں ان کو چھوڑ کر جانے لگے واپس۔</w:t>
      </w:r>
    </w:p>
    <w:p>
      <w:r>
        <w:rPr>
          <w:b/>
        </w:rPr>
        <w:t xml:space="preserve">[18:26] </w:t>
      </w:r>
      <w:r>
        <w:t>to Hajra ne poocha ke hum ko chhod kar kahan ja rahe hain aap? to koi jawab nahin</w:t>
      </w:r>
    </w:p>
    <w:p>
      <w:pPr>
        <w:jc w:val="right"/>
      </w:pPr>
      <w:r>
        <w:t>تو ہاجرہ نے پوچھا کہ ہم کو چھوڑ کر کہاں جا رہے ہیں آپ؟ تو کوئی جواب نہیں</w:t>
      </w:r>
    </w:p>
    <w:p>
      <w:r>
        <w:rPr>
          <w:b/>
        </w:rPr>
        <w:t xml:space="preserve">[18:33] </w:t>
      </w:r>
      <w:r>
        <w:t>diya unhon ne.</w:t>
      </w:r>
    </w:p>
    <w:p>
      <w:pPr>
        <w:jc w:val="right"/>
      </w:pPr>
      <w:r>
        <w:t>دیا انہوں نے۔</w:t>
      </w:r>
    </w:p>
    <w:p>
      <w:r>
        <w:rPr>
          <w:b/>
        </w:rPr>
        <w:t xml:space="preserve">[18:41] </w:t>
      </w:r>
      <w:r>
        <w:t>to teen baar yeh aawaz di unhon ne ke hum ko chhod kar kahan ja rahe hain? phir</w:t>
      </w:r>
    </w:p>
    <w:p>
      <w:pPr>
        <w:jc w:val="right"/>
      </w:pPr>
      <w:r>
        <w:t>تو تین بار یہ آواز دی انہوں نے کہ ہم کو چھوڑ کر کہاں جا رہے ہیں؟ پھر</w:t>
      </w:r>
    </w:p>
    <w:p>
      <w:r>
        <w:rPr>
          <w:b/>
        </w:rPr>
        <w:t xml:space="preserve">[18:48] </w:t>
      </w:r>
      <w:r>
        <w:t>aakhir mein Hajra ne kaha kya aap ko Allah ne aisa hukum diya hai? kya aap ko Allah</w:t>
      </w:r>
    </w:p>
    <w:p>
      <w:pPr>
        <w:jc w:val="right"/>
      </w:pPr>
      <w:r>
        <w:t>آخر میں ہاجرہ نے کہا کیا آپ کو اللہ نے ایسا حکم دیا ہے؟ کیا آپ کو اللہ</w:t>
      </w:r>
    </w:p>
    <w:p>
      <w:r>
        <w:rPr>
          <w:b/>
        </w:rPr>
        <w:t xml:space="preserve">[18:56] </w:t>
      </w:r>
      <w:r>
        <w:t>ne is ka hukum diya hai? to unhon ne kaha ke haan.</w:t>
      </w:r>
    </w:p>
    <w:p>
      <w:pPr>
        <w:jc w:val="right"/>
      </w:pPr>
      <w:r>
        <w:t>نے اس کا حکم دیا ہے؟ تو انہوں نے کہا کہ ہاں۔</w:t>
      </w:r>
    </w:p>
    <w:p>
      <w:r>
        <w:rPr>
          <w:b/>
        </w:rPr>
        <w:t xml:space="preserve">[19:03] </w:t>
      </w:r>
      <w:r>
        <w:t>us waqt us khatoon ne kaha is desert mein khade ho kar ke izn la izn ya'lam phir</w:t>
      </w:r>
    </w:p>
    <w:p>
      <w:pPr>
        <w:jc w:val="right"/>
      </w:pPr>
      <w:r>
        <w:t>اس وقت اس خاتون نے کہا اس desert میں کھڑے ہو کر کے اذن لا اذن یعلم پھر</w:t>
      </w:r>
    </w:p>
    <w:p>
      <w:r>
        <w:rPr>
          <w:b/>
        </w:rPr>
        <w:t xml:space="preserve">[19:10] </w:t>
      </w:r>
      <w:r>
        <w:t>Khuda hum ko zaya nahin karega.</w:t>
      </w:r>
    </w:p>
    <w:p>
      <w:pPr>
        <w:jc w:val="right"/>
      </w:pPr>
      <w:r>
        <w:t>خدا ہم کو ضائع نہیں کرے گا۔</w:t>
      </w:r>
    </w:p>
    <w:p>
      <w:r>
        <w:rPr>
          <w:b/>
        </w:rPr>
        <w:t xml:space="preserve">[19:18] </w:t>
      </w:r>
      <w:r>
        <w:t>mein jab sochta hoon is waqe' ko to mere jism mein tharthari paida ho jati hai.</w:t>
      </w:r>
    </w:p>
    <w:p>
      <w:pPr>
        <w:jc w:val="right"/>
      </w:pPr>
      <w:r>
        <w:t>میں جب سوچتا ہوں اس واقعے کو تو میرے جسم میں تھرتھری پیدا ہو جاتی ہے۔</w:t>
      </w:r>
    </w:p>
    <w:p>
      <w:r>
        <w:rPr>
          <w:b/>
        </w:rPr>
        <w:t xml:space="preserve">[19:25] </w:t>
      </w:r>
      <w:r>
        <w:t>kaise is desert mein is khatoon ne kaha hoga jahan pani nahin, jahan saya nahin, jahan koi sabza</w:t>
      </w:r>
    </w:p>
    <w:p>
      <w:pPr>
        <w:jc w:val="right"/>
      </w:pPr>
      <w:r>
        <w:t>کیسے اس desert میں اس خاتون نے کہا ہوگا جہاں پانی نہیں، جہاں سایہ نہیں، جہاں کوئی سبزہ</w:t>
      </w:r>
    </w:p>
    <w:p>
      <w:r>
        <w:rPr>
          <w:b/>
        </w:rPr>
        <w:t xml:space="preserve">[19:33] </w:t>
      </w:r>
      <w:r>
        <w:t>nahin, jahan koi khane peene ka saman nahin, jahan koi ghar nahin? ke jab Allah ne aisa hukum</w:t>
      </w:r>
    </w:p>
    <w:p>
      <w:pPr>
        <w:jc w:val="right"/>
      </w:pPr>
      <w:r>
        <w:t>نہیں، جہاں کوئی کھانے پینے کا سامان نہیں، جہاں کوئی گھر نہیں؟ کہ جب اللہ نے ایسا حکم</w:t>
      </w:r>
    </w:p>
    <w:p>
      <w:r>
        <w:rPr>
          <w:b/>
        </w:rPr>
        <w:t xml:space="preserve">[19:40] </w:t>
      </w:r>
      <w:r>
        <w:t>diya hai to Allah hum ko zaya nahin karega.</w:t>
      </w:r>
    </w:p>
    <w:p>
      <w:pPr>
        <w:jc w:val="right"/>
      </w:pPr>
      <w:r>
        <w:t>دیا ہے تو اللہ ہم کو ضائع نہیں کرے گا۔</w:t>
      </w:r>
    </w:p>
    <w:p>
      <w:r>
        <w:rPr>
          <w:b/>
        </w:rPr>
        <w:t xml:space="preserve">[19:47] </w:t>
      </w:r>
      <w:r>
        <w:t>is khatoon ne jo yeh kaha hoga to sara sehra noor se jagmaga utha hoga.</w:t>
      </w:r>
    </w:p>
    <w:p>
      <w:pPr>
        <w:jc w:val="right"/>
      </w:pPr>
      <w:r>
        <w:t>اس خاتون نے جو یہ کہا ہوگا تو سارا صحرا نور سے جگمگا اٹھا ہوگا۔</w:t>
      </w:r>
    </w:p>
    <w:p>
      <w:r>
        <w:rPr>
          <w:b/>
        </w:rPr>
        <w:t xml:space="preserve">[19:55] </w:t>
      </w:r>
      <w:r>
        <w:t>lekin duniya mein to kisi ne dekha nahin.</w:t>
      </w:r>
    </w:p>
    <w:p>
      <w:pPr>
        <w:jc w:val="right"/>
      </w:pPr>
      <w:r>
        <w:t>لیکن دنیا میں تو کسی نے دیکھا نہیں۔</w:t>
      </w:r>
    </w:p>
    <w:p>
      <w:r>
        <w:rPr>
          <w:b/>
        </w:rPr>
        <w:t xml:space="preserve">[20:02] </w:t>
      </w:r>
      <w:r>
        <w:t>to un ke andar jo ek brilliant personality us waqt bani hogi, woh duniya mein chhipi rahegi.</w:t>
      </w:r>
    </w:p>
    <w:p>
      <w:pPr>
        <w:jc w:val="right"/>
      </w:pPr>
      <w:r>
        <w:t>تو ان کے اندر جو ایک brilliant personality اس وقت بنی ہوگی، وہ دنیا میں چھپی رہے گی۔</w:t>
      </w:r>
    </w:p>
    <w:p>
      <w:r>
        <w:rPr>
          <w:b/>
        </w:rPr>
        <w:t xml:space="preserve">[20:09] </w:t>
      </w:r>
      <w:r>
        <w:t>aakhirat mein woh zahir ho jayegi.</w:t>
      </w:r>
    </w:p>
    <w:p>
      <w:pPr>
        <w:jc w:val="right"/>
      </w:pPr>
      <w:r>
        <w:t>آخرت میں وہ ظاہر ہو جائے گی۔</w:t>
      </w:r>
    </w:p>
    <w:p>
      <w:r>
        <w:rPr>
          <w:b/>
        </w:rPr>
        <w:t xml:space="preserve">[20:17] </w:t>
      </w:r>
      <w:r>
        <w:t>yahi matlab hai ke sachche ahle iman is din is tarah aayenge ke un ke har in</w:t>
      </w:r>
    </w:p>
    <w:p>
      <w:pPr>
        <w:jc w:val="right"/>
      </w:pPr>
      <w:r>
        <w:t>یہی مطلب ہے کہ سچے اہل ایمان اس دن اس طرح آئیں گے کہ ان کے ہر ان</w:t>
      </w:r>
    </w:p>
    <w:p>
      <w:r>
        <w:rPr>
          <w:b/>
        </w:rPr>
        <w:t xml:space="preserve">[20:24] </w:t>
      </w:r>
      <w:r>
        <w:t>ke charon taraf noor hi noor hoga.</w:t>
      </w:r>
    </w:p>
    <w:p>
      <w:pPr>
        <w:jc w:val="right"/>
      </w:pPr>
      <w:r>
        <w:t>کے چاروں طرف نور ہی نور ہوگا۔</w:t>
      </w:r>
    </w:p>
    <w:p>
      <w:r>
        <w:rPr>
          <w:b/>
        </w:rPr>
        <w:t xml:space="preserve">[20:32] </w:t>
      </w:r>
      <w:r>
        <w:t>noor ke mani yeh nahi ke maadi roshni.</w:t>
      </w:r>
    </w:p>
    <w:p>
      <w:pPr>
        <w:jc w:val="right"/>
      </w:pPr>
      <w:r>
        <w:t>نور کے معنی یہ نہیں کہ مادی روشنی۔</w:t>
      </w:r>
    </w:p>
    <w:p>
      <w:r>
        <w:rPr>
          <w:b/>
        </w:rPr>
        <w:t xml:space="preserve">[20:39] </w:t>
      </w:r>
      <w:r>
        <w:t>nahi, woh brilliant personality.</w:t>
      </w:r>
    </w:p>
    <w:p>
      <w:pPr>
        <w:jc w:val="right"/>
      </w:pPr>
      <w:r>
        <w:t>نہیں، وہ brilliant personality۔</w:t>
      </w:r>
    </w:p>
    <w:p>
      <w:r>
        <w:rPr>
          <w:b/>
        </w:rPr>
        <w:t xml:space="preserve">[20:46] </w:t>
      </w:r>
      <w:r>
        <w:t>jaise maine arz kiya ke VVIP jab aata hai kisi majlis mein to wahi wahi hota hai,</w:t>
      </w:r>
    </w:p>
    <w:p>
      <w:pPr>
        <w:jc w:val="right"/>
      </w:pPr>
      <w:r>
        <w:t>جیسے میں نے عرض کیا کہ VVIP جب آتا ہے کسی مجلس میں تو وہی وہی ہوتا ہے،</w:t>
      </w:r>
    </w:p>
    <w:p>
      <w:r>
        <w:rPr>
          <w:b/>
        </w:rPr>
        <w:t xml:space="preserve">[20:54] </w:t>
      </w:r>
      <w:r>
        <w:t>phir wahi wahi hota hai.</w:t>
      </w:r>
    </w:p>
    <w:p>
      <w:pPr>
        <w:jc w:val="right"/>
      </w:pPr>
      <w:r>
        <w:t>پھر وہی وہی ہوتا ہے۔</w:t>
      </w:r>
    </w:p>
    <w:p>
      <w:r>
        <w:rPr>
          <w:b/>
        </w:rPr>
        <w:t xml:space="preserve">[21:01] </w:t>
      </w:r>
      <w:r>
        <w:t>woh chha jaata hai poori majlis mein.</w:t>
      </w:r>
    </w:p>
    <w:p>
      <w:pPr>
        <w:jc w:val="right"/>
      </w:pPr>
      <w:r>
        <w:t>وہ چھا جاتا ہے پوری مجلس میں۔</w:t>
      </w:r>
    </w:p>
    <w:p>
      <w:r>
        <w:rPr>
          <w:b/>
        </w:rPr>
        <w:t xml:space="preserve">[21:09] </w:t>
      </w:r>
      <w:r>
        <w:t>to jo log dunya mein Allah ke liye sacrifice kar rahe hain, jo log dunya mein Allah ke</w:t>
      </w:r>
    </w:p>
    <w:p>
      <w:pPr>
        <w:jc w:val="right"/>
      </w:pPr>
      <w:r>
        <w:t>تو جو لوگ دنیا میں اللہ کے لیے sacrifice کر رہے ہیں، جو لوگ دنیا میں اللہ کے</w:t>
      </w:r>
    </w:p>
    <w:p>
      <w:r>
        <w:rPr>
          <w:b/>
        </w:rPr>
        <w:t xml:space="preserve">[21:16] </w:t>
      </w:r>
      <w:r>
        <w:t>liye apne aap ko lagaye hue hain, unki koshishein, unki sacrifice dunya walon ko dikhai nahi deti.</w:t>
      </w:r>
    </w:p>
    <w:p>
      <w:pPr>
        <w:jc w:val="right"/>
      </w:pPr>
      <w:r>
        <w:t>لیے اپنے آپ کو لگائے ہوئے ہیں، ان کی کوششیں، ان کی sacrifice دنیا والوں کو دکھائی نہیں دیتی۔</w:t>
      </w:r>
    </w:p>
    <w:p>
      <w:r>
        <w:rPr>
          <w:b/>
        </w:rPr>
        <w:t xml:space="preserve">[21:23] </w:t>
      </w:r>
      <w:r>
        <w:t>lekin yeh koshishein ek ek ek specific content ke taur par unke andar maujood hain.</w:t>
      </w:r>
    </w:p>
    <w:p>
      <w:pPr>
        <w:jc w:val="right"/>
      </w:pPr>
      <w:r>
        <w:t>لیکن یہ کوششیں ایک ایک ایک specific content کے طور پر ان کے اندر موجود ہیں۔</w:t>
      </w:r>
    </w:p>
    <w:p>
      <w:r>
        <w:rPr>
          <w:b/>
        </w:rPr>
        <w:t xml:space="preserve">[21:31] </w:t>
      </w:r>
      <w:r>
        <w:t>ek brilliant personality ke taur par unke andar maujood hain.</w:t>
      </w:r>
    </w:p>
    <w:p>
      <w:pPr>
        <w:jc w:val="right"/>
      </w:pPr>
      <w:r>
        <w:t>ایک brilliant personality کے طور پر ان کے اندر موجود ہیں۔</w:t>
      </w:r>
    </w:p>
    <w:p>
      <w:r>
        <w:rPr>
          <w:b/>
        </w:rPr>
        <w:t xml:space="preserve">[21:38] </w:t>
      </w:r>
      <w:r>
        <w:t>woh aakhirat mein khul jayega.</w:t>
      </w:r>
    </w:p>
    <w:p>
      <w:pPr>
        <w:jc w:val="right"/>
      </w:pPr>
      <w:r>
        <w:t>وہ آخرت میں کھل جائے گا۔</w:t>
      </w:r>
    </w:p>
    <w:p>
      <w:r>
        <w:rPr>
          <w:b/>
        </w:rPr>
        <w:t xml:space="preserve">[21:46] </w:t>
      </w:r>
      <w:r>
        <w:t>aakhirat mein khul jayega.</w:t>
      </w:r>
    </w:p>
    <w:p>
      <w:pPr>
        <w:jc w:val="right"/>
      </w:pPr>
      <w:r>
        <w:t>آخرت میں کھل جائے گا۔</w:t>
      </w:r>
    </w:p>
    <w:p>
      <w:r>
        <w:rPr>
          <w:b/>
        </w:rPr>
        <w:t xml:space="preserve">[21:53] </w:t>
      </w:r>
      <w:r>
        <w:t>phir usi ke saath yeh aayat aati hai yaqooloona rabbana atmim lana noorana yani woh ahl-e-imaan kehte</w:t>
      </w:r>
    </w:p>
    <w:p>
      <w:pPr>
        <w:jc w:val="right"/>
      </w:pPr>
      <w:r>
        <w:t>پھر اسی کے ساتھ یہ آیت آتی ہے يَقُولُونَ رَبَّنَا أَتْمِمْ لَنَا نُورَنَا یعنی وہ اہل ایمان کہتے</w:t>
      </w:r>
    </w:p>
    <w:p>
      <w:r>
        <w:rPr>
          <w:b/>
        </w:rPr>
        <w:t xml:space="preserve">[22:00] </w:t>
      </w:r>
      <w:r>
        <w:t>hain ke Allah hamare noor ko mukammal kar de.</w:t>
      </w:r>
    </w:p>
    <w:p>
      <w:pPr>
        <w:jc w:val="right"/>
      </w:pPr>
      <w:r>
        <w:t>ہیں کہ اللہ ہمارے نور کو مکمل کر دے۔</w:t>
      </w:r>
    </w:p>
    <w:p>
      <w:r>
        <w:rPr>
          <w:b/>
        </w:rPr>
        <w:t xml:space="preserve">[22:08] </w:t>
      </w:r>
      <w:r>
        <w:t>yahan pe dekhein, lafzon mein baat nahi hai.</w:t>
      </w:r>
    </w:p>
    <w:p>
      <w:pPr>
        <w:jc w:val="right"/>
      </w:pPr>
      <w:r>
        <w:t>یہاں پہ دیکھیں، لفظوں میں بات نہیں ہے۔</w:t>
      </w:r>
    </w:p>
    <w:p>
      <w:r>
        <w:rPr>
          <w:b/>
        </w:rPr>
        <w:t xml:space="preserve">[22:15] </w:t>
      </w:r>
      <w:r>
        <w:t>jo asal baat hai, woh bayan yani lafzon ke bayan hain.</w:t>
      </w:r>
    </w:p>
    <w:p>
      <w:pPr>
        <w:jc w:val="right"/>
      </w:pPr>
      <w:r>
        <w:t>جو اصل بات ہے، وہ بیان یعنی لفظوں کے بیان ہیں۔</w:t>
      </w:r>
    </w:p>
    <w:p>
      <w:r>
        <w:rPr>
          <w:b/>
        </w:rPr>
        <w:t xml:space="preserve">[22:22] </w:t>
      </w:r>
      <w:r>
        <w:t>woh kya hai? iska matlab hai ke aye Allah, hum ko tofeeq de ke hum apne noor</w:t>
      </w:r>
    </w:p>
    <w:p>
      <w:pPr>
        <w:jc w:val="right"/>
      </w:pPr>
      <w:r>
        <w:t>وہ کیا ہے؟ اس کا مطلب ہے کہ اے اللہ، ہم کو توفیق دے کہ ہم اپنے نور</w:t>
      </w:r>
    </w:p>
    <w:p>
      <w:r>
        <w:rPr>
          <w:b/>
        </w:rPr>
        <w:t xml:space="preserve">[22:30] </w:t>
      </w:r>
      <w:r>
        <w:t>ko mukammal kar saken.</w:t>
      </w:r>
    </w:p>
    <w:p>
      <w:pPr>
        <w:jc w:val="right"/>
      </w:pPr>
      <w:r>
        <w:t>کو مکمل کر سکیں۔</w:t>
      </w:r>
    </w:p>
    <w:p>
      <w:r>
        <w:rPr>
          <w:b/>
        </w:rPr>
        <w:t xml:space="preserve">[22:37] </w:t>
      </w:r>
      <w:r>
        <w:t>yahan tofeeq ka lafz chupa hua hai.</w:t>
      </w:r>
    </w:p>
    <w:p>
      <w:pPr>
        <w:jc w:val="right"/>
      </w:pPr>
      <w:r>
        <w:t>یہاں توفیق کا لفظ چھپا ہوا ہے۔</w:t>
      </w:r>
    </w:p>
    <w:p>
      <w:r>
        <w:rPr>
          <w:b/>
        </w:rPr>
        <w:t xml:space="preserve">[22:45] </w:t>
      </w:r>
      <w:r>
        <w:t>aisa nahi ke Khuda ki taraf se mysteriously koi cheez tap padi.</w:t>
      </w:r>
    </w:p>
    <w:p>
      <w:pPr>
        <w:jc w:val="right"/>
      </w:pPr>
      <w:r>
        <w:t>ایسا نہیں کہ خدا کی طرف سے mysteriously کوئی چیز ٹپ پڑی۔</w:t>
      </w:r>
    </w:p>
    <w:p>
      <w:r>
        <w:rPr>
          <w:b/>
        </w:rPr>
        <w:t xml:space="preserve">[22:52] </w:t>
      </w:r>
      <w:r>
        <w:t>is par main aaj subah soch raha tha ke noor ko mukammal karne ki tofeeq ka matlab kya</w:t>
      </w:r>
    </w:p>
    <w:p>
      <w:pPr>
        <w:jc w:val="right"/>
      </w:pPr>
      <w:r>
        <w:t>اس پر میں آج صبح سوچ رہا تھا کہ نور کو مکمل کرنے کی توفیق کا مطلب کیا</w:t>
      </w:r>
    </w:p>
    <w:p>
      <w:r>
        <w:rPr>
          <w:b/>
        </w:rPr>
        <w:t xml:space="preserve">[22:59] </w:t>
      </w:r>
      <w:r>
        <w:t>hai? to meri samajh mein aaya, woh aayat aayi meri samajh mein ke wa qayyim min ayatihi fis sabawati</w:t>
      </w:r>
    </w:p>
    <w:p>
      <w:pPr>
        <w:jc w:val="right"/>
      </w:pPr>
      <w:r>
        <w:t>ہے؟ تو میری سمجھ میں آیا، وہ آیت آئی میری سمجھ میں کہ وَقَيِّمْ مِنْ آَيَاتِهِ فِي السَّبَاوَاتِ</w:t>
      </w:r>
    </w:p>
    <w:p>
      <w:r>
        <w:rPr>
          <w:b/>
        </w:rPr>
        <w:t xml:space="preserve">[23:07] </w:t>
      </w:r>
      <w:r>
        <w:t>wal arz yamuroona alaiha wa hum anha mooradoon is aayat ka matlab bhi yeh hai ke yeh jo dunya hai,</w:t>
      </w:r>
    </w:p>
    <w:p>
      <w:pPr>
        <w:jc w:val="right"/>
      </w:pPr>
      <w:r>
        <w:t>وَالْأَرْضِ يَمْرُونَ عَلَيْهَا وَهُمْ عَنْهَا مُوْرَضُونَ اس آیت کا مطلب بھی یہ ہے کہ یہ جو دنیا ہے،</w:t>
      </w:r>
    </w:p>
    <w:p>
      <w:r>
        <w:rPr>
          <w:b/>
        </w:rPr>
        <w:t xml:space="preserve">[23:14] </w:t>
      </w:r>
      <w:r>
        <w:t>yeh jo kainat hai, is mein noor-e-ma'rifat ka content har cheez mein maujood hai.</w:t>
      </w:r>
    </w:p>
    <w:p>
      <w:pPr>
        <w:jc w:val="right"/>
      </w:pPr>
      <w:r>
        <w:t>یہ جو کائنات ہے، اس میں نور معرفت کا content ہر چیز میں موجود ہے۔</w:t>
      </w:r>
    </w:p>
    <w:p>
      <w:r>
        <w:rPr>
          <w:b/>
        </w:rPr>
        <w:t xml:space="preserve">[23:22] </w:t>
      </w:r>
      <w:r>
        <w:t>noor-e-ma'rifat ka content har cheez mein maujood hai.</w:t>
      </w:r>
    </w:p>
    <w:p>
      <w:pPr>
        <w:jc w:val="right"/>
      </w:pPr>
      <w:r>
        <w:t>نور معرفت کا content ہر چیز میں موجود ہے۔</w:t>
      </w:r>
    </w:p>
    <w:p>
      <w:r>
        <w:rPr>
          <w:b/>
        </w:rPr>
        <w:t xml:space="preserve">[23:29] </w:t>
      </w:r>
      <w:r>
        <w:t>is ko extract karna, is ko apni personality ka juz banana, apni personality mein shamil karna, yeh matlab</w:t>
      </w:r>
    </w:p>
    <w:p>
      <w:pPr>
        <w:jc w:val="right"/>
      </w:pPr>
      <w:r>
        <w:t>اس کو extract کرنا، اس کو اپنی personality کا جز بنانا، اپنی personality میں شامل کرنا، یہ مطلب</w:t>
      </w:r>
    </w:p>
    <w:p>
      <w:r>
        <w:rPr>
          <w:b/>
        </w:rPr>
        <w:t xml:space="preserve">[23:36] </w:t>
      </w:r>
      <w:r>
        <w:t>hai is ka.</w:t>
      </w:r>
    </w:p>
    <w:p>
      <w:pPr>
        <w:jc w:val="right"/>
      </w:pPr>
      <w:r>
        <w:t>ہے اس کا۔</w:t>
      </w:r>
    </w:p>
    <w:p>
      <w:r>
        <w:rPr>
          <w:b/>
        </w:rPr>
        <w:t xml:space="preserve">[23:44] </w:t>
      </w:r>
      <w:r>
        <w:t>to noor ko mukammal karne ka matlab yeh hai ke tofeeq de ke hum noor ka content jo</w:t>
      </w:r>
    </w:p>
    <w:p>
      <w:pPr>
        <w:jc w:val="right"/>
      </w:pPr>
      <w:r>
        <w:t>تو نور کو مکمل کرنے کا مطلب یہ ہے کہ توفیق دے کہ ہم نور کا content جو</w:t>
      </w:r>
    </w:p>
    <w:p>
      <w:r>
        <w:rPr>
          <w:b/>
        </w:rPr>
        <w:t xml:space="preserve">[23:51] </w:t>
      </w:r>
      <w:r>
        <w:t>phaila hua hai, us ko hum extract kar sakein, apni personality ka juz bana sakein.</w:t>
      </w:r>
    </w:p>
    <w:p>
      <w:pPr>
        <w:jc w:val="right"/>
      </w:pPr>
      <w:r>
        <w:t>پھیلا ہوا ہے، اس کو ہم extract کر سکیں، اپنی personality کا جز بنا سکیں۔</w:t>
      </w:r>
    </w:p>
    <w:p>
      <w:r>
        <w:rPr>
          <w:b/>
        </w:rPr>
        <w:t xml:space="preserve">[23:59] </w:t>
      </w:r>
      <w:r>
        <w:t>misalan aaj subah mein soch raha tha, Descartes jo mashhoor philosopher hai France ka, to us ke zuban</w:t>
      </w:r>
    </w:p>
    <w:p>
      <w:pPr>
        <w:jc w:val="right"/>
      </w:pPr>
      <w:r>
        <w:t>مثلاً آج صبح میں سوچ رہا تھا، Descartes جو مشہور philosopher ہے فرانس کا، تو اس کے زبان</w:t>
      </w:r>
    </w:p>
    <w:p>
      <w:r>
        <w:rPr>
          <w:b/>
        </w:rPr>
        <w:t xml:space="preserve">[24:06] </w:t>
      </w:r>
      <w:r>
        <w:t>mein yeh sawal tha ke insan aik wajood hai, is ka proof kya hai? Insan ke wajood ka</w:t>
      </w:r>
    </w:p>
    <w:p>
      <w:pPr>
        <w:jc w:val="right"/>
      </w:pPr>
      <w:r>
        <w:t>میں یہ سوال تھا کہ انسان ایک وجود ہے، اس کا proof کیا ہے؟ انسان کے وجود کا</w:t>
      </w:r>
    </w:p>
    <w:p>
      <w:r>
        <w:rPr>
          <w:b/>
        </w:rPr>
        <w:t xml:space="preserve">[24:13] </w:t>
      </w:r>
      <w:r>
        <w:t>proof kya hai? Yani philosophy ka yeh yeh aik philosophical question hai.</w:t>
      </w:r>
    </w:p>
    <w:p>
      <w:pPr>
        <w:jc w:val="right"/>
      </w:pPr>
      <w:r>
        <w:t>proof کیا ہے؟ یعنی philosophy کا یہ یہ ایک philosophical question ہے۔</w:t>
      </w:r>
    </w:p>
    <w:p>
      <w:r>
        <w:rPr>
          <w:b/>
        </w:rPr>
        <w:t xml:space="preserve">[24:21] </w:t>
      </w:r>
      <w:r>
        <w:t>to us ne kaha tha ke I think therefore I am mein sochta hoon, is liye mein hoon.</w:t>
      </w:r>
    </w:p>
    <w:p>
      <w:pPr>
        <w:jc w:val="right"/>
      </w:pPr>
      <w:r>
        <w:t>تو اس نے کہا تھا کہ I think therefore I am میں سوچتا ہوں، اس لیے میں ہوں۔</w:t>
      </w:r>
    </w:p>
    <w:p>
      <w:r>
        <w:rPr>
          <w:b/>
        </w:rPr>
        <w:t xml:space="preserve">[24:28] </w:t>
      </w:r>
      <w:r>
        <w:t>mein jo soch hai, us se mujhe yaqeen milta hai ke mein hoon.</w:t>
      </w:r>
    </w:p>
    <w:p>
      <w:pPr>
        <w:jc w:val="right"/>
      </w:pPr>
      <w:r>
        <w:t>میں جو سوچ ہے، اس سے مجھے یقین ملتا ہے کہ میں ہوں۔</w:t>
      </w:r>
    </w:p>
    <w:p>
      <w:r>
        <w:rPr>
          <w:b/>
        </w:rPr>
        <w:t xml:space="preserve">[24:35] </w:t>
      </w:r>
      <w:r>
        <w:t>I think therefore I am to mein ne socha ke isi mein marifat ka noor bhi maujood hai.</w:t>
      </w:r>
    </w:p>
    <w:p>
      <w:pPr>
        <w:jc w:val="right"/>
      </w:pPr>
      <w:r>
        <w:t>I think therefore I am تو میں نے سوچا کہ اسی میں معرفت کا نور بھی موجود ہے۔</w:t>
      </w:r>
    </w:p>
    <w:p>
      <w:r>
        <w:rPr>
          <w:b/>
        </w:rPr>
        <w:t xml:space="preserve">[24:43] </w:t>
      </w:r>
      <w:r>
        <w:t>isi qaul mein woh yeh hai ke I am therefore God is mein thinking mera proof hai, to</w:t>
      </w:r>
    </w:p>
    <w:p>
      <w:pPr>
        <w:jc w:val="right"/>
      </w:pPr>
      <w:r>
        <w:t>اسی قول میں وہ یہ ہے کہ I am therefore God is میں thinking میرا proof ہے، تو</w:t>
      </w:r>
    </w:p>
    <w:p>
      <w:r>
        <w:rPr>
          <w:b/>
        </w:rPr>
        <w:t xml:space="preserve">[24:50] </w:t>
      </w:r>
      <w:r>
        <w:t>mera apna wajood bhi to kisi ka proof hai khalq ka.</w:t>
      </w:r>
    </w:p>
    <w:p>
      <w:pPr>
        <w:jc w:val="right"/>
      </w:pPr>
      <w:r>
        <w:t>میرا اپنا وجود بھی تو کسی کا proof ہے خالق کا۔</w:t>
      </w:r>
    </w:p>
    <w:p>
      <w:r>
        <w:rPr>
          <w:b/>
        </w:rPr>
        <w:t xml:space="preserve">[24:58] </w:t>
      </w:r>
      <w:r>
        <w:t>I am therefore God is yani yeh aik baat us ne kahi thi aik philosophical question ke jawab</w:t>
      </w:r>
    </w:p>
    <w:p>
      <w:pPr>
        <w:jc w:val="right"/>
      </w:pPr>
      <w:r>
        <w:t>I am therefore God is یعنی یہ ایک بات اس نے کہی تھی ایک philosophical question کے جواب</w:t>
      </w:r>
    </w:p>
    <w:p>
      <w:r>
        <w:rPr>
          <w:b/>
        </w:rPr>
        <w:t xml:space="preserve">[25:05] </w:t>
      </w:r>
      <w:r>
        <w:t>mein insan ke baray mein, lekin isi mein Khuda ka ka aik noor maujood hai.</w:t>
      </w:r>
    </w:p>
    <w:p>
      <w:pPr>
        <w:jc w:val="right"/>
      </w:pPr>
      <w:r>
        <w:t>میں انسان کے بارے میں، لیکن اسی میں خدا کا کا ایک نور موجود ہے۔</w:t>
      </w:r>
    </w:p>
    <w:p>
      <w:r>
        <w:rPr>
          <w:b/>
        </w:rPr>
        <w:t xml:space="preserve">[25:12] </w:t>
      </w:r>
      <w:r>
        <w:t>us ne kaha tha ke I think therefore I am aap is ko convert kar sakein, is mein</w:t>
      </w:r>
    </w:p>
    <w:p>
      <w:pPr>
        <w:jc w:val="right"/>
      </w:pPr>
      <w:r>
        <w:t>اس نے کہا تھا کہ I think therefore I am آپ اس کو convert کر سکیں، اس میں</w:t>
      </w:r>
    </w:p>
    <w:p>
      <w:r>
        <w:rPr>
          <w:b/>
        </w:rPr>
        <w:t xml:space="preserve">[25:20] </w:t>
      </w:r>
      <w:r>
        <w:t>extract kar saken, aur keh saken ke I am therefore God is.</w:t>
      </w:r>
    </w:p>
    <w:p>
      <w:pPr>
        <w:jc w:val="right"/>
      </w:pPr>
      <w:r>
        <w:t>extract کر سکیں، اور کہہ سکیں کہ I am therefore God is ۔</w:t>
      </w:r>
    </w:p>
    <w:p>
      <w:r>
        <w:rPr>
          <w:b/>
        </w:rPr>
        <w:t xml:space="preserve">[25:27] </w:t>
      </w:r>
      <w:r>
        <w:t>aise hi jadeed modern science jo hai, us ne yeh daryaft kiya hai ke yeh jo universe hai,</w:t>
      </w:r>
    </w:p>
    <w:p>
      <w:pPr>
        <w:jc w:val="right"/>
      </w:pPr>
      <w:r>
        <w:t>ایسے ہی جدید modern science جو ہے، اس نے یہ دریافت کیا ہے کہ یہ جو universe ہے،</w:t>
      </w:r>
    </w:p>
    <w:p>
      <w:r>
        <w:rPr>
          <w:b/>
        </w:rPr>
        <w:t xml:space="preserve">[25:35] </w:t>
      </w:r>
      <w:r>
        <w:t>yeh universe aik intelligent universe hai.</w:t>
      </w:r>
    </w:p>
    <w:p>
      <w:pPr>
        <w:jc w:val="right"/>
      </w:pPr>
      <w:r>
        <w:t>یہ universe ایک intelligent universe ہے۔</w:t>
      </w:r>
    </w:p>
    <w:p>
      <w:r>
        <w:rPr>
          <w:b/>
        </w:rPr>
        <w:t xml:space="preserve">[25:42] </w:t>
      </w:r>
      <w:r>
        <w:t>is pe bohat si kitabein likhi gayi hain, Fred Hahn ki kitab hai aur bohat si kitabein hain.</w:t>
      </w:r>
    </w:p>
    <w:p>
      <w:pPr>
        <w:jc w:val="right"/>
      </w:pPr>
      <w:r>
        <w:t>اس پہ بہت سی کتابیں لکھی گئی ہیں، Fred Hahn کی کتاب ہے اور بہت سی کتابیں ہیں۔</w:t>
      </w:r>
    </w:p>
    <w:p>
      <w:r>
        <w:rPr>
          <w:b/>
        </w:rPr>
        <w:t xml:space="preserve">[25:49] </w:t>
      </w:r>
      <w:r>
        <w:t>Intelligent universe to woh us ko kehte hain material sense mein.</w:t>
      </w:r>
    </w:p>
    <w:p>
      <w:pPr>
        <w:jc w:val="right"/>
      </w:pPr>
      <w:r>
        <w:t>Intelligent universe تو وہ اس کو کہتے ہیں material sense میں۔</w:t>
      </w:r>
    </w:p>
    <w:p>
      <w:r>
        <w:rPr>
          <w:b/>
        </w:rPr>
        <w:t xml:space="preserve">[25:57] </w:t>
      </w:r>
      <w:r>
        <w:t>aap is se noor marifat nikalein ke jab intelligent universe hai to is ka aik aik intelligent creative</w:t>
      </w:r>
    </w:p>
    <w:p>
      <w:pPr>
        <w:jc w:val="right"/>
      </w:pPr>
      <w:r>
        <w:t>آپ اس سے نور معرفت نکالیں کہ جب intelligent universe ہے تو اس کا ایک ایک intelligent creative</w:t>
      </w:r>
    </w:p>
    <w:p>
      <w:r>
        <w:rPr>
          <w:b/>
        </w:rPr>
        <w:t xml:space="preserve">[26:04] </w:t>
      </w:r>
      <w:r>
        <w:t>bhi hona chahiye.</w:t>
      </w:r>
    </w:p>
    <w:p>
      <w:pPr>
        <w:jc w:val="right"/>
      </w:pPr>
      <w:r>
        <w:t>بھی ہونا چاہیے۔</w:t>
      </w:r>
    </w:p>
    <w:p>
      <w:r>
        <w:rPr>
          <w:b/>
        </w:rPr>
        <w:t xml:space="preserve">[26:12] </w:t>
      </w:r>
      <w:r>
        <w:t>Intelligent universe apne aap mein sabit karta hai ke is ka aik intelligent creator hai.</w:t>
      </w:r>
    </w:p>
    <w:p>
      <w:pPr>
        <w:jc w:val="right"/>
      </w:pPr>
      <w:r>
        <w:t>Intelligent universe اپنے آپ میں ثابت کرتا ہے کہ اس کا ایک intelligent creator ہے۔</w:t>
      </w:r>
    </w:p>
    <w:p>
      <w:r>
        <w:rPr>
          <w:b/>
        </w:rPr>
        <w:t xml:space="preserve">[26:19] </w:t>
      </w:r>
      <w:r>
        <w:t>is ke andar jo aik aik noor marifat tha, us ko aap ne extract kiya aur yeh kaha</w:t>
      </w:r>
    </w:p>
    <w:p>
      <w:pPr>
        <w:jc w:val="right"/>
      </w:pPr>
      <w:r>
        <w:t>اس کے اندر جو ایک ایک نور معرفت تھا، اس کو آپ نے extract کیا اور یہ کہا</w:t>
      </w:r>
    </w:p>
    <w:p>
      <w:r>
        <w:rPr>
          <w:b/>
        </w:rPr>
        <w:t xml:space="preserve">[26:26] </w:t>
      </w:r>
      <w:r>
        <w:t>ke jab aik intelligent universe hai to is se apne aap mein nikalta hai ke intelligent creator bhi</w:t>
      </w:r>
    </w:p>
    <w:p>
      <w:pPr>
        <w:jc w:val="right"/>
      </w:pPr>
      <w:r>
        <w:t>کہ جب ایک intelligent universe ہے تو اس سے اپنے آپ میں نکلتا ہے کہ intelligent creator بھی</w:t>
      </w:r>
    </w:p>
    <w:p>
      <w:r>
        <w:rPr>
          <w:b/>
        </w:rPr>
        <w:t xml:space="preserve">[26:34] </w:t>
      </w:r>
      <w:r>
        <w:t>yahan par hai.</w:t>
      </w:r>
    </w:p>
    <w:p>
      <w:pPr>
        <w:jc w:val="right"/>
      </w:pPr>
      <w:r>
        <w:t>یہاں پر ہے۔</w:t>
      </w:r>
    </w:p>
    <w:p>
      <w:r>
        <w:rPr>
          <w:b/>
        </w:rPr>
        <w:t xml:space="preserve">[26:41] </w:t>
      </w:r>
      <w:r>
        <w:t>to jitne bhi yani woh arabi shair ka shair hai ke wa fi kulli shay'in lahu ayatul tadullu ala</w:t>
      </w:r>
    </w:p>
    <w:p>
      <w:pPr>
        <w:jc w:val="right"/>
      </w:pPr>
      <w:r>
        <w:t>تو جتنے بھی یعنی وہ عربی شاعر کا شعر ہے کہ وَفِي كُلِّ شَيْءٍ لَهُ آَيَةٌ تَدُلُّ عَلَىٰ</w:t>
      </w:r>
    </w:p>
    <w:p>
      <w:r>
        <w:rPr>
          <w:b/>
        </w:rPr>
        <w:t xml:space="preserve">[26:48] </w:t>
      </w:r>
      <w:r>
        <w:t>annahu al-wahid wa fi kulli shay'in lahu ayatun tadullu 'ala annahu al-wahid yani har cheez mein aik nishani hai</w:t>
      </w:r>
    </w:p>
    <w:p>
      <w:pPr>
        <w:jc w:val="right"/>
      </w:pPr>
      <w:r>
        <w:t>أَنَّهُ الْوَاحِدُ وَفِي كُلِّ شَيْءٍ لَهُ آَيَةٌ تَدُلُّ عَلَىٰ أَنَّهُ الْوَاحِدُ یعنی ہر چیز میں ایک نشانی ہے</w:t>
      </w:r>
    </w:p>
    <w:p>
      <w:r>
        <w:rPr>
          <w:b/>
        </w:rPr>
        <w:t xml:space="preserve">[26:56] </w:t>
      </w:r>
      <w:r>
        <w:t>jo batati hai ke is dunya ka aik khaliq hai.</w:t>
      </w:r>
    </w:p>
    <w:p>
      <w:pPr>
        <w:jc w:val="right"/>
      </w:pPr>
      <w:r>
        <w:t>جو بتاتی ہے کہ اس دنیا کا ایک خالق ہے۔</w:t>
      </w:r>
    </w:p>
    <w:p>
      <w:r>
        <w:rPr>
          <w:b/>
        </w:rPr>
        <w:t xml:space="preserve">[27:03] </w:t>
      </w:r>
      <w:r>
        <w:t>to ayat ko badal ke parhiye yani har cheez mein aik marifat ka content hai.</w:t>
      </w:r>
    </w:p>
    <w:p>
      <w:pPr>
        <w:jc w:val="right"/>
      </w:pPr>
      <w:r>
        <w:t>تو آیت کو بدل کے پڑھیے یعنی ہر چیز میں ایک معرفت کا content ہے۔</w:t>
      </w:r>
    </w:p>
    <w:p>
      <w:r>
        <w:rPr>
          <w:b/>
        </w:rPr>
        <w:t xml:space="preserve">[27:11] </w:t>
      </w:r>
      <w:r>
        <w:t>har cheez mein marifat ka content hai jaise phoolon mein nectar hota hai.</w:t>
      </w:r>
    </w:p>
    <w:p>
      <w:pPr>
        <w:jc w:val="right"/>
      </w:pPr>
      <w:r>
        <w:t>ہر چیز میں معرفت کا content ہے جیسے پھولوں میں nectar ہوتا ہے۔</w:t>
      </w:r>
    </w:p>
    <w:p>
      <w:r>
        <w:rPr>
          <w:b/>
        </w:rPr>
        <w:t xml:space="preserve">[27:18] </w:t>
      </w:r>
      <w:r>
        <w:t>is is content ko extract kijiye to aap ko noor milega.</w:t>
      </w:r>
    </w:p>
    <w:p>
      <w:pPr>
        <w:jc w:val="right"/>
      </w:pPr>
      <w:r>
        <w:t>اس اس content کو extract کیجئے تو آپ کو نور ملے گا۔</w:t>
      </w:r>
    </w:p>
    <w:p>
      <w:r>
        <w:rPr>
          <w:b/>
        </w:rPr>
        <w:t xml:space="preserve">[27:25] </w:t>
      </w:r>
      <w:r>
        <w:t>aap ke andar woh brilliant personality banegi jo akhirat mein mimbar shakhsiyat ke taur par zahir hogi.</w:t>
      </w:r>
    </w:p>
    <w:p>
      <w:pPr>
        <w:jc w:val="right"/>
      </w:pPr>
      <w:r>
        <w:t>آپ کے اندر وہ brilliant personality بنے گی جو آخرت میں منبر شخصیت کے طور پر ظاہر ہوگی۔</w:t>
      </w:r>
    </w:p>
    <w:p>
      <w:r>
        <w:rPr>
          <w:b/>
        </w:rPr>
        <w:t xml:space="preserve">[27:33] </w:t>
      </w:r>
      <w:r>
        <w:t>to yeh hai personality development ka formula.</w:t>
      </w:r>
    </w:p>
    <w:p>
      <w:pPr>
        <w:jc w:val="right"/>
      </w:pPr>
      <w:r>
        <w:t>تو یہ ہے personality development کا فارمولا۔</w:t>
      </w:r>
    </w:p>
    <w:p>
      <w:r>
        <w:rPr>
          <w:b/>
        </w:rPr>
        <w:t xml:space="preserve">[27:40] </w:t>
      </w:r>
      <w:r>
        <w:t>is dunya mein aap kyun hain? taake apne aap ko aik brilliant personality ke taur par develop karein.</w:t>
      </w:r>
    </w:p>
    <w:p>
      <w:pPr>
        <w:jc w:val="right"/>
      </w:pPr>
      <w:r>
        <w:t>اس دنیا میں آپ کیوں ہیں؟ تاکہ اپنے آپ کو ایک brilliant personality کے طور پر develop کریں۔</w:t>
      </w:r>
    </w:p>
    <w:p>
      <w:r>
        <w:rPr>
          <w:b/>
        </w:rPr>
        <w:t xml:space="preserve">[27:48] </w:t>
      </w:r>
      <w:r>
        <w:t>spiritual sense mein is dunya mein har aurat, har mard is liye hai ke woh soche, study kare,</w:t>
      </w:r>
    </w:p>
    <w:p>
      <w:pPr>
        <w:jc w:val="right"/>
      </w:pPr>
      <w:r>
        <w:t>Spiritual sense میں اس دنیا میں ہر عورت، ہر مرد اس لیے ہے کہ وہ سوچے، study کرے،</w:t>
      </w:r>
    </w:p>
    <w:p>
      <w:r>
        <w:rPr>
          <w:b/>
        </w:rPr>
        <w:t xml:space="preserve">[27:55] </w:t>
      </w:r>
      <w:r>
        <w:t>experience se sabak le, aik is tarah ki aik bharpoor zindagi guzare.</w:t>
      </w:r>
    </w:p>
    <w:p>
      <w:pPr>
        <w:jc w:val="right"/>
      </w:pPr>
      <w:r>
        <w:t>experience سے سبق لے، ایک اس طرح کی ایک بھرپور زندگی گزارے۔</w:t>
      </w:r>
    </w:p>
    <w:p>
      <w:r>
        <w:rPr>
          <w:b/>
        </w:rPr>
        <w:t xml:space="preserve">[28:02] </w:t>
      </w:r>
      <w:r>
        <w:t>woh nectar ki tarah har cheez se marifat ka noor extract kare.</w:t>
      </w:r>
    </w:p>
    <w:p>
      <w:pPr>
        <w:jc w:val="right"/>
      </w:pPr>
      <w:r>
        <w:t>وہ nectar کی طرح ہر چیز سے معرفت کا نور extract کرے۔</w:t>
      </w:r>
    </w:p>
    <w:p>
      <w:r>
        <w:rPr>
          <w:b/>
        </w:rPr>
        <w:t xml:space="preserve">[28:10] </w:t>
      </w:r>
      <w:r>
        <w:t>is process ke douran aap ki aik brilliant personality banti hai.</w:t>
      </w:r>
    </w:p>
    <w:p>
      <w:pPr>
        <w:jc w:val="right"/>
      </w:pPr>
      <w:r>
        <w:t>اس process کے دوران آپ کی ایک brilliant personality بنتی ہے۔</w:t>
      </w:r>
    </w:p>
    <w:p>
      <w:r>
        <w:rPr>
          <w:b/>
        </w:rPr>
        <w:t xml:space="preserve">[28:17] </w:t>
      </w:r>
      <w:r>
        <w:t>spiritually a brilliant personality ban rahi hai, ban rahi hai, ban rahi hai.</w:t>
      </w:r>
    </w:p>
    <w:p>
      <w:pPr>
        <w:jc w:val="right"/>
      </w:pPr>
      <w:r>
        <w:t>Spiritually a brilliant personality بن رہی ہے، بن رہی ہے، بن رہی ہے۔</w:t>
      </w:r>
    </w:p>
    <w:p>
      <w:r>
        <w:rPr>
          <w:b/>
        </w:rPr>
        <w:t xml:space="preserve">[28:25] </w:t>
      </w:r>
      <w:r>
        <w:t>lekin dunya mein woh zahir nahi hoti.</w:t>
      </w:r>
    </w:p>
    <w:p>
      <w:pPr>
        <w:jc w:val="right"/>
      </w:pPr>
      <w:r>
        <w:t>لیکن دنیا میں وہ ظاہر نہیں ہوتی۔</w:t>
      </w:r>
    </w:p>
    <w:p>
      <w:r>
        <w:rPr>
          <w:b/>
        </w:rPr>
        <w:t xml:space="preserve">[28:32] </w:t>
      </w:r>
      <w:r>
        <w:t>aap jo aik bharpoor zindagi guzarenge aur cheezon mein jo marifat ka content hai, us ko le</w:t>
      </w:r>
    </w:p>
    <w:p>
      <w:pPr>
        <w:jc w:val="right"/>
      </w:pPr>
      <w:r>
        <w:t>آپ جو ایک بھرپور زندگی گزاریں گے اور چیزوں میں جو معرفت کا content ہے، اس کو لے</w:t>
      </w:r>
    </w:p>
    <w:p>
      <w:r>
        <w:rPr>
          <w:b/>
        </w:rPr>
        <w:t xml:space="preserve">[28:39] </w:t>
      </w:r>
      <w:r>
        <w:t>le kar ke aap us ko food banate rahenge, apne andar marifat ka noor bharte rahenge,</w:t>
      </w:r>
    </w:p>
    <w:p>
      <w:pPr>
        <w:jc w:val="right"/>
      </w:pPr>
      <w:r>
        <w:t>لے کر کے آپ اس کو food بناتے رہیں گے، اپنے اندر معرفت کا نور بھرتے رہیں گے،</w:t>
      </w:r>
    </w:p>
    <w:p>
      <w:r>
        <w:rPr>
          <w:b/>
        </w:rPr>
        <w:t xml:space="preserve">[28:47] </w:t>
      </w:r>
      <w:r>
        <w:t>to aap ki aik brilliant personality to banegi lekin dunya mein woh dikhai nahi degi.</w:t>
      </w:r>
    </w:p>
    <w:p>
      <w:pPr>
        <w:jc w:val="right"/>
      </w:pPr>
      <w:r>
        <w:t>تو آپ کی ایک brilliant personality تو بنے گی لیکن دنیا میں وہ دکھائی نہیں دے گی۔</w:t>
      </w:r>
    </w:p>
    <w:p>
      <w:r>
        <w:rPr>
          <w:b/>
        </w:rPr>
        <w:t xml:space="preserve">[28:54] </w:t>
      </w:r>
      <w:r>
        <w:t>dunya mein woh kisi ko dikhai nahi degi.</w:t>
      </w:r>
    </w:p>
    <w:p>
      <w:pPr>
        <w:jc w:val="right"/>
      </w:pPr>
      <w:r>
        <w:t>دنیا میں وہ کسی کو دکھائی نہیں دے گی۔</w:t>
      </w:r>
    </w:p>
    <w:p>
      <w:r>
        <w:rPr>
          <w:b/>
        </w:rPr>
        <w:t xml:space="preserve">[29:01] </w:t>
      </w:r>
      <w:r>
        <w:t>lekin akhirat jo aik aik aik different dunya hogi, jahan ke laws different honge, jahan ke halaat</w:t>
      </w:r>
    </w:p>
    <w:p>
      <w:pPr>
        <w:jc w:val="right"/>
      </w:pPr>
      <w:r>
        <w:t>لیکن آخرت جو ایک ایک ایک different دنیا ہوگی، جہاں کے laws different ہوں گے، جہاں کے حالات</w:t>
      </w:r>
    </w:p>
    <w:p>
      <w:r>
        <w:rPr>
          <w:b/>
        </w:rPr>
        <w:t xml:space="preserve">[29:09] </w:t>
      </w:r>
      <w:r>
        <w:t>different honge, to wahan aap ke har momin mard, har momin aurat apni is brilliant personality ke</w:t>
      </w:r>
    </w:p>
    <w:p>
      <w:pPr>
        <w:jc w:val="right"/>
      </w:pPr>
      <w:r>
        <w:t>different ہوں گے، تو وہاں آپ کے ہر مومن مرد، ہر مومن عورت اپنی اس brilliant personality کے</w:t>
      </w:r>
    </w:p>
    <w:p>
      <w:r>
        <w:rPr>
          <w:b/>
        </w:rPr>
        <w:t xml:space="preserve">[29:16] </w:t>
      </w:r>
      <w:r>
        <w:t>saath numayan ho jayega jo dunya mein is ne banaya tha.</w:t>
      </w:r>
    </w:p>
    <w:p>
      <w:pPr>
        <w:jc w:val="right"/>
      </w:pPr>
      <w:r>
        <w:t>ساتھ نمایاں ہو جائے گا جو دنیا میں اس نے بنایا تھا۔</w:t>
      </w:r>
    </w:p>
    <w:p>
      <w:r>
        <w:rPr>
          <w:b/>
        </w:rPr>
        <w:t xml:space="preserve">[29:24] </w:t>
      </w:r>
      <w:r>
        <w:t>ab yahi log hain jo jannat ke liye jinka selection hoga.</w:t>
      </w:r>
    </w:p>
    <w:p>
      <w:pPr>
        <w:jc w:val="right"/>
      </w:pPr>
      <w:r>
        <w:t>اب یہی لوگ ہیں جو جنت کے لیے جن کا selection ہوگا۔</w:t>
      </w:r>
    </w:p>
    <w:p>
      <w:r>
        <w:rPr>
          <w:b/>
        </w:rPr>
        <w:t xml:space="preserve">[29:31] </w:t>
      </w:r>
      <w:r>
        <w:t>to goya ke process yeh hai ke dunya mein aap zindagi guzare shehad ke makhi ki tarah.</w:t>
      </w:r>
    </w:p>
    <w:p>
      <w:pPr>
        <w:jc w:val="right"/>
      </w:pPr>
      <w:r>
        <w:t>تو گویا کہ process یہ ہے کہ دنیا میں آپ زندگی گزاریں شہد کے مکھی کی طرح۔</w:t>
      </w:r>
    </w:p>
    <w:p>
      <w:r>
        <w:rPr>
          <w:b/>
        </w:rPr>
        <w:t xml:space="preserve">[29:38] </w:t>
      </w:r>
      <w:r>
        <w:t>shehad ke makhi jaise nectar ka jo content hota hai phoolon mein, us ko nikalti rehti hai, nikalti rehti hai.</w:t>
      </w:r>
    </w:p>
    <w:p>
      <w:pPr>
        <w:jc w:val="right"/>
      </w:pPr>
      <w:r>
        <w:t>شہد کے مکھی جیسے nectar کا جو content ہوتا ہے پھولوں میں، اس کو نکالتی رہتی ہے، نکالتی رہتی ہے۔</w:t>
      </w:r>
    </w:p>
    <w:p>
      <w:r>
        <w:rPr>
          <w:b/>
        </w:rPr>
        <w:t xml:space="preserve">[29:46] </w:t>
      </w:r>
      <w:r>
        <w:t>to aap bhi dunya mein is tarah zindagi guzarein ke marifat ka jo content hai cheezon mein, us</w:t>
      </w:r>
    </w:p>
    <w:p>
      <w:pPr>
        <w:jc w:val="right"/>
      </w:pPr>
      <w:r>
        <w:t>تو آپ بھی دنیا میں اس طرح زندگی گزاریں کہ معرفت کا جو content ہے چیزوں میں، اس</w:t>
      </w:r>
    </w:p>
    <w:p>
      <w:r>
        <w:rPr>
          <w:b/>
        </w:rPr>
        <w:t xml:space="preserve">[29:53] </w:t>
      </w:r>
      <w:r>
        <w:t>ko nikalein, is ko apna food banaein.</w:t>
      </w:r>
    </w:p>
    <w:p>
      <w:pPr>
        <w:jc w:val="right"/>
      </w:pPr>
      <w:r>
        <w:t>کو نکالیں، اس کو اپنا food بنائیں۔</w:t>
      </w:r>
    </w:p>
    <w:p>
      <w:r>
        <w:rPr>
          <w:b/>
        </w:rPr>
        <w:t xml:space="preserve">[30:01] </w:t>
      </w:r>
      <w:r>
        <w:t>is tarah aap ke andar aik brilliant personality banti rahe gi, banti rahe gi, banti rahe gi.</w:t>
      </w:r>
    </w:p>
    <w:p>
      <w:pPr>
        <w:jc w:val="right"/>
      </w:pPr>
      <w:r>
        <w:t>اس طرح آپ کے اندر ایک brilliant personality بنتی رہے گی، بنتی رہے گی، بنتی رہے گی۔</w:t>
      </w:r>
    </w:p>
    <w:p>
      <w:r>
        <w:rPr>
          <w:b/>
        </w:rPr>
        <w:t xml:space="preserve">[30:08] </w:t>
      </w:r>
      <w:r>
        <w:t>Spiritual sense mein phir jab doosri duniya mein pahunchein ge, aakhirat mein to is duniya mein to aap</w:t>
      </w:r>
    </w:p>
    <w:p>
      <w:pPr>
        <w:jc w:val="right"/>
      </w:pPr>
      <w:r>
        <w:t>Spiritual sense میں پھر جب دوسری دنیا میں پہنچیں گے، آخرت میں تو اس دنیا میں تو آپ</w:t>
      </w:r>
    </w:p>
    <w:p>
      <w:r>
        <w:rPr>
          <w:b/>
        </w:rPr>
        <w:t xml:space="preserve">[30:15] </w:t>
      </w:r>
      <w:r>
        <w:t>ko physical sense mein log dekhte hain, bas wahan aap ko is sense mein dekhein ge, is is</w:t>
      </w:r>
    </w:p>
    <w:p>
      <w:pPr>
        <w:jc w:val="right"/>
      </w:pPr>
      <w:r>
        <w:t>کو physical sense میں لوگ دیکھتے ہیں، بس وہاں آپ کو اس sense میں دیکھیں گے، اس اس</w:t>
      </w:r>
    </w:p>
    <w:p>
      <w:r>
        <w:rPr>
          <w:b/>
        </w:rPr>
        <w:t xml:space="preserve">[30:23] </w:t>
      </w:r>
      <w:r>
        <w:t>roop mein aik roshan shakhsiyat, aik munawwar shakhsiyat, aik brilliant shakhsiyat.</w:t>
      </w:r>
    </w:p>
    <w:p>
      <w:pPr>
        <w:jc w:val="right"/>
      </w:pPr>
      <w:r>
        <w:t>روپ میں ایک روشن شخصیت، ایک منور شخصیت، ایک brilliant شخصیت۔</w:t>
      </w:r>
    </w:p>
    <w:p>
      <w:r>
        <w:rPr>
          <w:b/>
        </w:rPr>
        <w:t xml:space="preserve">[30:30] </w:t>
      </w:r>
      <w:r>
        <w:t>Phir yehi woh log hain jin ko farishtay aa ke kahein ge ke tum par salamti ho, tumhare</w:t>
      </w:r>
    </w:p>
    <w:p>
      <w:pPr>
        <w:jc w:val="right"/>
      </w:pPr>
      <w:r>
        <w:t>پھر یہی وہ لوگ ہیں جن کو فرشتے آ کے کہیں گے کہ تم پر سلامتی ہو، تمہارے</w:t>
      </w:r>
    </w:p>
    <w:p>
      <w:r>
        <w:rPr>
          <w:b/>
        </w:rPr>
        <w:t xml:space="preserve">[30:38] </w:t>
      </w:r>
      <w:r>
        <w:t>liye jannat ka faisla kiya gaya hai.</w:t>
      </w:r>
    </w:p>
    <w:p>
      <w:pPr>
        <w:jc w:val="right"/>
      </w:pPr>
      <w:r>
        <w:t>لیے جنت کا فیصلہ کیا گیا ہے۔</w:t>
      </w:r>
    </w:p>
    <w:p>
      <w:r>
        <w:rPr>
          <w:b/>
        </w:rPr>
        <w:t xml:space="preserve">[30:45] </w:t>
      </w:r>
      <w:r>
        <w:t>Eternal jannat ka.</w:t>
      </w:r>
    </w:p>
    <w:p>
      <w:pPr>
        <w:jc w:val="right"/>
      </w:pPr>
      <w:r>
        <w:t>Eternal جنت کا۔</w:t>
      </w:r>
    </w:p>
    <w:p>
      <w:r>
        <w:rPr>
          <w:b/>
        </w:rPr>
        <w:t xml:space="preserve">[30:52] </w:t>
      </w:r>
      <w:r>
        <w:t>To Quran ki in aayaton ko aap ghaur se parhiye aur rabbana atmim lana noorana jo aayat hai,</w:t>
      </w:r>
    </w:p>
    <w:p>
      <w:pPr>
        <w:jc w:val="right"/>
      </w:pPr>
      <w:r>
        <w:t>تو قرآن کی ان آیتوں کو آپ غور سے پڑھیے اور رَبَّنَا أَتْمِمْ لَنَا نُورَنَا جو آیت ہے،</w:t>
      </w:r>
    </w:p>
    <w:p>
      <w:r>
        <w:rPr>
          <w:b/>
        </w:rPr>
        <w:t xml:space="preserve">[31:00] </w:t>
      </w:r>
      <w:r>
        <w:t>is is ko apna apni zindagi ka usool banaiye ke cheezon se aap marifat ka content extract karte</w:t>
      </w:r>
    </w:p>
    <w:p>
      <w:pPr>
        <w:jc w:val="right"/>
      </w:pPr>
      <w:r>
        <w:t>اس اس کو اپنا اپنی زندگی کا اصول بنائیے کہ چیزوں سے آپ معرفت کا content extract کرتے</w:t>
      </w:r>
    </w:p>
    <w:p>
      <w:r>
        <w:rPr>
          <w:b/>
        </w:rPr>
        <w:t xml:space="preserve">[31:07] </w:t>
      </w:r>
      <w:r>
        <w:t>rahein, karte rahein taake aap ke andar woh personality bane jo aakhirat mein zahir hogi.</w:t>
      </w:r>
    </w:p>
    <w:p>
      <w:pPr>
        <w:jc w:val="right"/>
      </w:pPr>
      <w:r>
        <w:t>رہیں، کرتے رہیں تاکہ آپ کے اندر وہ personality بنے جو آخرت میں ظاہر ہوگی۔</w:t>
      </w:r>
    </w:p>
    <w:p>
      <w:r>
        <w:rPr>
          <w:b/>
        </w:rPr>
        <w:t xml:space="preserve">[31:14] </w:t>
      </w:r>
      <w:r>
        <w:t>Noorani personality ke taur par.</w:t>
      </w:r>
    </w:p>
    <w:p>
      <w:pPr>
        <w:jc w:val="right"/>
      </w:pPr>
      <w:r>
        <w:t>نورانی personality کے طور پر۔</w:t>
      </w:r>
    </w:p>
    <w:p>
      <w:r>
        <w:rPr>
          <w:b/>
        </w:rPr>
        <w:t xml:space="preserve">[31:22] </w:t>
      </w:r>
      <w:r>
        <w:t>Aur phir jis ko farishtay khushkhabri dein ge aur doosre logon ke paas aanay ke liye yeh hai</w:t>
      </w:r>
    </w:p>
    <w:p>
      <w:pPr>
        <w:jc w:val="right"/>
      </w:pPr>
      <w:r>
        <w:t>اور پھر جس کو فرشتے خوشخبری دیں گے اور دوسرے لوگوں کے پاس آنے کے لیے یہ ہے</w:t>
      </w:r>
    </w:p>
    <w:p>
      <w:r>
        <w:rPr>
          <w:b/>
        </w:rPr>
        <w:t xml:space="preserve">[31:29] </w:t>
      </w:r>
      <w:r>
        <w:t>woh insaan, yeh hai woh insaan.</w:t>
      </w:r>
    </w:p>
    <w:p>
      <w:pPr>
        <w:jc w:val="right"/>
      </w:pPr>
      <w:r>
        <w:t>وہ انسان، یہ ہے وہ انسان۔</w:t>
      </w:r>
    </w:p>
    <w:p>
      <w:r>
        <w:rPr>
          <w:b/>
        </w:rPr>
        <w:t xml:space="preserve">[31:37] </w:t>
      </w:r>
      <w:r>
        <w:t>To yeh jo hai ke in ka noor daur raha hoga to daurane ke maani hain ke jaise</w:t>
      </w:r>
    </w:p>
    <w:p>
      <w:pPr>
        <w:jc w:val="right"/>
      </w:pPr>
      <w:r>
        <w:t>تو یہ جو ہے کہ ان کا نور دوڑ رہا ہوگا تو دوڑنے کے معنی ہیں کہ جیسے</w:t>
      </w:r>
    </w:p>
    <w:p>
      <w:r>
        <w:rPr>
          <w:b/>
        </w:rPr>
        <w:t xml:space="preserve">[31:44] </w:t>
      </w:r>
      <w:r>
        <w:t>saare sawariyan daurti hain, is tarah daur raha hoga.</w:t>
      </w:r>
    </w:p>
    <w:p>
      <w:pPr>
        <w:jc w:val="right"/>
      </w:pPr>
      <w:r>
        <w:t>سارے سواریاں دوڑتی ہیں، اس طرح دوڑ رہا ہوگا۔</w:t>
      </w:r>
    </w:p>
    <w:p>
      <w:r>
        <w:rPr>
          <w:b/>
        </w:rPr>
        <w:t xml:space="preserve">[31:51] </w:t>
      </w:r>
      <w:r>
        <w:t>Yaani in ka noor visible ho jaye ga.</w:t>
      </w:r>
    </w:p>
    <w:p>
      <w:pPr>
        <w:jc w:val="right"/>
      </w:pPr>
      <w:r>
        <w:t>یعنی ان کا نور visible ہو جائے گا۔</w:t>
      </w:r>
    </w:p>
    <w:p>
      <w:r>
        <w:rPr>
          <w:b/>
        </w:rPr>
        <w:t xml:space="preserve">[31:59] </w:t>
      </w:r>
      <w:r>
        <w:t>Duniya mein visible nahi hai.</w:t>
      </w:r>
    </w:p>
    <w:p>
      <w:pPr>
        <w:jc w:val="right"/>
      </w:pPr>
      <w:r>
        <w:t>دنیا میں visible نہیں ہے۔</w:t>
      </w:r>
    </w:p>
    <w:p>
      <w:r>
        <w:rPr>
          <w:b/>
        </w:rPr>
        <w:t xml:space="preserve">[32:06] </w:t>
      </w:r>
      <w:r>
        <w:t>Duniya mein bohat bari sacrifice inhone ki Allah ke liye.</w:t>
      </w:r>
    </w:p>
    <w:p>
      <w:pPr>
        <w:jc w:val="right"/>
      </w:pPr>
      <w:r>
        <w:t>دنیا میں بہت بڑی sacrifice انہوں نے کی اللہ کے لیے۔</w:t>
      </w:r>
    </w:p>
    <w:p>
      <w:r>
        <w:rPr>
          <w:b/>
        </w:rPr>
        <w:t xml:space="preserve">[32:14] </w:t>
      </w:r>
      <w:r>
        <w:t>Woh wallazeena aamanoo ashaddahum billahi ka case bane.</w:t>
      </w:r>
    </w:p>
    <w:p>
      <w:pPr>
        <w:jc w:val="right"/>
      </w:pPr>
      <w:r>
        <w:t>وہ وَالَّذِينَ آمَنُوا أَشَدُّهُمْ بِاللَّهِ کا case بنے۔</w:t>
      </w:r>
    </w:p>
    <w:p>
      <w:r>
        <w:rPr>
          <w:b/>
        </w:rPr>
        <w:t xml:space="preserve">[32:21] </w:t>
      </w:r>
      <w:r>
        <w:t>Wallazeena yakhshawnal laahi ka case bane.</w:t>
      </w:r>
    </w:p>
    <w:p>
      <w:pPr>
        <w:jc w:val="right"/>
      </w:pPr>
      <w:r>
        <w:t>وَالَّذِينَ يَخْشَونَ الَّلَّهِ کا case بنے۔</w:t>
      </w:r>
    </w:p>
    <w:p>
      <w:r>
        <w:rPr>
          <w:b/>
        </w:rPr>
        <w:t xml:space="preserve">[32:28] </w:t>
      </w:r>
      <w:r>
        <w:t>Yaani Allah se bohat mohabbat mohabbat ki inhone.</w:t>
      </w:r>
    </w:p>
    <w:p>
      <w:pPr>
        <w:jc w:val="right"/>
      </w:pPr>
      <w:r>
        <w:t>یعنی اللہ سے بہت محبت محبت کی انہوں نے۔</w:t>
      </w:r>
    </w:p>
    <w:p>
      <w:r>
        <w:rPr>
          <w:b/>
        </w:rPr>
        <w:t xml:space="preserve">[32:36] </w:t>
      </w:r>
      <w:r>
        <w:t>Allah se bohat darne wale bane woh.</w:t>
      </w:r>
    </w:p>
    <w:p>
      <w:pPr>
        <w:jc w:val="right"/>
      </w:pPr>
      <w:r>
        <w:t>اللہ سے بہت ڈرنے والے بنے وہ۔</w:t>
      </w:r>
    </w:p>
    <w:p>
      <w:r>
        <w:rPr>
          <w:b/>
        </w:rPr>
        <w:t xml:space="preserve">[32:43] </w:t>
      </w:r>
      <w:r>
        <w:t>Lekin yeh sab in ke andar tha.</w:t>
      </w:r>
    </w:p>
    <w:p>
      <w:pPr>
        <w:jc w:val="right"/>
      </w:pPr>
      <w:r>
        <w:t>لیکن یہ سب ان کے اندر تھا۔</w:t>
      </w:r>
    </w:p>
    <w:p>
      <w:r>
        <w:rPr>
          <w:b/>
        </w:rPr>
        <w:t xml:space="preserve">[32:51] </w:t>
      </w:r>
      <w:r>
        <w:t>In ke physical body ke andar chupa hua tha.</w:t>
      </w:r>
    </w:p>
    <w:p>
      <w:pPr>
        <w:jc w:val="right"/>
      </w:pPr>
      <w:r>
        <w:t>ان کے physical body کے اندر چھپا ہوا تھا۔</w:t>
      </w:r>
    </w:p>
    <w:p>
      <w:r>
        <w:rPr>
          <w:b/>
        </w:rPr>
        <w:t xml:space="preserve">[32:58] </w:t>
      </w:r>
      <w:r>
        <w:t>aakhirat mein kya hoga ke in ka jo in ki jo shakhsiyat, in ki jo brilliant personality dunya</w:t>
      </w:r>
    </w:p>
    <w:p>
      <w:pPr>
        <w:jc w:val="right"/>
      </w:pPr>
      <w:r>
        <w:t>آخرت میں کیا ہوگا کہ ان کا جو ان کی جو شخصیت، ان کی جو brilliant personality دنیا</w:t>
      </w:r>
    </w:p>
    <w:p>
      <w:r>
        <w:rPr>
          <w:b/>
        </w:rPr>
        <w:t xml:space="preserve">[33:05] </w:t>
      </w:r>
      <w:r>
        <w:t>mein zahir nahi hui thi, wahan zahir ho jayegi.</w:t>
      </w:r>
    </w:p>
    <w:p>
      <w:pPr>
        <w:jc w:val="right"/>
      </w:pPr>
      <w:r>
        <w:t>میں ظاہر نہیں ہوئی تھی، وہاں ظاہر ہو جائے گی۔</w:t>
      </w:r>
    </w:p>
    <w:p>
      <w:r>
        <w:rPr>
          <w:b/>
        </w:rPr>
        <w:t xml:space="preserve">[33:13] </w:t>
      </w:r>
      <w:r>
        <w:t>quran mein bhi ek aayat hai ke ke kuch log wahan roshan chehre wale honge aur kuch</w:t>
      </w:r>
    </w:p>
    <w:p>
      <w:pPr>
        <w:jc w:val="right"/>
      </w:pPr>
      <w:r>
        <w:t>قرآن میں بھی ایک آیت ہے کہ کہ کچھ لوگ وہاں روشن چہرے والے ہوں گے اور کچھ</w:t>
      </w:r>
    </w:p>
    <w:p>
      <w:r>
        <w:rPr>
          <w:b/>
        </w:rPr>
        <w:t xml:space="preserve">[33:20] </w:t>
      </w:r>
      <w:r>
        <w:t>log wahan black chehre wale honge.</w:t>
      </w:r>
    </w:p>
    <w:p>
      <w:pPr>
        <w:jc w:val="right"/>
      </w:pPr>
      <w:r>
        <w:t>لوگ وہاں بلیک چہرے والے ہوں گے۔</w:t>
      </w:r>
    </w:p>
    <w:p>
      <w:r>
        <w:rPr>
          <w:b/>
        </w:rPr>
        <w:t xml:space="preserve">[33:27] </w:t>
      </w:r>
      <w:r>
        <w:t>yom tabyaid wajohuhum wa taswad wajohuhum yani dunya mein jo allah wale the, jo roshan chehre ki shakal mein</w:t>
      </w:r>
    </w:p>
    <w:p>
      <w:pPr>
        <w:jc w:val="right"/>
      </w:pPr>
      <w:r>
        <w:t>يَوْمَ تَبْيِّضُوا وَجُوهُمْ وَتَسْوَدُوا وَجُوهُمْ یعنی دنیا میں جو اللہ والے تھے، جو روشن چہرے کی شکل میں</w:t>
      </w:r>
    </w:p>
    <w:p>
      <w:r>
        <w:rPr>
          <w:b/>
        </w:rPr>
        <w:t xml:space="preserve">[33:35] </w:t>
      </w:r>
      <w:r>
        <w:t>wahan zahir honge.</w:t>
      </w:r>
    </w:p>
    <w:p>
      <w:pPr>
        <w:jc w:val="right"/>
      </w:pPr>
      <w:r>
        <w:t>وہاں ظاہر ہوں گے۔</w:t>
      </w:r>
    </w:p>
    <w:p>
      <w:r>
        <w:rPr>
          <w:b/>
        </w:rPr>
        <w:t xml:space="preserve">[33:42] </w:t>
      </w:r>
      <w:r>
        <w:t>aur dunya mein jinhon ne nafs ki, shaitan ki, batil ki pairwi ki, wahan un ki shakhsiyat ek</w:t>
      </w:r>
    </w:p>
    <w:p>
      <w:pPr>
        <w:jc w:val="right"/>
      </w:pPr>
      <w:r>
        <w:t>اور دنیا میں جنہوں نے نفس کی، شیطان کی، باطل کی پیروی کی، وہاں ان کی شخصیت ایک</w:t>
      </w:r>
    </w:p>
    <w:p>
      <w:r>
        <w:rPr>
          <w:b/>
        </w:rPr>
        <w:t xml:space="preserve">[33:50] </w:t>
      </w:r>
      <w:r>
        <w:t>kaali shakhsiyat ban jayegi.</w:t>
      </w:r>
    </w:p>
    <w:p>
      <w:pPr>
        <w:jc w:val="right"/>
      </w:pPr>
      <w:r>
        <w:t>کالی شخصیت بن جائے گی۔</w:t>
      </w:r>
    </w:p>
    <w:p>
      <w:r>
        <w:rPr>
          <w:b/>
        </w:rPr>
        <w:t xml:space="preserve">[33:57] </w:t>
      </w:r>
      <w:r>
        <w:t>to yeh haqeeqat hai dunya mein.</w:t>
      </w:r>
    </w:p>
    <w:p>
      <w:pPr>
        <w:jc w:val="right"/>
      </w:pPr>
      <w:r>
        <w:t>تو یہ حقیقت ہے دنیا میں۔</w:t>
      </w:r>
    </w:p>
    <w:p>
      <w:r>
        <w:rPr>
          <w:b/>
        </w:rPr>
        <w:t xml:space="preserve">[34:04] </w:t>
      </w:r>
      <w:r>
        <w:t>dunya mein momin ki misaal ka momin in the making hai.</w:t>
      </w:r>
    </w:p>
    <w:p>
      <w:pPr>
        <w:jc w:val="right"/>
      </w:pPr>
      <w:r>
        <w:t>دنیا میں مومن کی مثال کا مومن in the making ہے۔</w:t>
      </w:r>
    </w:p>
    <w:p>
      <w:r>
        <w:rPr>
          <w:b/>
        </w:rPr>
        <w:t xml:space="preserve">[34:12] </w:t>
      </w:r>
      <w:r>
        <w:t>is is mein is aitbaar se dunya mein momin in the making hai.</w:t>
      </w:r>
    </w:p>
    <w:p>
      <w:pPr>
        <w:jc w:val="right"/>
      </w:pPr>
      <w:r>
        <w:t>اس اس میں اس اعتبار سے دنیا میں مومن in the making ہے۔</w:t>
      </w:r>
    </w:p>
    <w:p>
      <w:r>
        <w:rPr>
          <w:b/>
        </w:rPr>
        <w:t xml:space="preserve">[34:19] </w:t>
      </w:r>
      <w:r>
        <w:t>ban raha hai, ban raha hai, ban raha hai.</w:t>
      </w:r>
    </w:p>
    <w:p>
      <w:pPr>
        <w:jc w:val="right"/>
      </w:pPr>
      <w:r>
        <w:t>بن رہا ہے، بن رہا ہے، بن رہا ہے۔</w:t>
      </w:r>
    </w:p>
    <w:p>
      <w:r>
        <w:rPr>
          <w:b/>
        </w:rPr>
        <w:t xml:space="preserve">[34:27] </w:t>
      </w:r>
      <w:r>
        <w:t>is ka noor ka itmam ho raha hai, ho raha hai, ho raha hai.</w:t>
      </w:r>
    </w:p>
    <w:p>
      <w:pPr>
        <w:jc w:val="right"/>
      </w:pPr>
      <w:r>
        <w:t>اس کا نور کا اتمام ہو رہا ہے، ہو رہا ہے، ہو رہا ہے۔</w:t>
      </w:r>
    </w:p>
    <w:p>
      <w:r>
        <w:rPr>
          <w:b/>
        </w:rPr>
        <w:t xml:space="preserve">[34:34] </w:t>
      </w:r>
      <w:r>
        <w:t>rabbana atmim lana noorana.</w:t>
      </w:r>
    </w:p>
    <w:p>
      <w:pPr>
        <w:jc w:val="right"/>
      </w:pPr>
      <w:r>
        <w:t>رَبَّنَا أَتْمِمْ لَنَا نُورَنَا ۔</w:t>
      </w:r>
    </w:p>
    <w:p>
      <w:r>
        <w:rPr>
          <w:b/>
        </w:rPr>
        <w:t xml:space="preserve">[34:41] </w:t>
      </w:r>
      <w:r>
        <w:t>aur aakhirat mein woh apni mukammal soorat mein zahir ho jayega.</w:t>
      </w:r>
    </w:p>
    <w:p>
      <w:pPr>
        <w:jc w:val="right"/>
      </w:pPr>
      <w:r>
        <w:t>اور آخرت میں وہ اپنی مکمل صورت میں ظاہر ہو جائے گا۔</w:t>
      </w:r>
    </w:p>
    <w:p>
      <w:r>
        <w:rPr>
          <w:b/>
        </w:rPr>
        <w:t xml:space="preserve">[34:49] </w:t>
      </w:r>
      <w:r>
        <w:t>Spiritually brilliant personality ke roop mein.</w:t>
      </w:r>
    </w:p>
    <w:p>
      <w:pPr>
        <w:jc w:val="right"/>
      </w:pPr>
      <w:r>
        <w:t>Spiritually brilliant personality کے روپ میں۔</w:t>
      </w:r>
    </w:p>
    <w:p>
      <w:r>
        <w:rPr>
          <w:b/>
        </w:rPr>
        <w:t xml:space="preserve">[34:56] </w:t>
      </w:r>
      <w:r>
        <w:t>to yeh un logon ke liye khushkhabri hai jo dunya mein is haal mein paate hain apne aap</w:t>
      </w:r>
    </w:p>
    <w:p>
      <w:pPr>
        <w:jc w:val="right"/>
      </w:pPr>
      <w:r>
        <w:t>تو یہ ان لوگوں کے لیے خوشخبری ہے جو دنیا میں اس حال میں پاتے ہیں اپنے آپ</w:t>
      </w:r>
    </w:p>
    <w:p>
      <w:r>
        <w:rPr>
          <w:b/>
        </w:rPr>
        <w:t xml:space="preserve">[35:04] </w:t>
      </w:r>
      <w:r>
        <w:t>ko ke woh apne aap ko allah ke liye khapah rahe hain.</w:t>
      </w:r>
    </w:p>
    <w:p>
      <w:pPr>
        <w:jc w:val="right"/>
      </w:pPr>
      <w:r>
        <w:t>کو کہ وہ اپنے آپ کو اللہ کے لیے کھپا رہے ہیں۔</w:t>
      </w:r>
    </w:p>
    <w:p>
      <w:r>
        <w:rPr>
          <w:b/>
        </w:rPr>
        <w:t xml:space="preserve">[35:11] </w:t>
      </w:r>
      <w:r>
        <w:t>allah ke liye sacrifice de rahe hain.</w:t>
      </w:r>
    </w:p>
    <w:p>
      <w:pPr>
        <w:jc w:val="right"/>
      </w:pPr>
      <w:r>
        <w:t>اللہ کے لیے sacrifice دے رہے ہیں۔</w:t>
      </w:r>
    </w:p>
    <w:p>
      <w:r>
        <w:rPr>
          <w:b/>
        </w:rPr>
        <w:t xml:space="preserve">[35:18] </w:t>
      </w:r>
      <w:r>
        <w:t>allah ke mission mein apne ko lagaye hue hain.</w:t>
      </w:r>
    </w:p>
    <w:p>
      <w:pPr>
        <w:jc w:val="right"/>
      </w:pPr>
      <w:r>
        <w:t>اللہ کے mission میں اپنے کو لگائے ہوئے ہیں۔</w:t>
      </w:r>
    </w:p>
    <w:p>
      <w:r>
        <w:rPr>
          <w:b/>
        </w:rPr>
        <w:t xml:space="preserve">[35:26] </w:t>
      </w:r>
      <w:r>
        <w:t>dekhen, yeh jo baaten hain, allah ke liye khapana, sacrifice karna, yeh namaz roze mein nahi hota, yeh</w:t>
      </w:r>
    </w:p>
    <w:p>
      <w:pPr>
        <w:jc w:val="right"/>
      </w:pPr>
      <w:r>
        <w:t>دیکھیں، یہ جو باتیں ہیں، اللہ کے لیے کھپانا، sacrifice کرنا، یہ نماز روزے میں نہیں ہوتا، یہ</w:t>
      </w:r>
    </w:p>
    <w:p>
      <w:r>
        <w:rPr>
          <w:b/>
        </w:rPr>
        <w:t xml:space="preserve">[35:33] </w:t>
      </w:r>
      <w:r>
        <w:t>mission mein hota hai.</w:t>
      </w:r>
    </w:p>
    <w:p>
      <w:pPr>
        <w:jc w:val="right"/>
      </w:pPr>
      <w:r>
        <w:t>mission میں ہوتا ہے۔</w:t>
      </w:r>
    </w:p>
    <w:p>
      <w:r>
        <w:rPr>
          <w:b/>
        </w:rPr>
        <w:t xml:space="preserve">[35:40] </w:t>
      </w:r>
      <w:r>
        <w:t>allah ka jo mission hai, dawat-i mission, inzar-o-taseer ka mission, is mein hota hai yeh.</w:t>
      </w:r>
    </w:p>
    <w:p>
      <w:pPr>
        <w:jc w:val="right"/>
      </w:pPr>
      <w:r>
        <w:t>اللہ کا جو mission ہے، دعوتی mission، انظار و تفسیر کا mission، اس میں ہوتا ہے یہ۔</w:t>
      </w:r>
    </w:p>
    <w:p>
      <w:r>
        <w:rPr>
          <w:b/>
        </w:rPr>
        <w:t xml:space="preserve">[35:48] </w:t>
      </w:r>
      <w:r>
        <w:t>to bazahir to apne aap ko khapahye hue hain woh, lekin dekhne wale samajhte hain ke to kuch</w:t>
      </w:r>
    </w:p>
    <w:p>
      <w:pPr>
        <w:jc w:val="right"/>
      </w:pPr>
      <w:r>
        <w:t>تو بظاہر تو اپنے آپ کو کھپائے ہوئے ہیں وہ، لیکن دیکھنے والے سمجھتے ہیں کہ تو کچھ</w:t>
      </w:r>
    </w:p>
    <w:p>
      <w:r>
        <w:rPr>
          <w:b/>
        </w:rPr>
        <w:t xml:space="preserve">[35:55] </w:t>
      </w:r>
      <w:r>
        <w:t>nahi kar rahe.</w:t>
      </w:r>
    </w:p>
    <w:p>
      <w:pPr>
        <w:jc w:val="right"/>
      </w:pPr>
      <w:r>
        <w:t>نہیں کر رہے۔</w:t>
      </w:r>
    </w:p>
    <w:p>
      <w:r>
        <w:rPr>
          <w:b/>
        </w:rPr>
        <w:t xml:space="preserve">[36:03] </w:t>
      </w:r>
      <w:r>
        <w:t>to un ke liye is mein bohat bara solace hai ke dunya wale jo samajhte hain, samajhne do un ko.</w:t>
      </w:r>
    </w:p>
    <w:p>
      <w:pPr>
        <w:jc w:val="right"/>
      </w:pPr>
      <w:r>
        <w:t>تو ان کے لیے اس میں بہت بڑا سولس ہے کہ دنیا والے جو سمجھتے ہیں، سمجھنے دو ان کو۔</w:t>
      </w:r>
    </w:p>
    <w:p>
      <w:r>
        <w:rPr>
          <w:b/>
        </w:rPr>
        <w:t xml:space="preserve">[36:10] </w:t>
      </w:r>
      <w:r>
        <w:t>ek waqt aane wala hai jabke log jaan len ke woh kya tha.</w:t>
      </w:r>
    </w:p>
    <w:p>
      <w:pPr>
        <w:jc w:val="right"/>
      </w:pPr>
      <w:r>
        <w:t>ایک وقت آنے والا ہے جبکہ لوگ جان لیں کہ وہ کیا تھا۔</w:t>
      </w:r>
    </w:p>
    <w:p>
      <w:r>
        <w:rPr>
          <w:b/>
        </w:rPr>
        <w:t xml:space="preserve">[36:17] </w:t>
      </w:r>
      <w:r>
        <w:t>ek waqt aayega jabke har aadmi apni real personality ke hasiyat se zahir ho jayega.</w:t>
      </w:r>
    </w:p>
    <w:p>
      <w:pPr>
        <w:jc w:val="right"/>
      </w:pPr>
      <w:r>
        <w:t>ایک وقت آئے گا جبکہ ہر آدمی اپنی real personality کے حیثیت سے ظاہر ہو جائے گا۔</w:t>
      </w:r>
    </w:p>
    <w:p>
      <w:r>
        <w:rPr>
          <w:b/>
        </w:rPr>
        <w:t xml:space="preserve">[36:25] </w:t>
      </w:r>
      <w:r>
        <w:t>duniya mein to hamara physical body jo hai, ek parda hai goya.</w:t>
      </w:r>
    </w:p>
    <w:p>
      <w:pPr>
        <w:jc w:val="right"/>
      </w:pPr>
      <w:r>
        <w:t>دنیا میں تو ہمارا physical body جو ہے، ایک پردہ ہے گویا۔</w:t>
      </w:r>
    </w:p>
    <w:p>
      <w:r>
        <w:rPr>
          <w:b/>
        </w:rPr>
        <w:t xml:space="preserve">[36:32] </w:t>
      </w:r>
      <w:r>
        <w:t>hamari real personality ke upar parda hai yeh.</w:t>
      </w:r>
    </w:p>
    <w:p>
      <w:pPr>
        <w:jc w:val="right"/>
      </w:pPr>
      <w:r>
        <w:t>ہماری real personality کے اوپر پردہ ہے یہ۔</w:t>
      </w:r>
    </w:p>
    <w:p>
      <w:r>
        <w:rPr>
          <w:b/>
        </w:rPr>
        <w:t xml:space="preserve">[36:40] </w:t>
      </w:r>
      <w:r>
        <w:t>aakhirat mein kya hoga? jo hamari real personality hai, jo brilliant personality hai, spiritual sense mein, us ke</w:t>
      </w:r>
    </w:p>
    <w:p>
      <w:pPr>
        <w:jc w:val="right"/>
      </w:pPr>
      <w:r>
        <w:t>آخرت میں کیا ہوگا؟ جو ہماری real personality ہے، جو brilliant personality ہے، spiritual sense میں، اس کے</w:t>
      </w:r>
    </w:p>
    <w:p>
      <w:r>
        <w:rPr>
          <w:b/>
        </w:rPr>
        <w:t xml:space="preserve">[36:47] </w:t>
      </w:r>
      <w:r>
        <w:t>saath insaan wahan numayan ho jayega.</w:t>
      </w:r>
    </w:p>
    <w:p>
      <w:pPr>
        <w:jc w:val="right"/>
      </w:pPr>
      <w:r>
        <w:t>ساتھ انسان وہاں نمایاں ہو جائے گا۔</w:t>
      </w:r>
    </w:p>
    <w:p>
      <w:r>
        <w:rPr>
          <w:b/>
        </w:rPr>
        <w:t xml:space="preserve">[36:54] </w:t>
      </w:r>
      <w:r>
        <w:t>to sachai ka jo rasta hai, is ka matlab yahi hai ke sachai ke raste par chalne se</w:t>
      </w:r>
    </w:p>
    <w:p>
      <w:pPr>
        <w:jc w:val="right"/>
      </w:pPr>
      <w:r>
        <w:t>تو سچائی کا جو راستہ ہے، اس کا مطلب یہی ہے کہ سچائی کے راستے پر چلنے سے</w:t>
      </w:r>
    </w:p>
    <w:p>
      <w:r>
        <w:rPr>
          <w:b/>
        </w:rPr>
        <w:t xml:space="preserve">[37:02] </w:t>
      </w:r>
      <w:r>
        <w:t>aadmi ke andar musalsal taur par ek personality banti hai.</w:t>
      </w:r>
    </w:p>
    <w:p>
      <w:pPr>
        <w:jc w:val="right"/>
      </w:pPr>
      <w:r>
        <w:t>آدمی کے اندر مسلسل طور پر ایک personality بنتی ہے۔</w:t>
      </w:r>
    </w:p>
    <w:p>
      <w:r>
        <w:rPr>
          <w:b/>
        </w:rPr>
        <w:t xml:space="preserve">[37:09] </w:t>
      </w:r>
      <w:r>
        <w:t>musalsal taur par ek brilliant personality.</w:t>
      </w:r>
    </w:p>
    <w:p>
      <w:pPr>
        <w:jc w:val="right"/>
      </w:pPr>
      <w:r>
        <w:t>مسلسل طور پر ایک brilliant personality۔</w:t>
      </w:r>
    </w:p>
    <w:p>
      <w:r>
        <w:rPr>
          <w:b/>
        </w:rPr>
        <w:t xml:space="preserve">[37:17] </w:t>
      </w:r>
      <w:r>
        <w:t>to woh personality duniya mein dikhai nahi deti, lekin aakhirat mein woh saamne aa jayegi.</w:t>
      </w:r>
    </w:p>
    <w:p>
      <w:pPr>
        <w:jc w:val="right"/>
      </w:pPr>
      <w:r>
        <w:t>تو وہ personality دنیا میں دکھائی نہیں دیتی، لیکن آخرت میں وہ سامنے آ جائے گی۔</w:t>
      </w:r>
    </w:p>
    <w:p>
      <w:r>
        <w:rPr>
          <w:b/>
        </w:rPr>
        <w:t xml:space="preserve">[37:24] </w:t>
      </w:r>
      <w:r>
        <w:t>is mein ek baat yeh bhi hai ke duniya mein sacha momin jo kaam karta hai, woh kisi</w:t>
      </w:r>
    </w:p>
    <w:p>
      <w:pPr>
        <w:jc w:val="right"/>
      </w:pPr>
      <w:r>
        <w:t>اس میں ایک بات یہ بھی ہے کہ دنیا میں سچا مومن جو کام کرتا ہے، وہ کسی</w:t>
      </w:r>
    </w:p>
    <w:p>
      <w:r>
        <w:rPr>
          <w:b/>
        </w:rPr>
        <w:t xml:space="preserve">[37:31] </w:t>
      </w:r>
      <w:r>
        <w:t>ko dikhane ke liye nahi karta.</w:t>
      </w:r>
    </w:p>
    <w:p>
      <w:pPr>
        <w:jc w:val="right"/>
      </w:pPr>
      <w:r>
        <w:t>کو دکھانے کے لیے نہیں کرتا۔</w:t>
      </w:r>
    </w:p>
    <w:p>
      <w:r>
        <w:rPr>
          <w:b/>
        </w:rPr>
        <w:t xml:space="preserve">[37:39] </w:t>
      </w:r>
      <w:r>
        <w:t>woh jahan koi dekhne wala na ho, wahan bhi woh karta hai.</w:t>
      </w:r>
    </w:p>
    <w:p>
      <w:pPr>
        <w:jc w:val="right"/>
      </w:pPr>
      <w:r>
        <w:t>وہ جہاں کوئی دیکھنے والا نہ ہو، وہاں بھی وہ کرتا ہے۔</w:t>
      </w:r>
    </w:p>
    <w:p>
      <w:r>
        <w:rPr>
          <w:b/>
        </w:rPr>
        <w:t xml:space="preserve">[37:46] </w:t>
      </w:r>
      <w:r>
        <w:t>woh woh koi stage ka, woh stage par dikhane ke liye nahi karta.</w:t>
      </w:r>
    </w:p>
    <w:p>
      <w:pPr>
        <w:jc w:val="right"/>
      </w:pPr>
      <w:r>
        <w:t>وہ وہ کوئی stage کا، وہ stage پر دکھانے کے لیے نہیں کرتا۔</w:t>
      </w:r>
    </w:p>
    <w:p>
      <w:r>
        <w:rPr>
          <w:b/>
        </w:rPr>
        <w:t xml:space="preserve">[37:53] </w:t>
      </w:r>
      <w:r>
        <w:t>woh log stage par is ko dekhen, taaliyan bajayen, aur is ka waah waah ho, yeh is ka</w:t>
      </w:r>
    </w:p>
    <w:p>
      <w:pPr>
        <w:jc w:val="right"/>
      </w:pPr>
      <w:r>
        <w:t>وہ لوگ stage پر اس کو دیکھیں، تالیاں بجائیں، اور اس کا واہ واہ ہو، یہ اس کا</w:t>
      </w:r>
    </w:p>
    <w:p>
      <w:r>
        <w:rPr>
          <w:b/>
        </w:rPr>
        <w:t xml:space="preserve">[38:01] </w:t>
      </w:r>
      <w:r>
        <w:t>jazba nahi hota.</w:t>
      </w:r>
    </w:p>
    <w:p>
      <w:pPr>
        <w:jc w:val="right"/>
      </w:pPr>
      <w:r>
        <w:t>جذبہ نہیں ہوتا۔</w:t>
      </w:r>
    </w:p>
    <w:p>
      <w:r>
        <w:rPr>
          <w:b/>
        </w:rPr>
        <w:t xml:space="preserve">[38:08] </w:t>
      </w:r>
      <w:r>
        <w:t>to aise insaan ke liye is mein ek bahut badi khushkhabri hai ke duniya mein jo ho raha</w:t>
      </w:r>
    </w:p>
    <w:p>
      <w:pPr>
        <w:jc w:val="right"/>
      </w:pPr>
      <w:r>
        <w:t>تو ایسے انسان کے لیے اس میں ایک بہت بڑی خوشخبری ہے کہ دنیا میں جو ہو رہا</w:t>
      </w:r>
    </w:p>
    <w:p>
      <w:r>
        <w:rPr>
          <w:b/>
        </w:rPr>
        <w:t xml:space="preserve">[38:16] </w:t>
      </w:r>
      <w:r>
        <w:t>hai, hone do.</w:t>
      </w:r>
    </w:p>
    <w:p>
      <w:pPr>
        <w:jc w:val="right"/>
      </w:pPr>
      <w:r>
        <w:t>ہے، ہونے دو۔</w:t>
      </w:r>
    </w:p>
    <w:p>
      <w:r>
        <w:rPr>
          <w:b/>
        </w:rPr>
        <w:t xml:space="preserve">[38:23] </w:t>
      </w:r>
      <w:r>
        <w:t>woh din aane wala hai jabke Allah, Allah ke farishte, aur tamam sache insaan tum ko appreciate karenge.</w:t>
      </w:r>
    </w:p>
    <w:p>
      <w:pPr>
        <w:jc w:val="right"/>
      </w:pPr>
      <w:r>
        <w:t>وہ دن آنے والا ہے جبکہ اللہ، اللہ کے فرشتے، اور تمام سچے انسان تم کو appreciate کریں گے۔</w:t>
      </w:r>
    </w:p>
    <w:p>
      <w:r>
        <w:rPr>
          <w:b/>
        </w:rPr>
        <w:t xml:space="preserve">[38:30] </w:t>
      </w:r>
      <w:r>
        <w:t>tumhari woh chupi hui shakhsiyat saamne aa jayegi.</w:t>
      </w:r>
    </w:p>
    <w:p>
      <w:pPr>
        <w:jc w:val="right"/>
      </w:pPr>
      <w:r>
        <w:t>تمہاری وہ چھپی ہوئی شخصیت سامنے آ جائے گی۔</w:t>
      </w:r>
    </w:p>
    <w:p>
      <w:r>
        <w:rPr>
          <w:b/>
        </w:rPr>
        <w:t xml:space="preserve">[38:38] </w:t>
      </w:r>
      <w:r>
        <w:t>jaante bhi dekhenge aur bahar bhi sunenge.</w:t>
      </w:r>
    </w:p>
    <w:p>
      <w:pPr>
        <w:jc w:val="right"/>
      </w:pPr>
      <w:r>
        <w:t>جانتے بھی دیکھیں گے اور باہر بھی سنیں گے۔</w:t>
      </w:r>
    </w:p>
    <w:p>
      <w:r>
        <w:rPr>
          <w:b/>
        </w:rPr>
        <w:t xml:space="preserve">[38:45] </w:t>
      </w:r>
      <w:r>
        <w:t>dekhen, jo Allah ka jo mission hai, woh kabhi bhi high perform mein nahi hota.</w:t>
      </w:r>
    </w:p>
    <w:p>
      <w:pPr>
        <w:jc w:val="right"/>
      </w:pPr>
      <w:r>
        <w:t>دیکھیں، جو اللہ کا جو mission ہے، وہ کبھی بھی high perform میں نہیں ہوتا۔</w:t>
      </w:r>
    </w:p>
    <w:p>
      <w:r>
        <w:rPr>
          <w:b/>
        </w:rPr>
        <w:t xml:space="preserve">[38:53] </w:t>
      </w:r>
      <w:r>
        <w:t>woh stage activism ki shakal mein nahi hota.</w:t>
      </w:r>
    </w:p>
    <w:p>
      <w:pPr>
        <w:jc w:val="right"/>
      </w:pPr>
      <w:r>
        <w:t>وہ stage activism کی شکل میں نہیں ہوتا۔</w:t>
      </w:r>
    </w:p>
    <w:p>
      <w:r>
        <w:rPr>
          <w:b/>
        </w:rPr>
        <w:t xml:space="preserve">[39:00] </w:t>
      </w:r>
      <w:r>
        <w:t>woh bheed mein khade ho kar project karne ki shakal mein nahi hota.</w:t>
      </w:r>
    </w:p>
    <w:p>
      <w:pPr>
        <w:jc w:val="right"/>
      </w:pPr>
      <w:r>
        <w:t>وہ بھیڑ میں کھڑے ہو کر پروجوس کرنے کی شکل میں نہیں ہوتا۔</w:t>
      </w:r>
    </w:p>
    <w:p>
      <w:r>
        <w:rPr>
          <w:b/>
        </w:rPr>
        <w:t xml:space="preserve">[39:07] </w:t>
      </w:r>
      <w:r>
        <w:t>woh hota hai khamosh amal, hota hai khamosh amal hamesha.</w:t>
      </w:r>
    </w:p>
    <w:p>
      <w:pPr>
        <w:jc w:val="right"/>
      </w:pPr>
      <w:r>
        <w:t>وہ ہوتا ہے خاموش عمل، ہوتا ہے خاموش عمل ہمیشہ۔</w:t>
      </w:r>
    </w:p>
    <w:p>
      <w:r>
        <w:rPr>
          <w:b/>
        </w:rPr>
        <w:t xml:space="preserve">[39:15] </w:t>
      </w:r>
      <w:r>
        <w:t>is liye yeh ayat mein bataya gaya ke Allah ka kaam dunya mein to ek khamosh amal ke</w:t>
      </w:r>
    </w:p>
    <w:p>
      <w:pPr>
        <w:jc w:val="right"/>
      </w:pPr>
      <w:r>
        <w:t>اس لیے یہ آیت میں بتایا گیا کہ اللہ کا کام دنیا میں تو ایک خاموش عمل کے</w:t>
      </w:r>
    </w:p>
    <w:p>
      <w:r>
        <w:rPr>
          <w:b/>
        </w:rPr>
        <w:t xml:space="preserve">[39:22] </w:t>
      </w:r>
      <w:r>
        <w:t>tour par hota hai, jis ko log dekhte nahin.</w:t>
      </w:r>
    </w:p>
    <w:p>
      <w:pPr>
        <w:jc w:val="right"/>
      </w:pPr>
      <w:r>
        <w:t>طور پر ہوتا ہے، جس کو لوگ دیکھتے نہیں۔</w:t>
      </w:r>
    </w:p>
    <w:p>
      <w:r>
        <w:rPr>
          <w:b/>
        </w:rPr>
        <w:t xml:space="preserve">[39:30] </w:t>
      </w:r>
      <w:r>
        <w:t>lekin yeh is ki kami nahin hai.</w:t>
      </w:r>
    </w:p>
    <w:p>
      <w:pPr>
        <w:jc w:val="right"/>
      </w:pPr>
      <w:r>
        <w:t>لیکن یہ اس کی کمی نہیں ہے۔</w:t>
      </w:r>
    </w:p>
    <w:p>
      <w:r>
        <w:rPr>
          <w:b/>
        </w:rPr>
        <w:t xml:space="preserve">[39:37] </w:t>
      </w:r>
      <w:r>
        <w:t>is amal ke douran jo personality banti hai, us ko dekho.</w:t>
      </w:r>
    </w:p>
    <w:p>
      <w:pPr>
        <w:jc w:val="right"/>
      </w:pPr>
      <w:r>
        <w:t>اس عمل کے دوران جو personality بنتی ہے، اس کو دیکھو۔</w:t>
      </w:r>
    </w:p>
    <w:p>
      <w:r>
        <w:rPr>
          <w:b/>
        </w:rPr>
        <w:t xml:space="preserve">[39:44] </w:t>
      </w:r>
      <w:r>
        <w:t>log to logon ka tareeqa to yeh hai ke ek ek kaam, ek ek naarah le ke uthein</w:t>
      </w:r>
    </w:p>
    <w:p>
      <w:pPr>
        <w:jc w:val="right"/>
      </w:pPr>
      <w:r>
        <w:t>لوگ تو لوگوں کا طریقہ تو یہ ہے کہ ایک ایک کام، ایک ایک نعرہ لے کے اٹھیں</w:t>
      </w:r>
    </w:p>
    <w:p>
      <w:r>
        <w:rPr>
          <w:b/>
        </w:rPr>
        <w:t xml:space="preserve">[39:52] </w:t>
      </w:r>
      <w:r>
        <w:t>ge, is stage par numayan hon ge, aur bari bari bheed ke sath taqreerein karein ge, is mein</w:t>
      </w:r>
    </w:p>
    <w:p>
      <w:pPr>
        <w:jc w:val="right"/>
      </w:pPr>
      <w:r>
        <w:t>گے، اس stage پر نمایاں ہوں گے، اور بڑی بڑی بھیڑ کے ساتھ تقریریں کریں گے، اس میں</w:t>
      </w:r>
    </w:p>
    <w:p>
      <w:r>
        <w:rPr>
          <w:b/>
        </w:rPr>
        <w:t xml:space="preserve">[39:59] </w:t>
      </w:r>
      <w:r>
        <w:t>un ko taliyan milein gi.</w:t>
      </w:r>
    </w:p>
    <w:p>
      <w:pPr>
        <w:jc w:val="right"/>
      </w:pPr>
      <w:r>
        <w:t>ان کو تالیاں ملیں گی۔</w:t>
      </w:r>
    </w:p>
    <w:p>
      <w:r>
        <w:rPr>
          <w:b/>
        </w:rPr>
        <w:t xml:space="preserve">[40:06] </w:t>
      </w:r>
      <w:r>
        <w:t>lekin jo Allah ka mission hai, is mein yeh sab baatein nahin hoti.</w:t>
      </w:r>
    </w:p>
    <w:p>
      <w:pPr>
        <w:jc w:val="right"/>
      </w:pPr>
      <w:r>
        <w:t>لیکن جو اللہ کا mission ہے، اس میں یہ سب باتیں نہیں ہوتی۔</w:t>
      </w:r>
    </w:p>
    <w:p>
      <w:r>
        <w:rPr>
          <w:b/>
        </w:rPr>
        <w:t xml:space="preserve">[40:14] </w:t>
      </w:r>
      <w:r>
        <w:t>Allah ka mission low profile ka mission hai.</w:t>
      </w:r>
    </w:p>
    <w:p>
      <w:pPr>
        <w:jc w:val="right"/>
      </w:pPr>
      <w:r>
        <w:t>اللہ کا mission low profile کا mission ہے۔</w:t>
      </w:r>
    </w:p>
    <w:p>
      <w:r>
        <w:rPr>
          <w:b/>
        </w:rPr>
        <w:t xml:space="preserve">[40:21] </w:t>
      </w:r>
      <w:r>
        <w:t>Allah ka mission hamesha low profile mein chalta hai.</w:t>
      </w:r>
    </w:p>
    <w:p>
      <w:pPr>
        <w:jc w:val="right"/>
      </w:pPr>
      <w:r>
        <w:t>اللہ کا mission ہمیشہ low profile میں چلتا ہے۔</w:t>
      </w:r>
    </w:p>
    <w:p>
      <w:r>
        <w:rPr>
          <w:b/>
        </w:rPr>
        <w:t xml:space="preserve">[40:29] </w:t>
      </w:r>
      <w:r>
        <w:t>khamoshi ka dam chalta hai.</w:t>
      </w:r>
    </w:p>
    <w:p>
      <w:pPr>
        <w:jc w:val="right"/>
      </w:pPr>
      <w:r>
        <w:t>خاموشی کا دام چلتا ہے۔</w:t>
      </w:r>
    </w:p>
    <w:p>
      <w:r>
        <w:rPr>
          <w:b/>
        </w:rPr>
        <w:t xml:space="preserve">[40:36] </w:t>
      </w:r>
      <w:r>
        <w:t>is mein fame aur position, yeh sab cheezein nahin nahin milti.</w:t>
      </w:r>
    </w:p>
    <w:p>
      <w:pPr>
        <w:jc w:val="right"/>
      </w:pPr>
      <w:r>
        <w:t>اس میں fame اور position، یہ سب چیزیں نہیں نہیں ملتی۔</w:t>
      </w:r>
    </w:p>
    <w:p>
      <w:r>
        <w:rPr>
          <w:b/>
        </w:rPr>
        <w:t xml:space="preserve">[40:43] </w:t>
      </w:r>
      <w:r>
        <w:t>lekin yeh sab zahir ke aitbar se hota hai.</w:t>
      </w:r>
    </w:p>
    <w:p>
      <w:pPr>
        <w:jc w:val="right"/>
      </w:pPr>
      <w:r>
        <w:t>لیکن یہ سب ظاہر کے اعتبار سے ہوتا ہے۔</w:t>
      </w:r>
    </w:p>
    <w:p>
      <w:r>
        <w:rPr>
          <w:b/>
        </w:rPr>
        <w:t xml:space="preserve">[40:51] </w:t>
      </w:r>
      <w:r>
        <w:t>andar to is ke andar bohat bari shakhsiyat ban rahi hai.</w:t>
      </w:r>
    </w:p>
    <w:p>
      <w:pPr>
        <w:jc w:val="right"/>
      </w:pPr>
      <w:r>
        <w:t>اندر تو اس کے اندر بہت بڑی شخصیت بن رہی ہے۔</w:t>
      </w:r>
    </w:p>
    <w:p>
      <w:r>
        <w:rPr>
          <w:b/>
        </w:rPr>
        <w:t xml:space="preserve">[40:58] </w:t>
      </w:r>
      <w:r>
        <w:t>bohat hi brilliant shakhsiyat ban rahi hai andar.</w:t>
      </w:r>
    </w:p>
    <w:p>
      <w:pPr>
        <w:jc w:val="right"/>
      </w:pPr>
      <w:r>
        <w:t>بہت ہی brilliant شخصیت بن رہی ہے اندر۔</w:t>
      </w:r>
    </w:p>
    <w:p>
      <w:r>
        <w:rPr>
          <w:b/>
        </w:rPr>
        <w:t xml:space="preserve">[41:06] </w:t>
      </w:r>
      <w:r>
        <w:t>to woh shakhsiyat dunya mein chupi rehti hai, balfarz akhirat mein zahir ho jaye gi.</w:t>
      </w:r>
    </w:p>
    <w:p>
      <w:pPr>
        <w:jc w:val="right"/>
      </w:pPr>
      <w:r>
        <w:t>تو وہ شخصیت دنیا میں چھپی رہتی ہے، بالفرض آخرت میں ظاہر ہو جائے گی۔</w:t>
      </w:r>
    </w:p>
    <w:p>
      <w:r>
        <w:rPr>
          <w:b/>
        </w:rPr>
        <w:t xml:space="preserve">[41:13] </w:t>
      </w:r>
      <w:r>
        <w:t>to mein dua karta hoon ke Allah taala mujh ko aur aap ko to qabool farmaye.</w:t>
      </w:r>
    </w:p>
    <w:p>
      <w:pPr>
        <w:jc w:val="right"/>
      </w:pPr>
      <w:r>
        <w:t>تو میں دعا کرتا ہوں کہ اللہ تعالیٰ مجھ کو اور آپ کو تو قبول فرمائے۔</w:t>
      </w:r>
    </w:p>
    <w:p>
      <w:r>
        <w:rPr>
          <w:b/>
        </w:rPr>
        <w:t xml:space="preserve">[41:20] </w:t>
      </w:r>
      <w:r>
        <w:t>hum ko tofeeq de ke hum dunya mein woh kaam karein jo akhirat mein qabool kiya jaye.</w:t>
      </w:r>
    </w:p>
    <w:p>
      <w:pPr>
        <w:jc w:val="right"/>
      </w:pPr>
      <w:r>
        <w:t>ہم کو توفیق دے کہ ہم دنیا میں وہ کام کریں جو آخرت میں قبول کیا جائے۔</w:t>
      </w:r>
    </w:p>
    <w:p>
      <w:r>
        <w:rPr>
          <w:b/>
        </w:rPr>
        <w:t xml:space="preserve">[41:28] </w:t>
      </w:r>
      <w:r>
        <w:t>aur Allah hum ko jannat ke liye muntakhib farmaye.</w:t>
      </w:r>
    </w:p>
    <w:p>
      <w:pPr>
        <w:jc w:val="right"/>
      </w:pPr>
      <w:r>
        <w:t>اور اللہ ہم کو جنت کے لیے منتخب فرمائے۔</w:t>
      </w:r>
    </w:p>
    <w:p>
      <w:r>
        <w:rPr>
          <w:b/>
        </w:rPr>
        <w:t xml:space="preserve">[41:35] </w:t>
      </w:r>
      <w:r>
        <w:t>assalam o alaikum wa rehmatullahi wa barakatuh.</w:t>
      </w:r>
    </w:p>
    <w:p>
      <w:pPr>
        <w:jc w:val="right"/>
      </w:pPr>
      <w:r>
        <w:t>السلام علیکم ورحمة الله وبرکاتہ.</w:t>
      </w:r>
    </w:p>
    <w:p>
      <w:r>
        <w:rPr>
          <w:b/>
        </w:rPr>
        <w:t xml:space="preserve">[41:43] </w:t>
      </w:r>
      <w:r>
        <w:t>Is an important announcement.</w:t>
      </w:r>
    </w:p>
    <w:p>
      <w:pPr>
        <w:jc w:val="right"/>
      </w:pPr>
      <w:r>
        <w:t>Is an important announcement.</w:t>
      </w:r>
    </w:p>
    <w:p>
      <w:r>
        <w:rPr>
          <w:b/>
        </w:rPr>
        <w:t xml:space="preserve">[41:50] </w:t>
      </w:r>
      <w:r>
        <w:t>As you all know that there has been a continuous effort to translate all the books of Maulana</w:t>
      </w:r>
    </w:p>
    <w:p>
      <w:pPr>
        <w:jc w:val="right"/>
      </w:pPr>
      <w:r>
        <w:t>As you all know that there has been a continuous effort to translate all the books of مولانا</w:t>
      </w:r>
    </w:p>
    <w:p>
      <w:r>
        <w:rPr>
          <w:b/>
        </w:rPr>
        <w:t xml:space="preserve">[41:58] </w:t>
      </w:r>
      <w:r>
        <w:t>Wahiduddin Khan Sahab.</w:t>
      </w:r>
    </w:p>
    <w:p>
      <w:pPr>
        <w:jc w:val="right"/>
      </w:pPr>
      <w:r>
        <w:t>وحید الدین خان صاحb.</w:t>
      </w:r>
    </w:p>
    <w:p>
      <w:r>
        <w:rPr>
          <w:b/>
        </w:rPr>
        <w:t xml:space="preserve">[42:06] </w:t>
      </w:r>
      <w:r>
        <w:t>So, continuing that effort, there is another title of Maulana's book, "What is Islam," which has been translated</w:t>
      </w:r>
    </w:p>
    <w:p>
      <w:pPr>
        <w:jc w:val="right"/>
      </w:pPr>
      <w:r>
        <w:t>So, continuing that effort, there is another title of مولانا's book, "What is Islam," which has been translated</w:t>
      </w:r>
    </w:p>
    <w:p>
      <w:r>
        <w:rPr>
          <w:b/>
        </w:rPr>
        <w:t xml:space="preserve">[42:14] </w:t>
      </w:r>
      <w:r>
        <w:t>into Marathi language.</w:t>
      </w:r>
    </w:p>
    <w:p>
      <w:pPr>
        <w:jc w:val="right"/>
      </w:pPr>
      <w:r>
        <w:t>into Marathi language.</w:t>
      </w:r>
    </w:p>
    <w:p>
      <w:r>
        <w:rPr>
          <w:b/>
        </w:rPr>
        <w:t xml:space="preserve">[42:21] </w:t>
      </w:r>
      <w:r>
        <w:t>This translation has been done, uh, by, uh, Abdul Hamid Sahib, and, uh, he has been helped by,</w:t>
      </w:r>
    </w:p>
    <w:p>
      <w:pPr>
        <w:jc w:val="right"/>
      </w:pPr>
      <w:r>
        <w:t>This translation has been done, uh, by, uh, Abdul Hamid Sahib, and, uh, he has been helped by,</w:t>
      </w:r>
    </w:p>
    <w:p>
      <w:r>
        <w:rPr>
          <w:b/>
        </w:rPr>
        <w:t xml:space="preserve">[42:29] </w:t>
      </w:r>
      <w:r>
        <w:t>uh, Akhtar Amin Sahib from Pune team.</w:t>
      </w:r>
    </w:p>
    <w:p>
      <w:pPr>
        <w:jc w:val="right"/>
      </w:pPr>
      <w:r>
        <w:t>uh, Akhtar Amin Sahib from Pune team.</w:t>
      </w:r>
    </w:p>
    <w:p>
      <w:r>
        <w:rPr>
          <w:b/>
        </w:rPr>
        <w:t xml:space="preserve">[42:37] </w:t>
      </w:r>
      <w:r>
        <w:t>Uh, this project, uh, has been done with efforts of Pune team, and, uh, I would now request,</w:t>
      </w:r>
    </w:p>
    <w:p>
      <w:pPr>
        <w:jc w:val="right"/>
      </w:pPr>
      <w:r>
        <w:t>Uh, this project, uh, has been done with efforts of Pune team, and, uh, I would now request,</w:t>
      </w:r>
    </w:p>
    <w:p>
      <w:r>
        <w:rPr>
          <w:b/>
        </w:rPr>
        <w:t xml:space="preserve">[42:45] </w:t>
      </w:r>
      <w:r>
        <w:t>uh, Maulana Sahib to release this new title, uh, which is, uh, in Marathi language, and the title</w:t>
      </w:r>
    </w:p>
    <w:p>
      <w:pPr>
        <w:jc w:val="right"/>
      </w:pPr>
      <w:r>
        <w:t>uh, مولانا Sahib to release this new title, uh, which is, uh, in Marathi language, and the title</w:t>
      </w:r>
    </w:p>
    <w:p>
      <w:r>
        <w:rPr>
          <w:b/>
        </w:rPr>
        <w:t xml:space="preserve">[42:52] </w:t>
      </w:r>
      <w:r>
        <w:t>name is "Islam Pariche." main ne yani yeh hai woh kitab aur main bohat hi Allah taala ka</w:t>
      </w:r>
    </w:p>
    <w:p>
      <w:pPr>
        <w:jc w:val="right"/>
      </w:pPr>
      <w:r>
        <w:t>name is "Islam Pariche." میں نے یعنی یہ ہے وہ کتاب اور میں بہت ہی اللہ تعالیٰ کا</w:t>
      </w:r>
    </w:p>
    <w:p>
      <w:r>
        <w:rPr>
          <w:b/>
        </w:rPr>
        <w:t xml:space="preserve">[43:00] </w:t>
      </w:r>
      <w:r>
        <w:t>shukr ada karta hoon ke hamare saathi har jagah active ho gaye hain tarjume ke kaam ke liye.</w:t>
      </w:r>
    </w:p>
    <w:p>
      <w:pPr>
        <w:jc w:val="right"/>
      </w:pPr>
      <w:r>
        <w:t>شکر ادا کرتا ہوں کہ ہمارے ساتھی ہر جگہ active ہو گئے ہیں ترجمے کے کام کے لیے۔</w:t>
      </w:r>
    </w:p>
    <w:p>
      <w:r>
        <w:rPr>
          <w:b/>
        </w:rPr>
        <w:t xml:space="preserve">[43:08] </w:t>
      </w:r>
      <w:r>
        <w:t>Quran ka tarjuma aur jo supporting literature hai, us ka tarjuma to main dua karta hoon ke Allah</w:t>
      </w:r>
    </w:p>
    <w:p>
      <w:pPr>
        <w:jc w:val="right"/>
      </w:pPr>
      <w:r>
        <w:t>قرآن کا ترجمہ اور جو supporting literature ہے، اس کا ترجمہ تو میں دعا کرتا ہوں کہ اللہ</w:t>
      </w:r>
    </w:p>
    <w:p>
      <w:r>
        <w:rPr>
          <w:b/>
        </w:rPr>
        <w:t xml:space="preserve">[43:16] </w:t>
      </w:r>
      <w:r>
        <w:t>taala un ki koshishon ko qabool farmaye. Ameen.</w:t>
      </w:r>
    </w:p>
    <w:p>
      <w:pPr>
        <w:jc w:val="right"/>
      </w:pPr>
      <w:r>
        <w:t>تعالیٰ ان کی کوششوں کو قبول فرمائے۔ آمین۔</w:t>
      </w:r>
    </w:p>
    <w:p>
      <w:r>
        <w:rPr>
          <w:b/>
        </w:rPr>
        <w:t xml:space="preserve">[43:24] </w:t>
      </w:r>
      <w:r>
        <w:t>Jin jin logon ne taawun kiya hai is kitab ki tayari mein, un sab ko Allah taala behtareen</w:t>
      </w:r>
    </w:p>
    <w:p>
      <w:pPr>
        <w:jc w:val="right"/>
      </w:pPr>
      <w:r>
        <w:t>جن جن لوگوں نے تعاون کیا ہے اس کتاب کی تیاری میں، ان سب کو اللہ تعالیٰ بہترین</w:t>
      </w:r>
    </w:p>
    <w:p>
      <w:r>
        <w:rPr>
          <w:b/>
        </w:rPr>
        <w:t xml:space="preserve">[43:31] </w:t>
      </w:r>
      <w:r>
        <w:t>badla ata farmaye aur hum sab ko jannat ke liye qabool farmaye.</w:t>
      </w:r>
    </w:p>
    <w:p>
      <w:pPr>
        <w:jc w:val="right"/>
      </w:pPr>
      <w:r>
        <w:t>بدلہ عطا فرمائے اور ہم سب کو جنت کے لیے قبول فرمائے۔</w:t>
      </w:r>
    </w:p>
    <w:p>
      <w:r>
        <w:rPr>
          <w:b/>
        </w:rPr>
        <w:t xml:space="preserve">[43:39] </w:t>
      </w:r>
      <w:r>
        <w:t>Hum sab ko jannat ki abadi duniya ke liye qabool farmaye.</w:t>
      </w:r>
    </w:p>
    <w:p>
      <w:pPr>
        <w:jc w:val="right"/>
      </w:pPr>
      <w:r>
        <w:t>ہم سب کو جنت کی ابدی دنیا کے لیے قبول فرمائے۔</w:t>
      </w:r>
    </w:p>
    <w:p>
      <w:r>
        <w:rPr>
          <w:b/>
        </w:rPr>
        <w:t xml:space="preserve">[43:47] </w:t>
      </w:r>
      <w:r>
        <w:t>Dua karta hoon ke mujh ko bhi in ka saath mein shumar kar le.</w:t>
      </w:r>
    </w:p>
    <w:p>
      <w:pPr>
        <w:jc w:val="right"/>
      </w:pPr>
      <w:r>
        <w:t>دعا کرتا ہوں کہ مجھ کو بھی ان کا ساتھ میں شمار کر لے۔</w:t>
      </w:r>
    </w:p>
    <w:p>
      <w:r>
        <w:rPr>
          <w:b/>
        </w:rPr>
        <w:t xml:space="preserve">[43:55] </w:t>
      </w:r>
      <w:r>
        <w:t>Hum sab ko, hum sab ke liye apni abadi rehmaton ka faisla farmaye. Ameen.</w:t>
      </w:r>
    </w:p>
    <w:p>
      <w:pPr>
        <w:jc w:val="right"/>
      </w:pPr>
      <w:r>
        <w:t>ہم سب کو، ہم سب کے لیے اپنی ابدی رحمتوں کا فیصلہ فرمائے۔ آمین۔</w:t>
      </w:r>
    </w:p>
    <w:p>
      <w:r>
        <w:rPr>
          <w:b/>
        </w:rPr>
        <w:t xml:space="preserve">[44:02] </w:t>
      </w:r>
      <w:r>
        <w:t>So if you want this Marathi translation for local distribution, you can contact Abdulsamad Sahib jo shuru se</w:t>
      </w:r>
    </w:p>
    <w:p>
      <w:pPr>
        <w:jc w:val="right"/>
      </w:pPr>
      <w:r>
        <w:t>So if you want this Marathi translation for local distribution, you can contact عبدالصمد صاحب جو شروع سے</w:t>
      </w:r>
    </w:p>
    <w:p>
      <w:r>
        <w:rPr>
          <w:b/>
        </w:rPr>
        <w:t xml:space="preserve">[44:10] </w:t>
      </w:r>
      <w:r>
        <w:t>is project mein dedicated rahe hain aur un ka mobile number hai 9665059035.</w:t>
      </w:r>
    </w:p>
    <w:p>
      <w:pPr>
        <w:jc w:val="right"/>
      </w:pPr>
      <w:r>
        <w:t>اس پروجیکٹ میں dedicated رہے ہیں اور ان کا موبائل نمبر ہے 9665059035۔</w:t>
      </w:r>
    </w:p>
    <w:p>
      <w:r>
        <w:rPr>
          <w:b/>
        </w:rPr>
        <w:t xml:space="preserve">[44:18] </w:t>
      </w:r>
      <w:r>
        <w:t>Aap yeh kitab CPS Global ki website se download bhi kar sakte hain and you can</w:t>
      </w:r>
    </w:p>
    <w:p>
      <w:pPr>
        <w:jc w:val="right"/>
      </w:pPr>
      <w:r>
        <w:t>آپ یہ کتاب CPS Global کی ویب سائٹ سے ڈاؤن لوڈ بھی کر سکتے ہیں and you can</w:t>
      </w:r>
    </w:p>
    <w:p>
      <w:r>
        <w:rPr>
          <w:b/>
        </w:rPr>
        <w:t xml:space="preserve">[44:26] </w:t>
      </w:r>
      <w:r>
        <w:t>also write to info@cpsglobal.org.</w:t>
      </w:r>
    </w:p>
    <w:p>
      <w:pPr>
        <w:jc w:val="right"/>
      </w:pPr>
      <w:r>
        <w:t>also write to info@cpsglobal.org.</w:t>
      </w:r>
    </w:p>
    <w:p>
      <w:r>
        <w:rPr>
          <w:b/>
        </w:rPr>
        <w:t xml:space="preserve">[44:34] </w:t>
      </w:r>
      <w:r>
        <w:t>So we'll start the question answer session now.</w:t>
      </w:r>
    </w:p>
    <w:p>
      <w:pPr>
        <w:jc w:val="right"/>
      </w:pPr>
      <w:r>
        <w:t>So we'll start the question answer session now.</w:t>
      </w:r>
    </w:p>
    <w:p>
      <w:r>
        <w:rPr>
          <w:b/>
        </w:rPr>
        <w:t xml:space="preserve">[44:41] </w:t>
      </w:r>
      <w:r>
        <w:t>Maulana pehla sawal Solan se aaya hai Ghafoor Sahib ka aur unhon ne aap se poocha hai Maulana</w:t>
      </w:r>
    </w:p>
    <w:p>
      <w:pPr>
        <w:jc w:val="right"/>
      </w:pPr>
      <w:r>
        <w:t>مولانا پہلا سوال سولن سے آیا ہے غفور صاحب کا اور انہوں نے آپ سے پوچھا ہے مولانا</w:t>
      </w:r>
    </w:p>
    <w:p>
      <w:r>
        <w:rPr>
          <w:b/>
        </w:rPr>
        <w:t xml:space="preserve">[44:48] </w:t>
      </w:r>
      <w:r>
        <w:t>Sahib aik brilliant personality banane ke liye kahan se aaghaz karein, is ke baray mein bataein.</w:t>
      </w:r>
    </w:p>
    <w:p>
      <w:pPr>
        <w:jc w:val="right"/>
      </w:pPr>
      <w:r>
        <w:t>صاحب ایک brilliant personality بنانے کے لیے کہاں سے آغاز کریں، اس کے بارے میں بتائیں۔</w:t>
      </w:r>
    </w:p>
    <w:p>
      <w:r>
        <w:rPr>
          <w:b/>
        </w:rPr>
        <w:t xml:space="preserve">[44:56] </w:t>
      </w:r>
      <w:r>
        <w:t>Woh Allah taala ne khud bata diya hai.</w:t>
      </w:r>
    </w:p>
    <w:p>
      <w:pPr>
        <w:jc w:val="right"/>
      </w:pPr>
      <w:r>
        <w:t>وہ اللہ تعالیٰ نے خود بتا دیا ہے۔</w:t>
      </w:r>
    </w:p>
    <w:p>
      <w:r>
        <w:rPr>
          <w:b/>
        </w:rPr>
        <w:t xml:space="preserve">[45:03] </w:t>
      </w:r>
      <w:r>
        <w:t>Woh ayat main ne abhi parhi thi waqayyim min ayatin fis samawati wal ardi yamurruna alaiha wa hum alaiha murdun</w:t>
      </w:r>
    </w:p>
    <w:p>
      <w:pPr>
        <w:jc w:val="right"/>
      </w:pPr>
      <w:r>
        <w:t>وہ آیت میں نے ابھی پڑھی تھی وَقَيِّمْ مِنْ آَيَةٍ فِي السَّمَاوَاتِ وَالْأَرْضِ يُمْرُّونَ عَلَيْهَا وَهُمْ عَلَيْهَا مُرْضُونَ</w:t>
      </w:r>
    </w:p>
    <w:p>
      <w:r>
        <w:rPr>
          <w:b/>
        </w:rPr>
        <w:t xml:space="preserve">[45:10] </w:t>
      </w:r>
      <w:r>
        <w:t>Is ka matlab main ne yahi samjha hai ke Allah ka noor jis tarah se lecter phoolon mein</w:t>
      </w:r>
    </w:p>
    <w:p>
      <w:pPr>
        <w:jc w:val="right"/>
      </w:pPr>
      <w:r>
        <w:t>اس کا مطلب میں نے یہی سمجھا ہے کہ اللہ کا نور جس طرح سے لیکٹر پھولوں میں</w:t>
      </w:r>
    </w:p>
    <w:p>
      <w:r>
        <w:rPr>
          <w:b/>
        </w:rPr>
        <w:t xml:space="preserve">[45:18] </w:t>
      </w:r>
      <w:r>
        <w:t>hota hai aur shehad ki makhi us ko le le kar shehad banati hai, aise hi Allah ki</w:t>
      </w:r>
    </w:p>
    <w:p>
      <w:pPr>
        <w:jc w:val="right"/>
      </w:pPr>
      <w:r>
        <w:t>ہوتا ہے اور شہد کی مکھی اس کو لے لے کر شہد بناتی ہے، ایسے ہی اللہ کی</w:t>
      </w:r>
    </w:p>
    <w:p>
      <w:r>
        <w:rPr>
          <w:b/>
        </w:rPr>
        <w:t xml:space="preserve">[45:25] </w:t>
      </w:r>
      <w:r>
        <w:t>Allah ki marifat, Allah ki mohabbat, Allah ki khusoosiyat yeh sab noor ke item hain aur yeh sab</w:t>
      </w:r>
    </w:p>
    <w:p>
      <w:pPr>
        <w:jc w:val="right"/>
      </w:pPr>
      <w:r>
        <w:t>اللہ کی معرفت، اللہ کی محبت، اللہ کی خصوصیت یہ سب نور کے آئٹم ہیں اور یہ سب</w:t>
      </w:r>
    </w:p>
    <w:p>
      <w:r>
        <w:rPr>
          <w:b/>
        </w:rPr>
        <w:t xml:space="preserve">[45:32] </w:t>
      </w:r>
      <w:r>
        <w:t>kainat mein phailay hue hain.</w:t>
      </w:r>
    </w:p>
    <w:p>
      <w:pPr>
        <w:jc w:val="right"/>
      </w:pPr>
      <w:r>
        <w:t>کائنات میں پھیلے ہوئے ہیں۔</w:t>
      </w:r>
    </w:p>
    <w:p>
      <w:r>
        <w:rPr>
          <w:b/>
        </w:rPr>
        <w:t xml:space="preserve">[45:40] </w:t>
      </w:r>
      <w:r>
        <w:t>har jagah phailay hue hain.</w:t>
      </w:r>
    </w:p>
    <w:p>
      <w:pPr>
        <w:jc w:val="right"/>
      </w:pPr>
      <w:r>
        <w:t>ہر جگہ پھیلے ہوئے ہیں۔</w:t>
      </w:r>
    </w:p>
    <w:p>
      <w:r>
        <w:rPr>
          <w:b/>
        </w:rPr>
        <w:t xml:space="preserve">[45:47] </w:t>
      </w:r>
      <w:r>
        <w:t>aap ke apne paas bhi hain aur door galaxy bhi hai.</w:t>
      </w:r>
    </w:p>
    <w:p>
      <w:pPr>
        <w:jc w:val="right"/>
      </w:pPr>
      <w:r>
        <w:t>آپ کے اپنے پاس بھی ہیں اور دور گلیکسی بھی ہے۔</w:t>
      </w:r>
    </w:p>
    <w:p>
      <w:r>
        <w:rPr>
          <w:b/>
        </w:rPr>
        <w:t xml:space="preserve">[45:54] </w:t>
      </w:r>
      <w:r>
        <w:t>bas is noor ko pehchaniye aur shehad ki makhi ban jaiye.</w:t>
      </w:r>
    </w:p>
    <w:p>
      <w:pPr>
        <w:jc w:val="right"/>
      </w:pPr>
      <w:r>
        <w:t>بس اس نور کو پہچانیے اور شہد کی مکھی بن جائیے۔</w:t>
      </w:r>
    </w:p>
    <w:p>
      <w:r>
        <w:rPr>
          <w:b/>
        </w:rPr>
        <w:t xml:space="preserve">[46:02] </w:t>
      </w:r>
      <w:r>
        <w:t>noor ke content ko extract kijiye.</w:t>
      </w:r>
    </w:p>
    <w:p>
      <w:pPr>
        <w:jc w:val="right"/>
      </w:pPr>
      <w:r>
        <w:t>نور کے کنٹینٹ کو ایکسٹریکٹ کیجیے۔</w:t>
      </w:r>
    </w:p>
    <w:p>
      <w:r>
        <w:rPr>
          <w:b/>
        </w:rPr>
        <w:t xml:space="preserve">[46:09] </w:t>
      </w:r>
      <w:r>
        <w:t>is tarah aap ke andar woh personality banay gi jo Allah ka brilliant personality ke tor par zahir hogi.</w:t>
      </w:r>
    </w:p>
    <w:p>
      <w:pPr>
        <w:jc w:val="right"/>
      </w:pPr>
      <w:r>
        <w:t>اس طرح آپ کے اندر وہ پرسنیلٹی بنے گی جو اللہ کا brilliant personality کے طور پر ظاہر ہوگی۔</w:t>
      </w:r>
    </w:p>
    <w:p>
      <w:r>
        <w:rPr>
          <w:b/>
        </w:rPr>
        <w:t xml:space="preserve">[46:16] </w:t>
      </w:r>
      <w:r>
        <w:t>Okay, before I take the next question, there are a few comments which I would like to read</w:t>
      </w:r>
    </w:p>
    <w:p>
      <w:pPr>
        <w:jc w:val="right"/>
      </w:pPr>
      <w:r>
        <w:t>Okay, before I take the next question, there are a few comments which I would like to read</w:t>
      </w:r>
    </w:p>
    <w:p>
      <w:r>
        <w:rPr>
          <w:b/>
        </w:rPr>
        <w:t xml:space="preserve">[46:24] </w:t>
      </w:r>
      <w:r>
        <w:t>pertaining to today's talk.</w:t>
      </w:r>
    </w:p>
    <w:p>
      <w:pPr>
        <w:jc w:val="right"/>
      </w:pPr>
      <w:r>
        <w:t>pertaining to today's talk.</w:t>
      </w:r>
    </w:p>
    <w:p>
      <w:r>
        <w:rPr>
          <w:b/>
        </w:rPr>
        <w:t xml:space="preserve">[46:31] </w:t>
      </w:r>
      <w:r>
        <w:t>aa pehla comment aaya hai Saad Ibrahim Sherpao sahib ka Peshawar se, unhon ne likha hai "Moulana Sahib,</w:t>
      </w:r>
    </w:p>
    <w:p>
      <w:pPr>
        <w:jc w:val="right"/>
      </w:pPr>
      <w:r>
        <w:t>آ پہلا کمنٹ آیا ہے سعد ابراہیم شیرپاؤ صاحب کا پشاور سے، انہوں نے لکھا ہے "Moulana Sahib,</w:t>
      </w:r>
    </w:p>
    <w:p>
      <w:r>
        <w:rPr>
          <w:b/>
        </w:rPr>
        <w:t xml:space="preserve">[46:38] </w:t>
      </w:r>
      <w:r>
        <w:t>very deep and thought provoking talk." agla comment Dubai se aaya hai Nikhat Saba sister Nikhat Saba ka,</w:t>
      </w:r>
    </w:p>
    <w:p>
      <w:pPr>
        <w:jc w:val="right"/>
      </w:pPr>
      <w:r>
        <w:t>very deep and thought provoking talk." اگلا کمنٹ دبئی سے آیا ہے نکاحت صبا سسٹر نکاحت صبا کا،</w:t>
      </w:r>
    </w:p>
    <w:p>
      <w:r>
        <w:rPr>
          <w:b/>
        </w:rPr>
        <w:t xml:space="preserve">[46:46] </w:t>
      </w:r>
      <w:r>
        <w:t>unhon ne likha hai "Jazak Allah Maulana Sahib noor ka matlab toufeeq hai, yeh baat aaj samajh mein</w:t>
      </w:r>
    </w:p>
    <w:p>
      <w:pPr>
        <w:jc w:val="right"/>
      </w:pPr>
      <w:r>
        <w:t>انہوں نے لکھا ہے "جزاک اللہ مولانا صاحب نور کا مطلب توفیق ہے، یہ بات آج سمجھ میں</w:t>
      </w:r>
    </w:p>
    <w:p>
      <w:r>
        <w:rPr>
          <w:b/>
        </w:rPr>
        <w:t xml:space="preserve">[46:53] </w:t>
      </w:r>
      <w:r>
        <w:t>aai." is ke baad comment bheja hai Chennai se Maulana Iqbal Umri ne, unhon ne likha hai "Maulana</w:t>
      </w:r>
    </w:p>
    <w:p>
      <w:pPr>
        <w:jc w:val="right"/>
      </w:pPr>
      <w:r>
        <w:t>آئی۔" اس کے بعد کمنٹ بھیجا ہے چنئی سے مولانا اقبال عمری نے، انہوں نے لکھا ہے "مولانا</w:t>
      </w:r>
    </w:p>
    <w:p>
      <w:r>
        <w:rPr>
          <w:b/>
        </w:rPr>
        <w:t xml:space="preserve">[47:00] </w:t>
      </w:r>
      <w:r>
        <w:t>Sahib, jo dua hai ke noor ko hamare liye mukammal farma, yani noor maarfat aur yani safar maarfat</w:t>
      </w:r>
    </w:p>
    <w:p>
      <w:pPr>
        <w:jc w:val="right"/>
      </w:pPr>
      <w:r>
        <w:t>صاحب، جو دعا ہے کہ نور کو ہمارے لیے مکمل فرما، یعنی نور معرفت اور یعنی سفر معرفت</w:t>
      </w:r>
    </w:p>
    <w:p>
      <w:r>
        <w:rPr>
          <w:b/>
        </w:rPr>
        <w:t xml:space="preserve">[47:08] </w:t>
      </w:r>
      <w:r>
        <w:t>ki takmeel ki toufeeq ata farma.</w:t>
      </w:r>
    </w:p>
    <w:p>
      <w:pPr>
        <w:jc w:val="right"/>
      </w:pPr>
      <w:r>
        <w:t>کی تکمیل کی توفیق عطا فرما۔</w:t>
      </w:r>
    </w:p>
    <w:p>
      <w:r>
        <w:rPr>
          <w:b/>
        </w:rPr>
        <w:t xml:space="preserve">[47:15] </w:t>
      </w:r>
      <w:r>
        <w:t>aaj hi is dua ka sahi matlab ka pata chala, Jazak Allah." Shabana Ansari ne Pakistan se bheja</w:t>
      </w:r>
    </w:p>
    <w:p>
      <w:pPr>
        <w:jc w:val="right"/>
      </w:pPr>
      <w:r>
        <w:t>آج ہی اس دعا کا صحیح مطلب کا پتہ چلا، جزاک اللہ۔" شبانہ انصاری نے پاکستان سے بھیجا</w:t>
      </w:r>
    </w:p>
    <w:p>
      <w:r>
        <w:rPr>
          <w:b/>
        </w:rPr>
        <w:t xml:space="preserve">[47:22] </w:t>
      </w:r>
      <w:r>
        <w:t>hai "Moulana Sahib, as much as we absorb divine inspiration, it will also be a noor." Maulana agla</w:t>
      </w:r>
    </w:p>
    <w:p>
      <w:pPr>
        <w:jc w:val="right"/>
      </w:pPr>
      <w:r>
        <w:t>ہے "Moulana Sahib, as much as we absorb divine inspiration, it will also be a noor." مولانا اگلا</w:t>
      </w:r>
    </w:p>
    <w:p>
      <w:r>
        <w:rPr>
          <w:b/>
        </w:rPr>
        <w:t xml:space="preserve">[47:30] </w:t>
      </w:r>
      <w:r>
        <w:t>sawal lete hain jo Farooq Khan sahib ne bheja hai Ahmedabad se, unhon ne likha hai "Moulana</w:t>
      </w:r>
    </w:p>
    <w:p>
      <w:pPr>
        <w:jc w:val="right"/>
      </w:pPr>
      <w:r>
        <w:t>سوال لیتے ہیں جو فاروق خان صاحب نے بھیجا ہے احمد آباد سے، انہوں نے لکھا ہے "Moulana</w:t>
      </w:r>
    </w:p>
    <w:p>
      <w:r>
        <w:rPr>
          <w:b/>
        </w:rPr>
        <w:t xml:space="preserve">[47:37] </w:t>
      </w:r>
      <w:r>
        <w:t>Sahib, I loved your talk today and will try to apply the lesson in my life.</w:t>
      </w:r>
    </w:p>
    <w:p>
      <w:pPr>
        <w:jc w:val="right"/>
      </w:pPr>
      <w:r>
        <w:t>Sahib, I loved your talk today and will try to apply the lesson in my life.</w:t>
      </w:r>
    </w:p>
    <w:p>
      <w:r>
        <w:rPr>
          <w:b/>
        </w:rPr>
        <w:t xml:space="preserve">[47:44] </w:t>
      </w:r>
      <w:r>
        <w:t>But Maulana Sahib, as you said, that brilliant personality will not show in this world but would be</w:t>
      </w:r>
    </w:p>
    <w:p>
      <w:pPr>
        <w:jc w:val="right"/>
      </w:pPr>
      <w:r>
        <w:t>But مولانا صاحب, as you said, that brilliant personality will not show in this world but would be</w:t>
      </w:r>
    </w:p>
    <w:p>
      <w:r>
        <w:rPr>
          <w:b/>
        </w:rPr>
        <w:t xml:space="preserve">[47:52] </w:t>
      </w:r>
      <w:r>
        <w:t>revealed in the hereafter.</w:t>
      </w:r>
    </w:p>
    <w:p>
      <w:pPr>
        <w:jc w:val="right"/>
      </w:pPr>
      <w:r>
        <w:t>revealed in the hereafter.</w:t>
      </w:r>
    </w:p>
    <w:p>
      <w:r>
        <w:rPr>
          <w:b/>
        </w:rPr>
        <w:t xml:space="preserve">[47:59] </w:t>
      </w:r>
      <w:r>
        <w:t>My question is, how can I know whether I am in the right direction in making myself a brilliant personality?</w:t>
      </w:r>
    </w:p>
    <w:p>
      <w:pPr>
        <w:jc w:val="right"/>
      </w:pPr>
      <w:r>
        <w:t>My question is, how can I know whether I am in the right direction in making myself a brilliant personality?</w:t>
      </w:r>
    </w:p>
    <w:p>
      <w:r>
        <w:rPr>
          <w:b/>
        </w:rPr>
        <w:t xml:space="preserve">[48:07] </w:t>
      </w:r>
      <w:r>
        <w:t>I am asking this so that we can keep a check on ourselves from time to time.</w:t>
      </w:r>
    </w:p>
    <w:p>
      <w:pPr>
        <w:jc w:val="right"/>
      </w:pPr>
      <w:r>
        <w:t>I am asking this so that we can keep a check on ourselves from time to time.</w:t>
      </w:r>
    </w:p>
    <w:p>
      <w:r>
        <w:rPr>
          <w:b/>
        </w:rPr>
        <w:t xml:space="preserve">[48:16] </w:t>
      </w:r>
      <w:r>
        <w:t>Maulana Sahib, please advise all of us." dekhiye, main ne aik martaba aik mazmoon parha tha kisi ka</w:t>
      </w:r>
    </w:p>
    <w:p>
      <w:pPr>
        <w:jc w:val="right"/>
      </w:pPr>
      <w:r>
        <w:t>مولانا صاحب, please advise all of us." دیکھیں، میں نے ایک مرتبہ ایک مضمون پڑھا تھا کسی کا</w:t>
      </w:r>
    </w:p>
    <w:p>
      <w:r>
        <w:rPr>
          <w:b/>
        </w:rPr>
        <w:t xml:space="preserve">[48:25] </w:t>
      </w:r>
      <w:r>
        <w:t>ke do aadmi jatay hain aik park mein, aik mein aik is mein businessman hai aur doosra</w:t>
      </w:r>
    </w:p>
    <w:p>
      <w:pPr>
        <w:jc w:val="right"/>
      </w:pPr>
      <w:r>
        <w:t>کہ دو آدمی جاتے ہیں ایک پارک میں، ایک میں ایک اس میں بزنس مین ہے اور دوسرا</w:t>
      </w:r>
    </w:p>
    <w:p>
      <w:r>
        <w:rPr>
          <w:b/>
        </w:rPr>
        <w:t xml:space="preserve">[48:34] </w:t>
      </w:r>
      <w:r>
        <w:t>jo hai woh aik scholar hai.</w:t>
      </w:r>
    </w:p>
    <w:p>
      <w:pPr>
        <w:jc w:val="right"/>
      </w:pPr>
      <w:r>
        <w:t>جو ہے وہ ایک اسکالر ہے۔</w:t>
      </w:r>
    </w:p>
    <w:p>
      <w:r>
        <w:rPr>
          <w:b/>
        </w:rPr>
        <w:t xml:space="preserve">[48:43] </w:t>
      </w:r>
      <w:r>
        <w:t>to business man jo hai wahan gulab ke phool ko dekhega to wo sochega ke gul</w:t>
      </w:r>
    </w:p>
    <w:p>
      <w:pPr>
        <w:jc w:val="right"/>
      </w:pPr>
      <w:r>
        <w:t>تو بزنس مین جو ہے وہاں گلاب کے پھول کو دیکھے گا تو وہ سوچے گا کہ گل</w:t>
      </w:r>
    </w:p>
    <w:p>
      <w:r>
        <w:rPr>
          <w:b/>
        </w:rPr>
        <w:t xml:space="preserve">[48:52] </w:t>
      </w:r>
      <w:r>
        <w:t>qand mein kaise banaun? aur jo scholar hai, wo is ke andar jo botany ka scholar hai, us</w:t>
      </w:r>
    </w:p>
    <w:p>
      <w:pPr>
        <w:jc w:val="right"/>
      </w:pPr>
      <w:r>
        <w:t>قند میں کیسے بناؤں؟ اور جو اسکالر ہے، وہ اس کے اندر جو باٹنی کا اسکالر ہے، اس</w:t>
      </w:r>
    </w:p>
    <w:p>
      <w:r>
        <w:rPr>
          <w:b/>
        </w:rPr>
        <w:t xml:space="preserve">[49:01] </w:t>
      </w:r>
      <w:r>
        <w:t>ke andar jo scientific gehraiyan hain, wo sochne lagega.</w:t>
      </w:r>
    </w:p>
    <w:p>
      <w:pPr>
        <w:jc w:val="right"/>
      </w:pPr>
      <w:r>
        <w:t>کے اندر جو سائنٹیفک گہرائیاں ہیں، وہ سوچنے لگے گا۔</w:t>
      </w:r>
    </w:p>
    <w:p>
      <w:r>
        <w:rPr>
          <w:b/>
        </w:rPr>
        <w:t xml:space="preserve">[49:10] </w:t>
      </w:r>
      <w:r>
        <w:t>to teesra insan momin hota hai, wo jab gulab ke phool dekhega to wo sochega ke</w:t>
      </w:r>
    </w:p>
    <w:p>
      <w:pPr>
        <w:jc w:val="right"/>
      </w:pPr>
      <w:r>
        <w:t>تو تیسرا انسان مومن ہوتا ہے، وہ جب گلاب کے پھول دیکھے گا تو وہ سوچے گا کہ</w:t>
      </w:r>
    </w:p>
    <w:p>
      <w:r>
        <w:rPr>
          <w:b/>
        </w:rPr>
        <w:t xml:space="preserve">[49:19] </w:t>
      </w:r>
      <w:r>
        <w:t>kaisa ajeeb hoga wo Khuda jis ne wo gulab ka phool banaya.</w:t>
      </w:r>
    </w:p>
    <w:p>
      <w:pPr>
        <w:jc w:val="right"/>
      </w:pPr>
      <w:r>
        <w:t>کیسا عجیب ہوگا وہ خدا جس نے وہ گلاب کا پھول بنایا۔</w:t>
      </w:r>
    </w:p>
    <w:p>
      <w:r>
        <w:rPr>
          <w:b/>
        </w:rPr>
        <w:t xml:space="preserve">[49:28] </w:t>
      </w:r>
      <w:r>
        <w:t>to Khuda ko daryaft karega wo, yani creator ko daryaft karega.</w:t>
      </w:r>
    </w:p>
    <w:p>
      <w:pPr>
        <w:jc w:val="right"/>
      </w:pPr>
      <w:r>
        <w:t>تو خدا کو دریافت کرے گا وہ، یعنی کریٹر کو دریافت کرے گا۔</w:t>
      </w:r>
    </w:p>
    <w:p>
      <w:r>
        <w:rPr>
          <w:b/>
        </w:rPr>
        <w:t xml:space="preserve">[49:37] </w:t>
      </w:r>
      <w:r>
        <w:t>creation mein creator ko daryaft karna ye hai is se noor lena aur creation mein commercial interest daryaft</w:t>
      </w:r>
    </w:p>
    <w:p>
      <w:pPr>
        <w:jc w:val="right"/>
      </w:pPr>
      <w:r>
        <w:t>کریشن میں کریٹر کو دریافت کرنا یہ ہے اس سے نور لینا اور کریشن میں کمرشل انٹرسٹ دریافت</w:t>
      </w:r>
    </w:p>
    <w:p>
      <w:r>
        <w:rPr>
          <w:b/>
        </w:rPr>
        <w:t xml:space="preserve">[49:46] </w:t>
      </w:r>
      <w:r>
        <w:t>karna, koi aur scientific doobta daryaft karna, ye sab secular observation hai cheezon ka.</w:t>
      </w:r>
    </w:p>
    <w:p>
      <w:pPr>
        <w:jc w:val="right"/>
      </w:pPr>
      <w:r>
        <w:t>کرنا، کوئی اور سائنٹیفک ڈوبتا دریافت کرنا، یہ سب سیکولر ابزرویشن ہے چیزوں کا۔</w:t>
      </w:r>
    </w:p>
    <w:p>
      <w:r>
        <w:rPr>
          <w:b/>
        </w:rPr>
        <w:t xml:space="preserve">[49:56] </w:t>
      </w:r>
      <w:r>
        <w:t>to ek hota hai cheezon ka secular observation, ek hota hai cheezon ka arifana observation.</w:t>
      </w:r>
    </w:p>
    <w:p>
      <w:pPr>
        <w:jc w:val="right"/>
      </w:pPr>
      <w:r>
        <w:t>تو ایک ہوتا ہے چیزوں کا سیکولر ابزرویشن، ایک ہوتا ہے چیزوں کا عارفانہ ابزرویشن۔</w:t>
      </w:r>
    </w:p>
    <w:p>
      <w:r>
        <w:rPr>
          <w:b/>
        </w:rPr>
        <w:t xml:space="preserve">[50:05] </w:t>
      </w:r>
      <w:r>
        <w:t>to hamein apne andar wo nazar paida karna hai ke hum cheezon ko arifana nazar se dekhen.</w:t>
      </w:r>
    </w:p>
    <w:p>
      <w:pPr>
        <w:jc w:val="right"/>
      </w:pPr>
      <w:r>
        <w:t>تو ہمیں اپنے اندر وہ نظر پیدا کرنا ہے کہ ہم چیزوں کو عارفانہ نظر سے دیکھیں۔</w:t>
      </w:r>
    </w:p>
    <w:p>
      <w:r>
        <w:rPr>
          <w:b/>
        </w:rPr>
        <w:t xml:space="preserve">[50:14] </w:t>
      </w:r>
      <w:r>
        <w:t>ye ek sacrifice ki baat hai, yani marifat ka usool bhi ek sacrifice ki baat hai, qurbani ki baat hai.</w:t>
      </w:r>
    </w:p>
    <w:p>
      <w:pPr>
        <w:jc w:val="right"/>
      </w:pPr>
      <w:r>
        <w:t>یہ ایک سیکریفائس کی بات ہے، یعنی معرفت کا اصول بھی ایک سیکریفائس کی بات ہے، قربانی کی بات ہے۔</w:t>
      </w:r>
    </w:p>
    <w:p>
      <w:r>
        <w:rPr>
          <w:b/>
        </w:rPr>
        <w:t xml:space="preserve">[50:23] </w:t>
      </w:r>
      <w:r>
        <w:t>jab doosre aspect maujood hon jis mein aap ko shohrat milti hai, paisa milta hai, us ko chhoden</w:t>
      </w:r>
    </w:p>
    <w:p>
      <w:pPr>
        <w:jc w:val="right"/>
      </w:pPr>
      <w:r>
        <w:t>جب دوسرے اسپیکٹ موجود ہوں جس میں آپ کو شہرت ملتی ہے، پیسہ ملتا ہے، اس کو چھوڑیں</w:t>
      </w:r>
    </w:p>
    <w:p>
      <w:r>
        <w:rPr>
          <w:b/>
        </w:rPr>
        <w:t xml:space="preserve">[50:32] </w:t>
      </w:r>
      <w:r>
        <w:t>aap aur marifat ki nazar se dekhen cheezon ko to ye sab se badi qurbani hai mere nazdeek.</w:t>
      </w:r>
    </w:p>
    <w:p>
      <w:pPr>
        <w:jc w:val="right"/>
      </w:pPr>
      <w:r>
        <w:t>آپ اور معرفت کی نظر سے دیکھیں چیزوں کو تو یہ سب سے بڑی قربانی ہے میرے نزدیک۔</w:t>
      </w:r>
    </w:p>
    <w:p>
      <w:r>
        <w:rPr>
          <w:b/>
        </w:rPr>
        <w:t xml:space="preserve">[50:41] </w:t>
      </w:r>
      <w:r>
        <w:t>lekin isi qurbani mein aap ko yehi qurbani aap ko jannat ke gate tak pahunchati hai.</w:t>
      </w:r>
    </w:p>
    <w:p>
      <w:pPr>
        <w:jc w:val="right"/>
      </w:pPr>
      <w:r>
        <w:t>لیکن اسی قربانی میں آپ کو یہی قربانی آپ کو جنت کے گیٹ تک پہنچاتی ہے۔</w:t>
      </w:r>
    </w:p>
    <w:p>
      <w:r>
        <w:rPr>
          <w:b/>
        </w:rPr>
        <w:t xml:space="preserve">[50:50] </w:t>
      </w:r>
      <w:r>
        <w:t>Maulana, agla sawal Dr. Farida Khanam ne kiya hai, isi jawab ko aap ke continue karte hue ke</w:t>
      </w:r>
    </w:p>
    <w:p>
      <w:pPr>
        <w:jc w:val="right"/>
      </w:pPr>
      <w:r>
        <w:t>مولانا، اگلا سوال ڈاکٹر فریدہ خانم نے کیا ہے، اسی جواب کو آپ کے continue کرتے ہوئے کہ</w:t>
      </w:r>
    </w:p>
    <w:p>
      <w:r>
        <w:rPr>
          <w:b/>
        </w:rPr>
        <w:t xml:space="preserve">[50:59] </w:t>
      </w:r>
      <w:r>
        <w:t>is duniya mein hum jo brilliant personality ko nahi dekh sakte to un ka sawal ye hai ke</w:t>
      </w:r>
    </w:p>
    <w:p>
      <w:pPr>
        <w:jc w:val="right"/>
      </w:pPr>
      <w:r>
        <w:t>اس دنیا میں ہم جو brilliant personality کو نہیں دیکھ سکتے تو ان کا سوال یہ ہے کہ</w:t>
      </w:r>
    </w:p>
    <w:p>
      <w:r>
        <w:rPr>
          <w:b/>
        </w:rPr>
        <w:t xml:space="preserve">[51:08] </w:t>
      </w:r>
      <w:r>
        <w:t>is it because we don't have the eyes or the ability to see the inner spiritual light in</w:t>
      </w:r>
    </w:p>
    <w:p>
      <w:pPr>
        <w:jc w:val="right"/>
      </w:pPr>
      <w:r>
        <w:t>is it because we don't have the eyes or the ability to see the inner spiritual light in</w:t>
      </w:r>
    </w:p>
    <w:p>
      <w:r>
        <w:rPr>
          <w:b/>
        </w:rPr>
        <w:t xml:space="preserve">[51:17] </w:t>
      </w:r>
      <w:r>
        <w:t>this world while in the next eternal world we will be granted the ability to see the spiritual</w:t>
      </w:r>
    </w:p>
    <w:p>
      <w:pPr>
        <w:jc w:val="right"/>
      </w:pPr>
      <w:r>
        <w:t>this world while in the next eternal world we will be granted the ability to see the spiritual</w:t>
      </w:r>
    </w:p>
    <w:p>
      <w:r>
        <w:rPr>
          <w:b/>
        </w:rPr>
        <w:t xml:space="preserve">[51:26] </w:t>
      </w:r>
      <w:r>
        <w:t>dimension of our deeds?</w:t>
      </w:r>
    </w:p>
    <w:p>
      <w:pPr>
        <w:jc w:val="right"/>
      </w:pPr>
      <w:r>
        <w:t>dimension of our deeds?</w:t>
      </w:r>
    </w:p>
    <w:p>
      <w:r>
        <w:rPr>
          <w:b/>
        </w:rPr>
        <w:t xml:space="preserve">[51:36] </w:t>
      </w:r>
      <w:r>
        <w:t>dekhen, ye baat sahi hai lekin brilliant personality total sach mein unobservable nahi hai, aisa nahi hai.</w:t>
      </w:r>
    </w:p>
    <w:p>
      <w:pPr>
        <w:jc w:val="right"/>
      </w:pPr>
      <w:r>
        <w:t>دیکھیں، یہ بات صحیح ہے لیکن brilliant personality ٹوٹل سچ میں unobservable نہیں ہے، ایسا نہیں ہے۔</w:t>
      </w:r>
    </w:p>
    <w:p>
      <w:r>
        <w:rPr>
          <w:b/>
        </w:rPr>
        <w:t xml:space="preserve">[51:44] </w:t>
      </w:r>
      <w:r>
        <w:t>agar aap ko dekhne wali nigah ho to isi duniya mein bhi is ki jhalak, yani glimpse dikhai</w:t>
      </w:r>
    </w:p>
    <w:p>
      <w:pPr>
        <w:jc w:val="right"/>
      </w:pPr>
      <w:r>
        <w:t>اگر آپ کو دیکھنے والی نگاہ ہو تو اسی دنیا میں بھی اس کی جھلک، یعنی glimpse دکھائی</w:t>
      </w:r>
    </w:p>
    <w:p>
      <w:r>
        <w:rPr>
          <w:b/>
        </w:rPr>
        <w:t xml:space="preserve">[51:52] </w:t>
      </w:r>
      <w:r>
        <w:t>deti hai, glimpse, G-L-I-M-P-S-E.</w:t>
      </w:r>
    </w:p>
    <w:p>
      <w:pPr>
        <w:jc w:val="right"/>
      </w:pPr>
      <w:r>
        <w:t>دیتی ہے، glimpse، G-L-I-M-P-S-E۔</w:t>
      </w:r>
    </w:p>
    <w:p>
      <w:r>
        <w:rPr>
          <w:b/>
        </w:rPr>
        <w:t xml:space="preserve">[52:00] </w:t>
      </w:r>
      <w:r>
        <w:t>to agarchay total scene to hum nahi dekh sakte is duniya mein lekin glimpse zaroor dekh sakte hain.</w:t>
      </w:r>
    </w:p>
    <w:p>
      <w:pPr>
        <w:jc w:val="right"/>
      </w:pPr>
      <w:r>
        <w:t>تو اگرچہ ٹوٹل سین تو ہم نہیں دیکھ سکتے اس دنیا میں لیکن glimpse ضرور دیکھ سکتے ہیں۔</w:t>
      </w:r>
    </w:p>
    <w:p>
      <w:r>
        <w:rPr>
          <w:b/>
        </w:rPr>
        <w:t xml:space="preserve">[52:08] </w:t>
      </w:r>
      <w:r>
        <w:t>ek martaba mein ek jalse mein tha, ghaliban Gujarat ka qissa hai, to kuch baat karte hue meri</w:t>
      </w:r>
    </w:p>
    <w:p>
      <w:pPr>
        <w:jc w:val="right"/>
      </w:pPr>
      <w:r>
        <w:t>ایک مرتبہ میں ایک جلسے میں تھا، غالباً گجرات کا قصہ ہے، تو کچھ بات کرتے ہوئے میری</w:t>
      </w:r>
    </w:p>
    <w:p>
      <w:r>
        <w:rPr>
          <w:b/>
        </w:rPr>
        <w:t xml:space="preserve">[52:16] </w:t>
      </w:r>
      <w:r>
        <w:t>aankhon mein aansu aa gaye.</w:t>
      </w:r>
    </w:p>
    <w:p>
      <w:pPr>
        <w:jc w:val="right"/>
      </w:pPr>
      <w:r>
        <w:t>آنکھوں میں آنسو آ گئے۔</w:t>
      </w:r>
    </w:p>
    <w:p>
      <w:r>
        <w:rPr>
          <w:b/>
        </w:rPr>
        <w:t xml:space="preserve">[52:24] </w:t>
      </w:r>
      <w:r>
        <w:t>to aap jante hain ke aankhon mein jo aansu aate hain to naak se raaste mein kuch rezhish</w:t>
      </w:r>
    </w:p>
    <w:p>
      <w:pPr>
        <w:jc w:val="right"/>
      </w:pPr>
      <w:r>
        <w:t>تو آپ جانتے ہیں کہ آنکھوں میں جو آنسو آتے ہیں تو ناک سے راستے میں کچھ ریزش</w:t>
      </w:r>
    </w:p>
    <w:p>
      <w:r>
        <w:rPr>
          <w:b/>
        </w:rPr>
        <w:t xml:space="preserve">[52:32] </w:t>
      </w:r>
      <w:r>
        <w:t>hone lagti hai.</w:t>
      </w:r>
    </w:p>
    <w:p>
      <w:pPr>
        <w:jc w:val="right"/>
      </w:pPr>
      <w:r>
        <w:t>ہونے لگتی ہے۔</w:t>
      </w:r>
    </w:p>
    <w:p>
      <w:r>
        <w:rPr>
          <w:b/>
        </w:rPr>
        <w:t xml:space="preserve">[52:40] </w:t>
      </w:r>
      <w:r>
        <w:t>to woh kya kehte hain ke shayad aap ko zukaam ho gaya hai aur lage mujh ko woh</w:t>
      </w:r>
    </w:p>
    <w:p>
      <w:pPr>
        <w:jc w:val="right"/>
      </w:pPr>
      <w:r>
        <w:t>تو وہ کیا کہتے ہیں کہ شاید آپ کو زکام ہو گیا ہے اور لگے مجھ کو وہ</w:t>
      </w:r>
    </w:p>
    <w:p>
      <w:r>
        <w:rPr>
          <w:b/>
        </w:rPr>
        <w:t xml:space="preserve">[52:48] </w:t>
      </w:r>
      <w:r>
        <w:t>tissue paper, lage mujh ko tissue paper dene.</w:t>
      </w:r>
    </w:p>
    <w:p>
      <w:pPr>
        <w:jc w:val="right"/>
      </w:pPr>
      <w:r>
        <w:t>ٹشو پیپر، لگے مجھ کو ٹشو پیپر دینے۔</w:t>
      </w:r>
    </w:p>
    <w:p>
      <w:r>
        <w:rPr>
          <w:b/>
        </w:rPr>
        <w:t xml:space="preserve">[52:56] </w:t>
      </w:r>
      <w:r>
        <w:t>to logon ko asal mein hassasiyat chahiye, spiritual hassasiyat, spiritual sensitivity.</w:t>
      </w:r>
    </w:p>
    <w:p>
      <w:pPr>
        <w:jc w:val="right"/>
      </w:pPr>
      <w:r>
        <w:t>تو لوگوں کو اصل میں حساسیت چاہیے، spiritual حساسیت، spiritual sensitivity۔</w:t>
      </w:r>
    </w:p>
    <w:p>
      <w:r>
        <w:rPr>
          <w:b/>
        </w:rPr>
        <w:t xml:space="preserve">[53:05] </w:t>
      </w:r>
      <w:r>
        <w:t>log physical sense mein hassas hote hain, spiritual sense mein nahin hote.</w:t>
      </w:r>
    </w:p>
    <w:p>
      <w:pPr>
        <w:jc w:val="right"/>
      </w:pPr>
      <w:r>
        <w:t>لوگ physical sense میں حساس ہوتے ہیں، spiritual sense میں نہیں ہوتے۔</w:t>
      </w:r>
    </w:p>
    <w:p>
      <w:r>
        <w:rPr>
          <w:b/>
        </w:rPr>
        <w:t xml:space="preserve">[53:13] </w:t>
      </w:r>
      <w:r>
        <w:t>to mera manna yeh hai ke agar koi spiritual sensitivity hai kisi ke andar to isi duniya mein</w:t>
      </w:r>
    </w:p>
    <w:p>
      <w:pPr>
        <w:jc w:val="right"/>
      </w:pPr>
      <w:r>
        <w:t>تو میرا ماننا یہ ہے کہ اگر کوئی spiritual sensitivity ہے کسی کے اندر تو اسی دنیا میں</w:t>
      </w:r>
    </w:p>
    <w:p>
      <w:r>
        <w:rPr>
          <w:b/>
        </w:rPr>
        <w:t xml:space="preserve">[53:21] </w:t>
      </w:r>
      <w:r>
        <w:t>dekh lega, woh woh face se dekhega, tone se dekhega.</w:t>
      </w:r>
    </w:p>
    <w:p>
      <w:pPr>
        <w:jc w:val="right"/>
      </w:pPr>
      <w:r>
        <w:t>دیکھ لے گا، وہ وہ face سے دیکھے گا، tone سے دیکھے گا۔</w:t>
      </w:r>
    </w:p>
    <w:p>
      <w:r>
        <w:rPr>
          <w:b/>
        </w:rPr>
        <w:t xml:space="preserve">[53:29] </w:t>
      </w:r>
      <w:r>
        <w:t>isi duniya mein agarche agarche woh glimpse hogi lekin phir bhi woh dekhega.</w:t>
      </w:r>
    </w:p>
    <w:p>
      <w:pPr>
        <w:jc w:val="right"/>
      </w:pPr>
      <w:r>
        <w:t>اسی دنیا میں اگرچہ اگرچہ وہ glimpse ہوگی لیکن پھر بھی وہ دیکھے گا۔</w:t>
      </w:r>
    </w:p>
    <w:p>
      <w:r>
        <w:rPr>
          <w:b/>
        </w:rPr>
        <w:t xml:space="preserve">[53:37] </w:t>
      </w:r>
      <w:r>
        <w:t>log asal mein be-hass ho gaye hain, bilkul insensitive ho gaye hain.</w:t>
      </w:r>
    </w:p>
    <w:p>
      <w:pPr>
        <w:jc w:val="right"/>
      </w:pPr>
      <w:r>
        <w:t>لوگ اصل میں بے حس ہو گئے ہیں، بالکل insensitive ہو گئے ہیں۔</w:t>
      </w:r>
    </w:p>
    <w:p>
      <w:r>
        <w:rPr>
          <w:b/>
        </w:rPr>
        <w:t xml:space="preserve">[53:45] </w:t>
      </w:r>
      <w:r>
        <w:t>masla yahan hai, masla yahan hai ke log insensitive ho gaye hain, apne interest ke siwa kuch aur</w:t>
      </w:r>
    </w:p>
    <w:p>
      <w:pPr>
        <w:jc w:val="right"/>
      </w:pPr>
      <w:r>
        <w:t>مسئلہ یہاں ہے، مسئلہ یہاں ہے کہ لوگ insensitive ہو گئے ہیں، اپنے interest کے سوا کچھ اور</w:t>
      </w:r>
    </w:p>
    <w:p>
      <w:r>
        <w:rPr>
          <w:b/>
        </w:rPr>
        <w:t xml:space="preserve">[53:53] </w:t>
      </w:r>
      <w:r>
        <w:t>dikhai deta nahin.</w:t>
      </w:r>
    </w:p>
    <w:p>
      <w:pPr>
        <w:jc w:val="right"/>
      </w:pPr>
      <w:r>
        <w:t>دکھائی دیتا نہیں۔</w:t>
      </w:r>
    </w:p>
    <w:p>
      <w:r>
        <w:rPr>
          <w:b/>
        </w:rPr>
        <w:t xml:space="preserve">[54:01] </w:t>
      </w:r>
      <w:r>
        <w:t>to main yeh manta hoon ke agar aadmi ke andar spiritual sensitivity ho to zaroor isi duniya mein</w:t>
      </w:r>
    </w:p>
    <w:p>
      <w:pPr>
        <w:jc w:val="right"/>
      </w:pPr>
      <w:r>
        <w:t>تو میں یہ مانتا ہوں کہ اگر آدمی کے اندر spiritual sensitivity ہو تو ضرور اسی دنیا میں</w:t>
      </w:r>
    </w:p>
    <w:p>
      <w:r>
        <w:rPr>
          <w:b/>
        </w:rPr>
        <w:t xml:space="preserve">[54:09] </w:t>
      </w:r>
      <w:r>
        <w:t>woh glimpse dekhega, agarche total scene jo hai woh to aakhirat mein hoga.</w:t>
      </w:r>
    </w:p>
    <w:p>
      <w:pPr>
        <w:jc w:val="right"/>
      </w:pPr>
      <w:r>
        <w:t>وہ glimpse دیکھے گا، اگرچہ ٹوٹل سین جو ہے وہ تو آخرت میں ہوگا۔</w:t>
      </w:r>
    </w:p>
    <w:p>
      <w:r>
        <w:rPr>
          <w:b/>
        </w:rPr>
        <w:t xml:space="preserve">[54:17] </w:t>
      </w:r>
      <w:r>
        <w:t>Maulana, agla sawal Mumbai se kya hai Muhammad Rafeeq Choghale sahib ne aur unhon ne likha hai "Moulana</w:t>
      </w:r>
    </w:p>
    <w:p>
      <w:pPr>
        <w:jc w:val="right"/>
      </w:pPr>
      <w:r>
        <w:t>مولانا، اگلا سوال ممبئی سے کیا ہے محمد رفیع چوغلے صاحب نے اور انہوں نے لکھا ہے "Moulana</w:t>
      </w:r>
    </w:p>
    <w:p>
      <w:r>
        <w:rPr>
          <w:b/>
        </w:rPr>
        <w:t xml:space="preserve">[54:25] </w:t>
      </w:r>
      <w:r>
        <w:t>Sahib, kindly explain the verse of Surah Al-Baqarah of Chapter 2, Verse Number 214.</w:t>
      </w:r>
    </w:p>
    <w:p>
      <w:pPr>
        <w:jc w:val="right"/>
      </w:pPr>
      <w:r>
        <w:t>Sahib, kindly explain the verse of Surah Al-Baqarah of Chapter 2, Verse Number 214.</w:t>
      </w:r>
    </w:p>
    <w:p>
      <w:r>
        <w:rPr>
          <w:b/>
        </w:rPr>
        <w:t xml:space="preserve">[54:34] </w:t>
      </w:r>
      <w:r>
        <w:t>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pPr>
        <w:jc w:val="right"/>
      </w:pPr>
      <w:r>
        <w:t>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r>
        <w:rPr>
          <w:b/>
        </w:rPr>
        <w:t xml:space="preserve">[54:58] </w:t>
      </w:r>
      <w:r>
        <w:t>'" Maulana sahib, kindly explain this ayat for us.</w:t>
      </w:r>
    </w:p>
    <w:p>
      <w:pPr>
        <w:jc w:val="right"/>
      </w:pPr>
      <w:r>
        <w:t>'" مولانا صاحب، kindly explain this آیت for us۔</w:t>
      </w:r>
    </w:p>
    <w:p>
      <w:r>
        <w:rPr>
          <w:b/>
        </w:rPr>
        <w:t xml:space="preserve">[55:04] </w:t>
      </w:r>
      <w:r>
        <w:t>dekhen, is tarah ki aur bhi aayatein Quran mein hain, Hadees mein bhi hain ke museebat ka pesh</w:t>
      </w:r>
    </w:p>
    <w:p>
      <w:pPr>
        <w:jc w:val="right"/>
      </w:pPr>
      <w:r>
        <w:t>دیکھیں، اس طرح کی اور بھی آیتیں قرآن میں ہیں، حدیث میں بھی ہیں کہ مصیبت کا پیش</w:t>
      </w:r>
    </w:p>
    <w:p>
      <w:r>
        <w:rPr>
          <w:b/>
        </w:rPr>
        <w:t xml:space="preserve">[55:11] </w:t>
      </w:r>
      <w:r>
        <w:t>aana, difficulty ka pesh aana, yahan tak ke zalzale ki کیفیت pehchana, yeh aisi aayatein aur Hadeesein aur bhi hain.</w:t>
      </w:r>
    </w:p>
    <w:p>
      <w:pPr>
        <w:jc w:val="right"/>
      </w:pPr>
      <w:r>
        <w:t>آنا، difficulty کا پیش آنا، یہاں تک کہ زلزلے کی کیفیت پہچانا، یہ ایسی آیتیں اور حدیثیں اور بھی ہیں۔</w:t>
      </w:r>
    </w:p>
    <w:p>
      <w:r>
        <w:rPr>
          <w:b/>
        </w:rPr>
        <w:t xml:space="preserve">[55:18] </w:t>
      </w:r>
      <w:r>
        <w:t>is par ghaur karne se main yeh samjha hai ke museebat ya difficulties ka ek bahut hi bada</w:t>
      </w:r>
    </w:p>
    <w:p>
      <w:pPr>
        <w:jc w:val="right"/>
      </w:pPr>
      <w:r>
        <w:t>اس پر غور کرنے سے میں یہ سمجھا ہے کہ مصیبت یا difficulties کا ایک بہت ہی بڑا</w:t>
      </w:r>
    </w:p>
    <w:p>
      <w:r>
        <w:rPr>
          <w:b/>
        </w:rPr>
        <w:t xml:space="preserve">[55:25] </w:t>
      </w:r>
      <w:r>
        <w:t>contribution hai, woh aap ko hassas banata hai, aap ki sensitivity ko badhata hai.</w:t>
      </w:r>
    </w:p>
    <w:p>
      <w:pPr>
        <w:jc w:val="right"/>
      </w:pPr>
      <w:r>
        <w:t>contribution ہے، وہ آپ کو حساس بناتا ہے، آپ کی sensitivity کو بڑھاتا ہے۔</w:t>
      </w:r>
    </w:p>
    <w:p>
      <w:r>
        <w:rPr>
          <w:b/>
        </w:rPr>
        <w:t xml:space="preserve">[55:32] </w:t>
      </w:r>
      <w:r>
        <w:t>جب آپ sensitive ہوتے ہیں تو آپ کے اندر عکس کی طاقت آتی ہے، grasp، G-R-A-S-P-E۔</w:t>
      </w:r>
    </w:p>
    <w:p>
      <w:pPr>
        <w:jc w:val="right"/>
      </w:pPr>
      <w:r>
        <w:t>جب آپ sensitive ہوتے ہیں تو آپ کے اندر عکس کی طاقت آتی ہے، grass، G-R-A-S-P-E۔</w:t>
      </w:r>
    </w:p>
    <w:p>
      <w:r>
        <w:rPr>
          <w:b/>
        </w:rPr>
        <w:t xml:space="preserve">[55:39] </w:t>
      </w:r>
      <w:r>
        <w:t>museebat, phir sensitivity, phir grass, is ke baad aap wisdom ko pehchan paate hain.</w:t>
      </w:r>
    </w:p>
    <w:p>
      <w:pPr>
        <w:jc w:val="right"/>
      </w:pPr>
      <w:r>
        <w:t>مصیبت، پھر sensitivity، پھر grass، اس کے بعد آپ wisdom کو پہچان پاتے ہیں۔</w:t>
      </w:r>
    </w:p>
    <w:p>
      <w:r>
        <w:rPr>
          <w:b/>
        </w:rPr>
        <w:t xml:space="preserve">[55:46] </w:t>
      </w:r>
      <w:r>
        <w:t>Victim, woh jo main ne kaha tha, har jagah woh item hai noor ke, woh bhi hidden hote</w:t>
      </w:r>
    </w:p>
    <w:p>
      <w:pPr>
        <w:jc w:val="right"/>
      </w:pPr>
      <w:r>
        <w:t>Victim، وہ جو میں نے کہا تھا، ہر جگہ وہ آئٹم ہے نور کے، وہ بھی hidden ہوتے</w:t>
      </w:r>
    </w:p>
    <w:p>
      <w:r>
        <w:rPr>
          <w:b/>
        </w:rPr>
        <w:t xml:space="preserve">[55:53] </w:t>
      </w:r>
      <w:r>
        <w:t>hain, hidden hote hain.</w:t>
      </w:r>
    </w:p>
    <w:p>
      <w:pPr>
        <w:jc w:val="right"/>
      </w:pPr>
      <w:r>
        <w:t>ہیں، hidden ہوتے ہیں۔</w:t>
      </w:r>
    </w:p>
    <w:p>
      <w:r>
        <w:rPr>
          <w:b/>
        </w:rPr>
        <w:t xml:space="preserve">[56:00] </w:t>
      </w:r>
      <w:r>
        <w:t>yeh phool mein nectar hai, chupa hua hota hai, dikhai nahin deta lekin shehad ki makhi is ko</w:t>
      </w:r>
    </w:p>
    <w:p>
      <w:pPr>
        <w:jc w:val="right"/>
      </w:pPr>
      <w:r>
        <w:t>یہ پھول میں نیکٹر ہے، چھپا ہوا ہوتا ہے، دکھائی نہیں دیتا لیکن شہد کی مکھی اس کو</w:t>
      </w:r>
    </w:p>
    <w:p>
      <w:r>
        <w:rPr>
          <w:b/>
        </w:rPr>
        <w:t xml:space="preserve">[56:07] </w:t>
      </w:r>
      <w:r>
        <w:t>jaan leti hai.</w:t>
      </w:r>
    </w:p>
    <w:p>
      <w:pPr>
        <w:jc w:val="right"/>
      </w:pPr>
      <w:r>
        <w:t>جان لیتی ہے۔</w:t>
      </w:r>
    </w:p>
    <w:p>
      <w:r>
        <w:rPr>
          <w:b/>
        </w:rPr>
        <w:t xml:space="preserve">[56:14] </w:t>
      </w:r>
      <w:r>
        <w:t>shehad ki makhi ke andar aisi halat hoti hai, baatein kuch jise woh jaan leti hai.</w:t>
      </w:r>
    </w:p>
    <w:p>
      <w:pPr>
        <w:jc w:val="right"/>
      </w:pPr>
      <w:r>
        <w:t>شہد کی مکھی کے اندر ایسی حالت ہوتی ہے، باتیں کچھ جسے وہ جان لیتی ہے۔</w:t>
      </w:r>
    </w:p>
    <w:p>
      <w:r>
        <w:rPr>
          <w:b/>
        </w:rPr>
        <w:t xml:space="preserve">[56:20] </w:t>
      </w:r>
      <w:r>
        <w:t>toh sensitivity se aap discover kar paate hain, yeh hai noor-e-ma'rifat ka item.</w:t>
      </w:r>
    </w:p>
    <w:p>
      <w:pPr>
        <w:jc w:val="right"/>
      </w:pPr>
      <w:r>
        <w:t>تو sensitivity سے آپ discover کر پاتے ہیں، یہ ہے نور معرفت کا آئٹم۔</w:t>
      </w:r>
    </w:p>
    <w:p>
      <w:r>
        <w:rPr>
          <w:b/>
        </w:rPr>
        <w:t xml:space="preserve">[56:27] </w:t>
      </w:r>
      <w:r>
        <w:t>toh Quran mein aur Hadees mein aisi aayatein bohat si, aayatein aur hadeesein bohat si hain ke ahl</w:t>
      </w:r>
    </w:p>
    <w:p>
      <w:pPr>
        <w:jc w:val="right"/>
      </w:pPr>
      <w:r>
        <w:t>تو قرآن میں اور حدیث میں ایسی آیتیں بہت سی، آیتیں اور حدیثیں بہت سی ہیں کہ اہل</w:t>
      </w:r>
    </w:p>
    <w:p>
      <w:r>
        <w:rPr>
          <w:b/>
        </w:rPr>
        <w:t xml:space="preserve">[56:34] </w:t>
      </w:r>
      <w:r>
        <w:t>jo sachche ahl-e-imaan hain, un par Allah museebat daalta hai, mushkilon mein daalta hai un ko.</w:t>
      </w:r>
    </w:p>
    <w:p>
      <w:pPr>
        <w:jc w:val="right"/>
      </w:pPr>
      <w:r>
        <w:t>جو سچے اہل ایمان ہیں، ان پر اللہ مصیبت ڈالتا ہے، مشکلوں میں ڈالتا ہے ان کو۔</w:t>
      </w:r>
    </w:p>
    <w:p>
      <w:r>
        <w:rPr>
          <w:b/>
        </w:rPr>
        <w:t xml:space="preserve">[56:41] </w:t>
      </w:r>
      <w:r>
        <w:t>toh is par ghaur karne se meri samajh mein yeh aayi thi ke museebat aap ko sensitive banati</w:t>
      </w:r>
    </w:p>
    <w:p>
      <w:pPr>
        <w:jc w:val="right"/>
      </w:pPr>
      <w:r>
        <w:t>تو اس پر غور کرنے سے میری سمجھ میں یہ آئی تھی کہ مصیبت آپ کو sensitive بناتی</w:t>
      </w:r>
    </w:p>
    <w:p>
      <w:r>
        <w:rPr>
          <w:b/>
        </w:rPr>
        <w:t xml:space="preserve">[56:48] </w:t>
      </w:r>
      <w:r>
        <w:t>ہے اور sensitive جب بنتے ہیں آپ تو آپ اخاذ بنتے ہیں، یعنی grasp بڑھتا ہے آپ کا۔</w:t>
      </w:r>
    </w:p>
    <w:p>
      <w:pPr>
        <w:jc w:val="right"/>
      </w:pPr>
      <w:r>
        <w:t>ہے اور sensitive جب بنتے ہیں آپ تو آپ اخاذ بنتے ہیں، یعنی grass بڑھتا ہے آپ کا۔</w:t>
      </w:r>
    </w:p>
    <w:p>
      <w:r>
        <w:rPr>
          <w:b/>
        </w:rPr>
        <w:t xml:space="preserve">[56:55] </w:t>
      </w:r>
      <w:r>
        <w:t>tab aap is qabil hote hain ke jo nectar hai ma'rifat ka, us ko extract karein aur phir</w:t>
      </w:r>
    </w:p>
    <w:p>
      <w:pPr>
        <w:jc w:val="right"/>
      </w:pPr>
      <w:r>
        <w:t>تب آپ اس قابل ہوتے ہیں کہ جو نیکٹر ہے معرفت کا، اس کو extract کریں اور پھر</w:t>
      </w:r>
    </w:p>
    <w:p>
      <w:r>
        <w:rPr>
          <w:b/>
        </w:rPr>
        <w:t xml:space="preserve">[57:02] </w:t>
      </w:r>
      <w:r>
        <w:t>aap brilliant personalities banein aap ke andar.</w:t>
      </w:r>
    </w:p>
    <w:p>
      <w:pPr>
        <w:jc w:val="right"/>
      </w:pPr>
      <w:r>
        <w:t>آپ brilliant personalities بنیں آپ کے اندر۔</w:t>
      </w:r>
    </w:p>
    <w:p>
      <w:r>
        <w:rPr>
          <w:b/>
        </w:rPr>
        <w:t xml:space="preserve">[57:09] </w:t>
      </w:r>
      <w:r>
        <w:t>yeh ek process hai jo is tarah se chalta hai.</w:t>
      </w:r>
    </w:p>
    <w:p>
      <w:pPr>
        <w:jc w:val="right"/>
      </w:pPr>
      <w:r>
        <w:t>یہ ایک process ہے جو اس طرح سے چلتا ہے۔</w:t>
      </w:r>
    </w:p>
    <w:p>
      <w:r>
        <w:rPr>
          <w:b/>
        </w:rPr>
        <w:t xml:space="preserve">[57:16] </w:t>
      </w:r>
      <w:r>
        <w:t>Maulana, agla sawal lene se pehle ek comment padhna chahenge jo Doha, Qatar se Maulana Abdul Basit Umri</w:t>
      </w:r>
    </w:p>
    <w:p>
      <w:pPr>
        <w:jc w:val="right"/>
      </w:pPr>
      <w:r>
        <w:t>مولانا، اگلا سوال لینے سے پہلے ایک کمنٹ پڑھنا چاہیں گے جو دوحہ، قطر سے مولانا عبدالباسط عمری</w:t>
      </w:r>
    </w:p>
    <w:p>
      <w:r>
        <w:rPr>
          <w:b/>
        </w:rPr>
        <w:t xml:space="preserve">[57:23] </w:t>
      </w:r>
      <w:r>
        <w:t>ne bheja hai.</w:t>
      </w:r>
    </w:p>
    <w:p>
      <w:pPr>
        <w:jc w:val="right"/>
      </w:pPr>
      <w:r>
        <w:t>نے بھیجا ہے۔</w:t>
      </w:r>
    </w:p>
    <w:p>
      <w:r>
        <w:rPr>
          <w:b/>
        </w:rPr>
        <w:t xml:space="preserve">[57:30] </w:t>
      </w:r>
      <w:r>
        <w:t>unhon ne likha hai: "Maulana, aap akele insaan hain jo aqalmandi aur samajhdari ki baatein batate hain.</w:t>
      </w:r>
    </w:p>
    <w:p>
      <w:pPr>
        <w:jc w:val="right"/>
      </w:pPr>
      <w:r>
        <w:t>انہوں نے لکھا ہے: "مولانا، آپ اکیلے انسان ہیں جو عقلمندی اور سمجھداری کی باتیں بتاتے ہیں۔</w:t>
      </w:r>
    </w:p>
    <w:p>
      <w:r>
        <w:rPr>
          <w:b/>
        </w:rPr>
        <w:t xml:space="preserve">[57:36] </w:t>
      </w:r>
      <w:r>
        <w:t>misal ke taur par ek Sunday class mein aap ne kaha ke zindagi mein kamyabi ke liye ya manzil tak pahunchne</w:t>
      </w:r>
    </w:p>
    <w:p>
      <w:pPr>
        <w:jc w:val="right"/>
      </w:pPr>
      <w:r>
        <w:t>مثلاً ایک Sunday کلاس میں آپ نے کہا کہ زندگی میں کامیابی کے لیے یا منزل تک پہنچنے</w:t>
      </w:r>
    </w:p>
    <w:p>
      <w:r>
        <w:rPr>
          <w:b/>
        </w:rPr>
        <w:t xml:space="preserve">[57:43] </w:t>
      </w:r>
      <w:r>
        <w:t>ke liye rukawaton se i'raaz karna aur mawaqe ko talash kar ke unhein istemal karna chahiye.</w:t>
      </w:r>
    </w:p>
    <w:p>
      <w:pPr>
        <w:jc w:val="right"/>
      </w:pPr>
      <w:r>
        <w:t>کے لیے رکاوٹوں سے اعراض کرنا اور مواقع کو تلاش کر کے انہیں استعمال کرنا چاہیے۔</w:t>
      </w:r>
    </w:p>
    <w:p>
      <w:r>
        <w:rPr>
          <w:b/>
        </w:rPr>
        <w:t xml:space="preserve">[57:50] </w:t>
      </w:r>
      <w:r>
        <w:t>lekin aap ke ilawa doosre log jo hain, woh hamein kehte hain ke agar hamare raaste mein koi</w:t>
      </w:r>
    </w:p>
    <w:p>
      <w:pPr>
        <w:jc w:val="right"/>
      </w:pPr>
      <w:r>
        <w:t>لیکن آپ کے علاوہ دوسرے لوگ جو ہیں، وہ ہمیں کہتے ہیں کہ اگر ہمارے راستے میں کوئی</w:t>
      </w:r>
    </w:p>
    <w:p>
      <w:r>
        <w:rPr>
          <w:b/>
        </w:rPr>
        <w:t xml:space="preserve">[57:57] </w:t>
      </w:r>
      <w:r>
        <w:t>rukawat paida kare toh us ko hatao, kyunke hamein bhi right hai ke hum un ke khilaaf ihtijaaj</w:t>
      </w:r>
    </w:p>
    <w:p>
      <w:pPr>
        <w:jc w:val="right"/>
      </w:pPr>
      <w:r>
        <w:t>رکاوٹ پیدا کرے تو اس کو ہٹاؤ، کیونکہ ہمیں بھی right ہے کہ ہم ان کے خلاف احتجاج</w:t>
      </w:r>
    </w:p>
    <w:p>
      <w:r>
        <w:rPr>
          <w:b/>
        </w:rPr>
        <w:t xml:space="preserve">[58:04] </w:t>
      </w:r>
      <w:r>
        <w:t>karein, apna haq hasil karein.</w:t>
      </w:r>
    </w:p>
    <w:p>
      <w:pPr>
        <w:jc w:val="right"/>
      </w:pPr>
      <w:r>
        <w:t>کریں، اپنا حق حاصل کریں۔</w:t>
      </w:r>
    </w:p>
    <w:p>
      <w:r>
        <w:rPr>
          <w:b/>
        </w:rPr>
        <w:t xml:space="preserve">[58:11] </w:t>
      </w:r>
      <w:r>
        <w:t>yahi ihtijaaj aur shikayatein hamari tehreer aur taqreeron ka mozu ban gayi hain.</w:t>
      </w:r>
    </w:p>
    <w:p>
      <w:pPr>
        <w:jc w:val="right"/>
      </w:pPr>
      <w:r>
        <w:t>یہی احتجاج اور شکایتیں ہماری تحریر اور تقریروں کا موضوع بن گئی ہیں۔</w:t>
      </w:r>
    </w:p>
    <w:p>
      <w:r>
        <w:rPr>
          <w:b/>
        </w:rPr>
        <w:t xml:space="preserve">[58:18] </w:t>
      </w:r>
      <w:r>
        <w:t>Allah ka shukar hai ke aap ki rehnumai baghair kisi rukawat ke hamare zehni safar ko jaari rakhti</w:t>
      </w:r>
    </w:p>
    <w:p>
      <w:pPr>
        <w:jc w:val="right"/>
      </w:pPr>
      <w:r>
        <w:t>اللہ کا شکر ہے کہ آپ کی رہنمائی بغیر کسی رکاوٹ کے ہمارے ذہنی سفر کو جاری رکھتی</w:t>
      </w:r>
    </w:p>
    <w:p>
      <w:r>
        <w:rPr>
          <w:b/>
        </w:rPr>
        <w:t xml:space="preserve">[58:25] </w:t>
      </w:r>
      <w:r>
        <w:t>hai aur aap ki baatein bohat hausla deti hain. Jazak Allah.</w:t>
      </w:r>
    </w:p>
    <w:p>
      <w:pPr>
        <w:jc w:val="right"/>
      </w:pPr>
      <w:r>
        <w:t>ہے اور آپ کی باتیں بہت حوصلہ دیتی ہیں۔ جزاک اللہ۔</w:t>
      </w:r>
    </w:p>
    <w:p>
      <w:r>
        <w:rPr>
          <w:b/>
        </w:rPr>
        <w:t xml:space="preserve">[58:32] </w:t>
      </w:r>
      <w:r>
        <w:t>Maulana, agla sawal Delhi se kya hai Maulana Farhad Umri ne aur unhon ne likha hai: "According to</w:t>
      </w:r>
    </w:p>
    <w:p>
      <w:pPr>
        <w:jc w:val="right"/>
      </w:pPr>
      <w:r>
        <w:t>مولانا، اگلا سوال دلی سے کیا ہے مولانا فرہاد عمری نے اور انہوں نے لکھا ہے: "According to</w:t>
      </w:r>
    </w:p>
    <w:p>
      <w:r>
        <w:rPr>
          <w:b/>
        </w:rPr>
        <w:t xml:space="preserve">[58:39] </w:t>
      </w:r>
      <w:r>
        <w:t>you, Ahl-e-Iman is a brilliant personality, but nowadays I see that Ahl-e-Iman is the opposite of brilliant personality</w:t>
      </w:r>
    </w:p>
    <w:p>
      <w:pPr>
        <w:jc w:val="right"/>
      </w:pPr>
      <w:r>
        <w:t>you, Ahl-e-Iman is a brilliant personality, but nowadays I see that Ahl-e-Iman is the opposite of brilliant personality</w:t>
      </w:r>
    </w:p>
    <w:p>
      <w:r>
        <w:rPr>
          <w:b/>
        </w:rPr>
        <w:t xml:space="preserve">[58:46] </w:t>
      </w:r>
      <w:r>
        <w:t>in the field of Islam.</w:t>
      </w:r>
    </w:p>
    <w:p>
      <w:pPr>
        <w:jc w:val="right"/>
      </w:pPr>
      <w:r>
        <w:t>in the field of Islam.</w:t>
      </w:r>
    </w:p>
    <w:p>
      <w:r>
        <w:rPr>
          <w:b/>
        </w:rPr>
        <w:t xml:space="preserve">[58:53] </w:t>
      </w:r>
      <w:r>
        <w:t>Maulana sahib, what is the reason behind this?</w:t>
      </w:r>
    </w:p>
    <w:p>
      <w:pPr>
        <w:jc w:val="right"/>
      </w:pPr>
      <w:r>
        <w:t>مولانا صاحب, what is the reason behind this?</w:t>
      </w:r>
    </w:p>
    <w:p>
      <w:r>
        <w:rPr>
          <w:b/>
        </w:rPr>
        <w:t xml:space="preserve">[58:59] </w:t>
      </w:r>
      <w:r>
        <w:t>Kindly comment." Dekhein, brilliant personality ka lafz maine aakhirat ke saath istemal kiya hai, duniya ke saath nahin.</w:t>
      </w:r>
    </w:p>
    <w:p>
      <w:pPr>
        <w:jc w:val="right"/>
      </w:pPr>
      <w:r>
        <w:t>Kindly comment." دیکھیں، brilliant personality کا لفظ میں نے آخرت کے ساتھ استعمال کیا ہے، دنیا کے ساتھ نہیں۔</w:t>
      </w:r>
    </w:p>
    <w:p>
      <w:r>
        <w:rPr>
          <w:b/>
        </w:rPr>
        <w:t xml:space="preserve">[59:05] </w:t>
      </w:r>
      <w:r>
        <w:t>woh jo quran mein aaya hai ke woh dunya mein jab akhirat mein aayenge to un ke</w:t>
      </w:r>
    </w:p>
    <w:p>
      <w:pPr>
        <w:jc w:val="right"/>
      </w:pPr>
      <w:r>
        <w:t>وہ جو قرآن میں آیا ہے کہ وہ دنیا میں جب آخرت میں آئیں گے تو ان کے</w:t>
      </w:r>
    </w:p>
    <w:p>
      <w:r>
        <w:rPr>
          <w:b/>
        </w:rPr>
        <w:t xml:space="preserve">[59:11] </w:t>
      </w:r>
      <w:r>
        <w:t>saath noor hoga, us ko mein ne explain kiya hai.</w:t>
      </w:r>
    </w:p>
    <w:p>
      <w:pPr>
        <w:jc w:val="right"/>
      </w:pPr>
      <w:r>
        <w:t>ساتھ نور ہوگا، اس کو میں نے explain کیا ہے۔</w:t>
      </w:r>
    </w:p>
    <w:p>
      <w:r>
        <w:rPr>
          <w:b/>
        </w:rPr>
        <w:t xml:space="preserve">[59:17] </w:t>
      </w:r>
      <w:r>
        <w:t>yani akhirat mein woh parnoor shakhsiyat ke taur par numayan honge to us ka matlab kya hai?</w:t>
      </w:r>
    </w:p>
    <w:p>
      <w:pPr>
        <w:jc w:val="right"/>
      </w:pPr>
      <w:r>
        <w:t>یعنی آخرت میں وہ پرنور شخصیت کے طور پر نمایاں ہوں گے تو اس کا مطلب کیا ہے؟</w:t>
      </w:r>
    </w:p>
    <w:p>
      <w:r>
        <w:rPr>
          <w:b/>
        </w:rPr>
        <w:t xml:space="preserve">[59:23] </w:t>
      </w:r>
      <w:r>
        <w:t>to isi ko mein ne kaha ke brilliant personality.</w:t>
      </w:r>
    </w:p>
    <w:p>
      <w:pPr>
        <w:jc w:val="right"/>
      </w:pPr>
      <w:r>
        <w:t>تو اسی کو میں نے کہا کہ brilliant personality۔</w:t>
      </w:r>
    </w:p>
    <w:p>
      <w:r>
        <w:rPr>
          <w:b/>
        </w:rPr>
        <w:t xml:space="preserve">[59:29] </w:t>
      </w:r>
      <w:r>
        <w:t>to yeh jaisa ke mein ne arz kiya ke yeh jo brilliant personality hai momin ki, dunya mein</w:t>
      </w:r>
    </w:p>
    <w:p>
      <w:pPr>
        <w:jc w:val="right"/>
      </w:pPr>
      <w:r>
        <w:t>تو یہ جیسا کہ میں نے عرض کیا کہ یہ جو brilliant personality ہے مومن کی، دنیا میں</w:t>
      </w:r>
    </w:p>
    <w:p>
      <w:r>
        <w:rPr>
          <w:b/>
        </w:rPr>
        <w:t xml:space="preserve">[59:35] </w:t>
      </w:r>
      <w:r>
        <w:t>is ka glimpse to aap dekh sakte hain, us ki poori personality ko nahi dekh sakte.</w:t>
      </w:r>
    </w:p>
    <w:p>
      <w:pPr>
        <w:jc w:val="right"/>
      </w:pPr>
      <w:r>
        <w:t>اس کا glimpse تو آپ دیکھ سکتے ہیں، اس کی پوری personality کو نہیں دیکھ سکتے۔</w:t>
      </w:r>
    </w:p>
    <w:p>
      <w:r>
        <w:rPr>
          <w:b/>
        </w:rPr>
        <w:t xml:space="preserve">[59:41] </w:t>
      </w:r>
      <w:r>
        <w:t>baqi yeh jo musalman hain, ek bheed hai, woh to muslim nahi hain, woh to degenerated community hai.</w:t>
      </w:r>
    </w:p>
    <w:p>
      <w:pPr>
        <w:jc w:val="right"/>
      </w:pPr>
      <w:r>
        <w:t>باقی یہ جو مسلمان ہیں، ایک بھیڑ ہے، وہ تو مسلم نہیں ہیں، وہ تو degenerated community ہے۔</w:t>
      </w:r>
    </w:p>
    <w:p>
      <w:r>
        <w:rPr>
          <w:b/>
        </w:rPr>
        <w:t xml:space="preserve">[59:48] </w:t>
      </w:r>
      <w:r>
        <w:t>degenerated community jis ko babal mein kaha gaya al-fardata al-fardata al-marfuda radiated silver.</w:t>
      </w:r>
    </w:p>
    <w:p>
      <w:pPr>
        <w:jc w:val="right"/>
      </w:pPr>
      <w:r>
        <w:t>degenerated community جس کو بابل میں کہا گیا الفردۃ الفردۃ المرفوضہ ریڈی ایٹڈ سلور۔</w:t>
      </w:r>
    </w:p>
    <w:p>
      <w:r>
        <w:rPr>
          <w:b/>
        </w:rPr>
        <w:t xml:space="preserve">[59:54] </w:t>
      </w:r>
      <w:r>
        <w:t>to in ka maamla ek alag maamla hai, yani in ke andar humein in ke imaan ko revive</w:t>
      </w:r>
    </w:p>
    <w:p>
      <w:pPr>
        <w:jc w:val="right"/>
      </w:pPr>
      <w:r>
        <w:t>تو ان کا معاملہ ایک الگ معاملہ ہے، یعنی ان کے اندر ہمیں ان کے ایمان کو revive</w:t>
      </w:r>
    </w:p>
    <w:p>
      <w:r>
        <w:rPr>
          <w:b/>
        </w:rPr>
        <w:t xml:space="preserve">[1:00:00] </w:t>
      </w:r>
      <w:r>
        <w:t>karna hai, in ke liye imaan o islam ko rediscovery banana hai.</w:t>
      </w:r>
    </w:p>
    <w:p>
      <w:pPr>
        <w:jc w:val="right"/>
      </w:pPr>
      <w:r>
        <w:t>کرنا ہے، ان کے لیے ایمان و اسلام کو rediscovery بنانا ہے۔</w:t>
      </w:r>
    </w:p>
    <w:p>
      <w:r>
        <w:rPr>
          <w:b/>
        </w:rPr>
        <w:t xml:space="preserve">[1:00:06] </w:t>
      </w:r>
      <w:r>
        <w:t>baqi jo baat mein ne kahi, woh is ayat ki sharah mein hai ke akhirat mein woh jab</w:t>
      </w:r>
    </w:p>
    <w:p>
      <w:pPr>
        <w:jc w:val="right"/>
      </w:pPr>
      <w:r>
        <w:t>باقی جو بات میں نے کہی، وہ اس آیت کی شرح میں ہے کہ آخرت میں وہ جب</w:t>
      </w:r>
    </w:p>
    <w:p>
      <w:r>
        <w:rPr>
          <w:b/>
        </w:rPr>
        <w:t xml:space="preserve">[1:00:12] </w:t>
      </w:r>
      <w:r>
        <w:t>aayenge to woh ek bohat aala darje ki parnoor shakhsiyat un ki hogi.</w:t>
      </w:r>
    </w:p>
    <w:p>
      <w:pPr>
        <w:jc w:val="right"/>
      </w:pPr>
      <w:r>
        <w:t>آئیں گے تو وہ ایک بہت اعلیٰ درجے کی پرنور شخصیت ان کی ہوگی۔</w:t>
      </w:r>
    </w:p>
    <w:p>
      <w:r>
        <w:rPr>
          <w:b/>
        </w:rPr>
        <w:t xml:space="preserve">[1:00:18] </w:t>
      </w:r>
      <w:r>
        <w:t>isi ko mein ne kaha ke brilliant personality.</w:t>
      </w:r>
    </w:p>
    <w:p>
      <w:pPr>
        <w:jc w:val="right"/>
      </w:pPr>
      <w:r>
        <w:t>اسی کو میں نے کہا کہ brilliant personality۔</w:t>
      </w:r>
    </w:p>
    <w:p>
      <w:r>
        <w:rPr>
          <w:b/>
        </w:rPr>
        <w:t xml:space="preserve">[1:00:24] </w:t>
      </w:r>
      <w:r>
        <w:t>ab woh akhirat ke aitbar se hai, agarchay dunya mein is ka glimpse dekh sakte hain, lekin apni</w:t>
      </w:r>
    </w:p>
    <w:p>
      <w:pPr>
        <w:jc w:val="right"/>
      </w:pPr>
      <w:r>
        <w:t>اب وہ آخرت کے اعتبار سے ہے، اگرچہ دنیا میں اس کا glimpse دیکھ سکتے ہیں، لیکن اپنی</w:t>
      </w:r>
    </w:p>
    <w:p>
      <w:r>
        <w:rPr>
          <w:b/>
        </w:rPr>
        <w:t xml:space="preserve">[1:00:30] </w:t>
      </w:r>
      <w:r>
        <w:t>bharpoor shakal mein woh zahir hogi akhirat mein.</w:t>
      </w:r>
    </w:p>
    <w:p>
      <w:pPr>
        <w:jc w:val="right"/>
      </w:pPr>
      <w:r>
        <w:t>بھرپور شکل میں وہ ظاہر ہوگی آخرت میں۔</w:t>
      </w:r>
    </w:p>
    <w:p>
      <w:r>
        <w:rPr>
          <w:b/>
        </w:rPr>
        <w:t xml:space="preserve">[1:00:37] </w:t>
      </w:r>
      <w:r>
        <w:t>maulana, agla sawal lene se pehle ek aur comment parhna chahenge jo phir se maulana abdul basit umri</w:t>
      </w:r>
    </w:p>
    <w:p>
      <w:pPr>
        <w:jc w:val="right"/>
      </w:pPr>
      <w:r>
        <w:t>مولانا، اگلا سوال لینے سے پہلے ایک اور کمنٹ پڑھنا چاہیں گے جو پھر سے مولانا عبدالباسط عمری</w:t>
      </w:r>
    </w:p>
    <w:p>
      <w:r>
        <w:rPr>
          <w:b/>
        </w:rPr>
        <w:t xml:space="preserve">[1:00:43] </w:t>
      </w:r>
      <w:r>
        <w:t>ne bheja hai doha, qatar se.</w:t>
      </w:r>
    </w:p>
    <w:p>
      <w:pPr>
        <w:jc w:val="right"/>
      </w:pPr>
      <w:r>
        <w:t>نے بھیجا ہے دوحہ، قطر سے۔</w:t>
      </w:r>
    </w:p>
    <w:p>
      <w:r>
        <w:rPr>
          <w:b/>
        </w:rPr>
        <w:t xml:space="preserve">[1:00:49] </w:t>
      </w:r>
      <w:r>
        <w:t>unhon ne likha hai: "maulana, aap jo marifat ki baatein batate hain, woh hamari fitrat ko, hamari spiritual</w:t>
      </w:r>
    </w:p>
    <w:p>
      <w:pPr>
        <w:jc w:val="right"/>
      </w:pPr>
      <w:r>
        <w:t>انہوں نے لکھا ہے: "مولانا، آپ جو معرفت کی باتیں بتاتے ہیں، وہ ہماری فطرت کو، ہماری spiritual</w:t>
      </w:r>
    </w:p>
    <w:p>
      <w:r>
        <w:rPr>
          <w:b/>
        </w:rPr>
        <w:t xml:space="preserve">[1:00:55] </w:t>
      </w:r>
      <w:r>
        <w:t>spirit ko zinda karti hain.</w:t>
      </w:r>
    </w:p>
    <w:p>
      <w:pPr>
        <w:jc w:val="right"/>
      </w:pPr>
      <w:r>
        <w:t>spirit کو زندہ کرتی ہیں۔</w:t>
      </w:r>
    </w:p>
    <w:p>
      <w:r>
        <w:rPr>
          <w:b/>
        </w:rPr>
        <w:t xml:space="preserve">[1:01:01] </w:t>
      </w:r>
      <w:r>
        <w:t>aap ki baatein sun kar humein zindagi milti hai." maulana, agla sawal kya hai kashmir se aamir mori sahib ne.</w:t>
      </w:r>
    </w:p>
    <w:p>
      <w:pPr>
        <w:jc w:val="right"/>
      </w:pPr>
      <w:r>
        <w:t>آپ کی باتیں سن کر ہمیں زندگی ملتی ہے۔" مولانا، اگلا سوال کیا ہے کشمیر سے عامر موری صاحب نے۔</w:t>
      </w:r>
    </w:p>
    <w:p>
      <w:r>
        <w:rPr>
          <w:b/>
        </w:rPr>
        <w:t xml:space="preserve">[1:01:07] </w:t>
      </w:r>
      <w:r>
        <w:t>unhon ne likha hai: "maulana sahib how can we develop the spiritual sensitivity in ourselves so that we</w:t>
      </w:r>
    </w:p>
    <w:p>
      <w:pPr>
        <w:jc w:val="right"/>
      </w:pPr>
      <w:r>
        <w:t>انہوں نے لکھا ہے: "مولانا صاحب how can we develop the spiritual sensitivity in ourselves so that we</w:t>
      </w:r>
    </w:p>
    <w:p>
      <w:r>
        <w:rPr>
          <w:b/>
        </w:rPr>
        <w:t xml:space="preserve">[1:01:13] </w:t>
      </w:r>
      <w:r>
        <w:t>would be able to extract spiritual content in the universe which will in turn help us to develop</w:t>
      </w:r>
    </w:p>
    <w:p>
      <w:pPr>
        <w:jc w:val="right"/>
      </w:pPr>
      <w:r>
        <w:t>would be able to extract spiritual content in the universe which will in turn help us to develop</w:t>
      </w:r>
    </w:p>
    <w:p>
      <w:r>
        <w:rPr>
          <w:b/>
        </w:rPr>
        <w:t xml:space="preserve">[1:01:19] </w:t>
      </w:r>
      <w:r>
        <w:t>a brilliant personality?</w:t>
      </w:r>
    </w:p>
    <w:p>
      <w:pPr>
        <w:jc w:val="right"/>
      </w:pPr>
      <w:r>
        <w:t>a brilliant personality?</w:t>
      </w:r>
    </w:p>
    <w:p>
      <w:r>
        <w:rPr>
          <w:b/>
        </w:rPr>
        <w:t xml:space="preserve">[1:01:26] </w:t>
      </w:r>
      <w:r>
        <w:t>kindly guide us." dekhein, yeh ek hadith hai innallaha izaa ahaba qauman ibtalāhum Allah jab kisi se</w:t>
      </w:r>
    </w:p>
    <w:p>
      <w:pPr>
        <w:jc w:val="right"/>
      </w:pPr>
      <w:r>
        <w:t>Kindly guide us." دیکھیں، یہ ایک حدیث ہے إِنَّ اللَّهَ أَذَا أَحَبَّ قَوْمًا ابْتَلَاهُم اللہ جب کسی سے</w:t>
      </w:r>
    </w:p>
    <w:p>
      <w:r>
        <w:rPr>
          <w:b/>
        </w:rPr>
        <w:t xml:space="preserve">[1:01:33] </w:t>
      </w:r>
      <w:r>
        <w:t>mohabbat karta hai to us ko museebat mein daal deta hai.</w:t>
      </w:r>
    </w:p>
    <w:p>
      <w:pPr>
        <w:jc w:val="right"/>
      </w:pPr>
      <w:r>
        <w:t>محبت کرتا ہے تو اس کو مصیبت میں ڈال دیتا ہے۔</w:t>
      </w:r>
    </w:p>
    <w:p>
      <w:r>
        <w:rPr>
          <w:b/>
        </w:rPr>
        <w:t xml:space="preserve">[1:01:40] </w:t>
      </w:r>
      <w:r>
        <w:t>to log museebat ko samajhte hain ke bas ek buri cheez hai, woh ek evil hai, chahte hain</w:t>
      </w:r>
    </w:p>
    <w:p>
      <w:pPr>
        <w:jc w:val="right"/>
      </w:pPr>
      <w:r>
        <w:t>تو لوگ مصیبت کو سمجھتے ہیں کہ بس ایک بری چیز ہے، وہ ایک evil ہے، چاہتے ہیں</w:t>
      </w:r>
    </w:p>
    <w:p>
      <w:r>
        <w:rPr>
          <w:b/>
        </w:rPr>
        <w:t xml:space="preserve">[1:01:48] </w:t>
      </w:r>
      <w:r>
        <w:t>ke museebat na pade in ko.</w:t>
      </w:r>
    </w:p>
    <w:p>
      <w:pPr>
        <w:jc w:val="right"/>
      </w:pPr>
      <w:r>
        <w:t>کہ مصیبت نہ پڑے ان کو۔</w:t>
      </w:r>
    </w:p>
    <w:p>
      <w:r>
        <w:rPr>
          <w:b/>
        </w:rPr>
        <w:t xml:space="preserve">[1:01:55] </w:t>
      </w:r>
      <w:r>
        <w:t>Maa baap chahte hain ke koi bachchon par museebat na pade.</w:t>
      </w:r>
    </w:p>
    <w:p>
      <w:pPr>
        <w:jc w:val="right"/>
      </w:pPr>
      <w:r>
        <w:t>ماں باپ چاہتے ہیں کہ کوئی بچوں پر مصیبت نہ پڑے۔</w:t>
      </w:r>
    </w:p>
    <w:p>
      <w:r>
        <w:rPr>
          <w:b/>
        </w:rPr>
        <w:t xml:space="preserve">[1:02:02] </w:t>
      </w:r>
      <w:r>
        <w:t>In ko sochna chahiye ke ho sakta hai ke museebat Allah ki taraf se aayi ho, sensitive banane ke liye.</w:t>
      </w:r>
    </w:p>
    <w:p>
      <w:pPr>
        <w:jc w:val="right"/>
      </w:pPr>
      <w:r>
        <w:t>ان کو سوچنا چاہیے کہ ہو سکتا ہے کہ مصیبت اللہ کی طرف سے آئی ہو، sensitive بنانے کے لیے۔</w:t>
      </w:r>
    </w:p>
    <w:p>
      <w:r>
        <w:rPr>
          <w:b/>
        </w:rPr>
        <w:t xml:space="preserve">[1:02:10] </w:t>
      </w:r>
      <w:r>
        <w:t>tab is ko avail karenge.</w:t>
      </w:r>
    </w:p>
    <w:p>
      <w:pPr>
        <w:jc w:val="right"/>
      </w:pPr>
      <w:r>
        <w:t>تب اس کو avail کریں گے۔</w:t>
      </w:r>
    </w:p>
    <w:p>
      <w:r>
        <w:rPr>
          <w:b/>
        </w:rPr>
        <w:t xml:space="preserve">[1:02:17] </w:t>
      </w:r>
      <w:r>
        <w:t>Yaani take your museebat as an opportunity yeh ek naya concept hai jo main arz kar raha hoon</w:t>
      </w:r>
    </w:p>
    <w:p>
      <w:pPr>
        <w:jc w:val="right"/>
      </w:pPr>
      <w:r>
        <w:t>یعنی take your مصیبت as an opportunity یہ ایک نیا concept ہے جو میں عرض کر رہا ہوں</w:t>
      </w:r>
    </w:p>
    <w:p>
      <w:r>
        <w:rPr>
          <w:b/>
        </w:rPr>
        <w:t xml:space="preserve">[1:02:25] </w:t>
      </w:r>
      <w:r>
        <w:t>ke difficulties ko ko aap opportunity ke taur par padh len, tab is ko avail kar payenge aap.</w:t>
      </w:r>
    </w:p>
    <w:p>
      <w:pPr>
        <w:jc w:val="right"/>
      </w:pPr>
      <w:r>
        <w:t>کہ difficulties کو کو آپ opportunity کے طور پر پڑھ لیں، تب اس کو avail کر پائیں گے آپ۔</w:t>
      </w:r>
    </w:p>
    <w:p>
      <w:r>
        <w:rPr>
          <w:b/>
        </w:rPr>
        <w:t xml:space="preserve">[1:02:32] </w:t>
      </w:r>
      <w:r>
        <w:t>Log difficulties ko samajhte hain ke museebat hai, woh is se ladte hain, bas ladte hain khaali.</w:t>
      </w:r>
    </w:p>
    <w:p>
      <w:pPr>
        <w:jc w:val="right"/>
      </w:pPr>
      <w:r>
        <w:t>لوگ difficulties کو سمجھتے ہیں کہ مصیبت ہے، وہ اس سے لڑتے ہیں، بس لڑتے ہیں خالی۔</w:t>
      </w:r>
    </w:p>
    <w:p>
      <w:r>
        <w:rPr>
          <w:b/>
        </w:rPr>
        <w:t xml:space="preserve">[1:02:39] </w:t>
      </w:r>
      <w:r>
        <w:t>Jisko dekhen, woh museebaton se, difficulties se ladta hai.</w:t>
      </w:r>
    </w:p>
    <w:p>
      <w:pPr>
        <w:jc w:val="right"/>
      </w:pPr>
      <w:r>
        <w:t>جس کو دیکھیں، وہ مصیبتوں سے، difficulties سے لڑتا ہے۔</w:t>
      </w:r>
    </w:p>
    <w:p>
      <w:r>
        <w:rPr>
          <w:b/>
        </w:rPr>
        <w:t xml:space="preserve">[1:02:47] </w:t>
      </w:r>
      <w:r>
        <w:t>To take difficulties as an opportunity tab is ko avail kar payenge aap.</w:t>
      </w:r>
    </w:p>
    <w:p>
      <w:pPr>
        <w:jc w:val="right"/>
      </w:pPr>
      <w:r>
        <w:t>تو take difficulties as an opportunity تب اس کو avail کر پائیں گے آپ۔</w:t>
      </w:r>
    </w:p>
    <w:p>
      <w:r>
        <w:rPr>
          <w:b/>
        </w:rPr>
        <w:t xml:space="preserve">[1:02:54] </w:t>
      </w:r>
      <w:r>
        <w:t>Ek nayi soch laana hai, ek nayi soch laana padega, tab aadmi ke andar yeh shakhsiyat banegi.</w:t>
      </w:r>
    </w:p>
    <w:p>
      <w:pPr>
        <w:jc w:val="right"/>
      </w:pPr>
      <w:r>
        <w:t>ایک نئی سوچ لانا ہے، ایک نئی سوچ لانا پڑے گا، تب آدمی کے اندر یہ شخصیت بنے گی۔</w:t>
      </w:r>
    </w:p>
    <w:p>
      <w:r>
        <w:rPr>
          <w:b/>
        </w:rPr>
        <w:t xml:space="preserve">[1:03:01] </w:t>
      </w:r>
      <w:r>
        <w:t>Maulana, agla sawal zuber iqbal sahab ne kiya hai nagpur se aur unhon ne likha hai: "Maulana sahab</w:t>
      </w:r>
    </w:p>
    <w:p>
      <w:pPr>
        <w:jc w:val="right"/>
      </w:pPr>
      <w:r>
        <w:t>مولانا، اگلا سوال زبیر اقبال صاحب نے کیا ہے ناکپور سے اور انہوں نے لکھا ہے: "مولانا صاحب</w:t>
      </w:r>
    </w:p>
    <w:p>
      <w:r>
        <w:rPr>
          <w:b/>
        </w:rPr>
        <w:t xml:space="preserve">[1:03:09] </w:t>
      </w:r>
      <w:r>
        <w:t>what are those things that as a believer I should not do which will stop me from becoming</w:t>
      </w:r>
    </w:p>
    <w:p>
      <w:pPr>
        <w:jc w:val="right"/>
      </w:pPr>
      <w:r>
        <w:t>what are those things that as a believer I should not do which will stop me from becoming</w:t>
      </w:r>
    </w:p>
    <w:p>
      <w:r>
        <w:rPr>
          <w:b/>
        </w:rPr>
        <w:t xml:space="preserve">[1:03:16] </w:t>
      </w:r>
      <w:r>
        <w:t>a brilliant personality?</w:t>
      </w:r>
    </w:p>
    <w:p>
      <w:pPr>
        <w:jc w:val="right"/>
      </w:pPr>
      <w:r>
        <w:t>a brilliant personality?</w:t>
      </w:r>
    </w:p>
    <w:p>
      <w:r>
        <w:rPr>
          <w:b/>
        </w:rPr>
        <w:t xml:space="preserve">[1:03:24] </w:t>
      </w:r>
      <w:r>
        <w:t>Kindly advice.</w:t>
      </w:r>
    </w:p>
    <w:p>
      <w:pPr>
        <w:jc w:val="right"/>
      </w:pPr>
      <w:r>
        <w:t>Kindly advice.</w:t>
      </w:r>
    </w:p>
    <w:p>
      <w:r>
        <w:rPr>
          <w:b/>
        </w:rPr>
        <w:t xml:space="preserve">[1:03:29] </w:t>
      </w:r>
      <w:r>
        <w:t>Bhai, main ne to yeh samjha hai ke sab se zyada jo disastrous cheez hai, mohlik, woh hai distraction.</w:t>
      </w:r>
    </w:p>
    <w:p>
      <w:pPr>
        <w:jc w:val="right"/>
      </w:pPr>
      <w:r>
        <w:t>بھائی، میں نے تو یہ سمجھا ہے کہ سب سے زیادہ جو disastrous چیز ہے، مہلک، وہ ہے distraction۔</w:t>
      </w:r>
    </w:p>
    <w:p>
      <w:r>
        <w:rPr>
          <w:b/>
        </w:rPr>
        <w:t xml:space="preserve">[1:03:34] </w:t>
      </w:r>
      <w:r>
        <w:t>Har aadmi pe distraction mein pada mujhe nazar aata hai.</w:t>
      </w:r>
    </w:p>
    <w:p>
      <w:pPr>
        <w:jc w:val="right"/>
      </w:pPr>
      <w:r>
        <w:t>ہر آدمی پہ distraction میں پڑا مجھے نظر آتا ہے۔</w:t>
      </w:r>
    </w:p>
    <w:p>
      <w:r>
        <w:rPr>
          <w:b/>
        </w:rPr>
        <w:t xml:space="preserve">[1:03:39] </w:t>
      </w:r>
      <w:r>
        <w:t>Zara si baat se distract hote hain log, zara si baat se distract hote hain log.</w:t>
      </w:r>
    </w:p>
    <w:p>
      <w:pPr>
        <w:jc w:val="right"/>
      </w:pPr>
      <w:r>
        <w:t>ذرا سی بات سے distract ہوتے ہیں لوگ، ذرا سی بات سے distract ہوتے ہیں لوگ۔</w:t>
      </w:r>
    </w:p>
    <w:p>
      <w:r>
        <w:rPr>
          <w:b/>
        </w:rPr>
        <w:t xml:space="preserve">[1:03:45] </w:t>
      </w:r>
      <w:r>
        <w:t>Jaise main ne ek misaal is se pehle de chuka hoon aap ko ke main ek sahab ke</w:t>
      </w:r>
    </w:p>
    <w:p>
      <w:pPr>
        <w:jc w:val="right"/>
      </w:pPr>
      <w:r>
        <w:t>جیسے میں نے ایک مثال اس سے پہلے دے چکا ہوں آپ کو کہ میں ایک صاحب کے</w:t>
      </w:r>
    </w:p>
    <w:p>
      <w:r>
        <w:rPr>
          <w:b/>
        </w:rPr>
        <w:t xml:space="preserve">[1:03:50] </w:t>
      </w:r>
      <w:r>
        <w:t>saath tha aur bahut hi serious deeni baatein ho rahi theen.</w:t>
      </w:r>
    </w:p>
    <w:p>
      <w:pPr>
        <w:jc w:val="right"/>
      </w:pPr>
      <w:r>
        <w:t>ساتھ تھا اور بہت ہی serious دینی باتیں ہو رہی تھیں۔</w:t>
      </w:r>
    </w:p>
    <w:p>
      <w:r>
        <w:rPr>
          <w:b/>
        </w:rPr>
        <w:t xml:space="preserve">[1:03:55] </w:t>
      </w:r>
      <w:r>
        <w:t>Ab un ka chhota bachcha aa gaya to foran utha kar god mein rakh liya unhon ne.</w:t>
      </w:r>
    </w:p>
    <w:p>
      <w:pPr>
        <w:jc w:val="right"/>
      </w:pPr>
      <w:r>
        <w:t>اب ان کا چھوٹا بچہ آ گیا تو فوراً اٹھا کر گود میں رکھ لیا انہوں نے۔</w:t>
      </w:r>
    </w:p>
    <w:p>
      <w:r>
        <w:rPr>
          <w:b/>
        </w:rPr>
        <w:t xml:space="preserve">[1:04:01] </w:t>
      </w:r>
      <w:r>
        <w:t>Yeh hai distraction.</w:t>
      </w:r>
    </w:p>
    <w:p>
      <w:pPr>
        <w:jc w:val="right"/>
      </w:pPr>
      <w:r>
        <w:t>یہ ہے distraction۔</w:t>
      </w:r>
    </w:p>
    <w:p>
      <w:r>
        <w:rPr>
          <w:b/>
        </w:rPr>
        <w:t xml:space="preserve">[1:04:06] </w:t>
      </w:r>
      <w:r>
        <w:t>Phir woh bachcha aaya hai, aayega, jayega.</w:t>
      </w:r>
    </w:p>
    <w:p>
      <w:pPr>
        <w:jc w:val="right"/>
      </w:pPr>
      <w:r>
        <w:t>پھر وہ بچہ آیا ہے، آئے گا، جائے گا۔</w:t>
      </w:r>
    </w:p>
    <w:p>
      <w:r>
        <w:rPr>
          <w:b/>
        </w:rPr>
        <w:t xml:space="preserve">[1:04:11] </w:t>
      </w:r>
      <w:r>
        <w:t>Is ko, is ko aap apne sochne ke silsile ko todte hain, kyun todte hain? Isi ko kehte hain distraction.</w:t>
      </w:r>
    </w:p>
    <w:p>
      <w:pPr>
        <w:jc w:val="right"/>
      </w:pPr>
      <w:r>
        <w:t>اس کو، اس کو آپ اپنے سوچنے کے سلسلے کو توڑتے ہیں، کیوں توڑتے ہیں؟ اسی کو کہتے ہیں distraction۔</w:t>
      </w:r>
    </w:p>
    <w:p>
      <w:r>
        <w:rPr>
          <w:b/>
        </w:rPr>
        <w:t xml:space="preserve">[1:04:17] </w:t>
      </w:r>
      <w:r>
        <w:t>Main ek martaba, main ek dastarkhwan par tha, kisi ka dawat thi to bahut saaman aa raha tha.</w:t>
      </w:r>
    </w:p>
    <w:p>
      <w:pPr>
        <w:jc w:val="right"/>
      </w:pPr>
      <w:r>
        <w:t>میں ایک مرتبہ، میں ایک دسترخوان پر تھا، کسی کا دعوت تھی تو بہت سامان آ رہا تھا۔</w:t>
      </w:r>
    </w:p>
    <w:p>
      <w:r>
        <w:rPr>
          <w:b/>
        </w:rPr>
        <w:t xml:space="preserve">[1:04:22] </w:t>
      </w:r>
      <w:r>
        <w:t>ek ke baad ek.</w:t>
      </w:r>
    </w:p>
    <w:p>
      <w:pPr>
        <w:jc w:val="right"/>
      </w:pPr>
      <w:r>
        <w:t>ایک کے بعد ایک۔</w:t>
      </w:r>
    </w:p>
    <w:p>
      <w:r>
        <w:rPr>
          <w:b/>
        </w:rPr>
        <w:t xml:space="preserve">[1:04:27] </w:t>
      </w:r>
      <w:r>
        <w:t>to mein to aksar aise mauqe par sookhi roti kha leta hoon, bas kuch.</w:t>
      </w:r>
    </w:p>
    <w:p>
      <w:pPr>
        <w:jc w:val="right"/>
      </w:pPr>
      <w:r>
        <w:t>تو میں تو اکثر ایسے موقع پر سوکھی روٹی کھا لیتا ہوں، بس کچھ۔</w:t>
      </w:r>
    </w:p>
    <w:p>
      <w:r>
        <w:rPr>
          <w:b/>
        </w:rPr>
        <w:t xml:space="preserve">[1:04:33] </w:t>
      </w:r>
      <w:r>
        <w:t>to murgh, murgh aaya, haan murgh.</w:t>
      </w:r>
    </w:p>
    <w:p>
      <w:pPr>
        <w:jc w:val="right"/>
      </w:pPr>
      <w:r>
        <w:t>تو مرغ، مرغ آیا، ہاں مرغ۔</w:t>
      </w:r>
    </w:p>
    <w:p>
      <w:r>
        <w:rPr>
          <w:b/>
        </w:rPr>
        <w:t xml:space="preserve">[1:04:38] </w:t>
      </w:r>
      <w:r>
        <w:t>to ek sahab ne kaha ke nishan-e-mard-e-momin baat goyam jo murgh aaya to sam lahab is to</w:t>
      </w:r>
    </w:p>
    <w:p>
      <w:pPr>
        <w:jc w:val="right"/>
      </w:pPr>
      <w:r>
        <w:t>تو ایک صاحب نے کہا کہ نشان مرد مومن بات گویم جو مرغ آیا توسم لبہ اس تو</w:t>
      </w:r>
    </w:p>
    <w:p>
      <w:r>
        <w:rPr>
          <w:b/>
        </w:rPr>
        <w:t xml:space="preserve">[1:04:43] </w:t>
      </w:r>
      <w:r>
        <w:t>wo distraction hai.</w:t>
      </w:r>
    </w:p>
    <w:p>
      <w:pPr>
        <w:jc w:val="right"/>
      </w:pPr>
      <w:r>
        <w:t>وہ distraction ہے۔</w:t>
      </w:r>
    </w:p>
    <w:p>
      <w:r>
        <w:rPr>
          <w:b/>
        </w:rPr>
        <w:t xml:space="preserve">[1:04:49] </w:t>
      </w:r>
      <w:r>
        <w:t>yaani hum sochein, hum jab matlab baitha hoon dastarkhwan par to mein sochta hoon ke Allah ne kaisi</w:t>
      </w:r>
    </w:p>
    <w:p>
      <w:pPr>
        <w:jc w:val="right"/>
      </w:pPr>
      <w:r>
        <w:t>یعنی ہم سوچ، ہم جب مطلب بیٹھا ہوں دسترخوان پر تو میں سوچتا ہوں کہ اللہ نے کیسی</w:t>
      </w:r>
    </w:p>
    <w:p>
      <w:r>
        <w:rPr>
          <w:b/>
        </w:rPr>
        <w:t xml:space="preserve">[1:04:54] </w:t>
      </w:r>
      <w:r>
        <w:t>acchi cheezein banayi hain.</w:t>
      </w:r>
    </w:p>
    <w:p>
      <w:pPr>
        <w:jc w:val="right"/>
      </w:pPr>
      <w:r>
        <w:t>اچھی چیزیں بنائی ہیں۔</w:t>
      </w:r>
    </w:p>
    <w:p>
      <w:r>
        <w:rPr>
          <w:b/>
        </w:rPr>
        <w:t xml:space="preserve">[1:04:59] </w:t>
      </w:r>
      <w:r>
        <w:t>mujhe roti, roti nahi dikhayi thi.</w:t>
      </w:r>
    </w:p>
    <w:p>
      <w:pPr>
        <w:jc w:val="right"/>
      </w:pPr>
      <w:r>
        <w:t>مجھے روٹی، روٹی نہیں دکھائی تھی۔</w:t>
      </w:r>
    </w:p>
    <w:p>
      <w:r>
        <w:rPr>
          <w:b/>
        </w:rPr>
        <w:t xml:space="preserve">[1:05:05] </w:t>
      </w:r>
      <w:r>
        <w:t>roti mein gandum ka khet, us ke pehle barishein, us ke pehle zameen ka banna, ek poora process</w:t>
      </w:r>
    </w:p>
    <w:p>
      <w:pPr>
        <w:jc w:val="right"/>
      </w:pPr>
      <w:r>
        <w:t>روٹی میں گندم کا کھیت، اس کے پہلے بارشیں، اس کے پہلے زمین کا بننا، ایک پورا process</w:t>
      </w:r>
    </w:p>
    <w:p>
      <w:r>
        <w:rPr>
          <w:b/>
        </w:rPr>
        <w:t xml:space="preserve">[1:05:10] </w:t>
      </w:r>
      <w:r>
        <w:t>hai jo billion billion years ka.</w:t>
      </w:r>
    </w:p>
    <w:p>
      <w:pPr>
        <w:jc w:val="right"/>
      </w:pPr>
      <w:r>
        <w:t>ہے جو بلین بلین years کا۔</w:t>
      </w:r>
    </w:p>
    <w:p>
      <w:r>
        <w:rPr>
          <w:b/>
        </w:rPr>
        <w:t xml:space="preserve">[1:05:15] </w:t>
      </w:r>
      <w:r>
        <w:t>tab mujhe roti mili hai.</w:t>
      </w:r>
    </w:p>
    <w:p>
      <w:pPr>
        <w:jc w:val="right"/>
      </w:pPr>
      <w:r>
        <w:t>تب مجھے روٹی ملی ہے۔</w:t>
      </w:r>
    </w:p>
    <w:p>
      <w:r>
        <w:rPr>
          <w:b/>
        </w:rPr>
        <w:t xml:space="preserve">[1:05:21] </w:t>
      </w:r>
      <w:r>
        <w:t>to mein to kho jaata hoon Allah ki takhleeq mein.</w:t>
      </w:r>
    </w:p>
    <w:p>
      <w:pPr>
        <w:jc w:val="right"/>
      </w:pPr>
      <w:r>
        <w:t>تو میں تو کھو جاتا ہوں اللہ کی تخلیق میں۔</w:t>
      </w:r>
    </w:p>
    <w:p>
      <w:r>
        <w:rPr>
          <w:b/>
        </w:rPr>
        <w:t xml:space="preserve">[1:05:26] </w:t>
      </w:r>
      <w:r>
        <w:t>ab in ko bas murgh aaya to bas distract ho gaye.</w:t>
      </w:r>
    </w:p>
    <w:p>
      <w:pPr>
        <w:jc w:val="right"/>
      </w:pPr>
      <w:r>
        <w:t>اب ان کو بس مرغ آیا تو بس distract ہو گئے۔</w:t>
      </w:r>
    </w:p>
    <w:p>
      <w:r>
        <w:rPr>
          <w:b/>
        </w:rPr>
        <w:t xml:space="preserve">[1:05:31] </w:t>
      </w:r>
      <w:r>
        <w:t>isi mein ab le rahe hain, kha rahe hain. Alhamdulillah, Alhamdulillah.</w:t>
      </w:r>
    </w:p>
    <w:p>
      <w:pPr>
        <w:jc w:val="right"/>
      </w:pPr>
      <w:r>
        <w:t>اسی میں اب لے رہے ہیں، کھا رہے ہیں۔ الحمدللہ، الحمدللہ۔</w:t>
      </w:r>
    </w:p>
    <w:p>
      <w:r>
        <w:rPr>
          <w:b/>
        </w:rPr>
        <w:t xml:space="preserve">[1:05:37] </w:t>
      </w:r>
      <w:r>
        <w:t>yeh distraction hai, Alhamdulillah nahi hai.</w:t>
      </w:r>
    </w:p>
    <w:p>
      <w:pPr>
        <w:jc w:val="right"/>
      </w:pPr>
      <w:r>
        <w:t>یہ distraction ہے، الحمدللہ نہیں ہے۔</w:t>
      </w:r>
    </w:p>
    <w:p>
      <w:r>
        <w:rPr>
          <w:b/>
        </w:rPr>
        <w:t xml:space="preserve">[1:05:42] </w:t>
      </w:r>
      <w:r>
        <w:t>yeh distraction hai.</w:t>
      </w:r>
    </w:p>
    <w:p>
      <w:pPr>
        <w:jc w:val="right"/>
      </w:pPr>
      <w:r>
        <w:t>یہ distraction ہے۔</w:t>
      </w:r>
    </w:p>
    <w:p>
      <w:r>
        <w:rPr>
          <w:b/>
        </w:rPr>
        <w:t xml:space="preserve">[1:05:47] </w:t>
      </w:r>
      <w:r>
        <w:t>aap ke samne khana aaya hai to jaise aaj aap ne mujhe ek anda diya khane ke liye</w:t>
      </w:r>
    </w:p>
    <w:p>
      <w:pPr>
        <w:jc w:val="right"/>
      </w:pPr>
      <w:r>
        <w:t>آپ کے سامنے کھانا آیا ہے تو جیسے آج آپ نے مجھے ایک انڈا دیا کھانے کے لیے</w:t>
      </w:r>
    </w:p>
    <w:p>
      <w:r>
        <w:rPr>
          <w:b/>
        </w:rPr>
        <w:t xml:space="preserve">[1:05:53] </w:t>
      </w:r>
      <w:r>
        <w:t>to anda dekh kar main samjha ke ke kaise, kitni ajeeb qudrat hai Allah taala ki ke murghi,</w:t>
      </w:r>
    </w:p>
    <w:p>
      <w:pPr>
        <w:jc w:val="right"/>
      </w:pPr>
      <w:r>
        <w:t>تو انڈا دیکھ کر میں سمجھا کہ کہ کیسے، کتنی عجیب قدرت ہے اللہ تعالیٰ کی کہ مرغی،</w:t>
      </w:r>
    </w:p>
    <w:p>
      <w:r>
        <w:rPr>
          <w:b/>
        </w:rPr>
        <w:t xml:space="preserve">[1:05:58] </w:t>
      </w:r>
      <w:r>
        <w:t>murghi ke andar anda kaise banta hai.</w:t>
      </w:r>
    </w:p>
    <w:p>
      <w:pPr>
        <w:jc w:val="right"/>
      </w:pPr>
      <w:r>
        <w:t>مرغی کے اندر انڈا کیسے بنتا ہے۔</w:t>
      </w:r>
    </w:p>
    <w:p>
      <w:r>
        <w:rPr>
          <w:b/>
        </w:rPr>
        <w:t xml:space="preserve">[1:06:03] </w:t>
      </w:r>
      <w:r>
        <w:t>murghi ke andar anda aur ande ke andar protein kaisa hota hai.</w:t>
      </w:r>
    </w:p>
    <w:p>
      <w:pPr>
        <w:jc w:val="right"/>
      </w:pPr>
      <w:r>
        <w:t>مرغی کے اندر انڈا اور انڈے کے اندر پروٹین کیسا ہوتا ہے۔</w:t>
      </w:r>
    </w:p>
    <w:p>
      <w:r>
        <w:rPr>
          <w:b/>
        </w:rPr>
        <w:t xml:space="preserve">[1:06:09] </w:t>
      </w:r>
      <w:r>
        <w:t>to jab is nazar se dekhenge to is se aap ko marifat ka nectar milega.</w:t>
      </w:r>
    </w:p>
    <w:p>
      <w:pPr>
        <w:jc w:val="right"/>
      </w:pPr>
      <w:r>
        <w:t>تو جب اس نظر سے دیکھیں گے تو اس سے آپ کو معرفت کا نیکٹر ملے گا۔</w:t>
      </w:r>
    </w:p>
    <w:p>
      <w:r>
        <w:rPr>
          <w:b/>
        </w:rPr>
        <w:t xml:space="preserve">[1:06:14] </w:t>
      </w:r>
      <w:r>
        <w:t>nahi to aap distract hote rahenge har waqt.</w:t>
      </w:r>
    </w:p>
    <w:p>
      <w:pPr>
        <w:jc w:val="right"/>
      </w:pPr>
      <w:r>
        <w:t>نہیں تو آپ distract ہوتے رہیں گے ہر وقت۔</w:t>
      </w:r>
    </w:p>
    <w:p>
      <w:r>
        <w:rPr>
          <w:b/>
        </w:rPr>
        <w:t xml:space="preserve">[1:06:19] </w:t>
      </w:r>
      <w:r>
        <w:t>mein logon ko dekhta hoon, distract hote hain, distract hote hain, distract hote hain.</w:t>
      </w:r>
    </w:p>
    <w:p>
      <w:pPr>
        <w:jc w:val="right"/>
      </w:pPr>
      <w:r>
        <w:t>میں لوگوں کو دیکھتا ہوں، distract ہوتے ہیں، distract ہوتے ہیں، distract ہوتے ہیں۔</w:t>
      </w:r>
    </w:p>
    <w:p>
      <w:r>
        <w:rPr>
          <w:b/>
        </w:rPr>
        <w:t xml:space="preserve">[1:06:25] </w:t>
      </w:r>
      <w:r>
        <w:t>khana aayega to arey bhai, pada item to hai nahi, chutney to, chutney to hai nahi.</w:t>
      </w:r>
    </w:p>
    <w:p>
      <w:pPr>
        <w:jc w:val="right"/>
      </w:pPr>
      <w:r>
        <w:t>کھانا آئے گا تو ارے بھئی، پڑا آئٹم تو ہے نہیں، چٹنی تو، چٹنی تو ہے نہیں۔</w:t>
      </w:r>
    </w:p>
    <w:p>
      <w:r>
        <w:rPr>
          <w:b/>
        </w:rPr>
        <w:t xml:space="preserve">[1:06:30] </w:t>
      </w:r>
      <w:r>
        <w:t>yeh bhi distraction hai.</w:t>
      </w:r>
    </w:p>
    <w:p>
      <w:pPr>
        <w:jc w:val="right"/>
      </w:pPr>
      <w:r>
        <w:t>یہ بھی distraction ہے۔</w:t>
      </w:r>
    </w:p>
    <w:p>
      <w:r>
        <w:rPr>
          <w:b/>
        </w:rPr>
        <w:t xml:space="preserve">[1:06:35] </w:t>
      </w:r>
      <w:r>
        <w:t>ek ek sahib ke haan mein khane par tha, un ka mulazim tha, is ka naam tha rehman,</w:t>
      </w:r>
    </w:p>
    <w:p>
      <w:pPr>
        <w:jc w:val="right"/>
      </w:pPr>
      <w:r>
        <w:t>ایک ایک صاحب کے ہاں میں کھانے پر تھا، ان کا ملازم تھا، اس کا نام تھا رحمان،</w:t>
      </w:r>
    </w:p>
    <w:p>
      <w:r>
        <w:rPr>
          <w:b/>
        </w:rPr>
        <w:t xml:space="preserve">[1:06:41] </w:t>
      </w:r>
      <w:r>
        <w:t>rehman naam tha is ka.</w:t>
      </w:r>
    </w:p>
    <w:p>
      <w:pPr>
        <w:jc w:val="right"/>
      </w:pPr>
      <w:r>
        <w:t>رحمان نام تھا اس کا۔</w:t>
      </w:r>
    </w:p>
    <w:p>
      <w:r>
        <w:rPr>
          <w:b/>
        </w:rPr>
        <w:t xml:space="preserve">[1:06:46] </w:t>
      </w:r>
      <w:r>
        <w:t>to khana aaya to woh chuttni ke bohat shaukeen thay, khane mein chuttni.</w:t>
      </w:r>
    </w:p>
    <w:p>
      <w:pPr>
        <w:jc w:val="right"/>
      </w:pPr>
      <w:r>
        <w:t>تو کھانا آیا تو وہ چٹنی کے بہت شوقین تھے، کھانے میں چٹنی۔</w:t>
      </w:r>
    </w:p>
    <w:p>
      <w:r>
        <w:rPr>
          <w:b/>
        </w:rPr>
        <w:t xml:space="preserve">[1:06:51] </w:t>
      </w:r>
      <w:r>
        <w:t>to dekha ke chuttni nahi hai to kehte hain rehman miyan, dekho to chuttni bhi khai hai.</w:t>
      </w:r>
    </w:p>
    <w:p>
      <w:pPr>
        <w:jc w:val="right"/>
      </w:pPr>
      <w:r>
        <w:t>تو دیکھا کہ چٹنی نہیں ہے تو کہتے ہیں رحمان میاں، دیکھو تو چٹنی بھی کھائی ہے۔</w:t>
      </w:r>
    </w:p>
    <w:p>
      <w:r>
        <w:rPr>
          <w:b/>
        </w:rPr>
        <w:t xml:space="preserve">[1:06:57] </w:t>
      </w:r>
      <w:r>
        <w:t>ab mein to masroof ho jata hoon, sirf roti hi kyun na ho? ke kaise Allah ne roti</w:t>
      </w:r>
    </w:p>
    <w:p>
      <w:pPr>
        <w:jc w:val="right"/>
      </w:pPr>
      <w:r>
        <w:t>اب میں تو مشغول ہو جاتا ہوں، صرف روٹی ہی کیوں نہ ہو؟ کہ کیسے اللہ نے روٹی</w:t>
      </w:r>
    </w:p>
    <w:p>
      <w:r>
        <w:rPr>
          <w:b/>
        </w:rPr>
        <w:t xml:space="preserve">[1:07:02] </w:t>
      </w:r>
      <w:r>
        <w:t>banai, kaise Allah ne chawal banaya.</w:t>
      </w:r>
    </w:p>
    <w:p>
      <w:pPr>
        <w:jc w:val="right"/>
      </w:pPr>
      <w:r>
        <w:t>بنائی، کیسے اللہ نے چاول بنایا۔</w:t>
      </w:r>
    </w:p>
    <w:p>
      <w:r>
        <w:rPr>
          <w:b/>
        </w:rPr>
        <w:t xml:space="preserve">[1:07:07] </w:t>
      </w:r>
      <w:r>
        <w:t>aap ko dikhaya jata hai ke chuttni nahi hai, achar nahi hai, aur koi sweet item nahi hai.</w:t>
      </w:r>
    </w:p>
    <w:p>
      <w:pPr>
        <w:jc w:val="right"/>
      </w:pPr>
      <w:r>
        <w:t>آپ کو دکھایا جاتا ہے کہ چٹنی نہیں ہے، اچار نہیں ہے، اور کوئی sweet آئٹم نہیں ہے۔</w:t>
      </w:r>
    </w:p>
    <w:p>
      <w:r>
        <w:rPr>
          <w:b/>
        </w:rPr>
        <w:t xml:space="preserve">[1:07:13] </w:t>
      </w:r>
      <w:r>
        <w:t>yeh sab distraction hai.</w:t>
      </w:r>
    </w:p>
    <w:p>
      <w:pPr>
        <w:jc w:val="right"/>
      </w:pPr>
      <w:r>
        <w:t>یہ سب distraction ہے۔</w:t>
      </w:r>
    </w:p>
    <w:p>
      <w:r>
        <w:rPr>
          <w:b/>
        </w:rPr>
        <w:t xml:space="preserve">[1:07:18] </w:t>
      </w:r>
      <w:r>
        <w:t>to agar aap ko aala marifat darkar hai to aap ko distraction se bachna pare ga, nahi to</w:t>
      </w:r>
    </w:p>
    <w:p>
      <w:pPr>
        <w:jc w:val="right"/>
      </w:pPr>
      <w:r>
        <w:t>تو اگر آپ کو اعلیٰ معرفت درکار ہے تو آپ کو distraction سے بچنا پڑے گا، نہیں تو</w:t>
      </w:r>
    </w:p>
    <w:p>
      <w:r>
        <w:rPr>
          <w:b/>
        </w:rPr>
        <w:t xml:space="preserve">[1:07:23] </w:t>
      </w:r>
      <w:r>
        <w:t>aala marifat milne wali bhi nahi hai.</w:t>
      </w:r>
    </w:p>
    <w:p>
      <w:pPr>
        <w:jc w:val="right"/>
      </w:pPr>
      <w:r>
        <w:t>اعلیٰ معرفت ملنے والی بھی نہیں ہے۔</w:t>
      </w:r>
    </w:p>
    <w:p>
      <w:r>
        <w:rPr>
          <w:b/>
        </w:rPr>
        <w:t xml:space="preserve">[1:07:29] </w:t>
      </w:r>
      <w:r>
        <w:t>Okay, before we end this session, just another announcement: that Goodword Books would be participating in two upcoming</w:t>
      </w:r>
    </w:p>
    <w:p>
      <w:pPr>
        <w:jc w:val="right"/>
      </w:pPr>
      <w:r>
        <w:t>Okay, before we end this session, just another announcement: that Goodword Books would be participating in two upcoming</w:t>
      </w:r>
    </w:p>
    <w:p>
      <w:r>
        <w:rPr>
          <w:b/>
        </w:rPr>
        <w:t xml:space="preserve">[1:07:34] </w:t>
      </w:r>
      <w:r>
        <w:t>book fairs in Doha and in Jeddah.</w:t>
      </w:r>
    </w:p>
    <w:p>
      <w:pPr>
        <w:jc w:val="right"/>
      </w:pPr>
      <w:r>
        <w:t>book fairs in Doha and in Jeddah.</w:t>
      </w:r>
    </w:p>
    <w:p>
      <w:r>
        <w:rPr>
          <w:b/>
        </w:rPr>
        <w:t xml:space="preserve">[1:07:39] </w:t>
      </w:r>
      <w:r>
        <w:t>So you can get books of Maulana Wahiduddin Khan sahib and Dr.</w:t>
      </w:r>
    </w:p>
    <w:p>
      <w:pPr>
        <w:jc w:val="right"/>
      </w:pPr>
      <w:r>
        <w:t>So you can get books of مولانا وحید الدین خان صاحب and Dr.</w:t>
      </w:r>
    </w:p>
    <w:p>
      <w:r>
        <w:rPr>
          <w:b/>
        </w:rPr>
        <w:t xml:space="preserve">[1:07:45] </w:t>
      </w:r>
      <w:r>
        <w:t>Saneer Stain Khan sahib.</w:t>
      </w:r>
    </w:p>
    <w:p>
      <w:pPr>
        <w:jc w:val="right"/>
      </w:pPr>
      <w:r>
        <w:t>Saneer Stain خان صاحb.</w:t>
      </w:r>
    </w:p>
    <w:p>
      <w:r>
        <w:rPr>
          <w:b/>
        </w:rPr>
        <w:t xml:space="preserve">[1:07:50] </w:t>
      </w:r>
      <w:r>
        <w:t>The dates for these two book fairs are in Doha; the book fair starts on November 30th till</w:t>
      </w:r>
    </w:p>
    <w:p>
      <w:pPr>
        <w:jc w:val="right"/>
      </w:pPr>
      <w:r>
        <w:t>The dates for these two book fairs are in Doha; the book fair starts on November 30th till</w:t>
      </w:r>
    </w:p>
    <w:p>
      <w:r>
        <w:rPr>
          <w:b/>
        </w:rPr>
        <w:t xml:space="preserve">[1:07:55] </w:t>
      </w:r>
      <w:r>
        <w:t>about 10th December, and the contact person is Maulana Yaqoob Umri.</w:t>
      </w:r>
    </w:p>
    <w:p>
      <w:pPr>
        <w:jc w:val="right"/>
      </w:pPr>
      <w:r>
        <w:t>about 10th December, and the contact person is مولانا یعقوب عمری.</w:t>
      </w:r>
    </w:p>
    <w:p>
      <w:r>
        <w:rPr>
          <w:b/>
        </w:rPr>
        <w:t xml:space="preserve">[1:08:01] </w:t>
      </w:r>
      <w:r>
        <w:t>The Jeddah book fair is between December 15th to December 25th, and you can contact Syed Ahmad Ali and Maulana Yaqoob Omri. Thank you for watching CPS International. We will be back next week same time. Thank you.</w:t>
      </w:r>
    </w:p>
    <w:p>
      <w:pPr>
        <w:jc w:val="right"/>
      </w:pPr>
      <w:r>
        <w:t>The Jeddah book fair is between December 15th to December 25th, and you can contact Syed Ahmad Ali and مولانا یعقوب عمری. Thank you for watching CPS International. We will be back next week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