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Spirit of the Age Nov 6, 2016</w:t>
      </w:r>
    </w:p>
    <w:p>
      <w:r>
        <w:t>https://www.youtube.com/watch?v=QAW9LP53xQk</w:t>
      </w:r>
    </w:p>
    <w:p>
      <w:r>
        <w:rPr>
          <w:b/>
        </w:rPr>
        <w:t xml:space="preserve">[00:14] </w:t>
      </w:r>
      <w:r>
        <w:t>Bismillah hir rehman nir rahim, wa salallahu ala nabiyyil karim.</w:t>
      </w:r>
    </w:p>
    <w:p>
      <w:pPr>
        <w:jc w:val="right"/>
      </w:pPr>
      <w:r>
        <w:t>بسم اللہ الرحمن الرحیم، وصلی اللہ علی نبی الکریم۔</w:t>
      </w:r>
    </w:p>
    <w:p>
      <w:r>
        <w:rPr>
          <w:b/>
        </w:rPr>
        <w:t xml:space="preserve">[00:20] </w:t>
      </w:r>
      <w:r>
        <w:t>Rab ishrah li sadri, wa yassir li amri, wah lul uqdatan min lisani, yafqahu qawli.</w:t>
      </w:r>
    </w:p>
    <w:p>
      <w:pPr>
        <w:jc w:val="right"/>
      </w:pPr>
      <w:r>
        <w:t>رب اشرح لی صدری، ویسر لی امری، واحل العقدۃ من لسانی، یفقہ قولی۔</w:t>
      </w:r>
    </w:p>
    <w:p>
      <w:r>
        <w:rPr>
          <w:b/>
        </w:rPr>
        <w:t xml:space="preserve">[00:27] </w:t>
      </w:r>
      <w:r>
        <w:t>6 November 2016.</w:t>
      </w:r>
    </w:p>
    <w:p>
      <w:pPr>
        <w:jc w:val="right"/>
      </w:pPr>
      <w:r>
        <w:t>6 نومبر 2016۔</w:t>
      </w:r>
    </w:p>
    <w:p>
      <w:r>
        <w:rPr>
          <w:b/>
        </w:rPr>
        <w:t xml:space="preserve">[00:33] </w:t>
      </w:r>
      <w:r>
        <w:t>kal sham ko mere office mein do educated musalman aaye.</w:t>
      </w:r>
    </w:p>
    <w:p>
      <w:pPr>
        <w:jc w:val="right"/>
      </w:pPr>
      <w:r>
        <w:t>کل شام کو میرے آفس میں دو ایجوکیٹڈ مسلمان آئے۔</w:t>
      </w:r>
    </w:p>
    <w:p>
      <w:r>
        <w:rPr>
          <w:b/>
        </w:rPr>
        <w:t xml:space="preserve">[00:40] </w:t>
      </w:r>
      <w:r>
        <w:t>unhon ne baat cheet ke douran kaha ke India mein musalmanon ka haal bohat abtar hai.</w:t>
      </w:r>
    </w:p>
    <w:p>
      <w:pPr>
        <w:jc w:val="right"/>
      </w:pPr>
      <w:r>
        <w:t>انہوں نے بات چیت کے دوران کہا کہ انڈیا میں مسلمانوں کا حال بہت ابتر ہے۔</w:t>
      </w:r>
    </w:p>
    <w:p>
      <w:r>
        <w:rPr>
          <w:b/>
        </w:rPr>
        <w:t xml:space="preserve">[00:46] </w:t>
      </w:r>
      <w:r>
        <w:t>abtar ka lafz istemal kiya unhon ne.</w:t>
      </w:r>
    </w:p>
    <w:p>
      <w:pPr>
        <w:jc w:val="right"/>
      </w:pPr>
      <w:r>
        <w:t>ابتر کا لفظ استعمال کیا انہوں نے۔</w:t>
      </w:r>
    </w:p>
    <w:p>
      <w:r>
        <w:rPr>
          <w:b/>
        </w:rPr>
        <w:t xml:space="preserve">[00:53] </w:t>
      </w:r>
      <w:r>
        <w:t>aur bohat ziyada tareek picture India ki batate rahe woh.</w:t>
      </w:r>
    </w:p>
    <w:p>
      <w:pPr>
        <w:jc w:val="right"/>
      </w:pPr>
      <w:r>
        <w:t>اور بہت زیادہ تاریک پکچر انڈیا کی بتاتے رہے وہ۔</w:t>
      </w:r>
    </w:p>
    <w:p>
      <w:r>
        <w:rPr>
          <w:b/>
        </w:rPr>
        <w:t xml:space="preserve">[00:59] </w:t>
      </w:r>
      <w:r>
        <w:t>to maine un se misaal poochi ke misaal bataiye, kya abtar hai? kaha ke dekhiye, aaj kal</w:t>
      </w:r>
    </w:p>
    <w:p>
      <w:pPr>
        <w:jc w:val="right"/>
      </w:pPr>
      <w:r>
        <w:t>تو میں نے ان سے مثال پوچھی کہ مثال بتائیے، کیا ابتر ہے؟ کہا کہ دیکھیے، آج کل</w:t>
      </w:r>
    </w:p>
    <w:p>
      <w:r>
        <w:rPr>
          <w:b/>
        </w:rPr>
        <w:t xml:space="preserve">[01:06] </w:t>
      </w:r>
      <w:r>
        <w:t>musalmanon ko media mein bohat ziyada blind kiya ja raha hai.</w:t>
      </w:r>
    </w:p>
    <w:p>
      <w:pPr>
        <w:jc w:val="right"/>
      </w:pPr>
      <w:r>
        <w:t>مسلمانوں کو میڈیا میں بہت زیادہ بلائنڈ کیا جا رہا ہے۔</w:t>
      </w:r>
    </w:p>
    <w:p>
      <w:r>
        <w:rPr>
          <w:b/>
        </w:rPr>
        <w:t xml:space="preserve">[01:13] </w:t>
      </w:r>
      <w:r>
        <w:t>misalan talaq ke masle ko le kar.</w:t>
      </w:r>
    </w:p>
    <w:p>
      <w:pPr>
        <w:jc w:val="right"/>
      </w:pPr>
      <w:r>
        <w:t>مثلاً طلاق کے مسئلے کو لے کر۔</w:t>
      </w:r>
    </w:p>
    <w:p>
      <w:r>
        <w:rPr>
          <w:b/>
        </w:rPr>
        <w:t xml:space="preserve">[01:19] </w:t>
      </w:r>
      <w:r>
        <w:t>islam ko, musalmanon ko bohat buri picture dikhai ja rahi hai.</w:t>
      </w:r>
    </w:p>
    <w:p>
      <w:pPr>
        <w:jc w:val="right"/>
      </w:pPr>
      <w:r>
        <w:t>اسلام کو، مسلمانوں کو بہت بری پکچر دکھائی جا رہی ہے۔</w:t>
      </w:r>
    </w:p>
    <w:p>
      <w:r>
        <w:rPr>
          <w:b/>
        </w:rPr>
        <w:t xml:space="preserve">[01:26] </w:t>
      </w:r>
      <w:r>
        <w:t>yeh un ke alfaaz mein yeh tazleel tha, yaani humiliation tha.</w:t>
      </w:r>
    </w:p>
    <w:p>
      <w:pPr>
        <w:jc w:val="right"/>
      </w:pPr>
      <w:r>
        <w:t>یہ ان کے الفاظ میں یہ تذلیل تھا، یعنی humiliation تھا۔</w:t>
      </w:r>
    </w:p>
    <w:p>
      <w:r>
        <w:rPr>
          <w:b/>
        </w:rPr>
        <w:t xml:space="preserve">[01:32] </w:t>
      </w:r>
      <w:r>
        <w:t>to mein ne is waqt kaha un se ke yeh aap ka jo mutala hai yeh sahi nahi hai.</w:t>
      </w:r>
    </w:p>
    <w:p>
      <w:pPr>
        <w:jc w:val="right"/>
      </w:pPr>
      <w:r>
        <w:t>تو میں نے اس وقت کہا ان سے کہ یہ آپ کا جو مطالعہ ہے یہ صحیح نہیں ہے۔</w:t>
      </w:r>
    </w:p>
    <w:p>
      <w:r>
        <w:rPr>
          <w:b/>
        </w:rPr>
        <w:t xml:space="preserve">[01:39] </w:t>
      </w:r>
      <w:r>
        <w:t>is waqt mein ne yahi kaha un se ke aap ka jo halaat ka mutala hai woh sahi nahi hai.</w:t>
      </w:r>
    </w:p>
    <w:p>
      <w:pPr>
        <w:jc w:val="right"/>
      </w:pPr>
      <w:r>
        <w:t>اس وقت میں نے یہی کہا ان سے کہ آپ کا جو حالات کا مطالعہ ہے وہ صحیح نہیں ہے۔</w:t>
      </w:r>
    </w:p>
    <w:p>
      <w:r>
        <w:rPr>
          <w:b/>
        </w:rPr>
        <w:t xml:space="preserve">[01:45] </w:t>
      </w:r>
      <w:r>
        <w:t>lekin aaj subah mujhe aik zabardast reference mil gaya.</w:t>
      </w:r>
    </w:p>
    <w:p>
      <w:pPr>
        <w:jc w:val="right"/>
      </w:pPr>
      <w:r>
        <w:t>لیکن آج صبح مجھے ایک زبردست ریفرنس مل گیا۔</w:t>
      </w:r>
    </w:p>
    <w:p>
      <w:r>
        <w:rPr>
          <w:b/>
        </w:rPr>
        <w:t xml:space="preserve">[01:52] </w:t>
      </w:r>
      <w:r>
        <w:t>aaj hi subah.</w:t>
      </w:r>
    </w:p>
    <w:p>
      <w:pPr>
        <w:jc w:val="right"/>
      </w:pPr>
      <w:r>
        <w:t>آج ہی صبح۔</w:t>
      </w:r>
    </w:p>
    <w:p>
      <w:r>
        <w:rPr>
          <w:b/>
        </w:rPr>
        <w:t xml:space="preserve">[01:59] </w:t>
      </w:r>
      <w:r>
        <w:t>dekhiye, yeh times of india ka shumarah hai. aaj ka.</w:t>
      </w:r>
    </w:p>
    <w:p>
      <w:pPr>
        <w:jc w:val="right"/>
      </w:pPr>
      <w:r>
        <w:t>دیکھیے، یہ ٹائمز آف انڈیا کا شمارہ ہے۔ آج کا۔</w:t>
      </w:r>
    </w:p>
    <w:p>
      <w:r>
        <w:rPr>
          <w:b/>
        </w:rPr>
        <w:t xml:space="preserve">[02:05] </w:t>
      </w:r>
      <w:r>
        <w:t>is mein dekhiye, is ka jo supplement hota hai, is ke front page par aik article hai: talaq, talaq, talaq.</w:t>
      </w:r>
    </w:p>
    <w:p>
      <w:pPr>
        <w:jc w:val="right"/>
      </w:pPr>
      <w:r>
        <w:t>اس میں دیکھیے، اس کا جو سپلیمنٹ ہوتا ہے، اس کے فرنٹ پیج پر ایک آرٹیکل ہے: طلاق، طلاق، طلاق۔</w:t>
      </w:r>
    </w:p>
    <w:p>
      <w:r>
        <w:rPr>
          <w:b/>
        </w:rPr>
        <w:t xml:space="preserve">[02:12] </w:t>
      </w:r>
      <w:r>
        <w:t>yeh article hamare cps ke jo chairperson hain, doctor farida khanam, un ka hai.</w:t>
      </w:r>
    </w:p>
    <w:p>
      <w:pPr>
        <w:jc w:val="right"/>
      </w:pPr>
      <w:r>
        <w:t>یہ آرٹیکل ہمارے سی پی ایس کے جو چیئرپرسن ہیں، ڈاکٹر فریدہ خانم، ان کا ہے۔</w:t>
      </w:r>
    </w:p>
    <w:p>
      <w:r>
        <w:rPr>
          <w:b/>
        </w:rPr>
        <w:t xml:space="preserve">[02:18] </w:t>
      </w:r>
      <w:r>
        <w:t>aur is mein likha hua hai ke yeh article jamia islamia ki, jamia millia islamia ki, islamic studies</w:t>
      </w:r>
    </w:p>
    <w:p>
      <w:pPr>
        <w:jc w:val="right"/>
      </w:pPr>
      <w:r>
        <w:t>اور اس میں لکھا ہوا ہے کہ یہ آرٹیکل جامعہ اسلامیہ کی، جامعہ ملی اسلامیہ کی، اسلامک اسٹڈیز</w:t>
      </w:r>
    </w:p>
    <w:p>
      <w:r>
        <w:rPr>
          <w:b/>
        </w:rPr>
        <w:t xml:space="preserve">[02:25] </w:t>
      </w:r>
      <w:r>
        <w:t>ke professor ka likha hua hai.</w:t>
      </w:r>
    </w:p>
    <w:p>
      <w:pPr>
        <w:jc w:val="right"/>
      </w:pPr>
      <w:r>
        <w:t>کے پروفیسر کا لکھا ہوا ہے۔</w:t>
      </w:r>
    </w:p>
    <w:p>
      <w:r>
        <w:rPr>
          <w:b/>
        </w:rPr>
        <w:t xml:space="preserve">[02:31] </w:t>
      </w:r>
      <w:r>
        <w:t>to is mein aap is ko parh lijiye.</w:t>
      </w:r>
    </w:p>
    <w:p>
      <w:pPr>
        <w:jc w:val="right"/>
      </w:pPr>
      <w:r>
        <w:t>تو اس میں آپ اس کو پڑھ لیجیے۔</w:t>
      </w:r>
    </w:p>
    <w:p>
      <w:r>
        <w:rPr>
          <w:b/>
        </w:rPr>
        <w:t xml:space="preserve">[02:38] </w:t>
      </w:r>
      <w:r>
        <w:t>jo true picture hai talaq ke maamle mein islam ki, yaani quran o hadees ki roshni mein, woh</w:t>
      </w:r>
    </w:p>
    <w:p>
      <w:pPr>
        <w:jc w:val="right"/>
      </w:pPr>
      <w:r>
        <w:t>جو ٹرو پکچر ہے طلاق کے معاملے میں اسلام کی، یعنی قرآن و حدیث کی روشنی میں، وہ</w:t>
      </w:r>
    </w:p>
    <w:p>
      <w:r>
        <w:rPr>
          <w:b/>
        </w:rPr>
        <w:t xml:space="preserve">[02:44] </w:t>
      </w:r>
      <w:r>
        <w:t>bataya gaya hai.</w:t>
      </w:r>
    </w:p>
    <w:p>
      <w:pPr>
        <w:jc w:val="right"/>
      </w:pPr>
      <w:r>
        <w:t>بتایا گیا ہے۔</w:t>
      </w:r>
    </w:p>
    <w:p>
      <w:r>
        <w:rPr>
          <w:b/>
        </w:rPr>
        <w:t xml:space="preserve">[02:51] </w:t>
      </w:r>
      <w:r>
        <w:t>bilkul true picture.</w:t>
      </w:r>
    </w:p>
    <w:p>
      <w:pPr>
        <w:jc w:val="right"/>
      </w:pPr>
      <w:r>
        <w:t>بالکل ٹرو پکچر۔</w:t>
      </w:r>
    </w:p>
    <w:p>
      <w:r>
        <w:rPr>
          <w:b/>
        </w:rPr>
        <w:t xml:space="preserve">[02:58] </w:t>
      </w:r>
      <w:r>
        <w:t>to is ko le kar mein sochta raha.</w:t>
      </w:r>
    </w:p>
    <w:p>
      <w:pPr>
        <w:jc w:val="right"/>
      </w:pPr>
      <w:r>
        <w:t>تو اس کو لے کر میں سوچتا رہا۔</w:t>
      </w:r>
    </w:p>
    <w:p>
      <w:r>
        <w:rPr>
          <w:b/>
        </w:rPr>
        <w:t xml:space="preserve">[03:04] </w:t>
      </w:r>
      <w:r>
        <w:t>to meri samajh mein aaya ke is zamane ke musalmanon ka sab se bara masla yeh hai ke</w:t>
      </w:r>
    </w:p>
    <w:p>
      <w:pPr>
        <w:jc w:val="right"/>
      </w:pPr>
      <w:r>
        <w:t>تو میری سمجھ میں آیا کہ اس زمانے کے مسلمانوں کا سب سے بڑا مسئلہ یہ ہے کہ</w:t>
      </w:r>
    </w:p>
    <w:p>
      <w:r>
        <w:rPr>
          <w:b/>
        </w:rPr>
        <w:t xml:space="preserve">[03:11] </w:t>
      </w:r>
      <w:r>
        <w:t>وہ spirit of the age کو جانتے ہی نہیں۔</w:t>
      </w:r>
    </w:p>
    <w:p>
      <w:pPr>
        <w:jc w:val="right"/>
      </w:pPr>
      <w:r>
        <w:t>وہ اسپرٹ آف دی ایج کو جانتے ہی نہیں۔</w:t>
      </w:r>
    </w:p>
    <w:p>
      <w:r>
        <w:rPr>
          <w:b/>
        </w:rPr>
        <w:t xml:space="preserve">[03:17] </w:t>
      </w:r>
      <w:r>
        <w:t>ke woh jo hadees hai ke wa alal aql an yaqoon basiran biz zamani, yaani danishmand musalman ke liye yeh</w:t>
      </w:r>
    </w:p>
    <w:p>
      <w:pPr>
        <w:jc w:val="right"/>
      </w:pPr>
      <w:r>
        <w:t>کہ وہ جو حدیث ہے کہ وعلی العقل ان یقون بصیراً بزمانی، یعنی دانشمند مسلمان کے لیے یہ</w:t>
      </w:r>
    </w:p>
    <w:p>
      <w:r>
        <w:rPr>
          <w:b/>
        </w:rPr>
        <w:t xml:space="preserve">[03:24] </w:t>
      </w:r>
      <w:r>
        <w:t>فرض ہے کہ وہ اپنے زمانے کی spirit کو جانے۔</w:t>
      </w:r>
    </w:p>
    <w:p>
      <w:pPr>
        <w:jc w:val="right"/>
      </w:pPr>
      <w:r>
        <w:t>فرض ہے کہ وہ اپنے زمانے کی اسپرٹ کو جانے۔</w:t>
      </w:r>
    </w:p>
    <w:p>
      <w:r>
        <w:rPr>
          <w:b/>
        </w:rPr>
        <w:t xml:space="preserve">[03:30] </w:t>
      </w:r>
      <w:r>
        <w:t>kyunke jab jaane ga tab hi woh right planning kar sake ga.</w:t>
      </w:r>
    </w:p>
    <w:p>
      <w:pPr>
        <w:jc w:val="right"/>
      </w:pPr>
      <w:r>
        <w:t>کیونکہ جب جانے گا تب ہی وہ رائٹ پلاننگ کر سکے گا۔</w:t>
      </w:r>
    </w:p>
    <w:p>
      <w:r>
        <w:rPr>
          <w:b/>
        </w:rPr>
        <w:t xml:space="preserve">[03:37] </w:t>
      </w:r>
      <w:r>
        <w:t>nizam mission ki right planning.</w:t>
      </w:r>
    </w:p>
    <w:p>
      <w:pPr>
        <w:jc w:val="right"/>
      </w:pPr>
      <w:r>
        <w:t>نظام مشن کی رائٹ پلاننگ۔</w:t>
      </w:r>
    </w:p>
    <w:p>
      <w:r>
        <w:rPr>
          <w:b/>
        </w:rPr>
        <w:t xml:space="preserve">[03:44] </w:t>
      </w:r>
      <w:r>
        <w:t>to bilkul be khabar hain.</w:t>
      </w:r>
    </w:p>
    <w:p>
      <w:pPr>
        <w:jc w:val="right"/>
      </w:pPr>
      <w:r>
        <w:t>تو بالکل بے خبر ہیں۔</w:t>
      </w:r>
    </w:p>
    <w:p>
      <w:r>
        <w:rPr>
          <w:b/>
        </w:rPr>
        <w:t xml:space="preserve">[03:50] </w:t>
      </w:r>
      <w:r>
        <w:t>ab aap ghor kijiye ke aisa kyun hua ke aik taraf talaq ke ya teen talaq ke masle</w:t>
      </w:r>
    </w:p>
    <w:p>
      <w:pPr>
        <w:jc w:val="right"/>
      </w:pPr>
      <w:r>
        <w:t>اب آپ غور کیجیے کہ ایسا کیوں ہوا کہ ایک طرف طلاق کے یا تین طلاق کے مسئلے</w:t>
      </w:r>
    </w:p>
    <w:p>
      <w:r>
        <w:rPr>
          <w:b/>
        </w:rPr>
        <w:t xml:space="preserve">[03:57] </w:t>
      </w:r>
      <w:r>
        <w:t>ko le kar musalmanon ke kahani ke mutabiq islam ko malign kiya ja raha hai.</w:t>
      </w:r>
    </w:p>
    <w:p>
      <w:pPr>
        <w:jc w:val="right"/>
      </w:pPr>
      <w:r>
        <w:t>کو لے کر مسلمانوں کے کہانی کے مطابق اسلام کو ملائن کیا جا رہا ہے۔</w:t>
      </w:r>
    </w:p>
    <w:p>
      <w:r>
        <w:rPr>
          <w:b/>
        </w:rPr>
        <w:t xml:space="preserve">[04:03] </w:t>
      </w:r>
      <w:r>
        <w:t>aur theek us waqt india ka jo top ka parcha hai, times of india, top ka parcha, is</w:t>
      </w:r>
    </w:p>
    <w:p>
      <w:pPr>
        <w:jc w:val="right"/>
      </w:pPr>
      <w:r>
        <w:t>اور ٹھیک اس وقت انڈیا کا جو ٹاپ کا پرچہ ہے، ٹائمز آف انڈیا، ٹاپ کا پرچہ، اس</w:t>
      </w:r>
    </w:p>
    <w:p>
      <w:r>
        <w:rPr>
          <w:b/>
        </w:rPr>
        <w:t xml:space="preserve">[04:10] </w:t>
      </w:r>
      <w:r>
        <w:t>mein aik article chapta hai bohat hi numayan kar ke front page par.</w:t>
      </w:r>
    </w:p>
    <w:p>
      <w:pPr>
        <w:jc w:val="right"/>
      </w:pPr>
      <w:r>
        <w:t>میں ایک آرٹیکل چھپتا ہے بہت ہی نمایاں کر کے فرنٹ پیج پر۔</w:t>
      </w:r>
    </w:p>
    <w:p>
      <w:r>
        <w:rPr>
          <w:b/>
        </w:rPr>
        <w:t xml:space="preserve">[04:16] </w:t>
      </w:r>
      <w:r>
        <w:t>jis mein Islam ki true picture batai jati hai Quran o Hadees ke hawale se.</w:t>
      </w:r>
    </w:p>
    <w:p>
      <w:pPr>
        <w:jc w:val="right"/>
      </w:pPr>
      <w:r>
        <w:t>جس میں اسلام کی ٹرو پکچر بتائی جاتی ہے قرآن و حدیث کے حوالے سے۔</w:t>
      </w:r>
    </w:p>
    <w:p>
      <w:r>
        <w:rPr>
          <w:b/>
        </w:rPr>
        <w:t xml:space="preserve">[04:23] </w:t>
      </w:r>
      <w:r>
        <w:t>yeh kya hai? Spirit of the age ka mamla hai yeh.</w:t>
      </w:r>
    </w:p>
    <w:p>
      <w:pPr>
        <w:jc w:val="right"/>
      </w:pPr>
      <w:r>
        <w:t>یہ کیا ہے؟ اسپرٹ آف دی ایج کا معاملہ ہے یہ۔</w:t>
      </w:r>
    </w:p>
    <w:p>
      <w:r>
        <w:rPr>
          <w:b/>
        </w:rPr>
        <w:t xml:space="preserve">[04:29] </w:t>
      </w:r>
      <w:r>
        <w:t>dekhiye, aaj ki jo spirit of the age hai woh scientific spirit hai. Scientific spirit.</w:t>
      </w:r>
    </w:p>
    <w:p>
      <w:pPr>
        <w:jc w:val="right"/>
      </w:pPr>
      <w:r>
        <w:t>دیکھیے، آج کی جو اسپرٹ آف دی ایج ہے وہ سائنٹیفک اسپرٹ ہے۔ سائنٹیفک اسپرٹ۔</w:t>
      </w:r>
    </w:p>
    <w:p>
      <w:r>
        <w:rPr>
          <w:b/>
        </w:rPr>
        <w:t xml:space="preserve">[04:36] </w:t>
      </w:r>
      <w:r>
        <w:t>yeh daur science ka daur hai.</w:t>
      </w:r>
    </w:p>
    <w:p>
      <w:pPr>
        <w:jc w:val="right"/>
      </w:pPr>
      <w:r>
        <w:t>یہ دور سائنس کا دور ہے۔</w:t>
      </w:r>
    </w:p>
    <w:p>
      <w:r>
        <w:rPr>
          <w:b/>
        </w:rPr>
        <w:t xml:space="preserve">[04:43] </w:t>
      </w:r>
      <w:r>
        <w:t>to scientific spirit jo hai woh afford nahi kar sakti ke unrealistic stand ikhtiyar kare.</w:t>
      </w:r>
    </w:p>
    <w:p>
      <w:pPr>
        <w:jc w:val="right"/>
      </w:pPr>
      <w:r>
        <w:t>تو سائنٹیفک اسپرٹ جو ہے وہ افورڈ نہیں کر سکتی کہ ان ریلسٹک اسٹینڈ اختیار کرے۔</w:t>
      </w:r>
    </w:p>
    <w:p>
      <w:r>
        <w:rPr>
          <w:b/>
        </w:rPr>
        <w:t xml:space="preserve">[04:49] </w:t>
      </w:r>
      <w:r>
        <w:t>haqeeqat ke khilaaf koi mauqaf ikhtiyar kare.</w:t>
      </w:r>
    </w:p>
    <w:p>
      <w:pPr>
        <w:jc w:val="right"/>
      </w:pPr>
      <w:r>
        <w:t>حقیقت کے خلاف کوئی موقف اختیار کرے۔</w:t>
      </w:r>
    </w:p>
    <w:p>
      <w:r>
        <w:rPr>
          <w:b/>
        </w:rPr>
        <w:t xml:space="preserve">[04:56] </w:t>
      </w:r>
      <w:r>
        <w:t>yeh spirit of the age ke khilaaf hai.</w:t>
      </w:r>
    </w:p>
    <w:p>
      <w:pPr>
        <w:jc w:val="right"/>
      </w:pPr>
      <w:r>
        <w:t>یہ اسپرٹ آف دی ایج کے خلاف ہے۔</w:t>
      </w:r>
    </w:p>
    <w:p>
      <w:r>
        <w:rPr>
          <w:b/>
        </w:rPr>
        <w:t xml:space="preserve">[05:02] </w:t>
      </w:r>
      <w:r>
        <w:t>mujhe yaad aata hai ke jo forward prime minister thay India ke, Jawahar Lal Nehru, un ki kitab</w:t>
      </w:r>
    </w:p>
    <w:p>
      <w:pPr>
        <w:jc w:val="right"/>
      </w:pPr>
      <w:r>
        <w:t>مجھے یاد آتا ہے کہ جو فارورڈ پرائم منسٹر تھے انڈیا کے، جواہر اللہ نہرو، ان کی کتاب</w:t>
      </w:r>
    </w:p>
    <w:p>
      <w:r>
        <w:rPr>
          <w:b/>
        </w:rPr>
        <w:t xml:space="preserve">[05:09] </w:t>
      </w:r>
      <w:r>
        <w:t>hai mashhoor: Discovery of India.</w:t>
      </w:r>
    </w:p>
    <w:p>
      <w:pPr>
        <w:jc w:val="right"/>
      </w:pPr>
      <w:r>
        <w:t>ہے مشہور: ڈسکوری آف انڈیا۔</w:t>
      </w:r>
    </w:p>
    <w:p>
      <w:r>
        <w:rPr>
          <w:b/>
        </w:rPr>
        <w:t xml:space="preserve">[05:15] </w:t>
      </w:r>
      <w:r>
        <w:t>is kitab mein unhon ne likha hai ke India ke logon ke liye sab se zyada zaroori jo</w:t>
      </w:r>
    </w:p>
    <w:p>
      <w:pPr>
        <w:jc w:val="right"/>
      </w:pPr>
      <w:r>
        <w:t>اس کتاب میں انہوں نے لکھا ہے کہ انڈیا کے لوگوں کے لیے سب سے زیادہ ضروری جو</w:t>
      </w:r>
    </w:p>
    <w:p>
      <w:r>
        <w:rPr>
          <w:b/>
        </w:rPr>
        <w:t xml:space="preserve">[05:22] </w:t>
      </w:r>
      <w:r>
        <w:t>cheez hai woh hai scientific temper. Scientific temper.</w:t>
      </w:r>
    </w:p>
    <w:p>
      <w:pPr>
        <w:jc w:val="right"/>
      </w:pPr>
      <w:r>
        <w:t>چیز ہے وہ ہے سائنٹیفک ٹیمپر۔ سائنٹیفک ٹیمپر۔</w:t>
      </w:r>
    </w:p>
    <w:p>
      <w:r>
        <w:rPr>
          <w:b/>
        </w:rPr>
        <w:t xml:space="preserve">[05:29] </w:t>
      </w:r>
      <w:r>
        <w:t>scientific fikr ka matlab doosre lafzon mein hai realistic approach. Realistic approach.</w:t>
      </w:r>
    </w:p>
    <w:p>
      <w:pPr>
        <w:jc w:val="right"/>
      </w:pPr>
      <w:r>
        <w:t>سائنٹیفک فکر کا مطلب دوسرے لفظوں میں ہے ریلسٹک اپروچ۔ ریلسٹک اپروچ۔</w:t>
      </w:r>
    </w:p>
    <w:p>
      <w:r>
        <w:rPr>
          <w:b/>
        </w:rPr>
        <w:t xml:space="preserve">[05:35] </w:t>
      </w:r>
      <w:r>
        <w:t>yani jo haqeeqat ho us ke mutabiq sochna.</w:t>
      </w:r>
    </w:p>
    <w:p>
      <w:pPr>
        <w:jc w:val="right"/>
      </w:pPr>
      <w:r>
        <w:t>یعنی جو حقیقت ہو اس کے مطابق سوچنا۔</w:t>
      </w:r>
    </w:p>
    <w:p>
      <w:r>
        <w:rPr>
          <w:b/>
        </w:rPr>
        <w:t xml:space="preserve">[05:42] </w:t>
      </w:r>
      <w:r>
        <w:t>haqeeqat aur waqea ke mutabiq rai banana.</w:t>
      </w:r>
    </w:p>
    <w:p>
      <w:pPr>
        <w:jc w:val="right"/>
      </w:pPr>
      <w:r>
        <w:t>حقیقت اور واقعہ کے مطابق رائے بنانا۔</w:t>
      </w:r>
    </w:p>
    <w:p>
      <w:r>
        <w:rPr>
          <w:b/>
        </w:rPr>
        <w:t xml:space="preserve">[05:48] </w:t>
      </w:r>
      <w:r>
        <w:t>to yeh ain hamari muwafiqat mein hai.</w:t>
      </w:r>
    </w:p>
    <w:p>
      <w:pPr>
        <w:jc w:val="right"/>
      </w:pPr>
      <w:r>
        <w:t>تو یہ عین ہماری موافقت میں ہے۔</w:t>
      </w:r>
    </w:p>
    <w:p>
      <w:r>
        <w:rPr>
          <w:b/>
        </w:rPr>
        <w:t xml:space="preserve">[05:55] </w:t>
      </w:r>
      <w:r>
        <w:t>yeh baat ain hamari muwafiqat mein hai.</w:t>
      </w:r>
    </w:p>
    <w:p>
      <w:pPr>
        <w:jc w:val="right"/>
      </w:pPr>
      <w:r>
        <w:t>یہ بات عین ہماری موافقت میں ہے۔</w:t>
      </w:r>
    </w:p>
    <w:p>
      <w:r>
        <w:rPr>
          <w:b/>
        </w:rPr>
        <w:t xml:space="preserve">[06:01] </w:t>
      </w:r>
      <w:r>
        <w:t>kyun ke Islam jo hai haqeeqat, yani fitrat ki jo haqeeqat hai us ke mutabiq hai Islam.</w:t>
      </w:r>
    </w:p>
    <w:p>
      <w:pPr>
        <w:jc w:val="right"/>
      </w:pPr>
      <w:r>
        <w:t>کیونکہ اسلام جو ہے حقیقت، یعنی فطرت کی جو حقیقت ہے اس کے مطابق ہے اسلام۔</w:t>
      </w:r>
    </w:p>
    <w:p>
      <w:r>
        <w:rPr>
          <w:b/>
        </w:rPr>
        <w:t xml:space="preserve">[06:08] </w:t>
      </w:r>
      <w:r>
        <w:t>aik Canadian professor ne aik martaba poocha Islam ke baray mein ke Islam kya hai? To mein ne</w:t>
      </w:r>
    </w:p>
    <w:p>
      <w:pPr>
        <w:jc w:val="right"/>
      </w:pPr>
      <w:r>
        <w:t>ایک کینیڈین پروفیسر نے ایک مرتبہ پوچھا اسلام کے بارے میں کہ اسلام کیا ہے؟ تو میں نے</w:t>
      </w:r>
    </w:p>
    <w:p>
      <w:r>
        <w:rPr>
          <w:b/>
        </w:rPr>
        <w:t xml:space="preserve">[06:15] </w:t>
      </w:r>
      <w:r>
        <w:t>kaha ke aik lafz hai realism.</w:t>
      </w:r>
    </w:p>
    <w:p>
      <w:pPr>
        <w:jc w:val="right"/>
      </w:pPr>
      <w:r>
        <w:t>کہا کہ ایک لفظ ہے ریلزم۔</w:t>
      </w:r>
    </w:p>
    <w:p>
      <w:r>
        <w:rPr>
          <w:b/>
        </w:rPr>
        <w:t xml:space="preserve">[06:21] </w:t>
      </w:r>
      <w:r>
        <w:t>Islam means realism.</w:t>
      </w:r>
    </w:p>
    <w:p>
      <w:pPr>
        <w:jc w:val="right"/>
      </w:pPr>
      <w:r>
        <w:t>اسلام مینز ریلزم۔</w:t>
      </w:r>
    </w:p>
    <w:p>
      <w:r>
        <w:rPr>
          <w:b/>
        </w:rPr>
        <w:t xml:space="preserve">[06:28] </w:t>
      </w:r>
      <w:r>
        <w:t>to jab Islam legend of realism hai to spirit of the age ke mutabiq hai.</w:t>
      </w:r>
    </w:p>
    <w:p>
      <w:pPr>
        <w:jc w:val="right"/>
      </w:pPr>
      <w:r>
        <w:t>تو جب اسلام لیجنڈ آف ریلزم ہے تو اسپرٹ آف دی ایج کے مطابق ہے۔</w:t>
      </w:r>
    </w:p>
    <w:p>
      <w:r>
        <w:rPr>
          <w:b/>
        </w:rPr>
        <w:t xml:space="preserve">[06:34] </w:t>
      </w:r>
      <w:r>
        <w:t>aaj ka jo scientific mind hai woh is ko afford hi nahi kar sakta ke woh wrong stand</w:t>
      </w:r>
    </w:p>
    <w:p>
      <w:pPr>
        <w:jc w:val="right"/>
      </w:pPr>
      <w:r>
        <w:t>آج کا جو سائنٹیفک مائنڈ ہے وہ اس کو افورڈ ہی نہیں کر سکتا کہ وہ رانگ اسٹینڈ</w:t>
      </w:r>
    </w:p>
    <w:p>
      <w:r>
        <w:rPr>
          <w:b/>
        </w:rPr>
        <w:t xml:space="preserve">[06:41] </w:t>
      </w:r>
      <w:r>
        <w:t>le aur us par qaim rahe.</w:t>
      </w:r>
    </w:p>
    <w:p>
      <w:pPr>
        <w:jc w:val="right"/>
      </w:pPr>
      <w:r>
        <w:t>لے اور اس پر قائم رہے۔</w:t>
      </w:r>
    </w:p>
    <w:p>
      <w:r>
        <w:rPr>
          <w:b/>
        </w:rPr>
        <w:t xml:space="preserve">[06:47] </w:t>
      </w:r>
      <w:r>
        <w:t>woh is ko chhodna pare ga.</w:t>
      </w:r>
    </w:p>
    <w:p>
      <w:pPr>
        <w:jc w:val="right"/>
      </w:pPr>
      <w:r>
        <w:t>وہ اس کو چھوڑنا پڑے گا۔</w:t>
      </w:r>
    </w:p>
    <w:p>
      <w:r>
        <w:rPr>
          <w:b/>
        </w:rPr>
        <w:t xml:space="preserve">[06:54] </w:t>
      </w:r>
      <w:r>
        <w:t>is lihaz se dekhiye to musalmanon ka jo is zamane mein shikayati mizaj hai, protest ka mizaj hai,</w:t>
      </w:r>
    </w:p>
    <w:p>
      <w:pPr>
        <w:jc w:val="right"/>
      </w:pPr>
      <w:r>
        <w:t>اس لحاظ سے دیکھیے تو مسلمانوں کا جو اس زمانے میں شکایتی مزاج ہے، پروٹیسٹ کا مزاج ہے،</w:t>
      </w:r>
    </w:p>
    <w:p>
      <w:r>
        <w:rPr>
          <w:b/>
        </w:rPr>
        <w:t xml:space="preserve">[07:00] </w:t>
      </w:r>
      <w:r>
        <w:t>hate ka mizaj hai, hatta ke kuch log gun culture, bomb culture tak pahunch jaate hain, woh sab</w:t>
      </w:r>
    </w:p>
    <w:p>
      <w:pPr>
        <w:jc w:val="right"/>
      </w:pPr>
      <w:r>
        <w:t>ہیٹ کا مزاج ہے، حتیٰ کہ کچھ لوگ گن کلچر، بمب کلچر تک پہنچ جاتے ہیں، وہ سب</w:t>
      </w:r>
    </w:p>
    <w:p>
      <w:r>
        <w:rPr>
          <w:b/>
        </w:rPr>
        <w:t xml:space="preserve">[07:07] </w:t>
      </w:r>
      <w:r>
        <w:t>spirit of the age ke khilaf hai.</w:t>
      </w:r>
    </w:p>
    <w:p>
      <w:pPr>
        <w:jc w:val="right"/>
      </w:pPr>
      <w:r>
        <w:t>اسپرٹ آف دی ایج کے خلاف ہے۔</w:t>
      </w:r>
    </w:p>
    <w:p>
      <w:r>
        <w:rPr>
          <w:b/>
        </w:rPr>
        <w:t xml:space="preserve">[07:14] </w:t>
      </w:r>
      <w:r>
        <w:t>yani spirit of the age jo hai is ne sare halaat ko aap ko buffer bana diya.</w:t>
      </w:r>
    </w:p>
    <w:p>
      <w:pPr>
        <w:jc w:val="right"/>
      </w:pPr>
      <w:r>
        <w:t>یعنی اسپرٹ آف دی ایج جو ہے اس نے سارے حالات کو آپ کو بافر بنا دیا۔</w:t>
      </w:r>
    </w:p>
    <w:p>
      <w:r>
        <w:rPr>
          <w:b/>
        </w:rPr>
        <w:t xml:space="preserve">[07:20] </w:t>
      </w:r>
      <w:r>
        <w:t>ab kya karna hai? ab halaat ko avail kijiye, opportunity ko avail kijiye.</w:t>
      </w:r>
    </w:p>
    <w:p>
      <w:pPr>
        <w:jc w:val="right"/>
      </w:pPr>
      <w:r>
        <w:t>اب کیا کرنا ہے؟ اب حالات کو اویل کیجیے، اپرچونیٹی کو اویل کیجیے۔</w:t>
      </w:r>
    </w:p>
    <w:p>
      <w:r>
        <w:rPr>
          <w:b/>
        </w:rPr>
        <w:t xml:space="preserve">[07:27] </w:t>
      </w:r>
      <w:r>
        <w:t>rasool Allah sal Allah alaihi wasallam ki kai hadith hain jo prediction hain.</w:t>
      </w:r>
    </w:p>
    <w:p>
      <w:pPr>
        <w:jc w:val="right"/>
      </w:pPr>
      <w:r>
        <w:t>رسول اللہ صلی اللہ علیہ وسلم کی کئی حدیثیں ہیں جو پریڈکشن ہیں۔</w:t>
      </w:r>
    </w:p>
    <w:p>
      <w:r>
        <w:rPr>
          <w:b/>
        </w:rPr>
        <w:t xml:space="preserve">[07:33] </w:t>
      </w:r>
      <w:r>
        <w:t>aap ke baad aane wale zamane ke bare mein prediction hai.</w:t>
      </w:r>
    </w:p>
    <w:p>
      <w:pPr>
        <w:jc w:val="right"/>
      </w:pPr>
      <w:r>
        <w:t>آپ کے بعد آنے والے زمانے کے بارے میں پریڈکشن ہے۔</w:t>
      </w:r>
    </w:p>
    <w:p>
      <w:r>
        <w:rPr>
          <w:b/>
        </w:rPr>
        <w:t xml:space="preserve">[07:40] </w:t>
      </w:r>
      <w:r>
        <w:t>is mein se ek hadith yeh hai ke in Allah hadith deen la khalaq lahum mustaqbil ki bari.</w:t>
      </w:r>
    </w:p>
    <w:p>
      <w:pPr>
        <w:jc w:val="right"/>
      </w:pPr>
      <w:r>
        <w:t>اس میں سے ایک حدیث یہ ہے کہ ان اللہ حضرت دین لا خلاق لہم مستقبل کی باری۔</w:t>
      </w:r>
    </w:p>
    <w:p>
      <w:r>
        <w:rPr>
          <w:b/>
        </w:rPr>
        <w:t xml:space="preserve">[07:46] </w:t>
      </w:r>
      <w:r>
        <w:t>yani mustaqbil mein aisa hoga ke Allah is deen ki madad, is deen ko support aise logon ke</w:t>
      </w:r>
    </w:p>
    <w:p>
      <w:pPr>
        <w:jc w:val="right"/>
      </w:pPr>
      <w:r>
        <w:t>یعنی مستقبل میں ایسا ہوگا کہ اللہ اس دین کی مدد، اس دین کو سپورٹ ایسے لوگوں کے</w:t>
      </w:r>
    </w:p>
    <w:p>
      <w:r>
        <w:rPr>
          <w:b/>
        </w:rPr>
        <w:t xml:space="preserve">[07:53] </w:t>
      </w:r>
      <w:r>
        <w:t>zariye karega jo ahle deen na honge.</w:t>
      </w:r>
    </w:p>
    <w:p>
      <w:pPr>
        <w:jc w:val="right"/>
      </w:pPr>
      <w:r>
        <w:t>ذریعے کرے گا جو اہل دین نہ ہوں گے۔</w:t>
      </w:r>
    </w:p>
    <w:p>
      <w:r>
        <w:rPr>
          <w:b/>
        </w:rPr>
        <w:t xml:space="preserve">[08:00] </w:t>
      </w:r>
      <w:r>
        <w:t>is ka matlab kya hai? ahle deen na hone ka matlab kya hai? ahle deen aur ghair ahle</w:t>
      </w:r>
    </w:p>
    <w:p>
      <w:pPr>
        <w:jc w:val="right"/>
      </w:pPr>
      <w:r>
        <w:t>اس کا معنی کیا ہے؟ اہل دین نہ ہونے کا مطلب کیا ہے؟ اہل دین اور غیر اہل</w:t>
      </w:r>
    </w:p>
    <w:p>
      <w:r>
        <w:rPr>
          <w:b/>
        </w:rPr>
        <w:t xml:space="preserve">[08:06] </w:t>
      </w:r>
      <w:r>
        <w:t>deen dono hi is se support pa jayenge.</w:t>
      </w:r>
    </w:p>
    <w:p>
      <w:pPr>
        <w:jc w:val="right"/>
      </w:pPr>
      <w:r>
        <w:t>دین دونوں ہی اس سے سپورٹ پا جائیں گے۔</w:t>
      </w:r>
    </w:p>
    <w:p>
      <w:r>
        <w:rPr>
          <w:b/>
        </w:rPr>
        <w:t xml:space="preserve">[08:13] </w:t>
      </w:r>
      <w:r>
        <w:t>kyun ke ahle deen to sab padhaye hi hain.</w:t>
      </w:r>
    </w:p>
    <w:p>
      <w:pPr>
        <w:jc w:val="right"/>
      </w:pPr>
      <w:r>
        <w:t>کیونکہ اہل دین تو سب پڑھائے ہی ہیں۔</w:t>
      </w:r>
    </w:p>
    <w:p>
      <w:r>
        <w:rPr>
          <w:b/>
        </w:rPr>
        <w:t xml:space="preserve">[08:19] </w:t>
      </w:r>
      <w:r>
        <w:t>yeh kehna ke ahle deen na honge is ka matlab kya hai? ke ahle deen aur ghair</w:t>
      </w:r>
    </w:p>
    <w:p>
      <w:pPr>
        <w:jc w:val="right"/>
      </w:pPr>
      <w:r>
        <w:t>یہ کہنا کہ اہل دین نہ ہوں گے اس کا مطلب کیا ہے؟ کہ اہل دین اور غیر</w:t>
      </w:r>
    </w:p>
    <w:p>
      <w:r>
        <w:rPr>
          <w:b/>
        </w:rPr>
        <w:t xml:space="preserve">[08:26] </w:t>
      </w:r>
      <w:r>
        <w:t>ahle deen dono ke dono Islam ki support pa jayenge.</w:t>
      </w:r>
    </w:p>
    <w:p>
      <w:pPr>
        <w:jc w:val="right"/>
      </w:pPr>
      <w:r>
        <w:t>اہل دین دونوں کے دونوں اسلام کی سپورٹ پا جائیں گے۔</w:t>
      </w:r>
    </w:p>
    <w:p>
      <w:r>
        <w:rPr>
          <w:b/>
        </w:rPr>
        <w:t xml:space="preserve">[08:32] </w:t>
      </w:r>
      <w:r>
        <w:t>kisi ajib baat hai.</w:t>
      </w:r>
    </w:p>
    <w:p>
      <w:pPr>
        <w:jc w:val="right"/>
      </w:pPr>
      <w:r>
        <w:t>کیسی عجیب بات ہے۔</w:t>
      </w:r>
    </w:p>
    <w:p>
      <w:r>
        <w:rPr>
          <w:b/>
        </w:rPr>
        <w:t xml:space="preserve">[08:39] </w:t>
      </w:r>
      <w:r>
        <w:t>yani sara alam Islam ki support pa jayega.</w:t>
      </w:r>
    </w:p>
    <w:p>
      <w:pPr>
        <w:jc w:val="right"/>
      </w:pPr>
      <w:r>
        <w:t>یعنی سارا عالم اسلام کی سپورٹ پا جائے گا۔</w:t>
      </w:r>
    </w:p>
    <w:p>
      <w:r>
        <w:rPr>
          <w:b/>
        </w:rPr>
        <w:t xml:space="preserve">[08:45] </w:t>
      </w:r>
      <w:r>
        <w:t>support ka matlab yeh nahi ke sab log masjid mein aa kar namaz padhenge.</w:t>
      </w:r>
    </w:p>
    <w:p>
      <w:pPr>
        <w:jc w:val="right"/>
      </w:pPr>
      <w:r>
        <w:t>سپورٹ کا مطلب یہ نہیں کہ سب لوگ مسجد میں آ کر نماز پڑھیں گے۔</w:t>
      </w:r>
    </w:p>
    <w:p>
      <w:r>
        <w:rPr>
          <w:b/>
        </w:rPr>
        <w:t xml:space="preserve">[08:52] </w:t>
      </w:r>
      <w:r>
        <w:t>yeh matlab nahi hai.</w:t>
      </w:r>
    </w:p>
    <w:p>
      <w:pPr>
        <w:jc w:val="right"/>
      </w:pPr>
      <w:r>
        <w:t>یہ مطلب نہیں ہے۔</w:t>
      </w:r>
    </w:p>
    <w:p>
      <w:r>
        <w:rPr>
          <w:b/>
        </w:rPr>
        <w:t xml:space="preserve">[08:59] </w:t>
      </w:r>
      <w:r>
        <w:t>یہ ہے way of thinking بدل جائے گا۔</w:t>
      </w:r>
    </w:p>
    <w:p>
      <w:pPr>
        <w:jc w:val="right"/>
      </w:pPr>
      <w:r>
        <w:t>یہ ہے وے آف تھنکنگ بدل جائے گا۔</w:t>
      </w:r>
    </w:p>
    <w:p>
      <w:r>
        <w:rPr>
          <w:b/>
        </w:rPr>
        <w:t xml:space="preserve">[09:05] </w:t>
      </w:r>
      <w:r>
        <w:t>method badal jayega.</w:t>
      </w:r>
    </w:p>
    <w:p>
      <w:pPr>
        <w:jc w:val="right"/>
      </w:pPr>
      <w:r>
        <w:t>میتھڈ بدل جائے گا۔</w:t>
      </w:r>
    </w:p>
    <w:p>
      <w:r>
        <w:rPr>
          <w:b/>
        </w:rPr>
        <w:t xml:space="preserve">[09:12] </w:t>
      </w:r>
      <w:r>
        <w:t>لوگوں کا جو رویہ ہوگا وہ ایسا ہوگا جو in terms of result اسلام کے مطابق ہوگا۔</w:t>
      </w:r>
    </w:p>
    <w:p>
      <w:pPr>
        <w:jc w:val="right"/>
      </w:pPr>
      <w:r>
        <w:t>لوگوں کا جو رویہ ہوگا وہ ایسا ہوگا جو ان ٹرمز آف رزلٹ اسلام کے مطابق ہوگا۔</w:t>
      </w:r>
    </w:p>
    <w:p>
      <w:r>
        <w:rPr>
          <w:b/>
        </w:rPr>
        <w:t xml:space="preserve">[09:18] </w:t>
      </w:r>
      <w:r>
        <w:t>yeh kisi ajib baat hai.</w:t>
      </w:r>
    </w:p>
    <w:p>
      <w:pPr>
        <w:jc w:val="right"/>
      </w:pPr>
      <w:r>
        <w:t>یہ کیسی عجیب بات ہے۔</w:t>
      </w:r>
    </w:p>
    <w:p>
      <w:r>
        <w:rPr>
          <w:b/>
        </w:rPr>
        <w:t xml:space="preserve">[09:25] </w:t>
      </w:r>
      <w:r>
        <w:t>yeh kisi ajib baat hai.</w:t>
      </w:r>
    </w:p>
    <w:p>
      <w:pPr>
        <w:jc w:val="right"/>
      </w:pPr>
      <w:r>
        <w:t>یہ کیسی عجیب بات ہے۔</w:t>
      </w:r>
    </w:p>
    <w:p>
      <w:r>
        <w:rPr>
          <w:b/>
        </w:rPr>
        <w:t xml:space="preserve">[09:31] </w:t>
      </w:r>
      <w:r>
        <w:t>is liye yeh jo lafz hai ke la khalaq lahum yani ghair ahle deen bhi Islam ki support</w:t>
      </w:r>
    </w:p>
    <w:p>
      <w:pPr>
        <w:jc w:val="right"/>
      </w:pPr>
      <w:r>
        <w:t>اس لیے یہ جو لفظ ہے کہ لا خلاق لہم یعنی غیر اہل دین بھی اسلام کی سپورٹ</w:t>
      </w:r>
    </w:p>
    <w:p>
      <w:r>
        <w:rPr>
          <w:b/>
        </w:rPr>
        <w:t xml:space="preserve">[09:38] </w:t>
      </w:r>
      <w:r>
        <w:t>pa jayenge.</w:t>
      </w:r>
    </w:p>
    <w:p>
      <w:pPr>
        <w:jc w:val="right"/>
      </w:pPr>
      <w:r>
        <w:t>پا جائیں گے۔</w:t>
      </w:r>
    </w:p>
    <w:p>
      <w:r>
        <w:rPr>
          <w:b/>
        </w:rPr>
        <w:t xml:space="preserve">[09:45] </w:t>
      </w:r>
      <w:r>
        <w:t>is ka matlab yeh hai ke dono ke dono, ahle deen aur ghair ahle deen, sab ke sab,</w:t>
      </w:r>
    </w:p>
    <w:p>
      <w:pPr>
        <w:jc w:val="right"/>
      </w:pPr>
      <w:r>
        <w:t>اس کا معنی یہ ہے کہ دونوں کے دونوں، اہل دین اور غیر اہل دین، سب کے سب،</w:t>
      </w:r>
    </w:p>
    <w:p>
      <w:r>
        <w:rPr>
          <w:b/>
        </w:rPr>
        <w:t xml:space="preserve">[09:51] </w:t>
      </w:r>
      <w:r>
        <w:t>yani sara alam, sara alam, yani islam ko universal support mil jayegi.</w:t>
      </w:r>
    </w:p>
    <w:p>
      <w:pPr>
        <w:jc w:val="right"/>
      </w:pPr>
      <w:r>
        <w:t>یعنی سارا عالم، سارا عالم، یعنی اسلام کو یونیورسل سپورٹ مل جائے گی۔</w:t>
      </w:r>
    </w:p>
    <w:p>
      <w:r>
        <w:rPr>
          <w:b/>
        </w:rPr>
        <w:t xml:space="preserve">[09:58] </w:t>
      </w:r>
      <w:r>
        <w:t>to is ko janiye.</w:t>
      </w:r>
    </w:p>
    <w:p>
      <w:pPr>
        <w:jc w:val="right"/>
      </w:pPr>
      <w:r>
        <w:t>تو اس کو جانیے۔</w:t>
      </w:r>
    </w:p>
    <w:p>
      <w:r>
        <w:rPr>
          <w:b/>
        </w:rPr>
        <w:t xml:space="preserve">[10:04] </w:t>
      </w:r>
      <w:r>
        <w:t>pehlay aik hadith hai, is mein yeh baat kahi gayi hai ke musalmanon ke andar, yani sachay ahl</w:t>
      </w:r>
    </w:p>
    <w:p>
      <w:pPr>
        <w:jc w:val="right"/>
      </w:pPr>
      <w:r>
        <w:t>پہلے ایک حدیث ہے، اس میں یہ بات کہی گئی ہے کہ مسلمانوں کے اندر، یعنی سچے اہل</w:t>
      </w:r>
    </w:p>
    <w:p>
      <w:r>
        <w:rPr>
          <w:b/>
        </w:rPr>
        <w:t xml:space="preserve">[10:11] </w:t>
      </w:r>
      <w:r>
        <w:t>islam ke andar, lazim hai ke aql ho.</w:t>
      </w:r>
    </w:p>
    <w:p>
      <w:pPr>
        <w:jc w:val="right"/>
      </w:pPr>
      <w:r>
        <w:t>اسلام کے اندر، لازم ہے کہ عقل ہو۔</w:t>
      </w:r>
    </w:p>
    <w:p>
      <w:r>
        <w:rPr>
          <w:b/>
        </w:rPr>
        <w:t xml:space="preserve">[10:17] </w:t>
      </w:r>
      <w:r>
        <w:t>aur aql ka matlab yeh bataya gaya hai ke baseer be zabani ho.</w:t>
      </w:r>
    </w:p>
    <w:p>
      <w:pPr>
        <w:jc w:val="right"/>
      </w:pPr>
      <w:r>
        <w:t>اور عقل کا مطلب یہ بتایا گیا ہے کہ بصیراً بے زبانی ہو۔</w:t>
      </w:r>
    </w:p>
    <w:p>
      <w:r>
        <w:rPr>
          <w:b/>
        </w:rPr>
        <w:t xml:space="preserve">[10:24] </w:t>
      </w:r>
      <w:r>
        <w:t>wa alal aql an yaqoon baseer be zabani.</w:t>
      </w:r>
    </w:p>
    <w:p>
      <w:pPr>
        <w:jc w:val="right"/>
      </w:pPr>
      <w:r>
        <w:t>وعلی العقل ان یقون بصیراً بے زبانی۔</w:t>
      </w:r>
    </w:p>
    <w:p>
      <w:r>
        <w:rPr>
          <w:b/>
        </w:rPr>
        <w:t xml:space="preserve">[10:31] </w:t>
      </w:r>
      <w:r>
        <w:t>yani danishmand muslim woh hai jo apnay zamanay ko jananay wala ho.</w:t>
      </w:r>
    </w:p>
    <w:p>
      <w:pPr>
        <w:jc w:val="right"/>
      </w:pPr>
      <w:r>
        <w:t>یعنی دانشمند مسلم وہ ہے جو اپنے زمانے کو جاننے والا ہو۔</w:t>
      </w:r>
    </w:p>
    <w:p>
      <w:r>
        <w:rPr>
          <w:b/>
        </w:rPr>
        <w:t xml:space="preserve">[10:37] </w:t>
      </w:r>
      <w:r>
        <w:t>kyun ke ahl-e-islam ka yeh farz hai, farz, ke woh spirit of the age ko janay.</w:t>
      </w:r>
    </w:p>
    <w:p>
      <w:pPr>
        <w:jc w:val="right"/>
      </w:pPr>
      <w:r>
        <w:t>کیونکہ اہل اسلام کا یہ فرض ہے، فرض، کہ وہ اسپرٹ آف دی ایج کو جانے۔</w:t>
      </w:r>
    </w:p>
    <w:p>
      <w:r>
        <w:rPr>
          <w:b/>
        </w:rPr>
        <w:t xml:space="preserve">[10:44] </w:t>
      </w:r>
      <w:r>
        <w:t>کیونکہ تب ہی تو ایسا ہوگا کہ right planning کر پائیں گے۔</w:t>
      </w:r>
    </w:p>
    <w:p>
      <w:pPr>
        <w:jc w:val="right"/>
      </w:pPr>
      <w:r>
        <w:t>کیونکہ تب ہی تو ایسا ہوگا کہ رائٹ پلاننگ کر پائیں گے۔</w:t>
      </w:r>
    </w:p>
    <w:p>
      <w:r>
        <w:rPr>
          <w:b/>
        </w:rPr>
        <w:t xml:space="preserve">[10:50] </w:t>
      </w:r>
      <w:r>
        <w:t>رائٹ پلاننگ تب ہی کر پائیں گے جب کہ وہ spirit of the age کو جانتے ہوں۔</w:t>
      </w:r>
    </w:p>
    <w:p>
      <w:pPr>
        <w:jc w:val="right"/>
      </w:pPr>
      <w:r>
        <w:t>رائٹ پلاننگ تب ہی کر پائیں گے جب کہ وہ اسپرٹ آف دی ایج کو جانتے ہوں۔</w:t>
      </w:r>
    </w:p>
    <w:p>
      <w:r>
        <w:rPr>
          <w:b/>
        </w:rPr>
        <w:t xml:space="preserve">[10:57] </w:t>
      </w:r>
      <w:r>
        <w:t>ab misal ke tor par dekhiye, is zamanay mein jo scientific discoveries hui hain woh sab ain mawafeq islam hain.</w:t>
      </w:r>
    </w:p>
    <w:p>
      <w:pPr>
        <w:jc w:val="right"/>
      </w:pPr>
      <w:r>
        <w:t>اب مثلاً دیکھیے، اس زمانے میں جو سائنٹیفک ڈسکوریز ہوئی ہیں وہ سب عین موافق اسلام ہیں۔</w:t>
      </w:r>
    </w:p>
    <w:p>
      <w:r>
        <w:rPr>
          <w:b/>
        </w:rPr>
        <w:t xml:space="preserve">[11:03] </w:t>
      </w:r>
      <w:r>
        <w:t>kyun ke nature ki jo realities theen un ko unhon ne disclose kiya.</w:t>
      </w:r>
    </w:p>
    <w:p>
      <w:pPr>
        <w:jc w:val="right"/>
      </w:pPr>
      <w:r>
        <w:t>کیونکہ نیچر کی جو ریلیٹیز تھیں ان کو انہوں نے ڈسکلوز کیا۔</w:t>
      </w:r>
    </w:p>
    <w:p>
      <w:r>
        <w:rPr>
          <w:b/>
        </w:rPr>
        <w:t xml:space="preserve">[11:10] </w:t>
      </w:r>
      <w:r>
        <w:t>laws of nature ko unhon ne disclose kiya.</w:t>
      </w:r>
    </w:p>
    <w:p>
      <w:pPr>
        <w:jc w:val="right"/>
      </w:pPr>
      <w:r>
        <w:t>لاز آف نیچر کو انہوں نے ڈسکلور کیا۔</w:t>
      </w:r>
    </w:p>
    <w:p>
      <w:r>
        <w:rPr>
          <w:b/>
        </w:rPr>
        <w:t xml:space="preserve">[11:16] </w:t>
      </w:r>
      <w:r>
        <w:t>to woh to islami hai.</w:t>
      </w:r>
    </w:p>
    <w:p>
      <w:pPr>
        <w:jc w:val="right"/>
      </w:pPr>
      <w:r>
        <w:t>تو وہ تو اسلامی ہے۔</w:t>
      </w:r>
    </w:p>
    <w:p>
      <w:r>
        <w:rPr>
          <w:b/>
        </w:rPr>
        <w:t xml:space="preserve">[11:23] </w:t>
      </w:r>
      <w:r>
        <w:t>to sara scientific jo ilm hai woh sab mawafeq islam hai.</w:t>
      </w:r>
    </w:p>
    <w:p>
      <w:pPr>
        <w:jc w:val="right"/>
      </w:pPr>
      <w:r>
        <w:t>تو سارا سائنٹیفک جو علم ہے وہ سب موافق اسلام ہے۔</w:t>
      </w:r>
    </w:p>
    <w:p>
      <w:r>
        <w:rPr>
          <w:b/>
        </w:rPr>
        <w:t xml:space="preserve">[11:30] </w:t>
      </w:r>
      <w:r>
        <w:t>isi tarah se jab you know bani, you know, us waqt yeh sari qomon ne, sari qomon ne</w:t>
      </w:r>
    </w:p>
    <w:p>
      <w:pPr>
        <w:jc w:val="right"/>
      </w:pPr>
      <w:r>
        <w:t>اسی طریقے سے جب یو نو بنی، یو نو، اس وقت یہ ساری قوموں نے، ساری قوموں نے</w:t>
      </w:r>
    </w:p>
    <w:p>
      <w:r>
        <w:rPr>
          <w:b/>
        </w:rPr>
        <w:t xml:space="preserve">[11:36] </w:t>
      </w:r>
      <w:r>
        <w:t>ittifaqe rai se aik charter pass kiya.</w:t>
      </w:r>
    </w:p>
    <w:p>
      <w:pPr>
        <w:jc w:val="right"/>
      </w:pPr>
      <w:r>
        <w:t>اتفاق رائے سے ایک چارٹر پاس کیا۔</w:t>
      </w:r>
    </w:p>
    <w:p>
      <w:r>
        <w:rPr>
          <w:b/>
        </w:rPr>
        <w:t xml:space="preserve">[11:43] </w:t>
      </w:r>
      <w:r>
        <w:t>jis mein yeh man liya gaya ke ke har insan ke liye azadi undeniable right hai.</w:t>
      </w:r>
    </w:p>
    <w:p>
      <w:pPr>
        <w:jc w:val="right"/>
      </w:pPr>
      <w:r>
        <w:t>جس میں یہ مان لیا گیا کہ کہ ہر انسان کے لیے آزادی ان ڈینائیبل رائٹ ہے۔</w:t>
      </w:r>
    </w:p>
    <w:p>
      <w:r>
        <w:rPr>
          <w:b/>
        </w:rPr>
        <w:t xml:space="preserve">[11:49] </w:t>
      </w:r>
      <w:r>
        <w:t>har aurat o mard ke liye azadi, azadi-e-rai undeniable right hai.</w:t>
      </w:r>
    </w:p>
    <w:p>
      <w:pPr>
        <w:jc w:val="right"/>
      </w:pPr>
      <w:r>
        <w:t>ہر عورت و مرد کے لیے آزادی، آزادی رائے ان ڈینائیبل رائٹ ہے۔</w:t>
      </w:r>
    </w:p>
    <w:p>
      <w:r>
        <w:rPr>
          <w:b/>
        </w:rPr>
        <w:t xml:space="preserve">[11:56] </w:t>
      </w:r>
      <w:r>
        <w:t>is ka matlab kya hua? ke pichlay zamanay mein aap jantay hain ke tauheed ka elaan karna allowed nahi tha.</w:t>
      </w:r>
    </w:p>
    <w:p>
      <w:pPr>
        <w:jc w:val="right"/>
      </w:pPr>
      <w:r>
        <w:t>اس کا مطلب کیا ہوا؟ کہ پچھلے زمانے میں آپ جانتے ہیں کہ توحید کا اعلان کرنا الاؤڈ نہیں تھا۔</w:t>
      </w:r>
    </w:p>
    <w:p>
      <w:r>
        <w:rPr>
          <w:b/>
        </w:rPr>
        <w:t xml:space="preserve">[12:02] </w:t>
      </w:r>
      <w:r>
        <w:t>aap surah kahf parh lijiye.</w:t>
      </w:r>
    </w:p>
    <w:p>
      <w:pPr>
        <w:jc w:val="right"/>
      </w:pPr>
      <w:r>
        <w:t>آپ سورہ کہف پڑھ لیجیے۔</w:t>
      </w:r>
    </w:p>
    <w:p>
      <w:r>
        <w:rPr>
          <w:b/>
        </w:rPr>
        <w:t xml:space="preserve">[12:09] </w:t>
      </w:r>
      <w:r>
        <w:t>is mein kuch nojawan thay jinhon ne tauheed ka elaan kiya to un ko apnay shehar se nikalna para.</w:t>
      </w:r>
    </w:p>
    <w:p>
      <w:pPr>
        <w:jc w:val="right"/>
      </w:pPr>
      <w:r>
        <w:t>اس میں کچھ نوجوان تھے جنہوں نے توحید کا اعلان کیا تو ان کو اپنے شہر سے نکلنا پڑا۔</w:t>
      </w:r>
    </w:p>
    <w:p>
      <w:r>
        <w:rPr>
          <w:b/>
        </w:rPr>
        <w:t xml:space="preserve">[12:16] </w:t>
      </w:r>
      <w:r>
        <w:t>woh ghayab ho ja ke chup gaye.</w:t>
      </w:r>
    </w:p>
    <w:p>
      <w:pPr>
        <w:jc w:val="right"/>
      </w:pPr>
      <w:r>
        <w:t>وہ غائب ہو جا کے چھپ گئے۔</w:t>
      </w:r>
    </w:p>
    <w:p>
      <w:r>
        <w:rPr>
          <w:b/>
        </w:rPr>
        <w:t xml:space="preserve">[12:22] </w:t>
      </w:r>
      <w:r>
        <w:t>aaj kya hai? aaj khud zamanay ki spirit, zamanay ki jo qomein hain, jo global tanzeem hai, you</w:t>
      </w:r>
    </w:p>
    <w:p>
      <w:pPr>
        <w:jc w:val="right"/>
      </w:pPr>
      <w:r>
        <w:t>آج کیا ہے؟ آج خود زمانے کی اسپرٹ، زمانے کی جو قومیں ہیں، جو گلوبل تنظیم ہے، یو</w:t>
      </w:r>
    </w:p>
    <w:p>
      <w:r>
        <w:rPr>
          <w:b/>
        </w:rPr>
        <w:t xml:space="preserve">[12:29] </w:t>
      </w:r>
      <w:r>
        <w:t>n o, us ne mutafqa tor par elaan kar diya ke azadi-e-rai har insan ka undeniable right hai.</w:t>
      </w:r>
    </w:p>
    <w:p>
      <w:pPr>
        <w:jc w:val="right"/>
      </w:pPr>
      <w:r>
        <w:t>این او، اس نے متفقہ طور پر اعلان کر دیا کہ آزادی رائے ہر انسان کا ان ڈینائیبل رائٹ ہے۔</w:t>
      </w:r>
    </w:p>
    <w:p>
      <w:r>
        <w:rPr>
          <w:b/>
        </w:rPr>
        <w:t xml:space="preserve">[12:35] </w:t>
      </w:r>
      <w:r>
        <w:t>ab aap jo mazhab chahein ikhtiyar kijiye, jis tarah dawat ka kaam kijiye, jis tarah isai masjid chalaiye.</w:t>
      </w:r>
    </w:p>
    <w:p>
      <w:pPr>
        <w:jc w:val="right"/>
      </w:pPr>
      <w:r>
        <w:t>اب آپ جو مذہب چاہیں اختیار کیجیے، جس طرح دعوت کا کام کیجیے، جس طرح عیسائی مسجد چلائیے۔</w:t>
      </w:r>
    </w:p>
    <w:p>
      <w:r>
        <w:rPr>
          <w:b/>
        </w:rPr>
        <w:t xml:space="preserve">[12:42] </w:t>
      </w:r>
      <w:r>
        <w:t>sirf aik hi shart hai ke aap wanted na hon.</w:t>
      </w:r>
    </w:p>
    <w:p>
      <w:pPr>
        <w:jc w:val="right"/>
      </w:pPr>
      <w:r>
        <w:t>صرف ایک ہی شرط ہے کہ آپ وانٹڈ نہ ہوں۔</w:t>
      </w:r>
    </w:p>
    <w:p>
      <w:r>
        <w:rPr>
          <w:b/>
        </w:rPr>
        <w:t xml:space="preserve">[12:48] </w:t>
      </w:r>
      <w:r>
        <w:t>ek hi shart hai ke aap tashaddud na karein. bas.</w:t>
      </w:r>
    </w:p>
    <w:p>
      <w:pPr>
        <w:jc w:val="right"/>
      </w:pPr>
      <w:r>
        <w:t>ایک ہی شرط ہے کہ آپ تشدد نہ کریں۔ بس۔</w:t>
      </w:r>
    </w:p>
    <w:p>
      <w:r>
        <w:rPr>
          <w:b/>
        </w:rPr>
        <w:t xml:space="preserve">[12:55] </w:t>
      </w:r>
      <w:r>
        <w:t>is ke baad poora sab kuch aap ka hai.</w:t>
      </w:r>
    </w:p>
    <w:p>
      <w:pPr>
        <w:jc w:val="right"/>
      </w:pPr>
      <w:r>
        <w:t>اس کے بعد پورا سب کچھ آپ کا ہے۔</w:t>
      </w:r>
    </w:p>
    <w:p>
      <w:r>
        <w:rPr>
          <w:b/>
        </w:rPr>
        <w:t xml:space="preserve">[13:01] </w:t>
      </w:r>
      <w:r>
        <w:t>tamam saare idare aap ke hain.</w:t>
      </w:r>
    </w:p>
    <w:p>
      <w:pPr>
        <w:jc w:val="right"/>
      </w:pPr>
      <w:r>
        <w:t>تمام سارے ادارے آپ کے ہیں۔</w:t>
      </w:r>
    </w:p>
    <w:p>
      <w:r>
        <w:rPr>
          <w:b/>
        </w:rPr>
        <w:t xml:space="preserve">[13:08] </w:t>
      </w:r>
      <w:r>
        <w:t>saara infrastructure aap ka hai.</w:t>
      </w:r>
    </w:p>
    <w:p>
      <w:pPr>
        <w:jc w:val="right"/>
      </w:pPr>
      <w:r>
        <w:t>سارا انفراسٹرکچر آپ کا ہے۔</w:t>
      </w:r>
    </w:p>
    <w:p>
      <w:r>
        <w:rPr>
          <w:b/>
        </w:rPr>
        <w:t xml:space="preserve">[13:15] </w:t>
      </w:r>
      <w:r>
        <w:t>saari opportunities aap ki hain.</w:t>
      </w:r>
    </w:p>
    <w:p>
      <w:pPr>
        <w:jc w:val="right"/>
      </w:pPr>
      <w:r>
        <w:t>ساری اپرچونیٹیز آپ کی ہیں۔</w:t>
      </w:r>
    </w:p>
    <w:p>
      <w:r>
        <w:rPr>
          <w:b/>
        </w:rPr>
        <w:t xml:space="preserve">[13:21] </w:t>
      </w:r>
      <w:r>
        <w:t>ab dekhiye, yeh jo hai ittefaqi baat nahi hai.</w:t>
      </w:r>
    </w:p>
    <w:p>
      <w:pPr>
        <w:jc w:val="right"/>
      </w:pPr>
      <w:r>
        <w:t>اب دیکھیے، یہ جو ہے اتفاقی بات نہیں ہے۔</w:t>
      </w:r>
    </w:p>
    <w:p>
      <w:r>
        <w:rPr>
          <w:b/>
        </w:rPr>
        <w:t xml:space="preserve">[13:28] </w:t>
      </w:r>
      <w:r>
        <w:t>ittefaqi baat nahi hai yeh.</w:t>
      </w:r>
    </w:p>
    <w:p>
      <w:pPr>
        <w:jc w:val="right"/>
      </w:pPr>
      <w:r>
        <w:t>اتفاقی بات نہیں ہے یہ۔</w:t>
      </w:r>
    </w:p>
    <w:p>
      <w:r>
        <w:rPr>
          <w:b/>
        </w:rPr>
        <w:t xml:space="preserve">[13:34] </w:t>
      </w:r>
      <w:r>
        <w:t>yeh Allah taala ne history ko baanjh kar ke yahan tak pahunchaya hai tareekh ko.</w:t>
      </w:r>
    </w:p>
    <w:p>
      <w:pPr>
        <w:jc w:val="right"/>
      </w:pPr>
      <w:r>
        <w:t>یہ اللہ تعالیٰ نے ہسٹری کو بانجھ کر کے یہاں تک پہنچایا ہے تاریخ کو۔</w:t>
      </w:r>
    </w:p>
    <w:p>
      <w:r>
        <w:rPr>
          <w:b/>
        </w:rPr>
        <w:t xml:space="preserve">[13:41] </w:t>
      </w:r>
      <w:r>
        <w:t>kyunke dekhiye, aap Quran o Hadees ko padhiye to is mein yeh maloom hota hai ke koi rule</w:t>
      </w:r>
    </w:p>
    <w:p>
      <w:pPr>
        <w:jc w:val="right"/>
      </w:pPr>
      <w:r>
        <w:t>کیونکہ دیکھیے، آپ قرآن و حدیث کو پڑھیے تو اس میں یہ معلوم ہوتا ہے کہ کوئی رول</w:t>
      </w:r>
    </w:p>
    <w:p>
      <w:r>
        <w:rPr>
          <w:b/>
        </w:rPr>
        <w:t xml:space="preserve">[13:47] </w:t>
      </w:r>
      <w:r>
        <w:t>hoga jo aakhri zamane mein ada kiya jayega.</w:t>
      </w:r>
    </w:p>
    <w:p>
      <w:pPr>
        <w:jc w:val="right"/>
      </w:pPr>
      <w:r>
        <w:t>ہوگا جو آخری زمانے میں ادا کیا جائے گا۔</w:t>
      </w:r>
    </w:p>
    <w:p>
      <w:r>
        <w:rPr>
          <w:b/>
        </w:rPr>
        <w:t xml:space="preserve">[13:54] </w:t>
      </w:r>
      <w:r>
        <w:t>misalan seekhiye, Quran mein hai: nazr al-furqan al-abdi lakin lil-'alamin nadhira.</w:t>
      </w:r>
    </w:p>
    <w:p>
      <w:pPr>
        <w:jc w:val="right"/>
      </w:pPr>
      <w:r>
        <w:t>مثلاً سیکھیے، قرآن میں ہے: نذر الفرقان العبدی لیکن للعالمین نذیراً۔</w:t>
      </w:r>
    </w:p>
    <w:p>
      <w:r>
        <w:rPr>
          <w:b/>
        </w:rPr>
        <w:t xml:space="preserve">[14:01] </w:t>
      </w:r>
      <w:r>
        <w:t>Quran aaya hai ke woh saare alam tak, saare alam tak, saare alam tak, tak woh inzar kare.</w:t>
      </w:r>
    </w:p>
    <w:p>
      <w:pPr>
        <w:jc w:val="right"/>
      </w:pPr>
      <w:r>
        <w:t>قرآن آیا ہے کہ وہ سارے عالم تک، سارے عالم تک، سارے عالم تک، تک وہ انظار کرے۔</w:t>
      </w:r>
    </w:p>
    <w:p>
      <w:r>
        <w:rPr>
          <w:b/>
        </w:rPr>
        <w:t xml:space="preserve">[14:07] </w:t>
      </w:r>
      <w:r>
        <w:t>inzar ke zariye bane.</w:t>
      </w:r>
    </w:p>
    <w:p>
      <w:pPr>
        <w:jc w:val="right"/>
      </w:pPr>
      <w:r>
        <w:t>انظار کے ذریعے بنے۔</w:t>
      </w:r>
    </w:p>
    <w:p>
      <w:r>
        <w:rPr>
          <w:b/>
        </w:rPr>
        <w:t xml:space="preserve">[14:14] </w:t>
      </w:r>
      <w:r>
        <w:t>Hadees mein aata hai ke ek zamana aayega jab ke kalmat al-Islam, yani Allah ka kalam, har</w:t>
      </w:r>
    </w:p>
    <w:p>
      <w:pPr>
        <w:jc w:val="right"/>
      </w:pPr>
      <w:r>
        <w:t>حدیث میں آتا ہے کہ ایک زمانہ آئے گا جب کہ کلمۃ الاسلام، یعنی اللہ کا کلام، ہر</w:t>
      </w:r>
    </w:p>
    <w:p>
      <w:r>
        <w:rPr>
          <w:b/>
        </w:rPr>
        <w:t xml:space="preserve">[14:20] </w:t>
      </w:r>
      <w:r>
        <w:t>ghar mein, har ghar mein phail pahunch jayega.</w:t>
      </w:r>
    </w:p>
    <w:p>
      <w:pPr>
        <w:jc w:val="right"/>
      </w:pPr>
      <w:r>
        <w:t>گھر میں، ہر گھر میں پھیل پہنچ جائے گا۔</w:t>
      </w:r>
    </w:p>
    <w:p>
      <w:r>
        <w:rPr>
          <w:b/>
        </w:rPr>
        <w:t xml:space="preserve">[14:27] </w:t>
      </w:r>
      <w:r>
        <w:t>to yeh waqea hone ke liye, yeh waqea hone ke liye bohat se asbab chahiye the.</w:t>
      </w:r>
    </w:p>
    <w:p>
      <w:pPr>
        <w:jc w:val="right"/>
      </w:pPr>
      <w:r>
        <w:t>تو یہ واقعہ ہونے کے لیے، یہ واقعہ ہونے کے لیے بہت سے اسباب چاہیے تھے۔</w:t>
      </w:r>
    </w:p>
    <w:p>
      <w:r>
        <w:rPr>
          <w:b/>
        </w:rPr>
        <w:t xml:space="preserve">[14:33] </w:t>
      </w:r>
      <w:r>
        <w:t>woh sab aazad muhaiya ho gaye.</w:t>
      </w:r>
    </w:p>
    <w:p>
      <w:pPr>
        <w:jc w:val="right"/>
      </w:pPr>
      <w:r>
        <w:t>وہ سب آزاد مہیا ہو گئے۔</w:t>
      </w:r>
    </w:p>
    <w:p>
      <w:r>
        <w:rPr>
          <w:b/>
        </w:rPr>
        <w:t xml:space="preserve">[14:40] </w:t>
      </w:r>
      <w:r>
        <w:t>ek Hadees hai ke ke Rasool Allah ne farmaya ke: mathal ummati ka mathal al-batr la yudri awwaluhu</w:t>
      </w:r>
    </w:p>
    <w:p>
      <w:pPr>
        <w:jc w:val="right"/>
      </w:pPr>
      <w:r>
        <w:t>ایک حدیث ہے کہ کہ رسول اللہ نے فرمایا کہ: مثل امتی کا مثل البطر لا یدر اولہ</w:t>
      </w:r>
    </w:p>
    <w:p>
      <w:r>
        <w:rPr>
          <w:b/>
        </w:rPr>
        <w:t xml:space="preserve">[14:47] </w:t>
      </w:r>
      <w:r>
        <w:t>hunna ab akhiruhu.</w:t>
      </w:r>
    </w:p>
    <w:p>
      <w:pPr>
        <w:jc w:val="right"/>
      </w:pPr>
      <w:r>
        <w:t>خنہ اب آخرہ۔</w:t>
      </w:r>
    </w:p>
    <w:p>
      <w:r>
        <w:rPr>
          <w:b/>
        </w:rPr>
        <w:t xml:space="preserve">[14:53] </w:t>
      </w:r>
      <w:r>
        <w:t>is mani ke yeh jo ummat e muslema hai, is ka ek daur awwal hai, is ka ek daur aakhir hai.</w:t>
      </w:r>
    </w:p>
    <w:p>
      <w:pPr>
        <w:jc w:val="right"/>
      </w:pPr>
      <w:r>
        <w:t>اس معنی کہ یہ جو امت مسلمہ ہے، اس کا ایک دور اول ہے، اس کا ایک دور آخر ہے۔</w:t>
      </w:r>
    </w:p>
    <w:p>
      <w:r>
        <w:rPr>
          <w:b/>
        </w:rPr>
        <w:t xml:space="preserve">[15:00] </w:t>
      </w:r>
      <w:r>
        <w:t>to ek rule hai jo daur awwal mein ada hoga.</w:t>
      </w:r>
    </w:p>
    <w:p>
      <w:pPr>
        <w:jc w:val="right"/>
      </w:pPr>
      <w:r>
        <w:t>تو ایک رول ہے جو دور اول میں ادا ہوگا۔</w:t>
      </w:r>
    </w:p>
    <w:p>
      <w:r>
        <w:rPr>
          <w:b/>
        </w:rPr>
        <w:t xml:space="preserve">[15:06] </w:t>
      </w:r>
      <w:r>
        <w:t>ek rule hai jo daur aakhir mein ada hoga.</w:t>
      </w:r>
    </w:p>
    <w:p>
      <w:pPr>
        <w:jc w:val="right"/>
      </w:pPr>
      <w:r>
        <w:t>ایک رول ہے جو دور آخر میں ادا ہوگا۔</w:t>
      </w:r>
    </w:p>
    <w:p>
      <w:r>
        <w:rPr>
          <w:b/>
        </w:rPr>
        <w:t xml:space="preserve">[15:13] </w:t>
      </w:r>
      <w:r>
        <w:t>aur aakhir daur aakhir mein jo ada hoga, yahi to hai.</w:t>
      </w:r>
    </w:p>
    <w:p>
      <w:pPr>
        <w:jc w:val="right"/>
      </w:pPr>
      <w:r>
        <w:t>اور آخر دور آخر میں جو ادا ہوگا، یہی تو ہے۔</w:t>
      </w:r>
    </w:p>
    <w:p>
      <w:r>
        <w:rPr>
          <w:b/>
        </w:rPr>
        <w:t xml:space="preserve">[15:19] </w:t>
      </w:r>
      <w:r>
        <w:t>universal expression of the truth of Islam.</w:t>
      </w:r>
    </w:p>
    <w:p>
      <w:pPr>
        <w:jc w:val="right"/>
      </w:pPr>
      <w:r>
        <w:t>یونیورسل ایکسپریشن آف دی ٹروتھ آف اسلام۔</w:t>
      </w:r>
    </w:p>
    <w:p>
      <w:r>
        <w:rPr>
          <w:b/>
        </w:rPr>
        <w:t xml:space="preserve">[15:26] </w:t>
      </w:r>
      <w:r>
        <w:t>saare alam tak pahuncha dena.</w:t>
      </w:r>
    </w:p>
    <w:p>
      <w:pPr>
        <w:jc w:val="right"/>
      </w:pPr>
      <w:r>
        <w:t>سارے عالم تک پہنچا دینا۔</w:t>
      </w:r>
    </w:p>
    <w:p>
      <w:r>
        <w:rPr>
          <w:b/>
        </w:rPr>
        <w:t xml:space="preserve">[15:32] </w:t>
      </w:r>
      <w:r>
        <w:t>to aap ghhor kijiye ke aap twenti first century mein aap is position mein hain ke Allah ke</w:t>
      </w:r>
    </w:p>
    <w:p>
      <w:pPr>
        <w:jc w:val="right"/>
      </w:pPr>
      <w:r>
        <w:t>تو آپ غور کیجیے کہ آپ ٹونٹی فرسٹ سینچری میں آپ اس پوزیشن میں ہیں کہ اللہ کے</w:t>
      </w:r>
    </w:p>
    <w:p>
      <w:r>
        <w:rPr>
          <w:b/>
        </w:rPr>
        <w:t xml:space="preserve">[15:39] </w:t>
      </w:r>
      <w:r>
        <w:t>deen ka jo takmeeli dor hai, takmeeli dor, wahan par apna role ada kar saken.</w:t>
      </w:r>
    </w:p>
    <w:p>
      <w:pPr>
        <w:jc w:val="right"/>
      </w:pPr>
      <w:r>
        <w:t>دین کا جو تکمیلی دور ہے، تکمیلی دور، وہاں پر اپنا رول ادا کر سکیں۔</w:t>
      </w:r>
    </w:p>
    <w:p>
      <w:r>
        <w:rPr>
          <w:b/>
        </w:rPr>
        <w:t xml:space="preserve">[15:46] </w:t>
      </w:r>
      <w:r>
        <w:t>kisi ajeeb baat hai.</w:t>
      </w:r>
    </w:p>
    <w:p>
      <w:pPr>
        <w:jc w:val="right"/>
      </w:pPr>
      <w:r>
        <w:t>کیسی عجیب بات ہے۔</w:t>
      </w:r>
    </w:p>
    <w:p>
      <w:r>
        <w:rPr>
          <w:b/>
        </w:rPr>
        <w:t xml:space="preserve">[15:52] </w:t>
      </w:r>
      <w:r>
        <w:t>yaani ek hai barish ka dor awal aur ek hai barish ka dor akhir.</w:t>
      </w:r>
    </w:p>
    <w:p>
      <w:pPr>
        <w:jc w:val="right"/>
      </w:pPr>
      <w:r>
        <w:t>یعنی ایک ہے بارش کا دور اول اور ایک ہے بارش کا دور آخر۔</w:t>
      </w:r>
    </w:p>
    <w:p>
      <w:r>
        <w:rPr>
          <w:b/>
        </w:rPr>
        <w:t xml:space="preserve">[15:59] </w:t>
      </w:r>
      <w:r>
        <w:t>dor akhir kya hai? jab sare asbab jama ho jayen.</w:t>
      </w:r>
    </w:p>
    <w:p>
      <w:pPr>
        <w:jc w:val="right"/>
      </w:pPr>
      <w:r>
        <w:t>دور آخر کیا ہے؟ جب سارے اسباب جمع ہو جائیں۔</w:t>
      </w:r>
    </w:p>
    <w:p>
      <w:r>
        <w:rPr>
          <w:b/>
        </w:rPr>
        <w:t xml:space="preserve">[16:05] </w:t>
      </w:r>
      <w:r>
        <w:t>barish ka dor akhir jo hai, iska matlab kya hai? jab sare asbab jo dawat bashar ke</w:t>
      </w:r>
    </w:p>
    <w:p>
      <w:pPr>
        <w:jc w:val="right"/>
      </w:pPr>
      <w:r>
        <w:t>بارش کا دور آخر جو ہے، اس کا مطلب کیا ہے؟ جب سارے اسباب جو دعوت بشر کے</w:t>
      </w:r>
    </w:p>
    <w:p>
      <w:r>
        <w:rPr>
          <w:b/>
        </w:rPr>
        <w:t xml:space="preserve">[16:12] </w:t>
      </w:r>
      <w:r>
        <w:t>liye zaroori hain, woh sab mehya ho jayen.</w:t>
      </w:r>
    </w:p>
    <w:p>
      <w:pPr>
        <w:jc w:val="right"/>
      </w:pPr>
      <w:r>
        <w:t>لیے ضروری ہیں، وہ سب مہیا ہو جائیں۔</w:t>
      </w:r>
    </w:p>
    <w:p>
      <w:r>
        <w:rPr>
          <w:b/>
        </w:rPr>
        <w:t xml:space="preserve">[16:18] </w:t>
      </w:r>
      <w:r>
        <w:t>misalan dekhiye, printing press aa jaye, religious freedom aa jaye, opinions aa jaye, communication aa jaye, safar karna</w:t>
      </w:r>
    </w:p>
    <w:p>
      <w:pPr>
        <w:jc w:val="right"/>
      </w:pPr>
      <w:r>
        <w:t>مثلاً دیکھیے، پرنٹک پریس آ جائے، ریلیجس فریڈم آ جائے، اوپیننس آ جائے، کمیونیکیشن آ جائے، سفر کرنا</w:t>
      </w:r>
    </w:p>
    <w:p>
      <w:r>
        <w:rPr>
          <w:b/>
        </w:rPr>
        <w:t xml:space="preserve">[16:25] </w:t>
      </w:r>
      <w:r>
        <w:t>aasan ho jaye, sare alam aap ke qadmon ke neeche ho jayen.</w:t>
      </w:r>
    </w:p>
    <w:p>
      <w:pPr>
        <w:jc w:val="right"/>
      </w:pPr>
      <w:r>
        <w:t>آسان ہو جائے، سارے عالم آپ کے قدموں کے نیچے ہو جائیں۔</w:t>
      </w:r>
    </w:p>
    <w:p>
      <w:r>
        <w:rPr>
          <w:b/>
        </w:rPr>
        <w:t xml:space="preserve">[16:32] </w:t>
      </w:r>
      <w:r>
        <w:t>jis se hum ek jagah se bol rahe hain aur sare dunya abad pahunch rahi hai, potentially.</w:t>
      </w:r>
    </w:p>
    <w:p>
      <w:pPr>
        <w:jc w:val="right"/>
      </w:pPr>
      <w:r>
        <w:t>جس سے ہم ایک جگہ سے بول رہے ہیں اور سارے دنیا آباد پہنچ رہی ہے، پوٹینشلی۔</w:t>
      </w:r>
    </w:p>
    <w:p>
      <w:r>
        <w:rPr>
          <w:b/>
        </w:rPr>
        <w:t xml:space="preserve">[16:38] </w:t>
      </w:r>
      <w:r>
        <w:t>yeh sab ho jaye to yahi barish ka dor akhir hai.</w:t>
      </w:r>
    </w:p>
    <w:p>
      <w:pPr>
        <w:jc w:val="right"/>
      </w:pPr>
      <w:r>
        <w:t>یہ سب ہو جائے تو یہی بارش کا دور آخر ہے۔</w:t>
      </w:r>
    </w:p>
    <w:p>
      <w:r>
        <w:rPr>
          <w:b/>
        </w:rPr>
        <w:t xml:space="preserve">[16:45] </w:t>
      </w:r>
      <w:r>
        <w:t>yaani awal al batar yeh hai ke woh halaat paida kiye jayen.</w:t>
      </w:r>
    </w:p>
    <w:p>
      <w:pPr>
        <w:jc w:val="right"/>
      </w:pPr>
      <w:r>
        <w:t>یعنی اول البطر یہ ہے کہ وہ حالات پیدا کیے جائیں۔</w:t>
      </w:r>
    </w:p>
    <w:p>
      <w:r>
        <w:rPr>
          <w:b/>
        </w:rPr>
        <w:t xml:space="preserve">[16:51] </w:t>
      </w:r>
      <w:r>
        <w:t>woh process shuru kiya jaye.</w:t>
      </w:r>
    </w:p>
    <w:p>
      <w:pPr>
        <w:jc w:val="right"/>
      </w:pPr>
      <w:r>
        <w:t>وہ پروسیس شروع کیا جائے۔</w:t>
      </w:r>
    </w:p>
    <w:p>
      <w:r>
        <w:rPr>
          <w:b/>
        </w:rPr>
        <w:t xml:space="preserve">[16:58] </w:t>
      </w:r>
      <w:r>
        <w:t>yaani history mein woh inqalabi process shuru kiya jaye jo apni takmeel par, apni culmination par, yeh sab</w:t>
      </w:r>
    </w:p>
    <w:p>
      <w:pPr>
        <w:jc w:val="right"/>
      </w:pPr>
      <w:r>
        <w:t>یعنی ہسٹری میں وہ انقلابی پروسیس شروع کیا جائے جو اپنی تکمیل پر، اپنی کلمنیشن پر، یہ سب</w:t>
      </w:r>
    </w:p>
    <w:p>
      <w:r>
        <w:rPr>
          <w:b/>
        </w:rPr>
        <w:t xml:space="preserve">[17:04] </w:t>
      </w:r>
      <w:r>
        <w:t>de de ummat ko.</w:t>
      </w:r>
    </w:p>
    <w:p>
      <w:pPr>
        <w:jc w:val="right"/>
      </w:pPr>
      <w:r>
        <w:t>دے دے امت کو۔</w:t>
      </w:r>
    </w:p>
    <w:p>
      <w:r>
        <w:rPr>
          <w:b/>
        </w:rPr>
        <w:t xml:space="preserve">[17:11] </w:t>
      </w:r>
      <w:r>
        <w:t>to aaj woh mil gaya.</w:t>
      </w:r>
    </w:p>
    <w:p>
      <w:pPr>
        <w:jc w:val="right"/>
      </w:pPr>
      <w:r>
        <w:t>تو آج وہ مل گیا۔</w:t>
      </w:r>
    </w:p>
    <w:p>
      <w:r>
        <w:rPr>
          <w:b/>
        </w:rPr>
        <w:t xml:space="preserve">[17:17] </w:t>
      </w:r>
      <w:r>
        <w:t>to kisi ajeeb aap ke andar woh aaye ga.</w:t>
      </w:r>
    </w:p>
    <w:p>
      <w:pPr>
        <w:jc w:val="right"/>
      </w:pPr>
      <w:r>
        <w:t>تو کیسی عجیب آپ کے اندر وہ آئے گا۔</w:t>
      </w:r>
    </w:p>
    <w:p>
      <w:r>
        <w:rPr>
          <w:b/>
        </w:rPr>
        <w:t xml:space="preserve">[17:24] </w:t>
      </w:r>
      <w:r>
        <w:t>yaani kitna ajeeb ek thrill aaye ga, thrill ke mujh ko Allah ne paida kiya barish ke dor</w:t>
      </w:r>
    </w:p>
    <w:p>
      <w:pPr>
        <w:jc w:val="right"/>
      </w:pPr>
      <w:r>
        <w:t>یعنی کتنا عجیب ایک تھرل آئے گا، تھرل کہ مجھ کو اللہ نے پیدا کیا بارش کے دور</w:t>
      </w:r>
    </w:p>
    <w:p>
      <w:r>
        <w:rPr>
          <w:b/>
        </w:rPr>
        <w:t xml:space="preserve">[17:31] </w:t>
      </w:r>
      <w:r>
        <w:t>akhir mein jab ke mujhe mauqa mil gaya hai ke main Islam ka takmeeli role ada kar sakoon.</w:t>
      </w:r>
    </w:p>
    <w:p>
      <w:pPr>
        <w:jc w:val="right"/>
      </w:pPr>
      <w:r>
        <w:t>آخر میں جب کہ مجھے موقع مل گیا ہے کہ میں اسلام کا تکمیلی رول ادا کر سکوں۔</w:t>
      </w:r>
    </w:p>
    <w:p>
      <w:r>
        <w:rPr>
          <w:b/>
        </w:rPr>
        <w:t xml:space="preserve">[17:37] </w:t>
      </w:r>
      <w:r>
        <w:t>ek ajeeb thrill aaye ga aap ke andar.</w:t>
      </w:r>
    </w:p>
    <w:p>
      <w:pPr>
        <w:jc w:val="right"/>
      </w:pPr>
      <w:r>
        <w:t>ایک عجیب تھرل آئے گا آپ کے اندر۔</w:t>
      </w:r>
    </w:p>
    <w:p>
      <w:r>
        <w:rPr>
          <w:b/>
        </w:rPr>
        <w:t xml:space="preserve">[17:44] </w:t>
      </w:r>
      <w:r>
        <w:t>phir nafrat khatm ho jayegi.</w:t>
      </w:r>
    </w:p>
    <w:p>
      <w:pPr>
        <w:jc w:val="right"/>
      </w:pPr>
      <w:r>
        <w:t>پھر نفرت ختم ہو جائے گی۔</w:t>
      </w:r>
    </w:p>
    <w:p>
      <w:r>
        <w:rPr>
          <w:b/>
        </w:rPr>
        <w:t xml:space="preserve">[17:50] </w:t>
      </w:r>
      <w:r>
        <w:t>phir dushmani khatm ho jayegi.</w:t>
      </w:r>
    </w:p>
    <w:p>
      <w:pPr>
        <w:jc w:val="right"/>
      </w:pPr>
      <w:r>
        <w:t>پھر دشمنی ختم ہو جائے گی۔</w:t>
      </w:r>
    </w:p>
    <w:p>
      <w:r>
        <w:rPr>
          <w:b/>
        </w:rPr>
        <w:t xml:space="preserve">[17:57] </w:t>
      </w:r>
      <w:r>
        <w:t>phir protest khatm ho jayega.</w:t>
      </w:r>
    </w:p>
    <w:p>
      <w:pPr>
        <w:jc w:val="right"/>
      </w:pPr>
      <w:r>
        <w:t>پھر پروٹیسٹ ختم ہو جائے گا۔</w:t>
      </w:r>
    </w:p>
    <w:p>
      <w:r>
        <w:rPr>
          <w:b/>
        </w:rPr>
        <w:t xml:space="preserve">[18:03] </w:t>
      </w:r>
      <w:r>
        <w:t>ab phir aap apne tamam gun aur bomb ko samandar mein phenk denge.</w:t>
      </w:r>
    </w:p>
    <w:p>
      <w:pPr>
        <w:jc w:val="right"/>
      </w:pPr>
      <w:r>
        <w:t>اب پھر آپ اپنے تمام گن اور بم کو سمندر میں پھینک دیں گے۔</w:t>
      </w:r>
    </w:p>
    <w:p>
      <w:r>
        <w:rPr>
          <w:b/>
        </w:rPr>
        <w:t xml:space="preserve">[18:10] </w:t>
      </w:r>
      <w:r>
        <w:t>iski kisi zaroorat hi nahi hai.</w:t>
      </w:r>
    </w:p>
    <w:p>
      <w:pPr>
        <w:jc w:val="right"/>
      </w:pPr>
      <w:r>
        <w:t>اس کی کسی ضرورت ہی نہیں ہے۔</w:t>
      </w:r>
    </w:p>
    <w:p>
      <w:r>
        <w:rPr>
          <w:b/>
        </w:rPr>
        <w:t xml:space="preserve">[18:17] </w:t>
      </w:r>
      <w:r>
        <w:t>is ki ab sari dunya meri hai.</w:t>
      </w:r>
    </w:p>
    <w:p>
      <w:pPr>
        <w:jc w:val="right"/>
      </w:pPr>
      <w:r>
        <w:t>اس کی اب ساری دنیا میری ہے۔</w:t>
      </w:r>
    </w:p>
    <w:p>
      <w:r>
        <w:rPr>
          <w:b/>
        </w:rPr>
        <w:t xml:space="preserve">[18:23] </w:t>
      </w:r>
      <w:r>
        <w:t>main kis ko bomb maroon? kis ko gun maroon? to mujhe aik qissa yaad aata hai.</w:t>
      </w:r>
    </w:p>
    <w:p>
      <w:pPr>
        <w:jc w:val="right"/>
      </w:pPr>
      <w:r>
        <w:t>میں کس کو بم ماروں؟ کس کو گن ماروں؟ تو مجھے ایک قصہ یاد آتا ہے۔</w:t>
      </w:r>
    </w:p>
    <w:p>
      <w:r>
        <w:rPr>
          <w:b/>
        </w:rPr>
        <w:t xml:space="preserve">[18:30] </w:t>
      </w:r>
      <w:r>
        <w:t>aik shakhs tha, us ne novel likhi.</w:t>
      </w:r>
    </w:p>
    <w:p>
      <w:pPr>
        <w:jc w:val="right"/>
      </w:pPr>
      <w:r>
        <w:t>ایک شخص تھا، اس نے ناول لکھی۔</w:t>
      </w:r>
    </w:p>
    <w:p>
      <w:r>
        <w:rPr>
          <w:b/>
        </w:rPr>
        <w:t xml:space="preserve">[18:36] </w:t>
      </w:r>
      <w:r>
        <w:t>wo novel bohat moti thi.</w:t>
      </w:r>
    </w:p>
    <w:p>
      <w:pPr>
        <w:jc w:val="right"/>
      </w:pPr>
      <w:r>
        <w:t>وہ ناول بہت موٹی تھی۔</w:t>
      </w:r>
    </w:p>
    <w:p>
      <w:r>
        <w:rPr>
          <w:b/>
        </w:rPr>
        <w:t xml:space="preserve">[18:43] </w:t>
      </w:r>
      <w:r>
        <w:t>to wo chhap kar aai.</w:t>
      </w:r>
    </w:p>
    <w:p>
      <w:pPr>
        <w:jc w:val="right"/>
      </w:pPr>
      <w:r>
        <w:t>تو وہ چھپ کر آئی۔</w:t>
      </w:r>
    </w:p>
    <w:p>
      <w:r>
        <w:rPr>
          <w:b/>
        </w:rPr>
        <w:t xml:space="preserve">[18:49] </w:t>
      </w:r>
      <w:r>
        <w:t>to is ki aik copy is ne, writer ne, apnay friend ko di.</w:t>
      </w:r>
    </w:p>
    <w:p>
      <w:pPr>
        <w:jc w:val="right"/>
      </w:pPr>
      <w:r>
        <w:t>تو اس کی ایک کاپی اس نے، رائٹر نے، اپنے فرینڈ کو دی۔</w:t>
      </w:r>
    </w:p>
    <w:p>
      <w:r>
        <w:rPr>
          <w:b/>
        </w:rPr>
        <w:t xml:space="preserve">[18:56] </w:t>
      </w:r>
      <w:r>
        <w:t>apnay friend ko.</w:t>
      </w:r>
    </w:p>
    <w:p>
      <w:pPr>
        <w:jc w:val="right"/>
      </w:pPr>
      <w:r>
        <w:t>اپنے فرینڈ کو۔</w:t>
      </w:r>
    </w:p>
    <w:p>
      <w:r>
        <w:rPr>
          <w:b/>
        </w:rPr>
        <w:t xml:space="preserve">[19:03] </w:t>
      </w:r>
      <w:r>
        <w:t>to friend ne is ko dekha.</w:t>
      </w:r>
    </w:p>
    <w:p>
      <w:pPr>
        <w:jc w:val="right"/>
      </w:pPr>
      <w:r>
        <w:t>تو فرینڈ نے اس کو دیکھا۔</w:t>
      </w:r>
    </w:p>
    <w:p>
      <w:r>
        <w:rPr>
          <w:b/>
        </w:rPr>
        <w:t xml:space="preserve">[19:09] </w:t>
      </w:r>
      <w:r>
        <w:t>us ne kaha ke yeh itni mota novel.</w:t>
      </w:r>
    </w:p>
    <w:p>
      <w:pPr>
        <w:jc w:val="right"/>
      </w:pPr>
      <w:r>
        <w:t>اس نے کہا کہ یہ اتنی موٹا ناول۔</w:t>
      </w:r>
    </w:p>
    <w:p>
      <w:r>
        <w:rPr>
          <w:b/>
        </w:rPr>
        <w:t xml:space="preserve">[19:16] </w:t>
      </w:r>
      <w:r>
        <w:t>kaha likhte likhte to bor nahi ho gaye? to akta nahi gaye? is pe likhte likhte? to us</w:t>
      </w:r>
    </w:p>
    <w:p>
      <w:pPr>
        <w:jc w:val="right"/>
      </w:pPr>
      <w:r>
        <w:t>کہا لکھتے لکھتے تو بور نہیں ہو گئے؟ تو اکتا نہیں گئے؟ اس پہ لکھتے لکھتے؟ تو اس</w:t>
      </w:r>
    </w:p>
    <w:p>
      <w:r>
        <w:rPr>
          <w:b/>
        </w:rPr>
        <w:t xml:space="preserve">[19:22] </w:t>
      </w:r>
      <w:r>
        <w:t>writer ne aik ajeeb baat kahi thi ke nahi, meri nazar hamesha aglay paragraph par lagi rehti thi.</w:t>
      </w:r>
    </w:p>
    <w:p>
      <w:pPr>
        <w:jc w:val="right"/>
      </w:pPr>
      <w:r>
        <w:t>رائٹر نے ایک عجیب بات کہی تھی کہ نہیں، میری نظر ہمیشہ اگلے پیراگراف پر لگی رہتی تھی۔</w:t>
      </w:r>
    </w:p>
    <w:p>
      <w:r>
        <w:rPr>
          <w:b/>
        </w:rPr>
        <w:t xml:space="preserve">[19:29] </w:t>
      </w:r>
      <w:r>
        <w:t>kaisi ajeeb baat hai.</w:t>
      </w:r>
    </w:p>
    <w:p>
      <w:pPr>
        <w:jc w:val="right"/>
      </w:pPr>
      <w:r>
        <w:t>کیسی عجیب بات ہے۔</w:t>
      </w:r>
    </w:p>
    <w:p>
      <w:r>
        <w:rPr>
          <w:b/>
        </w:rPr>
        <w:t xml:space="preserve">[19:35] </w:t>
      </w:r>
      <w:r>
        <w:t>meri nazar hamesha kitaab ke aglay paragraph par rehti thi.</w:t>
      </w:r>
    </w:p>
    <w:p>
      <w:pPr>
        <w:jc w:val="right"/>
      </w:pPr>
      <w:r>
        <w:t>میری نظر ہمیشہ کتاب کے اگلے پیراگراف پر رہتی تھی۔</w:t>
      </w:r>
    </w:p>
    <w:p>
      <w:r>
        <w:rPr>
          <w:b/>
        </w:rPr>
        <w:t xml:space="preserve">[19:42] </w:t>
      </w:r>
      <w:r>
        <w:t>to agla paragraph likhnay ka is ka itna zabardast thrill hota tha.</w:t>
      </w:r>
    </w:p>
    <w:p>
      <w:pPr>
        <w:jc w:val="right"/>
      </w:pPr>
      <w:r>
        <w:t>تو اگلا پیراگراف لکھنے کا اس کا اتنا زبردست تھرل ہوتا تھا۔</w:t>
      </w:r>
    </w:p>
    <w:p>
      <w:r>
        <w:rPr>
          <w:b/>
        </w:rPr>
        <w:t xml:space="preserve">[19:48] </w:t>
      </w:r>
      <w:r>
        <w:t>to bor nahi hua wo.</w:t>
      </w:r>
    </w:p>
    <w:p>
      <w:pPr>
        <w:jc w:val="right"/>
      </w:pPr>
      <w:r>
        <w:t>تو بور نہیں ہوا وہ۔</w:t>
      </w:r>
    </w:p>
    <w:p>
      <w:r>
        <w:rPr>
          <w:b/>
        </w:rPr>
        <w:t xml:space="preserve">[19:55] </w:t>
      </w:r>
      <w:r>
        <w:t>to aaj jo log ummat-e-muslima ke ki hesiyat dunya mein hain, un ke liye yeh to yeh</w:t>
      </w:r>
    </w:p>
    <w:p>
      <w:pPr>
        <w:jc w:val="right"/>
      </w:pPr>
      <w:r>
        <w:t>تو آج جو لوگ امت مسلمہ کے کی حیثیت دنیا میں ہیں، ان کے لیے یہ تو یہ</w:t>
      </w:r>
    </w:p>
    <w:p>
      <w:r>
        <w:rPr>
          <w:b/>
        </w:rPr>
        <w:t xml:space="preserve">[20:02] </w:t>
      </w:r>
      <w:r>
        <w:t>jab thrill hai ke aap aglay paragraph likhnay ke position mein hain, kitaab ka yani islami mission ka</w:t>
      </w:r>
    </w:p>
    <w:p>
      <w:pPr>
        <w:jc w:val="right"/>
      </w:pPr>
      <w:r>
        <w:t>جب تھرل ہے کہ آپ اگلے پیراگراف لکھنے کے پوزیشن میں ہیں، کتاب کا یعنی اسلامی مشن کا</w:t>
      </w:r>
    </w:p>
    <w:p>
      <w:r>
        <w:rPr>
          <w:b/>
        </w:rPr>
        <w:t xml:space="preserve">[20:08] </w:t>
      </w:r>
      <w:r>
        <w:t>final page likhnay ke position mein hain, dawat ka takmeeli kaam karnay ke position mein hain, yani barish</w:t>
      </w:r>
    </w:p>
    <w:p>
      <w:pPr>
        <w:jc w:val="right"/>
      </w:pPr>
      <w:r>
        <w:t>فائنل پیج لکھنے کے پوزیشن میں ہیں، دعوت کا تکمیلی کام کرنے کے پوزیشن میں ہیں، یعنی بارش</w:t>
      </w:r>
    </w:p>
    <w:p>
      <w:r>
        <w:rPr>
          <w:b/>
        </w:rPr>
        <w:t xml:space="preserve">[20:15] </w:t>
      </w:r>
      <w:r>
        <w:t>ke aakhri daur mein hain aap, to yeh to yeh to yeh to thrill ki baat hai. thrill.</w:t>
      </w:r>
    </w:p>
    <w:p>
      <w:pPr>
        <w:jc w:val="right"/>
      </w:pPr>
      <w:r>
        <w:t>کے آخری دور میں ہیں آپ، تو یہ تو یہ تو یہ تو تھرل کی بات ہے۔ تھرل۔</w:t>
      </w:r>
    </w:p>
    <w:p>
      <w:r>
        <w:rPr>
          <w:b/>
        </w:rPr>
        <w:t xml:space="preserve">[20:21] </w:t>
      </w:r>
      <w:r>
        <w:t>shikayat kya? kis baat ki shikayat? kis baat ki protest? kis baat ke liye violence? kis liye gun?</w:t>
      </w:r>
    </w:p>
    <w:p>
      <w:pPr>
        <w:jc w:val="right"/>
      </w:pPr>
      <w:r>
        <w:t>شکایت کیا؟ کس بات کی شکایت؟ کس بات کی پروٹیسٹ؟ کس بات کے لیے وائلنس؟ کس لیے گن؟</w:t>
      </w:r>
    </w:p>
    <w:p>
      <w:r>
        <w:rPr>
          <w:b/>
        </w:rPr>
        <w:t xml:space="preserve">[20:28] </w:t>
      </w:r>
      <w:r>
        <w:t>kis liye bomb? ab ab to aap khushi khushi khushi ki spirit ke sath kood parna chahiye dawat</w:t>
      </w:r>
    </w:p>
    <w:p>
      <w:pPr>
        <w:jc w:val="right"/>
      </w:pPr>
      <w:r>
        <w:t>کس لیے بم؟ اب اب تو آپ خوشی خوشی خوشی کی اسپرٹ کے ساتھ کود پڑنا چاہیے دعوت</w:t>
      </w:r>
    </w:p>
    <w:p>
      <w:r>
        <w:rPr>
          <w:b/>
        </w:rPr>
        <w:t xml:space="preserve">[20:34] </w:t>
      </w:r>
      <w:r>
        <w:t>ke kaam mein.</w:t>
      </w:r>
    </w:p>
    <w:p>
      <w:pPr>
        <w:jc w:val="right"/>
      </w:pPr>
      <w:r>
        <w:t>کے کام میں۔</w:t>
      </w:r>
    </w:p>
    <w:p>
      <w:r>
        <w:rPr>
          <w:b/>
        </w:rPr>
        <w:t xml:space="preserve">[20:41] </w:t>
      </w:r>
      <w:r>
        <w:t>is ke is ke takmeeli chapter ko likhnay ke liye.</w:t>
      </w:r>
    </w:p>
    <w:p>
      <w:pPr>
        <w:jc w:val="right"/>
      </w:pPr>
      <w:r>
        <w:t>اس کے اس کے تکمیلی چیپٹر کو لکھنے کے لیے۔</w:t>
      </w:r>
    </w:p>
    <w:p>
      <w:r>
        <w:rPr>
          <w:b/>
        </w:rPr>
        <w:t xml:space="preserve">[20:48] </w:t>
      </w:r>
      <w:r>
        <w:t>yani aglay agla paragraph ab ab to final paragraph hai.</w:t>
      </w:r>
    </w:p>
    <w:p>
      <w:pPr>
        <w:jc w:val="right"/>
      </w:pPr>
      <w:r>
        <w:t>یعنی اگلے اگلا پیراگراف اب اب تو فائنل پیراگراف ہے۔</w:t>
      </w:r>
    </w:p>
    <w:p>
      <w:r>
        <w:rPr>
          <w:b/>
        </w:rPr>
        <w:t xml:space="preserve">[20:54] </w:t>
      </w:r>
      <w:r>
        <w:t>yani dawat mission ka final paragraph aap likhnay ke position mein hain.</w:t>
      </w:r>
    </w:p>
    <w:p>
      <w:pPr>
        <w:jc w:val="right"/>
      </w:pPr>
      <w:r>
        <w:t>یعنی دعوت مشن کا فائنل پیراگراف آپ لکھنے کے پوزیشن میں ہیں۔</w:t>
      </w:r>
    </w:p>
    <w:p>
      <w:r>
        <w:rPr>
          <w:b/>
        </w:rPr>
        <w:t xml:space="preserve">[21:01] </w:t>
      </w:r>
      <w:r>
        <w:t>kyunke sare halaat aap ke muwafiqat mein ho gaye.</w:t>
      </w:r>
    </w:p>
    <w:p>
      <w:pPr>
        <w:jc w:val="right"/>
      </w:pPr>
      <w:r>
        <w:t>کیونکہ سارے حالات آپ کے موافقت میں ہو گئے۔</w:t>
      </w:r>
    </w:p>
    <w:p>
      <w:r>
        <w:rPr>
          <w:b/>
        </w:rPr>
        <w:t xml:space="preserve">[21:07] </w:t>
      </w:r>
      <w:r>
        <w:t>to yeh alamati tor par yeh bas bataun ke yeh ek alamat hai yeh ke india ka jo</w:t>
      </w:r>
    </w:p>
    <w:p>
      <w:pPr>
        <w:jc w:val="right"/>
      </w:pPr>
      <w:r>
        <w:t>تو یہ علامتی طور پر یہ بس بتاؤں کہ یہ ایک علامت ہے یہ کہ انڈیا کا جو</w:t>
      </w:r>
    </w:p>
    <w:p>
      <w:r>
        <w:rPr>
          <w:b/>
        </w:rPr>
        <w:t xml:space="preserve">[21:14] </w:t>
      </w:r>
      <w:r>
        <w:t>top ka daily hai, woh aap ki right position jo hai quran o hadith ke mutabiq, us ko</w:t>
      </w:r>
    </w:p>
    <w:p>
      <w:pPr>
        <w:jc w:val="right"/>
      </w:pPr>
      <w:r>
        <w:t>ٹاپ کا ڈیلی ہے، وہ آپ کی رائٹ پوزیشن جو ہے قرآن و حدیث کے مطابق، اس کو</w:t>
      </w:r>
    </w:p>
    <w:p>
      <w:r>
        <w:rPr>
          <w:b/>
        </w:rPr>
        <w:t xml:space="preserve">[21:20] </w:t>
      </w:r>
      <w:r>
        <w:t>chhap raha hai front page par.</w:t>
      </w:r>
    </w:p>
    <w:p>
      <w:pPr>
        <w:jc w:val="right"/>
      </w:pPr>
      <w:r>
        <w:t>چھاپ رہا ہے فرنٹ پیج پر۔</w:t>
      </w:r>
    </w:p>
    <w:p>
      <w:r>
        <w:rPr>
          <w:b/>
        </w:rPr>
        <w:t xml:space="preserve">[21:27] </w:t>
      </w:r>
      <w:r>
        <w:t>yeh ek alamati tor par ke shayad dunya muntazir hai ke lao hum ko sachai, lao jo baat</w:t>
      </w:r>
    </w:p>
    <w:p>
      <w:pPr>
        <w:jc w:val="right"/>
      </w:pPr>
      <w:r>
        <w:t>یہ ایک علامتی طور پر کہ شاید دنیا منتظر ہے کہ لاؤ ہم کو سچائی، لاؤ جو بات</w:t>
      </w:r>
    </w:p>
    <w:p>
      <w:r>
        <w:rPr>
          <w:b/>
        </w:rPr>
        <w:t xml:space="preserve">[21:33] </w:t>
      </w:r>
      <w:r>
        <w:t>factual hai, bulao hum us ko us ko hum aage badhayenge.</w:t>
      </w:r>
    </w:p>
    <w:p>
      <w:pPr>
        <w:jc w:val="right"/>
      </w:pPr>
      <w:r>
        <w:t>فیکچول ہے، بلاؤ ہم اس کو اس کو ہم آگے بڑھائیں گے۔</w:t>
      </w:r>
    </w:p>
    <w:p>
      <w:r>
        <w:rPr>
          <w:b/>
        </w:rPr>
        <w:t xml:space="preserve">[21:40] </w:t>
      </w:r>
      <w:r>
        <w:t>to yeh waqt hai jab ke aap ko yeh yeh kehna chahiye ke mujhe to Allah ne mauqa</w:t>
      </w:r>
    </w:p>
    <w:p>
      <w:pPr>
        <w:jc w:val="right"/>
      </w:pPr>
      <w:r>
        <w:t>تو یہ وقت ہے جب کہ آپ کو یہ یہ کہنا چاہیے کہ مجھے تو اللہ نے موقع</w:t>
      </w:r>
    </w:p>
    <w:p>
      <w:r>
        <w:rPr>
          <w:b/>
        </w:rPr>
        <w:t xml:space="preserve">[21:47] </w:t>
      </w:r>
      <w:r>
        <w:t>diya hai ke main kitab ka final paragraph likhun.</w:t>
      </w:r>
    </w:p>
    <w:p>
      <w:pPr>
        <w:jc w:val="right"/>
      </w:pPr>
      <w:r>
        <w:t>دیا ہے کہ میں کتاب کا فائنل پیراگراف لکھوں۔</w:t>
      </w:r>
    </w:p>
    <w:p>
      <w:r>
        <w:rPr>
          <w:b/>
        </w:rPr>
        <w:t xml:space="preserve">[21:53] </w:t>
      </w:r>
      <w:r>
        <w:t>phir kis liye nafrat? kis liye tashaddud? kaisi ajeeb baat hai.</w:t>
      </w:r>
    </w:p>
    <w:p>
      <w:pPr>
        <w:jc w:val="right"/>
      </w:pPr>
      <w:r>
        <w:t>پھر کس لیے نفرت؟ کس لیے تشدد؟ کیسی عجیب بات ہے۔</w:t>
      </w:r>
    </w:p>
    <w:p>
      <w:r>
        <w:rPr>
          <w:b/>
        </w:rPr>
        <w:t xml:space="preserve">[22:00] </w:t>
      </w:r>
      <w:r>
        <w:t>to sara mamla hai way of thinking ka.</w:t>
      </w:r>
    </w:p>
    <w:p>
      <w:pPr>
        <w:jc w:val="right"/>
      </w:pPr>
      <w:r>
        <w:t>تو سارا معاملہ ہے وے آف تھنکنگ کا۔</w:t>
      </w:r>
    </w:p>
    <w:p>
      <w:r>
        <w:rPr>
          <w:b/>
        </w:rPr>
        <w:t xml:space="preserve">[22:06] </w:t>
      </w:r>
      <w:r>
        <w:t>aur is ka crust kya hai? right way of thinking ka crust kya hai? surah mudathir mein hukum</w:t>
      </w:r>
    </w:p>
    <w:p>
      <w:pPr>
        <w:jc w:val="right"/>
      </w:pPr>
      <w:r>
        <w:t>اور اس کا کرسٹ کیا ہے؟ رائٹ وے آف تھنکنگ کا کرسٹ کیا ہے؟ سورہ المدثر میں حکم</w:t>
      </w:r>
    </w:p>
    <w:p>
      <w:r>
        <w:rPr>
          <w:b/>
        </w:rPr>
        <w:t xml:space="preserve">[22:13] </w:t>
      </w:r>
      <w:r>
        <w:t>diya gaya hai rasool Allah sal Allah alaihi wasallam ko ke dawat ka kaam karo.</w:t>
      </w:r>
    </w:p>
    <w:p>
      <w:pPr>
        <w:jc w:val="right"/>
      </w:pPr>
      <w:r>
        <w:t>دیا گیا ہے رسول اللہ صلی اللہ علیہ وسلم کو کہ دعوت کا کام کرو۔</w:t>
      </w:r>
    </w:p>
    <w:p>
      <w:r>
        <w:rPr>
          <w:b/>
        </w:rPr>
        <w:t xml:space="preserve">[22:19] </w:t>
      </w:r>
      <w:r>
        <w:t>ya mudathir qoom fazal wa rabbaka fakabbir wa siyyabaka fatathir wa rijza fazhur.</w:t>
      </w:r>
    </w:p>
    <w:p>
      <w:pPr>
        <w:jc w:val="right"/>
      </w:pPr>
      <w:r>
        <w:t>یا المدثر قوم فاضل وربک فکبر وصحابک فتحیر ورج فاضل۔</w:t>
      </w:r>
    </w:p>
    <w:p>
      <w:r>
        <w:rPr>
          <w:b/>
        </w:rPr>
        <w:t xml:space="preserve">[22:26] </w:t>
      </w:r>
      <w:r>
        <w:t>yani dawat ka kaam karo aur rijz ko chhod do.</w:t>
      </w:r>
    </w:p>
    <w:p>
      <w:pPr>
        <w:jc w:val="right"/>
      </w:pPr>
      <w:r>
        <w:t>یعنی دعوت کا کام کرو اور رج کو چھوڑ دو۔</w:t>
      </w:r>
    </w:p>
    <w:p>
      <w:r>
        <w:rPr>
          <w:b/>
        </w:rPr>
        <w:t xml:space="preserve">[22:33] </w:t>
      </w:r>
      <w:r>
        <w:t>are you r j z d rijz ko chhod do.</w:t>
      </w:r>
    </w:p>
    <w:p>
      <w:pPr>
        <w:jc w:val="right"/>
      </w:pPr>
      <w:r>
        <w:t>آر یو جے زیڈ رجز کو چھوڑ دو۔</w:t>
      </w:r>
    </w:p>
    <w:p>
      <w:r>
        <w:rPr>
          <w:b/>
        </w:rPr>
        <w:t xml:space="preserve">[22:39] </w:t>
      </w:r>
      <w:r>
        <w:t>rijz mani dirt, gandagi.</w:t>
      </w:r>
    </w:p>
    <w:p>
      <w:pPr>
        <w:jc w:val="right"/>
      </w:pPr>
      <w:r>
        <w:t>رجز معنی ڈرٹ، گندگی۔</w:t>
      </w:r>
    </w:p>
    <w:p>
      <w:r>
        <w:rPr>
          <w:b/>
        </w:rPr>
        <w:t xml:space="preserve">[22:46] </w:t>
      </w:r>
      <w:r>
        <w:t>gandagi kya hai? negative thinking.</w:t>
      </w:r>
    </w:p>
    <w:p>
      <w:pPr>
        <w:jc w:val="right"/>
      </w:pPr>
      <w:r>
        <w:t>گندگی کیا ہے؟ نیگیٹیو تھنکنگ۔</w:t>
      </w:r>
    </w:p>
    <w:p>
      <w:r>
        <w:rPr>
          <w:b/>
        </w:rPr>
        <w:t xml:space="preserve">[22:52] </w:t>
      </w:r>
      <w:r>
        <w:t>dekhiye baat yeh hai ke Allah taala ne chunke anjam mein woh dunya mein chuke Allah taala ne</w:t>
      </w:r>
    </w:p>
    <w:p>
      <w:pPr>
        <w:jc w:val="right"/>
      </w:pPr>
      <w:r>
        <w:t>دیکھیے بات یہ ہے کہ اللہ تعالیٰ نے چونکہ انجام میں وہ دنیا میں چونکہ اللہ تعالیٰ نے</w:t>
      </w:r>
    </w:p>
    <w:p>
      <w:r>
        <w:rPr>
          <w:b/>
        </w:rPr>
        <w:t xml:space="preserve">[22:59] </w:t>
      </w:r>
      <w:r>
        <w:t>dunya mein insan ko freedom diya, freedom, total freedom, to har aadmi kuch na kuch aisi baat karega</w:t>
      </w:r>
    </w:p>
    <w:p>
      <w:pPr>
        <w:jc w:val="right"/>
      </w:pPr>
      <w:r>
        <w:t>دنیا میں انسان کو فریڈم دیا، فریڈم، ٹوٹل فریڈم، تو ہر آدمی کچھ نہ کچھ ایسی بات کرے</w:t>
      </w:r>
    </w:p>
    <w:p>
      <w:r>
        <w:rPr>
          <w:b/>
        </w:rPr>
        <w:t xml:space="preserve">[23:05] </w:t>
      </w:r>
      <w:r>
        <w:t>jo aap ke nazdeek nonsense hogi, jo aap ke nazdeek sahi nahi hogi.</w:t>
      </w:r>
    </w:p>
    <w:p>
      <w:pPr>
        <w:jc w:val="right"/>
      </w:pPr>
      <w:r>
        <w:t>گا جو آپ کے نزدیک نوسنس ہوگی، جو آپ کے نزدیک صحیح نہیں ہوگی۔</w:t>
      </w:r>
    </w:p>
    <w:p>
      <w:r>
        <w:rPr>
          <w:b/>
        </w:rPr>
        <w:t xml:space="preserve">[23:12] </w:t>
      </w:r>
      <w:r>
        <w:t>تو اس میں اگر آپ مائنڈ لگائیں، اس سے آپ الجھیں تو that is رجز، گندگی، dirty practice۔</w:t>
      </w:r>
    </w:p>
    <w:p>
      <w:pPr>
        <w:jc w:val="right"/>
      </w:pPr>
      <w:r>
        <w:t>تو اس میں اگر آپ مائنڈ لگائیں، اس سے آپ الجھیں تو دیٹ از رجز، گندگی، ڈرٹی پریکٹس۔</w:t>
      </w:r>
    </w:p>
    <w:p>
      <w:r>
        <w:rPr>
          <w:b/>
        </w:rPr>
        <w:t xml:space="preserve">[23:19] </w:t>
      </w:r>
      <w:r>
        <w:t>to Allah taala ne jo kaha ke dawat ka kaam karo aur rijz ko chhodho, yani tumhare mahol</w:t>
      </w:r>
    </w:p>
    <w:p>
      <w:pPr>
        <w:jc w:val="right"/>
      </w:pPr>
      <w:r>
        <w:t>تو اللہ تعالیٰ نے جو کہا کہ دعوت کا کام کرو اور رجز کو چھوڑو، یعنی تمہارے ماحول</w:t>
      </w:r>
    </w:p>
    <w:p>
      <w:r>
        <w:rPr>
          <w:b/>
        </w:rPr>
        <w:t xml:space="preserve">[23:25] </w:t>
      </w:r>
      <w:r>
        <w:t>mein jo negative cheezein hain, us ko ignore karo.</w:t>
      </w:r>
    </w:p>
    <w:p>
      <w:pPr>
        <w:jc w:val="right"/>
      </w:pPr>
      <w:r>
        <w:t>میں جو نیگیٹیو چیزیں ہیں، اس کو اگنور کرو۔</w:t>
      </w:r>
    </w:p>
    <w:p>
      <w:r>
        <w:rPr>
          <w:b/>
        </w:rPr>
        <w:t xml:space="preserve">[23:32] </w:t>
      </w:r>
      <w:r>
        <w:t>aur is ka rasool Allah sal Allah alaihi wasallam ne ek aakhri saboot de diya, aakhri misaal qaim ki.</w:t>
      </w:r>
    </w:p>
    <w:p>
      <w:pPr>
        <w:jc w:val="right"/>
      </w:pPr>
      <w:r>
        <w:t>اور اس کا رسول اللہ صلی اللہ علیہ وسلم نے ایک آخری ثبوت دے دیا، آخری مثال قائم کی۔</w:t>
      </w:r>
    </w:p>
    <w:p>
      <w:r>
        <w:rPr>
          <w:b/>
        </w:rPr>
        <w:t xml:space="preserve">[23:38] </w:t>
      </w:r>
      <w:r>
        <w:t>woh yeh ke makkah mein jo muqaddas kaaba tha, to kaaba ke premises mein us zamane ke jo</w:t>
      </w:r>
    </w:p>
    <w:p>
      <w:pPr>
        <w:jc w:val="right"/>
      </w:pPr>
      <w:r>
        <w:t>وہ یہ کہ مکہ میں جو مقدس کعبہ تھا، تو کعبہ کے پریمیسز میں اس زمانے کے جو</w:t>
      </w:r>
    </w:p>
    <w:p>
      <w:r>
        <w:rPr>
          <w:b/>
        </w:rPr>
        <w:t xml:space="preserve">[23:45] </w:t>
      </w:r>
      <w:r>
        <w:t>mushrik log the, unhone kaaba ke premises mein teen so se zyada but rakh diye.</w:t>
      </w:r>
    </w:p>
    <w:p>
      <w:pPr>
        <w:jc w:val="right"/>
      </w:pPr>
      <w:r>
        <w:t>مشرک لوگ تھے، انہوں نے کعبہ کے پریمیسز میں تین سو سے زیادہ بت رکھ دیے۔</w:t>
      </w:r>
    </w:p>
    <w:p>
      <w:r>
        <w:rPr>
          <w:b/>
        </w:rPr>
        <w:t xml:space="preserve">[23:51] </w:t>
      </w:r>
      <w:r>
        <w:t>to yeh to gandagi thay, zahir hai.</w:t>
      </w:r>
    </w:p>
    <w:p>
      <w:pPr>
        <w:jc w:val="right"/>
      </w:pPr>
      <w:r>
        <w:t>تو یہ تو گندگی تھے، ظاہر ہے۔</w:t>
      </w:r>
    </w:p>
    <w:p>
      <w:r>
        <w:rPr>
          <w:b/>
        </w:rPr>
        <w:t xml:space="preserve">[23:58] </w:t>
      </w:r>
      <w:r>
        <w:t>to rasool Allah hukum hua ke chhoro is ko, ignore karo is ko, bas dawat do, dawat do, dawat.</w:t>
      </w:r>
    </w:p>
    <w:p>
      <w:pPr>
        <w:jc w:val="right"/>
      </w:pPr>
      <w:r>
        <w:t>تو رسول اللہ حکم ہوا کہ چھوڑو اس کو، اگنور کرو اس کو، بس دعوت دو، دعوت دو، دعوت۔</w:t>
      </w:r>
    </w:p>
    <w:p>
      <w:r>
        <w:rPr>
          <w:b/>
        </w:rPr>
        <w:t xml:space="preserve">[24:04] </w:t>
      </w:r>
      <w:r>
        <w:t>kya rasool Allah sal Allah alaihi wasallam wahan bhi jatay thay? Kaba ke pas jo log ikatha hotay</w:t>
      </w:r>
    </w:p>
    <w:p>
      <w:pPr>
        <w:jc w:val="right"/>
      </w:pPr>
      <w:r>
        <w:t>کیا رسول اللہ صلی اللہ علیہ وسلم وہاں بھی جاتے تھے؟ کعبہ کے پاس جو لوگ اکٹھا ہوتے</w:t>
      </w:r>
    </w:p>
    <w:p>
      <w:r>
        <w:rPr>
          <w:b/>
        </w:rPr>
        <w:t xml:space="preserve">[24:11] </w:t>
      </w:r>
      <w:r>
        <w:t>thay, un ke pas jatay jatay thay.</w:t>
      </w:r>
    </w:p>
    <w:p>
      <w:pPr>
        <w:jc w:val="right"/>
      </w:pPr>
      <w:r>
        <w:t>تھے، ان کے پاس جاتے جاتے تھے۔</w:t>
      </w:r>
    </w:p>
    <w:p>
      <w:r>
        <w:rPr>
          <w:b/>
        </w:rPr>
        <w:t xml:space="preserve">[24:18] </w:t>
      </w:r>
      <w:r>
        <w:t>kabhi un se nahi kaha ke yeh kitni kya Kaba mein gandagi phaila rakhi hai? Is ka naam</w:t>
      </w:r>
    </w:p>
    <w:p>
      <w:pPr>
        <w:jc w:val="right"/>
      </w:pPr>
      <w:r>
        <w:t>کبھی ان سے نہیں کہا کہ یہ کتنی کیا کعبہ میں گندگی پھیلا رکھی ہے؟ اس کا نام</w:t>
      </w:r>
    </w:p>
    <w:p>
      <w:r>
        <w:rPr>
          <w:b/>
        </w:rPr>
        <w:t xml:space="preserve">[24:24] </w:t>
      </w:r>
      <w:r>
        <w:t>hi nahi liya.</w:t>
      </w:r>
    </w:p>
    <w:p>
      <w:pPr>
        <w:jc w:val="right"/>
      </w:pPr>
      <w:r>
        <w:t>ہی نہیں لیا۔</w:t>
      </w:r>
    </w:p>
    <w:p>
      <w:r>
        <w:rPr>
          <w:b/>
        </w:rPr>
        <w:t xml:space="preserve">[24:31] </w:t>
      </w:r>
      <w:r>
        <w:t>sirf aik hi baat: qolo la ilaha ill Allah tuflihu.</w:t>
      </w:r>
    </w:p>
    <w:p>
      <w:pPr>
        <w:jc w:val="right"/>
      </w:pPr>
      <w:r>
        <w:t>صرف ایک ہی بات: قولو لا الہ الا اللہ تفلح۔</w:t>
      </w:r>
    </w:p>
    <w:p>
      <w:r>
        <w:rPr>
          <w:b/>
        </w:rPr>
        <w:t xml:space="preserve">[24:37] </w:t>
      </w:r>
      <w:r>
        <w:t>rajaz ko chhorne ki sab se bari misaal khud rasool Allah sal Allah alaihi wasallam ne qaim ki</w:t>
      </w:r>
    </w:p>
    <w:p>
      <w:pPr>
        <w:jc w:val="right"/>
      </w:pPr>
      <w:r>
        <w:t>رجز کو چھوڑنے کی سب سے بڑی مثال خود رسول اللہ صلی اللہ علیہ وسلم نے قائم کی</w:t>
      </w:r>
    </w:p>
    <w:p>
      <w:r>
        <w:rPr>
          <w:b/>
        </w:rPr>
        <w:t xml:space="preserve">[24:44] </w:t>
      </w:r>
      <w:r>
        <w:t>ke Kaba mein teen so saal, teen so se zyada but thay aur wahin par log jama hotay thay.</w:t>
      </w:r>
    </w:p>
    <w:p>
      <w:pPr>
        <w:jc w:val="right"/>
      </w:pPr>
      <w:r>
        <w:t>کہ کعبہ میں تین سو سال، تین سو سے زیادہ بت تھے اور وہیں پر لوگ جمع ہوتے تھے۔</w:t>
      </w:r>
    </w:p>
    <w:p>
      <w:r>
        <w:rPr>
          <w:b/>
        </w:rPr>
        <w:t xml:space="preserve">[24:50] </w:t>
      </w:r>
      <w:r>
        <w:t>aap wahan jatay thay to aap ne koi ishara bhi nahi kiya ke kya tum ne Kaba mein</w:t>
      </w:r>
    </w:p>
    <w:p>
      <w:pPr>
        <w:jc w:val="right"/>
      </w:pPr>
      <w:r>
        <w:t>آپ وہاں جاتے تھے تو آپ نے کوئی اشارہ بھی نہیں کیا کہ کیا تم نے کعبہ میں</w:t>
      </w:r>
    </w:p>
    <w:p>
      <w:r>
        <w:rPr>
          <w:b/>
        </w:rPr>
        <w:t xml:space="preserve">[24:57] </w:t>
      </w:r>
      <w:r>
        <w:t>gandagi phaila rakhi hai.</w:t>
      </w:r>
    </w:p>
    <w:p>
      <w:pPr>
        <w:jc w:val="right"/>
      </w:pPr>
      <w:r>
        <w:t>گندگی پھیلا رکھی ہے۔</w:t>
      </w:r>
    </w:p>
    <w:p>
      <w:r>
        <w:rPr>
          <w:b/>
        </w:rPr>
        <w:t xml:space="preserve">[25:04] </w:t>
      </w:r>
      <w:r>
        <w:t>is ko ignore karte hue, is ko avoid karte hue, seedhay seedhay kehtay hain: qolo la ilaha ill Allah tuflihu.</w:t>
      </w:r>
    </w:p>
    <w:p>
      <w:pPr>
        <w:jc w:val="right"/>
      </w:pPr>
      <w:r>
        <w:t>اس کو اگنور کرتے ہوئے، اس کو اوائڈ کرتے ہوئے، سیدھے سیدھے کہتے ہیں: قولو لا الہ الا اللہ تفلح۔</w:t>
      </w:r>
    </w:p>
    <w:p>
      <w:r>
        <w:rPr>
          <w:b/>
        </w:rPr>
        <w:t xml:space="preserve">[25:10] </w:t>
      </w:r>
      <w:r>
        <w:t>tauheed ki baat bas.</w:t>
      </w:r>
    </w:p>
    <w:p>
      <w:pPr>
        <w:jc w:val="right"/>
      </w:pPr>
      <w:r>
        <w:t>توحید کی بات بس۔</w:t>
      </w:r>
    </w:p>
    <w:p>
      <w:r>
        <w:rPr>
          <w:b/>
        </w:rPr>
        <w:t xml:space="preserve">[25:17] </w:t>
      </w:r>
      <w:r>
        <w:t>to is zamanay mein agar kuch cheezain aisi hain jo aap ko apnay khilaf maloom hoti hain, balayein,</w:t>
      </w:r>
    </w:p>
    <w:p>
      <w:pPr>
        <w:jc w:val="right"/>
      </w:pPr>
      <w:r>
        <w:t>تو اس زمانے میں اگر کچھ چیزیں ایسی ہیں جو آپ کو اپنے خلاف معلوم ہوتی ہیں، بلائیں،</w:t>
      </w:r>
    </w:p>
    <w:p>
      <w:r>
        <w:rPr>
          <w:b/>
        </w:rPr>
        <w:t xml:space="preserve">[25:23] </w:t>
      </w:r>
      <w:r>
        <w:t>balayein nahi maloom hota ke balayein kar rahay hain, to is woh rajaz hai.</w:t>
      </w:r>
    </w:p>
    <w:p>
      <w:pPr>
        <w:jc w:val="right"/>
      </w:pPr>
      <w:r>
        <w:t>بلائیں نہیں معلوم ہوتا کہ بلائیں کر رہے ہیں، تو اس وہ رجز ہے۔</w:t>
      </w:r>
    </w:p>
    <w:p>
      <w:r>
        <w:rPr>
          <w:b/>
        </w:rPr>
        <w:t xml:space="preserve">[25:30] </w:t>
      </w:r>
      <w:r>
        <w:t>rajaz ko chhoro.</w:t>
      </w:r>
    </w:p>
    <w:p>
      <w:pPr>
        <w:jc w:val="right"/>
      </w:pPr>
      <w:r>
        <w:t>رجز کو چھوڑو۔</w:t>
      </w:r>
    </w:p>
    <w:p>
      <w:r>
        <w:rPr>
          <w:b/>
        </w:rPr>
        <w:t xml:space="preserve">[25:36] </w:t>
      </w:r>
      <w:r>
        <w:t>agar aap dekhtay hain ke aap ke khilaf koi rasool Allah ke khilaf koi kuch bol raha hai</w:t>
      </w:r>
    </w:p>
    <w:p>
      <w:pPr>
        <w:jc w:val="right"/>
      </w:pPr>
      <w:r>
        <w:t>اگر آپ دیکھتے ہیں کہ آپ کے خلاف کوئی رسول اللہ کے خلاف کوئی کچھ بول رہا ہے</w:t>
      </w:r>
    </w:p>
    <w:p>
      <w:r>
        <w:rPr>
          <w:b/>
        </w:rPr>
        <w:t xml:space="preserve">[25:43] </w:t>
      </w:r>
      <w:r>
        <w:t>jo aap jis ko aap samajhtay hain ke yeh yeh shatm hai, blasphemy hai, to woh rajaz hai.</w:t>
      </w:r>
    </w:p>
    <w:p>
      <w:pPr>
        <w:jc w:val="right"/>
      </w:pPr>
      <w:r>
        <w:t>جو آپ جس کو آپ سمجھتے ہیں کہ یہ یہ شتم ہے، بلاسفیمی ہے، تو وہ رجز ہے۔</w:t>
      </w:r>
    </w:p>
    <w:p>
      <w:r>
        <w:rPr>
          <w:b/>
        </w:rPr>
        <w:t xml:space="preserve">[25:49] </w:t>
      </w:r>
      <w:r>
        <w:t>is ko is ko ignore karo.</w:t>
      </w:r>
    </w:p>
    <w:p>
      <w:pPr>
        <w:jc w:val="right"/>
      </w:pPr>
      <w:r>
        <w:t>اس کو اس کو اگنور کرو۔</w:t>
      </w:r>
    </w:p>
    <w:p>
      <w:r>
        <w:rPr>
          <w:b/>
        </w:rPr>
        <w:t xml:space="preserve">[25:56] </w:t>
      </w:r>
      <w:r>
        <w:t>koi bhi baat jo hai aisi bolta hai aadmi ya chhaptahai aadmi aisi kitab chhaptahai jo</w:t>
      </w:r>
    </w:p>
    <w:p>
      <w:pPr>
        <w:jc w:val="right"/>
      </w:pPr>
      <w:r>
        <w:t>کوئی بھی بات جو ہے ایسی بولتا ہے آدمی یا چھاپتا ہے آدمی ایسی کتاب چھاپتا ہے جو</w:t>
      </w:r>
    </w:p>
    <w:p>
      <w:r>
        <w:rPr>
          <w:b/>
        </w:rPr>
        <w:t xml:space="preserve">[26:03] </w:t>
      </w:r>
      <w:r>
        <w:t>aap ke nazdeek sahi nahi hai, to woh kaha ke rajaz hai.</w:t>
      </w:r>
    </w:p>
    <w:p>
      <w:pPr>
        <w:jc w:val="right"/>
      </w:pPr>
      <w:r>
        <w:t>آپ کے نزدیک صحیح نہیں ہے، تو وہ کہا کہ رجز ہے۔</w:t>
      </w:r>
    </w:p>
    <w:p>
      <w:r>
        <w:rPr>
          <w:b/>
        </w:rPr>
        <w:t xml:space="preserve">[26:09] </w:t>
      </w:r>
      <w:r>
        <w:t>to rajaz mein aap ko ulajhna nahi hai, is ko ignore karna hai aur jo opportunities hain, is</w:t>
      </w:r>
    </w:p>
    <w:p>
      <w:pPr>
        <w:jc w:val="right"/>
      </w:pPr>
      <w:r>
        <w:t>تو رجز میں آپ کو الجھنا نہیں ہے، اس کو اگنور کرنا ہے اور جو اپرچونیٹیز ہیں، اس</w:t>
      </w:r>
    </w:p>
    <w:p>
      <w:r>
        <w:rPr>
          <w:b/>
        </w:rPr>
        <w:t xml:space="preserve">[26:16] </w:t>
      </w:r>
      <w:r>
        <w:t>ko avail karna hai, is ko avail karna hai.</w:t>
      </w:r>
    </w:p>
    <w:p>
      <w:pPr>
        <w:jc w:val="right"/>
      </w:pPr>
      <w:r>
        <w:t>کو اوائل کرنا ہے، اس کو اویل کرنا ہے۔</w:t>
      </w:r>
    </w:p>
    <w:p>
      <w:r>
        <w:rPr>
          <w:b/>
        </w:rPr>
        <w:t xml:space="preserve">[26:22] </w:t>
      </w:r>
      <w:r>
        <w:t>اب وہ زمانہ ہے کہ اسپیڈ ایج، speed of the age آپ کو موافق ہے۔</w:t>
      </w:r>
    </w:p>
    <w:p>
      <w:pPr>
        <w:jc w:val="right"/>
      </w:pPr>
      <w:r>
        <w:t>اب وہ زمانہ ہے کہ اسپیڈ ایج، اسپیڈ آف دی ایج آپ کو موافق ہے۔</w:t>
      </w:r>
    </w:p>
    <w:p>
      <w:r>
        <w:rPr>
          <w:b/>
        </w:rPr>
        <w:t xml:space="preserve">[26:29] </w:t>
      </w:r>
      <w:r>
        <w:t>saray opportunities ke avail karne ke mawaqay khulay hue hain.</w:t>
      </w:r>
    </w:p>
    <w:p>
      <w:pPr>
        <w:jc w:val="right"/>
      </w:pPr>
      <w:r>
        <w:t>سارے اپرچونیٹیز کے اویل کرنے کے مواقع کھلے ہوئے ہیں۔</w:t>
      </w:r>
    </w:p>
    <w:p>
      <w:r>
        <w:rPr>
          <w:b/>
        </w:rPr>
        <w:t xml:space="preserve">[26:35] </w:t>
      </w:r>
      <w:r>
        <w:t>kahin bhi koi slightest rukawat nahi hai.</w:t>
      </w:r>
    </w:p>
    <w:p>
      <w:pPr>
        <w:jc w:val="right"/>
      </w:pPr>
      <w:r>
        <w:t>کہیں بھی کوئی سلائیٹسٹ رکاوٹ نہیں ہے۔</w:t>
      </w:r>
    </w:p>
    <w:p>
      <w:r>
        <w:rPr>
          <w:b/>
        </w:rPr>
        <w:t xml:space="preserve">[26:42] </w:t>
      </w:r>
      <w:r>
        <w:t>mein khud dunya mein mein safar kiye hain dawat ke liye aur mein keh sakta hoon kahin bhi</w:t>
      </w:r>
    </w:p>
    <w:p>
      <w:pPr>
        <w:jc w:val="right"/>
      </w:pPr>
      <w:r>
        <w:t>میں خود دنیا میں میں سفر کیے ہیں دعوت کے لیے اور میں کہہ سکتا ہوں کہیں بھی</w:t>
      </w:r>
    </w:p>
    <w:p>
      <w:r>
        <w:rPr>
          <w:b/>
        </w:rPr>
        <w:t xml:space="preserve">[26:49] </w:t>
      </w:r>
      <w:r>
        <w:t>slightest sense mein koi mujhe rukawat nahi mili.</w:t>
      </w:r>
    </w:p>
    <w:p>
      <w:pPr>
        <w:jc w:val="right"/>
      </w:pPr>
      <w:r>
        <w:t>سلائیٹسٹ سینس میں کوئی مجھے رکاوٹ نہیں ملی۔</w:t>
      </w:r>
    </w:p>
    <w:p>
      <w:r>
        <w:rPr>
          <w:b/>
        </w:rPr>
        <w:t xml:space="preserve">[26:55] </w:t>
      </w:r>
      <w:r>
        <w:t>kuch cheezein agar hoti hain jo us ko raij samajh kar us ko avoid kijiye, ignore kijiye, us</w:t>
      </w:r>
    </w:p>
    <w:p>
      <w:pPr>
        <w:jc w:val="right"/>
      </w:pPr>
      <w:r>
        <w:t>کچھ چیزیں اگر ہوتی ہیں جو اس کو رجز سمجھ کر اس کو اوائڈ کیجئے، اگنور کیجئے، اس</w:t>
      </w:r>
    </w:p>
    <w:p>
      <w:r>
        <w:rPr>
          <w:b/>
        </w:rPr>
        <w:t xml:space="preserve">[27:02] </w:t>
      </w:r>
      <w:r>
        <w:t>ko woh rahen gi.</w:t>
      </w:r>
    </w:p>
    <w:p>
      <w:pPr>
        <w:jc w:val="right"/>
      </w:pPr>
      <w:r>
        <w:t>کو وہ رہیں گی۔</w:t>
      </w:r>
    </w:p>
    <w:p>
      <w:r>
        <w:rPr>
          <w:b/>
        </w:rPr>
        <w:t xml:space="preserve">[27:08] </w:t>
      </w:r>
      <w:r>
        <w:t>rasool Allah ke zamane mein bhi theen.</w:t>
      </w:r>
    </w:p>
    <w:p>
      <w:pPr>
        <w:jc w:val="right"/>
      </w:pPr>
      <w:r>
        <w:t>رسول اللہ کے زمانے میں بھی تھیں۔</w:t>
      </w:r>
    </w:p>
    <w:p>
      <w:r>
        <w:rPr>
          <w:b/>
        </w:rPr>
        <w:t xml:space="preserve">[27:15] </w:t>
      </w:r>
      <w:r>
        <w:t>ab to aap ko yeh soch kar aik apna thrill aaya hai, jo thrill ke mujhe Allah ne</w:t>
      </w:r>
    </w:p>
    <w:p>
      <w:pPr>
        <w:jc w:val="right"/>
      </w:pPr>
      <w:r>
        <w:t>اب تو آپ کو یہ سوچ کر ایک اپنا تھرل آیا ہے، جو تھرل کہ مجھے اللہ نے</w:t>
      </w:r>
    </w:p>
    <w:p>
      <w:r>
        <w:rPr>
          <w:b/>
        </w:rPr>
        <w:t xml:space="preserve">[27:21] </w:t>
      </w:r>
      <w:r>
        <w:t>mouqa diya hai ke mein kitab dawat ka aakhri paragraph likhoon, kitab dawat ka takmeeli paragraph likhoon, to</w:t>
      </w:r>
    </w:p>
    <w:p>
      <w:pPr>
        <w:jc w:val="right"/>
      </w:pPr>
      <w:r>
        <w:t>موقع دیا ہے کہ میں کتاب دعوت کا آخری پیراگراف لکھوں، کتاب دعوت کا تکمیلی پیراگراف لکھوں، تو</w:t>
      </w:r>
    </w:p>
    <w:p>
      <w:r>
        <w:rPr>
          <w:b/>
        </w:rPr>
        <w:t xml:space="preserve">[27:28] </w:t>
      </w:r>
      <w:r>
        <w:t>aap bhool jayen ge in bhi to in baton ko jis se log manfi ho jate hain, jis</w:t>
      </w:r>
    </w:p>
    <w:p>
      <w:pPr>
        <w:jc w:val="right"/>
      </w:pPr>
      <w:r>
        <w:t>آپ بھول جائیں گے ان بھی تو ان باتوں کو جس سے لوگ منفی ہو جاتے ہیں، جس</w:t>
      </w:r>
    </w:p>
    <w:p>
      <w:r>
        <w:rPr>
          <w:b/>
        </w:rPr>
        <w:t xml:space="preserve">[27:35] </w:t>
      </w:r>
      <w:r>
        <w:t>se us ko le kar log ghussa hote hain.</w:t>
      </w:r>
    </w:p>
    <w:p>
      <w:pPr>
        <w:jc w:val="right"/>
      </w:pPr>
      <w:r>
        <w:t>سے اس کو لے کر لوگ غصہ ہوتے ہیں۔</w:t>
      </w:r>
    </w:p>
    <w:p>
      <w:r>
        <w:rPr>
          <w:b/>
        </w:rPr>
        <w:t xml:space="preserve">[27:41] </w:t>
      </w:r>
      <w:r>
        <w:t>kuch nahi, us ki haqeeqat kya hai? jab sare mouqa khule hue hain to kehne dijiye, koi kehta</w:t>
      </w:r>
    </w:p>
    <w:p>
      <w:pPr>
        <w:jc w:val="right"/>
      </w:pPr>
      <w:r>
        <w:t>کچھ نہیں، اس کی حقیقت کیا ہے؟ جب سارے مواقع کھلے ہوئے ہیں تو کہنے دیجئے، کوئی کہتا</w:t>
      </w:r>
    </w:p>
    <w:p>
      <w:r>
        <w:rPr>
          <w:b/>
        </w:rPr>
        <w:t xml:space="preserve">[27:48] </w:t>
      </w:r>
      <w:r>
        <w:t>hai to us ko.</w:t>
      </w:r>
    </w:p>
    <w:p>
      <w:pPr>
        <w:jc w:val="right"/>
      </w:pPr>
      <w:r>
        <w:t>ہے تو اس کو۔</w:t>
      </w:r>
    </w:p>
    <w:p>
      <w:r>
        <w:rPr>
          <w:b/>
        </w:rPr>
        <w:t xml:space="preserve">[27:54] </w:t>
      </w:r>
      <w:r>
        <w:t>to yeh hai mere nazdeek dour maujooda zamane ka sab se bara paigham millat e muslema ke liye.</w:t>
      </w:r>
    </w:p>
    <w:p>
      <w:pPr>
        <w:jc w:val="right"/>
      </w:pPr>
      <w:r>
        <w:t>تو یہ ہے میرے نزدیک دور موجودہ زمانے کا سب سے بڑا پیغام ملت مسلمہ کے لیے۔</w:t>
      </w:r>
    </w:p>
    <w:p>
      <w:r>
        <w:rPr>
          <w:b/>
        </w:rPr>
        <w:t xml:space="preserve">[28:01] </w:t>
      </w:r>
      <w:r>
        <w:t>sare log phanse hue hain raij mein.</w:t>
      </w:r>
    </w:p>
    <w:p>
      <w:pPr>
        <w:jc w:val="right"/>
      </w:pPr>
      <w:r>
        <w:t>سارے لوگ پھنسے ہوئے ہیں رجز میں۔</w:t>
      </w:r>
    </w:p>
    <w:p>
      <w:r>
        <w:rPr>
          <w:b/>
        </w:rPr>
        <w:t xml:space="preserve">[28:07] </w:t>
      </w:r>
      <w:r>
        <w:t>unhon ne yeh keh diya, unhon ne woh keh diya, unhon ne malign kiya, unhon ne aisa ghalat</w:t>
      </w:r>
    </w:p>
    <w:p>
      <w:pPr>
        <w:jc w:val="right"/>
      </w:pPr>
      <w:r>
        <w:t>انہوں نے یہ کہہ دیا، انہوں نے وہ کہہ دیا، انہوں نے ملائن کیا، انہوں نے ایسا غلط</w:t>
      </w:r>
    </w:p>
    <w:p>
      <w:r>
        <w:rPr>
          <w:b/>
        </w:rPr>
        <w:t xml:space="preserve">[28:14] </w:t>
      </w:r>
      <w:r>
        <w:t>propaganda kiya, to karne dijiye.</w:t>
      </w:r>
    </w:p>
    <w:p>
      <w:pPr>
        <w:jc w:val="right"/>
      </w:pPr>
      <w:r>
        <w:t>پروپیگنڈا کیا، تو کرنے دیجئے۔</w:t>
      </w:r>
    </w:p>
    <w:p>
      <w:r>
        <w:rPr>
          <w:b/>
        </w:rPr>
        <w:t xml:space="preserve">[28:20] </w:t>
      </w:r>
      <w:r>
        <w:t>par raij fazil par amal kijiye ke raij ko chodo, raij ko ignore karo aur jo opportunities hain,</w:t>
      </w:r>
    </w:p>
    <w:p>
      <w:pPr>
        <w:jc w:val="right"/>
      </w:pPr>
      <w:r>
        <w:t>پر رجز فاضل پر عمل کیجئے کہ رجز کو چھوڑو، رجز کو اگنور کرو اور جو اپرچونیٹیز ہیں،</w:t>
      </w:r>
    </w:p>
    <w:p>
      <w:r>
        <w:rPr>
          <w:b/>
        </w:rPr>
        <w:t xml:space="preserve">[28:27] </w:t>
      </w:r>
      <w:r>
        <w:t>us ko avail karo.</w:t>
      </w:r>
    </w:p>
    <w:p>
      <w:pPr>
        <w:jc w:val="right"/>
      </w:pPr>
      <w:r>
        <w:t>اس کو اویل کرو۔</w:t>
      </w:r>
    </w:p>
    <w:p>
      <w:r>
        <w:rPr>
          <w:b/>
        </w:rPr>
        <w:t xml:space="preserve">[28:34] </w:t>
      </w:r>
      <w:r>
        <w:t>misal ke taur par Quran ke translation dunya ke tamam zabanon mein tayyar tayyar kiye, phailao, jaise Christian kar rahe hain.</w:t>
      </w:r>
    </w:p>
    <w:p>
      <w:pPr>
        <w:jc w:val="right"/>
      </w:pPr>
      <w:r>
        <w:t>مثلاً قرآن کے ٹرانسلیشن دنیا کے تمام زبانوں میں تیار تیار کیے، پھیلاؤ، جیسے کرسچن کر رہے ہیں۔</w:t>
      </w:r>
    </w:p>
    <w:p>
      <w:r>
        <w:rPr>
          <w:b/>
        </w:rPr>
        <w:t xml:space="preserve">[28:40] </w:t>
      </w:r>
      <w:r>
        <w:t>Christian ne Bible ke tarjume tamam zabanon mein tayyar kiye aur sare aalam mein us ko phaila diya.</w:t>
      </w:r>
    </w:p>
    <w:p>
      <w:pPr>
        <w:jc w:val="right"/>
      </w:pPr>
      <w:r>
        <w:t>کرسچن نے بائبل کے ترجمے تمام زبانوں میں تیار کیے اور سارے عالم میں اس کو پھیلا دیا۔</w:t>
      </w:r>
    </w:p>
    <w:p>
      <w:r>
        <w:rPr>
          <w:b/>
        </w:rPr>
        <w:t xml:space="preserve">[28:47] </w:t>
      </w:r>
      <w:r>
        <w:t>koi un ko rokne rokne wala nahi.</w:t>
      </w:r>
    </w:p>
    <w:p>
      <w:pPr>
        <w:jc w:val="right"/>
      </w:pPr>
      <w:r>
        <w:t>کوئی ان کو روکنے روکنے والا نہیں۔</w:t>
      </w:r>
    </w:p>
    <w:p>
      <w:r>
        <w:rPr>
          <w:b/>
        </w:rPr>
        <w:t xml:space="preserve">[28:53] </w:t>
      </w:r>
      <w:r>
        <w:t>jab mein jata hoon bahir to jab cherta hoon hotel mein to jis hotel mein jo us ka</w:t>
      </w:r>
    </w:p>
    <w:p>
      <w:pPr>
        <w:jc w:val="right"/>
      </w:pPr>
      <w:r>
        <w:t>جب میں جاتا ہوں باہر تو جب چھیڑتا ہوں ہوٹل میں تو جس ہوٹل میں جو اس کا</w:t>
      </w:r>
    </w:p>
    <w:p>
      <w:r>
        <w:rPr>
          <w:b/>
        </w:rPr>
        <w:t xml:space="preserve">[29:00] </w:t>
      </w:r>
      <w:r>
        <w:t>dekhta hoon, wahan Bible likhi hui hai.</w:t>
      </w:r>
    </w:p>
    <w:p>
      <w:pPr>
        <w:jc w:val="right"/>
      </w:pPr>
      <w:r>
        <w:t>دیکھتا ہوں، وہاں بائبل لکھی ہوئی ہے۔</w:t>
      </w:r>
    </w:p>
    <w:p>
      <w:r>
        <w:rPr>
          <w:b/>
        </w:rPr>
        <w:t xml:space="preserve">[29:06] </w:t>
      </w:r>
      <w:r>
        <w:t>har hotel mein Bible ka translation English mein aur doosri zabanon mein rakha hua hai.</w:t>
      </w:r>
    </w:p>
    <w:p>
      <w:pPr>
        <w:jc w:val="right"/>
      </w:pPr>
      <w:r>
        <w:t>ہر ہوٹل میں بائبل کا ٹرانسلیشن انگلش میں اور دوسری زبانوں میں رکھا ہوا ہے۔</w:t>
      </w:r>
    </w:p>
    <w:p>
      <w:r>
        <w:rPr>
          <w:b/>
        </w:rPr>
        <w:t xml:space="preserve">[29:13] </w:t>
      </w:r>
      <w:r>
        <w:t>koi rokne wala nahi.</w:t>
      </w:r>
    </w:p>
    <w:p>
      <w:pPr>
        <w:jc w:val="right"/>
      </w:pPr>
      <w:r>
        <w:t>کوئی روکنے والا نہیں۔</w:t>
      </w:r>
    </w:p>
    <w:p>
      <w:r>
        <w:rPr>
          <w:b/>
        </w:rPr>
        <w:t xml:space="preserve">[29:20] </w:t>
      </w:r>
      <w:r>
        <w:t>un ko aise hi aap ke liye bhi hai.</w:t>
      </w:r>
    </w:p>
    <w:p>
      <w:pPr>
        <w:jc w:val="right"/>
      </w:pPr>
      <w:r>
        <w:t>ان کو ایسے ہی آپ کے لیے بھی ہے۔</w:t>
      </w:r>
    </w:p>
    <w:p>
      <w:r>
        <w:rPr>
          <w:b/>
        </w:rPr>
        <w:t xml:space="preserve">[29:26] </w:t>
      </w:r>
      <w:r>
        <w:t>aap quran ke tarjume tayyar kar ke sari duniya mein pahunchaiye, log welcome karenge.</w:t>
      </w:r>
    </w:p>
    <w:p>
      <w:pPr>
        <w:jc w:val="right"/>
      </w:pPr>
      <w:r>
        <w:t>آپ قرآن کے ترجمے تیار کر کے ساری دنیا میں پہنچائیے، لوگ ویلکم کریں گے۔</w:t>
      </w:r>
    </w:p>
    <w:p>
      <w:r>
        <w:rPr>
          <w:b/>
        </w:rPr>
        <w:t xml:space="preserve">[29:33] </w:t>
      </w:r>
      <w:r>
        <w:t>koi rokne wala nahin.</w:t>
      </w:r>
    </w:p>
    <w:p>
      <w:pPr>
        <w:jc w:val="right"/>
      </w:pPr>
      <w:r>
        <w:t>کوئی روکنے والا نہیں۔</w:t>
      </w:r>
    </w:p>
    <w:p>
      <w:r>
        <w:rPr>
          <w:b/>
        </w:rPr>
        <w:t xml:space="preserve">[29:39] </w:t>
      </w:r>
      <w:r>
        <w:t>wo kahenge ke hum to bible rakhe hue hain, aap bhi laiye quran bhi rakh dete hain.</w:t>
      </w:r>
    </w:p>
    <w:p>
      <w:pPr>
        <w:jc w:val="right"/>
      </w:pPr>
      <w:r>
        <w:t>وہ کہیں گے کہ ہم تو بائبل رکھے ہوئے ہیں، آپ بھی لائیے قرآن بھی رکھ دیتے ہیں۔</w:t>
      </w:r>
    </w:p>
    <w:p>
      <w:r>
        <w:rPr>
          <w:b/>
        </w:rPr>
        <w:t xml:space="preserve">[29:46] </w:t>
      </w:r>
      <w:r>
        <w:t>logon ko mauqa milega mutala karne ka.</w:t>
      </w:r>
    </w:p>
    <w:p>
      <w:pPr>
        <w:jc w:val="right"/>
      </w:pPr>
      <w:r>
        <w:t>لوگوں کو موقع ملے گا مطالعہ کرنے کا۔</w:t>
      </w:r>
    </w:p>
    <w:p>
      <w:r>
        <w:rPr>
          <w:b/>
        </w:rPr>
        <w:t xml:space="preserve">[29:52] </w:t>
      </w:r>
      <w:r>
        <w:t>ye kya hai? wo kya hai? yani quran ke tarjume is zamane mein sabza chhapte hain.</w:t>
      </w:r>
    </w:p>
    <w:p>
      <w:pPr>
        <w:jc w:val="right"/>
      </w:pPr>
      <w:r>
        <w:t>یہ کیا ہے؟ وہ کیا ہے؟ یعنی قرآن کے ترجمے اس زمانے میں سبزہ چھاپتے ہیں۔</w:t>
      </w:r>
    </w:p>
    <w:p>
      <w:r>
        <w:rPr>
          <w:b/>
        </w:rPr>
        <w:t xml:space="preserve">[29:59] </w:t>
      </w:r>
      <w:r>
        <w:t>qolo jante hain, non muslim publishers is zamane mein quran ke tarjume sabza chhapte hain.</w:t>
      </w:r>
    </w:p>
    <w:p>
      <w:pPr>
        <w:jc w:val="right"/>
      </w:pPr>
      <w:r>
        <w:t>قولو جانتے ہیں، نان مسلم پبلشرز اس زمانے میں قرآن کے ترجمے سبزہ چھاپتے ہیں۔</w:t>
      </w:r>
    </w:p>
    <w:p>
      <w:r>
        <w:rPr>
          <w:b/>
        </w:rPr>
        <w:t xml:space="preserve">[30:05] </w:t>
      </w:r>
      <w:r>
        <w:t>non muslim publishers ye aisa zamana hai.</w:t>
      </w:r>
    </w:p>
    <w:p>
      <w:pPr>
        <w:jc w:val="right"/>
      </w:pPr>
      <w:r>
        <w:t>نان مسلم پبلشرز یہ ایسا زمانہ ہے۔</w:t>
      </w:r>
    </w:p>
    <w:p>
      <w:r>
        <w:rPr>
          <w:b/>
        </w:rPr>
        <w:t xml:space="preserve">[30:12] </w:t>
      </w:r>
      <w:r>
        <w:t>تو وال العاقل یکون بصیر بزبانی کے مطابق آپ کا فرض ہے کہ آپ speed of the age کو جانیں۔</w:t>
      </w:r>
    </w:p>
    <w:p>
      <w:pPr>
        <w:jc w:val="right"/>
      </w:pPr>
      <w:r>
        <w:t>تو وال العاقل یکون بصیر بزبانی کے مطابق آپ کا فرض ہے کہ آپ اسپیڈ آف دی ایج کو جانیں۔</w:t>
      </w:r>
    </w:p>
    <w:p>
      <w:r>
        <w:rPr>
          <w:b/>
        </w:rPr>
        <w:t xml:space="preserve">[30:19] </w:t>
      </w:r>
      <w:r>
        <w:t>speed of the age jitna aap janenge, utna hi aap right planning kar sakenge.</w:t>
      </w:r>
    </w:p>
    <w:p>
      <w:pPr>
        <w:jc w:val="right"/>
      </w:pPr>
      <w:r>
        <w:t>اسپیڈ آف دی ایج جتنا آپ جانیں گے، اتنا ہی آپ رائٹ پلاننگ کر سکیں گے۔</w:t>
      </w:r>
    </w:p>
    <w:p>
      <w:r>
        <w:rPr>
          <w:b/>
        </w:rPr>
        <w:t xml:space="preserve">[30:25] </w:t>
      </w:r>
      <w:r>
        <w:t>اتنی آپ کے اندر right thinking آئے گی، اتنی آپ positive thinker پر بنیں گے۔</w:t>
      </w:r>
    </w:p>
    <w:p>
      <w:pPr>
        <w:jc w:val="right"/>
      </w:pPr>
      <w:r>
        <w:t>اتنی آپ کے اندر رائٹ تھنکنگ آئے گی، اتنی آپ پازیٹیو تھنکر پر بنیں گے۔</w:t>
      </w:r>
    </w:p>
    <w:p>
      <w:r>
        <w:rPr>
          <w:b/>
        </w:rPr>
        <w:t xml:space="preserve">[30:32] </w:t>
      </w:r>
      <w:r>
        <w:t>aur positive thinker jiske andar ho, positive thinking jiske andar ho, wahi koi kaam kar sakta hai.</w:t>
      </w:r>
    </w:p>
    <w:p>
      <w:pPr>
        <w:jc w:val="right"/>
      </w:pPr>
      <w:r>
        <w:t>اور پازیٹیو تھنکر جس کے اندر ہو، پازیٹیو تھنکنگ جس کے اندر ہو، وہی کوئی کام کر سکتا ہے۔</w:t>
      </w:r>
    </w:p>
    <w:p>
      <w:r>
        <w:rPr>
          <w:b/>
        </w:rPr>
        <w:t xml:space="preserve">[30:38] </w:t>
      </w:r>
      <w:r>
        <w:t>بڑا positive thinking ke bagair koi bada kaam karna mumkin hi nahin, possible nahin hai.</w:t>
      </w:r>
    </w:p>
    <w:p>
      <w:pPr>
        <w:jc w:val="right"/>
      </w:pPr>
      <w:r>
        <w:t>بڑا پازیٹیو تھنکنگ کے بغیر کوئی بڑا کام کرنا ممکن ہی نہیں، پاسیبل نہیں ہے۔</w:t>
      </w:r>
    </w:p>
    <w:p>
      <w:r>
        <w:rPr>
          <w:b/>
        </w:rPr>
        <w:t xml:space="preserve">[30:45] </w:t>
      </w:r>
      <w:r>
        <w:t>to sare halat aap ko muafiq ho gaye hain.</w:t>
      </w:r>
    </w:p>
    <w:p>
      <w:pPr>
        <w:jc w:val="right"/>
      </w:pPr>
      <w:r>
        <w:t>تو سارے حالات آپ کو موافق ہو گئے ہیں۔</w:t>
      </w:r>
    </w:p>
    <w:p>
      <w:r>
        <w:rPr>
          <w:b/>
        </w:rPr>
        <w:t xml:space="preserve">[30:51] </w:t>
      </w:r>
      <w:r>
        <w:t>صرف ایک ہی آپ کو wisdom کی بات کرنی ہے، ایک ہی وہ ہے: ورجز فاجر۔</w:t>
      </w:r>
    </w:p>
    <w:p>
      <w:pPr>
        <w:jc w:val="right"/>
      </w:pPr>
      <w:r>
        <w:t>صرف ایک ہی آپ کو وزڈم کی بات کرنی ہے، ایک ہی وہ ہے: ورجز فاجر۔</w:t>
      </w:r>
    </w:p>
    <w:p>
      <w:r>
        <w:rPr>
          <w:b/>
        </w:rPr>
        <w:t xml:space="preserve">[30:58] </w:t>
      </w:r>
      <w:r>
        <w:t>dawat ka kaam karo, rajaz ko chhoro.</w:t>
      </w:r>
    </w:p>
    <w:p>
      <w:pPr>
        <w:jc w:val="right"/>
      </w:pPr>
      <w:r>
        <w:t>دعوت کا کام کرو، رجز کو چھوڑو۔</w:t>
      </w:r>
    </w:p>
    <w:p>
      <w:r>
        <w:rPr>
          <w:b/>
        </w:rPr>
        <w:t xml:space="preserve">[31:05] </w:t>
      </w:r>
      <w:r>
        <w:t>yani apparently kuch cheezen hain jo lagti hain ke ye hamare khilaf hain, ye malain malain kar rahe</w:t>
      </w:r>
    </w:p>
    <w:p>
      <w:pPr>
        <w:jc w:val="right"/>
      </w:pPr>
      <w:r>
        <w:t>یعنی اپرینٹلی کچھ چیزیں ہیں جو لگتی ہیں کہ یہ ہمارے خلاف ہیں، یہ ملائن ملائن کر رہے</w:t>
      </w:r>
    </w:p>
    <w:p>
      <w:r>
        <w:rPr>
          <w:b/>
        </w:rPr>
        <w:t xml:space="preserve">[31:11] </w:t>
      </w:r>
      <w:r>
        <w:t>hain, ye propaganda kar rahe hain, to is ko ignore karo.</w:t>
      </w:r>
    </w:p>
    <w:p>
      <w:pPr>
        <w:jc w:val="right"/>
      </w:pPr>
      <w:r>
        <w:t>ہیں، یہ پروپیگنڈا کر رہے ہیں، تو اس کو اگنور کرو۔</w:t>
      </w:r>
    </w:p>
    <w:p>
      <w:r>
        <w:rPr>
          <w:b/>
        </w:rPr>
        <w:t xml:space="preserve">[31:18] </w:t>
      </w:r>
      <w:r>
        <w:t>kyun ke azadi aap ko hai, to un ko bhi azadi hai.</w:t>
      </w:r>
    </w:p>
    <w:p>
      <w:pPr>
        <w:jc w:val="right"/>
      </w:pPr>
      <w:r>
        <w:t>کیونکہ آزادی آپ کو ہے، تو ان کو بھی آزادی ہے۔</w:t>
      </w:r>
    </w:p>
    <w:p>
      <w:r>
        <w:rPr>
          <w:b/>
        </w:rPr>
        <w:t xml:space="preserve">[31:24] </w:t>
      </w:r>
      <w:r>
        <w:t>aap aisa nahin kar sakte ke khud to azadi ko avail karen aur doosre ko hath bandh den.</w:t>
      </w:r>
    </w:p>
    <w:p>
      <w:pPr>
        <w:jc w:val="right"/>
      </w:pPr>
      <w:r>
        <w:t>آپ ایسا نہیں کر سکتے کہ خود تو آزادی کو اویل کریں اور دوسرے کو ہاتھ باندھ دیں۔</w:t>
      </w:r>
    </w:p>
    <w:p>
      <w:r>
        <w:rPr>
          <w:b/>
        </w:rPr>
        <w:t xml:space="preserve">[31:31] </w:t>
      </w:r>
      <w:r>
        <w:t>aisa nahin ho sakta.</w:t>
      </w:r>
    </w:p>
    <w:p>
      <w:pPr>
        <w:jc w:val="right"/>
      </w:pPr>
      <w:r>
        <w:t>ایسا نہیں ہو سکتا۔</w:t>
      </w:r>
    </w:p>
    <w:p>
      <w:r>
        <w:rPr>
          <w:b/>
        </w:rPr>
        <w:t xml:space="preserve">[31:37] </w:t>
      </w:r>
      <w:r>
        <w:t>aap azad hain, to wo bhi azad hain.</w:t>
      </w:r>
    </w:p>
    <w:p>
      <w:pPr>
        <w:jc w:val="right"/>
      </w:pPr>
      <w:r>
        <w:t>آپ آزاد ہیں، تو وہ بھی آزاد ہیں۔</w:t>
      </w:r>
    </w:p>
    <w:p>
      <w:r>
        <w:rPr>
          <w:b/>
        </w:rPr>
        <w:t xml:space="preserve">[31:44] </w:t>
      </w:r>
      <w:r>
        <w:t>to un ko karne dijiye.</w:t>
      </w:r>
    </w:p>
    <w:p>
      <w:pPr>
        <w:jc w:val="right"/>
      </w:pPr>
      <w:r>
        <w:t>تو ان کو کرنے دیجئے۔</w:t>
      </w:r>
    </w:p>
    <w:p>
      <w:r>
        <w:rPr>
          <w:b/>
        </w:rPr>
        <w:t xml:space="preserve">[31:51] </w:t>
      </w:r>
      <w:r>
        <w:t>zamane ka ye bhi taqaza hai ke aadmi apni azadi ko use karega, istemal karega, lekin</w:t>
      </w:r>
    </w:p>
    <w:p>
      <w:pPr>
        <w:jc w:val="right"/>
      </w:pPr>
      <w:r>
        <w:t>زمانے کا یہ بھی تقاضا ہے کہ آدمی اپنی آزادی کو یوز کرے گا، استعمال کرے گا، لیکن</w:t>
      </w:r>
    </w:p>
    <w:p>
      <w:r>
        <w:rPr>
          <w:b/>
        </w:rPr>
        <w:t xml:space="preserve">[31:57] </w:t>
      </w:r>
      <w:r>
        <w:t>tashaddud ke liye is ke liye zamana khud khada hua hai.</w:t>
      </w:r>
    </w:p>
    <w:p>
      <w:pPr>
        <w:jc w:val="right"/>
      </w:pPr>
      <w:r>
        <w:t>تشدد کے لیے اس کے لیے زمانہ خود کھڑا ہوا ہے۔</w:t>
      </w:r>
    </w:p>
    <w:p>
      <w:r>
        <w:rPr>
          <w:b/>
        </w:rPr>
        <w:t xml:space="preserve">[32:04] </w:t>
      </w:r>
      <w:r>
        <w:t>rokne ke liye agar wo aadmi tashaddud karega to to zamana khud khada hua hai is ko</w:t>
      </w:r>
    </w:p>
    <w:p>
      <w:pPr>
        <w:jc w:val="right"/>
      </w:pPr>
      <w:r>
        <w:t>روکنے کے لیے اگر وہ آدمی تشدد کرے گا تو تو زمانہ خود کھڑا ہوا ہے اس کو</w:t>
      </w:r>
    </w:p>
    <w:p>
      <w:r>
        <w:rPr>
          <w:b/>
        </w:rPr>
        <w:t xml:space="preserve">[32:10] </w:t>
      </w:r>
      <w:r>
        <w:t>rokne ke liye.</w:t>
      </w:r>
    </w:p>
    <w:p>
      <w:pPr>
        <w:jc w:val="right"/>
      </w:pPr>
      <w:r>
        <w:t>روکنے کے لیے۔</w:t>
      </w:r>
    </w:p>
    <w:p>
      <w:r>
        <w:rPr>
          <w:b/>
        </w:rPr>
        <w:t xml:space="preserve">[32:17] </w:t>
      </w:r>
      <w:r>
        <w:t>کہ تشدد نہیں ہے، آزادی کو استعمال کرو، مگر تشدد نہیں، violence نہیں۔</w:t>
      </w:r>
    </w:p>
    <w:p>
      <w:pPr>
        <w:jc w:val="right"/>
      </w:pPr>
      <w:r>
        <w:t>کہ تشدد نہیں ہے، آزادی کو استعمال کرو، مگر تشدد نہیں، وارث نہیں۔</w:t>
      </w:r>
    </w:p>
    <w:p>
      <w:r>
        <w:rPr>
          <w:b/>
        </w:rPr>
        <w:t xml:space="preserve">[32:23] </w:t>
      </w:r>
      <w:r>
        <w:t>to kaisi ajib baat hai.</w:t>
      </w:r>
    </w:p>
    <w:p>
      <w:pPr>
        <w:jc w:val="right"/>
      </w:pPr>
      <w:r>
        <w:t>تو کیسی عجیب بات ہے۔</w:t>
      </w:r>
    </w:p>
    <w:p>
      <w:r>
        <w:rPr>
          <w:b/>
        </w:rPr>
        <w:t xml:space="preserve">[32:30] </w:t>
      </w:r>
      <w:r>
        <w:t>ایک ہی wisdom ہے جو مسلمانوں کو پکڑنا ہے اس زمانے میں، وہ ہے: ورجز فاجر۔</w:t>
      </w:r>
    </w:p>
    <w:p>
      <w:pPr>
        <w:jc w:val="right"/>
      </w:pPr>
      <w:r>
        <w:t>ایک ہی وزڈم ہے جو مسلمانوں کو پکڑنا ہے اس زمانے میں، وہ ہے: ورجز فاجر۔</w:t>
      </w:r>
    </w:p>
    <w:p>
      <w:r>
        <w:rPr>
          <w:b/>
        </w:rPr>
        <w:t xml:space="preserve">[32:36] </w:t>
      </w:r>
      <w:r>
        <w:t>rajaz r u j z.</w:t>
      </w:r>
    </w:p>
    <w:p>
      <w:pPr>
        <w:jc w:val="right"/>
      </w:pPr>
      <w:r>
        <w:t>رجز آر یو جے زیڈ۔</w:t>
      </w:r>
    </w:p>
    <w:p>
      <w:r>
        <w:rPr>
          <w:b/>
        </w:rPr>
        <w:t xml:space="preserve">[32:43] </w:t>
      </w:r>
      <w:r>
        <w:t>Literally, 'binirajis' means filth, dirt.</w:t>
      </w:r>
    </w:p>
    <w:p>
      <w:pPr>
        <w:jc w:val="right"/>
      </w:pPr>
      <w:r>
        <w:t>لٹرلی بینی رجز کا معنی گندگی، ڈرٹ۔</w:t>
      </w:r>
    </w:p>
    <w:p>
      <w:r>
        <w:rPr>
          <w:b/>
        </w:rPr>
        <w:t xml:space="preserve">[32:50] </w:t>
      </w:r>
      <w:r>
        <w:t>yani idhar udhar ki baaten jo karte hain log islam ko malain karne ke liye, farz kiye propaganda,</w:t>
      </w:r>
    </w:p>
    <w:p>
      <w:pPr>
        <w:jc w:val="right"/>
      </w:pPr>
      <w:r>
        <w:t>یعنی ادھر ادھر کی باتیں جو کرتے ہیں لوگ اسلام کو ملائن کرنے کے لیے، فرض کیے پروپیگنڈا،</w:t>
      </w:r>
    </w:p>
    <w:p>
      <w:r>
        <w:rPr>
          <w:b/>
        </w:rPr>
        <w:t xml:space="preserve">[32:56] </w:t>
      </w:r>
      <w:r>
        <w:t>propaganda karne ke liye.</w:t>
      </w:r>
    </w:p>
    <w:p>
      <w:pPr>
        <w:jc w:val="right"/>
      </w:pPr>
      <w:r>
        <w:t>پروپیگنڈا کرنے کے لیے۔</w:t>
      </w:r>
    </w:p>
    <w:p>
      <w:r>
        <w:rPr>
          <w:b/>
        </w:rPr>
        <w:t xml:space="preserve">[33:03] </w:t>
      </w:r>
      <w:r>
        <w:t>تو آپ کو کچھ وری تھوڑی کر سکتے ہیں۔</w:t>
      </w:r>
    </w:p>
    <w:p>
      <w:pPr>
        <w:jc w:val="right"/>
      </w:pPr>
      <w:r>
        <w:t>تو آپ کو کچھ وارث تھوڑی کر سکتے ہیں۔</w:t>
      </w:r>
    </w:p>
    <w:p>
      <w:r>
        <w:rPr>
          <w:b/>
        </w:rPr>
        <w:t xml:space="preserve">[33:09] </w:t>
      </w:r>
      <w:r>
        <w:t>woh munh se bolenge, kaghaz pe likh denge, to karne dijiye unko.</w:t>
      </w:r>
    </w:p>
    <w:p>
      <w:pPr>
        <w:jc w:val="right"/>
      </w:pPr>
      <w:r>
        <w:t>وہ منہ سے بولیں گے، کاغذ پہ لکھ دیں گے، تو کرنے دیجئے ان کو۔</w:t>
      </w:r>
    </w:p>
    <w:p>
      <w:r>
        <w:rPr>
          <w:b/>
        </w:rPr>
        <w:t xml:space="preserve">[33:16] </w:t>
      </w:r>
      <w:r>
        <w:t>is ek wisdom ke siwa musalmanon ko kuch aur chahiye hi nahin.</w:t>
      </w:r>
    </w:p>
    <w:p>
      <w:pPr>
        <w:jc w:val="right"/>
      </w:pPr>
      <w:r>
        <w:t>اس ایک وزڈم کے سوا مسلمانوں کو کچھ اور چاہیے ہی نہیں۔</w:t>
      </w:r>
    </w:p>
    <w:p>
      <w:r>
        <w:rPr>
          <w:b/>
        </w:rPr>
        <w:t xml:space="preserve">[33:22] </w:t>
      </w:r>
      <w:r>
        <w:t>sab kuch musalmanon ke paas hai.</w:t>
      </w:r>
    </w:p>
    <w:p>
      <w:pPr>
        <w:jc w:val="right"/>
      </w:pPr>
      <w:r>
        <w:t>سب کچھ مسلمانوں کے پاس ہے۔</w:t>
      </w:r>
    </w:p>
    <w:p>
      <w:r>
        <w:rPr>
          <w:b/>
        </w:rPr>
        <w:t xml:space="preserve">[33:29] </w:t>
      </w:r>
      <w:r>
        <w:t>yani poori ummat-e-muslima jo hai duniya mein, sari duniya mein phaili hui, sab kuch is ke paas hai.</w:t>
      </w:r>
    </w:p>
    <w:p>
      <w:pPr>
        <w:jc w:val="right"/>
      </w:pPr>
      <w:r>
        <w:t>یعنی پوری امت مسلمہ جو ہے دنیا میں، ساری دنیا میں پھیلی ہوئی، سب کچھ اس کے پاس ہے۔</w:t>
      </w:r>
    </w:p>
    <w:p>
      <w:r>
        <w:rPr>
          <w:b/>
        </w:rPr>
        <w:t xml:space="preserve">[33:36] </w:t>
      </w:r>
      <w:r>
        <w:t>ایک چیز لیک کر رہی ہے، وہ virtues پر ان کا عمل نہیں ہو رہا۔</w:t>
      </w:r>
    </w:p>
    <w:p>
      <w:pPr>
        <w:jc w:val="right"/>
      </w:pPr>
      <w:r>
        <w:t>ایک چیز لیک کر رہی ہے، وہ ورجز فاجر پر ان کا عمل نہیں ہو رہا۔</w:t>
      </w:r>
    </w:p>
    <w:p>
      <w:r>
        <w:rPr>
          <w:b/>
        </w:rPr>
        <w:t xml:space="preserve">[33:42] </w:t>
      </w:r>
      <w:r>
        <w:t>rajaz ke peeche daudte hain.</w:t>
      </w:r>
    </w:p>
    <w:p>
      <w:pPr>
        <w:jc w:val="right"/>
      </w:pPr>
      <w:r>
        <w:t>رجز کے پیچھے دوڑتے ہیں۔</w:t>
      </w:r>
    </w:p>
    <w:p>
      <w:r>
        <w:rPr>
          <w:b/>
        </w:rPr>
        <w:t xml:space="preserve">[33:49] </w:t>
      </w:r>
      <w:r>
        <w:t>yeh maine bataya ke ayat do sahiban.</w:t>
      </w:r>
    </w:p>
    <w:p>
      <w:pPr>
        <w:jc w:val="right"/>
      </w:pPr>
      <w:r>
        <w:t>یہ میں نے بتایا کہ آیت دو صاحبان۔</w:t>
      </w:r>
    </w:p>
    <w:p>
      <w:r>
        <w:rPr>
          <w:b/>
        </w:rPr>
        <w:t xml:space="preserve">[33:55] </w:t>
      </w:r>
      <w:r>
        <w:t>bas woh rajaz ki baat hai ke Islam ko malign kiya ja raha hai, Islam ki rukawat dali</w:t>
      </w:r>
    </w:p>
    <w:p>
      <w:pPr>
        <w:jc w:val="right"/>
      </w:pPr>
      <w:r>
        <w:t>بس وہ رجز کی بات ہے کہ اسلام کو ملائن کیا جا رہا ہے، اسلام کی رکاوٹ ڈالی</w:t>
      </w:r>
    </w:p>
    <w:p>
      <w:r>
        <w:rPr>
          <w:b/>
        </w:rPr>
        <w:t xml:space="preserve">[34:02] </w:t>
      </w:r>
      <w:r>
        <w:t>ja rahi hai, Islam ke khilaf article chhaap rahe hain, kitabein chhaap rahe hain.</w:t>
      </w:r>
    </w:p>
    <w:p>
      <w:pPr>
        <w:jc w:val="right"/>
      </w:pPr>
      <w:r>
        <w:t>جا رہی ہے، اسلام کے خلاف آرٹیکل چھاپ رہے ہیں، کتابیں چھاپ رہے ہیں۔</w:t>
      </w:r>
    </w:p>
    <w:p>
      <w:r>
        <w:rPr>
          <w:b/>
        </w:rPr>
        <w:t xml:space="preserve">[34:08] </w:t>
      </w:r>
      <w:r>
        <w:t>yeh rajaz hai.</w:t>
      </w:r>
    </w:p>
    <w:p>
      <w:pPr>
        <w:jc w:val="right"/>
      </w:pPr>
      <w:r>
        <w:t>یہ رجز ہے۔</w:t>
      </w:r>
    </w:p>
    <w:p>
      <w:r>
        <w:rPr>
          <w:b/>
        </w:rPr>
        <w:t xml:space="preserve">[34:15] </w:t>
      </w:r>
      <w:r>
        <w:t>to is ke liye to hukum hai ke is ko chhodho, is ko avoid karo, is ko ignore karo.</w:t>
      </w:r>
    </w:p>
    <w:p>
      <w:pPr>
        <w:jc w:val="right"/>
      </w:pPr>
      <w:r>
        <w:t>تو اس کے لیے تو حکم ہے کہ اس کو چھوڑو، اس کو اوائڈ کرو، اس کو اگنور کرو۔</w:t>
      </w:r>
    </w:p>
    <w:p>
      <w:r>
        <w:rPr>
          <w:b/>
        </w:rPr>
        <w:t xml:space="preserve">[34:21] </w:t>
      </w:r>
      <w:r>
        <w:t>is ka charchaa kis liye? is ka charchaa kis liye? to aaj mera jo paigham hai aap ke</w:t>
      </w:r>
    </w:p>
    <w:p>
      <w:pPr>
        <w:jc w:val="right"/>
      </w:pPr>
      <w:r>
        <w:t>اس کا چرچہ کس لیے؟ اس کا چرچہ کس لیے؟ تو آج میرا جو پیغام ہے آپ کے</w:t>
      </w:r>
    </w:p>
    <w:p>
      <w:r>
        <w:rPr>
          <w:b/>
        </w:rPr>
        <w:t xml:space="preserve">[34:28] </w:t>
      </w:r>
      <w:r>
        <w:t>liye aur tamam musalmanon ke liye, woh yahi hai ke Quran ki ek hi ayat hai, is pe</w:t>
      </w:r>
    </w:p>
    <w:p>
      <w:pPr>
        <w:jc w:val="right"/>
      </w:pPr>
      <w:r>
        <w:t>لیے اور تمام مسلمانوں کے لیے، وہ یہی ہے کہ قرآن کی ایک ہی آیت ہے، اس پہ</w:t>
      </w:r>
    </w:p>
    <w:p>
      <w:r>
        <w:rPr>
          <w:b/>
        </w:rPr>
        <w:t xml:space="preserve">[34:35] </w:t>
      </w:r>
      <w:r>
        <w:t>amal karna hai aap ko.</w:t>
      </w:r>
    </w:p>
    <w:p>
      <w:pPr>
        <w:jc w:val="right"/>
      </w:pPr>
      <w:r>
        <w:t>عمل کرنا ہے آپ کو۔</w:t>
      </w:r>
    </w:p>
    <w:p>
      <w:r>
        <w:rPr>
          <w:b/>
        </w:rPr>
        <w:t xml:space="preserve">[34:41] </w:t>
      </w:r>
      <w:r>
        <w:t>baqi to hai hi ek.</w:t>
      </w:r>
    </w:p>
    <w:p>
      <w:pPr>
        <w:jc w:val="right"/>
      </w:pPr>
      <w:r>
        <w:t>باقی تو ہے ہی ایک۔</w:t>
      </w:r>
    </w:p>
    <w:p>
      <w:r>
        <w:rPr>
          <w:b/>
        </w:rPr>
        <w:t xml:space="preserve">[34:48] </w:t>
      </w:r>
      <w:r>
        <w:t>راستے کھلے ہوئے ہیں، وہ ہے: virges fager.</w:t>
      </w:r>
    </w:p>
    <w:p>
      <w:pPr>
        <w:jc w:val="right"/>
      </w:pPr>
      <w:r>
        <w:t>راستے کھلے ہوئے ہیں، وہ ہے: ورجز فاجر۔</w:t>
      </w:r>
    </w:p>
    <w:p>
      <w:r>
        <w:rPr>
          <w:b/>
        </w:rPr>
        <w:t xml:space="preserve">[34:54] </w:t>
      </w:r>
      <w:r>
        <w:t>اکثر میں سنتا ہوں پڑھے لکھے جو مسلمان ہیں: "We are under siege, we are under siege." یہی</w:t>
      </w:r>
    </w:p>
    <w:p>
      <w:pPr>
        <w:jc w:val="right"/>
      </w:pPr>
      <w:r>
        <w:t>اکثر میں سنتا ہوں پڑھے لکھے جو مسلمان ہیں: "وی آر انڈر سیج، وی آر انڈر سیج۔" یہی</w:t>
      </w:r>
    </w:p>
    <w:p>
      <w:r>
        <w:rPr>
          <w:b/>
        </w:rPr>
        <w:t xml:space="preserve">[35:01] </w:t>
      </w:r>
      <w:r>
        <w:t>rajaz hai, yahi boli rajaz hai.</w:t>
      </w:r>
    </w:p>
    <w:p>
      <w:pPr>
        <w:jc w:val="right"/>
      </w:pPr>
      <w:r>
        <w:t>رجز ہے، یہی بولی رجز ہے۔</w:t>
      </w:r>
    </w:p>
    <w:p>
      <w:r>
        <w:rPr>
          <w:b/>
        </w:rPr>
        <w:t xml:space="preserve">[35:07] </w:t>
      </w:r>
      <w:r>
        <w:t>koi siege nahin, koi rukawat nahin, koi malign karne ki baat nahin, koi galat propaganda nahin.</w:t>
      </w:r>
    </w:p>
    <w:p>
      <w:pPr>
        <w:jc w:val="right"/>
      </w:pPr>
      <w:r>
        <w:t>کوئی سیج نہیں، کوئی رکاوٹ نہیں، کوئی ملائن کرنے کی بات نہیں، کوئی غلط پروپیگنڈا نہیں۔</w:t>
      </w:r>
    </w:p>
    <w:p>
      <w:r>
        <w:rPr>
          <w:b/>
        </w:rPr>
        <w:t xml:space="preserve">[35:14] </w:t>
      </w:r>
      <w:r>
        <w:t>woh apni aazadi ko istemaal kar rahe hain.</w:t>
      </w:r>
    </w:p>
    <w:p>
      <w:pPr>
        <w:jc w:val="right"/>
      </w:pPr>
      <w:r>
        <w:t>وہ اپنی آزادی کو استعمال کر رہے ہیں۔</w:t>
      </w:r>
    </w:p>
    <w:p>
      <w:r>
        <w:rPr>
          <w:b/>
        </w:rPr>
        <w:t xml:space="preserve">[35:21] </w:t>
      </w:r>
      <w:r>
        <w:t>aap bhi, aap bhi, aap aazadi ko istemaal kijiye.</w:t>
      </w:r>
    </w:p>
    <w:p>
      <w:pPr>
        <w:jc w:val="right"/>
      </w:pPr>
      <w:r>
        <w:t>آپ بھی، آپ بھی، آپ آزادی کو استعمال کیجئے۔</w:t>
      </w:r>
    </w:p>
    <w:p>
      <w:r>
        <w:rPr>
          <w:b/>
        </w:rPr>
        <w:t xml:space="preserve">[35:27] </w:t>
      </w:r>
      <w:r>
        <w:t>jis tarah in ko mauqa hai ke woh apni aazadi ko istemaal karein, aap bhi aazad hain, apni</w:t>
      </w:r>
    </w:p>
    <w:p>
      <w:pPr>
        <w:jc w:val="right"/>
      </w:pPr>
      <w:r>
        <w:t>جس طرح ان کو موقع ہے کہ وہ اپنی آزادی کو استعمال کریں، آپ بھی آزاد ہیں، اپنی</w:t>
      </w:r>
    </w:p>
    <w:p>
      <w:r>
        <w:rPr>
          <w:b/>
        </w:rPr>
        <w:t xml:space="preserve">[35:34] </w:t>
      </w:r>
      <w:r>
        <w:t>aazadi ko istemaal kijiye.</w:t>
      </w:r>
    </w:p>
    <w:p>
      <w:pPr>
        <w:jc w:val="right"/>
      </w:pPr>
      <w:r>
        <w:t>آزادی کو استعمال کیجئے۔</w:t>
      </w:r>
    </w:p>
    <w:p>
      <w:r>
        <w:rPr>
          <w:b/>
        </w:rPr>
        <w:t xml:space="preserve">[35:40] </w:t>
      </w:r>
      <w:r>
        <w:t>to shikayat kis liye? rajaz ki shikayat kis liye? to Quran ki yeh ayat batati hai ke gir</w:t>
      </w:r>
    </w:p>
    <w:p>
      <w:pPr>
        <w:jc w:val="right"/>
      </w:pPr>
      <w:r>
        <w:t>تو شکایت کس لیے؟ رجز کی شکایت کس لیے؟ تو قرآن کی یہ آیت بتاتی ہے کہ گر</w:t>
      </w:r>
    </w:p>
    <w:p>
      <w:r>
        <w:rPr>
          <w:b/>
        </w:rPr>
        <w:t xml:space="preserve">[35:47] </w:t>
      </w:r>
      <w:r>
        <w:t>ki baat kya hai, crux kya hai.</w:t>
      </w:r>
    </w:p>
    <w:p>
      <w:pPr>
        <w:jc w:val="right"/>
      </w:pPr>
      <w:r>
        <w:t>کی بات کیا ہے، کرکس کیا ہے۔</w:t>
      </w:r>
    </w:p>
    <w:p>
      <w:r>
        <w:rPr>
          <w:b/>
        </w:rPr>
        <w:t xml:space="preserve">[35:53] </w:t>
      </w:r>
      <w:r>
        <w:t>crux yeh hai ke rajaz ko charchaa mein mat lao, rajaz ki koi baatein mat karo.</w:t>
      </w:r>
    </w:p>
    <w:p>
      <w:pPr>
        <w:jc w:val="right"/>
      </w:pPr>
      <w:r>
        <w:t>کرکس یہ ہے کہ رجز کو چرچے میں مت لاؤ، رجز کی کوئی باتیں مت کرو۔</w:t>
      </w:r>
    </w:p>
    <w:p>
      <w:r>
        <w:rPr>
          <w:b/>
        </w:rPr>
        <w:t xml:space="preserve">[36:00] </w:t>
      </w:r>
      <w:r>
        <w:t>to saara jo aap mind khula rahega, tumhara mind positive rahega, tum right planning kar sako</w:t>
      </w:r>
    </w:p>
    <w:p>
      <w:pPr>
        <w:jc w:val="right"/>
      </w:pPr>
      <w:r>
        <w:t>تو سارا جو آپ مائنڈ کھلا رہے گا، تمہارا مائنڈ پازیٹیو رہے گا، تم رائٹ پلاننگ کر سکو</w:t>
      </w:r>
    </w:p>
    <w:p>
      <w:r>
        <w:rPr>
          <w:b/>
        </w:rPr>
        <w:t xml:space="preserve">[36:07] </w:t>
      </w:r>
      <w:r>
        <w:t>گے اور خوب خوب تم avail کر سکو گے مواقع کو، opportunities کو۔</w:t>
      </w:r>
    </w:p>
    <w:p>
      <w:pPr>
        <w:jc w:val="right"/>
      </w:pPr>
      <w:r>
        <w:t>گے اور خوب خوب تم اویل کر سکو گے مواقع کو، اپرچونیٹیز کو۔</w:t>
      </w:r>
    </w:p>
    <w:p>
      <w:r>
        <w:rPr>
          <w:b/>
        </w:rPr>
        <w:t xml:space="preserve">[36:13] </w:t>
      </w:r>
      <w:r>
        <w:t>بلکہ تھرل آئے گا، تھرل کہ کیسا عجیب ہے یہ سارے opportunities میرے لیے، سارے مواقع میرے لیے،</w:t>
      </w:r>
    </w:p>
    <w:p>
      <w:pPr>
        <w:jc w:val="right"/>
      </w:pPr>
      <w:r>
        <w:t>بلکہ تھرل آئے گا، تھرل کہ کیسا عجیب ہے یہ سارے اپرچونیٹیز میرے لیے، سارے مواقع میرے لیے،</w:t>
      </w:r>
    </w:p>
    <w:p>
      <w:r>
        <w:rPr>
          <w:b/>
        </w:rPr>
        <w:t xml:space="preserve">[36:20] </w:t>
      </w:r>
      <w:r>
        <w:t>aur main is position mein hoon ke dawat mission ka final chapter likh sakoon.</w:t>
      </w:r>
    </w:p>
    <w:p>
      <w:pPr>
        <w:jc w:val="right"/>
      </w:pPr>
      <w:r>
        <w:t>اور میں اس پوزیشن میں ہوں کہ دعوت مشن کا فائنل چیپٹر لکھ سکوں۔</w:t>
      </w:r>
    </w:p>
    <w:p>
      <w:r>
        <w:rPr>
          <w:b/>
        </w:rPr>
        <w:t xml:space="preserve">[36:26] </w:t>
      </w:r>
      <w:r>
        <w:t>to aap thrill se bhar jayenge.</w:t>
      </w:r>
    </w:p>
    <w:p>
      <w:pPr>
        <w:jc w:val="right"/>
      </w:pPr>
      <w:r>
        <w:t>تو آپ تھرل سے بھر جائیں گے۔</w:t>
      </w:r>
    </w:p>
    <w:p>
      <w:r>
        <w:rPr>
          <w:b/>
        </w:rPr>
        <w:t xml:space="preserve">[36:33] </w:t>
      </w:r>
      <w:r>
        <w:t>یعنی جو زمانہ اس بات کا ہے کہ مسلمانوں کو ایک مسلمانوں کو thrilling speed پیدا ہو، اس</w:t>
      </w:r>
    </w:p>
    <w:p>
      <w:pPr>
        <w:jc w:val="right"/>
      </w:pPr>
      <w:r>
        <w:t>یعنی جو زمانہ اس بات کا ہے کہ مسلمانوں کو ایک مسلمانوں کو تھرلنگ اسپیڈ پیدا ہو، اس</w:t>
      </w:r>
    </w:p>
    <w:p>
      <w:r>
        <w:rPr>
          <w:b/>
        </w:rPr>
        <w:t xml:space="preserve">[36:39] </w:t>
      </w:r>
      <w:r>
        <w:t>zamane mein negative baat hai, shikayati baat hai, aur kahin kahin tashaddud tashaddud ki baat hai.</w:t>
      </w:r>
    </w:p>
    <w:p>
      <w:pPr>
        <w:jc w:val="right"/>
      </w:pPr>
      <w:r>
        <w:t>زمانے میں نیگیٹیو بات ہے، شکایتی بات ہے، اور کہیں کہیں تشدد تشدد کی بات ہے۔</w:t>
      </w:r>
    </w:p>
    <w:p>
      <w:r>
        <w:rPr>
          <w:b/>
        </w:rPr>
        <w:t xml:space="preserve">[36:46] </w:t>
      </w:r>
      <w:r>
        <w:t>to mamlaat mein hamesha aisa hota hai, koi ek cheez hoti hai jo jo basic hoti hai, basic</w:t>
      </w:r>
    </w:p>
    <w:p>
      <w:pPr>
        <w:jc w:val="right"/>
      </w:pPr>
      <w:r>
        <w:t>تو معاملات میں ہمیشہ ایسا ہوتا ہے، کوئی ایک چیز ہوتی ہے جو جو بیسک ہوتی ہے، بیسک</w:t>
      </w:r>
    </w:p>
    <w:p>
      <w:r>
        <w:rPr>
          <w:b/>
        </w:rPr>
        <w:t xml:space="preserve">[36:52] </w:t>
      </w:r>
      <w:r>
        <w:t>jar ki baat, is jar ki baat ko pakdiye ke musalmanon ke saare mamle jo bigde hue hain,</w:t>
      </w:r>
    </w:p>
    <w:p>
      <w:pPr>
        <w:jc w:val="right"/>
      </w:pPr>
      <w:r>
        <w:t>جڑ کی بات، اس جڑ کی بات کو پکڑیے کہ مسلمانوں کے سارے معاملے جو بگڑے ہوئے ہیں،</w:t>
      </w:r>
    </w:p>
    <w:p>
      <w:r>
        <w:rPr>
          <w:b/>
        </w:rPr>
        <w:t xml:space="preserve">[36:59] </w:t>
      </w:r>
      <w:r>
        <w:t>is se bigde hue ragaz mein phanse hue hain.</w:t>
      </w:r>
    </w:p>
    <w:p>
      <w:pPr>
        <w:jc w:val="right"/>
      </w:pPr>
      <w:r>
        <w:t>اس سے بگڑے ہوئے رجز میں پھنسے ہوئے ہیں۔</w:t>
      </w:r>
    </w:p>
    <w:p>
      <w:r>
        <w:rPr>
          <w:b/>
        </w:rPr>
        <w:t xml:space="preserve">[37:06] </w:t>
      </w:r>
      <w:r>
        <w:t>musalmanon ke mamlaat jo bigde hue hain, bazahir mein, mein, mein to kuch nahi samajhta.</w:t>
      </w:r>
    </w:p>
    <w:p>
      <w:pPr>
        <w:jc w:val="right"/>
      </w:pPr>
      <w:r>
        <w:t>مسلمانوں کے معاملات جو بگڑے ہوئے ہیں، بظاہر میں، میں، میں تو کچھ نہیں سمجھتا۔</w:t>
      </w:r>
    </w:p>
    <w:p>
      <w:r>
        <w:rPr>
          <w:b/>
        </w:rPr>
        <w:t xml:space="preserve">[37:12] </w:t>
      </w:r>
      <w:r>
        <w:t>logon ne apne aap mamle ko bigad rakha hai, khud hi khud.</w:t>
      </w:r>
    </w:p>
    <w:p>
      <w:pPr>
        <w:jc w:val="right"/>
      </w:pPr>
      <w:r>
        <w:t>لوگوں نے اپنے آپ معاملے کو بگاڑ رکھا ہے، خود ہی خود۔</w:t>
      </w:r>
    </w:p>
    <w:p>
      <w:r>
        <w:rPr>
          <w:b/>
        </w:rPr>
        <w:t xml:space="preserve">[37:19] </w:t>
      </w:r>
      <w:r>
        <w:t>is ka ek hi reason hai ke ragaz ko woh ignore nahi kar sake, is mein phans gaye.</w:t>
      </w:r>
    </w:p>
    <w:p>
      <w:pPr>
        <w:jc w:val="right"/>
      </w:pPr>
      <w:r>
        <w:t>اس کا ایک ہی ریزن ہے کہ رجز کو وہ اگنور نہیں کر سکے، اس میں پھنس گئے۔</w:t>
      </w:r>
    </w:p>
    <w:p>
      <w:r>
        <w:rPr>
          <w:b/>
        </w:rPr>
        <w:t xml:space="preserve">[37:25] </w:t>
      </w:r>
      <w:r>
        <w:t>bas ek hi single point hai.</w:t>
      </w:r>
    </w:p>
    <w:p>
      <w:pPr>
        <w:jc w:val="right"/>
      </w:pPr>
      <w:r>
        <w:t>بس ایک ہی سنگل پوائنٹ ہے۔</w:t>
      </w:r>
    </w:p>
    <w:p>
      <w:r>
        <w:rPr>
          <w:b/>
        </w:rPr>
        <w:t xml:space="preserve">[37:32] </w:t>
      </w:r>
      <w:r>
        <w:t>quran ki ek sifat yeh bhi hai ke woh jo jo jo jo crux hota hai, asal baat</w:t>
      </w:r>
    </w:p>
    <w:p>
      <w:pPr>
        <w:jc w:val="right"/>
      </w:pPr>
      <w:r>
        <w:t>قرآن کی ایک صفت یہ بھی ہے کہ وہ جو جو جو جو کرکس ہوتا ہے، اصل بات</w:t>
      </w:r>
    </w:p>
    <w:p>
      <w:r>
        <w:rPr>
          <w:b/>
        </w:rPr>
        <w:t xml:space="preserve">[37:38] </w:t>
      </w:r>
      <w:r>
        <w:t>jo hoti hai, usi ki taraf ishara kar deta hai.</w:t>
      </w:r>
    </w:p>
    <w:p>
      <w:pPr>
        <w:jc w:val="right"/>
      </w:pPr>
      <w:r>
        <w:t>جو ہوتی ہے، اسی کی طرف اشارہ کر دیتا ہے۔</w:t>
      </w:r>
    </w:p>
    <w:p>
      <w:r>
        <w:rPr>
          <w:b/>
        </w:rPr>
        <w:t xml:space="preserve">[37:45] </w:t>
      </w:r>
      <w:r>
        <w:t>baatein to phaili hui hain, hazaron hain, hazaron hain, lekin hazaron mein se koi ek cheez crux ki</w:t>
      </w:r>
    </w:p>
    <w:p>
      <w:pPr>
        <w:jc w:val="right"/>
      </w:pPr>
      <w:r>
        <w:t>باتیں تو پھیلی ہوئی ہیں، ہزاروں ہیں، ہزاروں ہیں، لیکن ہزاروں میں سے کوئی ایک چیز کرکس کی</w:t>
      </w:r>
    </w:p>
    <w:p>
      <w:r>
        <w:rPr>
          <w:b/>
        </w:rPr>
        <w:t xml:space="preserve">[37:52] </w:t>
      </w:r>
      <w:r>
        <w:t>baat hoti hai, woh quran bata deta hai.</w:t>
      </w:r>
    </w:p>
    <w:p>
      <w:pPr>
        <w:jc w:val="right"/>
      </w:pPr>
      <w:r>
        <w:t>بات ہوتی ہے، وہ قرآن بتا دیتا ہے۔</w:t>
      </w:r>
    </w:p>
    <w:p>
      <w:r>
        <w:rPr>
          <w:b/>
        </w:rPr>
        <w:t xml:space="preserve">[37:58] </w:t>
      </w:r>
      <w:r>
        <w:t>to crux ki baat yahi kiya hai? ragaz fajar, ragaz ko chhod do.</w:t>
      </w:r>
    </w:p>
    <w:p>
      <w:pPr>
        <w:jc w:val="right"/>
      </w:pPr>
      <w:r>
        <w:t>تو کرکس کی بات یہی کیا ہے؟ ورجز فاجر، رجز کو چھوڑ دو۔</w:t>
      </w:r>
    </w:p>
    <w:p>
      <w:r>
        <w:rPr>
          <w:b/>
        </w:rPr>
        <w:t xml:space="preserve">[38:05] </w:t>
      </w:r>
      <w:r>
        <w:t>yani kuch cheezein jo apparently tumhare khilaf hain, is ka zikr hi mat karo, is ko socho mat,</w:t>
      </w:r>
    </w:p>
    <w:p>
      <w:pPr>
        <w:jc w:val="right"/>
      </w:pPr>
      <w:r>
        <w:t>یعنی کچھ چیزیں جو اپرینٹلی تمہارے خلاف ہیں، اس کا ذکر ہی مت کرو، اس کو سوچو مت،</w:t>
      </w:r>
    </w:p>
    <w:p>
      <w:r>
        <w:rPr>
          <w:b/>
        </w:rPr>
        <w:t xml:space="preserve">[38:11] </w:t>
      </w:r>
      <w:r>
        <w:t>kyun ke woh rahengi, tab bhi tumhara koi nuksan hone wala nahi.</w:t>
      </w:r>
    </w:p>
    <w:p>
      <w:pPr>
        <w:jc w:val="right"/>
      </w:pPr>
      <w:r>
        <w:t>کیونکہ وہ رہیں گی، تب بھی تمہارا کوئی نقصان ہونے والا نہیں۔</w:t>
      </w:r>
    </w:p>
    <w:p>
      <w:r>
        <w:rPr>
          <w:b/>
        </w:rPr>
        <w:t xml:space="preserve">[38:18] </w:t>
      </w:r>
      <w:r>
        <w:t>zamana in ka hath pakadne ke liye khada hua hai.</w:t>
      </w:r>
    </w:p>
    <w:p>
      <w:pPr>
        <w:jc w:val="right"/>
      </w:pPr>
      <w:r>
        <w:t>زمانہ ان کا ہاتھ پکڑنے کے لیے کھڑا ہوا ہے۔</w:t>
      </w:r>
    </w:p>
    <w:p>
      <w:r>
        <w:rPr>
          <w:b/>
        </w:rPr>
        <w:t xml:space="preserve">[38:24] </w:t>
      </w:r>
      <w:r>
        <w:t>agar violence karenge to zamana in ka hath pakadne ke liye khada hua hai.</w:t>
      </w:r>
    </w:p>
    <w:p>
      <w:pPr>
        <w:jc w:val="right"/>
      </w:pPr>
      <w:r>
        <w:t>اگر وائیلنس کریں گے تو زمانہ ان کا ہاتھ پکڑنے کے لیے کھڑا ہوا ہے۔</w:t>
      </w:r>
    </w:p>
    <w:p>
      <w:r>
        <w:rPr>
          <w:b/>
        </w:rPr>
        <w:t xml:space="preserve">[38:31] </w:t>
      </w:r>
      <w:r>
        <w:t>aap ko kuch karna hi nahi, aap ko sirf mawaqe ko avail karna hai, opportunities ko avail karna hai.</w:t>
      </w:r>
    </w:p>
    <w:p>
      <w:pPr>
        <w:jc w:val="right"/>
      </w:pPr>
      <w:r>
        <w:t>آپ کو کچھ کرنا ہی نہیں، آپ کو صرف مواقع کو اویل کرنا ہے، اپرچونیٹیز کو اویل کرنا ہے۔</w:t>
      </w:r>
    </w:p>
    <w:p>
      <w:r>
        <w:rPr>
          <w:b/>
        </w:rPr>
        <w:t xml:space="preserve">[38:37] </w:t>
      </w:r>
      <w:r>
        <w:t>bas woh jo hadith hai, us ko ab bahut zyada zamane mein samajh mein aati hai.</w:t>
      </w:r>
    </w:p>
    <w:p>
      <w:pPr>
        <w:jc w:val="right"/>
      </w:pPr>
      <w:r>
        <w:t>بس وہ جو حدیث ہے، اس کو اب بہت زیادہ زمانے میں سمجھ میں آتی ہے۔</w:t>
      </w:r>
    </w:p>
    <w:p>
      <w:r>
        <w:rPr>
          <w:b/>
        </w:rPr>
        <w:t xml:space="preserve">[38:44] </w:t>
      </w:r>
      <w:r>
        <w:t>pehle samajh mein nahi aayi thi ke makkah mein wahan ke jo sardar the, abu talib ke paas</w:t>
      </w:r>
    </w:p>
    <w:p>
      <w:pPr>
        <w:jc w:val="right"/>
      </w:pPr>
      <w:r>
        <w:t>پہلے سمجھ میں نہیں آئی تھی کہ مکے میں وہاں کے جو سردار تھے، ابو طالب کے پاس</w:t>
      </w:r>
    </w:p>
    <w:p>
      <w:r>
        <w:rPr>
          <w:b/>
        </w:rPr>
        <w:t xml:space="preserve">[38:51] </w:t>
      </w:r>
      <w:r>
        <w:t>ikhatta hue ke aap ne chacha se poocho ke woh apne bhatije se poocho, bhatija kya chahte hain?</w:t>
      </w:r>
    </w:p>
    <w:p>
      <w:pPr>
        <w:jc w:val="right"/>
      </w:pPr>
      <w:r>
        <w:t>اکٹھا ہوئے کہ آپ نے چچا سے پوچھو کہ وہ اپنے بھتیجے سے پوچھو، بھتیجہ کیا چاہتے ہیں؟</w:t>
      </w:r>
    </w:p>
    <w:p>
      <w:r>
        <w:rPr>
          <w:b/>
        </w:rPr>
        <w:t xml:space="preserve">[38:57] </w:t>
      </w:r>
      <w:r>
        <w:t>kya mission makkah masjid rakha hai unhone? kya chahte hain woh? hum ko bataein.</w:t>
      </w:r>
    </w:p>
    <w:p>
      <w:pPr>
        <w:jc w:val="right"/>
      </w:pPr>
      <w:r>
        <w:t>کیا مشن مکہ مسجد رکھا ہے انہوں نے؟ کیا چاہتے ہیں وہ؟ ہم کو بتائیں۔</w:t>
      </w:r>
    </w:p>
    <w:p>
      <w:r>
        <w:rPr>
          <w:b/>
        </w:rPr>
        <w:t xml:space="preserve">[39:04] </w:t>
      </w:r>
      <w:r>
        <w:t>to rasool Allah ne kaha ke kalimatan tamlikun bil arab wa tadinu kum bil ajam.</w:t>
      </w:r>
    </w:p>
    <w:p>
      <w:pPr>
        <w:jc w:val="right"/>
      </w:pPr>
      <w:r>
        <w:t>تو رسول اللہ نے کہا کہ کلمۃ روایت توتیہ تملکون بالعرب وتدینکم فی العجم۔</w:t>
      </w:r>
    </w:p>
    <w:p>
      <w:r>
        <w:rPr>
          <w:b/>
        </w:rPr>
        <w:t xml:space="preserve">[39:10] </w:t>
      </w:r>
      <w:r>
        <w:t>ek hi kalma, is ko tum maan lo to sara arab o ajam tumhare liye ho jayega.</w:t>
      </w:r>
    </w:p>
    <w:p>
      <w:pPr>
        <w:jc w:val="right"/>
      </w:pPr>
      <w:r>
        <w:t>ایک ہی کلمہ، اس کو تم مان لو تو سارا عرب و عجم تمہارے لیے ہو جائے گا۔</w:t>
      </w:r>
    </w:p>
    <w:p>
      <w:r>
        <w:rPr>
          <w:b/>
        </w:rPr>
        <w:t xml:space="preserve">[39:17] </w:t>
      </w:r>
      <w:r>
        <w:t>yeh jo daur hai, woh yeh jo rasool Allah ne farmaya tha, yeh future ke lehaz se tha,</w:t>
      </w:r>
    </w:p>
    <w:p>
      <w:pPr>
        <w:jc w:val="right"/>
      </w:pPr>
      <w:r>
        <w:t>یہ جو دور ہے، وہ یہ جو رسول اللہ نے فرمایا تھا، یہ فیوچر کے لحاظ سے تھا،</w:t>
      </w:r>
    </w:p>
    <w:p>
      <w:r>
        <w:rPr>
          <w:b/>
        </w:rPr>
        <w:t xml:space="preserve">[39:23] </w:t>
      </w:r>
      <w:r>
        <w:t>present ke lehaz se nahi tha.</w:t>
      </w:r>
    </w:p>
    <w:p>
      <w:pPr>
        <w:jc w:val="right"/>
      </w:pPr>
      <w:r>
        <w:t>پریزنٹ کے لحاظ سے نہیں تھا۔</w:t>
      </w:r>
    </w:p>
    <w:p>
      <w:r>
        <w:rPr>
          <w:b/>
        </w:rPr>
        <w:t xml:space="preserve">[39:30] </w:t>
      </w:r>
      <w:r>
        <w:t>future ke lehaz se tha, present ke lehaz se.</w:t>
      </w:r>
    </w:p>
    <w:p>
      <w:pPr>
        <w:jc w:val="right"/>
      </w:pPr>
      <w:r>
        <w:t>فیوچر کے لحاظ سے تھا، پریزنٹ کے لحاظ سے۔</w:t>
      </w:r>
    </w:p>
    <w:p>
      <w:r>
        <w:rPr>
          <w:b/>
        </w:rPr>
        <w:t xml:space="preserve">[39:37] </w:t>
      </w:r>
      <w:r>
        <w:t>yani ek ek aisa daur Islam ke zariye, ek aisa daur aayega.</w:t>
      </w:r>
    </w:p>
    <w:p>
      <w:pPr>
        <w:jc w:val="right"/>
      </w:pPr>
      <w:r>
        <w:t>یعنی ایک ایک ایسا دور اسلام کے ذریعے، ایک ایسا دور آئے گا۔</w:t>
      </w:r>
    </w:p>
    <w:p>
      <w:r>
        <w:rPr>
          <w:b/>
        </w:rPr>
        <w:t xml:space="preserve">[39:43] </w:t>
      </w:r>
      <w:r>
        <w:t>rasool Allah yani khatam khatam un nabiyyin the, aap ke zariye Allah taala ek aisa process jari karne wala</w:t>
      </w:r>
    </w:p>
    <w:p>
      <w:pPr>
        <w:jc w:val="right"/>
      </w:pPr>
      <w:r>
        <w:t>رسول اللہ یعنی خاتم خاتم النبیین تھے، آپ کے ذریعے اللہ تعالیٰ ایک ایسا پراسیس جاری کرنے والا</w:t>
      </w:r>
    </w:p>
    <w:p>
      <w:r>
        <w:rPr>
          <w:b/>
        </w:rPr>
        <w:t xml:space="preserve">[39:50] </w:t>
      </w:r>
      <w:r>
        <w:t>tha jo apni culmination par.</w:t>
      </w:r>
    </w:p>
    <w:p>
      <w:pPr>
        <w:jc w:val="right"/>
      </w:pPr>
      <w:r>
        <w:t>تھا جو اپنی کلمیشن پر۔</w:t>
      </w:r>
    </w:p>
    <w:p>
      <w:r>
        <w:rPr>
          <w:b/>
        </w:rPr>
        <w:t xml:space="preserve">[39:56] </w:t>
      </w:r>
      <w:r>
        <w:t>aisa ho jaye ke sab raste aap ke liye khule hue hain, arab o ajam ke tamam raste</w:t>
      </w:r>
    </w:p>
    <w:p>
      <w:pPr>
        <w:jc w:val="right"/>
      </w:pPr>
      <w:r>
        <w:t>ایسا ہو جائے کہ سب راستے آپ کے لیے کھلے ہوئے ہیں، عرب و عجم کے تمام راستے</w:t>
      </w:r>
    </w:p>
    <w:p>
      <w:r>
        <w:rPr>
          <w:b/>
        </w:rPr>
        <w:t xml:space="preserve">[40:03] </w:t>
      </w:r>
      <w:r>
        <w:t>aap ke liye khule hue hain.</w:t>
      </w:r>
    </w:p>
    <w:p>
      <w:pPr>
        <w:jc w:val="right"/>
      </w:pPr>
      <w:r>
        <w:t>آپ کے لیے کھلے ہوئے ہیں۔</w:t>
      </w:r>
    </w:p>
    <w:p>
      <w:r>
        <w:rPr>
          <w:b/>
        </w:rPr>
        <w:t xml:space="preserve">[40:09] </w:t>
      </w:r>
      <w:r>
        <w:t>to wahi to daur aa gaya, sirf ek shart reh gayi, baki woh ke aap tashaddud na karen.</w:t>
      </w:r>
    </w:p>
    <w:p>
      <w:pPr>
        <w:jc w:val="right"/>
      </w:pPr>
      <w:r>
        <w:t>تو وہی تو دور آ گیا، صرف ایک شرط رہ گئی، باقی وہ کہ آپ تشدد نہ کریں۔</w:t>
      </w:r>
    </w:p>
    <w:p>
      <w:r>
        <w:rPr>
          <w:b/>
        </w:rPr>
        <w:t xml:space="preserve">[40:16] </w:t>
      </w:r>
      <w:r>
        <w:t>to tashaddud ki zaroorat hi kya hai? Insan se agar aap ko kharkhai hai to tashaddud aap karayen</w:t>
      </w:r>
    </w:p>
    <w:p>
      <w:pPr>
        <w:jc w:val="right"/>
      </w:pPr>
      <w:r>
        <w:t>تو تشدد کی ضرورت ہی کیا ہے؟ انسان سے اگر آپ کو خرخائی ہے تو تشدد آپ کرائیں</w:t>
      </w:r>
    </w:p>
    <w:p>
      <w:r>
        <w:rPr>
          <w:b/>
        </w:rPr>
        <w:t xml:space="preserve">[40:23] </w:t>
      </w:r>
      <w:r>
        <w:t>ge nahi? Tashaddud ki baat aap ke mann mein aayegi nahi? Jaise aap ko apne beta beti</w:t>
      </w:r>
    </w:p>
    <w:p>
      <w:pPr>
        <w:jc w:val="right"/>
      </w:pPr>
      <w:r>
        <w:t>گے نہیں؟ تشدد کی بات آپ کے من میں آئے گی نہیں؟ جیسے آپ کو اپنے بیٹا بیٹی</w:t>
      </w:r>
    </w:p>
    <w:p>
      <w:r>
        <w:rPr>
          <w:b/>
        </w:rPr>
        <w:t xml:space="preserve">[40:29] </w:t>
      </w:r>
      <w:r>
        <w:t>ke liye tashaddud ki baat nahi aati, apne beta bete se aap ko mohabbat hai to aap ke</w:t>
      </w:r>
    </w:p>
    <w:p>
      <w:pPr>
        <w:jc w:val="right"/>
      </w:pPr>
      <w:r>
        <w:t>کے لیے تشدد کی بات نہیں آتی، اپنے بیٹا بیٹے سے آپ کو محبت ہے تو آپ کے</w:t>
      </w:r>
    </w:p>
    <w:p>
      <w:r>
        <w:rPr>
          <w:b/>
        </w:rPr>
        <w:t xml:space="preserve">[40:36] </w:t>
      </w:r>
      <w:r>
        <w:t>mind mein koi aata nahi ke uske tashaddud, tashaddud, violence karna uske khilaf.</w:t>
      </w:r>
    </w:p>
    <w:p>
      <w:pPr>
        <w:jc w:val="right"/>
      </w:pPr>
      <w:r>
        <w:t>مائنڈ میں کوئی آتا نہیں کہ اس کے تشدد، تشدد، وائیلنس کرنا اس کے خلاف۔</w:t>
      </w:r>
    </w:p>
    <w:p>
      <w:r>
        <w:rPr>
          <w:b/>
        </w:rPr>
        <w:t xml:space="preserve">[40:42] </w:t>
      </w:r>
      <w:r>
        <w:t>aise sare insanon ko jo aap ke liye aap ke dil mein mohabbat hogi to aap tashaddud ki</w:t>
      </w:r>
    </w:p>
    <w:p>
      <w:pPr>
        <w:jc w:val="right"/>
      </w:pPr>
      <w:r>
        <w:t>ایسے سارے انسانوں کو جو آپ کے لیے آپ کے دل میں محبت ہوگی تو آپ تشدد کی</w:t>
      </w:r>
    </w:p>
    <w:p>
      <w:r>
        <w:rPr>
          <w:b/>
        </w:rPr>
        <w:t xml:space="preserve">[40:49] </w:t>
      </w:r>
      <w:r>
        <w:t>baat hi nahi sochenge.</w:t>
      </w:r>
    </w:p>
    <w:p>
      <w:pPr>
        <w:jc w:val="right"/>
      </w:pPr>
      <w:r>
        <w:t>بات ہی نہیں سوچیں گے۔</w:t>
      </w:r>
    </w:p>
    <w:p>
      <w:r>
        <w:rPr>
          <w:b/>
        </w:rPr>
        <w:t xml:space="preserve">[40:55] </w:t>
      </w:r>
      <w:r>
        <w:t>صرف opportunities، opportunities کو avail کرنا ہی آپ کا واحد یعنی concern بن جائے گا۔</w:t>
      </w:r>
    </w:p>
    <w:p>
      <w:pPr>
        <w:jc w:val="right"/>
      </w:pPr>
      <w:r>
        <w:t>صرف اپرچونیٹیز، اپرچونیٹیز کو اویل کرنا ہی آپ کا واحد یعنی کنسرن بن جائے گا۔</w:t>
      </w:r>
    </w:p>
    <w:p>
      <w:r>
        <w:rPr>
          <w:b/>
        </w:rPr>
        <w:t xml:space="preserve">[41:02] </w:t>
      </w:r>
      <w:r>
        <w:t>to is baat ko samjhiye, yeh ek bahut hi sochne wali baat hai, is ko samjhiye.</w:t>
      </w:r>
    </w:p>
    <w:p>
      <w:pPr>
        <w:jc w:val="right"/>
      </w:pPr>
      <w:r>
        <w:t>تو اس بات کو سمجھیے، یہ ایک بہت ہی سوچنے والی بات ہے، اس کو سمجھیے۔</w:t>
      </w:r>
    </w:p>
    <w:p>
      <w:r>
        <w:rPr>
          <w:b/>
        </w:rPr>
        <w:t xml:space="preserve">[41:08] </w:t>
      </w:r>
      <w:r>
        <w:t>woh zamana ab khatam hoga jo pehle tha.</w:t>
      </w:r>
    </w:p>
    <w:p>
      <w:pPr>
        <w:jc w:val="right"/>
      </w:pPr>
      <w:r>
        <w:t>وہ زمانہ اب ختم ہوگا جو پہلے تھا۔</w:t>
      </w:r>
    </w:p>
    <w:p>
      <w:r>
        <w:rPr>
          <w:b/>
        </w:rPr>
        <w:t xml:space="preserve">[41:15] </w:t>
      </w:r>
      <w:r>
        <w:t>pehle namaz ko rokte the, woh Khuda ek hai, yeh khane ko rokte the, woh Quran ab padhen,</w:t>
      </w:r>
    </w:p>
    <w:p>
      <w:pPr>
        <w:jc w:val="right"/>
      </w:pPr>
      <w:r>
        <w:t>پہلے نماز کو روکتے تھے، وہ خدا ایک ہے، یہ کھانے کو روکتے تھے، وہ قرآن اب پڑھیں،</w:t>
      </w:r>
    </w:p>
    <w:p>
      <w:r>
        <w:rPr>
          <w:b/>
        </w:rPr>
        <w:t xml:space="preserve">[41:22] </w:t>
      </w:r>
      <w:r>
        <w:t>is ko rokte the, woh.</w:t>
      </w:r>
    </w:p>
    <w:p>
      <w:pPr>
        <w:jc w:val="right"/>
      </w:pPr>
      <w:r>
        <w:t>اس کو روکتے تھے، وہ۔</w:t>
      </w:r>
    </w:p>
    <w:p>
      <w:r>
        <w:rPr>
          <w:b/>
        </w:rPr>
        <w:t xml:space="preserve">[41:28] </w:t>
      </w:r>
      <w:r>
        <w:t>woh zamana ab khatam ho gaya.</w:t>
      </w:r>
    </w:p>
    <w:p>
      <w:pPr>
        <w:jc w:val="right"/>
      </w:pPr>
      <w:r>
        <w:t>وہ زمانہ اب ختم ہوگیا۔</w:t>
      </w:r>
    </w:p>
    <w:p>
      <w:r>
        <w:rPr>
          <w:b/>
        </w:rPr>
        <w:t xml:space="preserve">[41:35] </w:t>
      </w:r>
      <w:r>
        <w:t>duniya mein kuch log aise the jo Islam ke dushman the, woh zamana khatam ho gaya, ab koi dushman</w:t>
      </w:r>
    </w:p>
    <w:p>
      <w:pPr>
        <w:jc w:val="right"/>
      </w:pPr>
      <w:r>
        <w:t>دنیا میں کچھ لوگ ایسے تھے جو اسلام کے دشمن تھے، وہ زمانہ ختم ہوگیا، اب کوئی دشمن</w:t>
      </w:r>
    </w:p>
    <w:p>
      <w:r>
        <w:rPr>
          <w:b/>
        </w:rPr>
        <w:t xml:space="preserve">[41:41] </w:t>
      </w:r>
      <w:r>
        <w:t>nahi, ab sab.</w:t>
      </w:r>
    </w:p>
    <w:p>
      <w:pPr>
        <w:jc w:val="right"/>
      </w:pPr>
      <w:r>
        <w:t>نہیں، اب سب۔</w:t>
      </w:r>
    </w:p>
    <w:p>
      <w:r>
        <w:rPr>
          <w:b/>
        </w:rPr>
        <w:t xml:space="preserve">[41:48] </w:t>
      </w:r>
      <w:r>
        <w:t>ke sab ya to aap ke apne giroh ke log hain ya supporter hain.</w:t>
      </w:r>
    </w:p>
    <w:p>
      <w:pPr>
        <w:jc w:val="right"/>
      </w:pPr>
      <w:r>
        <w:t>کہ سب یا تو آپ کے اپنے گروہ کے لوگ ہیں یا سپورٹر ہیں۔</w:t>
      </w:r>
    </w:p>
    <w:p>
      <w:r>
        <w:rPr>
          <w:b/>
        </w:rPr>
        <w:t xml:space="preserve">[41:54] </w:t>
      </w:r>
      <w:r>
        <w:t>وہ ڈائی کارڈ بھی ختم ہوگئی، یعنی friend اور دشمن کی ڈائی کارڈ بھی ختم ہوگئی۔</w:t>
      </w:r>
    </w:p>
    <w:p>
      <w:pPr>
        <w:jc w:val="right"/>
      </w:pPr>
      <w:r>
        <w:t>وہ ڈائی کارڈ بھی ختم ہوگئی، یعنی فرینڈ اور دشمن کی ڈائی کارڈ بھی ختم ہوگئی۔</w:t>
      </w:r>
    </w:p>
    <w:p>
      <w:r>
        <w:rPr>
          <w:b/>
        </w:rPr>
        <w:t xml:space="preserve">[42:01] </w:t>
      </w:r>
      <w:r>
        <w:t>ab to yeh hai ke ya to aap ke ham mazhab hain ya aap ke supporter hain, dono</w:t>
      </w:r>
    </w:p>
    <w:p>
      <w:pPr>
        <w:jc w:val="right"/>
      </w:pPr>
      <w:r>
        <w:t>اب تو یہ ہے کہ یا تو آپ کے ہم مذہب ہیں یا آپ کے سپورٹر ہیں، دونوں</w:t>
      </w:r>
    </w:p>
    <w:p>
      <w:r>
        <w:rPr>
          <w:b/>
        </w:rPr>
        <w:t xml:space="preserve">[42:08] </w:t>
      </w:r>
      <w:r>
        <w:t>yani in terms of result dono ek hi hain.</w:t>
      </w:r>
    </w:p>
    <w:p>
      <w:pPr>
        <w:jc w:val="right"/>
      </w:pPr>
      <w:r>
        <w:t>یعنی ان ٹرمز آف رزلٹ دونوں ایک ہی ہیں۔</w:t>
      </w:r>
    </w:p>
    <w:p>
      <w:r>
        <w:rPr>
          <w:b/>
        </w:rPr>
        <w:t xml:space="preserve">[42:14] </w:t>
      </w:r>
      <w:r>
        <w:t>yeh yeh jo soch hai, yeh soch aap ke andar yani opennes layegi, broad minded banayegi aap ko.</w:t>
      </w:r>
    </w:p>
    <w:p>
      <w:pPr>
        <w:jc w:val="right"/>
      </w:pPr>
      <w:r>
        <w:t>یہ یہ جو سوچ ہے، یہ سوچ آپ کے اندر یعنی اوپننس لائے گی، براڈ مائنڈڈ بنائے گی آپ کو۔</w:t>
      </w:r>
    </w:p>
    <w:p>
      <w:r>
        <w:rPr>
          <w:b/>
        </w:rPr>
        <w:t xml:space="preserve">[42:21] </w:t>
      </w:r>
      <w:r>
        <w:t>universal approach, approach aap ke andar paida hoga, mohabbat paida hogi, kharkhai paida hogi.</w:t>
      </w:r>
    </w:p>
    <w:p>
      <w:pPr>
        <w:jc w:val="right"/>
      </w:pPr>
      <w:r>
        <w:t>یونیورسل اپروچ، اپروچ آپ کے اندر پیدا ہوگا، محبت پیدا ہوگی، خرخائی پیدا ہوگی۔</w:t>
      </w:r>
    </w:p>
    <w:p>
      <w:r>
        <w:rPr>
          <w:b/>
        </w:rPr>
        <w:t xml:space="preserve">[42:27] </w:t>
      </w:r>
      <w:r>
        <w:t>saare insaanon ke liye aap ke dil mein jagah hogi.</w:t>
      </w:r>
    </w:p>
    <w:p>
      <w:pPr>
        <w:jc w:val="right"/>
      </w:pPr>
      <w:r>
        <w:t>سارے انسانوں کے لیے آپ کے دل میں جگہ ہوگی۔</w:t>
      </w:r>
    </w:p>
    <w:p>
      <w:r>
        <w:rPr>
          <w:b/>
        </w:rPr>
        <w:t xml:space="preserve">[42:34] </w:t>
      </w:r>
      <w:r>
        <w:t>wohi hoga ke jo rasool Allah ne yahoodi ke bare mein kaha tha: "aleh dafan", kya woh insaan</w:t>
      </w:r>
    </w:p>
    <w:p>
      <w:pPr>
        <w:jc w:val="right"/>
      </w:pPr>
      <w:r>
        <w:t>وہی ہوگا کہ جو رسول اللہ نے یہودی کے بارے میں کہا تھا: "علیہ دفن"، کیا وہ انسان</w:t>
      </w:r>
    </w:p>
    <w:p>
      <w:r>
        <w:rPr>
          <w:b/>
        </w:rPr>
        <w:t xml:space="preserve">[42:40] </w:t>
      </w:r>
      <w:r>
        <w:t>nahin? to saari duniya ko aap kahengay: "kya woh insaan nahin?" jaise mein ek insaan hoon, woh</w:t>
      </w:r>
    </w:p>
    <w:p>
      <w:pPr>
        <w:jc w:val="right"/>
      </w:pPr>
      <w:r>
        <w:t>نہیں؟ تو ساری دنیا کو آپ کہیں گے: "کیا وہ انسان نہیں؟" جیسے میں ایک انسان ہوں، وہ</w:t>
      </w:r>
    </w:p>
    <w:p>
      <w:r>
        <w:rPr>
          <w:b/>
        </w:rPr>
        <w:t xml:space="preserve">[42:47] </w:t>
      </w:r>
      <w:r>
        <w:t>bhi ek insaan hai.</w:t>
      </w:r>
    </w:p>
    <w:p>
      <w:pPr>
        <w:jc w:val="right"/>
      </w:pPr>
      <w:r>
        <w:t>بھی ایک انسان ہے۔</w:t>
      </w:r>
    </w:p>
    <w:p>
      <w:r>
        <w:rPr>
          <w:b/>
        </w:rPr>
        <w:t xml:space="preserve">[42:53] </w:t>
      </w:r>
      <w:r>
        <w:t>to ek apna pan aa jayega, apna pan har ek aap ko apna lagega.</w:t>
      </w:r>
    </w:p>
    <w:p>
      <w:pPr>
        <w:jc w:val="right"/>
      </w:pPr>
      <w:r>
        <w:t>تو ایک اپنا پن آ جائے گا، اپنا پن ہر ایک آپ کو اپنا لگے گا۔</w:t>
      </w:r>
    </w:p>
    <w:p>
      <w:r>
        <w:rPr>
          <w:b/>
        </w:rPr>
        <w:t xml:space="preserve">[43:00] </w:t>
      </w:r>
      <w:r>
        <w:t>yani kaisa ajeeb yeh muamla hai ke agar aap ki soch durust ho jaye, agar aap ki soch</w:t>
      </w:r>
    </w:p>
    <w:p>
      <w:pPr>
        <w:jc w:val="right"/>
      </w:pPr>
      <w:r>
        <w:t>یعنی کیسا عجیب یہ معاملہ ہے کہ اگر آپ کی سوچ درست ہو جائے، اگر آپ کی سوچ</w:t>
      </w:r>
    </w:p>
    <w:p>
      <w:r>
        <w:rPr>
          <w:b/>
        </w:rPr>
        <w:t xml:space="preserve">[43:07] </w:t>
      </w:r>
      <w:r>
        <w:t>durust ho jaye to aap ko saare alam apna alam dikhai dega, saare insaan aap ko apne</w:t>
      </w:r>
    </w:p>
    <w:p>
      <w:pPr>
        <w:jc w:val="right"/>
      </w:pPr>
      <w:r>
        <w:t>درست ہو جائے تو آپ کو سارے عالم اپنا عالم دکھائی دے گا، سارے انسان آپ کو اپنے</w:t>
      </w:r>
    </w:p>
    <w:p>
      <w:r>
        <w:rPr>
          <w:b/>
        </w:rPr>
        <w:t xml:space="preserve">[43:13] </w:t>
      </w:r>
      <w:r>
        <w:t>dikhai denge.</w:t>
      </w:r>
    </w:p>
    <w:p>
      <w:pPr>
        <w:jc w:val="right"/>
      </w:pPr>
      <w:r>
        <w:t>دکھائی دیں گے۔</w:t>
      </w:r>
    </w:p>
    <w:p>
      <w:r>
        <w:rPr>
          <w:b/>
        </w:rPr>
        <w:t xml:space="preserve">[43:20] </w:t>
      </w:r>
      <w:r>
        <w:t>apne aur ghair ke ka farq khatam ho jayega.</w:t>
      </w:r>
    </w:p>
    <w:p>
      <w:pPr>
        <w:jc w:val="right"/>
      </w:pPr>
      <w:r>
        <w:t>اپنے اور غیر کے کا فرق ختم ہو جائے گا۔</w:t>
      </w:r>
    </w:p>
    <w:p>
      <w:r>
        <w:rPr>
          <w:b/>
        </w:rPr>
        <w:t xml:space="preserve">[43:26] </w:t>
      </w:r>
      <w:r>
        <w:t>yeh apna hai, woh ghair hai, woh khatam, sab apne, sab apne log hain.</w:t>
      </w:r>
    </w:p>
    <w:p>
      <w:pPr>
        <w:jc w:val="right"/>
      </w:pPr>
      <w:r>
        <w:t>یہ اپنا ہے، وہ غیر ہے، وہ ختم، سب اپنے، سب اپنے لوگ ہیں۔</w:t>
      </w:r>
    </w:p>
    <w:p>
      <w:r>
        <w:rPr>
          <w:b/>
        </w:rPr>
        <w:t xml:space="preserve">[43:33] </w:t>
      </w:r>
      <w:r>
        <w:t>aap ghor kijiye ke is se bari koi thrilling baat ho sakti hai? aisa koi ho sakta hai,</w:t>
      </w:r>
    </w:p>
    <w:p>
      <w:pPr>
        <w:jc w:val="right"/>
      </w:pPr>
      <w:r>
        <w:t>آپ غور کیجئے کہ اس سے بڑی کوئی تھرلنگ بات ہو سکتی ہے؟ ایسا کوئی ہو سکتا ہے،</w:t>
      </w:r>
    </w:p>
    <w:p>
      <w:r>
        <w:rPr>
          <w:b/>
        </w:rPr>
        <w:t xml:space="preserve">[43:39] </w:t>
      </w:r>
      <w:r>
        <w:t>koi doosra jise saari duniya aap ki dikhai de.</w:t>
      </w:r>
    </w:p>
    <w:p>
      <w:pPr>
        <w:jc w:val="right"/>
      </w:pPr>
      <w:r>
        <w:t>کوئی دوسرا جسے ساری دنیا آپ کی دکھائی دے۔</w:t>
      </w:r>
    </w:p>
    <w:p>
      <w:r>
        <w:rPr>
          <w:b/>
        </w:rPr>
        <w:t xml:space="preserve">[43:46] </w:t>
      </w:r>
      <w:r>
        <w:t>is ke baad aap ke andar universal approach paida ho, sab aap ke ho jayen, apne w ghair</w:t>
      </w:r>
    </w:p>
    <w:p>
      <w:pPr>
        <w:jc w:val="right"/>
      </w:pPr>
      <w:r>
        <w:t>اس کے بعد آپ کے اندر یونیورسل اپروچ پیدا ہو، سب آپ کے ہو جائیں، اپنے و غیر</w:t>
      </w:r>
    </w:p>
    <w:p>
      <w:r>
        <w:rPr>
          <w:b/>
        </w:rPr>
        <w:t xml:space="preserve">[43:53] </w:t>
      </w:r>
      <w:r>
        <w:t>ka farq mit jaye.</w:t>
      </w:r>
    </w:p>
    <w:p>
      <w:pPr>
        <w:jc w:val="right"/>
      </w:pPr>
      <w:r>
        <w:t>کا فرق مٹ جائے۔</w:t>
      </w:r>
    </w:p>
    <w:p>
      <w:r>
        <w:rPr>
          <w:b/>
        </w:rPr>
        <w:t xml:space="preserve">[43:59] </w:t>
      </w:r>
      <w:r>
        <w:t>is se bari kya baat ho sakti hai? to meri dua hai ke Allah taala hum ko aur</w:t>
      </w:r>
    </w:p>
    <w:p>
      <w:pPr>
        <w:jc w:val="right"/>
      </w:pPr>
      <w:r>
        <w:t>اس سے بڑی کیا بات ہو سکتی ہے؟ تو میری دعا ہے کہ اللہ تعالیٰ ہم کو اور</w:t>
      </w:r>
    </w:p>
    <w:p>
      <w:r>
        <w:rPr>
          <w:b/>
        </w:rPr>
        <w:t xml:space="preserve">[44:06] </w:t>
      </w:r>
      <w:r>
        <w:t>aap ko sab ko sirat-e-mustaqeem ki tofeeq de.</w:t>
      </w:r>
    </w:p>
    <w:p>
      <w:pPr>
        <w:jc w:val="right"/>
      </w:pPr>
      <w:r>
        <w:t>آپ کو سب کو صراط مستقیم کی توفیق دے۔</w:t>
      </w:r>
    </w:p>
    <w:p>
      <w:r>
        <w:rPr>
          <w:b/>
        </w:rPr>
        <w:t xml:space="preserve">[44:12] </w:t>
      </w:r>
      <w:r>
        <w:t>Allah taala hum ko duniya mein aur akhirat mein apne apne reward se nawazay.</w:t>
      </w:r>
    </w:p>
    <w:p>
      <w:pPr>
        <w:jc w:val="right"/>
      </w:pPr>
      <w:r>
        <w:t>اللہ تعالیٰ ہم کو دنیا میں اور آخرت میں اپنے اپنے ریوارڈ سے نوازے۔</w:t>
      </w:r>
    </w:p>
    <w:p>
      <w:r>
        <w:rPr>
          <w:b/>
        </w:rPr>
        <w:t xml:space="preserve">[44:19] </w:t>
      </w:r>
      <w:r>
        <w:t>Allah taala hum sab ko aise rastay par chalaye jo hum ko jannat jannat mein pohanchane wala ho.</w:t>
      </w:r>
    </w:p>
    <w:p>
      <w:pPr>
        <w:jc w:val="right"/>
      </w:pPr>
      <w:r>
        <w:t>اللہ تعالیٰ ہم سب کو ایسے راستے پر چلائے جو ہم کو جنت جنت میں پہنچانے والا ہو۔</w:t>
      </w:r>
    </w:p>
    <w:p>
      <w:r>
        <w:rPr>
          <w:b/>
        </w:rPr>
        <w:t xml:space="preserve">[44:25] </w:t>
      </w:r>
      <w:r>
        <w:t>Assalam-o-alaikum wa rehmatullah.</w:t>
      </w:r>
    </w:p>
    <w:p>
      <w:pPr>
        <w:jc w:val="right"/>
      </w:pPr>
      <w:r>
        <w:t>السلام علیکم ورحمۃ اللہ۔</w:t>
      </w:r>
    </w:p>
    <w:p>
      <w:r>
        <w:rPr>
          <w:b/>
        </w:rPr>
        <w:t xml:space="preserve">[44:32] </w:t>
      </w:r>
      <w:r>
        <w:t>Okay, we will be starting with the question answer session now.</w:t>
      </w:r>
    </w:p>
    <w:p>
      <w:pPr>
        <w:jc w:val="right"/>
      </w:pPr>
      <w:r>
        <w:t>اوکے، we will be starting with the question answer session now.</w:t>
      </w:r>
    </w:p>
    <w:p>
      <w:r>
        <w:rPr>
          <w:b/>
        </w:rPr>
        <w:t xml:space="preserve">[44:39] </w:t>
      </w:r>
      <w:r>
        <w:t>All the online viewers can send their questions on info@cpsglobal.org.</w:t>
      </w:r>
    </w:p>
    <w:p>
      <w:pPr>
        <w:jc w:val="right"/>
      </w:pPr>
      <w:r>
        <w:t>All the online viewers can send their questions on info@cpsglobal.org.</w:t>
      </w:r>
    </w:p>
    <w:p>
      <w:r>
        <w:rPr>
          <w:b/>
        </w:rPr>
        <w:t xml:space="preserve">[44:46] </w:t>
      </w:r>
      <w:r>
        <w:t>Facebook viewers can post their questions in the comment section.</w:t>
      </w:r>
    </w:p>
    <w:p>
      <w:pPr>
        <w:jc w:val="right"/>
      </w:pPr>
      <w:r>
        <w:t>Facebook viewers can post their questions in the comment section.</w:t>
      </w:r>
    </w:p>
    <w:p>
      <w:r>
        <w:rPr>
          <w:b/>
        </w:rPr>
        <w:t xml:space="preserve">[44:53] </w:t>
      </w:r>
      <w:r>
        <w:t>We would also request the Facebook viewers to also mention their location when they post their questions.</w:t>
      </w:r>
    </w:p>
    <w:p>
      <w:pPr>
        <w:jc w:val="right"/>
      </w:pPr>
      <w:r>
        <w:t>We would also request the Facebook viewers to also mention their location when they post their questions.</w:t>
      </w:r>
    </w:p>
    <w:p>
      <w:r>
        <w:rPr>
          <w:b/>
        </w:rPr>
        <w:t xml:space="preserve">[45:01] </w:t>
      </w:r>
      <w:r>
        <w:t>maulana, pehla sawal lene se pehle sab se pehle ek comment parhna chahenge jo aaj ke aap</w:t>
      </w:r>
    </w:p>
    <w:p>
      <w:pPr>
        <w:jc w:val="right"/>
      </w:pPr>
      <w:r>
        <w:t>مولانا، پہلا سوال لینے سے پہلے سب سے پہلے ایک کمنٹ پڑھنا چاہیں گے جو آج کے آپ</w:t>
      </w:r>
    </w:p>
    <w:p>
      <w:r>
        <w:rPr>
          <w:b/>
        </w:rPr>
        <w:t xml:space="preserve">[45:08] </w:t>
      </w:r>
      <w:r>
        <w:t>ke talk par aaya hai, aur yeh comment aaya hai bhopal se.</w:t>
      </w:r>
    </w:p>
    <w:p>
      <w:pPr>
        <w:jc w:val="right"/>
      </w:pPr>
      <w:r>
        <w:t>کے ٹاک پر آیا ہے، اور یہ کمنٹ آیا ہے بھوپال سے۔</w:t>
      </w:r>
    </w:p>
    <w:p>
      <w:r>
        <w:rPr>
          <w:b/>
        </w:rPr>
        <w:t xml:space="preserve">[45:15] </w:t>
      </w:r>
      <w:r>
        <w:t>saif sahib ne likha hai, unhone bheja hai ke maulana sahib, today's talk really addressed my mind</w:t>
      </w:r>
    </w:p>
    <w:p>
      <w:pPr>
        <w:jc w:val="right"/>
      </w:pPr>
      <w:r>
        <w:t>صائف صاحب نے لکھا ہے، انہوں نے بھیجا ہے کہ مولانا صاحب، today's talk really addressed my mind</w:t>
      </w:r>
    </w:p>
    <w:p>
      <w:r>
        <w:rPr>
          <w:b/>
        </w:rPr>
        <w:t xml:space="preserve">[45:23] </w:t>
      </w:r>
      <w:r>
        <w:t>as i had turned negative towards non-muslims.</w:t>
      </w:r>
    </w:p>
    <w:p>
      <w:pPr>
        <w:jc w:val="right"/>
      </w:pPr>
      <w:r>
        <w:t>as I had turned negative towards non-Muslims.</w:t>
      </w:r>
    </w:p>
    <w:p>
      <w:r>
        <w:rPr>
          <w:b/>
        </w:rPr>
        <w:t xml:space="preserve">[45:30] </w:t>
      </w:r>
      <w:r>
        <w:t>i will now try to look at things more positively and do continuous self-introspection.</w:t>
      </w:r>
    </w:p>
    <w:p>
      <w:pPr>
        <w:jc w:val="right"/>
      </w:pPr>
      <w:r>
        <w:t>I will now try to look at things more positively and do continuous self-introspection.</w:t>
      </w:r>
    </w:p>
    <w:p>
      <w:r>
        <w:rPr>
          <w:b/>
        </w:rPr>
        <w:t xml:space="preserve">[45:37] </w:t>
      </w:r>
      <w:r>
        <w:t>jazakallah for making great efforts in trying to make the muslim community positive.</w:t>
      </w:r>
    </w:p>
    <w:p>
      <w:pPr>
        <w:jc w:val="right"/>
      </w:pPr>
      <w:r>
        <w:t>JazakAllah for making great efforts in trying to make the Muslim community positive.</w:t>
      </w:r>
    </w:p>
    <w:p>
      <w:r>
        <w:rPr>
          <w:b/>
        </w:rPr>
        <w:t xml:space="preserve">[45:45] </w:t>
      </w:r>
      <w:r>
        <w:t>maulana, agla sawal bheja hai kamal siddiqui sahib ne amritsar se, unhone likha hai: maulana sahib, there</w:t>
      </w:r>
    </w:p>
    <w:p>
      <w:pPr>
        <w:jc w:val="right"/>
      </w:pPr>
      <w:r>
        <w:t>مولانا، اگلا سوال بھیجا ہے کمال صدیقی صاحب نے امرتسر سے، انہوں نے لکھا ہے: مولانا صاحب، there</w:t>
      </w:r>
    </w:p>
    <w:p>
      <w:r>
        <w:rPr>
          <w:b/>
        </w:rPr>
        <w:t xml:space="preserve">[45:52] </w:t>
      </w:r>
      <w:r>
        <w:t>is a growing trust deficit between muslims and non-muslims, which is often capitalized by the political parties.</w:t>
      </w:r>
    </w:p>
    <w:p>
      <w:pPr>
        <w:jc w:val="right"/>
      </w:pPr>
      <w:r>
        <w:t>is a growing trust deficit between Muslims and non-Muslims, which is often capitalized by the political parties.</w:t>
      </w:r>
    </w:p>
    <w:p>
      <w:r>
        <w:rPr>
          <w:b/>
        </w:rPr>
        <w:t xml:space="preserve">[45:59] </w:t>
      </w:r>
      <w:r>
        <w:t>my question is, how can we build trust with one another?</w:t>
      </w:r>
    </w:p>
    <w:p>
      <w:pPr>
        <w:jc w:val="right"/>
      </w:pPr>
      <w:r>
        <w:t>My question is, how can we build trust with one another?</w:t>
      </w:r>
    </w:p>
    <w:p>
      <w:r>
        <w:rPr>
          <w:b/>
        </w:rPr>
        <w:t xml:space="preserve">[46:07] </w:t>
      </w:r>
      <w:r>
        <w:t>what should be the starting point?</w:t>
      </w:r>
    </w:p>
    <w:p>
      <w:pPr>
        <w:jc w:val="right"/>
      </w:pPr>
      <w:r>
        <w:t>What should be the starting point?</w:t>
      </w:r>
    </w:p>
    <w:p>
      <w:r>
        <w:rPr>
          <w:b/>
        </w:rPr>
        <w:t xml:space="preserve">[46:12] </w:t>
      </w:r>
      <w:r>
        <w:t>yeh to maine khud quran ke hawale se bata diya.</w:t>
      </w:r>
    </w:p>
    <w:p>
      <w:pPr>
        <w:jc w:val="right"/>
      </w:pPr>
      <w:r>
        <w:t>یہ تو میں نے خود قرآن کے حوالے سے بتا دیا۔</w:t>
      </w:r>
    </w:p>
    <w:p>
      <w:r>
        <w:rPr>
          <w:b/>
        </w:rPr>
        <w:t xml:space="preserve">[46:18] </w:t>
      </w:r>
      <w:r>
        <w:t>trust qaim karna jo hai, woh sirf is liye nahi hoga ke aap kahein ke trust karo, trust</w:t>
      </w:r>
    </w:p>
    <w:p>
      <w:pPr>
        <w:jc w:val="right"/>
      </w:pPr>
      <w:r>
        <w:t>Trust قائم کرنا جو ہے، وہ صرف اس لیے نہیں ہوگا کہ آپ کہیں کہ trust کرو، trust</w:t>
      </w:r>
    </w:p>
    <w:p>
      <w:r>
        <w:rPr>
          <w:b/>
        </w:rPr>
        <w:t xml:space="preserve">[46:24] </w:t>
      </w:r>
      <w:r>
        <w:t>karo, trust karo.</w:t>
      </w:r>
    </w:p>
    <w:p>
      <w:pPr>
        <w:jc w:val="right"/>
      </w:pPr>
      <w:r>
        <w:t>کرو، trust کرو۔</w:t>
      </w:r>
    </w:p>
    <w:p>
      <w:r>
        <w:rPr>
          <w:b/>
        </w:rPr>
        <w:t xml:space="preserve">[46:30] </w:t>
      </w:r>
      <w:r>
        <w:t>logon ko yeh yeh wisdom batana padega, wisdom ke raghz ko avoid karna padta hai.</w:t>
      </w:r>
    </w:p>
    <w:p>
      <w:pPr>
        <w:jc w:val="right"/>
      </w:pPr>
      <w:r>
        <w:t>لوگوں کو یہ یہ wisdom بتانا پڑے گا، wisdom کہ رجز کو avoid کرنا پڑتا ہے۔</w:t>
      </w:r>
    </w:p>
    <w:p>
      <w:r>
        <w:rPr>
          <w:b/>
        </w:rPr>
        <w:t xml:space="preserve">[46:35] </w:t>
      </w:r>
      <w:r>
        <w:t>sirf aap trust ki baat kijiye to kabhi trust qaim nahi hoga.</w:t>
      </w:r>
    </w:p>
    <w:p>
      <w:pPr>
        <w:jc w:val="right"/>
      </w:pPr>
      <w:r>
        <w:t>صرف آپ trust کی بات کیجئے تو کبھی trust قائم نہیں ہوگا۔</w:t>
      </w:r>
    </w:p>
    <w:p>
      <w:r>
        <w:rPr>
          <w:b/>
        </w:rPr>
        <w:t xml:space="preserve">[46:41] </w:t>
      </w:r>
      <w:r>
        <w:t>jo rukawat hai, us ko door karna padega, aur rukawat kya hai? log raghz mein phanse rehte hain.</w:t>
      </w:r>
    </w:p>
    <w:p>
      <w:pPr>
        <w:jc w:val="right"/>
      </w:pPr>
      <w:r>
        <w:t>جو رکاوٹ ہے، اس کو دور کرنا پڑے گا، اور رکاوٹ کیا ہے؟ لوگ رجز میں پھنسے رہتے ہیں۔</w:t>
      </w:r>
    </w:p>
    <w:p>
      <w:r>
        <w:rPr>
          <w:b/>
        </w:rPr>
        <w:t xml:space="preserve">[46:47] </w:t>
      </w:r>
      <w:r>
        <w:t>kuch koi negative ayatein hoti hi hoti hain, hamesha us mein phanse rehte hain.</w:t>
      </w:r>
    </w:p>
    <w:p>
      <w:pPr>
        <w:jc w:val="right"/>
      </w:pPr>
      <w:r>
        <w:t>کچھ کوئی negative آیتیں ہوتی ہی ہوتی ہیں، ہمیشہ اس میں پھنسے رہتے ہیں۔</w:t>
      </w:r>
    </w:p>
    <w:p>
      <w:r>
        <w:rPr>
          <w:b/>
        </w:rPr>
        <w:t xml:space="preserve">[46:53] </w:t>
      </w:r>
      <w:r>
        <w:t>logon ko wisdom batai ke duniya mein chuki insaan aazad hai, har insaan apni aazadi ko apni marzi</w:t>
      </w:r>
    </w:p>
    <w:p>
      <w:pPr>
        <w:jc w:val="right"/>
      </w:pPr>
      <w:r>
        <w:t>لوگوں کو wisdom بتائی کہ دنیا میں چونکہ انسان آزاد ہے، ہر انسان اپنی آزادی کو اپنی مرضی</w:t>
      </w:r>
    </w:p>
    <w:p>
      <w:r>
        <w:rPr>
          <w:b/>
        </w:rPr>
        <w:t xml:space="preserve">[46:58] </w:t>
      </w:r>
      <w:r>
        <w:t>ke mutabiq istemal karega, to us se poochega nahi? to karne do us ko, tum bhi</w:t>
      </w:r>
    </w:p>
    <w:p>
      <w:pPr>
        <w:jc w:val="right"/>
      </w:pPr>
      <w:r>
        <w:t>کے مطابق استعمال کرے گا، تو اس سے پوچھے گا نہیں؟ تو کرنے دو اس کو، تم بھی</w:t>
      </w:r>
    </w:p>
    <w:p>
      <w:r>
        <w:rPr>
          <w:b/>
        </w:rPr>
        <w:t xml:space="preserve">[47:04] </w:t>
      </w:r>
      <w:r>
        <w:t>aazad ho, tum bhi karo.</w:t>
      </w:r>
    </w:p>
    <w:p>
      <w:pPr>
        <w:jc w:val="right"/>
      </w:pPr>
      <w:r>
        <w:t>آزاد ہو، تم بھی کرو۔</w:t>
      </w:r>
    </w:p>
    <w:p>
      <w:r>
        <w:rPr>
          <w:b/>
        </w:rPr>
        <w:t xml:space="preserve">[47:10] </w:t>
      </w:r>
      <w:r>
        <w:t>wo agar apni aazadi ko istemal kar raha hai, tum bhi apni aazadi ko istemal karo.</w:t>
      </w:r>
    </w:p>
    <w:p>
      <w:pPr>
        <w:jc w:val="right"/>
      </w:pPr>
      <w:r>
        <w:t>وہ اگر اپنی آزادی کو استعمال کر رہا ہے، تم بھی اپنی آزادی کو استعمال کرو۔</w:t>
      </w:r>
    </w:p>
    <w:p>
      <w:r>
        <w:rPr>
          <w:b/>
        </w:rPr>
        <w:t xml:space="preserve">[47:16] </w:t>
      </w:r>
      <w:r>
        <w:t>yeh hai wisdom jis se trust paida hota hai.</w:t>
      </w:r>
    </w:p>
    <w:p>
      <w:pPr>
        <w:jc w:val="right"/>
      </w:pPr>
      <w:r>
        <w:t>یہ ہے wisdom جس سے trust پیدا ہوتا ہے۔</w:t>
      </w:r>
    </w:p>
    <w:p>
      <w:r>
        <w:rPr>
          <w:b/>
        </w:rPr>
        <w:t xml:space="preserve">[47:21] </w:t>
      </w:r>
      <w:r>
        <w:t>agar aap yeh chahein ke ke koi unwanted baat na ho duniya mein, bas siyasi trust ki baat</w:t>
      </w:r>
    </w:p>
    <w:p>
      <w:pPr>
        <w:jc w:val="right"/>
      </w:pPr>
      <w:r>
        <w:t>اگر آپ یہ چاہیں کہ کہ کوئی unwanted بات نہ ہو دنیا میں، بس سیاسی trust کی بات</w:t>
      </w:r>
    </w:p>
    <w:p>
      <w:r>
        <w:rPr>
          <w:b/>
        </w:rPr>
        <w:t xml:space="preserve">[47:27] </w:t>
      </w:r>
      <w:r>
        <w:t>ho, to woh kabhi na hoga, na kabhi trust qaim hoga.</w:t>
      </w:r>
    </w:p>
    <w:p>
      <w:pPr>
        <w:jc w:val="right"/>
      </w:pPr>
      <w:r>
        <w:t>ہو، تو وہ کبھی نہ ہوگا، نہ کبھی trust قائم ہوگا۔</w:t>
      </w:r>
    </w:p>
    <w:p>
      <w:r>
        <w:rPr>
          <w:b/>
        </w:rPr>
        <w:t xml:space="preserve">[47:33] </w:t>
      </w:r>
      <w:r>
        <w:t>ehtemad nahi qaim ho sakta.</w:t>
      </w:r>
    </w:p>
    <w:p>
      <w:pPr>
        <w:jc w:val="right"/>
      </w:pPr>
      <w:r>
        <w:t>اعتماد نہیں قائم ہو سکتا۔</w:t>
      </w:r>
    </w:p>
    <w:p>
      <w:r>
        <w:rPr>
          <w:b/>
        </w:rPr>
        <w:t xml:space="preserve">[47:39] </w:t>
      </w:r>
      <w:r>
        <w:t>yeh shart aitmaad ki nahi hai.</w:t>
      </w:r>
    </w:p>
    <w:p>
      <w:pPr>
        <w:jc w:val="right"/>
      </w:pPr>
      <w:r>
        <w:t>یہ شرط اعتماد کی نہیں ہے۔</w:t>
      </w:r>
    </w:p>
    <w:p>
      <w:r>
        <w:rPr>
          <w:b/>
        </w:rPr>
        <w:t xml:space="preserve">[47:44] </w:t>
      </w:r>
      <w:r>
        <w:t>Aitmaad shart hai wisdom.</w:t>
      </w:r>
    </w:p>
    <w:p>
      <w:pPr>
        <w:jc w:val="right"/>
      </w:pPr>
      <w:r>
        <w:t>اعتماد شرط ہے wisdom۔</w:t>
      </w:r>
    </w:p>
    <w:p>
      <w:r>
        <w:rPr>
          <w:b/>
        </w:rPr>
        <w:t xml:space="preserve">[47:50] </w:t>
      </w:r>
      <w:r>
        <w:t>Logon ko wisdom batai ke logon ko azadi hai creator ki taraf se, to aap apni azadi ko</w:t>
      </w:r>
    </w:p>
    <w:p>
      <w:pPr>
        <w:jc w:val="right"/>
      </w:pPr>
      <w:r>
        <w:t>لوگوں کو wisdom بتائی کہ لوگوں کو آزادی ہے creator کی طرف سے، تو آپ اپنی آزادی کو</w:t>
      </w:r>
    </w:p>
    <w:p>
      <w:r>
        <w:rPr>
          <w:b/>
        </w:rPr>
        <w:t xml:space="preserve">[47:56] </w:t>
      </w:r>
      <w:r>
        <w:t>woh use karein ge.</w:t>
      </w:r>
    </w:p>
    <w:p>
      <w:pPr>
        <w:jc w:val="right"/>
      </w:pPr>
      <w:r>
        <w:t>وہ use کریں گے۔</w:t>
      </w:r>
    </w:p>
    <w:p>
      <w:r>
        <w:rPr>
          <w:b/>
        </w:rPr>
        <w:t xml:space="preserve">[48:02] </w:t>
      </w:r>
      <w:r>
        <w:t>Let them use that freedom according to their own.</w:t>
      </w:r>
    </w:p>
    <w:p>
      <w:pPr>
        <w:jc w:val="right"/>
      </w:pPr>
      <w:r>
        <w:t>Let them use that freedom according to their own۔</w:t>
      </w:r>
    </w:p>
    <w:p>
      <w:r>
        <w:rPr>
          <w:b/>
        </w:rPr>
        <w:t xml:space="preserve">[48:07] </w:t>
      </w:r>
      <w:r>
        <w:t>Tab ja kar aitmaad qaim hoga.</w:t>
      </w:r>
    </w:p>
    <w:p>
      <w:pPr>
        <w:jc w:val="right"/>
      </w:pPr>
      <w:r>
        <w:t>تب جا کر اعتماد قائم ہوگا۔</w:t>
      </w:r>
    </w:p>
    <w:p>
      <w:r>
        <w:rPr>
          <w:b/>
        </w:rPr>
        <w:t xml:space="preserve">[48:13] </w:t>
      </w:r>
      <w:r>
        <w:t>Yahi hai wisdom is mamle mein.</w:t>
      </w:r>
    </w:p>
    <w:p>
      <w:pPr>
        <w:jc w:val="right"/>
      </w:pPr>
      <w:r>
        <w:t>یہی ہے wisdom اس معاملے میں۔</w:t>
      </w:r>
    </w:p>
    <w:p>
      <w:r>
        <w:rPr>
          <w:b/>
        </w:rPr>
        <w:t xml:space="preserve">[48:19] </w:t>
      </w:r>
      <w:r>
        <w:t>Badqismati se log is wisdom ko nahi jante, bas khali kehte hain ke ek doosre par trust karo.</w:t>
      </w:r>
    </w:p>
    <w:p>
      <w:pPr>
        <w:jc w:val="right"/>
      </w:pPr>
      <w:r>
        <w:t>بدقسمتی سے لوگ اس wisdom کو نہیں جانتے، بس خالی کہتے ہیں کہ ایک دوسرے پر trust کرو۔</w:t>
      </w:r>
    </w:p>
    <w:p>
      <w:r>
        <w:rPr>
          <w:b/>
        </w:rPr>
        <w:t xml:space="preserve">[48:25] </w:t>
      </w:r>
      <w:r>
        <w:t>In ko yeh wisdom bataiye ke rajaz ko chodo, tab ja kar ke wisdom qaim hoga, trust qaim hoga.</w:t>
      </w:r>
    </w:p>
    <w:p>
      <w:pPr>
        <w:jc w:val="right"/>
      </w:pPr>
      <w:r>
        <w:t>ان کو یہ wisdom بتائیے کہ رجز کو چھوڑو، تب جا کر کے wisdom قائم ہوگا، trust قائم ہوگا۔</w:t>
      </w:r>
    </w:p>
    <w:p>
      <w:r>
        <w:rPr>
          <w:b/>
        </w:rPr>
        <w:t xml:space="preserve">[48:30] </w:t>
      </w:r>
      <w:r>
        <w:t>Maulana, agla sawal Ahmedabad se Kabir Khan sahib ne kiya hai, aur unhone likha hai: Maulana</w:t>
      </w:r>
    </w:p>
    <w:p>
      <w:pPr>
        <w:jc w:val="right"/>
      </w:pPr>
      <w:r>
        <w:t>مولانا، اگلا سوال احمد آباد سے کبیر خان صاحب نے کیا ہے، اور انہوں نے لکھا ہے: مولانا</w:t>
      </w:r>
    </w:p>
    <w:p>
      <w:r>
        <w:rPr>
          <w:b/>
        </w:rPr>
        <w:t xml:space="preserve">[48:36] </w:t>
      </w:r>
      <w:r>
        <w:t>sahib, I agree with you that Muslims should understand the spirit of age, but it is also a</w:t>
      </w:r>
    </w:p>
    <w:p>
      <w:pPr>
        <w:jc w:val="right"/>
      </w:pPr>
      <w:r>
        <w:t>صاحب، I agree with you that Muslims should understand the spirit of age, but it is also a</w:t>
      </w:r>
    </w:p>
    <w:p>
      <w:r>
        <w:rPr>
          <w:b/>
        </w:rPr>
        <w:t xml:space="preserve">[48:42] </w:t>
      </w:r>
      <w:r>
        <w:t>reality that there are true incidents which show that they have happened against the Muslims, and the perpetrators</w:t>
      </w:r>
    </w:p>
    <w:p>
      <w:pPr>
        <w:jc w:val="right"/>
      </w:pPr>
      <w:r>
        <w:t>reality that there are true incidents which show that they have happened against the Muslims, and the perpetrators</w:t>
      </w:r>
    </w:p>
    <w:p>
      <w:r>
        <w:rPr>
          <w:b/>
        </w:rPr>
        <w:t xml:space="preserve">[48:48] </w:t>
      </w:r>
      <w:r>
        <w:t>have also openly claimed their anti-Islam stand.</w:t>
      </w:r>
    </w:p>
    <w:p>
      <w:pPr>
        <w:jc w:val="right"/>
      </w:pPr>
      <w:r>
        <w:t>have also openly claimed their anti-Islam stand.</w:t>
      </w:r>
    </w:p>
    <w:p>
      <w:r>
        <w:rPr>
          <w:b/>
        </w:rPr>
        <w:t xml:space="preserve">[48:54] </w:t>
      </w:r>
      <w:r>
        <w:t>Why is it that you don't speak against such atrocities?</w:t>
      </w:r>
    </w:p>
    <w:p>
      <w:pPr>
        <w:jc w:val="right"/>
      </w:pPr>
      <w:r>
        <w:t>Why is it that you don't speak against such atrocities?</w:t>
      </w:r>
    </w:p>
    <w:p>
      <w:r>
        <w:rPr>
          <w:b/>
        </w:rPr>
        <w:t xml:space="preserve">[48:59] </w:t>
      </w:r>
      <w:r>
        <w:t>Is ka jawab bhi wahi doon ga mein ke rajaz mein phanse hue hain.</w:t>
      </w:r>
    </w:p>
    <w:p>
      <w:pPr>
        <w:jc w:val="right"/>
      </w:pPr>
      <w:r>
        <w:t>اس کا جواب بھی وہی دوں گا میں کہ رجز میں پھنسے ہوئے ہیں۔</w:t>
      </w:r>
    </w:p>
    <w:p>
      <w:r>
        <w:rPr>
          <w:b/>
        </w:rPr>
        <w:t xml:space="preserve">[49:04] </w:t>
      </w:r>
      <w:r>
        <w:t>Quran ki surah jo hai Al-Mudathir, us ko parhiye aap.</w:t>
      </w:r>
    </w:p>
    <w:p>
      <w:pPr>
        <w:jc w:val="right"/>
      </w:pPr>
      <w:r>
        <w:t>قرآن کی سورہ جو ہے المدثر، اس کو پڑھیے آپ۔</w:t>
      </w:r>
    </w:p>
    <w:p>
      <w:r>
        <w:rPr>
          <w:b/>
        </w:rPr>
        <w:t xml:space="preserve">[49:09] </w:t>
      </w:r>
      <w:r>
        <w:t>Rasool Allah se kaha gaya ke dawat ka kaam karo aur rajaz ko chodo.</w:t>
      </w:r>
    </w:p>
    <w:p>
      <w:pPr>
        <w:jc w:val="right"/>
      </w:pPr>
      <w:r>
        <w:t>رسول اللہ سے کہا گیا کہ دعوت کا کام کرو اور رجز کو چھوڑو۔</w:t>
      </w:r>
    </w:p>
    <w:p>
      <w:r>
        <w:rPr>
          <w:b/>
        </w:rPr>
        <w:t xml:space="preserve">[49:14] </w:t>
      </w:r>
      <w:r>
        <w:t>Yaani peghambar bhi dawat ka positive kaam sirf is waqt kar sakta tha jab ke rajaz ko chhod</w:t>
      </w:r>
    </w:p>
    <w:p>
      <w:pPr>
        <w:jc w:val="right"/>
      </w:pPr>
      <w:r>
        <w:t>یعنی پیغمبر بھی دعوت کا positive کام صرف اس وقت کر سکتا تھا جب کہ رجز کو چھوڑ</w:t>
      </w:r>
    </w:p>
    <w:p>
      <w:r>
        <w:rPr>
          <w:b/>
        </w:rPr>
        <w:t xml:space="preserve">[49:19] </w:t>
      </w:r>
      <w:r>
        <w:t>de woh, kyun ke rajaz jo hai, rajaz jo hai, kisi ki conspiracy se nahi aata.</w:t>
      </w:r>
    </w:p>
    <w:p>
      <w:pPr>
        <w:jc w:val="right"/>
      </w:pPr>
      <w:r>
        <w:t>دے وہ، کیونکہ رجز جو ہے، رجز جو ہے، کسی کی conspiracy سے نہیں آتا۔</w:t>
      </w:r>
    </w:p>
    <w:p>
      <w:r>
        <w:rPr>
          <w:b/>
        </w:rPr>
        <w:t xml:space="preserve">[49:24] </w:t>
      </w:r>
      <w:r>
        <w:t>Rizq, rajaz jo hai, kisi conspiracy se, yaani dushmani se nahi aata.</w:t>
      </w:r>
    </w:p>
    <w:p>
      <w:pPr>
        <w:jc w:val="right"/>
      </w:pPr>
      <w:r>
        <w:t>رزق، رجز جو ہے، کسی conspiracy سے، یعنی دشمنی سے نہیں آتا۔</w:t>
      </w:r>
    </w:p>
    <w:p>
      <w:r>
        <w:rPr>
          <w:b/>
        </w:rPr>
        <w:t xml:space="preserve">[49:29] </w:t>
      </w:r>
      <w:r>
        <w:t>Woh aata hai is is law of nature se ke Allah ne ya creator ne har insan ko</w:t>
      </w:r>
    </w:p>
    <w:p>
      <w:pPr>
        <w:jc w:val="right"/>
      </w:pPr>
      <w:r>
        <w:t>وہ آتا ہے اس اس law of nature سے کہ اللہ نے یا creator نے ہر انسان کو</w:t>
      </w:r>
    </w:p>
    <w:p>
      <w:r>
        <w:rPr>
          <w:b/>
        </w:rPr>
        <w:t xml:space="preserve">[49:34] </w:t>
      </w:r>
      <w:r>
        <w:t>azadi de di, azadi, total freedom.</w:t>
      </w:r>
    </w:p>
    <w:p>
      <w:pPr>
        <w:jc w:val="right"/>
      </w:pPr>
      <w:r>
        <w:t>آزادی دے دی، آزادی، total freedom۔</w:t>
      </w:r>
    </w:p>
    <w:p>
      <w:r>
        <w:rPr>
          <w:b/>
        </w:rPr>
        <w:t xml:space="preserve">[49:39] </w:t>
      </w:r>
      <w:r>
        <w:t>To apni freedom ko apne hisab se istemal karne ka.</w:t>
      </w:r>
    </w:p>
    <w:p>
      <w:pPr>
        <w:jc w:val="right"/>
      </w:pPr>
      <w:r>
        <w:t>تو اپنی freedom کو اپنے حساب سے استعمال کرنے کا۔</w:t>
      </w:r>
    </w:p>
    <w:p>
      <w:r>
        <w:rPr>
          <w:b/>
        </w:rPr>
        <w:t xml:space="preserve">[49:44] </w:t>
      </w:r>
      <w:r>
        <w:t>Aap ko lagta hai ke yeh aap ke khilaf hai to us ko ignore kijiye, us ko mitane</w:t>
      </w:r>
    </w:p>
    <w:p>
      <w:pPr>
        <w:jc w:val="right"/>
      </w:pPr>
      <w:r>
        <w:t>آپ کو لگتا ہے کہ یہ آپ کے خلاف ہے تو اس کو ignore کیجئے، اس کو مٹانے</w:t>
      </w:r>
    </w:p>
    <w:p>
      <w:r>
        <w:rPr>
          <w:b/>
        </w:rPr>
        <w:t xml:space="preserve">[49:49] </w:t>
      </w:r>
      <w:r>
        <w:t>ki koshish mat kijiye, ignore kijiye.</w:t>
      </w:r>
    </w:p>
    <w:p>
      <w:pPr>
        <w:jc w:val="right"/>
      </w:pPr>
      <w:r>
        <w:t>کی کوشش مت کیجئے، ignore کیجئے۔</w:t>
      </w:r>
    </w:p>
    <w:p>
      <w:r>
        <w:rPr>
          <w:b/>
        </w:rPr>
        <w:t xml:space="preserve">[49:54] </w:t>
      </w:r>
      <w:r>
        <w:t>Aap ko jo azadi mili hai, us ko istemal kijiye.</w:t>
      </w:r>
    </w:p>
    <w:p>
      <w:pPr>
        <w:jc w:val="right"/>
      </w:pPr>
      <w:r>
        <w:t>آپ کو جو آزادی ملی ہے، اس کو استعمال کیجئے۔</w:t>
      </w:r>
    </w:p>
    <w:p>
      <w:r>
        <w:rPr>
          <w:b/>
        </w:rPr>
        <w:t xml:space="preserve">[49:59] </w:t>
      </w:r>
      <w:r>
        <w:t>isi wisdom ko lack kar rahe hain log, is wajah se problem hai.</w:t>
      </w:r>
    </w:p>
    <w:p>
      <w:pPr>
        <w:jc w:val="right"/>
      </w:pPr>
      <w:r>
        <w:t>اسی wisdom کو lack کر رہے ہیں لوگ، اس وجہ سے problem ہے۔</w:t>
      </w:r>
    </w:p>
    <w:p>
      <w:r>
        <w:rPr>
          <w:b/>
        </w:rPr>
        <w:t xml:space="preserve">[50:04] </w:t>
      </w:r>
      <w:r>
        <w:t>It is problem created by lack of wisdom۔</w:t>
      </w:r>
    </w:p>
    <w:p>
      <w:pPr>
        <w:jc w:val="right"/>
      </w:pPr>
      <w:r>
        <w:t>It is problem created by lack of wisdom۔</w:t>
      </w:r>
    </w:p>
    <w:p>
      <w:r>
        <w:rPr>
          <w:b/>
        </w:rPr>
        <w:t xml:space="preserve">[50:09] </w:t>
      </w:r>
      <w:r>
        <w:t>ji, maulana sahib, agla sawal bheja hai lucknow se nadeem sahib ne, aur unhon ne likha hai: maulana</w:t>
      </w:r>
    </w:p>
    <w:p>
      <w:pPr>
        <w:jc w:val="right"/>
      </w:pPr>
      <w:r>
        <w:t>جی، مولانا صاحب، اگلا سوال بھیجا ہے لکھنؤ سے ندیم صاحب نے، اور انہوں نے لکھا ہے: مولانا</w:t>
      </w:r>
    </w:p>
    <w:p>
      <w:r>
        <w:rPr>
          <w:b/>
        </w:rPr>
        <w:t xml:space="preserve">[50:15] </w:t>
      </w:r>
      <w:r>
        <w:t>sahib, sometimes raising noise aur peaceful protest helps in highlighting issues to the authorities so they can check</w:t>
      </w:r>
    </w:p>
    <w:p>
      <w:pPr>
        <w:jc w:val="right"/>
      </w:pPr>
      <w:r>
        <w:t>صاحب، sometimes raising noise اور peaceful protest helps in highlighting issues to the authorities so they can check</w:t>
      </w:r>
    </w:p>
    <w:p>
      <w:r>
        <w:rPr>
          <w:b/>
        </w:rPr>
        <w:t xml:space="preserve">[50:20] </w:t>
      </w:r>
      <w:r>
        <w:t>the nuisance makers۔</w:t>
      </w:r>
    </w:p>
    <w:p>
      <w:pPr>
        <w:jc w:val="right"/>
      </w:pPr>
      <w:r>
        <w:t>the nuisance makers۔</w:t>
      </w:r>
    </w:p>
    <w:p>
      <w:r>
        <w:rPr>
          <w:b/>
        </w:rPr>
        <w:t xml:space="preserve">[50:25] </w:t>
      </w:r>
      <w:r>
        <w:t>Many social issues have got addressed as a result of such noisy campaigns in the public domain۔</w:t>
      </w:r>
    </w:p>
    <w:p>
      <w:pPr>
        <w:jc w:val="right"/>
      </w:pPr>
      <w:r>
        <w:t>Many social issues have got addressed as a result of such noisy campaigns in the public domain۔</w:t>
      </w:r>
    </w:p>
    <w:p>
      <w:r>
        <w:rPr>
          <w:b/>
        </w:rPr>
        <w:t xml:space="preserve">[50:30] </w:t>
      </w:r>
      <w:r>
        <w:t>Don't you think therefore that staging of protests like these sometimes is justified؟ dekhiye, justification dekhna kafi nahi</w:t>
      </w:r>
    </w:p>
    <w:p>
      <w:pPr>
        <w:jc w:val="right"/>
      </w:pPr>
      <w:r>
        <w:t>Don't you think therefore that staging of protests like these sometimes is justified؟ دیکھیے، justification دیکھنا کافی نہیں</w:t>
      </w:r>
    </w:p>
    <w:p>
      <w:r>
        <w:rPr>
          <w:b/>
        </w:rPr>
        <w:t xml:space="preserve">[50:35] </w:t>
      </w:r>
      <w:r>
        <w:t>hai, result ko dekhen۔</w:t>
      </w:r>
    </w:p>
    <w:p>
      <w:pPr>
        <w:jc w:val="right"/>
      </w:pPr>
      <w:r>
        <w:t>ہے، result کو دیکھیں۔</w:t>
      </w:r>
    </w:p>
    <w:p>
      <w:r>
        <w:rPr>
          <w:b/>
        </w:rPr>
        <w:t xml:space="preserve">[50:40] </w:t>
      </w:r>
      <w:r>
        <w:t>Result ko jo shor o ghoul karte hain, main to aaj tak kabhi is ka koi positive result dekha nahi۔</w:t>
      </w:r>
    </w:p>
    <w:p>
      <w:pPr>
        <w:jc w:val="right"/>
      </w:pPr>
      <w:r>
        <w:t>Result کو جو شور وغول کرتے ہیں، میں تو آج تک کبھی اس کا کوئی positive result دیکھا نہیں۔</w:t>
      </w:r>
    </w:p>
    <w:p>
      <w:r>
        <w:rPr>
          <w:b/>
        </w:rPr>
        <w:t xml:space="preserve">[50:45] </w:t>
      </w:r>
      <w:r>
        <w:t>sadkon par muzahire hote hain, result kuch nahi۔</w:t>
      </w:r>
    </w:p>
    <w:p>
      <w:pPr>
        <w:jc w:val="right"/>
      </w:pPr>
      <w:r>
        <w:t>سڑکوں پر مظاہرے ہوتے ہیں، result کچھ نہیں۔</w:t>
      </w:r>
    </w:p>
    <w:p>
      <w:r>
        <w:rPr>
          <w:b/>
        </w:rPr>
        <w:t xml:space="preserve">[50:50] </w:t>
      </w:r>
      <w:r>
        <w:t>to sirf yeh dekhna kafi nahi hai ke aap ka shor o ghoul jo hai, justified shor o</w:t>
      </w:r>
    </w:p>
    <w:p>
      <w:pPr>
        <w:jc w:val="right"/>
      </w:pPr>
      <w:r>
        <w:t>تو صرف یہ دیکھنا کافی نہیں ہے کہ آپ کا شور و غول جو ہے، justified شور و</w:t>
      </w:r>
    </w:p>
    <w:p>
      <w:r>
        <w:rPr>
          <w:b/>
        </w:rPr>
        <w:t xml:space="preserve">[50:55] </w:t>
      </w:r>
      <w:r>
        <w:t>ghoul hai, yeh sirf kafi nahi hai۔</w:t>
      </w:r>
    </w:p>
    <w:p>
      <w:pPr>
        <w:jc w:val="right"/>
      </w:pPr>
      <w:r>
        <w:t>غول ہے، یہ صرف کافی نہیں ہے۔</w:t>
      </w:r>
    </w:p>
    <w:p>
      <w:r>
        <w:rPr>
          <w:b/>
        </w:rPr>
        <w:t xml:space="preserve">[51:00] </w:t>
      </w:r>
      <w:r>
        <w:t>dekhna chahiye ke is se result kya nikla۔</w:t>
      </w:r>
    </w:p>
    <w:p>
      <w:pPr>
        <w:jc w:val="right"/>
      </w:pPr>
      <w:r>
        <w:t>دیکھنا چاہیے کہ اس سے result کیا نکلا۔</w:t>
      </w:r>
    </w:p>
    <w:p>
      <w:r>
        <w:rPr>
          <w:b/>
        </w:rPr>
        <w:t xml:space="preserve">[51:05] </w:t>
      </w:r>
      <w:r>
        <w:t>hadith mein aata hai ke bin hasan ne kitab mein mure, turka malaa yani hai۔</w:t>
      </w:r>
    </w:p>
    <w:p>
      <w:pPr>
        <w:jc w:val="right"/>
      </w:pPr>
      <w:r>
        <w:t>حدیث میں آتا ہے کہ بن حسن نے کتاب میں مرے، ترکہ مالا یعنی ہے۔</w:t>
      </w:r>
    </w:p>
    <w:p>
      <w:r>
        <w:rPr>
          <w:b/>
        </w:rPr>
        <w:t xml:space="preserve">[51:10] </w:t>
      </w:r>
      <w:r>
        <w:t>jis cheez mein result na ho, us ko chhoden۔</w:t>
      </w:r>
    </w:p>
    <w:p>
      <w:pPr>
        <w:jc w:val="right"/>
      </w:pPr>
      <w:r>
        <w:t>جس چیز میں result نہ ہو، اس کو چھوڑو۔</w:t>
      </w:r>
    </w:p>
    <w:p>
      <w:r>
        <w:rPr>
          <w:b/>
        </w:rPr>
        <w:t xml:space="preserve">[51:15] </w:t>
      </w:r>
      <w:r>
        <w:t>sirf yeh mat dekhen ke hum hum haq par hain۔</w:t>
      </w:r>
    </w:p>
    <w:p>
      <w:pPr>
        <w:jc w:val="right"/>
      </w:pPr>
      <w:r>
        <w:t>صرف یہ مت دیکھو کہ ہم ہم حق پر ہیں۔</w:t>
      </w:r>
    </w:p>
    <w:p>
      <w:r>
        <w:rPr>
          <w:b/>
        </w:rPr>
        <w:t xml:space="preserve">[51:20] </w:t>
      </w:r>
      <w:r>
        <w:t>yeh yeh mat dekhen, sirf yeh dekhen ke jo tum karne ja rahe ho, is ka koi result</w:t>
      </w:r>
    </w:p>
    <w:p>
      <w:pPr>
        <w:jc w:val="right"/>
      </w:pPr>
      <w:r>
        <w:t>یہ یہ مت دیکھو، صرف یہ دیکھو کہ جو تم کرنے جا رہے ہو، اس کا کوئی result</w:t>
      </w:r>
    </w:p>
    <w:p>
      <w:r>
        <w:rPr>
          <w:b/>
        </w:rPr>
        <w:t xml:space="preserve">[51:25] </w:t>
      </w:r>
      <w:r>
        <w:t>nikalta hai, positive result nahi to chhoden us ko۔</w:t>
      </w:r>
    </w:p>
    <w:p>
      <w:pPr>
        <w:jc w:val="right"/>
      </w:pPr>
      <w:r>
        <w:t>نکلتا ہے، positive result نہیں تو چھوڑو اس کو۔</w:t>
      </w:r>
    </w:p>
    <w:p>
      <w:r>
        <w:rPr>
          <w:b/>
        </w:rPr>
        <w:t xml:space="preserve">[51:30] </w:t>
      </w:r>
      <w:r>
        <w:t>yani chhoden ke mani hain ke koi doosri planning karo۔</w:t>
      </w:r>
    </w:p>
    <w:p>
      <w:pPr>
        <w:jc w:val="right"/>
      </w:pPr>
      <w:r>
        <w:t>یعنی چھوڑو کے معنی ہیں کہ کوئی دوسری planning کرو۔</w:t>
      </w:r>
    </w:p>
    <w:p>
      <w:r>
        <w:rPr>
          <w:b/>
        </w:rPr>
        <w:t xml:space="preserve">[51:36] </w:t>
      </w:r>
      <w:r>
        <w:t>jaise india mein suwar chander bose ki planning hui thi, woh wires par thi۔</w:t>
      </w:r>
    </w:p>
    <w:p>
      <w:pPr>
        <w:jc w:val="right"/>
      </w:pPr>
      <w:r>
        <w:t>جیسے انڈیا میں سوار چندر بوس کی planning ہوئی تھی، وہ wires پر تھی۔</w:t>
      </w:r>
    </w:p>
    <w:p>
      <w:r>
        <w:rPr>
          <w:b/>
        </w:rPr>
        <w:t xml:space="preserve">[51:41] </w:t>
      </w:r>
      <w:r>
        <w:t>to result nahi nikla۔</w:t>
      </w:r>
    </w:p>
    <w:p>
      <w:pPr>
        <w:jc w:val="right"/>
      </w:pPr>
      <w:r>
        <w:t>تو result نہیں نکلا۔</w:t>
      </w:r>
    </w:p>
    <w:p>
      <w:r>
        <w:rPr>
          <w:b/>
        </w:rPr>
        <w:t xml:space="preserve">[51:46] </w:t>
      </w:r>
      <w:r>
        <w:t>to gandhi ne chhoda us ko, chhod kar ke peaceful planning ki۔</w:t>
      </w:r>
    </w:p>
    <w:p>
      <w:pPr>
        <w:jc w:val="right"/>
      </w:pPr>
      <w:r>
        <w:t>تو گاندھی نے چھوڑا اس کو، چھوڑ کر کے peaceful planning کی۔</w:t>
      </w:r>
    </w:p>
    <w:p>
      <w:r>
        <w:rPr>
          <w:b/>
        </w:rPr>
        <w:t xml:space="preserve">[51:51] </w:t>
      </w:r>
      <w:r>
        <w:t>to jahan hum dekh chuke hain ke shor o ghoul ki parties jo hain, jis ko kisi ne</w:t>
      </w:r>
    </w:p>
    <w:p>
      <w:pPr>
        <w:jc w:val="right"/>
      </w:pPr>
      <w:r>
        <w:t>تو جہاں ہم دیکھ چکے ہیں کہ شور و غول کی parties جو ہیں، جس کو کسی نے</w:t>
      </w:r>
    </w:p>
    <w:p>
      <w:r>
        <w:rPr>
          <w:b/>
        </w:rPr>
        <w:t xml:space="preserve">[51:56] </w:t>
      </w:r>
      <w:r>
        <w:t>kaha ke ghoghai politics, to ghoghai parties be-nateja hain, resultless hain۔</w:t>
      </w:r>
    </w:p>
    <w:p>
      <w:pPr>
        <w:jc w:val="right"/>
      </w:pPr>
      <w:r>
        <w:t>کہا کہ غوغائی politics، تو غوغائی parties بے نتیجہ ہیں، resultless ہیں۔</w:t>
      </w:r>
    </w:p>
    <w:p>
      <w:r>
        <w:rPr>
          <w:b/>
        </w:rPr>
        <w:t xml:space="preserve">[52:01] </w:t>
      </w:r>
      <w:r>
        <w:t>koi positive is ka anjam nahi۔</w:t>
      </w:r>
    </w:p>
    <w:p>
      <w:pPr>
        <w:jc w:val="right"/>
      </w:pPr>
      <w:r>
        <w:t>کوئی positive اس کا انجام نہیں۔</w:t>
      </w:r>
    </w:p>
    <w:p>
      <w:r>
        <w:rPr>
          <w:b/>
        </w:rPr>
        <w:t xml:space="preserve">[52:06] </w:t>
      </w:r>
      <w:r>
        <w:t>to us ko chhoriye, doosri planning kijiye.</w:t>
      </w:r>
    </w:p>
    <w:p>
      <w:pPr>
        <w:jc w:val="right"/>
      </w:pPr>
      <w:r>
        <w:t>تو اس کو چھوڑیے، دوسری planning کیجئے۔</w:t>
      </w:r>
    </w:p>
    <w:p>
      <w:r>
        <w:rPr>
          <w:b/>
        </w:rPr>
        <w:t xml:space="preserve">[52:11] </w:t>
      </w:r>
      <w:r>
        <w:t>yani planning ko badliye apni.</w:t>
      </w:r>
    </w:p>
    <w:p>
      <w:pPr>
        <w:jc w:val="right"/>
      </w:pPr>
      <w:r>
        <w:t>یعنی planning کو بدلیے اپنی۔</w:t>
      </w:r>
    </w:p>
    <w:p>
      <w:r>
        <w:rPr>
          <w:b/>
        </w:rPr>
        <w:t xml:space="preserve">[52:16] </w:t>
      </w:r>
      <w:r>
        <w:t>yeh main keh raha hoon.</w:t>
      </w:r>
    </w:p>
    <w:p>
      <w:pPr>
        <w:jc w:val="right"/>
      </w:pPr>
      <w:r>
        <w:t>یہ میں کہہ رہا ہوں۔</w:t>
      </w:r>
    </w:p>
    <w:p>
      <w:r>
        <w:rPr>
          <w:b/>
        </w:rPr>
        <w:t xml:space="preserve">[52:21] </w:t>
      </w:r>
      <w:r>
        <w:t>maulana, agla sawal doctor safeena tabassum ne bheja hai ajmer se, aur unhon ne likha hai: maulana sahib,</w:t>
      </w:r>
    </w:p>
    <w:p>
      <w:pPr>
        <w:jc w:val="right"/>
      </w:pPr>
      <w:r>
        <w:t>مولانا، اگلا سوال ڈاکٹر سفینہ تبسم نے بھیجا ہے اجمیر سے، اور انہوں نے لکھا ہے: مولانا صاحب،</w:t>
      </w:r>
    </w:p>
    <w:p>
      <w:r>
        <w:rPr>
          <w:b/>
        </w:rPr>
        <w:t xml:space="preserve">[52:26] </w:t>
      </w:r>
      <w:r>
        <w:t>bohat musalmanon ka yeh kehna hai ke agar hum choti choti baaton par protest nahi karenge to</w:t>
      </w:r>
    </w:p>
    <w:p>
      <w:pPr>
        <w:jc w:val="right"/>
      </w:pPr>
      <w:r>
        <w:t>بہت مسلمانوں کا یہ کہنا ہے کہ اگر ہم چھوٹی چھوٹی باتوں پر protest نہیں کریں گے تو</w:t>
      </w:r>
    </w:p>
    <w:p>
      <w:r>
        <w:rPr>
          <w:b/>
        </w:rPr>
        <w:t xml:space="preserve">[52:31] </w:t>
      </w:r>
      <w:r>
        <w:t>hamare namaz roze par bhi eteraz hone lagega.</w:t>
      </w:r>
    </w:p>
    <w:p>
      <w:pPr>
        <w:jc w:val="right"/>
      </w:pPr>
      <w:r>
        <w:t>ہمارے نماز روزے پر بھی اعتراض ہونے لگے گا۔</w:t>
      </w:r>
    </w:p>
    <w:p>
      <w:r>
        <w:rPr>
          <w:b/>
        </w:rPr>
        <w:t xml:space="preserve">[52:36] </w:t>
      </w:r>
      <w:r>
        <w:t>un logon ko kya kaha jaye, is ke baray mein batayein.</w:t>
      </w:r>
    </w:p>
    <w:p>
      <w:pPr>
        <w:jc w:val="right"/>
      </w:pPr>
      <w:r>
        <w:t>ان لوگوں کو کیا کہا جائے، اس کے بارے میں بتائیں۔</w:t>
      </w:r>
    </w:p>
    <w:p>
      <w:r>
        <w:rPr>
          <w:b/>
        </w:rPr>
        <w:t xml:space="preserve">[52:41] </w:t>
      </w:r>
      <w:r>
        <w:t>yeh to aik jhoota, aik jhoota yani jhoota doubt hai, baseless doubt hai.</w:t>
      </w:r>
    </w:p>
    <w:p>
      <w:pPr>
        <w:jc w:val="right"/>
      </w:pPr>
      <w:r>
        <w:t>یہ تو ایک جھوٹا، ایک جھوٹا یعنی جھوٹا doubt ہے، baseless doubt ہے۔</w:t>
      </w:r>
    </w:p>
    <w:p>
      <w:r>
        <w:rPr>
          <w:b/>
        </w:rPr>
        <w:t xml:space="preserve">[52:46] </w:t>
      </w:r>
      <w:r>
        <w:t>yeh yahi to main keh raha hoon bar bar ke musalmanon ki ghalti hai ke woh isi speed</w:t>
      </w:r>
    </w:p>
    <w:p>
      <w:pPr>
        <w:jc w:val="right"/>
      </w:pPr>
      <w:r>
        <w:t>یہ یہی تو میں کہہ رہا ہوں بار بار کہ مسلمانوں کی غلطی ہے کہ وہ اسی speed</w:t>
      </w:r>
    </w:p>
    <w:p>
      <w:r>
        <w:rPr>
          <w:b/>
        </w:rPr>
        <w:t xml:space="preserve">[52:52] </w:t>
      </w:r>
      <w:r>
        <w:t>of age ko jante nahi.</w:t>
      </w:r>
    </w:p>
    <w:p>
      <w:pPr>
        <w:jc w:val="right"/>
      </w:pPr>
      <w:r>
        <w:t>of age کو جانتے نہیں۔</w:t>
      </w:r>
    </w:p>
    <w:p>
      <w:r>
        <w:rPr>
          <w:b/>
        </w:rPr>
        <w:t xml:space="preserve">[52:57] </w:t>
      </w:r>
      <w:r>
        <w:t>kabhi namumkin hai ke aap ki namaz roze par record dali jaye.</w:t>
      </w:r>
    </w:p>
    <w:p>
      <w:pPr>
        <w:jc w:val="right"/>
      </w:pPr>
      <w:r>
        <w:t>کبھی ناممکن ہے کہ آپ کی نماز روزے پر ریکارڈ ڈالی جائے۔</w:t>
      </w:r>
    </w:p>
    <w:p>
      <w:r>
        <w:rPr>
          <w:b/>
        </w:rPr>
        <w:t xml:space="preserve">[53:02] </w:t>
      </w:r>
      <w:r>
        <w:t>duniya mein kahin bhi record nahi hai.</w:t>
      </w:r>
    </w:p>
    <w:p>
      <w:pPr>
        <w:jc w:val="right"/>
      </w:pPr>
      <w:r>
        <w:t>دنیا میں کہیں بھی ریکارڈ نہیں ہے۔</w:t>
      </w:r>
    </w:p>
    <w:p>
      <w:r>
        <w:rPr>
          <w:b/>
        </w:rPr>
        <w:t xml:space="preserve">[53:07] </w:t>
      </w:r>
      <w:r>
        <w:t>record jo hai, aap ke nuisance par hai, aap ke violence par hai ke masjidon mein is kiya</w:t>
      </w:r>
    </w:p>
    <w:p>
      <w:pPr>
        <w:jc w:val="right"/>
      </w:pPr>
      <w:r>
        <w:t>ریکارڈ جو ہے، آپ کے nuisance پر ہے، آپ کے violence پر ہے کہ مسجدوں میں اس کیا</w:t>
      </w:r>
    </w:p>
    <w:p>
      <w:r>
        <w:rPr>
          <w:b/>
        </w:rPr>
        <w:t xml:space="preserve">[53:12] </w:t>
      </w:r>
      <w:r>
        <w:t>aaj kal ho raha hai ke jume ke din ekatha hote hain to masjidon mein nafrat ki taqreerein</w:t>
      </w:r>
    </w:p>
    <w:p>
      <w:pPr>
        <w:jc w:val="right"/>
      </w:pPr>
      <w:r>
        <w:t>آج کل ہو رہا ہے کہ جمعہ کے دن اکٹھا ہوتے ہیں تو مسجدوں میں نفرت کی تقریریں</w:t>
      </w:r>
    </w:p>
    <w:p>
      <w:r>
        <w:rPr>
          <w:b/>
        </w:rPr>
        <w:t xml:space="preserve">[53:17] </w:t>
      </w:r>
      <w:r>
        <w:t>hoti hain ke dushman hain, unhein humein, unhein hum yeh karna hai, woh karna hai.</w:t>
      </w:r>
    </w:p>
    <w:p>
      <w:pPr>
        <w:jc w:val="right"/>
      </w:pPr>
      <w:r>
        <w:t>ہوتی ہیں کہ دشمن ہیں، انہیں ہمیں، انہیں ہم یہ کرنا ہے، وہ کرنا ہے۔</w:t>
      </w:r>
    </w:p>
    <w:p>
      <w:r>
        <w:rPr>
          <w:b/>
        </w:rPr>
        <w:t xml:space="preserve">[53:22] </w:t>
      </w:r>
      <w:r>
        <w:t>to yeh cheez buri hai.</w:t>
      </w:r>
    </w:p>
    <w:p>
      <w:pPr>
        <w:jc w:val="right"/>
      </w:pPr>
      <w:r>
        <w:t>تو یہ چیز بری ہے۔</w:t>
      </w:r>
    </w:p>
    <w:p>
      <w:r>
        <w:rPr>
          <w:b/>
        </w:rPr>
        <w:t xml:space="preserve">[53:27] </w:t>
      </w:r>
      <w:r>
        <w:t>nafrat namaz nahi buri hai.</w:t>
      </w:r>
    </w:p>
    <w:p>
      <w:pPr>
        <w:jc w:val="right"/>
      </w:pPr>
      <w:r>
        <w:t>نفرت نماز نہیں بری ہے۔</w:t>
      </w:r>
    </w:p>
    <w:p>
      <w:r>
        <w:rPr>
          <w:b/>
        </w:rPr>
        <w:t xml:space="preserve">[53:32] </w:t>
      </w:r>
      <w:r>
        <w:t>koi duniya mein aisa nahi hai jo namaz ko roke.</w:t>
      </w:r>
    </w:p>
    <w:p>
      <w:pPr>
        <w:jc w:val="right"/>
      </w:pPr>
      <w:r>
        <w:t>کوئی دنیا میں ایسا نہیں ہے جو نماز کو روکے۔</w:t>
      </w:r>
    </w:p>
    <w:p>
      <w:r>
        <w:rPr>
          <w:b/>
        </w:rPr>
        <w:t xml:space="preserve">[53:37] </w:t>
      </w:r>
      <w:r>
        <w:t>jo roke ga, wohi ke aap aisi baat karte hain jo zamane ke khilaf ho, yani tashaddud ki</w:t>
      </w:r>
    </w:p>
    <w:p>
      <w:pPr>
        <w:jc w:val="right"/>
      </w:pPr>
      <w:r>
        <w:t>جو روکے گا، وہی کہ آپ ایسی بات کرتے ہیں جو زمانے کے خلاف ہو، یعنی تشدد کی</w:t>
      </w:r>
    </w:p>
    <w:p>
      <w:r>
        <w:rPr>
          <w:b/>
        </w:rPr>
        <w:t xml:space="preserve">[53:42] </w:t>
      </w:r>
      <w:r>
        <w:t>baat, nafrat ki baat.</w:t>
      </w:r>
    </w:p>
    <w:p>
      <w:pPr>
        <w:jc w:val="right"/>
      </w:pPr>
      <w:r>
        <w:t>بات، نفرت کی بات۔</w:t>
      </w:r>
    </w:p>
    <w:p>
      <w:r>
        <w:rPr>
          <w:b/>
        </w:rPr>
        <w:t xml:space="preserve">[53:47] </w:t>
      </w:r>
      <w:r>
        <w:t>yeh bilkul jhoote sarapa jhoot hai yeh kehna ke namaz ko rokeinge.</w:t>
      </w:r>
    </w:p>
    <w:p>
      <w:pPr>
        <w:jc w:val="right"/>
      </w:pPr>
      <w:r>
        <w:t>یہ بالکل جھوٹے سراپہ جھوٹ ہے یہ کہنا کہ نماز کو روکیں گے۔</w:t>
      </w:r>
    </w:p>
    <w:p>
      <w:r>
        <w:rPr>
          <w:b/>
        </w:rPr>
        <w:t xml:space="preserve">[53:52] </w:t>
      </w:r>
      <w:r>
        <w:t>is ki koi asal nahi hai.</w:t>
      </w:r>
    </w:p>
    <w:p>
      <w:pPr>
        <w:jc w:val="right"/>
      </w:pPr>
      <w:r>
        <w:t>اس کی کوئی اصل نہیں ہے۔</w:t>
      </w:r>
    </w:p>
    <w:p>
      <w:r>
        <w:rPr>
          <w:b/>
        </w:rPr>
        <w:t xml:space="preserve">[53:57] </w:t>
      </w:r>
      <w:r>
        <w:t>bilkul jhooti baat hai.</w:t>
      </w:r>
    </w:p>
    <w:p>
      <w:pPr>
        <w:jc w:val="right"/>
      </w:pPr>
      <w:r>
        <w:t>بالکل جھوٹی بات ہے۔</w:t>
      </w:r>
    </w:p>
    <w:p>
      <w:r>
        <w:rPr>
          <w:b/>
        </w:rPr>
        <w:t xml:space="preserve">[54:02] </w:t>
      </w:r>
      <w:r>
        <w:t>main ne kitni baar gaya hoon, main church mein gaya hoon, mandir mein gaya hoon, namaz ka waqt</w:t>
      </w:r>
    </w:p>
    <w:p>
      <w:pPr>
        <w:jc w:val="right"/>
      </w:pPr>
      <w:r>
        <w:t>میں نے کتنی بار گیا ہوں، میں چرچ میں گیا ہوں، مندر میں گیا ہوں، نماز کا وقت</w:t>
      </w:r>
    </w:p>
    <w:p>
      <w:r>
        <w:rPr>
          <w:b/>
        </w:rPr>
        <w:t xml:space="preserve">[54:07] </w:t>
      </w:r>
      <w:r>
        <w:t>hoga, logon ne khoob kaha aaj namaz padhiye.</w:t>
      </w:r>
    </w:p>
    <w:p>
      <w:pPr>
        <w:jc w:val="right"/>
      </w:pPr>
      <w:r>
        <w:t>ہوگا، لوگوں نے خوب کہا آج نماز پڑھیے۔</w:t>
      </w:r>
    </w:p>
    <w:p>
      <w:r>
        <w:rPr>
          <w:b/>
        </w:rPr>
        <w:t xml:space="preserve">[54:13] </w:t>
      </w:r>
      <w:r>
        <w:t>khare khare hotay hain ehtram ke liye.</w:t>
      </w:r>
    </w:p>
    <w:p>
      <w:pPr>
        <w:jc w:val="right"/>
      </w:pPr>
      <w:r>
        <w:t>کھڑے کھڑے ہوتے ہیں احترام کے لیے۔</w:t>
      </w:r>
    </w:p>
    <w:p>
      <w:r>
        <w:rPr>
          <w:b/>
        </w:rPr>
        <w:t xml:space="preserve">[54:18] </w:t>
      </w:r>
      <w:r>
        <w:t>aik martaba qissa likha tha mein ne risalay mein ke parvaram shastri ka program tha chapati par bombay</w:t>
      </w:r>
    </w:p>
    <w:p>
      <w:pPr>
        <w:jc w:val="right"/>
      </w:pPr>
      <w:r>
        <w:t>ایک مرتبہ قصہ لکھا تھا میں نے رسالے میں کہ پارورام شاستری کا پروگرام تھا چپاٹی پر بمبئی</w:t>
      </w:r>
    </w:p>
    <w:p>
      <w:r>
        <w:rPr>
          <w:b/>
        </w:rPr>
        <w:t xml:space="preserve">[54:23] </w:t>
      </w:r>
      <w:r>
        <w:t>mein, aur bohat bara majma tha wahan.</w:t>
      </w:r>
    </w:p>
    <w:p>
      <w:pPr>
        <w:jc w:val="right"/>
      </w:pPr>
      <w:r>
        <w:t>میں، اور بہت بڑا مجمع تھا وہاں۔</w:t>
      </w:r>
    </w:p>
    <w:p>
      <w:r>
        <w:rPr>
          <w:b/>
        </w:rPr>
        <w:t xml:space="preserve">[54:28] </w:t>
      </w:r>
      <w:r>
        <w:t>to bohat ooncha pandal laga hua tha.</w:t>
      </w:r>
    </w:p>
    <w:p>
      <w:pPr>
        <w:jc w:val="right"/>
      </w:pPr>
      <w:r>
        <w:t>تو بہت اونچا پنڈال لگا ہوا تھا۔</w:t>
      </w:r>
    </w:p>
    <w:p>
      <w:r>
        <w:rPr>
          <w:b/>
        </w:rPr>
        <w:t xml:space="preserve">[54:33] </w:t>
      </w:r>
      <w:r>
        <w:t>to maghrib ka waqt ho gaya.</w:t>
      </w:r>
    </w:p>
    <w:p>
      <w:pPr>
        <w:jc w:val="right"/>
      </w:pPr>
      <w:r>
        <w:t>تو مغرب کا وقت ہو گیا۔</w:t>
      </w:r>
    </w:p>
    <w:p>
      <w:r>
        <w:rPr>
          <w:b/>
        </w:rPr>
        <w:t xml:space="preserve">[54:38] </w:t>
      </w:r>
      <w:r>
        <w:t>to mein ne kaha ke maghrib ka waqt ho gaya hai.</w:t>
      </w:r>
    </w:p>
    <w:p>
      <w:pPr>
        <w:jc w:val="right"/>
      </w:pPr>
      <w:r>
        <w:t>تو میں نے کہا کہ مغرب کا وقت ہو گیا ہے۔</w:t>
      </w:r>
    </w:p>
    <w:p>
      <w:r>
        <w:rPr>
          <w:b/>
        </w:rPr>
        <w:t xml:space="preserve">[54:43] </w:t>
      </w:r>
      <w:r>
        <w:t>to unhon ne kaha ke aap yahin parhiye, yahin parhiye pandal par.</w:t>
      </w:r>
    </w:p>
    <w:p>
      <w:pPr>
        <w:jc w:val="right"/>
      </w:pPr>
      <w:r>
        <w:t>تو انہوں نے کہا کہ آپ یہیں پڑھیے، یہیں پڑھیے پنڈال پر۔</w:t>
      </w:r>
    </w:p>
    <w:p>
      <w:r>
        <w:rPr>
          <w:b/>
        </w:rPr>
        <w:t xml:space="preserve">[54:48] </w:t>
      </w:r>
      <w:r>
        <w:t>to unhon ne apni taqreer rok di.</w:t>
      </w:r>
    </w:p>
    <w:p>
      <w:pPr>
        <w:jc w:val="right"/>
      </w:pPr>
      <w:r>
        <w:t>تو انہوں نے اپنی تقریر روک دی۔</w:t>
      </w:r>
    </w:p>
    <w:p>
      <w:r>
        <w:rPr>
          <w:b/>
        </w:rPr>
        <w:t xml:space="preserve">[54:53] </w:t>
      </w:r>
      <w:r>
        <w:t>aur mein ne sab ke samne, lakhon aadmi thay, wahi pandal, ooncha pandal tha, woh khare ho kar namaz parhi.</w:t>
      </w:r>
    </w:p>
    <w:p>
      <w:pPr>
        <w:jc w:val="right"/>
      </w:pPr>
      <w:r>
        <w:t>اور میں نے سب کے سامنے، لاکھوں آدمی تھے، وہی پنڈال، اونچا پنڈال تھا، وہ کھڑے ہو کر نماز پڑھی۔</w:t>
      </w:r>
    </w:p>
    <w:p>
      <w:r>
        <w:rPr>
          <w:b/>
        </w:rPr>
        <w:t xml:space="preserve">[54:58] </w:t>
      </w:r>
      <w:r>
        <w:t>yeh jhooti baat hai yeh.</w:t>
      </w:r>
    </w:p>
    <w:p>
      <w:pPr>
        <w:jc w:val="right"/>
      </w:pPr>
      <w:r>
        <w:t>یہ جھوٹی بات ہے یہ۔</w:t>
      </w:r>
    </w:p>
    <w:p>
      <w:r>
        <w:rPr>
          <w:b/>
        </w:rPr>
        <w:t xml:space="preserve">[55:03] </w:t>
      </w:r>
      <w:r>
        <w:t>yeh to jhooti baat hai.</w:t>
      </w:r>
    </w:p>
    <w:p>
      <w:pPr>
        <w:jc w:val="right"/>
      </w:pPr>
      <w:r>
        <w:t>یہ تو جھوٹی بات ہے۔</w:t>
      </w:r>
    </w:p>
    <w:p>
      <w:r>
        <w:rPr>
          <w:b/>
        </w:rPr>
        <w:t xml:space="preserve">[55:08] </w:t>
      </w:r>
      <w:r>
        <w:t>maulana, agla sawal jamshed pur se bheja hai abdul sahib ne, aur unhon ne likha hai: maulana sahib, I</w:t>
      </w:r>
    </w:p>
    <w:p>
      <w:pPr>
        <w:jc w:val="right"/>
      </w:pPr>
      <w:r>
        <w:t>مولانا، اگلا سوال جمشید پور سے بھیجا ہے عبدالصاحب نے، اور انہوں نے لکھا ہے: مولانا صاحب، I</w:t>
      </w:r>
    </w:p>
    <w:p>
      <w:r>
        <w:rPr>
          <w:b/>
        </w:rPr>
        <w:t xml:space="preserve">[55:13] </w:t>
      </w:r>
      <w:r>
        <w:t>often get negative thoughts which I am not able to suppress or control, and as a result I</w:t>
      </w:r>
    </w:p>
    <w:p>
      <w:pPr>
        <w:jc w:val="right"/>
      </w:pPr>
      <w:r>
        <w:t>often get negative thoughts which I am not able to suppress or control, and as a result I</w:t>
      </w:r>
    </w:p>
    <w:p>
      <w:r>
        <w:rPr>
          <w:b/>
        </w:rPr>
        <w:t xml:space="preserve">[55:18] </w:t>
      </w:r>
      <w:r>
        <w:t>end up taking wrong decisions.</w:t>
      </w:r>
    </w:p>
    <w:p>
      <w:pPr>
        <w:jc w:val="right"/>
      </w:pPr>
      <w:r>
        <w:t>end up taking wrong decisions.</w:t>
      </w:r>
    </w:p>
    <w:p>
      <w:r>
        <w:rPr>
          <w:b/>
        </w:rPr>
        <w:t xml:space="preserve">[55:23] </w:t>
      </w:r>
      <w:r>
        <w:t>my problem is that I know myself that I am getting wrong thoughts, but I am unable to control myself.</w:t>
      </w:r>
    </w:p>
    <w:p>
      <w:pPr>
        <w:jc w:val="right"/>
      </w:pPr>
      <w:r>
        <w:t>My problem is that I know myself that I am getting wrong thoughts, but I am unable to control myself.</w:t>
      </w:r>
    </w:p>
    <w:p>
      <w:r>
        <w:rPr>
          <w:b/>
        </w:rPr>
        <w:t xml:space="preserve">[55:29] </w:t>
      </w:r>
      <w:r>
        <w:t>For example, I am very short-tempered. I also become greedy at times, and sometimes I get depressed. I really want to change myself and want to become a better person. Can you please advise me a practical way, or what should I do which will help me become mentally stronger?</w:t>
      </w:r>
    </w:p>
    <w:p>
      <w:pPr>
        <w:jc w:val="right"/>
      </w:pPr>
      <w:r>
        <w:t>For example, I am very short-tempered. I also become greedy at times, and sometimes I get depressed. I really want to change myself and want to become a better person. Can you please advise me a practical way, or what should I do which will help me become mentally stronger?</w:t>
      </w:r>
    </w:p>
    <w:p>
      <w:r>
        <w:rPr>
          <w:b/>
        </w:rPr>
        <w:t xml:space="preserve">[55:52] </w:t>
      </w:r>
      <w:r>
        <w:t>is there any dua? maulana sahib, please help me.</w:t>
      </w:r>
    </w:p>
    <w:p>
      <w:pPr>
        <w:jc w:val="right"/>
      </w:pPr>
      <w:r>
        <w:t>Is there any دعا؟ مولانا صاحب، please help me.</w:t>
      </w:r>
    </w:p>
    <w:p>
      <w:r>
        <w:rPr>
          <w:b/>
        </w:rPr>
        <w:t xml:space="preserve">[55:57] </w:t>
      </w:r>
      <w:r>
        <w:t>yeh dua ka masla nahi hai, yeh apne mind ki re-engineering ka masla hai.</w:t>
      </w:r>
    </w:p>
    <w:p>
      <w:pPr>
        <w:jc w:val="right"/>
      </w:pPr>
      <w:r>
        <w:t>یہ دعا کا مسئلہ نہیں ہے، یہ اپنے mind کی re-engineering کا مسئلہ ہے۔</w:t>
      </w:r>
    </w:p>
    <w:p>
      <w:r>
        <w:rPr>
          <w:b/>
        </w:rPr>
        <w:t xml:space="preserve">[56:02] </w:t>
      </w:r>
      <w:r>
        <w:t>آپ ہمارا monthly magazine اردو میں پڑھیے، رسالہ انگلش میں ہے، Spirit of Islam اس کو پڑھیے۔</w:t>
      </w:r>
    </w:p>
    <w:p>
      <w:pPr>
        <w:jc w:val="right"/>
      </w:pPr>
      <w:r>
        <w:t>آپ ہمارا monthly magazine اردو میں پڑھیے، رسالہ انگلش میں ہے، اسپیٹ آف اسٹاپ اس کو پڑھیے۔</w:t>
      </w:r>
    </w:p>
    <w:p>
      <w:r>
        <w:rPr>
          <w:b/>
        </w:rPr>
        <w:t xml:space="preserve">[56:08] </w:t>
      </w:r>
      <w:r>
        <w:t>ہماری کئی کتابیں ہیں، English میں ہیں، World Vision، Simple Wisdom اس کو پڑھیے۔</w:t>
      </w:r>
    </w:p>
    <w:p>
      <w:pPr>
        <w:jc w:val="right"/>
      </w:pPr>
      <w:r>
        <w:t>ہماری کئی کتابیں ہیں، انگلش میں ہیں، World Vision، Simple Wisdom اس کو پڑھیے۔</w:t>
      </w:r>
    </w:p>
    <w:p>
      <w:r>
        <w:rPr>
          <w:b/>
        </w:rPr>
        <w:t xml:space="preserve">[56:13] </w:t>
      </w:r>
      <w:r>
        <w:t>hamari char kitabein urdu mein hain, raaz hayat, taabeer hayat, rehnuma hayat, kitab zindagi aap parhiye.</w:t>
      </w:r>
    </w:p>
    <w:p>
      <w:pPr>
        <w:jc w:val="right"/>
      </w:pPr>
      <w:r>
        <w:t>ہماری چار کتابیں اردو میں ہیں، راز حیات، تعبیر حیات، رہنما حیات، کتاب زندگی آپ پڑھیے۔</w:t>
      </w:r>
    </w:p>
    <w:p>
      <w:r>
        <w:rPr>
          <w:b/>
        </w:rPr>
        <w:t xml:space="preserve">[56:19] </w:t>
      </w:r>
      <w:r>
        <w:t>aur mujhe yaqeen hai ke aap ka yeh mizaj khatam ho jayega.</w:t>
      </w:r>
    </w:p>
    <w:p>
      <w:pPr>
        <w:jc w:val="right"/>
      </w:pPr>
      <w:r>
        <w:t>اور مجھے یقین ہے کہ آپ کا یہ مزاج ختم ہو جائے گا۔</w:t>
      </w:r>
    </w:p>
    <w:p>
      <w:r>
        <w:rPr>
          <w:b/>
        </w:rPr>
        <w:t xml:space="preserve">[56:24] </w:t>
      </w:r>
      <w:r>
        <w:t>phir koi har insan insan hai.</w:t>
      </w:r>
    </w:p>
    <w:p>
      <w:pPr>
        <w:jc w:val="right"/>
      </w:pPr>
      <w:r>
        <w:t>پھر کوئی ہر انسان انسان ہے۔</w:t>
      </w:r>
    </w:p>
    <w:p>
      <w:r>
        <w:rPr>
          <w:b/>
        </w:rPr>
        <w:t xml:space="preserve">[56:30] </w:t>
      </w:r>
      <w:r>
        <w:t>aap aap ka jo wrong way of thinking hai, woh woh khatam ho jayega, bas sab theek</w:t>
      </w:r>
    </w:p>
    <w:p>
      <w:pPr>
        <w:jc w:val="right"/>
      </w:pPr>
      <w:r>
        <w:t>آپ آپ کا جو wrong way of thinking ہے، وہ وہ ختم ہو جائے گا، بس سب ٹھیک</w:t>
      </w:r>
    </w:p>
    <w:p>
      <w:r>
        <w:rPr>
          <w:b/>
        </w:rPr>
        <w:t xml:space="preserve">[56:35] </w:t>
      </w:r>
      <w:r>
        <w:t>ho jayega.</w:t>
      </w:r>
    </w:p>
    <w:p>
      <w:pPr>
        <w:jc w:val="right"/>
      </w:pPr>
      <w:r>
        <w:t>ہو جائے گا۔</w:t>
      </w:r>
    </w:p>
    <w:p>
      <w:r>
        <w:rPr>
          <w:b/>
        </w:rPr>
        <w:t xml:space="preserve">[56:40] </w:t>
      </w:r>
      <w:r>
        <w:t>aap hamari kitabein parhiye.</w:t>
      </w:r>
    </w:p>
    <w:p>
      <w:pPr>
        <w:jc w:val="right"/>
      </w:pPr>
      <w:r>
        <w:t>آپ ہماری کتابیں پڑھیے۔</w:t>
      </w:r>
    </w:p>
    <w:p>
      <w:r>
        <w:rPr>
          <w:b/>
        </w:rPr>
        <w:t xml:space="preserve">[56:46] </w:t>
      </w:r>
      <w:r>
        <w:t>maulana, agla sawal dilli se bheja hai miss naghma siddiqui ne, aur unhon ne likha hai: while we</w:t>
      </w:r>
    </w:p>
    <w:p>
      <w:pPr>
        <w:jc w:val="right"/>
      </w:pPr>
      <w:r>
        <w:t>مولانا، اگلا سوال دلی سے بھیجا ہے مس نغمہ صدیقی نے، اور انہوں نے لکھا ہے: While we</w:t>
      </w:r>
    </w:p>
    <w:p>
      <w:r>
        <w:rPr>
          <w:b/>
        </w:rPr>
        <w:t xml:space="preserve">[56:51] </w:t>
      </w:r>
      <w:r>
        <w:t>are thankful to god to have given us a chance to be part of the culmination of islamic</w:t>
      </w:r>
    </w:p>
    <w:p>
      <w:pPr>
        <w:jc w:val="right"/>
      </w:pPr>
      <w:r>
        <w:t>are thankful to God to have given us a chance to be part of the culmination of Islamic</w:t>
      </w:r>
    </w:p>
    <w:p>
      <w:r>
        <w:rPr>
          <w:b/>
        </w:rPr>
        <w:t xml:space="preserve">[56:57] </w:t>
      </w:r>
      <w:r>
        <w:t>mission, but it seems an overwhelming task.</w:t>
      </w:r>
    </w:p>
    <w:p>
      <w:pPr>
        <w:jc w:val="right"/>
      </w:pPr>
      <w:r>
        <w:t>mission, but it seems an overwhelming task.</w:t>
      </w:r>
    </w:p>
    <w:p>
      <w:r>
        <w:rPr>
          <w:b/>
        </w:rPr>
        <w:t xml:space="preserve">[57:02] </w:t>
      </w:r>
      <w:r>
        <w:t>How can we stay stress-free?</w:t>
      </w:r>
    </w:p>
    <w:p>
      <w:pPr>
        <w:jc w:val="right"/>
      </w:pPr>
      <w:r>
        <w:t>How can we stay stress-free?</w:t>
      </w:r>
    </w:p>
    <w:p>
      <w:r>
        <w:rPr>
          <w:b/>
        </w:rPr>
        <w:t xml:space="preserve">[57:08] </w:t>
      </w:r>
      <w:r>
        <w:t>Please advise us.</w:t>
      </w:r>
    </w:p>
    <w:p>
      <w:pPr>
        <w:jc w:val="right"/>
      </w:pPr>
      <w:r>
        <w:t>Please advise us۔</w:t>
      </w:r>
    </w:p>
    <w:p>
      <w:r>
        <w:rPr>
          <w:b/>
        </w:rPr>
        <w:t xml:space="preserve">[57:13] </w:t>
      </w:r>
      <w:r>
        <w:t>hazrat baseer se kisi koi koi mila, unhon ne divine mission ki baat ki is se, to is</w:t>
      </w:r>
    </w:p>
    <w:p>
      <w:pPr>
        <w:jc w:val="right"/>
      </w:pPr>
      <w:r>
        <w:t>حضرت بصیر سے کسی کوئی کوئی ملا، انہوں نے divine mission کی بات کی اس سے، تو اس</w:t>
      </w:r>
    </w:p>
    <w:p>
      <w:r>
        <w:rPr>
          <w:b/>
        </w:rPr>
        <w:t xml:space="preserve">[57:19] </w:t>
      </w:r>
      <w:r>
        <w:t>ne kaha ke yeh to bara mushkil kaam hai.</w:t>
      </w:r>
    </w:p>
    <w:p>
      <w:pPr>
        <w:jc w:val="right"/>
      </w:pPr>
      <w:r>
        <w:t>نے کہا کہ یہ تو بڑا مشکل کام ہے۔</w:t>
      </w:r>
    </w:p>
    <w:p>
      <w:r>
        <w:rPr>
          <w:b/>
        </w:rPr>
        <w:t xml:space="preserve">[57:25] </w:t>
      </w:r>
      <w:r>
        <w:t>to hazrat baseer jawab diya tha ke insaan ke liye mushkil hai, khuda ke liye aasan hai.</w:t>
      </w:r>
    </w:p>
    <w:p>
      <w:pPr>
        <w:jc w:val="right"/>
      </w:pPr>
      <w:r>
        <w:t>تو حضرت بصیر جواب دیا تھا کہ انسان کے لیے مشکل ہے، خدا کے لیے آسان ہے۔</w:t>
      </w:r>
    </w:p>
    <w:p>
      <w:r>
        <w:rPr>
          <w:b/>
        </w:rPr>
        <w:t xml:space="preserve">[57:31] </w:t>
      </w:r>
      <w:r>
        <w:t>to hum mein sab sathiyon se mein kahoon ga ke aap apne mission mein dua ko shamil kar</w:t>
      </w:r>
    </w:p>
    <w:p>
      <w:pPr>
        <w:jc w:val="right"/>
      </w:pPr>
      <w:r>
        <w:t>تو ہم میں سب ساتھیوں سے میں کہوں گا کہ آپ اپنے mission میں دعا کو شامل کر</w:t>
      </w:r>
    </w:p>
    <w:p>
      <w:r>
        <w:rPr>
          <w:b/>
        </w:rPr>
        <w:t xml:space="preserve">[57:37] </w:t>
      </w:r>
      <w:r>
        <w:t>lijiyay, bas bas sab cheez hal hai, dua ko shamil kar lijiyay.</w:t>
      </w:r>
    </w:p>
    <w:p>
      <w:pPr>
        <w:jc w:val="right"/>
      </w:pPr>
      <w:r>
        <w:t>لیجئے، بس بس سب چیز حل ہے، دعا کو شامل کر لیجئے۔</w:t>
      </w:r>
    </w:p>
    <w:p>
      <w:r>
        <w:rPr>
          <w:b/>
        </w:rPr>
        <w:t xml:space="preserve">[57:43] </w:t>
      </w:r>
      <w:r>
        <w:t>maulana, agla sawal dilli se bheja hai anwar subhani sahib ne, aur unhon ne likha hai: gunah ke</w:t>
      </w:r>
    </w:p>
    <w:p>
      <w:pPr>
        <w:jc w:val="right"/>
      </w:pPr>
      <w:r>
        <w:t>مولانا، اگلا سوال دلی سے بھیجا ہے انور سبحانی صاحب نے، اور انہوں نے لکھا ہے: گناہ کے</w:t>
      </w:r>
    </w:p>
    <w:p>
      <w:r>
        <w:rPr>
          <w:b/>
        </w:rPr>
        <w:t xml:space="preserve">[57:49] </w:t>
      </w:r>
      <w:r>
        <w:t>baad will power kamzor par jati hai.</w:t>
      </w:r>
    </w:p>
    <w:p>
      <w:pPr>
        <w:jc w:val="right"/>
      </w:pPr>
      <w:r>
        <w:t>بعد will power کمزور پڑ جاتی ہے۔</w:t>
      </w:r>
    </w:p>
    <w:p>
      <w:r>
        <w:rPr>
          <w:b/>
        </w:rPr>
        <w:t xml:space="preserve">[57:55] </w:t>
      </w:r>
      <w:r>
        <w:t>aisi halat mein hum tauba kaise karein, aur Allah pak se maafi ki umeed kaise rakhein, is ke</w:t>
      </w:r>
    </w:p>
    <w:p>
      <w:pPr>
        <w:jc w:val="right"/>
      </w:pPr>
      <w:r>
        <w:t>ایسی حالت میں ہم توبہ کیسے کریں، اور اللہ پاک سے معافی کی امید کیسے رکھیں، اس کے</w:t>
      </w:r>
    </w:p>
    <w:p>
      <w:r>
        <w:rPr>
          <w:b/>
        </w:rPr>
        <w:t xml:space="preserve">[58:01] </w:t>
      </w:r>
      <w:r>
        <w:t>baray mein bataein.</w:t>
      </w:r>
    </w:p>
    <w:p>
      <w:pPr>
        <w:jc w:val="right"/>
      </w:pPr>
      <w:r>
        <w:t>بارے میں بتائیں۔</w:t>
      </w:r>
    </w:p>
    <w:p>
      <w:r>
        <w:rPr>
          <w:b/>
        </w:rPr>
        <w:t xml:space="preserve">[58:07] </w:t>
      </w:r>
      <w:r>
        <w:t>yeh baat jo hai psychology ke khilaf hai, bilkul khilaf.</w:t>
      </w:r>
    </w:p>
    <w:p>
      <w:pPr>
        <w:jc w:val="right"/>
      </w:pPr>
      <w:r>
        <w:t>یہ بات جو ہے psychology کے خلاف ہے، بالکل خلاف۔</w:t>
      </w:r>
    </w:p>
    <w:p>
      <w:r>
        <w:rPr>
          <w:b/>
        </w:rPr>
        <w:t xml:space="preserve">[58:13] </w:t>
      </w:r>
      <w:r>
        <w:t>consciousness ka jo concept hai, us ke khilaf hai.</w:t>
      </w:r>
    </w:p>
    <w:p>
      <w:pPr>
        <w:jc w:val="right"/>
      </w:pPr>
      <w:r>
        <w:t>Consciousness کا جو concept ہے، اس کے خلاف ہے۔</w:t>
      </w:r>
    </w:p>
    <w:p>
      <w:r>
        <w:rPr>
          <w:b/>
        </w:rPr>
        <w:t xml:space="preserve">[58:19] </w:t>
      </w:r>
      <w:r>
        <w:t>nature ka ek mechanism hai aadmi ke andar jo kehte hain conscious zamir.</w:t>
      </w:r>
    </w:p>
    <w:p>
      <w:pPr>
        <w:jc w:val="right"/>
      </w:pPr>
      <w:r>
        <w:t>Nature کا ایک mechanism ہے آدمی کے اندر جو کہتے ہیں conscious ضمیر۔</w:t>
      </w:r>
    </w:p>
    <w:p>
      <w:r>
        <w:rPr>
          <w:b/>
        </w:rPr>
        <w:t xml:space="preserve">[58:25] </w:t>
      </w:r>
      <w:r>
        <w:t>aadmi ke sath gunah ho to foran woh activate ho jata hai, woh woh system activate ho jata hai.</w:t>
      </w:r>
    </w:p>
    <w:p>
      <w:pPr>
        <w:jc w:val="right"/>
      </w:pPr>
      <w:r>
        <w:t>آدمی کے ساتھ گناہ ہو تو فوراً وہ activate ہو جاتا ہے، وہ وہ system activate ہو جاتا ہے۔</w:t>
      </w:r>
    </w:p>
    <w:p>
      <w:r>
        <w:rPr>
          <w:b/>
        </w:rPr>
        <w:t xml:space="preserve">[58:31] </w:t>
      </w:r>
      <w:r>
        <w:t>yeh baat aap jo keh rahe hain, bilkul insani nafsiyat ke khilaf hai, psychology ke khilaf hai.</w:t>
      </w:r>
    </w:p>
    <w:p>
      <w:pPr>
        <w:jc w:val="right"/>
      </w:pPr>
      <w:r>
        <w:t>یہ بات آپ جو کہہ رہے ہیں، بالکل انسانی نفسیات کے خلاف ہے، psychology کے خلاف ہے۔</w:t>
      </w:r>
    </w:p>
    <w:p>
      <w:r>
        <w:rPr>
          <w:b/>
        </w:rPr>
        <w:t xml:space="preserve">[58:37] </w:t>
      </w:r>
      <w:r>
        <w:t>yeh fitrat mein interwoven hai ke agar ek aadmi koi galat kaam kar de to foran hi instantly</w:t>
      </w:r>
    </w:p>
    <w:p>
      <w:pPr>
        <w:jc w:val="right"/>
      </w:pPr>
      <w:r>
        <w:t>یہ فطرت میں interwoven ہے کہ اگر ایک آدمی کوئی غلط کام کر دے تو فوراً ہی instantly</w:t>
      </w:r>
    </w:p>
    <w:p>
      <w:r>
        <w:rPr>
          <w:b/>
        </w:rPr>
        <w:t xml:space="preserve">[58:43] </w:t>
      </w:r>
      <w:r>
        <w:t>us ke andar zamir ka mechanism jaag uthta hai.</w:t>
      </w:r>
    </w:p>
    <w:p>
      <w:pPr>
        <w:jc w:val="right"/>
      </w:pPr>
      <w:r>
        <w:t>اس کے اندر ضمیر کا mechanism جاگ اٹھتا ہے۔</w:t>
      </w:r>
    </w:p>
    <w:p>
      <w:r>
        <w:rPr>
          <w:b/>
        </w:rPr>
        <w:t xml:space="preserve">[58:49] </w:t>
      </w:r>
      <w:r>
        <w:t>is ki awaz suniye.</w:t>
      </w:r>
    </w:p>
    <w:p>
      <w:pPr>
        <w:jc w:val="right"/>
      </w:pPr>
      <w:r>
        <w:t>اس کی آواز سنیے۔</w:t>
      </w:r>
    </w:p>
    <w:p>
      <w:r>
        <w:rPr>
          <w:b/>
        </w:rPr>
        <w:t xml:space="preserve">[58:55] </w:t>
      </w:r>
      <w:r>
        <w:t>mein samajhta hoon ke yeh baat jo unhon ne kahi hai, yeh bilkul unnatural hai aur khilaf waqea hai.</w:t>
      </w:r>
    </w:p>
    <w:p>
      <w:pPr>
        <w:jc w:val="right"/>
      </w:pPr>
      <w:r>
        <w:t>میں سمجھتا ہوں کہ یہ بات جو انہوں نے کہی ہے، یہ بالکل unnatural ہے اور خلاف واقعہ ہے۔</w:t>
      </w:r>
    </w:p>
    <w:p>
      <w:r>
        <w:rPr>
          <w:b/>
        </w:rPr>
        <w:t xml:space="preserve">[59:01] </w:t>
      </w:r>
      <w:r>
        <w:t>maulana, agla sawal imran sahib ne kiya hai dilli se, aur unhon ne likha hai: maulana sahib, talaq</w:t>
      </w:r>
    </w:p>
    <w:p>
      <w:pPr>
        <w:jc w:val="right"/>
      </w:pPr>
      <w:r>
        <w:t>مولانا، اگلا سوال عمران صاحب نے کیا ہے دلی سے، اور انہوں نے لکھا ہے: مولانا صاحب، طلاق</w:t>
      </w:r>
    </w:p>
    <w:p>
      <w:r>
        <w:rPr>
          <w:b/>
        </w:rPr>
        <w:t xml:space="preserve">[59:07] </w:t>
      </w:r>
      <w:r>
        <w:t>ke maslay par hukumat ne jo stand liya hai, us ki wajah se musalmanon mein bechaini paida</w:t>
      </w:r>
    </w:p>
    <w:p>
      <w:pPr>
        <w:jc w:val="right"/>
      </w:pPr>
      <w:r>
        <w:t>کے مسئلے پر حکومت نے جو stand لیا ہے، اس کی وجہ سے مسلمانوں میں بے چینی پیدا</w:t>
      </w:r>
    </w:p>
    <w:p>
      <w:r>
        <w:rPr>
          <w:b/>
        </w:rPr>
        <w:t xml:space="preserve">[59:13] </w:t>
      </w:r>
      <w:r>
        <w:t>ho rahi hai.</w:t>
      </w:r>
    </w:p>
    <w:p>
      <w:pPr>
        <w:jc w:val="right"/>
      </w:pPr>
      <w:r>
        <w:t>ہو رہی ہے۔</w:t>
      </w:r>
    </w:p>
    <w:p>
      <w:r>
        <w:rPr>
          <w:b/>
        </w:rPr>
        <w:t xml:space="preserve">[59:19] </w:t>
      </w:r>
      <w:r>
        <w:t>lekin talaq ka jo misuse ho raha hai, us se bohat khandan aur khawateen suffer kar rahi hain.</w:t>
      </w:r>
    </w:p>
    <w:p>
      <w:pPr>
        <w:jc w:val="right"/>
      </w:pPr>
      <w:r>
        <w:t>لیکن طلاق کا جو misuse ہو رہا ہے، اس سے بہت خاندان اور خواتین سفر کر رہی ہیں۔</w:t>
      </w:r>
    </w:p>
    <w:p>
      <w:r>
        <w:rPr>
          <w:b/>
        </w:rPr>
        <w:t xml:space="preserve">[59:25] </w:t>
      </w:r>
      <w:r>
        <w:t>kya yeh log logon mein awareness na hone ki waja se aisa ho raha hai? aur jo log</w:t>
      </w:r>
    </w:p>
    <w:p>
      <w:pPr>
        <w:jc w:val="right"/>
      </w:pPr>
      <w:r>
        <w:t>کیا یہ لوگ لوگوں میں awareness نہ ہونے کی وجہ سے ایسا ہو رہا ہے؟ اور جو لوگ</w:t>
      </w:r>
    </w:p>
    <w:p>
      <w:r>
        <w:rPr>
          <w:b/>
        </w:rPr>
        <w:t xml:space="preserve">[59:31] </w:t>
      </w:r>
      <w:r>
        <w:t>teen talaq dete hain, un ke khilaaf koi qanoon nahi ban sakta, un ko koi saza nahi mil</w:t>
      </w:r>
    </w:p>
    <w:p>
      <w:pPr>
        <w:jc w:val="right"/>
      </w:pPr>
      <w:r>
        <w:t>تین طلاق دیتے ہیں، ان کے خلاف کوئی قانون نہیں بن سکتا، ان کو کوئی سزا نہیں مل</w:t>
      </w:r>
    </w:p>
    <w:p>
      <w:r>
        <w:rPr>
          <w:b/>
        </w:rPr>
        <w:t xml:space="preserve">[59:37] </w:t>
      </w:r>
      <w:r>
        <w:t>sakti jaisay ke hazrat umar ne kiya.</w:t>
      </w:r>
    </w:p>
    <w:p>
      <w:pPr>
        <w:jc w:val="right"/>
      </w:pPr>
      <w:r>
        <w:t>سکتی جیسے کہ حضرت عمر نے کیا۔</w:t>
      </w:r>
    </w:p>
    <w:p>
      <w:r>
        <w:rPr>
          <w:b/>
        </w:rPr>
        <w:t xml:space="preserve">[59:43] </w:t>
      </w:r>
      <w:r>
        <w:t>is ka hal kya hai, is ke baray mein bataein.</w:t>
      </w:r>
    </w:p>
    <w:p>
      <w:pPr>
        <w:jc w:val="right"/>
      </w:pPr>
      <w:r>
        <w:t>اس کا حل کیا ہے، اس کے بارے میں بتائیں۔</w:t>
      </w:r>
    </w:p>
    <w:p>
      <w:r>
        <w:rPr>
          <w:b/>
        </w:rPr>
        <w:t xml:space="preserve">[59:49] </w:t>
      </w:r>
      <w:r>
        <w:t>bhai, aaj ka jo type sab media hai, jo supplement hai, us mein bohat tafseeli mazmoon aaya hai</w:t>
      </w:r>
    </w:p>
    <w:p>
      <w:pPr>
        <w:jc w:val="right"/>
      </w:pPr>
      <w:r>
        <w:t>بھئی، آج کا جو type سب میڈیا ہے، جو supplement ہے، اس میں بہت تفصیلی مضمون آیا ہے</w:t>
      </w:r>
    </w:p>
    <w:p>
      <w:r>
        <w:rPr>
          <w:b/>
        </w:rPr>
        <w:t xml:space="preserve">[59:55] </w:t>
      </w:r>
      <w:r>
        <w:t>isi isi mozu par: talaq, talaq, talaq.</w:t>
      </w:r>
    </w:p>
    <w:p>
      <w:pPr>
        <w:jc w:val="right"/>
      </w:pPr>
      <w:r>
        <w:t>اسی اسی موضوع پر: طلاق، طلاق، طلاق۔</w:t>
      </w:r>
    </w:p>
    <w:p>
      <w:r>
        <w:rPr>
          <w:b/>
        </w:rPr>
        <w:t xml:space="preserve">[1:00:01] </w:t>
      </w:r>
      <w:r>
        <w:t>yeh masla hi nahi hai, koi masla hi nahi hai.</w:t>
      </w:r>
    </w:p>
    <w:p>
      <w:pPr>
        <w:jc w:val="right"/>
      </w:pPr>
      <w:r>
        <w:t>یہ مسئلہ ہی نہیں ہے، کوئی مسئلہ ہی نہیں ہے۔</w:t>
      </w:r>
    </w:p>
    <w:p>
      <w:r>
        <w:rPr>
          <w:b/>
        </w:rPr>
        <w:t xml:space="preserve">[1:00:07] </w:t>
      </w:r>
      <w:r>
        <w:t>yeh to aik aik aik hua hai, aik rumor hai, koi masla nahi hai.</w:t>
      </w:r>
    </w:p>
    <w:p>
      <w:pPr>
        <w:jc w:val="right"/>
      </w:pPr>
      <w:r>
        <w:t>یہ تو ایک ایک ایک ہوا ہے، ایک rumor ہے، کوئی مسئلہ نہیں ہے۔</w:t>
      </w:r>
    </w:p>
    <w:p>
      <w:r>
        <w:rPr>
          <w:b/>
        </w:rPr>
        <w:t xml:space="preserve">[1:00:13] </w:t>
      </w:r>
      <w:r>
        <w:t>aap do cheez parh lijiye, aik bari kitab hai isi par khatoon islam, us mein talaq ke maslay</w:t>
      </w:r>
    </w:p>
    <w:p>
      <w:pPr>
        <w:jc w:val="right"/>
      </w:pPr>
      <w:r>
        <w:t>آپ دو چیز پڑھ لیجئے، ایک بڑی کتاب ہے اسی پر خاتون اسلام، اس میں طلاق کے مسئلے</w:t>
      </w:r>
    </w:p>
    <w:p>
      <w:r>
        <w:rPr>
          <w:b/>
        </w:rPr>
        <w:t xml:space="preserve">[1:00:19] </w:t>
      </w:r>
      <w:r>
        <w:t>par bohat poora chapter hai, aur aaj ka type sab media parh lijiye, koi masla hai hi nahi,</w:t>
      </w:r>
    </w:p>
    <w:p>
      <w:pPr>
        <w:jc w:val="right"/>
      </w:pPr>
      <w:r>
        <w:t>پر بہت پورا chapter ہے، اور آج کا type سب میڈیا پڑھ لیجئے، کوئی مسئلہ ہے ہی نہیں،</w:t>
      </w:r>
    </w:p>
    <w:p>
      <w:r>
        <w:rPr>
          <w:b/>
        </w:rPr>
        <w:t xml:space="preserve">[1:00:25] </w:t>
      </w:r>
      <w:r>
        <w:t>yeh sirf aik rumor ki baat hai.</w:t>
      </w:r>
    </w:p>
    <w:p>
      <w:pPr>
        <w:jc w:val="right"/>
      </w:pPr>
      <w:r>
        <w:t>یہ صرف ایک rumor کی بات ہے۔</w:t>
      </w:r>
    </w:p>
    <w:p>
      <w:r>
        <w:rPr>
          <w:b/>
        </w:rPr>
        <w:t xml:space="preserve">[1:00:31] </w:t>
      </w:r>
      <w:r>
        <w:t>maulana, agla sawal bismah siddiqui ne kiya hai dilli se, aur unhon ne aap se poocha hai: maulana</w:t>
      </w:r>
    </w:p>
    <w:p>
      <w:pPr>
        <w:jc w:val="right"/>
      </w:pPr>
      <w:r>
        <w:t>مولانا، اگلا سوال بسمہ صدیقی نے کیا ہے دلی سے، اور انہوں نے آپ سے پوچھا ہے: مولانا</w:t>
      </w:r>
    </w:p>
    <w:p>
      <w:r>
        <w:rPr>
          <w:b/>
        </w:rPr>
        <w:t xml:space="preserve">[1:00:37] </w:t>
      </w:r>
      <w:r>
        <w:t>sahib, can we listen to songs? is it haram aur halaal? is ke baray mein bataein.</w:t>
      </w:r>
    </w:p>
    <w:p>
      <w:pPr>
        <w:jc w:val="right"/>
      </w:pPr>
      <w:r>
        <w:t>صاحب، can we listen to songs؟ Is it حرام اور حلال؟ اس کے بارے میں بتائیں۔</w:t>
      </w:r>
    </w:p>
    <w:p>
      <w:r>
        <w:rPr>
          <w:b/>
        </w:rPr>
        <w:t xml:space="preserve">[1:00:43] </w:t>
      </w:r>
      <w:r>
        <w:t>halaal hai, khoob suniye, khoob suniye.</w:t>
      </w:r>
    </w:p>
    <w:p>
      <w:pPr>
        <w:jc w:val="right"/>
      </w:pPr>
      <w:r>
        <w:t>حلال ہے، خوب سنیے، خوب سنیے۔</w:t>
      </w:r>
    </w:p>
    <w:p>
      <w:r>
        <w:rPr>
          <w:b/>
        </w:rPr>
        <w:t xml:space="preserve">[1:00:49] </w:t>
      </w:r>
      <w:r>
        <w:t>baqi hai ke mein is ko halaal aur haram nahi samajhta, mein is ko time ka kamtar istemal samajhta hoon.</w:t>
      </w:r>
    </w:p>
    <w:p>
      <w:pPr>
        <w:jc w:val="right"/>
      </w:pPr>
      <w:r>
        <w:t>باقی ہے کہ میں اس کو حلال اور حرام نہیں سمجھتا، میں اس کو ٹائم کا کمتر استعمال سمجھتا ہوں۔</w:t>
      </w:r>
    </w:p>
    <w:p>
      <w:r>
        <w:rPr>
          <w:b/>
        </w:rPr>
        <w:t xml:space="preserve">[1:00:55] </w:t>
      </w:r>
      <w:r>
        <w:t>mere paas jab time hai to mein is ko wisdom wali baaton mein lagata hoon, wisdom fiction mein nahi lagata.</w:t>
      </w:r>
    </w:p>
    <w:p>
      <w:pPr>
        <w:jc w:val="right"/>
      </w:pPr>
      <w:r>
        <w:t>میرے پاس جب ٹائم ہے تو میں اس کو wisdom والی باتوں میں لگاتا ہوں، wisdom fiction میں نہیں لگاتا۔</w:t>
      </w:r>
    </w:p>
    <w:p>
      <w:r>
        <w:rPr>
          <w:b/>
        </w:rPr>
        <w:t xml:space="preserve">[1:01:01] </w:t>
      </w:r>
      <w:r>
        <w:t>aap ko shauq hai to lagaiye, aap koi haram halaal ki baat nahi hai, yeh koi haram halaal</w:t>
      </w:r>
    </w:p>
    <w:p>
      <w:pPr>
        <w:jc w:val="right"/>
      </w:pPr>
      <w:r>
        <w:t>آپ کو شوق ہے تو لگائیے، آپ کوئی حرام حلال کی بات نہیں ہے، یہ کوئی حرام حلال</w:t>
      </w:r>
    </w:p>
    <w:p>
      <w:r>
        <w:rPr>
          <w:b/>
        </w:rPr>
        <w:t xml:space="preserve">[1:01:07] </w:t>
      </w:r>
      <w:r>
        <w:t>ki baat nahi hai.</w:t>
      </w:r>
    </w:p>
    <w:p>
      <w:pPr>
        <w:jc w:val="right"/>
      </w:pPr>
      <w:r>
        <w:t>کی بات نہیں ہے۔</w:t>
      </w:r>
    </w:p>
    <w:p>
      <w:r>
        <w:rPr>
          <w:b/>
        </w:rPr>
        <w:t xml:space="preserve">[1:01:13] </w:t>
      </w:r>
      <w:r>
        <w:t>mujhe jis tarah bhi jaisay aisay wisdom se to mein apne time ko wisdom ke istemal karta hoon,</w:t>
      </w:r>
    </w:p>
    <w:p>
      <w:pPr>
        <w:jc w:val="right"/>
      </w:pPr>
      <w:r>
        <w:t>مجھے جس طرح بھی جیسے ایسے wisdom سے تو میں اپنے ٹائم کو wisdom کے استعمال کرتا ہوں،</w:t>
      </w:r>
    </w:p>
    <w:p>
      <w:r>
        <w:rPr>
          <w:b/>
        </w:rPr>
        <w:t xml:space="preserve">[1:01:19] </w:t>
      </w:r>
      <w:r>
        <w:t>bas yahi mera jawab hai.</w:t>
      </w:r>
    </w:p>
    <w:p>
      <w:pPr>
        <w:jc w:val="right"/>
      </w:pPr>
      <w:r>
        <w:t>بس یہی میرا جواب ہے۔</w:t>
      </w:r>
    </w:p>
    <w:p>
      <w:r>
        <w:rPr>
          <w:b/>
        </w:rPr>
        <w:t xml:space="preserve">[1:01:25] </w:t>
      </w:r>
      <w:r>
        <w:t>maulana, agla sawal mister ajay dravidi ne kiya hai dilli se, aur unhon ne aap se poocha hai:</w:t>
      </w:r>
    </w:p>
    <w:p>
      <w:pPr>
        <w:jc w:val="right"/>
      </w:pPr>
      <w:r>
        <w:t>مولانا، اگلا سوال مسٹر اجے درویدی نے کیا ہے دلی سے، اور انہوں نے آپ سے پوچھا ہے:</w:t>
      </w:r>
    </w:p>
    <w:p>
      <w:r>
        <w:rPr>
          <w:b/>
        </w:rPr>
        <w:t xml:space="preserve">[1:01:31] </w:t>
      </w:r>
      <w:r>
        <w:t>maulana sahib, what is sharia law? how was it established?</w:t>
      </w:r>
    </w:p>
    <w:p>
      <w:pPr>
        <w:jc w:val="right"/>
      </w:pPr>
      <w:r>
        <w:t>مولانا صاحب، what is شریعہ law؟ How was it established?</w:t>
      </w:r>
    </w:p>
    <w:p>
      <w:r>
        <w:rPr>
          <w:b/>
        </w:rPr>
        <w:t xml:space="preserve">[1:01:37] </w:t>
      </w:r>
      <w:r>
        <w:t>is it possible to make any changes in sharia? what is your opinion on this? yeh sharia law</w:t>
      </w:r>
    </w:p>
    <w:p>
      <w:pPr>
        <w:jc w:val="right"/>
      </w:pPr>
      <w:r>
        <w:t>Is it possible to make any changes in شریعہ؟ What is your opinion on this؟ یہ شریعہ law</w:t>
      </w:r>
    </w:p>
    <w:p>
      <w:r>
        <w:rPr>
          <w:b/>
        </w:rPr>
        <w:t xml:space="preserve">[1:01:42] </w:t>
      </w:r>
      <w:r>
        <w:t>ka jo lafz hai, yeh yeh is zamanay mein bola jata hai, koi sharia law aisa tha nahi</w:t>
      </w:r>
    </w:p>
    <w:p>
      <w:pPr>
        <w:jc w:val="right"/>
      </w:pPr>
      <w:r>
        <w:t>کا جو لفظ ہے، یہ یہ اس زمانے میں بولا جاتا ہے، کوئی شریعہ law ایسا تھا نہیں</w:t>
      </w:r>
    </w:p>
    <w:p>
      <w:r>
        <w:rPr>
          <w:b/>
        </w:rPr>
        <w:t xml:space="preserve">[1:01:47] </w:t>
      </w:r>
      <w:r>
        <w:t>pehlay, fiqah thi, fiqah bohat kuch cheezon ke moamlay mein hai.</w:t>
      </w:r>
    </w:p>
    <w:p>
      <w:pPr>
        <w:jc w:val="right"/>
      </w:pPr>
      <w:r>
        <w:t>پہلے، فقہ تھی، فقہ بہت کچھ چیزوں کے معاملے میں ہے۔</w:t>
      </w:r>
    </w:p>
    <w:p>
      <w:r>
        <w:rPr>
          <w:b/>
        </w:rPr>
        <w:t xml:space="preserve">[1:01:52] </w:t>
      </w:r>
      <w:r>
        <w:t>aur doosri baat yeh hai ke koi sharia law aisa nahi hai jo absolute ho.</w:t>
      </w:r>
    </w:p>
    <w:p>
      <w:pPr>
        <w:jc w:val="right"/>
      </w:pPr>
      <w:r>
        <w:t>اور دوسری بات یہ ہے کہ کوئی شریعہ law ایسا نہیں ہے جو absolute ہو۔</w:t>
      </w:r>
    </w:p>
    <w:p>
      <w:r>
        <w:rPr>
          <w:b/>
        </w:rPr>
        <w:t xml:space="preserve">[1:01:57] </w:t>
      </w:r>
      <w:r>
        <w:t>aap ek aise mulk mein hain jahan ke secularism hai, jahan ke majority secularism believe karti hai, to</w:t>
      </w:r>
    </w:p>
    <w:p>
      <w:pPr>
        <w:jc w:val="right"/>
      </w:pPr>
      <w:r>
        <w:t>آپ ایک ایسے ملک میں ہیں جہاں کے secularism ہے، جہاں کے majority secularism believe کرتی ہے، تو</w:t>
      </w:r>
    </w:p>
    <w:p>
      <w:r>
        <w:rPr>
          <w:b/>
        </w:rPr>
        <w:t xml:space="preserve">[1:02:02] </w:t>
      </w:r>
      <w:r>
        <w:t>aap is ko mutabiq kijiye.</w:t>
      </w:r>
    </w:p>
    <w:p>
      <w:pPr>
        <w:jc w:val="right"/>
      </w:pPr>
      <w:r>
        <w:t>آپ اس کو مطابق کیجئے۔</w:t>
      </w:r>
    </w:p>
    <w:p>
      <w:r>
        <w:rPr>
          <w:b/>
        </w:rPr>
        <w:t xml:space="preserve">[1:02:07] </w:t>
      </w:r>
      <w:r>
        <w:t>aap ka jo zaati mamlaat hain, namaz roza, us ko koi rukawat nahi.</w:t>
      </w:r>
    </w:p>
    <w:p>
      <w:pPr>
        <w:jc w:val="right"/>
      </w:pPr>
      <w:r>
        <w:t>آپ کا جو ذاتی معاملات ہیں، نماز روزہ، اس کو کوئی رکاوٹ نہیں۔</w:t>
      </w:r>
    </w:p>
    <w:p>
      <w:r>
        <w:rPr>
          <w:b/>
        </w:rPr>
        <w:t xml:space="preserve">[1:02:12] </w:t>
      </w:r>
      <w:r>
        <w:t>to aap zaati mamlaat mein aap apne is par chaliye, namaz roza.</w:t>
      </w:r>
    </w:p>
    <w:p>
      <w:pPr>
        <w:jc w:val="right"/>
      </w:pPr>
      <w:r>
        <w:t>تو آپ ذاتی معاملات میں آپ اپنے اس پر چلیے، نماز روزہ۔</w:t>
      </w:r>
    </w:p>
    <w:p>
      <w:r>
        <w:rPr>
          <w:b/>
        </w:rPr>
        <w:t xml:space="preserve">[1:02:17] </w:t>
      </w:r>
      <w:r>
        <w:t>baqi law jo hai, law of land ko follow kijiye.</w:t>
      </w:r>
    </w:p>
    <w:p>
      <w:pPr>
        <w:jc w:val="right"/>
      </w:pPr>
      <w:r>
        <w:t>باقی law جو ہے، law law of land کو follow کیجئے۔</w:t>
      </w:r>
    </w:p>
    <w:p>
      <w:r>
        <w:rPr>
          <w:b/>
        </w:rPr>
        <w:t xml:space="preserve">[1:02:22] </w:t>
      </w:r>
      <w:r>
        <w:t>yani agar aap kisi secular country mein hain to aap law of land ko follow kijiye.</w:t>
      </w:r>
    </w:p>
    <w:p>
      <w:pPr>
        <w:jc w:val="right"/>
      </w:pPr>
      <w:r>
        <w:t>یعنی اگر آپ کسی secular country میں ہیں تو آپ law of land کو follow کیجئے۔</w:t>
      </w:r>
    </w:p>
    <w:p>
      <w:r>
        <w:rPr>
          <w:b/>
        </w:rPr>
        <w:t xml:space="preserve">[1:02:27] </w:t>
      </w:r>
      <w:r>
        <w:t>koi absolute status mein koi sharia law nahi hai.</w:t>
      </w:r>
    </w:p>
    <w:p>
      <w:pPr>
        <w:jc w:val="right"/>
      </w:pPr>
      <w:r>
        <w:t>کوئی absolute status میں کوئی شریعہ law نہیں ہے۔</w:t>
      </w:r>
    </w:p>
    <w:p>
      <w:r>
        <w:rPr>
          <w:b/>
        </w:rPr>
        <w:t xml:space="preserve">[1:02:32] </w:t>
      </w:r>
      <w:r>
        <w:t>absolute status mein woh hai jo namaz roza hai, us mein koi rukawat hi nahi hai.</w:t>
      </w:r>
    </w:p>
    <w:p>
      <w:pPr>
        <w:jc w:val="right"/>
      </w:pPr>
      <w:r>
        <w:t>Absolute status میں وہ ہے جو نماز روزہ ہے، اس میں کوئی رکاوٹ ہی نہیں ہے۔</w:t>
      </w:r>
    </w:p>
    <w:p>
      <w:r>
        <w:rPr>
          <w:b/>
        </w:rPr>
        <w:t xml:space="preserve">[1:02:37] </w:t>
      </w:r>
      <w:r>
        <w:t>ab aap parhiye, masjid mein na jana chahein to ghar mein parhiye.</w:t>
      </w:r>
    </w:p>
    <w:p>
      <w:pPr>
        <w:jc w:val="right"/>
      </w:pPr>
      <w:r>
        <w:t>اب آپ پڑھیے، مسجد میں نہ جانا چاہیں تو گھر میں پڑھیے۔</w:t>
      </w:r>
    </w:p>
    <w:p>
      <w:r>
        <w:rPr>
          <w:b/>
        </w:rPr>
        <w:t xml:space="preserve">[1:02:42] </w:t>
      </w:r>
      <w:r>
        <w:t>to yeh do cheezein alag alag hain.</w:t>
      </w:r>
    </w:p>
    <w:p>
      <w:pPr>
        <w:jc w:val="right"/>
      </w:pPr>
      <w:r>
        <w:t>تو یہ دو چیزیں الگ الگ ہیں۔</w:t>
      </w:r>
    </w:p>
    <w:p>
      <w:r>
        <w:rPr>
          <w:b/>
        </w:rPr>
        <w:t xml:space="preserve">[1:02:47] </w:t>
      </w:r>
      <w:r>
        <w:t>ek hai ibadat, ek hai law.</w:t>
      </w:r>
    </w:p>
    <w:p>
      <w:pPr>
        <w:jc w:val="right"/>
      </w:pPr>
      <w:r>
        <w:t>ایک ہے عبادت، ایک ہے law۔</w:t>
      </w:r>
    </w:p>
    <w:p>
      <w:r>
        <w:rPr>
          <w:b/>
        </w:rPr>
        <w:t xml:space="preserve">[1:02:52] </w:t>
      </w:r>
      <w:r>
        <w:t>ibadat ke maamle mein koi rukawat hai hi nahi.</w:t>
      </w:r>
    </w:p>
    <w:p>
      <w:pPr>
        <w:jc w:val="right"/>
      </w:pPr>
      <w:r>
        <w:t>عبادت کے معاملے میں کوئی رکاوٹ ہے ہی نہیں۔</w:t>
      </w:r>
    </w:p>
    <w:p>
      <w:r>
        <w:rPr>
          <w:b/>
        </w:rPr>
        <w:t xml:space="preserve">[1:02:57] </w:t>
      </w:r>
      <w:r>
        <w:t>ibadat khane mein kijiye, chahe ghar mein kijiye, koi rukawat nahi.</w:t>
      </w:r>
    </w:p>
    <w:p>
      <w:pPr>
        <w:jc w:val="right"/>
      </w:pPr>
      <w:r>
        <w:t>عبادت خانے میں کیجئے، چاہے گھر میں کیجئے، کوئی رکاوٹ نہیں۔</w:t>
      </w:r>
    </w:p>
    <w:p>
      <w:r>
        <w:rPr>
          <w:b/>
        </w:rPr>
        <w:t xml:space="preserve">[1:03:02] </w:t>
      </w:r>
      <w:r>
        <w:t>aur jo law ka maamla hai, to law ke maamle mein aap jaan lijiye ke koi is qism</w:t>
      </w:r>
    </w:p>
    <w:p>
      <w:pPr>
        <w:jc w:val="right"/>
      </w:pPr>
      <w:r>
        <w:t>اور جو law کا معاملہ ہے، تو law کے معاملے میں آپ جان لیجئے کہ کوئی اس قسم</w:t>
      </w:r>
    </w:p>
    <w:p>
      <w:r>
        <w:rPr>
          <w:b/>
        </w:rPr>
        <w:t xml:space="preserve">[1:03:07] </w:t>
      </w:r>
      <w:r>
        <w:t>ki baat nahi hai ke aap ko kahin bhi hon, ek absolute status mein koi law aap ko</w:t>
      </w:r>
    </w:p>
    <w:p>
      <w:pPr>
        <w:jc w:val="right"/>
      </w:pPr>
      <w:r>
        <w:t>کی بات نہیں ہے کہ آپ کو کہیں بھی ہوں، ایک absolute status میں کوئی law آپ کو</w:t>
      </w:r>
    </w:p>
    <w:p>
      <w:r>
        <w:rPr>
          <w:b/>
        </w:rPr>
        <w:t xml:space="preserve">[1:03:12] </w:t>
      </w:r>
      <w:r>
        <w:t>apne upar apply karna hai.</w:t>
      </w:r>
    </w:p>
    <w:p>
      <w:pPr>
        <w:jc w:val="right"/>
      </w:pPr>
      <w:r>
        <w:t>اپنے اوپر apply کرنا ہے۔</w:t>
      </w:r>
    </w:p>
    <w:p>
      <w:r>
        <w:rPr>
          <w:b/>
        </w:rPr>
        <w:t xml:space="preserve">[1:03:17] </w:t>
      </w:r>
      <w:r>
        <w:t>aisa harghaz nahi hai.</w:t>
      </w:r>
    </w:p>
    <w:p>
      <w:pPr>
        <w:jc w:val="right"/>
      </w:pPr>
      <w:r>
        <w:t>ایسا ہرگز نہیں ہے۔</w:t>
      </w:r>
    </w:p>
    <w:p>
      <w:r>
        <w:rPr>
          <w:b/>
        </w:rPr>
        <w:t xml:space="preserve">[1:03:22] </w:t>
      </w:r>
      <w:r>
        <w:t>jo kahe galat kehta hai, woh yani fiqah ka ek accepted masla hai ke taghayyur al-ahkam bi taghayyur al-zaman wal-ahkam.</w:t>
      </w:r>
    </w:p>
    <w:p>
      <w:pPr>
        <w:jc w:val="right"/>
      </w:pPr>
      <w:r>
        <w:t>جو کہے غلط کہتا ہے، وہ یعنی فقہ کا ایک accepted مسئلہ ہے کہ تغیر الاکام پہ تغیر زمان والاکام۔</w:t>
      </w:r>
    </w:p>
    <w:p>
      <w:r>
        <w:rPr>
          <w:b/>
        </w:rPr>
        <w:t xml:space="preserve">[1:03:27] </w:t>
      </w:r>
      <w:r>
        <w:t>yani jaise halaat hon, waisa qanoon hai.</w:t>
      </w:r>
    </w:p>
    <w:p>
      <w:pPr>
        <w:jc w:val="right"/>
      </w:pPr>
      <w:r>
        <w:t>یعنی جیسے حالات ہوں، ویسا قانون ہے۔</w:t>
      </w:r>
    </w:p>
    <w:p>
      <w:r>
        <w:rPr>
          <w:b/>
        </w:rPr>
        <w:t xml:space="preserve">[1:03:32] </w:t>
      </w:r>
      <w:r>
        <w:t>to India mein, mislan, India mein humein secular law hai.</w:t>
      </w:r>
    </w:p>
    <w:p>
      <w:pPr>
        <w:jc w:val="right"/>
      </w:pPr>
      <w:r>
        <w:t>تو انڈیا میں، مثلاً، انڈیا میں ہمیں secular law ہے۔</w:t>
      </w:r>
    </w:p>
    <w:p>
      <w:r>
        <w:rPr>
          <w:b/>
        </w:rPr>
        <w:t xml:space="preserve">[1:03:37] </w:t>
      </w:r>
      <w:r>
        <w:t>to is ko, is ko, is ko ikhtiyar kijiye.</w:t>
      </w:r>
    </w:p>
    <w:p>
      <w:pPr>
        <w:jc w:val="right"/>
      </w:pPr>
      <w:r>
        <w:t>تو اس کو، اس کو، اس کو اختیار کیجئے۔</w:t>
      </w:r>
    </w:p>
    <w:p>
      <w:r>
        <w:rPr>
          <w:b/>
        </w:rPr>
        <w:t xml:space="preserve">[1:03:42] </w:t>
      </w:r>
      <w:r>
        <w:t>apne mamlaat ko yahan ke court mein settle kijiye.</w:t>
      </w:r>
    </w:p>
    <w:p>
      <w:pPr>
        <w:jc w:val="right"/>
      </w:pPr>
      <w:r>
        <w:t>اپنے معاملات کو یہاں کے court میں settle کیجئے۔</w:t>
      </w:r>
    </w:p>
    <w:p>
      <w:r>
        <w:rPr>
          <w:b/>
        </w:rPr>
        <w:t xml:space="preserve">[1:03:47] </w:t>
      </w:r>
      <w:r>
        <w:t>harghaz yeh nahi ke aap yahan Islami hukumat qaim karein aur phir wahan qazi bithayein.</w:t>
      </w:r>
    </w:p>
    <w:p>
      <w:pPr>
        <w:jc w:val="right"/>
      </w:pPr>
      <w:r>
        <w:t>ہرگز یہ نہیں کہ آپ یہاں اسلامی حکومت قائم کریں اور پھر وہاں قاضی بٹھائیں۔</w:t>
      </w:r>
    </w:p>
    <w:p>
      <w:r>
        <w:rPr>
          <w:b/>
        </w:rPr>
        <w:t xml:space="preserve">[1:03:52] </w:t>
      </w:r>
      <w:r>
        <w:t>yeh bilkul yani galat hai jo aisa kehta hai.</w:t>
      </w:r>
    </w:p>
    <w:p>
      <w:pPr>
        <w:jc w:val="right"/>
      </w:pPr>
      <w:r>
        <w:t>یہ بالکل یعنی غلط ہے جو ایسا کہتا ہے۔</w:t>
      </w:r>
    </w:p>
    <w:p>
      <w:r>
        <w:rPr>
          <w:b/>
        </w:rPr>
        <w:t xml:space="preserve">[1:03:57] </w:t>
      </w:r>
      <w:r>
        <w:t>is ki koi asal quran o hadees mein nahi hai.</w:t>
      </w:r>
    </w:p>
    <w:p>
      <w:pPr>
        <w:jc w:val="right"/>
      </w:pPr>
      <w:r>
        <w:t>اس کی کوئی اصل قرآن و حدیث میں نہیں ہے۔</w:t>
      </w:r>
    </w:p>
    <w:p>
      <w:r>
        <w:rPr>
          <w:b/>
        </w:rPr>
        <w:t xml:space="preserve">[1:04:02] </w:t>
      </w:r>
      <w:r>
        <w:t>molana, abhi abhi comment aaya hai doctor farida khanoom ka kolkatta se, aur unhon ne likha hai: "Today</w:t>
      </w:r>
    </w:p>
    <w:p>
      <w:pPr>
        <w:jc w:val="right"/>
      </w:pPr>
      <w:r>
        <w:t>مولانا، ابھی ابھی comment آیا ہے ڈاکٹر فریدہ خانم کا کلکتہ سے، اور انہوں نے لکھا ہے: "Today</w:t>
      </w:r>
    </w:p>
    <w:p>
      <w:r>
        <w:rPr>
          <w:b/>
        </w:rPr>
        <w:t xml:space="preserve">[1:04:07] </w:t>
      </w:r>
      <w:r>
        <w:t>I am in Calcutta watching molana live on the Facebook.</w:t>
      </w:r>
    </w:p>
    <w:p>
      <w:pPr>
        <w:jc w:val="right"/>
      </w:pPr>
      <w:r>
        <w:t>I am in Calcutta watching مولانا live on the Facebook.</w:t>
      </w:r>
    </w:p>
    <w:p>
      <w:r>
        <w:rPr>
          <w:b/>
        </w:rPr>
        <w:t xml:space="preserve">[1:04:13] </w:t>
      </w:r>
      <w:r>
        <w:t>The voice is very clear, alhamdulillah. Here I addressed in Calcutta University and Bishops College. They greatly appreciated the peaceful message of Islam. They also want honestly to meet Maulana sahib.</w:t>
      </w:r>
    </w:p>
    <w:p>
      <w:pPr>
        <w:jc w:val="right"/>
      </w:pPr>
      <w:r>
        <w:t>The voice is very clear, الحمدللہ. Here I addressed in Calcutta University and Bishops College. They greatly appreciated the peaceful message of Islam. They also want honestly to meet مولانا صاحب.</w:t>
      </w:r>
    </w:p>
    <w:p>
      <w:r>
        <w:rPr>
          <w:b/>
        </w:rPr>
        <w:t xml:space="preserve">[1:04:31] </w:t>
      </w:r>
      <w:r>
        <w:t>The Calcutta CPS team is mashallah very strong and they are doing dawah work on a very big scale. Maulana sahib, please pray for them so that they may work more and more. "Allah taala madad farmaye in hazraat ki. Allah taala unka hami o nasir ho. Hum bhi dua karte hain. Maulana, agla comment bheja hai Maulana Farhad Ahmed sahib ne Delhi se, aur unhone likha hai: "Molana, for many days there was a question in my mind that what is the origin of the principle 'ignore the problem and avail the opportunities' which is mentioned in Quran. But your today's interpretation of 'رجز' that is 'ignore the problem' answered my question." Mashallah. Okay, so we will end this session today. We will be back next Sunday same time. Thank you.</w:t>
      </w:r>
    </w:p>
    <w:p>
      <w:pPr>
        <w:jc w:val="right"/>
      </w:pPr>
      <w:r>
        <w:t>The Calcutta CPS team is ماشاءاللہ very strong and they are doing دعویٰ work on a very big scale. مولانا صاحب, please pray for them so that they may work more and more." اللہ تعالیٰ مدد فرمائے ان حضرات کی۔ اللہ تعالیٰ ان کا حامی و ناصر ہو۔ ہم بھی دعا کرتے ہیں۔ مولانا، اگلا comment بھیجا ہے مولانا فرہاد احمد صاحب نے دلی سے، اور انہوں نے لکھا ہے: "Molana, for many days there was a question in my mind that what is the origin of the principle 'ignore the problem and avail the opportunities' which is mentioned in Quran. But your today's interpretation of 'رجز' that is 'ignore the problem' answered my question." ماشاءاللہ۔ Okay, so we will end this session today. We will be back next Sunday same time. Thank you.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