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Day of Judgment November 13, 2016</w:t>
      </w:r>
    </w:p>
    <w:p>
      <w:r>
        <w:t>https://www.youtube.com/watch?v=v21XMtE9p10</w:t>
      </w:r>
    </w:p>
    <w:p>
      <w:r>
        <w:rPr>
          <w:b/>
        </w:rPr>
        <w:t xml:space="preserve">[00:13] </w:t>
      </w:r>
      <w:r>
        <w:t>bismillah rehman nir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[00:19] </w:t>
      </w:r>
      <w:r>
        <w:t>wasalli allah ala nabiyil kareem.</w:t>
      </w:r>
    </w:p>
    <w:p>
      <w:pPr>
        <w:jc w:val="right"/>
      </w:pPr>
      <w:r>
        <w:t>وصلی اللہ علی نبی الکریم۔</w:t>
      </w:r>
    </w:p>
    <w:p>
      <w:r>
        <w:rPr>
          <w:b/>
        </w:rPr>
        <w:t xml:space="preserve">[00:26] </w:t>
      </w:r>
      <w:r>
        <w:t>rab ishrah li sadri, wa yassir li amri, wah lul uqdata min lisani yafqahu qawli.</w:t>
      </w:r>
    </w:p>
    <w:p>
      <w:pPr>
        <w:jc w:val="right"/>
      </w:pPr>
      <w:r>
        <w:t>رب اشرح لی صدری، ویسر لی امری، واحل العقدۃ من لسانی یفقہ قولی۔</w:t>
      </w:r>
    </w:p>
    <w:p>
      <w:r>
        <w:rPr>
          <w:b/>
        </w:rPr>
        <w:t xml:space="preserve">[00:32] </w:t>
      </w:r>
      <w:r>
        <w:t>mein all india radio barabar sunta hoon.</w:t>
      </w:r>
    </w:p>
    <w:p>
      <w:pPr>
        <w:jc w:val="right"/>
      </w:pPr>
      <w:r>
        <w:t>میں آل انڈیا ریڈیو برابر سنتا ہوں۔</w:t>
      </w:r>
    </w:p>
    <w:p>
      <w:r>
        <w:rPr>
          <w:b/>
        </w:rPr>
        <w:t xml:space="preserve">[00:39] </w:t>
      </w:r>
      <w:r>
        <w:t>8 november ko mein ne radio khola to mujhe 8 baje ki news sunna thi, jo daily mein</w:t>
      </w:r>
    </w:p>
    <w:p>
      <w:pPr>
        <w:jc w:val="right"/>
      </w:pPr>
      <w:r>
        <w:t>8 نومبر کو میں نے ریڈیو کھولا تو مجھے 8 بجے کی نیوز سننا تھی، جو ڈیلی میں</w:t>
      </w:r>
    </w:p>
    <w:p>
      <w:r>
        <w:rPr>
          <w:b/>
        </w:rPr>
        <w:t xml:space="preserve">[00:46] </w:t>
      </w:r>
      <w:r>
        <w:t>sunta hoon, 8 baje ki news.</w:t>
      </w:r>
    </w:p>
    <w:p>
      <w:pPr>
        <w:jc w:val="right"/>
      </w:pPr>
      <w:r>
        <w:t>سنتا ہوں، 8 بجے کی نیوز۔</w:t>
      </w:r>
    </w:p>
    <w:p>
      <w:r>
        <w:rPr>
          <w:b/>
        </w:rPr>
        <w:t xml:space="preserve">[00:52] </w:t>
      </w:r>
      <w:r>
        <w:t>to 8 baje ke par mein ne 8 ke time par radio khola to news ki bajaye achaanak</w:t>
      </w:r>
    </w:p>
    <w:p>
      <w:pPr>
        <w:jc w:val="right"/>
      </w:pPr>
      <w:r>
        <w:t>تو 8 بجے کے پر میں نے 8 کے ٹائم پر ریڈیو کھولا تو نیوز کی بجائے اچانک</w:t>
      </w:r>
    </w:p>
    <w:p>
      <w:r>
        <w:rPr>
          <w:b/>
        </w:rPr>
        <w:t xml:space="preserve">[00:59] </w:t>
      </w:r>
      <w:r>
        <w:t>ہمارے پرائم منسٹر کی آواز آنے لگی۔ unusual۔</w:t>
      </w:r>
    </w:p>
    <w:p>
      <w:pPr>
        <w:jc w:val="right"/>
      </w:pPr>
      <w:r>
        <w:t>ہمارے پرائم منسٹر کی آواز آنے لگی۔ ان یوزل۔</w:t>
      </w:r>
    </w:p>
    <w:p>
      <w:r>
        <w:rPr>
          <w:b/>
        </w:rPr>
        <w:t xml:space="preserve">[01:06] </w:t>
      </w:r>
      <w:r>
        <w:t>rozana to awaz aati thi announcer ki, lekin us din aane lagi awaz prime minister ki.</w:t>
      </w:r>
    </w:p>
    <w:p>
      <w:pPr>
        <w:jc w:val="right"/>
      </w:pPr>
      <w:r>
        <w:t>روزانہ تو آواز آتی تھی اناؤنسر کی، لیکن اس دن آنے لگی آواز پرائم منسٹر کی۔</w:t>
      </w:r>
    </w:p>
    <w:p>
      <w:r>
        <w:rPr>
          <w:b/>
        </w:rPr>
        <w:t xml:space="preserve">[01:12] </w:t>
      </w:r>
      <w:r>
        <w:t>unhon ne ailaan kiya ke aaj mid night se, yaani 12 baje raat se, 500 rupay ka note</w:t>
      </w:r>
    </w:p>
    <w:p>
      <w:pPr>
        <w:jc w:val="right"/>
      </w:pPr>
      <w:r>
        <w:t>انہوں نے اعلان کیا کہ آج مڈ نائٹ سے، یعنی 12 بجے رات سے، 500 روپے کا نوٹ</w:t>
      </w:r>
    </w:p>
    <w:p>
      <w:r>
        <w:rPr>
          <w:b/>
        </w:rPr>
        <w:t xml:space="preserve">[01:19] </w:t>
      </w:r>
      <w:r>
        <w:t>aur 1000 rupay ka note legal tender nahi rahega.</w:t>
      </w:r>
    </w:p>
    <w:p>
      <w:pPr>
        <w:jc w:val="right"/>
      </w:pPr>
      <w:r>
        <w:t>اور 1000 روپے کا نوٹ لیگل ٹینڈر نہیں رہے گا۔</w:t>
      </w:r>
    </w:p>
    <w:p>
      <w:r>
        <w:rPr>
          <w:b/>
        </w:rPr>
        <w:t xml:space="preserve">[01:25] </w:t>
      </w:r>
      <w:r>
        <w:t>aap jante hain ke hamara jo system hai sab noton par chalta hai.</w:t>
      </w:r>
    </w:p>
    <w:p>
      <w:pPr>
        <w:jc w:val="right"/>
      </w:pPr>
      <w:r>
        <w:t>آپ جانتے ہیں کہ ہمارا جو سسٹم ہے سب نوٹوں پر چلتا ہے۔</w:t>
      </w:r>
    </w:p>
    <w:p>
      <w:r>
        <w:rPr>
          <w:b/>
        </w:rPr>
        <w:t xml:space="preserve">[01:32] </w:t>
      </w:r>
      <w:r>
        <w:t>har cheez, chahe choti ho ya bari, hum note se kharidte hain.</w:t>
      </w:r>
    </w:p>
    <w:p>
      <w:pPr>
        <w:jc w:val="right"/>
      </w:pPr>
      <w:r>
        <w:t>ہر چیز، چاہے چھوٹی ہو یا بڑی، ہم نوٹ سے خریدتے ہیں۔</w:t>
      </w:r>
    </w:p>
    <w:p>
      <w:r>
        <w:rPr>
          <w:b/>
        </w:rPr>
        <w:t xml:space="preserve">[01:39] </w:t>
      </w:r>
      <w:r>
        <w:t>تو اچانک سارے نوٹ، جو 500 کے تھے اور 1000 کے تھے، وہ invalid ہو گئے۔</w:t>
      </w:r>
    </w:p>
    <w:p>
      <w:pPr>
        <w:jc w:val="right"/>
      </w:pPr>
      <w:r>
        <w:t>تو اچانک سارے نوٹ، جو 500 کے تھے اور 1000 کے تھے، وہ ان ویلڈ ہو گئے۔</w:t>
      </w:r>
    </w:p>
    <w:p>
      <w:r>
        <w:rPr>
          <w:b/>
        </w:rPr>
        <w:t xml:space="preserve">[01:45] </w:t>
      </w:r>
      <w:r>
        <w:t>یعنی valid currency ke haisiyat se unki position khatam ho gayi.</w:t>
      </w:r>
    </w:p>
    <w:p>
      <w:pPr>
        <w:jc w:val="right"/>
      </w:pPr>
      <w:r>
        <w:t>یعنی ویلڈ کرنسی کے حیثیت سے ان کی پوزیشن ختم ہو گئی۔</w:t>
      </w:r>
    </w:p>
    <w:p>
      <w:r>
        <w:rPr>
          <w:b/>
        </w:rPr>
        <w:t xml:space="preserve">[01:52] </w:t>
      </w:r>
      <w:r>
        <w:t>to sare india mein achaanak kohraam mach gaya, jaise ek earthquake aa gaya ho.</w:t>
      </w:r>
    </w:p>
    <w:p>
      <w:pPr>
        <w:jc w:val="right"/>
      </w:pPr>
      <w:r>
        <w:t>تو سارے انڈیا میں اچانک کوہرا مچ گیا، جیسے ایک ارتھ کویک آ گیا ہو۔</w:t>
      </w:r>
    </w:p>
    <w:p>
      <w:r>
        <w:rPr>
          <w:b/>
        </w:rPr>
        <w:t xml:space="preserve">[01:59] </w:t>
      </w:r>
      <w:r>
        <w:t>to yeh waqia ek dunyawi waqia tha, ek mulk ka waqia tha.</w:t>
      </w:r>
    </w:p>
    <w:p>
      <w:pPr>
        <w:jc w:val="right"/>
      </w:pPr>
      <w:r>
        <w:t>تو یہ واقعہ ایک دنیاوی واقعہ تھا، ایک ملک کا واقعہ تھا۔</w:t>
      </w:r>
    </w:p>
    <w:p>
      <w:r>
        <w:rPr>
          <w:b/>
        </w:rPr>
        <w:t xml:space="preserve">[02:05] </w:t>
      </w:r>
      <w:r>
        <w:t>is ko socha mein ne to achaanak mujhe nazar aaya ke yeh to shayad pehla soor hai.</w:t>
      </w:r>
    </w:p>
    <w:p>
      <w:pPr>
        <w:jc w:val="right"/>
      </w:pPr>
      <w:r>
        <w:t>اس کو سوچا میں نے تو اچانک مجھے نظر آیا کہ یہ تو شاید پہلا سور ہے۔</w:t>
      </w:r>
    </w:p>
    <w:p>
      <w:r>
        <w:rPr>
          <w:b/>
        </w:rPr>
        <w:t xml:space="preserve">[02:12] </w:t>
      </w:r>
      <w:r>
        <w:t>quran mein hai ke do bar soor phoonka jayega.</w:t>
      </w:r>
    </w:p>
    <w:p>
      <w:pPr>
        <w:jc w:val="right"/>
      </w:pPr>
      <w:r>
        <w:t>قرآن میں ہے کہ دو بار سور پھونکا جائے گا۔</w:t>
      </w:r>
    </w:p>
    <w:p>
      <w:r>
        <w:rPr>
          <w:b/>
        </w:rPr>
        <w:t xml:space="preserve">[02:18] </w:t>
      </w:r>
      <w:r>
        <w:t>میں سوچتا تھا کہ دو صور کا کیا مطلب ہے؟ صور، یعنی trumpet، پھونکا جائے گا، اس کے</w:t>
      </w:r>
    </w:p>
    <w:p>
      <w:pPr>
        <w:jc w:val="right"/>
      </w:pPr>
      <w:r>
        <w:t>میں سوچتا تھا کہ دو سور کا کیا مطلب ہے؟ سور، یعنی ٹرمپٹ، پھونکا جائے گا، اس کے</w:t>
      </w:r>
    </w:p>
    <w:p>
      <w:r>
        <w:rPr>
          <w:b/>
        </w:rPr>
        <w:t xml:space="preserve">[02:25] </w:t>
      </w:r>
      <w:r>
        <w:t>baad duniya khatam ho jayegi.</w:t>
      </w:r>
    </w:p>
    <w:p>
      <w:pPr>
        <w:jc w:val="right"/>
      </w:pPr>
      <w:r>
        <w:t>بعد دنیا ختم ہو جائے گی۔</w:t>
      </w:r>
    </w:p>
    <w:p>
      <w:r>
        <w:rPr>
          <w:b/>
        </w:rPr>
        <w:t xml:space="preserve">[02:32] </w:t>
      </w:r>
      <w:r>
        <w:t>to mujhe samajh aaya ke yeh pehla soor aur doosra soor jo hai, is ka matlab kya hai?</w:t>
      </w:r>
    </w:p>
    <w:p>
      <w:pPr>
        <w:jc w:val="right"/>
      </w:pPr>
      <w:r>
        <w:t>تو مجھے سمجھ آیا کہ یہ پہلا سور اور دوسرا سور جو ہے، اس کا مطلب کیا ہے؟</w:t>
      </w:r>
    </w:p>
    <w:p>
      <w:r>
        <w:rPr>
          <w:b/>
        </w:rPr>
        <w:t xml:space="preserve">[02:38] </w:t>
      </w:r>
      <w:r>
        <w:t>پہلا صور کا مطلب ہے symbolic صور، جو اسی دنیا میں پھونکا جائے گا۔</w:t>
      </w:r>
    </w:p>
    <w:p>
      <w:pPr>
        <w:jc w:val="right"/>
      </w:pPr>
      <w:r>
        <w:t>پہلا سور کا مطلب ہے سمبالک سور، جو اسی دنیا میں پھونکا جائے گا۔</w:t>
      </w:r>
    </w:p>
    <w:p>
      <w:r>
        <w:rPr>
          <w:b/>
        </w:rPr>
        <w:t xml:space="preserve">[02:45] </w:t>
      </w:r>
      <w:r>
        <w:t>aur doosre soor ka matlab hai asal soor.</w:t>
      </w:r>
    </w:p>
    <w:p>
      <w:pPr>
        <w:jc w:val="right"/>
      </w:pPr>
      <w:r>
        <w:t>اور دوسرے سور کا مطلب ہے اصل سور۔</w:t>
      </w:r>
    </w:p>
    <w:p>
      <w:r>
        <w:rPr>
          <w:b/>
        </w:rPr>
        <w:t xml:space="preserve">[02:52] </w:t>
      </w:r>
      <w:r>
        <w:t>yaani asal soor se pehle ek symbolic soor phoonka jayega.</w:t>
      </w:r>
    </w:p>
    <w:p>
      <w:pPr>
        <w:jc w:val="right"/>
      </w:pPr>
      <w:r>
        <w:t>یعنی اصل سور سے پہلے ایک سمبالک سور پھونکا جائے گا۔</w:t>
      </w:r>
    </w:p>
    <w:p>
      <w:r>
        <w:rPr>
          <w:b/>
        </w:rPr>
        <w:t xml:space="preserve">[02:58] </w:t>
      </w:r>
      <w:r>
        <w:t>تو symbolic source بہت سے ہو سکتے ہیں، لیکن مجھے ایسا لگا کہ یہ symbolic source ہے۔</w:t>
      </w:r>
    </w:p>
    <w:p>
      <w:pPr>
        <w:jc w:val="right"/>
      </w:pPr>
      <w:r>
        <w:t>تو سمبالک سور بہت سے ہو سکتے ہیں، لیکن مجھے ایسا لگا کہ یہ سمبالک سور ہے۔</w:t>
      </w:r>
    </w:p>
    <w:p>
      <w:r>
        <w:rPr>
          <w:b/>
        </w:rPr>
        <w:t xml:space="preserve">[03:05] </w:t>
      </w:r>
      <w:r>
        <w:t>اور اچانک لوگوں کو معلوم ہوا کہ یہ تو ہمارا سارا money کا جو بھنڈار تھا، وہ تو ختم۔</w:t>
      </w:r>
    </w:p>
    <w:p>
      <w:pPr>
        <w:jc w:val="right"/>
      </w:pPr>
      <w:r>
        <w:t>اور اچانک لوگوں کو معلوم ہوا کہ یہ تو ہمارا سارا منی کا جو بھنڈار تھا، وہ تو ختم۔</w:t>
      </w:r>
    </w:p>
    <w:p>
      <w:r>
        <w:rPr>
          <w:b/>
        </w:rPr>
        <w:t xml:space="preserve">[03:11] </w:t>
      </w:r>
      <w:r>
        <w:t>آپ جانتے ہیں کہ دنیا میں ہر آدمی کا solid concern money ہے۔</w:t>
      </w:r>
    </w:p>
    <w:p>
      <w:pPr>
        <w:jc w:val="right"/>
      </w:pPr>
      <w:r>
        <w:t>آپ جانتے ہیں کہ دنیا میں ہر آدمی کا سولڈ کنسرن منی ہے۔</w:t>
      </w:r>
    </w:p>
    <w:p>
      <w:r>
        <w:rPr>
          <w:b/>
        </w:rPr>
        <w:t xml:space="preserve">[03:18] </w:t>
      </w:r>
      <w:r>
        <w:t>paisa, paisa, paisa.</w:t>
      </w:r>
    </w:p>
    <w:p>
      <w:pPr>
        <w:jc w:val="right"/>
      </w:pPr>
      <w:r>
        <w:t>پیسہ، پیسہ، پیسہ۔</w:t>
      </w:r>
    </w:p>
    <w:p>
      <w:r>
        <w:rPr>
          <w:b/>
        </w:rPr>
        <w:t xml:space="preserve">[03:25] </w:t>
      </w:r>
      <w:r>
        <w:t>kyun ke aap jante hain ke paise se har cheez milti hai.</w:t>
      </w:r>
    </w:p>
    <w:p>
      <w:pPr>
        <w:jc w:val="right"/>
      </w:pPr>
      <w:r>
        <w:t>کیونکہ آپ جانتے ہیں کہ پیسے سے ہر چیز ملتی ہے۔</w:t>
      </w:r>
    </w:p>
    <w:p>
      <w:r>
        <w:rPr>
          <w:b/>
        </w:rPr>
        <w:t xml:space="preserve">[03:31] </w:t>
      </w:r>
      <w:r>
        <w:t>koi bhi choti cheez, bari cheez.</w:t>
      </w:r>
    </w:p>
    <w:p>
      <w:pPr>
        <w:jc w:val="right"/>
      </w:pPr>
      <w:r>
        <w:t>کوئی بھی چھوٹی چیز، بڑی چیز۔</w:t>
      </w:r>
    </w:p>
    <w:p>
      <w:r>
        <w:rPr>
          <w:b/>
        </w:rPr>
        <w:t xml:space="preserve">[03:38] </w:t>
      </w:r>
      <w:r>
        <w:t>chahe saag sabzi ho, ya motor car ho, ya hawa jahaz ho.</w:t>
      </w:r>
    </w:p>
    <w:p>
      <w:pPr>
        <w:jc w:val="right"/>
      </w:pPr>
      <w:r>
        <w:t>چاہے ساگ سبزی ہو، یا موٹر کار ہو، یا ہوا جہاز ہو۔</w:t>
      </w:r>
    </w:p>
    <w:p>
      <w:r>
        <w:rPr>
          <w:b/>
        </w:rPr>
        <w:t xml:space="preserve">[03:45] </w:t>
      </w:r>
      <w:r>
        <w:t>agar aap ke paas paisa hai to sab kuch aap ke liye hai.</w:t>
      </w:r>
    </w:p>
    <w:p>
      <w:pPr>
        <w:jc w:val="right"/>
      </w:pPr>
      <w:r>
        <w:t>اگر آپ کے پاس پیسہ ہے تو سب کچھ آپ کے لیے ہے۔</w:t>
      </w:r>
    </w:p>
    <w:p>
      <w:r>
        <w:rPr>
          <w:b/>
        </w:rPr>
        <w:t xml:space="preserve">[03:51] </w:t>
      </w:r>
      <w:r>
        <w:t>to achaanak jab paisa, money ki value khatam ho gayi, is ko kehte hain demonetization.</w:t>
      </w:r>
    </w:p>
    <w:p>
      <w:pPr>
        <w:jc w:val="right"/>
      </w:pPr>
      <w:r>
        <w:t>تو اچانک جب پیسہ، منی کی ویلیو ختم ہو گئی، اس کو کہتے ہیں ڈی مونیٹائزیشن۔</w:t>
      </w:r>
    </w:p>
    <w:p>
      <w:r>
        <w:rPr>
          <w:b/>
        </w:rPr>
        <w:t xml:space="preserve">[03:58] </w:t>
      </w:r>
      <w:r>
        <w:t>to logon ko aisa laga ke hamari paaon ki zameen nikal gayi.</w:t>
      </w:r>
    </w:p>
    <w:p>
      <w:pPr>
        <w:jc w:val="right"/>
      </w:pPr>
      <w:r>
        <w:t>تو لوگوں کو ایسا لگا کہ ہماری پاؤں کی زمین نکل گئی۔</w:t>
      </w:r>
    </w:p>
    <w:p>
      <w:r>
        <w:rPr>
          <w:b/>
        </w:rPr>
        <w:t xml:space="preserve">[04:04] </w:t>
      </w:r>
      <w:r>
        <w:t>paaon ki zameen nikal gayi.</w:t>
      </w:r>
    </w:p>
    <w:p>
      <w:pPr>
        <w:jc w:val="right"/>
      </w:pPr>
      <w:r>
        <w:t>پاؤں کی زمین نکل گئی۔</w:t>
      </w:r>
    </w:p>
    <w:p>
      <w:r>
        <w:rPr>
          <w:b/>
        </w:rPr>
        <w:t xml:space="preserve">[04:11] </w:t>
      </w:r>
      <w:r>
        <w:t>hum to kuch bhi nahi rahe.</w:t>
      </w:r>
    </w:p>
    <w:p>
      <w:pPr>
        <w:jc w:val="right"/>
      </w:pPr>
      <w:r>
        <w:t>ہم تو کچھ بھی نہیں رہے۔</w:t>
      </w:r>
    </w:p>
    <w:p>
      <w:r>
        <w:rPr>
          <w:b/>
        </w:rPr>
        <w:t xml:space="preserve">[04:18] </w:t>
      </w:r>
      <w:r>
        <w:t>yeh waqia hua 8 november ko.</w:t>
      </w:r>
    </w:p>
    <w:p>
      <w:pPr>
        <w:jc w:val="right"/>
      </w:pPr>
      <w:r>
        <w:t>یہ واقعہ ہوا 8 نومبر کو۔</w:t>
      </w:r>
    </w:p>
    <w:p>
      <w:r>
        <w:rPr>
          <w:b/>
        </w:rPr>
        <w:t xml:space="preserve">[04:24] </w:t>
      </w:r>
      <w:r>
        <w:t>yahi waqia zyada baray peemanay par is waqt hone wala hai jab qayamat aye gi.</w:t>
      </w:r>
    </w:p>
    <w:p>
      <w:pPr>
        <w:jc w:val="right"/>
      </w:pPr>
      <w:r>
        <w:t>یہی واقعہ زیادہ بڑے پیمانے پر اس وقت ہونے والا ہے جب قیامت آئے گی۔</w:t>
      </w:r>
    </w:p>
    <w:p>
      <w:r>
        <w:rPr>
          <w:b/>
        </w:rPr>
        <w:t xml:space="preserve">[04:31] </w:t>
      </w:r>
      <w:r>
        <w:t>jabke asli sur phoonka jaye ga.</w:t>
      </w:r>
    </w:p>
    <w:p>
      <w:pPr>
        <w:jc w:val="right"/>
      </w:pPr>
      <w:r>
        <w:t>جبکہ اصلی سور پھونکا جائے گا۔</w:t>
      </w:r>
    </w:p>
    <w:p>
      <w:r>
        <w:rPr>
          <w:b/>
        </w:rPr>
        <w:t xml:space="preserve">[04:38] </w:t>
      </w:r>
      <w:r>
        <w:t>asli sur ke baray mein quran mein aata hai surah yaseen mein.</w:t>
      </w:r>
    </w:p>
    <w:p>
      <w:pPr>
        <w:jc w:val="right"/>
      </w:pPr>
      <w:r>
        <w:t>اصلی سور کے بارے میں قرآن میں آتا ہے سورہ یاسین میں۔</w:t>
      </w:r>
    </w:p>
    <w:p>
      <w:r>
        <w:rPr>
          <w:b/>
        </w:rPr>
        <w:t xml:space="preserve">[04:44] </w:t>
      </w:r>
      <w:r>
        <w:t>jab sur phoonka jaye ga to log apni qabron se bhaag kar nikal paden ge aur rab ki</w:t>
      </w:r>
    </w:p>
    <w:p>
      <w:pPr>
        <w:jc w:val="right"/>
      </w:pPr>
      <w:r>
        <w:t>جب سور پھونکا جائے گا تو لوگ اپنی قبروں سے بھاگ کر نکل پڑیں گے اور رب کی</w:t>
      </w:r>
    </w:p>
    <w:p>
      <w:r>
        <w:rPr>
          <w:b/>
        </w:rPr>
        <w:t xml:space="preserve">[04:51] </w:t>
      </w:r>
      <w:r>
        <w:t>taraf dauren ge.</w:t>
      </w:r>
    </w:p>
    <w:p>
      <w:pPr>
        <w:jc w:val="right"/>
      </w:pPr>
      <w:r>
        <w:t>طرف دوڑیں گے۔</w:t>
      </w:r>
    </w:p>
    <w:p>
      <w:r>
        <w:rPr>
          <w:b/>
        </w:rPr>
        <w:t xml:space="preserve">[04:57] </w:t>
      </w:r>
      <w:r>
        <w:t>dekhen, log samajhte hain ke yahi qabar jo dunya mein jahan gaare gaye the, wahi murad hai.</w:t>
      </w:r>
    </w:p>
    <w:p>
      <w:pPr>
        <w:jc w:val="right"/>
      </w:pPr>
      <w:r>
        <w:t>دیکھیں، لوگ سمجھتے ہیں کہ یہی قبر جو دنیا میں جہاں گاڑے گئے تھے، وہی مراد ہے۔</w:t>
      </w:r>
    </w:p>
    <w:p>
      <w:r>
        <w:rPr>
          <w:b/>
        </w:rPr>
        <w:t xml:space="preserve">[05:04] </w:t>
      </w:r>
      <w:r>
        <w:t>aur jahan jahan gaare gaye the, wahan wahan se niklen ge woh.</w:t>
      </w:r>
    </w:p>
    <w:p>
      <w:pPr>
        <w:jc w:val="right"/>
      </w:pPr>
      <w:r>
        <w:t>اور جہاں جہاں گاڑے گئے تھے، وہاں وہاں سے نکلیں گے وہ۔</w:t>
      </w:r>
    </w:p>
    <w:p>
      <w:r>
        <w:rPr>
          <w:b/>
        </w:rPr>
        <w:t xml:space="preserve">[05:11] </w:t>
      </w:r>
      <w:r>
        <w:t>to log sochte hain ke jo samandar doob kar mar gaya, jo jal kar mar gaya, wo to</w:t>
      </w:r>
    </w:p>
    <w:p>
      <w:pPr>
        <w:jc w:val="right"/>
      </w:pPr>
      <w:r>
        <w:t>تو لوگ سوچتے ہیں کہ جو سمندر ڈوب کر مر گیا، جو جل کر مر گیا، وہ تو</w:t>
      </w:r>
    </w:p>
    <w:p>
      <w:r>
        <w:rPr>
          <w:b/>
        </w:rPr>
        <w:t xml:space="preserve">[05:17] </w:t>
      </w:r>
      <w:r>
        <w:t>qabar mein dafan hua nahi, wo kahan hoga? dekhen, qabar yahan symbolic word hai.</w:t>
      </w:r>
    </w:p>
    <w:p>
      <w:pPr>
        <w:jc w:val="right"/>
      </w:pPr>
      <w:r>
        <w:t>قبر میں دفن ہوا نہیں، وہ کہاں ہوگا؟ دیکھیں، قبر یہاں سمبالک ورڈ ہے۔</w:t>
      </w:r>
    </w:p>
    <w:p>
      <w:r>
        <w:rPr>
          <w:b/>
        </w:rPr>
        <w:t xml:space="preserve">[05:24] </w:t>
      </w:r>
      <w:r>
        <w:t>iska matlab hai ke apne self made cell mein jeene wale, khud sakhta khol mein jeene wale.</w:t>
      </w:r>
    </w:p>
    <w:p>
      <w:pPr>
        <w:jc w:val="right"/>
      </w:pPr>
      <w:r>
        <w:t>اس کا مطلب ہے کہ اپنے سیلف میڈ سیل میں جینے والے، خود ساختہ خول میں جینے والے۔</w:t>
      </w:r>
    </w:p>
    <w:p>
      <w:r>
        <w:rPr>
          <w:b/>
        </w:rPr>
        <w:t xml:space="preserve">[05:31] </w:t>
      </w:r>
      <w:r>
        <w:t>har insan, har insan, har insan, chahe wo qabar mein dafan hua ho ya na hua ho, wo</w:t>
      </w:r>
    </w:p>
    <w:p>
      <w:pPr>
        <w:jc w:val="right"/>
      </w:pPr>
      <w:r>
        <w:t>ہر انسان، ہر انسان، ہر انسان، چاہے وہ قبر میں دفن ہوا ہو یا نہ ہوا ہو، وہ</w:t>
      </w:r>
    </w:p>
    <w:p>
      <w:r>
        <w:rPr>
          <w:b/>
        </w:rPr>
        <w:t xml:space="preserve">[05:37] </w:t>
      </w:r>
      <w:r>
        <w:t>ek self made cell mein jeeta hai. material cell.</w:t>
      </w:r>
    </w:p>
    <w:p>
      <w:pPr>
        <w:jc w:val="right"/>
      </w:pPr>
      <w:r>
        <w:t>ایک سیلف میڈ سیل میں جیتا ہے۔ مٹیریل سیل۔</w:t>
      </w:r>
    </w:p>
    <w:p>
      <w:r>
        <w:rPr>
          <w:b/>
        </w:rPr>
        <w:t xml:space="preserve">[05:44] </w:t>
      </w:r>
      <w:r>
        <w:t>har aadmi ka apna ek dunya hai, jo money based hai, paise se banai gayi hai.</w:t>
      </w:r>
    </w:p>
    <w:p>
      <w:pPr>
        <w:jc w:val="right"/>
      </w:pPr>
      <w:r>
        <w:t>ہر آدمی کا اپنا ایک دنیا ہے، جو منی بیسڈ ہے، پیسے سے بنائی گئی ہے۔</w:t>
      </w:r>
    </w:p>
    <w:p>
      <w:r>
        <w:rPr>
          <w:b/>
        </w:rPr>
        <w:t xml:space="preserve">[05:50] </w:t>
      </w:r>
      <w:r>
        <w:t>to har aadmi ek self made cell mein jeeta hai.</w:t>
      </w:r>
    </w:p>
    <w:p>
      <w:pPr>
        <w:jc w:val="right"/>
      </w:pPr>
      <w:r>
        <w:t>تو ہر آدمی ایک سیلف میڈ سیل میں جیتا ہے۔</w:t>
      </w:r>
    </w:p>
    <w:p>
      <w:r>
        <w:rPr>
          <w:b/>
        </w:rPr>
        <w:t xml:space="preserve">[05:57] </w:t>
      </w:r>
      <w:r>
        <w:t>aur samajhta hai ke mera cell to bilkul safe hai, yahan mein bilkul safe hoon.</w:t>
      </w:r>
    </w:p>
    <w:p>
      <w:pPr>
        <w:jc w:val="right"/>
      </w:pPr>
      <w:r>
        <w:t>اور سمجھتا ہے کہ میرا سیل تو بالکل سیف ہے، یہاں میں بالکل سیف ہوں۔</w:t>
      </w:r>
    </w:p>
    <w:p>
      <w:r>
        <w:rPr>
          <w:b/>
        </w:rPr>
        <w:t xml:space="preserve">[06:04] </w:t>
      </w:r>
      <w:r>
        <w:t>lekin achaanak jab sur phoonka jaye ga, jab trumpet phoonka jaye ga, to saare cell toot jayen ge.</w:t>
      </w:r>
    </w:p>
    <w:p>
      <w:pPr>
        <w:jc w:val="right"/>
      </w:pPr>
      <w:r>
        <w:t>لیکن اچانک جب سور پھونکا جائے گا، جب ٹرمپٹ پھونکا جائے گا، تو سارے سیل ٹوٹ جائیں گے۔</w:t>
      </w:r>
    </w:p>
    <w:p>
      <w:r>
        <w:rPr>
          <w:b/>
        </w:rPr>
        <w:t xml:space="preserve">[06:10] </w:t>
      </w:r>
      <w:r>
        <w:t>achaanak saare cell disappear ho jayen ge.</w:t>
      </w:r>
    </w:p>
    <w:p>
      <w:pPr>
        <w:jc w:val="right"/>
      </w:pPr>
      <w:r>
        <w:t>اچانک سارے سیل ڈس اپیئر ہو جائیں گے۔</w:t>
      </w:r>
    </w:p>
    <w:p>
      <w:r>
        <w:rPr>
          <w:b/>
        </w:rPr>
        <w:t xml:space="preserve">[06:17] </w:t>
      </w:r>
      <w:r>
        <w:t>aur achaanak aadmi akela ho jayega.</w:t>
      </w:r>
    </w:p>
    <w:p>
      <w:pPr>
        <w:jc w:val="right"/>
      </w:pPr>
      <w:r>
        <w:t>اور اچانک آدمی اکیلا ہو جائے گا۔</w:t>
      </w:r>
    </w:p>
    <w:p>
      <w:r>
        <w:rPr>
          <w:b/>
        </w:rPr>
        <w:t xml:space="preserve">[06:24] </w:t>
      </w:r>
      <w:r>
        <w:t>aadmi akela ho jayega.</w:t>
      </w:r>
    </w:p>
    <w:p>
      <w:pPr>
        <w:jc w:val="right"/>
      </w:pPr>
      <w:r>
        <w:t>آدمی اکیلا ہو جائے گا۔</w:t>
      </w:r>
    </w:p>
    <w:p>
      <w:r>
        <w:rPr>
          <w:b/>
        </w:rPr>
        <w:t xml:space="preserve">[06:30] </w:t>
      </w:r>
      <w:r>
        <w:t>quran mein aata hai ke is din na maal kaam aayega, na aulad kaam aayegi.</w:t>
      </w:r>
    </w:p>
    <w:p>
      <w:pPr>
        <w:jc w:val="right"/>
      </w:pPr>
      <w:r>
        <w:t>قرآن میں آتا ہے کہ اس دن نہ مال کام آئے گا، نہ اولاد کام آئے گی۔</w:t>
      </w:r>
    </w:p>
    <w:p>
      <w:r>
        <w:rPr>
          <w:b/>
        </w:rPr>
        <w:t xml:space="preserve">[06:37] </w:t>
      </w:r>
      <w:r>
        <w:t>log apne rishtedaron se bhagenge.</w:t>
      </w:r>
    </w:p>
    <w:p>
      <w:pPr>
        <w:jc w:val="right"/>
      </w:pPr>
      <w:r>
        <w:t>لوگ اپنے رشتہ داروں سے بھاگیں گے۔</w:t>
      </w:r>
    </w:p>
    <w:p>
      <w:r>
        <w:rPr>
          <w:b/>
        </w:rPr>
        <w:t xml:space="preserve">[06:43] </w:t>
      </w:r>
      <w:r>
        <w:t>yaani jin ko apna samajhta tha, apna, un se bhagega.</w:t>
      </w:r>
    </w:p>
    <w:p>
      <w:pPr>
        <w:jc w:val="right"/>
      </w:pPr>
      <w:r>
        <w:t>یعنی جن کو اپنا سمجھتا تھا، اپنا، ان سے بھاگے گا۔</w:t>
      </w:r>
    </w:p>
    <w:p>
      <w:r>
        <w:rPr>
          <w:b/>
        </w:rPr>
        <w:t xml:space="preserve">[06:50] </w:t>
      </w:r>
      <w:r>
        <w:t>yeh bhagna bhi to aik alamaati word hai yeh.</w:t>
      </w:r>
    </w:p>
    <w:p>
      <w:pPr>
        <w:jc w:val="right"/>
      </w:pPr>
      <w:r>
        <w:t>یہ بھاگنا بھی تو ایک علامتی ورڈ ہے یہ۔</w:t>
      </w:r>
    </w:p>
    <w:p>
      <w:r>
        <w:rPr>
          <w:b/>
        </w:rPr>
        <w:t xml:space="preserve">[06:57] </w:t>
      </w:r>
      <w:r>
        <w:t>is ka matlab hai ke sach much daudenge.</w:t>
      </w:r>
    </w:p>
    <w:p>
      <w:pPr>
        <w:jc w:val="right"/>
      </w:pPr>
      <w:r>
        <w:t>اس کا مطلب ہے کہ سچ مچ دوڑیں گے۔</w:t>
      </w:r>
    </w:p>
    <w:p>
      <w:r>
        <w:rPr>
          <w:b/>
        </w:rPr>
        <w:t xml:space="preserve">[07:03] </w:t>
      </w:r>
      <w:r>
        <w:t>matlab har aadmi kahega yeh kya museebat hai, mujhe kuch aur chahiye, yeh maal nahi chahiye, aulad nahi chahiye.</w:t>
      </w:r>
    </w:p>
    <w:p>
      <w:pPr>
        <w:jc w:val="right"/>
      </w:pPr>
      <w:r>
        <w:t>مطلب ہر آدمی کہے گا یہ کیا مصیبت ہے، مجھے کچھ اور چاہیے، یہ مال نہیں چاہیے، اولاد نہیں چاہیے۔</w:t>
      </w:r>
    </w:p>
    <w:p>
      <w:r>
        <w:rPr>
          <w:b/>
        </w:rPr>
        <w:t xml:space="preserve">[07:10] </w:t>
      </w:r>
      <w:r>
        <w:t>yeh sab to sahara khatm ho gaya.</w:t>
      </w:r>
    </w:p>
    <w:p>
      <w:pPr>
        <w:jc w:val="right"/>
      </w:pPr>
      <w:r>
        <w:t>یہ سب تو سہارا ختم ہو گیا۔</w:t>
      </w:r>
    </w:p>
    <w:p>
      <w:r>
        <w:rPr>
          <w:b/>
        </w:rPr>
        <w:t xml:space="preserve">[07:17] </w:t>
      </w:r>
      <w:r>
        <w:t>to maal ka sahara, aulad ka sahara, aur fauj ka sahara, government ka sahara, jitne sahare hain, hain</w:t>
      </w:r>
    </w:p>
    <w:p>
      <w:pPr>
        <w:jc w:val="right"/>
      </w:pPr>
      <w:r>
        <w:t>تو مال کا سہارا، اولاد کا سہارا، اور فوج کا سہارا، گورنمنٹ کا سہارا، جتنے سہارے ہیں، ہیں</w:t>
      </w:r>
    </w:p>
    <w:p>
      <w:r>
        <w:rPr>
          <w:b/>
        </w:rPr>
        <w:t xml:space="preserve">[07:23] </w:t>
      </w:r>
      <w:r>
        <w:t>woh sab achaanak khatm ho jayenge.</w:t>
      </w:r>
    </w:p>
    <w:p>
      <w:pPr>
        <w:jc w:val="right"/>
      </w:pPr>
      <w:r>
        <w:t>وہ سب اچانک ختم ہو جائیں گے۔</w:t>
      </w:r>
    </w:p>
    <w:p>
      <w:r>
        <w:rPr>
          <w:b/>
        </w:rPr>
        <w:t xml:space="preserve">[07:30] </w:t>
      </w:r>
      <w:r>
        <w:t>ghubare ki tarah toot jayenge.</w:t>
      </w:r>
    </w:p>
    <w:p>
      <w:pPr>
        <w:jc w:val="right"/>
      </w:pPr>
      <w:r>
        <w:t>غبارے کی طرح ٹوٹ جائیں گے۔</w:t>
      </w:r>
    </w:p>
    <w:p>
      <w:r>
        <w:rPr>
          <w:b/>
        </w:rPr>
        <w:t xml:space="preserve">[07:36] </w:t>
      </w:r>
      <w:r>
        <w:t>sab ki hawa nikal jayegi.</w:t>
      </w:r>
    </w:p>
    <w:p>
      <w:pPr>
        <w:jc w:val="right"/>
      </w:pPr>
      <w:r>
        <w:t>سب کی ہوا نکل جائے گی۔</w:t>
      </w:r>
    </w:p>
    <w:p>
      <w:r>
        <w:rPr>
          <w:b/>
        </w:rPr>
        <w:t xml:space="preserve">[07:43] </w:t>
      </w:r>
      <w:r>
        <w:t>aadmi achaanak payega ke main to akela hoon.</w:t>
      </w:r>
    </w:p>
    <w:p>
      <w:pPr>
        <w:jc w:val="right"/>
      </w:pPr>
      <w:r>
        <w:t>آدمی اچانک پائے گا کہ میں تو اکیلا ہوں۔</w:t>
      </w:r>
    </w:p>
    <w:p>
      <w:r>
        <w:rPr>
          <w:b/>
        </w:rPr>
        <w:t xml:space="preserve">[07:50] </w:t>
      </w:r>
      <w:r>
        <w:t>sivaye Allah rab ul alameen ke aur koi nahi hai.</w:t>
      </w:r>
    </w:p>
    <w:p>
      <w:pPr>
        <w:jc w:val="right"/>
      </w:pPr>
      <w:r>
        <w:t>سوائے اللہ رب العالمین کے اور کوئی نہیں ہے۔</w:t>
      </w:r>
    </w:p>
    <w:p>
      <w:r>
        <w:rPr>
          <w:b/>
        </w:rPr>
        <w:t xml:space="preserve">[07:56] </w:t>
      </w:r>
      <w:r>
        <w:t>to yahan par dekhen, is ayat mein bataya gaya hai ke hona chahiye.</w:t>
      </w:r>
    </w:p>
    <w:p>
      <w:pPr>
        <w:jc w:val="right"/>
      </w:pPr>
      <w:r>
        <w:t>تو یہاں پر دیکھیں، اس آیت میں بتایا گیا ہے کہ ہونا کیا چاہیے۔</w:t>
      </w:r>
    </w:p>
    <w:p>
      <w:r>
        <w:rPr>
          <w:b/>
        </w:rPr>
        <w:t xml:space="preserve">[08:03] </w:t>
      </w:r>
      <w:r>
        <w:t>yaani maal aur aulad aik kaam aane wale nahi hain.</w:t>
      </w:r>
    </w:p>
    <w:p>
      <w:pPr>
        <w:jc w:val="right"/>
      </w:pPr>
      <w:r>
        <w:t>یعنی مال اور اولاد ایک کام آنے والے نہیں ہیں۔</w:t>
      </w:r>
    </w:p>
    <w:p>
      <w:r>
        <w:rPr>
          <w:b/>
        </w:rPr>
        <w:t xml:space="preserve">[08:10] </w:t>
      </w:r>
      <w:r>
        <w:t>biz second sab ke sab bilkul khatm ho jayenge.</w:t>
      </w:r>
    </w:p>
    <w:p>
      <w:pPr>
        <w:jc w:val="right"/>
      </w:pPr>
      <w:r>
        <w:t>بز سیکنڈ سب کے سب بالکل ختم ہو جائیں گے۔</w:t>
      </w:r>
    </w:p>
    <w:p>
      <w:r>
        <w:rPr>
          <w:b/>
        </w:rPr>
        <w:t xml:space="preserve">[08:16] </w:t>
      </w:r>
      <w:r>
        <w:t>جیسے کہ پرائم منسٹر نے اعلان کیا تو by second سارے ڈورٹ ان ویلڈ ہو گئے۔</w:t>
      </w:r>
    </w:p>
    <w:p>
      <w:pPr>
        <w:jc w:val="right"/>
      </w:pPr>
      <w:r>
        <w:t>جیسے کہ پرائم منسٹر نے اعلان کیا تو بز سیکنڈ سارے ڈورٹ ان ویلڈ ہو گئے۔</w:t>
      </w:r>
    </w:p>
    <w:p>
      <w:r>
        <w:rPr>
          <w:b/>
        </w:rPr>
        <w:t xml:space="preserve">[08:23] </w:t>
      </w:r>
      <w:r>
        <w:t>unki hesiyat kaghaz ke purze ki ho gayi.</w:t>
      </w:r>
    </w:p>
    <w:p>
      <w:pPr>
        <w:jc w:val="right"/>
      </w:pPr>
      <w:r>
        <w:t>ان کی حیثیت کاغذ کے پرزے کی ہو گئی۔</w:t>
      </w:r>
    </w:p>
    <w:p>
      <w:r>
        <w:rPr>
          <w:b/>
        </w:rPr>
        <w:t xml:space="preserve">[08:29] </w:t>
      </w:r>
      <w:r>
        <w:t>kitne logon ne bare bare document ko jala diya, kisi garbage mein phenk diya.</w:t>
      </w:r>
    </w:p>
    <w:p>
      <w:pPr>
        <w:jc w:val="right"/>
      </w:pPr>
      <w:r>
        <w:t>کتنے لوگوں نے بڑے بڑے ڈورٹ کو جلا دیا، کسی گاربیج میں پھینک دیا۔</w:t>
      </w:r>
    </w:p>
    <w:p>
      <w:r>
        <w:rPr>
          <w:b/>
        </w:rPr>
        <w:t xml:space="preserve">[08:36] </w:t>
      </w:r>
      <w:r>
        <w:t>to Allah magar woh jo aaya qalb e saleem ke sath.</w:t>
      </w:r>
    </w:p>
    <w:p>
      <w:pPr>
        <w:jc w:val="right"/>
      </w:pPr>
      <w:r>
        <w:t>تو اللہ مگر وہ جو آیا قلب سلیم کے ساتھ۔</w:t>
      </w:r>
    </w:p>
    <w:p>
      <w:r>
        <w:rPr>
          <w:b/>
        </w:rPr>
        <w:t xml:space="preserve">[08:43] </w:t>
      </w:r>
      <w:r>
        <w:t>yaani maal ka dher le kar nahi, dunyavi taraqqiyon ka dher le kar nahi, balkeh qalb e saleem le kar aaya.</w:t>
      </w:r>
    </w:p>
    <w:p>
      <w:pPr>
        <w:jc w:val="right"/>
      </w:pPr>
      <w:r>
        <w:t>یعنی مال کا ڈھیر لے کر نہیں، دنیاوی ترقیوں کا ڈھیر لے کر نہیں، بلکہ قلب سلیم لے کر آیا۔</w:t>
      </w:r>
    </w:p>
    <w:p>
      <w:r>
        <w:rPr>
          <w:b/>
        </w:rPr>
        <w:t xml:space="preserve">[08:49] </w:t>
      </w:r>
      <w:r>
        <w:t>is ke liye akhirat mein bari jagah hogi.</w:t>
      </w:r>
    </w:p>
    <w:p>
      <w:pPr>
        <w:jc w:val="right"/>
      </w:pPr>
      <w:r>
        <w:t>اس کے لیے آخرت میں بڑی جگہ ہوگی۔</w:t>
      </w:r>
    </w:p>
    <w:p>
      <w:r>
        <w:rPr>
          <w:b/>
        </w:rPr>
        <w:t xml:space="preserve">[08:56] </w:t>
      </w:r>
      <w:r>
        <w:t>ab dekhen ke qalb e saleem ka matlab kya hai.</w:t>
      </w:r>
    </w:p>
    <w:p>
      <w:pPr>
        <w:jc w:val="right"/>
      </w:pPr>
      <w:r>
        <w:t>اب دیکھیں کہ قلب سلیم کا مطلب کیا ہے۔</w:t>
      </w:r>
    </w:p>
    <w:p>
      <w:r>
        <w:rPr>
          <w:b/>
        </w:rPr>
        <w:t xml:space="preserve">[09:03] </w:t>
      </w:r>
      <w:r>
        <w:t>qalb e saleem ka matlab hai yaani aisa dil jo gandagi se pak ho.</w:t>
      </w:r>
    </w:p>
    <w:p>
      <w:pPr>
        <w:jc w:val="right"/>
      </w:pPr>
      <w:r>
        <w:t>قلب سلیم کا مطلب ہے یعنی ایسا دل جو گندگی سے پاک ہو۔</w:t>
      </w:r>
    </w:p>
    <w:p>
      <w:r>
        <w:rPr>
          <w:b/>
        </w:rPr>
        <w:t xml:space="preserve">[09:09] </w:t>
      </w:r>
      <w:r>
        <w:t>yahan bhi dil ka lafz simbolik hai.</w:t>
      </w:r>
    </w:p>
    <w:p>
      <w:pPr>
        <w:jc w:val="right"/>
      </w:pPr>
      <w:r>
        <w:t>یہاں بھی دل کا لفظ سمبالک ہے۔</w:t>
      </w:r>
    </w:p>
    <w:p>
      <w:r>
        <w:rPr>
          <w:b/>
        </w:rPr>
        <w:t xml:space="preserve">[09:16] </w:t>
      </w:r>
      <w:r>
        <w:t>اس کا مطلب ہے purified personality۔</w:t>
      </w:r>
    </w:p>
    <w:p>
      <w:pPr>
        <w:jc w:val="right"/>
      </w:pPr>
      <w:r>
        <w:t>اس کا مطلب ہے پوریفائیڈ پرسنالٹی۔</w:t>
      </w:r>
    </w:p>
    <w:p>
      <w:r>
        <w:rPr>
          <w:b/>
        </w:rPr>
        <w:t xml:space="preserve">[09:22] </w:t>
      </w:r>
      <w:r>
        <w:t>is ko doosri jagah aaya hai ke tazkiya.</w:t>
      </w:r>
    </w:p>
    <w:p>
      <w:pPr>
        <w:jc w:val="right"/>
      </w:pPr>
      <w:r>
        <w:t>اس کو دوسری جگہ آیا ہے کہ تزکیہ۔</w:t>
      </w:r>
    </w:p>
    <w:p>
      <w:r>
        <w:rPr>
          <w:b/>
        </w:rPr>
        <w:t xml:space="preserve">[09:29] </w:t>
      </w:r>
      <w:r>
        <w:t>جو آیا اللہ کے پاس، یعنی آخرت میں، مذہب کا شخصیت، purified personality لے کر آیا، اس کے</w:t>
      </w:r>
    </w:p>
    <w:p>
      <w:pPr>
        <w:jc w:val="right"/>
      </w:pPr>
      <w:r>
        <w:t>جو آیا اللہ کے پاس، یعنی آخرت میں، مذہب کا شخصیت، پوریفائیڈ پرسنالٹی لے کر آیا، اس کے</w:t>
      </w:r>
    </w:p>
    <w:p>
      <w:r>
        <w:rPr>
          <w:b/>
        </w:rPr>
        <w:t xml:space="preserve">[09:36] </w:t>
      </w:r>
      <w:r>
        <w:t>liye jannat hai, is ke liye baray maqamat hain.</w:t>
      </w:r>
    </w:p>
    <w:p>
      <w:pPr>
        <w:jc w:val="right"/>
      </w:pPr>
      <w:r>
        <w:t>لیے جنت ہے، اس کے لیے بڑے مقامات ہیں۔</w:t>
      </w:r>
    </w:p>
    <w:p>
      <w:r>
        <w:rPr>
          <w:b/>
        </w:rPr>
        <w:t xml:space="preserve">[09:42] </w:t>
      </w:r>
      <w:r>
        <w:t>is par mein soch raha tha, soch raha tha, soch raha tha.</w:t>
      </w:r>
    </w:p>
    <w:p>
      <w:pPr>
        <w:jc w:val="right"/>
      </w:pPr>
      <w:r>
        <w:t>اس پر میں سوچ رہا تھا، سوچ رہا تھا، سوچ رہا تھا۔</w:t>
      </w:r>
    </w:p>
    <w:p>
      <w:r>
        <w:rPr>
          <w:b/>
        </w:rPr>
        <w:t xml:space="preserve">[09:49] </w:t>
      </w:r>
      <w:r>
        <w:t>to mujhe quran ki woh ayat yaad aai ke yani Allah ne paida kiya insan ko behtareen saakht</w:t>
      </w:r>
    </w:p>
    <w:p>
      <w:pPr>
        <w:jc w:val="right"/>
      </w:pPr>
      <w:r>
        <w:t>تو مجھے قرآن کی وہ آیت یاد آئی کہ یعنی اللہ نے پیدا کیا انسان کو بہترین ساخت</w:t>
      </w:r>
    </w:p>
    <w:p>
      <w:r>
        <w:rPr>
          <w:b/>
        </w:rPr>
        <w:t xml:space="preserve">[09:56] </w:t>
      </w:r>
      <w:r>
        <w:t>ke sath, asal taqweem ke sath, phir is ko phenk diya asal safareen mein.</w:t>
      </w:r>
    </w:p>
    <w:p>
      <w:pPr>
        <w:jc w:val="right"/>
      </w:pPr>
      <w:r>
        <w:t>کے ساتھ، اصل تقویم کے ساتھ، پھر اس کو پھینک دیا اصل سافرین میں۔</w:t>
      </w:r>
    </w:p>
    <w:p>
      <w:r>
        <w:rPr>
          <w:b/>
        </w:rPr>
        <w:t xml:space="preserve">[10:02] </w:t>
      </w:r>
      <w:r>
        <w:t>is ko agar lafz badlein to yeh kahengay ke is ko phenk diya kechar mein.</w:t>
      </w:r>
    </w:p>
    <w:p>
      <w:pPr>
        <w:jc w:val="right"/>
      </w:pPr>
      <w:r>
        <w:t>اس کو اگر لفظ بدلیں تو یہ کہیں گے کہ اس کو پھینک دیا کیچڑ میں۔</w:t>
      </w:r>
    </w:p>
    <w:p>
      <w:r>
        <w:rPr>
          <w:b/>
        </w:rPr>
        <w:t xml:space="preserve">[10:09] </w:t>
      </w:r>
      <w:r>
        <w:t>yani artist ne behtareen art paida kiya aur phir is ko daal diya kechar mein.</w:t>
      </w:r>
    </w:p>
    <w:p>
      <w:pPr>
        <w:jc w:val="right"/>
      </w:pPr>
      <w:r>
        <w:t>یعنی آرٹسٹ نے بہترین آرٹ پیدا کیا اور پھر اس کو ڈال دیا کیچڑ میں۔</w:t>
      </w:r>
    </w:p>
    <w:p>
      <w:r>
        <w:rPr>
          <w:b/>
        </w:rPr>
        <w:t xml:space="preserve">[10:15] </w:t>
      </w:r>
      <w:r>
        <w:t>to insan ka yahi case hai.</w:t>
      </w:r>
    </w:p>
    <w:p>
      <w:pPr>
        <w:jc w:val="right"/>
      </w:pPr>
      <w:r>
        <w:t>تو انسان کا یہی کیس ہے۔</w:t>
      </w:r>
    </w:p>
    <w:p>
      <w:r>
        <w:rPr>
          <w:b/>
        </w:rPr>
        <w:t xml:space="preserve">[10:22] </w:t>
      </w:r>
      <w:r>
        <w:t>insan ko Allah ne paida kiya behtareen saakht, yani is ko behtareen body diya, behtareen mind diya, aankh</w:t>
      </w:r>
    </w:p>
    <w:p>
      <w:pPr>
        <w:jc w:val="right"/>
      </w:pPr>
      <w:r>
        <w:t>انسان کو اللہ نے پیدا کیا بہترین ساخت، یعنی اس کو بہترین باڈی دیا، بہترین مائنڈ دیا، آنکھ</w:t>
      </w:r>
    </w:p>
    <w:p>
      <w:r>
        <w:rPr>
          <w:b/>
        </w:rPr>
        <w:t xml:space="preserve">[10:29] </w:t>
      </w:r>
      <w:r>
        <w:t>aur kaan diya.</w:t>
      </w:r>
    </w:p>
    <w:p>
      <w:pPr>
        <w:jc w:val="right"/>
      </w:pPr>
      <w:r>
        <w:t>اور کان دیا۔</w:t>
      </w:r>
    </w:p>
    <w:p>
      <w:r>
        <w:rPr>
          <w:b/>
        </w:rPr>
        <w:t xml:space="preserve">[10:35] </w:t>
      </w:r>
      <w:r>
        <w:t>sari cheez se is ko lais kar diya.</w:t>
      </w:r>
    </w:p>
    <w:p>
      <w:pPr>
        <w:jc w:val="right"/>
      </w:pPr>
      <w:r>
        <w:t>ساری چیز سے اس کو لیس کر دیا۔</w:t>
      </w:r>
    </w:p>
    <w:p>
      <w:r>
        <w:rPr>
          <w:b/>
        </w:rPr>
        <w:t xml:space="preserve">[10:42] </w:t>
      </w:r>
      <w:r>
        <w:t>aur phir phenk diya kahan? is dunya mein.</w:t>
      </w:r>
    </w:p>
    <w:p>
      <w:pPr>
        <w:jc w:val="right"/>
      </w:pPr>
      <w:r>
        <w:t>اور پھر پھینک دیا کہاں؟ اس دنیا میں۔</w:t>
      </w:r>
    </w:p>
    <w:p>
      <w:r>
        <w:rPr>
          <w:b/>
        </w:rPr>
        <w:t xml:space="preserve">[10:49] </w:t>
      </w:r>
      <w:r>
        <w:t>yahan par kechar ka lafz simbolik sense mein bol raha hoon mein.</w:t>
      </w:r>
    </w:p>
    <w:p>
      <w:pPr>
        <w:jc w:val="right"/>
      </w:pPr>
      <w:r>
        <w:t>یہاں پر کیچڑ کا لفظ سمبالک سینس میں بول رہا ہوں میں۔</w:t>
      </w:r>
    </w:p>
    <w:p>
      <w:r>
        <w:rPr>
          <w:b/>
        </w:rPr>
        <w:t xml:space="preserve">[10:55] </w:t>
      </w:r>
      <w:r>
        <w:t>yani aik aisi dunya jahan aadmi desire ka shikar banta hai, money ka temptation hai is ko, fame,</w:t>
      </w:r>
    </w:p>
    <w:p>
      <w:pPr>
        <w:jc w:val="right"/>
      </w:pPr>
      <w:r>
        <w:t>یعنی ایک ایسی دنیا جہاں آدمی ڈیزائر کا شکار بنتا ہے، منی کا ٹیمپٹیشن ہے اس کو، فیم،</w:t>
      </w:r>
    </w:p>
    <w:p>
      <w:r>
        <w:rPr>
          <w:b/>
        </w:rPr>
        <w:t xml:space="preserve">[11:02] </w:t>
      </w:r>
      <w:r>
        <w:t>power, isi mein jeeta hai.</w:t>
      </w:r>
    </w:p>
    <w:p>
      <w:pPr>
        <w:jc w:val="right"/>
      </w:pPr>
      <w:r>
        <w:t>پاور، اسی میں جیتا ہے۔</w:t>
      </w:r>
    </w:p>
    <w:p>
      <w:r>
        <w:rPr>
          <w:b/>
        </w:rPr>
        <w:t xml:space="preserve">[11:08] </w:t>
      </w:r>
      <w:r>
        <w:t>to itna zyada attraction hai in cheezon mein ke aadmi isi mein phans kar rehta hai.</w:t>
      </w:r>
    </w:p>
    <w:p>
      <w:pPr>
        <w:jc w:val="right"/>
      </w:pPr>
      <w:r>
        <w:t>تو اتنا زیادہ اٹریکشن ہے ان چیزوں میں کہ آدمی اسی میں پھنس کر رہتا ہے۔</w:t>
      </w:r>
    </w:p>
    <w:p>
      <w:r>
        <w:rPr>
          <w:b/>
        </w:rPr>
        <w:t xml:space="preserve">[11:15] </w:t>
      </w:r>
      <w:r>
        <w:t>itna zyada attraction hai.</w:t>
      </w:r>
    </w:p>
    <w:p>
      <w:pPr>
        <w:jc w:val="right"/>
      </w:pPr>
      <w:r>
        <w:t>اتنا زیادہ اٹریکشن ہے۔</w:t>
      </w:r>
    </w:p>
    <w:p>
      <w:r>
        <w:rPr>
          <w:b/>
        </w:rPr>
        <w:t xml:space="preserve">[11:22] </w:t>
      </w:r>
      <w:r>
        <w:t>yani money mein, dunya ke saman mein, power mein, fame mein.</w:t>
      </w:r>
    </w:p>
    <w:p>
      <w:pPr>
        <w:jc w:val="right"/>
      </w:pPr>
      <w:r>
        <w:t>یعنی منی میں، دنیا کے سامان میں، پاور میں، فیم میں۔</w:t>
      </w:r>
    </w:p>
    <w:p>
      <w:r>
        <w:rPr>
          <w:b/>
        </w:rPr>
        <w:t xml:space="preserve">[11:28] </w:t>
      </w:r>
      <w:r>
        <w:t>itni zyada kashish hai stage mein ke aadmi apne ko rok nahi pata.</w:t>
      </w:r>
    </w:p>
    <w:p>
      <w:pPr>
        <w:jc w:val="right"/>
      </w:pPr>
      <w:r>
        <w:t>اتنی زیادہ کشش ہے اسٹیج میں کہ آدمی اپنے کو روک نہیں پاتا۔</w:t>
      </w:r>
    </w:p>
    <w:p>
      <w:r>
        <w:rPr>
          <w:b/>
        </w:rPr>
        <w:t xml:space="preserve">[11:35] </w:t>
      </w:r>
      <w:r>
        <w:t>isi mein apne ko daal deta hai.</w:t>
      </w:r>
    </w:p>
    <w:p>
      <w:pPr>
        <w:jc w:val="right"/>
      </w:pPr>
      <w:r>
        <w:t>اسی میں اپنے کو ڈال دیتا ہے۔</w:t>
      </w:r>
    </w:p>
    <w:p>
      <w:r>
        <w:rPr>
          <w:b/>
        </w:rPr>
        <w:t xml:space="preserve">[11:42] </w:t>
      </w:r>
      <w:r>
        <w:t>ghar dunya ke kechar mein woh lat pat ho jata hai.</w:t>
      </w:r>
    </w:p>
    <w:p>
      <w:pPr>
        <w:jc w:val="right"/>
      </w:pPr>
      <w:r>
        <w:t>گھر دنیا کے کیچڑ میں وہ لت پت ہو جاتا ہے۔</w:t>
      </w:r>
    </w:p>
    <w:p>
      <w:r>
        <w:rPr>
          <w:b/>
        </w:rPr>
        <w:t xml:space="preserve">[11:48] </w:t>
      </w:r>
      <w:r>
        <w:t>to is ko basharat is ke liye hai jo apne aap ko is kechar se pak kar ke</w:t>
      </w:r>
    </w:p>
    <w:p>
      <w:pPr>
        <w:jc w:val="right"/>
      </w:pPr>
      <w:r>
        <w:t>تو اس کو بشارت اس کے لیے ہے جو اپنے آپ کو اس کیچڑ سے پاک کر کے</w:t>
      </w:r>
    </w:p>
    <w:p>
      <w:r>
        <w:rPr>
          <w:b/>
        </w:rPr>
        <w:t xml:space="preserve">[11:55] </w:t>
      </w:r>
      <w:r>
        <w:t>Allah ke paas le jaye.</w:t>
      </w:r>
    </w:p>
    <w:p>
      <w:pPr>
        <w:jc w:val="right"/>
      </w:pPr>
      <w:r>
        <w:t>اللہ کے پاس لے جائے۔</w:t>
      </w:r>
    </w:p>
    <w:p>
      <w:r>
        <w:rPr>
          <w:b/>
        </w:rPr>
        <w:t xml:space="preserve">[12:01] </w:t>
      </w:r>
      <w:r>
        <w:t>yani qayamat mein jab pohanchay Allah ke samnay to apne aap ko is kechar se pak kar chuka hoga.</w:t>
      </w:r>
    </w:p>
    <w:p>
      <w:pPr>
        <w:jc w:val="right"/>
      </w:pPr>
      <w:r>
        <w:t>یعنی قیامت میں جب پہنچے اللہ کے سامنے تو اپنے آپ کو اس کیچڑ سے پاک کر چکا ہوگا۔</w:t>
      </w:r>
    </w:p>
    <w:p>
      <w:r>
        <w:rPr>
          <w:b/>
        </w:rPr>
        <w:t xml:space="preserve">[12:08] </w:t>
      </w:r>
      <w:r>
        <w:t>mein kahoon ga ke kechar se muraad jo asal safreen se muraad conditioning hai.</w:t>
      </w:r>
    </w:p>
    <w:p>
      <w:pPr>
        <w:jc w:val="right"/>
      </w:pPr>
      <w:r>
        <w:t>میں کہوں گا کہ کیچڑ سے مراد جو اصل سافرین سے مراد کنڈیشننگ ہے۔</w:t>
      </w:r>
    </w:p>
    <w:p>
      <w:r>
        <w:rPr>
          <w:b/>
        </w:rPr>
        <w:t xml:space="preserve">[12:15] </w:t>
      </w:r>
      <w:r>
        <w:t>yani paida kar ke insaan ko bhej diya wahan jahan har waqt conditioning hoti hoti hai.</w:t>
      </w:r>
    </w:p>
    <w:p>
      <w:pPr>
        <w:jc w:val="right"/>
      </w:pPr>
      <w:r>
        <w:t>یعنی پیدا کر کے انسان کو بھیج دیا وہاں جہاں ہر وقت کنڈیشننگ ہوتی ہوتی ہے۔</w:t>
      </w:r>
    </w:p>
    <w:p>
      <w:r>
        <w:rPr>
          <w:b/>
        </w:rPr>
        <w:t xml:space="preserve">[12:21] </w:t>
      </w:r>
      <w:r>
        <w:t>wo jo hadees hai ke har paida honay wala paida hota hai fitrat par.</w:t>
      </w:r>
    </w:p>
    <w:p>
      <w:pPr>
        <w:jc w:val="right"/>
      </w:pPr>
      <w:r>
        <w:t>وہ جو حدیث ہے کہ ہر پیدا ہونے والا پیدا ہوتا ہے فطرت پر۔</w:t>
      </w:r>
    </w:p>
    <w:p>
      <w:r>
        <w:rPr>
          <w:b/>
        </w:rPr>
        <w:t xml:space="preserve">[12:28] </w:t>
      </w:r>
      <w:r>
        <w:t>lekin phir is ko is ke maa baap bana dete hain.</w:t>
      </w:r>
    </w:p>
    <w:p>
      <w:pPr>
        <w:jc w:val="right"/>
      </w:pPr>
      <w:r>
        <w:t>لیکن پھر اس کو اس کے ماں باپ بنا دیتے ہیں۔</w:t>
      </w:r>
    </w:p>
    <w:p>
      <w:r>
        <w:rPr>
          <w:b/>
        </w:rPr>
        <w:t xml:space="preserve">[12:35] </w:t>
      </w:r>
      <w:r>
        <w:t>yahoodi, nasrani waghera.</w:t>
      </w:r>
    </w:p>
    <w:p>
      <w:pPr>
        <w:jc w:val="right"/>
      </w:pPr>
      <w:r>
        <w:t>یہودی، نصرانی وغیرہ۔</w:t>
      </w:r>
    </w:p>
    <w:p>
      <w:r>
        <w:rPr>
          <w:b/>
        </w:rPr>
        <w:t xml:space="preserve">[12:41] </w:t>
      </w:r>
      <w:r>
        <w:t>dekhen yahan maa baap ka lafz bhi symbolic sense mein hai.</w:t>
      </w:r>
    </w:p>
    <w:p>
      <w:pPr>
        <w:jc w:val="right"/>
      </w:pPr>
      <w:r>
        <w:t>دیکھیں یہاں ماں باپ کا لفظ بھی سمبالک سینس میں ہے۔</w:t>
      </w:r>
    </w:p>
    <w:p>
      <w:r>
        <w:rPr>
          <w:b/>
        </w:rPr>
        <w:t xml:space="preserve">[12:48] </w:t>
      </w:r>
      <w:r>
        <w:t>yani environment, mahaul.</w:t>
      </w:r>
    </w:p>
    <w:p>
      <w:pPr>
        <w:jc w:val="right"/>
      </w:pPr>
      <w:r>
        <w:t>یعنی انوائرمنٹ، ماحول۔</w:t>
      </w:r>
    </w:p>
    <w:p>
      <w:r>
        <w:rPr>
          <w:b/>
        </w:rPr>
        <w:t xml:space="preserve">[12:54] </w:t>
      </w:r>
      <w:r>
        <w:t>har aadmi paida hotay hi ek mahaul mein jeenay lagta hai.</w:t>
      </w:r>
    </w:p>
    <w:p>
      <w:pPr>
        <w:jc w:val="right"/>
      </w:pPr>
      <w:r>
        <w:t>ہر آدمی پیدا ہوتے ہی ایک ماحول میں جینے لگتا ہے۔</w:t>
      </w:r>
    </w:p>
    <w:p>
      <w:r>
        <w:rPr>
          <w:b/>
        </w:rPr>
        <w:t xml:space="preserve">[13:01] </w:t>
      </w:r>
      <w:r>
        <w:t>paida hotay hi.</w:t>
      </w:r>
    </w:p>
    <w:p>
      <w:pPr>
        <w:jc w:val="right"/>
      </w:pPr>
      <w:r>
        <w:t>پیدا ہوتے ہی۔</w:t>
      </w:r>
    </w:p>
    <w:p>
      <w:r>
        <w:rPr>
          <w:b/>
        </w:rPr>
        <w:t xml:space="preserve">[13:08] </w:t>
      </w:r>
      <w:r>
        <w:t>یعنی انسان جو پیدا ہوتا ہے کسی vacuum میں نہیں ہوتا۔</w:t>
      </w:r>
    </w:p>
    <w:p>
      <w:pPr>
        <w:jc w:val="right"/>
      </w:pPr>
      <w:r>
        <w:t>یعنی انسان جو پیدا ہوتا ہے کسی ویکوپ میں نہیں ہوتا۔</w:t>
      </w:r>
    </w:p>
    <w:p>
      <w:r>
        <w:rPr>
          <w:b/>
        </w:rPr>
        <w:t xml:space="preserve">[13:14] </w:t>
      </w:r>
      <w:r>
        <w:t>ek mahaul mein hota hai.</w:t>
      </w:r>
    </w:p>
    <w:p>
      <w:pPr>
        <w:jc w:val="right"/>
      </w:pPr>
      <w:r>
        <w:t>ایک ماحول میں ہوتا ہے۔</w:t>
      </w:r>
    </w:p>
    <w:p>
      <w:r>
        <w:rPr>
          <w:b/>
        </w:rPr>
        <w:t xml:space="preserve">[13:21] </w:t>
      </w:r>
      <w:r>
        <w:t>har waqt mahaul is par asar dalta hai.</w:t>
      </w:r>
    </w:p>
    <w:p>
      <w:pPr>
        <w:jc w:val="right"/>
      </w:pPr>
      <w:r>
        <w:t>ہر وقت ماحول اس پر اثر ڈالتا ہے۔</w:t>
      </w:r>
    </w:p>
    <w:p>
      <w:r>
        <w:rPr>
          <w:b/>
        </w:rPr>
        <w:t xml:space="preserve">[13:28] </w:t>
      </w:r>
      <w:r>
        <w:t>mahaul ki conditioning.</w:t>
      </w:r>
    </w:p>
    <w:p>
      <w:pPr>
        <w:jc w:val="right"/>
      </w:pPr>
      <w:r>
        <w:t>ماحول کی کنڈیشننگ۔</w:t>
      </w:r>
    </w:p>
    <w:p>
      <w:r>
        <w:rPr>
          <w:b/>
        </w:rPr>
        <w:t xml:space="preserve">[13:34] </w:t>
      </w:r>
      <w:r>
        <w:t>to bohat jald insaan conditioned insaan ban jata hai. conditioned insaan.</w:t>
      </w:r>
    </w:p>
    <w:p>
      <w:pPr>
        <w:jc w:val="right"/>
      </w:pPr>
      <w:r>
        <w:t>تو بہت جلد انسان کنڈیشنڈ انسان بن جاتا ہے۔ کنڈیشنڈ انسان۔</w:t>
      </w:r>
    </w:p>
    <w:p>
      <w:r>
        <w:rPr>
          <w:b/>
        </w:rPr>
        <w:t xml:space="preserve">[13:41] </w:t>
      </w:r>
      <w:r>
        <w:t>is ki aadatein, is ki habits, is ka addiction, is ki chahat.</w:t>
      </w:r>
    </w:p>
    <w:p>
      <w:pPr>
        <w:jc w:val="right"/>
      </w:pPr>
      <w:r>
        <w:t>اس کی عادتیں، اس کی ہیبٹس، اس کا ایڈکشن، اس کی چاہت۔</w:t>
      </w:r>
    </w:p>
    <w:p>
      <w:r>
        <w:rPr>
          <w:b/>
        </w:rPr>
        <w:t xml:space="preserve">[13:47] </w:t>
      </w:r>
      <w:r>
        <w:t>ye saari cheezein is ko is ki is ko condition karti rehti hain.</w:t>
      </w:r>
    </w:p>
    <w:p>
      <w:pPr>
        <w:jc w:val="right"/>
      </w:pPr>
      <w:r>
        <w:t>یہ ساری چیزیں اس کو اس کی اس کو کنڈیشن کرتی رہتی ہیں۔</w:t>
      </w:r>
    </w:p>
    <w:p>
      <w:r>
        <w:rPr>
          <w:b/>
        </w:rPr>
        <w:t xml:space="preserve">[13:54] </w:t>
      </w:r>
      <w:r>
        <w:t>yahan tak ke insaan ek insaan ban jata hai jo desire mein jeeta hai, jo apni aadaton mein</w:t>
      </w:r>
    </w:p>
    <w:p>
      <w:pPr>
        <w:jc w:val="right"/>
      </w:pPr>
      <w:r>
        <w:t>یہاں تک کہ انسان ایک انسان بن جاتا ہے جو ڈیزائر میں جیتا ہے، جو اپنی عادتوں میں</w:t>
      </w:r>
    </w:p>
    <w:p>
      <w:r>
        <w:rPr>
          <w:b/>
        </w:rPr>
        <w:t xml:space="preserve">[14:01] </w:t>
      </w:r>
      <w:r>
        <w:t>jeeta hai, jo apne bhab mein jeeta hai, apne ego mein jeeta hai.</w:t>
      </w:r>
    </w:p>
    <w:p>
      <w:pPr>
        <w:jc w:val="right"/>
      </w:pPr>
      <w:r>
        <w:t>جیتا ہے، جو اپنے بھب میں جیتا ہے، اپنے ایگو میں جیتا ہے۔</w:t>
      </w:r>
    </w:p>
    <w:p>
      <w:r>
        <w:rPr>
          <w:b/>
        </w:rPr>
        <w:t xml:space="preserve">[14:07] </w:t>
      </w:r>
      <w:r>
        <w:t>to yehi hai conditioning.</w:t>
      </w:r>
    </w:p>
    <w:p>
      <w:pPr>
        <w:jc w:val="right"/>
      </w:pPr>
      <w:r>
        <w:t>تو یہی ہے کنڈیشننگ۔</w:t>
      </w:r>
    </w:p>
    <w:p>
      <w:r>
        <w:rPr>
          <w:b/>
        </w:rPr>
        <w:t xml:space="preserve">[14:14] </w:t>
      </w:r>
      <w:r>
        <w:t>to har aadmi, har aadmi, har aadmi ek conditioned aadmi hota hai.</w:t>
      </w:r>
    </w:p>
    <w:p>
      <w:pPr>
        <w:jc w:val="right"/>
      </w:pPr>
      <w:r>
        <w:t>تو ہر آدمی، ہر آدمی، ہر آدمی ایک کنڈیشنڈ آدمی ہوتا ہے۔</w:t>
      </w:r>
    </w:p>
    <w:p>
      <w:r>
        <w:rPr>
          <w:b/>
        </w:rPr>
        <w:t xml:space="preserve">[14:21] </w:t>
      </w:r>
      <w:r>
        <w:t>isi ko maine kaha ke ek ek cell mein jeeta hai.</w:t>
      </w:r>
    </w:p>
    <w:p>
      <w:pPr>
        <w:jc w:val="right"/>
      </w:pPr>
      <w:r>
        <w:t>اسی کو میں نے کہا کہ ایک ایک سیل میں جیتا ہے۔</w:t>
      </w:r>
    </w:p>
    <w:p>
      <w:r>
        <w:rPr>
          <w:b/>
        </w:rPr>
        <w:t xml:space="preserve">[14:27] </w:t>
      </w:r>
      <w:r>
        <w:t>har aadmi ek conditioned cell mein jeeta hai.</w:t>
      </w:r>
    </w:p>
    <w:p>
      <w:pPr>
        <w:jc w:val="right"/>
      </w:pPr>
      <w:r>
        <w:t>ہر آدمی ایک کنڈیشنڈ سیل میں جیتا ہے۔</w:t>
      </w:r>
    </w:p>
    <w:p>
      <w:r>
        <w:rPr>
          <w:b/>
        </w:rPr>
        <w:t xml:space="preserve">[14:34] </w:t>
      </w:r>
      <w:r>
        <w:t>to trumpet ya sur jo phoonka jaye ga, us waqt ye khor toot jaye ga.</w:t>
      </w:r>
    </w:p>
    <w:p>
      <w:pPr>
        <w:jc w:val="right"/>
      </w:pPr>
      <w:r>
        <w:t>تو ٹرمپٹ یا سور جو پھونکا جائے گا، اس وقت یہ خور ٹوٹ جائے گا۔</w:t>
      </w:r>
    </w:p>
    <w:p>
      <w:r>
        <w:rPr>
          <w:b/>
        </w:rPr>
        <w:t xml:space="preserve">[14:40] </w:t>
      </w:r>
      <w:r>
        <w:t>ye conditioning toot jaye gi.</w:t>
      </w:r>
    </w:p>
    <w:p>
      <w:pPr>
        <w:jc w:val="right"/>
      </w:pPr>
      <w:r>
        <w:t>یہ کنڈیشننگ ٹوٹ جائے گی۔</w:t>
      </w:r>
    </w:p>
    <w:p>
      <w:r>
        <w:rPr>
          <w:b/>
        </w:rPr>
        <w:t xml:space="preserve">[14:47] </w:t>
      </w:r>
      <w:r>
        <w:t>wo farishta jo sur phoonke ga, jo trumpet phoonke ga, wo saare logon ke khor tod de ga.</w:t>
      </w:r>
    </w:p>
    <w:p>
      <w:pPr>
        <w:jc w:val="right"/>
      </w:pPr>
      <w:r>
        <w:t>وہ فرشتہ جو سور پھونکے گا، جو ٹرمپٹ پھونکے گا، وہ سارے لوگوں کے خور توڑ دے گا۔</w:t>
      </w:r>
    </w:p>
    <w:p>
      <w:r>
        <w:rPr>
          <w:b/>
        </w:rPr>
        <w:t xml:space="preserve">[14:54] </w:t>
      </w:r>
      <w:r>
        <w:t>saaron ki conditioning khatam ho jaye gi.</w:t>
      </w:r>
    </w:p>
    <w:p>
      <w:pPr>
        <w:jc w:val="right"/>
      </w:pPr>
      <w:r>
        <w:t>ساروں کی کنڈیشننگ ختم ہو جائے گی۔</w:t>
      </w:r>
    </w:p>
    <w:p>
      <w:r>
        <w:rPr>
          <w:b/>
        </w:rPr>
        <w:t xml:space="preserve">[15:00] </w:t>
      </w:r>
      <w:r>
        <w:t>lekin yeh kaam nahin aayega.</w:t>
      </w:r>
    </w:p>
    <w:p>
      <w:pPr>
        <w:jc w:val="right"/>
      </w:pPr>
      <w:r>
        <w:t>لیکن یہ کام نہیں آئے گی۔</w:t>
      </w:r>
    </w:p>
    <w:p>
      <w:r>
        <w:rPr>
          <w:b/>
        </w:rPr>
        <w:t xml:space="preserve">[15:07] </w:t>
      </w:r>
      <w:r>
        <w:t>aadmi ko apne pehle is se pehle, yaani sur phoonke jaane se pehle, khud apne aap ko de</w:t>
      </w:r>
    </w:p>
    <w:p>
      <w:pPr>
        <w:jc w:val="right"/>
      </w:pPr>
      <w:r>
        <w:t>آدمی کو اپنے پہلے اس سے پہلے، یعنی سور پھونکے جانے سے پہلے، خود اپنے آپ کو ڈی</w:t>
      </w:r>
    </w:p>
    <w:p>
      <w:r>
        <w:rPr>
          <w:b/>
        </w:rPr>
        <w:t xml:space="preserve">[15:14] </w:t>
      </w:r>
      <w:r>
        <w:t>condition karna hai.</w:t>
      </w:r>
    </w:p>
    <w:p>
      <w:pPr>
        <w:jc w:val="right"/>
      </w:pPr>
      <w:r>
        <w:t>کنڈیشن کرنا ہے۔</w:t>
      </w:r>
    </w:p>
    <w:p>
      <w:r>
        <w:rPr>
          <w:b/>
        </w:rPr>
        <w:t xml:space="preserve">[15:20] </w:t>
      </w:r>
      <w:r>
        <w:t>toh de conditioning ka ek process woh hai jo sur phoonke waqt hoga.</w:t>
      </w:r>
    </w:p>
    <w:p>
      <w:pPr>
        <w:jc w:val="right"/>
      </w:pPr>
      <w:r>
        <w:t>تو ڈی کنڈیشننگ کا ایک پراسیس وہ ہے جو سور پھونکے وقت ہوگا۔</w:t>
      </w:r>
    </w:p>
    <w:p>
      <w:r>
        <w:rPr>
          <w:b/>
        </w:rPr>
        <w:t xml:space="preserve">[15:27] </w:t>
      </w:r>
      <w:r>
        <w:t>doosra is se pehle ka hai jo aadmi khud karta hai apne ko.</w:t>
      </w:r>
    </w:p>
    <w:p>
      <w:pPr>
        <w:jc w:val="right"/>
      </w:pPr>
      <w:r>
        <w:t>دوسرا اس سے پہلے کا ہے جو آدمی خود کرتا ہے اپنے کو۔</w:t>
      </w:r>
    </w:p>
    <w:p>
      <w:r>
        <w:rPr>
          <w:b/>
        </w:rPr>
        <w:t xml:space="preserve">[15:33] </w:t>
      </w:r>
      <w:r>
        <w:t>toh aadmiyon ke baare mein jo hai ke sur phoonka jaayega toh yeh hoga, woh hoga, woh</w:t>
      </w:r>
    </w:p>
    <w:p>
      <w:pPr>
        <w:jc w:val="right"/>
      </w:pPr>
      <w:r>
        <w:t>تو آدمیوں کے بارے میں جو ہے کہ سور پھونکا جائے گا تو یہ ہوگا، وہ ہوگا، وہ</w:t>
      </w:r>
    </w:p>
    <w:p>
      <w:r>
        <w:rPr>
          <w:b/>
        </w:rPr>
        <w:t xml:space="preserve">[15:40] </w:t>
      </w:r>
      <w:r>
        <w:t>sab matlab conditioning toot jaayegi iski.</w:t>
      </w:r>
    </w:p>
    <w:p>
      <w:pPr>
        <w:jc w:val="right"/>
      </w:pPr>
      <w:r>
        <w:t>سب مطلب کنڈیشننگ ٹوٹ جائے گی اس کی۔</w:t>
      </w:r>
    </w:p>
    <w:p>
      <w:r>
        <w:rPr>
          <w:b/>
        </w:rPr>
        <w:t xml:space="preserve">[15:47] </w:t>
      </w:r>
      <w:r>
        <w:t>woh paayega ke na kahin maal hai, na koi aulaad hai, na koi shohrat hai, na koi</w:t>
      </w:r>
    </w:p>
    <w:p>
      <w:pPr>
        <w:jc w:val="right"/>
      </w:pPr>
      <w:r>
        <w:t>وہ پائے گا کہ نہ کہیں مال ہے، نہ کوئی اولاد ہے، نہ کوئی شہرت ہے، نہ کوئی</w:t>
      </w:r>
    </w:p>
    <w:p>
      <w:r>
        <w:rPr>
          <w:b/>
        </w:rPr>
        <w:t xml:space="preserve">[15:53] </w:t>
      </w:r>
      <w:r>
        <w:t>stage hai, kuch bhi nahin.</w:t>
      </w:r>
    </w:p>
    <w:p>
      <w:pPr>
        <w:jc w:val="right"/>
      </w:pPr>
      <w:r>
        <w:t>اسٹیج ہے، کچھ بھی نہیں۔</w:t>
      </w:r>
    </w:p>
    <w:p>
      <w:r>
        <w:rPr>
          <w:b/>
        </w:rPr>
        <w:t xml:space="preserve">[16:00] </w:t>
      </w:r>
      <w:r>
        <w:t>lekin is apne aap, yaani har insaan ko yeh karna hai ke sur phoonkne se pehle apni de conditioning kare.</w:t>
      </w:r>
    </w:p>
    <w:p>
      <w:pPr>
        <w:jc w:val="right"/>
      </w:pPr>
      <w:r>
        <w:t>لیکن اس اپنے آپ، یعنی ہر انسان کو یہ کرنا ہے کہ سور پھونکنے سے پہلے اپنی ڈی کنڈیشننگ کرے۔</w:t>
      </w:r>
    </w:p>
    <w:p>
      <w:r>
        <w:rPr>
          <w:b/>
        </w:rPr>
        <w:t xml:space="preserve">[16:07] </w:t>
      </w:r>
      <w:r>
        <w:t>apne aap ko de conditioned insaan banaye.</w:t>
      </w:r>
    </w:p>
    <w:p>
      <w:pPr>
        <w:jc w:val="right"/>
      </w:pPr>
      <w:r>
        <w:t>اپنے آپ کو ڈی کنڈیشنڈ انسان بنائے۔</w:t>
      </w:r>
    </w:p>
    <w:p>
      <w:r>
        <w:rPr>
          <w:b/>
        </w:rPr>
        <w:t xml:space="preserve">[16:13] </w:t>
      </w:r>
      <w:r>
        <w:t>yaani maal aulaad se upar uthe, shohrat se upar uthe, fame se upar uthe, stage se upar uthe,</w:t>
      </w:r>
    </w:p>
    <w:p>
      <w:pPr>
        <w:jc w:val="right"/>
      </w:pPr>
      <w:r>
        <w:t>یعنی مال اولاد سے اوپر اٹھے، شہرت سے اوپر اٹھے، فیم سے اوپر اٹھے، اسٹیج سے اوپر اٹھے،</w:t>
      </w:r>
    </w:p>
    <w:p>
      <w:r>
        <w:rPr>
          <w:b/>
        </w:rPr>
        <w:t xml:space="preserve">[16:20] </w:t>
      </w:r>
      <w:r>
        <w:t>political power se upar uthe.</w:t>
      </w:r>
    </w:p>
    <w:p>
      <w:pPr>
        <w:jc w:val="right"/>
      </w:pPr>
      <w:r>
        <w:t>پولیٹیکل پاور سے اوپر اٹھے۔</w:t>
      </w:r>
    </w:p>
    <w:p>
      <w:r>
        <w:rPr>
          <w:b/>
        </w:rPr>
        <w:t xml:space="preserve">[16:26] </w:t>
      </w:r>
      <w:r>
        <w:t>in sab se bahar apni personality banaye.</w:t>
      </w:r>
    </w:p>
    <w:p>
      <w:pPr>
        <w:jc w:val="right"/>
      </w:pPr>
      <w:r>
        <w:t>ان سب سے باہر اپنی پرسنالٹی بنائے۔</w:t>
      </w:r>
    </w:p>
    <w:p>
      <w:r>
        <w:rPr>
          <w:b/>
        </w:rPr>
        <w:t xml:space="preserve">[16:33] </w:t>
      </w:r>
      <w:r>
        <w:t>toh aath November ko jo qissa hua, us mein mujhe yeh sab baatein yaad dilayin.</w:t>
      </w:r>
    </w:p>
    <w:p>
      <w:pPr>
        <w:jc w:val="right"/>
      </w:pPr>
      <w:r>
        <w:t>تو آٹھ نومبر کو جو قصہ ہوا، اس میں مجھے یہ سب باتیں یاد دلائیں۔</w:t>
      </w:r>
    </w:p>
    <w:p>
      <w:r>
        <w:rPr>
          <w:b/>
        </w:rPr>
        <w:t xml:space="preserve">[16:40] </w:t>
      </w:r>
      <w:r>
        <w:t>toh woh jo aath November aayega, sur phoonke jaane ke baad bhi ek aath November aayega</w:t>
      </w:r>
    </w:p>
    <w:p>
      <w:pPr>
        <w:jc w:val="right"/>
      </w:pPr>
      <w:r>
        <w:t>تو وہ جو آٹھ نومبر آئے گا، سور پھونکے جانے کے بعد بھی ایک آٹھ نومبر آئے گا</w:t>
      </w:r>
    </w:p>
    <w:p>
      <w:r>
        <w:rPr>
          <w:b/>
        </w:rPr>
        <w:t xml:space="preserve">[16:46] </w:t>
      </w:r>
      <w:r>
        <w:t>logon ke upar.</w:t>
      </w:r>
    </w:p>
    <w:p>
      <w:pPr>
        <w:jc w:val="right"/>
      </w:pPr>
      <w:r>
        <w:t>لوگوں کے اوپر۔</w:t>
      </w:r>
    </w:p>
    <w:p>
      <w:r>
        <w:rPr>
          <w:b/>
        </w:rPr>
        <w:t xml:space="preserve">[16:53] </w:t>
      </w:r>
      <w:r>
        <w:t>is se pehle insaan ko apne aap ko tayyar kar lena hai.</w:t>
      </w:r>
    </w:p>
    <w:p>
      <w:pPr>
        <w:jc w:val="right"/>
      </w:pPr>
      <w:r>
        <w:t>اس سے پہلے انسان کو اپنے آپ کو تیار کر لینا ہے۔</w:t>
      </w:r>
    </w:p>
    <w:p>
      <w:r>
        <w:rPr>
          <w:b/>
        </w:rPr>
        <w:t xml:space="preserve">[17:00] </w:t>
      </w:r>
      <w:r>
        <w:t>yaani cell se bahar laana hai.</w:t>
      </w:r>
    </w:p>
    <w:p>
      <w:pPr>
        <w:jc w:val="right"/>
      </w:pPr>
      <w:r>
        <w:t>یعنی سیل سے باہر لانا ہے۔</w:t>
      </w:r>
    </w:p>
    <w:p>
      <w:r>
        <w:rPr>
          <w:b/>
        </w:rPr>
        <w:t xml:space="preserve">[17:06] </w:t>
      </w:r>
      <w:r>
        <w:t>conditioning se bahar laana hai.</w:t>
      </w:r>
    </w:p>
    <w:p>
      <w:pPr>
        <w:jc w:val="right"/>
      </w:pPr>
      <w:r>
        <w:t>کنڈیشننگ سے باہر لانا ہے۔</w:t>
      </w:r>
    </w:p>
    <w:p>
      <w:r>
        <w:rPr>
          <w:b/>
        </w:rPr>
        <w:t xml:space="preserve">[17:13] </w:t>
      </w:r>
      <w:r>
        <w:t>apne ko nature par khada karna hai.</w:t>
      </w:r>
    </w:p>
    <w:p>
      <w:pPr>
        <w:jc w:val="right"/>
      </w:pPr>
      <w:r>
        <w:t>اپنے کو نیچر پر کھڑا کرنا ہے۔</w:t>
      </w:r>
    </w:p>
    <w:p>
      <w:r>
        <w:rPr>
          <w:b/>
        </w:rPr>
        <w:t xml:space="preserve">[17:19] </w:t>
      </w:r>
      <w:r>
        <w:t>tab woh qalb saleem hoga.</w:t>
      </w:r>
    </w:p>
    <w:p>
      <w:pPr>
        <w:jc w:val="right"/>
      </w:pPr>
      <w:r>
        <w:t>تب وہ قلب سلیم ہوگا۔</w:t>
      </w:r>
    </w:p>
    <w:p>
      <w:r>
        <w:rPr>
          <w:b/>
        </w:rPr>
        <w:t xml:space="preserve">[17:26] </w:t>
      </w:r>
      <w:r>
        <w:t>Allah jo aaye Allah ke paas qalb saleem le ke, yaani jo aaye is tarah ke apne aap</w:t>
      </w:r>
    </w:p>
    <w:p>
      <w:pPr>
        <w:jc w:val="right"/>
      </w:pPr>
      <w:r>
        <w:t>اللہ جو آئے اللہ کے پاس قلب سلیم لے کے، یعنی جو آئے اس طرح کے اپنے آپ</w:t>
      </w:r>
    </w:p>
    <w:p>
      <w:r>
        <w:rPr>
          <w:b/>
        </w:rPr>
        <w:t xml:space="preserve">[17:33] </w:t>
      </w:r>
      <w:r>
        <w:t>ko is ne de condition kar liya ho.</w:t>
      </w:r>
    </w:p>
    <w:p>
      <w:pPr>
        <w:jc w:val="right"/>
      </w:pPr>
      <w:r>
        <w:t>کو اس نے ڈی کنڈیشن کر لیا ہو۔</w:t>
      </w:r>
    </w:p>
    <w:p>
      <w:r>
        <w:rPr>
          <w:b/>
        </w:rPr>
        <w:t xml:space="preserve">[17:39] </w:t>
      </w:r>
      <w:r>
        <w:t>is ne apne aap ko purified soul banaya ho.</w:t>
      </w:r>
    </w:p>
    <w:p>
      <w:pPr>
        <w:jc w:val="right"/>
      </w:pPr>
      <w:r>
        <w:t>اس نے اپنے آپ کو پوریفائیڈ سول بنایا ہو۔</w:t>
      </w:r>
    </w:p>
    <w:p>
      <w:r>
        <w:rPr>
          <w:b/>
        </w:rPr>
        <w:t xml:space="preserve">[17:46] </w:t>
      </w:r>
      <w:r>
        <w:t>us ne aap ko khud hi apne kechar se saaf suthra bana liya ho ga.</w:t>
      </w:r>
    </w:p>
    <w:p>
      <w:pPr>
        <w:jc w:val="right"/>
      </w:pPr>
      <w:r>
        <w:t>اس نے آپ کو خود ہی اپنے کیچڑ سے صاف ستھرا بنا لیا ہو۔</w:t>
      </w:r>
    </w:p>
    <w:p>
      <w:r>
        <w:rPr>
          <w:b/>
        </w:rPr>
        <w:t xml:space="preserve">[17:53] </w:t>
      </w:r>
      <w:r>
        <w:t>jis kechar mein us ko phenka gaya tha, us kechar se khud apne ko saaf suthra kar liya ho ga.</w:t>
      </w:r>
    </w:p>
    <w:p>
      <w:pPr>
        <w:jc w:val="right"/>
      </w:pPr>
      <w:r>
        <w:t>جس کیچڑ میں اس کو پھینکا گیا تھا، اس کیچڑ سے خود اپنے کو صاف ستھرا کر لیا ہو۔</w:t>
      </w:r>
    </w:p>
    <w:p>
      <w:r>
        <w:rPr>
          <w:b/>
        </w:rPr>
        <w:t xml:space="preserve">[17:59] </w:t>
      </w:r>
      <w:r>
        <w:t>isi ko quran mein muzakkar shakhsiyat kaha gaya hai.</w:t>
      </w:r>
    </w:p>
    <w:p>
      <w:pPr>
        <w:jc w:val="right"/>
      </w:pPr>
      <w:r>
        <w:t>اسی کو قرآن میں مذکر شخصیت کہا گیا ہے۔</w:t>
      </w:r>
    </w:p>
    <w:p>
      <w:r>
        <w:rPr>
          <w:b/>
        </w:rPr>
        <w:t xml:space="preserve">[18:06] </w:t>
      </w:r>
      <w:r>
        <w:t>to dekhen quran mein aik ayat hai ke yaani signs of god har taraf bikhre hue hain, bikhre</w:t>
      </w:r>
    </w:p>
    <w:p>
      <w:pPr>
        <w:jc w:val="right"/>
      </w:pPr>
      <w:r>
        <w:t>تو دیکھیں قرآن میں ایک آیت ہے کہ یعنی سائنز آف گاڈ ہر طرف بکھرے ہوئے ہیں، بکھرے</w:t>
      </w:r>
    </w:p>
    <w:p>
      <w:r>
        <w:rPr>
          <w:b/>
        </w:rPr>
        <w:t xml:space="preserve">[18:12] </w:t>
      </w:r>
      <w:r>
        <w:t>hue hain, bikhre hue hain.</w:t>
      </w:r>
    </w:p>
    <w:p>
      <w:pPr>
        <w:jc w:val="right"/>
      </w:pPr>
      <w:r>
        <w:t>ہوئے ہیں، بکھرے ہوئے ہیں۔</w:t>
      </w:r>
    </w:p>
    <w:p>
      <w:r>
        <w:rPr>
          <w:b/>
        </w:rPr>
        <w:t xml:space="preserve">[18:19] </w:t>
      </w:r>
      <w:r>
        <w:t>log dekhte hain lekin is se naseehat nahi lete.</w:t>
      </w:r>
    </w:p>
    <w:p>
      <w:pPr>
        <w:jc w:val="right"/>
      </w:pPr>
      <w:r>
        <w:t>لوگ دیکھتے ہیں لیکن اس سے نصیحت نہیں لیتے۔</w:t>
      </w:r>
    </w:p>
    <w:p>
      <w:r>
        <w:rPr>
          <w:b/>
        </w:rPr>
        <w:t xml:space="preserve">[18:26] </w:t>
      </w:r>
      <w:r>
        <w:t>to aath november ka yeh waqia woh bhi aik sign of god tha.</w:t>
      </w:r>
    </w:p>
    <w:p>
      <w:pPr>
        <w:jc w:val="right"/>
      </w:pPr>
      <w:r>
        <w:t>تو آٹھ نومبر کا یہ واقعہ وہ بھی ایک سائن آف گاڈ تھا۔</w:t>
      </w:r>
    </w:p>
    <w:p>
      <w:r>
        <w:rPr>
          <w:b/>
        </w:rPr>
        <w:t xml:space="preserve">[18:32] </w:t>
      </w:r>
      <w:r>
        <w:t>yaani achaanak jo ailaan kiya gaya government ki taraf se ke aaj se tamam baray baray note apni</w:t>
      </w:r>
    </w:p>
    <w:p>
      <w:pPr>
        <w:jc w:val="right"/>
      </w:pPr>
      <w:r>
        <w:t>یعنی اچانک جو اعلان کیا گیا گورنمنٹ کی طرف سے کہ آج سے تمام بڑے بڑے نوٹ اپنی</w:t>
      </w:r>
    </w:p>
    <w:p>
      <w:r>
        <w:rPr>
          <w:b/>
        </w:rPr>
        <w:t xml:space="preserve">[18:39] </w:t>
      </w:r>
      <w:r>
        <w:t>currency ki hesiyat khatam kar dein ge.</w:t>
      </w:r>
    </w:p>
    <w:p>
      <w:pPr>
        <w:jc w:val="right"/>
      </w:pPr>
      <w:r>
        <w:t>کرنسی کی حیثیت ختم کر دیں گے۔</w:t>
      </w:r>
    </w:p>
    <w:p>
      <w:r>
        <w:rPr>
          <w:b/>
        </w:rPr>
        <w:t xml:space="preserve">[18:46] </w:t>
      </w:r>
      <w:r>
        <w:t>un se aap bazaar mein kuch le nahi sakte.</w:t>
      </w:r>
    </w:p>
    <w:p>
      <w:pPr>
        <w:jc w:val="right"/>
      </w:pPr>
      <w:r>
        <w:t>ان سے آپ بازار میں کچھ لے نہیں سکتے۔</w:t>
      </w:r>
    </w:p>
    <w:p>
      <w:r>
        <w:rPr>
          <w:b/>
        </w:rPr>
        <w:t xml:space="preserve">[18:52] </w:t>
      </w:r>
      <w:r>
        <w:t>koi cheez aap haasil nahi kar sakte.</w:t>
      </w:r>
    </w:p>
    <w:p>
      <w:pPr>
        <w:jc w:val="right"/>
      </w:pPr>
      <w:r>
        <w:t>کوئی چیز آپ حاصل نہیں کر سکتے۔</w:t>
      </w:r>
    </w:p>
    <w:p>
      <w:r>
        <w:rPr>
          <w:b/>
        </w:rPr>
        <w:t xml:space="preserve">[18:59] </w:t>
      </w:r>
      <w:r>
        <w:t>to woh aik reminder tha, reminder.</w:t>
      </w:r>
    </w:p>
    <w:p>
      <w:pPr>
        <w:jc w:val="right"/>
      </w:pPr>
      <w:r>
        <w:t>تو وہ ایک ریمائنڈر تھا، ریمائنڈر۔</w:t>
      </w:r>
    </w:p>
    <w:p>
      <w:r>
        <w:rPr>
          <w:b/>
        </w:rPr>
        <w:t xml:space="preserve">[19:05] </w:t>
      </w:r>
      <w:r>
        <w:t>ke is din ko yaad karo jab yahi waqia ziyada baray paimane par hoga.</w:t>
      </w:r>
    </w:p>
    <w:p>
      <w:pPr>
        <w:jc w:val="right"/>
      </w:pPr>
      <w:r>
        <w:t>کہ اس دن کو یاد کرو جب یہی واقعہ زیادہ بڑے پیمانے پر ہوگا۔</w:t>
      </w:r>
    </w:p>
    <w:p>
      <w:r>
        <w:rPr>
          <w:b/>
        </w:rPr>
        <w:t xml:space="preserve">[19:12] </w:t>
      </w:r>
      <w:r>
        <w:t>eternal tor par hoga.</w:t>
      </w:r>
    </w:p>
    <w:p>
      <w:pPr>
        <w:jc w:val="right"/>
      </w:pPr>
      <w:r>
        <w:t>ایٹرنل طور پر ہوگا۔</w:t>
      </w:r>
    </w:p>
    <w:p>
      <w:r>
        <w:rPr>
          <w:b/>
        </w:rPr>
        <w:t xml:space="preserve">[19:19] </w:t>
      </w:r>
      <w:r>
        <w:t>aaj to temporary aik waqia hai.</w:t>
      </w:r>
    </w:p>
    <w:p>
      <w:pPr>
        <w:jc w:val="right"/>
      </w:pPr>
      <w:r>
        <w:t>آج تو ٹیمپرری ایک واقعہ ہے۔</w:t>
      </w:r>
    </w:p>
    <w:p>
      <w:r>
        <w:rPr>
          <w:b/>
        </w:rPr>
        <w:t xml:space="preserve">[19:25] </w:t>
      </w:r>
      <w:r>
        <w:t>eternal tor par hoga.</w:t>
      </w:r>
    </w:p>
    <w:p>
      <w:pPr>
        <w:jc w:val="right"/>
      </w:pPr>
      <w:r>
        <w:t>ایٹرنل طور پر ہوگا۔</w:t>
      </w:r>
    </w:p>
    <w:p>
      <w:r>
        <w:rPr>
          <w:b/>
        </w:rPr>
        <w:t xml:space="preserve">[19:32] </w:t>
      </w:r>
      <w:r>
        <w:t>to is is is waqie ko yaad karo, apne aap ko tayyar karo ke is waqt tum bas</w:t>
      </w:r>
    </w:p>
    <w:p>
      <w:pPr>
        <w:jc w:val="right"/>
      </w:pPr>
      <w:r>
        <w:t>تو اس اس اس واقعے کو یاد کرو، اپنے آپ کو تیار کرو کہ اس وقت تم بس</w:t>
      </w:r>
    </w:p>
    <w:p>
      <w:r>
        <w:rPr>
          <w:b/>
        </w:rPr>
        <w:t xml:space="preserve">[19:39] </w:t>
      </w:r>
      <w:r>
        <w:t>bas apne ko bacha sako.</w:t>
      </w:r>
    </w:p>
    <w:p>
      <w:pPr>
        <w:jc w:val="right"/>
      </w:pPr>
      <w:r>
        <w:t>بس اپنے کو بچا سکو۔</w:t>
      </w:r>
    </w:p>
    <w:p>
      <w:r>
        <w:rPr>
          <w:b/>
        </w:rPr>
        <w:t xml:space="preserve">[19:45] </w:t>
      </w:r>
      <w:r>
        <w:t>to is waqie ke baad mujhe samajh aya ke yeh do sur ka zikr kiya hai.</w:t>
      </w:r>
    </w:p>
    <w:p>
      <w:pPr>
        <w:jc w:val="right"/>
      </w:pPr>
      <w:r>
        <w:t>تو اس واقعے کے بعد مجھے سمجھ آیا کہ یہ دو سور کا ذکر کیا ہے۔</w:t>
      </w:r>
    </w:p>
    <w:p>
      <w:r>
        <w:rPr>
          <w:b/>
        </w:rPr>
        <w:t xml:space="preserve">[19:52] </w:t>
      </w:r>
      <w:r>
        <w:t>mein samajh aya ke doosra sur to aik hi hoga.</w:t>
      </w:r>
    </w:p>
    <w:p>
      <w:pPr>
        <w:jc w:val="right"/>
      </w:pPr>
      <w:r>
        <w:t>میں سمجھ آیا کہ دوسرا سور تو ایک ہی ہوگا۔</w:t>
      </w:r>
    </w:p>
    <w:p>
      <w:r>
        <w:rPr>
          <w:b/>
        </w:rPr>
        <w:t xml:space="preserve">[19:58] </w:t>
      </w:r>
      <w:r>
        <w:t>pehla sur kai ho sakta hai.</w:t>
      </w:r>
    </w:p>
    <w:p>
      <w:pPr>
        <w:jc w:val="right"/>
      </w:pPr>
      <w:r>
        <w:t>پہلا سور کئی ہو سکتا ہے۔</w:t>
      </w:r>
    </w:p>
    <w:p>
      <w:r>
        <w:rPr>
          <w:b/>
        </w:rPr>
        <w:t xml:space="preserve">[20:05] </w:t>
      </w:r>
      <w:r>
        <w:t>doosra sur jo hai, second trumpet to aik hi hoga.</w:t>
      </w:r>
    </w:p>
    <w:p>
      <w:pPr>
        <w:jc w:val="right"/>
      </w:pPr>
      <w:r>
        <w:t>دوسرا سور جو ہے، سیکنڈ ٹرمپٹ تو ایک ہی ہوگا۔</w:t>
      </w:r>
    </w:p>
    <w:p>
      <w:r>
        <w:rPr>
          <w:b/>
        </w:rPr>
        <w:t xml:space="preserve">[20:12] </w:t>
      </w:r>
      <w:r>
        <w:t>doom day ke din.</w:t>
      </w:r>
    </w:p>
    <w:p>
      <w:pPr>
        <w:jc w:val="right"/>
      </w:pPr>
      <w:r>
        <w:t>ڈوم ڈیک کے دن۔</w:t>
      </w:r>
    </w:p>
    <w:p>
      <w:r>
        <w:rPr>
          <w:b/>
        </w:rPr>
        <w:t xml:space="preserve">[20:18] </w:t>
      </w:r>
      <w:r>
        <w:t>lekin jo pehla sur hai, yaani reminding sur, yaad dilane wala sur, woh bohat se ho sakte hain.</w:t>
      </w:r>
    </w:p>
    <w:p>
      <w:pPr>
        <w:jc w:val="right"/>
      </w:pPr>
      <w:r>
        <w:t>لیکن جو پہلا سور ہے، یعنی ریمائنڈنگ سور، یاد دلانے والا سور، وہ بہت سے ہو سکتے ہیں۔</w:t>
      </w:r>
    </w:p>
    <w:p>
      <w:r>
        <w:rPr>
          <w:b/>
        </w:rPr>
        <w:t xml:space="preserve">[20:25] </w:t>
      </w:r>
      <w:r>
        <w:t>har har sike ka aik sur hai, har toofan aik sur hai.</w:t>
      </w:r>
    </w:p>
    <w:p>
      <w:pPr>
        <w:jc w:val="right"/>
      </w:pPr>
      <w:r>
        <w:t>ہر ہر سکے کا ایک سور ہے، ہر طوفان ایک سور ہے۔</w:t>
      </w:r>
    </w:p>
    <w:p>
      <w:r>
        <w:rPr>
          <w:b/>
        </w:rPr>
        <w:t xml:space="preserve">[20:32] </w:t>
      </w:r>
      <w:r>
        <w:t>to pehle sur par, yani sumbalak sur par jaag utho.</w:t>
      </w:r>
    </w:p>
    <w:p>
      <w:pPr>
        <w:jc w:val="right"/>
      </w:pPr>
      <w:r>
        <w:t>تو پہلے سور پر، یعنی سمبالک سور پر جاگ اٹھو۔</w:t>
      </w:r>
    </w:p>
    <w:p>
      <w:r>
        <w:rPr>
          <w:b/>
        </w:rPr>
        <w:t xml:space="preserve">[20:38] </w:t>
      </w:r>
      <w:r>
        <w:t>sumbalak sur par apne aap ko hosh hosh mein aa jao.</w:t>
      </w:r>
    </w:p>
    <w:p>
      <w:pPr>
        <w:jc w:val="right"/>
      </w:pPr>
      <w:r>
        <w:t>سمبالک سور پر اپنے آپ کو ہوش ہوش میں آ جاؤ۔</w:t>
      </w:r>
    </w:p>
    <w:p>
      <w:r>
        <w:rPr>
          <w:b/>
        </w:rPr>
        <w:t xml:space="preserve">[20:45] </w:t>
      </w:r>
      <w:r>
        <w:t>is se pehle ke doosra sur phoonka jaye aur phir time na rahe, waqt na rahe.</w:t>
      </w:r>
    </w:p>
    <w:p>
      <w:pPr>
        <w:jc w:val="right"/>
      </w:pPr>
      <w:r>
        <w:t>اس سے پہلے کہ دوسرا سور پھونکا جائے اور پھر ٹائم نہ رہے، وقت نہ رہے۔</w:t>
      </w:r>
    </w:p>
    <w:p>
      <w:r>
        <w:rPr>
          <w:b/>
        </w:rPr>
        <w:t xml:space="preserve">[20:51] </w:t>
      </w:r>
      <w:r>
        <w:t>to dekhen quran mein aata hai ke yani qayamat achaanak hi aayegi.</w:t>
      </w:r>
    </w:p>
    <w:p>
      <w:pPr>
        <w:jc w:val="right"/>
      </w:pPr>
      <w:r>
        <w:t>تو دیکھیں قرآن میں آتا ہے کہ یعنی قیامت اچانک ہی آئے گی۔</w:t>
      </w:r>
    </w:p>
    <w:p>
      <w:r>
        <w:rPr>
          <w:b/>
        </w:rPr>
        <w:t xml:space="preserve">[20:58] </w:t>
      </w:r>
      <w:r>
        <w:t>yani farishte ka sur achaanak hi phoonka jayega.</w:t>
      </w:r>
    </w:p>
    <w:p>
      <w:pPr>
        <w:jc w:val="right"/>
      </w:pPr>
      <w:r>
        <w:t>یعنی فرشتے کا سور اچانک ہی پھونکا جائے گا۔</w:t>
      </w:r>
    </w:p>
    <w:p>
      <w:r>
        <w:rPr>
          <w:b/>
        </w:rPr>
        <w:t xml:space="preserve">[21:05] </w:t>
      </w:r>
      <w:r>
        <w:t>jis tarah ka matlab hai ke har lamha hamein tayyari mein guzarna hai. har lamha.</w:t>
      </w:r>
    </w:p>
    <w:p>
      <w:pPr>
        <w:jc w:val="right"/>
      </w:pPr>
      <w:r>
        <w:t>جس طرح کا مطلب ہے کہ ہر لمحہ ہمیں تیاری میں گزارنا ہے۔ ہر لمحہ۔</w:t>
      </w:r>
    </w:p>
    <w:p>
      <w:r>
        <w:rPr>
          <w:b/>
        </w:rPr>
        <w:t xml:space="preserve">[21:11] </w:t>
      </w:r>
      <w:r>
        <w:t>ke kya maloom kis subah ko ya kis shaam ko waqt aa jaye.</w:t>
      </w:r>
    </w:p>
    <w:p>
      <w:pPr>
        <w:jc w:val="right"/>
      </w:pPr>
      <w:r>
        <w:t>کہ کیا معلوم کس صبح کو یا کس شام کو وقت آ جائے۔</w:t>
      </w:r>
    </w:p>
    <w:p>
      <w:r>
        <w:rPr>
          <w:b/>
        </w:rPr>
        <w:t xml:space="preserve">[21:18] </w:t>
      </w:r>
      <w:r>
        <w:t>yeh aadmi ke zehen mein agar ho to aadmi ek second bhi zaya na kare aur apna tayyar</w:t>
      </w:r>
    </w:p>
    <w:p>
      <w:pPr>
        <w:jc w:val="right"/>
      </w:pPr>
      <w:r>
        <w:t>یہ آدمی کے ذہن میں اگر ہو تو آدمی ایک سیکنڈ بھی ضائع نہ کرے اور اپنا تیار</w:t>
      </w:r>
    </w:p>
    <w:p>
      <w:r>
        <w:rPr>
          <w:b/>
        </w:rPr>
        <w:t xml:space="preserve">[21:25] </w:t>
      </w:r>
      <w:r>
        <w:t>کرے، اپنا تزکیہ کرے، اپنا purify کرے، اپنے کو کیچڑ سے نکالے، اپنے mind کو hundred percent positive بنائے۔</w:t>
      </w:r>
    </w:p>
    <w:p>
      <w:pPr>
        <w:jc w:val="right"/>
      </w:pPr>
      <w:r>
        <w:t>کرے، اپنا تزکیہ کرے، اپنا پوریفائی کرے، اپنے کو کیچڑ سے نکالے، اپنے مائنڈ کو ہنڈرڈ پرسنٹ پازیٹیو بنائے۔</w:t>
      </w:r>
    </w:p>
    <w:p>
      <w:r>
        <w:rPr>
          <w:b/>
        </w:rPr>
        <w:t xml:space="preserve">[21:31] </w:t>
      </w:r>
      <w:r>
        <w:t>سب سے بڑا کیچڑ جو ہے وہ negative thinking ہے۔</w:t>
      </w:r>
    </w:p>
    <w:p>
      <w:pPr>
        <w:jc w:val="right"/>
      </w:pPr>
      <w:r>
        <w:t>سب سے بڑا کیچڑ جو ہے وہ نیگیٹیو تھنکنگ ہے۔</w:t>
      </w:r>
    </w:p>
    <w:p>
      <w:r>
        <w:rPr>
          <w:b/>
        </w:rPr>
        <w:t xml:space="preserve">[21:38] </w:t>
      </w:r>
      <w:r>
        <w:t>اس دنیا میں جو سب سے بڑا کیچڑ ہے، سب سے بڑا pollution ہے، pollution وہ negative thinking ہے۔</w:t>
      </w:r>
    </w:p>
    <w:p>
      <w:pPr>
        <w:jc w:val="right"/>
      </w:pPr>
      <w:r>
        <w:t>اس دنیا میں جو سب سے بڑا کیچڑ ہے، سب سے بڑا پولیوشن ہے، پولیوشن وہ نیگیٹیو تھنکنگ ہے۔</w:t>
      </w:r>
    </w:p>
    <w:p>
      <w:r>
        <w:rPr>
          <w:b/>
        </w:rPr>
        <w:t xml:space="preserve">[21:44] </w:t>
      </w:r>
      <w:r>
        <w:t>kyun ke negative thinking aap ki poori shakhsiyat ko bigaad deta hai.</w:t>
      </w:r>
    </w:p>
    <w:p>
      <w:pPr>
        <w:jc w:val="right"/>
      </w:pPr>
      <w:r>
        <w:t>کیونکہ نیگیٹیو تھنکنگ آپ کی پوری شخصیت کو بگاڑ دیتا ہے۔</w:t>
      </w:r>
    </w:p>
    <w:p>
      <w:r>
        <w:rPr>
          <w:b/>
        </w:rPr>
        <w:t xml:space="preserve">[21:51] </w:t>
      </w:r>
      <w:r>
        <w:t>poori shakhsiyat ko aalooda kar deta hai. aalooda.</w:t>
      </w:r>
    </w:p>
    <w:p>
      <w:pPr>
        <w:jc w:val="right"/>
      </w:pPr>
      <w:r>
        <w:t>پوری شخصیت کو آلودہ کر دیتا ہے۔ آلودہ۔</w:t>
      </w:r>
    </w:p>
    <w:p>
      <w:r>
        <w:rPr>
          <w:b/>
        </w:rPr>
        <w:t xml:space="preserve">[21:58] </w:t>
      </w:r>
      <w:r>
        <w:t>to aadmi ko chahiye ke ek lamha west kiye baghair, ek din ya ek raat west kiye baghair</w:t>
      </w:r>
    </w:p>
    <w:p>
      <w:pPr>
        <w:jc w:val="right"/>
      </w:pPr>
      <w:r>
        <w:t>تو آدمی کو چاہیے کہ ایک لمحہ ویسٹ کیے بغیر، ایک دن یا ایک رات ویسٹ کیے بغیر</w:t>
      </w:r>
    </w:p>
    <w:p>
      <w:r>
        <w:rPr>
          <w:b/>
        </w:rPr>
        <w:t xml:space="preserve">[22:04] </w:t>
      </w:r>
      <w:r>
        <w:t>apne aap ko tayyar kare.</w:t>
      </w:r>
    </w:p>
    <w:p>
      <w:pPr>
        <w:jc w:val="right"/>
      </w:pPr>
      <w:r>
        <w:t>اپنے آپ کو تیار کرے۔</w:t>
      </w:r>
    </w:p>
    <w:p>
      <w:r>
        <w:rPr>
          <w:b/>
        </w:rPr>
        <w:t xml:space="preserve">[22:11] </w:t>
      </w:r>
      <w:r>
        <w:t>kyun ke jab woh sur phoonka jayega, jab farishte, jo hadith mein aata hai ke israil farishte, sur</w:t>
      </w:r>
    </w:p>
    <w:p>
      <w:pPr>
        <w:jc w:val="right"/>
      </w:pPr>
      <w:r>
        <w:t>کیونکہ جب وہ سور پھونک جائے گا، جب فرشتہ، جو حدیث میں آتا ہے کہ اسرائیل فرشتہ، سور</w:t>
      </w:r>
    </w:p>
    <w:p>
      <w:r>
        <w:rPr>
          <w:b/>
        </w:rPr>
        <w:t xml:space="preserve">[22:18] </w:t>
      </w:r>
      <w:r>
        <w:t>liye hi khada hai.</w:t>
      </w:r>
    </w:p>
    <w:p>
      <w:pPr>
        <w:jc w:val="right"/>
      </w:pPr>
      <w:r>
        <w:t>لیے ہی کھڑا ہے۔</w:t>
      </w:r>
    </w:p>
    <w:p>
      <w:r>
        <w:rPr>
          <w:b/>
        </w:rPr>
        <w:t xml:space="preserve">[22:24] </w:t>
      </w:r>
      <w:r>
        <w:t>ke kab khuda hukum ho, kab woh phoonk maar de is mein.</w:t>
      </w:r>
    </w:p>
    <w:p>
      <w:pPr>
        <w:jc w:val="right"/>
      </w:pPr>
      <w:r>
        <w:t>کہ کب خدا حکم ہو، کب وہ پھونک مار دے اس میں۔</w:t>
      </w:r>
    </w:p>
    <w:p>
      <w:r>
        <w:rPr>
          <w:b/>
        </w:rPr>
        <w:t xml:space="preserve">[22:31] </w:t>
      </w:r>
      <w:r>
        <w:t>yeh bhi ek batane ke liye hai ke waqta aayegi, achaanak aayegi.</w:t>
      </w:r>
    </w:p>
    <w:p>
      <w:pPr>
        <w:jc w:val="right"/>
      </w:pPr>
      <w:r>
        <w:t>یہ بھی ایک بتانے کے لیے ہے کہ وقتاً آئے گی، اچانک آئے گی۔</w:t>
      </w:r>
    </w:p>
    <w:p>
      <w:r>
        <w:rPr>
          <w:b/>
        </w:rPr>
        <w:t xml:space="preserve">[22:37] </w:t>
      </w:r>
      <w:r>
        <w:t>to jab sur phoonka jayega to woh aap ko phir is ke baad aap ko koi mauqa nahi hoga.</w:t>
      </w:r>
    </w:p>
    <w:p>
      <w:pPr>
        <w:jc w:val="right"/>
      </w:pPr>
      <w:r>
        <w:t>تو جب سور پھونکا جائے گا تو وہ آپ کو پھر اس کے بعد آپ کو کوئی موقع نہیں ہوگا۔</w:t>
      </w:r>
    </w:p>
    <w:p>
      <w:r>
        <w:rPr>
          <w:b/>
        </w:rPr>
        <w:t xml:space="preserve">[22:44] </w:t>
      </w:r>
      <w:r>
        <w:t>ek sikhane ka mauqa nahi hoga.</w:t>
      </w:r>
    </w:p>
    <w:p>
      <w:pPr>
        <w:jc w:val="right"/>
      </w:pPr>
      <w:r>
        <w:t>ایک سکھانے کا موقع نہیں ہوگا۔</w:t>
      </w:r>
    </w:p>
    <w:p>
      <w:r>
        <w:rPr>
          <w:b/>
        </w:rPr>
        <w:t xml:space="preserve">[22:51] </w:t>
      </w:r>
      <w:r>
        <w:t>woh to khatam, time is over.</w:t>
      </w:r>
    </w:p>
    <w:p>
      <w:pPr>
        <w:jc w:val="right"/>
      </w:pPr>
      <w:r>
        <w:t>وہ تو ختم، ٹائم از اوور۔</w:t>
      </w:r>
    </w:p>
    <w:p>
      <w:r>
        <w:rPr>
          <w:b/>
        </w:rPr>
        <w:t xml:space="preserve">[22:57] </w:t>
      </w:r>
      <w:r>
        <w:t>farishte ka sur jab phoonka jayega to is ka matlab hoga time is over.</w:t>
      </w:r>
    </w:p>
    <w:p>
      <w:pPr>
        <w:jc w:val="right"/>
      </w:pPr>
      <w:r>
        <w:t>فرشتے کا سور جب پھونکا جائے گا تو اس کا مطلب ہوگا ٹائم از اوور۔</w:t>
      </w:r>
    </w:p>
    <w:p>
      <w:r>
        <w:rPr>
          <w:b/>
        </w:rPr>
        <w:t xml:space="preserve">[23:04] </w:t>
      </w:r>
      <w:r>
        <w:t>ek martaba mein ne dekha ek examination hall mein ke bachche apne table par jhuke hue likh rahe the.</w:t>
      </w:r>
    </w:p>
    <w:p>
      <w:pPr>
        <w:jc w:val="right"/>
      </w:pPr>
      <w:r>
        <w:t>ایک مرتبہ میں نے دیکھا ایک ایگزامینشن ہال میں کہ بچے اپنے ٹیبل پر جھکے ہوئے لکھ رہے تھے۔</w:t>
      </w:r>
    </w:p>
    <w:p>
      <w:r>
        <w:rPr>
          <w:b/>
        </w:rPr>
        <w:t xml:space="preserve">[23:11] </w:t>
      </w:r>
      <w:r>
        <w:t>yani paper hal kar rahe the.</w:t>
      </w:r>
    </w:p>
    <w:p>
      <w:pPr>
        <w:jc w:val="right"/>
      </w:pPr>
      <w:r>
        <w:t>یعنی پیپر حل کر رہے تھے۔</w:t>
      </w:r>
    </w:p>
    <w:p>
      <w:r>
        <w:rPr>
          <w:b/>
        </w:rPr>
        <w:t xml:space="preserve">[23:17] </w:t>
      </w:r>
      <w:r>
        <w:t>poore hall mein yahi manzar tha ke log apne table par jhuke hue apna paper hal kar rahe hain.</w:t>
      </w:r>
    </w:p>
    <w:p>
      <w:pPr>
        <w:jc w:val="right"/>
      </w:pPr>
      <w:r>
        <w:t>پورے ہال میں یہی منظر تھا کہ لوگ اپنے ٹیبل پر جھکے ہوئے اپنا پیپر حل کر رہے ہیں۔</w:t>
      </w:r>
    </w:p>
    <w:p>
      <w:r>
        <w:rPr>
          <w:b/>
        </w:rPr>
        <w:t xml:space="preserve">[23:24] </w:t>
      </w:r>
      <w:r>
        <w:t>achaanak ghanti baji.</w:t>
      </w:r>
    </w:p>
    <w:p>
      <w:pPr>
        <w:jc w:val="right"/>
      </w:pPr>
      <w:r>
        <w:t>اچانک گھنٹی بجی۔</w:t>
      </w:r>
    </w:p>
    <w:p>
      <w:r>
        <w:rPr>
          <w:b/>
        </w:rPr>
        <w:t xml:space="preserve">[23:30] </w:t>
      </w:r>
      <w:r>
        <w:t>ghanti bajte hi un se un ki copy chheen li gayi.</w:t>
      </w:r>
    </w:p>
    <w:p>
      <w:pPr>
        <w:jc w:val="right"/>
      </w:pPr>
      <w:r>
        <w:t>گھنٹی بجتے ہی ان سے ان کی کاپی چھین لی گئی۔</w:t>
      </w:r>
    </w:p>
    <w:p>
      <w:r>
        <w:rPr>
          <w:b/>
        </w:rPr>
        <w:t xml:space="preserve">[23:37] </w:t>
      </w:r>
      <w:r>
        <w:t>is ke baad ek line aur likhne ki in ko ijazat nahi di gai.</w:t>
      </w:r>
    </w:p>
    <w:p>
      <w:pPr>
        <w:jc w:val="right"/>
      </w:pPr>
      <w:r>
        <w:t>اس کے بعد ایک لائن اور لکھنے کی ان کو اجازت نہیں دی گئی۔</w:t>
      </w:r>
    </w:p>
    <w:p>
      <w:r>
        <w:rPr>
          <w:b/>
        </w:rPr>
        <w:t xml:space="preserve">[23:44] </w:t>
      </w:r>
      <w:r>
        <w:t>sab ki copy cheen gai.</w:t>
      </w:r>
    </w:p>
    <w:p>
      <w:pPr>
        <w:jc w:val="right"/>
      </w:pPr>
      <w:r>
        <w:t>سب کی کاپی چھین گئی۔</w:t>
      </w:r>
    </w:p>
    <w:p>
      <w:r>
        <w:rPr>
          <w:b/>
        </w:rPr>
        <w:t xml:space="preserve">[23:50] </w:t>
      </w:r>
      <w:r>
        <w:t>sab ki to ghanti ke baad soor thi.</w:t>
      </w:r>
    </w:p>
    <w:p>
      <w:pPr>
        <w:jc w:val="right"/>
      </w:pPr>
      <w:r>
        <w:t>سب کی تو گھنٹی کے بعد سور تھی۔</w:t>
      </w:r>
    </w:p>
    <w:p>
      <w:r>
        <w:rPr>
          <w:b/>
        </w:rPr>
        <w:t xml:space="preserve">[23:57] </w:t>
      </w:r>
      <w:r>
        <w:t>to main ne kaha ke pehla soor jo hai bohat se honge.</w:t>
      </w:r>
    </w:p>
    <w:p>
      <w:pPr>
        <w:jc w:val="right"/>
      </w:pPr>
      <w:r>
        <w:t>تو میں نے کہا کہ پہلا سور جو ہے بہت سے ہوں گے۔</w:t>
      </w:r>
    </w:p>
    <w:p>
      <w:r>
        <w:rPr>
          <w:b/>
        </w:rPr>
        <w:t xml:space="preserve">[24:04] </w:t>
      </w:r>
      <w:r>
        <w:t>to iskulon mein jab ghanti bajti hai examination ke waqt ke khatam hone par, woh bhi ek soor hota hai.</w:t>
      </w:r>
    </w:p>
    <w:p>
      <w:pPr>
        <w:jc w:val="right"/>
      </w:pPr>
      <w:r>
        <w:t>تو اسکولوں میں جب گھنٹی بجتی ہے ایگزامینشن کے وقت کے ختم ہونے پر، وہ بھی ایک سور ہوتا ہے۔</w:t>
      </w:r>
    </w:p>
    <w:p>
      <w:r>
        <w:rPr>
          <w:b/>
        </w:rPr>
        <w:t xml:space="preserve">[24:10] </w:t>
      </w:r>
      <w:r>
        <w:t>to aath November ka waqia jo to ek soor tha, aise hi har iskul mein hota hai ke</w:t>
      </w:r>
    </w:p>
    <w:p>
      <w:pPr>
        <w:jc w:val="right"/>
      </w:pPr>
      <w:r>
        <w:t>تو آٹھ نومبر کا واقعہ جو تو ایک سور تھا، ایسے ہی ہر اسکول میں ہوتا ہے کہ</w:t>
      </w:r>
    </w:p>
    <w:p>
      <w:r>
        <w:rPr>
          <w:b/>
        </w:rPr>
        <w:t xml:space="preserve">[24:17] </w:t>
      </w:r>
      <w:r>
        <w:t>ghanti baja diya to soor khatam, pehla soor khatam, phoonk gaya.</w:t>
      </w:r>
    </w:p>
    <w:p>
      <w:pPr>
        <w:jc w:val="right"/>
      </w:pPr>
      <w:r>
        <w:t>گھنٹی بجا دیا تو سور ختم، پہلا سور ختم، پھونک گیا۔</w:t>
      </w:r>
    </w:p>
    <w:p>
      <w:r>
        <w:rPr>
          <w:b/>
        </w:rPr>
        <w:t xml:space="preserve">[24:23] </w:t>
      </w:r>
      <w:r>
        <w:t>to second soor to ek hi hoga jo farishta phoonkega.</w:t>
      </w:r>
    </w:p>
    <w:p>
      <w:pPr>
        <w:jc w:val="right"/>
      </w:pPr>
      <w:r>
        <w:t>تو سیکنڈ سور تو ایک ہی ہوگا جو فرشتہ پھونکے گا۔</w:t>
      </w:r>
    </w:p>
    <w:p>
      <w:r>
        <w:rPr>
          <w:b/>
        </w:rPr>
        <w:t xml:space="preserve">[24:30] </w:t>
      </w:r>
      <w:r>
        <w:t>first soor jo hai woh bar bar hota hai chokanae ke liye, remind karne ke liye.</w:t>
      </w:r>
    </w:p>
    <w:p>
      <w:pPr>
        <w:jc w:val="right"/>
      </w:pPr>
      <w:r>
        <w:t>فرسٹ سور جو ہے وہ بار بار ہوتا ہے چوکانے کے لیے، ریمائنڈ کرنے کے لیے۔</w:t>
      </w:r>
    </w:p>
    <w:p>
      <w:r>
        <w:rPr>
          <w:b/>
        </w:rPr>
        <w:t xml:space="preserve">[24:37] </w:t>
      </w:r>
      <w:r>
        <w:t>to hum ko chahiye ke pehle soor par hum chokana ho jayen.</w:t>
      </w:r>
    </w:p>
    <w:p>
      <w:pPr>
        <w:jc w:val="right"/>
      </w:pPr>
      <w:r>
        <w:t>تو ہم کو چاہیے کہ پہلے سوری پر ہم چوکنا ہو جائیں۔</w:t>
      </w:r>
    </w:p>
    <w:p>
      <w:r>
        <w:rPr>
          <w:b/>
        </w:rPr>
        <w:t xml:space="preserve">[24:43] </w:t>
      </w:r>
      <w:r>
        <w:t>pehla soor par hum hosh mein aa jayen.</w:t>
      </w:r>
    </w:p>
    <w:p>
      <w:pPr>
        <w:jc w:val="right"/>
      </w:pPr>
      <w:r>
        <w:t>پہلے سوری پر ہم ہوش میں آ جائیں۔</w:t>
      </w:r>
    </w:p>
    <w:p>
      <w:r>
        <w:rPr>
          <w:b/>
        </w:rPr>
        <w:t xml:space="preserve">[24:50] </w:t>
      </w:r>
      <w:r>
        <w:t>kyun ke doosra soor jo phoonka jayega to woh to time is over ki baat hogi.</w:t>
      </w:r>
    </w:p>
    <w:p>
      <w:pPr>
        <w:jc w:val="right"/>
      </w:pPr>
      <w:r>
        <w:t>کیونکہ دوسرا سور جو پھونکا جائے گا تو وہ تو ٹائم از اوور کی بات ہوگی۔</w:t>
      </w:r>
    </w:p>
    <w:p>
      <w:r>
        <w:rPr>
          <w:b/>
        </w:rPr>
        <w:t xml:space="preserve">[24:57] </w:t>
      </w:r>
      <w:r>
        <w:t>ke mauqa khatam.</w:t>
      </w:r>
    </w:p>
    <w:p>
      <w:pPr>
        <w:jc w:val="right"/>
      </w:pPr>
      <w:r>
        <w:t>کہ موقع ختم۔</w:t>
      </w:r>
    </w:p>
    <w:p>
      <w:r>
        <w:rPr>
          <w:b/>
        </w:rPr>
        <w:t xml:space="preserve">[25:03] </w:t>
      </w:r>
      <w:r>
        <w:t>ab kuch waqt nahi hai.</w:t>
      </w:r>
    </w:p>
    <w:p>
      <w:pPr>
        <w:jc w:val="right"/>
      </w:pPr>
      <w:r>
        <w:t>اب کچھ وقت نہیں ہے۔</w:t>
      </w:r>
    </w:p>
    <w:p>
      <w:r>
        <w:rPr>
          <w:b/>
        </w:rPr>
        <w:t xml:space="preserve">[25:10] </w:t>
      </w:r>
      <w:r>
        <w:t>yeh zindagi ka sab se zyada serious pehlu hai.</w:t>
      </w:r>
    </w:p>
    <w:p>
      <w:pPr>
        <w:jc w:val="right"/>
      </w:pPr>
      <w:r>
        <w:t>یہ زندگی کا سب سے زیادہ سیریس پہلو ہے۔</w:t>
      </w:r>
    </w:p>
    <w:p>
      <w:r>
        <w:rPr>
          <w:b/>
        </w:rPr>
        <w:t xml:space="preserve">[25:16] </w:t>
      </w:r>
      <w:r>
        <w:t>yeh hamari zindagi ka sab se zyada serious pehlu hai jis par hamein sochna chahiye.</w:t>
      </w:r>
    </w:p>
    <w:p>
      <w:pPr>
        <w:jc w:val="right"/>
      </w:pPr>
      <w:r>
        <w:t>یہ ہماری زندگی کا سب سے زیادہ سیریس پہلو ہے جس پر ہمیں سوچنا چاہیے۔</w:t>
      </w:r>
    </w:p>
    <w:p>
      <w:r>
        <w:rPr>
          <w:b/>
        </w:rPr>
        <w:t xml:space="preserve">[25:23] </w:t>
      </w:r>
      <w:r>
        <w:t>sab se zyada serious.</w:t>
      </w:r>
    </w:p>
    <w:p>
      <w:pPr>
        <w:jc w:val="right"/>
      </w:pPr>
      <w:r>
        <w:t>سب سے زیادہ سیریس۔</w:t>
      </w:r>
    </w:p>
    <w:p>
      <w:r>
        <w:rPr>
          <w:b/>
        </w:rPr>
        <w:t xml:space="preserve">[25:30] </w:t>
      </w:r>
      <w:r>
        <w:t>is liye ke is ke baad eternity hai.</w:t>
      </w:r>
    </w:p>
    <w:p>
      <w:pPr>
        <w:jc w:val="right"/>
      </w:pPr>
      <w:r>
        <w:t>اس لیے کہ اس کے بعد ایٹرنٹی ہے۔</w:t>
      </w:r>
    </w:p>
    <w:p>
      <w:r>
        <w:rPr>
          <w:b/>
        </w:rPr>
        <w:t xml:space="preserve">[25:36] </w:t>
      </w:r>
      <w:r>
        <w:t>jab soor phoonk le, farishte ne soor phoonk diya.</w:t>
      </w:r>
    </w:p>
    <w:p>
      <w:pPr>
        <w:jc w:val="right"/>
      </w:pPr>
      <w:r>
        <w:t>جب سور پھونک لے، فرشتے نے سور پھونک دیا۔</w:t>
      </w:r>
    </w:p>
    <w:p>
      <w:r>
        <w:rPr>
          <w:b/>
        </w:rPr>
        <w:t xml:space="preserve">[25:43] </w:t>
      </w:r>
      <w:r>
        <w:t>is ke mani kya hain? ab to age of eternity aa gaya.</w:t>
      </w:r>
    </w:p>
    <w:p>
      <w:pPr>
        <w:jc w:val="right"/>
      </w:pPr>
      <w:r>
        <w:t>اس کے معنی کیا ہیں؟ اب تو ایج آف ایٹرنٹی آ گیا۔</w:t>
      </w:r>
    </w:p>
    <w:p>
      <w:r>
        <w:rPr>
          <w:b/>
        </w:rPr>
        <w:t xml:space="preserve">[25:50] </w:t>
      </w:r>
      <w:r>
        <w:t>age of eternity, abadi daur aa gaya.</w:t>
      </w:r>
    </w:p>
    <w:p>
      <w:pPr>
        <w:jc w:val="right"/>
      </w:pPr>
      <w:r>
        <w:t>ایج آف ایٹرنٹی، ابدی دور آ گیا۔</w:t>
      </w:r>
    </w:p>
    <w:p>
      <w:r>
        <w:rPr>
          <w:b/>
        </w:rPr>
        <w:t xml:space="preserve">[25:56] </w:t>
      </w:r>
      <w:r>
        <w:t>to kitna serious baat hai, kitna serious baat hai.</w:t>
      </w:r>
    </w:p>
    <w:p>
      <w:pPr>
        <w:jc w:val="right"/>
      </w:pPr>
      <w:r>
        <w:t>تو کتنا سیریس بات ہے، کتنا سیریس بات ہے۔</w:t>
      </w:r>
    </w:p>
    <w:p>
      <w:r>
        <w:rPr>
          <w:b/>
        </w:rPr>
        <w:t xml:space="preserve">[26:03] </w:t>
      </w:r>
      <w:r>
        <w:t>aur dekhen, main sochta hoon, to mujhe lagta hai ke har maut bhi ek soor hai.</w:t>
      </w:r>
    </w:p>
    <w:p>
      <w:pPr>
        <w:jc w:val="right"/>
      </w:pPr>
      <w:r>
        <w:t>اور دیکھیں، میں سوچتا ہوں، تو مجھے لگتا ہے کہ ہر موت بھی ایک سور ہے۔</w:t>
      </w:r>
    </w:p>
    <w:p>
      <w:r>
        <w:rPr>
          <w:b/>
        </w:rPr>
        <w:t xml:space="preserve">[26:09] </w:t>
      </w:r>
      <w:r>
        <w:t>jo do soor Quran majeed mein hain.</w:t>
      </w:r>
    </w:p>
    <w:p>
      <w:pPr>
        <w:jc w:val="right"/>
      </w:pPr>
      <w:r>
        <w:t>جو دو سور قرآن مجید میں ہیں۔</w:t>
      </w:r>
    </w:p>
    <w:p>
      <w:r>
        <w:rPr>
          <w:b/>
        </w:rPr>
        <w:t xml:space="preserve">[26:16] </w:t>
      </w:r>
      <w:r>
        <w:t>to pehla soor jo hai woh bar bar phoonka jata hai.</w:t>
      </w:r>
    </w:p>
    <w:p>
      <w:pPr>
        <w:jc w:val="right"/>
      </w:pPr>
      <w:r>
        <w:t>تو پہلا سور جو ہے وہ بہت بار پھونکا جاتا ہے۔</w:t>
      </w:r>
    </w:p>
    <w:p>
      <w:r>
        <w:rPr>
          <w:b/>
        </w:rPr>
        <w:t xml:space="preserve">[26:23] </w:t>
      </w:r>
      <w:r>
        <w:t>to har maut bhi ek sur hai.</w:t>
      </w:r>
    </w:p>
    <w:p>
      <w:pPr>
        <w:jc w:val="right"/>
      </w:pPr>
      <w:r>
        <w:t>تو ہر موت بھی ایک سور ہے۔</w:t>
      </w:r>
    </w:p>
    <w:p>
      <w:r>
        <w:rPr>
          <w:b/>
        </w:rPr>
        <w:t xml:space="preserve">[26:29] </w:t>
      </w:r>
      <w:r>
        <w:t>har waqia, death ka waqia ek sur hai.</w:t>
      </w:r>
    </w:p>
    <w:p>
      <w:pPr>
        <w:jc w:val="right"/>
      </w:pPr>
      <w:r>
        <w:t>ہر واقعہ، ڈیتھ کا واقعہ ایک سور ہے۔</w:t>
      </w:r>
    </w:p>
    <w:p>
      <w:r>
        <w:rPr>
          <w:b/>
        </w:rPr>
        <w:t xml:space="preserve">[26:36] </w:t>
      </w:r>
      <w:r>
        <w:t>wo batata hai ke aye insan, tu bhi is tarah, tu bhi is tarah marne wala hai.</w:t>
      </w:r>
    </w:p>
    <w:p>
      <w:pPr>
        <w:jc w:val="right"/>
      </w:pPr>
      <w:r>
        <w:t>وہ بتاتا ہے کہ اے انسان، تو بھی اس طرح، تو بھی اس طرح مرنے والا ہے۔</w:t>
      </w:r>
    </w:p>
    <w:p>
      <w:r>
        <w:rPr>
          <w:b/>
        </w:rPr>
        <w:t xml:space="preserve">[26:43] </w:t>
      </w:r>
      <w:r>
        <w:t>tu bhi is tarah qabar mein dafan hone wala hai.</w:t>
      </w:r>
    </w:p>
    <w:p>
      <w:pPr>
        <w:jc w:val="right"/>
      </w:pPr>
      <w:r>
        <w:t>تو بھی اس طرح قبر میں دفن ہونے والا ہے۔</w:t>
      </w:r>
    </w:p>
    <w:p>
      <w:r>
        <w:rPr>
          <w:b/>
        </w:rPr>
        <w:t xml:space="preserve">[26:49] </w:t>
      </w:r>
      <w:r>
        <w:t>tu asli sur ke phoonke jaane se pehle jo bohat se sur phenke jayenge, un mein se</w:t>
      </w:r>
    </w:p>
    <w:p>
      <w:pPr>
        <w:jc w:val="right"/>
      </w:pPr>
      <w:r>
        <w:t>تو اصلی سور کے پھونکے جانے سے پہلے جو بہت سے سور پھینکے جائیں گے، ان میں سے</w:t>
      </w:r>
    </w:p>
    <w:p>
      <w:r>
        <w:rPr>
          <w:b/>
        </w:rPr>
        <w:t xml:space="preserve">[26:56] </w:t>
      </w:r>
      <w:r>
        <w:t>ek maut bhi hai.</w:t>
      </w:r>
    </w:p>
    <w:p>
      <w:pPr>
        <w:jc w:val="right"/>
      </w:pPr>
      <w:r>
        <w:t>ایک موت بھی ہے۔</w:t>
      </w:r>
    </w:p>
    <w:p>
      <w:r>
        <w:rPr>
          <w:b/>
        </w:rPr>
        <w:t xml:space="preserve">[27:02] </w:t>
      </w:r>
      <w:r>
        <w:t>aur yeh waqia bhi hai jo aath November ko hua.</w:t>
      </w:r>
    </w:p>
    <w:p>
      <w:pPr>
        <w:jc w:val="right"/>
      </w:pPr>
      <w:r>
        <w:t>اور یہ واقعہ بھی ہے جو آٹھ نومبر کو ہوا۔</w:t>
      </w:r>
    </w:p>
    <w:p>
      <w:r>
        <w:rPr>
          <w:b/>
        </w:rPr>
        <w:t xml:space="preserve">[27:09] </w:t>
      </w:r>
      <w:r>
        <w:t>zalzala bhi hai, aadhi bhi hai, toofan bhi hai.</w:t>
      </w:r>
    </w:p>
    <w:p>
      <w:pPr>
        <w:jc w:val="right"/>
      </w:pPr>
      <w:r>
        <w:t>زلزلہ بھی ہے، آدھی بھی ہے، طوفان بھی ہے۔</w:t>
      </w:r>
    </w:p>
    <w:p>
      <w:r>
        <w:rPr>
          <w:b/>
        </w:rPr>
        <w:t xml:space="preserve">[27:16] </w:t>
      </w:r>
      <w:r>
        <w:t>yeh saare gaye pehle sur hain.</w:t>
      </w:r>
    </w:p>
    <w:p>
      <w:pPr>
        <w:jc w:val="right"/>
      </w:pPr>
      <w:r>
        <w:t>یہ سارے گئے پہلے سور ہیں۔</w:t>
      </w:r>
    </w:p>
    <w:p>
      <w:r>
        <w:rPr>
          <w:b/>
        </w:rPr>
        <w:t xml:space="preserve">[27:22] </w:t>
      </w:r>
      <w:r>
        <w:t>pehla sur ke mani kya hain? peshgi sur.</w:t>
      </w:r>
    </w:p>
    <w:p>
      <w:pPr>
        <w:jc w:val="right"/>
      </w:pPr>
      <w:r>
        <w:t>پہلے سور کے معنی کیا ہیں؟ پیشگی سور۔</w:t>
      </w:r>
    </w:p>
    <w:p>
      <w:r>
        <w:rPr>
          <w:b/>
        </w:rPr>
        <w:t xml:space="preserve">[27:29] </w:t>
      </w:r>
      <w:r>
        <w:t>pehla sur ka matlab hai peshgi sur. advance trumpet.</w:t>
      </w:r>
    </w:p>
    <w:p>
      <w:pPr>
        <w:jc w:val="right"/>
      </w:pPr>
      <w:r>
        <w:t>پہلے سور کا مطلب ہے پیشگی سور۔ ایڈوانس ٹرمپٹ۔</w:t>
      </w:r>
    </w:p>
    <w:p>
      <w:r>
        <w:rPr>
          <w:b/>
        </w:rPr>
        <w:t xml:space="preserve">[27:36] </w:t>
      </w:r>
      <w:r>
        <w:t>dekhen, is mamle mein sab se zyada jo baat sochne ki hai, wo yeh hai ke insan is</w:t>
      </w:r>
    </w:p>
    <w:p>
      <w:pPr>
        <w:jc w:val="right"/>
      </w:pPr>
      <w:r>
        <w:t>دیکھیں، اس معاملے میں سب سے زیادہ جو بات سوچنی کی ہے، وہ یہ ہے کہ انسان اس</w:t>
      </w:r>
    </w:p>
    <w:p>
      <w:r>
        <w:rPr>
          <w:b/>
        </w:rPr>
        <w:t xml:space="preserve">[27:42] </w:t>
      </w:r>
      <w:r>
        <w:t>دنیا میں عارضی فائدہ، یعنی temporary interest کے لیے اپنے آپ کو dedicate کیے ہوئے ہیں۔</w:t>
      </w:r>
    </w:p>
    <w:p>
      <w:pPr>
        <w:jc w:val="right"/>
      </w:pPr>
      <w:r>
        <w:t>دنیا میں عارضی فائدہ، یعنی ٹیمپری انٹرسٹ کے لیے اپنے آپ کو ڈیڈیکیٹ کیے ہوئے ہیں۔</w:t>
      </w:r>
    </w:p>
    <w:p>
      <w:r>
        <w:rPr>
          <w:b/>
        </w:rPr>
        <w:t xml:space="preserve">[27:49] </w:t>
      </w:r>
      <w:r>
        <w:t>یہ جو منی آدمی کماتا ہے، جو دنیا بناتا ہے، وہ کیا ہے؟ یہ ہے temporary interest.</w:t>
      </w:r>
    </w:p>
    <w:p>
      <w:pPr>
        <w:jc w:val="right"/>
      </w:pPr>
      <w:r>
        <w:t>یہ جو منی آدمی کماتا ہے، جو دنیا بناتا ہے، وہ کیا ہے؟ یہ ہے ٹیمپری انٹرسٹ۔</w:t>
      </w:r>
    </w:p>
    <w:p>
      <w:r>
        <w:rPr>
          <w:b/>
        </w:rPr>
        <w:t xml:space="preserve">[27:55] </w:t>
      </w:r>
      <w:r>
        <w:t>apne aap ko lagaye hue, lagaye hue, lagaye hue.</w:t>
      </w:r>
    </w:p>
    <w:p>
      <w:pPr>
        <w:jc w:val="right"/>
      </w:pPr>
      <w:r>
        <w:t>اپنے آپ کو لگائے ہوئے، لگائے ہوئے، لگائے ہوئے۔</w:t>
      </w:r>
    </w:p>
    <w:p>
      <w:r>
        <w:rPr>
          <w:b/>
        </w:rPr>
        <w:t xml:space="preserve">[28:02] </w:t>
      </w:r>
      <w:r>
        <w:t>تو سور جو پھونکتے ہیں، پہلا سور، وہ یاد دلاتے ہیں کہ eternity کو سوچو۔</w:t>
      </w:r>
    </w:p>
    <w:p>
      <w:pPr>
        <w:jc w:val="right"/>
      </w:pPr>
      <w:r>
        <w:t>تو سور جو پھونکتے ہیں، پہلا سور، وہ یاد دلاتے ہیں کہ ایٹرنٹی کو سوچو۔</w:t>
      </w:r>
    </w:p>
    <w:p>
      <w:r>
        <w:rPr>
          <w:b/>
        </w:rPr>
        <w:t xml:space="preserve">[28:09] </w:t>
      </w:r>
      <w:r>
        <w:t>eternal world mein apna ghar banao.</w:t>
      </w:r>
    </w:p>
    <w:p>
      <w:pPr>
        <w:jc w:val="right"/>
      </w:pPr>
      <w:r>
        <w:t>ایٹرنل ورلڈ میں اپنا گھر بناؤ۔</w:t>
      </w:r>
    </w:p>
    <w:p>
      <w:r>
        <w:rPr>
          <w:b/>
        </w:rPr>
        <w:t xml:space="preserve">[28:15] </w:t>
      </w:r>
      <w:r>
        <w:t>yeh to kisi bhi lamha chhin jayega tum se.</w:t>
      </w:r>
    </w:p>
    <w:p>
      <w:pPr>
        <w:jc w:val="right"/>
      </w:pPr>
      <w:r>
        <w:t>یہ تو کسی بھی لمحہ چھن جائے گا تم سے۔</w:t>
      </w:r>
    </w:p>
    <w:p>
      <w:r>
        <w:rPr>
          <w:b/>
        </w:rPr>
        <w:t xml:space="preserve">[28:22] </w:t>
      </w:r>
      <w:r>
        <w:t>kisi bhi lamha chhin jayega.</w:t>
      </w:r>
    </w:p>
    <w:p>
      <w:pPr>
        <w:jc w:val="right"/>
      </w:pPr>
      <w:r>
        <w:t>کسی بھی لمحہ چھن جائے گا۔</w:t>
      </w:r>
    </w:p>
    <w:p>
      <w:r>
        <w:rPr>
          <w:b/>
        </w:rPr>
        <w:t xml:space="preserve">[28:29] </w:t>
      </w:r>
      <w:r>
        <w:t>jab maut jo hai bachche ko aati hai, boodhe ko aati hai, jawan ko aati hai.</w:t>
      </w:r>
    </w:p>
    <w:p>
      <w:pPr>
        <w:jc w:val="right"/>
      </w:pPr>
      <w:r>
        <w:t>جب موت جو ہے بچے کو آتی ہے، بوڑھے کو آتی ہے، جوان کو آتی ہے۔</w:t>
      </w:r>
    </w:p>
    <w:p>
      <w:r>
        <w:rPr>
          <w:b/>
        </w:rPr>
        <w:t xml:space="preserve">[28:35] </w:t>
      </w:r>
      <w:r>
        <w:t>to kisi bhi lamha zindagi ki copy chheen li jati hai hum se.</w:t>
      </w:r>
    </w:p>
    <w:p>
      <w:pPr>
        <w:jc w:val="right"/>
      </w:pPr>
      <w:r>
        <w:t>تو کسی بھی لمحہ زندگی کی کاپی چھین لی جاتی ہے ہم سے۔</w:t>
      </w:r>
    </w:p>
    <w:p>
      <w:r>
        <w:rPr>
          <w:b/>
        </w:rPr>
        <w:t xml:space="preserve">[28:42] </w:t>
      </w:r>
      <w:r>
        <w:t>to is tarah ke waqiat, jis ko maine kaha ke pehla sur bar bar pesh aate hain,</w:t>
      </w:r>
    </w:p>
    <w:p>
      <w:pPr>
        <w:jc w:val="right"/>
      </w:pPr>
      <w:r>
        <w:t>تو اس طرح کے واقعات، جس کو میں نے کہا کہ پہلا سور بار بار پیش آتے ہیں،</w:t>
      </w:r>
    </w:p>
    <w:p>
      <w:r>
        <w:rPr>
          <w:b/>
        </w:rPr>
        <w:t xml:space="preserve">[28:48] </w:t>
      </w:r>
      <w:r>
        <w:t>وہ آدمی کو یاد دلاتے ہیں کہ کسی بھی لمحہ eternity کا دور شروع ہو جائے گا۔</w:t>
      </w:r>
    </w:p>
    <w:p>
      <w:pPr>
        <w:jc w:val="right"/>
      </w:pPr>
      <w:r>
        <w:t>وہ آدمی کو یاد دلاتے ہیں کہ کسی بھی لمحہ ایٹرنٹی کا دور شروع ہو جائے گا۔</w:t>
      </w:r>
    </w:p>
    <w:p>
      <w:r>
        <w:rPr>
          <w:b/>
        </w:rPr>
        <w:t xml:space="preserve">[28:55] </w:t>
      </w:r>
      <w:r>
        <w:t>اور وہ آئے گا point of deterrent کی سطح پر۔</w:t>
      </w:r>
    </w:p>
    <w:p>
      <w:pPr>
        <w:jc w:val="right"/>
      </w:pPr>
      <w:r>
        <w:t>اور وہ آئے گا پوائنٹ آف ڈورٹنٹ کی سطح پر۔</w:t>
      </w:r>
    </w:p>
    <w:p>
      <w:r>
        <w:rPr>
          <w:b/>
        </w:rPr>
        <w:t xml:space="preserve">[29:02] </w:t>
      </w:r>
      <w:r>
        <w:t>jab eternity ka daur shuru hoga to phir aap laut nahi sakte.</w:t>
      </w:r>
    </w:p>
    <w:p>
      <w:pPr>
        <w:jc w:val="right"/>
      </w:pPr>
      <w:r>
        <w:t>جب ایٹرنٹی کا دور شروع ہو گا تو پھر آپ لوٹ نہیں سکتے۔</w:t>
      </w:r>
    </w:p>
    <w:p>
      <w:r>
        <w:rPr>
          <w:b/>
        </w:rPr>
        <w:t xml:space="preserve">[29:08] </w:t>
      </w:r>
      <w:r>
        <w:t>کیونکہ وہ تو آئے گا point of deterrent کی سطح پر۔</w:t>
      </w:r>
    </w:p>
    <w:p>
      <w:pPr>
        <w:jc w:val="right"/>
      </w:pPr>
      <w:r>
        <w:t>کیونکہ وہ تو آئے گا پوائنٹ آف ڈورٹنٹ کی سطح پر۔</w:t>
      </w:r>
    </w:p>
    <w:p>
      <w:r>
        <w:rPr>
          <w:b/>
        </w:rPr>
        <w:t xml:space="preserve">[29:15] </w:t>
      </w:r>
      <w:r>
        <w:t>to go ke yeh kitna serious hai, yeh kitna serious hai, yeh.</w:t>
      </w:r>
    </w:p>
    <w:p>
      <w:pPr>
        <w:jc w:val="right"/>
      </w:pPr>
      <w:r>
        <w:t>تو گو کہ یہ کتنا سیریس ہے، یہ کتنا سیریس ہے، یہ۔</w:t>
      </w:r>
    </w:p>
    <w:p>
      <w:r>
        <w:rPr>
          <w:b/>
        </w:rPr>
        <w:t xml:space="preserve">[29:22] </w:t>
      </w:r>
      <w:r>
        <w:t>ek martaba maine dekha ek insan ko apni aankh se.</w:t>
      </w:r>
    </w:p>
    <w:p>
      <w:pPr>
        <w:jc w:val="right"/>
      </w:pPr>
      <w:r>
        <w:t>ایک مرتبہ میں نے دیکھا ایک انسان کو اپنی آنکھ سے۔</w:t>
      </w:r>
    </w:p>
    <w:p>
      <w:r>
        <w:rPr>
          <w:b/>
        </w:rPr>
        <w:t xml:space="preserve">[29:28] </w:t>
      </w:r>
      <w:r>
        <w:t>us ne zeher kha liya tha.</w:t>
      </w:r>
    </w:p>
    <w:p>
      <w:pPr>
        <w:jc w:val="right"/>
      </w:pPr>
      <w:r>
        <w:t>اس نے زہر کھا لیا تھا۔</w:t>
      </w:r>
    </w:p>
    <w:p>
      <w:r>
        <w:rPr>
          <w:b/>
        </w:rPr>
        <w:t xml:space="preserve">[29:35] </w:t>
      </w:r>
      <w:r>
        <w:t>aur zeher kha kar gir pada tha wo.</w:t>
      </w:r>
    </w:p>
    <w:p>
      <w:pPr>
        <w:jc w:val="right"/>
      </w:pPr>
      <w:r>
        <w:t>اور زہر کھا کر گر پڑا تھا وہ۔</w:t>
      </w:r>
    </w:p>
    <w:p>
      <w:r>
        <w:rPr>
          <w:b/>
        </w:rPr>
        <w:t xml:space="preserve">[29:41] </w:t>
      </w:r>
      <w:r>
        <w:t>aur zameen mein pada hua tha wo.</w:t>
      </w:r>
    </w:p>
    <w:p>
      <w:pPr>
        <w:jc w:val="right"/>
      </w:pPr>
      <w:r>
        <w:t>اور زمین میں پڑا ہوا تھا وہ۔</w:t>
      </w:r>
    </w:p>
    <w:p>
      <w:r>
        <w:rPr>
          <w:b/>
        </w:rPr>
        <w:t xml:space="preserve">[29:48] </w:t>
      </w:r>
      <w:r>
        <w:t>ittifaq se maine is ko dekha.</w:t>
      </w:r>
    </w:p>
    <w:p>
      <w:pPr>
        <w:jc w:val="right"/>
      </w:pPr>
      <w:r>
        <w:t>اتفاق سے میں نے اس کو دیکھا۔</w:t>
      </w:r>
    </w:p>
    <w:p>
      <w:r>
        <w:rPr>
          <w:b/>
        </w:rPr>
        <w:t xml:space="preserve">[29:55] </w:t>
      </w:r>
      <w:r>
        <w:t>to aaj tak woh scene meri aankhon ke samne hai.</w:t>
      </w:r>
    </w:p>
    <w:p>
      <w:pPr>
        <w:jc w:val="right"/>
      </w:pPr>
      <w:r>
        <w:t>تو آج تک وہ سین میری آنکھوں کے سامنے ہے۔</w:t>
      </w:r>
    </w:p>
    <w:p>
      <w:r>
        <w:rPr>
          <w:b/>
        </w:rPr>
        <w:t xml:space="preserve">[30:01] </w:t>
      </w:r>
      <w:r>
        <w:t>maine socha ke jo zeher khane ke baad bhi woh mara toh hai nahi.</w:t>
      </w:r>
    </w:p>
    <w:p>
      <w:pPr>
        <w:jc w:val="right"/>
      </w:pPr>
      <w:r>
        <w:t>میں نے سوچا کہ جو زہر کھانے کے بعد بھی وہ مرا تو ہے نہیں۔</w:t>
      </w:r>
    </w:p>
    <w:p>
      <w:r>
        <w:rPr>
          <w:b/>
        </w:rPr>
        <w:t xml:space="preserve">[30:08] </w:t>
      </w:r>
      <w:r>
        <w:t>dunya ke aitbar se mara.</w:t>
      </w:r>
    </w:p>
    <w:p>
      <w:pPr>
        <w:jc w:val="right"/>
      </w:pPr>
      <w:r>
        <w:t>دنیا کے اعتبار سے مرا۔</w:t>
      </w:r>
    </w:p>
    <w:p>
      <w:r>
        <w:rPr>
          <w:b/>
        </w:rPr>
        <w:t xml:space="preserve">[30:15] </w:t>
      </w:r>
      <w:r>
        <w:t>zinda toh phir bhi hai woh.</w:t>
      </w:r>
    </w:p>
    <w:p>
      <w:pPr>
        <w:jc w:val="right"/>
      </w:pPr>
      <w:r>
        <w:t>زندہ تو پھر بھی ہے وہ۔</w:t>
      </w:r>
    </w:p>
    <w:p>
      <w:r>
        <w:rPr>
          <w:b/>
        </w:rPr>
        <w:t xml:space="preserve">[30:21] </w:t>
      </w:r>
      <w:r>
        <w:t>toh woh insan maut ke baad sochta hoga.</w:t>
      </w:r>
    </w:p>
    <w:p>
      <w:pPr>
        <w:jc w:val="right"/>
      </w:pPr>
      <w:r>
        <w:t>تو وہ انسان موت کے بعد سوچتا ہوگا۔</w:t>
      </w:r>
    </w:p>
    <w:p>
      <w:r>
        <w:rPr>
          <w:b/>
        </w:rPr>
        <w:t xml:space="preserve">[30:28] </w:t>
      </w:r>
      <w:r>
        <w:t>kya ek hi chance mila tha mujhe, woh kho diya is ko.</w:t>
      </w:r>
    </w:p>
    <w:p>
      <w:pPr>
        <w:jc w:val="right"/>
      </w:pPr>
      <w:r>
        <w:t>کیا ایک ہی چانس ملا تھا مجھے، وہ کھو دیا اس کو۔</w:t>
      </w:r>
    </w:p>
    <w:p>
      <w:r>
        <w:rPr>
          <w:b/>
        </w:rPr>
        <w:t xml:space="preserve">[30:34] </w:t>
      </w:r>
      <w:r>
        <w:t>yani dunya mein apne aap ko main banata jannat ke liye ek ek deserving candidate.</w:t>
      </w:r>
    </w:p>
    <w:p>
      <w:pPr>
        <w:jc w:val="right"/>
      </w:pPr>
      <w:r>
        <w:t>یعنی دنیا میں اپنے آپ کو میں بناتا جنت کے لیے ایک ایک ڈیزرونگ کینڈیڈیٹ۔</w:t>
      </w:r>
    </w:p>
    <w:p>
      <w:r>
        <w:rPr>
          <w:b/>
        </w:rPr>
        <w:t xml:space="preserve">[30:41] </w:t>
      </w:r>
      <w:r>
        <w:t>main kho diya is ko.</w:t>
      </w:r>
    </w:p>
    <w:p>
      <w:pPr>
        <w:jc w:val="right"/>
      </w:pPr>
      <w:r>
        <w:t>میں کھو دیا اس کو۔</w:t>
      </w:r>
    </w:p>
    <w:p>
      <w:r>
        <w:rPr>
          <w:b/>
        </w:rPr>
        <w:t xml:space="preserve">[30:48] </w:t>
      </w:r>
      <w:r>
        <w:t>ab mere liye kuch nahi hai.</w:t>
      </w:r>
    </w:p>
    <w:p>
      <w:pPr>
        <w:jc w:val="right"/>
      </w:pPr>
      <w:r>
        <w:t>اب میرے لیے کچھ نہیں ہے۔</w:t>
      </w:r>
    </w:p>
    <w:p>
      <w:r>
        <w:rPr>
          <w:b/>
        </w:rPr>
        <w:t xml:space="preserve">[30:54] </w:t>
      </w:r>
      <w:r>
        <w:t>marne ke baad pehla thought aata hai is insan ke andar.</w:t>
      </w:r>
    </w:p>
    <w:p>
      <w:pPr>
        <w:jc w:val="right"/>
      </w:pPr>
      <w:r>
        <w:t>مرنے کے بعد پہلا تھاٹ آتا ہے اس انسان کے اندر۔</w:t>
      </w:r>
    </w:p>
    <w:p>
      <w:r>
        <w:rPr>
          <w:b/>
        </w:rPr>
        <w:t xml:space="preserve">[31:01] </w:t>
      </w:r>
      <w:r>
        <w:t>kya maine pehla chance kho diya? ab dusra chance toh aane wala hai nahi.</w:t>
      </w:r>
    </w:p>
    <w:p>
      <w:pPr>
        <w:jc w:val="right"/>
      </w:pPr>
      <w:r>
        <w:t>کیا میں نے پہلا چانس کھو دیا؟ اب دوسرا چانس تو آنے والا ہے نہیں۔</w:t>
      </w:r>
    </w:p>
    <w:p>
      <w:r>
        <w:rPr>
          <w:b/>
        </w:rPr>
        <w:t xml:space="preserve">[31:08] </w:t>
      </w:r>
      <w:r>
        <w:t>yeh bohat din ki baat ho gayi lekin woh insan jo zameen mein pada hua tha zeher khane</w:t>
      </w:r>
    </w:p>
    <w:p>
      <w:pPr>
        <w:jc w:val="right"/>
      </w:pPr>
      <w:r>
        <w:t>یہ بہت دن کی بات ہو گئی لیکن وہ انسان جو زمین میں پڑا ہوا تھا زہر کھانے</w:t>
      </w:r>
    </w:p>
    <w:p>
      <w:r>
        <w:rPr>
          <w:b/>
        </w:rPr>
        <w:t xml:space="preserve">[31:14] </w:t>
      </w:r>
      <w:r>
        <w:t>ke baad, abhi tak meri aankhon ke samne hai.</w:t>
      </w:r>
    </w:p>
    <w:p>
      <w:pPr>
        <w:jc w:val="right"/>
      </w:pPr>
      <w:r>
        <w:t>کے بعد، ابھی تک میری آنکھوں کے سامنے ہے۔</w:t>
      </w:r>
    </w:p>
    <w:p>
      <w:r>
        <w:rPr>
          <w:b/>
        </w:rPr>
        <w:t xml:space="preserve">[31:21] </w:t>
      </w:r>
      <w:r>
        <w:t>jab bhi yaad aata hai toh main yeh sochta hoon ke maut ke baad pehli baat jo insan</w:t>
      </w:r>
    </w:p>
    <w:p>
      <w:pPr>
        <w:jc w:val="right"/>
      </w:pPr>
      <w:r>
        <w:t>جب بھی یاد آتا ہے تو میں یہ سوچتا ہوں کہ موت کے بعد پہلی بات جو انسان</w:t>
      </w:r>
    </w:p>
    <w:p>
      <w:r>
        <w:rPr>
          <w:b/>
        </w:rPr>
        <w:t xml:space="preserve">[31:27] </w:t>
      </w:r>
      <w:r>
        <w:t>ko mind mein aayegi woh yeh hai ke aah ek hi chance mila tha aur is ko</w:t>
      </w:r>
    </w:p>
    <w:p>
      <w:pPr>
        <w:jc w:val="right"/>
      </w:pPr>
      <w:r>
        <w:t>کو مائنڈ میں آئے گی وہ یہ ہے کہ آہ ایک ہی چانس ملا تھا اور اس کو</w:t>
      </w:r>
    </w:p>
    <w:p>
      <w:r>
        <w:rPr>
          <w:b/>
        </w:rPr>
        <w:t xml:space="preserve">[31:34] </w:t>
      </w:r>
      <w:r>
        <w:t>main ne kho diya.</w:t>
      </w:r>
    </w:p>
    <w:p>
      <w:pPr>
        <w:jc w:val="right"/>
      </w:pPr>
      <w:r>
        <w:t>میں نے کھو دیا۔</w:t>
      </w:r>
    </w:p>
    <w:p>
      <w:r>
        <w:rPr>
          <w:b/>
        </w:rPr>
        <w:t xml:space="preserve">[31:41] </w:t>
      </w:r>
      <w:r>
        <w:t>ab kya, ab kya, ab kya, ab toh kuch bhi nahi.</w:t>
      </w:r>
    </w:p>
    <w:p>
      <w:pPr>
        <w:jc w:val="right"/>
      </w:pPr>
      <w:r>
        <w:t>اب کیا، اب کیا، اب کیا، اب تو کچھ بھی نہیں۔</w:t>
      </w:r>
    </w:p>
    <w:p>
      <w:r>
        <w:rPr>
          <w:b/>
        </w:rPr>
        <w:t xml:space="preserve">[31:47] </w:t>
      </w:r>
      <w:r>
        <w:t>is tarah ka har waqia pehla sur hai. first trumpet.</w:t>
      </w:r>
    </w:p>
    <w:p>
      <w:pPr>
        <w:jc w:val="right"/>
      </w:pPr>
      <w:r>
        <w:t>اس طرح کا ہر واقعہ پہلا سور ہے۔ فرسٹ ٹرمپٹ۔</w:t>
      </w:r>
    </w:p>
    <w:p>
      <w:r>
        <w:rPr>
          <w:b/>
        </w:rPr>
        <w:t xml:space="preserve">[31:54] </w:t>
      </w:r>
      <w:r>
        <w:t>toh second trumpet jo hoga woh toh final hoga.</w:t>
      </w:r>
    </w:p>
    <w:p>
      <w:pPr>
        <w:jc w:val="right"/>
      </w:pPr>
      <w:r>
        <w:t>تو سیکنڈ ٹرمپٹ جو ہوگا وہ تو فائنل ہوگا۔</w:t>
      </w:r>
    </w:p>
    <w:p>
      <w:r>
        <w:rPr>
          <w:b/>
        </w:rPr>
        <w:t xml:space="preserve">[32:01] </w:t>
      </w:r>
      <w:r>
        <w:t>final, bas khatam.</w:t>
      </w:r>
    </w:p>
    <w:p>
      <w:pPr>
        <w:jc w:val="right"/>
      </w:pPr>
      <w:r>
        <w:t>فائنل، بس ختم۔</w:t>
      </w:r>
    </w:p>
    <w:p>
      <w:r>
        <w:rPr>
          <w:b/>
        </w:rPr>
        <w:t xml:space="preserve">[32:07] </w:t>
      </w:r>
      <w:r>
        <w:t>lekin first trumpet jo bar bar phoonke jate hain woh hota hai reminder.</w:t>
      </w:r>
    </w:p>
    <w:p>
      <w:pPr>
        <w:jc w:val="right"/>
      </w:pPr>
      <w:r>
        <w:t>لیکن فرسٹ ٹرمپٹ جو بار بار پھونکے جاتے ہیں وہ ہوتا ہے ریمائنڈر۔</w:t>
      </w:r>
    </w:p>
    <w:p>
      <w:r>
        <w:rPr>
          <w:b/>
        </w:rPr>
        <w:t xml:space="preserve">[32:14] </w:t>
      </w:r>
      <w:r>
        <w:t>toh ek hai reminder trumpet, ek hai final trumpet.</w:t>
      </w:r>
    </w:p>
    <w:p>
      <w:pPr>
        <w:jc w:val="right"/>
      </w:pPr>
      <w:r>
        <w:t>تو ایک ہے ریمائنڈر ٹرمپٹ، ایک ہے فائنل ٹرمپٹ۔</w:t>
      </w:r>
    </w:p>
    <w:p>
      <w:r>
        <w:rPr>
          <w:b/>
        </w:rPr>
        <w:t xml:space="preserve">[32:20] </w:t>
      </w:r>
      <w:r>
        <w:t>reminder trumpet bohat hote hain, bohat hote hain, bohat hote hain.</w:t>
      </w:r>
    </w:p>
    <w:p>
      <w:pPr>
        <w:jc w:val="right"/>
      </w:pPr>
      <w:r>
        <w:t>ریمائنڈر ٹرمپٹ بہت ہوتے ہیں، بہت ہوتے ہیں، بہت ہوتے ہیں۔</w:t>
      </w:r>
    </w:p>
    <w:p>
      <w:r>
        <w:rPr>
          <w:b/>
        </w:rPr>
        <w:t xml:space="preserve">[32:27] </w:t>
      </w:r>
      <w:r>
        <w:t>final trumpet ek hi hoga.</w:t>
      </w:r>
    </w:p>
    <w:p>
      <w:pPr>
        <w:jc w:val="right"/>
      </w:pPr>
      <w:r>
        <w:t>فائنل ٹرمپٹ ایک ہی ہوگا۔</w:t>
      </w:r>
    </w:p>
    <w:p>
      <w:r>
        <w:rPr>
          <w:b/>
        </w:rPr>
        <w:t xml:space="preserve">[32:34] </w:t>
      </w:r>
      <w:r>
        <w:t>hum mein se har shakhs par kabhi na kabhi yeh waqt guzarta hai ke hum first trumpet suntay hain.</w:t>
      </w:r>
    </w:p>
    <w:p>
      <w:pPr>
        <w:jc w:val="right"/>
      </w:pPr>
      <w:r>
        <w:t>ہم میں سے ہر شخص پر کبھی نہ کبھی یہ وقت گزرتا ہے کہ ہم فرسٹ ٹرمپٹ سنتے ہیں۔</w:t>
      </w:r>
    </w:p>
    <w:p>
      <w:r>
        <w:rPr>
          <w:b/>
        </w:rPr>
        <w:t xml:space="preserve">[32:40] </w:t>
      </w:r>
      <w:r>
        <w:t>kisi kisi na kisi soorat mein.</w:t>
      </w:r>
    </w:p>
    <w:p>
      <w:pPr>
        <w:jc w:val="right"/>
      </w:pPr>
      <w:r>
        <w:t>کسی کسی نہ کسی صورت میں۔</w:t>
      </w:r>
    </w:p>
    <w:p>
      <w:r>
        <w:rPr>
          <w:b/>
        </w:rPr>
        <w:t xml:space="preserve">[32:47] </w:t>
      </w:r>
      <w:r>
        <w:t>pehla zalzala jo mein ne apni zindagi mein dekha tha woh ghaliban 1930 mein tha. 1930 mein.</w:t>
      </w:r>
    </w:p>
    <w:p>
      <w:pPr>
        <w:jc w:val="right"/>
      </w:pPr>
      <w:r>
        <w:t>پہلا زلزلہ جو میں نے اپنی زندگی میں دیکھا تھا وہ غالباً 1930 میں تھا۔ 1930 میں۔</w:t>
      </w:r>
    </w:p>
    <w:p>
      <w:r>
        <w:rPr>
          <w:b/>
        </w:rPr>
        <w:t xml:space="preserve">[32:54] </w:t>
      </w:r>
      <w:r>
        <w:t>us waqt mein paanch chhay saal ka tha.</w:t>
      </w:r>
    </w:p>
    <w:p>
      <w:pPr>
        <w:jc w:val="right"/>
      </w:pPr>
      <w:r>
        <w:t>اس وقت میں پانچ چھ سال کا تھا۔</w:t>
      </w:r>
    </w:p>
    <w:p>
      <w:r>
        <w:rPr>
          <w:b/>
        </w:rPr>
        <w:t xml:space="preserve">[33:00] </w:t>
      </w:r>
      <w:r>
        <w:t>to aik achanak mein ne dekha ke sab hilne lage, hilne laga, hilne laga, hilne laga.</w:t>
      </w:r>
    </w:p>
    <w:p>
      <w:pPr>
        <w:jc w:val="right"/>
      </w:pPr>
      <w:r>
        <w:t>تو ایک اچانک میں نے دیکھا کہ سب ہلنے لگے، ہلنے لگا، ہلنے لگا، ہلنے لگا۔</w:t>
      </w:r>
    </w:p>
    <w:p>
      <w:r>
        <w:rPr>
          <w:b/>
        </w:rPr>
        <w:t xml:space="preserve">[33:07] </w:t>
      </w:r>
      <w:r>
        <w:t>to us waqt chhota tha mein, mein samjha nahin ke yeh kya cheez hai.</w:t>
      </w:r>
    </w:p>
    <w:p>
      <w:pPr>
        <w:jc w:val="right"/>
      </w:pPr>
      <w:r>
        <w:t>تو اس وقت چھوٹا تھا میں، میں سمجھا نہیں کہ یہ کیا چیز ہے۔</w:t>
      </w:r>
    </w:p>
    <w:p>
      <w:r>
        <w:rPr>
          <w:b/>
        </w:rPr>
        <w:t xml:space="preserve">[33:13] </w:t>
      </w:r>
      <w:r>
        <w:t>ab mein sochta hoon to woh mere liye first trumpet tha.</w:t>
      </w:r>
    </w:p>
    <w:p>
      <w:pPr>
        <w:jc w:val="right"/>
      </w:pPr>
      <w:r>
        <w:t>اب میں سوچتا ہوں تو وہ میرے لیے فرسٹ ٹرمپٹ تھا۔</w:t>
      </w:r>
    </w:p>
    <w:p>
      <w:r>
        <w:rPr>
          <w:b/>
        </w:rPr>
        <w:t xml:space="preserve">[33:20] </w:t>
      </w:r>
      <w:r>
        <w:t>pehli yaad dehani, aye insaan, yaad rakh, aik final trumpet bhi phoonka janay wala hai.</w:t>
      </w:r>
    </w:p>
    <w:p>
      <w:pPr>
        <w:jc w:val="right"/>
      </w:pPr>
      <w:r>
        <w:t>پہلی یاد دہانی، اے انسان، یاد رکھ، ایک فائنل ٹرمپٹ بھی پھونکا جانے والا ہے۔</w:t>
      </w:r>
    </w:p>
    <w:p>
      <w:r>
        <w:rPr>
          <w:b/>
        </w:rPr>
        <w:t xml:space="preserve">[33:27] </w:t>
      </w:r>
      <w:r>
        <w:t>to har insaan kahin na kahin kisi na kisi soorat mein first trumpet ko dekhta hai aur sunta hai. bar bar.</w:t>
      </w:r>
    </w:p>
    <w:p>
      <w:pPr>
        <w:jc w:val="right"/>
      </w:pPr>
      <w:r>
        <w:t>تو ہر انسان کہیں نہ کہیں کسی نہ کسی صورت میں فرسٹ ٹرمپٹ کو دیکھتا ہے اور سنتا ہے۔ بار بار۔</w:t>
      </w:r>
    </w:p>
    <w:p>
      <w:r>
        <w:rPr>
          <w:b/>
        </w:rPr>
        <w:t xml:space="preserve">[33:33] </w:t>
      </w:r>
      <w:r>
        <w:t>aik martaba mein banaras se bakri safar kar raha tha.</w:t>
      </w:r>
    </w:p>
    <w:p>
      <w:pPr>
        <w:jc w:val="right"/>
      </w:pPr>
      <w:r>
        <w:t>ایک مرتبہ میں بنارس سے بیکری سفر کر رہا تھا۔</w:t>
      </w:r>
    </w:p>
    <w:p>
      <w:r>
        <w:rPr>
          <w:b/>
        </w:rPr>
        <w:t xml:space="preserve">[33:40] </w:t>
      </w:r>
      <w:r>
        <w:t>hawa jahaz se.</w:t>
      </w:r>
    </w:p>
    <w:p>
      <w:pPr>
        <w:jc w:val="right"/>
      </w:pPr>
      <w:r>
        <w:t>ہوا جہاز سے۔</w:t>
      </w:r>
    </w:p>
    <w:p>
      <w:r>
        <w:rPr>
          <w:b/>
        </w:rPr>
        <w:t xml:space="preserve">[33:47] </w:t>
      </w:r>
      <w:r>
        <w:t>banaras se bombay.</w:t>
      </w:r>
    </w:p>
    <w:p>
      <w:pPr>
        <w:jc w:val="right"/>
      </w:pPr>
      <w:r>
        <w:t>بنارس سے بمبئی۔</w:t>
      </w:r>
    </w:p>
    <w:p>
      <w:r>
        <w:rPr>
          <w:b/>
        </w:rPr>
        <w:t xml:space="preserve">[33:53] </w:t>
      </w:r>
      <w:r>
        <w:t>to woh meri zindagi mein pehla waqia hai ke bohat ziyada jahaz jo kehta hai up draft, down</w:t>
      </w:r>
    </w:p>
    <w:p>
      <w:pPr>
        <w:jc w:val="right"/>
      </w:pPr>
      <w:r>
        <w:t>تو وہ میری زندگی میں پہلا واقعہ ہے کہ بہت زیادہ جہاز جو کہتا ہے اپ ڈرافٹ، ڈاؤن</w:t>
      </w:r>
    </w:p>
    <w:p>
      <w:r>
        <w:rPr>
          <w:b/>
        </w:rPr>
        <w:t xml:space="preserve">[34:00] </w:t>
      </w:r>
      <w:r>
        <w:t>draft, neechay oopar hona.</w:t>
      </w:r>
    </w:p>
    <w:p>
      <w:pPr>
        <w:jc w:val="right"/>
      </w:pPr>
      <w:r>
        <w:t>ڈرافٹ، نیچے اوپر ہونا۔</w:t>
      </w:r>
    </w:p>
    <w:p>
      <w:r>
        <w:rPr>
          <w:b/>
        </w:rPr>
        <w:t xml:space="preserve">[34:06] </w:t>
      </w:r>
      <w:r>
        <w:t>to bohat hi ziyada hua tha is safar mein.</w:t>
      </w:r>
    </w:p>
    <w:p>
      <w:pPr>
        <w:jc w:val="right"/>
      </w:pPr>
      <w:r>
        <w:t>تو بہت ہی زیادہ ہوا تھا اس سفر میں۔</w:t>
      </w:r>
    </w:p>
    <w:p>
      <w:r>
        <w:rPr>
          <w:b/>
        </w:rPr>
        <w:t xml:space="preserve">[34:13] </w:t>
      </w:r>
      <w:r>
        <w:t>yani aik dam neechay, phir oopar, phir neechay, phir oopar.</w:t>
      </w:r>
    </w:p>
    <w:p>
      <w:pPr>
        <w:jc w:val="right"/>
      </w:pPr>
      <w:r>
        <w:t>یعنی ایک دم نیچے، پھر اوپر، پھر نیچے، پھر اوپر۔</w:t>
      </w:r>
    </w:p>
    <w:p>
      <w:r>
        <w:rPr>
          <w:b/>
        </w:rPr>
        <w:t xml:space="preserve">[34:20] </w:t>
      </w:r>
      <w:r>
        <w:t>to saaray musafir bilkul ghabraye hue thay.</w:t>
      </w:r>
    </w:p>
    <w:p>
      <w:pPr>
        <w:jc w:val="right"/>
      </w:pPr>
      <w:r>
        <w:t>تو سارے مسافر بالکل گھبرائے ہوئے تھے۔</w:t>
      </w:r>
    </w:p>
    <w:p>
      <w:r>
        <w:rPr>
          <w:b/>
        </w:rPr>
        <w:t xml:space="preserve">[34:26] </w:t>
      </w:r>
      <w:r>
        <w:t>ab mein seat par bilkul aise aankh band kar ke baith gaya. sochne laga.</w:t>
      </w:r>
    </w:p>
    <w:p>
      <w:pPr>
        <w:jc w:val="right"/>
      </w:pPr>
      <w:r>
        <w:t>اب میں سیٹ پر بالکل ایسے آنکھ بند کر کے بیٹھ گیا۔ سوچنے لگا۔</w:t>
      </w:r>
    </w:p>
    <w:p>
      <w:r>
        <w:rPr>
          <w:b/>
        </w:rPr>
        <w:t xml:space="preserve">[34:33] </w:t>
      </w:r>
      <w:r>
        <w:t>yeh log ghabraye hue thay aur trati awazein nikal rahe thay.</w:t>
      </w:r>
    </w:p>
    <w:p>
      <w:pPr>
        <w:jc w:val="right"/>
      </w:pPr>
      <w:r>
        <w:t>یہ لوگ گھبرائے ہوئے تھے اور تراتی آوازیں نکال رہے تھے۔</w:t>
      </w:r>
    </w:p>
    <w:p>
      <w:r>
        <w:rPr>
          <w:b/>
        </w:rPr>
        <w:t xml:space="preserve">[34:40] </w:t>
      </w:r>
      <w:r>
        <w:t>mein seat par chup chap aankh band kar ke aise hi baith gaya.</w:t>
      </w:r>
    </w:p>
    <w:p>
      <w:pPr>
        <w:jc w:val="right"/>
      </w:pPr>
      <w:r>
        <w:t>میں سیٹ پر چپ چاپ آنکھ بند کر کے ایسے ہی بیٹھ گیا۔</w:t>
      </w:r>
    </w:p>
    <w:p>
      <w:r>
        <w:rPr>
          <w:b/>
        </w:rPr>
        <w:t xml:space="preserve">[34:46] </w:t>
      </w:r>
      <w:r>
        <w:t>aur sochne laga ke kya qayamat aa gayi? kya dunya ka khataam ho gaya? ab kya hoga? woh</w:t>
      </w:r>
    </w:p>
    <w:p>
      <w:pPr>
        <w:jc w:val="right"/>
      </w:pPr>
      <w:r>
        <w:t>اور سوچنے لگا کہ کیا قیامت آ گئی؟ کیا دنیا کا خاتمہ ہو گیا؟ اب کیا ہوگا؟ وہ</w:t>
      </w:r>
    </w:p>
    <w:p>
      <w:r>
        <w:rPr>
          <w:b/>
        </w:rPr>
        <w:t xml:space="preserve">[34:53] </w:t>
      </w:r>
      <w:r>
        <w:t>bhi aik trumpet tha.</w:t>
      </w:r>
    </w:p>
    <w:p>
      <w:pPr>
        <w:jc w:val="right"/>
      </w:pPr>
      <w:r>
        <w:t>بھی ایک ٹرمپٹ تھا۔</w:t>
      </w:r>
    </w:p>
    <w:p>
      <w:r>
        <w:rPr>
          <w:b/>
        </w:rPr>
        <w:t xml:space="preserve">[34:59] </w:t>
      </w:r>
      <w:r>
        <w:t>woh bhi aik first trumpet tha.</w:t>
      </w:r>
    </w:p>
    <w:p>
      <w:pPr>
        <w:jc w:val="right"/>
      </w:pPr>
      <w:r>
        <w:t>وہ بھی ایک فرسٹ ٹرمپٹ تھا۔</w:t>
      </w:r>
    </w:p>
    <w:p>
      <w:r>
        <w:rPr>
          <w:b/>
        </w:rPr>
        <w:t xml:space="preserve">[35:06] </w:t>
      </w:r>
      <w:r>
        <w:t>to yaad rakhiye har aadmi apni zindagi mein kahin na kahin first trumpet ko sunta hai.</w:t>
      </w:r>
    </w:p>
    <w:p>
      <w:pPr>
        <w:jc w:val="right"/>
      </w:pPr>
      <w:r>
        <w:t>تو یاد رکھیے ہر آدمی اپنی زندگی میں کہیں نہ کہیں فرسٹ ٹرمپٹ کو سنتا ہے۔</w:t>
      </w:r>
    </w:p>
    <w:p>
      <w:r>
        <w:rPr>
          <w:b/>
        </w:rPr>
        <w:t xml:space="preserve">[35:13] </w:t>
      </w:r>
      <w:r>
        <w:t>kisi ki maut ki soorat mein, kisi toofan ki soorat mein, kahin earthquake ki soorat mein.</w:t>
      </w:r>
    </w:p>
    <w:p>
      <w:pPr>
        <w:jc w:val="right"/>
      </w:pPr>
      <w:r>
        <w:t>کسی کی موت کی صورت میں، کسی طوفان کی صورت میں، کہیں ارتھ کویک کی صورت میں۔</w:t>
      </w:r>
    </w:p>
    <w:p>
      <w:r>
        <w:rPr>
          <w:b/>
        </w:rPr>
        <w:t xml:space="preserve">[35:19] </w:t>
      </w:r>
      <w:r>
        <w:t>bohat si suratain hain is ki.</w:t>
      </w:r>
    </w:p>
    <w:p>
      <w:pPr>
        <w:jc w:val="right"/>
      </w:pPr>
      <w:r>
        <w:t>بہت سی صورتیں ہیں اس کی۔</w:t>
      </w:r>
    </w:p>
    <w:p>
      <w:r>
        <w:rPr>
          <w:b/>
        </w:rPr>
        <w:t xml:space="preserve">[35:26] </w:t>
      </w:r>
      <w:r>
        <w:t>to har aadmi kahin na kahin sunta hai.</w:t>
      </w:r>
    </w:p>
    <w:p>
      <w:pPr>
        <w:jc w:val="right"/>
      </w:pPr>
      <w:r>
        <w:t>تو ہر آدمی کہیں نہ کہیں سنتا ہے۔</w:t>
      </w:r>
    </w:p>
    <w:p>
      <w:r>
        <w:rPr>
          <w:b/>
        </w:rPr>
        <w:t xml:space="preserve">[35:33] </w:t>
      </w:r>
      <w:r>
        <w:t>to first trumpet sunte hi aadmi ko ek dam alert hona chahiye, alert.</w:t>
      </w:r>
    </w:p>
    <w:p>
      <w:pPr>
        <w:jc w:val="right"/>
      </w:pPr>
      <w:r>
        <w:t>تو فرسٹ ٹرمپٹ سنتے ہی آدمی کو ایک دم الرٹ ہونا چاہیے، الرٹ۔</w:t>
      </w:r>
    </w:p>
    <w:p>
      <w:r>
        <w:rPr>
          <w:b/>
        </w:rPr>
        <w:t xml:space="preserve">[35:39] </w:t>
      </w:r>
      <w:r>
        <w:t>alert hona chahiye.</w:t>
      </w:r>
    </w:p>
    <w:p>
      <w:pPr>
        <w:jc w:val="right"/>
      </w:pPr>
      <w:r>
        <w:t>الرٹ ہونا چاہیے۔</w:t>
      </w:r>
    </w:p>
    <w:p>
      <w:r>
        <w:rPr>
          <w:b/>
        </w:rPr>
        <w:t xml:space="preserve">[35:46] </w:t>
      </w:r>
      <w:r>
        <w:t>taake jab final trumpet phoonka jaye is waqt to apne aap ko prepare kar chuka ho.</w:t>
      </w:r>
    </w:p>
    <w:p>
      <w:pPr>
        <w:jc w:val="right"/>
      </w:pPr>
      <w:r>
        <w:t>تاکہ جب فائنل ٹرمپٹ پھونکا جائے اس وقت تو اپنے آپ کو پریپیئر کر چکا ہو۔</w:t>
      </w:r>
    </w:p>
    <w:p>
      <w:r>
        <w:rPr>
          <w:b/>
        </w:rPr>
        <w:t xml:space="preserve">[35:52] </w:t>
      </w:r>
      <w:r>
        <w:t>ek ek prepared insaan ke hasiyat se wo second trumpet ya final trumpet ko sun sake.</w:t>
      </w:r>
    </w:p>
    <w:p>
      <w:pPr>
        <w:jc w:val="right"/>
      </w:pPr>
      <w:r>
        <w:t>ایک ایک پریپیئرڈ انسان کے حیثیت سے وہ سیکنڈ ٹرمپٹ یا فائنل ٹرمپٹ کو سن سکے۔</w:t>
      </w:r>
    </w:p>
    <w:p>
      <w:r>
        <w:rPr>
          <w:b/>
        </w:rPr>
        <w:t xml:space="preserve">[35:59] </w:t>
      </w:r>
      <w:r>
        <w:t>to behal yeh sab se bari baat hai jo har insaan ko sochna chahiye. sochna chahiye.</w:t>
      </w:r>
    </w:p>
    <w:p>
      <w:pPr>
        <w:jc w:val="right"/>
      </w:pPr>
      <w:r>
        <w:t>تو بہرحال یہ سب سے بڑی بات ہے جو ہر انسان کو سوچنا چاہیے۔ سوچنا چاہیے۔</w:t>
      </w:r>
    </w:p>
    <w:p>
      <w:r>
        <w:rPr>
          <w:b/>
        </w:rPr>
        <w:t xml:space="preserve">[36:06] </w:t>
      </w:r>
      <w:r>
        <w:t>kyunke yeh waqea sab par aanay wala hai.</w:t>
      </w:r>
    </w:p>
    <w:p>
      <w:pPr>
        <w:jc w:val="right"/>
      </w:pPr>
      <w:r>
        <w:t>کیونکہ یہ واقعہ سب پر آنے والا ہے۔</w:t>
      </w:r>
    </w:p>
    <w:p>
      <w:r>
        <w:rPr>
          <w:b/>
        </w:rPr>
        <w:t xml:space="preserve">[36:12] </w:t>
      </w:r>
      <w:r>
        <w:t>koi is se bachne wala nahi hai.</w:t>
      </w:r>
    </w:p>
    <w:p>
      <w:pPr>
        <w:jc w:val="right"/>
      </w:pPr>
      <w:r>
        <w:t>کوئی اس سے بچنے والا نہیں ہے۔</w:t>
      </w:r>
    </w:p>
    <w:p>
      <w:r>
        <w:rPr>
          <w:b/>
        </w:rPr>
        <w:t xml:space="preserve">[36:19] </w:t>
      </w:r>
      <w:r>
        <w:t>koi chahe king ho, koi bohat ziyada waldi aadmi ho, kuch bhi ho.</w:t>
      </w:r>
    </w:p>
    <w:p>
      <w:pPr>
        <w:jc w:val="right"/>
      </w:pPr>
      <w:r>
        <w:t>کوئی چاہے کنگ ہو، کوئی بہت زیادہ ولدی آدمی ہو، کچھ بھی ہو۔</w:t>
      </w:r>
    </w:p>
    <w:p>
      <w:r>
        <w:rPr>
          <w:b/>
        </w:rPr>
        <w:t xml:space="preserve">[36:26] </w:t>
      </w:r>
      <w:r>
        <w:t>ya sari dunya hi ke malik ho.</w:t>
      </w:r>
    </w:p>
    <w:p>
      <w:pPr>
        <w:jc w:val="right"/>
      </w:pPr>
      <w:r>
        <w:t>یا ساری دنیا ہی کے مالک ہو۔</w:t>
      </w:r>
    </w:p>
    <w:p>
      <w:r>
        <w:rPr>
          <w:b/>
        </w:rPr>
        <w:t xml:space="preserve">[36:32] </w:t>
      </w:r>
      <w:r>
        <w:t>har insaan par yeh waqt to aanay wala hai.</w:t>
      </w:r>
    </w:p>
    <w:p>
      <w:pPr>
        <w:jc w:val="right"/>
      </w:pPr>
      <w:r>
        <w:t>ہر انسان پر یہ وقت تو آنے والا ہے۔</w:t>
      </w:r>
    </w:p>
    <w:p>
      <w:r>
        <w:rPr>
          <w:b/>
        </w:rPr>
        <w:t xml:space="preserve">[36:39] </w:t>
      </w:r>
      <w:r>
        <w:t>sahaba ka muamla yeh tha ke aage kabhi aandhi aati thi, aandhi.</w:t>
      </w:r>
    </w:p>
    <w:p>
      <w:pPr>
        <w:jc w:val="right"/>
      </w:pPr>
      <w:r>
        <w:t>صحابہ کا معاملہ یہ تھا کہ آگے کبھی آندھی آتی تھی، آندھی۔</w:t>
      </w:r>
    </w:p>
    <w:p>
      <w:r>
        <w:rPr>
          <w:b/>
        </w:rPr>
        <w:t xml:space="preserve">[36:45] </w:t>
      </w:r>
      <w:r>
        <w:t>aandhi to daur kar masjid mein chale jatay thay ke shayad qayamat aa gayi.</w:t>
      </w:r>
    </w:p>
    <w:p>
      <w:pPr>
        <w:jc w:val="right"/>
      </w:pPr>
      <w:r>
        <w:t>آندھی تو دوڑ کر مسجد میں چلے جاتے تھے کہ شاید قیامت آ گئی۔</w:t>
      </w:r>
    </w:p>
    <w:p>
      <w:r>
        <w:rPr>
          <w:b/>
        </w:rPr>
        <w:t xml:space="preserve">[36:52] </w:t>
      </w:r>
      <w:r>
        <w:t>yaani har trumpet ko samajhte thay ke final trumpet to nahi hai.</w:t>
      </w:r>
    </w:p>
    <w:p>
      <w:pPr>
        <w:jc w:val="right"/>
      </w:pPr>
      <w:r>
        <w:t>یعنی ہر ٹرمپٹ کو سمجھتے تھے کہ فائنل ٹرمپٹ تو نہیں ہے۔</w:t>
      </w:r>
    </w:p>
    <w:p>
      <w:r>
        <w:rPr>
          <w:b/>
        </w:rPr>
        <w:t xml:space="preserve">[36:59] </w:t>
      </w:r>
      <w:r>
        <w:t>har trumpet ko wo samajhte thay ke final trumpet to nahi hai.</w:t>
      </w:r>
    </w:p>
    <w:p>
      <w:pPr>
        <w:jc w:val="right"/>
      </w:pPr>
      <w:r>
        <w:t>ہر ٹرمپٹ کو وہ سمجھتے تھے کہ فائنل ٹرمپٹ تو نہیں ہے۔</w:t>
      </w:r>
    </w:p>
    <w:p>
      <w:r>
        <w:rPr>
          <w:b/>
        </w:rPr>
        <w:t xml:space="preserve">[37:05] </w:t>
      </w:r>
      <w:r>
        <w:t>jitna ziyada aadmi bashaoor ho, jitna ziyada wo yaani intellectually developed personality ho, utne hi ziyada wo first</w:t>
      </w:r>
    </w:p>
    <w:p>
      <w:pPr>
        <w:jc w:val="right"/>
      </w:pPr>
      <w:r>
        <w:t>جتنا زیادہ آدمی باشعور ہو، جتنا زیادہ وہ یعنی انٹلیکچولی ڈیولپڈ پرسنیلٹی ہو، اتنے ہی زیادہ وہ فرسٹ</w:t>
      </w:r>
    </w:p>
    <w:p>
      <w:r>
        <w:rPr>
          <w:b/>
        </w:rPr>
        <w:t xml:space="preserve">[37:12] </w:t>
      </w:r>
      <w:r>
        <w:t>trumpet sune ga.</w:t>
      </w:r>
    </w:p>
    <w:p>
      <w:pPr>
        <w:jc w:val="right"/>
      </w:pPr>
      <w:r>
        <w:t>ٹرمپٹ سنے گا۔</w:t>
      </w:r>
    </w:p>
    <w:p>
      <w:r>
        <w:rPr>
          <w:b/>
        </w:rPr>
        <w:t xml:space="preserve">[37:19] </w:t>
      </w:r>
      <w:r>
        <w:t>utne hi ziyada is ko pehla sor yaad dehani karaye ga.</w:t>
      </w:r>
    </w:p>
    <w:p>
      <w:pPr>
        <w:jc w:val="right"/>
      </w:pPr>
      <w:r>
        <w:t>اتنے ہی زیادہ اس کو پہلا سور یاد دہانی کرائے گا۔</w:t>
      </w:r>
    </w:p>
    <w:p>
      <w:r>
        <w:rPr>
          <w:b/>
        </w:rPr>
        <w:t xml:space="preserve">[37:25] </w:t>
      </w:r>
      <w:r>
        <w:t>final trumpet ke phoonke janay ke baad jo dunya banny wali hai, jahan par insaan ko paradise ke</w:t>
      </w:r>
    </w:p>
    <w:p>
      <w:pPr>
        <w:jc w:val="right"/>
      </w:pPr>
      <w:r>
        <w:t>فائنل ٹرمپٹ کے پھونکے جانے کے بعد جو دنیا بننے والی ہے، جہاں پر انسان کو پارائیز کے</w:t>
      </w:r>
    </w:p>
    <w:p>
      <w:r>
        <w:rPr>
          <w:b/>
        </w:rPr>
        <w:t xml:space="preserve">[37:32] </w:t>
      </w:r>
      <w:r>
        <w:t>gate kholay jayen ge.</w:t>
      </w:r>
    </w:p>
    <w:p>
      <w:pPr>
        <w:jc w:val="right"/>
      </w:pPr>
      <w:r>
        <w:t>گیٹ کھولے جائیں گے۔</w:t>
      </w:r>
    </w:p>
    <w:p>
      <w:r>
        <w:rPr>
          <w:b/>
        </w:rPr>
        <w:t xml:space="preserve">[37:38] </w:t>
      </w:r>
      <w:r>
        <w:t>jo insaan ke liye is ka matloob habitat hoga.</w:t>
      </w:r>
    </w:p>
    <w:p>
      <w:pPr>
        <w:jc w:val="right"/>
      </w:pPr>
      <w:r>
        <w:t>جو انسان کے لیے اس کا مطلوب ہیبیٹیٹ ہوگا۔</w:t>
      </w:r>
    </w:p>
    <w:p>
      <w:r>
        <w:rPr>
          <w:b/>
        </w:rPr>
        <w:t xml:space="preserve">[37:45] </w:t>
      </w:r>
      <w:r>
        <w:t>to wo itna ziyada aadmi is ko dekh kar ke hairaan reh jaye ga.</w:t>
      </w:r>
    </w:p>
    <w:p>
      <w:pPr>
        <w:jc w:val="right"/>
      </w:pPr>
      <w:r>
        <w:t>تو وہ اتنا زیادہ آدمی اس کو دیکھ کر کے حیران رہ جائے گا۔</w:t>
      </w:r>
    </w:p>
    <w:p>
      <w:r>
        <w:rPr>
          <w:b/>
        </w:rPr>
        <w:t xml:space="preserve">[37:52] </w:t>
      </w:r>
      <w:r>
        <w:t>ke kaisi bari ghalti mein ne ki ke yeh gate mere liye khulne ke liye tayar tha aur</w:t>
      </w:r>
    </w:p>
    <w:p>
      <w:pPr>
        <w:jc w:val="right"/>
      </w:pPr>
      <w:r>
        <w:t>کہ کیسی بڑی غلطی میں نے کی کہ یہ گیٹ میرے لیے کھلنے کے لیے تیار تھا اور</w:t>
      </w:r>
    </w:p>
    <w:p>
      <w:r>
        <w:rPr>
          <w:b/>
        </w:rPr>
        <w:t xml:space="preserve">[37:58] </w:t>
      </w:r>
      <w:r>
        <w:t>mein apne time kahan barbad kar diya.</w:t>
      </w:r>
    </w:p>
    <w:p>
      <w:pPr>
        <w:jc w:val="right"/>
      </w:pPr>
      <w:r>
        <w:t>میں اپنے ٹائم کہاں برباد کر دیا۔</w:t>
      </w:r>
    </w:p>
    <w:p>
      <w:r>
        <w:rPr>
          <w:b/>
        </w:rPr>
        <w:t xml:space="preserve">[38:05] </w:t>
      </w:r>
      <w:r>
        <w:t>mein ne apna time kahan barbad kar diya.</w:t>
      </w:r>
    </w:p>
    <w:p>
      <w:pPr>
        <w:jc w:val="right"/>
      </w:pPr>
      <w:r>
        <w:t>میں نے اپنا ٹائم کہاں برباد کر دیا۔</w:t>
      </w:r>
    </w:p>
    <w:p>
      <w:r>
        <w:rPr>
          <w:b/>
        </w:rPr>
        <w:t xml:space="preserve">[38:12] </w:t>
      </w:r>
      <w:r>
        <w:t>isi dunya ko mein yeh soch raha tha aik din ke jannat kya hai.</w:t>
      </w:r>
    </w:p>
    <w:p>
      <w:pPr>
        <w:jc w:val="right"/>
      </w:pPr>
      <w:r>
        <w:t>اسی دنیا کو میں یہ سوچ رہا تھا ایک دن کہ جنت کیا ہے۔</w:t>
      </w:r>
    </w:p>
    <w:p>
      <w:r>
        <w:rPr>
          <w:b/>
        </w:rPr>
        <w:t xml:space="preserve">[38:18] </w:t>
      </w:r>
      <w:r>
        <w:t>to mein ne socha yahi dunya jo hai jis mein hum rehte hain, agar haan pollution na ho,</w:t>
      </w:r>
    </w:p>
    <w:p>
      <w:pPr>
        <w:jc w:val="right"/>
      </w:pPr>
      <w:r>
        <w:t>تو میں نے سوچا یہی دنیا جو ہے جس میں ہم رہتے ہیں، اگر ہاں پولیوشن نہ ہو،</w:t>
      </w:r>
    </w:p>
    <w:p>
      <w:r>
        <w:rPr>
          <w:b/>
        </w:rPr>
        <w:t xml:space="preserve">[38:25] </w:t>
      </w:r>
      <w:r>
        <w:t>negotiations na ho, insani fasad na ho, corruption na ho, dishonesty na ho, is sare evils jo</w:t>
      </w:r>
    </w:p>
    <w:p>
      <w:pPr>
        <w:jc w:val="right"/>
      </w:pPr>
      <w:r>
        <w:t>نیوشنز نہ ہو، انسانی فساد نہ ہو، کرپشن نہ ہو، ڈس آنسٹری نہ ہو، اس سارے ایولز جو</w:t>
      </w:r>
    </w:p>
    <w:p>
      <w:r>
        <w:rPr>
          <w:b/>
        </w:rPr>
        <w:t xml:space="preserve">[38:31] </w:t>
      </w:r>
      <w:r>
        <w:t>hain evils na hon to yeh bilkul jannat jannat hi to hai.</w:t>
      </w:r>
    </w:p>
    <w:p>
      <w:pPr>
        <w:jc w:val="right"/>
      </w:pPr>
      <w:r>
        <w:t>ہیں ایولز نہ ہوں تو یہ بالکل جنت جنت ہی تو ہے۔</w:t>
      </w:r>
    </w:p>
    <w:p>
      <w:r>
        <w:rPr>
          <w:b/>
        </w:rPr>
        <w:t xml:space="preserve">[38:38] </w:t>
      </w:r>
      <w:r>
        <w:t>yeh to jannat ko samajhne ke liye hamein kahin space mein nahi jana hai.</w:t>
      </w:r>
    </w:p>
    <w:p>
      <w:pPr>
        <w:jc w:val="right"/>
      </w:pPr>
      <w:r>
        <w:t>یہ تو جنت کو سمجھنے کے لیے ہمیں کہیں اسپیس میں نہیں جانا ہے۔</w:t>
      </w:r>
    </w:p>
    <w:p>
      <w:r>
        <w:rPr>
          <w:b/>
        </w:rPr>
        <w:t xml:space="preserve">[38:45] </w:t>
      </w:r>
      <w:r>
        <w:t>mein apne bare mein keh sakta hoon ke mein har din jannat ko dekhta hoon.</w:t>
      </w:r>
    </w:p>
    <w:p>
      <w:pPr>
        <w:jc w:val="right"/>
      </w:pPr>
      <w:r>
        <w:t>میں اپنے بارے میں کہہ سکتا ہوں کہ میں ہر دن جنت کو دیکھتا ہوں۔</w:t>
      </w:r>
    </w:p>
    <w:p>
      <w:r>
        <w:rPr>
          <w:b/>
        </w:rPr>
        <w:t xml:space="preserve">[38:51] </w:t>
      </w:r>
      <w:r>
        <w:t>kaise? evil ko minus karke.</w:t>
      </w:r>
    </w:p>
    <w:p>
      <w:pPr>
        <w:jc w:val="right"/>
      </w:pPr>
      <w:r>
        <w:t>کیسے؟ ایول کو مائنس کر کے۔</w:t>
      </w:r>
    </w:p>
    <w:p>
      <w:r>
        <w:rPr>
          <w:b/>
        </w:rPr>
        <w:t xml:space="preserve">[38:58] </w:t>
      </w:r>
      <w:r>
        <w:t>haqiqat yeh hai ke mein har din jannat ko dekhta hoon.</w:t>
      </w:r>
    </w:p>
    <w:p>
      <w:pPr>
        <w:jc w:val="right"/>
      </w:pPr>
      <w:r>
        <w:t>حقیقت یہ ہے کہ میں ہر دن جنت کو دیکھتا ہوں۔</w:t>
      </w:r>
    </w:p>
    <w:p>
      <w:r>
        <w:rPr>
          <w:b/>
        </w:rPr>
        <w:t xml:space="preserve">[39:05] </w:t>
      </w:r>
      <w:r>
        <w:t>aap sirf yeh kijiye ke yeh dunya hai, is mein jo evil hai, evil us ko minus kar dijiye.</w:t>
      </w:r>
    </w:p>
    <w:p>
      <w:pPr>
        <w:jc w:val="right"/>
      </w:pPr>
      <w:r>
        <w:t>آپ صرف یہ کیجیے کہ یہ دنیا ہے، اس میں جو ایول ہے، ایول اس کو مائنس کر دیجیے۔</w:t>
      </w:r>
    </w:p>
    <w:p>
      <w:r>
        <w:rPr>
          <w:b/>
        </w:rPr>
        <w:t xml:space="preserve">[39:11] </w:t>
      </w:r>
      <w:r>
        <w:t>ab minus kar dijiye us ko.</w:t>
      </w:r>
    </w:p>
    <w:p>
      <w:pPr>
        <w:jc w:val="right"/>
      </w:pPr>
      <w:r>
        <w:t>اب مائنس کر دیجیے اس کو۔</w:t>
      </w:r>
    </w:p>
    <w:p>
      <w:r>
        <w:rPr>
          <w:b/>
        </w:rPr>
        <w:t xml:space="preserve">[39:18] </w:t>
      </w:r>
      <w:r>
        <w:t>achanak dekhen ke jannat mere samne hai.</w:t>
      </w:r>
    </w:p>
    <w:p>
      <w:pPr>
        <w:jc w:val="right"/>
      </w:pPr>
      <w:r>
        <w:t>اچانک دیکھیں کہ جنت میرے سامنے ہے۔</w:t>
      </w:r>
    </w:p>
    <w:p>
      <w:r>
        <w:rPr>
          <w:b/>
        </w:rPr>
        <w:t xml:space="preserve">[39:24] </w:t>
      </w:r>
      <w:r>
        <w:t>yahan ki har cheez itni beautiful hai.</w:t>
      </w:r>
    </w:p>
    <w:p>
      <w:pPr>
        <w:jc w:val="right"/>
      </w:pPr>
      <w:r>
        <w:t>یہاں کی ہر چیز اتنی بیوٹی فل ہے۔</w:t>
      </w:r>
    </w:p>
    <w:p>
      <w:r>
        <w:rPr>
          <w:b/>
        </w:rPr>
        <w:t xml:space="preserve">[39:31] </w:t>
      </w:r>
      <w:r>
        <w:t>yahan ki har cheez itni beautiful hai.</w:t>
      </w:r>
    </w:p>
    <w:p>
      <w:pPr>
        <w:jc w:val="right"/>
      </w:pPr>
      <w:r>
        <w:t>یہاں کی ہر چیز اتنی بیوٹی فل ہے۔</w:t>
      </w:r>
    </w:p>
    <w:p>
      <w:r>
        <w:rPr>
          <w:b/>
        </w:rPr>
        <w:t xml:space="preserve">[39:38] </w:t>
      </w:r>
      <w:r>
        <w:t>yahan ke darakht, yahan ki hawaein, yahan ki chidiyan, yahan ka food, yahan ki awaz, har cheez, har</w:t>
      </w:r>
    </w:p>
    <w:p>
      <w:pPr>
        <w:jc w:val="right"/>
      </w:pPr>
      <w:r>
        <w:t>یہاں کے درخت، یہاں کی ہوائیں، یہاں کی چڑیاں، یہاں کا فوڈ، یہاں کی آواز، ہر چیز، ہر</w:t>
      </w:r>
    </w:p>
    <w:p>
      <w:r>
        <w:rPr>
          <w:b/>
        </w:rPr>
        <w:t xml:space="preserve">[39:44] </w:t>
      </w:r>
      <w:r>
        <w:t>cheez itni beautiful hai.</w:t>
      </w:r>
    </w:p>
    <w:p>
      <w:pPr>
        <w:jc w:val="right"/>
      </w:pPr>
      <w:r>
        <w:t>چیز اتنی بیوٹی فل ہے۔</w:t>
      </w:r>
    </w:p>
    <w:p>
      <w:r>
        <w:rPr>
          <w:b/>
        </w:rPr>
        <w:t xml:space="preserve">[39:51] </w:t>
      </w:r>
      <w:r>
        <w:t>ke hadith mein aata hai ke jannat par dhank diya gaya hai parda makroohaat ka.</w:t>
      </w:r>
    </w:p>
    <w:p>
      <w:pPr>
        <w:jc w:val="right"/>
      </w:pPr>
      <w:r>
        <w:t>کہ حدیث میں آتا ہے کہ جنت پر ڈھانک دیا گیا ہے پردہ مکروہات کا۔</w:t>
      </w:r>
    </w:p>
    <w:p>
      <w:r>
        <w:rPr>
          <w:b/>
        </w:rPr>
        <w:t xml:space="preserve">[39:58] </w:t>
      </w:r>
      <w:r>
        <w:t>yani asliy jannat hai, parda dala hua hai makroohaat ka.</w:t>
      </w:r>
    </w:p>
    <w:p>
      <w:pPr>
        <w:jc w:val="right"/>
      </w:pPr>
      <w:r>
        <w:t>یعنی آلیلی جنت ہے، پردہ ڈالا ہوا ہے مکروہات کا۔</w:t>
      </w:r>
    </w:p>
    <w:p>
      <w:r>
        <w:rPr>
          <w:b/>
        </w:rPr>
        <w:t xml:space="preserve">[40:04] </w:t>
      </w:r>
      <w:r>
        <w:t>آپ اپنے اپنے اپنے mind کو اتنا develop کیجیے۔</w:t>
      </w:r>
    </w:p>
    <w:p>
      <w:pPr>
        <w:jc w:val="right"/>
      </w:pPr>
      <w:r>
        <w:t>آپ اپنے اپنے اپنے مائنڈ کو اتنا ڈیولپ کیجیے۔</w:t>
      </w:r>
    </w:p>
    <w:p>
      <w:r>
        <w:rPr>
          <w:b/>
        </w:rPr>
        <w:t xml:space="preserve">[40:11] </w:t>
      </w:r>
      <w:r>
        <w:t>apne mind ko itna develop kijiye ke aap makroohaat ko minus kar saken.</w:t>
      </w:r>
    </w:p>
    <w:p>
      <w:pPr>
        <w:jc w:val="right"/>
      </w:pPr>
      <w:r>
        <w:t>اپنے مائنڈ کو اتنا ڈیولپ کیجیے کہ آپ مکروہات کو مائنس کر سکیں۔</w:t>
      </w:r>
    </w:p>
    <w:p>
      <w:r>
        <w:rPr>
          <w:b/>
        </w:rPr>
        <w:t xml:space="preserve">[40:17] </w:t>
      </w:r>
      <w:r>
        <w:t>to kisi bhi lamha aap dekhen ke jannat ko.</w:t>
      </w:r>
    </w:p>
    <w:p>
      <w:pPr>
        <w:jc w:val="right"/>
      </w:pPr>
      <w:r>
        <w:t>تو کسی بھی لمحہ آپ دیکھیں کہ جنت کو۔</w:t>
      </w:r>
    </w:p>
    <w:p>
      <w:r>
        <w:rPr>
          <w:b/>
        </w:rPr>
        <w:t xml:space="preserve">[40:24] </w:t>
      </w:r>
      <w:r>
        <w:t>phir aap ko lage ke itni beautiful jannat hai, baajaye sari dunya, baajaye mahal, baajaye</w:t>
      </w:r>
    </w:p>
    <w:p>
      <w:pPr>
        <w:jc w:val="right"/>
      </w:pPr>
      <w:r>
        <w:t>پھر آپ کو لگے کہ اتنی بیوٹی فل جنت ہے، باڑ بجائے ساری دنیا، باڑ بجائے محل، باڑ</w:t>
      </w:r>
    </w:p>
    <w:p>
      <w:r>
        <w:rPr>
          <w:b/>
        </w:rPr>
        <w:t xml:space="preserve">[40:31] </w:t>
      </w:r>
      <w:r>
        <w:t>baajaye money, mujhe to yeh lena hai.</w:t>
      </w:r>
    </w:p>
    <w:p>
      <w:pPr>
        <w:jc w:val="right"/>
      </w:pPr>
      <w:r>
        <w:t>بجائے منی، مجھے تو یہ لینا ہے۔</w:t>
      </w:r>
    </w:p>
    <w:p>
      <w:r>
        <w:rPr>
          <w:b/>
        </w:rPr>
        <w:t xml:space="preserve">[40:37] </w:t>
      </w:r>
      <w:r>
        <w:t>to yeh jo hadith hai, bohat hi ba-maani hadith hai.</w:t>
      </w:r>
    </w:p>
    <w:p>
      <w:pPr>
        <w:jc w:val="right"/>
      </w:pPr>
      <w:r>
        <w:t>تو یہ جو حدیث ہے، بہت ہی بامعنی حدیث ہے۔</w:t>
      </w:r>
    </w:p>
    <w:p>
      <w:r>
        <w:rPr>
          <w:b/>
        </w:rPr>
        <w:t xml:space="preserve">[40:44] </w:t>
      </w:r>
      <w:r>
        <w:t>ke jannat par daal diya gaya hai makroohaat ka parda.</w:t>
      </w:r>
    </w:p>
    <w:p>
      <w:pPr>
        <w:jc w:val="right"/>
      </w:pPr>
      <w:r>
        <w:t>کہ جنت پر ڈال دیا گیا ہے مکروہات کا پردہ۔</w:t>
      </w:r>
    </w:p>
    <w:p>
      <w:r>
        <w:rPr>
          <w:b/>
        </w:rPr>
        <w:t xml:space="preserve">[40:51] </w:t>
      </w:r>
      <w:r>
        <w:t>makroohaat ke maani napasandi, yani unwanted cheezon ka parda.</w:t>
      </w:r>
    </w:p>
    <w:p>
      <w:pPr>
        <w:jc w:val="right"/>
      </w:pPr>
      <w:r>
        <w:t>مکروہات کے معنی ناپسندی، یعنی ان وانٹڈ چیزوں کا پردہ۔</w:t>
      </w:r>
    </w:p>
    <w:p>
      <w:r>
        <w:rPr>
          <w:b/>
        </w:rPr>
        <w:t xml:space="preserve">[40:57] </w:t>
      </w:r>
      <w:r>
        <w:t>yeh jannat to hai lekin is par parda pada hua hai.</w:t>
      </w:r>
    </w:p>
    <w:p>
      <w:pPr>
        <w:jc w:val="right"/>
      </w:pPr>
      <w:r>
        <w:t>یہ جنت تو ہے لیکن اس پر پردہ پڑا ہوا ہے۔</w:t>
      </w:r>
    </w:p>
    <w:p>
      <w:r>
        <w:rPr>
          <w:b/>
        </w:rPr>
        <w:t xml:space="preserve">[41:04] </w:t>
      </w:r>
      <w:r>
        <w:t>to insan ko Allah taala ne jo mind diya hai, itni bari is ke andar potential hai.</w:t>
      </w:r>
    </w:p>
    <w:p>
      <w:pPr>
        <w:jc w:val="right"/>
      </w:pPr>
      <w:r>
        <w:t>تو انسان کو اللہ تعالیٰ نے جو مائنڈ دیا ہے، اتنی بڑی اس کے اندر پوٹینشل ہے۔</w:t>
      </w:r>
    </w:p>
    <w:p>
      <w:r>
        <w:rPr>
          <w:b/>
        </w:rPr>
        <w:t xml:space="preserve">[41:10] </w:t>
      </w:r>
      <w:r>
        <w:t>اسی کا ایک صفت ہے derailed thinking. Derailed thinking.</w:t>
      </w:r>
    </w:p>
    <w:p>
      <w:pPr>
        <w:jc w:val="right"/>
      </w:pPr>
      <w:r>
        <w:t>اسی کا ایک صفت ہے ڈیٹرائیڈ تھنکنگ۔ ڈیٹرائیڈ تھنکنگ۔</w:t>
      </w:r>
    </w:p>
    <w:p>
      <w:r>
        <w:rPr>
          <w:b/>
        </w:rPr>
        <w:t xml:space="preserve">[41:17] </w:t>
      </w:r>
      <w:r>
        <w:t>alag kar ke sochna.</w:t>
      </w:r>
    </w:p>
    <w:p>
      <w:pPr>
        <w:jc w:val="right"/>
      </w:pPr>
      <w:r>
        <w:t>الگ کر کے سوچنا۔</w:t>
      </w:r>
    </w:p>
    <w:p>
      <w:r>
        <w:rPr>
          <w:b/>
        </w:rPr>
        <w:t xml:space="preserve">[41:24] </w:t>
      </w:r>
      <w:r>
        <w:t>jaise aap kahein bahar hain, aap ko apne bete se bohat hi mohabbat ho.</w:t>
      </w:r>
    </w:p>
    <w:p>
      <w:pPr>
        <w:jc w:val="right"/>
      </w:pPr>
      <w:r>
        <w:t>جیسے آپ کہیں باہر ہیں، آپ کو اپنے بیٹے سے بہت ہی محبت ہو۔</w:t>
      </w:r>
    </w:p>
    <w:p>
      <w:r>
        <w:rPr>
          <w:b/>
        </w:rPr>
        <w:t xml:space="preserve">[41:30] </w:t>
      </w:r>
      <w:r>
        <w:t>to sari cheezon ko se alag kar ke aap bete ko soch paate hain.</w:t>
      </w:r>
    </w:p>
    <w:p>
      <w:pPr>
        <w:jc w:val="right"/>
      </w:pPr>
      <w:r>
        <w:t>تو ساری چیزوں کو سے الگ کر کے آپ بیٹے کو سوچ پاتے ہیں۔</w:t>
      </w:r>
    </w:p>
    <w:p>
      <w:r>
        <w:rPr>
          <w:b/>
        </w:rPr>
        <w:t xml:space="preserve">[41:37] </w:t>
      </w:r>
      <w:r>
        <w:t>wo hai detroit thinking.</w:t>
      </w:r>
    </w:p>
    <w:p>
      <w:pPr>
        <w:jc w:val="right"/>
      </w:pPr>
      <w:r>
        <w:t>وہ ہے ڈیٹرائیڈ تھنکنگ۔</w:t>
      </w:r>
    </w:p>
    <w:p>
      <w:r>
        <w:rPr>
          <w:b/>
        </w:rPr>
        <w:t xml:space="preserve">[41:44] </w:t>
      </w:r>
      <w:r>
        <w:t>isi ko main kehta hoon ke minus karna.</w:t>
      </w:r>
    </w:p>
    <w:p>
      <w:pPr>
        <w:jc w:val="right"/>
      </w:pPr>
      <w:r>
        <w:t>اسی کو میں کہتا ہوں کہ مائنس کرنا۔</w:t>
      </w:r>
    </w:p>
    <w:p>
      <w:r>
        <w:rPr>
          <w:b/>
        </w:rPr>
        <w:t xml:space="preserve">[41:50] </w:t>
      </w:r>
      <w:r>
        <w:t>to yeh jannat makroohaat se dhank di gayi.</w:t>
      </w:r>
    </w:p>
    <w:p>
      <w:pPr>
        <w:jc w:val="right"/>
      </w:pPr>
      <w:r>
        <w:t>تو یہ جنت مکروہات سے ڈھانک دی گئی۔</w:t>
      </w:r>
    </w:p>
    <w:p>
      <w:r>
        <w:rPr>
          <w:b/>
        </w:rPr>
        <w:t xml:space="preserve">[41:57] </w:t>
      </w:r>
      <w:r>
        <w:t>is mani hai ke agar tum detroit thinking kar sako, agar tum minus kar sako makroohaat se, to</w:t>
      </w:r>
    </w:p>
    <w:p>
      <w:pPr>
        <w:jc w:val="right"/>
      </w:pPr>
      <w:r>
        <w:t>اس معنی ہے کہ اگر تم ڈیٹرائیڈ تھنکنگ کر سکو، اگر تم مائنس کر سکو مکروہات سے، تو</w:t>
      </w:r>
    </w:p>
    <w:p>
      <w:r>
        <w:rPr>
          <w:b/>
        </w:rPr>
        <w:t xml:space="preserve">[42:03] </w:t>
      </w:r>
      <w:r>
        <w:t>is dunya mein tumhein jannat dikhai degi.</w:t>
      </w:r>
    </w:p>
    <w:p>
      <w:pPr>
        <w:jc w:val="right"/>
      </w:pPr>
      <w:r>
        <w:t>اس دنیا میں تمہیں جنت دکھائی دے گی۔</w:t>
      </w:r>
    </w:p>
    <w:p>
      <w:r>
        <w:rPr>
          <w:b/>
        </w:rPr>
        <w:t xml:space="preserve">[42:10] </w:t>
      </w:r>
      <w:r>
        <w:t>phir tum jannat ke itne sharik ban jaoge, itne is ke itne zyada talib ban jaoge</w:t>
      </w:r>
    </w:p>
    <w:p>
      <w:pPr>
        <w:jc w:val="right"/>
      </w:pPr>
      <w:r>
        <w:t>پھر تم جنت کے اتنے شارق بن جاؤ گے، اتنے اس کے اتنے زیادہ طالب بن جاؤ گے</w:t>
      </w:r>
    </w:p>
    <w:p>
      <w:r>
        <w:rPr>
          <w:b/>
        </w:rPr>
        <w:t xml:space="preserve">[42:17] </w:t>
      </w:r>
      <w:r>
        <w:t>ke daudoge is ki taraf.</w:t>
      </w:r>
    </w:p>
    <w:p>
      <w:pPr>
        <w:jc w:val="right"/>
      </w:pPr>
      <w:r>
        <w:t>کہ دوڑو گے اس کی طرف۔</w:t>
      </w:r>
    </w:p>
    <w:p>
      <w:r>
        <w:rPr>
          <w:b/>
        </w:rPr>
        <w:t xml:space="preserve">[42:23] </w:t>
      </w:r>
      <w:r>
        <w:t>jannat ko daud padoge.</w:t>
      </w:r>
    </w:p>
    <w:p>
      <w:pPr>
        <w:jc w:val="right"/>
      </w:pPr>
      <w:r>
        <w:t>جنت کو دوڑ پڑو گے۔</w:t>
      </w:r>
    </w:p>
    <w:p>
      <w:r>
        <w:rPr>
          <w:b/>
        </w:rPr>
        <w:t xml:space="preserve">[42:30] </w:t>
      </w:r>
      <w:r>
        <w:t>jo Quran mein aaya hai ke jannat ki taraf daudo.</w:t>
      </w:r>
    </w:p>
    <w:p>
      <w:pPr>
        <w:jc w:val="right"/>
      </w:pPr>
      <w:r>
        <w:t>جو قرآن میں آیا ہے کہ جنت کی طرف دوڑو۔</w:t>
      </w:r>
    </w:p>
    <w:p>
      <w:r>
        <w:rPr>
          <w:b/>
        </w:rPr>
        <w:t xml:space="preserve">[42:37] </w:t>
      </w:r>
      <w:r>
        <w:t>to isi dunya mein aap jannat ko dekh kar ke is ki taraf daudne lagenge.</w:t>
      </w:r>
    </w:p>
    <w:p>
      <w:pPr>
        <w:jc w:val="right"/>
      </w:pPr>
      <w:r>
        <w:t>تو اسی دنیا میں آپ جنت کو دیکھ کر کے اس کی طرف دوڑنے لگیں گے۔</w:t>
      </w:r>
    </w:p>
    <w:p>
      <w:r>
        <w:rPr>
          <w:b/>
        </w:rPr>
        <w:t xml:space="preserve">[42:43] </w:t>
      </w:r>
      <w:r>
        <w:t>har har har cheez satisfactory ban jayegi.</w:t>
      </w:r>
    </w:p>
    <w:p>
      <w:pPr>
        <w:jc w:val="right"/>
      </w:pPr>
      <w:r>
        <w:t>ہر ہر ہر چیز سگارٹری بن جائے گی۔</w:t>
      </w:r>
    </w:p>
    <w:p>
      <w:r>
        <w:rPr>
          <w:b/>
        </w:rPr>
        <w:t xml:space="preserve">[42:50] </w:t>
      </w:r>
      <w:r>
        <w:t>to meri dua hai ke Allah taala mujh ko aur aap ko tofeeq de ke hum sachai ko</w:t>
      </w:r>
    </w:p>
    <w:p>
      <w:pPr>
        <w:jc w:val="right"/>
      </w:pPr>
      <w:r>
        <w:t>تو میری دعا ہے کہ اللہ تعالیٰ مجھ کو اور آپ کو توفیق دے کہ ہم سچائی کو</w:t>
      </w:r>
    </w:p>
    <w:p>
      <w:r>
        <w:rPr>
          <w:b/>
        </w:rPr>
        <w:t xml:space="preserve">[42:56] </w:t>
      </w:r>
      <w:r>
        <w:t>samjhein aur sachai ko apnayen.</w:t>
      </w:r>
    </w:p>
    <w:p>
      <w:pPr>
        <w:jc w:val="right"/>
      </w:pPr>
      <w:r>
        <w:t>سمجھیں اور سچائی کو اپنائیں۔</w:t>
      </w:r>
    </w:p>
    <w:p>
      <w:r>
        <w:rPr>
          <w:b/>
        </w:rPr>
        <w:t xml:space="preserve">[43:03] </w:t>
      </w:r>
      <w:r>
        <w:t>assalam o alaikum wa rehmatullah.</w:t>
      </w:r>
    </w:p>
    <w:p>
      <w:pPr>
        <w:jc w:val="right"/>
      </w:pPr>
      <w:r>
        <w:t>السلام علیکم ورحمتہ اللہ۔</w:t>
      </w:r>
    </w:p>
    <w:p>
      <w:r>
        <w:rPr>
          <w:b/>
        </w:rPr>
        <w:t xml:space="preserve">[43:10] </w:t>
      </w:r>
      <w:r>
        <w:t>Question Answer Session: Instead of the Question Answer Session, we will have an Experience Sharing Session.</w:t>
      </w:r>
    </w:p>
    <w:p>
      <w:pPr>
        <w:jc w:val="right"/>
      </w:pPr>
      <w:r>
        <w:t>Question Answer Session: Instead of the Question Answer Session, we will have an Experience Sharing Session.</w:t>
      </w:r>
    </w:p>
    <w:p>
      <w:r>
        <w:rPr>
          <w:b/>
        </w:rPr>
        <w:t xml:space="preserve">[43:16] </w:t>
      </w:r>
      <w:r>
        <w:t>Recently, Senior CPS Member Dr.</w:t>
      </w:r>
    </w:p>
    <w:p>
      <w:pPr>
        <w:jc w:val="right"/>
      </w:pPr>
      <w:r>
        <w:t>Recently, Senior CPS Member Dr.</w:t>
      </w:r>
    </w:p>
    <w:p>
      <w:r>
        <w:rPr>
          <w:b/>
        </w:rPr>
        <w:t xml:space="preserve">[43:23] </w:t>
      </w:r>
      <w:r>
        <w:t>Sania Snain Khan returned from his Dawa Tour from Europe.</w:t>
      </w:r>
    </w:p>
    <w:p>
      <w:pPr>
        <w:jc w:val="right"/>
      </w:pPr>
      <w:r>
        <w:t>Sania Snain Khan returned from his Dawa Tour from Europe.</w:t>
      </w:r>
    </w:p>
    <w:p>
      <w:r>
        <w:rPr>
          <w:b/>
        </w:rPr>
        <w:t xml:space="preserve">[43:30] </w:t>
      </w:r>
      <w:r>
        <w:t>He visited about six countries in Europe.</w:t>
      </w:r>
    </w:p>
    <w:p>
      <w:pPr>
        <w:jc w:val="right"/>
      </w:pPr>
      <w:r>
        <w:t>He visited about six countries in Europe.</w:t>
      </w:r>
    </w:p>
    <w:p>
      <w:r>
        <w:rPr>
          <w:b/>
        </w:rPr>
        <w:t xml:space="preserve">[43:36] </w:t>
      </w:r>
      <w:r>
        <w:t>And therefore, we would request Dr.</w:t>
      </w:r>
    </w:p>
    <w:p>
      <w:pPr>
        <w:jc w:val="right"/>
      </w:pPr>
      <w:r>
        <w:t>And therefore, we would request Dr.</w:t>
      </w:r>
    </w:p>
    <w:p>
      <w:r>
        <w:rPr>
          <w:b/>
        </w:rPr>
        <w:t xml:space="preserve">[43:43] </w:t>
      </w:r>
      <w:r>
        <w:t>Sania Snain Khan to come and share his experience with all of us.</w:t>
      </w:r>
    </w:p>
    <w:p>
      <w:pPr>
        <w:jc w:val="right"/>
      </w:pPr>
      <w:r>
        <w:t>Sania Snain Khan to come and share his experience with all of us.</w:t>
      </w:r>
    </w:p>
    <w:p>
      <w:r>
        <w:rPr>
          <w:b/>
        </w:rPr>
        <w:t xml:space="preserve">[43:50] </w:t>
      </w:r>
      <w:r>
        <w:t>all the online viewers who are watching this program live, if you want to ask any question or send in a comment pertaining to dr. sania snain khan's visit, then please send it on info@cpsglobal.org or you can mention it in the comment section of facebook. so i would now request dr. sania snain khan to come here and share his experience with all of us.</w:t>
      </w:r>
    </w:p>
    <w:p>
      <w:pPr>
        <w:jc w:val="right"/>
      </w:pPr>
      <w:r>
        <w:t>All the online viewers who are watching this program live, if you want to ask any question or send in a comment pertaining to Dr. Sania Snain Khan's visit, then please send it on info@cpsglobal.org or you can mention it in the comment section of Facebook. So I would now request Dr. Sania Snain Khan to come here and share his experience with all of us.</w:t>
      </w:r>
    </w:p>
    <w:p>
      <w:r>
        <w:rPr>
          <w:b/>
        </w:rPr>
        <w:t xml:space="preserve">[44:15] </w:t>
      </w:r>
      <w:r>
        <w:t>Dr.</w:t>
      </w:r>
    </w:p>
    <w:p>
      <w:pPr>
        <w:jc w:val="right"/>
      </w:pPr>
      <w:r>
        <w:t>Dr.</w:t>
      </w:r>
    </w:p>
    <w:p>
      <w:r>
        <w:rPr>
          <w:b/>
        </w:rPr>
        <w:t xml:space="preserve">[44:16] </w:t>
      </w:r>
      <w:r>
        <w:t>Sania Snain Khan: abhi pichle dino mujhe kuch bahar ke safar karne pare.</w:t>
      </w:r>
    </w:p>
    <w:p>
      <w:pPr>
        <w:jc w:val="right"/>
      </w:pPr>
      <w:r>
        <w:t>Sania Snain Khan: ابھی پچھلے دنوں مجھے کچھ باہر کے سفر کرنے پڑے۔</w:t>
      </w:r>
    </w:p>
    <w:p>
      <w:r>
        <w:rPr>
          <w:b/>
        </w:rPr>
        <w:t xml:space="preserve">[44:22] </w:t>
      </w:r>
      <w:r>
        <w:t>Darasal Frankfurt mein ek book fair hota hai jis mein hum taqreeban har saal participate karte hain.</w:t>
      </w:r>
    </w:p>
    <w:p>
      <w:pPr>
        <w:jc w:val="right"/>
      </w:pPr>
      <w:r>
        <w:t>دراصل فرینکفرٹ میں ایک بک فیئر ہوتا ہے جس میں ہم تقریباً ہر سال پارٹیسپیٹ کرتے ہیں۔</w:t>
      </w:r>
    </w:p>
    <w:p>
      <w:r>
        <w:rPr>
          <w:b/>
        </w:rPr>
        <w:t xml:space="preserve">[44:29] </w:t>
      </w:r>
      <w:r>
        <w:t>to wahan jaane ka ittefaq hua.</w:t>
      </w:r>
    </w:p>
    <w:p>
      <w:pPr>
        <w:jc w:val="right"/>
      </w:pPr>
      <w:r>
        <w:t>تو وہاں جانے کا اتفاق ہوا۔</w:t>
      </w:r>
    </w:p>
    <w:p>
      <w:r>
        <w:rPr>
          <w:b/>
        </w:rPr>
        <w:t xml:space="preserve">[44:31] </w:t>
      </w:r>
      <w:r>
        <w:t>Frankfurt chounke ek publishing trade ka book fair hai, public book fair nahi hai, is liye wahan dawat</w:t>
      </w:r>
    </w:p>
    <w:p>
      <w:pPr>
        <w:jc w:val="right"/>
      </w:pPr>
      <w:r>
        <w:t>فرینکفرٹ چونکہ ایک پبلشنگ ٹریڈ کا بک فیئر ہے، پبلک بک فیئر نہیں ہے، اس لیے وہاں دعوت</w:t>
      </w:r>
    </w:p>
    <w:p>
      <w:r>
        <w:rPr>
          <w:b/>
        </w:rPr>
        <w:t xml:space="preserve">[44:39] </w:t>
      </w:r>
      <w:r>
        <w:t>ke bohat zyada awqaat nahi hote.</w:t>
      </w:r>
    </w:p>
    <w:p>
      <w:pPr>
        <w:jc w:val="right"/>
      </w:pPr>
      <w:r>
        <w:t>کے بہت زیادہ مواقع نہیں ہوتے۔</w:t>
      </w:r>
    </w:p>
    <w:p>
      <w:r>
        <w:rPr>
          <w:b/>
        </w:rPr>
        <w:t xml:space="preserve">[44:42] </w:t>
      </w:r>
      <w:r>
        <w:t>Chounke log bohat busy rehte hain apne appointments mein, to wahan koi khaas dawti kaam nahi ho pata.</w:t>
      </w:r>
    </w:p>
    <w:p>
      <w:pPr>
        <w:jc w:val="right"/>
      </w:pPr>
      <w:r>
        <w:t>چونکہ لوگ بہت بزی رہتے ہیں اپنے اپوائنٹمنٹس میں، تو وہاں کوئی خاص دعوتی کام نہیں ہو پاتا۔</w:t>
      </w:r>
    </w:p>
    <w:p>
      <w:r>
        <w:rPr>
          <w:b/>
        </w:rPr>
        <w:t xml:space="preserve">[44:49] </w:t>
      </w:r>
      <w:r>
        <w:t>lekin aakhir ke jo do din hote hain, Saturday aur Sunday, woh public ke liye hote hain aur</w:t>
      </w:r>
    </w:p>
    <w:p>
      <w:pPr>
        <w:jc w:val="right"/>
      </w:pPr>
      <w:r>
        <w:t>لیکن آخر کے جو دو دن ہوتے ہیں، سیٹرڈے اور سنڈے، وہ پبلک کے لیے ہوتے ہیں اور</w:t>
      </w:r>
    </w:p>
    <w:p>
      <w:r>
        <w:rPr>
          <w:b/>
        </w:rPr>
        <w:t xml:space="preserve">[44:57] </w:t>
      </w:r>
      <w:r>
        <w:t>German log bohat ate hain is mein.</w:t>
      </w:r>
    </w:p>
    <w:p>
      <w:pPr>
        <w:jc w:val="right"/>
      </w:pPr>
      <w:r>
        <w:t>جرمن لوگ بہت آتے ہیں اس میں۔</w:t>
      </w:r>
    </w:p>
    <w:p>
      <w:r>
        <w:rPr>
          <w:b/>
        </w:rPr>
        <w:t xml:space="preserve">[45:00] </w:t>
      </w:r>
      <w:r>
        <w:t>aur hall number three, jo German hall hai, wahan kafi log ate hain.</w:t>
      </w:r>
    </w:p>
    <w:p>
      <w:pPr>
        <w:jc w:val="right"/>
      </w:pPr>
      <w:r>
        <w:t>اور ہال نمبر تھری، جو جرمن ہال ہے، وہاں کافی لوگ آتے ہیں۔</w:t>
      </w:r>
    </w:p>
    <w:p>
      <w:r>
        <w:rPr>
          <w:b/>
        </w:rPr>
        <w:t xml:space="preserve">[45:06] </w:t>
      </w:r>
      <w:r>
        <w:t>bohat hi zyada public hoti hai Saturday aur Sunday.</w:t>
      </w:r>
    </w:p>
    <w:p>
      <w:pPr>
        <w:jc w:val="right"/>
      </w:pPr>
      <w:r>
        <w:t>بہت ہی زیادہ پبلک ہوتی ہے سیٹرڈے اور سنڈے۔</w:t>
      </w:r>
    </w:p>
    <w:p>
      <w:r>
        <w:rPr>
          <w:b/>
        </w:rPr>
        <w:t xml:space="preserve">[45:10] </w:t>
      </w:r>
      <w:r>
        <w:t>to wahan ek section hai jahan par Muslim publishers ke stalls hote hain.</w:t>
      </w:r>
    </w:p>
    <w:p>
      <w:pPr>
        <w:jc w:val="right"/>
      </w:pPr>
      <w:r>
        <w:t>تو وہاں ایک سیکشن ہے جہاں پر مسلم پبلشرز کے سٹالز ہوتے ہیں۔</w:t>
      </w:r>
    </w:p>
    <w:p>
      <w:r>
        <w:rPr>
          <w:b/>
        </w:rPr>
        <w:t xml:space="preserve">[45:15] </w:t>
      </w:r>
      <w:r>
        <w:t>German publishers Germany ke jo doosre shehar hain, wahan se ate hain.</w:t>
      </w:r>
    </w:p>
    <w:p>
      <w:pPr>
        <w:jc w:val="right"/>
      </w:pPr>
      <w:r>
        <w:t>جرمن پبلشرز جرمنی کے جو دوسرے شہر ہیں، وہاں سے آتے ہیں۔</w:t>
      </w:r>
    </w:p>
    <w:p>
      <w:r>
        <w:rPr>
          <w:b/>
        </w:rPr>
        <w:t xml:space="preserve">[45:20] </w:t>
      </w:r>
      <w:r>
        <w:t>Munich se, Frankfurt se, doosre aur shehron se aur Europe ke aur shehron se ate hain, Europe ke</w:t>
      </w:r>
    </w:p>
    <w:p>
      <w:pPr>
        <w:jc w:val="right"/>
      </w:pPr>
      <w:r>
        <w:t>میونخ سے، فرینکفرٹ سے، دوسرے اور شہروں سے اور یورپ کے اور شہروں سے آتے ہیں، یورپ کے</w:t>
      </w:r>
    </w:p>
    <w:p>
      <w:r>
        <w:rPr>
          <w:b/>
        </w:rPr>
        <w:t xml:space="preserve">[45:28] </w:t>
      </w:r>
      <w:r>
        <w:t>aur countries se ate hain.</w:t>
      </w:r>
    </w:p>
    <w:p>
      <w:pPr>
        <w:jc w:val="right"/>
      </w:pPr>
      <w:r>
        <w:t>اور کنٹریز سے آتے ہیں۔</w:t>
      </w:r>
    </w:p>
    <w:p>
      <w:r>
        <w:rPr>
          <w:b/>
        </w:rPr>
        <w:t xml:space="preserve">[45:30] </w:t>
      </w:r>
      <w:r>
        <w:t>to is bar wahan chouda stalls the jo Muslim publishers ke the.</w:t>
      </w:r>
    </w:p>
    <w:p>
      <w:pPr>
        <w:jc w:val="right"/>
      </w:pPr>
      <w:r>
        <w:t>تو اس بار وہاں چودہ سٹالز تھے جو مسلم پبلشرز کے تھے۔</w:t>
      </w:r>
    </w:p>
    <w:p>
      <w:r>
        <w:rPr>
          <w:b/>
        </w:rPr>
        <w:t xml:space="preserve">[45:35] </w:t>
      </w:r>
      <w:r>
        <w:t>to wahan hum Quran distribution karte hain har saal.</w:t>
      </w:r>
    </w:p>
    <w:p>
      <w:pPr>
        <w:jc w:val="right"/>
      </w:pPr>
      <w:r>
        <w:t>تو وہاں ہم قرآن ڈسٹریبیوشن کرتے ہیں ہر سال۔</w:t>
      </w:r>
    </w:p>
    <w:p>
      <w:r>
        <w:rPr>
          <w:b/>
        </w:rPr>
        <w:t xml:space="preserve">[45:39] </w:t>
      </w:r>
      <w:r>
        <w:t>is saal bhi wahan Quran distribution kiya.</w:t>
      </w:r>
    </w:p>
    <w:p>
      <w:pPr>
        <w:jc w:val="right"/>
      </w:pPr>
      <w:r>
        <w:t>اس سال بھی وہاں قرآن ڈسٹریبیوشن کیا۔</w:t>
      </w:r>
    </w:p>
    <w:p>
      <w:r>
        <w:rPr>
          <w:b/>
        </w:rPr>
        <w:t xml:space="preserve">[45:42] </w:t>
      </w:r>
      <w:r>
        <w:t>German Quran, the Quran and German What is Islam, was ist Islam, we distributed there.</w:t>
      </w:r>
    </w:p>
    <w:p>
      <w:pPr>
        <w:jc w:val="right"/>
      </w:pPr>
      <w:r>
        <w:t>جرمن قرآن، ڈر قرآن اور جرمن واٹ از اسلام، وازسٹ اسلام وہاں ڈسٹریبیوٹ ہم نے کیا۔</w:t>
      </w:r>
    </w:p>
    <w:p>
      <w:r>
        <w:rPr>
          <w:b/>
        </w:rPr>
        <w:t xml:space="preserve">[45:49] </w:t>
      </w:r>
      <w:r>
        <w:t>wahan yeh tareeqa hota hai ke wahan tables pe rakh dete hain Quran aur What is Islam.</w:t>
      </w:r>
    </w:p>
    <w:p>
      <w:pPr>
        <w:jc w:val="right"/>
      </w:pPr>
      <w:r>
        <w:t>وہاں یہ طریقہ ہوتا ہے کہ وہاں ٹیبلز پہ رکھ دیتے ہیں قرآن اور واٹ از اسلام۔</w:t>
      </w:r>
    </w:p>
    <w:p>
      <w:r>
        <w:rPr>
          <w:b/>
        </w:rPr>
        <w:t xml:space="preserve">[45:56] </w:t>
      </w:r>
      <w:r>
        <w:t>aur kuch khajoor waghera, kuch sweets waghera bhi rakh dete hain.</w:t>
      </w:r>
    </w:p>
    <w:p>
      <w:pPr>
        <w:jc w:val="right"/>
      </w:pPr>
      <w:r>
        <w:t>اور کچھ کھجور وغیرہ، کچھ سویٹس وغیرہ بھی رکھ دیتے ہیں۔</w:t>
      </w:r>
    </w:p>
    <w:p>
      <w:r>
        <w:rPr>
          <w:b/>
        </w:rPr>
        <w:t xml:space="preserve">[46:01] </w:t>
      </w:r>
      <w:r>
        <w:t>to log aate hain, quran uthate hain aur khajoor waghera lete hain.</w:t>
      </w:r>
    </w:p>
    <w:p>
      <w:pPr>
        <w:jc w:val="right"/>
      </w:pPr>
      <w:r>
        <w:t>تو لوگ آتے ہیں، قرآن اٹھاتے ہیں اور کھجور وغیرہ لیتے ہیں۔</w:t>
      </w:r>
    </w:p>
    <w:p>
      <w:r>
        <w:rPr>
          <w:b/>
        </w:rPr>
        <w:t xml:space="preserve">[46:06] </w:t>
      </w:r>
      <w:r>
        <w:t>aur baatein bhi karte hain.</w:t>
      </w:r>
    </w:p>
    <w:p>
      <w:pPr>
        <w:jc w:val="right"/>
      </w:pPr>
      <w:r>
        <w:t>اور باتیں بھی کرتے ہیں۔</w:t>
      </w:r>
    </w:p>
    <w:p>
      <w:r>
        <w:rPr>
          <w:b/>
        </w:rPr>
        <w:t xml:space="preserve">[46:08] </w:t>
      </w:r>
      <w:r>
        <w:t>to woh ek mauqa hota hai wahan frankfurt book fair mein da'wati kaam karne ka.</w:t>
      </w:r>
    </w:p>
    <w:p>
      <w:pPr>
        <w:jc w:val="right"/>
      </w:pPr>
      <w:r>
        <w:t>تو وہ ایک موقع ہوتا ہے وہاں فرینکفرٹ بک فیئر میں دعوتی کام کرنے کا۔</w:t>
      </w:r>
    </w:p>
    <w:p>
      <w:r>
        <w:rPr>
          <w:b/>
        </w:rPr>
        <w:t xml:space="preserve">[46:15] </w:t>
      </w:r>
      <w:r>
        <w:t>jab pehli baar mein wahan gaya tha, na to wahan pata kya maine ke hamein german quran</w:t>
      </w:r>
    </w:p>
    <w:p>
      <w:pPr>
        <w:jc w:val="right"/>
      </w:pPr>
      <w:r>
        <w:t>جب پہلی بار میں وہاں گیا تھا، نہ تو وہاں پتہ کیا میں نے کہ ہمیں جرمن قرآن</w:t>
      </w:r>
    </w:p>
    <w:p>
      <w:r>
        <w:rPr>
          <w:b/>
        </w:rPr>
        <w:t xml:space="preserve">[46:22] </w:t>
      </w:r>
      <w:r>
        <w:t>chahiye.</w:t>
      </w:r>
    </w:p>
    <w:p>
      <w:pPr>
        <w:jc w:val="right"/>
      </w:pPr>
      <w:r>
        <w:t>چاہیے۔</w:t>
      </w:r>
    </w:p>
    <w:p>
      <w:r>
        <w:rPr>
          <w:b/>
        </w:rPr>
        <w:t xml:space="preserve">[46:24] </w:t>
      </w:r>
      <w:r>
        <w:t>to isi jagah pe mujhe ek publisher mile jinhone german translation quran ka diya aur woh hum</w:t>
      </w:r>
    </w:p>
    <w:p>
      <w:pPr>
        <w:jc w:val="right"/>
      </w:pPr>
      <w:r>
        <w:t>تو اسی جگہ پہ مجھے ایک پبلشر ملے جنہوں نے جرمن ٹرانسلیشن قرآن کا دیا اور وہ ہم</w:t>
      </w:r>
    </w:p>
    <w:p>
      <w:r>
        <w:rPr>
          <w:b/>
        </w:rPr>
        <w:t xml:space="preserve">[46:32] </w:t>
      </w:r>
      <w:r>
        <w:t>ne publish kiya.</w:t>
      </w:r>
    </w:p>
    <w:p>
      <w:pPr>
        <w:jc w:val="right"/>
      </w:pPr>
      <w:r>
        <w:t>نے پبلش کیا۔</w:t>
      </w:r>
    </w:p>
    <w:p>
      <w:r>
        <w:rPr>
          <w:b/>
        </w:rPr>
        <w:t xml:space="preserve">[46:33] </w:t>
      </w:r>
      <w:r>
        <w:t>aur us waqt kai countries mein woh distribute bhi hota hai jahan tourist aate hain.</w:t>
      </w:r>
    </w:p>
    <w:p>
      <w:pPr>
        <w:jc w:val="right"/>
      </w:pPr>
      <w:r>
        <w:t>اور اس وقت کئی کنٹریز میں وہ ڈسٹریبیوٹ بھی ہوتا ہے جہاں ٹورسٹ آتے ہیں۔</w:t>
      </w:r>
    </w:p>
    <w:p>
      <w:r>
        <w:rPr>
          <w:b/>
        </w:rPr>
        <w:t xml:space="preserve">[46:40] </w:t>
      </w:r>
      <w:r>
        <w:t>aur frankfurt book fair mein bhi distribute hota hai.</w:t>
      </w:r>
    </w:p>
    <w:p>
      <w:pPr>
        <w:jc w:val="right"/>
      </w:pPr>
      <w:r>
        <w:t>اور فرینکفرٹ بک فیئر میں بھی ڈسٹریبیوٹ ہوتا ہے۔</w:t>
      </w:r>
    </w:p>
    <w:p>
      <w:r>
        <w:rPr>
          <w:b/>
        </w:rPr>
        <w:t xml:space="preserve">[46:43] </w:t>
      </w:r>
      <w:r>
        <w:t>to is ke baad frankfurt book fair ke baad mein finland gaya, helsinki.</w:t>
      </w:r>
    </w:p>
    <w:p>
      <w:pPr>
        <w:jc w:val="right"/>
      </w:pPr>
      <w:r>
        <w:t>تو اس کے بعد فرینکفرٹ بک فیئر کے بعد میں فن لینڈ گیا، ہیلسنکی۔</w:t>
      </w:r>
    </w:p>
    <w:p>
      <w:r>
        <w:rPr>
          <w:b/>
        </w:rPr>
        <w:t xml:space="preserve">[46:49] </w:t>
      </w:r>
      <w:r>
        <w:t>aur wahan par ek sahib jin se pehle se meri baat cheet hui thi, woh finnish hain, un</w:t>
      </w:r>
    </w:p>
    <w:p>
      <w:pPr>
        <w:jc w:val="right"/>
      </w:pPr>
      <w:r>
        <w:t>اور وہاں پر ایک صاحب جن سے پہلے سے میری بات چیت ہوئی تھی، وہ فنش ہیں، ان</w:t>
      </w:r>
    </w:p>
    <w:p>
      <w:r>
        <w:rPr>
          <w:b/>
        </w:rPr>
        <w:t xml:space="preserve">[46:57] </w:t>
      </w:r>
      <w:r>
        <w:t>ka naam hai hamza.</w:t>
      </w:r>
    </w:p>
    <w:p>
      <w:pPr>
        <w:jc w:val="right"/>
      </w:pPr>
      <w:r>
        <w:t>کا نام ہے حمزہ۔</w:t>
      </w:r>
    </w:p>
    <w:p>
      <w:r>
        <w:rPr>
          <w:b/>
        </w:rPr>
        <w:t xml:space="preserve">[46:59] </w:t>
      </w:r>
      <w:r>
        <w:t>aur ek aur sahib jo do log aaye the airport pe mujhe receive karne, ek yeh hamza sahib</w:t>
      </w:r>
    </w:p>
    <w:p>
      <w:pPr>
        <w:jc w:val="right"/>
      </w:pPr>
      <w:r>
        <w:t>اور ایک اور صاحب جو دو لوگ آئے تھے ایئرپورٹ پہ مجھے ریسیو کرنے، ایک یہ حمزہ صاحب</w:t>
      </w:r>
    </w:p>
    <w:p>
      <w:r>
        <w:rPr>
          <w:b/>
        </w:rPr>
        <w:t xml:space="preserve">[47:07] </w:t>
      </w:r>
      <w:r>
        <w:t>hain jo aslan finnish hain, finnish convert.</w:t>
      </w:r>
    </w:p>
    <w:p>
      <w:pPr>
        <w:jc w:val="right"/>
      </w:pPr>
      <w:r>
        <w:t>ہیں جو اصلًا فنش ہیں، فنش کنورٹ۔</w:t>
      </w:r>
    </w:p>
    <w:p>
      <w:r>
        <w:rPr>
          <w:b/>
        </w:rPr>
        <w:t xml:space="preserve">[47:10] </w:t>
      </w:r>
      <w:r>
        <w:t>aur doosre jo hain woh bhi finnish hain, un ka naam tha stewart whitfield.</w:t>
      </w:r>
    </w:p>
    <w:p>
      <w:pPr>
        <w:jc w:val="right"/>
      </w:pPr>
      <w:r>
        <w:t>اور دوسرے جو ہیں وہ بھی فنش ہیں، ان کا نام تھا اسٹیورٹ وٹفیلڈ۔</w:t>
      </w:r>
    </w:p>
    <w:p>
      <w:r>
        <w:rPr>
          <w:b/>
        </w:rPr>
        <w:t xml:space="preserve">[47:16] </w:t>
      </w:r>
      <w:r>
        <w:t>unhone baad mein apna naam rakha talib-ul-haq.</w:t>
      </w:r>
    </w:p>
    <w:p>
      <w:pPr>
        <w:jc w:val="right"/>
      </w:pPr>
      <w:r>
        <w:t>انہوں نے بعد میں اپنا نام رکھا طالب الحق۔</w:t>
      </w:r>
    </w:p>
    <w:p>
      <w:r>
        <w:rPr>
          <w:b/>
        </w:rPr>
        <w:t xml:space="preserve">[47:19] </w:t>
      </w:r>
      <w:r>
        <w:t>aur egypt gaye aur egypt mein unhone arabi waghera parhi.</w:t>
      </w:r>
    </w:p>
    <w:p>
      <w:pPr>
        <w:jc w:val="right"/>
      </w:pPr>
      <w:r>
        <w:t>اور ایجپٹ گئے اور ایجپٹ میں انہوں نے عربی وغیرہ پڑھی۔</w:t>
      </w:r>
    </w:p>
    <w:p>
      <w:r>
        <w:rPr>
          <w:b/>
        </w:rPr>
        <w:t xml:space="preserve">[47:24] </w:t>
      </w:r>
      <w:r>
        <w:t>yeh dono dono naujawan the.</w:t>
      </w:r>
    </w:p>
    <w:p>
      <w:pPr>
        <w:jc w:val="right"/>
      </w:pPr>
      <w:r>
        <w:t>یہ دونوں دونوں نوجوان تھے۔</w:t>
      </w:r>
    </w:p>
    <w:p>
      <w:r>
        <w:rPr>
          <w:b/>
        </w:rPr>
        <w:t xml:space="preserve">[47:26] </w:t>
      </w:r>
      <w:r>
        <w:t>yeh mujhe le gaye seedhe airport se apne center mein.</w:t>
      </w:r>
    </w:p>
    <w:p>
      <w:pPr>
        <w:jc w:val="right"/>
      </w:pPr>
      <w:r>
        <w:t>یہ مجھے لے گئے سیدھے ایئرپورٹ سے اپنے سینٹر میں۔</w:t>
      </w:r>
    </w:p>
    <w:p>
      <w:r>
        <w:rPr>
          <w:b/>
        </w:rPr>
        <w:t xml:space="preserve">[47:31] </w:t>
      </w:r>
      <w:r>
        <w:t>to wahan helsinki mein ek jagah le gaye jo ek ek flat tha basically.</w:t>
      </w:r>
    </w:p>
    <w:p>
      <w:pPr>
        <w:jc w:val="right"/>
      </w:pPr>
      <w:r>
        <w:t>تو وہاں ہیلسنکی میں ایک جگہ لے گئے جو ایک ایک فلیٹ تھا بیسیکلی۔</w:t>
      </w:r>
    </w:p>
    <w:p>
      <w:r>
        <w:rPr>
          <w:b/>
        </w:rPr>
        <w:t xml:space="preserve">[47:37] </w:t>
      </w:r>
      <w:r>
        <w:t>koi baqayda building nahi thi.</w:t>
      </w:r>
    </w:p>
    <w:p>
      <w:pPr>
        <w:jc w:val="right"/>
      </w:pPr>
      <w:r>
        <w:t>کوئی باقاعدہ بلڈنگ نہیں تھی۔</w:t>
      </w:r>
    </w:p>
    <w:p>
      <w:r>
        <w:rPr>
          <w:b/>
        </w:rPr>
        <w:t xml:space="preserve">[47:39] </w:t>
      </w:r>
      <w:r>
        <w:t>ek bada flat tha jis ko unhone convert kar ke center bana diya tha.</w:t>
      </w:r>
    </w:p>
    <w:p>
      <w:pPr>
        <w:jc w:val="right"/>
      </w:pPr>
      <w:r>
        <w:t>ایک بڑا فلیٹ تھا جس کو انہوں نے کنورٹ کر کے سینٹر بنا دیا تھا۔</w:t>
      </w:r>
    </w:p>
    <w:p>
      <w:r>
        <w:rPr>
          <w:b/>
        </w:rPr>
        <w:t xml:space="preserve">[47:45] </w:t>
      </w:r>
      <w:r>
        <w:t>iska naam tha helsinki muslim association.</w:t>
      </w:r>
    </w:p>
    <w:p>
      <w:pPr>
        <w:jc w:val="right"/>
      </w:pPr>
      <w:r>
        <w:t>اس کا نام تھا ہیلسنکی مسلم ایسوسی ایشن۔</w:t>
      </w:r>
    </w:p>
    <w:p>
      <w:r>
        <w:rPr>
          <w:b/>
        </w:rPr>
        <w:t xml:space="preserve">[47:49] </w:t>
      </w:r>
      <w:r>
        <w:t>to wahan taqreeban barah tera log the jin se baat cheet hui.</w:t>
      </w:r>
    </w:p>
    <w:p>
      <w:pPr>
        <w:jc w:val="right"/>
      </w:pPr>
      <w:r>
        <w:t>تو وہاں تقریباً بارہ تیرہ لوگ تھے جن سے بات چیت ہوئی۔</w:t>
      </w:r>
    </w:p>
    <w:p>
      <w:r>
        <w:rPr>
          <w:b/>
        </w:rPr>
        <w:t xml:space="preserve">[47:54] </w:t>
      </w:r>
      <w:r>
        <w:t>wahan jo aik bara hall tha us mein unhon ne masjid banai thi.</w:t>
      </w:r>
    </w:p>
    <w:p>
      <w:pPr>
        <w:jc w:val="right"/>
      </w:pPr>
      <w:r>
        <w:t>وہاں جو ایک بڑا ہال تھا اس میں انہوں نے مسجد بنائی تھی۔</w:t>
      </w:r>
    </w:p>
    <w:p>
      <w:r>
        <w:rPr>
          <w:b/>
        </w:rPr>
        <w:t xml:space="preserve">[47:59] </w:t>
      </w:r>
      <w:r>
        <w:t>aik aur hall tha jis mein woh ladies ka section tha.</w:t>
      </w:r>
    </w:p>
    <w:p>
      <w:pPr>
        <w:jc w:val="right"/>
      </w:pPr>
      <w:r>
        <w:t>ایک اور ہال تھا جس میں وہ لیڈیز کا سیکشن تھا۔</w:t>
      </w:r>
    </w:p>
    <w:p>
      <w:r>
        <w:rPr>
          <w:b/>
        </w:rPr>
        <w:t xml:space="preserve">[48:04] </w:t>
      </w:r>
      <w:r>
        <w:t>aik lecture room tha.</w:t>
      </w:r>
    </w:p>
    <w:p>
      <w:pPr>
        <w:jc w:val="right"/>
      </w:pPr>
      <w:r>
        <w:t>ایک لیکچر روم تھا۔</w:t>
      </w:r>
    </w:p>
    <w:p>
      <w:r>
        <w:rPr>
          <w:b/>
        </w:rPr>
        <w:t xml:space="preserve">[48:06] </w:t>
      </w:r>
      <w:r>
        <w:t>aur kitchen aur kuch books waghera rakhi hui theen.</w:t>
      </w:r>
    </w:p>
    <w:p>
      <w:pPr>
        <w:jc w:val="right"/>
      </w:pPr>
      <w:r>
        <w:t>اور کچن اور کچھ بکس وغیرہ رکھی ہوئی تھیں۔</w:t>
      </w:r>
    </w:p>
    <w:p>
      <w:r>
        <w:rPr>
          <w:b/>
        </w:rPr>
        <w:t xml:space="preserve">[48:10] </w:t>
      </w:r>
      <w:r>
        <w:t>to wahan unhon ne kaha ke hum daawati kaam karte hain yahan, street daawa karte hain.</w:t>
      </w:r>
    </w:p>
    <w:p>
      <w:pPr>
        <w:jc w:val="right"/>
      </w:pPr>
      <w:r>
        <w:t>تو وہاں انہوں نے کہا کہ ہم دعوتی کام کرتے ہیں یہاں، اسٹریٹ دعویٰ کرتے ہیں۔</w:t>
      </w:r>
    </w:p>
    <w:p>
      <w:r>
        <w:rPr>
          <w:b/>
        </w:rPr>
        <w:t xml:space="preserve">[48:16] </w:t>
      </w:r>
      <w:r>
        <w:t>aur hamare paas jo literature aata hai, woh khaas tor se Saudi Arab waghera se hota hai.</w:t>
      </w:r>
    </w:p>
    <w:p>
      <w:pPr>
        <w:jc w:val="right"/>
      </w:pPr>
      <w:r>
        <w:t>اور ہمارے پاس جو لٹریچر آتا ہے، وہ خاص طور سے سعودی عرب وغیرہ سے ہوتا ہے۔</w:t>
      </w:r>
    </w:p>
    <w:p>
      <w:r>
        <w:rPr>
          <w:b/>
        </w:rPr>
        <w:t xml:space="preserve">[48:24] </w:t>
      </w:r>
      <w:r>
        <w:t>to unhon ne kaha ke woh jo literature hai, jo pamphlets aur booklets hain, woh bohat hi ritualistic</w:t>
      </w:r>
    </w:p>
    <w:p>
      <w:pPr>
        <w:jc w:val="right"/>
      </w:pPr>
      <w:r>
        <w:t>تو انہوں نے کہا کہ وہ جو لٹریچر ہے، جو پیمفلیٹس اور بکلیٹس ہیں، وہ بہت ہی ریچولسٹک</w:t>
      </w:r>
    </w:p>
    <w:p>
      <w:r>
        <w:rPr>
          <w:b/>
        </w:rPr>
        <w:t xml:space="preserve">[48:31] </w:t>
      </w:r>
      <w:r>
        <w:t>andaaz ki hoti hain.</w:t>
      </w:r>
    </w:p>
    <w:p>
      <w:pPr>
        <w:jc w:val="right"/>
      </w:pPr>
      <w:r>
        <w:t>انداز کی ہوتی ہیں۔</w:t>
      </w:r>
    </w:p>
    <w:p>
      <w:r>
        <w:rPr>
          <w:b/>
        </w:rPr>
        <w:t xml:space="preserve">[48:33] </w:t>
      </w:r>
      <w:r>
        <w:t>is mein ah namaz ka tareeqa aur five pillars aur aqeeday ki baatein aur ah ah ah shariat</w:t>
      </w:r>
    </w:p>
    <w:p>
      <w:pPr>
        <w:jc w:val="right"/>
      </w:pPr>
      <w:r>
        <w:t>اس میں آہ نماز کا طریقہ اور فائیو پلرز اور عقیدے کی باتیں اور آہ آہ آہ شریعت</w:t>
      </w:r>
    </w:p>
    <w:p>
      <w:r>
        <w:rPr>
          <w:b/>
        </w:rPr>
        <w:t xml:space="preserve">[48:41] </w:t>
      </w:r>
      <w:r>
        <w:t>ki baatein hoti hain.</w:t>
      </w:r>
    </w:p>
    <w:p>
      <w:pPr>
        <w:jc w:val="right"/>
      </w:pPr>
      <w:r>
        <w:t>کی باتیں ہوتی ہیں۔</w:t>
      </w:r>
    </w:p>
    <w:p>
      <w:r>
        <w:rPr>
          <w:b/>
        </w:rPr>
        <w:t xml:space="preserve">[48:43] </w:t>
      </w:r>
      <w:r>
        <w:t>to jo yeh Finnish log hain, in ko woh samajh mein nahi aati.</w:t>
      </w:r>
    </w:p>
    <w:p>
      <w:pPr>
        <w:jc w:val="right"/>
      </w:pPr>
      <w:r>
        <w:t>تو جو یہ فنش لوگ ہیں، ان کو وہ سمجھ میں نہیں آتی۔</w:t>
      </w:r>
    </w:p>
    <w:p>
      <w:r>
        <w:rPr>
          <w:b/>
        </w:rPr>
        <w:t xml:space="preserve">[48:48] </w:t>
      </w:r>
      <w:r>
        <w:t>in ke mind ko woh address nahi karti.</w:t>
      </w:r>
    </w:p>
    <w:p>
      <w:pPr>
        <w:jc w:val="right"/>
      </w:pPr>
      <w:r>
        <w:t>ان کے مائنڈ کو وہ ایڈریس نہیں کرتی۔</w:t>
      </w:r>
    </w:p>
    <w:p>
      <w:r>
        <w:rPr>
          <w:b/>
        </w:rPr>
        <w:t xml:space="preserve">[48:52] </w:t>
      </w:r>
      <w:r>
        <w:t>to jab main ne in ko cheezein dikhayeen jo booklets hain, jo pamphlets hain, Quran ka translation hai.</w:t>
      </w:r>
    </w:p>
    <w:p>
      <w:pPr>
        <w:jc w:val="right"/>
      </w:pPr>
      <w:r>
        <w:t>تو جب میں نے ان کو چیزیں دکھائیں جو بکلیٹس ہیں، جو پیمفلیٹس ہیں، قرآن کا ٹرانسلیشن ہے۔</w:t>
      </w:r>
    </w:p>
    <w:p>
      <w:r>
        <w:rPr>
          <w:b/>
        </w:rPr>
        <w:t xml:space="preserve">[48:59] </w:t>
      </w:r>
      <w:r>
        <w:t>to unhon ne parha khaas tor se jo yeh thay Stewart Whitfield, unhein bohat pasand aayi.</w:t>
      </w:r>
    </w:p>
    <w:p>
      <w:pPr>
        <w:jc w:val="right"/>
      </w:pPr>
      <w:r>
        <w:t>تو انہوں نے پڑھا خاص طور سے جو یہ تھے اسٹیورٹ وٹفیلڈ، انہیں بہت پسند آئی۔</w:t>
      </w:r>
    </w:p>
    <w:p>
      <w:r>
        <w:rPr>
          <w:b/>
        </w:rPr>
        <w:t xml:space="preserve">[49:06] </w:t>
      </w:r>
      <w:r>
        <w:t>unhon ne kaha ke yeh bilkul sahi ah ah yeh booklets hain aur jo is ki approach hai,</w:t>
      </w:r>
    </w:p>
    <w:p>
      <w:pPr>
        <w:jc w:val="right"/>
      </w:pPr>
      <w:r>
        <w:t>انہوں نے کہا کہ یہ بالکل صحیح آہ آہ یہ بکلیٹس ہیں اور جو اس کی اپروچ ہے،</w:t>
      </w:r>
    </w:p>
    <w:p>
      <w:r>
        <w:rPr>
          <w:b/>
        </w:rPr>
        <w:t xml:space="preserve">[49:14] </w:t>
      </w:r>
      <w:r>
        <w:t>spiritual is mein touch hai.</w:t>
      </w:r>
    </w:p>
    <w:p>
      <w:pPr>
        <w:jc w:val="right"/>
      </w:pPr>
      <w:r>
        <w:t>اسپریچول اس میں ٹچ ہے۔</w:t>
      </w:r>
    </w:p>
    <w:p>
      <w:r>
        <w:rPr>
          <w:b/>
        </w:rPr>
        <w:t xml:space="preserve">[49:16] </w:t>
      </w:r>
      <w:r>
        <w:t>to unhon ne kaha ke yeh agar translate ho jayein Finnish language mein to yeh yahan inshallah bohat</w:t>
      </w:r>
    </w:p>
    <w:p>
      <w:pPr>
        <w:jc w:val="right"/>
      </w:pPr>
      <w:r>
        <w:t>تو انہوں نے کہا کہ یہ اگر ٹرانسلیٹ ہو جائیں فنش لینگویج میں تو یہ یہاں انشاءاللہ بہت</w:t>
      </w:r>
    </w:p>
    <w:p>
      <w:r>
        <w:rPr>
          <w:b/>
        </w:rPr>
        <w:t xml:space="preserve">[49:24] </w:t>
      </w:r>
      <w:r>
        <w:t>is se faida hoga.</w:t>
      </w:r>
    </w:p>
    <w:p>
      <w:pPr>
        <w:jc w:val="right"/>
      </w:pPr>
      <w:r>
        <w:t>اس سے فائدہ ہوگا۔</w:t>
      </w:r>
    </w:p>
    <w:p>
      <w:r>
        <w:rPr>
          <w:b/>
        </w:rPr>
        <w:t xml:space="preserve">[49:25] </w:t>
      </w:r>
      <w:r>
        <w:t>aur unhon ne kaha hum is ko karein ge aur ah ah is ko aap publish kar ke</w:t>
      </w:r>
    </w:p>
    <w:p>
      <w:pPr>
        <w:jc w:val="right"/>
      </w:pPr>
      <w:r>
        <w:t>اور انہوں نے کہا ہم اس کو کریں گے اور آہ آہ اس کو آپ پبلش کر کے</w:t>
      </w:r>
    </w:p>
    <w:p>
      <w:r>
        <w:rPr>
          <w:b/>
        </w:rPr>
        <w:t xml:space="preserve">[49:33] </w:t>
      </w:r>
      <w:r>
        <w:t>wahan se bheje ga.</w:t>
      </w:r>
    </w:p>
    <w:p>
      <w:pPr>
        <w:jc w:val="right"/>
      </w:pPr>
      <w:r>
        <w:t>وہاں سے بھیجیے گا۔</w:t>
      </w:r>
    </w:p>
    <w:p>
      <w:r>
        <w:rPr>
          <w:b/>
        </w:rPr>
        <w:t xml:space="preserve">[49:35] </w:t>
      </w:r>
      <w:r>
        <w:t>to wahan jo ziyada Muslims hain woh darasal Somalia ke hain.</w:t>
      </w:r>
    </w:p>
    <w:p>
      <w:pPr>
        <w:jc w:val="right"/>
      </w:pPr>
      <w:r>
        <w:t>تو وہاں جو زیادہ مسلمز ہیں وہ دراصل صومالیہ کے ہیں۔</w:t>
      </w:r>
    </w:p>
    <w:p>
      <w:r>
        <w:rPr>
          <w:b/>
        </w:rPr>
        <w:t xml:space="preserve">[49:40] </w:t>
      </w:r>
      <w:r>
        <w:t>chounke Somalia mein war waghera hoti rehti hai to wahan se woh asylum ah seekers ke tor par</w:t>
      </w:r>
    </w:p>
    <w:p>
      <w:pPr>
        <w:jc w:val="right"/>
      </w:pPr>
      <w:r>
        <w:t>چونکہ صومالیہ میں وار وغیرہ ہوتی رہتی ہے تو وہاں سے وہ اسائلم آہ سیکرز کے طور پر</w:t>
      </w:r>
    </w:p>
    <w:p>
      <w:r>
        <w:rPr>
          <w:b/>
        </w:rPr>
        <w:t xml:space="preserve">[49:47] </w:t>
      </w:r>
      <w:r>
        <w:t>aa jate hain.</w:t>
      </w:r>
    </w:p>
    <w:p>
      <w:pPr>
        <w:jc w:val="right"/>
      </w:pPr>
      <w:r>
        <w:t>آ جاتے ہیں۔</w:t>
      </w:r>
    </w:p>
    <w:p>
      <w:r>
        <w:rPr>
          <w:b/>
        </w:rPr>
        <w:t xml:space="preserve">[49:49] </w:t>
      </w:r>
      <w:r>
        <w:t>chounke in countries mein asylum mil jata hai in ko.</w:t>
      </w:r>
    </w:p>
    <w:p>
      <w:pPr>
        <w:jc w:val="right"/>
      </w:pPr>
      <w:r>
        <w:t>چونکہ ان کنٹریز میں اسائلم مل جاتا ہے ان کو۔</w:t>
      </w:r>
    </w:p>
    <w:p>
      <w:r>
        <w:rPr>
          <w:b/>
        </w:rPr>
        <w:t xml:space="preserve">[49:53] </w:t>
      </w:r>
      <w:r>
        <w:t>to ziyada tar Somalian nazar aate hain wahan jo masjidain hain is mein.</w:t>
      </w:r>
    </w:p>
    <w:p>
      <w:pPr>
        <w:jc w:val="right"/>
      </w:pPr>
      <w:r>
        <w:t>تو زیادہ تر صومالین نظر آتے ہیں وہاں جو مسجدیں ہیں اس میں۔</w:t>
      </w:r>
    </w:p>
    <w:p>
      <w:r>
        <w:rPr>
          <w:b/>
        </w:rPr>
        <w:t xml:space="preserve">[49:59] </w:t>
      </w:r>
      <w:r>
        <w:t>jo imam thay yahan ke woh bhi somalia ke thay.</w:t>
      </w:r>
    </w:p>
    <w:p>
      <w:pPr>
        <w:jc w:val="right"/>
      </w:pPr>
      <w:r>
        <w:t>جو امام تھے یہاں کے وہ بھی صومالیہ کے تھے۔</w:t>
      </w:r>
    </w:p>
    <w:p>
      <w:r>
        <w:rPr>
          <w:b/>
        </w:rPr>
        <w:t xml:space="preserve">[50:03] </w:t>
      </w:r>
      <w:r>
        <w:t>un ka naam tha mustafa muhammad.</w:t>
      </w:r>
    </w:p>
    <w:p>
      <w:pPr>
        <w:jc w:val="right"/>
      </w:pPr>
      <w:r>
        <w:t>ان کا نام تھا مصطفیٰ محمد۔</w:t>
      </w:r>
    </w:p>
    <w:p>
      <w:r>
        <w:rPr>
          <w:b/>
        </w:rPr>
        <w:t xml:space="preserve">[50:06] </w:t>
      </w:r>
      <w:r>
        <w:t>to un se bhi baat cheet hui to un ke un ko jab mein ne maulana ke bare</w:t>
      </w:r>
    </w:p>
    <w:p>
      <w:pPr>
        <w:jc w:val="right"/>
      </w:pPr>
      <w:r>
        <w:t>تو ان سے بھی بات چیت ہوئی تو ان کے ان کو جب میں نے مولانا کے بارے</w:t>
      </w:r>
    </w:p>
    <w:p>
      <w:r>
        <w:rPr>
          <w:b/>
        </w:rPr>
        <w:t xml:space="preserve">[50:13] </w:t>
      </w:r>
      <w:r>
        <w:t>mein bataya to unhon ne kaha haan mein ne al islam yatahad maulana ki parhi hai.</w:t>
      </w:r>
    </w:p>
    <w:p>
      <w:pPr>
        <w:jc w:val="right"/>
      </w:pPr>
      <w:r>
        <w:t>میں بتایا تو انہوں نے کہا ہاں میں نے الاسلام یتحدہ مولانا کی پڑھی ہے۔</w:t>
      </w:r>
    </w:p>
    <w:p>
      <w:r>
        <w:rPr>
          <w:b/>
        </w:rPr>
        <w:t xml:space="preserve">[50:20] </w:t>
      </w:r>
      <w:r>
        <w:t>foran unhon ne apne ipad pe kitab ka cover nikal ke dikhaya.</w:t>
      </w:r>
    </w:p>
    <w:p>
      <w:pPr>
        <w:jc w:val="right"/>
      </w:pPr>
      <w:r>
        <w:t>فوراً انہوں نے اپنے آئی پیڈ پہ کتاب کا کور نکال کے دکھایا۔</w:t>
      </w:r>
    </w:p>
    <w:p>
      <w:r>
        <w:rPr>
          <w:b/>
        </w:rPr>
        <w:t xml:space="preserve">[50:25] </w:t>
      </w:r>
      <w:r>
        <w:t>to woh bohat khush hue aur unhon ne kaha ke hum yahan ah dawati kaam karte hain aur</w:t>
      </w:r>
    </w:p>
    <w:p>
      <w:pPr>
        <w:jc w:val="right"/>
      </w:pPr>
      <w:r>
        <w:t>تو وہ بہت خوش ہوئے اور انہوں نے کہا کہ ہم یہاں آہ دعوتی کام کرتے ہیں اور</w:t>
      </w:r>
    </w:p>
    <w:p>
      <w:r>
        <w:rPr>
          <w:b/>
        </w:rPr>
        <w:t xml:space="preserve">[50:33] </w:t>
      </w:r>
      <w:r>
        <w:t>balkay unhon ne kaha ke aik aur adara hai hamara jis ka naam hai muslim association of</w:t>
      </w:r>
    </w:p>
    <w:p>
      <w:pPr>
        <w:jc w:val="right"/>
      </w:pPr>
      <w:r>
        <w:t>بلکہ انہوں نے کہا کہ ایک اور ادارہ ہے ہمارا جس کا نام ہے مسلم ایسوسی ایشن آف</w:t>
      </w:r>
    </w:p>
    <w:p>
      <w:r>
        <w:rPr>
          <w:b/>
        </w:rPr>
        <w:t xml:space="preserve">[50:41] </w:t>
      </w:r>
      <w:r>
        <w:t>finland and baltic countries.</w:t>
      </w:r>
    </w:p>
    <w:p>
      <w:pPr>
        <w:jc w:val="right"/>
      </w:pPr>
      <w:r>
        <w:t>فن لینڈ اینڈ بالٹک کنٹریز۔</w:t>
      </w:r>
    </w:p>
    <w:p>
      <w:r>
        <w:rPr>
          <w:b/>
        </w:rPr>
        <w:t xml:space="preserve">[50:43] </w:t>
      </w:r>
      <w:r>
        <w:t>jo yeh countries hain jo finland se qareeb hain yani estonia, latvia, lithuania, un countries mein bhi</w:t>
      </w:r>
    </w:p>
    <w:p>
      <w:pPr>
        <w:jc w:val="right"/>
      </w:pPr>
      <w:r>
        <w:t>جو یہ کنٹریز ہیں جو فن لینڈ سے قریب ہیں یعنی ایسٹونیا، لیٹویا، لیتھوینیا، ان کنٹریز میں بھی</w:t>
      </w:r>
    </w:p>
    <w:p>
      <w:r>
        <w:rPr>
          <w:b/>
        </w:rPr>
        <w:t xml:space="preserve">[50:51] </w:t>
      </w:r>
      <w:r>
        <w:t>yeh kaam karte hain.</w:t>
      </w:r>
    </w:p>
    <w:p>
      <w:pPr>
        <w:jc w:val="right"/>
      </w:pPr>
      <w:r>
        <w:t>یہ کام کرتے ہیں۔</w:t>
      </w:r>
    </w:p>
    <w:p>
      <w:r>
        <w:rPr>
          <w:b/>
        </w:rPr>
        <w:t xml:space="preserve">[50:52] </w:t>
      </w:r>
      <w:r>
        <w:t>to unhon ne kaha ke wahan bhi bohat zaroorat hai.</w:t>
      </w:r>
    </w:p>
    <w:p>
      <w:pPr>
        <w:jc w:val="right"/>
      </w:pPr>
      <w:r>
        <w:t>تو انہوں نے کہا کہ وہاں بھی بہت ضرورت ہے۔</w:t>
      </w:r>
    </w:p>
    <w:p>
      <w:r>
        <w:rPr>
          <w:b/>
        </w:rPr>
        <w:t xml:space="preserve">[50:57] </w:t>
      </w:r>
      <w:r>
        <w:t>quran ki bhi aur aur literature ki bhi.</w:t>
      </w:r>
    </w:p>
    <w:p>
      <w:pPr>
        <w:jc w:val="right"/>
      </w:pPr>
      <w:r>
        <w:t>قرآن کی بھی اور اور لٹریچر کی بھی۔</w:t>
      </w:r>
    </w:p>
    <w:p>
      <w:r>
        <w:rPr>
          <w:b/>
        </w:rPr>
        <w:t xml:space="preserve">[51:00] </w:t>
      </w:r>
      <w:r>
        <w:t>to unhon ne kaha ke hum aap ke sath mil ke in teen countries mein bhi estonia, latvia</w:t>
      </w:r>
    </w:p>
    <w:p>
      <w:pPr>
        <w:jc w:val="right"/>
      </w:pPr>
      <w:r>
        <w:t>تو انہوں نے کہا کہ ہم آپ کے ساتھ مل کے ان تین کنٹریز میں بھی ایسٹونیا، لیٹویا</w:t>
      </w:r>
    </w:p>
    <w:p>
      <w:r>
        <w:rPr>
          <w:b/>
        </w:rPr>
        <w:t xml:space="preserve">[51:08] </w:t>
      </w:r>
      <w:r>
        <w:t>aur lithuania mein bhi kaam karein ge inshallah.</w:t>
      </w:r>
    </w:p>
    <w:p>
      <w:pPr>
        <w:jc w:val="right"/>
      </w:pPr>
      <w:r>
        <w:t>اور لیتھوینیا میں بھی کام کریں گے انشاءاللہ۔</w:t>
      </w:r>
    </w:p>
    <w:p>
      <w:r>
        <w:rPr>
          <w:b/>
        </w:rPr>
        <w:t xml:space="preserve">[51:11] </w:t>
      </w:r>
      <w:r>
        <w:t>to mein ne un se poocha ke aap ke pas finnish language mein quran hai? to unhon ne</w:t>
      </w:r>
    </w:p>
    <w:p>
      <w:pPr>
        <w:jc w:val="right"/>
      </w:pPr>
      <w:r>
        <w:t>تو میں نے ان سے پوچھا کہ آپ کے پاس فنش لینگویج میں قرآن ہے؟ تو انہوں نے</w:t>
      </w:r>
    </w:p>
    <w:p>
      <w:r>
        <w:rPr>
          <w:b/>
        </w:rPr>
        <w:t xml:space="preserve">[51:19] </w:t>
      </w:r>
      <w:r>
        <w:t>kaha ke haan yahan publish hua hai.</w:t>
      </w:r>
    </w:p>
    <w:p>
      <w:pPr>
        <w:jc w:val="right"/>
      </w:pPr>
      <w:r>
        <w:t>کہا کہ ہاں یہاں پبلش ہوا ہے۔</w:t>
      </w:r>
    </w:p>
    <w:p>
      <w:r>
        <w:rPr>
          <w:b/>
        </w:rPr>
        <w:t xml:space="preserve">[51:22] </w:t>
      </w:r>
      <w:r>
        <w:t>ah yeh unhon ne ah dikhaya mujhe quran jo finnish language mein ah wahan publish hua hai.</w:t>
      </w:r>
    </w:p>
    <w:p>
      <w:pPr>
        <w:jc w:val="right"/>
      </w:pPr>
      <w:r>
        <w:t>آہ یہ انہوں نے آہ دکھایا مجھے قرآن جو فنش لینگویج میں آہ وہاں پبلش ہوا ہے۔</w:t>
      </w:r>
    </w:p>
    <w:p>
      <w:r>
        <w:rPr>
          <w:b/>
        </w:rPr>
        <w:t xml:space="preserve">[51:29] </w:t>
      </w:r>
      <w:r>
        <w:t>lekin unhon ne kaha ke hum ah usay ah ah unhon ne kaha ke hum khud apna translation</w:t>
      </w:r>
    </w:p>
    <w:p>
      <w:pPr>
        <w:jc w:val="right"/>
      </w:pPr>
      <w:r>
        <w:t>لیکن انہوں نے کہا کہ ہم آہ اسے آہ آہ انہوں نے کہا کہ ہم خود اپنا ٹرانسلیشن</w:t>
      </w:r>
    </w:p>
    <w:p>
      <w:r>
        <w:rPr>
          <w:b/>
        </w:rPr>
        <w:t xml:space="preserve">[51:37] </w:t>
      </w:r>
      <w:r>
        <w:t>taiyar kar rahe hain.</w:t>
      </w:r>
    </w:p>
    <w:p>
      <w:pPr>
        <w:jc w:val="right"/>
      </w:pPr>
      <w:r>
        <w:t>تیار کر رہے ہیں۔</w:t>
      </w:r>
    </w:p>
    <w:p>
      <w:r>
        <w:rPr>
          <w:b/>
        </w:rPr>
        <w:t xml:space="preserve">[51:39] </w:t>
      </w:r>
      <w:r>
        <w:t>jo aakhri stages mein hai.</w:t>
      </w:r>
    </w:p>
    <w:p>
      <w:pPr>
        <w:jc w:val="right"/>
      </w:pPr>
      <w:r>
        <w:t>جو آخری سٹیجز میں ہے۔</w:t>
      </w:r>
    </w:p>
    <w:p>
      <w:r>
        <w:rPr>
          <w:b/>
        </w:rPr>
        <w:t xml:space="preserve">[51:41] </w:t>
      </w:r>
      <w:r>
        <w:t>aur hum chahte hain ke aap hamein pocket size mein publish kar ke dein.</w:t>
      </w:r>
    </w:p>
    <w:p>
      <w:pPr>
        <w:jc w:val="right"/>
      </w:pPr>
      <w:r>
        <w:t>اور ہم چاہتے ہیں کہ آپ ہمیں پاکٹ سائز میں پبلش کر کے دیں۔</w:t>
      </w:r>
    </w:p>
    <w:p>
      <w:r>
        <w:rPr>
          <w:b/>
        </w:rPr>
        <w:t xml:space="preserve">[51:47] </w:t>
      </w:r>
      <w:r>
        <w:t>taake hum ba-asani is ko de sakein logon ko.</w:t>
      </w:r>
    </w:p>
    <w:p>
      <w:pPr>
        <w:jc w:val="right"/>
      </w:pPr>
      <w:r>
        <w:t>تاکہ ہم باآسانی اس کو دے سکیں لوگوں کو۔</w:t>
      </w:r>
    </w:p>
    <w:p>
      <w:r>
        <w:rPr>
          <w:b/>
        </w:rPr>
        <w:t xml:space="preserve">[51:51] </w:t>
      </w:r>
      <w:r>
        <w:t>to un logon se achi meeting rahi.</w:t>
      </w:r>
    </w:p>
    <w:p>
      <w:pPr>
        <w:jc w:val="right"/>
      </w:pPr>
      <w:r>
        <w:t>تو ان لوگوں سے اچھی میٹنگ رہی۔</w:t>
      </w:r>
    </w:p>
    <w:p>
      <w:r>
        <w:rPr>
          <w:b/>
        </w:rPr>
        <w:t xml:space="preserve">[51:54] </w:t>
      </w:r>
      <w:r>
        <w:t>aur inshallah ah umeed hai ke wahan kuch kaam behtar ho sake ga.</w:t>
      </w:r>
    </w:p>
    <w:p>
      <w:pPr>
        <w:jc w:val="right"/>
      </w:pPr>
      <w:r>
        <w:t>اور انشاءاللہ آہ امید ہے کہ وہاں کچھ کام بہتر ہو سکے گا۔</w:t>
      </w:r>
    </w:p>
    <w:p>
      <w:r>
        <w:rPr>
          <w:b/>
        </w:rPr>
        <w:t xml:space="preserve">[51:59] </w:t>
      </w:r>
      <w:r>
        <w:t>is ke ilawa aik aur masjid mein jane ka ittefaq hua.</w:t>
      </w:r>
    </w:p>
    <w:p>
      <w:pPr>
        <w:jc w:val="right"/>
      </w:pPr>
      <w:r>
        <w:t>اس کے علاوہ ایک اور مسجد میں جانے کا اتفاق ہوا۔</w:t>
      </w:r>
    </w:p>
    <w:p>
      <w:r>
        <w:rPr>
          <w:b/>
        </w:rPr>
        <w:t xml:space="preserve">[52:04] </w:t>
      </w:r>
      <w:r>
        <w:t>jo islamic center bhi hai.</w:t>
      </w:r>
    </w:p>
    <w:p>
      <w:pPr>
        <w:jc w:val="right"/>
      </w:pPr>
      <w:r>
        <w:t>جو اسلامک سینٹر بھی ہے۔</w:t>
      </w:r>
    </w:p>
    <w:p>
      <w:r>
        <w:rPr>
          <w:b/>
        </w:rPr>
        <w:t xml:space="preserve">[52:06] </w:t>
      </w:r>
      <w:r>
        <w:t>is ka naam tha islamic society of finland.</w:t>
      </w:r>
    </w:p>
    <w:p>
      <w:pPr>
        <w:jc w:val="right"/>
      </w:pPr>
      <w:r>
        <w:t>اس کا نام تھا اسلامک سوسائٹی آف فن لینڈ۔</w:t>
      </w:r>
    </w:p>
    <w:p>
      <w:r>
        <w:rPr>
          <w:b/>
        </w:rPr>
        <w:t xml:space="preserve">[52:10] </w:t>
      </w:r>
      <w:r>
        <w:t>wahan jo is ke director thay woh bhi aik somalia ke thay.</w:t>
      </w:r>
    </w:p>
    <w:p>
      <w:pPr>
        <w:jc w:val="right"/>
      </w:pPr>
      <w:r>
        <w:t>وہاں جو اس کے ڈائریکٹر تھے وہ بھی ایک صومالیہ کے تھے۔</w:t>
      </w:r>
    </w:p>
    <w:p>
      <w:r>
        <w:rPr>
          <w:b/>
        </w:rPr>
        <w:t xml:space="preserve">[52:15] </w:t>
      </w:r>
      <w:r>
        <w:t>un ka naam tha abdulrehman haji mahmood.</w:t>
      </w:r>
    </w:p>
    <w:p>
      <w:pPr>
        <w:jc w:val="right"/>
      </w:pPr>
      <w:r>
        <w:t>ان کا نام تھا عبدالرحمن حاجی محمود۔</w:t>
      </w:r>
    </w:p>
    <w:p>
      <w:r>
        <w:rPr>
          <w:b/>
        </w:rPr>
        <w:t xml:space="preserve">[52:18] </w:t>
      </w:r>
      <w:r>
        <w:t>woh bhi maulana ko jantay thay.</w:t>
      </w:r>
    </w:p>
    <w:p>
      <w:pPr>
        <w:jc w:val="right"/>
      </w:pPr>
      <w:r>
        <w:t>وہ بھی مولانا کو جانتے تھے۔</w:t>
      </w:r>
    </w:p>
    <w:p>
      <w:r>
        <w:rPr>
          <w:b/>
        </w:rPr>
        <w:t xml:space="preserve">[52:21] </w:t>
      </w:r>
      <w:r>
        <w:t>kitabein unhon ne bhi parhi theen.</w:t>
      </w:r>
    </w:p>
    <w:p>
      <w:pPr>
        <w:jc w:val="right"/>
      </w:pPr>
      <w:r>
        <w:t>کتابیں انہوں نے بھی پڑھی تھیں۔</w:t>
      </w:r>
    </w:p>
    <w:p>
      <w:r>
        <w:rPr>
          <w:b/>
        </w:rPr>
        <w:t xml:space="preserve">[52:23] </w:t>
      </w:r>
      <w:r>
        <w:t>yeh masjid thora bari thi.</w:t>
      </w:r>
    </w:p>
    <w:p>
      <w:pPr>
        <w:jc w:val="right"/>
      </w:pPr>
      <w:r>
        <w:t>یہ مسجد تھوڑا بڑی تھی۔</w:t>
      </w:r>
    </w:p>
    <w:p>
      <w:r>
        <w:rPr>
          <w:b/>
        </w:rPr>
        <w:t xml:space="preserve">[52:25] </w:t>
      </w:r>
      <w:r>
        <w:t>halankay yeh bhi aik flat ka hi ah flat hi tha.</w:t>
      </w:r>
    </w:p>
    <w:p>
      <w:pPr>
        <w:jc w:val="right"/>
      </w:pPr>
      <w:r>
        <w:t>حالانکہ یہ بھی ایک فلیٹ کا ہی آہ فلیٹ ہی تھا۔</w:t>
      </w:r>
    </w:p>
    <w:p>
      <w:r>
        <w:rPr>
          <w:b/>
        </w:rPr>
        <w:t xml:space="preserve">[52:30] </w:t>
      </w:r>
      <w:r>
        <w:t>bohat bara sa flat.</w:t>
      </w:r>
    </w:p>
    <w:p>
      <w:pPr>
        <w:jc w:val="right"/>
      </w:pPr>
      <w:r>
        <w:t>بہت بڑا سا فلیٹ۔</w:t>
      </w:r>
    </w:p>
    <w:p>
      <w:r>
        <w:rPr>
          <w:b/>
        </w:rPr>
        <w:t xml:space="preserve">[52:32] </w:t>
      </w:r>
      <w:r>
        <w:t>bari masjid thi.</w:t>
      </w:r>
    </w:p>
    <w:p>
      <w:pPr>
        <w:jc w:val="right"/>
      </w:pPr>
      <w:r>
        <w:t>بڑی مسجد تھی۔</w:t>
      </w:r>
    </w:p>
    <w:p>
      <w:r>
        <w:rPr>
          <w:b/>
        </w:rPr>
        <w:t xml:space="preserve">[52:33] </w:t>
      </w:r>
      <w:r>
        <w:t>aur is mein restaurant waghera bhi tha.</w:t>
      </w:r>
    </w:p>
    <w:p>
      <w:pPr>
        <w:jc w:val="right"/>
      </w:pPr>
      <w:r>
        <w:t>اور اس میں ریسٹورنٹ وغیرہ بھی تھا۔</w:t>
      </w:r>
    </w:p>
    <w:p>
      <w:r>
        <w:rPr>
          <w:b/>
        </w:rPr>
        <w:t xml:space="preserve">[52:36] </w:t>
      </w:r>
      <w:r>
        <w:t>unhon ne bhi quran finish language mein kaha ke hamein zaroorat hai.</w:t>
      </w:r>
    </w:p>
    <w:p>
      <w:pPr>
        <w:jc w:val="right"/>
      </w:pPr>
      <w:r>
        <w:t>انہوں نے بھی قرآن فنش لینگویج میں کہا کہ ہمیں ضرورت ہے۔</w:t>
      </w:r>
    </w:p>
    <w:p>
      <w:r>
        <w:rPr>
          <w:b/>
        </w:rPr>
        <w:t xml:space="preserve">[52:41] </w:t>
      </w:r>
      <w:r>
        <w:t>hum bhi is ko taqseem karte hain.</w:t>
      </w:r>
    </w:p>
    <w:p>
      <w:pPr>
        <w:jc w:val="right"/>
      </w:pPr>
      <w:r>
        <w:t>ہم بھی اس کو تقسیم کرتے ہیں۔</w:t>
      </w:r>
    </w:p>
    <w:p>
      <w:r>
        <w:rPr>
          <w:b/>
        </w:rPr>
        <w:t xml:space="preserve">[52:44] </w:t>
      </w:r>
      <w:r>
        <w:t>log atay hain.</w:t>
      </w:r>
    </w:p>
    <w:p>
      <w:pPr>
        <w:jc w:val="right"/>
      </w:pPr>
      <w:r>
        <w:t>لوگ آتے ہیں۔</w:t>
      </w:r>
    </w:p>
    <w:p>
      <w:r>
        <w:rPr>
          <w:b/>
        </w:rPr>
        <w:t xml:space="preserve">[52:46] </w:t>
      </w:r>
      <w:r>
        <w:t>local jo log hain woh atay hain yahan aur mangtay hain hum se.</w:t>
      </w:r>
    </w:p>
    <w:p>
      <w:pPr>
        <w:jc w:val="right"/>
      </w:pPr>
      <w:r>
        <w:t>لوکل جو لوگ ہیں وہ آتے ہیں یہاں اور مانگتے ہیں ہم سے۔</w:t>
      </w:r>
    </w:p>
    <w:p>
      <w:r>
        <w:rPr>
          <w:b/>
        </w:rPr>
        <w:t xml:space="preserve">[52:51] </w:t>
      </w:r>
      <w:r>
        <w:t>phir aik teesri ah masjid mein janay ka ittefaq hua.</w:t>
      </w:r>
    </w:p>
    <w:p>
      <w:pPr>
        <w:jc w:val="right"/>
      </w:pPr>
      <w:r>
        <w:t>پھر ایک تیسری آہ مسجد میں جانے کا اتفاق ہوا۔</w:t>
      </w:r>
    </w:p>
    <w:p>
      <w:r>
        <w:rPr>
          <w:b/>
        </w:rPr>
        <w:t xml:space="preserve">[52:56] </w:t>
      </w:r>
      <w:r>
        <w:t>is ka naam tha masjid alhuda.</w:t>
      </w:r>
    </w:p>
    <w:p>
      <w:pPr>
        <w:jc w:val="right"/>
      </w:pPr>
      <w:r>
        <w:t>اس کا نام تھا مسجد الہدیٰ۔</w:t>
      </w:r>
    </w:p>
    <w:p>
      <w:r>
        <w:rPr>
          <w:b/>
        </w:rPr>
        <w:t xml:space="preserve">[52:58] </w:t>
      </w:r>
      <w:r>
        <w:t>woh sab se bari masjid thi.</w:t>
      </w:r>
    </w:p>
    <w:p>
      <w:pPr>
        <w:jc w:val="right"/>
      </w:pPr>
      <w:r>
        <w:t>وہ سب سے بڑی مسجد تھی۔</w:t>
      </w:r>
    </w:p>
    <w:p>
      <w:r>
        <w:rPr>
          <w:b/>
        </w:rPr>
        <w:t xml:space="preserve">[53:01] </w:t>
      </w:r>
      <w:r>
        <w:t>halankay woh bhi aik baray hissay mein thi.</w:t>
      </w:r>
    </w:p>
    <w:p>
      <w:pPr>
        <w:jc w:val="right"/>
      </w:pPr>
      <w:r>
        <w:t>حالانکہ وہ بھی ایک بڑے حصے میں تھی۔</w:t>
      </w:r>
    </w:p>
    <w:p>
      <w:r>
        <w:rPr>
          <w:b/>
        </w:rPr>
        <w:t xml:space="preserve">[53:04] </w:t>
      </w:r>
      <w:r>
        <w:t>koi proper building nahi thi is ki lekin kafi bari masjid thi woh.</w:t>
      </w:r>
    </w:p>
    <w:p>
      <w:pPr>
        <w:jc w:val="right"/>
      </w:pPr>
      <w:r>
        <w:t>کوئی پراپر بلڈنگ نہیں تھی اس کی لیکن کافی بڑی مسجد تھی وہ۔</w:t>
      </w:r>
    </w:p>
    <w:p>
      <w:r>
        <w:rPr>
          <w:b/>
        </w:rPr>
        <w:t xml:space="preserve">[53:10] </w:t>
      </w:r>
      <w:r>
        <w:t>mere khayal se jo masjid thi us mein taqreeban aik hazar log namaz parh saktay thay.</w:t>
      </w:r>
    </w:p>
    <w:p>
      <w:pPr>
        <w:jc w:val="right"/>
      </w:pPr>
      <w:r>
        <w:t>میرے خیال سے جو مسجد تھی اس میں تقریباً ایک ہزار لوگ نماز پڑھ سکتے تھے۔</w:t>
      </w:r>
    </w:p>
    <w:p>
      <w:r>
        <w:rPr>
          <w:b/>
        </w:rPr>
        <w:t xml:space="preserve">[53:17] </w:t>
      </w:r>
      <w:r>
        <w:t>wahan aik book store bhi tha, school bhi tha aur restaurant waghera bhi tha.</w:t>
      </w:r>
    </w:p>
    <w:p>
      <w:pPr>
        <w:jc w:val="right"/>
      </w:pPr>
      <w:r>
        <w:t>وہاں ایک بک سٹور بھی تھا، اسکول بھی تھا اور ریسٹورنٹ وغیرہ بھی تھا۔</w:t>
      </w:r>
    </w:p>
    <w:p>
      <w:r>
        <w:rPr>
          <w:b/>
        </w:rPr>
        <w:t xml:space="preserve">[53:23] </w:t>
      </w:r>
      <w:r>
        <w:t>wahan bhi aik somalia ke ah imam thay jin ka naam tha abdul haq.</w:t>
      </w:r>
    </w:p>
    <w:p>
      <w:pPr>
        <w:jc w:val="right"/>
      </w:pPr>
      <w:r>
        <w:t>وہاں بھی ایک صومالیہ کے آہ امام تھے جن کا نام تھا عبدالحق۔</w:t>
      </w:r>
    </w:p>
    <w:p>
      <w:r>
        <w:rPr>
          <w:b/>
        </w:rPr>
        <w:t xml:space="preserve">[53:28] </w:t>
      </w:r>
      <w:r>
        <w:t>to unhon ne bhi jo pocket size quran bohat pasand kiya aur kaha ke yeh hamein bhejiye.</w:t>
      </w:r>
    </w:p>
    <w:p>
      <w:pPr>
        <w:jc w:val="right"/>
      </w:pPr>
      <w:r>
        <w:t>تو انہوں نے بھی جو پاکٹ سائز قرآن بہت پسند کیا اور کہا کہ یہ ہمیں بھیجیے۔</w:t>
      </w:r>
    </w:p>
    <w:p>
      <w:r>
        <w:rPr>
          <w:b/>
        </w:rPr>
        <w:t xml:space="preserve">[53:36] </w:t>
      </w:r>
      <w:r>
        <w:t>aur wahan masjid mein tourist bhi atay hain.</w:t>
      </w:r>
    </w:p>
    <w:p>
      <w:pPr>
        <w:jc w:val="right"/>
      </w:pPr>
      <w:r>
        <w:t>اور وہاں مسجد میں ٹورسٹ بھی آتے ہیں۔</w:t>
      </w:r>
    </w:p>
    <w:p>
      <w:r>
        <w:rPr>
          <w:b/>
        </w:rPr>
        <w:t xml:space="preserve">[53:39] </w:t>
      </w:r>
      <w:r>
        <w:t>chounkay boht bari masjid hai.</w:t>
      </w:r>
    </w:p>
    <w:p>
      <w:pPr>
        <w:jc w:val="right"/>
      </w:pPr>
      <w:r>
        <w:t>چونکہ بہت بڑی مسجد ہے۔</w:t>
      </w:r>
    </w:p>
    <w:p>
      <w:r>
        <w:rPr>
          <w:b/>
        </w:rPr>
        <w:t xml:space="preserve">[53:41] </w:t>
      </w:r>
      <w:r>
        <w:t>mein jab tha us waqt bhi kuch local log wahan aaye hue thay.</w:t>
      </w:r>
    </w:p>
    <w:p>
      <w:pPr>
        <w:jc w:val="right"/>
      </w:pPr>
      <w:r>
        <w:t>میں جب تھا اس وقت بھی کچھ لوکل لوگ وہاں آئے ہوئے تھے۔</w:t>
      </w:r>
    </w:p>
    <w:p>
      <w:r>
        <w:rPr>
          <w:b/>
        </w:rPr>
        <w:t xml:space="preserve">[53:47] </w:t>
      </w:r>
      <w:r>
        <w:t>aur un woh un ko dikha rahe thay book store waghera.</w:t>
      </w:r>
    </w:p>
    <w:p>
      <w:pPr>
        <w:jc w:val="right"/>
      </w:pPr>
      <w:r>
        <w:t>اور ان وہ ان کو دکھا رہے تھے بک سٹور وغیرہ۔</w:t>
      </w:r>
    </w:p>
    <w:p>
      <w:r>
        <w:rPr>
          <w:b/>
        </w:rPr>
        <w:t xml:space="preserve">[53:51] </w:t>
      </w:r>
      <w:r>
        <w:t>to is tareeqay say Finland mein aah umeed hai kay inshallah agar yeh Finnish translation Quran ka</w:t>
      </w:r>
    </w:p>
    <w:p>
      <w:pPr>
        <w:jc w:val="right"/>
      </w:pPr>
      <w:r>
        <w:t>تو اس طریقے سے فن لینڈ میں آہ امید ہے کہ انشاءاللہ اگر یہ فنش ٹرانسلیشن قرآن کا</w:t>
      </w:r>
    </w:p>
    <w:p>
      <w:r>
        <w:rPr>
          <w:b/>
        </w:rPr>
        <w:t xml:space="preserve">[53:59] </w:t>
      </w:r>
      <w:r>
        <w:t>aa jata hai aur jo yeh booklets waghera translate ho jati hain to inshallah wahan par kuch aah</w:t>
      </w:r>
    </w:p>
    <w:p>
      <w:pPr>
        <w:jc w:val="right"/>
      </w:pPr>
      <w:r>
        <w:t>آ جاتا ہے اور جو یہ بکلیٹس وغیرہ ٹرانسلیٹ ہو جاتی ہیں تو انشاءاللہ وہاں پر کچھ آہ</w:t>
      </w:r>
    </w:p>
    <w:p>
      <w:r>
        <w:rPr>
          <w:b/>
        </w:rPr>
        <w:t xml:space="preserve">[54:07] </w:t>
      </w:r>
      <w:r>
        <w:t>dawati kaam honay ka imkan hai.</w:t>
      </w:r>
    </w:p>
    <w:p>
      <w:pPr>
        <w:jc w:val="right"/>
      </w:pPr>
      <w:r>
        <w:t>دعوتی کام ہونے کا امکان ہے۔</w:t>
      </w:r>
    </w:p>
    <w:p>
      <w:r>
        <w:rPr>
          <w:b/>
        </w:rPr>
        <w:t xml:space="preserve">[54:09] </w:t>
      </w:r>
      <w:r>
        <w:t>phir is kay baad mein Sweden gaya Stockholm.</w:t>
      </w:r>
    </w:p>
    <w:p>
      <w:pPr>
        <w:jc w:val="right"/>
      </w:pPr>
      <w:r>
        <w:t>پھر اس کے بعد میں سویڈن گیا اسٹاک ہوم۔</w:t>
      </w:r>
    </w:p>
    <w:p>
      <w:r>
        <w:rPr>
          <w:b/>
        </w:rPr>
        <w:t xml:space="preserve">[54:13] </w:t>
      </w:r>
      <w:r>
        <w:t>wahan aik boht bari masjid hai jis ko kehtay hain grand mosque of Stockholm.</w:t>
      </w:r>
    </w:p>
    <w:p>
      <w:pPr>
        <w:jc w:val="right"/>
      </w:pPr>
      <w:r>
        <w:t>وہاں ایک بہت بڑی مسجد ہے جس کو کہتے ہیں گرینڈ ماسک آف اسٹاک ہوم۔</w:t>
      </w:r>
    </w:p>
    <w:p>
      <w:r>
        <w:rPr>
          <w:b/>
        </w:rPr>
        <w:t xml:space="preserve">[54:20] </w:t>
      </w:r>
      <w:r>
        <w:t>to wahan aah jab mein gaya to imam imam sahib say mulaqat hui woh Egypt kay thay.</w:t>
      </w:r>
    </w:p>
    <w:p>
      <w:pPr>
        <w:jc w:val="right"/>
      </w:pPr>
      <w:r>
        <w:t>تو وہاں آہ جب میں گیا تو امام امام صاحب سے ملاقات ہوئی وہ ایجپٹ کے تھے۔</w:t>
      </w:r>
    </w:p>
    <w:p>
      <w:r>
        <w:rPr>
          <w:b/>
        </w:rPr>
        <w:t xml:space="preserve">[54:27] </w:t>
      </w:r>
      <w:r>
        <w:t>un ka naam tha Mahmood Khalfi.</w:t>
      </w:r>
    </w:p>
    <w:p>
      <w:pPr>
        <w:jc w:val="right"/>
      </w:pPr>
      <w:r>
        <w:t>ان کا نام تھا محمود خلفی۔</w:t>
      </w:r>
    </w:p>
    <w:p>
      <w:r>
        <w:rPr>
          <w:b/>
        </w:rPr>
        <w:t xml:space="preserve">[54:30] </w:t>
      </w:r>
      <w:r>
        <w:t>to jab mein nay bataya kay mein wahan say aaya hoon aur Maulana ka naam liya to boht</w:t>
      </w:r>
    </w:p>
    <w:p>
      <w:pPr>
        <w:jc w:val="right"/>
      </w:pPr>
      <w:r>
        <w:t>تو جب میں نے بتایا کہ میں وہاں سے آیا ہوں اور مولانا کا نام لیا تو بہت</w:t>
      </w:r>
    </w:p>
    <w:p>
      <w:r>
        <w:rPr>
          <w:b/>
        </w:rPr>
        <w:t xml:space="preserve">[54:37] </w:t>
      </w:r>
      <w:r>
        <w:t>hi khush ho gaye.</w:t>
      </w:r>
    </w:p>
    <w:p>
      <w:pPr>
        <w:jc w:val="right"/>
      </w:pPr>
      <w:r>
        <w:t>ہی خوش ہو گئے۔</w:t>
      </w:r>
    </w:p>
    <w:p>
      <w:r>
        <w:rPr>
          <w:b/>
        </w:rPr>
        <w:t xml:space="preserve">[54:39] </w:t>
      </w:r>
      <w:r>
        <w:t>chounkay unhonay unhonay bataya kay mein nay bachpan mein Maulana ki ki kitab parhi thi Islam</w:t>
      </w:r>
    </w:p>
    <w:p>
      <w:pPr>
        <w:jc w:val="right"/>
      </w:pPr>
      <w:r>
        <w:t>چونکہ انہوں نے انہوں نے بتایا کہ میں نے بچپن میں مولانا کی کی کتاب پڑھی تھی الاسلام</w:t>
      </w:r>
    </w:p>
    <w:p>
      <w:r>
        <w:rPr>
          <w:b/>
        </w:rPr>
        <w:t xml:space="preserve">[54:47] </w:t>
      </w:r>
      <w:r>
        <w:t>Yat'hda aur mujhe boht faida is say hua tha.</w:t>
      </w:r>
    </w:p>
    <w:p>
      <w:pPr>
        <w:jc w:val="right"/>
      </w:pPr>
      <w:r>
        <w:t>یتحدہ اور مجھے بہت فائدہ اس سے ہوا تھا۔</w:t>
      </w:r>
    </w:p>
    <w:p>
      <w:r>
        <w:rPr>
          <w:b/>
        </w:rPr>
        <w:t xml:space="preserve">[54:51] </w:t>
      </w:r>
      <w:r>
        <w:t>hum discussion kartay thay isi book kay oper.</w:t>
      </w:r>
    </w:p>
    <w:p>
      <w:pPr>
        <w:jc w:val="right"/>
      </w:pPr>
      <w:r>
        <w:t>ہم ڈسکشن کرتے تھے اسی بک کے اوپر۔</w:t>
      </w:r>
    </w:p>
    <w:p>
      <w:r>
        <w:rPr>
          <w:b/>
        </w:rPr>
        <w:t xml:space="preserve">[54:54] </w:t>
      </w:r>
      <w:r>
        <w:t>to boht hi khush huay woh.</w:t>
      </w:r>
    </w:p>
    <w:p>
      <w:pPr>
        <w:jc w:val="right"/>
      </w:pPr>
      <w:r>
        <w:t>تو بہت ہی خوش ہوئے وہ۔</w:t>
      </w:r>
    </w:p>
    <w:p>
      <w:r>
        <w:rPr>
          <w:b/>
        </w:rPr>
        <w:t xml:space="preserve">[54:57] </w:t>
      </w:r>
      <w:r>
        <w:t>to woh aik boht hi bari masjid thi, boht hi aali shaan, boht shandar aur boht hi umda</w:t>
      </w:r>
    </w:p>
    <w:p>
      <w:pPr>
        <w:jc w:val="right"/>
      </w:pPr>
      <w:r>
        <w:t>تو وہ ایک بہت ہی بڑی مسجد تھی، بہت ہی عالی شان، بہت شاندار اور بہت ہی عمدہ</w:t>
      </w:r>
    </w:p>
    <w:p>
      <w:r>
        <w:rPr>
          <w:b/>
        </w:rPr>
        <w:t xml:space="preserve">[55:04] </w:t>
      </w:r>
      <w:r>
        <w:t>qism ki.</w:t>
      </w:r>
    </w:p>
    <w:p>
      <w:pPr>
        <w:jc w:val="right"/>
      </w:pPr>
      <w:r>
        <w:t>قسم کی۔</w:t>
      </w:r>
    </w:p>
    <w:p>
      <w:r>
        <w:rPr>
          <w:b/>
        </w:rPr>
        <w:t xml:space="preserve">[55:06] </w:t>
      </w:r>
      <w:r>
        <w:t>to woh unhonay bataya kay wahan taqreeban pandrah hazar tourist saal mein atay hain.</w:t>
      </w:r>
    </w:p>
    <w:p>
      <w:pPr>
        <w:jc w:val="right"/>
      </w:pPr>
      <w:r>
        <w:t>تو وہ انہوں نے بتایا کہ وہاں تقریباً پندرہ ہزار ٹورسٹ سال میں آتے ہیں۔</w:t>
      </w:r>
    </w:p>
    <w:p>
      <w:r>
        <w:rPr>
          <w:b/>
        </w:rPr>
        <w:t xml:space="preserve">[55:12] </w:t>
      </w:r>
      <w:r>
        <w:t>mein jab wahan par tha usi waqt aik group aaya taqreeban pachis tees logon ka jo local log</w:t>
      </w:r>
    </w:p>
    <w:p>
      <w:pPr>
        <w:jc w:val="right"/>
      </w:pPr>
      <w:r>
        <w:t>میں جب وہاں پر تھا اسی وقت ایک گروپ آیا تقریباً پچیس تیس لوگوں کا جو لوکل لوگ</w:t>
      </w:r>
    </w:p>
    <w:p>
      <w:r>
        <w:rPr>
          <w:b/>
        </w:rPr>
        <w:t xml:space="preserve">[55:20] </w:t>
      </w:r>
      <w:r>
        <w:t>thay.</w:t>
      </w:r>
    </w:p>
    <w:p>
      <w:pPr>
        <w:jc w:val="right"/>
      </w:pPr>
      <w:r>
        <w:t>تھے۔</w:t>
      </w:r>
    </w:p>
    <w:p>
      <w:r>
        <w:rPr>
          <w:b/>
        </w:rPr>
        <w:t xml:space="preserve">[55:21] </w:t>
      </w:r>
      <w:r>
        <w:t>mostly is mein nojawan thay, mard aur aurat.</w:t>
      </w:r>
    </w:p>
    <w:p>
      <w:pPr>
        <w:jc w:val="right"/>
      </w:pPr>
      <w:r>
        <w:t>موسٹلی اس میں نوجوان تھے، مرد اور عورت۔</w:t>
      </w:r>
    </w:p>
    <w:p>
      <w:r>
        <w:rPr>
          <w:b/>
        </w:rPr>
        <w:t xml:space="preserve">[55:25] </w:t>
      </w:r>
      <w:r>
        <w:t>to woh aah un woh log chahtay hain kay ja kay dainkhain masjid mein aik experience karain kay</w:t>
      </w:r>
    </w:p>
    <w:p>
      <w:pPr>
        <w:jc w:val="right"/>
      </w:pPr>
      <w:r>
        <w:t>تو وہ آہ ان وہ لوگ چاہتے ہیں کہ جا کے دیکھیں مسجد میں ایک ایکسپیرئینس کریں کہ</w:t>
      </w:r>
    </w:p>
    <w:p>
      <w:r>
        <w:rPr>
          <w:b/>
        </w:rPr>
        <w:t xml:space="preserve">[55:33] </w:t>
      </w:r>
      <w:r>
        <w:t>kya worship hai, kay kaisay Islam ki aur batain jannay.</w:t>
      </w:r>
    </w:p>
    <w:p>
      <w:pPr>
        <w:jc w:val="right"/>
      </w:pPr>
      <w:r>
        <w:t>کیا ورشپ ہے، کہ کیسے اسلام کی اور باتیں جانیں۔</w:t>
      </w:r>
    </w:p>
    <w:p>
      <w:r>
        <w:rPr>
          <w:b/>
        </w:rPr>
        <w:t xml:space="preserve">[55:37] </w:t>
      </w:r>
      <w:r>
        <w:t>to wahan unhonay mein bhi is kay group kay sath ho gaya to woh lay gaye pehlay</w:t>
      </w:r>
    </w:p>
    <w:p>
      <w:pPr>
        <w:jc w:val="right"/>
      </w:pPr>
      <w:r>
        <w:t>تو وہاں انہوں نے میں بھی اس کے گروپ کے ساتھ ہو گیا تو وہ لے گئے پہلے</w:t>
      </w:r>
    </w:p>
    <w:p>
      <w:r>
        <w:rPr>
          <w:b/>
        </w:rPr>
        <w:t xml:space="preserve">[55:45] </w:t>
      </w:r>
      <w:r>
        <w:t>masjid mein jahan namaz parhte hain wahan kuch bataya.</w:t>
      </w:r>
    </w:p>
    <w:p>
      <w:pPr>
        <w:jc w:val="right"/>
      </w:pPr>
      <w:r>
        <w:t>مسجد میں جہاں نماز پڑھتے ہیں وہاں کچھ بتایا۔</w:t>
      </w:r>
    </w:p>
    <w:p>
      <w:r>
        <w:rPr>
          <w:b/>
        </w:rPr>
        <w:t xml:space="preserve">[55:48] </w:t>
      </w:r>
      <w:r>
        <w:t>aah aur phir ek hall tha oopar, wahan le ke gaye, wahan par lecture diya aur kuch cheezen</w:t>
      </w:r>
    </w:p>
    <w:p>
      <w:pPr>
        <w:jc w:val="right"/>
      </w:pPr>
      <w:r>
        <w:t>آہ اور پھر ایک ہال تھا اوپر، وہاں لے کے گئے، وہاں پر لیکچر دیا اور کچھ چیزیں</w:t>
      </w:r>
    </w:p>
    <w:p>
      <w:r>
        <w:rPr>
          <w:b/>
        </w:rPr>
        <w:t xml:space="preserve">[55:56] </w:t>
      </w:r>
      <w:r>
        <w:t>dikhain un ko.</w:t>
      </w:r>
    </w:p>
    <w:p>
      <w:pPr>
        <w:jc w:val="right"/>
      </w:pPr>
      <w:r>
        <w:t>دکھائیں ان کو۔</w:t>
      </w:r>
    </w:p>
    <w:p>
      <w:r>
        <w:rPr>
          <w:b/>
        </w:rPr>
        <w:t xml:space="preserve">[55:58] </w:t>
      </w:r>
      <w:r>
        <w:t>to lekin un ke paas bhi quran swedish language mein nahi tha dene ke liye.</w:t>
      </w:r>
    </w:p>
    <w:p>
      <w:pPr>
        <w:jc w:val="right"/>
      </w:pPr>
      <w:r>
        <w:t>تو لیکن ان کے پاس بھی قرآن سویڈش لینگویج میں نہیں تھا دینے کے لیے۔</w:t>
      </w:r>
    </w:p>
    <w:p>
      <w:r>
        <w:rPr>
          <w:b/>
        </w:rPr>
        <w:t xml:space="preserve">[56:04] </w:t>
      </w:r>
      <w:r>
        <w:t>aah kuch aur choti moti cheezen theen.</w:t>
      </w:r>
    </w:p>
    <w:p>
      <w:pPr>
        <w:jc w:val="right"/>
      </w:pPr>
      <w:r>
        <w:t>آہ کچھ اور چھوٹی موٹی چیزیں تھیں۔</w:t>
      </w:r>
    </w:p>
    <w:p>
      <w:r>
        <w:rPr>
          <w:b/>
        </w:rPr>
        <w:t xml:space="preserve">[56:07] </w:t>
      </w:r>
      <w:r>
        <w:t>to yeh jo imam thay mahmood khalfi unhon ne kaha ke humein quran ki bohat zaroorat hai balkay</w:t>
      </w:r>
    </w:p>
    <w:p>
      <w:pPr>
        <w:jc w:val="right"/>
      </w:pPr>
      <w:r>
        <w:t>تو یہ جو امام تھے محمود خلفی انہوں نے کہا کہ ہمیں قرآن کی بہت ضرورت ہے بلکہ</w:t>
      </w:r>
    </w:p>
    <w:p>
      <w:r>
        <w:rPr>
          <w:b/>
        </w:rPr>
        <w:t xml:space="preserve">[56:15] </w:t>
      </w:r>
      <w:r>
        <w:t>unhon ne yahan tak kaha ke aap english ka hi quran bhej dijiye.</w:t>
      </w:r>
    </w:p>
    <w:p>
      <w:pPr>
        <w:jc w:val="right"/>
      </w:pPr>
      <w:r>
        <w:t>انہوں نے یہاں تک کہا کہ آپ انگلش کا ہی قرآن بھیج دیجیے۔</w:t>
      </w:r>
    </w:p>
    <w:p>
      <w:r>
        <w:rPr>
          <w:b/>
        </w:rPr>
        <w:t xml:space="preserve">[56:20] </w:t>
      </w:r>
      <w:r>
        <w:t>swedish ka quran aah hasil nahi ho saka.</w:t>
      </w:r>
    </w:p>
    <w:p>
      <w:pPr>
        <w:jc w:val="right"/>
      </w:pPr>
      <w:r>
        <w:t>سویڈش کا قرآن آہ حاصل نہیں ہو سکا۔</w:t>
      </w:r>
    </w:p>
    <w:p>
      <w:r>
        <w:rPr>
          <w:b/>
        </w:rPr>
        <w:t xml:space="preserve">[56:24] </w:t>
      </w:r>
      <w:r>
        <w:t>aah wahan par unhon ne dikhaya ek quran jo swedish ka tha.</w:t>
      </w:r>
    </w:p>
    <w:p>
      <w:pPr>
        <w:jc w:val="right"/>
      </w:pPr>
      <w:r>
        <w:t>آہ وہاں پر انہوں نے دکھایا ایک قرآن جو سویڈش کا تھا۔</w:t>
      </w:r>
    </w:p>
    <w:p>
      <w:r>
        <w:rPr>
          <w:b/>
        </w:rPr>
        <w:t xml:space="preserve">[56:29] </w:t>
      </w:r>
      <w:r>
        <w:t>yeh muhammad asad ka translation tha.</w:t>
      </w:r>
    </w:p>
    <w:p>
      <w:pPr>
        <w:jc w:val="right"/>
      </w:pPr>
      <w:r>
        <w:t>یہ محمد اسد کا ٹرانسلیشن تھا۔</w:t>
      </w:r>
    </w:p>
    <w:p>
      <w:r>
        <w:rPr>
          <w:b/>
        </w:rPr>
        <w:t xml:space="preserve">[56:31] </w:t>
      </w:r>
      <w:r>
        <w:t>aur bohat hi aah bara with commentary aah kafi baray size mein hard bound aah size mein tha.</w:t>
      </w:r>
    </w:p>
    <w:p>
      <w:pPr>
        <w:jc w:val="right"/>
      </w:pPr>
      <w:r>
        <w:t>اور بہت ہی آہ بڑا ود کمنٹری آہ کافی بڑے سائز میں ہارٹ باؤنڈ آہ سائز میں تھا۔</w:t>
      </w:r>
    </w:p>
    <w:p>
      <w:r>
        <w:rPr>
          <w:b/>
        </w:rPr>
        <w:t xml:space="preserve">[56:39] </w:t>
      </w:r>
      <w:r>
        <w:t>to aah mein ne un se kaha ke kisi tareeqay se humein aap swedish translation dilwaiye.</w:t>
      </w:r>
    </w:p>
    <w:p>
      <w:pPr>
        <w:jc w:val="right"/>
      </w:pPr>
      <w:r>
        <w:t>تو آہ میں نے ان سے کہا کہ کسی طریقے سے ہمیں آپ سویڈش ٹرانسلیشن دلوائیے۔</w:t>
      </w:r>
    </w:p>
    <w:p>
      <w:r>
        <w:rPr>
          <w:b/>
        </w:rPr>
        <w:t xml:space="preserve">[56:46] </w:t>
      </w:r>
      <w:r>
        <w:t>to unhon ne baat ki kisi se jis ke paas ek swedish translation hai.</w:t>
      </w:r>
    </w:p>
    <w:p>
      <w:pPr>
        <w:jc w:val="right"/>
      </w:pPr>
      <w:r>
        <w:t>تو انہوں نے بات کی کسی سے جس کے پاس ایک سویڈش ٹرانسلیشن ہے۔</w:t>
      </w:r>
    </w:p>
    <w:p>
      <w:r>
        <w:rPr>
          <w:b/>
        </w:rPr>
        <w:t xml:space="preserve">[56:52] </w:t>
      </w:r>
      <w:r>
        <w:t>aur umeed hai ke shayad woh mil jaye to us ko bhi hum aah publish karein ge.</w:t>
      </w:r>
    </w:p>
    <w:p>
      <w:pPr>
        <w:jc w:val="right"/>
      </w:pPr>
      <w:r>
        <w:t>اور امید ہے کہ شاید وہ مل جائے تو اس کو بھی ہم آہ پبلش کریں گے۔</w:t>
      </w:r>
    </w:p>
    <w:p>
      <w:r>
        <w:rPr>
          <w:b/>
        </w:rPr>
        <w:t xml:space="preserve">[56:59] </w:t>
      </w:r>
      <w:r>
        <w:t>aur wahan bhejenge.</w:t>
      </w:r>
    </w:p>
    <w:p>
      <w:pPr>
        <w:jc w:val="right"/>
      </w:pPr>
      <w:r>
        <w:t>اور وہاں بھیجیں گے۔</w:t>
      </w:r>
    </w:p>
    <w:p>
      <w:r>
        <w:rPr>
          <w:b/>
        </w:rPr>
        <w:t xml:space="preserve">[57:01] </w:t>
      </w:r>
      <w:r>
        <w:t>swedish aur yeh jo finnish aur norwegian language hai taqreeban milti julti hai.</w:t>
      </w:r>
    </w:p>
    <w:p>
      <w:pPr>
        <w:jc w:val="right"/>
      </w:pPr>
      <w:r>
        <w:t>سویڈش اور یہ جو فنش اور نارویجین لینگویج ہے تقریباً ملتی جلتی ہے۔</w:t>
      </w:r>
    </w:p>
    <w:p>
      <w:r>
        <w:rPr>
          <w:b/>
        </w:rPr>
        <w:t xml:space="preserve">[57:07] </w:t>
      </w:r>
      <w:r>
        <w:t>agar ek zaban mein tarjuma ho jaye to baqi zabanon mein bohat aasan hai translation.</w:t>
      </w:r>
    </w:p>
    <w:p>
      <w:pPr>
        <w:jc w:val="right"/>
      </w:pPr>
      <w:r>
        <w:t>اگر ایک زبان میں ترجمہ ہو جائے تو باقی زبانوں میں بہت آسان ہے ٹرانسلیشن۔</w:t>
      </w:r>
    </w:p>
    <w:p>
      <w:r>
        <w:rPr>
          <w:b/>
        </w:rPr>
        <w:t xml:space="preserve">[57:13] </w:t>
      </w:r>
      <w:r>
        <w:t>wahan kuch aur logon se mulaqat hui jo shaikh turkumani ke saathi thay chounkay shaikh turkumani wahan rehte</w:t>
      </w:r>
    </w:p>
    <w:p>
      <w:pPr>
        <w:jc w:val="right"/>
      </w:pPr>
      <w:r>
        <w:t>وہاں کچھ اور لوگوں سے ملاقات ہوئی جو شیخ ترکمانی کے ساتھی تھے چونکہ شیخ ترکمانی وہاں رہتے</w:t>
      </w:r>
    </w:p>
    <w:p>
      <w:r>
        <w:rPr>
          <w:b/>
        </w:rPr>
        <w:t xml:space="preserve">[57:21] </w:t>
      </w:r>
      <w:r>
        <w:t>thay sweden mein.</w:t>
      </w:r>
    </w:p>
    <w:p>
      <w:pPr>
        <w:jc w:val="right"/>
      </w:pPr>
      <w:r>
        <w:t>تھے سویڈن میں۔</w:t>
      </w:r>
    </w:p>
    <w:p>
      <w:r>
        <w:rPr>
          <w:b/>
        </w:rPr>
        <w:t xml:space="preserve">[57:22] </w:t>
      </w:r>
      <w:r>
        <w:t>to mein ne un se zikr kiya tha to unhon ne mujhe kuch logon ka naam bataya tha.</w:t>
      </w:r>
    </w:p>
    <w:p>
      <w:pPr>
        <w:jc w:val="right"/>
      </w:pPr>
      <w:r>
        <w:t>تو میں نے ان سے ذکر کیا تھا تو انہوں نے مجھے کچھ لوگوں کا نام بتایا تھا۔</w:t>
      </w:r>
    </w:p>
    <w:p>
      <w:r>
        <w:rPr>
          <w:b/>
        </w:rPr>
        <w:t xml:space="preserve">[57:30] </w:t>
      </w:r>
      <w:r>
        <w:t>jis mein se ek sahab thay jibreel fouder.</w:t>
      </w:r>
    </w:p>
    <w:p>
      <w:pPr>
        <w:jc w:val="right"/>
      </w:pPr>
      <w:r>
        <w:t>جس میں سے ایک صاحب تھے جبریل فوڈر۔</w:t>
      </w:r>
    </w:p>
    <w:p>
      <w:r>
        <w:rPr>
          <w:b/>
        </w:rPr>
        <w:t xml:space="preserve">[57:33] </w:t>
      </w:r>
      <w:r>
        <w:t>yeh swedish thay aah swedish convert.</w:t>
      </w:r>
    </w:p>
    <w:p>
      <w:pPr>
        <w:jc w:val="right"/>
      </w:pPr>
      <w:r>
        <w:t>یہ سویڈش تھے آہ سویڈش کنورٹ۔</w:t>
      </w:r>
    </w:p>
    <w:p>
      <w:r>
        <w:rPr>
          <w:b/>
        </w:rPr>
        <w:t xml:space="preserve">[57:36] </w:t>
      </w:r>
      <w:r>
        <w:t>aur ek aur sahab thay haitham zain.</w:t>
      </w:r>
    </w:p>
    <w:p>
      <w:pPr>
        <w:jc w:val="right"/>
      </w:pPr>
      <w:r>
        <w:t>اور ایک اور صاحب تھے حیثم زین۔</w:t>
      </w:r>
    </w:p>
    <w:p>
      <w:r>
        <w:rPr>
          <w:b/>
        </w:rPr>
        <w:t xml:space="preserve">[57:39] </w:t>
      </w:r>
      <w:r>
        <w:t>to yeh jo aah jibreel fouder thay yeh journalist hain.</w:t>
      </w:r>
    </w:p>
    <w:p>
      <w:pPr>
        <w:jc w:val="right"/>
      </w:pPr>
      <w:r>
        <w:t>تو یہ جو آہ جبریل فوڈر تھے یہ جرنلسٹ ہیں۔</w:t>
      </w:r>
    </w:p>
    <w:p>
      <w:r>
        <w:rPr>
          <w:b/>
        </w:rPr>
        <w:t xml:space="preserve">[57:43] </w:t>
      </w:r>
      <w:r>
        <w:t>aah column un ka aata hai wahan ke swedish akhbar mein.</w:t>
      </w:r>
    </w:p>
    <w:p>
      <w:pPr>
        <w:jc w:val="right"/>
      </w:pPr>
      <w:r>
        <w:t>آہ کالم ان کا آتا ہے وہاں کے سویڈش اخبار میں۔</w:t>
      </w:r>
    </w:p>
    <w:p>
      <w:r>
        <w:rPr>
          <w:b/>
        </w:rPr>
        <w:t xml:space="preserve">[57:48] </w:t>
      </w:r>
      <w:r>
        <w:t>to yeh Maulana ki jo thought hai political interpretation of Islam is se bohat متاثر hue the.</w:t>
      </w:r>
    </w:p>
    <w:p>
      <w:pPr>
        <w:jc w:val="right"/>
      </w:pPr>
      <w:r>
        <w:t>تو یہ مولانا کی جو تھاٹ ہے پولیٹیکل انٹرپریٹیشن آف اسلام اس سے بہت متاثر تھے۔</w:t>
      </w:r>
    </w:p>
    <w:p>
      <w:r>
        <w:rPr>
          <w:b/>
        </w:rPr>
        <w:t xml:space="preserve">[57:55] </w:t>
      </w:r>
      <w:r>
        <w:t>aur unhon ne wahan par kuch akhbaron mein mazameen bhi likhe.</w:t>
      </w:r>
    </w:p>
    <w:p>
      <w:pPr>
        <w:jc w:val="right"/>
      </w:pPr>
      <w:r>
        <w:t>اور انہوں نے وہاں پر کچھ اخباروں میں مضامین بھی لکھے۔</w:t>
      </w:r>
    </w:p>
    <w:p>
      <w:r>
        <w:rPr>
          <w:b/>
        </w:rPr>
        <w:t xml:space="preserve">[58:00] </w:t>
      </w:r>
      <w:r>
        <w:t>jo bohat hi maqbool hue batate the woh.</w:t>
      </w:r>
    </w:p>
    <w:p>
      <w:pPr>
        <w:jc w:val="right"/>
      </w:pPr>
      <w:r>
        <w:t>جو بہت ہی مقبول ہوئے بتاتے تھے وہ۔</w:t>
      </w:r>
    </w:p>
    <w:p>
      <w:r>
        <w:rPr>
          <w:b/>
        </w:rPr>
        <w:t xml:space="preserve">[58:03] </w:t>
      </w:r>
      <w:r>
        <w:t>to woh aur Haitham Zain se baat cheet hui aur kuch jaghon pe jana hua.</w:t>
      </w:r>
    </w:p>
    <w:p>
      <w:pPr>
        <w:jc w:val="right"/>
      </w:pPr>
      <w:r>
        <w:t>تو وہ اور حیثم زین سے بات چیت ہوئی اور کچھ جگہوں پہ جانا ہوا۔</w:t>
      </w:r>
    </w:p>
    <w:p>
      <w:r>
        <w:rPr>
          <w:b/>
        </w:rPr>
        <w:t xml:space="preserve">[58:09] </w:t>
      </w:r>
      <w:r>
        <w:t>to Haitham ah Zain ah jo ke Syrian the unhon ne kaha ke mere kuch janne wale hain</w:t>
      </w:r>
    </w:p>
    <w:p>
      <w:pPr>
        <w:jc w:val="right"/>
      </w:pPr>
      <w:r>
        <w:t>تو حیثم آہ زین آہ جو کہ سیرین تھے انہوں نے کہا کہ میرے کچھ جاننے والے ہیں</w:t>
      </w:r>
    </w:p>
    <w:p>
      <w:r>
        <w:rPr>
          <w:b/>
        </w:rPr>
        <w:t xml:space="preserve">[58:17] </w:t>
      </w:r>
      <w:r>
        <w:t>jo Quran ka translation kar rahe hain.</w:t>
      </w:r>
    </w:p>
    <w:p>
      <w:pPr>
        <w:jc w:val="right"/>
      </w:pPr>
      <w:r>
        <w:t>جو قرآن کا ٹرانسلیشن کر رہے ہیں۔</w:t>
      </w:r>
    </w:p>
    <w:p>
      <w:r>
        <w:rPr>
          <w:b/>
        </w:rPr>
        <w:t xml:space="preserve">[58:20] </w:t>
      </w:r>
      <w:r>
        <w:t>lekin un se jaldi mein baat nahi ho saki, mulaqat nahi ho saki.</w:t>
      </w:r>
    </w:p>
    <w:p>
      <w:pPr>
        <w:jc w:val="right"/>
      </w:pPr>
      <w:r>
        <w:t>لیکن ان سے جلدی میں بات نہیں ہو سکی، ملاقات نہیں ہو سکی۔</w:t>
      </w:r>
    </w:p>
    <w:p>
      <w:r>
        <w:rPr>
          <w:b/>
        </w:rPr>
        <w:t xml:space="preserve">[58:26] </w:t>
      </w:r>
      <w:r>
        <w:t>to unhon ne kaha ke mein inshallah ah Swedish translation aap ko bhijwaunga.</w:t>
      </w:r>
    </w:p>
    <w:p>
      <w:pPr>
        <w:jc w:val="right"/>
      </w:pPr>
      <w:r>
        <w:t>تو انہوں نے کہا کہ میں انشاءاللہ آہ سویڈش ٹرانسلیشن آپ کو بھجواؤں گا۔</w:t>
      </w:r>
    </w:p>
    <w:p>
      <w:r>
        <w:rPr>
          <w:b/>
        </w:rPr>
        <w:t xml:space="preserve">[58:32] </w:t>
      </w:r>
      <w:r>
        <w:t>chunki wahan bohat zaroorat hui, zaroorat mehsoos hui khas toor se masjid ke andar.</w:t>
      </w:r>
    </w:p>
    <w:p>
      <w:pPr>
        <w:jc w:val="right"/>
      </w:pPr>
      <w:r>
        <w:t>چونکہ وہاں بہت ضرورت ہوئی، ضرورت محسوس ہوئی خاص طور سے مسجد کے اندر۔</w:t>
      </w:r>
    </w:p>
    <w:p>
      <w:r>
        <w:rPr>
          <w:b/>
        </w:rPr>
        <w:t xml:space="preserve">[58:38] </w:t>
      </w:r>
      <w:r>
        <w:t>chunki wahan log aate hain aur woh bohat achi jagah hai jahan tourist aa rahe hain aur dekh</w:t>
      </w:r>
    </w:p>
    <w:p>
      <w:pPr>
        <w:jc w:val="right"/>
      </w:pPr>
      <w:r>
        <w:t>چونکہ وہاں لوگ آتے ہیں اور وہ بہت اچھی جگہ ہے جہاں ٹورسٹ آ رہے ہیں اور دیکھ</w:t>
      </w:r>
    </w:p>
    <w:p>
      <w:r>
        <w:rPr>
          <w:b/>
        </w:rPr>
        <w:t xml:space="preserve">[58:45] </w:t>
      </w:r>
      <w:r>
        <w:t>rahe hain masjid ko aur Islam ke bare mein jaan janna chahte hain to wahan par Quran maujood</w:t>
      </w:r>
    </w:p>
    <w:p>
      <w:pPr>
        <w:jc w:val="right"/>
      </w:pPr>
      <w:r>
        <w:t>رہے ہیں مسجد کو اور اسلام کے بارے میں جان جاننا چاہتے ہیں تو وہاں پر قرآن موجود</w:t>
      </w:r>
    </w:p>
    <w:p>
      <w:r>
        <w:rPr>
          <w:b/>
        </w:rPr>
        <w:t xml:space="preserve">[58:53] </w:t>
      </w:r>
      <w:r>
        <w:t>hona chahiye.</w:t>
      </w:r>
    </w:p>
    <w:p>
      <w:pPr>
        <w:jc w:val="right"/>
      </w:pPr>
      <w:r>
        <w:t>ہونا چاہیے۔</w:t>
      </w:r>
    </w:p>
    <w:p>
      <w:r>
        <w:rPr>
          <w:b/>
        </w:rPr>
        <w:t xml:space="preserve">[58:55] </w:t>
      </w:r>
      <w:r>
        <w:t>phir is ke baad wahan se mein ah Norway gaya Oslo.</w:t>
      </w:r>
    </w:p>
    <w:p>
      <w:pPr>
        <w:jc w:val="right"/>
      </w:pPr>
      <w:r>
        <w:t>پھر اس کے بعد وہاں سے میں آہ ناروے گیا اوسلو۔</w:t>
      </w:r>
    </w:p>
    <w:p>
      <w:r>
        <w:rPr>
          <w:b/>
        </w:rPr>
        <w:t xml:space="preserve">[58:59] </w:t>
      </w:r>
      <w:r>
        <w:t>aur wahan ek center mein jane ka ittefaq hua.</w:t>
      </w:r>
    </w:p>
    <w:p>
      <w:pPr>
        <w:jc w:val="right"/>
      </w:pPr>
      <w:r>
        <w:t>اور وہاں ایک سینٹر میں جانے کا اتفاق ہوا۔</w:t>
      </w:r>
    </w:p>
    <w:p>
      <w:r>
        <w:rPr>
          <w:b/>
        </w:rPr>
        <w:t xml:space="preserve">[59:03] </w:t>
      </w:r>
      <w:r>
        <w:t>jis ka naam hai Islamic Cultural Center Norway.</w:t>
      </w:r>
    </w:p>
    <w:p>
      <w:pPr>
        <w:jc w:val="right"/>
      </w:pPr>
      <w:r>
        <w:t>جس کا نام ہے اسلامک کلچرل سینٹر ناروے۔</w:t>
      </w:r>
    </w:p>
    <w:p>
      <w:r>
        <w:rPr>
          <w:b/>
        </w:rPr>
        <w:t xml:space="preserve">[59:07] </w:t>
      </w:r>
      <w:r>
        <w:t>Markaz al-Thaqafi al-Islami bi Norway.</w:t>
      </w:r>
    </w:p>
    <w:p>
      <w:pPr>
        <w:jc w:val="right"/>
      </w:pPr>
      <w:r>
        <w:t>مرکز الثقافی الاسلامی بی نارویج۔</w:t>
      </w:r>
    </w:p>
    <w:p>
      <w:r>
        <w:rPr>
          <w:b/>
        </w:rPr>
        <w:t xml:space="preserve">[59:09] </w:t>
      </w:r>
      <w:r>
        <w:t>yeh ek bohat bari masjid hai aur Pakistani community ne nineteen eighties mein is ko banwaya tha.</w:t>
      </w:r>
    </w:p>
    <w:p>
      <w:pPr>
        <w:jc w:val="right"/>
      </w:pPr>
      <w:r>
        <w:t>یہ ایک بہت بڑی مسجد ہے اور پاکستانی کمیونٹی نے نائنٹین ایٹیز میں اس کو بنوایا تھا۔</w:t>
      </w:r>
    </w:p>
    <w:p>
      <w:r>
        <w:rPr>
          <w:b/>
        </w:rPr>
        <w:t xml:space="preserve">[59:16] </w:t>
      </w:r>
      <w:r>
        <w:t>bohat hi bari aur shandar masjid hai.</w:t>
      </w:r>
    </w:p>
    <w:p>
      <w:pPr>
        <w:jc w:val="right"/>
      </w:pPr>
      <w:r>
        <w:t>بہت ہی بڑی اور شاندار مسجد ہے۔</w:t>
      </w:r>
    </w:p>
    <w:p>
      <w:r>
        <w:rPr>
          <w:b/>
        </w:rPr>
        <w:t xml:space="preserve">[59:19] </w:t>
      </w:r>
      <w:r>
        <w:t>kafi log aate hain, bilkul bhari rehti hai.</w:t>
      </w:r>
    </w:p>
    <w:p>
      <w:pPr>
        <w:jc w:val="right"/>
      </w:pPr>
      <w:r>
        <w:t>کافی لوگ آتے ہیں، بالکل بھری رہتی ہے۔</w:t>
      </w:r>
    </w:p>
    <w:p>
      <w:r>
        <w:rPr>
          <w:b/>
        </w:rPr>
        <w:t xml:space="preserve">[59:22] </w:t>
      </w:r>
      <w:r>
        <w:t>aur un ka school bhi hai aur publishing bhi hai, bookstore bhi hai aur kai sections hain.</w:t>
      </w:r>
    </w:p>
    <w:p>
      <w:pPr>
        <w:jc w:val="right"/>
      </w:pPr>
      <w:r>
        <w:t>اور ان کا اسکول بھی ہے اور پبلشنگ بھی ہے، بک سٹور بھی ہے اور کئی سیکشنز ہیں۔</w:t>
      </w:r>
    </w:p>
    <w:p>
      <w:r>
        <w:rPr>
          <w:b/>
        </w:rPr>
        <w:t xml:space="preserve">[59:30] </w:t>
      </w:r>
      <w:r>
        <w:t>to jo Imam the Hamid Ali Farooq sahib yeh Pakistan ke the.</w:t>
      </w:r>
    </w:p>
    <w:p>
      <w:pPr>
        <w:jc w:val="right"/>
      </w:pPr>
      <w:r>
        <w:t>تو جو امام تھے حامد علی فاروق صاحب یہ پاکستان کے تھے۔</w:t>
      </w:r>
    </w:p>
    <w:p>
      <w:r>
        <w:rPr>
          <w:b/>
        </w:rPr>
        <w:t xml:space="preserve">[59:35] </w:t>
      </w:r>
      <w:r>
        <w:t>un se bohat achi baatein huin.</w:t>
      </w:r>
    </w:p>
    <w:p>
      <w:pPr>
        <w:jc w:val="right"/>
      </w:pPr>
      <w:r>
        <w:t>ان سے بہت اچھی باتیں ہوئیں۔</w:t>
      </w:r>
    </w:p>
    <w:p>
      <w:r>
        <w:rPr>
          <w:b/>
        </w:rPr>
        <w:t xml:space="preserve">[59:38] </w:t>
      </w:r>
      <w:r>
        <w:t>Maulana ko jante the woh.</w:t>
      </w:r>
    </w:p>
    <w:p>
      <w:pPr>
        <w:jc w:val="right"/>
      </w:pPr>
      <w:r>
        <w:t>مولانا کو جانتے تھے وہ۔</w:t>
      </w:r>
    </w:p>
    <w:p>
      <w:r>
        <w:rPr>
          <w:b/>
        </w:rPr>
        <w:t xml:space="preserve">[59:40] </w:t>
      </w:r>
      <w:r>
        <w:t>kitabein bhi padhi thin.</w:t>
      </w:r>
    </w:p>
    <w:p>
      <w:pPr>
        <w:jc w:val="right"/>
      </w:pPr>
      <w:r>
        <w:t>کتابیں بھی پڑھی تھیں۔</w:t>
      </w:r>
    </w:p>
    <w:p>
      <w:r>
        <w:rPr>
          <w:b/>
        </w:rPr>
        <w:t xml:space="preserve">[59:42] </w:t>
      </w:r>
      <w:r>
        <w:t>to woh woh bhi keh rahe the ke yahan par dawah ke imkanat bohat hain.</w:t>
      </w:r>
    </w:p>
    <w:p>
      <w:pPr>
        <w:jc w:val="right"/>
      </w:pPr>
      <w:r>
        <w:t>تو وہ وہ بھی کہہ رہے تھے کہ یہاں پر دعوت کے امکانات بہت ہیں۔</w:t>
      </w:r>
    </w:p>
    <w:p>
      <w:r>
        <w:rPr>
          <w:b/>
        </w:rPr>
        <w:t xml:space="preserve">[59:48] </w:t>
      </w:r>
      <w:r>
        <w:t>chounkay jo norway kay log hain bohat hi seedhay log hain.</w:t>
      </w:r>
    </w:p>
    <w:p>
      <w:pPr>
        <w:jc w:val="right"/>
      </w:pPr>
      <w:r>
        <w:t>چونکہ جو ناروے کے لوگ ہیں بہت ہی سیدھے لوگ ہیں۔</w:t>
      </w:r>
    </w:p>
    <w:p>
      <w:r>
        <w:rPr>
          <w:b/>
        </w:rPr>
        <w:t xml:space="preserve">[59:53] </w:t>
      </w:r>
      <w:r>
        <w:t>aur parhnay walay hain.</w:t>
      </w:r>
    </w:p>
    <w:p>
      <w:pPr>
        <w:jc w:val="right"/>
      </w:pPr>
      <w:r>
        <w:t>اور پڑھنے والے ہیں۔</w:t>
      </w:r>
    </w:p>
    <w:p>
      <w:r>
        <w:rPr>
          <w:b/>
        </w:rPr>
        <w:t xml:space="preserve">[59:55] </w:t>
      </w:r>
      <w:r>
        <w:t>aah yani in ko parhnay ka shoq hai, reading aah ka shoq hai.</w:t>
      </w:r>
    </w:p>
    <w:p>
      <w:pPr>
        <w:jc w:val="right"/>
      </w:pPr>
      <w:r>
        <w:t>آہ یعنی ان کو پڑھنے کا شوق ہے، ریڈنگ آہ کا شوق ہے۔</w:t>
      </w:r>
    </w:p>
    <w:p>
      <w:r>
        <w:rPr>
          <w:b/>
        </w:rPr>
        <w:t xml:space="preserve">[1:00:00] </w:t>
      </w:r>
      <w:r>
        <w:t>to unhonay kaha kay aap humain yeh cheezain bhejiay.</w:t>
      </w:r>
    </w:p>
    <w:p>
      <w:pPr>
        <w:jc w:val="right"/>
      </w:pPr>
      <w:r>
        <w:t>تو انہوں نے کہا کہ آپ ہمیں یہ چیزیں بھیجیے۔</w:t>
      </w:r>
    </w:p>
    <w:p>
      <w:r>
        <w:rPr>
          <w:b/>
        </w:rPr>
        <w:t xml:space="preserve">[1:00:04] </w:t>
      </w:r>
      <w:r>
        <w:t>aur unhonay bataya kay woh norwegian language mein quran ka translation un kay center say ho raha</w:t>
      </w:r>
    </w:p>
    <w:p>
      <w:pPr>
        <w:jc w:val="right"/>
      </w:pPr>
      <w:r>
        <w:t>اور انہوں نے بتایا کہ وہ نارویجین لینگویج میں قرآن کا ٹرانسلیشن ان کے سینٹر سے ہو رہا</w:t>
      </w:r>
    </w:p>
    <w:p>
      <w:r>
        <w:rPr>
          <w:b/>
        </w:rPr>
        <w:t xml:space="preserve">[1:00:12]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[1:00:14] </w:t>
      </w:r>
      <w:r>
        <w:t>taqreeban adha ho gaya hai, pandrah paray ho gay hain.</w:t>
      </w:r>
    </w:p>
    <w:p>
      <w:pPr>
        <w:jc w:val="right"/>
      </w:pPr>
      <w:r>
        <w:t>تقریباً آدھا ہو گیا ہے، پندرہ پارے ہو گئے ہیں۔</w:t>
      </w:r>
    </w:p>
    <w:p>
      <w:r>
        <w:rPr>
          <w:b/>
        </w:rPr>
        <w:t xml:space="preserve">[1:00:18] </w:t>
      </w:r>
      <w:r>
        <w:t>baqi pandrah paray inshallah jaisay ho jayain gay hum bhejay gay.</w:t>
      </w:r>
    </w:p>
    <w:p>
      <w:pPr>
        <w:jc w:val="right"/>
      </w:pPr>
      <w:r>
        <w:t>باقی پندرہ پارے انشاءاللہ جیسے ہو جائیں گے ہم بھیجیں گے۔</w:t>
      </w:r>
    </w:p>
    <w:p>
      <w:r>
        <w:rPr>
          <w:b/>
        </w:rPr>
        <w:t xml:space="preserve">[1:00:23] </w:t>
      </w:r>
      <w:r>
        <w:t>to umeed hai kay yeh translation agar aa jayay ga to hum us ko publish karain gay.</w:t>
      </w:r>
    </w:p>
    <w:p>
      <w:pPr>
        <w:jc w:val="right"/>
      </w:pPr>
      <w:r>
        <w:t>تو امید ہے کہ یہ ٹرانسلیشن اگر آ جائے گا تو ہم اس کو پبلش کریں گے۔</w:t>
      </w:r>
    </w:p>
    <w:p>
      <w:r>
        <w:rPr>
          <w:b/>
        </w:rPr>
        <w:t xml:space="preserve">[1:00:30] </w:t>
      </w:r>
      <w:r>
        <w:t>aah norwegian language mein aur us ko wahan bhejay gay.</w:t>
      </w:r>
    </w:p>
    <w:p>
      <w:pPr>
        <w:jc w:val="right"/>
      </w:pPr>
      <w:r>
        <w:t>آہ نارویجین لینگویج میں اور اس کو وہاں بھیجیں گے۔</w:t>
      </w:r>
    </w:p>
    <w:p>
      <w:r>
        <w:rPr>
          <w:b/>
        </w:rPr>
        <w:t xml:space="preserve">[1:00:34] </w:t>
      </w:r>
      <w:r>
        <w:t>yeh translation main nay wahan dekha, unhonay mujhay dikhaya, yeh norwegian mein kisi nay aah translate kiya</w:t>
      </w:r>
    </w:p>
    <w:p>
      <w:pPr>
        <w:jc w:val="right"/>
      </w:pPr>
      <w:r>
        <w:t>یہ ٹرانسلیشن میں نے وہاں دیکھا، انہوں نے مجھے دکھایا، یہ نارویجین میں کسی نے آہ ٹرانسلیٹ کیا</w:t>
      </w:r>
    </w:p>
    <w:p>
      <w:r>
        <w:rPr>
          <w:b/>
        </w:rPr>
        <w:t xml:space="preserve">[1:00:42] </w:t>
      </w:r>
      <w:r>
        <w:t>hai aur yeh yeh bhi aik bohat bari copy thi.</w:t>
      </w:r>
    </w:p>
    <w:p>
      <w:pPr>
        <w:jc w:val="right"/>
      </w:pPr>
      <w:r>
        <w:t>ہے اور یہ یہ بھی ایک بہت بڑی کاپی تھی۔</w:t>
      </w:r>
    </w:p>
    <w:p>
      <w:r>
        <w:rPr>
          <w:b/>
        </w:rPr>
        <w:t xml:space="preserve">[1:00:46] </w:t>
      </w:r>
      <w:r>
        <w:t>jo aam tor say log aah bari tadad mein agar distribute karna hai to itni bari copy distribute</w:t>
      </w:r>
    </w:p>
    <w:p>
      <w:pPr>
        <w:jc w:val="right"/>
      </w:pPr>
      <w:r>
        <w:t>جو عام طور سے لوگ آہ بڑی تعداد میں اگر ڈسٹریبیوٹ کرنا ہے تو اتنی بڑی کاپی ڈسٹریبیوٹ</w:t>
      </w:r>
    </w:p>
    <w:p>
      <w:r>
        <w:rPr>
          <w:b/>
        </w:rPr>
        <w:t xml:space="preserve">[1:00:54] </w:t>
      </w:r>
      <w:r>
        <w:t>nahi ho sakti.</w:t>
      </w:r>
    </w:p>
    <w:p>
      <w:pPr>
        <w:jc w:val="right"/>
      </w:pPr>
      <w:r>
        <w:t>نہیں ہو سکتی۔</w:t>
      </w:r>
    </w:p>
    <w:p>
      <w:r>
        <w:rPr>
          <w:b/>
        </w:rPr>
        <w:t xml:space="preserve">[1:00:55] </w:t>
      </w:r>
      <w:r>
        <w:t>to un ko bhi woh pasand aaya jo pocket size mein hum log publish kartay hain.</w:t>
      </w:r>
    </w:p>
    <w:p>
      <w:pPr>
        <w:jc w:val="right"/>
      </w:pPr>
      <w:r>
        <w:t>تو ان کو بھی وہ پسند آیا جو پاکٹ سائز میں ہم لوگ پبلش کرتے ہیں۔</w:t>
      </w:r>
    </w:p>
    <w:p>
      <w:r>
        <w:rPr>
          <w:b/>
        </w:rPr>
        <w:t xml:space="preserve">[1:01:02] </w:t>
      </w:r>
      <w:r>
        <w:t>to us tareeqay say yeh teen countries norway, sweden aur finland mein janay ka ittafaq hua.</w:t>
      </w:r>
    </w:p>
    <w:p>
      <w:pPr>
        <w:jc w:val="right"/>
      </w:pPr>
      <w:r>
        <w:t>تو اس طریقے سے یہ تین کنٹریز ناروے، سویڈن اور فن لینڈ میں جانے کا اتفاق ہوا۔</w:t>
      </w:r>
    </w:p>
    <w:p>
      <w:r>
        <w:rPr>
          <w:b/>
        </w:rPr>
        <w:t xml:space="preserve">[1:01:10] </w:t>
      </w:r>
      <w:r>
        <w:t>phir wahan say aah england gaya main aur london mein aik adara hai jis ka naam hai ira.</w:t>
      </w:r>
    </w:p>
    <w:p>
      <w:pPr>
        <w:jc w:val="right"/>
      </w:pPr>
      <w:r>
        <w:t>پھر وہاں سے آہ انگلینڈ گیا میں اور لندن میں ایک ادارہ ہے جس کا نام ہے آئرا۔</w:t>
      </w:r>
    </w:p>
    <w:p>
      <w:r>
        <w:rPr>
          <w:b/>
        </w:rPr>
        <w:t xml:space="preserve">[1:01:17] </w:t>
      </w:r>
      <w:r>
        <w:t>jo kay aah khalisatan dawati kaam kartay hain.</w:t>
      </w:r>
    </w:p>
    <w:p>
      <w:pPr>
        <w:jc w:val="right"/>
      </w:pPr>
      <w:r>
        <w:t>جو کہ آہ خالصتا دعوتی کام کرتے ہیں۔</w:t>
      </w:r>
    </w:p>
    <w:p>
      <w:r>
        <w:rPr>
          <w:b/>
        </w:rPr>
        <w:t xml:space="preserve">[1:01:21] </w:t>
      </w:r>
      <w:r>
        <w:t>aur bohat baray pemanay pay dawati kaam kartay hain.</w:t>
      </w:r>
    </w:p>
    <w:p>
      <w:pPr>
        <w:jc w:val="right"/>
      </w:pPr>
      <w:r>
        <w:t>اور بہت بڑے پیمانے پہ دعوتی کام کرتے ہیں۔</w:t>
      </w:r>
    </w:p>
    <w:p>
      <w:r>
        <w:rPr>
          <w:b/>
        </w:rPr>
        <w:t xml:space="preserve">[1:01:25] </w:t>
      </w:r>
      <w:r>
        <w:t>jo kay jis kay aah director hain abdul rahim green.</w:t>
      </w:r>
    </w:p>
    <w:p>
      <w:pPr>
        <w:jc w:val="right"/>
      </w:pPr>
      <w:r>
        <w:t>جو کہ جس کے آہ ڈائریکٹر ہیں عبدالرحیم گرین۔</w:t>
      </w:r>
    </w:p>
    <w:p>
      <w:r>
        <w:rPr>
          <w:b/>
        </w:rPr>
        <w:t xml:space="preserve">[1:01:28] </w:t>
      </w:r>
      <w:r>
        <w:t>to wahan par saboor ahmed sahib say mulaqat hui.</w:t>
      </w:r>
    </w:p>
    <w:p>
      <w:pPr>
        <w:jc w:val="right"/>
      </w:pPr>
      <w:r>
        <w:t>تو وہاں پر صبور احمد صاحب سے ملاقات ہوئی۔</w:t>
      </w:r>
    </w:p>
    <w:p>
      <w:r>
        <w:rPr>
          <w:b/>
        </w:rPr>
        <w:t xml:space="preserve">[1:01:32] </w:t>
      </w:r>
      <w:r>
        <w:t>aur un say bari achi baat cheet hui.</w:t>
      </w:r>
    </w:p>
    <w:p>
      <w:pPr>
        <w:jc w:val="right"/>
      </w:pPr>
      <w:r>
        <w:t>اور ان سے بڑی اچھی بات چیت ہوئی۔</w:t>
      </w:r>
    </w:p>
    <w:p>
      <w:r>
        <w:rPr>
          <w:b/>
        </w:rPr>
        <w:t xml:space="preserve">[1:01:36] </w:t>
      </w:r>
      <w:r>
        <w:t>woh taqreeban so countries mein dawati kaam kartay hain.</w:t>
      </w:r>
    </w:p>
    <w:p>
      <w:pPr>
        <w:jc w:val="right"/>
      </w:pPr>
      <w:r>
        <w:t>وہ تقریباً سو کنٹریز میں دعوتی کام کرتے ہیں۔</w:t>
      </w:r>
    </w:p>
    <w:p>
      <w:r>
        <w:rPr>
          <w:b/>
        </w:rPr>
        <w:t xml:space="preserve">[1:01:40] </w:t>
      </w:r>
      <w:r>
        <w:t>aur bohat hi creative andaaz mein un ka dawati kaam hota hai.</w:t>
      </w:r>
    </w:p>
    <w:p>
      <w:pPr>
        <w:jc w:val="right"/>
      </w:pPr>
      <w:r>
        <w:t>اور بہت ہی کریٹیو انداز میں ان کا دعوتی کام ہوتا ہے۔</w:t>
      </w:r>
    </w:p>
    <w:p>
      <w:r>
        <w:rPr>
          <w:b/>
        </w:rPr>
        <w:t xml:space="preserve">[1:01:45] </w:t>
      </w:r>
      <w:r>
        <w:t>misal kay tor pay unhonay yeh box mujhay diya.</w:t>
      </w:r>
    </w:p>
    <w:p>
      <w:pPr>
        <w:jc w:val="right"/>
      </w:pPr>
      <w:r>
        <w:t>مثال کے طور پہ انہوں نے یہ باکس مجھے دیا۔</w:t>
      </w:r>
    </w:p>
    <w:p>
      <w:r>
        <w:rPr>
          <w:b/>
        </w:rPr>
        <w:t xml:space="preserve">[1:01:49] </w:t>
      </w:r>
      <w:r>
        <w:t>gift box.</w:t>
      </w:r>
    </w:p>
    <w:p>
      <w:pPr>
        <w:jc w:val="right"/>
      </w:pPr>
      <w:r>
        <w:t>گفٹ باکس۔</w:t>
      </w:r>
    </w:p>
    <w:p>
      <w:r>
        <w:rPr>
          <w:b/>
        </w:rPr>
        <w:t xml:space="preserve">[1:01:51] </w:t>
      </w:r>
      <w:r>
        <w:t>yeh is ke andar chote chote pamphlets hote hain.</w:t>
      </w:r>
    </w:p>
    <w:p>
      <w:pPr>
        <w:jc w:val="right"/>
      </w:pPr>
      <w:r>
        <w:t>یہ اس کے اندر چھوٹے چھوٹے پیمفلٹس ہوتے ہیں۔</w:t>
      </w:r>
    </w:p>
    <w:p>
      <w:r>
        <w:rPr>
          <w:b/>
        </w:rPr>
        <w:t xml:space="preserve">[1:01:54] </w:t>
      </w:r>
      <w:r>
        <w:t>aur bohat hi achhe andaaz mein design hue hue.</w:t>
      </w:r>
    </w:p>
    <w:p>
      <w:pPr>
        <w:jc w:val="right"/>
      </w:pPr>
      <w:r>
        <w:t>اور بہت ہی اچھے انداز میں ڈیزائن ہوئے ہوئے۔</w:t>
      </w:r>
    </w:p>
    <w:p>
      <w:r>
        <w:rPr>
          <w:b/>
        </w:rPr>
        <w:t xml:space="preserve">[1:01:58] </w:t>
      </w:r>
      <w:r>
        <w:t>aah is tareeqe se yeh logon logon mein distribute karte hain.</w:t>
      </w:r>
    </w:p>
    <w:p>
      <w:pPr>
        <w:jc w:val="right"/>
      </w:pPr>
      <w:r>
        <w:t>آہ اس طریقے سے یہ لوگوں لوگوں میں ڈسٹریبیوٹ کرتے ہیں۔</w:t>
      </w:r>
    </w:p>
    <w:p>
      <w:r>
        <w:rPr>
          <w:b/>
        </w:rPr>
        <w:t xml:space="preserve">[1:02:03] </w:t>
      </w:r>
      <w:r>
        <w:t>aur is mein cards hote hain.</w:t>
      </w:r>
    </w:p>
    <w:p>
      <w:pPr>
        <w:jc w:val="right"/>
      </w:pPr>
      <w:r>
        <w:t>اور اس میں کارڈز ہوتے ہیں۔</w:t>
      </w:r>
    </w:p>
    <w:p>
      <w:r>
        <w:rPr>
          <w:b/>
        </w:rPr>
        <w:t xml:space="preserve">[1:02:06] </w:t>
      </w:r>
      <w:r>
        <w:t>aur is tarah ke pamphlets hote hain.</w:t>
      </w:r>
    </w:p>
    <w:p>
      <w:pPr>
        <w:jc w:val="right"/>
      </w:pPr>
      <w:r>
        <w:t>اور اس طرح کے پیمفلٹس ہوتے ہیں۔</w:t>
      </w:r>
    </w:p>
    <w:p>
      <w:r>
        <w:rPr>
          <w:b/>
        </w:rPr>
        <w:t xml:space="preserve">[1:02:09] </w:t>
      </w:r>
      <w:r>
        <w:t>yeh ek inhone quran ke upar ek chote sa selection banaya hai, bohat hi achha selection hai,</w:t>
      </w:r>
    </w:p>
    <w:p>
      <w:pPr>
        <w:jc w:val="right"/>
      </w:pPr>
      <w:r>
        <w:t>یہ ایک انہوں نے قرآن کے اوپر ایک چھوٹا سا سلیکشن بنایا ہے، بہت ہی اچھا سلیکشن ہے،</w:t>
      </w:r>
    </w:p>
    <w:p>
      <w:r>
        <w:rPr>
          <w:b/>
        </w:rPr>
        <w:t xml:space="preserve">[1:02:16] </w:t>
      </w:r>
      <w:r>
        <w:t>mein ne dekha, mujhe bohat pasand aaya yeh.</w:t>
      </w:r>
    </w:p>
    <w:p>
      <w:pPr>
        <w:jc w:val="right"/>
      </w:pPr>
      <w:r>
        <w:t>میں نے دیکھا، مجھے بہت پسند آیا یہ۔</w:t>
      </w:r>
    </w:p>
    <w:p>
      <w:r>
        <w:rPr>
          <w:b/>
        </w:rPr>
        <w:t xml:space="preserve">[1:02:20] </w:t>
      </w:r>
      <w:r>
        <w:t>yeh in ka, in ki jo activities hain is ke upar ek booklet hai.</w:t>
      </w:r>
    </w:p>
    <w:p>
      <w:pPr>
        <w:jc w:val="right"/>
      </w:pPr>
      <w:r>
        <w:t>یہ ان کا، ان کی جو ایکٹیویٹیز ہیں اس کے اوپر ایک بکلیٹ ہے۔</w:t>
      </w:r>
    </w:p>
    <w:p>
      <w:r>
        <w:rPr>
          <w:b/>
        </w:rPr>
        <w:t xml:space="preserve">[1:02:26] </w:t>
      </w:r>
      <w:r>
        <w:t>toh woh in logon ka kaam bohat hi creative hai aur bohat hi mayari hai.</w:t>
      </w:r>
    </w:p>
    <w:p>
      <w:pPr>
        <w:jc w:val="right"/>
      </w:pPr>
      <w:r>
        <w:t>تو وہ ان لوگوں کا کام بہت ہی کریٹیو ہے اور بہت ہی معیاری ہے۔</w:t>
      </w:r>
    </w:p>
    <w:p>
      <w:r>
        <w:rPr>
          <w:b/>
        </w:rPr>
        <w:t xml:space="preserve">[1:02:32] </w:t>
      </w:r>
      <w:r>
        <w:t>is tareeqe se ek aur box hai jis mein woh quran bhi rakhte hain.</w:t>
      </w:r>
    </w:p>
    <w:p>
      <w:pPr>
        <w:jc w:val="right"/>
      </w:pPr>
      <w:r>
        <w:t>اس طریقے سے ایک اور باکس ہے جس میں وہ قرآن بھی رکھتے ہیں۔</w:t>
      </w:r>
    </w:p>
    <w:p>
      <w:r>
        <w:rPr>
          <w:b/>
        </w:rPr>
        <w:t xml:space="preserve">[1:02:38] </w:t>
      </w:r>
      <w:r>
        <w:t>aur kuch aur cheezein rakhte hain.</w:t>
      </w:r>
    </w:p>
    <w:p>
      <w:pPr>
        <w:jc w:val="right"/>
      </w:pPr>
      <w:r>
        <w:t>اور کچھ اور چیزیں رکھتے ہیں۔</w:t>
      </w:r>
    </w:p>
    <w:p>
      <w:r>
        <w:rPr>
          <w:b/>
        </w:rPr>
        <w:t xml:space="preserve">[1:02:41] </w:t>
      </w:r>
      <w:r>
        <w:t>is tarah ke aah post cards aur choti choti cheezein.</w:t>
      </w:r>
    </w:p>
    <w:p>
      <w:pPr>
        <w:jc w:val="right"/>
      </w:pPr>
      <w:r>
        <w:t>اس طرح کے آہ پوسٹ کارڈز اور چھوٹی چھوٹی چیزیں۔</w:t>
      </w:r>
    </w:p>
    <w:p>
      <w:r>
        <w:rPr>
          <w:b/>
        </w:rPr>
        <w:t xml:space="preserve">[1:02:45] </w:t>
      </w:r>
      <w:r>
        <w:t>prophet muhammad sallallahu alaihi wasallam ke upar ek booklet.</w:t>
      </w:r>
    </w:p>
    <w:p>
      <w:pPr>
        <w:jc w:val="right"/>
      </w:pPr>
      <w:r>
        <w:t>پرافٹ محمد صلی اللہ علیہ وسلم کے اوپر ایک بکلیٹ۔</w:t>
      </w:r>
    </w:p>
    <w:p>
      <w:r>
        <w:rPr>
          <w:b/>
        </w:rPr>
        <w:t xml:space="preserve">[1:02:49] </w:t>
      </w:r>
      <w:r>
        <w:t>aur quran.</w:t>
      </w:r>
    </w:p>
    <w:p>
      <w:pPr>
        <w:jc w:val="right"/>
      </w:pPr>
      <w:r>
        <w:t>اور قرآن۔</w:t>
      </w:r>
    </w:p>
    <w:p>
      <w:r>
        <w:rPr>
          <w:b/>
        </w:rPr>
        <w:t xml:space="preserve">[1:02:51] </w:t>
      </w:r>
      <w:r>
        <w:t>toh in se baat cheet hui toh inhone bataya ke hum maulana sahib ka jo translation hai</w:t>
      </w:r>
    </w:p>
    <w:p>
      <w:pPr>
        <w:jc w:val="right"/>
      </w:pPr>
      <w:r>
        <w:t>تو ان سے بات چیت ہوئی تو انہوں نے بتایا کہ ہم مولانا صاحب کا جو ٹرانسلیشن ہے</w:t>
      </w:r>
    </w:p>
    <w:p>
      <w:r>
        <w:rPr>
          <w:b/>
        </w:rPr>
        <w:t xml:space="preserve">[1:02:58] </w:t>
      </w:r>
      <w:r>
        <w:t>quran woh hum distribute karte hain aur hum ne british parliament ke bahar distribute kiya ise aur big</w:t>
      </w:r>
    </w:p>
    <w:p>
      <w:pPr>
        <w:jc w:val="right"/>
      </w:pPr>
      <w:r>
        <w:t>قرآن وہ ہم ڈسٹریبیوٹ کرتے ہیں اور ہم نے برٹش پارلیمنٹ کے باہر ڈسٹریبیوٹ کیا اسے اور بگ</w:t>
      </w:r>
    </w:p>
    <w:p>
      <w:r>
        <w:rPr>
          <w:b/>
        </w:rPr>
        <w:t xml:space="preserve">[1:03:06] </w:t>
      </w:r>
      <w:r>
        <w:t>bang ke paas distribute kiya.</w:t>
      </w:r>
    </w:p>
    <w:p>
      <w:pPr>
        <w:jc w:val="right"/>
      </w:pPr>
      <w:r>
        <w:t>بین کے پاس ڈسٹریبیوٹ کیا۔</w:t>
      </w:r>
    </w:p>
    <w:p>
      <w:r>
        <w:rPr>
          <w:b/>
        </w:rPr>
        <w:t xml:space="preserve">[1:03:08] </w:t>
      </w:r>
      <w:r>
        <w:t>photo waghera bhi dikhaye inhone is ke jo mein ne share kiye the whatsapp par.</w:t>
      </w:r>
    </w:p>
    <w:p>
      <w:pPr>
        <w:jc w:val="right"/>
      </w:pPr>
      <w:r>
        <w:t>فوٹو وغیرہ بھی دکھائے انہوں نے اس کے جو میں نے شیئر کیے تھے واٹس ایپ پر۔</w:t>
      </w:r>
    </w:p>
    <w:p>
      <w:r>
        <w:rPr>
          <w:b/>
        </w:rPr>
        <w:t xml:space="preserve">[1:03:16] </w:t>
      </w:r>
      <w:r>
        <w:t>toh in se achhi baat hui aur inhone phir mujhe bataya ke hum aap ko kai achhe</w:t>
      </w:r>
    </w:p>
    <w:p>
      <w:pPr>
        <w:jc w:val="right"/>
      </w:pPr>
      <w:r>
        <w:t>تو ان سے اچھی بات ہوئی اور انہوں نے پھر مجھے بتایا کہ ہم آپ کو کئی اچھے</w:t>
      </w:r>
    </w:p>
    <w:p>
      <w:r>
        <w:rPr>
          <w:b/>
        </w:rPr>
        <w:t xml:space="preserve">[1:03:23] </w:t>
      </w:r>
      <w:r>
        <w:t>contacts de sakte hain doosre countries mein maslan aah japan mein, korea mein, fiji, trinidad, honduras, peru, colombia,</w:t>
      </w:r>
    </w:p>
    <w:p>
      <w:pPr>
        <w:jc w:val="right"/>
      </w:pPr>
      <w:r>
        <w:t>کانٹیکٹس دے سکتے ہیں دوسرے کنٹریز میں مثلاً آہ جاپان میں، کوریا میں، فجی، ٹرینیڈاد، ہونڈورس، پیرو، کولمبیا،</w:t>
      </w:r>
    </w:p>
    <w:p>
      <w:r>
        <w:rPr>
          <w:b/>
        </w:rPr>
        <w:t xml:space="preserve">[1:03:31] </w:t>
      </w:r>
      <w:r>
        <w:t>poland, argentina, venezino, venezuela, spain, nigeria, ghana, thailand, cambodia.</w:t>
      </w:r>
    </w:p>
    <w:p>
      <w:pPr>
        <w:jc w:val="right"/>
      </w:pPr>
      <w:r>
        <w:t>پولینڈ، ارجنٹینا، وینزینو، وینیزویلا، اسپین، نائجیریا، گھانا، تھائی لینڈ، کمبوڈیا۔</w:t>
      </w:r>
    </w:p>
    <w:p>
      <w:r>
        <w:rPr>
          <w:b/>
        </w:rPr>
        <w:t xml:space="preserve">[1:03:35] </w:t>
      </w:r>
      <w:r>
        <w:t>toh inhone mujhe contacts diye aur mein ne in se email pe rabta bhi kiya aur</w:t>
      </w:r>
    </w:p>
    <w:p>
      <w:pPr>
        <w:jc w:val="right"/>
      </w:pPr>
      <w:r>
        <w:t>تو انہوں نے مجھے کانٹیکٹس دیے اور میں نے ان سے ای میل پہ رابطہ بھی کیا اور</w:t>
      </w:r>
    </w:p>
    <w:p>
      <w:r>
        <w:rPr>
          <w:b/>
        </w:rPr>
        <w:t xml:space="preserve">[1:03:43] </w:t>
      </w:r>
      <w:r>
        <w:t>kuch logon ne jawab bhi diya.</w:t>
      </w:r>
    </w:p>
    <w:p>
      <w:pPr>
        <w:jc w:val="right"/>
      </w:pPr>
      <w:r>
        <w:t>کچھ لوگوں نے جواب بھی دیا۔</w:t>
      </w:r>
    </w:p>
    <w:p>
      <w:r>
        <w:rPr>
          <w:b/>
        </w:rPr>
        <w:t xml:space="preserve">[1:03:46] </w:t>
      </w:r>
      <w:r>
        <w:t>toh umeed hai ke wahan kaam achha hoga.</w:t>
      </w:r>
    </w:p>
    <w:p>
      <w:pPr>
        <w:jc w:val="right"/>
      </w:pPr>
      <w:r>
        <w:t>تو امید ہے کہ وہاں کام اچھا ہوگا۔</w:t>
      </w:r>
    </w:p>
    <w:p>
      <w:r>
        <w:rPr>
          <w:b/>
        </w:rPr>
        <w:t xml:space="preserve">[1:03:49] </w:t>
      </w:r>
      <w:r>
        <w:t>yeh log baqaaida training dete hain daai ko.</w:t>
      </w:r>
    </w:p>
    <w:p>
      <w:pPr>
        <w:jc w:val="right"/>
      </w:pPr>
      <w:r>
        <w:t>یہ لوگ باقاعدہ ٹریننگ دیتے ہیں داعی کو۔</w:t>
      </w:r>
    </w:p>
    <w:p>
      <w:r>
        <w:rPr>
          <w:b/>
        </w:rPr>
        <w:t xml:space="preserve">[1:03:52] </w:t>
      </w:r>
      <w:r>
        <w:t>aah ek aah baqaaida trend daai in ke hote hain.</w:t>
      </w:r>
    </w:p>
    <w:p>
      <w:pPr>
        <w:jc w:val="right"/>
      </w:pPr>
      <w:r>
        <w:t>آہ ایک آہ باقاعدہ ٹرینڈ داعی ان کے ہوتے ہیں۔</w:t>
      </w:r>
    </w:p>
    <w:p>
      <w:r>
        <w:rPr>
          <w:b/>
        </w:rPr>
        <w:t xml:space="preserve">[1:03:57] </w:t>
      </w:r>
      <w:r>
        <w:t>aur in ka pandrah logon ka staff hai wahan.</w:t>
      </w:r>
    </w:p>
    <w:p>
      <w:pPr>
        <w:jc w:val="right"/>
      </w:pPr>
      <w:r>
        <w:t>اور ان کا پندرہ لوگوں کا اسٹاف ہے وہاں۔</w:t>
      </w:r>
    </w:p>
    <w:p>
      <w:r>
        <w:rPr>
          <w:b/>
        </w:rPr>
        <w:t xml:space="preserve">[1:04:01] </w:t>
      </w:r>
      <w:r>
        <w:t>kaafi bada office aur kaafi bada set up tha.</w:t>
      </w:r>
    </w:p>
    <w:p>
      <w:pPr>
        <w:jc w:val="right"/>
      </w:pPr>
      <w:r>
        <w:t>کافی بڑا آفس اور کافی بڑا سیٹ اپ تھا۔</w:t>
      </w:r>
    </w:p>
    <w:p>
      <w:r>
        <w:rPr>
          <w:b/>
        </w:rPr>
        <w:t xml:space="preserve">[1:04:04] </w:t>
      </w:r>
      <w:r>
        <w:t>aur unhon ne kaha ke Maulana ki jo kitabein hain woh hum rakhte hain apni library mein aur</w:t>
      </w:r>
    </w:p>
    <w:p>
      <w:pPr>
        <w:jc w:val="right"/>
      </w:pPr>
      <w:r>
        <w:t>اور انہوں نے کہا کہ مولانا کی جو کتابیں ہیں وہ ہم رکھتے ہیں اپنی لائبریری میں اور</w:t>
      </w:r>
    </w:p>
    <w:p>
      <w:r>
        <w:rPr>
          <w:b/>
        </w:rPr>
        <w:t xml:space="preserve">[1:04:12] </w:t>
      </w:r>
      <w:r>
        <w:t>isko istemaal karte hain.</w:t>
      </w:r>
    </w:p>
    <w:p>
      <w:pPr>
        <w:jc w:val="right"/>
      </w:pPr>
      <w:r>
        <w:t>اس کو استعمال کرتے ہیں۔</w:t>
      </w:r>
    </w:p>
    <w:p>
      <w:r>
        <w:rPr>
          <w:b/>
        </w:rPr>
        <w:t xml:space="preserve">[1:04:14] </w:t>
      </w:r>
      <w:r>
        <w:t>aur yeh yeh log kaafi khush hue wahan mil ke.</w:t>
      </w:r>
    </w:p>
    <w:p>
      <w:pPr>
        <w:jc w:val="right"/>
      </w:pPr>
      <w:r>
        <w:t>اور یہ یہ لوگ کافی خوش ہوئے وہاں مل کے۔</w:t>
      </w:r>
    </w:p>
    <w:p>
      <w:r>
        <w:rPr>
          <w:b/>
        </w:rPr>
        <w:t xml:space="preserve">[1:04:19] </w:t>
      </w:r>
      <w:r>
        <w:t>aur kaha ke hamara common goal hai dawat aur hum inshallah mil ke kaam karenge.</w:t>
      </w:r>
    </w:p>
    <w:p>
      <w:pPr>
        <w:jc w:val="right"/>
      </w:pPr>
      <w:r>
        <w:t>اور کہا کہ ہمارا کامن گول ہے دعوت اور ہم انشاءاللہ مل کے کام کریں گے۔</w:t>
      </w:r>
    </w:p>
    <w:p>
      <w:r>
        <w:rPr>
          <w:b/>
        </w:rPr>
        <w:t xml:space="preserve">[1:04:25] </w:t>
      </w:r>
      <w:r>
        <w:t>phir is ke baad Birmingham jaane ka ittefaq hua.</w:t>
      </w:r>
    </w:p>
    <w:p>
      <w:pPr>
        <w:jc w:val="right"/>
      </w:pPr>
      <w:r>
        <w:t>پھر اس کے بعد برمنگھم جانے کا اتفاق ہوا۔</w:t>
      </w:r>
    </w:p>
    <w:p>
      <w:r>
        <w:rPr>
          <w:b/>
        </w:rPr>
        <w:t xml:space="preserve">[1:04:29] </w:t>
      </w:r>
      <w:r>
        <w:t>IPCI jo Shamshad Muhammad Khan sahib jis ke aah head hain.</w:t>
      </w:r>
    </w:p>
    <w:p>
      <w:pPr>
        <w:jc w:val="right"/>
      </w:pPr>
      <w:r>
        <w:t>آئی پی سی آئی جو شمشاد محمد خان صاحب جس کے آہ ہیڈ ہیں۔</w:t>
      </w:r>
    </w:p>
    <w:p>
      <w:r>
        <w:rPr>
          <w:b/>
        </w:rPr>
        <w:t xml:space="preserve">[1:04:35] </w:t>
      </w:r>
      <w:r>
        <w:t>Shamshad sahib aah bohat hi purane qari hain Alrisala ke eighties se.</w:t>
      </w:r>
    </w:p>
    <w:p>
      <w:pPr>
        <w:jc w:val="right"/>
      </w:pPr>
      <w:r>
        <w:t>شمشاد صاحب آہ بہت ہی پرانے قاری ہیں الریسالہ کے ایٹیز سے۔</w:t>
      </w:r>
    </w:p>
    <w:p>
      <w:r>
        <w:rPr>
          <w:b/>
        </w:rPr>
        <w:t xml:space="preserve">[1:04:40] </w:t>
      </w:r>
      <w:r>
        <w:t>toh unhon ne bataya ke aah jab yahan Ahmed Deedat aaye the England mein toh Ahmed Deedat sahib</w:t>
      </w:r>
    </w:p>
    <w:p>
      <w:pPr>
        <w:jc w:val="right"/>
      </w:pPr>
      <w:r>
        <w:t>تو انہوں نے بتایا کہ آہ جب یہاں احمد دیدات آئے تھے انگلینڈ میں تو احمد دیدات صاحب</w:t>
      </w:r>
    </w:p>
    <w:p>
      <w:r>
        <w:rPr>
          <w:b/>
        </w:rPr>
        <w:t xml:space="preserve">[1:04:48] </w:t>
      </w:r>
      <w:r>
        <w:t>ne Shamshad sahib ko bataya tha Alrisala ke bare mein.</w:t>
      </w:r>
    </w:p>
    <w:p>
      <w:pPr>
        <w:jc w:val="right"/>
      </w:pPr>
      <w:r>
        <w:t>نے شمشاد صاحب کو بتایا تھا الریسالہ کے بارے میں۔</w:t>
      </w:r>
    </w:p>
    <w:p>
      <w:r>
        <w:rPr>
          <w:b/>
        </w:rPr>
        <w:t xml:space="preserve">[1:04:52] </w:t>
      </w:r>
      <w:r>
        <w:t>tab Alrisala ka ek English edition bhi chhapta tha.</w:t>
      </w:r>
    </w:p>
    <w:p>
      <w:pPr>
        <w:jc w:val="right"/>
      </w:pPr>
      <w:r>
        <w:t>تب الریسالہ کا ایک انگلش ایڈیشن بھی چھپتا تھا۔</w:t>
      </w:r>
    </w:p>
    <w:p>
      <w:r>
        <w:rPr>
          <w:b/>
        </w:rPr>
        <w:t xml:space="preserve">[1:04:56] </w:t>
      </w:r>
      <w:r>
        <w:t>toh aah Ahmed Deedat sahib ke kehne pe Shamshad sahib ne humein contact kiya tha early eighties mein</w:t>
      </w:r>
    </w:p>
    <w:p>
      <w:pPr>
        <w:jc w:val="right"/>
      </w:pPr>
      <w:r>
        <w:t>تو آہ احمد دیدات صاحب کے کہنے پہ شمشاد صاحب نے ہمیں کانٹیکٹ کیا تھا ارلی ایٹیز میں</w:t>
      </w:r>
    </w:p>
    <w:p>
      <w:r>
        <w:rPr>
          <w:b/>
        </w:rPr>
        <w:t xml:space="preserve">[1:05:04] </w:t>
      </w:r>
      <w:r>
        <w:t>ya mid eighties mein.</w:t>
      </w:r>
    </w:p>
    <w:p>
      <w:pPr>
        <w:jc w:val="right"/>
      </w:pPr>
      <w:r>
        <w:t>یا مڈ ایٹیز میں۔</w:t>
      </w:r>
    </w:p>
    <w:p>
      <w:r>
        <w:rPr>
          <w:b/>
        </w:rPr>
        <w:t xml:space="preserve">[1:05:06] </w:t>
      </w:r>
      <w:r>
        <w:t>toh tab Alrisala mangwaya aur phir ahista ahista kitabein mangwayin aur phir aah sari kitabein mangwayin aur Quran</w:t>
      </w:r>
    </w:p>
    <w:p>
      <w:pPr>
        <w:jc w:val="right"/>
      </w:pPr>
      <w:r>
        <w:t>تو تب الریسالہ منگوایا اور پھر آہستہ آہستہ کتابیں منگوائیں اور پھر آہ ساری کتابیں منگوائیں اور قرآن</w:t>
      </w:r>
    </w:p>
    <w:p>
      <w:r>
        <w:rPr>
          <w:b/>
        </w:rPr>
        <w:t xml:space="preserve">[1:05:13] </w:t>
      </w:r>
      <w:r>
        <w:t>jab publish hua toh unhon ne bohat badi tadaad mein Quran mangwaya.</w:t>
      </w:r>
    </w:p>
    <w:p>
      <w:pPr>
        <w:jc w:val="right"/>
      </w:pPr>
      <w:r>
        <w:t>جب پبلش ہوا تو انہوں نے بہت بڑی تعداد میں قرآن منگوایا۔</w:t>
      </w:r>
    </w:p>
    <w:p>
      <w:r>
        <w:rPr>
          <w:b/>
        </w:rPr>
        <w:t xml:space="preserve">[1:05:19] </w:t>
      </w:r>
      <w:r>
        <w:t>phir wahan ek un ki exhibition hai.</w:t>
      </w:r>
    </w:p>
    <w:p>
      <w:pPr>
        <w:jc w:val="right"/>
      </w:pPr>
      <w:r>
        <w:t>پھر وہاں ایک ان کی ایگزیبیشن ہے۔</w:t>
      </w:r>
    </w:p>
    <w:p>
      <w:r>
        <w:rPr>
          <w:b/>
        </w:rPr>
        <w:t xml:space="preserve">[1:05:22] </w:t>
      </w:r>
      <w:r>
        <w:t>permanent exhibition hai, is ka naam hai Islamic Experience Exhibition.</w:t>
      </w:r>
    </w:p>
    <w:p>
      <w:pPr>
        <w:jc w:val="right"/>
      </w:pPr>
      <w:r>
        <w:t>پرماننٹ ایگزیبیشن ہے، اس کا نام ہے اسلامک ایکسپیرئینس ایگزیبیشن۔</w:t>
      </w:r>
    </w:p>
    <w:p>
      <w:r>
        <w:rPr>
          <w:b/>
        </w:rPr>
        <w:t xml:space="preserve">[1:05:26] </w:t>
      </w:r>
      <w:r>
        <w:t>toh is exhibition mein school ke bachche aate hain jo British bachche hote hain.</w:t>
      </w:r>
    </w:p>
    <w:p>
      <w:pPr>
        <w:jc w:val="right"/>
      </w:pPr>
      <w:r>
        <w:t>تو اس ایگزیبیشن میں اسکول کے بچے آتے ہیں جو برٹش بچے ہوتے ہیں۔</w:t>
      </w:r>
    </w:p>
    <w:p>
      <w:r>
        <w:rPr>
          <w:b/>
        </w:rPr>
        <w:t xml:space="preserve">[1:05:32] </w:t>
      </w:r>
      <w:r>
        <w:t>aah school ke bachche, college students aur aah jo aah government staff, police staff, fire brigade ke staff,</w:t>
      </w:r>
    </w:p>
    <w:p>
      <w:pPr>
        <w:jc w:val="right"/>
      </w:pPr>
      <w:r>
        <w:t>آہ اسکول کے بچے، کالج سٹوڈنٹس اور آہ جو آہ گورنمنٹ اسٹاف، پولیس اسٹاف، فائر بریگیڈ کے اسٹاف،</w:t>
      </w:r>
    </w:p>
    <w:p>
      <w:r>
        <w:rPr>
          <w:b/>
        </w:rPr>
        <w:t xml:space="preserve">[1:05:40] </w:t>
      </w:r>
      <w:r>
        <w:t>bohat sare tarah tarah ke groups aate hain.</w:t>
      </w:r>
    </w:p>
    <w:p>
      <w:pPr>
        <w:jc w:val="right"/>
      </w:pPr>
      <w:r>
        <w:t>بہت سارے طرح طرح کے گروپس آتے ہیں۔</w:t>
      </w:r>
    </w:p>
    <w:p>
      <w:r>
        <w:rPr>
          <w:b/>
        </w:rPr>
        <w:t xml:space="preserve">[1:05:43] </w:t>
      </w:r>
      <w:r>
        <w:t>aur woh sari exhibition kaafi badi hai woh.</w:t>
      </w:r>
    </w:p>
    <w:p>
      <w:pPr>
        <w:jc w:val="right"/>
      </w:pPr>
      <w:r>
        <w:t>اور وہ ساری ایگزیبیشن کافی بڑی ہے وہ۔</w:t>
      </w:r>
    </w:p>
    <w:p>
      <w:r>
        <w:rPr>
          <w:b/>
        </w:rPr>
        <w:t xml:space="preserve">[1:05:46] </w:t>
      </w:r>
      <w:r>
        <w:t>woh dekhte hain aur phir wahan par ek section hai jis mein woh free Quran distribute karte hain.</w:t>
      </w:r>
    </w:p>
    <w:p>
      <w:pPr>
        <w:jc w:val="right"/>
      </w:pPr>
      <w:r>
        <w:t>وہ دیکھتے ہیں اور پھر وہاں پر ایک سیکشن ہے جس میں وہ فری قرآن ڈسٹریبیوٹ کرتے ہیں۔</w:t>
      </w:r>
    </w:p>
    <w:p>
      <w:r>
        <w:rPr>
          <w:b/>
        </w:rPr>
        <w:t xml:space="preserve">[1:05:54] </w:t>
      </w:r>
      <w:r>
        <w:t>to un se ek achhi baat cheet hui aur inshallah aage aur kaam karne ka mauqa milega.</w:t>
      </w:r>
    </w:p>
    <w:p>
      <w:pPr>
        <w:jc w:val="right"/>
      </w:pPr>
      <w:r>
        <w:t>تو ان سے ایک اچھی بات چیت ہوئی اور انشاءاللہ آگے اور کام کرنے کا موقع ملے گا۔</w:t>
      </w:r>
    </w:p>
    <w:p>
      <w:r>
        <w:rPr>
          <w:b/>
        </w:rPr>
        <w:t xml:space="preserve">[1:06:02] </w:t>
      </w:r>
      <w:r>
        <w:t>phir wahan se main wapsi mein istanbol aaya.</w:t>
      </w:r>
    </w:p>
    <w:p>
      <w:pPr>
        <w:jc w:val="right"/>
      </w:pPr>
      <w:r>
        <w:t>پھر وہاں سے میں واپسی میں استنبول آیا۔</w:t>
      </w:r>
    </w:p>
    <w:p>
      <w:r>
        <w:rPr>
          <w:b/>
        </w:rPr>
        <w:t xml:space="preserve">[1:06:05] </w:t>
      </w:r>
      <w:r>
        <w:t>turkey.</w:t>
      </w:r>
    </w:p>
    <w:p>
      <w:pPr>
        <w:jc w:val="right"/>
      </w:pPr>
      <w:r>
        <w:t>ٹرکی۔</w:t>
      </w:r>
    </w:p>
    <w:p>
      <w:r>
        <w:rPr>
          <w:b/>
        </w:rPr>
        <w:t xml:space="preserve">[1:06:07] </w:t>
      </w:r>
      <w:r>
        <w:t>chunki turkey mein dawat ka imkan sab se zyada hai.</w:t>
      </w:r>
    </w:p>
    <w:p>
      <w:pPr>
        <w:jc w:val="right"/>
      </w:pPr>
      <w:r>
        <w:t>چونکہ ٹرکی میں دعوتی امکان سب سے زیادہ ہے۔</w:t>
      </w:r>
    </w:p>
    <w:p>
      <w:r>
        <w:rPr>
          <w:b/>
        </w:rPr>
        <w:t xml:space="preserve">[1:06:11] </w:t>
      </w:r>
      <w:r>
        <w:t>kyunki turkey ya istanbol bilkul europe se qareeb hai.</w:t>
      </w:r>
    </w:p>
    <w:p>
      <w:pPr>
        <w:jc w:val="right"/>
      </w:pPr>
      <w:r>
        <w:t>کیونکہ ٹرکی یا استنبول بالکل یورپ سے قریب ہے۔</w:t>
      </w:r>
    </w:p>
    <w:p>
      <w:r>
        <w:rPr>
          <w:b/>
        </w:rPr>
        <w:t xml:space="preserve">[1:06:15] </w:t>
      </w:r>
      <w:r>
        <w:t>sare tourist wahan aate hain.</w:t>
      </w:r>
    </w:p>
    <w:p>
      <w:pPr>
        <w:jc w:val="right"/>
      </w:pPr>
      <w:r>
        <w:t>سارے ٹورسٹ وہاں آتے ہیں۔</w:t>
      </w:r>
    </w:p>
    <w:p>
      <w:r>
        <w:rPr>
          <w:b/>
        </w:rPr>
        <w:t xml:space="preserve">[1:06:17] </w:t>
      </w:r>
      <w:r>
        <w:t>jo wahan ki sab se badi masjid hai blue mosque jis ko sultan ahmed kehte hain.</w:t>
      </w:r>
    </w:p>
    <w:p>
      <w:pPr>
        <w:jc w:val="right"/>
      </w:pPr>
      <w:r>
        <w:t>جو وہاں کی سب سے بڑی مسجد ہے بلو موسک جس کو سلطان احمد کہتے ہیں۔</w:t>
      </w:r>
    </w:p>
    <w:p>
      <w:r>
        <w:rPr>
          <w:b/>
        </w:rPr>
        <w:t xml:space="preserve">[1:06:24] </w:t>
      </w:r>
      <w:r>
        <w:t>wahan taqreeban das se pandrah hazar tourist daily aate hain.</w:t>
      </w:r>
    </w:p>
    <w:p>
      <w:pPr>
        <w:jc w:val="right"/>
      </w:pPr>
      <w:r>
        <w:t>وہاں تقریباً دس سے پندرہ ہزار ٹورسٹ ڈیلی آتے ہیں۔</w:t>
      </w:r>
    </w:p>
    <w:p>
      <w:r>
        <w:rPr>
          <w:b/>
        </w:rPr>
        <w:t xml:space="preserve">[1:06:28] </w:t>
      </w:r>
      <w:r>
        <w:t>yani aaj kal halaat thode se badal gaye the is ke bawajood wahan tourist bhare hue the.</w:t>
      </w:r>
    </w:p>
    <w:p>
      <w:pPr>
        <w:jc w:val="right"/>
      </w:pPr>
      <w:r>
        <w:t>یعنی آج کل حالات تھوڑے سے بدل گئے تھے اس کے باوجود وہاں ٹورسٹ بھرے ہوئے تھے۔</w:t>
      </w:r>
    </w:p>
    <w:p>
      <w:r>
        <w:rPr>
          <w:b/>
        </w:rPr>
        <w:t xml:space="preserve">[1:06:35] </w:t>
      </w:r>
      <w:r>
        <w:t>to wahan hum ne alhamdulillah kai saal se distribution shuru kiya hai quran ka.</w:t>
      </w:r>
    </w:p>
    <w:p>
      <w:pPr>
        <w:jc w:val="right"/>
      </w:pPr>
      <w:r>
        <w:t>تو وہاں ہم نے الحمدللہ کئی سال سے ڈسٹریبیوشن شروع کیا ہے قرآن کا۔</w:t>
      </w:r>
    </w:p>
    <w:p>
      <w:r>
        <w:rPr>
          <w:b/>
        </w:rPr>
        <w:t xml:space="preserve">[1:06:41] </w:t>
      </w:r>
      <w:r>
        <w:t>aur is waqt aath zubanon mein quran ka distribution wahan ho raha hai.</w:t>
      </w:r>
    </w:p>
    <w:p>
      <w:pPr>
        <w:jc w:val="right"/>
      </w:pPr>
      <w:r>
        <w:t>اور اس وقت آٹھ زبانوں میں قرآن کا ڈسٹریبیوشن وہاں ہو رہا ہے۔</w:t>
      </w:r>
    </w:p>
    <w:p>
      <w:r>
        <w:rPr>
          <w:b/>
        </w:rPr>
        <w:t xml:space="preserve">[1:06:47] </w:t>
      </w:r>
      <w:r>
        <w:t>aah aur woh jo aah blue mosque hai us ka bohat hi badi masjid hai, teen gates hain</w:t>
      </w:r>
    </w:p>
    <w:p>
      <w:pPr>
        <w:jc w:val="right"/>
      </w:pPr>
      <w:r>
        <w:t>آہ اور وہ جو آہ بلو موسک ہے اس کا بہت ہی بڑی مسجد ہے، تین گیٹس ہیں</w:t>
      </w:r>
    </w:p>
    <w:p>
      <w:r>
        <w:rPr>
          <w:b/>
        </w:rPr>
        <w:t xml:space="preserve">[1:06:54] </w:t>
      </w:r>
      <w:r>
        <w:t>us ke.</w:t>
      </w:r>
    </w:p>
    <w:p>
      <w:pPr>
        <w:jc w:val="right"/>
      </w:pPr>
      <w:r>
        <w:t>اس کے۔</w:t>
      </w:r>
    </w:p>
    <w:p>
      <w:r>
        <w:rPr>
          <w:b/>
        </w:rPr>
        <w:t xml:space="preserve">[1:06:56] </w:t>
      </w:r>
      <w:r>
        <w:t>ek front pe hai aur do sides mein hai.</w:t>
      </w:r>
    </w:p>
    <w:p>
      <w:pPr>
        <w:jc w:val="right"/>
      </w:pPr>
      <w:r>
        <w:t>ایک فرنٹ پہ ہے اور دو سائیڈز میں ہے۔</w:t>
      </w:r>
    </w:p>
    <w:p>
      <w:r>
        <w:rPr>
          <w:b/>
        </w:rPr>
        <w:t xml:space="preserve">[1:07:00] </w:t>
      </w:r>
      <w:r>
        <w:t>to jo right side ka gate hai woh unhon ne sirf tourists ke liye banaya hua hai, bohat</w:t>
      </w:r>
    </w:p>
    <w:p>
      <w:pPr>
        <w:jc w:val="right"/>
      </w:pPr>
      <w:r>
        <w:t>تو جو رائٹ سائیڈ کا گیٹ ہے وہ انہوں نے صرف ٹورسٹس کے لیے بنایا ہوا ہے، بہت</w:t>
      </w:r>
    </w:p>
    <w:p>
      <w:r>
        <w:rPr>
          <w:b/>
        </w:rPr>
        <w:t xml:space="preserve">[1:07:07] </w:t>
      </w:r>
      <w:r>
        <w:t>hi munazzam andaaz mein.</w:t>
      </w:r>
    </w:p>
    <w:p>
      <w:pPr>
        <w:jc w:val="right"/>
      </w:pPr>
      <w:r>
        <w:t>ہی منظم انداز میں۔</w:t>
      </w:r>
    </w:p>
    <w:p>
      <w:r>
        <w:rPr>
          <w:b/>
        </w:rPr>
        <w:t xml:space="preserve">[1:07:09] </w:t>
      </w:r>
      <w:r>
        <w:t>queue hoti hai tourists ki, baqayda aisi zig zag jaisa embassy waghera mein hoti hai visa ke liye</w:t>
      </w:r>
    </w:p>
    <w:p>
      <w:pPr>
        <w:jc w:val="right"/>
      </w:pPr>
      <w:r>
        <w:t>کیو ہوتی ہے ٹورسٹس کی، باقاعدہ ایسی زگ زیگ جیسا ایمبیسی وغیرہ میں ہوتی ہے ویزا کے لیے</w:t>
      </w:r>
    </w:p>
    <w:p>
      <w:r>
        <w:rPr>
          <w:b/>
        </w:rPr>
        <w:t xml:space="preserve">[1:07:17] </w:t>
      </w:r>
      <w:r>
        <w:t>ya aah airports pe.</w:t>
      </w:r>
    </w:p>
    <w:p>
      <w:pPr>
        <w:jc w:val="right"/>
      </w:pPr>
      <w:r>
        <w:t>یا آہ ایئرپورٹس پہ۔</w:t>
      </w:r>
    </w:p>
    <w:p>
      <w:r>
        <w:rPr>
          <w:b/>
        </w:rPr>
        <w:t xml:space="preserve">[1:07:19] </w:t>
      </w:r>
      <w:r>
        <w:t>to woh aise bohat lambi queue hoti hai.</w:t>
      </w:r>
    </w:p>
    <w:p>
      <w:pPr>
        <w:jc w:val="right"/>
      </w:pPr>
      <w:r>
        <w:t>تو وہ ایسے بہت لمبی کیو ہوتی ہے۔</w:t>
      </w:r>
    </w:p>
    <w:p>
      <w:r>
        <w:rPr>
          <w:b/>
        </w:rPr>
        <w:t xml:space="preserve">[1:07:22] </w:t>
      </w:r>
      <w:r>
        <w:t>to woh aate hain aise aise aah karte hue aur phir enter hota hai, un woh enter karte</w:t>
      </w:r>
    </w:p>
    <w:p>
      <w:pPr>
        <w:jc w:val="right"/>
      </w:pPr>
      <w:r>
        <w:t>تو وہ آتے ہیں ایسے ایسے آہ کرتے ہوئے اور پھر انٹر ہوتا ہے، ان وہ انٹر کرتے</w:t>
      </w:r>
    </w:p>
    <w:p>
      <w:r>
        <w:rPr>
          <w:b/>
        </w:rPr>
        <w:t xml:space="preserve">[1:07:30]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[1:07:31] </w:t>
      </w:r>
      <w:r>
        <w:t>phir wahan par ek bohat bada sa rack hai.</w:t>
      </w:r>
    </w:p>
    <w:p>
      <w:pPr>
        <w:jc w:val="right"/>
      </w:pPr>
      <w:r>
        <w:t>پھر وہاں پر ایک بہت بڑا سا ریک ہے۔</w:t>
      </w:r>
    </w:p>
    <w:p>
      <w:r>
        <w:rPr>
          <w:b/>
        </w:rPr>
        <w:t xml:space="preserve">[1:07:35] </w:t>
      </w:r>
      <w:r>
        <w:t>jis pe unhon ne likha hua hai free literature.</w:t>
      </w:r>
    </w:p>
    <w:p>
      <w:pPr>
        <w:jc w:val="right"/>
      </w:pPr>
      <w:r>
        <w:t>جس پہ انہوں نے لکھا ہوا ہے فری لٹریچر۔</w:t>
      </w:r>
    </w:p>
    <w:p>
      <w:r>
        <w:rPr>
          <w:b/>
        </w:rPr>
        <w:t xml:space="preserve">[1:07:39] </w:t>
      </w:r>
      <w:r>
        <w:t>woh wahan sare quran aath zubanon mein english, french, spanish, aah german, chinese, portugali, italian aur aah aur</w:t>
      </w:r>
    </w:p>
    <w:p>
      <w:pPr>
        <w:jc w:val="right"/>
      </w:pPr>
      <w:r>
        <w:t>وہ وہاں سارے قرآن آٹھ زبانوں میں انگلش، فرینچ، اسپینش، آہ جرمن، چائنیز، پرتگالی، اٹالین اور آہ اور</w:t>
      </w:r>
    </w:p>
    <w:p>
      <w:r>
        <w:rPr>
          <w:b/>
        </w:rPr>
        <w:t xml:space="preserve">[1:07:47] </w:t>
      </w:r>
      <w:r>
        <w:t>ek ek hai zuban yaad nahi aa rahi.</w:t>
      </w:r>
    </w:p>
    <w:p>
      <w:pPr>
        <w:jc w:val="right"/>
      </w:pPr>
      <w:r>
        <w:t>ایک ایک ہے زبان یاد نہیں آ رہی۔</w:t>
      </w:r>
    </w:p>
    <w:p>
      <w:r>
        <w:rPr>
          <w:b/>
        </w:rPr>
        <w:t xml:space="preserve">[1:07:50] </w:t>
      </w:r>
      <w:r>
        <w:t>to is tareeqay say aath zubanon mein quran wahan par aah dastiyab hota hai.</w:t>
      </w:r>
    </w:p>
    <w:p>
      <w:pPr>
        <w:jc w:val="right"/>
      </w:pPr>
      <w:r>
        <w:t>تو اس طریقے سے آٹھ زبانوں میں قرآن وہاں پر آہ دستیاب ہوتا ہے۔</w:t>
      </w:r>
    </w:p>
    <w:p>
      <w:r>
        <w:rPr>
          <w:b/>
        </w:rPr>
        <w:t xml:space="preserve">[1:07:56] </w:t>
      </w:r>
      <w:r>
        <w:t>aur unhon nay paanch jaghon pe quran rakha hua hai.</w:t>
      </w:r>
    </w:p>
    <w:p>
      <w:pPr>
        <w:jc w:val="right"/>
      </w:pPr>
      <w:r>
        <w:t>اور انہوں نے پانچ جگہوں پہ قرآن رکھا ہوا ہے۔</w:t>
      </w:r>
    </w:p>
    <w:p>
      <w:r>
        <w:rPr>
          <w:b/>
        </w:rPr>
        <w:t xml:space="preserve">[1:08:00] </w:t>
      </w:r>
      <w:r>
        <w:t>aik woh jahan say enter kartay hain, aik exit gate pe, aik front gate pe.</w:t>
      </w:r>
    </w:p>
    <w:p>
      <w:pPr>
        <w:jc w:val="right"/>
      </w:pPr>
      <w:r>
        <w:t>ایک وہ جہاں سے انٹر کرتے ہیں، ایک ایگزٹ گیٹ پہ، ایک فرنٹ گیٹ پہ۔</w:t>
      </w:r>
    </w:p>
    <w:p>
      <w:r>
        <w:rPr>
          <w:b/>
        </w:rPr>
        <w:t xml:space="preserve">[1:08:07] </w:t>
      </w:r>
      <w:r>
        <w:t>aur andar do chhotay chhotay center hain in kay jis ka naam hai islamic information center.</w:t>
      </w:r>
    </w:p>
    <w:p>
      <w:pPr>
        <w:jc w:val="right"/>
      </w:pPr>
      <w:r>
        <w:t>اور اندر دو چھوٹے چھوٹے سینٹر ہیں ان کے جس کا نام ہے اسلامک انفارمیشن سینٹر۔</w:t>
      </w:r>
    </w:p>
    <w:p>
      <w:r>
        <w:rPr>
          <w:b/>
        </w:rPr>
        <w:t xml:space="preserve">[1:08:14] </w:t>
      </w:r>
      <w:r>
        <w:t>wahan par bhi woh rakhtay hain.</w:t>
      </w:r>
    </w:p>
    <w:p>
      <w:pPr>
        <w:jc w:val="right"/>
      </w:pPr>
      <w:r>
        <w:t>وہاں پر بھی وہ رکھتے ہیں۔</w:t>
      </w:r>
    </w:p>
    <w:p>
      <w:r>
        <w:rPr>
          <w:b/>
        </w:rPr>
        <w:t xml:space="preserve">[1:08:16] </w:t>
      </w:r>
      <w:r>
        <w:t>to woh mujhay laga kay sab say achi jagah is waqt hai aah quran distribution ki.</w:t>
      </w:r>
    </w:p>
    <w:p>
      <w:pPr>
        <w:jc w:val="right"/>
      </w:pPr>
      <w:r>
        <w:t>تو وہ مجھے لگا کہ سب سے اچھی جگہ اس وقت ہے آہ قرآن ڈسٹریبیوشن کی۔</w:t>
      </w:r>
    </w:p>
    <w:p>
      <w:r>
        <w:rPr>
          <w:b/>
        </w:rPr>
        <w:t xml:space="preserve">[1:08:23] </w:t>
      </w:r>
      <w:r>
        <w:t>aah isi tareeqay say dubai mein bhi jo museum hai, dubai museum, sister sarah, aah sister aah seema</w:t>
      </w:r>
    </w:p>
    <w:p>
      <w:pPr>
        <w:jc w:val="right"/>
      </w:pPr>
      <w:r>
        <w:t>آہ اسی طریقے سے دبئی میں بھی جو میوزیم ہے، دبئی میوزیم، سسٹر سارہ، آہ سسٹر آہ سیما</w:t>
      </w:r>
    </w:p>
    <w:p>
      <w:r>
        <w:rPr>
          <w:b/>
        </w:rPr>
        <w:t xml:space="preserve">[1:08:31] </w:t>
      </w:r>
      <w:r>
        <w:t>woh is ko organize karti hain.</w:t>
      </w:r>
    </w:p>
    <w:p>
      <w:pPr>
        <w:jc w:val="right"/>
      </w:pPr>
      <w:r>
        <w:t>وہ اس کو آرگنائز کرتی ہیں۔</w:t>
      </w:r>
    </w:p>
    <w:p>
      <w:r>
        <w:rPr>
          <w:b/>
        </w:rPr>
        <w:t xml:space="preserve">[1:08:33] </w:t>
      </w:r>
      <w:r>
        <w:t>wahan bhi tourist atay hain.</w:t>
      </w:r>
    </w:p>
    <w:p>
      <w:pPr>
        <w:jc w:val="right"/>
      </w:pPr>
      <w:r>
        <w:t>وہاں بھی ٹورسٹ آتے ہیں۔</w:t>
      </w:r>
    </w:p>
    <w:p>
      <w:r>
        <w:rPr>
          <w:b/>
        </w:rPr>
        <w:t xml:space="preserve">[1:08:36] </w:t>
      </w:r>
      <w:r>
        <w:t>to is tarah say jo tourists ka aah kay maqam hain, dubai hai, jerusalem mein masjid aqsa hai.</w:t>
      </w:r>
    </w:p>
    <w:p>
      <w:pPr>
        <w:jc w:val="right"/>
      </w:pPr>
      <w:r>
        <w:t>تو اس طرح سے جو ٹورسٹس کا آہ کے مقام ہیں، دبئی ہے، جروشلم میں مسجد اقصیٰ ہے۔</w:t>
      </w:r>
    </w:p>
    <w:p>
      <w:r>
        <w:rPr>
          <w:b/>
        </w:rPr>
        <w:t xml:space="preserve">[1:08:43] </w:t>
      </w:r>
      <w:r>
        <w:t>ya aah yeh sultan ahmad hai aah turkey mein.</w:t>
      </w:r>
    </w:p>
    <w:p>
      <w:pPr>
        <w:jc w:val="right"/>
      </w:pPr>
      <w:r>
        <w:t>یا آہ یہ سلطان احمد ہے آہ ٹرکی میں۔</w:t>
      </w:r>
    </w:p>
    <w:p>
      <w:r>
        <w:rPr>
          <w:b/>
        </w:rPr>
        <w:t xml:space="preserve">[1:08:47] </w:t>
      </w:r>
      <w:r>
        <w:t>yeh bohat achi jagah hai chokay sari dunya say tourist atay hain.</w:t>
      </w:r>
    </w:p>
    <w:p>
      <w:pPr>
        <w:jc w:val="right"/>
      </w:pPr>
      <w:r>
        <w:t>یہ بہت اچھی جگہ ہے چونکہ ساری دنیا سے ٹورسٹ آتے ہیں۔</w:t>
      </w:r>
    </w:p>
    <w:p>
      <w:r>
        <w:rPr>
          <w:b/>
        </w:rPr>
        <w:t xml:space="preserve">[1:08:52] </w:t>
      </w:r>
      <w:r>
        <w:t>aur woh aisa aisi jagah hai kay jahan jab masjid ko dekhtay hain is ka art aur architecture</w:t>
      </w:r>
    </w:p>
    <w:p>
      <w:pPr>
        <w:jc w:val="right"/>
      </w:pPr>
      <w:r>
        <w:t>اور وہ ایسا ایسی جگہ ہے کہ جہاں جب مسجد کو دیکھتے ہیں اس کا آرٹ اور آرکیٹیکچر</w:t>
      </w:r>
    </w:p>
    <w:p>
      <w:r>
        <w:rPr>
          <w:b/>
        </w:rPr>
        <w:t xml:space="preserve">[1:09:00] </w:t>
      </w:r>
      <w:r>
        <w:t>aur jo is ki beauty hai woh sab dekh kay bohat hi mutasir hotay hain.</w:t>
      </w:r>
    </w:p>
    <w:p>
      <w:pPr>
        <w:jc w:val="right"/>
      </w:pPr>
      <w:r>
        <w:t>اور جو اس کی بیوٹی ہے وہ سب دیکھ کے بہت ہی متاثر ہوتے ہیں۔</w:t>
      </w:r>
    </w:p>
    <w:p>
      <w:r>
        <w:rPr>
          <w:b/>
        </w:rPr>
        <w:t xml:space="preserve">[1:09:06] </w:t>
      </w:r>
      <w:r>
        <w:t>bohat hi un kay andar aah aik aisa ehsas paida hota hai kay islam kay baray mein jannay,</w:t>
      </w:r>
    </w:p>
    <w:p>
      <w:pPr>
        <w:jc w:val="right"/>
      </w:pPr>
      <w:r>
        <w:t>بہت ہی ان کے اندر آہ ایک ایسا احساس پیدا ہوتا ہے کہ اسلام کے بارے میں جانیں،</w:t>
      </w:r>
    </w:p>
    <w:p>
      <w:r>
        <w:rPr>
          <w:b/>
        </w:rPr>
        <w:t xml:space="preserve">[1:09:14] </w:t>
      </w:r>
      <w:r>
        <w:t>quran quran kay baray mein jannay.</w:t>
      </w:r>
    </w:p>
    <w:p>
      <w:pPr>
        <w:jc w:val="right"/>
      </w:pPr>
      <w:r>
        <w:t>قرآن قرآن کے بارے میں جانیں۔</w:t>
      </w:r>
    </w:p>
    <w:p>
      <w:r>
        <w:rPr>
          <w:b/>
        </w:rPr>
        <w:t xml:space="preserve">[1:09:17] </w:t>
      </w:r>
      <w:r>
        <w:t>to is waqt agar unhain quran ki copy mil jaye to woh bohat hi acha waqt hota hai</w:t>
      </w:r>
    </w:p>
    <w:p>
      <w:pPr>
        <w:jc w:val="right"/>
      </w:pPr>
      <w:r>
        <w:t>تو اس وقت اگر انہیں قرآن کی کاپی مل جائے تو وہ بہت ہی اچھا وقت ہوتا ہے</w:t>
      </w:r>
    </w:p>
    <w:p>
      <w:r>
        <w:rPr>
          <w:b/>
        </w:rPr>
        <w:t xml:space="preserve">[1:09:24] </w:t>
      </w:r>
      <w:r>
        <w:t>kay woh is ko aah shoq say parhain.</w:t>
      </w:r>
    </w:p>
    <w:p>
      <w:pPr>
        <w:jc w:val="right"/>
      </w:pPr>
      <w:r>
        <w:t>کہ وہ اس کو آہ شوق سے پڑھیں۔</w:t>
      </w:r>
    </w:p>
    <w:p>
      <w:r>
        <w:rPr>
          <w:b/>
        </w:rPr>
        <w:t xml:space="preserve">[1:09:28] </w:t>
      </w:r>
      <w:r>
        <w:t>wahan kafi japanese aur korean tourist aa rahay thay.</w:t>
      </w:r>
    </w:p>
    <w:p>
      <w:pPr>
        <w:jc w:val="right"/>
      </w:pPr>
      <w:r>
        <w:t>وہاں کافی جیپنیز اور کورین ٹورسٹ آ رہے تھے۔</w:t>
      </w:r>
    </w:p>
    <w:p>
      <w:r>
        <w:rPr>
          <w:b/>
        </w:rPr>
        <w:t xml:space="preserve">[1:09:32] </w:t>
      </w:r>
      <w:r>
        <w:t>aur mang rahay thay wahan kay humain quran chahiye.</w:t>
      </w:r>
    </w:p>
    <w:p>
      <w:pPr>
        <w:jc w:val="right"/>
      </w:pPr>
      <w:r>
        <w:t>اور مانگ رہے تھے وہاں کہ ہمیں قرآن چاہیے۔</w:t>
      </w:r>
    </w:p>
    <w:p>
      <w:r>
        <w:rPr>
          <w:b/>
        </w:rPr>
        <w:t xml:space="preserve">[1:09:36] </w:t>
      </w:r>
      <w:r>
        <w:t>aah korean mein aur japanese mein.</w:t>
      </w:r>
    </w:p>
    <w:p>
      <w:pPr>
        <w:jc w:val="right"/>
      </w:pPr>
      <w:r>
        <w:t>آہ کورین میں اور جیپنیز میں۔</w:t>
      </w:r>
    </w:p>
    <w:p>
      <w:r>
        <w:rPr>
          <w:b/>
        </w:rPr>
        <w:t xml:space="preserve">[1:09:38] </w:t>
      </w:r>
      <w:r>
        <w:t>to inshallah umeed hai kay hum japanese aur aah korean language mein bhi quran hasil karain gay.</w:t>
      </w:r>
    </w:p>
    <w:p>
      <w:pPr>
        <w:jc w:val="right"/>
      </w:pPr>
      <w:r>
        <w:t>تو انشاءاللہ امید ہے کہ ہم جیپنیز اور آہ کورین لینگویج میں بھی قرآن حاصل کریں گے۔</w:t>
      </w:r>
    </w:p>
    <w:p>
      <w:r>
        <w:rPr>
          <w:b/>
        </w:rPr>
        <w:t xml:space="preserve">[1:09:45] </w:t>
      </w:r>
      <w:r>
        <w:t>abhi haroon shaikh sahib gaye thay japan.</w:t>
      </w:r>
    </w:p>
    <w:p>
      <w:pPr>
        <w:jc w:val="right"/>
      </w:pPr>
      <w:r>
        <w:t>ابھی ہارون شیخ صاحب گئے تھے جاپان۔</w:t>
      </w:r>
    </w:p>
    <w:p>
      <w:r>
        <w:rPr>
          <w:b/>
        </w:rPr>
        <w:t xml:space="preserve">[1:09:48] </w:t>
      </w:r>
      <w:r>
        <w:t>aur unhon nay wahan koshish ki hai japanese japanese translation ki.</w:t>
      </w:r>
    </w:p>
    <w:p>
      <w:pPr>
        <w:jc w:val="right"/>
      </w:pPr>
      <w:r>
        <w:t>اور انہوں نے وہاں کوشش کی ہے جیپنیز جیپنیز ٹرانسلیشن کی۔</w:t>
      </w:r>
    </w:p>
    <w:p>
      <w:r>
        <w:rPr>
          <w:b/>
        </w:rPr>
        <w:t xml:space="preserve">[1:09:53] </w:t>
      </w:r>
      <w:r>
        <w:t>to umeed hai jaldi woh bhi aa jayega.</w:t>
      </w:r>
    </w:p>
    <w:p>
      <w:pPr>
        <w:jc w:val="right"/>
      </w:pPr>
      <w:r>
        <w:t>تو امید ہے جلدی وہ بھی آ جائے گا۔</w:t>
      </w:r>
    </w:p>
    <w:p>
      <w:r>
        <w:rPr>
          <w:b/>
        </w:rPr>
        <w:t xml:space="preserve">[1:09:57] </w:t>
      </w:r>
      <w:r>
        <w:t>sultan ahmad mein jo sahib aah us ko us ke incharge hain woh imam hain.</w:t>
      </w:r>
    </w:p>
    <w:p>
      <w:pPr>
        <w:jc w:val="right"/>
      </w:pPr>
      <w:r>
        <w:t>سلطان احمد میں جو صاحب آہ اس کو اس کے انچارج ہیں وہ امام ہیں۔</w:t>
      </w:r>
    </w:p>
    <w:p>
      <w:r>
        <w:rPr>
          <w:b/>
        </w:rPr>
        <w:t xml:space="preserve">[1:10:03] </w:t>
      </w:r>
      <w:r>
        <w:t>kai sare imam hain wahan blue mosque mein to un ka naam hai sabqat ullah.</w:t>
      </w:r>
    </w:p>
    <w:p>
      <w:pPr>
        <w:jc w:val="right"/>
      </w:pPr>
      <w:r>
        <w:t>کئی سارے امام ہیں وہاں بلو موسک میں تو ان کا نام ہے سبقت اللہ۔</w:t>
      </w:r>
    </w:p>
    <w:p>
      <w:r>
        <w:rPr>
          <w:b/>
        </w:rPr>
        <w:t xml:space="preserve">[1:10:10] </w:t>
      </w:r>
      <w:r>
        <w:t>korehan.</w:t>
      </w:r>
    </w:p>
    <w:p>
      <w:pPr>
        <w:jc w:val="right"/>
      </w:pPr>
      <w:r>
        <w:t>کورہن۔</w:t>
      </w:r>
    </w:p>
    <w:p>
      <w:r>
        <w:rPr>
          <w:b/>
        </w:rPr>
        <w:t xml:space="preserve">[1:10:11] </w:t>
      </w:r>
      <w:r>
        <w:t>yeh bare aah cooperative hain aur bohat hi unhon ne shauq se sara kaam kiya.</w:t>
      </w:r>
    </w:p>
    <w:p>
      <w:pPr>
        <w:jc w:val="right"/>
      </w:pPr>
      <w:r>
        <w:t>یہ بڑے آہ کوآپریٹیو ہیں اور بہت ہی انہوں نے شوق سے سارا کام کیا۔</w:t>
      </w:r>
    </w:p>
    <w:p>
      <w:r>
        <w:rPr>
          <w:b/>
        </w:rPr>
        <w:t xml:space="preserve">[1:10:18] </w:t>
      </w:r>
      <w:r>
        <w:t>is ke ilawa jo doosri number ki masjid hai is ka naam hai suleimania mosque.</w:t>
      </w:r>
    </w:p>
    <w:p>
      <w:pPr>
        <w:jc w:val="right"/>
      </w:pPr>
      <w:r>
        <w:t>اس کے علاوہ جو دوسری نمبر کی مسجد ہے اس کا نام ہے سلیمانیہ موسک۔</w:t>
      </w:r>
    </w:p>
    <w:p>
      <w:r>
        <w:rPr>
          <w:b/>
        </w:rPr>
        <w:t xml:space="preserve">[1:10:24] </w:t>
      </w:r>
      <w:r>
        <w:t>woh blue mosque se halan ke bari hai lekin is mein aah yeh doosre number ki mosque hai.</w:t>
      </w:r>
    </w:p>
    <w:p>
      <w:pPr>
        <w:jc w:val="right"/>
      </w:pPr>
      <w:r>
        <w:t>وہ بلو موسک سے حالانکہ بڑی ہے لیکن اس میں آہ یہ دوسرے نمبر کی موسک ہے۔</w:t>
      </w:r>
    </w:p>
    <w:p>
      <w:r>
        <w:rPr>
          <w:b/>
        </w:rPr>
        <w:t xml:space="preserve">[1:10:31] </w:t>
      </w:r>
      <w:r>
        <w:t>aah wahan bhi tourist aate hain.</w:t>
      </w:r>
    </w:p>
    <w:p>
      <w:pPr>
        <w:jc w:val="right"/>
      </w:pPr>
      <w:r>
        <w:t>آہ وہاں بھی ٹورسٹ آتے ہیں۔</w:t>
      </w:r>
    </w:p>
    <w:p>
      <w:r>
        <w:rPr>
          <w:b/>
        </w:rPr>
        <w:t xml:space="preserve">[1:10:34] </w:t>
      </w:r>
      <w:r>
        <w:t>aur isi tarah lekin kam aate hain.</w:t>
      </w:r>
    </w:p>
    <w:p>
      <w:pPr>
        <w:jc w:val="right"/>
      </w:pPr>
      <w:r>
        <w:t>اور اسی طریقے سے لیکن کم آتے ہیں۔</w:t>
      </w:r>
    </w:p>
    <w:p>
      <w:r>
        <w:rPr>
          <w:b/>
        </w:rPr>
        <w:t xml:space="preserve">[1:10:37] </w:t>
      </w:r>
      <w:r>
        <w:t>wahan bhi quran aath zubanon mein rakha rehta hai.</w:t>
      </w:r>
    </w:p>
    <w:p>
      <w:pPr>
        <w:jc w:val="right"/>
      </w:pPr>
      <w:r>
        <w:t>وہاں بھی قرآن آٹھ زبانوں میں رکھا رہتا ہے۔</w:t>
      </w:r>
    </w:p>
    <w:p>
      <w:r>
        <w:rPr>
          <w:b/>
        </w:rPr>
        <w:t xml:space="preserve">[1:10:41] </w:t>
      </w:r>
      <w:r>
        <w:t>aur log lete hain is ko.</w:t>
      </w:r>
    </w:p>
    <w:p>
      <w:pPr>
        <w:jc w:val="right"/>
      </w:pPr>
      <w:r>
        <w:t>اور لوگ لیتے ہیں اس کو۔</w:t>
      </w:r>
    </w:p>
    <w:p>
      <w:r>
        <w:rPr>
          <w:b/>
        </w:rPr>
        <w:t xml:space="preserve">[1:10:44] </w:t>
      </w:r>
      <w:r>
        <w:t>wahan jo log organize karte hain un ka naam hai usman yapir aur fateh ooskan.</w:t>
      </w:r>
    </w:p>
    <w:p>
      <w:pPr>
        <w:jc w:val="right"/>
      </w:pPr>
      <w:r>
        <w:t>وہاں جو لوگ آرگنائز کرتے ہیں ان کا نام ہے عثمان یاپر اور فاتح اوسکن۔</w:t>
      </w:r>
    </w:p>
    <w:p>
      <w:r>
        <w:rPr>
          <w:b/>
        </w:rPr>
        <w:t xml:space="preserve">[1:10:50] </w:t>
      </w:r>
      <w:r>
        <w:t>yeh dono naujawan log hain, yeh bare dawati jazba hai in ka.</w:t>
      </w:r>
    </w:p>
    <w:p>
      <w:pPr>
        <w:jc w:val="right"/>
      </w:pPr>
      <w:r>
        <w:t>یہ دونوں نوجوان لوگ ہیں، یہ بڑے دعوتی جذبہ ہے ان کا۔</w:t>
      </w:r>
    </w:p>
    <w:p>
      <w:r>
        <w:rPr>
          <w:b/>
        </w:rPr>
        <w:t xml:space="preserve">[1:10:55] </w:t>
      </w:r>
      <w:r>
        <w:t>aur aah yeh log wahan aah tourist se baat cheet bhi karte hain.</w:t>
      </w:r>
    </w:p>
    <w:p>
      <w:pPr>
        <w:jc w:val="right"/>
      </w:pPr>
      <w:r>
        <w:t>اور آہ یہ لوگ وہاں آہ ٹورسٹ سے بات چیت بھی کرتے ہیں۔</w:t>
      </w:r>
    </w:p>
    <w:p>
      <w:r>
        <w:rPr>
          <w:b/>
        </w:rPr>
        <w:t xml:space="preserve">[1:11:01] </w:t>
      </w:r>
      <w:r>
        <w:t>in ko ek aah ek tarah se guide ke taur par aur kuch islam ke bare mein batate</w:t>
      </w:r>
    </w:p>
    <w:p>
      <w:pPr>
        <w:jc w:val="right"/>
      </w:pPr>
      <w:r>
        <w:t>ان کو ایک آہ ایک طریقے سے گائیڈ کے طور پر اور کچھ اسلام کے بارے میں بتاتے</w:t>
      </w:r>
    </w:p>
    <w:p>
      <w:r>
        <w:rPr>
          <w:b/>
        </w:rPr>
        <w:t xml:space="preserve">[1:11:09] </w:t>
      </w:r>
      <w:r>
        <w:t>hain, mosque ke bare mein batate hain.</w:t>
      </w:r>
    </w:p>
    <w:p>
      <w:pPr>
        <w:jc w:val="right"/>
      </w:pPr>
      <w:r>
        <w:t>ہیں، موسک کے بارے میں بتاتے ہیں۔</w:t>
      </w:r>
    </w:p>
    <w:p>
      <w:r>
        <w:rPr>
          <w:b/>
        </w:rPr>
        <w:t xml:space="preserve">[1:11:12] </w:t>
      </w:r>
      <w:r>
        <w:t>to wahan us waqt aath aah zubanon mein hai english, french, spanish, italian, portugali, german, chinese aur russian.</w:t>
      </w:r>
    </w:p>
    <w:p>
      <w:pPr>
        <w:jc w:val="right"/>
      </w:pPr>
      <w:r>
        <w:t>تو وہاں اس وقت آٹھ آہ زبانوں میں ہے انگلش، فرینچ، اسپینش، اٹالین، پرتگالی، جرمن، چائنیز اور رشن۔</w:t>
      </w:r>
    </w:p>
    <w:p>
      <w:r>
        <w:rPr>
          <w:b/>
        </w:rPr>
        <w:t xml:space="preserve">[1:11:19] </w:t>
      </w:r>
      <w:r>
        <w:t>to aah russian tourist bohat aate hain chunke russia se qareeb hai aah istanbul.</w:t>
      </w:r>
    </w:p>
    <w:p>
      <w:pPr>
        <w:jc w:val="right"/>
      </w:pPr>
      <w:r>
        <w:t>تو آہ رشن ٹورسٹ بہت آتے ہیں چونکہ رشیا سے قریب ہے آہ استنبول۔</w:t>
      </w:r>
    </w:p>
    <w:p>
      <w:r>
        <w:rPr>
          <w:b/>
        </w:rPr>
        <w:t xml:space="preserve">[1:11:25] </w:t>
      </w:r>
      <w:r>
        <w:t>aur is ke ilawa kai aur jaghein hain jahan par yeh log rakhte hain tourist spots pe.</w:t>
      </w:r>
    </w:p>
    <w:p>
      <w:pPr>
        <w:jc w:val="right"/>
      </w:pPr>
      <w:r>
        <w:t>اور اس کے علاوہ کئی اور جگہیں ہیں جہاں پر یہ لوگ رکھتے ہیں ٹورسٹ اسپاٹس پہ۔</w:t>
      </w:r>
    </w:p>
    <w:p>
      <w:r>
        <w:rPr>
          <w:b/>
        </w:rPr>
        <w:t xml:space="preserve">[1:11:33] </w:t>
      </w:r>
      <w:r>
        <w:t>jaise jo bohat hi mashhoor grand bazaar hai istanbul ki jo tourists ka hub hai.</w:t>
      </w:r>
    </w:p>
    <w:p>
      <w:pPr>
        <w:jc w:val="right"/>
      </w:pPr>
      <w:r>
        <w:t>جیسے جو بہت ہی مشہور گرینڈ بازار ہے استنبول کی جو ٹورسٹس کا ہب ہے۔</w:t>
      </w:r>
    </w:p>
    <w:p>
      <w:r>
        <w:rPr>
          <w:b/>
        </w:rPr>
        <w:t xml:space="preserve">[1:11:39] </w:t>
      </w:r>
      <w:r>
        <w:t>wahan par ek center hai sinan pasha center.</w:t>
      </w:r>
    </w:p>
    <w:p>
      <w:pPr>
        <w:jc w:val="right"/>
      </w:pPr>
      <w:r>
        <w:t>وہاں پر ایک سینٹر ہے سینان پاشا سینٹر۔</w:t>
      </w:r>
    </w:p>
    <w:p>
      <w:r>
        <w:rPr>
          <w:b/>
        </w:rPr>
        <w:t xml:space="preserve">[1:11:43] </w:t>
      </w:r>
      <w:r>
        <w:t>to wahan par bhi mujhe le gaye, woh wahan bhi ek aah ek jagah unhon ne banai hui</w:t>
      </w:r>
    </w:p>
    <w:p>
      <w:pPr>
        <w:jc w:val="right"/>
      </w:pPr>
      <w:r>
        <w:t>تو وہاں پر بھی مجھے لے گئے، وہ وہاں بھی ایک آہ ایک جگہ انہوں نے بنائی ہوئی</w:t>
      </w:r>
    </w:p>
    <w:p>
      <w:r>
        <w:rPr>
          <w:b/>
        </w:rPr>
        <w:t xml:space="preserve">[1:11:50] </w:t>
      </w:r>
      <w:r>
        <w:t>hai jahan quran rakhte hain aur distribute karte hain.</w:t>
      </w:r>
    </w:p>
    <w:p>
      <w:pPr>
        <w:jc w:val="right"/>
      </w:pPr>
      <w:r>
        <w:t>ہے جہاں قرآن رکھتے ہیں اور ڈسٹریبیوٹ کرتے ہیں۔</w:t>
      </w:r>
    </w:p>
    <w:p>
      <w:r>
        <w:rPr>
          <w:b/>
        </w:rPr>
        <w:t xml:space="preserve">[1:11:54] </w:t>
      </w:r>
      <w:r>
        <w:t>unhon ne kaha ke hamein aah bulgarian aur hungarian aur greek translation chahiye.</w:t>
      </w:r>
    </w:p>
    <w:p>
      <w:pPr>
        <w:jc w:val="right"/>
      </w:pPr>
      <w:r>
        <w:t>انہوں نے کہا کہ ہمیں آہ بلغیرین اور ہنگیرین اور گریک ٹرانسلیشن چاہیے۔</w:t>
      </w:r>
    </w:p>
    <w:p>
      <w:r>
        <w:rPr>
          <w:b/>
        </w:rPr>
        <w:t xml:space="preserve">[1:12:00] </w:t>
      </w:r>
      <w:r>
        <w:t>to unhon ne mujhe ek translation diya aah jo romanian language mein hai.</w:t>
      </w:r>
    </w:p>
    <w:p>
      <w:pPr>
        <w:jc w:val="right"/>
      </w:pPr>
      <w:r>
        <w:t>تو انہوں نے مجھے ایک ٹرانسلیشن دیا آہ جو رومینین لینگویج میں ہے۔</w:t>
      </w:r>
    </w:p>
    <w:p>
      <w:r>
        <w:rPr>
          <w:b/>
        </w:rPr>
        <w:t xml:space="preserve">[1:12:05] </w:t>
      </w:r>
      <w:r>
        <w:t>aah unhon ne kaha ke yahan romania se bohat log aate hain.</w:t>
      </w:r>
    </w:p>
    <w:p>
      <w:pPr>
        <w:jc w:val="right"/>
      </w:pPr>
      <w:r>
        <w:t>آہ انہوں نے کہا کہ یہاں رومانیہ سے بہت لوگ آتے ہیں۔</w:t>
      </w:r>
    </w:p>
    <w:p>
      <w:r>
        <w:rPr>
          <w:b/>
        </w:rPr>
        <w:t xml:space="preserve">[1:12:10] </w:t>
      </w:r>
      <w:r>
        <w:t>chounkay bohat hi qareeb hai.</w:t>
      </w:r>
    </w:p>
    <w:p>
      <w:pPr>
        <w:jc w:val="right"/>
      </w:pPr>
      <w:r>
        <w:t>چونکہ بہت ہی قریب ہے۔</w:t>
      </w:r>
    </w:p>
    <w:p>
      <w:r>
        <w:rPr>
          <w:b/>
        </w:rPr>
        <w:t xml:space="preserve">[1:12:13] </w:t>
      </w:r>
      <w:r>
        <w:t>log car say bhi aa saktay hain, bus say bhi aa saktay hain.</w:t>
      </w:r>
    </w:p>
    <w:p>
      <w:pPr>
        <w:jc w:val="right"/>
      </w:pPr>
      <w:r>
        <w:t>لوگ کار سے بھی آ سکتے ہیں، بس سے بھی آ سکتے ہیں۔</w:t>
      </w:r>
    </w:p>
    <w:p>
      <w:r>
        <w:rPr>
          <w:b/>
        </w:rPr>
        <w:t xml:space="preserve">[1:12:18] </w:t>
      </w:r>
      <w:r>
        <w:t>aisay hi aik translation diya aah polish language mein.</w:t>
      </w:r>
    </w:p>
    <w:p>
      <w:pPr>
        <w:jc w:val="right"/>
      </w:pPr>
      <w:r>
        <w:t>ایسے ہی ایک ٹرانسلیشن دیا آہ پولش لینگویج میں۔</w:t>
      </w:r>
    </w:p>
    <w:p>
      <w:r>
        <w:rPr>
          <w:b/>
        </w:rPr>
        <w:t xml:space="preserve">[1:12:22] </w:t>
      </w:r>
      <w:r>
        <w:t>to is ko bhi inshallah koshish karni hai aah kay polish aur romanian translation ho jaye.</w:t>
      </w:r>
    </w:p>
    <w:p>
      <w:pPr>
        <w:jc w:val="right"/>
      </w:pPr>
      <w:r>
        <w:t>تو اس کو بھی انشاءاللہ کوشش کرنی ہے آہ کہ پولش اور رومینین ٹرانسلیشن ہو جائے۔</w:t>
      </w:r>
    </w:p>
    <w:p>
      <w:r>
        <w:rPr>
          <w:b/>
        </w:rPr>
        <w:t xml:space="preserve">[1:12:29] </w:t>
      </w:r>
      <w:r>
        <w:t>wahan unhon nay aah hum nay wahan aah publishing wahin ki hai, printing wahin ki hai.</w:t>
      </w:r>
    </w:p>
    <w:p>
      <w:pPr>
        <w:jc w:val="right"/>
      </w:pPr>
      <w:r>
        <w:t>وہاں انہوں نے آہ ہم نے وہاں آہ پبلشنگ وہیں کی ہے، پرنٹنگ وہیں کی ہے۔</w:t>
      </w:r>
    </w:p>
    <w:p>
      <w:r>
        <w:rPr>
          <w:b/>
        </w:rPr>
        <w:t xml:space="preserve">[1:12:36] </w:t>
      </w:r>
      <w:r>
        <w:t>is tareeqay say wahan print hota hai, yeh turkey ka print hua hua hai.</w:t>
      </w:r>
    </w:p>
    <w:p>
      <w:pPr>
        <w:jc w:val="right"/>
      </w:pPr>
      <w:r>
        <w:t>اس طریقے سے وہاں پرنٹ ہوتا ہے، یہ ٹرکی کا پرنٹ ہوا ہوا ہے۔</w:t>
      </w:r>
    </w:p>
    <w:p>
      <w:r>
        <w:rPr>
          <w:b/>
        </w:rPr>
        <w:t xml:space="preserve">[1:12:42] </w:t>
      </w:r>
      <w:r>
        <w:t>kai press hain jahan printing hum wahin karwatay hain chounkay yahan say bhejna bohat hi mushkil hai aur</w:t>
      </w:r>
    </w:p>
    <w:p>
      <w:pPr>
        <w:jc w:val="right"/>
      </w:pPr>
      <w:r>
        <w:t>کئی پریس ہیں جہاں پرنٹنگ ہم وہیں کرواتے ہیں چونکہ یہاں سے بھیجنا بہت ہی مشکل ہے اور</w:t>
      </w:r>
    </w:p>
    <w:p>
      <w:r>
        <w:rPr>
          <w:b/>
        </w:rPr>
        <w:t xml:space="preserve">[1:12:49] </w:t>
      </w:r>
      <w:r>
        <w:t>mehnga hai.</w:t>
      </w:r>
    </w:p>
    <w:p>
      <w:pPr>
        <w:jc w:val="right"/>
      </w:pPr>
      <w:r>
        <w:t>مہنگا ہے۔</w:t>
      </w:r>
    </w:p>
    <w:p>
      <w:r>
        <w:rPr>
          <w:b/>
        </w:rPr>
        <w:t xml:space="preserve">[1:12:51] </w:t>
      </w:r>
      <w:r>
        <w:t>to wahin par print kartay hain.</w:t>
      </w:r>
    </w:p>
    <w:p>
      <w:pPr>
        <w:jc w:val="right"/>
      </w:pPr>
      <w:r>
        <w:t>تو وہیں پر پرنٹ کرتے ہیں۔</w:t>
      </w:r>
    </w:p>
    <w:p>
      <w:r>
        <w:rPr>
          <w:b/>
        </w:rPr>
        <w:t xml:space="preserve">[1:12:54] </w:t>
      </w:r>
      <w:r>
        <w:t>unhon nay yeh abhi aah aah print kiya hai italian mein.</w:t>
      </w:r>
    </w:p>
    <w:p>
      <w:pPr>
        <w:jc w:val="right"/>
      </w:pPr>
      <w:r>
        <w:t>انہوں نے یہ ابھی آہ آہ پرنٹ کیا ہے اٹالین میں۔</w:t>
      </w:r>
    </w:p>
    <w:p>
      <w:r>
        <w:rPr>
          <w:b/>
        </w:rPr>
        <w:t xml:space="preserve">[1:12:58] </w:t>
      </w:r>
      <w:r>
        <w:t>yeh french yeh bhi wahin ki wahin ka hai.</w:t>
      </w:r>
    </w:p>
    <w:p>
      <w:pPr>
        <w:jc w:val="right"/>
      </w:pPr>
      <w:r>
        <w:t>یہ فرینچ یہ بھی وہیں کی وہیں کا ہے۔</w:t>
      </w:r>
    </w:p>
    <w:p>
      <w:r>
        <w:rPr>
          <w:b/>
        </w:rPr>
        <w:t xml:space="preserve">[1:13:02] </w:t>
      </w:r>
      <w:r>
        <w:t>yeh portugali hai, yeh bhi wahin ka hai.</w:t>
      </w:r>
    </w:p>
    <w:p>
      <w:pPr>
        <w:jc w:val="right"/>
      </w:pPr>
      <w:r>
        <w:t>یہ پرتگالی ہے، یہ بھی وہیں کا ہے۔</w:t>
      </w:r>
    </w:p>
    <w:p>
      <w:r>
        <w:rPr>
          <w:b/>
        </w:rPr>
        <w:t xml:space="preserve">[1:13:06] </w:t>
      </w:r>
      <w:r>
        <w:t>to is tareeqay say aathoon zaban mein wahan quran print hota hai.</w:t>
      </w:r>
    </w:p>
    <w:p>
      <w:pPr>
        <w:jc w:val="right"/>
      </w:pPr>
      <w:r>
        <w:t>تو اس طریقے سے آٹھوں زبان میں وہاں قرآن پرنٹ ہوتا ہے۔</w:t>
      </w:r>
    </w:p>
    <w:p>
      <w:r>
        <w:rPr>
          <w:b/>
        </w:rPr>
        <w:t xml:space="preserve">[1:13:11] </w:t>
      </w:r>
      <w:r>
        <w:t>to inshallah umeed hai kay is kaam ko aur aagay barhayen gay aur quran distribution aur nai jaghon</w:t>
      </w:r>
    </w:p>
    <w:p>
      <w:pPr>
        <w:jc w:val="right"/>
      </w:pPr>
      <w:r>
        <w:t>تو انشاءاللہ امید ہے کہ اس کام کو اور آگے بڑھائیں گے اور قرآن ڈسٹریبیوشن اور نئی جگہوں</w:t>
      </w:r>
    </w:p>
    <w:p>
      <w:r>
        <w:rPr>
          <w:b/>
        </w:rPr>
        <w:t xml:space="preserve">[1:13:18] </w:t>
      </w:r>
      <w:r>
        <w:t>par inshallah honay lagay ga.</w:t>
      </w:r>
    </w:p>
    <w:p>
      <w:pPr>
        <w:jc w:val="right"/>
      </w:pPr>
      <w:r>
        <w:t>پہ انشاءاللہ ہونے لگے گا۔</w:t>
      </w:r>
    </w:p>
    <w:p>
      <w:r>
        <w:rPr>
          <w:b/>
        </w:rPr>
        <w:t xml:space="preserve">[1:13:21] </w:t>
      </w:r>
      <w:r>
        <w:t>wa akhir دعوانا الحمدللہ رب العالمین۔</w:t>
      </w:r>
    </w:p>
    <w:p>
      <w:pPr>
        <w:jc w:val="right"/>
      </w:pPr>
      <w:r>
        <w:t>واخر دعوانا الحمدللہ رب العالمین۔</w:t>
      </w:r>
    </w:p>
    <w:p>
      <w:r>
        <w:rPr>
          <w:b/>
        </w:rPr>
        <w:t xml:space="preserve">[1:13:23] </w:t>
      </w:r>
      <w:r>
        <w:t>acha aah doctor sahib yeh aah sister shabana ansari nay pakistan say aik sawal kiya hai aap say.</w:t>
      </w:r>
    </w:p>
    <w:p>
      <w:pPr>
        <w:jc w:val="right"/>
      </w:pPr>
      <w:r>
        <w:t>اچھا آہ ڈاکٹر صاحب یہ آہ سسٹر شبانہ انصاری نے پاکستان سے ایک سوال کیا ہے آپ سے۔</w:t>
      </w:r>
    </w:p>
    <w:p>
      <w:r>
        <w:rPr>
          <w:b/>
        </w:rPr>
        <w:t xml:space="preserve">[1:13:30] </w:t>
      </w:r>
      <w:r>
        <w:t>ji.</w:t>
      </w:r>
    </w:p>
    <w:p>
      <w:pPr>
        <w:jc w:val="right"/>
      </w:pPr>
      <w:r>
        <w:t>جی۔</w:t>
      </w:r>
    </w:p>
    <w:p>
      <w:r>
        <w:rPr>
          <w:b/>
        </w:rPr>
        <w:t xml:space="preserve">[1:13:32] </w:t>
      </w:r>
      <w:r>
        <w:t>Ah, انہوں نے لکھا ہے کہ ah, Sani sahib, what do you think, when will we be able</w:t>
      </w:r>
    </w:p>
    <w:p>
      <w:pPr>
        <w:jc w:val="right"/>
      </w:pPr>
      <w:r>
        <w:t>آہ انہوں نے لکھا ہے کہ آہ ثانی صاحب واٹ ڈو یو تھنک وین وی ویل بی ایبل</w:t>
      </w:r>
    </w:p>
    <w:p>
      <w:r>
        <w:rPr>
          <w:b/>
        </w:rPr>
        <w:t xml:space="preserve">[1:13:40] </w:t>
      </w:r>
      <w:r>
        <w:t>to print quran in all languages of globe? yeh to Allah hi behtar janta hai.</w:t>
      </w:r>
    </w:p>
    <w:p>
      <w:pPr>
        <w:jc w:val="right"/>
      </w:pPr>
      <w:r>
        <w:t>ٹو پرنٹ قرآن ان آل لینگویجز آف گلوب؟ یہ تو اللہ ہی بہتر جانتا ہے۔</w:t>
      </w:r>
    </w:p>
    <w:p>
      <w:r>
        <w:rPr>
          <w:b/>
        </w:rPr>
        <w:t xml:space="preserve">[1:13:46] </w:t>
      </w:r>
      <w:r>
        <w:t>abhi mein jab turkey mein tha to wahan par aik adara hai is ka naam hai Diyanet.</w:t>
      </w:r>
    </w:p>
    <w:p>
      <w:pPr>
        <w:jc w:val="right"/>
      </w:pPr>
      <w:r>
        <w:t>ابھی میں جب ٹرکی میں تھا تو وہاں پر ایک ادارہ ہے اس کا نام ہے دیانت۔</w:t>
      </w:r>
    </w:p>
    <w:p>
      <w:r>
        <w:rPr>
          <w:b/>
        </w:rPr>
        <w:t xml:space="preserve">[1:13:53] </w:t>
      </w:r>
      <w:r>
        <w:t>jo government ka adara hai.</w:t>
      </w:r>
    </w:p>
    <w:p>
      <w:pPr>
        <w:jc w:val="right"/>
      </w:pPr>
      <w:r>
        <w:t>جو گورنمنٹ کا ادارہ ہے۔</w:t>
      </w:r>
    </w:p>
    <w:p>
      <w:r>
        <w:rPr>
          <w:b/>
        </w:rPr>
        <w:t xml:space="preserve">[1:13:55] </w:t>
      </w:r>
      <w:r>
        <w:t>to un un ki aik news aayi thi aah kay woh aik 180 zaban mein quran ko</w:t>
      </w:r>
    </w:p>
    <w:p>
      <w:pPr>
        <w:jc w:val="right"/>
      </w:pPr>
      <w:r>
        <w:t>تو ان ان کی ایک نیوز آئی تھی آہ کہ وہ ایک سو اسی زبان میں قرآن کو</w:t>
      </w:r>
    </w:p>
    <w:p>
      <w:r>
        <w:rPr>
          <w:b/>
        </w:rPr>
        <w:t xml:space="preserve">[1:14:03] </w:t>
      </w:r>
      <w:r>
        <w:t>translate kar rahay hain.</w:t>
      </w:r>
    </w:p>
    <w:p>
      <w:pPr>
        <w:jc w:val="right"/>
      </w:pPr>
      <w:r>
        <w:t>ٹرانسلیٹ کر رہے ہیں۔</w:t>
      </w:r>
    </w:p>
    <w:p>
      <w:r>
        <w:rPr>
          <w:b/>
        </w:rPr>
        <w:t xml:space="preserve">[1:14:05] </w:t>
      </w:r>
      <w:r>
        <w:t>to mein nay chaha kay Diyanet kay office mein jaon, logon say milon.</w:t>
      </w:r>
    </w:p>
    <w:p>
      <w:pPr>
        <w:jc w:val="right"/>
      </w:pPr>
      <w:r>
        <w:t>تو میں نے چاہا کہ دیانت کے آفس میں جاؤں، لوگوں سے ملوں۔</w:t>
      </w:r>
    </w:p>
    <w:p>
      <w:r>
        <w:rPr>
          <w:b/>
        </w:rPr>
        <w:t xml:space="preserve">[1:14:10] </w:t>
      </w:r>
      <w:r>
        <w:t>lekin pata chala kay woh istanbul mein nahi hai balkay ankara mein hai.</w:t>
      </w:r>
    </w:p>
    <w:p>
      <w:pPr>
        <w:jc w:val="right"/>
      </w:pPr>
      <w:r>
        <w:t>لیکن پتہ چلا کہ وہ استنبول میں نہیں ہے بلکہ انقرہ میں ہے۔</w:t>
      </w:r>
    </w:p>
    <w:p>
      <w:r>
        <w:rPr>
          <w:b/>
        </w:rPr>
        <w:t xml:space="preserve">[1:14:16] </w:t>
      </w:r>
      <w:r>
        <w:t>to wahan mein ja nahin saka lekin pata kiya to kuch contacts milay wahan.</w:t>
      </w:r>
    </w:p>
    <w:p>
      <w:pPr>
        <w:jc w:val="right"/>
      </w:pPr>
      <w:r>
        <w:t>تو وہاں میں جا نہیں سکا لیکن پتہ کیا تو کچھ کانٹیکٹس ملے وہاں۔</w:t>
      </w:r>
    </w:p>
    <w:p>
      <w:r>
        <w:rPr>
          <w:b/>
        </w:rPr>
        <w:t xml:space="preserve">[1:14:22] </w:t>
      </w:r>
      <w:r>
        <w:t>aur umeed hai ke ho sakta hai ke in in se hamein kuch translations mil jayen.</w:t>
      </w:r>
    </w:p>
    <w:p>
      <w:pPr>
        <w:jc w:val="right"/>
      </w:pPr>
      <w:r>
        <w:t>اور امید ہے کہ ہو سکتا ہے کہ ان ان سے ہمیں کچھ ٹرانسلیشنز مل جائیں۔</w:t>
      </w:r>
    </w:p>
    <w:p>
      <w:r>
        <w:rPr>
          <w:b/>
        </w:rPr>
        <w:t xml:space="preserve">[1:14:29] </w:t>
      </w:r>
      <w:r>
        <w:t>ho sakta hai wo hum publish karen.</w:t>
      </w:r>
    </w:p>
    <w:p>
      <w:pPr>
        <w:jc w:val="right"/>
      </w:pPr>
      <w:r>
        <w:t>ہو سکتا ہے وہ ہم پبلش کریں۔</w:t>
      </w:r>
    </w:p>
    <w:p>
      <w:r>
        <w:rPr>
          <w:b/>
        </w:rPr>
        <w:t xml:space="preserve">[1:14:32] </w:t>
      </w:r>
      <w:r>
        <w:t>aah diyanat ko pata chala hai ke english ka translation bhi chahiye.</w:t>
      </w:r>
    </w:p>
    <w:p>
      <w:pPr>
        <w:jc w:val="right"/>
      </w:pPr>
      <w:r>
        <w:t>آہ دیانت کو پتہ چلا ہے کہ انگلش کا ٹرانسلیشن بھی چاہیے۔</w:t>
      </w:r>
    </w:p>
    <w:p>
      <w:r>
        <w:rPr>
          <w:b/>
        </w:rPr>
        <w:t xml:space="preserve">[1:14:37] </w:t>
      </w:r>
      <w:r>
        <w:t>to hum inshallah molana ka translation aur jo tafseer hai wo bhejenge aur koshish karenge ke</w:t>
      </w:r>
    </w:p>
    <w:p>
      <w:pPr>
        <w:jc w:val="right"/>
      </w:pPr>
      <w:r>
        <w:t>تو ہم انشاءاللہ مولانا کا ٹرانسلیشن اور جو تفسیر ہے وہ بھیجیں گے اور کوشش کریں گے کہ</w:t>
      </w:r>
    </w:p>
    <w:p>
      <w:r>
        <w:rPr>
          <w:b/>
        </w:rPr>
        <w:t xml:space="preserve">[1:14:45] </w:t>
      </w:r>
      <w:r>
        <w:t>wo diyanat is ko chhap ke aah distribute kare.</w:t>
      </w:r>
    </w:p>
    <w:p>
      <w:pPr>
        <w:jc w:val="right"/>
      </w:pPr>
      <w:r>
        <w:t>وہ دیانت اس کو چھاپ کے آہ ڈسٹریبیوٹ کرے۔</w:t>
      </w:r>
    </w:p>
    <w:p>
      <w:r>
        <w:rPr>
          <w:b/>
        </w:rPr>
        <w:t xml:space="preserve">[1:14:49] </w:t>
      </w:r>
      <w:r>
        <w:t>wo bohat bara kaam karte hain, bohat hi bara organization hai.</w:t>
      </w:r>
    </w:p>
    <w:p>
      <w:pPr>
        <w:jc w:val="right"/>
      </w:pPr>
      <w:r>
        <w:t>وہ بہت بڑا کام کرتے ہیں، بہت ہی بڑا آرگنائزیشن ہے۔</w:t>
      </w:r>
    </w:p>
    <w:p>
      <w:r>
        <w:rPr>
          <w:b/>
        </w:rPr>
        <w:t xml:space="preserve">[1:14:53] </w:t>
      </w:r>
      <w:r>
        <w:t>balkay un ka center washington mein bhi hai.</w:t>
      </w:r>
    </w:p>
    <w:p>
      <w:pPr>
        <w:jc w:val="right"/>
      </w:pPr>
      <w:r>
        <w:t>بلکہ ان کا سینٹر واشنگٹن میں بھی ہے۔</w:t>
      </w:r>
    </w:p>
    <w:p>
      <w:r>
        <w:rPr>
          <w:b/>
        </w:rPr>
        <w:t xml:space="preserve">[1:14:57] </w:t>
      </w:r>
      <w:r>
        <w:t>to mein koshish karunga ke kaleem sahib bhi wahan washington jayen, un ke center mein.</w:t>
      </w:r>
    </w:p>
    <w:p>
      <w:pPr>
        <w:jc w:val="right"/>
      </w:pPr>
      <w:r>
        <w:t>تو میں کوشش کروں گا کہ کلیم صاحب بھی وہاں واشنگٹن جائیں، ان کے سینٹر میں۔</w:t>
      </w:r>
    </w:p>
    <w:p>
      <w:r>
        <w:rPr>
          <w:b/>
        </w:rPr>
        <w:t xml:space="preserve">[1:15:04] </w:t>
      </w:r>
      <w:r>
        <w:t>aur molana ka translation wahan den aur un se kahain ke is ko is ko publish karen.</w:t>
      </w:r>
    </w:p>
    <w:p>
      <w:pPr>
        <w:jc w:val="right"/>
      </w:pPr>
      <w:r>
        <w:t>اور مولانا کا ٹرانسلیشن وہاں دیں اور ان سے کہیں کہ اس کو اس کو پبلش کریں۔</w:t>
      </w:r>
    </w:p>
    <w:p>
      <w:r>
        <w:rPr>
          <w:b/>
        </w:rPr>
        <w:t xml:space="preserve">[1:15:11] </w:t>
      </w:r>
      <w:r>
        <w:t>inshallah.</w:t>
      </w:r>
    </w:p>
    <w:p>
      <w:pPr>
        <w:jc w:val="right"/>
      </w:pPr>
      <w:r>
        <w:t>انشاءاللہ۔</w:t>
      </w:r>
    </w:p>
    <w:p>
      <w:r>
        <w:rPr>
          <w:b/>
        </w:rPr>
        <w:t xml:space="preserve">[1:15:12] </w:t>
      </w:r>
      <w:r>
        <w:t>aah aik aur sawal aap ke liye aya hai doctor sahib aah aur yeh bheja hai molana iqbal</w:t>
      </w:r>
    </w:p>
    <w:p>
      <w:pPr>
        <w:jc w:val="right"/>
      </w:pPr>
      <w:r>
        <w:t>آہ ایک اور سوال آپ کے لیے آیا ہے ڈاکٹر صاحب آہ اور یہ بھیجا ہے مولانا اقبال</w:t>
      </w:r>
    </w:p>
    <w:p>
      <w:r>
        <w:rPr>
          <w:b/>
        </w:rPr>
        <w:t xml:space="preserve">[1:15:20] </w:t>
      </w:r>
      <w:r>
        <w:t>umri ne chennai se.</w:t>
      </w:r>
    </w:p>
    <w:p>
      <w:pPr>
        <w:jc w:val="right"/>
      </w:pPr>
      <w:r>
        <w:t>عمری نے چنئی سے۔</w:t>
      </w:r>
    </w:p>
    <w:p>
      <w:r>
        <w:rPr>
          <w:b/>
        </w:rPr>
        <w:t xml:space="preserve">[1:15:22] </w:t>
      </w:r>
      <w:r>
        <w:t>ji.</w:t>
      </w:r>
    </w:p>
    <w:p>
      <w:pPr>
        <w:jc w:val="right"/>
      </w:pPr>
      <w:r>
        <w:t>جی۔</w:t>
      </w:r>
    </w:p>
    <w:p>
      <w:r>
        <w:rPr>
          <w:b/>
        </w:rPr>
        <w:t xml:space="preserve">[1:15:23] </w:t>
      </w:r>
      <w:r>
        <w:t>انہوں نے آپ سے پوچھا ہے کہ آہ what is your opinion about the conditioning of Muslims in</w:t>
      </w:r>
    </w:p>
    <w:p>
      <w:pPr>
        <w:jc w:val="right"/>
      </w:pPr>
      <w:r>
        <w:t>انہوں نے آپ سے پوچھا ہے کہ آہ واٹ از یور اوپینین اباؤٹ دا کنڈیشننگ آف مسلمز ان</w:t>
      </w:r>
    </w:p>
    <w:p>
      <w:r>
        <w:rPr>
          <w:b/>
        </w:rPr>
        <w:t xml:space="preserve">[1:15:31] </w:t>
      </w:r>
      <w:r>
        <w:t>the areas which you visited? any comment on that? yani dawat ke lihaz se mein yeh kahunga</w:t>
      </w:r>
    </w:p>
    <w:p>
      <w:pPr>
        <w:jc w:val="right"/>
      </w:pPr>
      <w:r>
        <w:t>دی ایریاز وچ یو وزٹڈ؟ اینی کمنٹ آن دیٹ؟ یعنی دعوت کے لحاظ سے میں یہ کہوں گا</w:t>
      </w:r>
    </w:p>
    <w:p>
      <w:r>
        <w:rPr>
          <w:b/>
        </w:rPr>
        <w:t xml:space="preserve">[1:15:39] </w:t>
      </w:r>
      <w:r>
        <w:t>ke dawat ka jo concept hai wo aah muslims mein bohat hi kam hai.</w:t>
      </w:r>
    </w:p>
    <w:p>
      <w:pPr>
        <w:jc w:val="right"/>
      </w:pPr>
      <w:r>
        <w:t>کہ دعوت کا جو کانسیپٹ ہے وہ آہ مسلمز میں بہت ہی کم ہے۔</w:t>
      </w:r>
    </w:p>
    <w:p>
      <w:r>
        <w:rPr>
          <w:b/>
        </w:rPr>
        <w:t xml:space="preserve">[1:15:45] </w:t>
      </w:r>
      <w:r>
        <w:t>aah wo samajhte hain ke quran aisi kitab hai jis ko hum barkat ke liye padh len arabi</w:t>
      </w:r>
    </w:p>
    <w:p>
      <w:pPr>
        <w:jc w:val="right"/>
      </w:pPr>
      <w:r>
        <w:t>آہ وہ سمجھتے ہیں کہ قرآن ایسی کتاب ہے جس کو ہم برکت کے لیے پڑھ لیں عربی</w:t>
      </w:r>
    </w:p>
    <w:p>
      <w:r>
        <w:rPr>
          <w:b/>
        </w:rPr>
        <w:t xml:space="preserve">[1:15:52] </w:t>
      </w:r>
      <w:r>
        <w:t>mein, bas yeh kafi hai.</w:t>
      </w:r>
    </w:p>
    <w:p>
      <w:pPr>
        <w:jc w:val="right"/>
      </w:pPr>
      <w:r>
        <w:t>میں، بس یہ کافی ہے۔</w:t>
      </w:r>
    </w:p>
    <w:p>
      <w:r>
        <w:rPr>
          <w:b/>
        </w:rPr>
        <w:t xml:space="preserve">[1:15:55] </w:t>
      </w:r>
      <w:r>
        <w:t>aur yeh concept ke hamein sare insano tak pahunchana hai.</w:t>
      </w:r>
    </w:p>
    <w:p>
      <w:pPr>
        <w:jc w:val="right"/>
      </w:pPr>
      <w:r>
        <w:t>اور یہ کانسیپٹ کہ ہمیں سارے انسانوں تک پہنچانا ہے۔</w:t>
      </w:r>
    </w:p>
    <w:p>
      <w:r>
        <w:rPr>
          <w:b/>
        </w:rPr>
        <w:t xml:space="preserve">[1:15:59] </w:t>
      </w:r>
      <w:r>
        <w:t>aah aur yeh hamari zimmedari hai ke har zaban mein is ko aah logon tak aah pahunchana</w:t>
      </w:r>
    </w:p>
    <w:p>
      <w:pPr>
        <w:jc w:val="right"/>
      </w:pPr>
      <w:r>
        <w:t>آہ اور یہ ہماری ذمہ داری ہے کہ ہر زبان میں اس کو آہ لوگوں تک آہ پہنچانا</w:t>
      </w:r>
    </w:p>
    <w:p>
      <w:r>
        <w:rPr>
          <w:b/>
        </w:rPr>
        <w:t xml:space="preserve">[1:16:07] </w:t>
      </w:r>
      <w:r>
        <w:t>hai, yeh concept taqreeban taqreeban aah alien hai muslim communities mein, muslim community mein.</w:t>
      </w:r>
    </w:p>
    <w:p>
      <w:pPr>
        <w:jc w:val="right"/>
      </w:pPr>
      <w:r>
        <w:t>ہے، یہ کانسیپٹ تقریباً تقریباً آہ ایلین ہے مسلم کمیونٹیز میں، مسلم کمیونٹی میں۔</w:t>
      </w:r>
    </w:p>
    <w:p>
      <w:r>
        <w:rPr>
          <w:b/>
        </w:rPr>
        <w:t xml:space="preserve">[1:16:13] </w:t>
      </w:r>
      <w:r>
        <w:t>to bohat hi kam log milte hain jo aah is ka shaoor rakhte hain ke quran aik aisi</w:t>
      </w:r>
    </w:p>
    <w:p>
      <w:pPr>
        <w:jc w:val="right"/>
      </w:pPr>
      <w:r>
        <w:t>تو بہت ہی کم لوگ ملتے ہیں جو آہ اس کا شعور رکھتے ہیں کہ قرآن ایک ایسی</w:t>
      </w:r>
    </w:p>
    <w:p>
      <w:r>
        <w:rPr>
          <w:b/>
        </w:rPr>
        <w:t xml:space="preserve">[1:16:20] </w:t>
      </w:r>
      <w:r>
        <w:t>kitab hai jis ko hamein insano tak pahunchana hai.</w:t>
      </w:r>
    </w:p>
    <w:p>
      <w:pPr>
        <w:jc w:val="right"/>
      </w:pPr>
      <w:r>
        <w:t>کتاب ہے جس کو ہمیں انسانوں تک پہنچانا ہے۔</w:t>
      </w:r>
    </w:p>
    <w:p>
      <w:r>
        <w:rPr>
          <w:b/>
        </w:rPr>
        <w:t xml:space="preserve">[1:16:24] </w:t>
      </w:r>
      <w:r>
        <w:t>to mein samajhta hoon yahi sab se bari conditioning hai jo har jagah milti hai, chahe europe ho</w:t>
      </w:r>
    </w:p>
    <w:p>
      <w:pPr>
        <w:jc w:val="right"/>
      </w:pPr>
      <w:r>
        <w:t>تو میں سمجھتا ہوں یہی سب سے بڑی کنڈیشننگ ہے جو ہر جگہ ملتی ہے، چاہے یورپ ہو</w:t>
      </w:r>
    </w:p>
    <w:p>
      <w:r>
        <w:rPr>
          <w:b/>
        </w:rPr>
        <w:t xml:space="preserve">[1:16:32] </w:t>
      </w:r>
      <w:r>
        <w:t>ya doosri countries hon.</w:t>
      </w:r>
    </w:p>
    <w:p>
      <w:pPr>
        <w:jc w:val="right"/>
      </w:pPr>
      <w:r>
        <w:t>یا دوسری کنٹریز ہوں۔</w:t>
      </w:r>
    </w:p>
    <w:p>
      <w:r>
        <w:rPr>
          <w:b/>
        </w:rPr>
        <w:t xml:space="preserve">[1:16:34] </w:t>
      </w:r>
      <w:r>
        <w:t>jazak allah.</w:t>
      </w:r>
    </w:p>
    <w:p>
      <w:pPr>
        <w:jc w:val="right"/>
      </w:pPr>
      <w:r>
        <w:t>جزاک اللہ۔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