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Positive Response April 3, 2016</w:t>
      </w:r>
    </w:p>
    <w:p>
      <w:r>
        <w:t>https://www.youtube.com/watch?v=NLtlxwyIuzw</w:t>
      </w:r>
    </w:p>
    <w:p>
      <w:r>
        <w:rPr>
          <w:b/>
        </w:rPr>
        <w:t xml:space="preserve">[00:14] </w:t>
      </w:r>
      <w:r>
        <w:t>bismillah rahman rahim, wa salla Allahu ala nabiyil karim.</w:t>
      </w:r>
    </w:p>
    <w:p>
      <w:pPr>
        <w:jc w:val="right"/>
      </w:pPr>
      <w:r>
        <w:t>بسم اللہ الرحمن الرحیم، وصلی اللہ علی نبی الکریم۔</w:t>
      </w:r>
    </w:p>
    <w:p>
      <w:r>
        <w:rPr>
          <w:b/>
        </w:rPr>
        <w:t xml:space="preserve">[00:20] </w:t>
      </w:r>
      <w:r>
        <w:t>rab ishrah li sadri, wa yassir li amri, wah lul 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[00:27] </w:t>
      </w:r>
      <w:r>
        <w:t>3 april 2016.</w:t>
      </w:r>
    </w:p>
    <w:p>
      <w:pPr>
        <w:jc w:val="right"/>
      </w:pPr>
      <w:r>
        <w:t>3 اپریل 2016۔</w:t>
      </w:r>
    </w:p>
    <w:p>
      <w:r>
        <w:rPr>
          <w:b/>
        </w:rPr>
        <w:t xml:space="preserve">[00:34] </w:t>
      </w:r>
      <w:r>
        <w:t>aaj ka topic hai jidal e ahsan, yani positive response.</w:t>
      </w:r>
    </w:p>
    <w:p>
      <w:pPr>
        <w:jc w:val="right"/>
      </w:pPr>
      <w:r>
        <w:t>آج کا ٹاپک ہے جدال احسن، یعنی پازیٹیو رسپانس۔</w:t>
      </w:r>
    </w:p>
    <w:p>
      <w:r>
        <w:rPr>
          <w:b/>
        </w:rPr>
        <w:t xml:space="preserve">[00:41] </w:t>
      </w:r>
      <w:r>
        <w:t>aisa hua ke kashmir mein hamare aik saathi hain, hameedullah hameed, m.a., un ka telephone aaya.</w:t>
      </w:r>
    </w:p>
    <w:p>
      <w:pPr>
        <w:jc w:val="right"/>
      </w:pPr>
      <w:r>
        <w:t>ایسا ہوا کہ کشمیر میں ہمارے ایک ساتھی ہیں، حمید اللہ حمید، ایم اے، ان کا ٹیلی فون آیا۔</w:t>
      </w:r>
    </w:p>
    <w:p>
      <w:r>
        <w:rPr>
          <w:b/>
        </w:rPr>
        <w:t xml:space="preserve">[00:48] </w:t>
      </w:r>
      <w:r>
        <w:t>unhon ne aik kashmiri naujawan ka qissa bataya, da'wati qissa.</w:t>
      </w:r>
    </w:p>
    <w:p>
      <w:pPr>
        <w:jc w:val="right"/>
      </w:pPr>
      <w:r>
        <w:t>انہوں نے ایک کشمیری نوجوان کا قصہ بتایا، دعوتی قصہ۔</w:t>
      </w:r>
    </w:p>
    <w:p>
      <w:r>
        <w:rPr>
          <w:b/>
        </w:rPr>
        <w:t xml:space="preserve">[00:55] </w:t>
      </w:r>
      <w:r>
        <w:t>mujhe yeh qissa bohat pasand aaya.</w:t>
      </w:r>
    </w:p>
    <w:p>
      <w:pPr>
        <w:jc w:val="right"/>
      </w:pPr>
      <w:r>
        <w:t>مجھے یہ قصہ بہت پسند آیا۔</w:t>
      </w:r>
    </w:p>
    <w:p>
      <w:r>
        <w:rPr>
          <w:b/>
        </w:rPr>
        <w:t xml:space="preserve">[01:02] </w:t>
      </w:r>
      <w:r>
        <w:t>main chaha ke khud is kashmiri naujawan se direct baat karoon.</w:t>
      </w:r>
    </w:p>
    <w:p>
      <w:pPr>
        <w:jc w:val="right"/>
      </w:pPr>
      <w:r>
        <w:t>میں چاہا کہ خود اس کشمیری نوجوان سے ڈائریکٹ بات کروں۔</w:t>
      </w:r>
    </w:p>
    <w:p>
      <w:r>
        <w:rPr>
          <w:b/>
        </w:rPr>
        <w:t xml:space="preserve">[01:09] </w:t>
      </w:r>
      <w:r>
        <w:t>to maine hameedullah hameed sahab se kaha ke aap is kashmiri naujawan se mujh se tele</w:t>
      </w:r>
    </w:p>
    <w:p>
      <w:pPr>
        <w:jc w:val="right"/>
      </w:pPr>
      <w:r>
        <w:t>تو میں نے حمید اللہ حمید صاحب سے کہا کہ آپ اس کشمیری نوجوان سے مجھ سے ٹیلی</w:t>
      </w:r>
    </w:p>
    <w:p>
      <w:r>
        <w:rPr>
          <w:b/>
        </w:rPr>
        <w:t xml:space="preserve">[01:16] </w:t>
      </w:r>
      <w:r>
        <w:t>phone par baat karaiye.</w:t>
      </w:r>
    </w:p>
    <w:p>
      <w:pPr>
        <w:jc w:val="right"/>
      </w:pPr>
      <w:r>
        <w:t>فون پر بات کرائیے۔</w:t>
      </w:r>
    </w:p>
    <w:p>
      <w:r>
        <w:rPr>
          <w:b/>
        </w:rPr>
        <w:t xml:space="preserve">[01:23] </w:t>
      </w:r>
      <w:r>
        <w:t>to un ka bhi telephone aaya aur unhon ne qissa bataya.</w:t>
      </w:r>
    </w:p>
    <w:p>
      <w:pPr>
        <w:jc w:val="right"/>
      </w:pPr>
      <w:r>
        <w:t>تو ان کا بھی ٹیلی فون آیا اور انہوں نے قصہ بتایا۔</w:t>
      </w:r>
    </w:p>
    <w:p>
      <w:r>
        <w:rPr>
          <w:b/>
        </w:rPr>
        <w:t xml:space="preserve">[01:30] </w:t>
      </w:r>
      <w:r>
        <w:t>qissa yeh tha ke un ke area mein aik naya army commander aaya.</w:t>
      </w:r>
    </w:p>
    <w:p>
      <w:pPr>
        <w:jc w:val="right"/>
      </w:pPr>
      <w:r>
        <w:t>قصہ یہ تھا کہ ان کے ایریا میں ایک نیا آرمی کمانڈر آیا۔</w:t>
      </w:r>
    </w:p>
    <w:p>
      <w:r>
        <w:rPr>
          <w:b/>
        </w:rPr>
        <w:t xml:space="preserve">[01:37] </w:t>
      </w:r>
      <w:r>
        <w:t>to unhon ne chaha ke is army commander ko quran ka translation, jahan woh saathi distribute karte hain,</w:t>
      </w:r>
    </w:p>
    <w:p>
      <w:pPr>
        <w:jc w:val="right"/>
      </w:pPr>
      <w:r>
        <w:t>تو انہوں نے چاہا کہ اس آرمی کمانڈر کو قرآن کا ٹرانسلیشن، جہاں وہ ساتھی ڈسٹریبیوٹ کرتے ہیں،</w:t>
      </w:r>
    </w:p>
    <w:p>
      <w:r>
        <w:rPr>
          <w:b/>
        </w:rPr>
        <w:t xml:space="preserve">[01:44] </w:t>
      </w:r>
      <w:r>
        <w:t>jagah jagah, to unhon ne chaha ke us ko bhi quran ki aik copy dein.</w:t>
      </w:r>
    </w:p>
    <w:p>
      <w:pPr>
        <w:jc w:val="right"/>
      </w:pPr>
      <w:r>
        <w:t>جگہ جگہ، تو انہوں نے چاہا کہ اس کو بھی قرآن کی ایک کاپی دیں۔</w:t>
      </w:r>
    </w:p>
    <w:p>
      <w:r>
        <w:rPr>
          <w:b/>
        </w:rPr>
        <w:t xml:space="preserve">[01:51] </w:t>
      </w:r>
      <w:r>
        <w:t>to woh pahuncha, woh naujawan pahunche wahan.</w:t>
      </w:r>
    </w:p>
    <w:p>
      <w:pPr>
        <w:jc w:val="right"/>
      </w:pPr>
      <w:r>
        <w:t>تو وہ پہنچا، وہ نوجوان پہنچے وہاں۔</w:t>
      </w:r>
    </w:p>
    <w:p>
      <w:r>
        <w:rPr>
          <w:b/>
        </w:rPr>
        <w:t xml:space="preserve">[01:58] </w:t>
      </w:r>
      <w:r>
        <w:t>jab woh office ke andar dakhil hue to wahan par aik bohat hi, yani bazahir aik aisa aadmi</w:t>
      </w:r>
    </w:p>
    <w:p>
      <w:pPr>
        <w:jc w:val="right"/>
      </w:pPr>
      <w:r>
        <w:t>جب وہ آفس کے اندر داخل ہوئے تو وہاں پر ایک بہت ہی، یعنی بظاہر ایک ایسا آدمی</w:t>
      </w:r>
    </w:p>
    <w:p>
      <w:r>
        <w:rPr>
          <w:b/>
        </w:rPr>
        <w:t xml:space="preserve">[02:05] </w:t>
      </w:r>
      <w:r>
        <w:t>tha jo un se koi dilchaspi na ho, bohat hi yani ghair hamdardanah andaaz mein us ne baat ki.</w:t>
      </w:r>
    </w:p>
    <w:p>
      <w:pPr>
        <w:jc w:val="right"/>
      </w:pPr>
      <w:r>
        <w:t>تھا جو ان سے کوئی دلچسپی نہ ہو، بہت ہی یعنی غیر ہمدردانہ انداز میں اس نے بات کی۔</w:t>
      </w:r>
    </w:p>
    <w:p>
      <w:r>
        <w:rPr>
          <w:b/>
        </w:rPr>
        <w:t xml:space="preserve">[02:12] </w:t>
      </w:r>
      <w:r>
        <w:t>to is naujawan ne kaha ke main aap ke paas aik gift le kar aaya hoon.</w:t>
      </w:r>
    </w:p>
    <w:p>
      <w:pPr>
        <w:jc w:val="right"/>
      </w:pPr>
      <w:r>
        <w:t>تو اس نوجوان نے کہا کہ میں آپ کے پاس ایک گفٹ لے کر آیا ہوں۔</w:t>
      </w:r>
    </w:p>
    <w:p>
      <w:r>
        <w:rPr>
          <w:b/>
        </w:rPr>
        <w:t xml:space="preserve">[02:19] </w:t>
      </w:r>
      <w:r>
        <w:t>aur phir unhon ne quran ka english translation nikala, jo hamare haan chapa hua hai, aur us ko</w:t>
      </w:r>
    </w:p>
    <w:p>
      <w:pPr>
        <w:jc w:val="right"/>
      </w:pPr>
      <w:r>
        <w:t>اور پھر انہوں نے قرآن کا انگلش ٹرانسلیشن نکالا، جو ہمارے ہاں چھپا ہوا ہے، اور اس کو</w:t>
      </w:r>
    </w:p>
    <w:p>
      <w:r>
        <w:rPr>
          <w:b/>
        </w:rPr>
        <w:t xml:space="preserve">[02:26] </w:t>
      </w:r>
      <w:r>
        <w:t>pesh kiya ke aap ke liye main aik spiritual gift le kar aaya hoon.</w:t>
      </w:r>
    </w:p>
    <w:p>
      <w:pPr>
        <w:jc w:val="right"/>
      </w:pPr>
      <w:r>
        <w:t>پیش کیا کہ آپ کے لیے میں ایک اسپرچوئل گفٹ لے کر آیا ہوں۔</w:t>
      </w:r>
    </w:p>
    <w:p>
      <w:r>
        <w:rPr>
          <w:b/>
        </w:rPr>
        <w:t xml:space="preserve">[02:33] </w:t>
      </w:r>
      <w:r>
        <w:t>jab us ne dekha ke yeh quran hai to achaanak woh bohat hi ghair hamdardanah andaaz mein bola</w:t>
      </w:r>
    </w:p>
    <w:p>
      <w:pPr>
        <w:jc w:val="right"/>
      </w:pPr>
      <w:r>
        <w:t>جب اس نے دیکھا کہ یہ قرآن ہے تو اچانک وہ بہت ہی غیر ہمدردانہ انداز میں بولا</w:t>
      </w:r>
    </w:p>
    <w:p>
      <w:r>
        <w:rPr>
          <w:b/>
        </w:rPr>
        <w:t xml:space="preserve">[02:40] </w:t>
      </w:r>
      <w:r>
        <w:t>ke yeh to musalmanon ki kitab hai, main kya karoon? main to musalman nahi hoon.</w:t>
      </w:r>
    </w:p>
    <w:p>
      <w:pPr>
        <w:jc w:val="right"/>
      </w:pPr>
      <w:r>
        <w:t>کہ یہ تو مسلمانوں کی کتاب ہے، میں کیا کروں؟ میں تو مسلمان نہیں ہوں۔</w:t>
      </w:r>
    </w:p>
    <w:p>
      <w:r>
        <w:rPr>
          <w:b/>
        </w:rPr>
        <w:t xml:space="preserve">[02:47] </w:t>
      </w:r>
      <w:r>
        <w:t>yani us ne is quran ki is copy ko haath mein liya hi nahi, aisi kaha ke yeh</w:t>
      </w:r>
    </w:p>
    <w:p>
      <w:pPr>
        <w:jc w:val="right"/>
      </w:pPr>
      <w:r>
        <w:t>یعنی اس نے اس قرآن کی اس کاپی کو ہاتھ میں لیا ہی نہیں، ایسی کہا کہ یہ</w:t>
      </w:r>
    </w:p>
    <w:p>
      <w:r>
        <w:rPr>
          <w:b/>
        </w:rPr>
        <w:t xml:space="preserve">[02:54] </w:t>
      </w:r>
      <w:r>
        <w:t>to musalmanon ki kitab hai, main kya karunga us ko? to hamare saathi yeh naujawan jo hain,</w:t>
      </w:r>
    </w:p>
    <w:p>
      <w:pPr>
        <w:jc w:val="right"/>
      </w:pPr>
      <w:r>
        <w:t>تو مسلمانوں کی کتاب ہے، میں کیا کروں گا اس کو؟ تو ہمارے ساتھی یہ نوجوان جو ہیں،</w:t>
      </w:r>
    </w:p>
    <w:p>
      <w:r>
        <w:rPr>
          <w:b/>
        </w:rPr>
        <w:t xml:space="preserve">[03:00] </w:t>
      </w:r>
      <w:r>
        <w:t>bohat seedhe saade aadmi hain, aam taur par woh zyada bolte bhi nahi.</w:t>
      </w:r>
    </w:p>
    <w:p>
      <w:pPr>
        <w:jc w:val="right"/>
      </w:pPr>
      <w:r>
        <w:t>بہت سیدھے سادھے آدمی ہیں، عام طور پر وہ زیادہ بولتے بھی نہیں۔</w:t>
      </w:r>
    </w:p>
    <w:p>
      <w:r>
        <w:rPr>
          <w:b/>
        </w:rPr>
        <w:t xml:space="preserve">[03:07] </w:t>
      </w:r>
      <w:r>
        <w:t>unhon ne kaha ke is waqt jaise brother koi nayi taqat aa gayi.</w:t>
      </w:r>
    </w:p>
    <w:p>
      <w:pPr>
        <w:jc w:val="right"/>
      </w:pPr>
      <w:r>
        <w:t>انہوں نے کہا کہ اس وقت جیسے برادر کوئی نئی طاقت آ گئی۔</w:t>
      </w:r>
    </w:p>
    <w:p>
      <w:r>
        <w:rPr>
          <w:b/>
        </w:rPr>
        <w:t xml:space="preserve">[03:14] </w:t>
      </w:r>
      <w:r>
        <w:t>ek nai taqat.</w:t>
      </w:r>
    </w:p>
    <w:p>
      <w:pPr>
        <w:jc w:val="right"/>
      </w:pPr>
      <w:r>
        <w:t>ایک نئی طاقت۔</w:t>
      </w:r>
    </w:p>
    <w:p>
      <w:r>
        <w:rPr>
          <w:b/>
        </w:rPr>
        <w:t xml:space="preserve">[03:21] </w:t>
      </w:r>
      <w:r>
        <w:t>unhon ne bare josh se kaha ke main qasam kha kar kehta hoon ke yeh musalmanon ki kitab nahi hai.</w:t>
      </w:r>
    </w:p>
    <w:p>
      <w:pPr>
        <w:jc w:val="right"/>
      </w:pPr>
      <w:r>
        <w:t>انہوں نے بڑے جوش سے کہا کہ میں قسم کھا کر کہتا ہوں کہ یہ مسلمانوں کی کتاب نہیں ہے۔</w:t>
      </w:r>
    </w:p>
    <w:p>
      <w:r>
        <w:rPr>
          <w:b/>
        </w:rPr>
        <w:t xml:space="preserve">[03:28] </w:t>
      </w:r>
      <w:r>
        <w:t>main qasam kha kar kehta hoon ke yeh musalmanon ki kitab nahi hai, yeh Allah ki kitab hai.</w:t>
      </w:r>
    </w:p>
    <w:p>
      <w:pPr>
        <w:jc w:val="right"/>
      </w:pPr>
      <w:r>
        <w:t>میں قسم کھا کر کہتا ہوں کہ یہ مسلمانوں کی کتاب نہیں ہے، یہ اللہ کی کتاب ہے۔</w:t>
      </w:r>
    </w:p>
    <w:p>
      <w:r>
        <w:rPr>
          <w:b/>
        </w:rPr>
        <w:t xml:space="preserve">[03:35] </w:t>
      </w:r>
      <w:r>
        <w:t>jab unhon ne yeh baat kahi to achaanak hi unhon ne dekha ke is army commander ka rukh badal gaya.</w:t>
      </w:r>
    </w:p>
    <w:p>
      <w:pPr>
        <w:jc w:val="right"/>
      </w:pPr>
      <w:r>
        <w:t>جب انہوں نے یہ بات کہی تو اچانک ہی انہوں نے دیکھا کہ اس آرمی کمانڈر کا رخ بدل گیا۔</w:t>
      </w:r>
    </w:p>
    <w:p>
      <w:r>
        <w:rPr>
          <w:b/>
        </w:rPr>
        <w:t xml:space="preserve">[03:42] </w:t>
      </w:r>
      <w:r>
        <w:t>unhon ne kaha ke achha lao.</w:t>
      </w:r>
    </w:p>
    <w:p>
      <w:pPr>
        <w:jc w:val="right"/>
      </w:pPr>
      <w:r>
        <w:t>انہوں نے کہا کہ اچھا لاؤ۔</w:t>
      </w:r>
    </w:p>
    <w:p>
      <w:r>
        <w:rPr>
          <w:b/>
        </w:rPr>
        <w:t xml:space="preserve">[03:49] </w:t>
      </w:r>
      <w:r>
        <w:t>to is ne phir is kitab ko liya, bohat hi respect ke sath, apne mathay par lagaya, as</w:t>
      </w:r>
    </w:p>
    <w:p>
      <w:pPr>
        <w:jc w:val="right"/>
      </w:pPr>
      <w:r>
        <w:t>تو اس نے پھر اس کتاب کو لیا، بہت ہی ریسپیکٹ کے ساتھ، اپنے ماتھے پر لگایا، ایز</w:t>
      </w:r>
    </w:p>
    <w:p>
      <w:r>
        <w:rPr>
          <w:b/>
        </w:rPr>
        <w:t xml:space="preserve">[03:56] </w:t>
      </w:r>
      <w:r>
        <w:t>a mark of respect, aur phir oonchi jagah par rakha is ko aur kaha ke main is ko</w:t>
      </w:r>
    </w:p>
    <w:p>
      <w:pPr>
        <w:jc w:val="right"/>
      </w:pPr>
      <w:r>
        <w:t>اے مارک آف ریسپیکٹ، اور پھر اونچی جگہ پر رکھا اس کو اور کہا کہ میں اس کو</w:t>
      </w:r>
    </w:p>
    <w:p>
      <w:r>
        <w:rPr>
          <w:b/>
        </w:rPr>
        <w:t xml:space="preserve">[04:03] </w:t>
      </w:r>
      <w:r>
        <w:t>zarur parhoon ga.</w:t>
      </w:r>
    </w:p>
    <w:p>
      <w:pPr>
        <w:jc w:val="right"/>
      </w:pPr>
      <w:r>
        <w:t>ضرور پڑھوں گا۔</w:t>
      </w:r>
    </w:p>
    <w:p>
      <w:r>
        <w:rPr>
          <w:b/>
        </w:rPr>
        <w:t xml:space="preserve">[04:10] </w:t>
      </w:r>
      <w:r>
        <w:t>is waqeye par bohat socha maine ke wohi ek shakhs jo bilkul pehle ghair hamdard tha, achaanak</w:t>
      </w:r>
    </w:p>
    <w:p>
      <w:pPr>
        <w:jc w:val="right"/>
      </w:pPr>
      <w:r>
        <w:t>اس واقعے پر بہت سوچا میں نے کہ وہی ایک شخص جو بالکل پہلے غیر ہمدرد تھا، اچانک</w:t>
      </w:r>
    </w:p>
    <w:p>
      <w:r>
        <w:rPr>
          <w:b/>
        </w:rPr>
        <w:t xml:space="preserve">[04:17] </w:t>
      </w:r>
      <w:r>
        <w:t>woh hamdard ban gaya, aisa kaise hua? is liye ke hum ne Quran ki image galat bana rakhi hai.</w:t>
      </w:r>
    </w:p>
    <w:p>
      <w:pPr>
        <w:jc w:val="right"/>
      </w:pPr>
      <w:r>
        <w:t>وہ ہمدرد بن گیا، ایسا کیسے ہوا؟ اس لیے کہ ہم نے قرآن کی امیج غلط بنا رکھی ہے۔</w:t>
      </w:r>
    </w:p>
    <w:p>
      <w:r>
        <w:rPr>
          <w:b/>
        </w:rPr>
        <w:t xml:space="preserve">[04:24] </w:t>
      </w:r>
      <w:r>
        <w:t>Quran ko hum samajhte hain ke woh Quran ki image jo hum ne banai hai, to log samajhte</w:t>
      </w:r>
    </w:p>
    <w:p>
      <w:pPr>
        <w:jc w:val="right"/>
      </w:pPr>
      <w:r>
        <w:t>قرآن کو ہم سمجھتے ہیں کہ وہ قرآن کی امیج جو ہم نے بنائی ہے، تو لوگ سمجھتے</w:t>
      </w:r>
    </w:p>
    <w:p>
      <w:r>
        <w:rPr>
          <w:b/>
        </w:rPr>
        <w:t xml:space="preserve">[04:31] </w:t>
      </w:r>
      <w:r>
        <w:t>hain ke Quran ek community hai, Muslim community, us ki kitab hai.</w:t>
      </w:r>
    </w:p>
    <w:p>
      <w:pPr>
        <w:jc w:val="right"/>
      </w:pPr>
      <w:r>
        <w:t>ہیں کہ قرآن ایک کمیونٹی ہے، مسلم کمیونٹی، اس کی کتاب ہے۔</w:t>
      </w:r>
    </w:p>
    <w:p>
      <w:r>
        <w:rPr>
          <w:b/>
        </w:rPr>
        <w:t xml:space="preserve">[04:38] </w:t>
      </w:r>
      <w:r>
        <w:t>aam insanon se is ka koi talluq nahi.</w:t>
      </w:r>
    </w:p>
    <w:p>
      <w:pPr>
        <w:jc w:val="right"/>
      </w:pPr>
      <w:r>
        <w:t>عام انسانوں سے اس کا کوئی تعلق نہیں۔</w:t>
      </w:r>
    </w:p>
    <w:p>
      <w:r>
        <w:rPr>
          <w:b/>
        </w:rPr>
        <w:t xml:space="preserve">[04:45] </w:t>
      </w:r>
      <w:r>
        <w:t>lekin jab unhon ne bohat hi yaqeen ke sath kaha ke main qasam kha kar kehta hoon ke</w:t>
      </w:r>
    </w:p>
    <w:p>
      <w:pPr>
        <w:jc w:val="right"/>
      </w:pPr>
      <w:r>
        <w:t>لیکن جب انہوں نے بہت ہی یقین کے ساتھ کہا کہ میں قسم کھا کر کہتا ہوں کہ</w:t>
      </w:r>
    </w:p>
    <w:p>
      <w:r>
        <w:rPr>
          <w:b/>
        </w:rPr>
        <w:t xml:space="preserve">[04:52] </w:t>
      </w:r>
      <w:r>
        <w:t>yeh musalmanon ki kitab nahi hai, yeh Allah ki kitab hai, to achaanak woh badal gaya.</w:t>
      </w:r>
    </w:p>
    <w:p>
      <w:pPr>
        <w:jc w:val="right"/>
      </w:pPr>
      <w:r>
        <w:t>یہ مسلمانوں کی کتاب نہیں ہے، یہ اللہ کی کتاب ہے، تو اچانک وہ بدل گیا۔</w:t>
      </w:r>
    </w:p>
    <w:p>
      <w:r>
        <w:rPr>
          <w:b/>
        </w:rPr>
        <w:t xml:space="preserve">[04:59] </w:t>
      </w:r>
      <w:r>
        <w:t>yahan par mujhe ek bari aham, ek principle of nature mere samne aaya.</w:t>
      </w:r>
    </w:p>
    <w:p>
      <w:pPr>
        <w:jc w:val="right"/>
      </w:pPr>
      <w:r>
        <w:t>یہاں پر مجھے ایک بڑی اہم، ایک پرنسپل آف نیچر میرے سامنے آیا۔</w:t>
      </w:r>
    </w:p>
    <w:p>
      <w:r>
        <w:rPr>
          <w:b/>
        </w:rPr>
        <w:t xml:space="preserve">[05:06] </w:t>
      </w:r>
      <w:r>
        <w:t>dekhen, beshtar log jeete hain uncertainty mein.</w:t>
      </w:r>
    </w:p>
    <w:p>
      <w:pPr>
        <w:jc w:val="right"/>
      </w:pPr>
      <w:r>
        <w:t>دیکھیں، بیشتر لوگ جیتے ہیں انسرٹینٹی میں۔</w:t>
      </w:r>
    </w:p>
    <w:p>
      <w:r>
        <w:rPr>
          <w:b/>
        </w:rPr>
        <w:t xml:space="preserve">[05:13] </w:t>
      </w:r>
      <w:r>
        <w:t>uncertainty, yani ghair yaqeeniyat.</w:t>
      </w:r>
    </w:p>
    <w:p>
      <w:pPr>
        <w:jc w:val="right"/>
      </w:pPr>
      <w:r>
        <w:t>انسرٹینٹی، یعنی غیر یقینیت۔</w:t>
      </w:r>
    </w:p>
    <w:p>
      <w:r>
        <w:rPr>
          <w:b/>
        </w:rPr>
        <w:t xml:space="preserve">[05:20] </w:t>
      </w:r>
      <w:r>
        <w:t>ke bohat hi firm opinion kisi ka hota nahi.</w:t>
      </w:r>
    </w:p>
    <w:p>
      <w:pPr>
        <w:jc w:val="right"/>
      </w:pPr>
      <w:r>
        <w:t>کہ بہت ہی فرم اوپینین کسی کا ہوتا نہیں۔</w:t>
      </w:r>
    </w:p>
    <w:p>
      <w:r>
        <w:rPr>
          <w:b/>
        </w:rPr>
        <w:t xml:space="preserve">[05:27] </w:t>
      </w:r>
      <w:r>
        <w:t>bohat hi rare aise log hote hain jin ka bohat hi firm, bohat hi well considered opinion ho.</w:t>
      </w:r>
    </w:p>
    <w:p>
      <w:pPr>
        <w:jc w:val="right"/>
      </w:pPr>
      <w:r>
        <w:t>بہت ہی ریئر ایسے لوگ ہوتے ہیں جن کا بہت ہی فرم، بہت ہی ویل کنسیڈرڈ اوپینین ہو۔</w:t>
      </w:r>
    </w:p>
    <w:p>
      <w:r>
        <w:rPr>
          <w:b/>
        </w:rPr>
        <w:t xml:space="preserve">[05:34] </w:t>
      </w:r>
      <w:r>
        <w:t>beshtar log aise hain ke jo uncertainty mein jeete hain.</w:t>
      </w:r>
    </w:p>
    <w:p>
      <w:pPr>
        <w:jc w:val="right"/>
      </w:pPr>
      <w:r>
        <w:t>بیشتر لوگ ایسے ہیں کہ جو انسرٹینٹی میں جیتے ہیں۔</w:t>
      </w:r>
    </w:p>
    <w:p>
      <w:r>
        <w:rPr>
          <w:b/>
        </w:rPr>
        <w:t xml:space="preserve">[05:40] </w:t>
      </w:r>
      <w:r>
        <w:t>yani har mamle mein fifty fifty.</w:t>
      </w:r>
    </w:p>
    <w:p>
      <w:pPr>
        <w:jc w:val="right"/>
      </w:pPr>
      <w:r>
        <w:t>یعنی ہر معاملے میں ففٹی ففٹی۔</w:t>
      </w:r>
    </w:p>
    <w:p>
      <w:r>
        <w:rPr>
          <w:b/>
        </w:rPr>
        <w:t xml:space="preserve">[05:47] </w:t>
      </w:r>
      <w:r>
        <w:t>to agar koi shakhs bohat hi yaqeen ke sath ek baat keh de to un ka fifty fifty</w:t>
      </w:r>
    </w:p>
    <w:p>
      <w:pPr>
        <w:jc w:val="right"/>
      </w:pPr>
      <w:r>
        <w:t>تو اگر کوئی شخص بہت ہی یقین کے ساتھ ایک بات کہہ دے تو ان کا ففٹی ففٹی</w:t>
      </w:r>
    </w:p>
    <w:p>
      <w:r>
        <w:rPr>
          <w:b/>
        </w:rPr>
        <w:t xml:space="preserve">[05:54] </w:t>
      </w:r>
      <w:r>
        <w:t>badal jata hai.</w:t>
      </w:r>
    </w:p>
    <w:p>
      <w:pPr>
        <w:jc w:val="right"/>
      </w:pPr>
      <w:r>
        <w:t>بدل جاتا ہے۔</w:t>
      </w:r>
    </w:p>
    <w:p>
      <w:r>
        <w:rPr>
          <w:b/>
        </w:rPr>
        <w:t xml:space="preserve">[06:01] </w:t>
      </w:r>
      <w:r>
        <w:t>yani ek taraf fifty one ho jata hai, doosri taraf forty nine ho jata hai.</w:t>
      </w:r>
    </w:p>
    <w:p>
      <w:pPr>
        <w:jc w:val="right"/>
      </w:pPr>
      <w:r>
        <w:t>یعنی ایک طرف ففٹی ون ہو جاتا ہے، دوسری طرف فورٹی نائن ہو جاتا ہے۔</w:t>
      </w:r>
    </w:p>
    <w:p>
      <w:r>
        <w:rPr>
          <w:b/>
        </w:rPr>
        <w:t xml:space="preserve">[06:08] </w:t>
      </w:r>
      <w:r>
        <w:t>aur ghaleban yahi is ke sath hua.</w:t>
      </w:r>
    </w:p>
    <w:p>
      <w:pPr>
        <w:jc w:val="right"/>
      </w:pPr>
      <w:r>
        <w:t>اور غالباً یہی اس کے ساتھ ہوا۔</w:t>
      </w:r>
    </w:p>
    <w:p>
      <w:r>
        <w:rPr>
          <w:b/>
        </w:rPr>
        <w:t xml:space="preserve">[06:15] </w:t>
      </w:r>
      <w:r>
        <w:t>is ka fifty fifty badal gaya.</w:t>
      </w:r>
    </w:p>
    <w:p>
      <w:pPr>
        <w:jc w:val="right"/>
      </w:pPr>
      <w:r>
        <w:t>اس کا ففٹی ففٹی بدل گیا۔</w:t>
      </w:r>
    </w:p>
    <w:p>
      <w:r>
        <w:rPr>
          <w:b/>
        </w:rPr>
        <w:t xml:space="preserve">[06:22] </w:t>
      </w:r>
      <w:r>
        <w:t>ek taraf forty nine ho gaya, doosri taraf fifty one ho gaya.</w:t>
      </w:r>
    </w:p>
    <w:p>
      <w:pPr>
        <w:jc w:val="right"/>
      </w:pPr>
      <w:r>
        <w:t>ایک طرف فورٹی نائن ہو گیا، دوسری طرف ففٹی ون ہو گیا۔</w:t>
      </w:r>
    </w:p>
    <w:p>
      <w:r>
        <w:rPr>
          <w:b/>
        </w:rPr>
        <w:t xml:space="preserve">[06:29] </w:t>
      </w:r>
      <w:r>
        <w:t>doosri baat mere samne aai, quran ki ek ayat.</w:t>
      </w:r>
    </w:p>
    <w:p>
      <w:pPr>
        <w:jc w:val="right"/>
      </w:pPr>
      <w:r>
        <w:t>دوسری بات میرے سامنے آئی، قرآن کی ایک آیت۔</w:t>
      </w:r>
    </w:p>
    <w:p>
      <w:r>
        <w:rPr>
          <w:b/>
        </w:rPr>
        <w:t xml:space="preserve">[06:36] </w:t>
      </w:r>
      <w:r>
        <w:t>quran mein dekhen, chapter number forty one mein ek ayat hai.</w:t>
      </w:r>
    </w:p>
    <w:p>
      <w:pPr>
        <w:jc w:val="right"/>
      </w:pPr>
      <w:r>
        <w:t>قرآن میں دیکھیں، چیپٹر نمبر فورٹی ون میں ایک آیت ہے۔</w:t>
      </w:r>
    </w:p>
    <w:p>
      <w:r>
        <w:rPr>
          <w:b/>
        </w:rPr>
        <w:t xml:space="preserve">[06:43] </w:t>
      </w:r>
      <w:r>
        <w:t>la tastawi al husna wa al sayyi'ah, idfa' bil lati hi ahsan.</w:t>
      </w:r>
    </w:p>
    <w:p>
      <w:pPr>
        <w:jc w:val="right"/>
      </w:pPr>
      <w:r>
        <w:t>لا تستوی الحسنی والسیہ، اتفاء بلتی ہے احسن۔</w:t>
      </w:r>
    </w:p>
    <w:p>
      <w:r>
        <w:rPr>
          <w:b/>
        </w:rPr>
        <w:t xml:space="preserve">[06:50] </w:t>
      </w:r>
      <w:r>
        <w:t>fa-idha alladhi bainaka wa bainahu 'adawatun ka'annahu waliyyun hameem.</w:t>
      </w:r>
    </w:p>
    <w:p>
      <w:pPr>
        <w:jc w:val="right"/>
      </w:pPr>
      <w:r>
        <w:t>فائدہ لے لے بینکہ بینہ عداوہ، کنہ ولیون حمیم۔</w:t>
      </w:r>
    </w:p>
    <w:p>
      <w:r>
        <w:rPr>
          <w:b/>
        </w:rPr>
        <w:t xml:space="preserve">[06:57] </w:t>
      </w:r>
      <w:r>
        <w:t>is ka matlab yeh hai ke husna aur sayyi'ah barabar nahi ho sakte.</w:t>
      </w:r>
    </w:p>
    <w:p>
      <w:pPr>
        <w:jc w:val="right"/>
      </w:pPr>
      <w:r>
        <w:t>اس کا مطلب یہ ہے کہ حسنی اور سیہ برابر نہیں ہو سکتے۔</w:t>
      </w:r>
    </w:p>
    <w:p>
      <w:r>
        <w:rPr>
          <w:b/>
        </w:rPr>
        <w:t xml:space="preserve">[07:04] </w:t>
      </w:r>
      <w:r>
        <w:t>tum logon ke sath aisa karo ke un ke ghlat salook ke jawab mein acha salook karo.</w:t>
      </w:r>
    </w:p>
    <w:p>
      <w:pPr>
        <w:jc w:val="right"/>
      </w:pPr>
      <w:r>
        <w:t>تم لوگوں کے ساتھ ایسا کرو کہ ان کے غلط سلوک کے جواب میں اچھا سلوک کرو۔</w:t>
      </w:r>
    </w:p>
    <w:p>
      <w:r>
        <w:rPr>
          <w:b/>
        </w:rPr>
        <w:t xml:space="preserve">[07:11] </w:t>
      </w:r>
      <w:r>
        <w:t>tum tum dekho ge ke tumhara jo dushman nazar aata tha, woh tumhara dost ban gaya.</w:t>
      </w:r>
    </w:p>
    <w:p>
      <w:pPr>
        <w:jc w:val="right"/>
      </w:pPr>
      <w:r>
        <w:t>تم تم دیکھو گے کہ تمہارا جو دشمن نظر آتا تھا، وہ تمہارا دوست بن گیا۔</w:t>
      </w:r>
    </w:p>
    <w:p>
      <w:r>
        <w:rPr>
          <w:b/>
        </w:rPr>
        <w:t xml:space="preserve">[07:18] </w:t>
      </w:r>
      <w:r>
        <w:t>ek bohat bari baat mujhe is hadith, mujhe is ayat mein daryaft hui.</w:t>
      </w:r>
    </w:p>
    <w:p>
      <w:pPr>
        <w:jc w:val="right"/>
      </w:pPr>
      <w:r>
        <w:t>ایک بہت بڑی بات مجھے اس حدیث، مجھے اس آیت میں دریافت ہوئی۔</w:t>
      </w:r>
    </w:p>
    <w:p>
      <w:r>
        <w:rPr>
          <w:b/>
        </w:rPr>
        <w:t xml:space="preserve">[07:25] </w:t>
      </w:r>
      <w:r>
        <w:t>is ayat ko aam taur par log lete hain, yani ethical sense mein, ethical behavior ke sense mein.</w:t>
      </w:r>
    </w:p>
    <w:p>
      <w:pPr>
        <w:jc w:val="right"/>
      </w:pPr>
      <w:r>
        <w:t>اس آیت کو عام طور پر لوگ لیتے ہیں، یعنی ایتھیکل سینس میں، ایتھیکل بیہیویئر کے سینس میں۔</w:t>
      </w:r>
    </w:p>
    <w:p>
      <w:r>
        <w:rPr>
          <w:b/>
        </w:rPr>
        <w:t xml:space="preserve">[07:32] </w:t>
      </w:r>
      <w:r>
        <w:t>yani social life jo tumhari hai, us mein tumhara behavior ethical behavior ho.</w:t>
      </w:r>
    </w:p>
    <w:p>
      <w:pPr>
        <w:jc w:val="right"/>
      </w:pPr>
      <w:r>
        <w:t>یعنی سوشل لائف جو تمہاری ہے، اس میں تمہارا بیہیویئر ایتھیکل بیہیویئر ہو۔</w:t>
      </w:r>
    </w:p>
    <w:p>
      <w:r>
        <w:rPr>
          <w:b/>
        </w:rPr>
        <w:t xml:space="preserve">[07:39] </w:t>
      </w:r>
      <w:r>
        <w:t>yeh matlab nahi hai is ayat ka.</w:t>
      </w:r>
    </w:p>
    <w:p>
      <w:pPr>
        <w:jc w:val="right"/>
      </w:pPr>
      <w:r>
        <w:t>یہ مطلب نہیں ہے اس آیت کا۔</w:t>
      </w:r>
    </w:p>
    <w:p>
      <w:r>
        <w:rPr>
          <w:b/>
        </w:rPr>
        <w:t xml:space="preserve">[07:46] </w:t>
      </w:r>
      <w:r>
        <w:t>yeh ayat yahan enemy ke reference mein hai.</w:t>
      </w:r>
    </w:p>
    <w:p>
      <w:pPr>
        <w:jc w:val="right"/>
      </w:pPr>
      <w:r>
        <w:t>یہ آیت یہاں اینی بی کے ریفرنس میں ہے۔</w:t>
      </w:r>
    </w:p>
    <w:p>
      <w:r>
        <w:rPr>
          <w:b/>
        </w:rPr>
        <w:t xml:space="preserve">[07:53] </w:t>
      </w:r>
      <w:r>
        <w:t>enemy ke reference mein.</w:t>
      </w:r>
    </w:p>
    <w:p>
      <w:pPr>
        <w:jc w:val="right"/>
      </w:pPr>
      <w:r>
        <w:t>اینی بی کے ریفرنس میں۔</w:t>
      </w:r>
    </w:p>
    <w:p>
      <w:r>
        <w:rPr>
          <w:b/>
        </w:rPr>
        <w:t xml:space="preserve">[08:00] </w:t>
      </w:r>
      <w:r>
        <w:t>general reference mein nahi hai.</w:t>
      </w:r>
    </w:p>
    <w:p>
      <w:pPr>
        <w:jc w:val="right"/>
      </w:pPr>
      <w:r>
        <w:t>جنرل ریفرنس میں نہیں ہے۔</w:t>
      </w:r>
    </w:p>
    <w:p>
      <w:r>
        <w:rPr>
          <w:b/>
        </w:rPr>
        <w:t xml:space="preserve">[08:07] </w:t>
      </w:r>
      <w:r>
        <w:t>yani jis ko tum enemy samajhte ho, jis ko tum dushman samajhte ho, woh tum se ek</w:t>
      </w:r>
    </w:p>
    <w:p>
      <w:pPr>
        <w:jc w:val="right"/>
      </w:pPr>
      <w:r>
        <w:t>یعنی جس کو تم اینی بی سمجھتے ہو، جس کو تم دشمن سمجھتے ہو، وہ تم سے ایک</w:t>
      </w:r>
    </w:p>
    <w:p>
      <w:r>
        <w:rPr>
          <w:b/>
        </w:rPr>
        <w:t xml:space="preserve">[08:14] </w:t>
      </w:r>
      <w:r>
        <w:t>sakht baat bolta hai, sakht baat kehta hai.</w:t>
      </w:r>
    </w:p>
    <w:p>
      <w:pPr>
        <w:jc w:val="right"/>
      </w:pPr>
      <w:r>
        <w:t>سخت بات بولتا ہے، سخت بات کہتا ہے۔</w:t>
      </w:r>
    </w:p>
    <w:p>
      <w:r>
        <w:rPr>
          <w:b/>
        </w:rPr>
        <w:t xml:space="preserve">[08:20] </w:t>
      </w:r>
      <w:r>
        <w:t>jaise us ne kaha ke yeh to musalmanon ki kitab hai, mein kya karoon is ko? to us</w:t>
      </w:r>
    </w:p>
    <w:p>
      <w:pPr>
        <w:jc w:val="right"/>
      </w:pPr>
      <w:r>
        <w:t>جیسے اس نے کہا کہ یہ تو مسلمانوں کی کتاب ہے، میں کیا کروں اس کو؟ تو اس</w:t>
      </w:r>
    </w:p>
    <w:p>
      <w:r>
        <w:rPr>
          <w:b/>
        </w:rPr>
        <w:t xml:space="preserve">[08:27] </w:t>
      </w:r>
      <w:r>
        <w:t>woh jo point of reference hai, woh jo dono ke darmiyan baat karte hue jo point of reference</w:t>
      </w:r>
    </w:p>
    <w:p>
      <w:pPr>
        <w:jc w:val="right"/>
      </w:pPr>
      <w:r>
        <w:t>وہ جو پوائنٹ آف ریفرنس ہے، وہ جو دونوں کے درمیان بات کرتے ہوئے جو پوائنٹ آف ریفرنس</w:t>
      </w:r>
    </w:p>
    <w:p>
      <w:r>
        <w:rPr>
          <w:b/>
        </w:rPr>
        <w:t xml:space="preserve">[08:34] </w:t>
      </w:r>
      <w:r>
        <w:t>samne aaya, us us moamle mein yeh baat kahi gayi hai ke tumhara jawab negative reaction ka</w:t>
      </w:r>
    </w:p>
    <w:p>
      <w:pPr>
        <w:jc w:val="right"/>
      </w:pPr>
      <w:r>
        <w:t>سامنے آیا، اس اس معاملے میں یہ بات کہی گئی ہے کہ تمہارا جواب نیگیٹیو ری ایکشن کا</w:t>
      </w:r>
    </w:p>
    <w:p>
      <w:r>
        <w:rPr>
          <w:b/>
        </w:rPr>
        <w:t xml:space="preserve">[08:41] </w:t>
      </w:r>
      <w:r>
        <w:t>jawab na ho, balkeh tumhara jawab positive response ho.</w:t>
      </w:r>
    </w:p>
    <w:p>
      <w:pPr>
        <w:jc w:val="right"/>
      </w:pPr>
      <w:r>
        <w:t>جواب نہ ہو، بلکہ تمہارا جواب پازیٹیو رسپانس ہو۔</w:t>
      </w:r>
    </w:p>
    <w:p>
      <w:r>
        <w:rPr>
          <w:b/>
        </w:rPr>
        <w:t xml:space="preserve">[08:48] </w:t>
      </w:r>
      <w:r>
        <w:t>aam salook ka zikr nahi hai is hadith mein, is ayat mein.</w:t>
      </w:r>
    </w:p>
    <w:p>
      <w:pPr>
        <w:jc w:val="right"/>
      </w:pPr>
      <w:r>
        <w:t>عام سلوک کا ذکر نہیں ہے اس حدیث میں، اس آیت میں۔</w:t>
      </w:r>
    </w:p>
    <w:p>
      <w:r>
        <w:rPr>
          <w:b/>
        </w:rPr>
        <w:t xml:space="preserve">[08:55] </w:t>
      </w:r>
      <w:r>
        <w:t>social behavior tumhara logon ke sath ethical behavior ho, yeh is ayat mein yeh matlab nahi hai.</w:t>
      </w:r>
    </w:p>
    <w:p>
      <w:pPr>
        <w:jc w:val="right"/>
      </w:pPr>
      <w:r>
        <w:t>سوشل بیہیویئر تمہارا لوگوں کے ساتھ ایتھیکل بیہیویئر ہو، یہ اس آیت میں یہ مطلب نہیں ہے۔</w:t>
      </w:r>
    </w:p>
    <w:p>
      <w:r>
        <w:rPr>
          <w:b/>
        </w:rPr>
        <w:t xml:space="preserve">[09:02] </w:t>
      </w:r>
      <w:r>
        <w:t>yahan zikr hota hai dushman ke hawale se.</w:t>
      </w:r>
    </w:p>
    <w:p>
      <w:pPr>
        <w:jc w:val="right"/>
      </w:pPr>
      <w:r>
        <w:t>یہاں ذکر ہوتا ہے دشمن کے حوالے سے۔</w:t>
      </w:r>
    </w:p>
    <w:p>
      <w:r>
        <w:rPr>
          <w:b/>
        </w:rPr>
        <w:t xml:space="preserve">[09:09] </w:t>
      </w:r>
      <w:r>
        <w:t>to jis waqt ek insan aap se, ek insan se aap ka samna hota hai, baat cheet ke</w:t>
      </w:r>
    </w:p>
    <w:p>
      <w:pPr>
        <w:jc w:val="right"/>
      </w:pPr>
      <w:r>
        <w:t>تو جس وقت ایک انسان آپ سے، ایک انسان سے آپ کا سامنا ہوتا ہے، بات چیت کے</w:t>
      </w:r>
    </w:p>
    <w:p>
      <w:r>
        <w:rPr>
          <w:b/>
        </w:rPr>
        <w:t xml:space="preserve">[09:16] </w:t>
      </w:r>
      <w:r>
        <w:t>dauran woh sakht baat keh deta hai ke main is kitab ko parhoon, yeh to musalmanon ki kitab</w:t>
      </w:r>
    </w:p>
    <w:p>
      <w:pPr>
        <w:jc w:val="right"/>
      </w:pPr>
      <w:r>
        <w:t>دوران وہ سخت بات کہہ دیتا ہے کہ میں اس کتاب کو پڑھوں، یہ تو مسلمانوں کی کتاب</w:t>
      </w:r>
    </w:p>
    <w:p>
      <w:r>
        <w:rPr>
          <w:b/>
        </w:rPr>
        <w:t xml:space="preserve">[09:23] </w:t>
      </w:r>
      <w:r>
        <w:t>hai, to us ke jawab mein tumhara response negative response nahi hona chahiye, balke positive hona chahiye.</w:t>
      </w:r>
    </w:p>
    <w:p>
      <w:pPr>
        <w:jc w:val="right"/>
      </w:pPr>
      <w:r>
        <w:t>ہے، تو اس کے جواب میں تمہارا رسپانس نیگیٹیو رسپانس نہیں ہونا چاہیے، بلکہ پازیٹیو ہونا چاہیے۔</w:t>
      </w:r>
    </w:p>
    <w:p>
      <w:r>
        <w:rPr>
          <w:b/>
        </w:rPr>
        <w:t xml:space="preserve">[09:30] </w:t>
      </w:r>
      <w:r>
        <w:t>agar tum aisa karoge to achaanak uska rawaiyya badal jayega.</w:t>
      </w:r>
    </w:p>
    <w:p>
      <w:pPr>
        <w:jc w:val="right"/>
      </w:pPr>
      <w:r>
        <w:t>اگر تم ایسا کرو گے تو اچانک اس کا رویہ بدل جائے گا۔</w:t>
      </w:r>
    </w:p>
    <w:p>
      <w:r>
        <w:rPr>
          <w:b/>
        </w:rPr>
        <w:t xml:space="preserve">[09:37] </w:t>
      </w:r>
      <w:r>
        <w:t>yeh matlab hai.</w:t>
      </w:r>
    </w:p>
    <w:p>
      <w:pPr>
        <w:jc w:val="right"/>
      </w:pPr>
      <w:r>
        <w:t>یہ مطلب ہے۔</w:t>
      </w:r>
    </w:p>
    <w:p>
      <w:r>
        <w:rPr>
          <w:b/>
        </w:rPr>
        <w:t xml:space="preserve">[09:44] </w:t>
      </w:r>
      <w:r>
        <w:t>yeh ek particular reference ki baat hai, general reference ki baat nahi hai.</w:t>
      </w:r>
    </w:p>
    <w:p>
      <w:pPr>
        <w:jc w:val="right"/>
      </w:pPr>
      <w:r>
        <w:t>یہ ایک پرٹیکولر ریفرنس کی بات ہے، جنرل ریفرنس کی بات نہیں ہے۔</w:t>
      </w:r>
    </w:p>
    <w:p>
      <w:r>
        <w:rPr>
          <w:b/>
        </w:rPr>
        <w:t xml:space="preserve">[09:51] </w:t>
      </w:r>
      <w:r>
        <w:t>to daai ko bohat aisa hota hai, bhai daai ke sath.</w:t>
      </w:r>
    </w:p>
    <w:p>
      <w:pPr>
        <w:jc w:val="right"/>
      </w:pPr>
      <w:r>
        <w:t>تو داعی کو بہت ایسا ہوتا ہے، بھائی داعی کے ساتھ۔</w:t>
      </w:r>
    </w:p>
    <w:p>
      <w:r>
        <w:rPr>
          <w:b/>
        </w:rPr>
        <w:t xml:space="preserve">[09:58] </w:t>
      </w:r>
      <w:r>
        <w:t>hamare kai sathiyon ne mujhe bataya ke woh kahin gaye, jahan koi function tha, koi program tha, wahan</w:t>
      </w:r>
    </w:p>
    <w:p>
      <w:pPr>
        <w:jc w:val="right"/>
      </w:pPr>
      <w:r>
        <w:t>ہمارے کئی ساتھیوں نے مجھے بتایا کہ وہ کہیں گئے، جہاں کوئی فنکشن تھا، کوئی پروگرام تھا، وہاں</w:t>
      </w:r>
    </w:p>
    <w:p>
      <w:r>
        <w:rPr>
          <w:b/>
        </w:rPr>
        <w:t xml:space="preserve">[10:05] </w:t>
      </w:r>
      <w:r>
        <w:t>police wale khare hue the security ke liye.</w:t>
      </w:r>
    </w:p>
    <w:p>
      <w:pPr>
        <w:jc w:val="right"/>
      </w:pPr>
      <w:r>
        <w:t>پولیس والے کھڑے ہوئے تھے سیکیورٹی کے لیے۔</w:t>
      </w:r>
    </w:p>
    <w:p>
      <w:r>
        <w:rPr>
          <w:b/>
        </w:rPr>
        <w:t xml:space="preserve">[10:12] </w:t>
      </w:r>
      <w:r>
        <w:t>to hamare saathi wahan pohanche, unhon ne kaha ke yeh kya hai? unhon ne kaha yeh quran hai.</w:t>
      </w:r>
    </w:p>
    <w:p>
      <w:pPr>
        <w:jc w:val="right"/>
      </w:pPr>
      <w:r>
        <w:t>تو ہمارے ساتھی وہاں پہنچے، انہوں نے کہا کہ یہ کیا ہے؟ انہوں نے کہا یہ قرآن ہے۔</w:t>
      </w:r>
    </w:p>
    <w:p>
      <w:r>
        <w:rPr>
          <w:b/>
        </w:rPr>
        <w:t xml:space="preserve">[10:19] </w:t>
      </w:r>
      <w:r>
        <w:t>kaha nahi, yahan yeh sab nahi hai.</w:t>
      </w:r>
    </w:p>
    <w:p>
      <w:pPr>
        <w:jc w:val="right"/>
      </w:pPr>
      <w:r>
        <w:t>کہا نہیں، یہاں یہ سب نہیں ہے۔</w:t>
      </w:r>
    </w:p>
    <w:p>
      <w:r>
        <w:rPr>
          <w:b/>
        </w:rPr>
        <w:t xml:space="preserve">[10:26] </w:t>
      </w:r>
      <w:r>
        <w:t>to hamare saathi ne jawab bohat achhe tareeqe se diya, yani positive response diya.</w:t>
      </w:r>
    </w:p>
    <w:p>
      <w:pPr>
        <w:jc w:val="right"/>
      </w:pPr>
      <w:r>
        <w:t>تو ہمارے ساتھی نے جواب بہت اچھے طریقے سے دیا، یعنی پازیٹیو رسپانس دیا۔</w:t>
      </w:r>
    </w:p>
    <w:p>
      <w:r>
        <w:rPr>
          <w:b/>
        </w:rPr>
        <w:t xml:space="preserve">[10:33] </w:t>
      </w:r>
      <w:r>
        <w:t>to achaanak woh police wala badal gaya, kaha achha jao jao.</w:t>
      </w:r>
    </w:p>
    <w:p>
      <w:pPr>
        <w:jc w:val="right"/>
      </w:pPr>
      <w:r>
        <w:t>تو اچانک وہ پولیس والا بدل گیا، کہا اچھا جاؤ جاؤ۔</w:t>
      </w:r>
    </w:p>
    <w:p>
      <w:r>
        <w:rPr>
          <w:b/>
        </w:rPr>
        <w:t xml:space="preserve">[10:40] </w:t>
      </w:r>
      <w:r>
        <w:t>kashmiri naujawan ke is qisse ko sunne ke baad mere samne yeh ayat aayi, pehle main bhi is</w:t>
      </w:r>
    </w:p>
    <w:p>
      <w:pPr>
        <w:jc w:val="right"/>
      </w:pPr>
      <w:r>
        <w:t>کشمیری نوجوان کے اس قصے کو سننے کے بعد میرے سامنے یہ آیت آئی، پہلے میں بھی اس</w:t>
      </w:r>
    </w:p>
    <w:p>
      <w:r>
        <w:rPr>
          <w:b/>
        </w:rPr>
        <w:t xml:space="preserve">[10:47] </w:t>
      </w:r>
      <w:r>
        <w:t>ko general sense mein leta tha.</w:t>
      </w:r>
    </w:p>
    <w:p>
      <w:pPr>
        <w:jc w:val="right"/>
      </w:pPr>
      <w:r>
        <w:t>کو جنرل سینس میں لیتا تھا۔</w:t>
      </w:r>
    </w:p>
    <w:p>
      <w:r>
        <w:rPr>
          <w:b/>
        </w:rPr>
        <w:t xml:space="preserve">[10:54] </w:t>
      </w:r>
      <w:r>
        <w:t>ab main samajhta hoon ke yeh ayat hargiz general jo behavior hai, us ke liye nahi hai.</w:t>
      </w:r>
    </w:p>
    <w:p>
      <w:pPr>
        <w:jc w:val="right"/>
      </w:pPr>
      <w:r>
        <w:t>اب میں سمجھتا ہوں کہ یہ آیت ہرگز جنرل جو بیہیویئر ہے، اس کے لیے نہیں ہے۔</w:t>
      </w:r>
    </w:p>
    <w:p>
      <w:r>
        <w:rPr>
          <w:b/>
        </w:rPr>
        <w:t xml:space="preserve">[11:00] </w:t>
      </w:r>
      <w:r>
        <w:t>yeh daai ko hidayat di gayi ke tum dawat ke dauran agar tumhare paas, tumhara samna aise aadmi</w:t>
      </w:r>
    </w:p>
    <w:p>
      <w:pPr>
        <w:jc w:val="right"/>
      </w:pPr>
      <w:r>
        <w:t>یہ داعی کو ہدایت دی گئی کہ تم دعوت کے دوران اگر تمہارے پاس، تمہارا سامنا ایسے آدمی</w:t>
      </w:r>
    </w:p>
    <w:p>
      <w:r>
        <w:rPr>
          <w:b/>
        </w:rPr>
        <w:t xml:space="preserve">[11:07] </w:t>
      </w:r>
      <w:r>
        <w:t>se ho jo sakht baat kar de, to tum sakht andaaz mein jawab na do, tumhara negative reply</w:t>
      </w:r>
    </w:p>
    <w:p>
      <w:pPr>
        <w:jc w:val="right"/>
      </w:pPr>
      <w:r>
        <w:t>سے ہو جو سخت بات کر دے، تو تم سخت انداز میں جواب نہ دو، تمہارا نیگیٹیو ریپلائی</w:t>
      </w:r>
    </w:p>
    <w:p>
      <w:r>
        <w:rPr>
          <w:b/>
        </w:rPr>
        <w:t xml:space="preserve">[11:14] </w:t>
      </w:r>
      <w:r>
        <w:t>mat do us ko, balke mukammal maanon mein positive response do, to woh badal jayega.</w:t>
      </w:r>
    </w:p>
    <w:p>
      <w:pPr>
        <w:jc w:val="right"/>
      </w:pPr>
      <w:r>
        <w:t>مت دو اس کو، بلکہ مکمل معنوں میں پازیٹیو رسپانس دو، تو وہ بدل جائے گا۔</w:t>
      </w:r>
    </w:p>
    <w:p>
      <w:r>
        <w:rPr>
          <w:b/>
        </w:rPr>
        <w:t xml:space="preserve">[11:21] </w:t>
      </w:r>
      <w:r>
        <w:t>woh hamare aaj ke jo log hain, jo ulma kahe jate hain, aaj ke ulma ke to hai</w:t>
      </w:r>
    </w:p>
    <w:p>
      <w:pPr>
        <w:jc w:val="right"/>
      </w:pPr>
      <w:r>
        <w:t>وہ ہمارے آج کے جو لوگ ہیں، جو علماء کہے جاتے ہیں، آج کے علماء کے تو ہے</w:t>
      </w:r>
    </w:p>
    <w:p>
      <w:r>
        <w:rPr>
          <w:b/>
        </w:rPr>
        <w:t xml:space="preserve">[11:28] </w:t>
      </w:r>
      <w:r>
        <w:t>ke jo sanad yafta madrasay se woh ulma hain.</w:t>
      </w:r>
    </w:p>
    <w:p>
      <w:pPr>
        <w:jc w:val="right"/>
      </w:pPr>
      <w:r>
        <w:t>کہ جو سند یافتہ مدرسے سے وہ علماء ہیں۔</w:t>
      </w:r>
    </w:p>
    <w:p>
      <w:r>
        <w:rPr>
          <w:b/>
        </w:rPr>
        <w:t xml:space="preserve">[11:35] </w:t>
      </w:r>
      <w:r>
        <w:t>yeh ke jo ulma ka zikr quran o hadees mein hai, us se murad sanad yafta log hain nahi.</w:t>
      </w:r>
    </w:p>
    <w:p>
      <w:pPr>
        <w:jc w:val="right"/>
      </w:pPr>
      <w:r>
        <w:t>یہ کہ جو علماء کا ذکر قرآن و حدیث میں ہے، اس سے مراد سند یافتہ لوگ ہیں نہیں۔</w:t>
      </w:r>
    </w:p>
    <w:p>
      <w:r>
        <w:rPr>
          <w:b/>
        </w:rPr>
        <w:t xml:space="preserve">[11:42] </w:t>
      </w:r>
      <w:r>
        <w:t>kyunke zamane mein sanad yafta ka koi idaray nahi hote the jahan sanadein taqseem ki jayen.</w:t>
      </w:r>
    </w:p>
    <w:p>
      <w:pPr>
        <w:jc w:val="right"/>
      </w:pPr>
      <w:r>
        <w:t>کیونکہ زمانے میں سند یافتہ کا کوئی ادارے نہیں ہوتے تھے جہاں سندیں تقسیم کی جائیں۔</w:t>
      </w:r>
    </w:p>
    <w:p>
      <w:r>
        <w:rPr>
          <w:b/>
        </w:rPr>
        <w:t xml:space="preserve">[11:49] </w:t>
      </w:r>
      <w:r>
        <w:t>yeh to maujooda zamane ki baat hai.</w:t>
      </w:r>
    </w:p>
    <w:p>
      <w:pPr>
        <w:jc w:val="right"/>
      </w:pPr>
      <w:r>
        <w:t>یہ تو موجودہ زمانے کی بات ہے۔</w:t>
      </w:r>
    </w:p>
    <w:p>
      <w:r>
        <w:rPr>
          <w:b/>
        </w:rPr>
        <w:t xml:space="preserve">[11:56] </w:t>
      </w:r>
      <w:r>
        <w:t>to aap ne abhi haal mein bohat charchaa hua hai ke bharat mata kehna islam ke khilaaf hai.</w:t>
      </w:r>
    </w:p>
    <w:p>
      <w:pPr>
        <w:jc w:val="right"/>
      </w:pPr>
      <w:r>
        <w:t>تو آپ نے ابھی حال میں بہت چرچہ ہوا ہے کہ بھارت ماتا کہنا اسلام کے خلاف ہے۔</w:t>
      </w:r>
    </w:p>
    <w:p>
      <w:r>
        <w:rPr>
          <w:b/>
        </w:rPr>
        <w:t xml:space="preserve">[12:03] </w:t>
      </w:r>
      <w:r>
        <w:t>fatwa aaya hai aur log is par bayaanaat de rahe hain ke bharat mata kehna musalman nahi kahe</w:t>
      </w:r>
    </w:p>
    <w:p>
      <w:pPr>
        <w:jc w:val="right"/>
      </w:pPr>
      <w:r>
        <w:t>فتویٰ آیا ہے اور لوگ اس پر بیانات دے رہے ہیں کہ بھارت ماتا کہنا مسلمان نہیں کہے</w:t>
      </w:r>
    </w:p>
    <w:p>
      <w:r>
        <w:rPr>
          <w:b/>
        </w:rPr>
        <w:t xml:space="preserve">[12:10] </w:t>
      </w:r>
      <w:r>
        <w:t>ga, yeh islam ke khilaaf hai.</w:t>
      </w:r>
    </w:p>
    <w:p>
      <w:pPr>
        <w:jc w:val="right"/>
      </w:pPr>
      <w:r>
        <w:t>گا، یہ اسلام کے خلاف ہے۔</w:t>
      </w:r>
    </w:p>
    <w:p>
      <w:r>
        <w:rPr>
          <w:b/>
        </w:rPr>
        <w:t xml:space="preserve">[12:17] </w:t>
      </w:r>
      <w:r>
        <w:t>yeh kya hai? yeh yeh aik baat ka negative response dena hai.</w:t>
      </w:r>
    </w:p>
    <w:p>
      <w:pPr>
        <w:jc w:val="right"/>
      </w:pPr>
      <w:r>
        <w:t>یہ کیا ہے؟ یہ یہ ایک بات کا نیگیٹیو رسپانس دینا ہے۔</w:t>
      </w:r>
    </w:p>
    <w:p>
      <w:r>
        <w:rPr>
          <w:b/>
        </w:rPr>
        <w:t xml:space="preserve">[12:24] </w:t>
      </w:r>
      <w:r>
        <w:t>unhon ne jo kaha, aap bhark uthe, bhark kar ke aap aik negative response de rahe hain.</w:t>
      </w:r>
    </w:p>
    <w:p>
      <w:pPr>
        <w:jc w:val="right"/>
      </w:pPr>
      <w:r>
        <w:t>انہوں نے جو کہا، آپ بھڑک اٹھے، بھڑک کر کے آپ ایک نیگیٹیو رسپانس دے رہے ہیں۔</w:t>
      </w:r>
    </w:p>
    <w:p>
      <w:r>
        <w:rPr>
          <w:b/>
        </w:rPr>
        <w:t xml:space="preserve">[12:31] </w:t>
      </w:r>
      <w:r>
        <w:t>aap is ko light vote mein lijiye.</w:t>
      </w:r>
    </w:p>
    <w:p>
      <w:pPr>
        <w:jc w:val="right"/>
      </w:pPr>
      <w:r>
        <w:t>آپ اس کو لائٹ ووٹ میں لیجئے۔</w:t>
      </w:r>
    </w:p>
    <w:p>
      <w:r>
        <w:rPr>
          <w:b/>
        </w:rPr>
        <w:t xml:space="preserve">[12:38] </w:t>
      </w:r>
      <w:r>
        <w:t>yahan par jidaal ahsan kiya hai ke aap is ko light vote mein len.</w:t>
      </w:r>
    </w:p>
    <w:p>
      <w:pPr>
        <w:jc w:val="right"/>
      </w:pPr>
      <w:r>
        <w:t>یہاں پر جدال احسن کیا ہے کہ آپ اس کو لائٹ ووٹ میں لیں۔</w:t>
      </w:r>
    </w:p>
    <w:p>
      <w:r>
        <w:rPr>
          <w:b/>
        </w:rPr>
        <w:t xml:space="preserve">[12:45] </w:t>
      </w:r>
      <w:r>
        <w:t>misalan maine kiya kiya? meri mulaqaat kaise hui? maine kaha ke light vote mein kaha ke</w:t>
      </w:r>
    </w:p>
    <w:p>
      <w:pPr>
        <w:jc w:val="right"/>
      </w:pPr>
      <w:r>
        <w:t>مثلاً میں نے کیا کیا؟ میری ملاقات کیسے ہوئی؟ میں نے کہا کہ لائٹ ووٹ میں کہا کہ</w:t>
      </w:r>
    </w:p>
    <w:p>
      <w:r>
        <w:rPr>
          <w:b/>
        </w:rPr>
        <w:t xml:space="preserve">[12:52] </w:t>
      </w:r>
      <w:r>
        <w:t>maine dekhiye aap kehte hain ke bharat mata, to bharat aap ki mata agar hai to yeh</w:t>
      </w:r>
    </w:p>
    <w:p>
      <w:pPr>
        <w:jc w:val="right"/>
      </w:pPr>
      <w:r>
        <w:t>میں نے دیکھئے آپ کہتے ہیں کہ بھارت ماتا، تو بھارت آپ کی ماتا اگر ہے تو یہ</w:t>
      </w:r>
    </w:p>
    <w:p>
      <w:r>
        <w:rPr>
          <w:b/>
        </w:rPr>
        <w:t xml:space="preserve">[12:59] </w:t>
      </w:r>
      <w:r>
        <w:t>bataiye ke aap ka baap kaun hai? yaani yeh jo planet earth hai, is ka woh khokh kahan</w:t>
      </w:r>
    </w:p>
    <w:p>
      <w:pPr>
        <w:jc w:val="right"/>
      </w:pPr>
      <w:r>
        <w:t>بتائیے کہ آپ کا باپ کون ہے؟ یعنی یہ جو پلینٹ ارتھ ہے، اس کا وہ کھوکھ کہاں</w:t>
      </w:r>
    </w:p>
    <w:p>
      <w:r>
        <w:rPr>
          <w:b/>
        </w:rPr>
        <w:t xml:space="preserve">[13:06] </w:t>
      </w:r>
      <w:r>
        <w:t>hai jahan se insaan paida hote hain? is ka batan kahan hai jahan se insaan paida hote hain?</w:t>
      </w:r>
    </w:p>
    <w:p>
      <w:pPr>
        <w:jc w:val="right"/>
      </w:pPr>
      <w:r>
        <w:t>ہے جہاں سے انسان پیدا ہوتے ہیں؟ اس کا بطن کہاں ہے جہاں سے انسان پیدا ہوتے ہیں؟</w:t>
      </w:r>
    </w:p>
    <w:p>
      <w:r>
        <w:rPr>
          <w:b/>
        </w:rPr>
        <w:t xml:space="preserve">[13:13] </w:t>
      </w:r>
      <w:r>
        <w:t>aur is ka baap kaun hai? kya aap jesus christ ki tarah se baghair baap ke paida hue</w:t>
      </w:r>
    </w:p>
    <w:p>
      <w:pPr>
        <w:jc w:val="right"/>
      </w:pPr>
      <w:r>
        <w:t>اور اس کا باپ کون ہے؟ کیا آپ جیزل کریش کی طرح سے بغیر باپ کے پیدا ہوئے</w:t>
      </w:r>
    </w:p>
    <w:p>
      <w:r>
        <w:rPr>
          <w:b/>
        </w:rPr>
        <w:t xml:space="preserve">[13:20] </w:t>
      </w:r>
      <w:r>
        <w:t>hain? bohat hi light vote mein nikala, light vote mein, aur baat hi khatam ho gayi.</w:t>
      </w:r>
    </w:p>
    <w:p>
      <w:pPr>
        <w:jc w:val="right"/>
      </w:pPr>
      <w:r>
        <w:t>ہیں؟ بہت ہی لائٹ ووٹ میں نکالا، لائٹ ووٹ میں، اور بات ہی ختم ہو گئی۔</w:t>
      </w:r>
    </w:p>
    <w:p>
      <w:r>
        <w:rPr>
          <w:b/>
        </w:rPr>
        <w:t xml:space="preserve">[13:27] </w:t>
      </w:r>
      <w:r>
        <w:t>agar aap bharat ko mata kehte hain to bharat mein koi aisi khokh honi chahiye, aisa batan hona</w:t>
      </w:r>
    </w:p>
    <w:p>
      <w:pPr>
        <w:jc w:val="right"/>
      </w:pPr>
      <w:r>
        <w:t>اگر آپ بھارت کو ماتا کہتے ہیں تو بھارت میں کوئی ایسی کھوکھ ہونی چاہیے، ایسا بطن ہونا</w:t>
      </w:r>
    </w:p>
    <w:p>
      <w:r>
        <w:rPr>
          <w:b/>
        </w:rPr>
        <w:t xml:space="preserve">[13:34] </w:t>
      </w:r>
      <w:r>
        <w:t>chahiye jahan se insaan paida hon, to woh kahan hai? aur phir is ka baap hona chahiye, woh</w:t>
      </w:r>
    </w:p>
    <w:p>
      <w:pPr>
        <w:jc w:val="right"/>
      </w:pPr>
      <w:r>
        <w:t>چاہیے جہاں سے انسان پیدا ہوں، تو وہ کہاں ہے؟ اور پھر اس کا باپ ہونا چاہیے، وہ</w:t>
      </w:r>
    </w:p>
    <w:p>
      <w:r>
        <w:rPr>
          <w:b/>
        </w:rPr>
        <w:t xml:space="preserve">[13:40] </w:t>
      </w:r>
      <w:r>
        <w:t>baap kaun hai? phir maine kaha ke phir yeh daawa karte hain kya aap ke jis tarah</w:t>
      </w:r>
    </w:p>
    <w:p>
      <w:pPr>
        <w:jc w:val="right"/>
      </w:pPr>
      <w:r>
        <w:t>باپ کون ہے؟ پھر میں نے کہا کہ پھر یہ دعویٰ کرتے ہیں کیا آپ کہ جس طرح</w:t>
      </w:r>
    </w:p>
    <w:p>
      <w:r>
        <w:rPr>
          <w:b/>
        </w:rPr>
        <w:t xml:space="preserve">[13:47] </w:t>
      </w:r>
      <w:r>
        <w:t>jesus christ paida hue the baghair baap ke, to aap bhi baghair baap ke paida ho gaye? bohat</w:t>
      </w:r>
    </w:p>
    <w:p>
      <w:pPr>
        <w:jc w:val="right"/>
      </w:pPr>
      <w:r>
        <w:t>جیزل کریش پیدا ہوئے تھے بغیر باپ کے، تو آپ بھی بغیر باپ کے پیدا ہو گئے؟ بہت</w:t>
      </w:r>
    </w:p>
    <w:p>
      <w:r>
        <w:rPr>
          <w:b/>
        </w:rPr>
        <w:t xml:space="preserve">[13:54] </w:t>
      </w:r>
      <w:r>
        <w:t>hi light vote mein, bohat hi light vote mein.</w:t>
      </w:r>
    </w:p>
    <w:p>
      <w:pPr>
        <w:jc w:val="right"/>
      </w:pPr>
      <w:r>
        <w:t>ہی لائٹ ووٹ میں، بہت ہی لائٹ ووٹ میں۔</w:t>
      </w:r>
    </w:p>
    <w:p>
      <w:r>
        <w:rPr>
          <w:b/>
        </w:rPr>
        <w:t xml:space="preserve">[14:01] </w:t>
      </w:r>
      <w:r>
        <w:t>to sab baat khatam ho gayi.</w:t>
      </w:r>
    </w:p>
    <w:p>
      <w:pPr>
        <w:jc w:val="right"/>
      </w:pPr>
      <w:r>
        <w:t>تو سب بات ختم ہو گئی۔</w:t>
      </w:r>
    </w:p>
    <w:p>
      <w:r>
        <w:rPr>
          <w:b/>
        </w:rPr>
        <w:t xml:space="preserve">[14:08] </w:t>
      </w:r>
      <w:r>
        <w:t>yeh hai jidaal ahsan, yaani negative response na dena, balkeh positive response dena.</w:t>
      </w:r>
    </w:p>
    <w:p>
      <w:pPr>
        <w:jc w:val="right"/>
      </w:pPr>
      <w:r>
        <w:t>یہ ہے جدال احسن، یعنی نیگیٹیو رسپانس نہ دینا، بلکہ پازیٹیو رسپانس دینا۔</w:t>
      </w:r>
    </w:p>
    <w:p>
      <w:r>
        <w:rPr>
          <w:b/>
        </w:rPr>
        <w:t xml:space="preserve">[14:15] </w:t>
      </w:r>
      <w:r>
        <w:t>yeh is is is surah mein yeh baat batai gayi hai.</w:t>
      </w:r>
    </w:p>
    <w:p>
      <w:pPr>
        <w:jc w:val="right"/>
      </w:pPr>
      <w:r>
        <w:t>یہ اس اس اس سورہ میں یہ بات بتائی گئی ہے۔</w:t>
      </w:r>
    </w:p>
    <w:p>
      <w:r>
        <w:rPr>
          <w:b/>
        </w:rPr>
        <w:t xml:space="preserve">[14:22] </w:t>
      </w:r>
      <w:r>
        <w:t>aur dekhiye, yeh andaaz agar ikhtiyar kiya jaye to is se bohat bade bade, yaani inqilaabi waqeaat pesh</w:t>
      </w:r>
    </w:p>
    <w:p>
      <w:pPr>
        <w:jc w:val="right"/>
      </w:pPr>
      <w:r>
        <w:t>اور دیکھئے، یہ انداز اگر اختیار کیا جائے تو اس سے بہت بڑے بڑے، یعنی انقلابی واقعات پیش</w:t>
      </w:r>
    </w:p>
    <w:p>
      <w:r>
        <w:rPr>
          <w:b/>
        </w:rPr>
        <w:t xml:space="preserve">[14:29] </w:t>
      </w:r>
      <w:r>
        <w:t>aate hain, revolutionary waqeaat pesh aate hain.</w:t>
      </w:r>
    </w:p>
    <w:p>
      <w:pPr>
        <w:jc w:val="right"/>
      </w:pPr>
      <w:r>
        <w:t>آتے ہیں، ریولوشنری واقعات پیش آتے ہیں۔</w:t>
      </w:r>
    </w:p>
    <w:p>
      <w:r>
        <w:rPr>
          <w:b/>
        </w:rPr>
        <w:t xml:space="preserve">[14:36] </w:t>
      </w:r>
      <w:r>
        <w:t>yeh saada baat to nahi hai.</w:t>
      </w:r>
    </w:p>
    <w:p>
      <w:pPr>
        <w:jc w:val="right"/>
      </w:pPr>
      <w:r>
        <w:t>یہ سادہ بات تو نہیں ہے۔</w:t>
      </w:r>
    </w:p>
    <w:p>
      <w:r>
        <w:rPr>
          <w:b/>
        </w:rPr>
        <w:t xml:space="preserve">[14:43] </w:t>
      </w:r>
      <w:r>
        <w:t>yeh agar agar hum is is is yeh yeh jawab ka usloob jaan len ke koi kuch bhi</w:t>
      </w:r>
    </w:p>
    <w:p>
      <w:pPr>
        <w:jc w:val="right"/>
      </w:pPr>
      <w:r>
        <w:t>یہ اگر اگر ہم اس اس اس یہ یہ جواب کا اسلوب جان لیں کہ کوئی کچھ بھی</w:t>
      </w:r>
    </w:p>
    <w:p>
      <w:r>
        <w:rPr>
          <w:b/>
        </w:rPr>
        <w:t xml:space="preserve">[14:50] </w:t>
      </w:r>
      <w:r>
        <w:t xml:space="preserve"> kahe, tum negative reaction mat karo, positive response do, to is se bare bare inqilab hote hain.</w:t>
      </w:r>
    </w:p>
    <w:p>
      <w:pPr>
        <w:jc w:val="right"/>
      </w:pPr>
      <w:r>
        <w:t>کہے، تم نیگیٹیو ری ایکشن مت کرو، پازیٹیو رسپانس دو، تو اس سے بڑے بڑے انقلابات ہوتے ہیں۔</w:t>
      </w:r>
    </w:p>
    <w:p>
      <w:r>
        <w:rPr>
          <w:b/>
        </w:rPr>
        <w:t xml:space="preserve">[14:57] </w:t>
      </w:r>
      <w:r>
        <w:t>is ki ek ek misal mein deta hoon aap ko.</w:t>
      </w:r>
    </w:p>
    <w:p>
      <w:pPr>
        <w:jc w:val="right"/>
      </w:pPr>
      <w:r>
        <w:t>اس کی ایک ایک مثال میں دیتا ہوں آپ کو۔</w:t>
      </w:r>
    </w:p>
    <w:p>
      <w:r>
        <w:rPr>
          <w:b/>
        </w:rPr>
        <w:t xml:space="preserve">[15:04] </w:t>
      </w:r>
      <w:r>
        <w:t>terahveen sadi mein aap ko maloom hai ke tatari qabail kisi baat par muslim saltanat se ghussa ho gaye.</w:t>
      </w:r>
    </w:p>
    <w:p>
      <w:pPr>
        <w:jc w:val="right"/>
      </w:pPr>
      <w:r>
        <w:t>تیرہویں صدی میں آپ کو معلوم ہے کہ تاتاری قبائل کسی بات پر مسلم سلطنت سے غصہ ہو گئے۔</w:t>
      </w:r>
    </w:p>
    <w:p>
      <w:r>
        <w:rPr>
          <w:b/>
        </w:rPr>
        <w:t xml:space="preserve">[15:11] </w:t>
      </w:r>
      <w:r>
        <w:t>is zamane mein abbasi saltanat ka daur tha.</w:t>
      </w:r>
    </w:p>
    <w:p>
      <w:pPr>
        <w:jc w:val="right"/>
      </w:pPr>
      <w:r>
        <w:t>اس زمانے میں عباسی سلطنت کا دور تھا۔</w:t>
      </w:r>
    </w:p>
    <w:p>
      <w:r>
        <w:rPr>
          <w:b/>
        </w:rPr>
        <w:t xml:space="preserve">[15:18] </w:t>
      </w:r>
      <w:r>
        <w:t>terahveen sadi isvi mein abbasi saltanat ka daur tha.</w:t>
      </w:r>
    </w:p>
    <w:p>
      <w:pPr>
        <w:jc w:val="right"/>
      </w:pPr>
      <w:r>
        <w:t>تیرہویں صدی عیسوی میں عباسی سلطنت کا دور تھا۔</w:t>
      </w:r>
    </w:p>
    <w:p>
      <w:r>
        <w:rPr>
          <w:b/>
        </w:rPr>
        <w:t xml:space="preserve">[15:25] </w:t>
      </w:r>
      <w:r>
        <w:t>to kisi baat par woh sultan se ghussa ho gaye.</w:t>
      </w:r>
    </w:p>
    <w:p>
      <w:pPr>
        <w:jc w:val="right"/>
      </w:pPr>
      <w:r>
        <w:t>تو کسی بات پر وہ سلطان سے غصہ ہو گئے۔</w:t>
      </w:r>
    </w:p>
    <w:p>
      <w:r>
        <w:rPr>
          <w:b/>
        </w:rPr>
        <w:t xml:space="preserve">[15:32] </w:t>
      </w:r>
      <w:r>
        <w:t>ab woh kohistani ilaqe mein rehte the, woh log wahan se nikle, woh bari tadad mein.</w:t>
      </w:r>
    </w:p>
    <w:p>
      <w:pPr>
        <w:jc w:val="right"/>
      </w:pPr>
      <w:r>
        <w:t>اب وہ کوہستانی علاقے میں رہتے تھے، وہ لوگ وہاں سے نکلے، وہ بڑی تعداد میں۔</w:t>
      </w:r>
    </w:p>
    <w:p>
      <w:r>
        <w:rPr>
          <w:b/>
        </w:rPr>
        <w:t xml:space="preserve">[15:39] </w:t>
      </w:r>
      <w:r>
        <w:t>un ke paas ghoron par sawar the aur woh talwar un ke hath mein thi.</w:t>
      </w:r>
    </w:p>
    <w:p>
      <w:pPr>
        <w:jc w:val="right"/>
      </w:pPr>
      <w:r>
        <w:t>ان کے پاس گھوڑوں پر سوار تھے اور وہ تلوار ان کے ہاتھ میں تھی۔</w:t>
      </w:r>
    </w:p>
    <w:p>
      <w:r>
        <w:rPr>
          <w:b/>
        </w:rPr>
        <w:t xml:space="preserve">[15:46] </w:t>
      </w:r>
      <w:r>
        <w:t>ghaliban das hazar se zyada the woh log.</w:t>
      </w:r>
    </w:p>
    <w:p>
      <w:pPr>
        <w:jc w:val="right"/>
      </w:pPr>
      <w:r>
        <w:t>غالباً دس ہزار سے زیادہ تھے وہ لوگ۔</w:t>
      </w:r>
    </w:p>
    <w:p>
      <w:r>
        <w:rPr>
          <w:b/>
        </w:rPr>
        <w:t xml:space="preserve">[15:53] </w:t>
      </w:r>
      <w:r>
        <w:t>to unhone apna safar shuru kiya kahan se? samarqand se.</w:t>
      </w:r>
    </w:p>
    <w:p>
      <w:pPr>
        <w:jc w:val="right"/>
      </w:pPr>
      <w:r>
        <w:t>تو انہوں نے اپنا سفر شروع کیا کہاں سے؟ سمرقند سے۔</w:t>
      </w:r>
    </w:p>
    <w:p>
      <w:r>
        <w:rPr>
          <w:b/>
        </w:rPr>
        <w:t xml:space="preserve">[16:00] </w:t>
      </w:r>
      <w:r>
        <w:t>samarqand se safar karte karte pahunche woh halab tak.</w:t>
      </w:r>
    </w:p>
    <w:p>
      <w:pPr>
        <w:jc w:val="right"/>
      </w:pPr>
      <w:r>
        <w:t>سمرقند سے سفر کرتے کرتے پہنچے وہ حلب تک۔</w:t>
      </w:r>
    </w:p>
    <w:p>
      <w:r>
        <w:rPr>
          <w:b/>
        </w:rPr>
        <w:t xml:space="preserve">[16:07] </w:t>
      </w:r>
      <w:r>
        <w:t>aur yahan se wahan tak sab kisi ko mara, kisi ko jalaya, kisi ko phoonka, sab taraaj kar</w:t>
      </w:r>
    </w:p>
    <w:p>
      <w:pPr>
        <w:jc w:val="right"/>
      </w:pPr>
      <w:r>
        <w:t>اور یہاں سے وہاں تک سب کسی کو مارا، کسی کو جلایا، کسی کو پھونکا، سب تاراج کر</w:t>
      </w:r>
    </w:p>
    <w:p>
      <w:r>
        <w:rPr>
          <w:b/>
        </w:rPr>
        <w:t xml:space="preserve">[16:14] </w:t>
      </w:r>
      <w:r>
        <w:t>diya unhone.</w:t>
      </w:r>
    </w:p>
    <w:p>
      <w:pPr>
        <w:jc w:val="right"/>
      </w:pPr>
      <w:r>
        <w:t>دیا انہوں نے۔</w:t>
      </w:r>
    </w:p>
    <w:p>
      <w:r>
        <w:rPr>
          <w:b/>
        </w:rPr>
        <w:t xml:space="preserve">[16:20] </w:t>
      </w:r>
      <w:r>
        <w:t>yeh qissa hua hai terahveen sadi mein.</w:t>
      </w:r>
    </w:p>
    <w:p>
      <w:pPr>
        <w:jc w:val="right"/>
      </w:pPr>
      <w:r>
        <w:t>یہ قصہ ہوا ہے تیرہویں صدی میں۔</w:t>
      </w:r>
    </w:p>
    <w:p>
      <w:r>
        <w:rPr>
          <w:b/>
        </w:rPr>
        <w:t xml:space="preserve">[16:27] </w:t>
      </w:r>
      <w:r>
        <w:t>aur phir un ka itna dabdaba qaim hua.</w:t>
      </w:r>
    </w:p>
    <w:p>
      <w:pPr>
        <w:jc w:val="right"/>
      </w:pPr>
      <w:r>
        <w:t>اور پھر ان کا اتنا دبدبہ قائم ہوا۔</w:t>
      </w:r>
    </w:p>
    <w:p>
      <w:r>
        <w:rPr>
          <w:b/>
        </w:rPr>
        <w:t xml:space="preserve">[16:34] </w:t>
      </w:r>
      <w:r>
        <w:t>abbasi saltanat ka is zamane mein jo cheez musalmanon ki sab se bari saltanat thi, woh.</w:t>
      </w:r>
    </w:p>
    <w:p>
      <w:pPr>
        <w:jc w:val="right"/>
      </w:pPr>
      <w:r>
        <w:t>عباسی سلطنت کا اس زمانے میں جو چیز مسلمانوں کی سب سے بڑی سلطنت تھی، وہ۔</w:t>
      </w:r>
    </w:p>
    <w:p>
      <w:r>
        <w:rPr>
          <w:b/>
        </w:rPr>
        <w:t xml:space="preserve">[16:41] </w:t>
      </w:r>
      <w:r>
        <w:t>to yeh kaha jayega ke agar yeh kaha jaye ke tatari haar gaye to marna mat is</w:t>
      </w:r>
    </w:p>
    <w:p>
      <w:pPr>
        <w:jc w:val="right"/>
      </w:pPr>
      <w:r>
        <w:t>تو یہ کہا جائے گا کہ اگر یہ کہا جائے کہ تاتاری ہار گئے تو مارنا مت اس</w:t>
      </w:r>
    </w:p>
    <w:p>
      <w:r>
        <w:rPr>
          <w:b/>
        </w:rPr>
        <w:t xml:space="preserve">[16:48] </w:t>
      </w:r>
      <w:r>
        <w:t>ko, woh haarne wale nahi hain woh log.</w:t>
      </w:r>
    </w:p>
    <w:p>
      <w:pPr>
        <w:jc w:val="right"/>
      </w:pPr>
      <w:r>
        <w:t>کو، وہ ہارنے والے نہیں ہیں وہ لوگ۔</w:t>
      </w:r>
    </w:p>
    <w:p>
      <w:r>
        <w:rPr>
          <w:b/>
        </w:rPr>
        <w:t xml:space="preserve">[16:55] </w:t>
      </w:r>
      <w:r>
        <w:t>lekin kaise? ek miracle hua.</w:t>
      </w:r>
    </w:p>
    <w:p>
      <w:pPr>
        <w:jc w:val="right"/>
      </w:pPr>
      <w:r>
        <w:t>لیکن کیسے؟ ایک میریکل ہوا۔</w:t>
      </w:r>
    </w:p>
    <w:p>
      <w:r>
        <w:rPr>
          <w:b/>
        </w:rPr>
        <w:t xml:space="preserve">[17:02] </w:t>
      </w:r>
      <w:r>
        <w:t>yeh waqia likha hai professor owndel ne, C.W. Owndel ne.</w:t>
      </w:r>
    </w:p>
    <w:p>
      <w:pPr>
        <w:jc w:val="right"/>
      </w:pPr>
      <w:r>
        <w:t>یہ واقعہ لکھا ہے پروفیسر آونڈل نے، سی ڈبلیو آونڈل نے۔</w:t>
      </w:r>
    </w:p>
    <w:p>
      <w:r>
        <w:rPr>
          <w:b/>
        </w:rPr>
        <w:t xml:space="preserve">[17:09] </w:t>
      </w:r>
      <w:r>
        <w:t>un ki kitab hai "Preaching of Islam".</w:t>
      </w:r>
    </w:p>
    <w:p>
      <w:pPr>
        <w:jc w:val="right"/>
      </w:pPr>
      <w:r>
        <w:t>ان کی کتاب ہے "پریچنگ آف اسلام"۔</w:t>
      </w:r>
    </w:p>
    <w:p>
      <w:r>
        <w:rPr>
          <w:b/>
        </w:rPr>
        <w:t xml:space="preserve">[17:16] </w:t>
      </w:r>
      <w:r>
        <w:t>"Preaching of Islam" mein unhone cheeni kitabon se, cheeni maakhaz se mutala kiya ke kya kya pesh</w:t>
      </w:r>
    </w:p>
    <w:p>
      <w:pPr>
        <w:jc w:val="right"/>
      </w:pPr>
      <w:r>
        <w:t>"پریچنگ آف اسلام" میں انہوں نے چینی کتابوں سے، چینی ماخذ سے مطالعہ کیا کہ کیا کیا پیش</w:t>
      </w:r>
    </w:p>
    <w:p>
      <w:r>
        <w:rPr>
          <w:b/>
        </w:rPr>
        <w:t xml:space="preserve">[17:23] </w:t>
      </w:r>
      <w:r>
        <w:t>aaya is zamane mein.</w:t>
      </w:r>
    </w:p>
    <w:p>
      <w:pPr>
        <w:jc w:val="right"/>
      </w:pPr>
      <w:r>
        <w:t>آیا اس زمانے میں۔</w:t>
      </w:r>
    </w:p>
    <w:p>
      <w:r>
        <w:rPr>
          <w:b/>
        </w:rPr>
        <w:t xml:space="preserve">[17:30] </w:t>
      </w:r>
      <w:r>
        <w:t>yeh tatari jo hain, woh history mein in ko mongol kaha jata hai.</w:t>
      </w:r>
    </w:p>
    <w:p>
      <w:pPr>
        <w:jc w:val="right"/>
      </w:pPr>
      <w:r>
        <w:t>یہ تاتاری جو ہیں، وہ ہسٹری میں ان کو منگول کہا جاتا ہے۔</w:t>
      </w:r>
    </w:p>
    <w:p>
      <w:r>
        <w:rPr>
          <w:b/>
        </w:rPr>
        <w:t xml:space="preserve">[17:37] </w:t>
      </w:r>
      <w:r>
        <w:t>hum logon ki zuban mein kehte hain tatari, lekin aap tareekh ki kitaben parhenge to is mein</w:t>
      </w:r>
    </w:p>
    <w:p>
      <w:pPr>
        <w:jc w:val="right"/>
      </w:pPr>
      <w:r>
        <w:t>ہم لوگوں کی زبان میں کہتے ہیں تاتاری، لیکن آپ تاریخ کی کتابیں پڑھیں گے تو اس میں</w:t>
      </w:r>
    </w:p>
    <w:p>
      <w:r>
        <w:rPr>
          <w:b/>
        </w:rPr>
        <w:t xml:space="preserve">[17:44] </w:t>
      </w:r>
      <w:r>
        <w:t>in ko mangol naam hoga.</w:t>
      </w:r>
    </w:p>
    <w:p>
      <w:pPr>
        <w:jc w:val="right"/>
      </w:pPr>
      <w:r>
        <w:t>ان کو منگول نام ہوگا۔</w:t>
      </w:r>
    </w:p>
    <w:p>
      <w:r>
        <w:rPr>
          <w:b/>
        </w:rPr>
        <w:t xml:space="preserve">[17:51] </w:t>
      </w:r>
      <w:r>
        <w:t>in ko to professor aundal ne likha hai ke kuch waqiat likhe hain.</w:t>
      </w:r>
    </w:p>
    <w:p>
      <w:pPr>
        <w:jc w:val="right"/>
      </w:pPr>
      <w:r>
        <w:t>ان کو تو پروفیسر آونڈل نے لکھا ہے کہ کچھ واقعات لکھے ہیں۔</w:t>
      </w:r>
    </w:p>
    <w:p>
      <w:r>
        <w:rPr>
          <w:b/>
        </w:rPr>
        <w:t xml:space="preserve">[17:58] </w:t>
      </w:r>
      <w:r>
        <w:t>misalan ek waqia yeh hua ke tatari shehzada ghoṛe par sawar ho kar ke jangal mein shikar kar raha tha.</w:t>
      </w:r>
    </w:p>
    <w:p>
      <w:pPr>
        <w:jc w:val="right"/>
      </w:pPr>
      <w:r>
        <w:t>مثلاً ایک واقعہ یہ ہوا کہ تاتاری شہزادہ گھوڑے پر سوار ہو کر کے جنگل میں شکار کر رہا تھا۔</w:t>
      </w:r>
    </w:p>
    <w:p>
      <w:r>
        <w:rPr>
          <w:b/>
        </w:rPr>
        <w:t xml:space="preserve">[18:05] </w:t>
      </w:r>
      <w:r>
        <w:t>is zamane mein yahi baṛe baṛe log karte the ke teer kaman hoti thi, kuta hota tha aur</w:t>
      </w:r>
    </w:p>
    <w:p>
      <w:pPr>
        <w:jc w:val="right"/>
      </w:pPr>
      <w:r>
        <w:t>اس زمانے میں یہی بڑے بڑے لوگ کرتے تھے کہ تیر کمان ہوتی تھی، کتا ہوتا تھا اور</w:t>
      </w:r>
    </w:p>
    <w:p>
      <w:r>
        <w:rPr>
          <w:b/>
        </w:rPr>
        <w:t xml:space="preserve">[18:12] </w:t>
      </w:r>
      <w:r>
        <w:t>shikar karte the janglon mein.</w:t>
      </w:r>
    </w:p>
    <w:p>
      <w:pPr>
        <w:jc w:val="right"/>
      </w:pPr>
      <w:r>
        <w:t>شکار کرتے تھے جنگلوں میں۔</w:t>
      </w:r>
    </w:p>
    <w:p>
      <w:r>
        <w:rPr>
          <w:b/>
        </w:rPr>
        <w:t xml:space="preserve">[18:19] </w:t>
      </w:r>
      <w:r>
        <w:t>to jab woh is jangal mein ghoṛe le kar chal raha tha to achhanak us ne dekha ke</w:t>
      </w:r>
    </w:p>
    <w:p>
      <w:pPr>
        <w:jc w:val="right"/>
      </w:pPr>
      <w:r>
        <w:t>تو جب وہ اس جنگل میں گھوڑے لے کر چل رہا تھا تو اچانک اس نے دیکھا کہ</w:t>
      </w:r>
    </w:p>
    <w:p>
      <w:r>
        <w:rPr>
          <w:b/>
        </w:rPr>
        <w:t xml:space="preserve">[18:26] </w:t>
      </w:r>
      <w:r>
        <w:t>kuch musalman, yeh musalman irani the ghaliban, woh chal rahe hain.</w:t>
      </w:r>
    </w:p>
    <w:p>
      <w:pPr>
        <w:jc w:val="right"/>
      </w:pPr>
      <w:r>
        <w:t>کچھ مسلمان، یہ مسلمان ایرانی تھے غالباً، وہ چل رہے ہیں۔</w:t>
      </w:r>
    </w:p>
    <w:p>
      <w:r>
        <w:rPr>
          <w:b/>
        </w:rPr>
        <w:t xml:space="preserve">[18:33] </w:t>
      </w:r>
      <w:r>
        <w:t>un ka samna ho gaya.</w:t>
      </w:r>
    </w:p>
    <w:p>
      <w:pPr>
        <w:jc w:val="right"/>
      </w:pPr>
      <w:r>
        <w:t>ان کا سامنا ہو گیا۔</w:t>
      </w:r>
    </w:p>
    <w:p>
      <w:r>
        <w:rPr>
          <w:b/>
        </w:rPr>
        <w:t xml:space="preserve">[18:40] </w:t>
      </w:r>
      <w:r>
        <w:t>un ka naam tha sheikh johardin.</w:t>
      </w:r>
    </w:p>
    <w:p>
      <w:pPr>
        <w:jc w:val="right"/>
      </w:pPr>
      <w:r>
        <w:t>ان کا نام تھا شیخ جوہردین۔</w:t>
      </w:r>
    </w:p>
    <w:p>
      <w:r>
        <w:rPr>
          <w:b/>
        </w:rPr>
        <w:t xml:space="preserve">[18:47] </w:t>
      </w:r>
      <w:r>
        <w:t>یہ واقعہ آپ پڑھ سکتے ہیں آونڈل کی کتاب میں جس کا نام ہے "The Preaching of Islam"۔</w:t>
      </w:r>
    </w:p>
    <w:p>
      <w:pPr>
        <w:jc w:val="right"/>
      </w:pPr>
      <w:r>
        <w:t>یہ واقعہ آپ پڑھ سکتے ہیں آونڈل کی کتاب میں جس کا نام ہے "دا پریچنگ آف اسلام"۔</w:t>
      </w:r>
    </w:p>
    <w:p>
      <w:r>
        <w:rPr>
          <w:b/>
        </w:rPr>
        <w:t xml:space="preserve">[18:54] </w:t>
      </w:r>
      <w:r>
        <w:t>yeh kitab hamare haan chapi hai to title badal diya gaya hai "in spirit of islam".</w:t>
      </w:r>
    </w:p>
    <w:p>
      <w:pPr>
        <w:jc w:val="right"/>
      </w:pPr>
      <w:r>
        <w:t>یہ کتاب ہمارے ہاں چھپی ہے تو ٹائٹل بدل دیا گیا ہے "ان اسپرٹ آف اسلام"۔</w:t>
      </w:r>
    </w:p>
    <w:p>
      <w:r>
        <w:rPr>
          <w:b/>
        </w:rPr>
        <w:t xml:space="preserve">[19:00] </w:t>
      </w:r>
      <w:r>
        <w:t>to woh ghoṛe par sawar tha aur yeh zameen par khaṛe hue the.</w:t>
      </w:r>
    </w:p>
    <w:p>
      <w:pPr>
        <w:jc w:val="right"/>
      </w:pPr>
      <w:r>
        <w:t>تو وہ گھوڑے پر سوار تھا اور یہ زمین پر کھڑے ہوئے تھے۔</w:t>
      </w:r>
    </w:p>
    <w:p>
      <w:r>
        <w:rPr>
          <w:b/>
        </w:rPr>
        <w:t xml:space="preserve">[19:07] </w:t>
      </w:r>
      <w:r>
        <w:t>to us ne bohat hi haqarat ke sath, bohat hi haqarat ke sath.</w:t>
      </w:r>
    </w:p>
    <w:p>
      <w:pPr>
        <w:jc w:val="right"/>
      </w:pPr>
      <w:r>
        <w:t>تو اس نے بہت ہی حقارت کے ساتھ، بہت ہی حقارت کے ساتھ۔</w:t>
      </w:r>
    </w:p>
    <w:p>
      <w:r>
        <w:rPr>
          <w:b/>
        </w:rPr>
        <w:t xml:space="preserve">[19:14] </w:t>
      </w:r>
      <w:r>
        <w:t>ek taraf to kuta khaṛa hua tha, ek taraf sheikh johardin khaṛe hue the.</w:t>
      </w:r>
    </w:p>
    <w:p>
      <w:pPr>
        <w:jc w:val="right"/>
      </w:pPr>
      <w:r>
        <w:t>ایک طرف تو کتا کھڑا ہوا تھا، ایک طرف شیخ جوہردین کھڑے ہوئے تھے۔</w:t>
      </w:r>
    </w:p>
    <w:p>
      <w:r>
        <w:rPr>
          <w:b/>
        </w:rPr>
        <w:t xml:space="preserve">[19:21] </w:t>
      </w:r>
      <w:r>
        <w:t>woh us zamane mein jab ke tatari ghalib ho gaye the to musalmanon ko haqir samajhte the.</w:t>
      </w:r>
    </w:p>
    <w:p>
      <w:pPr>
        <w:jc w:val="right"/>
      </w:pPr>
      <w:r>
        <w:t>وہ اس زمانے میں جب کہ تاتاری غالب ہو گئے تھے تو مسلمانوں کو حقیر سمجھتے تھے۔</w:t>
      </w:r>
    </w:p>
    <w:p>
      <w:r>
        <w:rPr>
          <w:b/>
        </w:rPr>
        <w:t xml:space="preserve">[19:28] </w:t>
      </w:r>
      <w:r>
        <w:t>to us tatari shehzade ne apne ghoṛe par sawar tha, apne kute ki taraf ishara kar ke kaha</w:t>
      </w:r>
    </w:p>
    <w:p>
      <w:pPr>
        <w:jc w:val="right"/>
      </w:pPr>
      <w:r>
        <w:t>تو اس تاتاری شہزادے نے اپنے گھوڑے پر سوار تھا، اپنے کتے کی طرف اشارہ کر کے کہا</w:t>
      </w:r>
    </w:p>
    <w:p>
      <w:r>
        <w:rPr>
          <w:b/>
        </w:rPr>
        <w:t xml:space="preserve">[19:35] </w:t>
      </w:r>
      <w:r>
        <w:t>ke tum achhe ho, yeh mera kuta achha hai.</w:t>
      </w:r>
    </w:p>
    <w:p>
      <w:pPr>
        <w:jc w:val="right"/>
      </w:pPr>
      <w:r>
        <w:t>کہ تم اچھے ہو، یہ میرا کتا اچھا ہے۔</w:t>
      </w:r>
    </w:p>
    <w:p>
      <w:r>
        <w:rPr>
          <w:b/>
        </w:rPr>
        <w:t xml:space="preserve">[19:42] </w:t>
      </w:r>
      <w:r>
        <w:t>tum achhe ho, yeh mera kuta achha hai.</w:t>
      </w:r>
    </w:p>
    <w:p>
      <w:pPr>
        <w:jc w:val="right"/>
      </w:pPr>
      <w:r>
        <w:t>تم اچھے ہو، یہ میرا کتا اچھا ہے۔</w:t>
      </w:r>
    </w:p>
    <w:p>
      <w:r>
        <w:rPr>
          <w:b/>
        </w:rPr>
        <w:t xml:space="preserve">[19:49] </w:t>
      </w:r>
      <w:r>
        <w:t>to sheikh johardin zara bhi ghusa nahi hua.</w:t>
      </w:r>
    </w:p>
    <w:p>
      <w:pPr>
        <w:jc w:val="right"/>
      </w:pPr>
      <w:r>
        <w:t>تو شیخ جوہردین ذرا بھی غصہ نہیں ہوا۔</w:t>
      </w:r>
    </w:p>
    <w:p>
      <w:r>
        <w:rPr>
          <w:b/>
        </w:rPr>
        <w:t xml:space="preserve">[19:56] </w:t>
      </w:r>
      <w:r>
        <w:t>yeh kehte hain ke tum ko baat karna nahi aata, baat karna seekho pehle.</w:t>
      </w:r>
    </w:p>
    <w:p>
      <w:pPr>
        <w:jc w:val="right"/>
      </w:pPr>
      <w:r>
        <w:t>یہ کہتے ہیں کہ تم کو بات کرنا نہیں آتا، بات کرنا سیکھو پہلے۔</w:t>
      </w:r>
    </w:p>
    <w:p>
      <w:r>
        <w:rPr>
          <w:b/>
        </w:rPr>
        <w:t xml:space="preserve">[20:03] </w:t>
      </w:r>
      <w:r>
        <w:t>yeh koi tareeqa hai baat karne ka? kuch nahi, kuch bhi zara bhi woh is par offend na</w:t>
      </w:r>
    </w:p>
    <w:p>
      <w:pPr>
        <w:jc w:val="right"/>
      </w:pPr>
      <w:r>
        <w:t>یہ کوئی طریقہ ہے بات کرنے کا؟ کچھ نہیں، کچھ بھی ذرا بھی وہ اس پر افنڈ نہ</w:t>
      </w:r>
    </w:p>
    <w:p>
      <w:r>
        <w:rPr>
          <w:b/>
        </w:rPr>
        <w:t xml:space="preserve">[20:10] </w:t>
      </w:r>
      <w:r>
        <w:t>hue, ghusa nahi hue, kuch nahi.</w:t>
      </w:r>
    </w:p>
    <w:p>
      <w:pPr>
        <w:jc w:val="right"/>
      </w:pPr>
      <w:r>
        <w:t>ہوئے، غصہ نہیں ہوئے، کچھ نہیں۔</w:t>
      </w:r>
    </w:p>
    <w:p>
      <w:r>
        <w:rPr>
          <w:b/>
        </w:rPr>
        <w:t xml:space="preserve">[20:17] </w:t>
      </w:r>
      <w:r>
        <w:t>bohat hi sanjidgi ke sath unhon ne kaha agar mera khatma iman ke sath hua to main achha hoon.</w:t>
      </w:r>
    </w:p>
    <w:p>
      <w:pPr>
        <w:jc w:val="right"/>
      </w:pPr>
      <w:r>
        <w:t>بہت ہی سنجیدگی کے ساتھ انہوں نے کہا اگر میرا خاتمہ ایمان کے ساتھ ہوا تو میں اچھا ہوں۔</w:t>
      </w:r>
    </w:p>
    <w:p>
      <w:r>
        <w:rPr>
          <w:b/>
        </w:rPr>
        <w:t xml:space="preserve">[20:24] </w:t>
      </w:r>
      <w:r>
        <w:t>iman ke baghair hua to kuta achha hai.</w:t>
      </w:r>
    </w:p>
    <w:p>
      <w:pPr>
        <w:jc w:val="right"/>
      </w:pPr>
      <w:r>
        <w:t>ایمان کے بغیر ہوا تو کتا اچھا ہے۔</w:t>
      </w:r>
    </w:p>
    <w:p>
      <w:r>
        <w:rPr>
          <w:b/>
        </w:rPr>
        <w:t xml:space="preserve">[20:31] </w:t>
      </w:r>
      <w:r>
        <w:t>yani mera khatma agar iman ke sath hua to main achha hoon.</w:t>
      </w:r>
    </w:p>
    <w:p>
      <w:pPr>
        <w:jc w:val="right"/>
      </w:pPr>
      <w:r>
        <w:t>یعنی میرا خاتمہ اگر ایمان کے ساتھ ہوا تو میں اچھا ہوں۔</w:t>
      </w:r>
    </w:p>
    <w:p>
      <w:r>
        <w:rPr>
          <w:b/>
        </w:rPr>
        <w:t xml:space="preserve">[20:38] </w:t>
      </w:r>
      <w:r>
        <w:t>iman ke baghair hua to yeh kuta achha hai.</w:t>
      </w:r>
    </w:p>
    <w:p>
      <w:pPr>
        <w:jc w:val="right"/>
      </w:pPr>
      <w:r>
        <w:t>ایمان کے بغیر ہوا تو یہ کتا اچھا ہے۔</w:t>
      </w:r>
    </w:p>
    <w:p>
      <w:r>
        <w:rPr>
          <w:b/>
        </w:rPr>
        <w:t xml:space="preserve">[20:45] </w:t>
      </w:r>
      <w:r>
        <w:t>yeh sunte hi woh shehzada jo tha, woh yaani bilkul is ka mind hil gaya ke yeh eman</w:t>
      </w:r>
    </w:p>
    <w:p>
      <w:pPr>
        <w:jc w:val="right"/>
      </w:pPr>
      <w:r>
        <w:t>یہ سنتے ہی وہ شہزادہ جو تھا، وہ یعنی بالکل اس کا مائنڈ ہل گیا کہ یہ ایمان</w:t>
      </w:r>
    </w:p>
    <w:p>
      <w:r>
        <w:rPr>
          <w:b/>
        </w:rPr>
        <w:t xml:space="preserve">[20:52] </w:t>
      </w:r>
      <w:r>
        <w:t>kya cheez hai? yeh eman kya cheez hai? is ne socha kuch din to is ne kaha ke</w:t>
      </w:r>
    </w:p>
    <w:p>
      <w:pPr>
        <w:jc w:val="right"/>
      </w:pPr>
      <w:r>
        <w:t>کیا چیز ہے؟ یہ ایمان کیا چیز ہے؟ اس نے سوچا کچھ دن تو اس نے کہا کہ</w:t>
      </w:r>
    </w:p>
    <w:p>
      <w:r>
        <w:rPr>
          <w:b/>
        </w:rPr>
        <w:t xml:space="preserve">[20:59] </w:t>
      </w:r>
      <w:r>
        <w:t>achha tum mujh se, main main jo tent wahan mein thay, woh us waqt woh aaj shaam ko</w:t>
      </w:r>
    </w:p>
    <w:p>
      <w:pPr>
        <w:jc w:val="right"/>
      </w:pPr>
      <w:r>
        <w:t>اچھا تم مجھ سے، میں میں جو ٹینٹ وہاں میں تھے، وہ اس وقت وہ آج شام کو</w:t>
      </w:r>
    </w:p>
    <w:p>
      <w:r>
        <w:rPr>
          <w:b/>
        </w:rPr>
        <w:t xml:space="preserve">[21:06] </w:t>
      </w:r>
      <w:r>
        <w:t>mere tent mein mujh se milo.</w:t>
      </w:r>
    </w:p>
    <w:p>
      <w:pPr>
        <w:jc w:val="right"/>
      </w:pPr>
      <w:r>
        <w:t>میرے ٹینٹ میں مجھ سے ملو۔</w:t>
      </w:r>
    </w:p>
    <w:p>
      <w:r>
        <w:rPr>
          <w:b/>
        </w:rPr>
        <w:t xml:space="preserve">[21:13] </w:t>
      </w:r>
      <w:r>
        <w:t>to woh shaam ko gaye us ke tent mein, us se baat hui.</w:t>
      </w:r>
    </w:p>
    <w:p>
      <w:pPr>
        <w:jc w:val="right"/>
      </w:pPr>
      <w:r>
        <w:t>تو وہ شام کو گئے اس کے ٹینٹ میں، اس سے بات ہوئی۔</w:t>
      </w:r>
    </w:p>
    <w:p>
      <w:r>
        <w:rPr>
          <w:b/>
        </w:rPr>
        <w:t xml:space="preserve">[21:20] </w:t>
      </w:r>
      <w:r>
        <w:t>to unhon ne poocha ke eman kya cheez hai? to Shah Johardin ek aalim aadmi thay, unhon ne</w:t>
      </w:r>
    </w:p>
    <w:p>
      <w:pPr>
        <w:jc w:val="right"/>
      </w:pPr>
      <w:r>
        <w:t>تو انہوں نے پوچھا کہ ایمان کیا چیز ہے؟ تو شاہ جوہردین ایک عالم آدمی تھے، انہوں نے</w:t>
      </w:r>
    </w:p>
    <w:p>
      <w:r>
        <w:rPr>
          <w:b/>
        </w:rPr>
        <w:t xml:space="preserve">[21:27] </w:t>
      </w:r>
      <w:r>
        <w:t>bataya ke eman yeh hai.</w:t>
      </w:r>
    </w:p>
    <w:p>
      <w:pPr>
        <w:jc w:val="right"/>
      </w:pPr>
      <w:r>
        <w:t>بتایا کہ ایمان یہ ہے۔</w:t>
      </w:r>
    </w:p>
    <w:p>
      <w:r>
        <w:rPr>
          <w:b/>
        </w:rPr>
        <w:t xml:space="preserve">[21:34] </w:t>
      </w:r>
      <w:r>
        <w:t>to bohat hi ghor se suna is ne.</w:t>
      </w:r>
    </w:p>
    <w:p>
      <w:pPr>
        <w:jc w:val="right"/>
      </w:pPr>
      <w:r>
        <w:t>تو بہت ہی غور سے سنا اس نے۔</w:t>
      </w:r>
    </w:p>
    <w:p>
      <w:r>
        <w:rPr>
          <w:b/>
        </w:rPr>
        <w:t xml:space="preserve">[21:40] </w:t>
      </w:r>
      <w:r>
        <w:t>sunne ke baad kaha is ne ke tumhari baat meri samajh aati hai.</w:t>
      </w:r>
    </w:p>
    <w:p>
      <w:pPr>
        <w:jc w:val="right"/>
      </w:pPr>
      <w:r>
        <w:t>سننے کے بعد کہا اس نے کہ تمہاری بات میری سمجھ آتی ہے۔</w:t>
      </w:r>
    </w:p>
    <w:p>
      <w:r>
        <w:rPr>
          <w:b/>
        </w:rPr>
        <w:t xml:space="preserve">[21:47] </w:t>
      </w:r>
      <w:r>
        <w:t>main jee chahta hoon ke main is ko maan loon, lekin abhi main shehzada hoon, main sultan nahin hoon.</w:t>
      </w:r>
    </w:p>
    <w:p>
      <w:pPr>
        <w:jc w:val="right"/>
      </w:pPr>
      <w:r>
        <w:t>میں جی چاہتا ہوں کہ میں اس کو مان لوں، لیکن ابھی میں شہزادہ ہوں، میں سلطان نہیں ہوں۔</w:t>
      </w:r>
    </w:p>
    <w:p>
      <w:r>
        <w:rPr>
          <w:b/>
        </w:rPr>
        <w:t xml:space="preserve">[21:54] </w:t>
      </w:r>
      <w:r>
        <w:t>to mera baap jo hai, us ke baad main sultan banoonga.</w:t>
      </w:r>
    </w:p>
    <w:p>
      <w:pPr>
        <w:jc w:val="right"/>
      </w:pPr>
      <w:r>
        <w:t>تو میرا باپ جو ہے، اس کے بعد میں سلطان بنوں گا۔</w:t>
      </w:r>
    </w:p>
    <w:p>
      <w:r>
        <w:rPr>
          <w:b/>
        </w:rPr>
        <w:t xml:space="preserve">[22:01] </w:t>
      </w:r>
      <w:r>
        <w:t>to is ne kaha ke jab tumhein yeh khabar sunna ke ab is ke baap ki death ho</w:t>
      </w:r>
    </w:p>
    <w:p>
      <w:pPr>
        <w:jc w:val="right"/>
      </w:pPr>
      <w:r>
        <w:t>تو اس نے کہا کہ جب تمہیں یہ خبر سننا کہ اب اس کے باپ کی ڈیتھ ہو</w:t>
      </w:r>
    </w:p>
    <w:p>
      <w:r>
        <w:rPr>
          <w:b/>
        </w:rPr>
        <w:t xml:space="preserve">[22:08] </w:t>
      </w:r>
      <w:r>
        <w:t>gayi aur woh jo tha, to is ka naam tha Tughlaq Timur Khan.</w:t>
      </w:r>
    </w:p>
    <w:p>
      <w:pPr>
        <w:jc w:val="right"/>
      </w:pPr>
      <w:r>
        <w:t>گئی اور وہ جو تھا، تو اس کا نام تھا تغلق تیمور خاں۔</w:t>
      </w:r>
    </w:p>
    <w:p>
      <w:r>
        <w:rPr>
          <w:b/>
        </w:rPr>
        <w:t xml:space="preserve">[22:15] </w:t>
      </w:r>
      <w:r>
        <w:t>is shehzade ka naam tha Tughlaq Timur Khan.</w:t>
      </w:r>
    </w:p>
    <w:p>
      <w:pPr>
        <w:jc w:val="right"/>
      </w:pPr>
      <w:r>
        <w:t>اس شہزادہ کا نام تھا تغلق تیمور خاں۔</w:t>
      </w:r>
    </w:p>
    <w:p>
      <w:r>
        <w:rPr>
          <w:b/>
        </w:rPr>
        <w:t xml:space="preserve">[22:22] </w:t>
      </w:r>
      <w:r>
        <w:t>jab tum suno ke ab Tughlaq Timur Khan takht par baith gaya hai, is ko sultan bana diya</w:t>
      </w:r>
    </w:p>
    <w:p>
      <w:pPr>
        <w:jc w:val="right"/>
      </w:pPr>
      <w:r>
        <w:t>جب تم سنو کہ اب تغلق تیمور خاں تخت پر بیٹھ گیا ہے، اس کو سلطان بنا دیا</w:t>
      </w:r>
    </w:p>
    <w:p>
      <w:r>
        <w:rPr>
          <w:b/>
        </w:rPr>
        <w:t xml:space="preserve">[22:29] </w:t>
      </w:r>
      <w:r>
        <w:t>gaya hai, to mere mujh se aa ke milna.</w:t>
      </w:r>
    </w:p>
    <w:p>
      <w:pPr>
        <w:jc w:val="right"/>
      </w:pPr>
      <w:r>
        <w:t>گیا ہے، تو میرے مجھ سے آ کے ملنا۔</w:t>
      </w:r>
    </w:p>
    <w:p>
      <w:r>
        <w:rPr>
          <w:b/>
        </w:rPr>
        <w:t xml:space="preserve">[22:36] </w:t>
      </w:r>
      <w:r>
        <w:t>dekhiye, ek kalma, ek ek positive response ka kya karishma hota hai.</w:t>
      </w:r>
    </w:p>
    <w:p>
      <w:pPr>
        <w:jc w:val="right"/>
      </w:pPr>
      <w:r>
        <w:t>دیکھئے، ایک کلمہ، ایک ایک پازیٹیو رسپانس کا کیا کرشمہ ہوتا ہے۔</w:t>
      </w:r>
    </w:p>
    <w:p>
      <w:r>
        <w:rPr>
          <w:b/>
        </w:rPr>
        <w:t xml:space="preserve">[22:43] </w:t>
      </w:r>
      <w:r>
        <w:t>to yeh intezar karte rahe, lekin abhi woh us ki death se pehle khud hi ki death hone</w:t>
      </w:r>
    </w:p>
    <w:p>
      <w:pPr>
        <w:jc w:val="right"/>
      </w:pPr>
      <w:r>
        <w:t>تو یہ انتظار کرتے رہے، لیکن ابھی وہ اس کی ڈیتھ سے پہلے خود ہی کی ڈیتھ ہونے</w:t>
      </w:r>
    </w:p>
    <w:p>
      <w:r>
        <w:rPr>
          <w:b/>
        </w:rPr>
        <w:t xml:space="preserve">[22:50] </w:t>
      </w:r>
      <w:r>
        <w:t>ka time aa gaya.</w:t>
      </w:r>
    </w:p>
    <w:p>
      <w:pPr>
        <w:jc w:val="right"/>
      </w:pPr>
      <w:r>
        <w:t>کا ٹائم آ گیا۔</w:t>
      </w:r>
    </w:p>
    <w:p>
      <w:r>
        <w:rPr>
          <w:b/>
        </w:rPr>
        <w:t xml:space="preserve">[22:57] </w:t>
      </w:r>
      <w:r>
        <w:t>to Sheikh Johardin ne apne bete ko bulaya aur yeh qissa bataya aur kaha ke dekho, ab mera</w:t>
      </w:r>
    </w:p>
    <w:p>
      <w:pPr>
        <w:jc w:val="right"/>
      </w:pPr>
      <w:r>
        <w:t>تو شیخ جوہردین نے اپنے بیٹے کو بلایا اور یہ قصہ بتایا اور کہا کہ دیکھو، اب میرا</w:t>
      </w:r>
    </w:p>
    <w:p>
      <w:r>
        <w:rPr>
          <w:b/>
        </w:rPr>
        <w:t xml:space="preserve">[23:04] </w:t>
      </w:r>
      <w:r>
        <w:t>to time aakhri aa gaya hai, main duniya mein nahin rahoon ga, lekin jab tum pata karte rehna,</w:t>
      </w:r>
    </w:p>
    <w:p>
      <w:pPr>
        <w:jc w:val="right"/>
      </w:pPr>
      <w:r>
        <w:t>تو ٹائم آخری آ گیا ہے، میں دنیا میں نہیں رہوں گا، لیکن جب تم پتہ کرتے رہنا،</w:t>
      </w:r>
    </w:p>
    <w:p>
      <w:r>
        <w:rPr>
          <w:b/>
        </w:rPr>
        <w:t xml:space="preserve">[23:11] </w:t>
      </w:r>
      <w:r>
        <w:t>jab dekhna ke shehzada jo hai, Tughlaq Timur Khan sultan ban gaya hai, is ke baap ki death</w:t>
      </w:r>
    </w:p>
    <w:p>
      <w:pPr>
        <w:jc w:val="right"/>
      </w:pPr>
      <w:r>
        <w:t>جب دیکھنا کہ شہزادہ جو ہے، تغلق تیمور خاں سلطان بن گیا ہے، اس کے باپ کی ڈیتھ</w:t>
      </w:r>
    </w:p>
    <w:p>
      <w:r>
        <w:rPr>
          <w:b/>
        </w:rPr>
        <w:t xml:space="preserve">[23:18] </w:t>
      </w:r>
      <w:r>
        <w:t>ho gayi hai, to tum ja ke us se milna aur yaad dilana ke mere baap, mere baap</w:t>
      </w:r>
    </w:p>
    <w:p>
      <w:pPr>
        <w:jc w:val="right"/>
      </w:pPr>
      <w:r>
        <w:t>ہو گئی ہے، تو تم جا کے اس سے ملنا اور یاد دلانا کہ میرے باپ، میرے باپ</w:t>
      </w:r>
    </w:p>
    <w:p>
      <w:r>
        <w:rPr>
          <w:b/>
        </w:rPr>
        <w:t xml:space="preserve">[23:25] </w:t>
      </w:r>
      <w:r>
        <w:t>se aap ki aisi baat cheet hui thi.</w:t>
      </w:r>
    </w:p>
    <w:p>
      <w:pPr>
        <w:jc w:val="right"/>
      </w:pPr>
      <w:r>
        <w:t>سے آپ کی ایسی بات چیت ہوئی تھی۔</w:t>
      </w:r>
    </w:p>
    <w:p>
      <w:r>
        <w:rPr>
          <w:b/>
        </w:rPr>
        <w:t xml:space="preserve">[23:32] </w:t>
      </w:r>
      <w:r>
        <w:t>to baap mar gaye, beta jo tha, woh is khabar ki intezar karta raha, yahan tak ke maloom</w:t>
      </w:r>
    </w:p>
    <w:p>
      <w:pPr>
        <w:jc w:val="right"/>
      </w:pPr>
      <w:r>
        <w:t>تو باپ مر گئے، بیٹا جو تھا، وہ اس خبر کی انتظار کرتا رہا، یہاں تک کہ معلوم</w:t>
      </w:r>
    </w:p>
    <w:p>
      <w:r>
        <w:rPr>
          <w:b/>
        </w:rPr>
        <w:t xml:space="preserve">[23:39] </w:t>
      </w:r>
      <w:r>
        <w:t>hua ke waqai is ka baap mar gaya hai, woh tatari shehzaday ka, aur yeh shakhs jo hai,</w:t>
      </w:r>
    </w:p>
    <w:p>
      <w:pPr>
        <w:jc w:val="right"/>
      </w:pPr>
      <w:r>
        <w:t>ہوا کہ واقعی اس کا باپ مر گیا ہے، وہ تاتاری شہزادہ کا، اور یہ شخص جو ہے،</w:t>
      </w:r>
    </w:p>
    <w:p>
      <w:r>
        <w:rPr>
          <w:b/>
        </w:rPr>
        <w:t xml:space="preserve">[23:46] </w:t>
      </w:r>
      <w:r>
        <w:t>Tughlaq Timur Khan, jo tha, yahi badshah ban gaya hai.</w:t>
      </w:r>
    </w:p>
    <w:p>
      <w:pPr>
        <w:jc w:val="right"/>
      </w:pPr>
      <w:r>
        <w:t>تغلق تیمور خاں، جو تھا، یہی بادشاہ بن گیا ہے۔</w:t>
      </w:r>
    </w:p>
    <w:p>
      <w:r>
        <w:rPr>
          <w:b/>
        </w:rPr>
        <w:t xml:space="preserve">[23:53] </w:t>
      </w:r>
      <w:r>
        <w:t>ab pahunche wahan to is waqt woh ek bohat bara khayma tha, tent, is mein woh muqeem tha.</w:t>
      </w:r>
    </w:p>
    <w:p>
      <w:pPr>
        <w:jc w:val="right"/>
      </w:pPr>
      <w:r>
        <w:t>اب پہنچے وہاں تو اس وقت وہ ایک بہت بڑا خیمہ تھا، ٹینٹ، اس میں وہ مقیم تھا۔</w:t>
      </w:r>
    </w:p>
    <w:p>
      <w:r>
        <w:rPr>
          <w:b/>
        </w:rPr>
        <w:t xml:space="preserve">[24:00] </w:t>
      </w:r>
      <w:r>
        <w:t>unhon ne chaha ke milein is se, to wahan jo security lagi hui thi, bohat zabardast, us ne</w:t>
      </w:r>
    </w:p>
    <w:p>
      <w:pPr>
        <w:jc w:val="right"/>
      </w:pPr>
      <w:r>
        <w:t>انہوں نے چاہا کہ ملیں اس سے، تو وہاں جو سیکیورٹی لگی ہوئی تھی، بہت زبردست، اس نے</w:t>
      </w:r>
    </w:p>
    <w:p>
      <w:r>
        <w:rPr>
          <w:b/>
        </w:rPr>
        <w:t xml:space="preserve">[24:07] </w:t>
      </w:r>
      <w:r>
        <w:t>andar janay nahi diya un ko. Chalo bhago!</w:t>
      </w:r>
    </w:p>
    <w:p>
      <w:pPr>
        <w:jc w:val="right"/>
      </w:pPr>
      <w:r>
        <w:t>اندر جانے نہیں دیا ان کو۔ چلو بھاگو!</w:t>
      </w:r>
    </w:p>
    <w:p>
      <w:r>
        <w:rPr>
          <w:b/>
        </w:rPr>
        <w:t xml:space="preserve">[24:14] </w:t>
      </w:r>
      <w:r>
        <w:t>ab is waqt bhi unhon ne ghussa nahi hue, koi negative response nahi diya.</w:t>
      </w:r>
    </w:p>
    <w:p>
      <w:pPr>
        <w:jc w:val="right"/>
      </w:pPr>
      <w:r>
        <w:t>اب اس وقت بھی انہوں نے غصہ نہیں ہوئے، کوئی نیگیٹیو رسپانس نہیں دیا۔</w:t>
      </w:r>
    </w:p>
    <w:p>
      <w:r>
        <w:rPr>
          <w:b/>
        </w:rPr>
        <w:t xml:space="preserve">[24:21] </w:t>
      </w:r>
      <w:r>
        <w:t>tent se bahir aa gaye, tent se door aa gaye, sochne lage ke main karoon kya? Dekhein, jab</w:t>
      </w:r>
    </w:p>
    <w:p>
      <w:pPr>
        <w:jc w:val="right"/>
      </w:pPr>
      <w:r>
        <w:t>ٹینٹ سے باہر آ گئے، ٹینٹ سے دور آ گئے، سوچنے لگے کہ میں کروں کیا؟ دیکھیں، جب</w:t>
      </w:r>
    </w:p>
    <w:p>
      <w:r>
        <w:rPr>
          <w:b/>
        </w:rPr>
        <w:t xml:space="preserve">[24:29] </w:t>
      </w:r>
      <w:r>
        <w:t>aadmi ke andar yeh sifat ho ke woh bura na manay, ghafil na ho, ghussa na ho, negative</w:t>
      </w:r>
    </w:p>
    <w:p>
      <w:pPr>
        <w:jc w:val="right"/>
      </w:pPr>
      <w:r>
        <w:t>آدمی کے اندر یہ صفت ہو کہ وہ برا نہ مانے، غافل نہ ہو، غصہ نہ ہو، نیگیٹیو</w:t>
      </w:r>
    </w:p>
    <w:p>
      <w:r>
        <w:rPr>
          <w:b/>
        </w:rPr>
        <w:t xml:space="preserve">[24:37] </w:t>
      </w:r>
      <w:r>
        <w:t>soch is ke andar na ho, to Khuda ki bohat madad aati hai is ke paas.</w:t>
      </w:r>
    </w:p>
    <w:p>
      <w:pPr>
        <w:jc w:val="right"/>
      </w:pPr>
      <w:r>
        <w:t>سوچ اس کے اندر نہ ہو، تو خدا کی بہت مدد آتی ہے اس کے پاس۔</w:t>
      </w:r>
    </w:p>
    <w:p>
      <w:r>
        <w:rPr>
          <w:b/>
        </w:rPr>
        <w:t xml:space="preserve">[24:45] </w:t>
      </w:r>
      <w:r>
        <w:t>Allah Rabb-ul-Alameen ka inspection us ko milta hai.</w:t>
      </w:r>
    </w:p>
    <w:p>
      <w:pPr>
        <w:jc w:val="right"/>
      </w:pPr>
      <w:r>
        <w:t>اللہ رب العالمین کا انسپیکشن اس کو ملتا ہے۔</w:t>
      </w:r>
    </w:p>
    <w:p>
      <w:r>
        <w:rPr>
          <w:b/>
        </w:rPr>
        <w:t xml:space="preserve">[24:53] </w:t>
      </w:r>
      <w:r>
        <w:t>to aise hi hua, un ke samajh mein aaya ke main aisa karoon ke subah ko fajar ka</w:t>
      </w:r>
    </w:p>
    <w:p>
      <w:pPr>
        <w:jc w:val="right"/>
      </w:pPr>
      <w:r>
        <w:t>تو ایسے ہی ہوا، ان کے سمجھ میں آیا کہ میں ایسا کروں کہ صبح کو فجر کا</w:t>
      </w:r>
    </w:p>
    <w:p>
      <w:r>
        <w:rPr>
          <w:b/>
        </w:rPr>
        <w:t xml:space="preserve">[25:01] </w:t>
      </w:r>
      <w:r>
        <w:t>jo namaz ka waqt hota hai, us waqt mein is ke tent ke paas jaon, azan doon.</w:t>
      </w:r>
    </w:p>
    <w:p>
      <w:pPr>
        <w:jc w:val="right"/>
      </w:pPr>
      <w:r>
        <w:t>جو نماز کا وقت ہوتا ہے، اس وقت میں اس کے ٹینٹ کے پاس جاؤں، اذان دوں۔</w:t>
      </w:r>
    </w:p>
    <w:p>
      <w:r>
        <w:rPr>
          <w:b/>
        </w:rPr>
        <w:t xml:space="preserve">[25:09] </w:t>
      </w:r>
      <w:r>
        <w:t>to aise hi kiya unhon ne, fajar ke waqt woh tent ke paas gaye aur buland awaz se</w:t>
      </w:r>
    </w:p>
    <w:p>
      <w:pPr>
        <w:jc w:val="right"/>
      </w:pPr>
      <w:r>
        <w:t>تو ایسے ہی کیا انہوں نے، فجر کے وقت وہ ٹینٹ کے پاس گئے اور بلند آواز سے</w:t>
      </w:r>
    </w:p>
    <w:p>
      <w:r>
        <w:rPr>
          <w:b/>
        </w:rPr>
        <w:t xml:space="preserve">[25:17] </w:t>
      </w:r>
      <w:r>
        <w:t>unhon ne kaha: "Allah-o-Akbar!</w:t>
      </w:r>
    </w:p>
    <w:p>
      <w:pPr>
        <w:jc w:val="right"/>
      </w:pPr>
      <w:r>
        <w:t>انہوں نے کہا: "اللہ اکبر!</w:t>
      </w:r>
    </w:p>
    <w:p>
      <w:r>
        <w:rPr>
          <w:b/>
        </w:rPr>
        <w:t xml:space="preserve">[25:25] </w:t>
      </w:r>
      <w:r>
        <w:t>" Poori azan di.</w:t>
      </w:r>
    </w:p>
    <w:p>
      <w:pPr>
        <w:jc w:val="right"/>
      </w:pPr>
      <w:r>
        <w:t>" پوری اذان دی۔</w:t>
      </w:r>
    </w:p>
    <w:p>
      <w:r>
        <w:rPr>
          <w:b/>
        </w:rPr>
        <w:t xml:space="preserve">[25:32] </w:t>
      </w:r>
      <w:r>
        <w:t>to jo security ke log thay wahan par, un ke samajh mein aaya ke ek kya kya hai qissa.</w:t>
      </w:r>
    </w:p>
    <w:p>
      <w:pPr>
        <w:jc w:val="right"/>
      </w:pPr>
      <w:r>
        <w:t>تو جو سیکیورٹی کے لوگ تھے وہاں پر، ان کے سمجھ میں آیا کہ ایک کیا کیا ہے قصہ۔</w:t>
      </w:r>
    </w:p>
    <w:p>
      <w:r>
        <w:rPr>
          <w:b/>
        </w:rPr>
        <w:t xml:space="preserve">[25:39] </w:t>
      </w:r>
      <w:r>
        <w:t>to aage pakra un ko aur pakar kar ke le gaye usi Tughlaq Timur Khan ke sath ke</w:t>
      </w:r>
    </w:p>
    <w:p>
      <w:pPr>
        <w:jc w:val="right"/>
      </w:pPr>
      <w:r>
        <w:t>تو آگے پکڑا ان کو اور پکڑ کر کے لے گئے اسی تغلق تیمور خاں کے ساتھ کہ</w:t>
      </w:r>
    </w:p>
    <w:p>
      <w:r>
        <w:rPr>
          <w:b/>
        </w:rPr>
        <w:t xml:space="preserve">[25:47] </w:t>
      </w:r>
      <w:r>
        <w:t>ek naya case samnay aaya hai, pata nahi yeh kya kya cheez hai.</w:t>
      </w:r>
    </w:p>
    <w:p>
      <w:pPr>
        <w:jc w:val="right"/>
      </w:pPr>
      <w:r>
        <w:t>ایک نیا کیس سامنے آیا ہے، پتہ نہیں یہ کیا کیا چیز ہے۔</w:t>
      </w:r>
    </w:p>
    <w:p>
      <w:r>
        <w:rPr>
          <w:b/>
        </w:rPr>
        <w:t xml:space="preserve">[25:54] </w:t>
      </w:r>
      <w:r>
        <w:t>to Tughlaq Timur Khan ne un ko apne tent mein bulaya aur akeley mein is se baat hui.</w:t>
      </w:r>
    </w:p>
    <w:p>
      <w:pPr>
        <w:jc w:val="right"/>
      </w:pPr>
      <w:r>
        <w:t>تو تغلق تیمور خاں نے ان کو اپنے ٹینٹ میں بلایا اور اکیلے میں اس سے بات ہوئی۔</w:t>
      </w:r>
    </w:p>
    <w:p>
      <w:r>
        <w:rPr>
          <w:b/>
        </w:rPr>
        <w:t xml:space="preserve">[26:01] </w:t>
      </w:r>
      <w:r>
        <w:t>to unhon ne kaha ke main Shah Johardeen ka beta hoon, mera baap mar chuka hai.</w:t>
      </w:r>
    </w:p>
    <w:p>
      <w:pPr>
        <w:jc w:val="right"/>
      </w:pPr>
      <w:r>
        <w:t>تو انہوں نے کہا کہ میں شاہ جوہردین کا بیٹا ہوں، میرا باپ مر چکا ہے۔</w:t>
      </w:r>
    </w:p>
    <w:p>
      <w:r>
        <w:rPr>
          <w:b/>
        </w:rPr>
        <w:t xml:space="preserve">[26:09] </w:t>
      </w:r>
      <w:r>
        <w:t>mere baap ne marne se pehle mujhe bataya tha ke aap se un ki mulaqat hui thi.</w:t>
      </w:r>
    </w:p>
    <w:p>
      <w:pPr>
        <w:jc w:val="right"/>
      </w:pPr>
      <w:r>
        <w:t>میرے باپ نے مرنے سے پہلے مجھے بتایا تھا کہ آپ سے ان کی ملاقات ہوئی تھی۔</w:t>
      </w:r>
    </w:p>
    <w:p>
      <w:r>
        <w:rPr>
          <w:b/>
        </w:rPr>
        <w:t xml:space="preserve">[26:16] </w:t>
      </w:r>
      <w:r>
        <w:t>aap ne kaha tha ke jab aap takht nasheen ho jayen to main ja ke miloon aap se,</w:t>
      </w:r>
    </w:p>
    <w:p>
      <w:pPr>
        <w:jc w:val="right"/>
      </w:pPr>
      <w:r>
        <w:t>آپ نے کہا تھا کہ جب آپ تخت نشین ہو جائیں تو میں جا کے ملوں آپ سے،</w:t>
      </w:r>
    </w:p>
    <w:p>
      <w:r>
        <w:rPr>
          <w:b/>
        </w:rPr>
        <w:t xml:space="preserve">[26:23] </w:t>
      </w:r>
      <w:r>
        <w:t>aap ka wada yaad dilaoon.</w:t>
      </w:r>
    </w:p>
    <w:p>
      <w:pPr>
        <w:jc w:val="right"/>
      </w:pPr>
      <w:r>
        <w:t>آپ کا وعدہ یاد دلاؤں۔</w:t>
      </w:r>
    </w:p>
    <w:p>
      <w:r>
        <w:rPr>
          <w:b/>
        </w:rPr>
        <w:t xml:space="preserve">[26:31] </w:t>
      </w:r>
      <w:r>
        <w:t>to is ke liye main aaya hoon, chounke aap ke security ke log mujhe aanay nahi de rahe</w:t>
      </w:r>
    </w:p>
    <w:p>
      <w:pPr>
        <w:jc w:val="right"/>
      </w:pPr>
      <w:r>
        <w:t>تو اس کے لیے میں آیا ہوں، چونکہ آپ کے سیکیورٹی کے لوگ مجھے آنے نہیں دے رہے</w:t>
      </w:r>
    </w:p>
    <w:p>
      <w:r>
        <w:rPr>
          <w:b/>
        </w:rPr>
        <w:t xml:space="preserve">[26:38] </w:t>
      </w:r>
      <w:r>
        <w:t>the, to main ne yahi kaha: "Azan di subah ko." To Tughlaq Timur Khan ne kaha ke haan,</w:t>
      </w:r>
    </w:p>
    <w:p>
      <w:pPr>
        <w:jc w:val="right"/>
      </w:pPr>
      <w:r>
        <w:t>تھے، تو میں نے یہی کہا: "اذان دی صبح کو۔" تو تغلق تیمور خاں نے کہا کہ ہاں،</w:t>
      </w:r>
    </w:p>
    <w:p>
      <w:r>
        <w:rPr>
          <w:b/>
        </w:rPr>
        <w:t xml:space="preserve">[26:45] </w:t>
      </w:r>
      <w:r>
        <w:t>tumhare baap se meri mulaqat hui thi, tum sach keh rahe ho.</w:t>
      </w:r>
    </w:p>
    <w:p>
      <w:pPr>
        <w:jc w:val="right"/>
      </w:pPr>
      <w:r>
        <w:t>تمہارے باپ سے میری ملاقات ہوئی تھی، تم سچ کہہ رہے ہو۔</w:t>
      </w:r>
    </w:p>
    <w:p>
      <w:r>
        <w:rPr>
          <w:b/>
        </w:rPr>
        <w:t xml:space="preserve">[26:53] </w:t>
      </w:r>
      <w:r>
        <w:t>aur phir isi waqt us ne kalma padh kar islam qubool kar liya un ke samne, lekin woh</w:t>
      </w:r>
    </w:p>
    <w:p>
      <w:pPr>
        <w:jc w:val="right"/>
      </w:pPr>
      <w:r>
        <w:t>اور پھر اسی وقت اس نے کلمہ پڑھ کر اسلام قبول کر لیا ان کے سامنے، لیکن وہ</w:t>
      </w:r>
    </w:p>
    <w:p>
      <w:r>
        <w:rPr>
          <w:b/>
        </w:rPr>
        <w:t xml:space="preserve">[27:00] </w:t>
      </w:r>
      <w:r>
        <w:t>bohat hoshiyar tha.</w:t>
      </w:r>
    </w:p>
    <w:p>
      <w:pPr>
        <w:jc w:val="right"/>
      </w:pPr>
      <w:r>
        <w:t>بہت ہوشیار تھا۔</w:t>
      </w:r>
    </w:p>
    <w:p>
      <w:r>
        <w:rPr>
          <w:b/>
        </w:rPr>
        <w:t xml:space="preserve">[27:08] </w:t>
      </w:r>
      <w:r>
        <w:t>woh abhi islam ko is ne aelan nahi kiya sab ke samne.</w:t>
      </w:r>
    </w:p>
    <w:p>
      <w:pPr>
        <w:jc w:val="right"/>
      </w:pPr>
      <w:r>
        <w:t>وہ ابھی اسلام کو اس نے اعلان نہیں کیا سب کے سامنے۔</w:t>
      </w:r>
    </w:p>
    <w:p>
      <w:r>
        <w:rPr>
          <w:b/>
        </w:rPr>
        <w:t xml:space="preserve">[27:15] </w:t>
      </w:r>
      <w:r>
        <w:t>shah johardeen ke ladke ko to unhon ne rukhsat kar diya, us ke baad sardaron ko bulaya, jo</w:t>
      </w:r>
    </w:p>
    <w:p>
      <w:pPr>
        <w:jc w:val="right"/>
      </w:pPr>
      <w:r>
        <w:t>شاہ جوہردین کے لڑکے کو تو انہوں نے رخصت کر دیا، اس کے بعد سرداروں کو بلایا، جو</w:t>
      </w:r>
    </w:p>
    <w:p>
      <w:r>
        <w:rPr>
          <w:b/>
        </w:rPr>
        <w:t xml:space="preserve">[27:22] </w:t>
      </w:r>
      <w:r>
        <w:t>us ke top ke sardar log the, un ko bulaya.</w:t>
      </w:r>
    </w:p>
    <w:p>
      <w:pPr>
        <w:jc w:val="right"/>
      </w:pPr>
      <w:r>
        <w:t>اس کے ٹاپ کے سردار لوگ تھے، ان کو بلایا۔</w:t>
      </w:r>
    </w:p>
    <w:p>
      <w:r>
        <w:rPr>
          <w:b/>
        </w:rPr>
        <w:t xml:space="preserve">[27:30] </w:t>
      </w:r>
      <w:r>
        <w:t>tughlaq timur khan ne is ne kaha ke dekho, thode log the, chand log.</w:t>
      </w:r>
    </w:p>
    <w:p>
      <w:pPr>
        <w:jc w:val="right"/>
      </w:pPr>
      <w:r>
        <w:t>تغلق تیمور خاں نے اس نے کہا کہ دیکھو، تھوڑے لوگ تھے، چند لوگ۔</w:t>
      </w:r>
    </w:p>
    <w:p>
      <w:r>
        <w:rPr>
          <w:b/>
        </w:rPr>
        <w:t xml:space="preserve">[27:37] </w:t>
      </w:r>
      <w:r>
        <w:t>pura qissa bataya.</w:t>
      </w:r>
    </w:p>
    <w:p>
      <w:pPr>
        <w:jc w:val="right"/>
      </w:pPr>
      <w:r>
        <w:t>پورا قصہ بتایا۔</w:t>
      </w:r>
    </w:p>
    <w:p>
      <w:r>
        <w:rPr>
          <w:b/>
        </w:rPr>
        <w:t xml:space="preserve">[27:44] </w:t>
      </w:r>
      <w:r>
        <w:t>pura qissa batane ke baad is ne kaha ke haan, pehle ek ek shakhs ko bulaya.</w:t>
      </w:r>
    </w:p>
    <w:p>
      <w:pPr>
        <w:jc w:val="right"/>
      </w:pPr>
      <w:r>
        <w:t>پورا قصہ بتانے کے بعد اس نے کہا کہ ہاں، پہلے ایک ایک شخص کو بلایا۔</w:t>
      </w:r>
    </w:p>
    <w:p>
      <w:r>
        <w:rPr>
          <w:b/>
        </w:rPr>
        <w:t xml:space="preserve">[27:52] </w:t>
      </w:r>
      <w:r>
        <w:t>sab se pehle ek top ka sardar koi tha, us ek ko bulaya, us se kaha pura qissa.</w:t>
      </w:r>
    </w:p>
    <w:p>
      <w:pPr>
        <w:jc w:val="right"/>
      </w:pPr>
      <w:r>
        <w:t>سب سے پہلے ایک ٹاپ کا سردار کوئی تھا، اس ایک کو بلایا، اس سے کہا پورا قصہ۔</w:t>
      </w:r>
    </w:p>
    <w:p>
      <w:r>
        <w:rPr>
          <w:b/>
        </w:rPr>
        <w:t xml:space="preserve">[27:59] </w:t>
      </w:r>
      <w:r>
        <w:t>kaha ke maine islam qubool kar liya hai, ab tum batao ke tumhara kya rai hai? to</w:t>
      </w:r>
    </w:p>
    <w:p>
      <w:pPr>
        <w:jc w:val="right"/>
      </w:pPr>
      <w:r>
        <w:t>کہا کہ میں نے اسلام قبول کر لیا ہے، اب تم بتاؤ کہ تمہارا کیا رائے ہے؟ تو</w:t>
      </w:r>
    </w:p>
    <w:p>
      <w:r>
        <w:rPr>
          <w:b/>
        </w:rPr>
        <w:t xml:space="preserve">[28:06] </w:t>
      </w:r>
      <w:r>
        <w:t>us ne kaha ke main bhi dil se islam qubool kar chuka tha, lekin himmat yeh hoti thi.</w:t>
      </w:r>
    </w:p>
    <w:p>
      <w:pPr>
        <w:jc w:val="right"/>
      </w:pPr>
      <w:r>
        <w:t>اس نے کہا کہ میں بھی دل سے اسلام قبول کر چکا تھا، لیکن ہمت یہ ہوتی تھی۔</w:t>
      </w:r>
    </w:p>
    <w:p>
      <w:r>
        <w:rPr>
          <w:b/>
        </w:rPr>
        <w:t xml:space="preserve">[28:14] </w:t>
      </w:r>
      <w:r>
        <w:t>to qissa yeh tha ke jab logon ne qabza kiya mujh se bhi ilaqe mein, to bohat se</w:t>
      </w:r>
    </w:p>
    <w:p>
      <w:pPr>
        <w:jc w:val="right"/>
      </w:pPr>
      <w:r>
        <w:t>تو قصہ یہ تھا کہ جب لوگوں نے قبضہ کیا مجھ سے بھی علاقے میں، تو بہت سے</w:t>
      </w:r>
    </w:p>
    <w:p>
      <w:r>
        <w:rPr>
          <w:b/>
        </w:rPr>
        <w:t xml:space="preserve">[28:21] </w:t>
      </w:r>
      <w:r>
        <w:t>mardon ko ghulam banaya, bohat si auraton ko kaneez banaya, pakad ke le gaye apne gharon mein, un</w:t>
      </w:r>
    </w:p>
    <w:p>
      <w:pPr>
        <w:jc w:val="right"/>
      </w:pPr>
      <w:r>
        <w:t>مردوں کو غلام بنایا، بہت سی عورتوں کو کنیز بنایا، پکڑ کے لے گئے اپنے گھروں میں، ان</w:t>
      </w:r>
    </w:p>
    <w:p>
      <w:r>
        <w:rPr>
          <w:b/>
        </w:rPr>
        <w:t xml:space="preserve">[28:28] </w:t>
      </w:r>
      <w:r>
        <w:t>se kaam lene lage.</w:t>
      </w:r>
    </w:p>
    <w:p>
      <w:pPr>
        <w:jc w:val="right"/>
      </w:pPr>
      <w:r>
        <w:t>سے کام لینے لگے۔</w:t>
      </w:r>
    </w:p>
    <w:p>
      <w:r>
        <w:rPr>
          <w:b/>
        </w:rPr>
        <w:t xml:space="preserve">[28:36] </w:t>
      </w:r>
      <w:r>
        <w:t>to bar bar unhein kuch cheezen aisi dekhte the, woh jo mukhtalif hoti thin. mukhtalif.</w:t>
      </w:r>
    </w:p>
    <w:p>
      <w:pPr>
        <w:jc w:val="right"/>
      </w:pPr>
      <w:r>
        <w:t>تو بار بار انہیں کچھ چیزیں ایسی دیکھتے تھے، وہ جو مختلف ہوتی تھیں۔ مختلف۔</w:t>
      </w:r>
    </w:p>
    <w:p>
      <w:r>
        <w:rPr>
          <w:b/>
        </w:rPr>
        <w:t xml:space="preserve">[28:43] </w:t>
      </w:r>
      <w:r>
        <w:t>misalan chheenk aayi to unhon ne kaha: "alhamdulillah!</w:t>
      </w:r>
    </w:p>
    <w:p>
      <w:pPr>
        <w:jc w:val="right"/>
      </w:pPr>
      <w:r>
        <w:t>مثلاً چھینک آئی تو انہوں نے کہا: "الحمدللہ!</w:t>
      </w:r>
    </w:p>
    <w:p>
      <w:r>
        <w:rPr>
          <w:b/>
        </w:rPr>
        <w:t xml:space="preserve">[28:51] </w:t>
      </w:r>
      <w:r>
        <w:t>" to us ne poocha ke yeh "alhamdulillah" kya cheez hai? to unhon ne bataya: "koi baat hui</w:t>
      </w:r>
    </w:p>
    <w:p>
      <w:pPr>
        <w:jc w:val="right"/>
      </w:pPr>
      <w:r>
        <w:t>" تو اس نے پوچھا کہ یہ "الحمدللہ" کیا چیز ہے؟ تو انہوں نے بتایا: "کوئی بات ہوئی</w:t>
      </w:r>
    </w:p>
    <w:p>
      <w:r>
        <w:rPr>
          <w:b/>
        </w:rPr>
        <w:t xml:space="preserve">[28:58] </w:t>
      </w:r>
      <w:r>
        <w:t>to keh diya insha'allah." poocha: "bhai insha'allah kya hai?" to bataya: "koi kaam ka moqa tha to bismillah</w:t>
      </w:r>
    </w:p>
    <w:p>
      <w:pPr>
        <w:jc w:val="right"/>
      </w:pPr>
      <w:r>
        <w:t>تو کہہ دیا انشاءاللہ۔" پوچھا: "بھئی انشاءاللہ کیا ہے؟" تو بتایا: "کوئی کام کا موقع تھا تو بسم</w:t>
      </w:r>
    </w:p>
    <w:p>
      <w:r>
        <w:rPr>
          <w:b/>
        </w:rPr>
        <w:t xml:space="preserve">[29:06] </w:t>
      </w:r>
      <w:r>
        <w:t>rahman al-rahim kaha." us ne poocha: "yeh kya cheez hai?" is tarah yeh mukhtalif jo tha, mukhtalif.</w:t>
      </w:r>
    </w:p>
    <w:p>
      <w:pPr>
        <w:jc w:val="right"/>
      </w:pPr>
      <w:r>
        <w:t>اللہ الرحمن الرحیم کہا۔" اس نے پوچھا: "یہ کیا چیز ہے؟" اس طرح یہ مختلف جو تھا، مختلف۔</w:t>
      </w:r>
    </w:p>
    <w:p>
      <w:r>
        <w:rPr>
          <w:b/>
        </w:rPr>
        <w:t xml:space="preserve">[29:14] </w:t>
      </w:r>
      <w:r>
        <w:t>aur gharon gharon mein maujood thay musalman, har ghar mein ghulam o kaneez ka taraf musalman maujood thay,</w:t>
      </w:r>
    </w:p>
    <w:p>
      <w:pPr>
        <w:jc w:val="right"/>
      </w:pPr>
      <w:r>
        <w:t>اور گھروں گھروں میں موجود تھے مسلمان، ہر گھر میں غلام و کنیز کا طرف مسلمان موجود تھے،</w:t>
      </w:r>
    </w:p>
    <w:p>
      <w:r>
        <w:rPr>
          <w:b/>
        </w:rPr>
        <w:t xml:space="preserve">[29:21] </w:t>
      </w:r>
      <w:r>
        <w:t>woh kaam karte thay.</w:t>
      </w:r>
    </w:p>
    <w:p>
      <w:pPr>
        <w:jc w:val="right"/>
      </w:pPr>
      <w:r>
        <w:t>وہ کام کرتے تھے۔</w:t>
      </w:r>
    </w:p>
    <w:p>
      <w:r>
        <w:rPr>
          <w:b/>
        </w:rPr>
        <w:t xml:space="preserve">[29:23] </w:t>
      </w:r>
      <w:r>
        <w:t>lekin kaam ke douran yeh jo karte thay, namaz aayi to wuzu kiya, wuzu kar ke namaz parhne</w:t>
      </w:r>
    </w:p>
    <w:p>
      <w:pPr>
        <w:jc w:val="right"/>
      </w:pPr>
      <w:r>
        <w:t>لیکن کام کے دوران یہ جو کرتے تھے، نماز آئی تو وضو کیا، وضو کر کے نماز پڑھنے</w:t>
      </w:r>
    </w:p>
    <w:p>
      <w:r>
        <w:rPr>
          <w:b/>
        </w:rPr>
        <w:t xml:space="preserve">[29:31] </w:t>
      </w:r>
      <w:r>
        <w:t>lage, peaceful, bohat hi peaceful andaaz mein, bohat hi peaceful.</w:t>
      </w:r>
    </w:p>
    <w:p>
      <w:pPr>
        <w:jc w:val="right"/>
      </w:pPr>
      <w:r>
        <w:t>لگے، پیس فل، بہت ہی پیس فل انداز میں، بہت ہی پیس فل۔</w:t>
      </w:r>
    </w:p>
    <w:p>
      <w:r>
        <w:rPr>
          <w:b/>
        </w:rPr>
        <w:t xml:space="preserve">[29:36] </w:t>
      </w:r>
      <w:r>
        <w:t>to tatari poochte thay ke yeh kya cheez hai? to un ke dil mein islam ki khoobi dakhil</w:t>
      </w:r>
    </w:p>
    <w:p>
      <w:pPr>
        <w:jc w:val="right"/>
      </w:pPr>
      <w:r>
        <w:t>تو تاتاری پوچھتے تھے کہ یہ کیا چیز ہے؟ تو ان کے دل میں اسلام کی خوبی داخل</w:t>
      </w:r>
    </w:p>
    <w:p>
      <w:r>
        <w:rPr>
          <w:b/>
        </w:rPr>
        <w:t xml:space="preserve">[29:44] </w:t>
      </w:r>
      <w:r>
        <w:t>ho chuki thi.</w:t>
      </w:r>
    </w:p>
    <w:p>
      <w:pPr>
        <w:jc w:val="right"/>
      </w:pPr>
      <w:r>
        <w:t>ہو چکی تھی۔</w:t>
      </w:r>
    </w:p>
    <w:p>
      <w:r>
        <w:rPr>
          <w:b/>
        </w:rPr>
        <w:t xml:space="preserve">[29:46] </w:t>
      </w:r>
      <w:r>
        <w:t>aur woh jo bara sardar jis ko bulaya tha, us ke ghar mein hi aise hota tha.</w:t>
      </w:r>
    </w:p>
    <w:p>
      <w:pPr>
        <w:jc w:val="right"/>
      </w:pPr>
      <w:r>
        <w:t>اور وہ جو بڑا سردار جس کو بلایا تھا، اس کے گھر میں ہی ایسے ہوتا تھا۔</w:t>
      </w:r>
    </w:p>
    <w:p>
      <w:r>
        <w:rPr>
          <w:b/>
        </w:rPr>
        <w:t xml:space="preserve">[29:53] </w:t>
      </w:r>
      <w:r>
        <w:t>to dil se woh islam ka qail ho chuka tha, lekin abhi ailaan ki himmat nahi thi.</w:t>
      </w:r>
    </w:p>
    <w:p>
      <w:pPr>
        <w:jc w:val="right"/>
      </w:pPr>
      <w:r>
        <w:t>تو دل سے وہ اسلام کا قائل ہو چکا تھا، لیکن ابھی اعلان کی ہمت نہیں تھی۔</w:t>
      </w:r>
    </w:p>
    <w:p>
      <w:r>
        <w:rPr>
          <w:b/>
        </w:rPr>
        <w:t xml:space="preserve">[30:00] </w:t>
      </w:r>
      <w:r>
        <w:t>jab sultan ne khud kaha to us ne kaha ke: "main to, main to pehle hi, mere dil</w:t>
      </w:r>
    </w:p>
    <w:p>
      <w:pPr>
        <w:jc w:val="right"/>
      </w:pPr>
      <w:r>
        <w:t>جب سلطان نے خود کہا تو اس نے کہا کہ: "میں تو، میں تو پہلے ہی، میرے دل</w:t>
      </w:r>
    </w:p>
    <w:p>
      <w:r>
        <w:rPr>
          <w:b/>
        </w:rPr>
        <w:t xml:space="preserve">[30:08] </w:t>
      </w:r>
      <w:r>
        <w:t>mein islam dakhil ho chuka hai." phir aur saadah bulaye gaye, sab ne yahi kiya, kyunke tamam sardaron</w:t>
      </w:r>
    </w:p>
    <w:p>
      <w:pPr>
        <w:jc w:val="right"/>
      </w:pPr>
      <w:r>
        <w:t>میں اسلام داخل ہو چکا ہے۔" پھر اور سادہ بلائے گئے، سب نے یہی کیا، کیونکہ تمام سرداروں</w:t>
      </w:r>
    </w:p>
    <w:p>
      <w:r>
        <w:rPr>
          <w:b/>
        </w:rPr>
        <w:t xml:space="preserve">[30:16] </w:t>
      </w:r>
      <w:r>
        <w:t>ke gharon mein musalman bator ghulam ke thay, musalman aurtein bator kaneez ki theen, aur rozana ki zindagi</w:t>
      </w:r>
    </w:p>
    <w:p>
      <w:pPr>
        <w:jc w:val="right"/>
      </w:pPr>
      <w:r>
        <w:t>کے گھروں میں مسلمان بطور غلام کے تھے، مسلمان عورتیں بطور کنیز کی تھیں، اور روزانہ کی زندگی</w:t>
      </w:r>
    </w:p>
    <w:p>
      <w:r>
        <w:rPr>
          <w:b/>
        </w:rPr>
        <w:t xml:space="preserve">[30:23] </w:t>
      </w:r>
      <w:r>
        <w:t>mein woh usay, usay baatein un ko dekhte thay.</w:t>
      </w:r>
    </w:p>
    <w:p>
      <w:pPr>
        <w:jc w:val="right"/>
      </w:pPr>
      <w:r>
        <w:t>میں وہ اسے، اسے باتیں ان کو دیکھتے تھے۔</w:t>
      </w:r>
    </w:p>
    <w:p>
      <w:r>
        <w:rPr>
          <w:b/>
        </w:rPr>
        <w:t xml:space="preserve">[30:27] </w:t>
      </w:r>
      <w:r>
        <w:t>woh to aik khamosh ta'aruf islam ka jaari tha, baghair ailaan ke.</w:t>
      </w:r>
    </w:p>
    <w:p>
      <w:pPr>
        <w:jc w:val="right"/>
      </w:pPr>
      <w:r>
        <w:t>وہ تو ایک خاموش تعارف اسلام کا جاری تھا، بغیر اعلان کے۔</w:t>
      </w:r>
    </w:p>
    <w:p>
      <w:r>
        <w:rPr>
          <w:b/>
        </w:rPr>
        <w:t xml:space="preserve">[30:32] </w:t>
      </w:r>
      <w:r>
        <w:t>to un ke dilon mein islam aa chuka tha.</w:t>
      </w:r>
    </w:p>
    <w:p>
      <w:pPr>
        <w:jc w:val="right"/>
      </w:pPr>
      <w:r>
        <w:t>تو ان کے دلوں میں اسلام آ چکا تھا۔</w:t>
      </w:r>
    </w:p>
    <w:p>
      <w:r>
        <w:rPr>
          <w:b/>
        </w:rPr>
        <w:t xml:space="preserve">[30:36] </w:t>
      </w:r>
      <w:r>
        <w:t>phir jab tughlaq timur khan ne khud ailaan kar diya to sara majority ka taza dheere dheere musalman</w:t>
      </w:r>
    </w:p>
    <w:p>
      <w:pPr>
        <w:jc w:val="right"/>
      </w:pPr>
      <w:r>
        <w:t>پھر جب تغلق تیمور خاں نے خود اعلان کر دیا تو سارا میجورٹی کا تازہ دھیرے دھیرے مسلمان</w:t>
      </w:r>
    </w:p>
    <w:p>
      <w:r>
        <w:rPr>
          <w:b/>
        </w:rPr>
        <w:t xml:space="preserve">[30:44] </w:t>
      </w:r>
      <w:r>
        <w:t>ho gayi, islam mein dakhil ho gayi.</w:t>
      </w:r>
    </w:p>
    <w:p>
      <w:pPr>
        <w:jc w:val="right"/>
      </w:pPr>
      <w:r>
        <w:t>ہو گئی، اسلام میں داخل ہو گئی۔</w:t>
      </w:r>
    </w:p>
    <w:p>
      <w:r>
        <w:rPr>
          <w:b/>
        </w:rPr>
        <w:t xml:space="preserve">[30:47] </w:t>
      </w:r>
      <w:r>
        <w:t>is qissay, yeh aik qissa likha hai "preach of islam" mein.</w:t>
      </w:r>
    </w:p>
    <w:p>
      <w:pPr>
        <w:jc w:val="right"/>
      </w:pPr>
      <w:r>
        <w:t>اس قصے، یہ ایک قصہ لکھا ہے "پریچ آف اسلام" میں۔</w:t>
      </w:r>
    </w:p>
    <w:p>
      <w:r>
        <w:rPr>
          <w:b/>
        </w:rPr>
        <w:t xml:space="preserve">[30:52] </w:t>
      </w:r>
      <w:r>
        <w:t>to is is qissay ka jo "taba'a inqilab" aaya, us ke beginning mein wahi qissa hai ke agar</w:t>
      </w:r>
    </w:p>
    <w:p>
      <w:pPr>
        <w:jc w:val="right"/>
      </w:pPr>
      <w:r>
        <w:t>تو اس اس قصے کا جو "تبع انقلاب" آیا، اس کے بگننگ میں وہی قصہ ہے کہ اگر</w:t>
      </w:r>
    </w:p>
    <w:p>
      <w:r>
        <w:rPr>
          <w:b/>
        </w:rPr>
        <w:t xml:space="preserve">[30:59] </w:t>
      </w:r>
      <w:r>
        <w:t>mein yeh, mera khatma imaan ke sath hua to main acha, nahi to tumhara kutta acha hai.</w:t>
      </w:r>
    </w:p>
    <w:p>
      <w:pPr>
        <w:jc w:val="right"/>
      </w:pPr>
      <w:r>
        <w:t>میں یہ، میرا خاتمہ ایمان کے ساتھ ہوا تو میں اچھا، نہیں تو تمہارا کتا اچھا ہے۔</w:t>
      </w:r>
    </w:p>
    <w:p>
      <w:r>
        <w:rPr>
          <w:b/>
        </w:rPr>
        <w:t xml:space="preserve">[31:07] </w:t>
      </w:r>
      <w:r>
        <w:t>to aaj ke musalman jante nahi, kis ne baat wada kar diya to bas fatwa lag raha hai,</w:t>
      </w:r>
    </w:p>
    <w:p>
      <w:pPr>
        <w:jc w:val="right"/>
      </w:pPr>
      <w:r>
        <w:t>تو آج کے مسلمان جانتے نہیں، کس نے بات وعدہ کر دیا تو بس فتویٰ لگ رہا ہے،</w:t>
      </w:r>
    </w:p>
    <w:p>
      <w:r>
        <w:rPr>
          <w:b/>
        </w:rPr>
        <w:t xml:space="preserve">[31:14] </w:t>
      </w:r>
      <w:r>
        <w:t>kis ne kuch kar diya fatwa lag raha hai.</w:t>
      </w:r>
    </w:p>
    <w:p>
      <w:pPr>
        <w:jc w:val="right"/>
      </w:pPr>
      <w:r>
        <w:t>کس نے کچھ کر دیا فتویٰ لگ رہا ہے۔</w:t>
      </w:r>
    </w:p>
    <w:p>
      <w:r>
        <w:rPr>
          <w:b/>
        </w:rPr>
        <w:t xml:space="preserve">[31:18] </w:t>
      </w:r>
      <w:r>
        <w:t>jidal ahsan jo hai, us ko jantay hi nahi, hamaray ulama bhi nahi jantay, woh khawamkhwah fatwa lagatay</w:t>
      </w:r>
    </w:p>
    <w:p>
      <w:pPr>
        <w:jc w:val="right"/>
      </w:pPr>
      <w:r>
        <w:t>جدال احسن جو ہے، اس کو جانتے ہی نہیں، ہمارے علماء بھی نہیں جانتے، وہ خوامخواہ فتویٰ لگاتے</w:t>
      </w:r>
    </w:p>
    <w:p>
      <w:r>
        <w:rPr>
          <w:b/>
        </w:rPr>
        <w:t xml:space="preserve">[31:26]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[31:27] </w:t>
      </w:r>
      <w:r>
        <w:t>fatwa laganay ki kiya zaroorat hai? is se baat kijiye, us ko samjhaiye.</w:t>
      </w:r>
    </w:p>
    <w:p>
      <w:pPr>
        <w:jc w:val="right"/>
      </w:pPr>
      <w:r>
        <w:t>فتویٰ لگانے کی کیا ضرورت ہے؟ اس سے بات کیجئے، اس کو سمجھائیے۔</w:t>
      </w:r>
    </w:p>
    <w:p>
      <w:r>
        <w:rPr>
          <w:b/>
        </w:rPr>
        <w:t xml:space="preserve">[31:33] </w:t>
      </w:r>
      <w:r>
        <w:t>to jidal ahsan jo hai, hamaray darmiyan ghayab ho gaya hai, is liye is ke jo, is ka</w:t>
      </w:r>
    </w:p>
    <w:p>
      <w:pPr>
        <w:jc w:val="right"/>
      </w:pPr>
      <w:r>
        <w:t>تو جدال احسن جو ہے، ہمارے درمیان غائب ہو گیا ہے، اس لیے اس کے جو، اس کا</w:t>
      </w:r>
    </w:p>
    <w:p>
      <w:r>
        <w:rPr>
          <w:b/>
        </w:rPr>
        <w:t xml:space="preserve">[31:41] </w:t>
      </w:r>
      <w:r>
        <w:t>jo result hai, woh bhi hamaray naam mein nahi hai.</w:t>
      </w:r>
    </w:p>
    <w:p>
      <w:pPr>
        <w:jc w:val="right"/>
      </w:pPr>
      <w:r>
        <w:t>جو رزلٹ ہے، وہ بھی ہمارے نام میں نہیں ہے۔</w:t>
      </w:r>
    </w:p>
    <w:p>
      <w:r>
        <w:rPr>
          <w:b/>
        </w:rPr>
        <w:t xml:space="preserve">[31:45] </w:t>
      </w:r>
      <w:r>
        <w:t>itni bari wisdom hai is ke andar, itni bari wisdom hai ke aap, yani jab kisi, kisi jab</w:t>
      </w:r>
    </w:p>
    <w:p>
      <w:pPr>
        <w:jc w:val="right"/>
      </w:pPr>
      <w:r>
        <w:t>اتنی بڑی وزڈم ہے اس کے اندر، اتنی بڑی وزڈم ہے کہ آپ، یعنی جب کسی، کسی جب</w:t>
      </w:r>
    </w:p>
    <w:p>
      <w:r>
        <w:rPr>
          <w:b/>
        </w:rPr>
        <w:t xml:space="preserve">[31:53] </w:t>
      </w:r>
      <w:r>
        <w:t>collective life hogi, social life jo hogi, to is mein aap bohat se logon ke sath rehna paray</w:t>
      </w:r>
    </w:p>
    <w:p>
      <w:pPr>
        <w:jc w:val="right"/>
      </w:pPr>
      <w:r>
        <w:t>کلیکٹیو لائف ہوگی، سوشل لائف جو ہوگی، تو اس میں آپ بہت سے لوگوں کے ساتھ رہنا پڑے</w:t>
      </w:r>
    </w:p>
    <w:p>
      <w:r>
        <w:rPr>
          <w:b/>
        </w:rPr>
        <w:t xml:space="preserve">[32:00] </w:t>
      </w:r>
      <w:r>
        <w:t>ga.</w:t>
      </w:r>
    </w:p>
    <w:p>
      <w:pPr>
        <w:jc w:val="right"/>
      </w:pPr>
      <w:r>
        <w:t>گا۔</w:t>
      </w:r>
    </w:p>
    <w:p>
      <w:r>
        <w:rPr>
          <w:b/>
        </w:rPr>
        <w:t xml:space="preserve">[32:02] </w:t>
      </w:r>
      <w:r>
        <w:t>aap ko to kai bar koi difference aa jayega, koi ikhtilaf aa jayega, kisi se aap</w:t>
      </w:r>
    </w:p>
    <w:p>
      <w:pPr>
        <w:jc w:val="right"/>
      </w:pPr>
      <w:r>
        <w:t>آپ کو تو کئی بار کوئی ڈیفرنس آ جائے گا، کوئی اختلاف آ جائے گا، کسی سے آپ</w:t>
      </w:r>
    </w:p>
    <w:p>
      <w:r>
        <w:rPr>
          <w:b/>
        </w:rPr>
        <w:t xml:space="preserve">[32:10] </w:t>
      </w:r>
      <w:r>
        <w:t>ko dukh hi pohanch sakta hai, kisi se aap ko dukh hi pohanch sakta hai.</w:t>
      </w:r>
    </w:p>
    <w:p>
      <w:pPr>
        <w:jc w:val="right"/>
      </w:pPr>
      <w:r>
        <w:t>کو دکھ ہی پہنچ سکتا ہے، کسی سے آپ کو دکھ ہی پہنچ سکتا ہے۔</w:t>
      </w:r>
    </w:p>
    <w:p>
      <w:r>
        <w:rPr>
          <w:b/>
        </w:rPr>
        <w:t xml:space="preserve">[32:16] </w:t>
      </w:r>
      <w:r>
        <w:t>lekin aap agar apnay aap ko is se bachayein, yani negative response se, negative reaction se bachayein.</w:t>
      </w:r>
    </w:p>
    <w:p>
      <w:pPr>
        <w:jc w:val="right"/>
      </w:pPr>
      <w:r>
        <w:t>لیکن آپ اگر اپنے آپ کو اس سے بچائیں، یعنی نیگیٹیو رسپانس سے، نیگیٹیو ری ایکشن سے بچائیں۔</w:t>
      </w:r>
    </w:p>
    <w:p>
      <w:r>
        <w:rPr>
          <w:b/>
        </w:rPr>
        <w:t xml:space="preserve">[32:24] </w:t>
      </w:r>
      <w:r>
        <w:t>negative reaction hi jar hai sari kharabiyon ki.</w:t>
      </w:r>
    </w:p>
    <w:p>
      <w:pPr>
        <w:jc w:val="right"/>
      </w:pPr>
      <w:r>
        <w:t>نیگیٹیو ری ایکشن ہی جڑ ہے ساری خرابیوں کی۔</w:t>
      </w:r>
    </w:p>
    <w:p>
      <w:r>
        <w:rPr>
          <w:b/>
        </w:rPr>
        <w:t xml:space="preserve">[32:28] </w:t>
      </w:r>
      <w:r>
        <w:t>manfi radd-e-amal, manfi radd-e-amal ya negative reaction hi jar hai tamam evil ki.</w:t>
      </w:r>
    </w:p>
    <w:p>
      <w:pPr>
        <w:jc w:val="right"/>
      </w:pPr>
      <w:r>
        <w:t>منفی رد عمل، منفی رد عمل یا نیگیٹیو ری ایکشن ہی جڑ ہے تمام ایول کی۔</w:t>
      </w:r>
    </w:p>
    <w:p>
      <w:r>
        <w:rPr>
          <w:b/>
        </w:rPr>
        <w:t xml:space="preserve">[32:34] </w:t>
      </w:r>
      <w:r>
        <w:t>hota kiya hai ke shuru to hota hai choti si baat se, mislan heated exchange.</w:t>
      </w:r>
    </w:p>
    <w:p>
      <w:pPr>
        <w:jc w:val="right"/>
      </w:pPr>
      <w:r>
        <w:t>ہوتا کیا ہے کہ شروع تو ہوتا ہے چھوٹی سی بات سے، مثلاً ہیٹڈ ایکسچینج۔</w:t>
      </w:r>
    </w:p>
    <w:p>
      <w:r>
        <w:rPr>
          <w:b/>
        </w:rPr>
        <w:t xml:space="preserve">[32:41] </w:t>
      </w:r>
      <w:r>
        <w:t>koi baat ho gayi to pehla hota hai heated exchange, garma garam jawab.</w:t>
      </w:r>
    </w:p>
    <w:p>
      <w:pPr>
        <w:jc w:val="right"/>
      </w:pPr>
      <w:r>
        <w:t>کوئی بات ہو گئی تو پہلا ہوتا ہے ہیٹڈ ایکسچینج، گرما گرم جواب۔</w:t>
      </w:r>
    </w:p>
    <w:p>
      <w:r>
        <w:rPr>
          <w:b/>
        </w:rPr>
        <w:t xml:space="preserve">[32:46] </w:t>
      </w:r>
      <w:r>
        <w:t>us ko mein kahunga negative reaction.</w:t>
      </w:r>
    </w:p>
    <w:p>
      <w:pPr>
        <w:jc w:val="right"/>
      </w:pPr>
      <w:r>
        <w:t>اس کو میں کہوں گا نیگیٹیو ری ایکشن۔</w:t>
      </w:r>
    </w:p>
    <w:p>
      <w:r>
        <w:rPr>
          <w:b/>
        </w:rPr>
        <w:t xml:space="preserve">[32:50] </w:t>
      </w:r>
      <w:r>
        <w:t>phir baat barhti hai, dono ke andar inteqam aa jata hai, jisay badla lena hai.</w:t>
      </w:r>
    </w:p>
    <w:p>
      <w:pPr>
        <w:jc w:val="right"/>
      </w:pPr>
      <w:r>
        <w:t>پھر بات بڑھتی ہے، دونوں کے اندر انتقام آ جاتا ہے، جسے بدلہ لینا ہے۔</w:t>
      </w:r>
    </w:p>
    <w:p>
      <w:r>
        <w:rPr>
          <w:b/>
        </w:rPr>
        <w:t xml:space="preserve">[32:56] </w:t>
      </w:r>
      <w:r>
        <w:t>mujhe phir inteqam pohanchta hai violence tak, aur qom ka muamla hai to phir war tak pohanchta hai.</w:t>
      </w:r>
    </w:p>
    <w:p>
      <w:pPr>
        <w:jc w:val="right"/>
      </w:pPr>
      <w:r>
        <w:t>مجھے پھر انتقام پہنچتا ہے وائلنس تک، اور قوم کا معاملہ ہے تو پھر وار تک پہنچتا ہے۔</w:t>
      </w:r>
    </w:p>
    <w:p>
      <w:r>
        <w:rPr>
          <w:b/>
        </w:rPr>
        <w:t xml:space="preserve">[33:04] </w:t>
      </w:r>
      <w:r>
        <w:t>to quran mein jo bataya gaya hai, woh aik bohat wisdom ki baat hai ke koi difference ho,</w:t>
      </w:r>
    </w:p>
    <w:p>
      <w:pPr>
        <w:jc w:val="right"/>
      </w:pPr>
      <w:r>
        <w:t>تو قرآن میں جو بتایا گیا ہے، وہ ایک بہت وزڈم کی بات ہے کہ کوئی ڈیفرنس ہو،</w:t>
      </w:r>
    </w:p>
    <w:p>
      <w:r>
        <w:rPr>
          <w:b/>
        </w:rPr>
        <w:t xml:space="preserve">[33:12] </w:t>
      </w:r>
      <w:r>
        <w:t>koi ikhtilaf ho to tum negative reaction mat dikhao, thanday tareeqay se jawab do, thanday tareeqay se</w:t>
      </w:r>
    </w:p>
    <w:p>
      <w:pPr>
        <w:jc w:val="right"/>
      </w:pPr>
      <w:r>
        <w:t>کوئی اختلاف ہو تو تم نیگیٹیو ری ایکشن مت دکھاؤ، ٹھنڈے طریقے سے جواب دو، ٹھنڈے طریقے سے</w:t>
      </w:r>
    </w:p>
    <w:p>
      <w:r>
        <w:rPr>
          <w:b/>
        </w:rPr>
        <w:t xml:space="preserve">[33:19] </w:t>
      </w:r>
      <w:r>
        <w:t>jawab do.</w:t>
      </w:r>
    </w:p>
    <w:p>
      <w:pPr>
        <w:jc w:val="right"/>
      </w:pPr>
      <w:r>
        <w:t>جواب دو۔</w:t>
      </w:r>
    </w:p>
    <w:p>
      <w:r>
        <w:rPr>
          <w:b/>
        </w:rPr>
        <w:t xml:space="preserve">[33:21] </w:t>
      </w:r>
      <w:r>
        <w:t>yani jis ko kehtay hain positive response do.</w:t>
      </w:r>
    </w:p>
    <w:p>
      <w:pPr>
        <w:jc w:val="right"/>
      </w:pPr>
      <w:r>
        <w:t>یعنی جس کو کہتے ہیں پازیٹیو رسپانس دو۔</w:t>
      </w:r>
    </w:p>
    <w:p>
      <w:r>
        <w:rPr>
          <w:b/>
        </w:rPr>
        <w:t xml:space="preserve">[33:24] </w:t>
      </w:r>
      <w:r>
        <w:t>yani quran mein is ke liye jidal ahsan ka lafz hai.</w:t>
      </w:r>
    </w:p>
    <w:p>
      <w:pPr>
        <w:jc w:val="right"/>
      </w:pPr>
      <w:r>
        <w:t>یعنی قرآن میں اس کے لیے جدال احسن کا لفظ ہے۔</w:t>
      </w:r>
    </w:p>
    <w:p>
      <w:r>
        <w:rPr>
          <w:b/>
        </w:rPr>
        <w:t xml:space="preserve">[33:29] </w:t>
      </w:r>
      <w:r>
        <w:t>mein yeh kahunga ke is ka matlab hai positive response.</w:t>
      </w:r>
    </w:p>
    <w:p>
      <w:pPr>
        <w:jc w:val="right"/>
      </w:pPr>
      <w:r>
        <w:t>میں یہ کہوں گا کہ اس کا مطلب ہے پازیٹیو رسپانس۔</w:t>
      </w:r>
    </w:p>
    <w:p>
      <w:r>
        <w:rPr>
          <w:b/>
        </w:rPr>
        <w:t xml:space="preserve">[33:34] </w:t>
      </w:r>
      <w:r>
        <w:t>to sara mamla badal jayega, sara mamla badal jayega.</w:t>
      </w:r>
    </w:p>
    <w:p>
      <w:pPr>
        <w:jc w:val="right"/>
      </w:pPr>
      <w:r>
        <w:t>تو سارا معاملہ بدل جائے گا، سارا معاملہ بدل جائے گا۔</w:t>
      </w:r>
    </w:p>
    <w:p>
      <w:r>
        <w:rPr>
          <w:b/>
        </w:rPr>
        <w:t xml:space="preserve">[33:39] </w:t>
      </w:r>
      <w:r>
        <w:t>aur faiz alladhi bainaka baina adawaahu ka-annahu waliyyun hameem, yaani woh shakhs jis ke aur tumhare darmiyan dushmani</w:t>
      </w:r>
    </w:p>
    <w:p>
      <w:pPr>
        <w:jc w:val="right"/>
      </w:pPr>
      <w:r>
        <w:t>اور فیض الذی بینک بین عداوہ کن ولی الحمیم، یعنی وہ شخص جس کے اور تمہارے درمیان دشمنی</w:t>
      </w:r>
    </w:p>
    <w:p>
      <w:r>
        <w:rPr>
          <w:b/>
        </w:rPr>
        <w:t xml:space="preserve">[33:46] </w:t>
      </w:r>
      <w:r>
        <w:t>thi, woh tumhara dost ban jayega, qareebi dost.</w:t>
      </w:r>
    </w:p>
    <w:p>
      <w:pPr>
        <w:jc w:val="right"/>
      </w:pPr>
      <w:r>
        <w:t>تھی، وہ تمہارا دوست بن جائے گا، قریبی دوست۔</w:t>
      </w:r>
    </w:p>
    <w:p>
      <w:r>
        <w:rPr>
          <w:b/>
        </w:rPr>
        <w:t xml:space="preserve">[33:50] </w:t>
      </w:r>
      <w:r>
        <w:t>isi hikmat ko hamein janna hai, isi se hum ba-izzat zindagi guzar sakte hain, isi se aap dua</w:t>
      </w:r>
    </w:p>
    <w:p>
      <w:pPr>
        <w:jc w:val="right"/>
      </w:pPr>
      <w:r>
        <w:t>اسی حکمت کو ہمیں جاننا ہے، اسی سے ہم باعزت زندگی گزار سکتے ہیں، اسی سے آپ دعا</w:t>
      </w:r>
    </w:p>
    <w:p>
      <w:r>
        <w:rPr>
          <w:b/>
        </w:rPr>
        <w:t xml:space="preserve">[33:58] </w:t>
      </w:r>
      <w:r>
        <w:t>o work mein kamyab ho sakte hain, zindagi ghar mamle mein hum taraqqi kar sakte hain.</w:t>
      </w:r>
    </w:p>
    <w:p>
      <w:pPr>
        <w:jc w:val="right"/>
      </w:pPr>
      <w:r>
        <w:t>و ورک میں کامیاب ہو سکتے ہیں، زندگی گھر معاملے میں ہم ترقی کر سکتے ہیں۔</w:t>
      </w:r>
    </w:p>
    <w:p>
      <w:r>
        <w:rPr>
          <w:b/>
        </w:rPr>
        <w:t xml:space="preserve">[34:05] </w:t>
      </w:r>
      <w:r>
        <w:t>to main dua karta hoon Allah taala hum sab ko wisdom de, hum sab ko hikmat de, hum</w:t>
      </w:r>
    </w:p>
    <w:p>
      <w:pPr>
        <w:jc w:val="right"/>
      </w:pPr>
      <w:r>
        <w:t>تو میں دعا کرتا ہوں اللہ تعالیٰ ہم سب کو وزڈم دے، ہم سب کو حکمت دے، ہم</w:t>
      </w:r>
    </w:p>
    <w:p>
      <w:r>
        <w:rPr>
          <w:b/>
        </w:rPr>
        <w:t xml:space="preserve">[34:12] </w:t>
      </w:r>
      <w:r>
        <w:t>Allah ke bataye hue tareeqe ko jaanein aur us ko ikhtiyar karein, Rasool Allah sallallahu alaihi wasallam</w:t>
      </w:r>
    </w:p>
    <w:p>
      <w:pPr>
        <w:jc w:val="right"/>
      </w:pPr>
      <w:r>
        <w:t>اللہ کے بتائے ہوئے طریقے کو جانیں اور اس کو اختیار کریں، رسول اللہ صلی اللہ علیہ وسلم</w:t>
      </w:r>
    </w:p>
    <w:p>
      <w:r>
        <w:rPr>
          <w:b/>
        </w:rPr>
        <w:t xml:space="preserve">[34:20] </w:t>
      </w:r>
      <w:r>
        <w:t>ki sunnat ko jaanein aur us ko follow karein.</w:t>
      </w:r>
    </w:p>
    <w:p>
      <w:pPr>
        <w:jc w:val="right"/>
      </w:pPr>
      <w:r>
        <w:t>کی سنت کو جانیں اور اس کو فالو کریں۔</w:t>
      </w:r>
    </w:p>
    <w:p>
      <w:r>
        <w:rPr>
          <w:b/>
        </w:rPr>
        <w:t xml:space="preserve">[34:24] </w:t>
      </w:r>
      <w:r>
        <w:t>to main apne liye, aap ke liye aur sab logon ke liye yeh dua karta hoon.</w:t>
      </w:r>
    </w:p>
    <w:p>
      <w:pPr>
        <w:jc w:val="right"/>
      </w:pPr>
      <w:r>
        <w:t>تو میں اپنے لیے، آپ کے لیے اور سب لوگوں کے لیے یہ دعا کرتا ہوں۔</w:t>
      </w:r>
    </w:p>
    <w:p>
      <w:r>
        <w:rPr>
          <w:b/>
        </w:rPr>
        <w:t xml:space="preserve">[34:31] </w:t>
      </w:r>
      <w:r>
        <w:t>Assalamu alaikum warahmatullah.</w:t>
      </w:r>
    </w:p>
    <w:p>
      <w:pPr>
        <w:jc w:val="right"/>
      </w:pPr>
      <w:r>
        <w:t>السلام علیکم ورحمۃ اللہ۔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