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Save Yourself from Distraction August 21, 2016</w:t>
      </w:r>
    </w:p>
    <w:p>
      <w:r>
        <w:t>https://www.youtube.com/watch?v=wP3Dj-tccDQ</w:t>
      </w:r>
    </w:p>
    <w:p>
      <w:r>
        <w:rPr>
          <w:b/>
        </w:rPr>
        <w:t xml:space="preserve">[00:14] </w:t>
      </w:r>
      <w:r>
        <w:t>bismillah-ir-rahman-ir-rahim, wa salla Allahu ala an-nabiyyil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[00:21] </w:t>
      </w:r>
      <w:r>
        <w:t>rabbi-shrahli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[00:28] </w:t>
      </w:r>
      <w:r>
        <w:t>21 agast 2016.</w:t>
      </w:r>
    </w:p>
    <w:p>
      <w:pPr>
        <w:jc w:val="right"/>
      </w:pPr>
      <w:r>
        <w:t>21 اگست 2016۔</w:t>
      </w:r>
    </w:p>
    <w:p>
      <w:r>
        <w:rPr>
          <w:b/>
        </w:rPr>
        <w:t xml:space="preserve">[00:35] </w:t>
      </w:r>
      <w:r>
        <w:t>aaj ke akhbar mein olympic jeet ki khabrein bohat zyada hain, aap ko maloom hoga.</w:t>
      </w:r>
    </w:p>
    <w:p>
      <w:pPr>
        <w:jc w:val="right"/>
      </w:pPr>
      <w:r>
        <w:t>آج کے اخبار میں اولمپک جیت کی خبریں بہت زیادہ ہیں، آپ کو معلوم ہوگا۔</w:t>
      </w:r>
    </w:p>
    <w:p>
      <w:r>
        <w:rPr>
          <w:b/>
        </w:rPr>
        <w:t xml:space="preserve">[00:42] </w:t>
      </w:r>
      <w:r>
        <w:t>to ek indian khatoon, uska naam hai sindhu, us ne silver medal jeeta hai, to us ki</w:t>
      </w:r>
    </w:p>
    <w:p>
      <w:pPr>
        <w:jc w:val="right"/>
      </w:pPr>
      <w:r>
        <w:t>تو ایک انڈین خاتون، اس کا نام ہے سندھو، اس نے سلور میڈل جیتا ہے، تو اس کی</w:t>
      </w:r>
    </w:p>
    <w:p>
      <w:r>
        <w:rPr>
          <w:b/>
        </w:rPr>
        <w:t xml:space="preserve">[00:50] </w:t>
      </w:r>
      <w:r>
        <w:t>badi dhoop hai akhbar mein.</w:t>
      </w:r>
    </w:p>
    <w:p>
      <w:pPr>
        <w:jc w:val="right"/>
      </w:pPr>
      <w:r>
        <w:t>بڑی دھوپ ہے اخبار میں۔</w:t>
      </w:r>
    </w:p>
    <w:p>
      <w:r>
        <w:rPr>
          <w:b/>
        </w:rPr>
        <w:t xml:space="preserve">[00:57] </w:t>
      </w:r>
      <w:r>
        <w:t>to is mein mujhe ek cheez bohat zyada aham nazar aayi ke us ka jo coach tha, us</w:t>
      </w:r>
    </w:p>
    <w:p>
      <w:pPr>
        <w:jc w:val="right"/>
      </w:pPr>
      <w:r>
        <w:t>تو اس میں مجھے ایک چیز بہت زیادہ اہم نظر آئی کہ اس کا جو کوچ تھا، اس</w:t>
      </w:r>
    </w:p>
    <w:p>
      <w:r>
        <w:rPr>
          <w:b/>
        </w:rPr>
        <w:t xml:space="preserve">[01:04] </w:t>
      </w:r>
      <w:r>
        <w:t>ne bohat sari pabandiyan laga di thin, bohat si pabandiyan, har cheez mein.</w:t>
      </w:r>
    </w:p>
    <w:p>
      <w:pPr>
        <w:jc w:val="right"/>
      </w:pPr>
      <w:r>
        <w:t>نے بہت ساری پابندیاں لگا دی تھیں، بہت سی پابندیاں، ہر چیز میں۔</w:t>
      </w:r>
    </w:p>
    <w:p>
      <w:r>
        <w:rPr>
          <w:b/>
        </w:rPr>
        <w:t xml:space="preserve">[01:11] </w:t>
      </w:r>
      <w:r>
        <w:t>is mein se aik yeh tha ke mobile ka istemal karna band.</w:t>
      </w:r>
    </w:p>
    <w:p>
      <w:pPr>
        <w:jc w:val="right"/>
      </w:pPr>
      <w:r>
        <w:t>اس میں سے ایک یہ تھا کہ موبائل کا استعمال کرنا بند۔</w:t>
      </w:r>
    </w:p>
    <w:p>
      <w:r>
        <w:rPr>
          <w:b/>
        </w:rPr>
        <w:t xml:space="preserve">[01:18] </w:t>
      </w:r>
      <w:r>
        <w:t>teen mahine tak mobile is ke paas tha hi nahin, is ne le liya tha, coach ne is</w:t>
      </w:r>
    </w:p>
    <w:p>
      <w:pPr>
        <w:jc w:val="right"/>
      </w:pPr>
      <w:r>
        <w:t>تین مہینے تک موبائل اس کے پاس تھا ہی نہیں، اس نے لے لیا تھا، کوچ نے اس</w:t>
      </w:r>
    </w:p>
    <w:p>
      <w:r>
        <w:rPr>
          <w:b/>
        </w:rPr>
        <w:t xml:space="preserve">[01:26] </w:t>
      </w:r>
      <w:r>
        <w:t>se mobile le liya tha.</w:t>
      </w:r>
    </w:p>
    <w:p>
      <w:pPr>
        <w:jc w:val="right"/>
      </w:pPr>
      <w:r>
        <w:t>سے موبائل لے لیا تھا۔</w:t>
      </w:r>
    </w:p>
    <w:p>
      <w:r>
        <w:rPr>
          <w:b/>
        </w:rPr>
        <w:t xml:space="preserve">[01:33] </w:t>
      </w:r>
      <w:r>
        <w:t>jab woh jeet ti hai tab is ke baad is ne is ko mobile diya, jeetne se pehle nahin diya.</w:t>
      </w:r>
    </w:p>
    <w:p>
      <w:pPr>
        <w:jc w:val="right"/>
      </w:pPr>
      <w:r>
        <w:t>جب وہ جیتتی ہے تب اس کے بعد اس نے اس کو موبائل دیا، جیتنے سے پہلے نہیں دیا۔</w:t>
      </w:r>
    </w:p>
    <w:p>
      <w:r>
        <w:rPr>
          <w:b/>
        </w:rPr>
        <w:t xml:space="preserve">[01:40] </w:t>
      </w:r>
      <w:r>
        <w:t>to mera mind is se trigger hua, main socha ke zindagi mein success ke liye ya super success</w:t>
      </w:r>
    </w:p>
    <w:p>
      <w:pPr>
        <w:jc w:val="right"/>
      </w:pPr>
      <w:r>
        <w:t>تو میرا مائنڈ اس سے ٹرگر ہوا، میں سوچا کہ زندگی میں سکسیس کے لیے یا سپر سکسیس</w:t>
      </w:r>
    </w:p>
    <w:p>
      <w:r>
        <w:rPr>
          <w:b/>
        </w:rPr>
        <w:t xml:space="preserve">[01:47] </w:t>
      </w:r>
      <w:r>
        <w:t>ke liye shayad sab se bari cheez yeh hai ke aadmi apne ko distraction se bachaye.</w:t>
      </w:r>
    </w:p>
    <w:p>
      <w:pPr>
        <w:jc w:val="right"/>
      </w:pPr>
      <w:r>
        <w:t>کے لیے شاید سب سے بڑی چیز یہ ہے کہ آدمی اپنے کو ڈسٹریکشن سے بچائے۔</w:t>
      </w:r>
    </w:p>
    <w:p>
      <w:r>
        <w:rPr>
          <w:b/>
        </w:rPr>
        <w:t xml:space="preserve">[01:54] </w:t>
      </w:r>
      <w:r>
        <w:t>aap jante hain ke zamane mein shayad sab se bara source of distraction mobile hai, sab se bara.</w:t>
      </w:r>
    </w:p>
    <w:p>
      <w:pPr>
        <w:jc w:val="right"/>
      </w:pPr>
      <w:r>
        <w:t>آپ جانتے ہیں کہ زمانے میں شاید سب سے بڑا سورس آف ڈسٹریکشن موبائل ہے، سب سے بڑا۔</w:t>
      </w:r>
    </w:p>
    <w:p>
      <w:r>
        <w:rPr>
          <w:b/>
        </w:rPr>
        <w:t xml:space="preserve">[02:02] </w:t>
      </w:r>
      <w:r>
        <w:t>to is ne jo mobile istemal karne par rok laga di, is ka matlab hai ke distract na</w:t>
      </w:r>
    </w:p>
    <w:p>
      <w:pPr>
        <w:jc w:val="right"/>
      </w:pPr>
      <w:r>
        <w:t>تو اس نے جو موبائل استعمال کرنے پر روک لگا دی، اس کا مطلب ہے کہ ڈسٹریکٹ نہ</w:t>
      </w:r>
    </w:p>
    <w:p>
      <w:r>
        <w:rPr>
          <w:b/>
        </w:rPr>
        <w:t xml:space="preserve">[02:09] </w:t>
      </w:r>
      <w:r>
        <w:t>ho is beech mein woh.</w:t>
      </w:r>
    </w:p>
    <w:p>
      <w:pPr>
        <w:jc w:val="right"/>
      </w:pPr>
      <w:r>
        <w:t>ہو اس بیچ میں وہ۔</w:t>
      </w:r>
    </w:p>
    <w:p>
      <w:r>
        <w:rPr>
          <w:b/>
        </w:rPr>
        <w:t xml:space="preserve">[02:16] </w:t>
      </w:r>
      <w:r>
        <w:t>subah saade char baje se is ki training shuru hoti thi aur shaam tak chalti rehti thi.</w:t>
      </w:r>
    </w:p>
    <w:p>
      <w:pPr>
        <w:jc w:val="right"/>
      </w:pPr>
      <w:r>
        <w:t>صبح ساڑھے چار بجے سے اس کی ٹریننگ شروع ہوتی تھی اور شام تک چلتی رہتی تھی۔</w:t>
      </w:r>
    </w:p>
    <w:p>
      <w:r>
        <w:rPr>
          <w:b/>
        </w:rPr>
        <w:t xml:space="preserve">[02:23] </w:t>
      </w:r>
      <w:r>
        <w:t>to mujhe is se yeh sabak mila ke agar aadmi ko koi bari kamyabi hasil karna hai is</w:t>
      </w:r>
    </w:p>
    <w:p>
      <w:pPr>
        <w:jc w:val="right"/>
      </w:pPr>
      <w:r>
        <w:t>تو مجھے اس سے یہ سبق ملا کہ اگر آدمی کو کوئی بڑی کامیابی حاصل کرنا ہے اس</w:t>
      </w:r>
    </w:p>
    <w:p>
      <w:r>
        <w:rPr>
          <w:b/>
        </w:rPr>
        <w:t xml:space="preserve">[02:30] </w:t>
      </w:r>
      <w:r>
        <w:t>duniya mein to sab se zaroori shart yeh hai ke woh apne aap ko distraction se bachaye.</w:t>
      </w:r>
    </w:p>
    <w:p>
      <w:pPr>
        <w:jc w:val="right"/>
      </w:pPr>
      <w:r>
        <w:t>دنیا میں تو سب سے ضروری شرط یہ ہے کہ وہ اپنے آپ کو ڈسٹریکشن سے بچائے۔</w:t>
      </w:r>
    </w:p>
    <w:p>
      <w:r>
        <w:rPr>
          <w:b/>
        </w:rPr>
        <w:t xml:space="preserve">[02:38] </w:t>
      </w:r>
      <w:r>
        <w:t>distraction ka nuqsan kya hai? main samajhta hoon ke distraction ka nuqsan yeh hai ke woh aap ke</w:t>
      </w:r>
    </w:p>
    <w:p>
      <w:pPr>
        <w:jc w:val="right"/>
      </w:pPr>
      <w:r>
        <w:t>ڈسٹریکشن کا نقصان کیا ہے؟ میں سمجھتا ہوں کہ ڈسٹریکشن کا نقصان یہ ہے کہ وہ آپ کے</w:t>
      </w:r>
    </w:p>
    <w:p>
      <w:r>
        <w:rPr>
          <w:b/>
        </w:rPr>
        <w:t xml:space="preserve">[02:45] </w:t>
      </w:r>
      <w:r>
        <w:t>focus ko badal deta hai, focus.</w:t>
      </w:r>
    </w:p>
    <w:p>
      <w:pPr>
        <w:jc w:val="right"/>
      </w:pPr>
      <w:r>
        <w:t>فوکس کو بدل دیتا ہے، فوکس۔</w:t>
      </w:r>
    </w:p>
    <w:p>
      <w:r>
        <w:rPr>
          <w:b/>
        </w:rPr>
        <w:t xml:space="preserve">[02:52] </w:t>
      </w:r>
      <w:r>
        <w:t>aur focus ko thori der bhi badlein aap to bas is ka aap ki tarraqi mein farq par jayega.</w:t>
      </w:r>
    </w:p>
    <w:p>
      <w:pPr>
        <w:jc w:val="right"/>
      </w:pPr>
      <w:r>
        <w:t>اور فوکس کو تھوڑی دیر بھی بدلیں آپ تو بس اس کا آپ کی ترقی میں فرق پڑ جائے گا۔</w:t>
      </w:r>
    </w:p>
    <w:p>
      <w:r>
        <w:rPr>
          <w:b/>
        </w:rPr>
        <w:t xml:space="preserve">[02:59] </w:t>
      </w:r>
      <w:r>
        <w:t>misalan aap dekhein ke science mein sab se bara naam jo hai Newton ka, Newton ka, to is</w:t>
      </w:r>
    </w:p>
    <w:p>
      <w:pPr>
        <w:jc w:val="right"/>
      </w:pPr>
      <w:r>
        <w:t>مثلاً آپ دیکھیں کہ سائنس میں سب سے بڑا نام جو ہے نیوٹن کا، نیوٹن کا، تو اس</w:t>
      </w:r>
    </w:p>
    <w:p>
      <w:r>
        <w:rPr>
          <w:b/>
        </w:rPr>
        <w:t xml:space="preserve">[03:07] </w:t>
      </w:r>
      <w:r>
        <w:t>ko kaha jata tha, woh bachpan se aik khaas mizaj ka aadmi tha, us ko kehte the wool gatherer.</w:t>
      </w:r>
    </w:p>
    <w:p>
      <w:pPr>
        <w:jc w:val="right"/>
      </w:pPr>
      <w:r>
        <w:t>کو کہا جاتا تھا، وہ بچپن سے ایک خاص مزاج کا آدمی تھا، اس کو کہتے تھے وول گیدرر۔</w:t>
      </w:r>
    </w:p>
    <w:p>
      <w:r>
        <w:rPr>
          <w:b/>
        </w:rPr>
        <w:t xml:space="preserve">[03:14] </w:t>
      </w:r>
      <w:r>
        <w:t>wool gatherer ka matlab yeh hai apni soch mein ghark rehna, kisi cheez se distract na hona.</w:t>
      </w:r>
    </w:p>
    <w:p>
      <w:pPr>
        <w:jc w:val="right"/>
      </w:pPr>
      <w:r>
        <w:t>وول گیدرر کا مطلب یہ ہے اپنی سوچ میں غرق رہنا، کسی چیز سے ڈسٹریکٹ نہ ہونا۔</w:t>
      </w:r>
    </w:p>
    <w:p>
      <w:r>
        <w:rPr>
          <w:b/>
        </w:rPr>
        <w:t xml:space="preserve">[03:21] </w:t>
      </w:r>
      <w:r>
        <w:t>misalan us ki behan jo thi us ko khana la ke deti thi, table par khana rakh deti</w:t>
      </w:r>
    </w:p>
    <w:p>
      <w:pPr>
        <w:jc w:val="right"/>
      </w:pPr>
      <w:r>
        <w:t>مثلاً اس کی بہن جو تھی اس کو کھانا لا کے دیتی تھی، ٹیبل پر کھانا رکھ دیتی</w:t>
      </w:r>
    </w:p>
    <w:p>
      <w:r>
        <w:rPr>
          <w:b/>
        </w:rPr>
        <w:t xml:space="preserve">[03:28] </w:t>
      </w:r>
      <w:r>
        <w:t>thi aur Newton ko pata nahin hota tha.</w:t>
      </w:r>
    </w:p>
    <w:p>
      <w:pPr>
        <w:jc w:val="right"/>
      </w:pPr>
      <w:r>
        <w:t>تھی اور نیوٹن کو پتہ نہیں ہوتا تھا۔</w:t>
      </w:r>
    </w:p>
    <w:p>
      <w:r>
        <w:rPr>
          <w:b/>
        </w:rPr>
        <w:t xml:space="preserve">[03:35] </w:t>
      </w:r>
      <w:r>
        <w:t>to aksar aisa hota tha ke dopehar ka khana shaam ko khata tha woh.</w:t>
      </w:r>
    </w:p>
    <w:p>
      <w:pPr>
        <w:jc w:val="right"/>
      </w:pPr>
      <w:r>
        <w:t>تو اکثر ایسا ہوتا تھا کہ دوپہر کا کھانا شام کو کھاتا تھا وہ۔</w:t>
      </w:r>
    </w:p>
    <w:p>
      <w:r>
        <w:rPr>
          <w:b/>
        </w:rPr>
        <w:t xml:space="preserve">[03:43] </w:t>
      </w:r>
      <w:r>
        <w:t>to yeh main samajhta hoon ke har aadmi ko, chahe woh kisi bhi field ka aadmi ho, is</w:t>
      </w:r>
    </w:p>
    <w:p>
      <w:pPr>
        <w:jc w:val="right"/>
      </w:pPr>
      <w:r>
        <w:t>تو یہ میں سمجھتا ہوں کہ ہر آدمی کو، چاہے وہ کسی بھی فیلڈ کا آدمی ہو، اس</w:t>
      </w:r>
    </w:p>
    <w:p>
      <w:r>
        <w:rPr>
          <w:b/>
        </w:rPr>
        <w:t xml:space="preserve">[03:50] </w:t>
      </w:r>
      <w:r>
        <w:t>ko janna chahiye ke agar kuch us ko hasil karna hai is duniya mein to apne aap ko</w:t>
      </w:r>
    </w:p>
    <w:p>
      <w:pPr>
        <w:jc w:val="right"/>
      </w:pPr>
      <w:r>
        <w:t>کو جاننا چاہیے کہ اگر کچھ اس کو حاصل کرنا ہے اس دنیا میں تو اپنے آپ کو</w:t>
      </w:r>
    </w:p>
    <w:p>
      <w:r>
        <w:rPr>
          <w:b/>
        </w:rPr>
        <w:t xml:space="preserve">[03:57] </w:t>
      </w:r>
      <w:r>
        <w:t>distraction se bachana hai.</w:t>
      </w:r>
    </w:p>
    <w:p>
      <w:pPr>
        <w:jc w:val="right"/>
      </w:pPr>
      <w:r>
        <w:t>ڈسٹریکشن سے بچانا ہے۔</w:t>
      </w:r>
    </w:p>
    <w:p>
      <w:r>
        <w:rPr>
          <w:b/>
        </w:rPr>
        <w:t xml:space="preserve">[04:04] </w:t>
      </w:r>
      <w:r>
        <w:t>mujh se aksar log poochte hain ke kaise hum marifat hasil karein, kaise hum Allah se ta'alluq ko barhaein.</w:t>
      </w:r>
    </w:p>
    <w:p>
      <w:pPr>
        <w:jc w:val="right"/>
      </w:pPr>
      <w:r>
        <w:t>مجھ سے اکثر لوگ پوچھتے ہیں کہ کیسے ہم معرفت حاصل کریں، کیسے ہم اللہ سے تعلق کو بڑھائیں۔</w:t>
      </w:r>
    </w:p>
    <w:p>
      <w:r>
        <w:rPr>
          <w:b/>
        </w:rPr>
        <w:t xml:space="preserve">[04:11] </w:t>
      </w:r>
      <w:r>
        <w:t>to mere paas ek hi jawab hota hai ke save your self from distraction.</w:t>
      </w:r>
    </w:p>
    <w:p>
      <w:pPr>
        <w:jc w:val="right"/>
      </w:pPr>
      <w:r>
        <w:t>تو میرے پاس ایک ہی جواب ہوتا ہے کہ سیو یور سیلف فرام ڈسٹریکشن۔</w:t>
      </w:r>
    </w:p>
    <w:p>
      <w:r>
        <w:rPr>
          <w:b/>
        </w:rPr>
        <w:t xml:space="preserve">[04:19] </w:t>
      </w:r>
      <w:r>
        <w:t>distraction har ek ke liye, har ek khud janna chahiye, har ek ko mutala kar ke apna keh</w:t>
      </w:r>
    </w:p>
    <w:p>
      <w:pPr>
        <w:jc w:val="right"/>
      </w:pPr>
      <w:r>
        <w:t>ڈسٹریکشن ہر ایک کے لیے، ہر ایک خود جاننا چاہیے، ہر ایک کو مطالعہ کر کے اپنا کہ</w:t>
      </w:r>
    </w:p>
    <w:p>
      <w:r>
        <w:rPr>
          <w:b/>
        </w:rPr>
        <w:t xml:space="preserve">[04:26] </w:t>
      </w:r>
      <w:r>
        <w:t>kya cheez hai jo mere liye distraction ka zariya ban rahi hai.</w:t>
      </w:r>
    </w:p>
    <w:p>
      <w:pPr>
        <w:jc w:val="right"/>
      </w:pPr>
      <w:r>
        <w:t>کیا چیز ہے جو میرے لیے ڈسٹریکشن کا ذریعہ بن رہی ہے۔</w:t>
      </w:r>
    </w:p>
    <w:p>
      <w:r>
        <w:rPr>
          <w:b/>
        </w:rPr>
        <w:t xml:space="preserve">[04:33] </w:t>
      </w:r>
      <w:r>
        <w:t>achha is par sochte hue, sochte hue mujhe yeh samajh mein aaya ke Allah taala ne Adam ko</w:t>
      </w:r>
    </w:p>
    <w:p>
      <w:pPr>
        <w:jc w:val="right"/>
      </w:pPr>
      <w:r>
        <w:t>اچھا اس پر سوچتے ہوئے، سوچتے ہوئے مجھے یہ سمجھ میں آیا کہ اللہ تعالیٰ نے آدم کو</w:t>
      </w:r>
    </w:p>
    <w:p>
      <w:r>
        <w:rPr>
          <w:b/>
        </w:rPr>
        <w:t xml:space="preserve">[04:40] </w:t>
      </w:r>
      <w:r>
        <w:t>sab se pehli cheez sikhai woh yahi tha, bahut ajeeb baat hai, sab se pehli cheez Adam ko</w:t>
      </w:r>
    </w:p>
    <w:p>
      <w:pPr>
        <w:jc w:val="right"/>
      </w:pPr>
      <w:r>
        <w:t>سب سے پہلی چیز سکھائی وہ یہی تھا، بہت عجیب بات ہے، سب سے پہلی چیز آدم کو</w:t>
      </w:r>
    </w:p>
    <w:p>
      <w:r>
        <w:rPr>
          <w:b/>
        </w:rPr>
        <w:t xml:space="preserve">[04:47] </w:t>
      </w:r>
      <w:r>
        <w:t>batane ke maani hain ke sari insani naslon ko batana.</w:t>
      </w:r>
    </w:p>
    <w:p>
      <w:pPr>
        <w:jc w:val="right"/>
      </w:pPr>
      <w:r>
        <w:t>بتانے کے معنی ہیں کہ ساری انسانی نسلوں کو بتانا۔</w:t>
      </w:r>
    </w:p>
    <w:p>
      <w:r>
        <w:rPr>
          <w:b/>
        </w:rPr>
        <w:t xml:space="preserve">[04:55] </w:t>
      </w:r>
      <w:r>
        <w:t>aap jante hain ke jab Allah taala ne paida karne ke baad insan ko jannat ke baghon mein</w:t>
      </w:r>
    </w:p>
    <w:p>
      <w:pPr>
        <w:jc w:val="right"/>
      </w:pPr>
      <w:r>
        <w:t>آپ جانتے ہیں کہ جب اللہ تعالیٰ نے پیدا کرنے کے بعد انسان کو جنت کے باغوں میں</w:t>
      </w:r>
    </w:p>
    <w:p>
      <w:r>
        <w:rPr>
          <w:b/>
        </w:rPr>
        <w:t xml:space="preserve">[05:02] </w:t>
      </w:r>
      <w:r>
        <w:t>basaya to wahan bahut se darakht the, bahut zyada har qism ke phal ke darakht.</w:t>
      </w:r>
    </w:p>
    <w:p>
      <w:pPr>
        <w:jc w:val="right"/>
      </w:pPr>
      <w:r>
        <w:t>بسایا تو وہاں بہت سے درخت تھے، بہت زیادہ ہر قسم کے پھل کے درخت۔</w:t>
      </w:r>
    </w:p>
    <w:p>
      <w:r>
        <w:rPr>
          <w:b/>
        </w:rPr>
        <w:t xml:space="preserve">[05:09] </w:t>
      </w:r>
      <w:r>
        <w:t>lekin ek darakht ko Allah taala ne bata diya ke is darakht ke paas mat jana, la taqurba hadh al-shajarah.</w:t>
      </w:r>
    </w:p>
    <w:p>
      <w:pPr>
        <w:jc w:val="right"/>
      </w:pPr>
      <w:r>
        <w:t>لیکن ایک درخت کو اللہ تعالیٰ نے بتا دیا کہ اس درخت کے پاس مت جانا، لا تقربا هذ الشجرہ۔</w:t>
      </w:r>
    </w:p>
    <w:p>
      <w:r>
        <w:rPr>
          <w:b/>
        </w:rPr>
        <w:t xml:space="preserve">[05:16] </w:t>
      </w:r>
      <w:r>
        <w:t>yani Adam aur Hawa dono ke liye kaha ke tum dono is darakht ke paas mat jana, wala</w:t>
      </w:r>
    </w:p>
    <w:p>
      <w:pPr>
        <w:jc w:val="right"/>
      </w:pPr>
      <w:r>
        <w:t>یعنی آدم اور حوا دونوں کے لیے کہا کہ تم دونوں اس درخت کے پاس مت جانا، ولا</w:t>
      </w:r>
    </w:p>
    <w:p>
      <w:r>
        <w:rPr>
          <w:b/>
        </w:rPr>
        <w:t xml:space="preserve">[05:24] </w:t>
      </w:r>
      <w:r>
        <w:t>taqurba hadh al-shajarah.</w:t>
      </w:r>
    </w:p>
    <w:p>
      <w:pPr>
        <w:jc w:val="right"/>
      </w:pPr>
      <w:r>
        <w:t>تقربا هذ الشجرہ۔</w:t>
      </w:r>
    </w:p>
    <w:p>
      <w:r>
        <w:rPr>
          <w:b/>
        </w:rPr>
        <w:t xml:space="preserve">[05:31] </w:t>
      </w:r>
      <w:r>
        <w:t>to log is ki tehqeeq mein rehte hain ke woh darakht kis cheez ka tha, woh kya hua,</w:t>
      </w:r>
    </w:p>
    <w:p>
      <w:pPr>
        <w:jc w:val="right"/>
      </w:pPr>
      <w:r>
        <w:t>تو لوگ اس کی تحقیق میں رہتے ہیں کہ وہ درخت کس چیز کا تھا، وہ کیا ہوا،</w:t>
      </w:r>
    </w:p>
    <w:p>
      <w:r>
        <w:rPr>
          <w:b/>
        </w:rPr>
        <w:t xml:space="preserve">[05:38] </w:t>
      </w:r>
      <w:r>
        <w:t>kya nahi hua.</w:t>
      </w:r>
    </w:p>
    <w:p>
      <w:pPr>
        <w:jc w:val="right"/>
      </w:pPr>
      <w:r>
        <w:t>کیا نہیں ہوا۔</w:t>
      </w:r>
    </w:p>
    <w:p>
      <w:r>
        <w:rPr>
          <w:b/>
        </w:rPr>
        <w:t xml:space="preserve">[05:45] </w:t>
      </w:r>
      <w:r>
        <w:t>main samajhta hoon wahan kuch nahi, woh ishara kar raha tha ke distraction se bachana hai apne aap</w:t>
      </w:r>
    </w:p>
    <w:p>
      <w:pPr>
        <w:jc w:val="right"/>
      </w:pPr>
      <w:r>
        <w:t>میں سمجھتا ہوں وہاں کچھ نہیں، وہ اشارہ کر رہا تھا کہ ڈسٹریکشن سے بچانا ہے اپنے آپ</w:t>
      </w:r>
    </w:p>
    <w:p>
      <w:r>
        <w:rPr>
          <w:b/>
        </w:rPr>
        <w:t xml:space="preserve">[05:52] </w:t>
      </w:r>
      <w:r>
        <w:t>ko, is ka symbol tha woh, baqi kuch nahi tha.</w:t>
      </w:r>
    </w:p>
    <w:p>
      <w:pPr>
        <w:jc w:val="right"/>
      </w:pPr>
      <w:r>
        <w:t>کو، اس کا سمبل تھا وہ، باقی کچھ نہیں تھا۔</w:t>
      </w:r>
    </w:p>
    <w:p>
      <w:r>
        <w:rPr>
          <w:b/>
        </w:rPr>
        <w:t xml:space="preserve">[06:00] </w:t>
      </w:r>
      <w:r>
        <w:t>woh koi khaas darakht nahi tha, koi khaas baat is ke andar nahi thi, jaise doosra darakht to</w:t>
      </w:r>
    </w:p>
    <w:p>
      <w:pPr>
        <w:jc w:val="right"/>
      </w:pPr>
      <w:r>
        <w:t>وہ کوئی خاص درخت نہیں تھا، کوئی خاص بات اس کے اندر نہیں تھی، جیسے دوسرا درخت تو</w:t>
      </w:r>
    </w:p>
    <w:p>
      <w:r>
        <w:rPr>
          <w:b/>
        </w:rPr>
        <w:t xml:space="preserve">[06:07] </w:t>
      </w:r>
      <w:r>
        <w:t>woh bhi ek darakht, lekin ba taur symbol ke Allah taala ne is ko muqarrar kar diya, as a</w:t>
      </w:r>
    </w:p>
    <w:p>
      <w:pPr>
        <w:jc w:val="right"/>
      </w:pPr>
      <w:r>
        <w:t>وہ بھی ایک درخت، لیکن بطور سمبل کے اللہ تعالیٰ نے اس کو مقرر کر دیا، ایز اے</w:t>
      </w:r>
    </w:p>
    <w:p>
      <w:r>
        <w:rPr>
          <w:b/>
        </w:rPr>
        <w:t xml:space="preserve">[06:14] </w:t>
      </w:r>
      <w:r>
        <w:t>symbol ke is ke paas nahi jana hai.</w:t>
      </w:r>
    </w:p>
    <w:p>
      <w:pPr>
        <w:jc w:val="right"/>
      </w:pPr>
      <w:r>
        <w:t>سمبل کہ اس کے پاس نہیں جانا ہے۔</w:t>
      </w:r>
    </w:p>
    <w:p>
      <w:r>
        <w:rPr>
          <w:b/>
        </w:rPr>
        <w:t xml:space="preserve">[06:21] </w:t>
      </w:r>
      <w:r>
        <w:t>to aap jante hain ke Adam is ke paas gaye, Hawa is ke paas gayi, aur dono ne</w:t>
      </w:r>
    </w:p>
    <w:p>
      <w:pPr>
        <w:jc w:val="right"/>
      </w:pPr>
      <w:r>
        <w:t>تو آپ جانتے ہیں کہ آدم اس کے پاس گئے، حوا اس کے پاس گئی، اور دونوں نے</w:t>
      </w:r>
    </w:p>
    <w:p>
      <w:r>
        <w:rPr>
          <w:b/>
        </w:rPr>
        <w:t xml:space="preserve">[06:28] </w:t>
      </w:r>
      <w:r>
        <w:t>us ahd ko bhula diya ke hamein is ke paas nahi jana hai.</w:t>
      </w:r>
    </w:p>
    <w:p>
      <w:pPr>
        <w:jc w:val="right"/>
      </w:pPr>
      <w:r>
        <w:t>اس عہد کو بھلا دیا کہ ہمیں اس کے پاس نہیں جانا ہے۔</w:t>
      </w:r>
    </w:p>
    <w:p>
      <w:r>
        <w:rPr>
          <w:b/>
        </w:rPr>
        <w:t xml:space="preserve">[06:36] </w:t>
      </w:r>
      <w:r>
        <w:t>is ke paas gaye aur kuch is ka chakhha is ka, to kya hua? foran hi un se</w:t>
      </w:r>
    </w:p>
    <w:p>
      <w:pPr>
        <w:jc w:val="right"/>
      </w:pPr>
      <w:r>
        <w:t>اس کے پاس گئے اور کچھ اس کا چکھا اس کا، تو کیا ہوا؟ فوراً ہی ان سے</w:t>
      </w:r>
    </w:p>
    <w:p>
      <w:r>
        <w:rPr>
          <w:b/>
        </w:rPr>
        <w:t xml:space="preserve">[06:43] </w:t>
      </w:r>
      <w:r>
        <w:t>jannat chhin gayi.</w:t>
      </w:r>
    </w:p>
    <w:p>
      <w:pPr>
        <w:jc w:val="right"/>
      </w:pPr>
      <w:r>
        <w:t>جنت چھن گئی۔</w:t>
      </w:r>
    </w:p>
    <w:p>
      <w:r>
        <w:rPr>
          <w:b/>
        </w:rPr>
        <w:t xml:space="preserve">[06:50] </w:t>
      </w:r>
      <w:r>
        <w:t>yani itna bada waqea tha woh ke foran hi un se jannat chhin gayi, wahan se bahar bhej</w:t>
      </w:r>
    </w:p>
    <w:p>
      <w:pPr>
        <w:jc w:val="right"/>
      </w:pPr>
      <w:r>
        <w:t>یعنی اتنا بڑا واقعہ تھا وہ کہ فوراً ہی ان سے جنت چھن گئی، وہاں سے باہر بھیج</w:t>
      </w:r>
    </w:p>
    <w:p>
      <w:r>
        <w:rPr>
          <w:b/>
        </w:rPr>
        <w:t xml:space="preserve">[06:57] </w:t>
      </w:r>
      <w:r>
        <w:t>di gayi woh.</w:t>
      </w:r>
    </w:p>
    <w:p>
      <w:pPr>
        <w:jc w:val="right"/>
      </w:pPr>
      <w:r>
        <w:t>دی گئی وہ۔</w:t>
      </w:r>
    </w:p>
    <w:p>
      <w:r>
        <w:rPr>
          <w:b/>
        </w:rPr>
        <w:t xml:space="preserve">[07:04] </w:t>
      </w:r>
      <w:r>
        <w:t>to aadmi jab kisi cheez ko apna goal banaye, goal, to usi ke sath woh yeh bhi tay</w:t>
      </w:r>
    </w:p>
    <w:p>
      <w:pPr>
        <w:jc w:val="right"/>
      </w:pPr>
      <w:r>
        <w:t>تو آدمی جب کسی چیز کو اپنا گول بنائے، گول، تو اسی کے ساتھ وہ یہ بھی طے</w:t>
      </w:r>
    </w:p>
    <w:p>
      <w:r>
        <w:rPr>
          <w:b/>
        </w:rPr>
        <w:t xml:space="preserve">[07:12] </w:t>
      </w:r>
      <w:r>
        <w:t>kare ke mujhe apne aap ko distraction se bachana hai.</w:t>
      </w:r>
    </w:p>
    <w:p>
      <w:pPr>
        <w:jc w:val="right"/>
      </w:pPr>
      <w:r>
        <w:t>کرے کہ مجھے اپنے آپ کو ڈسٹریکشن سے بچانا ہے۔</w:t>
      </w:r>
    </w:p>
    <w:p>
      <w:r>
        <w:rPr>
          <w:b/>
        </w:rPr>
        <w:t xml:space="preserve">[07:19] </w:t>
      </w:r>
      <w:r>
        <w:t>kyunke dekhen, koi bhi kamyabi, chahe marifat ho Allah ki ya Quran ko samajhna ho, har cheez ke</w:t>
      </w:r>
    </w:p>
    <w:p>
      <w:pPr>
        <w:jc w:val="right"/>
      </w:pPr>
      <w:r>
        <w:t>کیونکہ دیکھیں، کوئی بھی کامیابی، چاہے معرفت ہو اللہ کی یا قرآن کو سمجھنا ہو، ہر چیز کے</w:t>
      </w:r>
    </w:p>
    <w:p>
      <w:r>
        <w:rPr>
          <w:b/>
        </w:rPr>
        <w:t xml:space="preserve">[07:26] </w:t>
      </w:r>
      <w:r>
        <w:t>liye, har cheez ke liye aap ko zaroori hai ke aap musalsal, musalsal, musalsal focus karen is ko.</w:t>
      </w:r>
    </w:p>
    <w:p>
      <w:pPr>
        <w:jc w:val="right"/>
      </w:pPr>
      <w:r>
        <w:t>لیے، ہر چیز کے لیے آپ کو ضروری ہے کہ آپ مسلسل، مسلسل، مسلسل فوکس کریں اس کو۔</w:t>
      </w:r>
    </w:p>
    <w:p>
      <w:r>
        <w:rPr>
          <w:b/>
        </w:rPr>
        <w:t xml:space="preserve">[07:33] </w:t>
      </w:r>
      <w:r>
        <w:t>agar aap thori der ke liye bhi ghafil hue, thori der ke liye aap focus hata to aap</w:t>
      </w:r>
    </w:p>
    <w:p>
      <w:pPr>
        <w:jc w:val="right"/>
      </w:pPr>
      <w:r>
        <w:t>اگر آپ تھوڑی دیر کے لیے بھی غافل ہوئے، تھوڑی دیر کے لیے آپ فوکس ہٹا تو آپ</w:t>
      </w:r>
    </w:p>
    <w:p>
      <w:r>
        <w:rPr>
          <w:b/>
        </w:rPr>
        <w:t xml:space="preserve">[07:40] </w:t>
      </w:r>
      <w:r>
        <w:t>ki taraqqi ruk jayegi, aap ki taraqqi ruk jayegi.</w:t>
      </w:r>
    </w:p>
    <w:p>
      <w:pPr>
        <w:jc w:val="right"/>
      </w:pPr>
      <w:r>
        <w:t>کی ترقی رک جائے گی، آپ کی ترقی رک جائے گی۔</w:t>
      </w:r>
    </w:p>
    <w:p>
      <w:r>
        <w:rPr>
          <w:b/>
        </w:rPr>
        <w:t xml:space="preserve">[07:48] </w:t>
      </w:r>
      <w:r>
        <w:t>yeh bohat hi zyada aham baat hai zindagi mein kisi bhi qism ki taraqqi ke liye, chahe woh</w:t>
      </w:r>
    </w:p>
    <w:p>
      <w:pPr>
        <w:jc w:val="right"/>
      </w:pPr>
      <w:r>
        <w:t>یہ بہت ہی زیادہ اہم بات ہے زندگی میں کسی بھی قسم کی ترقی کے لیے، چاہے وہ</w:t>
      </w:r>
    </w:p>
    <w:p>
      <w:r>
        <w:rPr>
          <w:b/>
        </w:rPr>
        <w:t xml:space="preserve">[07:55] </w:t>
      </w:r>
      <w:r>
        <w:t>deeni taraqqi ho ya dunyavi taraqqi ho.</w:t>
      </w:r>
    </w:p>
    <w:p>
      <w:pPr>
        <w:jc w:val="right"/>
      </w:pPr>
      <w:r>
        <w:t>دینی ترقی ہو یا دنیاوی ترقی ہو۔</w:t>
      </w:r>
    </w:p>
    <w:p>
      <w:r>
        <w:rPr>
          <w:b/>
        </w:rPr>
        <w:t xml:space="preserve">[08:02] </w:t>
      </w:r>
      <w:r>
        <w:t>matlab ek hota hai thora bohat zindagi mein kaam kar lena, ek hai super achievement.</w:t>
      </w:r>
    </w:p>
    <w:p>
      <w:pPr>
        <w:jc w:val="right"/>
      </w:pPr>
      <w:r>
        <w:t>مطلب ایک ہوتا ہے تھوڑا بہت زندگی میں کام کر لینا، ایک ہے سپر اچیومنٹ۔</w:t>
      </w:r>
    </w:p>
    <w:p>
      <w:r>
        <w:rPr>
          <w:b/>
        </w:rPr>
        <w:t xml:space="preserve">[08:09] </w:t>
      </w:r>
      <w:r>
        <w:t>to koi aadmi jo super achievement banna chahta ho, us ko janna chahiye ke apna ek focus muqarrar</w:t>
      </w:r>
    </w:p>
    <w:p>
      <w:pPr>
        <w:jc w:val="right"/>
      </w:pPr>
      <w:r>
        <w:t>تو کوئی آدمی جو سپر اچیومنٹ بننا چاہتا ہو، اس کو جاننا چاہیے کہ اپنا ایک فوکس مقرر</w:t>
      </w:r>
    </w:p>
    <w:p>
      <w:r>
        <w:rPr>
          <w:b/>
        </w:rPr>
        <w:t xml:space="preserve">[08:17] </w:t>
      </w:r>
      <w:r>
        <w:t>karna hai aur us ke baad distraction se aakhri had tak bachana hai, aakhri had tak, aakhri had</w:t>
      </w:r>
    </w:p>
    <w:p>
      <w:pPr>
        <w:jc w:val="right"/>
      </w:pPr>
      <w:r>
        <w:t>کرنا ہے اور اس کے بعد ڈسٹریکشن سے آخری حد تک بچانا ہے، آخری حد تک، آخری حد</w:t>
      </w:r>
    </w:p>
    <w:p>
      <w:r>
        <w:rPr>
          <w:b/>
        </w:rPr>
        <w:t xml:space="preserve">[08:24] </w:t>
      </w:r>
      <w:r>
        <w:t>tak bachana hai.</w:t>
      </w:r>
    </w:p>
    <w:p>
      <w:pPr>
        <w:jc w:val="right"/>
      </w:pPr>
      <w:r>
        <w:t>تک بچانا ہے۔</w:t>
      </w:r>
    </w:p>
    <w:p>
      <w:r>
        <w:rPr>
          <w:b/>
        </w:rPr>
        <w:t xml:space="preserve">[08:31] </w:t>
      </w:r>
      <w:r>
        <w:t>adam padhai mein jab mein rehta tha to mujhe ek insaan, ek ek student tha wahan, yaad hai</w:t>
      </w:r>
    </w:p>
    <w:p>
      <w:pPr>
        <w:jc w:val="right"/>
      </w:pPr>
      <w:r>
        <w:t>آدم پڑھائی میں جب میں رہتا تھا تو مجھے ایک انسان، ایک ایک اسٹوڈنٹ تھا وہاں، یاد ہے</w:t>
      </w:r>
    </w:p>
    <w:p>
      <w:r>
        <w:rPr>
          <w:b/>
        </w:rPr>
        <w:t xml:space="preserve">[08:38] </w:t>
      </w:r>
      <w:r>
        <w:t>mujhe, woh ek kamre mein rehta tha, us kamre ke bahar khula maidan tha, to ladke wahan par</w:t>
      </w:r>
    </w:p>
    <w:p>
      <w:pPr>
        <w:jc w:val="right"/>
      </w:pPr>
      <w:r>
        <w:t>مجھے، وہ ایک کمرے میں رہتا تھا، اس کمرے کے باہر کھلا میدان تھا، تو لڑکے وہاں پر</w:t>
      </w:r>
    </w:p>
    <w:p>
      <w:r>
        <w:rPr>
          <w:b/>
        </w:rPr>
        <w:t xml:space="preserve">[08:45] </w:t>
      </w:r>
      <w:r>
        <w:t>volleyball khelte the rozana.</w:t>
      </w:r>
    </w:p>
    <w:p>
      <w:pPr>
        <w:jc w:val="right"/>
      </w:pPr>
      <w:r>
        <w:t>والی بال کھیلتے تھے روزانہ۔</w:t>
      </w:r>
    </w:p>
    <w:p>
      <w:r>
        <w:rPr>
          <w:b/>
        </w:rPr>
        <w:t xml:space="preserve">[08:53] </w:t>
      </w:r>
      <w:r>
        <w:t>us aadmi ko maine dekha kai baar, kabhi bahar aa kar dekhta nahi tha ke kaun jeeta,</w:t>
      </w:r>
    </w:p>
    <w:p>
      <w:pPr>
        <w:jc w:val="right"/>
      </w:pPr>
      <w:r>
        <w:t>اس آدمی کو میں نے دیکھا کئی بار، کبھی باہر آ کر دیکھتا نہیں تھا کہ کون جیتا،</w:t>
      </w:r>
    </w:p>
    <w:p>
      <w:r>
        <w:rPr>
          <w:b/>
        </w:rPr>
        <w:t xml:space="preserve">[09:00] </w:t>
      </w:r>
      <w:r>
        <w:t>kaun hara, poochta bhi nahi tha woh.</w:t>
      </w:r>
    </w:p>
    <w:p>
      <w:pPr>
        <w:jc w:val="right"/>
      </w:pPr>
      <w:r>
        <w:t>کون ہارا، پوچھتا بھی نہیں تھا وہ۔</w:t>
      </w:r>
    </w:p>
    <w:p>
      <w:r>
        <w:rPr>
          <w:b/>
        </w:rPr>
        <w:t xml:space="preserve">[09:07] </w:t>
      </w:r>
      <w:r>
        <w:t>us ko kuch matlab nahi tha ke volleyball jo khel rahe hain ladke, us ki kya khabrein</w:t>
      </w:r>
    </w:p>
    <w:p>
      <w:pPr>
        <w:jc w:val="right"/>
      </w:pPr>
      <w:r>
        <w:t>اس کو کچھ مطلب نہیں تھا کہ والی بال جو کھیل رہے ہیں لڑکے، اس کی کیا خبریں</w:t>
      </w:r>
    </w:p>
    <w:p>
      <w:r>
        <w:rPr>
          <w:b/>
        </w:rPr>
        <w:t xml:space="preserve">[09:14] </w:t>
      </w:r>
      <w:r>
        <w:t>hain, kuch nahi.</w:t>
      </w:r>
    </w:p>
    <w:p>
      <w:pPr>
        <w:jc w:val="right"/>
      </w:pPr>
      <w:r>
        <w:t>ہیں، کچھ نہیں۔</w:t>
      </w:r>
    </w:p>
    <w:p>
      <w:r>
        <w:rPr>
          <w:b/>
        </w:rPr>
        <w:t xml:space="preserve">[09:21] </w:t>
      </w:r>
      <w:r>
        <w:t>us ko bilkul masghool rehta tha apni study mein.</w:t>
      </w:r>
    </w:p>
    <w:p>
      <w:pPr>
        <w:jc w:val="right"/>
      </w:pPr>
      <w:r>
        <w:t>اس کو بالکل مشغول رہتا تھا اپنی اسٹڈی میں۔</w:t>
      </w:r>
    </w:p>
    <w:p>
      <w:r>
        <w:rPr>
          <w:b/>
        </w:rPr>
        <w:t xml:space="preserve">[09:29] </w:t>
      </w:r>
      <w:r>
        <w:t>to jahan tak mein jaanta hoon, woh bohat acha number laya aur aur acha us ko job mil gaya.</w:t>
      </w:r>
    </w:p>
    <w:p>
      <w:pPr>
        <w:jc w:val="right"/>
      </w:pPr>
      <w:r>
        <w:t>تو جہاں تک میں جانتا ہوں، وہ بہت اچھا نمبر لایا اور اور اچھا اس کو جاب مل گیا۔</w:t>
      </w:r>
    </w:p>
    <w:p>
      <w:r>
        <w:rPr>
          <w:b/>
        </w:rPr>
        <w:t xml:space="preserve">[09:36] </w:t>
      </w:r>
      <w:r>
        <w:t>to aap koi bhi kaam karen, aap ko Allah ki marifat hasil karna hai, aap ko Allah se</w:t>
      </w:r>
    </w:p>
    <w:p>
      <w:pPr>
        <w:jc w:val="right"/>
      </w:pPr>
      <w:r>
        <w:t>تو آپ کوئی بھی کام کریں، آپ کو اللہ کی معرفت حاصل کرنا ہے، آپ کو اللہ سے</w:t>
      </w:r>
    </w:p>
    <w:p>
      <w:r>
        <w:rPr>
          <w:b/>
        </w:rPr>
        <w:t xml:space="preserve">[09:43] </w:t>
      </w:r>
      <w:r>
        <w:t>ta'alluq barhana hai, aap ko apne andar jannat ka shauq paida karna hai, kuch bhi, to aap ko</w:t>
      </w:r>
    </w:p>
    <w:p>
      <w:pPr>
        <w:jc w:val="right"/>
      </w:pPr>
      <w:r>
        <w:t>تعلق بڑھانا ہے، آپ کو اپنے اندر جنت کا شوق پیدا کرنا ہے، کچھ بھی، تو آپ کو</w:t>
      </w:r>
    </w:p>
    <w:p>
      <w:r>
        <w:rPr>
          <w:b/>
        </w:rPr>
        <w:t xml:space="preserve">[09:50] </w:t>
      </w:r>
      <w:r>
        <w:t>bohat zyada focus karna hai apne goal par aur mukammal taur par us ka dhyan karna hai ke</w:t>
      </w:r>
    </w:p>
    <w:p>
      <w:pPr>
        <w:jc w:val="right"/>
      </w:pPr>
      <w:r>
        <w:t>بہت زیادہ فوکس کرنا ہے اپنے گول پر اور مکمل طور پر اس کا دھیان کرنا ہے کہ</w:t>
      </w:r>
    </w:p>
    <w:p>
      <w:r>
        <w:rPr>
          <w:b/>
        </w:rPr>
        <w:t xml:space="preserve">[09:57] </w:t>
      </w:r>
      <w:r>
        <w:t>aap ko distraction se bachna hai.</w:t>
      </w:r>
    </w:p>
    <w:p>
      <w:pPr>
        <w:jc w:val="right"/>
      </w:pPr>
      <w:r>
        <w:t>آپ کو ڈسٹریکشن سے بچنا ہے۔</w:t>
      </w:r>
    </w:p>
    <w:p>
      <w:r>
        <w:rPr>
          <w:b/>
        </w:rPr>
        <w:t xml:space="preserve">[10:05] </w:t>
      </w:r>
      <w:r>
        <w:t>ek farsi shayar ka she'r hai ke "raftam ke kharej az pak ism-e-muhmil nah shod az nazar".</w:t>
      </w:r>
    </w:p>
    <w:p>
      <w:pPr>
        <w:jc w:val="right"/>
      </w:pPr>
      <w:r>
        <w:t>ایک فارسی شاعر کا شعر ہے کہ "رفتم کے خارج از پاک اسم محمل نہا شد از نظر"۔</w:t>
      </w:r>
    </w:p>
    <w:p>
      <w:r>
        <w:rPr>
          <w:b/>
        </w:rPr>
        <w:t xml:space="preserve">[10:12] </w:t>
      </w:r>
      <w:r>
        <w:t>ek lamha ghafil gasht ramoo sat saala raahum door shud.</w:t>
      </w:r>
    </w:p>
    <w:p>
      <w:pPr>
        <w:jc w:val="right"/>
      </w:pPr>
      <w:r>
        <w:t>یک لحظہ غافل گشت رموں ست سالہ راہم دور شد۔</w:t>
      </w:r>
    </w:p>
    <w:p>
      <w:r>
        <w:rPr>
          <w:b/>
        </w:rPr>
        <w:t xml:space="preserve">[10:19] </w:t>
      </w:r>
      <w:r>
        <w:t>ek aadmi hai jo qafle mein chal raha hai, pehle zamanay mein qafle chalte thay, to kisi ka</w:t>
      </w:r>
    </w:p>
    <w:p>
      <w:pPr>
        <w:jc w:val="right"/>
      </w:pPr>
      <w:r>
        <w:t>ایک آدمی ہے جو قافلے میں چل رہا ہے، پہلے زمانے میں قافلے چلتے تھے، تو کسی کا</w:t>
      </w:r>
    </w:p>
    <w:p>
      <w:r>
        <w:rPr>
          <w:b/>
        </w:rPr>
        <w:t xml:space="preserve">[10:26] </w:t>
      </w:r>
      <w:r>
        <w:t>paon mein kaanta lag gaya.</w:t>
      </w:r>
    </w:p>
    <w:p>
      <w:pPr>
        <w:jc w:val="right"/>
      </w:pPr>
      <w:r>
        <w:t>پاؤں میں کانٹا لگ گیا۔</w:t>
      </w:r>
    </w:p>
    <w:p>
      <w:r>
        <w:rPr>
          <w:b/>
        </w:rPr>
        <w:t xml:space="preserve">[10:34] </w:t>
      </w:r>
      <w:r>
        <w:t>to kaanta nikalne ke liye woh baith gaya.</w:t>
      </w:r>
    </w:p>
    <w:p>
      <w:pPr>
        <w:jc w:val="right"/>
      </w:pPr>
      <w:r>
        <w:t>تو کانٹا نکالنے کے لیے وہ بیٹھ گیا۔</w:t>
      </w:r>
    </w:p>
    <w:p>
      <w:r>
        <w:rPr>
          <w:b/>
        </w:rPr>
        <w:t xml:space="preserve">[10:41] </w:t>
      </w:r>
      <w:r>
        <w:t>qafla chalta raha, chalta raha, to qafle ke raastay kinare woh baith gaya kaanta nikalne ke liye.</w:t>
      </w:r>
    </w:p>
    <w:p>
      <w:pPr>
        <w:jc w:val="right"/>
      </w:pPr>
      <w:r>
        <w:t>قافلہ چلتا رہا، چلتا رہا، تو قافلے کے راستے کنارے وہ بیٹھ گیا کانٹا نکالنے کے لیے۔</w:t>
      </w:r>
    </w:p>
    <w:p>
      <w:r>
        <w:rPr>
          <w:b/>
        </w:rPr>
        <w:t xml:space="preserve">[10:48] </w:t>
      </w:r>
      <w:r>
        <w:t>jab nikalne se farigh hua woh to dekha ke qafla bohat door ja chuka tha, dikhai nahi deta tha.</w:t>
      </w:r>
    </w:p>
    <w:p>
      <w:pPr>
        <w:jc w:val="right"/>
      </w:pPr>
      <w:r>
        <w:t>جب نکالنے سے فارغ ہوا وہ تو دیکھا کہ قافلہ بہت دور جا چکا تھا، دکھائی نہیں دیتا تھا۔</w:t>
      </w:r>
    </w:p>
    <w:p>
      <w:r>
        <w:rPr>
          <w:b/>
        </w:rPr>
        <w:t xml:space="preserve">[10:55] </w:t>
      </w:r>
      <w:r>
        <w:t>to woh kehta hai ke "main thori dair ke liye baitha ke apne paon se kaanta nikaloon, to</w:t>
      </w:r>
    </w:p>
    <w:p>
      <w:pPr>
        <w:jc w:val="right"/>
      </w:pPr>
      <w:r>
        <w:t>تو وہ کہتا ہے کہ "میں تھوڑی دیر کے لیے بیٹھا کہ اپنے پاؤں سے کانٹا نکالوں، تو</w:t>
      </w:r>
    </w:p>
    <w:p>
      <w:r>
        <w:rPr>
          <w:b/>
        </w:rPr>
        <w:t xml:space="preserve">[11:02] </w:t>
      </w:r>
      <w:r>
        <w:t>thori dair hi ke liye main ghafil hua tha, lekin meri sat saal ki ka safar jo hai</w:t>
      </w:r>
    </w:p>
    <w:p>
      <w:pPr>
        <w:jc w:val="right"/>
      </w:pPr>
      <w:r>
        <w:t>تھوڑی دیر ہی کے لیے میں غافل ہوا تھا، لیکن میری ست سال کی کا سفر جو ہے</w:t>
      </w:r>
    </w:p>
    <w:p>
      <w:r>
        <w:rPr>
          <w:b/>
        </w:rPr>
        <w:t xml:space="preserve">[11:10] </w:t>
      </w:r>
      <w:r>
        <w:t>ghayab ho gaya." to distraction aisi buri cheez hai.</w:t>
      </w:r>
    </w:p>
    <w:p>
      <w:pPr>
        <w:jc w:val="right"/>
      </w:pPr>
      <w:r>
        <w:t>غائب ہو گیا۔" تو ڈسٹریکشن ایسی بری چیز ہے۔</w:t>
      </w:r>
    </w:p>
    <w:p>
      <w:r>
        <w:rPr>
          <w:b/>
        </w:rPr>
        <w:t xml:space="preserve">[11:17] </w:t>
      </w:r>
      <w:r>
        <w:t>ek martaba main ek majlis mein tha, is mein kai scholars thay, sab achhe university ke log.</w:t>
      </w:r>
    </w:p>
    <w:p>
      <w:pPr>
        <w:jc w:val="right"/>
      </w:pPr>
      <w:r>
        <w:t>ایک مرتبہ میں ایک مجلس میں تھا، اس میں کئی اسکالرز تھے، سب اچھے یونیورسٹی کے لوگ۔</w:t>
      </w:r>
    </w:p>
    <w:p>
      <w:r>
        <w:rPr>
          <w:b/>
        </w:rPr>
        <w:t xml:space="preserve">[11:24] </w:t>
      </w:r>
      <w:r>
        <w:t>to ek scholar jo tha, is mein bohat hi maroof tha woh, aur bohat uska darja tha</w:t>
      </w:r>
    </w:p>
    <w:p>
      <w:pPr>
        <w:jc w:val="right"/>
      </w:pPr>
      <w:r>
        <w:t>تو ایک اسکالر جو تھا، اس میں بہت ہی معروف تھا وہ، اور بہت اس کا درجہ تھا</w:t>
      </w:r>
    </w:p>
    <w:p>
      <w:r>
        <w:rPr>
          <w:b/>
        </w:rPr>
        <w:t xml:space="preserve">[11:31] </w:t>
      </w:r>
      <w:r>
        <w:t>apne apne subject par.</w:t>
      </w:r>
    </w:p>
    <w:p>
      <w:pPr>
        <w:jc w:val="right"/>
      </w:pPr>
      <w:r>
        <w:t>اپنے اپنے سبجیکٹ پر۔</w:t>
      </w:r>
    </w:p>
    <w:p>
      <w:r>
        <w:rPr>
          <w:b/>
        </w:rPr>
        <w:t xml:space="preserve">[11:38] </w:t>
      </w:r>
      <w:r>
        <w:t>to log baatein kar rahe thay, darmian mein kisi mauqe par usne kaha ke "main TV</w:t>
      </w:r>
    </w:p>
    <w:p>
      <w:pPr>
        <w:jc w:val="right"/>
      </w:pPr>
      <w:r>
        <w:t>تو لوگ باتیں کر رہے تھے، درمیان میں کسی موقع پر اس نے کہا کہ "میں ٹی وی</w:t>
      </w:r>
    </w:p>
    <w:p>
      <w:r>
        <w:rPr>
          <w:b/>
        </w:rPr>
        <w:t xml:space="preserve">[11:46] </w:t>
      </w:r>
      <w:r>
        <w:t>nahi dekhta." to logon par bara taajjub hua ke is zamanay mein sab log TV dekhte hain.</w:t>
      </w:r>
    </w:p>
    <w:p>
      <w:pPr>
        <w:jc w:val="right"/>
      </w:pPr>
      <w:r>
        <w:t>نہیں دیکھتا۔" تو لوگوں پر بڑا تعجب ہوا کہ اس زمانے میں سب لوگ ٹی وی دیکھتے ہیں۔</w:t>
      </w:r>
    </w:p>
    <w:p>
      <w:r>
        <w:rPr>
          <w:b/>
        </w:rPr>
        <w:t xml:space="preserve">[11:53] </w:t>
      </w:r>
      <w:r>
        <w:t>woh poocha ke "tum TV kyun nahi dekhte?" unhon ne kaha ke "TV mere liye source</w:t>
      </w:r>
    </w:p>
    <w:p>
      <w:pPr>
        <w:jc w:val="right"/>
      </w:pPr>
      <w:r>
        <w:t>وہ پوچھا کہ "تم ٹی وی کیوں نہیں دیکھتے؟" انہوں نے کہا کہ "ٹی وی میرے لیے سورس</w:t>
      </w:r>
    </w:p>
    <w:p>
      <w:r>
        <w:rPr>
          <w:b/>
        </w:rPr>
        <w:t xml:space="preserve">[12:00] </w:t>
      </w:r>
      <w:r>
        <w:t>of distraction hai, TV mere liye source of distraction hai." tab yeh maloom hua ke woh jo</w:t>
      </w:r>
    </w:p>
    <w:p>
      <w:pPr>
        <w:jc w:val="right"/>
      </w:pPr>
      <w:r>
        <w:t>آف ڈسٹریکشن ہے، ٹی وی میرے لیے سورس آف ڈسٹریکشن ہے۔" تب یہ معلوم ہوا کہ وہ جو</w:t>
      </w:r>
    </w:p>
    <w:p>
      <w:r>
        <w:rPr>
          <w:b/>
        </w:rPr>
        <w:t xml:space="preserve">[12:07] </w:t>
      </w:r>
      <w:r>
        <w:t>apne subject par authority ban gaya tha, kyun aisa hua? woh jo subject tha, us par woh authority</w:t>
      </w:r>
    </w:p>
    <w:p>
      <w:pPr>
        <w:jc w:val="right"/>
      </w:pPr>
      <w:r>
        <w:t>اپنے سبجیکٹ پر اتھارٹی بن گیا تھا، کیوں ایسا ہوا؟ وہ جو سبجیکٹ تھا، اس پر وہ اتھارٹی</w:t>
      </w:r>
    </w:p>
    <w:p>
      <w:r>
        <w:rPr>
          <w:b/>
        </w:rPr>
        <w:t xml:space="preserve">[12:14] </w:t>
      </w:r>
      <w:r>
        <w:t>mana jata tha.</w:t>
      </w:r>
    </w:p>
    <w:p>
      <w:pPr>
        <w:jc w:val="right"/>
      </w:pPr>
      <w:r>
        <w:t>مانا جاتا تھا۔</w:t>
      </w:r>
    </w:p>
    <w:p>
      <w:r>
        <w:rPr>
          <w:b/>
        </w:rPr>
        <w:t xml:space="preserve">[12:22] </w:t>
      </w:r>
      <w:r>
        <w:t>to itna zyada woh mashgool rehta tha mutale mein, study mein ke TV nahi dekhta tha jo</w:t>
      </w:r>
    </w:p>
    <w:p>
      <w:pPr>
        <w:jc w:val="right"/>
      </w:pPr>
      <w:r>
        <w:t>تو اتنا زیادہ وہ مشغول رہتا تھا مطالعے میں، اسٹڈی میں کہ ٹی وی نہیں دیکھتا تھا جو</w:t>
      </w:r>
    </w:p>
    <w:p>
      <w:r>
        <w:rPr>
          <w:b/>
        </w:rPr>
        <w:t xml:space="preserve">[12:29] </w:t>
      </w:r>
      <w:r>
        <w:t>sab log dekhte hain.</w:t>
      </w:r>
    </w:p>
    <w:p>
      <w:pPr>
        <w:jc w:val="right"/>
      </w:pPr>
      <w:r>
        <w:t>سب لوگ دیکھتے ہیں۔</w:t>
      </w:r>
    </w:p>
    <w:p>
      <w:r>
        <w:rPr>
          <w:b/>
        </w:rPr>
        <w:t xml:space="preserve">[12:36] </w:t>
      </w:r>
      <w:r>
        <w:t>to main samajhta hoon ke Allah taala ne pehle din insaan ko yeh sabak de diya ke "dekho,</w:t>
      </w:r>
    </w:p>
    <w:p>
      <w:pPr>
        <w:jc w:val="right"/>
      </w:pPr>
      <w:r>
        <w:t>تو میں سمجھتا ہوں کہ اللہ تعالیٰ نے پہلے دن انسان کو یہ سبق دے دیا کہ "دیکھو،</w:t>
      </w:r>
    </w:p>
    <w:p>
      <w:r>
        <w:rPr>
          <w:b/>
        </w:rPr>
        <w:t xml:space="preserve">[12:43] </w:t>
      </w:r>
      <w:r>
        <w:t>agar tum chahte ho bari taraqqi, jannat kya hai? jannat bari taraqqi ka naam hai." to tum apne</w:t>
      </w:r>
    </w:p>
    <w:p>
      <w:pPr>
        <w:jc w:val="right"/>
      </w:pPr>
      <w:r>
        <w:t>اگر تم چاہتے ہو بڑی ترقی، جنت کیا ہے؟ جنت بڑی ترقی کا نام ہے۔" تو تم اپنے</w:t>
      </w:r>
    </w:p>
    <w:p>
      <w:r>
        <w:rPr>
          <w:b/>
        </w:rPr>
        <w:t xml:space="preserve">[12:50] </w:t>
      </w:r>
      <w:r>
        <w:t>aap ko distraction se bachana, warna bari taraqqi tum ko nahi mile gi.</w:t>
      </w:r>
    </w:p>
    <w:p>
      <w:pPr>
        <w:jc w:val="right"/>
      </w:pPr>
      <w:r>
        <w:t>آپ کو ڈسٹریکشن سے بچانا، ورنہ بڑی ترقی تم کو نہیں ملے گی۔</w:t>
      </w:r>
    </w:p>
    <w:p>
      <w:r>
        <w:rPr>
          <w:b/>
        </w:rPr>
        <w:t xml:space="preserve">[12:58] </w:t>
      </w:r>
      <w:r>
        <w:t>to aaj ke akhbar se mujhe yeh sabak mila.</w:t>
      </w:r>
    </w:p>
    <w:p>
      <w:pPr>
        <w:jc w:val="right"/>
      </w:pPr>
      <w:r>
        <w:t>تو آج کے اخبار سے مجھے یہ سبق ملا۔</w:t>
      </w:r>
    </w:p>
    <w:p>
      <w:r>
        <w:rPr>
          <w:b/>
        </w:rPr>
        <w:t xml:space="preserve">[13:05] </w:t>
      </w:r>
      <w:r>
        <w:t>phir apni zindagi ko le kar main sochta raha, sochta raha, sochta raha.</w:t>
      </w:r>
    </w:p>
    <w:p>
      <w:pPr>
        <w:jc w:val="right"/>
      </w:pPr>
      <w:r>
        <w:t>پھر اپنی زندگی کو لے کر میں سوچتا رہا، سوچتا رہا، سوچتا رہا۔</w:t>
      </w:r>
    </w:p>
    <w:p>
      <w:r>
        <w:rPr>
          <w:b/>
        </w:rPr>
        <w:t xml:space="preserve">[13:12] </w:t>
      </w:r>
      <w:r>
        <w:t>to bohat se waqiat yaad aaye, to mujhe yaqeen ho gaya ke waqatan distraction se bachana yeh super wisdom hai.</w:t>
      </w:r>
    </w:p>
    <w:p>
      <w:pPr>
        <w:jc w:val="right"/>
      </w:pPr>
      <w:r>
        <w:t>تو بہت سے واقعات یاد آئے، تو مجھے یقین ہو گیا کہ واقعتاً ڈسٹریکشن سے بچانا یہ سپر وزڈم ہے۔</w:t>
      </w:r>
    </w:p>
    <w:p>
      <w:r>
        <w:rPr>
          <w:b/>
        </w:rPr>
        <w:t xml:space="preserve">[13:19] </w:t>
      </w:r>
      <w:r>
        <w:t>acha, bachana kyun hai zaroori? hamare paas jo asasa hai, jo asasa hai, is mein number one hai time.</w:t>
      </w:r>
    </w:p>
    <w:p>
      <w:pPr>
        <w:jc w:val="right"/>
      </w:pPr>
      <w:r>
        <w:t>اچھا، بچانا کیوں ہے ضروری؟ ہمارے پاس جو اثاثہ ہے، جو اثاثہ ہے، اس میں نمبر ون ہے ٹائم۔</w:t>
      </w:r>
    </w:p>
    <w:p>
      <w:r>
        <w:rPr>
          <w:b/>
        </w:rPr>
        <w:t xml:space="preserve">[13:27] </w:t>
      </w:r>
      <w:r>
        <w:t>hamare paas jo asasa hai, jo asasa hai, is mein number one hai time.</w:t>
      </w:r>
    </w:p>
    <w:p>
      <w:pPr>
        <w:jc w:val="right"/>
      </w:pPr>
      <w:r>
        <w:t>ہمارے پاس جو اثاثہ ہے، جو اثاثہ ہے، اس میں نمبر ون ہے ٹائم۔</w:t>
      </w:r>
    </w:p>
    <w:p>
      <w:r>
        <w:rPr>
          <w:b/>
        </w:rPr>
        <w:t xml:space="preserve">[13:34] </w:t>
      </w:r>
      <w:r>
        <w:t>to distraction se bachana kyun zaroori hai? ke time ko hum ziyada se ziyada istemal kar saken, time</w:t>
      </w:r>
    </w:p>
    <w:p>
      <w:pPr>
        <w:jc w:val="right"/>
      </w:pPr>
      <w:r>
        <w:t>تو ڈسٹریکشن سے بچانا کیوں ضروری ہے؟ کہ ٹائم کو ہم زیادہ سے زیادہ استعمال کر سکیں، ٹائم</w:t>
      </w:r>
    </w:p>
    <w:p>
      <w:r>
        <w:rPr>
          <w:b/>
        </w:rPr>
        <w:t xml:space="preserve">[13:41] </w:t>
      </w:r>
      <w:r>
        <w:t>ko hum ziyada se ziyada istemal kar saken.</w:t>
      </w:r>
    </w:p>
    <w:p>
      <w:pPr>
        <w:jc w:val="right"/>
      </w:pPr>
      <w:r>
        <w:t>کو ہم زیادہ سے زیادہ استعمال کر سکیں۔</w:t>
      </w:r>
    </w:p>
    <w:p>
      <w:r>
        <w:rPr>
          <w:b/>
        </w:rPr>
        <w:t xml:space="preserve">[13:48] </w:t>
      </w:r>
      <w:r>
        <w:t>distraction hamare time ko kill karta hai.</w:t>
      </w:r>
    </w:p>
    <w:p>
      <w:pPr>
        <w:jc w:val="right"/>
      </w:pPr>
      <w:r>
        <w:t>ڈسٹریکشن ہمارے ٹائم کو کل کرتا ہے۔</w:t>
      </w:r>
    </w:p>
    <w:p>
      <w:r>
        <w:rPr>
          <w:b/>
        </w:rPr>
        <w:t xml:space="preserve">[13:55] </w:t>
      </w:r>
      <w:r>
        <w:t>jab bhi hum distract hote hain to us waqt hamare time ko kisi ne koi hota hai jo</w:t>
      </w:r>
    </w:p>
    <w:p>
      <w:pPr>
        <w:jc w:val="right"/>
      </w:pPr>
      <w:r>
        <w:t>جب بھی ہم ڈسٹریکٹ ہوتے ہیں تو اس وقت ہمارے ٹائم کو کسی نے کوئی ہوتا ہے جو</w:t>
      </w:r>
    </w:p>
    <w:p>
      <w:r>
        <w:rPr>
          <w:b/>
        </w:rPr>
        <w:t xml:space="preserve">[14:03] </w:t>
      </w:r>
      <w:r>
        <w:t>kill kar deta hai.</w:t>
      </w:r>
    </w:p>
    <w:p>
      <w:pPr>
        <w:jc w:val="right"/>
      </w:pPr>
      <w:r>
        <w:t>کل کر دیتا ہے۔</w:t>
      </w:r>
    </w:p>
    <w:p>
      <w:r>
        <w:rPr>
          <w:b/>
        </w:rPr>
        <w:t xml:space="preserve">[14:10] </w:t>
      </w:r>
      <w:r>
        <w:t>to bohat ziyada zaroori hai ke aadmi apne aap ko distraction se bachaye.</w:t>
      </w:r>
    </w:p>
    <w:p>
      <w:pPr>
        <w:jc w:val="right"/>
      </w:pPr>
      <w:r>
        <w:t>تو بہت زیادہ ضروری ہے کہ آدمی اپنے آپ کو ڈسٹریکشن سے بچائے۔</w:t>
      </w:r>
    </w:p>
    <w:p>
      <w:r>
        <w:rPr>
          <w:b/>
        </w:rPr>
        <w:t xml:space="preserve">[14:17] </w:t>
      </w:r>
      <w:r>
        <w:t>doston mein fazool baatein karna, marketing mein fazool time guzarna, tarah tarah ke logon ki aadat hoti hai.</w:t>
      </w:r>
    </w:p>
    <w:p>
      <w:pPr>
        <w:jc w:val="right"/>
      </w:pPr>
      <w:r>
        <w:t>دوستوں میں فضول باتیں کرنا، مارکیٹنگ میں فضول ٹائم گزارنا، طرح طرح کے لوگوں کی عادت ہوتی ہے۔</w:t>
      </w:r>
    </w:p>
    <w:p>
      <w:r>
        <w:rPr>
          <w:b/>
        </w:rPr>
        <w:t xml:space="preserve">[14:24] </w:t>
      </w:r>
      <w:r>
        <w:t>aadaatein kya hain? aadaatein source of distraction hain.</w:t>
      </w:r>
    </w:p>
    <w:p>
      <w:pPr>
        <w:jc w:val="right"/>
      </w:pPr>
      <w:r>
        <w:t>عادتیں کیا ہیں؟ عادتیں سورس آف ڈسٹریکشن ہیں۔</w:t>
      </w:r>
    </w:p>
    <w:p>
      <w:r>
        <w:rPr>
          <w:b/>
        </w:rPr>
        <w:t xml:space="preserve">[14:31] </w:t>
      </w:r>
      <w:r>
        <w:t>ek waqia mujhe yaad aaya, ek sahab thay, un ka naam tha Inayatullah, Hyderabad ke.</w:t>
      </w:r>
    </w:p>
    <w:p>
      <w:pPr>
        <w:jc w:val="right"/>
      </w:pPr>
      <w:r>
        <w:t>ایک واقعہ مجھے یاد آیا، ایک صاحب تھے، ان کا نام تھا عنایت اللہ، حیدرآباد کے۔</w:t>
      </w:r>
    </w:p>
    <w:p>
      <w:r>
        <w:rPr>
          <w:b/>
        </w:rPr>
        <w:t xml:space="preserve">[14:39] </w:t>
      </w:r>
      <w:r>
        <w:t>ab un ki death ho chuki hai, to Hyderabad mein woh un ki ishwani university mein parha, unhon</w:t>
      </w:r>
    </w:p>
    <w:p>
      <w:pPr>
        <w:jc w:val="right"/>
      </w:pPr>
      <w:r>
        <w:t>اب ان کی ڈیتھ ہو چکی ہے، تو حیدرآباد میں وہ ان کی عیسوانی یونیورسٹی میں پڑھا، انہوں</w:t>
      </w:r>
    </w:p>
    <w:p>
      <w:r>
        <w:rPr>
          <w:b/>
        </w:rPr>
        <w:t xml:space="preserve">[14:46] </w:t>
      </w:r>
      <w:r>
        <w:t>ne phir Aligarh mein parha, unhon ne.</w:t>
      </w:r>
    </w:p>
    <w:p>
      <w:pPr>
        <w:jc w:val="right"/>
      </w:pPr>
      <w:r>
        <w:t>نے پھر علی گڑھ میں پڑھا، انہوں نے۔</w:t>
      </w:r>
    </w:p>
    <w:p>
      <w:r>
        <w:rPr>
          <w:b/>
        </w:rPr>
        <w:t xml:space="preserve">[14:53] </w:t>
      </w:r>
      <w:r>
        <w:t>to wahan un ko ek service mil gayi, ghaliban Dar-ut-tarjama mein.</w:t>
      </w:r>
    </w:p>
    <w:p>
      <w:pPr>
        <w:jc w:val="right"/>
      </w:pPr>
      <w:r>
        <w:t>تو وہاں ان کو ایک سروس مل گئی، غالباً دارالترجمہ میں۔</w:t>
      </w:r>
    </w:p>
    <w:p>
      <w:r>
        <w:rPr>
          <w:b/>
        </w:rPr>
        <w:t xml:space="preserve">[15:00] </w:t>
      </w:r>
      <w:r>
        <w:t>to Aligarh mein un ke ustad thay Professor Honard.</w:t>
      </w:r>
    </w:p>
    <w:p>
      <w:pPr>
        <w:jc w:val="right"/>
      </w:pPr>
      <w:r>
        <w:t>تو علی گڑھ میں ان کے استاد تھے پروفیسر آنرڈ۔</w:t>
      </w:r>
    </w:p>
    <w:p>
      <w:r>
        <w:rPr>
          <w:b/>
        </w:rPr>
        <w:t xml:space="preserve">[15:07] </w:t>
      </w:r>
      <w:r>
        <w:t>yeh uneeswein sadi ke aakhir ke zamanay ki baat hai.</w:t>
      </w:r>
    </w:p>
    <w:p>
      <w:pPr>
        <w:jc w:val="right"/>
      </w:pPr>
      <w:r>
        <w:t>یہ انیسویں صدی کے آخر کے زمانے کی بات ہے۔</w:t>
      </w:r>
    </w:p>
    <w:p>
      <w:r>
        <w:rPr>
          <w:b/>
        </w:rPr>
        <w:t xml:space="preserve">[15:15] </w:t>
      </w:r>
      <w:r>
        <w:t>to woh retire ho kar chale gaye thay London.</w:t>
      </w:r>
    </w:p>
    <w:p>
      <w:pPr>
        <w:jc w:val="right"/>
      </w:pPr>
      <w:r>
        <w:t>تو وہ ریٹائر ہو کر چلے گئے تھے لندن۔</w:t>
      </w:r>
    </w:p>
    <w:p>
      <w:r>
        <w:rPr>
          <w:b/>
        </w:rPr>
        <w:t xml:space="preserve">[15:22] </w:t>
      </w:r>
      <w:r>
        <w:t>to Inayatullah sahab jo thay, woh baad ko unhon ne ek safar kiya, to woh London bhi gaye.</w:t>
      </w:r>
    </w:p>
    <w:p>
      <w:pPr>
        <w:jc w:val="right"/>
      </w:pPr>
      <w:r>
        <w:t>تو عنایت اللہ صاحب جو تھے، وہ بعد کو انہوں نے ایک سفر کیا، تو وہ لندن بھی گئے۔</w:t>
      </w:r>
    </w:p>
    <w:p>
      <w:r>
        <w:rPr>
          <w:b/>
        </w:rPr>
        <w:t xml:space="preserve">[15:29] </w:t>
      </w:r>
      <w:r>
        <w:t>to London mein woh apne ustad yaani Professor Honard se milne ke liye gaye.</w:t>
      </w:r>
    </w:p>
    <w:p>
      <w:pPr>
        <w:jc w:val="right"/>
      </w:pPr>
      <w:r>
        <w:t>تو لندن میں وہ اپنے استاد یعنی پروفیسر آنرڈ سے ملنے کے لیے گئے۔</w:t>
      </w:r>
    </w:p>
    <w:p>
      <w:r>
        <w:rPr>
          <w:b/>
        </w:rPr>
        <w:t xml:space="preserve">[15:36] </w:t>
      </w:r>
      <w:r>
        <w:t>to baat cheet ke douran Professor Honard ne, T.W. Honard ne un se poocha ke tumhara daily</w:t>
      </w:r>
    </w:p>
    <w:p>
      <w:pPr>
        <w:jc w:val="right"/>
      </w:pPr>
      <w:r>
        <w:t>تو بات چیت کے دوران پروفیسر آنرڈ نے، ٹی ڈبلیو آنرڈ نے ان سے پوچھا کہ تمہارا ڈیلی</w:t>
      </w:r>
    </w:p>
    <w:p>
      <w:r>
        <w:rPr>
          <w:b/>
        </w:rPr>
        <w:t xml:space="preserve">[15:44] </w:t>
      </w:r>
      <w:r>
        <w:t>ka routine kya hai? to unhon ne bataya ke mein ek job karta hoon, ghaliban Dar-ut-tarjama mein.</w:t>
      </w:r>
    </w:p>
    <w:p>
      <w:pPr>
        <w:jc w:val="right"/>
      </w:pPr>
      <w:r>
        <w:t>کا روٹین کیا ہے؟ تو انہوں نے بتایا کہ میں ایک جاب کرتا ہوں، غالباً دارالترجمہ میں۔</w:t>
      </w:r>
    </w:p>
    <w:p>
      <w:r>
        <w:rPr>
          <w:b/>
        </w:rPr>
        <w:t xml:space="preserve">[15:51] </w:t>
      </w:r>
      <w:r>
        <w:t>subah ko uthta hoon, naha dho kar jata hoon time par wahan, phir wapas aata hoon sham ko.</w:t>
      </w:r>
    </w:p>
    <w:p>
      <w:pPr>
        <w:jc w:val="right"/>
      </w:pPr>
      <w:r>
        <w:t>صبح کو اٹھتا ہوں، نہا دھو کر جاتا ہوں ٹائم پر وہاں، پھر واپس آتا ہوں شام کو۔</w:t>
      </w:r>
    </w:p>
    <w:p>
      <w:r>
        <w:rPr>
          <w:b/>
        </w:rPr>
        <w:t xml:space="preserve">[15:58] </w:t>
      </w:r>
      <w:r>
        <w:t>to unhon ne poocha ke wapas jab aate ho to phir kya karte ho ghar par? to unhon</w:t>
      </w:r>
    </w:p>
    <w:p>
      <w:pPr>
        <w:jc w:val="right"/>
      </w:pPr>
      <w:r>
        <w:t>تو انہوں نے پوچھا کہ واپس جب آتے ہو تو پھر کیا کرتے ہو گھر پر؟ تو انہوں</w:t>
      </w:r>
    </w:p>
    <w:p>
      <w:r>
        <w:rPr>
          <w:b/>
        </w:rPr>
        <w:t xml:space="preserve">[16:05] </w:t>
      </w:r>
      <w:r>
        <w:t>ne keh diya ke bachchon ke sath rehta hoon, bachchon ke sath.</w:t>
      </w:r>
    </w:p>
    <w:p>
      <w:pPr>
        <w:jc w:val="right"/>
      </w:pPr>
      <w:r>
        <w:t>نے کہہ دیا کہ بچوں کے ساتھ رہتا ہوں، بچوں کے ساتھ۔</w:t>
      </w:r>
    </w:p>
    <w:p>
      <w:r>
        <w:rPr>
          <w:b/>
        </w:rPr>
        <w:t xml:space="preserve">[16:12] </w:t>
      </w:r>
      <w:r>
        <w:t>to achaanak woh sanjeeda ho gaye, professor honourd achaanak sanjeeda ho gaye.</w:t>
      </w:r>
    </w:p>
    <w:p>
      <w:pPr>
        <w:jc w:val="right"/>
      </w:pPr>
      <w:r>
        <w:t>تو اچانک وہ سنجیدہ ہو گئے، پروفیسر آنرڈ اچانک سنجیدہ ہو گئے۔</w:t>
      </w:r>
    </w:p>
    <w:p>
      <w:r>
        <w:rPr>
          <w:b/>
        </w:rPr>
        <w:t xml:space="preserve">[16:20] </w:t>
      </w:r>
      <w:r>
        <w:t>kaha ke "Inayatullah, Live the life of a scholar." Inayatullah, Live the life of a scholar.</w:t>
      </w:r>
    </w:p>
    <w:p>
      <w:pPr>
        <w:jc w:val="right"/>
      </w:pPr>
      <w:r>
        <w:t>کہا کہ "عنایت اللہ، Live the life of a scholar۔" عنایت اللہ، Live the life of a scholar۔</w:t>
      </w:r>
    </w:p>
    <w:p>
      <w:r>
        <w:rPr>
          <w:b/>
        </w:rPr>
        <w:t xml:space="preserve">[16:27] </w:t>
      </w:r>
      <w:r>
        <w:t>matlab jo shaam ko tum aate ho, us waqt bhi tum ko koi aisa kaam karna chahiye jo</w:t>
      </w:r>
    </w:p>
    <w:p>
      <w:pPr>
        <w:jc w:val="right"/>
      </w:pPr>
      <w:r>
        <w:t>مطلب جو شام کو تم آتے ہو، اس وقت بھی تم کو کوئی ایسا کام کرنا چاہیے جو</w:t>
      </w:r>
    </w:p>
    <w:p>
      <w:r>
        <w:rPr>
          <w:b/>
        </w:rPr>
        <w:t xml:space="preserve">[16:34] </w:t>
      </w:r>
      <w:r>
        <w:t>jo tum aik scholar aadmi ho, bachchon se hansi mazaq karna, bachchon ke saath waqt guzarna, yeh to</w:t>
      </w:r>
    </w:p>
    <w:p>
      <w:pPr>
        <w:jc w:val="right"/>
      </w:pPr>
      <w:r>
        <w:t>جو تم ایک اسکالر آدمی ہو، بچوں سے ہنسی مذاق کرنا، بچوں کے ساتھ وقت گزارنا، یہ تو</w:t>
      </w:r>
    </w:p>
    <w:p>
      <w:r>
        <w:rPr>
          <w:b/>
        </w:rPr>
        <w:t xml:space="preserve">[16:41] </w:t>
      </w:r>
      <w:r>
        <w:t>koi scholar ka tareeqa nahi hai.</w:t>
      </w:r>
    </w:p>
    <w:p>
      <w:pPr>
        <w:jc w:val="right"/>
      </w:pPr>
      <w:r>
        <w:t>کوئی اسکالر کا طریقہ نہیں ہے۔</w:t>
      </w:r>
    </w:p>
    <w:p>
      <w:r>
        <w:rPr>
          <w:b/>
        </w:rPr>
        <w:t xml:space="preserve">[16:48] </w:t>
      </w:r>
      <w:r>
        <w:t>to yeh Inayatullah, yeh jo professor honourd thay, waqatan bohat ziyada woh mashghool rehte thay study mein.</w:t>
      </w:r>
    </w:p>
    <w:p>
      <w:pPr>
        <w:jc w:val="right"/>
      </w:pPr>
      <w:r>
        <w:t>تو یہ عنایت اللہ، یہ جو پروفیسر آنرڈ تھے، واقعتاً بہت زیادہ وہ مشغول رہتے تھے اسٹڈی میں۔</w:t>
      </w:r>
    </w:p>
    <w:p>
      <w:r>
        <w:rPr>
          <w:b/>
        </w:rPr>
        <w:t xml:space="preserve">[16:56] </w:t>
      </w:r>
      <w:r>
        <w:t>chunaanchay unhon ne aik aisi kitaab likhi Islami dawat ke mauzu par, "The Preaching of Islam." poori tareekh</w:t>
      </w:r>
    </w:p>
    <w:p>
      <w:pPr>
        <w:jc w:val="right"/>
      </w:pPr>
      <w:r>
        <w:t>چنانچہ انہوں نے ایک ایسی کتاب لکھی اسلامی دعوت کے موضوع پر، "The Preaching of Islam۔" پوری تاریخ</w:t>
      </w:r>
    </w:p>
    <w:p>
      <w:r>
        <w:rPr>
          <w:b/>
        </w:rPr>
        <w:t xml:space="preserve">[17:03] </w:t>
      </w:r>
      <w:r>
        <w:t>mein Islam kis tarah phaila, woh aisi kitaab ko bhi us waqt bhi haasil nahi likh saka.</w:t>
      </w:r>
    </w:p>
    <w:p>
      <w:pPr>
        <w:jc w:val="right"/>
      </w:pPr>
      <w:r>
        <w:t>میں اسلام کس طرح پھیلا، وہ ایسی کتاب کو بھی اس وقت بھی حاصل نہیں لکھ سکا۔</w:t>
      </w:r>
    </w:p>
    <w:p>
      <w:r>
        <w:rPr>
          <w:b/>
        </w:rPr>
        <w:t xml:space="preserve">[17:10] </w:t>
      </w:r>
      <w:r>
        <w:t>kisi Muslim aalim ne aisi kitaab nahi likhi, "The Preaching of Islam." kyun? woh kabhi bhi apne aap</w:t>
      </w:r>
    </w:p>
    <w:p>
      <w:pPr>
        <w:jc w:val="right"/>
      </w:pPr>
      <w:r>
        <w:t>کسی مسلم عالم نے ایسی کتاب نہیں لکھی، "The Preaching of Islam۔" کیوں؟ وہ کبھی بھی اپنے آپ</w:t>
      </w:r>
    </w:p>
    <w:p>
      <w:r>
        <w:rPr>
          <w:b/>
        </w:rPr>
        <w:t xml:space="preserve">[17:17] </w:t>
      </w:r>
      <w:r>
        <w:t>ko distraction se poori tarah apne aap ko bachate thay.</w:t>
      </w:r>
    </w:p>
    <w:p>
      <w:pPr>
        <w:jc w:val="right"/>
      </w:pPr>
      <w:r>
        <w:t>کو ڈسٹریکشن سے پوری طرح اپنے آپ کو بچاتے تھے۔</w:t>
      </w:r>
    </w:p>
    <w:p>
      <w:r>
        <w:rPr>
          <w:b/>
        </w:rPr>
        <w:t xml:space="preserve">[17:24] </w:t>
      </w:r>
      <w:r>
        <w:t>un ka aik qissa mein ne parha ke woh Aligarh mein thay, to woh Shibli ke zamanay</w:t>
      </w:r>
    </w:p>
    <w:p>
      <w:pPr>
        <w:jc w:val="right"/>
      </w:pPr>
      <w:r>
        <w:t>ان کا ایک قصہ میں نے پڑھا کہ وہ علی گڑھ میں تھے، تو وہ شبلی کے زمانے</w:t>
      </w:r>
    </w:p>
    <w:p>
      <w:r>
        <w:rPr>
          <w:b/>
        </w:rPr>
        <w:t xml:space="preserve">[17:32] </w:t>
      </w:r>
      <w:r>
        <w:t>mein thay, to Shibli se jaya karte thay woh Arabi parhnay ke liye.</w:t>
      </w:r>
    </w:p>
    <w:p>
      <w:pPr>
        <w:jc w:val="right"/>
      </w:pPr>
      <w:r>
        <w:t>میں تھے، تو شبلی سے جایا کرتے تھے وہ عربی پڑھنے کے لیے۔</w:t>
      </w:r>
    </w:p>
    <w:p>
      <w:r>
        <w:rPr>
          <w:b/>
        </w:rPr>
        <w:t xml:space="preserve">[17:39] </w:t>
      </w:r>
      <w:r>
        <w:t>aur Shibli un se French parhte thay.</w:t>
      </w:r>
    </w:p>
    <w:p>
      <w:pPr>
        <w:jc w:val="right"/>
      </w:pPr>
      <w:r>
        <w:t>اور شبلی ان سے فرنچ پڑھتے تھے۔</w:t>
      </w:r>
    </w:p>
    <w:p>
      <w:r>
        <w:rPr>
          <w:b/>
        </w:rPr>
        <w:t xml:space="preserve">[17:46] </w:t>
      </w:r>
      <w:r>
        <w:t>yeh tay hua tha ke tum us ko French batao, mein tum ko Arabi parhaunga.</w:t>
      </w:r>
    </w:p>
    <w:p>
      <w:pPr>
        <w:jc w:val="right"/>
      </w:pPr>
      <w:r>
        <w:t>یہ طے ہوا تھا کہ تم اس کو فرنچ بتاؤ، میں تم کو عربی پڑھاؤں گا۔</w:t>
      </w:r>
    </w:p>
    <w:p>
      <w:r>
        <w:rPr>
          <w:b/>
        </w:rPr>
        <w:t xml:space="preserve">[17:53] </w:t>
      </w:r>
      <w:r>
        <w:t>to aik din woh Shibli ghar jaya karte thay, woh Aligarh mein.</w:t>
      </w:r>
    </w:p>
    <w:p>
      <w:pPr>
        <w:jc w:val="right"/>
      </w:pPr>
      <w:r>
        <w:t>تو ایک دن وہ شبلی گھر جایا کرتے تھے، وہ علی گڑھ میں۔</w:t>
      </w:r>
    </w:p>
    <w:p>
      <w:r>
        <w:rPr>
          <w:b/>
        </w:rPr>
        <w:t xml:space="preserve">[18:00] </w:t>
      </w:r>
      <w:r>
        <w:t>aik din Shibli ne dekha ke professor honourd doore hi aa rahay hain, doarte hi.</w:t>
      </w:r>
    </w:p>
    <w:p>
      <w:pPr>
        <w:jc w:val="right"/>
      </w:pPr>
      <w:r>
        <w:t>ایک دن شبلی نے دیکھا کہ پروفیسر آنرڈ دوڑے ہی آ رہے ہیں، دوڑتے ہی۔</w:t>
      </w:r>
    </w:p>
    <w:p>
      <w:r>
        <w:rPr>
          <w:b/>
        </w:rPr>
        <w:t xml:space="preserve">[18:08] </w:t>
      </w:r>
      <w:r>
        <w:t>aik professor doore to un ko ajeeb si baat nazar aati hai.</w:t>
      </w:r>
    </w:p>
    <w:p>
      <w:pPr>
        <w:jc w:val="right"/>
      </w:pPr>
      <w:r>
        <w:t>ایک پروفیسر دوڑے تو ان کو عجیب سی بات نظر آتی ہے۔</w:t>
      </w:r>
    </w:p>
    <w:p>
      <w:r>
        <w:rPr>
          <w:b/>
        </w:rPr>
        <w:t xml:space="preserve">[18:15] </w:t>
      </w:r>
      <w:r>
        <w:t>to Shibli ne poocha ke aap kyun doarr rahay thay? to unhon ne bataya ke aaj mein das</w:t>
      </w:r>
    </w:p>
    <w:p>
      <w:pPr>
        <w:jc w:val="right"/>
      </w:pPr>
      <w:r>
        <w:t>تو شبلی نے پوچھا کہ آپ کیوں دوڑ رہے تھے؟ تو انہوں نے بتایا کہ آج میں دس</w:t>
      </w:r>
    </w:p>
    <w:p>
      <w:r>
        <w:rPr>
          <w:b/>
        </w:rPr>
        <w:t xml:space="preserve">[18:22] </w:t>
      </w:r>
      <w:r>
        <w:t>minute late ho gaya tha, to mein ne doarr kar woh time cover kiya.</w:t>
      </w:r>
    </w:p>
    <w:p>
      <w:pPr>
        <w:jc w:val="right"/>
      </w:pPr>
      <w:r>
        <w:t>منٹ لیٹ ہو گیا تھا، تو میں نے دوڑ کر وہ ٹائم کور کیا۔</w:t>
      </w:r>
    </w:p>
    <w:p>
      <w:r>
        <w:rPr>
          <w:b/>
        </w:rPr>
        <w:t xml:space="preserve">[18:29] </w:t>
      </w:r>
      <w:r>
        <w:t>itna ziyada time conscious thay woh, itna ziyada time conscious thay.</w:t>
      </w:r>
    </w:p>
    <w:p>
      <w:pPr>
        <w:jc w:val="right"/>
      </w:pPr>
      <w:r>
        <w:t>اتنا زیادہ ٹائم کانشیس تھے وہ، اتنا زیادہ ٹائم کانشیس تھے۔</w:t>
      </w:r>
    </w:p>
    <w:p>
      <w:r>
        <w:rPr>
          <w:b/>
        </w:rPr>
        <w:t xml:space="preserve">[18:37] </w:t>
      </w:r>
      <w:r>
        <w:t>ab nateeja kya hua? ke Shibli un se French seekhte thay, lekin Shibli ko kuch French nahi aayi.</w:t>
      </w:r>
    </w:p>
    <w:p>
      <w:pPr>
        <w:jc w:val="right"/>
      </w:pPr>
      <w:r>
        <w:t>اب نتیجہ کیا ہوا؟ کہ شبلی ان سے فرنچ سیکھتے تھے، لیکن شبلی کو کچھ فرنچ نہیں آئی۔</w:t>
      </w:r>
    </w:p>
    <w:p>
      <w:r>
        <w:rPr>
          <w:b/>
        </w:rPr>
        <w:t xml:space="preserve">[18:44] </w:t>
      </w:r>
      <w:r>
        <w:t>Shibli aik yaani French mein koi cheez parh nahi sakte thay, aisay mamooli tareeqay se woh parhte rahay,</w:t>
      </w:r>
    </w:p>
    <w:p>
      <w:pPr>
        <w:jc w:val="right"/>
      </w:pPr>
      <w:r>
        <w:t>شبلی ایک یعنی فرنچ میں کوئی چیز پڑھ نہیں سکتے تھے، ایسے معمولی طریقے سے وہ پڑھتے رہے،</w:t>
      </w:r>
    </w:p>
    <w:p>
      <w:r>
        <w:rPr>
          <w:b/>
        </w:rPr>
        <w:t xml:space="preserve">[18:51] </w:t>
      </w:r>
      <w:r>
        <w:t>phir koi ziyada taraqqi nahi ki un ko French mein.</w:t>
      </w:r>
    </w:p>
    <w:p>
      <w:pPr>
        <w:jc w:val="right"/>
      </w:pPr>
      <w:r>
        <w:t>پھر کوئی زیادہ ترقی نہیں کی ان کو فرنچ میں۔</w:t>
      </w:r>
    </w:p>
    <w:p>
      <w:r>
        <w:rPr>
          <w:b/>
        </w:rPr>
        <w:t xml:space="preserve">[18:58] </w:t>
      </w:r>
      <w:r>
        <w:t>aur honourd ne Arabi parhi to itna ziyada apne ko is mein lagaya ke un ke marnay ke</w:t>
      </w:r>
    </w:p>
    <w:p>
      <w:pPr>
        <w:jc w:val="right"/>
      </w:pPr>
      <w:r>
        <w:t>اور آنرڈ نے عربی پڑھی تو اتنا زیادہ اپنے کو اس میں لگایا کہ ان کے مرنے کے</w:t>
      </w:r>
    </w:p>
    <w:p>
      <w:r>
        <w:rPr>
          <w:b/>
        </w:rPr>
        <w:t xml:space="preserve">[19:05] </w:t>
      </w:r>
      <w:r>
        <w:t>baad Maulana Syed Thoban Rizvi ne aik mazmoon likha tha un ke oopar ke un se un ki</w:t>
      </w:r>
    </w:p>
    <w:p>
      <w:pPr>
        <w:jc w:val="right"/>
      </w:pPr>
      <w:r>
        <w:t>بعد مولانا سید ثوبان رضوی نے ایک مضمون لکھا تھا ان کے اوپر کہ ان سے ان کی</w:t>
      </w:r>
    </w:p>
    <w:p>
      <w:r>
        <w:rPr>
          <w:b/>
        </w:rPr>
        <w:t xml:space="preserve">[19:13] </w:t>
      </w:r>
      <w:r>
        <w:t>khat o kitabt hui thi, aur woh khat o kitabt hamesha arbi mein hoti thi.</w:t>
      </w:r>
    </w:p>
    <w:p>
      <w:pPr>
        <w:jc w:val="right"/>
      </w:pPr>
      <w:r>
        <w:t>خط و کتابت ہوئی تھی، اور وہ خط و کتابت ہمیشہ عربی میں ہوتی تھی۔</w:t>
      </w:r>
    </w:p>
    <w:p>
      <w:r>
        <w:rPr>
          <w:b/>
        </w:rPr>
        <w:t xml:space="preserve">[19:20] </w:t>
      </w:r>
      <w:r>
        <w:t>yani honorad sahib ne itna arbi phir seekh li ke woh arbi mein khat o kitabt karte the.</w:t>
      </w:r>
    </w:p>
    <w:p>
      <w:pPr>
        <w:jc w:val="right"/>
      </w:pPr>
      <w:r>
        <w:t>یعنی آنرڈ صاحب نے اتنا عربی پھر سیکھ لی کہ وہ عربی میں خط و کتابت کرتے تھے۔</w:t>
      </w:r>
    </w:p>
    <w:p>
      <w:r>
        <w:rPr>
          <w:b/>
        </w:rPr>
        <w:t xml:space="preserve">[19:27] </w:t>
      </w:r>
      <w:r>
        <w:t>to ek misal di hai syed sahib ne ke unhon ne mere pas khat likha to aakhir mein</w:t>
      </w:r>
    </w:p>
    <w:p>
      <w:pPr>
        <w:jc w:val="right"/>
      </w:pPr>
      <w:r>
        <w:t>تو ایک مثال دی ہے سید صاحب نے کہ انہوں نے میرے پاس خط لکھا تو آخر میں</w:t>
      </w:r>
    </w:p>
    <w:p>
      <w:r>
        <w:rPr>
          <w:b/>
        </w:rPr>
        <w:t xml:space="preserve">[19:34] </w:t>
      </w:r>
      <w:r>
        <w:t>likha ke "woh haliya latifat al quran ko salam." honorad sahib ne syed sauban rizvi ko aakhir mein likha</w:t>
      </w:r>
    </w:p>
    <w:p>
      <w:pPr>
        <w:jc w:val="right"/>
      </w:pPr>
      <w:r>
        <w:t>لکھا کہ "وہ حلی لطیفۃ القرآن کو سلام۔" آنرڈ صاحب نے سید ثوبان رضوی کو آخر میں لکھا</w:t>
      </w:r>
    </w:p>
    <w:p>
      <w:r>
        <w:rPr>
          <w:b/>
        </w:rPr>
        <w:t xml:space="preserve">[19:41] </w:t>
      </w:r>
      <w:r>
        <w:t>khat mein ke "woh haliya latifat al quran ko salam." to woh kehte hain ke agar koi molvi likhta</w:t>
      </w:r>
    </w:p>
    <w:p>
      <w:pPr>
        <w:jc w:val="right"/>
      </w:pPr>
      <w:r>
        <w:t>خط میں کہ "وہ حلی لطیفۃ القرآن کو سلام۔" تو وہ کہتے ہیں کہ اگر کوئی مولوی لکھتا</w:t>
      </w:r>
    </w:p>
    <w:p>
      <w:r>
        <w:rPr>
          <w:b/>
        </w:rPr>
        <w:t xml:space="preserve">[19:49] </w:t>
      </w:r>
      <w:r>
        <w:t>to likhta ke "woh zawjati tusallim alaih." yani biwi aap ko salam kehti hai.</w:t>
      </w:r>
    </w:p>
    <w:p>
      <w:pPr>
        <w:jc w:val="right"/>
      </w:pPr>
      <w:r>
        <w:t>تو لکھتا کہ "وہ زوجتی تسلم علیہ۔" یعنی بیوی آپ کو سلام کہتی ہے۔</w:t>
      </w:r>
    </w:p>
    <w:p>
      <w:r>
        <w:rPr>
          <w:b/>
        </w:rPr>
        <w:t xml:space="preserve">[19:56] </w:t>
      </w:r>
      <w:r>
        <w:t>to molvi likhta "woh zawjati tusallim alaih." lekin itna zouq in ka ho chuka tha, oncha ke unhon</w:t>
      </w:r>
    </w:p>
    <w:p>
      <w:pPr>
        <w:jc w:val="right"/>
      </w:pPr>
      <w:r>
        <w:t>تو مولوی لکھتا "وہ زوجتی تسلم علیہ۔" لیکن اتنا ذوق ان کا ہو چکا تھا، اونچا کہ انہوں</w:t>
      </w:r>
    </w:p>
    <w:p>
      <w:r>
        <w:rPr>
          <w:b/>
        </w:rPr>
        <w:t xml:space="preserve">[20:03] </w:t>
      </w:r>
      <w:r>
        <w:t>ne likha ke "woh haliya latifat al quran ko salam." to jo aadmi apne ko distraction se bachaye, wahi</w:t>
      </w:r>
    </w:p>
    <w:p>
      <w:pPr>
        <w:jc w:val="right"/>
      </w:pPr>
      <w:r>
        <w:t>نے لکھا کہ "وہ حلی لطیفۃ القرآن کو سلام۔" تو جو آدمی اپنے کو ڈسٹریکشن سے بچائے، وہی</w:t>
      </w:r>
    </w:p>
    <w:p>
      <w:r>
        <w:rPr>
          <w:b/>
        </w:rPr>
        <w:t xml:space="preserve">[20:10] </w:t>
      </w:r>
      <w:r>
        <w:t>super achiever banta hai.</w:t>
      </w:r>
    </w:p>
    <w:p>
      <w:pPr>
        <w:jc w:val="right"/>
      </w:pPr>
      <w:r>
        <w:t>سپر اچیور بنتا ہے۔</w:t>
      </w:r>
    </w:p>
    <w:p>
      <w:r>
        <w:rPr>
          <w:b/>
        </w:rPr>
        <w:t xml:space="preserve">[20:17] </w:t>
      </w:r>
      <w:r>
        <w:t>super achiever, koi doosra rasta nahi, chahe Allah ki marifat ka rasta ho ya ilm ka rasta ho,</w:t>
      </w:r>
    </w:p>
    <w:p>
      <w:pPr>
        <w:jc w:val="right"/>
      </w:pPr>
      <w:r>
        <w:t>سپر اچیور، کوئی دوسرا راستہ نہیں، چاہے اللہ کی معرفت کا راستہ ہو یا علم کا راستہ ہو،</w:t>
      </w:r>
    </w:p>
    <w:p>
      <w:r>
        <w:rPr>
          <w:b/>
        </w:rPr>
        <w:t xml:space="preserve">[20:25] </w:t>
      </w:r>
      <w:r>
        <w:t>kisi aur line ka rasta ho.</w:t>
      </w:r>
    </w:p>
    <w:p>
      <w:pPr>
        <w:jc w:val="right"/>
      </w:pPr>
      <w:r>
        <w:t>کسی اور لائن کا راستہ ہو۔</w:t>
      </w:r>
    </w:p>
    <w:p>
      <w:r>
        <w:rPr>
          <w:b/>
        </w:rPr>
        <w:t xml:space="preserve">[20:32] </w:t>
      </w:r>
      <w:r>
        <w:t>dilli mein ek bar ek the haji manzoor sahib banaras ke, ab un ka intqal ho chuka hai,</w:t>
      </w:r>
    </w:p>
    <w:p>
      <w:pPr>
        <w:jc w:val="right"/>
      </w:pPr>
      <w:r>
        <w:t>دلی میں ایک بار ایک تھے حاجی منظور صاحب بنارس کے، اب ان کا انتقال ہو چکا ہے،</w:t>
      </w:r>
    </w:p>
    <w:p>
      <w:r>
        <w:rPr>
          <w:b/>
        </w:rPr>
        <w:t xml:space="preserve">[20:39] </w:t>
      </w:r>
      <w:r>
        <w:t>to woh business karte the.</w:t>
      </w:r>
    </w:p>
    <w:p>
      <w:pPr>
        <w:jc w:val="right"/>
      </w:pPr>
      <w:r>
        <w:t>تو وہ بزنس کرتے تھے۔</w:t>
      </w:r>
    </w:p>
    <w:p>
      <w:r>
        <w:rPr>
          <w:b/>
        </w:rPr>
        <w:t xml:space="preserve">[20:46] </w:t>
      </w:r>
      <w:r>
        <w:t>woh to dilli mein ek bara business man tha, us ke pas woh ja rahe the, mushkon bhi le gaye.</w:t>
      </w:r>
    </w:p>
    <w:p>
      <w:pPr>
        <w:jc w:val="right"/>
      </w:pPr>
      <w:r>
        <w:t>وہ تو دلی میں ایک بڑا بزنس مین تھا، اس کے پاس وہ جا رہے تھے، مشکوں بھی لے گئے۔</w:t>
      </w:r>
    </w:p>
    <w:p>
      <w:r>
        <w:rPr>
          <w:b/>
        </w:rPr>
        <w:t xml:space="preserve">[20:54] </w:t>
      </w:r>
      <w:r>
        <w:t>mushkon bhi le gaye.</w:t>
      </w:r>
    </w:p>
    <w:p>
      <w:pPr>
        <w:jc w:val="right"/>
      </w:pPr>
      <w:r>
        <w:t>مشکوں بھی لے گئے۔</w:t>
      </w:r>
    </w:p>
    <w:p>
      <w:r>
        <w:rPr>
          <w:b/>
        </w:rPr>
        <w:t xml:space="preserve">[21:01] </w:t>
      </w:r>
      <w:r>
        <w:t>to main ne dekha haji manzoor sahib to bari bari batein karte the, lambi lambi batein, woh ek</w:t>
      </w:r>
    </w:p>
    <w:p>
      <w:pPr>
        <w:jc w:val="right"/>
      </w:pPr>
      <w:r>
        <w:t>تو میں نے دیکھا حاجی منظور صاحب تو بڑی بڑی باتیں کرتے تھے، لمبی لمبی باتیں، وہ ایک</w:t>
      </w:r>
    </w:p>
    <w:p>
      <w:r>
        <w:rPr>
          <w:b/>
        </w:rPr>
        <w:t xml:space="preserve">[21:08] </w:t>
      </w:r>
      <w:r>
        <w:t>lafz fazil nahi bolta tha, bohat hi mukhtasar jawab deta tha, "yes" aur "yes" aur "no".</w:t>
      </w:r>
    </w:p>
    <w:p>
      <w:pPr>
        <w:jc w:val="right"/>
      </w:pPr>
      <w:r>
        <w:t>لفظ فاضل نہیں بولتا تھا، بہت ہی مختصر جواب دیتا تھا، "Yes" اور "Yes" اور "No"۔</w:t>
      </w:r>
    </w:p>
    <w:p>
      <w:r>
        <w:rPr>
          <w:b/>
        </w:rPr>
        <w:t xml:space="preserve">[21:15] </w:t>
      </w:r>
      <w:r>
        <w:t>ek bhi lafz us ne jab tak us ke pas rahe, koi fazil baat nahi ki us ne,</w:t>
      </w:r>
    </w:p>
    <w:p>
      <w:pPr>
        <w:jc w:val="right"/>
      </w:pPr>
      <w:r>
        <w:t>ایک بھی لفظ اس نے جب تک اس کے پاس رہے، کوئی فاضل بات نہیں کی اس نے،</w:t>
      </w:r>
    </w:p>
    <w:p>
      <w:r>
        <w:rPr>
          <w:b/>
        </w:rPr>
        <w:t xml:space="preserve">[21:22] </w:t>
      </w:r>
      <w:r>
        <w:t>bohat hi mukhtasar.</w:t>
      </w:r>
    </w:p>
    <w:p>
      <w:pPr>
        <w:jc w:val="right"/>
      </w:pPr>
      <w:r>
        <w:t>بہت ہی مختصر۔</w:t>
      </w:r>
    </w:p>
    <w:p>
      <w:r>
        <w:rPr>
          <w:b/>
        </w:rPr>
        <w:t xml:space="preserve">[21:30] </w:t>
      </w:r>
      <w:r>
        <w:t>to woh kisi cheez mein, woh aadmi jo tha, main ne dekha apne time ko zara bhi waste</w:t>
      </w:r>
    </w:p>
    <w:p>
      <w:pPr>
        <w:jc w:val="right"/>
      </w:pPr>
      <w:r>
        <w:t>تو وہ کسی چیز میں، وہ آدمی جو تھا، میں نے دیکھا اپنے ٹائم کو ذرا بھی ویسٹ</w:t>
      </w:r>
    </w:p>
    <w:p>
      <w:r>
        <w:rPr>
          <w:b/>
        </w:rPr>
        <w:t xml:space="preserve">[21:37] </w:t>
      </w:r>
      <w:r>
        <w:t>nahi karta tha, kisi cheez mein apni koi distract nahi karta tha.</w:t>
      </w:r>
    </w:p>
    <w:p>
      <w:pPr>
        <w:jc w:val="right"/>
      </w:pPr>
      <w:r>
        <w:t>نہیں کرتا تھا، کسی چیز میں اپنی کوئی ڈسٹریکٹ نہیں کرتا تھا۔</w:t>
      </w:r>
    </w:p>
    <w:p>
      <w:r>
        <w:rPr>
          <w:b/>
        </w:rPr>
        <w:t xml:space="preserve">[21:44] </w:t>
      </w:r>
      <w:r>
        <w:t>to bohat bara office tha us ka jo hamein gaya tha us zamane mein.</w:t>
      </w:r>
    </w:p>
    <w:p>
      <w:pPr>
        <w:jc w:val="right"/>
      </w:pPr>
      <w:r>
        <w:t>تو بہت بڑا آفس تھا اس کا جو ہمیں گیا تھا اس زمانے میں۔</w:t>
      </w:r>
    </w:p>
    <w:p>
      <w:r>
        <w:rPr>
          <w:b/>
        </w:rPr>
        <w:t xml:space="preserve">[21:51] </w:t>
      </w:r>
      <w:r>
        <w:t>to dekhein, aap apna jo goal banayein, woh do goal, chahe religious ho ya secular ho.</w:t>
      </w:r>
    </w:p>
    <w:p>
      <w:pPr>
        <w:jc w:val="right"/>
      </w:pPr>
      <w:r>
        <w:t>تو دیکھیں، آپ اپنا جو گول بنائیں، وہ دو گول، چاہے ریلیجیس ہو یا سیکولر ہو۔</w:t>
      </w:r>
    </w:p>
    <w:p>
      <w:r>
        <w:rPr>
          <w:b/>
        </w:rPr>
        <w:t xml:space="preserve">[21:58] </w:t>
      </w:r>
      <w:r>
        <w:t>aap goal, chahe religious ho ya secular ho, lekin yeh to aap ko karna hi karna hai ke</w:t>
      </w:r>
    </w:p>
    <w:p>
      <w:pPr>
        <w:jc w:val="right"/>
      </w:pPr>
      <w:r>
        <w:t>آپ گول، چاہے ریلیجیس ہو یا سیکولر ہو، لیکن یہ تو آپ کو کرنا ہی کرنا ہے کہ</w:t>
      </w:r>
    </w:p>
    <w:p>
      <w:r>
        <w:rPr>
          <w:b/>
        </w:rPr>
        <w:t xml:space="preserve">[22:06] </w:t>
      </w:r>
      <w:r>
        <w:t>aap ko distraction se bachana hai.</w:t>
      </w:r>
    </w:p>
    <w:p>
      <w:pPr>
        <w:jc w:val="right"/>
      </w:pPr>
      <w:r>
        <w:t>آپ کو ڈسٹریکشن سے بچانا ہے۔</w:t>
      </w:r>
    </w:p>
    <w:p>
      <w:r>
        <w:rPr>
          <w:b/>
        </w:rPr>
        <w:t xml:space="preserve">[22:13] </w:t>
      </w:r>
      <w:r>
        <w:t>koi bari kamyabi hasil nahi kar sakte.</w:t>
      </w:r>
    </w:p>
    <w:p>
      <w:pPr>
        <w:jc w:val="right"/>
      </w:pPr>
      <w:r>
        <w:t>کوئی بڑی کامیابی حاصل نہیں کر سکتے۔</w:t>
      </w:r>
    </w:p>
    <w:p>
      <w:r>
        <w:rPr>
          <w:b/>
        </w:rPr>
        <w:t xml:space="preserve">[22:20] </w:t>
      </w:r>
      <w:r>
        <w:t>main ne bohat se logon ke halat parhe hain, un ki life jitna bara aadmi hota hai, utne</w:t>
      </w:r>
    </w:p>
    <w:p>
      <w:pPr>
        <w:jc w:val="right"/>
      </w:pPr>
      <w:r>
        <w:t>میں نے بہت سے لوگوں کے حالات پڑھے ہیں، ان کی لائف جتنا بڑا آدمی ہوتا ہے، اتنے</w:t>
      </w:r>
    </w:p>
    <w:p>
      <w:r>
        <w:rPr>
          <w:b/>
        </w:rPr>
        <w:t xml:space="preserve">[22:27] </w:t>
      </w:r>
      <w:r>
        <w:t>ziada is bare mein bashaoor hota hai.</w:t>
      </w:r>
    </w:p>
    <w:p>
      <w:pPr>
        <w:jc w:val="right"/>
      </w:pPr>
      <w:r>
        <w:t>زیادہ اس بارے میں باشعور ہوتا ہے۔</w:t>
      </w:r>
    </w:p>
    <w:p>
      <w:r>
        <w:rPr>
          <w:b/>
        </w:rPr>
        <w:t xml:space="preserve">[22:34] </w:t>
      </w:r>
      <w:r>
        <w:t>woh kabhi koi bara aadmi aisa nahi mere ilm mein hai jo apne time ko bachane ke mamle</w:t>
      </w:r>
    </w:p>
    <w:p>
      <w:pPr>
        <w:jc w:val="right"/>
      </w:pPr>
      <w:r>
        <w:t>وہ کبھی کوئی بڑا آدمی ایسا نہیں میرے علم میں ہے جو اپنے ٹائم کو بچانے کے معاملے</w:t>
      </w:r>
    </w:p>
    <w:p>
      <w:r>
        <w:rPr>
          <w:b/>
        </w:rPr>
        <w:t xml:space="preserve">[22:42] </w:t>
      </w:r>
      <w:r>
        <w:t>mein, distraction se apne ko bachane ke mamle mein, bohat ziyada hassas na ho, bohat ziyada hassas.</w:t>
      </w:r>
    </w:p>
    <w:p>
      <w:pPr>
        <w:jc w:val="right"/>
      </w:pPr>
      <w:r>
        <w:t>میں، ڈسٹریکشن سے اپنے کو بچانے کے معاملے میں، بہت زیادہ حساس نہ ہو، بہت زیادہ حساس۔</w:t>
      </w:r>
    </w:p>
    <w:p>
      <w:r>
        <w:rPr>
          <w:b/>
        </w:rPr>
        <w:t xml:space="preserve">[22:49] </w:t>
      </w:r>
      <w:r>
        <w:t>aur yeh baat secular mamle mein bhi hai, mazhabi mamle mein bhi.</w:t>
      </w:r>
    </w:p>
    <w:p>
      <w:pPr>
        <w:jc w:val="right"/>
      </w:pPr>
      <w:r>
        <w:t>اور یہ بات سیکولر معاملے میں بھی ہے، مذہبی معاملے میں بھی۔</w:t>
      </w:r>
    </w:p>
    <w:p>
      <w:r>
        <w:rPr>
          <w:b/>
        </w:rPr>
        <w:t xml:space="preserve">[22:56] </w:t>
      </w:r>
      <w:r>
        <w:t>misalan Quran ko lijiye, aap ko Quran ke mani ko samajhna hai, gehre mani tak ko samajhna hai.</w:t>
      </w:r>
    </w:p>
    <w:p>
      <w:pPr>
        <w:jc w:val="right"/>
      </w:pPr>
      <w:r>
        <w:t>مثلاً قرآن کو لیجئے، آپ کو قرآن کے معنی کو سمجھنا ہے، گہرے معنی تک کو سمجھنا ہے۔</w:t>
      </w:r>
    </w:p>
    <w:p>
      <w:r>
        <w:rPr>
          <w:b/>
        </w:rPr>
        <w:t xml:space="preserve">[23:03] </w:t>
      </w:r>
      <w:r>
        <w:t>to hadith mein aata hai ke "ta'ahhadu al-Qur'an fa innahu ashadd at-tafsil min al-'abal fawq al-'aql".</w:t>
      </w:r>
    </w:p>
    <w:p>
      <w:pPr>
        <w:jc w:val="right"/>
      </w:pPr>
      <w:r>
        <w:t>تو حدیث میں آتا ہے کہ "تعہدوا القرآن فإنه أشد التفصلاً من العبل فوق العقل"۔</w:t>
      </w:r>
    </w:p>
    <w:p>
      <w:r>
        <w:rPr>
          <w:b/>
        </w:rPr>
        <w:t xml:space="preserve">[23:10] </w:t>
      </w:r>
      <w:r>
        <w:t>yani Quran ko bohat ziyada pakre raho, kyun ke Quran is tarah bhagta hai jaise oont bhagta hai</w:t>
      </w:r>
    </w:p>
    <w:p>
      <w:pPr>
        <w:jc w:val="right"/>
      </w:pPr>
      <w:r>
        <w:t>یعنی قرآن کو بہت زیادہ پکڑے رہو، کیوں کہ قرآن اس طرح بھاگتا ہے جیسے اونٹ بھاگتا ہے</w:t>
      </w:r>
    </w:p>
    <w:p>
      <w:r>
        <w:rPr>
          <w:b/>
        </w:rPr>
        <w:t xml:space="preserve">[23:18] </w:t>
      </w:r>
      <w:r>
        <w:t>jab us ki rasi chhoot jaye to.</w:t>
      </w:r>
    </w:p>
    <w:p>
      <w:pPr>
        <w:jc w:val="right"/>
      </w:pPr>
      <w:r>
        <w:t>جب اس کی رسی چھوٹ جائے تو۔</w:t>
      </w:r>
    </w:p>
    <w:p>
      <w:r>
        <w:rPr>
          <w:b/>
        </w:rPr>
        <w:t xml:space="preserve">[23:25] </w:t>
      </w:r>
      <w:r>
        <w:t>to is ko log samajhte hain hafiza ke mani mein.</w:t>
      </w:r>
    </w:p>
    <w:p>
      <w:pPr>
        <w:jc w:val="right"/>
      </w:pPr>
      <w:r>
        <w:t>تو اس کو لوگ سمجھتے ہیں حافظہ کے معنی میں۔</w:t>
      </w:r>
    </w:p>
    <w:p>
      <w:r>
        <w:rPr>
          <w:b/>
        </w:rPr>
        <w:t xml:space="preserve">[23:32] </w:t>
      </w:r>
      <w:r>
        <w:t>yeh jo ta'ahhadu hai, ta'ahhadu ke mani hote hain bohat pakre raho.</w:t>
      </w:r>
    </w:p>
    <w:p>
      <w:pPr>
        <w:jc w:val="right"/>
      </w:pPr>
      <w:r>
        <w:t>یہ جو تعہدوا ہے، تعہدوا کے معنی ہوتے ہیں بہت پکڑے رہو۔</w:t>
      </w:r>
    </w:p>
    <w:p>
      <w:r>
        <w:rPr>
          <w:b/>
        </w:rPr>
        <w:t xml:space="preserve">[23:39] </w:t>
      </w:r>
      <w:r>
        <w:t>to log samajhte hain hafiza kar jab aadmi kar le to bohat ziyada is ko dohrata rahe, nahi</w:t>
      </w:r>
    </w:p>
    <w:p>
      <w:pPr>
        <w:jc w:val="right"/>
      </w:pPr>
      <w:r>
        <w:t>تو لوگ سمجھتے ہیں حافظہ کر جب آدمی کر لے تو بہت زیادہ اس کو دہراتا رہے، نہیں</w:t>
      </w:r>
    </w:p>
    <w:p>
      <w:r>
        <w:rPr>
          <w:b/>
        </w:rPr>
        <w:t xml:space="preserve">[23:47] </w:t>
      </w:r>
      <w:r>
        <w:t>to bhool jayega.</w:t>
      </w:r>
    </w:p>
    <w:p>
      <w:pPr>
        <w:jc w:val="right"/>
      </w:pPr>
      <w:r>
        <w:t>تو بھول جائے گا۔</w:t>
      </w:r>
    </w:p>
    <w:p>
      <w:r>
        <w:rPr>
          <w:b/>
        </w:rPr>
        <w:t xml:space="preserve">[23:54] </w:t>
      </w:r>
      <w:r>
        <w:t>yeh to bohat hi.</w:t>
      </w:r>
    </w:p>
    <w:p>
      <w:pPr>
        <w:jc w:val="right"/>
      </w:pPr>
      <w:r>
        <w:t>یہ تو بہت ہی۔</w:t>
      </w:r>
    </w:p>
    <w:p>
      <w:r>
        <w:rPr>
          <w:b/>
        </w:rPr>
        <w:t xml:space="preserve">[24:01] </w:t>
      </w:r>
      <w:r>
        <w:t>یعنی اس حدیث کو understand کرنا ہے، اس حدیث کو understand کرنا ہے۔</w:t>
      </w:r>
    </w:p>
    <w:p>
      <w:pPr>
        <w:jc w:val="right"/>
      </w:pPr>
      <w:r>
        <w:t>یعنی اس حدیث کو انڈرسٹڈی کرنا ہے، اس حدیث کو انڈرسٹڈی کرنا ہے۔</w:t>
      </w:r>
    </w:p>
    <w:p>
      <w:r>
        <w:rPr>
          <w:b/>
        </w:rPr>
        <w:t xml:space="preserve">[24:08] </w:t>
      </w:r>
      <w:r>
        <w:t>is ka mani yeh hai ke bohat ziyada apne mind ko Quran se lagaye raho, isi par socho,</w:t>
      </w:r>
    </w:p>
    <w:p>
      <w:pPr>
        <w:jc w:val="right"/>
      </w:pPr>
      <w:r>
        <w:t>اس کا معنی یہ ہے کہ بہت زیادہ اپنے مائنڈ کو قرآن سے لگائے رہو، اسی پر سوچو،</w:t>
      </w:r>
    </w:p>
    <w:p>
      <w:r>
        <w:rPr>
          <w:b/>
        </w:rPr>
        <w:t xml:space="preserve">[24:15] </w:t>
      </w:r>
      <w:r>
        <w:t>isi ko parho.</w:t>
      </w:r>
    </w:p>
    <w:p>
      <w:pPr>
        <w:jc w:val="right"/>
      </w:pPr>
      <w:r>
        <w:t>اسی کو پڑھو۔</w:t>
      </w:r>
    </w:p>
    <w:p>
      <w:r>
        <w:rPr>
          <w:b/>
        </w:rPr>
        <w:t xml:space="preserve">[24:23] </w:t>
      </w:r>
      <w:r>
        <w:t>sote jaagte tumhara mind Quran ki ayaton par chalta rahe, tab Quran ke mani daryaft honge.</w:t>
      </w:r>
    </w:p>
    <w:p>
      <w:pPr>
        <w:jc w:val="right"/>
      </w:pPr>
      <w:r>
        <w:t>سوتے جاگتے تمہارا مائنڈ قرآن کی آیتوں پر چلتا رہے، تب قرآن کے معنی دریافت ہوں گے۔</w:t>
      </w:r>
    </w:p>
    <w:p>
      <w:r>
        <w:rPr>
          <w:b/>
        </w:rPr>
        <w:t xml:space="preserve">[24:30] </w:t>
      </w:r>
      <w:r>
        <w:t>yani Quran ke mamle mein apne aap ko distraction se bachao, tab tum ko Quran ke mani ki daryaft hogi.</w:t>
      </w:r>
    </w:p>
    <w:p>
      <w:pPr>
        <w:jc w:val="right"/>
      </w:pPr>
      <w:r>
        <w:t>یعنی قرآن کے معاملے میں اپنے آپ کو ڈسٹریکشن سے بچاؤ، تب تم کو قرآن کے معنی کی دریافت ہوگی۔</w:t>
      </w:r>
    </w:p>
    <w:p>
      <w:r>
        <w:rPr>
          <w:b/>
        </w:rPr>
        <w:t xml:space="preserve">[24:37] </w:t>
      </w:r>
      <w:r>
        <w:t>main ne ek sahib ko dekha hai jo bohat bohat qabil aadmi the, ghaliban professor the.</w:t>
      </w:r>
    </w:p>
    <w:p>
      <w:pPr>
        <w:jc w:val="right"/>
      </w:pPr>
      <w:r>
        <w:t>میں نے ایک صاحب کو دیکھا ہے جو بہت بہت قابل آدمی تھے، غالباً پروفیسر تھے۔</w:t>
      </w:r>
    </w:p>
    <w:p>
      <w:r>
        <w:rPr>
          <w:b/>
        </w:rPr>
        <w:t xml:space="preserve">[24:44] </w:t>
      </w:r>
      <w:r>
        <w:t>woh to main un ke kamre mein baitha tha, kabhi koi bachcha aa gaya, kabhi koi khadim aa</w:t>
      </w:r>
    </w:p>
    <w:p>
      <w:pPr>
        <w:jc w:val="right"/>
      </w:pPr>
      <w:r>
        <w:t>وہ تو میں ان کے کمرے میں بیٹھا تھا، کبھی کوئی بچہ آ گیا، کبھی کوئی خادم آ</w:t>
      </w:r>
    </w:p>
    <w:p>
      <w:r>
        <w:rPr>
          <w:b/>
        </w:rPr>
        <w:t xml:space="preserve">[24:51] </w:t>
      </w:r>
      <w:r>
        <w:t>gaya, to un ko pata bhi nahi hota tha ke kaun aaya hai, kaun gaya.</w:t>
      </w:r>
    </w:p>
    <w:p>
      <w:pPr>
        <w:jc w:val="right"/>
      </w:pPr>
      <w:r>
        <w:t>گیا، تو ان کو پتہ بھی نہیں ہوتا تھا کہ کون آیا ہے، کون گیا۔</w:t>
      </w:r>
    </w:p>
    <w:p>
      <w:r>
        <w:rPr>
          <w:b/>
        </w:rPr>
        <w:t xml:space="preserve">[24:59] </w:t>
      </w:r>
      <w:r>
        <w:t>yani kisi cheez se distract nahi hote the.</w:t>
      </w:r>
    </w:p>
    <w:p>
      <w:pPr>
        <w:jc w:val="right"/>
      </w:pPr>
      <w:r>
        <w:t>یعنی کسی چیز سے ڈسٹریکٹ نہیں ہوتے تھے۔</w:t>
      </w:r>
    </w:p>
    <w:p>
      <w:r>
        <w:rPr>
          <w:b/>
        </w:rPr>
        <w:t xml:space="preserve">[25:06] </w:t>
      </w:r>
      <w:r>
        <w:t>main ne dekha un ko, koi bhi waqea hota rahe, woh us se distract nahi hote the.</w:t>
      </w:r>
    </w:p>
    <w:p>
      <w:pPr>
        <w:jc w:val="right"/>
      </w:pPr>
      <w:r>
        <w:t>میں نے دیکھا ان کو، کوئی بھی واقعہ ہوتا رہے، وہ اس سے ڈسٹریکٹ نہیں ہوتے تھے۔</w:t>
      </w:r>
    </w:p>
    <w:p>
      <w:r>
        <w:rPr>
          <w:b/>
        </w:rPr>
        <w:t xml:space="preserve">[25:13] </w:t>
      </w:r>
      <w:r>
        <w:t>tab woh ek barhe scholar bane.</w:t>
      </w:r>
    </w:p>
    <w:p>
      <w:pPr>
        <w:jc w:val="right"/>
      </w:pPr>
      <w:r>
        <w:t>تب وہ ایک بڑے اسکالر بنے۔</w:t>
      </w:r>
    </w:p>
    <w:p>
      <w:r>
        <w:rPr>
          <w:b/>
        </w:rPr>
        <w:t xml:space="preserve">[25:20] </w:t>
      </w:r>
      <w:r>
        <w:t>yeh mamla marifat ka, Allah ki marifat ka.</w:t>
      </w:r>
    </w:p>
    <w:p>
      <w:pPr>
        <w:jc w:val="right"/>
      </w:pPr>
      <w:r>
        <w:t>یہ معاملہ معرفت کا، اللہ کی معرفت کا۔</w:t>
      </w:r>
    </w:p>
    <w:p>
      <w:r>
        <w:rPr>
          <w:b/>
        </w:rPr>
        <w:t xml:space="preserve">[25:27] </w:t>
      </w:r>
      <w:r>
        <w:t>dekhen, aap jante hain ke Allah hamare liye ek unseen hasti hai, unseen.</w:t>
      </w:r>
    </w:p>
    <w:p>
      <w:pPr>
        <w:jc w:val="right"/>
      </w:pPr>
      <w:r>
        <w:t>دیکھیں، آپ جانتے ہیں کہ اللہ ہمارے لیے ایک ان سین ہستی ہے، ان سین۔</w:t>
      </w:r>
    </w:p>
    <w:p>
      <w:r>
        <w:rPr>
          <w:b/>
        </w:rPr>
        <w:t xml:space="preserve">[25:35] </w:t>
      </w:r>
      <w:r>
        <w:t>hamari aankhon ke samne nahi hai woh, lekin hum ko Allah par is tarah se yaqeen paida karna</w:t>
      </w:r>
    </w:p>
    <w:p>
      <w:pPr>
        <w:jc w:val="right"/>
      </w:pPr>
      <w:r>
        <w:t>ہماری آنکھوں کے سامنے نہیں ہے وہ، لیکن ہم کو اللہ پر اس طرح سے یقین پیدا کرنا</w:t>
      </w:r>
    </w:p>
    <w:p>
      <w:r>
        <w:rPr>
          <w:b/>
        </w:rPr>
        <w:t xml:space="preserve">[25:42] </w:t>
      </w:r>
      <w:r>
        <w:t>hai jaise ke hum Khuda ko dekh rahe hon.</w:t>
      </w:r>
    </w:p>
    <w:p>
      <w:pPr>
        <w:jc w:val="right"/>
      </w:pPr>
      <w:r>
        <w:t>ہے جیسے کہ ہم خدا کو دیکھ رہے ہوں۔</w:t>
      </w:r>
    </w:p>
    <w:p>
      <w:r>
        <w:rPr>
          <w:b/>
        </w:rPr>
        <w:t xml:space="preserve">[25:49] </w:t>
      </w:r>
      <w:r>
        <w:t>hamara imaan yaqeen ke darje mein hona chahiye.</w:t>
      </w:r>
    </w:p>
    <w:p>
      <w:pPr>
        <w:jc w:val="right"/>
      </w:pPr>
      <w:r>
        <w:t>ہمارا ایمان یقین کے درجے میں ہونا چاہیے۔</w:t>
      </w:r>
    </w:p>
    <w:p>
      <w:r>
        <w:rPr>
          <w:b/>
        </w:rPr>
        <w:t xml:space="preserve">[25:56] </w:t>
      </w:r>
      <w:r>
        <w:t>yaani Allah ko hum is tarah se daryaft karen ke woh hamare liye ek seen reality ban jaye,</w:t>
      </w:r>
    </w:p>
    <w:p>
      <w:pPr>
        <w:jc w:val="right"/>
      </w:pPr>
      <w:r>
        <w:t>یعنی اللہ کو ہم اس طرح سے دریافت کریں کہ وہ ہمارے لیے ایک سین ریلیٹی بن جائے،</w:t>
      </w:r>
    </w:p>
    <w:p>
      <w:r>
        <w:rPr>
          <w:b/>
        </w:rPr>
        <w:t xml:space="preserve">[26:04] </w:t>
      </w:r>
      <w:r>
        <w:t>unseen reality, seen reality ban jaye.</w:t>
      </w:r>
    </w:p>
    <w:p>
      <w:pPr>
        <w:jc w:val="right"/>
      </w:pPr>
      <w:r>
        <w:t>ان سین ریلیٹی، سین ریلیٹی بن جائے۔</w:t>
      </w:r>
    </w:p>
    <w:p>
      <w:r>
        <w:rPr>
          <w:b/>
        </w:rPr>
        <w:t xml:space="preserve">[26:11] </w:t>
      </w:r>
      <w:r>
        <w:t>یہ کیسے ہوگا؟ بہت زیادہ آپ کو اللہ پر اپنے mind کو لگائے رکھنا ہوگا۔</w:t>
      </w:r>
    </w:p>
    <w:p>
      <w:pPr>
        <w:jc w:val="right"/>
      </w:pPr>
      <w:r>
        <w:t>یہ کیسے ہوگا؟ بہت زیادہ آپ کو اللہ پر اپنے مائنڈ کو لگائے رکھنا ہوگا۔</w:t>
      </w:r>
    </w:p>
    <w:p>
      <w:r>
        <w:rPr>
          <w:b/>
        </w:rPr>
        <w:t xml:space="preserve">[26:18] </w:t>
      </w:r>
      <w:r>
        <w:t>woh kab hoga? jab aap apne ko distraction se bachayen.</w:t>
      </w:r>
    </w:p>
    <w:p>
      <w:pPr>
        <w:jc w:val="right"/>
      </w:pPr>
      <w:r>
        <w:t>وہ کب ہوگا؟ جب آپ اپنے کو ڈسٹریکشن سے بچائیں۔</w:t>
      </w:r>
    </w:p>
    <w:p>
      <w:r>
        <w:rPr>
          <w:b/>
        </w:rPr>
        <w:t xml:space="preserve">[26:25] </w:t>
      </w:r>
      <w:r>
        <w:t>to woh jo hadith hai Quran ke bare mein, wahi sab cheez ke bare mein hai ke "ta'ahhadu</w:t>
      </w:r>
    </w:p>
    <w:p>
      <w:pPr>
        <w:jc w:val="right"/>
      </w:pPr>
      <w:r>
        <w:t>تو وہ جو حدیث ہے قرآن کے بارے میں، وہی سب چیز کے بارے میں ہے کہ "تعہدوا</w:t>
      </w:r>
    </w:p>
    <w:p>
      <w:r>
        <w:rPr>
          <w:b/>
        </w:rPr>
        <w:t xml:space="preserve">[26:32] </w:t>
      </w:r>
      <w:r>
        <w:t>al-Qur'an fa innahu ashadd at-tafsil min al-'ibil fawq al-'aql".</w:t>
      </w:r>
    </w:p>
    <w:p>
      <w:pPr>
        <w:jc w:val="right"/>
      </w:pPr>
      <w:r>
        <w:t>القرآن فإنه أشد التفصلاً من العبل فوق العقل"۔</w:t>
      </w:r>
    </w:p>
    <w:p>
      <w:r>
        <w:rPr>
          <w:b/>
        </w:rPr>
        <w:t xml:space="preserve">[26:40] </w:t>
      </w:r>
      <w:r>
        <w:t>yaani Quran ko bohat pakde raho, warna Quran is tarah bhag jayega jaise oont bhagta hai.</w:t>
      </w:r>
    </w:p>
    <w:p>
      <w:pPr>
        <w:jc w:val="right"/>
      </w:pPr>
      <w:r>
        <w:t>یعنی قرآن کو بہت پکڑے رہو، ورنہ قرآن اس طرح بھاگ جائے گا جیسے اونٹ بھاگتا ہے۔</w:t>
      </w:r>
    </w:p>
    <w:p>
      <w:r>
        <w:rPr>
          <w:b/>
        </w:rPr>
        <w:t xml:space="preserve">[26:47] </w:t>
      </w:r>
      <w:r>
        <w:t>is tarah se marifat, jannat, akhirat, har cheez ke bare mein jab bohat zyada aap apna dhyan lagayen</w:t>
      </w:r>
    </w:p>
    <w:p>
      <w:pPr>
        <w:jc w:val="right"/>
      </w:pPr>
      <w:r>
        <w:t>اس طرح سے معرفت، جنت، آخرت، ہر چیز کے بارے میں جب بہت زیادہ آپ اپنا دھیان لگائیں</w:t>
      </w:r>
    </w:p>
    <w:p>
      <w:r>
        <w:rPr>
          <w:b/>
        </w:rPr>
        <w:t xml:space="preserve">[26:54] </w:t>
      </w:r>
      <w:r>
        <w:t>ge, tab ja kar ke woh aap ko is mein yaqeen ayega, woh aap ke mind mein</w:t>
      </w:r>
    </w:p>
    <w:p>
      <w:pPr>
        <w:jc w:val="right"/>
      </w:pPr>
      <w:r>
        <w:t>گے، تب جا کر کے وہ آپ کو اس میں یقین آئے گا، وہ آپ کے مائنڈ میں</w:t>
      </w:r>
    </w:p>
    <w:p>
      <w:r>
        <w:rPr>
          <w:b/>
        </w:rPr>
        <w:t xml:space="preserve">[27:01] </w:t>
      </w:r>
      <w:r>
        <w:t>woh cheez baithegi, aap ki hasti mein dakhil ho jayegi.</w:t>
      </w:r>
    </w:p>
    <w:p>
      <w:pPr>
        <w:jc w:val="right"/>
      </w:pPr>
      <w:r>
        <w:t>وہ چیز بیٹھے گی، آپ کی ہستی میں داخل ہو جائے گی۔</w:t>
      </w:r>
    </w:p>
    <w:p>
      <w:r>
        <w:rPr>
          <w:b/>
        </w:rPr>
        <w:t xml:space="preserve">[27:08] </w:t>
      </w:r>
      <w:r>
        <w:t>to yaad rakhiye, aap ka koi bhi goal ho, secular goal ho ya religious goal ho, mamooli kamyabi</w:t>
      </w:r>
    </w:p>
    <w:p>
      <w:pPr>
        <w:jc w:val="right"/>
      </w:pPr>
      <w:r>
        <w:t>تو یاد رکھیے، آپ کا کوئی بھی گول ہو، سیکولر گول ہو یا ریلیجیس گول ہو، معمولی کامیابی</w:t>
      </w:r>
    </w:p>
    <w:p>
      <w:r>
        <w:rPr>
          <w:b/>
        </w:rPr>
        <w:t xml:space="preserve">[27:16] </w:t>
      </w:r>
      <w:r>
        <w:t>to har ek kar sakta hai, lekin bari kamyabi sirf is ke liye hai jo apne aap ko</w:t>
      </w:r>
    </w:p>
    <w:p>
      <w:pPr>
        <w:jc w:val="right"/>
      </w:pPr>
      <w:r>
        <w:t>تو ہر ایک کر سکتا ہے، لیکن بڑی کامیابی صرف اس کے لیے ہے جو اپنے آپ کو</w:t>
      </w:r>
    </w:p>
    <w:p>
      <w:r>
        <w:rPr>
          <w:b/>
        </w:rPr>
        <w:t xml:space="preserve">[27:23] </w:t>
      </w:r>
      <w:r>
        <w:t>pure maanon mein distraction se bachaye.</w:t>
      </w:r>
    </w:p>
    <w:p>
      <w:pPr>
        <w:jc w:val="right"/>
      </w:pPr>
      <w:r>
        <w:t>پورے معنوں میں ڈسٹریکشن سے بچائے۔</w:t>
      </w:r>
    </w:p>
    <w:p>
      <w:r>
        <w:rPr>
          <w:b/>
        </w:rPr>
        <w:t xml:space="preserve">[27:30] </w:t>
      </w:r>
      <w:r>
        <w:t>yeh ek lafz hai, lekin bohat hi aham lafz hai.</w:t>
      </w:r>
    </w:p>
    <w:p>
      <w:pPr>
        <w:jc w:val="right"/>
      </w:pPr>
      <w:r>
        <w:t>یہ ایک لفظ ہے، لیکن بہت ہی اہم لفظ ہے۔</w:t>
      </w:r>
    </w:p>
    <w:p>
      <w:r>
        <w:rPr>
          <w:b/>
        </w:rPr>
        <w:t xml:space="preserve">[27:37] </w:t>
      </w:r>
      <w:r>
        <w:t>distraction, main khud is ko bohat der mein samjha.</w:t>
      </w:r>
    </w:p>
    <w:p>
      <w:pPr>
        <w:jc w:val="right"/>
      </w:pPr>
      <w:r>
        <w:t>ڈسٹریکشن، میں خود اس کو بہت دیر میں سمجھا۔</w:t>
      </w:r>
    </w:p>
    <w:p>
      <w:r>
        <w:rPr>
          <w:b/>
        </w:rPr>
        <w:t xml:space="preserve">[27:44] </w:t>
      </w:r>
      <w:r>
        <w:t>jab main madrasse mein padh kar nikla tha to yeh lafz hi mere paas nahi tha.</w:t>
      </w:r>
    </w:p>
    <w:p>
      <w:pPr>
        <w:jc w:val="right"/>
      </w:pPr>
      <w:r>
        <w:t>جب میں مدرسے میں پڑھ کر نکلا تھا تو یہ لفظ ہی میرے پاس نہیں تھا۔</w:t>
      </w:r>
    </w:p>
    <w:p>
      <w:r>
        <w:rPr>
          <w:b/>
        </w:rPr>
        <w:t xml:space="preserve">[27:52] </w:t>
      </w:r>
      <w:r>
        <w:t>madrase mein na kisi ne bataya tha, na mere paas yeh lafz tha.</w:t>
      </w:r>
    </w:p>
    <w:p>
      <w:pPr>
        <w:jc w:val="right"/>
      </w:pPr>
      <w:r>
        <w:t>مدرسے میں نہ کسی نے بتایا تھا، نہ میرے پاس یہ لفظ تھا۔</w:t>
      </w:r>
    </w:p>
    <w:p>
      <w:r>
        <w:rPr>
          <w:b/>
        </w:rPr>
        <w:t xml:space="preserve">[27:59] </w:t>
      </w:r>
      <w:r>
        <w:t>distraction, yeh to baat ko main ne jab mutala kiya to mujhe yeh lafz maloom hua.</w:t>
      </w:r>
    </w:p>
    <w:p>
      <w:pPr>
        <w:jc w:val="right"/>
      </w:pPr>
      <w:r>
        <w:t>ڈسٹریکشن، یہ تو بات کو میں نے جب مطالعہ کیا تو مجھے یہ لفظ معلوم ہوا۔</w:t>
      </w:r>
    </w:p>
    <w:p>
      <w:r>
        <w:rPr>
          <w:b/>
        </w:rPr>
        <w:t xml:space="preserve">[28:06] </w:t>
      </w:r>
      <w:r>
        <w:t>to dekhen, is ke liye main samajhta hoon ke bohat zaroori hai hassasiyat, sensitivity.</w:t>
      </w:r>
    </w:p>
    <w:p>
      <w:pPr>
        <w:jc w:val="right"/>
      </w:pPr>
      <w:r>
        <w:t>تو دیکھیں، اس کے لیے میں سمجھتا ہوں کہ بہت ضروری ہے حساسیت، سینسٹیوٹی۔</w:t>
      </w:r>
    </w:p>
    <w:p>
      <w:r>
        <w:rPr>
          <w:b/>
        </w:rPr>
        <w:t xml:space="preserve">[28:13] </w:t>
      </w:r>
      <w:r>
        <w:t>agar aap bohat sensitive na hon, bohat sensitive na hon to aap distraction hoga, aap koi is ki</w:t>
      </w:r>
    </w:p>
    <w:p>
      <w:pPr>
        <w:jc w:val="right"/>
      </w:pPr>
      <w:r>
        <w:t>اگر آپ بہت سینسٹیو نہ ہوں، بہت سینسٹیو نہ ہوں تو آپ ڈسٹریکشن ہوگا، آپ کوئی اس کی</w:t>
      </w:r>
    </w:p>
    <w:p>
      <w:r>
        <w:rPr>
          <w:b/>
        </w:rPr>
        <w:t xml:space="preserve">[28:20] </w:t>
      </w:r>
      <w:r>
        <w:t>ahmiyat nahi denge ke hua ya nahi hua.</w:t>
      </w:r>
    </w:p>
    <w:p>
      <w:pPr>
        <w:jc w:val="right"/>
      </w:pPr>
      <w:r>
        <w:t>اہمیت نہیں دیں گے کہ ہوا یا نہیں ہوا۔</w:t>
      </w:r>
    </w:p>
    <w:p>
      <w:r>
        <w:rPr>
          <w:b/>
        </w:rPr>
        <w:t xml:space="preserve">[28:28] </w:t>
      </w:r>
      <w:r>
        <w:t>to jab bohat aap hassas honge, tabhi aap ko mehsoos hoga ke yeh to distraction hai, yeh</w:t>
      </w:r>
    </w:p>
    <w:p>
      <w:pPr>
        <w:jc w:val="right"/>
      </w:pPr>
      <w:r>
        <w:t>تو جب بہت آپ حساس ہوں گے، تبھی آپ کو محسوس ہوگا کہ یہ تو ڈسٹریکشن ہے، یہ</w:t>
      </w:r>
    </w:p>
    <w:p>
      <w:r>
        <w:rPr>
          <w:b/>
        </w:rPr>
        <w:t xml:space="preserve">[28:35] </w:t>
      </w:r>
      <w:r>
        <w:t>to distraction hai.</w:t>
      </w:r>
    </w:p>
    <w:p>
      <w:pPr>
        <w:jc w:val="right"/>
      </w:pPr>
      <w:r>
        <w:t>تو ڈسٹریکشن ہے۔</w:t>
      </w:r>
    </w:p>
    <w:p>
      <w:r>
        <w:rPr>
          <w:b/>
        </w:rPr>
        <w:t xml:space="preserve">[28:42] </w:t>
      </w:r>
      <w:r>
        <w:t>tab is se bachenge, aap aap ko bachayenge.</w:t>
      </w:r>
    </w:p>
    <w:p>
      <w:pPr>
        <w:jc w:val="right"/>
      </w:pPr>
      <w:r>
        <w:t>تب اس سے بچیں گے، آپ آپ کو بچائیں گے۔</w:t>
      </w:r>
    </w:p>
    <w:p>
      <w:r>
        <w:rPr>
          <w:b/>
        </w:rPr>
        <w:t xml:space="preserve">[28:49] </w:t>
      </w:r>
      <w:r>
        <w:t>aur main samajhta hoon ke is usool ki, is ko usool itna aham hai, is ki ahmiyat ke</w:t>
      </w:r>
    </w:p>
    <w:p>
      <w:pPr>
        <w:jc w:val="right"/>
      </w:pPr>
      <w:r>
        <w:t>اور میں سمجھتا ہوں کہ اس اصول کی، اس کو اصول اتنا اہم ہے، اس کی اہمیت کے</w:t>
      </w:r>
    </w:p>
    <w:p>
      <w:r>
        <w:rPr>
          <w:b/>
        </w:rPr>
        <w:t xml:space="preserve">[28:57] </w:t>
      </w:r>
      <w:r>
        <w:t>liye yahi kafi hai, yeh reference ke Allah ne pehla insan jab banaya Adam to us ko yeh</w:t>
      </w:r>
    </w:p>
    <w:p>
      <w:pPr>
        <w:jc w:val="right"/>
      </w:pPr>
      <w:r>
        <w:t>لیے یہی کافی ہے، یہ ریفرنس کہ اللہ نے پہلا انسان جب بنایا آدم تو اس کو یہ</w:t>
      </w:r>
    </w:p>
    <w:p>
      <w:r>
        <w:rPr>
          <w:b/>
        </w:rPr>
        <w:t xml:space="preserve">[29:04] </w:t>
      </w:r>
      <w:r>
        <w:t>sab se bari jo naseehat di, woh yahi thi: "dekho, distract mat hona".</w:t>
      </w:r>
    </w:p>
    <w:p>
      <w:pPr>
        <w:jc w:val="right"/>
      </w:pPr>
      <w:r>
        <w:t>سب سے بڑی جو نصیحت دی، وہ یہی تھی: "دیکھو، ڈسٹریکٹ مت ہونا"۔</w:t>
      </w:r>
    </w:p>
    <w:p>
      <w:r>
        <w:rPr>
          <w:b/>
        </w:rPr>
        <w:t xml:space="preserve">[29:11] </w:t>
      </w:r>
      <w:r>
        <w:t>yani ek darakht se mana karna un ko ke "la taqrab ala al-shajar".</w:t>
      </w:r>
    </w:p>
    <w:p>
      <w:pPr>
        <w:jc w:val="right"/>
      </w:pPr>
      <w:r>
        <w:t>یعنی ایک درخت سے منع کرنا ان کو کہ "لا تقرب علی الشجر"۔</w:t>
      </w:r>
    </w:p>
    <w:p>
      <w:r>
        <w:rPr>
          <w:b/>
        </w:rPr>
        <w:t xml:space="preserve">[29:18] </w:t>
      </w:r>
      <w:r>
        <w:t>is darakht ke qareeb mat jana, yani is ka tarjuma yeh hoga: is darakht ke qareeb bhi mat</w:t>
      </w:r>
    </w:p>
    <w:p>
      <w:pPr>
        <w:jc w:val="right"/>
      </w:pPr>
      <w:r>
        <w:t>اس درخت کے قریب مت جانا، یعنی اس کا ترجمہ یہ ہوگا: اس درخت کے قریب بھی مت</w:t>
      </w:r>
    </w:p>
    <w:p>
      <w:r>
        <w:rPr>
          <w:b/>
        </w:rPr>
        <w:t xml:space="preserve">[29:25] </w:t>
      </w:r>
      <w:r>
        <w:t>jana, apne aap ko is se bachana ke is ke qareeb bhi mat jana.</w:t>
      </w:r>
    </w:p>
    <w:p>
      <w:pPr>
        <w:jc w:val="right"/>
      </w:pPr>
      <w:r>
        <w:t>جانا، اپنے آپ کو اس سے بچانا کہ اس کے قریب بھی مت جانا۔</w:t>
      </w:r>
    </w:p>
    <w:p>
      <w:r>
        <w:rPr>
          <w:b/>
        </w:rPr>
        <w:t xml:space="preserve">[29:33] </w:t>
      </w:r>
      <w:r>
        <w:t>qareeb jaoge to kuch socho ge is ke darakhton par, is ke phal par, is ke patiyon</w:t>
      </w:r>
    </w:p>
    <w:p>
      <w:pPr>
        <w:jc w:val="right"/>
      </w:pPr>
      <w:r>
        <w:t>قریب جاؤ گے تو کچھ سوچو گے اس کے درختوں پر، اس کے پھل پر، اس کے پتیوں</w:t>
      </w:r>
    </w:p>
    <w:p>
      <w:r>
        <w:rPr>
          <w:b/>
        </w:rPr>
        <w:t xml:space="preserve">[29:40] </w:t>
      </w:r>
      <w:r>
        <w:t>par, is ke phoolon par.</w:t>
      </w:r>
    </w:p>
    <w:p>
      <w:pPr>
        <w:jc w:val="right"/>
      </w:pPr>
      <w:r>
        <w:t>پر، اس کے پھولوں پر۔</w:t>
      </w:r>
    </w:p>
    <w:p>
      <w:r>
        <w:rPr>
          <w:b/>
        </w:rPr>
        <w:t xml:space="preserve">[29:47] </w:t>
      </w:r>
      <w:r>
        <w:t>tumhari soch distract hogi, ya to phir is mein phans jaoge, nahi to time waste karoge.</w:t>
      </w:r>
    </w:p>
    <w:p>
      <w:pPr>
        <w:jc w:val="right"/>
      </w:pPr>
      <w:r>
        <w:t>تمہاری سوچ ڈسٹریکٹ ہوگی، یا تو پھر اس میں پھنس جاؤ گے، نہیں تو ٹائم ویسٹ کرو گے۔</w:t>
      </w:r>
    </w:p>
    <w:p>
      <w:r>
        <w:rPr>
          <w:b/>
        </w:rPr>
        <w:t xml:space="preserve">[29:54] </w:t>
      </w:r>
      <w:r>
        <w:t>to "la taqrab ala al-shajar" ka matlab hai, is ka tarjuma yeh hoga ke is darakht ke qareeb</w:t>
      </w:r>
    </w:p>
    <w:p>
      <w:pPr>
        <w:jc w:val="right"/>
      </w:pPr>
      <w:r>
        <w:t>تو "لا تقرب علی الشجر" کا مطلب ہے، اس کا ترجمہ یہ ہوگا کہ اس درخت کے قریب</w:t>
      </w:r>
    </w:p>
    <w:p>
      <w:r>
        <w:rPr>
          <w:b/>
        </w:rPr>
        <w:t xml:space="preserve">[30:01] </w:t>
      </w:r>
      <w:r>
        <w:t>bhi mat jana.</w:t>
      </w:r>
    </w:p>
    <w:p>
      <w:pPr>
        <w:jc w:val="right"/>
      </w:pPr>
      <w:r>
        <w:t>بھی مت جانا۔</w:t>
      </w:r>
    </w:p>
    <w:p>
      <w:r>
        <w:rPr>
          <w:b/>
        </w:rPr>
        <w:t xml:space="preserve">[30:09] </w:t>
      </w:r>
      <w:r>
        <w:t>itna aham hai distraction ka muamla.</w:t>
      </w:r>
    </w:p>
    <w:p>
      <w:pPr>
        <w:jc w:val="right"/>
      </w:pPr>
      <w:r>
        <w:t>اتنا اہم ہے ڈسٹریکشن کا معاملہ۔</w:t>
      </w:r>
    </w:p>
    <w:p>
      <w:r>
        <w:rPr>
          <w:b/>
        </w:rPr>
        <w:t xml:space="preserve">[30:16] </w:t>
      </w:r>
      <w:r>
        <w:t>hazrat Umar jab gaye the Falasteen to aap ko maloom hai ke woh gaye the is tareeqe se</w:t>
      </w:r>
    </w:p>
    <w:p>
      <w:pPr>
        <w:jc w:val="right"/>
      </w:pPr>
      <w:r>
        <w:t>حضرت عمر جب گئے تھے فلسطین تو آپ کو معلوم ہے کہ وہ گئے تھے اس طریقے سے</w:t>
      </w:r>
    </w:p>
    <w:p>
      <w:r>
        <w:rPr>
          <w:b/>
        </w:rPr>
        <w:t xml:space="preserve">[30:23] </w:t>
      </w:r>
      <w:r>
        <w:t>ke bilkul saada andaaz mein.</w:t>
      </w:r>
    </w:p>
    <w:p>
      <w:pPr>
        <w:jc w:val="right"/>
      </w:pPr>
      <w:r>
        <w:t>کہ بالکل سادہ انداز میں۔</w:t>
      </w:r>
    </w:p>
    <w:p>
      <w:r>
        <w:rPr>
          <w:b/>
        </w:rPr>
        <w:t xml:space="preserve">[30:30] </w:t>
      </w:r>
      <w:r>
        <w:t>ek hi oont tha, is par bari bari aap baithte the, ghulam baithta tha, kapda bohat mamooli tha.</w:t>
      </w:r>
    </w:p>
    <w:p>
      <w:pPr>
        <w:jc w:val="right"/>
      </w:pPr>
      <w:r>
        <w:t>ایک ہی اونٹ تھا، اس پر باری باری آپ بیٹھتے تھے، غلام بیٹھتا تھا، کپڑا بہت معمولی تھا۔</w:t>
      </w:r>
    </w:p>
    <w:p>
      <w:r>
        <w:rPr>
          <w:b/>
        </w:rPr>
        <w:t xml:space="preserve">[30:37] </w:t>
      </w:r>
      <w:r>
        <w:t>to jab woh Falasteen ke qareeb pohanche to Sham mein jo musalman the, Sham us waqt Muslim saltanat</w:t>
      </w:r>
    </w:p>
    <w:p>
      <w:pPr>
        <w:jc w:val="right"/>
      </w:pPr>
      <w:r>
        <w:t>تو جب وہ فلسطین کے قریب پہنچے تو شام میں جو مسلمان تھے، شام اس وقت مسلم سلطنت</w:t>
      </w:r>
    </w:p>
    <w:p>
      <w:r>
        <w:rPr>
          <w:b/>
        </w:rPr>
        <w:t xml:space="preserve">[30:45] </w:t>
      </w:r>
      <w:r>
        <w:t>mein shamil tha, to wahan ke jo khaas barhe barhe Muslim the, wahan ke jo governor the, woh</w:t>
      </w:r>
    </w:p>
    <w:p>
      <w:pPr>
        <w:jc w:val="right"/>
      </w:pPr>
      <w:r>
        <w:t>میں شامل تھا، تو وہاں کے جو خاص بڑے بڑے مسلم تھے، وہاں کے جو گورنر تھے، وہ</w:t>
      </w:r>
    </w:p>
    <w:p>
      <w:r>
        <w:rPr>
          <w:b/>
        </w:rPr>
        <w:t xml:space="preserve">[30:52] </w:t>
      </w:r>
      <w:r>
        <w:t>aaye aur unhone bohat acha ek jora tayyar kiya tha, yani aaj kal ki zaban mein kurta</w:t>
      </w:r>
    </w:p>
    <w:p>
      <w:pPr>
        <w:jc w:val="right"/>
      </w:pPr>
      <w:r>
        <w:t>آئے اور انہوں نے بہت اچھا ایک جوڑا تیار کیا تھا، یعنی آج کل کی زبان میں کرتا</w:t>
      </w:r>
    </w:p>
    <w:p>
      <w:r>
        <w:rPr>
          <w:b/>
        </w:rPr>
        <w:t xml:space="preserve">[30:59] </w:t>
      </w:r>
      <w:r>
        <w:t>pajama, bohat achhe qism ke kapde ka.</w:t>
      </w:r>
    </w:p>
    <w:p>
      <w:pPr>
        <w:jc w:val="right"/>
      </w:pPr>
      <w:r>
        <w:t>پجامہ، بہت اچھے قسم کے کپڑے کا۔</w:t>
      </w:r>
    </w:p>
    <w:p>
      <w:r>
        <w:rPr>
          <w:b/>
        </w:rPr>
        <w:t xml:space="preserve">[31:06] </w:t>
      </w:r>
      <w:r>
        <w:t>to yeh pehne hue the mote, bilkul mota kapda, is mein bhi pamen laga hua tha, is mein</w:t>
      </w:r>
    </w:p>
    <w:p>
      <w:pPr>
        <w:jc w:val="right"/>
      </w:pPr>
      <w:r>
        <w:t>تو یہ پہنے ہوئے تھے موٹے، بالکل موٹا کپڑا، اس میں بھی پامن لگا ہوا تھا، اس میں</w:t>
      </w:r>
    </w:p>
    <w:p>
      <w:r>
        <w:rPr>
          <w:b/>
        </w:rPr>
        <w:t xml:space="preserve">[31:14] </w:t>
      </w:r>
      <w:r>
        <w:t>bhi mota chhota kapda.</w:t>
      </w:r>
    </w:p>
    <w:p>
      <w:pPr>
        <w:jc w:val="right"/>
      </w:pPr>
      <w:r>
        <w:t>بھی موٹا چھوٹا کپڑا۔</w:t>
      </w:r>
    </w:p>
    <w:p>
      <w:r>
        <w:rPr>
          <w:b/>
        </w:rPr>
        <w:t xml:space="preserve">[31:21] </w:t>
      </w:r>
      <w:r>
        <w:t>to woh apne sath laye Sham se bohat achhe kapde ka dress.</w:t>
      </w:r>
    </w:p>
    <w:p>
      <w:pPr>
        <w:jc w:val="right"/>
      </w:pPr>
      <w:r>
        <w:t>تو وہ اپنے ساتھ لائے شام سے بہت اچھے کپڑے کا ڈریس۔</w:t>
      </w:r>
    </w:p>
    <w:p>
      <w:r>
        <w:rPr>
          <w:b/>
        </w:rPr>
        <w:t xml:space="preserve">[31:28] </w:t>
      </w:r>
      <w:r>
        <w:t>to unhon ne hazrat umar ko kaha ke hum chahte hain ke aap jab dakhil hon falasteen mein,</w:t>
      </w:r>
    </w:p>
    <w:p>
      <w:pPr>
        <w:jc w:val="right"/>
      </w:pPr>
      <w:r>
        <w:t>تو انہوں نے حضرت عمر کو کہا کہ ہم چاہتے ہیں کہ آپ جب داخل ہوں فلسطین میں،</w:t>
      </w:r>
    </w:p>
    <w:p>
      <w:r>
        <w:rPr>
          <w:b/>
        </w:rPr>
        <w:t xml:space="preserve">[31:35] </w:t>
      </w:r>
      <w:r>
        <w:t>to yeh falasteen is zamane mein aik taraqqi yafta ilaqa tha, to aap yeh kapra pehan ke jayen,</w:t>
      </w:r>
    </w:p>
    <w:p>
      <w:pPr>
        <w:jc w:val="right"/>
      </w:pPr>
      <w:r>
        <w:t>تو یہ فلسطین اس زمانے میں ایک ترقی یافتہ علاقہ تھا، تو آپ یہ کپڑا پہن کے جائیں،</w:t>
      </w:r>
    </w:p>
    <w:p>
      <w:r>
        <w:rPr>
          <w:b/>
        </w:rPr>
        <w:t xml:space="preserve">[31:42] </w:t>
      </w:r>
      <w:r>
        <w:t>yeh kapra pehan ke jayen.</w:t>
      </w:r>
    </w:p>
    <w:p>
      <w:pPr>
        <w:jc w:val="right"/>
      </w:pPr>
      <w:r>
        <w:t>یہ کپڑا پہن کے جائیں۔</w:t>
      </w:r>
    </w:p>
    <w:p>
      <w:r>
        <w:rPr>
          <w:b/>
        </w:rPr>
        <w:t xml:space="preserve">[31:50] </w:t>
      </w:r>
      <w:r>
        <w:t>to un ke kehne par aap ne kapra pehan liya, lekin thori dair utar diya, thori dair utar diya.</w:t>
      </w:r>
    </w:p>
    <w:p>
      <w:pPr>
        <w:jc w:val="right"/>
      </w:pPr>
      <w:r>
        <w:t>تو ان کے کہنے پر آپ نے کپڑا پہن لیا، لیکن تھوڑی دیر اتار دیا، تھوڑی دیر اتار دیا۔</w:t>
      </w:r>
    </w:p>
    <w:p>
      <w:r>
        <w:rPr>
          <w:b/>
        </w:rPr>
        <w:t xml:space="preserve">[31:57] </w:t>
      </w:r>
      <w:r>
        <w:t>to maine socha ke kyun utara unhon ne? is ki wajah se ke mote chote kapre pe</w:t>
      </w:r>
    </w:p>
    <w:p>
      <w:pPr>
        <w:jc w:val="right"/>
      </w:pPr>
      <w:r>
        <w:t>تو میں نے سوچا کہ کیوں اتارا انہوں نے؟ اس کی وجہ سے کہ موٹے چھوٹے کپڑے پہ</w:t>
      </w:r>
    </w:p>
    <w:p>
      <w:r>
        <w:rPr>
          <w:b/>
        </w:rPr>
        <w:t xml:space="preserve">[32:04] </w:t>
      </w:r>
      <w:r>
        <w:t>aadmi distract nahi hota.</w:t>
      </w:r>
    </w:p>
    <w:p>
      <w:pPr>
        <w:jc w:val="right"/>
      </w:pPr>
      <w:r>
        <w:t>آدمی ڈسٹریکٹ نہیں ہوتا۔</w:t>
      </w:r>
    </w:p>
    <w:p>
      <w:r>
        <w:rPr>
          <w:b/>
        </w:rPr>
        <w:t xml:space="preserve">[32:11] </w:t>
      </w:r>
      <w:r>
        <w:t>acha kapra rahega to distract hoga, distract hoga.</w:t>
      </w:r>
    </w:p>
    <w:p>
      <w:pPr>
        <w:jc w:val="right"/>
      </w:pPr>
      <w:r>
        <w:t>اچھا کپڑا رہے گا تو ڈسٹریکٹ ہوگا، ڈسٹریکٹ ہوگا۔</w:t>
      </w:r>
    </w:p>
    <w:p>
      <w:r>
        <w:rPr>
          <w:b/>
        </w:rPr>
        <w:t xml:space="preserve">[32:18] </w:t>
      </w:r>
      <w:r>
        <w:t>kabhi is ki, is ki nazar kabhi idhar jayegi, idhar jayegi, is ke rang par, is</w:t>
      </w:r>
    </w:p>
    <w:p>
      <w:pPr>
        <w:jc w:val="right"/>
      </w:pPr>
      <w:r>
        <w:t>کبھی اس کی، اس کی نظر کبھی ادھر جائے گی، ادھر جائے گی، اس کے رنگ پر، اس</w:t>
      </w:r>
    </w:p>
    <w:p>
      <w:r>
        <w:rPr>
          <w:b/>
        </w:rPr>
        <w:t xml:space="preserve">[32:26] </w:t>
      </w:r>
      <w:r>
        <w:t>ke design par, is silai par jayegi.</w:t>
      </w:r>
    </w:p>
    <w:p>
      <w:pPr>
        <w:jc w:val="right"/>
      </w:pPr>
      <w:r>
        <w:t>کے ڈیزائن پر، اس سلائی پر جائے گی۔</w:t>
      </w:r>
    </w:p>
    <w:p>
      <w:r>
        <w:rPr>
          <w:b/>
        </w:rPr>
        <w:t xml:space="preserve">[32:33] </w:t>
      </w:r>
      <w:r>
        <w:t>to apne aap ko distraction se bachane ke liye woh kapra lota diya unhon ne.</w:t>
      </w:r>
    </w:p>
    <w:p>
      <w:pPr>
        <w:jc w:val="right"/>
      </w:pPr>
      <w:r>
        <w:t>تو اپنے آپ کو ڈسٹریکشن سے بچانے کے لیے وہ کپڑا لوٹا دیا انہوں نے۔</w:t>
      </w:r>
    </w:p>
    <w:p>
      <w:r>
        <w:rPr>
          <w:b/>
        </w:rPr>
        <w:t xml:space="preserve">[32:40] </w:t>
      </w:r>
      <w:r>
        <w:t>aisi is safar mein aik aur waqea hua tha ke hazrat umar gaye the oont par baith kar ke.</w:t>
      </w:r>
    </w:p>
    <w:p>
      <w:pPr>
        <w:jc w:val="right"/>
      </w:pPr>
      <w:r>
        <w:t>ایسی اس سفر میں ایک اور واقعہ ہوا تھا کہ حضرت عمر گئے تھے اونٹ پر بیٹھ کر کے۔</w:t>
      </w:r>
    </w:p>
    <w:p>
      <w:r>
        <w:rPr>
          <w:b/>
        </w:rPr>
        <w:t xml:space="preserve">[32:47] </w:t>
      </w:r>
      <w:r>
        <w:t>unhon ne kaha ke yahan oont par baith kar bare log oont par baith kar nahi ate, ghore</w:t>
      </w:r>
    </w:p>
    <w:p>
      <w:pPr>
        <w:jc w:val="right"/>
      </w:pPr>
      <w:r>
        <w:t>انہوں نے کہا کہ یہاں اونٹ پر بیٹھ کر بڑے لوگ اونٹ پر بیٹھ کر نہیں آتے، گھوڑے</w:t>
      </w:r>
    </w:p>
    <w:p>
      <w:r>
        <w:rPr>
          <w:b/>
        </w:rPr>
        <w:t xml:space="preserve">[32:54] </w:t>
      </w:r>
      <w:r>
        <w:t>par ate hain.</w:t>
      </w:r>
    </w:p>
    <w:p>
      <w:pPr>
        <w:jc w:val="right"/>
      </w:pPr>
      <w:r>
        <w:t>پر آتے ہیں۔</w:t>
      </w:r>
    </w:p>
    <w:p>
      <w:r>
        <w:rPr>
          <w:b/>
        </w:rPr>
        <w:t xml:space="preserve">[33:02] </w:t>
      </w:r>
      <w:r>
        <w:t>to aap to khalifa hain, aap to un ke liye ghoda laya gaya ke aap ghore par baithiye,</w:t>
      </w:r>
    </w:p>
    <w:p>
      <w:pPr>
        <w:jc w:val="right"/>
      </w:pPr>
      <w:r>
        <w:t>تو آپ تو خلیفہ ہیں، آپ تو ان کے لیے گھوڑا لایا گیا کہ آپ گھوڑے پر بیٹھیے،</w:t>
      </w:r>
    </w:p>
    <w:p>
      <w:r>
        <w:rPr>
          <w:b/>
        </w:rPr>
        <w:t xml:space="preserve">[33:09] </w:t>
      </w:r>
      <w:r>
        <w:t>is par baith kar ke aap falasteen mein dakhil hona chahiye aap ko.</w:t>
      </w:r>
    </w:p>
    <w:p>
      <w:pPr>
        <w:jc w:val="right"/>
      </w:pPr>
      <w:r>
        <w:t>اس پر بیٹھ کر کے آپ فلسطین میں داخل ہونا چاہیے آپ کو۔</w:t>
      </w:r>
    </w:p>
    <w:p>
      <w:r>
        <w:rPr>
          <w:b/>
        </w:rPr>
        <w:t xml:space="preserve">[33:16] </w:t>
      </w:r>
      <w:r>
        <w:t>to is mein bhi yahi hua ke hazrat umar logon ke kehne par baith gaye aur thori dair</w:t>
      </w:r>
    </w:p>
    <w:p>
      <w:pPr>
        <w:jc w:val="right"/>
      </w:pPr>
      <w:r>
        <w:t>تو اس میں بھی یہی ہوا کہ حضرت عمر لوگوں کے کہنے پر بیٹھ گئے اور تھوڑی دیر</w:t>
      </w:r>
    </w:p>
    <w:p>
      <w:r>
        <w:rPr>
          <w:b/>
        </w:rPr>
        <w:t xml:space="preserve">[33:23] </w:t>
      </w:r>
      <w:r>
        <w:t>utar gaye, thori dair utar gaye.</w:t>
      </w:r>
    </w:p>
    <w:p>
      <w:pPr>
        <w:jc w:val="right"/>
      </w:pPr>
      <w:r>
        <w:t>اتر گئے، تھوڑی دیر اتر گئے۔</w:t>
      </w:r>
    </w:p>
    <w:p>
      <w:r>
        <w:rPr>
          <w:b/>
        </w:rPr>
        <w:t xml:space="preserve">[33:30] </w:t>
      </w:r>
      <w:r>
        <w:t>wahan yeh main samajhta hoon ke jo utar gaye, isi liye ke un ka focus hatta tha bar bar.</w:t>
      </w:r>
    </w:p>
    <w:p>
      <w:pPr>
        <w:jc w:val="right"/>
      </w:pPr>
      <w:r>
        <w:t>وہاں یہ میں سمجھتا ہوں کہ جو اتر گئے، اسی لیے کہ ان کا فوکس ہٹتا تھا بار بار۔</w:t>
      </w:r>
    </w:p>
    <w:p>
      <w:r>
        <w:rPr>
          <w:b/>
        </w:rPr>
        <w:t xml:space="preserve">[33:38] </w:t>
      </w:r>
      <w:r>
        <w:t>is ki chaal, main jab dekhta hoon is ko, ghore ko to ajeeb cheez nazar ati hai, ghoda</w:t>
      </w:r>
    </w:p>
    <w:p>
      <w:pPr>
        <w:jc w:val="right"/>
      </w:pPr>
      <w:r>
        <w:t>اس کی چال، میں جب دیکھتا ہوں اس کو، گھوڑے کو تو عجیب چیز نظر آتی ہے، گھوڑا</w:t>
      </w:r>
    </w:p>
    <w:p>
      <w:r>
        <w:rPr>
          <w:b/>
        </w:rPr>
        <w:t xml:space="preserve">[33:45] </w:t>
      </w:r>
      <w:r>
        <w:t>mujhe, yani car se aur hawa jahaz se zyada bari cheez nazar ati hai.</w:t>
      </w:r>
    </w:p>
    <w:p>
      <w:pPr>
        <w:jc w:val="right"/>
      </w:pPr>
      <w:r>
        <w:t>مجھے، یعنی کار سے اور ہوا جہاز سے زیادہ بڑی چیز نظر آتی ہے۔</w:t>
      </w:r>
    </w:p>
    <w:p>
      <w:r>
        <w:rPr>
          <w:b/>
        </w:rPr>
        <w:t xml:space="preserve">[33:52] </w:t>
      </w:r>
      <w:r>
        <w:t>bas bohat hi shandar sawari, ghore mein jo shaan hai, woh na hawa jahaz mein hai na car mein hai.</w:t>
      </w:r>
    </w:p>
    <w:p>
      <w:pPr>
        <w:jc w:val="right"/>
      </w:pPr>
      <w:r>
        <w:t>بس بہت ہی شاندار سواری، گھوڑے میں جو شان ہے، وہ نہ ہوا جہاز میں ہے نہ کار میں ہے۔</w:t>
      </w:r>
    </w:p>
    <w:p>
      <w:r>
        <w:rPr>
          <w:b/>
        </w:rPr>
        <w:t xml:space="preserve">[33:59] </w:t>
      </w:r>
      <w:r>
        <w:t>to achhe ghore par aap baithe hain, aik bar main baitha hoon ghore par to aap ko aik</w:t>
      </w:r>
    </w:p>
    <w:p>
      <w:pPr>
        <w:jc w:val="right"/>
      </w:pPr>
      <w:r>
        <w:t>تو اچھے گھوڑے پر آپ بیٹھے ہیں، ایک بار میں بیٹھا ہوں گھوڑے پر تو آپ کو ایک</w:t>
      </w:r>
    </w:p>
    <w:p>
      <w:r>
        <w:rPr>
          <w:b/>
        </w:rPr>
        <w:t xml:space="preserve">[34:07] </w:t>
      </w:r>
      <w:r>
        <w:t>ajeeb ehsas hota hai.</w:t>
      </w:r>
    </w:p>
    <w:p>
      <w:pPr>
        <w:jc w:val="right"/>
      </w:pPr>
      <w:r>
        <w:t>عجیب احساس ہوتا ہے۔</w:t>
      </w:r>
    </w:p>
    <w:p>
      <w:r>
        <w:rPr>
          <w:b/>
        </w:rPr>
        <w:t xml:space="preserve">[34:14] </w:t>
      </w:r>
      <w:r>
        <w:t>to ghoda aap ke liye source of distraction ban jata hai.</w:t>
      </w:r>
    </w:p>
    <w:p>
      <w:pPr>
        <w:jc w:val="right"/>
      </w:pPr>
      <w:r>
        <w:t>تو گھوڑا آپ کے لیے سورس آف ڈسٹریکشن بن جاتا ہے۔</w:t>
      </w:r>
    </w:p>
    <w:p>
      <w:r>
        <w:rPr>
          <w:b/>
        </w:rPr>
        <w:t xml:space="preserve">[34:21] </w:t>
      </w:r>
      <w:r>
        <w:t>to hazrat umar utar gaye, wahi oont par baith gaye.</w:t>
      </w:r>
    </w:p>
    <w:p>
      <w:pPr>
        <w:jc w:val="right"/>
      </w:pPr>
      <w:r>
        <w:t>تو حضرت عمر اتر گئے، وہی اونٹ پر بیٹھ گئے۔</w:t>
      </w:r>
    </w:p>
    <w:p>
      <w:r>
        <w:rPr>
          <w:b/>
        </w:rPr>
        <w:t xml:space="preserve">[34:28] </w:t>
      </w:r>
      <w:r>
        <w:t>to aadmi ko sochna parta hai ke kya cheez mere liye distraction ka zariya ban rahi hai, kya</w:t>
      </w:r>
    </w:p>
    <w:p>
      <w:pPr>
        <w:jc w:val="right"/>
      </w:pPr>
      <w:r>
        <w:t>تو آدمی کو سوچنا پڑتا ہے کہ کیا چیز میرے لیے ڈسٹریکشن کا ذریعہ بن رہی ہے، کیا</w:t>
      </w:r>
    </w:p>
    <w:p>
      <w:r>
        <w:rPr>
          <w:b/>
        </w:rPr>
        <w:t xml:space="preserve">[34:35] </w:t>
      </w:r>
      <w:r>
        <w:t>cheez jo cheez ban rahi ho, usi se bachna hai aap ko.</w:t>
      </w:r>
    </w:p>
    <w:p>
      <w:pPr>
        <w:jc w:val="right"/>
      </w:pPr>
      <w:r>
        <w:t>چیز جو چیز بن رہی ہو، اسی سے بچنا ہے آپ کو۔</w:t>
      </w:r>
    </w:p>
    <w:p>
      <w:r>
        <w:rPr>
          <w:b/>
        </w:rPr>
        <w:t xml:space="preserve">[34:43] </w:t>
      </w:r>
      <w:r>
        <w:t>chahe woh aap ke bachche hon, chahe aap ka maal ho, chahe aap ka aaina ho ya aap</w:t>
      </w:r>
    </w:p>
    <w:p>
      <w:pPr>
        <w:jc w:val="right"/>
      </w:pPr>
      <w:r>
        <w:t>چاہے وہ آپ کے بچے ہوں، چاہے آپ کا مال ہو، چاہے آپ کا آئینہ ہو یا آپ</w:t>
      </w:r>
    </w:p>
    <w:p>
      <w:r>
        <w:rPr>
          <w:b/>
        </w:rPr>
        <w:t xml:space="preserve">[34:50] </w:t>
      </w:r>
      <w:r>
        <w:t>ka furniture ho, aap ko read karna hai ke kya cheez hai jo aap ko distract kar rahi hai.</w:t>
      </w:r>
    </w:p>
    <w:p>
      <w:pPr>
        <w:jc w:val="right"/>
      </w:pPr>
      <w:r>
        <w:t>کا فرنیچر ہو، آپ کو ریڈ کرنا ہے کہ کیا چیز ہے جو آپ کو ڈسٹریکٹ کر رہی ہے۔</w:t>
      </w:r>
    </w:p>
    <w:p>
      <w:r>
        <w:rPr>
          <w:b/>
        </w:rPr>
        <w:t xml:space="preserve">[34:57] </w:t>
      </w:r>
      <w:r>
        <w:t>bas is se bachiye.</w:t>
      </w:r>
    </w:p>
    <w:p>
      <w:pPr>
        <w:jc w:val="right"/>
      </w:pPr>
      <w:r>
        <w:t>بس اس سے بچیے۔</w:t>
      </w:r>
    </w:p>
    <w:p>
      <w:r>
        <w:rPr>
          <w:b/>
        </w:rPr>
        <w:t xml:space="preserve">[35:04] </w:t>
      </w:r>
      <w:r>
        <w:t>farz kijiye, laziz khana bohat aap ko pasand aata ho, us ko bhi chhod dijiye, kyunke laziz khana</w:t>
      </w:r>
    </w:p>
    <w:p>
      <w:pPr>
        <w:jc w:val="right"/>
      </w:pPr>
      <w:r>
        <w:t>فرض کیجیے، لذیذ کھانا بہت آپ کو پسند آتا ہو، اس کو بھی چھوڑ دیجیے، کیونکہ لذیذ کھانا</w:t>
      </w:r>
    </w:p>
    <w:p>
      <w:r>
        <w:rPr>
          <w:b/>
        </w:rPr>
        <w:t xml:space="preserve">[35:11] </w:t>
      </w:r>
      <w:r>
        <w:t>jo hai, woh bhi source of distraction hai.</w:t>
      </w:r>
    </w:p>
    <w:p>
      <w:pPr>
        <w:jc w:val="right"/>
      </w:pPr>
      <w:r>
        <w:t>جو ہے، وہ بھی سورس آف ڈسٹریکشن ہے۔</w:t>
      </w:r>
    </w:p>
    <w:p>
      <w:r>
        <w:rPr>
          <w:b/>
        </w:rPr>
        <w:t xml:space="preserve">[35:19] </w:t>
      </w:r>
      <w:r>
        <w:t>hamare ek saathi hain, to woh hamare saath ab hain, masha Allah.</w:t>
      </w:r>
    </w:p>
    <w:p>
      <w:pPr>
        <w:jc w:val="right"/>
      </w:pPr>
      <w:r>
        <w:t>ہمارے ایک ساتھی ہیں، تو وہ ہمارے ساتھ اب ہیں، ماشاءاللہ۔</w:t>
      </w:r>
    </w:p>
    <w:p>
      <w:r>
        <w:rPr>
          <w:b/>
        </w:rPr>
        <w:t xml:space="preserve">[35:26] </w:t>
      </w:r>
      <w:r>
        <w:t>to shuru mein jab woh aaye to un ke ek saathi ne bataya ke yeh meat ke bohat</w:t>
      </w:r>
    </w:p>
    <w:p>
      <w:pPr>
        <w:jc w:val="right"/>
      </w:pPr>
      <w:r>
        <w:t>تو شروع میں جب وہ آئے تو ان کے ایک ساتھی نے بتایا کہ یہ میٹ کے بہت</w:t>
      </w:r>
    </w:p>
    <w:p>
      <w:r>
        <w:rPr>
          <w:b/>
        </w:rPr>
        <w:t xml:space="preserve">[35:33] </w:t>
      </w:r>
      <w:r>
        <w:t>aadi hain aur dastar khwan par agar meat na ho to khate hi nahin, uth jaate hain.</w:t>
      </w:r>
    </w:p>
    <w:p>
      <w:pPr>
        <w:jc w:val="right"/>
      </w:pPr>
      <w:r>
        <w:t>عادی ہیں اور دسترخوان پر اگر میٹ نہ ہو تو کھاتے ہی نہیں، اٹھ جاتے ہیں۔</w:t>
      </w:r>
    </w:p>
    <w:p>
      <w:r>
        <w:rPr>
          <w:b/>
        </w:rPr>
        <w:t xml:space="preserve">[35:40] </w:t>
      </w:r>
      <w:r>
        <w:t>to un se pehla mein ne wada liya ke aaj se aap is aadat ko badliye, jo hai</w:t>
      </w:r>
    </w:p>
    <w:p>
      <w:pPr>
        <w:jc w:val="right"/>
      </w:pPr>
      <w:r>
        <w:t>تو ان سے پہلا میں نے وعدہ لیا کہ آج سے آپ اس عادت کو بدلیے، جو ہے</w:t>
      </w:r>
    </w:p>
    <w:p>
      <w:r>
        <w:rPr>
          <w:b/>
        </w:rPr>
        <w:t xml:space="preserve">[35:47] </w:t>
      </w:r>
      <w:r>
        <w:t>wahi khaiye, sochiye mat ke kya hai, nahin to aap chale jaiye, aap wapas jaiye.</w:t>
      </w:r>
    </w:p>
    <w:p>
      <w:pPr>
        <w:jc w:val="right"/>
      </w:pPr>
      <w:r>
        <w:t>وہی کھائیے، سوچیے مت کہ کیا ہے، نہیں تو آپ چلے جائیے، آپ واپس جائیے۔</w:t>
      </w:r>
    </w:p>
    <w:p>
      <w:r>
        <w:rPr>
          <w:b/>
        </w:rPr>
        <w:t xml:space="preserve">[35:55] </w:t>
      </w:r>
      <w:r>
        <w:t>yani khane ko bas jo hai, woh kha lijiye, yeh nahin ke meat ho tab khayen, nahin to</w:t>
      </w:r>
    </w:p>
    <w:p>
      <w:pPr>
        <w:jc w:val="right"/>
      </w:pPr>
      <w:r>
        <w:t>یعنی کھانے کو بس جو ہے، وہ کھا لیجیے، یہ نہیں کہ میٹ ہو تب کھائیں، نہیں تو</w:t>
      </w:r>
    </w:p>
    <w:p>
      <w:r>
        <w:rPr>
          <w:b/>
        </w:rPr>
        <w:t xml:space="preserve">[36:02] </w:t>
      </w:r>
      <w:r>
        <w:t>nahin khayenge.</w:t>
      </w:r>
    </w:p>
    <w:p>
      <w:pPr>
        <w:jc w:val="right"/>
      </w:pPr>
      <w:r>
        <w:t>نہیں کھائیں گے۔</w:t>
      </w:r>
    </w:p>
    <w:p>
      <w:r>
        <w:rPr>
          <w:b/>
        </w:rPr>
        <w:t xml:space="preserve">[36:09] </w:t>
      </w:r>
      <w:r>
        <w:t>unhon ne wada kiya aur mujhe jahan tak maloom hai, woh ab tak is par qaim hain.</w:t>
      </w:r>
    </w:p>
    <w:p>
      <w:pPr>
        <w:jc w:val="right"/>
      </w:pPr>
      <w:r>
        <w:t>انہوں نے وعدہ کیا اور مجھے جہاں تک معلوم ہے، وہ اب تک اس پر قائم ہیں۔</w:t>
      </w:r>
    </w:p>
    <w:p>
      <w:r>
        <w:rPr>
          <w:b/>
        </w:rPr>
        <w:t xml:space="preserve">[36:16] </w:t>
      </w:r>
      <w:r>
        <w:t>woh khane ke mamle mein un ki aadat badal di, unhon ne apni, masha Allah, bohat achha kaam kar</w:t>
      </w:r>
    </w:p>
    <w:p>
      <w:pPr>
        <w:jc w:val="right"/>
      </w:pPr>
      <w:r>
        <w:t>وہ کھانے کے معاملے میں ان کی عادت بدل دی، انہوں نے اپنی، ماشاءاللہ، بہت اچھا کام کر</w:t>
      </w:r>
    </w:p>
    <w:p>
      <w:r>
        <w:rPr>
          <w:b/>
        </w:rPr>
        <w:t xml:space="preserve">[36:24] </w:t>
      </w:r>
      <w:r>
        <w:t>rahe hain hamare mission mein.</w:t>
      </w:r>
    </w:p>
    <w:p>
      <w:pPr>
        <w:jc w:val="right"/>
      </w:pPr>
      <w:r>
        <w:t>رہے ہیں ہمارے مشن میں۔</w:t>
      </w:r>
    </w:p>
    <w:p>
      <w:r>
        <w:rPr>
          <w:b/>
        </w:rPr>
        <w:t xml:space="preserve">[36:31] </w:t>
      </w:r>
      <w:r>
        <w:t>to aap ko khud se soch kar ke janna hai ke kya cheez aap ke liye source of</w:t>
      </w:r>
    </w:p>
    <w:p>
      <w:pPr>
        <w:jc w:val="right"/>
      </w:pPr>
      <w:r>
        <w:t>تو آپ کو خود سے سوچ کر کے جاننا ہے کہ کیا چیز آپ کے لیے سورس آف</w:t>
      </w:r>
    </w:p>
    <w:p>
      <w:r>
        <w:rPr>
          <w:b/>
        </w:rPr>
        <w:t xml:space="preserve">[36:38] </w:t>
      </w:r>
      <w:r>
        <w:t>distraction ban rahi hai, kya cheez hai.</w:t>
      </w:r>
    </w:p>
    <w:p>
      <w:pPr>
        <w:jc w:val="right"/>
      </w:pPr>
      <w:r>
        <w:t>ڈسٹریکشن بن رہی ہے، کیا چیز ہے۔</w:t>
      </w:r>
    </w:p>
    <w:p>
      <w:r>
        <w:rPr>
          <w:b/>
        </w:rPr>
        <w:t xml:space="preserve">[36:45] </w:t>
      </w:r>
      <w:r>
        <w:t>yeh koi doosra aadmi nahin samajh sakta, aap khud samajh sakte hain ke woh kya cheez hai jo</w:t>
      </w:r>
    </w:p>
    <w:p>
      <w:pPr>
        <w:jc w:val="right"/>
      </w:pPr>
      <w:r>
        <w:t>یہ کوئی دوسرا آدمی نہیں سمجھ سکتا، آپ خود سمجھ سکتے ہیں کہ وہ کیا چیز ہے جو</w:t>
      </w:r>
    </w:p>
    <w:p>
      <w:r>
        <w:rPr>
          <w:b/>
        </w:rPr>
        <w:t xml:space="preserve">[36:52] </w:t>
      </w:r>
      <w:r>
        <w:t>mere liye, jo mujhe distract karti hai apne mission se, apne ideal se, apne maqsad se.</w:t>
      </w:r>
    </w:p>
    <w:p>
      <w:pPr>
        <w:jc w:val="right"/>
      </w:pPr>
      <w:r>
        <w:t>میرے لیے، جو مجھے ڈسٹریکٹ کرتی ہے اپنے مشن سے، اپنے آئیڈیل سے، اپنے مقصد سے۔</w:t>
      </w:r>
    </w:p>
    <w:p>
      <w:r>
        <w:rPr>
          <w:b/>
        </w:rPr>
        <w:t xml:space="preserve">[37:00] </w:t>
      </w:r>
      <w:r>
        <w:t>us ko chhod dijiye.</w:t>
      </w:r>
    </w:p>
    <w:p>
      <w:pPr>
        <w:jc w:val="right"/>
      </w:pPr>
      <w:r>
        <w:t>اس کو چھوڑ دیجیے۔</w:t>
      </w:r>
    </w:p>
    <w:p>
      <w:r>
        <w:rPr>
          <w:b/>
        </w:rPr>
        <w:t xml:space="preserve">[37:07] </w:t>
      </w:r>
      <w:r>
        <w:t>yani koi is ki list nahin hai ke falan cheez distract karegi aap ko, is ki koi</w:t>
      </w:r>
    </w:p>
    <w:p>
      <w:pPr>
        <w:jc w:val="right"/>
      </w:pPr>
      <w:r>
        <w:t>یعنی کوئی اس کی لسٹ نہیں ہے کہ فلاں چیز ڈسٹریکٹ کرے گی آپ کو، اس کی کوئی</w:t>
      </w:r>
    </w:p>
    <w:p>
      <w:r>
        <w:rPr>
          <w:b/>
        </w:rPr>
        <w:t xml:space="preserve">[37:14] </w:t>
      </w:r>
      <w:r>
        <w:t>list nahin hai.</w:t>
      </w:r>
    </w:p>
    <w:p>
      <w:pPr>
        <w:jc w:val="right"/>
      </w:pPr>
      <w:r>
        <w:t>لسٹ نہیں ہے۔</w:t>
      </w:r>
    </w:p>
    <w:p>
      <w:r>
        <w:rPr>
          <w:b/>
        </w:rPr>
        <w:t xml:space="preserve">[37:21] </w:t>
      </w:r>
      <w:r>
        <w:t>yeh aap ko khud janna hai ke aap ke apne lehaz se kya cheez aap ko distract karti</w:t>
      </w:r>
    </w:p>
    <w:p>
      <w:pPr>
        <w:jc w:val="right"/>
      </w:pPr>
      <w:r>
        <w:t>یہ آپ کو خود جاننا ہے کہ آپ کے اپنے لحاظ سے کیا چیز آپ کو ڈسٹریکٹ کرتی</w:t>
      </w:r>
    </w:p>
    <w:p>
      <w:r>
        <w:rPr>
          <w:b/>
        </w:rPr>
        <w:t xml:space="preserve">[37:28] </w:t>
      </w:r>
      <w:r>
        <w:t>hai, kya cheez hai.</w:t>
      </w:r>
    </w:p>
    <w:p>
      <w:pPr>
        <w:jc w:val="right"/>
      </w:pPr>
      <w:r>
        <w:t>ہے، کیا چیز ہے۔</w:t>
      </w:r>
    </w:p>
    <w:p>
      <w:r>
        <w:rPr>
          <w:b/>
        </w:rPr>
        <w:t xml:space="preserve">[37:36] </w:t>
      </w:r>
      <w:r>
        <w:t>aur agar aap ko zindagi mein koi bari cheez achieve karna hai, chahe secular field mein ya religious</w:t>
      </w:r>
    </w:p>
    <w:p>
      <w:pPr>
        <w:jc w:val="right"/>
      </w:pPr>
      <w:r>
        <w:t>اور اگر آپ کو زندگی میں کوئی بڑی چیز اچیو کرنا ہے، چاہے سیکولر فیلڈ میں یا ریلیجیس</w:t>
      </w:r>
    </w:p>
    <w:p>
      <w:r>
        <w:rPr>
          <w:b/>
        </w:rPr>
        <w:t xml:space="preserve">[37:43] </w:t>
      </w:r>
      <w:r>
        <w:t>field mein, to aap ko zaroor apne ko distraction se bachana parega.</w:t>
      </w:r>
    </w:p>
    <w:p>
      <w:pPr>
        <w:jc w:val="right"/>
      </w:pPr>
      <w:r>
        <w:t>فیلڈ میں، تو آپ کو ضرور اپنے کو ڈسٹریکشن سے بچانا پڑے گا۔</w:t>
      </w:r>
    </w:p>
    <w:p>
      <w:r>
        <w:rPr>
          <w:b/>
        </w:rPr>
        <w:t xml:space="preserve">[37:50] </w:t>
      </w:r>
      <w:r>
        <w:t>maine ek qissa padha tha Einstein ke bare mein.</w:t>
      </w:r>
    </w:p>
    <w:p>
      <w:pPr>
        <w:jc w:val="right"/>
      </w:pPr>
      <w:r>
        <w:t>میں نے ایک قصہ پڑھا تھا آئنسٹائن کے بارے میں۔</w:t>
      </w:r>
    </w:p>
    <w:p>
      <w:r>
        <w:rPr>
          <w:b/>
        </w:rPr>
        <w:t xml:space="preserve">[37:57] </w:t>
      </w:r>
      <w:r>
        <w:t>Einstein ko kisi ne paanch hazar dollar ka check diya, paanch hazar pound ka check diya.</w:t>
      </w:r>
    </w:p>
    <w:p>
      <w:pPr>
        <w:jc w:val="right"/>
      </w:pPr>
      <w:r>
        <w:t>آئنسٹائن کو کسی نے پانچ ہزار ڈالر کا چیک دیا، پانچ ہزار پاؤنڈ کا چیک دیا۔</w:t>
      </w:r>
    </w:p>
    <w:p>
      <w:r>
        <w:rPr>
          <w:b/>
        </w:rPr>
        <w:t xml:space="preserve">[38:04] </w:t>
      </w:r>
      <w:r>
        <w:t>to Einstein jo kitaab padh raha tha, us waqt us mein bookmark ke taur par us ne</w:t>
      </w:r>
    </w:p>
    <w:p>
      <w:pPr>
        <w:jc w:val="right"/>
      </w:pPr>
      <w:r>
        <w:t>تو آئنسٹائن جو کتاب پڑھ رہا تھا، اس وقت اس میں بک مارک کے طور پر اس نے</w:t>
      </w:r>
    </w:p>
    <w:p>
      <w:r>
        <w:rPr>
          <w:b/>
        </w:rPr>
        <w:t xml:space="preserve">[38:12] </w:t>
      </w:r>
      <w:r>
        <w:t>laga diya us ko, us ko.</w:t>
      </w:r>
    </w:p>
    <w:p>
      <w:pPr>
        <w:jc w:val="right"/>
      </w:pPr>
      <w:r>
        <w:t>لگا دیا اس کو، اس کو۔</w:t>
      </w:r>
    </w:p>
    <w:p>
      <w:r>
        <w:rPr>
          <w:b/>
        </w:rPr>
        <w:t xml:space="preserve">[38:19] </w:t>
      </w:r>
      <w:r>
        <w:t>aur itna zyada woh, yaani be-ta'alluq ho gaya us se ke us waqt use pata chala ke</w:t>
      </w:r>
    </w:p>
    <w:p>
      <w:pPr>
        <w:jc w:val="right"/>
      </w:pPr>
      <w:r>
        <w:t>اور اتنا زیادہ وہ، یعنی بے تعلق ہو گیا اس سے کہ اس وقت اسے پتہ چلا کہ</w:t>
      </w:r>
    </w:p>
    <w:p>
      <w:r>
        <w:rPr>
          <w:b/>
        </w:rPr>
        <w:t xml:space="preserve">[38:26] </w:t>
      </w:r>
      <w:r>
        <w:t>paanch hazar dollar ka yeh check hai, jabke us ki date nikal chuki thi.</w:t>
      </w:r>
    </w:p>
    <w:p>
      <w:pPr>
        <w:jc w:val="right"/>
      </w:pPr>
      <w:r>
        <w:t>پانچ ہزار ڈالر کا یہ چیک ہے، جبکہ اس کی ڈیٹ نکل چکی تھی۔</w:t>
      </w:r>
    </w:p>
    <w:p>
      <w:r>
        <w:rPr>
          <w:b/>
        </w:rPr>
        <w:t xml:space="preserve">[38:33] </w:t>
      </w:r>
      <w:r>
        <w:t>aap jante hain, kuch kuch kuch muddat ke baad woh time-barred ho jata hai, to tab woh</w:t>
      </w:r>
    </w:p>
    <w:p>
      <w:pPr>
        <w:jc w:val="right"/>
      </w:pPr>
      <w:r>
        <w:t>آپ جانتے ہیں، کچھ کچھ کچھ مدت کے بعد وہ ٹائم بارڈ ہو جاتا ہے، تو تب وہ</w:t>
      </w:r>
    </w:p>
    <w:p>
      <w:r>
        <w:rPr>
          <w:b/>
        </w:rPr>
        <w:t xml:space="preserve">[38:40] </w:t>
      </w:r>
      <w:r>
        <w:t>itna bara scientist bana.</w:t>
      </w:r>
    </w:p>
    <w:p>
      <w:pPr>
        <w:jc w:val="right"/>
      </w:pPr>
      <w:r>
        <w:t>اتنا بڑا سائنٹسٹ بنا۔</w:t>
      </w:r>
    </w:p>
    <w:p>
      <w:r>
        <w:rPr>
          <w:b/>
        </w:rPr>
        <w:t xml:space="preserve">[38:48] </w:t>
      </w:r>
      <w:r>
        <w:t>to har ek ko ek ek dafa ek safar mein ek sahib ke saath mein gaya, to main</w:t>
      </w:r>
    </w:p>
    <w:p>
      <w:pPr>
        <w:jc w:val="right"/>
      </w:pPr>
      <w:r>
        <w:t>تو ہر ایک کو ایک ایک دفعہ ایک سفر میں ایک صاحب کے ساتھ میں گیا، تو میں</w:t>
      </w:r>
    </w:p>
    <w:p>
      <w:r>
        <w:rPr>
          <w:b/>
        </w:rPr>
        <w:t xml:space="preserve">[38:55] </w:t>
      </w:r>
      <w:r>
        <w:t>ne dekha ke har program mein woh late ho jate the, har program mein woh late ho jate the.</w:t>
      </w:r>
    </w:p>
    <w:p>
      <w:pPr>
        <w:jc w:val="right"/>
      </w:pPr>
      <w:r>
        <w:t>نے دیکھا کہ ہر پروگرام میں وہ لیٹ ہو جاتے تھے، ہر پروگرام میں وہ لیٹ ہو جاتے تھے۔</w:t>
      </w:r>
    </w:p>
    <w:p>
      <w:r>
        <w:rPr>
          <w:b/>
        </w:rPr>
        <w:t xml:space="preserve">[39:02] </w:t>
      </w:r>
      <w:r>
        <w:t>maine pata kiya, kya wajah hai late ho jate hain yeh? To maloom hua ke woh shaam</w:t>
      </w:r>
    </w:p>
    <w:p>
      <w:pPr>
        <w:jc w:val="right"/>
      </w:pPr>
      <w:r>
        <w:t>میں نے پتہ کیا، کیا وجہ ہے لیٹ ہو جاتے ہیں یہ؟ تو معلوم ہوا کہ وہ شام</w:t>
      </w:r>
    </w:p>
    <w:p>
      <w:r>
        <w:rPr>
          <w:b/>
        </w:rPr>
        <w:t xml:space="preserve">[39:09] </w:t>
      </w:r>
      <w:r>
        <w:t>ko apna kapda dete hain us ke liye laundry mein.</w:t>
      </w:r>
    </w:p>
    <w:p>
      <w:pPr>
        <w:jc w:val="right"/>
      </w:pPr>
      <w:r>
        <w:t>کو اپنا کپڑا دیتے ہیں اس کے لیے لانڈری میں۔</w:t>
      </w:r>
    </w:p>
    <w:p>
      <w:r>
        <w:rPr>
          <w:b/>
        </w:rPr>
        <w:t xml:space="preserve">[39:17] </w:t>
      </w:r>
      <w:r>
        <w:t>to laundry wale un ke apne auqaat hote hain, hamare apne auqaat the.</w:t>
      </w:r>
    </w:p>
    <w:p>
      <w:pPr>
        <w:jc w:val="right"/>
      </w:pPr>
      <w:r>
        <w:t>تو لانڈری والے ان کے اپنے اوقات ہوتے ہیں، ہمارے اپنے اوقات تھے۔</w:t>
      </w:r>
    </w:p>
    <w:p>
      <w:r>
        <w:rPr>
          <w:b/>
        </w:rPr>
        <w:t xml:space="preserve">[39:24] </w:t>
      </w:r>
      <w:r>
        <w:t>to subah ko jab hamare program ka time hota tha, to aksar woh press kar ke kapda aa</w:t>
      </w:r>
    </w:p>
    <w:p>
      <w:pPr>
        <w:jc w:val="right"/>
      </w:pPr>
      <w:r>
        <w:t>تو صبح کو جب ہمارے پروگرام کا ٹائم ہوتا تھا، تو اکثر وہ پریس کر کے کپڑا آ</w:t>
      </w:r>
    </w:p>
    <w:p>
      <w:r>
        <w:rPr>
          <w:b/>
        </w:rPr>
        <w:t xml:space="preserve">[39:31] </w:t>
      </w:r>
      <w:r>
        <w:t>jaye kamre mein, aisa nahi hota tha.</w:t>
      </w:r>
    </w:p>
    <w:p>
      <w:pPr>
        <w:jc w:val="right"/>
      </w:pPr>
      <w:r>
        <w:t>جائے کمرے میں، ایسا نہیں ہوتا تھا۔</w:t>
      </w:r>
    </w:p>
    <w:p>
      <w:r>
        <w:rPr>
          <w:b/>
        </w:rPr>
        <w:t xml:space="preserve">[39:38] </w:t>
      </w:r>
      <w:r>
        <w:t>der to isi ke intezar mein woh intezar karte rehte the ke kapda aa jaye, tab chalein.</w:t>
      </w:r>
    </w:p>
    <w:p>
      <w:pPr>
        <w:jc w:val="right"/>
      </w:pPr>
      <w:r>
        <w:t>دیر تو اسی کے انتظار میں وہ انتظار کرتے رہتے تھے کہ کپڑا آ جائے، تب چلیں۔</w:t>
      </w:r>
    </w:p>
    <w:p>
      <w:r>
        <w:rPr>
          <w:b/>
        </w:rPr>
        <w:t xml:space="preserve">[39:45] </w:t>
      </w:r>
      <w:r>
        <w:t>to un ke liye yahi source of distraction tha.</w:t>
      </w:r>
    </w:p>
    <w:p>
      <w:pPr>
        <w:jc w:val="right"/>
      </w:pPr>
      <w:r>
        <w:t>تو ان کے لیے یہی سورس آف ڈسٹریکشن تھا۔</w:t>
      </w:r>
    </w:p>
    <w:p>
      <w:r>
        <w:rPr>
          <w:b/>
        </w:rPr>
        <w:t xml:space="preserve">[39:53] </w:t>
      </w:r>
      <w:r>
        <w:t>to aap baharhaal, aap ko koi aadmi list nahi bata sakta, list nahi bata sakta.</w:t>
      </w:r>
    </w:p>
    <w:p>
      <w:pPr>
        <w:jc w:val="right"/>
      </w:pPr>
      <w:r>
        <w:t>تو آپ بہرحال، آپ کو کوئی آدمی لسٹ نہیں بتا سکتا، لسٹ نہیں بتا سکتا۔</w:t>
      </w:r>
    </w:p>
    <w:p>
      <w:r>
        <w:rPr>
          <w:b/>
        </w:rPr>
        <w:t xml:space="preserve">[40:00] </w:t>
      </w:r>
      <w:r>
        <w:t>aap ko khud janna hoga ke kya cheez aap ko distract karti hai aur us se bachna hoga,</w:t>
      </w:r>
    </w:p>
    <w:p>
      <w:pPr>
        <w:jc w:val="right"/>
      </w:pPr>
      <w:r>
        <w:t>آپ کو خود جاننا ہوگا کہ کیا چیز آپ کو ڈسٹریکٹ کرتی ہے اور اس سے بچنا ہوگا،</w:t>
      </w:r>
    </w:p>
    <w:p>
      <w:r>
        <w:rPr>
          <w:b/>
        </w:rPr>
        <w:t xml:space="preserve">[40:07] </w:t>
      </w:r>
      <w:r>
        <w:t>us se bachna hoga.</w:t>
      </w:r>
    </w:p>
    <w:p>
      <w:pPr>
        <w:jc w:val="right"/>
      </w:pPr>
      <w:r>
        <w:t>اس سے بچنا ہوگا۔</w:t>
      </w:r>
    </w:p>
    <w:p>
      <w:r>
        <w:rPr>
          <w:b/>
        </w:rPr>
        <w:t xml:space="preserve">[40:14] </w:t>
      </w:r>
      <w:r>
        <w:t>aur nahi to aap ko yeh bhaari qeemat deni paregi ke aap zindagi mein koi bari cheez</w:t>
      </w:r>
    </w:p>
    <w:p>
      <w:pPr>
        <w:jc w:val="right"/>
      </w:pPr>
      <w:r>
        <w:t>اور نہیں تو آپ کو یہ بھاری قیمت دینی پڑے گی کہ آپ زندگی میں کوئی بڑی چیز</w:t>
      </w:r>
    </w:p>
    <w:p>
      <w:r>
        <w:rPr>
          <w:b/>
        </w:rPr>
        <w:t xml:space="preserve">[40:21] </w:t>
      </w:r>
      <w:r>
        <w:t>achieve na kar sakein, koi bari cheez achieve na kar sakein.</w:t>
      </w:r>
    </w:p>
    <w:p>
      <w:pPr>
        <w:jc w:val="right"/>
      </w:pPr>
      <w:r>
        <w:t>اچیو نہ کر سکیں، کوئی بڑی چیز اچیو نہ کر سکیں۔</w:t>
      </w:r>
    </w:p>
    <w:p>
      <w:r>
        <w:rPr>
          <w:b/>
        </w:rPr>
        <w:t xml:space="preserve">[40:29] </w:t>
      </w:r>
      <w:r>
        <w:t>ek sahab the hamare, pehle zamane ki baat hai ke un ki shadi hui, to b.a. ki</w:t>
      </w:r>
    </w:p>
    <w:p>
      <w:pPr>
        <w:jc w:val="right"/>
      </w:pPr>
      <w:r>
        <w:t>ایک صاحب تھے ہمارے، پہلے زمانے کی بات ہے کہ ان کی شادی ہوئی، تو بی اے کی</w:t>
      </w:r>
    </w:p>
    <w:p>
      <w:r>
        <w:rPr>
          <w:b/>
        </w:rPr>
        <w:t xml:space="preserve">[40:36] </w:t>
      </w:r>
      <w:r>
        <w:t>degree li thi unhon ne aur shadi kar li.</w:t>
      </w:r>
    </w:p>
    <w:p>
      <w:pPr>
        <w:jc w:val="right"/>
      </w:pPr>
      <w:r>
        <w:t>ڈگری لی تھی انہوں نے اور شادی کر لی۔</w:t>
      </w:r>
    </w:p>
    <w:p>
      <w:r>
        <w:rPr>
          <w:b/>
        </w:rPr>
        <w:t xml:space="preserve">[40:43] </w:t>
      </w:r>
      <w:r>
        <w:t>to main ne un se kaha ke dekhiye, shadi abhi mat kijiye, master degree le lijiye, phir shadi kijiye.</w:t>
      </w:r>
    </w:p>
    <w:p>
      <w:pPr>
        <w:jc w:val="right"/>
      </w:pPr>
      <w:r>
        <w:t>تو میں نے ان سے کہا کہ دیکھیے، شادی ابھی مت کیجیے، ماسٹر ڈگری لے لیجیے، پھر شادی کیجیے۔</w:t>
      </w:r>
    </w:p>
    <w:p>
      <w:r>
        <w:rPr>
          <w:b/>
        </w:rPr>
        <w:t xml:space="preserve">[40:50] </w:t>
      </w:r>
      <w:r>
        <w:t>main ne bohat kaha ke master degree le gaye to phir shadi kijiye, lekin unhon ne meri baat</w:t>
      </w:r>
    </w:p>
    <w:p>
      <w:pPr>
        <w:jc w:val="right"/>
      </w:pPr>
      <w:r>
        <w:t>میں نے بہت کہا کہ ماسٹر ڈگری لے گئے تو پھر شادی کیجیے، لیکن انہوں نے میری بات</w:t>
      </w:r>
    </w:p>
    <w:p>
      <w:r>
        <w:rPr>
          <w:b/>
        </w:rPr>
        <w:t xml:space="preserve">[40:57] </w:t>
      </w:r>
      <w:r>
        <w:t>nahi mani aur b.a. ke baad shadi kar li.</w:t>
      </w:r>
    </w:p>
    <w:p>
      <w:pPr>
        <w:jc w:val="right"/>
      </w:pPr>
      <w:r>
        <w:t>نہیں مانی اور بی اے کے بعد شادی کر لی۔</w:t>
      </w:r>
    </w:p>
    <w:p>
      <w:r>
        <w:rPr>
          <w:b/>
        </w:rPr>
        <w:t xml:space="preserve">[41:05] </w:t>
      </w:r>
      <w:r>
        <w:t>is ke baad kya hua ke master degree nahi le sake, wo master degree nahi le sake, is</w:t>
      </w:r>
    </w:p>
    <w:p>
      <w:pPr>
        <w:jc w:val="right"/>
      </w:pPr>
      <w:r>
        <w:t>اس کے بعد کیا ہوا کہ ماسٹر ڈگری نہیں لے سکے، وہ ماسٹر ڈگری نہیں لے سکے، اس</w:t>
      </w:r>
    </w:p>
    <w:p>
      <w:r>
        <w:rPr>
          <w:b/>
        </w:rPr>
        <w:t xml:space="preserve">[41:12] </w:t>
      </w:r>
      <w:r>
        <w:t>liye wo koi bari taraqqi bhi nahi un ki zindagi mein pai unhon ne.</w:t>
      </w:r>
    </w:p>
    <w:p>
      <w:pPr>
        <w:jc w:val="right"/>
      </w:pPr>
      <w:r>
        <w:t>لیے وہ کوئی بڑی ترقی بھی نہیں ان کی زندگی میں پائی انہوں نے۔</w:t>
      </w:r>
    </w:p>
    <w:p>
      <w:r>
        <w:rPr>
          <w:b/>
        </w:rPr>
        <w:t xml:space="preserve">[41:19] </w:t>
      </w:r>
      <w:r>
        <w:t>to to yani un ka source of distraction doosra tha.</w:t>
      </w:r>
    </w:p>
    <w:p>
      <w:pPr>
        <w:jc w:val="right"/>
      </w:pPr>
      <w:r>
        <w:t>تو تو یعنی ان کا سورس آف ڈسٹریکشن دوسرا تھا۔</w:t>
      </w:r>
    </w:p>
    <w:p>
      <w:r>
        <w:rPr>
          <w:b/>
        </w:rPr>
        <w:t xml:space="preserve">[41:26] </w:t>
      </w:r>
      <w:r>
        <w:t>to har ek ka source of distraction alag ho sakta hai.</w:t>
      </w:r>
    </w:p>
    <w:p>
      <w:pPr>
        <w:jc w:val="right"/>
      </w:pPr>
      <w:r>
        <w:t>تو ہر ایک کا سورس آف ڈسٹریکشن الگ ہو سکتا ہے۔</w:t>
      </w:r>
    </w:p>
    <w:p>
      <w:r>
        <w:rPr>
          <w:b/>
        </w:rPr>
        <w:t xml:space="preserve">[41:34] </w:t>
      </w:r>
      <w:r>
        <w:t>kisi ka yahi hai ke wo marzi se baatein karta hai, doosra aadmi baith kar ke hua karta</w:t>
      </w:r>
    </w:p>
    <w:p>
      <w:pPr>
        <w:jc w:val="right"/>
      </w:pPr>
      <w:r>
        <w:t>کسی کا یہی ہے کہ وہ مرضی سے باتیں کرتا ہے، دوسرا آدمی بیٹھ کر کے ہوا کرتا</w:t>
      </w:r>
    </w:p>
    <w:p>
      <w:r>
        <w:rPr>
          <w:b/>
        </w:rPr>
        <w:t xml:space="preserve">[41:41] </w:t>
      </w:r>
      <w:r>
        <w:t>hai, joke chhodta hai, shair padhta hai, log hanste hain, ye bhi distraction hai.</w:t>
      </w:r>
    </w:p>
    <w:p>
      <w:pPr>
        <w:jc w:val="right"/>
      </w:pPr>
      <w:r>
        <w:t>ہے، جوک چھوڑتا ہے، شعر پڑھتا ہے، لوگ ہنستے ہیں، یہ بھی ڈسٹریکشن ہے۔</w:t>
      </w:r>
    </w:p>
    <w:p>
      <w:r>
        <w:rPr>
          <w:b/>
        </w:rPr>
        <w:t xml:space="preserve">[41:48] </w:t>
      </w:r>
      <w:r>
        <w:t>to jo cheez aap ke time ko kill kare, jo cheez aap ke time ko kill kare, jo</w:t>
      </w:r>
    </w:p>
    <w:p>
      <w:pPr>
        <w:jc w:val="right"/>
      </w:pPr>
      <w:r>
        <w:t>تو جو چیز آپ کے ٹائم کو کل کرے، جو چیز آپ کے ٹائم کو کل کرے، جو</w:t>
      </w:r>
    </w:p>
    <w:p>
      <w:r>
        <w:rPr>
          <w:b/>
        </w:rPr>
        <w:t xml:space="preserve">[41:55] </w:t>
      </w:r>
      <w:r>
        <w:t>cheez aap ke time ko asal maqsad jo aap ka hai, is ke siwa kahin aur laga de,</w:t>
      </w:r>
    </w:p>
    <w:p>
      <w:pPr>
        <w:jc w:val="right"/>
      </w:pPr>
      <w:r>
        <w:t>چیز آپ کے ٹائم کو اصل مقصد جو آپ کا ہے، اس کے سوا کہیں اور لگا دے،</w:t>
      </w:r>
    </w:p>
    <w:p>
      <w:r>
        <w:rPr>
          <w:b/>
        </w:rPr>
        <w:t xml:space="preserve">[42:02] </w:t>
      </w:r>
      <w:r>
        <w:t>wo wo distraction ka case hai.</w:t>
      </w:r>
    </w:p>
    <w:p>
      <w:pPr>
        <w:jc w:val="right"/>
      </w:pPr>
      <w:r>
        <w:t>وہ وہ ڈسٹریکشن کا کیس ہے۔</w:t>
      </w:r>
    </w:p>
    <w:p>
      <w:r>
        <w:rPr>
          <w:b/>
        </w:rPr>
        <w:t xml:space="preserve">[42:10] </w:t>
      </w:r>
      <w:r>
        <w:t>to main aakhir mein kahunga ke Allah taala ne hum ko paida kiya hai is liye ke</w:t>
      </w:r>
    </w:p>
    <w:p>
      <w:pPr>
        <w:jc w:val="right"/>
      </w:pPr>
      <w:r>
        <w:t>تو میں آخر میں کہوں گا کہ اللہ تعالیٰ نے ہم کو پیدا کیا ہے اس لیے کہ</w:t>
      </w:r>
    </w:p>
    <w:p>
      <w:r>
        <w:rPr>
          <w:b/>
        </w:rPr>
        <w:t xml:space="preserve">[42:17] </w:t>
      </w:r>
      <w:r>
        <w:t>hum koi bada kaam karen.</w:t>
      </w:r>
    </w:p>
    <w:p>
      <w:pPr>
        <w:jc w:val="right"/>
      </w:pPr>
      <w:r>
        <w:t>ہم کوئی بڑا کام کریں۔</w:t>
      </w:r>
    </w:p>
    <w:p>
      <w:r>
        <w:rPr>
          <w:b/>
        </w:rPr>
        <w:t xml:space="preserve">[42:24] </w:t>
      </w:r>
      <w:r>
        <w:t>badi salahiyat hai to bada kaam bhi karna ho.</w:t>
      </w:r>
    </w:p>
    <w:p>
      <w:pPr>
        <w:jc w:val="right"/>
      </w:pPr>
      <w:r>
        <w:t>بڑی صلاحیت ہے تو بڑا کام بھی کرنا ہو۔</w:t>
      </w:r>
    </w:p>
    <w:p>
      <w:r>
        <w:rPr>
          <w:b/>
        </w:rPr>
        <w:t xml:space="preserve">[42:31] </w:t>
      </w:r>
      <w:r>
        <w:t>quran mein hai ke laqad khalaqtahu lil insaan fi athnay taqweel.</w:t>
      </w:r>
    </w:p>
    <w:p>
      <w:pPr>
        <w:jc w:val="right"/>
      </w:pPr>
      <w:r>
        <w:t>قرآن میں ہے کہ لَقَدْ خَلَقْتَهُ لِلْإِنْسَانَ فِي أَثْنَي تَقْويلٍ۔</w:t>
      </w:r>
    </w:p>
    <w:p>
      <w:r>
        <w:rPr>
          <w:b/>
        </w:rPr>
        <w:t xml:space="preserve">[42:38] </w:t>
      </w:r>
      <w:r>
        <w:t>insaan ko bohat hi anokha wajood diya gaya hai.</w:t>
      </w:r>
    </w:p>
    <w:p>
      <w:pPr>
        <w:jc w:val="right"/>
      </w:pPr>
      <w:r>
        <w:t>انسان کو بہت ہی انوکھا وجود دیا گیا ہے۔</w:t>
      </w:r>
    </w:p>
    <w:p>
      <w:r>
        <w:rPr>
          <w:b/>
        </w:rPr>
        <w:t xml:space="preserve">[42:46] </w:t>
      </w:r>
      <w:r>
        <w:t>ye aap ka body ya aap ka mind, har cheez aap ki bohat hi distinctive hai.</w:t>
      </w:r>
    </w:p>
    <w:p>
      <w:pPr>
        <w:jc w:val="right"/>
      </w:pPr>
      <w:r>
        <w:t>یہ آپ کا باڈی یا آپ کا مائنڈ، ہر چیز آپ کی بہت ہی ڈسٹنکٹو ہے۔</w:t>
      </w:r>
    </w:p>
    <w:p>
      <w:r>
        <w:rPr>
          <w:b/>
        </w:rPr>
        <w:t xml:space="preserve">[42:53] </w:t>
      </w:r>
      <w:r>
        <w:t>to isi ke lehaz se aap ko koi badi kamyabi hasil karna hai aur badi kamyabi ke liye</w:t>
      </w:r>
    </w:p>
    <w:p>
      <w:pPr>
        <w:jc w:val="right"/>
      </w:pPr>
      <w:r>
        <w:t>تو اسی کے لحاظ سے آپ کو کوئی بڑی کامیابی حاصل کرنا ہے اور بڑی کامیابی کے لیے</w:t>
      </w:r>
    </w:p>
    <w:p>
      <w:r>
        <w:rPr>
          <w:b/>
        </w:rPr>
        <w:t xml:space="preserve">[43:00] </w:t>
      </w:r>
      <w:r>
        <w:t>aap ko zaroori hai ke aap apne aap ko distraction se bachayen.</w:t>
      </w:r>
    </w:p>
    <w:p>
      <w:pPr>
        <w:jc w:val="right"/>
      </w:pPr>
      <w:r>
        <w:t>آپ کو ضروری ہے کہ آپ اپنے آپ کو ڈسٹریکشن سے بچائیں۔</w:t>
      </w:r>
    </w:p>
    <w:p>
      <w:r>
        <w:rPr>
          <w:b/>
        </w:rPr>
        <w:t xml:space="preserve">[43:07]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[43:14] </w:t>
      </w:r>
      <w:r>
        <w:t>Start with the question-answer session now.</w:t>
      </w:r>
    </w:p>
    <w:p>
      <w:pPr>
        <w:jc w:val="right"/>
      </w:pPr>
      <w:r>
        <w:t>سٹارٹ ود دی کوئسچن انسر سیشن ناؤ۔</w:t>
      </w:r>
    </w:p>
    <w:p>
      <w:r>
        <w:rPr>
          <w:b/>
        </w:rPr>
        <w:t xml:space="preserve">[43:22] </w:t>
      </w:r>
      <w:r>
        <w:t>Ah, all the viewers are watching this on Facebook can put their questions in the comment section.</w:t>
      </w:r>
    </w:p>
    <w:p>
      <w:pPr>
        <w:jc w:val="right"/>
      </w:pPr>
      <w:r>
        <w:t>آہ، آل دی ویورز آر واچنگ دس آن فیس بک کین پٹ دے کوئسچنز ان دی کمنٹ سیکشن۔</w:t>
      </w:r>
    </w:p>
    <w:p>
      <w:r>
        <w:rPr>
          <w:b/>
        </w:rPr>
        <w:t xml:space="preserve">[43:29] </w:t>
      </w:r>
      <w:r>
        <w:t>Please also mention your location when you ask your question, and you stream watchers can send their</w:t>
      </w:r>
    </w:p>
    <w:p>
      <w:pPr>
        <w:jc w:val="right"/>
      </w:pPr>
      <w:r>
        <w:t>پلیز آل سو مینشن یور لوکیشن وین یو آسک یور کوئسچن، اینڈ یو سٹریم واچرز کین سینڈ دے</w:t>
      </w:r>
    </w:p>
    <w:p>
      <w:r>
        <w:rPr>
          <w:b/>
        </w:rPr>
        <w:t xml:space="preserve">[43:36] </w:t>
      </w:r>
      <w:r>
        <w:t>questions on info at cps global dot org.</w:t>
      </w:r>
    </w:p>
    <w:p>
      <w:pPr>
        <w:jc w:val="right"/>
      </w:pPr>
      <w:r>
        <w:t>کوئسچنز آن انفو ایٹ سی پی ایس گلوبل ڈاٹ او آر جی۔</w:t>
      </w:r>
    </w:p>
    <w:p>
      <w:r>
        <w:rPr>
          <w:b/>
        </w:rPr>
        <w:t xml:space="preserve">[43:43] </w:t>
      </w:r>
      <w:r>
        <w:t>maulana sahib, ye sawal aaya hai kota rajasthan se, aah, fawad kadwai sahib ka, aur unhon ne likha</w:t>
      </w:r>
    </w:p>
    <w:p>
      <w:pPr>
        <w:jc w:val="right"/>
      </w:pPr>
      <w:r>
        <w:t>مولانا صاحب، یہ سوال آیا ہے کوٹہ راجستھان سے، آہ، فواد کدوئی صاحب کا، اور انہوں نے لکھا</w:t>
      </w:r>
    </w:p>
    <w:p>
      <w:r>
        <w:rPr>
          <w:b/>
        </w:rPr>
        <w:t xml:space="preserve">[43:50] </w:t>
      </w:r>
      <w:r>
        <w:t>ہے: "مولانا صاحب، for everything, there is a starting point including distraction.</w:t>
      </w:r>
    </w:p>
    <w:p>
      <w:pPr>
        <w:jc w:val="right"/>
      </w:pPr>
      <w:r>
        <w:t>ہے: "مولانا صاحب، فار ایوری تھنگ، دیر از ا سٹارٹنگ پوائنٹ انکلوڈنگ ڈسٹریکشن۔</w:t>
      </w:r>
    </w:p>
    <w:p>
      <w:r>
        <w:rPr>
          <w:b/>
        </w:rPr>
        <w:t xml:space="preserve">[43:58] </w:t>
      </w:r>
      <w:r>
        <w:t>How can we identify right at the beginning that we are getting into the distraction zone? Kindly advise</w:t>
      </w:r>
    </w:p>
    <w:p>
      <w:pPr>
        <w:jc w:val="right"/>
      </w:pPr>
      <w:r>
        <w:t>ہاؤ کین وی آئیڈینٹیفائی رائٹ ایٹ دا بگننگ دیٹ وی آر گیٹنگ انٹو دا ڈسٹریکشن زون؟ کائنڈلی ایڈوائز</w:t>
      </w:r>
    </w:p>
    <w:p>
      <w:r>
        <w:rPr>
          <w:b/>
        </w:rPr>
        <w:t xml:space="preserve">[44:05] </w:t>
      </w:r>
      <w:r>
        <w:t>"If there is a process to do so, so that we can save our selves from destruction." Bhai,</w:t>
      </w:r>
    </w:p>
    <w:p>
      <w:pPr>
        <w:jc w:val="right"/>
      </w:pPr>
      <w:r>
        <w:t>اف دیر از ا پروسیس ٹو ڈو سو، سو دیٹ وی کین سیو اور سیلز فرام ڈسٹریکشن۔" بھئی،</w:t>
      </w:r>
    </w:p>
    <w:p>
      <w:r>
        <w:rPr>
          <w:b/>
        </w:rPr>
        <w:t xml:space="preserve">[44:12] </w:t>
      </w:r>
      <w:r>
        <w:t>yeh sawal bara achha hai.</w:t>
      </w:r>
    </w:p>
    <w:p>
      <w:pPr>
        <w:jc w:val="right"/>
      </w:pPr>
      <w:r>
        <w:t>یہ سوال بڑا اچھا ہے۔</w:t>
      </w:r>
    </w:p>
    <w:p>
      <w:r>
        <w:rPr>
          <w:b/>
        </w:rPr>
        <w:t xml:space="preserve">[44:19] </w:t>
      </w:r>
      <w:r>
        <w:t>yeh sawal jo hai, bohat achha sawal hai.</w:t>
      </w:r>
    </w:p>
    <w:p>
      <w:pPr>
        <w:jc w:val="right"/>
      </w:pPr>
      <w:r>
        <w:t>یہ سوال جو ہے، بہت اچھا سوال ہے۔</w:t>
      </w:r>
    </w:p>
    <w:p>
      <w:r>
        <w:rPr>
          <w:b/>
        </w:rPr>
        <w:t xml:space="preserve">[44:27] </w:t>
      </w:r>
      <w:r>
        <w:t>jahan tak mera khayal hai ke asal cheez hai hassasiyat, sensitivity.</w:t>
      </w:r>
    </w:p>
    <w:p>
      <w:pPr>
        <w:jc w:val="right"/>
      </w:pPr>
      <w:r>
        <w:t>جہاں تک میرا خیال ہے کہ اصل چیز ہے حساسیت، سینسٹیوٹی۔</w:t>
      </w:r>
    </w:p>
    <w:p>
      <w:r>
        <w:rPr>
          <w:b/>
        </w:rPr>
        <w:t xml:space="preserve">[44:34] </w:t>
      </w:r>
      <w:r>
        <w:t>agar aap apne mission ke bare mein, jo bhi aap ka maqsad ho, us ke bare mein bohat</w:t>
      </w:r>
    </w:p>
    <w:p>
      <w:pPr>
        <w:jc w:val="right"/>
      </w:pPr>
      <w:r>
        <w:t>اگر آپ اپنے مشن کے بارے میں، جو بھی آپ کا مقصد ہو، اس کے بارے میں بہت</w:t>
      </w:r>
    </w:p>
    <w:p>
      <w:r>
        <w:rPr>
          <w:b/>
        </w:rPr>
        <w:t xml:space="preserve">[44:41] </w:t>
      </w:r>
      <w:r>
        <w:t>زیادہ حساس ہوں تو فوراً آپ کو آپ کا حساسیت بتا دے گی: "ارے، یہ تو distraction ہے،</w:t>
      </w:r>
    </w:p>
    <w:p>
      <w:pPr>
        <w:jc w:val="right"/>
      </w:pPr>
      <w:r>
        <w:t>زیادہ حساس ہوں تو فوراً آپ کو آپ کا حساسیت بتا دے گی: "ارے، یہ تو ڈسٹریکشن ہے،</w:t>
      </w:r>
    </w:p>
    <w:p>
      <w:r>
        <w:rPr>
          <w:b/>
        </w:rPr>
        <w:t xml:space="preserve">[44:48] </w:t>
      </w:r>
      <w:r>
        <w:t>kidhar ja rahe ho? mera tajurba yahi hai ke aap jitna zyada apna, aap ka jo maqsad hai,</w:t>
      </w:r>
    </w:p>
    <w:p>
      <w:pPr>
        <w:jc w:val="right"/>
      </w:pPr>
      <w:r>
        <w:t>کدھر جا رہے ہو؟" میرا تجربہ یہی ہے کہ آپ جتنا زیادہ اپنا، آپ کا جو مقصد ہے،</w:t>
      </w:r>
    </w:p>
    <w:p>
      <w:r>
        <w:rPr>
          <w:b/>
        </w:rPr>
        <w:t xml:space="preserve">[44:55] </w:t>
      </w:r>
      <w:r>
        <w:t>aap ka jo goal hai, us ke bare mein aap jitna zyada, yani bashaoor hon, jitna zyada bashaoor</w:t>
      </w:r>
    </w:p>
    <w:p>
      <w:pPr>
        <w:jc w:val="right"/>
      </w:pPr>
      <w:r>
        <w:t>آپ کا جو گول ہے، اس کے بارے میں آپ جتنا زیادہ، یعنی باشعور ہوں، جتنا زیادہ باشعور</w:t>
      </w:r>
    </w:p>
    <w:p>
      <w:r>
        <w:rPr>
          <w:b/>
        </w:rPr>
        <w:t xml:space="preserve">[45:03] </w:t>
      </w:r>
      <w:r>
        <w:t>hon, isi ke hisab se aap hassas ban jayenge, sensitive ban jayenge.</w:t>
      </w:r>
    </w:p>
    <w:p>
      <w:pPr>
        <w:jc w:val="right"/>
      </w:pPr>
      <w:r>
        <w:t>ہوں، اسی کے حساب سے آپ حساس بن جائیں گے، سینسٹیو بن جائیں گے۔</w:t>
      </w:r>
    </w:p>
    <w:p>
      <w:r>
        <w:rPr>
          <w:b/>
        </w:rPr>
        <w:t xml:space="preserve">[45:10] </w:t>
      </w:r>
      <w:r>
        <w:t>aur aap ki sensitivity jo hai, foran aap ko bolegi andar se: "Yeh kya, yeh toh distraction</w:t>
      </w:r>
    </w:p>
    <w:p>
      <w:pPr>
        <w:jc w:val="right"/>
      </w:pPr>
      <w:r>
        <w:t>اور آپ کی سینسٹیوٹی جو ہے، فوراً آپ کو بولے گی اندر سے: "یہ کیا، یہ تو ڈسٹریکشن</w:t>
      </w:r>
    </w:p>
    <w:p>
      <w:r>
        <w:rPr>
          <w:b/>
        </w:rPr>
        <w:t xml:space="preserve">[45:17] </w:t>
      </w:r>
      <w:r>
        <w:t>ho raha hai? to starting point hi par woh aap ko hassasiyat aap ko rok degi.</w:t>
      </w:r>
    </w:p>
    <w:p>
      <w:pPr>
        <w:jc w:val="right"/>
      </w:pPr>
      <w:r>
        <w:t>ہو رہا ہے؟" تو سٹارٹنگ پوائنٹ ہی پر وہ آپ کو حساسیت آپ کو روک دے گی۔</w:t>
      </w:r>
    </w:p>
    <w:p>
      <w:r>
        <w:rPr>
          <w:b/>
        </w:rPr>
        <w:t xml:space="preserve">[45:24] </w:t>
      </w:r>
      <w:r>
        <w:t>jaise main jab gaon mein rehta tha to mujhe ek qissa yaad hai.</w:t>
      </w:r>
    </w:p>
    <w:p>
      <w:pPr>
        <w:jc w:val="right"/>
      </w:pPr>
      <w:r>
        <w:t>جیسے میں جب گاؤں میں رہتا تھا تو مجھے ایک قصہ یاد ہے۔</w:t>
      </w:r>
    </w:p>
    <w:p>
      <w:r>
        <w:rPr>
          <w:b/>
        </w:rPr>
        <w:t xml:space="preserve">[45:31] </w:t>
      </w:r>
      <w:r>
        <w:t>hamare bare bhai jo the, woh gaye wahan par.</w:t>
      </w:r>
    </w:p>
    <w:p>
      <w:pPr>
        <w:jc w:val="right"/>
      </w:pPr>
      <w:r>
        <w:t>ہمارے بڑے بھائی جو تھے، وہ گئے وہاں پر۔</w:t>
      </w:r>
    </w:p>
    <w:p>
      <w:r>
        <w:rPr>
          <w:b/>
        </w:rPr>
        <w:t xml:space="preserve">[45:39] </w:t>
      </w:r>
      <w:r>
        <w:t>hamare ek rishtadari thi, ek gaon tha Sanjarpur.</w:t>
      </w:r>
    </w:p>
    <w:p>
      <w:pPr>
        <w:jc w:val="right"/>
      </w:pPr>
      <w:r>
        <w:t>ہمارے ایک رشتہ داری تھی، ایک گاؤں تھا سنجرپور۔</w:t>
      </w:r>
    </w:p>
    <w:p>
      <w:r>
        <w:rPr>
          <w:b/>
        </w:rPr>
        <w:t xml:space="preserve">[45:46] </w:t>
      </w:r>
      <w:r>
        <w:t>Sanjarpur se unhon ne, hamare rishtedar the, ek un ko sath liya.</w:t>
      </w:r>
    </w:p>
    <w:p>
      <w:pPr>
        <w:jc w:val="right"/>
      </w:pPr>
      <w:r>
        <w:t>سنجرپور سے انہوں نے، ہمارے رشتہ دار تھے، ایک ان کو ساتھ لیا۔</w:t>
      </w:r>
    </w:p>
    <w:p>
      <w:r>
        <w:rPr>
          <w:b/>
        </w:rPr>
        <w:t xml:space="preserve">[45:53] </w:t>
      </w:r>
      <w:r>
        <w:t>jana tha ek shadi mein to zabardasti bithaya un ko.</w:t>
      </w:r>
    </w:p>
    <w:p>
      <w:pPr>
        <w:jc w:val="right"/>
      </w:pPr>
      <w:r>
        <w:t>جانا تھا ایک شادی میں تو زبردستی بٹھایا ان کو۔</w:t>
      </w:r>
    </w:p>
    <w:p>
      <w:r>
        <w:rPr>
          <w:b/>
        </w:rPr>
        <w:t xml:space="preserve">[46:00] </w:t>
      </w:r>
      <w:r>
        <w:t>woh jane ko tayyar nahi the to woh jahan tak mujhe yaad aata hai, jeep thi to hum</w:t>
      </w:r>
    </w:p>
    <w:p>
      <w:pPr>
        <w:jc w:val="right"/>
      </w:pPr>
      <w:r>
        <w:t>وہ جانے کو تیار نہیں تھے تو وہ جہاں تک مجھے یاد آتا ہے، جیپ تھی تو ہم</w:t>
      </w:r>
    </w:p>
    <w:p>
      <w:r>
        <w:rPr>
          <w:b/>
        </w:rPr>
        <w:t xml:space="preserve">[46:07] </w:t>
      </w:r>
      <w:r>
        <w:t>log teen aadmi the: main, bare bhai aur woh sahib.</w:t>
      </w:r>
    </w:p>
    <w:p>
      <w:pPr>
        <w:jc w:val="right"/>
      </w:pPr>
      <w:r>
        <w:t>لوگ تین آدمی تھے: میں، بڑے بھائی اور وہ صاحب۔</w:t>
      </w:r>
    </w:p>
    <w:p>
      <w:r>
        <w:rPr>
          <w:b/>
        </w:rPr>
        <w:t xml:space="preserve">[46:15] </w:t>
      </w:r>
      <w:r>
        <w:t>to rastay mein is shakhs ne aaya, Mughal Sarai to main ne ek ajib ghareeb cheez dekhi ke</w:t>
      </w:r>
    </w:p>
    <w:p>
      <w:pPr>
        <w:jc w:val="right"/>
      </w:pPr>
      <w:r>
        <w:t>تو راستے میں اس شخص نے آیا، مغل سرائے تو میں نے ایک عجیب غریب چیز دیکھی کہ</w:t>
      </w:r>
    </w:p>
    <w:p>
      <w:r>
        <w:rPr>
          <w:b/>
        </w:rPr>
        <w:t xml:space="preserve">[46:22] </w:t>
      </w:r>
      <w:r>
        <w:t>hamare bare bhai kisi kaam se Mughal Sarai mein, yani Mughal Sarai tha to gaadi chalti rahi, barabar</w:t>
      </w:r>
    </w:p>
    <w:p>
      <w:pPr>
        <w:jc w:val="right"/>
      </w:pPr>
      <w:r>
        <w:t>ہمارے بڑے بھائی کسی کام سے مغل سرائے میں، یعنی مغل سرائے تھا تو گاڑی چلتی رہی، برابر</w:t>
      </w:r>
    </w:p>
    <w:p>
      <w:r>
        <w:rPr>
          <w:b/>
        </w:rPr>
        <w:t xml:space="preserve">[46:29] </w:t>
      </w:r>
      <w:r>
        <w:t>ruki nahi kahin.</w:t>
      </w:r>
    </w:p>
    <w:p>
      <w:pPr>
        <w:jc w:val="right"/>
      </w:pPr>
      <w:r>
        <w:t>رکی نہیں کہیں۔</w:t>
      </w:r>
    </w:p>
    <w:p>
      <w:r>
        <w:rPr>
          <w:b/>
        </w:rPr>
        <w:t xml:space="preserve">[46:36] </w:t>
      </w:r>
      <w:r>
        <w:t>Sanjarpur se Mughal Sarai tak gaadi chalti rahi to Mughal Sarai mein zara sa ruk kar ke utre</w:t>
      </w:r>
    </w:p>
    <w:p>
      <w:pPr>
        <w:jc w:val="right"/>
      </w:pPr>
      <w:r>
        <w:t>سنجرپور سے مغل سرائے تک گاڑی چلتی رہی تو مغل سرائے میں ذرا سا رک کر کے اترے</w:t>
      </w:r>
    </w:p>
    <w:p>
      <w:r>
        <w:rPr>
          <w:b/>
        </w:rPr>
        <w:t xml:space="preserve">[46:44] </w:t>
      </w:r>
      <w:r>
        <w:t>to woh sahib utar ke jaldi se bhage ke mauqa mil gaya un ko ke woh gaadi mein nahi hain.</w:t>
      </w:r>
    </w:p>
    <w:p>
      <w:pPr>
        <w:jc w:val="right"/>
      </w:pPr>
      <w:r>
        <w:t>تو وہ صاحب اتر کے جلدی سے بھاگے کہ موقع مل گیا ان کو کہ وہ گاڑی میں نہیں ہیں۔</w:t>
      </w:r>
    </w:p>
    <w:p>
      <w:r>
        <w:rPr>
          <w:b/>
        </w:rPr>
        <w:t xml:space="preserve">[46:51] </w:t>
      </w:r>
      <w:r>
        <w:t>to mauqa mil gaya aur jaldi se bhage.</w:t>
      </w:r>
    </w:p>
    <w:p>
      <w:pPr>
        <w:jc w:val="right"/>
      </w:pPr>
      <w:r>
        <w:t>تو موقع مل گیا اور جلدی سے بھاگے۔</w:t>
      </w:r>
    </w:p>
    <w:p>
      <w:r>
        <w:rPr>
          <w:b/>
        </w:rPr>
        <w:t xml:space="preserve">[46:58] </w:t>
      </w:r>
      <w:r>
        <w:t>aakhir mein jo kaha tha bhagte hue ke meri kheti kharab ho jayegi, woh kushada aadmi the,</w:t>
      </w:r>
    </w:p>
    <w:p>
      <w:pPr>
        <w:jc w:val="right"/>
      </w:pPr>
      <w:r>
        <w:t>آخر میں جو کہا تھا بھاگتے ہوئے کہ میری کھیتی خراب ہو جائے گی، وہ کشادہ آدمی تھے،</w:t>
      </w:r>
    </w:p>
    <w:p>
      <w:r>
        <w:rPr>
          <w:b/>
        </w:rPr>
        <w:t xml:space="preserve">[47:05] </w:t>
      </w:r>
      <w:r>
        <w:t>farmer, meri kheti kharab ho jayegi.</w:t>
      </w:r>
    </w:p>
    <w:p>
      <w:pPr>
        <w:jc w:val="right"/>
      </w:pPr>
      <w:r>
        <w:t>فارمر، میری کھیتی خراب ہو جائے گی۔</w:t>
      </w:r>
    </w:p>
    <w:p>
      <w:r>
        <w:rPr>
          <w:b/>
        </w:rPr>
        <w:t xml:space="preserve">[47:12] </w:t>
      </w:r>
      <w:r>
        <w:t>to woh itne hassas the apni kheti ke bare mein, apni ke is kheti mein aap jante hon</w:t>
      </w:r>
    </w:p>
    <w:p>
      <w:pPr>
        <w:jc w:val="right"/>
      </w:pPr>
      <w:r>
        <w:t>تو وہ اتنے حساس تھے اپنی کھیتی کے بارے میں، اپنی کہ اس کھیتی میں آپ جانتے ہوں</w:t>
      </w:r>
    </w:p>
    <w:p>
      <w:r>
        <w:rPr>
          <w:b/>
        </w:rPr>
        <w:t xml:space="preserve">[47:20] </w:t>
      </w:r>
      <w:r>
        <w:t>ge, kuch auqat aise hote hain ke is mein late hona poori fasal ko kharab kar deta hai.</w:t>
      </w:r>
    </w:p>
    <w:p>
      <w:pPr>
        <w:jc w:val="right"/>
      </w:pPr>
      <w:r>
        <w:t>گے، کچھ اوقات ایسے ہوتے ہیں کہ اس میں لیٹ ہونا پوری فصل کو خراب کر دیتا ہے۔</w:t>
      </w:r>
    </w:p>
    <w:p>
      <w:r>
        <w:rPr>
          <w:b/>
        </w:rPr>
        <w:t xml:space="preserve">[47:27] </w:t>
      </w:r>
      <w:r>
        <w:t>late nahi hona chahiye aap ko.</w:t>
      </w:r>
    </w:p>
    <w:p>
      <w:pPr>
        <w:jc w:val="right"/>
      </w:pPr>
      <w:r>
        <w:t>لیٹ نہیں ہونا چاہیے آپ کو۔</w:t>
      </w:r>
    </w:p>
    <w:p>
      <w:r>
        <w:rPr>
          <w:b/>
        </w:rPr>
        <w:t xml:space="preserve">[47:34] </w:t>
      </w:r>
      <w:r>
        <w:t>to unhon ne kaha ke main, un ka matlab yeh tha ke main late ho jaunga, shadi</w:t>
      </w:r>
    </w:p>
    <w:p>
      <w:pPr>
        <w:jc w:val="right"/>
      </w:pPr>
      <w:r>
        <w:t>تو انہوں نے کہا کہ میں، ان کا مطلب یہ تھا کہ میں لیٹ ہو جاؤں گا، شادی</w:t>
      </w:r>
    </w:p>
    <w:p>
      <w:r>
        <w:rPr>
          <w:b/>
        </w:rPr>
        <w:t xml:space="preserve">[47:41] </w:t>
      </w:r>
      <w:r>
        <w:t>mein jaunga to late ho jaunga, to meri kheti kharab ho jayegi, to main shadi</w:t>
      </w:r>
    </w:p>
    <w:p>
      <w:pPr>
        <w:jc w:val="right"/>
      </w:pPr>
      <w:r>
        <w:t>میں جاؤں گا تو لیٹ ہو جاؤں گا، تو میری کھیتی خراب ہو جائے گی، تو میں شادی</w:t>
      </w:r>
    </w:p>
    <w:p>
      <w:r>
        <w:rPr>
          <w:b/>
        </w:rPr>
        <w:t xml:space="preserve">[47:48] </w:t>
      </w:r>
      <w:r>
        <w:t>mein nahi jana.</w:t>
      </w:r>
    </w:p>
    <w:p>
      <w:pPr>
        <w:jc w:val="right"/>
      </w:pPr>
      <w:r>
        <w:t>میں نہیں جانا۔</w:t>
      </w:r>
    </w:p>
    <w:p>
      <w:r>
        <w:rPr>
          <w:b/>
        </w:rPr>
        <w:t xml:space="preserve">[47:56] </w:t>
      </w:r>
      <w:r>
        <w:t>mujhe to bohat hassas thay woh apni achi kheti ke baray mein.</w:t>
      </w:r>
    </w:p>
    <w:p>
      <w:pPr>
        <w:jc w:val="right"/>
      </w:pPr>
      <w:r>
        <w:t>مجھے تو بہت حساس تھے وہ اپنی اچھی کھیتی کے بارے میں۔</w:t>
      </w:r>
    </w:p>
    <w:p>
      <w:r>
        <w:rPr>
          <w:b/>
        </w:rPr>
        <w:t xml:space="preserve">[48:03] </w:t>
      </w:r>
      <w:r>
        <w:t>to is ne un ko rok diya.</w:t>
      </w:r>
    </w:p>
    <w:p>
      <w:pPr>
        <w:jc w:val="right"/>
      </w:pPr>
      <w:r>
        <w:t>تو اس نے ان کو روک دیا۔</w:t>
      </w:r>
    </w:p>
    <w:p>
      <w:r>
        <w:rPr>
          <w:b/>
        </w:rPr>
        <w:t xml:space="preserve">[48:10] </w:t>
      </w:r>
      <w:r>
        <w:t>to aadmi jitna zyada bashaoor ho aur jitna zyada hassas ho, jitna zyada sensitive ho, to isi ke</w:t>
      </w:r>
    </w:p>
    <w:p>
      <w:pPr>
        <w:jc w:val="right"/>
      </w:pPr>
      <w:r>
        <w:t>تو آدمی جتنا زیادہ باشعور ہو اور جتنا زیادہ حساس ہو، جتنا زیادہ سینسٹیو ہو، تو اسی کے</w:t>
      </w:r>
    </w:p>
    <w:p>
      <w:r>
        <w:rPr>
          <w:b/>
        </w:rPr>
        <w:t xml:space="preserve">[48:17] </w:t>
      </w:r>
      <w:r>
        <w:t>lehaz se starting point hi par is ki hassasiyat rok degi.</w:t>
      </w:r>
    </w:p>
    <w:p>
      <w:pPr>
        <w:jc w:val="right"/>
      </w:pPr>
      <w:r>
        <w:t>لحاظ سے سٹارٹنگ پوائنٹ ہی پر اس کی حساسیت روک دے گی۔</w:t>
      </w:r>
    </w:p>
    <w:p>
      <w:r>
        <w:rPr>
          <w:b/>
        </w:rPr>
        <w:t xml:space="preserve">[48:24] </w:t>
      </w:r>
      <w:r>
        <w:t>is ko yahi baat mujhe samajh mein aati hai.</w:t>
      </w:r>
    </w:p>
    <w:p>
      <w:pPr>
        <w:jc w:val="right"/>
      </w:pPr>
      <w:r>
        <w:t>اس کو یہی بات مجھے سمجھ میں آتی ہے۔</w:t>
      </w:r>
    </w:p>
    <w:p>
      <w:r>
        <w:rPr>
          <w:b/>
        </w:rPr>
        <w:t xml:space="preserve">[48:32] </w:t>
      </w:r>
      <w:r>
        <w:t>maulana, agla sawal kya hai bhopal se ans malik sahib ne aur unhon ne likha hai: "maulana sahib,</w:t>
      </w:r>
    </w:p>
    <w:p>
      <w:pPr>
        <w:jc w:val="right"/>
      </w:pPr>
      <w:r>
        <w:t>مولانا، اگلا سوال کیا ہے بھوپال سے انس ملک صاحب نے اور انہوں نے لکھا ہے: "مولانا صاحب،</w:t>
      </w:r>
    </w:p>
    <w:p>
      <w:r>
        <w:rPr>
          <w:b/>
        </w:rPr>
        <w:t xml:space="preserve">[48:39] </w:t>
      </w:r>
      <w:r>
        <w:t>today there are so many things from movies to infinite material items, so it becomes very difficult to</w:t>
      </w:r>
    </w:p>
    <w:p>
      <w:pPr>
        <w:jc w:val="right"/>
      </w:pPr>
      <w:r>
        <w:t>today there are so many things from movies to infinite material items, so it becomes very difficult to</w:t>
      </w:r>
    </w:p>
    <w:p>
      <w:r>
        <w:rPr>
          <w:b/>
        </w:rPr>
        <w:t xml:space="preserve">[48:46] </w:t>
      </w:r>
      <w:r>
        <w:t>completely remove oneself from these things.</w:t>
      </w:r>
    </w:p>
    <w:p>
      <w:pPr>
        <w:jc w:val="right"/>
      </w:pPr>
      <w:r>
        <w:t>completely remove oneself from these things.</w:t>
      </w:r>
    </w:p>
    <w:p>
      <w:r>
        <w:rPr>
          <w:b/>
        </w:rPr>
        <w:t xml:space="preserve">[48:53] </w:t>
      </w:r>
      <w:r>
        <w:t>kindly advise, how can we completely remove such desires from our mind?</w:t>
      </w:r>
    </w:p>
    <w:p>
      <w:pPr>
        <w:jc w:val="right"/>
      </w:pPr>
      <w:r>
        <w:t>Kindly advise, how can we completely remove such desires from our mind?</w:t>
      </w:r>
    </w:p>
    <w:p>
      <w:r>
        <w:rPr>
          <w:b/>
        </w:rPr>
        <w:t xml:space="preserve">[49:01] </w:t>
      </w:r>
      <w:r>
        <w:t>" بھئی، میں تو more than completely اپنے کو الگ کر کے کیا ہوا ہوں۔</w:t>
      </w:r>
    </w:p>
    <w:p>
      <w:pPr>
        <w:jc w:val="right"/>
      </w:pPr>
      <w:r>
        <w:t>" بھئی، میں تو مور دین کمپلیٹلی اپنے کو الگ کر کے کیا ہوا ہوں۔</w:t>
      </w:r>
    </w:p>
    <w:p>
      <w:r>
        <w:rPr>
          <w:b/>
        </w:rPr>
        <w:t xml:space="preserve">[49:07] </w:t>
      </w:r>
      <w:r>
        <w:t>mujhe koi dilchaspi nahi in cheezon se, kuch bhi mujhe shauq nahi hai.</w:t>
      </w:r>
    </w:p>
    <w:p>
      <w:pPr>
        <w:jc w:val="right"/>
      </w:pPr>
      <w:r>
        <w:t>مجھے کوئی دلچسپی نہیں ان چیزوں سے، کچھ بھی مجھے شوق نہیں ہے۔</w:t>
      </w:r>
    </w:p>
    <w:p>
      <w:r>
        <w:rPr>
          <w:b/>
        </w:rPr>
        <w:t xml:space="preserve">[49:14] </w:t>
      </w:r>
      <w:r>
        <w:t>hata ke mere paas mobile nahi rehta, yani woh sindhu ko to teen mahine ke mobile le liya gaya tha.</w:t>
      </w:r>
    </w:p>
    <w:p>
      <w:pPr>
        <w:jc w:val="right"/>
      </w:pPr>
      <w:r>
        <w:t>حتیٰ کہ میرے پاس موبائل نہیں رہتا، یعنی وہ سندھو کو تو تین مہینے کے موبائل لے لیا گیا تھا۔</w:t>
      </w:r>
    </w:p>
    <w:p>
      <w:r>
        <w:rPr>
          <w:b/>
        </w:rPr>
        <w:t xml:space="preserve">[49:20] </w:t>
      </w:r>
      <w:r>
        <w:t>main to zindagi bhar se mobile ke baghair jee raha hoon.</w:t>
      </w:r>
    </w:p>
    <w:p>
      <w:pPr>
        <w:jc w:val="right"/>
      </w:pPr>
      <w:r>
        <w:t>میں تو زندگی بھر سے موبائل کے بغیر جی رہا ہوں۔</w:t>
      </w:r>
    </w:p>
    <w:p>
      <w:r>
        <w:rPr>
          <w:b/>
        </w:rPr>
        <w:t xml:space="preserve">[49:27] </w:t>
      </w:r>
      <w:r>
        <w:t>main hata ke mere paas jo land line hai, mere paas is ka number nahi, mujhe pata nahi.</w:t>
      </w:r>
    </w:p>
    <w:p>
      <w:pPr>
        <w:jc w:val="right"/>
      </w:pPr>
      <w:r>
        <w:t>میں حتیٰ کہ میرے پاس جو لینڈ لائن ہے، میرے پاس اس کا نمبر نہیں، مجھے پتہ نہیں۔</w:t>
      </w:r>
    </w:p>
    <w:p>
      <w:r>
        <w:rPr>
          <w:b/>
        </w:rPr>
        <w:t xml:space="preserve">[49:33] </w:t>
      </w:r>
      <w:r>
        <w:t>mujh se log poochte hain telephone number, mere khayal mein mujhe pata nahi telephone number.</w:t>
      </w:r>
    </w:p>
    <w:p>
      <w:pPr>
        <w:jc w:val="right"/>
      </w:pPr>
      <w:r>
        <w:t>مجھ سے لوگ پوچھتے ہیں ٹیلی فون نمبر، میرے خیال میں مجھے پتہ نہیں ٹیلی فون نمبر۔</w:t>
      </w:r>
    </w:p>
    <w:p>
      <w:r>
        <w:rPr>
          <w:b/>
        </w:rPr>
        <w:t xml:space="preserve">[49:40] </w:t>
      </w:r>
      <w:r>
        <w:t>asal cheez yeh nahi hai ke woh koi mushkil kaam hai, asal cheez yeh hai ke log soch</w:t>
      </w:r>
    </w:p>
    <w:p>
      <w:pPr>
        <w:jc w:val="right"/>
      </w:pPr>
      <w:r>
        <w:t>اصل چیز یہ نہیں ہے کہ وہ کوئی مشکل کام ہے، اصل چیز یہ ہے کہ لوگ سوچ</w:t>
      </w:r>
    </w:p>
    <w:p>
      <w:r>
        <w:rPr>
          <w:b/>
        </w:rPr>
        <w:t xml:space="preserve">[49:46] </w:t>
      </w:r>
      <w:r>
        <w:t>kar apna goal nahi banate.</w:t>
      </w:r>
    </w:p>
    <w:p>
      <w:pPr>
        <w:jc w:val="right"/>
      </w:pPr>
      <w:r>
        <w:t>کر اپنا گول نہیں بناتے۔</w:t>
      </w:r>
    </w:p>
    <w:p>
      <w:r>
        <w:rPr>
          <w:b/>
        </w:rPr>
        <w:t xml:space="preserve">[49:53] </w:t>
      </w:r>
      <w:r>
        <w:t>dekhen, main jab naujawani ka umar mein tha to main ne ek kitab padhi thi sajjad haider yaldram.</w:t>
      </w:r>
    </w:p>
    <w:p>
      <w:pPr>
        <w:jc w:val="right"/>
      </w:pPr>
      <w:r>
        <w:t>دیکھیں، میں جب نوجوانی کا عمر میں تھا تو میں نے ایک کتاب پڑھی تھی سجاد حیدر یلدرم۔</w:t>
      </w:r>
    </w:p>
    <w:p>
      <w:r>
        <w:rPr>
          <w:b/>
        </w:rPr>
        <w:t xml:space="preserve">[49:59] </w:t>
      </w:r>
      <w:r>
        <w:t>woh ek urdu ke adib hotay thay, un ki kitab thi, us mein mazmoon tha: "mujhe mere doston</w:t>
      </w:r>
    </w:p>
    <w:p>
      <w:pPr>
        <w:jc w:val="right"/>
      </w:pPr>
      <w:r>
        <w:t>وہ ایک اردو کے ادیب ہوتے تھے، ان کی کتاب تھی، اس میں مضمون تھا: "مجھے میرے دوستوں</w:t>
      </w:r>
    </w:p>
    <w:p>
      <w:r>
        <w:rPr>
          <w:b/>
        </w:rPr>
        <w:t xml:space="preserve">[50:06] </w:t>
      </w:r>
      <w:r>
        <w:t>se bachao, mujhe mere doston se bachao." us mein yeh baat batai thi unhon ne ke dost jo</w:t>
      </w:r>
    </w:p>
    <w:p>
      <w:pPr>
        <w:jc w:val="right"/>
      </w:pPr>
      <w:r>
        <w:t>سے بچاؤ، مجھے میرے دوستوں سے بچاؤ۔" اس میں یہ بات بتائی تھی انہوں نے کہ دوست جو</w:t>
      </w:r>
    </w:p>
    <w:p>
      <w:r>
        <w:rPr>
          <w:b/>
        </w:rPr>
        <w:t xml:space="preserve">[50:12] </w:t>
      </w:r>
      <w:r>
        <w:t>hai, aap ke time ko kill karta hai, dost aap ke time ko follow karta hai.</w:t>
      </w:r>
    </w:p>
    <w:p>
      <w:pPr>
        <w:jc w:val="right"/>
      </w:pPr>
      <w:r>
        <w:t>ہے، آپ کے ٹائم کو کل کرتا ہے، دوست آپ کے ٹائم کو فالو کرتا ہے۔</w:t>
      </w:r>
    </w:p>
    <w:p>
      <w:r>
        <w:rPr>
          <w:b/>
        </w:rPr>
        <w:t xml:space="preserve">[50:19] </w:t>
      </w:r>
      <w:r>
        <w:t>aisa us ko pakra mein ne ke aaj tak mera koi dost nahi, aaj tak mera koi dost nahi.</w:t>
      </w:r>
    </w:p>
    <w:p>
      <w:pPr>
        <w:jc w:val="right"/>
      </w:pPr>
      <w:r>
        <w:t>ایسا اس کو پکڑا میں نے کہ آج تک میرا کوئی دوست نہیں، آج تک میرا کوئی دوست نہیں۔</w:t>
      </w:r>
    </w:p>
    <w:p>
      <w:r>
        <w:rPr>
          <w:b/>
        </w:rPr>
        <w:t xml:space="preserve">[50:25] </w:t>
      </w:r>
      <w:r>
        <w:t>thik hai, to aap ki apni, yani determination ki baat hai, aap ke quwwat faislay ki baat hai,</w:t>
      </w:r>
    </w:p>
    <w:p>
      <w:pPr>
        <w:jc w:val="right"/>
      </w:pPr>
      <w:r>
        <w:t>ٹھیک ہے، تو آپ کی اپنی، یعنی ڈیٹرمینیشن کی بات ہے، آپ کے قوت فیصلے کی بات ہے،</w:t>
      </w:r>
    </w:p>
    <w:p>
      <w:r>
        <w:rPr>
          <w:b/>
        </w:rPr>
        <w:t xml:space="preserve">[50:32] </w:t>
      </w:r>
      <w:r>
        <w:t>is mein koi mushkil nahin, kuch bhi mushkil nahin.</w:t>
      </w:r>
    </w:p>
    <w:p>
      <w:pPr>
        <w:jc w:val="right"/>
      </w:pPr>
      <w:r>
        <w:t>اس میں کوئی مشکل نہیں، کچھ بھی مشکل نہیں۔</w:t>
      </w:r>
    </w:p>
    <w:p>
      <w:r>
        <w:rPr>
          <w:b/>
        </w:rPr>
        <w:t xml:space="preserve">[50:38] </w:t>
      </w:r>
      <w:r>
        <w:t>mushkil kyun hai? agar aap ke time ko agar aap samajh len, aap ka goal jo hai, is</w:t>
      </w:r>
    </w:p>
    <w:p>
      <w:pPr>
        <w:jc w:val="right"/>
      </w:pPr>
      <w:r>
        <w:t>مشکل کیوں ہے؟ اگر آپ کے ٹائم کو اگر آپ سمجھ لیں، آپ کا گول جو ہے، اس</w:t>
      </w:r>
    </w:p>
    <w:p>
      <w:r>
        <w:rPr>
          <w:b/>
        </w:rPr>
        <w:t xml:space="preserve">[50:45] </w:t>
      </w:r>
      <w:r>
        <w:t>ko samajh len to woh itna qeemti ban jayega, itna qeemti ban jayega ke koi bhi</w:t>
      </w:r>
    </w:p>
    <w:p>
      <w:pPr>
        <w:jc w:val="right"/>
      </w:pPr>
      <w:r>
        <w:t>کو سمجھ لیں تو وہ اتنا قیمتی بن جائے گا، اتنا قیمتی بن جائے گا کہ کوئی بھی</w:t>
      </w:r>
    </w:p>
    <w:p>
      <w:r>
        <w:rPr>
          <w:b/>
        </w:rPr>
        <w:t xml:space="preserve">[50:51] </w:t>
      </w:r>
      <w:r>
        <w:t>cheez chhodna aasan ho jayega aap ke liye.</w:t>
      </w:r>
    </w:p>
    <w:p>
      <w:pPr>
        <w:jc w:val="right"/>
      </w:pPr>
      <w:r>
        <w:t>چیز چھوڑنا آسان ہو جائے گا آپ کے لیے۔</w:t>
      </w:r>
    </w:p>
    <w:p>
      <w:r>
        <w:rPr>
          <w:b/>
        </w:rPr>
        <w:t xml:space="preserve">[50:58] </w:t>
      </w:r>
      <w:r>
        <w:t>maulana, agla sawal chennai se bheja hai maulana iqbal umri sahab ne aur unhon ne aap se poocha</w:t>
      </w:r>
    </w:p>
    <w:p>
      <w:pPr>
        <w:jc w:val="right"/>
      </w:pPr>
      <w:r>
        <w:t>مولانا، اگلا سوال چنئی سے بھیجا ہے مولانا اقبال عمری صاحب نے اور انہوں نے آپ سے پوچھا</w:t>
      </w:r>
    </w:p>
    <w:p>
      <w:r>
        <w:rPr>
          <w:b/>
        </w:rPr>
        <w:t xml:space="preserve">[51:04] </w:t>
      </w:r>
      <w:r>
        <w:t>hai ke kya hum taqwa ka mani distraction se bachna le sakte hain? kya aisa sahi hai? dekhen,</w:t>
      </w:r>
    </w:p>
    <w:p>
      <w:pPr>
        <w:jc w:val="right"/>
      </w:pPr>
      <w:r>
        <w:t>ہے کہ کیا ہم تقویٰ کا معنی ڈسٹریکشن سے بچنا لے سکتے ہیں؟ کیا ایسا صحیح ہے؟ دیکھیں،</w:t>
      </w:r>
    </w:p>
    <w:p>
      <w:r>
        <w:rPr>
          <w:b/>
        </w:rPr>
        <w:t xml:space="preserve">[51:11] </w:t>
      </w:r>
      <w:r>
        <w:t>is ki mani to yeh nahin hain, lekin is mein shamil zaroor hai yeh cheez, yani ke, yani</w:t>
      </w:r>
    </w:p>
    <w:p>
      <w:pPr>
        <w:jc w:val="right"/>
      </w:pPr>
      <w:r>
        <w:t>اس کی معنی تو یہ نہیں ہیں، لیکن اس میں شامل ضرور ہے یہ چیز، یعنی کہ، یعنی</w:t>
      </w:r>
    </w:p>
    <w:p>
      <w:r>
        <w:rPr>
          <w:b/>
        </w:rPr>
        <w:t xml:space="preserve">[51:17] </w:t>
      </w:r>
      <w:r>
        <w:t>jis ki dictionary ke lihaz se is ki mani to yeh nahin hain, lekin yaqeenan is mein yeh</w:t>
      </w:r>
    </w:p>
    <w:p>
      <w:pPr>
        <w:jc w:val="right"/>
      </w:pPr>
      <w:r>
        <w:t>جس کی ڈکشنری کے لحاظ سے اس کی معنی تو یہ نہیں ہیں، لیکن یقیناً اس میں یہ</w:t>
      </w:r>
    </w:p>
    <w:p>
      <w:r>
        <w:rPr>
          <w:b/>
        </w:rPr>
        <w:t xml:space="preserve">[51:24] </w:t>
      </w:r>
      <w:r>
        <w:t>baat shamil hai kyunke taqwa ka asal lafz hai bachna.</w:t>
      </w:r>
    </w:p>
    <w:p>
      <w:pPr>
        <w:jc w:val="right"/>
      </w:pPr>
      <w:r>
        <w:t>بات شامل ہے کیونکہ تقویٰ کا اصل لفظ ہے بچنا۔</w:t>
      </w:r>
    </w:p>
    <w:p>
      <w:r>
        <w:rPr>
          <w:b/>
        </w:rPr>
        <w:t xml:space="preserve">[51:30] </w:t>
      </w:r>
      <w:r>
        <w:t>taqwa ka asal mani hai bachna, to bachna ka matlab hota hai gunah se bachna.</w:t>
      </w:r>
    </w:p>
    <w:p>
      <w:pPr>
        <w:jc w:val="right"/>
      </w:pPr>
      <w:r>
        <w:t>تقویٰ کا اصل معنی ہے بچنا، تو بچنا کا مطلب ہوتا ہے گناہ سے بچنا۔</w:t>
      </w:r>
    </w:p>
    <w:p>
      <w:r>
        <w:rPr>
          <w:b/>
        </w:rPr>
        <w:t xml:space="preserve">[51:37] </w:t>
      </w:r>
      <w:r>
        <w:t>to isi mein yeh baat shamil hai ke distraction se bachna.</w:t>
      </w:r>
    </w:p>
    <w:p>
      <w:pPr>
        <w:jc w:val="right"/>
      </w:pPr>
      <w:r>
        <w:t>تو اسی میں یہ بات شامل ہے کہ ڈسٹریکشن سے بچنا۔</w:t>
      </w:r>
    </w:p>
    <w:p>
      <w:r>
        <w:rPr>
          <w:b/>
        </w:rPr>
        <w:t xml:space="preserve">[51:43] </w:t>
      </w:r>
      <w:r>
        <w:t>is lihaz se main sahi baat manta hoon ke woh is mein shamil hai.</w:t>
      </w:r>
    </w:p>
    <w:p>
      <w:pPr>
        <w:jc w:val="right"/>
      </w:pPr>
      <w:r>
        <w:t>اس لحاظ سے میں صحیح بات مانتا ہوں کہ وہ اس میں شامل ہے۔</w:t>
      </w:r>
    </w:p>
    <w:p>
      <w:r>
        <w:rPr>
          <w:b/>
        </w:rPr>
        <w:t xml:space="preserve">[51:50] </w:t>
      </w:r>
      <w:r>
        <w:t>lafzi mani to is ke nahin hain, lekin is mein shamil hai.</w:t>
      </w:r>
    </w:p>
    <w:p>
      <w:pPr>
        <w:jc w:val="right"/>
      </w:pPr>
      <w:r>
        <w:t>لفظی معنی تو اس کے نہیں ہیں، لیکن اس میں شامل ہے۔</w:t>
      </w:r>
    </w:p>
    <w:p>
      <w:r>
        <w:rPr>
          <w:b/>
        </w:rPr>
        <w:t xml:space="preserve">[51:56] </w:t>
      </w:r>
      <w:r>
        <w:t>maulana, agla sawal lene se pehle ek comment padhna chahenge jo miss shabana ansari ne bheja hai pakistan se.</w:t>
      </w:r>
    </w:p>
    <w:p>
      <w:pPr>
        <w:jc w:val="right"/>
      </w:pPr>
      <w:r>
        <w:t>مولانا، اگلا سوال لینے سے پہلے ایک کمنٹ پڑھنا چاہیں گے جو مس شبانہ انصاری نے بھیجا ہے پاکستان سے۔</w:t>
      </w:r>
    </w:p>
    <w:p>
      <w:r>
        <w:rPr>
          <w:b/>
        </w:rPr>
        <w:t xml:space="preserve">[52:03] </w:t>
      </w:r>
      <w:r>
        <w:t>انہوں نے لکھا ہے: "مولانا صاحب، you are great, you take lessons from everything." مولانا، اگلا سوال</w:t>
      </w:r>
    </w:p>
    <w:p>
      <w:pPr>
        <w:jc w:val="right"/>
      </w:pPr>
      <w:r>
        <w:t>انہوں نے لکھا ہے: "مولانا صاحب، یو آر گریٹ، یو ٹیک لیسنز فرام ایوری تھنگ۔" مولانا، اگلا سوال</w:t>
      </w:r>
    </w:p>
    <w:p>
      <w:r>
        <w:rPr>
          <w:b/>
        </w:rPr>
        <w:t xml:space="preserve">[52:09] </w:t>
      </w:r>
      <w:r>
        <w:t>bheja hai indore se fayazuddin ahmad sahab ne.</w:t>
      </w:r>
    </w:p>
    <w:p>
      <w:pPr>
        <w:jc w:val="right"/>
      </w:pPr>
      <w:r>
        <w:t>بھیجا ہے اندور سے فیاض الدین احمد صاحب نے۔</w:t>
      </w:r>
    </w:p>
    <w:p>
      <w:r>
        <w:rPr>
          <w:b/>
        </w:rPr>
        <w:t xml:space="preserve">[52:16] </w:t>
      </w:r>
      <w:r>
        <w:t>انہوں نے لکھا ہے: "مولانا صاحب، was distraction a phenomenon during the period of Prophet or Sahaba all</w:t>
      </w:r>
    </w:p>
    <w:p>
      <w:pPr>
        <w:jc w:val="right"/>
      </w:pPr>
      <w:r>
        <w:t>انہوں نے لکھا ہے: "مولانا صاحب، واز ڈسٹریکشن ا فینامینا ڈیورنگ دا پیریڈ آف پرافٹ اور صحابہ آل</w:t>
      </w:r>
    </w:p>
    <w:p>
      <w:r>
        <w:rPr>
          <w:b/>
        </w:rPr>
        <w:t xml:space="preserve">[52:22] </w:t>
      </w:r>
      <w:r>
        <w:t>So, how did they save themselves from distraction? And if you can give an example to all</w:t>
      </w:r>
    </w:p>
    <w:p>
      <w:pPr>
        <w:jc w:val="right"/>
      </w:pPr>
      <w:r>
        <w:t>سو؟ ہاؤ ڈیڈ دے سیو دیم سیلز فرام ڈسٹریکشن؟ اینڈ اف یو کین گیو این ایگزیمپل ٹو آل</w:t>
      </w:r>
    </w:p>
    <w:p>
      <w:r>
        <w:rPr>
          <w:b/>
        </w:rPr>
        <w:t xml:space="preserve">[52:29] </w:t>
      </w:r>
      <w:r>
        <w:t>of us." dekhen, yeh lafz to is zamane mein hota tha, distraction ka lafz to nahin hota tha,</w:t>
      </w:r>
    </w:p>
    <w:p>
      <w:pPr>
        <w:jc w:val="right"/>
      </w:pPr>
      <w:r>
        <w:t>آف اس۔" دیکھیں، یہ لفظ تو اس زمانے میں ہوتا تھا، ڈسٹریکشن کا لفظ تو نہیں ہوتا تھا،</w:t>
      </w:r>
    </w:p>
    <w:p>
      <w:r>
        <w:rPr>
          <w:b/>
        </w:rPr>
        <w:t xml:space="preserve">[52:35] </w:t>
      </w:r>
      <w:r>
        <w:t>lekin nateeja woh zaroor mein bata sakta hoon.</w:t>
      </w:r>
    </w:p>
    <w:p>
      <w:pPr>
        <w:jc w:val="right"/>
      </w:pPr>
      <w:r>
        <w:t>لیکن نتیجہ وہ ضرور میں بتا سکتا ہوں۔</w:t>
      </w:r>
    </w:p>
    <w:p>
      <w:r>
        <w:rPr>
          <w:b/>
        </w:rPr>
        <w:t xml:space="preserve">[52:42] </w:t>
      </w:r>
      <w:r>
        <w:t>woh yeh ke rasool Allah aur tamam sahaba bohat zyada chup rehte the, zyada bolte nahin the, chup.</w:t>
      </w:r>
    </w:p>
    <w:p>
      <w:pPr>
        <w:jc w:val="right"/>
      </w:pPr>
      <w:r>
        <w:t>وہ یہ کہ رسول اللہ اور تمام صحابہ بہت زیادہ چپ رہتے تھے، زیادہ بولتے نہیں تھے، چپ۔</w:t>
      </w:r>
    </w:p>
    <w:p>
      <w:r>
        <w:rPr>
          <w:b/>
        </w:rPr>
        <w:t xml:space="preserve">[52:48] </w:t>
      </w:r>
      <w:r>
        <w:t>rasool Allah ke bare mein aata hai: "kan tabarrusamt", der der tak chup rehna, yahi sahaba ka tareeqa tha.</w:t>
      </w:r>
    </w:p>
    <w:p>
      <w:pPr>
        <w:jc w:val="right"/>
      </w:pPr>
      <w:r>
        <w:t>رسول اللہ کے بارے میں آتا ہے: "کان تبرصمت"، دیر دیر تک چپ رہنا، یہی صحابہ کا طریقہ تھا۔</w:t>
      </w:r>
    </w:p>
    <w:p>
      <w:r>
        <w:rPr>
          <w:b/>
        </w:rPr>
        <w:t xml:space="preserve">[52:55] </w:t>
      </w:r>
      <w:r>
        <w:t>to chup kyun reh gaya aadmi? har waqt chobis ghante cheezein hain distraction wali.</w:t>
      </w:r>
    </w:p>
    <w:p>
      <w:pPr>
        <w:jc w:val="right"/>
      </w:pPr>
      <w:r>
        <w:t>تو چپ کیوں رہ گیا آدمی؟ ہر وقت چوبیس گھنٹے چیزیں ہیں ڈسٹریکشن والی۔</w:t>
      </w:r>
    </w:p>
    <w:p>
      <w:r>
        <w:rPr>
          <w:b/>
        </w:rPr>
        <w:t xml:space="preserve">[53:01] </w:t>
      </w:r>
      <w:r>
        <w:t>woh to mutawajjah nahin hoga.</w:t>
      </w:r>
    </w:p>
    <w:p>
      <w:pPr>
        <w:jc w:val="right"/>
      </w:pPr>
      <w:r>
        <w:t>وہ تو متوجہ نہیں ہوگا۔</w:t>
      </w:r>
    </w:p>
    <w:p>
      <w:r>
        <w:rPr>
          <w:b/>
        </w:rPr>
        <w:t xml:space="preserve">[53:08] </w:t>
      </w:r>
      <w:r>
        <w:t>dekhen, koi chup rehta hai jab to is ka matlab yeh hai ke dunya se alag ho gaya,</w:t>
      </w:r>
    </w:p>
    <w:p>
      <w:pPr>
        <w:jc w:val="right"/>
      </w:pPr>
      <w:r>
        <w:t>دیکھیں، کوئی چپ رہتا ہے جب تو اس کا مطلب یہ ہے کہ دنیا سے الگ ہو گیا،</w:t>
      </w:r>
    </w:p>
    <w:p>
      <w:r>
        <w:rPr>
          <w:b/>
        </w:rPr>
        <w:t xml:space="preserve">[53:14] </w:t>
      </w:r>
      <w:r>
        <w:t>woh alag koi ho nahin sakta.</w:t>
      </w:r>
    </w:p>
    <w:p>
      <w:pPr>
        <w:jc w:val="right"/>
      </w:pPr>
      <w:r>
        <w:t>وہ الگ کوئی ہو نہیں سکتا۔</w:t>
      </w:r>
    </w:p>
    <w:p>
      <w:r>
        <w:rPr>
          <w:b/>
        </w:rPr>
        <w:t xml:space="preserve">[53:21] </w:t>
      </w:r>
      <w:r>
        <w:t>isi waqt bohat si baatein hoti rehti hain mere charon taraf.</w:t>
      </w:r>
    </w:p>
    <w:p>
      <w:pPr>
        <w:jc w:val="right"/>
      </w:pPr>
      <w:r>
        <w:t>اسی وقت بہت سی باتیں ہوتی رہتی ہیں میرے چاروں طرف۔</w:t>
      </w:r>
    </w:p>
    <w:p>
      <w:r>
        <w:rPr>
          <w:b/>
        </w:rPr>
        <w:t xml:space="preserve">[53:27] </w:t>
      </w:r>
      <w:r>
        <w:t>yeh yeh yeh pasibal nahi hai ke ke aap ke charon taraf aisi cheezein na hon jo aap</w:t>
      </w:r>
    </w:p>
    <w:p>
      <w:pPr>
        <w:jc w:val="right"/>
      </w:pPr>
      <w:r>
        <w:t>یہ یہ یہ پاسیبل نہیں ہے کہ کہ آپ کے چاروں طرف ایسی چیزیں نہ ہوں جو آپ</w:t>
      </w:r>
    </w:p>
    <w:p>
      <w:r>
        <w:rPr>
          <w:b/>
        </w:rPr>
        <w:t xml:space="preserve">[53:34] </w:t>
      </w:r>
      <w:r>
        <w:t>ko distract karti hain.</w:t>
      </w:r>
    </w:p>
    <w:p>
      <w:pPr>
        <w:jc w:val="right"/>
      </w:pPr>
      <w:r>
        <w:t>کو ڈسٹریکٹ کرتی ہیں۔</w:t>
      </w:r>
    </w:p>
    <w:p>
      <w:r>
        <w:rPr>
          <w:b/>
        </w:rPr>
        <w:t xml:space="preserve">[53:40] </w:t>
      </w:r>
      <w:r>
        <w:t>to chup rehne ka matlab kya hai? Aap us waqt us ko us se mutawajjah nahi ho rahe,</w:t>
      </w:r>
    </w:p>
    <w:p>
      <w:pPr>
        <w:jc w:val="right"/>
      </w:pPr>
      <w:r>
        <w:t>تو چپ رہنے کا معنی کیا ہے؟ آپ اس وقت اس کو اس سے متوجہ نہیں ہو رہے،</w:t>
      </w:r>
    </w:p>
    <w:p>
      <w:r>
        <w:rPr>
          <w:b/>
        </w:rPr>
        <w:t xml:space="preserve">[53:47] </w:t>
      </w:r>
      <w:r>
        <w:t>us ko koi ahmiyat nahi de rahe.</w:t>
      </w:r>
    </w:p>
    <w:p>
      <w:pPr>
        <w:jc w:val="right"/>
      </w:pPr>
      <w:r>
        <w:t>اس کو کوئی اہمیت نہیں دے رہے۔</w:t>
      </w:r>
    </w:p>
    <w:p>
      <w:r>
        <w:rPr>
          <w:b/>
        </w:rPr>
        <w:t xml:space="preserve">[53:53] </w:t>
      </w:r>
      <w:r>
        <w:t>woh apna hota rahe, woh apne soch mein lage rehte hain.</w:t>
      </w:r>
    </w:p>
    <w:p>
      <w:pPr>
        <w:jc w:val="right"/>
      </w:pPr>
      <w:r>
        <w:t>وہ اپنا ہوتا رہے، وہ اپنے سوچ میں لگے رہتے ہیں۔</w:t>
      </w:r>
    </w:p>
    <w:p>
      <w:r>
        <w:rPr>
          <w:b/>
        </w:rPr>
        <w:t xml:space="preserve">[54:00] </w:t>
      </w:r>
      <w:r>
        <w:t>to main samajhta hoon "kaan tabrasamt" se aata hai ke Rasool Allah bohat der der tak chup rehte thay.</w:t>
      </w:r>
    </w:p>
    <w:p>
      <w:pPr>
        <w:jc w:val="right"/>
      </w:pPr>
      <w:r>
        <w:t>تو میں سمجھتا ہوں "کان تبرصمت" سے آتا ہے کہ رسول اللہ بہت دیر دیر تک چپ رہتے تھے۔</w:t>
      </w:r>
    </w:p>
    <w:p>
      <w:r>
        <w:rPr>
          <w:b/>
        </w:rPr>
        <w:t xml:space="preserve">[54:06] </w:t>
      </w:r>
      <w:r>
        <w:t>is matlab mein har qism ke distraction se apne ko bacha kar ke tadabbur karte thay.</w:t>
      </w:r>
    </w:p>
    <w:p>
      <w:pPr>
        <w:jc w:val="right"/>
      </w:pPr>
      <w:r>
        <w:t>اس معنی میں ہر قسم کے ڈسٹریکشن سے اپنے کو بچا کر کے تدبر کرتے تھے۔</w:t>
      </w:r>
    </w:p>
    <w:p>
      <w:r>
        <w:rPr>
          <w:b/>
        </w:rPr>
        <w:t xml:space="preserve">[54:13] </w:t>
      </w:r>
      <w:r>
        <w:t>agar aap na bachayein to tadabbur is tarah ka nahi kar sakte aap, kyunke hamesha har waqt is ne koi...</w:t>
      </w:r>
    </w:p>
    <w:p>
      <w:pPr>
        <w:jc w:val="right"/>
      </w:pPr>
      <w:r>
        <w:t>اگر آپ نہ بچائیں تو تدبر اس طرح کا نہیں کر سکتے آپ، کیونکہ ہمیشہ ہر وقت اس نے کوئی...</w:t>
      </w:r>
    </w:p>
    <w:p>
      <w:r>
        <w:rPr>
          <w:b/>
        </w:rPr>
        <w:t xml:space="preserve">[54:20] </w:t>
      </w:r>
      <w:r>
        <w:t>misalan main Christian logon ki tareef karta hoon kyunke in mein main is tarah ki cheezein pata hoon.</w:t>
      </w:r>
    </w:p>
    <w:p>
      <w:pPr>
        <w:jc w:val="right"/>
      </w:pPr>
      <w:r>
        <w:t>مثلاً میں کرسچن لوگوں کی تعریف کرتا ہوں کیونکہ ان میں میں اس طرح کی چیزیں پاتا ہوں۔</w:t>
      </w:r>
    </w:p>
    <w:p>
      <w:r>
        <w:rPr>
          <w:b/>
        </w:rPr>
        <w:t xml:space="preserve">[54:27] </w:t>
      </w:r>
      <w:r>
        <w:t>دیکھیں، پونا میں ان کا ایک بہت بڑا ادارہ ہے، اس کا نام ہے De Nobili College.</w:t>
      </w:r>
    </w:p>
    <w:p>
      <w:pPr>
        <w:jc w:val="right"/>
      </w:pPr>
      <w:r>
        <w:t>دیکھیں، پونا میں ان کا ایک بہت بڑا ادارہ ہے، اس کا نام ہے ڈی ناولی کالج۔</w:t>
      </w:r>
    </w:p>
    <w:p>
      <w:r>
        <w:rPr>
          <w:b/>
        </w:rPr>
        <w:t xml:space="preserve">[54:35] </w:t>
      </w:r>
      <w:r>
        <w:t>De Nobili College mein ek library hai.</w:t>
      </w:r>
    </w:p>
    <w:p>
      <w:pPr>
        <w:jc w:val="right"/>
      </w:pPr>
      <w:r>
        <w:t>ڈی ناولی کالج میں ایک لائبریری ہے۔</w:t>
      </w:r>
    </w:p>
    <w:p>
      <w:r>
        <w:rPr>
          <w:b/>
        </w:rPr>
        <w:t xml:space="preserve">[54:38] </w:t>
      </w:r>
      <w:r>
        <w:t>to main Poona gaya tha to main aur mere ek do ek do saathi bhi the, hum logon</w:t>
      </w:r>
    </w:p>
    <w:p>
      <w:pPr>
        <w:jc w:val="right"/>
      </w:pPr>
      <w:r>
        <w:t>تو میں پونا گیا تھا تو میں اور میرے ایک دو ایک دو ساتھی بھی تھے، ہم لوگوں</w:t>
      </w:r>
    </w:p>
    <w:p>
      <w:r>
        <w:rPr>
          <w:b/>
        </w:rPr>
        <w:t xml:space="preserve">[54:45] </w:t>
      </w:r>
      <w:r>
        <w:t>ko dikhate hue woh le gaye.</w:t>
      </w:r>
    </w:p>
    <w:p>
      <w:pPr>
        <w:jc w:val="right"/>
      </w:pPr>
      <w:r>
        <w:t>کو دکھاتے ہوئے وہ لے گئے۔</w:t>
      </w:r>
    </w:p>
    <w:p>
      <w:r>
        <w:rPr>
          <w:b/>
        </w:rPr>
        <w:t xml:space="preserve">[54:48] </w:t>
      </w:r>
      <w:r>
        <w:t>to is library mein hum log dakhil hue to is mein reading room tha, woh mezain bohat sari</w:t>
      </w:r>
    </w:p>
    <w:p>
      <w:pPr>
        <w:jc w:val="right"/>
      </w:pPr>
      <w:r>
        <w:t>تو اس لائبریری میں ہم لوگ داخل ہوئے تو اس میں ریڈنگ روم تھا، وہ میزیں بہت ساری</w:t>
      </w:r>
    </w:p>
    <w:p>
      <w:r>
        <w:rPr>
          <w:b/>
        </w:rPr>
        <w:t xml:space="preserve">[54:56] </w:t>
      </w:r>
      <w:r>
        <w:t>thin aur log kitabein le le ke jhuke hue the, kitab par jhuke hue the, padh rahe the.</w:t>
      </w:r>
    </w:p>
    <w:p>
      <w:pPr>
        <w:jc w:val="right"/>
      </w:pPr>
      <w:r>
        <w:t>تھیں اور لوگ کتابیں لے لے کے جھکے ہوئے تھے، کتاب پر جھکے ہوئے تھے، پڑھ رہے تھے۔</w:t>
      </w:r>
    </w:p>
    <w:p>
      <w:r>
        <w:rPr>
          <w:b/>
        </w:rPr>
        <w:t xml:space="preserve">[55:03] </w:t>
      </w:r>
      <w:r>
        <w:t>hum is mein round lete rahe.</w:t>
      </w:r>
    </w:p>
    <w:p>
      <w:pPr>
        <w:jc w:val="right"/>
      </w:pPr>
      <w:r>
        <w:t>ہم اس میں راؤنڈ لیتے رہے۔</w:t>
      </w:r>
    </w:p>
    <w:p>
      <w:r>
        <w:rPr>
          <w:b/>
        </w:rPr>
        <w:t xml:space="preserve">[55:06] </w:t>
      </w:r>
      <w:r>
        <w:t>ab tak mujhe yaad hai ke ek bhi aadmi sar nahi uthaya ke kaun aaya hai, kaun gaya.</w:t>
      </w:r>
    </w:p>
    <w:p>
      <w:pPr>
        <w:jc w:val="right"/>
      </w:pPr>
      <w:r>
        <w:t>اب تک مجھے یاد ہے کہ ایک بھی آدمی سر نہیں اٹھایا کہ کون آیا ہے، کون گیا۔</w:t>
      </w:r>
    </w:p>
    <w:p>
      <w:r>
        <w:rPr>
          <w:b/>
        </w:rPr>
        <w:t xml:space="preserve">[55:14] </w:t>
      </w:r>
      <w:r>
        <w:t>ek bhi aadmi nahi tha jo sar utha ke dekhe ke kaun aaya hai, kaun gaya.</w:t>
      </w:r>
    </w:p>
    <w:p>
      <w:pPr>
        <w:jc w:val="right"/>
      </w:pPr>
      <w:r>
        <w:t>ایک بھی آدمی نہیں تھا جو سر اٹھا کے دیکھے کہ کون آیا ہے، کون گیا۔</w:t>
      </w:r>
    </w:p>
    <w:p>
      <w:r>
        <w:rPr>
          <w:b/>
        </w:rPr>
        <w:t xml:space="preserve">[55:20] </w:t>
      </w:r>
      <w:r>
        <w:t>hum log un ke liye source of distraction the, woh sab, lekin un ka concentration, concentration study par</w:t>
      </w:r>
    </w:p>
    <w:p>
      <w:pPr>
        <w:jc w:val="right"/>
      </w:pPr>
      <w:r>
        <w:t>ہم لوگ ان کے لیے سورس آف ڈسٹریکشن تھے، وہ سب، لیکن ان کا کنسنٹریشن، کنسنٹریشن اسٹڈی پر</w:t>
      </w:r>
    </w:p>
    <w:p>
      <w:r>
        <w:rPr>
          <w:b/>
        </w:rPr>
        <w:t xml:space="preserve">[55:28] </w:t>
      </w:r>
      <w:r>
        <w:t>itna barha hua tha ke unhone kuch nahi, kaun aaya hai, kaun gaya.</w:t>
      </w:r>
    </w:p>
    <w:p>
      <w:pPr>
        <w:jc w:val="right"/>
      </w:pPr>
      <w:r>
        <w:t>اتنا بڑھا ہوا تھا کہ انہوں نے کچھ نہیں، کون آیا ہے، کون گیا۔</w:t>
      </w:r>
    </w:p>
    <w:p>
      <w:r>
        <w:rPr>
          <w:b/>
        </w:rPr>
        <w:t xml:space="preserve">[55:34] </w:t>
      </w:r>
      <w:r>
        <w:t>yeh tha Sahaba ka mamla jis mein lage rahe hain to lage rahe hain.</w:t>
      </w:r>
    </w:p>
    <w:p>
      <w:pPr>
        <w:jc w:val="right"/>
      </w:pPr>
      <w:r>
        <w:t>یہ تھا صحابہ کا معاملہ جس میں لگے رہے ہیں تو لگے رہے ہیں۔</w:t>
      </w:r>
    </w:p>
    <w:p>
      <w:r>
        <w:rPr>
          <w:b/>
        </w:rPr>
        <w:t xml:space="preserve">[55:40] </w:t>
      </w:r>
      <w:r>
        <w:t>kabhi dunya mein chahe Arab ho ya Ajam ho, aap kisi kamre mein hon, kahin bahar baithe hon,</w:t>
      </w:r>
    </w:p>
    <w:p>
      <w:pPr>
        <w:jc w:val="right"/>
      </w:pPr>
      <w:r>
        <w:t>کبھی دنیا میں چاہے عرب ہو یا عجم ہو، آپ کسی کمرے میں ہوں، کہیں باہر بیٹھے ہوں،</w:t>
      </w:r>
    </w:p>
    <w:p>
      <w:r>
        <w:rPr>
          <w:b/>
        </w:rPr>
        <w:t xml:space="preserve">[55:48] </w:t>
      </w:r>
      <w:r>
        <w:t>yeh namumkin hai ke aas paas aap ke waqiyat na hon.</w:t>
      </w:r>
    </w:p>
    <w:p>
      <w:pPr>
        <w:jc w:val="right"/>
      </w:pPr>
      <w:r>
        <w:t>یہ ناممکن ہے کہ آس پاس آپ کے واقعات نہ ہوں۔</w:t>
      </w:r>
    </w:p>
    <w:p>
      <w:r>
        <w:rPr>
          <w:b/>
        </w:rPr>
        <w:t xml:space="preserve">[55:53] </w:t>
      </w:r>
      <w:r>
        <w:t>waqiyat zaroor honge, tarah tarah ke.</w:t>
      </w:r>
    </w:p>
    <w:p>
      <w:pPr>
        <w:jc w:val="right"/>
      </w:pPr>
      <w:r>
        <w:t>واقعات ضرور ہوں گے، طرح طرح کے۔</w:t>
      </w:r>
    </w:p>
    <w:p>
      <w:r>
        <w:rPr>
          <w:b/>
        </w:rPr>
        <w:t xml:space="preserve">[55:56] </w:t>
      </w:r>
      <w:r>
        <w:t>kabhi hawa chaly gi, kabhi chora ary gi, kabhi aik patti gir jaye gi drakht se, kabhi koi</w:t>
      </w:r>
    </w:p>
    <w:p>
      <w:pPr>
        <w:jc w:val="right"/>
      </w:pPr>
      <w:r>
        <w:t>کبھی ہوا چلے گی، کبھی چوڑا اڑے گی، کبھی ایک پتی گر جائے گی درخت سے، کبھی کوئی</w:t>
      </w:r>
    </w:p>
    <w:p>
      <w:r>
        <w:rPr>
          <w:b/>
        </w:rPr>
        <w:t xml:space="preserve">[56:03] </w:t>
      </w:r>
      <w:r>
        <w:t>bol dy ga.</w:t>
      </w:r>
    </w:p>
    <w:p>
      <w:pPr>
        <w:jc w:val="right"/>
      </w:pPr>
      <w:r>
        <w:t>بول دے گا۔</w:t>
      </w:r>
    </w:p>
    <w:p>
      <w:r>
        <w:rPr>
          <w:b/>
        </w:rPr>
        <w:t xml:space="preserve">[56:05] </w:t>
      </w:r>
      <w:r>
        <w:t>to jab aap is tarah soch rahy hon ky bilkul chup chap sochtay chaly ja rahy hain to</w:t>
      </w:r>
    </w:p>
    <w:p>
      <w:pPr>
        <w:jc w:val="right"/>
      </w:pPr>
      <w:r>
        <w:t>تو جب آپ اس طرح سوچ رہے ہوں کہ بالکل چپ چاپ سوچتے چلے جا رہے ہیں تو</w:t>
      </w:r>
    </w:p>
    <w:p>
      <w:r>
        <w:rPr>
          <w:b/>
        </w:rPr>
        <w:t xml:space="preserve">[56:12] </w:t>
      </w:r>
      <w:r>
        <w:t>اس معنی کا آپ وہی حالت آپ کی ہے جو Deobandi college والوں کی کہ پڑھ رہے</w:t>
      </w:r>
    </w:p>
    <w:p>
      <w:pPr>
        <w:jc w:val="right"/>
      </w:pPr>
      <w:r>
        <w:t>اس معنی کا آپ وہی حالت آپ کی ہے جو ڈی ناولی کالج والوں کی کہ پڑھ رہے</w:t>
      </w:r>
    </w:p>
    <w:p>
      <w:r>
        <w:rPr>
          <w:b/>
        </w:rPr>
        <w:t xml:space="preserve">[56:20] </w:t>
      </w:r>
      <w:r>
        <w:t>hain to parh rahy hain.</w:t>
      </w:r>
    </w:p>
    <w:p>
      <w:pPr>
        <w:jc w:val="right"/>
      </w:pPr>
      <w:r>
        <w:t>ہیں تو پڑھ رہے ہیں۔</w:t>
      </w:r>
    </w:p>
    <w:p>
      <w:r>
        <w:rPr>
          <w:b/>
        </w:rPr>
        <w:t xml:space="preserve">[56:22] </w:t>
      </w:r>
      <w:r>
        <w:t>inhain is se matlab nahi ky kon aya hai, kon gaya.</w:t>
      </w:r>
    </w:p>
    <w:p>
      <w:pPr>
        <w:jc w:val="right"/>
      </w:pPr>
      <w:r>
        <w:t>انہیں اس سے مطلب نہیں کہ کون آیا ہے، کون گیا۔</w:t>
      </w:r>
    </w:p>
    <w:p>
      <w:r>
        <w:rPr>
          <w:b/>
        </w:rPr>
        <w:t xml:space="preserve">[56:27] </w:t>
      </w:r>
      <w:r>
        <w:t>molana, agla sawal zahoor mir sahib ny kia hai kolkatta se.</w:t>
      </w:r>
    </w:p>
    <w:p>
      <w:pPr>
        <w:jc w:val="right"/>
      </w:pPr>
      <w:r>
        <w:t>مولانا، اگلا سوال ظہور میر صاحب نے کیا ہے کلکتہ سے۔</w:t>
      </w:r>
    </w:p>
    <w:p>
      <w:r>
        <w:rPr>
          <w:b/>
        </w:rPr>
        <w:t xml:space="preserve">[56:32] </w:t>
      </w:r>
      <w:r>
        <w:t>انہوں نے لکھا ہے: "مولانا صاحب، I am ظہور احمد میر، ا کشمیری based in کلکتہ، logically by</w:t>
      </w:r>
    </w:p>
    <w:p>
      <w:pPr>
        <w:jc w:val="right"/>
      </w:pPr>
      <w:r>
        <w:t>انہوں نے لکھا ہے: "مولانا صاحب، آئی ایم ظہور احمد میر، ا کشمیری بیسڈ ان کلکتہ، لوجیکلی بائے</w:t>
      </w:r>
    </w:p>
    <w:p>
      <w:r>
        <w:rPr>
          <w:b/>
        </w:rPr>
        <w:t xml:space="preserve">[56:39] </w:t>
      </w:r>
      <w:r>
        <w:t>Quran and Hadith. I am an Indian, but when something goes wrong in Kashmir, like the present situation, my</w:t>
      </w:r>
    </w:p>
    <w:p>
      <w:pPr>
        <w:jc w:val="right"/>
      </w:pPr>
      <w:r>
        <w:t>قرآن اینڈ حدیث، آئی ایم این انڈین، بٹ وین سمتھنگ گوز رونگ ان کشمیر، لائک پریزنٹ سچویشن، مائی</w:t>
      </w:r>
    </w:p>
    <w:p>
      <w:r>
        <w:rPr>
          <w:b/>
        </w:rPr>
        <w:t xml:space="preserve">[56:47] </w:t>
      </w:r>
      <w:r>
        <w:t>heart goes for kashmeriz.</w:t>
      </w:r>
    </w:p>
    <w:p>
      <w:pPr>
        <w:jc w:val="right"/>
      </w:pPr>
      <w:r>
        <w:t>ہارٹ گوز فار کشمیریز۔</w:t>
      </w:r>
    </w:p>
    <w:p>
      <w:r>
        <w:rPr>
          <w:b/>
        </w:rPr>
        <w:t xml:space="preserve">[56:49] </w:t>
      </w:r>
      <w:r>
        <w:t>"Is this distraction or something else? What would you say to this?" Bhai, Kashmir ka issue ek political</w:t>
      </w:r>
    </w:p>
    <w:p>
      <w:pPr>
        <w:jc w:val="right"/>
      </w:pPr>
      <w:r>
        <w:t>از دس ڈسٹریکشن اور سمتھنگ ایلس؟ واٹ وڈ یو سے ٹو دس؟" بھئی، کشمیر کا ایشو ایک پولیٹیکل</w:t>
      </w:r>
    </w:p>
    <w:p>
      <w:r>
        <w:rPr>
          <w:b/>
        </w:rPr>
        <w:t xml:space="preserve">[56:57] </w:t>
      </w:r>
      <w:r>
        <w:t>issue hai to main is class mein mery khayal se is pe ziada bolna shayad theek na ho.</w:t>
      </w:r>
    </w:p>
    <w:p>
      <w:pPr>
        <w:jc w:val="right"/>
      </w:pPr>
      <w:r>
        <w:t>ایشو ہے تو میں اس کلاس میں میرے خیال سے اس پہ زیادہ بولنا شاید ٹھیک نہ ہو۔</w:t>
      </w:r>
    </w:p>
    <w:p>
      <w:r>
        <w:rPr>
          <w:b/>
        </w:rPr>
        <w:t xml:space="preserve">[57:04] </w:t>
      </w:r>
      <w:r>
        <w:t>kaisa ji? hain molana, alag se wo phone kar ky ap se haan, agar aap calculate karain ji</w:t>
      </w:r>
    </w:p>
    <w:p>
      <w:pPr>
        <w:jc w:val="right"/>
      </w:pPr>
      <w:r>
        <w:t>کیسا جی؟ ہیں مولانا، الگ سے وہ فون کر کے آپ سے ہاں، اگر آپ کیلکولیٹ کرائیں جی</w:t>
      </w:r>
    </w:p>
    <w:p>
      <w:r>
        <w:rPr>
          <w:b/>
        </w:rPr>
        <w:t xml:space="preserve">[57:12] </w:t>
      </w:r>
      <w:r>
        <w:t>to main alag se is ky bary mein apny khayalat bta sakta hoon.</w:t>
      </w:r>
    </w:p>
    <w:p>
      <w:pPr>
        <w:jc w:val="right"/>
      </w:pPr>
      <w:r>
        <w:t>تو میں الگ سے اس کے بارے میں اپنے خیالات بتا سکتا ہوں۔</w:t>
      </w:r>
    </w:p>
    <w:p>
      <w:r>
        <w:rPr>
          <w:b/>
        </w:rPr>
        <w:t xml:space="preserve">[57:18] </w:t>
      </w:r>
      <w:r>
        <w:t>molana, agla sawal dilli se kia hai doctor fareeda khanoom ny aur unho ny ap se poocha hai</w:t>
      </w:r>
    </w:p>
    <w:p>
      <w:pPr>
        <w:jc w:val="right"/>
      </w:pPr>
      <w:r>
        <w:t>مولانا، اگلا سوال دلی سے کیا ہے ڈاکٹر فریدہ خانم نے اور انہوں نے آپ سے پوچھا ہے</w:t>
      </w:r>
    </w:p>
    <w:p>
      <w:r>
        <w:rPr>
          <w:b/>
        </w:rPr>
        <w:t xml:space="preserve">[57:25] </w:t>
      </w:r>
      <w:r>
        <w:t>کہ "Why is it that people are able to work hard only for immediate gain?" دیکھیں، یہ ہے</w:t>
      </w:r>
    </w:p>
    <w:p>
      <w:pPr>
        <w:jc w:val="right"/>
      </w:pPr>
      <w:r>
        <w:t>کہ "وائی از اٹ دیٹ پیپل آر ایبل ٹو ورک ہارڈ اونلی فار امیڈیٹ گین؟" دیکھیں، یہ ہے</w:t>
      </w:r>
    </w:p>
    <w:p>
      <w:r>
        <w:rPr>
          <w:b/>
        </w:rPr>
        <w:t xml:space="preserve">[57:33] </w:t>
      </w:r>
      <w:r>
        <w:t>due to an awareness.</w:t>
      </w:r>
    </w:p>
    <w:p>
      <w:pPr>
        <w:jc w:val="right"/>
      </w:pPr>
      <w:r>
        <w:t>ڈیو ٹو ان اویرنس۔</w:t>
      </w:r>
    </w:p>
    <w:p>
      <w:r>
        <w:rPr>
          <w:b/>
        </w:rPr>
        <w:t xml:space="preserve">[57:35] </w:t>
      </w:r>
      <w:r>
        <w:t>an awareness to main subah baitha tha yahan par apny parjay mein to yahan par aap dekhty hain</w:t>
      </w:r>
    </w:p>
    <w:p>
      <w:pPr>
        <w:jc w:val="right"/>
      </w:pPr>
      <w:r>
        <w:t>ان اویرنس تو میں صبح بیٹھا تھا یہاں پر اپنے پارجے میں تو یہاں پر آپ دیکھتے ہیں</w:t>
      </w:r>
    </w:p>
    <w:p>
      <w:r>
        <w:rPr>
          <w:b/>
        </w:rPr>
        <w:t xml:space="preserve">[57:42] </w:t>
      </w:r>
      <w:r>
        <w:t>ky drakht hain, chirya urr rahi hain, hawa chal rahi hai, gariyan aa rahi hain, ja rahi hain.</w:t>
      </w:r>
    </w:p>
    <w:p>
      <w:pPr>
        <w:jc w:val="right"/>
      </w:pPr>
      <w:r>
        <w:t>کہ درخت ہیں، چڑیا اڑ رہی ہیں، ہوا چل رہی ہے، گاڑیاں آ رہی ہیں، جا رہی ہیں۔</w:t>
      </w:r>
    </w:p>
    <w:p>
      <w:r>
        <w:rPr>
          <w:b/>
        </w:rPr>
        <w:t xml:space="preserve">[57:50] </w:t>
      </w:r>
      <w:r>
        <w:t>to yeh seen world hai, yeh sab cheezen dikhai de rahi hain.</w:t>
      </w:r>
    </w:p>
    <w:p>
      <w:pPr>
        <w:jc w:val="right"/>
      </w:pPr>
      <w:r>
        <w:t>تو یہ سین ورلڈ ہے، یہ سب چیزیں دکھائی دے رہی ہیں۔</w:t>
      </w:r>
    </w:p>
    <w:p>
      <w:r>
        <w:rPr>
          <w:b/>
        </w:rPr>
        <w:t xml:space="preserve">[57:55] </w:t>
      </w:r>
      <w:r>
        <w:t>to main ny socha ky aik aur world akhirat ka hai, wo bhi aik isi tarah se aik</w:t>
      </w:r>
    </w:p>
    <w:p>
      <w:pPr>
        <w:jc w:val="right"/>
      </w:pPr>
      <w:r>
        <w:t>تو میں نے سوچا کہ ایک اور ورلڈ آخرت کا ہے، وہ بھی ایک اسی طرح سے ایک</w:t>
      </w:r>
    </w:p>
    <w:p>
      <w:r>
        <w:rPr>
          <w:b/>
        </w:rPr>
        <w:t xml:space="preserve">[58:03] </w:t>
      </w:r>
      <w:r>
        <w:t>dunya hai lekin dikhai deti nahi.</w:t>
      </w:r>
    </w:p>
    <w:p>
      <w:pPr>
        <w:jc w:val="right"/>
      </w:pPr>
      <w:r>
        <w:t>دنیا ہے لیکن دکھائی دیتی نہیں۔</w:t>
      </w:r>
    </w:p>
    <w:p>
      <w:r>
        <w:rPr>
          <w:b/>
        </w:rPr>
        <w:t xml:space="preserve">[58:06] </w:t>
      </w:r>
      <w:r>
        <w:t>wo, wo, wo bohat unseen world hai.</w:t>
      </w:r>
    </w:p>
    <w:p>
      <w:pPr>
        <w:jc w:val="right"/>
      </w:pPr>
      <w:r>
        <w:t>وہ، وہ، وہ بہت ان سین ورلڈ ہے۔</w:t>
      </w:r>
    </w:p>
    <w:p>
      <w:r>
        <w:rPr>
          <w:b/>
        </w:rPr>
        <w:t xml:space="preserve">[58:09] </w:t>
      </w:r>
      <w:r>
        <w:t>to log jo hain seen world mein bohat aasani se involve ho jatay hain lekin unseen world</w:t>
      </w:r>
    </w:p>
    <w:p>
      <w:pPr>
        <w:jc w:val="right"/>
      </w:pPr>
      <w:r>
        <w:t>تو لوگ جو ہیں سین ورلڈ میں بہت آسانی سے انوالو ہو جاتے ہیں لیکن ان سین ورلڈ</w:t>
      </w:r>
    </w:p>
    <w:p>
      <w:r>
        <w:rPr>
          <w:b/>
        </w:rPr>
        <w:t xml:space="preserve">[58:17] </w:t>
      </w:r>
      <w:r>
        <w:t>mein involve karny ky liye bohat ziada sochna parta hai.</w:t>
      </w:r>
    </w:p>
    <w:p>
      <w:pPr>
        <w:jc w:val="right"/>
      </w:pPr>
      <w:r>
        <w:t>میں انوالو کرنے کے لیے بہت زیادہ سوچنا پڑتا ہے۔</w:t>
      </w:r>
    </w:p>
    <w:p>
      <w:r>
        <w:rPr>
          <w:b/>
        </w:rPr>
        <w:t xml:space="preserve">[58:21] </w:t>
      </w:r>
      <w:r>
        <w:t>سوچنے سے بڑھ کر اپنے کو اپنے اندر ڈیٹیکٹ ٹھیک لانی پڑتی ہے۔</w:t>
      </w:r>
    </w:p>
    <w:p>
      <w:pPr>
        <w:jc w:val="right"/>
      </w:pPr>
      <w:r>
        <w:t>سوچنے سے بڑھ کر اپنے کو اپنے اندر ڈٹریکٹ ٹھیک لانی پڑتی ہے۔</w:t>
      </w:r>
    </w:p>
    <w:p>
      <w:r>
        <w:rPr>
          <w:b/>
        </w:rPr>
        <w:t xml:space="preserve">[58:27] </w:t>
      </w:r>
      <w:r>
        <w:t>اپنے کو seen world سے آپ detatch کرتے ہیں، تب جا کے unseen world کو آپ جان</w:t>
      </w:r>
    </w:p>
    <w:p>
      <w:pPr>
        <w:jc w:val="right"/>
      </w:pPr>
      <w:r>
        <w:t>اپنے کو سین ورلڈ سے آپ ڈٹریکٹ کرتے ہیں، تب جا کے ان سین ورلڈ کو آپ جان</w:t>
      </w:r>
    </w:p>
    <w:p>
      <w:r>
        <w:rPr>
          <w:b/>
        </w:rPr>
        <w:t xml:space="preserve">[58:34] </w:t>
      </w:r>
      <w:r>
        <w:t>paty hain.</w:t>
      </w:r>
    </w:p>
    <w:p>
      <w:pPr>
        <w:jc w:val="right"/>
      </w:pPr>
      <w:r>
        <w:t>پاتے ہیں۔</w:t>
      </w:r>
    </w:p>
    <w:p>
      <w:r>
        <w:rPr>
          <w:b/>
        </w:rPr>
        <w:t xml:space="preserve">[58:36] </w:t>
      </w:r>
      <w:r>
        <w:t>seen world se apne ko detract karna padta hai, tab aap unseen world mein apne aap ko</w:t>
      </w:r>
    </w:p>
    <w:p>
      <w:pPr>
        <w:jc w:val="right"/>
      </w:pPr>
      <w:r>
        <w:t>سین ورلڈ سے اپنے کو ڈٹریکٹ کرنا پڑتا ہے، تب آپ ان سین ورلڈ میں اپنے آپ کو</w:t>
      </w:r>
    </w:p>
    <w:p>
      <w:r>
        <w:rPr>
          <w:b/>
        </w:rPr>
        <w:t xml:space="preserve">[58:44] </w:t>
      </w:r>
      <w:r>
        <w:t>laga paty hain.</w:t>
      </w:r>
    </w:p>
    <w:p>
      <w:pPr>
        <w:jc w:val="right"/>
      </w:pPr>
      <w:r>
        <w:t>لگا پاتے ہیں۔</w:t>
      </w:r>
    </w:p>
    <w:p>
      <w:r>
        <w:rPr>
          <w:b/>
        </w:rPr>
        <w:t xml:space="preserve">[58:45] </w:t>
      </w:r>
      <w:r>
        <w:t>to yeh bohat kam log kar paty hain aisa kyun ky immediate gain jo hai, wo logon ko bohat</w:t>
      </w:r>
    </w:p>
    <w:p>
      <w:pPr>
        <w:jc w:val="right"/>
      </w:pPr>
      <w:r>
        <w:t>تو یہ بہت کم لوگ کر پاتے ہیں ایسا کیونکہ امیڈیٹ گین جو ہے، وہ لوگوں کو بہت</w:t>
      </w:r>
    </w:p>
    <w:p>
      <w:r>
        <w:rPr>
          <w:b/>
        </w:rPr>
        <w:t xml:space="preserve">[58:53] </w:t>
      </w:r>
      <w:r>
        <w:t>ziada pasand hota hai.</w:t>
      </w:r>
    </w:p>
    <w:p>
      <w:pPr>
        <w:jc w:val="right"/>
      </w:pPr>
      <w:r>
        <w:t>زیادہ پسند ہوتا ہے۔</w:t>
      </w:r>
    </w:p>
    <w:p>
      <w:r>
        <w:rPr>
          <w:b/>
        </w:rPr>
        <w:t xml:space="preserve">[58:54] </w:t>
      </w:r>
      <w:r>
        <w:t>ab kya karain? yeh to insan ki weakness hai ky immediate gain par bhagta hai wo aur wo</w:t>
      </w:r>
    </w:p>
    <w:p>
      <w:pPr>
        <w:jc w:val="right"/>
      </w:pPr>
      <w:r>
        <w:t>اب کیا کریں؟ یہ تو انسان کی ویکنس ہے کہ امیڈیٹ گین پر بھاگتا ہے وہ اور وہ</w:t>
      </w:r>
    </w:p>
    <w:p>
      <w:r>
        <w:rPr>
          <w:b/>
        </w:rPr>
        <w:t xml:space="preserve">[59:02] </w:t>
      </w:r>
      <w:r>
        <w:t>geen jo baad ko aanay wala hai, chaahay woh kitni hi important ho, woh is se, yaani woh</w:t>
      </w:r>
    </w:p>
    <w:p>
      <w:pPr>
        <w:jc w:val="right"/>
      </w:pPr>
      <w:r>
        <w:t>گین جو بعد کو آنے والا ہے، چاہے وہ کتنی ہی امپورٹنٹ ہو، وہ اس سے، یعنی وہ</w:t>
      </w:r>
    </w:p>
    <w:p>
      <w:r>
        <w:rPr>
          <w:b/>
        </w:rPr>
        <w:t xml:space="preserve">[59:10] </w:t>
      </w:r>
      <w:r>
        <w:t>koi ignore karta hai, is se ghafil ho jata hai.</w:t>
      </w:r>
    </w:p>
    <w:p>
      <w:pPr>
        <w:jc w:val="right"/>
      </w:pPr>
      <w:r>
        <w:t>کوئی اگنور کرتا ہے، اس سے غافل ہو جاتا ہے۔</w:t>
      </w:r>
    </w:p>
    <w:p>
      <w:r>
        <w:rPr>
          <w:b/>
        </w:rPr>
        <w:t xml:space="preserve">[59:14] </w:t>
      </w:r>
      <w:r>
        <w:t>maulana, agla sawal ahmedabad se kiya? ahmedabad se kamran sahib ne kiya hai aur unhon ne</w:t>
      </w:r>
    </w:p>
    <w:p>
      <w:pPr>
        <w:jc w:val="right"/>
      </w:pPr>
      <w:r>
        <w:t>مولانا، اگلا سوال احمد آباد سے کیا؟ احمد آباد سے کامران صاحب نے کیا ہے اور انہوں نے</w:t>
      </w:r>
    </w:p>
    <w:p>
      <w:r>
        <w:rPr>
          <w:b/>
        </w:rPr>
        <w:t xml:space="preserve">[59:22] </w:t>
      </w:r>
      <w:r>
        <w:t>آپ سے پوچھا ہے کہ "Is there a reference in Hadith or Quran which can be taken as</w:t>
      </w:r>
    </w:p>
    <w:p>
      <w:pPr>
        <w:jc w:val="right"/>
      </w:pPr>
      <w:r>
        <w:t>آپ سے پوچھا ہے کہ "از دیر ا ریفرنس ان حدیث اور قرآن وچ کین بی ٹیکن ایز</w:t>
      </w:r>
    </w:p>
    <w:p>
      <w:r>
        <w:rPr>
          <w:b/>
        </w:rPr>
        <w:t xml:space="preserve">[59:30] </w:t>
      </w:r>
      <w:r>
        <w:t>"guidance on how to tackle distraction?" دیکھیں، کچھ آئیڈیاز ایسے ہیں جو آج کل کے زمانے میں ہوتے</w:t>
      </w:r>
    </w:p>
    <w:p>
      <w:pPr>
        <w:jc w:val="right"/>
      </w:pPr>
      <w:r>
        <w:t>گائیڈنس ان ہاؤ ٹو ٹیکل ڈسٹریکشن؟" دیکھیں، کچھ آئیڈیاز ایسے ہیں جو آج کل کے زمانے میں ہوتے</w:t>
      </w:r>
    </w:p>
    <w:p>
      <w:r>
        <w:rPr>
          <w:b/>
        </w:rPr>
        <w:t xml:space="preserve">[59:37] </w:t>
      </w:r>
      <w:r>
        <w:t>hain, matlab distraction.</w:t>
      </w:r>
    </w:p>
    <w:p>
      <w:pPr>
        <w:jc w:val="right"/>
      </w:pPr>
      <w:r>
        <w:t>ہیں، مطلب ڈسٹریکشن۔</w:t>
      </w:r>
    </w:p>
    <w:p>
      <w:r>
        <w:rPr>
          <w:b/>
        </w:rPr>
        <w:t xml:space="preserve">[59:39] </w:t>
      </w:r>
      <w:r>
        <w:t>to isi isi tarah ke lafz mein aap kahein to mujhe mushkil hai wahi lafz batana aap ko,</w:t>
      </w:r>
    </w:p>
    <w:p>
      <w:pPr>
        <w:jc w:val="right"/>
      </w:pPr>
      <w:r>
        <w:t>تو اسی اسی طرح کے لفظ میں آپ کہیں تو مجھے مشکل ہے وہی لفظ بتانا آپ کو،</w:t>
      </w:r>
    </w:p>
    <w:p>
      <w:r>
        <w:rPr>
          <w:b/>
        </w:rPr>
        <w:t xml:space="preserve">[59:47] </w:t>
      </w:r>
      <w:r>
        <w:t>lekin agar mani ke lehaz se dekhein to quran o hadees mein bohat ziyada hai.</w:t>
      </w:r>
    </w:p>
    <w:p>
      <w:pPr>
        <w:jc w:val="right"/>
      </w:pPr>
      <w:r>
        <w:t>لیکن اگر معنی کے لحاظ سے دیکھیں تو قرآن و حدیث میں بہت زیادہ ہے۔</w:t>
      </w:r>
    </w:p>
    <w:p>
      <w:r>
        <w:rPr>
          <w:b/>
        </w:rPr>
        <w:t xml:space="preserve">[59:53] </w:t>
      </w:r>
      <w:r>
        <w:t>jo hai "bon al-ajilah wa yadhuruna waraahum yawman saghirah".</w:t>
      </w:r>
    </w:p>
    <w:p>
      <w:pPr>
        <w:jc w:val="right"/>
      </w:pPr>
      <w:r>
        <w:t>جو ہے "بون العاجلہ ویذرون وراءہم یوم صغیرہ"۔</w:t>
      </w:r>
    </w:p>
    <w:p>
      <w:r>
        <w:rPr>
          <w:b/>
        </w:rPr>
        <w:t xml:space="preserve">[59:56] </w:t>
      </w:r>
      <w:r>
        <w:t>is ka tarjuma yeh hai ke yeh log pasand karte hain woh immediate ko aur jo baad ko</w:t>
      </w:r>
    </w:p>
    <w:p>
      <w:pPr>
        <w:jc w:val="right"/>
      </w:pPr>
      <w:r>
        <w:t>اس کا ترجمہ یہ ہے کہ یہ لوگ پسند کرتے ہیں وہ امیڈیٹ کو اور جو بعد کو</w:t>
      </w:r>
    </w:p>
    <w:p>
      <w:r>
        <w:rPr>
          <w:b/>
        </w:rPr>
        <w:t xml:space="preserve">[1:00:04] </w:t>
      </w:r>
      <w:r>
        <w:t>aanay wala hai, us ko is se ghafil hain.</w:t>
      </w:r>
    </w:p>
    <w:p>
      <w:pPr>
        <w:jc w:val="right"/>
      </w:pPr>
      <w:r>
        <w:t>آنے والا ہے، اس کو اس سے غافل ہیں۔</w:t>
      </w:r>
    </w:p>
    <w:p>
      <w:r>
        <w:rPr>
          <w:b/>
        </w:rPr>
        <w:t xml:space="preserve">[1:00:08] </w:t>
      </w:r>
      <w:r>
        <w:t>to kyun aisa? immediate jo hai, woh woh har waqt dikhai deta hai, har waqt sunai deta hai,</w:t>
      </w:r>
    </w:p>
    <w:p>
      <w:pPr>
        <w:jc w:val="right"/>
      </w:pPr>
      <w:r>
        <w:t>تو کیوں ایسا؟ امیڈیٹ جو ہے، وہ وہ ہر وقت دکھائی دیتا ہے، ہر وقت سنائی دیتا ہے،</w:t>
      </w:r>
    </w:p>
    <w:p>
      <w:r>
        <w:rPr>
          <w:b/>
        </w:rPr>
        <w:t xml:space="preserve">[1:00:16] </w:t>
      </w:r>
      <w:r>
        <w:t>woh distract kar raha hai aap ko.</w:t>
      </w:r>
    </w:p>
    <w:p>
      <w:pPr>
        <w:jc w:val="right"/>
      </w:pPr>
      <w:r>
        <w:t>وہ ڈسٹریکٹ کر رہا ہے آپ کو۔</w:t>
      </w:r>
    </w:p>
    <w:p>
      <w:r>
        <w:rPr>
          <w:b/>
        </w:rPr>
        <w:t xml:space="preserve">[1:00:19] </w:t>
      </w:r>
      <w:r>
        <w:t>immediate jo aap ko distract kar raha tha har waqt, us wajah se aap ko jo baad ko</w:t>
      </w:r>
    </w:p>
    <w:p>
      <w:pPr>
        <w:jc w:val="right"/>
      </w:pPr>
      <w:r>
        <w:t>امیڈیٹ جو آپ کو ڈسٹریکٹ کر رہا تھا ہر وقت، اس وجہ سے آپ کو جو بعد کو</w:t>
      </w:r>
    </w:p>
    <w:p>
      <w:r>
        <w:rPr>
          <w:b/>
        </w:rPr>
        <w:t xml:space="preserve">[1:00:26] </w:t>
      </w:r>
      <w:r>
        <w:t>aanay wali cheez hai, idhar aap dhiyan laga nahi paate.</w:t>
      </w:r>
    </w:p>
    <w:p>
      <w:pPr>
        <w:jc w:val="right"/>
      </w:pPr>
      <w:r>
        <w:t>آنے والی چیز ہے، ادھر آپ دھیان لگا نہیں پاتے۔</w:t>
      </w:r>
    </w:p>
    <w:p>
      <w:r>
        <w:rPr>
          <w:b/>
        </w:rPr>
        <w:t xml:space="preserve">[1:00:31] </w:t>
      </w:r>
      <w:r>
        <w:t>to immediate jo hai, source of distraction ban jata hai.</w:t>
      </w:r>
    </w:p>
    <w:p>
      <w:pPr>
        <w:jc w:val="right"/>
      </w:pPr>
      <w:r>
        <w:t>تو امیڈیٹ جو ہے، سورس آف ڈسٹریکشن بن جاتا ہے۔</w:t>
      </w:r>
    </w:p>
    <w:p>
      <w:r>
        <w:rPr>
          <w:b/>
        </w:rPr>
        <w:t xml:space="preserve">[1:00:35] </w:t>
      </w:r>
      <w:r>
        <w:t>تو اسی لیے تو آپ immediately میں بہت جلد involve ہو جاتے ہیں اور جو late eternal چیز</w:t>
      </w:r>
    </w:p>
    <w:p>
      <w:pPr>
        <w:jc w:val="right"/>
      </w:pPr>
      <w:r>
        <w:t>تو اسی لیے تو آپ امیڈیٹ میں بہت جلد انوالو ہو جاتے ہیں اور جو لیٹ ایٹرنل چیز</w:t>
      </w:r>
    </w:p>
    <w:p>
      <w:r>
        <w:rPr>
          <w:b/>
        </w:rPr>
        <w:t xml:space="preserve">[1:00:43] </w:t>
      </w:r>
      <w:r>
        <w:t>hai, is ki taraf dhiyan laga nahi paate.</w:t>
      </w:r>
    </w:p>
    <w:p>
      <w:pPr>
        <w:jc w:val="right"/>
      </w:pPr>
      <w:r>
        <w:t>ہے، اس کی طرف دھیان لگا نہیں پاتے۔</w:t>
      </w:r>
    </w:p>
    <w:p>
      <w:r>
        <w:rPr>
          <w:b/>
        </w:rPr>
        <w:t xml:space="preserve">[1:00:46] </w:t>
      </w:r>
      <w:r>
        <w:t>to yahan par dekhein, jo immediate jo hai, woh hai sab se bara source of distraction har ek</w:t>
      </w:r>
    </w:p>
    <w:p>
      <w:pPr>
        <w:jc w:val="right"/>
      </w:pPr>
      <w:r>
        <w:t>تو یہاں پر دیکھیں، جو امیڈیٹ جو ہے، وہ ہے سب سے بڑا سورس آف ڈسٹریکشن ہر ایک</w:t>
      </w:r>
    </w:p>
    <w:p>
      <w:r>
        <w:rPr>
          <w:b/>
        </w:rPr>
        <w:t xml:space="preserve">[1:00:54]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[1:00:55] </w:t>
      </w:r>
      <w:r>
        <w:t>maulana, agla sawal mahmoodin sahib ne kiya hai pakistan se aur unhon ne aap se poocha hai ke</w:t>
      </w:r>
    </w:p>
    <w:p>
      <w:pPr>
        <w:jc w:val="right"/>
      </w:pPr>
      <w:r>
        <w:t>مولانا، اگلا سوال محدودین صاحب نے کیا ہے پاکستان سے اور انہوں نے آپ سے پوچھا ہے کہ</w:t>
      </w:r>
    </w:p>
    <w:p>
      <w:r>
        <w:rPr>
          <w:b/>
        </w:rPr>
        <w:t xml:space="preserve">[1:01:03] </w:t>
      </w:r>
      <w:r>
        <w:t>"Can you tell us the importance of taqdeer in a person's life?" دیکھیں، اس پر میں کئی بار</w:t>
      </w:r>
    </w:p>
    <w:p>
      <w:pPr>
        <w:jc w:val="right"/>
      </w:pPr>
      <w:r>
        <w:t>"کین یو ٹیل اس دی امپورٹنس آف تقدیر ان ا پرسنز لائف؟" دیکھیں، اس پر میں کئی بار</w:t>
      </w:r>
    </w:p>
    <w:p>
      <w:r>
        <w:rPr>
          <w:b/>
        </w:rPr>
        <w:t xml:space="preserve">[1:01:11] </w:t>
      </w:r>
      <w:r>
        <w:t>likh chuka hoon apne kitaab mein aur magazine mein bhi.</w:t>
      </w:r>
    </w:p>
    <w:p>
      <w:pPr>
        <w:jc w:val="right"/>
      </w:pPr>
      <w:r>
        <w:t>لکھ چکا ہوں اپنے کتاب میں اور میگزین میں بھی۔</w:t>
      </w:r>
    </w:p>
    <w:p>
      <w:r>
        <w:rPr>
          <w:b/>
        </w:rPr>
        <w:t xml:space="preserve">[1:01:15] </w:t>
      </w:r>
      <w:r>
        <w:t>is pe khwamkhwah bahasein log karte hain aur main samajhta hoon ke yeh yeh kalamiy bahasein hain, woh</w:t>
      </w:r>
    </w:p>
    <w:p>
      <w:pPr>
        <w:jc w:val="right"/>
      </w:pPr>
      <w:r>
        <w:t>اس پہ خوامخواہ بحثیں لوگ کرتے ہیں اور میں سمجھتا ہوں کہ یہ یہ کلامی بحثیں ہیں، وہ</w:t>
      </w:r>
    </w:p>
    <w:p>
      <w:r>
        <w:rPr>
          <w:b/>
        </w:rPr>
        <w:t xml:space="preserve">[1:01:23] </w:t>
      </w:r>
      <w:r>
        <w:t>ziyadatar isi par taqdeer par hain, taqdeer jabr o qadar par.</w:t>
      </w:r>
    </w:p>
    <w:p>
      <w:pPr>
        <w:jc w:val="right"/>
      </w:pPr>
      <w:r>
        <w:t>زیادہ تر اسی پر تقدیر پر ہیں، تقدیر جبر و قدر پر۔</w:t>
      </w:r>
    </w:p>
    <w:p>
      <w:r>
        <w:rPr>
          <w:b/>
        </w:rPr>
        <w:t xml:space="preserve">[1:01:28] </w:t>
      </w:r>
      <w:r>
        <w:t>bohat ziyada dekhein, yeh sab bilkul bekar baatein hain.</w:t>
      </w:r>
    </w:p>
    <w:p>
      <w:pPr>
        <w:jc w:val="right"/>
      </w:pPr>
      <w:r>
        <w:t>بہت زیادہ دیکھیں، یہ سب بالکل بیکار باتیں ہیں۔</w:t>
      </w:r>
    </w:p>
    <w:p>
      <w:r>
        <w:rPr>
          <w:b/>
        </w:rPr>
        <w:t xml:space="preserve">[1:01:32] </w:t>
      </w:r>
      <w:r>
        <w:t>aap yun sochein ke aap aap har waqt apne ko kya paband mehsoos karte hain? har aadmi apne</w:t>
      </w:r>
    </w:p>
    <w:p>
      <w:pPr>
        <w:jc w:val="right"/>
      </w:pPr>
      <w:r>
        <w:t>آپ یوں سوچیں کہ آپ آپ ہر وقت اپنے کو کیا پابند محسوس کرتے ہیں؟ ہر آدمی اپنے</w:t>
      </w:r>
    </w:p>
    <w:p>
      <w:r>
        <w:rPr>
          <w:b/>
        </w:rPr>
        <w:t xml:space="preserve">[1:01:39] </w:t>
      </w:r>
      <w:r>
        <w:t>ko aazad mehsoos karta hai, yaani apna khud apna jo aap ka tajurba hota hai, apne aap ko</w:t>
      </w:r>
    </w:p>
    <w:p>
      <w:pPr>
        <w:jc w:val="right"/>
      </w:pPr>
      <w:r>
        <w:t>کو آزاد محسوس کرتا ہے، یعنی اپنا خود اپنا جو آپ کا تجربہ ہوتا ہے، اپنے آپ کو</w:t>
      </w:r>
    </w:p>
    <w:p>
      <w:r>
        <w:rPr>
          <w:b/>
        </w:rPr>
        <w:t xml:space="preserve">[1:01:47] </w:t>
      </w:r>
      <w:r>
        <w:t>jo aap jante hain, kise jante hain? kya aap bandhe hue hain? aap paband hain? aap chahein to</w:t>
      </w:r>
    </w:p>
    <w:p>
      <w:pPr>
        <w:jc w:val="right"/>
      </w:pPr>
      <w:r>
        <w:t>جو آپ جانتے ہیں، کسے جانتے ہیں؟ کیا آپ بندھے ہوئے ہیں؟ آپ پابند ہیں؟ آپ چاہیں تو</w:t>
      </w:r>
    </w:p>
    <w:p>
      <w:r>
        <w:rPr>
          <w:b/>
        </w:rPr>
        <w:t xml:space="preserve">[1:01:55] </w:t>
      </w:r>
      <w:r>
        <w:t>bolen, chahen chup ho jaen, chahen chalen, chahen baith jaen.</w:t>
      </w:r>
    </w:p>
    <w:p>
      <w:pPr>
        <w:jc w:val="right"/>
      </w:pPr>
      <w:r>
        <w:t>بولیں، چاہیں چپ ہو جائیں، چاہیں چلیں، چاہیں بیٹھ جائیں۔</w:t>
      </w:r>
    </w:p>
    <w:p>
      <w:r>
        <w:rPr>
          <w:b/>
        </w:rPr>
        <w:t xml:space="preserve">[1:01:59] </w:t>
      </w:r>
      <w:r>
        <w:t>to aap ka apna tajurba bata de ke aap azaad hain, mukammal azaad hain, mukammal azaad hain.</w:t>
      </w:r>
    </w:p>
    <w:p>
      <w:pPr>
        <w:jc w:val="right"/>
      </w:pPr>
      <w:r>
        <w:t>تو آپ کا اپنا تجربہ بتا دے کہ آپ آزاد ہیں، مکمل آزاد ہیں، مکمل آزاد ہیں۔</w:t>
      </w:r>
    </w:p>
    <w:p>
      <w:r>
        <w:rPr>
          <w:b/>
        </w:rPr>
        <w:t xml:space="preserve">[1:02:06] </w:t>
      </w:r>
      <w:r>
        <w:t>jo chahen aap karte hain, chahe political field ho ya doosri field ho.</w:t>
      </w:r>
    </w:p>
    <w:p>
      <w:pPr>
        <w:jc w:val="right"/>
      </w:pPr>
      <w:r>
        <w:t>جو چاہیں آپ کرتے ہیں، چاہے پولیٹیکل فیلڈ ہو یا دوسری فیلڈ ہو۔</w:t>
      </w:r>
    </w:p>
    <w:p>
      <w:r>
        <w:rPr>
          <w:b/>
        </w:rPr>
        <w:t xml:space="preserve">[1:02:12] </w:t>
      </w:r>
      <w:r>
        <w:t>to yeh to apne aap ko deny karna hai.</w:t>
      </w:r>
    </w:p>
    <w:p>
      <w:pPr>
        <w:jc w:val="right"/>
      </w:pPr>
      <w:r>
        <w:t>تو یہ تو اپنے آپ کو ڈینائی کرنا ہے۔</w:t>
      </w:r>
    </w:p>
    <w:p>
      <w:r>
        <w:rPr>
          <w:b/>
        </w:rPr>
        <w:t xml:space="preserve">[1:02:16] </w:t>
      </w:r>
      <w:r>
        <w:t>jo logon ne bana rakha hai taqdeer ka masla, woh apne aap ko deny karna hai.</w:t>
      </w:r>
    </w:p>
    <w:p>
      <w:pPr>
        <w:jc w:val="right"/>
      </w:pPr>
      <w:r>
        <w:t>جو لوگوں نے بنا رکھا ہے تقدیر کا مسئلہ، وہ اپنے آپ کو ڈینائی کرنا ہے۔</w:t>
      </w:r>
    </w:p>
    <w:p>
      <w:r>
        <w:rPr>
          <w:b/>
        </w:rPr>
        <w:t xml:space="preserve">[1:02:23] </w:t>
      </w:r>
      <w:r>
        <w:t>yani hai to.</w:t>
      </w:r>
    </w:p>
    <w:p>
      <w:pPr>
        <w:jc w:val="right"/>
      </w:pPr>
      <w:r>
        <w:t>یعنی ہے تو۔</w:t>
      </w:r>
    </w:p>
    <w:p>
      <w:r>
        <w:rPr>
          <w:b/>
        </w:rPr>
        <w:t xml:space="preserve">[1:02:24] </w:t>
      </w:r>
      <w:r>
        <w:t>yani apna tajurba bhi to yeh hai ke hum azaad hain.</w:t>
      </w:r>
    </w:p>
    <w:p>
      <w:pPr>
        <w:jc w:val="right"/>
      </w:pPr>
      <w:r>
        <w:t>یعنی اپنا تجربہ بھی تو یہ ہے کہ ہم آزاد ہیں۔</w:t>
      </w:r>
    </w:p>
    <w:p>
      <w:r>
        <w:rPr>
          <w:b/>
        </w:rPr>
        <w:t xml:space="preserve">[1:02:29] </w:t>
      </w:r>
      <w:r>
        <w:t>afsos kar ke aqli ghoda dornana, aqli ghoda dornana kar ke nikalna ke nahi, hum hum majboor hain,</w:t>
      </w:r>
    </w:p>
    <w:p>
      <w:pPr>
        <w:jc w:val="right"/>
      </w:pPr>
      <w:r>
        <w:t>افسوس کر کے عقلی گھوڑا دوڑانا، عقلی گھوڑا دوڑا کر کے نکالنا کہ نہیں، ہم ہم مجبور ہیں،</w:t>
      </w:r>
    </w:p>
    <w:p>
      <w:r>
        <w:rPr>
          <w:b/>
        </w:rPr>
        <w:t xml:space="preserve">[1:02:37] </w:t>
      </w:r>
      <w:r>
        <w:t>hamari taqdeer taqdeer peshi likhi hui hai.</w:t>
      </w:r>
    </w:p>
    <w:p>
      <w:pPr>
        <w:jc w:val="right"/>
      </w:pPr>
      <w:r>
        <w:t>ہماری تقدیر تقدیر پیشی لکھی ہوئی ہے۔</w:t>
      </w:r>
    </w:p>
    <w:p>
      <w:r>
        <w:rPr>
          <w:b/>
        </w:rPr>
        <w:t xml:space="preserve">[1:02:40] </w:t>
      </w:r>
      <w:r>
        <w:t>to mein yahi kahunga ke aap apne apne zaati tajurbe ko dekhiye.</w:t>
      </w:r>
    </w:p>
    <w:p>
      <w:pPr>
        <w:jc w:val="right"/>
      </w:pPr>
      <w:r>
        <w:t>تو میں یہی کہوں گا کہ آپ اپنے اپنے ذاتی تجربے کو دیکھیے۔</w:t>
      </w:r>
    </w:p>
    <w:p>
      <w:r>
        <w:rPr>
          <w:b/>
        </w:rPr>
        <w:t xml:space="preserve">[1:02:45] </w:t>
      </w:r>
      <w:r>
        <w:t>zaati tajurba woh yeh hai ke hum azaad hain.</w:t>
      </w:r>
    </w:p>
    <w:p>
      <w:pPr>
        <w:jc w:val="right"/>
      </w:pPr>
      <w:r>
        <w:t>ذاتی تجربہ وہ یہی کہ ہم آزاد ہیں۔</w:t>
      </w:r>
    </w:p>
    <w:p>
      <w:r>
        <w:rPr>
          <w:b/>
        </w:rPr>
        <w:t xml:space="preserve">[1:02:49] </w:t>
      </w:r>
      <w:r>
        <w:t>mein is waqt bol raha hoon, chahon to na bolon.</w:t>
      </w:r>
    </w:p>
    <w:p>
      <w:pPr>
        <w:jc w:val="right"/>
      </w:pPr>
      <w:r>
        <w:t>میں اس وقت بول رہا ہوں، چاہوں تو نہ بولوں۔</w:t>
      </w:r>
    </w:p>
    <w:p>
      <w:r>
        <w:rPr>
          <w:b/>
        </w:rPr>
        <w:t xml:space="preserve">[1:02:53] </w:t>
      </w:r>
      <w:r>
        <w:t>is waqt baitha hoon, chahon to na baithon.</w:t>
      </w:r>
    </w:p>
    <w:p>
      <w:pPr>
        <w:jc w:val="right"/>
      </w:pPr>
      <w:r>
        <w:t>اس وقت بیٹھا ہوں، چاہوں تو نہ بیٹھوں۔</w:t>
      </w:r>
    </w:p>
    <w:p>
      <w:r>
        <w:rPr>
          <w:b/>
        </w:rPr>
        <w:t xml:space="preserve">[1:02:56] </w:t>
      </w:r>
      <w:r>
        <w:t>kaun rokne wala hai? to aadmi ka zaati tajurba kafi hai ke is masle ko aap samjhen.</w:t>
      </w:r>
    </w:p>
    <w:p>
      <w:pPr>
        <w:jc w:val="right"/>
      </w:pPr>
      <w:r>
        <w:t>کون روکنے والا ہے؟ تو آدمی کا ذاتی تجربہ کافی ہے کہ اس مسئلے کو آپ سمجھیں۔</w:t>
      </w:r>
    </w:p>
    <w:p>
      <w:r>
        <w:rPr>
          <w:b/>
        </w:rPr>
        <w:t xml:space="preserve">[1:03:04] </w:t>
      </w:r>
      <w:r>
        <w:t>zaati tajurbe samajh lijiye, baat baat samajh padi hai.</w:t>
      </w:r>
    </w:p>
    <w:p>
      <w:pPr>
        <w:jc w:val="right"/>
      </w:pPr>
      <w:r>
        <w:t>ذاتی تجربے سمجھ لیجئے، بات بات سمجھ پڑی ہے۔</w:t>
      </w:r>
    </w:p>
    <w:p>
      <w:r>
        <w:rPr>
          <w:b/>
        </w:rPr>
        <w:t xml:space="preserve">[1:03:08] </w:t>
      </w:r>
      <w:r>
        <w:t>yani jis ko kehte hain mushogafi, yani hair splitting se masla paida hota hai.</w:t>
      </w:r>
    </w:p>
    <w:p>
      <w:pPr>
        <w:jc w:val="right"/>
      </w:pPr>
      <w:r>
        <w:t>یعنی جس کو کہتے ہیں موشوگافی، یعنی ہیئر اسپلٹنگ سے مسئلہ پیدا ہوتا ہے۔</w:t>
      </w:r>
    </w:p>
    <w:p>
      <w:r>
        <w:rPr>
          <w:b/>
        </w:rPr>
        <w:t xml:space="preserve">[1:03:14] </w:t>
      </w:r>
      <w:r>
        <w:t>agar aap apne tajurbe ke lehaz se rai banayen to bilkul aap ko lagega ke mujhe mujhe</w:t>
      </w:r>
    </w:p>
    <w:p>
      <w:pPr>
        <w:jc w:val="right"/>
      </w:pPr>
      <w:r>
        <w:t>اگر آپ اپنے تجربے کے لحاظ سے رائے بنائیں تو بالکل آپ کو لگے گا کہ مجھے مجھے</w:t>
      </w:r>
    </w:p>
    <w:p>
      <w:r>
        <w:rPr>
          <w:b/>
        </w:rPr>
        <w:t xml:space="preserve">[1:03:21] </w:t>
      </w:r>
      <w:r>
        <w:t>to azaadi mili hui hai.</w:t>
      </w:r>
    </w:p>
    <w:p>
      <w:pPr>
        <w:jc w:val="right"/>
      </w:pPr>
      <w:r>
        <w:t>تو آزادی ملی ہوئی ہے۔</w:t>
      </w:r>
    </w:p>
    <w:p>
      <w:r>
        <w:rPr>
          <w:b/>
        </w:rPr>
        <w:t xml:space="preserve">[1:03:23] </w:t>
      </w:r>
      <w:r>
        <w:t>maulana, agla sawal Jeddah se Arshad Saeed sahib ka hai.</w:t>
      </w:r>
    </w:p>
    <w:p>
      <w:pPr>
        <w:jc w:val="right"/>
      </w:pPr>
      <w:r>
        <w:t>مولانا، اگلا سوال جدہ سے ارشد سعید صاحب کا ہے۔</w:t>
      </w:r>
    </w:p>
    <w:p>
      <w:r>
        <w:rPr>
          <w:b/>
        </w:rPr>
        <w:t xml:space="preserve">[1:03:28] </w:t>
      </w:r>
      <w:r>
        <w:t>انہوں نے لکھا ہے: "In today's day and age, multitasking is considered a skill." مائی کوئسچن: ملٹی</w:t>
      </w:r>
    </w:p>
    <w:p>
      <w:pPr>
        <w:jc w:val="right"/>
      </w:pPr>
      <w:r>
        <w:t>انہوں نے لکھا ہے: "ان ٹوڈے ڈے اینڈ ایج، ملٹی ٹاسکنگ از کنسیڈرڈ ا سکل۔" مائی کوئسچن: ملٹی</w:t>
      </w:r>
    </w:p>
    <w:p>
      <w:r>
        <w:rPr>
          <w:b/>
        </w:rPr>
        <w:t xml:space="preserve">[1:03:35] </w:t>
      </w:r>
      <w:r>
        <w:t>ٹاسکنگ؟ ہاں، in today's day and age, multitasking is considered a skill.</w:t>
      </w:r>
    </w:p>
    <w:p>
      <w:pPr>
        <w:jc w:val="right"/>
      </w:pPr>
      <w:r>
        <w:t>ٹاسکنگ؟ ہاں، ان ٹوڈے ڈے اینڈ ایج، ملٹی ٹاسکنگ از کنسیڈرڈ ا سکل۔</w:t>
      </w:r>
    </w:p>
    <w:p>
      <w:r>
        <w:rPr>
          <w:b/>
        </w:rPr>
        <w:t xml:space="preserve">[1:03:41] </w:t>
      </w:r>
      <w:r>
        <w:t>My question is: Is multitasking a form of distraction as one is not focused on a single</w:t>
      </w:r>
    </w:p>
    <w:p>
      <w:pPr>
        <w:jc w:val="right"/>
      </w:pPr>
      <w:r>
        <w:t>مائی کوئسچن از: از ملٹی ٹاسکنگ ا فارم اف ڈسٹریکشن ایز ون از ناٹ فوکسڈ ان ا سنگل</w:t>
      </w:r>
    </w:p>
    <w:p>
      <w:r>
        <w:rPr>
          <w:b/>
        </w:rPr>
        <w:t xml:space="preserve">[1:03:49] </w:t>
      </w:r>
      <w:r>
        <w:t>activity? isi Maulana, isi se mila jula ek aur sawal aaya hai, is se aur wazeh ho jaye</w:t>
      </w:r>
    </w:p>
    <w:p>
      <w:pPr>
        <w:jc w:val="right"/>
      </w:pPr>
      <w:r>
        <w:t>ایکٹیویٹی؟ اسی مولانا، اسی سے ملا جلا ایک اور سوال آیا ہے، اس سے اور واضح ہو جائے</w:t>
      </w:r>
    </w:p>
    <w:p>
      <w:r>
        <w:rPr>
          <w:b/>
        </w:rPr>
        <w:t xml:space="preserve">[1:03:56]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[1:03:58] </w:t>
      </w:r>
      <w:r>
        <w:t>Bilal sahib hain Dubai se, unhon ne bhi aisa hi sawal kiya hai.</w:t>
      </w:r>
    </w:p>
    <w:p>
      <w:pPr>
        <w:jc w:val="right"/>
      </w:pPr>
      <w:r>
        <w:t>بلال صاحب ہیں دبئی سے، انہوں نے بھی ایسا ہی سوال کیا ہے۔</w:t>
      </w:r>
    </w:p>
    <w:p>
      <w:r>
        <w:rPr>
          <w:b/>
        </w:rPr>
        <w:t xml:space="preserve">[1:04:03] </w:t>
      </w:r>
      <w:r>
        <w:t>انہوں نے لکھا ہے: "مولانا صاحب، I work in a company at senior level where I have to</w:t>
      </w:r>
    </w:p>
    <w:p>
      <w:pPr>
        <w:jc w:val="right"/>
      </w:pPr>
      <w:r>
        <w:t>انہوں نے لکھا ہے: "مولانا صاحب، آئی ورک ان ا کمپنی ایٹ سینیئر لیول ویر آئی ہیو ٹو</w:t>
      </w:r>
    </w:p>
    <w:p>
      <w:r>
        <w:rPr>
          <w:b/>
        </w:rPr>
        <w:t xml:space="preserve">[1:04:11] </w:t>
      </w:r>
      <w:r>
        <w:t>do multitasking like business planning, recruitment, administration and compliance, because I am involved in so many things,</w:t>
      </w:r>
    </w:p>
    <w:p>
      <w:pPr>
        <w:jc w:val="right"/>
      </w:pPr>
      <w:r>
        <w:t>ڈو ملٹی ٹاسکنگ لائک بزنس پلاننگ، ریکروٹمنٹ، ایڈمنسٹریشن اینڈ کمپلائنس، بیکاز آئی ایم انوالوڈ ان سو مینی تھنگز،</w:t>
      </w:r>
    </w:p>
    <w:p>
      <w:r>
        <w:rPr>
          <w:b/>
        </w:rPr>
        <w:t xml:space="preserve">[1:04:19] </w:t>
      </w:r>
      <w:r>
        <w:t>so mind does not remain focused on one thing.</w:t>
      </w:r>
    </w:p>
    <w:p>
      <w:pPr>
        <w:jc w:val="right"/>
      </w:pPr>
      <w:r>
        <w:t>سو مائنڈ ڈز ناٹ ریمین فوکسڈ ان ون تھنگ۔</w:t>
      </w:r>
    </w:p>
    <w:p>
      <w:r>
        <w:rPr>
          <w:b/>
        </w:rPr>
        <w:t xml:space="preserve">[1:04:23] </w:t>
      </w:r>
      <w:r>
        <w:t>is this distraction?" dekhen, boojhdar zamane ki baat nahi hai, yeh to hamesha hi multi tasking hai, yeh</w:t>
      </w:r>
    </w:p>
    <w:p>
      <w:pPr>
        <w:jc w:val="right"/>
      </w:pPr>
      <w:r>
        <w:t>از دس ڈسٹریکشن؟" دیکھیں، بوجھدار زمانے کی بات نہیں ہے، یہ تو ہمیشہ ہی ملٹی ٹاسکنگ ہے، یہ</w:t>
      </w:r>
    </w:p>
    <w:p>
      <w:r>
        <w:rPr>
          <w:b/>
        </w:rPr>
        <w:t xml:space="preserve">[1:04:30] </w:t>
      </w:r>
      <w:r>
        <w:t>insan ka masla hai.</w:t>
      </w:r>
    </w:p>
    <w:p>
      <w:pPr>
        <w:jc w:val="right"/>
      </w:pPr>
      <w:r>
        <w:t>انسان کا مسئلہ ہے۔</w:t>
      </w:r>
    </w:p>
    <w:p>
      <w:r>
        <w:rPr>
          <w:b/>
        </w:rPr>
        <w:t xml:space="preserve">[1:04:32] </w:t>
      </w:r>
      <w:r>
        <w:t>har waqt kai baaten rahen gi, pehle bhi theen, ab bhi rahen gi.</w:t>
      </w:r>
    </w:p>
    <w:p>
      <w:pPr>
        <w:jc w:val="right"/>
      </w:pPr>
      <w:r>
        <w:t>ہر وقت کئی باتیں رہیں گی، پہلے بھی تھیں، اب بھی رہیں گی۔</w:t>
      </w:r>
    </w:p>
    <w:p>
      <w:r>
        <w:rPr>
          <w:b/>
        </w:rPr>
        <w:t xml:space="preserve">[1:04:38] </w:t>
      </w:r>
      <w:r>
        <w:t>kabhi kabhi pyas lage gi to pani chahiye, kabhi bhook lage gi to khana chahiye, kabhi andhi aaye</w:t>
      </w:r>
    </w:p>
    <w:p>
      <w:pPr>
        <w:jc w:val="right"/>
      </w:pPr>
      <w:r>
        <w:t>کبھی کبھی پیاس لگے گی تو پانی چاہیے، کبھی بھوک لگے گی تو کھانا چاہیے، کبھی اندھی آئے</w:t>
      </w:r>
    </w:p>
    <w:p>
      <w:r>
        <w:rPr>
          <w:b/>
        </w:rPr>
        <w:t xml:space="preserve">[1:04:45] </w:t>
      </w:r>
      <w:r>
        <w:t>gi to humein bachna hoga, kabhi thanda hai, kabhi garam hai.</w:t>
      </w:r>
    </w:p>
    <w:p>
      <w:pPr>
        <w:jc w:val="right"/>
      </w:pPr>
      <w:r>
        <w:t>گی تو ہمیں بچنا ہوگا، کبھی ٹھنڈا ہے، کبھی گرم ہے۔</w:t>
      </w:r>
    </w:p>
    <w:p>
      <w:r>
        <w:rPr>
          <w:b/>
        </w:rPr>
        <w:t xml:space="preserve">[1:04:50] </w:t>
      </w:r>
      <w:r>
        <w:t>yeh yeh ek ek ek term ban gaya hai, warna yeh hamesha tha.</w:t>
      </w:r>
    </w:p>
    <w:p>
      <w:pPr>
        <w:jc w:val="right"/>
      </w:pPr>
      <w:r>
        <w:t>یہ یہ ایک ایک ایک ٹرم بن گیا ہے، ورنہ یہ ہمیشہ تھا۔</w:t>
      </w:r>
    </w:p>
    <w:p>
      <w:r>
        <w:rPr>
          <w:b/>
        </w:rPr>
        <w:t xml:space="preserve">[1:04:56] </w:t>
      </w:r>
      <w:r>
        <w:t>kab aisa nahi hota? yani adam bhi the jab jab jannat mein to bohat se darakht the, kabhi</w:t>
      </w:r>
    </w:p>
    <w:p>
      <w:pPr>
        <w:jc w:val="right"/>
      </w:pPr>
      <w:r>
        <w:t>کب ایسا نہیں ہوتا؟ یعنی آدم بھی تھے جب جب جنت میں تو بہت سے درخت تھے، کبھی</w:t>
      </w:r>
    </w:p>
    <w:p>
      <w:r>
        <w:rPr>
          <w:b/>
        </w:rPr>
        <w:t xml:space="preserve">[1:05:03] </w:t>
      </w:r>
      <w:r>
        <w:t>yeh dekhte hain, kabhi woh dekhte hain, kabhi woh hai jo jo five ordinary hai.</w:t>
      </w:r>
    </w:p>
    <w:p>
      <w:pPr>
        <w:jc w:val="right"/>
      </w:pPr>
      <w:r>
        <w:t>یہ دیکھتے ہیں، کبھی وہ دیکھتے ہیں، کبھی وہ ہے جو جو فائیورڈینٹری ہے۔</w:t>
      </w:r>
    </w:p>
    <w:p>
      <w:r>
        <w:rPr>
          <w:b/>
        </w:rPr>
        <w:t xml:space="preserve">[1:05:09] </w:t>
      </w:r>
      <w:r>
        <w:t>to yeh ek term bana liya logon ne, multitasking, woh insan ke andar, insan ki zindagi ka</w:t>
      </w:r>
    </w:p>
    <w:p>
      <w:pPr>
        <w:jc w:val="right"/>
      </w:pPr>
      <w:r>
        <w:t>تو یہ ایک ٹرم بنا لیا لوگوں نے، ملٹی ٹاسکنگ، وہ انسان کے اندر، انسان کی زندگی کا</w:t>
      </w:r>
    </w:p>
    <w:p>
      <w:r>
        <w:rPr>
          <w:b/>
        </w:rPr>
        <w:t xml:space="preserve">[1:05:17] </w:t>
      </w:r>
      <w:r>
        <w:t>part hai, hamesha part tha, woh hamesha rahe ga.</w:t>
      </w:r>
    </w:p>
    <w:p>
      <w:pPr>
        <w:jc w:val="right"/>
      </w:pPr>
      <w:r>
        <w:t>پارٹ ہے، ہمیشہ پارٹ تھا، وہ ہمیشہ رہے گا۔</w:t>
      </w:r>
    </w:p>
    <w:p>
      <w:r>
        <w:rPr>
          <w:b/>
        </w:rPr>
        <w:t xml:space="preserve">[1:05:21] </w:t>
      </w:r>
      <w:r>
        <w:t>mein is ko nahi manta, ek term bana lete hain log, samajhte hain koi nai cheez hai.</w:t>
      </w:r>
    </w:p>
    <w:p>
      <w:pPr>
        <w:jc w:val="right"/>
      </w:pPr>
      <w:r>
        <w:t>میں اس کو نہیں مانتا، ایک ٹرم بنا لیتے ہیں لوگ، سمجھتے ہیں کوئی نئی چیز ہے۔</w:t>
      </w:r>
    </w:p>
    <w:p>
      <w:r>
        <w:rPr>
          <w:b/>
        </w:rPr>
        <w:t xml:space="preserve">[1:05:28] </w:t>
      </w:r>
      <w:r>
        <w:t>woh kaisa? kya khayal hai aap ka? ji haan, ji Maulana, kab dunya mein multitasking nahi thi?</w:t>
      </w:r>
    </w:p>
    <w:p>
      <w:pPr>
        <w:jc w:val="right"/>
      </w:pPr>
      <w:r>
        <w:t>وہ کیسا؟ کیا خیال ہے آپ کا؟ جی ہاں، جی مولانا، کب دنیا میں ملٹی ٹاسکنگ نہیں تھی؟</w:t>
      </w:r>
    </w:p>
    <w:p>
      <w:r>
        <w:rPr>
          <w:b/>
        </w:rPr>
        <w:t xml:space="preserve">[1:05:36] </w:t>
      </w:r>
      <w:r>
        <w:t>hmm hain ji, ab ab subah maslan mein naha raha tha to nahane mein bohat sari cheezen mein</w:t>
      </w:r>
    </w:p>
    <w:p>
      <w:pPr>
        <w:jc w:val="right"/>
      </w:pPr>
      <w:r>
        <w:t>ہمم ہیں جی، اب اب صبح مثلاً میں نہا رہا تھا تو نہانے میں بہت ساری چیزیں میں</w:t>
      </w:r>
    </w:p>
    <w:p>
      <w:r>
        <w:rPr>
          <w:b/>
        </w:rPr>
        <w:t xml:space="preserve">[1:05:44] </w:t>
      </w:r>
      <w:r>
        <w:t>involve hoon.</w:t>
      </w:r>
    </w:p>
    <w:p>
      <w:pPr>
        <w:jc w:val="right"/>
      </w:pPr>
      <w:r>
        <w:t>انوالو ہوں۔</w:t>
      </w:r>
    </w:p>
    <w:p>
      <w:r>
        <w:rPr>
          <w:b/>
        </w:rPr>
        <w:t xml:space="preserve">[1:05:45] </w:t>
      </w:r>
      <w:r>
        <w:t>mein phir barcchi khane lagi to ab chhak chhak ka masla ho gaya.</w:t>
      </w:r>
    </w:p>
    <w:p>
      <w:pPr>
        <w:jc w:val="right"/>
      </w:pPr>
      <w:r>
        <w:t>میں پھر برچھی کھانے لگی تو اب چھک چھک کا مسئلہ ہو گیا۔</w:t>
      </w:r>
    </w:p>
    <w:p>
      <w:r>
        <w:rPr>
          <w:b/>
        </w:rPr>
        <w:t xml:space="preserve">[1:05:51] </w:t>
      </w:r>
      <w:r>
        <w:t>to yani ek chhota sa kaam hai, nahana, is mein pani hai aur aur woh hai mug hai,</w:t>
      </w:r>
    </w:p>
    <w:p>
      <w:pPr>
        <w:jc w:val="right"/>
      </w:pPr>
      <w:r>
        <w:t>تو یعنی ایک چھوٹا سا کام ہے، نہانا، اس میں پانی ہے اور اور وہ ہے مگ ہے،</w:t>
      </w:r>
    </w:p>
    <w:p>
      <w:r>
        <w:rPr>
          <w:b/>
        </w:rPr>
        <w:t xml:space="preserve">[1:05:59] </w:t>
      </w:r>
      <w:r>
        <w:t>saban hai aur woh hai stool hai.</w:t>
      </w:r>
    </w:p>
    <w:p>
      <w:pPr>
        <w:jc w:val="right"/>
      </w:pPr>
      <w:r>
        <w:t>صابن ہے اور وہ ہے اسٹول ہے۔</w:t>
      </w:r>
    </w:p>
    <w:p>
      <w:r>
        <w:rPr>
          <w:b/>
        </w:rPr>
        <w:t xml:space="preserve">[1:06:02] </w:t>
      </w:r>
      <w:r>
        <w:t>to wohi multitasking ke qisse the ke is par jaye ga dhyan, is par dhyan jaye ga,</w:t>
      </w:r>
    </w:p>
    <w:p>
      <w:pPr>
        <w:jc w:val="right"/>
      </w:pPr>
      <w:r>
        <w:t>تو وہی ملٹی ٹاسکنگ کے قصے تھے کہ اس پر جائے گا دھیان، اس پر دھیان جائے گا،</w:t>
      </w:r>
    </w:p>
    <w:p>
      <w:r>
        <w:rPr>
          <w:b/>
        </w:rPr>
        <w:t xml:space="preserve">[1:06:09] </w:t>
      </w:r>
      <w:r>
        <w:t>is par dhyan jaye ga.</w:t>
      </w:r>
    </w:p>
    <w:p>
      <w:pPr>
        <w:jc w:val="right"/>
      </w:pPr>
      <w:r>
        <w:t>اس پر دھیان جائے گا۔</w:t>
      </w:r>
    </w:p>
    <w:p>
      <w:r>
        <w:rPr>
          <w:b/>
        </w:rPr>
        <w:t xml:space="preserve">[1:06:11] </w:t>
      </w:r>
      <w:r>
        <w:t>yani Maulana, kya yahan par woh cheez keh sakte hain jo aap ne kai talks mein kaha hai</w:t>
      </w:r>
    </w:p>
    <w:p>
      <w:pPr>
        <w:jc w:val="right"/>
      </w:pPr>
      <w:r>
        <w:t>یعنی مولانا، کیا یہاں پر وہ چیز کہہ سکتے ہیں جو آپ نے کئی ٹاکس میں کہا ہے</w:t>
      </w:r>
    </w:p>
    <w:p>
      <w:r>
        <w:rPr>
          <w:b/>
        </w:rPr>
        <w:t xml:space="preserve">[1:06:19] </w:t>
      </w:r>
      <w:r>
        <w:t>ke "a man is large enough to contain contradictions" ke kai cheezen woh woh apni jagah par? mein</w:t>
      </w:r>
    </w:p>
    <w:p>
      <w:pPr>
        <w:jc w:val="right"/>
      </w:pPr>
      <w:r>
        <w:t>کہ "ا مین از لارج انف ٹو کنٹین کانٹراڈکشنز" کہ کئی چیزیں وہ وہ اپنی جگہ پر؟ میں</w:t>
      </w:r>
    </w:p>
    <w:p>
      <w:r>
        <w:rPr>
          <w:b/>
        </w:rPr>
        <w:t xml:space="preserve">[1:06:27] </w:t>
      </w:r>
      <w:r>
        <w:t>kehta hoon ke life life hai hi is mein kai kaam par.</w:t>
      </w:r>
    </w:p>
    <w:p>
      <w:pPr>
        <w:jc w:val="right"/>
      </w:pPr>
      <w:r>
        <w:t>کہتا ہوں کہ لائف لائف ہے ہی اس میں کئی کام پر۔</w:t>
      </w:r>
    </w:p>
    <w:p>
      <w:r>
        <w:rPr>
          <w:b/>
        </w:rPr>
        <w:t xml:space="preserve">[1:06:32] </w:t>
      </w:r>
      <w:r>
        <w:t>mein yeh keh raha hoon ji, life itself is bas multitasking.</w:t>
      </w:r>
    </w:p>
    <w:p>
      <w:pPr>
        <w:jc w:val="right"/>
      </w:pPr>
      <w:r>
        <w:t>میں یہ کہہ رہا ہوں جی، لائف اٹ سیلف از بس ملٹی ٹاسکنگ۔</w:t>
      </w:r>
    </w:p>
    <w:p>
      <w:r>
        <w:rPr>
          <w:b/>
        </w:rPr>
        <w:t xml:space="preserve">[1:06:38] </w:t>
      </w:r>
      <w:r>
        <w:t>aap is ko ek term bana kar ke do hadith ko jodte hain.</w:t>
      </w:r>
    </w:p>
    <w:p>
      <w:pPr>
        <w:jc w:val="right"/>
      </w:pPr>
      <w:r>
        <w:t>آپ اس کو ایک ٹرم بنا کر کے دو حادث کو جوڑتے ہیں۔</w:t>
      </w:r>
    </w:p>
    <w:p>
      <w:r>
        <w:rPr>
          <w:b/>
        </w:rPr>
        <w:t xml:space="preserve">[1:06:43] </w:t>
      </w:r>
      <w:r>
        <w:t>koi mein ne kaha nahi ke mein naha raha hoon to nahane mein kya hai? pani garam karna</w:t>
      </w:r>
    </w:p>
    <w:p>
      <w:pPr>
        <w:jc w:val="right"/>
      </w:pPr>
      <w:r>
        <w:t>کوئی میں نے کہا نہیں کہ میں نہا رہا ہوں تو نہانے میں کیا ہے؟ پانی گرم کرنا</w:t>
      </w:r>
    </w:p>
    <w:p>
      <w:r>
        <w:rPr>
          <w:b/>
        </w:rPr>
        <w:t xml:space="preserve">[1:06:51] </w:t>
      </w:r>
      <w:r>
        <w:t>hai, phir woh us ko button, us ke switch ko off karna hai, phir dekhna hai ke phir</w:t>
      </w:r>
    </w:p>
    <w:p>
      <w:pPr>
        <w:jc w:val="right"/>
      </w:pPr>
      <w:r>
        <w:t>ہے، پھر وہ اس کو بٹن، اس کے سوئچ کو آف کرنا ہے، پھر دیکھنا ہے کہ پھر</w:t>
      </w:r>
    </w:p>
    <w:p>
      <w:r>
        <w:rPr>
          <w:b/>
        </w:rPr>
        <w:t xml:space="preserve">[1:06:59] </w:t>
      </w:r>
      <w:r>
        <w:t>woh stool hai ke nahi.</w:t>
      </w:r>
    </w:p>
    <w:p>
      <w:pPr>
        <w:jc w:val="right"/>
      </w:pPr>
      <w:r>
        <w:t>وہ اسٹول ہے کہ نہیں۔</w:t>
      </w:r>
    </w:p>
    <w:p>
      <w:r>
        <w:rPr>
          <w:b/>
        </w:rPr>
        <w:t xml:space="preserve">[1:07:01] </w:t>
      </w:r>
      <w:r>
        <w:t>mein stool par nahata hoon, stool sahi tareeqay say rakha hai ke galat tareeqay say rakha hai.</w:t>
      </w:r>
    </w:p>
    <w:p>
      <w:pPr>
        <w:jc w:val="right"/>
      </w:pPr>
      <w:r>
        <w:t>میں اسٹول پر نہاتا ہوں، اسٹول صحیح طریقے سے رکھا ہے کہ غلط طریقے سے رکھا ہے۔</w:t>
      </w:r>
    </w:p>
    <w:p>
      <w:r>
        <w:rPr>
          <w:b/>
        </w:rPr>
        <w:t xml:space="preserve">[1:07:08] </w:t>
      </w:r>
      <w:r>
        <w:t>yeh aap ab jab dakhil hotay hain bathroom mein to is mein aik cheezen, bohat cheezen hoti</w:t>
      </w:r>
    </w:p>
    <w:p>
      <w:pPr>
        <w:jc w:val="right"/>
      </w:pPr>
      <w:r>
        <w:t>یہ آپ اب جب داخل ہوتے ہیں باتھ روم میں تو اس میں ایک چیزیں، بہت چیزیں ہوتی</w:t>
      </w:r>
    </w:p>
    <w:p>
      <w:r>
        <w:rPr>
          <w:b/>
        </w:rPr>
        <w:t xml:space="preserve">[1:07:16] </w:t>
      </w:r>
      <w:r>
        <w:t>hain, woh bhi multitasking hai.</w:t>
      </w:r>
    </w:p>
    <w:p>
      <w:pPr>
        <w:jc w:val="right"/>
      </w:pPr>
      <w:r>
        <w:t>ہیں، وہ بھی ملٹی ٹاسکنگ ہے۔</w:t>
      </w:r>
    </w:p>
    <w:p>
      <w:r>
        <w:rPr>
          <w:b/>
        </w:rPr>
        <w:t xml:space="preserve">[1:07:18] </w:t>
      </w:r>
      <w:r>
        <w:t>to life at itself is multitasking, aik term bana kar is ko aap kehtay hain modern age.</w:t>
      </w:r>
    </w:p>
    <w:p>
      <w:pPr>
        <w:jc w:val="right"/>
      </w:pPr>
      <w:r>
        <w:t>تو لائف اٹ سیلف از ملٹی ٹاسکنگ، ایک ٹرم بنا کر اس کو آپ کہتے ہیں ماڈرن ایج۔</w:t>
      </w:r>
    </w:p>
    <w:p>
      <w:r>
        <w:rPr>
          <w:b/>
        </w:rPr>
        <w:t xml:space="preserve">[1:07:26] </w:t>
      </w:r>
      <w:r>
        <w:t>yeh sab bilkul mein is ko nahi manta.</w:t>
      </w:r>
    </w:p>
    <w:p>
      <w:pPr>
        <w:jc w:val="right"/>
      </w:pPr>
      <w:r>
        <w:t>یہ سب بالکل میں اس کو نہیں مانتا۔</w:t>
      </w:r>
    </w:p>
    <w:p>
      <w:r>
        <w:rPr>
          <w:b/>
        </w:rPr>
        <w:t xml:space="preserve">[1:07:29] </w:t>
      </w:r>
      <w:r>
        <w:t>is ko Maulana, agla sawal letay hain jo Bangalore say bheja hai Umer Khalid sahib nay aur unhon</w:t>
      </w:r>
    </w:p>
    <w:p>
      <w:pPr>
        <w:jc w:val="right"/>
      </w:pPr>
      <w:r>
        <w:t>اس کو مولانا، اگلا سوال لیتے ہیں جو بینگلور سے بھیجا ہے عمر خالد صاحب نے اور انہوں</w:t>
      </w:r>
    </w:p>
    <w:p>
      <w:r>
        <w:rPr>
          <w:b/>
        </w:rPr>
        <w:t xml:space="preserve">[1:07:37] </w:t>
      </w:r>
      <w:r>
        <w:t>نے لکھا ہے: "مولانا صاحب، I am a student and this year, I will take my twelfth boards,</w:t>
      </w:r>
    </w:p>
    <w:p>
      <w:pPr>
        <w:jc w:val="right"/>
      </w:pPr>
      <w:r>
        <w:t>نے لکھا ہے: "مولانا صاحب، آئی ایم ا سٹوڈنٹ اینڈ دس ایئر، آئی ویل ٹیک مائی ٹویلتھ بورڈز،</w:t>
      </w:r>
    </w:p>
    <w:p>
      <w:r>
        <w:rPr>
          <w:b/>
        </w:rPr>
        <w:t xml:space="preserve">[1:07:45] </w:t>
      </w:r>
      <w:r>
        <w:t>but my concentration is very weak.</w:t>
      </w:r>
    </w:p>
    <w:p>
      <w:pPr>
        <w:jc w:val="right"/>
      </w:pPr>
      <w:r>
        <w:t>بٹ مائی کنسنٹریشن از ویری ویک۔</w:t>
      </w:r>
    </w:p>
    <w:p>
      <w:r>
        <w:rPr>
          <w:b/>
        </w:rPr>
        <w:t xml:space="preserve">[1:07:47] </w:t>
      </w:r>
      <w:r>
        <w:t>Please do dua for me and also advise me, how can I increase my concentration so that I</w:t>
      </w:r>
    </w:p>
    <w:p>
      <w:pPr>
        <w:jc w:val="right"/>
      </w:pPr>
      <w:r>
        <w:t>پلیز ڈو دعا فار می اینڈ السو ایڈوائز می، ہاؤ کین آئی انکریز مائی کنسنٹریشن سو دیٹ آئی</w:t>
      </w:r>
    </w:p>
    <w:p>
      <w:r>
        <w:rPr>
          <w:b/>
        </w:rPr>
        <w:t xml:space="preserve">[1:07:55] </w:t>
      </w:r>
      <w:r>
        <w:t>can score good marks?" nahi, dekhen jab tak misaal na ho, kuch nahi kar saktay.</w:t>
      </w:r>
    </w:p>
    <w:p>
      <w:pPr>
        <w:jc w:val="right"/>
      </w:pPr>
      <w:r>
        <w:t>کین سکور گڈ مارکس؟" نہیں، دیکھیں جب تک مثال نہ ہو، کچھ نہیں کر سکتے۔</w:t>
      </w:r>
    </w:p>
    <w:p>
      <w:r>
        <w:rPr>
          <w:b/>
        </w:rPr>
        <w:t xml:space="preserve">[1:08:02] </w:t>
      </w:r>
      <w:r>
        <w:t>misaal batayen, kya cheez un ko distract karti hai? Kya cheez? Kuch bataya unhon nay? Nahi, example to</w:t>
      </w:r>
    </w:p>
    <w:p>
      <w:pPr>
        <w:jc w:val="right"/>
      </w:pPr>
      <w:r>
        <w:t>مثال بتائیں، کیا چیز ان کو ڈسٹریکٹ کرتی ہے؟ کیا چیز؟ کچھ بتایا انہوں نے؟ نہیں، ایگزیمپل تو</w:t>
      </w:r>
    </w:p>
    <w:p>
      <w:r>
        <w:rPr>
          <w:b/>
        </w:rPr>
        <w:t xml:space="preserve">[1:08:09] </w:t>
      </w:r>
      <w:r>
        <w:t>nahi diya hai.</w:t>
      </w:r>
    </w:p>
    <w:p>
      <w:pPr>
        <w:jc w:val="right"/>
      </w:pPr>
      <w:r>
        <w:t>نہیں دیا ہے۔</w:t>
      </w:r>
    </w:p>
    <w:p>
      <w:r>
        <w:rPr>
          <w:b/>
        </w:rPr>
        <w:t xml:space="preserve">[1:08:11] </w:t>
      </w:r>
      <w:r>
        <w:t>Maulana, kaisay? To kaisay? Jab aik police nahi ho to aap kaisay rai banayen? Kya mashwara den? Ji</w:t>
      </w:r>
    </w:p>
    <w:p>
      <w:pPr>
        <w:jc w:val="right"/>
      </w:pPr>
      <w:r>
        <w:t>مولانا، کیسے؟ تو کیسے؟ جب ایک پولیس نہیں ہو تو آپ کیسے رائے بنائیں؟ کیا مشورہ دیں؟ جی</w:t>
      </w:r>
    </w:p>
    <w:p>
      <w:r>
        <w:rPr>
          <w:b/>
        </w:rPr>
        <w:t xml:space="preserve">[1:08:18] </w:t>
      </w:r>
      <w:r>
        <w:t>Maulana, doosra sawal letay hain jo Mumbai say Fawad Ansari sahib nay bheja hai aur unhon nay aap</w:t>
      </w:r>
    </w:p>
    <w:p>
      <w:pPr>
        <w:jc w:val="right"/>
      </w:pPr>
      <w:r>
        <w:t>مولانا، دوسرا سوال لیتے ہیں جو ممبئی سے فواد انصاری صاحب نے بھیجا ہے اور انہوں نے آپ</w:t>
      </w:r>
    </w:p>
    <w:p>
      <w:r>
        <w:rPr>
          <w:b/>
        </w:rPr>
        <w:t xml:space="preserve">[1:08:26] </w:t>
      </w:r>
      <w:r>
        <w:t>سے پوچھا ہے کہ: "مولانا صاحب، is there any dua that one can do to save oneself</w:t>
      </w:r>
    </w:p>
    <w:p>
      <w:pPr>
        <w:jc w:val="right"/>
      </w:pPr>
      <w:r>
        <w:t>سے پوچھا ہے کہ: "مولانا صاحب، از دیر اینی دعا دیٹ ون کین ڈو ٹو سیو ون سیلف</w:t>
      </w:r>
    </w:p>
    <w:p>
      <w:r>
        <w:rPr>
          <w:b/>
        </w:rPr>
        <w:t xml:space="preserve">[1:08:34] </w:t>
      </w:r>
      <w:r>
        <w:t>from distraction?" Dekhen, dua dua ka matlab yeh nahi hai ke aap distraction bachnay ke liye dua karen.</w:t>
      </w:r>
    </w:p>
    <w:p>
      <w:pPr>
        <w:jc w:val="right"/>
      </w:pPr>
      <w:r>
        <w:t>فرام ڈسٹریکشن؟" دیکھیں، دعا دعا کا مطلب یہ نہیں ہے کہ آپ ڈسٹریکشن بچنے کے لیے دعا کریں۔</w:t>
      </w:r>
    </w:p>
    <w:p>
      <w:r>
        <w:rPr>
          <w:b/>
        </w:rPr>
        <w:t xml:space="preserve">[1:08:42] </w:t>
      </w:r>
      <w:r>
        <w:t>to aap ka kya kaam rahega? Yani har cheez to dua say hogi, to aap ka kya</w:t>
      </w:r>
    </w:p>
    <w:p>
      <w:pPr>
        <w:jc w:val="right"/>
      </w:pPr>
      <w:r>
        <w:t>تو آپ کا کیا کام رہے گا؟ یعنی ہر چیز تو دعا سے ہوگی، تو آپ کا کیا</w:t>
      </w:r>
    </w:p>
    <w:p>
      <w:r>
        <w:rPr>
          <w:b/>
        </w:rPr>
        <w:t xml:space="preserve">[1:08:49] </w:t>
      </w:r>
      <w:r>
        <w:t>kaam kaam rahega? Aap ka test kis par liya jayega? Kaisa? Sab kuch dua say honay</w:t>
      </w:r>
    </w:p>
    <w:p>
      <w:pPr>
        <w:jc w:val="right"/>
      </w:pPr>
      <w:r>
        <w:t>کام کام رہے گا؟ آپ کا ٹیسٹ کس پر لیا جائے گا؟ کیسا؟ سب کچھ دعا سے ہونے</w:t>
      </w:r>
    </w:p>
    <w:p>
      <w:r>
        <w:rPr>
          <w:b/>
        </w:rPr>
        <w:t xml:space="preserve">[1:08:57] </w:t>
      </w:r>
      <w:r>
        <w:t>laga hai ke mein dua kar doon, yahan koi bolnay lagay meri jagah par, to mera kya kaam</w:t>
      </w:r>
    </w:p>
    <w:p>
      <w:pPr>
        <w:jc w:val="right"/>
      </w:pPr>
      <w:r>
        <w:t>لگا ہے کہ میں دعا کر دوں، یہاں کوئی بولنے لگے میری جگہ پر، تو میرا کیا کام</w:t>
      </w:r>
    </w:p>
    <w:p>
      <w:r>
        <w:rPr>
          <w:b/>
        </w:rPr>
        <w:t xml:space="preserve">[1:09:05] </w:t>
      </w:r>
      <w:r>
        <w:t>rahega? Ji koi kaam nahi.</w:t>
      </w:r>
    </w:p>
    <w:p>
      <w:pPr>
        <w:jc w:val="right"/>
      </w:pPr>
      <w:r>
        <w:t>رہے گا؟ جی کوئی کام نہیں۔</w:t>
      </w:r>
    </w:p>
    <w:p>
      <w:r>
        <w:rPr>
          <w:b/>
        </w:rPr>
        <w:t xml:space="preserve">[1:09:07] </w:t>
      </w:r>
      <w:r>
        <w:t>dekhen, dua aik ibadat hai, ibadat kaam to aap ko khud karna hai aur dua ho al-ibadah.</w:t>
      </w:r>
    </w:p>
    <w:p>
      <w:pPr>
        <w:jc w:val="right"/>
      </w:pPr>
      <w:r>
        <w:t>دیکھیں، دعا ایک عبادت ہے، عبادت کام تو آپ کو خود کرنا ہے اور دعا ہو العبادہ۔</w:t>
      </w:r>
    </w:p>
    <w:p>
      <w:r>
        <w:rPr>
          <w:b/>
        </w:rPr>
        <w:t xml:space="preserve">[1:09:15] </w:t>
      </w:r>
      <w:r>
        <w:t>dua mein dekhen, dua ibadat hai, baqi aap ko khud kaam karna hai, khud planning karna hai, khud</w:t>
      </w:r>
    </w:p>
    <w:p>
      <w:pPr>
        <w:jc w:val="right"/>
      </w:pPr>
      <w:r>
        <w:t>دعا میں دیکھیں، دعا عبادت ہے، باقی آپ کو خود کام کرنا ہے، خود پلاننگ کرنا ہے، خود</w:t>
      </w:r>
    </w:p>
    <w:p>
      <w:r>
        <w:rPr>
          <w:b/>
        </w:rPr>
        <w:t xml:space="preserve">[1:09:22] </w:t>
      </w:r>
      <w:r>
        <w:t>sochna hai.</w:t>
      </w:r>
    </w:p>
    <w:p>
      <w:pPr>
        <w:jc w:val="right"/>
      </w:pPr>
      <w:r>
        <w:t>سوچنا ہے۔</w:t>
      </w:r>
    </w:p>
    <w:p>
      <w:r>
        <w:rPr>
          <w:b/>
        </w:rPr>
        <w:t xml:space="preserve">[1:09:24] </w:t>
      </w:r>
      <w:r>
        <w:t>kaisa? Clear hai ke nahi? Clear hai? Ji ji Maulana, clear hai.</w:t>
      </w:r>
    </w:p>
    <w:p>
      <w:pPr>
        <w:jc w:val="right"/>
      </w:pPr>
      <w:r>
        <w:t>کیسا؟ کلیئر ہے کہ نہیں؟ کلیئر ہے؟ جی جی مولانا، کلیئر ہے۔</w:t>
      </w:r>
    </w:p>
    <w:p>
      <w:r>
        <w:rPr>
          <w:b/>
        </w:rPr>
        <w:t xml:space="preserve">[1:09:29] </w:t>
      </w:r>
      <w:r>
        <w:t>Maulana, haan Maulana, agla sawal Mumbai say hai Waqar sahib ka aur unhon nay likha hai: "Maulana sahib,</w:t>
      </w:r>
    </w:p>
    <w:p>
      <w:pPr>
        <w:jc w:val="right"/>
      </w:pPr>
      <w:r>
        <w:t>مولانا، ہاں مولانا، اگلا سوال ممبئی سے ہے وقار صاحب کا اور انہوں نے لکھا ہے: "مولانا صاحب،</w:t>
      </w:r>
    </w:p>
    <w:p>
      <w:r>
        <w:rPr>
          <w:b/>
        </w:rPr>
        <w:t xml:space="preserve">[1:09:37] </w:t>
      </w:r>
      <w:r>
        <w:t>You said to one of the question today that sensitivity checks whether we are getting distracted or not.</w:t>
      </w:r>
    </w:p>
    <w:p>
      <w:pPr>
        <w:jc w:val="right"/>
      </w:pPr>
      <w:r>
        <w:t>یو سیڈ ٹو ون اف دا کوئسچن ٹوڈے دیٹ سینسٹیوٹی چیکس ویدر وی آر گیٹنگ ڈسٹریکٹڈ اور ناٹ۔</w:t>
      </w:r>
    </w:p>
    <w:p>
      <w:r>
        <w:rPr>
          <w:b/>
        </w:rPr>
        <w:t xml:space="preserve">[1:09:44] </w:t>
      </w:r>
      <w:r>
        <w:t>my question is, how can we develop sensitivity?" Bhai sochen, log sochtay nahi, hamesha koi bhi cheez</w:t>
      </w:r>
    </w:p>
    <w:p>
      <w:pPr>
        <w:jc w:val="right"/>
      </w:pPr>
      <w:r>
        <w:t>مائی کوئسچن از، ہاؤ کین وی ڈیویلپ سینسٹیوٹی؟" بھئی سوچیے، لوگ سوچتے ہیں نہیں، ہمیشہ کوئی بھی چیز</w:t>
      </w:r>
    </w:p>
    <w:p>
      <w:r>
        <w:rPr>
          <w:b/>
        </w:rPr>
        <w:t xml:space="preserve">[1:09:52] </w:t>
      </w:r>
      <w:r>
        <w:t>ho, usi mein phans jatay hain.</w:t>
      </w:r>
    </w:p>
    <w:p>
      <w:pPr>
        <w:jc w:val="right"/>
      </w:pPr>
      <w:r>
        <w:t>ہو، اسی میں پھنس جاتے ہیں۔</w:t>
      </w:r>
    </w:p>
    <w:p>
      <w:r>
        <w:rPr>
          <w:b/>
        </w:rPr>
        <w:t xml:space="preserve">[1:09:55] </w:t>
      </w:r>
      <w:r>
        <w:t>jaisay mein aap ko aik aik qissa batata hoon, aik aalim thay, ab un ka intiqal ho gaya,</w:t>
      </w:r>
    </w:p>
    <w:p>
      <w:pPr>
        <w:jc w:val="right"/>
      </w:pPr>
      <w:r>
        <w:t>جیسے میں آپ کو ایک ایک قصہ بتاتا ہوں، ایک عالم تھے، اب ان کا انتقال ہو گیا،</w:t>
      </w:r>
    </w:p>
    <w:p>
      <w:r>
        <w:rPr>
          <w:b/>
        </w:rPr>
        <w:t xml:space="preserve">[1:10:02] </w:t>
      </w:r>
      <w:r>
        <w:t>baqaida aalim thay woh.</w:t>
      </w:r>
    </w:p>
    <w:p>
      <w:pPr>
        <w:jc w:val="right"/>
      </w:pPr>
      <w:r>
        <w:t>باقاعدہ عالم تھے وہ۔</w:t>
      </w:r>
    </w:p>
    <w:p>
      <w:r>
        <w:rPr>
          <w:b/>
        </w:rPr>
        <w:t xml:space="preserve">[1:10:04] </w:t>
      </w:r>
      <w:r>
        <w:t>to mein ne aik aik bohat hi, yaani aik fiqhi, is par woh fiqh ke ustaad maane jatay</w:t>
      </w:r>
    </w:p>
    <w:p>
      <w:pPr>
        <w:jc w:val="right"/>
      </w:pPr>
      <w:r>
        <w:t>تو میں نے ایک ایک بہت ہی، یعنی ایک فقہی، اس پر وہ فقہ کے استاد مانے جاتے</w:t>
      </w:r>
    </w:p>
    <w:p>
      <w:r>
        <w:rPr>
          <w:b/>
        </w:rPr>
        <w:t xml:space="preserve">[1:10:12] </w:t>
      </w:r>
      <w:r>
        <w:t>thay, fiqh mein unhon ne research kiya tha, doctorate kiya tha.</w:t>
      </w:r>
    </w:p>
    <w:p>
      <w:pPr>
        <w:jc w:val="right"/>
      </w:pPr>
      <w:r>
        <w:t>تھے، فقہ میں انہوں نے ریسرچ کی تھی، ڈاکٹریٹ کیا تھا۔</w:t>
      </w:r>
    </w:p>
    <w:p>
      <w:r>
        <w:rPr>
          <w:b/>
        </w:rPr>
        <w:t xml:space="preserve">[1:10:16] </w:t>
      </w:r>
      <w:r>
        <w:t>to mein ne fiqh par aik mazmoon likha, to mein ne chaha ke un ki rai loon.</w:t>
      </w:r>
    </w:p>
    <w:p>
      <w:pPr>
        <w:jc w:val="right"/>
      </w:pPr>
      <w:r>
        <w:t>تو میں نے فقہ پر ایک مضمون لکھا، تو میں نے چاہا کہ ان کی رائے لوں۔</w:t>
      </w:r>
    </w:p>
    <w:p>
      <w:r>
        <w:rPr>
          <w:b/>
        </w:rPr>
        <w:t xml:space="preserve">[1:10:24] </w:t>
      </w:r>
      <w:r>
        <w:t>mujhe apartment liya, to mein un ke ghar par gaya apna mazmoon le kar aur mein parhta tha,</w:t>
      </w:r>
    </w:p>
    <w:p>
      <w:pPr>
        <w:jc w:val="right"/>
      </w:pPr>
      <w:r>
        <w:t>مجھے اپارٹمنٹ لیا، تو میں ان کے گھر پر گیا اپنا مضمون لے کر اور میں پڑھتا تھا،</w:t>
      </w:r>
    </w:p>
    <w:p>
      <w:r>
        <w:rPr>
          <w:b/>
        </w:rPr>
        <w:t xml:space="preserve">[1:10:31] </w:t>
      </w:r>
      <w:r>
        <w:t>woh suntay thay, lekin is beech mein bar bar un ka aik chota bacha tha, bar bar aata</w:t>
      </w:r>
    </w:p>
    <w:p>
      <w:pPr>
        <w:jc w:val="right"/>
      </w:pPr>
      <w:r>
        <w:t>وہ سنتے تھے، لیکن اس بیچ میں بار بار ان کا ایک چھوٹا بچہ تھا، بار بار آتا</w:t>
      </w:r>
    </w:p>
    <w:p>
      <w:r>
        <w:rPr>
          <w:b/>
        </w:rPr>
        <w:t xml:space="preserve">[1:10:39] </w:t>
      </w:r>
      <w:r>
        <w:t>tha, woh foran mutawajjah ho jatay, us ko pakartay thay, choomte thay, yeh karte hue.</w:t>
      </w:r>
    </w:p>
    <w:p>
      <w:pPr>
        <w:jc w:val="right"/>
      </w:pPr>
      <w:r>
        <w:t>تھا، وہ فوراً متوجہ ہو جاتے، اس کو پکڑتے تھے، چومتے تھے، یہ کرتے ہوئے۔</w:t>
      </w:r>
    </w:p>
    <w:p>
      <w:r>
        <w:rPr>
          <w:b/>
        </w:rPr>
        <w:t xml:space="preserve">[1:10:46] </w:t>
      </w:r>
      <w:r>
        <w:t>yeh yeh kyun nahi? aik aap makana baat hai, aap ne kisi ko time diya hai to us</w:t>
      </w:r>
    </w:p>
    <w:p>
      <w:pPr>
        <w:jc w:val="right"/>
      </w:pPr>
      <w:r>
        <w:t>یہ یہ کیوں نہیں؟ ایک آپ مکانہ بات ہے، آپ نے کسی کو ٹائم دیا ہے تو اس</w:t>
      </w:r>
    </w:p>
    <w:p>
      <w:r>
        <w:rPr>
          <w:b/>
        </w:rPr>
        <w:t xml:space="preserve">[1:10:53] </w:t>
      </w:r>
      <w:r>
        <w:t>waqt bachon ko keh dein ke tum mat jao.</w:t>
      </w:r>
    </w:p>
    <w:p>
      <w:pPr>
        <w:jc w:val="right"/>
      </w:pPr>
      <w:r>
        <w:t>وقت بچوں کو کہہ دیں کہ تم مت جاؤ۔</w:t>
      </w:r>
    </w:p>
    <w:p>
      <w:r>
        <w:rPr>
          <w:b/>
        </w:rPr>
        <w:t xml:space="preserve">[1:10:57] </w:t>
      </w:r>
      <w:r>
        <w:t>man'a kyun nahi karte? aap man'a kyun nahi karte? mein ne aik bohat baray aalim ka qissa suna,</w:t>
      </w:r>
    </w:p>
    <w:p>
      <w:pPr>
        <w:jc w:val="right"/>
      </w:pPr>
      <w:r>
        <w:t>منع کیوں نہیں کرتے؟ آپ منع کیوں نہیں کرتے؟ میں نے ایک بہت بڑے عالم کا قصہ سنا،</w:t>
      </w:r>
    </w:p>
    <w:p>
      <w:r>
        <w:rPr>
          <w:b/>
        </w:rPr>
        <w:t xml:space="preserve">[1:11:05] </w:t>
      </w:r>
      <w:r>
        <w:t>parha ke aik bohat baray aalim thay, un ka koi program par jana tha, un ko to aindah</w:t>
      </w:r>
    </w:p>
    <w:p>
      <w:pPr>
        <w:jc w:val="right"/>
      </w:pPr>
      <w:r>
        <w:t>پڑھا کہ ایک بہت بڑے عالم تھے، ان کا کوئی پروگرام پر جانا تھا، ان کو تو آئندہ</w:t>
      </w:r>
    </w:p>
    <w:p>
      <w:r>
        <w:rPr>
          <w:b/>
        </w:rPr>
        <w:t xml:space="preserve">[1:11:13] </w:t>
      </w:r>
      <w:r>
        <w:t>waqt par chota bacha aa kar un ke paon pakar liya, us ne abba abba kehne laga, ab</w:t>
      </w:r>
    </w:p>
    <w:p>
      <w:pPr>
        <w:jc w:val="right"/>
      </w:pPr>
      <w:r>
        <w:t>وقت پر چھوٹا بچہ آ کر ان کے پاؤں پکڑ لیا، اس نے ابا ابا کہنے لگا، اب</w:t>
      </w:r>
    </w:p>
    <w:p>
      <w:r>
        <w:rPr>
          <w:b/>
        </w:rPr>
        <w:t xml:space="preserve">[1:11:20] </w:t>
      </w:r>
      <w:r>
        <w:t>woh isi mein masghool ho gaye, yahan tak ke program late pohanchay.</w:t>
      </w:r>
    </w:p>
    <w:p>
      <w:pPr>
        <w:jc w:val="right"/>
      </w:pPr>
      <w:r>
        <w:t>وہ اسی میں مشغول ہو گئے، یہاں تک کہ پروگرام لیٹ پہنچے۔</w:t>
      </w:r>
    </w:p>
    <w:p>
      <w:r>
        <w:rPr>
          <w:b/>
        </w:rPr>
        <w:t xml:space="preserve">[1:11:25] </w:t>
      </w:r>
      <w:r>
        <w:t>yeh sab aap ke, yaani yeh cheezein jo distract karti hain aap ko, samjhein ke aap aap aap</w:t>
      </w:r>
    </w:p>
    <w:p>
      <w:pPr>
        <w:jc w:val="right"/>
      </w:pPr>
      <w:r>
        <w:t>یہ سب آپ کے، یعنی یہ چیزیں جو ڈسٹریکٹ کرتی ہیں آپ کو، سمجھیں کہ آپ آپ آپ</w:t>
      </w:r>
    </w:p>
    <w:p>
      <w:r>
        <w:rPr>
          <w:b/>
        </w:rPr>
        <w:t xml:space="preserve">[1:11:33] </w:t>
      </w:r>
      <w:r>
        <w:t>zindagi ka koi qadar nahi jantay.</w:t>
      </w:r>
    </w:p>
    <w:p>
      <w:pPr>
        <w:jc w:val="right"/>
      </w:pPr>
      <w:r>
        <w:t>زندگی کا کوئی قدر نہیں جانتے۔</w:t>
      </w:r>
    </w:p>
    <w:p>
      <w:r>
        <w:rPr>
          <w:b/>
        </w:rPr>
        <w:t xml:space="preserve">[1:11:36] </w:t>
      </w:r>
      <w:r>
        <w:t>aap choti choti baatein aap ko kahein aap ko distract kar deti hain.</w:t>
      </w:r>
    </w:p>
    <w:p>
      <w:pPr>
        <w:jc w:val="right"/>
      </w:pPr>
      <w:r>
        <w:t>آپ چھوٹی چھوٹی باتیں آپ کو کہیں آپ کو ڈسٹریکٹ کر دیتی ہیں۔</w:t>
      </w:r>
    </w:p>
    <w:p>
      <w:r>
        <w:rPr>
          <w:b/>
        </w:rPr>
        <w:t xml:space="preserve">[1:11:41] </w:t>
      </w:r>
      <w:r>
        <w:t>aap ko sochna chahiye ke is waqt bachon ko bhagana hai, aap ko bhago, hum ko program mein</w:t>
      </w:r>
    </w:p>
    <w:p>
      <w:pPr>
        <w:jc w:val="right"/>
      </w:pPr>
      <w:r>
        <w:t>آپ کو سوچنا چاہیے کہ اس وقت بچوں کو بھگانا ہے، آپ کو بھاگو، ہم کو پروگرام میں</w:t>
      </w:r>
    </w:p>
    <w:p>
      <w:r>
        <w:rPr>
          <w:b/>
        </w:rPr>
        <w:t xml:space="preserve">[1:11:49] </w:t>
      </w:r>
      <w:r>
        <w:t>jana hai, bhago, hum ko is waqt yeh sunna hai.</w:t>
      </w:r>
    </w:p>
    <w:p>
      <w:pPr>
        <w:jc w:val="right"/>
      </w:pPr>
      <w:r>
        <w:t>جانا ہے، بھاگو، ہم کو اس وقت یہ سننا ہے۔</w:t>
      </w:r>
    </w:p>
    <w:p>
      <w:r>
        <w:rPr>
          <w:b/>
        </w:rPr>
        <w:t xml:space="preserve">[1:11:53] </w:t>
      </w:r>
      <w:r>
        <w:t>bhai yeh sab kijiye, yeh kya? koi bhi aa ke aap ko distract kar de? yeh koi baat</w:t>
      </w:r>
    </w:p>
    <w:p>
      <w:pPr>
        <w:jc w:val="right"/>
      </w:pPr>
      <w:r>
        <w:t>بھئی یہ سب کیجیے، یہ کیا؟ کوئی بھی آ کے آپ کو ڈسٹریکٹ کر دے؟ یہ کوئی بات</w:t>
      </w:r>
    </w:p>
    <w:p>
      <w:r>
        <w:rPr>
          <w:b/>
        </w:rPr>
        <w:t xml:space="preserve">[1:12:01] </w:t>
      </w:r>
      <w:r>
        <w:t>hui? yeh to bohat hi, yaani insan ke andar jo Allah taala ne siftat diye, us ko istemal</w:t>
      </w:r>
    </w:p>
    <w:p>
      <w:pPr>
        <w:jc w:val="right"/>
      </w:pPr>
      <w:r>
        <w:t>ہوئی؟ یہ تو بہت ہی، یعنی انسان کے اندر جو اللہ تعالی نے صفات دیے، اس کو استعمال</w:t>
      </w:r>
    </w:p>
    <w:p>
      <w:r>
        <w:rPr>
          <w:b/>
        </w:rPr>
        <w:t xml:space="preserve">[1:12:09] </w:t>
      </w:r>
      <w:r>
        <w:t>na karna hai.</w:t>
      </w:r>
    </w:p>
    <w:p>
      <w:pPr>
        <w:jc w:val="right"/>
      </w:pPr>
      <w:r>
        <w:t>نہ کرنا ہے۔</w:t>
      </w:r>
    </w:p>
    <w:p>
      <w:r>
        <w:rPr>
          <w:b/>
        </w:rPr>
        <w:t xml:space="preserve">[1:12:10] </w:t>
      </w:r>
      <w:r>
        <w:t>okay, so we will end today session, we will be back next Sunday same time 10:30 AM.</w:t>
      </w:r>
    </w:p>
    <w:p>
      <w:pPr>
        <w:jc w:val="right"/>
      </w:pPr>
      <w:r>
        <w:t>اوکے، سو وی ویل اینڈ ٹوڈے سیشن، وی بی بیک نیکسٹ سنڈے سیم ٹائم 10:30 اے ایم۔</w:t>
      </w:r>
    </w:p>
    <w:p>
      <w:r>
        <w:rPr>
          <w:b/>
        </w:rPr>
        <w:t xml:space="preserve">[1:12:18]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