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On the Quran October 2, 2016</w:t>
      </w:r>
    </w:p>
    <w:p>
      <w:r>
        <w:t>https://www.youtube.com/watch?v=AVeaHxE5kQQ</w:t>
      </w:r>
    </w:p>
    <w:p>
      <w:r>
        <w:rPr>
          <w:b/>
        </w:rPr>
        <w:t xml:space="preserve">[00:13] </w:t>
      </w:r>
      <w:r>
        <w:t>bismillah-ir-rehman-ir-rahim.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[00:14] </w:t>
      </w:r>
      <w:r>
        <w:t>wasallahu ala nabiyyil karim.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[00:16] </w:t>
      </w:r>
      <w:r>
        <w:t>rab ishrah li sadri, wa yassir li amri, wahlul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[00:22] </w:t>
      </w:r>
      <w:r>
        <w:t>do october do hazar solah.</w:t>
      </w:r>
    </w:p>
    <w:p>
      <w:pPr>
        <w:jc w:val="right"/>
      </w:pPr>
      <w:r>
        <w:t>دو اکتوبر دو ہزار سولہ۔</w:t>
      </w:r>
    </w:p>
    <w:p>
      <w:r>
        <w:rPr>
          <w:b/>
        </w:rPr>
        <w:t xml:space="preserve">[00:24] </w:t>
      </w:r>
      <w:r>
        <w:t>is waqt mujhe quran ke bare mein kuch kehna hai.</w:t>
      </w:r>
    </w:p>
    <w:p>
      <w:pPr>
        <w:jc w:val="right"/>
      </w:pPr>
      <w:r>
        <w:t>اس وقت مجھے قرآن کے بارے میں کچھ کہنا ہے۔</w:t>
      </w:r>
    </w:p>
    <w:p>
      <w:r>
        <w:rPr>
          <w:b/>
        </w:rPr>
        <w:t xml:space="preserve">[00:28] </w:t>
      </w:r>
      <w:r>
        <w:t>dekhiye, quran mein jo surah number do hai woh hai al-baqarah.</w:t>
      </w:r>
    </w:p>
    <w:p>
      <w:pPr>
        <w:jc w:val="right"/>
      </w:pPr>
      <w:r>
        <w:t>دیکھیے، قرآن میں جو سورہ نمبر دو ہے وہ ہے البقرہ۔</w:t>
      </w:r>
    </w:p>
    <w:p>
      <w:r>
        <w:rPr>
          <w:b/>
        </w:rPr>
        <w:t xml:space="preserve">[00:33] </w:t>
      </w:r>
      <w:r>
        <w:t>al-baqarah yahan se shuru hoti hai ke dhalik al-kitab la raiba fih hudal lil muttaqin.</w:t>
      </w:r>
    </w:p>
    <w:p>
      <w:pPr>
        <w:jc w:val="right"/>
      </w:pPr>
      <w:r>
        <w:t>البقرہ یہاں سے شروع ہوتی ہے کہ ذالک الکتاب الارافی ہدل المتقین۔</w:t>
      </w:r>
    </w:p>
    <w:p>
      <w:r>
        <w:rPr>
          <w:b/>
        </w:rPr>
        <w:t xml:space="preserve">[00:38] </w:t>
      </w:r>
      <w:r>
        <w:t>yeh al-kitab hai.</w:t>
      </w:r>
    </w:p>
    <w:p>
      <w:pPr>
        <w:jc w:val="right"/>
      </w:pPr>
      <w:r>
        <w:t>یہ الکتاب ہے۔</w:t>
      </w:r>
    </w:p>
    <w:p>
      <w:r>
        <w:rPr>
          <w:b/>
        </w:rPr>
        <w:t xml:space="preserve">[00:40] </w:t>
      </w:r>
      <w:r>
        <w:t>quran ke bare mein farmaya ke yeh al-kitab hai.</w:t>
      </w:r>
    </w:p>
    <w:p>
      <w:pPr>
        <w:jc w:val="right"/>
      </w:pPr>
      <w:r>
        <w:t>قرآن کے بارے میں فرمایا کہ یہ الکتاب ہے۔</w:t>
      </w:r>
    </w:p>
    <w:p>
      <w:r>
        <w:rPr>
          <w:b/>
        </w:rPr>
        <w:t xml:space="preserve">[00:44] </w:t>
      </w:r>
      <w:r>
        <w:t>is mein koi shakk nahin.</w:t>
      </w:r>
    </w:p>
    <w:p>
      <w:pPr>
        <w:jc w:val="right"/>
      </w:pPr>
      <w:r>
        <w:t>اس میں کوئی شک نہیں۔</w:t>
      </w:r>
    </w:p>
    <w:p>
      <w:r>
        <w:rPr>
          <w:b/>
        </w:rPr>
        <w:t xml:space="preserve">[00:46] </w:t>
      </w:r>
      <w:r>
        <w:t>is mein hidayat hai muttaqiyon ke liye.</w:t>
      </w:r>
    </w:p>
    <w:p>
      <w:pPr>
        <w:jc w:val="right"/>
      </w:pPr>
      <w:r>
        <w:t>اس میں ہدایت ہے متقیوں کے لیے۔</w:t>
      </w:r>
    </w:p>
    <w:p>
      <w:r>
        <w:rPr>
          <w:b/>
        </w:rPr>
        <w:t xml:space="preserve">[00:49] </w:t>
      </w:r>
      <w:r>
        <w:t>to is mein jo lafz hai al-kitab, to arabi zaban mein al ki kai qismen hoti hain.</w:t>
      </w:r>
    </w:p>
    <w:p>
      <w:pPr>
        <w:jc w:val="right"/>
      </w:pPr>
      <w:r>
        <w:t>تو اس میں جو لفظ ہے الکتاب، تو عربی زبان میں ال کی کئی قسمیں ہوتی ہیں۔</w:t>
      </w:r>
    </w:p>
    <w:p>
      <w:r>
        <w:rPr>
          <w:b/>
        </w:rPr>
        <w:t xml:space="preserve">[00:56] </w:t>
      </w:r>
      <w:r>
        <w:t>al wohi cheez hai jise angrezi mein kehte hain the.</w:t>
      </w:r>
    </w:p>
    <w:p>
      <w:pPr>
        <w:jc w:val="right"/>
      </w:pPr>
      <w:r>
        <w:t>ال وہی چیز ہے جسے انگریزی میں کہتے ہیں the۔</w:t>
      </w:r>
    </w:p>
    <w:p>
      <w:r>
        <w:rPr>
          <w:b/>
        </w:rPr>
        <w:t xml:space="preserve">[01:00] </w:t>
      </w:r>
      <w:r>
        <w:t>T-H-E.</w:t>
      </w:r>
    </w:p>
    <w:p>
      <w:pPr>
        <w:jc w:val="right"/>
      </w:pPr>
      <w:r>
        <w:t>T-H-E۔</w:t>
      </w:r>
    </w:p>
    <w:p>
      <w:r>
        <w:rPr>
          <w:b/>
        </w:rPr>
        <w:t xml:space="preserve">[01:02] </w:t>
      </w:r>
      <w:r>
        <w:t>This is the book.</w:t>
      </w:r>
    </w:p>
    <w:p>
      <w:pPr>
        <w:jc w:val="right"/>
      </w:pPr>
      <w:r>
        <w:t>This is the book۔</w:t>
      </w:r>
    </w:p>
    <w:p>
      <w:r>
        <w:rPr>
          <w:b/>
        </w:rPr>
        <w:t xml:space="preserve">[01:03] </w:t>
      </w:r>
      <w:r>
        <w:t>to the ke liye arabi mein al aata hai.</w:t>
      </w:r>
    </w:p>
    <w:p>
      <w:pPr>
        <w:jc w:val="right"/>
      </w:pPr>
      <w:r>
        <w:t>تو the کے لیے عربی میں ال آتا ہے۔</w:t>
      </w:r>
    </w:p>
    <w:p>
      <w:r>
        <w:rPr>
          <w:b/>
        </w:rPr>
        <w:t xml:space="preserve">[01:07] </w:t>
      </w:r>
      <w:r>
        <w:t>is ko kehte hain alif lam taareef.</w:t>
      </w:r>
    </w:p>
    <w:p>
      <w:pPr>
        <w:jc w:val="right"/>
      </w:pPr>
      <w:r>
        <w:t>اس کو کہتے ہیں الف لام تعریف۔</w:t>
      </w:r>
    </w:p>
    <w:p>
      <w:r>
        <w:rPr>
          <w:b/>
        </w:rPr>
        <w:t xml:space="preserve">[01:10] </w:t>
      </w:r>
      <w:r>
        <w:t>to is ki kai qismen hain.</w:t>
      </w:r>
    </w:p>
    <w:p>
      <w:pPr>
        <w:jc w:val="right"/>
      </w:pPr>
      <w:r>
        <w:t>تو اس کی کئی قسمیں ہیں۔</w:t>
      </w:r>
    </w:p>
    <w:p>
      <w:r>
        <w:rPr>
          <w:b/>
        </w:rPr>
        <w:t xml:space="preserve">[01:13] </w:t>
      </w:r>
      <w:r>
        <w:t>to kai mufassireen ne yeh baat kahi hai ke yahan jo alif lam hai woh a'ad ka hai.</w:t>
      </w:r>
    </w:p>
    <w:p>
      <w:pPr>
        <w:jc w:val="right"/>
      </w:pPr>
      <w:r>
        <w:t>تو کئی مفسرین نے یہ بات کہی ہے کہ یہاں جو الف لام ہے وہ اَعَد کا ہے۔</w:t>
      </w:r>
    </w:p>
    <w:p>
      <w:r>
        <w:rPr>
          <w:b/>
        </w:rPr>
        <w:t xml:space="preserve">[01:21] </w:t>
      </w:r>
      <w:r>
        <w:t>a'ad ka hai.</w:t>
      </w:r>
    </w:p>
    <w:p>
      <w:pPr>
        <w:jc w:val="right"/>
      </w:pPr>
      <w:r>
        <w:t>اَعَد کا ہے۔</w:t>
      </w:r>
    </w:p>
    <w:p>
      <w:r>
        <w:rPr>
          <w:b/>
        </w:rPr>
        <w:t xml:space="preserve">[01:22] </w:t>
      </w:r>
      <w:r>
        <w:t>yani is ke mutabiq tarjuma yeh hoga ke yeh wohi kitab maw'ood hai.</w:t>
      </w:r>
    </w:p>
    <w:p>
      <w:pPr>
        <w:jc w:val="right"/>
      </w:pPr>
      <w:r>
        <w:t>یعنی اس کے مطابق ترجمہ یہ ہوگا کہ یہ وہی کتاب موعود ہے۔</w:t>
      </w:r>
    </w:p>
    <w:p>
      <w:r>
        <w:rPr>
          <w:b/>
        </w:rPr>
        <w:t xml:space="preserve">[01:28] </w:t>
      </w:r>
      <w:r>
        <w:t>donon tarjume kiye gaye hain ke yeh wohi kitab maw'ood hai ya kitab maw'ood hai.</w:t>
      </w:r>
    </w:p>
    <w:p>
      <w:pPr>
        <w:jc w:val="right"/>
      </w:pPr>
      <w:r>
        <w:t>دونوں ترجمے کیے گئے ہیں کہ یہ وہی کتاب موعود ہے یا کتاب موعود ہے۔</w:t>
      </w:r>
    </w:p>
    <w:p>
      <w:r>
        <w:rPr>
          <w:b/>
        </w:rPr>
        <w:t xml:space="preserve">[01:34] </w:t>
      </w:r>
      <w:r>
        <w:t>ab sawal yeh hai ke yeh a'ad se murad ishara kis ki taraf hai? to in mufassireen ne</w:t>
      </w:r>
    </w:p>
    <w:p>
      <w:pPr>
        <w:jc w:val="right"/>
      </w:pPr>
      <w:r>
        <w:t>اب سوال یہ ہے کہ یہ اَعَد سے مراد اشارہ کس کی طرف ہے؟ تو ان مفسرین نے</w:t>
      </w:r>
    </w:p>
    <w:p>
      <w:r>
        <w:rPr>
          <w:b/>
        </w:rPr>
        <w:t xml:space="preserve">[01:42] </w:t>
      </w:r>
      <w:r>
        <w:t>yeh likha hai ke pichli jo aasmani kitaben thin us mein yeh Allah taala ne irshad farmaya tha</w:t>
      </w:r>
    </w:p>
    <w:p>
      <w:pPr>
        <w:jc w:val="right"/>
      </w:pPr>
      <w:r>
        <w:t>یہ لکھا ہے کہ پچھلی جو آسمانی کتابیں تھیں اس میں یہ اللہ تعالیٰ نے ارشاد فرمایا تھا</w:t>
      </w:r>
    </w:p>
    <w:p>
      <w:r>
        <w:rPr>
          <w:b/>
        </w:rPr>
        <w:t xml:space="preserve">[01:50] </w:t>
      </w:r>
      <w:r>
        <w:t>ke aakhri kitab aayegi, aakhri nabi aayega.</w:t>
      </w:r>
    </w:p>
    <w:p>
      <w:pPr>
        <w:jc w:val="right"/>
      </w:pPr>
      <w:r>
        <w:t>کہ آخری کتاب آئے گی، آخری نبی آئے گا۔</w:t>
      </w:r>
    </w:p>
    <w:p>
      <w:r>
        <w:rPr>
          <w:b/>
        </w:rPr>
        <w:t xml:space="preserve">[01:53] </w:t>
      </w:r>
      <w:r>
        <w:t>to is ki taraf ishara hai.</w:t>
      </w:r>
    </w:p>
    <w:p>
      <w:pPr>
        <w:jc w:val="right"/>
      </w:pPr>
      <w:r>
        <w:t>تو اس کی طرف اشارہ ہے۔</w:t>
      </w:r>
    </w:p>
    <w:p>
      <w:r>
        <w:rPr>
          <w:b/>
        </w:rPr>
        <w:t xml:space="preserve">[01:56] </w:t>
      </w:r>
      <w:r>
        <w:t>main samajhta hoon ke isi baat ko agar hum thoda sa tausif ma'ni mein lein to hum keh</w:t>
      </w:r>
    </w:p>
    <w:p>
      <w:pPr>
        <w:jc w:val="right"/>
      </w:pPr>
      <w:r>
        <w:t>میں سمجھتا ہوں کہ اسی بات کو اگر ہم تھوڑا سا توصیف معنی میں لیں تو ہم کہہ</w:t>
      </w:r>
    </w:p>
    <w:p>
      <w:r>
        <w:rPr>
          <w:b/>
        </w:rPr>
        <w:t xml:space="preserve">[02:04] </w:t>
      </w:r>
      <w:r>
        <w:t>sakte hain ke is se murad ahad fitrat hai.</w:t>
      </w:r>
    </w:p>
    <w:p>
      <w:pPr>
        <w:jc w:val="right"/>
      </w:pPr>
      <w:r>
        <w:t>سکتے ہیں کہ اس سے مراد عہد فطرت ہے۔</w:t>
      </w:r>
    </w:p>
    <w:p>
      <w:r>
        <w:rPr>
          <w:b/>
        </w:rPr>
        <w:t xml:space="preserve">[02:08] </w:t>
      </w:r>
      <w:r>
        <w:t>ahad fitrat.</w:t>
      </w:r>
    </w:p>
    <w:p>
      <w:pPr>
        <w:jc w:val="right"/>
      </w:pPr>
      <w:r>
        <w:t>عہد فطرت۔</w:t>
      </w:r>
    </w:p>
    <w:p>
      <w:r>
        <w:rPr>
          <w:b/>
        </w:rPr>
        <w:t xml:space="preserve">[02:09] </w:t>
      </w:r>
      <w:r>
        <w:t>yani Allah taala ne har insan ki fitrat mein paidaish se, awwal waqt, awwal din se ek talash</w:t>
      </w:r>
    </w:p>
    <w:p>
      <w:pPr>
        <w:jc w:val="right"/>
      </w:pPr>
      <w:r>
        <w:t>یعنی اللہ تعالیٰ نے ہر انسان کی فطرت میں پیدائش سے، اول وقت، اول دن سے ایک تلاش</w:t>
      </w:r>
    </w:p>
    <w:p>
      <w:r>
        <w:rPr>
          <w:b/>
        </w:rPr>
        <w:t xml:space="preserve">[02:17] </w:t>
      </w:r>
      <w:r>
        <w:t>haq ka jazba rakh diya.</w:t>
      </w:r>
    </w:p>
    <w:p>
      <w:pPr>
        <w:jc w:val="right"/>
      </w:pPr>
      <w:r>
        <w:t>حق کا جذبہ رکھ دیا۔</w:t>
      </w:r>
    </w:p>
    <w:p>
      <w:r>
        <w:rPr>
          <w:b/>
        </w:rPr>
        <w:t xml:space="preserve">[02:19] </w:t>
      </w:r>
      <w:r>
        <w:t>insan paidaishi taur par ek mutallashi insan hai ke sachai kya hai, mera khaliq kaun hai, meri zindagi</w:t>
      </w:r>
    </w:p>
    <w:p>
      <w:pPr>
        <w:jc w:val="right"/>
      </w:pPr>
      <w:r>
        <w:t>انسان پیدائشی طور پر ایک متلاشی انسان ہے کہ سچائی کیا ہے، میرا خالق کون ہے، میری زندگی</w:t>
      </w:r>
    </w:p>
    <w:p>
      <w:r>
        <w:rPr>
          <w:b/>
        </w:rPr>
        <w:t xml:space="preserve">[02:27] </w:t>
      </w:r>
      <w:r>
        <w:t>ka anjam kya hai.</w:t>
      </w:r>
    </w:p>
    <w:p>
      <w:pPr>
        <w:jc w:val="right"/>
      </w:pPr>
      <w:r>
        <w:t>کا انجام کیا ہے۔</w:t>
      </w:r>
    </w:p>
    <w:p>
      <w:r>
        <w:rPr>
          <w:b/>
        </w:rPr>
        <w:t xml:space="preserve">[02:28] </w:t>
      </w:r>
      <w:r>
        <w:t>yani maut ke baad kya hai, maut se pehle kya hai.</w:t>
      </w:r>
    </w:p>
    <w:p>
      <w:pPr>
        <w:jc w:val="right"/>
      </w:pPr>
      <w:r>
        <w:t>یعنی موت کے بعد کیا ہے، موت سے پہلے کیا ہے۔</w:t>
      </w:r>
    </w:p>
    <w:p>
      <w:r>
        <w:rPr>
          <w:b/>
        </w:rPr>
        <w:t xml:space="preserve">[02:33] </w:t>
      </w:r>
      <w:r>
        <w:t>isi ka naam hai talash haq.</w:t>
      </w:r>
    </w:p>
    <w:p>
      <w:pPr>
        <w:jc w:val="right"/>
      </w:pPr>
      <w:r>
        <w:t>اسی کا نام ہے تلاش حق۔</w:t>
      </w:r>
    </w:p>
    <w:p>
      <w:r>
        <w:rPr>
          <w:b/>
        </w:rPr>
        <w:t xml:space="preserve">[02:36] </w:t>
      </w:r>
      <w:r>
        <w:t>to isi baat ko main samajhta hoon ke zyada tauseef maani mein keh sakte hain ke is se</w:t>
      </w:r>
    </w:p>
    <w:p>
      <w:pPr>
        <w:jc w:val="right"/>
      </w:pPr>
      <w:r>
        <w:t>تو اسی بات کو میں سمجھتا ہوں کہ زیادہ توصیف معنی میں کہہ سکتے ہیں کہ اس سے</w:t>
      </w:r>
    </w:p>
    <w:p>
      <w:r>
        <w:rPr>
          <w:b/>
        </w:rPr>
        <w:t xml:space="preserve">[02:43] </w:t>
      </w:r>
      <w:r>
        <w:t>murad ahad fitrat hai.</w:t>
      </w:r>
    </w:p>
    <w:p>
      <w:pPr>
        <w:jc w:val="right"/>
      </w:pPr>
      <w:r>
        <w:t>مراد عہد فطرت ہے۔</w:t>
      </w:r>
    </w:p>
    <w:p>
      <w:r>
        <w:rPr>
          <w:b/>
        </w:rPr>
        <w:t xml:space="preserve">[02:45] </w:t>
      </w:r>
      <w:r>
        <w:t>yani Allah taala ne insan ki fitrat mein jo talash rakhi thi wo talash gaah Allah ki taraf</w:t>
      </w:r>
    </w:p>
    <w:p>
      <w:pPr>
        <w:jc w:val="right"/>
      </w:pPr>
      <w:r>
        <w:t>یعنی اللہ تعالیٰ نے انسان کی فطرت میں جو تلاش رکھی تھی وہ تلاش گاہ اللہ کی طرف</w:t>
      </w:r>
    </w:p>
    <w:p>
      <w:r>
        <w:rPr>
          <w:b/>
        </w:rPr>
        <w:t xml:space="preserve">[02:53] </w:t>
      </w:r>
      <w:r>
        <w:t>se ek wada tha ke tumhari rehnumai ke liye Allah ki taraf se kitab aayegi, paighambar aayega.</w:t>
      </w:r>
    </w:p>
    <w:p>
      <w:pPr>
        <w:jc w:val="right"/>
      </w:pPr>
      <w:r>
        <w:t>سے ایک وعدہ تھا کہ تمہاری رہنمائی کے لیے اللہ کی طرف سے کتاب آئے گی، پیغمبر آئے</w:t>
      </w:r>
    </w:p>
    <w:p>
      <w:r>
        <w:rPr>
          <w:b/>
        </w:rPr>
        <w:t xml:space="preserve">[03:01] </w:t>
      </w:r>
      <w:r>
        <w:t>to wo murad hai.</w:t>
      </w:r>
    </w:p>
    <w:p>
      <w:pPr>
        <w:jc w:val="right"/>
      </w:pPr>
      <w:r>
        <w:t>گا۔</w:t>
      </w:r>
    </w:p>
    <w:p>
      <w:r>
        <w:rPr>
          <w:b/>
        </w:rPr>
        <w:t xml:space="preserve">[03:02] </w:t>
      </w:r>
      <w:r>
        <w:t>to Quran goya insan ki fitri talash ka authentic jawab hai.</w:t>
      </w:r>
    </w:p>
    <w:p>
      <w:pPr>
        <w:jc w:val="right"/>
      </w:pPr>
      <w:r>
        <w:t>تو وہ مراد ہے۔</w:t>
      </w:r>
    </w:p>
    <w:p>
      <w:r>
        <w:rPr>
          <w:b/>
        </w:rPr>
        <w:t xml:space="preserve">[03:04] </w:t>
      </w:r>
      <w:r>
        <w:t>mustanad jawab hai.</w:t>
      </w:r>
    </w:p>
    <w:p>
      <w:pPr>
        <w:jc w:val="right"/>
      </w:pPr>
      <w:r>
        <w:t>تو قرآن گویا انسان کی فطری تلاش کا authentic جواب ہے۔</w:t>
      </w:r>
    </w:p>
    <w:p>
      <w:r>
        <w:rPr>
          <w:b/>
        </w:rPr>
        <w:t xml:space="preserve">[03:08] </w:t>
      </w:r>
      <w:r>
        <w:t>to insan aap jante hain ke insan ki sab se pehli zaroorat yahi hai, har insan ki, aurat</w:t>
      </w:r>
    </w:p>
    <w:p>
      <w:pPr>
        <w:jc w:val="right"/>
      </w:pPr>
      <w:r>
        <w:t>مستند جواب ہے۔</w:t>
      </w:r>
    </w:p>
    <w:p>
      <w:r>
        <w:rPr>
          <w:b/>
        </w:rPr>
        <w:t xml:space="preserve">[03:10] </w:t>
      </w:r>
      <w:r>
        <w:t>ho ya mard, ke main kya hoon, main kyun yahan aaya hoon, mera khaliq kaun hai, mera aaghaz</w:t>
      </w:r>
    </w:p>
    <w:p>
      <w:pPr>
        <w:jc w:val="right"/>
      </w:pPr>
      <w:r>
        <w:t>تو انسان آپ جانتے ہیں کہ انسان کی سب سے پہلی ضرورت یہی ہے، ہر انسان کی، عورت</w:t>
      </w:r>
    </w:p>
    <w:p>
      <w:r>
        <w:rPr>
          <w:b/>
        </w:rPr>
        <w:t xml:space="preserve">[03:18] </w:t>
      </w:r>
      <w:r>
        <w:t>kya hai, mera anjam kya hai.</w:t>
      </w:r>
    </w:p>
    <w:p>
      <w:pPr>
        <w:jc w:val="right"/>
      </w:pPr>
      <w:r>
        <w:t>ہو یا مرد، کہ میں کیا ہوں، میں کیوں یہاں آیا ہوں، میرا خالق کون ہے، میرا آغاز</w:t>
      </w:r>
    </w:p>
    <w:p>
      <w:r>
        <w:rPr>
          <w:b/>
        </w:rPr>
        <w:t xml:space="preserve">[03:25] </w:t>
      </w:r>
      <w:r>
        <w:t>to zindagi ke baad mein jo buniyadi sawalat hain ye insan ki fitrat mein interwoven hain.</w:t>
      </w:r>
    </w:p>
    <w:p>
      <w:pPr>
        <w:jc w:val="right"/>
      </w:pPr>
      <w:r>
        <w:t>کیا ہے، میرا انجام کیا ہے۔</w:t>
      </w:r>
    </w:p>
    <w:p>
      <w:r>
        <w:rPr>
          <w:b/>
        </w:rPr>
        <w:t xml:space="preserve">[03:28] </w:t>
      </w:r>
      <w:r>
        <w:t>aadmi isi ki talash mein rehta hai.</w:t>
      </w:r>
    </w:p>
    <w:p>
      <w:pPr>
        <w:jc w:val="right"/>
      </w:pPr>
      <w:r>
        <w:t>تو زندگی کے بعد میں جو بنیادی سوالات ہیں یہ انسان کی فطرت میں interwoven ہیں۔</w:t>
      </w:r>
    </w:p>
    <w:p>
      <w:r>
        <w:rPr>
          <w:b/>
        </w:rPr>
        <w:t xml:space="preserve">[03:35] </w:t>
      </w:r>
      <w:r>
        <w:t>to yahan yeh farmaya ke yeh hidayat hai muttaqiyon ke liye.</w:t>
      </w:r>
    </w:p>
    <w:p>
      <w:pPr>
        <w:jc w:val="right"/>
      </w:pPr>
      <w:r>
        <w:t>آدمی اسی کی تلاش میں رہتا ہے۔</w:t>
      </w:r>
    </w:p>
    <w:p>
      <w:r>
        <w:rPr>
          <w:b/>
        </w:rPr>
        <w:t xml:space="preserve">[03:38] </w:t>
      </w:r>
      <w:r>
        <w:t>hidayat hai muttaqiyon ka matlab hai hidayat hai mutallashiyan haq ke liye.</w:t>
      </w:r>
    </w:p>
    <w:p>
      <w:pPr>
        <w:jc w:val="right"/>
      </w:pPr>
      <w:r>
        <w:t>تو یہاں یہ فرمایا کہ یہ ہدایت ہے متقیوں کے لیے۔</w:t>
      </w:r>
    </w:p>
    <w:p>
      <w:r>
        <w:rPr>
          <w:b/>
        </w:rPr>
        <w:t xml:space="preserve">[03:43] </w:t>
      </w:r>
      <w:r>
        <w:t>yani wo log jo pehle se, yani paidaishi taur par haq ki talash mein the, to jab wo</w:t>
      </w:r>
    </w:p>
    <w:p>
      <w:pPr>
        <w:jc w:val="right"/>
      </w:pPr>
      <w:r>
        <w:t>ہدایت ہے متقیوں کا مطلب ہے ہدایت ہے متلاشیان حق کے لیے۔</w:t>
      </w:r>
    </w:p>
    <w:p>
      <w:r>
        <w:rPr>
          <w:b/>
        </w:rPr>
        <w:t xml:space="preserve">[03:48] </w:t>
      </w:r>
      <w:r>
        <w:t>is kitab ko paayenge to unka andar ka jo insan hai wo bol padega.</w:t>
      </w:r>
    </w:p>
    <w:p>
      <w:pPr>
        <w:jc w:val="right"/>
      </w:pPr>
      <w:r>
        <w:t>یعنی وہ لوگ جو پہلے سے، یعنی پیدائشی طور پر حق کی تلاش میں تھے، تو جب وہ</w:t>
      </w:r>
    </w:p>
    <w:p>
      <w:r>
        <w:rPr>
          <w:b/>
        </w:rPr>
        <w:t xml:space="preserve">[03:55] </w:t>
      </w:r>
      <w:r>
        <w:t>is kitab ko payenge to un ka andar ka jo insaan hai woh bol padega.</w:t>
      </w:r>
    </w:p>
    <w:p>
      <w:pPr>
        <w:jc w:val="right"/>
      </w:pPr>
      <w:r>
        <w:t>اس کتاب کو پائیں گے تو ان کا اندر کا جو انسان ہے وہ بول پڑے گا۔</w:t>
      </w:r>
    </w:p>
    <w:p>
      <w:r>
        <w:rPr>
          <w:b/>
        </w:rPr>
        <w:t xml:space="preserve">[04:03] </w:t>
      </w:r>
      <w:r>
        <w:t>andar ki jo fitrat hai woh bol padegi.</w:t>
      </w:r>
    </w:p>
    <w:p>
      <w:pPr>
        <w:jc w:val="right"/>
      </w:pPr>
      <w:r>
        <w:t>اندر کی جو فطرت ہے وہ بول پڑے گی۔</w:t>
      </w:r>
    </w:p>
    <w:p>
      <w:r>
        <w:rPr>
          <w:b/>
        </w:rPr>
        <w:t xml:space="preserve">[04:07] </w:t>
      </w:r>
      <w:r>
        <w:t>yahi to hai woh kitab.</w:t>
      </w:r>
    </w:p>
    <w:p>
      <w:pPr>
        <w:jc w:val="right"/>
      </w:pPr>
      <w:r>
        <w:t>یہی تو ہے وہ کتاب۔</w:t>
      </w:r>
    </w:p>
    <w:p>
      <w:r>
        <w:rPr>
          <w:b/>
        </w:rPr>
        <w:t xml:space="preserve">[04:09] </w:t>
      </w:r>
      <w:r>
        <w:t>yahi to hai woh kitab.</w:t>
      </w:r>
    </w:p>
    <w:p>
      <w:pPr>
        <w:jc w:val="right"/>
      </w:pPr>
      <w:r>
        <w:t>یہی تو ہے وہ کتاب۔</w:t>
      </w:r>
    </w:p>
    <w:p>
      <w:r>
        <w:rPr>
          <w:b/>
        </w:rPr>
        <w:t xml:space="preserve">[04:11] </w:t>
      </w:r>
      <w:r>
        <w:t>chunaanche jo log quran par imaan laaye hain un ke qisse maine padhe hain bahut se.</w:t>
      </w:r>
    </w:p>
    <w:p>
      <w:pPr>
        <w:jc w:val="right"/>
      </w:pPr>
      <w:r>
        <w:t>چنانچہ جو لوگ قرآن پر ایمان لائے ہیں ان کے قصے میں نے پڑھے ہیں بہت سے۔</w:t>
      </w:r>
    </w:p>
    <w:p>
      <w:r>
        <w:rPr>
          <w:b/>
        </w:rPr>
        <w:t xml:space="preserve">[04:18] </w:t>
      </w:r>
      <w:r>
        <w:t>to yeh woh log jo batate hain apne baare mein to woh yahi kehte hain ke jab hamari</w:t>
      </w:r>
    </w:p>
    <w:p>
      <w:pPr>
        <w:jc w:val="right"/>
      </w:pPr>
      <w:r>
        <w:t>تو یہ وہ لوگ جو بتاتے ہیں اپنے بارے میں تو وہ یہی کہتے ہیں کہ جب ہماری</w:t>
      </w:r>
    </w:p>
    <w:p>
      <w:r>
        <w:rPr>
          <w:b/>
        </w:rPr>
        <w:t xml:space="preserve">[04:26] </w:t>
      </w:r>
      <w:r>
        <w:t>talash ubhri to hum ne kitabon ka mutaala shuru kiya.</w:t>
      </w:r>
    </w:p>
    <w:p>
      <w:pPr>
        <w:jc w:val="right"/>
      </w:pPr>
      <w:r>
        <w:t>تلاش ابھری تو ہم نے کتابوں کا مطالعہ شروع کیا۔</w:t>
      </w:r>
    </w:p>
    <w:p>
      <w:r>
        <w:rPr>
          <w:b/>
        </w:rPr>
        <w:t xml:space="preserve">[04:30] </w:t>
      </w:r>
      <w:r>
        <w:t>to kisi kitab mein hum ko sahi maano mein hamari fitrat ka jawab nahi milta tha.</w:t>
      </w:r>
    </w:p>
    <w:p>
      <w:pPr>
        <w:jc w:val="right"/>
      </w:pPr>
      <w:r>
        <w:t>تو کسی کتاب میں ہم کو صحیح معنوں میں ہماری فطرت کا جواب نہیں ملتا تھا۔</w:t>
      </w:r>
    </w:p>
    <w:p>
      <w:r>
        <w:rPr>
          <w:b/>
        </w:rPr>
        <w:t xml:space="preserve">[04:37] </w:t>
      </w:r>
      <w:r>
        <w:t>ek khaas baat woh yeh kehte hain jise yusuf alaihissalam ne aisa kaha hai aur doosre logon</w:t>
      </w:r>
    </w:p>
    <w:p>
      <w:pPr>
        <w:jc w:val="right"/>
      </w:pPr>
      <w:r>
        <w:t>ایک خاص بات وہ یہ کہتے ہیں جسے یوسف علیہ السلام نے ایسا کہا ہے اور دوسرے لوگوں</w:t>
      </w:r>
    </w:p>
    <w:p>
      <w:r>
        <w:rPr>
          <w:b/>
        </w:rPr>
        <w:t xml:space="preserve">[04:45] </w:t>
      </w:r>
      <w:r>
        <w:t>ne bhi ke jab aur kitabon ko padhne ke baad hum ne quran ko padha to yahan ek</w:t>
      </w:r>
    </w:p>
    <w:p>
      <w:pPr>
        <w:jc w:val="right"/>
      </w:pPr>
      <w:r>
        <w:t>نے بھی کہ جب اور کتابوں کو پڑھنے کے بعد ہم نے قرآن کو پڑھا تو یہاں ایک</w:t>
      </w:r>
    </w:p>
    <w:p>
      <w:r>
        <w:rPr>
          <w:b/>
        </w:rPr>
        <w:t xml:space="preserve">[04:52] </w:t>
      </w:r>
      <w:r>
        <w:t>different cheez lagi.</w:t>
      </w:r>
    </w:p>
    <w:p>
      <w:pPr>
        <w:jc w:val="right"/>
      </w:pPr>
      <w:r>
        <w:t>different چیز لگی۔</w:t>
      </w:r>
    </w:p>
    <w:p>
      <w:r>
        <w:rPr>
          <w:b/>
        </w:rPr>
        <w:t xml:space="preserve">[04:54] </w:t>
      </w:r>
      <w:r>
        <w:t>kyunke aur kitabon mein yeh khitaab nahi tha ke eiha insaan.</w:t>
      </w:r>
    </w:p>
    <w:p>
      <w:pPr>
        <w:jc w:val="right"/>
      </w:pPr>
      <w:r>
        <w:t>کیونکہ اور کتابوں میں یہ خطاب نہیں تھا کہ ایہا الانسان۔</w:t>
      </w:r>
    </w:p>
    <w:p>
      <w:r>
        <w:rPr>
          <w:b/>
        </w:rPr>
        <w:t xml:space="preserve">[04:59] </w:t>
      </w:r>
      <w:r>
        <w:t>yeh andaaz nahi tha.</w:t>
      </w:r>
    </w:p>
    <w:p>
      <w:pPr>
        <w:jc w:val="right"/>
      </w:pPr>
      <w:r>
        <w:t>یہ انداز نہیں تھا۔</w:t>
      </w:r>
    </w:p>
    <w:p>
      <w:r>
        <w:rPr>
          <w:b/>
        </w:rPr>
        <w:t xml:space="preserve">[05:00] </w:t>
      </w:r>
      <w:r>
        <w:t>is mein to tareekhi andaaz hai zyada tar.</w:t>
      </w:r>
    </w:p>
    <w:p>
      <w:pPr>
        <w:jc w:val="right"/>
      </w:pPr>
      <w:r>
        <w:t>اس میں تو تاریخی انداز ہے زیادہ تر۔</w:t>
      </w:r>
    </w:p>
    <w:p>
      <w:r>
        <w:rPr>
          <w:b/>
        </w:rPr>
        <w:t xml:space="preserve">[05:04] </w:t>
      </w:r>
      <w:r>
        <w:t>personal khitaab ke aye insaan, aye logon, aye bani adam.</w:t>
      </w:r>
    </w:p>
    <w:p>
      <w:pPr>
        <w:jc w:val="right"/>
      </w:pPr>
      <w:r>
        <w:t>personal خطاب کہ اے انسان، اے لوگوں، اے بنی آدم۔</w:t>
      </w:r>
    </w:p>
    <w:p>
      <w:r>
        <w:rPr>
          <w:b/>
        </w:rPr>
        <w:t xml:space="preserve">[05:08] </w:t>
      </w:r>
      <w:r>
        <w:t>to eiha insaan, eiha naas, ya bani adam, yeh jo andaaz hai personal khitaab ka yeh sirf quran</w:t>
      </w:r>
    </w:p>
    <w:p>
      <w:pPr>
        <w:jc w:val="right"/>
      </w:pPr>
      <w:r>
        <w:t>تو ایہا الانسان، ایہا الناس، یا بنی آدم، یہ جو انداز ہے personal خطاب کا یہ صرف قرآن</w:t>
      </w:r>
    </w:p>
    <w:p>
      <w:r>
        <w:rPr>
          <w:b/>
        </w:rPr>
        <w:t xml:space="preserve">[05:16] </w:t>
      </w:r>
      <w:r>
        <w:t>mein paya jata hai.</w:t>
      </w:r>
    </w:p>
    <w:p>
      <w:pPr>
        <w:jc w:val="right"/>
      </w:pPr>
      <w:r>
        <w:t>میں پایا جاتا ہے۔</w:t>
      </w:r>
    </w:p>
    <w:p>
      <w:r>
        <w:rPr>
          <w:b/>
        </w:rPr>
        <w:t xml:space="preserve">[05:17] </w:t>
      </w:r>
      <w:r>
        <w:t>bahut anokhi baat hai yeh.</w:t>
      </w:r>
    </w:p>
    <w:p>
      <w:pPr>
        <w:jc w:val="right"/>
      </w:pPr>
      <w:r>
        <w:t>بہت انوکھی بات ہے یہ۔</w:t>
      </w:r>
    </w:p>
    <w:p>
      <w:r>
        <w:rPr>
          <w:b/>
        </w:rPr>
        <w:t xml:space="preserve">[05:20] </w:t>
      </w:r>
      <w:r>
        <w:t>hum aap bachpan se quran padhte hain, sunte hain to humein is, hum, maine khud is ko</w:t>
      </w:r>
    </w:p>
    <w:p>
      <w:pPr>
        <w:jc w:val="right"/>
      </w:pPr>
      <w:r>
        <w:t>ہم آپ بچپن سے قرآن پڑھتے ہیں، سنتے ہیں تو ہمیں اس، ہم، میں نے خود اس کو</w:t>
      </w:r>
    </w:p>
    <w:p>
      <w:r>
        <w:rPr>
          <w:b/>
        </w:rPr>
        <w:t xml:space="preserve">[05:27] </w:t>
      </w:r>
      <w:r>
        <w:t>pakda nahi tha yeh baat.</w:t>
      </w:r>
    </w:p>
    <w:p>
      <w:pPr>
        <w:jc w:val="right"/>
      </w:pPr>
      <w:r>
        <w:t>پکڑا نہیں تھا یہ بات۔</w:t>
      </w:r>
    </w:p>
    <w:p>
      <w:r>
        <w:rPr>
          <w:b/>
        </w:rPr>
        <w:t xml:space="preserve">[05:29] </w:t>
      </w:r>
      <w:r>
        <w:t>kyunke bachpan se paida hua humein quran ke mahaul mein.</w:t>
      </w:r>
    </w:p>
    <w:p>
      <w:pPr>
        <w:jc w:val="right"/>
      </w:pPr>
      <w:r>
        <w:t>کیونکہ بچپن سے پیدا ہوا ہمیں قرآن کے ماحول میں۔</w:t>
      </w:r>
    </w:p>
    <w:p>
      <w:r>
        <w:rPr>
          <w:b/>
        </w:rPr>
        <w:t xml:space="preserve">[05:34] </w:t>
      </w:r>
      <w:r>
        <w:t>lekin jo aadmi talash karte karte bahut si kitabein padh daali us ne, phir woh quran ko padhta</w:t>
      </w:r>
    </w:p>
    <w:p>
      <w:pPr>
        <w:jc w:val="right"/>
      </w:pPr>
      <w:r>
        <w:t>لیکن جو آدمی تلاش کرتے کرتے بہت سی کتابیں پڑھ ڈالی اس نے، پھر وہ قرآن کو پڑھتا</w:t>
      </w:r>
    </w:p>
    <w:p>
      <w:r>
        <w:rPr>
          <w:b/>
        </w:rPr>
        <w:t xml:space="preserve">[05:41]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[05:43] </w:t>
      </w:r>
      <w:r>
        <w:t>to lagta hai acha yeh to different book hai, is ka andaaz alag hai, yeh khitaab mujh ko</w:t>
      </w:r>
    </w:p>
    <w:p>
      <w:pPr>
        <w:jc w:val="right"/>
      </w:pPr>
      <w:r>
        <w:t>تو لگتا ہے اچھا یہ تو different book ہے، اس کا انداز الگ ہے، یہ خطاب مجھ کو</w:t>
      </w:r>
    </w:p>
    <w:p>
      <w:r>
        <w:rPr>
          <w:b/>
        </w:rPr>
        <w:t xml:space="preserve">[05:51] </w:t>
      </w:r>
      <w:r>
        <w:t>khitaab kar raha hai, mujh ko.</w:t>
      </w:r>
    </w:p>
    <w:p>
      <w:pPr>
        <w:jc w:val="right"/>
      </w:pPr>
      <w:r>
        <w:t>خطاب کر رہا ہے، مجھ کو۔</w:t>
      </w:r>
    </w:p>
    <w:p>
      <w:r>
        <w:rPr>
          <w:b/>
        </w:rPr>
        <w:t xml:space="preserve">[05:53] </w:t>
      </w:r>
      <w:r>
        <w:t>koi kitab mujh ko khitaab nahi karti thi.</w:t>
      </w:r>
    </w:p>
    <w:p>
      <w:pPr>
        <w:jc w:val="right"/>
      </w:pPr>
      <w:r>
        <w:t>کوئی کتاب مجھ کو خطاب نہیں کرتی تھی۔</w:t>
      </w:r>
    </w:p>
    <w:p>
      <w:r>
        <w:rPr>
          <w:b/>
        </w:rPr>
        <w:t xml:space="preserve">[05:57] </w:t>
      </w:r>
      <w:r>
        <w:t>ek pehlu dekhiye yeh hai.</w:t>
      </w:r>
    </w:p>
    <w:p>
      <w:pPr>
        <w:jc w:val="right"/>
      </w:pPr>
      <w:r>
        <w:t>ایک پہلو دیکھیے یہ ہے۔</w:t>
      </w:r>
    </w:p>
    <w:p>
      <w:r>
        <w:rPr>
          <w:b/>
        </w:rPr>
        <w:t xml:space="preserve">[05:59] </w:t>
      </w:r>
      <w:r>
        <w:t>dusra pehlu yeh hai.</w:t>
      </w:r>
    </w:p>
    <w:p>
      <w:pPr>
        <w:jc w:val="right"/>
      </w:pPr>
      <w:r>
        <w:t>دوسرا پہلو یہ ہے۔</w:t>
      </w:r>
    </w:p>
    <w:p>
      <w:r>
        <w:rPr>
          <w:b/>
        </w:rPr>
        <w:t xml:space="preserve">[06:01] </w:t>
      </w:r>
      <w:r>
        <w:t>yani yeh matlab yeh pehlu jo hai yeh quran ko aadmi ka first choice bana deta hai.</w:t>
      </w:r>
    </w:p>
    <w:p>
      <w:pPr>
        <w:jc w:val="right"/>
      </w:pPr>
      <w:r>
        <w:t>یعنی یہ مطلب یہ پہلو جو ہے یہ قرآن کو آدمی کا first choice بنا دیتا ہے۔</w:t>
      </w:r>
    </w:p>
    <w:p>
      <w:r>
        <w:rPr>
          <w:b/>
        </w:rPr>
        <w:t xml:space="preserve">[06:08] </w:t>
      </w:r>
      <w:r>
        <w:t>yeh quran ka jo andaaz hai woh quran ko har insaan ka first choice bana deta hai.</w:t>
      </w:r>
    </w:p>
    <w:p>
      <w:pPr>
        <w:jc w:val="right"/>
      </w:pPr>
      <w:r>
        <w:t>یہ قرآن کا جو انداز ہے وہ قرآن کو ہر انسان کا first choice بنا دیتا ہے۔</w:t>
      </w:r>
    </w:p>
    <w:p>
      <w:r>
        <w:rPr>
          <w:b/>
        </w:rPr>
        <w:t xml:space="preserve">[06:15] </w:t>
      </w:r>
      <w:r>
        <w:t>ab dekhiye ke insaan ke jo fitrat mein jo sawalat hain us ko le kar sochiye.</w:t>
      </w:r>
    </w:p>
    <w:p>
      <w:pPr>
        <w:jc w:val="right"/>
      </w:pPr>
      <w:r>
        <w:t>اب دیکھیے کہ انسان کے جو فطرت میں جو سوالات ہیں اس کو لے کر سوچیے۔</w:t>
      </w:r>
    </w:p>
    <w:p>
      <w:r>
        <w:rPr>
          <w:b/>
        </w:rPr>
        <w:t xml:space="preserve">[06:22] </w:t>
      </w:r>
      <w:r>
        <w:t>to clear tor par sirf quran hi mein is ka jawab hai.</w:t>
      </w:r>
    </w:p>
    <w:p>
      <w:pPr>
        <w:jc w:val="right"/>
      </w:pPr>
      <w:r>
        <w:t>تو clear طور پر صرف قرآن ہی میں اس کا جواب ہے۔</w:t>
      </w:r>
    </w:p>
    <w:p>
      <w:r>
        <w:rPr>
          <w:b/>
        </w:rPr>
        <w:t xml:space="preserve">[06:27] </w:t>
      </w:r>
      <w:r>
        <w:t>ke maut se pehle jo dunya mein tum zindagi guzar rahe ho yeh bator test hai.</w:t>
      </w:r>
    </w:p>
    <w:p>
      <w:pPr>
        <w:jc w:val="right"/>
      </w:pPr>
      <w:r>
        <w:t>کہ موت سے پہلے جو دنیا میں تم زندگی گزار رہے ہو یہ بطور test ہے۔</w:t>
      </w:r>
    </w:p>
    <w:p>
      <w:r>
        <w:rPr>
          <w:b/>
        </w:rPr>
        <w:t xml:space="preserve">[06:34] </w:t>
      </w:r>
      <w:r>
        <w:t>ab maut ke baad is ka anjaam hai, jannat aur jahannum hai, hisab kitab hai.</w:t>
      </w:r>
    </w:p>
    <w:p>
      <w:pPr>
        <w:jc w:val="right"/>
      </w:pPr>
      <w:r>
        <w:t>اب موت کے بعد اس کا انجام ہے، جنت اور جہنم ہے، حساب کتاب ہے۔</w:t>
      </w:r>
    </w:p>
    <w:p>
      <w:r>
        <w:rPr>
          <w:b/>
        </w:rPr>
        <w:t xml:space="preserve">[06:40] </w:t>
      </w:r>
      <w:r>
        <w:t>to yeh sab baatein zyada clear tor par sirf quran mein, quran mein milti hain.</w:t>
      </w:r>
    </w:p>
    <w:p>
      <w:pPr>
        <w:jc w:val="right"/>
      </w:pPr>
      <w:r>
        <w:t>تو یہ سب باتیں زیادہ clear طور پر صرف قرآن میں، قرآن میں ملتی ہیں۔</w:t>
      </w:r>
    </w:p>
    <w:p>
      <w:r>
        <w:rPr>
          <w:b/>
        </w:rPr>
        <w:t xml:space="preserve">[06:47] </w:t>
      </w:r>
      <w:r>
        <w:t>ab sawal yeh hai ke jab quran insaan ki talash ka jawab hai to ab sawal yeh hai</w:t>
      </w:r>
    </w:p>
    <w:p>
      <w:pPr>
        <w:jc w:val="right"/>
      </w:pPr>
      <w:r>
        <w:t>اب سوال یہ ہے کہ جب قرآن انسان کی تلاش کا جواب ہے تو اب سوال یہ ہے</w:t>
      </w:r>
    </w:p>
    <w:p>
      <w:r>
        <w:rPr>
          <w:b/>
        </w:rPr>
        <w:t xml:space="preserve">[06:55] </w:t>
      </w:r>
      <w:r>
        <w:t>ke yeh quran logon tak pahunche kaise? apne aap to pahunch nahi jayega.</w:t>
      </w:r>
    </w:p>
    <w:p>
      <w:pPr>
        <w:jc w:val="right"/>
      </w:pPr>
      <w:r>
        <w:t>کہ یہ قرآن لوگوں تک پہنچے کیسے؟ اپنے آپ تو پہنچ نہیں جائے گا۔</w:t>
      </w:r>
    </w:p>
    <w:p>
      <w:r>
        <w:rPr>
          <w:b/>
        </w:rPr>
        <w:t xml:space="preserve">[07:01] </w:t>
      </w:r>
      <w:r>
        <w:t>khud hi khud har aadmi talash kare yeh bhi bohat kam log honge.</w:t>
      </w:r>
    </w:p>
    <w:p>
      <w:pPr>
        <w:jc w:val="right"/>
      </w:pPr>
      <w:r>
        <w:t>خود ہی خود ہر آدمی تلاش کرے یہ بھی بہت کم لوگ ہوں گے۔</w:t>
      </w:r>
    </w:p>
    <w:p>
      <w:r>
        <w:rPr>
          <w:b/>
        </w:rPr>
        <w:t xml:space="preserve">[07:07] </w:t>
      </w:r>
      <w:r>
        <w:t>to is ki zimmedari ummat e muslema par hai.</w:t>
      </w:r>
    </w:p>
    <w:p>
      <w:pPr>
        <w:jc w:val="right"/>
      </w:pPr>
      <w:r>
        <w:t>تو اس کی ذمہ داری امت مسلمہ پر ہے۔</w:t>
      </w:r>
    </w:p>
    <w:p>
      <w:r>
        <w:rPr>
          <w:b/>
        </w:rPr>
        <w:t xml:space="preserve">[07:10] </w:t>
      </w:r>
      <w:r>
        <w:t>yani yeh pahunchane ki zimmedari ummat e muslema par hai.</w:t>
      </w:r>
    </w:p>
    <w:p>
      <w:pPr>
        <w:jc w:val="right"/>
      </w:pPr>
      <w:r>
        <w:t>یعنی یہ پہنچانے کی ذمہ داری امت مسلمہ پر ہے۔</w:t>
      </w:r>
    </w:p>
    <w:p>
      <w:r>
        <w:rPr>
          <w:b/>
        </w:rPr>
        <w:t xml:space="preserve">[07:15] </w:t>
      </w:r>
      <w:r>
        <w:t>quran mein yeh ayat aayi hai wa kadhalika ja'alnakum ummat an wasataril takunu shuhada 'alan nas wa'ikunu rasulan 'alaykum shahida yani</w:t>
      </w:r>
    </w:p>
    <w:p>
      <w:pPr>
        <w:jc w:val="right"/>
      </w:pPr>
      <w:r>
        <w:t>قرآن میں یہ آیت آئی ہے وَكَذَلِكَ جَعَلْنَاكُمْ أُمَّةً وَسَتَرْلِتَكُونُوا شُهَدًى عَلَى النَّاسِ وَاِكُنُوا رَسُولًا عَلَيْكُمْ شَهِيدًا یعنی</w:t>
      </w:r>
    </w:p>
    <w:p>
      <w:r>
        <w:rPr>
          <w:b/>
        </w:rPr>
        <w:t xml:space="preserve">[07:22] </w:t>
      </w:r>
      <w:r>
        <w:t>hum ne tum ko bata diya beech ki ummat, middle ummah.</w:t>
      </w:r>
    </w:p>
    <w:p>
      <w:pPr>
        <w:jc w:val="right"/>
      </w:pPr>
      <w:r>
        <w:t>ہم نے تم کو بتا دیا بیچ کی امت، middle امہ۔</w:t>
      </w:r>
    </w:p>
    <w:p>
      <w:r>
        <w:rPr>
          <w:b/>
        </w:rPr>
        <w:t xml:space="preserve">[07:27] </w:t>
      </w:r>
      <w:r>
        <w:t>wasat matlab beech.</w:t>
      </w:r>
    </w:p>
    <w:p>
      <w:pPr>
        <w:jc w:val="right"/>
      </w:pPr>
      <w:r>
        <w:t>وسط معنی بیچ۔</w:t>
      </w:r>
    </w:p>
    <w:p>
      <w:r>
        <w:rPr>
          <w:b/>
        </w:rPr>
        <w:t xml:space="preserve">[07:29] </w:t>
      </w:r>
      <w:r>
        <w:t>yani do ke beech.</w:t>
      </w:r>
    </w:p>
    <w:p>
      <w:pPr>
        <w:jc w:val="right"/>
      </w:pPr>
      <w:r>
        <w:t>یعنی دو کے بیچ۔</w:t>
      </w:r>
    </w:p>
    <w:p>
      <w:r>
        <w:rPr>
          <w:b/>
        </w:rPr>
        <w:t xml:space="preserve">[07:30] </w:t>
      </w:r>
      <w:r>
        <w:t>ummat wasat ke matlab do ke beech.</w:t>
      </w:r>
    </w:p>
    <w:p>
      <w:pPr>
        <w:jc w:val="right"/>
      </w:pPr>
      <w:r>
        <w:t>امت وسط کے معنی دو کے بیچ۔</w:t>
      </w:r>
    </w:p>
    <w:p>
      <w:r>
        <w:rPr>
          <w:b/>
        </w:rPr>
        <w:t xml:space="preserve">[07:33] </w:t>
      </w:r>
      <w:r>
        <w:t>woh do qaumein hain jis ke beech mein ummat wasat hai, ummat e muslema hai.</w:t>
      </w:r>
    </w:p>
    <w:p>
      <w:pPr>
        <w:jc w:val="right"/>
      </w:pPr>
      <w:r>
        <w:t>وہ دو قومیں ہیں جس کے بیچ میں امت وسط ہے، امت مسلمہ ہے۔</w:t>
      </w:r>
    </w:p>
    <w:p>
      <w:r>
        <w:rPr>
          <w:b/>
        </w:rPr>
        <w:t xml:space="preserve">[07:39] </w:t>
      </w:r>
      <w:r>
        <w:t>woh hai ek taraf hai peghamabar aur doosri taraf hai insaan.</w:t>
      </w:r>
    </w:p>
    <w:p>
      <w:pPr>
        <w:jc w:val="right"/>
      </w:pPr>
      <w:r>
        <w:t>وہ ہے ایک طرف ہے پیغمبر اور دوسری طرف ہے انسان۔</w:t>
      </w:r>
    </w:p>
    <w:p>
      <w:r>
        <w:rPr>
          <w:b/>
        </w:rPr>
        <w:t xml:space="preserve">[07:44] </w:t>
      </w:r>
      <w:r>
        <w:t>ek hai woh saare insaanon ki bheed jo haq ki talash mein direct ya indirect yani ailan ke</w:t>
      </w:r>
    </w:p>
    <w:p>
      <w:pPr>
        <w:jc w:val="right"/>
      </w:pPr>
      <w:r>
        <w:t>ایک ہے وہ سارے انسانوں کی بھیڑ جو حق کی تلاش میں direct یا indirect یعنی اعلان کے</w:t>
      </w:r>
    </w:p>
    <w:p>
      <w:r>
        <w:rPr>
          <w:b/>
        </w:rPr>
        <w:t xml:space="preserve">[07:52] </w:t>
      </w:r>
      <w:r>
        <w:t>saath ya baghair ailan, consciously ya unconsciously woh isi cheez ki talash mein hai jo Allah ki taraf</w:t>
      </w:r>
    </w:p>
    <w:p>
      <w:pPr>
        <w:jc w:val="right"/>
      </w:pPr>
      <w:r>
        <w:t>ساتھ یا بغیر اعلان، consciously یا unconsciously وہ اسی چیز کی تلاش میں ہے جو اللہ کی طرف</w:t>
      </w:r>
    </w:p>
    <w:p>
      <w:r>
        <w:rPr>
          <w:b/>
        </w:rPr>
        <w:t xml:space="preserve">[07:59] </w:t>
      </w:r>
      <w:r>
        <w:t>se hidayat aayi ho.</w:t>
      </w:r>
    </w:p>
    <w:p>
      <w:pPr>
        <w:jc w:val="right"/>
      </w:pPr>
      <w:r>
        <w:t>سے ہدایت آئی ہو۔</w:t>
      </w:r>
    </w:p>
    <w:p>
      <w:r>
        <w:rPr>
          <w:b/>
        </w:rPr>
        <w:t xml:space="preserve">[08:01] </w:t>
      </w:r>
      <w:r>
        <w:t>to ek taraf hai peghamabar, peghamabar ka matlab hai ke jo peghamabar ke liye ab to peghamabar hamare</w:t>
      </w:r>
    </w:p>
    <w:p>
      <w:pPr>
        <w:jc w:val="right"/>
      </w:pPr>
      <w:r>
        <w:t>تو ایک طرف ہے پیغمبر، پیغمبر کا مطلب ہے کہ جو پیغمبر کے لیے اب تو پیغمبر ہمارے</w:t>
      </w:r>
    </w:p>
    <w:p>
      <w:r>
        <w:rPr>
          <w:b/>
        </w:rPr>
        <w:t xml:space="preserve">[08:09] </w:t>
      </w:r>
      <w:r>
        <w:t>door mein maujood nahi hai lekin peghambar ki di hui kitab to maujood hai.</w:t>
      </w:r>
    </w:p>
    <w:p>
      <w:pPr>
        <w:jc w:val="right"/>
      </w:pPr>
      <w:r>
        <w:t>دور میں موجود نہیں ہے لیکن پیغمبر کی دی ہوئی کتاب تو موجود ہے۔</w:t>
      </w:r>
    </w:p>
    <w:p>
      <w:r>
        <w:rPr>
          <w:b/>
        </w:rPr>
        <w:t xml:space="preserve">[08:15] </w:t>
      </w:r>
      <w:r>
        <w:t>peghambar ki di hui kitab maujood hai.</w:t>
      </w:r>
    </w:p>
    <w:p>
      <w:pPr>
        <w:jc w:val="right"/>
      </w:pPr>
      <w:r>
        <w:t>پیغمبر کی دی ہوئی کتاب موجود ہے۔</w:t>
      </w:r>
    </w:p>
    <w:p>
      <w:r>
        <w:rPr>
          <w:b/>
        </w:rPr>
        <w:t xml:space="preserve">[08:18] </w:t>
      </w:r>
      <w:r>
        <w:t>to aaj ke lehaz se kaha jayega ke ummat wasat ka matlab hai quran aur insano ke</w:t>
      </w:r>
    </w:p>
    <w:p>
      <w:pPr>
        <w:jc w:val="right"/>
      </w:pPr>
      <w:r>
        <w:t>تو آج کے لحاظ سے کہا جائے گا کہ امت وسط کا مطلب ہے قرآن اور انسانوں کے</w:t>
      </w:r>
    </w:p>
    <w:p>
      <w:r>
        <w:rPr>
          <w:b/>
        </w:rPr>
        <w:t xml:space="preserve">[08:26] </w:t>
      </w:r>
      <w:r>
        <w:t>bech.</w:t>
      </w:r>
    </w:p>
    <w:p>
      <w:pPr>
        <w:jc w:val="right"/>
      </w:pPr>
      <w:r>
        <w:t>بیچ۔</w:t>
      </w:r>
    </w:p>
    <w:p>
      <w:r>
        <w:rPr>
          <w:b/>
        </w:rPr>
        <w:t xml:space="preserve">[08:27] </w:t>
      </w:r>
      <w:r>
        <w:t>quran aur insano ke bech.</w:t>
      </w:r>
    </w:p>
    <w:p>
      <w:pPr>
        <w:jc w:val="right"/>
      </w:pPr>
      <w:r>
        <w:t>قرآن اور انسانوں کے بیچ۔</w:t>
      </w:r>
    </w:p>
    <w:p>
      <w:r>
        <w:rPr>
          <w:b/>
        </w:rPr>
        <w:t xml:space="preserve">[08:29] </w:t>
      </w:r>
      <w:r>
        <w:t>yani peghambar se quran ko lena aur us ko logo tak pahunchana.</w:t>
      </w:r>
    </w:p>
    <w:p>
      <w:pPr>
        <w:jc w:val="right"/>
      </w:pPr>
      <w:r>
        <w:t>یعنی پیغمبر سے قرآن کو لینا اور اس کو لوگوں تک پہنچانا۔</w:t>
      </w:r>
    </w:p>
    <w:p>
      <w:r>
        <w:rPr>
          <w:b/>
        </w:rPr>
        <w:t xml:space="preserve">[08:34] </w:t>
      </w:r>
      <w:r>
        <w:t>ab dekhiye pahunchane ka mamla par ghor kijiye.</w:t>
      </w:r>
    </w:p>
    <w:p>
      <w:pPr>
        <w:jc w:val="right"/>
      </w:pPr>
      <w:r>
        <w:t>اب دیکھیے پہنچانے کا معاملہ پر غور کیجیے۔</w:t>
      </w:r>
    </w:p>
    <w:p>
      <w:r>
        <w:rPr>
          <w:b/>
        </w:rPr>
        <w:t xml:space="preserve">[08:38] </w:t>
      </w:r>
      <w:r>
        <w:t>yeh bohat anokhi baat hai ke jis zamane mein quran utra ya us se pehle ka jo zamana</w:t>
      </w:r>
    </w:p>
    <w:p>
      <w:pPr>
        <w:jc w:val="right"/>
      </w:pPr>
      <w:r>
        <w:t>یہ بہت انوکھی بات ہے کہ جس زمانے میں قرآن اترا یا اس سے پہلے کا جو زمانہ</w:t>
      </w:r>
    </w:p>
    <w:p>
      <w:r>
        <w:rPr>
          <w:b/>
        </w:rPr>
        <w:t xml:space="preserve">[08:46] </w:t>
      </w:r>
      <w:r>
        <w:t>hai woh religious persecution ka zamana tha.</w:t>
      </w:r>
    </w:p>
    <w:p>
      <w:pPr>
        <w:jc w:val="right"/>
      </w:pPr>
      <w:r>
        <w:t>ہے وہ religious persecution کا زمانہ تھا۔</w:t>
      </w:r>
    </w:p>
    <w:p>
      <w:r>
        <w:rPr>
          <w:b/>
        </w:rPr>
        <w:t xml:space="preserve">[08:49] </w:t>
      </w:r>
      <w:r>
        <w:t>mazhab ke mamle mein insan ko azadi nahi thi.</w:t>
      </w:r>
    </w:p>
    <w:p>
      <w:pPr>
        <w:jc w:val="right"/>
      </w:pPr>
      <w:r>
        <w:t>مذہب کے معاملے میں انسان کو آزادی نہیں تھی۔</w:t>
      </w:r>
    </w:p>
    <w:p>
      <w:r>
        <w:rPr>
          <w:b/>
        </w:rPr>
        <w:t xml:space="preserve">[08:52] </w:t>
      </w:r>
      <w:r>
        <w:t>mazhab ke mamle mein kerji ki monopoly thi.</w:t>
      </w:r>
    </w:p>
    <w:p>
      <w:pPr>
        <w:jc w:val="right"/>
      </w:pPr>
      <w:r>
        <w:t>مذہب کے معاملے میں کرجی کی مناپلی تھی۔</w:t>
      </w:r>
    </w:p>
    <w:p>
      <w:r>
        <w:rPr>
          <w:b/>
        </w:rPr>
        <w:t xml:space="preserve">[08:56] </w:t>
      </w:r>
      <w:r>
        <w:t>badshah ka jo mazhab ho wahi sab ka mazhab.</w:t>
      </w:r>
    </w:p>
    <w:p>
      <w:pPr>
        <w:jc w:val="right"/>
      </w:pPr>
      <w:r>
        <w:t>بادشاہ کا جو مذہب ہو وہی سب کا مذہب۔</w:t>
      </w:r>
    </w:p>
    <w:p>
      <w:r>
        <w:rPr>
          <w:b/>
        </w:rPr>
        <w:t xml:space="preserve">[09:00] </w:t>
      </w:r>
      <w:r>
        <w:t>to official pura jo qadeem zamana hai us mein official religion ka tasawwur tha.</w:t>
      </w:r>
    </w:p>
    <w:p>
      <w:pPr>
        <w:jc w:val="right"/>
      </w:pPr>
      <w:r>
        <w:t>تو official پورا جو قدیم زمانہ ہے اس میں official religion کا تصور تھا۔</w:t>
      </w:r>
    </w:p>
    <w:p>
      <w:r>
        <w:rPr>
          <w:b/>
        </w:rPr>
        <w:t xml:space="preserve">[09:06] </w:t>
      </w:r>
      <w:r>
        <w:t>official religion ka tasawwur tha.</w:t>
      </w:r>
    </w:p>
    <w:p>
      <w:pPr>
        <w:jc w:val="right"/>
      </w:pPr>
      <w:r>
        <w:t>official religion کا تصور تھا۔</w:t>
      </w:r>
    </w:p>
    <w:p>
      <w:r>
        <w:rPr>
          <w:b/>
        </w:rPr>
        <w:t xml:space="preserve">[09:08] </w:t>
      </w:r>
      <w:r>
        <w:t>ke jis tarah se law, law of the land official hota hai.</w:t>
      </w:r>
    </w:p>
    <w:p>
      <w:pPr>
        <w:jc w:val="right"/>
      </w:pPr>
      <w:r>
        <w:t>کہ جس طرح سے law، law of the land official ہوتا ہے۔</w:t>
      </w:r>
    </w:p>
    <w:p>
      <w:r>
        <w:rPr>
          <w:b/>
        </w:rPr>
        <w:t xml:space="preserve">[09:13] </w:t>
      </w:r>
      <w:r>
        <w:t>yani badshah ne jo law banaya tha wahi wahi official law hota tha.</w:t>
      </w:r>
    </w:p>
    <w:p>
      <w:pPr>
        <w:jc w:val="right"/>
      </w:pPr>
      <w:r>
        <w:t>یعنی بادشاہ نے جو law بنایا تھا وہی وہی official law ہوتا تھا۔</w:t>
      </w:r>
    </w:p>
    <w:p>
      <w:r>
        <w:rPr>
          <w:b/>
        </w:rPr>
        <w:t xml:space="preserve">[09:19] </w:t>
      </w:r>
      <w:r>
        <w:t>hum aap ghar mein bana lein to woh law nahi hoga.</w:t>
      </w:r>
    </w:p>
    <w:p>
      <w:pPr>
        <w:jc w:val="right"/>
      </w:pPr>
      <w:r>
        <w:t>ہم آپ گھر میں بنا لیں تو وہ law نہیں ہوگا۔</w:t>
      </w:r>
    </w:p>
    <w:p>
      <w:r>
        <w:rPr>
          <w:b/>
        </w:rPr>
        <w:t xml:space="preserve">[09:23] </w:t>
      </w:r>
      <w:r>
        <w:t>is ko kehte hain official law ya official religion.</w:t>
      </w:r>
    </w:p>
    <w:p>
      <w:pPr>
        <w:jc w:val="right"/>
      </w:pPr>
      <w:r>
        <w:t>اس کو کہتے ہیں official law یا official religion۔</w:t>
      </w:r>
    </w:p>
    <w:p>
      <w:r>
        <w:rPr>
          <w:b/>
        </w:rPr>
        <w:t xml:space="preserve">[09:27] </w:t>
      </w:r>
      <w:r>
        <w:t>to pehle zamane mein religion wahi tha jo saltanat ka religion ho, jo saltanat ka mazhab ho.</w:t>
      </w:r>
    </w:p>
    <w:p>
      <w:pPr>
        <w:jc w:val="right"/>
      </w:pPr>
      <w:r>
        <w:t>تو پہلے زمانے میں religion وہی تھا جو سلطنت کا religion ہو، جو سلطنت کا مذہب ہو۔</w:t>
      </w:r>
    </w:p>
    <w:p>
      <w:r>
        <w:rPr>
          <w:b/>
        </w:rPr>
        <w:t xml:space="preserve">[09:34] </w:t>
      </w:r>
      <w:r>
        <w:t>اسی سے پیدا ہوا تھا مذہبی ظلم، مذہبی تشدد، religious persecution.</w:t>
      </w:r>
    </w:p>
    <w:p>
      <w:pPr>
        <w:jc w:val="right"/>
      </w:pPr>
      <w:r>
        <w:t>اسی سے پیدا ہوا تھا مذہبی ظلم، مذہبی تشدد، religious persecution۔</w:t>
      </w:r>
    </w:p>
    <w:p>
      <w:r>
        <w:rPr>
          <w:b/>
        </w:rPr>
        <w:t xml:space="preserve">[09:39] </w:t>
      </w:r>
      <w:r>
        <w:t>to goya ke pichle zamane mein jo surat thi woh yeh thi ke jis tarah se qanoon koi</w:t>
      </w:r>
    </w:p>
    <w:p>
      <w:pPr>
        <w:jc w:val="right"/>
      </w:pPr>
      <w:r>
        <w:t>تو گویا کہ پچھلے زمانے میں جو صورت تھی وہ یہ تھی کہ جس طرح سے قانون کوئی</w:t>
      </w:r>
    </w:p>
    <w:p>
      <w:r>
        <w:rPr>
          <w:b/>
        </w:rPr>
        <w:t xml:space="preserve">[09:47] </w:t>
      </w:r>
      <w:r>
        <w:t>doosra aadmi apne ghar mein bana le to us ko pakda jayega, mara jayega us ko.</w:t>
      </w:r>
    </w:p>
    <w:p>
      <w:pPr>
        <w:jc w:val="right"/>
      </w:pPr>
      <w:r>
        <w:t>دوسرا آدمی اپنے گھر میں بنا لے تو اس کو پکڑا جائے گا، مارا جائے گا اس کو۔</w:t>
      </w:r>
    </w:p>
    <w:p>
      <w:r>
        <w:rPr>
          <w:b/>
        </w:rPr>
        <w:t xml:space="preserve">[09:55] </w:t>
      </w:r>
      <w:r>
        <w:t>kyunke jo official religion, jo official qanoon hai wahi qanoon hai.</w:t>
      </w:r>
    </w:p>
    <w:p>
      <w:pPr>
        <w:jc w:val="right"/>
      </w:pPr>
      <w:r>
        <w:t>کیونکہ جو official religion، جو official قانون ہے وہی قانون ہے۔</w:t>
      </w:r>
    </w:p>
    <w:p>
      <w:r>
        <w:rPr>
          <w:b/>
        </w:rPr>
        <w:t xml:space="preserve">[09:59] </w:t>
      </w:r>
      <w:r>
        <w:t>kisi aur ke ghar mein banaya hua qanoon nahi hai.</w:t>
      </w:r>
    </w:p>
    <w:p>
      <w:pPr>
        <w:jc w:val="right"/>
      </w:pPr>
      <w:r>
        <w:t>کسی اور کے گھر میں بنایا ہوا قانون نہیں ہے۔</w:t>
      </w:r>
    </w:p>
    <w:p>
      <w:r>
        <w:rPr>
          <w:b/>
        </w:rPr>
        <w:t xml:space="preserve">[10:04] </w:t>
      </w:r>
      <w:r>
        <w:t>isi tarah se mazhab ka mamla tha.</w:t>
      </w:r>
    </w:p>
    <w:p>
      <w:pPr>
        <w:jc w:val="right"/>
      </w:pPr>
      <w:r>
        <w:t>اسی طرح سے مذہب کا معاملہ تھا۔</w:t>
      </w:r>
    </w:p>
    <w:p>
      <w:r>
        <w:rPr>
          <w:b/>
        </w:rPr>
        <w:t xml:space="preserve">[10:07] </w:t>
      </w:r>
      <w:r>
        <w:t>is zamane mein mazhab jo tha wafadari ki alamat tha.</w:t>
      </w:r>
    </w:p>
    <w:p>
      <w:pPr>
        <w:jc w:val="right"/>
      </w:pPr>
      <w:r>
        <w:t>اس زمانے میں مذہب جو تھا وفاداری کی علامت تھا۔</w:t>
      </w:r>
    </w:p>
    <w:p>
      <w:r>
        <w:rPr>
          <w:b/>
        </w:rPr>
        <w:t xml:space="preserve">[10:11] </w:t>
      </w:r>
      <w:r>
        <w:t>wafadari ki alamat.</w:t>
      </w:r>
    </w:p>
    <w:p>
      <w:pPr>
        <w:jc w:val="right"/>
      </w:pPr>
      <w:r>
        <w:t>وفاداری کی علامت۔</w:t>
      </w:r>
    </w:p>
    <w:p>
      <w:r>
        <w:rPr>
          <w:b/>
        </w:rPr>
        <w:t xml:space="preserve">[10:12] </w:t>
      </w:r>
      <w:r>
        <w:t>yani badshah ka jo religion hai woh aap manen to aap badshah ke wafadar hain.</w:t>
      </w:r>
    </w:p>
    <w:p>
      <w:pPr>
        <w:jc w:val="right"/>
      </w:pPr>
      <w:r>
        <w:t>یعنی بادشاہ کا جو religion ہے وہ آپ مانیں تو آپ بادشاہ کے وفادار ہیں۔</w:t>
      </w:r>
    </w:p>
    <w:p>
      <w:r>
        <w:rPr>
          <w:b/>
        </w:rPr>
        <w:t xml:space="preserve">[10:19] </w:t>
      </w:r>
      <w:r>
        <w:t>nahi to aap us ke wafadar nahi hain.</w:t>
      </w:r>
    </w:p>
    <w:p>
      <w:pPr>
        <w:jc w:val="right"/>
      </w:pPr>
      <w:r>
        <w:t>نہیں تو آپ اس کے وفادار نہیں ہیں۔</w:t>
      </w:r>
    </w:p>
    <w:p>
      <w:r>
        <w:rPr>
          <w:b/>
        </w:rPr>
        <w:t xml:space="preserve">[10:22] </w:t>
      </w:r>
      <w:r>
        <w:t>abhi aap baghi hain.</w:t>
      </w:r>
    </w:p>
    <w:p>
      <w:pPr>
        <w:jc w:val="right"/>
      </w:pPr>
      <w:r>
        <w:t>ابھی آپ باغی ہیں۔</w:t>
      </w:r>
    </w:p>
    <w:p>
      <w:r>
        <w:rPr>
          <w:b/>
        </w:rPr>
        <w:t xml:space="preserve">[10:24] </w:t>
      </w:r>
      <w:r>
        <w:t>yeh jo soch thi pehle zamane mein is ki wajah se dunya mein religious persecution maujood tha.</w:t>
      </w:r>
    </w:p>
    <w:p>
      <w:pPr>
        <w:jc w:val="right"/>
      </w:pPr>
      <w:r>
        <w:t>یہ جو سوچ تھی پہلے زمانے میں اس کی وجہ سے دنیا میں religious persecution موجود تھا۔</w:t>
      </w:r>
    </w:p>
    <w:p>
      <w:r>
        <w:rPr>
          <w:b/>
        </w:rPr>
        <w:t xml:space="preserve">[10:31] </w:t>
      </w:r>
      <w:r>
        <w:t>religious freedom maujood nahi thi.</w:t>
      </w:r>
    </w:p>
    <w:p>
      <w:pPr>
        <w:jc w:val="right"/>
      </w:pPr>
      <w:r>
        <w:t>religious freedom موجود نہیں تھی۔</w:t>
      </w:r>
    </w:p>
    <w:p>
      <w:r>
        <w:rPr>
          <w:b/>
        </w:rPr>
        <w:t xml:space="preserve">[10:33] </w:t>
      </w:r>
      <w:r>
        <w:t>to yeh Allah taala ki is ki opinion ke khilaf tha.</w:t>
      </w:r>
    </w:p>
    <w:p>
      <w:pPr>
        <w:jc w:val="right"/>
      </w:pPr>
      <w:r>
        <w:t>تو یہ اللہ تعالیٰ کی اس کی opinion کے خلاف تھا۔</w:t>
      </w:r>
    </w:p>
    <w:p>
      <w:r>
        <w:rPr>
          <w:b/>
        </w:rPr>
        <w:t xml:space="preserve">[10:38] </w:t>
      </w:r>
      <w:r>
        <w:t>yani khaliq ke jo khaliq ke jo mansooba hai, khaliq ka jo is ki opinion hai us ke</w:t>
      </w:r>
    </w:p>
    <w:p>
      <w:pPr>
        <w:jc w:val="right"/>
      </w:pPr>
      <w:r>
        <w:t>یعنی خالق کے جو خالق کے جو منصوبہ ہے، خالق کا جو اس کی opinion ہے اس کے</w:t>
      </w:r>
    </w:p>
    <w:p>
      <w:r>
        <w:rPr>
          <w:b/>
        </w:rPr>
        <w:t xml:space="preserve">[10:46] </w:t>
      </w:r>
      <w:r>
        <w:t>khilaf tha yeh.</w:t>
      </w:r>
    </w:p>
    <w:p>
      <w:pPr>
        <w:jc w:val="right"/>
      </w:pPr>
      <w:r>
        <w:t>خلاف تھا یہ۔</w:t>
      </w:r>
    </w:p>
    <w:p>
      <w:r>
        <w:rPr>
          <w:b/>
        </w:rPr>
        <w:t xml:space="preserve">[10:47] </w:t>
      </w:r>
      <w:r>
        <w:t>to Khuda ke matlab tha ke yeh nizam khatam ho, mazhabi jabr khatam ho aur mazhabi azadi dunya</w:t>
      </w:r>
    </w:p>
    <w:p>
      <w:pPr>
        <w:jc w:val="right"/>
      </w:pPr>
      <w:r>
        <w:t>تو خدا کے مطلوب تھا کہ یہ نظام ختم ہو، مذہبی جبر ختم ہو اور مذہبی آزادی دنیا</w:t>
      </w:r>
    </w:p>
    <w:p>
      <w:r>
        <w:rPr>
          <w:b/>
        </w:rPr>
        <w:t xml:space="preserve">[10:55] </w:t>
      </w:r>
      <w:r>
        <w:t>mein aaye.</w:t>
      </w:r>
    </w:p>
    <w:p>
      <w:pPr>
        <w:jc w:val="right"/>
      </w:pPr>
      <w:r>
        <w:t>میں آئے۔</w:t>
      </w:r>
    </w:p>
    <w:p>
      <w:r>
        <w:rPr>
          <w:b/>
        </w:rPr>
        <w:t xml:space="preserve">[10:56] </w:t>
      </w:r>
      <w:r>
        <w:t>lekin Allah taala ne insan ko di hai azadi, badshah ko bhi azadi hai, aap logon ko bhi</w:t>
      </w:r>
    </w:p>
    <w:p>
      <w:pPr>
        <w:jc w:val="right"/>
      </w:pPr>
      <w:r>
        <w:t>لیکن اللہ تعالیٰ نے انسان کو دی ہے آزادی، بادشاہ کو بھی آزادی ہے، آپ لوگوں کو بھی</w:t>
      </w:r>
    </w:p>
    <w:p>
      <w:r>
        <w:rPr>
          <w:b/>
        </w:rPr>
        <w:t xml:space="preserve">[11:04] </w:t>
      </w:r>
      <w:r>
        <w:t>azadi hai.</w:t>
      </w:r>
    </w:p>
    <w:p>
      <w:pPr>
        <w:jc w:val="right"/>
      </w:pPr>
      <w:r>
        <w:t>آزادی ہے۔</w:t>
      </w:r>
    </w:p>
    <w:p>
      <w:r>
        <w:rPr>
          <w:b/>
        </w:rPr>
        <w:t xml:space="preserve">[11:06] </w:t>
      </w:r>
      <w:r>
        <w:t>to Khuda is azadi ko qayamat tak khatam nahi karega.</w:t>
      </w:r>
    </w:p>
    <w:p>
      <w:pPr>
        <w:jc w:val="right"/>
      </w:pPr>
      <w:r>
        <w:t>تو خدا اس آزادی کو قیامت تک ختم نہیں کرے گا۔</w:t>
      </w:r>
    </w:p>
    <w:p>
      <w:r>
        <w:rPr>
          <w:b/>
        </w:rPr>
        <w:t xml:space="preserve">[11:10] </w:t>
      </w:r>
      <w:r>
        <w:t>kyunke isi par test hona hai ke kis ne azadi ko misuse kiya aur kis ne azadi ka</w:t>
      </w:r>
    </w:p>
    <w:p>
      <w:pPr>
        <w:jc w:val="right"/>
      </w:pPr>
      <w:r>
        <w:t>کیونکہ اسی پر test ہونا ہے کہ کس نے آزادی کو misuse کیا اور کس نے آزادی کا</w:t>
      </w:r>
    </w:p>
    <w:p>
      <w:r>
        <w:rPr>
          <w:b/>
        </w:rPr>
        <w:t xml:space="preserve">[11:18] </w:t>
      </w:r>
      <w:r>
        <w:t>sahih istemal kiya.</w:t>
      </w:r>
    </w:p>
    <w:p>
      <w:pPr>
        <w:jc w:val="right"/>
      </w:pPr>
      <w:r>
        <w:t>صحیح استعمال کیا۔</w:t>
      </w:r>
    </w:p>
    <w:p>
      <w:r>
        <w:rPr>
          <w:b/>
        </w:rPr>
        <w:t xml:space="preserve">[11:20] </w:t>
      </w:r>
      <w:r>
        <w:t>yahi to test hai.</w:t>
      </w:r>
    </w:p>
    <w:p>
      <w:pPr>
        <w:jc w:val="right"/>
      </w:pPr>
      <w:r>
        <w:t>یہی تو test ہے۔</w:t>
      </w:r>
    </w:p>
    <w:p>
      <w:r>
        <w:rPr>
          <w:b/>
        </w:rPr>
        <w:t xml:space="preserve">[11:21] </w:t>
      </w:r>
      <w:r>
        <w:t>to agar azadi na rahe to test kis baat ka hoga? Is liye Allah taala ko yeh manzoor</w:t>
      </w:r>
    </w:p>
    <w:p>
      <w:pPr>
        <w:jc w:val="right"/>
      </w:pPr>
      <w:r>
        <w:t>تو اگر آزادی نہ رہے تو test کس بات کا ہوگا؟ اس لیے اللہ تعالیٰ کو یہ منظور</w:t>
      </w:r>
    </w:p>
    <w:p>
      <w:r>
        <w:rPr>
          <w:b/>
        </w:rPr>
        <w:t xml:space="preserve">[11:29] </w:t>
      </w:r>
      <w:r>
        <w:t>tha ke azadi waqe rahe.</w:t>
      </w:r>
    </w:p>
    <w:p>
      <w:pPr>
        <w:jc w:val="right"/>
      </w:pPr>
      <w:r>
        <w:t>تھا کہ آزادی واقع رہے۔</w:t>
      </w:r>
    </w:p>
    <w:p>
      <w:r>
        <w:rPr>
          <w:b/>
        </w:rPr>
        <w:t xml:space="preserve">[11:31] </w:t>
      </w:r>
      <w:r>
        <w:t>aur sath sath yeh bhi manzoor tha ke mazhabi jabr ka khataama ho.</w:t>
      </w:r>
    </w:p>
    <w:p>
      <w:pPr>
        <w:jc w:val="right"/>
      </w:pPr>
      <w:r>
        <w:t>اور ساتھ ساتھ یہ بھی منظور تھا کہ مذہبی جبر کا خاتمہ ہو۔</w:t>
      </w:r>
    </w:p>
    <w:p>
      <w:r>
        <w:rPr>
          <w:b/>
        </w:rPr>
        <w:t xml:space="preserve">[11:37] </w:t>
      </w:r>
      <w:r>
        <w:t>to is ko mein kahunga ke Allah ne tareekh ko manage kiya.</w:t>
      </w:r>
    </w:p>
    <w:p>
      <w:pPr>
        <w:jc w:val="right"/>
      </w:pPr>
      <w:r>
        <w:t>تو اس کو میں کہوں گا کہ اللہ نے تاریخ کو manage کیا۔</w:t>
      </w:r>
    </w:p>
    <w:p>
      <w:r>
        <w:rPr>
          <w:b/>
        </w:rPr>
        <w:t xml:space="preserve">[11:42] </w:t>
      </w:r>
      <w:r>
        <w:t>yani insan ki azadi ko baqi rakhte hue tareekh ko manage kiya.</w:t>
      </w:r>
    </w:p>
    <w:p>
      <w:pPr>
        <w:jc w:val="right"/>
      </w:pPr>
      <w:r>
        <w:t>یعنی انسان کی آزادی کو باقی رکھتے ہوئے تاریخ کو manage کیا۔</w:t>
      </w:r>
    </w:p>
    <w:p>
      <w:r>
        <w:rPr>
          <w:b/>
        </w:rPr>
        <w:t xml:space="preserve">[11:47] </w:t>
      </w:r>
      <w:r>
        <w:t>is manage karne mein ek lambi muddat lagi.</w:t>
      </w:r>
    </w:p>
    <w:p>
      <w:pPr>
        <w:jc w:val="right"/>
      </w:pPr>
      <w:r>
        <w:t>اس manage کرنے میں ایک لمبی مدت لگی۔</w:t>
      </w:r>
    </w:p>
    <w:p>
      <w:r>
        <w:rPr>
          <w:b/>
        </w:rPr>
        <w:t xml:space="preserve">[11:51] </w:t>
      </w:r>
      <w:r>
        <w:t>mein samajhta hoon ke is ka aaghaz jo hua woh Hazrat Ibrahim, Hazrat Ismail se hua.</w:t>
      </w:r>
    </w:p>
    <w:p>
      <w:pPr>
        <w:jc w:val="right"/>
      </w:pPr>
      <w:r>
        <w:t>میں سمجھتا ہوں کہ اس کا آغاز جو ہوا وہ حضرت ابراہیم، حضرت اسماعیل سے ہوا۔</w:t>
      </w:r>
    </w:p>
    <w:p>
      <w:r>
        <w:rPr>
          <w:b/>
        </w:rPr>
        <w:t xml:space="preserve">[11:58] </w:t>
      </w:r>
      <w:r>
        <w:t>phir ek course chala aur bohat si tabdiliyan zamane mein aayin.</w:t>
      </w:r>
    </w:p>
    <w:p>
      <w:pPr>
        <w:jc w:val="right"/>
      </w:pPr>
      <w:r>
        <w:t>پھر ایک کورس چلا اور بہت سی تبدیلیاں زمانے میں آئیں۔</w:t>
      </w:r>
    </w:p>
    <w:p>
      <w:r>
        <w:rPr>
          <w:b/>
        </w:rPr>
        <w:t xml:space="preserve">[12:02] </w:t>
      </w:r>
      <w:r>
        <w:t>yahan tak ke woh daur aaj is ko hum daur jadeed kehte hain.</w:t>
      </w:r>
    </w:p>
    <w:p>
      <w:pPr>
        <w:jc w:val="right"/>
      </w:pPr>
      <w:r>
        <w:t>یہاں تک کہ وہ دور آج اس کو ہم دور جدید کہتے ہیں۔</w:t>
      </w:r>
    </w:p>
    <w:p>
      <w:r>
        <w:rPr>
          <w:b/>
        </w:rPr>
        <w:t xml:space="preserve">[12:08] </w:t>
      </w:r>
      <w:r>
        <w:t>yani modern civilization.</w:t>
      </w:r>
    </w:p>
    <w:p>
      <w:pPr>
        <w:jc w:val="right"/>
      </w:pPr>
      <w:r>
        <w:t>یعنی modern civilization۔</w:t>
      </w:r>
    </w:p>
    <w:p>
      <w:r>
        <w:rPr>
          <w:b/>
        </w:rPr>
        <w:t xml:space="preserve">[12:09] </w:t>
      </w:r>
      <w:r>
        <w:t>hadees ki kitabon mein ek riwayat aayi hai ke ek daur aayega taeed ka daur.</w:t>
      </w:r>
    </w:p>
    <w:p>
      <w:pPr>
        <w:jc w:val="right"/>
      </w:pPr>
      <w:r>
        <w:t>حدیث کی کتابوں میں ایک روایت آئی ہے کہ ایک دور آئے گا تائید کا دور۔</w:t>
      </w:r>
    </w:p>
    <w:p>
      <w:r>
        <w:rPr>
          <w:b/>
        </w:rPr>
        <w:t xml:space="preserve">[12:16] </w:t>
      </w:r>
      <w:r>
        <w:t>innal laha la yu ayyidu haw al-deena bi qawmin laysu bi ahlihi yani is deen ki taeed Allah taala in logon</w:t>
      </w:r>
    </w:p>
    <w:p>
      <w:pPr>
        <w:jc w:val="right"/>
      </w:pPr>
      <w:r>
        <w:t>إِنَّ اللَّهَ لَا يُعَيِّدُ هَوَ الْدِينَ بِقَوْمٍ لَيْسُوا بِأَهْلِهِ یعنی اس دین کی تائید اللہ تعالیٰ ان لوگوں</w:t>
      </w:r>
    </w:p>
    <w:p>
      <w:r>
        <w:rPr>
          <w:b/>
        </w:rPr>
        <w:t xml:space="preserve">[12:24] </w:t>
      </w:r>
      <w:r>
        <w:t>se bhi karega jo ummat e muslema na hon.</w:t>
      </w:r>
    </w:p>
    <w:p>
      <w:pPr>
        <w:jc w:val="right"/>
      </w:pPr>
      <w:r>
        <w:t>سے بھی کرے گا جو امت مسلمہ نہ ہوں۔</w:t>
      </w:r>
    </w:p>
    <w:p>
      <w:r>
        <w:rPr>
          <w:b/>
        </w:rPr>
        <w:t xml:space="preserve">[12:28] </w:t>
      </w:r>
      <w:r>
        <w:t>to yeh yeh jo hua dunya mein yeh sirf musalmanon ki wajah se nahi ho sakta tha.</w:t>
      </w:r>
    </w:p>
    <w:p>
      <w:pPr>
        <w:jc w:val="right"/>
      </w:pPr>
      <w:r>
        <w:t>تو یہ یہ جو ہوا دنیا میں یہ صرف مسلمانوں کی وجہ سے نہیں ہو سکتا تھا۔</w:t>
      </w:r>
    </w:p>
    <w:p>
      <w:r>
        <w:rPr>
          <w:b/>
        </w:rPr>
        <w:t xml:space="preserve">[12:35] </w:t>
      </w:r>
      <w:r>
        <w:t>is ke liye aalami taqat darkaar thi.</w:t>
      </w:r>
    </w:p>
    <w:p>
      <w:pPr>
        <w:jc w:val="right"/>
      </w:pPr>
      <w:r>
        <w:t>اس کے لیے عالمی طاقت درکار تھی۔</w:t>
      </w:r>
    </w:p>
    <w:p>
      <w:r>
        <w:rPr>
          <w:b/>
        </w:rPr>
        <w:t xml:space="preserve">[12:38] </w:t>
      </w:r>
      <w:r>
        <w:t>to poori insaniyat ko Allah taala ne istemal kiya manage kar ke aur phir yeh daur aaya.</w:t>
      </w:r>
    </w:p>
    <w:p>
      <w:pPr>
        <w:jc w:val="right"/>
      </w:pPr>
      <w:r>
        <w:t>تو پوری انسانیت کو اللہ تعالیٰ نے استعمال کیا manage کر کے اور پھر یہ دور آیا۔</w:t>
      </w:r>
    </w:p>
    <w:p>
      <w:r>
        <w:rPr>
          <w:b/>
        </w:rPr>
        <w:t xml:space="preserve">[12:45] </w:t>
      </w:r>
      <w:r>
        <w:t>aaj ke daur mein aap jante hain ke pehli baar mazhabi azadi hai, freedom of expression hai, printing</w:t>
      </w:r>
    </w:p>
    <w:p>
      <w:pPr>
        <w:jc w:val="right"/>
      </w:pPr>
      <w:r>
        <w:t>آج کے دور میں آپ جانتے ہیں کہ پہلی بار مذہبی آزادی ہے، freedom of expression ہے، printing</w:t>
      </w:r>
    </w:p>
    <w:p>
      <w:r>
        <w:rPr>
          <w:b/>
        </w:rPr>
        <w:t xml:space="preserve">[12:53] </w:t>
      </w:r>
      <w:r>
        <w:t>press hai, communication hai.</w:t>
      </w:r>
    </w:p>
    <w:p>
      <w:pPr>
        <w:jc w:val="right"/>
      </w:pPr>
      <w:r>
        <w:t>press ہے، communication ہے۔</w:t>
      </w:r>
    </w:p>
    <w:p>
      <w:r>
        <w:rPr>
          <w:b/>
        </w:rPr>
        <w:t xml:space="preserve">[12:55] </w:t>
      </w:r>
      <w:r>
        <w:t>saari facilities jo pehle maujood nahi thi aaj woh maujood hain.</w:t>
      </w:r>
    </w:p>
    <w:p>
      <w:pPr>
        <w:jc w:val="right"/>
      </w:pPr>
      <w:r>
        <w:t>ساری facilities جو پہلے موجود نہیں تھیں آج وہ موجود ہیں۔</w:t>
      </w:r>
    </w:p>
    <w:p>
      <w:r>
        <w:rPr>
          <w:b/>
        </w:rPr>
        <w:t xml:space="preserve">[13:00] </w:t>
      </w:r>
      <w:r>
        <w:t>to is ka pehla istemal kya hai? Yahi hai Quran ko pahunchana.</w:t>
      </w:r>
    </w:p>
    <w:p>
      <w:pPr>
        <w:jc w:val="right"/>
      </w:pPr>
      <w:r>
        <w:t>تو اس کا پہلا استعمال کیا ہے؟ یہی ہے قرآن کو پہنچانا۔</w:t>
      </w:r>
    </w:p>
    <w:p>
      <w:r>
        <w:rPr>
          <w:b/>
        </w:rPr>
        <w:t xml:space="preserve">[13:05] </w:t>
      </w:r>
      <w:r>
        <w:t>jis tarah barish hoti hai to barish ka pehla istemal kya hai? Ke kheton mein pani thehre aur</w:t>
      </w:r>
    </w:p>
    <w:p>
      <w:pPr>
        <w:jc w:val="right"/>
      </w:pPr>
      <w:r>
        <w:t>جس طرح بارش ہوتی ہے تو بارش کا پہلا استعمال کیا ہے؟ کہ کھیتوں میں پانی ٹھہرے اور</w:t>
      </w:r>
    </w:p>
    <w:p>
      <w:r>
        <w:rPr>
          <w:b/>
        </w:rPr>
        <w:t xml:space="preserve">[13:12] </w:t>
      </w:r>
      <w:r>
        <w:t>fasal aage yeh pehla istemal hai.</w:t>
      </w:r>
    </w:p>
    <w:p>
      <w:pPr>
        <w:jc w:val="right"/>
      </w:pPr>
      <w:r>
        <w:t>فصل اگے یہ پہلا استعمال ہے۔</w:t>
      </w:r>
    </w:p>
    <w:p>
      <w:r>
        <w:rPr>
          <w:b/>
        </w:rPr>
        <w:t xml:space="preserve">[13:15] </w:t>
      </w:r>
      <w:r>
        <w:t>lekin is ka kuch hissa beh kar chala jata hai samandar mein woh pehla istemal nahi hai is</w:t>
      </w:r>
    </w:p>
    <w:p>
      <w:pPr>
        <w:jc w:val="right"/>
      </w:pPr>
      <w:r>
        <w:t>لیکن اس کا کچھ حصہ بہہ کر چلا جاتا ہے سمندر میں وہ پہلا استعمال نہیں ہے اس</w:t>
      </w:r>
    </w:p>
    <w:p>
      <w:r>
        <w:rPr>
          <w:b/>
        </w:rPr>
        <w:t xml:space="preserve">[13:23] </w:t>
      </w:r>
      <w:r>
        <w:t>ka.</w:t>
      </w:r>
    </w:p>
    <w:p>
      <w:pPr>
        <w:jc w:val="right"/>
      </w:pPr>
      <w:r>
        <w:t>کا۔</w:t>
      </w:r>
    </w:p>
    <w:p>
      <w:r>
        <w:rPr>
          <w:b/>
        </w:rPr>
        <w:t xml:space="preserve">[13:24] </w:t>
      </w:r>
      <w:r>
        <w:t>to Allah taala ki jo nemmat utarti hai is ka ek pehla istemal hota hai.</w:t>
      </w:r>
    </w:p>
    <w:p>
      <w:pPr>
        <w:jc w:val="right"/>
      </w:pPr>
      <w:r>
        <w:t>تو اللہ تعالیٰ کی جو نعمت اترتی ہے اس کا ایک پہلا استعمال ہوتا ہے۔</w:t>
      </w:r>
    </w:p>
    <w:p>
      <w:r>
        <w:rPr>
          <w:b/>
        </w:rPr>
        <w:t xml:space="preserve">[13:31] </w:t>
      </w:r>
      <w:r>
        <w:t>to is ka pehla to aaj ke zamane mein jo dunya mein tabdeeli aayi hai woh aayi hai</w:t>
      </w:r>
    </w:p>
    <w:p>
      <w:pPr>
        <w:jc w:val="right"/>
      </w:pPr>
      <w:r>
        <w:t>تو اس کا پہلا تو آج کے زمانے میں جو دنیا میں تبدیلی آئی ہے وہ آئی ہے</w:t>
      </w:r>
    </w:p>
    <w:p>
      <w:r>
        <w:rPr>
          <w:b/>
        </w:rPr>
        <w:t xml:space="preserve">[13:38] </w:t>
      </w:r>
      <w:r>
        <w:t>bazariya modern civilization, bazariya modern democracy, bazariya openness, bazariya modern education yani daur jadeed mein bohat si cheezein</w:t>
      </w:r>
    </w:p>
    <w:p>
      <w:pPr>
        <w:jc w:val="right"/>
      </w:pPr>
      <w:r>
        <w:t>بذریعہ modern civilization، بذریعہ modern democracy، بذریعہ openness، بذریعہ modern education یعنی دور جدید میں بہت سی چیزیں</w:t>
      </w:r>
    </w:p>
    <w:p>
      <w:r>
        <w:rPr>
          <w:b/>
        </w:rPr>
        <w:t xml:space="preserve">[13:46] </w:t>
      </w:r>
      <w:r>
        <w:t>nai paida hui hain nai jis ke majmooe ko hum kehte hain western civilization majmooe ko.</w:t>
      </w:r>
    </w:p>
    <w:p>
      <w:pPr>
        <w:jc w:val="right"/>
      </w:pPr>
      <w:r>
        <w:t>نئی پیدا ہوئی ہیں نئی جس کے مجموعے کو ہم کہتے ہیں western civilization مجموعے کو۔</w:t>
      </w:r>
    </w:p>
    <w:p>
      <w:r>
        <w:rPr>
          <w:b/>
        </w:rPr>
        <w:t xml:space="preserve">[13:53] </w:t>
      </w:r>
      <w:r>
        <w:t>to in sab ka jo pehla istemal hai woh yahi hai ke jo Quran utara gaya hai saare</w:t>
      </w:r>
    </w:p>
    <w:p>
      <w:pPr>
        <w:jc w:val="right"/>
      </w:pPr>
      <w:r>
        <w:t>تو ان سب کا جو پہلا استعمال ہے وہ یہی ہے کہ جو قرآن اتارا گیا ہے سارے</w:t>
      </w:r>
    </w:p>
    <w:p>
      <w:r>
        <w:rPr>
          <w:b/>
        </w:rPr>
        <w:t xml:space="preserve">[14:01] </w:t>
      </w:r>
      <w:r>
        <w:t>insanon ke liye saare insan apni talash ka jawab pa lein is ke andar is liye har insan</w:t>
      </w:r>
    </w:p>
    <w:p>
      <w:pPr>
        <w:jc w:val="right"/>
      </w:pPr>
      <w:r>
        <w:t>انسانوں کے لیے سارے انسان اپنی تلاش کا جواب پا لیں اس کے اندر اس لیے ہر انسان</w:t>
      </w:r>
    </w:p>
    <w:p>
      <w:r>
        <w:rPr>
          <w:b/>
        </w:rPr>
        <w:t xml:space="preserve">[14:08] </w:t>
      </w:r>
      <w:r>
        <w:t>jo fitri taur par kisi cheez ki talash mein hai is ke liye Quran utara gaya hai karoron</w:t>
      </w:r>
    </w:p>
    <w:p>
      <w:pPr>
        <w:jc w:val="right"/>
      </w:pPr>
      <w:r>
        <w:t>جو فطری طور پر کسی چیز کی تلاش میں ہے اس کے لیے قرآن اتارا گیا ہے کروڑوں</w:t>
      </w:r>
    </w:p>
    <w:p>
      <w:r>
        <w:rPr>
          <w:b/>
        </w:rPr>
        <w:t xml:space="preserve">[14:16] </w:t>
      </w:r>
      <w:r>
        <w:t>ko to to kiya jadeed mawaqe jin ko hum kehte hain jadeed mawaqe jo hain un ka pehla</w:t>
      </w:r>
    </w:p>
    <w:p>
      <w:pPr>
        <w:jc w:val="right"/>
      </w:pPr>
      <w:r>
        <w:t>کو تو تو کیا جدید مواقع جن کو ہم کہتے ہیں جدید مواقع جو ہیں ان کا پہلا</w:t>
      </w:r>
    </w:p>
    <w:p>
      <w:r>
        <w:rPr>
          <w:b/>
        </w:rPr>
        <w:t xml:space="preserve">[14:24] </w:t>
      </w:r>
      <w:r>
        <w:t>istemal yahi hai ke Quran ko logon tak pahunchaya jaye pehla istemal ab dekhiye ke Quran to arabi</w:t>
      </w:r>
    </w:p>
    <w:p>
      <w:pPr>
        <w:jc w:val="right"/>
      </w:pPr>
      <w:r>
        <w:t>استعمال یہی ہے کہ قرآن کو لوگوں تک پہنچایا جائے پہلا استعمال اب دیکھیے کہ قرآن تو عربی</w:t>
      </w:r>
    </w:p>
    <w:p>
      <w:r>
        <w:rPr>
          <w:b/>
        </w:rPr>
        <w:t xml:space="preserve">[14:32] </w:t>
      </w:r>
      <w:r>
        <w:t>zaban mein hai agar arabi zaban mein quran chhap chhap kar aap logon tak pohncha dein to is</w:t>
      </w:r>
    </w:p>
    <w:p>
      <w:pPr>
        <w:jc w:val="right"/>
      </w:pPr>
      <w:r>
        <w:t>زبان میں ہے اگر عربی زبان میں قرآن چھاپ چھاپ کر آپ لوگوں تک پہنچا دیں تو اس</w:t>
      </w:r>
    </w:p>
    <w:p>
      <w:r>
        <w:rPr>
          <w:b/>
        </w:rPr>
        <w:t xml:space="preserve">[14:39] </w:t>
      </w:r>
      <w:r>
        <w:t>ko samjhenge nahin yani quran to pohnch jayega lekin samjhenge nahin yeh ek sahab ne</w:t>
      </w:r>
    </w:p>
    <w:p>
      <w:pPr>
        <w:jc w:val="right"/>
      </w:pPr>
      <w:r>
        <w:t>کو سمجھیں گے نہیں یعنی قرآن تو پہنچ جائے گا لیکن سمجھیں گے نہیں یہ ایک صاحب نے</w:t>
      </w:r>
    </w:p>
    <w:p>
      <w:r>
        <w:rPr>
          <w:b/>
        </w:rPr>
        <w:t xml:space="preserve">[14:47] </w:t>
      </w:r>
      <w:r>
        <w:t>mujhe bataya hai woh bombay ke aadmi hain ke bombay ka ek shakhs gaya arab country mein ghaliban</w:t>
      </w:r>
    </w:p>
    <w:p>
      <w:pPr>
        <w:jc w:val="right"/>
      </w:pPr>
      <w:r>
        <w:t>مجھے بتایا ہے وہ بمبئی کے آدمی ہیں کہ بمبئی کا ایک شخص گیا عرب country میں غالباً</w:t>
      </w:r>
    </w:p>
    <w:p>
      <w:r>
        <w:rPr>
          <w:b/>
        </w:rPr>
        <w:t xml:space="preserve">[14:55] </w:t>
      </w:r>
      <w:r>
        <w:t>indian safarat khane ke tehat tha woh to taqreeban bees saal woh arab mulkon mein raha aur wahan</w:t>
      </w:r>
    </w:p>
    <w:p>
      <w:pPr>
        <w:jc w:val="right"/>
      </w:pPr>
      <w:r>
        <w:t>انڈین سفارت خانے کے تحت تھا وہ تو تقریباً بیس سال وہ عرب ملکوں میں رہا اور وہاں</w:t>
      </w:r>
    </w:p>
    <w:p>
      <w:r>
        <w:rPr>
          <w:b/>
        </w:rPr>
        <w:t xml:space="preserve">[15:02] </w:t>
      </w:r>
      <w:r>
        <w:t>arab ke jo shuyookh the us se milte the aur us ko quran ka tohfa bator gift dete</w:t>
      </w:r>
    </w:p>
    <w:p>
      <w:pPr>
        <w:jc w:val="right"/>
      </w:pPr>
      <w:r>
        <w:t>عرب کے جو شيوخ تھے اس سے ملتے تھے اور اس کو قرآن کا تحفہ بطور gift دیتے</w:t>
      </w:r>
    </w:p>
    <w:p>
      <w:r>
        <w:rPr>
          <w:b/>
        </w:rPr>
        <w:t xml:space="preserve">[15:10] </w:t>
      </w:r>
      <w:r>
        <w:t>the gift yani arabi quran chhapa hua bahut khoobsurat bator gift dete the to woh zahir hai ke</w:t>
      </w:r>
    </w:p>
    <w:p>
      <w:pPr>
        <w:jc w:val="right"/>
      </w:pPr>
      <w:r>
        <w:t>تھے gift یعنی عربی قرآن چھپا ہوا بہت خوبصورت بطور gift دیتے تھے تو وہ ظاہر ہے کہ</w:t>
      </w:r>
    </w:p>
    <w:p>
      <w:r>
        <w:rPr>
          <w:b/>
        </w:rPr>
        <w:t xml:space="preserve">[15:18] </w:t>
      </w:r>
      <w:r>
        <w:t>woh arabi to parh nahin sakta tha woh to un se le leta shukri ke sath le kar</w:t>
      </w:r>
    </w:p>
    <w:p>
      <w:pPr>
        <w:jc w:val="right"/>
      </w:pPr>
      <w:r>
        <w:t>وہ عربی تو پڑھ نہیں سکتا تھا وہ تو ان سے لے لیتا شکری کے ساتھ لے کر</w:t>
      </w:r>
    </w:p>
    <w:p>
      <w:r>
        <w:rPr>
          <w:b/>
        </w:rPr>
        <w:t xml:space="preserve">[15:26] </w:t>
      </w:r>
      <w:r>
        <w:t>ke woh shelf mein daal deta tha almari mein daal deta tha woh to us ke pas ghaliban</w:t>
      </w:r>
    </w:p>
    <w:p>
      <w:pPr>
        <w:jc w:val="right"/>
      </w:pPr>
      <w:r>
        <w:t>کے وہ shelf میں ڈال دیتا تھا الماری میں ڈال دیتا تھا وہ تو اس کے پاس غالباً</w:t>
      </w:r>
    </w:p>
    <w:p>
      <w:r>
        <w:rPr>
          <w:b/>
        </w:rPr>
        <w:t xml:space="preserve">[15:33] </w:t>
      </w:r>
      <w:r>
        <w:t>tees ya kitne quran ke nuskhay maujood ho gaye us ke almari mein us ki shelf mein lekin</w:t>
      </w:r>
    </w:p>
    <w:p>
      <w:pPr>
        <w:jc w:val="right"/>
      </w:pPr>
      <w:r>
        <w:t>تیس یا کتنے قرآن کے نسخے موجود ہو گئے اس کے الماری میں اس کی shelf میں لیکن</w:t>
      </w:r>
    </w:p>
    <w:p>
      <w:r>
        <w:rPr>
          <w:b/>
        </w:rPr>
        <w:t xml:space="preserve">[15:41] </w:t>
      </w:r>
      <w:r>
        <w:t>woh samajh nahin sakta tha woh to ek sahab bombay ke hamare sathi is se mile aur quran</w:t>
      </w:r>
    </w:p>
    <w:p>
      <w:pPr>
        <w:jc w:val="right"/>
      </w:pPr>
      <w:r>
        <w:t>وہ سمجھ نہیں سکتا تھا وہ تو ایک صاحب بمبئی کے ہمارے ساتھی اس سے ملے اور قرآن</w:t>
      </w:r>
    </w:p>
    <w:p>
      <w:r>
        <w:rPr>
          <w:b/>
        </w:rPr>
        <w:t xml:space="preserve">[15:49] </w:t>
      </w:r>
      <w:r>
        <w:t>ka english translation diya unhon ne to un ka bayan yeh hai ke woh aadmi khara ho gaya</w:t>
      </w:r>
    </w:p>
    <w:p>
      <w:pPr>
        <w:jc w:val="right"/>
      </w:pPr>
      <w:r>
        <w:t>کا انگلش translation دیا انہوں نے تو ان کا بیان یہ ہے کہ وہ آدمی کھڑا ہو گیا</w:t>
      </w:r>
    </w:p>
    <w:p>
      <w:r>
        <w:rPr>
          <w:b/>
        </w:rPr>
        <w:t xml:space="preserve">[15:56] </w:t>
      </w:r>
      <w:r>
        <w:t>kursi par se aur rone laga woh rone laga aur khara ho gaya us ne kaha ke main</w:t>
      </w:r>
    </w:p>
    <w:p>
      <w:pPr>
        <w:jc w:val="right"/>
      </w:pPr>
      <w:r>
        <w:t>کرسی پر سے اور رونے لگا وہ رونے لگا اور کھڑا ہو گیا اس نے کہا کہ میں</w:t>
      </w:r>
    </w:p>
    <w:p>
      <w:r>
        <w:rPr>
          <w:b/>
        </w:rPr>
        <w:t xml:space="preserve">[16:04] </w:t>
      </w:r>
      <w:r>
        <w:t>barson bars se log mujh se quran ka gift lete the arabi mein to main sochta tha ke</w:t>
      </w:r>
    </w:p>
    <w:p>
      <w:pPr>
        <w:jc w:val="right"/>
      </w:pPr>
      <w:r>
        <w:t>برسوں برس سے لوگ مجھ سے قرآن کا gift لیتے تھے عربی میں تو میں سوچتا تھا کہ</w:t>
      </w:r>
    </w:p>
    <w:p>
      <w:r>
        <w:rPr>
          <w:b/>
        </w:rPr>
        <w:t xml:space="preserve">[16:12] </w:t>
      </w:r>
      <w:r>
        <w:t>kya karoon main kaise janoon ke kis mein kya hai is is kitab mein ab aap ne jo</w:t>
      </w:r>
    </w:p>
    <w:p>
      <w:pPr>
        <w:jc w:val="right"/>
      </w:pPr>
      <w:r>
        <w:t>کیا کروں میں کیسے جانوں کہ کس میں کیا ہے اس اس کتاب میں اب آپ نے جو</w:t>
      </w:r>
    </w:p>
    <w:p>
      <w:r>
        <w:rPr>
          <w:b/>
        </w:rPr>
        <w:t xml:space="preserve">[16:20] </w:t>
      </w:r>
      <w:r>
        <w:t>diya hai english mein translation woh main samajh sakta hoon to ab main is ko zaroor parhoon ga</w:t>
      </w:r>
    </w:p>
    <w:p>
      <w:pPr>
        <w:jc w:val="right"/>
      </w:pPr>
      <w:r>
        <w:t>دیا ہے انگلش میں translation وہ میں سمجھ سکتا ہوں تو اب میں اس کو ضرور پڑھوں گا</w:t>
      </w:r>
    </w:p>
    <w:p>
      <w:r>
        <w:rPr>
          <w:b/>
        </w:rPr>
        <w:t xml:space="preserve">[16:27] </w:t>
      </w:r>
      <w:r>
        <w:t>to goya ke sari hi yaad rakhiye ke sari hi insaniyat ka hi hal hai quran mein to</w:t>
      </w:r>
    </w:p>
    <w:p>
      <w:pPr>
        <w:jc w:val="right"/>
      </w:pPr>
      <w:r>
        <w:t>تو گویا کہ ساری ہی یاد رکھیے کہ ساری ہی انسانیت کا ہی حال ہے قرآن میں تو</w:t>
      </w:r>
    </w:p>
    <w:p>
      <w:r>
        <w:rPr>
          <w:b/>
        </w:rPr>
        <w:t xml:space="preserve">[16:35] </w:t>
      </w:r>
      <w:r>
        <w:t>ek usool bayan kiya gaya hai ke wa arsalna birisulihim illa bi ihsani qavmihim ke tamam nabi ko un ki</w:t>
      </w:r>
    </w:p>
    <w:p>
      <w:pPr>
        <w:jc w:val="right"/>
      </w:pPr>
      <w:r>
        <w:t>ایک اصول بیان کیا گیا ہے کہ وَأَرْسَلْنَا بَرِيَسُلِهِمْ إِلَّا بِإِحْسَانِ قَوْمِهِمْ کہ تمام نبی کو ان کی</w:t>
      </w:r>
    </w:p>
    <w:p>
      <w:r>
        <w:rPr>
          <w:b/>
        </w:rPr>
        <w:t xml:space="preserve">[16:43] </w:t>
      </w:r>
      <w:r>
        <w:t>apni qaum ki zaban mein bheja gaya un ke nabi ki understandable language mein bheja gaya to ab</w:t>
      </w:r>
    </w:p>
    <w:p>
      <w:pPr>
        <w:jc w:val="right"/>
      </w:pPr>
      <w:r>
        <w:t>اپنی قوم کی زبان میں بھیجا گیا ان کے نبی کی understandable language میں بھیجا گیا تو اب</w:t>
      </w:r>
    </w:p>
    <w:p>
      <w:r>
        <w:rPr>
          <w:b/>
        </w:rPr>
        <w:t xml:space="preserve">[16:50] </w:t>
      </w:r>
      <w:r>
        <w:t>jo aakhri kitab hai kya khuda ki sunnat badal jayegi yani pichhle zamane mein jitne nabi aaye</w:t>
      </w:r>
    </w:p>
    <w:p>
      <w:pPr>
        <w:jc w:val="right"/>
      </w:pPr>
      <w:r>
        <w:t>جو آخری کتاب ہے کیا خدا کی سنت بدل جائے گی یعنی پچھلے زمانے میں جتنے نبی آئے</w:t>
      </w:r>
    </w:p>
    <w:p>
      <w:r>
        <w:rPr>
          <w:b/>
        </w:rPr>
        <w:t xml:space="preserve">[16:58] </w:t>
      </w:r>
      <w:r>
        <w:t>woh sab apne mukhatib qaumon ki qabil fehm zaban mein un se khitab karte the to ab aakhri</w:t>
      </w:r>
    </w:p>
    <w:p>
      <w:pPr>
        <w:jc w:val="right"/>
      </w:pPr>
      <w:r>
        <w:t>وہ سب اپنے مخاطب قوموں کی قابل فہم زبان میں ان سے خطاب کرتے تھے تو اب آخری</w:t>
      </w:r>
    </w:p>
    <w:p>
      <w:r>
        <w:rPr>
          <w:b/>
        </w:rPr>
        <w:t xml:space="preserve">[17:06] </w:t>
      </w:r>
      <w:r>
        <w:t>kitab jo hai quran is ke zamane mein allah taala ki sunnat badal jayegi kya woh is</w:t>
      </w:r>
    </w:p>
    <w:p>
      <w:pPr>
        <w:jc w:val="right"/>
      </w:pPr>
      <w:r>
        <w:t>کتاب جو ہے قرآن اس کے زمانے میں اللہ تعالیٰ کی سنت بدل جائے گی کیا وہ اس</w:t>
      </w:r>
    </w:p>
    <w:p>
      <w:r>
        <w:rPr>
          <w:b/>
        </w:rPr>
        <w:t xml:space="preserve">[17:14] </w:t>
      </w:r>
      <w:r>
        <w:t>zaban mein do un ko ke samjhenge nahin woh aisa nahin hai to door jadeed mein jo</w:t>
      </w:r>
    </w:p>
    <w:p>
      <w:pPr>
        <w:jc w:val="right"/>
      </w:pPr>
      <w:r>
        <w:t>زبان میں دو ان کو کہ سمجھیں گے نہیں وہ ایسا نہیں ہے تو دور جدید میں جو</w:t>
      </w:r>
    </w:p>
    <w:p>
      <w:r>
        <w:rPr>
          <w:b/>
        </w:rPr>
        <w:t xml:space="preserve">[17:21] </w:t>
      </w:r>
      <w:r>
        <w:t>tabdeelian hui hain bazahir tabdeelian hui hain democracy ke zariye se modern education ke zariye se modern civilization</w:t>
      </w:r>
    </w:p>
    <w:p>
      <w:pPr>
        <w:jc w:val="right"/>
      </w:pPr>
      <w:r>
        <w:t>تبدیلیاں ہوئی ہیں بظاہر تبدیلیاں ہوئی ہیں democracy کے ذریعے سے modern education کے ذریعے سے modern civilization</w:t>
      </w:r>
    </w:p>
    <w:p>
      <w:r>
        <w:rPr>
          <w:b/>
        </w:rPr>
        <w:t xml:space="preserve">[17:29] </w:t>
      </w:r>
      <w:r>
        <w:t>ke zariye se bazahir lekin in tabdeelion ka jo pehla istemal hai woh hai quran mislan printing press</w:t>
      </w:r>
    </w:p>
    <w:p>
      <w:pPr>
        <w:jc w:val="right"/>
      </w:pPr>
      <w:r>
        <w:t>کے ذریعے سے بظاہر لیکن ان تبدیلیوں کا جو پہلا استعمال ہے وہ ہے قرآن مثلاً printing press</w:t>
      </w:r>
    </w:p>
    <w:p>
      <w:r>
        <w:rPr>
          <w:b/>
        </w:rPr>
        <w:t xml:space="preserve">[17:37] </w:t>
      </w:r>
      <w:r>
        <w:t>duniya mein aaya char sau saal pehle phir bahut zyada taraqqi hui bahut taraqqi hui bahut taraqqi hui</w:t>
      </w:r>
    </w:p>
    <w:p>
      <w:pPr>
        <w:jc w:val="right"/>
      </w:pPr>
      <w:r>
        <w:t>دنیا میں آیا چار سو سال پہلے پھر بہت زیادہ ترقی ہوئی بہت ترقی ہوئی بہت ترقی ہوئی</w:t>
      </w:r>
    </w:p>
    <w:p>
      <w:r>
        <w:rPr>
          <w:b/>
        </w:rPr>
        <w:t xml:space="preserve">[17:44] </w:t>
      </w:r>
      <w:r>
        <w:t>mein samajhta hoon ke printing press ki taraqqi mein Allah taala ka merit bhi shamil hai is liye</w:t>
      </w:r>
    </w:p>
    <w:p>
      <w:pPr>
        <w:jc w:val="right"/>
      </w:pPr>
      <w:r>
        <w:t>میں سمجھتا ہوں کہ printing press کی ترقی میں اللہ تعالیٰ کا merit بھی شامل ہے اس لیے</w:t>
      </w:r>
    </w:p>
    <w:p>
      <w:r>
        <w:rPr>
          <w:b/>
        </w:rPr>
        <w:t xml:space="preserve">[17:52] </w:t>
      </w:r>
      <w:r>
        <w:t>ke dekhiye second world war hui to is mein Germany jo hai bohat hi active hissa liya is</w:t>
      </w:r>
    </w:p>
    <w:p>
      <w:pPr>
        <w:jc w:val="right"/>
      </w:pPr>
      <w:r>
        <w:t>کہ دیکھیے سیکنڈ world war ہوئی تو اس میں جرمنی جو ہے بہت ہی active حصہ لیا اس</w:t>
      </w:r>
    </w:p>
    <w:p>
      <w:r>
        <w:rPr>
          <w:b/>
        </w:rPr>
        <w:t xml:space="preserve">[18:00] </w:t>
      </w:r>
      <w:r>
        <w:t>Germany second world war ka bohat hi active hissa daar tha yeh Germany ko mukammal shikast hui yahan</w:t>
      </w:r>
    </w:p>
    <w:p>
      <w:pPr>
        <w:jc w:val="right"/>
      </w:pPr>
      <w:r>
        <w:t>جرمنی سیکنڈ world war کا بہت ہی active حصہ دار تھا یہ جرمنی کو مکمل شکست ہوئی یہاں</w:t>
      </w:r>
    </w:p>
    <w:p>
      <w:r>
        <w:rPr>
          <w:b/>
        </w:rPr>
        <w:t xml:space="preserve">[18:08] </w:t>
      </w:r>
      <w:r>
        <w:t>tak ke Germany taqseem ho gaya to zor zor toot gaya woh is tarah Allah taala ne German</w:t>
      </w:r>
    </w:p>
    <w:p>
      <w:pPr>
        <w:jc w:val="right"/>
      </w:pPr>
      <w:r>
        <w:t>تک کہ جرمنی تقسیم ہو گیا تو زور زور ٹوٹ گیا وہ اس طرح اللہ تعالیٰ نے جرمن</w:t>
      </w:r>
    </w:p>
    <w:p>
      <w:r>
        <w:rPr>
          <w:b/>
        </w:rPr>
        <w:t xml:space="preserve">[18:15] </w:t>
      </w:r>
      <w:r>
        <w:t>qaum ke andar aik nai soch paida karai nai soch ke kuch aur karna hai larai se to</w:t>
      </w:r>
    </w:p>
    <w:p>
      <w:pPr>
        <w:jc w:val="right"/>
      </w:pPr>
      <w:r>
        <w:t>قوم کے اندر ایک نئی سوچ پیدا کرائی نئی سوچ کہ کچھ اور کرنا ہے لڑائی سے تو</w:t>
      </w:r>
    </w:p>
    <w:p>
      <w:r>
        <w:rPr>
          <w:b/>
        </w:rPr>
        <w:t xml:space="preserve">[18:23] </w:t>
      </w:r>
      <w:r>
        <w:t>kuch mila lein larai se to kuch mila lein first world war mein bhi Germany shamil tha second</w:t>
      </w:r>
    </w:p>
    <w:p>
      <w:pPr>
        <w:jc w:val="right"/>
      </w:pPr>
      <w:r>
        <w:t>کچھ ملا لیں لڑائی سے تو کچھ ملا لیں first world war میں بھی جرمنی شامل تھا سیکنڈ</w:t>
      </w:r>
    </w:p>
    <w:p>
      <w:r>
        <w:rPr>
          <w:b/>
        </w:rPr>
        <w:t xml:space="preserve">[18:31] </w:t>
      </w:r>
      <w:r>
        <w:t>world war mein bhi Germany shamil tha magar Germany ko kuch mila lein to Allah taala ne aik</w:t>
      </w:r>
    </w:p>
    <w:p>
      <w:pPr>
        <w:jc w:val="right"/>
      </w:pPr>
      <w:r>
        <w:t>world war میں بھی جرمنی شامل تھا مگر جرمنی کو کچھ ملا لیں تو اللہ تعالیٰ نے ایک</w:t>
      </w:r>
    </w:p>
    <w:p>
      <w:r>
        <w:rPr>
          <w:b/>
        </w:rPr>
        <w:t xml:space="preserve">[18:38] </w:t>
      </w:r>
      <w:r>
        <w:t>tarah ka shock treatment kar ke German qaum ke andar aik soch paida ki aap kisi printing press</w:t>
      </w:r>
    </w:p>
    <w:p>
      <w:pPr>
        <w:jc w:val="right"/>
      </w:pPr>
      <w:r>
        <w:t>طرح کا shock treatment کر کے جرمن قوم کے اندر ایک سوچ پیدا کی آپ کسی printing press</w:t>
      </w:r>
    </w:p>
    <w:p>
      <w:r>
        <w:rPr>
          <w:b/>
        </w:rPr>
        <w:t xml:space="preserve">[18:46] </w:t>
      </w:r>
      <w:r>
        <w:t>walay se miliye is se to sab se ziyada printing technology ko taraqqi dene mein Germany ka hath</w:t>
      </w:r>
    </w:p>
    <w:p>
      <w:pPr>
        <w:jc w:val="right"/>
      </w:pPr>
      <w:r>
        <w:t>والے سے ملیے اس سے تو سب سے زیادہ printing technology کو ترقی دینے میں جرمنی کا ہاتھ</w:t>
      </w:r>
    </w:p>
    <w:p>
      <w:r>
        <w:rPr>
          <w:b/>
        </w:rPr>
        <w:t xml:space="preserve">[18:54] </w:t>
      </w:r>
      <w:r>
        <w:t>hai is daur mein jo modern technique hai modern technology hai chhapayi ki to chhapayi ki poori technology</w:t>
      </w:r>
    </w:p>
    <w:p>
      <w:pPr>
        <w:jc w:val="right"/>
      </w:pPr>
      <w:r>
        <w:t>ہے اس دور میں جو modern technique ہے modern technology ہے چھپائی کی تو چھپائی کی پوری technology</w:t>
      </w:r>
    </w:p>
    <w:p>
      <w:r>
        <w:rPr>
          <w:b/>
        </w:rPr>
        <w:t xml:space="preserve">[19:02] </w:t>
      </w:r>
      <w:r>
        <w:t>ko sab se ziyada develop karne mein hath hai Germany ka goya Allah taala ne manage kiya forcefully</w:t>
      </w:r>
    </w:p>
    <w:p>
      <w:pPr>
        <w:jc w:val="right"/>
      </w:pPr>
      <w:r>
        <w:t>کو سب سے زیادہ develop کرنے میں ہاتھ ہے جرمنی کا گویا اللہ تعالیٰ نے manage کیا forcefully</w:t>
      </w:r>
    </w:p>
    <w:p>
      <w:r>
        <w:rPr>
          <w:b/>
        </w:rPr>
        <w:t xml:space="preserve">[19:09] </w:t>
      </w:r>
      <w:r>
        <w:t>Germany ko idhar ghumaya idhar divert kiya yeh kaam karo yeh kaam karo to yeh sab kyun hua</w:t>
      </w:r>
    </w:p>
    <w:p>
      <w:pPr>
        <w:jc w:val="right"/>
      </w:pPr>
      <w:r>
        <w:t>جرمنی کو ادھر گھمایا ادھر divert کیا یہ کام کرو یہ کام کرو تو یہ سب کیوں ہوا</w:t>
      </w:r>
    </w:p>
    <w:p>
      <w:r>
        <w:rPr>
          <w:b/>
        </w:rPr>
        <w:t xml:space="preserve">[19:17] </w:t>
      </w:r>
      <w:r>
        <w:t>modern communication modern printing press modern civilization modern education modern openness waghera waghera yeh jo naye jo naye</w:t>
      </w:r>
    </w:p>
    <w:p>
      <w:pPr>
        <w:jc w:val="right"/>
      </w:pPr>
      <w:r>
        <w:t>modern communication modern printing press modern civilization modern education modern openness وغیرہ وغیرہ یہ جو نئے جو نئے</w:t>
      </w:r>
    </w:p>
    <w:p>
      <w:r>
        <w:rPr>
          <w:b/>
        </w:rPr>
        <w:t xml:space="preserve">[19:25] </w:t>
      </w:r>
      <w:r>
        <w:t>daur mein cheezein maujood aayin hain in ka pehla istemal yeh hai ke Quran ko logon ki qabil</w:t>
      </w:r>
    </w:p>
    <w:p>
      <w:pPr>
        <w:jc w:val="right"/>
      </w:pPr>
      <w:r>
        <w:t>دور میں چیزیں موجود آئیں ہیں ان کا پہلا استعمال یہ ہے کہ قرآن کو لوگوں کی قابل</w:t>
      </w:r>
    </w:p>
    <w:p>
      <w:r>
        <w:rPr>
          <w:b/>
        </w:rPr>
        <w:t xml:space="preserve">[19:32] </w:t>
      </w:r>
      <w:r>
        <w:t>fehm zaban mein yani is ka translation is ka tarjuma tayyar kiya jaye bohat achhe andaaz mein aur</w:t>
      </w:r>
    </w:p>
    <w:p>
      <w:pPr>
        <w:jc w:val="right"/>
      </w:pPr>
      <w:r>
        <w:t>فہم زبان میں یعنی اس کا translation اس کا ترجمہ تیار کیا جائے بہت اچھے انداز میں اور</w:t>
      </w:r>
    </w:p>
    <w:p>
      <w:r>
        <w:rPr>
          <w:b/>
        </w:rPr>
        <w:t xml:space="preserve">[19:40] </w:t>
      </w:r>
      <w:r>
        <w:t>phir logon tak pohanchaya jaye yeh hai zalikal kitabularafiina hudallilmuttaqin yani woh kitab jo jo logon</w:t>
      </w:r>
    </w:p>
    <w:p>
      <w:pPr>
        <w:jc w:val="right"/>
      </w:pPr>
      <w:r>
        <w:t>پھر لوگوں تک پہنچایا جائے یہ ہے ذٰلِكَ الْكِتَابُ الْأَرَافِّيْنَ هُدًى لِلْمُتَّقِينَ یعنی وہ کتاب جو جو لوگوں</w:t>
      </w:r>
    </w:p>
    <w:p>
      <w:r>
        <w:rPr>
          <w:b/>
        </w:rPr>
        <w:t xml:space="preserve">[19:48] </w:t>
      </w:r>
      <w:r>
        <w:t>ke liye kitab muntazir thi yani log jis kitab ka intezar kar rahe the fitrat ke taur par</w:t>
      </w:r>
    </w:p>
    <w:p>
      <w:pPr>
        <w:jc w:val="right"/>
      </w:pPr>
      <w:r>
        <w:t>کے لیے کتاب منتظر تھی یعنی لوگ جس کتاب کا انتظار کر رہے تھے فطرت کے طور پر</w:t>
      </w:r>
    </w:p>
    <w:p>
      <w:r>
        <w:rPr>
          <w:b/>
        </w:rPr>
        <w:t xml:space="preserve">[19:56] </w:t>
      </w:r>
      <w:r>
        <w:t>consciously ya unconsciously to is kitab ko har qaum ki zaban mein tayyar karna aur har qaum tak</w:t>
      </w:r>
    </w:p>
    <w:p>
      <w:pPr>
        <w:jc w:val="right"/>
      </w:pPr>
      <w:r>
        <w:t>consciously یا unconsciously تو اس کتاب کو ہر قوم کی زبان میں تیار کرنا اور ہر قوم تک</w:t>
      </w:r>
    </w:p>
    <w:p>
      <w:r>
        <w:rPr>
          <w:b/>
        </w:rPr>
        <w:t xml:space="preserve">[20:03] </w:t>
      </w:r>
      <w:r>
        <w:t>pohanchana Quran mein dekhiye surah saff hai surah saff mein aik bari ajeeb ayat hai ke ya ayyuhal</w:t>
      </w:r>
    </w:p>
    <w:p>
      <w:pPr>
        <w:jc w:val="right"/>
      </w:pPr>
      <w:r>
        <w:t>پہنچانا قرآن میں دیکھیے سورہ الصف ہے سورہ الصف میں ایک بڑی عجیب آیت ہے کہ يَا أَيُّهَا</w:t>
      </w:r>
    </w:p>
    <w:p>
      <w:r>
        <w:rPr>
          <w:b/>
        </w:rPr>
        <w:t xml:space="preserve">[20:11] </w:t>
      </w:r>
      <w:r>
        <w:t>ladheena amanu kunu ansarallahi kama qala yasun mariyam lilhawarin man ansari lillah is ayat ka par ghor</w:t>
      </w:r>
    </w:p>
    <w:p>
      <w:pPr>
        <w:jc w:val="right"/>
      </w:pPr>
      <w:r>
        <w:t>الَّذِينَ آمَنُوا كُونُوا أَنْصَارَ اللَّهِ كَمَا قَالَ يَسَوْنُ مَرِيَمْ لِلْهَوَارِينَ مَنْ أَنْصَارِي لِلَّهِ اس آیت کا پر غور</w:t>
      </w:r>
    </w:p>
    <w:p>
      <w:r>
        <w:rPr>
          <w:b/>
        </w:rPr>
        <w:t xml:space="preserve">[20:19] </w:t>
      </w:r>
      <w:r>
        <w:t>kijiye to aik anokha message is ke andar hai ke aye ahle iman tum tum Christian ke pattern</w:t>
      </w:r>
    </w:p>
    <w:p>
      <w:pPr>
        <w:jc w:val="right"/>
      </w:pPr>
      <w:r>
        <w:t>کیجیے تو ایک انوکھا message اس کے اندر ہے کہ اے اہل ایمان تم تم Christian کے pattern</w:t>
      </w:r>
    </w:p>
    <w:p>
      <w:r>
        <w:rPr>
          <w:b/>
        </w:rPr>
        <w:t xml:space="preserve">[20:26] </w:t>
      </w:r>
      <w:r>
        <w:t>ko follow karo kaisi ajeeb baat hai yeh yani jis tarah se Christian ansar bane hain ansar Allah</w:t>
      </w:r>
    </w:p>
    <w:p>
      <w:pPr>
        <w:jc w:val="right"/>
      </w:pPr>
      <w:r>
        <w:t>کو follow کرو کیسی عجیب بات ہے یہ یعنی جس طرح سے Christian انصار بنے ہیں انصار اللہ</w:t>
      </w:r>
    </w:p>
    <w:p>
      <w:r>
        <w:rPr>
          <w:b/>
        </w:rPr>
        <w:t xml:space="preserve">[20:34] </w:t>
      </w:r>
      <w:r>
        <w:t>tum bhi is tarah ansar Allah bano to ahle ahle iman ke paas deen to maujood hai authentic</w:t>
      </w:r>
    </w:p>
    <w:p>
      <w:pPr>
        <w:jc w:val="right"/>
      </w:pPr>
      <w:r>
        <w:t>تم بھی اس طرح انصار اللہ بنو تو اہل اہل ایمان کے پاس دین تو موجود ہے authentic</w:t>
      </w:r>
    </w:p>
    <w:p>
      <w:r>
        <w:rPr>
          <w:b/>
        </w:rPr>
        <w:t xml:space="preserve">[20:42] </w:t>
      </w:r>
      <w:r>
        <w:t>deen deen ke mamle mein unhein kisi ki follow nahi karna hai deen ka jo version hai woh</w:t>
      </w:r>
    </w:p>
    <w:p>
      <w:pPr>
        <w:jc w:val="right"/>
      </w:pPr>
      <w:r>
        <w:t>دین دین کے معاملے میں انہیں کسی کی follow نہیں کرنا ہے دین کا جو version ہے وہ</w:t>
      </w:r>
    </w:p>
    <w:p>
      <w:r>
        <w:rPr>
          <w:b/>
        </w:rPr>
        <w:t xml:space="preserve">[20:50] </w:t>
      </w:r>
      <w:r>
        <w:t>ummat e muslema ke paas most authentic shakal mein hai lekin yeh jo kaam hai jis ka taalluq method</w:t>
      </w:r>
    </w:p>
    <w:p>
      <w:pPr>
        <w:jc w:val="right"/>
      </w:pPr>
      <w:r>
        <w:t>امت مسلمہ کے پاس most authentic شکل میں ہے لیکن یہ جو کام ہے جس کا تعلق method</w:t>
      </w:r>
    </w:p>
    <w:p>
      <w:r>
        <w:rPr>
          <w:b/>
        </w:rPr>
        <w:t xml:space="preserve">[20:57] </w:t>
      </w:r>
      <w:r>
        <w:t>se hai tareeqa kar se hai is mein ummat e muslema kisi wajah se peechay ho gayi maujooda zamanay</w:t>
      </w:r>
    </w:p>
    <w:p>
      <w:pPr>
        <w:jc w:val="right"/>
      </w:pPr>
      <w:r>
        <w:t>سے ہے طریقہ کار سے ہے اس میں امت مسلمہ کسی وجہ سے پیچھے ہو گئی موجودہ زمانے</w:t>
      </w:r>
    </w:p>
    <w:p>
      <w:r>
        <w:rPr>
          <w:b/>
        </w:rPr>
        <w:t xml:space="preserve">[21:05] </w:t>
      </w:r>
      <w:r>
        <w:t>mein ummat e muslema kisi wajah se tareeqa kar ke maamlay mein peechay ho gayi to doosri qaumain agay</w:t>
      </w:r>
    </w:p>
    <w:p>
      <w:pPr>
        <w:jc w:val="right"/>
      </w:pPr>
      <w:r>
        <w:t>میں امت مسلمہ کسی وجہ سے طریقہ کار کے معاملے میں پیچھے ہو گئی تو دوسری قومیں آگے</w:t>
      </w:r>
    </w:p>
    <w:p>
      <w:r>
        <w:rPr>
          <w:b/>
        </w:rPr>
        <w:t xml:space="preserve">[21:13] </w:t>
      </w:r>
      <w:r>
        <w:t>barh gayeen mislan germany agay barh gaya painting technology ki taraqqi denay mein jo ke Christian country hai</w:t>
      </w:r>
    </w:p>
    <w:p>
      <w:pPr>
        <w:jc w:val="right"/>
      </w:pPr>
      <w:r>
        <w:t>بڑھ گئیں مثلاً جرمنی آگے بڑھ گیا painting technology کی ترقی دینے میں جو کہ Christian country ہے</w:t>
      </w:r>
    </w:p>
    <w:p>
      <w:r>
        <w:rPr>
          <w:b/>
        </w:rPr>
        <w:t xml:space="preserve">[21:20] </w:t>
      </w:r>
      <w:r>
        <w:t>to yahan yeh bataya gaya hai ke aay ummat e muslema tumharay paas Khuda ki hidayaat ka authentic version</w:t>
      </w:r>
    </w:p>
    <w:p>
      <w:pPr>
        <w:jc w:val="right"/>
      </w:pPr>
      <w:r>
        <w:t>تو یہاں یہ بتایا گیا ہے کہ اے امت مسلمہ تمہارے پاس خدا کی ہدایت کا authentic version</w:t>
      </w:r>
    </w:p>
    <w:p>
      <w:r>
        <w:rPr>
          <w:b/>
        </w:rPr>
        <w:t xml:space="preserve">[21:28] </w:t>
      </w:r>
      <w:r>
        <w:t>hai is mein koi shakk nahi tum tareeqa kar lo Christian se tareeqa kar ka jo model hai</w:t>
      </w:r>
    </w:p>
    <w:p>
      <w:pPr>
        <w:jc w:val="right"/>
      </w:pPr>
      <w:r>
        <w:t>ہے اس میں کوئی شک نہیں تم طریقہ کار لو Christian سے طریقہ کار کا جو model ہے</w:t>
      </w:r>
    </w:p>
    <w:p>
      <w:r>
        <w:rPr>
          <w:b/>
        </w:rPr>
        <w:t xml:space="preserve">[21:36] </w:t>
      </w:r>
      <w:r>
        <w:t>woh is ko Christian se lo aur Quran ko phailao khoob phailao khoob phailao to is tarah ki</w:t>
      </w:r>
    </w:p>
    <w:p>
      <w:pPr>
        <w:jc w:val="right"/>
      </w:pPr>
      <w:r>
        <w:t>وہ اس کو Christian سے لو اور قرآن کو پھیلاؤ خوب پھیلاؤ خوب پھیلاؤ تو اس طرح کی</w:t>
      </w:r>
    </w:p>
    <w:p>
      <w:r>
        <w:rPr>
          <w:b/>
        </w:rPr>
        <w:t xml:space="preserve">[21:44] </w:t>
      </w:r>
      <w:r>
        <w:t>jo aayaten hain ya hadithain hain un par ghaur karne se yeh samajh mein aata hai ke is</w:t>
      </w:r>
    </w:p>
    <w:p>
      <w:pPr>
        <w:jc w:val="right"/>
      </w:pPr>
      <w:r>
        <w:t>جو آیتیں ہیں یا حدیثیں ہیں ان پر غور کرنے سے یہ سمجھ میں آتا ہے کہ اس</w:t>
      </w:r>
    </w:p>
    <w:p>
      <w:r>
        <w:rPr>
          <w:b/>
        </w:rPr>
        <w:t xml:space="preserve">[21:51] </w:t>
      </w:r>
      <w:r>
        <w:t>waqt musalmanon ke ko wahi kaam bohat baray peemanay par karna hai jo already Christian kar rahay hain</w:t>
      </w:r>
    </w:p>
    <w:p>
      <w:pPr>
        <w:jc w:val="right"/>
      </w:pPr>
      <w:r>
        <w:t>وقت مسلمانوں کے کو وہی کام بہت بڑے پیمانے پر کرنا ہے جو already Christian کر رہے ہیں</w:t>
      </w:r>
    </w:p>
    <w:p>
      <w:r>
        <w:rPr>
          <w:b/>
        </w:rPr>
        <w:t xml:space="preserve">[21:59] </w:t>
      </w:r>
      <w:r>
        <w:t>Christian jo hain dunya ki tamam zabanon mein unhon ne bible ki tarjumay kiye bohat achhay andaaz mein</w:t>
      </w:r>
    </w:p>
    <w:p>
      <w:pPr>
        <w:jc w:val="right"/>
      </w:pPr>
      <w:r>
        <w:t>Christian جو ہیں دنیا کی تمام زبانوں میں انہوں نے بائبل کی ترجمے کیے بہت اچھے انداز میں</w:t>
      </w:r>
    </w:p>
    <w:p>
      <w:r>
        <w:rPr>
          <w:b/>
        </w:rPr>
        <w:t xml:space="preserve">[22:07] </w:t>
      </w:r>
      <w:r>
        <w:t>in tarjumon ko chhapa aur bohat hi aala mayar par sab ko poori dunya mein pohancha rahay hain</w:t>
      </w:r>
    </w:p>
    <w:p>
      <w:pPr>
        <w:jc w:val="right"/>
      </w:pPr>
      <w:r>
        <w:t>ان ترجموں کو چھاپا اور بہت ہی اعلیٰ معیار پر سب کو پوری دنیا میں پہنچا رہے ہیں</w:t>
      </w:r>
    </w:p>
    <w:p>
      <w:r>
        <w:rPr>
          <w:b/>
        </w:rPr>
        <w:t xml:space="preserve">[22:14] </w:t>
      </w:r>
      <w:r>
        <w:t>sirf yeh saada baat nahi hai Christian yeh kaam kaise kar paye yeh kaam Christian kaise kar paye</w:t>
      </w:r>
    </w:p>
    <w:p>
      <w:pPr>
        <w:jc w:val="right"/>
      </w:pPr>
      <w:r>
        <w:t>صرف یہ سادہ بات نہیں ہے Christian یہ کام کیسے کر پائے یہ کام Christian کیسے کر پائے</w:t>
      </w:r>
    </w:p>
    <w:p>
      <w:r>
        <w:rPr>
          <w:b/>
        </w:rPr>
        <w:t xml:space="preserve">[22:22] </w:t>
      </w:r>
      <w:r>
        <w:t>is ka jawab hai Vatican yani aap jantay hain ke is se pehlay Pope jo hai saray Europe</w:t>
      </w:r>
    </w:p>
    <w:p>
      <w:pPr>
        <w:jc w:val="right"/>
      </w:pPr>
      <w:r>
        <w:t>اس کا جواب ہے Vatican یعنی آپ جانتے ہیں کہ اس سے پہلے Pope جو ہے سارے یورپ</w:t>
      </w:r>
    </w:p>
    <w:p>
      <w:r>
        <w:rPr>
          <w:b/>
        </w:rPr>
        <w:t xml:space="preserve">[22:30] </w:t>
      </w:r>
      <w:r>
        <w:t>ka uncrowned king mana jata tha Pope ka hukum chalta tha poori Europe mein jo ke Christian bar-e-azam</w:t>
      </w:r>
    </w:p>
    <w:p>
      <w:pPr>
        <w:jc w:val="right"/>
      </w:pPr>
      <w:r>
        <w:t>کا uncrowned king مانا جاتا تھا Pope کا حکم چلتا تھا پوری یورپ میں جو کہ Christian براعظم</w:t>
      </w:r>
    </w:p>
    <w:p>
      <w:r>
        <w:rPr>
          <w:b/>
        </w:rPr>
        <w:t xml:space="preserve">[22:38] </w:t>
      </w:r>
      <w:r>
        <w:t>hai to aisay halaat paida huay ke Pope ko apna takht chhodna para Rome mein abhi bhi Pope</w:t>
      </w:r>
    </w:p>
    <w:p>
      <w:pPr>
        <w:jc w:val="right"/>
      </w:pPr>
      <w:r>
        <w:t>ہے تو ایسے حالات پیدا ہوئے کہ Pope کو اپنا تخت چھوڑنا پڑا روم میں ابھی بھی Pope</w:t>
      </w:r>
    </w:p>
    <w:p>
      <w:r>
        <w:rPr>
          <w:b/>
        </w:rPr>
        <w:t xml:space="preserve">[22:45] </w:t>
      </w:r>
      <w:r>
        <w:t>ka mahal hai mein is pe gaya hoon to mein ne dekha hai aik bohat bara bohat bari</w:t>
      </w:r>
    </w:p>
    <w:p>
      <w:pPr>
        <w:jc w:val="right"/>
      </w:pPr>
      <w:r>
        <w:t>کا محل ہے میں اس پہ گیا ہوں تو میں نے دیکھا ہے ایک بہت بڑا بہت بڑی</w:t>
      </w:r>
    </w:p>
    <w:p>
      <w:r>
        <w:rPr>
          <w:b/>
        </w:rPr>
        <w:t xml:space="preserve">[22:53] </w:t>
      </w:r>
      <w:r>
        <w:t>building hai jo Pope ka mahal samjha jata hai is pe Pope hota tha pehlay aur saray Europe</w:t>
      </w:r>
    </w:p>
    <w:p>
      <w:pPr>
        <w:jc w:val="right"/>
      </w:pPr>
      <w:r>
        <w:t>بلڈنگ ہے جو Pope کا محل سمجھا جاتا ہے اس پہ Pope ہوتا تھا پہلے اور سارے یورپ</w:t>
      </w:r>
    </w:p>
    <w:p>
      <w:r>
        <w:rPr>
          <w:b/>
        </w:rPr>
        <w:t xml:space="preserve">[23:01] </w:t>
      </w:r>
      <w:r>
        <w:t>peh rule karta tha woh lekin Mussolini ke zamanay mein aisay asbab paida huay ke Pope ko chhodna</w:t>
      </w:r>
    </w:p>
    <w:p>
      <w:pPr>
        <w:jc w:val="right"/>
      </w:pPr>
      <w:r>
        <w:t>پہ rule کرتا تھا وہ لیکن مسولونی کے زمانے میں ایسے اسباب پیدا ہوئے کہ Pope کو چھوڑنا</w:t>
      </w:r>
    </w:p>
    <w:p>
      <w:r>
        <w:rPr>
          <w:b/>
        </w:rPr>
        <w:t xml:space="preserve">[23:08] </w:t>
      </w:r>
      <w:r>
        <w:t>para apna mahal chhodna para is waqt jo government thi us ne yeh offer diya ke Vatican asal</w:t>
      </w:r>
    </w:p>
    <w:p>
      <w:pPr>
        <w:jc w:val="right"/>
      </w:pPr>
      <w:r>
        <w:t>پڑا اپنا محل چھوڑنا پڑا اس وقت جو government تھی اس نے یہ آفر دیا کہ Vatican اصل</w:t>
      </w:r>
    </w:p>
    <w:p>
      <w:r>
        <w:rPr>
          <w:b/>
        </w:rPr>
        <w:t xml:space="preserve">[23:16] </w:t>
      </w:r>
      <w:r>
        <w:t>mein pehlay tha aik aik church jo aik so das acre zameen pe phaila hua tha yani koi</w:t>
      </w:r>
    </w:p>
    <w:p>
      <w:pPr>
        <w:jc w:val="right"/>
      </w:pPr>
      <w:r>
        <w:t>میں پہلے تھا ایک ایک چرچ جو ایک سو دس ایکڑ زمین پہ پھیلا ہوا تھا یعنی کوئی</w:t>
      </w:r>
    </w:p>
    <w:p>
      <w:r>
        <w:rPr>
          <w:b/>
        </w:rPr>
        <w:t xml:space="preserve">[23:24] </w:t>
      </w:r>
      <w:r>
        <w:t>bara nahi tha ziyada bas aik so das acre zameen mein tha woh Vatican pehlay se is ka</w:t>
      </w:r>
    </w:p>
    <w:p>
      <w:pPr>
        <w:jc w:val="right"/>
      </w:pPr>
      <w:r>
        <w:t>بڑا نہیں تھا زیادہ بس ایک سو دس ایکڑ زمین میں تھا وہ Vatican پہلے سے اس کا</w:t>
      </w:r>
    </w:p>
    <w:p>
      <w:r>
        <w:rPr>
          <w:b/>
        </w:rPr>
        <w:t xml:space="preserve">[23:32] </w:t>
      </w:r>
      <w:r>
        <w:t>naam yahi tha to Pope political dabao ke tehat raazi ho gaya ke woh Vatican mein apna dayra</w:t>
      </w:r>
    </w:p>
    <w:p>
      <w:pPr>
        <w:jc w:val="right"/>
      </w:pPr>
      <w:r>
        <w:t>نام یہی تھا تو Pope political دباؤ کے تحت راضی ہو گیا کہ وہ Vatican میں اپنا دائرہ</w:t>
      </w:r>
    </w:p>
    <w:p>
      <w:r>
        <w:rPr>
          <w:b/>
        </w:rPr>
        <w:t xml:space="preserve">[23:39] </w:t>
      </w:r>
      <w:r>
        <w:t>sameyt le gaye kiya jo unhon ne sameyt liya ab Vatican jo hai is dunya ki sab se</w:t>
      </w:r>
    </w:p>
    <w:p>
      <w:pPr>
        <w:jc w:val="right"/>
      </w:pPr>
      <w:r>
        <w:t>سمیٹ لے گئے کیا جو انہوں نے سمیٹ لیا اب Vatican جو ہے اس دنیا کی سب سے</w:t>
      </w:r>
    </w:p>
    <w:p>
      <w:r>
        <w:rPr>
          <w:b/>
        </w:rPr>
        <w:t xml:space="preserve">[23:47] </w:t>
      </w:r>
      <w:r>
        <w:t>chhoti state hai jis ka raqba sirf aik so das acre hai wahi Pope ka ki saltanat hai</w:t>
      </w:r>
    </w:p>
    <w:p>
      <w:pPr>
        <w:jc w:val="right"/>
      </w:pPr>
      <w:r>
        <w:t>چھوٹی state ہے جس کا رقبہ صرف ایک سو دس ایکڑ ہے وہی Pope کا کی سلطنت ہے</w:t>
      </w:r>
    </w:p>
    <w:p>
      <w:r>
        <w:rPr>
          <w:b/>
        </w:rPr>
        <w:t xml:space="preserve">[23:55] </w:t>
      </w:r>
      <w:r>
        <w:t>rohani saltanat to jab aisa kiya unhon ne tab ja kar ke unhein moqa mila warna larai bhirayee</w:t>
      </w:r>
    </w:p>
    <w:p>
      <w:pPr>
        <w:jc w:val="right"/>
      </w:pPr>
      <w:r>
        <w:t>روحانی سلطنت تو جب ایسا کیا انہوں نے تب جا کر کے انہیں موقع ملا ورنہ لڑائی بھڑائی</w:t>
      </w:r>
    </w:p>
    <w:p>
      <w:r>
        <w:rPr>
          <w:b/>
        </w:rPr>
        <w:t xml:space="preserve">[24:02] </w:t>
      </w:r>
      <w:r>
        <w:t>takrao chal hi rehti thi agar Pope jo hai yeh kehta ke nahi hum to Europe ke rural</w:t>
      </w:r>
    </w:p>
    <w:p>
      <w:pPr>
        <w:jc w:val="right"/>
      </w:pPr>
      <w:r>
        <w:t>ٹکراؤ چل ہی رہتی تھی اگر Pope جو ہے یہ کہتا کہ نہیں ہم تو یورپ کے rural</w:t>
      </w:r>
    </w:p>
    <w:p>
      <w:r>
        <w:rPr>
          <w:b/>
        </w:rPr>
        <w:t xml:space="preserve">[24:10] </w:t>
      </w:r>
      <w:r>
        <w:t>hain hum Pope uncrowned king hai Europe ka hum apni hukumat ko baqi rakhen ge to Allah taala</w:t>
      </w:r>
    </w:p>
    <w:p>
      <w:pPr>
        <w:jc w:val="right"/>
      </w:pPr>
      <w:r>
        <w:t>ہیں ہم Pope uncrowned king ہے یورپ کا ہم اپنی حکومت کو باقی رکھیں گے تو اللہ تعالیٰ</w:t>
      </w:r>
    </w:p>
    <w:p>
      <w:r>
        <w:rPr>
          <w:b/>
        </w:rPr>
        <w:t xml:space="preserve">[24:18] </w:t>
      </w:r>
      <w:r>
        <w:t>ne Christian ko bohat ajeeb o ghareeb tor par yeh aqal di yeh aqal mein samajhta hoon ke</w:t>
      </w:r>
    </w:p>
    <w:p>
      <w:pPr>
        <w:jc w:val="right"/>
      </w:pPr>
      <w:r>
        <w:t>نے Christian کو بہت عجیب و غریب طور پر یہ عقل دی یہ عقل میں سمجھتا ہوں کہ</w:t>
      </w:r>
    </w:p>
    <w:p>
      <w:r>
        <w:rPr>
          <w:b/>
        </w:rPr>
        <w:t xml:space="preserve">[24:26] </w:t>
      </w:r>
      <w:r>
        <w:t>Allah ki taraf se aai saada baat nahi hai yeh kyunke yeh moqa tha Musalmanon ke liye bhi</w:t>
      </w:r>
    </w:p>
    <w:p>
      <w:pPr>
        <w:jc w:val="right"/>
      </w:pPr>
      <w:r>
        <w:t>اللہ کی طرف سے آئی سادہ بات نہیں ہے یہ کیونکہ یہ موقع تھا مسلمانوں کے لیے بھی</w:t>
      </w:r>
    </w:p>
    <w:p>
      <w:r>
        <w:rPr>
          <w:b/>
        </w:rPr>
        <w:t xml:space="preserve">[24:33] </w:t>
      </w:r>
      <w:r>
        <w:t>Turkey mein Khalifa hua karta tha Musalmanon ka to us ke liye bhi yeh moqa tha ke woh</w:t>
      </w:r>
    </w:p>
    <w:p>
      <w:pPr>
        <w:jc w:val="right"/>
      </w:pPr>
      <w:r>
        <w:t>ترکی میں خلیفہ ہوا کرتا تھا مسلمانوں کا تو اس کے لیے بھی یہ موقع تھا کہ وہ</w:t>
      </w:r>
    </w:p>
    <w:p>
      <w:r>
        <w:rPr>
          <w:b/>
        </w:rPr>
        <w:t xml:space="preserve">[24:41] </w:t>
      </w:r>
      <w:r>
        <w:t>raazi ho jaye mislan Qustuntuniya par raazi ho jaye woh yani Vatican jo hai jiska aik hai</w:t>
      </w:r>
    </w:p>
    <w:p>
      <w:pPr>
        <w:jc w:val="right"/>
      </w:pPr>
      <w:r>
        <w:t>راضی ہو جائے مثلاً قسطنطنیہ پر راضی ہو جائے وہ یعنی Vatican جو ہے جس کا ایک ہے</w:t>
      </w:r>
    </w:p>
    <w:p>
      <w:r>
        <w:rPr>
          <w:b/>
        </w:rPr>
        <w:t xml:space="preserve">[24:49] </w:t>
      </w:r>
      <w:r>
        <w:t>chhota sa area aisi Qustuntuniya bhi chhota sa area hai to agar Khalifa raazi ho jata ke hum</w:t>
      </w:r>
    </w:p>
    <w:p>
      <w:pPr>
        <w:jc w:val="right"/>
      </w:pPr>
      <w:r>
        <w:t>چھوٹا سا ایریا ایسی قسطنطنیہ بھی چھوٹا سا ایریا ہے تو اگر خلیفہ راضی ہو جاتا کہ ہم</w:t>
      </w:r>
    </w:p>
    <w:p>
      <w:r>
        <w:rPr>
          <w:b/>
        </w:rPr>
        <w:t xml:space="preserve">[24:56] </w:t>
      </w:r>
      <w:r>
        <w:t>Qustuntuniya ko apna ilaqa banayen ge baqi tumhare hawale to aaj Khalifa ka title maujood hota jis tarah</w:t>
      </w:r>
    </w:p>
    <w:p>
      <w:pPr>
        <w:jc w:val="right"/>
      </w:pPr>
      <w:r>
        <w:t>قسطنطنیہ کو اپنا علاقہ بنائیں گے باقی تمہارے حوالے تو آج خلیفہ کا ٹائٹل موجود ہوتا جس طرح</w:t>
      </w:r>
    </w:p>
    <w:p>
      <w:r>
        <w:rPr>
          <w:b/>
        </w:rPr>
        <w:t xml:space="preserve">[25:04] </w:t>
      </w:r>
      <w:r>
        <w:t>se Pope ka title maujood hai Pope aik tareekhi title hai uske andar tareekhi azmaten hain us</w:t>
      </w:r>
    </w:p>
    <w:p>
      <w:pPr>
        <w:jc w:val="right"/>
      </w:pPr>
      <w:r>
        <w:t>سے Pope کا ٹائٹل موجود ہے Pope ایک تاریخی ٹائٹل ہے اس کے اندر تاریخی عظمتیں ہیں اس</w:t>
      </w:r>
    </w:p>
    <w:p>
      <w:r>
        <w:rPr>
          <w:b/>
        </w:rPr>
        <w:t xml:space="preserve">[25:12] </w:t>
      </w:r>
      <w:r>
        <w:t>title ke andar to Christian ka jo bara padri tha woh raazi ho gaya ke chalo bhai hum</w:t>
      </w:r>
    </w:p>
    <w:p>
      <w:pPr>
        <w:jc w:val="right"/>
      </w:pPr>
      <w:r>
        <w:t>ٹائٹل کے اندر تو Christian کا جو بڑا پادری تھا وہ راضی ہو گیا کہ چلو بھئی ہم</w:t>
      </w:r>
    </w:p>
    <w:p>
      <w:r>
        <w:rPr>
          <w:b/>
        </w:rPr>
        <w:t xml:space="preserve">[25:20] </w:t>
      </w:r>
      <w:r>
        <w:t>Vatican mein apni saltanat banayen ge baqi sab tumhare hawale to Pope ko yani Christian ko moqa mila</w:t>
      </w:r>
    </w:p>
    <w:p>
      <w:pPr>
        <w:jc w:val="right"/>
      </w:pPr>
      <w:r>
        <w:t>Vatican میں اپنی سلطنت بنائیں گے باقی سب تمہارے حوالے تو Pope کو یعنی Christian کو موقع ملا</w:t>
      </w:r>
    </w:p>
    <w:p>
      <w:r>
        <w:rPr>
          <w:b/>
        </w:rPr>
        <w:t xml:space="preserve">[25:27] </w:t>
      </w:r>
      <w:r>
        <w:t>ke apna title mehfooz rakhe woh Pope ka title mehfooz rakhe ab kahi jata hai Pope kisi dunya</w:t>
      </w:r>
    </w:p>
    <w:p>
      <w:pPr>
        <w:jc w:val="right"/>
      </w:pPr>
      <w:r>
        <w:t>کہ اپنا ٹائٹل محفوظ رکھے وہ Pope کا ٹائٹل محفوظ رکھے اب کہی جاتا ہے Pope کسی دنیا</w:t>
      </w:r>
    </w:p>
    <w:p>
      <w:r>
        <w:rPr>
          <w:b/>
        </w:rPr>
        <w:t xml:space="preserve">[25:35] </w:t>
      </w:r>
      <w:r>
        <w:t>ke kisi mulk mein to wahan shor mach jata tha Pope aaya hai Pope aaya hai Pope aaya</w:t>
      </w:r>
    </w:p>
    <w:p>
      <w:pPr>
        <w:jc w:val="right"/>
      </w:pPr>
      <w:r>
        <w:t>کے کسی ملک میں تو وہاں شور مچ جاتا تھا Pope آیا ہے Pope آیا ہے Pope آیا</w:t>
      </w:r>
    </w:p>
    <w:p>
      <w:r>
        <w:rPr>
          <w:b/>
        </w:rPr>
        <w:t xml:space="preserve">[25:43] </w:t>
      </w:r>
      <w:r>
        <w:t>hai haalanke ab woh Pope jo tha pehle woh to khatam ho gaya aise hi wahan Musalmanon ke</w:t>
      </w:r>
    </w:p>
    <w:p>
      <w:pPr>
        <w:jc w:val="right"/>
      </w:pPr>
      <w:r>
        <w:t>ہے حالانکہ اب وہ Pope جو تھا پہلے وہ تو ختم ہو گیا ایسے ہی وہاں مسلمانوں کے</w:t>
      </w:r>
    </w:p>
    <w:p>
      <w:r>
        <w:rPr>
          <w:b/>
        </w:rPr>
        <w:t xml:space="preserve">[25:50] </w:t>
      </w:r>
      <w:r>
        <w:t>saath bhi hota agar unhon ne Khalifa ka title bachaya hota to jahan jate woh agarche unki</w:t>
      </w:r>
    </w:p>
    <w:p>
      <w:pPr>
        <w:jc w:val="right"/>
      </w:pPr>
      <w:r>
        <w:t>ساتھ بھی ہوتا اگر انہوں نے خلیفہ کا ٹائٹل بچایا ہوتا تو جہاں جاتے وہ اگرچہ ان کی</w:t>
      </w:r>
    </w:p>
    <w:p>
      <w:r>
        <w:rPr>
          <w:b/>
        </w:rPr>
        <w:t xml:space="preserve">[25:58] </w:t>
      </w:r>
      <w:r>
        <w:t>amaladari sirf Qustuntuniya mein hoti thi amaladari agarche hoti sirf Qustuntuniya mein jaise ke unki amaladari Vatican</w:t>
      </w:r>
    </w:p>
    <w:p>
      <w:pPr>
        <w:jc w:val="right"/>
      </w:pPr>
      <w:r>
        <w:t>عملداری صرف قسطنطنیہ میں ہوتی تھی عملداری اگرچہ ہوتی صرف قسطنطنیہ میں جیسے کہ ان کی عملداری Vatican</w:t>
      </w:r>
    </w:p>
    <w:p>
      <w:r>
        <w:rPr>
          <w:b/>
        </w:rPr>
        <w:t xml:space="preserve">[26:06] </w:t>
      </w:r>
      <w:r>
        <w:t>mein hai lekin jab Khalifa kahin jata to har jagah shor mach jata Khalifa aaya hai Khalifa aaya</w:t>
      </w:r>
    </w:p>
    <w:p>
      <w:pPr>
        <w:jc w:val="right"/>
      </w:pPr>
      <w:r>
        <w:t>میں ہے لیکن جب خلیفہ کہیں جاتا تو ہر جگہ شور مچ جاتا خلیفہ آیا ہے خلیفہ آیا</w:t>
      </w:r>
    </w:p>
    <w:p>
      <w:r>
        <w:rPr>
          <w:b/>
        </w:rPr>
        <w:t xml:space="preserve">[26:14] </w:t>
      </w:r>
      <w:r>
        <w:t>hai Khalifa aaya hai to Musalman is aqalmandi ko istemal na kar sake Christian ne isko istemal</w:t>
      </w:r>
    </w:p>
    <w:p>
      <w:pPr>
        <w:jc w:val="right"/>
      </w:pPr>
      <w:r>
        <w:t>ہے خلیفہ آیا ہے تو مسلمان اس عقلمندی کو استعمال نہ کر سکے Christian نے اس کو استعمال</w:t>
      </w:r>
    </w:p>
    <w:p>
      <w:r>
        <w:rPr>
          <w:b/>
        </w:rPr>
        <w:t xml:space="preserve">[26:21] </w:t>
      </w:r>
      <w:r>
        <w:t>kiya to Surah e Saf ki ayat mein yeh sari baaten mein samajhta hoon ke maujood hain ke tum</w:t>
      </w:r>
    </w:p>
    <w:p>
      <w:pPr>
        <w:jc w:val="right"/>
      </w:pPr>
      <w:r>
        <w:t>کیا تو سورہ الصف کی آیت میں یہ ساری باتیں میں سمجھتا ہوں کہ موجود ہیں کہ تم</w:t>
      </w:r>
    </w:p>
    <w:p>
      <w:r>
        <w:rPr>
          <w:b/>
        </w:rPr>
        <w:t xml:space="preserve">[26:29] </w:t>
      </w:r>
      <w:r>
        <w:t>bhi political ladai chhoro saath se takrao khatam karo aur empire ka taassur khatam karo aik mehdood ilaqa</w:t>
      </w:r>
    </w:p>
    <w:p>
      <w:pPr>
        <w:jc w:val="right"/>
      </w:pPr>
      <w:r>
        <w:t>بھی political لڑائی چھوڑو ساتھ سے ٹکراؤ ختم کرو اور empire کا تاثر ختم کرو ایک محدود علاقہ</w:t>
      </w:r>
    </w:p>
    <w:p>
      <w:r>
        <w:rPr>
          <w:b/>
        </w:rPr>
        <w:t xml:space="preserve">[26:37] </w:t>
      </w:r>
      <w:r>
        <w:t>jis tarah se Pope ne le liya Vatican ka tum bhi agar le lo mislan Qustuntuniya ko le</w:t>
      </w:r>
    </w:p>
    <w:p>
      <w:pPr>
        <w:jc w:val="right"/>
      </w:pPr>
      <w:r>
        <w:t>جس طرح سے Pope نے لے لیا Vatican کا تم بھی اگر لے لو مثلاً قسطنطنیہ کو لے</w:t>
      </w:r>
    </w:p>
    <w:p>
      <w:r>
        <w:rPr>
          <w:b/>
        </w:rPr>
        <w:t xml:space="preserve">[26:44] </w:t>
      </w:r>
      <w:r>
        <w:t>lo aur wahan par apna wahan se munazzam karkay dawat ko yani Quran ke phailane ka jo kaam</w:t>
      </w:r>
    </w:p>
    <w:p>
      <w:pPr>
        <w:jc w:val="right"/>
      </w:pPr>
      <w:r>
        <w:t>لو اور وہاں پر اپنا وہاں سے منظم کرکو دعوت کو یعنی قرآن کے پھیلانے کا جو کام</w:t>
      </w:r>
    </w:p>
    <w:p>
      <w:r>
        <w:rPr>
          <w:b/>
        </w:rPr>
        <w:t xml:space="preserve">[26:52] </w:t>
      </w:r>
      <w:r>
        <w:t>hai usko wahan se organize karo to Pope rehta hai Vatican mein chhote se ilaqe mein wahan</w:t>
      </w:r>
    </w:p>
    <w:p>
      <w:pPr>
        <w:jc w:val="right"/>
      </w:pPr>
      <w:r>
        <w:t>ہے اس کو وہاں سے organize کرو تو Pope رہتا ہے Vatican میں چھوٹے سے علاقے میں وہاں</w:t>
      </w:r>
    </w:p>
    <w:p>
      <w:r>
        <w:rPr>
          <w:b/>
        </w:rPr>
        <w:t xml:space="preserve">[27:00] </w:t>
      </w:r>
      <w:r>
        <w:t>se aalami satah par Bible ki nash o nishat ko woh manage kar raha hai tab yeh chal</w:t>
      </w:r>
    </w:p>
    <w:p>
      <w:pPr>
        <w:jc w:val="right"/>
      </w:pPr>
      <w:r>
        <w:t>سے عالمی سطح پر بائبل کی نشو و نشات کو وہ manage کر رہا ہے تب یہ چل</w:t>
      </w:r>
    </w:p>
    <w:p>
      <w:r>
        <w:rPr>
          <w:b/>
        </w:rPr>
        <w:t xml:space="preserve">[27:08] </w:t>
      </w:r>
      <w:r>
        <w:t>raha hai Christian ka jo yeh kaam chal raha hai aalami satah par Bible ki ishaat ka to</w:t>
      </w:r>
    </w:p>
    <w:p>
      <w:pPr>
        <w:jc w:val="right"/>
      </w:pPr>
      <w:r>
        <w:t>رہا ہے Christian کا جو یہ کام چل رہا ہے عالمی سطح پر بائبل کی اشاعت کا تو</w:t>
      </w:r>
    </w:p>
    <w:p>
      <w:r>
        <w:rPr>
          <w:b/>
        </w:rPr>
        <w:t xml:space="preserve">[27:15] </w:t>
      </w:r>
      <w:r>
        <w:t>woh Vatican se woh manage hota hai aise hi Quran ka mamla hota ke Khalifa ka title maujood</w:t>
      </w:r>
    </w:p>
    <w:p>
      <w:pPr>
        <w:jc w:val="right"/>
      </w:pPr>
      <w:r>
        <w:t>وہ Vatican سے وہ manage ہوتا ہے ایسے ہی قرآن کا معاملہ ہوتا کہ خلیفہ کا ٹائٹل موجود</w:t>
      </w:r>
    </w:p>
    <w:p>
      <w:r>
        <w:rPr>
          <w:b/>
        </w:rPr>
        <w:t xml:space="preserve">[27:23] </w:t>
      </w:r>
      <w:r>
        <w:t>hota farz kijiye ke qastunia mein is ka headquarter hota to qastunia se khalifa manage karta sari</w:t>
      </w:r>
    </w:p>
    <w:p>
      <w:pPr>
        <w:jc w:val="right"/>
      </w:pPr>
      <w:r>
        <w:t>ہوتا فرض کیجیے کہ قسطنطنیہ میں اس کا ہیڈ کوارٹر ہوتا تو قسطنطنیہ سے خلیفہ manage کرتا ساری</w:t>
      </w:r>
    </w:p>
    <w:p>
      <w:r>
        <w:rPr>
          <w:b/>
        </w:rPr>
        <w:t xml:space="preserve">[27:31] </w:t>
      </w:r>
      <w:r>
        <w:t>dunya mein islam ki ishaat ko quran ki ishaat ko likhe sab kuch wahan nahi to mein samajhta</w:t>
      </w:r>
    </w:p>
    <w:p>
      <w:pPr>
        <w:jc w:val="right"/>
      </w:pPr>
      <w:r>
        <w:t>دنیا میں اسلام کی اشاعت کو قرآن کی اشاعت کو لکھے سب کچھ وہاں نہیں تو میں سمجھتا</w:t>
      </w:r>
    </w:p>
    <w:p>
      <w:r>
        <w:rPr>
          <w:b/>
        </w:rPr>
        <w:t xml:space="preserve">[27:38] </w:t>
      </w:r>
      <w:r>
        <w:t>hoon ke quran mein surah saf ki jo ayat hai us mein is ka ishara hai ke tum</w:t>
      </w:r>
    </w:p>
    <w:p>
      <w:pPr>
        <w:jc w:val="right"/>
      </w:pPr>
      <w:r>
        <w:t>ہوں کہ قرآن میں سورہ الصف کی جو آیت ہے اس میں اس کا اشارہ ہے کہ تم</w:t>
      </w:r>
    </w:p>
    <w:p>
      <w:r>
        <w:rPr>
          <w:b/>
        </w:rPr>
        <w:t xml:space="preserve">[27:46] </w:t>
      </w:r>
      <w:r>
        <w:t>bhi isi tareeqa kar ko ikhtiyar karo jo Christian ne ikhtiyar kiya aur dekhiye hadith mein aya hai</w:t>
      </w:r>
    </w:p>
    <w:p>
      <w:pPr>
        <w:jc w:val="right"/>
      </w:pPr>
      <w:r>
        <w:t>بھی اسی طریقہ کار کو اختیار کرو جو Christian نے اختیار کیا اور دیکھیے حدیث میں آیا ہے</w:t>
      </w:r>
    </w:p>
    <w:p>
      <w:r>
        <w:rPr>
          <w:b/>
        </w:rPr>
        <w:t xml:space="preserve">[27:54] </w:t>
      </w:r>
      <w:r>
        <w:t>yeh bhi baqayda tor par hadith mein aya hai ke baad ke zamanay mein Christian log jo hain</w:t>
      </w:r>
    </w:p>
    <w:p>
      <w:pPr>
        <w:jc w:val="right"/>
      </w:pPr>
      <w:r>
        <w:t>یہ بھی باقاعدہ طور پر حدیث میں آیا ہے کہ بعد کے زمانے میں Christian لوگ جو ہیں</w:t>
      </w:r>
    </w:p>
    <w:p>
      <w:r>
        <w:rPr>
          <w:b/>
        </w:rPr>
        <w:t xml:space="preserve">[28:02] </w:t>
      </w:r>
      <w:r>
        <w:t>tadad mein sab se zyada ho jayenge yeh hadith maujood hai hadith mein yeh maujood hai ke</w:t>
      </w:r>
    </w:p>
    <w:p>
      <w:pPr>
        <w:jc w:val="right"/>
      </w:pPr>
      <w:r>
        <w:t>تعداد میں سب سے زیادہ ہو جائیں گے یہ حدیث موجود ہے حدیث میں یہ موجود ہے کہ</w:t>
      </w:r>
    </w:p>
    <w:p>
      <w:r>
        <w:rPr>
          <w:b/>
        </w:rPr>
        <w:t xml:space="preserve">[28:09] </w:t>
      </w:r>
      <w:r>
        <w:t>tamam mazahib mein Christian log sab se zyada tadad mein badh jayenge out number ho jayenge</w:t>
      </w:r>
    </w:p>
    <w:p>
      <w:pPr>
        <w:jc w:val="right"/>
      </w:pPr>
      <w:r>
        <w:t>تمام مذاہب میں Christian لوگ سب سے زیادہ تعداد میں بڑھ جائیں گے out number ہو جائیں گے</w:t>
      </w:r>
    </w:p>
    <w:p>
      <w:r>
        <w:rPr>
          <w:b/>
        </w:rPr>
        <w:t xml:space="preserve">[28:17] </w:t>
      </w:r>
      <w:r>
        <w:t>to kaise hue yeh jo hadith mein aya hai to sawal yeh hai ke kaise hue hain kaise</w:t>
      </w:r>
    </w:p>
    <w:p>
      <w:pPr>
        <w:jc w:val="right"/>
      </w:pPr>
      <w:r>
        <w:t>تو کیسے ہوئے یہ جو حدیث میں آیا ہے تو سوال یہ ہے کہ کیسے ہوئے ہیں کیسے</w:t>
      </w:r>
    </w:p>
    <w:p>
      <w:r>
        <w:rPr>
          <w:b/>
        </w:rPr>
        <w:t xml:space="preserve">[28:25] </w:t>
      </w:r>
      <w:r>
        <w:t>yeh jo hadith mein aya hai ke Christian log tadad mein zyada ho jayenge to hua kaise</w:t>
      </w:r>
    </w:p>
    <w:p>
      <w:pPr>
        <w:jc w:val="right"/>
      </w:pPr>
      <w:r>
        <w:t>یہ جو حدیث میں آیا ہے کہ Christian لوگ تعداد میں زیادہ ہو جائیں گے تو ہوا کیسے</w:t>
      </w:r>
    </w:p>
    <w:p>
      <w:r>
        <w:rPr>
          <w:b/>
        </w:rPr>
        <w:t xml:space="preserve">[28:32] </w:t>
      </w:r>
      <w:r>
        <w:t>is par ghor kijiye is par ghor kijiye hua isi tarah kaise ke unhon ne authority se takrao</w:t>
      </w:r>
    </w:p>
    <w:p>
      <w:pPr>
        <w:jc w:val="right"/>
      </w:pPr>
      <w:r>
        <w:t>اس پر غور کیجیے اس پر غور کیجیے ہوا اسی طرح کیسے کہ انہوں نے authority سے ٹکراؤ</w:t>
      </w:r>
    </w:p>
    <w:p>
      <w:r>
        <w:rPr>
          <w:b/>
        </w:rPr>
        <w:t xml:space="preserve">[28:40] </w:t>
      </w:r>
      <w:r>
        <w:t>chhora political confrontation ko chhora political takht ko chhora woh razi ho gaye ek non political position par</w:t>
      </w:r>
    </w:p>
    <w:p>
      <w:pPr>
        <w:jc w:val="right"/>
      </w:pPr>
      <w:r>
        <w:t>چھوڑا political confrontation کو چھوڑا political تخت کو چھوڑا وہ راضی ہو گئے ایک non political position پر</w:t>
      </w:r>
    </w:p>
    <w:p>
      <w:r>
        <w:rPr>
          <w:b/>
        </w:rPr>
        <w:t xml:space="preserve">[28:48] </w:t>
      </w:r>
      <w:r>
        <w:t>Christian ka jo head hai Pope woh razi ho gaya ek non political position par mein gaya hoon</w:t>
      </w:r>
    </w:p>
    <w:p>
      <w:pPr>
        <w:jc w:val="right"/>
      </w:pPr>
      <w:r>
        <w:t>Christian کا جو head ہے Pope وہ راضی ہو گیا ایک non political position پر میں گیا ہوں</w:t>
      </w:r>
    </w:p>
    <w:p>
      <w:r>
        <w:rPr>
          <w:b/>
        </w:rPr>
        <w:t xml:space="preserve">[28:56] </w:t>
      </w:r>
      <w:r>
        <w:t>wahan par Vatican mein dekha hai maine wahi is ki is is dayre mein wahi is ki</w:t>
      </w:r>
    </w:p>
    <w:p>
      <w:pPr>
        <w:jc w:val="right"/>
      </w:pPr>
      <w:r>
        <w:t>وہاں پر Vatican میں دیکھا ہے میں نے وہی اس کی اس اس دائرے میں وہی اس کی</w:t>
      </w:r>
    </w:p>
    <w:p>
      <w:r>
        <w:rPr>
          <w:b/>
        </w:rPr>
        <w:t xml:space="preserve">[29:03] </w:t>
      </w:r>
      <w:r>
        <w:t>azmaten hain agarche is ki koi hukumat nahi yani amalan amalan europe mein Pope ki hukumat nahi hai</w:t>
      </w:r>
    </w:p>
    <w:p>
      <w:pPr>
        <w:jc w:val="right"/>
      </w:pPr>
      <w:r>
        <w:t>عظمتیں ہیں اگرچہ اس کی کوئی حکومت نہیں یعنی عملاً عملاً یورپ میں Pope کی حکومت نہیں ہے</w:t>
      </w:r>
    </w:p>
    <w:p>
      <w:r>
        <w:rPr>
          <w:b/>
        </w:rPr>
        <w:t xml:space="preserve">[29:11] </w:t>
      </w:r>
      <w:r>
        <w:t>lekin is ka ek rohani jazba phir bhi hai aise hi musalmanon ko hota khalifa ka rohani jazba</w:t>
      </w:r>
    </w:p>
    <w:p>
      <w:pPr>
        <w:jc w:val="right"/>
      </w:pPr>
      <w:r>
        <w:t>لیکن اس کا ایک روحانی جذبہ پھر بھی ہے ایسے ہی مسلمانوں کو ہوتا خلیفہ کا روحانی جذبہ</w:t>
      </w:r>
    </w:p>
    <w:p>
      <w:r>
        <w:rPr>
          <w:b/>
        </w:rPr>
        <w:t xml:space="preserve">[29:19] </w:t>
      </w:r>
      <w:r>
        <w:t>hota is jazbe ke tehat ya bohat hi well organized way mein quran ke phailanay ka kaam hota</w:t>
      </w:r>
    </w:p>
    <w:p>
      <w:pPr>
        <w:jc w:val="right"/>
      </w:pPr>
      <w:r>
        <w:t>ہوتا اس جذبے کے تحت یا بہت ہی well organized way میں قرآن کے پھیلانے کا کام ہوتا</w:t>
      </w:r>
    </w:p>
    <w:p>
      <w:r>
        <w:rPr>
          <w:b/>
        </w:rPr>
        <w:t xml:space="preserve">[29:26] </w:t>
      </w:r>
      <w:r>
        <w:t>har zaban mein tarjuma har zaban mein chhapna aur sari dunya mein pahunchana yeh sab bataya gaya tha</w:t>
      </w:r>
    </w:p>
    <w:p>
      <w:pPr>
        <w:jc w:val="right"/>
      </w:pPr>
      <w:r>
        <w:t>ہر زبان میں ترجمہ ہر زبان میں چھاپنا اور ساری دنیا میں پہنچانا یہ سب بتایا گیا تھا</w:t>
      </w:r>
    </w:p>
    <w:p>
      <w:r>
        <w:rPr>
          <w:b/>
        </w:rPr>
        <w:t xml:space="preserve">[29:34] </w:t>
      </w:r>
      <w:r>
        <w:t>ke yahi karo tum bhi lekin musalmanon ne nahi kar paye balke is ke bar aks nafrat paida kar</w:t>
      </w:r>
    </w:p>
    <w:p>
      <w:pPr>
        <w:jc w:val="right"/>
      </w:pPr>
      <w:r>
        <w:t>کہ یہی کرو تم بھی لیکن مسلمانوں نے نہیں کر پائے بلکہ اس کے برعکس نفرت پیدا کر</w:t>
      </w:r>
    </w:p>
    <w:p>
      <w:r>
        <w:rPr>
          <w:b/>
        </w:rPr>
        <w:t xml:space="preserve">[29:42] </w:t>
      </w:r>
      <w:r>
        <w:t>di jis model ko yeh bataya gaya us model ko tum bhi follow karo is se nafrat karne</w:t>
      </w:r>
    </w:p>
    <w:p>
      <w:pPr>
        <w:jc w:val="right"/>
      </w:pPr>
      <w:r>
        <w:t>دی جس model کو یہ بتایا گیا اس model کو تم بھی follow کرو اس سے نفرت کرنے</w:t>
      </w:r>
    </w:p>
    <w:p>
      <w:r>
        <w:rPr>
          <w:b/>
        </w:rPr>
        <w:t xml:space="preserve">[29:50] </w:t>
      </w:r>
      <w:r>
        <w:t>lage sari dunya ke musalman nafrat karte hain aur samajhte hain ke yeh to sazishi log hain behal</w:t>
      </w:r>
    </w:p>
    <w:p>
      <w:pPr>
        <w:jc w:val="right"/>
      </w:pPr>
      <w:r>
        <w:t>لگے ساری دنیا کے مسلمان نفرت کرتے ہیں اور سمجھتے ہیں کہ یہ تو سازشی لوگ ہیں بہرحال</w:t>
      </w:r>
    </w:p>
    <w:p>
      <w:r>
        <w:rPr>
          <w:b/>
        </w:rPr>
        <w:t xml:space="preserve">[29:57] </w:t>
      </w:r>
      <w:r>
        <w:t>ab jo hai ab hamein is ko manna chahiye ke hum se ghalati hui hum khalifa ke title</w:t>
      </w:r>
    </w:p>
    <w:p>
      <w:pPr>
        <w:jc w:val="right"/>
      </w:pPr>
      <w:r>
        <w:t>اب جو ہے اب ہمیں اس کو ماننا چاہیے کہ ہم سے غلطی ہوئی ہم خلیفہ کے ٹائٹل</w:t>
      </w:r>
    </w:p>
    <w:p>
      <w:r>
        <w:rPr>
          <w:b/>
        </w:rPr>
        <w:t xml:space="preserve">[30:05] </w:t>
      </w:r>
      <w:r>
        <w:t>ko bacha nahi sake hum apna koi Vatican bana nahi sake hum apni central planning ka koi intazam</w:t>
      </w:r>
    </w:p>
    <w:p>
      <w:pPr>
        <w:jc w:val="right"/>
      </w:pPr>
      <w:r>
        <w:t>کو بچا نہیں سکے ہم اپنا کوئی Vatican بنا نہیں سکے ہم اپنی central planning کا کوئی انتظام</w:t>
      </w:r>
    </w:p>
    <w:p>
      <w:r>
        <w:rPr>
          <w:b/>
        </w:rPr>
        <w:t xml:space="preserve">[30:13] </w:t>
      </w:r>
      <w:r>
        <w:t>nahi kar sake to ab se inhe you turn lena chahiye ab se you turn lena chahiye aur</w:t>
      </w:r>
    </w:p>
    <w:p>
      <w:pPr>
        <w:jc w:val="right"/>
      </w:pPr>
      <w:r>
        <w:t>نہیں کر سکے تو اب سے انہیں یو ٹرن لینا چاہیے اب سے یو ٹرن لینا چاہیے اور</w:t>
      </w:r>
    </w:p>
    <w:p>
      <w:r>
        <w:rPr>
          <w:b/>
        </w:rPr>
        <w:t xml:space="preserve">[30:20] </w:t>
      </w:r>
      <w:r>
        <w:t>Christian ke pattern par quran ki ishaat ko organize karna chahiye yeh waqt ki pukar hai dekhiye is</w:t>
      </w:r>
    </w:p>
    <w:p>
      <w:pPr>
        <w:jc w:val="right"/>
      </w:pPr>
      <w:r>
        <w:t>Christian کے pattern پر قرآن کی اشاعت کو organize کرنا چاہیے یہ وقت کی پکار ہے دیکھیے اس</w:t>
      </w:r>
    </w:p>
    <w:p>
      <w:r>
        <w:rPr>
          <w:b/>
        </w:rPr>
        <w:t xml:space="preserve">[30:28] </w:t>
      </w:r>
      <w:r>
        <w:t>zamanay mein koi bhi musalman one to all shikayat ki boli bolta hai yani aap un ke magazine</w:t>
      </w:r>
    </w:p>
    <w:p>
      <w:pPr>
        <w:jc w:val="right"/>
      </w:pPr>
      <w:r>
        <w:t>زمانے میں کوئی بھی مسلمان one to all شکایت کی بولی بولتا ہے یعنی آپ ان کے میگزین</w:t>
      </w:r>
    </w:p>
    <w:p>
      <w:r>
        <w:rPr>
          <w:b/>
        </w:rPr>
        <w:t xml:space="preserve">[30:36] </w:t>
      </w:r>
      <w:r>
        <w:t>parhiye in ke jalson mein jaiye kuch bhi parhiye suniye saare musalman without an exception woh bas shikayat</w:t>
      </w:r>
    </w:p>
    <w:p>
      <w:pPr>
        <w:jc w:val="right"/>
      </w:pPr>
      <w:r>
        <w:t>پڑھیے ان کے جلسوں میں جائیے کچھ بھی پڑھیے سنیے سارے مسلمان without an exception وہ بس شکایت</w:t>
      </w:r>
    </w:p>
    <w:p>
      <w:r>
        <w:rPr>
          <w:b/>
        </w:rPr>
        <w:t xml:space="preserve">[30:44] </w:t>
      </w:r>
      <w:r>
        <w:t>shikayat ke yeh saari Christian community jo hai hamari saari khilaf saazish kar rahi hai kuch nahi yeh</w:t>
      </w:r>
    </w:p>
    <w:p>
      <w:pPr>
        <w:jc w:val="right"/>
      </w:pPr>
      <w:r>
        <w:t>شکایت کہ یہ ساری Christian community جو ہے ہماری ساری خلاف سازش کر رہی ہے کچھ نہیں یہ</w:t>
      </w:r>
    </w:p>
    <w:p>
      <w:r>
        <w:rPr>
          <w:b/>
        </w:rPr>
        <w:t xml:space="preserve">[30:51] </w:t>
      </w:r>
      <w:r>
        <w:t>saazish saazish ki baat bilkul bilkul yaani falsehood mein jeena hai falsehood mein jeena hai kuch nahi woh</w:t>
      </w:r>
    </w:p>
    <w:p>
      <w:pPr>
        <w:jc w:val="right"/>
      </w:pPr>
      <w:r>
        <w:t>سازش سازش کی بات بالکل بالکل یعنی falsehood میں جینا ہے falsehood میں جینا ہے کچھ نہیں وہ</w:t>
      </w:r>
    </w:p>
    <w:p>
      <w:r>
        <w:rPr>
          <w:b/>
        </w:rPr>
        <w:t xml:space="preserve">[30:59] </w:t>
      </w:r>
      <w:r>
        <w:t>aap ke liye model hain Christian log aap ke liye model hain is bare mein ke kaise quran</w:t>
      </w:r>
    </w:p>
    <w:p>
      <w:pPr>
        <w:jc w:val="right"/>
      </w:pPr>
      <w:r>
        <w:t>آپ کے لیے model ہیں Christian لوگ آپ کے لیے model ہیں اس بارے میں کہ کیسے قرآن</w:t>
      </w:r>
    </w:p>
    <w:p>
      <w:r>
        <w:rPr>
          <w:b/>
        </w:rPr>
        <w:t xml:space="preserve">[31:07] </w:t>
      </w:r>
      <w:r>
        <w:t>ko phailaya jaye quran ko kaise phailaya jaye is ke liye Allah taala ne Christian ko model bana</w:t>
      </w:r>
    </w:p>
    <w:p>
      <w:pPr>
        <w:jc w:val="right"/>
      </w:pPr>
      <w:r>
        <w:t>کو پھیلایا جائے قرآن کو کیسے پھیلایا جائے اس کے لیے اللہ تعالیٰ نے Christian کو model بنا</w:t>
      </w:r>
    </w:p>
    <w:p>
      <w:r>
        <w:rPr>
          <w:b/>
        </w:rPr>
        <w:t xml:space="preserve">[31:14] </w:t>
      </w:r>
      <w:r>
        <w:t>diya aap ke liye jab tak musalman yeh baat nahi manenge you turn nahi lenge in</w:t>
      </w:r>
    </w:p>
    <w:p>
      <w:pPr>
        <w:jc w:val="right"/>
      </w:pPr>
      <w:r>
        <w:t>دیا آپ کے لیے جب تک مسلمان یہ بات نہیں مانیں گے یو ٹرن نہیں لیں گے ان</w:t>
      </w:r>
    </w:p>
    <w:p>
      <w:r>
        <w:rPr>
          <w:b/>
        </w:rPr>
        <w:t xml:space="preserve">[31:22] </w:t>
      </w:r>
      <w:r>
        <w:t>ke halaat kabhi badlenge nahi kabhi bhi nahi badlenge ladte rahiye jaan dete rahiye qurbaniyan karte</w:t>
      </w:r>
    </w:p>
    <w:p>
      <w:pPr>
        <w:jc w:val="right"/>
      </w:pPr>
      <w:r>
        <w:t>کے حالات کبھی بدلیں گے نہیں کبھی بھی نہیں بدلیں گے لڑتے رہیے جان دیتے رہیے قربانیاں کرتے</w:t>
      </w:r>
    </w:p>
    <w:p>
      <w:r>
        <w:rPr>
          <w:b/>
        </w:rPr>
        <w:t xml:space="preserve">[31:30] </w:t>
      </w:r>
      <w:r>
        <w:t>rahiye kuch badalne wala nahi hai kuch bhi badalne wala nahi hai kyunke mansooba ilahi ke khilaf hai</w:t>
      </w:r>
    </w:p>
    <w:p>
      <w:pPr>
        <w:jc w:val="right"/>
      </w:pPr>
      <w:r>
        <w:t>رہیے کچھ بدلنے والا نہیں ہے کچھ بھی بدلنے والا نہیں ہے کیونکہ منصوبہ الہی کے خلاف ہے</w:t>
      </w:r>
    </w:p>
    <w:p>
      <w:r>
        <w:rPr>
          <w:b/>
        </w:rPr>
        <w:t xml:space="preserve">[31:38] </w:t>
      </w:r>
      <w:r>
        <w:t>ab jo musalman lad rahe hain khoon baha rahe hain suicide bahami kar rahe hain yeh sab Allah</w:t>
      </w:r>
    </w:p>
    <w:p>
      <w:pPr>
        <w:jc w:val="right"/>
      </w:pPr>
      <w:r>
        <w:t>اب جو مسلمان لڑ رہے ہیں خون بہا رہے ہیں suicide باہمی کر رہے ہیں یہ سب اللہ</w:t>
      </w:r>
    </w:p>
    <w:p>
      <w:r>
        <w:rPr>
          <w:b/>
        </w:rPr>
        <w:t xml:space="preserve">[31:45] </w:t>
      </w:r>
      <w:r>
        <w:t>taala ke mansoobe ke khilaf hai to is duniya mein kamyabi milti hai Allah ke mansoobe ko follow</w:t>
      </w:r>
    </w:p>
    <w:p>
      <w:pPr>
        <w:jc w:val="right"/>
      </w:pPr>
      <w:r>
        <w:t>تعالیٰ کے منصوبے کے خلاف ہے تو اس دنیا میں کامیابی ملتی ہے اللہ کے منصوبے کو follow</w:t>
      </w:r>
    </w:p>
    <w:p>
      <w:r>
        <w:rPr>
          <w:b/>
        </w:rPr>
        <w:t xml:space="preserve">[31:53] </w:t>
      </w:r>
      <w:r>
        <w:t>karke aap khud se koi banaye masalan Allah ka mansooba yeh hai ke gehun ugaye mitti mein</w:t>
      </w:r>
    </w:p>
    <w:p>
      <w:pPr>
        <w:jc w:val="right"/>
      </w:pPr>
      <w:r>
        <w:t>کر کے آپ خود سے کوئی بنائیں مثلاً اللہ کا منصوبہ یہ ہے کہ گیہوں اگائے مٹی میں</w:t>
      </w:r>
    </w:p>
    <w:p>
      <w:r>
        <w:rPr>
          <w:b/>
        </w:rPr>
        <w:t xml:space="preserve">[32:01] </w:t>
      </w:r>
      <w:r>
        <w:t>aap yahan farsh par gehun ki kasht shuru kar dein to kuch bhi nahi hoga kyunke yeh Allah</w:t>
      </w:r>
    </w:p>
    <w:p>
      <w:pPr>
        <w:jc w:val="right"/>
      </w:pPr>
      <w:r>
        <w:t>آپ یہاں فرش پر گیہوں کی کاشت شروع کر دیں تو کچھ بھی نہیں ہوگا کیونکہ یہ اللہ</w:t>
      </w:r>
    </w:p>
    <w:p>
      <w:r>
        <w:rPr>
          <w:b/>
        </w:rPr>
        <w:t xml:space="preserve">[32:08] </w:t>
      </w:r>
      <w:r>
        <w:t>ke mansoobe ke khilaf hai ke yahan aap gehun ki kasht karein woh to mitti mein hogi soil</w:t>
      </w:r>
    </w:p>
    <w:p>
      <w:pPr>
        <w:jc w:val="right"/>
      </w:pPr>
      <w:r>
        <w:t>کے منصوبے کے خلاف ہے کہ یہاں آپ گیہوں کی کاشت کریں وہ تو مٹی میں ہوگی سائل</w:t>
      </w:r>
    </w:p>
    <w:p>
      <w:r>
        <w:rPr>
          <w:b/>
        </w:rPr>
        <w:t xml:space="preserve">[32:16] </w:t>
      </w:r>
      <w:r>
        <w:t>mein hogi to khulasa yeh hai ke is zamane mein ummat e wasat ka jo sab bada kaam hai</w:t>
      </w:r>
    </w:p>
    <w:p>
      <w:pPr>
        <w:jc w:val="right"/>
      </w:pPr>
      <w:r>
        <w:t>میں ہوگی تو خلاصہ یہ ہے کہ اس زمانے میں امت وسط کا جو سب بڑا کام ہے</w:t>
      </w:r>
    </w:p>
    <w:p>
      <w:r>
        <w:rPr>
          <w:b/>
        </w:rPr>
        <w:t xml:space="preserve">[32:24] </w:t>
      </w:r>
      <w:r>
        <w:t>woh hai quran ko is ki tamam tamam qomon ki zuban mein bohat hi achhe andaaz mein taiyar</w:t>
      </w:r>
    </w:p>
    <w:p>
      <w:pPr>
        <w:jc w:val="right"/>
      </w:pPr>
      <w:r>
        <w:t>وہ ہے قرآن کو اس کی تمام تمام قوموں کی زبان میں بہت ہی اچھے انداز میں تیار</w:t>
      </w:r>
    </w:p>
    <w:p>
      <w:r>
        <w:rPr>
          <w:b/>
        </w:rPr>
        <w:t xml:space="preserve">[32:32] </w:t>
      </w:r>
      <w:r>
        <w:t>karke is ko phailana is ke liye Christian ke model ko ikhtiyar karna koi doosra model work</w:t>
      </w:r>
    </w:p>
    <w:p>
      <w:pPr>
        <w:jc w:val="right"/>
      </w:pPr>
      <w:r>
        <w:t>کر کے اس کو پھیلانا اس کے لیے Christian کے model کو اختیار کرنا کوئی دوسرا model work</w:t>
      </w:r>
    </w:p>
    <w:p>
      <w:r>
        <w:rPr>
          <w:b/>
        </w:rPr>
        <w:t xml:space="preserve">[32:39] </w:t>
      </w:r>
      <w:r>
        <w:t>hi nahi karega musalmanon ne bohat se model ijad kiye lekin work nahi kiya woh work nahi</w:t>
      </w:r>
    </w:p>
    <w:p>
      <w:pPr>
        <w:jc w:val="right"/>
      </w:pPr>
      <w:r>
        <w:t>ہی نہیں کرے گا مسلمانوں نے بہت سے model ایجاد کیے لیکن work نہیں کیا وہ work نہیں</w:t>
      </w:r>
    </w:p>
    <w:p>
      <w:r>
        <w:rPr>
          <w:b/>
        </w:rPr>
        <w:t xml:space="preserve">[32:47] </w:t>
      </w:r>
      <w:r>
        <w:t>kiya to quran mein aur hadith mein mukhtalif andaaz se is ki peshin goi maujood hai masalan ek</w:t>
      </w:r>
    </w:p>
    <w:p>
      <w:pPr>
        <w:jc w:val="right"/>
      </w:pPr>
      <w:r>
        <w:t>کیا تو قرآن میں اور حدیث میں مختلف انداز سے اس کی پیشین گوئی موجود ہے مثلاً ایک</w:t>
      </w:r>
    </w:p>
    <w:p>
      <w:r>
        <w:rPr>
          <w:b/>
        </w:rPr>
        <w:t xml:space="preserve">[32:55] </w:t>
      </w:r>
      <w:r>
        <w:t>hadith hai ke yeh amr amr se murad zahir hai ke quran hai yahan par amr se murad</w:t>
      </w:r>
    </w:p>
    <w:p>
      <w:pPr>
        <w:jc w:val="right"/>
      </w:pPr>
      <w:r>
        <w:t>حدیث ہے کہ یہ امر امر سے مراد ظاہر ہے کہ قرآن ہے یہاں پر امر سے مراد</w:t>
      </w:r>
    </w:p>
    <w:p>
      <w:r>
        <w:rPr>
          <w:b/>
        </w:rPr>
        <w:t xml:space="preserve">[33:02] </w:t>
      </w:r>
      <w:r>
        <w:t>quran hai yaani quran ka paigham pohnchega saare globe par maa ka matlab hai poora globe poora</w:t>
      </w:r>
    </w:p>
    <w:p>
      <w:pPr>
        <w:jc w:val="right"/>
      </w:pPr>
      <w:r>
        <w:t>قرآن ہے یعنی قرآن کا پیغام پہنچے گا سارے گلوب پر ماں کا مطلب ہے پورا گلوب پورا</w:t>
      </w:r>
    </w:p>
    <w:p>
      <w:r>
        <w:rPr>
          <w:b/>
        </w:rPr>
        <w:t xml:space="preserve">[33:10] </w:t>
      </w:r>
      <w:r>
        <w:t>khitta arzi pe pohnchega to kaise pohnchega koi jadu ki tareeqat nahi pohnch sakta koi jadu</w:t>
      </w:r>
    </w:p>
    <w:p>
      <w:pPr>
        <w:jc w:val="right"/>
      </w:pPr>
      <w:r>
        <w:t>خطہ ارضی پہ پہنچے گا تو کیسے پہنچے گا کوئی جادو کی طریقت نہیں پہنچ سکتا کوئی جادو</w:t>
      </w:r>
    </w:p>
    <w:p>
      <w:r>
        <w:rPr>
          <w:b/>
        </w:rPr>
        <w:t xml:space="preserve">[33:18] </w:t>
      </w:r>
      <w:r>
        <w:t>ki tareeqat nahi pohnch sakta hai is ke liye planning chahiye is ke liye zuban ki marifat chahiye</w:t>
      </w:r>
    </w:p>
    <w:p>
      <w:pPr>
        <w:jc w:val="right"/>
      </w:pPr>
      <w:r>
        <w:t>کی طریقت نہیں پہنچ سکتا ہے اس کے لیے planning چاہیے اس کے لیے زبان کی معرفت چاہیے</w:t>
      </w:r>
    </w:p>
    <w:p>
      <w:r>
        <w:rPr>
          <w:b/>
        </w:rPr>
        <w:t xml:space="preserve">[33:26] </w:t>
      </w:r>
      <w:r>
        <w:t>is ke liye sahi model ikhtiyar karna chahiye working model jo work kar sake tab aisa hoga to</w:t>
      </w:r>
    </w:p>
    <w:p>
      <w:pPr>
        <w:jc w:val="right"/>
      </w:pPr>
      <w:r>
        <w:t>اس کے لیے صحیح model اختیار کرنا چاہیے working model جو work کر سکے تب ایسا ہوگا تو</w:t>
      </w:r>
    </w:p>
    <w:p>
      <w:r>
        <w:rPr>
          <w:b/>
        </w:rPr>
        <w:t xml:space="preserve">[33:33] </w:t>
      </w:r>
      <w:r>
        <w:t>saari insaniyat ko intezar hai ke un ke rab ne jo rehnumai bheji hai kitab kitab jo book</w:t>
      </w:r>
    </w:p>
    <w:p>
      <w:pPr>
        <w:jc w:val="right"/>
      </w:pPr>
      <w:r>
        <w:t>ساری انسانیت کو انتظار ہے کہ ان کے رب نے جو رہنمائی بھیجی ہے کتاب کتاب جو book</w:t>
      </w:r>
    </w:p>
    <w:p>
      <w:r>
        <w:rPr>
          <w:b/>
        </w:rPr>
        <w:t xml:space="preserve">[33:41] </w:t>
      </w:r>
      <w:r>
        <w:t>of guidance woh un ko mile un ki apni zuban mein insaniyat is ka intezar kar rahi hai</w:t>
      </w:r>
    </w:p>
    <w:p>
      <w:pPr>
        <w:jc w:val="right"/>
      </w:pPr>
      <w:r>
        <w:t>of guidance وہ ان کو ملے ان کی اپنی زبان میں انسانیت اس کا انتظار کر رہی ہے</w:t>
      </w:r>
    </w:p>
    <w:p>
      <w:r>
        <w:rPr>
          <w:b/>
        </w:rPr>
        <w:t xml:space="preserve">[33:49] </w:t>
      </w:r>
      <w:r>
        <w:t>allah ke farishtay intezar kar rahe hain ke yeh kaam ho aur musalman kya kar rahe hain nafrat</w:t>
      </w:r>
    </w:p>
    <w:p>
      <w:pPr>
        <w:jc w:val="right"/>
      </w:pPr>
      <w:r>
        <w:t>اللہ کے فرشتے انتظار کر رہے ہیں کہ یہ کام ہو اور مسلمان کیا کر رہے ہیں نفرت</w:t>
      </w:r>
    </w:p>
    <w:p>
      <w:r>
        <w:rPr>
          <w:b/>
        </w:rPr>
        <w:t xml:space="preserve">[33:56] </w:t>
      </w:r>
      <w:r>
        <w:t>larai suicide bahmi yeh kaise kamyabi hogi woh to allah ke mansoobe ke khilaf hai kaise kaise kamyabi</w:t>
      </w:r>
    </w:p>
    <w:p>
      <w:pPr>
        <w:jc w:val="right"/>
      </w:pPr>
      <w:r>
        <w:t>لڑائی suicide باہمی یہ کیسے کامیابی ہوگی وہ تو اللہ کے منصوبے کے خلاف ہے کیسے کیسے کامیابی</w:t>
      </w:r>
    </w:p>
    <w:p>
      <w:r>
        <w:rPr>
          <w:b/>
        </w:rPr>
        <w:t xml:space="preserve">[34:04] </w:t>
      </w:r>
      <w:r>
        <w:t>ho sakti hai to dekhiye yeh bohat ziyada sochne ki baat hai yeh jo hadith hai ke maan</w:t>
      </w:r>
    </w:p>
    <w:p>
      <w:pPr>
        <w:jc w:val="right"/>
      </w:pPr>
      <w:r>
        <w:t>ہو سکتی ہے تو دیکھیے یہ بہت زیادہ سوچنے کی بات ہے یہ جو حدیث ہے کہ ماں</w:t>
      </w:r>
    </w:p>
    <w:p>
      <w:r>
        <w:rPr>
          <w:b/>
        </w:rPr>
        <w:t xml:space="preserve">[34:12] </w:t>
      </w:r>
      <w:r>
        <w:t>to khud ba khud nahi pahunchega yani allah ka paigham jo hai khud ba khud reng kar nahi pahunch</w:t>
      </w:r>
    </w:p>
    <w:p>
      <w:pPr>
        <w:jc w:val="right"/>
      </w:pPr>
      <w:r>
        <w:t>تو خود بخود نہیں پہنچے گا یعنی اللہ کا پیغام جو ہے خود بخود رینگ کر نہیں پہنچ</w:t>
      </w:r>
    </w:p>
    <w:p>
      <w:r>
        <w:rPr>
          <w:b/>
        </w:rPr>
        <w:t xml:space="preserve">[34:20] </w:t>
      </w:r>
      <w:r>
        <w:t>jayega yeh keere makore rengte yahan se wahan chale jate hain yeh chitiyan ur kar chali jati</w:t>
      </w:r>
    </w:p>
    <w:p>
      <w:pPr>
        <w:jc w:val="right"/>
      </w:pPr>
      <w:r>
        <w:t>جائے گا یہ کیڑے مکوڑے رینگتے یہاں سے وہاں چلے جاتے ہیں یہ چڑیاں اڑ کر چلی جاتی</w:t>
      </w:r>
    </w:p>
    <w:p>
      <w:r>
        <w:rPr>
          <w:b/>
        </w:rPr>
        <w:t xml:space="preserve">[34:27] </w:t>
      </w:r>
      <w:r>
        <w:t>hain nahi insan ko pahunchana hoga isi ke mutabiq hamein planning karni paregi to meri dua hai</w:t>
      </w:r>
    </w:p>
    <w:p>
      <w:pPr>
        <w:jc w:val="right"/>
      </w:pPr>
      <w:r>
        <w:t>ہیں نہیں انسان کو پہنچانا ہوگا اسی کے مطابق ہمیں planning کرنی پڑے گی تو میری دعا ہے</w:t>
      </w:r>
    </w:p>
    <w:p>
      <w:r>
        <w:rPr>
          <w:b/>
        </w:rPr>
        <w:t xml:space="preserve">[34:35] </w:t>
      </w:r>
      <w:r>
        <w:t>ke allah taala hum sab ko aqal de allah taala hum sab ko feham de ke hum janiye</w:t>
      </w:r>
    </w:p>
    <w:p>
      <w:pPr>
        <w:jc w:val="right"/>
      </w:pPr>
      <w:r>
        <w:t>کہ اللہ تعالیٰ ہم سب کو عقل دے اللہ تعالیٰ ہم سب کو فہم دے کہ ہم جانیں</w:t>
      </w:r>
    </w:p>
    <w:p>
      <w:r>
        <w:rPr>
          <w:b/>
        </w:rPr>
        <w:t xml:space="preserve">[34:43] </w:t>
      </w:r>
      <w:r>
        <w:t>ke allah taala ki planning kya hai usko ikhtiyar karein aur phir quran ko tamam qomon ki</w:t>
      </w:r>
    </w:p>
    <w:p>
      <w:pPr>
        <w:jc w:val="right"/>
      </w:pPr>
      <w:r>
        <w:t>کہ اللہ تعالیٰ کی planning کیا ہے اس کو اختیار کریں اور پھر قرآن کو تمام قوموں کی</w:t>
      </w:r>
    </w:p>
    <w:p>
      <w:r>
        <w:rPr>
          <w:b/>
        </w:rPr>
        <w:t xml:space="preserve">[34:50] </w:t>
      </w:r>
      <w:r>
        <w:t>qabil feham zaban mein shayad unhein phaila de is ke liye har qeemat deni paregi jo qeemat</w:t>
      </w:r>
    </w:p>
    <w:p>
      <w:pPr>
        <w:jc w:val="right"/>
      </w:pPr>
      <w:r>
        <w:t>قابل فہم زبان میں شاید انہیں پھیلا دے اس کے لیے ہر قیمت دینی پڑے گی جو قیمت</w:t>
      </w:r>
    </w:p>
    <w:p>
      <w:r>
        <w:rPr>
          <w:b/>
        </w:rPr>
        <w:t xml:space="preserve">[34:58] </w:t>
      </w:r>
      <w:r>
        <w:t>deni pare hum dein jo qeemat jaise ke Christian ne hukoomat chhod di hukoomat chhod di unhone</w:t>
      </w:r>
    </w:p>
    <w:p>
      <w:pPr>
        <w:jc w:val="right"/>
      </w:pPr>
      <w:r>
        <w:t>دینی پڑے ہم دیں جو قیمت جیسے کہ Christian نے حکومت چھوڑ دی حکومت چھوڑ دی انہوں نے</w:t>
      </w:r>
    </w:p>
    <w:p>
      <w:r>
        <w:rPr>
          <w:b/>
        </w:rPr>
        <w:t xml:space="preserve">[35:06] </w:t>
      </w:r>
      <w:r>
        <w:t>Vatican mein tab center bana to hamein bhi jo bhi qurbani dena ho paise ki political power ki</w:t>
      </w:r>
    </w:p>
    <w:p>
      <w:pPr>
        <w:jc w:val="right"/>
      </w:pPr>
      <w:r>
        <w:t>Vatican میں تب center بنا تو ہمیں بھی جو بھی قربانی دینا ہو پیسے کی political power کی</w:t>
      </w:r>
    </w:p>
    <w:p>
      <w:r>
        <w:rPr>
          <w:b/>
        </w:rPr>
        <w:t xml:space="preserve">[35:14] </w:t>
      </w:r>
      <w:r>
        <w:t>jis cheez ki qurbani dein aur yeh kaam hum anjam dein to meri dua hai ke allah taala</w:t>
      </w:r>
    </w:p>
    <w:p>
      <w:pPr>
        <w:jc w:val="right"/>
      </w:pPr>
      <w:r>
        <w:t>جس چیز کی قربانی دیں اور یہ کام ہم انجام دیں تو میری دعا ہے کہ اللہ تعالیٰ</w:t>
      </w:r>
    </w:p>
    <w:p>
      <w:r>
        <w:rPr>
          <w:b/>
        </w:rPr>
        <w:t xml:space="preserve">[35:21] </w:t>
      </w:r>
      <w:r>
        <w:t>hum sab ko tofeeq de ke hum samjhein allah ki marzi ko taake hum par allah ki nematein</w:t>
      </w:r>
    </w:p>
    <w:p>
      <w:pPr>
        <w:jc w:val="right"/>
      </w:pPr>
      <w:r>
        <w:t>ہم سب کو توفیق دے کہ ہم سمجھیں اللہ کی مرضی کو تاکہ ہم پر اللہ کی نعمتیں</w:t>
      </w:r>
    </w:p>
    <w:p>
      <w:r>
        <w:rPr>
          <w:b/>
        </w:rPr>
        <w:t xml:space="preserve">[35:29] </w:t>
      </w:r>
      <w:r>
        <w:t>nazil hon assalam o alaikum wa rehmatullah.</w:t>
      </w:r>
    </w:p>
    <w:p>
      <w:pPr>
        <w:jc w:val="right"/>
      </w:pPr>
      <w:r>
        <w:t>نازل ہوں السلام علیکم ورحمۃ اللہ.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