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 Conversation on Maulana Wahiduddin Khan with Omries October 9, 2022</w:t>
      </w:r>
    </w:p>
    <w:p>
      <w:r>
        <w:t>https://youtu.be/zMfnWSEr95I</w:t>
      </w:r>
    </w:p>
    <w:p>
      <w:r>
        <w:rPr>
          <w:b/>
        </w:rPr>
        <w:t xml:space="preserve">[00:14] </w:t>
      </w:r>
      <w:r>
        <w:t>assalam o alaikum. aaj CPS center mein hamare beech do shakhsiyat maujood hain jo CPS ulama team ke senior members hain: Maulana Syed Iqbal Umri aur Maulana Khateeb Asrar Umri.</w:t>
      </w:r>
    </w:p>
    <w:p>
      <w:pPr>
        <w:jc w:val="right"/>
      </w:pPr>
      <w:r>
        <w:t>السلام علیکم۔ آج سی پی ایس سینٹر میں ہمارے بیچ دو شخصیت موجود ہیں جو سی پی ایس علماء ٹیم کے سینئر ممبرز ہیں: مولانا سید اقبال عمری اور مولانا خطیب اسرار عمری۔</w:t>
      </w:r>
    </w:p>
    <w:p>
      <w:r>
        <w:rPr>
          <w:b/>
        </w:rPr>
        <w:t xml:space="preserve">[00:30] </w:t>
      </w:r>
      <w:r>
        <w:t>donon hi Maulana Wahiduddin Khan sahib ke bahut qareeb the aur unki sohbat mein unhone bahut kuch seekha.</w:t>
      </w:r>
    </w:p>
    <w:p>
      <w:pPr>
        <w:jc w:val="right"/>
      </w:pPr>
      <w:r>
        <w:t>دونوں ہی مولانا وحید الدین خان صاحب کے بہت قریب تھے اور ان کی صحبت میں انہوں نے بہت کچھ سیک</w:t>
      </w:r>
    </w:p>
    <w:p>
      <w:r>
        <w:rPr>
          <w:b/>
        </w:rPr>
        <w:t xml:space="preserve">[00:37] </w:t>
      </w:r>
      <w:r>
        <w:t>ha. aaj hum unse baat cheet karenge, lekin is se pehle, kyunke har Sunday hamare saath bahut naye log judte hain, to main in donon ka short mein introduction dena chahunga.</w:t>
      </w:r>
    </w:p>
    <w:p>
      <w:pPr>
        <w:jc w:val="right"/>
      </w:pPr>
      <w:r>
        <w:t>ھا۔ آج ہم ان سے بات چیت کریں گے، لیکن اس سے پہلے، کیونکہ ہر سنڈے ہمارے ساتھ بہت نئے لوگ جڑتے ہیں، تو میں ان دونوں کا شارٹ میں انٹروڈکشن دینا چاہوں گا۔</w:t>
      </w:r>
    </w:p>
    <w:p>
      <w:r>
        <w:rPr>
          <w:b/>
        </w:rPr>
        <w:t xml:space="preserve">[00:48] </w:t>
      </w:r>
      <w:r>
        <w:t>Maulana Syed Iqbal Umri Tamil Nadu se hain, aur unhone BA Arabic kiya hai. is ke baad unhone Jamia Darussalam se Fazeelat ki degree hasil ki.</w:t>
      </w:r>
    </w:p>
    <w:p>
      <w:pPr>
        <w:jc w:val="right"/>
      </w:pPr>
      <w:r>
        <w:t>مولانا سید اقبال عمری تمل ناڈو سے ہیں، اور انہوں نے بی اے عربی کیا ہے۔ اس کے بعد انہوں نے جامعہ دارالسلام سے فضیلت کی ڈگری حاصل کی۔</w:t>
      </w:r>
    </w:p>
    <w:p>
      <w:r>
        <w:rPr>
          <w:b/>
        </w:rPr>
        <w:t xml:space="preserve">[01:00] </w:t>
      </w:r>
      <w:r>
        <w:t>teen saal yeh Qatar mein Imam</w:t>
      </w:r>
    </w:p>
    <w:p>
      <w:pPr>
        <w:jc w:val="right"/>
      </w:pPr>
      <w:r>
        <w:t>تین سال یہ قطر میں امام</w:t>
      </w:r>
    </w:p>
    <w:p>
      <w:r>
        <w:rPr>
          <w:b/>
        </w:rPr>
        <w:t xml:space="preserve">[01:03] </w:t>
      </w:r>
      <w:r>
        <w:t>rahe. Bahrain se unhone hadith ke course mein specialization bhi ki. kai suo programs unhone India aur doosre mulkon mein kiye, jis ka training ka mauzu yeh tha ke Islam ka misbat ta'aruf kaise diya jaye.</w:t>
      </w:r>
    </w:p>
    <w:p>
      <w:pPr>
        <w:jc w:val="right"/>
      </w:pPr>
      <w:r>
        <w:t>رہے۔ بحرین سے انہوں نے حدیث کے کورس میں سپیشلائزیشن بھی کی۔ کئی سو پروگرامز انہوں نے انڈیا اور دوسرے ملکوں میں کیے، جس کا ٹریننگ کا موضوع یہ تھا کہ اسلام کا مثبت تعارف کیسے دیا جائے۔</w:t>
      </w:r>
    </w:p>
    <w:p>
      <w:r>
        <w:rPr>
          <w:b/>
        </w:rPr>
        <w:t xml:space="preserve">[01:21] </w:t>
      </w:r>
      <w:r>
        <w:t>2009 mein unki mulaqat Maulana Wahiduddin Khan sahib se hui, aur us ke baad woh CPS Al-Risala Mission se jud gaye.</w:t>
      </w:r>
    </w:p>
    <w:p>
      <w:pPr>
        <w:jc w:val="right"/>
      </w:pPr>
      <w:r>
        <w:t>2009 میں ان کی ملاقات مولانا وحید الدین خان صاحب سے ہوئی، اور اس کے بعد وہ سی پی ایس الرسالہ مشن سے جڑ گئے۔</w:t>
      </w:r>
    </w:p>
    <w:p>
      <w:r>
        <w:rPr>
          <w:b/>
        </w:rPr>
        <w:t xml:space="preserve">[01:30] </w:t>
      </w:r>
      <w:r>
        <w:t>unhone Good Word Books aur CPS International ko kai international book fairs mein bhi participate kiya. aaj kal, besides being a da'i, unka ek role aur hai, woh yeh hai ke Maulana Wahiduddin Khan sahib ke literature ko Tamil mein lana.</w:t>
      </w:r>
    </w:p>
    <w:p>
      <w:pPr>
        <w:jc w:val="right"/>
      </w:pPr>
      <w:r>
        <w:t>انہوں نے گڈ ورڈ بکس اور سی پی ایس انٹرنیشنل کو کئی انٹرنیشنل بک فیئرز میں بھی پارٹیسپیٹ کیا۔ آج کل، بیسائیڈز بینگ اے داعی، ان کا ایک رول اور ہے، وہ یہ ہے کہ مولانا وحید الدین خان صاحب کے لٹریچر کو تمل میں لانا۔</w:t>
      </w:r>
    </w:p>
    <w:p>
      <w:r>
        <w:rPr>
          <w:b/>
        </w:rPr>
        <w:t xml:space="preserve">[01:51] </w:t>
      </w:r>
      <w:r>
        <w:t>to Maulana Iqbal Umri sahib, assalam o alaikum, aaj ke program ke liye.</w:t>
      </w:r>
    </w:p>
    <w:p>
      <w:pPr>
        <w:jc w:val="right"/>
      </w:pPr>
      <w:r>
        <w:t>تو مولانا اقبال عمری صاحب، السلام علیکم، آج کے پروگرام کے لیے۔</w:t>
      </w:r>
    </w:p>
    <w:p>
      <w:r>
        <w:rPr>
          <w:b/>
        </w:rPr>
        <w:t xml:space="preserve">[01:56] </w:t>
      </w:r>
      <w:r>
        <w:t>wa alaikum assalam. ji. aur jo doosre shakhs hamare beech mein hain, Maulana Khateeb Asrar Umri, unhone bhi BA Islamic Studies kiya Jamia Darussalam Umraabad se.</w:t>
      </w:r>
    </w:p>
    <w:p>
      <w:pPr>
        <w:jc w:val="right"/>
      </w:pPr>
      <w:r>
        <w:t>وعلیکم السلام۔ جی۔ اور جو دوسرے شخص ہمارے بیچ میں ہیں، مولانا خطیب اسرار عمری، انہوں نے بھی بی اے اسلامک اسٹڈیز کیا جامعہ دارالسلام عمرہ آباد سے۔</w:t>
      </w:r>
    </w:p>
    <w:p>
      <w:r>
        <w:rPr>
          <w:b/>
        </w:rPr>
        <w:t xml:space="preserve">[02:07] </w:t>
      </w:r>
      <w:r>
        <w:t>is ke baad unhone Fazeelat ki degree hasil ki. is ke baad unhone MA Arabic bhi kiya, Madras University se.</w:t>
      </w:r>
    </w:p>
    <w:p>
      <w:pPr>
        <w:jc w:val="right"/>
      </w:pPr>
      <w:r>
        <w:t>اس کے بعد انہوں نے فضیلت کی ڈگری حاصل کی۔ اس کے بعد انہوں نے ایم اے عربی بھی کیا، مدراس یونیورسٹی سے۔</w:t>
      </w:r>
    </w:p>
    <w:p>
      <w:r>
        <w:rPr>
          <w:b/>
        </w:rPr>
        <w:t xml:space="preserve">[02:17] </w:t>
      </w:r>
      <w:r>
        <w:t>is ke baad unhone Jamia Darussalam Umraabad mein baqayda as a da'i join kiya, aur India mein jitne bahut sare jo madrasa hain, us mein unhone ja ke training di is subject par ke Islam ka misbat ta'aruf kaise diya jaye.</w:t>
      </w:r>
    </w:p>
    <w:p>
      <w:pPr>
        <w:jc w:val="right"/>
      </w:pPr>
      <w:r>
        <w:t>اس کے بعد انہوں نے جامعہ دارالسلام عمرہ آباد میں باقاعدہ ایز اے داعی جوائن کیا، اور انڈیا میں جتنے بہت سارے جو مدرسہ ہیں، اس میں انہوں نے جا کے ٹریننگ دی اس سبجیکٹ پر کہ اسلام کا مثبت تعارف کیسے دیا جائے۔</w:t>
      </w:r>
    </w:p>
    <w:p>
      <w:r>
        <w:rPr>
          <w:b/>
        </w:rPr>
        <w:t xml:space="preserve">[02:35] </w:t>
      </w:r>
      <w:r>
        <w:t>unki mulaqat bhi Maulana Wahiduddin Khan sahib se 2009 mein hui, aur phir us ke baad yeh CPS Al-Risala Mission se jud gaye.</w:t>
      </w:r>
    </w:p>
    <w:p>
      <w:pPr>
        <w:jc w:val="right"/>
      </w:pPr>
      <w:r>
        <w:t>ان کی ملاقات بھی مولانا وحید الدین خان صاحب سے 2009 میں ہوئی، اور پھر اس کے بعد یہ سی پی ایس الرسالہ مشن سے جڑ گئے۔</w:t>
      </w:r>
    </w:p>
    <w:p>
      <w:r>
        <w:rPr>
          <w:b/>
        </w:rPr>
        <w:t xml:space="preserve">[02:44] </w:t>
      </w:r>
      <w:r>
        <w:t>unhone bhi kai international book fairs mein Good Word Books aur CPS International ko represent kiya.</w:t>
      </w:r>
    </w:p>
    <w:p>
      <w:pPr>
        <w:jc w:val="right"/>
      </w:pPr>
      <w:r>
        <w:t>انہوں نے بھی کئی انٹرنیشنل بک فیئرز میں گڈ ورڈ بکس اور سی پی ایس انٹرنیشنل کو ریپریزنٹ کیا۔</w:t>
      </w:r>
    </w:p>
    <w:p>
      <w:r>
        <w:rPr>
          <w:b/>
        </w:rPr>
        <w:t xml:space="preserve">[02:51] </w:t>
      </w:r>
      <w:r>
        <w:t>unki nigrani mein Quran ka tarjuma Tamil mein aa chuka hai, aur Maulana ki kai kitaben, jaise "God Arises", "Islam Rediscovered", "Marriage as a Successful Marriage Life", aur kai leaflets, aur yeh yeh yeh Tamil mein translation mein pehle hi ho chuki hain.</w:t>
      </w:r>
    </w:p>
    <w:p>
      <w:pPr>
        <w:jc w:val="right"/>
      </w:pPr>
      <w:r>
        <w:t>ان کی نگرانی میں قرآن کا ترجمہ تمل میں آ چکا ہے، اور مولانا کی کئی کتابیں، جیسے "گاڈ ارائزز"، "اسلام ری ڈسکورڈ"، "میریج ایز اے سکسیس فل میرج لائف"، اور کئی لیف لیٹس، اور یہ یہ یہ تمل میں ٹرانسلیشن میں پہلے ہی ہو چکی ہیں۔</w:t>
      </w:r>
    </w:p>
    <w:p>
      <w:r>
        <w:rPr>
          <w:b/>
        </w:rPr>
        <w:t xml:space="preserve">[03:11] </w:t>
      </w:r>
      <w:r>
        <w:t>aur is waqt kafi aur kitaben bhi tarjume mein, is par tarjume mein kaam chal raha hai. to main in ko bhi welcome karna chahunga.</w:t>
      </w:r>
    </w:p>
    <w:p>
      <w:pPr>
        <w:jc w:val="right"/>
      </w:pPr>
      <w:r>
        <w:t>اور اس وقت کافی اور کتابیں بھی ترجمے میں، اس پر ترجمے میں کام چل رہا ہے۔ تو میں ان کو بھی ویلکم کرنا چاہوں گا۔</w:t>
      </w:r>
    </w:p>
    <w:p>
      <w:r>
        <w:rPr>
          <w:b/>
        </w:rPr>
        <w:t xml:space="preserve">[03:21] </w:t>
      </w:r>
      <w:r>
        <w:t>assalam o alaikum. wa alaikum assalam wa rahmatullah. ji, aap donon ka khair maqdam. shukriya. sab se pehle Maulana Asrar sahib, main aap se yeh sawal karna chahunga ke Maulana ka jo Al-Risala literature hai, us se aap ka ta'aruf kab aur kaise hua?</w:t>
      </w:r>
    </w:p>
    <w:p>
      <w:pPr>
        <w:jc w:val="right"/>
      </w:pPr>
      <w:r>
        <w:t>السلام علیکم۔ وعلیکم السلام ورحمۃ اللہ۔ جی، آپ دونوں کا خیر مقدم۔ شکریہ۔ سب سے پہلے مولانا اسرار صاحب، میں آپ سے یہ سوال کرنا چاہوں گا کہ مولانا کا جو الرسالہ لٹریچر ہے، اس سے آپ کا تعارف کب اور کیسے ہوا؟</w:t>
      </w:r>
    </w:p>
    <w:p>
      <w:r>
        <w:rPr>
          <w:b/>
        </w:rPr>
        <w:t xml:space="preserve">[03:38] </w:t>
      </w:r>
      <w:r>
        <w:t>is ke bare mein hum sab ko batayen. ji, bismillah hir rahman nir rahim. wassalatu wassalamu ala rasoolihil karim. amma ba'ad,</w:t>
      </w:r>
    </w:p>
    <w:p>
      <w:pPr>
        <w:jc w:val="right"/>
      </w:pPr>
      <w:r>
        <w:t>اس کے بارے میں ہم سب کو بتائیں۔ جی، بسم اللہ الرحمن الرحیم۔ والصلاۃ والسلام علی رسولہ الکریم۔ اما بعد،</w:t>
      </w:r>
    </w:p>
    <w:p>
      <w:r>
        <w:rPr>
          <w:b/>
        </w:rPr>
        <w:t xml:space="preserve">[03:48] </w:t>
      </w:r>
      <w:r>
        <w:t>alrisala literature se mera taaruf kaise hua? agar is ko ek mukhtasar mein bayan karoon to aisa hoga ke sab se pehle main alrisala literature se 1997 mein waqif hua, lekin main samajhta hoon ke is se pehle Allah taala ne mujhe ek aise mukhtasar process se chalaya jis se alrisala literature ko samajhne mein woh process madadgar raha.</w:t>
      </w:r>
    </w:p>
    <w:p>
      <w:pPr>
        <w:jc w:val="right"/>
      </w:pPr>
      <w:r>
        <w:t>الرسالہ لٹریچر سے میرا تعارف کیسے ہوا؟ اگر اس کو ایک مختصر میں بیان کروں تو ایسا ہوگا کہ سب سے پہلے میں الرسالہ لٹریچر سے 1997 میں واقف ہوا، لیکن میں سمجھتا ہوں کہ اس سے پہلے اللہ تعالی نے مجھے ایک ایسے مختصر پروسیس سے چلایا جس سے الرسالہ لٹریچر کو سمجھنے میں وہ پروسیس مددگار رہا۔</w:t>
      </w:r>
    </w:p>
    <w:p>
      <w:r>
        <w:rPr>
          <w:b/>
        </w:rPr>
        <w:t xml:space="preserve">[04:13] </w:t>
      </w:r>
      <w:r>
        <w:t>main</w:t>
      </w:r>
    </w:p>
    <w:p>
      <w:pPr>
        <w:jc w:val="right"/>
      </w:pPr>
      <w:r>
        <w:t>میں</w:t>
      </w:r>
    </w:p>
    <w:p>
      <w:r>
        <w:rPr>
          <w:b/>
        </w:rPr>
        <w:t xml:space="preserve">[04:14] </w:t>
      </w:r>
      <w:r>
        <w:t>madrese mein 1992 mein mera admission hua. aap jante hain ke 1992 jo year hai hamare darmiyan, kafi mashhoor hai.</w:t>
      </w:r>
    </w:p>
    <w:p>
      <w:pPr>
        <w:jc w:val="right"/>
      </w:pPr>
      <w:r>
        <w:t>مدرسے میں 1992 میں میرا ایڈمیشن ہوا۔ آپ جانتے ہیں کہ 1992 جو ایئر ہے ہمارے درمیان، کافی مشہور ہے۔</w:t>
      </w:r>
    </w:p>
    <w:p>
      <w:r>
        <w:rPr>
          <w:b/>
        </w:rPr>
        <w:t xml:space="preserve">[04:23] </w:t>
      </w:r>
      <w:r>
        <w:t>us waqt bahut se masail hamare darmiyan paida hue the. to chounke main ek muslim oriented thinking meri thi, to isi yani mein 12, 13 saal ka tha, aur is tarah ke beshumar masail par hamesha hamare haan discuss hote rehte the.</w:t>
      </w:r>
    </w:p>
    <w:p>
      <w:pPr>
        <w:jc w:val="right"/>
      </w:pPr>
      <w:r>
        <w:t>اس وقت بہت سے مسائل ہمارے درمیان پیدا ہوئے تھے۔ تو چونکہ میں ایک مسلم اورینٹڈ تھنکنگ میری تھی، تو اسی یعنی میں 12، 13 سال کا تھا، اور اس طرح کے بے شمار مسائل پر ہمیشہ ہمارے ہاں ڈسکس ہوتے رہتے تھے۔</w:t>
      </w:r>
    </w:p>
    <w:p>
      <w:r>
        <w:rPr>
          <w:b/>
        </w:rPr>
        <w:t xml:space="preserve">[04:38] </w:t>
      </w:r>
      <w:r>
        <w:t>to in masail ko le kar mere andar ek jazba rehta tha ke millat ke liye kuch karna chahiye.</w:t>
      </w:r>
    </w:p>
    <w:p>
      <w:pPr>
        <w:jc w:val="right"/>
      </w:pPr>
      <w:r>
        <w:t>تو ان مسائل کو لے کر میرے اندر ایک جذبہ رہتا تھا کہ ملت کے لیے کچھ کرنا چاہیے۔</w:t>
      </w:r>
    </w:p>
    <w:p>
      <w:r>
        <w:rPr>
          <w:b/>
        </w:rPr>
        <w:t xml:space="preserve">[04:43] </w:t>
      </w:r>
      <w:r>
        <w:t>aisa jazba rehta tha ke main aap ko bataoon ke main ek baar itna jazbati ho gaya ke main apni maan se ja ke poocha, "aaj millat ki halat bahut kharab hai, agar is ke liye main apni jaan doon to kya aap ijazat dengi?" to meri maan ne kaha, "to millat ke liye jaan bhi de de, mujhe koi baat nahi." mashallah.</w:t>
      </w:r>
    </w:p>
    <w:p>
      <w:pPr>
        <w:jc w:val="right"/>
      </w:pPr>
      <w:r>
        <w:t>ایسا جذبہ رہتا تھا کہ میں آپ کو بتاؤں کہ میں ایک بار اتنا جذباتی ہو گیا کہ میں اپنی ماں سے جا کے پوچھا، "آج ملت کی حالت بہت خراب ہے، اگر اس کے لیے میں اپنی جان دوں تو کیا آپ اجازت دیں گی؟" تو میری ماں نے کہا، "تو ملت کے لیے جان بھی دے دے، مجھے کوئی بات نہیں۔" ماشاءاللہ۔</w:t>
      </w:r>
    </w:p>
    <w:p>
      <w:r>
        <w:rPr>
          <w:b/>
        </w:rPr>
        <w:t xml:space="preserve">[05:00] </w:t>
      </w:r>
      <w:r>
        <w:t>us waqt aise halaat the. aur jab main isi tarah guzarte hue, 94 ya 95 mein samajhta hoon, madrese ka teesra saal tha, to mera jo hostel tha woh aur classroom road ke us paar tha.</w:t>
      </w:r>
    </w:p>
    <w:p>
      <w:pPr>
        <w:jc w:val="right"/>
      </w:pPr>
      <w:r>
        <w:t>اس وقت ایسے حالات تھے۔ اور جب میں اسی طرح گزرتے ہوئے، 94 یا 95 میں سمجھتا ہوں، مدرسے کے تیسرا سال تھا، تو میرا جو ہاسٹل تھا وہ اور کلاس روم روڈ کے اس پار تھا۔</w:t>
      </w:r>
    </w:p>
    <w:p>
      <w:r>
        <w:rPr>
          <w:b/>
        </w:rPr>
        <w:t xml:space="preserve">[05:12] </w:t>
      </w:r>
      <w:r>
        <w:t>to zuhr ki namaz ke baad hum classroom</w:t>
      </w:r>
    </w:p>
    <w:p>
      <w:pPr>
        <w:jc w:val="right"/>
      </w:pPr>
      <w:r>
        <w:t>تو ظہر کی نماز کے بعد ہم کلاس روم</w:t>
      </w:r>
    </w:p>
    <w:p>
      <w:r>
        <w:rPr>
          <w:b/>
        </w:rPr>
        <w:t xml:space="preserve">[05:14] </w:t>
      </w:r>
      <w:r>
        <w:t>jaate the. to main hamesha yeh dua karta tha, ajeeb si dua thi meri, "khudaya, main is sarak paar kar ke is taraf jaata hoon, agar aindah meri zindagi tere deen ke liye ho to tu mujhe is road ke paar pahuncha de, ya gadiyon ke hadse se mujhe to apne paas bula le, accident karwa de." ajeeb dua kar ke main paas hota tha.</w:t>
      </w:r>
    </w:p>
    <w:p>
      <w:pPr>
        <w:jc w:val="right"/>
      </w:pPr>
      <w:r>
        <w:t>جاتے تھے۔ تو میں ہمیشہ یہ دعا کرتا تھا، عجیب سی دعا تھی میری، "خدایا، میں اس سڑک پار کر کے اس طرف جاتا ہوں، اگر آئندہ میری زندگی تیرے دین کے لیے ہو تو تو مجھے اس روڈ کے پار پہنچا دے، یا گاڑیوں کے حادثے سے مجھے تو اپنے پاس بلا لے، ایکسیڈنٹ کروا دے۔" عجیب دعا کر کے میں پاس ہوتا تھا۔</w:t>
      </w:r>
    </w:p>
    <w:p>
      <w:r>
        <w:rPr>
          <w:b/>
        </w:rPr>
        <w:t xml:space="preserve">[05:33] </w:t>
      </w:r>
      <w:r>
        <w:t>to yeh ek process chal raha tha.</w:t>
      </w:r>
    </w:p>
    <w:p>
      <w:pPr>
        <w:jc w:val="right"/>
      </w:pPr>
      <w:r>
        <w:t>تو یہ ایک پروسیس چل رہا تھا۔</w:t>
      </w:r>
    </w:p>
    <w:p>
      <w:r>
        <w:rPr>
          <w:b/>
        </w:rPr>
        <w:t xml:space="preserve">[05:36] </w:t>
      </w:r>
      <w:r>
        <w:t>phir thode aur jab umar badhi, thoda shaoor mere paas paida hua, to yeh sochne laga, main chounke mera background ahle hadith family ka tha, to main yeh socha ke ahle hadith kya hai, is ko parhein.</w:t>
      </w:r>
    </w:p>
    <w:p>
      <w:pPr>
        <w:jc w:val="right"/>
      </w:pPr>
      <w:r>
        <w:t>پھر تھوڑے اور جب عمر بڑھی، تھوڑا شعور میرے پاس پیدا ہوا، تو یہ سوچنے لگا، میں چونکہ میرا بیک گراؤنڈ اہل حدیث فیملی کا تھا، تو میں یہ سوچا کہ اہل حدیث کیا ہے، اس کو پڑھیں۔</w:t>
      </w:r>
    </w:p>
    <w:p>
      <w:r>
        <w:rPr>
          <w:b/>
        </w:rPr>
        <w:t xml:space="preserve">[05:48] </w:t>
      </w:r>
      <w:r>
        <w:t>to us waqt jo ahle hadith ke mashhoor ulama the, un ki kitabein parhne laga, maulana muhammad junagarhi, maulana sanaullah amritsari, yeh dono achhe musannifeen maane jaate hain ahle hadithon mein.</w:t>
      </w:r>
    </w:p>
    <w:p>
      <w:pPr>
        <w:jc w:val="right"/>
      </w:pPr>
      <w:r>
        <w:t>تو اس وقت جو اہل حدیث کے مشہور علماء تھے، ان کی کتابیں پڑھنے لگا، مولانا محمد جوناگڑھی، مولانا ثناء اللہ امرتسری، یہ دونوں اچھے مصنفین مانے جاتے ہیں اہل حدیثوں میں۔</w:t>
      </w:r>
    </w:p>
    <w:p>
      <w:r>
        <w:rPr>
          <w:b/>
        </w:rPr>
        <w:t xml:space="preserve">[06:01] </w:t>
      </w:r>
      <w:r>
        <w:t>un ke tarajim, un ki kitabein parhne laga.</w:t>
      </w:r>
    </w:p>
    <w:p>
      <w:pPr>
        <w:jc w:val="right"/>
      </w:pPr>
      <w:r>
        <w:t>ان کے تراجم، ان کی کتابیں پڑھنے لگا۔</w:t>
      </w:r>
    </w:p>
    <w:p>
      <w:r>
        <w:rPr>
          <w:b/>
        </w:rPr>
        <w:t xml:space="preserve">[06:04] </w:t>
      </w:r>
      <w:r>
        <w:t>lekin un ki kitabon ke parhne se bas kuch masail se waqfiyat ho gayi. deen ki jo form base activities par to hum ko maloomat mil gayi, lekin asal jo rooh hai, is par koi is ko address nahi ho raha tha.</w:t>
      </w:r>
    </w:p>
    <w:p>
      <w:pPr>
        <w:jc w:val="right"/>
      </w:pPr>
      <w:r>
        <w:t>لیکن ان کی کتابوں کے پڑھنے سے بس کچھ مسائل سے واقفیت ہو گئی۔ دین کی جو فارم بیس ایکٹیویٹیز پر تو ہم کو معلومات مل گئی، لیکن اصل جو روح ہے، اس پر کوئی اس کو ایڈریس نہیں ہو رہا تھا۔</w:t>
      </w:r>
    </w:p>
    <w:p>
      <w:r>
        <w:rPr>
          <w:b/>
        </w:rPr>
        <w:t xml:space="preserve">[06:18] </w:t>
      </w:r>
      <w:r>
        <w:t>to aage badha to phir mere kuch saathi kerala ke the, un ka new admission hua tha, unhone mujhe maulana modudi sahab ke literature se waqif</w:t>
      </w:r>
    </w:p>
    <w:p>
      <w:pPr>
        <w:jc w:val="right"/>
      </w:pPr>
      <w:r>
        <w:t>تو آگے بڑھا تو پھر میرے کچھ ساتھی کیرلا کے تھے، ان کا نیو ایڈمیشن ہوا تھا، انہوں نے مجھے مولانا مودودی صاحب کے لٹریچر سے واقف</w:t>
      </w:r>
    </w:p>
    <w:p>
      <w:r>
        <w:rPr>
          <w:b/>
        </w:rPr>
        <w:t xml:space="preserve">[06:28] </w:t>
      </w:r>
      <w:r>
        <w:t>karaya. woh log bahut zyada is ka mutala karte the, aur un ke sath mein bhi maulana modudi sahab ki tamam kitabein parhne laga. to yeh ek do saal ka process</w:t>
      </w:r>
    </w:p>
    <w:p>
      <w:pPr>
        <w:jc w:val="right"/>
      </w:pPr>
      <w:r>
        <w:t>کرایا۔ وہ لوگ بہت زیادہ اس کا مطالعہ کرتے تھے، اور ان کے ساتھ میں بھی مولانا مودودی صاحب کی تمام کتابیں پڑھنے لگا۔ تو یہ ایک دو سال کا پروسی</w:t>
      </w:r>
    </w:p>
    <w:p>
      <w:r>
        <w:rPr>
          <w:b/>
        </w:rPr>
        <w:t xml:space="preserve">[06:37] </w:t>
      </w:r>
      <w:r>
        <w:t>tha. main samajhta hoon 95, 96 mein taqreeban woh kitabein parhta tha, aur us waqt chounke un halaat ke tehat ek to is ke parhne se mere andar ek jazba yeh aaya ke deen ki,</w:t>
      </w:r>
    </w:p>
    <w:p>
      <w:pPr>
        <w:jc w:val="right"/>
      </w:pPr>
      <w:r>
        <w:t>س تھا۔ میں سمجھتا ہوں 95، 96 میں تقریباً وہ کتابیں پڑھتا تھا، اور اس وقت چونکہ ان حالات کے تحت ایک تو اس کے پڑھنے سے میرے اندر ایک جذبہ یہ آیا کہ دین کی،</w:t>
      </w:r>
    </w:p>
    <w:p>
      <w:r>
        <w:rPr>
          <w:b/>
        </w:rPr>
        <w:t xml:space="preserve">[06:50] </w:t>
      </w:r>
      <w:r>
        <w:t>deen ka ek siyasi ghalba ki zaroorat hai. ji, isi siyasi ghalba na hone ke sabab se hum log maghloob hain, in halaat se guzar rahe hain, hamari masjidien dhai ja rahi hain, bahut kuch hamari millat ke sath nuksan ho raha hai.</w:t>
      </w:r>
    </w:p>
    <w:p>
      <w:pPr>
        <w:jc w:val="right"/>
      </w:pPr>
      <w:r>
        <w:t>دین کا ایک سیاسی غلبہ کی ضرورت ہے۔ جی، اسی سیاسی غلبہ نہ ہونے کے سبب سے ہم لوگ مغلوب ہیں، ان حالات سے گزر رہے ہیں، ہماری مسجدیں ڈھائی جا رہی ہیں، بہت کچھ ہماری ملت کے ساتھ نقصان ہو رہا ہے۔</w:t>
      </w:r>
    </w:p>
    <w:p>
      <w:r>
        <w:rPr>
          <w:b/>
        </w:rPr>
        <w:t xml:space="preserve">[07:01] </w:t>
      </w:r>
      <w:r>
        <w:t>yeh ek fikr mere andar paida ho gayi, lekin is ki fikr parhne ke bawajood roohaniyat ko koi</w:t>
      </w:r>
    </w:p>
    <w:p>
      <w:pPr>
        <w:jc w:val="right"/>
      </w:pPr>
      <w:r>
        <w:t>یہ ایک فکر میرے اندر پیدا ہوگئی، لیکن اس کی فکر پڑھنے کے باوجود روحانیت کو کوئی</w:t>
      </w:r>
    </w:p>
    <w:p>
      <w:r>
        <w:rPr>
          <w:b/>
        </w:rPr>
        <w:t xml:space="preserve">[07:07] </w:t>
      </w:r>
      <w:r>
        <w:t>sukoon nahi mil raha tha, rooh ko koi sukoon nahi mil raha tha. tab main socha ke shayad tablighi jamaat mein jaane se kuch is ka hal ho jaye. to chounke mere bahut se rishtedar tablighi jamaat se jude hue the, to ramzan ki jo chhutiyan hoti thi, to main waqt is mein jamaat mein bhi lagaya karta tha.</w:t>
      </w:r>
    </w:p>
    <w:p>
      <w:pPr>
        <w:jc w:val="right"/>
      </w:pPr>
      <w:r>
        <w:t>سکون نہیں مل رہا تھا، روح کو کوئی سکون نہیں مل رہا تھا۔ تب میں سوچا کہ شاید تبلیغی جماعت میں جانے سے کچھ اس کا حل ہو جائے۔ تو چونکہ میرے بہت سے رشتہ دار تبلیغی جماعت سے جڑے ہوئے تھے، تو رمضان کی جو چھٹیاں ہوتی تھیں، تو میں وقت اس میں جماعت میں بھی لگایا کرتا تھا۔</w:t>
      </w:r>
    </w:p>
    <w:p>
      <w:r>
        <w:rPr>
          <w:b/>
        </w:rPr>
        <w:t xml:space="preserve">[07:22] </w:t>
      </w:r>
      <w:r>
        <w:t>to shuru mein kuch teen din is tarah lagaya, lekin wahan bhi main address nahi ho saka. to 97 mein mere ek class fellow the,</w:t>
      </w:r>
    </w:p>
    <w:p>
      <w:pPr>
        <w:jc w:val="right"/>
      </w:pPr>
      <w:r>
        <w:t>تو شروع میں کچھ تین دن اس طرح لگایا، لیکن وہاں بھی میں ایڈریس نہیں ہو سکا۔ تو 97 میں میرے ایک کلاس فیلو تھے،</w:t>
      </w:r>
    </w:p>
    <w:p>
      <w:r>
        <w:rPr>
          <w:b/>
        </w:rPr>
        <w:t xml:space="preserve">[07:30] </w:t>
      </w:r>
      <w:r>
        <w:t>muhammad rafiq alori, woh bhi achhi kitabon ke parhne wale the, to woh bhi kitabon ko parhte the aur mujh se kuch discuss karte the. to un ki dosti bhi hamare ek senior saathi the, siraj ur rehman qureshi, woh us waqt maulana ko parha karte the.</w:t>
      </w:r>
    </w:p>
    <w:p>
      <w:pPr>
        <w:jc w:val="right"/>
      </w:pPr>
      <w:r>
        <w:t>محمد رفیق اللوری، وہ بھی اچھے کتابوں کے پڑھنے والے تھے، تو وہ بھی کتابوں کو پڑھتے تھے اور مجھ سے کچھ ڈسکس کرتے تھے۔ تو ان کی دوستی بھی ہمارے ایک سینئر ساتھی تھے، سراج الرحمن قریشی، وہ اس وقت مولانا کو پڑھا کرتے تھے۔</w:t>
      </w:r>
    </w:p>
    <w:p>
      <w:r>
        <w:rPr>
          <w:b/>
        </w:rPr>
        <w:t xml:space="preserve">[07:45] </w:t>
      </w:r>
      <w:r>
        <w:t>to un ki un se dosti thi, to unhone maulana ke alrisale un ko diye, aur unhone alrisale mujhe diye. to jab main alrisalon ko parha to phir main siraj ur rehman qureshi se dosti kiya, phir un ke paas jo kitabein thi, woh le kar hum parhne lage.</w:t>
      </w:r>
    </w:p>
    <w:p>
      <w:pPr>
        <w:jc w:val="right"/>
      </w:pPr>
      <w:r>
        <w:t>تو ان کی ان سے دوستی تھی، تو انہوں نے مولانا کے الرسالے ان کو دیے، اور انہوں نے الرسالے مجھے دیے۔ تو جب میں الرسالوں کو پڑھا تو پھر میں سراج الرحمن قریشی سے دوستی کیا، پھر ان کے پاس جو کتابیں تھیں، وہ لے کر ہم پڑھنے لگے۔</w:t>
      </w:r>
    </w:p>
    <w:p>
      <w:r>
        <w:rPr>
          <w:b/>
        </w:rPr>
        <w:t xml:space="preserve">[07:59] </w:t>
      </w:r>
      <w:r>
        <w:t>to us waqt mere</w:t>
      </w:r>
    </w:p>
    <w:p>
      <w:pPr>
        <w:jc w:val="right"/>
      </w:pPr>
      <w:r>
        <w:t>تو اس وقت میرے</w:t>
      </w:r>
    </w:p>
    <w:p>
      <w:r>
        <w:rPr>
          <w:b/>
        </w:rPr>
        <w:t xml:space="preserve">[08:01] </w:t>
      </w:r>
      <w:r>
        <w:t>khayal se fikr islami ek kitab unhone di thi. woh kitab aisa samjhein ke mere andar ek zehni pehchaal paida kiya.</w:t>
      </w:r>
    </w:p>
    <w:p>
      <w:pPr>
        <w:jc w:val="right"/>
      </w:pPr>
      <w:r>
        <w:t>خیال سے فکر اسلامی ایک کتاب انہوں نے دی تھی۔ وہ کتاب ایسا سمجھیں کہ میرے اندر ایک ذہنی پہنچال پیدا کیا۔</w:t>
      </w:r>
    </w:p>
    <w:p>
      <w:r>
        <w:rPr>
          <w:b/>
        </w:rPr>
        <w:t xml:space="preserve">[08:10] </w:t>
      </w:r>
      <w:r>
        <w:t>is kitab ke zariye mere andar ek samjhein ke maine sahi rukh apni zindagi ka mutayyan kar liya.</w:t>
      </w:r>
    </w:p>
    <w:p>
      <w:pPr>
        <w:jc w:val="right"/>
      </w:pPr>
      <w:r>
        <w:t>اس کتاب کے ذریعے میرے اندر ایک سمجھیں کہ میں نے صحیح رخ اپنی زندگی کا متعین کر لیا۔</w:t>
      </w:r>
    </w:p>
    <w:p>
      <w:r>
        <w:rPr>
          <w:b/>
        </w:rPr>
        <w:t xml:space="preserve">[08:16] </w:t>
      </w:r>
      <w:r>
        <w:t>ek to is kitab mein aap dekh sakte hain ke Islamic activism ke tehat Maulana ne ek poora bab baandh ke is pe bohat se cheezein baat ki hain, aur is mein ulma ka khaidana role ek topic bhi hai.</w:t>
      </w:r>
    </w:p>
    <w:p>
      <w:pPr>
        <w:jc w:val="right"/>
      </w:pPr>
      <w:r>
        <w:t>ایک تو اس کتاب میں آپ دیکھ سکتے ہیں کہ اسلامک ایکٹیوزم کے تحت مولانا نے ایک پورا باب باندھ کے اس پہ بہت سے چیزیں بات کی ہیں، اور اس میں علماء کا خائدانہ رول ایک ٹاپک بھی ہے۔</w:t>
      </w:r>
    </w:p>
    <w:p>
      <w:r>
        <w:rPr>
          <w:b/>
        </w:rPr>
        <w:t xml:space="preserve">[08:27] </w:t>
      </w:r>
      <w:r>
        <w:t>is par bhi is ko parhne ke baad zehan mein yeh baat to aa gayi ke hamara jo kaam hai, woh dawat ka kaam hai, yaani insaniyat ko Khuda ka message pohanchana hai, un se khair khwahi, well wisher ban ke rehna hai, un se koi jhagda nahi karna.</w:t>
      </w:r>
    </w:p>
    <w:p>
      <w:pPr>
        <w:jc w:val="right"/>
      </w:pPr>
      <w:r>
        <w:t>اس پر بھی اس کو پڑھنے کے بعد ذہن میں یہ بات تو آگئی کہ ہمارا جو کام ہے، وہ دعوت کا کام ہے، یعنی انسانیت کو خدا کا میسج پہنچانا ہے، ان سے خیر خواہی، ویل وشر بن کے رہنا ہے، ان سے کوئی جھگڑا نہیں کرنا۔</w:t>
      </w:r>
    </w:p>
    <w:p>
      <w:r>
        <w:rPr>
          <w:b/>
        </w:rPr>
        <w:t xml:space="preserve">[08:42] </w:t>
      </w:r>
      <w:r>
        <w:t>is tarah ke ek jazbaat aa gaye, aur isi par hamari Maulana ke literature ka mutala shuru ho gaya.</w:t>
      </w:r>
    </w:p>
    <w:p>
      <w:pPr>
        <w:jc w:val="right"/>
      </w:pPr>
      <w:r>
        <w:t>اس طرح کے ایک جذبات آگئے، اور اسی پر ہماری مولانا کے لٹریچر کا مطالعہ شروع ہوگیا۔</w:t>
      </w:r>
    </w:p>
    <w:p>
      <w:r>
        <w:rPr>
          <w:b/>
        </w:rPr>
        <w:t xml:space="preserve">[08:47] </w:t>
      </w:r>
      <w:r>
        <w:t>to is ke baad main samajhta hoon 97, 98, 99 teen saal hum log lagataar parhte thay. library mein jitni kitabein theen, un kitabon ko le ke parhe, aur jab library mein kitabein nahi milti theen to hum teeno paisa jama kar ke wahan ek Azmi book depot tha, un se kitabein mangwa ke Maulana ki parhna shuru ki.</w:t>
      </w:r>
    </w:p>
    <w:p>
      <w:pPr>
        <w:jc w:val="right"/>
      </w:pPr>
      <w:r>
        <w:t>تو اس کے بعد میں سمجھتا ہوں 97، 98، 99 تین سال ہم لوگ لگاتار پڑھتے تھے۔ لائبریری میں جتنی کتابیں تھیں، ان کتابوں کو لے کے پڑھے، اور جب لائبریری میں کتابیں نہیں ملتی تھیں تو ہم تینوں پیسہ جمع کر کے وہاں ایک عازمی بک ڈپو تھا، ان سے کتابیں منگوا کے مولانا کی پڑھنا شروع کیں۔</w:t>
      </w:r>
    </w:p>
    <w:p>
      <w:r>
        <w:rPr>
          <w:b/>
        </w:rPr>
        <w:t xml:space="preserve">[09:08] </w:t>
      </w:r>
      <w:r>
        <w:t>Masha Allah! to parhte parhte sirf parhte hi nahi thay, hum logo ka yeh tha ke hum log teeno din bhar parhte</w:t>
      </w:r>
    </w:p>
    <w:p>
      <w:pPr>
        <w:jc w:val="right"/>
      </w:pPr>
      <w:r>
        <w:t>ماشاءاللہ! تو پڑھتے پڑھتے صرف پڑھتے ہی نہیں تھے، ہم لوگوں کا یہ تھا کہ ہم لوگ تینوں دن بھر پڑھتے</w:t>
      </w:r>
    </w:p>
    <w:p>
      <w:r>
        <w:rPr>
          <w:b/>
        </w:rPr>
        <w:t xml:space="preserve">[09:14] </w:t>
      </w:r>
      <w:r>
        <w:t>thay. shaam mein dinner aur Isha ki namaz ke baad wahan time rehta tha, jahan students thoda tafreeh kar lete thay. to hum log garden mein baith ke madrasay ke sirf isi par discussion karte rehte thay, yahan tak ke hum teen log mashhoor ho gaye, Khan team.</w:t>
      </w:r>
    </w:p>
    <w:p>
      <w:pPr>
        <w:jc w:val="right"/>
      </w:pPr>
      <w:r>
        <w:t>تھے۔ شام میں ڈنر اور عشاء کی نماز کے بعد وہاں ٹائم رہتا تھا، جہاں اسٹوڈنٹس تھوڑا تفریح کر لیتے تھے۔ تو ہم لوگ گارڈن میں بیٹھ کے مدرسے کے صرف اسی پر ڈسکشن کرتے رہتے تھے، یہاں تک کہ ہم تین لوگ مشہور ہو گئے، خان ٹیم۔</w:t>
      </w:r>
    </w:p>
    <w:p>
      <w:r>
        <w:rPr>
          <w:b/>
        </w:rPr>
        <w:t xml:space="preserve">[09:29] </w:t>
      </w:r>
      <w:r>
        <w:t>to in teeno mein se koi ek shakhs bhi nahi aata, to log saath hi poochte thay ke Khan ka ek lafz kam ho gaya hai.</w:t>
      </w:r>
    </w:p>
    <w:p>
      <w:pPr>
        <w:jc w:val="right"/>
      </w:pPr>
      <w:r>
        <w:t>تو ان تینوں میں سے کوئی ایک شخص بھی نہیں آتا، تو لوگ ساتھ ہی پوچھتے تھے کہ خان کا ایک لفظ کم ہو گیا ہے۔</w:t>
      </w:r>
    </w:p>
    <w:p>
      <w:r>
        <w:rPr>
          <w:b/>
        </w:rPr>
        <w:t xml:space="preserve">[09:36] </w:t>
      </w:r>
      <w:r>
        <w:t>to is tarah se, lekin woh teen saal hum parhte rahe, to hamara dawati zehan banta gaya. aur baad mein jab main madrasay se farigh hua to yahi ek literature hai, Maulana ki jo rehnumai mili, to main dawah ke is mein wahan ka jo shoba tha, department, us mein admission liya.</w:t>
      </w:r>
    </w:p>
    <w:p>
      <w:pPr>
        <w:jc w:val="right"/>
      </w:pPr>
      <w:r>
        <w:t>تو اس طرح سے، لیکن وہ تین سال ہم پڑھتے رہے، تو ہمارا دعوتی ذہن بنتا گیا۔ اور بعد میں جب میں مدرسے سے فارغ ہوا تو یہی ایک لٹریچر ہے، مولانا کی جو رہنمائی ملی، تو میں دعویٰ کہ اس میں وہاں کا جو شعبہ تھا، ڈیپارٹمنٹ، اس میں ایڈمیشن لیا۔</w:t>
      </w:r>
    </w:p>
    <w:p>
      <w:r>
        <w:rPr>
          <w:b/>
        </w:rPr>
        <w:t xml:space="preserve">[09:56] </w:t>
      </w:r>
      <w:r>
        <w:t>phir isi dawati silsile mein judna hua. to Maulana ki yeh kitabein mere andar bohat zyada zehni tabdeeli laeen.</w:t>
      </w:r>
    </w:p>
    <w:p>
      <w:pPr>
        <w:jc w:val="right"/>
      </w:pPr>
      <w:r>
        <w:t>پھر اسی دعوتی سلسلے میں جڑنا ہوا۔ تو مولانا کی یہ کتابیں میرے اندر بہت زیادہ ذہنی تبدیلی لائیں۔</w:t>
      </w:r>
    </w:p>
    <w:p>
      <w:r>
        <w:rPr>
          <w:b/>
        </w:rPr>
        <w:t xml:space="preserve">[10:04] </w:t>
      </w:r>
      <w:r>
        <w:t>ji. jazak Allah! bohat hi zabardast aap ne bayan kiya ke kis tarah aap ki zindagi mein changes aa'een.</w:t>
      </w:r>
    </w:p>
    <w:p>
      <w:pPr>
        <w:jc w:val="right"/>
      </w:pPr>
      <w:r>
        <w:t>جی۔ جزاک اللہ! بہت ہی زبردست آپ نے بیان کیا کہ کس طرح آپ کی زندگی میں چینجز آئے۔</w:t>
      </w:r>
    </w:p>
    <w:p>
      <w:r>
        <w:rPr>
          <w:b/>
        </w:rPr>
        <w:t xml:space="preserve">[10:14] </w:t>
      </w:r>
      <w:r>
        <w:t>Maulana Iqbal sahib, aksar yeh hum logo ne sabhi ne yeh observe kiya ke Maulana Wahiduddin Khan sahib ek aisi personality thay ke koi bhi agar un se milta to us ko wisdom ki baat zaroor milti, aur us ke liye ek yeh life long experience ho jata.</w:t>
      </w:r>
    </w:p>
    <w:p>
      <w:pPr>
        <w:jc w:val="right"/>
      </w:pPr>
      <w:r>
        <w:t>مولانا اقبال صاحب، اکثر یہ ہم لوگوں نے سبھی نے یہ ابزرو کیا کہ مولانا وحید الدین خان صاحب ایک ایسی پرسنیلٹی تھے کہ کوئی بھی اگر ان سے ملتا تو اس کو وزڈم کی بات ضرور ملتی، اور اس کے لیے ایک یہ لائف لانگ ایکسپیرینس ہو جاتا۔</w:t>
      </w:r>
    </w:p>
    <w:p>
      <w:r>
        <w:rPr>
          <w:b/>
        </w:rPr>
        <w:t xml:space="preserve">[10:30] </w:t>
      </w:r>
      <w:r>
        <w:t>to main yeh sawal balkay aap dono se hi poochna chahunga ke Maulana Wahiduddin Khan sahib se jab pehli mulaqat hui to kaisa experience tha aap dono ka?</w:t>
      </w:r>
    </w:p>
    <w:p>
      <w:pPr>
        <w:jc w:val="right"/>
      </w:pPr>
      <w:r>
        <w:t>تو میں یہ سوال بلکہ آپ دونوں سے ہی پوچھنا چاہوں گا کہ مولانا وحید الدین خان صاحب سے جب پہلی ملاقات ہوئی تو کیسا ایکسپیرینس تھا آپ دونوں کا؟</w:t>
      </w:r>
    </w:p>
    <w:p>
      <w:r>
        <w:rPr>
          <w:b/>
        </w:rPr>
        <w:t xml:space="preserve">[10:39] </w:t>
      </w:r>
      <w:r>
        <w:t>to is ke baray mein bataye. Bismillah Rehman Rahim. bohat acha sawal hai aap ka, Rejat bhai, ke yaqeenan Maulana se jab milte hain to ya to kisi bande ki koi talash rehti hai, us ka jawab milta hai,</w:t>
      </w:r>
    </w:p>
    <w:p>
      <w:pPr>
        <w:jc w:val="right"/>
      </w:pPr>
      <w:r>
        <w:t>تو اس کے بارے میں بتائیں۔ بسم اللہ الرحمن الرحیم۔ بہت اچھا سوال ہے آپ کا، رجت بھائی، کہ یقینا مولانا سے جب ملتے ہیں تو یا تو کسی بندے کی کوئی تلاش رہتی ہے، اس کا جواب ملتا ہے،</w:t>
      </w:r>
    </w:p>
    <w:p>
      <w:r>
        <w:rPr>
          <w:b/>
        </w:rPr>
        <w:t xml:space="preserve">[10:55] </w:t>
      </w:r>
      <w:r>
        <w:t>ya koi incentive milta hai Maulana ki baaton se</w:t>
      </w:r>
    </w:p>
    <w:p>
      <w:pPr>
        <w:jc w:val="right"/>
      </w:pPr>
      <w:r>
        <w:t>یا کوئی انسینٹیو ملتا ہے مولانا کی باتوں سے</w:t>
      </w:r>
    </w:p>
    <w:p>
      <w:r>
        <w:rPr>
          <w:b/>
        </w:rPr>
        <w:t xml:space="preserve">[10:58] </w:t>
      </w:r>
      <w:r>
        <w:t>۔ jab main pehli martaba 2007 mein ek program ke liye idhar aaya hua tha Delhi, to Maulana se mulaqat karne ke liye aa gaya tha. main akela tha.</w:t>
      </w:r>
    </w:p>
    <w:p>
      <w:pPr>
        <w:jc w:val="right"/>
      </w:pPr>
      <w:r>
        <w:t>۔ جب میں پہلی مرتبہ 2007 میں ایک پروگرام کے لیے ادھر آیا ہوا تھا دہلی، تو مولانا سے ملاقات کرنے کے لیے آگیا تھا۔ میں اکیلا تھا۔</w:t>
      </w:r>
    </w:p>
    <w:p>
      <w:r>
        <w:rPr>
          <w:b/>
        </w:rPr>
        <w:t xml:space="preserve">[11:08] </w:t>
      </w:r>
      <w:r>
        <w:t>to Maulana mulaqat karne ke baad keh rahe thay ke jannat baqadr e ishtaha aur dunya baqadr e zaroorat.</w:t>
      </w:r>
    </w:p>
    <w:p>
      <w:pPr>
        <w:jc w:val="right"/>
      </w:pPr>
      <w:r>
        <w:t>تو مولانا ملاقات کرنے کے بعد کہہ رہے تھے کہ جنت بقدر اشتہا اور دنیا بقدر ضرورت۔</w:t>
      </w:r>
    </w:p>
    <w:p>
      <w:r>
        <w:rPr>
          <w:b/>
        </w:rPr>
        <w:t xml:space="preserve">[11:18] </w:t>
      </w:r>
      <w:r>
        <w:t>to jaise hi unhone, Maulana ne jannat baqadr e ishtaha kaha to fori maine Quran ki ayat, us ke relate hone wali ayat padh di, wa fiha ma tashtahi al anfus wa taladh al ayn.</w:t>
      </w:r>
    </w:p>
    <w:p>
      <w:pPr>
        <w:jc w:val="right"/>
      </w:pPr>
      <w:r>
        <w:t>تو جیسے ہی انہوں نے، مولانا نے جنت بقدر اشتہا کہا تو فوری میں نے قرآن کی آیت، اس کے ریلیٹ ہونے والی آیت پڑھ دی، وفیہا ما تشتهی الانفس وتلذ العین۔</w:t>
      </w:r>
    </w:p>
    <w:p>
      <w:r>
        <w:rPr>
          <w:b/>
        </w:rPr>
        <w:t xml:space="preserve">[11:31] </w:t>
      </w:r>
      <w:r>
        <w:t>yaani ishtaha ka lafz suntay hi maine do ayatein padh dein. to Maulana bohat zyada, haan haan haan, Quran yahi kehta hai. Masha Allah! to us waqt Maulana jo hai na, mere sar par hath rakhe, sar par hath rakh ke dekho, tum kya kaam kar rahe ho?</w:t>
      </w:r>
    </w:p>
    <w:p>
      <w:pPr>
        <w:jc w:val="right"/>
      </w:pPr>
      <w:r>
        <w:t>یعنی اشتہا کا لفظ سنتے ہی میں نے دو آیتیں پڑھ دیں۔ تو مولانا بہت زیادہ، ہاں ہاں ہاں، قرآن یہی کہتا ہے۔ ماشاءاللہ! تو اس وقت مولانا جو ہے نا، میرے سر پر ہاتھ رکھے، سر پر ہاتھ رکھ کے دیکھو، تم کیا کام کر رہے ہو؟</w:t>
      </w:r>
    </w:p>
    <w:p>
      <w:r>
        <w:rPr>
          <w:b/>
        </w:rPr>
        <w:t xml:space="preserve">[11:47] </w:t>
      </w:r>
      <w:r>
        <w:t>tum ko Allah taala ne mulk qaum ke liye paida kiya, us ke liye tayyari karo.</w:t>
      </w:r>
    </w:p>
    <w:p>
      <w:pPr>
        <w:jc w:val="right"/>
      </w:pPr>
      <w:r>
        <w:t>تم کو اللہ تعالی نے ملک قوم کے لیے پیدا کیا، اس کے لیے تیاری کرو۔</w:t>
      </w:r>
    </w:p>
    <w:p>
      <w:r>
        <w:rPr>
          <w:b/>
        </w:rPr>
        <w:t xml:space="preserve">[11:53] </w:t>
      </w:r>
      <w:r>
        <w:t>to mujhe zindagi mein taqreeban parhne ke baad itne saal, taqreeban gyarah barah saal ho chuke thay, koi ek insaan aisa nahi mila ke jo mere andar kya potential hai, us ko jaan kar us ki taraf rehnumai karne wala.</w:t>
      </w:r>
    </w:p>
    <w:p>
      <w:pPr>
        <w:jc w:val="right"/>
      </w:pPr>
      <w:r>
        <w:t>تو مجھے زندگی میں تقریباً پڑھنے کے بعد اتنے سال، تقریباً گیارہ بارہ سال ہو چکے تھے، کوئی ایک انسان ایسا نہیں ملا کہ جو میرے اندر کیا پوٹینشل ہے، اس کو جان کر اس کی طرف رہنمائی کرنے والا۔</w:t>
      </w:r>
    </w:p>
    <w:p>
      <w:r>
        <w:rPr>
          <w:b/>
        </w:rPr>
        <w:t xml:space="preserve">[12:11] </w:t>
      </w:r>
      <w:r>
        <w:t>to yeh to pehli mulaqat rahi jis mein maine Maulana ki zuban se jannat ke alfaaz sune.</w:t>
      </w:r>
    </w:p>
    <w:p>
      <w:pPr>
        <w:jc w:val="right"/>
      </w:pPr>
      <w:r>
        <w:t>تو یہ تو پہلی ملاقات رہی جس میں میں نے مولانا کی زبان سے جنت کے الفاظ سنے۔</w:t>
      </w:r>
    </w:p>
    <w:p>
      <w:r>
        <w:rPr>
          <w:b/>
        </w:rPr>
        <w:t xml:space="preserve">[12:17] </w:t>
      </w:r>
      <w:r>
        <w:t>to saath hi main ek aur mulaqat jo do teen saal ke baad hui, taqreeban 2009 ke ending mein mulaqat hui. to us waqt dekh raha hoon, Maulana ke paas aaya tha ke Maulana, hum to Khuda ke baray mein technical baatein to jantay hain, aur mera mozu bhi yahi hai ke Khuda ke baray mein apne jo courses rehte hain, us mein batlana.</w:t>
      </w:r>
    </w:p>
    <w:p>
      <w:pPr>
        <w:jc w:val="right"/>
      </w:pPr>
      <w:r>
        <w:t>تو ساتھ ہی میں ایک اور ملاقات جو دو تین سال کے بعد ہوئی، تقریباً 2009 کے اینڈنگ میں ملاقات ہوئی۔ تو اس وقت دیکھ رہا ہوں، مولانا کے پاس آیا تھا کہ مولانا، ہم تو خدا کے بارے میں ٹیکنیکل باتیں تو جانتے ہیں، اور میرا موضوع بھی یہی ہے کہ خدا کے بارے میں اپنے جو کورسز رہتے ہیں، اس میں بتلانا۔</w:t>
      </w:r>
    </w:p>
    <w:p>
      <w:r>
        <w:rPr>
          <w:b/>
        </w:rPr>
        <w:t xml:space="preserve">[12:39] </w:t>
      </w:r>
      <w:r>
        <w:t>lekin aisa lagta hai ke ek technical baat keh rahe hain, us ka hamari zaat se koi taluq nahi hai. to Maulana usi waqt ek naqsha le hue baithe, samjha rahe thay kisi ko, aur ro rahe thay.</w:t>
      </w:r>
    </w:p>
    <w:p>
      <w:pPr>
        <w:jc w:val="right"/>
      </w:pPr>
      <w:r>
        <w:t>لیکن ایسا لگتا ہے کہ ایک ٹیکنیکل بات کہہ رہے ہیں، اس کا ہماری ذات سے کوئی تعلق نہیں ہے۔ تو مولانا اسی وقت ایک نقشہ لے ہوئے بیٹھے، سمجھا رہے تھے کسی کو، اور رو رہے تھے۔</w:t>
      </w:r>
    </w:p>
    <w:p>
      <w:r>
        <w:rPr>
          <w:b/>
        </w:rPr>
        <w:t xml:space="preserve">[12:54] </w:t>
      </w:r>
      <w:r>
        <w:t>woh kya samjha rahe thay? ke yeh jo suraj giran, chand giran jo hota hai, yeh Allah ki azmat ki ek nishani hai.</w:t>
      </w:r>
    </w:p>
    <w:p>
      <w:pPr>
        <w:jc w:val="right"/>
      </w:pPr>
      <w:r>
        <w:t>وہ کیا سمجھا رہے تھے؟ کہ یہ جو سورج گرہن، چاند گرہن جو ہوتا ہے، یہ اللہ کی عظمت کی ایک نشانی ہے۔</w:t>
      </w:r>
    </w:p>
    <w:p>
      <w:r>
        <w:rPr>
          <w:b/>
        </w:rPr>
        <w:t xml:space="preserve">[13:05] </w:t>
      </w:r>
      <w:r>
        <w:t>rasool Allah sal Allah alih wasallam ne is waqt kaha, is zamane mein, ayat man ayyat Allah. is ke peeche koi mafroza ya koi yeh nahi hai, wahm o guman ya koi aur kharafaati cheez nahi hai, balke yeh haqeeqat mein Allah taala ka setup hai ke kaise do baray aqsam, kaise aik aik dam baray aqsam, baray hujm wale aik hi align mein aa jate hain.</w:t>
      </w:r>
    </w:p>
    <w:p>
      <w:pPr>
        <w:jc w:val="right"/>
      </w:pPr>
      <w:r>
        <w:t>رسول اللہ صلی اللہ علیہ وسلم نے اس وقت کہا، اس زمانے میں، آیت من آیات اللہ۔ اس کے پیچھے کوئی مفروضہ یا کوئی یہ نہیں ہے، وہم و گمان یا کوئی اور خرافاتی چیز نہیں ہے، بلکہ یہ حقیقت میں اللہ تعالی کا سیٹ اپ ہے کہ کیسے دو بڑے اقسام، کیسے ایک ایک دم بڑے اقسام، بڑے حجم والے ایک ہی الائن میں آ جاتے ہیں۔</w:t>
      </w:r>
    </w:p>
    <w:p>
      <w:r>
        <w:rPr>
          <w:b/>
        </w:rPr>
        <w:t xml:space="preserve">[13:31] </w:t>
      </w:r>
      <w:r>
        <w:t>yeh Allah ki zaat hai jo itna bara hadsa is dunya mein batati hai taake Allah taala ki azmat ko pehchano.</w:t>
      </w:r>
    </w:p>
    <w:p>
      <w:pPr>
        <w:jc w:val="right"/>
      </w:pPr>
      <w:r>
        <w:t>یہ اللہ کی ذات ہے جو اتنا بڑا حادثہ اس دنیا میں بتاتی ہے تاکہ اللہ تعالی کی عظمت کو پہچانو۔</w:t>
      </w:r>
    </w:p>
    <w:p>
      <w:r>
        <w:rPr>
          <w:b/>
        </w:rPr>
        <w:t xml:space="preserve">[13:39] </w:t>
      </w:r>
      <w:r>
        <w:t>to yeh yeh mulaqat bhi mere liye Allah ki azmat ko pehchanne ka aik zariya bani. to jannat aur Allah ki azmat mein jeene wala aik insan hai, yeh maloom hua mujhe pehli mulaqat mein.</w:t>
      </w:r>
    </w:p>
    <w:p>
      <w:pPr>
        <w:jc w:val="right"/>
      </w:pPr>
      <w:r>
        <w:t>تو یہ یہ ملاقات بھی میرے لیے اللہ کی عظمت کو پہچاننے کا ایک ذریعہ بنی۔ تو جنت اور اللہ کی عظمت میں جینے والا ایک انسان ہے، یہ معلوم ہوا مجھے پہلی ملاقات میں۔</w:t>
      </w:r>
    </w:p>
    <w:p>
      <w:r>
        <w:rPr>
          <w:b/>
        </w:rPr>
        <w:t xml:space="preserve">[13:52] </w:t>
      </w:r>
      <w:r>
        <w:t>mashaa Allah! mashaa Allah! Maulana Israr sahib, aap apna experience bhi bataein hum sab ko. haan, Maulana ki jo pehli mulaqat ka experience hai, woh bhi bohat a</w:t>
      </w:r>
    </w:p>
    <w:p>
      <w:pPr>
        <w:jc w:val="right"/>
      </w:pPr>
      <w:r>
        <w:t>ماشاءاللہ! ماشاءاللہ! مولانا اسرار صاحب، آپ اپنا ایکسپیرینس بھی بتائیں ہم سب کو۔ ہاں، مولانا کی جو پہلی ملاقات کا ایکسپیرینس ہے، وہ بھی بہت ع</w:t>
      </w:r>
    </w:p>
    <w:p>
      <w:r>
        <w:rPr>
          <w:b/>
        </w:rPr>
        <w:t xml:space="preserve">[14:03] </w:t>
      </w:r>
      <w:r>
        <w:t>jeeb hai. is waqt mein Maulana ke paas, meri pehli mulaqat 2000 august mein hui thi, aur is se pehle hum log aik traveling kar ke aaye thay Maulana ke paas.</w:t>
      </w:r>
    </w:p>
    <w:p>
      <w:pPr>
        <w:jc w:val="right"/>
      </w:pPr>
      <w:r>
        <w:t>جیب ہے۔ اس وقت میں مولانا کے پاس، میری پہلی ملاقات 2000 اگست میں ہوئی تھی، اور اس سے پہلے ہم لوگ ایک ٹریولنگ کر کے آئے تھے مولانا کے پاس۔</w:t>
      </w:r>
    </w:p>
    <w:p>
      <w:r>
        <w:rPr>
          <w:b/>
        </w:rPr>
        <w:t xml:space="preserve">[14:15] </w:t>
      </w:r>
      <w:r>
        <w:t>ji,</w:t>
      </w:r>
    </w:p>
    <w:p>
      <w:pPr>
        <w:jc w:val="right"/>
      </w:pPr>
      <w:r>
        <w:t>جی،</w:t>
      </w:r>
    </w:p>
    <w:p>
      <w:r>
        <w:rPr>
          <w:b/>
        </w:rPr>
        <w:t xml:space="preserve">[14:16] </w:t>
      </w:r>
      <w:r>
        <w:t>Banaras, Azamgarh, aur is tarah ke baray baray madaris aur Deoband, Mazahir Uloom, wahan ke jo baray scholars, ulama thay, un tamam se mulaqat kar ke Maulana ke paas pohanche thay.</w:t>
      </w:r>
    </w:p>
    <w:p>
      <w:pPr>
        <w:jc w:val="right"/>
      </w:pPr>
      <w:r>
        <w:t>بنارس، اعظم گڑھ، اور اس طرح کے بڑے بڑے مدارس اور دیوبند، مظاہر العلوم، وہاں کے جو بڑے سکالرز، علماء تھے، ان تمام سے ملاقات کر کے مولانا کے پاس پہنچے تھے۔</w:t>
      </w:r>
    </w:p>
    <w:p>
      <w:r>
        <w:rPr>
          <w:b/>
        </w:rPr>
        <w:t xml:space="preserve">[14:28] </w:t>
      </w:r>
      <w:r>
        <w:t>ji, aur is safar ka maqsad yahi tha ke jitne bhi yahan ke UP aur Delhi ke baray ulama hain, un se mulaqat karein aur un se istifada karein.</w:t>
      </w:r>
    </w:p>
    <w:p>
      <w:pPr>
        <w:jc w:val="right"/>
      </w:pPr>
      <w:r>
        <w:t>جی، اور اس سفر کا مقصد یہی تھا کہ جتنے بھی یہاں کے یو پی اور دلی کے بڑے علماء ہیں، ان سے ملاقات کریں اور ان سے استفادہ کریں۔</w:t>
      </w:r>
    </w:p>
    <w:p>
      <w:r>
        <w:rPr>
          <w:b/>
        </w:rPr>
        <w:t xml:space="preserve">[14:37] </w:t>
      </w:r>
      <w:r>
        <w:t>to aakhri mulaqat, aakhri safar ka aakhri padao hamara Delhi tha. ji, aur mere sath hamare saathi senior Fayyazuddin Umri sahib bhi thay. ji, to wahan jo mulaqaten kar ke aaye, us ka aik alag experience tha aur Maulana se aik alag experience tha.</w:t>
      </w:r>
    </w:p>
    <w:p>
      <w:pPr>
        <w:jc w:val="right"/>
      </w:pPr>
      <w:r>
        <w:t>تو آخری ملاقات، آخری سفر کا آخری پڑاؤ ہمارا دلی تھا۔ جی، اور میرے ساتھ ہمارے ساتھی سینئر فیاض الدین عمری صاحب بھی تھے۔ جی، تو وہاں جو ملاقاتیں کر کے آئے، اس کا ایک الگ ایکسپیرینس تھا اور مولانا سے ایک الگ ایکسپیرینس تھا۔</w:t>
      </w:r>
    </w:p>
    <w:p>
      <w:r>
        <w:rPr>
          <w:b/>
        </w:rPr>
        <w:t xml:space="preserve">[14:52] </w:t>
      </w:r>
      <w:r>
        <w:t>woh yeh tha ke jitne ulama ke paas hum gaye, mile, wahan rakh rakhaav aik purtakalluf rakh rakhaav tha, un se guftagu purtakalluf rehti thi aur koi baat hamein nahi milti thi.</w:t>
      </w:r>
    </w:p>
    <w:p>
      <w:pPr>
        <w:jc w:val="right"/>
      </w:pPr>
      <w:r>
        <w:t>وہ یہ تھا کہ جتنے علماء کے پاس ہم گئے، ملے، وہاں رکھ رکھاؤ ایک پرتکلف رکھ رکھاؤ تھا، ان سے گفتگو پرتکلف رہتی تھی اور کوئی بات ہمیں نہیں ملتی تھی۔</w:t>
      </w:r>
    </w:p>
    <w:p>
      <w:r>
        <w:rPr>
          <w:b/>
        </w:rPr>
        <w:t xml:space="preserve">[15:04] </w:t>
      </w:r>
      <w:r>
        <w:t>jab Maulana se pehli baar mein pohancha, pehle se baat yeh thi ke mein pehle Maulana ko bohat parta tha aur Maulana se milne ka bohat mujhe behad ishtiyaq, shauq rehta tha.</w:t>
      </w:r>
    </w:p>
    <w:p>
      <w:pPr>
        <w:jc w:val="right"/>
      </w:pPr>
      <w:r>
        <w:t>جب مولانا سے پہلی بار میں پہنچا، پہلے سے بات یہ تھی کہ میں پہلے مولانا کو بہت پڑھتا تھا اور مولانا سے ملنے کا بڑا مجھے بے حد اشتیاق، شوق رہتا تھا۔</w:t>
      </w:r>
    </w:p>
    <w:p>
      <w:r>
        <w:rPr>
          <w:b/>
        </w:rPr>
        <w:t xml:space="preserve">[15:14] </w:t>
      </w:r>
      <w:r>
        <w:t>aur mere students life mein Maulana ki parchon mein koi tasweer aati to us ko le aa ke mein apne takiye ke neeche rakh leta tha, us kitab ki hifazat kar leta tha.</w:t>
      </w:r>
    </w:p>
    <w:p>
      <w:pPr>
        <w:jc w:val="right"/>
      </w:pPr>
      <w:r>
        <w:t>اور میرے اسٹوڈنٹس لائف میں مولانا کی پرچوں میں کوئی تصویر آتی تو اس کو لے آ کے میں اپنے تکیے کے نیچے رکھ لیتا تھا، اس کتاب کی حفاظت کر لیتا تھا۔</w:t>
      </w:r>
    </w:p>
    <w:p>
      <w:r>
        <w:rPr>
          <w:b/>
        </w:rPr>
        <w:t xml:space="preserve">[15:23] </w:t>
      </w:r>
      <w:r>
        <w:t>to is se milne ki aik tamanna thi Maulana se directly. to us waqt pohancha to mein socha aik bohat baray aalim hain, un ka kamra bohat shandaar hoga, sofe lage honge, aur jab pohnchenge to is tarah se un ka dastarخوان hog</w:t>
      </w:r>
    </w:p>
    <w:p>
      <w:pPr>
        <w:jc w:val="right"/>
      </w:pPr>
      <w:r>
        <w:t>تو اس سے ملنے کی ایک تمنا تھی مولانا سے ڈائریکٹلی۔ تو اس وقت پہنچا تو میں سوچا ایک بہت بڑے عالم ہیں، ان کا کمرہ بہت شاندار ہوگا، صوفے لگے ہوں گے، اور جب پہنچیں گے تو اس طرح سے ان کا دسترخوان ہوگ</w:t>
      </w:r>
    </w:p>
    <w:p>
      <w:r>
        <w:rPr>
          <w:b/>
        </w:rPr>
        <w:t xml:space="preserve">[15:36] </w:t>
      </w:r>
      <w:r>
        <w:t>a. aise sochte hue aaya mein, jaisa jo experience hua mera. ji, lekin dekhta hoon C 29 gate pe pohanche, security thi, to unhon ne phone kiya, Maulana ne oopar bula liya, aur bilkul neeche baithe hue thay.</w:t>
      </w:r>
    </w:p>
    <w:p>
      <w:pPr>
        <w:jc w:val="right"/>
      </w:pPr>
      <w:r>
        <w:t>ا۔ ایسے سوچتے ہوئے آیا میں، جیسا جو ایکسپیرینس ہوا میرا۔ جی، لیکن دیکھتا ہوں سی 29 گیٹ پہ پہنچے، سیکیورٹی تھی، تو انہوں نے فون کیا، مولانا نے اوپر بلا لیا، اور بالکل نیچے بیٹھے ہوئے تھے۔</w:t>
      </w:r>
    </w:p>
    <w:p>
      <w:r>
        <w:rPr>
          <w:b/>
        </w:rPr>
        <w:t xml:space="preserve">[15:49] </w:t>
      </w:r>
      <w:r>
        <w:t>ji, Maulana ke taqreeban 80 saal ke qareeb thay, aur koi na peeche tak gaya, na kuch neeche tak gaya, kuch nahi, zameen pe baithe hue thay. aur hum ko bhi samne bitha liya, hum, mein, aur mere sath teen log thay, hamare aik ustaad thay, Fayyazuddin Umri thay, aur baithe, aur bas aakhirat ki baat shuru ho gayi.</w:t>
      </w:r>
    </w:p>
    <w:p>
      <w:pPr>
        <w:jc w:val="right"/>
      </w:pPr>
      <w:r>
        <w:t>جی، مولانا کے تقریباً 80 سال کے قریب تھے، اور کوئی نہ پیچھے تک گیا، نہ کچھ نیچے تک گیا، کچھ نہیں، زمین پہ بیٹھے ہوئے تھے۔ اور ہم کو بھی سامنے بٹھا لیا، ہم، میں، اور میرے ساتھ تین لوگ تھے، ہمارے ایک استاد تھے، فیاض الدین عمری تھے، اور بیٹھے، اور بس آخرت کی بات شروع ہوگئی۔</w:t>
      </w:r>
    </w:p>
    <w:p>
      <w:r>
        <w:rPr>
          <w:b/>
        </w:rPr>
        <w:t xml:space="preserve">[16:07] </w:t>
      </w:r>
      <w:r>
        <w:t>hamare jo ustaad is waqt sath aaye thay, mein us ko likha bhi hoon, unhon ne kuch gift kiya Maulana ko.</w:t>
      </w:r>
    </w:p>
    <w:p>
      <w:pPr>
        <w:jc w:val="right"/>
      </w:pPr>
      <w:r>
        <w:t>ہمارے جو استاد اس وقت ساتھ آئے تھے، میں اس کو لکھا بھی ہوں، انہوں نے کچھ گفٹ کیا مولانا کو۔</w:t>
      </w:r>
    </w:p>
    <w:p>
      <w:r>
        <w:rPr>
          <w:b/>
        </w:rPr>
        <w:t xml:space="preserve">[16:13] </w:t>
      </w:r>
      <w:r>
        <w:t>ji, to Maulana ne kaha ke dekhein, ab mein is khwahish mein nahi hoon ke kuch gift loon, mein umar ke aise padaav mein hoon jahan mere peer khabron mein hain, aur pata nahi kab mujhe farishte aayein aur le chalein.</w:t>
      </w:r>
    </w:p>
    <w:p>
      <w:pPr>
        <w:jc w:val="right"/>
      </w:pPr>
      <w:r>
        <w:t>جی، تو مولانا نے کہا کہ دیکھیں، اب میں اس خواہش میں نہیں ہوں کہ کچھ گفٹ لوں، میں عمر کے ایسے پڑاؤ میں ہوں جہاں میرے پیر خبروں میں ہیں، اور پتہ نہیں کب مجھے فرشتے آئیں اور لے چلیں۔</w:t>
      </w:r>
    </w:p>
    <w:p>
      <w:r>
        <w:rPr>
          <w:b/>
        </w:rPr>
        <w:t xml:space="preserve">[16:27] </w:t>
      </w:r>
      <w:r>
        <w:t>aur behad Maulana yeh kehte hue un ki awaaz rand gayi, rone lage, phir kehne lage, log aik kitab likh kar kehte hain ke yeh kitab mujhe jannat ko le jayegi, lekin mere paas yeh poori library</w:t>
      </w:r>
    </w:p>
    <w:p>
      <w:pPr>
        <w:jc w:val="right"/>
      </w:pPr>
      <w:r>
        <w:t>اور بے حد مولانا یہ کہتے ہوئے ان کی آواز رند گئی، رونے لگے، پھر کہنے لگے، لوگ ایک کتاب لکھ کر کہتے ہیں کہ یہ کتاب مجھے جنت کو لے جائے گی، لیکن میرے پاس یہ پوری لائبری</w:t>
      </w:r>
    </w:p>
    <w:p>
      <w:r>
        <w:rPr>
          <w:b/>
        </w:rPr>
        <w:t xml:space="preserve">[16:40] </w:t>
      </w:r>
      <w:r>
        <w:t>hai, 200 kitabon ka mein musannif hoon, lekin yeh 200 kitabein sirf aik diya salai jala kar is ko raakh kar kar sakti hain. aik majestic se is aag lag ke woh khaak ho jaye, raakh ban jayegi, to Khuda ke samne mein us ko kaise pesh karoon?</w:t>
      </w:r>
    </w:p>
    <w:p>
      <w:pPr>
        <w:jc w:val="right"/>
      </w:pPr>
      <w:r>
        <w:t>ری ہے، 200 کتابوں کا میں مصنف ہوں، لیکن یہ 200 کتابیں صرف ایک دیا سلائی جلا کر اس کو راکھ کر کر سکتی ہیں۔ ایک میجسٹک سے اس آگ لگ کے وہ خاک ہو جائے، راکھ بن جائے گی، تو خدا کے سامنے میں اس کو کیسے پیش کروں؟</w:t>
      </w:r>
    </w:p>
    <w:p>
      <w:r>
        <w:rPr>
          <w:b/>
        </w:rPr>
        <w:t xml:space="preserve">[16:56] </w:t>
      </w:r>
      <w:r>
        <w:t>ji, Khuda kaise mujhe us ko qabool karega? isi fikr mein rehta hoon. khud rasool Allah sal Allah alih wasallam ne kaha ke jab tak Khuda ka fazl shamil na ho jaye, mein jannat ko nahi ja sakta.</w:t>
      </w:r>
    </w:p>
    <w:p>
      <w:pPr>
        <w:jc w:val="right"/>
      </w:pPr>
      <w:r>
        <w:t>جی، خدا کیسے مجھے اس کو قبول کرے گا؟ اسی فکر میں رہتا ہوں۔ خود رسول اللہ صلی اللہ علیہ وسلم نے کہا کہ جب تک خدا کا فضل شامل نہ ہو جائے، میں جنت کو نہیں جا سکتا۔</w:t>
      </w:r>
    </w:p>
    <w:p>
      <w:r>
        <w:rPr>
          <w:b/>
        </w:rPr>
        <w:t xml:space="preserve">[17:06] </w:t>
      </w:r>
      <w:r>
        <w:t>to rasool ka yeh haal hai, to mera kya haal hoga? to Maulana yahi baat aakhirat zikr karte hue rone lagay. mere jo sath ustaad thay, woh bhi rone lagay.</w:t>
      </w:r>
    </w:p>
    <w:p>
      <w:pPr>
        <w:jc w:val="right"/>
      </w:pPr>
      <w:r>
        <w:t>تو رسول کا یہ حال ہے، تو میرا کیا حال ہوگا؟ تو مولانا یہی بات آخرت ذکر کرتے ہوئے رونے لگے۔ میرے جو ساتھ استاد تھے، وہ بھی رونے لگے۔</w:t>
      </w:r>
    </w:p>
    <w:p>
      <w:r>
        <w:rPr>
          <w:b/>
        </w:rPr>
        <w:t xml:space="preserve">[17:16] </w:t>
      </w:r>
      <w:r>
        <w:t>isi zikr aakhirat par rone par woh majlis khatm ho gayi, aur hum wapas ho gaye. to maine dekha ke kaisa ajeeb aadmi hai, koi is se purtakalluf guftagu nahi kiya, koi purtakalluf baithak nahi thi.</w:t>
      </w:r>
    </w:p>
    <w:p>
      <w:pPr>
        <w:jc w:val="right"/>
      </w:pPr>
      <w:r>
        <w:t>اسی ذکر آخرت پر رونے پر وہ مجلس ختم ہوگئی، اور ہم واپس ہوگئے۔ تو میں نے دیکھا کہ کیسا عجیب آدمی ہے، کوئی اس سے پرتکلف گفتگو نہیں کیا، کوئی پرتکلف بیٹھک نہیں تھی۔</w:t>
      </w:r>
    </w:p>
    <w:p>
      <w:r>
        <w:rPr>
          <w:b/>
        </w:rPr>
        <w:t xml:space="preserve">[17:28] </w:t>
      </w:r>
      <w:r>
        <w:t>bas is ke paas pohcho to aakhirat ki baat kiya, aur apni kitabon ko bhi koi ahmiyat nahi di. chuki hum logon ke paas jate hain to kehte hain, hum ne yeh kitab likhi hai, is ko parho, hum ne yeh kiya, aisa kuch bhi nahi kiya.</w:t>
      </w:r>
    </w:p>
    <w:p>
      <w:pPr>
        <w:jc w:val="right"/>
      </w:pPr>
      <w:r>
        <w:t>بس اس کے پاس پہنچو تو آخرت کی بات کیا، اور اپنی کتابوں کو بھی کوئی اہمیت نہیں دی۔ چونکہ ہم لوگوں کے پاس جاتے ہیں تو کہتے ہیں، ہم نے یہ کتاب لکھی ہے، اس کو پڑھو، ہم نے یہ کیا، ایسا کچھ بھی نہیں کیا۔</w:t>
      </w:r>
    </w:p>
    <w:p>
      <w:r>
        <w:rPr>
          <w:b/>
        </w:rPr>
        <w:t xml:space="preserve">[17:39] </w:t>
      </w:r>
      <w:r>
        <w:t>bas zikr aakhirat, zikr Ilahi par thay. to yeh pehla, pehli jo mulaqat thi, woh mere zehen mein abhi tak naqsh hai. ji ji ji, Maulana Israr sahib, abhi aap ne bohat hi important baat batai.</w:t>
      </w:r>
    </w:p>
    <w:p>
      <w:pPr>
        <w:jc w:val="right"/>
      </w:pPr>
      <w:r>
        <w:t>بس ذکر آخرت، ذکر الہی پر تھے۔ تو یہ پہلا، پہلی جو ملاقات تھی، وہ میرے ذہن میں ابھی تک نقش ہے۔ جی جی جی، مولانا اسرار صاحب، ابھی آپ نے بہت ہی امپورٹنٹ بات بتائی۔</w:t>
      </w:r>
    </w:p>
    <w:p>
      <w:r>
        <w:rPr>
          <w:b/>
        </w:rPr>
        <w:t xml:space="preserve">[17:52] </w:t>
      </w:r>
      <w:r>
        <w:t>ji ke jab aap milne gaye to mind mein aik aisa thought tha ke shayad sofa hoga, dastarخوان hoga, lekin bohat aasani se hi aap Maulana Wahiduddin Khan sahib se mulaqat kar sake.</w:t>
      </w:r>
    </w:p>
    <w:p>
      <w:pPr>
        <w:jc w:val="right"/>
      </w:pPr>
      <w:r>
        <w:t>جی کہ جب آپ ملنے گئے تو مائنڈ میں ایک ایسا تھاٹ تھا کہ شاید صوفہ ہوگا، دسترخوان ہوگا، لیکن بہت آسانی سے ہی آپ مولانا وحید الدین خان صاحب سے ملاقات کر سکے۔</w:t>
      </w:r>
    </w:p>
    <w:p>
      <w:r>
        <w:rPr>
          <w:b/>
        </w:rPr>
        <w:t xml:space="preserve">[18:03] </w:t>
      </w:r>
      <w:r>
        <w:t>aur dekha to yahi jata hai ke jo bare leaders hote hain, spiritual leaders hot</w:t>
      </w:r>
    </w:p>
    <w:p>
      <w:pPr>
        <w:jc w:val="right"/>
      </w:pPr>
      <w:r>
        <w:t>اور دیکھا تو یہی جاتا ہے کہ جو بڑے لیڈرز ہوتے ہیں، سپرچول لیڈرز ہوت</w:t>
      </w:r>
    </w:p>
    <w:p>
      <w:r>
        <w:rPr>
          <w:b/>
        </w:rPr>
        <w:t xml:space="preserve">[18:07] </w:t>
      </w:r>
      <w:r>
        <w:t>e hain, un se milne ke liye pehle aap khat likhein ya aap permission ke liye request dalien, phir shayad mulaqat ho ya na ho. Ji, lekin aur sath mein yeh bhi hai ke aap dono ne hi bohat travel kiya, kai aap ne trainings karein, doosre dawah group se bhi aap logon ka interaction hua.</w:t>
      </w:r>
    </w:p>
    <w:p>
      <w:pPr>
        <w:jc w:val="right"/>
      </w:pPr>
      <w:r>
        <w:t>ے ہیں، ان سے ملنے کے لیے پہلے آپ خط لکھیں یا آپ پرمیشن کے لیے ریکویسٹ ڈالیں، پھر شاید ملاقات ہو یا نہ ہو۔ جی، لیکن اور ساتھ میں یہ بھی ہے کہ آپ دونوں نے ہی بہت ٹریول کیا، کئی آپ نے ٹریننگز کریں، دوسرے دعویٰ گروپ سے بھی آپ لوگوں کا انٹریکشن ہوا۔</w:t>
      </w:r>
    </w:p>
    <w:p>
      <w:r>
        <w:rPr>
          <w:b/>
        </w:rPr>
        <w:t xml:space="preserve">[18:24] </w:t>
      </w:r>
      <w:r>
        <w:t>To isi ke hawale se hi mein aap se poochna chah raha hoon agla sawal ke aap ne kya difference paya</w:t>
      </w:r>
    </w:p>
    <w:p>
      <w:pPr>
        <w:jc w:val="right"/>
      </w:pPr>
      <w:r>
        <w:t>تو اسی کے حوالے سے ہی میں آپ سے پوچھنا چاہ رہا ہوں اگلا سوال کہ آپ نے کیا ڈیفرنس پایا</w:t>
      </w:r>
    </w:p>
    <w:p>
      <w:r>
        <w:rPr>
          <w:b/>
        </w:rPr>
        <w:t xml:space="preserve">[18:31] </w:t>
      </w:r>
      <w:r>
        <w:t>? Ek difference to aap ko milte hi zahir ho gaya, lekin Maulana Wahiduddin Khan sahab ka ek dawah group hai, aur dunya bhar mein bohat se group hain, aur aap ne khoob travel kiya, dono ne.</w:t>
      </w:r>
    </w:p>
    <w:p>
      <w:pPr>
        <w:jc w:val="right"/>
      </w:pPr>
      <w:r>
        <w:t>؟ ایک ڈیفرنس تو آپ کو ملتے ہی ظاہر ہو گیا، لیکن مولانا وحید الدین خان صاحب کا ایک دعویٰ گروپ ہے، اور دنیا بھر میں بہت سے گروپ ہیں، اور آپ نے خوب ٹریول کیا، دونوں نے۔</w:t>
      </w:r>
    </w:p>
    <w:p>
      <w:r>
        <w:rPr>
          <w:b/>
        </w:rPr>
        <w:t xml:space="preserve">[18:41] </w:t>
      </w:r>
      <w:r>
        <w:t>Ji to kya difference paya aap ne?</w:t>
      </w:r>
    </w:p>
    <w:p>
      <w:pPr>
        <w:jc w:val="right"/>
      </w:pPr>
      <w:r>
        <w:t>جی تو کیا ڈیفرنس پایا آپ نے؟</w:t>
      </w:r>
    </w:p>
    <w:p>
      <w:r>
        <w:rPr>
          <w:b/>
        </w:rPr>
        <w:t xml:space="preserve">[18:45] </w:t>
      </w:r>
      <w:r>
        <w:t>Ah, difference yeh tha, mein Maulana se agar mein kahoon ke agarche 97 se Maulana ko parh raha tha, mein 2000 mein Maulana se mila bhi, lekin Maulana ko parhne ke bawajood mukammal taur par Maulana ko samajhne ka jo mauqa mila, woh 2009 mein hai.</w:t>
      </w:r>
    </w:p>
    <w:p>
      <w:pPr>
        <w:jc w:val="right"/>
      </w:pPr>
      <w:r>
        <w:t>اہ، ڈیفرنس یہ تھا، میں مولانا سے اگر میں کہوں کہ اگرچہ 97 سے مولانا کو پڑھ رہا تھا، میں 2000 میں مولانا سے ملا بھی، لیکن مولانا کو پڑھنے کے باوجود مکمل طور پر مولانا کو سمجھنے کا جو موقع ملا، وہ 2009 میں ہے۔</w:t>
      </w:r>
    </w:p>
    <w:p>
      <w:r>
        <w:rPr>
          <w:b/>
        </w:rPr>
        <w:t xml:space="preserve">[19:02] </w:t>
      </w:r>
      <w:r>
        <w:t>Jab Maulana se hum mustaqil milne ke liye aate the, Maulana ke sath</w:t>
      </w:r>
    </w:p>
    <w:p>
      <w:pPr>
        <w:jc w:val="right"/>
      </w:pPr>
      <w:r>
        <w:t>جب مولانا سے ہم مستقل ملنے کے لیے آتے تھے، مولانا کے ساتھ</w:t>
      </w:r>
    </w:p>
    <w:p>
      <w:r>
        <w:rPr>
          <w:b/>
        </w:rPr>
        <w:t xml:space="preserve">[19:07] </w:t>
      </w:r>
      <w:r>
        <w:t>bethakein hoti theen, to is mein Maulana ke sath rehte hue dawah aur marifat ke bohat ah, woh darwaze khulne lage jo kitabon mein se hum ko wazeh nahi ho rahi theen.</w:t>
      </w:r>
    </w:p>
    <w:p>
      <w:pPr>
        <w:jc w:val="right"/>
      </w:pPr>
      <w:r>
        <w:t>بیٹھکیں ہوتی تھیں، تو اس میں مولانا کے ساتھ رہتے ہوئے دعوت اور معرفت کے بہت اہ، وہ دروازے کھلنے لگے جو کتابوں میں سے ہم کو واضح نہیں ہو رہی تھی۔</w:t>
      </w:r>
    </w:p>
    <w:p>
      <w:r>
        <w:rPr>
          <w:b/>
        </w:rPr>
        <w:t xml:space="preserve">[19:16] </w:t>
      </w:r>
      <w:r>
        <w:t>Ya kitab hum parhte the, lekin chounke hamari ek rawayati soch thi, conditioned mind tha, us ke parhne ki wajah se hum apni pasand ki baat us se le lete the, aur jo hum ko samajh mein nahi aati, chhod dete the.</w:t>
      </w:r>
    </w:p>
    <w:p>
      <w:pPr>
        <w:jc w:val="right"/>
      </w:pPr>
      <w:r>
        <w:t>یا کتاب ہم پڑھتے تھے، لیکن چونکہ ہماری ایک روایتی سوچ تھی، کنڈیشن مائنڈ تھا، اس کے پڑھنے کی وجہ سے ہم اپنی پسند کی بات اس سے لے لیتے تھے، اور جو ہم کو سمجھ میں نہیں آتی، چھوڑ دیتے تھے۔</w:t>
      </w:r>
    </w:p>
    <w:p>
      <w:r>
        <w:rPr>
          <w:b/>
        </w:rPr>
        <w:t xml:space="preserve">[19:26] </w:t>
      </w:r>
      <w:r>
        <w:t>Ji to Maulana ki bethakon mein baithne ke baad woh conditioning hamari tooti. To us ke baad hum ko farq yeh maloom hua ke hum jo mukhtalif dawah group ke sath kaam karte hain, us</w:t>
      </w:r>
    </w:p>
    <w:p>
      <w:pPr>
        <w:jc w:val="right"/>
      </w:pPr>
      <w:r>
        <w:t>جی تو مولانا کی بیٹھکوں میں بیٹھنے کے بعد وہ کنڈیشننگ ہماری ٹوٹی۔ تو اس کے بعد ہم کو فرق یہ معلوم ہوا کہ ہم جو مختلف دعویٰ گروپ کے ساتھ کام کرتے ہیں، اس</w:t>
      </w:r>
    </w:p>
    <w:p>
      <w:r>
        <w:rPr>
          <w:b/>
        </w:rPr>
        <w:t xml:space="preserve">[19:37] </w:t>
      </w:r>
      <w:r>
        <w:t>mein aur Maulana ke dawah groups mein bohat zyada farq hai. Ji to us ke baad hum ne faisla kiya ke Maulana ka guidance ke sath hum dawah ka kaam karein ge.</w:t>
      </w:r>
    </w:p>
    <w:p>
      <w:pPr>
        <w:jc w:val="right"/>
      </w:pPr>
      <w:r>
        <w:t>میں اور مولانا کے دعویٰ گروپس میں بہت زیادہ فرق ہے۔ جی تو اس کے بعد ہم نے فیصلہ کیا کہ مولانا کا گائیڈنس کے ساتھ ہم دعوت کا کام کریں گے۔</w:t>
      </w:r>
    </w:p>
    <w:p>
      <w:r>
        <w:rPr>
          <w:b/>
        </w:rPr>
        <w:t xml:space="preserve">[19:45] </w:t>
      </w:r>
      <w:r>
        <w:t>Maulana jis tarah kahein, dawah ka kaam waisa karein ge. Ji to 2010 mein jab hum ne faisla kiya to mere ek ustad ne poocha, bhai aap Maulana ke sath dawah ka kaam kar rahe hain?</w:t>
      </w:r>
    </w:p>
    <w:p>
      <w:pPr>
        <w:jc w:val="right"/>
      </w:pPr>
      <w:r>
        <w:t>مولانا جس طرح کہیں، دعوتی کام ویسا کریں گے۔ جی تو 2010 میں جب ہم نے فیصلہ کیا تو میرے ایک استاد نے پوچھا، بھائی آپ مولانا کے ساتھ دعوتی کام کر رہے ہیں؟</w:t>
      </w:r>
    </w:p>
    <w:p>
      <w:r>
        <w:rPr>
          <w:b/>
        </w:rPr>
        <w:t xml:space="preserve">[19:54] </w:t>
      </w:r>
      <w:r>
        <w:t>To pehle bhi aap bohat se logon ke sath dawah ka kaam kar rahe the, to unhi ke sath rehte, farq kya hai? Woh bhi dawah ka kaam karte hain, aap bhi dawah ka kaam karte hain. To us waqt mere zehan mein ek baat aayi, to un se mein ne kaha, dekhiye, Maulana</w:t>
      </w:r>
    </w:p>
    <w:p>
      <w:pPr>
        <w:jc w:val="right"/>
      </w:pPr>
      <w:r>
        <w:t>تو پہلے بھی آپ بہت سے لوگوں کے ساتھ دعوتی کام کر رہے تھے، تو انہی کے ساتھ رہتے، فرق کیا ہے؟ وہ بھی دعوت کا کام کرتے ہیں، آپ بھی دعوت کا کام کرتے ہیں۔ تو اس وقت میرے ذہن میں ایک بات آئی، تو ان سے میں نے کہا، دیکھیے، مولانا</w:t>
      </w:r>
    </w:p>
    <w:p>
      <w:r>
        <w:rPr>
          <w:b/>
        </w:rPr>
        <w:t xml:space="preserve">[20:07] </w:t>
      </w:r>
      <w:r>
        <w:t>ke dawah ke kaam mein aur doosron ke dawah ke kaam mein ek farq hai. Woh yeh hai ke Maulana jo hai, nawakhiz dawah sikh</w:t>
      </w:r>
    </w:p>
    <w:p>
      <w:pPr>
        <w:jc w:val="right"/>
      </w:pPr>
      <w:r>
        <w:t>کے دعوت کے کام میں اور دوسروں کے دعوت کے کام میں ایک فرق ہے۔ وہ یہ ہے کہ مولانا جو ہے، نواخذ الدعویٰ سکھ</w:t>
      </w:r>
    </w:p>
    <w:p>
      <w:r>
        <w:rPr>
          <w:b/>
        </w:rPr>
        <w:t xml:space="preserve">[20:14] </w:t>
      </w:r>
      <w:r>
        <w:t>ate hain. Ek term hai shariyat ki, kehte hain nawakhiz al-salat, yani aap jab namaz parhte hain to us ki kuch conditions hain, usi ke sath aap parhein ge.</w:t>
      </w:r>
    </w:p>
    <w:p>
      <w:pPr>
        <w:jc w:val="right"/>
      </w:pPr>
      <w:r>
        <w:t>اتے ہیں۔ ایک ٹرم ہے شریعت کی، کہتے ہیں نواخذ الصلاۃ، یعنی آپ جب نماز پڑھتے ہیں تو اس کی کچھ کنڈیشنز ہیں، اسی کے ساتھ آپ پڑھیں گے۔</w:t>
      </w:r>
    </w:p>
    <w:p>
      <w:r>
        <w:rPr>
          <w:b/>
        </w:rPr>
        <w:t xml:space="preserve">[20:23] </w:t>
      </w:r>
      <w:r>
        <w:t>Agar aap woh conditions tod dein ge to aap ki namaz khatam. Ji us ko kehte hain nawakhiz al-salat. Jis tarah namaz mein hum baat cheet nahi karein ge, khana nahi khayein ge, pani nahi peyein ge, agar hum namaz mein yeh karein ge to hamari namaz khatam.</w:t>
      </w:r>
    </w:p>
    <w:p>
      <w:pPr>
        <w:jc w:val="right"/>
      </w:pPr>
      <w:r>
        <w:t>اگر آپ وہ کنڈیشنز توڑ دیں گے تو آپ کی نماز ختم۔ جی اس کو کہتے ہیں نواخذ الصلاۃ۔ جس طرح نماز میں ہم بات چیت نہیں کریں گے، کھانا نہیں کھائیں گے، پانی نہیں پیئیں گے، اگر ہم نماز میں یہ کریں گے تو ہماری نماز ختم۔</w:t>
      </w:r>
    </w:p>
    <w:p>
      <w:r>
        <w:rPr>
          <w:b/>
        </w:rPr>
        <w:t xml:space="preserve">[20:36] </w:t>
      </w:r>
      <w:r>
        <w:t>Jis tarah hum haj ko jate hain to haj ki shart yeh hai ke hum ihram bandh ke rahein, hunting na karein. Agar hum ne apna ihram nikal diya aur sadhe kapde pehne to haj ke haj khatam.</w:t>
      </w:r>
    </w:p>
    <w:p>
      <w:pPr>
        <w:jc w:val="right"/>
      </w:pPr>
      <w:r>
        <w:t>جس طرح ہم حج کو جاتے ہیں تو حج کی شرط یہ ہے کہ ہم احرام باندھ کے رہیں، ہنٹنگ نہ کریں۔ اگر ہم نے اپنا احرام نکال دیا اور سادے کپڑے پہنے تو حج کے حج ختم۔</w:t>
      </w:r>
    </w:p>
    <w:p>
      <w:r>
        <w:rPr>
          <w:b/>
        </w:rPr>
        <w:t xml:space="preserve">[20:46] </w:t>
      </w:r>
      <w:r>
        <w:t>Hamara us ko kehte hain nawakhiz al-haj. To har jo ibadat hai, us ka ek nawakhiz bhi bataya jata hai, us ke conditions bhi kya hain, aur us ko khatam karne wali cheezein bhi kya hain.</w:t>
      </w:r>
    </w:p>
    <w:p>
      <w:pPr>
        <w:jc w:val="right"/>
      </w:pPr>
      <w:r>
        <w:t>ہمارا اس کو کہتے ہیں نواخذ الحج۔ تو ہر جو عبادت ہے، اس کا ایک نواخذ بھی بتایا جاتا ہے، اس کے کنڈیشنز بھی کیا ہیں، اور اس کو ختم کرنے والی چیزیں بھی کیا ہیں۔</w:t>
      </w:r>
    </w:p>
    <w:p>
      <w:r>
        <w:rPr>
          <w:b/>
        </w:rPr>
        <w:t xml:space="preserve">[20:55] </w:t>
      </w:r>
      <w:r>
        <w:t>Ji Maulana se milne se mujhe maloom hua</w:t>
      </w:r>
    </w:p>
    <w:p>
      <w:pPr>
        <w:jc w:val="right"/>
      </w:pPr>
      <w:r>
        <w:t>جی مولانا سے ملنے سے مجھے معلوم ہوا</w:t>
      </w:r>
    </w:p>
    <w:p>
      <w:r>
        <w:rPr>
          <w:b/>
        </w:rPr>
        <w:t xml:space="preserve">[20:58] </w:t>
      </w:r>
      <w:r>
        <w:t>ke dawah ki ek spirit hai, aur us spirit ko bhi khatam karne wali kuch cheezein hain. Woh yeh hain ke jis mad'u qaum se hum, jis ko hum Khuda ka paigham pahunchana chahte hain, use one-sided hum us ke well-wisher banein.</w:t>
      </w:r>
    </w:p>
    <w:p>
      <w:pPr>
        <w:jc w:val="right"/>
      </w:pPr>
      <w:r>
        <w:t>کہ دعویٰ کی ایک سپرٹ ہے، اور اس سپرٹ کو بھی توڑنے والی کچھ چیزیں ہیں۔ وہ یہ ہیں کہ جس مدعو قوم سے ہم، جس کو ہم خدا کا پیغام پہنچانا چاہتے ہیں، اسے ون سائیڈڈ ہم اس کے ویلوشر بنیں۔</w:t>
      </w:r>
    </w:p>
    <w:p>
      <w:r>
        <w:rPr>
          <w:b/>
        </w:rPr>
        <w:t xml:space="preserve">[21:12] </w:t>
      </w:r>
      <w:r>
        <w:t>Woh kuch bhi hamare sath karein, acha ya bura, hum us ke sath well-wishing karein, aur kabhi bhi us se nafrat na karein. Agar thodi bhi hamare andar nafrat aa jaye, khwah woh kisi bhi mamle ko le kar, to samajho ke hamari dawah spirit khatam ho gayi.</w:t>
      </w:r>
    </w:p>
    <w:p>
      <w:pPr>
        <w:jc w:val="right"/>
      </w:pPr>
      <w:r>
        <w:t>وہ کچھ بھی ہمارے ساتھ کریں، اچھا یا برا، ہم اس کے ساتھ ویلوشنگ کریں، اور کبھی بھی اس سے نفرت نہ کریں۔ اگر تھوڑی بھی ہمارے اندر نفرت آ جائے، خواہ وہ کسی بھی معاملے کو لے کر، تو سمجھو کہ ہماری دعوتی سپرٹ ختم ہوگئی۔</w:t>
      </w:r>
    </w:p>
    <w:p>
      <w:r>
        <w:rPr>
          <w:b/>
        </w:rPr>
        <w:t xml:space="preserve">[21:26] </w:t>
      </w:r>
      <w:r>
        <w:t>ma</w:t>
      </w:r>
    </w:p>
    <w:p>
      <w:pPr>
        <w:jc w:val="right"/>
      </w:pPr>
      <w:r>
        <w:t>ما</w:t>
      </w:r>
    </w:p>
    <w:p>
      <w:r>
        <w:rPr>
          <w:b/>
        </w:rPr>
        <w:t xml:space="preserve">[21:27] </w:t>
      </w:r>
      <w:r>
        <w:t>sha Allah! Yeh bohat hi mind, bohat mujhe laga ke us waqt jo ustad se baat kiya to woh khamosh ho gaye. To is tarah jab mein dekhne laga to waqai Maulana ka jo literature hai, unhone ummat ko aagah kiya hai ke kya cheezein hain jo dawah spirit ko kill karne wali cheezein hain.</w:t>
      </w:r>
    </w:p>
    <w:p>
      <w:pPr>
        <w:jc w:val="right"/>
      </w:pPr>
      <w:r>
        <w:t>شاءاللہ! یہ بہت ہی مائنڈ، بہت مجھے لگا کہ اس وقت جو استاد سے بات کیا تو وہ خاموش ہو گئے۔ تو اس طرح جب میں دیکھنے لگا تو واقعی مولانا کا جو لٹریچر ہے، انہوں نے امت کو آگاہ کیا ہے کہ کیا چیزیں ہیں جو دعویٰ سپرٹ کو کل کرنے والی چیزیں ہیں۔</w:t>
      </w:r>
    </w:p>
    <w:p>
      <w:r>
        <w:rPr>
          <w:b/>
        </w:rPr>
        <w:t xml:space="preserve">[21:42] </w:t>
      </w:r>
      <w:r>
        <w:t>Jis tarah mad'u qaum se aap kabhi nafrat nahi karein ge, agar nafrat karein ge to yeh cheez kill ho jayegi. Right oriented nahi honge, aap apne kisi bhi sathiyon se ya apne insanon se apne rights ko mangna, yeh bhi us ko kill karne wala hai.</w:t>
      </w:r>
    </w:p>
    <w:p>
      <w:pPr>
        <w:jc w:val="right"/>
      </w:pPr>
      <w:r>
        <w:t>جس طرح مدعو قوم سے آپ کبھی نفرت نہیں کریں گے، اگر نفرت کریں گے تو یہ چیز کل ہو جائے گی۔ رائٹ اورینٹڈ نہیں ہوں گے، آپ اپنے کسی بھی ساتھیوں سے یا اپنے انسانوں سے اپنے رائٹس کو مانگنا، یہ بھی اس کو کل کرنے والا ہے۔</w:t>
      </w:r>
    </w:p>
    <w:p>
      <w:r>
        <w:rPr>
          <w:b/>
        </w:rPr>
        <w:t xml:space="preserve">[21:57] </w:t>
      </w:r>
      <w:r>
        <w:t>One-sided aap un ki takleefon par sabr ke sath rahenge, aur yeh baatein Quran mein bhi zikr ki gayi hain. Jis tarah ke ke Allah jitne bhi nabi aate the, woh log kehte the ke la asalukum alaihim najran, hum apni dawah par aap se koi right nahi mangte, koi cheez nahi mangte.</w:t>
      </w:r>
    </w:p>
    <w:p>
      <w:pPr>
        <w:jc w:val="right"/>
      </w:pPr>
      <w:r>
        <w:t>ون سائیڈ آپ ان کی تکلیفوں پر صبر کے ساتھ رہیں گے، اور یہ باتیں قرآن میں بھی ذکر کی گئی ہیں۔ جس طرح کہ کہ اللہ جتنے بھی نبی آتے تھے، وہ لوگ کہتے تھے کہ لا اسلکم علیہم نجر، ہم اپنی دعوت پر آپ سے کوئی رائٹ نہیں مانگتے، کوئی چیز نہیں مانگتے۔</w:t>
      </w:r>
    </w:p>
    <w:p>
      <w:r>
        <w:rPr>
          <w:b/>
        </w:rPr>
        <w:t xml:space="preserve">[22:14] </w:t>
      </w:r>
      <w:r>
        <w:t>isi tarah hazrat musa ne kaha, jitni bhi aap log takleef denge, is par hum sabr karenge.</w:t>
      </w:r>
    </w:p>
    <w:p>
      <w:pPr>
        <w:jc w:val="right"/>
      </w:pPr>
      <w:r>
        <w:t>اسی طرح حضرت موسیٰ نے کہا، جتنی بھی آپ لوگ تکلیف دیں گے، اس پر ہم صبر کریں</w:t>
      </w:r>
    </w:p>
    <w:p>
      <w:r>
        <w:rPr>
          <w:b/>
        </w:rPr>
        <w:t xml:space="preserve">[22:21] </w:t>
      </w:r>
      <w:r>
        <w:t>gaye. to khair, zamana bhi badal chuka, ab woh takleefein bhi nahi rahin, woh religious persecution ka age bhi nahi raha. to madu qom se aur zyada hum valuing hona chahiye.</w:t>
      </w:r>
    </w:p>
    <w:p>
      <w:pPr>
        <w:jc w:val="right"/>
      </w:pPr>
      <w:r>
        <w:t>گے۔ تو خیر، زمانہ بھی بدل چکا، اب وہ تکلیفیں بھی نہیں رہیں، وہ ریلیجیس پرسیکیوشن کا ایج بھی نہیں رہا۔ تو مدعو قوم سے اور زیادہ ہم ویلوشر ہونا چاہیے۔</w:t>
      </w:r>
    </w:p>
    <w:p>
      <w:r>
        <w:rPr>
          <w:b/>
        </w:rPr>
        <w:t xml:space="preserve">[22:30] </w:t>
      </w:r>
      <w:r>
        <w:t>to yeh agar hamare andar valuing khatam ho gayi to goya ke woh dawah spirit ko kill karne wali cheezein hain. ji to yeh farq Maulana se milne se aur unke dawah group se mujhe mila.</w:t>
      </w:r>
    </w:p>
    <w:p>
      <w:pPr>
        <w:jc w:val="right"/>
      </w:pPr>
      <w:r>
        <w:t>تو یہ اگر ہمارے اندر ویلوشنگ ختم ہوگئی تو گویا کہ وہ دعویٰ سپرٹ کو کل کرنے والی چیزیں ہیں۔ جی تو یہ فرق مولانا سے ملنے سے اور ان کے دعویٰ گروپ سے مجھے ملا۔</w:t>
      </w:r>
    </w:p>
    <w:p>
      <w:r>
        <w:rPr>
          <w:b/>
        </w:rPr>
        <w:t xml:space="preserve">[22:40] </w:t>
      </w:r>
      <w:r>
        <w:t>mashallah! bohat achhe se wazeh kiya aap ne, Maulana Israr sahib. Maulana Iqbal sahib, aap is mein kuch add karna chahenge?</w:t>
      </w:r>
    </w:p>
    <w:p>
      <w:pPr>
        <w:jc w:val="right"/>
      </w:pPr>
      <w:r>
        <w:t>ماشاءاللہ! بہت اچھے سے واضح کیا آپ نے، مولانا اسرار صاحب۔ مولانا اقبال صاحب، آپ اس میں کچھ ایڈ کرنا چاہیں گے؟</w:t>
      </w:r>
    </w:p>
    <w:p>
      <w:r>
        <w:rPr>
          <w:b/>
        </w:rPr>
        <w:t xml:space="preserve">[22:47] </w:t>
      </w:r>
      <w:r>
        <w:t>ji, khateeb Israr sahib ne kafi achhe tareeqe se Maulana ki baat batai, dawah ke silsile mein farq hai.</w:t>
      </w:r>
    </w:p>
    <w:p>
      <w:pPr>
        <w:jc w:val="right"/>
      </w:pPr>
      <w:r>
        <w:t>جی، خطیب اسرار صاحب نے کافی اچھے طریقے سے مولانا کی بات بتائی، دعوت کے سلسلے میں فرق کیا ہے۔</w:t>
      </w:r>
    </w:p>
    <w:p>
      <w:r>
        <w:rPr>
          <w:b/>
        </w:rPr>
        <w:t xml:space="preserve">[22:57] </w:t>
      </w:r>
      <w:r>
        <w:t>main is mein ek add karna chahunga ke aksar hamare saath, hum jin logon se bhi, jin group mein bhi hum log the, un logon ka nishana ghair wazeh tha.</w:t>
      </w:r>
    </w:p>
    <w:p>
      <w:pPr>
        <w:jc w:val="right"/>
      </w:pPr>
      <w:r>
        <w:t>میں اس میں ایک ایڈ کرنا چاہوں گا کہ اکثر ہمارے ساتھ، ہم جن لوگوں سے بھی، جن گروپ میں بھی ہم لوگ تھے، ان لوگوں کا نشانہ غیر واضح تھا۔</w:t>
      </w:r>
    </w:p>
    <w:p>
      <w:r>
        <w:rPr>
          <w:b/>
        </w:rPr>
        <w:t xml:space="preserve">[23:07] </w:t>
      </w:r>
      <w:r>
        <w:t>asal mein jaise Maulana ka nishana yeh hai ke madu tak paigham ko pahuncha diya jaye, yeh Maulana ka nishana tha.</w:t>
      </w:r>
    </w:p>
    <w:p>
      <w:pPr>
        <w:jc w:val="right"/>
      </w:pPr>
      <w:r>
        <w:t>اصل میں جیسے مولانا کا نشانہ یہ ہے کہ مدعو تک پیغام کو پہنچا دیا جائے، یہ مولانا کا نشانہ تھا۔</w:t>
      </w:r>
    </w:p>
    <w:p>
      <w:r>
        <w:rPr>
          <w:b/>
        </w:rPr>
        <w:t xml:space="preserve">[23:16] </w:t>
      </w:r>
      <w:r>
        <w:t>lekin un logon ka nishana dawah se koi inqilab, dawah se demographic change, dawah se falan falan, to Maulana ka nishana pahuncha dena chahiye.</w:t>
      </w:r>
    </w:p>
    <w:p>
      <w:pPr>
        <w:jc w:val="right"/>
      </w:pPr>
      <w:r>
        <w:t>لیکن ان لوگوں کا نشانہ دعوت سے کوئی انقلاب، دعوت سے ڈیموگرافی چینج، دعوت سے فلاں فلاں، تو مولانا کا نشانہ پہنچا دینا چاہیے۔</w:t>
      </w:r>
    </w:p>
    <w:p>
      <w:r>
        <w:rPr>
          <w:b/>
        </w:rPr>
        <w:t xml:space="preserve">[23:27] </w:t>
      </w:r>
      <w:r>
        <w:t>dawah ko inzar ka, dawah ka mani hai inzar, Allah taala ke paigham ko logon tak pahuncha</w:t>
      </w:r>
    </w:p>
    <w:p>
      <w:pPr>
        <w:jc w:val="right"/>
      </w:pPr>
      <w:r>
        <w:t>دعوت کو انظار کا، دعوت کا معنی ہے انظار، اللہ تعالیٰ کے پیغام کو لوگوں تک پہنچائ</w:t>
      </w:r>
    </w:p>
    <w:p>
      <w:r>
        <w:rPr>
          <w:b/>
        </w:rPr>
        <w:t xml:space="preserve">[23:34] </w:t>
      </w:r>
      <w:r>
        <w:t>ein. isi tarah Maulana ne hum ko aakhri tak jo ek dam aisa hum ko target diya hai ke jaisa ke hadith mein aata hai ke la bait madr wa la wabr illa adkhal Allah kalmat al Islam.</w:t>
      </w:r>
    </w:p>
    <w:p>
      <w:pPr>
        <w:jc w:val="right"/>
      </w:pPr>
      <w:r>
        <w:t>ے۔ اسی طرح مولانا نے ہم کو آخری تک جو ایک دم ایسا ہم کو ٹارگٹ دیا ہے کہ جیسا کہ حدیث میں آتا ہے کہ لا بیت مدر ولا وبر الا ادخل اللہ کلمۃ الاسلام۔</w:t>
      </w:r>
    </w:p>
    <w:p>
      <w:r>
        <w:rPr>
          <w:b/>
        </w:rPr>
        <w:t xml:space="preserve">[23:47] </w:t>
      </w:r>
      <w:r>
        <w:t>to yahan par Maulana kehte hain ke hadith mein jo zimmedari di gayi hai ke kalmat al Islam ko har ghar mein pahuncha diya jaye, na ke har dil mein utar diya jaye.</w:t>
      </w:r>
    </w:p>
    <w:p>
      <w:pPr>
        <w:jc w:val="right"/>
      </w:pPr>
      <w:r>
        <w:t>تو یہاں پر مولانا کہتے ہیں کہ حدیث میں جو ذمہ داری دی گئی ہے کہ کلمۃ اسلام کو ہر گھر میں پہنچا دیا جائے، نہ کہ ہر دل میں اہ اتار دیا جائ</w:t>
      </w:r>
    </w:p>
    <w:p>
      <w:r>
        <w:rPr>
          <w:b/>
        </w:rPr>
        <w:t xml:space="preserve">[23:59] </w:t>
      </w:r>
      <w:r>
        <w:t>e. to yeh asal mein jo Maulana ne hum ko target diya hai ke Allah se aur aakhirat se logon ko aagah kar diya jaye, yeh aap ki zimmedari hai.</w:t>
      </w:r>
    </w:p>
    <w:p>
      <w:pPr>
        <w:jc w:val="right"/>
      </w:pPr>
      <w:r>
        <w:t>ے۔ تو یہ اصل میں اہ جو مولانا نے ہم کو ٹارگٹ دیا ہے کہ اللہ سے اور آخرت سے لوگوں کو آگاہ کر دیا جائے، یہ آپ کی ذمہ داری ہے۔</w:t>
      </w:r>
    </w:p>
    <w:p>
      <w:r>
        <w:rPr>
          <w:b/>
        </w:rPr>
        <w:t xml:space="preserve">[24:11] </w:t>
      </w:r>
      <w:r>
        <w:t>to aksar main dekhta hoon ke jo bhi dawah group hain, woh bilkul mayusi mein mubtala rehte hain. woh dawah hamari zimmedari hai, hidayat Allah ki zimmedari hai, bol kar dawah ke liye kya kya zaroori cheezein hain, woh unke paas nahi hain.</w:t>
      </w:r>
    </w:p>
    <w:p>
      <w:pPr>
        <w:jc w:val="right"/>
      </w:pPr>
      <w:r>
        <w:t>تو اکثر میں دیکھتا ہوں کہ جو بھی دعویٰ گروپ ہیں، وہ بالکل مایوسی میں مبتلا رہتے ہیں۔ وہ اہ دعوت ہماری ذمہ داری ہے، ہدایت اللہ کی ذمہ داری ہے، بول کر دعوت کے لیے کیا کیا ضروری چیزیں ہیں، وہ ان کے پاس نہیں ہیں۔</w:t>
      </w:r>
    </w:p>
    <w:p>
      <w:r>
        <w:rPr>
          <w:b/>
        </w:rPr>
        <w:t xml:space="preserve">[24:27] </w:t>
      </w:r>
      <w:r>
        <w:t>jaise Maulana ne 200 ke qareeb kitabein likhin, madu ki zuban ko samjha, zamane ko samjha, aur zamane ke laiq rehnumai ki, yeh sab sari cheezein Maulana ke paas pai jati hain.</w:t>
      </w:r>
    </w:p>
    <w:p>
      <w:pPr>
        <w:jc w:val="right"/>
      </w:pPr>
      <w:r>
        <w:t>جیسے مولانا نے 200 کے قریب کتابیں لکھیں، مدعو کی زبان کو سمجھا، زمانے کو سمجھا، اور زمانے کے لائق رہنمائی کی، یہ سب ساری چیزیں مولانا کے پاس پائی جاتی ہیں۔</w:t>
      </w:r>
    </w:p>
    <w:p>
      <w:r>
        <w:rPr>
          <w:b/>
        </w:rPr>
        <w:t xml:space="preserve">[24:40] </w:t>
      </w:r>
      <w:r>
        <w:t>doosron ke paas sirf dawah ka lafz hai, lekin is ke liye jo kuch rehnumai karna hai, woh cheez nahi thi.</w:t>
      </w:r>
    </w:p>
    <w:p>
      <w:pPr>
        <w:jc w:val="right"/>
      </w:pPr>
      <w:r>
        <w:t>دوسروں کے پاس صرف اہ دعوت کا لفظ ہے، لیکن اس کے لیے جو کچھ رہنمائی کرنا ہے، وہ چیز نہیں تھی۔</w:t>
      </w:r>
    </w:p>
    <w:p>
      <w:r>
        <w:rPr>
          <w:b/>
        </w:rPr>
        <w:t xml:space="preserve">[24:48] </w:t>
      </w:r>
      <w:r>
        <w:t>to hum ne logon se poocha, hamare zimmedaron se ke agar is ke muqable mein koi achhi rehnumai hai to dijiye.</w:t>
      </w:r>
    </w:p>
    <w:p>
      <w:pPr>
        <w:jc w:val="right"/>
      </w:pPr>
      <w:r>
        <w:t>تو ہم نے اہ لوگوں سے پوچھا، ہمارے ذمہ داروں سے کہ اگر اس کے مقابلے میں کوئی اچھی رہنمائی ہے تو دیجئے۔</w:t>
      </w:r>
    </w:p>
    <w:p>
      <w:r>
        <w:rPr>
          <w:b/>
        </w:rPr>
        <w:t xml:space="preserve">[24:58] </w:t>
      </w:r>
      <w:r>
        <w:t>to aaj tak koi achhi rehnumai nahi de sake.</w:t>
      </w:r>
    </w:p>
    <w:p>
      <w:pPr>
        <w:jc w:val="right"/>
      </w:pPr>
      <w:r>
        <w:t>تو آج تک کوئی اچھی رہنمائی نہیں دے سک</w:t>
      </w:r>
    </w:p>
    <w:p>
      <w:r>
        <w:rPr>
          <w:b/>
        </w:rPr>
        <w:t xml:space="preserve">[25:01] </w:t>
      </w:r>
      <w:r>
        <w:t>e. to Maulana hi ka jo kuch diya hai, diya hua hai, woh sare insano ko samajh mein bhi aata hai, universal hai.</w:t>
      </w:r>
    </w:p>
    <w:p>
      <w:pPr>
        <w:jc w:val="right"/>
      </w:pPr>
      <w:r>
        <w:t>ے۔ تو مولانا ہی کا جو کچھ دیا ہے، دیا ہوا ہے، وہ سارے انسانوں کو سمجھ میں بھی آتا ہے، یونیورسل ہے۔</w:t>
      </w:r>
    </w:p>
    <w:p>
      <w:r>
        <w:rPr>
          <w:b/>
        </w:rPr>
        <w:t xml:space="preserve">[25:10] </w:t>
      </w:r>
      <w:r>
        <w:t>to is ke liye hum Maulana ki baat ko mante hain. jazak Allah, Maulana Iqbal sahib. Maulana Israr sahib, abhi aap ne jaise hum sab ko bataya ke kis tarah Maulana ke group aur baqi group mein difference hai, aap ne bohat achhe se</w:t>
      </w:r>
    </w:p>
    <w:p>
      <w:pPr>
        <w:jc w:val="right"/>
      </w:pPr>
      <w:r>
        <w:t>تو اس کے لیے ہم مولانا کی بات کو مانتے ہیں۔ جزاک اللہ، مولانا اقبال صاحب۔ مولانا اسرار صاحب، ابھی آپ نے جیسے ہم سب کو بتایا کہ کس طرح اہ مولانا کے گروپ اور باقی گروپ میں ڈیفرنس ہے، آپ نے بہت اچھے سے</w:t>
      </w:r>
    </w:p>
    <w:p>
      <w:r>
        <w:rPr>
          <w:b/>
        </w:rPr>
        <w:t xml:space="preserve">[25:26] </w:t>
      </w:r>
      <w:r>
        <w:t>wazeh kiya. to zahir si baat hai ke woh Maulana Wahiduddin Khan sahib ki jo fikr hai, woh bilkul unique thi. ji, aur yeh bhi hum jante hain ke kai log aur groups jo hain, woh unki fikr se ikhtilaf rakhte the.</w:t>
      </w:r>
    </w:p>
    <w:p>
      <w:pPr>
        <w:jc w:val="right"/>
      </w:pPr>
      <w:r>
        <w:t>واضح کیا۔ تو ظاہر سی بات ہے کہ وہ مولانا وحید الدین خان صاحب کی جو فکر ہے، وہ بالکل یونیک تھی۔ اہ جی، اور اہ یہ بھی ہم جانتے ہیں کہ کئی لوگ اور گروپس جو ہیں، وہ ان کی فکر سے اختلاف رکھتے تھے۔</w:t>
      </w:r>
    </w:p>
    <w:p>
      <w:r>
        <w:rPr>
          <w:b/>
        </w:rPr>
        <w:t xml:space="preserve">[25:41] </w:t>
      </w:r>
      <w:r>
        <w:t>to aap kis nuqte nazar se is ko dekhte hain, is ke bare mein hum sab ko bataein.</w:t>
      </w:r>
    </w:p>
    <w:p>
      <w:pPr>
        <w:jc w:val="right"/>
      </w:pPr>
      <w:r>
        <w:t>تو آپ کس نقطہ نظر سے اس کو دیکھتے ہیں، اس کے بارے میں ہم سب کو بتائیں۔</w:t>
      </w:r>
    </w:p>
    <w:p>
      <w:r>
        <w:rPr>
          <w:b/>
        </w:rPr>
        <w:t xml:space="preserve">[25:46] </w:t>
      </w:r>
      <w:r>
        <w:t>haan, is ko Maulana se main samajhta hoon ke musalmanon ki tamam jo school of thoughts hain ya jo mukhtalif log hain, tamam ikhtilaf rakhte hain.</w:t>
      </w:r>
    </w:p>
    <w:p>
      <w:pPr>
        <w:jc w:val="right"/>
      </w:pPr>
      <w:r>
        <w:t>ہاں، اس کو مولانا سے میں سمجھتا ہوں کہ مسلمانوں کی تمام جو اسکول آف تھاٹس ہیں یا جو مختلف لوگ ہیں، تمام اختلاف رکھتے ہیں۔</w:t>
      </w:r>
    </w:p>
    <w:p>
      <w:r>
        <w:rPr>
          <w:b/>
        </w:rPr>
        <w:t xml:space="preserve">[25:58] </w:t>
      </w:r>
      <w:r>
        <w:t>ji, is ka sabab ek yeh hai, main yeh samajhta hoon ek hadith mein aap ko yahan par quote karna chahunga. Allah ke rasool ne kaha: "badal Islam ghareeban sa yaood kama ba</w:t>
      </w:r>
    </w:p>
    <w:p>
      <w:pPr>
        <w:jc w:val="right"/>
      </w:pPr>
      <w:r>
        <w:t>جی، اس کا سبب ایک یہ ہے، میں یہ سمجھتا ہوں ایک حدیث میں آپ کو یہاں پر کوٹ کرنا چاہوں گا۔ اللہ کے رسول نے کہا: "بدل اسلام غریباً سیعود کما ب</w:t>
      </w:r>
    </w:p>
    <w:p>
      <w:r>
        <w:rPr>
          <w:b/>
        </w:rPr>
        <w:t xml:space="preserve">[26:10] </w:t>
      </w:r>
      <w:r>
        <w:t>da". Islam ek strange way mein shuru hua, initiate mein woh ek yani ajnabi deen tha, unknown deen tha.</w:t>
      </w:r>
    </w:p>
    <w:p>
      <w:pPr>
        <w:jc w:val="right"/>
      </w:pPr>
      <w:r>
        <w:t>دا"۔ اسلام ایک سٹرینج وے میں شروع ہوا، انیشیٹ میں وہ ایک اہ یعنی اجنبی دین تھا، ان نون دین تھا۔</w:t>
      </w:r>
    </w:p>
    <w:p>
      <w:r>
        <w:rPr>
          <w:b/>
        </w:rPr>
        <w:t xml:space="preserve">[26:19] </w:t>
      </w:r>
      <w:r>
        <w:t>phir baad mein phir woh unknown ban jayega. ji, to is ki tashreeh yeh hai ke Islam shuru mein jab aayega, rasool Allah ke zamane mein jo deen tha, sahaba ke us mein, woh bilkul pure apni shakal mein tha.</w:t>
      </w:r>
    </w:p>
    <w:p>
      <w:pPr>
        <w:jc w:val="right"/>
      </w:pPr>
      <w:r>
        <w:t>پھر بعد میں پھر وہ ان نون بن جائے گا۔ جی، تو اس کی تشریح یہ ہے کہ اسلام شروع میں جب آئے گا، رسول اللہ کے زمانے میں جو دین تھا، صحابہ کے اس میں، وہ بالکل پیور اپنی شکل میں تھا۔</w:t>
      </w:r>
    </w:p>
    <w:p>
      <w:r>
        <w:rPr>
          <w:b/>
        </w:rPr>
        <w:t xml:space="preserve">[26:32] </w:t>
      </w:r>
      <w:r>
        <w:t>lekin jyon jyon door guzarta gaya to log apni conditioning ke mutabiq, apni traditions ke mutabiq, is mein bohat si cheezein daakhil karte gae. is mein bohat se parde pad jaate hain.</w:t>
      </w:r>
    </w:p>
    <w:p>
      <w:pPr>
        <w:jc w:val="right"/>
      </w:pPr>
      <w:r>
        <w:t>لیکن جوں جوں دور گزرتا گیا تو لوگ اپنی کنڈیشننگ کے مطابق، اپنی ٹریڈیشنز کے مطابق، اس میں بہت سی چیزیں داخل کرتے گئے۔ اس میں بہت سے پردے پڑ جاتے ہیں۔</w:t>
      </w:r>
    </w:p>
    <w:p>
      <w:r>
        <w:rPr>
          <w:b/>
        </w:rPr>
        <w:t xml:space="preserve">[26:42] </w:t>
      </w:r>
      <w:r>
        <w:t>to Maulana ne in pardon ko hataya. ji, deen par jo parde the, woh sab hat</w:t>
      </w:r>
    </w:p>
    <w:p>
      <w:pPr>
        <w:jc w:val="right"/>
      </w:pPr>
      <w:r>
        <w:t>تو مولانا نے ان پردوں کو ہٹایا۔ جی، دین پر جو پردے تھے، وہ سب ہٹ</w:t>
      </w:r>
    </w:p>
    <w:p>
      <w:r>
        <w:rPr>
          <w:b/>
        </w:rPr>
        <w:t xml:space="preserve">[26:47] </w:t>
      </w:r>
      <w:r>
        <w:t>aya. to chounke poore log apne kisi akabir ko le kar, apne aslaf ko le kar, ya apne maslak ko le kar conditioned hain, to is ko tod kar is cheez ko samajh nahin sake.</w:t>
      </w:r>
    </w:p>
    <w:p>
      <w:pPr>
        <w:jc w:val="right"/>
      </w:pPr>
      <w:r>
        <w:t>ایا۔ تو چونکہ پورے لوگ اپنے کسی اکابر کو لے کر، اپنے اسلاف کو لے کر، یا اپنے مسلک کو لے کر کنڈیشنڈ ہیں، تو اس کو توڑ کر اس چیز کو سمجھ نہیں سکے۔</w:t>
      </w:r>
    </w:p>
    <w:p>
      <w:r>
        <w:rPr>
          <w:b/>
        </w:rPr>
        <w:t xml:space="preserve">[26:58] </w:t>
      </w:r>
      <w:r>
        <w:t>Maulana ne is ko tod kar, in pardon ko hata kar, jo asal deen tha Rasool Allah ke zamane ka, us ko pesh kiya. to woh cheez qabil-e-hazm nahin rahi ulama ke liye.</w:t>
      </w:r>
    </w:p>
    <w:p>
      <w:pPr>
        <w:jc w:val="right"/>
      </w:pPr>
      <w:r>
        <w:t>مولانا نے اس کو توڑ کر، ان پردوں کو ہٹا کر، جو اصل دین تھا رسول اللہ کے زمانے کا، اس کو پیش کیا۔ تو وہ چیز قابل ہضم نہیں رہی علماء کے لیے۔</w:t>
      </w:r>
    </w:p>
    <w:p>
      <w:r>
        <w:rPr>
          <w:b/>
        </w:rPr>
        <w:t xml:space="preserve">[27:08] </w:t>
      </w:r>
      <w:r>
        <w:t>hmm, jis tarah misaal ke taur par main batata hoon ke hamare darmiyan Quran ki tilawat ki bohat ziyada ahmiyat hai.</w:t>
      </w:r>
    </w:p>
    <w:p>
      <w:pPr>
        <w:jc w:val="right"/>
      </w:pPr>
      <w:r>
        <w:t>ہمم، جس طرح مثال کے طور پر میں بتاتا ہوں کہ ہمارے درمیان قرآن کی تلاوت کی بہت زیادہ اہمیت ہے۔</w:t>
      </w:r>
    </w:p>
    <w:p>
      <w:r>
        <w:rPr>
          <w:b/>
        </w:rPr>
        <w:t xml:space="preserve">[27:15] </w:t>
      </w:r>
      <w:r>
        <w:t>to goya ke Quran ek kitaab-e-tilawat hai. lekin Maulana ne bataya ke yeh sirf kitaab-e-tilawat nahin hai, yeh woh kitaab hai jis se hum naseehat haasil karein aur jis se tadabbur aur tafakkur kar ke, ghore-o-fikr kar ke apni zindagi ke liye rehnumai haasil karein.</w:t>
      </w:r>
    </w:p>
    <w:p>
      <w:pPr>
        <w:jc w:val="right"/>
      </w:pPr>
      <w:r>
        <w:t>تو گویا کہ قرآن ایک کتاب تلاوت ہے۔ لیکن مولانا نے بتایا کہ یہ صرف کتاب تلاوت نہیں ہے، یہ وہ کتاب ہے جس سے ہم نصیحت حاصل کریں اور جس سے تدبر اور تفکر کر کے، غور و فکر کر کے اپنی زندگی کے لیے رہنمائی حاصل کریں۔</w:t>
      </w:r>
    </w:p>
    <w:p>
      <w:r>
        <w:rPr>
          <w:b/>
        </w:rPr>
        <w:t xml:space="preserve">[27:30] </w:t>
      </w:r>
      <w:r>
        <w:t>lekin aam taur par yeh hamare paas kitaab-e-tilawat bani hui hai. isi tarah jo ibadatein hain hamari, to aam taur par aap ibaadat ke bare mein poochenge to form-based ibaadat hi batayi jayengi.</w:t>
      </w:r>
    </w:p>
    <w:p>
      <w:pPr>
        <w:jc w:val="right"/>
      </w:pPr>
      <w:r>
        <w:t>لیکن عمومی طور پر یہ ہمارے پاس کتاب تلاوت بنی ہوئی ہے۔ اسی طرح جو عبادتیں ہیں ہماری، تو عموماً آپ عبادت کے بارے میں پوچھیں گے تو فارم بیس عبادت ہی بتائے جائیں گے۔</w:t>
      </w:r>
    </w:p>
    <w:p>
      <w:r>
        <w:rPr>
          <w:b/>
        </w:rPr>
        <w:t xml:space="preserve">[27:42] </w:t>
      </w:r>
      <w:r>
        <w:t>yani ibaadat par mabni bar masail hote hain. Maulana</w:t>
      </w:r>
    </w:p>
    <w:p>
      <w:pPr>
        <w:jc w:val="right"/>
      </w:pPr>
      <w:r>
        <w:t>یعنی عبادت پر مبنی بر مسائل ہوتے ہیں۔ مولانا</w:t>
      </w:r>
    </w:p>
    <w:p>
      <w:r>
        <w:rPr>
          <w:b/>
        </w:rPr>
        <w:t xml:space="preserve">[27:45] </w:t>
      </w:r>
      <w:r>
        <w:t>ke paas ibaadat ki tashreeh jo hai, woh khushu' beiz hai. yani is ki spirit ko Maulana ne wazeh kiya hai. isi tarah aap lenge Rasool Sallallahu Alaihi Wasallam ko lenge to Rasool Allah ke silsile mein log ishq-e-Rasool ko to jaante hain, Rasool Allah ke ishq mein hangame karna jaante hain.</w:t>
      </w:r>
    </w:p>
    <w:p>
      <w:pPr>
        <w:jc w:val="right"/>
      </w:pPr>
      <w:r>
        <w:t>کے پاس عبادت کی تشریح جو ہے، وہ خشوع بیض ہے۔ یعنی اس کی سپرٹ کو مولانا نے واضح کیا ہے۔ اسی طرح آپ لیں گے رسول صلی اللہ علیہ وسلم کو لیں گے تو رسول اللہ کے سلسلے میں لوگ عشق رسول کو تو جانتے ہیں، رسول اللہ کے عشق میں ہنگامے کرنا جانتے ہیں۔</w:t>
      </w:r>
    </w:p>
    <w:p>
      <w:r>
        <w:rPr>
          <w:b/>
        </w:rPr>
        <w:t xml:space="preserve">[28:01] </w:t>
      </w:r>
      <w:r>
        <w:t>lekin it'at-e-Rasool kya hai? Rasool Allah ki zimmedari zindagi mein hamare liye bas ah role kya hai? is ko koi nahin jaanta. is ko Maulana ne wazeh kiya.</w:t>
      </w:r>
    </w:p>
    <w:p>
      <w:pPr>
        <w:jc w:val="right"/>
      </w:pPr>
      <w:r>
        <w:t>لیکن اطاعت رسول کیا ہے؟ رسول اللہ کی ذمہ زندگی میں ہمارے لیے بس اہ رول کیا ہے؟ اس کو کوئی نہیں جانتا۔ اس کو مولانا نے واضح کیا۔</w:t>
      </w:r>
    </w:p>
    <w:p>
      <w:r>
        <w:rPr>
          <w:b/>
        </w:rPr>
        <w:t xml:space="preserve">[28:09] </w:t>
      </w:r>
      <w:r>
        <w:t>to jab Maulana is ko wazeh karte the to zahir si baat hai ke in jo makatib hain, jo thoughts hain, in</w:t>
      </w:r>
    </w:p>
    <w:p>
      <w:pPr>
        <w:jc w:val="right"/>
      </w:pPr>
      <w:r>
        <w:t>تو جب مولانا اس کو واضح کرتے تھے تو ظاہر سی بات ہے کہ ان جو مکاتب ہیں، جو تھاٹس ہیں، ان</w:t>
      </w:r>
    </w:p>
    <w:p>
      <w:r>
        <w:rPr>
          <w:b/>
        </w:rPr>
        <w:t xml:space="preserve">[28:16] </w:t>
      </w:r>
      <w:r>
        <w:t>ke jo بڑon ne jo bataya hai, woh baat is ke khilaf dikhti thi. to log qabool karna un ko samajh mein nahin aata tha. to is se ikhtilaf karte the. to bas mein yahi samajhta hoon ke Maulana ne chounke pure ah deen ko pesh kiya, is ke pardon ko chaak kar ke logon ke samne, to chounke logon ke paas jo deen hai, us pe parde pade hue hain, condition hai, to is ko na samajhne ki wajah se woh log Maulana ke mukhalif hain.</w:t>
      </w:r>
    </w:p>
    <w:p>
      <w:pPr>
        <w:jc w:val="right"/>
      </w:pPr>
      <w:r>
        <w:t>کے جو بڑوں نے جو بتایا ہے، وہ بات اس کے خلاف دکھتی تھی۔ تو لوگ قبول کرنا ان کو سمجھ میں نہیں آتا تھا۔ تو اس سے اختلاف کرتے تھے۔ تو بس میں یہی سمجھتا ہوں کہ مولانا نے چونکہ پیور اہ دین کو پیش کیا، اس کے پردوں کو چاک کر کے لوگوں کے سامنے، تو چونکہ لوگوں کے پاس جو دین ہے، اس پہ پردے پڑے ہوئے ہیں، کنڈیشن ہے، تو اس کو نہ سمجھنے کی وجہ سے وہ لوگ مولانا کے مخالف ہیں۔</w:t>
      </w:r>
    </w:p>
    <w:p>
      <w:r>
        <w:rPr>
          <w:b/>
        </w:rPr>
        <w:t xml:space="preserve">[28:37] </w:t>
      </w:r>
      <w:r>
        <w:t>ji ji ji. aur Maulana Iqbal Sahab, main jaanta hoon is baat ko ke aap ne khud is ikhtilaf ko</w:t>
      </w:r>
    </w:p>
    <w:p>
      <w:pPr>
        <w:jc w:val="right"/>
      </w:pPr>
      <w:r>
        <w:t>جی جی جی۔ اور مولانا اقبال صاحب، میں جانتا ہوں اس بات کو کہ آپ نے خود اس اختلاف کو</w:t>
      </w:r>
    </w:p>
    <w:p>
      <w:r>
        <w:rPr>
          <w:b/>
        </w:rPr>
        <w:t xml:space="preserve">[28:44] </w:t>
      </w:r>
      <w:r>
        <w:t>face kiya hai, experience kiya hai. to aap is par kuch kehna chahenge?</w:t>
      </w:r>
    </w:p>
    <w:p>
      <w:pPr>
        <w:jc w:val="right"/>
      </w:pPr>
      <w:r>
        <w:t>فیس کیا ہے، ایکسپیرینس کیا ہے۔ تو آپ اس پر کچھ کہنا چاہیں گے؟</w:t>
      </w:r>
    </w:p>
    <w:p>
      <w:r>
        <w:rPr>
          <w:b/>
        </w:rPr>
        <w:t xml:space="preserve">[28:49] </w:t>
      </w:r>
      <w:r>
        <w:t>jaisa khateeb Sahab ne farmaya, wahi ke Islam ajnabi Islam ko jab revive karte hain to logon ko baatein ajnabi maloom ho jati hain.</w:t>
      </w:r>
    </w:p>
    <w:p>
      <w:pPr>
        <w:jc w:val="right"/>
      </w:pPr>
      <w:r>
        <w:t>جیسا خطیب صاحب نے فرمایا، وہی کہ اسلام اجنبی اسلام کو جب ریوائیو کرتے ہیں تو لوگوں کو باتیں اجنبی معلوم ہو جاتی ہیں۔</w:t>
      </w:r>
    </w:p>
    <w:p>
      <w:r>
        <w:rPr>
          <w:b/>
        </w:rPr>
        <w:t xml:space="preserve">[29:00] </w:t>
      </w:r>
      <w:r>
        <w:t>to Arabi mein ek maqoola hai ke "al-nas jahil". log jis ko jaante nahin, us ko le ke dushmani karne lagte hain.</w:t>
      </w:r>
    </w:p>
    <w:p>
      <w:pPr>
        <w:jc w:val="right"/>
      </w:pPr>
      <w:r>
        <w:t>تو عربی میں ایک مقولہ ہے کہ "الناس جاہل"۔ لوگ جس کو جانتے نہیں، اس کو لے کے دشمنی کرنے لگتے ہیں۔</w:t>
      </w:r>
    </w:p>
    <w:p>
      <w:r>
        <w:rPr>
          <w:b/>
        </w:rPr>
        <w:t xml:space="preserve">[29:09] </w:t>
      </w:r>
      <w:r>
        <w:t>to mazeed is mein ek baat yeh hai ke Maulana ne jo ah hamari asal shanakht batayi hai Musalmanon ki ke Musalman da'i qaum hai aur baqi sab sare log mad'u hain.</w:t>
      </w:r>
    </w:p>
    <w:p>
      <w:pPr>
        <w:jc w:val="right"/>
      </w:pPr>
      <w:r>
        <w:t>تو مزید اس میں ایک بات یہ ہے کہ مولانا نے جو اہ ہماری اصل شناخت بتائی ہے مسلمانوں کی کہ مسلمان داعی قوم ہے اور باقی سب سب سارے لوگ مدعو ہیں۔</w:t>
      </w:r>
    </w:p>
    <w:p>
      <w:r>
        <w:rPr>
          <w:b/>
        </w:rPr>
        <w:t xml:space="preserve">[29:24] </w:t>
      </w:r>
      <w:r>
        <w:t>to yeh jo Maulana ne hum ko bataya hai, yeh cheez ummat samajh nahin paayi ke hamari asal kya zimmedari hai aur hum mad'u se kaisa sulook</w:t>
      </w:r>
    </w:p>
    <w:p>
      <w:pPr>
        <w:jc w:val="right"/>
      </w:pPr>
      <w:r>
        <w:t>تو یہ جو مولانا نے ہم کو بتایا ہے، یہ چیز امت سمجھ نہیں پائی کہ ہماری اصل کیا ذمہ داری ہے اور ہم مدعو سے کیسا سلو</w:t>
      </w:r>
    </w:p>
    <w:p>
      <w:r>
        <w:rPr>
          <w:b/>
        </w:rPr>
        <w:t xml:space="preserve">[29:35] </w:t>
      </w:r>
      <w:r>
        <w:t>karein. to yeh asal cheez hai jis ki wajah se Maulana ki jitni bhi policies hain, woh da'wa aur mad'u based policies Quran o Hadees ke mutabiq hain ke mad'u ke sare haq jitne bhi hain, woh Maulana jahan se bhi mil sake, mad'u ke liye haq, woh haq Maulana sabit karna chahte hain.</w:t>
      </w:r>
    </w:p>
    <w:p>
      <w:pPr>
        <w:jc w:val="right"/>
      </w:pPr>
      <w:r>
        <w:t>ک کریں۔ تو یہ اصل چیز ہے جس کی وجہ سے مولانا کی جتنی بھی پالیسیز ہیں، وہ دعویٰ اور مدعو بیس پالیسیاں قرآن و حدیث کے مطابق ہیں کہ مدعو کے سارے حق جتنے بھی ہیں، وہ مولانا جہاں سے بھی مل سکے، مدعو کے لیے حق، وہ حق مولانا ثابت کرنا چاہتے ہیں۔</w:t>
      </w:r>
    </w:p>
    <w:p>
      <w:r>
        <w:rPr>
          <w:b/>
        </w:rPr>
        <w:t xml:space="preserve">[29:52] </w:t>
      </w:r>
      <w:r>
        <w:t>ummat chounke ummat chahe woh secular tabqa ho ya religious tabqa ho, yeh is zehan ko samajh nahin saka.</w:t>
      </w:r>
    </w:p>
    <w:p>
      <w:pPr>
        <w:jc w:val="right"/>
      </w:pPr>
      <w:r>
        <w:t>امت چونکہ امت چاہے وہ سیکولر طبقہ ہو یا ریلیجیس طبقہ ہو، یہ اس ذہن کو سمجھ نہیں سکا۔</w:t>
      </w:r>
    </w:p>
    <w:p>
      <w:r>
        <w:rPr>
          <w:b/>
        </w:rPr>
        <w:t xml:space="preserve">[30:00] </w:t>
      </w:r>
      <w:r>
        <w:t>is liye Maulana ki jo bhi policies hain, is se ikhtilaf karne ki wajah se goya Maulana ko samajhne se bhi ah door rahe, ikhtilaf kiye hain.</w:t>
      </w:r>
    </w:p>
    <w:p>
      <w:pPr>
        <w:jc w:val="right"/>
      </w:pPr>
      <w:r>
        <w:t>اس لیے مولانا کی جو بھی پالیسیز ہیں، اس سے اختلاف کرنے کی وجہ سے گویا مولانا کو سمجھنے سے بھی اہ دور رہے، اختلاف کیے ہیں۔</w:t>
      </w:r>
    </w:p>
    <w:p>
      <w:r>
        <w:rPr>
          <w:b/>
        </w:rPr>
        <w:t xml:space="preserve">[30:10] </w:t>
      </w:r>
      <w:r>
        <w:t>to asal mein har ek yeh sabit karne ki koshish karta hai ke wajood-e-adawat kya hai? "faiz alladhi bainaka wa bainahu adawat" yani adawat</w:t>
      </w:r>
    </w:p>
    <w:p>
      <w:pPr>
        <w:jc w:val="right"/>
      </w:pPr>
      <w:r>
        <w:t>تو اصل میں ہر ایک یہ ثابت کرنے کی کوشش کرتا ہے کہ وجود عداوت کیا ہے؟ "فائز الذی بینک وبینہ عداوت" یعنی عداوت</w:t>
      </w:r>
    </w:p>
    <w:p>
      <w:r>
        <w:rPr>
          <w:b/>
        </w:rPr>
        <w:t xml:space="preserve">[30:20] </w:t>
      </w:r>
      <w:r>
        <w:t>kya hai? har ek sabit karne ki koshish karta hai "faiz alladhi bainaka wa bainahu adawat". ka'annahu wali hamim. hamamat kaise paida karna hai?</w:t>
      </w:r>
    </w:p>
    <w:p>
      <w:pPr>
        <w:jc w:val="right"/>
      </w:pPr>
      <w:r>
        <w:t>کیا ہے؟ ہر ایک ثابت کرنے کی کوشش کرتا ہے "فائز الذی بینک وبینہ عداوت"۔ کأنه ولی حمیم۔ حمامت کیسے پیدا کرنا ہے؟</w:t>
      </w:r>
    </w:p>
    <w:p>
      <w:r>
        <w:rPr>
          <w:b/>
        </w:rPr>
        <w:t xml:space="preserve">[30:29] </w:t>
      </w:r>
      <w:r>
        <w:t>hamamat kaise sabit karna hai? yani sachi khair khwahi, sachi dosti kaise sabit karna hai? yeh ummat ko maloom nahin hai. adawat kahan ho rahi hai?</w:t>
      </w:r>
    </w:p>
    <w:p>
      <w:pPr>
        <w:jc w:val="right"/>
      </w:pPr>
      <w:r>
        <w:t>حمامت کیسے ثابت کرنا ہے؟ یعنی سچی خیر خواہی، سچی دوستی کیسے ثابت کرنا ہے؟ یہ امت کو معلوم نہیں ہے۔ عداوت کہاں ہو رہی ہے؟</w:t>
      </w:r>
    </w:p>
    <w:p>
      <w:r>
        <w:rPr>
          <w:b/>
        </w:rPr>
        <w:t xml:space="preserve">[30:38] </w:t>
      </w:r>
      <w:r>
        <w:t>is ko kaise inkishaf karna hai? is ko kaise unfold karna hai? yeh sari cheezein un ko samajh mein aati hain. to inshallah halaat aise hain ke zaroor</w:t>
      </w:r>
    </w:p>
    <w:p>
      <w:pPr>
        <w:jc w:val="right"/>
      </w:pPr>
      <w:r>
        <w:t>اس کو کیسے انکشاف کرنا ہے؟ اس کو کیسے انفولڈ کرنا ہے؟ یہ ساری چیزیں ان کو سمجھ میں آتی ہیں۔ تو انشاءاللہ حالات ایسے ہیں کہ ضرور</w:t>
      </w:r>
    </w:p>
    <w:p>
      <w:r>
        <w:rPr>
          <w:b/>
        </w:rPr>
        <w:t xml:space="preserve">[30:48] </w:t>
      </w:r>
      <w:r>
        <w:t>maulana ke paigham ko log samajh rahe hain, maulana ke dard ko log samajh rahe hain. jaisa ke hum abhi mukhtalif jagah se hote hue, book fair se hote hue aaye hue hain, hum to wahan jante hain ke maulana ki kitabon ko english mein, hindi mein log padhna chahte hain, maulana ki baaton ko sunna chahte hain.</w:t>
      </w:r>
    </w:p>
    <w:p>
      <w:pPr>
        <w:jc w:val="right"/>
      </w:pPr>
      <w:r>
        <w:t>مولانا کے پیغام کو لوگ سمجھ رہے ہیں، مولانا کے درد کو لوگ سمجھ رہے ہیں۔ جیسا کہ ہم ابھی مختلف جگہ سے ہوتے ہوئے، بک فیئر سے ہوتے ہوئے آئے ہوئے ہیں، ہم تو وہاں جانتے ہیں کہ مولانا کی کتابوں کو انگلش میں، ہندی میں لوگ پڑھنا چاہتے ہیں، مولانا کی باتوں کو سننا چاہتے ہیں۔</w:t>
      </w:r>
    </w:p>
    <w:p>
      <w:r>
        <w:rPr>
          <w:b/>
        </w:rPr>
        <w:t xml:space="preserve">[31:06] </w:t>
      </w:r>
      <w:r>
        <w:t>yeh sari cheezen iski daleel hain ke ab log samajhne lage hain ke maulana ka asal paigham kya hai. ji maulana iqbal sahab, bahut achha kaha aap ne ke maulana ke dard ko log samajh</w:t>
      </w:r>
    </w:p>
    <w:p>
      <w:pPr>
        <w:jc w:val="right"/>
      </w:pPr>
      <w:r>
        <w:t>یہ ساری چیزیں اس کی دلیل ہیں کہ اب لوگ سمجھنے لگے ہیں کہ مولانا کا اصل پیغام کیا ہے۔ جی مولانا اقبال صاحب، بہت اچھا کہا آپ نے کہ مولانا کے درد کو لوگ سمجھ</w:t>
      </w:r>
    </w:p>
    <w:p>
      <w:r>
        <w:rPr>
          <w:b/>
        </w:rPr>
        <w:t xml:space="preserve">[31:18] </w:t>
      </w:r>
      <w:r>
        <w:t>rahe hain, unki kitabon ko padh rahe hain. unki soch jo hai, woh dheere dheere hum khud bhi is cheez ko mehsoos bhi kar rahe hain aur hum ne isko witness bhi kiya hai ke kis tarah poori duniya mein woh</w:t>
      </w:r>
    </w:p>
    <w:p>
      <w:pPr>
        <w:jc w:val="right"/>
      </w:pPr>
      <w:r>
        <w:t>رہے ہیں، ان کی کتابوں کو پڑھ رہے ہیں۔ ان کی سوچ جو ہے، وہ دھیرے دھیرے ہم خود بھی اس چیز کو محسوس بھی کر رہے ہیں اور ہم نے اس کو وٹنس بھی کیا ہے کہ کس طرح پوری دنیا میں وہ</w:t>
      </w:r>
    </w:p>
    <w:p>
      <w:r>
        <w:rPr>
          <w:b/>
        </w:rPr>
        <w:t xml:space="preserve">[31:28] </w:t>
      </w:r>
      <w:r>
        <w:t>phail raha hai. ah ek sawal yahan pe yeh aata hai ke maulana wahiduddin khan sahab ka jo khaas mauzu tha, woh tha marifat aur tazkiya.</w:t>
      </w:r>
    </w:p>
    <w:p>
      <w:pPr>
        <w:jc w:val="right"/>
      </w:pPr>
      <w:r>
        <w:t>پھیل رہا ہے۔ اہ ایک سوال یہاں پہ یہ آتا ہے کہ مولانا وحید الدین خان صاحب کا جو خاص موضوع تھا، وہ تھا معرفت اور تزکیہ۔</w:t>
      </w:r>
    </w:p>
    <w:p>
      <w:r>
        <w:rPr>
          <w:b/>
        </w:rPr>
        <w:t xml:space="preserve">[31:37] </w:t>
      </w:r>
      <w:r>
        <w:t>to main chahunga iske bare mein aap zaroor bataein.</w:t>
      </w:r>
    </w:p>
    <w:p>
      <w:pPr>
        <w:jc w:val="right"/>
      </w:pPr>
      <w:r>
        <w:t>تو میں چاہوں گا اس کے بارے میں آپ ضرور بتائیں۔</w:t>
      </w:r>
    </w:p>
    <w:p>
      <w:r>
        <w:rPr>
          <w:b/>
        </w:rPr>
        <w:t xml:space="preserve">[31:40] </w:t>
      </w:r>
      <w:r>
        <w:t>maulana ne jo marifat aur tazkiya ki baat ki hai, woh bilkul daur jadeed ki nisbat se jo cheezen ah unfold hui hain, is silsile mein rakhte hue ah intellectual tabqe ke liye ek bahut bada sawal hai ke islam mein intellectual base kya hai?</w:t>
      </w:r>
    </w:p>
    <w:p>
      <w:pPr>
        <w:jc w:val="right"/>
      </w:pPr>
      <w:r>
        <w:t>مولانا نے جو معرفت اور تزکیہ کی بات کی ہے، وہ بالکل دور جدید کی نسبت سے جو چیزیں اہ انفولڈ ہوئی ہیں، اس سلسلے میں رکھتے ہوئے اہ انٹلیکچول طبقے کے لیے ایک بہت بڑا سوال ہے کہ اسلام میں انٹلیکچول بیس کیا ہے؟</w:t>
      </w:r>
    </w:p>
    <w:p>
      <w:r>
        <w:rPr>
          <w:b/>
        </w:rPr>
        <w:t xml:space="preserve">[32:04] </w:t>
      </w:r>
      <w:r>
        <w:t>kya dil hai ya dimagh hai?</w:t>
      </w:r>
    </w:p>
    <w:p>
      <w:pPr>
        <w:jc w:val="right"/>
      </w:pPr>
      <w:r>
        <w:t>کیا دل ہے یا دماغ ہے؟</w:t>
      </w:r>
    </w:p>
    <w:p>
      <w:r>
        <w:rPr>
          <w:b/>
        </w:rPr>
        <w:t xml:space="preserve">[32:07] </w:t>
      </w:r>
      <w:r>
        <w:t>to yeh sabse bada masla hai. isi liye jo is secular log hain, woh religious ko ek bas aise hi khayali pulao samajhte hain, balkeh usko intellectual base yeh argument hai, iska usko koi nahi janta.</w:t>
      </w:r>
    </w:p>
    <w:p>
      <w:pPr>
        <w:jc w:val="right"/>
      </w:pPr>
      <w:r>
        <w:t>تو یہ سب سے بڑا مسئلہ ہے۔ اسی لیے جو اس سیکولر لوگ ہیں، وہ ریلیجیس کو ایک بس ایسے ہی خیالی پلاؤ سمجھتے ہیں، بلکہ اس کو انٹلیکچول بیس یہ ارگیومنٹ ہے، اس کا اس کو کوئی نہیں جانتا۔</w:t>
      </w:r>
    </w:p>
    <w:p>
      <w:r>
        <w:rPr>
          <w:b/>
        </w:rPr>
        <w:t xml:space="preserve">[32:23] </w:t>
      </w:r>
      <w:r>
        <w:t>iski wajah yeh hai ke sare logon ke paas tazkiya aur marifat ka base, ah sufiyon ke paas ho ya ghair sufiyon ke paas ho, woh jo hai heart</w:t>
      </w:r>
    </w:p>
    <w:p>
      <w:pPr>
        <w:jc w:val="right"/>
      </w:pPr>
      <w:r>
        <w:t>اس کی وجہ یہ ہے کہ سارے لوگوں کے پاس تزکیہ اور معرفت کا بیس، اہ صوفیاء کے پاس ہو یا غیر صوفیاء کے پاس ہو، وہ جو ہے ہار</w:t>
      </w:r>
    </w:p>
    <w:p>
      <w:r>
        <w:rPr>
          <w:b/>
        </w:rPr>
        <w:t xml:space="preserve">[32:34] </w:t>
      </w:r>
      <w:r>
        <w:t>base hai. maulana usko mind base kehte hain. chuki ah aaj kal jo science se wazeh hota hai ke sochne samajhne ki salahiyat dimagh mein hoti hai.</w:t>
      </w:r>
    </w:p>
    <w:p>
      <w:pPr>
        <w:jc w:val="right"/>
      </w:pPr>
      <w:r>
        <w:t>ٹ بیس ہے۔ مولانا اس کو مائنڈ بیس کہتے ہیں۔ چونکہ اہ آج کل جو سائنس سے واضح ہوتا ہے کہ سوچنے سمجھنے کی صلاحیت دماغ میں ہوتی ہے۔</w:t>
      </w:r>
    </w:p>
    <w:p>
      <w:r>
        <w:rPr>
          <w:b/>
        </w:rPr>
        <w:t xml:space="preserve">[32:47] </w:t>
      </w:r>
      <w:r>
        <w:t>jab is nuqte nazar se hum dekhte hain to tazkiya aur marifat ek shaoori amal hai, na ke sirf ek ghair shaoori koi ek state hai.</w:t>
      </w:r>
    </w:p>
    <w:p>
      <w:pPr>
        <w:jc w:val="right"/>
      </w:pPr>
      <w:r>
        <w:t>جب اس نقطہ نظر سے ہم دیکھتے ہیں تو تزکیہ اور معرفت ایک شعوری عمل ہے، نہ کہ صرف ایک غیر شعوری کوئی ایک اسٹیٹ ہے۔</w:t>
      </w:r>
    </w:p>
    <w:p>
      <w:r>
        <w:rPr>
          <w:b/>
        </w:rPr>
        <w:t xml:space="preserve">[32:58] </w:t>
      </w:r>
      <w:r>
        <w:t>balkeh jab is nuqte nazar se quran ko dekhte hain hum to quran ki aayaten, kainat ki aayaten, aayate allah hain, ayyam allah hain, al-maut wa ba'dahu hai, yeh sab waqeyat tazkiya ke waqeyat ho jate hain.</w:t>
      </w:r>
    </w:p>
    <w:p>
      <w:pPr>
        <w:jc w:val="right"/>
      </w:pPr>
      <w:r>
        <w:t>بلکہ جب اس نقطہ نظر سے قرآن کو دیکھتے ہیں ہم تو قرآن کی آیتیں، کائنات کی آیتیں، آیات اللہ ہیں، ایام اللہ ہیں، الموت و ما بعدہ ہے، یہ سب واقعات تزکیہ کے واقعات ہو جاتے ہیں۔</w:t>
      </w:r>
    </w:p>
    <w:p>
      <w:r>
        <w:rPr>
          <w:b/>
        </w:rPr>
        <w:t xml:space="preserve">[33:11] </w:t>
      </w:r>
      <w:r>
        <w:t>balkeh kainat ki har cheez se kaise tazkiya hasil karna hai, kaise marifat hasil karna hai, iska shaoori tareeqa hai.</w:t>
      </w:r>
    </w:p>
    <w:p>
      <w:pPr>
        <w:jc w:val="right"/>
      </w:pPr>
      <w:r>
        <w:t>بلکہ کائنات کی ہر چیز سے کیسے تزکیہ حاصل کرنا ہے، کیسے معرفت حاصل کرنا ہے، اس کا شعوری طریقہ ہے۔</w:t>
      </w:r>
    </w:p>
    <w:p>
      <w:r>
        <w:rPr>
          <w:b/>
        </w:rPr>
        <w:t xml:space="preserve">[33:19] </w:t>
      </w:r>
      <w:r>
        <w:t>yani maulana ka ka tazkiya yeh hai ke aadmi aankh khol kar tazkiya kare, aankh bandh kar nahi, bandh kar ke nahi</w:t>
      </w:r>
    </w:p>
    <w:p>
      <w:pPr>
        <w:jc w:val="right"/>
      </w:pPr>
      <w:r>
        <w:t>یعنی مولانا کا کا تزکیہ یہ ہے کہ آدمی آنکھ کھول کر تزکیہ کرے، آنکھ بند کر نہیں، بند کر کے نہیں</w:t>
      </w:r>
    </w:p>
    <w:p>
      <w:r>
        <w:rPr>
          <w:b/>
        </w:rPr>
        <w:t xml:space="preserve">[33:27] </w:t>
      </w:r>
      <w:r>
        <w:t>, balkeh yeh yeh marifat aur tazkiya ke bab mein maulana ne jo kuch kaha hai, woh bahut zyada samajhne ki cheez hai ke shaoori tazkiya kya hota hai.</w:t>
      </w:r>
    </w:p>
    <w:p>
      <w:pPr>
        <w:jc w:val="right"/>
      </w:pPr>
      <w:r>
        <w:t>، بلکہ یہ یہ معرفت اور تزکیہ کے باب میں مولانا نے جو کچھ کہا ہے، وہ بہت زیادہ سمجھنے کی چیز ہے کہ شعوری تزکیہ کیا ہوتا ہے۔</w:t>
      </w:r>
    </w:p>
    <w:p>
      <w:r>
        <w:rPr>
          <w:b/>
        </w:rPr>
        <w:t xml:space="preserve">[33:39] </w:t>
      </w:r>
      <w:r>
        <w:t>to shaoor ke tazkiye par maulana base karte hain aur shaoor insan ko woh heart pump, heart chuki sirf pumping organ hai, wahan nahi hai balkeh dimagh</w:t>
      </w:r>
    </w:p>
    <w:p>
      <w:pPr>
        <w:jc w:val="right"/>
      </w:pPr>
      <w:r>
        <w:t>تو شعور کے تزکیے پر مولانا بیس کرتے ہیں اور شعور انسان کو وہ ہارٹ پمپ، ہارٹ چونکہ صرف پمپنگ ارگنز ہے، وہاں نہیں ہے بلکہ دماغ</w:t>
      </w:r>
    </w:p>
    <w:p>
      <w:r>
        <w:rPr>
          <w:b/>
        </w:rPr>
        <w:t xml:space="preserve">[33:51] </w:t>
      </w:r>
      <w:r>
        <w:t>mein hai. dimaghi shaoor ke sath is mind base spirituality ki jo baat karte hain, yeh asal ah farq hai.</w:t>
      </w:r>
    </w:p>
    <w:p>
      <w:pPr>
        <w:jc w:val="right"/>
      </w:pPr>
      <w:r>
        <w:t>میں ہے۔ دماغی شعور کے ساتھ اس مائنڈ بیس سپرچویلٹی کی جو بات کرتے ہیں، یہ اصل اہ فرق ہے۔</w:t>
      </w:r>
    </w:p>
    <w:p>
      <w:r>
        <w:rPr>
          <w:b/>
        </w:rPr>
        <w:t xml:space="preserve">[34:00] </w:t>
      </w:r>
      <w:r>
        <w:t>ji bahut aham baat hai yeh maulana iqbal sahab ke maulana ka jo ah emphasis tha, woh mind base spirituality pe tha, heart based spirituality pe nahi.</w:t>
      </w:r>
    </w:p>
    <w:p>
      <w:pPr>
        <w:jc w:val="right"/>
      </w:pPr>
      <w:r>
        <w:t>جی بہت اہم بات ہے یہ مولانا اقبال صاحب کہ مولانا کا جو اہ ایمفیسز تھا، وہ مائنڈ بیس سپرچویلٹی پہ تھا، ہارٹ بیسڈ سپرچویلٹی پہ نہیں۔</w:t>
      </w:r>
    </w:p>
    <w:p>
      <w:r>
        <w:rPr>
          <w:b/>
        </w:rPr>
        <w:t xml:space="preserve">[34:11] </w:t>
      </w:r>
      <w:r>
        <w:t>aur yeh bahut achhi baat aap ne batai ke tazkiya band aankhon se nahi, balkeh khuli hui aankhon se hota hai.</w:t>
      </w:r>
    </w:p>
    <w:p>
      <w:pPr>
        <w:jc w:val="right"/>
      </w:pPr>
      <w:r>
        <w:t>اور یہ بہت اچھی بات آپ نے بتائی کہ تزکیہ بند آنکھوں سے نہیں، بلکہ کھلی ہوئی آنکھوں سے ہوتا ہے۔</w:t>
      </w:r>
    </w:p>
    <w:p>
      <w:r>
        <w:rPr>
          <w:b/>
        </w:rPr>
        <w:t xml:space="preserve">[34:19] </w:t>
      </w:r>
      <w:r>
        <w:t>yeh bahut hi important subject hai. to maulana asrar sahab, main chahunga aap bhi zaroor is par kuch bataein.</w:t>
      </w:r>
    </w:p>
    <w:p>
      <w:pPr>
        <w:jc w:val="right"/>
      </w:pPr>
      <w:r>
        <w:t>یہ بہت ہی امپورٹنٹ سبجیکٹ ہے۔ تو مولانا اسرار صاحب، میں چاہوں گا آپ بھی ضرور اس پر کچھ بتائیں۔</w:t>
      </w:r>
    </w:p>
    <w:p>
      <w:r>
        <w:rPr>
          <w:b/>
        </w:rPr>
        <w:t xml:space="preserve">[34:25] </w:t>
      </w:r>
      <w:r>
        <w:t>haan, yeh sahi baat hai ke maulana ne jo marifat aur tazkiya ka tasawwur hum ko diya hai, woh bilkul alag hai jo muslim literature mein paya jata hai.</w:t>
      </w:r>
    </w:p>
    <w:p>
      <w:pPr>
        <w:jc w:val="right"/>
      </w:pPr>
      <w:r>
        <w:t>ہاں، یہ صحیح بات ہے کہ مولانا نے جو معرفت اور تزکیہ کا تصور ہم کو دیا ہے، وہ بالکل الگ ہے جو مسلم لٹریچر میں پایا جاتا ہے۔</w:t>
      </w:r>
    </w:p>
    <w:p>
      <w:r>
        <w:rPr>
          <w:b/>
        </w:rPr>
        <w:t xml:space="preserve">[34:33] </w:t>
      </w:r>
      <w:r>
        <w:t>ji, hum muslim literature mein jo marifat aur tazkiya ki baat hoti hai, woh murakabe ki baat hoti hai. meditation karne se samajhte hain ke khuda ki marifat hasil hogi.</w:t>
      </w:r>
    </w:p>
    <w:p>
      <w:pPr>
        <w:jc w:val="right"/>
      </w:pPr>
      <w:r>
        <w:t>جی، ہم مسلم لٹریچر میں جو معرفت اور تزکیہ کی بات ہوتی ہے، وہ مراقبے کی بات ہوتی ہے۔ میڈیٹیشن کرنے سے سمجھتے ہیں کہ خدا کی معرفت حاصل ہوگی۔</w:t>
      </w:r>
    </w:p>
    <w:p>
      <w:r>
        <w:rPr>
          <w:b/>
        </w:rPr>
        <w:t xml:space="preserve">[34:43] </w:t>
      </w:r>
      <w:r>
        <w:t>ji, lekin maulana ne isko meditation se hata kar soch ki buniyad par rakh diya hai. ji ke aap kisi cheez par sochein, reason out karein to aap ki khuda ki badi marifat hasil ho sakti hai.</w:t>
      </w:r>
    </w:p>
    <w:p>
      <w:pPr>
        <w:jc w:val="right"/>
      </w:pPr>
      <w:r>
        <w:t>جی، لیکن مولانا نے اس کو میڈیٹیشن سے ہٹا کر سوچ کی بنیاد پر رکھ دیا ہے۔ جی کہ آپ کسی چیز پر سوچیں، ریزن آؤٹ کریں تو آپ کی خدا کی بڑی معرفت حاصل ہو سکتی ہے۔</w:t>
      </w:r>
    </w:p>
    <w:p>
      <w:r>
        <w:rPr>
          <w:b/>
        </w:rPr>
        <w:t xml:space="preserve">[34:53] </w:t>
      </w:r>
      <w:r>
        <w:t>ji, iski wajah se main dekhta</w:t>
      </w:r>
    </w:p>
    <w:p>
      <w:pPr>
        <w:jc w:val="right"/>
      </w:pPr>
      <w:r>
        <w:t>جی، اس کی وجہ سے میں دیکھتا</w:t>
      </w:r>
    </w:p>
    <w:p>
      <w:r>
        <w:rPr>
          <w:b/>
        </w:rPr>
        <w:t xml:space="preserve">[34:55] </w:t>
      </w:r>
      <w:r>
        <w:t>hoon ke hamari zindagi mein bhi kafi faida hua. ji, iski ek misaal main aap ke samne pesh karunga. mera ek chhota, mera bachcha jab chhota tha, god mein to main ghar mein tha to woh achhanak rone laga,</w:t>
      </w:r>
    </w:p>
    <w:p>
      <w:pPr>
        <w:jc w:val="right"/>
      </w:pPr>
      <w:r>
        <w:t>ہوں کہ ہماری زندگی میں بھی کافی فائدہ ہوا۔ جی، اس کی ایک مثال میں آپ کے سامنے پیش کروں گا۔ میرا ایک چھوٹا، میرا بچہ جب چھوٹا تھا، گود میں تو میں گھر میں تھا تو وہ اچانک رونے لگا،</w:t>
      </w:r>
    </w:p>
    <w:p>
      <w:r>
        <w:rPr>
          <w:b/>
        </w:rPr>
        <w:t xml:space="preserve">[35:09] </w:t>
      </w:r>
      <w:r>
        <w:t>bahut ziyada rone laga. to us ki maan bhaag ke aai aur dekhi ke woh pyasa ho gaya hai, to pani la ke us ko pila di. ji, to us waqt mujhe yaad aaya woh waqia hazrat hajra aur hazrat ismail ka, mashaa'allah, ke ismail jab ro rahe the to hajra bhaag daud ke kaafi mehnat karne ke baad un</w:t>
      </w:r>
    </w:p>
    <w:p>
      <w:pPr>
        <w:jc w:val="right"/>
      </w:pPr>
      <w:r>
        <w:t>بہت زیادہ رونے لگا۔ تو اس کی ماں بھاگ کے آئی اور دیکھی کہ وہ پیاسا ہو گیا ہے، تو پانی لا کے اس کو پلا دی۔ جی، تو اس وقت مجھے یاد آیا وہ واقعہ حضرت ہاجرہ اور حضرت اسماعیل کا، ماشاءاللہ، کہ اسماعیل جب رو رہے تھے تو ہاجرہ بھاگ دوڑ کے کافی محنت کرنے کے بعد ان</w:t>
      </w:r>
    </w:p>
    <w:p>
      <w:r>
        <w:rPr>
          <w:b/>
        </w:rPr>
        <w:t xml:space="preserve">[35:25] </w:t>
      </w:r>
      <w:r>
        <w:t>ko zam zam ka pani mila. aur hamare liye allah taala ne pani itna aasan kiya hai ke ek botal ya glass milaao aur pila do. to us waqt mujhe yeh discovery hui ke jo pani hum peete hain, log umooman zam zam pani barkat ka samajh ke peete hain.</w:t>
      </w:r>
    </w:p>
    <w:p>
      <w:pPr>
        <w:jc w:val="right"/>
      </w:pPr>
      <w:r>
        <w:t>کو زم زم کا پانی ملا۔ اور ہمارے لیے اللہ تعالی نے پانی اتنا آسان کیا ہے کہ ایک بوتل یا گلاس ملاؤ اور پلا دو۔ تو اس وقت مجھے یہ ڈسکوری ہوئی کہ جو پانی ہم پیتے ہیں، لوگ عموماً زم زم پانی برکت کا سمجھ کے پیتے ہیں۔</w:t>
      </w:r>
    </w:p>
    <w:p>
      <w:r>
        <w:rPr>
          <w:b/>
        </w:rPr>
        <w:t xml:space="preserve">[35:39] </w:t>
      </w:r>
      <w:r>
        <w:t>bhai, us waqt se mera yeh ehsaas ho gaya hai ke jo bhi pani mujhe milta hai, woh khud zam zam hai mere liye. khud quran mein kehta hai: "khuda</w:t>
      </w:r>
    </w:p>
    <w:p>
      <w:pPr>
        <w:jc w:val="right"/>
      </w:pPr>
      <w:r>
        <w:t>بھئی، اس وقت سے میرا یہ احساس ہو گیا ہے کہ جو بھی پانی مجھے ملتا ہے، وہ خود زم زم ہے میرے لیے۔ خود قرآن میں کہتا ہے: "خدا</w:t>
      </w:r>
    </w:p>
    <w:p>
      <w:r>
        <w:rPr>
          <w:b/>
        </w:rPr>
        <w:t xml:space="preserve">[35:47] </w:t>
      </w:r>
      <w:r>
        <w:t>mubarakah" jo pani hum ne aasman se utara hai, woh barkat ka pani hai. ji, to jo bhi pani, khwah hum kahin bhi rahein, kahin se bhi woh pani milta ho, woh sirf woh bhi hamare liye ek zam zam ki haisiyat hai.</w:t>
      </w:r>
    </w:p>
    <w:p>
      <w:pPr>
        <w:jc w:val="right"/>
      </w:pPr>
      <w:r>
        <w:t>من مبارکہ" جو پانی ہم نے آسمان سے اتارا ہے، وہ برکت کا پانی ہے۔ جی، تو جو بھی پانی، خواہ ہم کہیں بھی رہیں، کہیں سے بھی وہ پانی ملتا ہو، وہ صرف وہ بھی ہمارے لیے ایک زم زم کی حیثیت ہے۔</w:t>
      </w:r>
    </w:p>
    <w:p>
      <w:r>
        <w:rPr>
          <w:b/>
        </w:rPr>
        <w:t xml:space="preserve">[35:59] </w:t>
      </w:r>
      <w:r>
        <w:t>khuda agar sikha de to koi us ko nahi la sakta. to woh ehsaas jab paida hota hai, woh soch ki buniyad par hi mila. to jab bhi main pani ka ek qatra bhi peeta hoon, to mujhe woh zam zam ka hi feeling ke saath mein peeta hoon.</w:t>
      </w:r>
    </w:p>
    <w:p>
      <w:pPr>
        <w:jc w:val="right"/>
      </w:pPr>
      <w:r>
        <w:t>خدا اگر سکھا دے تو کوئی اس کو نہیں لا سکتا۔ تو وہ احساس جب پیدا ہوتا ہے، وہ سوچ کی بنیاد پر ہی ملا۔ تو جب بھی میں پانی کا ایک قطرہ بھی پیتا ہوں، تو مجھے وہ زم زم کا ہی فیلنگ کے ساتھ میں پیتا ہوں۔</w:t>
      </w:r>
    </w:p>
    <w:p>
      <w:r>
        <w:rPr>
          <w:b/>
        </w:rPr>
        <w:t xml:space="preserve">[36:11] </w:t>
      </w:r>
      <w:r>
        <w:t>ji, to yeh molana ki marifat aur tazkiya ki jo tarbiyat thi, us ka samajhta hoon main ek asar tha. ji ji, to kuch</w:t>
      </w:r>
    </w:p>
    <w:p>
      <w:pPr>
        <w:jc w:val="right"/>
      </w:pPr>
      <w:r>
        <w:t>جی، تو یہ مولانا کی معرفت اور تزکیہ کی جو تربیت تھی، اس کا سمجھتا ہوں میں ایک اثر تھا۔ جی جی، تو کچھ</w:t>
      </w:r>
    </w:p>
    <w:p>
      <w:r>
        <w:rPr>
          <w:b/>
        </w:rPr>
        <w:t xml:space="preserve">[36:17] </w:t>
      </w:r>
      <w:r>
        <w:t>kitabein aap batana chahenge, kuch titles jo log dekh rahe hain, us ko woh cps website se download kar sakte hain ya good word book se khareed sakte hain.</w:t>
      </w:r>
    </w:p>
    <w:p>
      <w:pPr>
        <w:jc w:val="right"/>
      </w:pPr>
      <w:r>
        <w:t>کتابیں آپ بتانا چاہیں گے، کچھ ٹائٹلز جو لوگ دیکھ رہے ہیں، اس کو وہ سی پی ایس ویب سائٹ سے ڈاؤن لوڈ کر سکتے ہیں یا گڈ ورڈ بک سے خرید سکتے ہیں۔</w:t>
      </w:r>
    </w:p>
    <w:p>
      <w:r>
        <w:rPr>
          <w:b/>
        </w:rPr>
        <w:t xml:space="preserve">[36:26] </w:t>
      </w:r>
      <w:r>
        <w:t>kuch aise titles aap bataiye hum sab ko. haan, dekhein, is mein buniyadi taur par jo aham kitab hai, "al-rabbaniyah allah o akbar". ji, ah yeh shuru buniyadi taur par har jo beginners hain, us ko padhna chahiye.</w:t>
      </w:r>
    </w:p>
    <w:p>
      <w:pPr>
        <w:jc w:val="right"/>
      </w:pPr>
      <w:r>
        <w:t>کچھ ایسے ٹائٹلز آپ بتائیے ہم سب کو۔ ہاں، دیکھیں، اس میں بنیادی طور پر جو اہم کتاب ہے، "الربانیہ اللہ اکبر"۔ جی، اہ یہ شروع بنیادی طور پر ہر جو بگنرز ہیں، اس کو پڑھنا چاہیے۔</w:t>
      </w:r>
    </w:p>
    <w:p>
      <w:r>
        <w:rPr>
          <w:b/>
        </w:rPr>
        <w:t xml:space="preserve">[36:38] </w:t>
      </w:r>
      <w:r>
        <w:t>ji, is ke baad "kitab marifat khuda ki". ji, "daryaft ah god arizis". ji, yeh kitabein hain jin ke padhne se ah baraah-e-raast marifat ka aap ko molana ki jo rehnumai hai, us ko mile gi.</w:t>
      </w:r>
    </w:p>
    <w:p>
      <w:pPr>
        <w:jc w:val="right"/>
      </w:pPr>
      <w:r>
        <w:t>جی، اس کے بعد "کتاب معرفت خدا کی"۔ جی، "دریافت اہ گاڈ اریزس"۔ جی، یہ کتابیں ہیں جن کے پڑھنے سے اہ براہ راست معرفت کا آپ کو مولانا کی جو رہنمائی ہے، اس کو ملے گی۔</w:t>
      </w:r>
    </w:p>
    <w:p>
      <w:r>
        <w:rPr>
          <w:b/>
        </w:rPr>
        <w:t xml:space="preserve">[36:51] </w:t>
      </w:r>
      <w:r>
        <w:t>ji, aur waise poora literature mol</w:t>
      </w:r>
    </w:p>
    <w:p>
      <w:pPr>
        <w:jc w:val="right"/>
      </w:pPr>
      <w:r>
        <w:t>جی، اور ویسے پورا لٹریچر مول</w:t>
      </w:r>
    </w:p>
    <w:p>
      <w:r>
        <w:rPr>
          <w:b/>
        </w:rPr>
        <w:t xml:space="preserve">[36:53] </w:t>
      </w:r>
      <w:r>
        <w:t>ana ka "al-risalah khusoosi" woh marifat par hi mabni hai. ji, is se marifat ki hi ghiza milti hai. hmm, ji ji, jazak allah molana iqbal sahib.</w:t>
      </w:r>
    </w:p>
    <w:p>
      <w:pPr>
        <w:jc w:val="right"/>
      </w:pPr>
      <w:r>
        <w:t>انا کا "الرسالہ خصوصی" وہ معرفت پر ہی مبنی ہے۔ جی، اس سے معرفت کی ہی غذا ملتی ہے۔ ہمم، جی جی، جزاک اللہ مولانا اقبال صاحب۔</w:t>
      </w:r>
    </w:p>
    <w:p>
      <w:r>
        <w:rPr>
          <w:b/>
        </w:rPr>
        <w:t xml:space="preserve">[37:02] </w:t>
      </w:r>
      <w:r>
        <w:t>molana ki tafsir "tazkir al-quran" bahut ah popular hai aur bahut widely read hai. ah, aur is baat par aap bhi agree karenge ke marifat ka khazana hai.</w:t>
      </w:r>
    </w:p>
    <w:p>
      <w:pPr>
        <w:jc w:val="right"/>
      </w:pPr>
      <w:r>
        <w:t>مولانا کی تفسیر "تذکیر القرآن" بہت اہ پاپولر ہے اور بہت وائیڈلی ریڈ ہے۔ اہ، اور اس بات پر آپ بھی ایگری کریں گے کہ معرفت کا خزانہ ہے۔</w:t>
      </w:r>
    </w:p>
    <w:p>
      <w:r>
        <w:rPr>
          <w:b/>
        </w:rPr>
        <w:t xml:space="preserve">[37:12] </w:t>
      </w:r>
      <w:r>
        <w:t>woh ah agar hamein quran ko apni daily life mein apply karna hai to woh hum ah un ki tafsir se yeh jaan</w:t>
      </w:r>
    </w:p>
    <w:p>
      <w:pPr>
        <w:jc w:val="right"/>
      </w:pPr>
      <w:r>
        <w:t>وہ اہ اگر ہمیں قرآن کو اپنی ڈیلی لائف میں اپلائی کرنا ہے تو وہ ہم اہ ان کی تفسیر سے یہ جان</w:t>
      </w:r>
    </w:p>
    <w:p>
      <w:r>
        <w:rPr>
          <w:b/>
        </w:rPr>
        <w:t xml:space="preserve">[37:20] </w:t>
      </w:r>
      <w:r>
        <w:t>sakte hain. balkeh agar un ki tafsir ka mutalaah karein to main yeh kahunga ke poori personality insaan ki badal sakti hai.</w:t>
      </w:r>
    </w:p>
    <w:p>
      <w:pPr>
        <w:jc w:val="right"/>
      </w:pPr>
      <w:r>
        <w:t>سکتے ہیں۔ بلکہ اگر ان کی تفسیر کا مطالعہ کریں تو میں یہ کہوں گا کہ پوری پرسنیلٹی انسان کی بدل سکتی ہے۔</w:t>
      </w:r>
    </w:p>
    <w:p>
      <w:r>
        <w:rPr>
          <w:b/>
        </w:rPr>
        <w:t xml:space="preserve">[37:28] </w:t>
      </w:r>
      <w:r>
        <w:t>poori 360 degree a person can change into a spiritual person. to ah main chahunga molana iqbal sahib ki un ki tafsir ke bare mein aap hum sab ko zaroor bataein.</w:t>
      </w:r>
    </w:p>
    <w:p>
      <w:pPr>
        <w:jc w:val="right"/>
      </w:pPr>
      <w:r>
        <w:t>پوری 360 ڈگری ا پرسن کین چینج انٹو ا سپرچول پرسن۔ تو اہ میں چاہوں گا مولانا اقبال صاحب کی ان کی تفسیر کے بارے میں آپ ہم سب کو ضرور بتائیں۔</w:t>
      </w:r>
    </w:p>
    <w:p>
      <w:r>
        <w:rPr>
          <w:b/>
        </w:rPr>
        <w:t xml:space="preserve">[37:41] </w:t>
      </w:r>
      <w:r>
        <w:t>asal mein jaisa ke aap ko maloom hai ke ah jo bhi tazkir aur dawati kaam karte hain, un logon ke paas dawat aur tazkir base koi tafsir nahi hai.</w:t>
      </w:r>
    </w:p>
    <w:p>
      <w:pPr>
        <w:jc w:val="right"/>
      </w:pPr>
      <w:r>
        <w:t>اصل میں جیسا کہ آپ کو معلوم ہے کہ اہ جو بھی تذکیر اور دعوتی کام کرتے ہیں، ان لوگوں کے پاس دعوت اور تذکیر بیس کوئی تفسیر نہیں ہے۔</w:t>
      </w:r>
    </w:p>
    <w:p>
      <w:r>
        <w:rPr>
          <w:b/>
        </w:rPr>
        <w:t xml:space="preserve">[37:56] </w:t>
      </w:r>
      <w:r>
        <w:t>hum log taqreeban das saal tak bahut mehnat ke. hum logon ka tareeqa yeh rehta tha ke hum log apne saath ek diary rakhte the, yaani molana se milne se pehle, aur quran se jo nikaat hote hain, woh likha karte the aur sab jama kar ke sab padhne ki koshish karte the.</w:t>
      </w:r>
    </w:p>
    <w:p>
      <w:pPr>
        <w:jc w:val="right"/>
      </w:pPr>
      <w:r>
        <w:t>ہم لوگ تقریباً دس سال تک بہت محنت کے۔ ہم لوگوں کا طریقہ یہ رہتا تھا کہ ہم لوگ اپنے ساتھ ایک ڈائری رکھتے تھے، یعنی مولانا سے ملنے سے پہلے، اور قرآن سے جو نکات ہوتے ہیں، وہ لکھا کرتے تھے اور سب جمع کر کے سب پڑھنے کی کوشش کرتے تھے۔</w:t>
      </w:r>
    </w:p>
    <w:p>
      <w:r>
        <w:rPr>
          <w:b/>
        </w:rPr>
        <w:t xml:space="preserve">[38:14] </w:t>
      </w:r>
      <w:r>
        <w:t>ah, lekin mera jahan tak khayal hai, koi badi baat ya koi ah aisi baat jis mein tazkir aur dawat ka itna wazeh pehlu saamne aaye, aisi koi tafsir ya koi aisi study circle mein hum ne nahi paya.</w:t>
      </w:r>
    </w:p>
    <w:p>
      <w:pPr>
        <w:jc w:val="right"/>
      </w:pPr>
      <w:r>
        <w:t>اہ، لیکن میرا جہاں تک خیال ہے، کوئی بڑی بات یا کوئی اہ ایسی بات جس میں تذکیر اور دعوت کا اتنا واضح پہلو سامنے آئے، ایسی کوئی تفسیر یا کوئی ایسی اسٹڈی سرکل میں ہم نے نہیں پایا۔</w:t>
      </w:r>
    </w:p>
    <w:p>
      <w:r>
        <w:rPr>
          <w:b/>
        </w:rPr>
        <w:t xml:space="preserve">[38:28] </w:t>
      </w:r>
      <w:r>
        <w:t>jab hum ne, jab maine molana ki "tazkir al-quran" padha to wahan har</w:t>
      </w:r>
    </w:p>
    <w:p>
      <w:pPr>
        <w:jc w:val="right"/>
      </w:pPr>
      <w:r>
        <w:t>جب ہم نے، جب میں نے مولانا کی "تذکیر القرآن" پڑھا تو وہاں ہر</w:t>
      </w:r>
    </w:p>
    <w:p>
      <w:r>
        <w:rPr>
          <w:b/>
        </w:rPr>
        <w:t xml:space="preserve">[38:35] </w:t>
      </w:r>
      <w:r>
        <w:t>har safhe mein aap ko ya to dawat ki baat mile gi ya to tazkir ki baat mile gi. koi na koi kainaati baat mil hi jaye gi is mein. to maine arabi tafaseer bhi dekhein, baaqiya urdu tafaseer bhi dekhein.</w:t>
      </w:r>
    </w:p>
    <w:p>
      <w:pPr>
        <w:jc w:val="right"/>
      </w:pPr>
      <w:r>
        <w:t>ہر صفحے میں آپ کو یا تو دعوت کی بات ملے گی یا تو تذکیر کی بات ملے گی۔ کوئی نہ کوئی کائناتی بات مل ہی جائے گی اس میں۔ تو میں نے عربی تفسیریں بھی دیکھیں، باقیہ اردو تفسیریں بھی دیکھیں۔</w:t>
      </w:r>
    </w:p>
    <w:p>
      <w:r>
        <w:rPr>
          <w:b/>
        </w:rPr>
        <w:t xml:space="preserve">[38:46] </w:t>
      </w:r>
      <w:r>
        <w:t>"dawat al-quran" ke naam se bhi ek tafsir hai, lekin is mein dawat ka woh andaaz ya woh baatein jo dawat ki hon, tazkir ki hon, woh baatein maine nahi paein.</w:t>
      </w:r>
    </w:p>
    <w:p>
      <w:pPr>
        <w:jc w:val="right"/>
      </w:pPr>
      <w:r>
        <w:t>"دعوت القرآن" کے نام سے بھی ایک تفسیر ہے، لیکن اس میں دعوت کا وہ انداز یا وہ باتیں جو دعوت کی ہوں، تذکیر کی ہوں، وہ باتیں میں نے نہیں پائیں۔</w:t>
      </w:r>
    </w:p>
    <w:p>
      <w:r>
        <w:rPr>
          <w:b/>
        </w:rPr>
        <w:t xml:space="preserve">[38:55] </w:t>
      </w:r>
      <w:r>
        <w:t>"tazkir al-quran" ek aisi kitab hai,</w:t>
      </w:r>
    </w:p>
    <w:p>
      <w:pPr>
        <w:jc w:val="right"/>
      </w:pPr>
      <w:r>
        <w:t>"تذکیر القرآن" ایک ایسی کتاب ہے،</w:t>
      </w:r>
    </w:p>
    <w:p>
      <w:r>
        <w:rPr>
          <w:b/>
        </w:rPr>
        <w:t xml:space="preserve">[38:57] </w:t>
      </w:r>
      <w:r>
        <w:t>yaqeenan woh quran mein tazkir ke bare mein "fazakkir bil quran" tazkir ke bare mein jo bhi aayatein hain, us ki amli tafsir hai.</w:t>
      </w:r>
    </w:p>
    <w:p>
      <w:pPr>
        <w:jc w:val="right"/>
      </w:pPr>
      <w:r>
        <w:t>یقینا وہ قرآن میں تذکیر کے بارے میں "فذکر بالقرآن" تذکیر کے بارے میں جو بھی آیتیں ہیں، اس کی عملی تفسیر ہے۔</w:t>
      </w:r>
    </w:p>
    <w:p>
      <w:r>
        <w:rPr>
          <w:b/>
        </w:rPr>
        <w:t xml:space="preserve">[39:06] </w:t>
      </w:r>
      <w:r>
        <w:t>to woh "tazkir al-quran" hai. aap is mein har safha, ek safha padhte hi asal tazkir kya hai, is mein maloom ho jati hai. to aam taur se log "rujoo ila al-quran" ki baat to karte hain, yaani quran ki taraf laut kar aao, lekin kaise lotein, kis bab mein lootna chahiye, kaise lootna chahiye, lootne ke liye kya karna chahiye, woh saari cheezein "tazkir al-quran"</w:t>
      </w:r>
    </w:p>
    <w:p>
      <w:pPr>
        <w:jc w:val="right"/>
      </w:pPr>
      <w:r>
        <w:t>تو وہ "تذکیر القرآن" ہے۔ آپ اس میں ہر صفحہ، ایک صفحہ پڑھتے ہی اصل تذکیر کیا ہے، اس میں معلوم ہو جاتی ہے۔ تو عام طور سے لوگ "رجوع الی القرآن" کی بات تو کرتے ہیں، یعنی قرآن کی طرف لوٹ کر آؤ، لیکن کیسے لوٹیں، کس باب میں لوٹنا چاہیے، کیسے لوٹنا چاہیے، لوٹنے کے لیے کیا کرنا چاہیے، وہ ساری چیزیں "تذکیر القرآن"</w:t>
      </w:r>
    </w:p>
    <w:p>
      <w:r>
        <w:rPr>
          <w:b/>
        </w:rPr>
        <w:t xml:space="preserve">[39:28] </w:t>
      </w:r>
      <w:r>
        <w:t>mein hum ko mile gi. ji ji, jazak allah molana israr sahib, is pe kuch aap add karna chahenge? haan, main iqbal sahib ne is ko bahut acha wazeh kiya.</w:t>
      </w:r>
    </w:p>
    <w:p>
      <w:pPr>
        <w:jc w:val="right"/>
      </w:pPr>
      <w:r>
        <w:t>میں ہم کو ملے گی۔ جی جی، جزاک اللہ مولانا اسرار صاحب، اس پہ کچھ آپ ایڈ کرنا چاہیں گے؟ ہاں، میں اقبال صاحب نے اس کو بہت اچھا واضح کیا۔</w:t>
      </w:r>
    </w:p>
    <w:p>
      <w:r>
        <w:rPr>
          <w:b/>
        </w:rPr>
        <w:t xml:space="preserve">[39:38] </w:t>
      </w:r>
      <w:r>
        <w:t>"tazkir al quran" ki ahmiyat is liye bhi hai ke waise sainkaron tafaseer arabi aur urdu mein maujood hain, lekin un ke parhne se aap ko maloomat to mile gi, lekin is se globedia to aap ko quran ka mil jayega.</w:t>
      </w:r>
    </w:p>
    <w:p>
      <w:pPr>
        <w:jc w:val="right"/>
      </w:pPr>
      <w:r>
        <w:t>"تذکیر القرآن" کی اہمیت اس لیے بھی ہے کہ ویسے سینکڑوں تفسیریں عربی اور اردو میں موجود ہیں، لیکن ان کے پڑھنے سے آپ کو معلومات تو ملے گی، لیکن اس سے گلوبیڈیا تو آپ کو قرآن کا مل جائے گا۔</w:t>
      </w:r>
    </w:p>
    <w:p>
      <w:r>
        <w:rPr>
          <w:b/>
        </w:rPr>
        <w:t xml:space="preserve">[39:51] </w:t>
      </w:r>
      <w:r>
        <w:t>lekin quran jo apne aap ko kehta hai, jaisa quran apna</w:t>
      </w:r>
    </w:p>
    <w:p>
      <w:pPr>
        <w:jc w:val="right"/>
      </w:pPr>
      <w:r>
        <w:t>لیکن قرآن جو اپنے آپ کو کہتا ہے، جیسا قرآن اپنا</w:t>
      </w:r>
    </w:p>
    <w:p>
      <w:r>
        <w:rPr>
          <w:b/>
        </w:rPr>
        <w:t xml:space="preserve">[39:55] </w:t>
      </w:r>
      <w:r>
        <w:t>taaruf karate hue kehta hai: "innaha illa zikr lil alameen" . quran ek sare logon ke liye naseehat hai. isi tarah quran kehta hai ke "haza balaghun lin nas" .</w:t>
      </w:r>
    </w:p>
    <w:p>
      <w:pPr>
        <w:jc w:val="right"/>
      </w:pPr>
      <w:r>
        <w:t>تعارف کراتے ہوئے کہتا ہے: "انہا الا ذکر للعالمین"۔ قرآن ایک سارے لوگوں کے لیے نصیحت ہے۔ اسی طرح قرآن کہتا ہے کہ "ھذا بلاغ للناس"۔</w:t>
      </w:r>
    </w:p>
    <w:p>
      <w:r>
        <w:rPr>
          <w:b/>
        </w:rPr>
        <w:t xml:space="preserve">[40:05] </w:t>
      </w:r>
      <w:r>
        <w:t>yeh logon ke liye ek message hai, is ko logon tak pahunchana chahiye aur logon ko is ka paigham pahunchaya jaye. to lekin is do pehlu se tafaseer khali hain.</w:t>
      </w:r>
    </w:p>
    <w:p>
      <w:pPr>
        <w:jc w:val="right"/>
      </w:pPr>
      <w:r>
        <w:t>یہ لوگوں کے لیے ایک میسج ہے، اس کو لوگوں تک پہنچانا چاہیے اور لوگوں کو اس کا پیغام پہنچایا جائے۔ تو لیکن اس دو پہلو سے تفسیریں خالی ہیں۔</w:t>
      </w:r>
    </w:p>
    <w:p>
      <w:r>
        <w:rPr>
          <w:b/>
        </w:rPr>
        <w:t xml:space="preserve">[40:15] </w:t>
      </w:r>
      <w:r>
        <w:t>to maulana ne in do pehluon ko le ke "tazkir al quran" likha hai. aap is ko</w:t>
      </w:r>
    </w:p>
    <w:p>
      <w:pPr>
        <w:jc w:val="right"/>
      </w:pPr>
      <w:r>
        <w:t>تو مولانا نے ان دو پہلوؤں کو لے کے "تذکیر القرآن" لکھا ہے۔ آپ اس کو</w:t>
      </w:r>
    </w:p>
    <w:p>
      <w:r>
        <w:rPr>
          <w:b/>
        </w:rPr>
        <w:t xml:space="preserve">[40:19] </w:t>
      </w:r>
      <w:r>
        <w:t>parhenge to is mein aap ko naseehat ki baatein milengi. quran mein jo lessons hain, hamare learnings hain, is ko bataya gaya hai. aur isi tarah da'wati zehn saazi bhi is mein ki gayi hai.</w:t>
      </w:r>
    </w:p>
    <w:p>
      <w:pPr>
        <w:jc w:val="right"/>
      </w:pPr>
      <w:r>
        <w:t>پڑھیں گے تو اس میں آپ کو نصیحت کی باتیں ملیں گی۔ قرآن میں جو لیسنز ہیں، ہمارے لرننگز ہیں، اس کو بتایا گیا ہے۔ اور اسی طرح دعوتی ذہن سازی بھی اس میں کی گئی ہے۔</w:t>
      </w:r>
    </w:p>
    <w:p>
      <w:r>
        <w:rPr>
          <w:b/>
        </w:rPr>
        <w:t xml:space="preserve">[40:30] </w:t>
      </w:r>
      <w:r>
        <w:t>aur teesra ek aham pehlu is ka yeh hai ke musalmanon ki jo</w:t>
      </w:r>
    </w:p>
    <w:p>
      <w:pPr>
        <w:jc w:val="right"/>
      </w:pPr>
      <w:r>
        <w:t>اور تیسرا ایک اہم پہلو اس کا یہ ہے کہ مسلمانوں کی جو</w:t>
      </w:r>
    </w:p>
    <w:p>
      <w:r>
        <w:rPr>
          <w:b/>
        </w:rPr>
        <w:t xml:space="preserve">[40:35] </w:t>
      </w:r>
      <w:r>
        <w:t>aap jante hain ke jo koi qaum jab zawaal yafta ho jati hai to us ke conditions ho jate hain. aur zawaal yafta qaum ki jo nafsiyat hoti hain, woh mili ho jati hain, qaumi ho jati hain.</w:t>
      </w:r>
    </w:p>
    <w:p>
      <w:pPr>
        <w:jc w:val="right"/>
      </w:pPr>
      <w:r>
        <w:t>آپ جانتے ہیں کہ جو کوئی قوم جب زوال یافتہ ہو جاتی ہے تو اس کے کنڈیشن ہو جاتے ہیں۔ اور زوال یافتہ قوم کی جو نفسیات ہوتی ہیں، وہ ملی ہو جاتی ہیں، قومی ہو جاتی ہیں۔</w:t>
      </w:r>
    </w:p>
    <w:p>
      <w:r>
        <w:rPr>
          <w:b/>
        </w:rPr>
        <w:t xml:space="preserve">[40:46] </w:t>
      </w:r>
      <w:r>
        <w:t>ji, to siyasi ho jati hain. is ko maulana ne bohat achhi tarah se is mein toda hai. ji, agar aap is mein parhenge to aap khuda ke sahi banda ban ke niklenge, na ke ek qaumi insan, na ke ek mili insan.</w:t>
      </w:r>
    </w:p>
    <w:p>
      <w:pPr>
        <w:jc w:val="right"/>
      </w:pPr>
      <w:r>
        <w:t>جی، تو سیاسی ہو جاتی ہیں۔ اس کو مولانا نے بہت اچھی طرح سے اس میں توڑا ہے۔ جی، اگر آپ اس میں پڑھیں گے تو آپ خدا کے صحیح بندہ بن کے نکلیں گے، نہ کہ ایک قومی انسان، نہ کہ ایک ملی انسان۔</w:t>
      </w:r>
    </w:p>
    <w:p>
      <w:r>
        <w:rPr>
          <w:b/>
        </w:rPr>
        <w:t xml:space="preserve">[40:59] </w:t>
      </w:r>
      <w:r>
        <w:t>ji, to is concept ko maulana ne, yaani ek zawaal yafta nafsiyat ka, is mein bohat hi achha maulana ne tajziya kiya hai. aur</w:t>
      </w:r>
    </w:p>
    <w:p>
      <w:pPr>
        <w:jc w:val="right"/>
      </w:pPr>
      <w:r>
        <w:t>جی، تو اس کانسیپٹ کو مولانا نے، یعنی ایک زوال یافتہ نفسیات کا، اس میں بہت ہی اچھا مولانا نے تجزیہ کیا ہے۔ اور</w:t>
      </w:r>
    </w:p>
    <w:p>
      <w:r>
        <w:rPr>
          <w:b/>
        </w:rPr>
        <w:t xml:space="preserve">[41:05] </w:t>
      </w:r>
      <w:r>
        <w:t>ek sahi momin ki nafsiyat kya hoti hain, is ko is mein pesh kiya hai. is lihaaz se is ka parhna hamare liye behad zaroori hai. ji ji ji, to jo maulana israr sahib, jo log program dekh rahe hain is waqt, un ko kuch ah quran ke mauzu par maulana wahiduddin khan sahib ki kuch kitabein aap recommend karenge?</w:t>
      </w:r>
    </w:p>
    <w:p>
      <w:pPr>
        <w:jc w:val="right"/>
      </w:pPr>
      <w:r>
        <w:t>ایک صحیح مومن کی نفسیات کیا ہوتی ہیں، اس کو اس میں پیش کیا ہے۔ اس لحاظ سے اس کا پڑھنا ہمارے لیے بے حد ضروری ہے۔ جی جی جی، تو جو مولانا اسرار صاحب، جو لوگ پروگرام دیکھ رہے ہیں اس وقت، ان کو کچھ اہ قرآن کے موضوع پر مولانا وحید الدین خان صاحب کی کچھ کتابیں آپ ریکمنڈ کریں گے؟</w:t>
      </w:r>
    </w:p>
    <w:p>
      <w:r>
        <w:rPr>
          <w:b/>
        </w:rPr>
        <w:t xml:space="preserve">[41:22] </w:t>
      </w:r>
      <w:r>
        <w:t>haan, is mein ah aham kitabein yeh hain: "mutala quran", ji "azmat quran",</w:t>
      </w:r>
    </w:p>
    <w:p>
      <w:pPr>
        <w:jc w:val="right"/>
      </w:pPr>
      <w:r>
        <w:t>ہاں، اس میں اہ اہم کتابیں یہ ہیں: "مطالعہ قرآن"، جی "عظمت قرآن"،</w:t>
      </w:r>
    </w:p>
    <w:p>
      <w:r>
        <w:rPr>
          <w:b/>
        </w:rPr>
        <w:t xml:space="preserve">[41:29] </w:t>
      </w:r>
      <w:r>
        <w:t>aur "quran ka matloob insan", "marifat quran". to yeh kitabein hain jis se is ka faida istefada kiya ja sakta hai. aur khud "tazkir al quran" ka jo introduction hai, muqaddama, woh bohat hi zyada ahmiyat rakhta hai.</w:t>
      </w:r>
    </w:p>
    <w:p>
      <w:pPr>
        <w:jc w:val="right"/>
      </w:pPr>
      <w:r>
        <w:t>اور "قرآن کا مطلوب انسان"، "معرفت قرآن"۔ تو یہ کتابیں ہیں جس سے اس کا فائدہ استفادہ کیا جا سکتا ہے۔ اور خود "تذکیر القرآن" کا جو انٹروڈکشن ہے، مقدمہ، وہ بہت ہی زیادہ اہمیت رکھتا ہے۔</w:t>
      </w:r>
    </w:p>
    <w:p>
      <w:r>
        <w:rPr>
          <w:b/>
        </w:rPr>
        <w:t xml:space="preserve">[41:41] </w:t>
      </w:r>
      <w:r>
        <w:t>ji ji ji, to quran ke hawaale se sawal tha, to seerat pe bhi main poochna chahunga. ji ke maulana wahiduddin khan sahib ke nuqta nazar se</w:t>
      </w:r>
    </w:p>
    <w:p>
      <w:pPr>
        <w:jc w:val="right"/>
      </w:pPr>
      <w:r>
        <w:t>جی جی جی جی، تو قرآن کے حوالے سے سوال تھا، تو سیرت پہ بھی میں پوچھنا چاہوں گا۔ جی کہ مولانا وحید الدین خان صاحب کے نقطہ نظر سے</w:t>
      </w:r>
    </w:p>
    <w:p>
      <w:r>
        <w:rPr>
          <w:b/>
        </w:rPr>
        <w:t xml:space="preserve">[41:51] </w:t>
      </w:r>
      <w:r>
        <w:t>ah seerat rasool ke bunyadi pehlu kya hain? ji, is ko bhi aap wazeh karein. haan, yeh sawal aaj ke din ke lihaaz se bhi bohat aham hai.</w:t>
      </w:r>
    </w:p>
    <w:p>
      <w:pPr>
        <w:jc w:val="right"/>
      </w:pPr>
      <w:r>
        <w:t>اہ سیرت رسول کے بنیادی پہلو کیا ہیں؟ جی، اس کو بھی آپ واضح کریں۔ ہاں، یہ سوال آج کے دن کے لحاظ سے بھی بہت اہم ہے۔</w:t>
      </w:r>
    </w:p>
    <w:p>
      <w:r>
        <w:rPr>
          <w:b/>
        </w:rPr>
        <w:t xml:space="preserve">[42:00] </w:t>
      </w:r>
      <w:r>
        <w:t>ji, kyunke aaj 12 rabi ul awal hai. ji, to rasool allah ki aaj paidaish hai.</w:t>
      </w:r>
    </w:p>
    <w:p>
      <w:pPr>
        <w:jc w:val="right"/>
      </w:pPr>
      <w:r>
        <w:t>جی، کیونکہ آج 12 ربیع الاول ہے۔ جی، تو رسول اللہ کی آج پیدائش ہے۔</w:t>
      </w:r>
    </w:p>
    <w:p>
      <w:r>
        <w:rPr>
          <w:b/>
        </w:rPr>
        <w:t xml:space="preserve">[42:04] </w:t>
      </w:r>
      <w:r>
        <w:t>hmm, to seerat ka jo mauzu hai, is par ka main samajhta hoon urdu zaban mein kafi kitabein likhi gayi hain. ji,</w:t>
      </w:r>
    </w:p>
    <w:p>
      <w:pPr>
        <w:jc w:val="right"/>
      </w:pPr>
      <w:r>
        <w:t>ہمم، تو سیرت کا جو موضوع ہے، اس پر کا میں سمجھتا ہوں اردو زبان میں کافی کتابیں لکھی گئی ہیں۔ جی،</w:t>
      </w:r>
    </w:p>
    <w:p>
      <w:r>
        <w:rPr>
          <w:b/>
        </w:rPr>
        <w:t xml:space="preserve">[42:12] </w:t>
      </w:r>
      <w:r>
        <w:t>lekin yeh tamam kitabein maulana ne "mutala seerat" ke ah muqaddame mein likha hai ke pure ah jo seerat ki kitabein hain, woh tamam kitabein ya to taqlidi andaaz mein likhi gayi hain ya aqeedatmandana andaaz mein likhi gayi hain.</w:t>
      </w:r>
    </w:p>
    <w:p>
      <w:pPr>
        <w:jc w:val="right"/>
      </w:pPr>
      <w:r>
        <w:t>لیکن یہ تمام کتابیں مولانا نے "مطالعہ سیرت" کے اہ مقدمے میں لکھا ہے کہ پورے اہ جو سیرت کی کتابیں ہیں، وہ تمام کتابیں یا تو تقلیدی انداز میں لکھی گئی ہیں یا عقیدت مندانہ انداز میں لکھی گئی ہیں۔</w:t>
      </w:r>
    </w:p>
    <w:p>
      <w:r>
        <w:rPr>
          <w:b/>
        </w:rPr>
        <w:t xml:space="preserve">[42:27] </w:t>
      </w:r>
      <w:r>
        <w:t>taqlidana andaaz ka matlab yeh hai ke ek traditional way jo tareekh ka chalta aa raha tha pehle se, us lihaaz se likha gaya hai. to is se bohat bada jo nuqsaan hua, yeh hai ke rasool allah ki wafat ke baad tareekh jab likhi gayi to rasool allah ki jo</w:t>
      </w:r>
    </w:p>
    <w:p>
      <w:pPr>
        <w:jc w:val="right"/>
      </w:pPr>
      <w:r>
        <w:t>تقلیدانہ انداز کا مطلب یہ ہے کہ ایک ٹریڈیشنل وے جو تاریخ کا چلتا آ رہا تھا پہلے سے، اس لحاظ سے لکھا گیا ہے۔ تو اس سے بہت بڑا جو نقصان ہوا، یہ ہے کہ رسول اللہ کی وفات کے بعد تاریخ جب لکھی گئی تو رسول اللہ کی جو</w:t>
      </w:r>
    </w:p>
    <w:p>
      <w:r>
        <w:rPr>
          <w:b/>
        </w:rPr>
        <w:t xml:space="preserve">[42:42] </w:t>
      </w:r>
      <w:r>
        <w:t>asal hesiyat thi, yaani da'i, aap logon ko khuda ka paigham pahunchane wale the, khuda ka realization karane wale the. ji, to woh hesiyat kam ho gayi.</w:t>
      </w:r>
    </w:p>
    <w:p>
      <w:pPr>
        <w:jc w:val="right"/>
      </w:pPr>
      <w:r>
        <w:t>اصل حیثیت تھی، یعنی داعی، آپ لوگوں کو خدا کا پیغام پہنچانے والے تھے، خدا کا ریلیزیشن کرانے والے تھے۔ جی، تو وہ حیثیت کم ہو گئی۔</w:t>
      </w:r>
    </w:p>
    <w:p>
      <w:r>
        <w:rPr>
          <w:b/>
        </w:rPr>
        <w:t xml:space="preserve">[42:51] </w:t>
      </w:r>
      <w:r>
        <w:t>chunki us waqt jo tareekhein likhi jati thi, yeh tha ke woh king ki tareekh likhi jati thi, is ko base kar ke likha jata tha. ji, ke woh king ne kitni junghein ki, kaise fateh hasil ki, us ki pasalar kaisa tha, us ki quwwat kaisi thi, kaise logon ko phacharta tha.</w:t>
      </w:r>
    </w:p>
    <w:p>
      <w:pPr>
        <w:jc w:val="right"/>
      </w:pPr>
      <w:r>
        <w:t>چونکہ اس وقت جو تاریخیں لکھی جاتی تھیں، یہ تھا کہ وہ کنگ کی تاریخ لکھی جاتی تھی، اس کو بیس کر کے لکھا جاتا تھا۔ جی، کہ وہ کنگ نے کتنی جنگیں کیں، کیسے فتح حاصل کی، اس کی پاسالار کیسا تھا، اس کی قوت کیسی تھی، کیسے لوگوں کو پھچاڑتا تھا۔</w:t>
      </w:r>
    </w:p>
    <w:p>
      <w:r>
        <w:rPr>
          <w:b/>
        </w:rPr>
        <w:t xml:space="preserve">[43:04] </w:t>
      </w:r>
      <w:r>
        <w:t>to is tarah ki woh is mein baatein hoti thi. to isi nahaj se seerat ko bhi likh diya gaya. bohat important baat hai yeh. ji, to shuru se hi seerat ka</w:t>
      </w:r>
    </w:p>
    <w:p>
      <w:pPr>
        <w:jc w:val="right"/>
      </w:pPr>
      <w:r>
        <w:t>تو اس طرح کی وہ اس میں باتیں ہوتی تھیں۔ تو اسی نہج سے سیرت کو بھی لکھ دیا گیا۔ بہت امپورٹنٹ بات ہے یہ۔ جی، تو شروع سے ہی سیرت کا</w:t>
      </w:r>
    </w:p>
    <w:p>
      <w:r>
        <w:rPr>
          <w:b/>
        </w:rPr>
        <w:t xml:space="preserve">[43:12] </w:t>
      </w:r>
      <w:r>
        <w:t>naam jo tha, "life of prophet muhammad" ke bajaye "al maghazi" rakh diya gaya. ji, "al maghazi" kehte hain waris. waris to pehli mere khayal se hai ke jo seerat ah urwah bin zubair ki seerat batai jati hai, jo ek sahabi ke bete hain, tab'i, uska naam "al maghazi" rakha gaya.</w:t>
      </w:r>
    </w:p>
    <w:p>
      <w:pPr>
        <w:jc w:val="right"/>
      </w:pPr>
      <w:r>
        <w:t>نام جو تھا، "لیف آف پرافٹ محمد" کے بجائے "المغازی" رکھ دیا گیا۔ جی، "المغازی" کہتے ہیں وارث۔ وارث تو پہلی میرے خیال سے ہے کہ جو سیرت اہ عروہ بن زبیر کی سیرت بتائی جاتی ہے، جو ایک صحابی کے بیٹے ہیں، تابعی، اس کا نام "المغازی" رکھا گیا۔</w:t>
      </w:r>
    </w:p>
    <w:p>
      <w:r>
        <w:rPr>
          <w:b/>
        </w:rPr>
        <w:t xml:space="preserve">[43:29] </w:t>
      </w:r>
      <w:r>
        <w:t>phir ibn ishaq, ibn hisham, ji, pura un ki seerat ka hi naam ho gaya "al maghazi". to isi tarah musalmanon ke zehn mein bhi ji yeh chha gaya ke ek rasool allah jangju the, ek fateh the, aap dunya ko fateh karne aur maghloob karne ke liye</w:t>
      </w:r>
    </w:p>
    <w:p>
      <w:pPr>
        <w:jc w:val="right"/>
      </w:pPr>
      <w:r>
        <w:t>پھر ابن اسحاق، ابن ہشام، جی، پورا ان کی سیرت کا ہی نام ہو گیا "المغازی"۔ تو اسی طرح مسلمانوں کے ذہن میں بھی جی یہ چھا گیا کہ ایک رسول اللہ جنگجو تھے، ایک فاتح تھے، آپ دنیا کو فتح کرنے اور مغلوب کرنے کے لیے</w:t>
      </w:r>
    </w:p>
    <w:p>
      <w:r>
        <w:rPr>
          <w:b/>
        </w:rPr>
        <w:t xml:space="preserve">[43:42] </w:t>
      </w:r>
      <w:r>
        <w:t>aate hain, aap ek achhe commander the, ek achhe hakim the. ji, lekin quran jo hum ko batata hai, woh yeh hai: "barah direct alfaaz mein inna arsalnak shahidan wa mubashiran wa naziran wa da'iyan ila allahi bi iznihi wa sirajan munira".</w:t>
      </w:r>
    </w:p>
    <w:p>
      <w:pPr>
        <w:jc w:val="right"/>
      </w:pPr>
      <w:r>
        <w:t>آتے ہیں، آپ ایک اچھے کمانڈر تھے، ایک اچھے حاکم تھے۔ جی، لیکن قرآن جو ہم کو بتاتا ہے، وہ یہ ہے: "براہ ڈائریکٹ الفاظ میں انا ارسلناک شاہد و مبشرا ونظیرا وداعی الی اللہ بذنہ وسراجا منیرا"۔</w:t>
      </w:r>
    </w:p>
    <w:p>
      <w:r>
        <w:rPr>
          <w:b/>
        </w:rPr>
        <w:t xml:space="preserve">[43:57] </w:t>
      </w:r>
      <w:r>
        <w:t>is mein rasool Allah ki panch baatein batai gayi hain. ji, five words bhi jo aik hi maani batata hai, woh hai: aap</w:t>
      </w:r>
    </w:p>
    <w:p>
      <w:pPr>
        <w:jc w:val="right"/>
      </w:pPr>
      <w:r>
        <w:t>اس میں رسول اللہ کی پانچ باتیں بتائی گئی ہیں۔ جی، فائیو ورڈز بھی جو ایک ہی معنی بتاتا ہے، وہ ہے: آپ</w:t>
      </w:r>
    </w:p>
    <w:p>
      <w:r>
        <w:rPr>
          <w:b/>
        </w:rPr>
        <w:t xml:space="preserve">[44:04] </w:t>
      </w:r>
      <w:r>
        <w:t>daai thay. ji, yani nazeer logon ko aakhirat se darrane walay thay, khushkhabri dene walay thay, Allah ki taraf bulane walay thay, aur aap aik roshan charagh thay.</w:t>
      </w:r>
    </w:p>
    <w:p>
      <w:pPr>
        <w:jc w:val="right"/>
      </w:pPr>
      <w:r>
        <w:t>داعی تھے۔ جی، یعنی نظیر لوگوں کو آخرت سے ڈرانے والے تھے، خوشخبری دینے والے تھے، اللہ کی طرف بلانے والے تھے، اور آپ ایک روشن چراغ تھے۔</w:t>
      </w:r>
    </w:p>
    <w:p>
      <w:r>
        <w:rPr>
          <w:b/>
        </w:rPr>
        <w:t xml:space="preserve">[44:13] </w:t>
      </w:r>
      <w:r>
        <w:t>to rasool Allah ki jo is hesiyat se seerat ki kitabon mein mutala nahi kiya gaya. ji, to pehli baar Maulana ne is cheez ko wazeh kiya aur seerat ke is pehlu ko le kar bataya.</w:t>
      </w:r>
    </w:p>
    <w:p>
      <w:pPr>
        <w:jc w:val="right"/>
      </w:pPr>
      <w:r>
        <w:t>تو رسول اللہ کی جو اس حیثیت سے سیرت کی کتابوں میں مطالعہ نہیں کیا گیا۔ جی، تو پہلی بار مولانا نے اس چیز کو واضح کیا اور سیرت کے اس پہلو کو لے کر بتایا۔</w:t>
      </w:r>
    </w:p>
    <w:p>
      <w:r>
        <w:rPr>
          <w:b/>
        </w:rPr>
        <w:t xml:space="preserve">[44:23] </w:t>
      </w:r>
      <w:r>
        <w:t>to is se aik aur wazeh hua ke umoomi taur par jab daur jadeed mein peace aur harmony ki baat ki gayi to dunya mein bohat si mukhtalif shakhsiyaton ki misaal pesh ki gayi.</w:t>
      </w:r>
    </w:p>
    <w:p>
      <w:pPr>
        <w:jc w:val="right"/>
      </w:pPr>
      <w:r>
        <w:t>تو اس سے ایک اور واضح ہوا کہ عمومی طور پر جب دور جدید میں پیس اور ہارمونی کی بات کی گئی تو دنیا میں بہت سی مختلف شخصیتوں کی مثال پیش کی گئی۔</w:t>
      </w:r>
    </w:p>
    <w:p>
      <w:r>
        <w:rPr>
          <w:b/>
        </w:rPr>
        <w:t xml:space="preserve">[44:35] </w:t>
      </w:r>
      <w:r>
        <w:t>to Maulana ne sab se pehle pesh kiya ke agar koi prophet of peace ho sakta hai to Muhammad hain. hmm, koi messenger of peace ho sakta hai to woh Muhammad hain. ji, to aap jante hain is par kitab bhi Maulana ki aayi hai: "Prophet of Peace".</w:t>
      </w:r>
    </w:p>
    <w:p>
      <w:pPr>
        <w:jc w:val="right"/>
      </w:pPr>
      <w:r>
        <w:t>تو مولانا نے سب سے پہلے پیش کیا کہ اگر کوئی پرافٹ آف پیس ہو سکتا ہے تو محمد ہیں۔ ہمم، کوئی میسنجر آف پیس ہو سکتا ہے تو وہ محمد ہیں۔ جی، تو آپ جانتے ہیں اس پر کتاب بھی مولانا کی آئی ہے: "پرافٹ آف پیس"۔</w:t>
      </w:r>
    </w:p>
    <w:p>
      <w:r>
        <w:rPr>
          <w:b/>
        </w:rPr>
        <w:t xml:space="preserve">[44:46] </w:t>
      </w:r>
      <w:r>
        <w:t>ji, to woh mein samajhta hoon is lihaaz se</w:t>
      </w:r>
    </w:p>
    <w:p>
      <w:pPr>
        <w:jc w:val="right"/>
      </w:pPr>
      <w:r>
        <w:t>جی، تو وہ میں سمجھتا ہوں اس لحاظ سے</w:t>
      </w:r>
    </w:p>
    <w:p>
      <w:r>
        <w:rPr>
          <w:b/>
        </w:rPr>
        <w:t xml:space="preserve">[44:49] </w:t>
      </w:r>
      <w:r>
        <w:t>ah seerat ka mutala nahi kiya gaya. to Maulana ne rasool Allah ke ah daawati pehluon ko bohat achhi tarah ujaagar kiya aur yeh bhi bataya ke aap ka jo rasool Allah ka jo life style tha, woh hamare liye bohat practical hai aur wisdom full hai.</w:t>
      </w:r>
    </w:p>
    <w:p>
      <w:pPr>
        <w:jc w:val="right"/>
      </w:pPr>
      <w:r>
        <w:t>اہ سیرت کا مطالعہ نہیں کیا گیا۔ تو مولانا نے رسول اللہ کے اہ دعوتی پہلوؤں کو بہت اچھی طرح اجاگر کیا اور یہ بھی بتایا کہ آپ کا جو رسول اللہ کا جو لائف اسٹائل تھا، وہ ہمارے لیے بہت پریکٹیکل ہے اور وزڈم فل ہے۔</w:t>
      </w:r>
    </w:p>
    <w:p>
      <w:r>
        <w:rPr>
          <w:b/>
        </w:rPr>
        <w:t xml:space="preserve">[45:04] </w:t>
      </w:r>
      <w:r>
        <w:t>to is ko le kar hum bohat aage barh sakte hain. woh koi aqeedatmandana cheez ya is ko kuch manane wali cheez nahi hai. ji, ji, yeh bohat aham hai. ji, ji,</w:t>
      </w:r>
    </w:p>
    <w:p>
      <w:pPr>
        <w:jc w:val="right"/>
      </w:pPr>
      <w:r>
        <w:t>تو اس کو لے کے ہم بہت آگے بڑھ سکتے ہیں۔ وہ کوئی عقیدت مندانہ چیز یا اس کو کچھ منانے والی چیز نہیں ہے۔ جی، جی، یہ بہت اہم ہے۔ جی، جی،</w:t>
      </w:r>
    </w:p>
    <w:p>
      <w:r>
        <w:rPr>
          <w:b/>
        </w:rPr>
        <w:t xml:space="preserve">[45:12] </w:t>
      </w:r>
      <w:r>
        <w:t>bohat important baat aap ne clear kari, Maulana Israr sahib, ke generally aur yahi dekha gaya hai, log yahi samajhte hain ke ah rasool Allah aik war general thay, lekin jo unhon ne moral consciousness awaken kari society mein, jo aik daai wala role unhon ne play kara, aur jo peace, ah jo aman, ah us ko establish kiya, yeh bilkul history mein aur kitabon mein, aur jo aksar log debate karte hain, us mein woh zahir hi nahi karte.</w:t>
      </w:r>
    </w:p>
    <w:p>
      <w:pPr>
        <w:jc w:val="right"/>
      </w:pPr>
      <w:r>
        <w:t>بہت امپورٹنٹ بات آپ نے کلیئر کری، مولانا اسرار صاحب، کہ جنرلی اور یہی دیکھا گیا ہے، لوگ یہی سمجھتے ہیں کہ اہ رسول اللہ ایک وار جنرل تھے، لیکن جو انہوں نے مورل کانشیسنس اویکن کری سوسائٹی میں، جو ایک داعی والا رول انہوں نے پلے کرا، اور جو پیس، اہ جو امن، اہ اس کو اسٹیبلش کیا، یہ بالکل ہسٹری میں اور کتابوں میں، اور جو اکثر لوگ ڈیبیٹ کرتے ہیں، اس میں وہ ظاہر ہی نہیں کرتے۔</w:t>
      </w:r>
    </w:p>
    <w:p>
      <w:r>
        <w:rPr>
          <w:b/>
        </w:rPr>
        <w:t xml:space="preserve">[45:38] </w:t>
      </w:r>
      <w:r>
        <w:t>to yeh aap ne bohat important baat, yeh aaj is ko achhe se wazeh kiya Maulana Wahiduddin Khan sahib ke literature ke hawale se. ah Maulana Iqbal sahib, ah aap is pe kuch aur add karna chahenge?</w:t>
      </w:r>
    </w:p>
    <w:p>
      <w:pPr>
        <w:jc w:val="right"/>
      </w:pPr>
      <w:r>
        <w:t>تو یہ آپ نے بہت امپورٹنٹ بات، یہ آج اس کو اچھے سے واضح کیا مولانا وحید الدین خان صاحب کے لٹریچر کے حوالے سے۔ اہ مولانا اقبال صاحب، اہ آپ اس پہ کچھ اور ایڈ کرنا چاہیں گے؟</w:t>
      </w:r>
    </w:p>
    <w:p>
      <w:r>
        <w:rPr>
          <w:b/>
        </w:rPr>
        <w:t xml:space="preserve">[45:51] </w:t>
      </w:r>
      <w:r>
        <w:t>khateeb sahib ne bilkul sahi baat farmayi ke jo aman ka peghamabar hai, aman ka pehlu jo aik dam bilkul ah tareekh mein chhip gaya tha, to us ko Maulana ne wazeh kiya hai.</w:t>
      </w:r>
    </w:p>
    <w:p>
      <w:pPr>
        <w:jc w:val="right"/>
      </w:pPr>
      <w:r>
        <w:t>خطیب صاحب نے بالکل صحیح بات فرمائی کہ جو امن کا پیغمبر ہے، امن کا پہلو جو ایک دم بالکل اہ تاریخ میں چھپ گیا تھا، تو اس کو مولانا نے واضح کیا ہے۔</w:t>
      </w:r>
    </w:p>
    <w:p>
      <w:r>
        <w:rPr>
          <w:b/>
        </w:rPr>
        <w:t xml:space="preserve">[46:03] </w:t>
      </w:r>
      <w:r>
        <w:t>to is par Maulana ne jo bhi kitabein likhi hain, jaise "Mutala-e-Seerat" hai, "Paigham-e-Inqilab" hai, "Prophet of Peace" hai,</w:t>
      </w:r>
    </w:p>
    <w:p>
      <w:pPr>
        <w:jc w:val="right"/>
      </w:pPr>
      <w:r>
        <w:t>تو اس پر مولانا نے جو بھی کتابیں لکھی ہیں، جیسے "مطالعہ سیرت" ہے، "پیغمبر انقلاب" ہے، "پرافٹ آف پیس" ہے،</w:t>
      </w:r>
    </w:p>
    <w:p>
      <w:r>
        <w:rPr>
          <w:b/>
        </w:rPr>
        <w:t xml:space="preserve">[46:12] </w:t>
      </w:r>
      <w:r>
        <w:t>jitni bhi Maulana ne tehreerein likhi hain, is ka yahi raha ke "Prophet of War" ke bajaye yeh "Prophet of Peace" hain. is ke liye kai misalein di hain.</w:t>
      </w:r>
    </w:p>
    <w:p>
      <w:pPr>
        <w:jc w:val="right"/>
      </w:pPr>
      <w:r>
        <w:t>جتنی بھی مولانا نے تحریریں لکھی ہیں، اس کا یہی رہا کہ "پیغمبر آف وار" کے بجائے یہ "پیغمبر آف پیس" ہیں۔ اس کے لیے کئی مثالیں دی ہیں۔</w:t>
      </w:r>
    </w:p>
    <w:p>
      <w:r>
        <w:rPr>
          <w:b/>
        </w:rPr>
        <w:t xml:space="preserve">[46:22] </w:t>
      </w:r>
      <w:r>
        <w:t>the hundred walay ne yeh to kaha ke supremely successful person, lekin us ki wajah nahi batai. ji, un ko wajah yeh kehni chahiye tha ke conflict management aala darje ka hai, yani jangon ke tareekh ko Maulana ne Sulah Hudaibiyah mein badal diya.</w:t>
      </w:r>
    </w:p>
    <w:p>
      <w:pPr>
        <w:jc w:val="right"/>
      </w:pPr>
      <w:r>
        <w:t>دی ہنڈرڈ والے نے یہ تو کہا کہ سپریملی سکسیس فل پرسن، لیکن اس کی وجہ نہیں بتائی۔ جی، ان کو وجہ یہ کہنی چاہیے تھا کہ کانفلکٹ مینجمنٹ اعلیٰ درجے کا ہے، یعنی جنگوں کے تاریخ کو مولانا نے صلح حدیبیہ میں بدل دیا۔</w:t>
      </w:r>
    </w:p>
    <w:p>
      <w:r>
        <w:rPr>
          <w:b/>
        </w:rPr>
        <w:t xml:space="preserve">[46:37] </w:t>
      </w:r>
      <w:r>
        <w:t>phir isi tarah saare jitne bhi jang lade jaate thay, us ko aap ne buffering policy se us ko aik dam yeh kar diya, manage kar diya.</w:t>
      </w:r>
    </w:p>
    <w:p>
      <w:pPr>
        <w:jc w:val="right"/>
      </w:pPr>
      <w:r>
        <w:t>پھر اسی طرح سارے جتنے بھی جنگ لڑے جاتے تھے، اس کو آپ نے بفرنگ پالیسی سے اس کو ایک دم یہ کر دیا، مینج کر دیا۔</w:t>
      </w:r>
    </w:p>
    <w:p>
      <w:r>
        <w:rPr>
          <w:b/>
        </w:rPr>
        <w:t xml:space="preserve">[46:46] </w:t>
      </w:r>
      <w:r>
        <w:t>isi tarah rasool Allah sallallahu alaihi wasallam ne taqreeban jitne bhi jang hue hain, us ko Maulana yeh kehte hain ke woh bas jhadapon mein badal diya.</w:t>
      </w:r>
    </w:p>
    <w:p>
      <w:pPr>
        <w:jc w:val="right"/>
      </w:pPr>
      <w:r>
        <w:t>اسی طرح رسول اللہ صلی اللہ علیہ وسلم نے تقریباً جتنے بھی جنگ ہوئے ہیں، اس کو مولانا یہ کہتے ہیں کہ وہ بس جھڑپوں میں بدل دیا۔</w:t>
      </w:r>
    </w:p>
    <w:p>
      <w:r>
        <w:rPr>
          <w:b/>
        </w:rPr>
        <w:t xml:space="preserve">[46:55] </w:t>
      </w:r>
      <w:r>
        <w:t>yeh jo rasool Allah sallallahu alaihi wasallam ki pur aman programming thi, yeh wazeh nahi hua abhi tak logon ke samne. ji, to sahi baat</w:t>
      </w:r>
    </w:p>
    <w:p>
      <w:pPr>
        <w:jc w:val="right"/>
      </w:pPr>
      <w:r>
        <w:t>یہ جو رسول اللہ صلی اللہ علیہ وسلم کی پرامن پروگرامنگ تھی، یہ واضح نہیں ہوا ابھی تک لوگوں کے سامنے۔ جی، تو صحیح بات</w:t>
      </w:r>
    </w:p>
    <w:p>
      <w:r>
        <w:rPr>
          <w:b/>
        </w:rPr>
        <w:t xml:space="preserve">[47:05] </w:t>
      </w:r>
      <w:r>
        <w:t>hai Maulana ki kitabon ko khaas taur se seerat par jo bhi Maulana ne likha hai. mein aik sahib mujh se sawal kar rahe thay, kaun si behtareen kitabein hain rasool Allah sallallahu alaihi wasallam ki seerat par?</w:t>
      </w:r>
    </w:p>
    <w:p>
      <w:pPr>
        <w:jc w:val="right"/>
      </w:pPr>
      <w:r>
        <w:t>ہے مولانا کی کتابوں کو خاص طور سے سیرت پر جو بھی مولانا نے لکھا ہے۔ میں ایک صاحب مجھ سے سوال کر رہے تھے، کون سی بہترین کتابیں ہیں رسول اللہ صلی اللہ علیہ وسلم کی سیرت پر؟</w:t>
      </w:r>
    </w:p>
    <w:p>
      <w:r>
        <w:rPr>
          <w:b/>
        </w:rPr>
        <w:t xml:space="preserve">[47:17] </w:t>
      </w:r>
      <w:r>
        <w:t>to jab maine yeh kitabein dein un ko, to unhon ne agree kiya, padha, aur agree kiya, aisa pehlu rasool Allah sallallahu alaihi wasallam ki zindagi ka waqai mein is ke ilawa maine kahin nahi padha.</w:t>
      </w:r>
    </w:p>
    <w:p>
      <w:pPr>
        <w:jc w:val="right"/>
      </w:pPr>
      <w:r>
        <w:t>تو جب میں نے یہ کتابیں دیں ان کو، تو انہوں نے ایگری کیا، پڑھا، اور ایگری کیا، ایسا پہلو رسول اللہ صلی اللہ علیہ وسلم کی زندگی کا واقعی میں اس کے علاوہ میں نے کہیں نہیں پڑھا۔</w:t>
      </w:r>
    </w:p>
    <w:p>
      <w:r>
        <w:rPr>
          <w:b/>
        </w:rPr>
        <w:t xml:space="preserve">[47:26] </w:t>
      </w:r>
      <w:r>
        <w:t>ji,</w:t>
      </w:r>
    </w:p>
    <w:p>
      <w:pPr>
        <w:jc w:val="right"/>
      </w:pPr>
      <w:r>
        <w:t>جی،</w:t>
      </w:r>
    </w:p>
    <w:p>
      <w:r>
        <w:rPr>
          <w:b/>
        </w:rPr>
        <w:t xml:space="preserve">[47:27] </w:t>
      </w:r>
      <w:r>
        <w:t>achha Maulana Iqbal sahib, aap hi se aik sawal karna chahunga mein ke agar hum Maulana ko agar hum padhein, un ke lectures ko sunein, to hum payenge ke tareekh yani history ko woh aik rabbani safar ki hesiyat se discover karte hain.</w:t>
      </w:r>
    </w:p>
    <w:p>
      <w:pPr>
        <w:jc w:val="right"/>
      </w:pPr>
      <w:r>
        <w:t>اچھا مولانا اقبال صاحب، آپ ہی سے ایک سوال کرنا چاہوں گا میں کہ اگر ہم مولانا کو اگر ہم پڑھیں، ان کے لیکچرز کو سنیں، تو ہم پائیں گے کہ تاریخ یعنی ہسٹری کو وہ ایک ربانی سفر کی حیثیت سے ڈسکور کرتے ہیں۔</w:t>
      </w:r>
    </w:p>
    <w:p>
      <w:r>
        <w:rPr>
          <w:b/>
        </w:rPr>
        <w:t xml:space="preserve">[47:43] </w:t>
      </w:r>
      <w:r>
        <w:t>to is ke baray mein aap zaroor bataye hum sab ko. yeh bohat aik dam aisa sawal hai jis ko Maulana ne hi ha</w:t>
      </w:r>
    </w:p>
    <w:p>
      <w:pPr>
        <w:jc w:val="right"/>
      </w:pPr>
      <w:r>
        <w:t>تو اس کے بارے میں آپ ضرور بتائیں ہم سب کو۔ یہ بہت ایک دم ایسا سوال ہے جس کو مولانا نے ہی ح</w:t>
      </w:r>
    </w:p>
    <w:p>
      <w:r>
        <w:rPr>
          <w:b/>
        </w:rPr>
        <w:t xml:space="preserve">[47:54] </w:t>
      </w:r>
      <w:r>
        <w:t>l kiya hai. aik martaba aisa tha ke aik aayat ki tafseer mujhe samajh mein nahi aa rahi thi: "Wa alallahi khast as-sabeelee wa minha jaa'irun wa law shaa' alaykum ajma'een".</w:t>
      </w:r>
    </w:p>
    <w:p>
      <w:pPr>
        <w:jc w:val="right"/>
      </w:pPr>
      <w:r>
        <w:t>ل کیا ہے۔ ایک مرتبہ ایسا تھا کہ ایک آیت کی تفسیر مجھے سمجھ میں نہیں آ رہی تھی: "وعلی اللہ خست السبیلی ومنہا جائر ولو شا علیہا مجمعین"۔</w:t>
      </w:r>
    </w:p>
    <w:p>
      <w:r>
        <w:rPr>
          <w:b/>
        </w:rPr>
        <w:t xml:space="preserve">[48:04] </w:t>
      </w:r>
      <w:r>
        <w:t>Surah Nahl ki aik aayat hai ji, jis mein bataya gaya ke ah seedhe raaste par qaim rakhna yeh Allah ka kaam hai. to fori woh aayat sunne ke baad Maulana ne doosre ah din se is par sochna shuru kar diya.</w:t>
      </w:r>
    </w:p>
    <w:p>
      <w:pPr>
        <w:jc w:val="right"/>
      </w:pPr>
      <w:r>
        <w:t>سورہ نحل کی ایک آیت ہے جی، جس میں بتایا گیا کہ اہ سیدھے راستے پر قائم رکھنا یہ اللہ کا کام ہے۔ تو فوری وہ آیت سننے کے بعد مولانا نے دوسرے اہ دن سے اس پر سوچنا شروع کر دیا۔</w:t>
      </w:r>
    </w:p>
    <w:p>
      <w:r>
        <w:rPr>
          <w:b/>
        </w:rPr>
        <w:t xml:space="preserve">[48:18] </w:t>
      </w:r>
      <w:r>
        <w:t>is ke baad Maulana ne insani tareekh ko likhna shuru kiya, insani tareekh ki tawjeeh kya hai? ji, to is mein Maulana ne bohat se insaan ki tareekh ki ta'beer, yeh saari cheezein Maulana ne likha hai, hamare paas maujood hain.</w:t>
      </w:r>
    </w:p>
    <w:p>
      <w:pPr>
        <w:jc w:val="right"/>
      </w:pPr>
      <w:r>
        <w:t>اس کے بعد مولانا نے انسانی تاریخ کو لکھنا شروع کیا، انسانی تاریخ کی توجیح کیا ہے؟ جی، تو اس میں مولانا نے بہت سے انسان کی تاریخ کی تعبیر، یہ ساری چیزیں مولانا نے لکھا ہے، ہمارے پاس موجود ہیں۔</w:t>
      </w:r>
    </w:p>
    <w:p>
      <w:r>
        <w:rPr>
          <w:b/>
        </w:rPr>
        <w:t xml:space="preserve">[48:32] </w:t>
      </w:r>
      <w:r>
        <w:t>to is mein asal mein kya hai? insani tareekh kehte hain secular log aam tor se</w:t>
      </w:r>
    </w:p>
    <w:p>
      <w:pPr>
        <w:jc w:val="right"/>
      </w:pPr>
      <w:r>
        <w:t>تو اس میں اصل میں کیا ہے؟ انسانی تاریخ کہتے ہیں سیکولر لوگ عام طور سے</w:t>
      </w:r>
    </w:p>
    <w:p>
      <w:r>
        <w:rPr>
          <w:b/>
        </w:rPr>
        <w:t xml:space="preserve">[48:38] </w:t>
      </w:r>
      <w:r>
        <w:t>khaak o khoon ki tareekh samajhte hain, blood shed ki tareekh samajh jaate hain. to yeh to Allah ke upar blame ho gaya ji. to Maulana is ko wazeh karte hain ke yeh asal yeh dunya jo hai na, insan asal jannat ke liye banaya gaya hai, yeh selection ground hai ji.</w:t>
      </w:r>
    </w:p>
    <w:p>
      <w:pPr>
        <w:jc w:val="right"/>
      </w:pPr>
      <w:r>
        <w:t>خاک و خون کی تاریخ سمجھتے ہیں، بلڈ شیڈ کی تاریخ سمجھ جاتے ہیں۔ تو یہ تو اللہ کے اوپر بلیم ہو گیا جی۔ تو مولانا اس کو واضح کرتے ہیں کہ یہ اصل یہ دنیا جو ہے نا، انسان اصل جنت کے لیے بنایا گیا ہے، یہ سلیکشن گراؤنڈ ہے جی۔</w:t>
      </w:r>
    </w:p>
    <w:p>
      <w:r>
        <w:rPr>
          <w:b/>
        </w:rPr>
        <w:t xml:space="preserve">[48:54] </w:t>
      </w:r>
      <w:r>
        <w:t>is ke liye yahan par insanon ko azaadi di gayi hai, bazahir azaadi ka pehlu rakhte hue Allah taala manage kar raha hai ji.</w:t>
      </w:r>
    </w:p>
    <w:p>
      <w:pPr>
        <w:jc w:val="right"/>
      </w:pPr>
      <w:r>
        <w:t>اس کے لیے یہاں پر انسانوں کو آزادی دی گئی ہے، بظاہر آزادی کا پہلو رکھتے ہوئے اللہ تعالی مینج کر رہا ہے جی۔</w:t>
      </w:r>
    </w:p>
    <w:p>
      <w:r>
        <w:rPr>
          <w:b/>
        </w:rPr>
        <w:t xml:space="preserve">[49:02] </w:t>
      </w:r>
      <w:r>
        <w:t>to yeh to insan ki tareekh jo hum is ke angle se dekh rahe hain, burai ke angle se dekhte hain to ek ghair matloob tareekh maloom hoti hai. agar Khuda ke matloob se dekhte hain to aise aise insan hain jahan Rasool Allah, anbiya alaihimus salam, sahaba, awliya, shuhada, saleheen yeh sab isi</w:t>
      </w:r>
    </w:p>
    <w:p>
      <w:pPr>
        <w:jc w:val="right"/>
      </w:pPr>
      <w:r>
        <w:t>تو یہ تو انسان کی تاریخ جو ہم اس کے اینگل سے دیکھ رہے ہیں، برائی کے اینگل سے دیکھتے ہیں تو ایک غیر مطلوب تاریخ معلوم ہوتی ہے۔ اگر خدا کے مطلوب سے دیکھتے ہیں تو ایسے ایسے انسان ہیں جہاں رسول اللہ، انبیاء علیہم السلام، صحابہ، اولیاء، شہداء، سالحین یہ سب اسی</w:t>
      </w:r>
    </w:p>
    <w:p>
      <w:r>
        <w:rPr>
          <w:b/>
        </w:rPr>
        <w:t xml:space="preserve">[49:20] </w:t>
      </w:r>
      <w:r>
        <w:t>khooni culture mein hi kaise paida ho rahe hain? to Khuda ka matloob ke aitbar se tareekh ko dekhna chahiye ji, na ke bazahir jo chal raha hai us ke aitbar se ji. phir jaise insani tareekh batlate hue Maulana jab Islami tareekh batate hain to Islami tareekh bhi agar is angle se dekhte hain to</w:t>
      </w:r>
    </w:p>
    <w:p>
      <w:pPr>
        <w:jc w:val="right"/>
      </w:pPr>
      <w:r>
        <w:t>خونی کلچر میں ہی کیسے پیدا ہو رہے ہیں؟ تو خدا کا مطلوب کے اعتبار سے تاریخ کو دیکھنا چاہیے جی، نہ کہ بظاہر جو چل رہا ہے اس کے اعتبار سے جی۔ پھر جیسے انسانی تاریخ بتلاتے ہوئے مولانا جب اسلامی تاریخ بتاتے ہیں تو اسلامی تاریخ بھی اگر اس اینگل سے دیکھتے ہیں تو</w:t>
      </w:r>
    </w:p>
    <w:p>
      <w:r>
        <w:rPr>
          <w:b/>
        </w:rPr>
        <w:t xml:space="preserve">[49:36] </w:t>
      </w:r>
      <w:r>
        <w:t>kuch log mayusi se zikr karte hain. to Maulana kehte hain ke yeh asal mayusi ki wajah kya hai ke Islam ke matlab Rasool Allah sallallahu alaihi wasallam ke baad ki tareekh ko logon ne, yani Musalmanon ne, aam tor se khilafat o mulkiyat ki tareekh samajh liya ji.</w:t>
      </w:r>
    </w:p>
    <w:p>
      <w:pPr>
        <w:jc w:val="right"/>
      </w:pPr>
      <w:r>
        <w:t>کچھ لوگ مایوسی سے ذکر کرتے ہیں۔ تو مولانا کہتے ہیں کہ یہ اصل مایوسی کی وجہ کیا ہے کہ اسلام کے مطلب رسول اللہ صلی اللہ علیہ وسلم کے بعد کی تاریخ کو لوگوں نے، یعنی مسلمانوں نے، عام طور سے خلافت و ملوکیت کی تاریخ سمجھ لیا جی۔</w:t>
      </w:r>
    </w:p>
    <w:p>
      <w:r>
        <w:rPr>
          <w:b/>
        </w:rPr>
        <w:t xml:space="preserve">[49:53] </w:t>
      </w:r>
      <w:r>
        <w:t>is se drive karna chahte hain, isi liye khilafat ek bohat ideal cheez hai, mulkiyat ek non ideal cheez hai. to is ki phir woh phir mayusi mein mubtala hote hain.</w:t>
      </w:r>
    </w:p>
    <w:p>
      <w:pPr>
        <w:jc w:val="right"/>
      </w:pPr>
      <w:r>
        <w:t>اس سے ڈرائیو کرنا چاہتے ہیں، اسی لیے خلافت ایک بہت آئیڈیل چیز ہے، ملوکیت ایک نان آئیڈیل چیز ہے۔ تو اس کی پھر وہ پھر مایوسی میں مبتلا ہوتے ہیں۔</w:t>
      </w:r>
    </w:p>
    <w:p>
      <w:r>
        <w:rPr>
          <w:b/>
        </w:rPr>
        <w:t xml:space="preserve">[50:02] </w:t>
      </w:r>
      <w:r>
        <w:t>to Maulana yeh kehte hain ke Allah taala apni</w:t>
      </w:r>
    </w:p>
    <w:p>
      <w:pPr>
        <w:jc w:val="right"/>
      </w:pPr>
      <w:r>
        <w:t>تو مولانا یہ کہتے ہیں کہ اللہ تعالی اپنی</w:t>
      </w:r>
    </w:p>
    <w:p>
      <w:r>
        <w:rPr>
          <w:b/>
        </w:rPr>
        <w:t xml:space="preserve">[50:06] </w:t>
      </w:r>
      <w:r>
        <w:t>is tareekh mein rabbani safar ko pehchaniye ke Khuda kya chahta hai. to dekhiye, itne sab hone ke bawajood bhi Khuda ka paigham aaj tak mehfooz hai.</w:t>
      </w:r>
    </w:p>
    <w:p>
      <w:pPr>
        <w:jc w:val="right"/>
      </w:pPr>
      <w:r>
        <w:t>اس تاریخ میں ربانی سفر کو پہچانیے کہ خدا کیا چاہتا ہے۔ تو دیکھیے، اتنے سب ہونے کے باوجود بھی خدا کا پیغام آج تک محفوظ ہے۔</w:t>
      </w:r>
    </w:p>
    <w:p>
      <w:r>
        <w:rPr>
          <w:b/>
        </w:rPr>
        <w:t xml:space="preserve">[50:15] </w:t>
      </w:r>
      <w:r>
        <w:t>to is ko ek mehfooz paigham ke liye, apne paigham ke liye Allah taala kaise tareekh ko manage kar raha hai,</w:t>
      </w:r>
    </w:p>
    <w:p>
      <w:pPr>
        <w:jc w:val="right"/>
      </w:pPr>
      <w:r>
        <w:t>تو اس کو ایک محفوظ پیغام کے لیے، اپنے پیغام کے لیے اللہ تعالی کیسے تاریخ کو مینج کر رہا ہے،</w:t>
      </w:r>
    </w:p>
    <w:p>
      <w:r>
        <w:rPr>
          <w:b/>
        </w:rPr>
        <w:t xml:space="preserve">[50:23] </w:t>
      </w:r>
      <w:r>
        <w:t>is ko aap janiye. is ka matlab kya hai ke aap ko ek jannati insan banana hai. jannati insan ke liye Allah taala ne yeh sari zindagi ah process chalaya hai.</w:t>
      </w:r>
    </w:p>
    <w:p>
      <w:pPr>
        <w:jc w:val="right"/>
      </w:pPr>
      <w:r>
        <w:t>اس کو آپ جانیے۔ اس کا مطلب کیا ہے کہ آپ کو ایک جنتی انسان بنانا ہے۔ جنتی انسان کے لیے اللہ تعالی نے یہ ساری زندگی اہ پروسیس چلایا ہے۔</w:t>
      </w:r>
    </w:p>
    <w:p>
      <w:r>
        <w:rPr>
          <w:b/>
        </w:rPr>
        <w:t xml:space="preserve">[50:33] </w:t>
      </w:r>
      <w:r>
        <w:t>to aap yeh dekhiye ke kya Khuda ka matlab tareekh mein musalsal chal raha hai ya nahi? is se aap tareekh ko peh</w:t>
      </w:r>
    </w:p>
    <w:p>
      <w:pPr>
        <w:jc w:val="right"/>
      </w:pPr>
      <w:r>
        <w:t>تو آپ یہ دیکھیے کہ کیا خدا کا مطلب تاریخ میں مسلسل چل رہا ہے یا نہیں؟ اس سے آپ تاریخ کو پہچ</w:t>
      </w:r>
    </w:p>
    <w:p>
      <w:r>
        <w:rPr>
          <w:b/>
        </w:rPr>
        <w:t xml:space="preserve">[50:41] </w:t>
      </w:r>
      <w:r>
        <w:t>chaniye ji. to alhamdulillah is hisab se ek hope milta hai ke Khuda ne kainat 13 billion saal se dunya banai.</w:t>
      </w:r>
    </w:p>
    <w:p>
      <w:pPr>
        <w:jc w:val="right"/>
      </w:pPr>
      <w:r>
        <w:t>انیے جی۔ تو الحمدللہ اس حساب سے ایک ہوپ ملتا ہے کہ خدا نے کائنات 13 بلین سال سے دنیا بنائی۔</w:t>
      </w:r>
    </w:p>
    <w:p>
      <w:r>
        <w:rPr>
          <w:b/>
        </w:rPr>
        <w:t xml:space="preserve">[50:50] </w:t>
      </w:r>
      <w:r>
        <w:t>dunya banane ke baad mein sare wasail paida kiye, mujhe paida kiya, aur mere paida kar, mujhe paida karne ke baad mere liye paigham ka hai, aur mere liye jannat ah ki shakhsiyat taameer karne ka mauqa diya, aur mujhe jannat ke liye tayari karna hai.</w:t>
      </w:r>
    </w:p>
    <w:p>
      <w:pPr>
        <w:jc w:val="right"/>
      </w:pPr>
      <w:r>
        <w:t>دنیا بنانے کے بعد میں سارے وسائل پیدا کیے، مجھے پیدا کیا، اور میرے پیدا کر، مجھے پیدا کرنے کے بعد میرے لیے پیغام کا ہے، اور میرے لیے جنت اہ کی شخصیت تعمیر کرنے کا موقع دیا، اور مجھے جنت کے لیے تیاری کرنا ہے۔</w:t>
      </w:r>
    </w:p>
    <w:p>
      <w:r>
        <w:rPr>
          <w:b/>
        </w:rPr>
        <w:t xml:space="preserve">[51:05] </w:t>
      </w:r>
      <w:r>
        <w:t>ek bilkul positive angle aa jata hai ji ji tareekh ka. ji juz</w:t>
      </w:r>
    </w:p>
    <w:p>
      <w:pPr>
        <w:jc w:val="right"/>
      </w:pPr>
      <w:r>
        <w:t>ایک بالکل پازیٹیو اینگل آ جاتا ہے جی جی تاریخ کا۔ جی جز</w:t>
      </w:r>
    </w:p>
    <w:p>
      <w:r>
        <w:rPr>
          <w:b/>
        </w:rPr>
        <w:t xml:space="preserve">[51:09] </w:t>
      </w:r>
      <w:r>
        <w:t>ak Allah. to Maulana Iqbal sahib, ah zahir si baat hai ke Maulana Wahiduddin Khan sahib ke organization se jitne log jure, un ki poori jo shakhsiyat hai, woh personality poori badal gayi ji.</w:t>
      </w:r>
    </w:p>
    <w:p>
      <w:pPr>
        <w:jc w:val="right"/>
      </w:pPr>
      <w:r>
        <w:t>اک اللہ۔ تو مولانا اقبال صاحب، اہ ظاہر سی بات ہے کہ مولانا وحید الدین خان صاحب کے ارگنائزیشن سے جتنے لوگ جڑے، ان کی پوری جو شخصیت ہے، وہ پرسنیلٹی پوری بدل گئی جی۔</w:t>
      </w:r>
    </w:p>
    <w:p>
      <w:r>
        <w:rPr>
          <w:b/>
        </w:rPr>
        <w:t xml:space="preserve">[51:21] </w:t>
      </w:r>
      <w:r>
        <w:t>aur aap logon ki baatein sun ke bhi bohat kuch seekhne ko mil raha hai. ah das saal se bhi zyada aap dono ne un ki sohbat mein bohat kuch seekha.</w:t>
      </w:r>
    </w:p>
    <w:p>
      <w:pPr>
        <w:jc w:val="right"/>
      </w:pPr>
      <w:r>
        <w:t>اور آپ لوگوں کی باتیں سن کے بھی بہت کچھ سیکھنے کو مل رہا ہے۔ اہ دس سال سے بھی زیادہ آپ دونوں نے ان کی صحبت میں بہت کچھ سیکھا۔</w:t>
      </w:r>
    </w:p>
    <w:p>
      <w:r>
        <w:rPr>
          <w:b/>
        </w:rPr>
        <w:t xml:space="preserve">[51:31] </w:t>
      </w:r>
      <w:r>
        <w:t>ah mein chahunga ke aap dono batayein ke ah sab se bari learning kya rahi? to Maulana Iqbal sahib, aap is pe zaroor kuch batayein.</w:t>
      </w:r>
    </w:p>
    <w:p>
      <w:pPr>
        <w:jc w:val="right"/>
      </w:pPr>
      <w:r>
        <w:t>اہ میں چاہوں گا کہ آپ دونوں بتائیں کہ اہ سب سے بڑی لرننگ کیا رہی؟ تو مولانا اقبال صاحب، آپ اس پہ ضرور کچھ بتائیں۔</w:t>
      </w:r>
    </w:p>
    <w:p>
      <w:r>
        <w:rPr>
          <w:b/>
        </w:rPr>
        <w:t xml:space="preserve">[51:41] </w:t>
      </w:r>
      <w:r>
        <w:t>waise to Maulana se hum ne jo bhi seekha, main ne Maulana ke samne bhi yahi kaha ke hum ne har cheez jo ek aala ho sakti hai, aala cheez ho sakti hai, woh Maulana se seekhi hai.</w:t>
      </w:r>
    </w:p>
    <w:p>
      <w:pPr>
        <w:jc w:val="right"/>
      </w:pPr>
      <w:r>
        <w:t>ویسے تو مولانا سے ہم نے جو بھی سیکھا، میں نے مولانا کے سامنے بھی یہی کہا کہ ہم نے ہر چیز جو ایک اعلیٰ ہو سکتی ہے، اعلیٰ چیز ہو سکتی ہے، وہ مولانا سے سیکھی ہے۔</w:t>
      </w:r>
    </w:p>
    <w:p>
      <w:r>
        <w:rPr>
          <w:b/>
        </w:rPr>
        <w:t xml:space="preserve">[51:57] </w:t>
      </w:r>
      <w:r>
        <w:t>to is mein ek mere liye sab se bari cheez yeh hai ke Maulana izhar deen mein is ko wazeh kiye hain.</w:t>
      </w:r>
    </w:p>
    <w:p>
      <w:pPr>
        <w:jc w:val="right"/>
      </w:pPr>
      <w:r>
        <w:t>تو اس میں ایک میرے لیے سب سے بڑی چیز یہ ہے کہ مولانا اظہار دین میں اس کو واضح کیے ہیں۔</w:t>
      </w:r>
    </w:p>
    <w:p>
      <w:r>
        <w:rPr>
          <w:b/>
        </w:rPr>
        <w:t xml:space="preserve">[52:10] </w:t>
      </w:r>
      <w:r>
        <w:t>dunya mein bohat si insan ki jo zahiri personality hai, woh ek dam wazeh ho jati hai ke aap kya hain.</w:t>
      </w:r>
    </w:p>
    <w:p>
      <w:pPr>
        <w:jc w:val="right"/>
      </w:pPr>
      <w:r>
        <w:t>دنیا میں بہت سی انسان کی جو ظاہری پرسنیلٹی ہے، وہ ایک دم واضح ہو جاتی ہے کہ آپ کیا ہیں۔</w:t>
      </w:r>
    </w:p>
    <w:p>
      <w:r>
        <w:rPr>
          <w:b/>
        </w:rPr>
        <w:t xml:space="preserve">[52:20] </w:t>
      </w:r>
      <w:r>
        <w:t>lekin dunya mein ek personality jo aisi hai, yani inner personality jo zahir hogi, woh akhirat mein hai.</w:t>
      </w:r>
    </w:p>
    <w:p>
      <w:pPr>
        <w:jc w:val="right"/>
      </w:pPr>
      <w:r>
        <w:t>لیکن دنیا میں ایک پرسنیلٹی جو ایسی ہے، یعنی انر پرسنیلٹی جو ظاہر ہوگی، وہ آخرت میں ہے۔</w:t>
      </w:r>
    </w:p>
    <w:p>
      <w:r>
        <w:rPr>
          <w:b/>
        </w:rPr>
        <w:t xml:space="preserve">[52:29] </w:t>
      </w:r>
      <w:r>
        <w:t>to is ko Maulana nur nah yas'a bayna yadayhim wa aymanahum</w:t>
      </w:r>
    </w:p>
    <w:p>
      <w:pPr>
        <w:jc w:val="right"/>
      </w:pPr>
      <w:r>
        <w:t>تو اس کو مولانا نورہم یسع بین ایدیہم و ایمانہم</w:t>
      </w:r>
    </w:p>
    <w:p>
      <w:r>
        <w:rPr>
          <w:b/>
        </w:rPr>
        <w:t xml:space="preserve">[52:33] </w:t>
      </w:r>
      <w:r>
        <w:t>۔ to bohat achhe andaaz se Maulana ne ek dam aise, yani aam tor se hum dekhiye subah shaam apni zahiri personality ke liye kitna kuch karte hain ke hamara ek dam personality logon ke samne aisi zahir ho ke jis mein koi yeh na kahe ke aap aise hain, aap waise hain, aap ne aisa kar diya.</w:t>
      </w:r>
    </w:p>
    <w:p>
      <w:pPr>
        <w:jc w:val="right"/>
      </w:pPr>
      <w:r>
        <w:t>۔ تو بہت اچھے انداز سے مولانا نے ایک دم ایسے، یعنی عام طور سے ہم دیکھیے صبح شام اپنی ظاہری پرسنیلٹی کے لیے کتنا کچھ کرتے ہیں کہ ہمارا ایک دم پرسنیلٹی لوگوں کے سامنے ایسی ظاہر ہو کہ جس میں کوئی یہ نہ کہے کہ آپ ایسے ہیں، آپ ویسے ہیں، آپ نے ایسا کر دیا۔</w:t>
      </w:r>
    </w:p>
    <w:p>
      <w:r>
        <w:rPr>
          <w:b/>
        </w:rPr>
        <w:t xml:space="preserve">[52:53] </w:t>
      </w:r>
      <w:r>
        <w:t>lekin ek aur personality jo hamari ban rahi hai, woh kisi ko nahi dikh rahi hai.</w:t>
      </w:r>
    </w:p>
    <w:p>
      <w:pPr>
        <w:jc w:val="right"/>
      </w:pPr>
      <w:r>
        <w:t>لیکن ایک اور پرسنیلٹی جو ہماری بن رہی ہے، وہ کسی کو نہیں دکھ رہی ہے۔</w:t>
      </w:r>
    </w:p>
    <w:p>
      <w:r>
        <w:rPr>
          <w:b/>
        </w:rPr>
        <w:t xml:space="preserve">[52:58] </w:t>
      </w:r>
      <w:r>
        <w:t>woh kya hai? taqwa hai, khushu hai, inabat ilal laah hai, Allah se darna hai, Allah se mohabbat hai. yeh personality yahan par koi dekh nahin sakta.</w:t>
      </w:r>
    </w:p>
    <w:p>
      <w:pPr>
        <w:jc w:val="right"/>
      </w:pPr>
      <w:r>
        <w:t>وہ کیا ہے؟ تقویٰ ہے، خشوع ہے، عنابت الی اللہ ہے، اللہ سے ڈرنا ہے، اللہ سے محبت ہے۔ یہ پرسنیلٹی یہاں پر کوئی دیکھ نہیں سکتا۔</w:t>
      </w:r>
    </w:p>
    <w:p>
      <w:r>
        <w:rPr>
          <w:b/>
        </w:rPr>
        <w:t xml:space="preserve">[53:07] </w:t>
      </w:r>
      <w:r>
        <w:t>aakhirat ek aisa maqam hoga, wahan aap ki jo inner personality hai, woh zahir ho kar saamne aa jayegi. mashallah, nooruhum yas'a baina aydihim wa imaanuhum.</w:t>
      </w:r>
    </w:p>
    <w:p>
      <w:pPr>
        <w:jc w:val="right"/>
      </w:pPr>
      <w:r>
        <w:t>آخرت ایک ایسا مقام ہوگا، وہاں آپ کی جو انر پرسنیلٹی ہے، وہ ظاہر ہو کر سامنے آ جائے گی۔ ماشاءاللہ، نورہم یسع بین ایدیہم و ایمانہم۔</w:t>
      </w:r>
    </w:p>
    <w:p>
      <w:r>
        <w:rPr>
          <w:b/>
        </w:rPr>
        <w:t xml:space="preserve">[53:18] </w:t>
      </w:r>
      <w:r>
        <w:t>yani Maulana kehte hain ke is dunya mein aaj bhi view ki shakal mein bohat si cheezein hain. hmm, TV ke screen mein woh cheezein nazar aa jati hain.</w:t>
      </w:r>
    </w:p>
    <w:p>
      <w:pPr>
        <w:jc w:val="right"/>
      </w:pPr>
      <w:r>
        <w:t>یعنی مولانا کہتے ہیں کہ اس دنیا میں آج بھی ویو کی شکل میں بہت سی چیزیں ہیں۔ ہمم، ٹی وی کے اسکرین میں وہ چیزیں نظر آ جاتی ہیں۔</w:t>
      </w:r>
    </w:p>
    <w:p>
      <w:r>
        <w:rPr>
          <w:b/>
        </w:rPr>
        <w:t xml:space="preserve">[53:26] </w:t>
      </w:r>
      <w:r>
        <w:t>ji to kal aakhirat ke din yahi hoga ke aaj jo view ki shakal mein jo ehsasat, ihtijajat</w:t>
      </w:r>
    </w:p>
    <w:p>
      <w:pPr>
        <w:jc w:val="right"/>
      </w:pPr>
      <w:r>
        <w:t>جی تو کل آخرت کے دن یہی ہوگا کہ آج جو ویو کی شکل میں جو احساسات، احتجاجات</w:t>
      </w:r>
    </w:p>
    <w:p>
      <w:r>
        <w:rPr>
          <w:b/>
        </w:rPr>
        <w:t xml:space="preserve">[53:33] </w:t>
      </w:r>
      <w:r>
        <w:t>aur thrilling ki shakal mein jo personality ban rahi hai, kal Khuda ke saamne jab ek dam bilkul Khuda ke saamne, nek logon ke saamne hamara poora wajood zahir ho jayega, koi cheez chupi nahin rahegi.</w:t>
      </w:r>
    </w:p>
    <w:p>
      <w:pPr>
        <w:jc w:val="right"/>
      </w:pPr>
      <w:r>
        <w:t>اور تھرلنگ کی شکل میں جو پرسنیلٹی بن رہی ہے، کل خدا کے سامنے جب ایک دم بالکل خدا کے سامنے، نیک لوگوں کے سامنے ہمارا پورا وجود ظاہر ہو جائے گا، کوئی چیز چھپی نہیں رہے گی۔</w:t>
      </w:r>
    </w:p>
    <w:p>
      <w:r>
        <w:rPr>
          <w:b/>
        </w:rPr>
        <w:t xml:space="preserve">[53:45] </w:t>
      </w:r>
      <w:r>
        <w:t>to yeh jo tasawwur hai Maulana ka, maine kisi ke saamne nahin paya, aur yeh Quran mein bataya gaya tasawwur hai: nooruhum yas'a baina aydihim wa imaanuhum, yaquluna rabbana atmin lana, noorana waghfir lana</w:t>
      </w:r>
    </w:p>
    <w:p>
      <w:pPr>
        <w:jc w:val="right"/>
      </w:pPr>
      <w:r>
        <w:t>تو یہ جو تصور ہے مولانا کا، میں نے کسی کے سامنے نہیں پایا، اور یہ قرآن میں بتایا گیا تصور ہے: نورہم یسع بین ایدیہم و ایمانہم، یقولون ربنا اطمئن لنا، نورنا وغفرلنا</w:t>
      </w:r>
    </w:p>
    <w:p>
      <w:r>
        <w:rPr>
          <w:b/>
        </w:rPr>
        <w:t xml:space="preserve">[53:57] </w:t>
      </w:r>
      <w:r>
        <w:t>. yeh noorani personality jo yahan par ban rahi hai, yeh kisi ko dikhai nahin de rahi, aur koi qabool karna bhi zaroori nahin hai. lekin Khuda aakhirat mein maidan e mahshar mein woh asal personality zahir ho jayegi.</w:t>
      </w:r>
    </w:p>
    <w:p>
      <w:pPr>
        <w:jc w:val="right"/>
      </w:pPr>
      <w:r>
        <w:t>۔ یہ نورانی پرسنیلٹی جو یہاں پر بن رہی ہے، یہ کسی کو دکھائی نہیں دے رہی، اور کوئی قبول کرنا بھی ضروری نہیں ہے۔ لیکن خدا آخرت میں میدان محشر میں وہ اصل پرسنیلٹی ظاہر ہو جائے گی۔</w:t>
      </w:r>
    </w:p>
    <w:p>
      <w:r>
        <w:rPr>
          <w:b/>
        </w:rPr>
        <w:t xml:space="preserve">[54:11] </w:t>
      </w:r>
      <w:r>
        <w:t>ab hum banana hai to is personality ke liye tayyari karna hai. to yeh bohat bari aisi thrilling wali cheez hai jo Maulana se mujhe mili.</w:t>
      </w:r>
    </w:p>
    <w:p>
      <w:pPr>
        <w:jc w:val="right"/>
      </w:pPr>
      <w:r>
        <w:t>اب ہم بنانا ہے تو اس پرسنیلٹی کے لیے تیاری کرنا ہے۔ تو یہ بہت بڑی ایسی تھرلنگ والی چیز ہے جو مولانا سے مجھے ملی۔</w:t>
      </w:r>
    </w:p>
    <w:p>
      <w:r>
        <w:rPr>
          <w:b/>
        </w:rPr>
        <w:t xml:space="preserve">[54:23] </w:t>
      </w:r>
      <w:r>
        <w:t>alhamdulillah ji, Maulana Israr sahib, aap kya kehna chahenge</w:t>
      </w:r>
    </w:p>
    <w:p>
      <w:pPr>
        <w:jc w:val="right"/>
      </w:pPr>
      <w:r>
        <w:t>الحمدللہ جی، مولانا اسرار صاحب، آپ کیا کہنا چاہیں گے</w:t>
      </w:r>
    </w:p>
    <w:p>
      <w:r>
        <w:rPr>
          <w:b/>
        </w:rPr>
        <w:t xml:space="preserve">[54:27] </w:t>
      </w:r>
      <w:r>
        <w:t>is par? haan, Maulana se jo learnings mili hum ko, marifat aur dawat ki to baatein hain hi. doosra, Quran ko samajhne ki baat bohat, yani kaise is ko applied way mein samjha jaye, yeh Maulana se mujhe mila.</w:t>
      </w:r>
    </w:p>
    <w:p>
      <w:pPr>
        <w:jc w:val="right"/>
      </w:pPr>
      <w:r>
        <w:t>اس پر؟ ہاں، مولانا سے جو لرننگز ملی ہم کو، معرفت اور دعوت کی تو باتیں ہیں ہی۔ دوسرا، قرآن کو سمجھنے کی بات بہت، یعنی کیسے اس کو اپلائیڈ وے میں سمجھا جائے، یہ مولانا سے مجھے ملا۔</w:t>
      </w:r>
    </w:p>
    <w:p>
      <w:r>
        <w:rPr>
          <w:b/>
        </w:rPr>
        <w:t xml:space="preserve">[54:40] </w:t>
      </w:r>
      <w:r>
        <w:t>is ki ek misaal main aap ko pesh karta hoon. Maulana ne ek baar kaha ke dekhein, Quran mein ah hai ke laqad anzalna ilaikum kitabun fihi zikrukum.</w:t>
      </w:r>
    </w:p>
    <w:p>
      <w:pPr>
        <w:jc w:val="right"/>
      </w:pPr>
      <w:r>
        <w:t>اس کی ایک مثال میں آپ کو پیش کرتا ہوں۔ مولانا نے ایک بار کہا کہ دیکھیں، قرآن میں اہ ہے کہ لقد انزلنا الیکم کتاب فیہ ذکرکم۔</w:t>
      </w:r>
    </w:p>
    <w:p>
      <w:r>
        <w:rPr>
          <w:b/>
        </w:rPr>
        <w:t xml:space="preserve">[54:50] </w:t>
      </w:r>
      <w:r>
        <w:t>fihi zikrukum, Quran ek aisi kitab hai jis mein tumhara zikr hai, tumhare bare mein bataya gaya hai. to Maulana ne kaha, agar tum ghaur o fikr se padhenge to tumhare halaat aur tumhare bare mein is mein kuch na kuch aap ko milega.</w:t>
      </w:r>
    </w:p>
    <w:p>
      <w:pPr>
        <w:jc w:val="right"/>
      </w:pPr>
      <w:r>
        <w:t>فیہ ذکرکم، قرآن ایک ایسی کتاب ہے جس میں تمہارا ذکر ہے، تمہارے بارے میں بتایا گیا ہے۔ تو مولانا نے کہا، اگر تم غور و فکر سے پڑھیں گے تو تمہارے حالات اور تمہارے بارے میں اس میں کچھ نہ کچھ آپ کو ملے گا۔</w:t>
      </w:r>
    </w:p>
    <w:p>
      <w:r>
        <w:rPr>
          <w:b/>
        </w:rPr>
        <w:t xml:space="preserve">[55:03] </w:t>
      </w:r>
      <w:r>
        <w:t>to is ko apply karte hue ek baar main Quran ki ayat ba ayat padh raha</w:t>
      </w:r>
    </w:p>
    <w:p>
      <w:pPr>
        <w:jc w:val="right"/>
      </w:pPr>
      <w:r>
        <w:t>تو اس کو اپلائی کرتے ہوئے ایک بار میں قرآن کی آیت با آیت پڑھ رہ</w:t>
      </w:r>
    </w:p>
    <w:p>
      <w:r>
        <w:rPr>
          <w:b/>
        </w:rPr>
        <w:t xml:space="preserve">[55:07] </w:t>
      </w:r>
      <w:r>
        <w:t>tha, to ek ayat par main pahuncha jo Surah Baqarah ki ayat hai: "min al</w:t>
      </w:r>
    </w:p>
    <w:p>
      <w:pPr>
        <w:jc w:val="right"/>
      </w:pPr>
      <w:r>
        <w:t>ا تھا، تو ایک آیت پر میں پہنچا جو سورہ بقرہ کی آیت ہے: "من ال</w:t>
      </w:r>
    </w:p>
    <w:p>
      <w:r>
        <w:rPr>
          <w:b/>
        </w:rPr>
        <w:t xml:space="preserve">[55:15] </w:t>
      </w:r>
      <w:r>
        <w:t>yeh ayat Allah taala ah ahl e kitab se address karte hue kehta hai: Khuda ki is nemat ko yaad karo jab us ne Firon se tum ko bachaya jo tum ko sakht sazaein diya karta tha." to main sochte hue socha ke is mein mere liye kya, mera kya zikr hai is mein?</w:t>
      </w:r>
    </w:p>
    <w:p>
      <w:pPr>
        <w:jc w:val="right"/>
      </w:pPr>
      <w:r>
        <w:t>یہ آیت اللہ تعالی اہ اہل کتاب سے ایڈریس کرتے ہوئے کہتا ہے: خدا کی اس نعمت کو یاد کرو جب اس نے فرعون سے تم کو بچایا جو تم کو سخت سزائیں دیا کرتا تھا۔" تو میں سوچتے ہوئے سوچا کہ اس میں میرے لیے کیا، میرا کیا ذکر ہے اس میں؟</w:t>
      </w:r>
    </w:p>
    <w:p>
      <w:r>
        <w:rPr>
          <w:b/>
        </w:rPr>
        <w:t xml:space="preserve">[55:31] </w:t>
      </w:r>
      <w:r>
        <w:t>to mujhe foran woh baat aayi ke Khuda ne mujhe ek aise daur mein paida kiya hai jo bilkul freedom age hai, jahan aap ke mazhab par bolne par, amal par, parchar par koi pabandi nahin hai.</w:t>
      </w:r>
    </w:p>
    <w:p>
      <w:pPr>
        <w:jc w:val="right"/>
      </w:pPr>
      <w:r>
        <w:t>تو مجھے فوراً وہ بات آئی کہ خدا نے مجھے ایک ایسے دور میں پیدا کیا ہے جو بالکل فریڈم ایج ہے، جہاں آپ کے مذہب پر بولنے پر، عمل پر، پرچار پر کوئی پابندی نہیں ہے۔</w:t>
      </w:r>
    </w:p>
    <w:p>
      <w:r>
        <w:rPr>
          <w:b/>
        </w:rPr>
        <w:t xml:space="preserve">[55:42] </w:t>
      </w:r>
      <w:r>
        <w:t>ek woh zamana tha Rasool Allah ka ya us se pehle religious persecution ka age tha. to goya alfaaz badal kar Khuda mujh se yeh keh raha hai ke Khuda ki is nemat ko yaad karo jis ne religious persecution ke age ko khatm kar ke tum ko freedom age mein paida kiya.</w:t>
      </w:r>
    </w:p>
    <w:p>
      <w:pPr>
        <w:jc w:val="right"/>
      </w:pPr>
      <w:r>
        <w:t>ایک وہ زمانہ تھا رسول اللہ کا یا اس سے پہلے ریلیجیس پرسیکیوشن کا ایج تھا۔ تو گویا الفاظ بدل کر خدا مجھ سے یہ کہہ رہا ہے کہ خدا کی اس نعمت کو یاد کرو جس نے ریلیجیس پرسیکیوشن کے ایج کو ختم کر کے تم کو فریڈم ایج میں پیدا کیا۔</w:t>
      </w:r>
    </w:p>
    <w:p>
      <w:r>
        <w:rPr>
          <w:b/>
        </w:rPr>
        <w:t xml:space="preserve">[55:59] </w:t>
      </w:r>
      <w:r>
        <w:t>ji to bohat zyada mujhe us waqt ek thrilling hui, aur main is daur e jadeed ko ek shukr ke saath is ko apnane ka mujhe ek mauqa mila. ji to Maulana se yeh sab baatein hum ne seekhi hain.</w:t>
      </w:r>
    </w:p>
    <w:p>
      <w:pPr>
        <w:jc w:val="right"/>
      </w:pPr>
      <w:r>
        <w:t>جی تو بہت زیادہ مجھے اس وقت ایک تھرلنگ ہوئی، اور میں اس دور جدید کو ایک شکر کے ساتھ اس کو اپنانے کا مجھے ایک موقع ملا۔ جی تو مولانا سے یہ سب باتیں ہم نے سیکھی ہیں۔</w:t>
      </w:r>
    </w:p>
    <w:p>
      <w:r>
        <w:rPr>
          <w:b/>
        </w:rPr>
        <w:t xml:space="preserve">[56:09] </w:t>
      </w:r>
      <w:r>
        <w:t>ji to ghaur o fikr ke zariye jab hum sochte hain to aisi bohat si baatein hum par khulti hain. ji jazak Allah Maulana Israr sahib. ah ek sawal aur baqi hai program ko khatm karne se pehle poochna chahunga, lekin is se pehle ah main ek sawal dalna chah raha hoon kyunke bohat se logon ke sawal bhi hain, comments bhi hain, kyunke waqt nahin hai to main saare nahin le sakta.</w:t>
      </w:r>
    </w:p>
    <w:p>
      <w:pPr>
        <w:jc w:val="right"/>
      </w:pPr>
      <w:r>
        <w:t>جی تو غور و فکر کے ذریعے جب ہم سوچتے ہیں تو ایسی بہت سی باتیں ہم پر کھلتی ہیں۔ جی جزاک اللہ مولانا اسرار صاحب۔ اہ ایک سوال اور باقی ہے پروگرام کو ختم کرنے سے پہلے پوچھنا چاہوں گا، لیکن اس سے پہلے اہ میں ایک سوال ڈالنا چاہ رہا ہوں کیونکہ بہت سے لوگوں کے سوال بھی ہیں، کمنٹس بھی ہیں، کیونکہ وقت نہیں ہے تو میں سارے نہیں لے سکتا۔</w:t>
      </w:r>
    </w:p>
    <w:p>
      <w:r>
        <w:rPr>
          <w:b/>
        </w:rPr>
        <w:t xml:space="preserve">[56:29] </w:t>
      </w:r>
      <w:r>
        <w:t>lekin ek sawal mujhe important laga. ah yeh Tariq Bader sahib ne Lahore Pakistan se bheja hai, wahan pe un ka poora group yeh program ko dekh raha hai.</w:t>
      </w:r>
    </w:p>
    <w:p>
      <w:pPr>
        <w:jc w:val="right"/>
      </w:pPr>
      <w:r>
        <w:t>لیکن ایک سوال مجھے امپورٹنٹ لگا۔ اہ یہ طارق بدر صاحب نے لاہور پاکستان سے بھیجا ہے، وہاں پہ ان کا پورا گروپ یہ پروگرام کو دیکھ رہا ہے۔</w:t>
      </w:r>
    </w:p>
    <w:p>
      <w:r>
        <w:rPr>
          <w:b/>
        </w:rPr>
        <w:t xml:space="preserve">[56:39] </w:t>
      </w:r>
      <w:r>
        <w:t>to unhon ne kaha ke madrasa ke students ko kya karna chahiye? ah is ke saath hi main yeh bhi jodna chahunga ke aap ne zikr bhi kiya Maulana Israr sahib, haal hi mein aap ne ah Lucknow mein International Book Fair mein participate kiya jis mein CPS aur Good Word Books ka</w:t>
      </w:r>
    </w:p>
    <w:p>
      <w:pPr>
        <w:jc w:val="right"/>
      </w:pPr>
      <w:r>
        <w:t>تو انہوں نے کہا کہ مدرسہ کے سٹوڈنٹس کو کیا کرنا چاہیے؟ اہ اس کے ساتھ ہی میں یہ بھی جوڑنا چاہوں گا کہ آپ نے ذکر بھی کیا مولانا اسرار صاحب، حال ہی میں آپ نے اہ لکھنو میں انٹرنیشنل بک فیئر میں پارٹیسپیٹ کیا جس میں سی پی ایس اور گڈ ورڈ بکس کا</w:t>
      </w:r>
    </w:p>
    <w:p>
      <w:r>
        <w:rPr>
          <w:b/>
        </w:rPr>
        <w:t xml:space="preserve">[56:57] </w:t>
      </w:r>
      <w:r>
        <w:t>stall tha. ah to aap ka kya experience raha? to in dono ah sawalon ko aap ek jawab mein main chahunga ke yeh hum sab ko batayein.</w:t>
      </w:r>
    </w:p>
    <w:p>
      <w:pPr>
        <w:jc w:val="right"/>
      </w:pPr>
      <w:r>
        <w:t>سٹال تھا۔ اہ تو آپ کا کیا ایکسپیرینس رہا؟ تو ان دونوں اہ سوالوں کو آپ ایک جواب میں میں چاہوں گا کہ یہ ہم سب کو بتائیں۔</w:t>
      </w:r>
    </w:p>
    <w:p>
      <w:r>
        <w:rPr>
          <w:b/>
        </w:rPr>
        <w:t xml:space="preserve">[57:06] </w:t>
      </w:r>
      <w:r>
        <w:t>is ke baad phir main aapse aakhri sawal poochna chahunga aaj ke session ke liye. ji ah madrasay ke talaba ke liye umooman jab madrasay ke talaba ke silsile mein baat hoti hai to log kehte hain ke is ke syllabus ko change kiya jaye, yeh kiya jaye.</w:t>
      </w:r>
    </w:p>
    <w:p>
      <w:pPr>
        <w:jc w:val="right"/>
      </w:pPr>
      <w:r>
        <w:t>اس کے بعد پھر میں آپ سے آخری سوال پوچھنا چاہوں گا آج کے سیشن کے لیے۔ جی اہ مدرسے کے طلباء کے لیے عموماً جب مدرسے کے طلباء کے سلسلے میں بات ہوتی ہے تو لوگ کہتے ہیں کہ اس کے سلیبس کو چینج کیا جائے، یہ کیا جائے۔</w:t>
      </w:r>
    </w:p>
    <w:p>
      <w:r>
        <w:rPr>
          <w:b/>
        </w:rPr>
        <w:t xml:space="preserve">[57:22] </w:t>
      </w:r>
      <w:r>
        <w:t>to Maulana se ek sahib ne yeh baat ki to Maulana ne un ko khoob daanta, hammering ki.</w:t>
      </w:r>
    </w:p>
    <w:p>
      <w:pPr>
        <w:jc w:val="right"/>
      </w:pPr>
      <w:r>
        <w:t>تو مولانا سے ایک صاحب نے یہ بات کی تو مولانا نے ان کو خوب ڈانٹا، ہیمرنگ کی۔</w:t>
      </w:r>
    </w:p>
    <w:p>
      <w:r>
        <w:rPr>
          <w:b/>
        </w:rPr>
        <w:t xml:space="preserve">[57:27] </w:t>
      </w:r>
      <w:r>
        <w:t>dekhein, jo cheez hum badla nahin sakte us ke bare mein hum soch nahin sakte hain, lekin ek kaam zaroor kar sakte hain, woh hai ke hum Maulana ka literature un ko pahuncha sakte hain aur padha sakte hain.</w:t>
      </w:r>
    </w:p>
    <w:p>
      <w:pPr>
        <w:jc w:val="right"/>
      </w:pPr>
      <w:r>
        <w:t>دیکھیں، جو چیز ہم بدلا نہیں سکتے اس کے بارے میں ہم سوچ نہیں سکتے ہیں، لیکن ایک کام ضرور کر سکتے ہیں، وہ ہے کہ ہم مولانا کا لٹریچر ان کو پہنچا سکتے ہیں اور پڑھا سکتے ہیں۔</w:t>
      </w:r>
    </w:p>
    <w:p>
      <w:r>
        <w:rPr>
          <w:b/>
        </w:rPr>
        <w:t xml:space="preserve">[57:36] </w:t>
      </w:r>
      <w:r>
        <w:t>yeh jo Maulana ka literature hai, yeh madrasay ke talaba ke liye ek bridging role ada kar sakta hai. Ji bilkul, in ko madrasay ki jo, kyunke madrasay mein jo Quran o Hadees padhaye jatay hain aur traditional knowledge bhi ek Islamic scholar ke liye zaroori hai.</w:t>
      </w:r>
    </w:p>
    <w:p>
      <w:pPr>
        <w:jc w:val="right"/>
      </w:pPr>
      <w:r>
        <w:t>یہ جو مولانا کا لٹریچر ہے، یہ مدرسے کے طلباء کے لیے ایک بریجنگ رول ادا کر سکتا ہے۔ جی بالکل، ان کو مدرسے کی جو، کیونکہ مدرسے میں جو قرآن و حدیث پڑھائے جاتے ہیں اور ٹریڈیشنل نالج بھی ایک اسلامک اسکالر کے لیے ضروری ہے۔</w:t>
      </w:r>
    </w:p>
    <w:p>
      <w:r>
        <w:rPr>
          <w:b/>
        </w:rPr>
        <w:t xml:space="preserve">[57:51] </w:t>
      </w:r>
      <w:r>
        <w:t>Ji is ke liye sath is ko Hadees mein aata hai: "in yakun baseeran bi</w:t>
      </w:r>
    </w:p>
    <w:p>
      <w:pPr>
        <w:jc w:val="right"/>
      </w:pPr>
      <w:r>
        <w:t>جی اس کے لیے ساتھ اس کو حدیث میں آتا ہے: "ان یکون بصیرا ب</w:t>
      </w:r>
    </w:p>
    <w:p>
      <w:r>
        <w:rPr>
          <w:b/>
        </w:rPr>
        <w:t xml:space="preserve">[57:55] </w:t>
      </w:r>
      <w:r>
        <w:t>zamani" . Yeh hai ke aadmi apne zamane se bhi aware ho. Hmm to Maulana ka literature is ko zamane se aware karega. Ab mein samajhta hoon ke ab madaris mein is ka shaoor, is ka ek awaken aaya hai ke hum ah door jadeed ko jaane baghair kuch kar nahi sakte hain.</w:t>
      </w:r>
    </w:p>
    <w:p>
      <w:pPr>
        <w:jc w:val="right"/>
      </w:pPr>
      <w:r>
        <w:t>زمانی"۔ یہ ہے کہ آدمی اپنے زمانے سے بھی اویئر ہو۔ ہمم تو مولانا کا لٹریچر اس کو زمانے سے اویئر کرے گا۔ اب میں سمجھتا ہوں کہ اب مدارس میں اس کا شعور، اس کا ایک اویکن آیا ہے کہ ہم اہ دور جدید کو جانے بغیر کچھ کر نہیں سکتے ہیں۔</w:t>
      </w:r>
    </w:p>
    <w:p>
      <w:r>
        <w:rPr>
          <w:b/>
        </w:rPr>
        <w:t xml:space="preserve">[58:11] </w:t>
      </w:r>
      <w:r>
        <w:t>Ji to is ke hisab se in ke paas koi literature nahi hai, ek khala, ek yeh paida hua hai. To hum is ko bhar sak, pur kar sak</w:t>
      </w:r>
    </w:p>
    <w:p>
      <w:pPr>
        <w:jc w:val="right"/>
      </w:pPr>
      <w:r>
        <w:t>جی تو اس کے حساب سے ان کے پاس کوئی لٹریچر نہیں ہے، ایک خلا، ایک یہ پیدا ہوا ہے۔ تو ہم اس کو بھر سک، پر کر سکت</w:t>
      </w:r>
    </w:p>
    <w:p>
      <w:r>
        <w:rPr>
          <w:b/>
        </w:rPr>
        <w:t xml:space="preserve">[58:19] </w:t>
      </w:r>
      <w:r>
        <w:t>te hain. Maulana ke jo literatures hain, is ko agar hum pahunchayen, خصوصاً teen kitaben ek beginners madrasay ke students ke liye bohat zaroori hain.</w:t>
      </w:r>
    </w:p>
    <w:p>
      <w:pPr>
        <w:jc w:val="right"/>
      </w:pPr>
      <w:r>
        <w:t>ے ہیں۔ مولانا کے جو لٹریچرز ہیں، اس کو اگر ہم پہنچائیں، خصوصاً تین کتابیں ایک بگنرز مدرسے کے سٹوڈنٹس کے لیے بہت ضروری ہیں۔</w:t>
      </w:r>
    </w:p>
    <w:p>
      <w:r>
        <w:rPr>
          <w:b/>
        </w:rPr>
        <w:t xml:space="preserve">[58:28] </w:t>
      </w:r>
      <w:r>
        <w:t>Woh mere hisab se ek Maulana ki mutala, mutala Quran, mutala Hadees, mutala Seerat. Ji chuna ke teen basic reference hain. Ji Ji Quran, Hadees aur Seerah.</w:t>
      </w:r>
    </w:p>
    <w:p>
      <w:pPr>
        <w:jc w:val="right"/>
      </w:pPr>
      <w:r>
        <w:t>وہ میرے حساب سے ایک مولانا کی مطالعے، مطالعہ قرآن، مطالعہ حدیث، مطالعہ سیرت۔ جی چونکہ تین بیسک ریفرنس ہیں۔ جی جی قرآن، حدیث اور سیرہ۔</w:t>
      </w:r>
    </w:p>
    <w:p>
      <w:r>
        <w:rPr>
          <w:b/>
        </w:rPr>
        <w:t xml:space="preserve">[58:38] </w:t>
      </w:r>
      <w:r>
        <w:t>To in par Maulana ne bohat achhi teen kitaben likhi hain. Ji is ko padhenge to is ko woh samajh mein aa jayegi ke Quran, Hadees aur Seerat ka hum kaise applied way mein layen. Ji is ko kaise aap apne zamane ke mutabiq le sakte hain.</w:t>
      </w:r>
    </w:p>
    <w:p>
      <w:pPr>
        <w:jc w:val="right"/>
      </w:pPr>
      <w:r>
        <w:t>تو ان پر مولانا نے بہت اچھی تین کتابیں لکھی ہیں۔ جی اس کو پڑھیں گے تو اس کو وہ سمجھ میں آ جائے گی کہ قرآن، حدیث اور سیرت کا ہم کیسے اپلائیڈ وے میں لیں۔ جی اس کو کیسے آپ اپنے زمانے کے مطابق لے سکتے ہیں۔</w:t>
      </w:r>
    </w:p>
    <w:p>
      <w:r>
        <w:rPr>
          <w:b/>
        </w:rPr>
        <w:t xml:space="preserve">[58:50] </w:t>
      </w:r>
      <w:r>
        <w:t>To yeh teen kitaben har madrasay ke students ko aur aalim ko padhna chahiye. Pehli baat yeh, yeh bohat impor</w:t>
      </w:r>
    </w:p>
    <w:p>
      <w:pPr>
        <w:jc w:val="right"/>
      </w:pPr>
      <w:r>
        <w:t>تو یہ تین کتابیں ہر مدرسے کے سٹوڈنٹس کو اور عالم کو پڑھنا چاہیے۔ پہلی بات یہ، یہ بہت امپور</w:t>
      </w:r>
    </w:p>
    <w:p>
      <w:r>
        <w:rPr>
          <w:b/>
        </w:rPr>
        <w:t xml:space="preserve">[58:56] </w:t>
      </w:r>
      <w:r>
        <w:t>tant hai. Yahan pe mein yeh bhi kehna chahunga ke CPS International bhi reach out kar raha hai. Ah tamam madaris mein jo students hain aur jo un ke principals hain, yeh ek hamari koshish hai.</w:t>
      </w:r>
    </w:p>
    <w:p>
      <w:pPr>
        <w:jc w:val="right"/>
      </w:pPr>
      <w:r>
        <w:t>ٹنٹ ہے۔ یہاں پہ میں یہ بھی کہنا چاہوں گا کہ سی پی ایس انٹرنیشنل بھی ریچ آؤٹ کر رہا ہے۔ اہ تمام مدرسوں میں جو سٹوڈنٹس ہیں اور جو ان کے پرنسپلز ہیں، یہ ایک ہماری کوشش ہے۔</w:t>
      </w:r>
    </w:p>
    <w:p>
      <w:r>
        <w:rPr>
          <w:b/>
        </w:rPr>
        <w:t xml:space="preserve">[59:08] </w:t>
      </w:r>
      <w:r>
        <w:t>Ah agar aap madrasa ke student hain aur aap ko yeh kitaben chahiye jo abhi Maulana Israr sahib ne kaha to aap zaroor humein likhen: info@cpsglobal.org pe apni thori si detail aur poora address, pincode aur phone number ke sath to hum aap ko yeh kitaben zaroor pahuncha denge.</w:t>
      </w:r>
    </w:p>
    <w:p>
      <w:pPr>
        <w:jc w:val="right"/>
      </w:pPr>
      <w:r>
        <w:t>اہ اگر آپ مدرسہ کے سٹوڈنٹ ہیں اور آپ کو یہ کتابیں چاہیے جو ابھی مولانا اسرار صاحب نے کہا تو آپ ضرور ہمیں لکھیں: info@cpsglobal.org پہ اپنی تھوڑی سی ڈیٹیل اور پورا ایڈریس، پن کوڈ اور فون نمبر کے ساتھ تو ہم آپ کو یہ کتابیں ضرور پہنچا دیں گے۔</w:t>
      </w:r>
    </w:p>
    <w:p>
      <w:r>
        <w:rPr>
          <w:b/>
        </w:rPr>
        <w:t xml:space="preserve">[59:26] </w:t>
      </w:r>
      <w:r>
        <w:t>Ah Ji Maulana Israr sahib, aap kuch aur bhi add karna chah rahe the. Is book fair ke silsilay mein bhi aap ka sawal tha. To book fairs mein jab hum shamil hotay the to pehle mujhe khayal hota tha ke book fairs mein ah shamil ho ke kiya karen.</w:t>
      </w:r>
    </w:p>
    <w:p>
      <w:pPr>
        <w:jc w:val="right"/>
      </w:pPr>
      <w:r>
        <w:t>اہ جی مولانا اسرار صاحب، آپ کچھ اور بھی ایڈ کرنا چاہ رہے تھے۔ اس بک فیئر کے سلسلے میں بھی آپ کا سوال تھا۔ تو بک فیئرز میں جب ہم شامل ہوتے تھے تو پہلے مجھے خیال ہوتا تھا کہ بک فیئرز میں اہ شامل ہو کے کیا کریں۔</w:t>
      </w:r>
    </w:p>
    <w:p>
      <w:r>
        <w:rPr>
          <w:b/>
        </w:rPr>
        <w:t xml:space="preserve">[59:39] </w:t>
      </w:r>
      <w:r>
        <w:t>Kyun? Lekin ek yeh hai ke book fairs ek bohat hi</w:t>
      </w:r>
    </w:p>
    <w:p>
      <w:pPr>
        <w:jc w:val="right"/>
      </w:pPr>
      <w:r>
        <w:t>کیوں؟ لیکن ایک یہ ہے کہ بک فیئرز ایک بہت ہی</w:t>
      </w:r>
    </w:p>
    <w:p>
      <w:r>
        <w:rPr>
          <w:b/>
        </w:rPr>
        <w:t xml:space="preserve">[59:42] </w:t>
      </w:r>
      <w:r>
        <w:t>achhi field hai jahan par ek dam serious aur parhe likhe log atay hain. Ji to wahan hum bohat hi achhe jin ko intellectuals log kehte hain, serious people tak hum Khuda ke message ko pahuncha sakte hain.</w:t>
      </w:r>
    </w:p>
    <w:p>
      <w:pPr>
        <w:jc w:val="right"/>
      </w:pPr>
      <w:r>
        <w:t>اچھی فیلڈ ہے جہاں پر ایک دم سیریس اور پڑھے لکھے لوگ آتے ہیں۔ جی تو وہاں ہم بہت ہی اچھے جن کو انٹلیکچولز لوگ کہتے ہیں، سیریس پیپل تک ہم خدا کے میسج کو پہنچا سکتے ہیں۔</w:t>
      </w:r>
    </w:p>
    <w:p>
      <w:r>
        <w:rPr>
          <w:b/>
        </w:rPr>
        <w:t xml:space="preserve">[59:53] </w:t>
      </w:r>
      <w:r>
        <w:t>Aur yeh baat yeh bhi hai ke yeh Rasool Allah ki Sunnat ka hi ek extension hai. Kyun ke Rasool Allah jab Makay mein thay, Seerat ki kitabon mein aata tha ke us waqt do teen tarah ke is tarah ke festivals hotay thay jis ko Souq Ukaz kehte hain.</w:t>
      </w:r>
    </w:p>
    <w:p>
      <w:pPr>
        <w:jc w:val="right"/>
      </w:pPr>
      <w:r>
        <w:t>اور یہ بات یہ بھی ہے کہ یہ رسول اللہ کی سنت کا ہی ایک ایکسٹینشن ہے۔ کیونکہ رسول اللہ جب مکے میں تھے، سیرت کی کتابوں میں آتا تھا کہ اس وقت دو تین طرح کے اس طرح کے فیسٹیولز ہوتے تھے جس کو سوخ عقاس کہتے ہیں۔</w:t>
      </w:r>
    </w:p>
    <w:p>
      <w:r>
        <w:rPr>
          <w:b/>
        </w:rPr>
        <w:t xml:space="preserve">[1:00:06] </w:t>
      </w:r>
      <w:r>
        <w:t>Ah Ukaz ka jo market tha, woh Hajj ke mausam ke lihaz se lagta tha. Aur ek market hai, abhi mein naam bhool raha hoon, woh</w:t>
      </w:r>
    </w:p>
    <w:p>
      <w:pPr>
        <w:jc w:val="right"/>
      </w:pPr>
      <w:r>
        <w:t>اہ عقاس کا جو مارکیٹ تھا، وہ حج کے موسم کے لحاظ سے لگتا تھا۔ اور ایک مارکیٹ ہے، ابھی میں نام بھول رہا ہوں، وہ</w:t>
      </w:r>
    </w:p>
    <w:p>
      <w:r>
        <w:rPr>
          <w:b/>
        </w:rPr>
        <w:t xml:space="preserve">[1:00:13] </w:t>
      </w:r>
      <w:r>
        <w:t>woh Eid yani Arafah ke din se pehle teen din ke liye lagta tha. Is mein jo Arab ke poets rehte thay, woh log aa ke apna jo shairi kalam pesh karte thay.</w:t>
      </w:r>
    </w:p>
    <w:p>
      <w:pPr>
        <w:jc w:val="right"/>
      </w:pPr>
      <w:r>
        <w:t>وہ عید یعنی عرفہ کے دن سے پہلے تین دن کے لیے لگتا تھا۔ اس میں جو عرب کے پورٹس پوئٹس رہتے تھے، وہ لوگ آ کے اپنا جو شعری کلام پیش کرتے تھے۔</w:t>
      </w:r>
    </w:p>
    <w:p>
      <w:r>
        <w:rPr>
          <w:b/>
        </w:rPr>
        <w:t xml:space="preserve">[1:00:23] </w:t>
      </w:r>
      <w:r>
        <w:t>Ji to goya ek literature festival tha. To Hadeeson mein aata hai ke in dono mein Rasool Allah jatay thay, in ko Quran padh ke sunate thay. Ji to wahi hum samajhte hain ke ab jo book fairs hain, Ji ya jo jaisa literature festivals hotay hain, Jaipur hai, Ji Chennai hai, Bangalore ke festivals hotay hain, to hum ja ke jab un ko Quran dete hain to goya Rasool Allah ki isi Sunnat ki tasdeeq hai, yeh isi par hum amal kar rahe hain.</w:t>
      </w:r>
    </w:p>
    <w:p>
      <w:pPr>
        <w:jc w:val="right"/>
      </w:pPr>
      <w:r>
        <w:t>جی تو گویا ایک لٹریچر فیسٹیول تھا۔ تو حدیثوں میں آتا ہے کہ ان دونوں میں رسول اللہ جاتے تھے، ان کو قرآن پڑھ کے سناتے تھے۔ جی تو وہی ہم سمجھتے ہیں کہ اب جو بک فیئرز ہیں، جی یا جو جیسا لٹریچر فیسٹیولز ہوتے ہیں، جے پور ہے، جی چنئی ہے، بنگلور کے فیسٹیولز ہوتے ہیں، تو ہم جا کے جب ان کو قرآن دیتے ہیں تو گویا رسول اللہ کی اسی سنت کی توثیح ہے، یہ اسی پر ہم عمل کر رہے ہیں۔</w:t>
      </w:r>
    </w:p>
    <w:p>
      <w:r>
        <w:rPr>
          <w:b/>
        </w:rPr>
        <w:t xml:space="preserve">[1:00:45] </w:t>
      </w:r>
      <w:r>
        <w:t>Hmm to woh woh samajh mein jab Lucknow book fair mein bhi tha to mujhe yahi ehsas hua ke Maulana kaha karte thay ke jab tum Quran ki koi ayat padhte ho to ehsas karo goya Rasool Allah ne bhi aisa hi padha hai.</w:t>
      </w:r>
    </w:p>
    <w:p>
      <w:pPr>
        <w:jc w:val="right"/>
      </w:pPr>
      <w:r>
        <w:t>ہمم تو وہ وہ سمجھ میں جب لکھنو بک فیئر میں بھی تھا تو مجھے یہی احساس ہوا کہ مولانا کہا کرتے تھے کہ جب تم قرآن کی کوئی آیت پڑھتے ہو تو احساس کرو گویا رسول اللہ نے بھی ایسا ہی پڑھا ہے۔</w:t>
      </w:r>
    </w:p>
    <w:p>
      <w:r>
        <w:rPr>
          <w:b/>
        </w:rPr>
        <w:t xml:space="preserve">[1:00:57] </w:t>
      </w:r>
      <w:r>
        <w:t>Ji kyun ke is mein koi changes nahi hue hain. Ji to isi tarah jo hamara da'wah work hai, jo festivals mein karte hain, book fairs mein karte hain, to goya hum Rasool Allah ki isi Sunnat ko baghair change karein ada kar rahe hain.</w:t>
      </w:r>
    </w:p>
    <w:p>
      <w:pPr>
        <w:jc w:val="right"/>
      </w:pPr>
      <w:r>
        <w:t>جی کیونکہ اس میں کوئی چینجز نہیں ہوئے ہیں۔ جی تو اسی طرح جو ہمارا دعویٰ ورک ہے، جو فیسٹیولز میں کرتے ہیں، بک فیئرز میں کرتے ہیں، تو گویا ہم رسول اللہ کی اسی سنت کو بغیر چینج کریں ادا کر رہے ہیں۔</w:t>
      </w:r>
    </w:p>
    <w:p>
      <w:r>
        <w:rPr>
          <w:b/>
        </w:rPr>
        <w:t xml:space="preserve">[1:01:07] </w:t>
      </w:r>
      <w:r>
        <w:t>Masha</w:t>
      </w:r>
    </w:p>
    <w:p>
      <w:pPr>
        <w:jc w:val="right"/>
      </w:pPr>
      <w:r>
        <w:t>ماشاء</w:t>
      </w:r>
    </w:p>
    <w:p>
      <w:r>
        <w:rPr>
          <w:b/>
        </w:rPr>
        <w:t xml:space="preserve">[1:01:08] </w:t>
      </w:r>
      <w:r>
        <w:t>Allah to yeh ek is book fair ke silsilay mein meri ek. Ji mujhe yaad hai ke Maulana Iqbal sahib, hamari networking meeting chal rahi thi CPS International ki aur saade saat aath baje ka waqt tha.</w:t>
      </w:r>
    </w:p>
    <w:p>
      <w:pPr>
        <w:jc w:val="right"/>
      </w:pPr>
      <w:r>
        <w:t>اللہ تو یہ ایک اس بک فیئر کے سلسلے میں میری ایک۔ جی مجھے یاد ہے کہ مولانا اقبال صاحب، ہماری نیٹ ورکنگ میٹنگ چل رہی تھی سی پی ایس انٹرنیشنل کی اور ساڑھے سات آٹھ بجے کا وقت تھا۔</w:t>
      </w:r>
    </w:p>
    <w:p>
      <w:r>
        <w:rPr>
          <w:b/>
        </w:rPr>
        <w:t xml:space="preserve">[1:01:20] </w:t>
      </w:r>
      <w:r>
        <w:t>Ah to</w:t>
      </w:r>
    </w:p>
    <w:p>
      <w:pPr>
        <w:jc w:val="right"/>
      </w:pPr>
      <w:r>
        <w:t>اہ تو</w:t>
      </w:r>
    </w:p>
    <w:p>
      <w:r>
        <w:rPr>
          <w:b/>
        </w:rPr>
        <w:t xml:space="preserve">[1:01:21] </w:t>
      </w:r>
      <w:r>
        <w:t>us waqt aap stall pe hi thay Lucknow mein. Ji aur mein sahi mein yeh dil se kehna chah raha hoon ke aap dono bohat hi inspiration hain CPS Ulama team ke liye bhi aur tamam CPS members ke liye ke ah agar ah time allow nahi bhi kar raha to kaise aap time ah time se time nikal lete hain.</w:t>
      </w:r>
    </w:p>
    <w:p>
      <w:pPr>
        <w:jc w:val="right"/>
      </w:pPr>
      <w:r>
        <w:t>اس وقت آپ سٹال پہ ہی تھے لکھنو میں۔ جی اور میں صحیح میں یہ دل سے کہنا چاہ رہا ہوں کہ آپ دونوں بہت ہی انسپیریشن ہیں سی پی ایس علماء ٹیم کے لیے بھی اور تمام سی پی ایس ممبرز کے لیے کہ اہ اگر اہ ٹائم الاؤ نہیں بھی کر رہا تو کیسے آپ ٹائم اہ ٹائم سے ٹائم نکال لیتے ہیں۔</w:t>
      </w:r>
    </w:p>
    <w:p>
      <w:r>
        <w:rPr>
          <w:b/>
        </w:rPr>
        <w:t xml:space="preserve">[1:01:41] </w:t>
      </w:r>
      <w:r>
        <w:t>Ah yeh mein ne us din bhi dekha ke aap stall mein thay lekin aap ne networking meeting mein ah participate kiya. Mein ne Maulana Iqbal sahib se kaha ke ek nazara dikh</w:t>
      </w:r>
    </w:p>
    <w:p>
      <w:pPr>
        <w:jc w:val="right"/>
      </w:pPr>
      <w:r>
        <w:t>اہ یہ میں نے اس دن بھی دیکھا کہ آپ سٹال میں تھے لیکن آپ نے نیٹ ورکنگ میٹنگ میں اہ پارٹیسپیٹ کیا۔ میں نے مولانا اقبال صاحب سے کہا کہ ایک نظارہ دکھ</w:t>
      </w:r>
    </w:p>
    <w:p>
      <w:r>
        <w:rPr>
          <w:b/>
        </w:rPr>
        <w:t xml:space="preserve">[1:01:49] </w:t>
      </w:r>
      <w:r>
        <w:t>aiye to unhon ne foran ah jo phone tha us ko stall ki taraf kar diya. To jitne bhi log juray hue thay different countries se, India se, to unhon ne dekha ke kis tarah se interaction ho raha hai aur jo book stall hai woh kitabon se bhara hua tha.</w:t>
      </w:r>
    </w:p>
    <w:p>
      <w:pPr>
        <w:jc w:val="right"/>
      </w:pPr>
      <w:r>
        <w:t>ائیے تو انہوں نے فوراً اہ جو فون تھا اس کو سٹال کی طرف کر دیا۔ تو جتنے بھی لوگ جڑے ہوئے تھے ڈفرنٹ کنٹریز سے، انڈیا سے، تو انہوں نے دیکھا کہ کس طریقے سے انٹریکشن ہو رہا ہے اور جو بک سٹال ہے وہ کتابوں سے بھرا ہوا تھا۔</w:t>
      </w:r>
    </w:p>
    <w:p>
      <w:r>
        <w:rPr>
          <w:b/>
        </w:rPr>
        <w:t xml:space="preserve">[1:02:05] </w:t>
      </w:r>
      <w:r>
        <w:t>boht hi sundar nazara tha. to Maulana Iqbal sahib, koi agar ek interaction agar aap ko yaad ho, agar aap share karna chahein ya kuch aur aap add karna chahein jo Maulana Israr sahib ne kaha.</w:t>
      </w:r>
    </w:p>
    <w:p>
      <w:pPr>
        <w:jc w:val="right"/>
      </w:pPr>
      <w:r>
        <w:t>بہت ہی سندر نظارہ تھا۔ تو مولانا اقبال صاحب، کوئی اگر ایک انٹریکشن اگر آپ کو یاد ہو، اگر آپ شیئر کرنا چاہیں یا کچھ اور آپ ایڈ کرنا چاہیں جو مولانا اسرار صاحب نے کہا۔</w:t>
      </w:r>
    </w:p>
    <w:p>
      <w:r>
        <w:rPr>
          <w:b/>
        </w:rPr>
        <w:t xml:space="preserve">[1:02:17] </w:t>
      </w:r>
      <w:r>
        <w:t>ah</w:t>
      </w:r>
    </w:p>
    <w:p>
      <w:pPr>
        <w:jc w:val="right"/>
      </w:pPr>
      <w:r>
        <w:t>اہ</w:t>
      </w:r>
    </w:p>
    <w:p>
      <w:r>
        <w:rPr>
          <w:b/>
        </w:rPr>
        <w:t xml:space="preserve">[1:02:18] </w:t>
      </w:r>
      <w:r>
        <w:t>dekhiye, yaqeenan jaisa ke Maulana Israr sahib ne kaha ke book fair ek boht bari dawah opportunity hai.</w:t>
      </w:r>
    </w:p>
    <w:p>
      <w:pPr>
        <w:jc w:val="right"/>
      </w:pPr>
      <w:r>
        <w:t>دیکھیے، یقینا جیسا کہ مولانا اسرار صاحب نے کہا کہ بک فیئر ایک بہت بڑی دعویٰ اپرچونیٹیز ہے۔</w:t>
      </w:r>
    </w:p>
    <w:p>
      <w:r>
        <w:rPr>
          <w:b/>
        </w:rPr>
        <w:t xml:space="preserve">[1:02:27] </w:t>
      </w:r>
      <w:r>
        <w:t>aur isi tarah mein jo ek ah is bar Lucknow book fair mein achaanak ek naujawan aaye, naujawan aa ke Maulana ki kitabein dhoondh rahe the idhar udhar se, idhar udhar se.</w:t>
      </w:r>
    </w:p>
    <w:p>
      <w:pPr>
        <w:jc w:val="right"/>
      </w:pPr>
      <w:r>
        <w:t>اور اسی طرح میں جو ایک اہ اس بار لکھنو بک فیئر میں اچانک ایک نوجوان آئے، نوجوان آ کے مولانا کی کتابیں ڈھونڈ رہے تھے ادھر ادھر سے، ادھر ادھر سے۔</w:t>
      </w:r>
    </w:p>
    <w:p>
      <w:r>
        <w:rPr>
          <w:b/>
        </w:rPr>
        <w:t xml:space="preserve">[1:02:41] </w:t>
      </w:r>
      <w:r>
        <w:t>woh thay, un ka naam Prasad, is koi naam tha. to maine kaha kya chahiye? to maine Maulana ki fawafat ke bare mein boht news dekhi.</w:t>
      </w:r>
    </w:p>
    <w:p>
      <w:pPr>
        <w:jc w:val="right"/>
      </w:pPr>
      <w:r>
        <w:t>وہ تھے، ان کا نام پرساد، اس کوئی نام تھا۔ تو میں نے کہا کیا چاہیے؟ تو میں نے مولانا کی وفات کے بارے میں بہت نیوز دیکھی۔</w:t>
      </w:r>
    </w:p>
    <w:p>
      <w:r>
        <w:rPr>
          <w:b/>
        </w:rPr>
        <w:t xml:space="preserve">[1:02:52] </w:t>
      </w:r>
      <w:r>
        <w:t>is ke baad se yeh kaun shakhsiyat thay, yeh janne ki koshish kiya. to yeh Maulana hain. to mein is ke baad se video follow kar raha hoon, sun raha hoon. to mein ab aaj kal woh Kerala mein journalism kar rahe hain.</w:t>
      </w:r>
    </w:p>
    <w:p>
      <w:pPr>
        <w:jc w:val="right"/>
      </w:pPr>
      <w:r>
        <w:t>اس کے بعد سے یہ کون شخصیت تھے، یہ جاننے کی کوشش کیا۔ تو یہ مولانا ہیں۔ تو میں اس کے بعد سے ویڈیو فالو کر رہا ہوں، سن رہا ہوں۔ تو میں اب آج کل وہ کیرلا میں جنرلزم کر رہے ہیں۔</w:t>
      </w:r>
    </w:p>
    <w:p>
      <w:r>
        <w:rPr>
          <w:b/>
        </w:rPr>
        <w:t xml:space="preserve">[1:03:06] </w:t>
      </w:r>
      <w:r>
        <w:t>to woh yahan isi liye aaye hue hain ke Maulana ki kitabein</w:t>
      </w:r>
    </w:p>
    <w:p>
      <w:pPr>
        <w:jc w:val="right"/>
      </w:pPr>
      <w:r>
        <w:t>تو وہ یہاں اسی لیے آئے ہوئے ہیں کہ مولانا کی کتابیں</w:t>
      </w:r>
    </w:p>
    <w:p>
      <w:r>
        <w:rPr>
          <w:b/>
        </w:rPr>
        <w:t xml:space="preserve">[1:03:09] </w:t>
      </w:r>
      <w:r>
        <w:t>lein ke book fair laga hua hai, Lucknow ke hain woh. to unhone kaha ke mein Maulana ki falan kitab, falan kitab, falan kitab parhna chahta hoon. to is se mujhe ehsaas hua ke waqai mein book fair mein aise boht se waqiat hue ke mein isi liye aaya hoon ke mujhe Quran mile.</w:t>
      </w:r>
    </w:p>
    <w:p>
      <w:pPr>
        <w:jc w:val="right"/>
      </w:pPr>
      <w:r>
        <w:t>لیں کہ بک فیئر لگا ہوا ہے، لکھنو کے ہیں وہ۔ تو انہوں نے کہا کہ میں مولانا کی فلاں کتاب، فلاں کتاب، فلاں کتاب پڑھنا چاہتا ہوں۔ تو اس سے مجھے احساس ہوا کہ واقعی میں بک فیئر میں ایسے بہت سے واقعات ہوئے کہ میں اسی لیے آیا ہوں کہ مجھے قرآن ملے۔</w:t>
      </w:r>
    </w:p>
    <w:p>
      <w:r>
        <w:rPr>
          <w:b/>
        </w:rPr>
        <w:t xml:space="preserve">[1:03:25] </w:t>
      </w:r>
      <w:r>
        <w:t>ji mein isi liye aaya hoon ke Maulana ki kitabein mile. to is qism se jo ah jo waqai mein readers rehte hain, woh apni intellectual zaroorat ko poori karne ke liye sirf net par hi nahi jaate balkeh aise book fair mein bhi jaate hain.</w:t>
      </w:r>
    </w:p>
    <w:p>
      <w:pPr>
        <w:jc w:val="right"/>
      </w:pPr>
      <w:r>
        <w:t>جی میں اسی لیے آیا ہوں کہ مولانا کی کتابیں ملے۔ تو اس قسم سے جو اہ جو واقعی میں ریڈرز رہتے ہیں، وہ اپنی انٹلیکچول ضرورت کو پوری کرنے کے لیے صرف نیٹ پر ہی نہیں جاتے بلکہ ایسے بک فیئر میں بھی جاتے ہیں۔</w:t>
      </w:r>
    </w:p>
    <w:p>
      <w:r>
        <w:rPr>
          <w:b/>
        </w:rPr>
        <w:t xml:space="preserve">[1:03:38] </w:t>
      </w:r>
      <w:r>
        <w:t>to aise boht se seekers rehte hain jo book fair mein aate hain. to yeh ek acha yeh tha ke Maulana ke inteqal ke baad log Maulana ke bare mein zyada sun rahe hain ab aur logon ko jo hai na baatein samajh mein aa rahi hain.</w:t>
      </w:r>
    </w:p>
    <w:p>
      <w:pPr>
        <w:jc w:val="right"/>
      </w:pPr>
      <w:r>
        <w:t>تو ایسے بہت سے سیکرز رہتے ہیں جو بک فیئر میں آتے ہیں۔ تو یہ ایک اچھا یہ تھا کہ مولانا کے انتقال کے بعد لوگ مولانا کے بارے میں زیادہ سن رہے ہیں اب اور لوگوں کو جو ہے نا باتیں سمجھ میں آ رہی ہیں۔</w:t>
      </w:r>
    </w:p>
    <w:p>
      <w:r>
        <w:rPr>
          <w:b/>
        </w:rPr>
        <w:t xml:space="preserve">[1:03:51] </w:t>
      </w:r>
      <w:r>
        <w:t>boht se log contact kar rahe hain, boht se log jo hai na ah samajh rahe hain. ji jazak Allah. ah Maulana Israr sahib, aaj ka aakhri sawal session ka.</w:t>
      </w:r>
    </w:p>
    <w:p>
      <w:pPr>
        <w:jc w:val="right"/>
      </w:pPr>
      <w:r>
        <w:t>بہت سے لوگ کانٹیکٹ کر رہے ہیں، بہت سے لوگ جو ہے نا اہ سمجھ رہے ہیں۔ جی جزاک اللہ۔ اہ مولانا اسرار صاحب، آج کا آخری سوال سیشن کا۔</w:t>
      </w:r>
    </w:p>
    <w:p>
      <w:r>
        <w:rPr>
          <w:b/>
        </w:rPr>
        <w:t xml:space="preserve">[1:04:01] </w:t>
      </w:r>
      <w:r>
        <w:t>ah aaj Maulana Wahiduddin Khan sahib hamare beech mein nahi hain. ah</w:t>
      </w:r>
    </w:p>
    <w:p>
      <w:pPr>
        <w:jc w:val="right"/>
      </w:pPr>
      <w:r>
        <w:t>اہ آج مولانا وحید الدین خان صاحب ہمارے بیچ میں نہیں ہیں۔ اہ</w:t>
      </w:r>
    </w:p>
    <w:p>
      <w:r>
        <w:rPr>
          <w:b/>
        </w:rPr>
        <w:t xml:space="preserve">[1:04:07] </w:t>
      </w:r>
      <w:r>
        <w:t>to CPS risala mission ke hawale se, ah jo dunya bhar mein jo log dawah kaam kar rahe hain, un ke liye koi message aap dena chahenge?</w:t>
      </w:r>
    </w:p>
    <w:p>
      <w:pPr>
        <w:jc w:val="right"/>
      </w:pPr>
      <w:r>
        <w:t>تو سی پی ایس الرسالہ مشن کے حوالے سے، اہ جو دنیا بھر میں جو لوگ دعوتی کام کر رہے ہیں، ان کے لیے کوئی میسج آپ دینا چاہیں گے؟</w:t>
      </w:r>
    </w:p>
    <w:p>
      <w:r>
        <w:rPr>
          <w:b/>
        </w:rPr>
        <w:t xml:space="preserve">[1:04:16] </w:t>
      </w:r>
      <w:r>
        <w:t>aap dono. ji ah waise to mein is laiq nahi hoon ke koi message doon lekin Maulana ki ek baat mein yahan pe woh baat ko message ke taur par dena chahunga.</w:t>
      </w:r>
    </w:p>
    <w:p>
      <w:pPr>
        <w:jc w:val="right"/>
      </w:pPr>
      <w:r>
        <w:t>آپ دونوں۔ جی اہ ویسے تو میں اس لائق نہیں ہوں کہ کوئی میسج دوں لیکن مولانا کی ایک بات میں یہاں پہ وہ بات کو میسج کے طور پر دینا چاہوں گا۔</w:t>
      </w:r>
    </w:p>
    <w:p>
      <w:r>
        <w:rPr>
          <w:b/>
        </w:rPr>
        <w:t xml:space="preserve">[1:04:27] </w:t>
      </w:r>
      <w:r>
        <w:t>ji ah Maulana se mein 2001 mein mila tha lekin is se ek saal pehle mere kuch senior saathi Maulana se milne ke liye aaye thay. ji</w:t>
      </w:r>
    </w:p>
    <w:p>
      <w:pPr>
        <w:jc w:val="right"/>
      </w:pPr>
      <w:r>
        <w:t>جی اہ مولانا سے میں 2001 میں ملا تھا لیکن اس سے ایک سال پہلے میرے کچھ سینئر ساتھی مولانا سے ملنے کے لیے آئے تھے۔ جی</w:t>
      </w:r>
    </w:p>
    <w:p>
      <w:r>
        <w:rPr>
          <w:b/>
        </w:rPr>
        <w:t xml:space="preserve">[1:04:35] </w:t>
      </w:r>
      <w:r>
        <w:t>to woh bhi dawah team thi. to unhone Maulana se poocha ke aap kuch naseehat karein. ji aur woh log record kar ke la ke mujhe sunayein. ji kyunke mein Maulana ko parhne wala tha to mein Maulana ki awaaz ko boht ghaur se sun raha tha.</w:t>
      </w:r>
    </w:p>
    <w:p>
      <w:pPr>
        <w:jc w:val="right"/>
      </w:pPr>
      <w:r>
        <w:t>تو وہ بھی دعویٰ ٹیم تھی۔ تو انہوں نے مولانا سے پوچھا کہ آپ کچھ نصیحت کریں۔ جی اور وہ لوگ ریکارڈ کر کے لا کے مجھے سنائیں۔ جی کیونکہ میں مولانا کو پڑھنے والا تھا تو میں مولانا کی آواز کو بہت غور سے سن رہا تھا۔</w:t>
      </w:r>
    </w:p>
    <w:p>
      <w:r>
        <w:rPr>
          <w:b/>
        </w:rPr>
        <w:t xml:space="preserve">[1:04:47] </w:t>
      </w:r>
      <w:r>
        <w:t>mujhe achi tarah yaad hai ke mein us waqt dopehar ka waqt tha, dhoop thi. to hamare madrasay mein hi jo classroom ko jaate hue woh garden mein Ashoka trees hote hain to us ke neeche shadow rehta hai.</w:t>
      </w:r>
    </w:p>
    <w:p>
      <w:pPr>
        <w:jc w:val="right"/>
      </w:pPr>
      <w:r>
        <w:t>مجھے اچھی طرح یاد ہے کہ میں اس وقت دوپہر کا وقت تھا، دھوپ تھی۔ تو ہمارے مدرسے میں ہی جو کلاس روم کو جاتے ہوئے وہ گارڈن میں اشوکا ٹریز ہوتے ہیں تو اس کے نیچے شیڈو رہتا ہے۔</w:t>
      </w:r>
    </w:p>
    <w:p>
      <w:r>
        <w:rPr>
          <w:b/>
        </w:rPr>
        <w:t xml:space="preserve">[1:04:59] </w:t>
      </w:r>
      <w:r>
        <w:t>to us par chalte hue hum aage jaate hain. ji to isi saaye mein thehra hua tha to record suna mein. to Maulana ne un logon se kaha dekhein dawah kaam duaon ke saaye mein chalta hai.</w:t>
      </w:r>
    </w:p>
    <w:p>
      <w:pPr>
        <w:jc w:val="right"/>
      </w:pPr>
      <w:r>
        <w:t>تو اس پر چلتے ہوئے ہم آگے جاتے ہیں۔ جی تو اسی سائے میں ٹھہرا ہوا تھا تو ریکارڈ سنا میں۔ تو مولانا نے ان لوگوں سے کہا دیکھیں دعوتی کام دعاؤں کے سائے میں چلتا ہے۔</w:t>
      </w:r>
    </w:p>
    <w:p>
      <w:r>
        <w:rPr>
          <w:b/>
        </w:rPr>
        <w:t xml:space="preserve">[1:05:09] </w:t>
      </w:r>
      <w:r>
        <w:t>ji yaqeenan to yeh hamara jo bhi dawah kaam hai woh bas duaon ke saaye mein chalta hai. ji to dua, dua, dua hi message hai hamare liye.</w:t>
      </w:r>
    </w:p>
    <w:p>
      <w:pPr>
        <w:jc w:val="right"/>
      </w:pPr>
      <w:r>
        <w:t>جی یقینا تو یہ ہمارا جو بھی دعوتی کام ہے وہ بس دعاؤں کے سائے میں چلتا ہے۔ جی تو دعا، دعا، دعا ہی میسج ہے ہمارے لیے۔</w:t>
      </w:r>
    </w:p>
    <w:p>
      <w:r>
        <w:rPr>
          <w:b/>
        </w:rPr>
        <w:t xml:space="preserve">[1:05:18] </w:t>
      </w:r>
      <w:r>
        <w:t>jazak Allah. jazak Allah. ji Maulana Iqbal sahib. ah mashaa Allah Maulana ne boht kuch jo bhi likha hai woh sab CPS team ke liye ek dam har baat Maulana ki ah sunhari baat hai.</w:t>
      </w:r>
    </w:p>
    <w:p>
      <w:pPr>
        <w:jc w:val="right"/>
      </w:pPr>
      <w:r>
        <w:t>جزاک اللہ۔ جزاک اللہ۔ جی مولانا اقبال صاحب۔ اہ ماشاءاللہ مولانا نے بہت کچھ جو بھی لکھا ہے وہ سب سی پی ایس ٹیم کے لیے ایک دم ہر بات مولانا کی اہ سنہری بات ہے۔</w:t>
      </w:r>
    </w:p>
    <w:p>
      <w:r>
        <w:rPr>
          <w:b/>
        </w:rPr>
        <w:t xml:space="preserve">[1:05:33] </w:t>
      </w:r>
      <w:r>
        <w:t>to mein ek zehni taur se kyunke intellectuals ka tabqa zyada samajhna aur parhna chahta hai to ek cheez mein yeh kehna chahta hoon jaisa ke Maulana ne khud likha hai ke ke hum logon ko ah mission culture aur academic culture dono mein is mein farq kar ke chalna chahiye ke mission kya chahta hai, academic kya chahti hai.</w:t>
      </w:r>
    </w:p>
    <w:p>
      <w:pPr>
        <w:jc w:val="right"/>
      </w:pPr>
      <w:r>
        <w:t>تو میں ایک ذہنی طور سے کیونکہ انٹلیکچولز کا طبقہ زیادہ سمجھنا اور پڑھنا چاہتا ہے تو ایک چیز میں یہ کہنا چاہتا ہوں جیسا کہ مولانا نے خود لکھا ہے کہ کہ ہم لوگوں کو اہ مشن کلچر اور اکیڈمک کلچر دونوں میں اس میں فرق کر کے چلنا چاہیے کہ مشن کیا چاہتا ہے، اکیڈمک کیا چاہتی ہے۔</w:t>
      </w:r>
    </w:p>
    <w:p>
      <w:r>
        <w:rPr>
          <w:b/>
        </w:rPr>
        <w:t xml:space="preserve">[1:05:55] </w:t>
      </w:r>
      <w:r>
        <w:t>to hum ek maqsad par lage hue hain, yeh mission ka maqsad hai yaani tauheed ka paigham pohanchana, dawah ke liye khara yeh mission hai ek.</w:t>
      </w:r>
    </w:p>
    <w:p>
      <w:pPr>
        <w:jc w:val="right"/>
      </w:pPr>
      <w:r>
        <w:t>تو ہم ایک مقصد پر لگے ہوئے ہیں، یہ مشن کا مقصد ہے یعنی توحید کا پیغام پہنچانا، دعوت کے لیے کھڑا یہ مشن ہے ایک۔</w:t>
      </w:r>
    </w:p>
    <w:p>
      <w:r>
        <w:rPr>
          <w:b/>
        </w:rPr>
        <w:t xml:space="preserve">[1:06:03] </w:t>
      </w:r>
      <w:r>
        <w:t>ji to hamara har amal mission ke oriented hoga, hamari har baat mission ki nisbat se ki jayegi. hum ko koi jo hai na academic yeh woh aisi waisi baaton se hum ko pareshan nahi hona chahiye.</w:t>
      </w:r>
    </w:p>
    <w:p>
      <w:pPr>
        <w:jc w:val="right"/>
      </w:pPr>
      <w:r>
        <w:t>جی تو ہمارا ہر عمل مشن کے اورینٹڈ ہوگا، ہماری ہر بات مشن کی نسبت سے کی جائے گی۔ ہم کو کوئی جو ہے نا اکیڈمک یہ وہ ایسی ویسی باتوں سے ہم کو پریشان نہیں ہونا چاہیے۔</w:t>
      </w:r>
    </w:p>
    <w:p>
      <w:r>
        <w:rPr>
          <w:b/>
        </w:rPr>
        <w:t xml:space="preserve">[1:06:15] </w:t>
      </w:r>
      <w:r>
        <w:t>dusra Maulana ka sara literature insan focus hai yaani fard focus hai. to apne liye marifat, doosron ke liye ablagh Quran yaani mass mein hum jo kaam karenge woh Quran pohanchayenge.</w:t>
      </w:r>
    </w:p>
    <w:p>
      <w:pPr>
        <w:jc w:val="right"/>
      </w:pPr>
      <w:r>
        <w:t>دوسرا مولانا کا سارا لٹریچر انسان فوکس ہے یعنی فرد فوکس ہے۔ تو اپنے لیے معرفت، دوسروں کے لیے ابلاغ قرآن یعنی ماسک میں ہم جو کام کریں گے وہ قرآن پہنچائیں گے۔</w:t>
      </w:r>
    </w:p>
    <w:p>
      <w:r>
        <w:rPr>
          <w:b/>
        </w:rPr>
        <w:t xml:space="preserve">[1:06:26] </w:t>
      </w:r>
      <w:r>
        <w:t>ji aur apne liye Maulana ki kitabein jitna ho sake parhenge taake in kitabon ko parhne ki wajah se aap ki shakhsiyat banegi. is mein kya aap ko apne aap ko jo hai na izafa iman ka kaam karna hai, yeh sari cheezein is mein maujood hain.</w:t>
      </w:r>
    </w:p>
    <w:p>
      <w:pPr>
        <w:jc w:val="right"/>
      </w:pPr>
      <w:r>
        <w:t>جی اور اپنے لیے مولانا کی کتابیں جتنا ہو سکے پڑھیں گے تاکہ ان کتابوں کو پڑھنے کی وجہ سے آپ کی شخصیت بنے گی۔ اس میں کیا آپ کو اپنے آپ کو جو ہے نا اضافہ ایمان کا کام کرنا ہے، یہ ساری چیزیں اس میں موجود ہیں۔</w:t>
      </w:r>
    </w:p>
    <w:p>
      <w:r>
        <w:rPr>
          <w:b/>
        </w:rPr>
        <w:t xml:space="preserve">[1:06:39] </w:t>
      </w:r>
      <w:r>
        <w:t>to allah taala se dua hai ke allah taala hum ko</w:t>
      </w:r>
    </w:p>
    <w:p>
      <w:pPr>
        <w:jc w:val="right"/>
      </w:pPr>
      <w:r>
        <w:t>تو اللہ تعالی سے دعا ہے کہ اللہ تعالی ہم کو</w:t>
      </w:r>
    </w:p>
    <w:p>
      <w:r>
        <w:rPr>
          <w:b/>
        </w:rPr>
        <w:t xml:space="preserve">[1:06:42] </w:t>
      </w:r>
      <w:r>
        <w:t>amal karne ki tofeeq ata farmaye. bahut bahut shukriya molana syed iqbal umri, molana khateeb asrar umri. aaj aap ne bahut achhe se ah cps alrisala mission aur molana wahiduddin khan sahab ke thoughts ko wazeh kiya.</w:t>
      </w:r>
    </w:p>
    <w:p>
      <w:pPr>
        <w:jc w:val="right"/>
      </w:pPr>
      <w:r>
        <w:t>عمل کرنے کی توفیق عطا فرمائے۔ بہت بہت شکریہ مولانا سید اقبال عمری، مولانا خطیب اسرار عمری۔ آج آپ نے بہت اچھے سے اہ سی پی ایس الرسالہ مشن اور مولانا وحید الدین خان صاحب کے تھاٹس کو واضح کیا۔</w:t>
      </w:r>
    </w:p>
    <w:p>
      <w:r>
        <w:rPr>
          <w:b/>
        </w:rPr>
        <w:t xml:space="preserve">[1:06:58] </w:t>
      </w:r>
      <w:r>
        <w:t>jazak allah. a</w:t>
      </w:r>
    </w:p>
    <w:p>
      <w:pPr>
        <w:jc w:val="right"/>
      </w:pPr>
      <w:r>
        <w:t>جزاک اللہ۔ ا</w:t>
      </w:r>
    </w:p>
    <w:p>
      <w:r>
        <w:rPr>
          <w:b/>
        </w:rPr>
        <w:t xml:space="preserve">[1:07:00] </w:t>
      </w:r>
      <w:r>
        <w:t>h agar aap dayen hain aur ulma hain aur aap cps alrisala ulma team ko join karna chahte hain to aap apni puri details contact ke sath zarur likhen at info@cpsglobal.org.</w:t>
      </w:r>
    </w:p>
    <w:p>
      <w:pPr>
        <w:jc w:val="right"/>
      </w:pPr>
      <w:r>
        <w:t>ہ اگر آپ دائیں ہیں اور علماء ہیں اور آپ سی پی ایس الرسالہ علماء ٹیم کو جوائن کرنا چاہتے ہیں تو آپ اپنی پوری ڈیٹیلز کانٹیکٹ کے ساتھ ضرور لکھیں ایٹ info@cpsglobal.org۔</w:t>
      </w:r>
    </w:p>
    <w:p>
      <w:r>
        <w:rPr>
          <w:b/>
        </w:rPr>
        <w:t xml:space="preserve">[1:07:16] </w:t>
      </w:r>
      <w:r>
        <w:t>i will repeat info at cpsglobal.org. hamari team aap ko zarur contact karegi.</w:t>
      </w:r>
    </w:p>
    <w:p>
      <w:pPr>
        <w:jc w:val="right"/>
      </w:pPr>
      <w:r>
        <w:t>آئی ویل ریپیٹ آئی این ایف او ایٹ سی پی ایس گلوبل ڈاٹ او آر جی۔ ہماری ٹیم آپ کو ضرور کانٹیکٹ کریں گی۔</w:t>
      </w:r>
    </w:p>
    <w:p>
      <w:r>
        <w:rPr>
          <w:b/>
        </w:rPr>
        <w:t xml:space="preserve">[1:07:26] </w:t>
      </w:r>
      <w:r>
        <w:t>ah to aaj ka session khatm karne se pehle ek aur bahut ah ah important announcement hai. ah jise ah announce karte hue mujhe behad khushi ho rahi hai.</w:t>
      </w:r>
    </w:p>
    <w:p>
      <w:pPr>
        <w:jc w:val="right"/>
      </w:pPr>
      <w:r>
        <w:t>اہ تو آج کا سیشن ختم کرنے سے پہلے ایک اور بہت اہ اہ امپورٹنٹ اناؤنسمنٹ ہے۔ اہ جسے اہ اناؤنس کرتے ہوئے مجھے بے حد خوشی ہو رہی ہے۔</w:t>
      </w:r>
    </w:p>
    <w:p>
      <w:r>
        <w:rPr>
          <w:b/>
        </w:rPr>
        <w:t xml:space="preserve">[1:07:36] </w:t>
      </w:r>
      <w:r>
        <w:t>jaisa ke molana asrar sahab aur molana iqbal sahab ne bhi bataya ke kis tarah molana ke literature ko tamil mein laya ja raha hai,</w:t>
      </w:r>
    </w:p>
    <w:p>
      <w:pPr>
        <w:jc w:val="right"/>
      </w:pPr>
      <w:r>
        <w:t>جیسا کہ مولانا اسرار صاحب اور مولانا اقبال صاحب نے بھی بتایا کہ کس طرح مولانا کے لٹریچر کو تمل میں لایا جا رہا ہے،</w:t>
      </w:r>
    </w:p>
    <w:p>
      <w:r>
        <w:rPr>
          <w:b/>
        </w:rPr>
        <w:t xml:space="preserve">[1:07:45] </w:t>
      </w:r>
      <w:r>
        <w:t>isi tarah cps team members ah different ah parts of india and world mein wahi kaam kar rahe hain ke wo molana ke literature ko doosri zubanon mein le ke aa rahe hain.</w:t>
      </w:r>
    </w:p>
    <w:p>
      <w:pPr>
        <w:jc w:val="right"/>
      </w:pPr>
      <w:r>
        <w:t>اسی طریقے سے سی پی ایس ٹیم ممبرز اہ ڈفرنٹ اہ پارٹس آف انڈیا اینڈ ورلڈ میں وہی کام کر رہے ہیں کہ وہ مولانا کے لٹریچر کو دوسری زبانوں میں لے کے آ رہے ہیں۔</w:t>
      </w:r>
    </w:p>
    <w:p>
      <w:r>
        <w:rPr>
          <w:b/>
        </w:rPr>
        <w:t xml:space="preserve">[1:07:57] </w:t>
      </w:r>
      <w:r>
        <w:t>haal hi mein telugu zuban mein molana ka kafi literature translate ho chuka hai aur aaj hum usi ko launch karne ja rahe hain.</w:t>
      </w:r>
    </w:p>
    <w:p>
      <w:pPr>
        <w:jc w:val="right"/>
      </w:pPr>
      <w:r>
        <w:t>حال ہی میں تیلگو زبان میں مولانا کا کافی لٹریچر ٹرانسلیٹ ہو چکا ہے اور آج ہم اسی کو لانچ کرنے جا رہے ہیں۔</w:t>
      </w:r>
    </w:p>
    <w:p>
      <w:r>
        <w:rPr>
          <w:b/>
        </w:rPr>
        <w:t xml:space="preserve">[1:08:05] </w:t>
      </w:r>
      <w:r>
        <w:t>yeh molana ki taqreeban ah 22 kitaben aur 11 leaflets telugu zuban mein translate ho chuki hain jis ko hum cps ah website pe upload kar chuke hain.</w:t>
      </w:r>
    </w:p>
    <w:p>
      <w:pPr>
        <w:jc w:val="right"/>
      </w:pPr>
      <w:r>
        <w:t>یہ مولانا کی تقریباً اہ 22 کتابیں اور 11 لیفلیٹس تیلگو زبان میں ٹرانسلیٹ ہو چکی ہیں جس کو ہم سی پی ایس اہ ویب سائٹ پہ اپلوڈ کر چکے ہیں۔</w:t>
      </w:r>
    </w:p>
    <w:p>
      <w:r>
        <w:rPr>
          <w:b/>
        </w:rPr>
        <w:t xml:space="preserve">[1:08:18] </w:t>
      </w:r>
      <w:r>
        <w:t>ah yeh kaam ah andhra aur telangana cps team ne kiya hai under the supervision of molana fayyaz uddin umri sahab.</w:t>
      </w:r>
    </w:p>
    <w:p>
      <w:pPr>
        <w:jc w:val="right"/>
      </w:pPr>
      <w:r>
        <w:t>اہ یہ کام اہ اندھرا اور تیلنگانا سی پی ایس ٹیم نے کیا ہے انڈر دا سپرویژن آف مولانا فیوض فیاض الدین عمری صاحب۔</w:t>
      </w:r>
    </w:p>
    <w:p>
      <w:r>
        <w:rPr>
          <w:b/>
        </w:rPr>
        <w:t xml:space="preserve">[1:08:28] </w:t>
      </w:r>
      <w:r>
        <w:t>ah to main chahunga ke doctor saniya hasnain khan sahab ah is ko launch karen.</w:t>
      </w:r>
    </w:p>
    <w:p>
      <w:pPr>
        <w:jc w:val="right"/>
      </w:pPr>
      <w:r>
        <w:t>اہ تو میں چاہوں گا کہ ڈاکٹر ثانیہ حسنین خان صاحب اہ اس کو لانچ کریں۔</w:t>
      </w:r>
    </w:p>
    <w:p>
      <w:r>
        <w:rPr>
          <w:b/>
        </w:rPr>
        <w:t xml:space="preserve">[1:08:51] </w:t>
      </w:r>
      <w:r>
        <w:t>bismillah rahman rahim. ah mujhe bahut hi khushi ho rahi hai yeh leaflets aur pamphlets ah launch karte hue.</w:t>
      </w:r>
    </w:p>
    <w:p>
      <w:pPr>
        <w:jc w:val="right"/>
      </w:pPr>
      <w:r>
        <w:t>بسم اللہ الرحمن الرحیم۔ اہ مجھے بہت ہی خوشی ہو رہی ہے یہ لیفلیٹس اور پیمفلیٹس اہ لانچ کرتے ہوئے۔</w:t>
      </w:r>
    </w:p>
    <w:p>
      <w:r>
        <w:rPr>
          <w:b/>
        </w:rPr>
        <w:t xml:space="preserve">[1:09:02] </w:t>
      </w:r>
      <w:r>
        <w:t>jaisa ke doctor rajat bhallotara ne abhi bataya ke south india mein ah jo languages hain us pe kaam ho raha hai.</w:t>
      </w:r>
    </w:p>
    <w:p>
      <w:pPr>
        <w:jc w:val="right"/>
      </w:pPr>
      <w:r>
        <w:t>جیسے کہ ڈاکٹر رجت بلھوترا نے ابھی بتایا کہ ساؤتھ انڈیا میں اہ جو لینگویجز ہیں اس پہ کام ہو رہا ہے۔</w:t>
      </w:r>
    </w:p>
    <w:p>
      <w:r>
        <w:rPr>
          <w:b/>
        </w:rPr>
        <w:t xml:space="preserve">[1:09:11] </w:t>
      </w:r>
      <w:r>
        <w:t>molana ki kitaben, kitabeh, leaflets is mein translate ho rahi hain.</w:t>
      </w:r>
    </w:p>
    <w:p>
      <w:pPr>
        <w:jc w:val="right"/>
      </w:pPr>
      <w:r>
        <w:t>مولانا کی کتابیں، کتابچے، لیفلیٹس اس میں ٹرانسلیٹ ہو رہی ہیں۔</w:t>
      </w:r>
    </w:p>
    <w:p>
      <w:r>
        <w:rPr>
          <w:b/>
        </w:rPr>
        <w:t xml:space="preserve">[1:09:17] </w:t>
      </w:r>
      <w:r>
        <w:t>bahut hi zarurat thi is ki chunke south india mein log zahir hai apni language hi padhte hain. tamil mein abhi kaam hua hai jaisa bataya asrar sahab ne aur molana iqbal umri sahab ne.</w:t>
      </w:r>
    </w:p>
    <w:p>
      <w:pPr>
        <w:jc w:val="right"/>
      </w:pPr>
      <w:r>
        <w:t>بہت ہی ضرورت تھی اس کی چونکہ ساؤتھ انڈیا میں لوگ ظاہر ہے اپنی لینگویج ہی پڑھتے ہیں۔ تمل میں ابھی کام ہوا ہے جیسا بتایا اسرار صاحب نے اور مولانا اقبال عمری صاحب نے۔</w:t>
      </w:r>
    </w:p>
    <w:p>
      <w:r>
        <w:rPr>
          <w:b/>
        </w:rPr>
        <w:t xml:space="preserve">[1:09:31] </w:t>
      </w:r>
      <w:r>
        <w:t>to yeh jo leaflets hain yeh kafi hain. ah taqreeban ah 22 leaflets hain aur 11 leaflets, 22, 11 leaflets hain aur 22 booklets hain.</w:t>
      </w:r>
    </w:p>
    <w:p>
      <w:pPr>
        <w:jc w:val="right"/>
      </w:pPr>
      <w:r>
        <w:t>تو یہ جو لیفلیٹس ہیں یہ کافی ہیں۔ اہ تقریباً اہ 22 لیفلیٹس ہیں اور 11 لیفلیٹس، 22، 11 لیفلیٹس ہیں اور 22 بکلیٹس ہیں۔</w:t>
      </w:r>
    </w:p>
    <w:p>
      <w:r>
        <w:rPr>
          <w:b/>
        </w:rPr>
        <w:t xml:space="preserve">[1:09:45] </w:t>
      </w:r>
      <w:r>
        <w:t>ji jo ke molana ke kafi had tak jo thoughts hain us pe cover ho jate hain aur is ko ah siraj ur rahman umri sahab ne ah is mein bahut bada hissa liya hai aur jo log is ke translators hain un ke naam hain ah muhammad aziz ur rahman sahab, ghous morya sahab, muhammad aqeel ali sahab, muhammad qasim sahab aur mushtaq ahmed sahab.</w:t>
      </w:r>
    </w:p>
    <w:p>
      <w:pPr>
        <w:jc w:val="right"/>
      </w:pPr>
      <w:r>
        <w:t>جی جو کہ مولانا کے کافی حد تک جو تھاٹس ہیں اس پہ کور ہو جاتے ہیں اور اس کو اہ سراج الرحمن عمری صاحب نے اہ اس میں بہت بڑا حصہ لیا ہے اور جو لوگ اس کے ٹرانسلیٹرز ہیں ان کے نام ہیں اہ محمد عزیز الرحمن صاحب، غوث موریہ صاحب، محمد عاقل علی صاحب، محمد قاسم صاحب اور مشتاق احمد صاحب۔</w:t>
      </w:r>
    </w:p>
    <w:p>
      <w:r>
        <w:rPr>
          <w:b/>
        </w:rPr>
        <w:t xml:space="preserve">[1:10:13] </w:t>
      </w:r>
      <w:r>
        <w:t>to main dua karta hoon allah taala in sab logon ko ajr e azeem ata farmaye aur is ki bahut zarurat hai ke wahan par molana ke thoughts ah pahunchaye jayen aur alhamdulillah yeh ek kaam bahut achha shuru hua hai.</w:t>
      </w:r>
    </w:p>
    <w:p>
      <w:pPr>
        <w:jc w:val="right"/>
      </w:pPr>
      <w:r>
        <w:t>تو میں دعا کرتا ہوں اللہ تعالی ان سب لوگوں کو اجر عظیم عطا فرمائے اور اس کی بہت ضرورت ہے کہ وہاں پر مولانا کے تھاٹس اہ پہنچائے جائیں اور الحمدللہ یہ ایک کام بہت اچھا شروع ہوا ہے۔</w:t>
      </w:r>
    </w:p>
    <w:p>
      <w:r>
        <w:rPr>
          <w:b/>
        </w:rPr>
        <w:t xml:space="preserve">[1:10:28] </w:t>
      </w:r>
      <w:r>
        <w:t>inshallah is se bahut hi ah faida pahunchega. achha</w:t>
      </w:r>
    </w:p>
    <w:p>
      <w:pPr>
        <w:jc w:val="right"/>
      </w:pPr>
      <w:r>
        <w:t>انشاءاللہ اس سے بہت ہی اہ فائدہ پہنچے گا۔ اچھا</w:t>
      </w:r>
    </w:p>
    <w:p>
      <w:r>
        <w:rPr>
          <w:b/>
        </w:rPr>
        <w:t xml:space="preserve">[1:10:33] </w:t>
      </w:r>
      <w:r>
        <w:t>ah jazak allah doctor sahab. ah is ah booklets aur leaflets ka jo link hai woh aaj ke talk ke comment section mein bhi post kar diya gaya hai.</w:t>
      </w:r>
    </w:p>
    <w:p>
      <w:pPr>
        <w:jc w:val="right"/>
      </w:pPr>
      <w:r>
        <w:t>اہ جزاک اللہ ڈاکٹر صاحب۔ اہ اس اہ بکلیٹس اور لیفلیٹس کا جو لنک ہے وہ آج کے ٹاک کے کمنٹ سیکشن میں بھی پوسٹ کر دیا گیا ہے۔</w:t>
      </w:r>
    </w:p>
    <w:p>
      <w:r>
        <w:rPr>
          <w:b/>
        </w:rPr>
        <w:t xml:space="preserve">[1:10:43] </w:t>
      </w:r>
      <w:r>
        <w:t>to aaj ka session hum yahin khatm karte hain. hum phir lotenge. ah achha sir, i am sorry, ah ek aur launch hai aaj. ah urdu alrisala by monthly ko bhi main doctor sahab se kahunga ke woh is ko bhi launch karen.</w:t>
      </w:r>
    </w:p>
    <w:p>
      <w:pPr>
        <w:jc w:val="right"/>
      </w:pPr>
      <w:r>
        <w:t>تو آج کا سیشن ہم یہیں ختم کرتے ہیں۔ ہم پھر لوٹیں گے۔ اہ اچھا سر، آئی ایم سوری، اہ ایک اور لانچ ہے آج۔ اہ اردو الرسالہ بائی منتھلی کو بھی میں ڈاکٹر صاحب سے کہوں گا کہ وہ اس کو بھی لانچ کریں۔</w:t>
      </w:r>
    </w:p>
    <w:p>
      <w:r>
        <w:rPr>
          <w:b/>
        </w:rPr>
        <w:t xml:space="preserve">[1:11:03] </w:t>
      </w:r>
      <w:r>
        <w:t>yeh ah alrisala ka special issue hai, khusoosi shumarah "shukr ek azeem ibadat". to is mein bahut hi achhe mazameen hain.</w:t>
      </w:r>
    </w:p>
    <w:p>
      <w:pPr>
        <w:jc w:val="right"/>
      </w:pPr>
      <w:r>
        <w:t>یہ اہ الرسالہ کا اسپیشل ایشو ہے، خصوصی شمارہ "شکر ایک عظیم عبادت"۔ تو اس میں بہت ہی اچھے مضامین ہیں۔</w:t>
      </w:r>
    </w:p>
    <w:p>
      <w:r>
        <w:rPr>
          <w:b/>
        </w:rPr>
        <w:t xml:space="preserve">[1:11:13] </w:t>
      </w:r>
      <w:r>
        <w:t>main aise hi abhi sarsari taur par dekh raha tha chunke molana ka yeh bahut hi mehboob topic hai "shukr" aur is mein ek mazmoon jo main aap ko padh ke suna sunata hoon, us se pata chalega ke is is mein mazameen kis tarah ke hain.</w:t>
      </w:r>
    </w:p>
    <w:p>
      <w:pPr>
        <w:jc w:val="right"/>
      </w:pPr>
      <w:r>
        <w:t>میں ایسے ہی ابھی سرسری طور پر دیکھ رہا تھا چونکہ مولانا کا یہ بہت ہی محبوب ٹاپک ہے "شکر" اور اس میں ایک مضمون جو میں آپ کو پڑھ کے سنا سناتا ہوں، اس سے پتہ چلے گا کہ اس اس میں مضامین کس طرح کے ہیں۔</w:t>
      </w:r>
    </w:p>
    <w:p>
      <w:r>
        <w:rPr>
          <w:b/>
        </w:rPr>
        <w:t xml:space="preserve">[1:11:31] </w:t>
      </w:r>
      <w:r>
        <w:t>is ka jo is ki jo heading hai woh hai "shukr na ke shikayat". is mein do waqeat hain balke teen hain, main do leta hoon. ah is ko main padh raha hoon.</w:t>
      </w:r>
    </w:p>
    <w:p>
      <w:pPr>
        <w:jc w:val="right"/>
      </w:pPr>
      <w:r>
        <w:t>اس کا جو اس کی جو ہیڈنگ ہے وہ ہے "شکر نہ کہ شکایت"۔ اس میں دو واقعات ہیں بلکہ تین ہیں، میں دو لیتا ہوں۔ اہ اس کو میں پڑھ رہا ہوں۔</w:t>
      </w:r>
    </w:p>
    <w:p>
      <w:r>
        <w:rPr>
          <w:b/>
        </w:rPr>
        <w:t xml:space="preserve">[1:11:43] </w:t>
      </w:r>
      <w:r>
        <w:t>paanch sitambar 2003 ko juma ka din tha. maine nizamuddin ki kala masjid mein namaz a</w:t>
      </w:r>
    </w:p>
    <w:p>
      <w:pPr>
        <w:jc w:val="right"/>
      </w:pPr>
      <w:r>
        <w:t>پانچ ستمبر 2003 کو جمعہ کا دن تھا۔ میں نے نظام الدین کی کلا مسجد میں نماز ا</w:t>
      </w:r>
    </w:p>
    <w:p>
      <w:r>
        <w:rPr>
          <w:b/>
        </w:rPr>
        <w:t xml:space="preserve">[1:11:52] </w:t>
      </w:r>
      <w:r>
        <w:t>da ki. imam sahib ne khutbe se pehle apni taqreer mein bataya ke 1947 mein yeh masjid kuch hinduo ke kabze mein chali gayi thi.</w:t>
      </w:r>
    </w:p>
    <w:p>
      <w:pPr>
        <w:jc w:val="right"/>
      </w:pPr>
      <w:r>
        <w:t>دا کی۔ امام صاحب نے خطبہ سے پہلے اپنی تقریر میں بتایا کہ 1947 میں یہ مسجد کچھ ہندوؤں کے قبضے میں چلی گئی تھی۔</w:t>
      </w:r>
    </w:p>
    <w:p>
      <w:r>
        <w:rPr>
          <w:b/>
        </w:rPr>
        <w:t xml:space="preserve">[1:12:02] </w:t>
      </w:r>
      <w:r>
        <w:t>hum ne dobara chuki yahan se sab log chale gaye the to woh jis ko bhi ah woh abad thi nahi masjid to log aa ke rehne lage aur gaaye bhains paalne lage.</w:t>
      </w:r>
    </w:p>
    <w:p>
      <w:pPr>
        <w:jc w:val="right"/>
      </w:pPr>
      <w:r>
        <w:t>ہم نے دوبارہ چونکہ یہاں سے سب لوگ چلے گئے تھے تو وہ جس کو بھی اہ وہ آباد تھی نہیں مسجد تو لوگ آ کے رہنے لگے اور گائے بھینس پالنے لگے۔</w:t>
      </w:r>
    </w:p>
    <w:p>
      <w:r>
        <w:rPr>
          <w:b/>
        </w:rPr>
        <w:t xml:space="preserve">[1:12:14] </w:t>
      </w:r>
      <w:r>
        <w:t>to yeh qareeb hi hai hamare yahan se center se bilkul paas mein yeh masjid hai. maine bhi is ko dekha hai bilkul shuru se.</w:t>
      </w:r>
    </w:p>
    <w:p>
      <w:pPr>
        <w:jc w:val="right"/>
      </w:pPr>
      <w:r>
        <w:t>تو یہ قریب ہی ہے ہمارے یہاں سے سینٹر سے بالکل پاس میں یہ مسجد ہے۔ میں نے بھی اس کو دیکھا ہے بالکل شروع سے۔</w:t>
      </w:r>
    </w:p>
    <w:p>
      <w:r>
        <w:rPr>
          <w:b/>
        </w:rPr>
        <w:t xml:space="preserve">[1:12:21] </w:t>
      </w:r>
      <w:r>
        <w:t>to maulana likhte hain ke imam sahib ne bataya ke hum ne dobara kabza kar ke is ko abad karna chaha to police case ban gaya aur adalti karrawai ki nobat aa gayi.</w:t>
      </w:r>
    </w:p>
    <w:p>
      <w:pPr>
        <w:jc w:val="right"/>
      </w:pPr>
      <w:r>
        <w:t>تو مولانا لکھتے ہیں کہ امام صاحب نے بتایا کہ ہم نے دوبارہ قبضہ کر کے اس کو آباد کرنا چاہا تو پولیس کیس بن گیا اور عدالتی کارروائی کی نوبت آگئی۔</w:t>
      </w:r>
    </w:p>
    <w:p>
      <w:r>
        <w:rPr>
          <w:b/>
        </w:rPr>
        <w:t xml:space="preserve">[1:12:34] </w:t>
      </w:r>
      <w:r>
        <w:t>adalaat ke samne yeh sawal tha ke kya 15 august 1947 se pehle yeh imarat ek masjid thi aur woh masjid ke taur par istemal hoti thi?</w:t>
      </w:r>
    </w:p>
    <w:p>
      <w:pPr>
        <w:jc w:val="right"/>
      </w:pPr>
      <w:r>
        <w:t>عدالت کے سامنے یہ سوال تھا کہ کیا 15 اگست 1947 سے پہلے یہ عمارت ایک مسجد تھی اور وہ مسجد کے طور پر استعمال ہوتی تھی؟</w:t>
      </w:r>
    </w:p>
    <w:p>
      <w:r>
        <w:rPr>
          <w:b/>
        </w:rPr>
        <w:t xml:space="preserve">[1:12:46] </w:t>
      </w:r>
      <w:r>
        <w:t>to hindu judge ne teen aadmiyo ki gawahi par masjid ke haq mein apna faisla kar diya. yeh teeno deli ke teen hindu the.</w:t>
      </w:r>
    </w:p>
    <w:p>
      <w:pPr>
        <w:jc w:val="right"/>
      </w:pPr>
      <w:r>
        <w:t>تو ہندو جج نے تین آدمیوں کی گواہی پر مسجد کے حق میں اپنا فیصلہ کر دیا۔ یہ تینوں دلی کے تین ہندو تھے۔</w:t>
      </w:r>
    </w:p>
    <w:p>
      <w:r>
        <w:rPr>
          <w:b/>
        </w:rPr>
        <w:t xml:space="preserve">[1:12:55] </w:t>
      </w:r>
      <w:r>
        <w:t>in mein se ek brahman tha, doosra baniya tha aur teesra harijan tha. kala masjid taqreeban aath so saal pehle tughlaq daur mein banai gayi thi.</w:t>
      </w:r>
    </w:p>
    <w:p>
      <w:pPr>
        <w:jc w:val="right"/>
      </w:pPr>
      <w:r>
        <w:t>ان میں سے ایک برہمن تھا، دوسرا بنیا تھا اور تیسرا ہریجن تھا۔ کلا مسجد تقریباً آٹھ سو سال پہلے تغلق دور میں بنائی گئی تھی۔</w:t>
      </w:r>
    </w:p>
    <w:p>
      <w:r>
        <w:rPr>
          <w:b/>
        </w:rPr>
        <w:t xml:space="preserve">[1:13:06] </w:t>
      </w:r>
      <w:r>
        <w:t>mein 1983 se is masjid mein namaz padhta raha hoon.</w:t>
      </w:r>
    </w:p>
    <w:p>
      <w:pPr>
        <w:jc w:val="right"/>
      </w:pPr>
      <w:r>
        <w:t>میں 1983 سے اس مسجد میں نماز پڑھتا رہا ہوں۔</w:t>
      </w:r>
    </w:p>
    <w:p>
      <w:r>
        <w:rPr>
          <w:b/>
        </w:rPr>
        <w:t xml:space="preserve">[1:13:11] </w:t>
      </w:r>
      <w:r>
        <w:t>pehle yeh masjid taqreeban khaddar ki halat mein thi. ab yahan masjid ki shandar imarat khadi hui hai. yeh ek alamat hai jo batati hai ke is mulk mein millat musalma ka mustaqbil din bad din behtar halat ki taraf ja raha hai.</w:t>
      </w:r>
    </w:p>
    <w:p>
      <w:pPr>
        <w:jc w:val="right"/>
      </w:pPr>
      <w:r>
        <w:t>پہلے یہ مسجد تقریباً کھڈر کی حالت میں تھی۔ اب یہاں مسجد کی شاندار عمارت کھڑی ہوئی ہے۔ یہ ایک علامت ہے جو بتاتی ہے کہ اس ملک میں ملت مسلمہ کا مستقبل دن بدن بہتر حالت کی طرف جا رہا ہے۔</w:t>
      </w:r>
    </w:p>
    <w:p>
      <w:r>
        <w:rPr>
          <w:b/>
        </w:rPr>
        <w:t xml:space="preserve">[1:13:28] </w:t>
      </w:r>
      <w:r>
        <w:t>to is tarah ke bohat hi positive baatein is mein maulana ne likhi hain. ah aur ek aur waqea is mein likha hai jo ke hamare gaon se hai.</w:t>
      </w:r>
    </w:p>
    <w:p>
      <w:pPr>
        <w:jc w:val="right"/>
      </w:pPr>
      <w:r>
        <w:t>تو اس طرح کے بہت ہی پوزیٹیو باتیں اس میں مولانا نے لکھی ہیں۔ اہ اور ایک اور واقعہ اس میں لکھا ہے جو کہ ہمارے گاؤں سے ہے۔</w:t>
      </w:r>
    </w:p>
    <w:p>
      <w:r>
        <w:rPr>
          <w:b/>
        </w:rPr>
        <w:t xml:space="preserve">[1:13:38] </w:t>
      </w:r>
      <w:r>
        <w:t>ah azam garh se</w:t>
      </w:r>
    </w:p>
    <w:p>
      <w:pPr>
        <w:jc w:val="right"/>
      </w:pPr>
      <w:r>
        <w:t>اہ اعظم گڑھ سے</w:t>
      </w:r>
    </w:p>
    <w:p>
      <w:r>
        <w:rPr>
          <w:b/>
        </w:rPr>
        <w:t xml:space="preserve">[1:13:40] </w:t>
      </w:r>
      <w:r>
        <w:t>mujhe yaad aata hai ke chalis saal pehle chuki yeh likha hoga bohat pehle, ab to pachaas saath saal pehle ki baat hai. yeh to maulana likhte hain ke mujhe yaad aata hai ke chalis saal pehle main up mein apne aabai gaon badhdia zila azam garh mein rehta tha.</w:t>
      </w:r>
    </w:p>
    <w:p>
      <w:pPr>
        <w:jc w:val="right"/>
      </w:pPr>
      <w:r>
        <w:t>مجھے یاد آتا ہے کہ چالیس سال پہلے چونکہ یہ لکھا ہوگا بہت پہلے، اب تو پچاس ساٹھ سال پہلے کی بات ہے۔ یہ تو مولانا لکھتے ہیں کہ مجھے یاد آتا ہے کہ چالیس سال پہلے میں یو پی میں اپنے آبائی گاؤں بڑھڑیا ضلع اعظم گڑھ میں رہتا تھا۔</w:t>
      </w:r>
    </w:p>
    <w:p>
      <w:r>
        <w:rPr>
          <w:b/>
        </w:rPr>
        <w:t xml:space="preserve">[1:13:58] </w:t>
      </w:r>
      <w:r>
        <w:t>mere ghar ke qareeb ek masjid thi. yeh jo masjid thi yeh hamare ghar ka hi hissa tha lekin sadak paar kar ke thi. woh hamari jagah thi. abhi bhi woh masjid hai, bohat choti si.</w:t>
      </w:r>
    </w:p>
    <w:p>
      <w:pPr>
        <w:jc w:val="right"/>
      </w:pPr>
      <w:r>
        <w:t>میرے گھر کے قریب ایک مسجد تھی۔ یہ جو مسجد تھی یہ ہمارے گھر کا ہی حصہ تھا لیکن سڑک پار کر کے تھی۔ وہ ہماری جگہ تھی۔ ابھی بھی وہ مسجد ہے، بہت چھوٹی سی۔</w:t>
      </w:r>
    </w:p>
    <w:p>
      <w:r>
        <w:rPr>
          <w:b/>
        </w:rPr>
        <w:t xml:space="preserve">[1:14:09] </w:t>
      </w:r>
      <w:r>
        <w:t>to mere ghar ke qareeb ek masjid thi. is mein aksar aisa hota tha ke main muazzin hota tha aur main imam aur muqtadi yani koi wahan aata nahi tha.</w:t>
      </w:r>
    </w:p>
    <w:p>
      <w:pPr>
        <w:jc w:val="right"/>
      </w:pPr>
      <w:r>
        <w:t>تو میرے گھر کے قریب ایک مسجد تھی۔ اس میں اکثر ایسا ہوتا تھا کہ میں موذن ہوتا تھا اور میں امام اور مقتدی یعنی کوئی وہاں آتا نہیں تھا۔</w:t>
      </w:r>
    </w:p>
    <w:p>
      <w:r>
        <w:rPr>
          <w:b/>
        </w:rPr>
        <w:t xml:space="preserve">[1:14:18] </w:t>
      </w:r>
      <w:r>
        <w:t>sirf maulana ja ke azan dete the aur khud hi takbeer padhte the aur khud hi namaz padhate the yani akele hi namaz padhte the.</w:t>
      </w:r>
    </w:p>
    <w:p>
      <w:pPr>
        <w:jc w:val="right"/>
      </w:pPr>
      <w:r>
        <w:t>صرف مولانا جا کے اذان دیتے تھے اور خود ہی تکبیر پڑھتے تھے اور خود ہی نماز پڑھاتے تھے یعنی اکیلے ہی نماز پڑھتے تھے۔</w:t>
      </w:r>
    </w:p>
    <w:p>
      <w:r>
        <w:rPr>
          <w:b/>
        </w:rPr>
        <w:t xml:space="preserve">[1:14:28] </w:t>
      </w:r>
      <w:r>
        <w:t>khas taur pe isha ki namaz mujhe is tarah padhna hota tha ke main lalten le kar masjid jata jo gaon ke bahar kheton ke kinare waqe tha.</w:t>
      </w:r>
    </w:p>
    <w:p>
      <w:pPr>
        <w:jc w:val="right"/>
      </w:pPr>
      <w:r>
        <w:t>خاص طور پہ عشاء کی نماز مجھے اس طرح پڑھنا ہوتا تھا کہ میں لالٹین لے کر مسجد جاتا جو گاؤں کے باہر کھیتوں کے کنارے واقع تھی۔</w:t>
      </w:r>
    </w:p>
    <w:p>
      <w:r>
        <w:rPr>
          <w:b/>
        </w:rPr>
        <w:t xml:space="preserve">[1:14:39] </w:t>
      </w:r>
      <w:r>
        <w:t>raat ke sunsaan mahaul mein isha ki namaz padhna bada ajeeb tajurba tha. mujhe bhi maulana le jaya karte the. mujhe yaad hai main bohat chota tha, shayad teen char saal ka.</w:t>
      </w:r>
    </w:p>
    <w:p>
      <w:pPr>
        <w:jc w:val="right"/>
      </w:pPr>
      <w:r>
        <w:t>رات کے سنسان ماحول میں عشاء کی نماز پڑھنا بڑا عجیب تجربہ تھا۔ مجھے بھی مولانا لے جایا کرتے تھے۔ مجھے یاد ہے میں بہت چھوٹا تھا، شاید تین چار سال کا۔</w:t>
      </w:r>
    </w:p>
    <w:p>
      <w:r>
        <w:rPr>
          <w:b/>
        </w:rPr>
        <w:t xml:space="preserve">[1:14:51] </w:t>
      </w:r>
      <w:r>
        <w:t>to baitha dete the aur namaz padhte the. baad mein jab namaz khatam ho jati thi to meri gardan pakad ke ek do sajda kara dete the. aise to is tarah se shuruaat hui meri namaz ki.</w:t>
      </w:r>
    </w:p>
    <w:p>
      <w:pPr>
        <w:jc w:val="right"/>
      </w:pPr>
      <w:r>
        <w:t>تو بیٹھا دیتے تھے اور نماز پڑھتے تھے۔ بعد میں جب نماز ختم ہو جاتی تھی تو میری گردن پکڑ کے ایک دو سجدہ کرا دیتے تھے۔ ایسے تو اس طریقے سے شروعات ہوئی میری نماز کی۔</w:t>
      </w:r>
    </w:p>
    <w:p>
      <w:r>
        <w:rPr>
          <w:b/>
        </w:rPr>
        <w:t xml:space="preserve">[1:15:02] </w:t>
      </w:r>
      <w:r>
        <w:t>to us waqt wahan mere sath koi aur namazi nahi hota tha. main khud hi azan deta, khud hi takbeer keh kar jamaat ke taur par namaz ada karta aur phir lalten le kar wapas ghar aa jata.</w:t>
      </w:r>
    </w:p>
    <w:p>
      <w:pPr>
        <w:jc w:val="right"/>
      </w:pPr>
      <w:r>
        <w:t>تو اس وقت وہاں میرے ساتھ کوئی اور نمازی نہیں ہوتا تھا۔ میں خود ہی اذان دیتا، خود ہی تکبیر کہہ کر جماعت کے طور پر نماز ادا کرتا اور پھر لالٹین لے کر واپس گھر آ جاتا۔</w:t>
      </w:r>
    </w:p>
    <w:p>
      <w:r>
        <w:rPr>
          <w:b/>
        </w:rPr>
        <w:t xml:space="preserve">[1:15:16] </w:t>
      </w:r>
      <w:r>
        <w:t>magar ab chalis saal ke baad masjid samet yeh poori jagah nihayat baronaq ho gayi hai. ab wahan masjid se mutasir sadak guzar rahi hai, bijli aur telephone aa chuka hai.</w:t>
      </w:r>
    </w:p>
    <w:p>
      <w:pPr>
        <w:jc w:val="right"/>
      </w:pPr>
      <w:r>
        <w:t>مگر اب چالیس سال کے بعد مسجد سمیت یہ پوری جگہ نہایت بارونق ہو گئی ہے۔ اب وہاں مسجد سے متاثر سڑک گزر رہی ہے، بجلی اور ٹیلی فون آ چکا ہے۔</w:t>
      </w:r>
    </w:p>
    <w:p>
      <w:r>
        <w:rPr>
          <w:b/>
        </w:rPr>
        <w:t xml:space="preserve">[1:15:27] </w:t>
      </w:r>
      <w:r>
        <w:t>masjid ke bilkul samne ek mayari school qaim ho gaya hai.</w:t>
      </w:r>
    </w:p>
    <w:p>
      <w:pPr>
        <w:jc w:val="right"/>
      </w:pPr>
      <w:r>
        <w:t>مسجد کے بالکل سامنے ایک معیاری اسکول قائم ہو گیا ہے۔</w:t>
      </w:r>
    </w:p>
    <w:p>
      <w:r>
        <w:rPr>
          <w:b/>
        </w:rPr>
        <w:t xml:space="preserve">[1:15:31] </w:t>
      </w:r>
      <w:r>
        <w:t>ab yahan raat din chahal pehal rehti hai. is qism ke waqeyat har jagah pesh aa rahe hain. in waqeyat mein nihayat ummeed afza paigham chupa hua hai.</w:t>
      </w:r>
    </w:p>
    <w:p>
      <w:pPr>
        <w:jc w:val="right"/>
      </w:pPr>
      <w:r>
        <w:t>اب یہاں رات دن چہل پہل رہتی ہے۔ اس قسم کے واقعات ہر جگہ پیش آ رہے ہیں۔ ان واقعات میں نہایت امید افزا پیغام چھپا ہوا ہے۔</w:t>
      </w:r>
    </w:p>
    <w:p>
      <w:r>
        <w:rPr>
          <w:b/>
        </w:rPr>
        <w:t xml:space="preserve">[1:15:41] </w:t>
      </w:r>
      <w:r>
        <w:t>magar ajeeb baat yeh hai ke maujooda zamane mein tamam musalman mazhabi aur ghair mazhabi dono shikayat ki boli bolte hain.</w:t>
      </w:r>
    </w:p>
    <w:p>
      <w:pPr>
        <w:jc w:val="right"/>
      </w:pPr>
      <w:r>
        <w:t>مگر عجیب بات یہ ہے کہ موجودہ زمانے میں تمام مسلمان مذہبی اور غیر مذہبی دونوں شکایت کی بولی بولتے ہیں۔</w:t>
      </w:r>
    </w:p>
    <w:p>
      <w:r>
        <w:rPr>
          <w:b/>
        </w:rPr>
        <w:t xml:space="preserve">[1:15:49] </w:t>
      </w:r>
      <w:r>
        <w:t>mujhe apne tajurbe mein poori muslim dunya mein koi shakhs nahi mila jo shikayat se khali ho aur haqeeqi taur par shukr ke jazbe se sarshar ho kar hamd culture ya misbat soch, positive soch mein jeeta ho.</w:t>
      </w:r>
    </w:p>
    <w:p>
      <w:pPr>
        <w:jc w:val="right"/>
      </w:pPr>
      <w:r>
        <w:t>مجھے اپنے تجربے میں پوری مسلم دنیا میں کوئی شخص نہیں ملا جو شکایت سے خالی ہو اور حقیقی طور پر شکر کے جذبے سے سرشار ہو کر حمد کلچر یا مثبت سوچ، پوزیٹیو سوچ میں جیتا ہو۔</w:t>
      </w:r>
    </w:p>
    <w:p>
      <w:r>
        <w:rPr>
          <w:b/>
        </w:rPr>
        <w:t xml:space="preserve">[1:16:04] </w:t>
      </w:r>
      <w:r>
        <w:t>to yeh bohat hi aham ah shumarah hai.</w:t>
      </w:r>
    </w:p>
    <w:p>
      <w:pPr>
        <w:jc w:val="right"/>
      </w:pPr>
      <w:r>
        <w:t>تو یہ بہت ہی اہم اہ شمارہ ہے۔</w:t>
      </w:r>
    </w:p>
    <w:p>
      <w:r>
        <w:rPr>
          <w:b/>
        </w:rPr>
        <w:t xml:space="preserve">[1:16:08] </w:t>
      </w:r>
      <w:r>
        <w:t>shukr aik azeem ibadat aur is mein Maulana ne is tarah ke bohat sare achhe mazameen jo likhe the woh ikattha ah kiye hain hum logon ne.</w:t>
      </w:r>
    </w:p>
    <w:p>
      <w:pPr>
        <w:jc w:val="right"/>
      </w:pPr>
      <w:r>
        <w:t>شکر ایک عظیم عبادت اور اس میں مولانا نے اس طرح کے بہت سارے اچھے مضامین جو لکھے تھے وہ اکٹھا اہ کیے ہیں ہم لوگوں نے۔</w:t>
      </w:r>
    </w:p>
    <w:p>
      <w:r>
        <w:rPr>
          <w:b/>
        </w:rPr>
        <w:t xml:space="preserve">[1:16:17] </w:t>
      </w:r>
      <w:r>
        <w:t>aur to mein chahunga ke aap sab is ko is ka mutala karen. bohat hi umda ah yeh ah khusoosi shumarah hai Al-Risalah ka.</w:t>
      </w:r>
    </w:p>
    <w:p>
      <w:pPr>
        <w:jc w:val="right"/>
      </w:pPr>
      <w:r>
        <w:t>اور تو میں چاہوں گا کہ آپ سب اس کو اس کا مطالعہ کریں۔ بہت ہی عمدہ اہ یہ اہ خصوصی شمارہ ہے الرسالہ کا۔</w:t>
      </w:r>
    </w:p>
    <w:p>
      <w:r>
        <w:rPr>
          <w:b/>
        </w:rPr>
        <w:t xml:space="preserve">[1:16:27] </w:t>
      </w:r>
      <w:r>
        <w:t>jazak Allah. ji, thank you doctor sahib. so aaj ka session hum khatam karte hain. hum phir lotenge agle Sunday saade das baje.</w:t>
      </w:r>
    </w:p>
    <w:p>
      <w:pPr>
        <w:jc w:val="right"/>
      </w:pPr>
      <w:r>
        <w:t>جزاک اللہ۔ جی، تھینک یو ڈاکٹر صاحب۔ سو آج کا سیشن ہم ختم کرتے ہیں۔ ہم پھر لوٹیں گے اگلے سنڈے ساڑھے دس بجے۔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