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Degeneration of Ummah October 16, 2016</w:t>
      </w:r>
    </w:p>
    <w:p>
      <w:r>
        <w:t>https://www.youtube.com/watch?v=W8nafLKMQes</w:t>
      </w:r>
    </w:p>
    <w:p>
      <w:r>
        <w:rPr>
          <w:b/>
        </w:rPr>
        <w:t xml:space="preserve">[00:14] </w:t>
      </w:r>
      <w:r>
        <w:t>bismillah hir rahman nir rahim, wa salli allah ala nabiyyil karim.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[00:17]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[00:23] </w:t>
      </w:r>
      <w:r>
        <w:t>16 october 2016.</w:t>
      </w:r>
    </w:p>
    <w:p>
      <w:pPr>
        <w:jc w:val="right"/>
      </w:pPr>
      <w:r>
        <w:t>16 اکتوبر 2016۔</w:t>
      </w:r>
    </w:p>
    <w:p>
      <w:r>
        <w:rPr>
          <w:b/>
        </w:rPr>
        <w:t xml:space="preserve">[00:24] </w:t>
      </w:r>
      <w:r>
        <w:t>jo log hadith ki kitabein padhte hain, woh jante hain ke hadith ki kitabon mein aam taur par</w:t>
      </w:r>
    </w:p>
    <w:p>
      <w:pPr>
        <w:jc w:val="right"/>
      </w:pPr>
      <w:r>
        <w:t>جو لوگ حدیث کی کتابیں پڑھتے ہیں، وہ جانتے ہیں کہ حدیث کی کتابوں میں عام طور پر</w:t>
      </w:r>
    </w:p>
    <w:p>
      <w:r>
        <w:rPr>
          <w:b/>
        </w:rPr>
        <w:t xml:space="preserve">[00:32] </w:t>
      </w:r>
      <w:r>
        <w:t>ek bab hota hai, use kehte hain kitab ul fitan, yani fitnon ka bab.</w:t>
      </w:r>
    </w:p>
    <w:p>
      <w:pPr>
        <w:jc w:val="right"/>
      </w:pPr>
      <w:r>
        <w:t>ایک باب ہوتا ہے، اسے کہتے ہیں کتاب الفتن، یعنی فطروں کا باب۔</w:t>
      </w:r>
    </w:p>
    <w:p>
      <w:r>
        <w:rPr>
          <w:b/>
        </w:rPr>
        <w:t xml:space="preserve">[00:38] </w:t>
      </w:r>
      <w:r>
        <w:t>to asal yeh hai ke rasool allah sallallahu alaihi wasallam ki hadisein jo hain, un mein bohat</w:t>
      </w:r>
    </w:p>
    <w:p>
      <w:pPr>
        <w:jc w:val="right"/>
      </w:pPr>
      <w:r>
        <w:t>تو اصل یہ ہے کہ رسول اللہ صلی اللہ علیہ وسلم کی حدیثیں جو ہیں، ان میں بہت</w:t>
      </w:r>
    </w:p>
    <w:p>
      <w:r>
        <w:rPr>
          <w:b/>
        </w:rPr>
        <w:t xml:space="preserve">[00:45] </w:t>
      </w:r>
      <w:r>
        <w:t>si hadisein aisi hain jo fitna ke zamane ke bare mein hain.</w:t>
      </w:r>
    </w:p>
    <w:p>
      <w:pPr>
        <w:jc w:val="right"/>
      </w:pPr>
      <w:r>
        <w:t>سی حدیثیں ایسی ہیں جو فتنہ کے زمانے کے بارے میں ہیں۔</w:t>
      </w:r>
    </w:p>
    <w:p>
      <w:r>
        <w:rPr>
          <w:b/>
        </w:rPr>
        <w:t xml:space="preserve">[00:51] </w:t>
      </w:r>
      <w:r>
        <w:t>yeh ek advance warning hai ke jab fitna aa jaye to musalman wahan kaise rahein, yeh bataya gaya</w:t>
      </w:r>
    </w:p>
    <w:p>
      <w:pPr>
        <w:jc w:val="right"/>
      </w:pPr>
      <w:r>
        <w:t>یہ ایک ایڈوانس وارننگ ہے کہ جب فتنہ آ جائے تو مسلمان وہاں کیسے رہیں، یہ بتایا گیا</w:t>
      </w:r>
    </w:p>
    <w:p>
      <w:r>
        <w:rPr>
          <w:b/>
        </w:rPr>
        <w:t xml:space="preserve">[00:58] </w:t>
      </w:r>
      <w:r>
        <w:t>ہے، یعنی advance warning regarding fitna.</w:t>
      </w:r>
    </w:p>
    <w:p>
      <w:pPr>
        <w:jc w:val="right"/>
      </w:pPr>
      <w:r>
        <w:t>ہے، یعنی ایڈوانس وارننگ ریگارڈنگ فتنہ۔</w:t>
      </w:r>
    </w:p>
    <w:p>
      <w:r>
        <w:rPr>
          <w:b/>
        </w:rPr>
        <w:t xml:space="preserve">[01:01] </w:t>
      </w:r>
      <w:r>
        <w:t>fitna ka tarjuma urdu mein bohat mushkil hai.</w:t>
      </w:r>
    </w:p>
    <w:p>
      <w:pPr>
        <w:jc w:val="right"/>
      </w:pPr>
      <w:r>
        <w:t>فتنہ کا ترجمہ اردو میں بہت مشکل ہے۔</w:t>
      </w:r>
    </w:p>
    <w:p>
      <w:r>
        <w:rPr>
          <w:b/>
        </w:rPr>
        <w:t xml:space="preserve">[01:04] </w:t>
      </w:r>
      <w:r>
        <w:t>fitna ka matlab yeh hai ke bigad ka zamana.</w:t>
      </w:r>
    </w:p>
    <w:p>
      <w:pPr>
        <w:jc w:val="right"/>
      </w:pPr>
      <w:r>
        <w:t>فتنہ کا مطلب یہ ہے کہ بگاڑ کا زمانہ۔</w:t>
      </w:r>
    </w:p>
    <w:p>
      <w:r>
        <w:rPr>
          <w:b/>
        </w:rPr>
        <w:t xml:space="preserve">[01:08] </w:t>
      </w:r>
      <w:r>
        <w:t>bigad ka zamana, yani woh zamana jab ke ummat mein zawal aa jayega, degeneration ho jayega</w:t>
      </w:r>
    </w:p>
    <w:p>
      <w:pPr>
        <w:jc w:val="right"/>
      </w:pPr>
      <w:r>
        <w:t>بگاڑ کا زمانہ، یعنی وہ زمانہ جب کہ امت میں زوال آ جائے گا، ڈی جنریشن ہو جائے</w:t>
      </w:r>
    </w:p>
    <w:p>
      <w:r>
        <w:rPr>
          <w:b/>
        </w:rPr>
        <w:t xml:space="preserve">[01:16] </w:t>
      </w:r>
      <w:r>
        <w:t>ga, is waqt kya hoga, musalman kis tarah rahen is zamane mein, is ke bare mein guidance di</w:t>
      </w:r>
    </w:p>
    <w:p>
      <w:pPr>
        <w:jc w:val="right"/>
      </w:pPr>
      <w:r>
        <w:t>گا، اس وقت کیا ہوگا، مسلمان کس طرح رہیں اس زمانے میں، اس کے بارے میں گائیڈنس دی</w:t>
      </w:r>
    </w:p>
    <w:p>
      <w:r>
        <w:rPr>
          <w:b/>
        </w:rPr>
        <w:t xml:space="preserve">[01:24] </w:t>
      </w:r>
      <w:r>
        <w:t>jati hai in hadithon mein, is ko kitab ul fitan mein jama karte hain.</w:t>
      </w:r>
    </w:p>
    <w:p>
      <w:pPr>
        <w:jc w:val="right"/>
      </w:pPr>
      <w:r>
        <w:t>جاتی ہے ان حدیثوں میں، اس کو کتاب الفتن میں جمع کرتے ہیں۔</w:t>
      </w:r>
    </w:p>
    <w:p>
      <w:r>
        <w:rPr>
          <w:b/>
        </w:rPr>
        <w:t xml:space="preserve">[01:29] </w:t>
      </w:r>
      <w:r>
        <w:t>to inhi mein se ek hadith is waqt mein aap ke samne rakhta hoon.</w:t>
      </w:r>
    </w:p>
    <w:p>
      <w:pPr>
        <w:jc w:val="right"/>
      </w:pPr>
      <w:r>
        <w:t>تو انہی میں سے ایک حدیث اس وقت میں آپ کے سامنے رکھتا ہوں۔</w:t>
      </w:r>
    </w:p>
    <w:p>
      <w:r>
        <w:rPr>
          <w:b/>
        </w:rPr>
        <w:t xml:space="preserve">[01:35] </w:t>
      </w:r>
      <w:r>
        <w:t>yeh hadith is bare mein hai ke zawal ke zamane mein, yani degeneration jab ho jayega</w:t>
      </w:r>
    </w:p>
    <w:p>
      <w:pPr>
        <w:jc w:val="right"/>
      </w:pPr>
      <w:r>
        <w:t>یہ حدیث اس بارے میں ہے کہ زوال کے زمانے میں، یعنی ڈی جنریشن جب ہو جائے گا</w:t>
      </w:r>
    </w:p>
    <w:p>
      <w:r>
        <w:rPr>
          <w:b/>
        </w:rPr>
        <w:t xml:space="preserve">[01:43] </w:t>
      </w:r>
      <w:r>
        <w:t>امت کا، اس زمانے میں مسلمان پچھلی امتوں کی imitation کریں گے، ان کی تقلید کریں گے، مثلاً</w:t>
      </w:r>
    </w:p>
    <w:p>
      <w:pPr>
        <w:jc w:val="right"/>
      </w:pPr>
      <w:r>
        <w:t>امت کا، اس زمانے میں مسلمان پچھلی امتوں کی ایمیٹیشن کریں گے، ان کی تقلید کریں گے، مثلاً</w:t>
      </w:r>
    </w:p>
    <w:p>
      <w:r>
        <w:rPr>
          <w:b/>
        </w:rPr>
        <w:t xml:space="preserve">[01:51] </w:t>
      </w:r>
      <w:r>
        <w:t>yahood ki.</w:t>
      </w:r>
    </w:p>
    <w:p>
      <w:pPr>
        <w:jc w:val="right"/>
      </w:pPr>
      <w:r>
        <w:t>یہود کی۔</w:t>
      </w:r>
    </w:p>
    <w:p>
      <w:r>
        <w:rPr>
          <w:b/>
        </w:rPr>
        <w:t xml:space="preserve">[01:52] </w:t>
      </w:r>
      <w:r>
        <w:t>yahood qadeem ki.</w:t>
      </w:r>
    </w:p>
    <w:p>
      <w:pPr>
        <w:jc w:val="right"/>
      </w:pPr>
      <w:r>
        <w:t>یہود قدیم کی۔</w:t>
      </w:r>
    </w:p>
    <w:p>
      <w:r>
        <w:rPr>
          <w:b/>
        </w:rPr>
        <w:t xml:space="preserve">[01:54] </w:t>
      </w:r>
      <w:r>
        <w:t>dekhen, yahood ke bare mein yeh samajh lijiye, ek hain qadeem zamane ke yahood, ek hain 21st sadi</w:t>
      </w:r>
    </w:p>
    <w:p>
      <w:pPr>
        <w:jc w:val="right"/>
      </w:pPr>
      <w:r>
        <w:t>دیکھیں، یہود کے بارے میں یہ سمجھ لیجیے، ایک ہیں قدیم زمانے کے یہود، ایک ہیں 21st صدی</w:t>
      </w:r>
    </w:p>
    <w:p>
      <w:r>
        <w:rPr>
          <w:b/>
        </w:rPr>
        <w:t xml:space="preserve">[02:01] </w:t>
      </w:r>
      <w:r>
        <w:t>ke yahood.</w:t>
      </w:r>
    </w:p>
    <w:p>
      <w:pPr>
        <w:jc w:val="right"/>
      </w:pPr>
      <w:r>
        <w:t>کے یہود۔</w:t>
      </w:r>
    </w:p>
    <w:p>
      <w:r>
        <w:rPr>
          <w:b/>
        </w:rPr>
        <w:t xml:space="preserve">[02:03] </w:t>
      </w:r>
      <w:r>
        <w:t>donon ek nahin hain, donon mein farq hai.</w:t>
      </w:r>
    </w:p>
    <w:p>
      <w:pPr>
        <w:jc w:val="right"/>
      </w:pPr>
      <w:r>
        <w:t>دونوں ایک نہیں ہیں، دونوں میں فرق ہے۔</w:t>
      </w:r>
    </w:p>
    <w:p>
      <w:r>
        <w:rPr>
          <w:b/>
        </w:rPr>
        <w:t xml:space="preserve">[02:06] </w:t>
      </w:r>
      <w:r>
        <w:t>to ek hadith is qism ki hai, yeh mein bukhari ke alfaaz padhta hoon aap ke samne, yeh</w:t>
      </w:r>
    </w:p>
    <w:p>
      <w:pPr>
        <w:jc w:val="right"/>
      </w:pPr>
      <w:r>
        <w:t>تو ایک حدیث اس قسم کی ہے، یہ میں بخاری کے الفاظ پڑھتا ہوں آپ کے سامنے، یہ</w:t>
      </w:r>
    </w:p>
    <w:p>
      <w:r>
        <w:rPr>
          <w:b/>
        </w:rPr>
        <w:t xml:space="preserve">[02:14] </w:t>
      </w:r>
      <w:r>
        <w:t>aksar kitabon mein yeh hadith aayi hai, sahih al bukhari ke alfaaz yeh hain ke "latatba'unna sunan man kan</w:t>
      </w:r>
    </w:p>
    <w:p>
      <w:pPr>
        <w:jc w:val="right"/>
      </w:pPr>
      <w:r>
        <w:t>اکثر کتابوں میں یہ حدیث آئی ہے، صحیح البخاری کے الفاظ یہ ہیں کہ "لتتبعن سنن من کان</w:t>
      </w:r>
    </w:p>
    <w:p>
      <w:r>
        <w:rPr>
          <w:b/>
        </w:rPr>
        <w:t xml:space="preserve">[02:22] </w:t>
      </w:r>
      <w:r>
        <w:t>qabalkum, shibran bishibr, wa zar'an bizara', hatta law dakhalu zoobba ra'bin ladakhaltumuh" .</w:t>
      </w:r>
    </w:p>
    <w:p>
      <w:pPr>
        <w:jc w:val="right"/>
      </w:pPr>
      <w:r>
        <w:t>قبلکم، شبرا بشبر، وزرعا بذرع، حتیٰ لو دخلوا زہر زبن لدخلتموہ" ۔</w:t>
      </w:r>
    </w:p>
    <w:p>
      <w:r>
        <w:rPr>
          <w:b/>
        </w:rPr>
        <w:t xml:space="preserve">[02:27] </w:t>
      </w:r>
      <w:r>
        <w:t>is ka tarjuma yeh hai ke tum zaroor follow karoge pichhli ummaton ko, yani qadeem zamane ke</w:t>
      </w:r>
    </w:p>
    <w:p>
      <w:pPr>
        <w:jc w:val="right"/>
      </w:pPr>
      <w:r>
        <w:t>اس کا ترجمہ یہ ہے کہ تم ضرور فالو کرو گے پچھلی امتوں کو، یعنی قدیم زمانے کے</w:t>
      </w:r>
    </w:p>
    <w:p>
      <w:r>
        <w:rPr>
          <w:b/>
        </w:rPr>
        <w:t xml:space="preserve">[02:34] </w:t>
      </w:r>
      <w:r>
        <w:t>yahood ko, khas taur par.</w:t>
      </w:r>
    </w:p>
    <w:p>
      <w:pPr>
        <w:jc w:val="right"/>
      </w:pPr>
      <w:r>
        <w:t>یہود کو، خاص طور پر۔</w:t>
      </w:r>
    </w:p>
    <w:p>
      <w:r>
        <w:rPr>
          <w:b/>
        </w:rPr>
        <w:t xml:space="preserve">[02:37] </w:t>
      </w:r>
      <w:r>
        <w:t>balisht balisht, hath hath, yani yeh hai balisht aur yeh hath.</w:t>
      </w:r>
    </w:p>
    <w:p>
      <w:pPr>
        <w:jc w:val="right"/>
      </w:pPr>
      <w:r>
        <w:t>بالشت بالشت، ہاتھ ہاتھ، یعنی یہ ہے بالشت اور یہ ہاتھ۔</w:t>
      </w:r>
    </w:p>
    <w:p>
      <w:r>
        <w:rPr>
          <w:b/>
        </w:rPr>
        <w:t xml:space="preserve">[02:41] </w:t>
      </w:r>
      <w:r>
        <w:t>hum yeh keh sakte hain qadam ba qadam.</w:t>
      </w:r>
    </w:p>
    <w:p>
      <w:pPr>
        <w:jc w:val="right"/>
      </w:pPr>
      <w:r>
        <w:t>ہم یہ کہہ سکتے ہیں قدم بقدم۔</w:t>
      </w:r>
    </w:p>
    <w:p>
      <w:r>
        <w:rPr>
          <w:b/>
        </w:rPr>
        <w:t xml:space="preserve">[02:44] </w:t>
      </w:r>
      <w:r>
        <w:t>yahan tak ke agar woh dakhil hue hain kisi go ke bil mein to tum is mein bhi</w:t>
      </w:r>
    </w:p>
    <w:p>
      <w:pPr>
        <w:jc w:val="right"/>
      </w:pPr>
      <w:r>
        <w:t>یہاں تک کہ اگر وہ داخل ہوئے ہیں کسی گو کے بل میں تو تم اس میں بھی</w:t>
      </w:r>
    </w:p>
    <w:p>
      <w:r>
        <w:rPr>
          <w:b/>
        </w:rPr>
        <w:t xml:space="preserve">[02:52] </w:t>
      </w:r>
      <w:r>
        <w:t>dakhil hue hoge.</w:t>
      </w:r>
    </w:p>
    <w:p>
      <w:pPr>
        <w:jc w:val="right"/>
      </w:pPr>
      <w:r>
        <w:t>داخل ہوئے ہو گے۔</w:t>
      </w:r>
    </w:p>
    <w:p>
      <w:r>
        <w:rPr>
          <w:b/>
        </w:rPr>
        <w:t xml:space="preserve">[02:54] </w:t>
      </w:r>
      <w:r>
        <w:t>to yeh yeh baat to samajh mein aati hai ke balisht balisht ya qadam ba qadam kya hai, lekin</w:t>
      </w:r>
    </w:p>
    <w:p>
      <w:pPr>
        <w:jc w:val="right"/>
      </w:pPr>
      <w:r>
        <w:t>تو یہ یہ بات تو سمجھ میں آتی ہے کہ بالشت بالشت یا قدم بقدم کیا ہے، لیکن</w:t>
      </w:r>
    </w:p>
    <w:p>
      <w:r>
        <w:rPr>
          <w:b/>
        </w:rPr>
        <w:t xml:space="preserve">[03:02] </w:t>
      </w:r>
      <w:r>
        <w:t>yeh jo hai ke go ke bil mein jab dakhil hue hoge is ka matlab kya hai?</w:t>
      </w:r>
    </w:p>
    <w:p>
      <w:pPr>
        <w:jc w:val="right"/>
      </w:pPr>
      <w:r>
        <w:t>یہ جو ہے کہ گو کے بل میں جب داخل ہوئے ہو گے اس کا مطلب کیا ہے؟</w:t>
      </w:r>
    </w:p>
    <w:p>
      <w:r>
        <w:rPr>
          <w:b/>
        </w:rPr>
        <w:t xml:space="preserve">[03:09] </w:t>
      </w:r>
      <w:r>
        <w:t>is ka matlab hai ke agar koi bay qareeb kaam kiya ho to woh bhi karoge tum.</w:t>
      </w:r>
    </w:p>
    <w:p>
      <w:pPr>
        <w:jc w:val="right"/>
      </w:pPr>
      <w:r>
        <w:t>اس کا مطلب ہے کہ اگر کوئی بے قریب کام کیا ہو تو وہ بھی کرو گے تم۔</w:t>
      </w:r>
    </w:p>
    <w:p>
      <w:r>
        <w:rPr>
          <w:b/>
        </w:rPr>
        <w:t xml:space="preserve">[03:17] </w:t>
      </w:r>
      <w:r>
        <w:t>go ke bil mein koi bewakoof aadmi ghus sakta hai, ghusne ki jagah nahin hai.</w:t>
      </w:r>
    </w:p>
    <w:p>
      <w:pPr>
        <w:jc w:val="right"/>
      </w:pPr>
      <w:r>
        <w:t>گو کے بل میں کوئی بیوقوف آدمی گھس سکتا ہے، گھسنے کی جگہ نہیں ہے۔</w:t>
      </w:r>
    </w:p>
    <w:p>
      <w:r>
        <w:rPr>
          <w:b/>
        </w:rPr>
        <w:t xml:space="preserve">[03:23] </w:t>
      </w:r>
      <w:r>
        <w:t>to is ka matlab yeh hai ke har mamle mein tum pichhle zamane ki zawal yafta ummaton ki</w:t>
      </w:r>
    </w:p>
    <w:p>
      <w:pPr>
        <w:jc w:val="right"/>
      </w:pPr>
      <w:r>
        <w:t>تو اس کا مطلب یہ ہے کہ ہر معاملے میں تم پچھلے زمانے کی زوال یافتہ امتوں کی</w:t>
      </w:r>
    </w:p>
    <w:p>
      <w:r>
        <w:rPr>
          <w:b/>
        </w:rPr>
        <w:t xml:space="preserve">[03:31] </w:t>
      </w:r>
      <w:r>
        <w:t>taqleed karoge, yahan tak ke agar koi bay qareeb kaam kiya unhon ne to bhi tum kaat</w:t>
      </w:r>
    </w:p>
    <w:p>
      <w:pPr>
        <w:jc w:val="right"/>
      </w:pPr>
      <w:r>
        <w:t>تقلید کرو گے، یہاں تک کہ اگر کوئی بے قریب کام کیا انہوں نے تو بھی تم کاٹ</w:t>
      </w:r>
    </w:p>
    <w:p>
      <w:r>
        <w:rPr>
          <w:b/>
        </w:rPr>
        <w:t xml:space="preserve">[03:39] </w:t>
      </w:r>
      <w:r>
        <w:t>dalo ge.</w:t>
      </w:r>
    </w:p>
    <w:p>
      <w:pPr>
        <w:jc w:val="right"/>
      </w:pPr>
      <w:r>
        <w:t>ڈالو گے۔</w:t>
      </w:r>
    </w:p>
    <w:p>
      <w:r>
        <w:rPr>
          <w:b/>
        </w:rPr>
        <w:t xml:space="preserve">[03:40] </w:t>
      </w:r>
      <w:r>
        <w:t>to dekhiye, aap tareekh ki kitabein padhein to jo taqleed ki gayi hai baad ke zamane mein, aur</w:t>
      </w:r>
    </w:p>
    <w:p>
      <w:pPr>
        <w:jc w:val="right"/>
      </w:pPr>
      <w:r>
        <w:t>تو دیکھیے، آپ تاریخ کی کتابیں پڑھیں تو جو تقلید کی گئی ہے بعد کے زمانے میں، اور</w:t>
      </w:r>
    </w:p>
    <w:p>
      <w:r>
        <w:rPr>
          <w:b/>
        </w:rPr>
        <w:t xml:space="preserve">[03:48] </w:t>
      </w:r>
      <w:r>
        <w:t>yeh waqea hua is zamane mein, baad ke zamane mein, woh saari taqleed kaat daali unhone, un</w:t>
      </w:r>
    </w:p>
    <w:p>
      <w:pPr>
        <w:jc w:val="right"/>
      </w:pPr>
      <w:r>
        <w:t>یہ واقعہ ہوا اس زمانے میں، بعد کے زمانے میں، وہ ساری تقلید کاٹ ڈالی انہوں نے، ان</w:t>
      </w:r>
    </w:p>
    <w:p>
      <w:r>
        <w:rPr>
          <w:b/>
        </w:rPr>
        <w:t xml:space="preserve">[03:56] </w:t>
      </w:r>
      <w:r>
        <w:t>ko follow karne lage woh.</w:t>
      </w:r>
    </w:p>
    <w:p>
      <w:pPr>
        <w:jc w:val="right"/>
      </w:pPr>
      <w:r>
        <w:t>کو فالو کرنے لگے وہ۔</w:t>
      </w:r>
    </w:p>
    <w:p>
      <w:r>
        <w:rPr>
          <w:b/>
        </w:rPr>
        <w:t xml:space="preserve">[03:58] </w:t>
      </w:r>
      <w:r>
        <w:t>to asal mein jo hua woh yeh hai ke split ki jagah aa gaya form.</w:t>
      </w:r>
    </w:p>
    <w:p>
      <w:pPr>
        <w:jc w:val="right"/>
      </w:pPr>
      <w:r>
        <w:t>تو اصل میں جو ہوا وہ یہ ہے کہ اسپلٹ کی جگہ آ گیا فارم۔</w:t>
      </w:r>
    </w:p>
    <w:p>
      <w:r>
        <w:rPr>
          <w:b/>
        </w:rPr>
        <w:t xml:space="preserve">[04:04] </w:t>
      </w:r>
      <w:r>
        <w:t>bada jo change aaya baad ke zamane mein yahood ke darmiyan, qadeem yahood ke darmiyan, mein qadeem yahood</w:t>
      </w:r>
    </w:p>
    <w:p>
      <w:pPr>
        <w:jc w:val="right"/>
      </w:pPr>
      <w:r>
        <w:t>بڑا جو چینج آیا بعد کے زمانے میں یہود کے درمیان، قدیم یہود کے درمیان، میں قدیم یہود</w:t>
      </w:r>
    </w:p>
    <w:p>
      <w:r>
        <w:rPr>
          <w:b/>
        </w:rPr>
        <w:t xml:space="preserve">[04:12] </w:t>
      </w:r>
      <w:r>
        <w:t>ka lafz bolunga ke jadeed yahood aur qadeem yahood mein farq hai.</w:t>
      </w:r>
    </w:p>
    <w:p>
      <w:pPr>
        <w:jc w:val="right"/>
      </w:pPr>
      <w:r>
        <w:t>کا لفظ بولوں گا کہ جدید یہود اور قدیم یہود میں فرق ہے۔</w:t>
      </w:r>
    </w:p>
    <w:p>
      <w:r>
        <w:rPr>
          <w:b/>
        </w:rPr>
        <w:t xml:space="preserve">[04:18] </w:t>
      </w:r>
      <w:r>
        <w:t>to qadeem yahood ke darmiyan jo bada change aaya woh kya hai? ke unka deen bhi isi</w:t>
      </w:r>
    </w:p>
    <w:p>
      <w:pPr>
        <w:jc w:val="right"/>
      </w:pPr>
      <w:r>
        <w:t>تو قدیم یہود کے درمیان جو بڑا چینج آیا وہ کیا ہے؟ کہ ان کا دین بھی اسی</w:t>
      </w:r>
    </w:p>
    <w:p>
      <w:r>
        <w:rPr>
          <w:b/>
        </w:rPr>
        <w:t xml:space="preserve">[04:25] </w:t>
      </w:r>
      <w:r>
        <w:t>tarah Islam, split par base karta tha jis tarah Islam.</w:t>
      </w:r>
    </w:p>
    <w:p>
      <w:pPr>
        <w:jc w:val="right"/>
      </w:pPr>
      <w:r>
        <w:t>طرح اسلام، اسپلٹ پر بیس کرتا تھا جس طرح اسلام۔</w:t>
      </w:r>
    </w:p>
    <w:p>
      <w:r>
        <w:rPr>
          <w:b/>
        </w:rPr>
        <w:t xml:space="preserve">[04:30] </w:t>
      </w:r>
      <w:r>
        <w:t>to unhone split ko chhod kar form wala mazhab bana liya, form.</w:t>
      </w:r>
    </w:p>
    <w:p>
      <w:pPr>
        <w:jc w:val="right"/>
      </w:pPr>
      <w:r>
        <w:t>تو انہوں نے اسپلٹ کو چھوڑ کر فارم والا مذہب بنا لیا، فارم۔</w:t>
      </w:r>
    </w:p>
    <w:p>
      <w:r>
        <w:rPr>
          <w:b/>
        </w:rPr>
        <w:t xml:space="preserve">[04:35] </w:t>
      </w:r>
      <w:r>
        <w:t>to form ke aalam mein har cheez par musalman iski taqleed karne lage.</w:t>
      </w:r>
    </w:p>
    <w:p>
      <w:pPr>
        <w:jc w:val="right"/>
      </w:pPr>
      <w:r>
        <w:t>تو فارم کے عالم میں ہر چیز پر مسلمان اس کی تقلید کرنے لگے۔</w:t>
      </w:r>
    </w:p>
    <w:p>
      <w:r>
        <w:rPr>
          <w:b/>
        </w:rPr>
        <w:t xml:space="preserve">[04:41] </w:t>
      </w:r>
      <w:r>
        <w:t>form ka matlab aap samajhte hain ke namaz masalan hai, roza hai, to yeh sab cheezein bhi pichhli</w:t>
      </w:r>
    </w:p>
    <w:p>
      <w:pPr>
        <w:jc w:val="right"/>
      </w:pPr>
      <w:r>
        <w:t>فارم کا مطلب آپ سمجھتے ہیں کہ نماز مثلاً ہے، روزہ ہے، تو یہ سب چیزیں بھی پچھلی</w:t>
      </w:r>
    </w:p>
    <w:p>
      <w:r>
        <w:rPr>
          <w:b/>
        </w:rPr>
        <w:t xml:space="preserve">[04:49] </w:t>
      </w:r>
      <w:r>
        <w:t>ummaton mein theen.</w:t>
      </w:r>
    </w:p>
    <w:p>
      <w:pPr>
        <w:jc w:val="right"/>
      </w:pPr>
      <w:r>
        <w:t>امتوں میں تھیں۔</w:t>
      </w:r>
    </w:p>
    <w:p>
      <w:r>
        <w:rPr>
          <w:b/>
        </w:rPr>
        <w:t xml:space="preserve">[04:50] </w:t>
      </w:r>
      <w:r>
        <w:t>to iska bahut zyada ehtimam karna ke form ke aitbar se mukammal rahe woh, yani ibadat jo</w:t>
      </w:r>
    </w:p>
    <w:p>
      <w:pPr>
        <w:jc w:val="right"/>
      </w:pPr>
      <w:r>
        <w:t>تو اس کا بہت زیادہ اہتمام کرنا کہ فارم کے اعتبار سے مکمل رہے وہ، یعنی عبادت جو</w:t>
      </w:r>
    </w:p>
    <w:p>
      <w:r>
        <w:rPr>
          <w:b/>
        </w:rPr>
        <w:t xml:space="preserve">[04:58] </w:t>
      </w:r>
      <w:r>
        <w:t>hai biform bahut mukammal rahe, yeh karte the woh.</w:t>
      </w:r>
    </w:p>
    <w:p>
      <w:pPr>
        <w:jc w:val="right"/>
      </w:pPr>
      <w:r>
        <w:t>ہے برفارم بہت مکمل رہے، یہ کرتے تھے وہ۔</w:t>
      </w:r>
    </w:p>
    <w:p>
      <w:r>
        <w:rPr>
          <w:b/>
        </w:rPr>
        <w:t xml:space="preserve">[05:02] </w:t>
      </w:r>
      <w:r>
        <w:t>yeh musalman karte hain aaj kal.</w:t>
      </w:r>
    </w:p>
    <w:p>
      <w:pPr>
        <w:jc w:val="right"/>
      </w:pPr>
      <w:r>
        <w:t>یہ مسلمان کرتے ہیں آج کل۔</w:t>
      </w:r>
    </w:p>
    <w:p>
      <w:r>
        <w:rPr>
          <w:b/>
        </w:rPr>
        <w:t xml:space="preserve">[05:05] </w:t>
      </w:r>
      <w:r>
        <w:t>jisko kehte hain masail, yani masail ke aitbar se namaz bahut mukammal rahe bilkul.</w:t>
      </w:r>
    </w:p>
    <w:p>
      <w:pPr>
        <w:jc w:val="right"/>
      </w:pPr>
      <w:r>
        <w:t>جس کو کہتے ہیں مسائل، یعنی مسائل کے اعتبار سے نماز بہت مکمل رہے بالکل۔</w:t>
      </w:r>
    </w:p>
    <w:p>
      <w:r>
        <w:rPr>
          <w:b/>
        </w:rPr>
        <w:t xml:space="preserve">[05:11] </w:t>
      </w:r>
      <w:r>
        <w:t>misal ka matlab yeh hai jaise aap yeh haath baandhte hain to kya tareeqa hai ke chaar ungli</w:t>
      </w:r>
    </w:p>
    <w:p>
      <w:pPr>
        <w:jc w:val="right"/>
      </w:pPr>
      <w:r>
        <w:t>مثال کا مطلب یہ ہے جیسے آپ یہ ہاتھ باندھتے ہیں تو کیا طریقہ ہے کہ چار انگلی</w:t>
      </w:r>
    </w:p>
    <w:p>
      <w:r>
        <w:rPr>
          <w:b/>
        </w:rPr>
        <w:t xml:space="preserve">[05:19] </w:t>
      </w:r>
      <w:r>
        <w:t>bilkul aasman ki taraf upar rahe aur yeh angutha aapke kaan ki taraf rahe.</w:t>
      </w:r>
    </w:p>
    <w:p>
      <w:pPr>
        <w:jc w:val="right"/>
      </w:pPr>
      <w:r>
        <w:t>بالکل آسمان کی طرف اوپر رہے اور یہ انگوٹھا آپ کے کان کی طرف رہے۔</w:t>
      </w:r>
    </w:p>
    <w:p>
      <w:r>
        <w:rPr>
          <w:b/>
        </w:rPr>
        <w:t xml:space="preserve">[05:25] </w:t>
      </w:r>
      <w:r>
        <w:t>ab yeh kyun karna hai bilkul? lagta hai ke aise is form ko woh follow nahin karenge</w:t>
      </w:r>
    </w:p>
    <w:p>
      <w:pPr>
        <w:jc w:val="right"/>
      </w:pPr>
      <w:r>
        <w:t>اب یہ کیوں کرنا ہے بالکل؟ لگتا ہے کہ ایسے اس فارم کو وہ فالو نہیں کریں گے</w:t>
      </w:r>
    </w:p>
    <w:p>
      <w:r>
        <w:rPr>
          <w:b/>
        </w:rPr>
        <w:t xml:space="preserve">[05:33] </w:t>
      </w:r>
      <w:r>
        <w:t>aap to aapki namaz achhi namaz nahin hogi.</w:t>
      </w:r>
    </w:p>
    <w:p>
      <w:pPr>
        <w:jc w:val="right"/>
      </w:pPr>
      <w:r>
        <w:t>آپ تو آپ کی نماز اچھی نماز نہیں ہوگی۔</w:t>
      </w:r>
    </w:p>
    <w:p>
      <w:r>
        <w:rPr>
          <w:b/>
        </w:rPr>
        <w:t xml:space="preserve">[05:37] </w:t>
      </w:r>
      <w:r>
        <w:t>aise haath haath niyat jab baandhte hain to do ungli is tareeqe se ho aur teen ungli is</w:t>
      </w:r>
    </w:p>
    <w:p>
      <w:pPr>
        <w:jc w:val="right"/>
      </w:pPr>
      <w:r>
        <w:t>ایسے ہاتھ ہاتھ نیت جب باندھتے ہیں تو دو انگلی اس طریقے سے ہو اور تین انگلی اس</w:t>
      </w:r>
    </w:p>
    <w:p>
      <w:r>
        <w:rPr>
          <w:b/>
        </w:rPr>
        <w:t xml:space="preserve">[05:44] </w:t>
      </w:r>
      <w:r>
        <w:t>tareeqe se ho, yeh form hai.</w:t>
      </w:r>
    </w:p>
    <w:p>
      <w:pPr>
        <w:jc w:val="right"/>
      </w:pPr>
      <w:r>
        <w:t>طریقے سے ہو، یہ فارم ہے۔</w:t>
      </w:r>
    </w:p>
    <w:p>
      <w:r>
        <w:rPr>
          <w:b/>
        </w:rPr>
        <w:t xml:space="preserve">[05:47] </w:t>
      </w:r>
      <w:r>
        <w:t>yeh bataya jata hai beshtar log, yani kuch ulama aap se kahenge ke beshtar logon ki namazein</w:t>
      </w:r>
    </w:p>
    <w:p>
      <w:pPr>
        <w:jc w:val="right"/>
      </w:pPr>
      <w:r>
        <w:t>یہ بتایا جاتا ہے بیشتر لوگ، یعنی کچھ علماء آپ سے کہیں گے کہ بیشتر لوگوں کی نمازیں</w:t>
      </w:r>
    </w:p>
    <w:p>
      <w:r>
        <w:rPr>
          <w:b/>
        </w:rPr>
        <w:t xml:space="preserve">[05:55] </w:t>
      </w:r>
      <w:r>
        <w:t>galat hoti hain, kyun? biform.</w:t>
      </w:r>
    </w:p>
    <w:p>
      <w:pPr>
        <w:jc w:val="right"/>
      </w:pPr>
      <w:r>
        <w:t>غلط ہوتی ہیں، کیوں؟ برفارم۔</w:t>
      </w:r>
    </w:p>
    <w:p>
      <w:r>
        <w:rPr>
          <w:b/>
        </w:rPr>
        <w:t xml:space="preserve">[05:57] </w:t>
      </w:r>
      <w:r>
        <w:t>to ek to baad ke zamane ke musalman yeh karenge ke form mein jis tareeqe se ghulu</w:t>
      </w:r>
    </w:p>
    <w:p>
      <w:pPr>
        <w:jc w:val="right"/>
      </w:pPr>
      <w:r>
        <w:t>تو ایک تو بعد کے زمانے کے مسلمان یہ کریں گے کہ فارم میں جس طریقے سے غلو</w:t>
      </w:r>
    </w:p>
    <w:p>
      <w:r>
        <w:rPr>
          <w:b/>
        </w:rPr>
        <w:t xml:space="preserve">[06:05] </w:t>
      </w:r>
      <w:r>
        <w:t>aa gaya tha baad ki ummaton ke andar, yahood ke andar, form mein, wahi ghalu musalman ikhtiyar kar</w:t>
      </w:r>
    </w:p>
    <w:p>
      <w:pPr>
        <w:jc w:val="right"/>
      </w:pPr>
      <w:r>
        <w:t>آ گیا تھا بعد کی امتوں کے اندر، یہود کے اندر، فارم میں، وہی غلو مسلمان اختیار کر</w:t>
      </w:r>
    </w:p>
    <w:p>
      <w:r>
        <w:rPr>
          <w:b/>
        </w:rPr>
        <w:t xml:space="preserve">[06:12] </w:t>
      </w:r>
      <w:r>
        <w:t>len ge.</w:t>
      </w:r>
    </w:p>
    <w:p>
      <w:pPr>
        <w:jc w:val="right"/>
      </w:pPr>
      <w:r>
        <w:t>لیں گے۔</w:t>
      </w:r>
    </w:p>
    <w:p>
      <w:r>
        <w:rPr>
          <w:b/>
        </w:rPr>
        <w:t xml:space="preserve">[06:14] </w:t>
      </w:r>
      <w:r>
        <w:t>aur samjhen ke is form ko is form ke mutabiq ibadat karen to woh ibadat hai, nahin to</w:t>
      </w:r>
    </w:p>
    <w:p>
      <w:pPr>
        <w:jc w:val="right"/>
      </w:pPr>
      <w:r>
        <w:t>اور سمجھیں کہ اس فارم کو اس فارم کے مطابق عبادت کریں تو وہ عبادت ہے، نہیں تو</w:t>
      </w:r>
    </w:p>
    <w:p>
      <w:r>
        <w:rPr>
          <w:b/>
        </w:rPr>
        <w:t xml:space="preserve">[06:21] </w:t>
      </w:r>
      <w:r>
        <w:t>nahin ibadat nahin hai.</w:t>
      </w:r>
    </w:p>
    <w:p>
      <w:pPr>
        <w:jc w:val="right"/>
      </w:pPr>
      <w:r>
        <w:t>نہیں عبادت نہیں ہے۔</w:t>
      </w:r>
    </w:p>
    <w:p>
      <w:r>
        <w:rPr>
          <w:b/>
        </w:rPr>
        <w:t xml:space="preserve">[06:23] </w:t>
      </w:r>
      <w:r>
        <w:t>ab sawal yeh hai ke yeh jo aaya hai ke go ke bil mein ghusna to is ka</w:t>
      </w:r>
    </w:p>
    <w:p>
      <w:pPr>
        <w:jc w:val="right"/>
      </w:pPr>
      <w:r>
        <w:t>اب سوال یہ ہے کہ یہ جو آیا ہے کہ گو کے بل میں گھسنا تو اس کا</w:t>
      </w:r>
    </w:p>
    <w:p>
      <w:r>
        <w:rPr>
          <w:b/>
        </w:rPr>
        <w:t xml:space="preserve">[06:31] </w:t>
      </w:r>
      <w:r>
        <w:t>matlab mein yahi samjhaun ke woh be aqli ka kaam agar karen ge woh to woh bhi tum</w:t>
      </w:r>
    </w:p>
    <w:p>
      <w:pPr>
        <w:jc w:val="right"/>
      </w:pPr>
      <w:r>
        <w:t>مطلب میں یہی سمجھاؤں کہ وہ بے عقلی کا کام اگر کریں گے وہ تو وہ بھی تم</w:t>
      </w:r>
    </w:p>
    <w:p>
      <w:r>
        <w:rPr>
          <w:b/>
        </w:rPr>
        <w:t xml:space="preserve">[06:39] </w:t>
      </w:r>
      <w:r>
        <w:t>kaat daaloge.</w:t>
      </w:r>
    </w:p>
    <w:p>
      <w:pPr>
        <w:jc w:val="right"/>
      </w:pPr>
      <w:r>
        <w:t>کاٹ ڈالو گے۔</w:t>
      </w:r>
    </w:p>
    <w:p>
      <w:r>
        <w:rPr>
          <w:b/>
        </w:rPr>
        <w:t xml:space="preserve">[06:40] </w:t>
      </w:r>
      <w:r>
        <w:t>to yahood ne be aqli ka kaam kyun kiya kiya? kaun sa kaam kiya unhon ne jo be</w:t>
      </w:r>
    </w:p>
    <w:p>
      <w:pPr>
        <w:jc w:val="right"/>
      </w:pPr>
      <w:r>
        <w:t>تو یہود نے بے عقلی کا کام کیوں کیا کیا؟ کون سا کام کیا انہوں نے جو بے</w:t>
      </w:r>
    </w:p>
    <w:p>
      <w:r>
        <w:rPr>
          <w:b/>
        </w:rPr>
        <w:t xml:space="preserve">[06:48] </w:t>
      </w:r>
      <w:r>
        <w:t>aqli ka kaam kaha ja ke is ko? is par mein bohat socha to meri samajh mein aaya</w:t>
      </w:r>
    </w:p>
    <w:p>
      <w:pPr>
        <w:jc w:val="right"/>
      </w:pPr>
      <w:r>
        <w:t>عقلی کا کام کہا جا کے اس کو؟ اس پر میں بہت سوچا تو میری سمجھ میں آیا</w:t>
      </w:r>
    </w:p>
    <w:p>
      <w:r>
        <w:rPr>
          <w:b/>
        </w:rPr>
        <w:t xml:space="preserve">[06:56] </w:t>
      </w:r>
      <w:r>
        <w:t>hai ke sab se bara be aqli ka kaam jo kiya tha qadeem zamanay ke yahood ne woh</w:t>
      </w:r>
    </w:p>
    <w:p>
      <w:pPr>
        <w:jc w:val="right"/>
      </w:pPr>
      <w:r>
        <w:t>ہے کہ سب سے بڑا بے عقلی کا کام جو کیا تھا قدیم زمانے کے یہود نے وہ</w:t>
      </w:r>
    </w:p>
    <w:p>
      <w:r>
        <w:rPr>
          <w:b/>
        </w:rPr>
        <w:t xml:space="preserve">[07:03] </w:t>
      </w:r>
      <w:r>
        <w:t>yeh hai ke Allah ne Arab mein is peghambar ko bheja jo khatam un nabiyyin tha, jis ke baad</w:t>
      </w:r>
    </w:p>
    <w:p>
      <w:pPr>
        <w:jc w:val="right"/>
      </w:pPr>
      <w:r>
        <w:t>یہ ہے کہ اللہ نے عرب میں اس پیغمبر کو بھیجا جو خاتم النبیین تھا، جس کے بعد</w:t>
      </w:r>
    </w:p>
    <w:p>
      <w:r>
        <w:rPr>
          <w:b/>
        </w:rPr>
        <w:t xml:space="preserve">[07:11] </w:t>
      </w:r>
      <w:r>
        <w:t>koi nabi aanay wala nahin tha, us ke zariye Allah ne aakhri shaheed bheji.</w:t>
      </w:r>
    </w:p>
    <w:p>
      <w:pPr>
        <w:jc w:val="right"/>
      </w:pPr>
      <w:r>
        <w:t>کوئی نبی آنے والا نہیں تھا، اس کے ذریعے اللہ نے آخری شہید بھیج دی۔</w:t>
      </w:r>
    </w:p>
    <w:p>
      <w:r>
        <w:rPr>
          <w:b/>
        </w:rPr>
        <w:t xml:space="preserve">[07:17] </w:t>
      </w:r>
      <w:r>
        <w:t>to yeh ek bohat bari nemat thi un logon ke liye jo jo degeneration ke shikar ho</w:t>
      </w:r>
    </w:p>
    <w:p>
      <w:pPr>
        <w:jc w:val="right"/>
      </w:pPr>
      <w:r>
        <w:t>تو یہ ایک بہت بڑی نعمت تھی ان لوگوں کے لیے جو جو ڈی جنریشن کے شکار ہو</w:t>
      </w:r>
    </w:p>
    <w:p>
      <w:r>
        <w:rPr>
          <w:b/>
        </w:rPr>
        <w:t xml:space="preserve">[07:25] </w:t>
      </w:r>
      <w:r>
        <w:t>چکے تھے، دین کا نیا تصور قائم کر رکھا تھا انہوں نے کہ اس نئے prophet سے، نئے</w:t>
      </w:r>
    </w:p>
    <w:p>
      <w:pPr>
        <w:jc w:val="right"/>
      </w:pPr>
      <w:r>
        <w:t>چکے تھے، دین کا نیا تصور قائم کر رکھا تھا انہوں نے کہ اس نئے پرافٹ سے، نئے</w:t>
      </w:r>
    </w:p>
    <w:p>
      <w:r>
        <w:rPr>
          <w:b/>
        </w:rPr>
        <w:t xml:space="preserve">[07:33] </w:t>
      </w:r>
      <w:r>
        <w:t>پیغمبر سے پھر سے rediscover کریں وہ اسلام کو۔</w:t>
      </w:r>
    </w:p>
    <w:p>
      <w:pPr>
        <w:jc w:val="right"/>
      </w:pPr>
      <w:r>
        <w:t>پیغمبر سے پھر سے ری ڈسکور کریں وہ اسلام کو۔</w:t>
      </w:r>
    </w:p>
    <w:p>
      <w:r>
        <w:rPr>
          <w:b/>
        </w:rPr>
        <w:t xml:space="preserve">[07:37] </w:t>
      </w:r>
      <w:r>
        <w:t>yani un ke liye moqa tha qadeem zamanay ke yahood ko ke Muhammad sallallahu alaihi wasallam jo</w:t>
      </w:r>
    </w:p>
    <w:p>
      <w:pPr>
        <w:jc w:val="right"/>
      </w:pPr>
      <w:r>
        <w:t>یعنی ان کے لیے موقع تھا قدیم زمانے کے یہود کو کہ محمد صلی اللہ علیہ وسلم جو</w:t>
      </w:r>
    </w:p>
    <w:p>
      <w:r>
        <w:rPr>
          <w:b/>
        </w:rPr>
        <w:t xml:space="preserve">[07:45] </w:t>
      </w:r>
      <w:r>
        <w:t>khatam un nabiyyin the, un ke zariye se woh apne deen ko re discover karen aur phir se Allah</w:t>
      </w:r>
    </w:p>
    <w:p>
      <w:pPr>
        <w:jc w:val="right"/>
      </w:pPr>
      <w:r>
        <w:t>خاتم النبیین تھے، ان کے ذریعے سے وہ اپنے دین کو ری ڈسکور کریں اور پھر سے اللہ</w:t>
      </w:r>
    </w:p>
    <w:p>
      <w:r>
        <w:rPr>
          <w:b/>
        </w:rPr>
        <w:t xml:space="preserve">[07:53] </w:t>
      </w:r>
      <w:r>
        <w:t>ki rehmat ke mustahiq ban jayen.</w:t>
      </w:r>
    </w:p>
    <w:p>
      <w:pPr>
        <w:jc w:val="right"/>
      </w:pPr>
      <w:r>
        <w:t>کی رحمت کے مستحق بن جائیں۔</w:t>
      </w:r>
    </w:p>
    <w:p>
      <w:r>
        <w:rPr>
          <w:b/>
        </w:rPr>
        <w:t xml:space="preserve">[07:55] </w:t>
      </w:r>
      <w:r>
        <w:t>yeh un ke liye apne hi deen ko re discovery ka mamla tha.</w:t>
      </w:r>
    </w:p>
    <w:p>
      <w:pPr>
        <w:jc w:val="right"/>
      </w:pPr>
      <w:r>
        <w:t>یہ ان کے لیے اپنے ہی دین کو ری ڈسکوری کا معاملہ تھا۔</w:t>
      </w:r>
    </w:p>
    <w:p>
      <w:r>
        <w:rPr>
          <w:b/>
        </w:rPr>
        <w:t xml:space="preserve">[08:01] </w:t>
      </w:r>
      <w:r>
        <w:t>lekin itna zyada woh is mein gum ho chuke the ya itna zyada conditioned ho chuke the ke</w:t>
      </w:r>
    </w:p>
    <w:p>
      <w:pPr>
        <w:jc w:val="right"/>
      </w:pPr>
      <w:r>
        <w:t>لیکن اتنا زیادہ وہ اس میں گم ہو چکے تھے یا اتنا زیادہ کنڈیشنڈ ہو چکے تھے کہ</w:t>
      </w:r>
    </w:p>
    <w:p>
      <w:r>
        <w:rPr>
          <w:b/>
        </w:rPr>
        <w:t xml:space="preserve">[08:08] </w:t>
      </w:r>
      <w:r>
        <w:t>woh re discover na kar sake, rasool Allah ke mukhalif ban kar khare ho gaye.</w:t>
      </w:r>
    </w:p>
    <w:p>
      <w:pPr>
        <w:jc w:val="right"/>
      </w:pPr>
      <w:r>
        <w:t>وہ ری ڈسکور نہ کر سکے، رسول اللہ کے مخالف بن کر کھڑے ہو گئے۔</w:t>
      </w:r>
    </w:p>
    <w:p>
      <w:r>
        <w:rPr>
          <w:b/>
        </w:rPr>
        <w:t xml:space="preserve">[08:15] </w:t>
      </w:r>
      <w:r>
        <w:t>yani Muhammad sallallahu alaihi wasallam ke khilaf ho gaye bajaye is ke ke un ke zariye se</w:t>
      </w:r>
    </w:p>
    <w:p>
      <w:pPr>
        <w:jc w:val="right"/>
      </w:pPr>
      <w:r>
        <w:t>یعنی محمد صلی اللہ علیہ وسلم کے خلاف ہو گئے بجائے اس کے کہ ان کے ذریعے سے</w:t>
      </w:r>
    </w:p>
    <w:p>
      <w:r>
        <w:rPr>
          <w:b/>
        </w:rPr>
        <w:t xml:space="preserve">[08:23] </w:t>
      </w:r>
      <w:r>
        <w:t>Allah ke deen ko re discover karen.</w:t>
      </w:r>
    </w:p>
    <w:p>
      <w:pPr>
        <w:jc w:val="right"/>
      </w:pPr>
      <w:r>
        <w:t>اللہ کے دین کو ری ڈسکور کریں۔</w:t>
      </w:r>
    </w:p>
    <w:p>
      <w:r>
        <w:rPr>
          <w:b/>
        </w:rPr>
        <w:t xml:space="preserve">[08:26] </w:t>
      </w:r>
      <w:r>
        <w:t>mein samajhta hoon ke yeh tha go ke bil mein ghusna, yani be aqli ka kaam karna ke</w:t>
      </w:r>
    </w:p>
    <w:p>
      <w:pPr>
        <w:jc w:val="right"/>
      </w:pPr>
      <w:r>
        <w:t>میں سمجھتا ہوں کہ یہ تھا گو کے بل میں گھسنا، یعنی بے عقلی کا کام کرنا کہ</w:t>
      </w:r>
    </w:p>
    <w:p>
      <w:r>
        <w:rPr>
          <w:b/>
        </w:rPr>
        <w:t xml:space="preserve">[08:33] </w:t>
      </w:r>
      <w:r>
        <w:t>peghambar to is liye aaya tha ke woh jo hat gaye the apne deen se, deen e Musa se,</w:t>
      </w:r>
    </w:p>
    <w:p>
      <w:pPr>
        <w:jc w:val="right"/>
      </w:pPr>
      <w:r>
        <w:t>پیغمبر تو اس لیے آیا تھا کہ وہ جو ہٹ گئے تھے اپنے دین سے، دین موسیٰ سے،</w:t>
      </w:r>
    </w:p>
    <w:p>
      <w:r>
        <w:rPr>
          <w:b/>
        </w:rPr>
        <w:t xml:space="preserve">[08:41] </w:t>
      </w:r>
      <w:r>
        <w:t>apni tashrihat, apne masail ke zariye, to un ko moqa tha ke khud isi is deen ko jo</w:t>
      </w:r>
    </w:p>
    <w:p>
      <w:pPr>
        <w:jc w:val="right"/>
      </w:pPr>
      <w:r>
        <w:t>اپنی تشریحات، اپنے مسائل کے ذریعے، تو ان کو موقع تھا کہ خود اسی اس دین کو جو</w:t>
      </w:r>
    </w:p>
    <w:p>
      <w:r>
        <w:rPr>
          <w:b/>
        </w:rPr>
        <w:t xml:space="preserve">[08:49] </w:t>
      </w:r>
      <w:r>
        <w:t>us se pehle aa chuka tha aur dobara aaya tha, to is ko re discover karen aur dobara</w:t>
      </w:r>
    </w:p>
    <w:p>
      <w:pPr>
        <w:jc w:val="right"/>
      </w:pPr>
      <w:r>
        <w:t>اس سے پہلے آ چکا تھا اور دوبارہ آیا تھا، تو اس کو ری ڈسکور کریں اور دوبارہ</w:t>
      </w:r>
    </w:p>
    <w:p>
      <w:r>
        <w:rPr>
          <w:b/>
        </w:rPr>
        <w:t xml:space="preserve">[08:56] </w:t>
      </w:r>
      <w:r>
        <w:t>allah ki rehmat ke mustahiq bnein.</w:t>
      </w:r>
    </w:p>
    <w:p>
      <w:pPr>
        <w:jc w:val="right"/>
      </w:pPr>
      <w:r>
        <w:t>اللہ کی رحمت کے مستحق بنیں۔</w:t>
      </w:r>
    </w:p>
    <w:p>
      <w:r>
        <w:rPr>
          <w:b/>
        </w:rPr>
        <w:t xml:space="preserve">[08:59] </w:t>
      </w:r>
      <w:r>
        <w:t>lekin woh is ke khilaf ho gae.</w:t>
      </w:r>
    </w:p>
    <w:p>
      <w:pPr>
        <w:jc w:val="right"/>
      </w:pPr>
      <w:r>
        <w:t>لیکن وہ اس کے خلاف ہو گئے۔</w:t>
      </w:r>
    </w:p>
    <w:p>
      <w:r>
        <w:rPr>
          <w:b/>
        </w:rPr>
        <w:t xml:space="preserve">[09:02] </w:t>
      </w:r>
      <w:r>
        <w:t>khilaf kyun ho gae? is ke bare mein aap is mutalaah karein to ek bohat ahem baat aap</w:t>
      </w:r>
    </w:p>
    <w:p>
      <w:pPr>
        <w:jc w:val="right"/>
      </w:pPr>
      <w:r>
        <w:t>خلاف کیوں ہو گئے؟ اس کے بارے میں آپ اس مطالعہ کریں تو ایک بہت اہم بات آپ</w:t>
      </w:r>
    </w:p>
    <w:p>
      <w:r>
        <w:rPr>
          <w:b/>
        </w:rPr>
        <w:t xml:space="preserve">[09:10] </w:t>
      </w:r>
      <w:r>
        <w:t>daryaft karein ge.</w:t>
      </w:r>
    </w:p>
    <w:p>
      <w:pPr>
        <w:jc w:val="right"/>
      </w:pPr>
      <w:r>
        <w:t>دریافت کریں گے۔</w:t>
      </w:r>
    </w:p>
    <w:p>
      <w:r>
        <w:rPr>
          <w:b/>
        </w:rPr>
        <w:t xml:space="preserve">[09:11] </w:t>
      </w:r>
      <w:r>
        <w:t>dekhiye, un ki kitabon mein aakhri nabi jo aane wale the, is ki peshangoi mojood theen.</w:t>
      </w:r>
    </w:p>
    <w:p>
      <w:pPr>
        <w:jc w:val="right"/>
      </w:pPr>
      <w:r>
        <w:t>دیکھیے، ان کی کتابوں میں آخری نبی جو آنے والے تھے، اس کی پیش گوئیاں موجود تھیں۔</w:t>
      </w:r>
    </w:p>
    <w:p>
      <w:r>
        <w:rPr>
          <w:b/>
        </w:rPr>
        <w:t xml:space="preserve">[09:18] </w:t>
      </w:r>
      <w:r>
        <w:t>bohat ziyada.</w:t>
      </w:r>
    </w:p>
    <w:p>
      <w:pPr>
        <w:jc w:val="right"/>
      </w:pPr>
      <w:r>
        <w:t>بہت زیادہ۔</w:t>
      </w:r>
    </w:p>
    <w:p>
      <w:r>
        <w:rPr>
          <w:b/>
        </w:rPr>
        <w:t xml:space="preserve">[09:20] </w:t>
      </w:r>
      <w:r>
        <w:t>hum ne in peshangoi ko apni kitab "zuhur e islam" mein jama kiya hai, is ko aap dekh</w:t>
      </w:r>
    </w:p>
    <w:p>
      <w:pPr>
        <w:jc w:val="right"/>
      </w:pPr>
      <w:r>
        <w:t>ہم نے ان پیش گوئیوں کو اپنی کتاب "ظہور اسلام" میں جمع کیا ہے، اس کو آپ دیکھ</w:t>
      </w:r>
    </w:p>
    <w:p>
      <w:r>
        <w:rPr>
          <w:b/>
        </w:rPr>
        <w:t xml:space="preserve">[09:28] </w:t>
      </w:r>
      <w:r>
        <w:t>sakte hain.</w:t>
      </w:r>
    </w:p>
    <w:p>
      <w:pPr>
        <w:jc w:val="right"/>
      </w:pPr>
      <w:r>
        <w:t>سکتے ہیں۔</w:t>
      </w:r>
    </w:p>
    <w:p>
      <w:r>
        <w:rPr>
          <w:b/>
        </w:rPr>
        <w:t xml:space="preserve">[09:29] </w:t>
      </w:r>
      <w:r>
        <w:t>to in peshangoi ki bina par yahood intezar kar rahe the aane wale nabi ko.</w:t>
      </w:r>
    </w:p>
    <w:p>
      <w:pPr>
        <w:jc w:val="right"/>
      </w:pPr>
      <w:r>
        <w:t>تو ان پیش گوئیوں کی بنا پر یہود انتظار کر رہے تھے آنے والے نبی کو۔</w:t>
      </w:r>
    </w:p>
    <w:p>
      <w:r>
        <w:rPr>
          <w:b/>
        </w:rPr>
        <w:t xml:space="preserve">[09:36] </w:t>
      </w:r>
      <w:r>
        <w:t>nabi aakhri zamaney ka nabi jo tha, woh un ke liye nabi muntazir tha, woh is ka intezar</w:t>
      </w:r>
    </w:p>
    <w:p>
      <w:pPr>
        <w:jc w:val="right"/>
      </w:pPr>
      <w:r>
        <w:t>نبی آخری زمانے کا نبی جو تھا، وہ ان کے لیے نبی منتظر تھا، وہ اس کا انتظار</w:t>
      </w:r>
    </w:p>
    <w:p>
      <w:r>
        <w:rPr>
          <w:b/>
        </w:rPr>
        <w:t xml:space="preserve">[09:44] </w:t>
      </w:r>
      <w:r>
        <w:t>kar rahe the kyunke un ki kitabon mein, un ki aasmani kitabon mein, is ki khuli khuli pesh</w:t>
      </w:r>
    </w:p>
    <w:p>
      <w:pPr>
        <w:jc w:val="right"/>
      </w:pPr>
      <w:r>
        <w:t>کر رہے تھے کیونکہ ان کی کتابوں میں، ان کی آسمانی کتابوں میں، اس کی کھلی کھلی پیش</w:t>
      </w:r>
    </w:p>
    <w:p>
      <w:r>
        <w:rPr>
          <w:b/>
        </w:rPr>
        <w:t xml:space="preserve">[09:51] </w:t>
      </w:r>
      <w:r>
        <w:t>goiyan mojood theen.</w:t>
      </w:r>
    </w:p>
    <w:p>
      <w:pPr>
        <w:jc w:val="right"/>
      </w:pPr>
      <w:r>
        <w:t>گوئیاں موجود تھیں۔</w:t>
      </w:r>
    </w:p>
    <w:p>
      <w:r>
        <w:rPr>
          <w:b/>
        </w:rPr>
        <w:t xml:space="preserve">[09:53] </w:t>
      </w:r>
      <w:r>
        <w:t>to torat mein bhi aur injeel mein bhi, dono mein.</w:t>
      </w:r>
    </w:p>
    <w:p>
      <w:pPr>
        <w:jc w:val="right"/>
      </w:pPr>
      <w:r>
        <w:t>تو تورات میں بھی اور انجیل میں بھی، دونوں میں۔</w:t>
      </w:r>
    </w:p>
    <w:p>
      <w:r>
        <w:rPr>
          <w:b/>
        </w:rPr>
        <w:t xml:space="preserve">[09:57] </w:t>
      </w:r>
      <w:r>
        <w:t>to is ke bare mein bohat kitabein likhi gayi hain, aap dekh lijiyey.</w:t>
      </w:r>
    </w:p>
    <w:p>
      <w:pPr>
        <w:jc w:val="right"/>
      </w:pPr>
      <w:r>
        <w:t>تو اس کے بارے میں بہت کتابیں لکھی گئی ہیں، آپ دیکھ لیجیے۔</w:t>
      </w:r>
    </w:p>
    <w:p>
      <w:r>
        <w:rPr>
          <w:b/>
        </w:rPr>
        <w:t xml:space="preserve">[10:03] </w:t>
      </w:r>
      <w:r>
        <w:t>maine bhi meri kitab "zuhur e islam" is mein likha hai.</w:t>
      </w:r>
    </w:p>
    <w:p>
      <w:pPr>
        <w:jc w:val="right"/>
      </w:pPr>
      <w:r>
        <w:t>میں نے بھی میری کتاب "ظہور اسلام" اس میں لکھا ہے۔</w:t>
      </w:r>
    </w:p>
    <w:p>
      <w:r>
        <w:rPr>
          <w:b/>
        </w:rPr>
        <w:t xml:space="preserve">[10:07] </w:t>
      </w:r>
      <w:r>
        <w:t>to sawal yeh hai ke jab allah ta'ala ne peshagi khabar de di thi un ko ke ek</w:t>
      </w:r>
    </w:p>
    <w:p>
      <w:pPr>
        <w:jc w:val="right"/>
      </w:pPr>
      <w:r>
        <w:t>تو سوال یہ ہے کہ جب اللہ تعالیٰ نے پیشگی خبر دے دی تھی ان کو کہ ایک</w:t>
      </w:r>
    </w:p>
    <w:p>
      <w:r>
        <w:rPr>
          <w:b/>
        </w:rPr>
        <w:t xml:space="preserve">[10:15] </w:t>
      </w:r>
      <w:r>
        <w:t>nabi aane wala hai, to is ke khilaf kyun ho gae? jab ke is ka izhaar bhi kar</w:t>
      </w:r>
    </w:p>
    <w:p>
      <w:pPr>
        <w:jc w:val="right"/>
      </w:pPr>
      <w:r>
        <w:t>نبی آنے والا ہے، تو اس کے خلاف کیوں ہو گئے؟ جب کہ اس کا اظہار بھی کر</w:t>
      </w:r>
    </w:p>
    <w:p>
      <w:r>
        <w:rPr>
          <w:b/>
        </w:rPr>
        <w:t xml:space="preserve">[10:23] </w:t>
      </w:r>
      <w:r>
        <w:t>rahe the woh.</w:t>
      </w:r>
    </w:p>
    <w:p>
      <w:pPr>
        <w:jc w:val="right"/>
      </w:pPr>
      <w:r>
        <w:t>رہے تھے وہ۔</w:t>
      </w:r>
    </w:p>
    <w:p>
      <w:r>
        <w:rPr>
          <w:b/>
        </w:rPr>
        <w:t xml:space="preserve">[10:24] </w:t>
      </w:r>
      <w:r>
        <w:t>yani itna ziyada un ko maloom tha ke ek nabi aane wala hai ke madine mein jab rasool</w:t>
      </w:r>
    </w:p>
    <w:p>
      <w:pPr>
        <w:jc w:val="right"/>
      </w:pPr>
      <w:r>
        <w:t>یعنی اتنا زیادہ ان کو معلوم تھا کہ ایک نبی آنے والا ہے کہ مدینے میں جب رسول</w:t>
      </w:r>
    </w:p>
    <w:p>
      <w:r>
        <w:rPr>
          <w:b/>
        </w:rPr>
        <w:t xml:space="preserve">[10:32] </w:t>
      </w:r>
      <w:r>
        <w:t>allah sallallahu alaihi wasallam hijrat kar ke aaye to is zamaney mein yahood bhi kafi the madine</w:t>
      </w:r>
    </w:p>
    <w:p>
      <w:pPr>
        <w:jc w:val="right"/>
      </w:pPr>
      <w:r>
        <w:t>اللہ صلی اللہ علیہ وسلم ہجرت کر کے آئے تو اس زمانے میں یہود بھی کافی تھے مدینے</w:t>
      </w:r>
    </w:p>
    <w:p>
      <w:r>
        <w:rPr>
          <w:b/>
        </w:rPr>
        <w:t xml:space="preserve">[10:40]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[10:41] </w:t>
      </w:r>
      <w:r>
        <w:t>to kuch un ke ulma rasool allah se mile aur aa kar poocha ke kya tum woh nabi</w:t>
      </w:r>
    </w:p>
    <w:p>
      <w:pPr>
        <w:jc w:val="right"/>
      </w:pPr>
      <w:r>
        <w:t>تو کچھ ان کے علماء رسول اللہ سے ملے اور آ کر پوچھا کہ کیا تم وہ نبی</w:t>
      </w:r>
    </w:p>
    <w:p>
      <w:r>
        <w:rPr>
          <w:b/>
        </w:rPr>
        <w:t xml:space="preserve">[10:49] </w:t>
      </w:r>
      <w:r>
        <w:t>ho? phir bhi khilaf ho gae.</w:t>
      </w:r>
    </w:p>
    <w:p>
      <w:pPr>
        <w:jc w:val="right"/>
      </w:pPr>
      <w:r>
        <w:t>ہو؟ پھر بھی خلاف ہو گئے۔</w:t>
      </w:r>
    </w:p>
    <w:p>
      <w:r>
        <w:rPr>
          <w:b/>
        </w:rPr>
        <w:t xml:space="preserve">[10:52] </w:t>
      </w:r>
      <w:r>
        <w:t>is khilaf hone ki wajah kya thi? is ki wajah yeh thi ke agarchay woh aane wale nabi</w:t>
      </w:r>
    </w:p>
    <w:p>
      <w:pPr>
        <w:jc w:val="right"/>
      </w:pPr>
      <w:r>
        <w:t>اس خلاف ہونے کی وجہ کیا تھی؟ اس کی وجہ یہ تھی کہ اگرچہ وہ آنے والے نبی</w:t>
      </w:r>
    </w:p>
    <w:p>
      <w:r>
        <w:rPr>
          <w:b/>
        </w:rPr>
        <w:t xml:space="preserve">[10:59] </w:t>
      </w:r>
      <w:r>
        <w:t>ka intezar kar rahe the, lekin un ka aqeedah yeh tha ke nabi aate hain bani israil ki</w:t>
      </w:r>
    </w:p>
    <w:p>
      <w:pPr>
        <w:jc w:val="right"/>
      </w:pPr>
      <w:r>
        <w:t>کا انتظار کر رہے تھے، لیکن ان کا عقیدہ یہ تھا کہ نبی آتے ہیں بنی اسرائیل کی</w:t>
      </w:r>
    </w:p>
    <w:p>
      <w:r>
        <w:rPr>
          <w:b/>
        </w:rPr>
        <w:t xml:space="preserve">[11:07] </w:t>
      </w:r>
      <w:r>
        <w:t>nasl mein ya bano ishaq mein.</w:t>
      </w:r>
    </w:p>
    <w:p>
      <w:pPr>
        <w:jc w:val="right"/>
      </w:pPr>
      <w:r>
        <w:t>نسل میں یا بنو اسحاق میں۔</w:t>
      </w:r>
    </w:p>
    <w:p>
      <w:r>
        <w:rPr>
          <w:b/>
        </w:rPr>
        <w:t xml:space="preserve">[11:10] </w:t>
      </w:r>
      <w:r>
        <w:t>bano ishaq hi ke kehte hain yeh log bani israel.</w:t>
      </w:r>
    </w:p>
    <w:p>
      <w:pPr>
        <w:jc w:val="right"/>
      </w:pPr>
      <w:r>
        <w:t>بنو اسحاق ہی کے کہتے ہیں یہ لوگ بنی اسرائیل۔</w:t>
      </w:r>
    </w:p>
    <w:p>
      <w:r>
        <w:rPr>
          <w:b/>
        </w:rPr>
        <w:t xml:space="preserve">[11:14] </w:t>
      </w:r>
      <w:r>
        <w:t>to un ka aqeedah yeh tha ke saare nabi jo aaye hain, woh bano ishaq mein aaye hain,</w:t>
      </w:r>
    </w:p>
    <w:p>
      <w:pPr>
        <w:jc w:val="right"/>
      </w:pPr>
      <w:r>
        <w:t>تو ان کا عقیدہ یہ تھا کہ سارے نبی جو آئے ہیں، وہ بنو اسحاق میں آئے ہیں،</w:t>
      </w:r>
    </w:p>
    <w:p>
      <w:r>
        <w:rPr>
          <w:b/>
        </w:rPr>
        <w:t xml:space="preserve">[11:22] </w:t>
      </w:r>
      <w:r>
        <w:t>yaani bani israel mein.</w:t>
      </w:r>
    </w:p>
    <w:p>
      <w:pPr>
        <w:jc w:val="right"/>
      </w:pPr>
      <w:r>
        <w:t>یعنی بنی اسرائیل میں۔</w:t>
      </w:r>
    </w:p>
    <w:p>
      <w:r>
        <w:rPr>
          <w:b/>
        </w:rPr>
        <w:t xml:space="preserve">[11:23] </w:t>
      </w:r>
      <w:r>
        <w:t>to rasool Allah aa gaye bano ismaeel mein.</w:t>
      </w:r>
    </w:p>
    <w:p>
      <w:pPr>
        <w:jc w:val="right"/>
      </w:pPr>
      <w:r>
        <w:t>تو رسول اللہ آ گئے بنو اسماعیل میں۔</w:t>
      </w:r>
    </w:p>
    <w:p>
      <w:r>
        <w:rPr>
          <w:b/>
        </w:rPr>
        <w:t xml:space="preserve">[11:27] </w:t>
      </w:r>
      <w:r>
        <w:t>hazrat ibrahim ke do bete the, ishaq aur ismaeel.</w:t>
      </w:r>
    </w:p>
    <w:p>
      <w:pPr>
        <w:jc w:val="right"/>
      </w:pPr>
      <w:r>
        <w:t>حضرت ابراہیم کے دو بیٹے تھے، اسحاق اور اسماعیل۔</w:t>
      </w:r>
    </w:p>
    <w:p>
      <w:r>
        <w:rPr>
          <w:b/>
        </w:rPr>
        <w:t xml:space="preserve">[11:31] </w:t>
      </w:r>
      <w:r>
        <w:t>to ishaq ki nasl se yahood hain aur ismaeel ki nasl se arab log the.</w:t>
      </w:r>
    </w:p>
    <w:p>
      <w:pPr>
        <w:jc w:val="right"/>
      </w:pPr>
      <w:r>
        <w:t>تو اسحاق کی نسل سے یہود ہیں اور اسماعیل کی نسل سے عرب لوگ تھے۔</w:t>
      </w:r>
    </w:p>
    <w:p>
      <w:r>
        <w:rPr>
          <w:b/>
        </w:rPr>
        <w:t xml:space="preserve">[11:37] </w:t>
      </w:r>
      <w:r>
        <w:t>to choonke rasool Allah aa gaye bano ismaeel mein, bano ishaq mein nahin aaye woh, to unhon ne</w:t>
      </w:r>
    </w:p>
    <w:p>
      <w:pPr>
        <w:jc w:val="right"/>
      </w:pPr>
      <w:r>
        <w:t>تو چونکہ رسول اللہ آ گئے بنو اسماعیل میں، بنو اسحاق میں نہیں آئے وہ، تو انہوں نے</w:t>
      </w:r>
    </w:p>
    <w:p>
      <w:r>
        <w:rPr>
          <w:b/>
        </w:rPr>
        <w:t xml:space="preserve">[11:45] </w:t>
      </w:r>
      <w:r>
        <w:t>is se samjha ke yeh nabi nahin ho sakte ke nabi to woh hota hai jo bano ishaq</w:t>
      </w:r>
    </w:p>
    <w:p>
      <w:pPr>
        <w:jc w:val="right"/>
      </w:pPr>
      <w:r>
        <w:t>اس سے سمجھا کہ یہ نبی نہیں ہو سکتے کہ نبی تو وہ ہوتا ہے جو بنو اسحاق</w:t>
      </w:r>
    </w:p>
    <w:p>
      <w:r>
        <w:rPr>
          <w:b/>
        </w:rPr>
        <w:t xml:space="preserve">[11:52] </w:t>
      </w:r>
      <w:r>
        <w:t>mein aata hai, bani israel mein aata hai.</w:t>
      </w:r>
    </w:p>
    <w:p>
      <w:pPr>
        <w:jc w:val="right"/>
      </w:pPr>
      <w:r>
        <w:t>میں آتا ہے، بنی اسرائیل میں آتا ہے۔</w:t>
      </w:r>
    </w:p>
    <w:p>
      <w:r>
        <w:rPr>
          <w:b/>
        </w:rPr>
        <w:t xml:space="preserve">[11:56] </w:t>
      </w:r>
      <w:r>
        <w:t>is se mukhalif ho gaye woh.</w:t>
      </w:r>
    </w:p>
    <w:p>
      <w:pPr>
        <w:jc w:val="right"/>
      </w:pPr>
      <w:r>
        <w:t>اس سے مخالف ہو گئے وہ۔</w:t>
      </w:r>
    </w:p>
    <w:p>
      <w:r>
        <w:rPr>
          <w:b/>
        </w:rPr>
        <w:t xml:space="preserve">[11:58] </w:t>
      </w:r>
      <w:r>
        <w:t>yeh maamla mein is liye bata raha hoon aap ko ke theek yahi musalmanon ke saath maujoodah zamane</w:t>
      </w:r>
    </w:p>
    <w:p>
      <w:pPr>
        <w:jc w:val="right"/>
      </w:pPr>
      <w:r>
        <w:t>یہ معاملہ میں اس لیے بتا رہا ہوں آپ کو کہ ٹھیک یہی مسلمانوں کے ساتھ موجودہ زمانے</w:t>
      </w:r>
    </w:p>
    <w:p>
      <w:r>
        <w:rPr>
          <w:b/>
        </w:rPr>
        <w:t xml:space="preserve">[12:06] </w:t>
      </w:r>
      <w:r>
        <w:t>mein guzra hai, yahi waqea.</w:t>
      </w:r>
    </w:p>
    <w:p>
      <w:pPr>
        <w:jc w:val="right"/>
      </w:pPr>
      <w:r>
        <w:t>میں گزرا ہے، یہی واقعہ۔</w:t>
      </w:r>
    </w:p>
    <w:p>
      <w:r>
        <w:rPr>
          <w:b/>
        </w:rPr>
        <w:t xml:space="preserve">[12:08] </w:t>
      </w:r>
      <w:r>
        <w:t>lekin choonke waqeaat jo tareekh mein repeat hote hain, woh kabhi shakal ke aitbaar se nahin hote, apni</w:t>
      </w:r>
    </w:p>
    <w:p>
      <w:pPr>
        <w:jc w:val="right"/>
      </w:pPr>
      <w:r>
        <w:t>لیکن چونکہ واقعات جو تاریخ میں ریپیٹ ہوتے ہیں، وہ کبھی شکل کے اعتبار سے نہیں ہوتے، اپنی</w:t>
      </w:r>
    </w:p>
    <w:p>
      <w:r>
        <w:rPr>
          <w:b/>
        </w:rPr>
        <w:t xml:space="preserve">[12:16] </w:t>
      </w:r>
      <w:r>
        <w:t>asplit ke aitbaar se hote hain.</w:t>
      </w:r>
    </w:p>
    <w:p>
      <w:pPr>
        <w:jc w:val="right"/>
      </w:pPr>
      <w:r>
        <w:t>اسپلٹ کے اعتبار سے ہوتے ہیں۔</w:t>
      </w:r>
    </w:p>
    <w:p>
      <w:r>
        <w:rPr>
          <w:b/>
        </w:rPr>
        <w:t xml:space="preserve">[12:19] </w:t>
      </w:r>
      <w:r>
        <w:t>wohi kabhi repeat ho, tareekh mein aisa kabhi hota nahin.</w:t>
      </w:r>
    </w:p>
    <w:p>
      <w:pPr>
        <w:jc w:val="right"/>
      </w:pPr>
      <w:r>
        <w:t>وہی کبھی ریپیٹ ہو، تاریخ میں ایسا کبھی ہوتا نہیں۔</w:t>
      </w:r>
    </w:p>
    <w:p>
      <w:r>
        <w:rPr>
          <w:b/>
        </w:rPr>
        <w:t xml:space="preserve">[12:23] </w:t>
      </w:r>
      <w:r>
        <w:t>to baad ke zamane ke musalmanon ne theek isi par aisa hi kiya, yaani go ke bil mein</w:t>
      </w:r>
    </w:p>
    <w:p>
      <w:pPr>
        <w:jc w:val="right"/>
      </w:pPr>
      <w:r>
        <w:t>تو بعد کے زمانے کے مسلمانوں نے ٹھیک اسی پر ایسا ہی کیا، یعنی گو کے بل میں</w:t>
      </w:r>
    </w:p>
    <w:p>
      <w:r>
        <w:rPr>
          <w:b/>
        </w:rPr>
        <w:t xml:space="preserve">[12:31] </w:t>
      </w:r>
      <w:r>
        <w:t>ghus gaye, be aqli ka kaam kiya.</w:t>
      </w:r>
    </w:p>
    <w:p>
      <w:pPr>
        <w:jc w:val="right"/>
      </w:pPr>
      <w:r>
        <w:t>گھس گئے، بے عقلی کا کام کیا۔</w:t>
      </w:r>
    </w:p>
    <w:p>
      <w:r>
        <w:rPr>
          <w:b/>
        </w:rPr>
        <w:t xml:space="preserve">[12:34] </w:t>
      </w:r>
      <w:r>
        <w:t>ab woh mere nazdeek hai maujoodah zamane ke musalmanon ka western civilization ke khilaaf ho jana.</w:t>
      </w:r>
    </w:p>
    <w:p>
      <w:pPr>
        <w:jc w:val="right"/>
      </w:pPr>
      <w:r>
        <w:t>اب وہ میرے نزدیک ہے موجودہ زمانے کے مسلمانوں کا ویسٹرن سولائزیشن کے خلاف ہو جانا۔</w:t>
      </w:r>
    </w:p>
    <w:p>
      <w:r>
        <w:rPr>
          <w:b/>
        </w:rPr>
        <w:t xml:space="preserve">[12:40] </w:t>
      </w:r>
      <w:r>
        <w:t>yaani yahood jis tareeqe se muhammad bin abdullah ke khilaaf ho gaye the, usi tarah se musalman modern</w:t>
      </w:r>
    </w:p>
    <w:p>
      <w:pPr>
        <w:jc w:val="right"/>
      </w:pPr>
      <w:r>
        <w:t>یعنی یہود جس طریقے سے محمد بن عبداللہ کے خلاف ہو گئے تھے، اسی طرح سے مسلمان ماڈرن</w:t>
      </w:r>
    </w:p>
    <w:p>
      <w:r>
        <w:rPr>
          <w:b/>
        </w:rPr>
        <w:t xml:space="preserve">[12:48] </w:t>
      </w:r>
      <w:r>
        <w:t>civilization ke khilaaf ho gaye.</w:t>
      </w:r>
    </w:p>
    <w:p>
      <w:pPr>
        <w:jc w:val="right"/>
      </w:pPr>
      <w:r>
        <w:t>سولائزیشن کے خلاف ہو گئے۔</w:t>
      </w:r>
    </w:p>
    <w:p>
      <w:r>
        <w:rPr>
          <w:b/>
        </w:rPr>
        <w:t xml:space="preserve">[12:50] </w:t>
      </w:r>
      <w:r>
        <w:t>yeh hai is ka repetition.</w:t>
      </w:r>
    </w:p>
    <w:p>
      <w:pPr>
        <w:jc w:val="right"/>
      </w:pPr>
      <w:r>
        <w:t>یہ ہے اس کا ریپیٹیشن۔</w:t>
      </w:r>
    </w:p>
    <w:p>
      <w:r>
        <w:rPr>
          <w:b/>
        </w:rPr>
        <w:t xml:space="preserve">[12:52] </w:t>
      </w:r>
      <w:r>
        <w:t>is se pehle mein baar baar bata chuka hoon ke western civilization jo thi, woh quran o hadees</w:t>
      </w:r>
    </w:p>
    <w:p>
      <w:pPr>
        <w:jc w:val="right"/>
      </w:pPr>
      <w:r>
        <w:t>اس سے پہلے میں بار بار بتا چکا ہوں کہ ویسٹرن سولائزیشن جو تھی، وہ قرآن و حدیث</w:t>
      </w:r>
    </w:p>
    <w:p>
      <w:r>
        <w:rPr>
          <w:b/>
        </w:rPr>
        <w:t xml:space="preserve">[13:00] </w:t>
      </w:r>
      <w:r>
        <w:t>mein is ki pesh goi maujood thi, yaani is ka advance khabar maujood thi.</w:t>
      </w:r>
    </w:p>
    <w:p>
      <w:pPr>
        <w:jc w:val="right"/>
      </w:pPr>
      <w:r>
        <w:t>میں اس کی پیش گوئی موجود تھی، یعنی اس کا ایڈوانس خبر موجود تھی۔</w:t>
      </w:r>
    </w:p>
    <w:p>
      <w:r>
        <w:rPr>
          <w:b/>
        </w:rPr>
        <w:t xml:space="preserve">[13:06] </w:t>
      </w:r>
      <w:r>
        <w:t>misalan dekhiye, quran mein yeh ayat hai: sanureehim ayatana fil afaqi wa fi anfusihim hatta yateen al haqq as</w:t>
      </w:r>
    </w:p>
    <w:p>
      <w:pPr>
        <w:jc w:val="right"/>
      </w:pPr>
      <w:r>
        <w:t>مثلاً دیکھیے، قرآن میں یہ آیت ہے: سنریہم آیاتنا فی الافاق و فی انفسہم حتی یتین الحق اس</w:t>
      </w:r>
    </w:p>
    <w:p>
      <w:r>
        <w:rPr>
          <w:b/>
        </w:rPr>
        <w:t xml:space="preserve">[13:14] </w:t>
      </w:r>
      <w:r>
        <w:t>ka matlab hai ke mustaqbil mein hum dikhayenge apni nishaniyan unko afaq mein aur anfus mein,</w:t>
      </w:r>
    </w:p>
    <w:p>
      <w:pPr>
        <w:jc w:val="right"/>
      </w:pPr>
      <w:r>
        <w:t>کا مطلب ہے کہ مستقبل میں ہم دکھائیں گے اپنی نشانیاں ان کو افاق میں اور انفس میں،</w:t>
      </w:r>
    </w:p>
    <w:p>
      <w:r>
        <w:rPr>
          <w:b/>
        </w:rPr>
        <w:t xml:space="preserve">[13:22] </w:t>
      </w:r>
      <w:r>
        <w:t>yahan tak ke un par khul jaye ke yeh haq hai.</w:t>
      </w:r>
    </w:p>
    <w:p>
      <w:pPr>
        <w:jc w:val="right"/>
      </w:pPr>
      <w:r>
        <w:t>یہاں تک کہ ان پر کھل جائے کہ یہ حق ہے۔</w:t>
      </w:r>
    </w:p>
    <w:p>
      <w:r>
        <w:rPr>
          <w:b/>
        </w:rPr>
        <w:t xml:space="preserve">[13:26] </w:t>
      </w:r>
      <w:r>
        <w:t>yeh wazeh taur par is ayat mein dor jadeed ke science ka ishara kiya gaya hai.</w:t>
      </w:r>
    </w:p>
    <w:p>
      <w:pPr>
        <w:jc w:val="right"/>
      </w:pPr>
      <w:r>
        <w:t>یہ واضح طور پر اس آیت میں دور جدید کے سائنس کا اشارہ کیا گیا ہے۔</w:t>
      </w:r>
    </w:p>
    <w:p>
      <w:r>
        <w:rPr>
          <w:b/>
        </w:rPr>
        <w:t xml:space="preserve">[13:33] </w:t>
      </w:r>
      <w:r>
        <w:t>chunaanche meri jo kitab hai "Alaihisalam waittahad" kai zabanon mein, is ke shuru mein maine yeh</w:t>
      </w:r>
    </w:p>
    <w:p>
      <w:pPr>
        <w:jc w:val="right"/>
      </w:pPr>
      <w:r>
        <w:t>چنانچہ میری جو کتاب ہے "علیہ السلام ویتحدہ" کئی زبانوں میں، اس کے شروع میں میں نے یہ</w:t>
      </w:r>
    </w:p>
    <w:p>
      <w:r>
        <w:rPr>
          <w:b/>
        </w:rPr>
        <w:t xml:space="preserve">[13:41] </w:t>
      </w:r>
      <w:r>
        <w:t>ayat naqal ki hai ke poora jo dor science hai, is ayat ki tashreeh hai ke jo cheezen</w:t>
      </w:r>
    </w:p>
    <w:p>
      <w:pPr>
        <w:jc w:val="right"/>
      </w:pPr>
      <w:r>
        <w:t>آیت نقل کی ہے کہ پورا جو دور سائنس ہے، اس آیت کی تشریح ہے کہ جو چیزیں</w:t>
      </w:r>
    </w:p>
    <w:p>
      <w:r>
        <w:rPr>
          <w:b/>
        </w:rPr>
        <w:t xml:space="preserve">[13:49] </w:t>
      </w:r>
      <w:r>
        <w:t>nature mein maujood thin, jo tasdeeq karti thin Quran ke message ki, to woh hidden, woh hidden halat</w:t>
      </w:r>
    </w:p>
    <w:p>
      <w:pPr>
        <w:jc w:val="right"/>
      </w:pPr>
      <w:r>
        <w:t>نیچر میں موجود تھیں، جو تصدیق کرتی تھیں قرآن کے میسج کی، تو وہ ہڈن، وہ ہڈن حالت</w:t>
      </w:r>
    </w:p>
    <w:p>
      <w:r>
        <w:rPr>
          <w:b/>
        </w:rPr>
        <w:t xml:space="preserve">[13:56] </w:t>
      </w:r>
      <w:r>
        <w:t>mein theen.</w:t>
      </w:r>
    </w:p>
    <w:p>
      <w:pPr>
        <w:jc w:val="right"/>
      </w:pPr>
      <w:r>
        <w:t>میں تھیں۔</w:t>
      </w:r>
    </w:p>
    <w:p>
      <w:r>
        <w:rPr>
          <w:b/>
        </w:rPr>
        <w:t xml:space="preserve">[13:58] </w:t>
      </w:r>
      <w:r>
        <w:t>Al Europe ne in ko research kar ke nikala, research kar ke phir ek naya dor paida hua,</w:t>
      </w:r>
    </w:p>
    <w:p>
      <w:pPr>
        <w:jc w:val="right"/>
      </w:pPr>
      <w:r>
        <w:t>ال یورپ نے ان کو ریسرچ کر کے نکالا، ریسرچ کر کے پھر ایک نیا دور پیدا ہوا،</w:t>
      </w:r>
    </w:p>
    <w:p>
      <w:r>
        <w:rPr>
          <w:b/>
        </w:rPr>
        <w:t xml:space="preserve">[14:06] </w:t>
      </w:r>
      <w:r>
        <w:t>dor science, age of science.</w:t>
      </w:r>
    </w:p>
    <w:p>
      <w:pPr>
        <w:jc w:val="right"/>
      </w:pPr>
      <w:r>
        <w:t>دور سائنس، ایج آف سائنس۔</w:t>
      </w:r>
    </w:p>
    <w:p>
      <w:r>
        <w:rPr>
          <w:b/>
        </w:rPr>
        <w:t xml:space="preserve">[14:08] </w:t>
      </w:r>
      <w:r>
        <w:t>isi ka is Quran ki is ayat mein isi ka zikr hai, isi ki taraf peshgi ishara kiya</w:t>
      </w:r>
    </w:p>
    <w:p>
      <w:pPr>
        <w:jc w:val="right"/>
      </w:pPr>
      <w:r>
        <w:t>اسی کا اس قرآن کی اس آیت میں اسی کا ذکر ہے، اسی کی طرف پیشگی اشارہ کیا</w:t>
      </w:r>
    </w:p>
    <w:p>
      <w:r>
        <w:rPr>
          <w:b/>
        </w:rPr>
        <w:t xml:space="preserve">[14:15] </w:t>
      </w:r>
      <w:r>
        <w:t>gaya hai.</w:t>
      </w:r>
    </w:p>
    <w:p>
      <w:pPr>
        <w:jc w:val="right"/>
      </w:pPr>
      <w:r>
        <w:t>گیا ہے۔</w:t>
      </w:r>
    </w:p>
    <w:p>
      <w:r>
        <w:rPr>
          <w:b/>
        </w:rPr>
        <w:t xml:space="preserve">[14:17] </w:t>
      </w:r>
      <w:r>
        <w:t>isi tarah se dekhiye, jo maghribi tehzeeb hai, woh bhi mere nazdeek hadith mein wazeh taur par maujood</w:t>
      </w:r>
    </w:p>
    <w:p>
      <w:pPr>
        <w:jc w:val="right"/>
      </w:pPr>
      <w:r>
        <w:t>اسی طریقے سے دیکھیے، جو مغربی تہذیب ہے، وہ بھی میرے نزدیک حدیث میں واضح طور پر موجود</w:t>
      </w:r>
    </w:p>
    <w:p>
      <w:r>
        <w:rPr>
          <w:b/>
        </w:rPr>
        <w:t xml:space="preserve">[14:25]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[14:26] </w:t>
      </w:r>
      <w:r>
        <w:t>Quran mein bhi isharatan hai, lekin hadith mein to bohat wazeh taur par ek hadith mukhtalif kitabon mein</w:t>
      </w:r>
    </w:p>
    <w:p>
      <w:pPr>
        <w:jc w:val="right"/>
      </w:pPr>
      <w:r>
        <w:t>قرآن میں بھی اشارتاً ہے، لیکن حدیث میں تو بہت واضح طور پر ایک حدیث مختلف کتابوں میں</w:t>
      </w:r>
    </w:p>
    <w:p>
      <w:r>
        <w:rPr>
          <w:b/>
        </w:rPr>
        <w:t xml:space="preserve">[14:34] </w:t>
      </w:r>
      <w:r>
        <w:t>aayi hai, is ke alfaaz yeh hain ke innallaha layeed hatha deeni bi qawmin ma hum min ahlihi</w:t>
      </w:r>
    </w:p>
    <w:p>
      <w:pPr>
        <w:jc w:val="right"/>
      </w:pPr>
      <w:r>
        <w:t>آئی ہے، اس کے الفاظ یہ ہیں کہ إن الله لييد هذا الدين بقوم ما هم من أهله</w:t>
      </w:r>
    </w:p>
    <w:p>
      <w:r>
        <w:rPr>
          <w:b/>
        </w:rPr>
        <w:t xml:space="preserve">[14:42] </w:t>
      </w:r>
      <w:r>
        <w:t>yani Allah is deen ki madad, deen Islam ki madad, aise logon ke zariye karega jo Al</w:t>
      </w:r>
    </w:p>
    <w:p>
      <w:pPr>
        <w:jc w:val="right"/>
      </w:pPr>
      <w:r>
        <w:t>یعنی اللہ اس دین کی مدد، دین اسلام کی مدد، ایسے لوگوں کے ذریعے کرے گا جو ال</w:t>
      </w:r>
    </w:p>
    <w:p>
      <w:r>
        <w:rPr>
          <w:b/>
        </w:rPr>
        <w:t xml:space="preserve">[14:49] </w:t>
      </w:r>
      <w:r>
        <w:t>Islam mein se na honge.</w:t>
      </w:r>
    </w:p>
    <w:p>
      <w:pPr>
        <w:jc w:val="right"/>
      </w:pPr>
      <w:r>
        <w:t>اسلام میں سے نہ ہوں گے۔</w:t>
      </w:r>
    </w:p>
    <w:p>
      <w:r>
        <w:rPr>
          <w:b/>
        </w:rPr>
        <w:t xml:space="preserve">[14:52] </w:t>
      </w:r>
      <w:r>
        <w:t>ab aap agar mutala karen to modern civilization mukammal taur par mufeed tehzeeb hai, yani supporting tehzeeb hai.</w:t>
      </w:r>
    </w:p>
    <w:p>
      <w:pPr>
        <w:jc w:val="right"/>
      </w:pPr>
      <w:r>
        <w:t>اب آپ اگر مطالعہ کریں تو ماڈرن سولائزیشن مکمل طور پر معید تہذیب ہے، یعنی سپورٹنگ تہذیب ہے۔</w:t>
      </w:r>
    </w:p>
    <w:p>
      <w:r>
        <w:rPr>
          <w:b/>
        </w:rPr>
        <w:t xml:space="preserve">[15:00] </w:t>
      </w:r>
      <w:r>
        <w:t>mufeed tehzeeb hai, supporting tehzeeb.</w:t>
      </w:r>
    </w:p>
    <w:p>
      <w:pPr>
        <w:jc w:val="right"/>
      </w:pPr>
      <w:r>
        <w:t>معید تہذیب ہے، سپورٹنگ تہذیب۔</w:t>
      </w:r>
    </w:p>
    <w:p>
      <w:r>
        <w:rPr>
          <w:b/>
        </w:rPr>
        <w:t xml:space="preserve">[15:02] </w:t>
      </w:r>
      <w:r>
        <w:t>aaj mein subah soch raha tha ke Islam mein ek taleem yeh hai ke safar karo, alsayehun walsayhat,</w:t>
      </w:r>
    </w:p>
    <w:p>
      <w:pPr>
        <w:jc w:val="right"/>
      </w:pPr>
      <w:r>
        <w:t>آج میں صبح سوچ رہا تھا کہ اسلام میں ایک تعلیم یہ ہے کہ سفر کرو، السایحون والسایحات،</w:t>
      </w:r>
    </w:p>
    <w:p>
      <w:r>
        <w:rPr>
          <w:b/>
        </w:rPr>
        <w:t xml:space="preserve">[15:09] </w:t>
      </w:r>
      <w:r>
        <w:t>safar barah dawat.</w:t>
      </w:r>
    </w:p>
    <w:p>
      <w:pPr>
        <w:jc w:val="right"/>
      </w:pPr>
      <w:r>
        <w:t>سفر براہ دعوت۔</w:t>
      </w:r>
    </w:p>
    <w:p>
      <w:r>
        <w:rPr>
          <w:b/>
        </w:rPr>
        <w:t xml:space="preserve">[15:11] </w:t>
      </w:r>
      <w:r>
        <w:t>Islam mein jo safar kaha gaya hai, barah dawat, yani sari duniya mein safar kar ke dawat pahunchao,</w:t>
      </w:r>
    </w:p>
    <w:p>
      <w:pPr>
        <w:jc w:val="right"/>
      </w:pPr>
      <w:r>
        <w:t>اسلام میں جو سفر کہا گیا ہے، براہ دعوت، یعنی ساری دنیا میں سفر کر کے دعوت پہنچاؤ،</w:t>
      </w:r>
    </w:p>
    <w:p>
      <w:r>
        <w:rPr>
          <w:b/>
        </w:rPr>
        <w:t xml:space="preserve">[15:19] </w:t>
      </w:r>
      <w:r>
        <w:t>Quran pahunchao.</w:t>
      </w:r>
    </w:p>
    <w:p>
      <w:pPr>
        <w:jc w:val="right"/>
      </w:pPr>
      <w:r>
        <w:t>قرآن پہنچاؤ۔</w:t>
      </w:r>
    </w:p>
    <w:p>
      <w:r>
        <w:rPr>
          <w:b/>
        </w:rPr>
        <w:t xml:space="preserve">[15:20] </w:t>
      </w:r>
      <w:r>
        <w:t>to pichle hazaron saal tak yeh mumkin nahi tha ke safar karen.</w:t>
      </w:r>
    </w:p>
    <w:p>
      <w:pPr>
        <w:jc w:val="right"/>
      </w:pPr>
      <w:r>
        <w:t>تو پچھلے ہزاروں سال تک یہ ممکن نہیں تھا کہ سفر کریں۔</w:t>
      </w:r>
    </w:p>
    <w:p>
      <w:r>
        <w:rPr>
          <w:b/>
        </w:rPr>
        <w:t xml:space="preserve">[15:25] </w:t>
      </w:r>
      <w:r>
        <w:t>aap kaise safar karenge? aap ko saat maujood nahi the.</w:t>
      </w:r>
    </w:p>
    <w:p>
      <w:pPr>
        <w:jc w:val="right"/>
      </w:pPr>
      <w:r>
        <w:t>آپ کیسے سفر کریں گے؟ آپ کو سات موجود نہیں تھے۔</w:t>
      </w:r>
    </w:p>
    <w:p>
      <w:r>
        <w:rPr>
          <w:b/>
        </w:rPr>
        <w:t xml:space="preserve">[15:30] </w:t>
      </w:r>
      <w:r>
        <w:t>safar karne ke liye aap ko saat chahiye, resources chahiye, woh toh thay nahin.</w:t>
      </w:r>
    </w:p>
    <w:p>
      <w:pPr>
        <w:jc w:val="right"/>
      </w:pPr>
      <w:r>
        <w:t>سفر کرنے کے لیے آپ کو سات چاہیے، ریسورسز چاہیے، وہ تو تھے نہیں۔</w:t>
      </w:r>
    </w:p>
    <w:p>
      <w:r>
        <w:rPr>
          <w:b/>
        </w:rPr>
        <w:t xml:space="preserve">[15:36] </w:t>
      </w:r>
      <w:r>
        <w:t>toh aaj mein subah soch raha tha ke kaisa ajeeb waqea hua yeh jis ko kehte hain, yaani</w:t>
      </w:r>
    </w:p>
    <w:p>
      <w:pPr>
        <w:jc w:val="right"/>
      </w:pPr>
      <w:r>
        <w:t>تو آج میں صبح سوچ رہا تھا کہ کیسا عجیب واقعہ ہوا یہ جس کو کہتے ہیں، یعنی</w:t>
      </w:r>
    </w:p>
    <w:p>
      <w:r>
        <w:rPr>
          <w:b/>
        </w:rPr>
        <w:t xml:space="preserve">[15:44] </w:t>
      </w:r>
      <w:r>
        <w:t>aviation, yaani jahaz ka nizam.</w:t>
      </w:r>
    </w:p>
    <w:p>
      <w:pPr>
        <w:jc w:val="right"/>
      </w:pPr>
      <w:r>
        <w:t>ایوی ایشن، یعنی جہاز کا نظام۔</w:t>
      </w:r>
    </w:p>
    <w:p>
      <w:r>
        <w:rPr>
          <w:b/>
        </w:rPr>
        <w:t xml:space="preserve">[15:46] </w:t>
      </w:r>
      <w:r>
        <w:t>is saari duniya mein aik jaal hai, aik aik network hai hawai safar ka.</w:t>
      </w:r>
    </w:p>
    <w:p>
      <w:pPr>
        <w:jc w:val="right"/>
      </w:pPr>
      <w:r>
        <w:t>اس ساری دنیا میں ایک جال ہے، ایک ایک نیٹ ورک ہے ہوائی سفر کا۔</w:t>
      </w:r>
    </w:p>
    <w:p>
      <w:r>
        <w:rPr>
          <w:b/>
        </w:rPr>
        <w:t xml:space="preserve">[15:53] </w:t>
      </w:r>
      <w:r>
        <w:t>har shehar mein hawai adda, har jagah is ke office kaise jahaz banaya, kaise yeh in ke nizam</w:t>
      </w:r>
    </w:p>
    <w:p>
      <w:pPr>
        <w:jc w:val="right"/>
      </w:pPr>
      <w:r>
        <w:t>ہر شہر میں ہوائی اڈا، ہر جگہ اس کے افس کیسے جہاز بنایا، کیسے یہ ان کے نظام</w:t>
      </w:r>
    </w:p>
    <w:p>
      <w:r>
        <w:rPr>
          <w:b/>
        </w:rPr>
        <w:t xml:space="preserve">[16:00] </w:t>
      </w:r>
      <w:r>
        <w:t>banaye ke har jagah jahaz jaye, utre aur wahan se fly kare.</w:t>
      </w:r>
    </w:p>
    <w:p>
      <w:pPr>
        <w:jc w:val="right"/>
      </w:pPr>
      <w:r>
        <w:t>بنائے کہ ہر جگہ جہاز جائے، اترے اور وہاں سے فلائی کرے۔</w:t>
      </w:r>
    </w:p>
    <w:p>
      <w:r>
        <w:rPr>
          <w:b/>
        </w:rPr>
        <w:t xml:space="preserve">[16:06] </w:t>
      </w:r>
      <w:r>
        <w:t>har waqt saari duniya mein hazaron hazar jahaz urte rehte hain.</w:t>
      </w:r>
    </w:p>
    <w:p>
      <w:pPr>
        <w:jc w:val="right"/>
      </w:pPr>
      <w:r>
        <w:t>ہر وقت ساری دنیا میں ہزاروں ہزار جہاز اڑتے رہتے ہیں۔</w:t>
      </w:r>
    </w:p>
    <w:p>
      <w:r>
        <w:rPr>
          <w:b/>
        </w:rPr>
        <w:t xml:space="preserve">[16:10] </w:t>
      </w:r>
      <w:r>
        <w:t>woh kaise urte hain? is ka bohat bara nizam hai, kab woh takrao nahin hota, woh urte hain.</w:t>
      </w:r>
    </w:p>
    <w:p>
      <w:pPr>
        <w:jc w:val="right"/>
      </w:pPr>
      <w:r>
        <w:t>وہ کیسے اڑتے ہیں؟ اس کا بہت بڑا نظام ہے، کب وہ ٹکراؤ نہیں ہوتا، وہ اڑتے ہیں۔</w:t>
      </w:r>
    </w:p>
    <w:p>
      <w:r>
        <w:rPr>
          <w:b/>
        </w:rPr>
        <w:t xml:space="preserve">[16:18] </w:t>
      </w:r>
      <w:r>
        <w:t>اس avoidance، اس avoidance جاتے ہیں، اس سے وہاں جاتے ہیں۔</w:t>
      </w:r>
    </w:p>
    <w:p>
      <w:pPr>
        <w:jc w:val="right"/>
      </w:pPr>
      <w:r>
        <w:t>اس اوائیڈنس، اس اوائیڈنس جاتے ہیں، اس سے وہاں جاتے ہیں۔</w:t>
      </w:r>
    </w:p>
    <w:p>
      <w:r>
        <w:rPr>
          <w:b/>
        </w:rPr>
        <w:t xml:space="preserve">[16:23] </w:t>
      </w:r>
      <w:r>
        <w:t>is ke baad aaj ke zamane mein agar aap pass passport ho, visa ho aur jeeb mein dollar</w:t>
      </w:r>
    </w:p>
    <w:p>
      <w:pPr>
        <w:jc w:val="right"/>
      </w:pPr>
      <w:r>
        <w:t>اس کے بعد آج کے زمانے میں اگر آپ پاس پاسپورٹ ہو، ویزا ہو اور جیب میں ڈالر</w:t>
      </w:r>
    </w:p>
    <w:p>
      <w:r>
        <w:rPr>
          <w:b/>
        </w:rPr>
        <w:t xml:space="preserve">[16:30] </w:t>
      </w:r>
      <w:r>
        <w:t>ho toh duniya mein kahin jahaz chale jaiye, ghante chand chand ghanton ke andar.</w:t>
      </w:r>
    </w:p>
    <w:p>
      <w:pPr>
        <w:jc w:val="right"/>
      </w:pPr>
      <w:r>
        <w:t>ہو تو دنیا میں کہیں جہاز چلے جائیے، گھنٹے چند چند گھنٹوں کے اندر۔</w:t>
      </w:r>
    </w:p>
    <w:p>
      <w:r>
        <w:rPr>
          <w:b/>
        </w:rPr>
        <w:t xml:space="preserve">[16:36] </w:t>
      </w:r>
      <w:r>
        <w:t>yaani aap ke paas passport ho aur visa ho toh duniya mein taqreeban 200 country hain, 200 jahan</w:t>
      </w:r>
    </w:p>
    <w:p>
      <w:pPr>
        <w:jc w:val="right"/>
      </w:pPr>
      <w:r>
        <w:t>یعنی آپ کے پاس پاسپورٹ ہو اور ویزا ہو تو دنیا میں تقریباً 200 کنٹری ہیں، 200 جہاں</w:t>
      </w:r>
    </w:p>
    <w:p>
      <w:r>
        <w:rPr>
          <w:b/>
        </w:rPr>
        <w:t xml:space="preserve">[16:44] </w:t>
      </w:r>
      <w:r>
        <w:t>chahiye chale jaiye.</w:t>
      </w:r>
    </w:p>
    <w:p>
      <w:pPr>
        <w:jc w:val="right"/>
      </w:pPr>
      <w:r>
        <w:t>چاہیے چلے جائیے۔</w:t>
      </w:r>
    </w:p>
    <w:p>
      <w:r>
        <w:rPr>
          <w:b/>
        </w:rPr>
        <w:t xml:space="preserve">[16:46] </w:t>
      </w:r>
      <w:r>
        <w:t>wahan hotel ho gaya, aap wahan theher sakte hain.</w:t>
      </w:r>
    </w:p>
    <w:p>
      <w:pPr>
        <w:jc w:val="right"/>
      </w:pPr>
      <w:r>
        <w:t>وہاں ہوٹل ہو گیا، آپ وہاں ٹھہر سکتے ہیں۔</w:t>
      </w:r>
    </w:p>
    <w:p>
      <w:r>
        <w:rPr>
          <w:b/>
        </w:rPr>
        <w:t xml:space="preserve">[16:49] </w:t>
      </w:r>
      <w:r>
        <w:t>ab wahan dawat ka kaam kijiye, dawat ka kaam kijiye.</w:t>
      </w:r>
    </w:p>
    <w:p>
      <w:pPr>
        <w:jc w:val="right"/>
      </w:pPr>
      <w:r>
        <w:t>اب وہاں دعوت کا کام کیجیے، دعوت کا کام کیجیے۔</w:t>
      </w:r>
    </w:p>
    <w:p>
      <w:r>
        <w:rPr>
          <w:b/>
        </w:rPr>
        <w:t xml:space="preserve">[16:54] </w:t>
      </w:r>
      <w:r>
        <w:t>hamare saath hi kar rahe hain, masha Allah.</w:t>
      </w:r>
    </w:p>
    <w:p>
      <w:pPr>
        <w:jc w:val="right"/>
      </w:pPr>
      <w:r>
        <w:t>ہمارے ساتھ ہی کر رہے ہیں، ماشاءاللہ۔</w:t>
      </w:r>
    </w:p>
    <w:p>
      <w:r>
        <w:rPr>
          <w:b/>
        </w:rPr>
        <w:t xml:space="preserve">[16:57] </w:t>
      </w:r>
      <w:r>
        <w:t>yaani saari duniya mein jab chahiye chale jaiye, chand ghanton mein pahunch jaiye, wahan dawat ka kaam kijiye,</w:t>
      </w:r>
    </w:p>
    <w:p>
      <w:pPr>
        <w:jc w:val="right"/>
      </w:pPr>
      <w:r>
        <w:t>یعنی ساری دنیا میں جب چاہے چلے جائیے، چند گھنٹوں میں پہنچ جائیے، وہاں دعوت کا کام کیجیے،</w:t>
      </w:r>
    </w:p>
    <w:p>
      <w:r>
        <w:rPr>
          <w:b/>
        </w:rPr>
        <w:t xml:space="preserve">[17:04] </w:t>
      </w:r>
      <w:r>
        <w:t>quran pahunchaiye aur wapas aaiye.</w:t>
      </w:r>
    </w:p>
    <w:p>
      <w:pPr>
        <w:jc w:val="right"/>
      </w:pPr>
      <w:r>
        <w:t>قرآن پہنچائیے اور واپس آئیے۔</w:t>
      </w:r>
    </w:p>
    <w:p>
      <w:r>
        <w:rPr>
          <w:b/>
        </w:rPr>
        <w:t xml:space="preserve">[17:07] </w:t>
      </w:r>
      <w:r>
        <w:t>yeh kab kab aisa hota tha? yeh modern civilization ke zamane mein yeh hua hai, pehle tha hi</w:t>
      </w:r>
    </w:p>
    <w:p>
      <w:pPr>
        <w:jc w:val="right"/>
      </w:pPr>
      <w:r>
        <w:t>یہ کب کب ایسا ہوتا تھا؟ یہ ماڈرن سولائزیشن کے زمانے میں یہ ہوا ہے، پہلے تھا ہی</w:t>
      </w:r>
    </w:p>
    <w:p>
      <w:r>
        <w:rPr>
          <w:b/>
        </w:rPr>
        <w:t xml:space="preserve">[17:14]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[17:16] </w:t>
      </w:r>
      <w:r>
        <w:t>yeh is tarah ke yeh communication jo hai ke hum yahan bol rahe hain aur potentially saari</w:t>
      </w:r>
    </w:p>
    <w:p>
      <w:pPr>
        <w:jc w:val="right"/>
      </w:pPr>
      <w:r>
        <w:t>یہ اس طریقے سے کہ یہ کمیونیکیشن جو ہے کہ ہم یہاں بول رہے ہیں اور پوٹینشلی ساری</w:t>
      </w:r>
    </w:p>
    <w:p>
      <w:r>
        <w:rPr>
          <w:b/>
        </w:rPr>
        <w:t xml:space="preserve">[17:24] </w:t>
      </w:r>
      <w:r>
        <w:t>duniya mein suna suna ja raha hai.</w:t>
      </w:r>
    </w:p>
    <w:p>
      <w:pPr>
        <w:jc w:val="right"/>
      </w:pPr>
      <w:r>
        <w:t>دنیا میں سنا سنا جا رہا ہے۔</w:t>
      </w:r>
    </w:p>
    <w:p>
      <w:r>
        <w:rPr>
          <w:b/>
        </w:rPr>
        <w:t xml:space="preserve">[17:27] </w:t>
      </w:r>
      <w:r>
        <w:t>mein yeh aaj bol raha hoon dilli mein toh potentially saari duniya mein is is ko sun sakte</w:t>
      </w:r>
    </w:p>
    <w:p>
      <w:pPr>
        <w:jc w:val="right"/>
      </w:pPr>
      <w:r>
        <w:t>میں یہ آج بول رہا ہوں دلی میں تو پوٹینشلی ساری دنیا میں اس اس کو سن سکتے</w:t>
      </w:r>
    </w:p>
    <w:p>
      <w:r>
        <w:rPr>
          <w:b/>
        </w:rPr>
        <w:t xml:space="preserve">[17:34]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[17:36] </w:t>
      </w:r>
      <w:r>
        <w:t>aap yeh kab aisa possible tha? kabhi possible nahin tha.</w:t>
      </w:r>
    </w:p>
    <w:p>
      <w:pPr>
        <w:jc w:val="right"/>
      </w:pPr>
      <w:r>
        <w:t>آپ یہ کب ایسا پاسیبل تھا؟ کبھی پاسیبل نہیں تھا۔</w:t>
      </w:r>
    </w:p>
    <w:p>
      <w:r>
        <w:rPr>
          <w:b/>
        </w:rPr>
        <w:t xml:space="preserve">[17:40] </w:t>
      </w:r>
      <w:r>
        <w:t>toh modern civilization jo hai, is ne woh mufeed Islam civilization hai, yaani Islam ki supporter hai.</w:t>
      </w:r>
    </w:p>
    <w:p>
      <w:pPr>
        <w:jc w:val="right"/>
      </w:pPr>
      <w:r>
        <w:t>تو ماڈرن سولائزیشن جو ہے، اس نے وہ معید اسلام سولائزیشن ہے، یعنی اسلام کی سپورٹر ہے۔</w:t>
      </w:r>
    </w:p>
    <w:p>
      <w:r>
        <w:rPr>
          <w:b/>
        </w:rPr>
        <w:t xml:space="preserve">[17:47] </w:t>
      </w:r>
      <w:r>
        <w:t>woh to allah ta'ala ne musalmanon ko hukum diya tha ke tum sari dunya mein quran pohnchao, sari</w:t>
      </w:r>
    </w:p>
    <w:p>
      <w:pPr>
        <w:jc w:val="right"/>
      </w:pPr>
      <w:r>
        <w:t>وہ تو اللہ تعالیٰ نے مسلمانوں کو حکم دیا تھا کہ تم ساری دنیا میں قرآن پہنچاؤ، ساری</w:t>
      </w:r>
    </w:p>
    <w:p>
      <w:r>
        <w:rPr>
          <w:b/>
        </w:rPr>
        <w:t xml:space="preserve">[17:55] </w:t>
      </w:r>
      <w:r>
        <w:t>dunya mein allah ka paigham pohnchao, har har ghar mein pohnchao, har insan tak pohnchao.</w:t>
      </w:r>
    </w:p>
    <w:p>
      <w:pPr>
        <w:jc w:val="right"/>
      </w:pPr>
      <w:r>
        <w:t>دنیا میں اللہ کا پیغام پہنچاؤ، ہر ہر گھر میں پہنچاؤ، ہر انسان تک پہنچاؤ۔</w:t>
      </w:r>
    </w:p>
    <w:p>
      <w:r>
        <w:rPr>
          <w:b/>
        </w:rPr>
        <w:t xml:space="preserve">[18:01] </w:t>
      </w:r>
      <w:r>
        <w:t>yeh hukum tha, lekin yeh hukum chaudah sau saal se is amal nahi ho raha tha kyunke is</w:t>
      </w:r>
    </w:p>
    <w:p>
      <w:pPr>
        <w:jc w:val="right"/>
      </w:pPr>
      <w:r>
        <w:t>یہ حکم تھا، لیکن یہ حکم چودہ سو سال سے اس عمل نہیں ہو رہا تھا کیونکہ اس</w:t>
      </w:r>
    </w:p>
    <w:p>
      <w:r>
        <w:rPr>
          <w:b/>
        </w:rPr>
        <w:t xml:space="preserve">[18:09] </w:t>
      </w:r>
      <w:r>
        <w:t>ke liye saat mojood nahi thay.</w:t>
      </w:r>
    </w:p>
    <w:p>
      <w:pPr>
        <w:jc w:val="right"/>
      </w:pPr>
      <w:r>
        <w:t>کے لیے سات موجود نہیں تھے۔</w:t>
      </w:r>
    </w:p>
    <w:p>
      <w:r>
        <w:rPr>
          <w:b/>
        </w:rPr>
        <w:t xml:space="preserve">[18:12] </w:t>
      </w:r>
      <w:r>
        <w:t>pehli baar al-maghrib ne communication daryaft kiya aur tamam wasail daryaft kiye.</w:t>
      </w:r>
    </w:p>
    <w:p>
      <w:pPr>
        <w:jc w:val="right"/>
      </w:pPr>
      <w:r>
        <w:t>پہلی بار المغرب نے کمیونیکیشن دریافت کیا اور تمام وسائل دریافت کیے۔</w:t>
      </w:r>
    </w:p>
    <w:p>
      <w:r>
        <w:rPr>
          <w:b/>
        </w:rPr>
        <w:t xml:space="preserve">[18:17] </w:t>
      </w:r>
      <w:r>
        <w:t>printing press daryaft kiya, print media aur electronic media ka pehle term hi nahi bola jata tha, term</w:t>
      </w:r>
    </w:p>
    <w:p>
      <w:pPr>
        <w:jc w:val="right"/>
      </w:pPr>
      <w:r>
        <w:t>پرنٹنگ پریس دریافت کیا، پرنٹ میڈیا اور الیکٹرانک میڈیا کا پہلے ٹرم ہی نہیں بولا جاتا تھا، ٹرم</w:t>
      </w:r>
    </w:p>
    <w:p>
      <w:r>
        <w:rPr>
          <w:b/>
        </w:rPr>
        <w:t xml:space="preserve">[18:25] </w:t>
      </w:r>
      <w:r>
        <w:t>hi nahi tha.</w:t>
      </w:r>
    </w:p>
    <w:p>
      <w:pPr>
        <w:jc w:val="right"/>
      </w:pPr>
      <w:r>
        <w:t>ہی نہیں تھا۔</w:t>
      </w:r>
    </w:p>
    <w:p>
      <w:r>
        <w:rPr>
          <w:b/>
        </w:rPr>
        <w:t xml:space="preserve">[18:26] </w:t>
      </w:r>
      <w:r>
        <w:t>ab woh hua to sare wasail ekatha kar diye.</w:t>
      </w:r>
    </w:p>
    <w:p>
      <w:pPr>
        <w:jc w:val="right"/>
      </w:pPr>
      <w:r>
        <w:t>اب وہ ہوا تو سارے وسائل اکٹھا کر دیے۔</w:t>
      </w:r>
    </w:p>
    <w:p>
      <w:r>
        <w:rPr>
          <w:b/>
        </w:rPr>
        <w:t xml:space="preserve">[18:30] </w:t>
      </w:r>
      <w:r>
        <w:t>ab sirf avail karna hai aap ko.</w:t>
      </w:r>
    </w:p>
    <w:p>
      <w:pPr>
        <w:jc w:val="right"/>
      </w:pPr>
      <w:r>
        <w:t>اب صرف اویل کرنا ہے آپ کو۔</w:t>
      </w:r>
    </w:p>
    <w:p>
      <w:r>
        <w:rPr>
          <w:b/>
        </w:rPr>
        <w:t xml:space="preserve">[18:33] </w:t>
      </w:r>
      <w:r>
        <w:t>qadeem zamane mein aap ko ladna parta tha kyunke har jagah dushman mojood hotay thay.</w:t>
      </w:r>
    </w:p>
    <w:p>
      <w:pPr>
        <w:jc w:val="right"/>
      </w:pPr>
      <w:r>
        <w:t>قدیم زمانے میں آپ کو لڑنا پڑتا تھا کیونکہ ہر جگہ دشمن موجود ہوتے تھے۔</w:t>
      </w:r>
    </w:p>
    <w:p>
      <w:r>
        <w:rPr>
          <w:b/>
        </w:rPr>
        <w:t xml:space="preserve">[18:39] </w:t>
      </w:r>
      <w:r>
        <w:t>ab aap ko isay avail karna hai.</w:t>
      </w:r>
    </w:p>
    <w:p>
      <w:pPr>
        <w:jc w:val="right"/>
      </w:pPr>
      <w:r>
        <w:t>اب آپ کو اسے اویل کرنا ہے۔</w:t>
      </w:r>
    </w:p>
    <w:p>
      <w:r>
        <w:rPr>
          <w:b/>
        </w:rPr>
        <w:t xml:space="preserve">[18:42] </w:t>
      </w:r>
      <w:r>
        <w:t>ab jo daur hai, woh opportunity ka daur hai.</w:t>
      </w:r>
    </w:p>
    <w:p>
      <w:pPr>
        <w:jc w:val="right"/>
      </w:pPr>
      <w:r>
        <w:t>اب جو دور ہے، وہ اپرچونیٹی کا دور ہے۔</w:t>
      </w:r>
    </w:p>
    <w:p>
      <w:r>
        <w:rPr>
          <w:b/>
        </w:rPr>
        <w:t xml:space="preserve">[18:46] </w:t>
      </w:r>
      <w:r>
        <w:t>ab dushman koi aap ko dushman nahi hai.</w:t>
      </w:r>
    </w:p>
    <w:p>
      <w:pPr>
        <w:jc w:val="right"/>
      </w:pPr>
      <w:r>
        <w:t>اب دشمن کوئی آپ کو دشمن نہیں ہے۔</w:t>
      </w:r>
    </w:p>
    <w:p>
      <w:r>
        <w:rPr>
          <w:b/>
        </w:rPr>
        <w:t xml:space="preserve">[18:50] </w:t>
      </w:r>
      <w:r>
        <w:t>aap ab aap opportunity ko avail kijiye aur sari dunya mein allah ka paigham pohnchaiye.</w:t>
      </w:r>
    </w:p>
    <w:p>
      <w:pPr>
        <w:jc w:val="right"/>
      </w:pPr>
      <w:r>
        <w:t>آپ اب آپ اپرچونیٹی کو اویل کیجیے اور ساری دنیا میں اللہ کا پیغام پہنچائیے۔</w:t>
      </w:r>
    </w:p>
    <w:p>
      <w:r>
        <w:rPr>
          <w:b/>
        </w:rPr>
        <w:t xml:space="preserve">[18:56] </w:t>
      </w:r>
      <w:r>
        <w:t>to is sense mein is mein koi shakk nahi ke modern civilization supporting civilization hai, yani mu'eed civilization.</w:t>
      </w:r>
    </w:p>
    <w:p>
      <w:pPr>
        <w:jc w:val="right"/>
      </w:pPr>
      <w:r>
        <w:t>تو اس سینس میں اس میں کوئی شک نہیں کہ ماڈرن سولائزیشن سپورٹنگ سولائزیشن ہے، یعنی معید سولائزیشن۔</w:t>
      </w:r>
    </w:p>
    <w:p>
      <w:r>
        <w:rPr>
          <w:b/>
        </w:rPr>
        <w:t xml:space="preserve">[19:04] </w:t>
      </w:r>
      <w:r>
        <w:t>jo ke hadith ki kitab mein aya tha aur is ke musalman dushman ban gaye.</w:t>
      </w:r>
    </w:p>
    <w:p>
      <w:pPr>
        <w:jc w:val="right"/>
      </w:pPr>
      <w:r>
        <w:t>جو کہ حدیث کی کتاب میں آیا تھا اور اس کے مسلمان دشمن بن گئے۔</w:t>
      </w:r>
    </w:p>
    <w:p>
      <w:r>
        <w:rPr>
          <w:b/>
        </w:rPr>
        <w:t xml:space="preserve">[19:10] </w:t>
      </w:r>
      <w:r>
        <w:t>yani musalman kehte hain ek lafz bohat chala hua in ke haan ke Islamophobia.</w:t>
      </w:r>
    </w:p>
    <w:p>
      <w:pPr>
        <w:jc w:val="right"/>
      </w:pPr>
      <w:r>
        <w:t>یعنی مسلمان کہتے ہیں ایک لفظ بہت چلا ہوا ان کے ہاں کہ اسلامو فوبیا۔</w:t>
      </w:r>
    </w:p>
    <w:p>
      <w:r>
        <w:rPr>
          <w:b/>
        </w:rPr>
        <w:t xml:space="preserve">[19:17] </w:t>
      </w:r>
      <w:r>
        <w:t>america aur doosre jo maghrib mumalik hain, wahan Islamophobia hai.</w:t>
      </w:r>
    </w:p>
    <w:p>
      <w:pPr>
        <w:jc w:val="right"/>
      </w:pPr>
      <w:r>
        <w:t>امریکہ اور دوسرے جو مغرب ممالک ہیں، وہاں اسلامو فوبیا ہے۔</w:t>
      </w:r>
    </w:p>
    <w:p>
      <w:r>
        <w:rPr>
          <w:b/>
        </w:rPr>
        <w:t xml:space="preserve">[19:21] </w:t>
      </w:r>
      <w:r>
        <w:t>mein kehta hoon yeh yeh baat in ke liye to bilkul baseless hai, kahin Islamophobia nahi hai.</w:t>
      </w:r>
    </w:p>
    <w:p>
      <w:pPr>
        <w:jc w:val="right"/>
      </w:pPr>
      <w:r>
        <w:t>میں کہتا ہوں یہ یہ بات ان کے لیے تو بالکل بیسلیس ہے، کہیں اسلامو فوبیا نہیں ہے۔</w:t>
      </w:r>
    </w:p>
    <w:p>
      <w:r>
        <w:rPr>
          <w:b/>
        </w:rPr>
        <w:t xml:space="preserve">[19:29] </w:t>
      </w:r>
      <w:r>
        <w:t>lekin musalmanon mein yeh hai ke ke western world ke khilaf yeh in ko phobia ho gaya hai.</w:t>
      </w:r>
    </w:p>
    <w:p>
      <w:pPr>
        <w:jc w:val="right"/>
      </w:pPr>
      <w:r>
        <w:t>لیکن مسلمانوں میں یہ ہے کہ کہ ویسٹرن ورلڈ کے خلاف یہ ان کو فوبیا ہو گیا ہے۔</w:t>
      </w:r>
    </w:p>
    <w:p>
      <w:r>
        <w:rPr>
          <w:b/>
        </w:rPr>
        <w:t xml:space="preserve">[19:37] </w:t>
      </w:r>
      <w:r>
        <w:t>western world ko samajh sakta hai inhone ke Islam dushman hai, yeh America dushman hai, yeh Arab</w:t>
      </w:r>
    </w:p>
    <w:p>
      <w:pPr>
        <w:jc w:val="right"/>
      </w:pPr>
      <w:r>
        <w:t>ویسٹرن ورلڈ کو سمجھ سکتا ہے انہوں نے کہ اسلام دشمن ہے، یہ امریکہ دشمن ہے، یہ عرب</w:t>
      </w:r>
    </w:p>
    <w:p>
      <w:r>
        <w:rPr>
          <w:b/>
        </w:rPr>
        <w:t xml:space="preserve">[19:45] </w:t>
      </w:r>
      <w:r>
        <w:t>dushman hai, yahoodi dushman hai, sab ko dushman samajhte hain.</w:t>
      </w:r>
    </w:p>
    <w:p>
      <w:pPr>
        <w:jc w:val="right"/>
      </w:pPr>
      <w:r>
        <w:t>دشمن ہے، یہودی دشمن ہے، سب کو دشمن سمجھتے ہیں۔</w:t>
      </w:r>
    </w:p>
    <w:p>
      <w:r>
        <w:rPr>
          <w:b/>
        </w:rPr>
        <w:t xml:space="preserve">[19:49] </w:t>
      </w:r>
      <w:r>
        <w:t>to western tehzeeb jo zahir hui thi bator-e-ta'eed ke, bator-e-support ke, us ko samajh liya dushman.</w:t>
      </w:r>
    </w:p>
    <w:p>
      <w:pPr>
        <w:jc w:val="right"/>
      </w:pPr>
      <w:r>
        <w:t>تو ویسٹرن تہذیب جو ظاہر ہوئی تھی بطور تائید کے، بطور سپورٹ کے، اس کو سمجھ لیا دشمن۔</w:t>
      </w:r>
    </w:p>
    <w:p>
      <w:r>
        <w:rPr>
          <w:b/>
        </w:rPr>
        <w:t xml:space="preserve">[19:57] </w:t>
      </w:r>
      <w:r>
        <w:t>achha, yahan bhi dekhiye, wohi qadeem zamane ke yahood ki nafsiyat kaam kar rahi hai.</w:t>
      </w:r>
    </w:p>
    <w:p>
      <w:pPr>
        <w:jc w:val="right"/>
      </w:pPr>
      <w:r>
        <w:t>اچھا، یہاں بھی دیکھیے، وہی قدیم زمانے کے یہود کی نفسیات کام کر رہی ہے۔</w:t>
      </w:r>
    </w:p>
    <w:p>
      <w:r>
        <w:rPr>
          <w:b/>
        </w:rPr>
        <w:t xml:space="preserve">[20:03] </w:t>
      </w:r>
      <w:r>
        <w:t>mein gaya turkey to tab mere samne yeh baat aayi.</w:t>
      </w:r>
    </w:p>
    <w:p>
      <w:pPr>
        <w:jc w:val="right"/>
      </w:pPr>
      <w:r>
        <w:t>میں گیا ترکی تو تب میرے سامنے یہ بات آئی۔</w:t>
      </w:r>
    </w:p>
    <w:p>
      <w:r>
        <w:rPr>
          <w:b/>
        </w:rPr>
        <w:t xml:space="preserve">[20:07] </w:t>
      </w:r>
      <w:r>
        <w:t>turki mein istanbol mein, turki mein jo istanbol bohat bara shehar hai, wahan par aik bohat bara museum</w:t>
      </w:r>
    </w:p>
    <w:p>
      <w:pPr>
        <w:jc w:val="right"/>
      </w:pPr>
      <w:r>
        <w:t>ترکی میں استنبول میں، ترکی میں جو استنبول بہت بڑا شہر ہے، وہاں پر ایک بہت بڑا میوزیم</w:t>
      </w:r>
    </w:p>
    <w:p>
      <w:r>
        <w:rPr>
          <w:b/>
        </w:rPr>
        <w:t xml:space="preserve">[20:15]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[20:16] </w:t>
      </w:r>
      <w:r>
        <w:t>museum khud aik shehar hai, is mein jo so called muslim tehzeeb jo thi, spain mein, baghdad mein,</w:t>
      </w:r>
    </w:p>
    <w:p>
      <w:pPr>
        <w:jc w:val="right"/>
      </w:pPr>
      <w:r>
        <w:t>میوزیم خود ایک شہر ہے، اس میں جو سو کالڈ مسلم تہذیب جو تھی، اسپین میں، بغداد میں،</w:t>
      </w:r>
    </w:p>
    <w:p>
      <w:r>
        <w:rPr>
          <w:b/>
        </w:rPr>
        <w:t xml:space="preserve">[20:24] </w:t>
      </w:r>
      <w:r>
        <w:t>is ke sare namune rakhe hue hain.</w:t>
      </w:r>
    </w:p>
    <w:p>
      <w:pPr>
        <w:jc w:val="right"/>
      </w:pPr>
      <w:r>
        <w:t>اس کے سارے نمونے رکھے ہوئے ہیں۔</w:t>
      </w:r>
    </w:p>
    <w:p>
      <w:r>
        <w:rPr>
          <w:b/>
        </w:rPr>
        <w:t xml:space="preserve">[20:27] </w:t>
      </w:r>
      <w:r>
        <w:t>wahan par ya to asal hai ya model hai ke muslim tehzeeb ko wahan par demonstration hai, jo</w:t>
      </w:r>
    </w:p>
    <w:p>
      <w:pPr>
        <w:jc w:val="right"/>
      </w:pPr>
      <w:r>
        <w:t>وہاں پر یا تو اصل ہے یا ماڈل ہے کہ مسلم تہذیب کو وہاں پر ڈیمونسٹریشن ہے، جو</w:t>
      </w:r>
    </w:p>
    <w:p>
      <w:r>
        <w:rPr>
          <w:b/>
        </w:rPr>
        <w:t xml:space="preserve">[20:35] </w:t>
      </w:r>
      <w:r>
        <w:t>ab hai nahi, ab ab khatam ho chuki hai.</w:t>
      </w:r>
    </w:p>
    <w:p>
      <w:pPr>
        <w:jc w:val="right"/>
      </w:pPr>
      <w:r>
        <w:t>اب ہے نہیں، اب اب ختم ہو چکی ہے۔</w:t>
      </w:r>
    </w:p>
    <w:p>
      <w:r>
        <w:rPr>
          <w:b/>
        </w:rPr>
        <w:t xml:space="preserve">[20:39] </w:t>
      </w:r>
      <w:r>
        <w:t>lekin is ki tareekhi, is ke tareekhi asar to musalmani musalmanon ke mind ko maine samjha ke</w:t>
      </w:r>
    </w:p>
    <w:p>
      <w:pPr>
        <w:jc w:val="right"/>
      </w:pPr>
      <w:r>
        <w:t>لیکن اس کی تاریخی، اس کے تاریخی آثار تو مسلمانی مسلمانوں کے مائنڈ کو میں نے سمجھا کہ</w:t>
      </w:r>
    </w:p>
    <w:p>
      <w:r>
        <w:rPr>
          <w:b/>
        </w:rPr>
        <w:t xml:space="preserve">[20:46] </w:t>
      </w:r>
      <w:r>
        <w:t>musalman ka mind yeh tha ke mu'eed islam to hogi, tehzeeb muslim tehzeeb ho gayi, maghribi tehzeeb.</w:t>
      </w:r>
    </w:p>
    <w:p>
      <w:pPr>
        <w:jc w:val="right"/>
      </w:pPr>
      <w:r>
        <w:t>مسلمان کا مائنڈ یہ تھا کہ معید اسلام تو ہوگی، تہذیب مسلم تہذیب ہو گئی، مغربی تہذیب۔</w:t>
      </w:r>
    </w:p>
    <w:p>
      <w:r>
        <w:rPr>
          <w:b/>
        </w:rPr>
        <w:t xml:space="preserve">[20:54] </w:t>
      </w:r>
      <w:r>
        <w:t>yani rasool Allah sal Allah alaih wasallam ne hadith mein jo bataya tha ke aik ta'eedi daur aane</w:t>
      </w:r>
    </w:p>
    <w:p>
      <w:pPr>
        <w:jc w:val="right"/>
      </w:pPr>
      <w:r>
        <w:t>یعنی رسول اللہ صلی اللہ علیہ وسلم نے حدیث میں جو بتایا تھا کہ ایک تائیدی دور آنے</w:t>
      </w:r>
    </w:p>
    <w:p>
      <w:r>
        <w:rPr>
          <w:b/>
        </w:rPr>
        <w:t xml:space="preserve">[21:01] </w:t>
      </w:r>
      <w:r>
        <w:t>wala hai, mu'eed daur ta'eed aane wala hai, to unhon ne samjha tha ke daur ta'eed to aana</w:t>
      </w:r>
    </w:p>
    <w:p>
      <w:pPr>
        <w:jc w:val="right"/>
      </w:pPr>
      <w:r>
        <w:t>والا ہے، معید دور تائید آنے والا ہے، تو انہوں نے سمجھا تھا کہ دور تائید تو آنا</w:t>
      </w:r>
    </w:p>
    <w:p>
      <w:r>
        <w:rPr>
          <w:b/>
        </w:rPr>
        <w:t xml:space="preserve">[21:09] </w:t>
      </w:r>
      <w:r>
        <w:t>chahiye hamari tehzeeb ke zariye se.</w:t>
      </w:r>
    </w:p>
    <w:p>
      <w:pPr>
        <w:jc w:val="right"/>
      </w:pPr>
      <w:r>
        <w:t>چاہیے ہماری تہذیب کے ذریعے سے۔</w:t>
      </w:r>
    </w:p>
    <w:p>
      <w:r>
        <w:rPr>
          <w:b/>
        </w:rPr>
        <w:t xml:space="preserve">[21:12] </w:t>
      </w:r>
      <w:r>
        <w:t>to kahan se woh, yani modern civilization jo europe mein bani, america mein bani, woh is se kaise</w:t>
      </w:r>
    </w:p>
    <w:p>
      <w:pPr>
        <w:jc w:val="right"/>
      </w:pPr>
      <w:r>
        <w:t>تو کہاں سے وہ، یعنی ماڈرن سولائزیشن جو یورپ میں بنی، امریکہ میں بنی، وہ اس سے کیسے</w:t>
      </w:r>
    </w:p>
    <w:p>
      <w:r>
        <w:rPr>
          <w:b/>
        </w:rPr>
        <w:t xml:space="preserve">[21:19] </w:t>
      </w:r>
      <w:r>
        <w:t>ho sakta hai? is baat par khilaf ho gaye woh.</w:t>
      </w:r>
    </w:p>
    <w:p>
      <w:pPr>
        <w:jc w:val="right"/>
      </w:pPr>
      <w:r>
        <w:t>ہو سکتا ہے؟ اس بات پر خلاف ہو گئے وہ۔</w:t>
      </w:r>
    </w:p>
    <w:p>
      <w:r>
        <w:rPr>
          <w:b/>
        </w:rPr>
        <w:t xml:space="preserve">[21:24] </w:t>
      </w:r>
      <w:r>
        <w:t>wohi nafsiyat, yani wohi nafsiyat jo qadeem zamanay ke yahood mein paida hui thi, theek wohi nafsiyat musalmanon</w:t>
      </w:r>
    </w:p>
    <w:p>
      <w:pPr>
        <w:jc w:val="right"/>
      </w:pPr>
      <w:r>
        <w:t>وہی نفسیات، یعنی وہی نفسیات جو قدیم زمانے کے یہود میں پیدا ہوئی تھی، ٹھیک وہی نفسیات مسلمانوں</w:t>
      </w:r>
    </w:p>
    <w:p>
      <w:r>
        <w:rPr>
          <w:b/>
        </w:rPr>
        <w:t xml:space="preserve">[21:31] </w:t>
      </w:r>
      <w:r>
        <w:t>mein aa gayi.</w:t>
      </w:r>
    </w:p>
    <w:p>
      <w:pPr>
        <w:jc w:val="right"/>
      </w:pPr>
      <w:r>
        <w:t>میں آ گئی۔</w:t>
      </w:r>
    </w:p>
    <w:p>
      <w:r>
        <w:rPr>
          <w:b/>
        </w:rPr>
        <w:t xml:space="preserve">[21:33] </w:t>
      </w:r>
      <w:r>
        <w:t>is tareeqay se woh jo museum banaya, woh un ka fakhr ka museum hai ke hamari yeh tehzeeb,</w:t>
      </w:r>
    </w:p>
    <w:p>
      <w:pPr>
        <w:jc w:val="right"/>
      </w:pPr>
      <w:r>
        <w:t>اس طریقے سے وہ جو میوزیم بنایا، وہ ان کا فخر کا میوزیم ہے کہ ہماری یہ تہذیب،</w:t>
      </w:r>
    </w:p>
    <w:p>
      <w:r>
        <w:rPr>
          <w:b/>
        </w:rPr>
        <w:t xml:space="preserve">[21:41] </w:t>
      </w:r>
      <w:r>
        <w:t>hum ne is tehzeeb ko itna bara darja diya tha.</w:t>
      </w:r>
    </w:p>
    <w:p>
      <w:pPr>
        <w:jc w:val="right"/>
      </w:pPr>
      <w:r>
        <w:t>ہم نے اس تہذیب کو اتنا بڑا درجہ دیا تھا۔</w:t>
      </w:r>
    </w:p>
    <w:p>
      <w:r>
        <w:rPr>
          <w:b/>
        </w:rPr>
        <w:t xml:space="preserve">[21:45] </w:t>
      </w:r>
      <w:r>
        <w:t>khud mujh se, yani hamara jo mission hai, dawat ka mission, to kuch log kehte hain ke yeh</w:t>
      </w:r>
    </w:p>
    <w:p>
      <w:pPr>
        <w:jc w:val="right"/>
      </w:pPr>
      <w:r>
        <w:t>خود مجھ سے، یعنی ہمارا جو مشن ہے، دعوت کا مشن، تو کچھ لوگ کہتے ہیں کہ یہ</w:t>
      </w:r>
    </w:p>
    <w:p>
      <w:r>
        <w:rPr>
          <w:b/>
        </w:rPr>
        <w:t xml:space="preserve">[21:53] </w:t>
      </w:r>
      <w:r>
        <w:t>kya dawat, dawat, dawat? aap muslim tehzeeb ko zinda kijiye.</w:t>
      </w:r>
    </w:p>
    <w:p>
      <w:pPr>
        <w:jc w:val="right"/>
      </w:pPr>
      <w:r>
        <w:t>کیا دعوت، دعوت، دعوت؟ آپ مسلم تہذیب کو زندہ کیجیے۔</w:t>
      </w:r>
    </w:p>
    <w:p>
      <w:r>
        <w:rPr>
          <w:b/>
        </w:rPr>
        <w:t xml:space="preserve">[21:57] </w:t>
      </w:r>
      <w:r>
        <w:t>khud mujh se yeh kehte hain, sir, ke yeh dawat kya chala rakha hai aap ne? asal kaam</w:t>
      </w:r>
    </w:p>
    <w:p>
      <w:pPr>
        <w:jc w:val="right"/>
      </w:pPr>
      <w:r>
        <w:t>خود مجھ سے یہ کہتے ہیں، سر، کہ یہ دعوت کیا چلا رکھا ہے آپ نے؟ اصل کام</w:t>
      </w:r>
    </w:p>
    <w:p>
      <w:r>
        <w:rPr>
          <w:b/>
        </w:rPr>
        <w:t xml:space="preserve">[22:05] </w:t>
      </w:r>
      <w:r>
        <w:t>to yeh hai ke muslim tehzeeb ko zinda kijiye.</w:t>
      </w:r>
    </w:p>
    <w:p>
      <w:pPr>
        <w:jc w:val="right"/>
      </w:pPr>
      <w:r>
        <w:t>تو یہ ہے کہ مسلم تہذیب کو زندہ کیجیے۔</w:t>
      </w:r>
    </w:p>
    <w:p>
      <w:r>
        <w:rPr>
          <w:b/>
        </w:rPr>
        <w:t xml:space="preserve">[22:09] </w:t>
      </w:r>
      <w:r>
        <w:t>jis tarah se turki mein is ka museum banaya gaya hai, istanbol mein, to musalmanon ki jo psyche</w:t>
      </w:r>
    </w:p>
    <w:p>
      <w:pPr>
        <w:jc w:val="right"/>
      </w:pPr>
      <w:r>
        <w:t>جس طرح سے ترکی میں اس کا میوزیم بنایا گیا ہے، استنبول میں، تو مسلمانوں کی جو سائیکی</w:t>
      </w:r>
    </w:p>
    <w:p>
      <w:r>
        <w:rPr>
          <w:b/>
        </w:rPr>
        <w:t xml:space="preserve">[22:16] </w:t>
      </w:r>
      <w:r>
        <w:t>hai, un ki jo un ka mindset hai, woh yeh hai ke 21 century mein islam ki</w:t>
      </w:r>
    </w:p>
    <w:p>
      <w:pPr>
        <w:jc w:val="right"/>
      </w:pPr>
      <w:r>
        <w:t>ہے، ان کی جو ان کا مائنڈ سیٹ ہے، وہ یہ ہے کہ 21 سینچری میں اسلام کی</w:t>
      </w:r>
    </w:p>
    <w:p>
      <w:r>
        <w:rPr>
          <w:b/>
        </w:rPr>
        <w:t xml:space="preserve">[22:24] </w:t>
      </w:r>
      <w:r>
        <w:t>ta'eedi tehzeeb honi chahiye muslim tehzeeb ko.</w:t>
      </w:r>
    </w:p>
    <w:p>
      <w:pPr>
        <w:jc w:val="right"/>
      </w:pPr>
      <w:r>
        <w:t>تائیدی تہذیب ہونی چاہیے مسلم تہذیب کو۔</w:t>
      </w:r>
    </w:p>
    <w:p>
      <w:r>
        <w:rPr>
          <w:b/>
        </w:rPr>
        <w:t xml:space="preserve">[22:27] </w:t>
      </w:r>
      <w:r>
        <w:t>yani kisi tehzeeb ka jo ta'eedi role hai, woh muslim tehzeeb ke zariye hona chahiye.</w:t>
      </w:r>
    </w:p>
    <w:p>
      <w:pPr>
        <w:jc w:val="right"/>
      </w:pPr>
      <w:r>
        <w:t>یعنی کسی تہذیب کا جو تائیدی رول ہے، وہ مسلم تہذیب کے ذریعے ہونا چاہیے۔</w:t>
      </w:r>
    </w:p>
    <w:p>
      <w:r>
        <w:rPr>
          <w:b/>
        </w:rPr>
        <w:t xml:space="preserve">[22:33] </w:t>
      </w:r>
      <w:r>
        <w:t>ab jo ho gaya, woh maghribi tehzeeb ke zariye se.</w:t>
      </w:r>
    </w:p>
    <w:p>
      <w:pPr>
        <w:jc w:val="right"/>
      </w:pPr>
      <w:r>
        <w:t>اب جو ہو گیا، وہ مغربی تہذیب کے ذریعے سے۔</w:t>
      </w:r>
    </w:p>
    <w:p>
      <w:r>
        <w:rPr>
          <w:b/>
        </w:rPr>
        <w:t xml:space="preserve">[22:38] </w:t>
      </w:r>
      <w:r>
        <w:t>mislan maine jo abhi aap se kaha ke communication, modern communication kis ne banaya? yeh musalmanon ne</w:t>
      </w:r>
    </w:p>
    <w:p>
      <w:pPr>
        <w:jc w:val="right"/>
      </w:pPr>
      <w:r>
        <w:t>مثلاً میں نے جو ابھی آپ سے کہا کہ کمیونیکیشن، ماڈرن کمیونیکیشن کس نے بنایا؟ یہ مسلمانوں نے</w:t>
      </w:r>
    </w:p>
    <w:p>
      <w:r>
        <w:rPr>
          <w:b/>
        </w:rPr>
        <w:t xml:space="preserve">[22:45] </w:t>
      </w:r>
      <w:r>
        <w:t>nahin banaya.</w:t>
      </w:r>
    </w:p>
    <w:p>
      <w:pPr>
        <w:jc w:val="right"/>
      </w:pPr>
      <w:r>
        <w:t>نہیں بنایا۔</w:t>
      </w:r>
    </w:p>
    <w:p>
      <w:r>
        <w:rPr>
          <w:b/>
        </w:rPr>
        <w:t xml:space="preserve">[22:47] </w:t>
      </w:r>
      <w:r>
        <w:t>modern communication jo hai, woh sara ka sara al Europe mein, al America mein develop kiya hai.</w:t>
      </w:r>
    </w:p>
    <w:p>
      <w:pPr>
        <w:jc w:val="right"/>
      </w:pPr>
      <w:r>
        <w:t>ماڈرن کمیونیکیشن جو ہے، وہ سارا کا سارا ال یورپ میں، ال امریکہ میں ڈیولپ کیا ہے۔</w:t>
      </w:r>
    </w:p>
    <w:p>
      <w:r>
        <w:rPr>
          <w:b/>
        </w:rPr>
        <w:t xml:space="preserve">[22:54] </w:t>
      </w:r>
      <w:r>
        <w:t>to is ko musalman accept karne ke liye tayyar nahin, jis tarah qadeem zamane ke yahood is ko</w:t>
      </w:r>
    </w:p>
    <w:p>
      <w:pPr>
        <w:jc w:val="right"/>
      </w:pPr>
      <w:r>
        <w:t>تو اس کو مسلمان ایکسیپٹ کرنے کے لیے تیار نہیں، جس طرح قدیم زمانے کے یہود اس کو</w:t>
      </w:r>
    </w:p>
    <w:p>
      <w:r>
        <w:rPr>
          <w:b/>
        </w:rPr>
        <w:t xml:space="preserve">[23:02] </w:t>
      </w:r>
      <w:r>
        <w:t>accept karne ke liye tayyar nahin the ke arab ki bano us, jo bano ismail hain, un ka</w:t>
      </w:r>
    </w:p>
    <w:p>
      <w:pPr>
        <w:jc w:val="right"/>
      </w:pPr>
      <w:r>
        <w:t>ایکسیپٹ کرنے کے لیے تیار نہیں تھے کہ عرب کی بنو اس، جو بنو اسماعیل ہیں، ان کا</w:t>
      </w:r>
    </w:p>
    <w:p>
      <w:r>
        <w:rPr>
          <w:b/>
        </w:rPr>
        <w:t xml:space="preserve">[23:10] </w:t>
      </w:r>
      <w:r>
        <w:t>to aakhir nabi aa gaya.</w:t>
      </w:r>
    </w:p>
    <w:p>
      <w:pPr>
        <w:jc w:val="right"/>
      </w:pPr>
      <w:r>
        <w:t>تو آخر نبی آ گیا۔</w:t>
      </w:r>
    </w:p>
    <w:p>
      <w:r>
        <w:rPr>
          <w:b/>
        </w:rPr>
        <w:t xml:space="preserve">[23:12] </w:t>
      </w:r>
      <w:r>
        <w:t>woh kehte the ke nahin, aayega to bano ishaq mein aayega, bani israel mein aayega.</w:t>
      </w:r>
    </w:p>
    <w:p>
      <w:pPr>
        <w:jc w:val="right"/>
      </w:pPr>
      <w:r>
        <w:t>وہ کہتے تھے کہ نہیں، آئے گا تو بنو اسحاق میں آئے گا، بنی اسرائیل میں آئے گا۔</w:t>
      </w:r>
    </w:p>
    <w:p>
      <w:r>
        <w:rPr>
          <w:b/>
        </w:rPr>
        <w:t xml:space="preserve">[23:19] </w:t>
      </w:r>
      <w:r>
        <w:t>aisa hi musalmanon ka jo mindset hai, woh yeh hai ke taayidi daur agar aana hai to</w:t>
      </w:r>
    </w:p>
    <w:p>
      <w:pPr>
        <w:jc w:val="right"/>
      </w:pPr>
      <w:r>
        <w:t>ایسا ہی مسلمانوں کا جو مائنڈ سیٹ ہے، وہ یہ ہے کہ تائیدی دور اگر آنا ہے تو</w:t>
      </w:r>
    </w:p>
    <w:p>
      <w:r>
        <w:rPr>
          <w:b/>
        </w:rPr>
        <w:t xml:space="preserve">[23:27] </w:t>
      </w:r>
      <w:r>
        <w:t>muslim tehzeeb ke zariye aana chahiye.</w:t>
      </w:r>
    </w:p>
    <w:p>
      <w:pPr>
        <w:jc w:val="right"/>
      </w:pPr>
      <w:r>
        <w:t>مسلم تہذیب کے ذریعے آنا چاہیے۔</w:t>
      </w:r>
    </w:p>
    <w:p>
      <w:r>
        <w:rPr>
          <w:b/>
        </w:rPr>
        <w:t xml:space="preserve">[23:30] </w:t>
      </w:r>
      <w:r>
        <w:t>maghribi tehzeeb ke sath aa sakta hai, woh is liye dushman ban gaye.</w:t>
      </w:r>
    </w:p>
    <w:p>
      <w:pPr>
        <w:jc w:val="right"/>
      </w:pPr>
      <w:r>
        <w:t>مغربی تہذیب کے ساتھ آ سکتا ہے، وہ اس لیے دشمن بن گئے۔</w:t>
      </w:r>
    </w:p>
    <w:p>
      <w:r>
        <w:rPr>
          <w:b/>
        </w:rPr>
        <w:t xml:space="preserve">[23:35] </w:t>
      </w:r>
      <w:r>
        <w:t>woh to yeh hai go mein ghusna.</w:t>
      </w:r>
    </w:p>
    <w:p>
      <w:pPr>
        <w:jc w:val="right"/>
      </w:pPr>
      <w:r>
        <w:t>وہ تو یہ ہے گو میں گھسنا۔</w:t>
      </w:r>
    </w:p>
    <w:p>
      <w:r>
        <w:rPr>
          <w:b/>
        </w:rPr>
        <w:t xml:space="preserve">[23:38] </w:t>
      </w:r>
      <w:r>
        <w:t>yeh jo hadith hadith hai ke woh kisi go ke bil mein ghuse hain, to to is mein</w:t>
      </w:r>
    </w:p>
    <w:p>
      <w:pPr>
        <w:jc w:val="right"/>
      </w:pPr>
      <w:r>
        <w:t>یہ جو حدیث حدیث ہے کہ وہ کسی گو کے بل میں گھسے ہیں، تو تو اس میں</w:t>
      </w:r>
    </w:p>
    <w:p>
      <w:r>
        <w:rPr>
          <w:b/>
        </w:rPr>
        <w:t xml:space="preserve">[23:46] </w:t>
      </w:r>
      <w:r>
        <w:t>bhi ghus jaoge.</w:t>
      </w:r>
    </w:p>
    <w:p>
      <w:pPr>
        <w:jc w:val="right"/>
      </w:pPr>
      <w:r>
        <w:t>بھی گھس جاؤ گے۔</w:t>
      </w:r>
    </w:p>
    <w:p>
      <w:r>
        <w:rPr>
          <w:b/>
        </w:rPr>
        <w:t xml:space="preserve">[23:48] </w:t>
      </w:r>
      <w:r>
        <w:t>yani unhon ne koi be khali ke kaam kiya to us ko bhi tum karoge.</w:t>
      </w:r>
    </w:p>
    <w:p>
      <w:pPr>
        <w:jc w:val="right"/>
      </w:pPr>
      <w:r>
        <w:t>یعنی انہوں نے کوئی بے خلی کے کام کیا تو اس کو بھی تم کرو گے۔</w:t>
      </w:r>
    </w:p>
    <w:p>
      <w:r>
        <w:rPr>
          <w:b/>
        </w:rPr>
        <w:t xml:space="preserve">[23:55] </w:t>
      </w:r>
      <w:r>
        <w:t>is liye ke dekhiye, aap mutala ki jiye muslim tehzeeb, so called muslim tehzeeb ko mutala ki jiye aur modern</w:t>
      </w:r>
    </w:p>
    <w:p>
      <w:pPr>
        <w:jc w:val="right"/>
      </w:pPr>
      <w:r>
        <w:t>اس لیے کہ دیکھیے، آپ مطالعہ کیجیے مسلم تہذیب، سو کالڈ مسلم تہذیب کو مطالعہ کیجیے اور ماڈرن</w:t>
      </w:r>
    </w:p>
    <w:p>
      <w:r>
        <w:rPr>
          <w:b/>
        </w:rPr>
        <w:t xml:space="preserve">[24:02] </w:t>
      </w:r>
      <w:r>
        <w:t>tehzeeb ko mutala ki jiye.</w:t>
      </w:r>
    </w:p>
    <w:p>
      <w:pPr>
        <w:jc w:val="right"/>
      </w:pPr>
      <w:r>
        <w:t>تہذیب کو مطالعہ کیجیے۔</w:t>
      </w:r>
    </w:p>
    <w:p>
      <w:r>
        <w:rPr>
          <w:b/>
        </w:rPr>
        <w:t xml:space="preserve">[24:04] </w:t>
      </w:r>
      <w:r>
        <w:t>yani modern jo civilization hai, us ko padhiye aap aur jo bani thi Spain mein aur Baghdad mein,</w:t>
      </w:r>
    </w:p>
    <w:p>
      <w:pPr>
        <w:jc w:val="right"/>
      </w:pPr>
      <w:r>
        <w:t>یعنی ماڈرن جو سولائزیشن ہے، اس کو پڑھیے آپ اور جو بنی تھی اسپین میں اور بغداد میں،</w:t>
      </w:r>
    </w:p>
    <w:p>
      <w:r>
        <w:rPr>
          <w:b/>
        </w:rPr>
        <w:t xml:space="preserve">[24:12] </w:t>
      </w:r>
      <w:r>
        <w:t>us ko padhiye.</w:t>
      </w:r>
    </w:p>
    <w:p>
      <w:pPr>
        <w:jc w:val="right"/>
      </w:pPr>
      <w:r>
        <w:t>اس کو پڑھیے۔</w:t>
      </w:r>
    </w:p>
    <w:p>
      <w:r>
        <w:rPr>
          <w:b/>
        </w:rPr>
        <w:t xml:space="preserve">[24:13] </w:t>
      </w:r>
      <w:r>
        <w:t>to kuch koi dono mein koi koi barabari nahin.</w:t>
      </w:r>
    </w:p>
    <w:p>
      <w:pPr>
        <w:jc w:val="right"/>
      </w:pPr>
      <w:r>
        <w:t>تو کچھ کوئی دونوں میں کوئی کوئی برابری نہیں۔</w:t>
      </w:r>
    </w:p>
    <w:p>
      <w:r>
        <w:rPr>
          <w:b/>
        </w:rPr>
        <w:t xml:space="preserve">[24:17] </w:t>
      </w:r>
      <w:r>
        <w:t>sara jo jo taayidi item hai, mislan sari duniya mein hawa azaad ur rahe hain, jahan chahe jaya</w:t>
      </w:r>
    </w:p>
    <w:p>
      <w:pPr>
        <w:jc w:val="right"/>
      </w:pPr>
      <w:r>
        <w:t>سارا جو جو تائیدی آئٹم ہے، مثلاً ساری دنیا میں ہوا آزاد اڑ رہے ہیں، جہاں چاہے جایا</w:t>
      </w:r>
    </w:p>
    <w:p>
      <w:r>
        <w:rPr>
          <w:b/>
        </w:rPr>
        <w:t xml:space="preserve">[24:25] </w:t>
      </w:r>
      <w:r>
        <w:t>jaiye, jab chahe safar ki jiye.</w:t>
      </w:r>
    </w:p>
    <w:p>
      <w:pPr>
        <w:jc w:val="right"/>
      </w:pPr>
      <w:r>
        <w:t>جائیے، جب چاہے سفر کیجیے۔</w:t>
      </w:r>
    </w:p>
    <w:p>
      <w:r>
        <w:rPr>
          <w:b/>
        </w:rPr>
        <w:t xml:space="preserve">[24:27] </w:t>
      </w:r>
      <w:r>
        <w:t>itna bara system yeh hai, itna bara system yeh hai.</w:t>
      </w:r>
    </w:p>
    <w:p>
      <w:pPr>
        <w:jc w:val="right"/>
      </w:pPr>
      <w:r>
        <w:t>اتنا بڑا سسٹم یہ ہے، اتنا بڑا سسٹم یہ ہے۔</w:t>
      </w:r>
    </w:p>
    <w:p>
      <w:r>
        <w:rPr>
          <w:b/>
        </w:rPr>
        <w:t xml:space="preserve">[24:31] </w:t>
      </w:r>
      <w:r>
        <w:t>yani aalami hawa jahaz rani ka itna bara system hai ke bilkul log jaan mein to samajhta hoon</w:t>
      </w:r>
    </w:p>
    <w:p>
      <w:pPr>
        <w:jc w:val="right"/>
      </w:pPr>
      <w:r>
        <w:t>یعنی عالمی ہوا جہاز رانی کا اتنا بڑا سسٹم ہے کہ بالکل لوگ جان میں تو سمجھتا ہوں</w:t>
      </w:r>
    </w:p>
    <w:p>
      <w:r>
        <w:rPr>
          <w:b/>
        </w:rPr>
        <w:t xml:space="preserve">[24:39] </w:t>
      </w:r>
      <w:r>
        <w:t>ke log be khabar hain, woh bhi jo safar karte hain, jo safar karte hain, woh sirf apne</w:t>
      </w:r>
    </w:p>
    <w:p>
      <w:pPr>
        <w:jc w:val="right"/>
      </w:pPr>
      <w:r>
        <w:t>کہ لوگ بے خبر ہیں، وہ بھی جو سفر کرتے ہیں، جو سفر کرتے ہیں، وہ صرف اپنے</w:t>
      </w:r>
    </w:p>
    <w:p>
      <w:r>
        <w:rPr>
          <w:b/>
        </w:rPr>
        <w:t xml:space="preserve">[24:47] </w:t>
      </w:r>
      <w:r>
        <w:t>doston ke liye yahan se chale gaye, kahin apne business ke liye chale gaye, yahan se kahein.</w:t>
      </w:r>
    </w:p>
    <w:p>
      <w:pPr>
        <w:jc w:val="right"/>
      </w:pPr>
      <w:r>
        <w:t>دوستوں کے لیے یہاں سے چلے گئے، کہیں اپنے بزنس کے لیے چلے گئے، یہاں سے کہیں۔</w:t>
      </w:r>
    </w:p>
    <w:p>
      <w:r>
        <w:rPr>
          <w:b/>
        </w:rPr>
        <w:t xml:space="preserve">[24:54] </w:t>
      </w:r>
      <w:r>
        <w:t>lekin woh jo door aaya hai, jo tehzeeb aayi hai, yeh ek aalami phenomena jo hai, is se</w:t>
      </w:r>
    </w:p>
    <w:p>
      <w:pPr>
        <w:jc w:val="right"/>
      </w:pPr>
      <w:r>
        <w:t>لیکن وہ جو دور آیا ہے، جو تہذیب آئی ہے، یہ ایک عالمی فیناومینا جو ہے، اس سے</w:t>
      </w:r>
    </w:p>
    <w:p>
      <w:r>
        <w:rPr>
          <w:b/>
        </w:rPr>
        <w:t xml:space="preserve">[25:02] </w:t>
      </w:r>
      <w:r>
        <w:t>be khabar hain.</w:t>
      </w:r>
    </w:p>
    <w:p>
      <w:pPr>
        <w:jc w:val="right"/>
      </w:pPr>
      <w:r>
        <w:t>بے خبر ہیں۔</w:t>
      </w:r>
    </w:p>
    <w:p>
      <w:r>
        <w:rPr>
          <w:b/>
        </w:rPr>
        <w:t xml:space="preserve">[25:03] </w:t>
      </w:r>
      <w:r>
        <w:t>phir bhi woh to is ka etraf nahi, musalmanon mein is ka etraf nahi.</w:t>
      </w:r>
    </w:p>
    <w:p>
      <w:pPr>
        <w:jc w:val="right"/>
      </w:pPr>
      <w:r>
        <w:t>پھر بھی وہ تو اس کا اعتراف نہیں، مسلمانوں میں اس کا اعتراف نہیں۔</w:t>
      </w:r>
    </w:p>
    <w:p>
      <w:r>
        <w:rPr>
          <w:b/>
        </w:rPr>
        <w:t xml:space="preserve">[25:09] </w:t>
      </w:r>
      <w:r>
        <w:t>jis tarah qadeem zamanay ke yahood jo thay, woh yeh acknowledge ke liye tayyar karne ke liye tayyar</w:t>
      </w:r>
    </w:p>
    <w:p>
      <w:pPr>
        <w:jc w:val="right"/>
      </w:pPr>
      <w:r>
        <w:t>جس طرح قدیم زمانے کے یہود جو تھے، وہ یہ ایکنالج کے لیے تیار کرنے کے لیے تیار</w:t>
      </w:r>
    </w:p>
    <w:p>
      <w:r>
        <w:rPr>
          <w:b/>
        </w:rPr>
        <w:t xml:space="preserve">[25:17] </w:t>
      </w:r>
      <w:r>
        <w:t>nahi thay ke banu ismail mein nabi aa jaye ga.</w:t>
      </w:r>
    </w:p>
    <w:p>
      <w:pPr>
        <w:jc w:val="right"/>
      </w:pPr>
      <w:r>
        <w:t>نہیں تھے کہ بنو اسماعیل میں نبی آ جائے گا۔</w:t>
      </w:r>
    </w:p>
    <w:p>
      <w:r>
        <w:rPr>
          <w:b/>
        </w:rPr>
        <w:t xml:space="preserve">[25:21] </w:t>
      </w:r>
      <w:r>
        <w:t>to is zamanay ke jo musalman jo hain, is ko mannay ke liye tayyar nahi hain, is ka</w:t>
      </w:r>
    </w:p>
    <w:p>
      <w:pPr>
        <w:jc w:val="right"/>
      </w:pPr>
      <w:r>
        <w:t>تو اس زمانے کے جو مسلمان جو ہیں، اس کو ماننے کے لیے تیار نہیں ہیں، اس کا</w:t>
      </w:r>
    </w:p>
    <w:p>
      <w:r>
        <w:rPr>
          <w:b/>
        </w:rPr>
        <w:t xml:space="preserve">[25:29] </w:t>
      </w:r>
      <w:r>
        <w:t>etraf karne ke liye tayyar nahi hain ke woh woh jo yani mauood jo tehzeeb thi, jo ek</w:t>
      </w:r>
    </w:p>
    <w:p>
      <w:pPr>
        <w:jc w:val="right"/>
      </w:pPr>
      <w:r>
        <w:t>اعتراف کرنے کے لیے تیار نہیں ہیں کہ وہ وہ جو یعنی موعود جو تہذیب تھی، جو ایک</w:t>
      </w:r>
    </w:p>
    <w:p>
      <w:r>
        <w:rPr>
          <w:b/>
        </w:rPr>
        <w:t xml:space="preserve">[25:37] </w:t>
      </w:r>
      <w:r>
        <w:t>aane wali quran o hadees ke peshin goi ke mutabiq jo ek tehzeeb aane wali thi, jo islam</w:t>
      </w:r>
    </w:p>
    <w:p>
      <w:pPr>
        <w:jc w:val="right"/>
      </w:pPr>
      <w:r>
        <w:t>آنے والی قرآن و حدیث کے پیشین گوئی کے مطابق جو ایک تہذیب آنے والی تھی، جو اسلام</w:t>
      </w:r>
    </w:p>
    <w:p>
      <w:r>
        <w:rPr>
          <w:b/>
        </w:rPr>
        <w:t xml:space="preserve">[25:44] </w:t>
      </w:r>
      <w:r>
        <w:t>ke mission ko aalami banaye, islam ke mission ko aalami banaye, aalami.</w:t>
      </w:r>
    </w:p>
    <w:p>
      <w:pPr>
        <w:jc w:val="right"/>
      </w:pPr>
      <w:r>
        <w:t>کے مشن کو عالمی بنائے، اسلام کے مشن کو عالمی بنائے، عالمی۔</w:t>
      </w:r>
    </w:p>
    <w:p>
      <w:r>
        <w:rPr>
          <w:b/>
        </w:rPr>
        <w:t xml:space="preserve">[25:49] </w:t>
      </w:r>
      <w:r>
        <w:t>to woh musalman samajhte hain ke aaye ge to muslim tehzeeb ke zariye aaye gi, western civilization ke</w:t>
      </w:r>
    </w:p>
    <w:p>
      <w:pPr>
        <w:jc w:val="right"/>
      </w:pPr>
      <w:r>
        <w:t>تو وہ مسلمان سمجھتے ہیں کہ آئے گے تو مسلم تہذیب کے ذریعے آئے گی، ویسٹرن سولائزیشن کے</w:t>
      </w:r>
    </w:p>
    <w:p>
      <w:r>
        <w:rPr>
          <w:b/>
        </w:rPr>
        <w:t xml:space="preserve">[25:57] </w:t>
      </w:r>
      <w:r>
        <w:t>zariye aa jaye gi.</w:t>
      </w:r>
    </w:p>
    <w:p>
      <w:pPr>
        <w:jc w:val="right"/>
      </w:pPr>
      <w:r>
        <w:t>ذریعے آ جائے گی۔</w:t>
      </w:r>
    </w:p>
    <w:p>
      <w:r>
        <w:rPr>
          <w:b/>
        </w:rPr>
        <w:t xml:space="preserve">[25:59] </w:t>
      </w:r>
      <w:r>
        <w:t>to is liye is ke khilaf ban gaye.</w:t>
      </w:r>
    </w:p>
    <w:p>
      <w:pPr>
        <w:jc w:val="right"/>
      </w:pPr>
      <w:r>
        <w:t>تو اس لیے اس کے خلاف بن گئے۔</w:t>
      </w:r>
    </w:p>
    <w:p>
      <w:r>
        <w:rPr>
          <w:b/>
        </w:rPr>
        <w:t xml:space="preserve">[26:02] </w:t>
      </w:r>
      <w:r>
        <w:t>to wohi history repeat ho rahi hai.</w:t>
      </w:r>
    </w:p>
    <w:p>
      <w:pPr>
        <w:jc w:val="right"/>
      </w:pPr>
      <w:r>
        <w:t>تو وہی ہسٹری ریپیٹ ہو رہی ہے۔</w:t>
      </w:r>
    </w:p>
    <w:p>
      <w:r>
        <w:rPr>
          <w:b/>
        </w:rPr>
        <w:t xml:space="preserve">[26:05] </w:t>
      </w:r>
      <w:r>
        <w:t>kaisa ajeeb hai yeh hadees: "latatba'un man kan qablakum shibran bishibrin wa dhira'an bidhira'in hatta walaw dakhaltum jahar dhab</w:t>
      </w:r>
    </w:p>
    <w:p>
      <w:pPr>
        <w:jc w:val="right"/>
      </w:pPr>
      <w:r>
        <w:t>کیسا عجیب ہے یہ حدیث: "لتتبعون من کان قبلکم شبر بشبر وزران بزرائن حتی ولو دخلوا جہر ذبل</w:t>
      </w:r>
    </w:p>
    <w:p>
      <w:r>
        <w:rPr>
          <w:b/>
        </w:rPr>
        <w:t xml:space="preserve">[26:13] </w:t>
      </w:r>
      <w:r>
        <w:t>dakhaltummo" ke tum pichli ummaton ko follow karo ge, taqleed karo ge, qadam ba qadam, qadam ba qadam, yahan tak</w:t>
      </w:r>
    </w:p>
    <w:p>
      <w:pPr>
        <w:jc w:val="right"/>
      </w:pPr>
      <w:r>
        <w:t>دخلتمو" کہ تم پچھلی امتوں کو فالو کرو گے، تقلید کرو گے، قدم بقدم، قدم بقدم، یہاں تک</w:t>
      </w:r>
    </w:p>
    <w:p>
      <w:r>
        <w:rPr>
          <w:b/>
        </w:rPr>
        <w:t xml:space="preserve">[26:21] </w:t>
      </w:r>
      <w:r>
        <w:t>ke agar woh ghusay hain kisi go ke bil mein, is mein ghus jaoge.</w:t>
      </w:r>
    </w:p>
    <w:p>
      <w:pPr>
        <w:jc w:val="right"/>
      </w:pPr>
      <w:r>
        <w:t>کہ اگر وہ گھسے ہیں کسی گو کے بل میں، اس میں گھس جاؤ گے۔</w:t>
      </w:r>
    </w:p>
    <w:p>
      <w:r>
        <w:rPr>
          <w:b/>
        </w:rPr>
        <w:t xml:space="preserve">[26:27] </w:t>
      </w:r>
      <w:r>
        <w:t>yani koi be aqli ka kaam kiya to woh bhi karoge.</w:t>
      </w:r>
    </w:p>
    <w:p>
      <w:pPr>
        <w:jc w:val="right"/>
      </w:pPr>
      <w:r>
        <w:t>یعنی کوئی بے عقلی کا کام کیا تو وہ بھی کرو گے۔</w:t>
      </w:r>
    </w:p>
    <w:p>
      <w:r>
        <w:rPr>
          <w:b/>
        </w:rPr>
        <w:t xml:space="preserve">[26:32] </w:t>
      </w:r>
      <w:r>
        <w:t>to yahi to hai be aqli.</w:t>
      </w:r>
    </w:p>
    <w:p>
      <w:pPr>
        <w:jc w:val="right"/>
      </w:pPr>
      <w:r>
        <w:t>تو یہی تو ہے بے عقلی۔</w:t>
      </w:r>
    </w:p>
    <w:p>
      <w:r>
        <w:rPr>
          <w:b/>
        </w:rPr>
        <w:t xml:space="preserve">[26:35] </w:t>
      </w:r>
      <w:r>
        <w:t>sari dunya ke musalman modern amenities, amenities ko modern jo jo tehzeeb hai, us ko khoob istemal karte</w:t>
      </w:r>
    </w:p>
    <w:p>
      <w:pPr>
        <w:jc w:val="right"/>
      </w:pPr>
      <w:r>
        <w:t>ساری دنیا کے مسلمان ماڈرن ایمنٹریز، ایمنٹریز کو ماڈرن جو جو تہذیب ہے، اس کو خوب استعمال کرتے</w:t>
      </w:r>
    </w:p>
    <w:p>
      <w:r>
        <w:rPr>
          <w:b/>
        </w:rPr>
        <w:t xml:space="preserve">[26:43] </w:t>
      </w:r>
      <w:r>
        <w:t>hain apne zaati faiday ke liye, lekin unhon ne is ko etraf nahi kiya ke yeh maueed islam</w:t>
      </w:r>
    </w:p>
    <w:p>
      <w:pPr>
        <w:jc w:val="right"/>
      </w:pPr>
      <w:r>
        <w:t>ہیں اپنے ذاتی فائدے کے لیے، لیکن انہوں نے اس کو اعتراف نہیں کیا کہ یہ معید اسلام</w:t>
      </w:r>
    </w:p>
    <w:p>
      <w:r>
        <w:rPr>
          <w:b/>
        </w:rPr>
        <w:t xml:space="preserve">[26:50] </w:t>
      </w:r>
      <w:r>
        <w:t>tehzeeb hai, hamein is ko islam ke liye, quran ke liye istemal karna hai.</w:t>
      </w:r>
    </w:p>
    <w:p>
      <w:pPr>
        <w:jc w:val="right"/>
      </w:pPr>
      <w:r>
        <w:t>تہذیب ہے، ہمیں اس کو اسلام کے لیے، قرآن کے لیے استعمال کرنا ہے۔</w:t>
      </w:r>
    </w:p>
    <w:p>
      <w:r>
        <w:rPr>
          <w:b/>
        </w:rPr>
        <w:t xml:space="preserve">[26:56] </w:t>
      </w:r>
      <w:r>
        <w:t>koi mannay ko tayyar nahi.</w:t>
      </w:r>
    </w:p>
    <w:p>
      <w:pPr>
        <w:jc w:val="right"/>
      </w:pPr>
      <w:r>
        <w:t>کوئی ماننے کو تیار نہیں۔</w:t>
      </w:r>
    </w:p>
    <w:p>
      <w:r>
        <w:rPr>
          <w:b/>
        </w:rPr>
        <w:t xml:space="preserve">[26:58] </w:t>
      </w:r>
      <w:r>
        <w:t>yahi to bewakoofi hai, jaise unhon ne bewakoofi ki thi ke khuda peghambar bheje ga to kisi nasal</w:t>
      </w:r>
    </w:p>
    <w:p>
      <w:pPr>
        <w:jc w:val="right"/>
      </w:pPr>
      <w:r>
        <w:t>یہی تو بیوقوفی ہے، جیسے انہوں نے بیوقوفی کی تھی کہ خدا پیغمبر بھیجے گا تو کسی نسل</w:t>
      </w:r>
    </w:p>
    <w:p>
      <w:r>
        <w:rPr>
          <w:b/>
        </w:rPr>
        <w:t xml:space="preserve">[27:06] </w:t>
      </w:r>
      <w:r>
        <w:t>bheje ga.</w:t>
      </w:r>
    </w:p>
    <w:p>
      <w:pPr>
        <w:jc w:val="right"/>
      </w:pPr>
      <w:r>
        <w:t>بھیجے گا۔</w:t>
      </w:r>
    </w:p>
    <w:p>
      <w:r>
        <w:rPr>
          <w:b/>
        </w:rPr>
        <w:t xml:space="preserve">[27:08] </w:t>
      </w:r>
      <w:r>
        <w:t>yeh yeh yeh in ka apna khud khud ka socha hua criterion hai ke aana chahiye is ko</w:t>
      </w:r>
    </w:p>
    <w:p>
      <w:pPr>
        <w:jc w:val="right"/>
      </w:pPr>
      <w:r>
        <w:t>یہ یہ یہ ان کا اپنا خود خود کا سوچا ہوا کرائٹیرین ہے کہ آنا چاہے اس کو</w:t>
      </w:r>
    </w:p>
    <w:p>
      <w:r>
        <w:rPr>
          <w:b/>
        </w:rPr>
        <w:t xml:space="preserve">[27:15] </w:t>
      </w:r>
      <w:r>
        <w:t>Bani Israel mein, Bani Ismail mein nahin.</w:t>
      </w:r>
    </w:p>
    <w:p>
      <w:pPr>
        <w:jc w:val="right"/>
      </w:pPr>
      <w:r>
        <w:t>بنی اسرائیل میں، بنی اسماعیل میں نہیں۔</w:t>
      </w:r>
    </w:p>
    <w:p>
      <w:r>
        <w:rPr>
          <w:b/>
        </w:rPr>
        <w:t xml:space="preserve">[27:18] </w:t>
      </w:r>
      <w:r>
        <w:t>Khuda ka criterion yeh nahin ho sakta.</w:t>
      </w:r>
    </w:p>
    <w:p>
      <w:pPr>
        <w:jc w:val="right"/>
      </w:pPr>
      <w:r>
        <w:t>خدا کا کرائٹیرین یہ نہیں ہو سکتا۔</w:t>
      </w:r>
    </w:p>
    <w:p>
      <w:r>
        <w:rPr>
          <w:b/>
        </w:rPr>
        <w:t xml:space="preserve">[27:21] </w:t>
      </w:r>
      <w:r>
        <w:t>Khuda to kisi bhi shakhs ko select kar lega dunya mein kahin bhi.</w:t>
      </w:r>
    </w:p>
    <w:p>
      <w:pPr>
        <w:jc w:val="right"/>
      </w:pPr>
      <w:r>
        <w:t>خدا تو کسی بھی شخص کو سلیکٹ کر لے گا دنیا میں کہیں بھی۔</w:t>
      </w:r>
    </w:p>
    <w:p>
      <w:r>
        <w:rPr>
          <w:b/>
        </w:rPr>
        <w:t xml:space="preserve">[27:27] </w:t>
      </w:r>
      <w:r>
        <w:t>To ek zahir hai ke ek bewakoofi ka kaam tha.</w:t>
      </w:r>
    </w:p>
    <w:p>
      <w:pPr>
        <w:jc w:val="right"/>
      </w:pPr>
      <w:r>
        <w:t>تو ایک ظاہر ہے کہ ایک بیوقوفی کا کام تھا۔</w:t>
      </w:r>
    </w:p>
    <w:p>
      <w:r>
        <w:rPr>
          <w:b/>
        </w:rPr>
        <w:t xml:space="preserve">[27:32] </w:t>
      </w:r>
      <w:r>
        <w:t>Is tarah Musalman ek bewakoofi mein pade hue hain ke Khuda yeh dekhega ke kahan kis qaum</w:t>
      </w:r>
    </w:p>
    <w:p>
      <w:pPr>
        <w:jc w:val="right"/>
      </w:pPr>
      <w:r>
        <w:t>اس طرح مسلمان ایک بیوقوفی میں پڑے ہوئے ہیں کہ خدا یہ دیکھے گا کہ کہاں کس قوم</w:t>
      </w:r>
    </w:p>
    <w:p>
      <w:r>
        <w:rPr>
          <w:b/>
        </w:rPr>
        <w:t xml:space="preserve">[27:39] </w:t>
      </w:r>
      <w:r>
        <w:t>ne kaam kiya hai modern zarye ko daryaft karne mein, nature ko discover karne mein, jo hidden hidden</w:t>
      </w:r>
    </w:p>
    <w:p>
      <w:pPr>
        <w:jc w:val="right"/>
      </w:pPr>
      <w:r>
        <w:t>نے کام کیا ہے ماڈرن ذرائع کو دریافت کرنے میں، نیچر کو ڈسکور کرنے میں، جو ہڈن ہڈن</w:t>
      </w:r>
    </w:p>
    <w:p>
      <w:r>
        <w:rPr>
          <w:b/>
        </w:rPr>
        <w:t xml:space="preserve">[27:47] </w:t>
      </w:r>
      <w:r>
        <w:t>jo jo khazana tha, us ko daryaft kar ke us ko qabil e istemal banane mein kis ne kaam</w:t>
      </w:r>
    </w:p>
    <w:p>
      <w:pPr>
        <w:jc w:val="right"/>
      </w:pPr>
      <w:r>
        <w:t>جو جو خزانہ تھا، اس کو دریافت کر کے اس کو قابل استعمال بنانے میں کس نے کام</w:t>
      </w:r>
    </w:p>
    <w:p>
      <w:r>
        <w:rPr>
          <w:b/>
        </w:rPr>
        <w:t xml:space="preserve">[27:55] </w:t>
      </w:r>
      <w:r>
        <w:t>kiya hai.</w:t>
      </w:r>
    </w:p>
    <w:p>
      <w:pPr>
        <w:jc w:val="right"/>
      </w:pPr>
      <w:r>
        <w:t>کیا ہے۔</w:t>
      </w:r>
    </w:p>
    <w:p>
      <w:r>
        <w:rPr>
          <w:b/>
        </w:rPr>
        <w:t xml:space="preserve">[27:56] </w:t>
      </w:r>
      <w:r>
        <w:t>Us ko woh darja milega.</w:t>
      </w:r>
    </w:p>
    <w:p>
      <w:pPr>
        <w:jc w:val="right"/>
      </w:pPr>
      <w:r>
        <w:t>اس کو وہ درجہ ملے گا۔</w:t>
      </w:r>
    </w:p>
    <w:p>
      <w:r>
        <w:rPr>
          <w:b/>
        </w:rPr>
        <w:t xml:space="preserve">[27:59] </w:t>
      </w:r>
      <w:r>
        <w:t>To hadith ki kitabon mein jis jis taayidi zahire ka zikr hai ke ek taayidi zahira wajood aaye</w:t>
      </w:r>
    </w:p>
    <w:p>
      <w:pPr>
        <w:jc w:val="right"/>
      </w:pPr>
      <w:r>
        <w:t>تو حدیث کی کتابوں میں جس جس تائیدی ظاہرے کا ذکر ہے کہ ایک تائیدی ظاہرہ وجود آئے</w:t>
      </w:r>
    </w:p>
    <w:p>
      <w:r>
        <w:rPr>
          <w:b/>
        </w:rPr>
        <w:t xml:space="preserve">[28:07] </w:t>
      </w:r>
      <w:r>
        <w:t>ga, yaani mu'eed e Islam ek wajood aaye ga, to us ko woh apply hota hai western civilization par.</w:t>
      </w:r>
    </w:p>
    <w:p>
      <w:pPr>
        <w:jc w:val="right"/>
      </w:pPr>
      <w:r>
        <w:t>گا، یعنی معید اسلام ایک وجود آئے گا، تو اس کو وہ اپلائی ہوتا ہے ویسٹرن سولائزیشن پر۔</w:t>
      </w:r>
    </w:p>
    <w:p>
      <w:r>
        <w:rPr>
          <w:b/>
        </w:rPr>
        <w:t xml:space="preserve">[28:14] </w:t>
      </w:r>
      <w:r>
        <w:t>Lekin Musalman chunke mindset bigra hua hai in ka, is liye us ko chahte hain ke woh</w:t>
      </w:r>
    </w:p>
    <w:p>
      <w:pPr>
        <w:jc w:val="right"/>
      </w:pPr>
      <w:r>
        <w:t>لیکن مسلمان چونکہ مائنڈ سیٹ بگڑا ہوا ہے ان کا، اس لیے اس کو چاہتے ہیں کہ وہ</w:t>
      </w:r>
    </w:p>
    <w:p>
      <w:r>
        <w:rPr>
          <w:b/>
        </w:rPr>
        <w:t xml:space="preserve">[28:22] </w:t>
      </w:r>
      <w:r>
        <w:t>apply ho Muslim tehzeeb par, jo apply hoti nahin.</w:t>
      </w:r>
    </w:p>
    <w:p>
      <w:pPr>
        <w:jc w:val="right"/>
      </w:pPr>
      <w:r>
        <w:t>اپلائی ہو مسلم تہذیب پر، جو اپلائی ہوتی نہیں۔</w:t>
      </w:r>
    </w:p>
    <w:p>
      <w:r>
        <w:rPr>
          <w:b/>
        </w:rPr>
        <w:t xml:space="preserve">[28:26] </w:t>
      </w:r>
      <w:r>
        <w:t>Kehte hain ji aap study kijiye, aap kehte hain ji kuch koshish kijiye, kehte hain ji scholarship dikhaiye,</w:t>
      </w:r>
    </w:p>
    <w:p>
      <w:pPr>
        <w:jc w:val="right"/>
      </w:pPr>
      <w:r>
        <w:t>کہتے ہیں جی آپ اسٹڈی کیجیے، آپ کہتے ہیں جی کچھ کوشش کیجیے، کہتے ہیں جی سکالرشپ دکھائیے،</w:t>
      </w:r>
    </w:p>
    <w:p>
      <w:r>
        <w:rPr>
          <w:b/>
        </w:rPr>
        <w:t xml:space="preserve">[28:34] </w:t>
      </w:r>
      <w:r>
        <w:t>lekin aap sabit nahin kar sakenge, sabit nahin kar sakenge.</w:t>
      </w:r>
    </w:p>
    <w:p>
      <w:pPr>
        <w:jc w:val="right"/>
      </w:pPr>
      <w:r>
        <w:t>لیکن آپ ثابت نہیں کر سکیں گے، ثابت نہیں کر سکیں گے۔</w:t>
      </w:r>
    </w:p>
    <w:p>
      <w:r>
        <w:rPr>
          <w:b/>
        </w:rPr>
        <w:t xml:space="preserve">[28:39] </w:t>
      </w:r>
      <w:r>
        <w:t>Is liye woh be aqli ki baat hai.</w:t>
      </w:r>
    </w:p>
    <w:p>
      <w:pPr>
        <w:jc w:val="right"/>
      </w:pPr>
      <w:r>
        <w:t>اس لیے وہ بے عقلی کی بات ہے۔</w:t>
      </w:r>
    </w:p>
    <w:p>
      <w:r>
        <w:rPr>
          <w:b/>
        </w:rPr>
        <w:t xml:space="preserve">[28:42] </w:t>
      </w:r>
      <w:r>
        <w:t>To maujooda zamane ke case samajhne ke liye main yeh baatein kahi hain.</w:t>
      </w:r>
    </w:p>
    <w:p>
      <w:pPr>
        <w:jc w:val="right"/>
      </w:pPr>
      <w:r>
        <w:t>تو موجودہ زمانے کے کیس سمجھنے کے لیے میں یہ باتیں کہی ہیں۔</w:t>
      </w:r>
    </w:p>
    <w:p>
      <w:r>
        <w:rPr>
          <w:b/>
        </w:rPr>
        <w:t xml:space="preserve">[28:48] </w:t>
      </w:r>
      <w:r>
        <w:t>Maujooda zamane ke case yeh hai ke woh zawal ke is daur mein hain jabke unhon ne har</w:t>
      </w:r>
    </w:p>
    <w:p>
      <w:pPr>
        <w:jc w:val="right"/>
      </w:pPr>
      <w:r>
        <w:t>موجودہ زمانے کے کیس یہ ہے کہ وہ زوال کے اس دور میں ہیں جبکہ انہوں نے ہر</w:t>
      </w:r>
    </w:p>
    <w:p>
      <w:r>
        <w:rPr>
          <w:b/>
        </w:rPr>
        <w:t xml:space="preserve">[28:56] </w:t>
      </w:r>
      <w:r>
        <w:t>mamle mein pichli qaumon ko follow kar rahe hain.</w:t>
      </w:r>
    </w:p>
    <w:p>
      <w:pPr>
        <w:jc w:val="right"/>
      </w:pPr>
      <w:r>
        <w:t>معاملے میں پچھلے قوموں کو فالو کر رہے ہیں۔</w:t>
      </w:r>
    </w:p>
    <w:p>
      <w:r>
        <w:rPr>
          <w:b/>
        </w:rPr>
        <w:t xml:space="preserve">[28:59] </w:t>
      </w:r>
      <w:r>
        <w:t>Woh mislan spirit ki jagah Islam, is spirit ki jagah form ko Islam bana dena, spirit ki jagah</w:t>
      </w:r>
    </w:p>
    <w:p>
      <w:pPr>
        <w:jc w:val="right"/>
      </w:pPr>
      <w:r>
        <w:t>وہ مثلاً اسپرٹ کی جگہ اسلام، اس اسپرٹ کی جگہ فارم کو اسلام بنا دینا، اسپرٹ کی جگہ</w:t>
      </w:r>
    </w:p>
    <w:p>
      <w:r>
        <w:rPr>
          <w:b/>
        </w:rPr>
        <w:t xml:space="preserve">[29:07] </w:t>
      </w:r>
      <w:r>
        <w:t>form ko Islam bana dena, usay follow kar rahe hain.</w:t>
      </w:r>
    </w:p>
    <w:p>
      <w:pPr>
        <w:jc w:val="right"/>
      </w:pPr>
      <w:r>
        <w:t>فارم کو اسلام بنا دینا، اسے فالو کر رہے ہیں۔</w:t>
      </w:r>
    </w:p>
    <w:p>
      <w:r>
        <w:rPr>
          <w:b/>
        </w:rPr>
        <w:t xml:space="preserve">[29:11] </w:t>
      </w:r>
      <w:r>
        <w:t>Woh is tarah se modern civilization, jo mu'eed e Islam civilization hai, Islam ko support karne wali, us ke</w:t>
      </w:r>
    </w:p>
    <w:p>
      <w:pPr>
        <w:jc w:val="right"/>
      </w:pPr>
      <w:r>
        <w:t>وہ اس طریقے سے ماڈرن سولائزیشن، جو معید اسلام سولائزیشن ہے، اسلام کو سپورٹ کرنے والی، اس کے</w:t>
      </w:r>
    </w:p>
    <w:p>
      <w:r>
        <w:rPr>
          <w:b/>
        </w:rPr>
        <w:t xml:space="preserve">[29:19] </w:t>
      </w:r>
      <w:r>
        <w:t>khilaf ho jana aur khwamkhwah yeh samajhna ke jo hum ne hazar saal pehle tehzeeb banai thi, woh</w:t>
      </w:r>
    </w:p>
    <w:p>
      <w:pPr>
        <w:jc w:val="right"/>
      </w:pPr>
      <w:r>
        <w:t>خلاف ہو جانا اور خوامخواہ یہ سمجھنا کہ جو ہم نے ہزار سال پہلے تہذیب بنائی تھی، وہ</w:t>
      </w:r>
    </w:p>
    <w:p>
      <w:r>
        <w:rPr>
          <w:b/>
        </w:rPr>
        <w:t xml:space="preserve">[29:27] </w:t>
      </w:r>
      <w:r>
        <w:t>us par yeh apply hona chahiye.</w:t>
      </w:r>
    </w:p>
    <w:p>
      <w:pPr>
        <w:jc w:val="right"/>
      </w:pPr>
      <w:r>
        <w:t>اس پر یہ اپلائی ہونا چاہیے۔</w:t>
      </w:r>
    </w:p>
    <w:p>
      <w:r>
        <w:rPr>
          <w:b/>
        </w:rPr>
        <w:t xml:space="preserve">[29:29] </w:t>
      </w:r>
      <w:r>
        <w:t>ab jo kaam karne ka hai, woh yeh hai ke musalmanon ko is andhere se nikala jae.</w:t>
      </w:r>
    </w:p>
    <w:p>
      <w:pPr>
        <w:jc w:val="right"/>
      </w:pPr>
      <w:r>
        <w:t>اب جو کام کرنے کا ہے، وہ یہ ہے کہ مسلمانوں کو اس اندھیرے سے نکالا جائے۔</w:t>
      </w:r>
    </w:p>
    <w:p>
      <w:r>
        <w:rPr>
          <w:b/>
        </w:rPr>
        <w:t xml:space="preserve">[29:37] </w:t>
      </w:r>
      <w:r>
        <w:t>musalman ek blind elaim ja ke phans gaye hain, ek andhere mein ja ke phans gaye hain.</w:t>
      </w:r>
    </w:p>
    <w:p>
      <w:pPr>
        <w:jc w:val="right"/>
      </w:pPr>
      <w:r>
        <w:t>مسلمان ایک بلائنڈ ایلیم جا کے پھنس گئے ہیں، ایک اندھیرے میں جا کے پھنس گئے ہیں۔</w:t>
      </w:r>
    </w:p>
    <w:p>
      <w:r>
        <w:rPr>
          <w:b/>
        </w:rPr>
        <w:t xml:space="preserve">[29:44] </w:t>
      </w:r>
      <w:r>
        <w:t>is ko in ko nikala jae.</w:t>
      </w:r>
    </w:p>
    <w:p>
      <w:pPr>
        <w:jc w:val="right"/>
      </w:pPr>
      <w:r>
        <w:t>اس کو ان کو نکالا جائے۔</w:t>
      </w:r>
    </w:p>
    <w:p>
      <w:r>
        <w:rPr>
          <w:b/>
        </w:rPr>
        <w:t xml:space="preserve">[29:47] </w:t>
      </w:r>
      <w:r>
        <w:t>aur main ne do item aap ko bataye ke ek item yeh hai ke aap batayein in ko</w:t>
      </w:r>
    </w:p>
    <w:p>
      <w:pPr>
        <w:jc w:val="right"/>
      </w:pPr>
      <w:r>
        <w:t>اور میں نے دو آئٹم آپ کو بتائے کہ ایک آئٹم یہ ہے کہ آپ بتائیں ان کو</w:t>
      </w:r>
    </w:p>
    <w:p>
      <w:r>
        <w:rPr>
          <w:b/>
        </w:rPr>
        <w:t xml:space="preserve">[29:54] </w:t>
      </w:r>
      <w:r>
        <w:t>ke islam spirit ka naam hai, form ka naam nahi hai.</w:t>
      </w:r>
    </w:p>
    <w:p>
      <w:pPr>
        <w:jc w:val="right"/>
      </w:pPr>
      <w:r>
        <w:t>کہ اسلام اسپرٹ کا نام ہے، فارم کا نام نہیں ہے۔</w:t>
      </w:r>
    </w:p>
    <w:p>
      <w:r>
        <w:rPr>
          <w:b/>
        </w:rPr>
        <w:t xml:space="preserve">[29:59] </w:t>
      </w:r>
      <w:r>
        <w:t>islam spirit ka naam hai, form ka naam nahi hai.</w:t>
      </w:r>
    </w:p>
    <w:p>
      <w:pPr>
        <w:jc w:val="right"/>
      </w:pPr>
      <w:r>
        <w:t>اسلام اسپرٹ کا نام ہے، فارم کا نام نہیں ہے۔</w:t>
      </w:r>
    </w:p>
    <w:p>
      <w:r>
        <w:rPr>
          <w:b/>
        </w:rPr>
        <w:t xml:space="preserve">[30:03] </w:t>
      </w:r>
      <w:r>
        <w:t>kya aap mere zor se kahiye to ya der se kahiye to koi farq nahi parega.</w:t>
      </w:r>
    </w:p>
    <w:p>
      <w:pPr>
        <w:jc w:val="right"/>
      </w:pPr>
      <w:r>
        <w:t>کیا آپ میرے زور سے کہیے تو یا دیر سے کہیے تو کوئی فرق نہیں پڑے گا۔</w:t>
      </w:r>
    </w:p>
    <w:p>
      <w:r>
        <w:rPr>
          <w:b/>
        </w:rPr>
        <w:t xml:space="preserve">[30:11] </w:t>
      </w:r>
      <w:r>
        <w:t>is se spirit maujood hona chahiye.</w:t>
      </w:r>
    </w:p>
    <w:p>
      <w:pPr>
        <w:jc w:val="right"/>
      </w:pPr>
      <w:r>
        <w:t>اس سے اسپرٹ موجود ہونا چاہیے۔</w:t>
      </w:r>
    </w:p>
    <w:p>
      <w:r>
        <w:rPr>
          <w:b/>
        </w:rPr>
        <w:t xml:space="preserve">[30:13] </w:t>
      </w:r>
      <w:r>
        <w:t>to ek baat yeh batana hai ke islam spirit ka naam hai, form ka naam nahi hai.</w:t>
      </w:r>
    </w:p>
    <w:p>
      <w:pPr>
        <w:jc w:val="right"/>
      </w:pPr>
      <w:r>
        <w:t>تو ایک بات یہ بتانا ہے کہ اسلام اسپرٹ کا نام ہے، فارم کا نام نہیں ہے۔</w:t>
      </w:r>
    </w:p>
    <w:p>
      <w:r>
        <w:rPr>
          <w:b/>
        </w:rPr>
        <w:t xml:space="preserve">[30:20] </w:t>
      </w:r>
      <w:r>
        <w:t>doosri baat yeh batana hai ke islam qital ka naam nahi hai, dawat ka naam hai.</w:t>
      </w:r>
    </w:p>
    <w:p>
      <w:pPr>
        <w:jc w:val="right"/>
      </w:pPr>
      <w:r>
        <w:t>دوسری بات یہ بتانا ہے کہ اسلام قتال کا نام نہیں ہے، دعوت کا نام ہے۔</w:t>
      </w:r>
    </w:p>
    <w:p>
      <w:r>
        <w:rPr>
          <w:b/>
        </w:rPr>
        <w:t xml:space="preserve">[30:27] </w:t>
      </w:r>
      <w:r>
        <w:t>islam mazhab qital nahi hai, mazhab dawat hai.</w:t>
      </w:r>
    </w:p>
    <w:p>
      <w:pPr>
        <w:jc w:val="right"/>
      </w:pPr>
      <w:r>
        <w:t>اسلام مذہب قتال نہیں ہے، مذہب دعوت ہے۔</w:t>
      </w:r>
    </w:p>
    <w:p>
      <w:r>
        <w:rPr>
          <w:b/>
        </w:rPr>
        <w:t xml:space="preserve">[30:31] </w:t>
      </w:r>
      <w:r>
        <w:t>yeh batana hai in ko.</w:t>
      </w:r>
    </w:p>
    <w:p>
      <w:pPr>
        <w:jc w:val="right"/>
      </w:pPr>
      <w:r>
        <w:t>یہ بتانا ہے ان کو۔</w:t>
      </w:r>
    </w:p>
    <w:p>
      <w:r>
        <w:rPr>
          <w:b/>
        </w:rPr>
        <w:t xml:space="preserve">[30:33] </w:t>
      </w:r>
      <w:r>
        <w:t>saari duniya ke musalmanon ka mazhab jo bana hua hai, woh yani kisi na kisi andaaz mein woh</w:t>
      </w:r>
    </w:p>
    <w:p>
      <w:pPr>
        <w:jc w:val="right"/>
      </w:pPr>
      <w:r>
        <w:t>ساری دنیا کے مسلمانوں کا مذہب جو بنا ہوا ہے، وہ یعنی کسی نہ کسی انداز میں وہ</w:t>
      </w:r>
    </w:p>
    <w:p>
      <w:r>
        <w:rPr>
          <w:b/>
        </w:rPr>
        <w:t xml:space="preserve">[30:41] </w:t>
      </w:r>
      <w:r>
        <w:t>yeh ke woh samajhte hain ke islam mazhab qital hai, halanke islam mazhab dawat hai, mazhab jang nahi</w:t>
      </w:r>
    </w:p>
    <w:p>
      <w:pPr>
        <w:jc w:val="right"/>
      </w:pPr>
      <w:r>
        <w:t>یہ کہ وہ سمجھتے ہیں کہ اسلام مذہب قتال ہے، حالانکہ اسلام مذہب دعوت ہے، مذہب جنگ نہیں</w:t>
      </w:r>
    </w:p>
    <w:p>
      <w:r>
        <w:rPr>
          <w:b/>
        </w:rPr>
        <w:t xml:space="preserve">[30:48] </w:t>
      </w:r>
      <w:r>
        <w:t>hai, mazhab peace hai.</w:t>
      </w:r>
    </w:p>
    <w:p>
      <w:pPr>
        <w:jc w:val="right"/>
      </w:pPr>
      <w:r>
        <w:t>ہے، مذہب پیس ہے۔</w:t>
      </w:r>
    </w:p>
    <w:p>
      <w:r>
        <w:rPr>
          <w:b/>
        </w:rPr>
        <w:t xml:space="preserve">[30:50] </w:t>
      </w:r>
      <w:r>
        <w:t>aur ek ek cheez yeh hai, bohat hi zaroori hai ke yeh jaanein musalmanon ke jis tadi jo</w:t>
      </w:r>
    </w:p>
    <w:p>
      <w:pPr>
        <w:jc w:val="right"/>
      </w:pPr>
      <w:r>
        <w:t>اور ایک ایک چیز یہ ہے، بہت ہی ضروری ہے کہ یہ جانیں مسلمانوں کہ جس تادی جو</w:t>
      </w:r>
    </w:p>
    <w:p>
      <w:r>
        <w:rPr>
          <w:b/>
        </w:rPr>
        <w:t xml:space="preserve">[30:58] </w:t>
      </w:r>
      <w:r>
        <w:t>taeed zahir hone wali hone wali thi, baad ki tareekh mein, baad ki tareekh mein jo age of</w:t>
      </w:r>
    </w:p>
    <w:p>
      <w:pPr>
        <w:jc w:val="right"/>
      </w:pPr>
      <w:r>
        <w:t>تائید ظاہر ہونے والی ہونے والی تھی، بعد کی تاریخ میں، بعد کی تاریخ میں جو ایج آف</w:t>
      </w:r>
    </w:p>
    <w:p>
      <w:r>
        <w:rPr>
          <w:b/>
        </w:rPr>
        <w:t xml:space="preserve">[31:05] </w:t>
      </w:r>
      <w:r>
        <w:t>support, yani taayidi daur aane wala tha, woh aa chuka hai.</w:t>
      </w:r>
    </w:p>
    <w:p>
      <w:pPr>
        <w:jc w:val="right"/>
      </w:pPr>
      <w:r>
        <w:t>سپورٹ، یعنی تائیدی دور آنے والا تھا، وہ آ چکا ہے۔</w:t>
      </w:r>
    </w:p>
    <w:p>
      <w:r>
        <w:rPr>
          <w:b/>
        </w:rPr>
        <w:t xml:space="preserve">[31:10] </w:t>
      </w:r>
      <w:r>
        <w:t>woh aa chuka hai maghribi tehzeeb ki shakal mein.</w:t>
      </w:r>
    </w:p>
    <w:p>
      <w:pPr>
        <w:jc w:val="right"/>
      </w:pPr>
      <w:r>
        <w:t>وہ آ چکا ہے مغربی تہذیب کی شکل میں۔</w:t>
      </w:r>
    </w:p>
    <w:p>
      <w:r>
        <w:rPr>
          <w:b/>
        </w:rPr>
        <w:t xml:space="preserve">[31:14] </w:t>
      </w:r>
      <w:r>
        <w:t>is ko avail karo, is ke dushman na bano.</w:t>
      </w:r>
    </w:p>
    <w:p>
      <w:pPr>
        <w:jc w:val="right"/>
      </w:pPr>
      <w:r>
        <w:t>اس کو اویل کرو، اس کے دشمن نہ بنو۔</w:t>
      </w:r>
    </w:p>
    <w:p>
      <w:r>
        <w:rPr>
          <w:b/>
        </w:rPr>
        <w:t xml:space="preserve">[31:18] </w:t>
      </w:r>
      <w:r>
        <w:t>is mindset ko musalmanon ko todna hai aur sahi mindset banana hai.</w:t>
      </w:r>
    </w:p>
    <w:p>
      <w:pPr>
        <w:jc w:val="right"/>
      </w:pPr>
      <w:r>
        <w:t>اس مائنڈ سیٹ کو مسلمانوں کو توڑنا ہے اور صحیح مائنڈ سیٹ بنانا ہے۔</w:t>
      </w:r>
    </w:p>
    <w:p>
      <w:r>
        <w:rPr>
          <w:b/>
        </w:rPr>
        <w:t xml:space="preserve">[31:24] </w:t>
      </w:r>
      <w:r>
        <w:t>tab ja kar ke islam ka ya ummat ummat musalmon ka revival hoga.</w:t>
      </w:r>
    </w:p>
    <w:p>
      <w:pPr>
        <w:jc w:val="right"/>
      </w:pPr>
      <w:r>
        <w:t>تب جا کر کے اسلام کا یا امت امت مسلموں کا ریوائیول ہوگا۔</w:t>
      </w:r>
    </w:p>
    <w:p>
      <w:r>
        <w:rPr>
          <w:b/>
        </w:rPr>
        <w:t xml:space="preserve">[31:29] </w:t>
      </w:r>
      <w:r>
        <w:t>is ke baghair revival nahi ho sakta.</w:t>
      </w:r>
    </w:p>
    <w:p>
      <w:pPr>
        <w:jc w:val="right"/>
      </w:pPr>
      <w:r>
        <w:t>اس کے بغیر ریوائیول نہیں ہو سکتا۔</w:t>
      </w:r>
    </w:p>
    <w:p>
      <w:r>
        <w:rPr>
          <w:b/>
        </w:rPr>
        <w:t xml:space="preserve">[31:32] </w:t>
      </w:r>
      <w:r>
        <w:t>saare log ehya ya ehya al muslimeen ki baat karte hain, muslim revival ki baat karte hain, lekin revival</w:t>
      </w:r>
    </w:p>
    <w:p>
      <w:pPr>
        <w:jc w:val="right"/>
      </w:pPr>
      <w:r>
        <w:t>سارے لوگ احیاء یا احیاء المسلمین کی بات کرتے ہیں، مسلم ریوائیول کی بات کرتے ہیں، لیکن ریوائیول</w:t>
      </w:r>
    </w:p>
    <w:p>
      <w:r>
        <w:rPr>
          <w:b/>
        </w:rPr>
        <w:t xml:space="preserve">[31:40] </w:t>
      </w:r>
      <w:r>
        <w:t>hai kya? musalmanon ko kis tarah se revive karna hai, woh hai kya? is ke baray mein logon</w:t>
      </w:r>
    </w:p>
    <w:p>
      <w:pPr>
        <w:jc w:val="right"/>
      </w:pPr>
      <w:r>
        <w:t>ہے کیا؟ مسلمانوں کو کس طرح سے ریوائیو کرنا ہے، وہ ہے کیا؟ اس کے بارے میں لوگوں</w:t>
      </w:r>
    </w:p>
    <w:p>
      <w:r>
        <w:rPr>
          <w:b/>
        </w:rPr>
        <w:t xml:space="preserve">[31:48] </w:t>
      </w:r>
      <w:r>
        <w:t>ke mind clear nahin, clear nahin.</w:t>
      </w:r>
    </w:p>
    <w:p>
      <w:pPr>
        <w:jc w:val="right"/>
      </w:pPr>
      <w:r>
        <w:t>کے مائنڈ کلیر نہیں، کلیر نہیں۔</w:t>
      </w:r>
    </w:p>
    <w:p>
      <w:r>
        <w:rPr>
          <w:b/>
        </w:rPr>
        <w:t xml:space="preserve">[31:50] </w:t>
      </w:r>
      <w:r>
        <w:t>to mein yeh kahoon ga ke khulasa is ka yahi hai ke musalmanon ko aap ko batana hai</w:t>
      </w:r>
    </w:p>
    <w:p>
      <w:pPr>
        <w:jc w:val="right"/>
      </w:pPr>
      <w:r>
        <w:t>تو میں یہ کہوں گا کہ خلاصہ اس کا یہی ہے کہ مسلمانوں کو آپ کو بتانا ہے</w:t>
      </w:r>
    </w:p>
    <w:p>
      <w:r>
        <w:rPr>
          <w:b/>
        </w:rPr>
        <w:t xml:space="preserve">[31:58] </w:t>
      </w:r>
      <w:r>
        <w:t>ke islam spirit ka mazhab hai, form ka mazhab nahin hai.</w:t>
      </w:r>
    </w:p>
    <w:p>
      <w:pPr>
        <w:jc w:val="right"/>
      </w:pPr>
      <w:r>
        <w:t>کہ اسلام اسپرٹ کا مذہب ہے، فارم کا مذہب نہیں ہے۔</w:t>
      </w:r>
    </w:p>
    <w:p>
      <w:r>
        <w:rPr>
          <w:b/>
        </w:rPr>
        <w:t xml:space="preserve">[32:03] </w:t>
      </w:r>
      <w:r>
        <w:t>aur doosri baat yeh batana hai ke islam mazhab qital nahin hai, mazhab tehreek, mazhab dawat hai.</w:t>
      </w:r>
    </w:p>
    <w:p>
      <w:pPr>
        <w:jc w:val="right"/>
      </w:pPr>
      <w:r>
        <w:t>اور دوسری بات یہ بتانا ہے کہ اسلام مذہب قتال نہیں ہے، مذہب تحریک، مذہب دعوت ہے۔</w:t>
      </w:r>
    </w:p>
    <w:p>
      <w:r>
        <w:rPr>
          <w:b/>
        </w:rPr>
        <w:t xml:space="preserve">[32:10] </w:t>
      </w:r>
      <w:r>
        <w:t>aur teesri baat yeh batana hai ke woh daur taeed aa chuka, ab to is ko aweil karo,</w:t>
      </w:r>
    </w:p>
    <w:p>
      <w:pPr>
        <w:jc w:val="right"/>
      </w:pPr>
      <w:r>
        <w:t>اور تیسری بات یہ بتانا ہے کہ وہ دور تائید آ چکا، اب تو اس کو اویل کرو،</w:t>
      </w:r>
    </w:p>
    <w:p>
      <w:r>
        <w:rPr>
          <w:b/>
        </w:rPr>
        <w:t xml:space="preserve">[32:18] </w:t>
      </w:r>
      <w:r>
        <w:t>larrhai band, larrhai band karo, society baagh band karo, nafrat band karo, kyunke woh to ho chuka, ab</w:t>
      </w:r>
    </w:p>
    <w:p>
      <w:pPr>
        <w:jc w:val="right"/>
      </w:pPr>
      <w:r>
        <w:t>لڑائی بند، لڑائی بند کرو، سوسائٹی باغ بند کرو، نفرت بند کرو، کیونکہ وہ تو ہو چکا، اب</w:t>
      </w:r>
    </w:p>
    <w:p>
      <w:r>
        <w:rPr>
          <w:b/>
        </w:rPr>
        <w:t xml:space="preserve">[32:26] </w:t>
      </w:r>
      <w:r>
        <w:t>to is ko aweil karna hai, sirf ab larrna nahin hai, maarna nahin hai, kuch nafrat nahin karna</w:t>
      </w:r>
    </w:p>
    <w:p>
      <w:pPr>
        <w:jc w:val="right"/>
      </w:pPr>
      <w:r>
        <w:t>تو اس کو اویل کرنا ہے، صرف اب لڑنا نہیں ہے، مارنا نہیں ہے، کچھ نفرت نہیں کرنا</w:t>
      </w:r>
    </w:p>
    <w:p>
      <w:r>
        <w:rPr>
          <w:b/>
        </w:rPr>
        <w:t xml:space="preserve">[32:33]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[32:35] </w:t>
      </w:r>
      <w:r>
        <w:t>to yeh teen teen khaas cheezein hain jo musalmanon ko batana hai.</w:t>
      </w:r>
    </w:p>
    <w:p>
      <w:pPr>
        <w:jc w:val="right"/>
      </w:pPr>
      <w:r>
        <w:t>تو یہ تین تین خاص چیزیں ہیں جو مسلمانوں کو بتانا ہے۔</w:t>
      </w:r>
    </w:p>
    <w:p>
      <w:r>
        <w:rPr>
          <w:b/>
        </w:rPr>
        <w:t xml:space="preserve">[32:40] </w:t>
      </w:r>
      <w:r>
        <w:t>tab ja kar musalmanon ka revival hoga.</w:t>
      </w:r>
    </w:p>
    <w:p>
      <w:pPr>
        <w:jc w:val="right"/>
      </w:pPr>
      <w:r>
        <w:t>تب جا کر مسلمانوں کا ریوائیول ہوگا۔</w:t>
      </w:r>
    </w:p>
    <w:p>
      <w:r>
        <w:rPr>
          <w:b/>
        </w:rPr>
        <w:t xml:space="preserve">[32:43] </w:t>
      </w:r>
      <w:r>
        <w:t>to muslim revival ki baat jo log karte hain, woh samajhte hain koi mamooli sa kaam yeh hai.</w:t>
      </w:r>
    </w:p>
    <w:p>
      <w:pPr>
        <w:jc w:val="right"/>
      </w:pPr>
      <w:r>
        <w:t>تو مسلم ریوائیول کی بات جو لوگ کرتے ہیں، وہ سمجھتے ہیں کوئی معمولی سا کام یہ ہے۔</w:t>
      </w:r>
    </w:p>
    <w:p>
      <w:r>
        <w:rPr>
          <w:b/>
        </w:rPr>
        <w:t xml:space="preserve">[32:51] </w:t>
      </w:r>
      <w:r>
        <w:t>mamooli sa kaam nahin hai, kuch masjidain bana de, kuch madrasay khol do, ise is se nahin hone</w:t>
      </w:r>
    </w:p>
    <w:p>
      <w:pPr>
        <w:jc w:val="right"/>
      </w:pPr>
      <w:r>
        <w:t>معمولی سا کام نہیں ہے، کچھ مسجدیں بنا دے، کچھ مدرسے کھول دو، اسے اس سے نہیں ہونے</w:t>
      </w:r>
    </w:p>
    <w:p>
      <w:r>
        <w:rPr>
          <w:b/>
        </w:rPr>
        <w:t xml:space="preserve">[32:58] </w:t>
      </w:r>
      <w:r>
        <w:t>wala.</w:t>
      </w:r>
    </w:p>
    <w:p>
      <w:pPr>
        <w:jc w:val="right"/>
      </w:pPr>
      <w:r>
        <w:t>والا۔</w:t>
      </w:r>
    </w:p>
    <w:p>
      <w:r>
        <w:rPr>
          <w:b/>
        </w:rPr>
        <w:t xml:space="preserve">[33:00] </w:t>
      </w:r>
      <w:r>
        <w:t>yeh ek bohat gum bheer kaam hai, ek bohat hi jar wala kaam hai.</w:t>
      </w:r>
    </w:p>
    <w:p>
      <w:pPr>
        <w:jc w:val="right"/>
      </w:pPr>
      <w:r>
        <w:t>یہ ایک بہت گمبھیر کام ہے، ایک بہت ہی جڑ والا کام ہے۔</w:t>
      </w:r>
    </w:p>
    <w:p>
      <w:r>
        <w:rPr>
          <w:b/>
        </w:rPr>
        <w:t xml:space="preserve">[33:05] </w:t>
      </w:r>
      <w:r>
        <w:t>gehrai ke sath humein planning karni pare gi, gehrai ke sath planning, bohat gehrai ke sath analysis, tab</w:t>
      </w:r>
    </w:p>
    <w:p>
      <w:pPr>
        <w:jc w:val="right"/>
      </w:pPr>
      <w:r>
        <w:t>گہرائی کے ساتھ ہمیں پلاننگ کرنی پڑے گی، گہرائی کے ساتھ پلاننگ، بہت گہرائی کے ساتھ انالیسز، تب</w:t>
      </w:r>
    </w:p>
    <w:p>
      <w:r>
        <w:rPr>
          <w:b/>
        </w:rPr>
        <w:t xml:space="preserve">[33:13] </w:t>
      </w:r>
      <w:r>
        <w:t>ja kar revival hoga.</w:t>
      </w:r>
    </w:p>
    <w:p>
      <w:pPr>
        <w:jc w:val="right"/>
      </w:pPr>
      <w:r>
        <w:t>جا کر ریوائیول ہوگا۔</w:t>
      </w:r>
    </w:p>
    <w:p>
      <w:r>
        <w:rPr>
          <w:b/>
        </w:rPr>
        <w:t xml:space="preserve">[33:15] </w:t>
      </w:r>
      <w:r>
        <w:t>dekhiye, koi bhi bara kaam jo hota hai, woh bari planning ke chahta hai.</w:t>
      </w:r>
    </w:p>
    <w:p>
      <w:pPr>
        <w:jc w:val="right"/>
      </w:pPr>
      <w:r>
        <w:t>دیکھیے، کوئی بھی بڑا کام جو ہوتا ہے، وہ بڑی پلاننگ کے چاہتا ہے۔</w:t>
      </w:r>
    </w:p>
    <w:p>
      <w:r>
        <w:rPr>
          <w:b/>
        </w:rPr>
        <w:t xml:space="preserve">[33:21] </w:t>
      </w:r>
      <w:r>
        <w:t>bara kaam, bari planning.</w:t>
      </w:r>
    </w:p>
    <w:p>
      <w:pPr>
        <w:jc w:val="right"/>
      </w:pPr>
      <w:r>
        <w:t>بڑا کام، بڑی پلاننگ۔</w:t>
      </w:r>
    </w:p>
    <w:p>
      <w:r>
        <w:rPr>
          <w:b/>
        </w:rPr>
        <w:t xml:space="preserve">[33:23] </w:t>
      </w:r>
      <w:r>
        <w:t>mamooli planning ka naqsha agar aap paas hai to aap koi bara kaam nahin kar sakte.</w:t>
      </w:r>
    </w:p>
    <w:p>
      <w:pPr>
        <w:jc w:val="right"/>
      </w:pPr>
      <w:r>
        <w:t>معمولی پلاننگ کا نقشہ اگر آپ پاس ہے تو آپ کوئی بڑا کام نہیں کر سکتے۔</w:t>
      </w:r>
    </w:p>
    <w:p>
      <w:r>
        <w:rPr>
          <w:b/>
        </w:rPr>
        <w:t xml:space="preserve">[33:29] </w:t>
      </w:r>
      <w:r>
        <w:t>to muslim musalma, ummat musalma ka revival ek bohat hi bara kaam hai.</w:t>
      </w:r>
    </w:p>
    <w:p>
      <w:pPr>
        <w:jc w:val="right"/>
      </w:pPr>
      <w:r>
        <w:t>تو مسلم مسلمہ، امت مسلمہ کا ریوائیول ایک بہت ہی بڑا کام ہے۔</w:t>
      </w:r>
    </w:p>
    <w:p>
      <w:r>
        <w:rPr>
          <w:b/>
        </w:rPr>
        <w:t xml:space="preserve">[33:35] </w:t>
      </w:r>
      <w:r>
        <w:t>ummat musalma ka revival ek bohat hi bara kaam hai.</w:t>
      </w:r>
    </w:p>
    <w:p>
      <w:pPr>
        <w:jc w:val="right"/>
      </w:pPr>
      <w:r>
        <w:t>امت مسلمہ کا ریوائیول ایک بہت ہی بڑا کام ہے۔</w:t>
      </w:r>
    </w:p>
    <w:p>
      <w:r>
        <w:rPr>
          <w:b/>
        </w:rPr>
        <w:t xml:space="preserve">[33:39] </w:t>
      </w:r>
      <w:r>
        <w:t>is ke liye bohat bari analysis, bohat bari soch aur bohat bari planning darkar hai.</w:t>
      </w:r>
    </w:p>
    <w:p>
      <w:pPr>
        <w:jc w:val="right"/>
      </w:pPr>
      <w:r>
        <w:t>اس کے لیے بہت بڑی انالیسز، بہت بڑی سوچ اور بہت بڑی پلاننگ درکار ہے۔</w:t>
      </w:r>
    </w:p>
    <w:p>
      <w:r>
        <w:rPr>
          <w:b/>
        </w:rPr>
        <w:t xml:space="preserve">[33:46] </w:t>
      </w:r>
      <w:r>
        <w:t>bohat bari planning, chand zahiri qism ke kuch dikhai dene wale kaam kar lene se kuch nahin hoga.</w:t>
      </w:r>
    </w:p>
    <w:p>
      <w:pPr>
        <w:jc w:val="right"/>
      </w:pPr>
      <w:r>
        <w:t>بہت بڑی پلاننگ، چند ظاہری قسم کے کچھ دکھائی دینے والے کام کر لینے سے کچھ نہیں ہوگا۔</w:t>
      </w:r>
    </w:p>
    <w:p>
      <w:r>
        <w:rPr>
          <w:b/>
        </w:rPr>
        <w:t xml:space="preserve">[33:53] </w:t>
      </w:r>
      <w:r>
        <w:t>kuch logon ne mujhe dawat di, ek ek bohat bare sumrar, international sumrar ke naam par kar rahe</w:t>
      </w:r>
    </w:p>
    <w:p>
      <w:pPr>
        <w:jc w:val="right"/>
      </w:pPr>
      <w:r>
        <w:t>کچھ لوگوں نے مجھے دعوت دی، ایک ایک بہت بڑے سمرار، انٹرنیشنل سمرار کے نام پر کر رہے</w:t>
      </w:r>
    </w:p>
    <w:p>
      <w:r>
        <w:rPr>
          <w:b/>
        </w:rPr>
        <w:t xml:space="preserve">[34:01] </w:t>
      </w:r>
      <w:r>
        <w:t>the woh, aur is ka mujh se unhon ne kaha ke aap is mein aaiye, yeh muslim ummat</w:t>
      </w:r>
    </w:p>
    <w:p>
      <w:pPr>
        <w:jc w:val="right"/>
      </w:pPr>
      <w:r>
        <w:t>تھے وہ، اور اس کا مجھ سے انہوں نے کہا کہ آپ اس میں آئیے، یہ مسلم امت</w:t>
      </w:r>
    </w:p>
    <w:p>
      <w:r>
        <w:rPr>
          <w:b/>
        </w:rPr>
        <w:t xml:space="preserve">[34:09] </w:t>
      </w:r>
      <w:r>
        <w:t>ke rewaaiwal lihaz se hoga.</w:t>
      </w:r>
    </w:p>
    <w:p>
      <w:pPr>
        <w:jc w:val="right"/>
      </w:pPr>
      <w:r>
        <w:t>کے ریوائیول لحاظ سے ہوگا۔</w:t>
      </w:r>
    </w:p>
    <w:p>
      <w:r>
        <w:rPr>
          <w:b/>
        </w:rPr>
        <w:t xml:space="preserve">[34:11] </w:t>
      </w:r>
      <w:r>
        <w:t>woh international samraar jo hai, unka wahan se muslim ummat ka rewaaiwal hoga.</w:t>
      </w:r>
    </w:p>
    <w:p>
      <w:pPr>
        <w:jc w:val="right"/>
      </w:pPr>
      <w:r>
        <w:t>وہ انٹرنیشنل سمرار جو ہے، ان کا وہاں سے مسلم امت کا ریوائیول ہوگا۔</w:t>
      </w:r>
    </w:p>
    <w:p>
      <w:r>
        <w:rPr>
          <w:b/>
        </w:rPr>
        <w:t xml:space="preserve">[34:17] </w:t>
      </w:r>
      <w:r>
        <w:t>toh maine is mein shirkat nahi ki, lekin maine socha ke log sochein kitni kitni, yaani</w:t>
      </w:r>
    </w:p>
    <w:p>
      <w:pPr>
        <w:jc w:val="right"/>
      </w:pPr>
      <w:r>
        <w:t>تو میں نے اس میں شرکت نہیں کی، لیکن میں نے سوچا کہ لوگ سوچ کتنی کتنی، یعنی</w:t>
      </w:r>
    </w:p>
    <w:p>
      <w:r>
        <w:rPr>
          <w:b/>
        </w:rPr>
        <w:t xml:space="preserve">[34:25] </w:t>
      </w:r>
      <w:r>
        <w:t>kitni choti soch hai.</w:t>
      </w:r>
    </w:p>
    <w:p>
      <w:pPr>
        <w:jc w:val="right"/>
      </w:pPr>
      <w:r>
        <w:t>کتنی چھوٹی سوچ ہے۔</w:t>
      </w:r>
    </w:p>
    <w:p>
      <w:r>
        <w:rPr>
          <w:b/>
        </w:rPr>
        <w:t xml:space="preserve">[34:26] </w:t>
      </w:r>
      <w:r>
        <w:t>ummat e muslema ka rewaaiwal ek international conference ke naam se jalsa karna shuru ho jayega.</w:t>
      </w:r>
    </w:p>
    <w:p>
      <w:pPr>
        <w:jc w:val="right"/>
      </w:pPr>
      <w:r>
        <w:t>امت مسلمہ کا ریوائیول ایک انٹرنیشنل کانفرنس کے نام سے جلسہ کرنا شروع ہو جائے گا۔</w:t>
      </w:r>
    </w:p>
    <w:p>
      <w:r>
        <w:rPr>
          <w:b/>
        </w:rPr>
        <w:t xml:space="preserve">[34:33] </w:t>
      </w:r>
      <w:r>
        <w:t>iske liye deep study chahiye, iske liye deep planning chahiye, iske liye bohat bada mind</w:t>
      </w:r>
    </w:p>
    <w:p>
      <w:pPr>
        <w:jc w:val="right"/>
      </w:pPr>
      <w:r>
        <w:t>اس کے لیے ڈیپ اسٹڈی چاہیے، اس کے لیے ڈیپ پلاننگ چاہیے، اس کے لیے بہت بڑا مائنڈ</w:t>
      </w:r>
    </w:p>
    <w:p>
      <w:r>
        <w:rPr>
          <w:b/>
        </w:rPr>
        <w:t xml:space="preserve">[34:41]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[34:42] </w:t>
      </w:r>
      <w:r>
        <w:t>iske liye dosti aur dushmani ke in baaton ko badalna hoga, aapka mindset ko badalna</w:t>
      </w:r>
    </w:p>
    <w:p>
      <w:pPr>
        <w:jc w:val="right"/>
      </w:pPr>
      <w:r>
        <w:t>اس کے لیے دوستی اور دشمنی کے ان باتوں کو بدلنا ہوگا، آپ کا مائنڈ سیٹ کو بدلنا</w:t>
      </w:r>
    </w:p>
    <w:p>
      <w:r>
        <w:rPr>
          <w:b/>
        </w:rPr>
        <w:t xml:space="preserve">[34:50]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[34:52] </w:t>
      </w:r>
      <w:r>
        <w:t>is saare, yaani model ko todna hoga, jis ki mein musalman condition ho gaye hain.</w:t>
      </w:r>
    </w:p>
    <w:p>
      <w:pPr>
        <w:jc w:val="right"/>
      </w:pPr>
      <w:r>
        <w:t>اس سارے، یعنی ماڈل کو توڑنا ہوگا، جس کی میں مسلمان کنڈیشن ہو گئے ہیں۔</w:t>
      </w:r>
    </w:p>
    <w:p>
      <w:r>
        <w:rPr>
          <w:b/>
        </w:rPr>
        <w:t xml:space="preserve">[34:58] </w:t>
      </w:r>
      <w:r>
        <w:t>tab hoga.</w:t>
      </w:r>
    </w:p>
    <w:p>
      <w:pPr>
        <w:jc w:val="right"/>
      </w:pPr>
      <w:r>
        <w:t>تب ہوگا۔</w:t>
      </w:r>
    </w:p>
    <w:p>
      <w:r>
        <w:rPr>
          <w:b/>
        </w:rPr>
        <w:t xml:space="preserve">[35:00] </w:t>
      </w:r>
      <w:r>
        <w:t>toh behraal hamara mission yahi hai ke Islam ka rewaaiwal ho, phir se Islam ko zinda kiya jaye,</w:t>
      </w:r>
    </w:p>
    <w:p>
      <w:pPr>
        <w:jc w:val="right"/>
      </w:pPr>
      <w:r>
        <w:t>تو بہرحال ہمارا مشن یہی ہے کہ اسلام کا ریوائیول ہو، پھر سے اسلام کو زندہ کیا جائے،</w:t>
      </w:r>
    </w:p>
    <w:p>
      <w:r>
        <w:rPr>
          <w:b/>
        </w:rPr>
        <w:t xml:space="preserve">[35:07] </w:t>
      </w:r>
      <w:r>
        <w:t>Quran ka masjid sari duniya mein pahunche, sari duniya ko maloom ho ke unke unke khaliq</w:t>
      </w:r>
    </w:p>
    <w:p>
      <w:pPr>
        <w:jc w:val="right"/>
      </w:pPr>
      <w:r>
        <w:t>قرآن کا مسجد ساری دنیا میں پہنچے، ساری دنیا کو معلوم ہو کہ ان کے ان کے خالق</w:t>
      </w:r>
    </w:p>
    <w:p>
      <w:r>
        <w:rPr>
          <w:b/>
        </w:rPr>
        <w:t xml:space="preserve">[35:15] </w:t>
      </w:r>
      <w:r>
        <w:t>ne, unke khaliq ne jo banai hai yeh kainat, toh kyun banai? Insan ko kyun banaya? Insan</w:t>
      </w:r>
    </w:p>
    <w:p>
      <w:pPr>
        <w:jc w:val="right"/>
      </w:pPr>
      <w:r>
        <w:t>نے، ان کے خالق نے جو بنائی ہے یہ کائنات، تو کیوں بنائی؟ انسان کو کیوں بنایا؟ انسان</w:t>
      </w:r>
    </w:p>
    <w:p>
      <w:r>
        <w:rPr>
          <w:b/>
        </w:rPr>
        <w:t xml:space="preserve">[35:23] </w:t>
      </w:r>
      <w:r>
        <w:t>ko kyun yahan settle kiya? Toh insan ko batana hai ke sara divine planning is maamle mein kya</w:t>
      </w:r>
    </w:p>
    <w:p>
      <w:pPr>
        <w:jc w:val="right"/>
      </w:pPr>
      <w:r>
        <w:t>کو کیوں یہاں سیٹل کیا؟ تو انسان کو بتانا ہے کہ سارا ڈیوائن پلاننگ اس معاملے میں کیا</w:t>
      </w:r>
    </w:p>
    <w:p>
      <w:r>
        <w:rPr>
          <w:b/>
        </w:rPr>
        <w:t xml:space="preserve">[35:30]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[35:32] </w:t>
      </w:r>
      <w:r>
        <w:t>toh twenty first century mein mere nazdeek sab se bada kaam jo karne ka hai, woh yahi hai.</w:t>
      </w:r>
    </w:p>
    <w:p>
      <w:pPr>
        <w:jc w:val="right"/>
      </w:pPr>
      <w:r>
        <w:t>تو ٹونٹی فرسٹ سینچری میں میرے نزدیک سب سے بڑا کام جو کرنے کا ہے، وہ یہی ہے۔</w:t>
      </w:r>
    </w:p>
    <w:p>
      <w:r>
        <w:rPr>
          <w:b/>
        </w:rPr>
        <w:t xml:space="preserve">[35:40] </w:t>
      </w:r>
      <w:r>
        <w:t>lekin is kaam ko karne ke liye bohat khula zehn chahiye, bada hausla chahiye, apne mindset ko</w:t>
      </w:r>
    </w:p>
    <w:p>
      <w:pPr>
        <w:jc w:val="right"/>
      </w:pPr>
      <w:r>
        <w:t>لیکن اس کام کو کرنے کے لیے بہت کھلا ذہن چاہیے، بڑا حوصلہ چاہیے، اپنے مائنڈ سیٹ کو</w:t>
      </w:r>
    </w:p>
    <w:p>
      <w:r>
        <w:rPr>
          <w:b/>
        </w:rPr>
        <w:t xml:space="preserve">[35:47] </w:t>
      </w:r>
      <w:r>
        <w:t>todna hoga, dosti aur dushmani ka tasawwur badalna hoga.</w:t>
      </w:r>
    </w:p>
    <w:p>
      <w:pPr>
        <w:jc w:val="right"/>
      </w:pPr>
      <w:r>
        <w:t>توڑنا ہوگا، دوستی اور دشمنی کا تصور بدلنا ہوگا۔</w:t>
      </w:r>
    </w:p>
    <w:p>
      <w:r>
        <w:rPr>
          <w:b/>
        </w:rPr>
        <w:t xml:space="preserve">[35:51] </w:t>
      </w:r>
      <w:r>
        <w:t>khaas taur par yeh jo jo maghrib ke saath jo anti sentiment musalmanon ne itna badh gaya hai,</w:t>
      </w:r>
    </w:p>
    <w:p>
      <w:pPr>
        <w:jc w:val="right"/>
      </w:pPr>
      <w:r>
        <w:t>خاص طور پر یہ جو جو مغرب کے ساتھ جو اینٹی سینٹیمنٹ مسلمانوں نے اتنا بڑھ گیا ہے،</w:t>
      </w:r>
    </w:p>
    <w:p>
      <w:r>
        <w:rPr>
          <w:b/>
        </w:rPr>
        <w:t xml:space="preserve">[35:59] </w:t>
      </w:r>
      <w:r>
        <w:t>isko poori tarah khatam karna hoga.</w:t>
      </w:r>
    </w:p>
    <w:p>
      <w:pPr>
        <w:jc w:val="right"/>
      </w:pPr>
      <w:r>
        <w:t>اس کو پوری طرح ختم کرنا ہوگا۔</w:t>
      </w:r>
    </w:p>
    <w:p>
      <w:r>
        <w:rPr>
          <w:b/>
        </w:rPr>
        <w:t xml:space="preserve">[36:02] </w:t>
      </w:r>
      <w:r>
        <w:t>tab logon ki aankh khulegi, tab unka mindset badlega, tab unki conditionen khatam</w:t>
      </w:r>
    </w:p>
    <w:p>
      <w:pPr>
        <w:jc w:val="right"/>
      </w:pPr>
      <w:r>
        <w:t>تب لوگوں کی آنکھ کھلے گی، تب ان کا مائنڈ سیٹ بدلے گا، تب ان کی کنڈیشنیں ختم</w:t>
      </w:r>
    </w:p>
    <w:p>
      <w:r>
        <w:rPr>
          <w:b/>
        </w:rPr>
        <w:t xml:space="preserve">[36:10] </w:t>
      </w:r>
      <w:r>
        <w:t>hongi, tab samajh payenge baat ko.</w:t>
      </w:r>
    </w:p>
    <w:p>
      <w:pPr>
        <w:jc w:val="right"/>
      </w:pPr>
      <w:r>
        <w:t>ہوں گی، تب سمجھ پائیں گے بات کو۔</w:t>
      </w:r>
    </w:p>
    <w:p>
      <w:r>
        <w:rPr>
          <w:b/>
        </w:rPr>
        <w:t xml:space="preserve">[36:13] </w:t>
      </w:r>
      <w:r>
        <w:t>is se pehle log baat hi nahi samjhenge, toh karenge kya? Toh sab se pehla ملت</w:t>
      </w:r>
    </w:p>
    <w:p>
      <w:pPr>
        <w:jc w:val="right"/>
      </w:pPr>
      <w:r>
        <w:t>اس سے پہلے لوگ بات ہی نہیں سمجھیں گے، تو کریں گے کیا؟ تو سب سے پہلا ملت</w:t>
      </w:r>
    </w:p>
    <w:p>
      <w:r>
        <w:rPr>
          <w:b/>
        </w:rPr>
        <w:t xml:space="preserve">[36:21] </w:t>
      </w:r>
      <w:r>
        <w:t>yeh hai ke aadmi samjhe ke asal masla kahan hai, root cause kahan hai, beginning kahan se hogi.</w:t>
      </w:r>
    </w:p>
    <w:p>
      <w:pPr>
        <w:jc w:val="right"/>
      </w:pPr>
      <w:r>
        <w:t>یہ ہے کہ آدمی سمجھے کہ اصل مسئلہ کہاں ہے، روٹ کاز کہاں ہے، بگننگ کہاں سے ہوگی۔</w:t>
      </w:r>
    </w:p>
    <w:p>
      <w:r>
        <w:rPr>
          <w:b/>
        </w:rPr>
        <w:t xml:space="preserve">[36:29] </w:t>
      </w:r>
      <w:r>
        <w:t>in baton ko samjhe, is ke baad hi koi planning ho sakti hai, is ke baad hi koi</w:t>
      </w:r>
    </w:p>
    <w:p>
      <w:pPr>
        <w:jc w:val="right"/>
      </w:pPr>
      <w:r>
        <w:t>ان باتوں کو سمجھے، اس کے بعد ہی کوئی پلاننگ ہو سکتی ہے، اس کے بعد ہی کوئی</w:t>
      </w:r>
    </w:p>
    <w:p>
      <w:r>
        <w:rPr>
          <w:b/>
        </w:rPr>
        <w:t xml:space="preserve">[36:36] </w:t>
      </w:r>
      <w:r>
        <w:t>bara kaam kiya ja sakta hai.</w:t>
      </w:r>
    </w:p>
    <w:p>
      <w:pPr>
        <w:jc w:val="right"/>
      </w:pPr>
      <w:r>
        <w:t>بڑا کام کیا جا سکتا ہے۔</w:t>
      </w:r>
    </w:p>
    <w:p>
      <w:r>
        <w:rPr>
          <w:b/>
        </w:rPr>
        <w:t xml:space="preserve">[36:39] </w:t>
      </w:r>
      <w:r>
        <w:t>to meri dua hai ke Allah taala hum ko aur aap ko tofeeq de ke hum masle ki</w:t>
      </w:r>
    </w:p>
    <w:p>
      <w:pPr>
        <w:jc w:val="right"/>
      </w:pPr>
      <w:r>
        <w:t>تو میری دعا ہے کہ اللہ تعالی ہم کو اور آپ کو توفیق دے کہ ہم مسئلے کی</w:t>
      </w:r>
    </w:p>
    <w:p>
      <w:r>
        <w:rPr>
          <w:b/>
        </w:rPr>
        <w:t xml:space="preserve">[36:47] </w:t>
      </w:r>
      <w:r>
        <w:t>dawat ko samjhen, is ke mutabiq apne ko tayyar karen, is ke mutabiq is ki planning karen.</w:t>
      </w:r>
    </w:p>
    <w:p>
      <w:pPr>
        <w:jc w:val="right"/>
      </w:pPr>
      <w:r>
        <w:t>دعوت کو سمجھیں، اس کے مطابق اپنے کو تیار کریں، اس کے مطابق اس کی پلاننگ کریں۔</w:t>
      </w:r>
    </w:p>
    <w:p>
      <w:r>
        <w:rPr>
          <w:b/>
        </w:rPr>
        <w:t xml:space="preserve">[36:54] </w:t>
      </w:r>
      <w:r>
        <w:t>is ke baghair jo matlab kaam hai, wo hone wala nahin.</w:t>
      </w:r>
    </w:p>
    <w:p>
      <w:pPr>
        <w:jc w:val="right"/>
      </w:pPr>
      <w:r>
        <w:t>اس کے بغیر جو مطلوب کام ہے، وہ ہونے والا نہیں۔</w:t>
      </w:r>
    </w:p>
    <w:p>
      <w:r>
        <w:rPr>
          <w:b/>
        </w:rPr>
        <w:t xml:space="preserve">[36:59] </w:t>
      </w:r>
      <w:r>
        <w:t>Allah taala hamari aur aap ki madad farmaye.</w:t>
      </w:r>
    </w:p>
    <w:p>
      <w:pPr>
        <w:jc w:val="right"/>
      </w:pPr>
      <w:r>
        <w:t>اللہ تعالی ہماری اور آپ کی مدد فرمائے۔</w:t>
      </w:r>
    </w:p>
    <w:p>
      <w:r>
        <w:rPr>
          <w:b/>
        </w:rPr>
        <w:t xml:space="preserve">[37:02] </w:t>
      </w:r>
      <w:r>
        <w:t>assalam o alaikum warahmatullah.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[37:04] </w:t>
      </w:r>
      <w:r>
        <w:t>okay, we'll be starting with the question answer session now.</w:t>
      </w:r>
    </w:p>
    <w:p>
      <w:pPr>
        <w:jc w:val="right"/>
      </w:pPr>
      <w:r>
        <w:t>اوکے، ویل بی سٹارٹنگ ود دی کوئسچن انسر سیشن ناؤ۔</w:t>
      </w:r>
    </w:p>
    <w:p>
      <w:r>
        <w:rPr>
          <w:b/>
        </w:rPr>
        <w:t xml:space="preserve">[37:08] </w:t>
      </w:r>
      <w:r>
        <w:t>all the online viewers are requested to send their questions on info at cps global</w:t>
      </w:r>
    </w:p>
    <w:p>
      <w:pPr>
        <w:jc w:val="right"/>
      </w:pPr>
      <w:r>
        <w:t>ال دی ان لائن ویوورز ار ریکویسٹڈ ٹو سینڈ دیر کوئسچنز ان انفو ایٹ سی پی ایس گلوبل</w:t>
      </w:r>
    </w:p>
    <w:p>
      <w:r>
        <w:rPr>
          <w:b/>
        </w:rPr>
        <w:t xml:space="preserve">[37:16] </w:t>
      </w:r>
      <w:r>
        <w:t>dot org.</w:t>
      </w:r>
    </w:p>
    <w:p>
      <w:pPr>
        <w:jc w:val="right"/>
      </w:pPr>
      <w:r>
        <w:t>ڈاٹ او آر جی۔</w:t>
      </w:r>
    </w:p>
    <w:p>
      <w:r>
        <w:rPr>
          <w:b/>
        </w:rPr>
        <w:t xml:space="preserve">[37:17] </w:t>
      </w:r>
      <w:r>
        <w:t>people who are watching ah this live streaming through facebook can post their questions in the comment</w:t>
      </w:r>
    </w:p>
    <w:p>
      <w:pPr>
        <w:jc w:val="right"/>
      </w:pPr>
      <w:r>
        <w:t>پیپل ہو آر واچنگ اہ دس لائیو سٹریمنگ تھرو فیس بک کین پوسٹ دیر کوئسچن ان دا کمنٹ</w:t>
      </w:r>
    </w:p>
    <w:p>
      <w:r>
        <w:rPr>
          <w:b/>
        </w:rPr>
        <w:t xml:space="preserve">[37:25] </w:t>
      </w:r>
      <w:r>
        <w:t>section.</w:t>
      </w:r>
    </w:p>
    <w:p>
      <w:pPr>
        <w:jc w:val="right"/>
      </w:pPr>
      <w:r>
        <w:t>سیکشن۔</w:t>
      </w:r>
    </w:p>
    <w:p>
      <w:r>
        <w:rPr>
          <w:b/>
        </w:rPr>
        <w:t xml:space="preserve">[37:27] </w:t>
      </w:r>
      <w:r>
        <w:t>maulana, pehla sawal jo hai, wo kanpur se bheja hai ah mazhar siddiqui sahab ne, aur unhon ne</w:t>
      </w:r>
    </w:p>
    <w:p>
      <w:pPr>
        <w:jc w:val="right"/>
      </w:pPr>
      <w:r>
        <w:t>مولانا، پہلا سوال جو ہے، وہ کانپور سے بھیجا ہے اہ مظہر صدیقی صاحب نے، اور انہوں نے</w:t>
      </w:r>
    </w:p>
    <w:p>
      <w:r>
        <w:rPr>
          <w:b/>
        </w:rPr>
        <w:t xml:space="preserve">[37:34] </w:t>
      </w:r>
      <w:r>
        <w:t>likha hai: "maulana sahab, i am a practicing muslim, and i was so happy to listen to your</w:t>
      </w:r>
    </w:p>
    <w:p>
      <w:pPr>
        <w:jc w:val="right"/>
      </w:pPr>
      <w:r>
        <w:t>لکھا ہے: "مولانا صاحب، آئی ایم اے پریکٹسنگ مسلم، اینڈ آئی واز سو ہیپی ٹو لسن ٹو یور</w:t>
      </w:r>
    </w:p>
    <w:p>
      <w:r>
        <w:rPr>
          <w:b/>
        </w:rPr>
        <w:t xml:space="preserve">[37:42] </w:t>
      </w:r>
      <w:r>
        <w:t>talk today live, and i must say that i fully agree with you.</w:t>
      </w:r>
    </w:p>
    <w:p>
      <w:pPr>
        <w:jc w:val="right"/>
      </w:pPr>
      <w:r>
        <w:t>ٹاک ٹوڈے لائیو، اینڈ آئی مسٹ سے دیٹ آئی فلی ایگری ود یو۔</w:t>
      </w:r>
    </w:p>
    <w:p>
      <w:r>
        <w:rPr>
          <w:b/>
        </w:rPr>
        <w:t xml:space="preserve">[37:48] </w:t>
      </w:r>
      <w:r>
        <w:t>my question today is that i do not want to be in the degenerated category of muslims.</w:t>
      </w:r>
    </w:p>
    <w:p>
      <w:pPr>
        <w:jc w:val="right"/>
      </w:pPr>
      <w:r>
        <w:t>مائی کوئسچن ٹوڈے از دیٹ آئی ڈو ناٹ وانٹ ٹو بی ان دا ڈی جنریٹڈ کیٹگری اف مسلمز۔</w:t>
      </w:r>
    </w:p>
    <w:p>
      <w:r>
        <w:rPr>
          <w:b/>
        </w:rPr>
        <w:t xml:space="preserve">[37:55] </w:t>
      </w:r>
      <w:r>
        <w:t>so is there a way i can keep checking myself falling into this degenerated list in</w:t>
      </w:r>
    </w:p>
    <w:p>
      <w:pPr>
        <w:jc w:val="right"/>
      </w:pPr>
      <w:r>
        <w:t>سو از دیر اے وے آئی کین کیپ چیکنگ مائی سیلف فالنگ انٹو دس ڈی جنریٹڈ لسٹ ان</w:t>
      </w:r>
    </w:p>
    <w:p>
      <w:r>
        <w:rPr>
          <w:b/>
        </w:rPr>
        <w:t xml:space="preserve">[38:03] </w:t>
      </w:r>
      <w:r>
        <w:t>the present or in the future? how should i save myself from getting degenerated?" dekhiye, yeh</w:t>
      </w:r>
    </w:p>
    <w:p>
      <w:pPr>
        <w:jc w:val="right"/>
      </w:pPr>
      <w:r>
        <w:t>دی پریزنٹ اور ان دا فیوچر؟ ہاؤ شوڈ آئی سیو مائی سیلف فرام گیٹنگ ڈی جنریٹڈ؟" دیکھیے، یہ</w:t>
      </w:r>
    </w:p>
    <w:p>
      <w:r>
        <w:rPr>
          <w:b/>
        </w:rPr>
        <w:t xml:space="preserve">[38:11] </w:t>
      </w:r>
      <w:r>
        <w:t>sunkar, yeh sawal sunkar mere mind mein ek baat aayi.</w:t>
      </w:r>
    </w:p>
    <w:p>
      <w:pPr>
        <w:jc w:val="right"/>
      </w:pPr>
      <w:r>
        <w:t>سن کر، یہ سوال سن کر میرے مائنڈ میں ایک بات آئی۔</w:t>
      </w:r>
    </w:p>
    <w:p>
      <w:r>
        <w:rPr>
          <w:b/>
        </w:rPr>
        <w:t xml:space="preserve">[38:16] </w:t>
      </w:r>
      <w:r>
        <w:t>mujhe aisa laga ke jab insan ko Allah ne paida kiya to insanon ne jaana ke hum ko</w:t>
      </w:r>
    </w:p>
    <w:p>
      <w:pPr>
        <w:jc w:val="right"/>
      </w:pPr>
      <w:r>
        <w:t>مجھے ایسا لگا کہ جب انسان کو اللہ نے پیدا کیا تو انسانوں نے جانا کہ ہم کو</w:t>
      </w:r>
    </w:p>
    <w:p>
      <w:r>
        <w:rPr>
          <w:b/>
        </w:rPr>
        <w:t xml:space="preserve">[38:24] </w:t>
      </w:r>
      <w:r>
        <w:t>to Allah paida kar ke jangl mein ja rahe hain, jangl mein bhej rahe hain.</w:t>
      </w:r>
    </w:p>
    <w:p>
      <w:pPr>
        <w:jc w:val="right"/>
      </w:pPr>
      <w:r>
        <w:t>تو اللہ پیدا کر کے جنگل میں جا رہے ہیں، جنگل میں بھیج رہے ہیں۔</w:t>
      </w:r>
    </w:p>
    <w:p>
      <w:r>
        <w:rPr>
          <w:b/>
        </w:rPr>
        <w:t xml:space="preserve">[38:30] </w:t>
      </w:r>
      <w:r>
        <w:t>ek jangl mein rehna padega, yahan har waqt conditioning hogi.</w:t>
      </w:r>
    </w:p>
    <w:p>
      <w:pPr>
        <w:jc w:val="right"/>
      </w:pPr>
      <w:r>
        <w:t>ایک جنگل میں رہنا پڑے گا، یہاں ہر وقت کنڈیشننگ ہوگی۔</w:t>
      </w:r>
    </w:p>
    <w:p>
      <w:r>
        <w:rPr>
          <w:b/>
        </w:rPr>
        <w:t xml:space="preserve">[38:35] </w:t>
      </w:r>
      <w:r>
        <w:t>to sare insanon ne Allah se poocha ke khuda ya, hamara anjam kya hoga? aap hum ko bhej rahe</w:t>
      </w:r>
    </w:p>
    <w:p>
      <w:pPr>
        <w:jc w:val="right"/>
      </w:pPr>
      <w:r>
        <w:t>تو سارے انسانوں نے اللہ سے پوچھا کہ خدایا، ہمارا انجام کیا ہوگا؟ آپ ہم کو بھیج رہے</w:t>
      </w:r>
    </w:p>
    <w:p>
      <w:r>
        <w:rPr>
          <w:b/>
        </w:rPr>
        <w:t xml:space="preserve">[38:42] </w:t>
      </w:r>
      <w:r>
        <w:t>hain jangl mein jahan har taraf behkane wali chezen hongi, insan, shaitan, shaitaan honge.</w:t>
      </w:r>
    </w:p>
    <w:p>
      <w:pPr>
        <w:jc w:val="right"/>
      </w:pPr>
      <w:r>
        <w:t>ہیں جنگل میں جہاں ہر طرف بہکانے والی چیزیں ہوں گی، انسان، شیطان، شیاطین ہوں گے۔</w:t>
      </w:r>
    </w:p>
    <w:p>
      <w:r>
        <w:rPr>
          <w:b/>
        </w:rPr>
        <w:t xml:space="preserve">[38:49] </w:t>
      </w:r>
      <w:r>
        <w:t>to hum kya karenge? to mujhe aisa laga ke khuda ne jawab diya ke: "ae mere bando,</w:t>
      </w:r>
    </w:p>
    <w:p>
      <w:pPr>
        <w:jc w:val="right"/>
      </w:pPr>
      <w:r>
        <w:t>تو ہم کیا کریں گے؟ تو مجھے ایسا لگا کہ خدا نے جواب دیا کہ: "اے میرے بندوں،</w:t>
      </w:r>
    </w:p>
    <w:p>
      <w:r>
        <w:rPr>
          <w:b/>
        </w:rPr>
        <w:t xml:space="preserve">[38:57] </w:t>
      </w:r>
      <w:r>
        <w:t>mein ne tum ko aik aisi cheez di hai jo kisi ko nahi di, woh hai aql. ye</w:t>
      </w:r>
    </w:p>
    <w:p>
      <w:pPr>
        <w:jc w:val="right"/>
      </w:pPr>
      <w:r>
        <w:t>میں نے تم کو ایک ایسی چیز دی ہے جو کسی کو نہیں دی، وہ ہے عقل۔" یہ</w:t>
      </w:r>
    </w:p>
    <w:p>
      <w:r>
        <w:rPr>
          <w:b/>
        </w:rPr>
        <w:t xml:space="preserve">[39:05] </w:t>
      </w:r>
      <w:r>
        <w:t>hadees maujood hai ke tum ko aisi cheez di hai jo kisi galaxy ko nahi di, kisi suraj,</w:t>
      </w:r>
    </w:p>
    <w:p>
      <w:pPr>
        <w:jc w:val="right"/>
      </w:pPr>
      <w:r>
        <w:t>حدیث موجود ہے کہ تم کو ایسی چیز دی ہے جو کسی گیلیکسی کو نہیں دی، کسی سورج،</w:t>
      </w:r>
    </w:p>
    <w:p>
      <w:r>
        <w:rPr>
          <w:b/>
        </w:rPr>
        <w:t xml:space="preserve">[39:12] </w:t>
      </w:r>
      <w:r>
        <w:t>chand ko nahi di, kisi ko nahi di, woh hai aql.</w:t>
      </w:r>
    </w:p>
    <w:p>
      <w:pPr>
        <w:jc w:val="right"/>
      </w:pPr>
      <w:r>
        <w:t>چاند کو نہیں دی، کسی کو نہیں دی، وہ ہے عقل۔</w:t>
      </w:r>
    </w:p>
    <w:p>
      <w:r>
        <w:rPr>
          <w:b/>
        </w:rPr>
        <w:t xml:space="preserve">[39:17] </w:t>
      </w:r>
      <w:r>
        <w:t>aql ka andar ye taqat hai ke aik aik second ke fraction mein tum sab ko delete kar</w:t>
      </w:r>
    </w:p>
    <w:p>
      <w:pPr>
        <w:jc w:val="right"/>
      </w:pPr>
      <w:r>
        <w:t>عقل کا اندر یہ طاقت ہے کہ ایک ایک سیکنڈ کے فریکشن میں تم سب کو ڈیلیٹ کر</w:t>
      </w:r>
    </w:p>
    <w:p>
      <w:r>
        <w:rPr>
          <w:b/>
        </w:rPr>
        <w:t xml:space="preserve">[39:25] </w:t>
      </w:r>
      <w:r>
        <w:t>do, aur phir us ko aik demonstration, us ka computer, computer Allah ki is atiya ka demonstration hai</w:t>
      </w:r>
    </w:p>
    <w:p>
      <w:pPr>
        <w:jc w:val="right"/>
      </w:pPr>
      <w:r>
        <w:t>دو، اور پھر اس کو ایک ڈیمونسٹریشن، اس کا کمپیوٹر، کمپیوٹر اللہ کی اس عطیہ کا ڈیمونسٹریشن ہے</w:t>
      </w:r>
    </w:p>
    <w:p>
      <w:r>
        <w:rPr>
          <w:b/>
        </w:rPr>
        <w:t xml:space="preserve">[39:33] </w:t>
      </w:r>
      <w:r>
        <w:t>ke kuch bhi aap type kar dein computer ke upar, aur baat ko aap chahein ke delete karna</w:t>
      </w:r>
    </w:p>
    <w:p>
      <w:pPr>
        <w:jc w:val="right"/>
      </w:pPr>
      <w:r>
        <w:t>کہ کچھ بھی آپ ٹائپ کر دیں کمپیوٹر کے اوپر، اور بات کو آپ چاہیں کہ ڈیلیٹ کرنا</w:t>
      </w:r>
    </w:p>
    <w:p>
      <w:r>
        <w:rPr>
          <w:b/>
        </w:rPr>
        <w:t xml:space="preserve">[39:40] </w:t>
      </w:r>
      <w:r>
        <w:t>to aik second ke fraction mein aap delete kar sakte hain us ko.</w:t>
      </w:r>
    </w:p>
    <w:p>
      <w:pPr>
        <w:jc w:val="right"/>
      </w:pPr>
      <w:r>
        <w:t>تو ایک سیکنڈ کے فریکشن میں آپ ڈیلیٹ کر سکتے ہیں اس کو۔</w:t>
      </w:r>
    </w:p>
    <w:p>
      <w:r>
        <w:rPr>
          <w:b/>
        </w:rPr>
        <w:t xml:space="preserve">[39:46] </w:t>
      </w:r>
      <w:r>
        <w:t>to Allah ka jawab ye hai ke: "ae mere bando, ye sahi hai ke maine tum ko</w:t>
      </w:r>
    </w:p>
    <w:p>
      <w:pPr>
        <w:jc w:val="right"/>
      </w:pPr>
      <w:r>
        <w:t>تو اللہ کا جواب یہ ہے کہ: "اے میرے بندوں، یہ صحیح ہے کہ میں نے تم کو</w:t>
      </w:r>
    </w:p>
    <w:p>
      <w:r>
        <w:rPr>
          <w:b/>
        </w:rPr>
        <w:t xml:space="preserve">[39:54] </w:t>
      </w:r>
      <w:r>
        <w:t>bheja aisi jagah jahan problem mein janglat mein rehna hoga, problem ke janglat mein, lekin tum ko mein</w:t>
      </w:r>
    </w:p>
    <w:p>
      <w:pPr>
        <w:jc w:val="right"/>
      </w:pPr>
      <w:r>
        <w:t>بھیجا ایسی جگہ جہاں پرابلم میں جنگل میں رہنا ہوگا، پرابلم کے جنگل میں، لیکن تم کو میں</w:t>
      </w:r>
    </w:p>
    <w:p>
      <w:r>
        <w:rPr>
          <w:b/>
        </w:rPr>
        <w:t xml:space="preserve">[40:01] </w:t>
      </w:r>
      <w:r>
        <w:t>ne aisi cheez de di hai mind ki shakal mein ke har condition ko tum aik second ke</w:t>
      </w:r>
    </w:p>
    <w:p>
      <w:pPr>
        <w:jc w:val="right"/>
      </w:pPr>
      <w:r>
        <w:t>نے ایسی چیز دے دی ہے مائنڈ کی شکل میں کہ ہر کنڈیشن کو تم ایک سیکنڈ کے</w:t>
      </w:r>
    </w:p>
    <w:p>
      <w:r>
        <w:rPr>
          <w:b/>
        </w:rPr>
        <w:t xml:space="preserve">[40:09] </w:t>
      </w:r>
      <w:r>
        <w:t>andar khatam kar sakte ho.</w:t>
      </w:r>
    </w:p>
    <w:p>
      <w:pPr>
        <w:jc w:val="right"/>
      </w:pPr>
      <w:r>
        <w:t>اندر ختم کر سکتے ہو۔</w:t>
      </w:r>
    </w:p>
    <w:p>
      <w:r>
        <w:rPr>
          <w:b/>
        </w:rPr>
        <w:t xml:space="preserve">[40:11] </w:t>
      </w:r>
      <w:r>
        <w:t>jo cheez chahiye, woh kya hai? woh sirf determination.</w:t>
      </w:r>
    </w:p>
    <w:p>
      <w:pPr>
        <w:jc w:val="right"/>
      </w:pPr>
      <w:r>
        <w:t>جو چیز چاہیے، وہ کیا ہے؟ وہ صرف ڈیٹرمینیشن۔</w:t>
      </w:r>
    </w:p>
    <w:p>
      <w:r>
        <w:rPr>
          <w:b/>
        </w:rPr>
        <w:t xml:space="preserve">[40:15] </w:t>
      </w:r>
      <w:r>
        <w:t>agar to faisla kar lo ke mujhe apne aap ko decondition karna ho, agar to faisla kar</w:t>
      </w:r>
    </w:p>
    <w:p>
      <w:pPr>
        <w:jc w:val="right"/>
      </w:pPr>
      <w:r>
        <w:t>اگر تو فیصلہ کر لو کہ مجھے اپنے آپ کو ڈی کنڈیشن کرنا ہو، اگر تو فیصلہ کر</w:t>
      </w:r>
    </w:p>
    <w:p>
      <w:r>
        <w:rPr>
          <w:b/>
        </w:rPr>
        <w:t xml:space="preserve">[40:23] </w:t>
      </w:r>
      <w:r>
        <w:t>lo ke mujhe apne aap ko decondition karna hai, to aik second kar sakte ho tum.</w:t>
      </w:r>
    </w:p>
    <w:p>
      <w:pPr>
        <w:jc w:val="right"/>
      </w:pPr>
      <w:r>
        <w:t>لو کہ مجھے اپنے آپ کو ڈی کنڈیشن کرنا ہے، تو ایک سیکنڈ کر سکتے ہو تم۔</w:t>
      </w:r>
    </w:p>
    <w:p>
      <w:r>
        <w:rPr>
          <w:b/>
        </w:rPr>
        <w:t xml:space="preserve">[40:30] </w:t>
      </w:r>
      <w:r>
        <w:t>aur mein Allah ki farz se apni apni misaal de sakta hoon ke maine apni zindagi mein</w:t>
      </w:r>
    </w:p>
    <w:p>
      <w:pPr>
        <w:jc w:val="right"/>
      </w:pPr>
      <w:r>
        <w:t>اور میں اللہ کی فرض سے اپنی اپنی مثال دے سکتا ہوں کہ میں نے اپنی زندگی میں</w:t>
      </w:r>
    </w:p>
    <w:p>
      <w:r>
        <w:rPr>
          <w:b/>
        </w:rPr>
        <w:t xml:space="preserve">[40:38] </w:t>
      </w:r>
      <w:r>
        <w:t>bar bar aisa kiya hai ke barsa bars condition ko maine is second mein khatam kar diya.</w:t>
      </w:r>
    </w:p>
    <w:p>
      <w:pPr>
        <w:jc w:val="right"/>
      </w:pPr>
      <w:r>
        <w:t>بار بار ایسا کیا ہے کہ برسہ برس کنڈیشن کو میں نے اس سیکنڈ میں ختم کر دیا۔</w:t>
      </w:r>
    </w:p>
    <w:p>
      <w:r>
        <w:rPr>
          <w:b/>
        </w:rPr>
        <w:t xml:space="preserve">[40:45] </w:t>
      </w:r>
      <w:r>
        <w:t>aap chahein to mujh se miliye, mein aap ko misaalain de ke bataunga." Maulana, agla sawal kya</w:t>
      </w:r>
    </w:p>
    <w:p>
      <w:pPr>
        <w:jc w:val="right"/>
      </w:pPr>
      <w:r>
        <w:t>آپ چاہیں تو مجھ سے ملیے، میں آپ کو مثالیں دے کے بتاؤں گا۔" مولانا، اگلا سوال کیا</w:t>
      </w:r>
    </w:p>
    <w:p>
      <w:r>
        <w:rPr>
          <w:b/>
        </w:rPr>
        <w:t xml:space="preserve">[40:53] </w:t>
      </w:r>
      <w:r>
        <w:t>ہے بھوبنیشور سے زبیر احمد صاحب نے، اور انہوں نے لکھا ہے: "مولانا صاحب، Muslims used Western products</w:t>
      </w:r>
    </w:p>
    <w:p>
      <w:pPr>
        <w:jc w:val="right"/>
      </w:pPr>
      <w:r>
        <w:t>ہے بھوبنیشور سے زبیر احمد صاحب نے، اور انہوں نے لکھا ہے: "مولانا صاحب، مسلمز یوزڈ ویسٹرن پروڈکٹس</w:t>
      </w:r>
    </w:p>
    <w:p>
      <w:r>
        <w:rPr>
          <w:b/>
        </w:rPr>
        <w:t xml:space="preserve">[41:01] </w:t>
      </w:r>
      <w:r>
        <w:t>liberally, but have hate for Western nations in their heart.</w:t>
      </w:r>
    </w:p>
    <w:p>
      <w:pPr>
        <w:jc w:val="right"/>
      </w:pPr>
      <w:r>
        <w:t>لبرلی، بٹ ہیو ہیٹ فار ویسٹرن نیشنز ان دیر ہارٹ۔</w:t>
      </w:r>
    </w:p>
    <w:p>
      <w:r>
        <w:rPr>
          <w:b/>
        </w:rPr>
        <w:t xml:space="preserve">[41:05] </w:t>
      </w:r>
      <w:r>
        <w:t>When I mentioned about these to my friends and told them that this would make them hypocrite, they</w:t>
      </w:r>
    </w:p>
    <w:p>
      <w:pPr>
        <w:jc w:val="right"/>
      </w:pPr>
      <w:r>
        <w:t>وین آئی مینشنڈ اباؤٹ دیز ٹو مائی فرینڈز اینڈ ٹولڈ دیم دیٹ دس وڈ میک دیم ہیپوکریٹ، دے</w:t>
      </w:r>
    </w:p>
    <w:p>
      <w:r>
        <w:rPr>
          <w:b/>
        </w:rPr>
        <w:t xml:space="preserve">[41:13] </w:t>
      </w:r>
      <w:r>
        <w:t>said that they retorted and said that they are buying the products, so it is not, it is</w:t>
      </w:r>
    </w:p>
    <w:p>
      <w:pPr>
        <w:jc w:val="right"/>
      </w:pPr>
      <w:r>
        <w:t>سیڈ دیٹ دے ریٹارٹڈ اینڈ سیڈ دیٹ دے آر بائنگ دا پروڈکٹس، سو اٹ از ناٹ، اٹ از</w:t>
      </w:r>
    </w:p>
    <w:p>
      <w:r>
        <w:rPr>
          <w:b/>
        </w:rPr>
        <w:t xml:space="preserve">[41:21] </w:t>
      </w:r>
      <w:r>
        <w:t>like a business transaction. Therefore, this does not make them hypocrites.</w:t>
      </w:r>
    </w:p>
    <w:p>
      <w:pPr>
        <w:jc w:val="right"/>
      </w:pPr>
      <w:r>
        <w:t>لائک ا بزنس ٹرانزیکشن، دیر فور دس ڈز ناٹ میک دیم ہیپوکریٹ۔</w:t>
      </w:r>
    </w:p>
    <w:p>
      <w:r>
        <w:rPr>
          <w:b/>
        </w:rPr>
        <w:t xml:space="preserve">[41:26] </w:t>
      </w:r>
      <w:r>
        <w:t>Maulana sahib, how can we respond to this kind of analysis?" ye to aik jhooti baat hai, ye</w:t>
      </w:r>
    </w:p>
    <w:p>
      <w:pPr>
        <w:jc w:val="right"/>
      </w:pPr>
      <w:r>
        <w:t>مولانا صاحب، ہاؤ کین وی ریسپانڈ ٹو دس کائنڈ اف انالیسز؟" یہ تو ایک جھوٹی بات ہے، یہ</w:t>
      </w:r>
    </w:p>
    <w:p>
      <w:r>
        <w:rPr>
          <w:b/>
        </w:rPr>
        <w:t xml:space="preserve">[41:33] </w:t>
      </w:r>
      <w:r>
        <w:t>jhooti baat hai.</w:t>
      </w:r>
    </w:p>
    <w:p>
      <w:pPr>
        <w:jc w:val="right"/>
      </w:pPr>
      <w:r>
        <w:t>جھوٹی بات ہے۔</w:t>
      </w:r>
    </w:p>
    <w:p>
      <w:r>
        <w:rPr>
          <w:b/>
        </w:rPr>
        <w:t xml:space="preserve">[41:35] </w:t>
      </w:r>
      <w:r>
        <w:t>yehi musalmanon ne kai bar boycott kyun kiya? maslan jab qissa hua tha Denmark cartoon ka to Muslim</w:t>
      </w:r>
    </w:p>
    <w:p>
      <w:pPr>
        <w:jc w:val="right"/>
      </w:pPr>
      <w:r>
        <w:t>یہی مسلمانوں نے کئی بار بائیکاٹ کیوں کیا؟ مثلاً جب قصہ ہوا تھا ڈنمارک کارٹون کا تو مسلم</w:t>
      </w:r>
    </w:p>
    <w:p>
      <w:r>
        <w:rPr>
          <w:b/>
        </w:rPr>
        <w:t xml:space="preserve">[41:43] </w:t>
      </w:r>
      <w:r>
        <w:t>duniya mein bare dhoom se kehte the ke Denmark ke product ko boycott karo kyunke Denmark mein wo</w:t>
      </w:r>
    </w:p>
    <w:p>
      <w:pPr>
        <w:jc w:val="right"/>
      </w:pPr>
      <w:r>
        <w:t>دنیا میں بڑے دھوم سے کہتے تھے کہ ڈنمارک کے پروڈکٹ کو بائیکاٹ کرو کیونکہ ڈنمارک میں وہ</w:t>
      </w:r>
    </w:p>
    <w:p>
      <w:r>
        <w:rPr>
          <w:b/>
        </w:rPr>
        <w:t xml:space="preserve">[41:50] </w:t>
      </w:r>
      <w:r>
        <w:t>mulk product bohat hote hain wahan par, lekin chala nahi.</w:t>
      </w:r>
    </w:p>
    <w:p>
      <w:pPr>
        <w:jc w:val="right"/>
      </w:pPr>
      <w:r>
        <w:t>ملک پروڈکٹ بہت ہوتے ہیں وہاں پر، لیکن چلا نہیں۔</w:t>
      </w:r>
    </w:p>
    <w:p>
      <w:r>
        <w:rPr>
          <w:b/>
        </w:rPr>
        <w:t xml:space="preserve">[41:55] </w:t>
      </w:r>
      <w:r>
        <w:t>un ke gharon ke bachon ne kaha ke hum ye sab nahi khayenge, hamein wo panneri chahiye,</w:t>
      </w:r>
    </w:p>
    <w:p>
      <w:pPr>
        <w:jc w:val="right"/>
      </w:pPr>
      <w:r>
        <w:t>ان کے گھروں کے بچوں نے کہا کہ ہم یہ سب نہیں کھائیں گے، ہمیں وہ پنیری چاہیے،</w:t>
      </w:r>
    </w:p>
    <w:p>
      <w:r>
        <w:rPr>
          <w:b/>
        </w:rPr>
        <w:t xml:space="preserve">[42:02] </w:t>
      </w:r>
      <w:r>
        <w:t>hamein wo butter chahiye.</w:t>
      </w:r>
    </w:p>
    <w:p>
      <w:pPr>
        <w:jc w:val="right"/>
      </w:pPr>
      <w:r>
        <w:t>ہمیں وہ بٹر چاہیے۔</w:t>
      </w:r>
    </w:p>
    <w:p>
      <w:r>
        <w:rPr>
          <w:b/>
        </w:rPr>
        <w:t xml:space="preserve">[42:04] </w:t>
      </w:r>
      <w:r>
        <w:t>to chhar chhar sender kar diya un musalmanon ne.</w:t>
      </w:r>
    </w:p>
    <w:p>
      <w:pPr>
        <w:jc w:val="right"/>
      </w:pPr>
      <w:r>
        <w:t>تو چھڑ چھڑ سینڈر کر دیا ان مسلمانوں نے۔</w:t>
      </w:r>
    </w:p>
    <w:p>
      <w:r>
        <w:rPr>
          <w:b/>
        </w:rPr>
        <w:t xml:space="preserve">[42:08] </w:t>
      </w:r>
      <w:r>
        <w:t>to yeh hypocrisy nahi hai? ji, hypocrisy nahi, hypocrisy nahi, sab jhoote alfaaz hain.</w:t>
      </w:r>
    </w:p>
    <w:p>
      <w:pPr>
        <w:jc w:val="right"/>
      </w:pPr>
      <w:r>
        <w:t>تو یہ ہیپوکریسی نہیں ہے؟ جی، ہیپوکریسی نہیں، ہیپوکریسی نہیں، سب جھوٹے الفاظ ہیں۔</w:t>
      </w:r>
    </w:p>
    <w:p>
      <w:r>
        <w:rPr>
          <w:b/>
        </w:rPr>
        <w:t xml:space="preserve">[42:14] </w:t>
      </w:r>
      <w:r>
        <w:t>aur hadith aisa bohat zabardast ek hadith hai ke insaan bazahir sach bolega lekin munafiqat ka kalma</w:t>
      </w:r>
    </w:p>
    <w:p>
      <w:pPr>
        <w:jc w:val="right"/>
      </w:pPr>
      <w:r>
        <w:t>اور حدیث ایسا بہت زبردست ایک حدیث ہے کہ انسان بظاہر سچ بولے گا لیکن منافقت کا کلمہ</w:t>
      </w:r>
    </w:p>
    <w:p>
      <w:r>
        <w:rPr>
          <w:b/>
        </w:rPr>
        <w:t xml:space="preserve">[42:22]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[42:23] </w:t>
      </w:r>
      <w:r>
        <w:t>woh yeh bhi hai hadith mein maujood hai ke bazahir sach bolega to hoga munafiq ka kalma</w:t>
      </w:r>
    </w:p>
    <w:p>
      <w:pPr>
        <w:jc w:val="right"/>
      </w:pPr>
      <w:r>
        <w:t>وہ یہ بھی ہے حدیث میں موجود ہے کہ بظاہر سچ بولے گا تو ہوگا منافق کا کلمہ</w:t>
      </w:r>
    </w:p>
    <w:p>
      <w:r>
        <w:rPr>
          <w:b/>
        </w:rPr>
        <w:t xml:space="preserve">[42:31] </w:t>
      </w:r>
      <w:r>
        <w:t>اپنے آپ کو، اپنے اپنے آپ کو justify کرنے کے لیے۔</w:t>
      </w:r>
    </w:p>
    <w:p>
      <w:pPr>
        <w:jc w:val="right"/>
      </w:pPr>
      <w:r>
        <w:t>اپنے آپ کو، اپنے اپنے آپ کو جسٹیفائی کرنے کے لیے۔</w:t>
      </w:r>
    </w:p>
    <w:p>
      <w:r>
        <w:rPr>
          <w:b/>
        </w:rPr>
        <w:t xml:space="preserve">[42:36] </w:t>
      </w:r>
      <w:r>
        <w:t>جو اپنے آپ کو justify کرنے کے لیے کرے تو وہ ڈبل منافق ہے۔</w:t>
      </w:r>
    </w:p>
    <w:p>
      <w:pPr>
        <w:jc w:val="right"/>
      </w:pPr>
      <w:r>
        <w:t>جو اپنے آپ کو جسٹیفائی کرنے کے لیے کرے تو وہ ڈبل منافق ہے۔</w:t>
      </w:r>
    </w:p>
    <w:p>
      <w:r>
        <w:rPr>
          <w:b/>
        </w:rPr>
        <w:t xml:space="preserve">[42:42] </w:t>
      </w:r>
      <w:r>
        <w:t>وہ یاد رکھیے، اس طریقے سے اپنے آپ کو justify کرنا وہ ڈبل منافقت، منافقت ہے۔</w:t>
      </w:r>
    </w:p>
    <w:p>
      <w:pPr>
        <w:jc w:val="right"/>
      </w:pPr>
      <w:r>
        <w:t>وہ یاد رکھیے، اس طریقے سے اپنے آپ کو جسٹیفائی کرنا وہ ڈبل منافقت، منافقت ہے۔</w:t>
      </w:r>
    </w:p>
    <w:p>
      <w:r>
        <w:rPr>
          <w:b/>
        </w:rPr>
        <w:t xml:space="preserve">[42:48] </w:t>
      </w:r>
      <w:r>
        <w:t>maulana, agla sawal lene se pehle ek comment padhna chahenge jo sister shabana ansari ne bheja hai</w:t>
      </w:r>
    </w:p>
    <w:p>
      <w:pPr>
        <w:jc w:val="right"/>
      </w:pPr>
      <w:r>
        <w:t>مولانا، اگلا سوال لینے سے پہلے ایک کمنٹ پڑھنا چاہیں گے جو سسٹر شبانہ انصاری نے بھیجا ہے</w:t>
      </w:r>
    </w:p>
    <w:p>
      <w:r>
        <w:rPr>
          <w:b/>
        </w:rPr>
        <w:t xml:space="preserve">[42:56] </w:t>
      </w:r>
      <w:r>
        <w:t>pakistan se.</w:t>
      </w:r>
    </w:p>
    <w:p>
      <w:pPr>
        <w:jc w:val="right"/>
      </w:pPr>
      <w:r>
        <w:t>پاکستان سے۔</w:t>
      </w:r>
    </w:p>
    <w:p>
      <w:r>
        <w:rPr>
          <w:b/>
        </w:rPr>
        <w:t xml:space="preserve">[42:58] </w:t>
      </w:r>
      <w:r>
        <w:t>انہوں نے لکھا ہے: "مولانا صاحب، splendidly explained degeneration of Muslims۔</w:t>
      </w:r>
    </w:p>
    <w:p>
      <w:pPr>
        <w:jc w:val="right"/>
      </w:pPr>
      <w:r>
        <w:t>انہوں نے لکھا ہے: "مولانا صاحب، سپلینڈڈلی ایکسپلینڈ ڈی جنریشن اف مسلمز۔</w:t>
      </w:r>
    </w:p>
    <w:p>
      <w:r>
        <w:rPr>
          <w:b/>
        </w:rPr>
        <w:t xml:space="preserve">[43:03] </w:t>
      </w:r>
      <w:r>
        <w:t>Maulana, you are one and only extraordinary genius, MashaAllah. Maulana, the next question is from Aftab Alam Sahib from Kolkata.</w:t>
      </w:r>
    </w:p>
    <w:p>
      <w:pPr>
        <w:jc w:val="right"/>
      </w:pPr>
      <w:r>
        <w:t>مولانا، یو آر ون اینڈ اونلی ایکسٹرا آرڈینری جینیئس، ماشاءاللہ۔" مولانا، اگلا سوال کلکتہ سے افتاب عالم صاحب</w:t>
      </w:r>
    </w:p>
    <w:p>
      <w:r>
        <w:rPr>
          <w:b/>
        </w:rPr>
        <w:t xml:space="preserve">[43:11] </w:t>
      </w:r>
      <w:r>
        <w:t>ne bheja hai aur unhone likha hai: "madina mein yahoodi ulma sachai janne ke baad bhi muhammad</w:t>
      </w:r>
    </w:p>
    <w:p>
      <w:pPr>
        <w:jc w:val="right"/>
      </w:pPr>
      <w:r>
        <w:t>نے بھیجا ہے اور انہوں نے لکھا ہے: "مدینہ میں یہودی علماء سچائی جاننے کے بعد بھی محمد</w:t>
      </w:r>
    </w:p>
    <w:p>
      <w:r>
        <w:rPr>
          <w:b/>
        </w:rPr>
        <w:t xml:space="preserve">[43:18] </w:t>
      </w:r>
      <w:r>
        <w:t>ko rasool nahi mana.</w:t>
      </w:r>
    </w:p>
    <w:p>
      <w:pPr>
        <w:jc w:val="right"/>
      </w:pPr>
      <w:r>
        <w:t>کو رسول نہیں مانا۔</w:t>
      </w:r>
    </w:p>
    <w:p>
      <w:r>
        <w:rPr>
          <w:b/>
        </w:rPr>
        <w:t xml:space="preserve">[43:20] </w:t>
      </w:r>
      <w:r>
        <w:t>مسلمانوں نے بھی Western تہذیب کو recognize نہیں کیا۔</w:t>
      </w:r>
    </w:p>
    <w:p>
      <w:pPr>
        <w:jc w:val="right"/>
      </w:pPr>
      <w:r>
        <w:t>مسلمانوں نے بھی ویسٹرن تہذیب کو ریکگنائز نہیں کیا۔</w:t>
      </w:r>
    </w:p>
    <w:p>
      <w:r>
        <w:rPr>
          <w:b/>
        </w:rPr>
        <w:t xml:space="preserve">[43:24] </w:t>
      </w:r>
      <w:r>
        <w:t>sawal hai ke aisa kyun hota hai ke dil ki gawahi dene ke baad bhi log haq ko</w:t>
      </w:r>
    </w:p>
    <w:p>
      <w:pPr>
        <w:jc w:val="right"/>
      </w:pPr>
      <w:r>
        <w:t>سوال ہے کہ ایسا کیوں ہوتا ہے کہ دل کی گواہی دینے کے بعد بھی لوگ حق کو</w:t>
      </w:r>
    </w:p>
    <w:p>
      <w:r>
        <w:rPr>
          <w:b/>
        </w:rPr>
        <w:t xml:space="preserve">[43:32] </w:t>
      </w:r>
      <w:r>
        <w:t>tasleem nahi karte hain aur ek nayi tawjeeh talash kar lete hain? aisa kyun?" dekhiye, iski wajah</w:t>
      </w:r>
    </w:p>
    <w:p>
      <w:pPr>
        <w:jc w:val="right"/>
      </w:pPr>
      <w:r>
        <w:t>تسلیم نہیں کرتے ہیں اور ایک نئی توجیح تلاش کر لیتے ہیں؟ ایسا کیوں؟" دیکھیے، اس کی وجہ</w:t>
      </w:r>
    </w:p>
    <w:p>
      <w:r>
        <w:rPr>
          <w:b/>
        </w:rPr>
        <w:t xml:space="preserve">[43:39] </w:t>
      </w:r>
      <w:r>
        <w:t>ہے false pride، یعنی جھوٹا فخر۔</w:t>
      </w:r>
    </w:p>
    <w:p>
      <w:pPr>
        <w:jc w:val="right"/>
      </w:pPr>
      <w:r>
        <w:t>ہے فالس پرائیڈ، یعنی جھوٹا فخر۔</w:t>
      </w:r>
    </w:p>
    <w:p>
      <w:r>
        <w:rPr>
          <w:b/>
        </w:rPr>
        <w:t xml:space="preserve">[43:42] </w:t>
      </w:r>
      <w:r>
        <w:t>False pride. Yahood ne false pride ye bana liya tha khud se ke paighambar ko aana chahiye Bani</w:t>
      </w:r>
    </w:p>
    <w:p>
      <w:pPr>
        <w:jc w:val="right"/>
      </w:pPr>
      <w:r>
        <w:t>فالس پرائیڈ یہود نے فالس پرائیڈ یہ بنا لیا تھا خود سے کہ پیغمبر کو آنا چاہیے بنی</w:t>
      </w:r>
    </w:p>
    <w:p>
      <w:r>
        <w:rPr>
          <w:b/>
        </w:rPr>
        <w:t xml:space="preserve">[43:50] </w:t>
      </w:r>
      <w:r>
        <w:t>israel mein.</w:t>
      </w:r>
    </w:p>
    <w:p>
      <w:pPr>
        <w:jc w:val="right"/>
      </w:pPr>
      <w:r>
        <w:t>اسرائیل میں۔</w:t>
      </w:r>
    </w:p>
    <w:p>
      <w:r>
        <w:rPr>
          <w:b/>
        </w:rPr>
        <w:t xml:space="preserve">[43:51] </w:t>
      </w:r>
      <w:r>
        <w:t>yeh false pride tha unka.</w:t>
      </w:r>
    </w:p>
    <w:p>
      <w:pPr>
        <w:jc w:val="right"/>
      </w:pPr>
      <w:r>
        <w:t>یہ فالس پرائیڈ تھا ان کا۔</w:t>
      </w:r>
    </w:p>
    <w:p>
      <w:r>
        <w:rPr>
          <w:b/>
        </w:rPr>
        <w:t xml:space="preserve">[43:54] </w:t>
      </w:r>
      <w:r>
        <w:t>تو بنو اسماعیل میں آگیا تو ان کو دیکھا کہ یہ تو ہمارا pride ٹوٹتا ہے، تو خلاف</w:t>
      </w:r>
    </w:p>
    <w:p>
      <w:pPr>
        <w:jc w:val="right"/>
      </w:pPr>
      <w:r>
        <w:t>تو بنو اسماعیل میں آگیا تو ان کو دیکھا کہ یہ تو ہمارا پرائیڈ ٹوٹتا ہے، تو خلاف</w:t>
      </w:r>
    </w:p>
    <w:p>
      <w:r>
        <w:rPr>
          <w:b/>
        </w:rPr>
        <w:t xml:space="preserve">[44:01] </w:t>
      </w:r>
      <w:r>
        <w:t>ho gaya iske.</w:t>
      </w:r>
    </w:p>
    <w:p>
      <w:pPr>
        <w:jc w:val="right"/>
      </w:pPr>
      <w:r>
        <w:t>ہو گیا اس کے۔</w:t>
      </w:r>
    </w:p>
    <w:p>
      <w:r>
        <w:rPr>
          <w:b/>
        </w:rPr>
        <w:t xml:space="preserve">[44:03] </w:t>
      </w:r>
      <w:r>
        <w:t>musalmanon ne yeh pride bana liya ke ke salvation ke creator to hum hain, hum ne spain banai,</w:t>
      </w:r>
    </w:p>
    <w:p>
      <w:pPr>
        <w:jc w:val="right"/>
      </w:pPr>
      <w:r>
        <w:t>مسلمانوں نے یہ پرائیڈ بنا لیا کہ کہ سولیشن کے کریٹر تو ہم ہیں، ہم نے اسپین بنائی،</w:t>
      </w:r>
    </w:p>
    <w:p>
      <w:r>
        <w:rPr>
          <w:b/>
        </w:rPr>
        <w:t xml:space="preserve">[44:11] </w:t>
      </w:r>
      <w:r>
        <w:t>spain mein aur hum ne baghdad mein banai, to hum hain salvation ko paida karne wale.</w:t>
      </w:r>
    </w:p>
    <w:p>
      <w:pPr>
        <w:jc w:val="right"/>
      </w:pPr>
      <w:r>
        <w:t>اسپین میں اور ہم نے بغداد میں بنائی، تو ہم ہیں سولیشن کو پیدا کرنے والے۔</w:t>
      </w:r>
    </w:p>
    <w:p>
      <w:r>
        <w:rPr>
          <w:b/>
        </w:rPr>
        <w:t xml:space="preserve">[44:18] </w:t>
      </w:r>
      <w:r>
        <w:t>to yeh yeh hai false pride.</w:t>
      </w:r>
    </w:p>
    <w:p>
      <w:pPr>
        <w:jc w:val="right"/>
      </w:pPr>
      <w:r>
        <w:t>تو یہ یہ ہے فالس پرائیڈ۔</w:t>
      </w:r>
    </w:p>
    <w:p>
      <w:r>
        <w:rPr>
          <w:b/>
        </w:rPr>
        <w:t xml:space="preserve">[44:20] </w:t>
      </w:r>
      <w:r>
        <w:t>اب جب وہ کام ہو گیا یورپ میں تو ان کا false pride ٹوٹ رہا تھا۔</w:t>
      </w:r>
    </w:p>
    <w:p>
      <w:pPr>
        <w:jc w:val="right"/>
      </w:pPr>
      <w:r>
        <w:t>اب جب وہ کام ہو گیا یورپ میں تو ان کا فالس پرائیڈ ٹوٹ رہا تھا۔</w:t>
      </w:r>
    </w:p>
    <w:p>
      <w:r>
        <w:rPr>
          <w:b/>
        </w:rPr>
        <w:t xml:space="preserve">[44:27] </w:t>
      </w:r>
      <w:r>
        <w:t>to yeh maan apne ko ghalati maan ne ke bajaye inhi par woh kar diya ke nahi, yeh woh</w:t>
      </w:r>
    </w:p>
    <w:p>
      <w:pPr>
        <w:jc w:val="right"/>
      </w:pPr>
      <w:r>
        <w:t>تو یہ مان اپنے کو غلطی ماننے کے بجائے انہی پر وہ کر دیا کہ نہیں، یہ وہ</w:t>
      </w:r>
    </w:p>
    <w:p>
      <w:r>
        <w:rPr>
          <w:b/>
        </w:rPr>
        <w:t xml:space="preserve">[44:35] </w:t>
      </w:r>
      <w:r>
        <w:t>hai hi nahi.</w:t>
      </w:r>
    </w:p>
    <w:p>
      <w:pPr>
        <w:jc w:val="right"/>
      </w:pPr>
      <w:r>
        <w:t>ہے ہی نہیں۔</w:t>
      </w:r>
    </w:p>
    <w:p>
      <w:r>
        <w:rPr>
          <w:b/>
        </w:rPr>
        <w:t xml:space="preserve">[44:36] </w:t>
      </w:r>
      <w:r>
        <w:t>woh to woh to khwamkhwah log kehte hain, woh hai hi nahi.</w:t>
      </w:r>
    </w:p>
    <w:p>
      <w:pPr>
        <w:jc w:val="right"/>
      </w:pPr>
      <w:r>
        <w:t>وہ تو وہ تو خوامخواہ لوگ کہتے ہیں، وہ ہے ہی نہیں۔</w:t>
      </w:r>
    </w:p>
    <w:p>
      <w:r>
        <w:rPr>
          <w:b/>
        </w:rPr>
        <w:t xml:space="preserve">[44:41] </w:t>
      </w:r>
      <w:r>
        <w:t>yani jhoot mein jeena shuru kar dete hain aise log.</w:t>
      </w:r>
    </w:p>
    <w:p>
      <w:pPr>
        <w:jc w:val="right"/>
      </w:pPr>
      <w:r>
        <w:t>یعنی جھوٹ میں جینا شروع کر دیتے ہیں ایسے لوگ۔</w:t>
      </w:r>
    </w:p>
    <w:p>
      <w:r>
        <w:rPr>
          <w:b/>
        </w:rPr>
        <w:t xml:space="preserve">[44:46] </w:t>
      </w:r>
      <w:r>
        <w:t>jo false pride mein jeeta hai, woh aakhir mein jhoot mein jeeta hai.</w:t>
      </w:r>
    </w:p>
    <w:p>
      <w:pPr>
        <w:jc w:val="right"/>
      </w:pPr>
      <w:r>
        <w:t>جو فالس پرائیڈ میں جیتا ہے، وہ آخر میں جھوٹ میں جیتا ہے۔</w:t>
      </w:r>
    </w:p>
    <w:p>
      <w:r>
        <w:rPr>
          <w:b/>
        </w:rPr>
        <w:t xml:space="preserve">[44:51] </w:t>
      </w:r>
      <w:r>
        <w:t>yaad rakhiye, jo false pride mein jiye ga, woh aakhir mein jhoot mein jiye ga.</w:t>
      </w:r>
    </w:p>
    <w:p>
      <w:pPr>
        <w:jc w:val="right"/>
      </w:pPr>
      <w:r>
        <w:t>یاد رکھیے، جو فالس پرائیڈ میں جیئے گا، وہ آخر میں جھوٹ میں جیئے گا۔</w:t>
      </w:r>
    </w:p>
    <w:p>
      <w:r>
        <w:rPr>
          <w:b/>
        </w:rPr>
        <w:t xml:space="preserve">[44:58] </w:t>
      </w:r>
      <w:r>
        <w:t>maulana, agla sawal doctor farida khanam ne bheja hai delhi se aur unhone likha hai: "ur</w:t>
      </w:r>
    </w:p>
    <w:p>
      <w:pPr>
        <w:jc w:val="right"/>
      </w:pPr>
      <w:r>
        <w:t>مولانا، اگلا سوال ڈاکٹر فریدہ خانم نے بھیجا ہے دلی سے اور انہوں نے لکھا ہے: "یو آر</w:t>
      </w:r>
    </w:p>
    <w:p>
      <w:r>
        <w:rPr>
          <w:b/>
        </w:rPr>
        <w:t xml:space="preserve">[45:05] </w:t>
      </w:r>
      <w:r>
        <w:t>100 percent right, maulana sahib.</w:t>
      </w:r>
    </w:p>
    <w:p>
      <w:pPr>
        <w:jc w:val="right"/>
      </w:pPr>
      <w:r>
        <w:t>100 پرسنٹ رائٹ، مولانا صاحب۔</w:t>
      </w:r>
    </w:p>
    <w:p>
      <w:r>
        <w:rPr>
          <w:b/>
        </w:rPr>
        <w:t xml:space="preserve">[45:08] </w:t>
      </w:r>
      <w:r>
        <w:t>the majority of muslims really believe that the whole world belongs to muslims.</w:t>
      </w:r>
    </w:p>
    <w:p>
      <w:pPr>
        <w:jc w:val="right"/>
      </w:pPr>
      <w:r>
        <w:t>دا میجورٹی اف مسلمز ریلی بیلیو دیٹ دا ہول ورلڈ بیلانگز ٹو مسلمز۔</w:t>
      </w:r>
    </w:p>
    <w:p>
      <w:r>
        <w:rPr>
          <w:b/>
        </w:rPr>
        <w:t xml:space="preserve">[45:13] </w:t>
      </w:r>
      <w:r>
        <w:t>de should be the ruler of the world.</w:t>
      </w:r>
    </w:p>
    <w:p>
      <w:pPr>
        <w:jc w:val="right"/>
      </w:pPr>
      <w:r>
        <w:t>دے شوڈ بی دا رولر اف دا ورلڈ۔</w:t>
      </w:r>
    </w:p>
    <w:p>
      <w:r>
        <w:rPr>
          <w:b/>
        </w:rPr>
        <w:t xml:space="preserve">[45:17] </w:t>
      </w:r>
      <w:r>
        <w:t>now that the western world has made tremendous progress in every field, leaving muslims far behind.</w:t>
      </w:r>
    </w:p>
    <w:p>
      <w:pPr>
        <w:jc w:val="right"/>
      </w:pPr>
      <w:r>
        <w:t>ناؤ دیٹ دا ویسٹرن ورلڈ ہیز میڈ ٹریمنڈس پروگریس ان ایوری فیلڈ، لیونگ مسلمز فار بیہائنڈ۔</w:t>
      </w:r>
    </w:p>
    <w:p>
      <w:r>
        <w:rPr>
          <w:b/>
        </w:rPr>
        <w:t xml:space="preserve">[45:23] </w:t>
      </w:r>
      <w:r>
        <w:t>therefore muslims now believe that mahdi, that is a world leader, will emerge and will conquer the</w:t>
      </w:r>
    </w:p>
    <w:p>
      <w:pPr>
        <w:jc w:val="right"/>
      </w:pPr>
      <w:r>
        <w:t>دیر فور مسلمز ناؤ بیلیو دیٹ مہدی، دیٹ از ا ورلڈ لیڈر، ویل ایمرج اینڈ ویل کنکر دا</w:t>
      </w:r>
    </w:p>
    <w:p>
      <w:r>
        <w:rPr>
          <w:b/>
        </w:rPr>
        <w:t xml:space="preserve">[45:31] </w:t>
      </w:r>
      <w:r>
        <w:t>whole world.</w:t>
      </w:r>
    </w:p>
    <w:p>
      <w:pPr>
        <w:jc w:val="right"/>
      </w:pPr>
      <w:r>
        <w:t>ہول ورلڈ۔</w:t>
      </w:r>
    </w:p>
    <w:p>
      <w:r>
        <w:rPr>
          <w:b/>
        </w:rPr>
        <w:t xml:space="preserve">[45:33] </w:t>
      </w:r>
      <w:r>
        <w:t>what is your comment on this? dekhiye, mahdi mahdi ka jo concept hai islam mein, woh hargiz political</w:t>
      </w:r>
    </w:p>
    <w:p>
      <w:pPr>
        <w:jc w:val="right"/>
      </w:pPr>
      <w:r>
        <w:t>واٹ از یور کمنٹ ان دس؟" دیکھیے، مہدی مہدی کا جو کانسیپٹ ہے اسلام میں، وہ ہرگز پولیٹیکل</w:t>
      </w:r>
    </w:p>
    <w:p>
      <w:r>
        <w:rPr>
          <w:b/>
        </w:rPr>
        <w:t xml:space="preserve">[45:40] </w:t>
      </w:r>
      <w:r>
        <w:t>meaning mein nahi hai.</w:t>
      </w:r>
    </w:p>
    <w:p>
      <w:pPr>
        <w:jc w:val="right"/>
      </w:pPr>
      <w:r>
        <w:t>معنی میں نہیں ہے۔</w:t>
      </w:r>
    </w:p>
    <w:p>
      <w:r>
        <w:rPr>
          <w:b/>
        </w:rPr>
        <w:t xml:space="preserve">[45:42] </w:t>
      </w:r>
      <w:r>
        <w:t>yeh musalmanon ka apna banawati mahdi hai ke political sense mein dunya ko conquer karega aur islam</w:t>
      </w:r>
    </w:p>
    <w:p>
      <w:pPr>
        <w:jc w:val="right"/>
      </w:pPr>
      <w:r>
        <w:t>یہ مسلمانوں کا اپنا بناوٹی مہدی ہے کہ پولیٹیکل سینس میں دنیا کو کنکر کرے گا اور اسلام</w:t>
      </w:r>
    </w:p>
    <w:p>
      <w:r>
        <w:rPr>
          <w:b/>
        </w:rPr>
        <w:t xml:space="preserve">[45:50] </w:t>
      </w:r>
      <w:r>
        <w:t>hukumat qaim karega.</w:t>
      </w:r>
    </w:p>
    <w:p>
      <w:pPr>
        <w:jc w:val="right"/>
      </w:pPr>
      <w:r>
        <w:t>حکومت قائم کرے گا۔</w:t>
      </w:r>
    </w:p>
    <w:p>
      <w:r>
        <w:rPr>
          <w:b/>
        </w:rPr>
        <w:t xml:space="preserve">[45:51] </w:t>
      </w:r>
      <w:r>
        <w:t>yeh toh jhoota jhooti baat hai.</w:t>
      </w:r>
    </w:p>
    <w:p>
      <w:pPr>
        <w:jc w:val="right"/>
      </w:pPr>
      <w:r>
        <w:t>یہ تو جھوٹا جھوٹی بات ہے۔</w:t>
      </w:r>
    </w:p>
    <w:p>
      <w:r>
        <w:rPr>
          <w:b/>
        </w:rPr>
        <w:t xml:space="preserve">[45:54] </w:t>
      </w:r>
      <w:r>
        <w:t>yeh mahdi concept itna hi hai islam mein ke mahdi ke meaning guided person, fauji general nahi.</w:t>
      </w:r>
    </w:p>
    <w:p>
      <w:pPr>
        <w:jc w:val="right"/>
      </w:pPr>
      <w:r>
        <w:t>یہ مہدی کانسیپٹ اتنا ہی ہے اسلام میں کہ مہدی کے معنی گائیڈڈ پرسن، فوجی جنرل نہیں۔</w:t>
      </w:r>
    </w:p>
    <w:p>
      <w:r>
        <w:rPr>
          <w:b/>
        </w:rPr>
        <w:t xml:space="preserve">[46:01] </w:t>
      </w:r>
      <w:r>
        <w:t>mahdi ka matlab fauji general nahi hai, napoleon ke tareeqe se guided person.</w:t>
      </w:r>
    </w:p>
    <w:p>
      <w:pPr>
        <w:jc w:val="right"/>
      </w:pPr>
      <w:r>
        <w:t>مہدی کا مطلب فوجی جنرل نہیں ہے، نیپولین کے طریقے سے گائیڈڈ پرسن۔</w:t>
      </w:r>
    </w:p>
    <w:p>
      <w:r>
        <w:rPr>
          <w:b/>
        </w:rPr>
        <w:t xml:space="preserve">[46:07] </w:t>
      </w:r>
      <w:r>
        <w:t>iska matlab sirf yeh hai ke jo hadith mein aata hai ke ek daur aayega jab</w:t>
      </w:r>
    </w:p>
    <w:p>
      <w:pPr>
        <w:jc w:val="right"/>
      </w:pPr>
      <w:r>
        <w:t>اس کا مطلب صرف یہ ہے کہ جو حدیث میں آتا ہے کہ ایک دور آئے گا جب</w:t>
      </w:r>
    </w:p>
    <w:p>
      <w:r>
        <w:rPr>
          <w:b/>
        </w:rPr>
        <w:t xml:space="preserve">[46:15] </w:t>
      </w:r>
      <w:r>
        <w:t>darkness bohat badh jayega, bohat zyada, yani sachai gum ho jayegi.</w:t>
      </w:r>
    </w:p>
    <w:p>
      <w:pPr>
        <w:jc w:val="right"/>
      </w:pPr>
      <w:r>
        <w:t>ڈارکنس بہت بڑھ جائے گا، بہت زیادہ، یعنی سچائی گم ہو جائے گی۔</w:t>
      </w:r>
    </w:p>
    <w:p>
      <w:r>
        <w:rPr>
          <w:b/>
        </w:rPr>
        <w:t xml:space="preserve">[46:20] </w:t>
      </w:r>
      <w:r>
        <w:t>us waqt woh sachai ko daryaft karke logon ko batayega.</w:t>
      </w:r>
    </w:p>
    <w:p>
      <w:pPr>
        <w:jc w:val="right"/>
      </w:pPr>
      <w:r>
        <w:t>اس وقت وہ سچائی کو دریافت کر کے لوگوں کو بتائے گا۔</w:t>
      </w:r>
    </w:p>
    <w:p>
      <w:r>
        <w:rPr>
          <w:b/>
        </w:rPr>
        <w:t xml:space="preserve">[46:25] </w:t>
      </w:r>
      <w:r>
        <w:t>bhai, itna hi concept hai mahdi ka.</w:t>
      </w:r>
    </w:p>
    <w:p>
      <w:pPr>
        <w:jc w:val="right"/>
      </w:pPr>
      <w:r>
        <w:t>بھئی، اتنا ہی کانسیپٹ ہے مہدی کا۔</w:t>
      </w:r>
    </w:p>
    <w:p>
      <w:r>
        <w:rPr>
          <w:b/>
        </w:rPr>
        <w:t xml:space="preserve">[46:28] </w:t>
      </w:r>
      <w:r>
        <w:t>yeh bilkul jhooti baat hai ke mahdi conquer karke islam ki hukumat qaim karega.</w:t>
      </w:r>
    </w:p>
    <w:p>
      <w:pPr>
        <w:jc w:val="right"/>
      </w:pPr>
      <w:r>
        <w:t>یہ بالکل جھوٹی بات ہے کہ مہدی کانکر کر کے اسلام کی حکومت قائم کرے گا۔</w:t>
      </w:r>
    </w:p>
    <w:p>
      <w:r>
        <w:rPr>
          <w:b/>
        </w:rPr>
        <w:t xml:space="preserve">[46:35] </w:t>
      </w:r>
      <w:r>
        <w:t>saari dunya mein yeh kahin nahi hai, na quran mein, na hadith mein.</w:t>
      </w:r>
    </w:p>
    <w:p>
      <w:pPr>
        <w:jc w:val="right"/>
      </w:pPr>
      <w:r>
        <w:t>ساری دنیا میں یہ کہیں نہیں ہے، نہ قرآن میں، نہ حدیث میں۔</w:t>
      </w:r>
    </w:p>
    <w:p>
      <w:r>
        <w:rPr>
          <w:b/>
        </w:rPr>
        <w:t xml:space="preserve">[46:41] </w:t>
      </w:r>
      <w:r>
        <w:t>hadith mein aata hai ke ek zamana aayega, usko kaha gaya fitr dohama.</w:t>
      </w:r>
    </w:p>
    <w:p>
      <w:pPr>
        <w:jc w:val="right"/>
      </w:pPr>
      <w:r>
        <w:t>حدیث میں آتا ہے کہ ایک زمانہ آئے گا، اس کو کہا گیا فطر دوہما۔</w:t>
      </w:r>
    </w:p>
    <w:p>
      <w:r>
        <w:rPr>
          <w:b/>
        </w:rPr>
        <w:t xml:space="preserve">[46:47] </w:t>
      </w:r>
      <w:r>
        <w:t>dohama ka meaning dark age.</w:t>
      </w:r>
    </w:p>
    <w:p>
      <w:pPr>
        <w:jc w:val="right"/>
      </w:pPr>
      <w:r>
        <w:t>دوہما کا معنی ڈارک کیج۔</w:t>
      </w:r>
    </w:p>
    <w:p>
      <w:r>
        <w:rPr>
          <w:b/>
        </w:rPr>
        <w:t xml:space="preserve">[46:49] </w:t>
      </w:r>
      <w:r>
        <w:t>ek dark age aayega, ek dark age aayega.</w:t>
      </w:r>
    </w:p>
    <w:p>
      <w:pPr>
        <w:jc w:val="right"/>
      </w:pPr>
      <w:r>
        <w:t>ایک ڈارک کیج آئے گا، ایک ڈارک کیج آئے گا۔</w:t>
      </w:r>
    </w:p>
    <w:p>
      <w:r>
        <w:rPr>
          <w:b/>
        </w:rPr>
        <w:t xml:space="preserve">[46:54] </w:t>
      </w:r>
      <w:r>
        <w:t>us dark age mein sachai gum ho jayegi toh mahdi allah ki tofeeq se sachai ko daryaft</w:t>
      </w:r>
    </w:p>
    <w:p>
      <w:pPr>
        <w:jc w:val="right"/>
      </w:pPr>
      <w:r>
        <w:t>اس ڈارک کیج میں سچائی گم ہو جائے گی تو مہدی اللہ کی توفیق سے سچائی کو دریافت</w:t>
      </w:r>
    </w:p>
    <w:p>
      <w:r>
        <w:rPr>
          <w:b/>
        </w:rPr>
        <w:t xml:space="preserve">[47:01] </w:t>
      </w:r>
      <w:r>
        <w:t>karega aur logon ko batayega.</w:t>
      </w:r>
    </w:p>
    <w:p>
      <w:pPr>
        <w:jc w:val="right"/>
      </w:pPr>
      <w:r>
        <w:t>کرے گا اور لوگوں کو بتائے گا۔</w:t>
      </w:r>
    </w:p>
    <w:p>
      <w:r>
        <w:rPr>
          <w:b/>
        </w:rPr>
        <w:t xml:space="preserve">[47:04] </w:t>
      </w:r>
      <w:r>
        <w:t>itna hi matlab hai mahdi ka.</w:t>
      </w:r>
    </w:p>
    <w:p>
      <w:pPr>
        <w:jc w:val="right"/>
      </w:pPr>
      <w:r>
        <w:t>اتنا ہی مطلب ہے مہدی کا۔</w:t>
      </w:r>
    </w:p>
    <w:p>
      <w:r>
        <w:rPr>
          <w:b/>
        </w:rPr>
        <w:t xml:space="preserve">[47:07] </w:t>
      </w:r>
      <w:r>
        <w:t>aur mahdi ka yeh tasawwur bilkul batil hai, baseless hai ke koi fauji general hoga aur saari dunya</w:t>
      </w:r>
    </w:p>
    <w:p>
      <w:pPr>
        <w:jc w:val="right"/>
      </w:pPr>
      <w:r>
        <w:t>اور مہدی کا یہ تصور بالکل باطل ہے، بیسلیس ہے کہ کوئی فوجی جنرل ہوگا اور ساری دنیا</w:t>
      </w:r>
    </w:p>
    <w:p>
      <w:r>
        <w:rPr>
          <w:b/>
        </w:rPr>
        <w:t xml:space="preserve">[47:15] </w:t>
      </w:r>
      <w:r>
        <w:t>mein hukumat qaim karega.</w:t>
      </w:r>
    </w:p>
    <w:p>
      <w:pPr>
        <w:jc w:val="right"/>
      </w:pPr>
      <w:r>
        <w:t>میں حکومت قائم کرے گا۔</w:t>
      </w:r>
    </w:p>
    <w:p>
      <w:r>
        <w:rPr>
          <w:b/>
        </w:rPr>
        <w:t xml:space="preserve">[47:17] </w:t>
      </w:r>
      <w:r>
        <w:t>maulana, un ka aik aur sawal hai.</w:t>
      </w:r>
    </w:p>
    <w:p>
      <w:pPr>
        <w:jc w:val="right"/>
      </w:pPr>
      <w:r>
        <w:t>مولانا، ان کا ایک اور سوال ہے۔</w:t>
      </w:r>
    </w:p>
    <w:p>
      <w:r>
        <w:rPr>
          <w:b/>
        </w:rPr>
        <w:t xml:space="preserve">[47:20] </w:t>
      </w:r>
      <w:r>
        <w:t>unhon ne likha hai: "i meet some people who are doing dawah.</w:t>
      </w:r>
    </w:p>
    <w:p>
      <w:pPr>
        <w:jc w:val="right"/>
      </w:pPr>
      <w:r>
        <w:t>انہوں نے لکھا ہے: "آئی میٹ سم پیپل ہو آر ڈوئنگ دعویٰ۔</w:t>
      </w:r>
    </w:p>
    <w:p>
      <w:r>
        <w:rPr>
          <w:b/>
        </w:rPr>
        <w:t xml:space="preserve">[47:25] </w:t>
      </w:r>
      <w:r>
        <w:t>in the course of conversation, they explained that they were doing dawah so that the majority accepts Islam.</w:t>
      </w:r>
    </w:p>
    <w:p>
      <w:pPr>
        <w:jc w:val="right"/>
      </w:pPr>
      <w:r>
        <w:t>ان دی کورس اف کانورسیشن، دے ایکسپلینڈ دیٹ دے وار ڈوئنگ دعویٰ سو دیٹ دا میجورٹی ایکسیپٹس اسلام۔</w:t>
      </w:r>
    </w:p>
    <w:p>
      <w:r>
        <w:rPr>
          <w:b/>
        </w:rPr>
        <w:t xml:space="preserve">[47:33] </w:t>
      </w:r>
      <w:r>
        <w:t>and then when their world leader Mahdi comes, he is able to establish his rule in the whole</w:t>
      </w:r>
    </w:p>
    <w:p>
      <w:pPr>
        <w:jc w:val="right"/>
      </w:pPr>
      <w:r>
        <w:t>اینڈ دین وین دیر ورلڈ لیڈر مہدی کمز، ہی از ایبل ٹو اسٹیبلش ہز رول ان دا ہول</w:t>
      </w:r>
    </w:p>
    <w:p>
      <w:r>
        <w:rPr>
          <w:b/>
        </w:rPr>
        <w:t xml:space="preserve">[47:40] </w:t>
      </w:r>
      <w:r>
        <w:t>world with the help of these Muslims." yeh sab self-created false food mein jeena hai.</w:t>
      </w:r>
    </w:p>
    <w:p>
      <w:pPr>
        <w:jc w:val="right"/>
      </w:pPr>
      <w:r>
        <w:t>ورلڈ ود دی ہیلپ اف دیز مسلمز۔" یہ سب سیلف کریٹڈ فالس فوڈ میں جینا ہے۔</w:t>
      </w:r>
    </w:p>
    <w:p>
      <w:r>
        <w:rPr>
          <w:b/>
        </w:rPr>
        <w:t xml:space="preserve">[47:47] </w:t>
      </w:r>
      <w:r>
        <w:t>self-created false food.</w:t>
      </w:r>
    </w:p>
    <w:p>
      <w:pPr>
        <w:jc w:val="right"/>
      </w:pPr>
      <w:r>
        <w:t>سیلف کریٹڈ فالس فوڈ۔</w:t>
      </w:r>
    </w:p>
    <w:p>
      <w:r>
        <w:rPr>
          <w:b/>
        </w:rPr>
        <w:t xml:space="preserve">[47:49] </w:t>
      </w:r>
      <w:r>
        <w:t>sawal yeh hai ke kahan Quran o Hadees mein yeh baatein hain? yeh jo baatein Musalman bol rahe</w:t>
      </w:r>
    </w:p>
    <w:p>
      <w:pPr>
        <w:jc w:val="right"/>
      </w:pPr>
      <w:r>
        <w:t>سوال یہ ہے کہ کہاں قرآن و حدیث میں یہ باتیں ہیں؟ یہ جو باتیں مسلمان بول رہے</w:t>
      </w:r>
    </w:p>
    <w:p>
      <w:r>
        <w:rPr>
          <w:b/>
        </w:rPr>
        <w:t xml:space="preserve">[47:57] </w:t>
      </w:r>
      <w:r>
        <w:t>hain, Quran o Hadees mein kahan hain? yeh to kahin bhi nahin hain.</w:t>
      </w:r>
    </w:p>
    <w:p>
      <w:pPr>
        <w:jc w:val="right"/>
      </w:pPr>
      <w:r>
        <w:t>ہیں، قرآن و حدیث میں کہاں ہیں؟ یہ تو کہیں بھی نہیں ہیں۔</w:t>
      </w:r>
    </w:p>
    <w:p>
      <w:r>
        <w:rPr>
          <w:b/>
        </w:rPr>
        <w:t xml:space="preserve">[48:02] </w:t>
      </w:r>
      <w:r>
        <w:t>Quran o Hadees mein jo concept hai, Quran mein to nahin, Hadees mein woh bilkul yeh concept nahin</w:t>
      </w:r>
    </w:p>
    <w:p>
      <w:pPr>
        <w:jc w:val="right"/>
      </w:pPr>
      <w:r>
        <w:t>قرآن و حدیث میں جو کانسیپٹ ہے، قرآن میں تو نہیں، حدیث میں وہ بالکل یہ کانسیپٹ نہیں</w:t>
      </w:r>
    </w:p>
    <w:p>
      <w:r>
        <w:rPr>
          <w:b/>
        </w:rPr>
        <w:t xml:space="preserve">[48:10]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[48:11] </w:t>
      </w:r>
      <w:r>
        <w:t>yani fauji ya siyasi naqsh har giz nahin hai.</w:t>
      </w:r>
    </w:p>
    <w:p>
      <w:pPr>
        <w:jc w:val="right"/>
      </w:pPr>
      <w:r>
        <w:t>یعنی فوجی یا سیاسی نقش ہرگز نہیں ہے۔</w:t>
      </w:r>
    </w:p>
    <w:p>
      <w:r>
        <w:rPr>
          <w:b/>
        </w:rPr>
        <w:t xml:space="preserve">[48:15] </w:t>
      </w:r>
      <w:r>
        <w:t>bas yahi hai ke hidayat ko, woh hidayat ko, yani sachai ko daryaft karega aur logon ko</w:t>
      </w:r>
    </w:p>
    <w:p>
      <w:pPr>
        <w:jc w:val="right"/>
      </w:pPr>
      <w:r>
        <w:t>بس یہی ہے کہ ہدایت کو، وہ ہدایت کو، یعنی سچائی کو دریافت کرے گا اور لوگوں کو</w:t>
      </w:r>
    </w:p>
    <w:p>
      <w:r>
        <w:rPr>
          <w:b/>
        </w:rPr>
        <w:t xml:space="preserve">[48:23] </w:t>
      </w:r>
      <w:r>
        <w:t>batayega.</w:t>
      </w:r>
    </w:p>
    <w:p>
      <w:pPr>
        <w:jc w:val="right"/>
      </w:pPr>
      <w:r>
        <w:t>بتائے گا۔</w:t>
      </w:r>
    </w:p>
    <w:p>
      <w:r>
        <w:rPr>
          <w:b/>
        </w:rPr>
        <w:t xml:space="preserve">[48:24] </w:t>
      </w:r>
      <w:r>
        <w:t>itna hi.</w:t>
      </w:r>
    </w:p>
    <w:p>
      <w:pPr>
        <w:jc w:val="right"/>
      </w:pPr>
      <w:r>
        <w:t>اتنا ہی۔</w:t>
      </w:r>
    </w:p>
    <w:p>
      <w:r>
        <w:rPr>
          <w:b/>
        </w:rPr>
        <w:t xml:space="preserve">[48:26] </w:t>
      </w:r>
      <w:r>
        <w:t>koi koi bata nahin sakta aisi koi Hadees ya ayat jahan aisa Mahdi aayega jo sari dunya</w:t>
      </w:r>
    </w:p>
    <w:p>
      <w:pPr>
        <w:jc w:val="right"/>
      </w:pPr>
      <w:r>
        <w:t>کوئی کوئی بتا نہیں سکتا ایسی کوئی حدیث یا آیت جہاں ایسا مہدی آئے گا جو ساری دنیا</w:t>
      </w:r>
    </w:p>
    <w:p>
      <w:r>
        <w:rPr>
          <w:b/>
        </w:rPr>
        <w:t xml:space="preserve">[48:33] </w:t>
      </w:r>
      <w:r>
        <w:t>ka fateh kar dalega.</w:t>
      </w:r>
    </w:p>
    <w:p>
      <w:pPr>
        <w:jc w:val="right"/>
      </w:pPr>
      <w:r>
        <w:t>کا فتح کر ڈالے گا۔</w:t>
      </w:r>
    </w:p>
    <w:p>
      <w:r>
        <w:rPr>
          <w:b/>
        </w:rPr>
        <w:t xml:space="preserve">[48:35] </w:t>
      </w:r>
      <w:r>
        <w:t>yeh bilkul baseless baat hai.</w:t>
      </w:r>
    </w:p>
    <w:p>
      <w:pPr>
        <w:jc w:val="right"/>
      </w:pPr>
      <w:r>
        <w:t>یہ بالکل بیسلیس بات ہے۔</w:t>
      </w:r>
    </w:p>
    <w:p>
      <w:r>
        <w:rPr>
          <w:b/>
        </w:rPr>
        <w:t xml:space="preserve">[48:38] </w:t>
      </w:r>
      <w:r>
        <w:t>maulana, agla sawal Fawad Malik sahib ne kiya hai Nagpur se aur unhon ne likha hai: "Maulana sahib,</w:t>
      </w:r>
    </w:p>
    <w:p>
      <w:pPr>
        <w:jc w:val="right"/>
      </w:pPr>
      <w:r>
        <w:t>مولانا، اگلا سوال فواد ملک صاحب نے کیا ہے ناکپور سے اور انہوں نے لکھا ہے: "مولانا صاحب،</w:t>
      </w:r>
    </w:p>
    <w:p>
      <w:r>
        <w:rPr>
          <w:b/>
        </w:rPr>
        <w:t xml:space="preserve">[48:45] </w:t>
      </w:r>
      <w:r>
        <w:t>The Muslims who have degenerated believe that they are in the right path.</w:t>
      </w:r>
    </w:p>
    <w:p>
      <w:pPr>
        <w:jc w:val="right"/>
      </w:pPr>
      <w:r>
        <w:t>دا مسلمز ہو ہیو ڈی جنریٹڈ بیلیوز دیٹ دے آر ان دا رائٹ پاتھ۔</w:t>
      </w:r>
    </w:p>
    <w:p>
      <w:r>
        <w:rPr>
          <w:b/>
        </w:rPr>
        <w:t xml:space="preserve">[48:51] </w:t>
      </w:r>
      <w:r>
        <w:t>My question is whether you think there is any hope of these people or sects coming into the</w:t>
      </w:r>
    </w:p>
    <w:p>
      <w:pPr>
        <w:jc w:val="right"/>
      </w:pPr>
      <w:r>
        <w:t>مائی کوئسچن از ویدر یو تھنک دیر از اینی ہوپ اف دیز پیپل اور سیکٹس کمنگ انٹو دا</w:t>
      </w:r>
    </w:p>
    <w:p>
      <w:r>
        <w:rPr>
          <w:b/>
        </w:rPr>
        <w:t xml:space="preserve">[48:59] </w:t>
      </w:r>
      <w:r>
        <w:t>right path? what would you say to this?" dekhiye, main aap se arz karunga ke Surah Al-Hadid</w:t>
      </w:r>
    </w:p>
    <w:p>
      <w:pPr>
        <w:jc w:val="right"/>
      </w:pPr>
      <w:r>
        <w:t>رائٹ پاتھ؟ واٹ وڈ یو سے ٹو دس؟" دیکھیے، میں آپ سے عرض کروں گا کہ سورہ الحدید</w:t>
      </w:r>
    </w:p>
    <w:p>
      <w:r>
        <w:rPr>
          <w:b/>
        </w:rPr>
        <w:t xml:space="preserve">[49:07] </w:t>
      </w:r>
      <w:r>
        <w:t>jo Quran ki hai, uski ayat number 16 aur 17 padhiye.</w:t>
      </w:r>
    </w:p>
    <w:p>
      <w:pPr>
        <w:jc w:val="right"/>
      </w:pPr>
      <w:r>
        <w:t>جو قرآن کی ہے، اس کی آیت نمبر 16 اور 17 پڑھیے۔</w:t>
      </w:r>
    </w:p>
    <w:p>
      <w:r>
        <w:rPr>
          <w:b/>
        </w:rPr>
        <w:t xml:space="preserve">[49:12] </w:t>
      </w:r>
      <w:r>
        <w:t>is mein kaha gaya hai ke lambi muddat guzarne ke baad qasawat aati hai, yani zawal aata hai.</w:t>
      </w:r>
    </w:p>
    <w:p>
      <w:pPr>
        <w:jc w:val="right"/>
      </w:pPr>
      <w:r>
        <w:t>اس میں کہا گیا ہے کہ لمبی مدت گزرنے کے بعد قصاوت آتی ہے، یعنی زوال آتا ہے۔</w:t>
      </w:r>
    </w:p>
    <w:p>
      <w:r>
        <w:rPr>
          <w:b/>
        </w:rPr>
        <w:t xml:space="preserve">[49:20] </w:t>
      </w:r>
      <w:r>
        <w:t>lambi muddat guzarne ke baad log qasawat mein mubtala ho jate hain.</w:t>
      </w:r>
    </w:p>
    <w:p>
      <w:pPr>
        <w:jc w:val="right"/>
      </w:pPr>
      <w:r>
        <w:t>لمبی مدت گزرنے کے بعد لوگ قصاوت میں مبتلا ہو جاتے ہیں۔</w:t>
      </w:r>
    </w:p>
    <w:p>
      <w:r>
        <w:rPr>
          <w:b/>
        </w:rPr>
        <w:t xml:space="preserve">[49:25] </w:t>
      </w:r>
      <w:r>
        <w:t>isi ko zawal kaha jata hai, yani degeneration.</w:t>
      </w:r>
    </w:p>
    <w:p>
      <w:pPr>
        <w:jc w:val="right"/>
      </w:pPr>
      <w:r>
        <w:t>اسی کو زوال کہا جاتا ہے، یعنی ڈی جنریشن۔</w:t>
      </w:r>
    </w:p>
    <w:p>
      <w:r>
        <w:rPr>
          <w:b/>
        </w:rPr>
        <w:t xml:space="preserve">[49:29] </w:t>
      </w:r>
      <w:r>
        <w:t>lekin phir misaal di gayi hai ke lekin iska matlab nahin ke doosra daur na aa sake.</w:t>
      </w:r>
    </w:p>
    <w:p>
      <w:pPr>
        <w:jc w:val="right"/>
      </w:pPr>
      <w:r>
        <w:t>لیکن پھر مثال دی گئی ہے کہ لیکن اس کا مطلب نہیں کہ دوسرا دور نہ آ سکے۔</w:t>
      </w:r>
    </w:p>
    <w:p>
      <w:r>
        <w:rPr>
          <w:b/>
        </w:rPr>
        <w:t xml:space="preserve">[49:36] </w:t>
      </w:r>
      <w:r>
        <w:t>to misaal di gayi ke dekho, barish ko dekho ke zameen murda ho jati hai, yani sookhi ho</w:t>
      </w:r>
    </w:p>
    <w:p>
      <w:pPr>
        <w:jc w:val="right"/>
      </w:pPr>
      <w:r>
        <w:t>تو مثال دی گئی کہ دیکھو، بارش کو دیکھو کہ زمین مردہ ہو جاتی ہے، یعنی سوکھی ہو</w:t>
      </w:r>
    </w:p>
    <w:p>
      <w:r>
        <w:rPr>
          <w:b/>
        </w:rPr>
        <w:t xml:space="preserve">[49:44] </w:t>
      </w:r>
      <w:r>
        <w:t>jati hai.</w:t>
      </w:r>
    </w:p>
    <w:p>
      <w:pPr>
        <w:jc w:val="right"/>
      </w:pPr>
      <w:r>
        <w:t>جاتی ہے۔</w:t>
      </w:r>
    </w:p>
    <w:p>
      <w:r>
        <w:rPr>
          <w:b/>
        </w:rPr>
        <w:t xml:space="preserve">[49:45] </w:t>
      </w:r>
      <w:r>
        <w:t>phir barish hoti hai to wahan sabza lala uthta hai.</w:t>
      </w:r>
    </w:p>
    <w:p>
      <w:pPr>
        <w:jc w:val="right"/>
      </w:pPr>
      <w:r>
        <w:t>پھر بارش ہوتی ہے تو وہاں سبزہ لالہ اٹھتا ہے۔</w:t>
      </w:r>
    </w:p>
    <w:p>
      <w:r>
        <w:rPr>
          <w:b/>
        </w:rPr>
        <w:t xml:space="preserve">[49:50] </w:t>
      </w:r>
      <w:r>
        <w:t>to wo material misaal se insani ehya ka naam pe bataya gaya ke jis tarah se material world</w:t>
      </w:r>
    </w:p>
    <w:p>
      <w:pPr>
        <w:jc w:val="right"/>
      </w:pPr>
      <w:r>
        <w:t>تو وہ مٹیریل مثال سے انسانی احیاء کا نام پہ بتایا گیا کہ جس طرح سے مٹیریل ورلڈ</w:t>
      </w:r>
    </w:p>
    <w:p>
      <w:r>
        <w:rPr>
          <w:b/>
        </w:rPr>
        <w:t xml:space="preserve">[49:57] </w:t>
      </w:r>
      <w:r>
        <w:t>mein sokhi zameen mein barish hoti hai aur phir se sabza ug aata hai, aise hi insanon ke</w:t>
      </w:r>
    </w:p>
    <w:p>
      <w:pPr>
        <w:jc w:val="right"/>
      </w:pPr>
      <w:r>
        <w:t>میں سوکھی زمین میں بارش ہوتی ہے اور پھر سے سبزہ اگ آتا ہے، ایسے ہی انسانوں کے</w:t>
      </w:r>
    </w:p>
    <w:p>
      <w:r>
        <w:rPr>
          <w:b/>
        </w:rPr>
        <w:t xml:space="preserve">[50:05] </w:t>
      </w:r>
      <w:r>
        <w:t>liye mumkin hai ke un ko sahi rokh par, sahi rokh par kaam kiya jaye.</w:t>
      </w:r>
    </w:p>
    <w:p>
      <w:pPr>
        <w:jc w:val="right"/>
      </w:pPr>
      <w:r>
        <w:t>لیے ممکن ہے کہ ان کو صحیح رخ پر، صحیح رخ پر کام کیا جائے۔</w:t>
      </w:r>
    </w:p>
    <w:p>
      <w:r>
        <w:rPr>
          <w:b/>
        </w:rPr>
        <w:t xml:space="preserve">[50:12] </w:t>
      </w:r>
      <w:r>
        <w:t>sahi rokh par to wo dobara zinda ho sakti hai.</w:t>
      </w:r>
    </w:p>
    <w:p>
      <w:pPr>
        <w:jc w:val="right"/>
      </w:pPr>
      <w:r>
        <w:t>صحیح رخ پر تو وہ دوبارہ زندہ ہو سکتی ہے۔</w:t>
      </w:r>
    </w:p>
    <w:p>
      <w:r>
        <w:rPr>
          <w:b/>
        </w:rPr>
        <w:t xml:space="preserve">[50:16] </w:t>
      </w:r>
      <w:r>
        <w:t>is ki aik secular misaal yeh hai ke cheen aik bohat hi purani tehzeeb mani jati hai.</w:t>
      </w:r>
    </w:p>
    <w:p>
      <w:pPr>
        <w:jc w:val="right"/>
      </w:pPr>
      <w:r>
        <w:t>اس کی ایک سیکولر مثال یہ ہے کہ چین ایک بہت ہی پرانی تہذیب مانی جاتی ہے۔</w:t>
      </w:r>
    </w:p>
    <w:p>
      <w:r>
        <w:rPr>
          <w:b/>
        </w:rPr>
        <w:t xml:space="preserve">[50:23] </w:t>
      </w:r>
      <w:r>
        <w:t>cheen ko aik purani tehzeeb mani jati hai.</w:t>
      </w:r>
    </w:p>
    <w:p>
      <w:pPr>
        <w:jc w:val="right"/>
      </w:pPr>
      <w:r>
        <w:t>چین کو ایک پرانی تہذیب مانی جاتی ہے۔</w:t>
      </w:r>
    </w:p>
    <w:p>
      <w:r>
        <w:rPr>
          <w:b/>
        </w:rPr>
        <w:t xml:space="preserve">[50:27] </w:t>
      </w:r>
      <w:r>
        <w:t>phir cheen mein wo tehzeeb khatam ho gayi thi.</w:t>
      </w:r>
    </w:p>
    <w:p>
      <w:pPr>
        <w:jc w:val="right"/>
      </w:pPr>
      <w:r>
        <w:t>پھر چین میں وہ تہذیب ختم ہو گئی تھی۔</w:t>
      </w:r>
    </w:p>
    <w:p>
      <w:r>
        <w:rPr>
          <w:b/>
        </w:rPr>
        <w:t xml:space="preserve">[50:30] </w:t>
      </w:r>
      <w:r>
        <w:t>ab maujooda zamane mein phir zinda ho gayi wo tehzeeb.</w:t>
      </w:r>
    </w:p>
    <w:p>
      <w:pPr>
        <w:jc w:val="right"/>
      </w:pPr>
      <w:r>
        <w:t>اب موجودہ زمانے میں پھر زندہ ہو گئی وہ تہذیب۔</w:t>
      </w:r>
    </w:p>
    <w:p>
      <w:r>
        <w:rPr>
          <w:b/>
        </w:rPr>
        <w:t xml:space="preserve">[50:35] </w:t>
      </w:r>
      <w:r>
        <w:t>yeh misaal jo aati hai, pehle zamane mein kuch log yeh samajhte thay ke dead civilization ko phir</w:t>
      </w:r>
    </w:p>
    <w:p>
      <w:pPr>
        <w:jc w:val="right"/>
      </w:pPr>
      <w:r>
        <w:t>یہ مثال جو آتی ہے، پہلے زمانے میں کچھ لوگ یہ سمجھتے تھے کہ ڈیڈ سویلائزیشن کو پھر</w:t>
      </w:r>
    </w:p>
    <w:p>
      <w:r>
        <w:rPr>
          <w:b/>
        </w:rPr>
        <w:t xml:space="preserve">[50:42] </w:t>
      </w:r>
      <w:r>
        <w:t>se zinda nahi kiya ja sakta kyunke china is ki misaal hai ke dead civilization phir zinda ho</w:t>
      </w:r>
    </w:p>
    <w:p>
      <w:pPr>
        <w:jc w:val="right"/>
      </w:pPr>
      <w:r>
        <w:t>سے زندہ نہیں کیا جا سکتا کیونکہ چائنہ اس کی مثال ہے کہ ڈیڈ سویلائزیشن پھر زندہ ہو</w:t>
      </w:r>
    </w:p>
    <w:p>
      <w:r>
        <w:rPr>
          <w:b/>
        </w:rPr>
        <w:t xml:space="preserve">[50:50] </w:t>
      </w:r>
      <w:r>
        <w:t>sakti hai.</w:t>
      </w:r>
    </w:p>
    <w:p>
      <w:pPr>
        <w:jc w:val="right"/>
      </w:pPr>
      <w:r>
        <w:t>سکتی ہے۔</w:t>
      </w:r>
    </w:p>
    <w:p>
      <w:r>
        <w:rPr>
          <w:b/>
        </w:rPr>
        <w:t xml:space="preserve">[50:52] </w:t>
      </w:r>
      <w:r>
        <w:t>is tarah se ummat e muslema ka mamla hai.</w:t>
      </w:r>
    </w:p>
    <w:p>
      <w:pPr>
        <w:jc w:val="right"/>
      </w:pPr>
      <w:r>
        <w:t>اس طرح سے امت مسلمہ کا معاملہ ہے۔</w:t>
      </w:r>
    </w:p>
    <w:p>
      <w:r>
        <w:rPr>
          <w:b/>
        </w:rPr>
        <w:t xml:space="preserve">[50:55] </w:t>
      </w:r>
      <w:r>
        <w:t>muslema agarche degeneration ka shikar ho chuki hai, lekin yeh law of nature hai ke agar aap</w:t>
      </w:r>
    </w:p>
    <w:p>
      <w:pPr>
        <w:jc w:val="right"/>
      </w:pPr>
      <w:r>
        <w:t>مسلمہ اگرچہ ڈی جنریشن کا شکار ہو چکی ہے، لیکن یہ لاء آف نیچر ہے کہ اگر آپ</w:t>
      </w:r>
    </w:p>
    <w:p>
      <w:r>
        <w:rPr>
          <w:b/>
        </w:rPr>
        <w:t xml:space="preserve">[51:03] </w:t>
      </w:r>
      <w:r>
        <w:t>sahi tareeqe se kaam karein to is mein dobara aap is ko zinda kar sakte hain.</w:t>
      </w:r>
    </w:p>
    <w:p>
      <w:pPr>
        <w:jc w:val="right"/>
      </w:pPr>
      <w:r>
        <w:t>صحیح طریقے سے کام کریں تو اس میں دوبارہ آپ اس کو زندہ کر سکتے ہیں۔</w:t>
      </w:r>
    </w:p>
    <w:p>
      <w:r>
        <w:rPr>
          <w:b/>
        </w:rPr>
        <w:t xml:space="preserve">[51:10] </w:t>
      </w:r>
      <w:r>
        <w:t>ji, Maulana, agla sawal Delhi se kiya hai Miss Toti Malhotra ne.</w:t>
      </w:r>
    </w:p>
    <w:p>
      <w:pPr>
        <w:jc w:val="right"/>
      </w:pPr>
      <w:r>
        <w:t>جی، مولانا، اگلا سوال دلی سے کیا ہے مس طوطی ملحوترا نے۔</w:t>
      </w:r>
    </w:p>
    <w:p>
      <w:r>
        <w:rPr>
          <w:b/>
        </w:rPr>
        <w:t xml:space="preserve">[51:15] </w:t>
      </w:r>
      <w:r>
        <w:t>unhon ne likha hai: "Maulana, like you said that blessings of God will come in those who find</w:t>
      </w:r>
    </w:p>
    <w:p>
      <w:pPr>
        <w:jc w:val="right"/>
      </w:pPr>
      <w:r>
        <w:t>انہوں نے لکھا ہے: "مولانا، لائک یو سیڈ دیٹ بلیسنگز آف گاڈ ویل کم ان دوز ہو فائنڈ</w:t>
      </w:r>
    </w:p>
    <w:p>
      <w:r>
        <w:rPr>
          <w:b/>
        </w:rPr>
        <w:t xml:space="preserve">[51:23] </w:t>
      </w:r>
      <w:r>
        <w:t>the hidden treasure in nature.</w:t>
      </w:r>
    </w:p>
    <w:p>
      <w:pPr>
        <w:jc w:val="right"/>
      </w:pPr>
      <w:r>
        <w:t>دی ہڈن ٹریژر ان نیچر۔</w:t>
      </w:r>
    </w:p>
    <w:p>
      <w:r>
        <w:rPr>
          <w:b/>
        </w:rPr>
        <w:t xml:space="preserve">[51:25] </w:t>
      </w:r>
      <w:r>
        <w:t>Is this the reason why Muslims are in blind alley today? Because they have not unfolded the</w:t>
      </w:r>
    </w:p>
    <w:p>
      <w:pPr>
        <w:jc w:val="right"/>
      </w:pPr>
      <w:r>
        <w:t>از دس دا ریزن وائی مسلمز آر ان بلائنڈ علی ٹوڈے؟ بیکاز دے ہیو ناٹ ان فولڈڈ دا</w:t>
      </w:r>
    </w:p>
    <w:p>
      <w:r>
        <w:rPr>
          <w:b/>
        </w:rPr>
        <w:t xml:space="preserve">[51:32] </w:t>
      </w:r>
      <w:r>
        <w:t>nature and appreciated the available opportunities." bilkul sahi baat hai, ji, bilkul sahi baat hai.</w:t>
      </w:r>
    </w:p>
    <w:p>
      <w:pPr>
        <w:jc w:val="right"/>
      </w:pPr>
      <w:r>
        <w:t>نیچر اینڈ ایپریشیٹڈ دی اویلیبل اپرچونیٹیز۔" بالکل صحیح بات ہے، جی، بالکل صحیح بات ہے۔</w:t>
      </w:r>
    </w:p>
    <w:p>
      <w:r>
        <w:rPr>
          <w:b/>
        </w:rPr>
        <w:t xml:space="preserve">[51:39] </w:t>
      </w:r>
      <w:r>
        <w:t>yani Allah taala ne jo khazana rakh diya tha nature mein, us ko musalman daryaft nahi kar sake.</w:t>
      </w:r>
    </w:p>
    <w:p>
      <w:pPr>
        <w:jc w:val="right"/>
      </w:pPr>
      <w:r>
        <w:t>یعنی اللہ تعالی نے جو خزانہ رکھ دیا تھا نیچر میں، اس کو مسلمان دریافت نہیں کر سکے۔</w:t>
      </w:r>
    </w:p>
    <w:p>
      <w:r>
        <w:rPr>
          <w:b/>
        </w:rPr>
        <w:t xml:space="preserve">[51:47] </w:t>
      </w:r>
      <w:r>
        <w:t>kuch cheezein unhon ne ki thi Spain mein, lekin us ko yeh darja nahi de sakte hum ke</w:t>
      </w:r>
    </w:p>
    <w:p>
      <w:pPr>
        <w:jc w:val="right"/>
      </w:pPr>
      <w:r>
        <w:t>کچھ چیزیں انہوں نے کی تھیں اسپین میں، لیکن اس کو یہ درجہ نہیں دے سکتے ہم کہ</w:t>
      </w:r>
    </w:p>
    <w:p>
      <w:r>
        <w:rPr>
          <w:b/>
        </w:rPr>
        <w:t xml:space="preserve">[51:54] </w:t>
      </w:r>
      <w:r>
        <w:t>wo fitrat ke khazane ko daryaft karna.</w:t>
      </w:r>
    </w:p>
    <w:p>
      <w:pPr>
        <w:jc w:val="right"/>
      </w:pPr>
      <w:r>
        <w:t>وہ فطرت کے خزانے کو دریافت کرنا۔</w:t>
      </w:r>
    </w:p>
    <w:p>
      <w:r>
        <w:rPr>
          <w:b/>
        </w:rPr>
        <w:t xml:space="preserve">[51:57] </w:t>
      </w:r>
      <w:r>
        <w:t>acha, wo kya? maghrib walon ne to un ko jealousy aa gayi.</w:t>
      </w:r>
    </w:p>
    <w:p>
      <w:pPr>
        <w:jc w:val="right"/>
      </w:pPr>
      <w:r>
        <w:t>اچھا، وہ کیا؟ مغرب والوں نے تو ان کو جیلسی آ گئی۔</w:t>
      </w:r>
    </w:p>
    <w:p>
      <w:r>
        <w:rPr>
          <w:b/>
        </w:rPr>
        <w:t xml:space="preserve">[52:02] </w:t>
      </w:r>
      <w:r>
        <w:t>out of jealousy is ke khilaf ho gaye.</w:t>
      </w:r>
    </w:p>
    <w:p>
      <w:pPr>
        <w:jc w:val="right"/>
      </w:pPr>
      <w:r>
        <w:t>آؤٹ آف جیلسی اس کے خلاف ہو گئے۔</w:t>
      </w:r>
    </w:p>
    <w:p>
      <w:r>
        <w:rPr>
          <w:b/>
        </w:rPr>
        <w:t xml:space="preserve">[52:06] </w:t>
      </w:r>
      <w:r>
        <w:t>woh yeh bilkul bilkul sahi baat manta hoon.</w:t>
      </w:r>
    </w:p>
    <w:p>
      <w:pPr>
        <w:jc w:val="right"/>
      </w:pPr>
      <w:r>
        <w:t>وہ یہ بالکل بالکل صحیح بات مانتا ہوں۔</w:t>
      </w:r>
    </w:p>
    <w:p>
      <w:r>
        <w:rPr>
          <w:b/>
        </w:rPr>
        <w:t xml:space="preserve">[52:09] </w:t>
      </w:r>
      <w:r>
        <w:t>is ko mein, Maulana, agla sawal lene se pehle aik comment parhna chahenge jo Ajmer se bheja</w:t>
      </w:r>
    </w:p>
    <w:p>
      <w:pPr>
        <w:jc w:val="right"/>
      </w:pPr>
      <w:r>
        <w:t>اس کو میں، مولانا، اگلا سوال لینے سے پہلے ایک کمنٹ پڑھنا چاہیں گے جو اجمیر سے بھیجا</w:t>
      </w:r>
    </w:p>
    <w:p>
      <w:r>
        <w:rPr>
          <w:b/>
        </w:rPr>
        <w:t xml:space="preserve">[52:17] </w:t>
      </w:r>
      <w:r>
        <w:t>hai Dr. Safina Tabassum ne.</w:t>
      </w:r>
    </w:p>
    <w:p>
      <w:pPr>
        <w:jc w:val="right"/>
      </w:pPr>
      <w:r>
        <w:t>ہے ڈاکٹر صفینہ تبسم نے۔</w:t>
      </w:r>
    </w:p>
    <w:p>
      <w:r>
        <w:rPr>
          <w:b/>
        </w:rPr>
        <w:t xml:space="preserve">[52:19] </w:t>
      </w:r>
      <w:r>
        <w:t>unhon ne likha hai: "I am blessed to listen to this reasonable talk.</w:t>
      </w:r>
    </w:p>
    <w:p>
      <w:pPr>
        <w:jc w:val="right"/>
      </w:pPr>
      <w:r>
        <w:t>انہوں نے لکھا ہے: "آئی ایم بلیسڈ ٹو لسن ٹو دس ریزنیبل ٹاک۔</w:t>
      </w:r>
    </w:p>
    <w:p>
      <w:r>
        <w:rPr>
          <w:b/>
        </w:rPr>
        <w:t xml:space="preserve">[52:25] </w:t>
      </w:r>
      <w:r>
        <w:t>Jazak Allah.</w:t>
      </w:r>
    </w:p>
    <w:p>
      <w:pPr>
        <w:jc w:val="right"/>
      </w:pPr>
      <w:r>
        <w:t>جزاک اللہ۔</w:t>
      </w:r>
    </w:p>
    <w:p>
      <w:r>
        <w:rPr>
          <w:b/>
        </w:rPr>
        <w:t xml:space="preserve">[52:26] </w:t>
      </w:r>
      <w:r>
        <w:t>I sincerely wish that we are able to do this task." Maulana, agla sawal Maulana Farad Ahmed sahib</w:t>
      </w:r>
    </w:p>
    <w:p>
      <w:pPr>
        <w:jc w:val="right"/>
      </w:pPr>
      <w:r>
        <w:t>آئی سنسیرلی وش دیٹ وی آر ایبل ٹو ڈو دس ٹاسک۔" مولانا، اگلا سوال مولانا فراد احمد صاحب</w:t>
      </w:r>
    </w:p>
    <w:p>
      <w:r>
        <w:rPr>
          <w:b/>
        </w:rPr>
        <w:t xml:space="preserve">[52:34] </w:t>
      </w:r>
      <w:r>
        <w:t>ne poocha hai Delhi se aur unhon ne likha hai: "Just like there was Kemalism operation in Turkey,</w:t>
      </w:r>
    </w:p>
    <w:p>
      <w:pPr>
        <w:jc w:val="right"/>
      </w:pPr>
      <w:r>
        <w:t>نے پوچھا ہے دلی سے اور انہوں نے لکھا ہے: "جسٹ لائک دیر واز کمالزم آپریشن ان ٹرکی،</w:t>
      </w:r>
    </w:p>
    <w:p>
      <w:r>
        <w:rPr>
          <w:b/>
        </w:rPr>
        <w:t xml:space="preserve">[52:42] </w:t>
      </w:r>
      <w:r>
        <w:t>which changed the history of Turkey, so can we say looking at the present condition of Muslims that</w:t>
      </w:r>
    </w:p>
    <w:p>
      <w:pPr>
        <w:jc w:val="right"/>
      </w:pPr>
      <w:r>
        <w:t>وچ چینج دا ہسٹری آف ٹرکی، سو کین وی سے لوکنگ ایٹ دا پریزنٹ کنڈیشن آف مسلمز دیٹ</w:t>
      </w:r>
    </w:p>
    <w:p>
      <w:r>
        <w:rPr>
          <w:b/>
        </w:rPr>
        <w:t xml:space="preserve">[52:49] </w:t>
      </w:r>
      <w:r>
        <w:t>we also need a similar Kemalism operation? What is your opinion on this?" Dekhein, Kemalism jo tha, us</w:t>
      </w:r>
    </w:p>
    <w:p>
      <w:pPr>
        <w:jc w:val="right"/>
      </w:pPr>
      <w:r>
        <w:t>وی السو نیڈ ا سمیلر کمالزم آپریشن؟ واٹ از یور اوپینین ان دس؟" دیکھیں، کمالزم جو تھا، اس</w:t>
      </w:r>
    </w:p>
    <w:p>
      <w:r>
        <w:rPr>
          <w:b/>
        </w:rPr>
        <w:t xml:space="preserve">[52:57] </w:t>
      </w:r>
      <w:r>
        <w:t>ne zaroor aik bohat bara kaam kiya, lekin woh secular aitbar se tha.</w:t>
      </w:r>
    </w:p>
    <w:p>
      <w:pPr>
        <w:jc w:val="right"/>
      </w:pPr>
      <w:r>
        <w:t>نے ضرور ایک بہت بڑا کام کیا، لیکن وہ سیکولر اعتبار سے تھا۔</w:t>
      </w:r>
    </w:p>
    <w:p>
      <w:r>
        <w:rPr>
          <w:b/>
        </w:rPr>
        <w:t xml:space="preserve">[53:03] </w:t>
      </w:r>
      <w:r>
        <w:t>woh secular Kemalism tha.</w:t>
      </w:r>
    </w:p>
    <w:p>
      <w:pPr>
        <w:jc w:val="right"/>
      </w:pPr>
      <w:r>
        <w:t>وہ سیکولر کمالزم تھا۔</w:t>
      </w:r>
    </w:p>
    <w:p>
      <w:r>
        <w:rPr>
          <w:b/>
        </w:rPr>
        <w:t xml:space="preserve">[53:04] </w:t>
      </w:r>
      <w:r>
        <w:t>woh pattern hamare liye wohi ke wohi hum repeat nahi kar sakte kyunke hamara kaam kisi secular dour</w:t>
      </w:r>
    </w:p>
    <w:p>
      <w:pPr>
        <w:jc w:val="right"/>
      </w:pPr>
      <w:r>
        <w:t>وہ پیٹرن ہمارے لیے وہی کہ وہی ہم ریپیٹ نہیں کر سکتے کیونکہ ہمارا کام کسی سیکولر دور</w:t>
      </w:r>
    </w:p>
    <w:p>
      <w:r>
        <w:rPr>
          <w:b/>
        </w:rPr>
        <w:t xml:space="preserve">[53:12] </w:t>
      </w:r>
      <w:r>
        <w:t>ko wapas lana nahi hai, balke kisi spiritual dour ko wapas lana hai.</w:t>
      </w:r>
    </w:p>
    <w:p>
      <w:pPr>
        <w:jc w:val="right"/>
      </w:pPr>
      <w:r>
        <w:t>کو واپس لانا نہیں ہے، بلکہ کسی سپریچول دور کو واپس لانا ہے۔</w:t>
      </w:r>
    </w:p>
    <w:p>
      <w:r>
        <w:rPr>
          <w:b/>
        </w:rPr>
        <w:t xml:space="preserve">[53:18] </w:t>
      </w:r>
      <w:r>
        <w:t>Dawat ka dour wapas lana hai.</w:t>
      </w:r>
    </w:p>
    <w:p>
      <w:pPr>
        <w:jc w:val="right"/>
      </w:pPr>
      <w:r>
        <w:t>دعوت کا دور واپس لانا ہے۔</w:t>
      </w:r>
    </w:p>
    <w:p>
      <w:r>
        <w:rPr>
          <w:b/>
        </w:rPr>
        <w:t xml:space="preserve">[53:20] </w:t>
      </w:r>
      <w:r>
        <w:t>to Kemalism jo hai, jis mein mein ne Cheen ki misaal di, is baat ki misaal to zaroor</w:t>
      </w:r>
    </w:p>
    <w:p>
      <w:pPr>
        <w:jc w:val="right"/>
      </w:pPr>
      <w:r>
        <w:t>تو کمالزم جو ہے، جس میں میں نے چین کی مثال دی، اس بات کی مثال تو ضرور</w:t>
      </w:r>
    </w:p>
    <w:p>
      <w:r>
        <w:rPr>
          <w:b/>
        </w:rPr>
        <w:t xml:space="preserve">[53:28] </w:t>
      </w:r>
      <w:r>
        <w:t>hai ke aik qaum mein zindagi aa sakti hai, lekin hum jo zindagi chahte hain, woh zindagi isi</w:t>
      </w:r>
    </w:p>
    <w:p>
      <w:pPr>
        <w:jc w:val="right"/>
      </w:pPr>
      <w:r>
        <w:t>ہے کہ ایک قوم میں زندگی آ سکتی ہے، لیکن ہم جو زندگی چاہتے ہیں، وہ زندگی اسی</w:t>
      </w:r>
    </w:p>
    <w:p>
      <w:r>
        <w:rPr>
          <w:b/>
        </w:rPr>
        <w:t xml:space="preserve">[53:36] </w:t>
      </w:r>
      <w:r>
        <w:t>pattern ke douran se nahi aayegi, balke hum ko replanning karni paregi apne lehaz se.</w:t>
      </w:r>
    </w:p>
    <w:p>
      <w:pPr>
        <w:jc w:val="right"/>
      </w:pPr>
      <w:r>
        <w:t>پیٹرن کے دوران سے نہیں آئے گی، بلکہ ہم کو ری پلاننگ کرنی پڑے گی اپنے لحاظ سے۔</w:t>
      </w:r>
    </w:p>
    <w:p>
      <w:r>
        <w:rPr>
          <w:b/>
        </w:rPr>
        <w:t xml:space="preserve">[53:43] </w:t>
      </w:r>
      <w:r>
        <w:t>Hamara jo target hai, apne target lehaz se hamein replanning karni paregi.</w:t>
      </w:r>
    </w:p>
    <w:p>
      <w:pPr>
        <w:jc w:val="right"/>
      </w:pPr>
      <w:r>
        <w:t>ہمارا جو ٹارگٹ ہے، اپنے ٹارگٹ لحاظ سے ہمیں ری پلاننگ کرنی پڑے گی۔</w:t>
      </w:r>
    </w:p>
    <w:p>
      <w:r>
        <w:rPr>
          <w:b/>
        </w:rPr>
        <w:t xml:space="preserve">[53:49] </w:t>
      </w:r>
      <w:r>
        <w:t>to Kemalism ya China ki misaal se hamein yaqeen hasil hota hai, yaqeen ke tareekh ko repeat karna</w:t>
      </w:r>
    </w:p>
    <w:p>
      <w:pPr>
        <w:jc w:val="right"/>
      </w:pPr>
      <w:r>
        <w:t>تو کمالزم یا چائنہ کی مثال سے ہمیں یقین حاصل ہوتا ہے، یقین کہ تاریخ کو ریپیٹ کرنا</w:t>
      </w:r>
    </w:p>
    <w:p>
      <w:r>
        <w:rPr>
          <w:b/>
        </w:rPr>
        <w:t xml:space="preserve">[53:57] </w:t>
      </w:r>
      <w:r>
        <w:t>mumkin hai, mumkin hai, lekin hamara jo pattern hoga, woh wohi nahi hoga, woh doosra hoga.</w:t>
      </w:r>
    </w:p>
    <w:p>
      <w:pPr>
        <w:jc w:val="right"/>
      </w:pPr>
      <w:r>
        <w:t>ممکن ہے، ممکن ہے، لیکن ہمارا جو پیٹرن ہوگا، وہ وہی نہیں ہوگا، وہ دوسرا ہوگا۔</w:t>
      </w:r>
    </w:p>
    <w:p>
      <w:r>
        <w:rPr>
          <w:b/>
        </w:rPr>
        <w:t xml:space="preserve">[54:04] </w:t>
      </w:r>
      <w:r>
        <w:t>Maulana, agla sawal Sahiwal Pakistan se Imran Khan sahib ne kiya hai aur unhon ne likha hai: "Maulana</w:t>
      </w:r>
    </w:p>
    <w:p>
      <w:pPr>
        <w:jc w:val="right"/>
      </w:pPr>
      <w:r>
        <w:t>مولانا، اگلا سوال ساہیوال پاکستان سے عمران خان صاحب نے کیا ہے اور انہوں نے لکھا ہے: "مولانا</w:t>
      </w:r>
    </w:p>
    <w:p>
      <w:r>
        <w:rPr>
          <w:b/>
        </w:rPr>
        <w:t xml:space="preserve">[54:12] </w:t>
      </w:r>
      <w:r>
        <w:t>Sahab, who should take the step for addressing the issue of degeneration of Islam? Is there any</w:t>
      </w:r>
    </w:p>
    <w:p>
      <w:pPr>
        <w:jc w:val="right"/>
      </w:pPr>
      <w:r>
        <w:t>صاحب، ہو شوڈ ٹیک دی سٹیپ فار ایڈریسنگ دا ایشو آف ڈی جنریشن آف اسلام؟ از دیر اینی</w:t>
      </w:r>
    </w:p>
    <w:p>
      <w:r>
        <w:rPr>
          <w:b/>
        </w:rPr>
        <w:t xml:space="preserve">[54:19] </w:t>
      </w:r>
      <w:r>
        <w:t>need of an organization or what kind of ways can be adopted to address this issue? Why don't</w:t>
      </w:r>
    </w:p>
    <w:p>
      <w:pPr>
        <w:jc w:val="right"/>
      </w:pPr>
      <w:r>
        <w:t>نیڈ آف این ارگنائزیشن اور واٹ کائنڈ آف ویز کین بی اڈاپٹڈ ٹو ایڈریس دس ایشو؟ وائی ڈونٹ</w:t>
      </w:r>
    </w:p>
    <w:p>
      <w:r>
        <w:rPr>
          <w:b/>
        </w:rPr>
        <w:t xml:space="preserve">[54:27] </w:t>
      </w:r>
      <w:r>
        <w:t>you take step to do this? Jazak Allah." to hum to kar rahe hain, yehi kaam kar rahe</w:t>
      </w:r>
    </w:p>
    <w:p>
      <w:pPr>
        <w:jc w:val="right"/>
      </w:pPr>
      <w:r>
        <w:t>یو ٹیک سٹیپ ٹو ڈو دس؟ جزاک اللہ۔" تو ہم تو کر رہے ہیں، یہی کام کر رہے</w:t>
      </w:r>
    </w:p>
    <w:p>
      <w:r>
        <w:rPr>
          <w:b/>
        </w:rPr>
        <w:t xml:space="preserve">[54:35]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[54:36] </w:t>
      </w:r>
      <w:r>
        <w:t>Dekhein, beginning kabhi bhi organization nahi hoti, individuals individuals hoti hain.</w:t>
      </w:r>
    </w:p>
    <w:p>
      <w:pPr>
        <w:jc w:val="right"/>
      </w:pPr>
      <w:r>
        <w:t>دیکھیں، بگننگ کبھی بھی ارگنائزیشن نہیں ہوتی، انڈیویجولز انڈیویجولز ہوتی ہیں۔</w:t>
      </w:r>
    </w:p>
    <w:p>
      <w:r>
        <w:rPr>
          <w:b/>
        </w:rPr>
        <w:t xml:space="preserve">[54:41] </w:t>
      </w:r>
      <w:r>
        <w:t>Aap bhi kar daliye, yeh jo tareeqa chala hua hai, organize organization khari karna aur phir us se</w:t>
      </w:r>
    </w:p>
    <w:p>
      <w:pPr>
        <w:jc w:val="right"/>
      </w:pPr>
      <w:r>
        <w:t>آپ بھی کر ڈالیے، یہ جو طریقہ چلا ہوا ہے، ارگنائز ارگنائزیشن کھڑی کرنا اور پھر اس سے</w:t>
      </w:r>
    </w:p>
    <w:p>
      <w:r>
        <w:rPr>
          <w:b/>
        </w:rPr>
        <w:t xml:space="preserve">[54:49] </w:t>
      </w:r>
      <w:r>
        <w:t>bigining karna, yeh to yeh to bilkul political cheezon mein hota hai, kisi baray inqilab ke liye nahi</w:t>
      </w:r>
    </w:p>
    <w:p>
      <w:pPr>
        <w:jc w:val="right"/>
      </w:pPr>
      <w:r>
        <w:t>بگننگ کرنا، یہ تو یہ تو بالکل پولیٹیکل چیزوں میں ہوتا ہے، کسی بڑے انقلاب کے لیے نہیں</w:t>
      </w:r>
    </w:p>
    <w:p>
      <w:r>
        <w:rPr>
          <w:b/>
        </w:rPr>
        <w:t xml:space="preserve">[54:56] </w:t>
      </w:r>
      <w:r>
        <w:t>hota.</w:t>
      </w:r>
    </w:p>
    <w:p>
      <w:pPr>
        <w:jc w:val="right"/>
      </w:pPr>
      <w:r>
        <w:t>ہوتا۔</w:t>
      </w:r>
    </w:p>
    <w:p>
      <w:r>
        <w:rPr>
          <w:b/>
        </w:rPr>
        <w:t xml:space="preserve">[54:58] </w:t>
      </w:r>
      <w:r>
        <w:t>hum ne kaam kiya individual se, ab Allah ke fazal se poori dunya hamare saathi hain, poori dunya</w:t>
      </w:r>
    </w:p>
    <w:p>
      <w:pPr>
        <w:jc w:val="right"/>
      </w:pPr>
      <w:r>
        <w:t>ہم نے کام کیا انڈیویجول سے، اب اللہ کے فضل سے پوری دنیا ہمارے ساتھی ہیں، پوری دنیا</w:t>
      </w:r>
    </w:p>
    <w:p>
      <w:r>
        <w:rPr>
          <w:b/>
        </w:rPr>
        <w:t xml:space="preserve">[55:06] </w:t>
      </w:r>
      <w:r>
        <w:t>saathi hain.</w:t>
      </w:r>
    </w:p>
    <w:p>
      <w:pPr>
        <w:jc w:val="right"/>
      </w:pPr>
      <w:r>
        <w:t>ساتھی ہیں۔</w:t>
      </w:r>
    </w:p>
    <w:p>
      <w:r>
        <w:rPr>
          <w:b/>
        </w:rPr>
        <w:t xml:space="preserve">[55:07] </w:t>
      </w:r>
      <w:r>
        <w:t>aise hi barhtay barhtay barhtay aur bohat kuch kaam ho sakta hai, inshallah.</w:t>
      </w:r>
    </w:p>
    <w:p>
      <w:pPr>
        <w:jc w:val="right"/>
      </w:pPr>
      <w:r>
        <w:t>ایسے ہی بڑھتے بڑھتے بڑھتے اور بہت کچھ کام ہو سکتا ہے، انشاءاللہ۔</w:t>
      </w:r>
    </w:p>
    <w:p>
      <w:r>
        <w:rPr>
          <w:b/>
        </w:rPr>
        <w:t xml:space="preserve">[55:13] </w:t>
      </w:r>
      <w:r>
        <w:t>aap bhi isi isi ka hissa hain, aap mere nazdeek.</w:t>
      </w:r>
    </w:p>
    <w:p>
      <w:pPr>
        <w:jc w:val="right"/>
      </w:pPr>
      <w:r>
        <w:t>آپ بھی اسی اسی کا حصہ ہیں، آپ میرے نزدیک۔</w:t>
      </w:r>
    </w:p>
    <w:p>
      <w:r>
        <w:rPr>
          <w:b/>
        </w:rPr>
        <w:t xml:space="preserve">[55:17] </w:t>
      </w:r>
      <w:r>
        <w:t>maulana, agla sawal dilli se kiya hai professor najma siddiqui ne.</w:t>
      </w:r>
    </w:p>
    <w:p>
      <w:pPr>
        <w:jc w:val="right"/>
      </w:pPr>
      <w:r>
        <w:t>مولانا، اگلا سوال دلی سے کیا ہے پروفیسر نجمہ صدیقی نے۔</w:t>
      </w:r>
    </w:p>
    <w:p>
      <w:r>
        <w:rPr>
          <w:b/>
        </w:rPr>
        <w:t xml:space="preserve">[55:22] </w:t>
      </w:r>
      <w:r>
        <w:t>انہوں نے لکھا ہے: "مولانا، as you said, we need to do proper planning to rediscover Islam.</w:t>
      </w:r>
    </w:p>
    <w:p>
      <w:pPr>
        <w:jc w:val="right"/>
      </w:pPr>
      <w:r>
        <w:t>انہوں نے لکھا ہے: "مولانا، ایز یو سیڈ، وی نیڈ ٹو ڈو پراپر پلاننگ ٹو ری ڈسکور اسلام۔</w:t>
      </w:r>
    </w:p>
    <w:p>
      <w:r>
        <w:rPr>
          <w:b/>
        </w:rPr>
        <w:t xml:space="preserve">[55:29] </w:t>
      </w:r>
      <w:r>
        <w:t>Is it possible to have some sessions on focused phase-wise planning for revival of Ummat Muslim by</w:t>
      </w:r>
    </w:p>
    <w:p>
      <w:pPr>
        <w:jc w:val="right"/>
      </w:pPr>
      <w:r>
        <w:t>از اٹ پوسیبل ٹو ہیو سم سیشنز ان فوکسڈ فیز وائز پلاننگ فار ریوائیول آف امت مسلم بائی</w:t>
      </w:r>
    </w:p>
    <w:p>
      <w:r>
        <w:rPr>
          <w:b/>
        </w:rPr>
        <w:t xml:space="preserve">[55:37] </w:t>
      </w:r>
      <w:r>
        <w:t>CPS? haan, theek hai, woh kar sakte hain, inshallah.</w:t>
      </w:r>
    </w:p>
    <w:p>
      <w:pPr>
        <w:jc w:val="right"/>
      </w:pPr>
      <w:r>
        <w:t>سی پی ایس؟" ہاں، ٹھیک ہے، وہ کر سکتے ہیں، انشاءاللہ۔</w:t>
      </w:r>
    </w:p>
    <w:p>
      <w:r>
        <w:rPr>
          <w:b/>
        </w:rPr>
        <w:t xml:space="preserve">[55:42] </w:t>
      </w:r>
      <w:r>
        <w:t>theek, aap ka yeh proposal bara acha hai.</w:t>
      </w:r>
    </w:p>
    <w:p>
      <w:pPr>
        <w:jc w:val="right"/>
      </w:pPr>
      <w:r>
        <w:t>ٹھیک، آپ کا یہ پروپوزل بڑا اچھا ہے۔</w:t>
      </w:r>
    </w:p>
    <w:p>
      <w:r>
        <w:rPr>
          <w:b/>
        </w:rPr>
        <w:t xml:space="preserve">[55:45] </w:t>
      </w:r>
      <w:r>
        <w:t>maulana, agla sawal ahmedabad se doctor roshan ne kiya hai.</w:t>
      </w:r>
    </w:p>
    <w:p>
      <w:pPr>
        <w:jc w:val="right"/>
      </w:pPr>
      <w:r>
        <w:t>مولانا، اگلا سوال احمد آباد سے ڈاکٹر روشن نے کیا ہے۔</w:t>
      </w:r>
    </w:p>
    <w:p>
      <w:r>
        <w:rPr>
          <w:b/>
        </w:rPr>
        <w:t xml:space="preserve">[55:50] </w:t>
      </w:r>
      <w:r>
        <w:t>انہوں نے لکھا ہے: "ان الرسالہ 2005، you have written that one can take away your job, but</w:t>
      </w:r>
    </w:p>
    <w:p>
      <w:pPr>
        <w:jc w:val="right"/>
      </w:pPr>
      <w:r>
        <w:t>انہوں نے لکھا ہے: "ان الرسالہ 2005، یو ہیو رٹن دیٹ ون کین ٹیک اوے یور جاب، بٹ</w:t>
      </w:r>
    </w:p>
    <w:p>
      <w:r>
        <w:rPr>
          <w:b/>
        </w:rPr>
        <w:t xml:space="preserve">[55:58] </w:t>
      </w:r>
      <w:r>
        <w:t>no one has the power to take away your destiny.</w:t>
      </w:r>
    </w:p>
    <w:p>
      <w:pPr>
        <w:jc w:val="right"/>
      </w:pPr>
      <w:r>
        <w:t>نو ون ہیز دا پاور ٹو ٹیک اوے یور ڈیسٹینی۔</w:t>
      </w:r>
    </w:p>
    <w:p>
      <w:r>
        <w:rPr>
          <w:b/>
        </w:rPr>
        <w:t xml:space="preserve">[56:02] </w:t>
      </w:r>
      <w:r>
        <w:t>مولانا صاحب، پلیز ایکسپلین دس لائن اینڈ السو ایکسپلین the meaning of destiny، ایز دیر از لاٹ آف</w:t>
      </w:r>
    </w:p>
    <w:p>
      <w:pPr>
        <w:jc w:val="right"/>
      </w:pPr>
      <w:r>
        <w:t>مولانا صاحب، پلیز ایکسپلین دس لائن اینڈ السو ایکسپلین دا میننگ آف ڈیسٹینی، ایز دیر از لاٹ آف</w:t>
      </w:r>
    </w:p>
    <w:p>
      <w:r>
        <w:rPr>
          <w:b/>
        </w:rPr>
        <w:t xml:space="preserve">[56:10] </w:t>
      </w:r>
      <w:r>
        <w:t>confusion regarding destiny." bhai, is ko note kar lijiye, is pe ek mazmoon likhein ge, ek ek safhay</w:t>
      </w:r>
    </w:p>
    <w:p>
      <w:pPr>
        <w:jc w:val="right"/>
      </w:pPr>
      <w:r>
        <w:t>کنفیوژن ریگارڈنگ ڈیسٹینی۔" بھائی، اس کو نوٹ کر لیجئے، اس پہ ایک مضمون لکھیں گے، ایک ایک صفحے</w:t>
      </w:r>
    </w:p>
    <w:p>
      <w:r>
        <w:rPr>
          <w:b/>
        </w:rPr>
        <w:t xml:space="preserve">[56:17]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[56:19] </w:t>
      </w:r>
      <w:r>
        <w:t>hain ji, note kar lijiye.</w:t>
      </w:r>
    </w:p>
    <w:p>
      <w:pPr>
        <w:jc w:val="right"/>
      </w:pPr>
      <w:r>
        <w:t>ہیں جی، نوٹ کر لیجئے۔</w:t>
      </w:r>
    </w:p>
    <w:p>
      <w:r>
        <w:rPr>
          <w:b/>
        </w:rPr>
        <w:t xml:space="preserve">[56:21] </w:t>
      </w:r>
      <w:r>
        <w:t>theek hai, maulana, woh bilkul hain.</w:t>
      </w:r>
    </w:p>
    <w:p>
      <w:pPr>
        <w:jc w:val="right"/>
      </w:pPr>
      <w:r>
        <w:t>ٹھیک ہے، مولانا، وہ بالکل ہیں۔</w:t>
      </w:r>
    </w:p>
    <w:p>
      <w:r>
        <w:rPr>
          <w:b/>
        </w:rPr>
        <w:t xml:space="preserve">[56:24] </w:t>
      </w:r>
      <w:r>
        <w:t>hum ne is ka note kar liya hai, inshallah is ke baray mein hum risalay mein ek article</w:t>
      </w:r>
    </w:p>
    <w:p>
      <w:pPr>
        <w:jc w:val="right"/>
      </w:pPr>
      <w:r>
        <w:t>ہم نے اس کا نوٹ کر لیا ہے، انشاءاللہ اس کے بارے میں ہم رسالے میں ایک آرٹیکل</w:t>
      </w:r>
    </w:p>
    <w:p>
      <w:r>
        <w:rPr>
          <w:b/>
        </w:rPr>
        <w:t xml:space="preserve">[56:31] </w:t>
      </w:r>
      <w:r>
        <w:t>chhapen ge.</w:t>
      </w:r>
    </w:p>
    <w:p>
      <w:pPr>
        <w:jc w:val="right"/>
      </w:pPr>
      <w:r>
        <w:t>چھاپیں گے۔</w:t>
      </w:r>
    </w:p>
    <w:p>
      <w:r>
        <w:rPr>
          <w:b/>
        </w:rPr>
        <w:t xml:space="preserve">[56:33] </w:t>
      </w:r>
      <w:r>
        <w:t>ji, kiya kiya pata hai, reference kiya diya hai unhon ne? Al-Risala 2005, Al-Risala 2005.</w:t>
      </w:r>
    </w:p>
    <w:p>
      <w:pPr>
        <w:jc w:val="right"/>
      </w:pPr>
      <w:r>
        <w:t>جی، کیا کیا پتہ ہے، ریفرنس کیا دیا ہے انہوں نے؟ الرسالہ 2005، الرسالہ 2005۔</w:t>
      </w:r>
    </w:p>
    <w:p>
      <w:r>
        <w:rPr>
          <w:b/>
        </w:rPr>
        <w:t xml:space="preserve">[56:39] </w:t>
      </w:r>
      <w:r>
        <w:t>theek hai, aap note kar lijiye is ko.</w:t>
      </w:r>
    </w:p>
    <w:p>
      <w:pPr>
        <w:jc w:val="right"/>
      </w:pPr>
      <w:r>
        <w:t>ٹھیک ہے، آپ نوٹ کر لیجئے اس کو۔</w:t>
      </w:r>
    </w:p>
    <w:p>
      <w:r>
        <w:rPr>
          <w:b/>
        </w:rPr>
        <w:t xml:space="preserve">[56:43] </w:t>
      </w:r>
      <w:r>
        <w:t>maulana, agla sawal sajid ahmed sahib ne kiya hai maharashtra se aur unhon ne aap se poocha hai</w:t>
      </w:r>
    </w:p>
    <w:p>
      <w:pPr>
        <w:jc w:val="right"/>
      </w:pPr>
      <w:r>
        <w:t>مولانا، اگلا سوال ساجد احمد صاحب نے کیا ہے مہاراشٹر سے اور انہوں نے آپ سے پوچھا ہے</w:t>
      </w:r>
    </w:p>
    <w:p>
      <w:r>
        <w:rPr>
          <w:b/>
        </w:rPr>
        <w:t xml:space="preserve">[56:50] </w:t>
      </w:r>
      <w:r>
        <w:t>کہ: "Kindly define what is the meaning of guest in the light of Quran and Hadith?" قرآن و</w:t>
      </w:r>
    </w:p>
    <w:p>
      <w:pPr>
        <w:jc w:val="right"/>
      </w:pPr>
      <w:r>
        <w:t>کہ: "کائنڈلی ڈیفائن واٹ از دا میننگ آف گیسٹ ان دی لائٹ آف قرآن اینڈ حدیث؟" قرآن و</w:t>
      </w:r>
    </w:p>
    <w:p>
      <w:r>
        <w:rPr>
          <w:b/>
        </w:rPr>
        <w:t xml:space="preserve">[56:58] </w:t>
      </w:r>
      <w:r>
        <w:t>hadees ke mutabiq guest ka matlab hai zaroorat mand, needy, needy, zaroorat mand.</w:t>
      </w:r>
    </w:p>
    <w:p>
      <w:pPr>
        <w:jc w:val="right"/>
      </w:pPr>
      <w:r>
        <w:t>حدیث کے مطابق گیسٹ کا مطلب ہے ضرورت مند، نیڈی، نیڈی، ضرورت مند۔</w:t>
      </w:r>
    </w:p>
    <w:p>
      <w:r>
        <w:rPr>
          <w:b/>
        </w:rPr>
        <w:t xml:space="preserve">[57:04] </w:t>
      </w:r>
      <w:r>
        <w:t>yani ek aadmi bahar se aata hai to pehle zamanay mein riwaj tha ke bahar se aata hai</w:t>
      </w:r>
    </w:p>
    <w:p>
      <w:pPr>
        <w:jc w:val="right"/>
      </w:pPr>
      <w:r>
        <w:t>یعنی ایک آدمی باہر سے آتا ہے تو پہلے زمانے میں رواج تھا کہ باہر سے آتا ہے</w:t>
      </w:r>
    </w:p>
    <w:p>
      <w:r>
        <w:rPr>
          <w:b/>
        </w:rPr>
        <w:t xml:space="preserve">[57:11] </w:t>
      </w:r>
      <w:r>
        <w:t>to pehle zamanay mein hotel nahi hua karte thay.</w:t>
      </w:r>
    </w:p>
    <w:p>
      <w:pPr>
        <w:jc w:val="right"/>
      </w:pPr>
      <w:r>
        <w:t>تو پہلے زمانے میں ہوٹل نہیں ہوا کرتے تھے۔</w:t>
      </w:r>
    </w:p>
    <w:p>
      <w:r>
        <w:rPr>
          <w:b/>
        </w:rPr>
        <w:t xml:space="preserve">[57:15] </w:t>
      </w:r>
      <w:r>
        <w:t>kisi kisi basti mein pohancha woh to kisi se kahe ga ke: "bhai, main fraaj ghar se aaya</w:t>
      </w:r>
    </w:p>
    <w:p>
      <w:pPr>
        <w:jc w:val="right"/>
      </w:pPr>
      <w:r>
        <w:t>کسی کسی بستی میں پہنچا وہ تو کسی سے کہے گا کہ: "بھائی، میں فراج گھر سے آیا</w:t>
      </w:r>
    </w:p>
    <w:p>
      <w:r>
        <w:rPr>
          <w:b/>
        </w:rPr>
        <w:t xml:space="preserve">[57:23] </w:t>
      </w:r>
      <w:r>
        <w:t>hoon, mujhe yahan theharnay ka moqa do." to yeh riwaj tha ke teen din woh apne haan rakhe</w:t>
      </w:r>
    </w:p>
    <w:p>
      <w:pPr>
        <w:jc w:val="right"/>
      </w:pPr>
      <w:r>
        <w:t>ہوں، مجھے یہاں ٹھہرنے کا موقع دو۔" تو یہ رواج تھا کہ تین دن وہ اپنے ہاں رکھے</w:t>
      </w:r>
    </w:p>
    <w:p>
      <w:r>
        <w:rPr>
          <w:b/>
        </w:rPr>
        <w:t xml:space="preserve">[57:31] </w:t>
      </w:r>
      <w:r>
        <w:t>ga, jo khaye ga woh khilaye ga, jo khaye ga woh khilaye ga aur teen din apnay haan</w:t>
      </w:r>
    </w:p>
    <w:p>
      <w:pPr>
        <w:jc w:val="right"/>
      </w:pPr>
      <w:r>
        <w:t>گا، جو کھائے گا وہ کھلائے گا، جو کھائے گا وہ کھلائے گا اور تین دن اپنے ہاں</w:t>
      </w:r>
    </w:p>
    <w:p>
      <w:r>
        <w:rPr>
          <w:b/>
        </w:rPr>
        <w:t xml:space="preserve">[57:38] </w:t>
      </w:r>
      <w:r>
        <w:t>rakhe ga.</w:t>
      </w:r>
    </w:p>
    <w:p>
      <w:pPr>
        <w:jc w:val="right"/>
      </w:pPr>
      <w:r>
        <w:t>رکھے گا۔</w:t>
      </w:r>
    </w:p>
    <w:p>
      <w:r>
        <w:rPr>
          <w:b/>
        </w:rPr>
        <w:t xml:space="preserve">[57:40] </w:t>
      </w:r>
      <w:r>
        <w:t>yeh yahi sahi maano mein yani guest culture hai.</w:t>
      </w:r>
    </w:p>
    <w:p>
      <w:pPr>
        <w:jc w:val="right"/>
      </w:pPr>
      <w:r>
        <w:t>یہ یہی صحیح معنوں میں یعنی گیسٹ کلچر ہے۔</w:t>
      </w:r>
    </w:p>
    <w:p>
      <w:r>
        <w:rPr>
          <w:b/>
        </w:rPr>
        <w:t xml:space="preserve">[57:44] </w:t>
      </w:r>
      <w:r>
        <w:t>aaj kal jo hai woh dhoom dhaam tamasha, woh to aik is ka Islam se koi talluq nahi</w:t>
      </w:r>
    </w:p>
    <w:p>
      <w:pPr>
        <w:jc w:val="right"/>
      </w:pPr>
      <w:r>
        <w:t>آج کل جو ہے وہ دھوم دھام تماشہ، وہ تو ایک اس کا اسلام سے کوئی تعلق نہیں</w:t>
      </w:r>
    </w:p>
    <w:p>
      <w:r>
        <w:rPr>
          <w:b/>
        </w:rPr>
        <w:t xml:space="preserve">[57:51]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[57:53] </w:t>
      </w:r>
      <w:r>
        <w:t>yani is is aadmi ko jab kisi basti mein pohancha jata tha to us zamane ka dastoor tha,</w:t>
      </w:r>
    </w:p>
    <w:p>
      <w:pPr>
        <w:jc w:val="right"/>
      </w:pPr>
      <w:r>
        <w:t>یعنی اس اس آدمی کو جب کسی بستی میں پہنچا جاتا تھا تو اس زمانے کا دستور تھا،</w:t>
      </w:r>
    </w:p>
    <w:p>
      <w:r>
        <w:rPr>
          <w:b/>
        </w:rPr>
        <w:t xml:space="preserve">[58:01] </w:t>
      </w:r>
      <w:r>
        <w:t>riwaj tha ke agar woh aa kar kahe ke: "bhai, mein firaaj ghar se aaya hoon, mujhe yahan</w:t>
      </w:r>
    </w:p>
    <w:p>
      <w:pPr>
        <w:jc w:val="right"/>
      </w:pPr>
      <w:r>
        <w:t>رواج تھا کہ اگر وہ آ کر کہے کہ: "بھئی، میں فراج گھر سے آیا ہوں، مجھے یہاں</w:t>
      </w:r>
    </w:p>
    <w:p>
      <w:r>
        <w:rPr>
          <w:b/>
        </w:rPr>
        <w:t xml:space="preserve">[58:08] </w:t>
      </w:r>
      <w:r>
        <w:t>thehrna hai" to jis se bhi keh de, woh basti kisi se aadmi se bhi, to us par</w:t>
      </w:r>
    </w:p>
    <w:p>
      <w:pPr>
        <w:jc w:val="right"/>
      </w:pPr>
      <w:r>
        <w:t>ٹھہرنا ہے" تو جس سے بھی کہہ دے، وہ بستی کسی سے آدمی سے بھی، تو اس پر</w:t>
      </w:r>
    </w:p>
    <w:p>
      <w:r>
        <w:rPr>
          <w:b/>
        </w:rPr>
        <w:t xml:space="preserve">[58:16] </w:t>
      </w:r>
      <w:r>
        <w:t>yeh zaroori ho jata tha ke woh kahe ke: "tum teen din mere haan thehr sakte ho, raho."</w:t>
      </w:r>
    </w:p>
    <w:p>
      <w:pPr>
        <w:jc w:val="right"/>
      </w:pPr>
      <w:r>
        <w:t>یہ ضروری ہو جاتا تھا کہ وہ کہے کہ: "تم تین دن میرے ہاں ٹھہر سکتے ہو، رہو۔"</w:t>
      </w:r>
    </w:p>
    <w:p>
      <w:r>
        <w:rPr>
          <w:b/>
        </w:rPr>
        <w:t xml:space="preserve">[58:24] </w:t>
      </w:r>
      <w:r>
        <w:t>to thehrne ka aur jo roz khata hai, woh khilane ka zimmedari us ki ho jati thi.</w:t>
      </w:r>
    </w:p>
    <w:p>
      <w:pPr>
        <w:jc w:val="right"/>
      </w:pPr>
      <w:r>
        <w:t>تو ٹھہرنے کا اور جو روز کھاتا ہے، وہ کھلانے کا ذمہ داری اس کی ہو جاتی تھی۔</w:t>
      </w:r>
    </w:p>
    <w:p>
      <w:r>
        <w:rPr>
          <w:b/>
        </w:rPr>
        <w:t xml:space="preserve">[58:32] </w:t>
      </w:r>
      <w:r>
        <w:t>bas yahi yahi itna hi hai.</w:t>
      </w:r>
    </w:p>
    <w:p>
      <w:pPr>
        <w:jc w:val="right"/>
      </w:pPr>
      <w:r>
        <w:t>بس یہی یہی اتنا ہی ہے۔</w:t>
      </w:r>
    </w:p>
    <w:p>
      <w:r>
        <w:rPr>
          <w:b/>
        </w:rPr>
        <w:t xml:space="preserve">[58:34] </w:t>
      </w:r>
      <w:r>
        <w:t>aur aaj kal jo guest ka concept hai, woh to dhoom dhaam hai, shaan shaukat hai, woh Islam</w:t>
      </w:r>
    </w:p>
    <w:p>
      <w:pPr>
        <w:jc w:val="right"/>
      </w:pPr>
      <w:r>
        <w:t>اور آج کل جو گیسٹ کا کانسیپٹ ہے، وہ تو دھوم دھام ہے، شان شوکت ہے، وہ اسلام</w:t>
      </w:r>
    </w:p>
    <w:p>
      <w:r>
        <w:rPr>
          <w:b/>
        </w:rPr>
        <w:t xml:space="preserve">[58:42] </w:t>
      </w:r>
      <w:r>
        <w:t>mein nahi hai.</w:t>
      </w:r>
    </w:p>
    <w:p>
      <w:pPr>
        <w:jc w:val="right"/>
      </w:pPr>
      <w:r>
        <w:t>میں نہیں ہے۔</w:t>
      </w:r>
    </w:p>
    <w:p>
      <w:r>
        <w:rPr>
          <w:b/>
        </w:rPr>
        <w:t xml:space="preserve">[58:43] </w:t>
      </w:r>
      <w:r>
        <w:t>okay, so we we'll end the session.</w:t>
      </w:r>
    </w:p>
    <w:p>
      <w:pPr>
        <w:jc w:val="right"/>
      </w:pPr>
      <w:r>
        <w:t>اوکے، سو وی ویل اینڈ دی سیشن۔</w:t>
      </w:r>
    </w:p>
    <w:p>
      <w:r>
        <w:rPr>
          <w:b/>
        </w:rPr>
        <w:t xml:space="preserve">[58:46] </w:t>
      </w:r>
      <w:r>
        <w:t>If you want to join CPS or have some feedback or suggestion for us, then</w:t>
      </w:r>
    </w:p>
    <w:p>
      <w:pPr>
        <w:jc w:val="right"/>
      </w:pPr>
      <w:r>
        <w:t>اف یو وانٹ ٹو جوائن سی پی ایس اور ہیو سم فیڈ بیک اور سجیشن فار اس، دین</w:t>
      </w:r>
    </w:p>
    <w:p>
      <w:r>
        <w:rPr>
          <w:b/>
        </w:rPr>
        <w:t xml:space="preserve">[58:54] </w:t>
      </w:r>
      <w:r>
        <w:t>write to us in info at cps global.org.</w:t>
      </w:r>
    </w:p>
    <w:p>
      <w:pPr>
        <w:jc w:val="right"/>
      </w:pPr>
      <w:r>
        <w:t>رائٹ ٹو اس ان انفو ایٹ سی پی ایس گلوبل ڈاٹ او آر جی۔</w:t>
      </w:r>
    </w:p>
    <w:p>
      <w:r>
        <w:rPr>
          <w:b/>
        </w:rPr>
        <w:t xml:space="preserve">[59:00] </w:t>
      </w:r>
      <w:r>
        <w:t>we'll be back next Sunday same time.</w:t>
      </w:r>
    </w:p>
    <w:p>
      <w:pPr>
        <w:jc w:val="right"/>
      </w:pPr>
      <w:r>
        <w:t>وی بی بیک نیکسٹ سنڈے سیم ٹائم۔</w:t>
      </w:r>
    </w:p>
    <w:p>
      <w:r>
        <w:rPr>
          <w:b/>
        </w:rPr>
        <w:t xml:space="preserve">[59:03] </w:t>
      </w:r>
      <w:r>
        <w:t>thank you.</w:t>
      </w:r>
    </w:p>
    <w:p>
      <w:pPr>
        <w:jc w:val="right"/>
      </w:pPr>
      <w:r>
        <w:t>تھینک یو۔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