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Interpretation of History October 23, 2016</w:t>
      </w:r>
    </w:p>
    <w:p>
      <w:r>
        <w:t>https://www.youtube.com/watch?v=P-JhH3q-Mdg</w:t>
      </w:r>
    </w:p>
    <w:p>
      <w:r>
        <w:rPr>
          <w:b/>
        </w:rPr>
        <w:t xml:space="preserve">[00:13] </w:t>
      </w:r>
      <w:r>
        <w:t>bismillah rahman rahim.</w:t>
      </w:r>
    </w:p>
    <w:p>
      <w:pPr>
        <w:jc w:val="right"/>
      </w:pPr>
      <w:r>
        <w:t>بسم اللہ الرحمن الرحیم۔</w:t>
      </w:r>
    </w:p>
    <w:p>
      <w:r>
        <w:rPr>
          <w:b/>
        </w:rPr>
        <w:t xml:space="preserve">[00:20] </w:t>
      </w:r>
      <w:r>
        <w:t>wasalli Allah ala nabiyil karim.</w:t>
      </w:r>
    </w:p>
    <w:p>
      <w:pPr>
        <w:jc w:val="right"/>
      </w:pPr>
      <w:r>
        <w:t>وصلی اللہ علی نبی الکریم۔</w:t>
      </w:r>
    </w:p>
    <w:p>
      <w:r>
        <w:rPr>
          <w:b/>
        </w:rPr>
        <w:t xml:space="preserve">[00:27]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[00:34] </w:t>
      </w:r>
      <w:r>
        <w:t>taisees october do hazar solah.</w:t>
      </w:r>
    </w:p>
    <w:p>
      <w:pPr>
        <w:jc w:val="right"/>
      </w:pPr>
      <w:r>
        <w:t>تئیس اکتوبر دو ہزار سولہ۔</w:t>
      </w:r>
    </w:p>
    <w:p>
      <w:r>
        <w:rPr>
          <w:b/>
        </w:rPr>
        <w:t xml:space="preserve">[00:42] </w:t>
      </w:r>
      <w:r>
        <w:t>aaj ka topic hai "Interpretation of History".</w:t>
      </w:r>
    </w:p>
    <w:p>
      <w:pPr>
        <w:jc w:val="right"/>
      </w:pPr>
      <w:r>
        <w:t>آج کا ٹاپک ہے "Interpretation of History"۔</w:t>
      </w:r>
    </w:p>
    <w:p>
      <w:r>
        <w:rPr>
          <w:b/>
        </w:rPr>
        <w:t xml:space="preserve">[00:49] </w:t>
      </w:r>
      <w:r>
        <w:t>yeh ek behad mushkil topic hai.</w:t>
      </w:r>
    </w:p>
    <w:p>
      <w:pPr>
        <w:jc w:val="right"/>
      </w:pPr>
      <w:r>
        <w:t>یہ ایک بے حد مشکل ٹاپک ہے۔</w:t>
      </w:r>
    </w:p>
    <w:p>
      <w:r>
        <w:rPr>
          <w:b/>
        </w:rPr>
        <w:t xml:space="preserve">[00:56] </w:t>
      </w:r>
      <w:r>
        <w:t>aap jante hain ke bohat zyada kitabein likhi gayi hain History par, bare bare mind History ke subject</w:t>
      </w:r>
    </w:p>
    <w:p>
      <w:pPr>
        <w:jc w:val="right"/>
      </w:pPr>
      <w:r>
        <w:t>آپ جانتے ہیں کہ بہت زیادہ کتابیں لکھی گئی ہیں History پر، بڑے بڑے مائنڈ History کے سبجیکٹ</w:t>
      </w:r>
    </w:p>
    <w:p>
      <w:r>
        <w:rPr>
          <w:b/>
        </w:rPr>
        <w:t xml:space="preserve">[01:03] </w:t>
      </w:r>
      <w:r>
        <w:t>mein involve rahe hain.</w:t>
      </w:r>
    </w:p>
    <w:p>
      <w:pPr>
        <w:jc w:val="right"/>
      </w:pPr>
      <w:r>
        <w:t>میں انوالو رہے ہیں۔</w:t>
      </w:r>
    </w:p>
    <w:p>
      <w:r>
        <w:rPr>
          <w:b/>
        </w:rPr>
        <w:t xml:space="preserve">[01:11] </w:t>
      </w:r>
      <w:r>
        <w:t>lekin abhi tak aisa koi Interpretation History ka samne nahi aaya jis ko log accept karein.</w:t>
      </w:r>
    </w:p>
    <w:p>
      <w:pPr>
        <w:jc w:val="right"/>
      </w:pPr>
      <w:r>
        <w:t>لیکن ابھی تک ایسا کوئی Interpretation History کا سامنے نہیں آیا جس کو لوگ ایکسیپٹ کریں۔</w:t>
      </w:r>
    </w:p>
    <w:p>
      <w:r>
        <w:rPr>
          <w:b/>
        </w:rPr>
        <w:t xml:space="preserve">[01:18] </w:t>
      </w:r>
      <w:r>
        <w:t>to History ek subject of jungle bani hui hai.</w:t>
      </w:r>
    </w:p>
    <w:p>
      <w:pPr>
        <w:jc w:val="right"/>
      </w:pPr>
      <w:r>
        <w:t>تو History ایک سبجیکٹ آف جنگل بنی ہوئی ہے۔</w:t>
      </w:r>
    </w:p>
    <w:p>
      <w:r>
        <w:rPr>
          <w:b/>
        </w:rPr>
        <w:t xml:space="preserve">[01:25] </w:t>
      </w:r>
      <w:r>
        <w:t>yahan tak ke Gibbon ne keh diya ke History crime ka register hai.</w:t>
      </w:r>
    </w:p>
    <w:p>
      <w:pPr>
        <w:jc w:val="right"/>
      </w:pPr>
      <w:r>
        <w:t>یہاں تک کہ Gibbon نے کہہ دیا کہ History کرائم کا رجسٹر ہے۔</w:t>
      </w:r>
    </w:p>
    <w:p>
      <w:r>
        <w:rPr>
          <w:b/>
        </w:rPr>
        <w:t xml:space="preserve">[01:33] </w:t>
      </w:r>
      <w:r>
        <w:t>dekhiye, main chand misalein doonga.</w:t>
      </w:r>
    </w:p>
    <w:p>
      <w:pPr>
        <w:jc w:val="right"/>
      </w:pPr>
      <w:r>
        <w:t>دیکھیے، میں چند مثالیں دوں گا۔</w:t>
      </w:r>
    </w:p>
    <w:p>
      <w:r>
        <w:rPr>
          <w:b/>
        </w:rPr>
        <w:t xml:space="preserve">[01:40] </w:t>
      </w:r>
      <w:r>
        <w:t>misalan Aaron time be ne yeh kaha ke History full of challenges hai.</w:t>
      </w:r>
    </w:p>
    <w:p>
      <w:pPr>
        <w:jc w:val="right"/>
      </w:pPr>
      <w:r>
        <w:t>مثلاً آرون ٹائم بی نے یہ کہا کہ History فل آف چیلنجز ہے۔</w:t>
      </w:r>
    </w:p>
    <w:p>
      <w:r>
        <w:rPr>
          <w:b/>
        </w:rPr>
        <w:t xml:space="preserve">[01:47] </w:t>
      </w:r>
      <w:r>
        <w:t>lekin History ka end kya hai, History ka meaning kya hai, woh woh nahi bata saka.</w:t>
      </w:r>
    </w:p>
    <w:p>
      <w:pPr>
        <w:jc w:val="right"/>
      </w:pPr>
      <w:r>
        <w:t>لیکن History کا اینڈ کیا ہے، History کا میننگ کیا ہے، وہ وہ نہیں بتا سکا۔</w:t>
      </w:r>
    </w:p>
    <w:p>
      <w:r>
        <w:rPr>
          <w:b/>
        </w:rPr>
        <w:t xml:space="preserve">[01:54] </w:t>
      </w:r>
      <w:r>
        <w:t>jahan tak main janta hoon, sirf do aadmi aise hain jinhone History ka ek aisa Interpretation diya</w:t>
      </w:r>
    </w:p>
    <w:p>
      <w:pPr>
        <w:jc w:val="right"/>
      </w:pPr>
      <w:r>
        <w:t>جہاں تک میں جانتا ہوں، صرف دو آدمی ایسے ہیں جنہوں نے History کا ایک ایسا Interpretation دیا</w:t>
      </w:r>
    </w:p>
    <w:p>
      <w:r>
        <w:rPr>
          <w:b/>
        </w:rPr>
        <w:t xml:space="preserve">[02:02] </w:t>
      </w:r>
      <w:r>
        <w:t>jo apparently ek coherent Interpretation tha.</w:t>
      </w:r>
    </w:p>
    <w:p>
      <w:pPr>
        <w:jc w:val="right"/>
      </w:pPr>
      <w:r>
        <w:t>جو apparently ایک coherent Interpretation تھا۔</w:t>
      </w:r>
    </w:p>
    <w:p>
      <w:r>
        <w:rPr>
          <w:b/>
        </w:rPr>
        <w:t xml:space="preserve">[02:09] </w:t>
      </w:r>
      <w:r>
        <w:t>lekin bohat jald woh discard ho gaya.</w:t>
      </w:r>
    </w:p>
    <w:p>
      <w:pPr>
        <w:jc w:val="right"/>
      </w:pPr>
      <w:r>
        <w:t>لیکن بہت جلد وہ discard ہو گیا۔</w:t>
      </w:r>
    </w:p>
    <w:p>
      <w:r>
        <w:rPr>
          <w:b/>
        </w:rPr>
        <w:t xml:space="preserve">[02:16] </w:t>
      </w:r>
      <w:r>
        <w:t>yeh Interpretation do aadmiyon ke afkaar par qaim tha: Hegel aur Marx.</w:t>
      </w:r>
    </w:p>
    <w:p>
      <w:pPr>
        <w:jc w:val="right"/>
      </w:pPr>
      <w:r>
        <w:t>یہ Interpretation دو آدمیوں کے افکار پر قائم تھا: ہیگل اور مارکس۔</w:t>
      </w:r>
    </w:p>
    <w:p>
      <w:r>
        <w:rPr>
          <w:b/>
        </w:rPr>
        <w:t xml:space="preserve">[02:24] </w:t>
      </w:r>
      <w:r>
        <w:t>lekin aap jante hain ke in dono ke mein bhi ikhtilaf tha.</w:t>
      </w:r>
    </w:p>
    <w:p>
      <w:pPr>
        <w:jc w:val="right"/>
      </w:pPr>
      <w:r>
        <w:t>لیکن آپ جانتے ہیں کہ ان دونوں کے میں بھی اختلاف تھا۔</w:t>
      </w:r>
    </w:p>
    <w:p>
      <w:r>
        <w:rPr>
          <w:b/>
        </w:rPr>
        <w:t xml:space="preserve">[02:31] </w:t>
      </w:r>
      <w:r>
        <w:t>yeh dono hum wirsa nahi thay, dono ke darmiyan taqreeban pachas saal ka faasla hai.</w:t>
      </w:r>
    </w:p>
    <w:p>
      <w:pPr>
        <w:jc w:val="right"/>
      </w:pPr>
      <w:r>
        <w:t>یہ دونوں ہم ورثہ نہیں تھے، دونوں کے درمیان تقریباً پچاس سال کا فاصلہ ہے۔</w:t>
      </w:r>
    </w:p>
    <w:p>
      <w:r>
        <w:rPr>
          <w:b/>
        </w:rPr>
        <w:t xml:space="preserve">[02:38] </w:t>
      </w:r>
      <w:r>
        <w:t>lekin unki jo writing hai hamare saamne hai.</w:t>
      </w:r>
    </w:p>
    <w:p>
      <w:pPr>
        <w:jc w:val="right"/>
      </w:pPr>
      <w:r>
        <w:t>لیکن ان کی جو رائٹنگ ہے ہمارے سامنے ہے۔</w:t>
      </w:r>
    </w:p>
    <w:p>
      <w:r>
        <w:rPr>
          <w:b/>
        </w:rPr>
        <w:t xml:space="preserve">[02:45] </w:t>
      </w:r>
      <w:r>
        <w:t>to Hegel ka nazariya tha ke ek world spirit hai jo history ko control kar rahi hai.</w:t>
      </w:r>
    </w:p>
    <w:p>
      <w:pPr>
        <w:jc w:val="right"/>
      </w:pPr>
      <w:r>
        <w:t>تو ہیگل کا نظریہ تھا کہ ایک ورلڈ اسپرٹ ہے جو History کو کنٹرول کر رہی ہے۔</w:t>
      </w:r>
    </w:p>
    <w:p>
      <w:r>
        <w:rPr>
          <w:b/>
        </w:rPr>
        <w:t xml:space="preserve">[02:53] </w:t>
      </w:r>
      <w:r>
        <w:t>aur Marx ka nazariya tha ke kuch material laws hain jo history ko control kar rahe hain.</w:t>
      </w:r>
    </w:p>
    <w:p>
      <w:pPr>
        <w:jc w:val="right"/>
      </w:pPr>
      <w:r>
        <w:t>اور مارکس کا نظریہ تھا کہ کچھ مٹیریل لاز ہیں جو History کو کنٹرول کر رہے ہیں۔</w:t>
      </w:r>
    </w:p>
    <w:p>
      <w:r>
        <w:rPr>
          <w:b/>
        </w:rPr>
        <w:t xml:space="preserve">[03:00] </w:t>
      </w:r>
      <w:r>
        <w:t>beh-haal in dono ne ek Interpretation diya jis ko dialectical Interpretation kaha jata hai.</w:t>
      </w:r>
    </w:p>
    <w:p>
      <w:pPr>
        <w:jc w:val="right"/>
      </w:pPr>
      <w:r>
        <w:t>بہرحال ان دونوں نے ایک Interpretation دیا جس کو ڈائیلیکٹیکل Interpretation کہا جاتا ہے۔</w:t>
      </w:r>
    </w:p>
    <w:p>
      <w:r>
        <w:rPr>
          <w:b/>
        </w:rPr>
        <w:t xml:space="preserve">[03:07] </w:t>
      </w:r>
      <w:r>
        <w:t>lekin woh stand nahi kar saka.</w:t>
      </w:r>
    </w:p>
    <w:p>
      <w:pPr>
        <w:jc w:val="right"/>
      </w:pPr>
      <w:r>
        <w:t>لیکن وہ اسٹینڈ نہیں کر سکا۔</w:t>
      </w:r>
    </w:p>
    <w:p>
      <w:r>
        <w:rPr>
          <w:b/>
        </w:rPr>
        <w:t xml:space="preserve">[03:15] </w:t>
      </w:r>
      <w:r>
        <w:t>woh isi liye woh kabhi accept bhi nahi hua.</w:t>
      </w:r>
    </w:p>
    <w:p>
      <w:pPr>
        <w:jc w:val="right"/>
      </w:pPr>
      <w:r>
        <w:t>وہ اسی لیے وہ کبھی ایکسیپٹ بھی نہیں ہوا۔</w:t>
      </w:r>
    </w:p>
    <w:p>
      <w:r>
        <w:rPr>
          <w:b/>
        </w:rPr>
        <w:t xml:space="preserve">[03:22] </w:t>
      </w:r>
      <w:r>
        <w:t>ab woh amalan, yani practically ek discarded concept hai.</w:t>
      </w:r>
    </w:p>
    <w:p>
      <w:pPr>
        <w:jc w:val="right"/>
      </w:pPr>
      <w:r>
        <w:t>اب وہ عملاً، یعنی پریکٹیکلی ایک discarded کانسیپٹ ہے۔</w:t>
      </w:r>
    </w:p>
    <w:p>
      <w:r>
        <w:rPr>
          <w:b/>
        </w:rPr>
        <w:t xml:space="preserve">[03:29] </w:t>
      </w:r>
      <w:r>
        <w:t>is jangall mein sirf ek hi awaaz hai mere nazdeek jo ek real sense mein ek meaningful</w:t>
      </w:r>
    </w:p>
    <w:p>
      <w:pPr>
        <w:jc w:val="right"/>
      </w:pPr>
      <w:r>
        <w:t>اس جنگل میں صرف ایک ہی آواز ہے میرے نزدیک جو ایک ریئل سینس میں ایک میننگ فل</w:t>
      </w:r>
    </w:p>
    <w:p>
      <w:r>
        <w:rPr>
          <w:b/>
        </w:rPr>
        <w:t xml:space="preserve">[03:36] </w:t>
      </w:r>
      <w:r>
        <w:t>Interpretation deti hai.</w:t>
      </w:r>
    </w:p>
    <w:p>
      <w:pPr>
        <w:jc w:val="right"/>
      </w:pPr>
      <w:r>
        <w:t>Interpretation دیتی ہے۔</w:t>
      </w:r>
    </w:p>
    <w:p>
      <w:r>
        <w:rPr>
          <w:b/>
        </w:rPr>
        <w:t xml:space="preserve">[03:44] </w:t>
      </w:r>
      <w:r>
        <w:t>ab woh hai Quran.</w:t>
      </w:r>
    </w:p>
    <w:p>
      <w:pPr>
        <w:jc w:val="right"/>
      </w:pPr>
      <w:r>
        <w:t>اب وہ ہے قرآن۔</w:t>
      </w:r>
    </w:p>
    <w:p>
      <w:r>
        <w:rPr>
          <w:b/>
        </w:rPr>
        <w:t xml:space="preserve">[03:51] </w:t>
      </w:r>
      <w:r>
        <w:t>jahan tak Quran ki variety ki baat hai to main samajhta hoon ke Quran ki variety ko koi</w:t>
      </w:r>
    </w:p>
    <w:p>
      <w:pPr>
        <w:jc w:val="right"/>
      </w:pPr>
      <w:r>
        <w:t>جہاں تک قرآن کی ورائٹی کی بات ہے تو میں سمجھتا ہوں کہ قرآن کی ورائٹی کو کوئی</w:t>
      </w:r>
    </w:p>
    <w:p>
      <w:r>
        <w:rPr>
          <w:b/>
        </w:rPr>
        <w:t xml:space="preserve">[03:58] </w:t>
      </w:r>
      <w:r>
        <w:t>challenge nahi kar sakta.</w:t>
      </w:r>
    </w:p>
    <w:p>
      <w:pPr>
        <w:jc w:val="right"/>
      </w:pPr>
      <w:r>
        <w:t>چیلنج نہیں کر سکتا۔</w:t>
      </w:r>
    </w:p>
    <w:p>
      <w:r>
        <w:rPr>
          <w:b/>
        </w:rPr>
        <w:t xml:space="preserve">[04:05] </w:t>
      </w:r>
      <w:r>
        <w:t>kyunke Quran mein bohat saare aise references hain jo time guzarne ke baad bhi sahi sabit hue.</w:t>
      </w:r>
    </w:p>
    <w:p>
      <w:pPr>
        <w:jc w:val="right"/>
      </w:pPr>
      <w:r>
        <w:t>کیونکہ قرآن میں بہت سارے ایسے ریفرنسز ہیں جو ٹائم گزرنے کے بعد بھی صحیح ثابت ہوئے۔</w:t>
      </w:r>
    </w:p>
    <w:p>
      <w:r>
        <w:rPr>
          <w:b/>
        </w:rPr>
        <w:t xml:space="preserve">[04:13] </w:t>
      </w:r>
      <w:r>
        <w:t>misal ke taur par dekhiye, Quran mein ek statement tha ke "kul nafsin za'iqatul maut".</w:t>
      </w:r>
    </w:p>
    <w:p>
      <w:pPr>
        <w:jc w:val="right"/>
      </w:pPr>
      <w:r>
        <w:t>مثلاً دیکھیے، قرآن میں ایک اسٹیٹمنٹ تھا کہ "کل نفس ذائقۃ الموت"۔</w:t>
      </w:r>
    </w:p>
    <w:p>
      <w:r>
        <w:rPr>
          <w:b/>
        </w:rPr>
        <w:t xml:space="preserve">[04:20] </w:t>
      </w:r>
      <w:r>
        <w:t>har insaan ko marna hai.</w:t>
      </w:r>
    </w:p>
    <w:p>
      <w:pPr>
        <w:jc w:val="right"/>
      </w:pPr>
      <w:r>
        <w:t>ہر انسان کو مرنا ہے۔</w:t>
      </w:r>
    </w:p>
    <w:p>
      <w:r>
        <w:rPr>
          <w:b/>
        </w:rPr>
        <w:t xml:space="preserve">[04:27] </w:t>
      </w:r>
      <w:r>
        <w:t>yeh bohat anokha statement tha.</w:t>
      </w:r>
    </w:p>
    <w:p>
      <w:pPr>
        <w:jc w:val="right"/>
      </w:pPr>
      <w:r>
        <w:t>یہ بہت انوکھا اسٹیٹمنٹ تھا۔</w:t>
      </w:r>
    </w:p>
    <w:p>
      <w:r>
        <w:rPr>
          <w:b/>
        </w:rPr>
        <w:t xml:space="preserve">[04:35] </w:t>
      </w:r>
      <w:r>
        <w:t>kyunke har zamane mein medical science yeh koshish karti rahi ke insaan na mare.</w:t>
      </w:r>
    </w:p>
    <w:p>
      <w:pPr>
        <w:jc w:val="right"/>
      </w:pPr>
      <w:r>
        <w:t>کیونکہ ہر زمانے میں میڈیکل سائنس یہ کوشش کرتی رہی کہ انسان نہ مرے۔</w:t>
      </w:r>
    </w:p>
    <w:p>
      <w:r>
        <w:rPr>
          <w:b/>
        </w:rPr>
        <w:t xml:space="preserve">[04:42] </w:t>
      </w:r>
      <w:r>
        <w:t>saare jo king thay baray baray, woh sab unhon ne baray baray doctors aur atibaa ko involve kiya</w:t>
      </w:r>
    </w:p>
    <w:p>
      <w:pPr>
        <w:jc w:val="right"/>
      </w:pPr>
      <w:r>
        <w:t>سارے جو کنگ تھے بڑے بڑے، وہ سب انہوں نے بڑے بڑے ڈاکٹرز اور اطباء کو انوالو کیا</w:t>
      </w:r>
    </w:p>
    <w:p>
      <w:r>
        <w:rPr>
          <w:b/>
        </w:rPr>
        <w:t xml:space="preserve">[04:49] </w:t>
      </w:r>
      <w:r>
        <w:t>ke aisi koshish daryaft karein jis mein unhein hamesha ke liye jeena passport ho jaye.</w:t>
      </w:r>
    </w:p>
    <w:p>
      <w:pPr>
        <w:jc w:val="right"/>
      </w:pPr>
      <w:r>
        <w:t>کہ ایسی کوشش دریافت کریں جس میں انہیں ہمیشہ کے لیے جینا پاسپورٹ ہو جائے۔</w:t>
      </w:r>
    </w:p>
    <w:p>
      <w:r>
        <w:rPr>
          <w:b/>
        </w:rPr>
        <w:t xml:space="preserve">[04:56] </w:t>
      </w:r>
      <w:r>
        <w:t>lekin yeh statement kabhi galat sabit nahi hua.</w:t>
      </w:r>
    </w:p>
    <w:p>
      <w:pPr>
        <w:jc w:val="right"/>
      </w:pPr>
      <w:r>
        <w:t>لیکن یہ اسٹیٹمنٹ کبھی غلط ثابت نہیں ہوا۔</w:t>
      </w:r>
    </w:p>
    <w:p>
      <w:r>
        <w:rPr>
          <w:b/>
        </w:rPr>
        <w:t xml:space="preserve">[05:04] </w:t>
      </w:r>
      <w:r>
        <w:t>"kul nafsin za'iqatul maut".</w:t>
      </w:r>
    </w:p>
    <w:p>
      <w:pPr>
        <w:jc w:val="right"/>
      </w:pPr>
      <w:r>
        <w:t>"کل نفس ذائقۃ الموت"۔</w:t>
      </w:r>
    </w:p>
    <w:p>
      <w:r>
        <w:rPr>
          <w:b/>
        </w:rPr>
        <w:t xml:space="preserve">[05:11] </w:t>
      </w:r>
      <w:r>
        <w:t>har insaan ko marna hai.</w:t>
      </w:r>
    </w:p>
    <w:p>
      <w:pPr>
        <w:jc w:val="right"/>
      </w:pPr>
      <w:r>
        <w:t>ہر انسان کو مرنا ہے۔</w:t>
      </w:r>
    </w:p>
    <w:p>
      <w:r>
        <w:rPr>
          <w:b/>
        </w:rPr>
        <w:t xml:space="preserve">[05:18] </w:t>
      </w:r>
      <w:r>
        <w:t>to hazaron saal se har insaan mar raha hai, jo koi jeene wala nahi hai.</w:t>
      </w:r>
    </w:p>
    <w:p>
      <w:pPr>
        <w:jc w:val="right"/>
      </w:pPr>
      <w:r>
        <w:t>تو ہزاروں سال سے ہر انسان مر رہا ہے، جو کوئی جینے والا نہیں ہے۔</w:t>
      </w:r>
    </w:p>
    <w:p>
      <w:r>
        <w:rPr>
          <w:b/>
        </w:rPr>
        <w:t xml:space="preserve">[05:26] </w:t>
      </w:r>
      <w:r>
        <w:t>to zahir hai ke yeh statement batata hai ke quran ek aise mind se nikla hai jo haqiqaton</w:t>
      </w:r>
    </w:p>
    <w:p>
      <w:pPr>
        <w:jc w:val="right"/>
      </w:pPr>
      <w:r>
        <w:t>تو ظاہر ہے کہ یہ اسٹیٹمنٹ بتاتا ہے کہ قرآن ایک ایسے مائنڈ سے نکلا ہے جو حقیقتوں</w:t>
      </w:r>
    </w:p>
    <w:p>
      <w:r>
        <w:rPr>
          <w:b/>
        </w:rPr>
        <w:t xml:space="preserve">[05:33] </w:t>
      </w:r>
      <w:r>
        <w:t>ko janta hai.</w:t>
      </w:r>
    </w:p>
    <w:p>
      <w:pPr>
        <w:jc w:val="right"/>
      </w:pPr>
      <w:r>
        <w:t>کو جانتا ہے۔</w:t>
      </w:r>
    </w:p>
    <w:p>
      <w:r>
        <w:rPr>
          <w:b/>
        </w:rPr>
        <w:t xml:space="preserve">[05:40] </w:t>
      </w:r>
      <w:r>
        <w:t>waise hi dekhiye, jab insaan kuch bhi nahi janta tha kainaat ke bare mein, yaani present science se</w:t>
      </w:r>
    </w:p>
    <w:p>
      <w:pPr>
        <w:jc w:val="right"/>
      </w:pPr>
      <w:r>
        <w:t>ویسے ہی دیکھیے، جب انسان کچھ بھی نہیں جانتا تھا کائنات کے بارے میں، یعنی پریزنٹ سائنس سے</w:t>
      </w:r>
    </w:p>
    <w:p>
      <w:r>
        <w:rPr>
          <w:b/>
        </w:rPr>
        <w:t xml:space="preserve">[05:47] </w:t>
      </w:r>
      <w:r>
        <w:t>pehlay, us waqt quran mein yeh ayat aayi ke "wo in al-samawati wal-ardi kanatrta fa-taqnahuma".</w:t>
      </w:r>
    </w:p>
    <w:p>
      <w:pPr>
        <w:jc w:val="right"/>
      </w:pPr>
      <w:r>
        <w:t>پہلے، اس وقت قرآن میں یہ آیت آئی کہ "وہ ان السماوات والارض کانترتقا ففتقنہما"۔</w:t>
      </w:r>
    </w:p>
    <w:p>
      <w:r>
        <w:rPr>
          <w:b/>
        </w:rPr>
        <w:t xml:space="preserve">[05:55] </w:t>
      </w:r>
      <w:r>
        <w:t>iska matlab yeh hai ke poori jo universe hai, uske jitnay particles hain, wo sab ek</w:t>
      </w:r>
    </w:p>
    <w:p>
      <w:pPr>
        <w:jc w:val="right"/>
      </w:pPr>
      <w:r>
        <w:t>اس کا مطلب یہ ہے کہ پوری جو یونیورس ہے، اس کے جتنے پارٹیکلز ہیں، وہ سب ایک</w:t>
      </w:r>
    </w:p>
    <w:p>
      <w:r>
        <w:rPr>
          <w:b/>
        </w:rPr>
        <w:t xml:space="preserve">[06:02] </w:t>
      </w:r>
      <w:r>
        <w:t>the kisi waqt.</w:t>
      </w:r>
    </w:p>
    <w:p>
      <w:pPr>
        <w:jc w:val="right"/>
      </w:pPr>
      <w:r>
        <w:t>تھے کسی وقت۔</w:t>
      </w:r>
    </w:p>
    <w:p>
      <w:r>
        <w:rPr>
          <w:b/>
        </w:rPr>
        <w:t xml:space="preserve">[06:09] </w:t>
      </w:r>
      <w:r>
        <w:t>sab ke sab ek thay.</w:t>
      </w:r>
    </w:p>
    <w:p>
      <w:pPr>
        <w:jc w:val="right"/>
      </w:pPr>
      <w:r>
        <w:t>سب کے سب ایک تھے۔</w:t>
      </w:r>
    </w:p>
    <w:p>
      <w:r>
        <w:rPr>
          <w:b/>
        </w:rPr>
        <w:t xml:space="preserve">[06:17] </w:t>
      </w:r>
      <w:r>
        <w:t>phir in mein ek dhamaka hua to phailay aur universe ban gayi.</w:t>
      </w:r>
    </w:p>
    <w:p>
      <w:pPr>
        <w:jc w:val="right"/>
      </w:pPr>
      <w:r>
        <w:t>پھر ان میں ایک دھماکہ ہوا تو پھیلے اور یونیورس بن گئی۔</w:t>
      </w:r>
    </w:p>
    <w:p>
      <w:r>
        <w:rPr>
          <w:b/>
        </w:rPr>
        <w:t xml:space="preserve">[06:24] </w:t>
      </w:r>
      <w:r>
        <w:t>yeh us waqt aayi yeh ayat jab koi insaan janta nahi tha, is qism ka tasawwur nahi tha.</w:t>
      </w:r>
    </w:p>
    <w:p>
      <w:pPr>
        <w:jc w:val="right"/>
      </w:pPr>
      <w:r>
        <w:t>یہ اس وقت آئی یہ آیت جب کوئی انسان جانتا نہیں تھا، اس قسم کا تصور نہیں تھا۔</w:t>
      </w:r>
    </w:p>
    <w:p>
      <w:r>
        <w:rPr>
          <w:b/>
        </w:rPr>
        <w:t xml:space="preserve">[06:31] </w:t>
      </w:r>
      <w:r>
        <w:t>lekin beesween sadi ke first quarter mein big bang theory samnay aayi aur yeh cheez verify ho gayi.</w:t>
      </w:r>
    </w:p>
    <w:p>
      <w:pPr>
        <w:jc w:val="right"/>
      </w:pPr>
      <w:r>
        <w:t>لیکن بیسویں صدی کے فرسٹ کوارٹر میں بگ بینگ تھیوری سامنے آئی اور یہ چیز ویریفائی ہو گئی۔</w:t>
      </w:r>
    </w:p>
    <w:p>
      <w:r>
        <w:rPr>
          <w:b/>
        </w:rPr>
        <w:t xml:space="preserve">[06:38] </w:t>
      </w:r>
      <w:r>
        <w:t>to yeh is tarah ki bohat sari cheezein hain jo yeh sabit karti hain ke quran jis mind</w:t>
      </w:r>
    </w:p>
    <w:p>
      <w:pPr>
        <w:jc w:val="right"/>
      </w:pPr>
      <w:r>
        <w:t>تو یہ اس طرح کی بہت ساری چیزیں ہیں جو یہ ثابت کرتی ہیں کہ قرآن جس مائنڈ</w:t>
      </w:r>
    </w:p>
    <w:p>
      <w:r>
        <w:rPr>
          <w:b/>
        </w:rPr>
        <w:t xml:space="preserve">[06:46] </w:t>
      </w:r>
      <w:r>
        <w:t>se nikla hai, wo mind past aur present aur future sab ko janta hai.</w:t>
      </w:r>
    </w:p>
    <w:p>
      <w:pPr>
        <w:jc w:val="right"/>
      </w:pPr>
      <w:r>
        <w:t>سے نکلا ہے، وہ مائنڈ پاسٹ اور پریزنٹ اور فیوچر سب کو جانتا ہے۔</w:t>
      </w:r>
    </w:p>
    <w:p>
      <w:r>
        <w:rPr>
          <w:b/>
        </w:rPr>
        <w:t xml:space="preserve">[06:53] </w:t>
      </w:r>
      <w:r>
        <w:t>اب میں یہ عرض کروں گا کہ قرآن میں history کے بارے میں کیا interpretation دیا گیا ہے۔</w:t>
      </w:r>
    </w:p>
    <w:p>
      <w:pPr>
        <w:jc w:val="right"/>
      </w:pPr>
      <w:r>
        <w:t>اب میں یہ عرض کروں گا کہ قرآن میں History کے بارے میں کیا انٹرپریشن دیا گیا ہے۔</w:t>
      </w:r>
    </w:p>
    <w:p>
      <w:r>
        <w:rPr>
          <w:b/>
        </w:rPr>
        <w:t xml:space="preserve">[07:00] </w:t>
      </w:r>
      <w:r>
        <w:t>jo unki kitaab hai Alexis Carrel ki "Mind the Unknown", wo haqiqat mein history ke bare mein hai.</w:t>
      </w:r>
    </w:p>
    <w:p>
      <w:pPr>
        <w:jc w:val="right"/>
      </w:pPr>
      <w:r>
        <w:t>جو ان کی کتاب ہے ایلکسس کیرل کی "Mind the Unknown"، وہ حقیقت میں History کے بارے میں ہے۔</w:t>
      </w:r>
    </w:p>
    <w:p>
      <w:r>
        <w:rPr>
          <w:b/>
        </w:rPr>
        <w:t xml:space="preserve">[07:07] </w:t>
      </w:r>
      <w:r>
        <w:t>وہ history the unknown کی انسانی history کا کوئی ایکسپلینیشن نہیں ملتا۔</w:t>
      </w:r>
    </w:p>
    <w:p>
      <w:pPr>
        <w:jc w:val="right"/>
      </w:pPr>
      <w:r>
        <w:t>وہ History the Unknown کی انسانی History کا کوئی ایکسپلینیشن نہیں ملتا۔</w:t>
      </w:r>
    </w:p>
    <w:p>
      <w:r>
        <w:rPr>
          <w:b/>
        </w:rPr>
        <w:t xml:space="preserve">[07:15] </w:t>
      </w:r>
      <w:r>
        <w:t>wo ek heebzed way mein guzar rahi hai.</w:t>
      </w:r>
    </w:p>
    <w:p>
      <w:pPr>
        <w:jc w:val="right"/>
      </w:pPr>
      <w:r>
        <w:t>وہ ایک ہیبزڈ وے میں گزر رہی ہے۔</w:t>
      </w:r>
    </w:p>
    <w:p>
      <w:r>
        <w:rPr>
          <w:b/>
        </w:rPr>
        <w:t xml:space="preserve">[07:22] </w:t>
      </w:r>
      <w:r>
        <w:t>lekin quran mein yeh ayat aayi aur bohat si ayatein hain is qism ki ke aap surah al-mulk</w:t>
      </w:r>
    </w:p>
    <w:p>
      <w:pPr>
        <w:jc w:val="right"/>
      </w:pPr>
      <w:r>
        <w:t>لیکن قرآن میں یہ آیت آئی اور بہت سی آیتیں ہیں اس قسم کی کہ آپ سورہ الملک</w:t>
      </w:r>
    </w:p>
    <w:p>
      <w:r>
        <w:rPr>
          <w:b/>
        </w:rPr>
        <w:t xml:space="preserve">[07:29] </w:t>
      </w:r>
      <w:r>
        <w:t>mein dekhiye, jiska number hai 67.</w:t>
      </w:r>
    </w:p>
    <w:p>
      <w:pPr>
        <w:jc w:val="right"/>
      </w:pPr>
      <w:r>
        <w:t>میں دیکھیے، جس کا نمبر ہے 67۔</w:t>
      </w:r>
    </w:p>
    <w:p>
      <w:r>
        <w:rPr>
          <w:b/>
        </w:rPr>
        <w:t xml:space="preserve">[07:37] </w:t>
      </w:r>
      <w:r>
        <w:t>surah al-mulk ke shuru mein "khalaqa al-mawta wal-hayata li-yabluwakum ayukum a'sara".</w:t>
      </w:r>
    </w:p>
    <w:p>
      <w:pPr>
        <w:jc w:val="right"/>
      </w:pPr>
      <w:r>
        <w:t>سورہ الملک کے شروع میں "خلق الموت والحیات لیا بلوكم ایاکم اعصرا"۔</w:t>
      </w:r>
    </w:p>
    <w:p>
      <w:r>
        <w:rPr>
          <w:b/>
        </w:rPr>
        <w:t xml:space="preserve">[07:44] </w:t>
      </w:r>
      <w:r>
        <w:t>yaani Allah ne paida kiya insaan ko, usko zindagi di, phir usko maut deta hai taake</w:t>
      </w:r>
    </w:p>
    <w:p>
      <w:pPr>
        <w:jc w:val="right"/>
      </w:pPr>
      <w:r>
        <w:t>یعنی اللہ نے پیدا کیا انسان کو، اس کو زندگی دی، پھر اس کو موت دیتا ہے تاکہ</w:t>
      </w:r>
    </w:p>
    <w:p>
      <w:r>
        <w:rPr>
          <w:b/>
        </w:rPr>
        <w:t xml:space="preserve">[07:51] </w:t>
      </w:r>
      <w:r>
        <w:t>wo dekhe, jaanch kar ke tum mein se kaun best hai.</w:t>
      </w:r>
    </w:p>
    <w:p>
      <w:pPr>
        <w:jc w:val="right"/>
      </w:pPr>
      <w:r>
        <w:t>وہ دیکھے، جانچ کر کہ تم میں سے کون بیسٹ ہے۔</w:t>
      </w:r>
    </w:p>
    <w:p>
      <w:r>
        <w:rPr>
          <w:b/>
        </w:rPr>
        <w:t xml:space="preserve">[07:58] </w:t>
      </w:r>
      <w:r>
        <w:t>yeh bohat hi ajeeb ayat hai.</w:t>
      </w:r>
    </w:p>
    <w:p>
      <w:pPr>
        <w:jc w:val="right"/>
      </w:pPr>
      <w:r>
        <w:t>یہ بہت ہی عجیب آیت ہے۔</w:t>
      </w:r>
    </w:p>
    <w:p>
      <w:r>
        <w:rPr>
          <w:b/>
        </w:rPr>
        <w:t xml:space="preserve">[08:06] </w:t>
      </w:r>
      <w:r>
        <w:t>To find out, yani iska jo just hai woh yeh hai ke yeh jo process chala history</w:t>
      </w:r>
    </w:p>
    <w:p>
      <w:pPr>
        <w:jc w:val="right"/>
      </w:pPr>
      <w:r>
        <w:t>To find out، یعنی اس کا جو جست ہے وہ یہ ہے کہ یہ جو پروسیس چلا History</w:t>
      </w:r>
    </w:p>
    <w:p>
      <w:r>
        <w:rPr>
          <w:b/>
        </w:rPr>
        <w:t xml:space="preserve">[08:13] </w:t>
      </w:r>
      <w:r>
        <w:t>mein, maut ka aur zindagi ka, maut ka aur zindagi ka, to to find out which of you</w:t>
      </w:r>
    </w:p>
    <w:p>
      <w:pPr>
        <w:jc w:val="right"/>
      </w:pPr>
      <w:r>
        <w:t>میں، موت کا اور زندگی کا، موت کا اور زندگی کا، تو to find out which of you</w:t>
      </w:r>
    </w:p>
    <w:p>
      <w:r>
        <w:rPr>
          <w:b/>
        </w:rPr>
        <w:t xml:space="preserve">[08:20] </w:t>
      </w:r>
      <w:r>
        <w:t>is better at conduct.</w:t>
      </w:r>
    </w:p>
    <w:p>
      <w:pPr>
        <w:jc w:val="right"/>
      </w:pPr>
      <w:r>
        <w:t>is better at conduct۔</w:t>
      </w:r>
    </w:p>
    <w:p>
      <w:r>
        <w:rPr>
          <w:b/>
        </w:rPr>
        <w:t xml:space="preserve">[08:28] </w:t>
      </w:r>
      <w:r>
        <w:t>phir dekhiye aur bhi bohat si ayatein hain, maslan ek ayat hai ke "wa laqad katabna fi al-zabur min</w:t>
      </w:r>
    </w:p>
    <w:p>
      <w:pPr>
        <w:jc w:val="right"/>
      </w:pPr>
      <w:r>
        <w:t>پھر دیکھیے اور بھی بہت سی آیتیں ہیں، مثلاً ایک آیت ہے کہ "ولقد کتبنا فی الزبور من</w:t>
      </w:r>
    </w:p>
    <w:p>
      <w:r>
        <w:rPr>
          <w:b/>
        </w:rPr>
        <w:t xml:space="preserve">[08:35] </w:t>
      </w:r>
      <w:r>
        <w:t>ba'da al-dhikr an al-radi Allahu anh".</w:t>
      </w:r>
    </w:p>
    <w:p>
      <w:pPr>
        <w:jc w:val="right"/>
      </w:pPr>
      <w:r>
        <w:t>بعد الذکر ان الرضی اللہ عنہ"۔</w:t>
      </w:r>
    </w:p>
    <w:p>
      <w:r>
        <w:rPr>
          <w:b/>
        </w:rPr>
        <w:t xml:space="preserve">[08:42] </w:t>
      </w:r>
      <w:r>
        <w:t>abhi bhi yeh ayat torat mein maujood hai.</w:t>
      </w:r>
    </w:p>
    <w:p>
      <w:pPr>
        <w:jc w:val="right"/>
      </w:pPr>
      <w:r>
        <w:t>ابھی بھی یہ آیت تورات میں موجود ہے۔</w:t>
      </w:r>
    </w:p>
    <w:p>
      <w:r>
        <w:rPr>
          <w:b/>
        </w:rPr>
        <w:t xml:space="preserve">[08:49] </w:t>
      </w:r>
      <w:r>
        <w:t>abhi bhi is mein yeh hai ke saleh log zameen ke waris ho gaye.</w:t>
      </w:r>
    </w:p>
    <w:p>
      <w:pPr>
        <w:jc w:val="right"/>
      </w:pPr>
      <w:r>
        <w:t>ابھی بھی اس میں یہ ہے کہ صالح لوگ زمین کے وارث ہو گئے۔</w:t>
      </w:r>
    </w:p>
    <w:p>
      <w:r>
        <w:rPr>
          <w:b/>
        </w:rPr>
        <w:t xml:space="preserve">[08:57] </w:t>
      </w:r>
      <w:r>
        <w:t>is tarah ki mukhtalif jo ayatein hain, is ko le kar ghor kiya jaye to yeh maloom hota</w:t>
      </w:r>
    </w:p>
    <w:p>
      <w:pPr>
        <w:jc w:val="right"/>
      </w:pPr>
      <w:r>
        <w:t>اس طرح کی مختلف جو آیتیں ہیں، اس کو لے کر غور کیا جائے تو یہ معلوم ہوتا</w:t>
      </w:r>
    </w:p>
    <w:p>
      <w:r>
        <w:rPr>
          <w:b/>
        </w:rPr>
        <w:t xml:space="preserve">[09:04] </w:t>
      </w:r>
      <w:r>
        <w:t>hai ke insan jo paida ho rahe hain aur mar rahe hain, paida ho rahe hain aur mar</w:t>
      </w:r>
    </w:p>
    <w:p>
      <w:pPr>
        <w:jc w:val="right"/>
      </w:pPr>
      <w:r>
        <w:t>ہے کہ انسان جو پیدا ہو رہے ہیں اور مر رہے ہیں، پیدا ہو رہے ہیں اور مر</w:t>
      </w:r>
    </w:p>
    <w:p>
      <w:r>
        <w:rPr>
          <w:b/>
        </w:rPr>
        <w:t xml:space="preserve">[09:11] </w:t>
      </w:r>
      <w:r>
        <w:t>rahe hain, to ek bohat bade plan ke tehat ho raha hai aisa ke is ke peeche ek planning hai.</w:t>
      </w:r>
    </w:p>
    <w:p>
      <w:pPr>
        <w:jc w:val="right"/>
      </w:pPr>
      <w:r>
        <w:t>رہے ہیں، تو ایک بہت بڑے پلان کے تحت ہو رہا ہے ایسا کہ اس کے پیچھے ایک پلاننگ ہے۔</w:t>
      </w:r>
    </w:p>
    <w:p>
      <w:r>
        <w:rPr>
          <w:b/>
        </w:rPr>
        <w:t xml:space="preserve">[09:19] </w:t>
      </w:r>
      <w:r>
        <w:t>is ke peeche ek planning hai.</w:t>
      </w:r>
    </w:p>
    <w:p>
      <w:pPr>
        <w:jc w:val="right"/>
      </w:pPr>
      <w:r>
        <w:t>اس کے پیچھے ایک پلاننگ ہے۔</w:t>
      </w:r>
    </w:p>
    <w:p>
      <w:r>
        <w:rPr>
          <w:b/>
        </w:rPr>
        <w:t xml:space="preserve">[09:26] </w:t>
      </w:r>
      <w:r>
        <w:t>woh planning kya hai? woh planning yeh hai ke har ek ka record tayyar kiya ja raha hai</w:t>
      </w:r>
    </w:p>
    <w:p>
      <w:pPr>
        <w:jc w:val="right"/>
      </w:pPr>
      <w:r>
        <w:t>وہ پلاننگ کیا ہے؟ وہ پلاننگ یہ ہے کہ ہر ایک کا ریکارڈ تیار کیا جا رہا ہے</w:t>
      </w:r>
    </w:p>
    <w:p>
      <w:r>
        <w:rPr>
          <w:b/>
        </w:rPr>
        <w:t xml:space="preserve">[09:33] </w:t>
      </w:r>
      <w:r>
        <w:t>aur phir selection hoga. selection.</w:t>
      </w:r>
    </w:p>
    <w:p>
      <w:pPr>
        <w:jc w:val="right"/>
      </w:pPr>
      <w:r>
        <w:t>اور پھر سلیکشن ہوگا۔ سلیکشن۔</w:t>
      </w:r>
    </w:p>
    <w:p>
      <w:r>
        <w:rPr>
          <w:b/>
        </w:rPr>
        <w:t xml:space="preserve">[09:40] </w:t>
      </w:r>
      <w:r>
        <w:t>to selected log, jo selected log hain, woh honge, un ko alag kiya jayega.</w:t>
      </w:r>
    </w:p>
    <w:p>
      <w:pPr>
        <w:jc w:val="right"/>
      </w:pPr>
      <w:r>
        <w:t>تو سلیکٹڈ لوگ، جو سلیکٹڈ لوگ ہیں، وہ ہوں گے، ان کو الگ کیا جائے گا۔</w:t>
      </w:r>
    </w:p>
    <w:p>
      <w:r>
        <w:rPr>
          <w:b/>
        </w:rPr>
        <w:t xml:space="preserve">[09:48] </w:t>
      </w:r>
      <w:r>
        <w:t>bible mein hai ke log chhante jayenge, sharir aur rast baz alag kiye jayenge.</w:t>
      </w:r>
    </w:p>
    <w:p>
      <w:pPr>
        <w:jc w:val="right"/>
      </w:pPr>
      <w:r>
        <w:t>بائبل میں ہے کہ لوگ چھانٹے جائیں گے، شریر اور راست باز الگ کیے جائیں گے۔</w:t>
      </w:r>
    </w:p>
    <w:p>
      <w:r>
        <w:rPr>
          <w:b/>
        </w:rPr>
        <w:t xml:space="preserve">[09:55] </w:t>
      </w:r>
      <w:r>
        <w:t>yeh bible mein hai.</w:t>
      </w:r>
    </w:p>
    <w:p>
      <w:pPr>
        <w:jc w:val="right"/>
      </w:pPr>
      <w:r>
        <w:t>یہ بائبل میں ہے۔</w:t>
      </w:r>
    </w:p>
    <w:p>
      <w:r>
        <w:rPr>
          <w:b/>
        </w:rPr>
        <w:t xml:space="preserve">[10:02] </w:t>
      </w:r>
      <w:r>
        <w:t>to insan ko azadi di hai Allah taala ne.</w:t>
      </w:r>
    </w:p>
    <w:p>
      <w:pPr>
        <w:jc w:val="right"/>
      </w:pPr>
      <w:r>
        <w:t>تو انسان کو آزادی دی ہے اللہ تعالیٰ نے۔</w:t>
      </w:r>
    </w:p>
    <w:p>
      <w:r>
        <w:rPr>
          <w:b/>
        </w:rPr>
        <w:t xml:space="preserve">[10:09] </w:t>
      </w:r>
      <w:r>
        <w:t>azadi ko koi misuse karta hai, koi is ka sahi istemal karta hai.</w:t>
      </w:r>
    </w:p>
    <w:p>
      <w:pPr>
        <w:jc w:val="right"/>
      </w:pPr>
      <w:r>
        <w:t>آزادی کو کوئی مس یوز کرتا ہے، کوئی اس کا صحیح استعمال کرتا ہے۔</w:t>
      </w:r>
    </w:p>
    <w:p>
      <w:r>
        <w:rPr>
          <w:b/>
        </w:rPr>
        <w:t xml:space="preserve">[10:17] </w:t>
      </w:r>
      <w:r>
        <w:t>is tarah se log do qism ke ho jate hain, yani saleh aur ghair saleh.</w:t>
      </w:r>
    </w:p>
    <w:p>
      <w:pPr>
        <w:jc w:val="right"/>
      </w:pPr>
      <w:r>
        <w:t>اس طرح سے لوگ دو قسم کے ہو جاتے ہیں، یعنی صالح اور غیر صالح۔</w:t>
      </w:r>
    </w:p>
    <w:p>
      <w:r>
        <w:rPr>
          <w:b/>
        </w:rPr>
        <w:t xml:space="preserve">[10:24] </w:t>
      </w:r>
      <w:r>
        <w:t>to sab mile jule rehte hain.</w:t>
      </w:r>
    </w:p>
    <w:p>
      <w:pPr>
        <w:jc w:val="right"/>
      </w:pPr>
      <w:r>
        <w:t>تو سب ملے جلے رہتے ہیں۔</w:t>
      </w:r>
    </w:p>
    <w:p>
      <w:r>
        <w:rPr>
          <w:b/>
        </w:rPr>
        <w:t xml:space="preserve">[10:31] </w:t>
      </w:r>
      <w:r>
        <w:t>to maujood dunya mein dono qism ke log mile jule hain.</w:t>
      </w:r>
    </w:p>
    <w:p>
      <w:pPr>
        <w:jc w:val="right"/>
      </w:pPr>
      <w:r>
        <w:t>تو موجود دنیا میں دونوں قسم کے لوگ ملے جلے ہیں۔</w:t>
      </w:r>
    </w:p>
    <w:p>
      <w:r>
        <w:rPr>
          <w:b/>
        </w:rPr>
        <w:t xml:space="preserve">[10:39] </w:t>
      </w:r>
      <w:r>
        <w:t>to aakhir mein, end mein, logon ko chhanta jayega.</w:t>
      </w:r>
    </w:p>
    <w:p>
      <w:pPr>
        <w:jc w:val="right"/>
      </w:pPr>
      <w:r>
        <w:t>تو آخر میں، اینڈ میں، لوگوں کو چھانٹا جائے گا۔</w:t>
      </w:r>
    </w:p>
    <w:p>
      <w:r>
        <w:rPr>
          <w:b/>
        </w:rPr>
        <w:t xml:space="preserve">[10:46] </w:t>
      </w:r>
      <w:r>
        <w:t>yeh bible ke lafz hain.</w:t>
      </w:r>
    </w:p>
    <w:p>
      <w:pPr>
        <w:jc w:val="right"/>
      </w:pPr>
      <w:r>
        <w:t>یہ بائبل کے لفظ ہیں۔</w:t>
      </w:r>
    </w:p>
    <w:p>
      <w:r>
        <w:rPr>
          <w:b/>
        </w:rPr>
        <w:t xml:space="preserve">[10:53] </w:t>
      </w:r>
      <w:r>
        <w:t>bible ke bare mein main arz karoon ke musalmanon mein bohat hi galat ek riwaj pad gaya ke</w:t>
      </w:r>
    </w:p>
    <w:p>
      <w:pPr>
        <w:jc w:val="right"/>
      </w:pPr>
      <w:r>
        <w:t>بائبل کے بارے میں میں عرض کروں کہ مسلمانوں میں بہت ہی غلط ایک رواج پڑ گیا کہ</w:t>
      </w:r>
    </w:p>
    <w:p>
      <w:r>
        <w:rPr>
          <w:b/>
        </w:rPr>
        <w:t xml:space="preserve">[11:00] </w:t>
      </w:r>
      <w:r>
        <w:t>بائبل کو صرف تنقید کی نظر سے دیکھنا، صرف اس کے negative item نکال نکال کے اس پر debate کرنا۔</w:t>
      </w:r>
    </w:p>
    <w:p>
      <w:pPr>
        <w:jc w:val="right"/>
      </w:pPr>
      <w:r>
        <w:t>بائبل کو صرف تنقید کی نظر سے دیکھنا، صرف اس کے نیگیٹیو آئٹم نکال نکال کے اس پر ڈیبیٹ کرنا۔</w:t>
      </w:r>
    </w:p>
    <w:p>
      <w:r>
        <w:rPr>
          <w:b/>
        </w:rPr>
        <w:t xml:space="preserve">[11:08] </w:t>
      </w:r>
      <w:r>
        <w:t>halankeh bible mein bohat sari baatein hain jo nihayat hi sahi hain aur important hain khud Quran ko</w:t>
      </w:r>
    </w:p>
    <w:p>
      <w:pPr>
        <w:jc w:val="right"/>
      </w:pPr>
      <w:r>
        <w:t>حالانکہ بائبل میں بہت ساری باتیں ہیں جو نہایت ہی صحیح ہیں اور امپورٹنٹ ہیں خود قرآن کو</w:t>
      </w:r>
    </w:p>
    <w:p>
      <w:r>
        <w:rPr>
          <w:b/>
        </w:rPr>
        <w:t xml:space="preserve">[11:15] </w:t>
      </w:r>
      <w:r>
        <w:t>samajhne ke liye.</w:t>
      </w:r>
    </w:p>
    <w:p>
      <w:pPr>
        <w:jc w:val="right"/>
      </w:pPr>
      <w:r>
        <w:t>سمجھنے کے لیے۔</w:t>
      </w:r>
    </w:p>
    <w:p>
      <w:r>
        <w:rPr>
          <w:b/>
        </w:rPr>
        <w:t xml:space="preserve">[11:22] </w:t>
      </w:r>
      <w:r>
        <w:t>Quran aur bible dono aasmani kitabein hain.</w:t>
      </w:r>
    </w:p>
    <w:p>
      <w:pPr>
        <w:jc w:val="right"/>
      </w:pPr>
      <w:r>
        <w:t>قرآن اور بائبل دونوں آسمانی کتابیں ہیں۔</w:t>
      </w:r>
    </w:p>
    <w:p>
      <w:r>
        <w:rPr>
          <w:b/>
        </w:rPr>
        <w:t xml:space="preserve">[11:30] </w:t>
      </w:r>
      <w:r>
        <w:t>to kuch in mein, yani Quran mehfooz kitab hai, bible mehfooz nahi reh saki.</w:t>
      </w:r>
    </w:p>
    <w:p>
      <w:pPr>
        <w:jc w:val="right"/>
      </w:pPr>
      <w:r>
        <w:t>تو کچھ ان میں، یعنی قرآن محفوظ کتاب ہے، بائبل محفوظ نہیں رہ سکی۔</w:t>
      </w:r>
    </w:p>
    <w:p>
      <w:r>
        <w:rPr>
          <w:b/>
        </w:rPr>
        <w:t xml:space="preserve">[11:37] </w:t>
      </w:r>
      <w:r>
        <w:t>is lihaz se kuch farq hai.</w:t>
      </w:r>
    </w:p>
    <w:p>
      <w:pPr>
        <w:jc w:val="right"/>
      </w:pPr>
      <w:r>
        <w:t>اس لحاظ سے کچھ فرق ہے۔</w:t>
      </w:r>
    </w:p>
    <w:p>
      <w:r>
        <w:rPr>
          <w:b/>
        </w:rPr>
        <w:t xml:space="preserve">[11:44] </w:t>
      </w:r>
      <w:r>
        <w:t>is farq ke bawajood bohat se item aise hain jo Quran ko samajhne mein madadgar hote hain.</w:t>
      </w:r>
    </w:p>
    <w:p>
      <w:pPr>
        <w:jc w:val="right"/>
      </w:pPr>
      <w:r>
        <w:t>اس فرق کے باوجود بہت سے آئٹم ایسے ہیں جو قرآن کو سمجھنے میں مددگار ہوتے ہیں۔</w:t>
      </w:r>
    </w:p>
    <w:p>
      <w:r>
        <w:rPr>
          <w:b/>
        </w:rPr>
        <w:t xml:space="preserve">[11:51] </w:t>
      </w:r>
      <w:r>
        <w:t>is mein se yeh hai, yeh ayat ke shareer aur raast baaz chhaante jayenge, alag kiye jayenge.</w:t>
      </w:r>
    </w:p>
    <w:p>
      <w:pPr>
        <w:jc w:val="right"/>
      </w:pPr>
      <w:r>
        <w:t>اس میں سے یہ ہے، یہ آیت کہ شریر اور راست باز چھانٹے جائیں گے، الگ کیے جائیں گے۔</w:t>
      </w:r>
    </w:p>
    <w:p>
      <w:r>
        <w:rPr>
          <w:b/>
        </w:rPr>
        <w:t xml:space="preserve">[11:59] </w:t>
      </w:r>
      <w:r>
        <w:t>to yeh jo quran mein jo iskeem batai gayi hai ke insaan paida hota hai, koi apni azaadi</w:t>
      </w:r>
    </w:p>
    <w:p>
      <w:pPr>
        <w:jc w:val="right"/>
      </w:pPr>
      <w:r>
        <w:t>تو یہ جو قرآن میں جو اسکیئم بتائی گئی ہے کہ انسان پیدا ہوتا ہے، کوئی اپنی آزادی</w:t>
      </w:r>
    </w:p>
    <w:p>
      <w:r>
        <w:rPr>
          <w:b/>
        </w:rPr>
        <w:t xml:space="preserve">[12:06] </w:t>
      </w:r>
      <w:r>
        <w:t>ko misuse karta hai, koi apni azaadi ko sahi istemaal karta hai, is se koi acha banta</w:t>
      </w:r>
    </w:p>
    <w:p>
      <w:pPr>
        <w:jc w:val="right"/>
      </w:pPr>
      <w:r>
        <w:t>کو مس یوز کرتا ہے، کوئی اپنی آزادی کو صحیح استعمال کرتا ہے، اس سے کوئی اچھا بنتا</w:t>
      </w:r>
    </w:p>
    <w:p>
      <w:r>
        <w:rPr>
          <w:b/>
        </w:rPr>
        <w:t xml:space="preserve">[12:13] </w:t>
      </w:r>
      <w:r>
        <w:t>hai, koi bura banta hai, sab ka record tayyar kiya ja raha hai.</w:t>
      </w:r>
    </w:p>
    <w:p>
      <w:pPr>
        <w:jc w:val="right"/>
      </w:pPr>
      <w:r>
        <w:t>ہے، کوئی برا بنتا ہے، سب کا ریکارڈ تیار کیا جا رہا ہے۔</w:t>
      </w:r>
    </w:p>
    <w:p>
      <w:r>
        <w:rPr>
          <w:b/>
        </w:rPr>
        <w:t xml:space="preserve">[12:21] </w:t>
      </w:r>
      <w:r>
        <w:t>aur aakhir mein selection hoga. selection.</w:t>
      </w:r>
    </w:p>
    <w:p>
      <w:pPr>
        <w:jc w:val="right"/>
      </w:pPr>
      <w:r>
        <w:t>اور آخر میں سلیکشن ہوگا۔ سلیکشن۔</w:t>
      </w:r>
    </w:p>
    <w:p>
      <w:r>
        <w:rPr>
          <w:b/>
        </w:rPr>
        <w:t xml:space="preserve">[12:28] </w:t>
      </w:r>
      <w:r>
        <w:t>ache alag kar diya jayega, bure alag kar diye jayenge.</w:t>
      </w:r>
    </w:p>
    <w:p>
      <w:pPr>
        <w:jc w:val="right"/>
      </w:pPr>
      <w:r>
        <w:t>اچھے الگ کر دیا جائے گا، برے الگ کر دیے جائیں گے۔</w:t>
      </w:r>
    </w:p>
    <w:p>
      <w:r>
        <w:rPr>
          <w:b/>
        </w:rPr>
        <w:t xml:space="preserve">[12:35] </w:t>
      </w:r>
      <w:r>
        <w:t>yeh aap bible ka mutala karen aur quran ka mutala karen, dono se mutale se yeh baat koi</w:t>
      </w:r>
    </w:p>
    <w:p>
      <w:pPr>
        <w:jc w:val="right"/>
      </w:pPr>
      <w:r>
        <w:t>یہ آپ بائبل کا مطالعہ کریں اور قرآن کا مطالعہ کریں، دونوں سے مطالعے سے یہ بات کوئی</w:t>
      </w:r>
    </w:p>
    <w:p>
      <w:r>
        <w:rPr>
          <w:b/>
        </w:rPr>
        <w:t xml:space="preserve">[12:42] </w:t>
      </w:r>
      <w:r>
        <w:t>nikalti hai aap ko history ke bare mein.</w:t>
      </w:r>
    </w:p>
    <w:p>
      <w:pPr>
        <w:jc w:val="right"/>
      </w:pPr>
      <w:r>
        <w:t>نکلتی ہے آپ کو History کے بارے میں۔</w:t>
      </w:r>
    </w:p>
    <w:p>
      <w:r>
        <w:rPr>
          <w:b/>
        </w:rPr>
        <w:t xml:space="preserve">[12:50] </w:t>
      </w:r>
      <w:r>
        <w:t>acha, is ke baad kya hai? is ke baad paradise ka concept hai.</w:t>
      </w:r>
    </w:p>
    <w:p>
      <w:pPr>
        <w:jc w:val="right"/>
      </w:pPr>
      <w:r>
        <w:t>اچھا، اس کے بعد کیا ہے؟ اس کے بعد Paradise کا کانسیپٹ ہے۔</w:t>
      </w:r>
    </w:p>
    <w:p>
      <w:r>
        <w:rPr>
          <w:b/>
        </w:rPr>
        <w:t xml:space="preserve">[12:57] </w:t>
      </w:r>
      <w:r>
        <w:t>paradise concept bible mein bhi hai, quran mein bhi hai.</w:t>
      </w:r>
    </w:p>
    <w:p>
      <w:pPr>
        <w:jc w:val="right"/>
      </w:pPr>
      <w:r>
        <w:t>Paradise کانسیپٹ بائبل میں بھی ہے، قرآن میں بھی ہے۔</w:t>
      </w:r>
    </w:p>
    <w:p>
      <w:r>
        <w:rPr>
          <w:b/>
        </w:rPr>
        <w:t xml:space="preserve">[13:04] </w:t>
      </w:r>
      <w:r>
        <w:t>yani jo selected log hain, woh paradise mein basaye jayenge.</w:t>
      </w:r>
    </w:p>
    <w:p>
      <w:pPr>
        <w:jc w:val="right"/>
      </w:pPr>
      <w:r>
        <w:t>یعنی جو سلیکٹڈ لوگ ہیں، وہ Paradise میں بسائے جائیں گے۔</w:t>
      </w:r>
    </w:p>
    <w:p>
      <w:r>
        <w:rPr>
          <w:b/>
        </w:rPr>
        <w:t xml:space="preserve">[13:11] </w:t>
      </w:r>
      <w:r>
        <w:t>paradise mein basaye jayenge.</w:t>
      </w:r>
    </w:p>
    <w:p>
      <w:pPr>
        <w:jc w:val="right"/>
      </w:pPr>
      <w:r>
        <w:t>Paradise میں بسائے جائیں گے۔</w:t>
      </w:r>
    </w:p>
    <w:p>
      <w:r>
        <w:rPr>
          <w:b/>
        </w:rPr>
        <w:t xml:space="preserve">[13:19] </w:t>
      </w:r>
      <w:r>
        <w:t>aur jo bigde log hain, bure log hain, jo hain, woh phenk diye jayenge raddi mein.</w:t>
      </w:r>
    </w:p>
    <w:p>
      <w:pPr>
        <w:jc w:val="right"/>
      </w:pPr>
      <w:r>
        <w:t>اور جو بگڑے لوگ ہیں، برے لوگ ہیں، جو ہیں، وہ پھینک دیے جائیں گے ردی میں۔</w:t>
      </w:r>
    </w:p>
    <w:p>
      <w:r>
        <w:rPr>
          <w:b/>
        </w:rPr>
        <w:t xml:space="preserve">[13:26] </w:t>
      </w:r>
      <w:r>
        <w:t>acha, is ke baad doosri cheez jo ghor karen to maloom hoti hai ke paradise mein logon ka</w:t>
      </w:r>
    </w:p>
    <w:p>
      <w:pPr>
        <w:jc w:val="right"/>
      </w:pPr>
      <w:r>
        <w:t>اچھا، اس کے بعد دوسری چیز جو غور کریں تو معلوم ہوتی ہے کہ Paradise میں لوگوں کا</w:t>
      </w:r>
    </w:p>
    <w:p>
      <w:r>
        <w:rPr>
          <w:b/>
        </w:rPr>
        <w:t xml:space="preserve">[13:33] </w:t>
      </w:r>
      <w:r>
        <w:t>kaam kya hoga? activities kya hongi? to activities ka yeh concept sahi nahi hai ke wahan bas</w:t>
      </w:r>
    </w:p>
    <w:p>
      <w:pPr>
        <w:jc w:val="right"/>
      </w:pPr>
      <w:r>
        <w:t>کام کیا ہوگا؟ ایکٹیویٹیز کیا ہوں گی؟ تو ایکٹیویٹیز کا یہ کانسیپٹ صحیح نہیں ہے کہ وہاں بس</w:t>
      </w:r>
    </w:p>
    <w:p>
      <w:r>
        <w:rPr>
          <w:b/>
        </w:rPr>
        <w:t xml:space="preserve">[13:41] </w:t>
      </w:r>
      <w:r>
        <w:t>khali log aish karenge.</w:t>
      </w:r>
    </w:p>
    <w:p>
      <w:pPr>
        <w:jc w:val="right"/>
      </w:pPr>
      <w:r>
        <w:t>خالی لوگ عیش کریں گے۔</w:t>
      </w:r>
    </w:p>
    <w:p>
      <w:r>
        <w:rPr>
          <w:b/>
        </w:rPr>
        <w:t xml:space="preserve">[13:48] </w:t>
      </w:r>
      <w:r>
        <w:t>nahi, yeh insaan ki nature ke khilaaf hai.</w:t>
      </w:r>
    </w:p>
    <w:p>
      <w:pPr>
        <w:jc w:val="right"/>
      </w:pPr>
      <w:r>
        <w:t>نہیں، یہ انسان کی نیچر کے خلاف ہے۔</w:t>
      </w:r>
    </w:p>
    <w:p>
      <w:r>
        <w:rPr>
          <w:b/>
        </w:rPr>
        <w:t xml:space="preserve">[13:55] </w:t>
      </w:r>
      <w:r>
        <w:t>dekhiye, aap insaan ki study kijiye.</w:t>
      </w:r>
    </w:p>
    <w:p>
      <w:pPr>
        <w:jc w:val="right"/>
      </w:pPr>
      <w:r>
        <w:t>دیکھیے، آپ انسان کی اسٹڈی کیجیے۔</w:t>
      </w:r>
    </w:p>
    <w:p>
      <w:r>
        <w:rPr>
          <w:b/>
        </w:rPr>
        <w:t xml:space="preserve">[14:02] </w:t>
      </w:r>
      <w:r>
        <w:t>insaan ko sirf aish khush nahi karta.</w:t>
      </w:r>
    </w:p>
    <w:p>
      <w:pPr>
        <w:jc w:val="right"/>
      </w:pPr>
      <w:r>
        <w:t>انسان کو صرف عیش خوش نہیں کرتا۔</w:t>
      </w:r>
    </w:p>
    <w:p>
      <w:r>
        <w:rPr>
          <w:b/>
        </w:rPr>
        <w:t xml:space="preserve">[14:10] </w:t>
      </w:r>
      <w:r>
        <w:t>insaan ko activity chahiye, meaningful activity.</w:t>
      </w:r>
    </w:p>
    <w:p>
      <w:pPr>
        <w:jc w:val="right"/>
      </w:pPr>
      <w:r>
        <w:t>انسان کو ایکٹیویٹی چاہیے، میننگ فل ایکٹیویٹی۔</w:t>
      </w:r>
    </w:p>
    <w:p>
      <w:r>
        <w:rPr>
          <w:b/>
        </w:rPr>
        <w:t xml:space="preserve">[14:17] </w:t>
      </w:r>
      <w:r>
        <w:t>aisa insaan jis ko aap aap kuch insaanon ko mahal mein rakh dijiye, bohat hi wahan par har</w:t>
      </w:r>
    </w:p>
    <w:p>
      <w:pPr>
        <w:jc w:val="right"/>
      </w:pPr>
      <w:r>
        <w:t>ایسا انسان جس کو آپ آپ کچھ انسانوں کو محل میں رکھ دیجیے، بہت ہی وہاں پر ہر</w:t>
      </w:r>
    </w:p>
    <w:p>
      <w:r>
        <w:rPr>
          <w:b/>
        </w:rPr>
        <w:t xml:space="preserve">[14:24] </w:t>
      </w:r>
      <w:r>
        <w:t>qism ka luxury ho, comfort ho, lekin kaam kuch na ho.</w:t>
      </w:r>
    </w:p>
    <w:p>
      <w:pPr>
        <w:jc w:val="right"/>
      </w:pPr>
      <w:r>
        <w:t>قسم کا لگژری ہو، کمفرٹ ہو، لیکن کام کچھ نہ ہو۔</w:t>
      </w:r>
    </w:p>
    <w:p>
      <w:r>
        <w:rPr>
          <w:b/>
        </w:rPr>
        <w:t xml:space="preserve">[14:32] </w:t>
      </w:r>
      <w:r>
        <w:t>to thode dinon ke log log bore ho jayenge.</w:t>
      </w:r>
    </w:p>
    <w:p>
      <w:pPr>
        <w:jc w:val="right"/>
      </w:pPr>
      <w:r>
        <w:t>تو تھوڑے دنوں کے لوگ لوگ بور ہو جائیں گے۔</w:t>
      </w:r>
    </w:p>
    <w:p>
      <w:r>
        <w:rPr>
          <w:b/>
        </w:rPr>
        <w:t xml:space="preserve">[14:39] </w:t>
      </w:r>
      <w:r>
        <w:t>boredom kya hai? isi ka fana hona hai.</w:t>
      </w:r>
    </w:p>
    <w:p>
      <w:pPr>
        <w:jc w:val="right"/>
      </w:pPr>
      <w:r>
        <w:t>بورڈم کیا ہے؟ اسی کا فنا ہونا ہے۔</w:t>
      </w:r>
    </w:p>
    <w:p>
      <w:r>
        <w:rPr>
          <w:b/>
        </w:rPr>
        <w:t xml:space="preserve">[14:46] </w:t>
      </w:r>
      <w:r>
        <w:t>yani jahan aaram o aish to ho, lekin activity na ho, to wahan kya aata hai? boredom aata hai.</w:t>
      </w:r>
    </w:p>
    <w:p>
      <w:pPr>
        <w:jc w:val="right"/>
      </w:pPr>
      <w:r>
        <w:t>یعنی جہاں آرام و عیش تو ہو، لیکن ایکٹیویٹی نہ ہو، تو وہاں کیا آتا ہے؟ بورڈم آتا ہے۔</w:t>
      </w:r>
    </w:p>
    <w:p>
      <w:r>
        <w:rPr>
          <w:b/>
        </w:rPr>
        <w:t xml:space="preserve">[14:53] </w:t>
      </w:r>
      <w:r>
        <w:t>to Paradise woh jagah hogi jahan, yaani rahat bhi hogi, har rahat bhi har qism ki, lekin sath</w:t>
      </w:r>
    </w:p>
    <w:p>
      <w:pPr>
        <w:jc w:val="right"/>
      </w:pPr>
      <w:r>
        <w:t>تو Paradise وہ جگہ ہوگی جہاں، یعنی راحت بھی ہوگی، ہر راحت بھی ہر قسم کی، لیکن ساتھ</w:t>
      </w:r>
    </w:p>
    <w:p>
      <w:r>
        <w:rPr>
          <w:b/>
        </w:rPr>
        <w:t xml:space="preserve">[15:01] </w:t>
      </w:r>
      <w:r>
        <w:t>sath activity bhi hogi taake insaan insaan ko boredom ka tajurba na ho.</w:t>
      </w:r>
    </w:p>
    <w:p>
      <w:pPr>
        <w:jc w:val="right"/>
      </w:pPr>
      <w:r>
        <w:t>ساتھ ایکٹیویٹی بھی ہوگی تاکہ انسان انسان کو بورڈم کا تجربہ نہ ہو۔</w:t>
      </w:r>
    </w:p>
    <w:p>
      <w:r>
        <w:rPr>
          <w:b/>
        </w:rPr>
        <w:t xml:space="preserve">[15:08] </w:t>
      </w:r>
      <w:r>
        <w:t>to is par ghhor karne ke liye maine samjha hai ke Quran mein ke do aayaton mein</w:t>
      </w:r>
    </w:p>
    <w:p>
      <w:pPr>
        <w:jc w:val="right"/>
      </w:pPr>
      <w:r>
        <w:t>تو اس پر غور کرنے کے لیے میں نے سمجھا ہے کہ قرآن میں کہ دو آیتوں میں</w:t>
      </w:r>
    </w:p>
    <w:p>
      <w:r>
        <w:rPr>
          <w:b/>
        </w:rPr>
        <w:t xml:space="preserve">[15:15] </w:t>
      </w:r>
      <w:r>
        <w:t>iska jawab hai.</w:t>
      </w:r>
    </w:p>
    <w:p>
      <w:pPr>
        <w:jc w:val="right"/>
      </w:pPr>
      <w:r>
        <w:t>اس کا جواب ہے۔</w:t>
      </w:r>
    </w:p>
    <w:p>
      <w:r>
        <w:rPr>
          <w:b/>
        </w:rPr>
        <w:t xml:space="preserve">[15:23] </w:t>
      </w:r>
      <w:r>
        <w:t>ek aayat hai Surah Luqman mein, ek hai Surah Kahf mein.</w:t>
      </w:r>
    </w:p>
    <w:p>
      <w:pPr>
        <w:jc w:val="right"/>
      </w:pPr>
      <w:r>
        <w:t>ایک آیت ہے سورہ لقمان میں، ایک ہے سورہ کہف میں۔</w:t>
      </w:r>
    </w:p>
    <w:p>
      <w:r>
        <w:rPr>
          <w:b/>
        </w:rPr>
        <w:t xml:space="preserve">[15:30] </w:t>
      </w:r>
      <w:r>
        <w:t>un aayaton mein yeh bataya gaya hai ke Allah ke kalmaat anginat hain, numerous hain.</w:t>
      </w:r>
    </w:p>
    <w:p>
      <w:pPr>
        <w:jc w:val="right"/>
      </w:pPr>
      <w:r>
        <w:t>ان آیتوں میں یہ بتایا گیا ہے کہ اللہ کے کلمات انگنت ہیں، نیومرس ہیں۔</w:t>
      </w:r>
    </w:p>
    <w:p>
      <w:r>
        <w:rPr>
          <w:b/>
        </w:rPr>
        <w:t xml:space="preserve">[15:37] </w:t>
      </w:r>
      <w:r>
        <w:t>aur unko agar qalam ho aur kitaab, ink ho aur likhna shuru kiya jaaye to kabhi khatam na ho.</w:t>
      </w:r>
    </w:p>
    <w:p>
      <w:pPr>
        <w:jc w:val="right"/>
      </w:pPr>
      <w:r>
        <w:t>اور ان کو اگر قلم ہو اور کتاب، انک ہو اور لکھنا شروع کیا جائے تو کبھی ختم نہ ہو۔</w:t>
      </w:r>
    </w:p>
    <w:p>
      <w:r>
        <w:rPr>
          <w:b/>
        </w:rPr>
        <w:t xml:space="preserve">[15:44] </w:t>
      </w:r>
      <w:r>
        <w:t>to yeh jo tamseel hai qalam aur ink ki shakal mein, to maine to bas ghhor kiya</w:t>
      </w:r>
    </w:p>
    <w:p>
      <w:pPr>
        <w:jc w:val="right"/>
      </w:pPr>
      <w:r>
        <w:t>تو یہ جو تمثیل ہے قلم اور انک کی شکل میں، تو میں نے تو بس غور کیا</w:t>
      </w:r>
    </w:p>
    <w:p>
      <w:r>
        <w:rPr>
          <w:b/>
        </w:rPr>
        <w:t xml:space="preserve">[15:52] </w:t>
      </w:r>
      <w:r>
        <w:t>ke aakhir ink ki aur qalam ki tamseel kyun di gayi? Is liye ke yahi hoga, yaani Paradise</w:t>
      </w:r>
    </w:p>
    <w:p>
      <w:pPr>
        <w:jc w:val="right"/>
      </w:pPr>
      <w:r>
        <w:t>کہ آخر انک کی اور قلم کی تمثیل کیوں دی گئی؟ اس لیے کہ یہی ہوگا، یعنی Paradise</w:t>
      </w:r>
    </w:p>
    <w:p>
      <w:r>
        <w:rPr>
          <w:b/>
        </w:rPr>
        <w:t xml:space="preserve">[15:59] </w:t>
      </w:r>
      <w:r>
        <w:t>mein insaan ko mauqa milega ke woh hamesha ke liye ek ek duniya maloomat mein jiye aur</w:t>
      </w:r>
    </w:p>
    <w:p>
      <w:pPr>
        <w:jc w:val="right"/>
      </w:pPr>
      <w:r>
        <w:t>میں انسان کو موقع ملے گا کہ وہ ہمیشہ کے لیے ایک ایک دنیا معلومات میں جیے اور</w:t>
      </w:r>
    </w:p>
    <w:p>
      <w:r>
        <w:rPr>
          <w:b/>
        </w:rPr>
        <w:t xml:space="preserve">[16:06] </w:t>
      </w:r>
      <w:r>
        <w:t>unko unfold kare, unko discover kare, unko madon kare, unko likhe, un par discussion</w:t>
      </w:r>
    </w:p>
    <w:p>
      <w:pPr>
        <w:jc w:val="right"/>
      </w:pPr>
      <w:r>
        <w:t>ان کو انفولڈ کرے، ان کو ڈسکور کرے، ان کو مدون کرے، ان کو لکھے، ان پر ڈسکشن</w:t>
      </w:r>
    </w:p>
    <w:p>
      <w:r>
        <w:rPr>
          <w:b/>
        </w:rPr>
        <w:t xml:space="preserve">[16:13] </w:t>
      </w:r>
      <w:r>
        <w:t>ho, woh seminar hon, ek ek bahut mustaqil ek ek ek activity, mustaqil activity jo bahut hi, yaani par</w:t>
      </w:r>
    </w:p>
    <w:p>
      <w:pPr>
        <w:jc w:val="right"/>
      </w:pPr>
      <w:r>
        <w:t>ہو، وہ سیمینار ہوں، ایک ایک بہت مستقل ایک ایک ایکٹیویٹی، مستقل ایکٹیویٹی جو بہت ہی، یعنی پر</w:t>
      </w:r>
    </w:p>
    <w:p>
      <w:r>
        <w:rPr>
          <w:b/>
        </w:rPr>
        <w:t xml:space="preserve">[16:21] </w:t>
      </w:r>
      <w:r>
        <w:t>rahat activity, yeh hogi.</w:t>
      </w:r>
    </w:p>
    <w:p>
      <w:pPr>
        <w:jc w:val="right"/>
      </w:pPr>
      <w:r>
        <w:t>راحت ایکٹیویٹی، یہ ہوگی۔</w:t>
      </w:r>
    </w:p>
    <w:p>
      <w:r>
        <w:rPr>
          <w:b/>
        </w:rPr>
        <w:t xml:space="preserve">[16:28] </w:t>
      </w:r>
      <w:r>
        <w:t>to Allah ne iska ek ibtidaai ek introduction bhi de diya hai.</w:t>
      </w:r>
    </w:p>
    <w:p>
      <w:pPr>
        <w:jc w:val="right"/>
      </w:pPr>
      <w:r>
        <w:t>تو اللہ نے اس کا ایک ابتدائی ایک انٹروڈکشن بھی دے دیا ہے۔</w:t>
      </w:r>
    </w:p>
    <w:p>
      <w:r>
        <w:rPr>
          <w:b/>
        </w:rPr>
        <w:t xml:space="preserve">[16:35] </w:t>
      </w:r>
      <w:r>
        <w:t>ibtidaai woh hai modern science, yaani physical sciences kya hain? Aap jante hain ke is zamane mein physical</w:t>
      </w:r>
    </w:p>
    <w:p>
      <w:pPr>
        <w:jc w:val="right"/>
      </w:pPr>
      <w:r>
        <w:t>ابتدائی وہ ہے ماڈرن سائنس، یعنی فزیکل سائنسز کیا ہیں؟ آپ جانتے ہیں کہ اس زمانے میں فزیکل</w:t>
      </w:r>
    </w:p>
    <w:p>
      <w:r>
        <w:rPr>
          <w:b/>
        </w:rPr>
        <w:t xml:space="preserve">[16:43] </w:t>
      </w:r>
      <w:r>
        <w:t>sciences jo hain, woh bahut zyada, yaani aham shobah ilm samjha jaata hai.</w:t>
      </w:r>
    </w:p>
    <w:p>
      <w:pPr>
        <w:jc w:val="right"/>
      </w:pPr>
      <w:r>
        <w:t>سائنسز جو ہیں، وہ بہت زیادہ، یعنی اہم شعبہ علم سمجھا جاتا ہے۔</w:t>
      </w:r>
    </w:p>
    <w:p>
      <w:r>
        <w:rPr>
          <w:b/>
        </w:rPr>
        <w:t xml:space="preserve">[16:50] </w:t>
      </w:r>
      <w:r>
        <w:t>jo log is mein hon, physical sciences mein unka darja bahut ooncha samjha jaata hai.</w:t>
      </w:r>
    </w:p>
    <w:p>
      <w:pPr>
        <w:jc w:val="right"/>
      </w:pPr>
      <w:r>
        <w:t>جو لوگ اس میں ہوں، فزیکل سائنسز میں ان کا درجہ بہت اونچا سمجھا جاتا ہے۔</w:t>
      </w:r>
    </w:p>
    <w:p>
      <w:r>
        <w:rPr>
          <w:b/>
        </w:rPr>
        <w:t xml:space="preserve">[16:57] </w:t>
      </w:r>
      <w:r>
        <w:t>to physical sciences kya hain? Yeh nature ke laws ko discover karna aur unko technology mein tabdeel karna.</w:t>
      </w:r>
    </w:p>
    <w:p>
      <w:pPr>
        <w:jc w:val="right"/>
      </w:pPr>
      <w:r>
        <w:t>تو فزیکل سائنسز کیا ہیں؟ یہ نیچر کے لاز کو ڈسکور کرنا اور ان کو ٹیکنالوجی میں تبدیل کرنا۔</w:t>
      </w:r>
    </w:p>
    <w:p>
      <w:r>
        <w:rPr>
          <w:b/>
        </w:rPr>
        <w:t xml:space="preserve">[17:04] </w:t>
      </w:r>
      <w:r>
        <w:t>physical sciences kya hain? Nature ke jo hidden laws hain, nature mein beshumar laws par nature chal rahi hai.</w:t>
      </w:r>
    </w:p>
    <w:p>
      <w:pPr>
        <w:jc w:val="right"/>
      </w:pPr>
      <w:r>
        <w:t>فزیکل سائنسز کیا ہیں؟ نیچر کے جو ہڈن لاز ہیں، نیچر میں بے شمار لاز پر نیچر چل رہی ہے۔</w:t>
      </w:r>
    </w:p>
    <w:p>
      <w:r>
        <w:rPr>
          <w:b/>
        </w:rPr>
        <w:t xml:space="preserve">[17:12] </w:t>
      </w:r>
      <w:r>
        <w:t>nature ka lafz aaj kal is ke zubaan mein bahut jamay maani bola jaata hai, yaani kainaat mein</w:t>
      </w:r>
    </w:p>
    <w:p>
      <w:pPr>
        <w:jc w:val="right"/>
      </w:pPr>
      <w:r>
        <w:t>نیچر کا لفظ آج کل اس کے زبان میں بہت جامع معنی بولا جاتا ہے، یعنی کائنات میں</w:t>
      </w:r>
    </w:p>
    <w:p>
      <w:r>
        <w:rPr>
          <w:b/>
        </w:rPr>
        <w:t xml:space="preserve">[17:19] </w:t>
      </w:r>
      <w:r>
        <w:t>jo kuch bhi hai, woh sab nature, is ke liye nature ka lafz bola jaata hai.</w:t>
      </w:r>
    </w:p>
    <w:p>
      <w:pPr>
        <w:jc w:val="right"/>
      </w:pPr>
      <w:r>
        <w:t>جو کچھ بھی ہے، وہ سب نیچر، اس کے لیے نیچر کا لفظ بولا جاتا ہے۔</w:t>
      </w:r>
    </w:p>
    <w:p>
      <w:r>
        <w:rPr>
          <w:b/>
        </w:rPr>
        <w:t xml:space="preserve">[17:26] </w:t>
      </w:r>
      <w:r>
        <w:t>to nature mein jo hidden laws the, us ko scientist discover karta hai aur phir us ko technology</w:t>
      </w:r>
    </w:p>
    <w:p>
      <w:pPr>
        <w:jc w:val="right"/>
      </w:pPr>
      <w:r>
        <w:t>تو نیچر میں جو ہڈن لاز تھے، اس کو سائنسدان ڈسکور کرتا ہے اور پھر اس کو ٹیکنالوجی</w:t>
      </w:r>
    </w:p>
    <w:p>
      <w:r>
        <w:rPr>
          <w:b/>
        </w:rPr>
        <w:t xml:space="preserve">[17:34] </w:t>
      </w:r>
      <w:r>
        <w:t>mein badalta hai.</w:t>
      </w:r>
    </w:p>
    <w:p>
      <w:pPr>
        <w:jc w:val="right"/>
      </w:pPr>
      <w:r>
        <w:t>میں بدلتا ہے۔</w:t>
      </w:r>
    </w:p>
    <w:p>
      <w:r>
        <w:rPr>
          <w:b/>
        </w:rPr>
        <w:t xml:space="preserve">[17:41] </w:t>
      </w:r>
      <w:r>
        <w:t>aur phir saari cheezein wajood mein aati hain, yeh car, yeh hawai jahaz, yeh telephone, yeh mobile,</w:t>
      </w:r>
    </w:p>
    <w:p>
      <w:pPr>
        <w:jc w:val="right"/>
      </w:pPr>
      <w:r>
        <w:t>اور پھر ساری چیزیں وجود میں آتی ہیں، یہ کار، یہ ہوا جہاز، یہ ٹیلی فون، یہ موبائل،</w:t>
      </w:r>
    </w:p>
    <w:p>
      <w:r>
        <w:rPr>
          <w:b/>
        </w:rPr>
        <w:t xml:space="preserve">[17:48] </w:t>
      </w:r>
      <w:r>
        <w:t>yeh camera aur beshumar cheezein, sab isi ka nateeja hain.</w:t>
      </w:r>
    </w:p>
    <w:p>
      <w:pPr>
        <w:jc w:val="right"/>
      </w:pPr>
      <w:r>
        <w:t>یہ کیمرہ اور بے شمار چیزیں، سب اسی کا نتیجہ ہیں۔</w:t>
      </w:r>
    </w:p>
    <w:p>
      <w:r>
        <w:rPr>
          <w:b/>
        </w:rPr>
        <w:t xml:space="preserve">[17:55] </w:t>
      </w:r>
      <w:r>
        <w:t>to is tarah se ek civilization wajood mein aati hai, civilization jis ko hum kehte hain material civilization.</w:t>
      </w:r>
    </w:p>
    <w:p>
      <w:pPr>
        <w:jc w:val="right"/>
      </w:pPr>
      <w:r>
        <w:t>تو اس طرح سے ایک سویلائزیشن وجود میں آتی ہے، سویلائزیشن جس کو ہم کہتے ہیں مٹیریل سویلائزیشن۔</w:t>
      </w:r>
    </w:p>
    <w:p>
      <w:r>
        <w:rPr>
          <w:b/>
        </w:rPr>
        <w:t xml:space="preserve">[18:03] </w:t>
      </w:r>
      <w:r>
        <w:t>to yeh yeh yeh yeh jo aaj jo civilization hai, jis ko hum kehte hain aaj civilization, woh</w:t>
      </w:r>
    </w:p>
    <w:p>
      <w:pPr>
        <w:jc w:val="right"/>
      </w:pPr>
      <w:r>
        <w:t>تو یہ یہ یہ یہ جو آج جو سویلائزیشن ہے، جس کو ہم کہتے ہیں آج سویلائزیشن، وہ</w:t>
      </w:r>
    </w:p>
    <w:p>
      <w:r>
        <w:rPr>
          <w:b/>
        </w:rPr>
        <w:t xml:space="preserve">[18:10] </w:t>
      </w:r>
      <w:r>
        <w:t>sirf ek glimpse hai, glimpse is activities ki jo Paradise mein hogi insaan ki.</w:t>
      </w:r>
    </w:p>
    <w:p>
      <w:pPr>
        <w:jc w:val="right"/>
      </w:pPr>
      <w:r>
        <w:t>صرف ایک گرمس ہے، گرمس اس ایکٹیویٹیز کی جو Paradise میں ہوگی انسان کی۔</w:t>
      </w:r>
    </w:p>
    <w:p>
      <w:r>
        <w:rPr>
          <w:b/>
        </w:rPr>
        <w:t xml:space="preserve">[18:17] </w:t>
      </w:r>
      <w:r>
        <w:t>glimpse hai, ek jhalak, yaani insaan ne apne mehdood wasail ke zariye se nature mein kuch cheezein discover</w:t>
      </w:r>
    </w:p>
    <w:p>
      <w:pPr>
        <w:jc w:val="right"/>
      </w:pPr>
      <w:r>
        <w:t>گرمس ہے، ایک جھلک، یعنی انسان نے اپنے محدود وسائل کے ذریعے سے نیچر میں کچھ چیزیں ڈسکور</w:t>
      </w:r>
    </w:p>
    <w:p>
      <w:r>
        <w:rPr>
          <w:b/>
        </w:rPr>
        <w:t xml:space="preserve">[18:25] </w:t>
      </w:r>
      <w:r>
        <w:t>keen, is ko technology mein tabdeel kiya to car bane, hawa jahaz bane aur bohat sari cheezein banein.</w:t>
      </w:r>
    </w:p>
    <w:p>
      <w:pPr>
        <w:jc w:val="right"/>
      </w:pPr>
      <w:r>
        <w:t>کیں، اس کو ٹیکنالوجی میں تبدیل کیا تو کار بنے، ہوا جہاز بنے اور بہت ساری چیزیں بنیں۔</w:t>
      </w:r>
    </w:p>
    <w:p>
      <w:r>
        <w:rPr>
          <w:b/>
        </w:rPr>
        <w:t xml:space="preserve">[18:32] </w:t>
      </w:r>
      <w:r>
        <w:t>lekin abhi anginat had tak beshumaar cheezein abhi maujood hain is universe mein, lekin hum is ko</w:t>
      </w:r>
    </w:p>
    <w:p>
      <w:pPr>
        <w:jc w:val="right"/>
      </w:pPr>
      <w:r>
        <w:t>لیکن ابھی انگنت حد تک بے شمار چیزیں ابھی موجود ہیں اس یونیورس میں، لیکن ہم اس کو</w:t>
      </w:r>
    </w:p>
    <w:p>
      <w:r>
        <w:rPr>
          <w:b/>
        </w:rPr>
        <w:t xml:space="preserve">[18:39] </w:t>
      </w:r>
      <w:r>
        <w:t>discover nahi kar paate, hamare paas woh saadaat nahi hain.</w:t>
      </w:r>
    </w:p>
    <w:p>
      <w:pPr>
        <w:jc w:val="right"/>
      </w:pPr>
      <w:r>
        <w:t>ڈسکور نہیں کر پاتے، ہمارے پاس وہ سادات نہیں ہیں۔</w:t>
      </w:r>
    </w:p>
    <w:p>
      <w:r>
        <w:rPr>
          <w:b/>
        </w:rPr>
        <w:t xml:space="preserve">[18:46] </w:t>
      </w:r>
      <w:r>
        <w:t>Paradise mein saare saadaat hamare khol diye jayenge, saare resources mil jayenge hum ko.</w:t>
      </w:r>
    </w:p>
    <w:p>
      <w:pPr>
        <w:jc w:val="right"/>
      </w:pPr>
      <w:r>
        <w:t>Paradise میں سارے سادات ہمارے کھول دیے جائیں گے، سارے ریسورسز مل جائیں گے ہم کو۔</w:t>
      </w:r>
    </w:p>
    <w:p>
      <w:r>
        <w:rPr>
          <w:b/>
        </w:rPr>
        <w:t xml:space="preserve">[18:54] </w:t>
      </w:r>
      <w:r>
        <w:t>hum ko ideal health hogi hamari, kabhi bhi bimar nahi honge hum aur saare jo limitations hain,</w:t>
      </w:r>
    </w:p>
    <w:p>
      <w:pPr>
        <w:jc w:val="right"/>
      </w:pPr>
      <w:r>
        <w:t>ہم کو آئیڈیل ہیلتھ ہوگی ہماری، کبھی بھی بیمار نہیں ہوں گے ہم اور سارے جو لیبیٹیشنز ہیں،</w:t>
      </w:r>
    </w:p>
    <w:p>
      <w:r>
        <w:rPr>
          <w:b/>
        </w:rPr>
        <w:t xml:space="preserve">[19:01] </w:t>
      </w:r>
      <w:r>
        <w:t>jo disadvantage hai, woh sab khatam ho jayega.</w:t>
      </w:r>
    </w:p>
    <w:p>
      <w:pPr>
        <w:jc w:val="right"/>
      </w:pPr>
      <w:r>
        <w:t>جو ڈس ایڈوانٹیج ہے، وہ سب ختم ہو جائے گا۔</w:t>
      </w:r>
    </w:p>
    <w:p>
      <w:r>
        <w:rPr>
          <w:b/>
        </w:rPr>
        <w:t xml:space="preserve">[19:08] </w:t>
      </w:r>
      <w:r>
        <w:t>phir insaan ko mauqa hoga ke woh unfold kare nature ko, ab unfold kar ke in ko convert</w:t>
      </w:r>
    </w:p>
    <w:p>
      <w:pPr>
        <w:jc w:val="right"/>
      </w:pPr>
      <w:r>
        <w:t>پھر انسان کو موقع ہوگا کہ وہ انفولڈ کرے نیچر کو، اب انفولڈ کر کے ان کو کنورٹ</w:t>
      </w:r>
    </w:p>
    <w:p>
      <w:r>
        <w:rPr>
          <w:b/>
        </w:rPr>
        <w:t xml:space="preserve">[19:15] </w:t>
      </w:r>
      <w:r>
        <w:t>kare high kind of technology mein, high technology mein aur beshumaar nai cheezein paida kare woh.</w:t>
      </w:r>
    </w:p>
    <w:p>
      <w:pPr>
        <w:jc w:val="right"/>
      </w:pPr>
      <w:r>
        <w:t>کرے ہائی کائنڈ آف ٹیکنالوجی میں، ہائی ٹیکنالوجی میں اور بے شمار نئی چیزیں پیدا کرے وہ۔</w:t>
      </w:r>
    </w:p>
    <w:p>
      <w:r>
        <w:rPr>
          <w:b/>
        </w:rPr>
        <w:t xml:space="preserve">[19:23] </w:t>
      </w:r>
      <w:r>
        <w:t>zyada behtar qism ke hawa jahaz, zyada behtar qism ke car, zyada behtar qism ki communication.</w:t>
      </w:r>
    </w:p>
    <w:p>
      <w:pPr>
        <w:jc w:val="right"/>
      </w:pPr>
      <w:r>
        <w:t>زیادہ بہتر قسم کے ہوا جہاز، زیادہ بہتر قسم کے کار، زیادہ بہتر قسم کی کمیونیکیشن۔</w:t>
      </w:r>
    </w:p>
    <w:p>
      <w:r>
        <w:rPr>
          <w:b/>
        </w:rPr>
        <w:t xml:space="preserve">[19:30] </w:t>
      </w:r>
      <w:r>
        <w:t>jaise mein ne ek martaba khwab dekha tha to ke mere upar se ek hawa jahaz urr raha</w:t>
      </w:r>
    </w:p>
    <w:p>
      <w:pPr>
        <w:jc w:val="right"/>
      </w:pPr>
      <w:r>
        <w:t>جیسے میں نے ایک مرتبہ خواب دیکھا تھا تو کہ میرے اوپر سے ایک ہوا جہاز اڑ رہا</w:t>
      </w:r>
    </w:p>
    <w:p>
      <w:r>
        <w:rPr>
          <w:b/>
        </w:rPr>
        <w:t xml:space="preserve">[19:37] </w:t>
      </w:r>
      <w:r>
        <w:t>hai, woh khula hua hai, yaani charon taraf se is mein koi band nahi hai, ek dam khula hua.</w:t>
      </w:r>
    </w:p>
    <w:p>
      <w:pPr>
        <w:jc w:val="right"/>
      </w:pPr>
      <w:r>
        <w:t>ہے، وہ کھلا ہوا ہے، یعنی چاروں طرف سے اس میں کوئی بند نہیں ہے، ایک دم کھلا ہوا۔</w:t>
      </w:r>
    </w:p>
    <w:p>
      <w:r>
        <w:rPr>
          <w:b/>
        </w:rPr>
        <w:t xml:space="preserve">[19:45] </w:t>
      </w:r>
      <w:r>
        <w:t>to is zamane mein jo hum ne technology daryaft ki hai, is se khula hua jahaz nahi ho</w:t>
      </w:r>
    </w:p>
    <w:p>
      <w:pPr>
        <w:jc w:val="right"/>
      </w:pPr>
      <w:r>
        <w:t>تو اس زمانے میں جو ہم نے ٹیکنالوجی دریافت کی ہے، اس سے کھلا ہوا جہاز نہیں ہو</w:t>
      </w:r>
    </w:p>
    <w:p>
      <w:r>
        <w:rPr>
          <w:b/>
        </w:rPr>
        <w:t xml:space="preserve">[19:52] </w:t>
      </w:r>
      <w:r>
        <w:t>sakta koi, hawa jahaz ko charon taraf se band karna parta hai.</w:t>
      </w:r>
    </w:p>
    <w:p>
      <w:pPr>
        <w:jc w:val="right"/>
      </w:pPr>
      <w:r>
        <w:t>سکتا کوئی، ہوا جہاز کو چاروں طرف سے بند کرنا پڑتا ہے۔</w:t>
      </w:r>
    </w:p>
    <w:p>
      <w:r>
        <w:rPr>
          <w:b/>
        </w:rPr>
        <w:t xml:space="preserve">[19:59] </w:t>
      </w:r>
      <w:r>
        <w:t>hawa jahaz ko aap band na karein to ab qabil e istimaal hi nahi hoga woh.</w:t>
      </w:r>
    </w:p>
    <w:p>
      <w:pPr>
        <w:jc w:val="right"/>
      </w:pPr>
      <w:r>
        <w:t>ہوا جہاز کو آپ بند نہ کریں تو اب قابل استعمال ہی نہیں ہوگا وہ۔</w:t>
      </w:r>
    </w:p>
    <w:p>
      <w:r>
        <w:rPr>
          <w:b/>
        </w:rPr>
        <w:t xml:space="preserve">[20:06] </w:t>
      </w:r>
      <w:r>
        <w:t>to khula hua jahaz, mein samajhta hoon ke yeh jo mera khwab tha, yeh jannat ke hawa jahaz</w:t>
      </w:r>
    </w:p>
    <w:p>
      <w:pPr>
        <w:jc w:val="right"/>
      </w:pPr>
      <w:r>
        <w:t>تو کھلا ہوا جہاز، میں سمجھتا ہوں کہ یہ جو میرا خواب تھا، یہ جنت کے ہوا جہاز</w:t>
      </w:r>
    </w:p>
    <w:p>
      <w:r>
        <w:rPr>
          <w:b/>
        </w:rPr>
        <w:t xml:space="preserve">[20:14] </w:t>
      </w:r>
      <w:r>
        <w:t>ka ek misaal thi ke dunya ke hawa jahaz aise hain jin mein awaaz bhi nahi thi, is</w:t>
      </w:r>
    </w:p>
    <w:p>
      <w:pPr>
        <w:jc w:val="right"/>
      </w:pPr>
      <w:r>
        <w:t>کا ایک مثال تھی کہ دنیا کے ہوا جہاز ایسے ہیں جن میں آواز بھی نہیں تھی، اس</w:t>
      </w:r>
    </w:p>
    <w:p>
      <w:r>
        <w:rPr>
          <w:b/>
        </w:rPr>
        <w:t xml:space="preserve">[20:21] </w:t>
      </w:r>
      <w:r>
        <w:t>ke andar zara bhi awaaz nahi thi, haalankeh khula hua tha woh.</w:t>
      </w:r>
    </w:p>
    <w:p>
      <w:pPr>
        <w:jc w:val="right"/>
      </w:pPr>
      <w:r>
        <w:t>کے اندر ذرا بھی آواز نہیں تھی، حالانکہ کھلا ہوا تھا وہ۔</w:t>
      </w:r>
    </w:p>
    <w:p>
      <w:r>
        <w:rPr>
          <w:b/>
        </w:rPr>
        <w:t xml:space="preserve">[20:28] </w:t>
      </w:r>
      <w:r>
        <w:t>to mere sar ke upar urta hua chala gaya aur khula hua tha, awaaz nahi thi.</w:t>
      </w:r>
    </w:p>
    <w:p>
      <w:pPr>
        <w:jc w:val="right"/>
      </w:pPr>
      <w:r>
        <w:t>تو میرے سر کے اوپر اڑتا ہوا چلا گیا اور کھلا ہوا تھا، آواز نہیں تھی۔</w:t>
      </w:r>
    </w:p>
    <w:p>
      <w:r>
        <w:rPr>
          <w:b/>
        </w:rPr>
        <w:t xml:space="preserve">[20:36] </w:t>
      </w:r>
      <w:r>
        <w:t>to is maani ke jis ko, yaani woh is ne Alvin Toffler ki jo kitaab hai, woh Future</w:t>
      </w:r>
    </w:p>
    <w:p>
      <w:pPr>
        <w:jc w:val="right"/>
      </w:pPr>
      <w:r>
        <w:t>تو اس معنی کہ جس کو، یعنی وہ اس نے ایلون ٹافلر کی جو کتاب ہے، وہ فیوچر</w:t>
      </w:r>
    </w:p>
    <w:p>
      <w:r>
        <w:rPr>
          <w:b/>
        </w:rPr>
        <w:t xml:space="preserve">[20:43] </w:t>
      </w:r>
      <w:r>
        <w:t>Shock, to is mein is ne future ka ek naqsha bataya, yaani future ki science, future ki technology,</w:t>
      </w:r>
    </w:p>
    <w:p>
      <w:pPr>
        <w:jc w:val="right"/>
      </w:pPr>
      <w:r>
        <w:t>شاک، تو اس میں اس نے فیوچر کا ایک نقشہ بتایا، یعنی فیوچر کی سائنس، فیوچر کی ٹیکنالوجی،</w:t>
      </w:r>
    </w:p>
    <w:p>
      <w:r>
        <w:rPr>
          <w:b/>
        </w:rPr>
        <w:t xml:space="preserve">[20:50] </w:t>
      </w:r>
      <w:r>
        <w:t>future ki industry.</w:t>
      </w:r>
    </w:p>
    <w:p>
      <w:pPr>
        <w:jc w:val="right"/>
      </w:pPr>
      <w:r>
        <w:t>فیوچر کی انڈسٹری۔</w:t>
      </w:r>
    </w:p>
    <w:p>
      <w:r>
        <w:rPr>
          <w:b/>
        </w:rPr>
        <w:t xml:space="preserve">[20:57] </w:t>
      </w:r>
      <w:r>
        <w:t>to woh waqea to wohin nahin, future ka jo uska khwab tha, woh pura hua nahin.</w:t>
      </w:r>
    </w:p>
    <w:p>
      <w:pPr>
        <w:jc w:val="right"/>
      </w:pPr>
      <w:r>
        <w:t>تو وہ واقعہ تو وہیں نہیں، فیوچر کا جو اس کا خواب تھا، وہ پورا ہوا نہیں۔</w:t>
      </w:r>
    </w:p>
    <w:p>
      <w:r>
        <w:rPr>
          <w:b/>
        </w:rPr>
        <w:t xml:space="preserve">[21:05] </w:t>
      </w:r>
      <w:r>
        <w:t>woh super, bohat hi zyada superior qism ki industry kabhi dunya mein aayi nahin.</w:t>
      </w:r>
    </w:p>
    <w:p>
      <w:pPr>
        <w:jc w:val="right"/>
      </w:pPr>
      <w:r>
        <w:t>وہ سپر، بہت ہی زیادہ سپیئر قسم کی انڈسٹری کبھی دنیا میں آئی نہیں۔</w:t>
      </w:r>
    </w:p>
    <w:p>
      <w:r>
        <w:rPr>
          <w:b/>
        </w:rPr>
        <w:t xml:space="preserve">[21:12] </w:t>
      </w:r>
      <w:r>
        <w:t>bas samajhta ke uska woh khwab jo tha, woh uski fitrat bol rahi thi ke aisa hona chahiye.</w:t>
      </w:r>
    </w:p>
    <w:p>
      <w:pPr>
        <w:jc w:val="right"/>
      </w:pPr>
      <w:r>
        <w:t>بس سمجھتا کہ اس کا وہ خواب جو تھا، وہ اس کی فطرت بول رہی تھی کہ ایسا ہونا چاہیے۔</w:t>
      </w:r>
    </w:p>
    <w:p>
      <w:r>
        <w:rPr>
          <w:b/>
        </w:rPr>
        <w:t xml:space="preserve">[21:19] </w:t>
      </w:r>
      <w:r>
        <w:t>to magar yeh hoga Paradise mein jo khwab dekha tha Elon Tafle ne, yani super industry ka, woh wahan hoga.</w:t>
      </w:r>
    </w:p>
    <w:p>
      <w:pPr>
        <w:jc w:val="right"/>
      </w:pPr>
      <w:r>
        <w:t>تو مگر یہ ہوگا Paradise میں جو خواب دیکھا تھا ایلون ٹافلر نے، یعنی سپر انڈسٹری کا، وہ وہاں ہوگا۔</w:t>
      </w:r>
    </w:p>
    <w:p>
      <w:r>
        <w:rPr>
          <w:b/>
        </w:rPr>
        <w:t xml:space="preserve">[21:27] </w:t>
      </w:r>
      <w:r>
        <w:t>to wahan par sawariyan hongi, un mein awaaz nahin hoga, pollution nahin hoga, woh band nahin karna</w:t>
      </w:r>
    </w:p>
    <w:p>
      <w:pPr>
        <w:jc w:val="right"/>
      </w:pPr>
      <w:r>
        <w:t>تو وہاں پر سواریاں ہوں گی، ان میں آواز نہیں ہوگا، پولیوشن نہیں ہوگا، وہ بند نہیں کرنا</w:t>
      </w:r>
    </w:p>
    <w:p>
      <w:r>
        <w:rPr>
          <w:b/>
        </w:rPr>
        <w:t xml:space="preserve">[21:34] </w:t>
      </w:r>
      <w:r>
        <w:t>padega humein, jahan chahe ruk jaiye, jahan chahe ur jaiye.</w:t>
      </w:r>
    </w:p>
    <w:p>
      <w:pPr>
        <w:jc w:val="right"/>
      </w:pPr>
      <w:r>
        <w:t>پڑے گا ہمیں، جہاں چاہے رک جائیے، جہاں چاہے اڑ جائیے۔</w:t>
      </w:r>
    </w:p>
    <w:p>
      <w:r>
        <w:rPr>
          <w:b/>
        </w:rPr>
        <w:t xml:space="preserve">[21:41] </w:t>
      </w:r>
      <w:r>
        <w:t>to har ek ek misaal de raha hoon main ke har cheez jo hum dunya mein, jo hamari</w:t>
      </w:r>
    </w:p>
    <w:p>
      <w:pPr>
        <w:jc w:val="right"/>
      </w:pPr>
      <w:r>
        <w:t>تو ہر ایک ایک مثال دے رہا ہوں میں کہ ہر چیز جو ہم دنیا میں، جو ہماری</w:t>
      </w:r>
    </w:p>
    <w:p>
      <w:r>
        <w:rPr>
          <w:b/>
        </w:rPr>
        <w:t xml:space="preserve">[21:48] </w:t>
      </w:r>
      <w:r>
        <w:t>jo technology hai, woh saari technology mein kuch na kuch disadvantage hote hain, wahan nahin honge yeh sab.</w:t>
      </w:r>
    </w:p>
    <w:p>
      <w:pPr>
        <w:jc w:val="right"/>
      </w:pPr>
      <w:r>
        <w:t>جو ٹیکنالوجی ہے، وہ ساری ٹیکنالوجی میں کچھ نہ کچھ ڈس ایڈوانٹیج ہوتے ہیں، وہاں نہیں ہوگے یہ سب۔</w:t>
      </w:r>
    </w:p>
    <w:p>
      <w:r>
        <w:rPr>
          <w:b/>
        </w:rPr>
        <w:t xml:space="preserve">[21:56] </w:t>
      </w:r>
      <w:r>
        <w:t>to yeh hai, yeh modern jo technology hai, yeh modern jo civilization hai, yeh ek garams hai jannat</w:t>
      </w:r>
    </w:p>
    <w:p>
      <w:pPr>
        <w:jc w:val="right"/>
      </w:pPr>
      <w:r>
        <w:t>تو یہ ہے، یہ ماڈرن جو ٹیکنالوجی ہے، یہ ماڈرن جو سویلائزیشن ہے، یہ ایک گرمس ہے جنت</w:t>
      </w:r>
    </w:p>
    <w:p>
      <w:r>
        <w:rPr>
          <w:b/>
        </w:rPr>
        <w:t xml:space="preserve">[22:03] </w:t>
      </w:r>
      <w:r>
        <w:t>ki zindagi ka, garams hai jannat ki zindagi ka.</w:t>
      </w:r>
    </w:p>
    <w:p>
      <w:pPr>
        <w:jc w:val="right"/>
      </w:pPr>
      <w:r>
        <w:t>کی زندگی کا، گرمس ہے جنت کی زندگی کا۔</w:t>
      </w:r>
    </w:p>
    <w:p>
      <w:r>
        <w:rPr>
          <w:b/>
        </w:rPr>
        <w:t xml:space="preserve">[22:10] </w:t>
      </w:r>
      <w:r>
        <w:t>to yeh log jo select kiye jayenge, jo selected log jo jannat mein dakhil kiye jayenge,</w:t>
      </w:r>
    </w:p>
    <w:p>
      <w:pPr>
        <w:jc w:val="right"/>
      </w:pPr>
      <w:r>
        <w:t>تو یہ لوگ جو سلیکٹ کیے جائیں گے، جو سلیکٹڈ لوگ جو جنت میں داخل کیے جائیں گے،</w:t>
      </w:r>
    </w:p>
    <w:p>
      <w:r>
        <w:rPr>
          <w:b/>
        </w:rPr>
        <w:t xml:space="preserve">[22:17] </w:t>
      </w:r>
      <w:r>
        <w:t>woh yahi sab karenge.</w:t>
      </w:r>
    </w:p>
    <w:p>
      <w:pPr>
        <w:jc w:val="right"/>
      </w:pPr>
      <w:r>
        <w:t>وہ یہی سب کریں گے۔</w:t>
      </w:r>
    </w:p>
    <w:p>
      <w:r>
        <w:rPr>
          <w:b/>
        </w:rPr>
        <w:t xml:space="preserve">[22:25] </w:t>
      </w:r>
      <w:r>
        <w:t>aisa nahin ke woh khali kursi par baithe hue lazeez khane kha rahe honge, nahin, woh active</w:t>
      </w:r>
    </w:p>
    <w:p>
      <w:pPr>
        <w:jc w:val="right"/>
      </w:pPr>
      <w:r>
        <w:t>ایسا نہیں کہ وہ خالی کرسی پر بیٹھے ہوئے لذیذ کھانے کھا رہے ہوں گے، نہیں، وہ ایکٹیو</w:t>
      </w:r>
    </w:p>
    <w:p>
      <w:r>
        <w:rPr>
          <w:b/>
        </w:rPr>
        <w:t xml:space="preserve">[22:32] </w:t>
      </w:r>
      <w:r>
        <w:t>honge, lekin wahan ki activities mein boredom nahin hoga, thakaan nahin hogi, wahan koi labitation nahin hoga,</w:t>
      </w:r>
    </w:p>
    <w:p>
      <w:pPr>
        <w:jc w:val="right"/>
      </w:pPr>
      <w:r>
        <w:t>ہوں گے، لیکن وہاں کی ایکٹیویٹیز میں بورڈم نہیں ہوگا، تھکان نہیں ہوگی، وہاں کوئی لیبیٹیشن نہیں ہوگا،</w:t>
      </w:r>
    </w:p>
    <w:p>
      <w:r>
        <w:rPr>
          <w:b/>
        </w:rPr>
        <w:t xml:space="preserve">[22:39] </w:t>
      </w:r>
      <w:r>
        <w:t>koi disadvantage nahin hoga.</w:t>
      </w:r>
    </w:p>
    <w:p>
      <w:pPr>
        <w:jc w:val="right"/>
      </w:pPr>
      <w:r>
        <w:t>کوئی ڈس ایڈوانٹیج نہیں ہوگا۔</w:t>
      </w:r>
    </w:p>
    <w:p>
      <w:r>
        <w:rPr>
          <w:b/>
        </w:rPr>
        <w:t xml:space="preserve">[22:47] </w:t>
      </w:r>
      <w:r>
        <w:t>to jo jo nature mein beshumar jo ilm chupa hua hai, woh unfold karenge.</w:t>
      </w:r>
    </w:p>
    <w:p>
      <w:pPr>
        <w:jc w:val="right"/>
      </w:pPr>
      <w:r>
        <w:t>تو جو جو نیچر میں بے شمار جو علم چھپا ہوا ہے، وہ انفولڈ کریں گے۔</w:t>
      </w:r>
    </w:p>
    <w:p>
      <w:r>
        <w:rPr>
          <w:b/>
        </w:rPr>
        <w:t xml:space="preserve">[22:54] </w:t>
      </w:r>
      <w:r>
        <w:t>woh Quran mein do aayatein hain jo batati hain ke Allah ke kalmat itne zyada hain, itne zyada</w:t>
      </w:r>
    </w:p>
    <w:p>
      <w:pPr>
        <w:jc w:val="right"/>
      </w:pPr>
      <w:r>
        <w:t>وہ قرآن میں دو آیتیں ہیں جو بتاتی ہیں کہ اللہ کے کلمات اتنے زیادہ ہیں، اتنے زیادہ</w:t>
      </w:r>
    </w:p>
    <w:p>
      <w:r>
        <w:rPr>
          <w:b/>
        </w:rPr>
        <w:t xml:space="preserve">[23:01] </w:t>
      </w:r>
      <w:r>
        <w:t>hain ke woh kabhi khatam na hon.</w:t>
      </w:r>
    </w:p>
    <w:p>
      <w:pPr>
        <w:jc w:val="right"/>
      </w:pPr>
      <w:r>
        <w:t>ہیں کہ وہ کبھی ختم نہ ہوں۔</w:t>
      </w:r>
    </w:p>
    <w:p>
      <w:r>
        <w:rPr>
          <w:b/>
        </w:rPr>
        <w:t xml:space="preserve">[23:08] </w:t>
      </w:r>
      <w:r>
        <w:t>khair, Surah Luqman ki ayat yeh hai ke wahan hai ke qalam ki nishan aur qalam ki misaal</w:t>
      </w:r>
    </w:p>
    <w:p>
      <w:pPr>
        <w:jc w:val="right"/>
      </w:pPr>
      <w:r>
        <w:t>خیر، سورہ لقمان کی آیت یہ ہے کہ وہاں ہے کہ قلم کی نشان اور قلم کی مثال</w:t>
      </w:r>
    </w:p>
    <w:p>
      <w:r>
        <w:rPr>
          <w:b/>
        </w:rPr>
        <w:t xml:space="preserve">[23:16] </w:t>
      </w:r>
      <w:r>
        <w:t>di gayi, ink ki misaal di gayi, yeh dunya ki cheezein hain.</w:t>
      </w:r>
    </w:p>
    <w:p>
      <w:pPr>
        <w:jc w:val="right"/>
      </w:pPr>
      <w:r>
        <w:t>دی گئی، انک کی مثال دی گئی، یہ دنیا کی چیزیں ہیں۔</w:t>
      </w:r>
    </w:p>
    <w:p>
      <w:r>
        <w:rPr>
          <w:b/>
        </w:rPr>
        <w:t xml:space="preserve">[23:23] </w:t>
      </w:r>
      <w:r>
        <w:t>to is maani ke jis tarike se yahan par qalam aur ink ke zariye se ab iski</w:t>
      </w:r>
    </w:p>
    <w:p>
      <w:pPr>
        <w:jc w:val="right"/>
      </w:pPr>
      <w:r>
        <w:t>تو اس معنی کہ جس طریقے سے یہاں پر قلم اور انک کے ذریعے سے اب اس کی</w:t>
      </w:r>
    </w:p>
    <w:p>
      <w:r>
        <w:rPr>
          <w:b/>
        </w:rPr>
        <w:t xml:space="preserve">[23:30] </w:t>
      </w:r>
      <w:r>
        <w:t>jagah le liya hai computer ne ke insaan discovery karta hai, nature ko daryaft karta hai, to wahan</w:t>
      </w:r>
    </w:p>
    <w:p>
      <w:pPr>
        <w:jc w:val="right"/>
      </w:pPr>
      <w:r>
        <w:t>جگہ لے لیا ہے کمپیوٹر نے کہ انسان ڈسکوری کرتا ہے، نیچر کو دریافت کرتا ہے، تو وہاں</w:t>
      </w:r>
    </w:p>
    <w:p>
      <w:r>
        <w:rPr>
          <w:b/>
        </w:rPr>
        <w:t xml:space="preserve">[23:38] </w:t>
      </w:r>
      <w:r>
        <w:t>bhi yahi yahi yahi cheez jaari rahegi.</w:t>
      </w:r>
    </w:p>
    <w:p>
      <w:pPr>
        <w:jc w:val="right"/>
      </w:pPr>
      <w:r>
        <w:t>بھی یہی یہی یہی چیز جاری رہے گی۔</w:t>
      </w:r>
    </w:p>
    <w:p>
      <w:r>
        <w:rPr>
          <w:b/>
        </w:rPr>
        <w:t xml:space="preserve">[23:45] </w:t>
      </w:r>
      <w:r>
        <w:t>wahan ka ink zyada superior hogi, wahan qalam zyada superior hoga, wahan computer zyada superior computer honge.</w:t>
      </w:r>
    </w:p>
    <w:p>
      <w:pPr>
        <w:jc w:val="right"/>
      </w:pPr>
      <w:r>
        <w:t>وہاں کا انک زیادہ سپیئر ہوگی، وہاں قلم زیادہ سپیئر ہوگا، وہاں کمپیوٹر زیادہ سپیئر کمپیوٹر ہوں گے۔</w:t>
      </w:r>
    </w:p>
    <w:p>
      <w:r>
        <w:rPr>
          <w:b/>
        </w:rPr>
        <w:t xml:space="preserve">[23:52] </w:t>
      </w:r>
      <w:r>
        <w:t>to jo selected insaan jo wahan ikattha kiye jayenge, unka yeh unka yeh mashghala hoga,</w:t>
      </w:r>
    </w:p>
    <w:p>
      <w:pPr>
        <w:jc w:val="right"/>
      </w:pPr>
      <w:r>
        <w:t>تو جو سلیکٹڈ انسان جو وہاں اکٹھا کیے جائیں گے، ان کا یہ ان کا یہ مشغلہ ہوگا،</w:t>
      </w:r>
    </w:p>
    <w:p>
      <w:r>
        <w:rPr>
          <w:b/>
        </w:rPr>
        <w:t xml:space="preserve">[23:59] </w:t>
      </w:r>
      <w:r>
        <w:t>yeh un ka mashghala hoga.</w:t>
      </w:r>
    </w:p>
    <w:p>
      <w:pPr>
        <w:jc w:val="right"/>
      </w:pPr>
      <w:r>
        <w:t>یہ ان کا مشغلہ ہوگا۔</w:t>
      </w:r>
    </w:p>
    <w:p>
      <w:r>
        <w:rPr>
          <w:b/>
        </w:rPr>
        <w:t xml:space="preserve">[24:07] </w:t>
      </w:r>
      <w:r>
        <w:t>to ek kaisa ajeeb concept hai yeh history ka, yani history ka koi hopeful end logon ko maloom nahin.</w:t>
      </w:r>
    </w:p>
    <w:p>
      <w:pPr>
        <w:jc w:val="right"/>
      </w:pPr>
      <w:r>
        <w:t>تو ایک کیسا عجیب کانسیپٹ ہے یہ ہسٹری کا، یعنی ہسٹری کا کوئی ہوپ فل اینڈ لوگوں کو معلوم نہیں۔</w:t>
      </w:r>
    </w:p>
    <w:p>
      <w:r>
        <w:rPr>
          <w:b/>
        </w:rPr>
        <w:t xml:space="preserve">[24:14] </w:t>
      </w:r>
      <w:r>
        <w:t>jitni kitabein logon ne likhi hain, woh is bare mein kuch bata nahin saki.</w:t>
      </w:r>
    </w:p>
    <w:p>
      <w:pPr>
        <w:jc w:val="right"/>
      </w:pPr>
      <w:r>
        <w:t>جتنی کتابیں لوگوں نے لکھی ہیں، وہ اس بارے میں کچھ بتا نہیں سکے۔</w:t>
      </w:r>
    </w:p>
    <w:p>
      <w:r>
        <w:rPr>
          <w:b/>
        </w:rPr>
        <w:t xml:space="preserve">[24:21] </w:t>
      </w:r>
      <w:r>
        <w:t>is ki wajah yeh hai, dekhiye jo history hai hamari jo chali ja rahi hai, chali ja rahi</w:t>
      </w:r>
    </w:p>
    <w:p>
      <w:pPr>
        <w:jc w:val="right"/>
      </w:pPr>
      <w:r>
        <w:t>اس کی وجہ یہ ہے، دیکھیے جو ہسٹری ہے ہماری جو چلی جا رہی ہے، چلی جا رہی</w:t>
      </w:r>
    </w:p>
    <w:p>
      <w:r>
        <w:rPr>
          <w:b/>
        </w:rPr>
        <w:t xml:space="preserve">[24:29] </w:t>
      </w:r>
      <w:r>
        <w:t>hai, chali ja rahi hai.</w:t>
      </w:r>
    </w:p>
    <w:p>
      <w:pPr>
        <w:jc w:val="right"/>
      </w:pPr>
      <w:r>
        <w:t>ہے، چلی جا رہی ہے۔</w:t>
      </w:r>
    </w:p>
    <w:p>
      <w:r>
        <w:rPr>
          <w:b/>
        </w:rPr>
        <w:t xml:space="preserve">[24:36] </w:t>
      </w:r>
      <w:r>
        <w:t>to ya to koi inner force ho, inner force jo is ke peeche kaam kar rahi ho, koi inner mechanism.</w:t>
      </w:r>
    </w:p>
    <w:p>
      <w:pPr>
        <w:jc w:val="right"/>
      </w:pPr>
      <w:r>
        <w:t>تو یا تو کوئی انر فورس ہو، انر فورس جو اس کے پیچھے کام کر رہی ہو، کوئی انر میکنزم۔</w:t>
      </w:r>
    </w:p>
    <w:p>
      <w:r>
        <w:rPr>
          <w:b/>
        </w:rPr>
        <w:t xml:space="preserve">[24:43] </w:t>
      </w:r>
      <w:r>
        <w:t>to history ke peeche koi inner mechanism ab tak daryaft hua nahin, ya phir koi external force ho</w:t>
      </w:r>
    </w:p>
    <w:p>
      <w:pPr>
        <w:jc w:val="right"/>
      </w:pPr>
      <w:r>
        <w:t>تو ہسٹری کے پیچھے کوئی انر میکنزم اب تک دریافت ہوا نہیں، یا پھر کوئی ایکسٹرنل فورس ہو</w:t>
      </w:r>
    </w:p>
    <w:p>
      <w:r>
        <w:rPr>
          <w:b/>
        </w:rPr>
        <w:t xml:space="preserve">[24:50] </w:t>
      </w:r>
      <w:r>
        <w:t>jo is ko manage kar rahi ho, woh bhi insan nahin manta is ko.</w:t>
      </w:r>
    </w:p>
    <w:p>
      <w:pPr>
        <w:jc w:val="right"/>
      </w:pPr>
      <w:r>
        <w:t>جو اس کو مینج کر رہی ہو، وہ بھی انسان نہیں مانتا اس کو۔</w:t>
      </w:r>
    </w:p>
    <w:p>
      <w:r>
        <w:rPr>
          <w:b/>
        </w:rPr>
        <w:t xml:space="preserve">[24:58] </w:t>
      </w:r>
      <w:r>
        <w:t>to hum yeh hum yeh kahenge ke inner mechanism to nahin hai koi, lekin external force hai</w:t>
      </w:r>
    </w:p>
    <w:p>
      <w:pPr>
        <w:jc w:val="right"/>
      </w:pPr>
      <w:r>
        <w:t>تو ہم یہ ہم یہ کہیں گے کہ انر میکنزم تو نہیں ہے کوئی، لیکن ایکسٹرنل فورس ہے</w:t>
      </w:r>
    </w:p>
    <w:p>
      <w:r>
        <w:rPr>
          <w:b/>
        </w:rPr>
        <w:t xml:space="preserve">[25:05] </w:t>
      </w:r>
      <w:r>
        <w:t>aur woh God Almighty hai.</w:t>
      </w:r>
    </w:p>
    <w:p>
      <w:pPr>
        <w:jc w:val="right"/>
      </w:pPr>
      <w:r>
        <w:t>اور وہ گاڈ المائٹی ہے۔</w:t>
      </w:r>
    </w:p>
    <w:p>
      <w:r>
        <w:rPr>
          <w:b/>
        </w:rPr>
        <w:t xml:space="preserve">[25:12] </w:t>
      </w:r>
      <w:r>
        <w:t>God Almighty, God Almighty ne is tarah insan ko paida kar ke is ko azadi de di, mukammal</w:t>
      </w:r>
    </w:p>
    <w:p>
      <w:pPr>
        <w:jc w:val="right"/>
      </w:pPr>
      <w:r>
        <w:t>گاڈ المائٹی، گاڈ المائٹی نے اس طرح انسان کو پیدا کر کے اس کو آزادی دے دی، مکمل</w:t>
      </w:r>
    </w:p>
    <w:p>
      <w:r>
        <w:rPr>
          <w:b/>
        </w:rPr>
        <w:t xml:space="preserve">[25:20] </w:t>
      </w:r>
      <w:r>
        <w:t>azadi, total freedom, aur phir insan ko yeh mauqa diya ke woh, main mere apne lafzon mein kahun</w:t>
      </w:r>
    </w:p>
    <w:p>
      <w:pPr>
        <w:jc w:val="right"/>
      </w:pPr>
      <w:r>
        <w:t>آزادی، ٹوٹل فریڈم، اور پھر انسان کو یہ موقع دیا کہ وہ، میں میرے اپنے لفظوں میں کہوں</w:t>
      </w:r>
    </w:p>
    <w:p>
      <w:r>
        <w:rPr>
          <w:b/>
        </w:rPr>
        <w:t xml:space="preserve">[25:27] </w:t>
      </w:r>
      <w:r>
        <w:t>ga ke God ke baad sab se behtar cheez, God Almighty jo hai, jo all powerful hai,</w:t>
      </w:r>
    </w:p>
    <w:p>
      <w:pPr>
        <w:jc w:val="right"/>
      </w:pPr>
      <w:r>
        <w:t>گا کہ گاڈ کے بعد سب سے بہتر چیز، گاڈ المائٹی جو ہے، جو آل پاور فل ہے،</w:t>
      </w:r>
    </w:p>
    <w:p>
      <w:r>
        <w:rPr>
          <w:b/>
        </w:rPr>
        <w:t xml:space="preserve">[25:34] </w:t>
      </w:r>
      <w:r>
        <w:t>to woh to koi nahin ban sakta.</w:t>
      </w:r>
    </w:p>
    <w:p>
      <w:pPr>
        <w:jc w:val="right"/>
      </w:pPr>
      <w:r>
        <w:t>تو وہ تو کوئی نہیں بن سکتا۔</w:t>
      </w:r>
    </w:p>
    <w:p>
      <w:r>
        <w:rPr>
          <w:b/>
        </w:rPr>
        <w:t xml:space="preserve">[25:41] </w:t>
      </w:r>
      <w:r>
        <w:t>lekin God Almighty ke baad jo sab se best hai, woh de diya is ko, woh hai Paradise,</w:t>
      </w:r>
    </w:p>
    <w:p>
      <w:pPr>
        <w:jc w:val="right"/>
      </w:pPr>
      <w:r>
        <w:t>لیکن گاڈ المائٹی کے بعد جو سب سے بیسٹ ہے، وہ دے دیا اس کو، وہ ہے Paradise،</w:t>
      </w:r>
    </w:p>
    <w:p>
      <w:r>
        <w:rPr>
          <w:b/>
        </w:rPr>
        <w:t xml:space="preserve">[25:49] </w:t>
      </w:r>
      <w:r>
        <w:t>eternal happiness, aur sath sath bohat hi bohat hi aala qism ki activities, bohat aala qism ki activities.</w:t>
      </w:r>
    </w:p>
    <w:p>
      <w:pPr>
        <w:jc w:val="right"/>
      </w:pPr>
      <w:r>
        <w:t>ایٹینڈل ہیپینس، اور ساتھ ساتھ بہت ہی بہت ہی اعلیٰ قسم کی ایکٹیویٹیز، بہت اعلیٰ قسم کی ایکٹیویٹیز۔</w:t>
      </w:r>
    </w:p>
    <w:p>
      <w:r>
        <w:rPr>
          <w:b/>
        </w:rPr>
        <w:t xml:space="preserve">[25:56] </w:t>
      </w:r>
      <w:r>
        <w:t>yeh har insan ka khwab hai, yani har insan jo paida hota hai, woh ek ideal le ke</w:t>
      </w:r>
    </w:p>
    <w:p>
      <w:pPr>
        <w:jc w:val="right"/>
      </w:pPr>
      <w:r>
        <w:t>یہ ہر انسان کا خواب ہے، یعنی ہر انسان جو پیدا ہوتا ہے، وہ ایک آئیڈیل لے کے</w:t>
      </w:r>
    </w:p>
    <w:p>
      <w:r>
        <w:rPr>
          <w:b/>
        </w:rPr>
        <w:t xml:space="preserve">[26:03] </w:t>
      </w:r>
      <w:r>
        <w:t>paida hota hai, har aadmi, aur sari zindagi is ideal ki talash mein rehta hai woh.</w:t>
      </w:r>
    </w:p>
    <w:p>
      <w:pPr>
        <w:jc w:val="right"/>
      </w:pPr>
      <w:r>
        <w:t>پیدا ہوتا ہے، ہر آدمی، اور ساری زندگی اس آئیڈیل کی تلاش میں رہتا ہے وہ۔</w:t>
      </w:r>
    </w:p>
    <w:p>
      <w:r>
        <w:rPr>
          <w:b/>
        </w:rPr>
        <w:t xml:space="preserve">[26:10] </w:t>
      </w:r>
      <w:r>
        <w:t>lekin woh ideal kisi ko mila nahin aaj tak, jo bhi baray baray king, baray baray maldar, ya</w:t>
      </w:r>
    </w:p>
    <w:p>
      <w:pPr>
        <w:jc w:val="right"/>
      </w:pPr>
      <w:r>
        <w:t>لیکن وہ آئیڈیل کسی کو ملا نہیں آج تک، جو بھی بڑے بڑے کنگ، بڑے بڑے مالدار، یا</w:t>
      </w:r>
    </w:p>
    <w:p>
      <w:r>
        <w:rPr>
          <w:b/>
        </w:rPr>
        <w:t xml:space="preserve">[26:18] </w:t>
      </w:r>
      <w:r>
        <w:t>koi bhi jo paida hua hai zameen par, har ek ek khwab le ke paida hota hai, ek</w:t>
      </w:r>
    </w:p>
    <w:p>
      <w:pPr>
        <w:jc w:val="right"/>
      </w:pPr>
      <w:r>
        <w:t>کوئی بھی جو پیدا ہوا ہے زمین پر، ہر ایک ایک خواب لے کے پیدا ہوتا ہے، ایک</w:t>
      </w:r>
    </w:p>
    <w:p>
      <w:r>
        <w:rPr>
          <w:b/>
        </w:rPr>
        <w:t xml:space="preserve">[26:25] </w:t>
      </w:r>
      <w:r>
        <w:t>ideal world, ek ek perfect world jahan woh rahe.</w:t>
      </w:r>
    </w:p>
    <w:p>
      <w:pPr>
        <w:jc w:val="right"/>
      </w:pPr>
      <w:r>
        <w:t>آئیڈیل ورلڈ، ایک ایک پرفیکٹ ورلڈ جہاں وہ رہے۔</w:t>
      </w:r>
    </w:p>
    <w:p>
      <w:r>
        <w:rPr>
          <w:b/>
        </w:rPr>
        <w:t xml:space="preserve">[26:32] </w:t>
      </w:r>
      <w:r>
        <w:t>lekin kisi ko woh cheez milti nahin, kyunke woh talash kar raha hai isi duniya mein, aur woh</w:t>
      </w:r>
    </w:p>
    <w:p>
      <w:pPr>
        <w:jc w:val="right"/>
      </w:pPr>
      <w:r>
        <w:t>لیکن کسی کو وہ چیز ملتی نہیں، کیونکہ وہ تلاش کر رہا ہے اسی دنیا میں، اور وہ</w:t>
      </w:r>
    </w:p>
    <w:p>
      <w:r>
        <w:rPr>
          <w:b/>
        </w:rPr>
        <w:t xml:space="preserve">[26:40] </w:t>
      </w:r>
      <w:r>
        <w:t>hai ek aur duniya mein.</w:t>
      </w:r>
    </w:p>
    <w:p>
      <w:pPr>
        <w:jc w:val="right"/>
      </w:pPr>
      <w:r>
        <w:t>ہے ایک اور دنیا میں۔</w:t>
      </w:r>
    </w:p>
    <w:p>
      <w:r>
        <w:rPr>
          <w:b/>
        </w:rPr>
        <w:t xml:space="preserve">[26:47] </w:t>
      </w:r>
      <w:r>
        <w:t>is silsile mein main ek baat yahan yeh add karunga ke Quran mein jo ayat hai ke</w:t>
      </w:r>
    </w:p>
    <w:p>
      <w:pPr>
        <w:jc w:val="right"/>
      </w:pPr>
      <w:r>
        <w:t>اس سلسلے میں میں ایک بات یہاں یہ ایڈ کروں گا کہ قرآن میں جو آیت ہے کہ</w:t>
      </w:r>
    </w:p>
    <w:p>
      <w:r>
        <w:rPr>
          <w:b/>
        </w:rPr>
        <w:t xml:space="preserve">[26:54] </w:t>
      </w:r>
      <w:r>
        <w:t>in zameen ke waris honge saleh log, zameen ke waris honge saleh log.</w:t>
      </w:r>
    </w:p>
    <w:p>
      <w:pPr>
        <w:jc w:val="right"/>
      </w:pPr>
      <w:r>
        <w:t>ان زمین کے وارث ہوں گے صالح لوگ، زمین کے وارث ہوں گے صالح لوگ۔</w:t>
      </w:r>
    </w:p>
    <w:p>
      <w:r>
        <w:rPr>
          <w:b/>
        </w:rPr>
        <w:t xml:space="preserve">[27:01] </w:t>
      </w:r>
      <w:r>
        <w:t>to arz yani earth, arz ka matlab earth hai, se ek top ke sahabi hain, un ka naam</w:t>
      </w:r>
    </w:p>
    <w:p>
      <w:pPr>
        <w:jc w:val="right"/>
      </w:pPr>
      <w:r>
        <w:t>تو ارض یعنی ارتھ، ارض کا مطلب ارتھ ہے، سے ایک ٹاپ کے صحابی ہیں، ان کا نام</w:t>
      </w:r>
    </w:p>
    <w:p>
      <w:r>
        <w:rPr>
          <w:b/>
        </w:rPr>
        <w:t xml:space="preserve">[27:09] </w:t>
      </w:r>
      <w:r>
        <w:t>hai Abdullah Ibn Abbas.</w:t>
      </w:r>
    </w:p>
    <w:p>
      <w:pPr>
        <w:jc w:val="right"/>
      </w:pPr>
      <w:r>
        <w:t>ہے عبداللہ ابن عباس۔</w:t>
      </w:r>
    </w:p>
    <w:p>
      <w:r>
        <w:rPr>
          <w:b/>
        </w:rPr>
        <w:t xml:space="preserve">[27:16] </w:t>
      </w:r>
      <w:r>
        <w:t>un ki tafseer yeh hai ke is se murad yahi duniya hai, yahi arz hai.</w:t>
      </w:r>
    </w:p>
    <w:p>
      <w:pPr>
        <w:jc w:val="right"/>
      </w:pPr>
      <w:r>
        <w:t>ان کی تفسیر یہ ہے کہ اس سے مراد یہی دنیا ہے، یہی ارض ہے۔</w:t>
      </w:r>
    </w:p>
    <w:p>
      <w:r>
        <w:rPr>
          <w:b/>
        </w:rPr>
        <w:t xml:space="preserve">[27:23] </w:t>
      </w:r>
      <w:r>
        <w:t>to jannat un ke nazdeek isi duniya mein banegi, jannat un ke nazdeek isi duniya mein banegi.</w:t>
      </w:r>
    </w:p>
    <w:p>
      <w:pPr>
        <w:jc w:val="right"/>
      </w:pPr>
      <w:r>
        <w:t>تو جنت ان کے نزدیک اسی دنیا میں بنے گی، جنت ان کے نزدیک اسی دنیا میں بنے گی۔</w:t>
      </w:r>
    </w:p>
    <w:p>
      <w:r>
        <w:rPr>
          <w:b/>
        </w:rPr>
        <w:t xml:space="preserve">[27:31] </w:t>
      </w:r>
      <w:r>
        <w:t>to aap ghor kijiye, to yeh duniya jo hai, yeh jo earth hai, yeh sach much yeh jannati hai.</w:t>
      </w:r>
    </w:p>
    <w:p>
      <w:pPr>
        <w:jc w:val="right"/>
      </w:pPr>
      <w:r>
        <w:t>تو آپ غور کیجیے، تو یہ دنیا جو ہے، یہ جو ارتھ ہے، یہ سچ مچ یہ جنتی ہے۔</w:t>
      </w:r>
    </w:p>
    <w:p>
      <w:r>
        <w:rPr>
          <w:b/>
        </w:rPr>
        <w:t xml:space="preserve">[27:38] </w:t>
      </w:r>
      <w:r>
        <w:t>yeh aap kabhi aisi jagah par jaiye, abhi hamare saathi tareekh badar gaye the America, wahan par ek</w:t>
      </w:r>
    </w:p>
    <w:p>
      <w:pPr>
        <w:jc w:val="right"/>
      </w:pPr>
      <w:r>
        <w:t>یہ آپ کبھی ایسی جگہ پر جائیے، ابھی ہمارے ساتھی تاریخ بدر گئے تھے امریکہ، وہاں پر ایک</w:t>
      </w:r>
    </w:p>
    <w:p>
      <w:r>
        <w:rPr>
          <w:b/>
        </w:rPr>
        <w:t xml:space="preserve">[27:45] </w:t>
      </w:r>
      <w:r>
        <w:t>resort hai, woh kehte hain itna beautiful hai, phoolon se bhara hua, likhta hai ke jannati hai.</w:t>
      </w:r>
    </w:p>
    <w:p>
      <w:pPr>
        <w:jc w:val="right"/>
      </w:pPr>
      <w:r>
        <w:t>ریزورٹ ہے، وہ کہتے ہیں اتنا بیوٹی فل ہے، پھولوں سے بھرا ہوا، لکھتا ہے کہ جنتی ہے۔</w:t>
      </w:r>
    </w:p>
    <w:p>
      <w:r>
        <w:rPr>
          <w:b/>
        </w:rPr>
        <w:t xml:space="preserve">[27:52] </w:t>
      </w:r>
      <w:r>
        <w:t>yeh aise hi Fareeda gayi thi Switzerland, wahan is top ki jo un ka woh hai jagah, wahan chali gayi.</w:t>
      </w:r>
    </w:p>
    <w:p>
      <w:pPr>
        <w:jc w:val="right"/>
      </w:pPr>
      <w:r>
        <w:t>یہ ایسے ہی فریدہ گئی تھی سویٹزرلینڈ، وہاں اس ٹاپ کی جو ان کا وہ ہے جگہ، وہاں چلی گئی۔</w:t>
      </w:r>
    </w:p>
    <w:p>
      <w:r>
        <w:rPr>
          <w:b/>
        </w:rPr>
        <w:t xml:space="preserve">[28:00] </w:t>
      </w:r>
      <w:r>
        <w:t>to wahan itna acha tha, itna khamoshi, itni beauty, itna zyada har cheez mein taste, taste likhta tha</w:t>
      </w:r>
    </w:p>
    <w:p>
      <w:pPr>
        <w:jc w:val="right"/>
      </w:pPr>
      <w:r>
        <w:t>تو وہاں اتنا اچھا تھا، اتنا خاموشی، اتنی بیوٹی، اتنا زیادہ ہر چیز میں ٹیسٹ، ٹیسٹ لکھتا تھا</w:t>
      </w:r>
    </w:p>
    <w:p>
      <w:r>
        <w:rPr>
          <w:b/>
        </w:rPr>
        <w:t xml:space="preserve">[28:07] </w:t>
      </w:r>
      <w:r>
        <w:t>ke jannati hai.</w:t>
      </w:r>
    </w:p>
    <w:p>
      <w:pPr>
        <w:jc w:val="right"/>
      </w:pPr>
      <w:r>
        <w:t>کہ جنتی ہے۔</w:t>
      </w:r>
    </w:p>
    <w:p>
      <w:r>
        <w:rPr>
          <w:b/>
        </w:rPr>
        <w:t xml:space="preserve">[28:14] </w:t>
      </w:r>
      <w:r>
        <w:t>to main khud Turki gaya tha, Turki mein ek khaas hotel tha, wahan log gaye khane khilane ke liye.</w:t>
      </w:r>
    </w:p>
    <w:p>
      <w:pPr>
        <w:jc w:val="right"/>
      </w:pPr>
      <w:r>
        <w:t>تو میں خود ترکی گیا تھا، ترکی میں ایک خاص ہوٹل تھا، وہاں لوگ گئے کھانے کھلانے کے لیے۔</w:t>
      </w:r>
    </w:p>
    <w:p>
      <w:r>
        <w:rPr>
          <w:b/>
        </w:rPr>
        <w:t xml:space="preserve">[28:22] </w:t>
      </w:r>
      <w:r>
        <w:t>to wahan jo pani tha, woh pani kaisa lagta tha ke jannat ka pani hai, bohat hi acha.</w:t>
      </w:r>
    </w:p>
    <w:p>
      <w:pPr>
        <w:jc w:val="right"/>
      </w:pPr>
      <w:r>
        <w:t>تو وہاں جو پانی تھا، وہ پانی کیسا لگتا تھا کہ جنت کا پانی ہے، بہت ہی اچھا۔</w:t>
      </w:r>
    </w:p>
    <w:p>
      <w:r>
        <w:rPr>
          <w:b/>
        </w:rPr>
        <w:t xml:space="preserve">[28:29] </w:t>
      </w:r>
      <w:r>
        <w:t>to duniya mein hum is ka yani gulmis dekhte hain, gulmis, gulmis.</w:t>
      </w:r>
    </w:p>
    <w:p>
      <w:pPr>
        <w:jc w:val="right"/>
      </w:pPr>
      <w:r>
        <w:t>تو دنیا میں ہم اس کا یعنی گلمس دیکھتے ہیں، گلمس، گلمس۔</w:t>
      </w:r>
    </w:p>
    <w:p>
      <w:r>
        <w:rPr>
          <w:b/>
        </w:rPr>
        <w:t xml:space="preserve">[28:36] </w:t>
      </w:r>
      <w:r>
        <w:t>to yeh duniya asal mein ab jo aap hum ko dikhai deti hai ke yahan par evil hai,</w:t>
      </w:r>
    </w:p>
    <w:p>
      <w:pPr>
        <w:jc w:val="right"/>
      </w:pPr>
      <w:r>
        <w:t>تو یہ دنیا اصل میں اب جو آپ ہم کو دکھائی دیتی ہے کہ یہاں پر ایول ہے،</w:t>
      </w:r>
    </w:p>
    <w:p>
      <w:r>
        <w:rPr>
          <w:b/>
        </w:rPr>
        <w:t xml:space="preserve">[28:43] </w:t>
      </w:r>
      <w:r>
        <w:t>yeh hai, woh hai, woh kyun insaan ki wajah se hai? Insaan jo hai, is ka corruption alag</w:t>
      </w:r>
    </w:p>
    <w:p>
      <w:pPr>
        <w:jc w:val="right"/>
      </w:pPr>
      <w:r>
        <w:t>یہ ہے، وہ ہے، وہ کیوں انسان کی وجہ سے ہے؟ انسان جو ہے، اس کا کرپشن الگ</w:t>
      </w:r>
    </w:p>
    <w:p>
      <w:r>
        <w:rPr>
          <w:b/>
        </w:rPr>
        <w:t xml:space="preserve">[28:51] </w:t>
      </w:r>
      <w:r>
        <w:t>kar diye, insaan ka corruption jo hai, alag kar diya jaye, aur bilkul jo original cheezein hain, woh reh jayein.</w:t>
      </w:r>
    </w:p>
    <w:p>
      <w:pPr>
        <w:jc w:val="right"/>
      </w:pPr>
      <w:r>
        <w:t>کر دیے، انسان کا کرپشن جو ہے، الگ کر دیا جائے، اور بالکل جو اوریجنل چیزیں ہیں، وہ رہ جائیں۔</w:t>
      </w:r>
    </w:p>
    <w:p>
      <w:r>
        <w:rPr>
          <w:b/>
        </w:rPr>
        <w:t xml:space="preserve">[28:58] </w:t>
      </w:r>
      <w:r>
        <w:t>yani is duniya ko renovate kar diya jaye, is ko phir sanwara jaye, aur har qism ke jo</w:t>
      </w:r>
    </w:p>
    <w:p>
      <w:pPr>
        <w:jc w:val="right"/>
      </w:pPr>
      <w:r>
        <w:t>یعنی اس دنیا کو رینیویٹ کر دیا جائے، اس کو پھر سنوارا جائے، اور ہر قسم کے جو</w:t>
      </w:r>
    </w:p>
    <w:p>
      <w:r>
        <w:rPr>
          <w:b/>
        </w:rPr>
        <w:t xml:space="preserve">[29:05] </w:t>
      </w:r>
      <w:r>
        <w:t>corruption hai, fasad hai, woh nikal diya jaye.</w:t>
      </w:r>
    </w:p>
    <w:p>
      <w:pPr>
        <w:jc w:val="right"/>
      </w:pPr>
      <w:r>
        <w:t>کرپشن ہے، فساد ہے، وہ نکال دیا جائے۔</w:t>
      </w:r>
    </w:p>
    <w:p>
      <w:r>
        <w:rPr>
          <w:b/>
        </w:rPr>
        <w:t xml:space="preserve">[29:12] </w:t>
      </w:r>
      <w:r>
        <w:t>to waqai yeh jannat hai, aur insaan ko lambi, yani insaan ko maut khatam kar di jaye, bimari</w:t>
      </w:r>
    </w:p>
    <w:p>
      <w:pPr>
        <w:jc w:val="right"/>
      </w:pPr>
      <w:r>
        <w:t>تو واقعی یہ جنت ہے، اور انسان کو لمبی، یعنی انسان کو موت ختم کر دی جائے، بیماری</w:t>
      </w:r>
    </w:p>
    <w:p>
      <w:r>
        <w:rPr>
          <w:b/>
        </w:rPr>
        <w:t xml:space="preserve">[29:20] </w:t>
      </w:r>
      <w:r>
        <w:t>khatam kar di jaye, to waqai yeh jannat hai.</w:t>
      </w:r>
    </w:p>
    <w:p>
      <w:pPr>
        <w:jc w:val="right"/>
      </w:pPr>
      <w:r>
        <w:t>ختم کر دی جائے، تو واقعی یہ جنت ہے۔</w:t>
      </w:r>
    </w:p>
    <w:p>
      <w:r>
        <w:rPr>
          <w:b/>
        </w:rPr>
        <w:t xml:space="preserve">[29:27] </w:t>
      </w:r>
      <w:r>
        <w:t>to Abdullah Ibn Abbas ne jo baat kahi hai ke isi zameen par jannat banegi, woh bazahir</w:t>
      </w:r>
    </w:p>
    <w:p>
      <w:pPr>
        <w:jc w:val="right"/>
      </w:pPr>
      <w:r>
        <w:t>تو عبداللہ ابن عباس نے جو بات کہی ہے کہ اسی زمین پر جنت بنے گی، وہ بظاہر</w:t>
      </w:r>
    </w:p>
    <w:p>
      <w:r>
        <w:rPr>
          <w:b/>
        </w:rPr>
        <w:t xml:space="preserve">[29:34] </w:t>
      </w:r>
      <w:r>
        <w:t>yani aisa lagta hai ke qabil e qayas baat hai.</w:t>
      </w:r>
    </w:p>
    <w:p>
      <w:pPr>
        <w:jc w:val="right"/>
      </w:pPr>
      <w:r>
        <w:t>یعنی ایسا لگتا ہے کہ قابل قیاس بات ہے۔</w:t>
      </w:r>
    </w:p>
    <w:p>
      <w:r>
        <w:rPr>
          <w:b/>
        </w:rPr>
        <w:t xml:space="preserve">[29:42] </w:t>
      </w:r>
      <w:r>
        <w:t>تو بہرحال جو history کا جو interpretation ملتا ہے آپ کو قرآن سے، وہ بہت ہی زیادہ understandable ہے۔</w:t>
      </w:r>
    </w:p>
    <w:p>
      <w:pPr>
        <w:jc w:val="right"/>
      </w:pPr>
      <w:r>
        <w:t>تو بہرحال جو ہسٹری کا جو انٹرپریشن ملتا ہے آپ کو قرآن سے، وہ بہت ہی زیادہ انڈرسٹڈیبل ہے۔</w:t>
      </w:r>
    </w:p>
    <w:p>
      <w:r>
        <w:rPr>
          <w:b/>
        </w:rPr>
        <w:t xml:space="preserve">[29:49] </w:t>
      </w:r>
      <w:r>
        <w:t>is ke mutabiq yeh hai ke jo khaliq hai, us ne duniya ko paida kiya, aur insaan ko</w:t>
      </w:r>
    </w:p>
    <w:p>
      <w:pPr>
        <w:jc w:val="right"/>
      </w:pPr>
      <w:r>
        <w:t>اس کے مطابق یہ ہے کہ جو خالق ہے، اس نے دنیا کو پیدا کیا، اور انسان کو</w:t>
      </w:r>
    </w:p>
    <w:p>
      <w:r>
        <w:rPr>
          <w:b/>
        </w:rPr>
        <w:t xml:space="preserve">[29:56] </w:t>
      </w:r>
      <w:r>
        <w:t>azaadi de di.</w:t>
      </w:r>
    </w:p>
    <w:p>
      <w:pPr>
        <w:jc w:val="right"/>
      </w:pPr>
      <w:r>
        <w:t>آزادی دے دی۔</w:t>
      </w:r>
    </w:p>
    <w:p>
      <w:r>
        <w:rPr>
          <w:b/>
        </w:rPr>
        <w:t xml:space="preserve">[30:03] </w:t>
      </w:r>
      <w:r>
        <w:t>poori tareekh mein insaan paida ho rahe hain, paida ho rahe hain, paida ho rahe hain.</w:t>
      </w:r>
    </w:p>
    <w:p>
      <w:pPr>
        <w:jc w:val="right"/>
      </w:pPr>
      <w:r>
        <w:t>پوری تاریخ میں انسان پیدا ہو رہے ہیں، پیدا ہو رہے ہیں، پیدا ہو رہے ہیں۔</w:t>
      </w:r>
    </w:p>
    <w:p>
      <w:r>
        <w:rPr>
          <w:b/>
        </w:rPr>
        <w:t xml:space="preserve">[30:11] </w:t>
      </w:r>
      <w:r>
        <w:t>ab is mein koi aisa hai jo apni azadi ko mehsoos karta hai, koi aisa hai jo apni</w:t>
      </w:r>
    </w:p>
    <w:p>
      <w:pPr>
        <w:jc w:val="right"/>
      </w:pPr>
      <w:r>
        <w:t>اب اس میں کوئی ایسا ہے جو اپنی آزادی کو محسوس کرتا ہے، کوئی ایسا ہے جو اپنی</w:t>
      </w:r>
    </w:p>
    <w:p>
      <w:r>
        <w:rPr>
          <w:b/>
        </w:rPr>
        <w:t xml:space="preserve">[30:18] </w:t>
      </w:r>
      <w:r>
        <w:t>azadi ko mehsoos nahi karta, bohat hi discipline ke sath rehta hai, bohat hi jo Khuda ka jo</w:t>
      </w:r>
    </w:p>
    <w:p>
      <w:pPr>
        <w:jc w:val="right"/>
      </w:pPr>
      <w:r>
        <w:t>آزادی کو محسوس نہیں کرتا، بہت ہی ڈسپلن کے ساتھ رہتا ہے، بہت ہی جو خدا کا جو</w:t>
      </w:r>
    </w:p>
    <w:p>
      <w:r>
        <w:rPr>
          <w:b/>
        </w:rPr>
        <w:t xml:space="preserve">[30:25] </w:t>
      </w:r>
      <w:r>
        <w:t>criteria hai, us ke mutabiq rehta hai.</w:t>
      </w:r>
    </w:p>
    <w:p>
      <w:pPr>
        <w:jc w:val="right"/>
      </w:pPr>
      <w:r>
        <w:t>کرائٹیریا ہے، اس کے مطابق رہتا ہے۔</w:t>
      </w:r>
    </w:p>
    <w:p>
      <w:r>
        <w:rPr>
          <w:b/>
        </w:rPr>
        <w:t xml:space="preserve">[30:33] </w:t>
      </w:r>
      <w:r>
        <w:t>to is tarike se log paida ho rahe hain.</w:t>
      </w:r>
    </w:p>
    <w:p>
      <w:pPr>
        <w:jc w:val="right"/>
      </w:pPr>
      <w:r>
        <w:t>تو اس طریقے سے لوگ پیدا ہو رہے ہیں۔</w:t>
      </w:r>
    </w:p>
    <w:p>
      <w:r>
        <w:rPr>
          <w:b/>
        </w:rPr>
        <w:t xml:space="preserve">[30:40] </w:t>
      </w:r>
      <w:r>
        <w:t>to aakhir mein dono ko alag kar diya jayega, yani jinhon ne apni azadi ko mehsoos kar</w:t>
      </w:r>
    </w:p>
    <w:p>
      <w:pPr>
        <w:jc w:val="right"/>
      </w:pPr>
      <w:r>
        <w:t>تو آخر میں دونوں کو الگ کر دیا جائے گا، یعنی جنہوں نے اپنی آزادی کو محسوس کر</w:t>
      </w:r>
    </w:p>
    <w:p>
      <w:r>
        <w:rPr>
          <w:b/>
        </w:rPr>
        <w:t xml:space="preserve">[30:47] </w:t>
      </w:r>
      <w:r>
        <w:t>diya, wo alag kar diya jayega, aur jinhon ne azadi ko mehsoos nahi kiya, mehsoos nahi kiya,</w:t>
      </w:r>
    </w:p>
    <w:p>
      <w:pPr>
        <w:jc w:val="right"/>
      </w:pPr>
      <w:r>
        <w:t>دیا، وہ الگ کر دیا جائے گا، اور جنہوں نے آزادی کو محسوس نہیں کیا، محسوس نہیں کیا،</w:t>
      </w:r>
    </w:p>
    <w:p>
      <w:r>
        <w:rPr>
          <w:b/>
        </w:rPr>
        <w:t xml:space="preserve">[30:54] </w:t>
      </w:r>
      <w:r>
        <w:t>sahih tarike se zindagi guzari, wo alag kar diye jayenge.</w:t>
      </w:r>
    </w:p>
    <w:p>
      <w:pPr>
        <w:jc w:val="right"/>
      </w:pPr>
      <w:r>
        <w:t>صحیح طریقے سے زندگی گزاری، وہ الگ کر دیے جائیں گے۔</w:t>
      </w:r>
    </w:p>
    <w:p>
      <w:r>
        <w:rPr>
          <w:b/>
        </w:rPr>
        <w:t xml:space="preserve">[31:02] </w:t>
      </w:r>
      <w:r>
        <w:t>to yeh selected log jo hain, selected log jannat mein dakhil kiye jayenge, wo eternity wahan un</w:t>
      </w:r>
    </w:p>
    <w:p>
      <w:pPr>
        <w:jc w:val="right"/>
      </w:pPr>
      <w:r>
        <w:t>تو یہ سلیکٹڈ لوگ جو ہیں، سلیکٹڈ لوگ جنت میں داخل کیے جائیں گے، وہ ایٹرنٹی وہاں ان</w:t>
      </w:r>
    </w:p>
    <w:p>
      <w:r>
        <w:rPr>
          <w:b/>
        </w:rPr>
        <w:t xml:space="preserve">[31:09] </w:t>
      </w:r>
      <w:r>
        <w:t>ko milegi, aur maujooda zameen jo hai, maujooda dunya, is ko renovate kiya jayega, phir se</w:t>
      </w:r>
    </w:p>
    <w:p>
      <w:pPr>
        <w:jc w:val="right"/>
      </w:pPr>
      <w:r>
        <w:t>کو ملے گی، اور موجودہ زمین جو ہے، موجودہ دنیا، اس کو رینیویٹ کیا جائے گا، پھر سے</w:t>
      </w:r>
    </w:p>
    <w:p>
      <w:r>
        <w:rPr>
          <w:b/>
        </w:rPr>
        <w:t xml:space="preserve">[31:16] </w:t>
      </w:r>
      <w:r>
        <w:t>sanwara jayega, phir se is ko ideal banaya jayega.</w:t>
      </w:r>
    </w:p>
    <w:p>
      <w:pPr>
        <w:jc w:val="right"/>
      </w:pPr>
      <w:r>
        <w:t>سنوارا جائے گا، پھر سے اس کو آئیڈیل بنایا جائے گا۔</w:t>
      </w:r>
    </w:p>
    <w:p>
      <w:r>
        <w:rPr>
          <w:b/>
        </w:rPr>
        <w:t xml:space="preserve">[31:24] </w:t>
      </w:r>
      <w:r>
        <w:t>to ajeeb, aur phir un ki activities ke liye un ko mauqa hoga ke ek super science wajood</w:t>
      </w:r>
    </w:p>
    <w:p>
      <w:pPr>
        <w:jc w:val="right"/>
      </w:pPr>
      <w:r>
        <w:t>تو عجیب، اور پھر ان کی ایکٹیویٹیز کے لیے ان کو موقع ہوگا کہ ایک سپر سائنس وجود</w:t>
      </w:r>
    </w:p>
    <w:p>
      <w:r>
        <w:rPr>
          <w:b/>
        </w:rPr>
        <w:t xml:space="preserve">[31:31] </w:t>
      </w:r>
      <w:r>
        <w:t>mein layen, super industry, super science, super technology.</w:t>
      </w:r>
    </w:p>
    <w:p>
      <w:pPr>
        <w:jc w:val="right"/>
      </w:pPr>
      <w:r>
        <w:t>میں لائیں، سپر انڈسٹری، سپر سائنس، سپر ٹیکنالوجی۔</w:t>
      </w:r>
    </w:p>
    <w:p>
      <w:r>
        <w:rPr>
          <w:b/>
        </w:rPr>
        <w:t xml:space="preserve">[31:38] </w:t>
      </w:r>
      <w:r>
        <w:t>to wo is mein yeh jo activities hongi, yeh bohat hi joyful activities hongi, jis</w:t>
      </w:r>
    </w:p>
    <w:p>
      <w:pPr>
        <w:jc w:val="right"/>
      </w:pPr>
      <w:r>
        <w:t>تو وہ اس میں یہ جو ایکٹیویٹیز ہوں گی، یہ بہت ہی جوئے فل ایکٹیویٹیز ہوں گی، جس</w:t>
      </w:r>
    </w:p>
    <w:p>
      <w:r>
        <w:rPr>
          <w:b/>
        </w:rPr>
        <w:t xml:space="preserve">[31:45] </w:t>
      </w:r>
      <w:r>
        <w:t>ko Quran mein khud kaha gaya hai ke وَهُوْا فِي شَغْلٍ فَاقِعُونَ۔</w:t>
      </w:r>
    </w:p>
    <w:p>
      <w:pPr>
        <w:jc w:val="right"/>
      </w:pPr>
      <w:r>
        <w:t>کو قرآن میں خود کہا گیا ہے کہ وَهُوْا فِي شَغْلٍ فَاقِعُونَ۔</w:t>
      </w:r>
    </w:p>
    <w:p>
      <w:r>
        <w:rPr>
          <w:b/>
        </w:rPr>
        <w:t xml:space="preserve">[31:53] </w:t>
      </w:r>
      <w:r>
        <w:t>shaghal faqe ka matlab hai joyful activities.</w:t>
      </w:r>
    </w:p>
    <w:p>
      <w:pPr>
        <w:jc w:val="right"/>
      </w:pPr>
      <w:r>
        <w:t>شغل فاقع کا مطلب ہے جوئے فل ایکٹیویٹیز۔</w:t>
      </w:r>
    </w:p>
    <w:p>
      <w:r>
        <w:rPr>
          <w:b/>
        </w:rPr>
        <w:t xml:space="preserve">[32:00] </w:t>
      </w:r>
      <w:r>
        <w:t>to yeh to wohi hai jo insan chahta hai, jo insan chahta hai, wo is dunya mein is</w:t>
      </w:r>
    </w:p>
    <w:p>
      <w:pPr>
        <w:jc w:val="right"/>
      </w:pPr>
      <w:r>
        <w:t>تو یہ تو وہی ہے جو انسان چاہتا ہے، جو انسان چاہتا ہے، وہ اس دنیا میں اس</w:t>
      </w:r>
    </w:p>
    <w:p>
      <w:r>
        <w:rPr>
          <w:b/>
        </w:rPr>
        <w:t xml:space="preserve">[32:07] </w:t>
      </w:r>
      <w:r>
        <w:t>ko milti nahi, kyun ke is ki is dunya mein wo rakhi nahi gayi hai, wo rakhi gayi</w:t>
      </w:r>
    </w:p>
    <w:p>
      <w:pPr>
        <w:jc w:val="right"/>
      </w:pPr>
      <w:r>
        <w:t>کو ملتی نہیں، کیوں کہ اس کی اس دنیا میں وہ رکھی نہیں گئی ہے، وہ رکھی گئی</w:t>
      </w:r>
    </w:p>
    <w:p>
      <w:r>
        <w:rPr>
          <w:b/>
        </w:rPr>
        <w:t xml:space="preserve">[32:14] </w:t>
      </w:r>
      <w:r>
        <w:t>hai akhirat ki Paradise mein.</w:t>
      </w:r>
    </w:p>
    <w:p>
      <w:pPr>
        <w:jc w:val="right"/>
      </w:pPr>
      <w:r>
        <w:t>ہے آخرت کی Paradise میں۔</w:t>
      </w:r>
    </w:p>
    <w:p>
      <w:r>
        <w:rPr>
          <w:b/>
        </w:rPr>
        <w:t xml:space="preserve">[32:22] </w:t>
      </w:r>
      <w:r>
        <w:t>to is tarike se agar aap sochen to hamein history ka ek bohat hi maani khaiz interpretation mil</w:t>
      </w:r>
    </w:p>
    <w:p>
      <w:pPr>
        <w:jc w:val="right"/>
      </w:pPr>
      <w:r>
        <w:t>تو اس طریقے سے اگر آپ سوچیں تو ہمیں ہسٹری کا ایک بہت ہی معنی خیز انٹرپریشن مل</w:t>
      </w:r>
    </w:p>
    <w:p>
      <w:r>
        <w:rPr>
          <w:b/>
        </w:rPr>
        <w:t xml:space="preserve">[32:29] </w:t>
      </w:r>
      <w:r>
        <w:t>jata hai, history ka ek bohat hi maani khaiz interpretation mil jata hai.</w:t>
      </w:r>
    </w:p>
    <w:p>
      <w:pPr>
        <w:jc w:val="right"/>
      </w:pPr>
      <w:r>
        <w:t>جاتا ہے، ہسٹری کا ایک بہت ہی معنی خیز انٹرپریشن مل جاتا ہے۔</w:t>
      </w:r>
    </w:p>
    <w:p>
      <w:r>
        <w:rPr>
          <w:b/>
        </w:rPr>
        <w:t xml:space="preserve">[32:36] </w:t>
      </w:r>
      <w:r>
        <w:t>misal ke taur par maut hai to koi bhi, koi bhi philosophy explain nahi kar pati ke insan ko maut kyun aati hai.</w:t>
      </w:r>
    </w:p>
    <w:p>
      <w:pPr>
        <w:jc w:val="right"/>
      </w:pPr>
      <w:r>
        <w:t>مثلاً موت ہے تو کوئی بھی، کوئی بھی فلاسفی ایکسپلین نہیں کر پاتی کہ انسان کو موت کیوں آتی ہے۔</w:t>
      </w:r>
    </w:p>
    <w:p>
      <w:r>
        <w:rPr>
          <w:b/>
        </w:rPr>
        <w:t xml:space="preserve">[32:44] </w:t>
      </w:r>
      <w:r>
        <w:t>koi bhi philosophy, koi bhi ideology insan ki banayi hui, lekin yeh jo Quran ka jo interpretation hai,</w:t>
      </w:r>
    </w:p>
    <w:p>
      <w:pPr>
        <w:jc w:val="right"/>
      </w:pPr>
      <w:r>
        <w:t>کوئی بھی فلاسفی، کوئی بھی آئیڈیالوجی انسان کی بنائی ہوئی، لیکن یہ جو قرآن کا جو انٹرپریشن ہے،</w:t>
      </w:r>
    </w:p>
    <w:p>
      <w:r>
        <w:rPr>
          <w:b/>
        </w:rPr>
        <w:t xml:space="preserve">[32:51] </w:t>
      </w:r>
      <w:r>
        <w:t>is ko manen aap to maut ka bohat hi maani khaiz interpretation mil jata hai ke jo aadmi,</w:t>
      </w:r>
    </w:p>
    <w:p>
      <w:pPr>
        <w:jc w:val="right"/>
      </w:pPr>
      <w:r>
        <w:t>اس کو مانیں آپ تو موت کا بہت ہی معنی خیز انٹرپریشن مل جاتا ہے کہ جو آدمی،</w:t>
      </w:r>
    </w:p>
    <w:p>
      <w:r>
        <w:rPr>
          <w:b/>
        </w:rPr>
        <w:t xml:space="preserve">[32:58] </w:t>
      </w:r>
      <w:r>
        <w:t>jis aadmi ko maut aati hai, is ka matlab hai ke wo apna test de chuka, is ka</w:t>
      </w:r>
    </w:p>
    <w:p>
      <w:pPr>
        <w:jc w:val="right"/>
      </w:pPr>
      <w:r>
        <w:t>جس آدمی کو موت آتی ہے، اس کا مطلب ہے کہ وہ اپنا ٹیسٹ دے چکا، اس کا</w:t>
      </w:r>
    </w:p>
    <w:p>
      <w:r>
        <w:rPr>
          <w:b/>
        </w:rPr>
        <w:t xml:space="preserve">[33:05] </w:t>
      </w:r>
      <w:r>
        <w:t>wo selection ka jo period tha, is ka khatam ho chuka, ab mazeed is ko mauqa nahi is</w:t>
      </w:r>
    </w:p>
    <w:p>
      <w:pPr>
        <w:jc w:val="right"/>
      </w:pPr>
      <w:r>
        <w:t>وہ سلیکشن کا جو پیریڈ تھا، اس کا ختم ہو چکا، اب مزید اس کو موقع نہیں اس</w:t>
      </w:r>
    </w:p>
    <w:p>
      <w:r>
        <w:rPr>
          <w:b/>
        </w:rPr>
        <w:t xml:space="preserve">[33:13] </w:t>
      </w:r>
      <w:r>
        <w:t>ke liye tha.</w:t>
      </w:r>
    </w:p>
    <w:p>
      <w:pPr>
        <w:jc w:val="right"/>
      </w:pPr>
      <w:r>
        <w:t>کے لیے تھا۔</w:t>
      </w:r>
    </w:p>
    <w:p>
      <w:r>
        <w:rPr>
          <w:b/>
        </w:rPr>
        <w:t xml:space="preserve">[33:20] </w:t>
      </w:r>
      <w:r>
        <w:t>to is yahan se hata diya gaya is ko, jo period tha us ke liye ke apne aap</w:t>
      </w:r>
    </w:p>
    <w:p>
      <w:pPr>
        <w:jc w:val="right"/>
      </w:pPr>
      <w:r>
        <w:t>تو اس یہاں سے ہٹا دیا گیا اس کو، جو پیریڈ تھا اس کے لیے کہ اپنے آپ</w:t>
      </w:r>
    </w:p>
    <w:p>
      <w:r>
        <w:rPr>
          <w:b/>
        </w:rPr>
        <w:t xml:space="preserve">[33:27] </w:t>
      </w:r>
      <w:r>
        <w:t>ko sabit kare ke woh azadi ko mehsoos karta hai, ke proper use karta hai.</w:t>
      </w:r>
    </w:p>
    <w:p>
      <w:pPr>
        <w:jc w:val="right"/>
      </w:pPr>
      <w:r>
        <w:t>کو ثابت کرے کہ وہ آزادی کو محسوس کرتا ہے، کہ پراپر یوز کرتا ہے۔</w:t>
      </w:r>
    </w:p>
    <w:p>
      <w:r>
        <w:rPr>
          <w:b/>
        </w:rPr>
        <w:t xml:space="preserve">[33:35] </w:t>
      </w:r>
      <w:r>
        <w:t>woh, woh mukammal ho chuka, jab mukammal ho chuka to is dunya se is ko utha kar doosri</w:t>
      </w:r>
    </w:p>
    <w:p>
      <w:pPr>
        <w:jc w:val="right"/>
      </w:pPr>
      <w:r>
        <w:t>وہ، وہ مکمل ہو چکا، جب مکمل ہو چکا تو اس دنیا سے اس کو اٹھا کر دوسری</w:t>
      </w:r>
    </w:p>
    <w:p>
      <w:r>
        <w:rPr>
          <w:b/>
        </w:rPr>
        <w:t xml:space="preserve">[33:42] </w:t>
      </w:r>
      <w:r>
        <w:t>dunya mein bhej diya gaya.</w:t>
      </w:r>
    </w:p>
    <w:p>
      <w:pPr>
        <w:jc w:val="right"/>
      </w:pPr>
      <w:r>
        <w:t>دنیا میں بھیج دیا گیا۔</w:t>
      </w:r>
    </w:p>
    <w:p>
      <w:r>
        <w:rPr>
          <w:b/>
        </w:rPr>
        <w:t xml:space="preserve">[33:49] </w:t>
      </w:r>
      <w:r>
        <w:t>to main samajhta hoon ke poori, yani insan, saare insan history ke ek mani khez interpretation ki talash</w:t>
      </w:r>
    </w:p>
    <w:p>
      <w:pPr>
        <w:jc w:val="right"/>
      </w:pPr>
      <w:r>
        <w:t>تو میں سمجھتا ہوں کہ پوری، یعنی انسان، سارے انسان ہسٹری کے ایک معنی خیز انٹرپریشن کی تلاش</w:t>
      </w:r>
    </w:p>
    <w:p>
      <w:r>
        <w:rPr>
          <w:b/>
        </w:rPr>
        <w:t xml:space="preserve">[33:56] </w:t>
      </w:r>
      <w:r>
        <w:t>mein hain, saare log history ke mani khez interpretation ko talash kar rahe hain, lekin Quran ke siwa</w:t>
      </w:r>
    </w:p>
    <w:p>
      <w:pPr>
        <w:jc w:val="right"/>
      </w:pPr>
      <w:r>
        <w:t>میں ہیں، سارے لوگ ہسٹری کے معنی خیز انٹرپریشن کو تلاش کر رہے ہیں، لیکن قرآن کے سوا</w:t>
      </w:r>
    </w:p>
    <w:p>
      <w:r>
        <w:rPr>
          <w:b/>
        </w:rPr>
        <w:t xml:space="preserve">[34:04] </w:t>
      </w:r>
      <w:r>
        <w:t>jo kitabein hain, us mein unhein milta nahin.</w:t>
      </w:r>
    </w:p>
    <w:p>
      <w:pPr>
        <w:jc w:val="right"/>
      </w:pPr>
      <w:r>
        <w:t>جو کتابیں ہیں، اس میں انہیں ملتا نہیں۔</w:t>
      </w:r>
    </w:p>
    <w:p>
      <w:r>
        <w:rPr>
          <w:b/>
        </w:rPr>
        <w:t xml:space="preserve">[34:11] </w:t>
      </w:r>
      <w:r>
        <w:t>Quran mein main Bible ko shamil karta hoon, kyunke Bible agarche us mein mehfooz nahin hai is tareeqe</w:t>
      </w:r>
    </w:p>
    <w:p>
      <w:pPr>
        <w:jc w:val="right"/>
      </w:pPr>
      <w:r>
        <w:t>قرآن میں میں بائبل کو شامل کرتا ہوں، کیونکہ بائبل اگرچہ اس میں محفوظ نہیں ہے اس طریقے</w:t>
      </w:r>
    </w:p>
    <w:p>
      <w:r>
        <w:rPr>
          <w:b/>
        </w:rPr>
        <w:t xml:space="preserve">[34:18] </w:t>
      </w:r>
      <w:r>
        <w:t>se jis tareeqe se Quran mehfooz hai, lekin dono ka masdar to ek hi hai, us ko bhi</w:t>
      </w:r>
    </w:p>
    <w:p>
      <w:pPr>
        <w:jc w:val="right"/>
      </w:pPr>
      <w:r>
        <w:t>سے جس طریقے سے قرآن محفوظ ہے، لیکن دونوں کا مصدر تو ایک ہی ہے، اس کو بھی</w:t>
      </w:r>
    </w:p>
    <w:p>
      <w:r>
        <w:rPr>
          <w:b/>
        </w:rPr>
        <w:t xml:space="preserve">[34:26] </w:t>
      </w:r>
      <w:r>
        <w:t>Allah ne bheja tha, us ko bhi Allah ne bheja hai.</w:t>
      </w:r>
    </w:p>
    <w:p>
      <w:pPr>
        <w:jc w:val="right"/>
      </w:pPr>
      <w:r>
        <w:t>اللہ نے بھیجا تھا، اس کو بھی اللہ نے بھیجا ہے۔</w:t>
      </w:r>
    </w:p>
    <w:p>
      <w:r>
        <w:rPr>
          <w:b/>
        </w:rPr>
        <w:t xml:space="preserve">[34:33] </w:t>
      </w:r>
      <w:r>
        <w:t>to kuch milawatein jo ho gayi hain Bible mein, un milawaton ko alag kar ke dekha jaye.</w:t>
      </w:r>
    </w:p>
    <w:p>
      <w:pPr>
        <w:jc w:val="right"/>
      </w:pPr>
      <w:r>
        <w:t>تو کچھ ملاوٹیں جو ہو گئی ہیں بائبل میں، ان ملاوٹوں کو الگ کر کے دیکھا جائے۔</w:t>
      </w:r>
    </w:p>
    <w:p>
      <w:r>
        <w:rPr>
          <w:b/>
        </w:rPr>
        <w:t xml:space="preserve">[34:40] </w:t>
      </w:r>
      <w:r>
        <w:t>to Bible bohat bara source hai hamare liye, yani marifat ki study ka.</w:t>
      </w:r>
    </w:p>
    <w:p>
      <w:pPr>
        <w:jc w:val="right"/>
      </w:pPr>
      <w:r>
        <w:t>تو بائبل بہت بڑا سورس ہے ہمارے لیے، یعنی معرفت کی اسٹڈی کا۔</w:t>
      </w:r>
    </w:p>
    <w:p>
      <w:r>
        <w:rPr>
          <w:b/>
        </w:rPr>
        <w:t xml:space="preserve">[34:47] </w:t>
      </w:r>
      <w:r>
        <w:t>to authentic source to Quran hai, kyunke woh mehfooz hai.</w:t>
      </w:r>
    </w:p>
    <w:p>
      <w:pPr>
        <w:jc w:val="right"/>
      </w:pPr>
      <w:r>
        <w:t>تو اتھنٹک سورس تو قرآن ہے، کیونکہ وہ محفوظ ہے۔</w:t>
      </w:r>
    </w:p>
    <w:p>
      <w:r>
        <w:rPr>
          <w:b/>
        </w:rPr>
        <w:t xml:space="preserve">[34:55] </w:t>
      </w:r>
      <w:r>
        <w:t>authentic source Quran rahega, kyunke woh mehfooz hai.</w:t>
      </w:r>
    </w:p>
    <w:p>
      <w:pPr>
        <w:jc w:val="right"/>
      </w:pPr>
      <w:r>
        <w:t>اتھنٹک سورس قرآن رہے گا، کیونکہ وہ محفوظ ہے۔</w:t>
      </w:r>
    </w:p>
    <w:p>
      <w:r>
        <w:rPr>
          <w:b/>
        </w:rPr>
        <w:t xml:space="preserve">[35:02] </w:t>
      </w:r>
      <w:r>
        <w:t>Bible jo rahegi, woh woh taayidi source rahega.</w:t>
      </w:r>
    </w:p>
    <w:p>
      <w:pPr>
        <w:jc w:val="right"/>
      </w:pPr>
      <w:r>
        <w:t>بائبل جو رہے گی، وہ وہ تائیدی سورس رہے گا۔</w:t>
      </w:r>
    </w:p>
    <w:p>
      <w:r>
        <w:rPr>
          <w:b/>
        </w:rPr>
        <w:t xml:space="preserve">[35:09] </w:t>
      </w:r>
      <w:r>
        <w:t>authentic source ki hesiyat Quran ko hasil rahegi, lekin Bible ki hesiyat bhi ek taayidi source ki rahegi.</w:t>
      </w:r>
    </w:p>
    <w:p>
      <w:pPr>
        <w:jc w:val="right"/>
      </w:pPr>
      <w:r>
        <w:t>اتھنٹک سورس کی حیثیت قرآن کو حاصل رہے گی، لیکن بائبل کی حیثیت بھی ایک تائیدی سورس کی رہے گی۔</w:t>
      </w:r>
    </w:p>
    <w:p>
      <w:r>
        <w:rPr>
          <w:b/>
        </w:rPr>
        <w:t xml:space="preserve">[35:16] </w:t>
      </w:r>
      <w:r>
        <w:t>taayidi source to mujhe to kam az kam bohat faida hua hai Bible ke mutalea karne se, aur</w:t>
      </w:r>
    </w:p>
    <w:p>
      <w:pPr>
        <w:jc w:val="right"/>
      </w:pPr>
      <w:r>
        <w:t>تائیدی سورس تو مجھے تو کم از کم بہت فائدہ ہوا ہے بائبل کے مطالعہ کرنے سے، اور</w:t>
      </w:r>
    </w:p>
    <w:p>
      <w:r>
        <w:rPr>
          <w:b/>
        </w:rPr>
        <w:t xml:space="preserve">[35:24] </w:t>
      </w:r>
      <w:r>
        <w:t>jo log Bible mein negative item nikal kar ke munazre karte hain, mere nazdeek woh sahi nahin hai,</w:t>
      </w:r>
    </w:p>
    <w:p>
      <w:pPr>
        <w:jc w:val="right"/>
      </w:pPr>
      <w:r>
        <w:t>جو لوگ بائبل میں نیگیٹیو آئٹم نکال کر کے مناظرے کرتے ہیں، میرے نزدیک وہ صحیح نہیں ہے،</w:t>
      </w:r>
    </w:p>
    <w:p>
      <w:r>
        <w:rPr>
          <w:b/>
        </w:rPr>
        <w:t xml:space="preserve">[35:31] </w:t>
      </w:r>
      <w:r>
        <w:t>kyunke agar aap is par tal jayein ke aap ko negative item nikalna hai to Quran mein bhi</w:t>
      </w:r>
    </w:p>
    <w:p>
      <w:pPr>
        <w:jc w:val="right"/>
      </w:pPr>
      <w:r>
        <w:t>کیونکہ اگر آپ اس پر تل جائیں کہ آپ کو نیگیٹیو آئٹم نکالنا ہے تو قرآن میں بھی</w:t>
      </w:r>
    </w:p>
    <w:p>
      <w:r>
        <w:rPr>
          <w:b/>
        </w:rPr>
        <w:t xml:space="preserve">[35:38] </w:t>
      </w:r>
      <w:r>
        <w:t>kaha gaya hai ke wahan bhi nikal sakte ho.</w:t>
      </w:r>
    </w:p>
    <w:p>
      <w:pPr>
        <w:jc w:val="right"/>
      </w:pPr>
      <w:r>
        <w:t>کہا گیا ہے کہ وہاں بھی نکال سکتے ہو۔</w:t>
      </w:r>
    </w:p>
    <w:p>
      <w:r>
        <w:rPr>
          <w:b/>
        </w:rPr>
        <w:t xml:space="preserve">[35:46] </w:t>
      </w:r>
      <w:r>
        <w:t>ek ayat hai Quran mein ke agar woh Quran mein koi shai pata hai to us ko ijtihad banata hai.</w:t>
      </w:r>
    </w:p>
    <w:p>
      <w:pPr>
        <w:jc w:val="right"/>
      </w:pPr>
      <w:r>
        <w:t>ایک آیت ہے قرآن میں کہ اگر وہ قرآن میں کوئی شے پاتا ہے تو اس کو اجتہاد بناتا ہے۔</w:t>
      </w:r>
    </w:p>
    <w:p>
      <w:r>
        <w:rPr>
          <w:b/>
        </w:rPr>
        <w:t xml:space="preserve">[35:53] </w:t>
      </w:r>
      <w:r>
        <w:t>to is ka mani hai ke agar aadmi tal jaye ke us ko ijtihad ka item nikalna hai</w:t>
      </w:r>
    </w:p>
    <w:p>
      <w:pPr>
        <w:jc w:val="right"/>
      </w:pPr>
      <w:r>
        <w:t>تو اس کا معنی ہے کہ اگر آدمی تل جائے کہ اس کو اجتہاد کا آئٹم نکالنا ہے</w:t>
      </w:r>
    </w:p>
    <w:p>
      <w:r>
        <w:rPr>
          <w:b/>
        </w:rPr>
        <w:t xml:space="preserve">[36:00] </w:t>
      </w:r>
      <w:r>
        <w:t>to Quran mein bhi nikalega.</w:t>
      </w:r>
    </w:p>
    <w:p>
      <w:pPr>
        <w:jc w:val="right"/>
      </w:pPr>
      <w:r>
        <w:t>تو قرآن میں بھی نکالے گا۔</w:t>
      </w:r>
    </w:p>
    <w:p>
      <w:r>
        <w:rPr>
          <w:b/>
        </w:rPr>
        <w:t xml:space="preserve">[36:07] </w:t>
      </w:r>
      <w:r>
        <w:t>woh to asal cheez hai sincerity.</w:t>
      </w:r>
    </w:p>
    <w:p>
      <w:pPr>
        <w:jc w:val="right"/>
      </w:pPr>
      <w:r>
        <w:t>وہ تو اصل چیز ہے سنسیرٹی۔</w:t>
      </w:r>
    </w:p>
    <w:p>
      <w:r>
        <w:rPr>
          <w:b/>
        </w:rPr>
        <w:t xml:space="preserve">[36:15] </w:t>
      </w:r>
      <w:r>
        <w:t>sanserity ho aap ke andar to aap ko bible aik aik taayidi source ban jaye ga aap ke</w:t>
      </w:r>
    </w:p>
    <w:p>
      <w:pPr>
        <w:jc w:val="right"/>
      </w:pPr>
      <w:r>
        <w:t>سنسیرٹی ہو آپ کے اندر تو آپ کو بائبل ایک ایک تائیدی سورس بن جائے گا آپ کے</w:t>
      </w:r>
    </w:p>
    <w:p>
      <w:r>
        <w:rPr>
          <w:b/>
        </w:rPr>
        <w:t xml:space="preserve">[36:22] </w:t>
      </w:r>
      <w:r>
        <w:t>liye quran ko samajhne ke liye.</w:t>
      </w:r>
    </w:p>
    <w:p>
      <w:pPr>
        <w:jc w:val="right"/>
      </w:pPr>
      <w:r>
        <w:t>لیے قرآن کو سمجھنے کے لیے۔</w:t>
      </w:r>
    </w:p>
    <w:p>
      <w:r>
        <w:rPr>
          <w:b/>
        </w:rPr>
        <w:t xml:space="preserve">[36:29] </w:t>
      </w:r>
      <w:r>
        <w:t>taayidi source, asal source to quran hi ko rahe gi, kyunke wo authentic hai, lekin taayidi source ki</w:t>
      </w:r>
    </w:p>
    <w:p>
      <w:pPr>
        <w:jc w:val="right"/>
      </w:pPr>
      <w:r>
        <w:t>تائیدی سورس، اصل سورس تو قرآن ہی کو رہے گی، کیونکہ وہ اتھنٹک ہے، لیکن تائیدی سورس کی</w:t>
      </w:r>
    </w:p>
    <w:p>
      <w:r>
        <w:rPr>
          <w:b/>
        </w:rPr>
        <w:t xml:space="preserve">[36:37] </w:t>
      </w:r>
      <w:r>
        <w:t>hesiyat bible ki bhi ho jaye gi.</w:t>
      </w:r>
    </w:p>
    <w:p>
      <w:pPr>
        <w:jc w:val="right"/>
      </w:pPr>
      <w:r>
        <w:t>حیثیت بائبل کی بھی ہو جائے گی۔</w:t>
      </w:r>
    </w:p>
    <w:p>
      <w:r>
        <w:rPr>
          <w:b/>
        </w:rPr>
        <w:t xml:space="preserve">[36:44] </w:t>
      </w:r>
      <w:r>
        <w:t>to main samajhta hoon ke agar log serious study karen is mauzu ki, serious study to bilashuba ye</w:t>
      </w:r>
    </w:p>
    <w:p>
      <w:pPr>
        <w:jc w:val="right"/>
      </w:pPr>
      <w:r>
        <w:t>تو میں سمجھتا ہوں کہ اگر لوگ سیریس اسٹڈی کریں اس موضوع کی، سیریس اسٹڈی تو بلاشبہ یہ</w:t>
      </w:r>
    </w:p>
    <w:p>
      <w:r>
        <w:rPr>
          <w:b/>
        </w:rPr>
        <w:t xml:space="preserve">[36:51] </w:t>
      </w:r>
      <w:r>
        <w:t>wo interpretation hai jo unhein mutmaen kar sakta hai.</w:t>
      </w:r>
    </w:p>
    <w:p>
      <w:pPr>
        <w:jc w:val="right"/>
      </w:pPr>
      <w:r>
        <w:t>وہ انٹرپریشن ہے جو انہیں مطمئن کر سکتا ہے۔</w:t>
      </w:r>
    </w:p>
    <w:p>
      <w:r>
        <w:rPr>
          <w:b/>
        </w:rPr>
        <w:t xml:space="preserve">[36:58] </w:t>
      </w:r>
      <w:r>
        <w:t>ab sara dhyan is par dena chahiye ke hum kis tarah apne aap ko wo personality banayein jo</w:t>
      </w:r>
    </w:p>
    <w:p>
      <w:pPr>
        <w:jc w:val="right"/>
      </w:pPr>
      <w:r>
        <w:t>اب سارا دھیان اس پر دینا چاہیے کہ ہم کس طرح اپنے آپ کو وہ پرسنیلٹی بنائیں جو</w:t>
      </w:r>
    </w:p>
    <w:p>
      <w:r>
        <w:rPr>
          <w:b/>
        </w:rPr>
        <w:t xml:space="preserve">[37:06] </w:t>
      </w:r>
      <w:r>
        <w:t>select ki jaye, jis ko quran mein kaha gaya hai muzakkar personality.</w:t>
      </w:r>
    </w:p>
    <w:p>
      <w:pPr>
        <w:jc w:val="right"/>
      </w:pPr>
      <w:r>
        <w:t>سلیکٹ کی جائے، جس کو قرآن میں کہا گیا ہے مذکر شخصیت۔</w:t>
      </w:r>
    </w:p>
    <w:p>
      <w:r>
        <w:rPr>
          <w:b/>
        </w:rPr>
        <w:t xml:space="preserve">[37:13] </w:t>
      </w:r>
      <w:r>
        <w:t>kyunke hamara focus hona chahiye ke hum apne aap ko muzakkar personality banayein.</w:t>
      </w:r>
    </w:p>
    <w:p>
      <w:pPr>
        <w:jc w:val="right"/>
      </w:pPr>
      <w:r>
        <w:t>کیونکہ ہمارا فوکس ہونا چاہیے کہ ہم اپنے آپ کو مذکر شخصیت بنائیں۔</w:t>
      </w:r>
    </w:p>
    <w:p>
      <w:r>
        <w:rPr>
          <w:b/>
        </w:rPr>
        <w:t xml:space="preserve">[37:20] </w:t>
      </w:r>
      <w:r>
        <w:t>muzakkar personality kaun hai? jo azadi ko mehsoos na kare, jis ke andar sanserity ho, jo objective andaaz</w:t>
      </w:r>
    </w:p>
    <w:p>
      <w:pPr>
        <w:jc w:val="right"/>
      </w:pPr>
      <w:r>
        <w:t>مذکر شخصیت کون ہے؟ جو آزادی کو محسوس نہ کرے، جس کے اندر سنسیرٹی ہو، جو آبجیکٹو انداز</w:t>
      </w:r>
    </w:p>
    <w:p>
      <w:r>
        <w:rPr>
          <w:b/>
        </w:rPr>
        <w:t xml:space="preserve">[37:28] </w:t>
      </w:r>
      <w:r>
        <w:t>mein cheezon ko study kare, jo hate se khali ho, jo nafrat se khali ho, jo kisi qism</w:t>
      </w:r>
    </w:p>
    <w:p>
      <w:pPr>
        <w:jc w:val="right"/>
      </w:pPr>
      <w:r>
        <w:t>میں چیزوں کو اسٹڈی کرے، جو ہیٹ سے خالی ہو، جو نفرت سے خالی ہو، جو کسی قسم</w:t>
      </w:r>
    </w:p>
    <w:p>
      <w:r>
        <w:rPr>
          <w:b/>
        </w:rPr>
        <w:t xml:space="preserve">[37:35] </w:t>
      </w:r>
      <w:r>
        <w:t>ki baais se apne aap ko nikal kar ke mutala kare cheezon ka.</w:t>
      </w:r>
    </w:p>
    <w:p>
      <w:pPr>
        <w:jc w:val="right"/>
      </w:pPr>
      <w:r>
        <w:t>کی باعث سے اپنے آپ کو نکال کر کے مطالعہ کرے چیزوں کا۔</w:t>
      </w:r>
    </w:p>
    <w:p>
      <w:r>
        <w:rPr>
          <w:b/>
        </w:rPr>
        <w:t xml:space="preserve">[37:42] </w:t>
      </w:r>
      <w:r>
        <w:t>pure maanon mein complex free soul ho.</w:t>
      </w:r>
    </w:p>
    <w:p>
      <w:pPr>
        <w:jc w:val="right"/>
      </w:pPr>
      <w:r>
        <w:t>پورے معنوں میں کمپلیکس فری سول ہو۔</w:t>
      </w:r>
    </w:p>
    <w:p>
      <w:r>
        <w:rPr>
          <w:b/>
        </w:rPr>
        <w:t xml:space="preserve">[37:49] </w:t>
      </w:r>
      <w:r>
        <w:t>agar aadmi aisa banaye apne aap ko to wo muzakkar personality kaha jaye ga, aur muzakkar personalityen jo</w:t>
      </w:r>
    </w:p>
    <w:p>
      <w:pPr>
        <w:jc w:val="right"/>
      </w:pPr>
      <w:r>
        <w:t>اگر آدمی ایسا بنائے اپنے آپ کو تو وہ مذکر شخصیت کہا جائے گا، اور مذکر شخصیتیں جو</w:t>
      </w:r>
    </w:p>
    <w:p>
      <w:r>
        <w:rPr>
          <w:b/>
        </w:rPr>
        <w:t xml:space="preserve">[37:57] </w:t>
      </w:r>
      <w:r>
        <w:t>hain wahi jannat mein basane ke liye select ki jayengi.</w:t>
      </w:r>
    </w:p>
    <w:p>
      <w:pPr>
        <w:jc w:val="right"/>
      </w:pPr>
      <w:r>
        <w:t>ہیں وہی جنت میں بسانے کے لیے سلیکٹ کی جائیں گی۔</w:t>
      </w:r>
    </w:p>
    <w:p>
      <w:r>
        <w:rPr>
          <w:b/>
        </w:rPr>
        <w:t xml:space="preserve">[38:04] </w:t>
      </w:r>
      <w:r>
        <w:t>muzakkar ke lafzi maane hain purified personality.</w:t>
      </w:r>
    </w:p>
    <w:p>
      <w:pPr>
        <w:jc w:val="right"/>
      </w:pPr>
      <w:r>
        <w:t>مذکر کے لفظی معنی ہیں پیوریفائیڈ پرسنیلٹی۔</w:t>
      </w:r>
    </w:p>
    <w:p>
      <w:r>
        <w:rPr>
          <w:b/>
        </w:rPr>
        <w:t xml:space="preserve">[38:11] </w:t>
      </w:r>
      <w:r>
        <w:t>purified ke maane yahi hain ke har, yani har aitbar se apne ko sahi insan banana.</w:t>
      </w:r>
    </w:p>
    <w:p>
      <w:pPr>
        <w:jc w:val="right"/>
      </w:pPr>
      <w:r>
        <w:t>پیوریفائیڈ کے معنی یہی ہیں کہ ہر، یعنی ہر اعتبار سے اپنے کو صحیح انسان بنانا۔</w:t>
      </w:r>
    </w:p>
    <w:p>
      <w:r>
        <w:rPr>
          <w:b/>
        </w:rPr>
        <w:t xml:space="preserve">[38:18] </w:t>
      </w:r>
      <w:r>
        <w:t>sahi insan banana, yani God almighty ka jo casual plan hai, us ke mutabiq apne ko insan banana.</w:t>
      </w:r>
    </w:p>
    <w:p>
      <w:pPr>
        <w:jc w:val="right"/>
      </w:pPr>
      <w:r>
        <w:t>صحیح انسان بنانا، یعنی گاڈ آل بائیٹی کا جو کیشل پلان ہے، اس کے مطابق اپنے کو انسان بنانا۔</w:t>
      </w:r>
    </w:p>
    <w:p>
      <w:r>
        <w:rPr>
          <w:b/>
        </w:rPr>
        <w:t xml:space="preserve">[38:26] </w:t>
      </w:r>
      <w:r>
        <w:t>تو میں سمجھتا ہوں کہ یہ معاملہ ایسا ہے کہ ہم سب کو بہت زیادہ serious ہونا چاہیے،</w:t>
      </w:r>
    </w:p>
    <w:p>
      <w:pPr>
        <w:jc w:val="right"/>
      </w:pPr>
      <w:r>
        <w:t>تو میں سمجھتا ہوں کہ یہ معاملہ ایسا ہے کہ ہم سب کو بہت زیادہ سیریس ہونا چاہیے،</w:t>
      </w:r>
    </w:p>
    <w:p>
      <w:r>
        <w:rPr>
          <w:b/>
        </w:rPr>
        <w:t xml:space="preserve">[38:33] </w:t>
      </w:r>
      <w:r>
        <w:t>kyunke ye mauqa sirf aik hi baar milta hai.</w:t>
      </w:r>
    </w:p>
    <w:p>
      <w:pPr>
        <w:jc w:val="right"/>
      </w:pPr>
      <w:r>
        <w:t>کیونکہ یہ موقع صرف ایک ہی بار ملتا ہے۔</w:t>
      </w:r>
    </w:p>
    <w:p>
      <w:r>
        <w:rPr>
          <w:b/>
        </w:rPr>
        <w:t xml:space="preserve">[38:40] </w:t>
      </w:r>
      <w:r>
        <w:t>har aadmi par maut aati hai, maut aate hi ye chance khatm ho jata hai.</w:t>
      </w:r>
    </w:p>
    <w:p>
      <w:pPr>
        <w:jc w:val="right"/>
      </w:pPr>
      <w:r>
        <w:t>ہر آدمی پر موت آتی ہے، موت آتے ہی یہ چانس ختم ہو جاتا ہے۔</w:t>
      </w:r>
    </w:p>
    <w:p>
      <w:r>
        <w:rPr>
          <w:b/>
        </w:rPr>
        <w:t xml:space="preserve">[38:48] </w:t>
      </w:r>
      <w:r>
        <w:t>koi insan maut se bachta nahi, aur maut aate hi ye mauqa khatm.</w:t>
      </w:r>
    </w:p>
    <w:p>
      <w:pPr>
        <w:jc w:val="right"/>
      </w:pPr>
      <w:r>
        <w:t>کوئی انسان موت سے بچتا نہیں، اور موت آتے ہی یہ موقع ختم۔</w:t>
      </w:r>
    </w:p>
    <w:p>
      <w:r>
        <w:rPr>
          <w:b/>
        </w:rPr>
        <w:t xml:space="preserve">[38:55] </w:t>
      </w:r>
      <w:r>
        <w:t>to hum sab ko bohat hi zyada serious hona chahiye is maamle mein ke hum apne andar wo</w:t>
      </w:r>
    </w:p>
    <w:p>
      <w:pPr>
        <w:jc w:val="right"/>
      </w:pPr>
      <w:r>
        <w:t>تو ہم سب کو بہت ہی زیادہ سیریس ہونا چاہیے اس معاملے میں کہ ہم اپنے اندر وہ</w:t>
      </w:r>
    </w:p>
    <w:p>
      <w:r>
        <w:rPr>
          <w:b/>
        </w:rPr>
        <w:t xml:space="preserve">[39:02] </w:t>
      </w:r>
      <w:r>
        <w:t>personality develop کریں، وہ personality جو God Almighty کی فہرست میں لکھی جائے، جو list بنائی جا</w:t>
      </w:r>
    </w:p>
    <w:p>
      <w:pPr>
        <w:jc w:val="right"/>
      </w:pPr>
      <w:r>
        <w:t>پرسنیلٹی ڈیولپ کریں، وہ پرسنیلٹی جو گاڈ آل بائیٹی کی فہرست میں لکھی جائے، جو لسٹ بنائی جا</w:t>
      </w:r>
    </w:p>
    <w:p>
      <w:r>
        <w:rPr>
          <w:b/>
        </w:rPr>
        <w:t xml:space="preserve">[39:09] </w:t>
      </w:r>
      <w:r>
        <w:t>رہی ہے، جو angels جو فہرست بنا رہے ہیں God Almighty کے حکم سے، اس میں ہمارا</w:t>
      </w:r>
    </w:p>
    <w:p>
      <w:pPr>
        <w:jc w:val="right"/>
      </w:pPr>
      <w:r>
        <w:t>رہی ہے، جو اینجلز جو فہرست بنا رہے ہیں گاڈ آل بائیٹی کے حکم سے، اس میں ہمارا</w:t>
      </w:r>
    </w:p>
    <w:p>
      <w:r>
        <w:rPr>
          <w:b/>
        </w:rPr>
        <w:t xml:space="preserve">[39:17] </w:t>
      </w:r>
      <w:r>
        <w:t>naam aa jaye.</w:t>
      </w:r>
    </w:p>
    <w:p>
      <w:pPr>
        <w:jc w:val="right"/>
      </w:pPr>
      <w:r>
        <w:t>نام آ جائے۔</w:t>
      </w:r>
    </w:p>
    <w:p>
      <w:r>
        <w:rPr>
          <w:b/>
        </w:rPr>
        <w:t xml:space="preserve">[39:24] </w:t>
      </w:r>
      <w:r>
        <w:t>is ke liye hamein bohat zyada serious hona chahiye, aur ye aik aisa kaam hai jo aadmi ko</w:t>
      </w:r>
    </w:p>
    <w:p>
      <w:pPr>
        <w:jc w:val="right"/>
      </w:pPr>
      <w:r>
        <w:t>اس کے لیے ہمیں بہت زیادہ سیریس ہونا چاہیے، اور یہ ایک ایسا کام ہے جو آدمی کو</w:t>
      </w:r>
    </w:p>
    <w:p>
      <w:r>
        <w:rPr>
          <w:b/>
        </w:rPr>
        <w:t xml:space="preserve">[39:31] </w:t>
      </w:r>
      <w:r>
        <w:t>khud karna parta hai, koi doosra is ko nahi kar sakta.</w:t>
      </w:r>
    </w:p>
    <w:p>
      <w:pPr>
        <w:jc w:val="right"/>
      </w:pPr>
      <w:r>
        <w:t>خود کرنا پڑتا ہے، کوئی دوسرا اس کو نہیں کر سکتا۔</w:t>
      </w:r>
    </w:p>
    <w:p>
      <w:r>
        <w:rPr>
          <w:b/>
        </w:rPr>
        <w:t xml:space="preserve">[39:39] </w:t>
      </w:r>
      <w:r>
        <w:t>آدمی کو خود، یعنی self-thinking develop کرے، آدمی introspection کرے، وہ آدمی، اور بہت ہی objectively چیزوں</w:t>
      </w:r>
    </w:p>
    <w:p>
      <w:pPr>
        <w:jc w:val="right"/>
      </w:pPr>
      <w:r>
        <w:t>آدمی کو خود، یعنی سیلف تھنکنگ ڈیولپ کرے، آدمی انٹراسپیکشن کرے، وہ آدمی، اور بہت ہی آبجیکٹولی چیزوں</w:t>
      </w:r>
    </w:p>
    <w:p>
      <w:r>
        <w:rPr>
          <w:b/>
        </w:rPr>
        <w:t xml:space="preserve">[39:46] </w:t>
      </w:r>
      <w:r>
        <w:t>ko le, apne aap ko complex-free soul banaye.</w:t>
      </w:r>
    </w:p>
    <w:p>
      <w:pPr>
        <w:jc w:val="right"/>
      </w:pPr>
      <w:r>
        <w:t>کو لے، اپنے آپ کو کمپلیکس فری سول بنائے۔</w:t>
      </w:r>
    </w:p>
    <w:p>
      <w:r>
        <w:rPr>
          <w:b/>
        </w:rPr>
        <w:t xml:space="preserve">[39:53] </w:t>
      </w:r>
      <w:r>
        <w:t>yeh sab karna parta hai.</w:t>
      </w:r>
    </w:p>
    <w:p>
      <w:pPr>
        <w:jc w:val="right"/>
      </w:pPr>
      <w:r>
        <w:t>یہ سب کرنا پڑتا ہے۔</w:t>
      </w:r>
    </w:p>
    <w:p>
      <w:r>
        <w:rPr>
          <w:b/>
        </w:rPr>
        <w:t xml:space="preserve">[40:00] </w:t>
      </w:r>
      <w:r>
        <w:t>to jo aadmi is tareeqay se apnay aap ko banaye is dunya mein, woh zaroor is mein kamyab</w:t>
      </w:r>
    </w:p>
    <w:p>
      <w:pPr>
        <w:jc w:val="right"/>
      </w:pPr>
      <w:r>
        <w:t>تو جو آدمی اس طریقے سے اپنے آپ کو بنائے اس دنیا میں، وہ ضرور اس میں کامیاب</w:t>
      </w:r>
    </w:p>
    <w:p>
      <w:r>
        <w:rPr>
          <w:b/>
        </w:rPr>
        <w:t xml:space="preserve">[40:08] </w:t>
      </w:r>
      <w:r>
        <w:t>hoga ke woh apnay ko muzakkar shakhsiyat banaye.</w:t>
      </w:r>
    </w:p>
    <w:p>
      <w:pPr>
        <w:jc w:val="right"/>
      </w:pPr>
      <w:r>
        <w:t>ہوگا کہ وہ اپنے کو مذکر شخصیت بنائے۔</w:t>
      </w:r>
    </w:p>
    <w:p>
      <w:r>
        <w:rPr>
          <w:b/>
        </w:rPr>
        <w:t xml:space="preserve">[40:15] </w:t>
      </w:r>
      <w:r>
        <w:t>to phir is ka selection bhi yaqeenan hoga farishtoon ki taraf se.</w:t>
      </w:r>
    </w:p>
    <w:p>
      <w:pPr>
        <w:jc w:val="right"/>
      </w:pPr>
      <w:r>
        <w:t>تو پھر اس کا سلیکشن بھی یقینا ہوگا فرشتوں کی طرف سے۔</w:t>
      </w:r>
    </w:p>
    <w:p>
      <w:r>
        <w:rPr>
          <w:b/>
        </w:rPr>
        <w:t xml:space="preserve">[40:22] </w:t>
      </w:r>
      <w:r>
        <w:t>jo aql insaan ke paas hai, jis roshni mein woh cheezon ko dekhta hai, to is aql ke</w:t>
      </w:r>
    </w:p>
    <w:p>
      <w:pPr>
        <w:jc w:val="right"/>
      </w:pPr>
      <w:r>
        <w:t>جو عقل انسان کے پاس ہے، جس روشنی میں وہ چیزوں کو دیکھتا ہے، تو اس عقل کے</w:t>
      </w:r>
    </w:p>
    <w:p>
      <w:r>
        <w:rPr>
          <w:b/>
        </w:rPr>
        <w:t xml:space="preserve">[40:30] </w:t>
      </w:r>
      <w:r>
        <w:t>مطابق یہ جو interpretation ہے، پوری طرح فٹ بیٹھتا ہے۔</w:t>
      </w:r>
    </w:p>
    <w:p>
      <w:pPr>
        <w:jc w:val="right"/>
      </w:pPr>
      <w:r>
        <w:t>مطابق یہ جو انٹرپریشن ہے، پوری طرح فٹ بیٹھتا ہے۔</w:t>
      </w:r>
    </w:p>
    <w:p>
      <w:r>
        <w:rPr>
          <w:b/>
        </w:rPr>
        <w:t xml:space="preserve">[40:37] </w:t>
      </w:r>
      <w:r>
        <w:t>اس کے مطابق ہسٹری کو کوئی inner mechanism نہیں ہے جو ہسٹری کو کنٹرول کر رہا ہے، کوئی</w:t>
      </w:r>
    </w:p>
    <w:p>
      <w:pPr>
        <w:jc w:val="right"/>
      </w:pPr>
      <w:r>
        <w:t>اس کے مطابق ہسٹری کو کوئی انر میکنزم نہیں ہے جو ہسٹری کو کنٹرول کر رہا ہے، کوئی</w:t>
      </w:r>
    </w:p>
    <w:p>
      <w:r>
        <w:rPr>
          <w:b/>
        </w:rPr>
        <w:t xml:space="preserve">[40:44] </w:t>
      </w:r>
      <w:r>
        <w:t>inner mechanism نہیں ہے جیسا کہ سمجھا تھا ہیگل نے اور مارکس نے، بلکہ خود creator اس کو</w:t>
      </w:r>
    </w:p>
    <w:p>
      <w:pPr>
        <w:jc w:val="right"/>
      </w:pPr>
      <w:r>
        <w:t>انر میکنزم نہیں ہے جیسا کہ سمجھا تھا ہیگل نے اور مارکس نے، بلکہ خود کریٹر اس کو</w:t>
      </w:r>
    </w:p>
    <w:p>
      <w:r>
        <w:rPr>
          <w:b/>
        </w:rPr>
        <w:t xml:space="preserve">[40:51] </w:t>
      </w:r>
      <w:r>
        <w:t>manage kar raha hai.</w:t>
      </w:r>
    </w:p>
    <w:p>
      <w:pPr>
        <w:jc w:val="right"/>
      </w:pPr>
      <w:r>
        <w:t>مینج کر رہا ہے۔</w:t>
      </w:r>
    </w:p>
    <w:p>
      <w:r>
        <w:rPr>
          <w:b/>
        </w:rPr>
        <w:t xml:space="preserve">[40:59] </w:t>
      </w:r>
      <w:r>
        <w:t>humain to creator ke management ko saath dena hai, apnay aap ko is mein shamil karna hai.</w:t>
      </w:r>
    </w:p>
    <w:p>
      <w:pPr>
        <w:jc w:val="right"/>
      </w:pPr>
      <w:r>
        <w:t>ہمیں تو کریٹر کے مینجمنٹ کو ساتھ دینا ہے، اپنے آپ کو اس میں شامل کرنا ہے۔</w:t>
      </w:r>
    </w:p>
    <w:p>
      <w:r>
        <w:rPr>
          <w:b/>
        </w:rPr>
        <w:t xml:space="preserve">[41:06] </w:t>
      </w:r>
      <w:r>
        <w:t>hum ko yeh janna hai ke creator ki history of things kya hai, creator ka plan kya hai,</w:t>
      </w:r>
    </w:p>
    <w:p>
      <w:pPr>
        <w:jc w:val="right"/>
      </w:pPr>
      <w:r>
        <w:t>ہم کو یہ جاننا ہے کہ کریٹر کی ہسٹری آف تھنگز کیا ہے، کریٹر کا پلان کیا ہے،</w:t>
      </w:r>
    </w:p>
    <w:p>
      <w:r>
        <w:rPr>
          <w:b/>
        </w:rPr>
        <w:t xml:space="preserve">[41:13] </w:t>
      </w:r>
      <w:r>
        <w:t>aur apnay aap ko is ko hum shamil kar dein.</w:t>
      </w:r>
    </w:p>
    <w:p>
      <w:pPr>
        <w:jc w:val="right"/>
      </w:pPr>
      <w:r>
        <w:t>اور اپنے آپ کو اس کو ہم شامل کر دیں۔</w:t>
      </w:r>
    </w:p>
    <w:p>
      <w:r>
        <w:rPr>
          <w:b/>
        </w:rPr>
        <w:t xml:space="preserve">[41:20] </w:t>
      </w:r>
      <w:r>
        <w:t>جیسے ہی ہم اپنے آپ کو شامل کریں گے، ہم، یعنی God Almighty کے inspiration ہم کو</w:t>
      </w:r>
    </w:p>
    <w:p>
      <w:pPr>
        <w:jc w:val="right"/>
      </w:pPr>
      <w:r>
        <w:t>جیسے ہی ہم اپنے آپ کو شامل کریں گے، ہم، یعنی گاڈ آل بائیٹی کے انسپیریشن ہم کو</w:t>
      </w:r>
    </w:p>
    <w:p>
      <w:r>
        <w:rPr>
          <w:b/>
        </w:rPr>
        <w:t xml:space="preserve">[41:28] </w:t>
      </w:r>
      <w:r>
        <w:t>ملنے لگیں گے، guidance ملنے لگے گی جو ہماری اس اس راستے میں چلنا ہم کو آسان بنا دے گی۔ آسان۔</w:t>
      </w:r>
    </w:p>
    <w:p>
      <w:pPr>
        <w:jc w:val="right"/>
      </w:pPr>
      <w:r>
        <w:t>ملنے لگیں گے، گائیڈنس ملنے لگے گی جو ہماری اس اس راستے میں چلنا ہم کو آسان بنا دے گی۔ آسان۔</w:t>
      </w:r>
    </w:p>
    <w:p>
      <w:r>
        <w:rPr>
          <w:b/>
        </w:rPr>
        <w:t xml:space="preserve">[41:35] </w:t>
      </w:r>
      <w:r>
        <w:t>to meri dua hai ke Allah taala mujh ko aur aap ko tofeeq de ke hum apnay aap</w:t>
      </w:r>
    </w:p>
    <w:p>
      <w:pPr>
        <w:jc w:val="right"/>
      </w:pPr>
      <w:r>
        <w:t>تو میری دعا ہے کہ اللہ تعالیٰ مجھ کو اور آپ کو توفیق دے کہ ہم اپنے آپ</w:t>
      </w:r>
    </w:p>
    <w:p>
      <w:r>
        <w:rPr>
          <w:b/>
        </w:rPr>
        <w:t xml:space="preserve">[41:42] </w:t>
      </w:r>
      <w:r>
        <w:t>ko paradise ka ahel sabit karein, paradise ke liye apnay ko deserving candidate sabit kar sakein.</w:t>
      </w:r>
    </w:p>
    <w:p>
      <w:pPr>
        <w:jc w:val="right"/>
      </w:pPr>
      <w:r>
        <w:t>کو Paradise کا اہل ثابت کریں، Paradise کے لیے اپنے کو ڈیزرونگ کینڈیڈیٹ ثابت کر سکیں۔</w:t>
      </w:r>
    </w:p>
    <w:p>
      <w:r>
        <w:rPr>
          <w:b/>
        </w:rPr>
        <w:t xml:space="preserve">[41:50] </w:t>
      </w:r>
      <w:r>
        <w:t>assalam o alaikum warahmatullahi.</w:t>
      </w:r>
    </w:p>
    <w:p>
      <w:pPr>
        <w:jc w:val="right"/>
      </w:pPr>
      <w:r>
        <w:t>السلام علیکم ورحمتہ اللہ۔</w:t>
      </w:r>
    </w:p>
    <w:p>
      <w:r>
        <w:rPr>
          <w:b/>
        </w:rPr>
        <w:t xml:space="preserve">[41:57] </w:t>
      </w:r>
      <w:r>
        <w:t>okay, we'll start with the question answer session now.</w:t>
      </w:r>
    </w:p>
    <w:p>
      <w:pPr>
        <w:jc w:val="right"/>
      </w:pPr>
      <w:r>
        <w:t>اوکے، ویل سٹارٹ ود دی کوئسچن آنسر سیشن ناو۔</w:t>
      </w:r>
    </w:p>
    <w:p>
      <w:r>
        <w:rPr>
          <w:b/>
        </w:rPr>
        <w:t xml:space="preserve">[42:04] </w:t>
      </w:r>
      <w:r>
        <w:t>all the online viewers are requested to send their questions on info at cps global</w:t>
      </w:r>
    </w:p>
    <w:p>
      <w:pPr>
        <w:jc w:val="right"/>
      </w:pPr>
      <w:r>
        <w:t>آل دی آن لائن ویورز آر ریکویسٹڈ ٹو سینڈ دے کوئسچنز آن انفو ایٹ سی پی ایس گلوبل</w:t>
      </w:r>
    </w:p>
    <w:p>
      <w:r>
        <w:rPr>
          <w:b/>
        </w:rPr>
        <w:t xml:space="preserve">[42:11] </w:t>
      </w:r>
      <w:r>
        <w:t>dot org.</w:t>
      </w:r>
    </w:p>
    <w:p>
      <w:pPr>
        <w:jc w:val="right"/>
      </w:pPr>
      <w:r>
        <w:t>ڈاٹ او آر جی۔</w:t>
      </w:r>
    </w:p>
    <w:p>
      <w:r>
        <w:rPr>
          <w:b/>
        </w:rPr>
        <w:t xml:space="preserve">[42:19] </w:t>
      </w:r>
      <w:r>
        <w:t>facebook viewers can post their questions in the comment section.</w:t>
      </w:r>
    </w:p>
    <w:p>
      <w:pPr>
        <w:jc w:val="right"/>
      </w:pPr>
      <w:r>
        <w:t>فیس بک ویورز کین پوسٹ دے کوئسچنز ان دی کمنٹ سیکشن۔</w:t>
      </w:r>
    </w:p>
    <w:p>
      <w:r>
        <w:rPr>
          <w:b/>
        </w:rPr>
        <w:t xml:space="preserve">[42:26] </w:t>
      </w:r>
      <w:r>
        <w:t>please also mention your location when you send your questions.</w:t>
      </w:r>
    </w:p>
    <w:p>
      <w:pPr>
        <w:jc w:val="right"/>
      </w:pPr>
      <w:r>
        <w:t>پلیز آل سو مینشن یور لوکیشن وین یو سینڈ یور کوئسچنز۔</w:t>
      </w:r>
    </w:p>
    <w:p>
      <w:r>
        <w:rPr>
          <w:b/>
        </w:rPr>
        <w:t xml:space="preserve">[42:33] </w:t>
      </w:r>
      <w:r>
        <w:t>maulana sahib, pehla sawal aaya hai kanpur se, firoz sahib ne kiya hai, aur unhon ne likha hai:</w:t>
      </w:r>
    </w:p>
    <w:p>
      <w:pPr>
        <w:jc w:val="right"/>
      </w:pPr>
      <w:r>
        <w:t>مولانا صاحب، پہلا سوال آیا ہے کانپور سے، فیروز صاحب نے کیا ہے، اور انہوں نے لکھا ہے:</w:t>
      </w:r>
    </w:p>
    <w:p>
      <w:r>
        <w:rPr>
          <w:b/>
        </w:rPr>
        <w:t xml:space="preserve">[42:41] </w:t>
      </w:r>
      <w:r>
        <w:t>"maulana sahib, today talk was really very important.</w:t>
      </w:r>
    </w:p>
    <w:p>
      <w:pPr>
        <w:jc w:val="right"/>
      </w:pPr>
      <w:r>
        <w:t>"مولانا صاحب، ٹوڈے ٹاک واز ریلی ویری امپورٹنٹ۔</w:t>
      </w:r>
    </w:p>
    <w:p>
      <w:r>
        <w:rPr>
          <w:b/>
        </w:rPr>
        <w:t xml:space="preserve">[42:48] </w:t>
      </w:r>
      <w:r>
        <w:t>in quran there is a verse which says: 'history is witness that man is at a loss, except</w:t>
      </w:r>
    </w:p>
    <w:p>
      <w:pPr>
        <w:jc w:val="right"/>
      </w:pPr>
      <w:r>
        <w:t>ان قرآن دیر از اے ورس وچ سیز: 'ہسٹری از وٹنس دیٹ مین از ایٹ اے لاس، ایکسیپٹ</w:t>
      </w:r>
    </w:p>
    <w:p>
      <w:r>
        <w:rPr>
          <w:b/>
        </w:rPr>
        <w:t xml:space="preserve">[42:55] </w:t>
      </w:r>
      <w:r>
        <w:t>those who conduct themselves well and exhort others to the right path.' Maulana sahib, I would request</w:t>
      </w:r>
    </w:p>
    <w:p>
      <w:pPr>
        <w:jc w:val="right"/>
      </w:pPr>
      <w:r>
        <w:t>دوز ہو کنڈکٹ دیم سیلز ویل اینڈ ایگزاٹ ادرز ٹو دا رائٹ پاتھ۔' مولانا صاحب، آئی وڈ ریکویسٹ</w:t>
      </w:r>
    </w:p>
    <w:p>
      <w:r>
        <w:rPr>
          <w:b/>
        </w:rPr>
        <w:t xml:space="preserve">[43:02] </w:t>
      </w:r>
      <w:r>
        <w:t>you to elaborate on this verse for all of us." yeh theek hawala diya aap ne ke history</w:t>
      </w:r>
    </w:p>
    <w:p>
      <w:pPr>
        <w:jc w:val="right"/>
      </w:pPr>
      <w:r>
        <w:t>یو ٹو ایلیبریٹ آن دس ورس فار آل آف اس۔" یہ ٹھیک حوالہ دیا آپ نے کہ ہسٹری</w:t>
      </w:r>
    </w:p>
    <w:p>
      <w:r>
        <w:rPr>
          <w:b/>
        </w:rPr>
        <w:t xml:space="preserve">[43:10] </w:t>
      </w:r>
      <w:r>
        <w:t>ko jab hum jo creator ki nazar se dekhein to hum sahi ray par pounch paate hain.</w:t>
      </w:r>
    </w:p>
    <w:p>
      <w:pPr>
        <w:jc w:val="right"/>
      </w:pPr>
      <w:r>
        <w:t>کو جب ہم جو کریٹر کی نظر سے دیکھیں تو ہم صحیح رائے پر پہنچ پاتے ہیں۔</w:t>
      </w:r>
    </w:p>
    <w:p>
      <w:r>
        <w:rPr>
          <w:b/>
        </w:rPr>
        <w:t xml:space="preserve">[43:17] </w:t>
      </w:r>
      <w:r>
        <w:t>to jo log creator ke plan ko jaan kar apni zindagi ko manage karein, woh kamyab rahein ge,</w:t>
      </w:r>
    </w:p>
    <w:p>
      <w:pPr>
        <w:jc w:val="right"/>
      </w:pPr>
      <w:r>
        <w:t>تو جو لوگ کریٹر کے پلان کو جان کر اپنی زندگی کو مینج کریں، وہ کامیاب رہیں گے،</w:t>
      </w:r>
    </w:p>
    <w:p>
      <w:r>
        <w:rPr>
          <w:b/>
        </w:rPr>
        <w:t xml:space="preserve">[43:24] </w:t>
      </w:r>
      <w:r>
        <w:t>aur jo creator ke plan ko ignore kar ke dunya mein jeena chahein, woh nakaam ho kar reh jayein ge.</w:t>
      </w:r>
    </w:p>
    <w:p>
      <w:pPr>
        <w:jc w:val="right"/>
      </w:pPr>
      <w:r>
        <w:t>اور جو کریٹر کے پلان کو اگنور کر کے دنیا میں جینا چاہیں، وہ ناکام ہو کر رہ جائیں گے۔</w:t>
      </w:r>
    </w:p>
    <w:p>
      <w:r>
        <w:rPr>
          <w:b/>
        </w:rPr>
        <w:t xml:space="preserve">[43:32] </w:t>
      </w:r>
      <w:r>
        <w:t>yeh message hai is surah ka.</w:t>
      </w:r>
    </w:p>
    <w:p>
      <w:pPr>
        <w:jc w:val="right"/>
      </w:pPr>
      <w:r>
        <w:t>یہ میسج ہے اس سورہ کا۔</w:t>
      </w:r>
    </w:p>
    <w:p>
      <w:r>
        <w:rPr>
          <w:b/>
        </w:rPr>
        <w:t xml:space="preserve">[43:39] </w:t>
      </w:r>
      <w:r>
        <w:t>maulana, agla sawal lene se pehle ek comment padhna chahenge jo saharanpur se mashahid ali sahab</w:t>
      </w:r>
    </w:p>
    <w:p>
      <w:pPr>
        <w:jc w:val="right"/>
      </w:pPr>
      <w:r>
        <w:t>مولانا، اگلا سوال لینے سے پہلے ایک کمنٹ پڑھنا چاہیں گے جو سہارن پور سے مشاہد علی صاحب</w:t>
      </w:r>
    </w:p>
    <w:p>
      <w:r>
        <w:rPr>
          <w:b/>
        </w:rPr>
        <w:t xml:space="preserve">[43:46] </w:t>
      </w:r>
      <w:r>
        <w:t>ne bheja hai.</w:t>
      </w:r>
    </w:p>
    <w:p>
      <w:pPr>
        <w:jc w:val="right"/>
      </w:pPr>
      <w:r>
        <w:t>نے بھیجا ہے۔</w:t>
      </w:r>
    </w:p>
    <w:p>
      <w:r>
        <w:rPr>
          <w:b/>
        </w:rPr>
        <w:t xml:space="preserve">[43:53] </w:t>
      </w:r>
      <w:r>
        <w:t>unhon ne likha hai: "very meaningful interpretation of human history.</w:t>
      </w:r>
    </w:p>
    <w:p>
      <w:pPr>
        <w:jc w:val="right"/>
      </w:pPr>
      <w:r>
        <w:t>انہوں نے لکھا ہے: "ویری میننگ فل انٹرپریٹیشن آف ہیومن ہسٹری۔</w:t>
      </w:r>
    </w:p>
    <w:p>
      <w:r>
        <w:rPr>
          <w:b/>
        </w:rPr>
        <w:t xml:space="preserve">[44:01] </w:t>
      </w:r>
      <w:r>
        <w:t>jazak allah." maulana, agla sawal doctor farida khanam ne bheja hai dilli se.</w:t>
      </w:r>
    </w:p>
    <w:p>
      <w:pPr>
        <w:jc w:val="right"/>
      </w:pPr>
      <w:r>
        <w:t>جزاک اللہ۔" مولانا، اگلا سوال ڈاکٹر فریدہ خانم نے بھیجا ہے دلی سے۔</w:t>
      </w:r>
    </w:p>
    <w:p>
      <w:r>
        <w:rPr>
          <w:b/>
        </w:rPr>
        <w:t xml:space="preserve">[44:08] </w:t>
      </w:r>
      <w:r>
        <w:t>unhon ne likha hai: "quranic interpretation of history answers all our questions.</w:t>
      </w:r>
    </w:p>
    <w:p>
      <w:pPr>
        <w:jc w:val="right"/>
      </w:pPr>
      <w:r>
        <w:t>انہوں نے لکھا ہے: "قرآنک انٹرپریٹیشن آف ہسٹری آنسرز آل آر کوئسچنز۔</w:t>
      </w:r>
    </w:p>
    <w:p>
      <w:r>
        <w:rPr>
          <w:b/>
        </w:rPr>
        <w:t xml:space="preserve">[44:15] </w:t>
      </w:r>
      <w:r>
        <w:t>maulana, today lecture made the whole issue extremely clear.</w:t>
      </w:r>
    </w:p>
    <w:p>
      <w:pPr>
        <w:jc w:val="right"/>
      </w:pPr>
      <w:r>
        <w:t>مولانا، ٹوڈے لیکچر میڈ دی ہول ایشو ایکسٹریملی کلیئر۔</w:t>
      </w:r>
    </w:p>
    <w:p>
      <w:r>
        <w:rPr>
          <w:b/>
        </w:rPr>
        <w:t xml:space="preserve">[44:22] </w:t>
      </w:r>
      <w:r>
        <w:t>this is the only rational interpretation of history." maulana, yeh comment hai, sawal nahi hai.</w:t>
      </w:r>
    </w:p>
    <w:p>
      <w:pPr>
        <w:jc w:val="right"/>
      </w:pPr>
      <w:r>
        <w:t>دس از دی آنلی ریشنل انٹرپریٹیشن آف ہسٹری۔" مولانا، یہ کمنٹ ہے، سوال نہیں ہے۔</w:t>
      </w:r>
    </w:p>
    <w:p>
      <w:r>
        <w:rPr>
          <w:b/>
        </w:rPr>
        <w:t xml:space="preserve">[44:30] </w:t>
      </w:r>
      <w:r>
        <w:t>agla sawal maulana bangalore se bheja hai farooqi sahab ne.</w:t>
      </w:r>
    </w:p>
    <w:p>
      <w:pPr>
        <w:jc w:val="right"/>
      </w:pPr>
      <w:r>
        <w:t>اگلا سوال مولانا بینگلور سے بھیجا ہے فاروقی صاحب نے۔</w:t>
      </w:r>
    </w:p>
    <w:p>
      <w:r>
        <w:rPr>
          <w:b/>
        </w:rPr>
        <w:t xml:space="preserve">[44:37] </w:t>
      </w:r>
      <w:r>
        <w:t>unhon ne likha hai: "maulana sahab, islam's history has two parts.</w:t>
      </w:r>
    </w:p>
    <w:p>
      <w:pPr>
        <w:jc w:val="right"/>
      </w:pPr>
      <w:r>
        <w:t>انہوں نے لکھا ہے: "مولانا صاحب، اسلامز ہسٹری ہیز ٹو پارٹس۔</w:t>
      </w:r>
    </w:p>
    <w:p>
      <w:r>
        <w:rPr>
          <w:b/>
        </w:rPr>
        <w:t xml:space="preserve">[44:44] </w:t>
      </w:r>
      <w:r>
        <w:t>that is history up to the time of prophet and his companions, and the second part of history</w:t>
      </w:r>
    </w:p>
    <w:p>
      <w:pPr>
        <w:jc w:val="right"/>
      </w:pPr>
      <w:r>
        <w:t>دیٹ از ہسٹری اپ ٹو دا ٹائم آف پرافٹ اینڈ ہز کمپینینز، اینڈ دا سیکنڈ پارٹ آف ہسٹری</w:t>
      </w:r>
    </w:p>
    <w:p>
      <w:r>
        <w:rPr>
          <w:b/>
        </w:rPr>
        <w:t xml:space="preserve">[44:52] </w:t>
      </w:r>
      <w:r>
        <w:t>is post prophet and companions period.</w:t>
      </w:r>
    </w:p>
    <w:p>
      <w:pPr>
        <w:jc w:val="right"/>
      </w:pPr>
      <w:r>
        <w:t>از پوسٹ پرافٹ اینڈ کمپینینز پیریڈ۔</w:t>
      </w:r>
    </w:p>
    <w:p>
      <w:r>
        <w:rPr>
          <w:b/>
        </w:rPr>
        <w:t xml:space="preserve">[44:59] </w:t>
      </w:r>
      <w:r>
        <w:t>my question is: why are muslim brothers not taking lessons from the first part? instead they focus more</w:t>
      </w:r>
    </w:p>
    <w:p>
      <w:pPr>
        <w:jc w:val="right"/>
      </w:pPr>
      <w:r>
        <w:t>مائی کوئسچن از: وائی آر مسلم برادرز ناٹ ٹیکنگ لیسنز فرام دی فرسٹ پارٹ؟ انسٹیڈ دے فوکس مور</w:t>
      </w:r>
    </w:p>
    <w:p>
      <w:r>
        <w:rPr>
          <w:b/>
        </w:rPr>
        <w:t xml:space="preserve">[45:06] </w:t>
      </w:r>
      <w:r>
        <w:t>on the second part, which is about political role and wars.</w:t>
      </w:r>
    </w:p>
    <w:p>
      <w:pPr>
        <w:jc w:val="right"/>
      </w:pPr>
      <w:r>
        <w:t>آن دا سیکنڈ پارٹ، وچ از اباؤٹ پولیٹیکل رول اینڈ وارز۔</w:t>
      </w:r>
    </w:p>
    <w:p>
      <w:r>
        <w:rPr>
          <w:b/>
        </w:rPr>
        <w:t xml:space="preserve">[45:13] </w:t>
      </w:r>
      <w:r>
        <w:t>"Why are they so blinded and do not take correct reference point? Why is they so?" دیکھیں، اس</w:t>
      </w:r>
    </w:p>
    <w:p>
      <w:pPr>
        <w:jc w:val="right"/>
      </w:pPr>
      <w:r>
        <w:t>وائی آر دے سو بلائنڈڈ اینڈ ڈو ناٹ ٹیک کریکٹ ریفرنس پوائنٹ؟ وائی از دے سو؟" دیکھیں، اس</w:t>
      </w:r>
    </w:p>
    <w:p>
      <w:r>
        <w:rPr>
          <w:b/>
        </w:rPr>
        <w:t xml:space="preserve">[45:21] </w:t>
      </w:r>
      <w:r>
        <w:t>par mein kai baar likh chuka hoon ke quran mein wazeh taur par aisi aayatein hain jo kehti</w:t>
      </w:r>
    </w:p>
    <w:p>
      <w:pPr>
        <w:jc w:val="right"/>
      </w:pPr>
      <w:r>
        <w:t>پر میں کئی بار لکھ چکا ہوں کہ قرآن میں واضح طور پر ایسی آیتیں ہیں جو کہتی</w:t>
      </w:r>
    </w:p>
    <w:p>
      <w:r>
        <w:rPr>
          <w:b/>
        </w:rPr>
        <w:t xml:space="preserve">[45:28] </w:t>
      </w:r>
      <w:r>
        <w:t>hain ke pichle ambia ko bhi jo rehnumai hui, woh authentic rehnumai thi.</w:t>
      </w:r>
    </w:p>
    <w:p>
      <w:pPr>
        <w:jc w:val="right"/>
      </w:pPr>
      <w:r>
        <w:t>ہیں کہ پچھلے انبیاء کو بھی جو رہنمائی ہوئی، وہ اتھنٹک رہنمائی تھی۔</w:t>
      </w:r>
    </w:p>
    <w:p>
      <w:r>
        <w:rPr>
          <w:b/>
        </w:rPr>
        <w:t xml:space="preserve">[45:35] </w:t>
      </w:r>
      <w:r>
        <w:t>isko dekho, is se sabak lo.</w:t>
      </w:r>
    </w:p>
    <w:p>
      <w:pPr>
        <w:jc w:val="right"/>
      </w:pPr>
      <w:r>
        <w:t>اس کو دیکھو، اس سے سبق لو۔</w:t>
      </w:r>
    </w:p>
    <w:p>
      <w:r>
        <w:rPr>
          <w:b/>
        </w:rPr>
        <w:t xml:space="preserve">[45:43] </w:t>
      </w:r>
      <w:r>
        <w:t>baqayda yeh aayat baatein hain quran majeed mein, aur haqeeqat yeh hai ke hum pichle nabiyon ko agar</w:t>
      </w:r>
    </w:p>
    <w:p>
      <w:pPr>
        <w:jc w:val="right"/>
      </w:pPr>
      <w:r>
        <w:t>باقاعدہ یہ آیت باتیں ہیں قرآن مجید میں، اور حقیقت یہ ہے کہ ہم پچھلے نبیوں کو اگر</w:t>
      </w:r>
    </w:p>
    <w:p>
      <w:r>
        <w:rPr>
          <w:b/>
        </w:rPr>
        <w:t xml:space="preserve">[45:50] </w:t>
      </w:r>
      <w:r>
        <w:t>hum alag kar dein to khud quran ko hum poori tarah samajh nahi payenge, kyunke woh isi</w:t>
      </w:r>
    </w:p>
    <w:p>
      <w:pPr>
        <w:jc w:val="right"/>
      </w:pPr>
      <w:r>
        <w:t>ہم الگ کر دیں تو خود قرآن کو ہم پوری طرح سمجھ نہیں پائیں گے، کیونکہ وہ اسی</w:t>
      </w:r>
    </w:p>
    <w:p>
      <w:r>
        <w:rPr>
          <w:b/>
        </w:rPr>
        <w:t xml:space="preserve">[45:57] </w:t>
      </w:r>
      <w:r>
        <w:t>ka part hain, yaani woh bhi isi isi deen ka part hain.</w:t>
      </w:r>
    </w:p>
    <w:p>
      <w:pPr>
        <w:jc w:val="right"/>
      </w:pPr>
      <w:r>
        <w:t>کا پارٹ ہیں، یعنی وہ بھی اسی اسی دین کا پارٹ ہیں۔</w:t>
      </w:r>
    </w:p>
    <w:p>
      <w:r>
        <w:rPr>
          <w:b/>
        </w:rPr>
        <w:t xml:space="preserve">[46:04] </w:t>
      </w:r>
      <w:r>
        <w:t>woh log bhi to yeh asal mein mere nazdeek yeh hai ke afzaliyat ka jo tasawwur baad ko</w:t>
      </w:r>
    </w:p>
    <w:p>
      <w:pPr>
        <w:jc w:val="right"/>
      </w:pPr>
      <w:r>
        <w:t>وہ لوگ بھی تو یہ اصل میں میرے نزدیک یہ ہے کہ افضلیت کا جو تصور بعد کو</w:t>
      </w:r>
    </w:p>
    <w:p>
      <w:r>
        <w:rPr>
          <w:b/>
        </w:rPr>
        <w:t xml:space="preserve">[46:12] </w:t>
      </w:r>
      <w:r>
        <w:t>develop hua, jis ko mein bidat samajhta hoon ke quran afzal kitaab hai, islam afzal deen hai, rasool</w:t>
      </w:r>
    </w:p>
    <w:p>
      <w:pPr>
        <w:jc w:val="right"/>
      </w:pPr>
      <w:r>
        <w:t>ڈیولپ ہوا، جس کو میں بدعت سمجھتا ہوں کہ قرآن افضل کتاب ہے، اسلام افضل دین ہے، رسول</w:t>
      </w:r>
    </w:p>
    <w:p>
      <w:r>
        <w:rPr>
          <w:b/>
        </w:rPr>
        <w:t xml:space="preserve">[46:19] </w:t>
      </w:r>
      <w:r>
        <w:t>allah afzal nabi hain, yeh baad ko develop hua.</w:t>
      </w:r>
    </w:p>
    <w:p>
      <w:pPr>
        <w:jc w:val="right"/>
      </w:pPr>
      <w:r>
        <w:t>اللہ افضل نبی ہیں، یہ بعد کو ڈیولپ ہوا۔</w:t>
      </w:r>
    </w:p>
    <w:p>
      <w:r>
        <w:rPr>
          <w:b/>
        </w:rPr>
        <w:t xml:space="preserve">[46:26] </w:t>
      </w:r>
      <w:r>
        <w:t>mein is ko bidat samajhta hoon.</w:t>
      </w:r>
    </w:p>
    <w:p>
      <w:pPr>
        <w:jc w:val="right"/>
      </w:pPr>
      <w:r>
        <w:t>میں اس کو بدعت سمجھتا ہوں۔</w:t>
      </w:r>
    </w:p>
    <w:p>
      <w:r>
        <w:rPr>
          <w:b/>
        </w:rPr>
        <w:t xml:space="preserve">[46:34] </w:t>
      </w:r>
      <w:r>
        <w:t>afzaliyat ka jo concept hai, is ne yeh cheez paida ki hai ke jab afzal maujood hai to</w:t>
      </w:r>
    </w:p>
    <w:p>
      <w:pPr>
        <w:jc w:val="right"/>
      </w:pPr>
      <w:r>
        <w:t>افضلیت کا جو کانسیپٹ ہے، اس نے یہ چیز پیدا کی ہے کہ جب افضل موجود ہے تو</w:t>
      </w:r>
    </w:p>
    <w:p>
      <w:r>
        <w:rPr>
          <w:b/>
        </w:rPr>
        <w:t xml:space="preserve">[46:41] </w:t>
      </w:r>
      <w:r>
        <w:t>hum ghair afzal ko kyun dekhen? yani concept se hi in concept yeh mizaj ban gaya ke jab</w:t>
      </w:r>
    </w:p>
    <w:p>
      <w:pPr>
        <w:jc w:val="right"/>
      </w:pPr>
      <w:r>
        <w:t>ہم غیر افضل کو کیوں دیکھیں؟ یعنی کانسیپٹ سے ہی ان کانسیپٹ یہ مزاج بن گیا کہ جب</w:t>
      </w:r>
    </w:p>
    <w:p>
      <w:r>
        <w:rPr>
          <w:b/>
        </w:rPr>
        <w:t xml:space="preserve">[46:48] </w:t>
      </w:r>
      <w:r>
        <w:t>afzal maujood hai to ghair afzal ko dekhne ki zaroorat kya hai? to saare baaqia nabi, baaqia kitaabein</w:t>
      </w:r>
    </w:p>
    <w:p>
      <w:pPr>
        <w:jc w:val="right"/>
      </w:pPr>
      <w:r>
        <w:t>افضل موجود ہے تو غیر افضل کو دیکھنے کی ضرورت کیا ہے؟ تو سارے باقیہ نبی، باقیہ کتابیں</w:t>
      </w:r>
    </w:p>
    <w:p>
      <w:r>
        <w:rPr>
          <w:b/>
        </w:rPr>
        <w:t xml:space="preserve">[46:55] </w:t>
      </w:r>
      <w:r>
        <w:t>sab ghair afzal ban gaye.</w:t>
      </w:r>
    </w:p>
    <w:p>
      <w:pPr>
        <w:jc w:val="right"/>
      </w:pPr>
      <w:r>
        <w:t>سب غیر افضل بن گئے۔</w:t>
      </w:r>
    </w:p>
    <w:p>
      <w:r>
        <w:rPr>
          <w:b/>
        </w:rPr>
        <w:t xml:space="preserve">[47:03] </w:t>
      </w:r>
      <w:r>
        <w:t>yeh sar-ta-pa mere nazdeek bid'at tha, aur is se musalman jitni jaldi chhutti le lein, achha hoga.</w:t>
      </w:r>
    </w:p>
    <w:p>
      <w:pPr>
        <w:jc w:val="right"/>
      </w:pPr>
      <w:r>
        <w:t>یہ سرتابہ میرے نزدیک بدعت تھا، اور اس سے مسلمان جتنی جلدی چھٹی لے لیں، اچھا ہوگا۔</w:t>
      </w:r>
    </w:p>
    <w:p>
      <w:r>
        <w:rPr>
          <w:b/>
        </w:rPr>
        <w:t xml:space="preserve">[47:10] </w:t>
      </w:r>
      <w:r>
        <w:t>is se niklein, saare nabiyon ko eksaan taur par padhein, jo jo un ke, yani quran ko jis</w:t>
      </w:r>
    </w:p>
    <w:p>
      <w:pPr>
        <w:jc w:val="right"/>
      </w:pPr>
      <w:r>
        <w:t>اس سے نکلیں، سارے نبیوں کو ایکساں طور پر پڑھیں، جو جو ان کے، یعنی قرآن کو جس</w:t>
      </w:r>
    </w:p>
    <w:p>
      <w:r>
        <w:rPr>
          <w:b/>
        </w:rPr>
        <w:t xml:space="preserve">[47:17] </w:t>
      </w:r>
      <w:r>
        <w:t>tarah hum padhte hain, is tarah un ko bhi padhein.</w:t>
      </w:r>
    </w:p>
    <w:p>
      <w:pPr>
        <w:jc w:val="right"/>
      </w:pPr>
      <w:r>
        <w:t>طرح ہم پڑھتے ہیں، اس طرح ان کو بھی پڑھیں۔</w:t>
      </w:r>
    </w:p>
    <w:p>
      <w:r>
        <w:rPr>
          <w:b/>
        </w:rPr>
        <w:t xml:space="preserve">[47:24] </w:t>
      </w:r>
      <w:r>
        <w:t>main ne bahut si misalein di hain ke pichhle nabiyon ko jab hum padhein to quran ke bahut</w:t>
      </w:r>
    </w:p>
    <w:p>
      <w:pPr>
        <w:jc w:val="right"/>
      </w:pPr>
      <w:r>
        <w:t>میں نے بہت سی مثالیں دی ہیں کہ پچھلے نبیوں کو جب ہم پڑھیں تو قرآن کے بہت</w:t>
      </w:r>
    </w:p>
    <w:p>
      <w:r>
        <w:rPr>
          <w:b/>
        </w:rPr>
        <w:t xml:space="preserve">[47:32] </w:t>
      </w:r>
      <w:r>
        <w:t>se aspect hum ko samajhne mein madad milti hai.</w:t>
      </w:r>
    </w:p>
    <w:p>
      <w:pPr>
        <w:jc w:val="right"/>
      </w:pPr>
      <w:r>
        <w:t>سے ایسپیکٹ ہم کو سمجھنے میں مدد ملتی ہے۔</w:t>
      </w:r>
    </w:p>
    <w:p>
      <w:r>
        <w:rPr>
          <w:b/>
        </w:rPr>
        <w:t xml:space="preserve">[47:39] </w:t>
      </w:r>
      <w:r>
        <w:t>to mere nazdeek saari jo kharabi paida hui hai, yeh afzaliyat ke concept ki wajah se hai.</w:t>
      </w:r>
    </w:p>
    <w:p>
      <w:pPr>
        <w:jc w:val="right"/>
      </w:pPr>
      <w:r>
        <w:t>تو میرے نزدیک ساری جو خرابی پیدا ہوئی ہے، یہ افضلیت کے کانسیپٹ کی وجہ سے ہے۔</w:t>
      </w:r>
    </w:p>
    <w:p>
      <w:r>
        <w:rPr>
          <w:b/>
        </w:rPr>
        <w:t xml:space="preserve">[47:46] </w:t>
      </w:r>
      <w:r>
        <w:t>mere nazdeek koi afzal nahi hai.</w:t>
      </w:r>
    </w:p>
    <w:p>
      <w:pPr>
        <w:jc w:val="right"/>
      </w:pPr>
      <w:r>
        <w:t>میرے نزدیک کوئی افضل نہیں ہے۔</w:t>
      </w:r>
    </w:p>
    <w:p>
      <w:r>
        <w:rPr>
          <w:b/>
        </w:rPr>
        <w:t xml:space="preserve">[47:54] </w:t>
      </w:r>
      <w:r>
        <w:t>quran afzal kitaab nahi hai, quran mehfooz kitaab hai.</w:t>
      </w:r>
    </w:p>
    <w:p>
      <w:pPr>
        <w:jc w:val="right"/>
      </w:pPr>
      <w:r>
        <w:t>قرآن افضل کتاب نہیں ہے، قرآن محفوظ کتاب ہے۔</w:t>
      </w:r>
    </w:p>
    <w:p>
      <w:r>
        <w:rPr>
          <w:b/>
        </w:rPr>
        <w:t xml:space="preserve">[48:01] </w:t>
      </w:r>
      <w:r>
        <w:t>rasool Allah afzal nabi nahi hain, balke woh un ki sunnat, un ki zindagi mehfooz hai qayamat tak ke liye.</w:t>
      </w:r>
    </w:p>
    <w:p>
      <w:pPr>
        <w:jc w:val="right"/>
      </w:pPr>
      <w:r>
        <w:t>رسول اللہ افضل نبی نہیں ہیں، بلکہ وہ ان کی سنت، ان کی زندگی محفوظ ہے قیامت تک کے لیے۔</w:t>
      </w:r>
    </w:p>
    <w:p>
      <w:r>
        <w:rPr>
          <w:b/>
        </w:rPr>
        <w:t xml:space="preserve">[48:08] </w:t>
      </w:r>
      <w:r>
        <w:t>to mehfooziyat asal hai, afzaliyat asal nahi hai.</w:t>
      </w:r>
    </w:p>
    <w:p>
      <w:pPr>
        <w:jc w:val="right"/>
      </w:pPr>
      <w:r>
        <w:t>تو محفوظیت اصل ہے، افضلیت اصل نہیں ہے۔</w:t>
      </w:r>
    </w:p>
    <w:p>
      <w:r>
        <w:rPr>
          <w:b/>
        </w:rPr>
        <w:t xml:space="preserve">[48:15] </w:t>
      </w:r>
      <w:r>
        <w:t>maulana, agla sawal chennai se kya hai Maulana Iqbal Umri ne, aur unhon ne aap se poocha hai</w:t>
      </w:r>
    </w:p>
    <w:p>
      <w:pPr>
        <w:jc w:val="right"/>
      </w:pPr>
      <w:r>
        <w:t>مولانا، اگلا سوال چنئی سے کیا ہے مولانا اقبال عمری نے، اور انہوں نے آپ سے پوچھا ہے</w:t>
      </w:r>
    </w:p>
    <w:p>
      <w:r>
        <w:rPr>
          <w:b/>
        </w:rPr>
        <w:t xml:space="preserve">[48:23] </w:t>
      </w:r>
      <w:r>
        <w:t>کہ کیا Paradise is Paradise an extension of the present world? Please comment on this.</w:t>
      </w:r>
    </w:p>
    <w:p>
      <w:pPr>
        <w:jc w:val="right"/>
      </w:pPr>
      <w:r>
        <w:t>کہ کیا Paradise is Paradise an extension of the present world؟ پلیز کمنٹ آن دس۔</w:t>
      </w:r>
    </w:p>
    <w:p>
      <w:r>
        <w:rPr>
          <w:b/>
        </w:rPr>
        <w:t xml:space="preserve">[48:30] </w:t>
      </w:r>
      <w:r>
        <w:t>bhai, Hazrat Abdullah Ibn Abbas ki jo riwayat hai, us ke lihaaz se to yeh samajh mein aata</w:t>
      </w:r>
    </w:p>
    <w:p>
      <w:pPr>
        <w:jc w:val="right"/>
      </w:pPr>
      <w:r>
        <w:t>بھئی، حضرت عبداللہ ابن عباس کی جو روایت ہے، اس کے لحاظ سے تو یہ سمجھ میں آتا</w:t>
      </w:r>
    </w:p>
    <w:p>
      <w:r>
        <w:rPr>
          <w:b/>
        </w:rPr>
        <w:t xml:space="preserve">[48:37] </w:t>
      </w:r>
      <w:r>
        <w:t>hai, aur quran mein dekhein, yeh ayat jo hai ke "walqad katabna fi al-zubur min ba'd al-dhikr in</w:t>
      </w:r>
    </w:p>
    <w:p>
      <w:pPr>
        <w:jc w:val="right"/>
      </w:pPr>
      <w:r>
        <w:t>ہے، اور قرآن میں دیکھیں، یہ آیت جو ہے کہ "ولقد کتبنا فی الزبور من بعد الذکر ان</w:t>
      </w:r>
    </w:p>
    <w:p>
      <w:r>
        <w:rPr>
          <w:b/>
        </w:rPr>
        <w:t xml:space="preserve">[48:45] </w:t>
      </w:r>
      <w:r>
        <w:t>al-ard 'urs wa'ibadat salihun" yeh ayat bhi is se ishara karti hai.</w:t>
      </w:r>
    </w:p>
    <w:p>
      <w:pPr>
        <w:jc w:val="right"/>
      </w:pPr>
      <w:r>
        <w:t>الارض عرس وعبادت صالحون" یہ آیت بھی اس سے اشارہ کرتی ہے۔</w:t>
      </w:r>
    </w:p>
    <w:p>
      <w:r>
        <w:rPr>
          <w:b/>
        </w:rPr>
        <w:t xml:space="preserve">[48:52] </w:t>
      </w:r>
      <w:r>
        <w:t>to main to yahi samajhta hoon, aisa hi hai.</w:t>
      </w:r>
    </w:p>
    <w:p>
      <w:pPr>
        <w:jc w:val="right"/>
      </w:pPr>
      <w:r>
        <w:t>تو میں تو یہی سمجھتا ہوں، ایسا ہی ہے۔</w:t>
      </w:r>
    </w:p>
    <w:p>
      <w:r>
        <w:rPr>
          <w:b/>
        </w:rPr>
        <w:t xml:space="preserve">[48:59] </w:t>
      </w:r>
      <w:r>
        <w:t>maulana, agla sawal kya hai Mahtab Sahab ne Dhampur se.</w:t>
      </w:r>
    </w:p>
    <w:p>
      <w:pPr>
        <w:jc w:val="right"/>
      </w:pPr>
      <w:r>
        <w:t>مولانا، اگلا سوال کیا ہے مہتاب صاحب نے دھامپور سے۔</w:t>
      </w:r>
    </w:p>
    <w:p>
      <w:r>
        <w:rPr>
          <w:b/>
        </w:rPr>
        <w:t xml:space="preserve">[49:06] </w:t>
      </w:r>
      <w:r>
        <w:t>unhon ne aap se poocha hai ke "What is the literal meaning of word namaz?" is ke baare mein bataein.</w:t>
      </w:r>
    </w:p>
    <w:p>
      <w:pPr>
        <w:jc w:val="right"/>
      </w:pPr>
      <w:r>
        <w:t>انہوں نے آپ سے پوچھا ہے کہ "What is the literal meaning of word نماز؟" اس کے بارے میں بتائیں۔</w:t>
      </w:r>
    </w:p>
    <w:p>
      <w:r>
        <w:rPr>
          <w:b/>
        </w:rPr>
        <w:t xml:space="preserve">[49:14] </w:t>
      </w:r>
      <w:r>
        <w:t>namaz to farsi lafz hai, asal to salat hai, yani salat par ghaur kar lein to hum samajh</w:t>
      </w:r>
    </w:p>
    <w:p>
      <w:pPr>
        <w:jc w:val="right"/>
      </w:pPr>
      <w:r>
        <w:t>نماز تو فارسی لفظ ہے، اصل تو صلاۃ ہے، یعنی صلاۃ پر غور کر لیں تو ہم سمجھ</w:t>
      </w:r>
    </w:p>
    <w:p>
      <w:r>
        <w:rPr>
          <w:b/>
        </w:rPr>
        <w:t xml:space="preserve">[49:21] </w:t>
      </w:r>
      <w:r>
        <w:t>sakte hain ke namaz kya cheez hai.</w:t>
      </w:r>
    </w:p>
    <w:p>
      <w:pPr>
        <w:jc w:val="right"/>
      </w:pPr>
      <w:r>
        <w:t>سکتے ہیں کہ نماز کیا چیز ہے۔</w:t>
      </w:r>
    </w:p>
    <w:p>
      <w:r>
        <w:rPr>
          <w:b/>
        </w:rPr>
        <w:t xml:space="preserve">[49:28] </w:t>
      </w:r>
      <w:r>
        <w:t>namaz, roza, yeh sab farsi alfaaz hain.</w:t>
      </w:r>
    </w:p>
    <w:p>
      <w:pPr>
        <w:jc w:val="right"/>
      </w:pPr>
      <w:r>
        <w:t>نماز، روزہ، یہ سب فارسی الفاظ ہیں۔</w:t>
      </w:r>
    </w:p>
    <w:p>
      <w:r>
        <w:rPr>
          <w:b/>
        </w:rPr>
        <w:t xml:space="preserve">[49:36] </w:t>
      </w:r>
      <w:r>
        <w:t>to main samajhta hoon ke aap ko namaz ko salat ke hawaale se ghaur karna chahiye, na ke</w:t>
      </w:r>
    </w:p>
    <w:p>
      <w:pPr>
        <w:jc w:val="right"/>
      </w:pPr>
      <w:r>
        <w:t>تو میں سمجھتا ہوں کہ آپ کو نماز کو صلاۃ کے حوالے سے غور کرنا چاہیے، نہ کہ</w:t>
      </w:r>
    </w:p>
    <w:p>
      <w:r>
        <w:rPr>
          <w:b/>
        </w:rPr>
        <w:t xml:space="preserve">[49:43] </w:t>
      </w:r>
      <w:r>
        <w:t>namaz ke hawaale se.</w:t>
      </w:r>
    </w:p>
    <w:p>
      <w:pPr>
        <w:jc w:val="right"/>
      </w:pPr>
      <w:r>
        <w:t>نماز کے حوالے سے۔</w:t>
      </w:r>
    </w:p>
    <w:p>
      <w:r>
        <w:rPr>
          <w:b/>
        </w:rPr>
        <w:t xml:space="preserve">[49:50] </w:t>
      </w:r>
      <w:r>
        <w:t>yeh to istemaal ke liye hai.</w:t>
      </w:r>
    </w:p>
    <w:p>
      <w:pPr>
        <w:jc w:val="right"/>
      </w:pPr>
      <w:r>
        <w:t>یہ تو استعمال کے لیے ہے۔</w:t>
      </w:r>
    </w:p>
    <w:p>
      <w:r>
        <w:rPr>
          <w:b/>
        </w:rPr>
        <w:t xml:space="preserve">[49:57] </w:t>
      </w:r>
      <w:r>
        <w:t>namaz arab log salat kehte hain, namaz nahi kehte.</w:t>
      </w:r>
    </w:p>
    <w:p>
      <w:pPr>
        <w:jc w:val="right"/>
      </w:pPr>
      <w:r>
        <w:t>نماز عرب لوگ صلاۃ کہتے ہیں، نماز نہیں کہتے۔</w:t>
      </w:r>
    </w:p>
    <w:p>
      <w:r>
        <w:rPr>
          <w:b/>
        </w:rPr>
        <w:t xml:space="preserve">[50:05] </w:t>
      </w:r>
      <w:r>
        <w:t>to agar samajhna hai ke is ko gehrai ke sath, to hamein is ko salat ke hawale se samajhna chahiye.</w:t>
      </w:r>
    </w:p>
    <w:p>
      <w:pPr>
        <w:jc w:val="right"/>
      </w:pPr>
      <w:r>
        <w:t>تو اگر سمجھنا ہے کہ اس کو گہرائی کے ساتھ، تو ہمیں اس کو صلاۃ کے حوالے سے سمجھنا چاہیے۔</w:t>
      </w:r>
    </w:p>
    <w:p>
      <w:r>
        <w:rPr>
          <w:b/>
        </w:rPr>
        <w:t xml:space="preserve">[50:12] </w:t>
      </w:r>
      <w:r>
        <w:t>ji, maulana, agla sawal doctor fazal kairal sahib ne kiya hai dilli se, aur unhon ne likha hai</w:t>
      </w:r>
    </w:p>
    <w:p>
      <w:pPr>
        <w:jc w:val="right"/>
      </w:pPr>
      <w:r>
        <w:t>جی، مولانا، اگلا سوال ڈاکٹر فضل کیرل صاحب نے کیا ہے دلی سے، اور انہوں نے لکھا ہے</w:t>
      </w:r>
    </w:p>
    <w:p>
      <w:r>
        <w:rPr>
          <w:b/>
        </w:rPr>
        <w:t xml:space="preserve">[50:19] </w:t>
      </w:r>
      <w:r>
        <w:t>"Why we should attend five times namaz and where it is shown in Holy Quran?</w:t>
      </w:r>
    </w:p>
    <w:p>
      <w:pPr>
        <w:jc w:val="right"/>
      </w:pPr>
      <w:r>
        <w:t>"Why we should attend five times نماز and where it is shown in Holy Quran?</w:t>
      </w:r>
    </w:p>
    <w:p>
      <w:r>
        <w:rPr>
          <w:b/>
        </w:rPr>
        <w:t xml:space="preserve">[50:27] </w:t>
      </w:r>
      <w:r>
        <w:t>please comment on this.</w:t>
      </w:r>
    </w:p>
    <w:p>
      <w:pPr>
        <w:jc w:val="right"/>
      </w:pPr>
      <w:r>
        <w:t>" پلیز کمنٹ آن دس۔</w:t>
      </w:r>
    </w:p>
    <w:p>
      <w:r>
        <w:rPr>
          <w:b/>
        </w:rPr>
        <w:t xml:space="preserve">[50:33] </w:t>
      </w:r>
      <w:r>
        <w:t>dekhen, yeh sawal sahi nahi hai, kyunke quran ko samajhne ke liye sunnat zarori hai, rasool Allah ki sunnat.</w:t>
      </w:r>
    </w:p>
    <w:p>
      <w:pPr>
        <w:jc w:val="right"/>
      </w:pPr>
      <w:r>
        <w:t>دیکھیں، یہ سوال صحیح نہیں ہے، کیونکہ قرآن کو سمجھنے کے لیے سنت ضروری ہے، رسول اللہ کی سنت۔</w:t>
      </w:r>
    </w:p>
    <w:p>
      <w:r>
        <w:rPr>
          <w:b/>
        </w:rPr>
        <w:t xml:space="preserve">[50:39] </w:t>
      </w:r>
      <w:r>
        <w:t>agar aap quran se hadith ko alag kar den to quran ko bhi samajh nahi sakte aap.</w:t>
      </w:r>
    </w:p>
    <w:p>
      <w:pPr>
        <w:jc w:val="right"/>
      </w:pPr>
      <w:r>
        <w:t>اگر آپ قرآن سے حدیث کو الگ کر دیں تو قرآن کو بھی سمجھ نہیں سکتے آپ۔</w:t>
      </w:r>
    </w:p>
    <w:p>
      <w:r>
        <w:rPr>
          <w:b/>
        </w:rPr>
        <w:t xml:space="preserve">[50:45] </w:t>
      </w:r>
      <w:r>
        <w:t>to quran mein lafz panch to nahi aaya hai, lekin hadith mein lafz panch aaya hai.</w:t>
      </w:r>
    </w:p>
    <w:p>
      <w:pPr>
        <w:jc w:val="right"/>
      </w:pPr>
      <w:r>
        <w:t>تو قرآن میں لفظ پانچ تو نہیں آیا ہے، لیکن حدیث میں لفظ پانچ آیا ہے۔</w:t>
      </w:r>
    </w:p>
    <w:p>
      <w:r>
        <w:rPr>
          <w:b/>
        </w:rPr>
        <w:t xml:space="preserve">[50:51] </w:t>
      </w:r>
      <w:r>
        <w:t>to jo log hadith ko alag kar ke quran ko samajhna chahte hain, main un ko bohat ziyada</w:t>
      </w:r>
    </w:p>
    <w:p>
      <w:pPr>
        <w:jc w:val="right"/>
      </w:pPr>
      <w:r>
        <w:t>تو جو لوگ حدیث کو الگ کر کے قرآن کو سمجھنا چاہتے ہیں، میں ان کو بہت زیادہ</w:t>
      </w:r>
    </w:p>
    <w:p>
      <w:r>
        <w:rPr>
          <w:b/>
        </w:rPr>
        <w:t xml:space="preserve">[50:57] </w:t>
      </w:r>
      <w:r>
        <w:t>phatka hua samajhta hoon, phatka hua, kyuki yeh mere nazdeek acceptable nahi hai ke hadees ko alag kar</w:t>
      </w:r>
    </w:p>
    <w:p>
      <w:pPr>
        <w:jc w:val="right"/>
      </w:pPr>
      <w:r>
        <w:t>پھٹکا ہوا سمجھتا ہوں، پھٹکا ہوا، کیونکہ یہ میرے نزدیک بپیلے نہیں ہے کہ حدیث کو الگ کر</w:t>
      </w:r>
    </w:p>
    <w:p>
      <w:r>
        <w:rPr>
          <w:b/>
        </w:rPr>
        <w:t xml:space="preserve">[51:03] </w:t>
      </w:r>
      <w:r>
        <w:t>ke aap quran ko samjhen.</w:t>
      </w:r>
    </w:p>
    <w:p>
      <w:pPr>
        <w:jc w:val="right"/>
      </w:pPr>
      <w:r>
        <w:t>کے آپ قرآن کو سمجھیں۔</w:t>
      </w:r>
    </w:p>
    <w:p>
      <w:r>
        <w:rPr>
          <w:b/>
        </w:rPr>
        <w:t xml:space="preserve">[51:09] </w:t>
      </w:r>
      <w:r>
        <w:t>main ne is ki bohat si misalen di hain, apne mazameen chhapen hain mere risalon mein, kitabon mein bhi.</w:t>
      </w:r>
    </w:p>
    <w:p>
      <w:pPr>
        <w:jc w:val="right"/>
      </w:pPr>
      <w:r>
        <w:t>میں نے اس کی بہت سی مثالیں دی ہیں، اپنے مضامین چھپے ہیں میرے رسالوں میں، کتابوں میں بھی۔</w:t>
      </w:r>
    </w:p>
    <w:p>
      <w:r>
        <w:rPr>
          <w:b/>
        </w:rPr>
        <w:t xml:space="preserve">[51:15] </w:t>
      </w:r>
      <w:r>
        <w:t>to yeh mere nazdeek aik aik bilkul, yani baseless question hai, quran ko alag karna aur hadith</w:t>
      </w:r>
    </w:p>
    <w:p>
      <w:pPr>
        <w:jc w:val="right"/>
      </w:pPr>
      <w:r>
        <w:t>تو یہ میرے نزدیک ایک ایک بالکل، یعنی بیس لیس کوئسچن ہے، قرآن کو الگ کرنا اور حدیث</w:t>
      </w:r>
    </w:p>
    <w:p>
      <w:r>
        <w:rPr>
          <w:b/>
        </w:rPr>
        <w:t xml:space="preserve">[51:21] </w:t>
      </w:r>
      <w:r>
        <w:t>ko alag karna.</w:t>
      </w:r>
    </w:p>
    <w:p>
      <w:pPr>
        <w:jc w:val="right"/>
      </w:pPr>
      <w:r>
        <w:t>کو الگ کرنا۔</w:t>
      </w:r>
    </w:p>
    <w:p>
      <w:r>
        <w:rPr>
          <w:b/>
        </w:rPr>
        <w:t xml:space="preserve">[51:27] </w:t>
      </w:r>
      <w:r>
        <w:t>mere nazdeek jo hadith sabit ho jaye ke sunnat rasool hai, wo itni hi important ho jati hai</w:t>
      </w:r>
    </w:p>
    <w:p>
      <w:pPr>
        <w:jc w:val="right"/>
      </w:pPr>
      <w:r>
        <w:t>میرے نزدیک جو حدیث ثابت ہو جائے کہ سنت رسول ہے، وہ اتنی ہی امپورٹنٹ ہو جاتی ہے</w:t>
      </w:r>
    </w:p>
    <w:p>
      <w:r>
        <w:rPr>
          <w:b/>
        </w:rPr>
        <w:t xml:space="preserve">[51:34] </w:t>
      </w:r>
      <w:r>
        <w:t>jitni important quran hai.</w:t>
      </w:r>
    </w:p>
    <w:p>
      <w:pPr>
        <w:jc w:val="right"/>
      </w:pPr>
      <w:r>
        <w:t>جتنی امپورٹنٹ قرآن ہے۔</w:t>
      </w:r>
    </w:p>
    <w:p>
      <w:r>
        <w:rPr>
          <w:b/>
        </w:rPr>
        <w:t xml:space="preserve">[51:40] </w:t>
      </w:r>
      <w:r>
        <w:t>maulana, agla sawal lene se pehle hum do comment parhna chahenge.</w:t>
      </w:r>
    </w:p>
    <w:p>
      <w:pPr>
        <w:jc w:val="right"/>
      </w:pPr>
      <w:r>
        <w:t>مولانا، اگلا سوال لینے سے پہلے ہم دو کمنٹ پڑھنا چاہیں گے۔</w:t>
      </w:r>
    </w:p>
    <w:p>
      <w:r>
        <w:rPr>
          <w:b/>
        </w:rPr>
        <w:t xml:space="preserve">[51:46] </w:t>
      </w:r>
      <w:r>
        <w:t>pehla comment bheja hai muhammad abrar sahib ne allahabad se.</w:t>
      </w:r>
    </w:p>
    <w:p>
      <w:pPr>
        <w:jc w:val="right"/>
      </w:pPr>
      <w:r>
        <w:t>پہلا کمنٹ بھیجا ہے محمد ابرار صاحب نے الہ آباد سے۔</w:t>
      </w:r>
    </w:p>
    <w:p>
      <w:r>
        <w:rPr>
          <w:b/>
        </w:rPr>
        <w:t xml:space="preserve">[51:52] </w:t>
      </w:r>
      <w:r>
        <w:t>unhon ne likha hai: "maulana sahib, main kafi saalon se aap ko sun raha hoon.</w:t>
      </w:r>
    </w:p>
    <w:p>
      <w:pPr>
        <w:jc w:val="right"/>
      </w:pPr>
      <w:r>
        <w:t>انہوں نے لکھا ہے: "مولانا صاحب، میں کافی سالوں سے آپ کو سن پڑھ رہا ہوں۔</w:t>
      </w:r>
    </w:p>
    <w:p>
      <w:r>
        <w:rPr>
          <w:b/>
        </w:rPr>
        <w:t xml:space="preserve">[51:58] </w:t>
      </w:r>
      <w:r>
        <w:t>mujhe yahi samajh mein aaya ke deen ki hifazat Khuda ne apne zimme li hai, aur isi liye</w:t>
      </w:r>
    </w:p>
    <w:p>
      <w:pPr>
        <w:jc w:val="right"/>
      </w:pPr>
      <w:r>
        <w:t>مجھے یہی سمجھ میں آیا کہ دین کی حفاظت خدا نے اپنے ذمے لی ہے، اور اسی لیے</w:t>
      </w:r>
    </w:p>
    <w:p>
      <w:r>
        <w:rPr>
          <w:b/>
        </w:rPr>
        <w:t xml:space="preserve">[52:04] </w:t>
      </w:r>
      <w:r>
        <w:t>har hazar saal par apne bheje hue ko bhejta hai." maulana, agla comment pakistan se.</w:t>
      </w:r>
    </w:p>
    <w:p>
      <w:pPr>
        <w:jc w:val="right"/>
      </w:pPr>
      <w:r>
        <w:t>ہر ہزار سال پر اپنے بھیجے ہوئے کو بھیجتا ہے۔" مولانا، اگلا کمنٹ پاکستان سے۔</w:t>
      </w:r>
    </w:p>
    <w:p>
      <w:r>
        <w:rPr>
          <w:b/>
        </w:rPr>
        <w:t xml:space="preserve">[52:10] </w:t>
      </w:r>
      <w:r>
        <w:t>yeh hazar saal ka concept islam ka nahi hai, yeh to unhon ne nikala hai.</w:t>
      </w:r>
    </w:p>
    <w:p>
      <w:pPr>
        <w:jc w:val="right"/>
      </w:pPr>
      <w:r>
        <w:t>یہ ہزار سال کا کانسیپٹ اسلام کا نہیں ہے، یہ تو انہوں نے نکالا ہے۔</w:t>
      </w:r>
    </w:p>
    <w:p>
      <w:r>
        <w:rPr>
          <w:b/>
        </w:rPr>
        <w:t xml:space="preserve">[52:16] </w:t>
      </w:r>
      <w:r>
        <w:t>woh kaun sahib the? bahu Allah sahib ne.</w:t>
      </w:r>
    </w:p>
    <w:p>
      <w:pPr>
        <w:jc w:val="right"/>
      </w:pPr>
      <w:r>
        <w:t>وہ کون صاحب تھے؟ باہو اللہ صاحب نے۔</w:t>
      </w:r>
    </w:p>
    <w:p>
      <w:r>
        <w:rPr>
          <w:b/>
        </w:rPr>
        <w:t xml:space="preserve">[52:22] </w:t>
      </w:r>
      <w:r>
        <w:t>hazar saal ka lafz jo quran mein likha hai, us ma'ne mein nahi hai.</w:t>
      </w:r>
    </w:p>
    <w:p>
      <w:pPr>
        <w:jc w:val="right"/>
      </w:pPr>
      <w:r>
        <w:t>ہزار سال کا لفظ جو قرآن میں لکھا ہے، اس معنی میں نہیں ہے۔</w:t>
      </w:r>
    </w:p>
    <w:p>
      <w:r>
        <w:rPr>
          <w:b/>
        </w:rPr>
        <w:t xml:space="preserve">[52:28] </w:t>
      </w:r>
      <w:r>
        <w:t>ji, maulana, agla comment aaya hai pakistan se sister shabana ansari ne bheja hai.</w:t>
      </w:r>
    </w:p>
    <w:p>
      <w:pPr>
        <w:jc w:val="right"/>
      </w:pPr>
      <w:r>
        <w:t>جی، مولانا، اگلا کمنٹ آیا ہے پاکستان سے سسٹر شبانہ انصاری نے بھیجا ہے۔</w:t>
      </w:r>
    </w:p>
    <w:p>
      <w:r>
        <w:rPr>
          <w:b/>
        </w:rPr>
        <w:t xml:space="preserve">[52:34] </w:t>
      </w:r>
      <w:r>
        <w:t>unhon ne likha hai: "marifat of Allah is an intellectual paradise in this world.</w:t>
      </w:r>
    </w:p>
    <w:p>
      <w:pPr>
        <w:jc w:val="right"/>
      </w:pPr>
      <w:r>
        <w:t>انہوں نے لکھا ہے: "معرفت آف اللہ is an intellectual paradise in this world.</w:t>
      </w:r>
    </w:p>
    <w:p>
      <w:r>
        <w:rPr>
          <w:b/>
        </w:rPr>
        <w:t xml:space="preserve">[52:41] </w:t>
      </w:r>
      <w:r>
        <w:t>This credit goes to you, Maulana, who taught us the maarfat.</w:t>
      </w:r>
    </w:p>
    <w:p>
      <w:pPr>
        <w:jc w:val="right"/>
      </w:pPr>
      <w:r>
        <w:t>This credit goes to you, مولانا، who taught us the معرفت.</w:t>
      </w:r>
    </w:p>
    <w:p>
      <w:r>
        <w:rPr>
          <w:b/>
        </w:rPr>
        <w:t xml:space="preserve">[52:50] </w:t>
      </w:r>
      <w:r>
        <w:t>Otherwise, nobody knows at this globe what really maarfat is and what really an intellectual paradise is." Maulana,</w:t>
      </w:r>
    </w:p>
    <w:p>
      <w:pPr>
        <w:jc w:val="right"/>
      </w:pPr>
      <w:r>
        <w:t>Otherwise, nobody knows at this globe what really معرفت is and what really an intellectual paradise is." مولانا،</w:t>
      </w:r>
    </w:p>
    <w:p>
      <w:r>
        <w:rPr>
          <w:b/>
        </w:rPr>
        <w:t xml:space="preserve">[52:59] </w:t>
      </w:r>
      <w:r>
        <w:t>Agla sawal kya hai Maulana Ilyas Vaniyabadi sahib ne Tamil Nadu se, aur unhon ne likha hai: "Maulana,</w:t>
      </w:r>
    </w:p>
    <w:p>
      <w:pPr>
        <w:jc w:val="right"/>
      </w:pPr>
      <w:r>
        <w:t>اگلا سوال کیا ہے مولانا الیاس وانیابادی صاحب نے تمل ناڈو سے، اور انہوں نے لکھا ہے: "مولانا،</w:t>
      </w:r>
    </w:p>
    <w:p>
      <w:r>
        <w:rPr>
          <w:b/>
        </w:rPr>
        <w:t xml:space="preserve">[53:08] </w:t>
      </w:r>
      <w:r>
        <w:t>Ek sahib ne sawal kiya ke Sahaba ke zamane mein jo jannat ka tasawwur tha, kya woh aisa</w:t>
      </w:r>
    </w:p>
    <w:p>
      <w:pPr>
        <w:jc w:val="right"/>
      </w:pPr>
      <w:r>
        <w:t>ایک صاحب نے سوال کیا کہ صحابہ کے زمانے میں جو جنت کا تصور تھا، کیا وہ ایسا</w:t>
      </w:r>
    </w:p>
    <w:p>
      <w:r>
        <w:rPr>
          <w:b/>
        </w:rPr>
        <w:t xml:space="preserve">[53:17] </w:t>
      </w:r>
      <w:r>
        <w:t>hi tha? Greater electronic civilization and communication and opportunities for development of physical sciences and activities.</w:t>
      </w:r>
    </w:p>
    <w:p>
      <w:pPr>
        <w:jc w:val="right"/>
      </w:pPr>
      <w:r>
        <w:t>ہی تھا؟ Greater electronic civilization and communication and opportunities for development of physical sciences and activities.</w:t>
      </w:r>
    </w:p>
    <w:p>
      <w:r>
        <w:rPr>
          <w:b/>
        </w:rPr>
        <w:t xml:space="preserve">[53:26] </w:t>
      </w:r>
      <w:r>
        <w:t>Is ke bare mein bataein." Dekhein, yeh yeh toh term ki baat hai.</w:t>
      </w:r>
    </w:p>
    <w:p>
      <w:pPr>
        <w:jc w:val="right"/>
      </w:pPr>
      <w:r>
        <w:t>اس کے بارے میں بتائیں۔" دیکھیں، یہ یہ تو ٹرم کی بات ہے۔</w:t>
      </w:r>
    </w:p>
    <w:p>
      <w:r>
        <w:rPr>
          <w:b/>
        </w:rPr>
        <w:t xml:space="preserve">[53:32] </w:t>
      </w:r>
      <w:r>
        <w:t>Sahaba ke zamane mein is zamane ki term istemal hota tha, ab hum bhi is zamane ki term</w:t>
      </w:r>
    </w:p>
    <w:p>
      <w:pPr>
        <w:jc w:val="right"/>
      </w:pPr>
      <w:r>
        <w:t>صحابہ کے زمانے میں اس زمانے کی ٹرم استعمال ہوتا تھا، اب ہم بھی اس زمانے کی ٹرم</w:t>
      </w:r>
    </w:p>
    <w:p>
      <w:r>
        <w:rPr>
          <w:b/>
        </w:rPr>
        <w:t xml:space="preserve">[53:38] </w:t>
      </w:r>
      <w:r>
        <w:t>istemal karte hain.</w:t>
      </w:r>
    </w:p>
    <w:p>
      <w:pPr>
        <w:jc w:val="right"/>
      </w:pPr>
      <w:r>
        <w:t>استعمال کرتے ہیں۔</w:t>
      </w:r>
    </w:p>
    <w:p>
      <w:r>
        <w:rPr>
          <w:b/>
        </w:rPr>
        <w:t xml:space="preserve">[53:44] </w:t>
      </w:r>
      <w:r>
        <w:t>Essence ke aitbar se Sahaba ka tasawwur wahi tha, essence ke aitbar se, lekin term toh badalta rahega.</w:t>
      </w:r>
    </w:p>
    <w:p>
      <w:pPr>
        <w:jc w:val="right"/>
      </w:pPr>
      <w:r>
        <w:t>ایسنس کے اعتبار سے صحابہ کا تصور وہی تھا، ایسنس کے اعتبار سے، لیکن ٹرم تو بدلتا رہے گا۔</w:t>
      </w:r>
    </w:p>
    <w:p>
      <w:r>
        <w:rPr>
          <w:b/>
        </w:rPr>
        <w:t xml:space="preserve">[53:50] </w:t>
      </w:r>
      <w:r>
        <w:t>Term toh badalta rahega.</w:t>
      </w:r>
    </w:p>
    <w:p>
      <w:pPr>
        <w:jc w:val="right"/>
      </w:pPr>
      <w:r>
        <w:t>ٹرم تو بدلتا رہے گا۔</w:t>
      </w:r>
    </w:p>
    <w:p>
      <w:r>
        <w:rPr>
          <w:b/>
        </w:rPr>
        <w:t xml:space="preserve">[53:56] </w:t>
      </w:r>
      <w:r>
        <w:t>Misal ke taur par dekhein, hadith mein aata hai ke jannat ke bare mein: "La ain ra'at wa la</w:t>
      </w:r>
    </w:p>
    <w:p>
      <w:pPr>
        <w:jc w:val="right"/>
      </w:pPr>
      <w:r>
        <w:t>مثال کے طور پر دیکھیں، حدیث میں آتا ہے کہ جنت کے بارے میں: "لا عین رات ولا</w:t>
      </w:r>
    </w:p>
    <w:p>
      <w:r>
        <w:rPr>
          <w:b/>
        </w:rPr>
        <w:t xml:space="preserve">[54:02] </w:t>
      </w:r>
      <w:r>
        <w:t>udhun sama' wa la qatara 'ala qalb bashar" ke jannat ko kisi ne dekha nahi, kisi ne socha nahi,</w:t>
      </w:r>
    </w:p>
    <w:p>
      <w:pPr>
        <w:jc w:val="right"/>
      </w:pPr>
      <w:r>
        <w:t>عذر سماء ولا قطر علی قلب بشر" کہ جنت کو کسی نے دیکھا نہیں، کسی نے سوچا نہیں،</w:t>
      </w:r>
    </w:p>
    <w:p>
      <w:r>
        <w:rPr>
          <w:b/>
        </w:rPr>
        <w:t xml:space="preserve">[54:08] </w:t>
      </w:r>
      <w:r>
        <w:t>kisi ko is ka tasawwur nahi aaya.</w:t>
      </w:r>
    </w:p>
    <w:p>
      <w:pPr>
        <w:jc w:val="right"/>
      </w:pPr>
      <w:r>
        <w:t>کسی کو اس کا تصور نہیں آیا۔</w:t>
      </w:r>
    </w:p>
    <w:p>
      <w:r>
        <w:rPr>
          <w:b/>
        </w:rPr>
        <w:t xml:space="preserve">[54:15] </w:t>
      </w:r>
      <w:r>
        <w:t>Toh ek taraf yeh hadith hai, doosri taraf Quran mein hai ke: "Wa huwa fil kitab mutashabih" toh yeh</w:t>
      </w:r>
    </w:p>
    <w:p>
      <w:pPr>
        <w:jc w:val="right"/>
      </w:pPr>
      <w:r>
        <w:t>تو ایک طرف یہ حدیث ہے، دوسری طرف قرآن میں ہے کہ: "وہ تو بہی متشابہ" تو یہ</w:t>
      </w:r>
    </w:p>
    <w:p>
      <w:r>
        <w:rPr>
          <w:b/>
        </w:rPr>
        <w:t xml:space="preserve">[54:21] </w:t>
      </w:r>
      <w:r>
        <w:t>is hadith ko lafz nahi le sakte aap.</w:t>
      </w:r>
    </w:p>
    <w:p>
      <w:pPr>
        <w:jc w:val="right"/>
      </w:pPr>
      <w:r>
        <w:t>اس حدیث کو لفظ نہیں لے سکتے آپ۔</w:t>
      </w:r>
    </w:p>
    <w:p>
      <w:r>
        <w:rPr>
          <w:b/>
        </w:rPr>
        <w:t xml:space="preserve">[54:27] </w:t>
      </w:r>
      <w:r>
        <w:t>Toh is ka matlab maine samjha ke hadith mein jannat ki nematoun ko qualitative term mein bataya gaya hai.</w:t>
      </w:r>
    </w:p>
    <w:p>
      <w:pPr>
        <w:jc w:val="right"/>
      </w:pPr>
      <w:r>
        <w:t>تو اس کا مطلب میں نے سمجھا کہ حدیث میں جنت کی نعمتوں کو کوالٹیٹیو ٹرم میں بتایا گیا ہے۔</w:t>
      </w:r>
    </w:p>
    <w:p>
      <w:r>
        <w:rPr>
          <w:b/>
        </w:rPr>
        <w:t xml:space="preserve">[54:33] </w:t>
      </w:r>
      <w:r>
        <w:t>Woh aur aur jo Quran mein jo lafz hai, woh shakal ke aitbar se bataya gaya hai.</w:t>
      </w:r>
    </w:p>
    <w:p>
      <w:pPr>
        <w:jc w:val="right"/>
      </w:pPr>
      <w:r>
        <w:t>وہ اور اور جو قرآن میں جو لفظ ہے، وہ شکل کے اعتبار سے بتایا گیا ہے۔</w:t>
      </w:r>
    </w:p>
    <w:p>
      <w:r>
        <w:rPr>
          <w:b/>
        </w:rPr>
        <w:t xml:space="preserve">[54:39] </w:t>
      </w:r>
      <w:r>
        <w:t>Is wajah se dono ki mein dono ko samajh mein aa jata hai.</w:t>
      </w:r>
    </w:p>
    <w:p>
      <w:pPr>
        <w:jc w:val="right"/>
      </w:pPr>
      <w:r>
        <w:t>اس وجہ سے دونوں کی میں دونوں کو سمجھ میں آ جاتا ہے۔</w:t>
      </w:r>
    </w:p>
    <w:p>
      <w:r>
        <w:rPr>
          <w:b/>
        </w:rPr>
        <w:t xml:space="preserve">[54:45] </w:t>
      </w:r>
      <w:r>
        <w:t>Toh mutala jab kiya jayega toh band zehn ke sath aap nahi samajh sakte Quran o Hadith</w:t>
      </w:r>
    </w:p>
    <w:p>
      <w:pPr>
        <w:jc w:val="right"/>
      </w:pPr>
      <w:r>
        <w:t>تو مطالعہ جب کیا جائے گا تو بند ذہن کے ساتھ آپ نہیں سمجھ سکتے قرآن و حدیث</w:t>
      </w:r>
    </w:p>
    <w:p>
      <w:r>
        <w:rPr>
          <w:b/>
        </w:rPr>
        <w:t xml:space="preserve">[54:51] </w:t>
      </w:r>
      <w:r>
        <w:t>ko, khule zehn ke sath parhna padega toh aap samjhenge.</w:t>
      </w:r>
    </w:p>
    <w:p>
      <w:pPr>
        <w:jc w:val="right"/>
      </w:pPr>
      <w:r>
        <w:t>کو، کھلے ذہن کے ساتھ پڑھنا پڑے گا تو آپ سمجھیں گے۔</w:t>
      </w:r>
    </w:p>
    <w:p>
      <w:r>
        <w:rPr>
          <w:b/>
        </w:rPr>
        <w:t xml:space="preserve">[54:58] </w:t>
      </w:r>
      <w:r>
        <w:t>Ji, Maulana, agla sawal Maulana Iqbal Omri ne kiya hai Chennai se.</w:t>
      </w:r>
    </w:p>
    <w:p>
      <w:pPr>
        <w:jc w:val="right"/>
      </w:pPr>
      <w:r>
        <w:t>جی، مولانا، اگلا سوال مولانا اقبال عمری نے کیا ہے چنئی سے۔</w:t>
      </w:r>
    </w:p>
    <w:p>
      <w:r>
        <w:rPr>
          <w:b/>
        </w:rPr>
        <w:t xml:space="preserve">[55:04] </w:t>
      </w:r>
      <w:r>
        <w:t>Unhon ne likha hai: "Maulana, modern civilization ke bare mein Musalman kehte hain ke woh fitrat ke khilaf</w:t>
      </w:r>
    </w:p>
    <w:p>
      <w:pPr>
        <w:jc w:val="right"/>
      </w:pPr>
      <w:r>
        <w:t>انہوں نے لکھا ہے: "مولانا، ماڈرن سولائزیشن کے بارے میں مسلمان کہتے ہیں کہ وہ فطرت کے خلاف</w:t>
      </w:r>
    </w:p>
    <w:p>
      <w:r>
        <w:rPr>
          <w:b/>
        </w:rPr>
        <w:t xml:space="preserve">[55:10] </w:t>
      </w:r>
      <w:r>
        <w:t>hai, lekin aap is ko jannat ka ek example kehte hain.</w:t>
      </w:r>
    </w:p>
    <w:p>
      <w:pPr>
        <w:jc w:val="right"/>
      </w:pPr>
      <w:r>
        <w:t>ہے، لیکن آپ اس کو جنت کا ایک ایگزامپل کہتے ہیں۔</w:t>
      </w:r>
    </w:p>
    <w:p>
      <w:r>
        <w:rPr>
          <w:b/>
        </w:rPr>
        <w:t xml:space="preserve">[55:16] </w:t>
      </w:r>
      <w:r>
        <w:t>Aisa farq kyun hai? Muslims modern age aur is ki civilization se nafrat kyun karte hain, magar faida</w:t>
      </w:r>
    </w:p>
    <w:p>
      <w:pPr>
        <w:jc w:val="right"/>
      </w:pPr>
      <w:r>
        <w:t>ایسا فرق کیوں ہے؟ مسلمز ماڈرن ایج اور اس کی سولائزیشن سے نفرت کیوں کرتے ہیں، مگر فائدہ</w:t>
      </w:r>
    </w:p>
    <w:p>
      <w:r>
        <w:rPr>
          <w:b/>
        </w:rPr>
        <w:t xml:space="preserve">[55:22] </w:t>
      </w:r>
      <w:r>
        <w:t>pura uthate hain? Aisa kyun?" Dekhein, aap doosre log jo hain, kisi misal ke baghair bolte hain.</w:t>
      </w:r>
    </w:p>
    <w:p>
      <w:pPr>
        <w:jc w:val="right"/>
      </w:pPr>
      <w:r>
        <w:t>پورا اٹھاتے ہیں؟ ایسا کیوں؟" دیکھیں، آپ دوسرے لوگ جو ہیں، کسی مثال کے بغیر بولتے ہیں۔</w:t>
      </w:r>
    </w:p>
    <w:p>
      <w:r>
        <w:rPr>
          <w:b/>
        </w:rPr>
        <w:t xml:space="preserve">[55:28] </w:t>
      </w:r>
      <w:r>
        <w:t>mujhe koi bhi shakhs nahi maloom jo misaal deta ho, bas hawai baatein karta hai.</w:t>
      </w:r>
    </w:p>
    <w:p>
      <w:pPr>
        <w:jc w:val="right"/>
      </w:pPr>
      <w:r>
        <w:t>مجھے کوئی بھی شخص نہیں معلوم جو مثال دیتا ہو، بس ہوائی باتیں کرتا ہے۔</w:t>
      </w:r>
    </w:p>
    <w:p>
      <w:r>
        <w:rPr>
          <w:b/>
        </w:rPr>
        <w:t xml:space="preserve">[55:34] </w:t>
      </w:r>
      <w:r>
        <w:t>main jo baat kehta hoon, us ko misaal deta hoon.</w:t>
      </w:r>
    </w:p>
    <w:p>
      <w:pPr>
        <w:jc w:val="right"/>
      </w:pPr>
      <w:r>
        <w:t>میں جو بات کہتا ہوں، اس کو مثال دیتا ہوں۔</w:t>
      </w:r>
    </w:p>
    <w:p>
      <w:r>
        <w:rPr>
          <w:b/>
        </w:rPr>
        <w:t xml:space="preserve">[55:41] </w:t>
      </w:r>
      <w:r>
        <w:t>to jo log doosri baatein karein, woh misaal dein.</w:t>
      </w:r>
    </w:p>
    <w:p>
      <w:pPr>
        <w:jc w:val="right"/>
      </w:pPr>
      <w:r>
        <w:t>تو جو لوگ دوسری باتیں کریں، وہ مثال دیں۔</w:t>
      </w:r>
    </w:p>
    <w:p>
      <w:r>
        <w:rPr>
          <w:b/>
        </w:rPr>
        <w:t xml:space="preserve">[55:47] </w:t>
      </w:r>
      <w:r>
        <w:t>woh jab tak misaal nahi denge, tab tak un ki baat qabil-e-ghor nahi samjhi jayegi.</w:t>
      </w:r>
    </w:p>
    <w:p>
      <w:pPr>
        <w:jc w:val="right"/>
      </w:pPr>
      <w:r>
        <w:t>وہ جب تک مثال نہیں دیں گے، تب تک ان کی بات قابل غور نہیں سمجھ جائے گی۔</w:t>
      </w:r>
    </w:p>
    <w:p>
      <w:r>
        <w:rPr>
          <w:b/>
        </w:rPr>
        <w:t xml:space="preserve">[55:53] </w:t>
      </w:r>
      <w:r>
        <w:t>bila misaal ke hawai tor par comment dena, woh is ki koi haqeeqat na ilm mein hai, na</w:t>
      </w:r>
    </w:p>
    <w:p>
      <w:pPr>
        <w:jc w:val="right"/>
      </w:pPr>
      <w:r>
        <w:t>بلا مثال کے ہوائی طور پر کمنٹ دینا، وہ اس کی کوئی حقیقت نہ علم میں ہے، نہ</w:t>
      </w:r>
    </w:p>
    <w:p>
      <w:r>
        <w:rPr>
          <w:b/>
        </w:rPr>
        <w:t xml:space="preserve">[55:59] </w:t>
      </w:r>
      <w:r>
        <w:t>islam mein hai.</w:t>
      </w:r>
    </w:p>
    <w:p>
      <w:pPr>
        <w:jc w:val="right"/>
      </w:pPr>
      <w:r>
        <w:t>اسلام میں ہے۔</w:t>
      </w:r>
    </w:p>
    <w:p>
      <w:r>
        <w:rPr>
          <w:b/>
        </w:rPr>
        <w:t xml:space="preserve">[56:05] </w:t>
      </w:r>
      <w:r>
        <w:t>maulana, agla sawal kya hai zakir sahib ne baroda se.</w:t>
      </w:r>
    </w:p>
    <w:p>
      <w:pPr>
        <w:jc w:val="right"/>
      </w:pPr>
      <w:r>
        <w:t>مولانا، اگلا سوال کیا ہے ذاکر صاحب نے بروڈا سے۔</w:t>
      </w:r>
    </w:p>
    <w:p>
      <w:r>
        <w:rPr>
          <w:b/>
        </w:rPr>
        <w:t xml:space="preserve">[56:11] </w:t>
      </w:r>
      <w:r>
        <w:t>unhone likha hai: "maulana sahib, today's talk was like putting things in perspective.</w:t>
      </w:r>
    </w:p>
    <w:p>
      <w:pPr>
        <w:jc w:val="right"/>
      </w:pPr>
      <w:r>
        <w:t>انہوں نے لکھا ہے: "مولانا صاحب، today's talk was like putting things in perspective.</w:t>
      </w:r>
    </w:p>
    <w:p>
      <w:r>
        <w:rPr>
          <w:b/>
        </w:rPr>
        <w:t xml:space="preserve">[56:17] </w:t>
      </w:r>
      <w:r>
        <w:t>jazak allah for enlightening us.</w:t>
      </w:r>
    </w:p>
    <w:p>
      <w:pPr>
        <w:jc w:val="right"/>
      </w:pPr>
      <w:r>
        <w:t>جزاک اللہ for enlightening us.</w:t>
      </w:r>
    </w:p>
    <w:p>
      <w:r>
        <w:rPr>
          <w:b/>
        </w:rPr>
        <w:t xml:space="preserve">[56:24] </w:t>
      </w:r>
      <w:r>
        <w:t>My question is that it is said history repeats itself. So is there a remote possibility that Muslims can live with the same spirit like the times of Prophet of Islam and his companions and create a new history? What is your opinion on this?</w:t>
      </w:r>
    </w:p>
    <w:p>
      <w:pPr>
        <w:jc w:val="right"/>
      </w:pPr>
      <w:r>
        <w:t>My question is that it is said history repeats itself. So is there a remote possibility that Muslims can live with the same spirit like the times of Prophet of Islam and his companions and create a new history? What is your opinion on this?</w:t>
      </w:r>
    </w:p>
    <w:p>
      <w:r>
        <w:rPr>
          <w:b/>
        </w:rPr>
        <w:t xml:space="preserve">[56:43] </w:t>
      </w:r>
      <w:r>
        <w:t>"dekhein, ideal sense mein kabhi bhi koi society nahi banti.</w:t>
      </w:r>
    </w:p>
    <w:p>
      <w:pPr>
        <w:jc w:val="right"/>
      </w:pPr>
      <w:r>
        <w:t>" دیکھیں، ideal sense میں کبھی بھی کوئی سوسائٹی نہیں بنتی۔</w:t>
      </w:r>
    </w:p>
    <w:p>
      <w:r>
        <w:rPr>
          <w:b/>
        </w:rPr>
        <w:t xml:space="preserve">[56:49] </w:t>
      </w:r>
      <w:r>
        <w:t>to pehle zamane mein bhi ideal sense mein nahi thi woh jo society thi us zamane mein.</w:t>
      </w:r>
    </w:p>
    <w:p>
      <w:pPr>
        <w:jc w:val="right"/>
      </w:pPr>
      <w:r>
        <w:t>تو پہلے زمانے میں بھی ideal sense میں نہیں تھی وہ جو سوسائٹی تھی اس زمانے میں۔</w:t>
      </w:r>
    </w:p>
    <w:p>
      <w:r>
        <w:rPr>
          <w:b/>
        </w:rPr>
        <w:t xml:space="preserve">[56:55] </w:t>
      </w:r>
      <w:r>
        <w:t>to ab hum dobara, hum zaroor umeed karte hain ke woh daur aayega, history repeat karegi,</w:t>
      </w:r>
    </w:p>
    <w:p>
      <w:pPr>
        <w:jc w:val="right"/>
      </w:pPr>
      <w:r>
        <w:t>تو اب ہم دوبارہ، ہم ضرور امید کرتے ہیں کہ وہ دور آئے گا، history repeat کرے گی،</w:t>
      </w:r>
    </w:p>
    <w:p>
      <w:r>
        <w:rPr>
          <w:b/>
        </w:rPr>
        <w:t xml:space="preserve">[57:01] </w:t>
      </w:r>
      <w:r>
        <w:t>lekin ideal sense mein nahi, practical sense mein.</w:t>
      </w:r>
    </w:p>
    <w:p>
      <w:pPr>
        <w:jc w:val="right"/>
      </w:pPr>
      <w:r>
        <w:t>لیکن ideal sense میں نہیں، practical sense میں۔</w:t>
      </w:r>
    </w:p>
    <w:p>
      <w:r>
        <w:rPr>
          <w:b/>
        </w:rPr>
        <w:t xml:space="preserve">[57:08] </w:t>
      </w:r>
      <w:r>
        <w:t>pehley bhi practical sense yahi bhi tha, ab bhi practical sense mein hoga.</w:t>
      </w:r>
    </w:p>
    <w:p>
      <w:pPr>
        <w:jc w:val="right"/>
      </w:pPr>
      <w:r>
        <w:t>پہلے بھی practical sense یہی بھی تھا، اب بھی practical sense میں ہوگا۔</w:t>
      </w:r>
    </w:p>
    <w:p>
      <w:r>
        <w:rPr>
          <w:b/>
        </w:rPr>
        <w:t xml:space="preserve">[57:14] </w:t>
      </w:r>
      <w:r>
        <w:t>maulana, agla sawal dilli se kya hai anwar sahib ne.</w:t>
      </w:r>
    </w:p>
    <w:p>
      <w:pPr>
        <w:jc w:val="right"/>
      </w:pPr>
      <w:r>
        <w:t>مولانا، اگلا سوال دلی سے کیا ہے انور صاحب نے۔</w:t>
      </w:r>
    </w:p>
    <w:p>
      <w:r>
        <w:rPr>
          <w:b/>
        </w:rPr>
        <w:t xml:space="preserve">[57:20] </w:t>
      </w:r>
      <w:r>
        <w:t>unhone likha hai: "jab sab kuch pehle se hi fixed hai ke kaun kya karega, kya</w:t>
      </w:r>
    </w:p>
    <w:p>
      <w:pPr>
        <w:jc w:val="right"/>
      </w:pPr>
      <w:r>
        <w:t>انہوں نے لکھا ہے: "جب سب کچھ پہلے سے ہی fixed ہے کہ کون کیا کرے گا، کیا</w:t>
      </w:r>
    </w:p>
    <w:p>
      <w:r>
        <w:rPr>
          <w:b/>
        </w:rPr>
        <w:t xml:space="preserve">[57:26] </w:t>
      </w:r>
      <w:r>
        <w:t>nahi karega, to is mein hamara kya ikhtiyar hai? kisi amal par allah ne pehle se hi</w:t>
      </w:r>
    </w:p>
    <w:p>
      <w:pPr>
        <w:jc w:val="right"/>
      </w:pPr>
      <w:r>
        <w:t>نہیں کرے گا، تو اس میں ہمارا کیا اختیار ہے؟ کسی عمل پر اللہ نے پہلے سے ہی</w:t>
      </w:r>
    </w:p>
    <w:p>
      <w:r>
        <w:rPr>
          <w:b/>
        </w:rPr>
        <w:t xml:space="preserve">[57:33] </w:t>
      </w:r>
      <w:r>
        <w:t>taqdeer mein sab kuch likh diya hai.</w:t>
      </w:r>
    </w:p>
    <w:p>
      <w:pPr>
        <w:jc w:val="right"/>
      </w:pPr>
      <w:r>
        <w:t>تقدیر میں سب کچھ لکھ دیا ہے۔</w:t>
      </w:r>
    </w:p>
    <w:p>
      <w:r>
        <w:rPr>
          <w:b/>
        </w:rPr>
        <w:t xml:space="preserve">[57:39] </w:t>
      </w:r>
      <w:r>
        <w:t>is ke baray mein aap kya kahenge?" dekhein, yeh taqdeer aur tadbeer ka masla bohat purana hai,</w:t>
      </w:r>
    </w:p>
    <w:p>
      <w:pPr>
        <w:jc w:val="right"/>
      </w:pPr>
      <w:r>
        <w:t>اس کے بارے میں آپ کیا کہیں گے؟" دیکھیں، یہ تقدیر اور تدبیر کا مسئلہ بہت پرانا ہے،</w:t>
      </w:r>
    </w:p>
    <w:p>
      <w:r>
        <w:rPr>
          <w:b/>
        </w:rPr>
        <w:t xml:space="preserve">[57:45] </w:t>
      </w:r>
      <w:r>
        <w:t>aur yeh yeh is par main likh chuka hoon kai baar, is ki koi haqeeqat nahi hai.</w:t>
      </w:r>
    </w:p>
    <w:p>
      <w:pPr>
        <w:jc w:val="right"/>
      </w:pPr>
      <w:r>
        <w:t>اور یہ یہ اس پر میں لکھ چکا ہوں کئی بار، اس کی کوئی حقیقت نہیں ہے۔</w:t>
      </w:r>
    </w:p>
    <w:p>
      <w:r>
        <w:rPr>
          <w:b/>
        </w:rPr>
        <w:t xml:space="preserve">[57:52] </w:t>
      </w:r>
      <w:r>
        <w:t>yeh is ka source jo hai, is ko kehte hain speculative riyazi.</w:t>
      </w:r>
    </w:p>
    <w:p>
      <w:pPr>
        <w:jc w:val="right"/>
      </w:pPr>
      <w:r>
        <w:t>یہ اس کا source جو ہے، اس کو کہتے ہیں speculative ریاضی۔</w:t>
      </w:r>
    </w:p>
    <w:p>
      <w:r>
        <w:rPr>
          <w:b/>
        </w:rPr>
        <w:t xml:space="preserve">[57:58] </w:t>
      </w:r>
      <w:r>
        <w:t>speculative riyazi mein hai.</w:t>
      </w:r>
    </w:p>
    <w:p>
      <w:pPr>
        <w:jc w:val="right"/>
      </w:pPr>
      <w:r>
        <w:t>Speculative ریاضی میں ہے۔</w:t>
      </w:r>
    </w:p>
    <w:p>
      <w:r>
        <w:rPr>
          <w:b/>
        </w:rPr>
        <w:t xml:space="preserve">[58:04] </w:t>
      </w:r>
      <w:r>
        <w:t>practical thinking jo hai, practical thinking mein is ka koi maqam nahi hai.</w:t>
      </w:r>
    </w:p>
    <w:p>
      <w:pPr>
        <w:jc w:val="right"/>
      </w:pPr>
      <w:r>
        <w:t>Practical thinking جو ہے، practical thinking میں اس کا کوئی مقام نہیں ہے۔</w:t>
      </w:r>
    </w:p>
    <w:p>
      <w:r>
        <w:rPr>
          <w:b/>
        </w:rPr>
        <w:t xml:space="preserve">[58:10] </w:t>
      </w:r>
      <w:r>
        <w:t>ek hai, aap practical tor par sochein, aap objective tor par sochein, scientific tor par sochein, to yeh</w:t>
      </w:r>
    </w:p>
    <w:p>
      <w:pPr>
        <w:jc w:val="right"/>
      </w:pPr>
      <w:r>
        <w:t>ایک ہے، آپ practical طور پر سوچیں، آپ objective طور پر سوچیں، scientific طور پر سوچیں، تو یہ</w:t>
      </w:r>
    </w:p>
    <w:p>
      <w:r>
        <w:rPr>
          <w:b/>
        </w:rPr>
        <w:t xml:space="preserve">[58:17] </w:t>
      </w:r>
      <w:r>
        <w:t>koi sawal hi nahi hai.</w:t>
      </w:r>
    </w:p>
    <w:p>
      <w:pPr>
        <w:jc w:val="right"/>
      </w:pPr>
      <w:r>
        <w:t>کوئی سوال ہی نہیں ہے۔</w:t>
      </w:r>
    </w:p>
    <w:p>
      <w:r>
        <w:rPr>
          <w:b/>
        </w:rPr>
        <w:t xml:space="preserve">[58:23] </w:t>
      </w:r>
      <w:r>
        <w:t>lekin jo log, yaani pure philosophy mein gum ho jaate hain, un ke liye is ka masla hai.</w:t>
      </w:r>
    </w:p>
    <w:p>
      <w:pPr>
        <w:jc w:val="right"/>
      </w:pPr>
      <w:r>
        <w:t>لیکن جو لوگ، یعنی pure philosophy میں گم ہو جاتے ہیں، ان کے لیے اس کا مسئلہ ہے۔</w:t>
      </w:r>
    </w:p>
    <w:p>
      <w:r>
        <w:rPr>
          <w:b/>
        </w:rPr>
        <w:t xml:space="preserve">[58:29] </w:t>
      </w:r>
      <w:r>
        <w:t>misal ke taur par dekhen, har aadmi ka apna personal experience kya hai? aap khud sochiye, aap kya</w:t>
      </w:r>
    </w:p>
    <w:p>
      <w:pPr>
        <w:jc w:val="right"/>
      </w:pPr>
      <w:r>
        <w:t>مثال کے طور پر دیکھیں، ہر آدمی کا اپنا personal experience کیا ہے؟ آپ خود سوچیے، آپ کیا</w:t>
      </w:r>
    </w:p>
    <w:p>
      <w:r>
        <w:rPr>
          <w:b/>
        </w:rPr>
        <w:t xml:space="preserve">[58:36] </w:t>
      </w:r>
      <w:r>
        <w:t>samajhte hain ke aap bandhe hue hain? kisi ne aap ka haath paon baandh rakha hai? har aadmi</w:t>
      </w:r>
    </w:p>
    <w:p>
      <w:pPr>
        <w:jc w:val="right"/>
      </w:pPr>
      <w:r>
        <w:t>سمجھتے ہیں کہ آپ بندھے ہوئے ہیں؟ کسی نے آپ کا ہاتھ پاؤں باندھ رکھا ہے؟ ہر آدمی</w:t>
      </w:r>
    </w:p>
    <w:p>
      <w:r>
        <w:rPr>
          <w:b/>
        </w:rPr>
        <w:t xml:space="preserve">[58:42] </w:t>
      </w:r>
      <w:r>
        <w:t>ho sakta hai ke main azaad hoon, chahe sooon, chahe jaagoon, paani piyoon, chahe na piyoon.</w:t>
      </w:r>
    </w:p>
    <w:p>
      <w:pPr>
        <w:jc w:val="right"/>
      </w:pPr>
      <w:r>
        <w:t>ہو سکتا ہے کہ میں آزاد ہوں، چاہے سوؤں، چاہے جاگوں، پانی پیوں، چاہے نہ پیوں۔</w:t>
      </w:r>
    </w:p>
    <w:p>
      <w:r>
        <w:rPr>
          <w:b/>
        </w:rPr>
        <w:t xml:space="preserve">[58:48] </w:t>
      </w:r>
      <w:r>
        <w:t>to yeh jaise yeh paani hai, ab yeh maine piya, na peeta to main azaad tha, na</w:t>
      </w:r>
    </w:p>
    <w:p>
      <w:pPr>
        <w:jc w:val="right"/>
      </w:pPr>
      <w:r>
        <w:t>تو یہ جیسے یہ پانی ہے، اب یہ میں نے پیا، نہ پیتا تو میں آزاد تھا، نہ</w:t>
      </w:r>
    </w:p>
    <w:p>
      <w:r>
        <w:rPr>
          <w:b/>
        </w:rPr>
        <w:t xml:space="preserve">[58:54] </w:t>
      </w:r>
      <w:r>
        <w:t>peene ke liye bhi.</w:t>
      </w:r>
    </w:p>
    <w:p>
      <w:pPr>
        <w:jc w:val="right"/>
      </w:pPr>
      <w:r>
        <w:t>پینے کے لیے بھی۔</w:t>
      </w:r>
    </w:p>
    <w:p>
      <w:r>
        <w:rPr>
          <w:b/>
        </w:rPr>
        <w:t xml:space="preserve">[59:01] </w:t>
      </w:r>
      <w:r>
        <w:t>to practical taur par har aadmi khud jo quran mein hai ke "bade liye insaan allah lafzi baseer</w:t>
      </w:r>
    </w:p>
    <w:p>
      <w:pPr>
        <w:jc w:val="right"/>
      </w:pPr>
      <w:r>
        <w:t>تو practical طور پر ہر آدمی خود جو قرآن میں ہے کہ "بڑے لیے انسان اللہ لفظی بصیر</w:t>
      </w:r>
    </w:p>
    <w:p>
      <w:r>
        <w:rPr>
          <w:b/>
        </w:rPr>
        <w:t xml:space="preserve">[59:07] </w:t>
      </w:r>
      <w:r>
        <w:t>hai", aadmi khud gawah hai, aadmi khud gawah hai.</w:t>
      </w:r>
    </w:p>
    <w:p>
      <w:pPr>
        <w:jc w:val="right"/>
      </w:pPr>
      <w:r>
        <w:t>ہے"، آدمی خود گواہ ہے، آدمی خود گواہ ہے۔</w:t>
      </w:r>
    </w:p>
    <w:p>
      <w:r>
        <w:rPr>
          <w:b/>
        </w:rPr>
        <w:t xml:space="preserve">[59:13] </w:t>
      </w:r>
      <w:r>
        <w:t>yeh to ek ek tasawwurati philosophy hai, yaani speculative jo kehte hain, is mein yeh sab masle paida hote hain.</w:t>
      </w:r>
    </w:p>
    <w:p>
      <w:pPr>
        <w:jc w:val="right"/>
      </w:pPr>
      <w:r>
        <w:t>یہ تو ایک ایک تصوراتی philosophy ہے، یعنی speculative جو کہتے ہیں، اس میں یہ سب مسئلے پیدا ہوتے ہیں۔</w:t>
      </w:r>
    </w:p>
    <w:p>
      <w:r>
        <w:rPr>
          <w:b/>
        </w:rPr>
        <w:t xml:space="preserve">[59:20] </w:t>
      </w:r>
      <w:r>
        <w:t>warna aap aap shadi karte hain, bachche paida karte hain, business karte hain, aur woh karte hain.</w:t>
      </w:r>
    </w:p>
    <w:p>
      <w:pPr>
        <w:jc w:val="right"/>
      </w:pPr>
      <w:r>
        <w:t>ورنہ آپ آپ شادی کرتے ہیں، بچے پیدا کرتے ہیں، business کرتے ہیں، اور وہ کرتے ہیں۔</w:t>
      </w:r>
    </w:p>
    <w:p>
      <w:r>
        <w:rPr>
          <w:b/>
        </w:rPr>
        <w:t xml:space="preserve">[59:26] </w:t>
      </w:r>
      <w:r>
        <w:t>to aap har jagah aap apne faisle se karte hain, apni soch se karte hain.</w:t>
      </w:r>
    </w:p>
    <w:p>
      <w:pPr>
        <w:jc w:val="right"/>
      </w:pPr>
      <w:r>
        <w:t>تو آپ ہر جگہ آپ اپنے فیصلے سے کرتے ہیں، اپنی سوچ سے کرتے ہیں۔</w:t>
      </w:r>
    </w:p>
    <w:p>
      <w:r>
        <w:rPr>
          <w:b/>
        </w:rPr>
        <w:t xml:space="preserve">[59:32] </w:t>
      </w:r>
      <w:r>
        <w:t>koi aisa nahi ke aap ka haath paon bandhe hue hain.</w:t>
      </w:r>
    </w:p>
    <w:p>
      <w:pPr>
        <w:jc w:val="right"/>
      </w:pPr>
      <w:r>
        <w:t>کوئی ایسا نہیں کہ آپ کا ہاتھ پاؤں بندھے ہوئے ہیں۔</w:t>
      </w:r>
    </w:p>
    <w:p>
      <w:r>
        <w:rPr>
          <w:b/>
        </w:rPr>
        <w:t xml:space="preserve">[59:38] </w:t>
      </w:r>
      <w:r>
        <w:t>to bas is waqt yeh yeh bilkul ek ek speculative philosophy ke masle hain, yeh koi real masle nahi hain.</w:t>
      </w:r>
    </w:p>
    <w:p>
      <w:pPr>
        <w:jc w:val="right"/>
      </w:pPr>
      <w:r>
        <w:t>تو بس اس وقت یہ یہ بالکل ایک ایک speculative philosophy کے مسائل ہیں، یہ کوئی real مسائل نہیں ہیں۔</w:t>
      </w:r>
    </w:p>
    <w:p>
      <w:r>
        <w:rPr>
          <w:b/>
        </w:rPr>
        <w:t xml:space="preserve">[59:45] </w:t>
      </w:r>
      <w:r>
        <w:t>maulana, agla sawal dilli se kya hai ajay devi sahib ne.</w:t>
      </w:r>
    </w:p>
    <w:p>
      <w:pPr>
        <w:jc w:val="right"/>
      </w:pPr>
      <w:r>
        <w:t>مولانا، اگلا سوال دلی سے کیا ہے اجے دیوی صاحب نے۔</w:t>
      </w:r>
    </w:p>
    <w:p>
      <w:r>
        <w:rPr>
          <w:b/>
        </w:rPr>
        <w:t xml:space="preserve">[59:51] </w:t>
      </w:r>
      <w:r>
        <w:t>unhon ne likha hai: "maulana, what is the reason that every individual is mr.</w:t>
      </w:r>
    </w:p>
    <w:p>
      <w:pPr>
        <w:jc w:val="right"/>
      </w:pPr>
      <w:r>
        <w:t>انہوں نے لکھا ہے: "مولانا، what is the reason that every individual is Mr.</w:t>
      </w:r>
    </w:p>
    <w:p>
      <w:r>
        <w:rPr>
          <w:b/>
        </w:rPr>
        <w:t xml:space="preserve">[59:57] </w:t>
      </w:r>
      <w:r>
        <w:t>different and miss different?"</w:t>
      </w:r>
    </w:p>
    <w:p>
      <w:pPr>
        <w:jc w:val="right"/>
      </w:pPr>
      <w:r>
        <w:t>different and Miss different?</w:t>
      </w:r>
    </w:p>
    <w:p>
      <w:r>
        <w:rPr>
          <w:b/>
        </w:rPr>
        <w:t xml:space="preserve">[1:00:04] </w:t>
      </w:r>
      <w:r>
        <w:t>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jc w:val="right"/>
      </w:pPr>
      <w:r>
        <w:t>Is there any divine purpose to this? " ضرور اس میں divine purpose ہے، کیونکہ difference جو ہے، وہ چیز تو جس جس طرف آتا ہے، intellectual جو دو ذہن ٹکراتے ہیں۔ اگر ایسا نہ ہو، سب لوگ بالکل ایک یکساں طرز پر سوچیں تو کوئی ترقی نہیں ہوگی۔ If everybody thinks alike, no one thinks very much. جی تو difference جو ہے، بہت بڑی نعمت ہے، اسی کی وجہ سے تمام علمی ترقیاں ہوتی ہیں۔ یہ تو ایک حقیقت ہے۔ اوکے، سو we will end today's Sunday session.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