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Maulana Wahiduddin Khan's Life and Work August 27, 2016</w:t>
      </w:r>
    </w:p>
    <w:p>
      <w:r>
        <w:t>https://www.youtube.com/watch?v=KAEB8r6qO2U</w:t>
      </w:r>
    </w:p>
    <w:p>
      <w:r>
        <w:rPr>
          <w:b/>
        </w:rPr>
        <w:t xml:space="preserve">[00:13] </w:t>
      </w:r>
      <w:r>
        <w:t>bismillah rahman rahim, assalam o alaikum.</w:t>
      </w:r>
    </w:p>
    <w:p>
      <w:pPr>
        <w:jc w:val="right"/>
      </w:pPr>
      <w:r>
        <w:t>بسم اللہ الرحمن الرحیم، السلام علیکم۔</w:t>
      </w:r>
    </w:p>
    <w:p>
      <w:r>
        <w:rPr>
          <w:b/>
        </w:rPr>
        <w:t xml:space="preserve">[00:18] </w:t>
      </w:r>
      <w:r>
        <w:t>Welcome to the question answer series with CPS founder Maulana Wahiduddin Khan Sahab.</w:t>
      </w:r>
    </w:p>
    <w:p>
      <w:pPr>
        <w:jc w:val="right"/>
      </w:pPr>
      <w:r>
        <w:t>ویلکم ٹو دی کوئسچن اینسر سیریز ود سی پی ایس فاؤنڈر مولانا وحید الدین خان صاحب۔</w:t>
      </w:r>
    </w:p>
    <w:p>
      <w:r>
        <w:rPr>
          <w:b/>
        </w:rPr>
        <w:t xml:space="preserve">[00:24] </w:t>
      </w:r>
      <w:r>
        <w:t>The theme for today's session is the life and work of Maulana Wahiduddin Khan.</w:t>
      </w:r>
    </w:p>
    <w:p>
      <w:pPr>
        <w:jc w:val="right"/>
      </w:pPr>
      <w:r>
        <w:t>دی تھیم فار ٹوڈے سیشن از دی لائف اینڈ ورک آف مولانا وحید الدین خان۔</w:t>
      </w:r>
    </w:p>
    <w:p>
      <w:r>
        <w:rPr>
          <w:b/>
        </w:rPr>
        <w:t xml:space="preserve">[00:30] </w:t>
      </w:r>
      <w:r>
        <w:t>Maulana Wahiduddin Khan Saheb is an Islamic scholar who is known for his work in the area</w:t>
      </w:r>
    </w:p>
    <w:p>
      <w:pPr>
        <w:jc w:val="right"/>
      </w:pPr>
      <w:r>
        <w:t>مولانا وحید الدین خان صاحب از این اسلامک سکالر ہو از نون فار ہز ورک ان دی ایریا</w:t>
      </w:r>
    </w:p>
    <w:p>
      <w:r>
        <w:rPr>
          <w:b/>
        </w:rPr>
        <w:t xml:space="preserve">[00:35] </w:t>
      </w:r>
      <w:r>
        <w:t>of peace and harmony.</w:t>
      </w:r>
    </w:p>
    <w:p>
      <w:pPr>
        <w:jc w:val="right"/>
      </w:pPr>
      <w:r>
        <w:t>آف پیس اینڈ ہارمونی۔</w:t>
      </w:r>
    </w:p>
    <w:p>
      <w:r>
        <w:rPr>
          <w:b/>
        </w:rPr>
        <w:t xml:space="preserve">[00:41] </w:t>
      </w:r>
      <w:r>
        <w:t>He has authored more than two hundred books including the translation of Quran which is available over ten</w:t>
      </w:r>
    </w:p>
    <w:p>
      <w:pPr>
        <w:jc w:val="right"/>
      </w:pPr>
      <w:r>
        <w:t>ہی از آتھرڈ مور دین ٹو ہنڈرڈ بکس انکلوڈنگ دی ٹرانسلیشن آف قرآن وچ از اویلیبل اوور ٹین</w:t>
      </w:r>
    </w:p>
    <w:p>
      <w:r>
        <w:rPr>
          <w:b/>
        </w:rPr>
        <w:t xml:space="preserve">[00:47] </w:t>
      </w:r>
      <w:r>
        <w:t>languages nationally and internationally.</w:t>
      </w:r>
    </w:p>
    <w:p>
      <w:pPr>
        <w:jc w:val="right"/>
      </w:pPr>
      <w:r>
        <w:t>لینگویجز نیشنلی اینڈ انٹرنیشنلی۔</w:t>
      </w:r>
    </w:p>
    <w:p>
      <w:r>
        <w:rPr>
          <w:b/>
        </w:rPr>
        <w:t xml:space="preserve">[00:52] </w:t>
      </w:r>
      <w:r>
        <w:t>Not only he is known as a spiritual guide for Muslims but for entire humanity.</w:t>
      </w:r>
    </w:p>
    <w:p>
      <w:pPr>
        <w:jc w:val="right"/>
      </w:pPr>
      <w:r>
        <w:t>ناٹ اونلی ہی از نون ایز اے سپرچول گائیڈ فار مسلمز بٹ فار انٹائر ہیومینٹی۔</w:t>
      </w:r>
    </w:p>
    <w:p>
      <w:r>
        <w:rPr>
          <w:b/>
        </w:rPr>
        <w:t xml:space="preserve">[00:58] </w:t>
      </w:r>
      <w:r>
        <w:t>He claims, not only he not only claims but rather insists that the equation is not between enemy</w:t>
      </w:r>
    </w:p>
    <w:p>
      <w:pPr>
        <w:jc w:val="right"/>
      </w:pPr>
      <w:r>
        <w:t>ہی کلیمز، ناٹ اونلی ہی ناٹ اونلی کلیمز بٹ رادر انسسٹ دیٹ دی ایکویشن از ناٹ بٹوین اینمی</w:t>
      </w:r>
    </w:p>
    <w:p>
      <w:r>
        <w:rPr>
          <w:b/>
        </w:rPr>
        <w:t xml:space="preserve">[01:04] </w:t>
      </w:r>
      <w:r>
        <w:t>And friend but the equation is between friend and a potential friend.</w:t>
      </w:r>
    </w:p>
    <w:p>
      <w:pPr>
        <w:jc w:val="right"/>
      </w:pPr>
      <w:r>
        <w:t>اینڈ فرینڈ بٹ دی ایکویشن از بٹوین فرینڈ اینڈ اے پوٹینشل فرینڈ۔</w:t>
      </w:r>
    </w:p>
    <w:p>
      <w:r>
        <w:rPr>
          <w:b/>
        </w:rPr>
        <w:t xml:space="preserve">[01:09] </w:t>
      </w:r>
      <w:r>
        <w:t>We will discuss many aspects of his life today in the question answer series.</w:t>
      </w:r>
    </w:p>
    <w:p>
      <w:pPr>
        <w:jc w:val="right"/>
      </w:pPr>
      <w:r>
        <w:t>وی ویل ڈسکس مینی ایسپیکٹس آف ہز لائف ٹوڈے ان دی کوئسچن اینسر سیریز۔</w:t>
      </w:r>
    </w:p>
    <w:p>
      <w:r>
        <w:rPr>
          <w:b/>
        </w:rPr>
        <w:t xml:space="preserve">[01:15] </w:t>
      </w:r>
      <w:r>
        <w:t>مولانا صاحب، to begin with, can you please give a brief description about your family and forefathers?</w:t>
      </w:r>
    </w:p>
    <w:p>
      <w:pPr>
        <w:jc w:val="right"/>
      </w:pPr>
      <w:r>
        <w:t>مولانا صاحب، ٹو بیگن ود کین یو پلیز گیو اے بریف ڈسکرپشن اباؤٹ یور فیملی اینڈ فور فادرز؟</w:t>
      </w:r>
    </w:p>
    <w:p>
      <w:r>
        <w:rPr>
          <w:b/>
        </w:rPr>
        <w:t xml:space="preserve">[01:21] </w:t>
      </w:r>
      <w:r>
        <w:t>dekhen, mere jo fore fathers the woh swat mein paida hue, paanch sau saal pehle.</w:t>
      </w:r>
    </w:p>
    <w:p>
      <w:pPr>
        <w:jc w:val="right"/>
      </w:pPr>
      <w:r>
        <w:t>دیکھیں، میرے جو فور فادرز تھے وہ سوات میں پیدا ہوئے، پانچ سو سال پہلے۔</w:t>
      </w:r>
    </w:p>
    <w:p>
      <w:r>
        <w:rPr>
          <w:b/>
        </w:rPr>
        <w:t xml:space="preserve">[01:28] </w:t>
      </w:r>
      <w:r>
        <w:t>is waqt swat afghanistan ka ek part tha.</w:t>
      </w:r>
    </w:p>
    <w:p>
      <w:pPr>
        <w:jc w:val="right"/>
      </w:pPr>
      <w:r>
        <w:t>اس وقت سوات افغانستان کا ایک پارٹ تھا۔</w:t>
      </w:r>
    </w:p>
    <w:p>
      <w:r>
        <w:rPr>
          <w:b/>
        </w:rPr>
        <w:t xml:space="preserve">[01:36] </w:t>
      </w:r>
      <w:r>
        <w:t>to family dispute ki wajah se hamare jo fore father the wahan se chhod kar ke india aa gaye.</w:t>
      </w:r>
    </w:p>
    <w:p>
      <w:pPr>
        <w:jc w:val="right"/>
      </w:pPr>
      <w:r>
        <w:t>تو فیملی ڈسپیوٹ کی وجہ سے ہمارے جو فور فادر تھے وہاں سے چھوڑ کر کے انڈیا آ گئے۔</w:t>
      </w:r>
    </w:p>
    <w:p>
      <w:r>
        <w:rPr>
          <w:b/>
        </w:rPr>
        <w:t xml:space="preserve">[01:44] </w:t>
      </w:r>
      <w:r>
        <w:t>sab se pehle woh aaye jaan pur, phir woh settle hue adam garh mein ek gaon mein.</w:t>
      </w:r>
    </w:p>
    <w:p>
      <w:pPr>
        <w:jc w:val="right"/>
      </w:pPr>
      <w:r>
        <w:t>سب سے پہلے وہ آئے جان پور، پھر وہ سیٹل ہوئے آدم گڑھ میں ایک گاؤں میں۔</w:t>
      </w:r>
    </w:p>
    <w:p>
      <w:r>
        <w:rPr>
          <w:b/>
        </w:rPr>
        <w:t xml:space="preserve">[01:52] </w:t>
      </w:r>
      <w:r>
        <w:t>yeh badi anokhi baat hai ke swat se adam garh tak jab chale woh ghore par, us zamane</w:t>
      </w:r>
    </w:p>
    <w:p>
      <w:pPr>
        <w:jc w:val="right"/>
      </w:pPr>
      <w:r>
        <w:t>یہ بڑی انوکھی بات ہے کہ سوات سے آدم گڑھ تک جب چلے وہ گھوڑے پر، اس زمانے</w:t>
      </w:r>
    </w:p>
    <w:p>
      <w:r>
        <w:rPr>
          <w:b/>
        </w:rPr>
        <w:t xml:space="preserve">[02:00] </w:t>
      </w:r>
      <w:r>
        <w:t>mein ghore par safar hota tha to raaste mein bade bade shehar pade bohat se.</w:t>
      </w:r>
    </w:p>
    <w:p>
      <w:pPr>
        <w:jc w:val="right"/>
      </w:pPr>
      <w:r>
        <w:t>میں گھوڑے پر سفر ہوتا تھا تو راستے میں بڑے بڑے شہر پڑے بہت سے۔</w:t>
      </w:r>
    </w:p>
    <w:p>
      <w:r>
        <w:rPr>
          <w:b/>
        </w:rPr>
        <w:t xml:space="preserve">[02:08] </w:t>
      </w:r>
      <w:r>
        <w:t>lekin woh kisi shehar mein settle nahi hue.</w:t>
      </w:r>
    </w:p>
    <w:p>
      <w:pPr>
        <w:jc w:val="right"/>
      </w:pPr>
      <w:r>
        <w:t>لیکن وہ کسی شہر میں سیٹل نہیں ہوئے۔</w:t>
      </w:r>
    </w:p>
    <w:p>
      <w:r>
        <w:rPr>
          <w:b/>
        </w:rPr>
        <w:t xml:space="preserve">[02:16] </w:t>
      </w:r>
      <w:r>
        <w:t>ab mein sochta hoon ke yeh meri zindagi ka bohat bara waqea tha kyunke shehron mein is zamane</w:t>
      </w:r>
    </w:p>
    <w:p>
      <w:pPr>
        <w:jc w:val="right"/>
      </w:pPr>
      <w:r>
        <w:t>اب میں سوچتا ہوں کہ یہ میری زندگی کا بہت بڑا واقعہ تھا کیونکہ شہروں میں اس زمانے</w:t>
      </w:r>
    </w:p>
    <w:p>
      <w:r>
        <w:rPr>
          <w:b/>
        </w:rPr>
        <w:t xml:space="preserve">[02:23] </w:t>
      </w:r>
      <w:r>
        <w:t>mein, aap jante hain ke yeh british period tha, yeh har jagah bas politics, politics, politics, politics.</w:t>
      </w:r>
    </w:p>
    <w:p>
      <w:pPr>
        <w:jc w:val="right"/>
      </w:pPr>
      <w:r>
        <w:t>میں، آپ جانتے ہیں کہ یہ برٹش پیریڈ تھا، یہ ہر جگہ بس پولیٹکس، پولیٹکس، پولیٹکس، پولیٹکس۔</w:t>
      </w:r>
    </w:p>
    <w:p>
      <w:r>
        <w:rPr>
          <w:b/>
        </w:rPr>
        <w:t xml:space="preserve">[02:31] </w:t>
      </w:r>
      <w:r>
        <w:t>to ek gaon mein paida hone ki wajah se mein politics se bach gaya.</w:t>
      </w:r>
    </w:p>
    <w:p>
      <w:pPr>
        <w:jc w:val="right"/>
      </w:pPr>
      <w:r>
        <w:t>تو ایک گاؤں میں پیدا ہونے کی وجہ سے میں پولیٹکس سے بچ گیا۔</w:t>
      </w:r>
    </w:p>
    <w:p>
      <w:r>
        <w:rPr>
          <w:b/>
        </w:rPr>
        <w:t xml:space="preserve">[02:39] </w:t>
      </w:r>
      <w:r>
        <w:t>poore maanon mein mere andar ek non political thinking paida hui.</w:t>
      </w:r>
    </w:p>
    <w:p>
      <w:pPr>
        <w:jc w:val="right"/>
      </w:pPr>
      <w:r>
        <w:t>پورے معنوں میں میرے اندر ایک نان پولیٹیکل تھنکنگ پیدا ہوئی۔</w:t>
      </w:r>
    </w:p>
    <w:p>
      <w:r>
        <w:rPr>
          <w:b/>
        </w:rPr>
        <w:t xml:space="preserve">[02:47] </w:t>
      </w:r>
      <w:r>
        <w:t>phir dekhen, mein gaon mein paida hua, gaon mein raha.</w:t>
      </w:r>
    </w:p>
    <w:p>
      <w:pPr>
        <w:jc w:val="right"/>
      </w:pPr>
      <w:r>
        <w:t>پھر دیکھیں، میں گاؤں میں پیدا ہوا، گاؤں میں رہا۔</w:t>
      </w:r>
    </w:p>
    <w:p>
      <w:r>
        <w:rPr>
          <w:b/>
        </w:rPr>
        <w:t xml:space="preserve">[02:55] </w:t>
      </w:r>
      <w:r>
        <w:t>to phir jo ab breaking hai ya mera jo formative period hai meri zindagi ka woh guzra gaon mein.</w:t>
      </w:r>
    </w:p>
    <w:p>
      <w:pPr>
        <w:jc w:val="right"/>
      </w:pPr>
      <w:r>
        <w:t>تو پھر جو اب بریکنگ ہے یا میرا جو فارمیٹیو پیریڈ ہے میری زندگی کا وہ گزرا گاؤں میں۔</w:t>
      </w:r>
    </w:p>
    <w:p>
      <w:r>
        <w:rPr>
          <w:b/>
        </w:rPr>
        <w:t xml:space="preserve">[03:03] </w:t>
      </w:r>
      <w:r>
        <w:t>bilkul ek natural mahol tha wahan par, har taraf nature.</w:t>
      </w:r>
    </w:p>
    <w:p>
      <w:pPr>
        <w:jc w:val="right"/>
      </w:pPr>
      <w:r>
        <w:t>بالکل ایک نیچرل ماحول تھا وہاں پر، ہر طرف نیچر۔</w:t>
      </w:r>
    </w:p>
    <w:p>
      <w:r>
        <w:rPr>
          <w:b/>
        </w:rPr>
        <w:t xml:space="preserve">[03:11] </w:t>
      </w:r>
      <w:r>
        <w:t>hamare gaon chota sa gaon tha, ek naddi ke kinare abad tha woh, har taraf se haryali, har taraf khet.</w:t>
      </w:r>
    </w:p>
    <w:p>
      <w:pPr>
        <w:jc w:val="right"/>
      </w:pPr>
      <w:r>
        <w:t>ہمارے گاؤں چھوٹا سا گاؤں تھا، ایک ندی کے کنارے آباد تھا وہ، ہر طرف سے ہریالی، ہر طرف کھیت۔</w:t>
      </w:r>
    </w:p>
    <w:p>
      <w:r>
        <w:rPr>
          <w:b/>
        </w:rPr>
        <w:t xml:space="preserve">[03:18] </w:t>
      </w:r>
      <w:r>
        <w:t>zindagi bohat hi simple.</w:t>
      </w:r>
    </w:p>
    <w:p>
      <w:pPr>
        <w:jc w:val="right"/>
      </w:pPr>
      <w:r>
        <w:t>زندگی بہت ہی سمپل۔</w:t>
      </w:r>
    </w:p>
    <w:p>
      <w:r>
        <w:rPr>
          <w:b/>
        </w:rPr>
        <w:t xml:space="preserve">[03:26] </w:t>
      </w:r>
      <w:r>
        <w:t>is se mere andar woh cheez aayi jis ko kaha jata hai simple living, high thinking.</w:t>
      </w:r>
    </w:p>
    <w:p>
      <w:pPr>
        <w:jc w:val="right"/>
      </w:pPr>
      <w:r>
        <w:t>اس سے میرے اندر وہ چیز آئی جس کو کہا جاتا ہے سمپل لیونگ، ہائی تھنکنگ۔</w:t>
      </w:r>
    </w:p>
    <w:p>
      <w:r>
        <w:rPr>
          <w:b/>
        </w:rPr>
        <w:t xml:space="preserve">[03:34] </w:t>
      </w:r>
      <w:r>
        <w:t>yeh kabhi na hoti agar mein kisi shehar mein paida hua hota to.</w:t>
      </w:r>
    </w:p>
    <w:p>
      <w:pPr>
        <w:jc w:val="right"/>
      </w:pPr>
      <w:r>
        <w:t>یہ کبھی نہ ہوتی اگر میں کسی شہر میں پیدا ہوا ہوتا تو۔</w:t>
      </w:r>
    </w:p>
    <w:p>
      <w:r>
        <w:rPr>
          <w:b/>
        </w:rPr>
        <w:t xml:space="preserve">[03:42] </w:t>
      </w:r>
      <w:r>
        <w:t>is tarah se jo meri ab breaking hai woh aise mahol mein hui jo bohat hi mawaafiq mahol</w:t>
      </w:r>
    </w:p>
    <w:p>
      <w:pPr>
        <w:jc w:val="right"/>
      </w:pPr>
      <w:r>
        <w:t>اس طرح سے جو میری اب بریکنگ ہے وہ ایسے ماحول میں ہوئی جو بہت ہی موافق ماحول</w:t>
      </w:r>
    </w:p>
    <w:p>
      <w:r>
        <w:rPr>
          <w:b/>
        </w:rPr>
        <w:t xml:space="preserve">[03:50] </w:t>
      </w:r>
      <w:r>
        <w:t>tha mere liye.</w:t>
      </w:r>
    </w:p>
    <w:p>
      <w:pPr>
        <w:jc w:val="right"/>
      </w:pPr>
      <w:r>
        <w:t>تھا میرے لیے۔</w:t>
      </w:r>
    </w:p>
    <w:p>
      <w:r>
        <w:rPr>
          <w:b/>
        </w:rPr>
        <w:t xml:space="preserve">[03:58] </w:t>
      </w:r>
      <w:r>
        <w:t>phir mere baap ka inteqal ho gaya jab mein chhe saal ka tha, yani yateem ho gaya mein.</w:t>
      </w:r>
    </w:p>
    <w:p>
      <w:pPr>
        <w:jc w:val="right"/>
      </w:pPr>
      <w:r>
        <w:t>پھر میرے باپ کا انتقال ہو گیا جب میں چھ سال کا تھا، یعنی یتیم ہو گیا میں۔</w:t>
      </w:r>
    </w:p>
    <w:p>
      <w:r>
        <w:rPr>
          <w:b/>
        </w:rPr>
        <w:t xml:space="preserve">[04:06] </w:t>
      </w:r>
      <w:r>
        <w:t>dekhen, yateem hona ek bohat hi bara tajurba hota hai kisi insan ke liye.</w:t>
      </w:r>
    </w:p>
    <w:p>
      <w:pPr>
        <w:jc w:val="right"/>
      </w:pPr>
      <w:r>
        <w:t>دیکھیں، یتیم ہونا ایک بہت ہی بڑا تجربہ ہوتا ہے کسی انسان کے لیے۔</w:t>
      </w:r>
    </w:p>
    <w:p>
      <w:r>
        <w:rPr>
          <w:b/>
        </w:rPr>
        <w:t xml:space="preserve">[04:13] </w:t>
      </w:r>
      <w:r>
        <w:t>yateem hone ki wajah se mere andar self confidence aaya, mein pampering se bach gaya.</w:t>
      </w:r>
    </w:p>
    <w:p>
      <w:pPr>
        <w:jc w:val="right"/>
      </w:pPr>
      <w:r>
        <w:t>یتیم ہونے کی وجہ سے میرے اندر سیلف کانفیڈنس آیا، میں پیمپرنگ سے بچ گیا۔</w:t>
      </w:r>
    </w:p>
    <w:p>
      <w:r>
        <w:rPr>
          <w:b/>
        </w:rPr>
        <w:t xml:space="preserve">[04:21] </w:t>
      </w:r>
      <w:r>
        <w:t>mere andar, mere halaat ke nateejay mein mere andar realistic approach aaya.</w:t>
      </w:r>
    </w:p>
    <w:p>
      <w:pPr>
        <w:jc w:val="right"/>
      </w:pPr>
      <w:r>
        <w:t>میرے اندر، میرے حالات کے نتیجے میں میرے اندر ریلسٹک اپروچ آیا۔</w:t>
      </w:r>
    </w:p>
    <w:p>
      <w:r>
        <w:rPr>
          <w:b/>
        </w:rPr>
        <w:t xml:space="preserve">[04:29] </w:t>
      </w:r>
      <w:r>
        <w:t>yeh sab hua.</w:t>
      </w:r>
    </w:p>
    <w:p>
      <w:pPr>
        <w:jc w:val="right"/>
      </w:pPr>
      <w:r>
        <w:t>یہ سب ہوا۔</w:t>
      </w:r>
    </w:p>
    <w:p>
      <w:r>
        <w:rPr>
          <w:b/>
        </w:rPr>
        <w:t xml:space="preserve">[04:37] </w:t>
      </w:r>
      <w:r>
        <w:t>to mein samajhta hoon ke yeh is mein meri koi apni to planning thi nahi, lekin halaat aise</w:t>
      </w:r>
    </w:p>
    <w:p>
      <w:pPr>
        <w:jc w:val="right"/>
      </w:pPr>
      <w:r>
        <w:t>تو میں سمجھتا ہوں کہ یہ اس میں میری کوئی اپنی تو پلاننگ تھی نہیں، لیکن حالات ایسے</w:t>
      </w:r>
    </w:p>
    <w:p>
      <w:r>
        <w:rPr>
          <w:b/>
        </w:rPr>
        <w:t xml:space="preserve">[04:45] </w:t>
      </w:r>
      <w:r>
        <w:t>paida hue mere ke mein poora jo zamana mera bachpan ka aur jawani ka hai woh aise mahol</w:t>
      </w:r>
    </w:p>
    <w:p>
      <w:pPr>
        <w:jc w:val="right"/>
      </w:pPr>
      <w:r>
        <w:t>پیدا ہوئے میرے کہ میں پورا جو زمانہ میرا بچپن کا اور جوانی کا ہے وہ ایسے ماحول</w:t>
      </w:r>
    </w:p>
    <w:p>
      <w:r>
        <w:rPr>
          <w:b/>
        </w:rPr>
        <w:t xml:space="preserve">[04:53] </w:t>
      </w:r>
      <w:r>
        <w:t>mein guzra jis mein bigaad ke asbab thay hi nahin.</w:t>
      </w:r>
    </w:p>
    <w:p>
      <w:pPr>
        <w:jc w:val="right"/>
      </w:pPr>
      <w:r>
        <w:t>میں گزرا جس میں بگاڑ کے اسباب تھے ہی نہیں۔</w:t>
      </w:r>
    </w:p>
    <w:p>
      <w:r>
        <w:rPr>
          <w:b/>
        </w:rPr>
        <w:t xml:space="preserve">[05:01] </w:t>
      </w:r>
      <w:r>
        <w:t>bigaad se matlab hai political thinking, violence, hate, is tarah ki cheezen jo bohat aam hain logon mein,</w:t>
      </w:r>
    </w:p>
    <w:p>
      <w:pPr>
        <w:jc w:val="right"/>
      </w:pPr>
      <w:r>
        <w:t>بگاڑ سے مطلب ہے پولیٹیکل تھنکنگ، وائلنس، ہیٹ، اس طرح کی چیزیں جو بہت عام ہیں لوگوں میں،</w:t>
      </w:r>
    </w:p>
    <w:p>
      <w:r>
        <w:rPr>
          <w:b/>
        </w:rPr>
        <w:t xml:space="preserve">[05:08] </w:t>
      </w:r>
      <w:r>
        <w:t>woh mere andar paida hi nahin hui.</w:t>
      </w:r>
    </w:p>
    <w:p>
      <w:pPr>
        <w:jc w:val="right"/>
      </w:pPr>
      <w:r>
        <w:t>وہ میرے اندر پیدا ہی نہیں ہوئی۔</w:t>
      </w:r>
    </w:p>
    <w:p>
      <w:r>
        <w:rPr>
          <w:b/>
        </w:rPr>
        <w:t xml:space="preserve">[05:16] </w:t>
      </w:r>
      <w:r>
        <w:t>aur dekhen, mein ek pathan hoon.</w:t>
      </w:r>
    </w:p>
    <w:p>
      <w:pPr>
        <w:jc w:val="right"/>
      </w:pPr>
      <w:r>
        <w:t>اور دیکھیں، میں ایک پٹھان ہوں۔</w:t>
      </w:r>
    </w:p>
    <w:p>
      <w:r>
        <w:rPr>
          <w:b/>
        </w:rPr>
        <w:t xml:space="preserve">[05:24] </w:t>
      </w:r>
      <w:r>
        <w:t>pathan ki jo khaas quality hoti hai, pathan jhoot nahin bolta.</w:t>
      </w:r>
    </w:p>
    <w:p>
      <w:pPr>
        <w:jc w:val="right"/>
      </w:pPr>
      <w:r>
        <w:t>پٹھان کی جو خاص کوالٹی ہوتی ہے، پٹھان جھوٹ نہیں بولتا۔</w:t>
      </w:r>
    </w:p>
    <w:p>
      <w:r>
        <w:rPr>
          <w:b/>
        </w:rPr>
        <w:t xml:space="preserve">[05:32] </w:t>
      </w:r>
      <w:r>
        <w:t>is se barahter kya cheez aai? as it is thinking.</w:t>
      </w:r>
    </w:p>
    <w:p>
      <w:pPr>
        <w:jc w:val="right"/>
      </w:pPr>
      <w:r>
        <w:t>اس سے براہتر کیا چیز آئی؟ ایز اٹ از تھنکنگ۔</w:t>
      </w:r>
    </w:p>
    <w:p>
      <w:r>
        <w:rPr>
          <w:b/>
        </w:rPr>
        <w:t xml:space="preserve">[05:40] </w:t>
      </w:r>
      <w:r>
        <w:t>sach bolna kya hai? as it is statement dena.</w:t>
      </w:r>
    </w:p>
    <w:p>
      <w:pPr>
        <w:jc w:val="right"/>
      </w:pPr>
      <w:r>
        <w:t>سچ بولنا کیا ہے؟ ایز اٹ از سٹیٹمنٹ دینا۔</w:t>
      </w:r>
    </w:p>
    <w:p>
      <w:r>
        <w:rPr>
          <w:b/>
        </w:rPr>
        <w:t xml:space="preserve">[05:48] </w:t>
      </w:r>
      <w:r>
        <w:t>to mere andar yeh ek bohat anokhi sifat aai, as it is thinking.</w:t>
      </w:r>
    </w:p>
    <w:p>
      <w:pPr>
        <w:jc w:val="right"/>
      </w:pPr>
      <w:r>
        <w:t>تو میرے اندر یہ ایک بہت انوکھی صفت آئی، ایز اٹ از تھنکنگ۔</w:t>
      </w:r>
    </w:p>
    <w:p>
      <w:r>
        <w:rPr>
          <w:b/>
        </w:rPr>
        <w:t xml:space="preserve">[05:56] </w:t>
      </w:r>
      <w:r>
        <w:t>to poori zindagi mein, mujhe jahan tak mujhe yaad hai, hamesha mein dekhta tha ke reality kya hai?</w:t>
      </w:r>
    </w:p>
    <w:p>
      <w:pPr>
        <w:jc w:val="right"/>
      </w:pPr>
      <w:r>
        <w:t>تو پوری زندگی میں، مجھے جہاں تک مجھے یاد ہے، ہمیشہ میں دیکھتا تھا کہ ریلیٹی کیا ہے؟</w:t>
      </w:r>
    </w:p>
    <w:p>
      <w:r>
        <w:rPr>
          <w:b/>
        </w:rPr>
        <w:t xml:space="preserve">[06:03] </w:t>
      </w:r>
      <w:r>
        <w:t>reality, haqeeqat waqea kya hai? yeh sab sifat mere andar jo paida huin, mere halaat ke nateejay mein paida huin.</w:t>
      </w:r>
    </w:p>
    <w:p>
      <w:pPr>
        <w:jc w:val="right"/>
      </w:pPr>
      <w:r>
        <w:t>ریلیٹی، حقیقت واقعہ کیا ہے؟ یہ سب صفات میرے اندر جو پیدا ہوئیں، میرے حالات کے نتیجے میں پیدا ہوئیں۔</w:t>
      </w:r>
    </w:p>
    <w:p>
      <w:r>
        <w:rPr>
          <w:b/>
        </w:rPr>
        <w:t xml:space="preserve">[06:11] </w:t>
      </w:r>
      <w:r>
        <w:t>aur jis subah ko mein paida hua, us raat ko mere baap ne khwab dekha ke mein paida hua</w:t>
      </w:r>
    </w:p>
    <w:p>
      <w:pPr>
        <w:jc w:val="right"/>
      </w:pPr>
      <w:r>
        <w:t>اور جس صبح کو میں پیدا ہوا، اس رات کو میرے بان خواب دیکھا کہ میں پیدا ہوا</w:t>
      </w:r>
    </w:p>
    <w:p>
      <w:r>
        <w:rPr>
          <w:b/>
        </w:rPr>
        <w:t xml:space="preserve">[06:19] </w:t>
      </w:r>
      <w:r>
        <w:t>hoon aur ek bohat bara hathi aaya hai.</w:t>
      </w:r>
    </w:p>
    <w:p>
      <w:pPr>
        <w:jc w:val="right"/>
      </w:pPr>
      <w:r>
        <w:t>ہوں اور ایک بہت بڑا ہاتھی آیا ہے۔</w:t>
      </w:r>
    </w:p>
    <w:p>
      <w:r>
        <w:rPr>
          <w:b/>
        </w:rPr>
        <w:t xml:space="preserve">[06:27] </w:t>
      </w:r>
      <w:r>
        <w:t>hathi ne apne soot par mujh ko uthaya, apni peeth par rakh liya aur chala gaya jangl mein.</w:t>
      </w:r>
    </w:p>
    <w:p>
      <w:pPr>
        <w:jc w:val="right"/>
      </w:pPr>
      <w:r>
        <w:t>ہاتھی نے اپنے سوٹ پر مجھ کو اٹھایا، اپنی پیٹھ پر رکھ لیا اور چلا گیا جنگل میں۔</w:t>
      </w:r>
    </w:p>
    <w:p>
      <w:r>
        <w:rPr>
          <w:b/>
        </w:rPr>
        <w:t xml:space="preserve">[06:35] </w:t>
      </w:r>
      <w:r>
        <w:t>mein samajhta hoon ke yeh is baat ka ishara tha ke meri ab breaking nature mein hogi.</w:t>
      </w:r>
    </w:p>
    <w:p>
      <w:pPr>
        <w:jc w:val="right"/>
      </w:pPr>
      <w:r>
        <w:t>میں سمجھتا ہوں کہ یہ اس بات کا اشارہ تھا کہ میری اب بریکنگ نیچر میں ہوگی۔</w:t>
      </w:r>
    </w:p>
    <w:p>
      <w:r>
        <w:rPr>
          <w:b/>
        </w:rPr>
        <w:t xml:space="preserve">[06:43] </w:t>
      </w:r>
      <w:r>
        <w:t>nature mein, woh isi hua.</w:t>
      </w:r>
    </w:p>
    <w:p>
      <w:pPr>
        <w:jc w:val="right"/>
      </w:pPr>
      <w:r>
        <w:t>نیچر میں، وہ اسی ہوا۔</w:t>
      </w:r>
    </w:p>
    <w:p>
      <w:r>
        <w:rPr>
          <w:b/>
        </w:rPr>
        <w:t xml:space="preserve">[06:51] </w:t>
      </w:r>
      <w:r>
        <w:t>Maulana sahib, you mentioned that you lost your father at a very young age and this had a deep impact on your mind. Did it ever make you negative in your life that you lost your father at a very young age?</w:t>
      </w:r>
    </w:p>
    <w:p>
      <w:pPr>
        <w:jc w:val="right"/>
      </w:pPr>
      <w:r>
        <w:t>مولانا صاحب، یو مینشن دیٹ یو لاسٹ یور فادر ایٹ اے ویری ینگ ایج اینڈ دس ہیڈ اے ڈیپ امپیکٹ ان یور مائنڈ۔ ڈیڈ اٹ ایور میک یو نیگیٹیو ان یور لائف دیٹ یو لاسٹ یور فادر ایٹ اے ویری ینگ ایج؟</w:t>
      </w:r>
    </w:p>
    <w:p>
      <w:r>
        <w:rPr>
          <w:b/>
        </w:rPr>
        <w:t xml:space="preserve">[07:07] </w:t>
      </w:r>
      <w:r>
        <w:t>nahi, dekhein, is waqt mein shayad chhe saal ka tha.</w:t>
      </w:r>
    </w:p>
    <w:p>
      <w:pPr>
        <w:jc w:val="right"/>
      </w:pPr>
      <w:r>
        <w:t>نہیں، دیکھیں، اس وقت میں شاید چھ سال کا تھا۔</w:t>
      </w:r>
    </w:p>
    <w:p>
      <w:r>
        <w:rPr>
          <w:b/>
        </w:rPr>
        <w:t xml:space="preserve">[07:13] </w:t>
      </w:r>
      <w:r>
        <w:t>to mein bohat hi, mere baap bhi bohat pampering karte the, bohat zyada.</w:t>
      </w:r>
    </w:p>
    <w:p>
      <w:pPr>
        <w:jc w:val="right"/>
      </w:pPr>
      <w:r>
        <w:t>تو میں بہت ہی، میرے باپ بھی بہت پیمپرنگ کرتے تھے، بہت زیادہ۔</w:t>
      </w:r>
    </w:p>
    <w:p>
      <w:r>
        <w:rPr>
          <w:b/>
        </w:rPr>
        <w:t xml:space="preserve">[07:19] </w:t>
      </w:r>
      <w:r>
        <w:t>to jab mere baap achaanak mar gaye to mein bilkul chup ho gaya.</w:t>
      </w:r>
    </w:p>
    <w:p>
      <w:pPr>
        <w:jc w:val="right"/>
      </w:pPr>
      <w:r>
        <w:t>تو جب میرے باپ اچانک مر گئے تو میں بالکل چپ ہو گیا۔</w:t>
      </w:r>
    </w:p>
    <w:p>
      <w:r>
        <w:rPr>
          <w:b/>
        </w:rPr>
        <w:t xml:space="preserve">[07:25] </w:t>
      </w:r>
      <w:r>
        <w:t>meri maa kehti hai ke is ke baad bolna band ho gaya mera.</w:t>
      </w:r>
    </w:p>
    <w:p>
      <w:pPr>
        <w:jc w:val="right"/>
      </w:pPr>
      <w:r>
        <w:t>میری ماں کہتی ہے کہ اس کے بعد بولنا بند ہو گیا میرا۔</w:t>
      </w:r>
    </w:p>
    <w:p>
      <w:r>
        <w:rPr>
          <w:b/>
        </w:rPr>
        <w:t xml:space="preserve">[07:31] </w:t>
      </w:r>
      <w:r>
        <w:t>kyunke jo pampering karne wala mera baap tha, woh mujh se chhin gaya.</w:t>
      </w:r>
    </w:p>
    <w:p>
      <w:pPr>
        <w:jc w:val="right"/>
      </w:pPr>
      <w:r>
        <w:t>کیونکہ جو پیمپرنگ کرنے والا میرا باپ تھا، وہ مجھ سے چھن گیا۔</w:t>
      </w:r>
    </w:p>
    <w:p>
      <w:r>
        <w:rPr>
          <w:b/>
        </w:rPr>
        <w:t xml:space="preserve">[07:37] </w:t>
      </w:r>
      <w:r>
        <w:t>to is ke nateejay mein mere andar woh aai, chup rehna.</w:t>
      </w:r>
    </w:p>
    <w:p>
      <w:pPr>
        <w:jc w:val="right"/>
      </w:pPr>
      <w:r>
        <w:t>تو اس کے نتیجے میں میرے اندر وہ آ گئی، چپ رہنا۔</w:t>
      </w:r>
    </w:p>
    <w:p>
      <w:r>
        <w:rPr>
          <w:b/>
        </w:rPr>
        <w:t xml:space="preserve">[07:43] </w:t>
      </w:r>
      <w:r>
        <w:t>to yeh to bohat acha hua mere liye.</w:t>
      </w:r>
    </w:p>
    <w:p>
      <w:pPr>
        <w:jc w:val="right"/>
      </w:pPr>
      <w:r>
        <w:t>تو یہ تو بہت اچھا ہوا میرے لیے۔</w:t>
      </w:r>
    </w:p>
    <w:p>
      <w:r>
        <w:rPr>
          <w:b/>
        </w:rPr>
        <w:t xml:space="preserve">[07:49] </w:t>
      </w:r>
      <w:r>
        <w:t>yani pampering se bach gaya mein, deep thinking aai mere paas.</w:t>
      </w:r>
    </w:p>
    <w:p>
      <w:pPr>
        <w:jc w:val="right"/>
      </w:pPr>
      <w:r>
        <w:t>یعنی پیمپرنگ سے بچ گیا میں، ڈیپ تھنکنگ آ گئی میرے پاس۔</w:t>
      </w:r>
    </w:p>
    <w:p>
      <w:r>
        <w:rPr>
          <w:b/>
        </w:rPr>
        <w:t xml:space="preserve">[07:55] </w:t>
      </w:r>
      <w:r>
        <w:t>chup rehna kya hai? deep thinking.</w:t>
      </w:r>
    </w:p>
    <w:p>
      <w:pPr>
        <w:jc w:val="right"/>
      </w:pPr>
      <w:r>
        <w:t>چپ رہنا کیا ہے؟ ڈیپ تھنکنگ۔</w:t>
      </w:r>
    </w:p>
    <w:p>
      <w:r>
        <w:rPr>
          <w:b/>
        </w:rPr>
        <w:t xml:space="preserve">[08:01] </w:t>
      </w:r>
      <w:r>
        <w:t>to bajaye kisi kisi negative side mein jaane ke, mein positive side mein chala gaya.</w:t>
      </w:r>
    </w:p>
    <w:p>
      <w:pPr>
        <w:jc w:val="right"/>
      </w:pPr>
      <w:r>
        <w:t>تو بجائے کسی کسی نیگیٹیو سائیڈ میں جانے کے، میں پازیٹیو سائیڈ میں چلا گیا۔</w:t>
      </w:r>
    </w:p>
    <w:p>
      <w:r>
        <w:rPr>
          <w:b/>
        </w:rPr>
        <w:t xml:space="preserve">[08:07] </w:t>
      </w:r>
      <w:r>
        <w:t>yeh sab positive baatein hain ke self confidence, thinking, realistic approach.</w:t>
      </w:r>
    </w:p>
    <w:p>
      <w:pPr>
        <w:jc w:val="right"/>
      </w:pPr>
      <w:r>
        <w:t>یہ سب پازیٹیو باتیں ہیں کہ سیلف کانفیڈنس، تھنکنگ، ریلسٹک اپروچ۔</w:t>
      </w:r>
    </w:p>
    <w:p>
      <w:r>
        <w:rPr>
          <w:b/>
        </w:rPr>
        <w:t xml:space="preserve">[08:13] </w:t>
      </w:r>
      <w:r>
        <w:t>aur koi complaint nahi kisi ke khilaaf.</w:t>
      </w:r>
    </w:p>
    <w:p>
      <w:pPr>
        <w:jc w:val="right"/>
      </w:pPr>
      <w:r>
        <w:t>اور کوئی کمپلین نہیں کسی کے خلاف۔</w:t>
      </w:r>
    </w:p>
    <w:p>
      <w:r>
        <w:rPr>
          <w:b/>
        </w:rPr>
        <w:t xml:space="preserve">[08:19] </w:t>
      </w:r>
      <w:r>
        <w:t>kyunke mein kisi complaint karoon jo tha, jis se mein karta, woh to woh to mar gaya.</w:t>
      </w:r>
    </w:p>
    <w:p>
      <w:pPr>
        <w:jc w:val="right"/>
      </w:pPr>
      <w:r>
        <w:t>کیونکہ میں کسی کمپلینٹ کروں جو تھا، جس سے میں کرتا، وہ تو وہ تو مر گیا۔</w:t>
      </w:r>
    </w:p>
    <w:p>
      <w:r>
        <w:rPr>
          <w:b/>
        </w:rPr>
        <w:t xml:space="preserve">[08:25] </w:t>
      </w:r>
      <w:r>
        <w:t>mere paas koi na tha, nahi tha jis ka, jis ki mein complaint karoon.</w:t>
      </w:r>
    </w:p>
    <w:p>
      <w:pPr>
        <w:jc w:val="right"/>
      </w:pPr>
      <w:r>
        <w:t>میرے پاس کوئی نہ تھا، نہیں تھا جس کا، جس کی میں کمپلینٹ کروں۔</w:t>
      </w:r>
    </w:p>
    <w:p>
      <w:r>
        <w:rPr>
          <w:b/>
        </w:rPr>
        <w:t xml:space="preserve">[08:31] </w:t>
      </w:r>
      <w:r>
        <w:t>to bohat hi natural mahol mein meri parvarish hui.</w:t>
      </w:r>
    </w:p>
    <w:p>
      <w:pPr>
        <w:jc w:val="right"/>
      </w:pPr>
      <w:r>
        <w:t>تو بہت ہی نیچرل ماحول میں میری پرورش ہوئی۔</w:t>
      </w:r>
    </w:p>
    <w:p>
      <w:r>
        <w:rPr>
          <w:b/>
        </w:rPr>
        <w:t xml:space="preserve">[08:37] </w:t>
      </w:r>
      <w:r>
        <w:t>aur main samajhta hoon ke yeh bohat hi anokha waqea mere liye hua.</w:t>
      </w:r>
    </w:p>
    <w:p>
      <w:pPr>
        <w:jc w:val="right"/>
      </w:pPr>
      <w:r>
        <w:t>اور میں سمجھتا ہوں کہ یہ بہت ہی انوکھا واقعہ میرے لیے ہوا۔</w:t>
      </w:r>
    </w:p>
    <w:p>
      <w:r>
        <w:rPr>
          <w:b/>
        </w:rPr>
        <w:t xml:space="preserve">[08:43] </w:t>
      </w:r>
      <w:r>
        <w:t>jo mere, jin logon ko main jaanta hoon, un mein se ghaliban kisi ka aisa, aisa nahi hua</w:t>
      </w:r>
    </w:p>
    <w:p>
      <w:pPr>
        <w:jc w:val="right"/>
      </w:pPr>
      <w:r>
        <w:t>جو میرے، جن لوگوں کو میں جانتا ہوں، ان میں سے غالباً کسی کا ایسا، ایسا نہیں ہوا</w:t>
      </w:r>
    </w:p>
    <w:p>
      <w:r>
        <w:rPr>
          <w:b/>
        </w:rPr>
        <w:t xml:space="preserve">[08:49] </w:t>
      </w:r>
      <w:r>
        <w:t>kisi ke sath.</w:t>
      </w:r>
    </w:p>
    <w:p>
      <w:pPr>
        <w:jc w:val="right"/>
      </w:pPr>
      <w:r>
        <w:t>کسی کے ساتھ۔</w:t>
      </w:r>
    </w:p>
    <w:p>
      <w:r>
        <w:rPr>
          <w:b/>
        </w:rPr>
        <w:t xml:space="preserve">[08:55] </w:t>
      </w:r>
      <w:r>
        <w:t>Maulana sahib, coming into your education part, you studied in a madrasa, in an Islamic seminary. Whereas you know, all your family members did secular education. So was your decision of studying in a madrasa your decision or was it a decision of your family?</w:t>
      </w:r>
    </w:p>
    <w:p>
      <w:pPr>
        <w:jc w:val="right"/>
      </w:pPr>
      <w:r>
        <w:t>مولانا صاحب، کمنگ ان ٹو یور ایجوکیشن پارٹ، یو سٹڈیڈ ان اے مدرسہ، ان این اسلامک سیمینری۔ ویئر ایز یو نو، آل یور فیملی ممبرز ڈیڈ سیکولر ایجوکیشن۔ سو واز یور ڈیسیژن آف سٹڈنگ ان اے مدرسہ یور ڈیسیژن اور واز اٹ اے ڈیسیژن آف یور فیملی؟</w:t>
      </w:r>
    </w:p>
    <w:p>
      <w:r>
        <w:rPr>
          <w:b/>
        </w:rPr>
        <w:t xml:space="preserve">[09:14] </w:t>
      </w:r>
      <w:r>
        <w:t>dekhein, hamari family mein, hamari apni jo direct family thi, us mein koi bara to raha nahi.</w:t>
      </w:r>
    </w:p>
    <w:p>
      <w:pPr>
        <w:jc w:val="right"/>
      </w:pPr>
      <w:r>
        <w:t>دیکھیں، ہماری فیملی میں، ہماری اپنی جو ڈائریکٹ فیملی تھی، اس میں کوئی بڑا تو رہا نہیں۔</w:t>
      </w:r>
    </w:p>
    <w:p>
      <w:r>
        <w:rPr>
          <w:b/>
        </w:rPr>
        <w:t xml:space="preserve">[09:19] </w:t>
      </w:r>
      <w:r>
        <w:t>hum log bachay thay, baap mar gaye.</w:t>
      </w:r>
    </w:p>
    <w:p>
      <w:pPr>
        <w:jc w:val="right"/>
      </w:pPr>
      <w:r>
        <w:t>ہم لوگ بچے تھے، باپ مر گئے۔</w:t>
      </w:r>
    </w:p>
    <w:p>
      <w:r>
        <w:rPr>
          <w:b/>
        </w:rPr>
        <w:t xml:space="preserve">[09:25] </w:t>
      </w:r>
      <w:r>
        <w:t>ab hamare baray jo thay, woh Sufi Abdul Majeed Khan thay, hamare chacha thay woh.</w:t>
      </w:r>
    </w:p>
    <w:p>
      <w:pPr>
        <w:jc w:val="right"/>
      </w:pPr>
      <w:r>
        <w:t>اب ہمارے بڑے جو تھے، وہ صوفی عبدالمجید خان تھے، ہمارے چچا تھے وہ۔</w:t>
      </w:r>
    </w:p>
    <w:p>
      <w:r>
        <w:rPr>
          <w:b/>
        </w:rPr>
        <w:t xml:space="preserve">[09:30] </w:t>
      </w:r>
      <w:r>
        <w:t>to un ka ek obsession tha ke family mein ek molvi hona chahiye.</w:t>
      </w:r>
    </w:p>
    <w:p>
      <w:pPr>
        <w:jc w:val="right"/>
      </w:pPr>
      <w:r>
        <w:t>تو ان کا ایک ابسیشن تھا کہ فیملی میں ایک مولوی ہونا چاہیے۔</w:t>
      </w:r>
    </w:p>
    <w:p>
      <w:r>
        <w:rPr>
          <w:b/>
        </w:rPr>
        <w:t xml:space="preserve">[09:36] </w:t>
      </w:r>
      <w:r>
        <w:t>woh khud ek spiritual qisam ke aadmi thay.</w:t>
      </w:r>
    </w:p>
    <w:p>
      <w:pPr>
        <w:jc w:val="right"/>
      </w:pPr>
      <w:r>
        <w:t>وہ خود ایک سپرچول قسم کے آدمی تھے۔</w:t>
      </w:r>
    </w:p>
    <w:p>
      <w:r>
        <w:rPr>
          <w:b/>
        </w:rPr>
        <w:t xml:space="preserve">[09:41] </w:t>
      </w:r>
      <w:r>
        <w:t>to un ka yeh obsession tha ke family mein sab log English parh rahe hain, ek molvi hona chahiye.</w:t>
      </w:r>
    </w:p>
    <w:p>
      <w:pPr>
        <w:jc w:val="right"/>
      </w:pPr>
      <w:r>
        <w:t>تو ان کا یہ ابسیشن تھا کہ فیملی میں سب لوگ انگلش پڑھ رہے ہیں، ایک مولوی ہونا چاہیے۔</w:t>
      </w:r>
    </w:p>
    <w:p>
      <w:r>
        <w:rPr>
          <w:b/>
        </w:rPr>
        <w:t xml:space="preserve">[09:47] </w:t>
      </w:r>
      <w:r>
        <w:t>is obsession ke tehat unhon ne mujhe madrase mein dakhil kiya aur sara kharcha wahi dete thay.</w:t>
      </w:r>
    </w:p>
    <w:p>
      <w:pPr>
        <w:jc w:val="right"/>
      </w:pPr>
      <w:r>
        <w:t>اس ابسیشن کے تحت انہوں نے مجھے مدرسے میں داخل کیا اور سارا خرچہ وہی دیتے تھے۔</w:t>
      </w:r>
    </w:p>
    <w:p>
      <w:r>
        <w:rPr>
          <w:b/>
        </w:rPr>
        <w:t xml:space="preserve">[09:53] </w:t>
      </w:r>
      <w:r>
        <w:t>sara kharcha wahi dete rahe.</w:t>
      </w:r>
    </w:p>
    <w:p>
      <w:pPr>
        <w:jc w:val="right"/>
      </w:pPr>
      <w:r>
        <w:t>سارا خرچہ وہی دیتے رہے۔</w:t>
      </w:r>
    </w:p>
    <w:p>
      <w:r>
        <w:rPr>
          <w:b/>
        </w:rPr>
        <w:t xml:space="preserve">[09:58] </w:t>
      </w:r>
      <w:r>
        <w:t>to yeh Sufi Abdul Majeed sahib ka, yani koi is ka credit, credit jata hai ke unhon ne mujhe</w:t>
      </w:r>
    </w:p>
    <w:p>
      <w:pPr>
        <w:jc w:val="right"/>
      </w:pPr>
      <w:r>
        <w:t>تو یہ صوفی عبدالمجید صاحب کا، یعنی کوئی اس کا کریڈٹ، کریڈٹ جاتا ہے کہ انہوں نے مجھے</w:t>
      </w:r>
    </w:p>
    <w:p>
      <w:r>
        <w:rPr>
          <w:b/>
        </w:rPr>
        <w:t xml:space="preserve">[10:04] </w:t>
      </w:r>
      <w:r>
        <w:t>madrase mein parhwaya.</w:t>
      </w:r>
    </w:p>
    <w:p>
      <w:pPr>
        <w:jc w:val="right"/>
      </w:pPr>
      <w:r>
        <w:t>مدرسے میں پڑھوایا۔</w:t>
      </w:r>
    </w:p>
    <w:p>
      <w:r>
        <w:rPr>
          <w:b/>
        </w:rPr>
        <w:t xml:space="preserve">[10:09] </w:t>
      </w:r>
      <w:r>
        <w:t>aur madrase mein parhne ki wajah se meri jo base bani, us ki mazhabi base bani.</w:t>
      </w:r>
    </w:p>
    <w:p>
      <w:pPr>
        <w:jc w:val="right"/>
      </w:pPr>
      <w:r>
        <w:t>اور مدرسے میں پڑھنے کی وجہ سے میری جو بیس بنی، اس کی مذہبی بیس بنی۔</w:t>
      </w:r>
    </w:p>
    <w:p>
      <w:r>
        <w:rPr>
          <w:b/>
        </w:rPr>
        <w:t xml:space="preserve">[10:15] </w:t>
      </w:r>
      <w:r>
        <w:t>agar main madrase mein na parhta to meri koi mazhabi base na hoti.</w:t>
      </w:r>
    </w:p>
    <w:p>
      <w:pPr>
        <w:jc w:val="right"/>
      </w:pPr>
      <w:r>
        <w:t>اگر میں مدرسے میں نہ پڑھتا تو میری کوئی مذہبی بیس نہ ہوتی۔</w:t>
      </w:r>
    </w:p>
    <w:p>
      <w:r>
        <w:rPr>
          <w:b/>
        </w:rPr>
        <w:t xml:space="preserve">[10:21] </w:t>
      </w:r>
      <w:r>
        <w:t>yani wahan, chounke hamare jis madrase mein maine parha, wahan par Quran hi sab se important book</w:t>
      </w:r>
    </w:p>
    <w:p>
      <w:pPr>
        <w:jc w:val="right"/>
      </w:pPr>
      <w:r>
        <w:t>یعنی وہاں، چونکہ ہمارے جس مدرسے میں میں نے پڑھا، وہاں پر قرآن ہی سب سے امپورٹنٹ بک</w:t>
      </w:r>
    </w:p>
    <w:p>
      <w:r>
        <w:rPr>
          <w:b/>
        </w:rPr>
        <w:t xml:space="preserve">[10:26] </w:t>
      </w:r>
      <w:r>
        <w:t>samjhi jati thi.</w:t>
      </w:r>
    </w:p>
    <w:p>
      <w:pPr>
        <w:jc w:val="right"/>
      </w:pPr>
      <w:r>
        <w:t>سمجھی جاتی تھی۔</w:t>
      </w:r>
    </w:p>
    <w:p>
      <w:r>
        <w:rPr>
          <w:b/>
        </w:rPr>
        <w:t xml:space="preserve">[10:32] </w:t>
      </w:r>
      <w:r>
        <w:t>poora Quran parhaya jata tha wahan aur Hadith parhai jati thi.</w:t>
      </w:r>
    </w:p>
    <w:p>
      <w:pPr>
        <w:jc w:val="right"/>
      </w:pPr>
      <w:r>
        <w:t>پورا قرآن پڑھایا جاتا تھا وہاں اور حدیث پڑھائی جاتی تھی۔</w:t>
      </w:r>
    </w:p>
    <w:p>
      <w:r>
        <w:rPr>
          <w:b/>
        </w:rPr>
        <w:t xml:space="preserve">[10:37] </w:t>
      </w:r>
      <w:r>
        <w:t>aur Arabic ka bohat acha, us zamane mein hamare madrase mein Arabic ka bohat test tha.</w:t>
      </w:r>
    </w:p>
    <w:p>
      <w:pPr>
        <w:jc w:val="right"/>
      </w:pPr>
      <w:r>
        <w:t>اور عربی کا بہت اچھا، اس زمانے میں ہمارے مدرسے میں عربی کا بہت ٹیسٹ تھا۔</w:t>
      </w:r>
    </w:p>
    <w:p>
      <w:r>
        <w:rPr>
          <w:b/>
        </w:rPr>
        <w:t xml:space="preserve">[10:43] </w:t>
      </w:r>
      <w:r>
        <w:t>ek Arab aalim ustad tha hamare madrase mein.</w:t>
      </w:r>
    </w:p>
    <w:p>
      <w:pPr>
        <w:jc w:val="right"/>
      </w:pPr>
      <w:r>
        <w:t>ایک عرب عالم استاد تھا ہمارے مدرسے میں۔</w:t>
      </w:r>
    </w:p>
    <w:p>
      <w:r>
        <w:rPr>
          <w:b/>
        </w:rPr>
        <w:t xml:space="preserve">[10:49] </w:t>
      </w:r>
      <w:r>
        <w:t>ek Arab aalim.</w:t>
      </w:r>
    </w:p>
    <w:p>
      <w:pPr>
        <w:jc w:val="right"/>
      </w:pPr>
      <w:r>
        <w:t>ایک عرب عالم۔</w:t>
      </w:r>
    </w:p>
    <w:p>
      <w:r>
        <w:rPr>
          <w:b/>
        </w:rPr>
        <w:t xml:space="preserve">[10:54] </w:t>
      </w:r>
      <w:r>
        <w:t>to is se aap sochte hain ke Arabic ka mahol, Quran ka mahol, Hadith ka mahol, yeh tha</w:t>
      </w:r>
    </w:p>
    <w:p>
      <w:pPr>
        <w:jc w:val="right"/>
      </w:pPr>
      <w:r>
        <w:t>تو اس سے آپ سوچتے ہیں کہ عربی کا ماحول، قرآن کا ماحول، حدیث کا ماحول، یہ تھا</w:t>
      </w:r>
    </w:p>
    <w:p>
      <w:r>
        <w:rPr>
          <w:b/>
        </w:rPr>
        <w:t xml:space="preserve">[11:00] </w:t>
      </w:r>
      <w:r>
        <w:t>hamare madrase mein.</w:t>
      </w:r>
    </w:p>
    <w:p>
      <w:pPr>
        <w:jc w:val="right"/>
      </w:pPr>
      <w:r>
        <w:t>ہمارے مدرسے میں۔</w:t>
      </w:r>
    </w:p>
    <w:p>
      <w:r>
        <w:rPr>
          <w:b/>
        </w:rPr>
        <w:t xml:space="preserve">[11:05] </w:t>
      </w:r>
      <w:r>
        <w:t>is ki wajah se meri base bani.</w:t>
      </w:r>
    </w:p>
    <w:p>
      <w:pPr>
        <w:jc w:val="right"/>
      </w:pPr>
      <w:r>
        <w:t>اس کی وجہ سے میری بیس بنی۔</w:t>
      </w:r>
    </w:p>
    <w:p>
      <w:r>
        <w:rPr>
          <w:b/>
        </w:rPr>
        <w:t xml:space="preserve">[11:11] </w:t>
      </w:r>
      <w:r>
        <w:t>agar main madrase mein na jata to meri base nahi ban sakti thi.</w:t>
      </w:r>
    </w:p>
    <w:p>
      <w:pPr>
        <w:jc w:val="right"/>
      </w:pPr>
      <w:r>
        <w:t>اگر میں مدرسے میں نہ جاتا تو میری بیس نہیں بن سکتی تھی۔</w:t>
      </w:r>
    </w:p>
    <w:p>
      <w:r>
        <w:rPr>
          <w:b/>
        </w:rPr>
        <w:t xml:space="preserve">[11:17] </w:t>
      </w:r>
      <w:r>
        <w:t>Maulana sahib, do you remember any particular lessons that you learned while you studied in a madrasa and were you influenced by any of the teachers? If you can share that with all of us?</w:t>
      </w:r>
    </w:p>
    <w:p>
      <w:pPr>
        <w:jc w:val="right"/>
      </w:pPr>
      <w:r>
        <w:t>مولانا صاحب، ڈو یو ریممبر اینی پرٹیکولر لیسنز دیٹ یو لرنڈ وائل یو سٹڈیڈ ان اے مدرسہ اینڈ ویر یو انفلوئنس بائے اینی آف دا ٹیچرز؟ اف یو کین شیئر دیٹ ود آل آف اس؟</w:t>
      </w:r>
    </w:p>
    <w:p>
      <w:r>
        <w:rPr>
          <w:b/>
        </w:rPr>
        <w:t xml:space="preserve">[11:31] </w:t>
      </w:r>
      <w:r>
        <w:t>har ek ki zindagi mein jo school ya madrasay ka zamana hota hai, bohat se waqeat hotay hain.</w:t>
      </w:r>
    </w:p>
    <w:p>
      <w:pPr>
        <w:jc w:val="right"/>
      </w:pPr>
      <w:r>
        <w:t>ہر ایک کی زندگی میں جو اسکول یا مدرسے کا زمانہ ہوتا ہے، بہت سے واقعات ہوتے ہیں۔</w:t>
      </w:r>
    </w:p>
    <w:p>
      <w:r>
        <w:rPr>
          <w:b/>
        </w:rPr>
        <w:t xml:space="preserve">[11:36] </w:t>
      </w:r>
      <w:r>
        <w:t>meri zindagi bhi kai waqeat hain.</w:t>
      </w:r>
    </w:p>
    <w:p>
      <w:pPr>
        <w:jc w:val="right"/>
      </w:pPr>
      <w:r>
        <w:t>میری زندگی بھی کئی واقعات ہیں۔</w:t>
      </w:r>
    </w:p>
    <w:p>
      <w:r>
        <w:rPr>
          <w:b/>
        </w:rPr>
        <w:t xml:space="preserve">[11:41] </w:t>
      </w:r>
      <w:r>
        <w:t>is waqt mein ek waqea bayan karunga jo poori zindagi, meri poori zindagi ko chha gaya.</w:t>
      </w:r>
    </w:p>
    <w:p>
      <w:pPr>
        <w:jc w:val="right"/>
      </w:pPr>
      <w:r>
        <w:t>اس وقت میں ایک واقعہ بیان کروں گا جو پوری زندگی، میری پوری زندگی کو چھا گیا۔</w:t>
      </w:r>
    </w:p>
    <w:p>
      <w:r>
        <w:rPr>
          <w:b/>
        </w:rPr>
        <w:t xml:space="preserve">[11:47] </w:t>
      </w:r>
      <w:r>
        <w:t>ek din ek koi kitaab parhi ja rahi thi class mein to us mein quran ki ek ayat aa gayi.</w:t>
      </w:r>
    </w:p>
    <w:p>
      <w:pPr>
        <w:jc w:val="right"/>
      </w:pPr>
      <w:r>
        <w:t>ایک دن ایک کوئی کتاب پڑھی جا رہی تھی کلاس میں تو اس میں قرآن کی ایک آیت آ گئی۔</w:t>
      </w:r>
    </w:p>
    <w:p>
      <w:r>
        <w:rPr>
          <w:b/>
        </w:rPr>
        <w:t xml:space="preserve">[11:52] </w:t>
      </w:r>
      <w:r>
        <w:t>wo ayat thi: "wa ila al-ibil kayfa khuliqat".</w:t>
      </w:r>
    </w:p>
    <w:p>
      <w:pPr>
        <w:jc w:val="right"/>
      </w:pPr>
      <w:r>
        <w:t>وہ آیت تھی: "وَإِلَلْ اِبِلِ كَيْفَ خُلِقَتْ"۔</w:t>
      </w:r>
    </w:p>
    <w:p>
      <w:r>
        <w:rPr>
          <w:b/>
        </w:rPr>
        <w:t xml:space="preserve">[11:57] </w:t>
      </w:r>
      <w:r>
        <w:t>oont ko dekho ke wo kaisa banaya Allah ne us ko.</w:t>
      </w:r>
    </w:p>
    <w:p>
      <w:pPr>
        <w:jc w:val="right"/>
      </w:pPr>
      <w:r>
        <w:t>اونٹ کو دیکھو کہ وہ کیسا بنایا اللہ نے اس کو۔</w:t>
      </w:r>
    </w:p>
    <w:p>
      <w:r>
        <w:rPr>
          <w:b/>
        </w:rPr>
        <w:t xml:space="preserve">[12:03] </w:t>
      </w:r>
      <w:r>
        <w:t>to hamare jo ustad thay, Maulana Amin Hasan Islahi, ab un ki death ho chuki hai, unhon ne</w:t>
      </w:r>
    </w:p>
    <w:p>
      <w:pPr>
        <w:jc w:val="right"/>
      </w:pPr>
      <w:r>
        <w:t>تو ہمارے جو استاد تھے، مولانا امین حسن اصلاحی، اب ان کی ڈیتھ ہو چکی ہے، انہوں نے</w:t>
      </w:r>
    </w:p>
    <w:p>
      <w:r>
        <w:rPr>
          <w:b/>
        </w:rPr>
        <w:t xml:space="preserve">[12:08] </w:t>
      </w:r>
      <w:r>
        <w:t>ek sawal kiya.</w:t>
      </w:r>
    </w:p>
    <w:p>
      <w:pPr>
        <w:jc w:val="right"/>
      </w:pPr>
      <w:r>
        <w:t>ایک سوال کیا۔</w:t>
      </w:r>
    </w:p>
    <w:p>
      <w:r>
        <w:rPr>
          <w:b/>
        </w:rPr>
        <w:t xml:space="preserve">[12:13] </w:t>
      </w:r>
      <w:r>
        <w:t>hamari class mein is waqt shayad 25 aadmi thay, 25 talba.</w:t>
      </w:r>
    </w:p>
    <w:p>
      <w:pPr>
        <w:jc w:val="right"/>
      </w:pPr>
      <w:r>
        <w:t>ہماری کلاس میں اس وقت شاید 25 آدمی تھے، 25 طلبہ۔</w:t>
      </w:r>
    </w:p>
    <w:p>
      <w:r>
        <w:rPr>
          <w:b/>
        </w:rPr>
        <w:t xml:space="preserve">[12:19] </w:t>
      </w:r>
      <w:r>
        <w:t>unhon ne kaha ke oont ke sum phatay hotay hain ke joore hotay hain.</w:t>
      </w:r>
    </w:p>
    <w:p>
      <w:pPr>
        <w:jc w:val="right"/>
      </w:pPr>
      <w:r>
        <w:t>انہوں نے کہا کہ اونٹ کے سم پھٹے ہوتے ہیں کہ جوڑے ہوتے ہیں۔</w:t>
      </w:r>
    </w:p>
    <w:p>
      <w:r>
        <w:rPr>
          <w:b/>
        </w:rPr>
        <w:t xml:space="preserve">[12:24] </w:t>
      </w:r>
      <w:r>
        <w:t>yani ghoṛay ki tarah joore hotay hain ya balkay phatay hue hain.</w:t>
      </w:r>
    </w:p>
    <w:p>
      <w:pPr>
        <w:jc w:val="right"/>
      </w:pPr>
      <w:r>
        <w:t>یعنی گھوڑے کی طرح جوڑے ہوتے ہیں یا بلکہ پھٹے ہوئے ہیں۔</w:t>
      </w:r>
    </w:p>
    <w:p>
      <w:r>
        <w:rPr>
          <w:b/>
        </w:rPr>
        <w:t xml:space="preserve">[12:29] </w:t>
      </w:r>
      <w:r>
        <w:t>ab hum logon mein se koi bhi yaqeen ke sath is ka jawab nahi de sakta.</w:t>
      </w:r>
    </w:p>
    <w:p>
      <w:pPr>
        <w:jc w:val="right"/>
      </w:pPr>
      <w:r>
        <w:t>اب ہم لوگوں میں سے کوئی بھی یقین کے ساتھ اس کا جواب نہیں دے سکتا۔</w:t>
      </w:r>
    </w:p>
    <w:p>
      <w:r>
        <w:rPr>
          <w:b/>
        </w:rPr>
        <w:t xml:space="preserve">[12:35] </w:t>
      </w:r>
      <w:r>
        <w:t>to unhon ne ek bohat qeemti baat batai.</w:t>
      </w:r>
    </w:p>
    <w:p>
      <w:pPr>
        <w:jc w:val="right"/>
      </w:pPr>
      <w:r>
        <w:t>تو انہوں نے ایک بہت قیمتی بات بتائی۔</w:t>
      </w:r>
    </w:p>
    <w:p>
      <w:r>
        <w:rPr>
          <w:b/>
        </w:rPr>
        <w:t xml:space="preserve">[12:40] </w:t>
      </w:r>
      <w:r>
        <w:t>unhon ne kaha ke arabi ka misl hai: "la adri nisf al-ilm".</w:t>
      </w:r>
    </w:p>
    <w:p>
      <w:pPr>
        <w:jc w:val="right"/>
      </w:pPr>
      <w:r>
        <w:t>انہوں نے کہا کہ عربی کا مثل ہے: "لا أدري نصف العلم"۔</w:t>
      </w:r>
    </w:p>
    <w:p>
      <w:r>
        <w:rPr>
          <w:b/>
        </w:rPr>
        <w:t xml:space="preserve">[12:45] </w:t>
      </w:r>
      <w:r>
        <w:t>mein nahi janta, ye aadha ilm hai.</w:t>
      </w:r>
    </w:p>
    <w:p>
      <w:pPr>
        <w:jc w:val="right"/>
      </w:pPr>
      <w:r>
        <w:t>میں نہیں جانتا، یہ آدھا علم ہے۔</w:t>
      </w:r>
    </w:p>
    <w:p>
      <w:r>
        <w:rPr>
          <w:b/>
        </w:rPr>
        <w:t xml:space="preserve">[12:51] </w:t>
      </w:r>
      <w:r>
        <w:t>is ka matlab ye tha ke jab kisi baat ke baray mein tum ye jano ke mein janta</w:t>
      </w:r>
    </w:p>
    <w:p>
      <w:pPr>
        <w:jc w:val="right"/>
      </w:pPr>
      <w:r>
        <w:t>اس کا مطلب یہ تھا کہ جب کسی بات کے بارے میں تم یہ جانو کہ میں جانتا</w:t>
      </w:r>
    </w:p>
    <w:p>
      <w:r>
        <w:rPr>
          <w:b/>
        </w:rPr>
        <w:t xml:space="preserve">[12:56] </w:t>
      </w:r>
      <w:r>
        <w:t>nahi is ko, to jab wo jo samnay aye gi to foran us ko bohat ghor se dekho ge.</w:t>
      </w:r>
    </w:p>
    <w:p>
      <w:pPr>
        <w:jc w:val="right"/>
      </w:pPr>
      <w:r>
        <w:t>نہیں اس کو، تو جب وہ جو سامنے آئے گی تو فوراً اس کو بہت غور سے دیکھو گے۔</w:t>
      </w:r>
    </w:p>
    <w:p>
      <w:r>
        <w:rPr>
          <w:b/>
        </w:rPr>
        <w:t xml:space="preserve">[13:01] </w:t>
      </w:r>
      <w:r>
        <w:t>to unhon ne kaha ke tum log ye nahi jantay thay ke hum oont ke sum ke baray</w:t>
      </w:r>
    </w:p>
    <w:p>
      <w:pPr>
        <w:jc w:val="right"/>
      </w:pPr>
      <w:r>
        <w:t>تو انہوں نے کہا کہ تم لوگ یہ نہیں جانتے تھے کہ ہم اونٹ کے سم کے بارے</w:t>
      </w:r>
    </w:p>
    <w:p>
      <w:r>
        <w:rPr>
          <w:b/>
        </w:rPr>
        <w:t xml:space="preserve">[13:07] </w:t>
      </w:r>
      <w:r>
        <w:t>mein nahi jantay.</w:t>
      </w:r>
    </w:p>
    <w:p>
      <w:pPr>
        <w:jc w:val="right"/>
      </w:pPr>
      <w:r>
        <w:t>میں نہیں جانتے۔</w:t>
      </w:r>
    </w:p>
    <w:p>
      <w:r>
        <w:rPr>
          <w:b/>
        </w:rPr>
        <w:t xml:space="preserve">[13:12] </w:t>
      </w:r>
      <w:r>
        <w:t>kitni baar oont guzra hoga samnay se, aap ne dekha nahi.</w:t>
      </w:r>
    </w:p>
    <w:p>
      <w:pPr>
        <w:jc w:val="right"/>
      </w:pPr>
      <w:r>
        <w:t>کتنی بار اونٹ گزرا ہوگا سامنے سے، آپ نے دیکھا نہیں۔</w:t>
      </w:r>
    </w:p>
    <w:p>
      <w:r>
        <w:rPr>
          <w:b/>
        </w:rPr>
        <w:t xml:space="preserve">[13:17] </w:t>
      </w:r>
      <w:r>
        <w:t>agar tum jantay hain ke tum nahi jantay to tum zaroor us ko ghor se dekhtay hain.</w:t>
      </w:r>
    </w:p>
    <w:p>
      <w:pPr>
        <w:jc w:val="right"/>
      </w:pPr>
      <w:r>
        <w:t>اگر تم جانتے ہیں کہ تم نہیں جانتے تو تم ضرور اس کو غور سے دیکھتے ہیں۔</w:t>
      </w:r>
    </w:p>
    <w:p>
      <w:r>
        <w:rPr>
          <w:b/>
        </w:rPr>
        <w:t xml:space="preserve">[13:23] </w:t>
      </w:r>
      <w:r>
        <w:t>to is ko baat ko mein ne parha jab science ki kitaben to maloom hua ke yahi to</w:t>
      </w:r>
    </w:p>
    <w:p>
      <w:pPr>
        <w:jc w:val="right"/>
      </w:pPr>
      <w:r>
        <w:t>تو اس کو بات کو میں نے پڑھا جب سائنس کی کتابیں تو معلوم ہوا کہ یہی تو</w:t>
      </w:r>
    </w:p>
    <w:p>
      <w:r>
        <w:rPr>
          <w:b/>
        </w:rPr>
        <w:t xml:space="preserve">[13:28] </w:t>
      </w:r>
      <w:r>
        <w:t>hai: "spirit of inquiry".</w:t>
      </w:r>
    </w:p>
    <w:p>
      <w:pPr>
        <w:jc w:val="right"/>
      </w:pPr>
      <w:r>
        <w:t>ہے: "اسپرٹ آف انکوائری"۔</w:t>
      </w:r>
    </w:p>
    <w:p>
      <w:r>
        <w:rPr>
          <w:b/>
        </w:rPr>
        <w:t xml:space="preserve">[13:33] </w:t>
      </w:r>
      <w:r>
        <w:t>"spirit of inquiry" ko unhon ne ek arabi misl ke zariye bataya mujhe.</w:t>
      </w:r>
    </w:p>
    <w:p>
      <w:pPr>
        <w:jc w:val="right"/>
      </w:pPr>
      <w:r>
        <w:t>"اسپرٹ آف انکوائری" کو انہوں نے ایک عربی مثل کے ذریعے بتایا مجھے۔</w:t>
      </w:r>
    </w:p>
    <w:p>
      <w:r>
        <w:rPr>
          <w:b/>
        </w:rPr>
        <w:t xml:space="preserve">[13:39] </w:t>
      </w:r>
      <w:r>
        <w:t>to meri zindagi mein "spirit of inquiry" bilkul aaj tak bhar gayi.</w:t>
      </w:r>
    </w:p>
    <w:p>
      <w:pPr>
        <w:jc w:val="right"/>
      </w:pPr>
      <w:r>
        <w:t>تو میری زندگی میں "اسپرٹ آف انکوائری" بالکل آج تک بھر گئی۔</w:t>
      </w:r>
    </w:p>
    <w:p>
      <w:r>
        <w:rPr>
          <w:b/>
        </w:rPr>
        <w:t xml:space="preserve">[13:44] </w:t>
      </w:r>
      <w:r>
        <w:t>har cheez ko mein inquire karta hoon, har cheez ko pata karne ki koshish karta hoon.</w:t>
      </w:r>
    </w:p>
    <w:p>
      <w:pPr>
        <w:jc w:val="right"/>
      </w:pPr>
      <w:r>
        <w:t>ہر چیز کو میں انکوائر کرتا ہوں، ہر چیز کو پتہ کرنے کی کوشش کرتا ہوں۔</w:t>
      </w:r>
    </w:p>
    <w:p>
      <w:r>
        <w:rPr>
          <w:b/>
        </w:rPr>
        <w:t xml:space="preserve">[13:49] </w:t>
      </w:r>
      <w:r>
        <w:t>aaj bhi, yaani aaj bhi aisa waqea hua pata karne ka.</w:t>
      </w:r>
    </w:p>
    <w:p>
      <w:pPr>
        <w:jc w:val="right"/>
      </w:pPr>
      <w:r>
        <w:t>آج بھی، یعنی آج بھی ایسا واقعہ ہوا پتہ کرنے کا۔</w:t>
      </w:r>
    </w:p>
    <w:p>
      <w:r>
        <w:rPr>
          <w:b/>
        </w:rPr>
        <w:t xml:space="preserve">[13:55] </w:t>
      </w:r>
      <w:r>
        <w:t>to meri zindagi mein "spirit of inquiry" jo hai, bohat hi important part hai meri zindagi ka.</w:t>
      </w:r>
    </w:p>
    <w:p>
      <w:pPr>
        <w:jc w:val="right"/>
      </w:pPr>
      <w:r>
        <w:t>تو میری زندگی میں "اسپرٹ آف انکوائری" جو ہے، بہت ہی امپورٹنٹ پارٹ ہے میری زندگی کا۔</w:t>
      </w:r>
    </w:p>
    <w:p>
      <w:r>
        <w:rPr>
          <w:b/>
        </w:rPr>
        <w:t xml:space="preserve">[14:00] </w:t>
      </w:r>
      <w:r>
        <w:t>aur yeh mujhe sabaq mila tha madarson mein.</w:t>
      </w:r>
    </w:p>
    <w:p>
      <w:pPr>
        <w:jc w:val="right"/>
      </w:pPr>
      <w:r>
        <w:t>اور یہ مجھے سبق ملا تھا مدرسوں میں۔</w:t>
      </w:r>
    </w:p>
    <w:p>
      <w:r>
        <w:rPr>
          <w:b/>
        </w:rPr>
        <w:t xml:space="preserve">[14:06] </w:t>
      </w:r>
      <w:r>
        <w:t>Maulana sahib, you said that after you finished your education from the madrasa, you again went into to study Islamic scriptures on your own. So why did you do this and how did this self-study help you?</w:t>
      </w:r>
    </w:p>
    <w:p>
      <w:pPr>
        <w:jc w:val="right"/>
      </w:pPr>
      <w:r>
        <w:t>مولانا صاحب، یو سیڈ دیٹ آفٹر یو فنشڈ یور ایجوکیشن فرام دی مدرسہ، یو اگین وینٹ ان ٹو سٹڈی اسلامک سکرپچرز ان یور اون۔ سو وائی ڈیڈ یو ڈو دس اینڈ ہاؤ ڈیڈ دس سیلف سٹڈی ہیلپ یو؟</w:t>
      </w:r>
    </w:p>
    <w:p>
      <w:r>
        <w:rPr>
          <w:b/>
        </w:rPr>
        <w:t xml:space="preserve">[14:23] </w:t>
      </w:r>
      <w:r>
        <w:t>dekhen, jab mein madarse se parh kar aaya to meri family jo thi, us mein English taleem ka riwaj tha.</w:t>
      </w:r>
    </w:p>
    <w:p>
      <w:pPr>
        <w:jc w:val="right"/>
      </w:pPr>
      <w:r>
        <w:t>دیکھیں، جب میں مدرسے سے پڑھ کر آیا تو میری فیملی جو تھی، اس میں انگلش تعلیم کا رواج تھا۔</w:t>
      </w:r>
    </w:p>
    <w:p>
      <w:r>
        <w:rPr>
          <w:b/>
        </w:rPr>
        <w:t xml:space="preserve">[14:30] </w:t>
      </w:r>
      <w:r>
        <w:t>aur mere family ke friend thay Ateeq ur Rehman, Ateeq Ahmed Ansari.</w:t>
      </w:r>
    </w:p>
    <w:p>
      <w:pPr>
        <w:jc w:val="right"/>
      </w:pPr>
      <w:r>
        <w:t>اور میرے فیملی کے فرینڈ تھے عتیق الرحمن، عتیق احمد انصاری۔</w:t>
      </w:r>
    </w:p>
    <w:p>
      <w:r>
        <w:rPr>
          <w:b/>
        </w:rPr>
        <w:t xml:space="preserve">[14:37] </w:t>
      </w:r>
      <w:r>
        <w:t>Ateeq Ahmed Ansari ne Lucknow ke LMA arterial college mein MA English kiya tha.</w:t>
      </w:r>
    </w:p>
    <w:p>
      <w:pPr>
        <w:jc w:val="right"/>
      </w:pPr>
      <w:r>
        <w:t>عتیق احمد انصاری نے لکھنو کے لاما آرٹیریل کالج میں ایم اے انگلش کیا تھا۔</w:t>
      </w:r>
    </w:p>
    <w:p>
      <w:r>
        <w:rPr>
          <w:b/>
        </w:rPr>
        <w:t xml:space="preserve">[14:44] </w:t>
      </w:r>
      <w:r>
        <w:t>to bohat achi English thi un ki.</w:t>
      </w:r>
    </w:p>
    <w:p>
      <w:pPr>
        <w:jc w:val="right"/>
      </w:pPr>
      <w:r>
        <w:t>تو بہت اچھی انگلش تھی ان کی۔</w:t>
      </w:r>
    </w:p>
    <w:p>
      <w:r>
        <w:rPr>
          <w:b/>
        </w:rPr>
        <w:t xml:space="preserve">[14:51] </w:t>
      </w:r>
      <w:r>
        <w:t>to mein jab un se baat karta tha to lagta tha ke mein un se kuch kam hoon.</w:t>
      </w:r>
    </w:p>
    <w:p>
      <w:pPr>
        <w:jc w:val="right"/>
      </w:pPr>
      <w:r>
        <w:t>تو میں جب ان سے بات کرتا تھا تو لگتا تھا کہ میں ان سے کچھ کم ہوں۔</w:t>
      </w:r>
    </w:p>
    <w:p>
      <w:r>
        <w:rPr>
          <w:b/>
        </w:rPr>
        <w:t xml:space="preserve">[14:58] </w:t>
      </w:r>
      <w:r>
        <w:t>un se kuch kam hoon mein.</w:t>
      </w:r>
    </w:p>
    <w:p>
      <w:pPr>
        <w:jc w:val="right"/>
      </w:pPr>
      <w:r>
        <w:t>ان سے کچھ کم ہوں میں۔</w:t>
      </w:r>
    </w:p>
    <w:p>
      <w:r>
        <w:rPr>
          <w:b/>
        </w:rPr>
        <w:t xml:space="preserve">[15:05] </w:t>
      </w:r>
      <w:r>
        <w:t>kyun ke un ke jo, yaani English expression un ka ya un ke English thought jo un ke thay,</w:t>
      </w:r>
    </w:p>
    <w:p>
      <w:pPr>
        <w:jc w:val="right"/>
      </w:pPr>
      <w:r>
        <w:t>کیونکہ ان کے جو، یعنی انگلش ایکسپریشن ان کا یا ان کے انگلش تھاٹ جو ان کے تھے،</w:t>
      </w:r>
    </w:p>
    <w:p>
      <w:r>
        <w:rPr>
          <w:b/>
        </w:rPr>
        <w:t xml:space="preserve">[15:12] </w:t>
      </w:r>
      <w:r>
        <w:t>mujhe apne us se kam lagta tha.</w:t>
      </w:r>
    </w:p>
    <w:p>
      <w:pPr>
        <w:jc w:val="right"/>
      </w:pPr>
      <w:r>
        <w:t>مجھے اپنے اس سے کم لگتا تھا۔</w:t>
      </w:r>
    </w:p>
    <w:p>
      <w:r>
        <w:rPr>
          <w:b/>
        </w:rPr>
        <w:t xml:space="preserve">[15:19] </w:t>
      </w:r>
      <w:r>
        <w:t>to bas ho gaya ke duniya mein agar jeena hai to mujhe English parhna hai.</w:t>
      </w:r>
    </w:p>
    <w:p>
      <w:pPr>
        <w:jc w:val="right"/>
      </w:pPr>
      <w:r>
        <w:t>تو بس ہو گیا کہ دنیا میں اگر جینا ہے تو مجھے انگلش پڑھنا ہے۔</w:t>
      </w:r>
    </w:p>
    <w:p>
      <w:r>
        <w:rPr>
          <w:b/>
        </w:rPr>
        <w:t xml:space="preserve">[15:26] </w:t>
      </w:r>
      <w:r>
        <w:t>duniya mein agar jeena hai to English parhna hai.</w:t>
      </w:r>
    </w:p>
    <w:p>
      <w:pPr>
        <w:jc w:val="right"/>
      </w:pPr>
      <w:r>
        <w:t>دنیا میں اگر جینا ہے تو انگلش پڑھنا ہے۔</w:t>
      </w:r>
    </w:p>
    <w:p>
      <w:r>
        <w:rPr>
          <w:b/>
        </w:rPr>
        <w:t xml:space="preserve">[15:33] </w:t>
      </w:r>
      <w:r>
        <w:t>aur English mein jo jo ilm hai, us ko hasil karna hai.</w:t>
      </w:r>
    </w:p>
    <w:p>
      <w:pPr>
        <w:jc w:val="right"/>
      </w:pPr>
      <w:r>
        <w:t>اور انگلش میں جو جو علم ہے، اس کو حاصل کرنا ہے۔</w:t>
      </w:r>
    </w:p>
    <w:p>
      <w:r>
        <w:rPr>
          <w:b/>
        </w:rPr>
        <w:t xml:space="preserve">[15:40] </w:t>
      </w:r>
      <w:r>
        <w:t>is tarah se mein ne parhna shuru kiya.</w:t>
      </w:r>
    </w:p>
    <w:p>
      <w:pPr>
        <w:jc w:val="right"/>
      </w:pPr>
      <w:r>
        <w:t>اس طرح سے میں نے پڑھنا شروع کیا۔</w:t>
      </w:r>
    </w:p>
    <w:p>
      <w:r>
        <w:rPr>
          <w:b/>
        </w:rPr>
        <w:t xml:space="preserve">[15:47] </w:t>
      </w:r>
      <w:r>
        <w:t>aur phir parhte parhte, yaani modern thought mera subject ban gaya.</w:t>
      </w:r>
    </w:p>
    <w:p>
      <w:pPr>
        <w:jc w:val="right"/>
      </w:pPr>
      <w:r>
        <w:t>اور پھر پڑھتے پڑھتے، یعنی ماڈرن تھاٹ میرا سبجیکٹ بن گیا۔</w:t>
      </w:r>
    </w:p>
    <w:p>
      <w:r>
        <w:rPr>
          <w:b/>
        </w:rPr>
        <w:t xml:space="preserve">[15:54] </w:t>
      </w:r>
      <w:r>
        <w:t>modern thought propose bohat ziyada parha, bohat ziyada parha.</w:t>
      </w:r>
    </w:p>
    <w:p>
      <w:pPr>
        <w:jc w:val="right"/>
      </w:pPr>
      <w:r>
        <w:t>ماڈرن تھاٹ پروپوز بہت زیادہ پڑھا، بہت زیادہ پڑھا۔</w:t>
      </w:r>
    </w:p>
    <w:p>
      <w:r>
        <w:rPr>
          <w:b/>
        </w:rPr>
        <w:t xml:space="preserve">[16:01] </w:t>
      </w:r>
      <w:r>
        <w:t>to mere apne family ke halaat jo thay, wahi mujhe is taraf le gaye ke mein dobara, yaani learning karoon.</w:t>
      </w:r>
    </w:p>
    <w:p>
      <w:pPr>
        <w:jc w:val="right"/>
      </w:pPr>
      <w:r>
        <w:t>تو میرے اپنے فیملی کے حالات جو تھے، وہی مجھے اس طرف لے گئے کہ میں دوبارہ، یعنی لرننگ کروں۔</w:t>
      </w:r>
    </w:p>
    <w:p>
      <w:r>
        <w:rPr>
          <w:b/>
        </w:rPr>
        <w:t xml:space="preserve">[16:08] </w:t>
      </w:r>
      <w:r>
        <w:t>madarse ki education kafi nahi hai.</w:t>
      </w:r>
    </w:p>
    <w:p>
      <w:pPr>
        <w:jc w:val="right"/>
      </w:pPr>
      <w:r>
        <w:t>مدرسے کی ایجوکیشن کافی نہیں ہے۔</w:t>
      </w:r>
    </w:p>
    <w:p>
      <w:r>
        <w:rPr>
          <w:b/>
        </w:rPr>
        <w:t xml:space="preserve">[16:15] </w:t>
      </w:r>
      <w:r>
        <w:t>to ek taraf mein ne do kaam kiya.</w:t>
      </w:r>
    </w:p>
    <w:p>
      <w:pPr>
        <w:jc w:val="right"/>
      </w:pPr>
      <w:r>
        <w:t>تو ایک طرف میں نے دو کام کیا۔</w:t>
      </w:r>
    </w:p>
    <w:p>
      <w:r>
        <w:rPr>
          <w:b/>
        </w:rPr>
        <w:t xml:space="preserve">[16:22] </w:t>
      </w:r>
      <w:r>
        <w:t>mein ne ek taraf Quran o Hadees ko dobara parha, yaani restudy ki.</w:t>
      </w:r>
    </w:p>
    <w:p>
      <w:pPr>
        <w:jc w:val="right"/>
      </w:pPr>
      <w:r>
        <w:t>میں نے ایک طرف قرآن و حدیث کو دوبارہ پڑھا، یعنی ری اسٹڈی کی۔</w:t>
      </w:r>
    </w:p>
    <w:p>
      <w:r>
        <w:rPr>
          <w:b/>
        </w:rPr>
        <w:t xml:space="preserve">[16:29] </w:t>
      </w:r>
      <w:r>
        <w:t>aur doosri taraf mein ne Angrezi aur hi uloom ko parha.</w:t>
      </w:r>
    </w:p>
    <w:p>
      <w:pPr>
        <w:jc w:val="right"/>
      </w:pPr>
      <w:r>
        <w:t>اور دوسری طرف میں نے انگریزی اور ہی علوم کو پڑھا۔</w:t>
      </w:r>
    </w:p>
    <w:p>
      <w:r>
        <w:rPr>
          <w:b/>
        </w:rPr>
        <w:t xml:space="preserve">[16:36] </w:t>
      </w:r>
      <w:r>
        <w:t>to yeh dono mein bohat dinon tak phansa raha, mashgool raha.</w:t>
      </w:r>
    </w:p>
    <w:p>
      <w:pPr>
        <w:jc w:val="right"/>
      </w:pPr>
      <w:r>
        <w:t>تو یہ دونوں میں بہت دنوں تک پھنسا رہا، مشغول رہا۔</w:t>
      </w:r>
    </w:p>
    <w:p>
      <w:r>
        <w:rPr>
          <w:b/>
        </w:rPr>
        <w:t xml:space="preserve">[16:43] </w:t>
      </w:r>
      <w:r>
        <w:t>phir woh waqt aaya hai ke jab mein Delhi aaya, 1967 mein, tab se meri day jaldi shuru hoti hai.</w:t>
      </w:r>
    </w:p>
    <w:p>
      <w:pPr>
        <w:jc w:val="right"/>
      </w:pPr>
      <w:r>
        <w:t>پھر وہ وقت آیا ہے کہ جب میں دہلی آیا، 1967 میں، تب سے میری ڈے جلدی شروع ہوتی ہے۔</w:t>
      </w:r>
    </w:p>
    <w:p>
      <w:r>
        <w:rPr>
          <w:b/>
        </w:rPr>
        <w:t xml:space="preserve">[16:50] </w:t>
      </w:r>
      <w:r>
        <w:t>dehli mein aane ke baad, 1967.</w:t>
      </w:r>
    </w:p>
    <w:p>
      <w:pPr>
        <w:jc w:val="right"/>
      </w:pPr>
      <w:r>
        <w:t>دہلی میں آنے کے بعد، 1967۔</w:t>
      </w:r>
    </w:p>
    <w:p>
      <w:r>
        <w:rPr>
          <w:b/>
        </w:rPr>
        <w:t xml:space="preserve">[16:57] </w:t>
      </w:r>
      <w:r>
        <w:t>jee, yaani yoon kehna chahiye ke 1967 se pehle mera jo period tha, woh self training ka period tha.</w:t>
      </w:r>
    </w:p>
    <w:p>
      <w:pPr>
        <w:jc w:val="right"/>
      </w:pPr>
      <w:r>
        <w:t>جی، یعنی یوں کہنا چاہیے کہ 1967 سے پہلے میرا جو پیریڈ تھا، وہ سیلف ٹریننگ کا پیریڈ تھا۔</w:t>
      </w:r>
    </w:p>
    <w:p>
      <w:r>
        <w:rPr>
          <w:b/>
        </w:rPr>
        <w:t xml:space="preserve">[17:04] </w:t>
      </w:r>
      <w:r>
        <w:t>aur 1967 ke baad jo hua, woh hua mashal ka period.</w:t>
      </w:r>
    </w:p>
    <w:p>
      <w:pPr>
        <w:jc w:val="right"/>
      </w:pPr>
      <w:r>
        <w:t>اور 1967 کے بعد جو ہوا، وہ ہوا مشعل کا پیریڈ۔</w:t>
      </w:r>
    </w:p>
    <w:p>
      <w:r>
        <w:rPr>
          <w:b/>
        </w:rPr>
        <w:t xml:space="preserve">[17:11] </w:t>
      </w:r>
      <w:r>
        <w:t>In fact, Maulana sahib, you just mentioned that after your classical Islamic learning, you went into to study the modern thought. So we would like to know a little more in detail that why did you feel the need of studying the modern thought or the western science and how did it help you?</w:t>
      </w:r>
    </w:p>
    <w:p>
      <w:pPr>
        <w:jc w:val="right"/>
      </w:pPr>
      <w:r>
        <w:t>ان فیکٹ، مولانا صاحب، یو جسٹ مینشن دیٹ آفٹر یور کلاسیکل اسلامک لرننگ، یو وینٹ ان ٹو سٹڈی دی ماڈرن تھاٹ۔ سو وی وڈ لائک ٹو نو اے لٹل مور ان ڈیٹیل دیٹ وائی ڈیڈ یو فیل دی نیڈ آف سٹڈنگ دا ماڈرن تھاٹ اور دا ویسٹرن سائنس اینڈ ہاؤ ڈیڈ اٹ ہیلپ یو؟</w:t>
      </w:r>
    </w:p>
    <w:p>
      <w:r>
        <w:rPr>
          <w:b/>
        </w:rPr>
        <w:t xml:space="preserve">[17:35] </w:t>
      </w:r>
      <w:r>
        <w:t>is zamane mein jab maine angrezi seekhi aur kitabein parhna shuru kiya to kuch kitabein aisi huin</w:t>
      </w:r>
    </w:p>
    <w:p>
      <w:pPr>
        <w:jc w:val="right"/>
      </w:pPr>
      <w:r>
        <w:t>اس زمانے میں جب میں نے انگریزی سیکھی اور کتابیں پڑھنا شروع کیا تو کچھ کتابیں ایسی ہوئیں</w:t>
      </w:r>
    </w:p>
    <w:p>
      <w:r>
        <w:rPr>
          <w:b/>
        </w:rPr>
        <w:t xml:space="preserve">[17:40] </w:t>
      </w:r>
      <w:r>
        <w:t>jin se mein bohat zyada mutasir hua. bohat zyada.</w:t>
      </w:r>
    </w:p>
    <w:p>
      <w:pPr>
        <w:jc w:val="right"/>
      </w:pPr>
      <w:r>
        <w:t>جن سے میں بہت زیادہ متاثر ہوا۔ بہت زیادہ۔</w:t>
      </w:r>
    </w:p>
    <w:p>
      <w:r>
        <w:rPr>
          <w:b/>
        </w:rPr>
        <w:t xml:space="preserve">[17:46] </w:t>
      </w:r>
      <w:r>
        <w:t>jaise sir james jeans ki kitab thi, woh "mysterious universe".</w:t>
      </w:r>
    </w:p>
    <w:p>
      <w:pPr>
        <w:jc w:val="right"/>
      </w:pPr>
      <w:r>
        <w:t>جیسے سر جیمز جینز کی کتاب تھی، وہ "مسٹیریس یونیورس"۔</w:t>
      </w:r>
    </w:p>
    <w:p>
      <w:r>
        <w:rPr>
          <w:b/>
        </w:rPr>
        <w:t xml:space="preserve">[17:51] </w:t>
      </w:r>
      <w:r>
        <w:t>is se ek naya, ek nayi soch mein nazar aayi.</w:t>
      </w:r>
    </w:p>
    <w:p>
      <w:pPr>
        <w:jc w:val="right"/>
      </w:pPr>
      <w:r>
        <w:t>اس سے ایک نیا، ایک نئی سوچ میں نظر آئی۔</w:t>
      </w:r>
    </w:p>
    <w:p>
      <w:r>
        <w:rPr>
          <w:b/>
        </w:rPr>
        <w:t xml:space="preserve">[17:57] </w:t>
      </w:r>
      <w:r>
        <w:t>ek kitab parhi thi is zamane mein, "the great intellectual revolution".</w:t>
      </w:r>
    </w:p>
    <w:p>
      <w:pPr>
        <w:jc w:val="right"/>
      </w:pPr>
      <w:r>
        <w:t>ایک کتاب پڑھی تھی اس زمانے میں، "دا گریٹ انٹلیکچول ریولوشن"۔</w:t>
      </w:r>
    </w:p>
    <w:p>
      <w:r>
        <w:rPr>
          <w:b/>
        </w:rPr>
        <w:t xml:space="preserve">[18:03] </w:t>
      </w:r>
      <w:r>
        <w:t>is se bhi bohat zyada mujhe shock laga. bohat zyada.</w:t>
      </w:r>
    </w:p>
    <w:p>
      <w:pPr>
        <w:jc w:val="right"/>
      </w:pPr>
      <w:r>
        <w:t>اس سے بھی بہت زیادہ مجھے شاک لگا۔ بہت زیادہ۔</w:t>
      </w:r>
    </w:p>
    <w:p>
      <w:r>
        <w:rPr>
          <w:b/>
        </w:rPr>
        <w:t xml:space="preserve">[18:08] </w:t>
      </w:r>
      <w:r>
        <w:t>phir ek kitab parhi, azam julian huxley ne ek kitab likhi thi, "man stands alone".</w:t>
      </w:r>
    </w:p>
    <w:p>
      <w:pPr>
        <w:jc w:val="right"/>
      </w:pPr>
      <w:r>
        <w:t>پھر ایک کتاب پڑھی، عزم جولین ہکسلر نے ایک کتاب لکھی تھی، "مین اسٹینڈز الون"۔</w:t>
      </w:r>
    </w:p>
    <w:p>
      <w:r>
        <w:rPr>
          <w:b/>
        </w:rPr>
        <w:t xml:space="preserve">[18:14] </w:t>
      </w:r>
      <w:r>
        <w:t>woh bullet aadmi tha, woh.</w:t>
      </w:r>
    </w:p>
    <w:p>
      <w:pPr>
        <w:jc w:val="right"/>
      </w:pPr>
      <w:r>
        <w:t>وہ بلٹ آدمی تھا، وہ۔</w:t>
      </w:r>
    </w:p>
    <w:p>
      <w:r>
        <w:rPr>
          <w:b/>
        </w:rPr>
        <w:t xml:space="preserve">[18:19] </w:t>
      </w:r>
      <w:r>
        <w:t>"man stands alone".</w:t>
      </w:r>
    </w:p>
    <w:p>
      <w:pPr>
        <w:jc w:val="right"/>
      </w:pPr>
      <w:r>
        <w:t>"مین اسٹینڈز الون"۔</w:t>
      </w:r>
    </w:p>
    <w:p>
      <w:r>
        <w:rPr>
          <w:b/>
        </w:rPr>
        <w:t xml:space="preserve">[18:25] </w:t>
      </w:r>
      <w:r>
        <w:t>to creasy warren ne kitab likhi, "man does not stand alone".</w:t>
      </w:r>
    </w:p>
    <w:p>
      <w:pPr>
        <w:jc w:val="right"/>
      </w:pPr>
      <w:r>
        <w:t>تو کریسی وارسن نے کتاب لکھی، "مین ڈز ناٹ اسٹینڈ الون"۔</w:t>
      </w:r>
    </w:p>
    <w:p>
      <w:r>
        <w:rPr>
          <w:b/>
        </w:rPr>
        <w:t xml:space="preserve">[18:31] </w:t>
      </w:r>
      <w:r>
        <w:t>yeh kitab bohat mujhe is se faida hua.</w:t>
      </w:r>
    </w:p>
    <w:p>
      <w:pPr>
        <w:jc w:val="right"/>
      </w:pPr>
      <w:r>
        <w:t>یہ کتاب بہت مجھے اس سے فائدہ ہوا۔</w:t>
      </w:r>
    </w:p>
    <w:p>
      <w:r>
        <w:rPr>
          <w:b/>
        </w:rPr>
        <w:t xml:space="preserve">[18:36] </w:t>
      </w:r>
      <w:r>
        <w:t>to parhta raha, parhta raha, parhta raha isi jagah se.</w:t>
      </w:r>
    </w:p>
    <w:p>
      <w:pPr>
        <w:jc w:val="right"/>
      </w:pPr>
      <w:r>
        <w:t>تو پڑھتا رہا، پڑھتا رہا، پڑھتا رہا اسی جگہ سے۔</w:t>
      </w:r>
    </w:p>
    <w:p>
      <w:r>
        <w:rPr>
          <w:b/>
        </w:rPr>
        <w:t xml:space="preserve">[18:42] </w:t>
      </w:r>
      <w:r>
        <w:t>تو اتنا زیادہ میں نے پڑھا کہ میرا جو اسٹائل ہے اردو کا، وہ امریکی اسٹائل ہے۔</w:t>
      </w:r>
    </w:p>
    <w:p>
      <w:pPr>
        <w:jc w:val="right"/>
      </w:pPr>
      <w:r>
        <w:t>تو اتنا زیادہ میں نے پڑھا کہ میرا جو اسٹائل ہے اردو کا، وہ امریکائی اسٹائل ہے۔</w:t>
      </w:r>
    </w:p>
    <w:p>
      <w:r>
        <w:rPr>
          <w:b/>
        </w:rPr>
        <w:t xml:space="preserve">[18:47] </w:t>
      </w:r>
      <w:r>
        <w:t>یعنی اردو جو ہے، English، English یعنی اسٹائل میں۔</w:t>
      </w:r>
    </w:p>
    <w:p>
      <w:pPr>
        <w:jc w:val="right"/>
      </w:pPr>
      <w:r>
        <w:t>یعنی اردو جو ہے، انگلش، انگلش یعنی اسٹائل میں۔</w:t>
      </w:r>
    </w:p>
    <w:p>
      <w:r>
        <w:rPr>
          <w:b/>
        </w:rPr>
        <w:t xml:space="preserve">[18:53] </w:t>
      </w:r>
      <w:r>
        <w:t>یہاں سے ایک انوالو پروفیسر انوالو علی خاسود English پڑھاتے تھے وہ جامعہ میں۔</w:t>
      </w:r>
    </w:p>
    <w:p>
      <w:pPr>
        <w:jc w:val="right"/>
      </w:pPr>
      <w:r>
        <w:t>یہاں سے ایک انوالو پروفیسر انوالو علی خاسود انگلش پڑھاتے تھے وہ جامعہ میں۔</w:t>
      </w:r>
    </w:p>
    <w:p>
      <w:r>
        <w:rPr>
          <w:b/>
        </w:rPr>
        <w:t xml:space="preserve">[18:59] </w:t>
      </w:r>
      <w:r>
        <w:t>تو وہ کہتے تھے کہ آپ کی اردو کا ترجمہ بہت آسان ہے English میں۔</w:t>
      </w:r>
    </w:p>
    <w:p>
      <w:pPr>
        <w:jc w:val="right"/>
      </w:pPr>
      <w:r>
        <w:t>تو وہ کہتے تھے کہ آپ کی اردو کا ترجمہ بہت آسان ہے انگلش میں۔</w:t>
      </w:r>
    </w:p>
    <w:p>
      <w:r>
        <w:rPr>
          <w:b/>
        </w:rPr>
        <w:t xml:space="preserve">[19:04] </w:t>
      </w:r>
      <w:r>
        <w:t>kyunke woh is hote hi urdu style english hota hai.</w:t>
      </w:r>
    </w:p>
    <w:p>
      <w:pPr>
        <w:jc w:val="right"/>
      </w:pPr>
      <w:r>
        <w:t>کیونکہ وہ اس ہوتے ہی اردو اسٹائل انگلش ہوتا ہے۔</w:t>
      </w:r>
    </w:p>
    <w:p>
      <w:r>
        <w:rPr>
          <w:b/>
        </w:rPr>
        <w:t xml:space="preserve">[19:10] </w:t>
      </w:r>
      <w:r>
        <w:t>to is liye hua ke baad ke zamane mein mein bohat zyada har waqt angrezi kitabein parhta tha.</w:t>
      </w:r>
    </w:p>
    <w:p>
      <w:pPr>
        <w:jc w:val="right"/>
      </w:pPr>
      <w:r>
        <w:t>تو اس لیے ہوا کہ بعد کے زمانے میں میں بہت زیادہ ہر وقت انگریزی کتابیں پڑھتا تھا۔</w:t>
      </w:r>
    </w:p>
    <w:p>
      <w:r>
        <w:rPr>
          <w:b/>
        </w:rPr>
        <w:t xml:space="preserve">[19:16] </w:t>
      </w:r>
      <w:r>
        <w:t>is ki wording yaad karta tha.</w:t>
      </w:r>
    </w:p>
    <w:p>
      <w:pPr>
        <w:jc w:val="right"/>
      </w:pPr>
      <w:r>
        <w:t>اس کی ورڈنگ یاد کرتا تھا۔</w:t>
      </w:r>
    </w:p>
    <w:p>
      <w:r>
        <w:rPr>
          <w:b/>
        </w:rPr>
        <w:t xml:space="preserve">[19:21] </w:t>
      </w:r>
      <w:r>
        <w:t>ایک زمانہ یہ تھا کہ میں سمجھتا تھا کہ شاید dictionary کے سارے الفاظ میں نے رٹ ڈالے ہیں۔</w:t>
      </w:r>
    </w:p>
    <w:p>
      <w:pPr>
        <w:jc w:val="right"/>
      </w:pPr>
      <w:r>
        <w:t>ایک زمانہ یہ تھا کہ میں سمجھتا تھا کہ شاید ڈکشنری کے سارے الفاظ میں نے رٹ ڈالے ہیں۔</w:t>
      </w:r>
    </w:p>
    <w:p>
      <w:r>
        <w:rPr>
          <w:b/>
        </w:rPr>
        <w:t xml:space="preserve">[19:27] </w:t>
      </w:r>
      <w:r>
        <w:t>aisa lagta tha mujhe.</w:t>
      </w:r>
    </w:p>
    <w:p>
      <w:pPr>
        <w:jc w:val="right"/>
      </w:pPr>
      <w:r>
        <w:t>ایسا لگتا تھا مجھے۔</w:t>
      </w:r>
    </w:p>
    <w:p>
      <w:r>
        <w:rPr>
          <w:b/>
        </w:rPr>
        <w:t xml:space="preserve">[19:32] </w:t>
      </w:r>
      <w:r>
        <w:t>to is tarah se meri zindagi bani.</w:t>
      </w:r>
    </w:p>
    <w:p>
      <w:pPr>
        <w:jc w:val="right"/>
      </w:pPr>
      <w:r>
        <w:t>تو اس طرح سے میری زندگی بنی۔</w:t>
      </w:r>
    </w:p>
    <w:p>
      <w:r>
        <w:rPr>
          <w:b/>
        </w:rPr>
        <w:t xml:space="preserve">[19:38] </w:t>
      </w:r>
      <w:r>
        <w:t>aur yaani chunke madrase ki ammi ki jo taleem meri thi, woh mujhe pakre rahi.</w:t>
      </w:r>
    </w:p>
    <w:p>
      <w:pPr>
        <w:jc w:val="right"/>
      </w:pPr>
      <w:r>
        <w:t>اور یعنی چونکہ مدرسے کی امی کی جو تعلیم میری تھی، وہ مجھے پکڑے رہی۔</w:t>
      </w:r>
    </w:p>
    <w:p>
      <w:r>
        <w:rPr>
          <w:b/>
        </w:rPr>
        <w:t xml:space="preserve">[19:44] </w:t>
      </w:r>
      <w:r>
        <w:t>agar madrase ki taleem na hoti to ab bhaag jata mein.</w:t>
      </w:r>
    </w:p>
    <w:p>
      <w:pPr>
        <w:jc w:val="right"/>
      </w:pPr>
      <w:r>
        <w:t>اگر مدرسے کی تعلیم نہ ہوتی تو اب بھاگ جاتا میں۔</w:t>
      </w:r>
    </w:p>
    <w:p>
      <w:r>
        <w:rPr>
          <w:b/>
        </w:rPr>
        <w:t xml:space="preserve">[19:49] </w:t>
      </w:r>
      <w:r>
        <w:t>sirf angrezi parhta to.</w:t>
      </w:r>
    </w:p>
    <w:p>
      <w:pPr>
        <w:jc w:val="right"/>
      </w:pPr>
      <w:r>
        <w:t>صرف انگریزی پڑھتا تو۔</w:t>
      </w:r>
    </w:p>
    <w:p>
      <w:r>
        <w:rPr>
          <w:b/>
        </w:rPr>
        <w:t xml:space="preserve">[19:55] </w:t>
      </w:r>
      <w:r>
        <w:t>yaani angrezi parhne ke zamane mein woh bari jo madrase ki taleem thi, woh mujhe pakre rahe, pakre rahe.</w:t>
      </w:r>
    </w:p>
    <w:p>
      <w:pPr>
        <w:jc w:val="right"/>
      </w:pPr>
      <w:r>
        <w:t>یعنی انگریزی پڑھنے کے زمانے میں وہ بڑی جو مدرسے کی تعلیم تھی، وہ مجھے پکڑے رہے، پکڑے رہے۔</w:t>
      </w:r>
    </w:p>
    <w:p>
      <w:r>
        <w:rPr>
          <w:b/>
        </w:rPr>
        <w:t xml:space="preserve">[20:00] </w:t>
      </w:r>
      <w:r>
        <w:t>yaani bhaagne nahi diya.</w:t>
      </w:r>
    </w:p>
    <w:p>
      <w:pPr>
        <w:jc w:val="right"/>
      </w:pPr>
      <w:r>
        <w:t>یعنی بھاگنے نہیں دیا۔</w:t>
      </w:r>
    </w:p>
    <w:p>
      <w:r>
        <w:rPr>
          <w:b/>
        </w:rPr>
        <w:t xml:space="preserve">[20:06] </w:t>
      </w:r>
      <w:r>
        <w:t>ji, to jaise speed breaker hota hai sadkon par.</w:t>
      </w:r>
    </w:p>
    <w:p>
      <w:pPr>
        <w:jc w:val="right"/>
      </w:pPr>
      <w:r>
        <w:t>جی، تو جیسے اسپیڈ بریکر ہوتا ہے سڑکوں پر۔</w:t>
      </w:r>
    </w:p>
    <w:p>
      <w:r>
        <w:rPr>
          <w:b/>
        </w:rPr>
        <w:t xml:space="preserve">[20:12] </w:t>
      </w:r>
      <w:r>
        <w:t>to maine itna zyada angrezi chezen padhi thin ke main isi isi pe gum ho jata main.</w:t>
      </w:r>
    </w:p>
    <w:p>
      <w:pPr>
        <w:jc w:val="right"/>
      </w:pPr>
      <w:r>
        <w:t>تو میں نے اتنا زیادہ انگریزی چیزیں پڑھی تھیں کہ میں اسی اسی پہ گم ہو جاتا میں۔</w:t>
      </w:r>
    </w:p>
    <w:p>
      <w:r>
        <w:rPr>
          <w:b/>
        </w:rPr>
        <w:t xml:space="preserve">[20:17] </w:t>
      </w:r>
      <w:r>
        <w:t>lekin meri jo madarse ki education thi, wo mujhe pakde rahi.</w:t>
      </w:r>
    </w:p>
    <w:p>
      <w:pPr>
        <w:jc w:val="right"/>
      </w:pPr>
      <w:r>
        <w:t>لیکن میری جو مدرسے کی ایجوکیشن تھی، وہ مجھے پکڑے رہی۔</w:t>
      </w:r>
    </w:p>
    <w:p>
      <w:r>
        <w:rPr>
          <w:b/>
        </w:rPr>
        <w:t xml:space="preserve">[20:23] </w:t>
      </w:r>
      <w:r>
        <w:t>is lahaz se bohat bara role hai meri zindagi mein madarse ki education ka.</w:t>
      </w:r>
    </w:p>
    <w:p>
      <w:pPr>
        <w:jc w:val="right"/>
      </w:pPr>
      <w:r>
        <w:t>اس لحاظ سے بہت بڑا رول ہے میری زندگی میں مدرسے کی ایجوکیشن کا۔</w:t>
      </w:r>
    </w:p>
    <w:p>
      <w:r>
        <w:rPr>
          <w:b/>
        </w:rPr>
        <w:t xml:space="preserve">[20:29] </w:t>
      </w:r>
      <w:r>
        <w:t>But Maulana sahib, how did your study of western thought or the modern thought change in terms of presenting Islam as compared to, you know, how the traditional Islamic scholars were doing at that point of time? If you can share something in that?</w:t>
      </w:r>
    </w:p>
    <w:p>
      <w:pPr>
        <w:jc w:val="right"/>
      </w:pPr>
      <w:r>
        <w:t>بٹ مولانا صاحب، ہاؤ ڈیڈ یور سٹڈی آف ویسٹرن تھاٹ اور دا ماڈرن تھاٹ چینج ان ٹرمز آف پریزنٹنگ اسلام ایز کمپیر ٹو، یو نو، ہاؤ دا ٹریڈیشنل اسلامک سکالرز وار ڈوئنگ ایٹ دیٹ پوائنٹ آف ٹائم؟ اف یو کین شیئر سمتھنگ ان دیٹ؟</w:t>
      </w:r>
    </w:p>
    <w:p>
      <w:r>
        <w:rPr>
          <w:b/>
        </w:rPr>
        <w:t xml:space="preserve">[20:47] </w:t>
      </w:r>
      <w:r>
        <w:t>dekhen, ek bohat bari cheez jo mujhe mili, yani angrezi kitaben padhne se, wo thi objective thinking.</w:t>
      </w:r>
    </w:p>
    <w:p>
      <w:pPr>
        <w:jc w:val="right"/>
      </w:pPr>
      <w:r>
        <w:t>دیکھیں، ایک بہت بڑی چیز جو مجھے ملی، یعنی انگریزی کتابیں پڑھنے سے، وہ تھی ابجیکٹو تھنکنگ۔</w:t>
      </w:r>
    </w:p>
    <w:p>
      <w:r>
        <w:rPr>
          <w:b/>
        </w:rPr>
        <w:t xml:space="preserve">[20:52] </w:t>
      </w:r>
      <w:r>
        <w:t>madarse mein humein aisi nahi mili thi.</w:t>
      </w:r>
    </w:p>
    <w:p>
      <w:pPr>
        <w:jc w:val="right"/>
      </w:pPr>
      <w:r>
        <w:t>مدرسے میں ہمیں ایسی نہیں ملی تھی۔</w:t>
      </w:r>
    </w:p>
    <w:p>
      <w:r>
        <w:rPr>
          <w:b/>
        </w:rPr>
        <w:t xml:space="preserve">[20:57] </w:t>
      </w:r>
      <w:r>
        <w:t>objective thinking humein madarse mein nahi mili thi. yahan mili.</w:t>
      </w:r>
    </w:p>
    <w:p>
      <w:pPr>
        <w:jc w:val="right"/>
      </w:pPr>
      <w:r>
        <w:t>ابجیکٹو تھنکنگ ہمیں مدرسے میں نہیں ملی تھی۔ یہاں ملی۔</w:t>
      </w:r>
    </w:p>
    <w:p>
      <w:r>
        <w:rPr>
          <w:b/>
        </w:rPr>
        <w:t xml:space="preserve">[21:03] </w:t>
      </w:r>
      <w:r>
        <w:t>to bohat zyada main objective ho gaya. bohat zyada.</w:t>
      </w:r>
    </w:p>
    <w:p>
      <w:pPr>
        <w:jc w:val="right"/>
      </w:pPr>
      <w:r>
        <w:t>تو بہت زیادہ میں ابجیکٹو ہو گیا۔ بہت زیادہ۔</w:t>
      </w:r>
    </w:p>
    <w:p>
      <w:r>
        <w:rPr>
          <w:b/>
        </w:rPr>
        <w:t xml:space="preserve">[21:08] </w:t>
      </w:r>
      <w:r>
        <w:t>to maine discover kiya ke jo hamari traditional knowledge hai, traditional jo jo concept hai, aaj ke</w:t>
      </w:r>
    </w:p>
    <w:p>
      <w:pPr>
        <w:jc w:val="right"/>
      </w:pPr>
      <w:r>
        <w:t>تو میں نے ڈسکور کیا کہ جو ہماری ٹریڈیشنل نالج ہے، ٹریڈیشنل جو جو کانسیپٹ ہے، آج کے</w:t>
      </w:r>
    </w:p>
    <w:p>
      <w:r>
        <w:rPr>
          <w:b/>
        </w:rPr>
        <w:t xml:space="preserve">[21:14] </w:t>
      </w:r>
      <w:r>
        <w:t>mind ko wo appeal karne wala nahi hai.</w:t>
      </w:r>
    </w:p>
    <w:p>
      <w:pPr>
        <w:jc w:val="right"/>
      </w:pPr>
      <w:r>
        <w:t>مائنڈ کو وہ اپیل کرنے والا نہیں ہے۔</w:t>
      </w:r>
    </w:p>
    <w:p>
      <w:r>
        <w:rPr>
          <w:b/>
        </w:rPr>
        <w:t xml:space="preserve">[21:19] </w:t>
      </w:r>
      <w:r>
        <w:t>aaj ke mind ko appeal karne ke liye iske level pe bolna parega.</w:t>
      </w:r>
    </w:p>
    <w:p>
      <w:pPr>
        <w:jc w:val="right"/>
      </w:pPr>
      <w:r>
        <w:t>آج کے مائنڈ کو اپیل کرنے کے لیے اس کے لیول پہ بولنا پڑے گا۔</w:t>
      </w:r>
    </w:p>
    <w:p>
      <w:r>
        <w:rPr>
          <w:b/>
        </w:rPr>
        <w:t xml:space="preserve">[21:25] </w:t>
      </w:r>
      <w:r>
        <w:t>iske mind ko address karna parega.</w:t>
      </w:r>
    </w:p>
    <w:p>
      <w:pPr>
        <w:jc w:val="right"/>
      </w:pPr>
      <w:r>
        <w:t>اس کے مائنڈ کو ایڈریس کرنا پڑے گا۔</w:t>
      </w:r>
    </w:p>
    <w:p>
      <w:r>
        <w:rPr>
          <w:b/>
        </w:rPr>
        <w:t xml:space="preserve">[21:30] </w:t>
      </w:r>
      <w:r>
        <w:t>to is zamane mein ek kitab chhapi thi Maulana Ali ne ki, "raddat wala abubakar allah".</w:t>
      </w:r>
    </w:p>
    <w:p>
      <w:pPr>
        <w:jc w:val="right"/>
      </w:pPr>
      <w:r>
        <w:t>تو اس زمانے میں ایک کتاب چھپی تھی مولانا علی نے کی، "ردۃ ولا ابا بکر اللہ"۔</w:t>
      </w:r>
    </w:p>
    <w:p>
      <w:r>
        <w:rPr>
          <w:b/>
        </w:rPr>
        <w:t xml:space="preserve">[21:36] </w:t>
      </w:r>
      <w:r>
        <w:t>radd maani apostasy.</w:t>
      </w:r>
    </w:p>
    <w:p>
      <w:pPr>
        <w:jc w:val="right"/>
      </w:pPr>
      <w:r>
        <w:t>ردا معنی اپوسٹسی۔</w:t>
      </w:r>
    </w:p>
    <w:p>
      <w:r>
        <w:rPr>
          <w:b/>
        </w:rPr>
        <w:t xml:space="preserve">[21:41] </w:t>
      </w:r>
      <w:r>
        <w:t>yani ek apostasy hai lekin koi iska jawab de wala nahi.</w:t>
      </w:r>
    </w:p>
    <w:p>
      <w:pPr>
        <w:jc w:val="right"/>
      </w:pPr>
      <w:r>
        <w:t>یعنی ایک اپوسٹسی ہے لیکن کوئی اس کا جواب دہ والا نہیں۔</w:t>
      </w:r>
    </w:p>
    <w:p>
      <w:r>
        <w:rPr>
          <w:b/>
        </w:rPr>
        <w:t xml:space="preserve">[21:47] </w:t>
      </w:r>
      <w:r>
        <w:t>to unhon ne ya kisi aur ne iska jawab to diya nahi, lekin meri zindagi mein wo</w:t>
      </w:r>
    </w:p>
    <w:p>
      <w:pPr>
        <w:jc w:val="right"/>
      </w:pPr>
      <w:r>
        <w:t>تو انہوں نے یا کسی اور نے اس کا جواب تو دیا نہیں، لیکن میری زندگی میں وہ</w:t>
      </w:r>
    </w:p>
    <w:p>
      <w:r>
        <w:rPr>
          <w:b/>
        </w:rPr>
        <w:t xml:space="preserve">[21:52] </w:t>
      </w:r>
      <w:r>
        <w:t>mashal ban gaya ke modern apostasy jo hai, usko samajhna aur usko un logon ke mind</w:t>
      </w:r>
    </w:p>
    <w:p>
      <w:pPr>
        <w:jc w:val="right"/>
      </w:pPr>
      <w:r>
        <w:t>مشعل بن گیا کہ ماڈرن اپوسٹسی جو ہے، اس کو سمجھنا اور اس کو ان لوگوں کے مائنڈ</w:t>
      </w:r>
    </w:p>
    <w:p>
      <w:r>
        <w:rPr>
          <w:b/>
        </w:rPr>
        <w:t xml:space="preserve">[21:58] </w:t>
      </w:r>
      <w:r>
        <w:t>ko address karna, jo unke modern apostasy nahi kahunga, usko yeh unhon ne kaha tha.</w:t>
      </w:r>
    </w:p>
    <w:p>
      <w:pPr>
        <w:jc w:val="right"/>
      </w:pPr>
      <w:r>
        <w:t>کو ایڈریس کرنا، جو ان کے ماڈرن اپوسٹسی نہیں کہوں گا، اس کو یہ انہوں نے کہا تھا۔</w:t>
      </w:r>
    </w:p>
    <w:p>
      <w:r>
        <w:rPr>
          <w:b/>
        </w:rPr>
        <w:t xml:space="preserve">[22:03] </w:t>
      </w:r>
      <w:r>
        <w:t>main kahunga modern mind kahunga main.</w:t>
      </w:r>
    </w:p>
    <w:p>
      <w:pPr>
        <w:jc w:val="right"/>
      </w:pPr>
      <w:r>
        <w:t>میں کہوں گا ماڈرن مائنڈ کہوں گا میں۔</w:t>
      </w:r>
    </w:p>
    <w:p>
      <w:r>
        <w:rPr>
          <w:b/>
        </w:rPr>
        <w:t xml:space="preserve">[22:08] </w:t>
      </w:r>
      <w:r>
        <w:t>usko apostasy nahi kahunga.</w:t>
      </w:r>
    </w:p>
    <w:p>
      <w:pPr>
        <w:jc w:val="right"/>
      </w:pPr>
      <w:r>
        <w:t>اس کو اپوسٹسی نہیں کہوں گا۔</w:t>
      </w:r>
    </w:p>
    <w:p>
      <w:r>
        <w:rPr>
          <w:b/>
        </w:rPr>
        <w:t xml:space="preserve">[22:14] </w:t>
      </w:r>
      <w:r>
        <w:t>lekin Maulana Ali maine isko kaha tha irtidad.</w:t>
      </w:r>
    </w:p>
    <w:p>
      <w:pPr>
        <w:jc w:val="right"/>
      </w:pPr>
      <w:r>
        <w:t>لیکن مولانا علی میں نے اس کو کہا تھا ارتداد۔</w:t>
      </w:r>
    </w:p>
    <w:p>
      <w:r>
        <w:rPr>
          <w:b/>
        </w:rPr>
        <w:t xml:space="preserve">[22:19] </w:t>
      </w:r>
      <w:r>
        <w:t>to modern mind ko address karna yeh mera mashal ban gaya.</w:t>
      </w:r>
    </w:p>
    <w:p>
      <w:pPr>
        <w:jc w:val="right"/>
      </w:pPr>
      <w:r>
        <w:t>تو ماڈرن مائنڈ کو ایڈریس کرنا یہ میرا مشعل بن گیا۔</w:t>
      </w:r>
    </w:p>
    <w:p>
      <w:r>
        <w:rPr>
          <w:b/>
        </w:rPr>
        <w:t xml:space="preserve">[22:25] </w:t>
      </w:r>
      <w:r>
        <w:t>modern mind ko.</w:t>
      </w:r>
    </w:p>
    <w:p>
      <w:pPr>
        <w:jc w:val="right"/>
      </w:pPr>
      <w:r>
        <w:t>ماڈرن مائنڈ کو۔</w:t>
      </w:r>
    </w:p>
    <w:p>
      <w:r>
        <w:rPr>
          <w:b/>
        </w:rPr>
        <w:t xml:space="preserve">[22:30] </w:t>
      </w:r>
      <w:r>
        <w:t>to jaisa ke maine kaha, jin logon ne angrezi padhi hai is zamane mein, sab kahin na</w:t>
      </w:r>
    </w:p>
    <w:p>
      <w:pPr>
        <w:jc w:val="right"/>
      </w:pPr>
      <w:r>
        <w:t>تو جیسا کہ میں نے کہا، جن لوگوں نے انگریزی پڑھی ہے اس زمانے میں، سب کہیں نہ</w:t>
      </w:r>
    </w:p>
    <w:p>
      <w:r>
        <w:rPr>
          <w:b/>
        </w:rPr>
        <w:t xml:space="preserve">[22:36] </w:t>
      </w:r>
      <w:r>
        <w:t>kahin bhag gaye.</w:t>
      </w:r>
    </w:p>
    <w:p>
      <w:pPr>
        <w:jc w:val="right"/>
      </w:pPr>
      <w:r>
        <w:t>کہیں بھاگ گئے۔</w:t>
      </w:r>
    </w:p>
    <w:p>
      <w:r>
        <w:rPr>
          <w:b/>
        </w:rPr>
        <w:t xml:space="preserve">[22:41] </w:t>
      </w:r>
      <w:r>
        <w:t>jahan tak mein janta hoon, jitne logon ne angrezi padhi zyada, woh sab bhag gaye.</w:t>
      </w:r>
    </w:p>
    <w:p>
      <w:pPr>
        <w:jc w:val="right"/>
      </w:pPr>
      <w:r>
        <w:t>جہاں تک میں جانتا ہوں، جتنے لوگوں نے انگریزی پڑھی زیادہ، وہ سب بھاگ گئے۔</w:t>
      </w:r>
    </w:p>
    <w:p>
      <w:r>
        <w:rPr>
          <w:b/>
        </w:rPr>
        <w:t xml:space="preserve">[22:47] </w:t>
      </w:r>
      <w:r>
        <w:t>lekin Allah ke fazl se mein zara bhi bhaga nahin.</w:t>
      </w:r>
    </w:p>
    <w:p>
      <w:pPr>
        <w:jc w:val="right"/>
      </w:pPr>
      <w:r>
        <w:t>لیکن اللہ کے فضل سے میں ذرا بھی بھاگا نہیں۔</w:t>
      </w:r>
    </w:p>
    <w:p>
      <w:r>
        <w:rPr>
          <w:b/>
        </w:rPr>
        <w:t xml:space="preserve">[22:52] </w:t>
      </w:r>
      <w:r>
        <w:t>کیونکہ ایک تو میں، جیسا کہ میں نے عرض کیا کہ سنسیریٹی بہت تھی میرے اندر، as it</w:t>
      </w:r>
    </w:p>
    <w:p>
      <w:pPr>
        <w:jc w:val="right"/>
      </w:pPr>
      <w:r>
        <w:t>کیونکہ ایک تو میں، جیسا کہ میں نے عرض کیا کہ سنسیریٹی بہت تھی میرے اندر، ایز اٹ</w:t>
      </w:r>
    </w:p>
    <w:p>
      <w:r>
        <w:rPr>
          <w:b/>
        </w:rPr>
        <w:t xml:space="preserve">[22:58] </w:t>
      </w:r>
      <w:r>
        <w:t>thinking bahut thi mere andar.</w:t>
      </w:r>
    </w:p>
    <w:p>
      <w:pPr>
        <w:jc w:val="right"/>
      </w:pPr>
      <w:r>
        <w:t>از تھنکنگ بہت تھی میرے اندر۔</w:t>
      </w:r>
    </w:p>
    <w:p>
      <w:r>
        <w:rPr>
          <w:b/>
        </w:rPr>
        <w:t xml:space="preserve">[23:03] </w:t>
      </w:r>
      <w:r>
        <w:t>aur madarse ki education woh mujhe pakad rahi.</w:t>
      </w:r>
    </w:p>
    <w:p>
      <w:pPr>
        <w:jc w:val="right"/>
      </w:pPr>
      <w:r>
        <w:t>اور مدرسے کی ایجوکیشن وہ مجھے پکڑ رہی۔</w:t>
      </w:r>
    </w:p>
    <w:p>
      <w:r>
        <w:rPr>
          <w:b/>
        </w:rPr>
        <w:t xml:space="preserve">[23:09] </w:t>
      </w:r>
      <w:r>
        <w:t>اس وجہ سے میں، یعنی اسلام کو as it is دریافت کیا اور اسلام کو as it is</w:t>
      </w:r>
    </w:p>
    <w:p>
      <w:pPr>
        <w:jc w:val="right"/>
      </w:pPr>
      <w:r>
        <w:t>اس وجہ سے میں، یعنی اسلام کو ایز اٹ از دریافت کیا اور اسلام کو ایز اٹ از</w:t>
      </w:r>
    </w:p>
    <w:p>
      <w:r>
        <w:rPr>
          <w:b/>
        </w:rPr>
        <w:t xml:space="preserve">[23:14] </w:t>
      </w:r>
      <w:r>
        <w:t>pesh kiya maine.</w:t>
      </w:r>
    </w:p>
    <w:p>
      <w:pPr>
        <w:jc w:val="right"/>
      </w:pPr>
      <w:r>
        <w:t>پیش کیا میں نے۔</w:t>
      </w:r>
    </w:p>
    <w:p>
      <w:r>
        <w:rPr>
          <w:b/>
        </w:rPr>
        <w:t xml:space="preserve">[23:20] </w:t>
      </w:r>
      <w:r>
        <w:t>Maulana sahib, during your youth, you joined certain Islamic organizations and you left those organizations after some time. So what was the reason behind your leaving those organizations?</w:t>
      </w:r>
    </w:p>
    <w:p>
      <w:pPr>
        <w:jc w:val="right"/>
      </w:pPr>
      <w:r>
        <w:t>مولانا صاحب، ڈیورنگ یور یوتھ، یو جوائنڈ سرٹن اسلامک ارگنائزیشنز اینڈ یو لیفٹ دوز ارگنائزیشنز آفٹر سم ٹائم۔ سو واٹ واز دا ریزن بیہائنڈ یور لیونگ دوز ارگنائزیشنز؟</w:t>
      </w:r>
    </w:p>
    <w:p>
      <w:r>
        <w:rPr>
          <w:b/>
        </w:rPr>
        <w:t xml:space="preserve">[23:35] </w:t>
      </w:r>
      <w:r>
        <w:t>dekhen, mein kai kai organizations se qareeb hua.</w:t>
      </w:r>
    </w:p>
    <w:p>
      <w:pPr>
        <w:jc w:val="right"/>
      </w:pPr>
      <w:r>
        <w:t>دیکھیں، میں کئی کئی ارگنائزیشنز سے قریب ہوا۔</w:t>
      </w:r>
    </w:p>
    <w:p>
      <w:r>
        <w:rPr>
          <w:b/>
        </w:rPr>
        <w:t xml:space="preserve">[23:40] </w:t>
      </w:r>
      <w:r>
        <w:t>yeh jamaat-e-islami aur tablighi jamaat, jamiat ulema.</w:t>
      </w:r>
    </w:p>
    <w:p>
      <w:pPr>
        <w:jc w:val="right"/>
      </w:pPr>
      <w:r>
        <w:t>یہ جماعت اسلامی اور تبلیغی جماعت، جمعیت علماء۔</w:t>
      </w:r>
    </w:p>
    <w:p>
      <w:r>
        <w:rPr>
          <w:b/>
        </w:rPr>
        <w:t xml:space="preserve">[23:45] </w:t>
      </w:r>
      <w:r>
        <w:t>Lekin woh sab mera unse jo qareeb hona tha, woh in terms of organization tha.</w:t>
      </w:r>
    </w:p>
    <w:p>
      <w:pPr>
        <w:jc w:val="right"/>
      </w:pPr>
      <w:r>
        <w:t>لیکن وہ سب میرا ان سے جو قریب ہونا تھا، وہ ان ٹرمز آف ارگنائزیشن تھا۔</w:t>
      </w:r>
    </w:p>
    <w:p>
      <w:r>
        <w:rPr>
          <w:b/>
        </w:rPr>
        <w:t xml:space="preserve">[23:50] </w:t>
      </w:r>
      <w:r>
        <w:t>بیسیکلی، یعنی جب میرے اندر، جب میں نے اسلام کو rediscover کیا تو فطری طور پر یہ</w:t>
      </w:r>
    </w:p>
    <w:p>
      <w:pPr>
        <w:jc w:val="right"/>
      </w:pPr>
      <w:r>
        <w:t>بیسیکلی، یعنی جب میرے اندر، جب میں نے اسلام کو ری ڈسکور کیا تو فطری طور پر یہ</w:t>
      </w:r>
    </w:p>
    <w:p>
      <w:r>
        <w:rPr>
          <w:b/>
        </w:rPr>
        <w:t xml:space="preserve">[23:55] </w:t>
      </w:r>
      <w:r>
        <w:t>hua ke mein kisi kisi group se jud jaon, akela na rahoon.</w:t>
      </w:r>
    </w:p>
    <w:p>
      <w:pPr>
        <w:jc w:val="right"/>
      </w:pPr>
      <w:r>
        <w:t>ہوا کہ میں کسی کسی گروپ سے جڑ جاؤں، اکیلا نہ رہوں۔</w:t>
      </w:r>
    </w:p>
    <w:p>
      <w:r>
        <w:rPr>
          <w:b/>
        </w:rPr>
        <w:t xml:space="preserve">[24:00] </w:t>
      </w:r>
      <w:r>
        <w:t>یعنی اس کو میں کہوں گا in terms of organization.</w:t>
      </w:r>
    </w:p>
    <w:p>
      <w:pPr>
        <w:jc w:val="right"/>
      </w:pPr>
      <w:r>
        <w:t>یعنی اس کو میں کہوں گا ان ٹرمز آف ارگنائزیشن۔</w:t>
      </w:r>
    </w:p>
    <w:p>
      <w:r>
        <w:rPr>
          <w:b/>
        </w:rPr>
        <w:t xml:space="preserve">[24:06] </w:t>
      </w:r>
      <w:r>
        <w:t>to pehle juda mein jamaat-e-islami se, lekin mujhe laga ke jamaat-e-islami bahut zyada politics mein doob chuki hai.</w:t>
      </w:r>
    </w:p>
    <w:p>
      <w:pPr>
        <w:jc w:val="right"/>
      </w:pPr>
      <w:r>
        <w:t>تو پہلے جڑا میں جماعت اسلامی سے، لیکن مجھے لگا کہ جماعت اسلامی بہت زیادہ پولیٹکس میں ڈوب چکی ہے۔</w:t>
      </w:r>
    </w:p>
    <w:p>
      <w:r>
        <w:rPr>
          <w:b/>
        </w:rPr>
        <w:t xml:space="preserve">[24:11] </w:t>
      </w:r>
      <w:r>
        <w:t>aur mein political thinking mein to thi hi nahin pehle bhi.</w:t>
      </w:r>
    </w:p>
    <w:p>
      <w:pPr>
        <w:jc w:val="right"/>
      </w:pPr>
      <w:r>
        <w:t>اور میں پولیٹیکل تھنکنگ میں تو تھی ہی نہیں پہلے بھی۔</w:t>
      </w:r>
    </w:p>
    <w:p>
      <w:r>
        <w:rPr>
          <w:b/>
        </w:rPr>
        <w:t xml:space="preserve">[24:16] </w:t>
      </w:r>
      <w:r>
        <w:t>jaisa ke maine kaha ke mere forefathers chale swat se, saun salon ke chor the, gaon</w:t>
      </w:r>
    </w:p>
    <w:p>
      <w:pPr>
        <w:jc w:val="right"/>
      </w:pPr>
      <w:r>
        <w:t>جیسا کہ میں نے کہا کہ میرے فور فادرز چلے سوات سے، ساؤں سالوں کے چور تھے، گاؤں</w:t>
      </w:r>
    </w:p>
    <w:p>
      <w:r>
        <w:rPr>
          <w:b/>
        </w:rPr>
        <w:t xml:space="preserve">[24:21] </w:t>
      </w:r>
      <w:r>
        <w:t>mein bas gaya kar ke.</w:t>
      </w:r>
    </w:p>
    <w:p>
      <w:pPr>
        <w:jc w:val="right"/>
      </w:pPr>
      <w:r>
        <w:t>میں بس گیا کر کے۔</w:t>
      </w:r>
    </w:p>
    <w:p>
      <w:r>
        <w:rPr>
          <w:b/>
        </w:rPr>
        <w:t xml:space="preserve">[24:26] </w:t>
      </w:r>
      <w:r>
        <w:t>to political thinking ki wajah se bilkul nahin aayi.</w:t>
      </w:r>
    </w:p>
    <w:p>
      <w:pPr>
        <w:jc w:val="right"/>
      </w:pPr>
      <w:r>
        <w:t>تو پولیٹیکل تھنکنگ کی وجہ سے بالکل نہیں آئی۔</w:t>
      </w:r>
    </w:p>
    <w:p>
      <w:r>
        <w:rPr>
          <w:b/>
        </w:rPr>
        <w:t xml:space="preserve">[24:32] </w:t>
      </w:r>
      <w:r>
        <w:t>to jamaat-e-islami ka jo political band of mind tha, woh mujhe suit nahin karta tha.</w:t>
      </w:r>
    </w:p>
    <w:p>
      <w:pPr>
        <w:jc w:val="right"/>
      </w:pPr>
      <w:r>
        <w:t>تو جماعت اسلامی کا جو پولیٹیکل بینڈ آف مائنڈ تھا، وہ مجھے سوٹ نہیں کرتا تھا۔</w:t>
      </w:r>
    </w:p>
    <w:p>
      <w:r>
        <w:rPr>
          <w:b/>
        </w:rPr>
        <w:t xml:space="preserve">[24:37] </w:t>
      </w:r>
      <w:r>
        <w:t>to isko chhod diya maine.</w:t>
      </w:r>
    </w:p>
    <w:p>
      <w:pPr>
        <w:jc w:val="right"/>
      </w:pPr>
      <w:r>
        <w:t>تو اس کو چھوڑ دیا میں نے۔</w:t>
      </w:r>
    </w:p>
    <w:p>
      <w:r>
        <w:rPr>
          <w:b/>
        </w:rPr>
        <w:t xml:space="preserve">[24:42] </w:t>
      </w:r>
      <w:r>
        <w:t>phir tablighi jamaat mein kuch din laga mein.</w:t>
      </w:r>
    </w:p>
    <w:p>
      <w:pPr>
        <w:jc w:val="right"/>
      </w:pPr>
      <w:r>
        <w:t>پھر تبلیغی جماعت میں کچھ دن لگا میں۔</w:t>
      </w:r>
    </w:p>
    <w:p>
      <w:r>
        <w:rPr>
          <w:b/>
        </w:rPr>
        <w:t xml:space="preserve">[24:47] </w:t>
      </w:r>
      <w:r>
        <w:t>lekin tablighi jamaat ka bas fazail, fazail, fazail.</w:t>
      </w:r>
    </w:p>
    <w:p>
      <w:pPr>
        <w:jc w:val="right"/>
      </w:pPr>
      <w:r>
        <w:t>لیکن تبلیغی جماعت کا بس فضائل، فضائل، فضائل۔</w:t>
      </w:r>
    </w:p>
    <w:p>
      <w:r>
        <w:rPr>
          <w:b/>
        </w:rPr>
        <w:t xml:space="preserve">[24:52] </w:t>
      </w:r>
      <w:r>
        <w:t>koi ilmi unke haan, yani ilmi andaaz nahin tha hota tha unke haan. bas fazail.</w:t>
      </w:r>
    </w:p>
    <w:p>
      <w:pPr>
        <w:jc w:val="right"/>
      </w:pPr>
      <w:r>
        <w:t>کوئی علمی ان کے ہاں، یعنی علمی انداز نہیں تھا ہوتا تھا ان کے ہاں۔ بس فضائل۔</w:t>
      </w:r>
    </w:p>
    <w:p>
      <w:r>
        <w:rPr>
          <w:b/>
        </w:rPr>
        <w:t xml:space="preserve">[24:58] </w:t>
      </w:r>
      <w:r>
        <w:t>fazail ka matlab mere andar kya hai? mysterious.</w:t>
      </w:r>
    </w:p>
    <w:p>
      <w:pPr>
        <w:jc w:val="right"/>
      </w:pPr>
      <w:r>
        <w:t>فضائل کا مطلب میرے اندر کیا ہے؟ مسٹیریس۔</w:t>
      </w:r>
    </w:p>
    <w:p>
      <w:r>
        <w:rPr>
          <w:b/>
        </w:rPr>
        <w:t xml:space="preserve">[25:03] </w:t>
      </w:r>
      <w:r>
        <w:t>aur mein bahut zyada rational aadmi tha.</w:t>
      </w:r>
    </w:p>
    <w:p>
      <w:pPr>
        <w:jc w:val="right"/>
      </w:pPr>
      <w:r>
        <w:t>اور میں بہت زیادہ ریشنل آدمی تھا۔</w:t>
      </w:r>
    </w:p>
    <w:p>
      <w:r>
        <w:rPr>
          <w:b/>
        </w:rPr>
        <w:t xml:space="preserve">[25:08] </w:t>
      </w:r>
      <w:r>
        <w:t>mere halaat ne mujh ko bahut zyada rational bana diya.</w:t>
      </w:r>
    </w:p>
    <w:p>
      <w:pPr>
        <w:jc w:val="right"/>
      </w:pPr>
      <w:r>
        <w:t>میرے حالات نے مجھ کو بہت زیادہ ریشنل بنا دیا۔</w:t>
      </w:r>
    </w:p>
    <w:p>
      <w:r>
        <w:rPr>
          <w:b/>
        </w:rPr>
        <w:t xml:space="preserve">[25:13] </w:t>
      </w:r>
      <w:r>
        <w:t>bahut hi logical, bahut hi rational.</w:t>
      </w:r>
    </w:p>
    <w:p>
      <w:pPr>
        <w:jc w:val="right"/>
      </w:pPr>
      <w:r>
        <w:t>بہت ہی لاجیکل، بہت ہی ریشنل۔</w:t>
      </w:r>
    </w:p>
    <w:p>
      <w:r>
        <w:rPr>
          <w:b/>
        </w:rPr>
        <w:t xml:space="preserve">[25:18] </w:t>
      </w:r>
      <w:r>
        <w:t>to tablighi jamaat ka fazail ka jo andaaz hai, woh isko suit nahin karta tha.</w:t>
      </w:r>
    </w:p>
    <w:p>
      <w:pPr>
        <w:jc w:val="right"/>
      </w:pPr>
      <w:r>
        <w:t>تو تبلیغی جماعت کا فضائل کا جو انداز ہے، وہ اس کو سوٹ نہیں کرتا تھا۔</w:t>
      </w:r>
    </w:p>
    <w:p>
      <w:r>
        <w:rPr>
          <w:b/>
        </w:rPr>
        <w:t xml:space="preserve">[25:23] </w:t>
      </w:r>
      <w:r>
        <w:t>isko bhi chhod diya maine.</w:t>
      </w:r>
    </w:p>
    <w:p>
      <w:pPr>
        <w:jc w:val="right"/>
      </w:pPr>
      <w:r>
        <w:t>اس کو بھی چھوڑ دیا میں نے۔</w:t>
      </w:r>
    </w:p>
    <w:p>
      <w:r>
        <w:rPr>
          <w:b/>
        </w:rPr>
        <w:t xml:space="preserve">[25:29] </w:t>
      </w:r>
      <w:r>
        <w:t>phir jamiat ulema mein raha mein.</w:t>
      </w:r>
    </w:p>
    <w:p>
      <w:pPr>
        <w:jc w:val="right"/>
      </w:pPr>
      <w:r>
        <w:t>پھر جماعت علماء میں رہا میں۔</w:t>
      </w:r>
    </w:p>
    <w:p>
      <w:r>
        <w:rPr>
          <w:b/>
        </w:rPr>
        <w:t xml:space="preserve">[25:34] </w:t>
      </w:r>
      <w:r>
        <w:t>to jamaat ulama mein kya hai? mili mili politics.</w:t>
      </w:r>
    </w:p>
    <w:p>
      <w:pPr>
        <w:jc w:val="right"/>
      </w:pPr>
      <w:r>
        <w:t>تو جماعت علماء میں کیا ہے؟ ملی ملی پولیٹکس۔</w:t>
      </w:r>
    </w:p>
    <w:p>
      <w:r>
        <w:rPr>
          <w:b/>
        </w:rPr>
        <w:t xml:space="preserve">[25:39] </w:t>
      </w:r>
      <w:r>
        <w:t>yani muslim oriented politics yeh thi in ka.</w:t>
      </w:r>
    </w:p>
    <w:p>
      <w:pPr>
        <w:jc w:val="right"/>
      </w:pPr>
      <w:r>
        <w:t>یعنی مسلم اورینٹڈ پولیٹکس یہ تھی ان کا۔</w:t>
      </w:r>
    </w:p>
    <w:p>
      <w:r>
        <w:rPr>
          <w:b/>
        </w:rPr>
        <w:t xml:space="preserve">[25:44] </w:t>
      </w:r>
      <w:r>
        <w:t>wohi mujhe suit nahi karti thi.</w:t>
      </w:r>
    </w:p>
    <w:p>
      <w:pPr>
        <w:jc w:val="right"/>
      </w:pPr>
      <w:r>
        <w:t>وہی مجھے سوٹ نہیں کرتی تھی۔</w:t>
      </w:r>
    </w:p>
    <w:p>
      <w:r>
        <w:rPr>
          <w:b/>
        </w:rPr>
        <w:t xml:space="preserve">[25:49] </w:t>
      </w:r>
      <w:r>
        <w:t>mujhe, yani reality haqeeqat mein hai kya? woh mujhe, woh mera mind bana tha.</w:t>
      </w:r>
    </w:p>
    <w:p>
      <w:pPr>
        <w:jc w:val="right"/>
      </w:pPr>
      <w:r>
        <w:t>مجھے، یعنی ریلیٹی حقیقت میں ہے کیا؟ وہ مجھے، وہ میرا مائنڈ بنا تھا۔</w:t>
      </w:r>
    </w:p>
    <w:p>
      <w:r>
        <w:rPr>
          <w:b/>
        </w:rPr>
        <w:t xml:space="preserve">[25:55] </w:t>
      </w:r>
      <w:r>
        <w:t>to woh mujhe kisi jamaat mein mila nahi.</w:t>
      </w:r>
    </w:p>
    <w:p>
      <w:pPr>
        <w:jc w:val="right"/>
      </w:pPr>
      <w:r>
        <w:t>تو وہ مجھے کسی جماعت میں ملا نہیں۔</w:t>
      </w:r>
    </w:p>
    <w:p>
      <w:r>
        <w:rPr>
          <w:b/>
        </w:rPr>
        <w:t xml:space="preserve">[26:00] </w:t>
      </w:r>
      <w:r>
        <w:t>تو as an organization میں ان سے جڑا، لیکن جو thought تھا ان کا، اس thought سے میں</w:t>
      </w:r>
    </w:p>
    <w:p>
      <w:pPr>
        <w:jc w:val="right"/>
      </w:pPr>
      <w:r>
        <w:t>تو ایز این ارگنائزیشن میں ان سے جڑا، لیکن جو تھاٹ تھا ان کا، اس تھاٹ سے میں</w:t>
      </w:r>
    </w:p>
    <w:p>
      <w:r>
        <w:rPr>
          <w:b/>
        </w:rPr>
        <w:t xml:space="preserve">[26:05] </w:t>
      </w:r>
      <w:r>
        <w:t>apne ko zyada jor nahi saka.</w:t>
      </w:r>
    </w:p>
    <w:p>
      <w:pPr>
        <w:jc w:val="right"/>
      </w:pPr>
      <w:r>
        <w:t>اپنے کو زیادہ جوڑ نہیں سکا۔</w:t>
      </w:r>
    </w:p>
    <w:p>
      <w:r>
        <w:rPr>
          <w:b/>
        </w:rPr>
        <w:t xml:space="preserve">[26:10] </w:t>
      </w:r>
      <w:r>
        <w:t>to is se alag ho gaya.</w:t>
      </w:r>
    </w:p>
    <w:p>
      <w:pPr>
        <w:jc w:val="right"/>
      </w:pPr>
      <w:r>
        <w:t>تو اس سے الگ ہو گیا۔</w:t>
      </w:r>
    </w:p>
    <w:p>
      <w:r>
        <w:rPr>
          <w:b/>
        </w:rPr>
        <w:t xml:space="preserve">[26:15] </w:t>
      </w:r>
      <w:r>
        <w:t>phir yeh, yani yeh mission shuru kiya jis mein ab hum mein hoon.</w:t>
      </w:r>
    </w:p>
    <w:p>
      <w:pPr>
        <w:jc w:val="right"/>
      </w:pPr>
      <w:r>
        <w:t>پھر یہ، یعنی یہ مشن شروع کیا جس میں اب ہم میں ہوں۔</w:t>
      </w:r>
    </w:p>
    <w:p>
      <w:r>
        <w:rPr>
          <w:b/>
        </w:rPr>
        <w:t xml:space="preserve">[26:21] </w:t>
      </w:r>
      <w:r>
        <w:t>Ji, so Maulana sahib, I wanted to come into that, that later you set up Islamic Center in New Delhi in 1970. So what was your goal for setting up Islamic Center in New Delhi?</w:t>
      </w:r>
    </w:p>
    <w:p>
      <w:pPr>
        <w:jc w:val="right"/>
      </w:pPr>
      <w:r>
        <w:t>جی، سو مولانا صاحب، آئی وانٹڈ ٹو کم ان ٹو دیٹ، دیٹ لیٹر یو سیٹ اپ اسلامک سینٹر ان نیو دہلی ان 1970۔ سو واٹ واز یور گول فار سیٹنگ اپ اسلامک سینٹر ان نیو دہلی؟</w:t>
      </w:r>
    </w:p>
    <w:p>
      <w:r>
        <w:rPr>
          <w:b/>
        </w:rPr>
        <w:t xml:space="preserve">[26:34] </w:t>
      </w:r>
      <w:r>
        <w:t>dekhein, hamara jo registered naam hai is ka, jo doctor zafar salamat ne is ko banaya tha, al markaz al islami lil buhooth wal da'wah.</w:t>
      </w:r>
    </w:p>
    <w:p>
      <w:pPr>
        <w:jc w:val="right"/>
      </w:pPr>
      <w:r>
        <w:t>دیکھیں، ہمارا جو رجسٹرڈ نام ہے اس کا، جو ڈاکٹر ظفرالسلام نے اس کو بنایا تھا، المركز الاسلامی للبحوث والدعویٰ۔</w:t>
      </w:r>
    </w:p>
    <w:p>
      <w:r>
        <w:rPr>
          <w:b/>
        </w:rPr>
        <w:t xml:space="preserve">[26:41] </w:t>
      </w:r>
      <w:r>
        <w:t>yani islamic center baraye dawah aur tehqeeq, dawah aur research.</w:t>
      </w:r>
    </w:p>
    <w:p>
      <w:pPr>
        <w:jc w:val="right"/>
      </w:pPr>
      <w:r>
        <w:t>یعنی اسلامک سینٹر برائے دعوت اور تحقیق، دعوت اور ریسرچ۔</w:t>
      </w:r>
    </w:p>
    <w:p>
      <w:r>
        <w:rPr>
          <w:b/>
        </w:rPr>
        <w:t xml:space="preserve">[26:48] </w:t>
      </w:r>
      <w:r>
        <w:t>dawah ke research ke liye.</w:t>
      </w:r>
    </w:p>
    <w:p>
      <w:pPr>
        <w:jc w:val="right"/>
      </w:pPr>
      <w:r>
        <w:t>دعوت کے ریسرچ کے لیے۔</w:t>
      </w:r>
    </w:p>
    <w:p>
      <w:r>
        <w:rPr>
          <w:b/>
        </w:rPr>
        <w:t xml:space="preserve">[26:55] </w:t>
      </w:r>
      <w:r>
        <w:t>yeh bohat hi sahi title hai is ka ke islamic center baraye dawah aur research.</w:t>
      </w:r>
    </w:p>
    <w:p>
      <w:pPr>
        <w:jc w:val="right"/>
      </w:pPr>
      <w:r>
        <w:t>یہ بہت ہی صحیح ٹائٹل ہے اس کا کہ اسلامک سینٹر برائے دعوت اور ریسرچ۔</w:t>
      </w:r>
    </w:p>
    <w:p>
      <w:r>
        <w:rPr>
          <w:b/>
        </w:rPr>
        <w:t xml:space="preserve">[27:03] </w:t>
      </w:r>
      <w:r>
        <w:t>to yeh isi, yeh hamari zindagi aap jante hain.</w:t>
      </w:r>
    </w:p>
    <w:p>
      <w:pPr>
        <w:jc w:val="right"/>
      </w:pPr>
      <w:r>
        <w:t>تو یہ اسی، یہ ہماری زندگی آپ جانتے ہیں۔</w:t>
      </w:r>
    </w:p>
    <w:p>
      <w:r>
        <w:rPr>
          <w:b/>
        </w:rPr>
        <w:t xml:space="preserve">[27:10] </w:t>
      </w:r>
      <w:r>
        <w:t>dawah dena aur matlab study karna, tehqeeq karna, islam ko ilmi aitbar se daryaft karna.</w:t>
      </w:r>
    </w:p>
    <w:p>
      <w:pPr>
        <w:jc w:val="right"/>
      </w:pPr>
      <w:r>
        <w:t>دعوت دینا اور مطلب اسٹڈی کرنا، تحقیق کرنا، اسلام کو علمی اعتبار سے دریافت کرنا۔</w:t>
      </w:r>
    </w:p>
    <w:p>
      <w:r>
        <w:rPr>
          <w:b/>
        </w:rPr>
        <w:t xml:space="preserve">[27:17] </w:t>
      </w:r>
      <w:r>
        <w:t>hamara jo mission raha hai poori zindagi, woh yahi raha hai ke islam ko is tareeqay se present</w:t>
      </w:r>
    </w:p>
    <w:p>
      <w:pPr>
        <w:jc w:val="right"/>
      </w:pPr>
      <w:r>
        <w:t>ہمارا جو مشن رہا ہے پوری زندگی، وہ یہی رہا ہے کہ اسلام کو اس طریقے سے پریزنٹ</w:t>
      </w:r>
    </w:p>
    <w:p>
      <w:r>
        <w:rPr>
          <w:b/>
        </w:rPr>
        <w:t xml:space="preserve">[27:24] </w:t>
      </w:r>
      <w:r>
        <w:t>کرنا جو aaj ke modern rational mind ko appeal kare, aaj ke modern rational mind ko address kare.</w:t>
      </w:r>
    </w:p>
    <w:p>
      <w:pPr>
        <w:jc w:val="right"/>
      </w:pPr>
      <w:r>
        <w:t>کرنا جو آج کے ماڈرن ریشنل مائنڈ کو اپیل کرے، آج کے ماڈرن ریشنل مائنڈ کو ایڈریس کرے۔</w:t>
      </w:r>
    </w:p>
    <w:p>
      <w:r>
        <w:rPr>
          <w:b/>
        </w:rPr>
        <w:t xml:space="preserve">[27:32] </w:t>
      </w:r>
      <w:r>
        <w:t>to isi ke lehaz se yeh hai al barkat al islami lil buhooth wal da'wah.</w:t>
      </w:r>
    </w:p>
    <w:p>
      <w:pPr>
        <w:jc w:val="right"/>
      </w:pPr>
      <w:r>
        <w:t>تو اسی کے لحاظ سے یہ ہے البرکت الاسلامی للبحوث والدعویٰ۔</w:t>
      </w:r>
    </w:p>
    <w:p>
      <w:r>
        <w:rPr>
          <w:b/>
        </w:rPr>
        <w:t xml:space="preserve">[27:39] </w:t>
      </w:r>
      <w:r>
        <w:t>to yeh, yeh, yeh title banaya tha doctor zafar salamat ne.</w:t>
      </w:r>
    </w:p>
    <w:p>
      <w:pPr>
        <w:jc w:val="right"/>
      </w:pPr>
      <w:r>
        <w:t>تو یہ، یہ، یہ ٹائٹل بنایا تھا ڈاکٹر ظفرالسلام نے۔</w:t>
      </w:r>
    </w:p>
    <w:p>
      <w:r>
        <w:rPr>
          <w:b/>
        </w:rPr>
        <w:t xml:space="preserve">[27:46] </w:t>
      </w:r>
      <w:r>
        <w:t>yeh bohat sahi title tha.</w:t>
      </w:r>
    </w:p>
    <w:p>
      <w:pPr>
        <w:jc w:val="right"/>
      </w:pPr>
      <w:r>
        <w:t>یہ بہت صحیح ٹائٹل تھا۔</w:t>
      </w:r>
    </w:p>
    <w:p>
      <w:r>
        <w:rPr>
          <w:b/>
        </w:rPr>
        <w:t xml:space="preserve">[27:53] </w:t>
      </w:r>
      <w:r>
        <w:t>aur aaj bhi wohi hai.</w:t>
      </w:r>
    </w:p>
    <w:p>
      <w:pPr>
        <w:jc w:val="right"/>
      </w:pPr>
      <w:r>
        <w:t>اور آج بھی وہی ہے۔</w:t>
      </w:r>
    </w:p>
    <w:p>
      <w:r>
        <w:rPr>
          <w:b/>
        </w:rPr>
        <w:t xml:space="preserve">[28:01] </w:t>
      </w:r>
      <w:r>
        <w:t>جی، مولانا صاحب، as part of the Islamic Center, then in 1976, you started the Ar-Risala magazine, which</w:t>
      </w:r>
    </w:p>
    <w:p>
      <w:pPr>
        <w:jc w:val="right"/>
      </w:pPr>
      <w:r>
        <w:t>جی، مولانا صاحب، ایز پارٹ آف دی اسلامک سینٹر، دین ان 1976، یو سٹارٹڈ دی الرسالہ میگزین، وچ</w:t>
      </w:r>
    </w:p>
    <w:p>
      <w:r>
        <w:rPr>
          <w:b/>
        </w:rPr>
        <w:t xml:space="preserve">[28:07] </w:t>
      </w:r>
      <w:r>
        <w:t>الحمدللہ even continues today and is the most popular magazine in the Urdu speaking world, in the Urdu reading world.</w:t>
      </w:r>
    </w:p>
    <w:p>
      <w:pPr>
        <w:jc w:val="right"/>
      </w:pPr>
      <w:r>
        <w:t>الحمدللہ ایون کنٹینیوس ٹوڈے اینڈ از دی موسٹ پاپولر میگزین ان دی اردو سپیکنگ ورلڈ، ان دی اردو ریڈنگ ورلڈ۔</w:t>
      </w:r>
    </w:p>
    <w:p>
      <w:r>
        <w:rPr>
          <w:b/>
        </w:rPr>
        <w:t xml:space="preserve">[28:13] </w:t>
      </w:r>
      <w:r>
        <w:t>But at that time, there were many Urdu journals which were available and in wide circulation.</w:t>
      </w:r>
    </w:p>
    <w:p>
      <w:pPr>
        <w:jc w:val="right"/>
      </w:pPr>
      <w:r>
        <w:t>بٹ ایٹ دیٹ ٹائم، دیر وار مینی اردو جرنلز وچ وار اویلیبل اینڈ ان وائڈ سرکولیشن۔</w:t>
      </w:r>
    </w:p>
    <w:p>
      <w:r>
        <w:rPr>
          <w:b/>
        </w:rPr>
        <w:t xml:space="preserve">[28:19] </w:t>
      </w:r>
      <w:r>
        <w:t>So why did you think at that point of time to publish another Urdu journal? What was the</w:t>
      </w:r>
    </w:p>
    <w:p>
      <w:pPr>
        <w:jc w:val="right"/>
      </w:pPr>
      <w:r>
        <w:t>سو وائی ڈیڈ یو تھنک ایٹ دیٹ پوائنٹ آف ٹائم ٹو پبلش انادر اردو جرنل؟ واٹ واز دا</w:t>
      </w:r>
    </w:p>
    <w:p>
      <w:r>
        <w:rPr>
          <w:b/>
        </w:rPr>
        <w:t xml:space="preserve">[28:25] </w:t>
      </w:r>
      <w:r>
        <w:t>reason behind it?</w:t>
      </w:r>
    </w:p>
    <w:p>
      <w:pPr>
        <w:jc w:val="right"/>
      </w:pPr>
      <w:r>
        <w:t>ریزن بیہائنڈ اٹ؟</w:t>
      </w:r>
    </w:p>
    <w:p>
      <w:r>
        <w:rPr>
          <w:b/>
        </w:rPr>
        <w:t xml:space="preserve">[28:32] </w:t>
      </w:r>
      <w:r>
        <w:t>haan, dekhein, agar mein doosray magazine ko istemal karta hoon na, to sab magazine mere article chhapnay ke</w:t>
      </w:r>
    </w:p>
    <w:p>
      <w:pPr>
        <w:jc w:val="right"/>
      </w:pPr>
      <w:r>
        <w:t>ہاں، دیکھیں، اگر میں دوسرے میگزین کو استعمال کرتا ہوں نا، تو سب میگزین میرے آرٹیکل چھاپنے کے</w:t>
      </w:r>
    </w:p>
    <w:p>
      <w:r>
        <w:rPr>
          <w:b/>
        </w:rPr>
        <w:t xml:space="preserve">[28:36] </w:t>
      </w:r>
      <w:r>
        <w:t>liye tayyar thay.</w:t>
      </w:r>
    </w:p>
    <w:p>
      <w:pPr>
        <w:jc w:val="right"/>
      </w:pPr>
      <w:r>
        <w:t>لیے تیار تھے۔</w:t>
      </w:r>
    </w:p>
    <w:p>
      <w:r>
        <w:rPr>
          <w:b/>
        </w:rPr>
        <w:t xml:space="preserve">[28:41] </w:t>
      </w:r>
      <w:r>
        <w:t>sab ke sab, jahan bhi chahta hoon.</w:t>
      </w:r>
    </w:p>
    <w:p>
      <w:pPr>
        <w:jc w:val="right"/>
      </w:pPr>
      <w:r>
        <w:t>سب کے سب، جہاں بھی چاہتا ہوں۔</w:t>
      </w:r>
    </w:p>
    <w:p>
      <w:r>
        <w:rPr>
          <w:b/>
        </w:rPr>
        <w:t xml:space="preserve">[28:46] </w:t>
      </w:r>
      <w:r>
        <w:t>lekin mein ne yeh dekha ke koi bhi magazine aisa nahi hai jis mein koi koi tilt maujood na ho.</w:t>
      </w:r>
    </w:p>
    <w:p>
      <w:pPr>
        <w:jc w:val="right"/>
      </w:pPr>
      <w:r>
        <w:t>لیکن میں نے یہ دیکھا کہ کوئی بھی میگزین ایسا نہیں ہے جس میں کوئی کوئی ٹلٹ موجود نہ ہو۔</w:t>
      </w:r>
    </w:p>
    <w:p>
      <w:r>
        <w:rPr>
          <w:b/>
        </w:rPr>
        <w:t xml:space="preserve">[28:51] </w:t>
      </w:r>
      <w:r>
        <w:t>tilt ka matlab yeh hai ke koi parties ki taraf jhuka hua hai, koi millat ki taraf jhuka</w:t>
      </w:r>
    </w:p>
    <w:p>
      <w:pPr>
        <w:jc w:val="right"/>
      </w:pPr>
      <w:r>
        <w:t>ٹلٹ کا مطلب یہ ہے کہ کوئی پارٹیز کی طرف جھکا ہوا ہے، کوئی ملت کی طرف جھکا</w:t>
      </w:r>
    </w:p>
    <w:p>
      <w:r>
        <w:rPr>
          <w:b/>
        </w:rPr>
        <w:t xml:space="preserve">[28:56] </w:t>
      </w:r>
      <w:r>
        <w:t>hua hai, koi material ki taraf jhuka hua hai.</w:t>
      </w:r>
    </w:p>
    <w:p>
      <w:pPr>
        <w:jc w:val="right"/>
      </w:pPr>
      <w:r>
        <w:t>ہوا ہے، کوئی مٹیریل کی طرف جھکا ہوا ہے۔</w:t>
      </w:r>
    </w:p>
    <w:p>
      <w:r>
        <w:rPr>
          <w:b/>
        </w:rPr>
        <w:t xml:space="preserve">[29:01] </w:t>
      </w:r>
      <w:r>
        <w:t>yani pure reality, pure truth, kisi ka kisi ka concern nahi hai.</w:t>
      </w:r>
    </w:p>
    <w:p>
      <w:pPr>
        <w:jc w:val="right"/>
      </w:pPr>
      <w:r>
        <w:t>یعنی پیور ریلیٹی، پیور ٹروتھ، کسی کا کسی کا کنسرن نہیں ہے۔</w:t>
      </w:r>
    </w:p>
    <w:p>
      <w:r>
        <w:rPr>
          <w:b/>
        </w:rPr>
        <w:t xml:space="preserve">[29:06] </w:t>
      </w:r>
      <w:r>
        <w:t>achha, mere samne kya tha? mujhe pure reality pesh karna tha, kisi without any tilt, baghair kisi jukao ke.</w:t>
      </w:r>
    </w:p>
    <w:p>
      <w:pPr>
        <w:jc w:val="right"/>
      </w:pPr>
      <w:r>
        <w:t>اچھا، میرے سامنے کیا تھا؟ مجھے پیور ریلیٹی پیش کرنا تھا، کسی ودا آؤٹ اینی ٹلٹ، بغیر کسی جھکاؤ کے۔</w:t>
      </w:r>
    </w:p>
    <w:p>
      <w:r>
        <w:rPr>
          <w:b/>
        </w:rPr>
        <w:t xml:space="preserve">[29:11] </w:t>
      </w:r>
      <w:r>
        <w:t>to maine socha ke agar mujhe apne mission ko le ke chalna hai to khud hi parche</w:t>
      </w:r>
    </w:p>
    <w:p>
      <w:pPr>
        <w:jc w:val="right"/>
      </w:pPr>
      <w:r>
        <w:t>تو میں نے سوچا کہ اگر مجھے اپنے مشن کو لے کے چلنا ہے تو خود ہی پرچہ</w:t>
      </w:r>
    </w:p>
    <w:p>
      <w:r>
        <w:rPr>
          <w:b/>
        </w:rPr>
        <w:t xml:space="preserve">[29:16] </w:t>
      </w:r>
      <w:r>
        <w:t>nikalna parega.</w:t>
      </w:r>
    </w:p>
    <w:p>
      <w:pPr>
        <w:jc w:val="right"/>
      </w:pPr>
      <w:r>
        <w:t>نکالنا پڑے گا۔</w:t>
      </w:r>
    </w:p>
    <w:p>
      <w:r>
        <w:rPr>
          <w:b/>
        </w:rPr>
        <w:t xml:space="preserve">[29:21] </w:t>
      </w:r>
      <w:r>
        <w:t>kyunke doosre parchon se kaam nahi chalega.</w:t>
      </w:r>
    </w:p>
    <w:p>
      <w:pPr>
        <w:jc w:val="right"/>
      </w:pPr>
      <w:r>
        <w:t>کیونکہ دوسرے پرچوں سے کام نہیں چلے گا۔</w:t>
      </w:r>
    </w:p>
    <w:p>
      <w:r>
        <w:rPr>
          <w:b/>
        </w:rPr>
        <w:t xml:space="preserve">[29:26] </w:t>
      </w:r>
      <w:r>
        <w:t>kyunke in mein milawat hai.</w:t>
      </w:r>
    </w:p>
    <w:p>
      <w:pPr>
        <w:jc w:val="right"/>
      </w:pPr>
      <w:r>
        <w:t>کیونکہ ان میں ملاوٹ ہے۔</w:t>
      </w:r>
    </w:p>
    <w:p>
      <w:r>
        <w:rPr>
          <w:b/>
        </w:rPr>
        <w:t xml:space="preserve">[29:31] </w:t>
      </w:r>
      <w:r>
        <w:t>jitne parche hain, sab milawat hain.</w:t>
      </w:r>
    </w:p>
    <w:p>
      <w:pPr>
        <w:jc w:val="right"/>
      </w:pPr>
      <w:r>
        <w:t>جتنے پرچے ہیں، سب ملاوٹ ہیں۔</w:t>
      </w:r>
    </w:p>
    <w:p>
      <w:r>
        <w:rPr>
          <w:b/>
        </w:rPr>
        <w:t xml:space="preserve">[29:36] </w:t>
      </w:r>
      <w:r>
        <w:t>to milawat ke sath koi mission nahi chal sakta.</w:t>
      </w:r>
    </w:p>
    <w:p>
      <w:pPr>
        <w:jc w:val="right"/>
      </w:pPr>
      <w:r>
        <w:t>تو ملاوٹ کے ساتھ کوئی مشن نہیں چل سکتا۔</w:t>
      </w:r>
    </w:p>
    <w:p>
      <w:r>
        <w:rPr>
          <w:b/>
        </w:rPr>
        <w:t xml:space="preserve">[29:41] </w:t>
      </w:r>
      <w:r>
        <w:t>to doosre parchon ki jo milawat thi, yani siyasi milawat, milli milawat, aur material milawat, uski wajah</w:t>
      </w:r>
    </w:p>
    <w:p>
      <w:pPr>
        <w:jc w:val="right"/>
      </w:pPr>
      <w:r>
        <w:t>تو دوسرے پرچوں کی جو ملاوٹ تھی، یعنی سیاسی ملاوٹ، ملی ملاوٹ، اور مٹیریل ملاوٹ، اس کی وجہ</w:t>
      </w:r>
    </w:p>
    <w:p>
      <w:r>
        <w:rPr>
          <w:b/>
        </w:rPr>
        <w:t xml:space="preserve">[29:46] </w:t>
      </w:r>
      <w:r>
        <w:t>se wo parche mere matlab ko nahi the.</w:t>
      </w:r>
    </w:p>
    <w:p>
      <w:pPr>
        <w:jc w:val="right"/>
      </w:pPr>
      <w:r>
        <w:t>سے وہ پرچے میرے مطلب کو نہیں تھے۔</w:t>
      </w:r>
    </w:p>
    <w:p>
      <w:r>
        <w:rPr>
          <w:b/>
        </w:rPr>
        <w:t xml:space="preserve">[29:51] </w:t>
      </w:r>
      <w:r>
        <w:t>is liye maine alag parcha nikala.</w:t>
      </w:r>
    </w:p>
    <w:p>
      <w:pPr>
        <w:jc w:val="right"/>
      </w:pPr>
      <w:r>
        <w:t>اس لیے میں نے الگ پرچہ نکالا۔</w:t>
      </w:r>
    </w:p>
    <w:p>
      <w:r>
        <w:rPr>
          <w:b/>
        </w:rPr>
        <w:t xml:space="preserve">[29:56] </w:t>
      </w:r>
      <w:r>
        <w:t>ji, maulana sahib, after the islamic center that you set up, the another center that you set up was in 2001, which is center for peace and spirituality, which is known as cps international. what was the purpose of setting up cps international?</w:t>
      </w:r>
    </w:p>
    <w:p>
      <w:pPr>
        <w:jc w:val="right"/>
      </w:pPr>
      <w:r>
        <w:t>جی، مولانا صاحب، افٹر دی اسلامک سینٹر دیٹ یو سیٹ اپ، دی انادر سینٹر دیٹ یو سیٹ اپ واز ان 2001، وچ از سینٹر فار پیس اینڈ سپرچویلٹی، وچ از نون ایز سی پی ایس انٹرنیشنل۔ واٹ واز دی پرپس آف سیٹنگ اپ سی پی ایس انٹرنیشنل؟</w:t>
      </w:r>
    </w:p>
    <w:p>
      <w:r>
        <w:rPr>
          <w:b/>
        </w:rPr>
        <w:t xml:space="preserve">[30:16] </w:t>
      </w:r>
      <w:r>
        <w:t>haan, dekhen, khud mere andar bhi development hua.</w:t>
      </w:r>
    </w:p>
    <w:p>
      <w:pPr>
        <w:jc w:val="right"/>
      </w:pPr>
      <w:r>
        <w:t>ہاں، دیکھیں، خود میرے اندر بھی ڈیویلپمنٹ ہوا۔</w:t>
      </w:r>
    </w:p>
    <w:p>
      <w:r>
        <w:rPr>
          <w:b/>
        </w:rPr>
        <w:t xml:space="preserve">[30:23] </w:t>
      </w:r>
      <w:r>
        <w:t>main apne mahaul mein, apne madrase mein, aur muslim society mein rehta tha.</w:t>
      </w:r>
    </w:p>
    <w:p>
      <w:pPr>
        <w:jc w:val="right"/>
      </w:pPr>
      <w:r>
        <w:t>میں اپنے ماحول میں، اپنے مدرسے میں، اور مسلم سوسائٹی میں رہتا تھا۔</w:t>
      </w:r>
    </w:p>
    <w:p>
      <w:r>
        <w:rPr>
          <w:b/>
        </w:rPr>
        <w:t xml:space="preserve">[30:31] </w:t>
      </w:r>
      <w:r>
        <w:t>to is se mere andar bhi kisi na kisi darje mein muslim oriented thinking thi.</w:t>
      </w:r>
    </w:p>
    <w:p>
      <w:pPr>
        <w:jc w:val="right"/>
      </w:pPr>
      <w:r>
        <w:t>تو اس سے میرے اندر بھی کسی نہ کسی درجے میں مسلم اورینٹڈ تھنکنگ تھی۔</w:t>
      </w:r>
    </w:p>
    <w:p>
      <w:r>
        <w:rPr>
          <w:b/>
        </w:rPr>
        <w:t xml:space="preserve">[30:38] </w:t>
      </w:r>
      <w:r>
        <w:t>kisi negative sense mein nahi thi, lekin wahan thi.</w:t>
      </w:r>
    </w:p>
    <w:p>
      <w:pPr>
        <w:jc w:val="right"/>
      </w:pPr>
      <w:r>
        <w:t>کسی نیگیٹیو سینس میں نہیں تھی، لیکن وہاں تھی۔</w:t>
      </w:r>
    </w:p>
    <w:p>
      <w:r>
        <w:rPr>
          <w:b/>
        </w:rPr>
        <w:t xml:space="preserve">[30:46] </w:t>
      </w:r>
      <w:r>
        <w:t>lekin jaise jaise mera, yani intellectual development hua, maine socha ke mujhe ye cheez suit nahi karti.</w:t>
      </w:r>
    </w:p>
    <w:p>
      <w:pPr>
        <w:jc w:val="right"/>
      </w:pPr>
      <w:r>
        <w:t>لیکن جیسے جیسے میرا، یعنی انٹلیکچول ڈیویلپمنٹ ہوا، میں نے سوچا کہ مجھے یہ چیز سوٹ نہیں کرتی۔</w:t>
      </w:r>
    </w:p>
    <w:p>
      <w:r>
        <w:rPr>
          <w:b/>
        </w:rPr>
        <w:t xml:space="preserve">[30:53] </w:t>
      </w:r>
      <w:r>
        <w:t>milli oriented thinking ya muslim oriented thinking, meri thinking bilkul pure quran wali, pure rasool Allah wali honi chahiye.</w:t>
      </w:r>
    </w:p>
    <w:p>
      <w:pPr>
        <w:jc w:val="right"/>
      </w:pPr>
      <w:r>
        <w:t>ملی اورینٹڈ تھنکنگ یا مسلم اورینٹڈ تھنکنگ، میری تھنکنگ بالکل پیور قرآن والی، پیور رسول اللہ والی ہونی چاہیے۔</w:t>
      </w:r>
    </w:p>
    <w:p>
      <w:r>
        <w:rPr>
          <w:b/>
        </w:rPr>
        <w:t xml:space="preserve">[31:01] </w:t>
      </w:r>
      <w:r>
        <w:t>kuch bhi is mein, yani milawat na ho.</w:t>
      </w:r>
    </w:p>
    <w:p>
      <w:pPr>
        <w:jc w:val="right"/>
      </w:pPr>
      <w:r>
        <w:t>کچھ بھی اس میں، یعنی ملاوٹ نہ ہو۔</w:t>
      </w:r>
    </w:p>
    <w:p>
      <w:r>
        <w:rPr>
          <w:b/>
        </w:rPr>
        <w:t xml:space="preserve">[31:08] </w:t>
      </w:r>
      <w:r>
        <w:t>to is tarah se, yani wo waqt aaya ke maine socha ke, yani ek ek platform</w:t>
      </w:r>
    </w:p>
    <w:p>
      <w:pPr>
        <w:jc w:val="right"/>
      </w:pPr>
      <w:r>
        <w:t>تو اس طریقے سے، یعنی وہ وقت آیا کہ میں نے سوچا کہ، یعنی ایک ایک پلیٹ فارم</w:t>
      </w:r>
    </w:p>
    <w:p>
      <w:r>
        <w:rPr>
          <w:b/>
        </w:rPr>
        <w:t xml:space="preserve">[31:16] </w:t>
      </w:r>
      <w:r>
        <w:t>ek aur hona chahiye jis mein lafz Islam na ho.</w:t>
      </w:r>
    </w:p>
    <w:p>
      <w:pPr>
        <w:jc w:val="right"/>
      </w:pPr>
      <w:r>
        <w:t>ایک اور ہونا چاہیے جس میں لفظ اسلام نہ ہو۔</w:t>
      </w:r>
    </w:p>
    <w:p>
      <w:r>
        <w:rPr>
          <w:b/>
        </w:rPr>
        <w:t xml:space="preserve">[31:23] </w:t>
      </w:r>
      <w:r>
        <w:t>to wo zyada logon ka, yani zyada wo shayad comprehensive ban sakega.</w:t>
      </w:r>
    </w:p>
    <w:p>
      <w:pPr>
        <w:jc w:val="right"/>
      </w:pPr>
      <w:r>
        <w:t>تو وہ زیادہ لوگوں کا، یعنی زیادہ وہ شاید کمپریسو بن سکے گا۔</w:t>
      </w:r>
    </w:p>
    <w:p>
      <w:r>
        <w:rPr>
          <w:b/>
        </w:rPr>
        <w:t xml:space="preserve">[31:31] </w:t>
      </w:r>
      <w:r>
        <w:t>ji.</w:t>
      </w:r>
    </w:p>
    <w:p>
      <w:pPr>
        <w:jc w:val="right"/>
      </w:pPr>
      <w:r>
        <w:t>جی۔</w:t>
      </w:r>
    </w:p>
    <w:p>
      <w:r>
        <w:rPr>
          <w:b/>
        </w:rPr>
        <w:t xml:space="preserve">[31:35] </w:t>
      </w:r>
      <w:r>
        <w:t>to ek to Islam ka title tha Islamic center ka.</w:t>
      </w:r>
    </w:p>
    <w:p>
      <w:pPr>
        <w:jc w:val="right"/>
      </w:pPr>
      <w:r>
        <w:t>تو ایک تو اسلام کا ٹائٹل تھا اسلامک سینٹر کا۔</w:t>
      </w:r>
    </w:p>
    <w:p>
      <w:r>
        <w:rPr>
          <w:b/>
        </w:rPr>
        <w:t xml:space="preserve">[31:39] </w:t>
      </w:r>
      <w:r>
        <w:t>to doosra aap ne banaya ke jo is mein lafz Islam na ho.</w:t>
      </w:r>
    </w:p>
    <w:p>
      <w:pPr>
        <w:jc w:val="right"/>
      </w:pPr>
      <w:r>
        <w:t>تو دوسرا آپ نے بنایا کہ جو اس میں لفظ اسلام نہ ہو۔</w:t>
      </w:r>
    </w:p>
    <w:p>
      <w:r>
        <w:rPr>
          <w:b/>
        </w:rPr>
        <w:t xml:space="preserve">[31:43] </w:t>
      </w:r>
      <w:r>
        <w:t>agarche bas mere saath to wahi hoga.</w:t>
      </w:r>
    </w:p>
    <w:p>
      <w:pPr>
        <w:jc w:val="right"/>
      </w:pPr>
      <w:r>
        <w:t>اگرچہ بس میرے ساتھ تو وہی ہوگا۔</w:t>
      </w:r>
    </w:p>
    <w:p>
      <w:r>
        <w:rPr>
          <w:b/>
        </w:rPr>
        <w:t xml:space="preserve">[31:47] </w:t>
      </w:r>
      <w:r>
        <w:t>tab center for peace of spirituality banaya.</w:t>
      </w:r>
    </w:p>
    <w:p>
      <w:pPr>
        <w:jc w:val="right"/>
      </w:pPr>
      <w:r>
        <w:t>تب سینٹر فار پیس آف سپرچولیٹی بنایا۔</w:t>
      </w:r>
    </w:p>
    <w:p>
      <w:r>
        <w:rPr>
          <w:b/>
        </w:rPr>
        <w:t xml:space="preserve">[31:51] </w:t>
      </w:r>
      <w:r>
        <w:t>to yeh yeh mere apne development ka ek ek expression tha.</w:t>
      </w:r>
    </w:p>
    <w:p>
      <w:pPr>
        <w:jc w:val="right"/>
      </w:pPr>
      <w:r>
        <w:t>تو یہ یہ میرے اپنے ڈیویلپمنٹ کا ایک ایک ایکسپریشن تھا۔</w:t>
      </w:r>
    </w:p>
    <w:p>
      <w:r>
        <w:rPr>
          <w:b/>
        </w:rPr>
        <w:t xml:space="preserve">[31:56] </w:t>
      </w:r>
      <w:r>
        <w:t>kyunke shuru mein apne mahaul, apne madrasay ki wajah se mere andar kahin na kahin kuch na kuch</w:t>
      </w:r>
    </w:p>
    <w:p>
      <w:pPr>
        <w:jc w:val="right"/>
      </w:pPr>
      <w:r>
        <w:t>کیونکہ شروع میں اپنے ماحول، اپنے مدرسے کی وجہ سے میرے اندر کہیں نہ کہیں کچھ نہ کچھ</w:t>
      </w:r>
    </w:p>
    <w:p>
      <w:r>
        <w:rPr>
          <w:b/>
        </w:rPr>
        <w:t xml:space="preserve">[32:00] </w:t>
      </w:r>
      <w:r>
        <w:t>muslim oriented thinking thi.</w:t>
      </w:r>
    </w:p>
    <w:p>
      <w:pPr>
        <w:jc w:val="right"/>
      </w:pPr>
      <w:r>
        <w:t>مسلم اورینٹڈ تھنکنگ تھی۔</w:t>
      </w:r>
    </w:p>
    <w:p>
      <w:r>
        <w:rPr>
          <w:b/>
        </w:rPr>
        <w:t xml:space="preserve">[32:04] </w:t>
      </w:r>
      <w:r>
        <w:t>is se jab bahar aaya mein to us ki zaroorat pesh aayi ke ek pure islamic thought ke</w:t>
      </w:r>
    </w:p>
    <w:p>
      <w:pPr>
        <w:jc w:val="right"/>
      </w:pPr>
      <w:r>
        <w:t>اس سے جب باہر آیا میں تو اس کی ضرورت پیش آئی کہ ایک پیور اسلامک تھاٹ کے</w:t>
      </w:r>
    </w:p>
    <w:p>
      <w:r>
        <w:rPr>
          <w:b/>
        </w:rPr>
        <w:t xml:space="preserve">[32:08] </w:t>
      </w:r>
      <w:r>
        <w:t>liye ek parcha ho.</w:t>
      </w:r>
    </w:p>
    <w:p>
      <w:pPr>
        <w:jc w:val="right"/>
      </w:pPr>
      <w:r>
        <w:t>لیے ایک پرچہ ہو۔</w:t>
      </w:r>
    </w:p>
    <w:p>
      <w:r>
        <w:rPr>
          <w:b/>
        </w:rPr>
        <w:t xml:space="preserve">[32:12] </w:t>
      </w:r>
      <w:r>
        <w:t>ek ek ek is se ek platform ho.</w:t>
      </w:r>
    </w:p>
    <w:p>
      <w:pPr>
        <w:jc w:val="right"/>
      </w:pPr>
      <w:r>
        <w:t>ایک ایک ایک اس سے اس ایک پلیٹ فارم ہو۔</w:t>
      </w:r>
    </w:p>
    <w:p>
      <w:r>
        <w:rPr>
          <w:b/>
        </w:rPr>
        <w:t xml:space="preserve">[32:16] </w:t>
      </w:r>
      <w:r>
        <w:t>is ke liye hum ne center for university banai.</w:t>
      </w:r>
    </w:p>
    <w:p>
      <w:pPr>
        <w:jc w:val="right"/>
      </w:pPr>
      <w:r>
        <w:t>اس کے لیے ہم نے سینٹر فار یونیورسٹی بنائی۔</w:t>
      </w:r>
    </w:p>
    <w:p>
      <w:r>
        <w:rPr>
          <w:b/>
        </w:rPr>
        <w:t xml:space="preserve">[32:21] </w:t>
      </w:r>
      <w:r>
        <w:t>ji, but maulana sahib, you always keep saying that the muslim community needs to have a positive mindset. in fact, your lectures, your writings, and the continuous guidance that you keep on giving to muslim community all over the world, aims in doing that. can you give an example? what do you mean by positive mindset or a positive personality?</w:t>
      </w:r>
    </w:p>
    <w:p>
      <w:pPr>
        <w:jc w:val="right"/>
      </w:pPr>
      <w:r>
        <w:t>جی، بٹ مولانا صاحب، یو الویز کیپ سینگ دیٹ دا مسلم کمیونٹی نیڈز ٹو ہیو ا پوزیٹیو مائنڈ سیٹ۔ ان فیکٹ، یور لیکچرز، یور رائٹنگز، اینڈ دی کنٹینیوس گائیڈنس دیٹ یو کیپ ان گیونگ ٹو مسلم کمیونٹی ال اوور دی ورلڈ، ایمز ان ڈوئنگ دیٹ۔ کین یو گیو این ایگزیمپل؟ واٹ ڈو یو مین بائے پوزیٹیو مائنڈ سیٹ اور ا پوزیٹیو پرسنیلٹی؟</w:t>
      </w:r>
    </w:p>
    <w:p>
      <w:r>
        <w:rPr>
          <w:b/>
        </w:rPr>
        <w:t xml:space="preserve">[32:47] </w:t>
      </w:r>
      <w:r>
        <w:t>dekhein, sab se bari misaal yeh hai ke is do sau teen sau saal ke darmiyan musalmanon par</w:t>
      </w:r>
    </w:p>
    <w:p>
      <w:pPr>
        <w:jc w:val="right"/>
      </w:pPr>
      <w:r>
        <w:t>دیکھیں، سب سے بڑی مثال یہ ہے کہ اس دو سو تین سو سال کے درمیان مسلمانوں پر</w:t>
      </w:r>
    </w:p>
    <w:p>
      <w:r>
        <w:rPr>
          <w:b/>
        </w:rPr>
        <w:t xml:space="preserve">[32:52] </w:t>
      </w:r>
      <w:r>
        <w:t>sab se zyada jo soch ghalib rahi, woh thi western, yani domination.</w:t>
      </w:r>
    </w:p>
    <w:p>
      <w:pPr>
        <w:jc w:val="right"/>
      </w:pPr>
      <w:r>
        <w:t>سب سے زیادہ جو سوچ غالب رہی، وہ تھی ویسٹرن، یعنی ڈومینیشن۔</w:t>
      </w:r>
    </w:p>
    <w:p>
      <w:r>
        <w:rPr>
          <w:b/>
        </w:rPr>
        <w:t xml:space="preserve">[32:57] </w:t>
      </w:r>
      <w:r>
        <w:t>is ka izhaar hua colonial powers ki shakal mein.</w:t>
      </w:r>
    </w:p>
    <w:p>
      <w:pPr>
        <w:jc w:val="right"/>
      </w:pPr>
      <w:r>
        <w:t>اس کا اظہار ہوا کلونیل پاورز کی شکل میں۔</w:t>
      </w:r>
    </w:p>
    <w:p>
      <w:r>
        <w:rPr>
          <w:b/>
        </w:rPr>
        <w:t xml:space="preserve">[33:02] </w:t>
      </w:r>
      <w:r>
        <w:t>to saare saare musalman, duniya bhar ke musalman negative ban gaye.</w:t>
      </w:r>
    </w:p>
    <w:p>
      <w:pPr>
        <w:jc w:val="right"/>
      </w:pPr>
      <w:r>
        <w:t>تو سارے سارے مسلمان، دنیا بھر کے مسلمان نیگیٹیو بن گئے۔</w:t>
      </w:r>
    </w:p>
    <w:p>
      <w:r>
        <w:rPr>
          <w:b/>
        </w:rPr>
        <w:t xml:space="preserve">[33:08] </w:t>
      </w:r>
      <w:r>
        <w:t>kyunke unhon ne dekha ke western powers ne hamare mughal empire ko khatam kar diya, turkish empire ko</w:t>
      </w:r>
    </w:p>
    <w:p>
      <w:pPr>
        <w:jc w:val="right"/>
      </w:pPr>
      <w:r>
        <w:t>کیونکہ انہوں نے دیکھا کہ ویسٹرن پاورز نے ہمارے مغل ایمپائر کو ختم کر دیا، ٹرکش ایمپائر کو</w:t>
      </w:r>
    </w:p>
    <w:p>
      <w:r>
        <w:rPr>
          <w:b/>
        </w:rPr>
        <w:t xml:space="preserve">[33:13] </w:t>
      </w:r>
      <w:r>
        <w:t>khatam kar diya, hamara domination khatam kar diya.</w:t>
      </w:r>
    </w:p>
    <w:p>
      <w:pPr>
        <w:jc w:val="right"/>
      </w:pPr>
      <w:r>
        <w:t>ختم کر دیا، ہمارا ڈومینیشن ختم کر دیا۔</w:t>
      </w:r>
    </w:p>
    <w:p>
      <w:r>
        <w:rPr>
          <w:b/>
        </w:rPr>
        <w:t xml:space="preserve">[33:18] </w:t>
      </w:r>
      <w:r>
        <w:t>to sab negative ho gaye.</w:t>
      </w:r>
    </w:p>
    <w:p>
      <w:pPr>
        <w:jc w:val="right"/>
      </w:pPr>
      <w:r>
        <w:t>تو سب نیگیٹیو ہو گئے۔</w:t>
      </w:r>
    </w:p>
    <w:p>
      <w:r>
        <w:rPr>
          <w:b/>
        </w:rPr>
        <w:t xml:space="preserve">[33:24] </w:t>
      </w:r>
      <w:r>
        <w:t>yani mujhe shayad ek bhi muslim nahi mila is apni is lambi umar mein jo is obsession se</w:t>
      </w:r>
    </w:p>
    <w:p>
      <w:pPr>
        <w:jc w:val="right"/>
      </w:pPr>
      <w:r>
        <w:t>یعنی مجھے شاید ایک بھی مسلم نہیں ملا اس اپنی اس لمبی عمر میں جو اس ابسیشن سے</w:t>
      </w:r>
    </w:p>
    <w:p>
      <w:r>
        <w:rPr>
          <w:b/>
        </w:rPr>
        <w:t xml:space="preserve">[33:29] </w:t>
      </w:r>
      <w:r>
        <w:t>khali ho ke west hamara dushman hai.</w:t>
      </w:r>
    </w:p>
    <w:p>
      <w:pPr>
        <w:jc w:val="right"/>
      </w:pPr>
      <w:r>
        <w:t>خالی ہو کہ ویسٹ ہمارا دشمن ہے۔</w:t>
      </w:r>
    </w:p>
    <w:p>
      <w:r>
        <w:rPr>
          <w:b/>
        </w:rPr>
        <w:t xml:space="preserve">[33:34] </w:t>
      </w:r>
      <w:r>
        <w:t>kyunke west ne hamara arz chheena hai hum se.</w:t>
      </w:r>
    </w:p>
    <w:p>
      <w:pPr>
        <w:jc w:val="right"/>
      </w:pPr>
      <w:r>
        <w:t>کیونکہ ویسٹ نے ہمارا عارض چھینا ہے ہم سے۔</w:t>
      </w:r>
    </w:p>
    <w:p>
      <w:r>
        <w:rPr>
          <w:b/>
        </w:rPr>
        <w:t xml:space="preserve">[33:40] </w:t>
      </w:r>
      <w:r>
        <w:t>west ne hamara political dabdaba khatam kiya hai.</w:t>
      </w:r>
    </w:p>
    <w:p>
      <w:pPr>
        <w:jc w:val="right"/>
      </w:pPr>
      <w:r>
        <w:t>ویسٹ نے ہمارا پولیٹیکل دبدبہ ختم کیا ہے۔</w:t>
      </w:r>
    </w:p>
    <w:p>
      <w:r>
        <w:rPr>
          <w:b/>
        </w:rPr>
        <w:t xml:space="preserve">[33:45] </w:t>
      </w:r>
      <w:r>
        <w:t>west ne hamare idaron ko tabah kiya.</w:t>
      </w:r>
    </w:p>
    <w:p>
      <w:pPr>
        <w:jc w:val="right"/>
      </w:pPr>
      <w:r>
        <w:t>ویسٹ نے ہمارے اداروں کو تباہ کیا۔</w:t>
      </w:r>
    </w:p>
    <w:p>
      <w:r>
        <w:rPr>
          <w:b/>
        </w:rPr>
        <w:t xml:space="preserve">[33:50] </w:t>
      </w:r>
      <w:r>
        <w:t>yeh soch un ki hai.</w:t>
      </w:r>
    </w:p>
    <w:p>
      <w:pPr>
        <w:jc w:val="right"/>
      </w:pPr>
      <w:r>
        <w:t>یہ سوچ ان کی ہے۔</w:t>
      </w:r>
    </w:p>
    <w:p>
      <w:r>
        <w:rPr>
          <w:b/>
        </w:rPr>
        <w:t xml:space="preserve">[33:56] </w:t>
      </w:r>
      <w:r>
        <w:t>meri soch nahi hai ji.</w:t>
      </w:r>
    </w:p>
    <w:p>
      <w:pPr>
        <w:jc w:val="right"/>
      </w:pPr>
      <w:r>
        <w:t>میری سوچ نہیں ہے جی۔</w:t>
      </w:r>
    </w:p>
    <w:p>
      <w:r>
        <w:rPr>
          <w:b/>
        </w:rPr>
        <w:t xml:space="preserve">[34:01] </w:t>
      </w:r>
      <w:r>
        <w:t>to sari duniya ke musalman negative soch mein pad gaye west ko le kar ke.</w:t>
      </w:r>
    </w:p>
    <w:p>
      <w:pPr>
        <w:jc w:val="right"/>
      </w:pPr>
      <w:r>
        <w:t>تو ساری دنیا کے مسلمان نیگیٹیو سوچ میں پڑ گئے ویسٹ کو لے کر کے۔</w:t>
      </w:r>
    </w:p>
    <w:p>
      <w:r>
        <w:rPr>
          <w:b/>
        </w:rPr>
        <w:t xml:space="preserve">[34:06] </w:t>
      </w:r>
      <w:r>
        <w:t>aur wahi un ki personality ban gayi.</w:t>
      </w:r>
    </w:p>
    <w:p>
      <w:pPr>
        <w:jc w:val="right"/>
      </w:pPr>
      <w:r>
        <w:t>اور وہی ان کی پرسنیلٹی بن گئی۔</w:t>
      </w:r>
    </w:p>
    <w:p>
      <w:r>
        <w:rPr>
          <w:b/>
        </w:rPr>
        <w:t xml:space="preserve">[34:11] </w:t>
      </w:r>
      <w:r>
        <w:t>aur main ne jo parha hai islam ko to masla hai ke islam 100 percent positive thinking deta hai.</w:t>
      </w:r>
    </w:p>
    <w:p>
      <w:pPr>
        <w:jc w:val="right"/>
      </w:pPr>
      <w:r>
        <w:t>اور میں نے جو پڑھا ہے اسلام کو تو مسئلہ ہے کہ اسلام 100 پرسنٹ پازیٹیو تھنکنگ دیتا ہے۔</w:t>
      </w:r>
    </w:p>
    <w:p>
      <w:r>
        <w:rPr>
          <w:b/>
        </w:rPr>
        <w:t xml:space="preserve">[34:17] </w:t>
      </w:r>
      <w:r>
        <w:t>misalan dekhen, rasool Allah makka mein rahe 13 saal, bohat sataya gaya, bohat zulm kiya gaya.</w:t>
      </w:r>
    </w:p>
    <w:p>
      <w:pPr>
        <w:jc w:val="right"/>
      </w:pPr>
      <w:r>
        <w:t>مثلاً دیکھیں، رسول اللہ مکہ میں رہے 13 سال، طاق بہت ستایا گیا، بہت ظلم کیا گیا۔</w:t>
      </w:r>
    </w:p>
    <w:p>
      <w:r>
        <w:rPr>
          <w:b/>
        </w:rPr>
        <w:t xml:space="preserve">[34:22] </w:t>
      </w:r>
      <w:r>
        <w:t>to jab aap wahan se hijrat kar ke madina aaye, woh bhi aap ko taqreeban kaante ke nikala gaya tha.</w:t>
      </w:r>
    </w:p>
    <w:p>
      <w:pPr>
        <w:jc w:val="right"/>
      </w:pPr>
      <w:r>
        <w:t>تو جب آپ وہاں سے ہجرت کر کے مدینہ آئے، وہ بھی آپ کو تقریباً کانٹے کے نکالا گیا تھا۔</w:t>
      </w:r>
    </w:p>
    <w:p>
      <w:r>
        <w:rPr>
          <w:b/>
        </w:rPr>
        <w:t xml:space="preserve">[34:27] </w:t>
      </w:r>
      <w:r>
        <w:t>to madine mein aap rahe das saal tak.</w:t>
      </w:r>
    </w:p>
    <w:p>
      <w:pPr>
        <w:jc w:val="right"/>
      </w:pPr>
      <w:r>
        <w:t>تو مدینے میں آپ رہے دس سال تک۔</w:t>
      </w:r>
    </w:p>
    <w:p>
      <w:r>
        <w:rPr>
          <w:b/>
        </w:rPr>
        <w:t xml:space="preserve">[34:33] </w:t>
      </w:r>
      <w:r>
        <w:t>is das saal ka bohat record hai hadithon mein, seerat ki kitabon mein.</w:t>
      </w:r>
    </w:p>
    <w:p>
      <w:pPr>
        <w:jc w:val="right"/>
      </w:pPr>
      <w:r>
        <w:t>اس دس سال کا بہت ریکارڈ ہے حدیثوں میں، سیرت کی کتابوں میں۔</w:t>
      </w:r>
    </w:p>
    <w:p>
      <w:r>
        <w:rPr>
          <w:b/>
        </w:rPr>
        <w:t xml:space="preserve">[34:38] </w:t>
      </w:r>
      <w:r>
        <w:t>aap koi ek baat nahi paayenge jis mein aap ne makka walon ki shikayat ki ho. kuch nahi.</w:t>
      </w:r>
    </w:p>
    <w:p>
      <w:pPr>
        <w:jc w:val="right"/>
      </w:pPr>
      <w:r>
        <w:t>آپ کوئی ایک بات نہیں پائیں گے جس میں آپ نے مکہ والوں کی شکایت کی ہو۔ کچھ نہیں۔</w:t>
      </w:r>
    </w:p>
    <w:p>
      <w:r>
        <w:rPr>
          <w:b/>
        </w:rPr>
        <w:t xml:space="preserve">[34:43] </w:t>
      </w:r>
      <w:r>
        <w:t>koi shikayat hi nahi.</w:t>
      </w:r>
    </w:p>
    <w:p>
      <w:pPr>
        <w:jc w:val="right"/>
      </w:pPr>
      <w:r>
        <w:t>کوئی شکایت ہی نہیں۔</w:t>
      </w:r>
    </w:p>
    <w:p>
      <w:r>
        <w:rPr>
          <w:b/>
        </w:rPr>
        <w:t xml:space="preserve">[34:49] </w:t>
      </w:r>
      <w:r>
        <w:t>jaise ke kuch kuch guzrai guzrai nahi.</w:t>
      </w:r>
    </w:p>
    <w:p>
      <w:pPr>
        <w:jc w:val="right"/>
      </w:pPr>
      <w:r>
        <w:t>جیسے کہ کچھ کچھ گزرائی گزرائی نہیں۔</w:t>
      </w:r>
    </w:p>
    <w:p>
      <w:r>
        <w:rPr>
          <w:b/>
        </w:rPr>
        <w:t xml:space="preserve">[34:54] </w:t>
      </w:r>
      <w:r>
        <w:t>to main ne yeh samjha ke islam ek positive mazhab hai.</w:t>
      </w:r>
    </w:p>
    <w:p>
      <w:pPr>
        <w:jc w:val="right"/>
      </w:pPr>
      <w:r>
        <w:t>تو میں نے یہ سمجھا کہ اسلام ایک پازیٹیو مذہب ہے۔</w:t>
      </w:r>
    </w:p>
    <w:p>
      <w:r>
        <w:rPr>
          <w:b/>
        </w:rPr>
        <w:t xml:space="preserve">[34:59] </w:t>
      </w:r>
      <w:r>
        <w:t>islamic thinking positive thinking hai.</w:t>
      </w:r>
    </w:p>
    <w:p>
      <w:pPr>
        <w:jc w:val="right"/>
      </w:pPr>
      <w:r>
        <w:t>اسلامک تھنکنگ پازیٹیو تھنکنگ ہے۔</w:t>
      </w:r>
    </w:p>
    <w:p>
      <w:r>
        <w:rPr>
          <w:b/>
        </w:rPr>
        <w:t xml:space="preserve">[35:05] </w:t>
      </w:r>
      <w:r>
        <w:t>main yeh samjha main ne ke musalmanon ki islaah ka yahi starting point hai ke un ki negative</w:t>
      </w:r>
    </w:p>
    <w:p>
      <w:pPr>
        <w:jc w:val="right"/>
      </w:pPr>
      <w:r>
        <w:t>میں یہ سمجھا میں نے کہ مسلمانوں کی اصلاح کا یہی سٹارٹنگ پوائنٹ ہے کہ ان کی نیگیٹیو</w:t>
      </w:r>
    </w:p>
    <w:p>
      <w:r>
        <w:rPr>
          <w:b/>
        </w:rPr>
        <w:t xml:space="preserve">[35:10] </w:t>
      </w:r>
      <w:r>
        <w:t>thinking khatam ki jaye aur un ke andar positive thinking laayi jaye.</w:t>
      </w:r>
    </w:p>
    <w:p>
      <w:pPr>
        <w:jc w:val="right"/>
      </w:pPr>
      <w:r>
        <w:t>تھنکنگ ختم کی جائے اور ان کے اندر پازیٹیو تھنکنگ لائی جائے۔</w:t>
      </w:r>
    </w:p>
    <w:p>
      <w:r>
        <w:rPr>
          <w:b/>
        </w:rPr>
        <w:t xml:space="preserve">[35:15] </w:t>
      </w:r>
      <w:r>
        <w:t>is wajah se mera supreme concern ban gaya hai.</w:t>
      </w:r>
    </w:p>
    <w:p>
      <w:pPr>
        <w:jc w:val="right"/>
      </w:pPr>
      <w:r>
        <w:t>اس وجہ سے میرا سپریم کنسرن بن گیا ہے۔</w:t>
      </w:r>
    </w:p>
    <w:p>
      <w:r>
        <w:rPr>
          <w:b/>
        </w:rPr>
        <w:t xml:space="preserve">[35:21] </w:t>
      </w:r>
      <w:r>
        <w:t>ji, maulana sahib, in fact, your work and your efforts show deep concern and well wishing for entire humanity. we want to know how did you develop this mindset? if you could share that with all of us?</w:t>
      </w:r>
    </w:p>
    <w:p>
      <w:pPr>
        <w:jc w:val="right"/>
      </w:pPr>
      <w:r>
        <w:t>جی، مولانا صاحب، ان فیکٹ، یور ورک اینڈ یور ایفرٹس شو ڈیپ کنسرن اینڈ ویل وشنگ فار انٹائر ہیومینٹی۔ وی وانٹ ٹو نو ہاؤ ڈیڈ یو ڈیویلپ دس مائنڈ سیٹ؟ اف یو کڈ شیئر دیٹ ود ال اف اس؟</w:t>
      </w:r>
    </w:p>
    <w:p>
      <w:r>
        <w:rPr>
          <w:b/>
        </w:rPr>
        <w:t xml:space="preserve">[35:38] </w:t>
      </w:r>
      <w:r>
        <w:t>dekhen, jab main ne quran ko parha, yani matlab dobara parha, madrasay mein parha tha to wahan se</w:t>
      </w:r>
    </w:p>
    <w:p>
      <w:pPr>
        <w:jc w:val="right"/>
      </w:pPr>
      <w:r>
        <w:t>دیکھیں، جب میں نے قرآن کو پڑھا، یعنی مطلب دوبارہ پڑھا، مدرسے میں پڑھا تھا تو وہاں سے</w:t>
      </w:r>
    </w:p>
    <w:p>
      <w:r>
        <w:rPr>
          <w:b/>
        </w:rPr>
        <w:t xml:space="preserve">[35:42] </w:t>
      </w:r>
      <w:r>
        <w:t>yeh sab nahi tha.</w:t>
      </w:r>
    </w:p>
    <w:p>
      <w:pPr>
        <w:jc w:val="right"/>
      </w:pPr>
      <w:r>
        <w:t>یہ سب نہیں تھا۔</w:t>
      </w:r>
    </w:p>
    <w:p>
      <w:r>
        <w:rPr>
          <w:b/>
        </w:rPr>
        <w:t xml:space="preserve">[35:46] </w:t>
      </w:r>
      <w:r>
        <w:t>jab dohra main ne parha, yani open mind ke sath, to main ne dekha quran bhara hua hai</w:t>
      </w:r>
    </w:p>
    <w:p>
      <w:pPr>
        <w:jc w:val="right"/>
      </w:pPr>
      <w:r>
        <w:t>جب دہرا میں نے پڑھا، یعنی اوپن مائنڈ کے ساتھ، تو میں نے دیکھا قرآن بھرا ہوا ہے</w:t>
      </w:r>
    </w:p>
    <w:p>
      <w:r>
        <w:rPr>
          <w:b/>
        </w:rPr>
        <w:t xml:space="preserve">[35:51] </w:t>
      </w:r>
      <w:r>
        <w:t>eha insan, eha insan, eha insan se.</w:t>
      </w:r>
    </w:p>
    <w:p>
      <w:pPr>
        <w:jc w:val="right"/>
      </w:pPr>
      <w:r>
        <w:t>ایہا الانسان، ایہا الانسان، ایہا الانسان سے۔</w:t>
      </w:r>
    </w:p>
    <w:p>
      <w:r>
        <w:rPr>
          <w:b/>
        </w:rPr>
        <w:t xml:space="preserve">[35:55] </w:t>
      </w:r>
      <w:r>
        <w:t>yani quran ka jo quran race karta hai insan ko.</w:t>
      </w:r>
    </w:p>
    <w:p>
      <w:pPr>
        <w:jc w:val="right"/>
      </w:pPr>
      <w:r>
        <w:t>یعنی قرآن کا جو قرآن ریس کرتا ہے انسان کو۔</w:t>
      </w:r>
    </w:p>
    <w:p>
      <w:r>
        <w:rPr>
          <w:b/>
        </w:rPr>
        <w:t xml:space="preserve">[36:00] </w:t>
      </w:r>
      <w:r>
        <w:t>to is ka matlab hai quran sari humanity ko ek nazar dekhta hai.</w:t>
      </w:r>
    </w:p>
    <w:p>
      <w:pPr>
        <w:jc w:val="right"/>
      </w:pPr>
      <w:r>
        <w:t>تو اس کا معنی ہے قرآن ساری ہیومینٹی کو ایک نظر دیکھتا ہے۔</w:t>
      </w:r>
    </w:p>
    <w:p>
      <w:r>
        <w:rPr>
          <w:b/>
        </w:rPr>
        <w:t xml:space="preserve">[36:04] </w:t>
      </w:r>
      <w:r>
        <w:t>poori humanity ko.</w:t>
      </w:r>
    </w:p>
    <w:p>
      <w:pPr>
        <w:jc w:val="right"/>
      </w:pPr>
      <w:r>
        <w:t>پوری ہیومینٹی کو۔</w:t>
      </w:r>
    </w:p>
    <w:p>
      <w:r>
        <w:rPr>
          <w:b/>
        </w:rPr>
        <w:t xml:space="preserve">[36:09] </w:t>
      </w:r>
      <w:r>
        <w:t>aur naas jo hai woh insan ka jama hai.</w:t>
      </w:r>
    </w:p>
    <w:p>
      <w:pPr>
        <w:jc w:val="right"/>
      </w:pPr>
      <w:r>
        <w:t>اور الناس جو ہے وہ انسان کا جمع ہے۔</w:t>
      </w:r>
    </w:p>
    <w:p>
      <w:r>
        <w:rPr>
          <w:b/>
        </w:rPr>
        <w:t xml:space="preserve">[36:13] </w:t>
      </w:r>
      <w:r>
        <w:t>to kahin aata hai eha insan, kahin aata hai eha naas.</w:t>
      </w:r>
    </w:p>
    <w:p>
      <w:pPr>
        <w:jc w:val="right"/>
      </w:pPr>
      <w:r>
        <w:t>تو کہیں آتا ہے ایہا الانسان، کہیں آتا ہے ایہا الناس۔</w:t>
      </w:r>
    </w:p>
    <w:p>
      <w:r>
        <w:rPr>
          <w:b/>
        </w:rPr>
        <w:t xml:space="preserve">[36:17] </w:t>
      </w:r>
      <w:r>
        <w:t>donon wohi matlab. sari humanity.</w:t>
      </w:r>
    </w:p>
    <w:p>
      <w:pPr>
        <w:jc w:val="right"/>
      </w:pPr>
      <w:r>
        <w:t>دونوں وہی مطلب۔ ساری ہیومینٹی۔</w:t>
      </w:r>
    </w:p>
    <w:p>
      <w:r>
        <w:rPr>
          <w:b/>
        </w:rPr>
        <w:t xml:space="preserve">[36:22] </w:t>
      </w:r>
      <w:r>
        <w:t>to main ne socha ke musalmanon ke andar jo soch aayi hai woh woh un ki ghalat soch hai.</w:t>
      </w:r>
    </w:p>
    <w:p>
      <w:pPr>
        <w:jc w:val="right"/>
      </w:pPr>
      <w:r>
        <w:t>تو میں نے سوچا کہ مسلمانوں کے اندر جو سوچ آئی ہے وہ وہ ان کی غلط سوچ ہے۔</w:t>
      </w:r>
    </w:p>
    <w:p>
      <w:r>
        <w:rPr>
          <w:b/>
        </w:rPr>
        <w:t xml:space="preserve">[36:26] </w:t>
      </w:r>
      <w:r>
        <w:t>He entered the concept.</w:t>
      </w:r>
    </w:p>
    <w:p>
      <w:pPr>
        <w:jc w:val="right"/>
      </w:pPr>
      <w:r>
        <w:t>وی اینٹے کانسیپٹ کے اندر آ گیا۔</w:t>
      </w:r>
    </w:p>
    <w:p>
      <w:r>
        <w:rPr>
          <w:b/>
        </w:rPr>
        <w:t xml:space="preserve">[36:31] </w:t>
      </w:r>
      <w:r>
        <w:t>muslim aur kafir concept aa gaya.</w:t>
      </w:r>
    </w:p>
    <w:p>
      <w:pPr>
        <w:jc w:val="right"/>
      </w:pPr>
      <w:r>
        <w:t>مسلم اور کافر کانسیپٹ آ گیا۔</w:t>
      </w:r>
    </w:p>
    <w:p>
      <w:r>
        <w:rPr>
          <w:b/>
        </w:rPr>
        <w:t xml:space="preserve">[36:35] </w:t>
      </w:r>
      <w:r>
        <w:t>yeh islam ki soch nahi hai.</w:t>
      </w:r>
    </w:p>
    <w:p>
      <w:pPr>
        <w:jc w:val="right"/>
      </w:pPr>
      <w:r>
        <w:t>یہ اسلام کی سوچ نہیں ہے۔</w:t>
      </w:r>
    </w:p>
    <w:p>
      <w:r>
        <w:rPr>
          <w:b/>
        </w:rPr>
        <w:t xml:space="preserve">[36:40] </w:t>
      </w:r>
      <w:r>
        <w:t>islam ki soch sare insan ko ek nazar se dekhna.</w:t>
      </w:r>
    </w:p>
    <w:p>
      <w:pPr>
        <w:jc w:val="right"/>
      </w:pPr>
      <w:r>
        <w:t>اسلام کی سوچ سارے انسان کو ایک نظر سے دیکھنا۔</w:t>
      </w:r>
    </w:p>
    <w:p>
      <w:r>
        <w:rPr>
          <w:b/>
        </w:rPr>
        <w:t xml:space="preserve">[36:44] </w:t>
      </w:r>
      <w:r>
        <w:t>jaise rasool Allah ka waqia hai ke yahudi ek yahudi ke janaze ko respect mein khare hogaye.</w:t>
      </w:r>
    </w:p>
    <w:p>
      <w:pPr>
        <w:jc w:val="right"/>
      </w:pPr>
      <w:r>
        <w:t>جیسے رسول اللہ کا واقعہ ہے کہ یہودی ایک یہودی کے جنازے کو کو ریسپیکٹ میں کھڑے ہوگئے۔</w:t>
      </w:r>
    </w:p>
    <w:p>
      <w:r>
        <w:rPr>
          <w:b/>
        </w:rPr>
        <w:t xml:space="preserve">[36:49] </w:t>
      </w:r>
      <w:r>
        <w:t>aap to kisi ne kaha yeh to yahudi ka janaza tha.</w:t>
      </w:r>
    </w:p>
    <w:p>
      <w:pPr>
        <w:jc w:val="right"/>
      </w:pPr>
      <w:r>
        <w:t>آپ تو کسی نے کہا یہ تو یہودی کا جنازہ تھا۔</w:t>
      </w:r>
    </w:p>
    <w:p>
      <w:r>
        <w:rPr>
          <w:b/>
        </w:rPr>
        <w:t xml:space="preserve">[36:53] </w:t>
      </w:r>
      <w:r>
        <w:t>to aap ne farmaya alaihi al-dafn.</w:t>
      </w:r>
    </w:p>
    <w:p>
      <w:pPr>
        <w:jc w:val="right"/>
      </w:pPr>
      <w:r>
        <w:t>تو آپ نے فرمایا علیہ الدفن۔</w:t>
      </w:r>
    </w:p>
    <w:p>
      <w:r>
        <w:rPr>
          <w:b/>
        </w:rPr>
        <w:t xml:space="preserve">[36:57] </w:t>
      </w:r>
      <w:r>
        <w:t>matlab kya woh insan nahi? to aap ki nazar mein jaisa mein insan hua to woh bhi insan.</w:t>
      </w:r>
    </w:p>
    <w:p>
      <w:pPr>
        <w:jc w:val="right"/>
      </w:pPr>
      <w:r>
        <w:t>مطلب کیا وہ انسان نہیں؟ تو آپ کی نظر میں جیسا میں انسان ہوا تو وہ بھی انسان۔</w:t>
      </w:r>
    </w:p>
    <w:p>
      <w:r>
        <w:rPr>
          <w:b/>
        </w:rPr>
        <w:t xml:space="preserve">[37:02] </w:t>
      </w:r>
      <w:r>
        <w:t>muslim bhi insan, yahudi bhi insan.</w:t>
      </w:r>
    </w:p>
    <w:p>
      <w:pPr>
        <w:jc w:val="right"/>
      </w:pPr>
      <w:r>
        <w:t>مسلم بھی انسان، یہودی بھی انسان۔</w:t>
      </w:r>
    </w:p>
    <w:p>
      <w:r>
        <w:rPr>
          <w:b/>
        </w:rPr>
        <w:t xml:space="preserve">[37:06] </w:t>
      </w:r>
      <w:r>
        <w:t>تو مجھے سمجھ آیا کہ مسلمان جو ہے ان کا detriment, detriment hua hai.</w:t>
      </w:r>
    </w:p>
    <w:p>
      <w:pPr>
        <w:jc w:val="right"/>
      </w:pPr>
      <w:r>
        <w:t>تو مجھے سمجھ آیا کہ مسلمان جو ہے ان کا ڈی ریٹمنٹ، ڈی ریٹمنٹ ہوا ہے۔</w:t>
      </w:r>
    </w:p>
    <w:p>
      <w:r>
        <w:rPr>
          <w:b/>
        </w:rPr>
        <w:t xml:space="preserve">[37:11] </w:t>
      </w:r>
      <w:r>
        <w:t>woh hat gaye hain islam ki asli taleem se.</w:t>
      </w:r>
    </w:p>
    <w:p>
      <w:pPr>
        <w:jc w:val="right"/>
      </w:pPr>
      <w:r>
        <w:t>وہ ہٹ گئے ہیں اسلام کی اصلی تعلیم سے۔</w:t>
      </w:r>
    </w:p>
    <w:p>
      <w:r>
        <w:rPr>
          <w:b/>
        </w:rPr>
        <w:t xml:space="preserve">[37:15] </w:t>
      </w:r>
      <w:r>
        <w:t>asli taleem yeh hai ke sare insan ko ek samjho.</w:t>
      </w:r>
    </w:p>
    <w:p>
      <w:pPr>
        <w:jc w:val="right"/>
      </w:pPr>
      <w:r>
        <w:t>اصلی تعلیم یہ ہے کہ سارے انسان کو ایک سمجھو۔</w:t>
      </w:r>
    </w:p>
    <w:p>
      <w:r>
        <w:rPr>
          <w:b/>
        </w:rPr>
        <w:t xml:space="preserve">[37:20] </w:t>
      </w:r>
      <w:r>
        <w:t>koi farq mat karo.</w:t>
      </w:r>
    </w:p>
    <w:p>
      <w:pPr>
        <w:jc w:val="right"/>
      </w:pPr>
      <w:r>
        <w:t>کوئی فرق مت کرو۔</w:t>
      </w:r>
    </w:p>
    <w:p>
      <w:r>
        <w:rPr>
          <w:b/>
        </w:rPr>
        <w:t xml:space="preserve">[37:24] </w:t>
      </w:r>
      <w:r>
        <w:t>is tarah se mere andar yeh baat aayi.</w:t>
      </w:r>
    </w:p>
    <w:p>
      <w:pPr>
        <w:jc w:val="right"/>
      </w:pPr>
      <w:r>
        <w:t>اس طرح سے میرے اندر یہ بات آئی۔</w:t>
      </w:r>
    </w:p>
    <w:p>
      <w:r>
        <w:rPr>
          <w:b/>
        </w:rPr>
        <w:t xml:space="preserve">[37:29] </w:t>
      </w:r>
      <w:r>
        <w:t>you also often say that muslims need to rediscover islam and non muslims need to discover islam. can you elaborate maulana sahib what do you mean by this?</w:t>
      </w:r>
    </w:p>
    <w:p>
      <w:pPr>
        <w:jc w:val="right"/>
      </w:pPr>
      <w:r>
        <w:t>یو السو افن سے دیٹ مسلمز نیڈ ٹو ری ڈسکور اسلام اینڈ نان مسلمز نیڈ ٹو ڈسکور اسلام۔ کین یو الیبوریٹ مولانا صاحب واٹ ڈو یو مین بائی دس؟</w:t>
      </w:r>
    </w:p>
    <w:p>
      <w:r>
        <w:rPr>
          <w:b/>
        </w:rPr>
        <w:t xml:space="preserve">[37:43] </w:t>
      </w:r>
      <w:r>
        <w:t>dekhein, is zamane mein muslim aur non-muslim dono hi islam ke bare mein, yani jo real teaching</w:t>
      </w:r>
    </w:p>
    <w:p>
      <w:pPr>
        <w:jc w:val="right"/>
      </w:pPr>
      <w:r>
        <w:t>دیکھیں، اس زمانے میں مسلم اور نان مسلم دونوں ہی اسلام کے بارے میں، یعنی جو ریئل ٹیچنگ</w:t>
      </w:r>
    </w:p>
    <w:p>
      <w:r>
        <w:rPr>
          <w:b/>
        </w:rPr>
        <w:t xml:space="preserve">[37:48] </w:t>
      </w:r>
      <w:r>
        <w:t>hai islam ki, us se bekhabar ho gaye hain. bekhabar.</w:t>
      </w:r>
    </w:p>
    <w:p>
      <w:pPr>
        <w:jc w:val="right"/>
      </w:pPr>
      <w:r>
        <w:t>ہے اسلام کی، اس سے بے خبر ہو گئے ہیں۔ بے خبر۔</w:t>
      </w:r>
    </w:p>
    <w:p>
      <w:r>
        <w:rPr>
          <w:b/>
        </w:rPr>
        <w:t xml:space="preserve">[37:54] </w:t>
      </w:r>
      <w:r>
        <w:t>yani non-muslim samajhte hain ke islam musalmanon ka mazhab hai.</w:t>
      </w:r>
    </w:p>
    <w:p>
      <w:pPr>
        <w:jc w:val="right"/>
      </w:pPr>
      <w:r>
        <w:t>یعنی نان مسلم سمجھتے ہیں کہ اسلام مسلمانوں کا مذہب ہے۔</w:t>
      </w:r>
    </w:p>
    <w:p>
      <w:r>
        <w:rPr>
          <w:b/>
        </w:rPr>
        <w:t xml:space="preserve">[37:59] </w:t>
      </w:r>
      <w:r>
        <w:t>non-muslim yeh samajhte hain ke islam jo hai musalmanon ka community religion hai.</w:t>
      </w:r>
    </w:p>
    <w:p>
      <w:pPr>
        <w:jc w:val="right"/>
      </w:pPr>
      <w:r>
        <w:t>نان مسلم یہ سمجھتے ہیں کہ اسلام جو ہے مسلمانوں کا کمیونٹی ریلیجن ہے۔</w:t>
      </w:r>
    </w:p>
    <w:p>
      <w:r>
        <w:rPr>
          <w:b/>
        </w:rPr>
        <w:t xml:space="preserve">[38:05] </w:t>
      </w:r>
      <w:r>
        <w:t>aur musalman kya samajhte hain ke musalman ne islam ko apna fakhr bana rakha hai. fakhr, pride.</w:t>
      </w:r>
    </w:p>
    <w:p>
      <w:pPr>
        <w:jc w:val="right"/>
      </w:pPr>
      <w:r>
        <w:t>اور مسلمان کیا سمجھتے ہیں کہ مسلمان نے اسلام کو اپنا فخر بنا رکھا ہے۔ فخر، پرائیڈ۔</w:t>
      </w:r>
    </w:p>
    <w:p>
      <w:r>
        <w:rPr>
          <w:b/>
        </w:rPr>
        <w:t xml:space="preserve">[38:11] </w:t>
      </w:r>
      <w:r>
        <w:t>to dono taraf ghalati hai.</w:t>
      </w:r>
    </w:p>
    <w:p>
      <w:pPr>
        <w:jc w:val="right"/>
      </w:pPr>
      <w:r>
        <w:t>تو دونوں طرف غلطی ہے۔</w:t>
      </w:r>
    </w:p>
    <w:p>
      <w:r>
        <w:rPr>
          <w:b/>
        </w:rPr>
        <w:t xml:space="preserve">[38:16] </w:t>
      </w:r>
      <w:r>
        <w:t>idhar bhi, idhar bhi.</w:t>
      </w:r>
    </w:p>
    <w:p>
      <w:pPr>
        <w:jc w:val="right"/>
      </w:pPr>
      <w:r>
        <w:t>ادھر بھی، ادھر بھی۔</w:t>
      </w:r>
    </w:p>
    <w:p>
      <w:r>
        <w:rPr>
          <w:b/>
        </w:rPr>
        <w:t xml:space="preserve">[38:22] </w:t>
      </w:r>
      <w:r>
        <w:t>to mein samajhta hoon ke islam ko is ki is ke true picture ke sath sanwarna dono ke</w:t>
      </w:r>
    </w:p>
    <w:p>
      <w:pPr>
        <w:jc w:val="right"/>
      </w:pPr>
      <w:r>
        <w:t>تو میں سمجھتا ہوں کہ اسلام کو اس کی اس کے ٹرو پکچرز کے ساتھ سنورنا دونوں کے</w:t>
      </w:r>
    </w:p>
    <w:p>
      <w:r>
        <w:rPr>
          <w:b/>
        </w:rPr>
        <w:t xml:space="preserve">[38:27] </w:t>
      </w:r>
      <w:r>
        <w:t>liye zaroori ho gaya hai.</w:t>
      </w:r>
    </w:p>
    <w:p>
      <w:pPr>
        <w:jc w:val="right"/>
      </w:pPr>
      <w:r>
        <w:t>لیے ضروری ہو گیا ہے۔</w:t>
      </w:r>
    </w:p>
    <w:p>
      <w:r>
        <w:rPr>
          <w:b/>
        </w:rPr>
        <w:t xml:space="preserve">[38:33] </w:t>
      </w:r>
      <w:r>
        <w:t>jo real picture hai, jo is ki asal asal hai, us se woh woh bhi bekhabar, woh</w:t>
      </w:r>
    </w:p>
    <w:p>
      <w:pPr>
        <w:jc w:val="right"/>
      </w:pPr>
      <w:r>
        <w:t>جو ریئل پکچر ہے، جو اس کی اصل اصل ہے، اس سے وہ وہ بھی بے خبر، وہ</w:t>
      </w:r>
    </w:p>
    <w:p>
      <w:r>
        <w:rPr>
          <w:b/>
        </w:rPr>
        <w:t xml:space="preserve">[38:39] </w:t>
      </w:r>
      <w:r>
        <w:t>bhi bekhabar.</w:t>
      </w:r>
    </w:p>
    <w:p>
      <w:pPr>
        <w:jc w:val="right"/>
      </w:pPr>
      <w:r>
        <w:t>بھی بے خبر۔</w:t>
      </w:r>
    </w:p>
    <w:p>
      <w:r>
        <w:rPr>
          <w:b/>
        </w:rPr>
        <w:t xml:space="preserve">[38:44] </w:t>
      </w:r>
      <w:r>
        <w:t>to isi ko mein kehta hoon ke yani non-muslim ko islam ko discover karna hai aur musalmanon</w:t>
      </w:r>
    </w:p>
    <w:p>
      <w:pPr>
        <w:jc w:val="right"/>
      </w:pPr>
      <w:r>
        <w:t>تو اسی کو میں کہتا ہوں کہ یعنی نان مسلم کو اسلام کو ڈسکور کرنا ہے اور مسلمانوں</w:t>
      </w:r>
    </w:p>
    <w:p>
      <w:r>
        <w:rPr>
          <w:b/>
        </w:rPr>
        <w:t xml:space="preserve">[38:50] </w:t>
      </w:r>
      <w:r>
        <w:t>ko islam ko rediscover karna hai.</w:t>
      </w:r>
    </w:p>
    <w:p>
      <w:pPr>
        <w:jc w:val="right"/>
      </w:pPr>
      <w:r>
        <w:t>کو اسلام کو ری ڈسکور کرنا ہے۔</w:t>
      </w:r>
    </w:p>
    <w:p>
      <w:r>
        <w:rPr>
          <w:b/>
        </w:rPr>
        <w:t xml:space="preserve">[38:55] </w:t>
      </w:r>
      <w:r>
        <w:t>to woh kehte hain apne ko musalman, woh halanke sahi islami taleem par nahi hai, woh qaim.</w:t>
      </w:r>
    </w:p>
    <w:p>
      <w:pPr>
        <w:jc w:val="right"/>
      </w:pPr>
      <w:r>
        <w:t>تو وہ کہتے ہیں اپنے کو مسلمان، وہ حالانکہ صحیح اسلامی تعلیم پر نہیں ہے، وہ قائم۔</w:t>
      </w:r>
    </w:p>
    <w:p>
      <w:r>
        <w:rPr>
          <w:b/>
        </w:rPr>
        <w:t xml:space="preserve">[39:01] </w:t>
      </w:r>
      <w:r>
        <w:t>to use kehta hoon re discover karna hai.</w:t>
      </w:r>
    </w:p>
    <w:p>
      <w:pPr>
        <w:jc w:val="right"/>
      </w:pPr>
      <w:r>
        <w:t>تو اسے کہتا ہوں ری ڈسکور کرنا ہے۔</w:t>
      </w:r>
    </w:p>
    <w:p>
      <w:r>
        <w:rPr>
          <w:b/>
        </w:rPr>
        <w:t xml:space="preserve">[39:07] </w:t>
      </w:r>
      <w:r>
        <w:t>maulana sahib, you have been working your entire life in the area of peace and harmony, but we see today that there is violence in the name of the religion. do you think you have succeeded in conveying the peaceful message of islam to all?</w:t>
      </w:r>
    </w:p>
    <w:p>
      <w:pPr>
        <w:jc w:val="right"/>
      </w:pPr>
      <w:r>
        <w:t>مولانا صاحب، یو ہیو بین ورکنگ یور انٹائر لائف ان دی ایریا اف پیس اینڈ ہارمونی، بٹ وی سی ٹوڈے دیٹ دیر از وائلنس ان دا نیم اف دا ریلیجن۔ ڈو یو تھنک یو ہیو سکسیڈڈ ان کنوینگ دی پیس فل میسج اف اسلام ٹو ال؟</w:t>
      </w:r>
    </w:p>
    <w:p>
      <w:r>
        <w:rPr>
          <w:b/>
        </w:rPr>
        <w:t xml:space="preserve">[39:24] </w:t>
      </w:r>
      <w:r>
        <w:t>dekhen, apne result ko assess karne ke liye aap ke paas do tareeqa hota hai.</w:t>
      </w:r>
    </w:p>
    <w:p>
      <w:pPr>
        <w:jc w:val="right"/>
      </w:pPr>
      <w:r>
        <w:t>دیکھیں، اپنے رزلٹ کو اسس کرنے کے لیے آپ کے پاس دو طریقہ ہوتا ہے۔</w:t>
      </w:r>
    </w:p>
    <w:p>
      <w:r>
        <w:rPr>
          <w:b/>
        </w:rPr>
        <w:t xml:space="preserve">[39:29] </w:t>
      </w:r>
      <w:r>
        <w:t>ek hai mass level par judge karna aur ek hai individual level par judge karna.</w:t>
      </w:r>
    </w:p>
    <w:p>
      <w:pPr>
        <w:jc w:val="right"/>
      </w:pPr>
      <w:r>
        <w:t>ایک ہے ماس لیول پر جج کرنا اور ایک ہے انڈیویجول لیول پر جج کرنا۔</w:t>
      </w:r>
    </w:p>
    <w:p>
      <w:r>
        <w:rPr>
          <w:b/>
        </w:rPr>
        <w:t xml:space="preserve">[39:35] </w:t>
      </w:r>
      <w:r>
        <w:t>to yeh hamesha hamesha yeh yeh baat rahi hai.</w:t>
      </w:r>
    </w:p>
    <w:p>
      <w:pPr>
        <w:jc w:val="right"/>
      </w:pPr>
      <w:r>
        <w:t>تو یہ ہمیشہ ہمیشہ یہ یہ بات رہی ہے۔</w:t>
      </w:r>
    </w:p>
    <w:p>
      <w:r>
        <w:rPr>
          <w:b/>
        </w:rPr>
        <w:t xml:space="preserve">[39:41] </w:t>
      </w:r>
      <w:r>
        <w:t>hamesha ke agar aap mass level par dekhenge to anbiya ko bhi aap dekhenge ke anbiya</w:t>
      </w:r>
    </w:p>
    <w:p>
      <w:pPr>
        <w:jc w:val="right"/>
      </w:pPr>
      <w:r>
        <w:t>ہمیشہ کہ اگر آپ ماس لیول پر دیکھیں گے تو انبیاء کو بھی آپ دیکھیں گے کہ انبیاء</w:t>
      </w:r>
    </w:p>
    <w:p>
      <w:r>
        <w:rPr>
          <w:b/>
        </w:rPr>
        <w:t xml:space="preserve">[39:46] </w:t>
      </w:r>
      <w:r>
        <w:t>to kuch kuch wahan nahin, un ke to aanay walay hain.</w:t>
      </w:r>
    </w:p>
    <w:p>
      <w:pPr>
        <w:jc w:val="right"/>
      </w:pPr>
      <w:r>
        <w:t>تو کچھ کچھ وہاں نہیں، ان کے تو آنے والے ہیں۔</w:t>
      </w:r>
    </w:p>
    <w:p>
      <w:r>
        <w:rPr>
          <w:b/>
        </w:rPr>
        <w:t xml:space="preserve">[39:52] </w:t>
      </w:r>
      <w:r>
        <w:t>کیونکہ individual تو ملے ان کو، سارے mass نہیں ملے۔</w:t>
      </w:r>
    </w:p>
    <w:p>
      <w:pPr>
        <w:jc w:val="right"/>
      </w:pPr>
      <w:r>
        <w:t>کیونکہ انڈیویجول تو ملے ان کو، سارے ماس نہیں ملے۔</w:t>
      </w:r>
    </w:p>
    <w:p>
      <w:r>
        <w:rPr>
          <w:b/>
        </w:rPr>
        <w:t xml:space="preserve">[39:58] </w:t>
      </w:r>
      <w:r>
        <w:t>to mere nazdeek sahi jo tareeqa hai judge karne ka, woh yeh hai ke aap mass level par</w:t>
      </w:r>
    </w:p>
    <w:p>
      <w:pPr>
        <w:jc w:val="right"/>
      </w:pPr>
      <w:r>
        <w:t>تو میرے نزدیک صحیح جو طریقہ ہے جج کرنے کا، وہ یہ ہے کہ آپ ماس لیول پر</w:t>
      </w:r>
    </w:p>
    <w:p>
      <w:r>
        <w:rPr>
          <w:b/>
        </w:rPr>
        <w:t xml:space="preserve">[40:03] </w:t>
      </w:r>
      <w:r>
        <w:t>na dekhen balkeh individual level par dekhen.</w:t>
      </w:r>
    </w:p>
    <w:p>
      <w:pPr>
        <w:jc w:val="right"/>
      </w:pPr>
      <w:r>
        <w:t>نہ دیکھیں بلکہ انڈیویجول لیول پر دیکھیں۔</w:t>
      </w:r>
    </w:p>
    <w:p>
      <w:r>
        <w:rPr>
          <w:b/>
        </w:rPr>
        <w:t xml:space="preserve">[40:09] </w:t>
      </w:r>
      <w:r>
        <w:t>to is is tarah se jab dekhta hoon to hazaron log hamari masjid se mutasir hue hain, apni</w:t>
      </w:r>
    </w:p>
    <w:p>
      <w:pPr>
        <w:jc w:val="right"/>
      </w:pPr>
      <w:r>
        <w:t>تو اس اس طرح سے جب دیکھتا ہوں تو ہزاروں لوگ ہمارے مسجد سے متاثر ہوئے ہیں، اپنی</w:t>
      </w:r>
    </w:p>
    <w:p>
      <w:r>
        <w:rPr>
          <w:b/>
        </w:rPr>
        <w:t xml:space="preserve">[40:15] </w:t>
      </w:r>
      <w:r>
        <w:t>zindagi ko badla hai unhon ne.</w:t>
      </w:r>
    </w:p>
    <w:p>
      <w:pPr>
        <w:jc w:val="right"/>
      </w:pPr>
      <w:r>
        <w:t>زندگی کو بدلا ہے انہوں نے۔</w:t>
      </w:r>
    </w:p>
    <w:p>
      <w:r>
        <w:rPr>
          <w:b/>
        </w:rPr>
        <w:t xml:space="preserve">[40:21] </w:t>
      </w:r>
      <w:r>
        <w:t>ek do nahin, hazaron log.</w:t>
      </w:r>
    </w:p>
    <w:p>
      <w:pPr>
        <w:jc w:val="right"/>
      </w:pPr>
      <w:r>
        <w:t>ایک دو نہیں، ہزاروں لوگ۔</w:t>
      </w:r>
    </w:p>
    <w:p>
      <w:r>
        <w:rPr>
          <w:b/>
        </w:rPr>
        <w:t xml:space="preserve">[40:26] </w:t>
      </w:r>
      <w:r>
        <w:t>to mass level par judge karna ghalat hai.</w:t>
      </w:r>
    </w:p>
    <w:p>
      <w:pPr>
        <w:jc w:val="right"/>
      </w:pPr>
      <w:r>
        <w:t>تو ماس لیول پر جج کرنا غلط ہے۔</w:t>
      </w:r>
    </w:p>
    <w:p>
      <w:r>
        <w:rPr>
          <w:b/>
        </w:rPr>
        <w:t xml:space="preserve">[40:32] </w:t>
      </w:r>
      <w:r>
        <w:t>kyunke phir anbiya ke anbiya ki par judge karenge aap to wahan pe hi nazar ayega.</w:t>
      </w:r>
    </w:p>
    <w:p>
      <w:pPr>
        <w:jc w:val="right"/>
      </w:pPr>
      <w:r>
        <w:t>کیونکہ پھر انبیاء کے انبیاء کی پر جج کریں گے آپ تو وہاں پہ ہی نظر آئے گا۔</w:t>
      </w:r>
    </w:p>
    <w:p>
      <w:r>
        <w:rPr>
          <w:b/>
        </w:rPr>
        <w:t xml:space="preserve">[40:38] </w:t>
      </w:r>
      <w:r>
        <w:t>to main apne mission ko ek bohat hi kamyab mission samajhta hoon.</w:t>
      </w:r>
    </w:p>
    <w:p>
      <w:pPr>
        <w:jc w:val="right"/>
      </w:pPr>
      <w:r>
        <w:t>تو میں اپنے مشن کو ایک بہت ہی کامیاب مشن سمجھتا ہوں۔</w:t>
      </w:r>
    </w:p>
    <w:p>
      <w:r>
        <w:rPr>
          <w:b/>
        </w:rPr>
        <w:t xml:space="preserve">[40:43] </w:t>
      </w:r>
      <w:r>
        <w:t>aur woh isi lehaaz se ke mass level par judge karne mein aap ko doosri picture dikhai degi.</w:t>
      </w:r>
    </w:p>
    <w:p>
      <w:pPr>
        <w:jc w:val="right"/>
      </w:pPr>
      <w:r>
        <w:t>اور وہ اسی لحاظ سے کہ ماس لیول پر جج کرنے میں آپ کو دوسری پکچر دکھائی دے گی۔</w:t>
      </w:r>
    </w:p>
    <w:p>
      <w:r>
        <w:rPr>
          <w:b/>
        </w:rPr>
        <w:t xml:space="preserve">[40:49] </w:t>
      </w:r>
      <w:r>
        <w:t>lekin aap individual level par jab dekhenge to aap dekhenge ke bohat sa afraad hain jin</w:t>
      </w:r>
    </w:p>
    <w:p>
      <w:pPr>
        <w:jc w:val="right"/>
      </w:pPr>
      <w:r>
        <w:t>لیکن آپ انڈیویجول لیول پر جب دیکھیں گے تو آپ دیکھیں گے کہ بہت سا افراد ہیں جن</w:t>
      </w:r>
    </w:p>
    <w:p>
      <w:r>
        <w:rPr>
          <w:b/>
        </w:rPr>
        <w:t xml:space="preserve">[40:55] </w:t>
      </w:r>
      <w:r>
        <w:t>ki zindagiyan badli hain aur woh hamare saathi bane hain.</w:t>
      </w:r>
    </w:p>
    <w:p>
      <w:pPr>
        <w:jc w:val="right"/>
      </w:pPr>
      <w:r>
        <w:t>کی زندگیاں بدلی ہیں اور وہ ہمارے ساتھی بنے ہیں۔</w:t>
      </w:r>
    </w:p>
    <w:p>
      <w:r>
        <w:rPr>
          <w:b/>
        </w:rPr>
        <w:t xml:space="preserve">[41:01] </w:t>
      </w:r>
      <w:r>
        <w:t>But Maulana Sahib, you are often seen as critical of Muslims all the time.</w:t>
      </w:r>
    </w:p>
    <w:p>
      <w:pPr>
        <w:jc w:val="right"/>
      </w:pPr>
      <w:r>
        <w:t>بٹ مولانا صاحب، یو آر افن سین ایز کریٹیکل اف مسلمز ال دا ٹائم۔</w:t>
      </w:r>
    </w:p>
    <w:p>
      <w:r>
        <w:rPr>
          <w:b/>
        </w:rPr>
        <w:t xml:space="preserve">[41:07] </w:t>
      </w:r>
      <w:r>
        <w:t>why is this so? dekhen, yeh yeh yeh christian nahin hai.</w:t>
      </w:r>
    </w:p>
    <w:p>
      <w:pPr>
        <w:jc w:val="right"/>
      </w:pPr>
      <w:r>
        <w:t>وائی از دس سو؟ دیکھیں، یہ یہ یہ کرسچن نہیں ہے۔</w:t>
      </w:r>
    </w:p>
    <w:p>
      <w:r>
        <w:rPr>
          <w:b/>
        </w:rPr>
        <w:t xml:space="preserve">[41:13] </w:t>
      </w:r>
      <w:r>
        <w:t>arabi ka ek misl hai: "man huwa naas huwa ka khair laka man man huwa maada huwa ka".</w:t>
      </w:r>
    </w:p>
    <w:p>
      <w:pPr>
        <w:jc w:val="right"/>
      </w:pPr>
      <w:r>
        <w:t>عربی کا ایک مثل ہے: "من ہوا ناس ہو کا خیر لکا من من ہوا مادہ ہو کا"۔</w:t>
      </w:r>
    </w:p>
    <w:p>
      <w:r>
        <w:rPr>
          <w:b/>
        </w:rPr>
        <w:t xml:space="preserve">[41:19] </w:t>
      </w:r>
      <w:r>
        <w:t>jo tumhari tareef karta hai, woh zyada aasan hai tumhare liye.</w:t>
      </w:r>
    </w:p>
    <w:p>
      <w:pPr>
        <w:jc w:val="right"/>
      </w:pPr>
      <w:r>
        <w:t>جو تمہاری تعریف کرتا ہے، وہ زیادہ آسان ہے تمہارے لیے۔</w:t>
      </w:r>
    </w:p>
    <w:p>
      <w:r>
        <w:rPr>
          <w:b/>
        </w:rPr>
        <w:t xml:space="preserve">[41:26] </w:t>
      </w:r>
      <w:r>
        <w:t>zyada aasan woh hai jo tumhari tanqeed karta hai.</w:t>
      </w:r>
    </w:p>
    <w:p>
      <w:pPr>
        <w:jc w:val="right"/>
      </w:pPr>
      <w:r>
        <w:t>زیادہ آسان وہ ہے جو تمہاری تنقید کرتا ہے۔</w:t>
      </w:r>
    </w:p>
    <w:p>
      <w:r>
        <w:rPr>
          <w:b/>
        </w:rPr>
        <w:t xml:space="preserve">[41:32] </w:t>
      </w:r>
      <w:r>
        <w:t>تعریف کرنے سے، تعریف کرنے سے ایک superiority complex آئے گا، pride آئے گا۔</w:t>
      </w:r>
    </w:p>
    <w:p>
      <w:pPr>
        <w:jc w:val="right"/>
      </w:pPr>
      <w:r>
        <w:t>تعریف کرنے سے، تعریف کرنے سے ایک سپیریٹی کمپلس آئے گا، پرائیڈ آئے گا۔</w:t>
      </w:r>
    </w:p>
    <w:p>
      <w:r>
        <w:rPr>
          <w:b/>
        </w:rPr>
        <w:t xml:space="preserve">[41:38] </w:t>
      </w:r>
      <w:r>
        <w:t>اگر آپ تعریف کریں تو اس سے کوئی positive effect تو پڑے گا نہیں۔</w:t>
      </w:r>
    </w:p>
    <w:p>
      <w:pPr>
        <w:jc w:val="right"/>
      </w:pPr>
      <w:r>
        <w:t>اگر آپ تعریف کریں تو اس سے کوئی پازیٹیو ایفیکٹ تو پڑے گا نہیں۔</w:t>
      </w:r>
    </w:p>
    <w:p>
      <w:r>
        <w:rPr>
          <w:b/>
        </w:rPr>
        <w:t xml:space="preserve">[41:45] </w:t>
      </w:r>
      <w:r>
        <w:t>kuch nahin hoga.</w:t>
      </w:r>
    </w:p>
    <w:p>
      <w:pPr>
        <w:jc w:val="right"/>
      </w:pPr>
      <w:r>
        <w:t>کچھ نہیں ہوگا۔</w:t>
      </w:r>
    </w:p>
    <w:p>
      <w:r>
        <w:rPr>
          <w:b/>
        </w:rPr>
        <w:t xml:space="preserve">[41:51] </w:t>
      </w:r>
      <w:r>
        <w:t>lekin jab aap criticize karen to nai soch ayegi, apna self correction ayega.</w:t>
      </w:r>
    </w:p>
    <w:p>
      <w:pPr>
        <w:jc w:val="right"/>
      </w:pPr>
      <w:r>
        <w:t>لیکن جب آپ کریٹیسائز کریں تو نئی سوچ آئے گی، اپنا سیلف کریکشن آئے گا۔</w:t>
      </w:r>
    </w:p>
    <w:p>
      <w:r>
        <w:rPr>
          <w:b/>
        </w:rPr>
        <w:t xml:space="preserve">[41:57] </w:t>
      </w:r>
      <w:r>
        <w:t>lekin christian ko hamari healthy christian.</w:t>
      </w:r>
    </w:p>
    <w:p>
      <w:pPr>
        <w:jc w:val="right"/>
      </w:pPr>
      <w:r>
        <w:t>لیکن کرسچن کو ہماری ہیلتھی کرسچن۔</w:t>
      </w:r>
    </w:p>
    <w:p>
      <w:r>
        <w:rPr>
          <w:b/>
        </w:rPr>
        <w:t xml:space="preserve">[42:04] </w:t>
      </w:r>
      <w:r>
        <w:t>christian ko matlab yaani bohat hi scientific christian, healthy christian, objective christian.</w:t>
      </w:r>
    </w:p>
    <w:p>
      <w:pPr>
        <w:jc w:val="right"/>
      </w:pPr>
      <w:r>
        <w:t>کرسچن کو مطلب یعنی بہت ہی سائنٹیفک کرسچن، ہیلتھی کرسچن، ابجیکٹو کرسچن۔</w:t>
      </w:r>
    </w:p>
    <w:p>
      <w:r>
        <w:rPr>
          <w:b/>
        </w:rPr>
        <w:t xml:space="preserve">[42:10] </w:t>
      </w:r>
      <w:r>
        <w:t>aisi cheezen jis mein khair khwahi ka jazba shamil ho.</w:t>
      </w:r>
    </w:p>
    <w:p>
      <w:pPr>
        <w:jc w:val="right"/>
      </w:pPr>
      <w:r>
        <w:t>ایسی چیزیں جس میں خیر خواہی کا جذبہ شامل ہو۔</w:t>
      </w:r>
    </w:p>
    <w:p>
      <w:r>
        <w:rPr>
          <w:b/>
        </w:rPr>
        <w:t xml:space="preserve">[42:16] </w:t>
      </w:r>
      <w:r>
        <w:t>woh to bohat bari basic hai, bohat bari rehmat hai.</w:t>
      </w:r>
    </w:p>
    <w:p>
      <w:pPr>
        <w:jc w:val="right"/>
      </w:pPr>
      <w:r>
        <w:t>وہ تو بہت بڑی بیسک ہے، بہت بڑی رحمت ہے۔</w:t>
      </w:r>
    </w:p>
    <w:p>
      <w:r>
        <w:rPr>
          <w:b/>
        </w:rPr>
        <w:t xml:space="preserve">[42:23] </w:t>
      </w:r>
      <w:r>
        <w:t>toh yeh koi kaam nahi hai ke aap tareef karein apne logon ki.</w:t>
      </w:r>
    </w:p>
    <w:p>
      <w:pPr>
        <w:jc w:val="right"/>
      </w:pPr>
      <w:r>
        <w:t>تو یہ کوئی کام نہیں ہے کہ آپ تعریف کریں اپنے لوگوں کی۔</w:t>
      </w:r>
    </w:p>
    <w:p>
      <w:r>
        <w:rPr>
          <w:b/>
        </w:rPr>
        <w:t xml:space="preserve">[42:29] </w:t>
      </w:r>
      <w:r>
        <w:t>aur quran mein iski misaal maujood hai ke ghazwa-e-uhud aur ghazwa-e-hunain do hi jangain hain</w:t>
      </w:r>
    </w:p>
    <w:p>
      <w:pPr>
        <w:jc w:val="right"/>
      </w:pPr>
      <w:r>
        <w:t>اور قرآن میں اس کی مثال موجود ہے کہ غزوہ احد اور غزوہ حنین دو ہی جنگیں ہیں</w:t>
      </w:r>
    </w:p>
    <w:p>
      <w:r>
        <w:rPr>
          <w:b/>
        </w:rPr>
        <w:t xml:space="preserve">[42:35] </w:t>
      </w:r>
      <w:r>
        <w:t>jinka jin par quran mein comment aaya hai.</w:t>
      </w:r>
    </w:p>
    <w:p>
      <w:pPr>
        <w:jc w:val="right"/>
      </w:pPr>
      <w:r>
        <w:t>جن کا جن پر قرآن میں کمنٹ آیا ہے۔</w:t>
      </w:r>
    </w:p>
    <w:p>
      <w:r>
        <w:rPr>
          <w:b/>
        </w:rPr>
        <w:t xml:space="preserve">[42:41] </w:t>
      </w:r>
      <w:r>
        <w:t>lekin dono mein aap dekhiye ke jo adar yani jo adar side thi musalmanon ke jo khilaf jo</w:t>
      </w:r>
    </w:p>
    <w:p>
      <w:pPr>
        <w:jc w:val="right"/>
      </w:pPr>
      <w:r>
        <w:t>لیکن دونوں میں آپ دیکھیے کہ جو ادر یعنی جو ادر سائیڈ تھی مسلمانوں کے جو خلاف جو</w:t>
      </w:r>
    </w:p>
    <w:p>
      <w:r>
        <w:rPr>
          <w:b/>
        </w:rPr>
        <w:t xml:space="preserve">[42:48] </w:t>
      </w:r>
      <w:r>
        <w:t>log thay, unko ek lafz nahi kaha, kuch bhi nahi kaha.</w:t>
      </w:r>
    </w:p>
    <w:p>
      <w:pPr>
        <w:jc w:val="right"/>
      </w:pPr>
      <w:r>
        <w:t>لوگ تھے، ان کو ایک لفظ نہیں کہا، کچھ بھی نہیں کہا۔</w:t>
      </w:r>
    </w:p>
    <w:p>
      <w:r>
        <w:rPr>
          <w:b/>
        </w:rPr>
        <w:t xml:space="preserve">[42:54] </w:t>
      </w:r>
      <w:r>
        <w:t>halankeh unhone zulm kiya tha.</w:t>
      </w:r>
    </w:p>
    <w:p>
      <w:pPr>
        <w:jc w:val="right"/>
      </w:pPr>
      <w:r>
        <w:t>حالانکہ انہوں نے ظلم کیا تھا۔</w:t>
      </w:r>
    </w:p>
    <w:p>
      <w:r>
        <w:rPr>
          <w:b/>
        </w:rPr>
        <w:t xml:space="preserve">[43:00] </w:t>
      </w:r>
      <w:r>
        <w:t>musalmanon ke dono mauqe par unki ghalti ko point out kiya ke tum ne hunain ke mauqe</w:t>
      </w:r>
    </w:p>
    <w:p>
      <w:pPr>
        <w:jc w:val="right"/>
      </w:pPr>
      <w:r>
        <w:t>مسلمانوں کے دونوں موقع پر ان کی غلطی کو پوائنٹ آؤٹ کیا کہ تم نے حنین کے موقع</w:t>
      </w:r>
    </w:p>
    <w:p>
      <w:r>
        <w:rPr>
          <w:b/>
        </w:rPr>
        <w:t xml:space="preserve">[43:07] </w:t>
      </w:r>
      <w:r>
        <w:t>par yeh ghalti hui, tum se uhud ke mauqe par tum se yeh ghalti hui.</w:t>
      </w:r>
    </w:p>
    <w:p>
      <w:pPr>
        <w:jc w:val="right"/>
      </w:pPr>
      <w:r>
        <w:t>پر یہ غلطی ہوئی، تم سے احد کے موقع پر تم سے یہ غلطی ہوئی۔</w:t>
      </w:r>
    </w:p>
    <w:p>
      <w:r>
        <w:rPr>
          <w:b/>
        </w:rPr>
        <w:t xml:space="preserve">[43:13] </w:t>
      </w:r>
      <w:r>
        <w:t>aur jin logon ne zulm kiya tha, attack kiya tha, unko kuch bhi ek lafz nahi kaha.</w:t>
      </w:r>
    </w:p>
    <w:p>
      <w:pPr>
        <w:jc w:val="right"/>
      </w:pPr>
      <w:r>
        <w:t>اور جن لوگوں نے ظلم کیا تھا، اٹیک کیا تھا، ان کو کچھ بھی ایک لفظ نہیں کہا۔</w:t>
      </w:r>
    </w:p>
    <w:p>
      <w:r>
        <w:rPr>
          <w:b/>
        </w:rPr>
        <w:t xml:space="preserve">[43:19] </w:t>
      </w:r>
      <w:r>
        <w:t>toh yeh toh quran ka tareeqa hai ke tareef se koi faida nahi.</w:t>
      </w:r>
    </w:p>
    <w:p>
      <w:pPr>
        <w:jc w:val="right"/>
      </w:pPr>
      <w:r>
        <w:t>تو یہ تو قرآن کا طریقہ ہے کہ تعریف سے کوئی فائدہ نہیں۔</w:t>
      </w:r>
    </w:p>
    <w:p>
      <w:r>
        <w:rPr>
          <w:b/>
        </w:rPr>
        <w:t xml:space="preserve">[43:26] </w:t>
      </w:r>
      <w:r>
        <w:t>اصلاح کرو تاکہ لوگوں کو ان کو criticize کرو، یعنی healthy criticism، تاکہ ان کے ان کے اندر</w:t>
      </w:r>
    </w:p>
    <w:p>
      <w:pPr>
        <w:jc w:val="right"/>
      </w:pPr>
      <w:r>
        <w:t>اصلاح کرو تاکہ لوگوں کو ان کو کریٹیسائز کرو، یعنی ہیلتھی کرسچن، تاکہ ان کے ان کے اندر</w:t>
      </w:r>
    </w:p>
    <w:p>
      <w:r>
        <w:rPr>
          <w:b/>
        </w:rPr>
        <w:t xml:space="preserve">[43:32] </w:t>
      </w:r>
      <w:r>
        <w:t>yani self correction ka jazba paida ho.</w:t>
      </w:r>
    </w:p>
    <w:p>
      <w:pPr>
        <w:jc w:val="right"/>
      </w:pPr>
      <w:r>
        <w:t>یعنی سیلف کریکشن کا جذبہ پیدا ہو۔</w:t>
      </w:r>
    </w:p>
    <w:p>
      <w:r>
        <w:rPr>
          <w:b/>
        </w:rPr>
        <w:t xml:space="preserve">[43:38] </w:t>
      </w:r>
      <w:r>
        <w:t>interception aaye, self correction aaye.</w:t>
      </w:r>
    </w:p>
    <w:p>
      <w:pPr>
        <w:jc w:val="right"/>
      </w:pPr>
      <w:r>
        <w:t>انٹرسپشن آئے، سیلف کریکشن آئے۔</w:t>
      </w:r>
    </w:p>
    <w:p>
      <w:r>
        <w:rPr>
          <w:b/>
        </w:rPr>
        <w:t xml:space="preserve">[43:45] </w:t>
      </w:r>
      <w:r>
        <w:t>maulana sahib, you have followers all over the world, including pakistan, but you often criticize pakistan. don't you think that this will create misunderstanding among your followers who are living in pakistan?</w:t>
      </w:r>
    </w:p>
    <w:p>
      <w:pPr>
        <w:jc w:val="right"/>
      </w:pPr>
      <w:r>
        <w:t>مولانا صاحب، یو ہیو فالوورز ال اوور دی ورلڈ، انکلوڈنگ پاکستان، بٹ یو افن کریٹیسائز پاکستان۔ ڈونٹ یو تھنک دیٹ دس ویل کریٹ مس انڈرسٹینڈنگ امنگ یور فالوورز ہو آر لیونگ ان پاکستان؟</w:t>
      </w:r>
    </w:p>
    <w:p>
      <w:r>
        <w:rPr>
          <w:b/>
        </w:rPr>
        <w:t xml:space="preserve">[43:59] </w:t>
      </w:r>
      <w:r>
        <w:t>hargiz nahi.</w:t>
      </w:r>
    </w:p>
    <w:p>
      <w:pPr>
        <w:jc w:val="right"/>
      </w:pPr>
      <w:r>
        <w:t>ہرگز نہیں۔</w:t>
      </w:r>
    </w:p>
    <w:p>
      <w:r>
        <w:rPr>
          <w:b/>
        </w:rPr>
        <w:t xml:space="preserve">[44:04] </w:t>
      </w:r>
      <w:r>
        <w:t>kyunke meri criticism waise nahi hoti jaise doosron ki hua karti hai.</w:t>
      </w:r>
    </w:p>
    <w:p>
      <w:pPr>
        <w:jc w:val="right"/>
      </w:pPr>
      <w:r>
        <w:t>کیونکہ میری کرسچن ویسے نہیں ہوتی جیسے دوسروں کی ہوا کرتی ہے۔</w:t>
      </w:r>
    </w:p>
    <w:p>
      <w:r>
        <w:rPr>
          <w:b/>
        </w:rPr>
        <w:t xml:space="preserve">[44:09] </w:t>
      </w:r>
      <w:r>
        <w:t>andha dhund tanqeed karte hain log.</w:t>
      </w:r>
    </w:p>
    <w:p>
      <w:pPr>
        <w:jc w:val="right"/>
      </w:pPr>
      <w:r>
        <w:t>اندھا دھند تنقید کرتے ہیں لوگ۔</w:t>
      </w:r>
    </w:p>
    <w:p>
      <w:r>
        <w:rPr>
          <w:b/>
        </w:rPr>
        <w:t xml:space="preserve">[44:15] </w:t>
      </w:r>
      <w:r>
        <w:t>aap dekhiye election mein abhi jo hua hamara, dono fareeq unko woh unko bura keh rahe</w:t>
      </w:r>
    </w:p>
    <w:p>
      <w:pPr>
        <w:jc w:val="right"/>
      </w:pPr>
      <w:r>
        <w:t>آپ دیکھیں الیکشن میں ابھی جو ہوا ہمارا، دونوں فریق ان کو وہ ان کو برا کہہ رہے</w:t>
      </w:r>
    </w:p>
    <w:p>
      <w:r>
        <w:rPr>
          <w:b/>
        </w:rPr>
        <w:t xml:space="preserve">[44:20] </w:t>
      </w:r>
      <w:r>
        <w:t>hain, woh unko bura keh rahe hain.</w:t>
      </w:r>
    </w:p>
    <w:p>
      <w:pPr>
        <w:jc w:val="right"/>
      </w:pPr>
      <w:r>
        <w:t>ہیں، وہ ان کو برا کہہ رہے ہیں۔</w:t>
      </w:r>
    </w:p>
    <w:p>
      <w:r>
        <w:rPr>
          <w:b/>
        </w:rPr>
        <w:t xml:space="preserve">[44:26] </w:t>
      </w:r>
      <w:r>
        <w:t>toh aam taur par criticism ki jo rawaji tareeqa hai, us mein se bura kehna hai, bura kehna.</w:t>
      </w:r>
    </w:p>
    <w:p>
      <w:pPr>
        <w:jc w:val="right"/>
      </w:pPr>
      <w:r>
        <w:t>تو عام طور پر کرسچن کی جو رواجی طریقہ ہے، اس میں سے برا کہنا ہے، برا کہنا۔</w:t>
      </w:r>
    </w:p>
    <w:p>
      <w:r>
        <w:rPr>
          <w:b/>
        </w:rPr>
        <w:t xml:space="preserve">[44:31] </w:t>
      </w:r>
      <w:r>
        <w:t>meri qism scientific analysis hota hai, us mein meri concept jo hai mukammal taur par scientific analysis hota hai.</w:t>
      </w:r>
    </w:p>
    <w:p>
      <w:pPr>
        <w:jc w:val="right"/>
      </w:pPr>
      <w:r>
        <w:t>میری قسم سائنٹیفک انالیسز ہوتا ہے، اس میں میری کنسیپٹ جو ہے مکمل طور پر سائنٹیفک انالیسز ہوتا ہے۔</w:t>
      </w:r>
    </w:p>
    <w:p>
      <w:r>
        <w:rPr>
          <w:b/>
        </w:rPr>
        <w:t xml:space="preserve">[44:36] </w:t>
      </w:r>
      <w:r>
        <w:t>بلکہ یعنی اردو زبان میں میں کہوں گا کہ میں analytical reasoning اور analysis وہ پہلی بار میں</w:t>
      </w:r>
    </w:p>
    <w:p>
      <w:pPr>
        <w:jc w:val="right"/>
      </w:pPr>
      <w:r>
        <w:t>بلکہ یعنی اردو زبان میں میں کہوں گا کہ میں انلیٹیکل ریزننگ اور انالیسز وہ پہلی بار میں</w:t>
      </w:r>
    </w:p>
    <w:p>
      <w:r>
        <w:rPr>
          <w:b/>
        </w:rPr>
        <w:t xml:space="preserve">[44:42] </w:t>
      </w:r>
      <w:r>
        <w:t>urdu mein introduce kiya hai.</w:t>
      </w:r>
    </w:p>
    <w:p>
      <w:pPr>
        <w:jc w:val="right"/>
      </w:pPr>
      <w:r>
        <w:t>اردو میں انٹروڈیوس کیا ہے۔</w:t>
      </w:r>
    </w:p>
    <w:p>
      <w:r>
        <w:rPr>
          <w:b/>
        </w:rPr>
        <w:t xml:space="preserve">[44:47] </w:t>
      </w:r>
      <w:r>
        <w:t>میری تنقید کو یا میری criticism کو criticism کے بجائے analysis کرنا چاہیے کہ کوئی analysis ہوتی ہو، scientific analysis.</w:t>
      </w:r>
    </w:p>
    <w:p>
      <w:pPr>
        <w:jc w:val="right"/>
      </w:pPr>
      <w:r>
        <w:t>میری تنقید کو یا میری کرسچن کو کرسچن کے بجائے انالیسز کرنا چاہیے کہ کوئی انالیسز ہوتی ہو، سائنٹیفک انالیسز۔</w:t>
      </w:r>
    </w:p>
    <w:p>
      <w:r>
        <w:rPr>
          <w:b/>
        </w:rPr>
        <w:t xml:space="preserve">[44:53] </w:t>
      </w:r>
      <w:r>
        <w:t>meri tanqeed tanqeed nahi hoti, woh scientific analysis hota hai.</w:t>
      </w:r>
    </w:p>
    <w:p>
      <w:pPr>
        <w:jc w:val="right"/>
      </w:pPr>
      <w:r>
        <w:t>میری تنقید تنقید نہیں ہوتی، وہ سائنٹیفک انالیسز ہوتا ہے۔</w:t>
      </w:r>
    </w:p>
    <w:p>
      <w:r>
        <w:rPr>
          <w:b/>
        </w:rPr>
        <w:t xml:space="preserve">[44:58] </w:t>
      </w:r>
      <w:r>
        <w:t>toh jo parhta hai toh woh sochta hai ke toh baat sahi likh ke aa rahe hain.</w:t>
      </w:r>
    </w:p>
    <w:p>
      <w:pPr>
        <w:jc w:val="right"/>
      </w:pPr>
      <w:r>
        <w:t>تو جو پڑھتا ہے تو وہ سوچتا ہے کہ تو بات صحیح لکھ کے آ رہے ہیں۔</w:t>
      </w:r>
    </w:p>
    <w:p>
      <w:r>
        <w:rPr>
          <w:b/>
        </w:rPr>
        <w:t xml:space="preserve">[45:04] </w:t>
      </w:r>
      <w:r>
        <w:t>pakistan ke ek sahib jo wahan woh hain, wakeel hain, islamabad mein rehte hain, wahan par aaye thay.</w:t>
      </w:r>
    </w:p>
    <w:p>
      <w:pPr>
        <w:jc w:val="right"/>
      </w:pPr>
      <w:r>
        <w:t>پاکستان کے ایک صاحب جو وہاں وہ ہیں، وکیل ہیں، اسلام آباد میں رہتے ہیں، وہاں پر آئے تھے۔</w:t>
      </w:r>
    </w:p>
    <w:p>
      <w:r>
        <w:rPr>
          <w:b/>
        </w:rPr>
        <w:t xml:space="preserve">[45:09] </w:t>
      </w:r>
      <w:r>
        <w:t>yani kisi kamre mein hamare office mein baat ho rahi thi.</w:t>
      </w:r>
    </w:p>
    <w:p>
      <w:pPr>
        <w:jc w:val="right"/>
      </w:pPr>
      <w:r>
        <w:t>یعنی کسی کمرے میں ہمارے افس میں بات ہو رہی تھی۔</w:t>
      </w:r>
    </w:p>
    <w:p>
      <w:r>
        <w:rPr>
          <w:b/>
        </w:rPr>
        <w:t xml:space="preserve">[45:14] </w:t>
      </w:r>
      <w:r>
        <w:t>to baat karte karte woh kehte hain ke aap ki kitaab, mein aap ki sab kitaabein padhi hain,</w:t>
      </w:r>
    </w:p>
    <w:p>
      <w:pPr>
        <w:jc w:val="right"/>
      </w:pPr>
      <w:r>
        <w:t>تو بات کرتے کرتے وہ کہتے ہیں کہ آپ کی کتاب، میں آپ کی سب کتابیں پڑھی ہیں،</w:t>
      </w:r>
    </w:p>
    <w:p>
      <w:r>
        <w:rPr>
          <w:b/>
        </w:rPr>
        <w:t xml:space="preserve">[45:20] </w:t>
      </w:r>
      <w:r>
        <w:t>maine to aap ki kitaabon mein magar ek ek ek kharabi hai.</w:t>
      </w:r>
    </w:p>
    <w:p>
      <w:pPr>
        <w:jc w:val="right"/>
      </w:pPr>
      <w:r>
        <w:t>میں نے تو آپ کی کتابوں میں مگر ایک ایک ایک خرابی ہے۔</w:t>
      </w:r>
    </w:p>
    <w:p>
      <w:r>
        <w:rPr>
          <w:b/>
        </w:rPr>
        <w:t xml:space="preserve">[45:25] </w:t>
      </w:r>
      <w:r>
        <w:t>bahut tareef ki pehle unhone, bahut tareef ki, phir kehte hain ke aap ki kitaab mein ek</w:t>
      </w:r>
    </w:p>
    <w:p>
      <w:pPr>
        <w:jc w:val="right"/>
      </w:pPr>
      <w:r>
        <w:t>بہت تعریف کی پہلے انہوں نے، بہت تعریف کی، پھر کہتے ہیں کہ آپ کی کتاب میں ایک</w:t>
      </w:r>
    </w:p>
    <w:p>
      <w:r>
        <w:rPr>
          <w:b/>
        </w:rPr>
        <w:t xml:space="preserve">[45:31] </w:t>
      </w:r>
      <w:r>
        <w:t>kharabi hoti hai.</w:t>
      </w:r>
    </w:p>
    <w:p>
      <w:pPr>
        <w:jc w:val="right"/>
      </w:pPr>
      <w:r>
        <w:t>خرابی ہوتی ہے۔</w:t>
      </w:r>
    </w:p>
    <w:p>
      <w:r>
        <w:rPr>
          <w:b/>
        </w:rPr>
        <w:t xml:space="preserve">[45:36] </w:t>
      </w:r>
      <w:r>
        <w:t>to maine poocha kya? unhone kaha ke aap ki kitaabein padhne ke baad kisi aur ki</w:t>
      </w:r>
    </w:p>
    <w:p>
      <w:pPr>
        <w:jc w:val="right"/>
      </w:pPr>
      <w:r>
        <w:t>تو میں نے پوچھا کیا؟ انہوں نے کہا کہ آپ کی کتابیں پڑھنے کے بعد کسی اور کی</w:t>
      </w:r>
    </w:p>
    <w:p>
      <w:r>
        <w:rPr>
          <w:b/>
        </w:rPr>
        <w:t xml:space="preserve">[45:41] </w:t>
      </w:r>
      <w:r>
        <w:t>kitaab padhne ka jee nahi chahta.</w:t>
      </w:r>
    </w:p>
    <w:p>
      <w:pPr>
        <w:jc w:val="right"/>
      </w:pPr>
      <w:r>
        <w:t>کتاب پڑھنے کا جی نہیں چاہتا۔</w:t>
      </w:r>
    </w:p>
    <w:p>
      <w:r>
        <w:rPr>
          <w:b/>
        </w:rPr>
        <w:t xml:space="preserve">[45:47] </w:t>
      </w:r>
      <w:r>
        <w:t>aap ki kitaabein padhne ke baad kisi aur ki kitaab padhne ka jee nahi chahta.</w:t>
      </w:r>
    </w:p>
    <w:p>
      <w:pPr>
        <w:jc w:val="right"/>
      </w:pPr>
      <w:r>
        <w:t>آپ کی کتابیں پڑھنے کے بعد کسی اور کی کتاب پڑھنے کا جی نہیں چاہتا۔</w:t>
      </w:r>
    </w:p>
    <w:p>
      <w:r>
        <w:rPr>
          <w:b/>
        </w:rPr>
        <w:t xml:space="preserve">[45:52] </w:t>
      </w:r>
      <w:r>
        <w:t>to meri meri meri tanqeed woh woh christian nahi hoti, woh woh scientific analysis hota hai.</w:t>
      </w:r>
    </w:p>
    <w:p>
      <w:pPr>
        <w:jc w:val="right"/>
      </w:pPr>
      <w:r>
        <w:t>تو میری میری میری تنقید وہ وہ کرسچن نہیں ہوتی، وہ وہ سائنٹیفک انالیسز ہوتا ہے۔</w:t>
      </w:r>
    </w:p>
    <w:p>
      <w:r>
        <w:rPr>
          <w:b/>
        </w:rPr>
        <w:t xml:space="preserve">[45:58] </w:t>
      </w:r>
      <w:r>
        <w:t>is se aadmi ko food milta hai.</w:t>
      </w:r>
    </w:p>
    <w:p>
      <w:pPr>
        <w:jc w:val="right"/>
      </w:pPr>
      <w:r>
        <w:t>اس سے آدمی کو فوڈ ملتا ہے۔</w:t>
      </w:r>
    </w:p>
    <w:p>
      <w:r>
        <w:rPr>
          <w:b/>
        </w:rPr>
        <w:t xml:space="preserve">[46:03] </w:t>
      </w:r>
      <w:r>
        <w:t>dekhein, agar aap aisi baat kahein jis se aadmi ko food mile to hargiz bura nahi manega.</w:t>
      </w:r>
    </w:p>
    <w:p>
      <w:pPr>
        <w:jc w:val="right"/>
      </w:pPr>
      <w:r>
        <w:t>دیکھیں، اگر آپ ایسی بات کہیں جس سے آدمی کو فوڈ ملے تو ہرگز برا نہیں مانے گا۔</w:t>
      </w:r>
    </w:p>
    <w:p>
      <w:r>
        <w:rPr>
          <w:b/>
        </w:rPr>
        <w:t xml:space="preserve">[46:09] </w:t>
      </w:r>
      <w:r>
        <w:t>woh bura jab manega jab use food na mile.</w:t>
      </w:r>
    </w:p>
    <w:p>
      <w:pPr>
        <w:jc w:val="right"/>
      </w:pPr>
      <w:r>
        <w:t>وہ برا جب مانے گا جب اسے فوڈ نہ ملے۔</w:t>
      </w:r>
    </w:p>
    <w:p>
      <w:r>
        <w:rPr>
          <w:b/>
        </w:rPr>
        <w:t xml:space="preserve">[46:14] </w:t>
      </w:r>
      <w:r>
        <w:t>ji, to jab bura jab aap meri kitaab hai, aap koi bhi kitaab meri padh lijiye, is mein</w:t>
      </w:r>
    </w:p>
    <w:p>
      <w:pPr>
        <w:jc w:val="right"/>
      </w:pPr>
      <w:r>
        <w:t>جی، تو جب برا جب آپ میری کتاب ہے، آپ کوئی بھی کتاب میری پڑھ لیجئے، اس میں</w:t>
      </w:r>
    </w:p>
    <w:p>
      <w:r>
        <w:rPr>
          <w:b/>
        </w:rPr>
        <w:t xml:space="preserve">[46:19] </w:t>
      </w:r>
      <w:r>
        <w:t>aap ko food milega.</w:t>
      </w:r>
    </w:p>
    <w:p>
      <w:pPr>
        <w:jc w:val="right"/>
      </w:pPr>
      <w:r>
        <w:t>آپ کو فوڈ ملے گا۔</w:t>
      </w:r>
    </w:p>
    <w:p>
      <w:r>
        <w:rPr>
          <w:b/>
        </w:rPr>
        <w:t xml:space="preserve">[46:25] </w:t>
      </w:r>
      <w:r>
        <w:t>christian mein aap bhool jayein ke is mein christian mein hai, is ko intellectual food.</w:t>
      </w:r>
    </w:p>
    <w:p>
      <w:pPr>
        <w:jc w:val="right"/>
      </w:pPr>
      <w:r>
        <w:t>کرسچن میں آپ بھول جائیں کہ اس میں کرسچن میں ہے، اس کو انٹلیکچول فوڈ۔</w:t>
      </w:r>
    </w:p>
    <w:p>
      <w:r>
        <w:rPr>
          <w:b/>
        </w:rPr>
        <w:t xml:space="preserve">[46:30] </w:t>
      </w:r>
      <w:r>
        <w:t>to jab aap intellectual food de rahe hon to koi is ko bura nahi maan sakta.</w:t>
      </w:r>
    </w:p>
    <w:p>
      <w:pPr>
        <w:jc w:val="right"/>
      </w:pPr>
      <w:r>
        <w:t>تو جب آپ انٹلیکچول فوڈ دے رہے ہوں تو کوئی اس کو برا نہیں مان سکتا۔</w:t>
      </w:r>
    </w:p>
    <w:p>
      <w:r>
        <w:rPr>
          <w:b/>
        </w:rPr>
        <w:t xml:space="preserve">[46:36] </w:t>
      </w:r>
      <w:r>
        <w:t>jaise Pakistan wale bahut bahut shauq se padhte hain un ki kitaabon ko, bahut shauq se, kyunke is</w:t>
      </w:r>
    </w:p>
    <w:p>
      <w:pPr>
        <w:jc w:val="right"/>
      </w:pPr>
      <w:r>
        <w:t>جیسے پاکستان والے بہت بہت شوق سے پڑھتے ہیں ان کی کتابوں کو، بہت شوق سے، کیونکہ اس</w:t>
      </w:r>
    </w:p>
    <w:p>
      <w:r>
        <w:rPr>
          <w:b/>
        </w:rPr>
        <w:t xml:space="preserve">[46:41] </w:t>
      </w:r>
      <w:r>
        <w:t>mein un ko intellectual food milta hai.</w:t>
      </w:r>
    </w:p>
    <w:p>
      <w:pPr>
        <w:jc w:val="right"/>
      </w:pPr>
      <w:r>
        <w:t>میں ان کو انٹلیکچول فوڈ ملتا ہے۔</w:t>
      </w:r>
    </w:p>
    <w:p>
      <w:r>
        <w:rPr>
          <w:b/>
        </w:rPr>
        <w:t xml:space="preserve">[46:47] </w:t>
      </w:r>
      <w:r>
        <w:t>ji, maulana sahib, you have worked extensively for communal harmony in india, and because of your work, many militants have actually abandoned the path of violence, and they have adopted the peaceful method, and they have moved themselves towards the path of progress. what is it that you tell these people that changes their mindsets, and they move towards positivity? what is the secret formula?</w:t>
      </w:r>
    </w:p>
    <w:p>
      <w:pPr>
        <w:jc w:val="right"/>
      </w:pPr>
      <w:r>
        <w:t>جی، مولانا صاحب، یو السو ورکڈ ایکسٹینسولی فار کمینل ہارمونی ان انڈیا، اینڈ بیکاز اف یور ورک، مینی ملیٹنٹس ہیو ایکچولی ابینڈن دی پاتھ اف وائلنس، اینڈ دے ہیو اڈاپٹڈ دا پیس فل میتھڈ، اینڈ دے ہیو مووڈ دیم سیلف ٹورڈز دی پاتھ اف پروگریس۔ واٹ از اٹ دیٹ یو ٹیل دیز پیپل دیٹ چینجز دیر مائنڈ سیٹس، اینڈ دے موو ٹورڈز پوزیٹیوٹی؟ واٹ از دا سیکرٹ فارمولا؟</w:t>
      </w:r>
    </w:p>
    <w:p>
      <w:r>
        <w:rPr>
          <w:b/>
        </w:rPr>
        <w:t xml:space="preserve">[47:17] </w:t>
      </w:r>
      <w:r>
        <w:t>دیکھیں، یہ جو لوگ ہیں، میں دیکھوں گا، this is a case of unawareness.</w:t>
      </w:r>
    </w:p>
    <w:p>
      <w:pPr>
        <w:jc w:val="right"/>
      </w:pPr>
      <w:r>
        <w:t>دیکھیں، یہ جو لوگ ہیں، میں دیکھوں گا، کیس ان اویرنس کا کیس ہے۔</w:t>
      </w:r>
    </w:p>
    <w:p>
      <w:r>
        <w:rPr>
          <w:b/>
        </w:rPr>
        <w:t xml:space="preserve">[47:23] </w:t>
      </w:r>
      <w:r>
        <w:t>yeh suicide bomb karte hain jo log, jo medicine chalate hain, un sab ka case in awareness ka case hai.</w:t>
      </w:r>
    </w:p>
    <w:p>
      <w:pPr>
        <w:jc w:val="right"/>
      </w:pPr>
      <w:r>
        <w:t>یہ سوسائیڈ بم کرتے ہیں جو لوگ، جو میڈیسن چلاتے ہیں، ان سب کا کیس ان اویرنس کا کیس ہے۔</w:t>
      </w:r>
    </w:p>
    <w:p>
      <w:r>
        <w:rPr>
          <w:b/>
        </w:rPr>
        <w:t xml:space="preserve">[47:30] </w:t>
      </w:r>
      <w:r>
        <w:t>aur jab aap kisi ki unawareness ko khatm kar den, is qabil ho jaye ke woh cheezon</w:t>
      </w:r>
    </w:p>
    <w:p>
      <w:pPr>
        <w:jc w:val="right"/>
      </w:pPr>
      <w:r>
        <w:t>اور جب آپ کسی کی ان اویرنس کو ختم کر دیں، اس قابل ہو جائے کہ وہ چیزوں</w:t>
      </w:r>
    </w:p>
    <w:p>
      <w:r>
        <w:rPr>
          <w:b/>
        </w:rPr>
        <w:t xml:space="preserve">[47:37] </w:t>
      </w:r>
      <w:r>
        <w:t>ko achhe se dekhe, to aadmi lagta hai ke yeh to sachai hai, yeh to sahi baat hai.</w:t>
      </w:r>
    </w:p>
    <w:p>
      <w:pPr>
        <w:jc w:val="right"/>
      </w:pPr>
      <w:r>
        <w:t>کو اچھے سے دیکھے، تو آدمی لگتا ہے کہ یہ تو سچائی ہے، یہ تو صحیح بات ہے۔</w:t>
      </w:r>
    </w:p>
    <w:p>
      <w:r>
        <w:rPr>
          <w:b/>
        </w:rPr>
        <w:t xml:space="preserve">[47:44] </w:t>
      </w:r>
      <w:r>
        <w:t>تو یاد رکھیں، کوئی آدمی خود اپنے آپ کو deny نہیں کر سکتا۔</w:t>
      </w:r>
    </w:p>
    <w:p>
      <w:pPr>
        <w:jc w:val="right"/>
      </w:pPr>
      <w:r>
        <w:t>تو یاد رکھیں، کوئی آدمی خود اپنے آپ کو ڈینائی نہیں کر سکتا۔</w:t>
      </w:r>
    </w:p>
    <w:p>
      <w:r>
        <w:rPr>
          <w:b/>
        </w:rPr>
        <w:t xml:space="preserve">[47:51] </w:t>
      </w:r>
      <w:r>
        <w:t>isi waqt rehta hai jab aap bura bhala kahein, bure bhala sab w sab ki zubaan bolein, to</w:t>
      </w:r>
    </w:p>
    <w:p>
      <w:pPr>
        <w:jc w:val="right"/>
      </w:pPr>
      <w:r>
        <w:t>اسی وقت رہتا ہے جب آپ برا بھلا کہیں، برے بھلا سب و سب کی زبان بولیں، تو</w:t>
      </w:r>
    </w:p>
    <w:p>
      <w:r>
        <w:rPr>
          <w:b/>
        </w:rPr>
        <w:t xml:space="preserve">[47:58] </w:t>
      </w:r>
      <w:r>
        <w:t>is se aadmi react karega.</w:t>
      </w:r>
    </w:p>
    <w:p>
      <w:pPr>
        <w:jc w:val="right"/>
      </w:pPr>
      <w:r>
        <w:t>اس سے آدمی ری ایکٹ کرے گا۔</w:t>
      </w:r>
    </w:p>
    <w:p>
      <w:r>
        <w:rPr>
          <w:b/>
        </w:rPr>
        <w:t xml:space="preserve">[48:05] </w:t>
      </w:r>
      <w:r>
        <w:t>agar bura bhala kahein sirf to aadmi react karega.</w:t>
      </w:r>
    </w:p>
    <w:p>
      <w:pPr>
        <w:jc w:val="right"/>
      </w:pPr>
      <w:r>
        <w:t>اگر برا بھلا کہیں صرف تو آدمی ری ایکٹ کرے گا۔</w:t>
      </w:r>
    </w:p>
    <w:p>
      <w:r>
        <w:rPr>
          <w:b/>
        </w:rPr>
        <w:t xml:space="preserve">[48:11] </w:t>
      </w:r>
      <w:r>
        <w:t>lekin agar aap bahut zyada yani reality bata dein, reality bahut zyada yani jo jo baat waqeatan hai,</w:t>
      </w:r>
    </w:p>
    <w:p>
      <w:pPr>
        <w:jc w:val="right"/>
      </w:pPr>
      <w:r>
        <w:t>لیکن اگر آپ بہت زیادہ یعنی ریلیٹی بتا دیں، ریلیٹی بہت زیادہ یعنی جو جو بات واقعتا ہے،</w:t>
      </w:r>
    </w:p>
    <w:p>
      <w:r>
        <w:rPr>
          <w:b/>
        </w:rPr>
        <w:t xml:space="preserve">[48:18] </w:t>
      </w:r>
      <w:r>
        <w:t>وہ بتا دیں اس کو، اور اس کے unawareness کو توڑ دیں، اس کے unawareness کو</w:t>
      </w:r>
    </w:p>
    <w:p>
      <w:pPr>
        <w:jc w:val="right"/>
      </w:pPr>
      <w:r>
        <w:t>وہ بتا دیں اس کو، اور اس کے ان اویرنس کو توڑ دیں، اس کے ان اویرنس کو</w:t>
      </w:r>
    </w:p>
    <w:p>
      <w:r>
        <w:rPr>
          <w:b/>
        </w:rPr>
        <w:t xml:space="preserve">[48:25] </w:t>
      </w:r>
      <w:r>
        <w:t>tod dein, tab woh sachai ko dekhne lagta hai, as it is.</w:t>
      </w:r>
    </w:p>
    <w:p>
      <w:pPr>
        <w:jc w:val="right"/>
      </w:pPr>
      <w:r>
        <w:t>توڑ دیں، تب وہ سچائی کو دیکھنے لگتا ہے، ایز اٹ از۔</w:t>
      </w:r>
    </w:p>
    <w:p>
      <w:r>
        <w:rPr>
          <w:b/>
        </w:rPr>
        <w:t xml:space="preserve">[48:32] </w:t>
      </w:r>
      <w:r>
        <w:t>to woh us ka apna apni baat ho jati hai, us ki us ka mind qabool kar leta</w:t>
      </w:r>
    </w:p>
    <w:p>
      <w:pPr>
        <w:jc w:val="right"/>
      </w:pPr>
      <w:r>
        <w:t>تو وہ اس کا اپنا اپنی بات ہو جاتی ہے، اس کی اس کا مائنڈ قبول کر لیتا</w:t>
      </w:r>
    </w:p>
    <w:p>
      <w:r>
        <w:rPr>
          <w:b/>
        </w:rPr>
        <w:t xml:space="preserve">[48:39] </w:t>
      </w:r>
      <w:r>
        <w:t>hai jab to us ki apni baat ho jati hai.</w:t>
      </w:r>
    </w:p>
    <w:p>
      <w:pPr>
        <w:jc w:val="right"/>
      </w:pPr>
      <w:r>
        <w:t>ہے جب تو اس کی اپنی بات ہو جاتی ہے۔</w:t>
      </w:r>
    </w:p>
    <w:p>
      <w:r>
        <w:rPr>
          <w:b/>
        </w:rPr>
        <w:t xml:space="preserve">[48:46] </w:t>
      </w:r>
      <w:r>
        <w:t>تو تو کیسے کوئی اپنی بات کو نہ مانے، اپنے آپ کو کوئی کیسے deny کرے؟ میں سمجھتا</w:t>
      </w:r>
    </w:p>
    <w:p>
      <w:pPr>
        <w:jc w:val="right"/>
      </w:pPr>
      <w:r>
        <w:t>تو تو کیسے کوئی اپنی بات کو نہ مانے، اپنے آپ کو کوئی کیسے ڈینائی کرے؟ میں سمجھتا</w:t>
      </w:r>
    </w:p>
    <w:p>
      <w:r>
        <w:rPr>
          <w:b/>
        </w:rPr>
        <w:t xml:space="preserve">[48:53] </w:t>
      </w:r>
      <w:r>
        <w:t>hoon ke yahi wajah hai.</w:t>
      </w:r>
    </w:p>
    <w:p>
      <w:pPr>
        <w:jc w:val="right"/>
      </w:pPr>
      <w:r>
        <w:t>ہوں کہ یہی وجہ ہے۔</w:t>
      </w:r>
    </w:p>
    <w:p>
      <w:r>
        <w:rPr>
          <w:b/>
        </w:rPr>
        <w:t xml:space="preserve">[49:00] </w:t>
      </w:r>
      <w:r>
        <w:t>maulana sahib, two weeks back, you gave a lecture in one of the delhi university, where you advised the muslims that they should not be negative towards the west. in fact, you often emphasize the contribution of west in your writings, but muslims in general are seen to be negative towards the west. why is this so?</w:t>
      </w:r>
    </w:p>
    <w:p>
      <w:pPr>
        <w:jc w:val="right"/>
      </w:pPr>
      <w:r>
        <w:t>مولانا صاحب، ٹو ویکس بیک، یو گیو ا لیکچر ان ون اف دا ڈیلی یونیورسٹی، ویئر یو ایڈوائز دا مسلمز دیٹ دے شوڈ ناٹ بی نیگیٹیو ٹورڈز دا ویسٹ۔ ان فیکٹ، یو افن ایمفسائز دی کنٹریبیوشن اف ویسٹ ان یور رائٹنگز، بٹ مسلمز ان جنرل ار سین ٹو بی نیگیٹیو ٹورڈز دا ویسٹ۔ وائی از دس سو؟</w:t>
      </w:r>
    </w:p>
    <w:p>
      <w:r>
        <w:rPr>
          <w:b/>
        </w:rPr>
        <w:t xml:space="preserve">[49:23] </w:t>
      </w:r>
      <w:r>
        <w:t>asal mein dekhiye, yeh athais sadi mein jab European qaumein dakhil huin Asia mein, Africa mein, us waqt</w:t>
      </w:r>
    </w:p>
    <w:p>
      <w:pPr>
        <w:jc w:val="right"/>
      </w:pPr>
      <w:r>
        <w:t>اصل میں دیکھیے، یہ اٹھائیس صدی میں جب یورپین قومیں داخل ہوئیں ایشیا میں، افریقہ میں، اس وقت</w:t>
      </w:r>
    </w:p>
    <w:p>
      <w:r>
        <w:rPr>
          <w:b/>
        </w:rPr>
        <w:t xml:space="preserve">[49:28] </w:t>
      </w:r>
      <w:r>
        <w:t>musalman yahan rule kar rahe the, yaani uthwan empire, Mughal empire qaim thi.</w:t>
      </w:r>
    </w:p>
    <w:p>
      <w:pPr>
        <w:jc w:val="right"/>
      </w:pPr>
      <w:r>
        <w:t>مسلمان یہاں رول کر رہے تھے، یعنی اٹھوان ایمپائر، مغل ایمپائر قائم تھی۔</w:t>
      </w:r>
    </w:p>
    <w:p>
      <w:r>
        <w:rPr>
          <w:b/>
        </w:rPr>
        <w:t xml:space="preserve">[49:34] </w:t>
      </w:r>
      <w:r>
        <w:t>to pehla takrao hua Muslim hukoomaton se, aur chunaanche western nation jo theen, jo nayi taaqaton se woh</w:t>
      </w:r>
    </w:p>
    <w:p>
      <w:pPr>
        <w:jc w:val="right"/>
      </w:pPr>
      <w:r>
        <w:t>تو پہلا ٹکراؤ ہوا مسلم حکومتوں سے، اور چونکہ ویسٹرن نیشن جو تھیں، جو نئی طاقتوں سے وہ</w:t>
      </w:r>
    </w:p>
    <w:p>
      <w:r>
        <w:rPr>
          <w:b/>
        </w:rPr>
        <w:t xml:space="preserve">[49:39] </w:t>
      </w:r>
      <w:r>
        <w:t>musallah theen, to woh woh jeet gayeen ya log haar gaye.</w:t>
      </w:r>
    </w:p>
    <w:p>
      <w:pPr>
        <w:jc w:val="right"/>
      </w:pPr>
      <w:r>
        <w:t>مسلح تھیں، تو وہ وہ جیت گئیں یا لوگ ہار گئے۔</w:t>
      </w:r>
    </w:p>
    <w:p>
      <w:r>
        <w:rPr>
          <w:b/>
        </w:rPr>
        <w:t xml:space="preserve">[49:45] </w:t>
      </w:r>
      <w:r>
        <w:t>Mughal saltanat toot gayi, uthwan empire khatam ho gaya.</w:t>
      </w:r>
    </w:p>
    <w:p>
      <w:pPr>
        <w:jc w:val="right"/>
      </w:pPr>
      <w:r>
        <w:t>مغل سلطنت ٹوٹ گئی، اٹھوان ایمپائر ختم ہو گیا۔</w:t>
      </w:r>
    </w:p>
    <w:p>
      <w:r>
        <w:rPr>
          <w:b/>
        </w:rPr>
        <w:t xml:space="preserve">[49:50] </w:t>
      </w:r>
      <w:r>
        <w:t>to us waqt musalman jo hain, objectivity kho di unhon ne, objectivity kho di.</w:t>
      </w:r>
    </w:p>
    <w:p>
      <w:pPr>
        <w:jc w:val="right"/>
      </w:pPr>
      <w:r>
        <w:t>تو اس وقت مسلمان جو ہیں، ابجیکٹیوٹی کھو دی انہوں نے، ابجیکٹیوٹی کھو دی۔</w:t>
      </w:r>
    </w:p>
    <w:p>
      <w:r>
        <w:rPr>
          <w:b/>
        </w:rPr>
        <w:t xml:space="preserve">[49:56] </w:t>
      </w:r>
      <w:r>
        <w:t>chunaanche woh log jo aaye the, yeh us ka sirf ek aspect tha ke unhon ne aap ki</w:t>
      </w:r>
    </w:p>
    <w:p>
      <w:pPr>
        <w:jc w:val="right"/>
      </w:pPr>
      <w:r>
        <w:t>کیونکہ وہ لوگ جو آئے تھے، یہ اس کا صرف ایک ایسپیکٹ تھا کہ انہوں نے آپ کی</w:t>
      </w:r>
    </w:p>
    <w:p>
      <w:r>
        <w:rPr>
          <w:b/>
        </w:rPr>
        <w:t xml:space="preserve">[50:01] </w:t>
      </w:r>
      <w:r>
        <w:t>saltanat ko tod diya.</w:t>
      </w:r>
    </w:p>
    <w:p>
      <w:pPr>
        <w:jc w:val="right"/>
      </w:pPr>
      <w:r>
        <w:t>سلطنت کو توڑ دیا۔</w:t>
      </w:r>
    </w:p>
    <w:p>
      <w:r>
        <w:rPr>
          <w:b/>
        </w:rPr>
        <w:t xml:space="preserve">[50:07] </w:t>
      </w:r>
      <w:r>
        <w:t>zyada bada aspect doosra tha ke unhon ne aap ko modern cheezein dein, scientific education diya, modern communication</w:t>
      </w:r>
    </w:p>
    <w:p>
      <w:pPr>
        <w:jc w:val="right"/>
      </w:pPr>
      <w:r>
        <w:t>زیادہ بڑا ایسپیکٹ دوسرا تھا کہ انہوں نے آپ کو ماڈرن چیزیں دیں، سائنٹیفک ایجوکیشن دیا، ماڈرن کمیونیکیشن</w:t>
      </w:r>
    </w:p>
    <w:p>
      <w:r>
        <w:rPr>
          <w:b/>
        </w:rPr>
        <w:t xml:space="preserve">[50:13] </w:t>
      </w:r>
      <w:r>
        <w:t>diya, modern yaani concept of business diya.</w:t>
      </w:r>
    </w:p>
    <w:p>
      <w:pPr>
        <w:jc w:val="right"/>
      </w:pPr>
      <w:r>
        <w:t>دیا، ماڈرن یعنی کانسیپٹ اف بزنس دیا۔</w:t>
      </w:r>
    </w:p>
    <w:p>
      <w:r>
        <w:rPr>
          <w:b/>
        </w:rPr>
        <w:t xml:space="preserve">[50:18] </w:t>
      </w:r>
      <w:r>
        <w:t>unhon ne yeh saari zindagi badal di, yeh chamchez yaani spoon se le ke airport, hawai jahaz tak,</w:t>
      </w:r>
    </w:p>
    <w:p>
      <w:pPr>
        <w:jc w:val="right"/>
      </w:pPr>
      <w:r>
        <w:t>انہوں نے یہ ساری زندگی بدل دی، یہ چمچز یعنی سپون سے لے کے ایئرپورٹ، ہوائی جہاز تک،</w:t>
      </w:r>
    </w:p>
    <w:p>
      <w:r>
        <w:rPr>
          <w:b/>
        </w:rPr>
        <w:t xml:space="preserve">[50:24] </w:t>
      </w:r>
      <w:r>
        <w:t>sab unhon ne diya hai.</w:t>
      </w:r>
    </w:p>
    <w:p>
      <w:pPr>
        <w:jc w:val="right"/>
      </w:pPr>
      <w:r>
        <w:t>سب انہوں نے دیا ہے۔</w:t>
      </w:r>
    </w:p>
    <w:p>
      <w:r>
        <w:rPr>
          <w:b/>
        </w:rPr>
        <w:t xml:space="preserve">[50:29] </w:t>
      </w:r>
      <w:r>
        <w:t>spoon se le kar hawai jahaz tak, sab unhon ne diya hai.</w:t>
      </w:r>
    </w:p>
    <w:p>
      <w:pPr>
        <w:jc w:val="right"/>
      </w:pPr>
      <w:r>
        <w:t>سپون سے لے کر ہوائی جہاز تک، سب انہوں نے دیا ہے۔</w:t>
      </w:r>
    </w:p>
    <w:p>
      <w:r>
        <w:rPr>
          <w:b/>
        </w:rPr>
        <w:t xml:space="preserve">[50:35] </w:t>
      </w:r>
      <w:r>
        <w:t>to jitne musalman sari duniya ke hain, jee rahe hain inhi cheezon mein.</w:t>
      </w:r>
    </w:p>
    <w:p>
      <w:pPr>
        <w:jc w:val="right"/>
      </w:pPr>
      <w:r>
        <w:t>تو جتنے مسلمان ساری دنیا کے ہیں، جی رہے ہیں انہی چیزوں میں۔</w:t>
      </w:r>
    </w:p>
    <w:p>
      <w:r>
        <w:rPr>
          <w:b/>
        </w:rPr>
        <w:t xml:space="preserve">[50:40] </w:t>
      </w:r>
      <w:r>
        <w:t>kisi musalman ghar mein chale jaiye, aap sara western cheezein hongi.</w:t>
      </w:r>
    </w:p>
    <w:p>
      <w:pPr>
        <w:jc w:val="right"/>
      </w:pPr>
      <w:r>
        <w:t>کسی مسلمان گھر میں چلے جائیے، آپ سارا ویسٹرن چیزیں ہوں گی۔</w:t>
      </w:r>
    </w:p>
    <w:p>
      <w:r>
        <w:rPr>
          <w:b/>
        </w:rPr>
        <w:t xml:space="preserve">[50:46] </w:t>
      </w:r>
      <w:r>
        <w:t>us ka jo architecture hai, western hoga.</w:t>
      </w:r>
    </w:p>
    <w:p>
      <w:pPr>
        <w:jc w:val="right"/>
      </w:pPr>
      <w:r>
        <w:t>اس کا جو آرکیٹیکچر ہے، ویسٹرن ہوگا۔</w:t>
      </w:r>
    </w:p>
    <w:p>
      <w:r>
        <w:rPr>
          <w:b/>
        </w:rPr>
        <w:t xml:space="preserve">[50:51] </w:t>
      </w:r>
      <w:r>
        <w:t>jo kitchen hoga, woh is mein western saman hoga.</w:t>
      </w:r>
    </w:p>
    <w:p>
      <w:pPr>
        <w:jc w:val="right"/>
      </w:pPr>
      <w:r>
        <w:t>جو کچن ہوگا، وہ اس میں ویسٹرن سامان ہوگا۔</w:t>
      </w:r>
    </w:p>
    <w:p>
      <w:r>
        <w:rPr>
          <w:b/>
        </w:rPr>
        <w:t xml:space="preserve">[50:57] </w:t>
      </w:r>
      <w:r>
        <w:t>jo jo cheezein hain, furniture hoga, woh bhi western tareeqe ka hoga.</w:t>
      </w:r>
    </w:p>
    <w:p>
      <w:pPr>
        <w:jc w:val="right"/>
      </w:pPr>
      <w:r>
        <w:t>جو جو چیزیں ہیں، فرنیچر ہوگا، وہ بھی ویسٹرن طریقے کا ہوگا۔</w:t>
      </w:r>
    </w:p>
    <w:p>
      <w:r>
        <w:rPr>
          <w:b/>
        </w:rPr>
        <w:t xml:space="preserve">[51:03] </w:t>
      </w:r>
      <w:r>
        <w:t>to is ka matlab yeh hai ke jab aap yaani west ke khilaaf nafrat karein to aap ko</w:t>
      </w:r>
    </w:p>
    <w:p>
      <w:pPr>
        <w:jc w:val="right"/>
      </w:pPr>
      <w:r>
        <w:t>تو اس کا معنی یہ ہے کہ جب آپ یعنی ویسٹ کے خلاف نفرت کریں تو آپ کو</w:t>
      </w:r>
    </w:p>
    <w:p>
      <w:r>
        <w:rPr>
          <w:b/>
        </w:rPr>
        <w:t xml:space="preserve">[51:08] </w:t>
      </w:r>
      <w:r>
        <w:t>munafiq banna parta hai.</w:t>
      </w:r>
    </w:p>
    <w:p>
      <w:pPr>
        <w:jc w:val="right"/>
      </w:pPr>
      <w:r>
        <w:t>منافق بننا پڑتا ہے۔</w:t>
      </w:r>
    </w:p>
    <w:p>
      <w:r>
        <w:rPr>
          <w:b/>
        </w:rPr>
        <w:t xml:space="preserve">[51:14] </w:t>
      </w:r>
      <w:r>
        <w:t>munafiq isi se faida utha rahe hain aur isi ke khilaaf bol bhi rahe hain.</w:t>
      </w:r>
    </w:p>
    <w:p>
      <w:pPr>
        <w:jc w:val="right"/>
      </w:pPr>
      <w:r>
        <w:t>منافق اسی سے فائدہ اٹھا رہے ہیں اور اسی کے خلاف بول بھی رہے ہیں۔</w:t>
      </w:r>
    </w:p>
    <w:p>
      <w:r>
        <w:rPr>
          <w:b/>
        </w:rPr>
        <w:t xml:space="preserve">[51:19] </w:t>
      </w:r>
      <w:r>
        <w:t>to aaj aaj dekhiye, saare musalman bade fakhr se kahenge, mera beta falan yaani Europe mein settle</w:t>
      </w:r>
    </w:p>
    <w:p>
      <w:pPr>
        <w:jc w:val="right"/>
      </w:pPr>
      <w:r>
        <w:t>تو آج آج دیکھیے، سارے مسلمان بڑے فخر سے کہیں گے، میرا بیٹا فلاں یعنی یورپ میں سیٹل</w:t>
      </w:r>
    </w:p>
    <w:p>
      <w:r>
        <w:rPr>
          <w:b/>
        </w:rPr>
        <w:t xml:space="preserve">[51:25] </w:t>
      </w:r>
      <w:r>
        <w:t>ho gaya hai, meri beti America mein settle ho gayi hai, aur isi ko bura bhi kehte hain.</w:t>
      </w:r>
    </w:p>
    <w:p>
      <w:pPr>
        <w:jc w:val="right"/>
      </w:pPr>
      <w:r>
        <w:t>ہو گیا ہے، میری بیٹی امریکہ میں سیٹل ہو گئی ہے، اور اسی کو برا بھی کہتے ہیں۔</w:t>
      </w:r>
    </w:p>
    <w:p>
      <w:r>
        <w:rPr>
          <w:b/>
        </w:rPr>
        <w:t xml:space="preserve">[51:30] </w:t>
      </w:r>
      <w:r>
        <w:t>yeh to munafiqat hai.</w:t>
      </w:r>
    </w:p>
    <w:p>
      <w:pPr>
        <w:jc w:val="right"/>
      </w:pPr>
      <w:r>
        <w:t>یہ تو منافقت ہے۔</w:t>
      </w:r>
    </w:p>
    <w:p>
      <w:r>
        <w:rPr>
          <w:b/>
        </w:rPr>
        <w:t xml:space="preserve">[51:36] </w:t>
      </w:r>
      <w:r>
        <w:t>to jab musalman maghrib se nafrat karenge to bohat bhari qeemat deni paregi.</w:t>
      </w:r>
    </w:p>
    <w:p>
      <w:pPr>
        <w:jc w:val="right"/>
      </w:pPr>
      <w:r>
        <w:t>تو جب مسلمان مغرب سے نفرت کریں گے تو بہت بھاری قیمت دینی پڑے گی۔</w:t>
      </w:r>
    </w:p>
    <w:p>
      <w:r>
        <w:rPr>
          <w:b/>
        </w:rPr>
        <w:t xml:space="preserve">[51:42] </w:t>
      </w:r>
      <w:r>
        <w:t>aik munafiq banna parega in ko.</w:t>
      </w:r>
    </w:p>
    <w:p>
      <w:pPr>
        <w:jc w:val="right"/>
      </w:pPr>
      <w:r>
        <w:t>ایک منافق بننا پڑے گا ان کو۔</w:t>
      </w:r>
    </w:p>
    <w:p>
      <w:r>
        <w:rPr>
          <w:b/>
        </w:rPr>
        <w:t xml:space="preserve">[51:47] </w:t>
      </w:r>
      <w:r>
        <w:t>munafiq to aap munafiq banne ka afford nahi kar sakte.</w:t>
      </w:r>
    </w:p>
    <w:p>
      <w:pPr>
        <w:jc w:val="right"/>
      </w:pPr>
      <w:r>
        <w:t>منافق تو آپ منافق بننے کا افورڈ نہیں کر سکتے۔</w:t>
      </w:r>
    </w:p>
    <w:p>
      <w:r>
        <w:rPr>
          <w:b/>
        </w:rPr>
        <w:t xml:space="preserve">[51:53] </w:t>
      </w:r>
      <w:r>
        <w:t>agar aap sachche hain apni tanqeed mein, in ko nafrat karne mein, to aap ko America, Europe ko</w:t>
      </w:r>
    </w:p>
    <w:p>
      <w:pPr>
        <w:jc w:val="right"/>
      </w:pPr>
      <w:r>
        <w:t>اگر آپ سچے ہیں اپنی تنقید میں، ان کو نفرت کرنے میں، تو آپ کو امریکہ، یورپ کو</w:t>
      </w:r>
    </w:p>
    <w:p>
      <w:r>
        <w:rPr>
          <w:b/>
        </w:rPr>
        <w:t xml:space="preserve">[51:58] </w:t>
      </w:r>
      <w:r>
        <w:t>chhod dena chahiye.</w:t>
      </w:r>
    </w:p>
    <w:p>
      <w:pPr>
        <w:jc w:val="right"/>
      </w:pPr>
      <w:r>
        <w:t>چھوڑ دینا چاہیے۔</w:t>
      </w:r>
    </w:p>
    <w:p>
      <w:r>
        <w:rPr>
          <w:b/>
        </w:rPr>
        <w:t xml:space="preserve">[52:04] </w:t>
      </w:r>
      <w:r>
        <w:t>wahan se kuch bhi nahi lena chahiye.</w:t>
      </w:r>
    </w:p>
    <w:p>
      <w:pPr>
        <w:jc w:val="right"/>
      </w:pPr>
      <w:r>
        <w:t>وہاں سے کچھ بھی نہیں لینا چاہیے۔</w:t>
      </w:r>
    </w:p>
    <w:p>
      <w:r>
        <w:rPr>
          <w:b/>
        </w:rPr>
        <w:t xml:space="preserve">[52:09] </w:t>
      </w:r>
      <w:r>
        <w:t>to aap kahein jiyenge kaise? phir to chale jayenge aap is zamane mein jab ke insan</w:t>
      </w:r>
    </w:p>
    <w:p>
      <w:pPr>
        <w:jc w:val="right"/>
      </w:pPr>
      <w:r>
        <w:t>تو آپ کہیں جیئیں گے کیسے؟ پھر تو چلے جائیں گے آپ اس زمانے میں جب کہ انسان</w:t>
      </w:r>
    </w:p>
    <w:p>
      <w:r>
        <w:rPr>
          <w:b/>
        </w:rPr>
        <w:t xml:space="preserve">[52:15] </w:t>
      </w:r>
      <w:r>
        <w:t>pahaadon ke kho mein rehta tha.</w:t>
      </w:r>
    </w:p>
    <w:p>
      <w:pPr>
        <w:jc w:val="right"/>
      </w:pPr>
      <w:r>
        <w:t>پہاڑوں کے کھو میں رہتا تھا۔</w:t>
      </w:r>
    </w:p>
    <w:p>
      <w:r>
        <w:rPr>
          <w:b/>
        </w:rPr>
        <w:t xml:space="preserve">[52:20] </w:t>
      </w:r>
      <w:r>
        <w:t>to is kaise reh sakte hain aap? to main yeh kehta hoon ke musalmanon ko yani jo maghrib</w:t>
      </w:r>
    </w:p>
    <w:p>
      <w:pPr>
        <w:jc w:val="right"/>
      </w:pPr>
      <w:r>
        <w:t>تو اس کیسے رہ سکتے ہیں آپ؟ تو میں یہ کہتا ہوں کہ مسلمانوں کو یعنی جو مغرب</w:t>
      </w:r>
    </w:p>
    <w:p>
      <w:r>
        <w:rPr>
          <w:b/>
        </w:rPr>
        <w:t xml:space="preserve">[52:26] </w:t>
      </w:r>
      <w:r>
        <w:t>se nafrat karte hain, yeh bohat hi yani yani dunya ke aitbar se yeh hai ke aap taraqqi</w:t>
      </w:r>
    </w:p>
    <w:p>
      <w:pPr>
        <w:jc w:val="right"/>
      </w:pPr>
      <w:r>
        <w:t>سے نفرت کرتے ہیں، یہ بہت ہی یعنی یعنی دنیا کے اعتبار سے یہ ہے کہ آپ ترقی</w:t>
      </w:r>
    </w:p>
    <w:p>
      <w:r>
        <w:rPr>
          <w:b/>
        </w:rPr>
        <w:t xml:space="preserve">[52:32] </w:t>
      </w:r>
      <w:r>
        <w:t>nahi kar kar payenge.</w:t>
      </w:r>
    </w:p>
    <w:p>
      <w:pPr>
        <w:jc w:val="right"/>
      </w:pPr>
      <w:r>
        <w:t>نہیں کر کر پائیں گے۔</w:t>
      </w:r>
    </w:p>
    <w:p>
      <w:r>
        <w:rPr>
          <w:b/>
        </w:rPr>
        <w:t xml:space="preserve">[52:37] </w:t>
      </w:r>
      <w:r>
        <w:t>saari research unhon ne ki hai, saara development unhon ne kiya.</w:t>
      </w:r>
    </w:p>
    <w:p>
      <w:pPr>
        <w:jc w:val="right"/>
      </w:pPr>
      <w:r>
        <w:t>ساری ریسرچ انہوں نے کی ہے، سارا ڈیولپمنٹ انہوں نے کیا۔</w:t>
      </w:r>
    </w:p>
    <w:p>
      <w:r>
        <w:rPr>
          <w:b/>
        </w:rPr>
        <w:t xml:space="preserve">[52:43] </w:t>
      </w:r>
      <w:r>
        <w:t>is ko is ki education lena padega aap ko, is se learning karni hogi aap ko.</w:t>
      </w:r>
    </w:p>
    <w:p>
      <w:pPr>
        <w:jc w:val="right"/>
      </w:pPr>
      <w:r>
        <w:t>اس کو اس کی ایجوکیشن لینا پڑے گا آپ کو، اس سے لرننگ کرنی ہوگی آپ کو۔</w:t>
      </w:r>
    </w:p>
    <w:p>
      <w:r>
        <w:rPr>
          <w:b/>
        </w:rPr>
        <w:t xml:space="preserve">[52:48] </w:t>
      </w:r>
      <w:r>
        <w:t>tab aap taraqqi karenge to taraqqi ke peeche ho jayenge aap.</w:t>
      </w:r>
    </w:p>
    <w:p>
      <w:pPr>
        <w:jc w:val="right"/>
      </w:pPr>
      <w:r>
        <w:t>تب آپ ترقی کریں گے تو ترقی کے پیچھے ہو جائیں گے آپ۔</w:t>
      </w:r>
    </w:p>
    <w:p>
      <w:r>
        <w:rPr>
          <w:b/>
        </w:rPr>
        <w:t xml:space="preserve">[52:54] </w:t>
      </w:r>
      <w:r>
        <w:t>aur is se badi cheez yeh hai ke aap munafiq ban jayenge kyunke isi se faida bhi</w:t>
      </w:r>
    </w:p>
    <w:p>
      <w:pPr>
        <w:jc w:val="right"/>
      </w:pPr>
      <w:r>
        <w:t>اور اس سے بڑی چیز یہ ہے کہ آپ منافق بن جائیں گے کیونکہ اسی سے فائدہ بھی</w:t>
      </w:r>
    </w:p>
    <w:p>
      <w:r>
        <w:rPr>
          <w:b/>
        </w:rPr>
        <w:t xml:space="preserve">[52:59] </w:t>
      </w:r>
      <w:r>
        <w:t>uthayenge aur isi ke barabar batayenge.</w:t>
      </w:r>
    </w:p>
    <w:p>
      <w:pPr>
        <w:jc w:val="right"/>
      </w:pPr>
      <w:r>
        <w:t>اٹھائیں گے اور اسی کے برابر بتائیں گے۔</w:t>
      </w:r>
    </w:p>
    <w:p>
      <w:r>
        <w:rPr>
          <w:b/>
        </w:rPr>
        <w:t xml:space="preserve">[53:05] </w:t>
      </w:r>
      <w:r>
        <w:t>is liye main aisa kehta hoon.</w:t>
      </w:r>
    </w:p>
    <w:p>
      <w:pPr>
        <w:jc w:val="right"/>
      </w:pPr>
      <w:r>
        <w:t>اس لیے میں ایسا کہتا ہوں۔</w:t>
      </w:r>
    </w:p>
    <w:p>
      <w:r>
        <w:rPr>
          <w:b/>
        </w:rPr>
        <w:t xml:space="preserve">[53:11] </w:t>
      </w:r>
      <w:r>
        <w:t>ji, maulana sahib, i would like to come back to one of your answers that you gave to the question today, that a professor remarked that one of the drawbacks of your books is that they after reading your books, they don't enjoy reading any other books. so how did you develop this unique style that we see in your books? if you could tell all of us.</w:t>
      </w:r>
    </w:p>
    <w:p>
      <w:pPr>
        <w:jc w:val="right"/>
      </w:pPr>
      <w:r>
        <w:t>جی، مولانا صاحب، آئی وڈ لائک ٹو کم بیک ٹو ون اف یور انسر دیٹ یو گیو ٹو دا کوئسچن ٹوڈے، دیٹ ا پروفیسر ریمارک دیٹ ون اف دا ڈرا بیکس اف یور بکس از دیٹ دے افٹر ریڈنگ یور بکس، دے ڈونٹ انجوائے ریڈنگ اینی ادر بکس۔ سو ہاؤ ڈیڈ یو ڈیویلپ دس یونیک سٹائل دیٹ وی سی ان یور بکس؟ اف یو کڈ ٹیل ال اف اس۔</w:t>
      </w:r>
    </w:p>
    <w:p>
      <w:r>
        <w:rPr>
          <w:b/>
        </w:rPr>
        <w:t xml:space="preserve">[53:41] </w:t>
      </w:r>
      <w:r>
        <w:t>dekhiye, mere samajh se to is ka raaz sirf aik hai.</w:t>
      </w:r>
    </w:p>
    <w:p>
      <w:pPr>
        <w:jc w:val="right"/>
      </w:pPr>
      <w:r>
        <w:t>دیکھیے، میرے سمجھ سے تو اس کا راز صرف ایک ہے۔</w:t>
      </w:r>
    </w:p>
    <w:p>
      <w:r>
        <w:rPr>
          <w:b/>
        </w:rPr>
        <w:t xml:space="preserve">[53:47] </w:t>
      </w:r>
      <w:r>
        <w:t>woh yeh hai ke hamari kitabein modern idiom mein hoti hain aur koi aik bhi aalim dunya bhar</w:t>
      </w:r>
    </w:p>
    <w:p>
      <w:pPr>
        <w:jc w:val="right"/>
      </w:pPr>
      <w:r>
        <w:t>وہ یہ ہے کہ ہماری کتابیں ماڈرن ایڈیم میں ہوتی ہیں اور کوئی ایک بھی عالم دنیا بھر</w:t>
      </w:r>
    </w:p>
    <w:p>
      <w:r>
        <w:rPr>
          <w:b/>
        </w:rPr>
        <w:t xml:space="preserve">[53:54] </w:t>
      </w:r>
      <w:r>
        <w:t>mein nahi hai, na Arab mein, na Arab se bahar, jo modern idiom mein likhta ho.</w:t>
      </w:r>
    </w:p>
    <w:p>
      <w:pPr>
        <w:jc w:val="right"/>
      </w:pPr>
      <w:r>
        <w:t>میں نہیں ہے، نہ عرب میں، نہ عرب سے باہر، جو ماڈرن ایڈیم میں لکھتا ہو۔</w:t>
      </w:r>
    </w:p>
    <w:p>
      <w:r>
        <w:rPr>
          <w:b/>
        </w:rPr>
        <w:t xml:space="preserve">[54:01] </w:t>
      </w:r>
      <w:r>
        <w:t>koi bhi nahi.</w:t>
      </w:r>
    </w:p>
    <w:p>
      <w:pPr>
        <w:jc w:val="right"/>
      </w:pPr>
      <w:r>
        <w:t>کوئی بھی نہیں۔</w:t>
      </w:r>
    </w:p>
    <w:p>
      <w:r>
        <w:rPr>
          <w:b/>
        </w:rPr>
        <w:t xml:space="preserve">[54:08] </w:t>
      </w:r>
      <w:r>
        <w:t>to aaj ka jo mind hai, is ke level ki kitabein hoti nahi hain.</w:t>
      </w:r>
    </w:p>
    <w:p>
      <w:pPr>
        <w:jc w:val="right"/>
      </w:pPr>
      <w:r>
        <w:t>تو آج کا جو مائنڈ ہے، اس کے لیول کی کتابیں ہوتی نہیں ہیں۔</w:t>
      </w:r>
    </w:p>
    <w:p>
      <w:r>
        <w:rPr>
          <w:b/>
        </w:rPr>
        <w:t xml:space="preserve">[54:14] </w:t>
      </w:r>
      <w:r>
        <w:t>doosron ki kitabein jo kehte hain ke yani fikri satah, fikri satah ka matlab hai intellectual level.</w:t>
      </w:r>
    </w:p>
    <w:p>
      <w:pPr>
        <w:jc w:val="right"/>
      </w:pPr>
      <w:r>
        <w:t>دوسروں کی کتابیں جو کہتے ہیں کہ یعنی فکری مستوى، فکری مستوى کا مطلب ہے انٹلیکچول لیول۔</w:t>
      </w:r>
    </w:p>
    <w:p>
      <w:r>
        <w:rPr>
          <w:b/>
        </w:rPr>
        <w:t xml:space="preserve">[54:21] </w:t>
      </w:r>
      <w:r>
        <w:t>hamari kitaben aaj ke insaan ke intellectual level par hoti hain, yani scientific style, scientific dalail, scientific reasoning.</w:t>
      </w:r>
    </w:p>
    <w:p>
      <w:pPr>
        <w:jc w:val="right"/>
      </w:pPr>
      <w:r>
        <w:t>ہماری کتابیں آج کے انسان کے انٹلیکچول لیول پر ہوتی ہیں، یعنی سائنٹیفک اسٹائل، سائنٹیفک دلائل، سائنٹیفک ریزننگ۔</w:t>
      </w:r>
    </w:p>
    <w:p>
      <w:r>
        <w:rPr>
          <w:b/>
        </w:rPr>
        <w:t xml:space="preserve">[54:28] </w:t>
      </w:r>
      <w:r>
        <w:t>aur doosri kitabon, jaise mein ek misaal deta hoon aap ko, yani ek mashhoor Arab aalim hain, Misr</w:t>
      </w:r>
    </w:p>
    <w:p>
      <w:pPr>
        <w:jc w:val="right"/>
      </w:pPr>
      <w:r>
        <w:t>اور دوسری کتابوں، جیسے میں ایک مثال دیتا ہوں آپ کو، یعنی ایک مشہور عرب عالم ہیں، مصر</w:t>
      </w:r>
    </w:p>
    <w:p>
      <w:r>
        <w:rPr>
          <w:b/>
        </w:rPr>
        <w:t xml:space="preserve">[54:35] </w:t>
      </w:r>
      <w:r>
        <w:t>ke hain, woh ab death ho gayi un ki.</w:t>
      </w:r>
    </w:p>
    <w:p>
      <w:pPr>
        <w:jc w:val="right"/>
      </w:pPr>
      <w:r>
        <w:t>کے ہیں، وہ اب ڈیتھ ہو گئی ان کی۔</w:t>
      </w:r>
    </w:p>
    <w:p>
      <w:r>
        <w:rPr>
          <w:b/>
        </w:rPr>
        <w:t xml:space="preserve">[54:42] </w:t>
      </w:r>
      <w:r>
        <w:t>Syed Qutb, Syed Qutb ki kitab hai "America Al-Rai".</w:t>
      </w:r>
    </w:p>
    <w:p>
      <w:pPr>
        <w:jc w:val="right"/>
      </w:pPr>
      <w:r>
        <w:t>سید قطب، سید قطب کی کتاب ہے "امریکہ التی رائے"۔</w:t>
      </w:r>
    </w:p>
    <w:p>
      <w:r>
        <w:rPr>
          <w:b/>
        </w:rPr>
        <w:t xml:space="preserve">[54:48] </w:t>
      </w:r>
      <w:r>
        <w:t>to Syed Qutb gaye thay America, wahan teen saal rahay thay.</w:t>
      </w:r>
    </w:p>
    <w:p>
      <w:pPr>
        <w:jc w:val="right"/>
      </w:pPr>
      <w:r>
        <w:t>تو سید قطب گئے تھے امریکہ، وہاں تین سال رہے تھے۔</w:t>
      </w:r>
    </w:p>
    <w:p>
      <w:r>
        <w:rPr>
          <w:b/>
        </w:rPr>
        <w:t xml:space="preserve">[54:55] </w:t>
      </w:r>
      <w:r>
        <w:t>to teen saal rehnay ke baad unhon ne ek kitab likhi thi jo ghaliban 1950 mein chhapi thi,</w:t>
      </w:r>
    </w:p>
    <w:p>
      <w:pPr>
        <w:jc w:val="right"/>
      </w:pPr>
      <w:r>
        <w:t>تو تین سال رہنے کے بعد انہوں نے ایک کتاب لکھی تھی جو غالباً 1950 میں چھپی تھی،</w:t>
      </w:r>
    </w:p>
    <w:p>
      <w:r>
        <w:rPr>
          <w:b/>
        </w:rPr>
        <w:t xml:space="preserve">[55:02] </w:t>
      </w:r>
      <w:r>
        <w:t>"امریکہ التی رائے" تو یعنی "the America I have seen"۔</w:t>
      </w:r>
    </w:p>
    <w:p>
      <w:pPr>
        <w:jc w:val="right"/>
      </w:pPr>
      <w:r>
        <w:t>"امریکہ التی رائے" تو یعنی "دا امریکہ آئی ہیو اس سین"۔</w:t>
      </w:r>
    </w:p>
    <w:p>
      <w:r>
        <w:rPr>
          <w:b/>
        </w:rPr>
        <w:t xml:space="preserve">[55:09] </w:t>
      </w:r>
      <w:r>
        <w:t>to us kitab mein kya likha hai? unhon ne sirf wahan ke cultural aspect, cultural aspect.</w:t>
      </w:r>
    </w:p>
    <w:p>
      <w:pPr>
        <w:jc w:val="right"/>
      </w:pPr>
      <w:r>
        <w:t>تو اس کتاب میں کیا لکھا ہے؟ انہوں نے صرف وہاں کے کلچرل ایسپیکٹ، کلچرل ایسپیکٹ۔</w:t>
      </w:r>
    </w:p>
    <w:p>
      <w:r>
        <w:rPr>
          <w:b/>
        </w:rPr>
        <w:t xml:space="preserve">[55:16] </w:t>
      </w:r>
      <w:r>
        <w:t>to bas aurtain dress in ka aisa hota hai ke body khuli rehti hai ya sharab peeti hain</w:t>
      </w:r>
    </w:p>
    <w:p>
      <w:pPr>
        <w:jc w:val="right"/>
      </w:pPr>
      <w:r>
        <w:t>تو بس عورتیں ڈریس ان کا ایسا ہوتا ہے کہ باڈی کھلی رہتی ہے یا شراب پیتے ہیں</w:t>
      </w:r>
    </w:p>
    <w:p>
      <w:r>
        <w:rPr>
          <w:b/>
        </w:rPr>
        <w:t xml:space="preserve">[55:22] </w:t>
      </w:r>
      <w:r>
        <w:t>ya dance hota hai un ki majlison mein.</w:t>
      </w:r>
    </w:p>
    <w:p>
      <w:pPr>
        <w:jc w:val="right"/>
      </w:pPr>
      <w:r>
        <w:t>یا ڈانس ہوتا ہے ان کی مجلسوں میں۔</w:t>
      </w:r>
    </w:p>
    <w:p>
      <w:r>
        <w:rPr>
          <w:b/>
        </w:rPr>
        <w:t xml:space="preserve">[55:29] </w:t>
      </w:r>
      <w:r>
        <w:t>to America ke America ke cultural aspect ko liya unhon ne.</w:t>
      </w:r>
    </w:p>
    <w:p>
      <w:pPr>
        <w:jc w:val="right"/>
      </w:pPr>
      <w:r>
        <w:t>تو امریکہ کے امریکہ کے کلچرل ایسپیکٹ کو لیا انہوں نے۔</w:t>
      </w:r>
    </w:p>
    <w:p>
      <w:r>
        <w:rPr>
          <w:b/>
        </w:rPr>
        <w:t xml:space="preserve">[55:36] </w:t>
      </w:r>
      <w:r>
        <w:t>kyun? is liye ke wajah yeh thi ke unhon ne koi khaas yani technical subject par woh parhnay</w:t>
      </w:r>
    </w:p>
    <w:p>
      <w:pPr>
        <w:jc w:val="right"/>
      </w:pPr>
      <w:r>
        <w:t>کیوں؟ اس لیے کہ وجہ یہ تھی کہ انہوں نے کوئی خاص یعنی ٹیکنیکل سبجیکٹ پر وہ پڑھنے</w:t>
      </w:r>
    </w:p>
    <w:p>
      <w:r>
        <w:rPr>
          <w:b/>
        </w:rPr>
        <w:t xml:space="preserve">[55:43] </w:t>
      </w:r>
      <w:r>
        <w:t>gaye thay, woh woh parha unhon ne.</w:t>
      </w:r>
    </w:p>
    <w:p>
      <w:pPr>
        <w:jc w:val="right"/>
      </w:pPr>
      <w:r>
        <w:t>گئے تھے، وہ وہ پڑھا انہوں نے۔</w:t>
      </w:r>
    </w:p>
    <w:p>
      <w:r>
        <w:rPr>
          <w:b/>
        </w:rPr>
        <w:t xml:space="preserve">[55:50] </w:t>
      </w:r>
      <w:r>
        <w:t>baqi jo diya dekha unhon ne, hotel hotel mein, club mein, idhar udhar bas wahi jana.</w:t>
      </w:r>
    </w:p>
    <w:p>
      <w:pPr>
        <w:jc w:val="right"/>
      </w:pPr>
      <w:r>
        <w:t>باقی جو دیا دیکھا انہوں نے، ہوٹل ہوٹل میں، کلب میں، ادھر ادھر بس وہی جانا۔</w:t>
      </w:r>
    </w:p>
    <w:p>
      <w:r>
        <w:rPr>
          <w:b/>
        </w:rPr>
        <w:t xml:space="preserve">[55:56] </w:t>
      </w:r>
      <w:r>
        <w:t>yani western thought ki study nahi ki unhon ne.</w:t>
      </w:r>
    </w:p>
    <w:p>
      <w:pPr>
        <w:jc w:val="right"/>
      </w:pPr>
      <w:r>
        <w:t>یعنی ویسٹرن تھاٹ کی سٹڈی نہیں کی انہوں نے۔</w:t>
      </w:r>
    </w:p>
    <w:p>
      <w:r>
        <w:rPr>
          <w:b/>
        </w:rPr>
        <w:t xml:space="preserve">[56:03] </w:t>
      </w:r>
      <w:r>
        <w:t>ek hai ke America mein jayen to western thought jo hai, us ko parhen.</w:t>
      </w:r>
    </w:p>
    <w:p>
      <w:pPr>
        <w:jc w:val="right"/>
      </w:pPr>
      <w:r>
        <w:t>ایک ہے کہ امریکہ میں جائیں تو ویسٹرن تھاٹ جو ہے، اس کو پڑھیں۔</w:t>
      </w:r>
    </w:p>
    <w:p>
      <w:r>
        <w:rPr>
          <w:b/>
        </w:rPr>
        <w:t xml:space="preserve">[56:10] </w:t>
      </w:r>
      <w:r>
        <w:t>woh nahi parha unhon ne, balkay woh koi technical subject tha, us ko parha unhon ne.</w:t>
      </w:r>
    </w:p>
    <w:p>
      <w:pPr>
        <w:jc w:val="right"/>
      </w:pPr>
      <w:r>
        <w:t>وہ نہیں پڑھا انہوں نے، بلکہ وہ کوئی ٹیکنیکل سبجیکٹ تھا، اس کو پڑھا انہوں نے۔</w:t>
      </w:r>
    </w:p>
    <w:p>
      <w:r>
        <w:rPr>
          <w:b/>
        </w:rPr>
        <w:t xml:space="preserve">[56:17] </w:t>
      </w:r>
      <w:r>
        <w:t>aur phir jo society mein dekha, woh woh chalay aaye wapas.</w:t>
      </w:r>
    </w:p>
    <w:p>
      <w:pPr>
        <w:jc w:val="right"/>
      </w:pPr>
      <w:r>
        <w:t>اور پھر جو سوسائٹی میں دیکھا، وہ وہ چلے آئے واپس۔</w:t>
      </w:r>
    </w:p>
    <w:p>
      <w:r>
        <w:rPr>
          <w:b/>
        </w:rPr>
        <w:t xml:space="preserve">[56:23] </w:t>
      </w:r>
      <w:r>
        <w:t>to ab jab woh un ki kitab koi parhay ga aur us mein dekha ke ke cultural aspect</w:t>
      </w:r>
    </w:p>
    <w:p>
      <w:pPr>
        <w:jc w:val="right"/>
      </w:pPr>
      <w:r>
        <w:t>تو اب جب وہ ان کی کتاب کوئی پڑھے گا اور اس میں دیکھا کہ کہ کلچرل ایسپیکٹ</w:t>
      </w:r>
    </w:p>
    <w:p>
      <w:r>
        <w:rPr>
          <w:b/>
        </w:rPr>
        <w:t xml:space="preserve">[56:30] </w:t>
      </w:r>
      <w:r>
        <w:t>likh rahay hain woh, aur jo asal jo is ki yani is ka jo jo western thought hai,</w:t>
      </w:r>
    </w:p>
    <w:p>
      <w:pPr>
        <w:jc w:val="right"/>
      </w:pPr>
      <w:r>
        <w:t>لکھ رہے ہیں وہ، اور جو اصل جو اس کی یعنی اس کا جو جو ویسٹرن تھاٹ ہے،</w:t>
      </w:r>
    </w:p>
    <w:p>
      <w:r>
        <w:rPr>
          <w:b/>
        </w:rPr>
        <w:t xml:space="preserve">[56:37] </w:t>
      </w:r>
      <w:r>
        <w:t>us par kuch nahi de rahay hain, woh to kaisay dilchaspi hogi? dilchaspi nahi hogi us ko.</w:t>
      </w:r>
    </w:p>
    <w:p>
      <w:pPr>
        <w:jc w:val="right"/>
      </w:pPr>
      <w:r>
        <w:t>اس پر کچھ نہیں دے رہے ہیں، وہ تو کیسے دلچسپی ہوگی؟ دلچسپی نہیں ہوگی اس کو۔</w:t>
      </w:r>
    </w:p>
    <w:p>
      <w:r>
        <w:rPr>
          <w:b/>
        </w:rPr>
        <w:t xml:space="preserve">[56:44] </w:t>
      </w:r>
      <w:r>
        <w:t>ji, aur mein mera muamla yeh hai ke Allah ke fazal se mere ek mizaj mein pehlay se</w:t>
      </w:r>
    </w:p>
    <w:p>
      <w:pPr>
        <w:jc w:val="right"/>
      </w:pPr>
      <w:r>
        <w:t>جی، اور میں میرا معاملہ یہ ہے کہ اللہ کے فضل سے میرے ایک مزاج میں پہلے سے</w:t>
      </w:r>
    </w:p>
    <w:p>
      <w:r>
        <w:rPr>
          <w:b/>
        </w:rPr>
        <w:t xml:space="preserve">[56:51] </w:t>
      </w:r>
      <w:r>
        <w:t>hai ke air relative yani air relative ko alag kar ke relative ko dekhna.</w:t>
      </w:r>
    </w:p>
    <w:p>
      <w:pPr>
        <w:jc w:val="right"/>
      </w:pPr>
      <w:r>
        <w:t>ہے کہ ائر ریلیٹو یعنی ائر ریلیٹو کو الگ کر کے ریلیٹو کو دیکھنا۔</w:t>
      </w:r>
    </w:p>
    <w:p>
      <w:r>
        <w:rPr>
          <w:b/>
        </w:rPr>
        <w:t xml:space="preserve">[56:57] </w:t>
      </w:r>
      <w:r>
        <w:t>is liye mein ne wisdom ki taleem bhi ki hai, definition ke "wisdom is to discover the the</w:t>
      </w:r>
    </w:p>
    <w:p>
      <w:pPr>
        <w:jc w:val="right"/>
      </w:pPr>
      <w:r>
        <w:t>اس لیے میں نے وزڈم کی تعلیم بھی کی ہے، ڈیفینیشن کہ "وزڈم از ٹو ڈسکور دا دا</w:t>
      </w:r>
    </w:p>
    <w:p>
      <w:r>
        <w:rPr>
          <w:b/>
        </w:rPr>
        <w:t xml:space="preserve">[57:04] </w:t>
      </w:r>
      <w:r>
        <w:t>relative by sorting out air relative".</w:t>
      </w:r>
    </w:p>
    <w:p>
      <w:pPr>
        <w:jc w:val="right"/>
      </w:pPr>
      <w:r>
        <w:t>ریلیٹو بائی سارٹنگ آؤٹ ائر ریلیٹو"۔</w:t>
      </w:r>
    </w:p>
    <w:p>
      <w:r>
        <w:rPr>
          <w:b/>
        </w:rPr>
        <w:t xml:space="preserve">[57:11] </w:t>
      </w:r>
      <w:r>
        <w:t>to mein kal mein bhi culture ko dekha, wahan gaya to mein bhi culture ko dekha.</w:t>
      </w:r>
    </w:p>
    <w:p>
      <w:pPr>
        <w:jc w:val="right"/>
      </w:pPr>
      <w:r>
        <w:t>تو میں کل میں بھی کلچر کو دیکھا، وہاں گیا تو میں بھی کلچر کو دیکھا۔</w:t>
      </w:r>
    </w:p>
    <w:p>
      <w:r>
        <w:rPr>
          <w:b/>
        </w:rPr>
        <w:t xml:space="preserve">[57:18] </w:t>
      </w:r>
      <w:r>
        <w:t>mein ne dekhein, culture mujhe laga ke yeh yeh to is ka izafi per asal per woh yeh</w:t>
      </w:r>
    </w:p>
    <w:p>
      <w:pPr>
        <w:jc w:val="right"/>
      </w:pPr>
      <w:r>
        <w:t>میں نے دیکھیں، کلچر مجھے لگا کہ یہ یہ تو اس کا اضافی پر اصل پر وہ یہ</w:t>
      </w:r>
    </w:p>
    <w:p>
      <w:r>
        <w:rPr>
          <w:b/>
        </w:rPr>
        <w:t xml:space="preserve">[57:25] </w:t>
      </w:r>
      <w:r>
        <w:t>nahi hai, is ka is per woh nahi hai jo culture hai is ka.</w:t>
      </w:r>
    </w:p>
    <w:p>
      <w:pPr>
        <w:jc w:val="right"/>
      </w:pPr>
      <w:r>
        <w:t>نہیں ہے، اس کا اس پر وہ نہیں ہے جو کلچر ہے اس کا۔</w:t>
      </w:r>
    </w:p>
    <w:p>
      <w:r>
        <w:rPr>
          <w:b/>
        </w:rPr>
        <w:t xml:space="preserve">[57:31] </w:t>
      </w:r>
      <w:r>
        <w:t>to mein ne kitabein parhein aur is ka jo real aspect hai, is ko janne ki koshish ki.</w:t>
      </w:r>
    </w:p>
    <w:p>
      <w:pPr>
        <w:jc w:val="right"/>
      </w:pPr>
      <w:r>
        <w:t>تو میں نے کتابیں پڑھیں اور اس کا جو ریئل ایسپیکٹ ہے، اس کو جاننے کی کوشش کی۔</w:t>
      </w:r>
    </w:p>
    <w:p>
      <w:r>
        <w:rPr>
          <w:b/>
        </w:rPr>
        <w:t xml:space="preserve">[57:38] </w:t>
      </w:r>
      <w:r>
        <w:t>to meri kitabein logon ko jab parte hain, woh to reality reality ke mutabiq hoti hai, woh kitab</w:t>
      </w:r>
    </w:p>
    <w:p>
      <w:pPr>
        <w:jc w:val="right"/>
      </w:pPr>
      <w:r>
        <w:t>تو میری کتابیں لوگوں کو جب پڑھتے ہیں، وہ تو ریلیٹی ریلیٹی کے مطابق ہوتی ہے، وہ کتاب</w:t>
      </w:r>
    </w:p>
    <w:p>
      <w:r>
        <w:rPr>
          <w:b/>
        </w:rPr>
        <w:t xml:space="preserve">[57:45] </w:t>
      </w:r>
      <w:r>
        <w:t>reality ke mutabiq.</w:t>
      </w:r>
    </w:p>
    <w:p>
      <w:pPr>
        <w:jc w:val="right"/>
      </w:pPr>
      <w:r>
        <w:t>ریلیٹی کے مطابق۔</w:t>
      </w:r>
    </w:p>
    <w:p>
      <w:r>
        <w:rPr>
          <w:b/>
        </w:rPr>
        <w:t xml:space="preserve">[57:52] </w:t>
      </w:r>
      <w:r>
        <w:t>aur doosron ki parte hain to woh lagta hai ke yeh to yani sahi picture hi nahi hai.</w:t>
      </w:r>
    </w:p>
    <w:p>
      <w:pPr>
        <w:jc w:val="right"/>
      </w:pPr>
      <w:r>
        <w:t>اور دوسروں کی پڑھتے ہیں تو وہ لگتا ہے کہ یہ تو یعنی صحیح پکچر ہی نہیں ہے۔</w:t>
      </w:r>
    </w:p>
    <w:p>
      <w:r>
        <w:rPr>
          <w:b/>
        </w:rPr>
        <w:t xml:space="preserve">[57:59] </w:t>
      </w:r>
      <w:r>
        <w:t>ji, maulana sahib, you give a lot of emphasis on dawah work, that one of the main duties of muslims is to do dawah work. why do you say that?</w:t>
      </w:r>
    </w:p>
    <w:p>
      <w:pPr>
        <w:jc w:val="right"/>
      </w:pPr>
      <w:r>
        <w:t>جی، مولانا صاحب، یو گیو ا لاٹ اف ایمفسز ان داوا ورک، دیٹ ون اف دا مین ڈیوٹیز اف مسلمز از ٹو ڈو داوا ورک۔ وائی ڈیو یو سے دیٹ؟</w:t>
      </w:r>
    </w:p>
    <w:p>
      <w:r>
        <w:rPr>
          <w:b/>
        </w:rPr>
        <w:t xml:space="preserve">[58:11] </w:t>
      </w:r>
      <w:r>
        <w:t>dekhiye, aap quran ko parhiye to ek to yeh rahega quran mein ke namaz parho, zakat do,</w:t>
      </w:r>
    </w:p>
    <w:p>
      <w:pPr>
        <w:jc w:val="right"/>
      </w:pPr>
      <w:r>
        <w:t>دیکھیے، آپ قرآن کو پڑھیے تو ایک تو یہ رہے گا قرآن میں کہ نماز پڑھو، زکوۃ دو،</w:t>
      </w:r>
    </w:p>
    <w:p>
      <w:r>
        <w:rPr>
          <w:b/>
        </w:rPr>
        <w:t xml:space="preserve">[58:16] </w:t>
      </w:r>
      <w:r>
        <w:t>hajj karo waghera.</w:t>
      </w:r>
    </w:p>
    <w:p>
      <w:pPr>
        <w:jc w:val="right"/>
      </w:pPr>
      <w:r>
        <w:t>حج کرو وغیرہ۔</w:t>
      </w:r>
    </w:p>
    <w:p>
      <w:r>
        <w:rPr>
          <w:b/>
        </w:rPr>
        <w:t xml:space="preserve">[58:21] </w:t>
      </w:r>
      <w:r>
        <w:t>yeh musalman ki apni duty hai.</w:t>
      </w:r>
    </w:p>
    <w:p>
      <w:pPr>
        <w:jc w:val="right"/>
      </w:pPr>
      <w:r>
        <w:t>یہ مسلمان کی اپنی ڈیوٹی ہے۔</w:t>
      </w:r>
    </w:p>
    <w:p>
      <w:r>
        <w:rPr>
          <w:b/>
        </w:rPr>
        <w:t xml:space="preserve">[58:26] </w:t>
      </w:r>
      <w:r>
        <w:t>doosra yeh hai quran mein ke "wakadhalik jaalnaakum ummatan wasatan litakuna shuhadaa'a 'alan naasi wakuna rasoolan 'alaykum shaheeda".</w:t>
      </w:r>
    </w:p>
    <w:p>
      <w:pPr>
        <w:jc w:val="right"/>
      </w:pPr>
      <w:r>
        <w:t>دوسرا یہ ہے قرآن میں کہ "وکذالک جعلناکم امت وسطا لتکون شہداء الناس وکل رسول علیکم شہیدا"۔</w:t>
      </w:r>
    </w:p>
    <w:p>
      <w:r>
        <w:rPr>
          <w:b/>
        </w:rPr>
        <w:t xml:space="preserve">[58:31] </w:t>
      </w:r>
      <w:r>
        <w:t>yani musalman ko ummat e muslema ko quran ne ummat e wasat rakha hai, bataya ummat e wasat yani beech ki</w:t>
      </w:r>
    </w:p>
    <w:p>
      <w:pPr>
        <w:jc w:val="right"/>
      </w:pPr>
      <w:r>
        <w:t>یعنی مسلمان کو امت مسلمہ کو قرآن نے امت وسط رکھا ہے، بتایا امت وسط یعنی بیچ کی</w:t>
      </w:r>
    </w:p>
    <w:p>
      <w:r>
        <w:rPr>
          <w:b/>
        </w:rPr>
        <w:t xml:space="preserve">[58:36] </w:t>
      </w:r>
      <w:r>
        <w:t>beech ki ummat, middle ummat, middle community.</w:t>
      </w:r>
    </w:p>
    <w:p>
      <w:pPr>
        <w:jc w:val="right"/>
      </w:pPr>
      <w:r>
        <w:t>بیچ کی امت، مڈل امت، مڈل کمیونٹی۔</w:t>
      </w:r>
    </w:p>
    <w:p>
      <w:r>
        <w:rPr>
          <w:b/>
        </w:rPr>
        <w:t xml:space="preserve">[58:42] </w:t>
      </w:r>
      <w:r>
        <w:t>yani middle sense mein ke rasool aur doosri nations ke beech mein hain insan.</w:t>
      </w:r>
    </w:p>
    <w:p>
      <w:pPr>
        <w:jc w:val="right"/>
      </w:pPr>
      <w:r>
        <w:t>یعنی مڈل سینس میں کہ رسول اور دوسری نیشنز کے بیچ میں ہیں انسان۔</w:t>
      </w:r>
    </w:p>
    <w:p>
      <w:r>
        <w:rPr>
          <w:b/>
        </w:rPr>
        <w:t xml:space="preserve">[58:47] </w:t>
      </w:r>
      <w:r>
        <w:t>rasool se in ko sachai mili hai, is ko to insanon tak pahunchana hai.</w:t>
      </w:r>
    </w:p>
    <w:p>
      <w:pPr>
        <w:jc w:val="right"/>
      </w:pPr>
      <w:r>
        <w:t>رسول سے ان کو سچائی ملی ہے، اس کو تو انسانوں تک پہنچانا ہے۔</w:t>
      </w:r>
    </w:p>
    <w:p>
      <w:r>
        <w:rPr>
          <w:b/>
        </w:rPr>
        <w:t xml:space="preserve">[58:52] </w:t>
      </w:r>
      <w:r>
        <w:t>is sense mein woh middle community hai, ummat e wasat hai.</w:t>
      </w:r>
    </w:p>
    <w:p>
      <w:pPr>
        <w:jc w:val="right"/>
      </w:pPr>
      <w:r>
        <w:t>اس سینس میں وہ مڈل کمیونٹی ہے، امت وسط ہے۔</w:t>
      </w:r>
    </w:p>
    <w:p>
      <w:r>
        <w:rPr>
          <w:b/>
        </w:rPr>
        <w:t xml:space="preserve">[58:57] </w:t>
      </w:r>
      <w:r>
        <w:t>to itni bari zimmedari hai, to bohat hi bari zimmedari ho gayi hai ke hum beech</w:t>
      </w:r>
    </w:p>
    <w:p>
      <w:pPr>
        <w:jc w:val="right"/>
      </w:pPr>
      <w:r>
        <w:t>تو اتنی بڑی ذمہ داری ہے، تو بہت ہی بڑی ذمہ داری ہو گئی ہے کہ ہم بیچ</w:t>
      </w:r>
    </w:p>
    <w:p>
      <w:r>
        <w:rPr>
          <w:b/>
        </w:rPr>
        <w:t xml:space="preserve">[59:02] </w:t>
      </w:r>
      <w:r>
        <w:t>ki ummat hain.</w:t>
      </w:r>
    </w:p>
    <w:p>
      <w:pPr>
        <w:jc w:val="right"/>
      </w:pPr>
      <w:r>
        <w:t>کی امت ہیں۔</w:t>
      </w:r>
    </w:p>
    <w:p>
      <w:r>
        <w:rPr>
          <w:b/>
        </w:rPr>
        <w:t xml:space="preserve">[59:07] </w:t>
      </w:r>
      <w:r>
        <w:t>agar hum agar hum dawat ka kaam na karein, tab to phir hum rasool Allah ki ummati mein</w:t>
      </w:r>
    </w:p>
    <w:p>
      <w:pPr>
        <w:jc w:val="right"/>
      </w:pPr>
      <w:r>
        <w:t>اگر ہم اگر ہم دعوت کا کام نہ کریں، تب تو پھر ہم رسول اللہ کی امتی میں</w:t>
      </w:r>
    </w:p>
    <w:p>
      <w:r>
        <w:rPr>
          <w:b/>
        </w:rPr>
        <w:t xml:space="preserve">[59:13] </w:t>
      </w:r>
      <w:r>
        <w:t>shamil nahi rahengay.</w:t>
      </w:r>
    </w:p>
    <w:p>
      <w:pPr>
        <w:jc w:val="right"/>
      </w:pPr>
      <w:r>
        <w:t>شامل نہیں رہیں گے۔</w:t>
      </w:r>
    </w:p>
    <w:p>
      <w:r>
        <w:rPr>
          <w:b/>
        </w:rPr>
        <w:t xml:space="preserve">[59:18] </w:t>
      </w:r>
      <w:r>
        <w:t>ummat isi liye hain, hum rasool Allah ki ummat, ummat e mohammadi ke hum ne rasool Allah se jo</w:t>
      </w:r>
    </w:p>
    <w:p>
      <w:pPr>
        <w:jc w:val="right"/>
      </w:pPr>
      <w:r>
        <w:t>امت اسی لیے ہیں، ہم رسول اللہ کی امت، امت محمدی کہ ہم نے رسول اللہ سے جو</w:t>
      </w:r>
    </w:p>
    <w:p>
      <w:r>
        <w:rPr>
          <w:b/>
        </w:rPr>
        <w:t xml:space="preserve">[59:23] </w:t>
      </w:r>
      <w:r>
        <w:t>paya, is ko dost tak pahunchaya hai.</w:t>
      </w:r>
    </w:p>
    <w:p>
      <w:pPr>
        <w:jc w:val="right"/>
      </w:pPr>
      <w:r>
        <w:t>پایا، اس کو دوست تک پہنچایا ہے۔</w:t>
      </w:r>
    </w:p>
    <w:p>
      <w:r>
        <w:rPr>
          <w:b/>
        </w:rPr>
        <w:t xml:space="preserve">[59:28] </w:t>
      </w:r>
      <w:r>
        <w:t>lekin to agar dawat ka kaam na karein hum, to hamari woh hesiyat hi khatam ho jati hai,</w:t>
      </w:r>
    </w:p>
    <w:p>
      <w:pPr>
        <w:jc w:val="right"/>
      </w:pPr>
      <w:r>
        <w:t>لیکن تو اگر دعوت کا کام نہ کریں ہم، تو ہماری وہ حیثیت ہی ختم ہو جاتی ہے،</w:t>
      </w:r>
    </w:p>
    <w:p>
      <w:r>
        <w:rPr>
          <w:b/>
        </w:rPr>
        <w:t xml:space="preserve">[59:33] </w:t>
      </w:r>
      <w:r>
        <w:t>ummat e mohammadi ki hesiyat.</w:t>
      </w:r>
    </w:p>
    <w:p>
      <w:pPr>
        <w:jc w:val="right"/>
      </w:pPr>
      <w:r>
        <w:t>امت محمدی کی حیثیت۔</w:t>
      </w:r>
    </w:p>
    <w:p>
      <w:r>
        <w:rPr>
          <w:b/>
        </w:rPr>
        <w:t xml:space="preserve">[59:38] </w:t>
      </w:r>
      <w:r>
        <w:t>to is liye bohat serious baat hai yeh.</w:t>
      </w:r>
    </w:p>
    <w:p>
      <w:pPr>
        <w:jc w:val="right"/>
      </w:pPr>
      <w:r>
        <w:t>تو اس لیے بہت سیریس بات ہے یہ۔</w:t>
      </w:r>
    </w:p>
    <w:p>
      <w:r>
        <w:rPr>
          <w:b/>
        </w:rPr>
        <w:t xml:space="preserve">[59:44] </w:t>
      </w:r>
      <w:r>
        <w:t>ji, maulana sahib, you have turned 91 this year and mashallah, you are very active. you write on a continuous basis, you give lectures. what is the secret of your good health and undying enthusiasm? we would all like to know from you.</w:t>
      </w:r>
    </w:p>
    <w:p>
      <w:pPr>
        <w:jc w:val="right"/>
      </w:pPr>
      <w:r>
        <w:t>جی، مولانا صاحب، یو ہیو ٹرنڈ 91 دس ایئر اینڈ ماشاءاللہ، یو آر ویری ایکٹیو۔ یو رائٹ ان ا کنٹینیوس بیسز، یو گیو لیکچرز۔ واٹ از دی سیکرٹ اف یور گڈ ہیلتھ اینڈ ان ڈائنگ انتھوزیازم؟ وی وڈ ال لائک ٹو نو فرام یو۔</w:t>
      </w:r>
    </w:p>
    <w:p>
      <w:r>
        <w:rPr>
          <w:b/>
        </w:rPr>
        <w:t xml:space="preserve">[1:00:06] </w:t>
      </w:r>
      <w:r>
        <w:t>mein bas samajhta hoon ke mein aakhri had tak positive aadmi hoon, ek yani negative thinking ka idea</w:t>
      </w:r>
    </w:p>
    <w:p>
      <w:pPr>
        <w:jc w:val="right"/>
      </w:pPr>
      <w:r>
        <w:t>میں بس سمجھتا ہوں کہ میں آخری حد تک پازیٹیو آدمی ہوں، ایک یعنی نیگیٹیو تھنکنگ کا آئیڈیا</w:t>
      </w:r>
    </w:p>
    <w:p>
      <w:r>
        <w:rPr>
          <w:b/>
        </w:rPr>
        <w:t xml:space="preserve">[1:00:11] </w:t>
      </w:r>
      <w:r>
        <w:t>bhi mere andar nahi hai.</w:t>
      </w:r>
    </w:p>
    <w:p>
      <w:pPr>
        <w:jc w:val="right"/>
      </w:pPr>
      <w:r>
        <w:t>بھی میرے اندر نہیں ہے۔</w:t>
      </w:r>
    </w:p>
    <w:p>
      <w:r>
        <w:rPr>
          <w:b/>
        </w:rPr>
        <w:t xml:space="preserve">[1:00:17] </w:t>
      </w:r>
      <w:r>
        <w:t>aur yeh meri yeh meri strength hai, yeh meri taqat hai.</w:t>
      </w:r>
    </w:p>
    <w:p>
      <w:pPr>
        <w:jc w:val="right"/>
      </w:pPr>
      <w:r>
        <w:t>اور یہ میری یہ میری سٹرینتھ ہے، یہ میری طاقت ہے۔</w:t>
      </w:r>
    </w:p>
    <w:p>
      <w:r>
        <w:rPr>
          <w:b/>
        </w:rPr>
        <w:t xml:space="preserve">[1:00:22] </w:t>
      </w:r>
      <w:r>
        <w:t>aap mera operation karein to mere body mein kahin aik aik zara barabar bhi negativity nahi milegi.</w:t>
      </w:r>
    </w:p>
    <w:p>
      <w:pPr>
        <w:jc w:val="right"/>
      </w:pPr>
      <w:r>
        <w:t>آپ میرا آپریشن کریں تو میرے باڈی میں کہیں ایک ایک ذرہ برابر بھی نیگیٹیوٹی نہیں ملے گی۔</w:t>
      </w:r>
    </w:p>
    <w:p>
      <w:r>
        <w:rPr>
          <w:b/>
        </w:rPr>
        <w:t xml:space="preserve">[1:00:28] </w:t>
      </w:r>
      <w:r>
        <w:t>jaise mein aaj ki baat batata hoon aap ko, mein sochta rehta hoon, sochta rehta hoon.</w:t>
      </w:r>
    </w:p>
    <w:p>
      <w:pPr>
        <w:jc w:val="right"/>
      </w:pPr>
      <w:r>
        <w:t>جیسے میں آج کی بات بتاتا ہوں آپ کو، میں سوچتا رہتا ہوں، سوچتا رہتا ہوں۔</w:t>
      </w:r>
    </w:p>
    <w:p>
      <w:r>
        <w:rPr>
          <w:b/>
        </w:rPr>
        <w:t xml:space="preserve">[1:00:34] </w:t>
      </w:r>
      <w:r>
        <w:t>aik aadmi jo jis ko mein samajhta tha ke woh mera dushman hai, aur sab log us ko</w:t>
      </w:r>
    </w:p>
    <w:p>
      <w:pPr>
        <w:jc w:val="right"/>
      </w:pPr>
      <w:r>
        <w:t>ایک آدمی جو جس کو میں سمجھتا تھا کہ وہ میرا دشمن ہے، اور سب لوگ اس کو</w:t>
      </w:r>
    </w:p>
    <w:p>
      <w:r>
        <w:rPr>
          <w:b/>
        </w:rPr>
        <w:t xml:space="preserve">[1:00:39] </w:t>
      </w:r>
      <w:r>
        <w:t>samajhte hain ke woh mera dushman hai, aaj mein ne discover kiya ke woh mera bohat bara yani supporter hai.</w:t>
      </w:r>
    </w:p>
    <w:p>
      <w:pPr>
        <w:jc w:val="right"/>
      </w:pPr>
      <w:r>
        <w:t>سمجھتے ہیں کہ وہ میرا دشمن ہے، آج میں نے ڈسکور کیا کہ وہ میرا بہت بڑا یعنی سپورٹر ہے۔</w:t>
      </w:r>
    </w:p>
    <w:p>
      <w:r>
        <w:rPr>
          <w:b/>
        </w:rPr>
        <w:t xml:space="preserve">[1:00:45] </w:t>
      </w:r>
      <w:r>
        <w:t>woh aadmi to mein us ki dua karein, us ke liye dua karne laga.</w:t>
      </w:r>
    </w:p>
    <w:p>
      <w:pPr>
        <w:jc w:val="right"/>
      </w:pPr>
      <w:r>
        <w:t>وہ آدمی تو میں اس کی دعا کریں، اس کے لیے دعا کرنے لگا۔</w:t>
      </w:r>
    </w:p>
    <w:p>
      <w:r>
        <w:rPr>
          <w:b/>
        </w:rPr>
        <w:t xml:space="preserve">[1:00:51] </w:t>
      </w:r>
      <w:r>
        <w:t>yani aaj ki baat kar raha hoon ji ke khuda us ko to jannat mein jagah de.</w:t>
      </w:r>
    </w:p>
    <w:p>
      <w:pPr>
        <w:jc w:val="right"/>
      </w:pPr>
      <w:r>
        <w:t>یعنی آج کی بات کر رہا ہوں جی کہ خدا اس کو تو جنت میں جگہ دے۔</w:t>
      </w:r>
    </w:p>
    <w:p>
      <w:r>
        <w:rPr>
          <w:b/>
        </w:rPr>
        <w:t xml:space="preserve">[1:00:56] </w:t>
      </w:r>
      <w:r>
        <w:t>to mein itna zyada positive hoon ke ab mein dushman ko bhi wapas yani samajhta hoon ke us</w:t>
      </w:r>
    </w:p>
    <w:p>
      <w:pPr>
        <w:jc w:val="right"/>
      </w:pPr>
      <w:r>
        <w:t>تو میں اتنا زیادہ پازیٹیو ہوں کہ اب میں دشمن کو بھی واپس یعنی سمجھتا ہوں کہ اس</w:t>
      </w:r>
    </w:p>
    <w:p>
      <w:r>
        <w:rPr>
          <w:b/>
        </w:rPr>
        <w:t xml:space="preserve">[1:01:02] </w:t>
      </w:r>
      <w:r>
        <w:t>ka bhi mere jitne bhi aik role hai.</w:t>
      </w:r>
    </w:p>
    <w:p>
      <w:pPr>
        <w:jc w:val="right"/>
      </w:pPr>
      <w:r>
        <w:t>کا بھی میرے جتنے بھی ایک رول ہے۔</w:t>
      </w:r>
    </w:p>
    <w:p>
      <w:r>
        <w:rPr>
          <w:b/>
        </w:rPr>
        <w:t xml:space="preserve">[1:01:08] </w:t>
      </w:r>
      <w:r>
        <w:t>to negativity se bilkul mein yani khali hoon.</w:t>
      </w:r>
    </w:p>
    <w:p>
      <w:pPr>
        <w:jc w:val="right"/>
      </w:pPr>
      <w:r>
        <w:t>تو نیگیٹیوٹی سے بالکل میں یعنی خالی ہوں۔</w:t>
      </w:r>
    </w:p>
    <w:p>
      <w:r>
        <w:rPr>
          <w:b/>
        </w:rPr>
        <w:t xml:space="preserve">[1:01:13] </w:t>
      </w:r>
      <w:r>
        <w:t>meri meri mere personality mein siwaye positivity aur kuch bhi nahi hai.</w:t>
      </w:r>
    </w:p>
    <w:p>
      <w:pPr>
        <w:jc w:val="right"/>
      </w:pPr>
      <w:r>
        <w:t>میری میری میرے پرسنیلٹی میں سوائے پازیٹیوٹی اور کچھ بھی نہیں ہے۔</w:t>
      </w:r>
    </w:p>
    <w:p>
      <w:r>
        <w:rPr>
          <w:b/>
        </w:rPr>
        <w:t xml:space="preserve">[1:01:19] </w:t>
      </w:r>
      <w:r>
        <w:t>yehi meri strength hai.</w:t>
      </w:r>
    </w:p>
    <w:p>
      <w:pPr>
        <w:jc w:val="right"/>
      </w:pPr>
      <w:r>
        <w:t>یہی میری سٹرینتھ ہے۔</w:t>
      </w:r>
    </w:p>
    <w:p>
      <w:r>
        <w:rPr>
          <w:b/>
        </w:rPr>
        <w:t xml:space="preserve">[1:01:25] </w:t>
      </w:r>
      <w:r>
        <w:t>ji, maulana sahib, thank you so much for your time today, and we pray to god almighty that he gives you a very long and healthy life, so that you keep on guiding the entire humanity. entire humanity needs you today. thank you for watching the question answer series of cps international. how did you find today question answer session? please write to us with your feedback and your inputs on info at cpsglobal.org. we'll be back next saturday same time. thank you.</w:t>
      </w:r>
    </w:p>
    <w:p>
      <w:pPr>
        <w:jc w:val="right"/>
      </w:pPr>
      <w:r>
        <w:t>جی، مولانا صاحب، تھینک یو سو مچ فار یور ٹائم ٹوڈے، اینڈ وی پری ٹو گاڈ المائٹی دیٹ ہی گیوز یو ا ویری لانگ اینڈ ہیلدی لائف، سو دیٹ یو کیپ ان گائیڈنگ دی انٹائر ہیومینٹی۔ انٹائر ہیومینٹی نیڈز یو ٹوڈے۔ تھینک یو فار واچنگ دی کوئسچن انسر سیریز اف سی پی ایس انٹرنیشنل۔ ہاؤ ڈیڈ یو فائنڈ ٹوڈے کوئسچن انسر سیشن؟ پلیز رائٹ ٹو اس ود یور فیڈ بیک اینڈ یور انپٹس ان انفو ایٹ سی پی ایس گلوبل ڈاٹ او آر جی۔ وی بی بیک نیکسٹ سیٹرڈے سیم ٹائم۔ تھینک 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