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Paradise September 18, 2016</w:t>
      </w:r>
    </w:p>
    <w:p>
      <w:r>
        <w:t>https://www.youtube.com/watch?v=R2kZlD0PbGQ</w:t>
      </w:r>
    </w:p>
    <w:p>
      <w:r>
        <w:rPr>
          <w:b/>
        </w:rPr>
        <w:t xml:space="preserve">[00:14] </w:t>
      </w:r>
      <w:r>
        <w:t>bismillah rahman rahim, wa sali Allah ala nabiyil karim.</w:t>
      </w:r>
    </w:p>
    <w:p>
      <w:pPr>
        <w:jc w:val="right"/>
      </w:pPr>
      <w:r>
        <w:t>بسم اللہ الرحمن الرحیم، وصلی اللہ علی نبی الکریم۔</w:t>
      </w:r>
    </w:p>
    <w:p>
      <w:r>
        <w:rPr>
          <w:b/>
        </w:rPr>
        <w:t xml:space="preserve">[00:20]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[00:27] </w:t>
      </w:r>
      <w:r>
        <w:t>18 sitembar 2016.</w:t>
      </w:r>
    </w:p>
    <w:p>
      <w:pPr>
        <w:jc w:val="right"/>
      </w:pPr>
      <w:r>
        <w:t>18 ستمبر 2016۔</w:t>
      </w:r>
    </w:p>
    <w:p>
      <w:r>
        <w:rPr>
          <w:b/>
        </w:rPr>
        <w:t xml:space="preserve">[00:33] </w:t>
      </w:r>
      <w:r>
        <w:t>aaj mujhe jannat ka jo aqeedah hai, us ke baray mein kuch kehna hai.</w:t>
      </w:r>
    </w:p>
    <w:p>
      <w:pPr>
        <w:jc w:val="right"/>
      </w:pPr>
      <w:r>
        <w:t>آج مجھے جنت کا جو عقیدہ ہے، اس کے بارے میں کچھ کہنا ہے۔</w:t>
      </w:r>
    </w:p>
    <w:p>
      <w:r>
        <w:rPr>
          <w:b/>
        </w:rPr>
        <w:t xml:space="preserve">[00:40] </w:t>
      </w:r>
      <w:r>
        <w:t>aaj mujhe aik hadith yaad aayi.</w:t>
      </w:r>
    </w:p>
    <w:p>
      <w:pPr>
        <w:jc w:val="right"/>
      </w:pPr>
      <w:r>
        <w:t>آج مجھے ایک حدیث یاد آئی۔</w:t>
      </w:r>
    </w:p>
    <w:p>
      <w:r>
        <w:rPr>
          <w:b/>
        </w:rPr>
        <w:t xml:space="preserve">[00:46] </w:t>
      </w:r>
      <w:r>
        <w:t>rasool Allah salallahu alaihi wasallam ke zamane mein aik ghazwa hua tha, uhud.</w:t>
      </w:r>
    </w:p>
    <w:p>
      <w:pPr>
        <w:jc w:val="right"/>
      </w:pPr>
      <w:r>
        <w:t>رسول اللہ صلی اللہ علیہ وسلم کے زمانے میں ایک غزوہ ہوا تھا، احد۔</w:t>
      </w:r>
    </w:p>
    <w:p>
      <w:r>
        <w:rPr>
          <w:b/>
        </w:rPr>
        <w:t xml:space="preserve">[00:53] </w:t>
      </w:r>
      <w:r>
        <w:t>uhud madina se taqreeban 3 mil ke faasley par aik pahaad hai.</w:t>
      </w:r>
    </w:p>
    <w:p>
      <w:pPr>
        <w:jc w:val="right"/>
      </w:pPr>
      <w:r>
        <w:t>احد مدینہ سے تقریباً 3 میل کے فاصلے پر ایک پہاڑ ہے۔</w:t>
      </w:r>
    </w:p>
    <w:p>
      <w:r>
        <w:rPr>
          <w:b/>
        </w:rPr>
        <w:t xml:space="preserve">[00:59] </w:t>
      </w:r>
      <w:r>
        <w:t>to sahaba wahan ekhatta hue.</w:t>
      </w:r>
    </w:p>
    <w:p>
      <w:pPr>
        <w:jc w:val="right"/>
      </w:pPr>
      <w:r>
        <w:t>تو صحابہ وہاں اکٹھا ہوئے۔</w:t>
      </w:r>
    </w:p>
    <w:p>
      <w:r>
        <w:rPr>
          <w:b/>
        </w:rPr>
        <w:t xml:space="preserve">[01:06] </w:t>
      </w:r>
      <w:r>
        <w:t>to riwayat mein aata hai ke aik sahabi ne kaha tha us waqt: "ani ajdu rih al-jannah duna uhud".</w:t>
      </w:r>
    </w:p>
    <w:p>
      <w:pPr>
        <w:jc w:val="right"/>
      </w:pPr>
      <w:r>
        <w:t>تو روایات میں آتا ہے کہ ایک صحابی نے کہا تھا اس وقت: "انی اجد ریح الجنہ دون احد"۔</w:t>
      </w:r>
    </w:p>
    <w:p>
      <w:r>
        <w:rPr>
          <w:b/>
        </w:rPr>
        <w:t xml:space="preserve">[01:12] </w:t>
      </w:r>
      <w:r>
        <w:t>yani mein uhud ke is paar jannat ki khushboo pa raha hoon.</w:t>
      </w:r>
    </w:p>
    <w:p>
      <w:pPr>
        <w:jc w:val="right"/>
      </w:pPr>
      <w:r>
        <w:t>یعنی میں احد کے اس پار جنت کی خوشبو پا رہا ہوں۔</w:t>
      </w:r>
    </w:p>
    <w:p>
      <w:r>
        <w:rPr>
          <w:b/>
        </w:rPr>
        <w:t xml:space="preserve">[01:19] </w:t>
      </w:r>
      <w:r>
        <w:t>to dekhein, yeh kisi aik insaan ka waqia nahi hai.</w:t>
      </w:r>
    </w:p>
    <w:p>
      <w:pPr>
        <w:jc w:val="right"/>
      </w:pPr>
      <w:r>
        <w:t>تو دیکھیں، یہ کسی ایک انسان کا واقعہ نہیں ہے۔</w:t>
      </w:r>
    </w:p>
    <w:p>
      <w:r>
        <w:rPr>
          <w:b/>
        </w:rPr>
        <w:t xml:space="preserve">[01:25] </w:t>
      </w:r>
      <w:r>
        <w:t>yeh dunya mein har waqia universal hota hai.</w:t>
      </w:r>
    </w:p>
    <w:p>
      <w:pPr>
        <w:jc w:val="right"/>
      </w:pPr>
      <w:r>
        <w:t>یہ دنیا میں ہر واقعہ یونیورسل ہوتا ہے۔</w:t>
      </w:r>
    </w:p>
    <w:p>
      <w:r>
        <w:rPr>
          <w:b/>
        </w:rPr>
        <w:t xml:space="preserve">[01:32] </w:t>
      </w:r>
      <w:r>
        <w:t>yeh dunya mein har waqea universal hota hai.</w:t>
      </w:r>
    </w:p>
    <w:p>
      <w:pPr>
        <w:jc w:val="right"/>
      </w:pPr>
      <w:r>
        <w:t>یہ دنیا میں ہر واقعہ یونیورسل ہوتا ہے۔</w:t>
      </w:r>
    </w:p>
    <w:p>
      <w:r>
        <w:rPr>
          <w:b/>
        </w:rPr>
        <w:t xml:space="preserve">[01:39] </w:t>
      </w:r>
      <w:r>
        <w:t>yeh qaul bhi universal hai.</w:t>
      </w:r>
    </w:p>
    <w:p>
      <w:pPr>
        <w:jc w:val="right"/>
      </w:pPr>
      <w:r>
        <w:t>یہ قول بھی یونیورسل ہے۔</w:t>
      </w:r>
    </w:p>
    <w:p>
      <w:r>
        <w:rPr>
          <w:b/>
        </w:rPr>
        <w:t xml:space="preserve">[01:45] </w:t>
      </w:r>
      <w:r>
        <w:t>haqeeqat hai ke har aadmi, har aadmi, har aadmi jee raha hai isi ehsaas mein ke zindagi ke</w:t>
      </w:r>
    </w:p>
    <w:p>
      <w:pPr>
        <w:jc w:val="right"/>
      </w:pPr>
      <w:r>
        <w:t>حقیقت ہے کہ ہر آدمی، ہر آدمی، ہر آدمی جی رہا ہے اسی احساس میں کہ زندگی کے</w:t>
      </w:r>
    </w:p>
    <w:p>
      <w:r>
        <w:rPr>
          <w:b/>
        </w:rPr>
        <w:t xml:space="preserve">[01:52] </w:t>
      </w:r>
      <w:r>
        <w:t>is paar shayad jannat hai.</w:t>
      </w:r>
    </w:p>
    <w:p>
      <w:pPr>
        <w:jc w:val="right"/>
      </w:pPr>
      <w:r>
        <w:t>اس پار شاید جنت ہے۔</w:t>
      </w:r>
    </w:p>
    <w:p>
      <w:r>
        <w:rPr>
          <w:b/>
        </w:rPr>
        <w:t xml:space="preserve">[01:58] </w:t>
      </w:r>
      <w:r>
        <w:t>اس کی وجہ یہ ہے کہ انسان پیدائشی طور پر پیدائشی seeking animal ہے۔</w:t>
      </w:r>
    </w:p>
    <w:p>
      <w:pPr>
        <w:jc w:val="right"/>
      </w:pPr>
      <w:r>
        <w:t>اس کی وجہ یہ ہے کہ انسان پیدائشی طور پر پیدائشی سیکنگ اینیمل ہے۔</w:t>
      </w:r>
    </w:p>
    <w:p>
      <w:r>
        <w:rPr>
          <w:b/>
        </w:rPr>
        <w:t xml:space="preserve">[02:05] </w:t>
      </w:r>
      <w:r>
        <w:t>insaan ke andar jo mukhtalif qism ke desire aur mukhtalif qism ki jo talab rakhi gayi hai, yaani</w:t>
      </w:r>
    </w:p>
    <w:p>
      <w:pPr>
        <w:jc w:val="right"/>
      </w:pPr>
      <w:r>
        <w:t>انسان کے اندر جو مختلف قسم کے ڈیزائر اور مختلف قسم کی جو طلب رکھی گئی ہے، یعنی</w:t>
      </w:r>
    </w:p>
    <w:p>
      <w:r>
        <w:rPr>
          <w:b/>
        </w:rPr>
        <w:t xml:space="preserve">[02:11] </w:t>
      </w:r>
      <w:r>
        <w:t>anginat talab, woh sab ke sab apni nature mein perfect hain.</w:t>
      </w:r>
    </w:p>
    <w:p>
      <w:pPr>
        <w:jc w:val="right"/>
      </w:pPr>
      <w:r>
        <w:t>انگنت طلب، وہ سب کے سب اپنی نیچر میں پرفیکٹ ہیں۔</w:t>
      </w:r>
    </w:p>
    <w:p>
      <w:r>
        <w:rPr>
          <w:b/>
        </w:rPr>
        <w:t xml:space="preserve">[02:18] </w:t>
      </w:r>
      <w:r>
        <w:t>insaan ki saari desire, saari khwahishein bohat hi perfect qism ki hain.</w:t>
      </w:r>
    </w:p>
    <w:p>
      <w:pPr>
        <w:jc w:val="right"/>
      </w:pPr>
      <w:r>
        <w:t>انسان کی ساری ڈیزائر، ساری خواہشیں بہت ہی پرفیکٹ قسم کی ہیں۔</w:t>
      </w:r>
    </w:p>
    <w:p>
      <w:r>
        <w:rPr>
          <w:b/>
        </w:rPr>
        <w:t xml:space="preserve">[02:24] </w:t>
      </w:r>
      <w:r>
        <w:t>isi liye hum ko kisi cheez mein lazzat nahi milti.</w:t>
      </w:r>
    </w:p>
    <w:p>
      <w:pPr>
        <w:jc w:val="right"/>
      </w:pPr>
      <w:r>
        <w:t>اسی لیے ہم کو کسی چیز میں لذت نہیں ملتی۔</w:t>
      </w:r>
    </w:p>
    <w:p>
      <w:r>
        <w:rPr>
          <w:b/>
        </w:rPr>
        <w:t xml:space="preserve">[02:31] </w:t>
      </w:r>
      <w:r>
        <w:t>milti hai thori dair ke liye, phir khatam.</w:t>
      </w:r>
    </w:p>
    <w:p>
      <w:pPr>
        <w:jc w:val="right"/>
      </w:pPr>
      <w:r>
        <w:t>ملتی ہے تھوڑی دیر کے لیے، پھر ختم۔</w:t>
      </w:r>
    </w:p>
    <w:p>
      <w:r>
        <w:rPr>
          <w:b/>
        </w:rPr>
        <w:t xml:space="preserve">[02:37] </w:t>
      </w:r>
      <w:r>
        <w:t>kyun ke hamara jo wajood hai, woh toh chahta hai perfect.</w:t>
      </w:r>
    </w:p>
    <w:p>
      <w:pPr>
        <w:jc w:val="right"/>
      </w:pPr>
      <w:r>
        <w:t>کیونکہ ہمارا جو وجود ہے، وہ تو چاہتا ہے پرفیکٹ۔</w:t>
      </w:r>
    </w:p>
    <w:p>
      <w:r>
        <w:rPr>
          <w:b/>
        </w:rPr>
        <w:t xml:space="preserve">[02:44] </w:t>
      </w:r>
      <w:r>
        <w:t>yaani hamare test ke aitbaar se hum perfectionist hain.</w:t>
      </w:r>
    </w:p>
    <w:p>
      <w:pPr>
        <w:jc w:val="right"/>
      </w:pPr>
      <w:r>
        <w:t>یعنی ہمارے ٹیسٹ کے اعتبار سے ہم پرفیکشنسٹ ہیں۔</w:t>
      </w:r>
    </w:p>
    <w:p>
      <w:r>
        <w:rPr>
          <w:b/>
        </w:rPr>
        <w:t xml:space="preserve">[02:51] </w:t>
      </w:r>
      <w:r>
        <w:t>apne test ke aitbaar se hum perfectionist hain.</w:t>
      </w:r>
    </w:p>
    <w:p>
      <w:pPr>
        <w:jc w:val="right"/>
      </w:pPr>
      <w:r>
        <w:t>اپنے ٹیسٹ کے اعتبار سے ہم پرفیکشنسٹ ہیں۔</w:t>
      </w:r>
    </w:p>
    <w:p>
      <w:r>
        <w:rPr>
          <w:b/>
        </w:rPr>
        <w:t xml:space="preserve">[02:57] </w:t>
      </w:r>
      <w:r>
        <w:t>toh koi cheez hamari lazzat ke mutabiq nahi hoti.</w:t>
      </w:r>
    </w:p>
    <w:p>
      <w:pPr>
        <w:jc w:val="right"/>
      </w:pPr>
      <w:r>
        <w:t>تو کوئی چیز ہماری لذت کے مطابق نہیں ہوتی۔</w:t>
      </w:r>
    </w:p>
    <w:p>
      <w:r>
        <w:rPr>
          <w:b/>
        </w:rPr>
        <w:t xml:space="preserve">[03:04] </w:t>
      </w:r>
      <w:r>
        <w:t>thori dair mein hum bore ho jaate hain.</w:t>
      </w:r>
    </w:p>
    <w:p>
      <w:pPr>
        <w:jc w:val="right"/>
      </w:pPr>
      <w:r>
        <w:t>تھوڑی دیر میں ہم بور ہو جاتے ہیں۔</w:t>
      </w:r>
    </w:p>
    <w:p>
      <w:r>
        <w:rPr>
          <w:b/>
        </w:rPr>
        <w:t xml:space="preserve">[03:10] </w:t>
      </w:r>
      <w:r>
        <w:t>thori dair mein humein is mein kuch milta nahi.</w:t>
      </w:r>
    </w:p>
    <w:p>
      <w:pPr>
        <w:jc w:val="right"/>
      </w:pPr>
      <w:r>
        <w:t>تھوڑی دیر میں ہمیں اس میں کچھ ملتا نہیں۔</w:t>
      </w:r>
    </w:p>
    <w:p>
      <w:r>
        <w:rPr>
          <w:b/>
        </w:rPr>
        <w:t xml:space="preserve">[03:17] </w:t>
      </w:r>
      <w:r>
        <w:t>yahan tak ke aadmi mar jaata hai aur woh samajhta hai ke mujhe meri jo talab thi, woh</w:t>
      </w:r>
    </w:p>
    <w:p>
      <w:pPr>
        <w:jc w:val="right"/>
      </w:pPr>
      <w:r>
        <w:t>یہاں تک کہ آدمی مر جاتا ہے اور وہ سمجھتا ہے کہ مجھے میری جو طلب تھی، وہ</w:t>
      </w:r>
    </w:p>
    <w:p>
      <w:r>
        <w:rPr>
          <w:b/>
        </w:rPr>
        <w:t xml:space="preserve">[03:23] </w:t>
      </w:r>
      <w:r>
        <w:t>mujhe mili nahi.</w:t>
      </w:r>
    </w:p>
    <w:p>
      <w:pPr>
        <w:jc w:val="right"/>
      </w:pPr>
      <w:r>
        <w:t>مجھے ملی نہیں۔</w:t>
      </w:r>
    </w:p>
    <w:p>
      <w:r>
        <w:rPr>
          <w:b/>
        </w:rPr>
        <w:t xml:space="preserve">[03:30] </w:t>
      </w:r>
      <w:r>
        <w:t>yeh saari dunya ka haal hai.</w:t>
      </w:r>
    </w:p>
    <w:p>
      <w:pPr>
        <w:jc w:val="right"/>
      </w:pPr>
      <w:r>
        <w:t>یہ ساری دنیا کا حال ہے۔</w:t>
      </w:r>
    </w:p>
    <w:p>
      <w:r>
        <w:rPr>
          <w:b/>
        </w:rPr>
        <w:t xml:space="preserve">[03:36] </w:t>
      </w:r>
      <w:r>
        <w:t>isi liye dunya mein jo jo literature hai, woh zyada tar gham angez literature hai.</w:t>
      </w:r>
    </w:p>
    <w:p>
      <w:pPr>
        <w:jc w:val="right"/>
      </w:pPr>
      <w:r>
        <w:t>اسی لیے دنیا میں جو جو لٹریچر ہے، وہ زیادہ تر غم انگیز لٹریچر ہے۔</w:t>
      </w:r>
    </w:p>
    <w:p>
      <w:r>
        <w:rPr>
          <w:b/>
        </w:rPr>
        <w:t xml:space="preserve">[03:43] </w:t>
      </w:r>
      <w:r>
        <w:t>tamam novel, tamam shayari, jo behtareen masterpiece hain, woh sab gham angez hain.</w:t>
      </w:r>
    </w:p>
    <w:p>
      <w:pPr>
        <w:jc w:val="right"/>
      </w:pPr>
      <w:r>
        <w:t>تمام ناول، تمام شاعری، جو بہترین ماسٹر پیس ہیں، وہ سب غم انگیز ہیں۔</w:t>
      </w:r>
    </w:p>
    <w:p>
      <w:r>
        <w:rPr>
          <w:b/>
        </w:rPr>
        <w:t xml:space="preserve">[03:49] </w:t>
      </w:r>
      <w:r>
        <w:t>yaani jis ko kehte hain tragedy.</w:t>
      </w:r>
    </w:p>
    <w:p>
      <w:pPr>
        <w:jc w:val="right"/>
      </w:pPr>
      <w:r>
        <w:t>یعنی جس کو کہتے ہیں ٹریجڈی۔</w:t>
      </w:r>
    </w:p>
    <w:p>
      <w:r>
        <w:rPr>
          <w:b/>
        </w:rPr>
        <w:t xml:space="preserve">[03:56] </w:t>
      </w:r>
      <w:r>
        <w:t>aur is ne yahi baat is ne kahi hai, Shelley ne apne alfaaz mein: "The sweetest songs are</w:t>
      </w:r>
    </w:p>
    <w:p>
      <w:pPr>
        <w:jc w:val="right"/>
      </w:pPr>
      <w:r>
        <w:t>اور اس نے یہی بات اس نے کہی ہے، شیلے نے اپنے الفاظ میں: "The sweetest songs are</w:t>
      </w:r>
    </w:p>
    <w:p>
      <w:r>
        <w:rPr>
          <w:b/>
        </w:rPr>
        <w:t xml:space="preserve">[04:02] </w:t>
      </w:r>
      <w:r>
        <w:t>those that are saddest songs." toh dekhein, yeh yeh jo baat hai ke insaan bohat zyada chahta hai</w:t>
      </w:r>
    </w:p>
    <w:p>
      <w:pPr>
        <w:jc w:val="right"/>
      </w:pPr>
      <w:r>
        <w:t>those that are saddest songs." تو دیکھیں، یہ یہ جو بات ہے کہ انسان بہت زیادہ چاہتا ہے</w:t>
      </w:r>
    </w:p>
    <w:p>
      <w:r>
        <w:rPr>
          <w:b/>
        </w:rPr>
        <w:t xml:space="preserve">[04:09] </w:t>
      </w:r>
      <w:r>
        <w:t>ke us ki khwahish ke mutabiq, us ki desire ke mutabiq, us ke test ke mutabiq cheezein milein,</w:t>
      </w:r>
    </w:p>
    <w:p>
      <w:pPr>
        <w:jc w:val="right"/>
      </w:pPr>
      <w:r>
        <w:t>کہ اس کی خواہش کے مطابق، اس کی ڈیزائر کے مطابق، اس کے ٹیسٹ کے مطابق چیزیں ملیں،</w:t>
      </w:r>
    </w:p>
    <w:p>
      <w:r>
        <w:rPr>
          <w:b/>
        </w:rPr>
        <w:t xml:space="preserve">[04:16] </w:t>
      </w:r>
      <w:r>
        <w:t>woh milti nahi.</w:t>
      </w:r>
    </w:p>
    <w:p>
      <w:pPr>
        <w:jc w:val="right"/>
      </w:pPr>
      <w:r>
        <w:t>وہ ملتی نہیں۔</w:t>
      </w:r>
    </w:p>
    <w:p>
      <w:r>
        <w:rPr>
          <w:b/>
        </w:rPr>
        <w:t xml:space="preserve">[04:22] </w:t>
      </w:r>
      <w:r>
        <w:t>to is par sochte hue mujhe yaad aaya ke yeh ek yeh kehna sahi hoga ke "Paradise is</w:t>
      </w:r>
    </w:p>
    <w:p>
      <w:pPr>
        <w:jc w:val="right"/>
      </w:pPr>
      <w:r>
        <w:t>تو اس پر سوچتے ہوئے مجھے یاد آیا کہ یہ ایک یہ کہنا صحیح ہوگا کہ "Paradise is</w:t>
      </w:r>
    </w:p>
    <w:p>
      <w:r>
        <w:rPr>
          <w:b/>
        </w:rPr>
        <w:t xml:space="preserve">[04:29] </w:t>
      </w:r>
      <w:r>
        <w:t>a missing item in this world." Paradise ek missing item hai.</w:t>
      </w:r>
    </w:p>
    <w:p>
      <w:pPr>
        <w:jc w:val="right"/>
      </w:pPr>
      <w:r>
        <w:t>a missing item in this world." Paradise ایک missing item ہے۔</w:t>
      </w:r>
    </w:p>
    <w:p>
      <w:r>
        <w:rPr>
          <w:b/>
        </w:rPr>
        <w:t xml:space="preserve">[04:35] </w:t>
      </w:r>
      <w:r>
        <w:t>saari cheezein duniya mein hain, saari cheezein duniya mein hain.</w:t>
      </w:r>
    </w:p>
    <w:p>
      <w:pPr>
        <w:jc w:val="right"/>
      </w:pPr>
      <w:r>
        <w:t>ساری چیزیں دنیا میں ہیں، ساری چیزیں دنیا میں ہیں۔</w:t>
      </w:r>
    </w:p>
    <w:p>
      <w:r>
        <w:rPr>
          <w:b/>
        </w:rPr>
        <w:t xml:space="preserve">[04:42] </w:t>
      </w:r>
      <w:r>
        <w:t>lekin jo hum chahte hain, ek aala darje ka jo apni khwahish ke mutabiq duniya, wahi wahi nahi hai.</w:t>
      </w:r>
    </w:p>
    <w:p>
      <w:pPr>
        <w:jc w:val="right"/>
      </w:pPr>
      <w:r>
        <w:t>لیکن جو ہم چاہتے ہیں، ایک اعلیٰ درجے کا جو اپنی خواہش کے مطابق دنیا، وہی وہی نہیں ہے۔</w:t>
      </w:r>
    </w:p>
    <w:p>
      <w:r>
        <w:rPr>
          <w:b/>
        </w:rPr>
        <w:t xml:space="preserve">[04:48] </w:t>
      </w:r>
      <w:r>
        <w:t>to Paradise ek missing item hai.</w:t>
      </w:r>
    </w:p>
    <w:p>
      <w:pPr>
        <w:jc w:val="right"/>
      </w:pPr>
      <w:r>
        <w:t>تو Paradise ایک missing item ہے۔</w:t>
      </w:r>
    </w:p>
    <w:p>
      <w:r>
        <w:rPr>
          <w:b/>
        </w:rPr>
        <w:t xml:space="preserve">[04:55] </w:t>
      </w:r>
      <w:r>
        <w:t>yahan mein aap ko ek ek qissa yaad dilata hoon ke roos ka ek scientist tha, uska</w:t>
      </w:r>
    </w:p>
    <w:p>
      <w:pPr>
        <w:jc w:val="right"/>
      </w:pPr>
      <w:r>
        <w:t>یہاں میں آپ کو ایک ایک قصہ یاد دلاتا ہوں کہ روس کا ایک سائنٹسٹ تھا، اس کا</w:t>
      </w:r>
    </w:p>
    <w:p>
      <w:r>
        <w:rPr>
          <w:b/>
        </w:rPr>
        <w:t xml:space="preserve">[05:01] </w:t>
      </w:r>
      <w:r>
        <w:t>naam tha mendleev. mendleev.</w:t>
      </w:r>
    </w:p>
    <w:p>
      <w:pPr>
        <w:jc w:val="right"/>
      </w:pPr>
      <w:r>
        <w:t>نام تھا مینڈلیو۔ مینڈلیو۔</w:t>
      </w:r>
    </w:p>
    <w:p>
      <w:r>
        <w:rPr>
          <w:b/>
        </w:rPr>
        <w:t xml:space="preserve">[05:08] </w:t>
      </w:r>
      <w:r>
        <w:t>to us ne discover kiya ke jo jitne element hain, unke number hote hain, atomic number jinhein</w:t>
      </w:r>
    </w:p>
    <w:p>
      <w:pPr>
        <w:jc w:val="right"/>
      </w:pPr>
      <w:r>
        <w:t>تو اس نے ڈسکور کیا کہ جو جتنے ایلیمنٹ ہیں، ان کے نمبر ہوتے ہیں، ایٹمک نمبر جنہیں</w:t>
      </w:r>
    </w:p>
    <w:p>
      <w:r>
        <w:rPr>
          <w:b/>
        </w:rPr>
        <w:t xml:space="preserve">[05:14] </w:t>
      </w:r>
      <w:r>
        <w:t>kaha jata hai.</w:t>
      </w:r>
    </w:p>
    <w:p>
      <w:pPr>
        <w:jc w:val="right"/>
      </w:pPr>
      <w:r>
        <w:t>کہا جاتا ہے۔</w:t>
      </w:r>
    </w:p>
    <w:p>
      <w:r>
        <w:rPr>
          <w:b/>
        </w:rPr>
        <w:t xml:space="preserve">[05:21] </w:t>
      </w:r>
      <w:r>
        <w:t>ab taaza jo daryaften hain, is ke mutabiq duniya mein 109 number tak daryaft ho chuki hai.</w:t>
      </w:r>
    </w:p>
    <w:p>
      <w:pPr>
        <w:jc w:val="right"/>
      </w:pPr>
      <w:r>
        <w:t>اب تازہ جو دریافتیں ہیں، اس کے مطابق دنیا میں 109 نمبر تک دریافت ہو چکی ہے۔</w:t>
      </w:r>
    </w:p>
    <w:p>
      <w:r>
        <w:rPr>
          <w:b/>
        </w:rPr>
        <w:t xml:space="preserve">[05:28] </w:t>
      </w:r>
      <w:r>
        <w:t>mendleev ki dawani bohat kam hui thi.</w:t>
      </w:r>
    </w:p>
    <w:p>
      <w:pPr>
        <w:jc w:val="right"/>
      </w:pPr>
      <w:r>
        <w:t>مینڈلیو کی دوانی بہت کم ہوئی تھی۔</w:t>
      </w:r>
    </w:p>
    <w:p>
      <w:r>
        <w:rPr>
          <w:b/>
        </w:rPr>
        <w:t xml:space="preserve">[05:34] </w:t>
      </w:r>
      <w:r>
        <w:t>mendleev ne ek chart banaya, jo kaha jata hai chart of woh yani element jo duniya mein hain,</w:t>
      </w:r>
    </w:p>
    <w:p>
      <w:pPr>
        <w:jc w:val="right"/>
      </w:pPr>
      <w:r>
        <w:t>مینڈلیو نے ایک چارٹ بنایا، جو کہا جاتا ہے چارٹ آف وہ یعنی ایلیمنٹ جو دنیا میں ہیں،</w:t>
      </w:r>
    </w:p>
    <w:p>
      <w:r>
        <w:rPr>
          <w:b/>
        </w:rPr>
        <w:t xml:space="preserve">[05:41] </w:t>
      </w:r>
      <w:r>
        <w:t>un ka chart tha woh. atomic.</w:t>
      </w:r>
    </w:p>
    <w:p>
      <w:pPr>
        <w:jc w:val="right"/>
      </w:pPr>
      <w:r>
        <w:t>ان کا چارٹ تھا وہ۔ ایٹمک۔</w:t>
      </w:r>
    </w:p>
    <w:p>
      <w:r>
        <w:rPr>
          <w:b/>
        </w:rPr>
        <w:t xml:space="preserve">[05:47] </w:t>
      </w:r>
      <w:r>
        <w:t>to is mein us ne kuch number daryaft kiye the, kuch atomic number, woh to likhe us ne,</w:t>
      </w:r>
    </w:p>
    <w:p>
      <w:pPr>
        <w:jc w:val="right"/>
      </w:pPr>
      <w:r>
        <w:t>تو اس میں اس نے کچھ نمبر دریافت کیے تھے، کچھ ایٹمک نمبر، وہ تو لکھے اس نے،</w:t>
      </w:r>
    </w:p>
    <w:p>
      <w:r>
        <w:rPr>
          <w:b/>
        </w:rPr>
        <w:t xml:space="preserve">[05:54] </w:t>
      </w:r>
      <w:r>
        <w:t>us ne aur kuch atomic number daryaft nahi hue the.</w:t>
      </w:r>
    </w:p>
    <w:p>
      <w:pPr>
        <w:jc w:val="right"/>
      </w:pPr>
      <w:r>
        <w:t>اس نے اور کچھ ایٹمک نمبر دریافت نہیں ہوئے تھے۔</w:t>
      </w:r>
    </w:p>
    <w:p>
      <w:r>
        <w:rPr>
          <w:b/>
        </w:rPr>
        <w:t xml:space="preserve">[06:00] </w:t>
      </w:r>
      <w:r>
        <w:t>us waqt us ne kaha tha ke jo number daryaft nahi hue, woh missing item number hain, woh</w:t>
      </w:r>
    </w:p>
    <w:p>
      <w:pPr>
        <w:jc w:val="right"/>
      </w:pPr>
      <w:r>
        <w:t>اس وقت اس نے کہا تھا کہ جو نمبر دریافت نہیں ہوئے، وہ missing item نمبر ہیں، وہ</w:t>
      </w:r>
    </w:p>
    <w:p>
      <w:r>
        <w:rPr>
          <w:b/>
        </w:rPr>
        <w:t xml:space="preserve">[06:07] </w:t>
      </w:r>
      <w:r>
        <w:t>zarur daryaft honge kisi waqt.</w:t>
      </w:r>
    </w:p>
    <w:p>
      <w:pPr>
        <w:jc w:val="right"/>
      </w:pPr>
      <w:r>
        <w:t>ضرور دریافت ہوں گے کسی وقت۔</w:t>
      </w:r>
    </w:p>
    <w:p>
      <w:r>
        <w:rPr>
          <w:b/>
        </w:rPr>
        <w:t xml:space="preserve">[06:13] </w:t>
      </w:r>
      <w:r>
        <w:t>jo atomic number daryaft nahi hue hain, woh missing numbers hain, woh zarur kisi waqt milenge.</w:t>
      </w:r>
    </w:p>
    <w:p>
      <w:pPr>
        <w:jc w:val="right"/>
      </w:pPr>
      <w:r>
        <w:t>جو ایٹمک نمبر دریافت نہیں ہوئے ہیں، وہ missing numbers ہیں، وہ ضرور کسی وقت ملیں گے۔</w:t>
      </w:r>
    </w:p>
    <w:p>
      <w:r>
        <w:rPr>
          <w:b/>
        </w:rPr>
        <w:t xml:space="preserve">[06:20] </w:t>
      </w:r>
      <w:r>
        <w:t>to woh to mar gaya, lekin baat ko daryaft hui.</w:t>
      </w:r>
    </w:p>
    <w:p>
      <w:pPr>
        <w:jc w:val="right"/>
      </w:pPr>
      <w:r>
        <w:t>تو وہ تو مر گیا، لیکن بات کو دریافت ہوئی۔</w:t>
      </w:r>
    </w:p>
    <w:p>
      <w:r>
        <w:rPr>
          <w:b/>
        </w:rPr>
        <w:t xml:space="preserve">[06:26] </w:t>
      </w:r>
      <w:r>
        <w:t>to aise hi jannat hamari duniya ka missing item hai.</w:t>
      </w:r>
    </w:p>
    <w:p>
      <w:pPr>
        <w:jc w:val="right"/>
      </w:pPr>
      <w:r>
        <w:t>تو ایسے ہی جنت ہماری دنیا کا missing item ہے۔</w:t>
      </w:r>
    </w:p>
    <w:p>
      <w:r>
        <w:rPr>
          <w:b/>
        </w:rPr>
        <w:t xml:space="preserve">[06:33] </w:t>
      </w:r>
      <w:r>
        <w:t>to woh zarur milega.</w:t>
      </w:r>
    </w:p>
    <w:p>
      <w:pPr>
        <w:jc w:val="right"/>
      </w:pPr>
      <w:r>
        <w:t>تو وہ ضرور ملے گا۔</w:t>
      </w:r>
    </w:p>
    <w:p>
      <w:r>
        <w:rPr>
          <w:b/>
        </w:rPr>
        <w:t xml:space="preserve">[06:39] </w:t>
      </w:r>
      <w:r>
        <w:t>ab sawal yeh hai ke woh kahan milega? to mein samajhta hoon ke duniya mein ek hi</w:t>
      </w:r>
    </w:p>
    <w:p>
      <w:pPr>
        <w:jc w:val="right"/>
      </w:pPr>
      <w:r>
        <w:t>اب سوال یہ ہے کہ وہ کہاں ملے گا؟ تو میں سمجھتا ہوں کہ دنیا میں ایک ہی</w:t>
      </w:r>
    </w:p>
    <w:p>
      <w:r>
        <w:rPr>
          <w:b/>
        </w:rPr>
        <w:t xml:space="preserve">[06:46] </w:t>
      </w:r>
      <w:r>
        <w:t>kitaab hai jo is ki nishani karti hai.</w:t>
      </w:r>
    </w:p>
    <w:p>
      <w:pPr>
        <w:jc w:val="right"/>
      </w:pPr>
      <w:r>
        <w:t>کتاب ہے جو اس کی نشانی کرتی ہے۔</w:t>
      </w:r>
    </w:p>
    <w:p>
      <w:r>
        <w:rPr>
          <w:b/>
        </w:rPr>
        <w:t xml:space="preserve">[06:53] </w:t>
      </w:r>
      <w:r>
        <w:t>sirf woh hai Quran.</w:t>
      </w:r>
    </w:p>
    <w:p>
      <w:pPr>
        <w:jc w:val="right"/>
      </w:pPr>
      <w:r>
        <w:t>صرف وہ ہے قرآن۔</w:t>
      </w:r>
    </w:p>
    <w:p>
      <w:r>
        <w:rPr>
          <w:b/>
        </w:rPr>
        <w:t xml:space="preserve">[06:59] </w:t>
      </w:r>
      <w:r>
        <w:t>agar aap is baat ke shauq hain ke woh missing item kahan hai, woh missing item kaise insaan</w:t>
      </w:r>
    </w:p>
    <w:p>
      <w:pPr>
        <w:jc w:val="right"/>
      </w:pPr>
      <w:r>
        <w:t>اگر آپ اس بات کے شائق ہیں کہ وہ missing item کہاں ہے، وہ missing item کیسے انسان</w:t>
      </w:r>
    </w:p>
    <w:p>
      <w:r>
        <w:rPr>
          <w:b/>
        </w:rPr>
        <w:t xml:space="preserve">[07:06] </w:t>
      </w:r>
      <w:r>
        <w:t>ko milega, to aap ko quran ko parhna chahiye.</w:t>
      </w:r>
    </w:p>
    <w:p>
      <w:pPr>
        <w:jc w:val="right"/>
      </w:pPr>
      <w:r>
        <w:t>کو ملے گا، تو آپ کو قرآن کو پڑھنا چاہیے۔</w:t>
      </w:r>
    </w:p>
    <w:p>
      <w:r>
        <w:rPr>
          <w:b/>
        </w:rPr>
        <w:t xml:space="preserve">[07:12] </w:t>
      </w:r>
      <w:r>
        <w:t>quran ko parhne se maloom hoga ke is dunya ka jo creator hai, us ne dunya ko do</w:t>
      </w:r>
    </w:p>
    <w:p>
      <w:pPr>
        <w:jc w:val="right"/>
      </w:pPr>
      <w:r>
        <w:t>قرآن کو پڑھنے سے معلوم ہوگا کہ اس دنیا کا جو creator ہے، اس نے دنیا کو دو</w:t>
      </w:r>
    </w:p>
    <w:p>
      <w:r>
        <w:rPr>
          <w:b/>
        </w:rPr>
        <w:t xml:space="preserve">[07:19] </w:t>
      </w:r>
      <w:r>
        <w:t>hisson mein bant diya hai.</w:t>
      </w:r>
    </w:p>
    <w:p>
      <w:pPr>
        <w:jc w:val="right"/>
      </w:pPr>
      <w:r>
        <w:t>حصوں میں بانٹ دیا ہے۔</w:t>
      </w:r>
    </w:p>
    <w:p>
      <w:r>
        <w:rPr>
          <w:b/>
        </w:rPr>
        <w:t xml:space="preserve">[07:25] </w:t>
      </w:r>
      <w:r>
        <w:t>Pre-death period aur post-death period.</w:t>
      </w:r>
    </w:p>
    <w:p>
      <w:pPr>
        <w:jc w:val="right"/>
      </w:pPr>
      <w:r>
        <w:t>Pre-death period اور post-death period۔</w:t>
      </w:r>
    </w:p>
    <w:p>
      <w:r>
        <w:rPr>
          <w:b/>
        </w:rPr>
        <w:t xml:space="preserve">[07:32] </w:t>
      </w:r>
      <w:r>
        <w:t>Pre-death period mein us ne Paradise ko nahi rakha.</w:t>
      </w:r>
    </w:p>
    <w:p>
      <w:pPr>
        <w:jc w:val="right"/>
      </w:pPr>
      <w:r>
        <w:t>Pre-death period میں اس نے Paradise کو نہیں رکھا۔</w:t>
      </w:r>
    </w:p>
    <w:p>
      <w:r>
        <w:rPr>
          <w:b/>
        </w:rPr>
        <w:t xml:space="preserve">[07:38] </w:t>
      </w:r>
      <w:r>
        <w:t>har cheez hai, har cheez hai magar Paradise nahi.</w:t>
      </w:r>
    </w:p>
    <w:p>
      <w:pPr>
        <w:jc w:val="right"/>
      </w:pPr>
      <w:r>
        <w:t>ہر چیز ہے، ہر چیز ہے مگر Paradise نہیں۔</w:t>
      </w:r>
    </w:p>
    <w:p>
      <w:r>
        <w:rPr>
          <w:b/>
        </w:rPr>
        <w:t xml:space="preserve">[07:45] </w:t>
      </w:r>
      <w:r>
        <w:t>Paradise jo hai, us ko mein doosre tarah keh sakta hoon ke woh insaan ka habitat hai.</w:t>
      </w:r>
    </w:p>
    <w:p>
      <w:pPr>
        <w:jc w:val="right"/>
      </w:pPr>
      <w:r>
        <w:t>Paradise جو ہے، اس کو میں دوسرے طرح کہہ سکتا ہوں کہ وہ انسان کا habitat ہے۔</w:t>
      </w:r>
    </w:p>
    <w:p>
      <w:r>
        <w:rPr>
          <w:b/>
        </w:rPr>
        <w:t xml:space="preserve">[07:51] </w:t>
      </w:r>
      <w:r>
        <w:t>aap jante hain ke har janwar ka, plant ka ek habitat hota hai.</w:t>
      </w:r>
    </w:p>
    <w:p>
      <w:pPr>
        <w:jc w:val="right"/>
      </w:pPr>
      <w:r>
        <w:t>آپ جانتے ہیں کہ ہر جانور کا، plant کا ایک habitat ہوتا ہے۔</w:t>
      </w:r>
    </w:p>
    <w:p>
      <w:r>
        <w:rPr>
          <w:b/>
        </w:rPr>
        <w:t xml:space="preserve">[07:58] </w:t>
      </w:r>
      <w:r>
        <w:t>isi mein woh parwan chadhta hai.</w:t>
      </w:r>
    </w:p>
    <w:p>
      <w:pPr>
        <w:jc w:val="right"/>
      </w:pPr>
      <w:r>
        <w:t>اسی میں وہ پروان چڑھتا ہے۔</w:t>
      </w:r>
    </w:p>
    <w:p>
      <w:r>
        <w:rPr>
          <w:b/>
        </w:rPr>
        <w:t xml:space="preserve">[08:05] </w:t>
      </w:r>
      <w:r>
        <w:t>koi drakht ya koi animal apne habitat mein parwan chadhta hai.</w:t>
      </w:r>
    </w:p>
    <w:p>
      <w:pPr>
        <w:jc w:val="right"/>
      </w:pPr>
      <w:r>
        <w:t>کوئی درخت یا کوئی animal اپنے habitat میں پروان چڑھتا ہے۔</w:t>
      </w:r>
    </w:p>
    <w:p>
      <w:r>
        <w:rPr>
          <w:b/>
        </w:rPr>
        <w:t xml:space="preserve">[08:11] </w:t>
      </w:r>
      <w:r>
        <w:t>iski misaal yeh hai ke kabhi dekha hoga aap ne ke zinda machhli pani ke bahar, aap</w:t>
      </w:r>
    </w:p>
    <w:p>
      <w:pPr>
        <w:jc w:val="right"/>
      </w:pPr>
      <w:r>
        <w:t>اس کی مثال یہ ہے کہ کبھی دیکھا ہوگا آپ نے کہ زندہ مچھلی پانی کے باہر، آپ</w:t>
      </w:r>
    </w:p>
    <w:p>
      <w:r>
        <w:rPr>
          <w:b/>
        </w:rPr>
        <w:t xml:space="preserve">[08:18] </w:t>
      </w:r>
      <w:r>
        <w:t>ne dekha hoga kabhi, to tadapti hai, tadapti hai, tadapti hai.</w:t>
      </w:r>
    </w:p>
    <w:p>
      <w:pPr>
        <w:jc w:val="right"/>
      </w:pPr>
      <w:r>
        <w:t>نے دیکھا ہوگا کبھی، تو تڑپتی ہے، تڑپتی ہے، تڑپتی ہے۔</w:t>
      </w:r>
    </w:p>
    <w:p>
      <w:r>
        <w:rPr>
          <w:b/>
        </w:rPr>
        <w:t xml:space="preserve">[08:24] </w:t>
      </w:r>
      <w:r>
        <w:t>jisko kehte hain maya biyab.</w:t>
      </w:r>
    </w:p>
    <w:p>
      <w:pPr>
        <w:jc w:val="right"/>
      </w:pPr>
      <w:r>
        <w:t>جس کو کہتے ہیں مایہ بیاب۔</w:t>
      </w:r>
    </w:p>
    <w:p>
      <w:r>
        <w:rPr>
          <w:b/>
        </w:rPr>
        <w:t xml:space="preserve">[08:31] </w:t>
      </w:r>
      <w:r>
        <w:t>to woh kyun hai? pani ka jo woh machhli ka jo habitat hai, woh pani hai.</w:t>
      </w:r>
    </w:p>
    <w:p>
      <w:pPr>
        <w:jc w:val="right"/>
      </w:pPr>
      <w:r>
        <w:t>تو وہ کیوں ہے؟ پانی کا جو وہ مچھلی کا جو habitat ہے، وہ پانی ہے۔</w:t>
      </w:r>
    </w:p>
    <w:p>
      <w:r>
        <w:rPr>
          <w:b/>
        </w:rPr>
        <w:t xml:space="preserve">[08:37] </w:t>
      </w:r>
      <w:r>
        <w:t>machhli ka jo habitat hai, woh pani hai.</w:t>
      </w:r>
    </w:p>
    <w:p>
      <w:pPr>
        <w:jc w:val="right"/>
      </w:pPr>
      <w:r>
        <w:t>مچھلی کا جو habitat ہے، وہ پانی ہے۔</w:t>
      </w:r>
    </w:p>
    <w:p>
      <w:r>
        <w:rPr>
          <w:b/>
        </w:rPr>
        <w:t xml:space="preserve">[08:44] </w:t>
      </w:r>
      <w:r>
        <w:t>to pani ka tadapti hai, tadapti hai.</w:t>
      </w:r>
    </w:p>
    <w:p>
      <w:pPr>
        <w:jc w:val="right"/>
      </w:pPr>
      <w:r>
        <w:t>تو پانی کا تڑپتی ہے، تڑپتی ہے۔</w:t>
      </w:r>
    </w:p>
    <w:p>
      <w:r>
        <w:rPr>
          <w:b/>
        </w:rPr>
        <w:t xml:space="preserve">[08:50] </w:t>
      </w:r>
      <w:r>
        <w:t>ab isko agar aap daal dein pani ke andar, khoob khushi se uchhalne ko degi.</w:t>
      </w:r>
    </w:p>
    <w:p>
      <w:pPr>
        <w:jc w:val="right"/>
      </w:pPr>
      <w:r>
        <w:t>اب اس کو اگر آپ ڈال دیں پانی کے اندر، خوب خوشی سے اچھلنے کو دے گی۔</w:t>
      </w:r>
    </w:p>
    <w:p>
      <w:r>
        <w:rPr>
          <w:b/>
        </w:rPr>
        <w:t xml:space="preserve">[08:57] </w:t>
      </w:r>
      <w:r>
        <w:t>aise hi tamam drakhton ka, tamam haiwanat ka, sab ka habitat hai.</w:t>
      </w:r>
    </w:p>
    <w:p>
      <w:pPr>
        <w:jc w:val="right"/>
      </w:pPr>
      <w:r>
        <w:t>ایسے ہی تمام درختوں کا، تمام حیوانات کا، سب کا habitat ہے۔</w:t>
      </w:r>
    </w:p>
    <w:p>
      <w:r>
        <w:rPr>
          <w:b/>
        </w:rPr>
        <w:t xml:space="preserve">[09:03] </w:t>
      </w:r>
      <w:r>
        <w:t>aur insaan ka jo habitat hai, isi ko hum kehte hain Paradise.</w:t>
      </w:r>
    </w:p>
    <w:p>
      <w:pPr>
        <w:jc w:val="right"/>
      </w:pPr>
      <w:r>
        <w:t>اور انسان کا جو habitat ہے، اسی کو ہم کہتے ہیں Paradise۔</w:t>
      </w:r>
    </w:p>
    <w:p>
      <w:r>
        <w:rPr>
          <w:b/>
        </w:rPr>
        <w:t xml:space="preserve">[09:10] </w:t>
      </w:r>
      <w:r>
        <w:t>jannat insaan ka habitat hai.</w:t>
      </w:r>
    </w:p>
    <w:p>
      <w:pPr>
        <w:jc w:val="right"/>
      </w:pPr>
      <w:r>
        <w:t>جنت انسان کا habitat ہے۔</w:t>
      </w:r>
    </w:p>
    <w:p>
      <w:r>
        <w:rPr>
          <w:b/>
        </w:rPr>
        <w:t xml:space="preserve">[09:16] </w:t>
      </w:r>
      <w:r>
        <w:t>to creator ne insaan ke habitat ko jo doosri dunya aati hai, is dunya ke baad, us mein rakh diya.</w:t>
      </w:r>
    </w:p>
    <w:p>
      <w:pPr>
        <w:jc w:val="right"/>
      </w:pPr>
      <w:r>
        <w:t>تو creator نے انسان کے habitat کو جو دوسری دنیا آتی ہے، اس دنیا کے بعد، اس میں رکھ دیا۔</w:t>
      </w:r>
    </w:p>
    <w:p>
      <w:r>
        <w:rPr>
          <w:b/>
        </w:rPr>
        <w:t xml:space="preserve">[09:23] </w:t>
      </w:r>
      <w:r>
        <w:t>yaani qayamat se pehle aur qayamat ke baad.</w:t>
      </w:r>
    </w:p>
    <w:p>
      <w:pPr>
        <w:jc w:val="right"/>
      </w:pPr>
      <w:r>
        <w:t>یعنی قیامت سے پہلے اور قیامت کے بعد۔</w:t>
      </w:r>
    </w:p>
    <w:p>
      <w:r>
        <w:rPr>
          <w:b/>
        </w:rPr>
        <w:t xml:space="preserve">[09:30] </w:t>
      </w:r>
      <w:r>
        <w:t>to qayamat se pehle hum is dunya mein hain.</w:t>
      </w:r>
    </w:p>
    <w:p>
      <w:pPr>
        <w:jc w:val="right"/>
      </w:pPr>
      <w:r>
        <w:t>تو قیامت سے پہلے ہم اس دنیا میں ہیں۔</w:t>
      </w:r>
    </w:p>
    <w:p>
      <w:r>
        <w:rPr>
          <w:b/>
        </w:rPr>
        <w:t xml:space="preserve">[09:36] </w:t>
      </w:r>
      <w:r>
        <w:t>to woh jo dunya hai, qayamat ke baad jo aayegi, wahan hamara habitat hai, wahan Paradise hai.</w:t>
      </w:r>
    </w:p>
    <w:p>
      <w:pPr>
        <w:jc w:val="right"/>
      </w:pPr>
      <w:r>
        <w:t>تو وہ جو دنیا ہے، قیامت کے بعد جو آئے گی، وہاں ہمارا habitat ہے، وہاں Paradise ہے۔</w:t>
      </w:r>
    </w:p>
    <w:p>
      <w:r>
        <w:rPr>
          <w:b/>
        </w:rPr>
        <w:t xml:space="preserve">[09:43] </w:t>
      </w:r>
      <w:r>
        <w:t>yeh kyun kiya Allah taala ne, khalq ne kyun kiya? is liye ke Paradise jo hai, us jis</w:t>
      </w:r>
    </w:p>
    <w:p>
      <w:pPr>
        <w:jc w:val="right"/>
      </w:pPr>
      <w:r>
        <w:t>یہ کیوں کیا اللہ تعالیٰ نے، خالق نے کیوں کیا؟ اس لیے کہ Paradise جو ہے، اس جس</w:t>
      </w:r>
    </w:p>
    <w:p>
      <w:r>
        <w:rPr>
          <w:b/>
        </w:rPr>
        <w:t xml:space="preserve">[09:49] </w:t>
      </w:r>
      <w:r>
        <w:t>mein eternal life hogi, har cheez perfect hogi, har cheez ideal hoga.</w:t>
      </w:r>
    </w:p>
    <w:p>
      <w:pPr>
        <w:jc w:val="right"/>
      </w:pPr>
      <w:r>
        <w:t>میں eternal life ہوگی، ہر چیز perfect ہوگی، ہر چیز ideal ہوگا۔</w:t>
      </w:r>
    </w:p>
    <w:p>
      <w:r>
        <w:rPr>
          <w:b/>
        </w:rPr>
        <w:t xml:space="preserve">[09:56] </w:t>
      </w:r>
      <w:r>
        <w:t>insan ko fulfillment milega.</w:t>
      </w:r>
    </w:p>
    <w:p>
      <w:pPr>
        <w:jc w:val="right"/>
      </w:pPr>
      <w:r>
        <w:t>انسان کو fulfillment ملے گا۔</w:t>
      </w:r>
    </w:p>
    <w:p>
      <w:r>
        <w:rPr>
          <w:b/>
        </w:rPr>
        <w:t xml:space="preserve">[10:02] </w:t>
      </w:r>
      <w:r>
        <w:t>sab se bari cheez hai ke insan ko fulfillment milega.</w:t>
      </w:r>
    </w:p>
    <w:p>
      <w:pPr>
        <w:jc w:val="right"/>
      </w:pPr>
      <w:r>
        <w:t>سب سے بڑی چیز ہے کہ انسان کو fulfillment ملے گا۔</w:t>
      </w:r>
    </w:p>
    <w:p>
      <w:r>
        <w:rPr>
          <w:b/>
        </w:rPr>
        <w:t xml:space="preserve">[10:09] </w:t>
      </w:r>
      <w:r>
        <w:t>is mein kisi qism ka problem nahi hoga.</w:t>
      </w:r>
    </w:p>
    <w:p>
      <w:pPr>
        <w:jc w:val="right"/>
      </w:pPr>
      <w:r>
        <w:t>اس میں کسی قسم کا problem نہیں ہوگا۔</w:t>
      </w:r>
    </w:p>
    <w:p>
      <w:r>
        <w:rPr>
          <w:b/>
        </w:rPr>
        <w:t xml:space="preserve">[10:15] </w:t>
      </w:r>
      <w:r>
        <w:t>to itni bari dunya, itna bara, itni bari valuable habitat jo hai, wo kaise mile insan ko? to</w:t>
      </w:r>
    </w:p>
    <w:p>
      <w:pPr>
        <w:jc w:val="right"/>
      </w:pPr>
      <w:r>
        <w:t>تو اتنی بڑی دنیا، اتنا بڑا، اتنی بڑی valuable habitat جو ہے، وہ کیسے ملے انسان کو؟ تو</w:t>
      </w:r>
    </w:p>
    <w:p>
      <w:r>
        <w:rPr>
          <w:b/>
        </w:rPr>
        <w:t xml:space="preserve">[10:22] </w:t>
      </w:r>
      <w:r>
        <w:t>is ka aik aik Allah taala ne aik bana diya, is ka aik usool ke is dunya mein</w:t>
      </w:r>
    </w:p>
    <w:p>
      <w:pPr>
        <w:jc w:val="right"/>
      </w:pPr>
      <w:r>
        <w:t>اس کا ایک ایک اللہ تعالیٰ نے ایک بنا دیا، اس کا ایک اصول کہ اس دنیا میں</w:t>
      </w:r>
    </w:p>
    <w:p>
      <w:r>
        <w:rPr>
          <w:b/>
        </w:rPr>
        <w:t xml:space="preserve">[10:28] </w:t>
      </w:r>
      <w:r>
        <w:t>jahan hum hain, is mein hum apne aap ko apne amal se, apni soch se, apne character se,</w:t>
      </w:r>
    </w:p>
    <w:p>
      <w:pPr>
        <w:jc w:val="right"/>
      </w:pPr>
      <w:r>
        <w:t>جہاں ہم ہیں، اس میں ہم اپنے آپ کو اپنے عمل سے، اپنی سوچ سے، اپنے character سے،</w:t>
      </w:r>
    </w:p>
    <w:p>
      <w:r>
        <w:rPr>
          <w:b/>
        </w:rPr>
        <w:t xml:space="preserve">[10:35] </w:t>
      </w:r>
      <w:r>
        <w:t>wo personality banaye jo personality deserve karti ho Paradise ke liye ya is habitat ke liye.</w:t>
      </w:r>
    </w:p>
    <w:p>
      <w:pPr>
        <w:jc w:val="right"/>
      </w:pPr>
      <w:r>
        <w:t>وہ personality بنائیں جو personality deserve کرتی ہو Paradise کے لیے یا اس habitat کے لیے۔</w:t>
      </w:r>
    </w:p>
    <w:p>
      <w:r>
        <w:rPr>
          <w:b/>
        </w:rPr>
        <w:t xml:space="preserve">[10:42] </w:t>
      </w:r>
      <w:r>
        <w:t>yeh dunya goya hai apne aap ko deserving candidate banane ke liye jannat ka.</w:t>
      </w:r>
    </w:p>
    <w:p>
      <w:pPr>
        <w:jc w:val="right"/>
      </w:pPr>
      <w:r>
        <w:t>یہ دنیا گویا ہے اپنے آپ کو deserving candidate بنانے کے لیے جنت کا۔</w:t>
      </w:r>
    </w:p>
    <w:p>
      <w:r>
        <w:rPr>
          <w:b/>
        </w:rPr>
        <w:t xml:space="preserve">[10:48] </w:t>
      </w:r>
      <w:r>
        <w:t>yahan jannat nahi milegi.</w:t>
      </w:r>
    </w:p>
    <w:p>
      <w:pPr>
        <w:jc w:val="right"/>
      </w:pPr>
      <w:r>
        <w:t>یہاں جنت نہیں ملے گی۔</w:t>
      </w:r>
    </w:p>
    <w:p>
      <w:r>
        <w:rPr>
          <w:b/>
        </w:rPr>
        <w:t xml:space="preserve">[10:55] </w:t>
      </w:r>
      <w:r>
        <w:t>yahan to apne aap ko apne aap ko deserving candidate banana hai.</w:t>
      </w:r>
    </w:p>
    <w:p>
      <w:pPr>
        <w:jc w:val="right"/>
      </w:pPr>
      <w:r>
        <w:t>یہاں تو اپنے آپ کو اپنے آپ کو deserving candidate بنانا ہے۔</w:t>
      </w:r>
    </w:p>
    <w:p>
      <w:r>
        <w:rPr>
          <w:b/>
        </w:rPr>
        <w:t xml:space="preserve">[11:01] </w:t>
      </w:r>
      <w:r>
        <w:t>is ko Quran mein tazkiya kaha gaya.</w:t>
      </w:r>
    </w:p>
    <w:p>
      <w:pPr>
        <w:jc w:val="right"/>
      </w:pPr>
      <w:r>
        <w:t>اس کو قرآن میں تزکیہ کہا گیا۔</w:t>
      </w:r>
    </w:p>
    <w:p>
      <w:r>
        <w:rPr>
          <w:b/>
        </w:rPr>
        <w:t xml:space="preserve">[11:08] </w:t>
      </w:r>
      <w:r>
        <w:t>tazkiya ke maani purified soul.</w:t>
      </w:r>
    </w:p>
    <w:p>
      <w:pPr>
        <w:jc w:val="right"/>
      </w:pPr>
      <w:r>
        <w:t>تزکیہ کے معنی purified soul۔</w:t>
      </w:r>
    </w:p>
    <w:p>
      <w:r>
        <w:rPr>
          <w:b/>
        </w:rPr>
        <w:t xml:space="preserve">[11:14] </w:t>
      </w:r>
      <w:r>
        <w:t>to purified soul kya cheez hai? wo yeh hai ke aap dunya mein aap azaad hain, aap ko</w:t>
      </w:r>
    </w:p>
    <w:p>
      <w:pPr>
        <w:jc w:val="right"/>
      </w:pPr>
      <w:r>
        <w:t>تو purified soul کیا چیز ہے؟ وہ یہ ہے کہ آپ دنیا میں آپ آزاد ہیں، آپ کو</w:t>
      </w:r>
    </w:p>
    <w:p>
      <w:r>
        <w:rPr>
          <w:b/>
        </w:rPr>
        <w:t xml:space="preserve">[11:21] </w:t>
      </w:r>
      <w:r>
        <w:t>freedom mila hua hai.</w:t>
      </w:r>
    </w:p>
    <w:p>
      <w:pPr>
        <w:jc w:val="right"/>
      </w:pPr>
      <w:r>
        <w:t>freedom ملا ہوا ہے۔</w:t>
      </w:r>
    </w:p>
    <w:p>
      <w:r>
        <w:rPr>
          <w:b/>
        </w:rPr>
        <w:t xml:space="preserve">[11:27] </w:t>
      </w:r>
      <w:r>
        <w:t>to Allah ke farishtay dekh rahe hain ke aap different situation mein response kya dete hain.</w:t>
      </w:r>
    </w:p>
    <w:p>
      <w:pPr>
        <w:jc w:val="right"/>
      </w:pPr>
      <w:r>
        <w:t>تو اللہ کے فرشتے دیکھ رہے ہیں کہ آپ different situation میں response کیا دیتے ہیں۔</w:t>
      </w:r>
    </w:p>
    <w:p>
      <w:r>
        <w:rPr>
          <w:b/>
        </w:rPr>
        <w:t xml:space="preserve">[11:34] </w:t>
      </w:r>
      <w:r>
        <w:t>sara muamla response ka hai.</w:t>
      </w:r>
    </w:p>
    <w:p>
      <w:pPr>
        <w:jc w:val="right"/>
      </w:pPr>
      <w:r>
        <w:t>سارا معاملہ response کا ہے۔</w:t>
      </w:r>
    </w:p>
    <w:p>
      <w:r>
        <w:rPr>
          <w:b/>
        </w:rPr>
        <w:t xml:space="preserve">[11:40] </w:t>
      </w:r>
      <w:r>
        <w:t>yani aap negative response dete hain ya positive response dete hain.</w:t>
      </w:r>
    </w:p>
    <w:p>
      <w:pPr>
        <w:jc w:val="right"/>
      </w:pPr>
      <w:r>
        <w:t>یعنی آپ negative response دیتے ہیں یا positive response دیتے ہیں۔</w:t>
      </w:r>
    </w:p>
    <w:p>
      <w:r>
        <w:rPr>
          <w:b/>
        </w:rPr>
        <w:t xml:space="preserve">[11:47] </w:t>
      </w:r>
      <w:r>
        <w:t>misal ke tor par dekhen, aik aadmi ne aap ko ghussa dila diya.</w:t>
      </w:r>
    </w:p>
    <w:p>
      <w:pPr>
        <w:jc w:val="right"/>
      </w:pPr>
      <w:r>
        <w:t>مثلاً دیکھیں، ایک آدمی نے آپ کو غصہ دلا دیا۔</w:t>
      </w:r>
    </w:p>
    <w:p>
      <w:r>
        <w:rPr>
          <w:b/>
        </w:rPr>
        <w:t xml:space="preserve">[11:54] </w:t>
      </w:r>
      <w:r>
        <w:t>koi aisi baat keh di us ne, ya aap offend ho gaye, aap ko ghussa aa gaya.</w:t>
      </w:r>
    </w:p>
    <w:p>
      <w:pPr>
        <w:jc w:val="right"/>
      </w:pPr>
      <w:r>
        <w:t>کوئی ایسی بات کہہ دی اس نے، یا آپ offend ہو گئے، آپ کو غصہ آ گیا۔</w:t>
      </w:r>
    </w:p>
    <w:p>
      <w:r>
        <w:rPr>
          <w:b/>
        </w:rPr>
        <w:t xml:space="preserve">[12:00] </w:t>
      </w:r>
      <w:r>
        <w:t>to ghussa anay ke baad aap ne kya kiya? aap ke andar revenge bhark utha, inteqam ke mujhe</w:t>
      </w:r>
    </w:p>
    <w:p>
      <w:pPr>
        <w:jc w:val="right"/>
      </w:pPr>
      <w:r>
        <w:t>تو غصہ آنے کے بعد آپ نے کیا کیا؟ آپ کے اندر revenge بھڑک اٹھا، انتقام کہ مجھے</w:t>
      </w:r>
    </w:p>
    <w:p>
      <w:r>
        <w:rPr>
          <w:b/>
        </w:rPr>
        <w:t xml:space="preserve">[12:07] </w:t>
      </w:r>
      <w:r>
        <w:t>is se inteqam lena hai.</w:t>
      </w:r>
    </w:p>
    <w:p>
      <w:pPr>
        <w:jc w:val="right"/>
      </w:pPr>
      <w:r>
        <w:t>اس سے انتقام لینا ہے۔</w:t>
      </w:r>
    </w:p>
    <w:p>
      <w:r>
        <w:rPr>
          <w:b/>
        </w:rPr>
        <w:t xml:space="preserve">[12:13] </w:t>
      </w:r>
      <w:r>
        <w:t>to ghussa aaya, phir revenge aaya, phir violence aaya, phir bloodshed tak pohanch gaya muamla.</w:t>
      </w:r>
    </w:p>
    <w:p>
      <w:pPr>
        <w:jc w:val="right"/>
      </w:pPr>
      <w:r>
        <w:t>تو غصہ آیا، پھر revenge آیا، پھر violence آیا، پھر bloodshed تک پہنچ گیا معاملہ۔</w:t>
      </w:r>
    </w:p>
    <w:p>
      <w:r>
        <w:rPr>
          <w:b/>
        </w:rPr>
        <w:t xml:space="preserve">[12:20] </w:t>
      </w:r>
      <w:r>
        <w:t>aik aik yeh insan hai.</w:t>
      </w:r>
    </w:p>
    <w:p>
      <w:pPr>
        <w:jc w:val="right"/>
      </w:pPr>
      <w:r>
        <w:t>ایک ایک یہ انسان ہے۔</w:t>
      </w:r>
    </w:p>
    <w:p>
      <w:r>
        <w:rPr>
          <w:b/>
        </w:rPr>
        <w:t xml:space="preserve">[12:26] </w:t>
      </w:r>
      <w:r>
        <w:t>yeh wo insan hai jo reaction mein jeeta hai.</w:t>
      </w:r>
    </w:p>
    <w:p>
      <w:pPr>
        <w:jc w:val="right"/>
      </w:pPr>
      <w:r>
        <w:t>یہ وہ انسان ہے جو reaction میں جیتا ہے۔</w:t>
      </w:r>
    </w:p>
    <w:p>
      <w:r>
        <w:rPr>
          <w:b/>
        </w:rPr>
        <w:t xml:space="preserve">[12:33] </w:t>
      </w:r>
      <w:r>
        <w:t>aap ko samaj mein insanon ke darmiyan rehte hue bar bar aap ko aise experience hote hain jahan</w:t>
      </w:r>
    </w:p>
    <w:p>
      <w:pPr>
        <w:jc w:val="right"/>
      </w:pPr>
      <w:r>
        <w:t>آپ کو سماج میں انسانوں کے درمیان رہتے ہوئے بار بار آپ کو ایسے experience ہوتے ہیں جہاں</w:t>
      </w:r>
    </w:p>
    <w:p>
      <w:r>
        <w:rPr>
          <w:b/>
        </w:rPr>
        <w:t xml:space="preserve">[12:39] </w:t>
      </w:r>
      <w:r>
        <w:t>aap ke jazbat bhadakte hain.</w:t>
      </w:r>
    </w:p>
    <w:p>
      <w:pPr>
        <w:jc w:val="right"/>
      </w:pPr>
      <w:r>
        <w:t>آپ کے جذبات بھڑکتے ہیں۔</w:t>
      </w:r>
    </w:p>
    <w:p>
      <w:r>
        <w:rPr>
          <w:b/>
        </w:rPr>
        <w:t xml:space="preserve">[12:46] </w:t>
      </w:r>
      <w:r>
        <w:t>bar bar aisa hota hai.</w:t>
      </w:r>
    </w:p>
    <w:p>
      <w:pPr>
        <w:jc w:val="right"/>
      </w:pPr>
      <w:r>
        <w:t>بار بار ایسا ہوتا ہے۔</w:t>
      </w:r>
    </w:p>
    <w:p>
      <w:r>
        <w:rPr>
          <w:b/>
        </w:rPr>
        <w:t xml:space="preserve">[12:52] </w:t>
      </w:r>
      <w:r>
        <w:t>yani bar bar hum ko unwanted situation pesh aati hai.</w:t>
      </w:r>
    </w:p>
    <w:p>
      <w:pPr>
        <w:jc w:val="right"/>
      </w:pPr>
      <w:r>
        <w:t>یعنی بار بار ہم کو unwanted situation پیش آتی ہے۔</w:t>
      </w:r>
    </w:p>
    <w:p>
      <w:r>
        <w:rPr>
          <w:b/>
        </w:rPr>
        <w:t xml:space="preserve">[12:59] </w:t>
      </w:r>
      <w:r>
        <w:t>to is mein agar aap ne negative response diya to aap woh personality aap ke andar develop nahin</w:t>
      </w:r>
    </w:p>
    <w:p>
      <w:pPr>
        <w:jc w:val="right"/>
      </w:pPr>
      <w:r>
        <w:t>تو اس میں اگر آپ نے negative response دیا تو آپ وہ personality آپ کے اندر develop نہیں</w:t>
      </w:r>
    </w:p>
    <w:p>
      <w:r>
        <w:rPr>
          <w:b/>
        </w:rPr>
        <w:t xml:space="preserve">[13:05] </w:t>
      </w:r>
      <w:r>
        <w:t>hogi jo paradise mein entry paane ke qabil ho.</w:t>
      </w:r>
    </w:p>
    <w:p>
      <w:pPr>
        <w:jc w:val="right"/>
      </w:pPr>
      <w:r>
        <w:t>ہوگی جو Paradise میں entry پانے کے قابل ہو۔</w:t>
      </w:r>
    </w:p>
    <w:p>
      <w:r>
        <w:rPr>
          <w:b/>
        </w:rPr>
        <w:t xml:space="preserve">[13:12] </w:t>
      </w:r>
      <w:r>
        <w:t>paradise mein entry paane ke qabil nahin hogi.</w:t>
      </w:r>
    </w:p>
    <w:p>
      <w:pPr>
        <w:jc w:val="right"/>
      </w:pPr>
      <w:r>
        <w:t>Paradise میں entry پانے کے قابل نہیں ہوگی۔</w:t>
      </w:r>
    </w:p>
    <w:p>
      <w:r>
        <w:rPr>
          <w:b/>
        </w:rPr>
        <w:t xml:space="preserve">[13:19] </w:t>
      </w:r>
      <w:r>
        <w:t>aur agar aap ne positive response diya, mislan quran mein hai ke ghussa aaya to faragheb kar diya.</w:t>
      </w:r>
    </w:p>
    <w:p>
      <w:pPr>
        <w:jc w:val="right"/>
      </w:pPr>
      <w:r>
        <w:t>اور اگر آپ نے positive response دیا، مثلاً قرآن میں ہے کہ غصہ آیا تو فارغیب کر دیا۔</w:t>
      </w:r>
    </w:p>
    <w:p>
      <w:r>
        <w:rPr>
          <w:b/>
        </w:rPr>
        <w:t xml:space="preserve">[13:25] </w:t>
      </w:r>
      <w:r>
        <w:t>to ghusse ke waqt ek hai faraghebness ka response dena, ek hai ghusse ke baad intiqam ka response dena.</w:t>
      </w:r>
    </w:p>
    <w:p>
      <w:pPr>
        <w:jc w:val="right"/>
      </w:pPr>
      <w:r>
        <w:t>تو غصے کے وقت ایک ہے فارغیبنس کا response دینا، ایک ہے غصے کے بعد انتقام کا response دینا۔</w:t>
      </w:r>
    </w:p>
    <w:p>
      <w:r>
        <w:rPr>
          <w:b/>
        </w:rPr>
        <w:t xml:space="preserve">[13:32] </w:t>
      </w:r>
      <w:r>
        <w:t>to is se do shakhsiyat yahan dunya mein ban rahi hain har aadmi ki.</w:t>
      </w:r>
    </w:p>
    <w:p>
      <w:pPr>
        <w:jc w:val="right"/>
      </w:pPr>
      <w:r>
        <w:t>تو اس سے دو شخصیت یہاں دنیا میں بن رہی ہیں ہر آدمی کی۔</w:t>
      </w:r>
    </w:p>
    <w:p>
      <w:r>
        <w:rPr>
          <w:b/>
        </w:rPr>
        <w:t xml:space="preserve">[13:38] </w:t>
      </w:r>
      <w:r>
        <w:t>ya to negative ban rahi hai ya positive ban rahi hai.</w:t>
      </w:r>
    </w:p>
    <w:p>
      <w:pPr>
        <w:jc w:val="right"/>
      </w:pPr>
      <w:r>
        <w:t>یا تو negative بن رہی ہے یا positive بن رہی ہے۔</w:t>
      </w:r>
    </w:p>
    <w:p>
      <w:r>
        <w:rPr>
          <w:b/>
        </w:rPr>
        <w:t xml:space="preserve">[13:45] </w:t>
      </w:r>
      <w:r>
        <w:t>do tarah ki personality ban rahi hai.</w:t>
      </w:r>
    </w:p>
    <w:p>
      <w:pPr>
        <w:jc w:val="right"/>
      </w:pPr>
      <w:r>
        <w:t>دو طرح کی personality بن رہی ہے۔</w:t>
      </w:r>
    </w:p>
    <w:p>
      <w:r>
        <w:rPr>
          <w:b/>
        </w:rPr>
        <w:t xml:space="preserve">[13:51] </w:t>
      </w:r>
      <w:r>
        <w:t>to dunya ke khatme par ek selection hoga. selection.</w:t>
      </w:r>
    </w:p>
    <w:p>
      <w:pPr>
        <w:jc w:val="right"/>
      </w:pPr>
      <w:r>
        <w:t>تو دنیا کے خاتمے پر ایک selection ہوگا۔ Selection۔</w:t>
      </w:r>
    </w:p>
    <w:p>
      <w:r>
        <w:rPr>
          <w:b/>
        </w:rPr>
        <w:t xml:space="preserve">[13:58] </w:t>
      </w:r>
      <w:r>
        <w:t>un logon ko select kiya jayega jinhon ne apne aap ko apne andar mazhaka shakhsiyat banai.</w:t>
      </w:r>
    </w:p>
    <w:p>
      <w:pPr>
        <w:jc w:val="right"/>
      </w:pPr>
      <w:r>
        <w:t>ان لوگوں کو select کیا جائے گا جنہوں نے اپنے آپ کو اپنے اندر مضحکہ شخصیت بنائی۔</w:t>
      </w:r>
    </w:p>
    <w:p>
      <w:r>
        <w:rPr>
          <w:b/>
        </w:rPr>
        <w:t xml:space="preserve">[14:04] </w:t>
      </w:r>
      <w:r>
        <w:t>yani positive personality banai.</w:t>
      </w:r>
    </w:p>
    <w:p>
      <w:pPr>
        <w:jc w:val="right"/>
      </w:pPr>
      <w:r>
        <w:t>یعنی positive personality بنائی۔</w:t>
      </w:r>
    </w:p>
    <w:p>
      <w:r>
        <w:rPr>
          <w:b/>
        </w:rPr>
        <w:t xml:space="preserve">[14:11] </w:t>
      </w:r>
      <w:r>
        <w:t>un ko select kar liya jayega jannat mein entry ke liye.</w:t>
      </w:r>
    </w:p>
    <w:p>
      <w:pPr>
        <w:jc w:val="right"/>
      </w:pPr>
      <w:r>
        <w:t>ان کو select کر لیا جائے گا جنت میں entry کے لیے۔</w:t>
      </w:r>
    </w:p>
    <w:p>
      <w:r>
        <w:rPr>
          <w:b/>
        </w:rPr>
        <w:t xml:space="preserve">[14:17] </w:t>
      </w:r>
      <w:r>
        <w:t>jannat mein dakhle ke liye.</w:t>
      </w:r>
    </w:p>
    <w:p>
      <w:pPr>
        <w:jc w:val="right"/>
      </w:pPr>
      <w:r>
        <w:t>جنت میں داخلے کے لیے۔</w:t>
      </w:r>
    </w:p>
    <w:p>
      <w:r>
        <w:rPr>
          <w:b/>
        </w:rPr>
        <w:t xml:space="preserve">[14:24] </w:t>
      </w:r>
      <w:r>
        <w:t>aur jin logon ne apne andar mazhaka shakhsiyat nahin banai, negative personality banai, to woh un ko reject kar diya. reject.</w:t>
      </w:r>
    </w:p>
    <w:p>
      <w:pPr>
        <w:jc w:val="right"/>
      </w:pPr>
      <w:r>
        <w:t>اور جن لوگوں نے اپنے اندر مضحکہ شخصیت نہیں بنائی، negative personality بنائی، تو وہ ان کو reject کر دیا۔ Reject۔</w:t>
      </w:r>
    </w:p>
    <w:p>
      <w:r>
        <w:rPr>
          <w:b/>
        </w:rPr>
        <w:t xml:space="preserve">[14:31] </w:t>
      </w:r>
      <w:r>
        <w:t>ek martaba mujhe ek shakhs mila tha jo england mein service karta tha.</w:t>
      </w:r>
    </w:p>
    <w:p>
      <w:pPr>
        <w:jc w:val="right"/>
      </w:pPr>
      <w:r>
        <w:t>ایک مرتبہ مجھے ایک شخص ملا تھا جو انگلینڈ میں service کرتا تھا۔</w:t>
      </w:r>
    </w:p>
    <w:p>
      <w:r>
        <w:rPr>
          <w:b/>
        </w:rPr>
        <w:t xml:space="preserve">[14:37] </w:t>
      </w:r>
      <w:r>
        <w:t>bahut din ki baat hai.</w:t>
      </w:r>
    </w:p>
    <w:p>
      <w:pPr>
        <w:jc w:val="right"/>
      </w:pPr>
      <w:r>
        <w:t>بہت دن کی بات ہے۔</w:t>
      </w:r>
    </w:p>
    <w:p>
      <w:r>
        <w:rPr>
          <w:b/>
        </w:rPr>
        <w:t xml:space="preserve">[14:44] </w:t>
      </w:r>
      <w:r>
        <w:t>to main us waqt jab jab mujhe mila tha, woh dilli ke jamia masjid mein mila tha woh aadmi mujhe.</w:t>
      </w:r>
    </w:p>
    <w:p>
      <w:pPr>
        <w:jc w:val="right"/>
      </w:pPr>
      <w:r>
        <w:t>تو میں اس وقت جب جب مجھے ملا تھا، وہ دلی کے جامع مسجد میں ملا تھا وہ آدمی مجھے۔</w:t>
      </w:r>
    </w:p>
    <w:p>
      <w:r>
        <w:rPr>
          <w:b/>
        </w:rPr>
        <w:t xml:space="preserve">[14:50] </w:t>
      </w:r>
      <w:r>
        <w:t>to woh yani bilkul jo lamba kurta aur pajama is tarah ka jo kapda hota hai, sharai libas</w:t>
      </w:r>
    </w:p>
    <w:p>
      <w:pPr>
        <w:jc w:val="right"/>
      </w:pPr>
      <w:r>
        <w:t>تو وہ یعنی بالکل جو لمبا کرتا اور پجامہ اس طرح کا جو کپڑا ہوتا ہے، شرعی لباس</w:t>
      </w:r>
    </w:p>
    <w:p>
      <w:r>
        <w:rPr>
          <w:b/>
        </w:rPr>
        <w:t xml:space="preserve">[14:57] </w:t>
      </w:r>
      <w:r>
        <w:t>woh pehne hue tha.</w:t>
      </w:r>
    </w:p>
    <w:p>
      <w:pPr>
        <w:jc w:val="right"/>
      </w:pPr>
      <w:r>
        <w:t>وہ پہنے ہوئے تھا۔</w:t>
      </w:r>
    </w:p>
    <w:p>
      <w:r>
        <w:rPr>
          <w:b/>
        </w:rPr>
        <w:t xml:space="preserve">[15:03] </w:t>
      </w:r>
      <w:r>
        <w:t>to main ne us se poocha ke aap kaun sahab hain? to us ne bataya ke main england</w:t>
      </w:r>
    </w:p>
    <w:p>
      <w:pPr>
        <w:jc w:val="right"/>
      </w:pPr>
      <w:r>
        <w:t>تو میں نے اس سے پوچھا کہ آپ کون صاحب ہیں؟ تو اس نے بتایا کہ میں انگلینڈ</w:t>
      </w:r>
    </w:p>
    <w:p>
      <w:r>
        <w:rPr>
          <w:b/>
        </w:rPr>
        <w:t xml:space="preserve">[15:10] </w:t>
      </w:r>
      <w:r>
        <w:t>mein rehta tha, coat patloon pehanta tha, aur main kaam karta tha ek biscuit company mein.</w:t>
      </w:r>
    </w:p>
    <w:p>
      <w:pPr>
        <w:jc w:val="right"/>
      </w:pPr>
      <w:r>
        <w:t>میں رہتا تھا، کوٹ پتول پہنتا تھا، اور میں کام کرتا تھا ایک بسکٹ کمپنی میں۔</w:t>
      </w:r>
    </w:p>
    <w:p>
      <w:r>
        <w:rPr>
          <w:b/>
        </w:rPr>
        <w:t xml:space="preserve">[15:16] </w:t>
      </w:r>
      <w:r>
        <w:t>aik biscuit ki company mein mein kaam karta tha.</w:t>
      </w:r>
    </w:p>
    <w:p>
      <w:pPr>
        <w:jc w:val="right"/>
      </w:pPr>
      <w:r>
        <w:t>ایک بسکٹ کی کمپنی میں میں کام کرتا تھا۔</w:t>
      </w:r>
    </w:p>
    <w:p>
      <w:r>
        <w:rPr>
          <w:b/>
        </w:rPr>
        <w:t xml:space="preserve">[15:23] </w:t>
      </w:r>
      <w:r>
        <w:t>mera kaam kya tha? mera kaam yeh tha ke mein jahan ban ban ke biscuit aa rahe thay,</w:t>
      </w:r>
    </w:p>
    <w:p>
      <w:pPr>
        <w:jc w:val="right"/>
      </w:pPr>
      <w:r>
        <w:t>میرا کام کیا تھا؟ میرا کام یہ تھا کہ میں جہاں بن بن کے بسکٹ آ رہے تھے،</w:t>
      </w:r>
    </w:p>
    <w:p>
      <w:r>
        <w:rPr>
          <w:b/>
        </w:rPr>
        <w:t xml:space="preserve">[15:29] </w:t>
      </w:r>
      <w:r>
        <w:t>ban ban ke biscuit aate thay, yahan girte thay, to is mein mera kaam tha chhaatna.</w:t>
      </w:r>
    </w:p>
    <w:p>
      <w:pPr>
        <w:jc w:val="right"/>
      </w:pPr>
      <w:r>
        <w:t>بن بن کے بسکٹ آتے تھے، یہاں گرتے تھے، تو اس میں میرا کام تھا چھاٹنا۔</w:t>
      </w:r>
    </w:p>
    <w:p>
      <w:r>
        <w:rPr>
          <w:b/>
        </w:rPr>
        <w:t xml:space="preserve">[15:36] </w:t>
      </w:r>
      <w:r>
        <w:t>koi biscuit jo kharab ho gaya kisi wajah se, to us ko chhaatta tha mein.</w:t>
      </w:r>
    </w:p>
    <w:p>
      <w:pPr>
        <w:jc w:val="right"/>
      </w:pPr>
      <w:r>
        <w:t>کوئی بسکٹ جو خراب ہو گیا کسی وجہ سے، تو اس کو چھاٹتا تھا میں۔</w:t>
      </w:r>
    </w:p>
    <w:p>
      <w:r>
        <w:rPr>
          <w:b/>
        </w:rPr>
        <w:t xml:space="preserve">[15:42] </w:t>
      </w:r>
      <w:r>
        <w:t>aur aur bhi kai log thay chhaatne wale.</w:t>
      </w:r>
    </w:p>
    <w:p>
      <w:pPr>
        <w:jc w:val="right"/>
      </w:pPr>
      <w:r>
        <w:t>اور اور بھی کئی لوگ تھے چھاٹنے والے۔</w:t>
      </w:r>
    </w:p>
    <w:p>
      <w:r>
        <w:rPr>
          <w:b/>
        </w:rPr>
        <w:t xml:space="preserve">[15:49] </w:t>
      </w:r>
      <w:r>
        <w:t>to us ko aik din aisa hua ke jab woh chhaat raha tha, aisa biscuit jo kharab ho</w:t>
      </w:r>
    </w:p>
    <w:p>
      <w:pPr>
        <w:jc w:val="right"/>
      </w:pPr>
      <w:r>
        <w:t>تو اس کو ایک دن ایسا ہوا کہ جب وہ چھاٹ رہا تھا، ایسا بسکٹ جو خراب ہو</w:t>
      </w:r>
    </w:p>
    <w:p>
      <w:r>
        <w:rPr>
          <w:b/>
        </w:rPr>
        <w:t xml:space="preserve">[15:56] </w:t>
      </w:r>
      <w:r>
        <w:t>gaya tha, kharab ke maani shape bigad gaya, yani woh kuch aisi us ke andar kuch defect aa</w:t>
      </w:r>
    </w:p>
    <w:p>
      <w:pPr>
        <w:jc w:val="right"/>
      </w:pPr>
      <w:r>
        <w:t>گیا تھا، خراب کے معنی shape بگڑ گیا، یعنی وہ کچھ ایسی اس کے اندر کچھ defect آ</w:t>
      </w:r>
    </w:p>
    <w:p>
      <w:r>
        <w:rPr>
          <w:b/>
        </w:rPr>
        <w:t xml:space="preserve">[16:02] </w:t>
      </w:r>
      <w:r>
        <w:t>gaya, to us ne kaha ke jab mein chhaat raha tha to achaanak mere zehan mein baat aayi</w:t>
      </w:r>
    </w:p>
    <w:p>
      <w:pPr>
        <w:jc w:val="right"/>
      </w:pPr>
      <w:r>
        <w:t>گیا، تو اس نے کہا کہ جب میں چھاٹ رہا تھا تو اچانک میرے ذہن میں بات آئی</w:t>
      </w:r>
    </w:p>
    <w:p>
      <w:r>
        <w:rPr>
          <w:b/>
        </w:rPr>
        <w:t xml:space="preserve">[16:09] </w:t>
      </w:r>
      <w:r>
        <w:t>ke aakhirat mein insaan is tarah chhaante jayenge.</w:t>
      </w:r>
    </w:p>
    <w:p>
      <w:pPr>
        <w:jc w:val="right"/>
      </w:pPr>
      <w:r>
        <w:t>کہ آخرت میں انسان اس طرح چھاٹے جائیں گے۔</w:t>
      </w:r>
    </w:p>
    <w:p>
      <w:r>
        <w:rPr>
          <w:b/>
        </w:rPr>
        <w:t xml:space="preserve">[16:15] </w:t>
      </w:r>
      <w:r>
        <w:t>doosri duniya jo aane wali hai, woh saare insaan wahan ekatha honge, to wahan pe chhaatai hogi.</w:t>
      </w:r>
    </w:p>
    <w:p>
      <w:pPr>
        <w:jc w:val="right"/>
      </w:pPr>
      <w:r>
        <w:t>دوسری دنیا جو آنے والی ہے، وہ سارے انسان وہاں اکٹھا ہوں گے، تو وہاں پہ چھٹائی ہوگی۔</w:t>
      </w:r>
    </w:p>
    <w:p>
      <w:r>
        <w:rPr>
          <w:b/>
        </w:rPr>
        <w:t xml:space="preserve">[16:22] </w:t>
      </w:r>
      <w:r>
        <w:t>log chhaante jayenge.</w:t>
      </w:r>
    </w:p>
    <w:p>
      <w:pPr>
        <w:jc w:val="right"/>
      </w:pPr>
      <w:r>
        <w:t>لوگ چھاٹے جائیں گے۔</w:t>
      </w:r>
    </w:p>
    <w:p>
      <w:r>
        <w:rPr>
          <w:b/>
        </w:rPr>
        <w:t xml:space="preserve">[16:28] </w:t>
      </w:r>
      <w:r>
        <w:t>kaun kaisa tha, kaun kaisa tha? kaun wahan negative personality le ke pahuncha hai, kaun wahan positive personality</w:t>
      </w:r>
    </w:p>
    <w:p>
      <w:pPr>
        <w:jc w:val="right"/>
      </w:pPr>
      <w:r>
        <w:t>کون کیسا تھا، کون کیسا تھا؟ کون وہاں negative personality لے کے پہنچا ہے، کون وہاں positive personality</w:t>
      </w:r>
    </w:p>
    <w:p>
      <w:r>
        <w:rPr>
          <w:b/>
        </w:rPr>
        <w:t xml:space="preserve">[16:35] </w:t>
      </w:r>
      <w:r>
        <w:t>le ke pahuncha hai? to wahan par farishte rahenge, farishte honge chhaatne ke liye.</w:t>
      </w:r>
    </w:p>
    <w:p>
      <w:pPr>
        <w:jc w:val="right"/>
      </w:pPr>
      <w:r>
        <w:t>لے کے پہنچا ہے؟ تو وہاں پر فرشتے رہیں گے، فرشتے ہوں گے چھاٹنے کے لیے۔</w:t>
      </w:r>
    </w:p>
    <w:p>
      <w:r>
        <w:rPr>
          <w:b/>
        </w:rPr>
        <w:t xml:space="preserve">[16:41] </w:t>
      </w:r>
      <w:r>
        <w:t>to achaanak is khayal aaya ke agar aakhirat mein farishte mujhe chhaat dein aur mujhe jannat na mile</w:t>
      </w:r>
    </w:p>
    <w:p>
      <w:pPr>
        <w:jc w:val="right"/>
      </w:pPr>
      <w:r>
        <w:t>تو اچانک اس خیال آیا کہ اگر آخرت میں فرشتے مجھے چھاٹ دیں اور مجھے جنت نہ ملے</w:t>
      </w:r>
    </w:p>
    <w:p>
      <w:r>
        <w:rPr>
          <w:b/>
        </w:rPr>
        <w:t xml:space="preserve">[16:48] </w:t>
      </w:r>
      <w:r>
        <w:t>to kya mera haal hoga? to achaanak yeh aaya, us ko khayal to us ke dimaag itna zyada</w:t>
      </w:r>
    </w:p>
    <w:p>
      <w:pPr>
        <w:jc w:val="right"/>
      </w:pPr>
      <w:r>
        <w:t>تو کیا میرا حال ہوگا؟ تو اچانک یہ آیا، اس کو خیال تو اس کے دماغ اتنا زیادہ</w:t>
      </w:r>
    </w:p>
    <w:p>
      <w:r>
        <w:rPr>
          <w:b/>
        </w:rPr>
        <w:t xml:space="preserve">[16:54] </w:t>
      </w:r>
      <w:r>
        <w:t>woh chha gaya ke chhutti le li us ne.</w:t>
      </w:r>
    </w:p>
    <w:p>
      <w:pPr>
        <w:jc w:val="right"/>
      </w:pPr>
      <w:r>
        <w:t>وہ چھا گیا کہ چھٹی لے لی اس نے۔</w:t>
      </w:r>
    </w:p>
    <w:p>
      <w:r>
        <w:rPr>
          <w:b/>
        </w:rPr>
        <w:t xml:space="preserve">[17:01] </w:t>
      </w:r>
      <w:r>
        <w:t>chhutti le ke ghar chala gaya.</w:t>
      </w:r>
    </w:p>
    <w:p>
      <w:pPr>
        <w:jc w:val="right"/>
      </w:pPr>
      <w:r>
        <w:t>حدودی کی چھٹی لے کے گھر چلا گیا۔</w:t>
      </w:r>
    </w:p>
    <w:p>
      <w:r>
        <w:rPr>
          <w:b/>
        </w:rPr>
        <w:t xml:space="preserve">[17:08] </w:t>
      </w:r>
      <w:r>
        <w:t>bas yahi sochta raha woh ke mujh ko behal marna hai, aakhirat mein pahunchna hai, aur wahan insaan</w:t>
      </w:r>
    </w:p>
    <w:p>
      <w:pPr>
        <w:jc w:val="right"/>
      </w:pPr>
      <w:r>
        <w:t>بس یہی سوچتا رہا وہ کہ مجھ کو بہرحال مرنا ہے، آخرت میں پہنچنا ہے، اور وہاں انسان</w:t>
      </w:r>
    </w:p>
    <w:p>
      <w:r>
        <w:rPr>
          <w:b/>
        </w:rPr>
        <w:t xml:space="preserve">[17:14] </w:t>
      </w:r>
      <w:r>
        <w:t>ki chhaatai hogi.</w:t>
      </w:r>
    </w:p>
    <w:p>
      <w:pPr>
        <w:jc w:val="right"/>
      </w:pPr>
      <w:r>
        <w:t>کی چھٹائی ہوگی۔</w:t>
      </w:r>
    </w:p>
    <w:p>
      <w:r>
        <w:rPr>
          <w:b/>
        </w:rPr>
        <w:t xml:space="preserve">[17:21] </w:t>
      </w:r>
      <w:r>
        <w:t>to agar farishte mujhe chhaat dein to eternal life meri kya hogi? kya kya haal mera hoga? to</w:t>
      </w:r>
    </w:p>
    <w:p>
      <w:pPr>
        <w:jc w:val="right"/>
      </w:pPr>
      <w:r>
        <w:t>تو اگر فرشتے مجھے چھاٹ دیں تو eternal life میری کیا ہوگی؟ کیا کیا حال میرا ہوگا؟ تو</w:t>
      </w:r>
    </w:p>
    <w:p>
      <w:r>
        <w:rPr>
          <w:b/>
        </w:rPr>
        <w:t xml:space="preserve">[17:27] </w:t>
      </w:r>
      <w:r>
        <w:t>us ke baad us ne service chhod di aur wahan par us ko tablighi jamaat wahan aayi hui</w:t>
      </w:r>
    </w:p>
    <w:p>
      <w:pPr>
        <w:jc w:val="right"/>
      </w:pPr>
      <w:r>
        <w:t>اس کے بعد اس نے سروس چھوڑ دی اور وہاں پر اس کو تبلیغی جماعت وہاں آئی ہوئی</w:t>
      </w:r>
    </w:p>
    <w:p>
      <w:r>
        <w:rPr>
          <w:b/>
        </w:rPr>
        <w:t xml:space="preserve">[17:34] </w:t>
      </w:r>
      <w:r>
        <w:t>thi, us mein shaamil ho gaya woh.</w:t>
      </w:r>
    </w:p>
    <w:p>
      <w:pPr>
        <w:jc w:val="right"/>
      </w:pPr>
      <w:r>
        <w:t>تھی، اس میں شامل ہو گیا وہ۔</w:t>
      </w:r>
    </w:p>
    <w:p>
      <w:r>
        <w:rPr>
          <w:b/>
        </w:rPr>
        <w:t xml:space="preserve">[17:40] </w:t>
      </w:r>
      <w:r>
        <w:t>aur phir us ki zindagi bilkul badal gayi, yani deeni zindagi ban gayi us ki us ke baad se.</w:t>
      </w:r>
    </w:p>
    <w:p>
      <w:pPr>
        <w:jc w:val="right"/>
      </w:pPr>
      <w:r>
        <w:t>اور پھر اس کی زندگی بالکل بدل گئی، یعنی دینی زندگی بن گئی اس کی اس کے بعد سے۔</w:t>
      </w:r>
    </w:p>
    <w:p>
      <w:r>
        <w:rPr>
          <w:b/>
        </w:rPr>
        <w:t xml:space="preserve">[17:47] </w:t>
      </w:r>
      <w:r>
        <w:t>to mujhe is se mulaqaat hui thi mein Dilli ki Jama Masjid mein.</w:t>
      </w:r>
    </w:p>
    <w:p>
      <w:pPr>
        <w:jc w:val="right"/>
      </w:pPr>
      <w:r>
        <w:t>تو مجھے اس سے ملاقات ہوئی تھی میں دلی کی جامع مسجد میں۔</w:t>
      </w:r>
    </w:p>
    <w:p>
      <w:r>
        <w:rPr>
          <w:b/>
        </w:rPr>
        <w:t xml:space="preserve">[17:53] </w:t>
      </w:r>
      <w:r>
        <w:t>aise hi aik waqea aur mujhe Kashmir mein pesh aaya.</w:t>
      </w:r>
    </w:p>
    <w:p>
      <w:pPr>
        <w:jc w:val="right"/>
      </w:pPr>
      <w:r>
        <w:t>ایسے ہی ایک واقعہ اور مجھے کشمیر میں پیش آیا۔</w:t>
      </w:r>
    </w:p>
    <w:p>
      <w:r>
        <w:rPr>
          <w:b/>
        </w:rPr>
        <w:t xml:space="preserve">[18:00] </w:t>
      </w:r>
      <w:r>
        <w:t>kashmir mein jammu ke area mein aik sahib wahan par mujhe le gaye apne ghar.</w:t>
      </w:r>
    </w:p>
    <w:p>
      <w:pPr>
        <w:jc w:val="right"/>
      </w:pPr>
      <w:r>
        <w:t>کشمیر میں جموں کے ایریا میں ایک صاحب وہاں پر مجھے لے گئے اپنے گھر۔</w:t>
      </w:r>
    </w:p>
    <w:p>
      <w:r>
        <w:rPr>
          <w:b/>
        </w:rPr>
        <w:t xml:space="preserve">[18:06] </w:t>
      </w:r>
      <w:r>
        <w:t>yeh qissa mein ne likha hai risalay mein, is ka naam un ka naam hai, mujhe abhi naam</w:t>
      </w:r>
    </w:p>
    <w:p>
      <w:pPr>
        <w:jc w:val="right"/>
      </w:pPr>
      <w:r>
        <w:t>یہ قصہ میں نے لکھا ہے رسالے میں، اس کا نام ان کا نام ہے، مجھے ابھی نام</w:t>
      </w:r>
    </w:p>
    <w:p>
      <w:r>
        <w:rPr>
          <w:b/>
        </w:rPr>
        <w:t xml:space="preserve">[18:13] </w:t>
      </w:r>
      <w:r>
        <w:t>yaad nahi aa raha.</w:t>
      </w:r>
    </w:p>
    <w:p>
      <w:pPr>
        <w:jc w:val="right"/>
      </w:pPr>
      <w:r>
        <w:t>یاد نہیں آ رہا۔</w:t>
      </w:r>
    </w:p>
    <w:p>
      <w:r>
        <w:rPr>
          <w:b/>
        </w:rPr>
        <w:t xml:space="preserve">[18:19] </w:t>
      </w:r>
      <w:r>
        <w:t>to apne ghar le gaye.</w:t>
      </w:r>
    </w:p>
    <w:p>
      <w:pPr>
        <w:jc w:val="right"/>
      </w:pPr>
      <w:r>
        <w:t>تو اپنے گھر لے گئے۔</w:t>
      </w:r>
    </w:p>
    <w:p>
      <w:r>
        <w:rPr>
          <w:b/>
        </w:rPr>
        <w:t xml:space="preserve">[18:26] </w:t>
      </w:r>
      <w:r>
        <w:t>to unhon ne bhi yahi qissa bataya ke mein kot patol pehanta tha, ab aap dekhte hain ke</w:t>
      </w:r>
    </w:p>
    <w:p>
      <w:pPr>
        <w:jc w:val="right"/>
      </w:pPr>
      <w:r>
        <w:t>تو انہوں نے بھی یہی قصہ بتایا کہ میں کوٹ پتول پہنتا تھا، اب آپ دیکھتے ہیں کہ</w:t>
      </w:r>
    </w:p>
    <w:p>
      <w:r>
        <w:rPr>
          <w:b/>
        </w:rPr>
        <w:t xml:space="preserve">[18:33] </w:t>
      </w:r>
      <w:r>
        <w:t>mera dress badal gaya hai.</w:t>
      </w:r>
    </w:p>
    <w:p>
      <w:pPr>
        <w:jc w:val="right"/>
      </w:pPr>
      <w:r>
        <w:t>میرا ڈریس بدل گیا ہے۔</w:t>
      </w:r>
    </w:p>
    <w:p>
      <w:r>
        <w:rPr>
          <w:b/>
        </w:rPr>
        <w:t xml:space="preserve">[18:39] </w:t>
      </w:r>
      <w:r>
        <w:t>to dress badalna asal cheez nahi hai, asal cheez zehan badalna hai.</w:t>
      </w:r>
    </w:p>
    <w:p>
      <w:pPr>
        <w:jc w:val="right"/>
      </w:pPr>
      <w:r>
        <w:t>تو ڈریس بدلنا اصل چیز نہیں ہے، اصل چیز ذہن بدلنا ہے۔</w:t>
      </w:r>
    </w:p>
    <w:p>
      <w:r>
        <w:rPr>
          <w:b/>
        </w:rPr>
        <w:t xml:space="preserve">[18:46] </w:t>
      </w:r>
      <w:r>
        <w:t>تو اس نے کہا کہ میں Forester تھا۔ Forester۔</w:t>
      </w:r>
    </w:p>
    <w:p>
      <w:pPr>
        <w:jc w:val="right"/>
      </w:pPr>
      <w:r>
        <w:t>تو اس نے کہا کہ میں فارسٹر تھا۔ فارسٹر۔</w:t>
      </w:r>
    </w:p>
    <w:p>
      <w:r>
        <w:rPr>
          <w:b/>
        </w:rPr>
        <w:t xml:space="preserve">[18:52] </w:t>
      </w:r>
      <w:r>
        <w:t>to mein aksar aisa hota tha ke mein fars se raat ko wapas aata tha ghar.</w:t>
      </w:r>
    </w:p>
    <w:p>
      <w:pPr>
        <w:jc w:val="right"/>
      </w:pPr>
      <w:r>
        <w:t>تو میں اکثر ایسا ہوتا تھا کہ میں فارس سے رات کو واپس آتا تھا گھر۔</w:t>
      </w:r>
    </w:p>
    <w:p>
      <w:r>
        <w:rPr>
          <w:b/>
        </w:rPr>
        <w:t xml:space="preserve">[18:59] </w:t>
      </w:r>
      <w:r>
        <w:t>din ko duty karta tha, raat ko ghar wapas aata tha.</w:t>
      </w:r>
    </w:p>
    <w:p>
      <w:pPr>
        <w:jc w:val="right"/>
      </w:pPr>
      <w:r>
        <w:t>دن کو ڈیوٹی کرتا تھا، رات کو گھر واپس آتا تھا۔</w:t>
      </w:r>
    </w:p>
    <w:p>
      <w:r>
        <w:rPr>
          <w:b/>
        </w:rPr>
        <w:t xml:space="preserve">[19:05] </w:t>
      </w:r>
      <w:r>
        <w:t>to mein jab raat ko wapas aata tha to bachon ke liye kuch toffee waghera, kuch saman lata tha.</w:t>
      </w:r>
    </w:p>
    <w:p>
      <w:pPr>
        <w:jc w:val="right"/>
      </w:pPr>
      <w:r>
        <w:t>تو میں جب رات کو واپس آتا تھا تو بچوں کے لیے کچھ ٹافی وغیرہ، کچھ سامان لاتا تھا۔</w:t>
      </w:r>
    </w:p>
    <w:p>
      <w:r>
        <w:rPr>
          <w:b/>
        </w:rPr>
        <w:t xml:space="preserve">[19:12] </w:t>
      </w:r>
      <w:r>
        <w:t>bachon ke liye.</w:t>
      </w:r>
    </w:p>
    <w:p>
      <w:pPr>
        <w:jc w:val="right"/>
      </w:pPr>
      <w:r>
        <w:t>بچوں کے لیے۔</w:t>
      </w:r>
    </w:p>
    <w:p>
      <w:r>
        <w:rPr>
          <w:b/>
        </w:rPr>
        <w:t xml:space="preserve">[19:18] </w:t>
      </w:r>
      <w:r>
        <w:t>aik din mein aaya.</w:t>
      </w:r>
    </w:p>
    <w:p>
      <w:pPr>
        <w:jc w:val="right"/>
      </w:pPr>
      <w:r>
        <w:t>ایک دن میں آیا۔</w:t>
      </w:r>
    </w:p>
    <w:p>
      <w:r>
        <w:rPr>
          <w:b/>
        </w:rPr>
        <w:t xml:space="preserve">[19:25] </w:t>
      </w:r>
      <w:r>
        <w:t>to is din mein kuch saman nahi la paya tha, aise hi khali hath aa gaya.</w:t>
      </w:r>
    </w:p>
    <w:p>
      <w:pPr>
        <w:jc w:val="right"/>
      </w:pPr>
      <w:r>
        <w:t>تو اس دن میں کچھ سامان نہیں لا پایا تھا، ایسے ہی خالی ہاتھ آ گیا۔</w:t>
      </w:r>
    </w:p>
    <w:p>
      <w:r>
        <w:rPr>
          <w:b/>
        </w:rPr>
        <w:t xml:space="preserve">[19:31] </w:t>
      </w:r>
      <w:r>
        <w:t>to unhon ne kaha ke mera aik chota bacha tha, us ne poocha ke hamare liye kia laye?</w:t>
      </w:r>
    </w:p>
    <w:p>
      <w:pPr>
        <w:jc w:val="right"/>
      </w:pPr>
      <w:r>
        <w:t>تو انہوں نے کہا کہ میرا ایک چھوٹا بچہ تھا، اس نے پوچھا کہ ہمارے لیے کیا لائے؟</w:t>
      </w:r>
    </w:p>
    <w:p>
      <w:r>
        <w:rPr>
          <w:b/>
        </w:rPr>
        <w:t xml:space="preserve">[19:38] </w:t>
      </w:r>
      <w:r>
        <w:t>wo pahari zaban mein bataya tha, unhon ne.</w:t>
      </w:r>
    </w:p>
    <w:p>
      <w:pPr>
        <w:jc w:val="right"/>
      </w:pPr>
      <w:r>
        <w:t>وہ پہاڑی زبان میں بتایا تھا، انہوں نے۔</w:t>
      </w:r>
    </w:p>
    <w:p>
      <w:r>
        <w:rPr>
          <w:b/>
        </w:rPr>
        <w:t xml:space="preserve">[19:45] </w:t>
      </w:r>
      <w:r>
        <w:t>wo mein ne asal alfaaz chhappe hain risala monthly mein.</w:t>
      </w:r>
    </w:p>
    <w:p>
      <w:pPr>
        <w:jc w:val="right"/>
      </w:pPr>
      <w:r>
        <w:t>وہ میں نے اصل الفاظ چھاپے ہیں رسالہ منتھلی میں۔</w:t>
      </w:r>
    </w:p>
    <w:p>
      <w:r>
        <w:rPr>
          <w:b/>
        </w:rPr>
        <w:t xml:space="preserve">[19:51] </w:t>
      </w:r>
      <w:r>
        <w:t>to us bache ne kaha ke hamare liye kia laye? to kaha ke aaj to hum hamare liye</w:t>
      </w:r>
    </w:p>
    <w:p>
      <w:pPr>
        <w:jc w:val="right"/>
      </w:pPr>
      <w:r>
        <w:t>تو اس بچے نے کہا کہ ہمارے لیے کیا لائے؟ تو کہا کہ آج تو ہم ہمارے لیے</w:t>
      </w:r>
    </w:p>
    <w:p>
      <w:r>
        <w:rPr>
          <w:b/>
        </w:rPr>
        <w:t xml:space="preserve">[19:58] </w:t>
      </w:r>
      <w:r>
        <w:t>kuch nahi laye.</w:t>
      </w:r>
    </w:p>
    <w:p>
      <w:pPr>
        <w:jc w:val="right"/>
      </w:pPr>
      <w:r>
        <w:t>کچھ نہیں لائے۔</w:t>
      </w:r>
    </w:p>
    <w:p>
      <w:r>
        <w:rPr>
          <w:b/>
        </w:rPr>
        <w:t xml:space="preserve">[20:04] </w:t>
      </w:r>
      <w:r>
        <w:t>to bache ki zaban se nikla pahari zaban mein ke agar tum hamare liye kuch nahi laye to</w:t>
      </w:r>
    </w:p>
    <w:p>
      <w:pPr>
        <w:jc w:val="right"/>
      </w:pPr>
      <w:r>
        <w:t>تو بچے کی زبان سے نکلا پہاڑی زبان میں کہ اگر تم ہمارے لیے کچھ نہیں لائے تو</w:t>
      </w:r>
    </w:p>
    <w:p>
      <w:r>
        <w:rPr>
          <w:b/>
        </w:rPr>
        <w:t xml:space="preserve">[20:11] </w:t>
      </w:r>
      <w:r>
        <w:t>aaye kyun? agar tum hamare liye kuch nahi laye to aaye kyun? to un ko bhi wahi qissa</w:t>
      </w:r>
    </w:p>
    <w:p>
      <w:pPr>
        <w:jc w:val="right"/>
      </w:pPr>
      <w:r>
        <w:t>آئے کیوں؟ اگر تم ہمارے لیے کچھ نہیں لائے تو آئے کیوں؟ تو ان کو بھی وہی قصہ</w:t>
      </w:r>
    </w:p>
    <w:p>
      <w:r>
        <w:rPr>
          <w:b/>
        </w:rPr>
        <w:t xml:space="preserve">[20:17] </w:t>
      </w:r>
      <w:r>
        <w:t>pesh aa gaya ke agar mein akhirat mein aaon aur wahan khuda se mera samna ho aur wahan</w:t>
      </w:r>
    </w:p>
    <w:p>
      <w:pPr>
        <w:jc w:val="right"/>
      </w:pPr>
      <w:r>
        <w:t>پیش آ گیا کہ اگر میں آخرت میں آؤں اور وہاں خدا سے میرا سامنا ہو اور وہاں</w:t>
      </w:r>
    </w:p>
    <w:p>
      <w:r>
        <w:rPr>
          <w:b/>
        </w:rPr>
        <w:t xml:space="preserve">[20:24] </w:t>
      </w:r>
      <w:r>
        <w:t>mujh se poocha jaye ke tum allah ka kia kaam kar ke aaye ho? to bolay, wo ke</w:t>
      </w:r>
    </w:p>
    <w:p>
      <w:pPr>
        <w:jc w:val="right"/>
      </w:pPr>
      <w:r>
        <w:t>مجھ سے پوچھا جائے کہ تم اللہ کا کیا کام کر کے آئے ہو؟ تو بولے، وہ کہ</w:t>
      </w:r>
    </w:p>
    <w:p>
      <w:r>
        <w:rPr>
          <w:b/>
        </w:rPr>
        <w:t xml:space="preserve">[20:30] </w:t>
      </w:r>
      <w:r>
        <w:t>mein to kuch kar ke aaya hi nahi.</w:t>
      </w:r>
    </w:p>
    <w:p>
      <w:pPr>
        <w:jc w:val="right"/>
      </w:pPr>
      <w:r>
        <w:t>میں تو کچھ کر کے آیا ہی نہیں۔</w:t>
      </w:r>
    </w:p>
    <w:p>
      <w:r>
        <w:rPr>
          <w:b/>
        </w:rPr>
        <w:t xml:space="preserve">[20:37] </w:t>
      </w:r>
      <w:r>
        <w:t>to phir yeh jawab diya ke phir aaye kyun yahan? jao.</w:t>
      </w:r>
    </w:p>
    <w:p>
      <w:pPr>
        <w:jc w:val="right"/>
      </w:pPr>
      <w:r>
        <w:t>تو پھر یہ جواب دیا کہ پھر آئے کیوں یہاں؟ جاؤ۔</w:t>
      </w:r>
    </w:p>
    <w:p>
      <w:r>
        <w:rPr>
          <w:b/>
        </w:rPr>
        <w:t xml:space="preserve">[20:43] </w:t>
      </w:r>
      <w:r>
        <w:t>to us ki zindagi poori badal gayi.</w:t>
      </w:r>
    </w:p>
    <w:p>
      <w:pPr>
        <w:jc w:val="right"/>
      </w:pPr>
      <w:r>
        <w:t>تو اس کی زندگی پوری بدل گئی۔</w:t>
      </w:r>
    </w:p>
    <w:p>
      <w:r>
        <w:rPr>
          <w:b/>
        </w:rPr>
        <w:t xml:space="preserve">[20:50] </w:t>
      </w:r>
      <w:r>
        <w:t>to yeh sara mamla sochne ka mamla hai.</w:t>
      </w:r>
    </w:p>
    <w:p>
      <w:pPr>
        <w:jc w:val="right"/>
      </w:pPr>
      <w:r>
        <w:t>تو یہ سارا معاملہ سوچنے کا معاملہ ہے۔</w:t>
      </w:r>
    </w:p>
    <w:p>
      <w:r>
        <w:rPr>
          <w:b/>
        </w:rPr>
        <w:t xml:space="preserve">[20:57] </w:t>
      </w:r>
      <w:r>
        <w:t>jis level par aap sochein, usi level par aap ko is ka jawab mile ga.</w:t>
      </w:r>
    </w:p>
    <w:p>
      <w:pPr>
        <w:jc w:val="right"/>
      </w:pPr>
      <w:r>
        <w:t>جس لیول پر آپ سوچیں، اسی لیول پر آپ کو اس کا جواب ملے گا۔</w:t>
      </w:r>
    </w:p>
    <w:p>
      <w:r>
        <w:rPr>
          <w:b/>
        </w:rPr>
        <w:t xml:space="preserve">[21:03] </w:t>
      </w:r>
      <w:r>
        <w:t>misalan aik scientist ne scientific level par socha.</w:t>
      </w:r>
    </w:p>
    <w:p>
      <w:pPr>
        <w:jc w:val="right"/>
      </w:pPr>
      <w:r>
        <w:t>مثلاً ایک سائنٹسٹ نے سائنٹیفک لیول پر سوچا۔</w:t>
      </w:r>
    </w:p>
    <w:p>
      <w:r>
        <w:rPr>
          <w:b/>
        </w:rPr>
        <w:t xml:space="preserve">[21:10] </w:t>
      </w:r>
      <w:r>
        <w:t>to us ne aik kitaab likhi, us ki kitaab ka naam hai "Mysterious Universe".</w:t>
      </w:r>
    </w:p>
    <w:p>
      <w:pPr>
        <w:jc w:val="right"/>
      </w:pPr>
      <w:r>
        <w:t>تو اس نے ایک کتاب لکھی، اس کی کتاب کا نام ہے "Mysterious Universe"۔</w:t>
      </w:r>
    </w:p>
    <w:p>
      <w:r>
        <w:rPr>
          <w:b/>
        </w:rPr>
        <w:t xml:space="preserve">[21:16] </w:t>
      </w:r>
      <w:r>
        <w:t>is mein yeh zikr karta hai ke insan jo dunya mein aaya hai, to jo chahta hai insan,</w:t>
      </w:r>
    </w:p>
    <w:p>
      <w:pPr>
        <w:jc w:val="right"/>
      </w:pPr>
      <w:r>
        <w:t>اس میں یہ ذکر کرتا ہے کہ انسان جو دنیا میں آیا ہے، تو جو چاہتا ہے انسان،</w:t>
      </w:r>
    </w:p>
    <w:p>
      <w:r>
        <w:rPr>
          <w:b/>
        </w:rPr>
        <w:t xml:space="preserve">[21:23] </w:t>
      </w:r>
      <w:r>
        <w:t>woh to us ko haan milta nahi.</w:t>
      </w:r>
    </w:p>
    <w:p>
      <w:pPr>
        <w:jc w:val="right"/>
      </w:pPr>
      <w:r>
        <w:t>وہ تو اس کو ہاں ملتا نہیں۔</w:t>
      </w:r>
    </w:p>
    <w:p>
      <w:r>
        <w:rPr>
          <w:b/>
        </w:rPr>
        <w:t xml:space="preserve">[21:29] </w:t>
      </w:r>
      <w:r>
        <w:t>Fulfillment us ko milta nahi.</w:t>
      </w:r>
    </w:p>
    <w:p>
      <w:pPr>
        <w:jc w:val="right"/>
      </w:pPr>
      <w:r>
        <w:t>Fulfillment اس کو ملتا نہیں۔</w:t>
      </w:r>
    </w:p>
    <w:p>
      <w:r>
        <w:rPr>
          <w:b/>
        </w:rPr>
        <w:t xml:space="preserve">[21:36] </w:t>
      </w:r>
      <w:r>
        <w:t>koi bhi insan chahe woh kitne hi bara ho, kitne hi us ke paas sab kuch ho, lekin</w:t>
      </w:r>
    </w:p>
    <w:p>
      <w:pPr>
        <w:jc w:val="right"/>
      </w:pPr>
      <w:r>
        <w:t>کوئی بھی انسان چاہے وہ کتنے ہی بڑا ہو، کتنے ہی اس کے پاس سب کچھ ہو، لیکن</w:t>
      </w:r>
    </w:p>
    <w:p>
      <w:r>
        <w:rPr>
          <w:b/>
        </w:rPr>
        <w:t xml:space="preserve">[21:42] </w:t>
      </w:r>
      <w:r>
        <w:t>Fulfillment kisi ko nahi milta.</w:t>
      </w:r>
    </w:p>
    <w:p>
      <w:pPr>
        <w:jc w:val="right"/>
      </w:pPr>
      <w:r>
        <w:t>Fulfillment کسی کو نہیں ملتا۔</w:t>
      </w:r>
    </w:p>
    <w:p>
      <w:r>
        <w:rPr>
          <w:b/>
        </w:rPr>
        <w:t xml:space="preserve">[21:49] </w:t>
      </w:r>
      <w:r>
        <w:t>aur mar jata hai woh.</w:t>
      </w:r>
    </w:p>
    <w:p>
      <w:pPr>
        <w:jc w:val="right"/>
      </w:pPr>
      <w:r>
        <w:t>اور مر جاتا ہے وہ۔</w:t>
      </w:r>
    </w:p>
    <w:p>
      <w:r>
        <w:rPr>
          <w:b/>
        </w:rPr>
        <w:t xml:space="preserve">[21:55] </w:t>
      </w:r>
      <w:r>
        <w:t>to yeh batate hue woh kehta hai ke "It appears that mind was straight in a world that</w:t>
      </w:r>
    </w:p>
    <w:p>
      <w:pPr>
        <w:jc w:val="right"/>
      </w:pPr>
      <w:r>
        <w:t>تو یہ بتاتے ہوئے وہ کہتا ہے کہ "It appears that mind was straight in a world that</w:t>
      </w:r>
    </w:p>
    <w:p>
      <w:r>
        <w:rPr>
          <w:b/>
        </w:rPr>
        <w:t xml:space="preserve">[22:02] </w:t>
      </w:r>
      <w:r>
        <w:t>was not made for him." aisa lagta hai ke insan bhatak kar aik kisi dunya mein aa gaya</w:t>
      </w:r>
    </w:p>
    <w:p>
      <w:pPr>
        <w:jc w:val="right"/>
      </w:pPr>
      <w:r>
        <w:t>was not made for him." ایسا لگتا ہے کہ انسان بھٹک کر ایک کسی دنیا میں آ گیا</w:t>
      </w:r>
    </w:p>
    <w:p>
      <w:r>
        <w:rPr>
          <w:b/>
        </w:rPr>
        <w:t xml:space="preserve">[22:08] </w:t>
      </w:r>
      <w:r>
        <w:t>hai jo us ke liye banai nahi gayi thi.</w:t>
      </w:r>
    </w:p>
    <w:p>
      <w:pPr>
        <w:jc w:val="right"/>
      </w:pPr>
      <w:r>
        <w:t>ہے جو اس کے لیے بنائی نہیں گئی تھی۔</w:t>
      </w:r>
    </w:p>
    <w:p>
      <w:r>
        <w:rPr>
          <w:b/>
        </w:rPr>
        <w:t xml:space="preserve">[22:15] </w:t>
      </w:r>
      <w:r>
        <w:t>us ki baat yahi khatam ho jati hai, lekin mein samajhta hoon ke agar aap is ke baad</w:t>
      </w:r>
    </w:p>
    <w:p>
      <w:pPr>
        <w:jc w:val="right"/>
      </w:pPr>
      <w:r>
        <w:t>اس کی بات یہی ختم ہو جاتی ہے، لیکن میں سمجھتا ہوں کہ اگر آپ اس کے بعد</w:t>
      </w:r>
    </w:p>
    <w:p>
      <w:r>
        <w:rPr>
          <w:b/>
        </w:rPr>
        <w:t xml:space="preserve">[22:22] </w:t>
      </w:r>
      <w:r>
        <w:t>Quran parhein to aage aage ki baat Quran mein mile gi aap ko.</w:t>
      </w:r>
    </w:p>
    <w:p>
      <w:pPr>
        <w:jc w:val="right"/>
      </w:pPr>
      <w:r>
        <w:t>قرآن پڑھیں تو آگے آگے کی بات قرآن میں ملے گی آپ کو۔</w:t>
      </w:r>
    </w:p>
    <w:p>
      <w:r>
        <w:rPr>
          <w:b/>
        </w:rPr>
        <w:t xml:space="preserve">[22:28] </w:t>
      </w:r>
      <w:r>
        <w:t>aage ki baat, yani yeh dunya banai gayi hai Fulfillment ke liye, banai nahi gayi hai dunya.</w:t>
      </w:r>
    </w:p>
    <w:p>
      <w:pPr>
        <w:jc w:val="right"/>
      </w:pPr>
      <w:r>
        <w:t>آگے کی بات، یعنی یہ دنیا بنائی گئی ہے Fulfillment کے لیے، بنائی نہیں گئی ہے دنیا۔</w:t>
      </w:r>
    </w:p>
    <w:p>
      <w:r>
        <w:rPr>
          <w:b/>
        </w:rPr>
        <w:t xml:space="preserve">[22:35] </w:t>
      </w:r>
      <w:r>
        <w:t>yeh to apne aap ko prepare karne ke liye banai gayi hai.</w:t>
      </w:r>
    </w:p>
    <w:p>
      <w:pPr>
        <w:jc w:val="right"/>
      </w:pPr>
      <w:r>
        <w:t>یہ تو اپنے آپ کو prepare کرنے کے لیے بنائی گئی ہے۔</w:t>
      </w:r>
    </w:p>
    <w:p>
      <w:r>
        <w:rPr>
          <w:b/>
        </w:rPr>
        <w:t xml:space="preserve">[22:41] </w:t>
      </w:r>
      <w:r>
        <w:t>jaise aap college mein parhte hain, university mein parhte hain, to wahan aap ko service nahi mile gi.</w:t>
      </w:r>
    </w:p>
    <w:p>
      <w:pPr>
        <w:jc w:val="right"/>
      </w:pPr>
      <w:r>
        <w:t>جیسے آپ کالج میں پڑھتے ہیں، یونیورسٹی میں پڑھتے ہیں، تو وہاں آپ کو سروس نہیں ملے گی۔</w:t>
      </w:r>
    </w:p>
    <w:p>
      <w:r>
        <w:rPr>
          <w:b/>
        </w:rPr>
        <w:t xml:space="preserve">[22:48] </w:t>
      </w:r>
      <w:r>
        <w:t>college mein, university mein aap ko service nahi mile gi kyunke woh service ke liye nahi hai.</w:t>
      </w:r>
    </w:p>
    <w:p>
      <w:pPr>
        <w:jc w:val="right"/>
      </w:pPr>
      <w:r>
        <w:t>کالج میں، یونیورسٹی میں آپ کو سروس نہیں ملے گی کیونکہ وہ سروس کے لیے نہیں ہے۔</w:t>
      </w:r>
    </w:p>
    <w:p>
      <w:r>
        <w:rPr>
          <w:b/>
        </w:rPr>
        <w:t xml:space="preserve">[22:54] </w:t>
      </w:r>
      <w:r>
        <w:t>woh woh to aap ko trend karne ke liye hai, aap ko tayyar karne ke liye.</w:t>
      </w:r>
    </w:p>
    <w:p>
      <w:pPr>
        <w:jc w:val="right"/>
      </w:pPr>
      <w:r>
        <w:t>وہ وہ تو آپ کو ٹرینڈ کرنے کے لیے ہے، آپ کو تیار کرنے کے لیے۔</w:t>
      </w:r>
    </w:p>
    <w:p>
      <w:r>
        <w:rPr>
          <w:b/>
        </w:rPr>
        <w:t xml:space="preserve">[23:01] </w:t>
      </w:r>
      <w:r>
        <w:t>wahan aap apne aap ko tayyar kijiye, aur phir bahar aaiye to bahar jo dunya hai, wahan par</w:t>
      </w:r>
    </w:p>
    <w:p>
      <w:pPr>
        <w:jc w:val="right"/>
      </w:pPr>
      <w:r>
        <w:t>وہاں آپ اپنے آپ کو تیار کیجئے، اور پھر باہر آئیے تو باہر جو دنیا ہے، وہاں پر</w:t>
      </w:r>
    </w:p>
    <w:p>
      <w:r>
        <w:rPr>
          <w:b/>
        </w:rPr>
        <w:t xml:space="preserve">[23:07] </w:t>
      </w:r>
      <w:r>
        <w:t>aap ko service mile gi apni degree ke mutabiq.</w:t>
      </w:r>
    </w:p>
    <w:p>
      <w:pPr>
        <w:jc w:val="right"/>
      </w:pPr>
      <w:r>
        <w:t>آپ کو سروس ملے گی اپنی ڈگری کے مطابق۔</w:t>
      </w:r>
    </w:p>
    <w:p>
      <w:r>
        <w:rPr>
          <w:b/>
        </w:rPr>
        <w:t xml:space="preserve">[23:14] </w:t>
      </w:r>
      <w:r>
        <w:t>to yeh dunya ka aik bohat bara education center hai, aik bohat bari university hai.</w:t>
      </w:r>
    </w:p>
    <w:p>
      <w:pPr>
        <w:jc w:val="right"/>
      </w:pPr>
      <w:r>
        <w:t>تو یہ دنیا کا ایک بہت بڑا education center ہے، ایک بہت بڑی یونیورسٹی ہے۔</w:t>
      </w:r>
    </w:p>
    <w:p>
      <w:r>
        <w:rPr>
          <w:b/>
        </w:rPr>
        <w:t xml:space="preserve">[23:20] </w:t>
      </w:r>
      <w:r>
        <w:t>yeh dunya aik bohat bari university hai.</w:t>
      </w:r>
    </w:p>
    <w:p>
      <w:pPr>
        <w:jc w:val="right"/>
      </w:pPr>
      <w:r>
        <w:t>یہ دنیا ایک بہت بڑی یونیورسٹی ہے۔</w:t>
      </w:r>
    </w:p>
    <w:p>
      <w:r>
        <w:rPr>
          <w:b/>
        </w:rPr>
        <w:t xml:space="preserve">[23:27] </w:t>
      </w:r>
      <w:r>
        <w:t>yahan aap bheje gaye hain sirf apni training ke liye.</w:t>
      </w:r>
    </w:p>
    <w:p>
      <w:pPr>
        <w:jc w:val="right"/>
      </w:pPr>
      <w:r>
        <w:t>یہاں آپ بھیجے گئے ہیں صرف اپنی ٹریننگ کے لیے۔</w:t>
      </w:r>
    </w:p>
    <w:p>
      <w:r>
        <w:rPr>
          <w:b/>
        </w:rPr>
        <w:t xml:space="preserve">[23:34] </w:t>
      </w:r>
      <w:r>
        <w:t>apne ko trend kar ke jab bahar jayenge to to aap ka jo jo chahte hain, aap</w:t>
      </w:r>
    </w:p>
    <w:p>
      <w:pPr>
        <w:jc w:val="right"/>
      </w:pPr>
      <w:r>
        <w:t>اپنے کو ٹرینڈ کر کے جب باہر جائیں گے تو تو آپ کا جو جو چاہتے ہیں، آپ</w:t>
      </w:r>
    </w:p>
    <w:p>
      <w:r>
        <w:rPr>
          <w:b/>
        </w:rPr>
        <w:t xml:space="preserve">[23:40] </w:t>
      </w:r>
      <w:r>
        <w:t>wo bahar hain.</w:t>
      </w:r>
    </w:p>
    <w:p>
      <w:pPr>
        <w:jc w:val="right"/>
      </w:pPr>
      <w:r>
        <w:t>وہ باہر ہیں۔</w:t>
      </w:r>
    </w:p>
    <w:p>
      <w:r>
        <w:rPr>
          <w:b/>
        </w:rPr>
        <w:t xml:space="preserve">[23:47] </w:t>
      </w:r>
      <w:r>
        <w:t>university ka andar nahi hai.</w:t>
      </w:r>
    </w:p>
    <w:p>
      <w:pPr>
        <w:jc w:val="right"/>
      </w:pPr>
      <w:r>
        <w:t>یونیورسٹی کا اندر نہیں ہے۔</w:t>
      </w:r>
    </w:p>
    <w:p>
      <w:r>
        <w:rPr>
          <w:b/>
        </w:rPr>
        <w:t xml:space="preserve">[23:53] </w:t>
      </w:r>
      <w:r>
        <w:t>ek bahut ajeeb qissa mujhe ek sahab ne bataya, wo yahan rehte the dilli mein, mujh se mila</w:t>
      </w:r>
    </w:p>
    <w:p>
      <w:pPr>
        <w:jc w:val="right"/>
      </w:pPr>
      <w:r>
        <w:t>ایک بہت عجیب قصہ مجھے ایک صاحب نے بتایا، وہ یہاں رہتے تھے دلی میں، مجھ سے ملا</w:t>
      </w:r>
    </w:p>
    <w:p>
      <w:r>
        <w:rPr>
          <w:b/>
        </w:rPr>
        <w:t xml:space="preserve">[24:00] </w:t>
      </w:r>
      <w:r>
        <w:t>tha khud ja kar ke.</w:t>
      </w:r>
    </w:p>
    <w:p>
      <w:pPr>
        <w:jc w:val="right"/>
      </w:pPr>
      <w:r>
        <w:t>تھا خود جا کر کے۔</w:t>
      </w:r>
    </w:p>
    <w:p>
      <w:r>
        <w:rPr>
          <w:b/>
        </w:rPr>
        <w:t xml:space="preserve">[24:06] </w:t>
      </w:r>
      <w:r>
        <w:t>to wo yeh qissa bhi mein ne likha hai, mein ne risala monthly mein.</w:t>
      </w:r>
    </w:p>
    <w:p>
      <w:pPr>
        <w:jc w:val="right"/>
      </w:pPr>
      <w:r>
        <w:t>تو وہ یہ قصہ بھی میں نے لکھا ہے، میں نے رسالہ منتھلی میں۔</w:t>
      </w:r>
    </w:p>
    <w:p>
      <w:r>
        <w:rPr>
          <w:b/>
        </w:rPr>
        <w:t xml:space="preserve">[24:13] </w:t>
      </w:r>
      <w:r>
        <w:t>unhon ne kaha ke america ki university mein ek ek jagah thi, us ke liye hum ne apply</w:t>
      </w:r>
    </w:p>
    <w:p>
      <w:pPr>
        <w:jc w:val="right"/>
      </w:pPr>
      <w:r>
        <w:t>انہوں نے کہا کہ امریکہ کی یونیورسٹی میں ایک ایک جگہ تھی، اس کے لیے ہم نے اپلائی</w:t>
      </w:r>
    </w:p>
    <w:p>
      <w:r>
        <w:rPr>
          <w:b/>
        </w:rPr>
        <w:t xml:space="preserve">[24:19] </w:t>
      </w:r>
      <w:r>
        <w:t>kiya ek university mein.</w:t>
      </w:r>
    </w:p>
    <w:p>
      <w:pPr>
        <w:jc w:val="right"/>
      </w:pPr>
      <w:r>
        <w:t>کیا ایک یونیورسٹی میں۔</w:t>
      </w:r>
    </w:p>
    <w:p>
      <w:r>
        <w:rPr>
          <w:b/>
        </w:rPr>
        <w:t xml:space="preserve">[24:26] </w:t>
      </w:r>
      <w:r>
        <w:t>to un ke paas interview card aa gaya, interview ke liye bulaya gaya un ko.</w:t>
      </w:r>
    </w:p>
    <w:p>
      <w:pPr>
        <w:jc w:val="right"/>
      </w:pPr>
      <w:r>
        <w:t>تو ان کے پاس انٹرویو کارڈ آ گیا، انٹرویو کے لیے بلایا گیا ان کو۔</w:t>
      </w:r>
    </w:p>
    <w:p>
      <w:r>
        <w:rPr>
          <w:b/>
        </w:rPr>
        <w:t xml:space="preserve">[24:32] </w:t>
      </w:r>
      <w:r>
        <w:t>to yahan se america gaye wo.</w:t>
      </w:r>
    </w:p>
    <w:p>
      <w:pPr>
        <w:jc w:val="right"/>
      </w:pPr>
      <w:r>
        <w:t>تو یہاں سے امریکہ گئے وہ۔</w:t>
      </w:r>
    </w:p>
    <w:p>
      <w:r>
        <w:rPr>
          <w:b/>
        </w:rPr>
        <w:t xml:space="preserve">[24:39] </w:t>
      </w:r>
      <w:r>
        <w:t>to jab wo airport par utre to wahan ek shakhs car le kar maujood tha, bazahir ek ek driver.</w:t>
      </w:r>
    </w:p>
    <w:p>
      <w:pPr>
        <w:jc w:val="right"/>
      </w:pPr>
      <w:r>
        <w:t>تو جب وہ ایئرپورٹ پر اترے تو وہاں ایک شخص کار لے کر موجود تھا، بظاہر ایک ایک ڈرائیور۔</w:t>
      </w:r>
    </w:p>
    <w:p>
      <w:r>
        <w:rPr>
          <w:b/>
        </w:rPr>
        <w:t xml:space="preserve">[24:45] </w:t>
      </w:r>
      <w:r>
        <w:t>bazahir wo ek driver tha, un ko receive karne ke liye aaya tha.</w:t>
      </w:r>
    </w:p>
    <w:p>
      <w:pPr>
        <w:jc w:val="right"/>
      </w:pPr>
      <w:r>
        <w:t>بظاہر وہ ایک ڈرائیور تھا، ان کو ریسیو کرنے کے لیے آیا تھا۔</w:t>
      </w:r>
    </w:p>
    <w:p>
      <w:r>
        <w:rPr>
          <w:b/>
        </w:rPr>
        <w:t xml:space="preserve">[24:52] </w:t>
      </w:r>
      <w:r>
        <w:t>to wo us par gaye aur un ko university mein kisi kamre mein thehraya gaya.</w:t>
      </w:r>
    </w:p>
    <w:p>
      <w:pPr>
        <w:jc w:val="right"/>
      </w:pPr>
      <w:r>
        <w:t>تو وہ اس پر گئے اور ان کو یونیورسٹی میں کسی کمرے میں ٹھہرایا گیا۔</w:t>
      </w:r>
    </w:p>
    <w:p>
      <w:r>
        <w:rPr>
          <w:b/>
        </w:rPr>
        <w:t xml:space="preserve">[24:59] </w:t>
      </w:r>
      <w:r>
        <w:t>to wahin wo bhi rehne laga, wahi jisko driver samajhte the.</w:t>
      </w:r>
    </w:p>
    <w:p>
      <w:pPr>
        <w:jc w:val="right"/>
      </w:pPr>
      <w:r>
        <w:t>تو وہیں وہ بھی رہنے لگا، وہی جس کو ڈرائیور سمجھتے تھے۔</w:t>
      </w:r>
    </w:p>
    <w:p>
      <w:r>
        <w:rPr>
          <w:b/>
        </w:rPr>
        <w:t xml:space="preserve">[25:05] </w:t>
      </w:r>
      <w:r>
        <w:t>to us ne kaha ke mein aap ki help ke liye hoon, aur jab tak aap yahan par</w:t>
      </w:r>
    </w:p>
    <w:p>
      <w:pPr>
        <w:jc w:val="right"/>
      </w:pPr>
      <w:r>
        <w:t>تو اس نے کہا کہ میں آپ کی ہیلپ کے لیے ہوں، اور جب تک آپ یہاں پر</w:t>
      </w:r>
    </w:p>
    <w:p>
      <w:r>
        <w:rPr>
          <w:b/>
        </w:rPr>
        <w:t xml:space="preserve">[25:12] </w:t>
      </w:r>
      <w:r>
        <w:t>hain, mein bhi aap ke sath rahoon ga.</w:t>
      </w:r>
    </w:p>
    <w:p>
      <w:pPr>
        <w:jc w:val="right"/>
      </w:pPr>
      <w:r>
        <w:t>ہیں، میں بھی آپ کے ساتھ رہوں گا۔</w:t>
      </w:r>
    </w:p>
    <w:p>
      <w:r>
        <w:rPr>
          <w:b/>
        </w:rPr>
        <w:t xml:space="preserve">[25:18] </w:t>
      </w:r>
      <w:r>
        <w:t>to jab wo jate the khana khane ke liye, dining hall mein wahan bhi jata tha.</w:t>
      </w:r>
    </w:p>
    <w:p>
      <w:pPr>
        <w:jc w:val="right"/>
      </w:pPr>
      <w:r>
        <w:t>تو جب وہ جاتے تھے کھانا کھانے کے لیے، ڈائننگ ہال میں وہاں بھی جاتا تھا۔</w:t>
      </w:r>
    </w:p>
    <w:p>
      <w:r>
        <w:rPr>
          <w:b/>
        </w:rPr>
        <w:t xml:space="preserve">[25:25] </w:t>
      </w:r>
      <w:r>
        <w:t>wo mukhtalif department mein gaye dekhne ke liye to wo bhi un ke sath sath rehta tha.</w:t>
      </w:r>
    </w:p>
    <w:p>
      <w:pPr>
        <w:jc w:val="right"/>
      </w:pPr>
      <w:r>
        <w:t>وہ مختلف ڈیپارٹمنٹ میں گئے دیکھنے کے لیے تو وہ بھی ان کے ساتھ ساتھ رہتا تھا۔</w:t>
      </w:r>
    </w:p>
    <w:p>
      <w:r>
        <w:rPr>
          <w:b/>
        </w:rPr>
        <w:t xml:space="preserve">[25:31] </w:t>
      </w:r>
      <w:r>
        <w:t>to ghaliban ek haftay tak is tarah un ke sath raat din, raat din raha wo.</w:t>
      </w:r>
    </w:p>
    <w:p>
      <w:pPr>
        <w:jc w:val="right"/>
      </w:pPr>
      <w:r>
        <w:t>تو غالباً ایک ہفتے تک اس طرح ان کے ساتھ رات دن، رات دن رہا وہ۔</w:t>
      </w:r>
    </w:p>
    <w:p>
      <w:r>
        <w:rPr>
          <w:b/>
        </w:rPr>
        <w:t xml:space="preserve">[25:38] </w:t>
      </w:r>
      <w:r>
        <w:t>aakhri din us ne bataya ke mein is university mein professor hoon, mein aap ke sath nahi hoon.</w:t>
      </w:r>
    </w:p>
    <w:p>
      <w:pPr>
        <w:jc w:val="right"/>
      </w:pPr>
      <w:r>
        <w:t>آخری دن اس نے بتایا کہ میں اس یونیورسٹی میں پروفیسر ہوں، میں آپ کے ساتھ نہیں ہوں۔</w:t>
      </w:r>
    </w:p>
    <w:p>
      <w:r>
        <w:rPr>
          <w:b/>
        </w:rPr>
        <w:t xml:space="preserve">[25:44] </w:t>
      </w:r>
      <w:r>
        <w:t>haan, yeh qissa yeh hua ke unhon ne kaha ke mein ek haftay se yahan aaya hua hoon,</w:t>
      </w:r>
    </w:p>
    <w:p>
      <w:pPr>
        <w:jc w:val="right"/>
      </w:pPr>
      <w:r>
        <w:t>ہاں، یہ قصہ یہ ہوا کہ انہوں نے کہا کہ میں ایک ہفتے سے یہاں آیا ہوا ہوں،</w:t>
      </w:r>
    </w:p>
    <w:p>
      <w:r>
        <w:rPr>
          <w:b/>
        </w:rPr>
        <w:t xml:space="preserve">[25:51] </w:t>
      </w:r>
      <w:r>
        <w:t>abhi tak mera interview nahi hua.</w:t>
      </w:r>
    </w:p>
    <w:p>
      <w:pPr>
        <w:jc w:val="right"/>
      </w:pPr>
      <w:r>
        <w:t>ابھی تک میرا انٹرویو نہیں ہوا۔</w:t>
      </w:r>
    </w:p>
    <w:p>
      <w:r>
        <w:rPr>
          <w:b/>
        </w:rPr>
        <w:t xml:space="preserve">[25:57] </w:t>
      </w:r>
      <w:r>
        <w:t>mein aaya hoon interview dene ke liye, to abhi tak to interview nahi hua.</w:t>
      </w:r>
    </w:p>
    <w:p>
      <w:pPr>
        <w:jc w:val="right"/>
      </w:pPr>
      <w:r>
        <w:t>میں آیا ہوں انٹرویو دینے کے لیے، تو ابھی تک تو انٹرویو نہیں ہوا۔</w:t>
      </w:r>
    </w:p>
    <w:p>
      <w:r>
        <w:rPr>
          <w:b/>
        </w:rPr>
        <w:t xml:space="preserve">[26:04] </w:t>
      </w:r>
      <w:r>
        <w:t>kab hoga interview? us ne poocha.</w:t>
      </w:r>
    </w:p>
    <w:p>
      <w:pPr>
        <w:jc w:val="right"/>
      </w:pPr>
      <w:r>
        <w:t>کب ہوگا انٹرویو؟ اس نے پوچھا۔</w:t>
      </w:r>
    </w:p>
    <w:p>
      <w:r>
        <w:rPr>
          <w:b/>
        </w:rPr>
        <w:t xml:space="preserve">[26:11] </w:t>
      </w:r>
      <w:r>
        <w:t>unhon ne kaha ke to tab us ne kaha ke mein hi to aap ka interviewer hoon, mein</w:t>
      </w:r>
    </w:p>
    <w:p>
      <w:pPr>
        <w:jc w:val="right"/>
      </w:pPr>
      <w:r>
        <w:t>انہوں نے کہا کہ تو تب اس نے کہا کہ میں ہی تو آپ کا انٹرویوور ہوں، میں</w:t>
      </w:r>
    </w:p>
    <w:p>
      <w:r>
        <w:rPr>
          <w:b/>
        </w:rPr>
        <w:t xml:space="preserve">[26:17] </w:t>
      </w:r>
      <w:r>
        <w:t>yahan ka professor hoon is university ka, aur main hi aap ka interviewor hoon.</w:t>
      </w:r>
    </w:p>
    <w:p>
      <w:pPr>
        <w:jc w:val="right"/>
      </w:pPr>
      <w:r>
        <w:t>یہاں کا پروفیسر ہوں اس یونیورسٹی کا، اور میں ہی آپ کا انٹرویوور ہوں۔</w:t>
      </w:r>
    </w:p>
    <w:p>
      <w:r>
        <w:rPr>
          <w:b/>
        </w:rPr>
        <w:t xml:space="preserve">[26:24] </w:t>
      </w:r>
      <w:r>
        <w:t>yeh jo main aap ke sath rehta tha, to wohi aap ka interview le raha tha.</w:t>
      </w:r>
    </w:p>
    <w:p>
      <w:pPr>
        <w:jc w:val="right"/>
      </w:pPr>
      <w:r>
        <w:t>یہ جو میں آپ کے ساتھ رہتا تھا، تو وہ وہی آپ کا انٹرویو لے رہا تھا۔</w:t>
      </w:r>
    </w:p>
    <w:p>
      <w:r>
        <w:rPr>
          <w:b/>
        </w:rPr>
        <w:t xml:space="preserve">[26:30] </w:t>
      </w:r>
      <w:r>
        <w:t>main aap ka woh interview le raha tha.</w:t>
      </w:r>
    </w:p>
    <w:p>
      <w:pPr>
        <w:jc w:val="right"/>
      </w:pPr>
      <w:r>
        <w:t>میں آپ کا وہ انٹرویو لے رہا تھا۔</w:t>
      </w:r>
    </w:p>
    <w:p>
      <w:r>
        <w:rPr>
          <w:b/>
        </w:rPr>
        <w:t xml:space="preserve">[26:37] </w:t>
      </w:r>
      <w:r>
        <w:t>main to interview kiya tha ke aap jab bhi hamari university par rahenge, to is ne kaha</w:t>
      </w:r>
    </w:p>
    <w:p>
      <w:pPr>
        <w:jc w:val="right"/>
      </w:pPr>
      <w:r>
        <w:t>میں تو انٹرویو کیا تھا کہ آپ جب بھی ہماری یونیورسٹی پر رہیں گے، تو اس نے کہا</w:t>
      </w:r>
    </w:p>
    <w:p>
      <w:r>
        <w:rPr>
          <w:b/>
        </w:rPr>
        <w:t xml:space="preserve">[26:43] </w:t>
      </w:r>
      <w:r>
        <w:t>ke aap ki jo talibi liyakat hai, woh to hum ko aap ke papers se maloom ho gayi</w:t>
      </w:r>
    </w:p>
    <w:p>
      <w:pPr>
        <w:jc w:val="right"/>
      </w:pPr>
      <w:r>
        <w:t>کہ آپ کی جو طالبی لیاقت ہے، وہ تو ہم کو آپ کے پیپرز سے معلوم ہو گئی</w:t>
      </w:r>
    </w:p>
    <w:p>
      <w:r>
        <w:rPr>
          <w:b/>
        </w:rPr>
        <w:t xml:space="preserve">[26:50] </w:t>
      </w:r>
      <w:r>
        <w:t>thi jo aap ne paper liya tha hamare paas.</w:t>
      </w:r>
    </w:p>
    <w:p>
      <w:pPr>
        <w:jc w:val="right"/>
      </w:pPr>
      <w:r>
        <w:t>تھی جو آپ نے پیپر لیا تھا ہمارے پاس۔</w:t>
      </w:r>
    </w:p>
    <w:p>
      <w:r>
        <w:rPr>
          <w:b/>
        </w:rPr>
        <w:t xml:space="preserve">[26:56] </w:t>
      </w:r>
      <w:r>
        <w:t>to talibi liyakat ka ilm hum ko ho gaya tha aap ke papers ko dekh kar.</w:t>
      </w:r>
    </w:p>
    <w:p>
      <w:pPr>
        <w:jc w:val="right"/>
      </w:pPr>
      <w:r>
        <w:t>تو طالبی لیاقت کا علم ہم کو ہو گیا تھا آپ کے پیپرز کو دیکھ کر۔</w:t>
      </w:r>
    </w:p>
    <w:p>
      <w:r>
        <w:rPr>
          <w:b/>
        </w:rPr>
        <w:t xml:space="preserve">[27:03] </w:t>
      </w:r>
      <w:r>
        <w:t>ab sawal tha ke behaviour aap ka, aap yahan ki society mein kaise rahenge? aap India mein</w:t>
      </w:r>
    </w:p>
    <w:p>
      <w:pPr>
        <w:jc w:val="right"/>
      </w:pPr>
      <w:r>
        <w:t>اب سوال تھا کہ بیہیویئر آپ کا، آپ یہاں کی سوسائٹی میں کیسے رہیں گے؟ آپ انڈیا میں</w:t>
      </w:r>
    </w:p>
    <w:p>
      <w:r>
        <w:rPr>
          <w:b/>
        </w:rPr>
        <w:t xml:space="preserve">[27:09] </w:t>
      </w:r>
      <w:r>
        <w:t>rahe hain, ab tak yahan ki society mukhtalif hai.</w:t>
      </w:r>
    </w:p>
    <w:p>
      <w:pPr>
        <w:jc w:val="right"/>
      </w:pPr>
      <w:r>
        <w:t>رہے ہیں، اب تک یہاں کی سوسائٹی مختلف ہے۔</w:t>
      </w:r>
    </w:p>
    <w:p>
      <w:r>
        <w:rPr>
          <w:b/>
        </w:rPr>
        <w:t xml:space="preserve">[27:16] </w:t>
      </w:r>
      <w:r>
        <w:t>ab hamein dekhna tha ke aap yahan ki society mein yahan ke mutabiq rahenge ya nahi, yeh</w:t>
      </w:r>
    </w:p>
    <w:p>
      <w:pPr>
        <w:jc w:val="right"/>
      </w:pPr>
      <w:r>
        <w:t>اب ہمیں دیکھنا تھا کہ آپ یہاں کی سوسائٹی میں یہاں کے مطابق رہیں گے یا نہیں، یہ</w:t>
      </w:r>
    </w:p>
    <w:p>
      <w:r>
        <w:rPr>
          <w:b/>
        </w:rPr>
        <w:t xml:space="preserve">[27:22] </w:t>
      </w:r>
      <w:r>
        <w:t>hamein dekhna tha.</w:t>
      </w:r>
    </w:p>
    <w:p>
      <w:pPr>
        <w:jc w:val="right"/>
      </w:pPr>
      <w:r>
        <w:t>ہمیں دیکھنا تھا۔</w:t>
      </w:r>
    </w:p>
    <w:p>
      <w:r>
        <w:rPr>
          <w:b/>
        </w:rPr>
        <w:t xml:space="preserve">[27:29] </w:t>
      </w:r>
      <w:r>
        <w:t>to main aaj aik haftay se yahi watch kar raha tha, kar raha tha, aur main ne apne</w:t>
      </w:r>
    </w:p>
    <w:p>
      <w:pPr>
        <w:jc w:val="right"/>
      </w:pPr>
      <w:r>
        <w:t>تو میں آج ایک ہفتے سے یہی واچ کر رہا تھا، کر رہا تھا، اور میں نے اپنے</w:t>
      </w:r>
    </w:p>
    <w:p>
      <w:r>
        <w:rPr>
          <w:b/>
        </w:rPr>
        <w:t xml:space="preserve">[27:36] </w:t>
      </w:r>
      <w:r>
        <w:t>watch karne mein aap ko theek paya.</w:t>
      </w:r>
    </w:p>
    <w:p>
      <w:pPr>
        <w:jc w:val="right"/>
      </w:pPr>
      <w:r>
        <w:t>واچ کرنے میں آپ کو ٹھیک پایا۔</w:t>
      </w:r>
    </w:p>
    <w:p>
      <w:r>
        <w:rPr>
          <w:b/>
        </w:rPr>
        <w:t xml:space="preserve">[27:42] </w:t>
      </w:r>
      <w:r>
        <w:t>to ab aap ko select kiya jata hai, aap kal se apna kaam shuru kar dijiye.</w:t>
      </w:r>
    </w:p>
    <w:p>
      <w:pPr>
        <w:jc w:val="right"/>
      </w:pPr>
      <w:r>
        <w:t>تو اب آپ کو سلیکٹ کیا جاتا ہے، آپ کل سے اپنا کام شروع کر دیجئے۔</w:t>
      </w:r>
    </w:p>
    <w:p>
      <w:r>
        <w:rPr>
          <w:b/>
        </w:rPr>
        <w:t xml:space="preserve">[27:49] </w:t>
      </w:r>
      <w:r>
        <w:t>to yeh jab qissa unhon ne bataya to mujhe laga ke jo khaliq ka nizam hai, is ki</w:t>
      </w:r>
    </w:p>
    <w:p>
      <w:pPr>
        <w:jc w:val="right"/>
      </w:pPr>
      <w:r>
        <w:t>تو یہ جب قصہ انہوں نے بتایا تو مجھے لگا کہ جو خالق کا نظام ہے، اس کی</w:t>
      </w:r>
    </w:p>
    <w:p>
      <w:r>
        <w:rPr>
          <w:b/>
        </w:rPr>
        <w:t xml:space="preserve">[27:55] </w:t>
      </w:r>
      <w:r>
        <w:t>bohat achi misaal yeh hai ke yeh dunya mein hamein bhej diya gaya hai, aur hamare sath farishtay</w:t>
      </w:r>
    </w:p>
    <w:p>
      <w:pPr>
        <w:jc w:val="right"/>
      </w:pPr>
      <w:r>
        <w:t>بہت اچھی مثال یہ ہے کہ یہ دنیا میں ہمیں بھیج دیا گیا ہے، اور ہمارے ساتھ فرشتے</w:t>
      </w:r>
    </w:p>
    <w:p>
      <w:r>
        <w:rPr>
          <w:b/>
        </w:rPr>
        <w:t xml:space="preserve">[28:02] </w:t>
      </w:r>
      <w:r>
        <w:t>lage hue hain.</w:t>
      </w:r>
    </w:p>
    <w:p>
      <w:pPr>
        <w:jc w:val="right"/>
      </w:pPr>
      <w:r>
        <w:t>لگے ہوئے ہیں۔</w:t>
      </w:r>
    </w:p>
    <w:p>
      <w:r>
        <w:rPr>
          <w:b/>
        </w:rPr>
        <w:t xml:space="preserve">[28:08] </w:t>
      </w:r>
      <w:r>
        <w:t>har waqt farishtay hamare sath hain, to watch kar rahe hain, watch kar rahe hain ke main kaise</w:t>
      </w:r>
    </w:p>
    <w:p>
      <w:pPr>
        <w:jc w:val="right"/>
      </w:pPr>
      <w:r>
        <w:t>ہر وقت فرشتے ہمارے ساتھ ہیں، تو واچ کر رہے ہیں، واچ کر رہے ہیں کہ میں کیسے</w:t>
      </w:r>
    </w:p>
    <w:p>
      <w:r>
        <w:rPr>
          <w:b/>
        </w:rPr>
        <w:t xml:space="preserve">[28:15] </w:t>
      </w:r>
      <w:r>
        <w:t>bola, kaise socha, kya mera behaviour tha, khushi mein kaisa tha, gham mein kaisa tha, ghusse mein kya</w:t>
      </w:r>
    </w:p>
    <w:p>
      <w:pPr>
        <w:jc w:val="right"/>
      </w:pPr>
      <w:r>
        <w:t>بولا، کیسے سوچا، کیا میرا بیہیویئر تھا، خوشی میں کیسا تھا، غم میں کیسا تھا، غصے میں کیا</w:t>
      </w:r>
    </w:p>
    <w:p>
      <w:r>
        <w:rPr>
          <w:b/>
        </w:rPr>
        <w:t xml:space="preserve">[28:21] </w:t>
      </w:r>
      <w:r>
        <w:t>response diya maine.</w:t>
      </w:r>
    </w:p>
    <w:p>
      <w:pPr>
        <w:jc w:val="right"/>
      </w:pPr>
      <w:r>
        <w:t>رسپانس دیا میں نے۔</w:t>
      </w:r>
    </w:p>
    <w:p>
      <w:r>
        <w:rPr>
          <w:b/>
        </w:rPr>
        <w:t xml:space="preserve">[28:28] </w:t>
      </w:r>
      <w:r>
        <w:t>yeh sara jo main kar raha hoon, is ko farishtay watch kar rahe hain, watch kar rahe hain,</w:t>
      </w:r>
    </w:p>
    <w:p>
      <w:pPr>
        <w:jc w:val="right"/>
      </w:pPr>
      <w:r>
        <w:t>یہ سارا جو میں کر رہا ہوں، اس کو فرشتے واچ کر رہے ہیں، واچ کر رہے ہیں،</w:t>
      </w:r>
    </w:p>
    <w:p>
      <w:r>
        <w:rPr>
          <w:b/>
        </w:rPr>
        <w:t xml:space="preserve">[28:34] </w:t>
      </w:r>
      <w:r>
        <w:t>watch kar rahe hain.</w:t>
      </w:r>
    </w:p>
    <w:p>
      <w:pPr>
        <w:jc w:val="right"/>
      </w:pPr>
      <w:r>
        <w:t>واچ کر رہے ہیں۔</w:t>
      </w:r>
    </w:p>
    <w:p>
      <w:r>
        <w:rPr>
          <w:b/>
        </w:rPr>
        <w:t xml:space="preserve">[28:41] </w:t>
      </w:r>
      <w:r>
        <w:t>phir un ka record jo hai, woh aakhirat mein pesh hoga.</w:t>
      </w:r>
    </w:p>
    <w:p>
      <w:pPr>
        <w:jc w:val="right"/>
      </w:pPr>
      <w:r>
        <w:t>پھر ان کا ریکارڈ جو ہے، وہ آخرت میں پیش ہوگا۔</w:t>
      </w:r>
    </w:p>
    <w:p>
      <w:r>
        <w:rPr>
          <w:b/>
        </w:rPr>
        <w:t xml:space="preserve">[28:48] </w:t>
      </w:r>
      <w:r>
        <w:t>isi isi record ke mutabiq mujhe mera selection hoga.</w:t>
      </w:r>
    </w:p>
    <w:p>
      <w:pPr>
        <w:jc w:val="right"/>
      </w:pPr>
      <w:r>
        <w:t>اسی اسی ریکارڈ کے مطابق مجھے میرا سلیکشن ہوگا۔</w:t>
      </w:r>
    </w:p>
    <w:p>
      <w:r>
        <w:rPr>
          <w:b/>
        </w:rPr>
        <w:t xml:space="preserve">[28:54] </w:t>
      </w:r>
      <w:r>
        <w:t>to yeh waqia sacha waqia hai, main khud mila tha un se mil kar ke.</w:t>
      </w:r>
    </w:p>
    <w:p>
      <w:pPr>
        <w:jc w:val="right"/>
      </w:pPr>
      <w:r>
        <w:t>تو یہ واقعہ سچا واقعہ ہے، میں خود ملا تھا ان سے مل کر کے۔</w:t>
      </w:r>
    </w:p>
    <w:p>
      <w:r>
        <w:rPr>
          <w:b/>
        </w:rPr>
        <w:t xml:space="preserve">[29:01] </w:t>
      </w:r>
      <w:r>
        <w:t>ghaliban woh kings ke cab mein us waqt rehte thay, ab mujhe nahi maloom kahan rehte honge woh.</w:t>
      </w:r>
    </w:p>
    <w:p>
      <w:pPr>
        <w:jc w:val="right"/>
      </w:pPr>
      <w:r>
        <w:t>غالباً وہ کنگز کے کیب میں اس وقت رہتے تھے، اب مجھے نہیں معلوم کہاں رہتے ہوں گے وہ۔</w:t>
      </w:r>
    </w:p>
    <w:p>
      <w:r>
        <w:rPr>
          <w:b/>
        </w:rPr>
        <w:t xml:space="preserve">[29:07] </w:t>
      </w:r>
      <w:r>
        <w:t>to yeh jo waqia unhon ne bataya, to main samajhta hoon ke bohat achi misaal hai yeh janne</w:t>
      </w:r>
    </w:p>
    <w:p>
      <w:pPr>
        <w:jc w:val="right"/>
      </w:pPr>
      <w:r>
        <w:t>تو یہ جو واقعہ انہوں نے بتایا، تو میں سمجھتا ہوں کہ بہت اچھی مثال ہے یہ جاننے</w:t>
      </w:r>
    </w:p>
    <w:p>
      <w:r>
        <w:rPr>
          <w:b/>
        </w:rPr>
        <w:t xml:space="preserve">[29:14] </w:t>
      </w:r>
      <w:r>
        <w:t>ke liye ke jannat mein dakhla kisi ko kaise milega.</w:t>
      </w:r>
    </w:p>
    <w:p>
      <w:pPr>
        <w:jc w:val="right"/>
      </w:pPr>
      <w:r>
        <w:t>کے لیے کہ جنت میں داخلہ کسی کو کیسے ملے گا۔</w:t>
      </w:r>
    </w:p>
    <w:p>
      <w:r>
        <w:rPr>
          <w:b/>
        </w:rPr>
        <w:t xml:space="preserve">[29:20] </w:t>
      </w:r>
      <w:r>
        <w:t>to jannat bilashuba ek ek wishing item hai, lekin doosri baat yeh hai ke isi duniya mein hamara</w:t>
      </w:r>
    </w:p>
    <w:p>
      <w:pPr>
        <w:jc w:val="right"/>
      </w:pPr>
      <w:r>
        <w:t>تو جنت بلاشبہ ایک ایک وشنگ آئٹم ہے، لیکن دوسری بات یہ ہے کہ اسی دنیا میں ہمارا</w:t>
      </w:r>
    </w:p>
    <w:p>
      <w:r>
        <w:rPr>
          <w:b/>
        </w:rPr>
        <w:t xml:space="preserve">[29:27] </w:t>
      </w:r>
      <w:r>
        <w:t>selection bhi ho raha hai, selection ho raha hai, aur ek waqt aayega ke hamein is mein</w:t>
      </w:r>
    </w:p>
    <w:p>
      <w:pPr>
        <w:jc w:val="right"/>
      </w:pPr>
      <w:r>
        <w:t>سلیکشن بھی ہو رہا ہے، سلیکشن ہو رہا ہے، اور ایک وقت آئے گا کہ ہمیں اس میں</w:t>
      </w:r>
    </w:p>
    <w:p>
      <w:r>
        <w:rPr>
          <w:b/>
        </w:rPr>
        <w:t xml:space="preserve">[29:33] </w:t>
      </w:r>
      <w:r>
        <w:t>entry di jayegi, entry di jayegi.</w:t>
      </w:r>
    </w:p>
    <w:p>
      <w:pPr>
        <w:jc w:val="right"/>
      </w:pPr>
      <w:r>
        <w:t>انٹری دی جائے گی، انٹری دی جائے گی۔</w:t>
      </w:r>
    </w:p>
    <w:p>
      <w:r>
        <w:rPr>
          <w:b/>
        </w:rPr>
        <w:t xml:space="preserve">[29:40] </w:t>
      </w:r>
      <w:r>
        <w:t>aur ek ek hadith hai, woh bhi bohat hi ajeeb hadith hai ke qayamat aati hai, sab ka</w:t>
      </w:r>
    </w:p>
    <w:p>
      <w:pPr>
        <w:jc w:val="right"/>
      </w:pPr>
      <w:r>
        <w:t>اور ایک ایک حدیث ہے، وہ بھی بہت ہی عجیب حدیث ہے کہ قیامت آتی ہے، سب کا</w:t>
      </w:r>
    </w:p>
    <w:p>
      <w:r>
        <w:rPr>
          <w:b/>
        </w:rPr>
        <w:t xml:space="preserve">[29:46] </w:t>
      </w:r>
      <w:r>
        <w:t>hisab kitab hota hai, to sab log koi jannat mein jata hai, koi doosri taraf bheja jata hai.</w:t>
      </w:r>
    </w:p>
    <w:p>
      <w:pPr>
        <w:jc w:val="right"/>
      </w:pPr>
      <w:r>
        <w:t>حساب کتاب ہوتا ہے، تو سب لوگ کوئی جنت میں جاتا ہے، کوئی دوسری طرف بھیجا جاتا ہے۔</w:t>
      </w:r>
    </w:p>
    <w:p>
      <w:r>
        <w:rPr>
          <w:b/>
        </w:rPr>
        <w:t xml:space="preserve">[29:53] </w:t>
      </w:r>
      <w:r>
        <w:t>to ek aadmi bach jata hai kyunke is ke aamal na is qabil thay ke koi jahannum mein</w:t>
      </w:r>
    </w:p>
    <w:p>
      <w:pPr>
        <w:jc w:val="right"/>
      </w:pPr>
      <w:r>
        <w:t>تو ایک آدمی بچ جاتا ہے کیونکہ اس کے اعمال نہ اس قابل تھے کہ کوئی جہنم میں</w:t>
      </w:r>
    </w:p>
    <w:p>
      <w:r>
        <w:rPr>
          <w:b/>
        </w:rPr>
        <w:t xml:space="preserve">[29:59] </w:t>
      </w:r>
      <w:r>
        <w:t>dala jaye, na is qabil thay ke koi jannat mein dakhil kiya jaye, kuch bein bein tha.</w:t>
      </w:r>
    </w:p>
    <w:p>
      <w:pPr>
        <w:jc w:val="right"/>
      </w:pPr>
      <w:r>
        <w:t>ڈالا جائے، نہ اس قابل تھے کہ کوئی جنت میں داخل کیا جائے، کچھ بین بین تھا۔</w:t>
      </w:r>
    </w:p>
    <w:p>
      <w:r>
        <w:rPr>
          <w:b/>
        </w:rPr>
        <w:t xml:space="preserve">[30:06] </w:t>
      </w:r>
      <w:r>
        <w:t>to aakhir mein woh kehta hai ke khudaaya, to ne mujhe jannat mein dakhla nahi diya, to mujhe</w:t>
      </w:r>
    </w:p>
    <w:p>
      <w:pPr>
        <w:jc w:val="right"/>
      </w:pPr>
      <w:r>
        <w:t>تو آخر میں وہ کہتا ہے کہ خدایا، تو نے مجھے جنت میں داخلہ نہیں دیا، تو مجھے</w:t>
      </w:r>
    </w:p>
    <w:p>
      <w:r>
        <w:rPr>
          <w:b/>
        </w:rPr>
        <w:t xml:space="preserve">[30:13] </w:t>
      </w:r>
      <w:r>
        <w:t>dikha de ke jannat kaisi hai.</w:t>
      </w:r>
    </w:p>
    <w:p>
      <w:pPr>
        <w:jc w:val="right"/>
      </w:pPr>
      <w:r>
        <w:t>دکھا دے کہ جنت کیسی ہے۔</w:t>
      </w:r>
    </w:p>
    <w:p>
      <w:r>
        <w:rPr>
          <w:b/>
        </w:rPr>
        <w:t xml:space="preserve">[30:19] </w:t>
      </w:r>
      <w:r>
        <w:t>to farishton ko hukum hota hai, aur farishte is ko le kar ke jannat mein dikhate hain.</w:t>
      </w:r>
    </w:p>
    <w:p>
      <w:pPr>
        <w:jc w:val="right"/>
      </w:pPr>
      <w:r>
        <w:t>تو فرشتوں کو حکم ہوتا ہے، اور فرشتے اس کو لے کر کے جنت میں دکھاتے ہیں۔</w:t>
      </w:r>
    </w:p>
    <w:p>
      <w:r>
        <w:rPr>
          <w:b/>
        </w:rPr>
        <w:t xml:space="preserve">[30:26] </w:t>
      </w:r>
      <w:r>
        <w:t>to jannat jab dekhta hai, woh itna itna zyada, jis ko angrezi mein kehte hain, overwhelm, itna</w:t>
      </w:r>
    </w:p>
    <w:p>
      <w:pPr>
        <w:jc w:val="right"/>
      </w:pPr>
      <w:r>
        <w:t>تو جنت جب دیکھتا ہے، وہ اتنا اتنا زیادہ، جس کو انگریز میں کہتے ہیں، اوور ویلم، اتنا</w:t>
      </w:r>
    </w:p>
    <w:p>
      <w:r>
        <w:rPr>
          <w:b/>
        </w:rPr>
        <w:t xml:space="preserve">[30:32] </w:t>
      </w:r>
      <w:r>
        <w:t>overwhelm ho jata hai ke woh khuda se kehta hai: "khudaaya, jab to ne mujhe jannat dikha</w:t>
      </w:r>
    </w:p>
    <w:p>
      <w:pPr>
        <w:jc w:val="right"/>
      </w:pPr>
      <w:r>
        <w:t>اوور ویلم ہو جاتا ہے کہ وہ خدا سے کہتا ہے: "خدایا، جب تو نے مجھے جنت دکھا</w:t>
      </w:r>
    </w:p>
    <w:p>
      <w:r>
        <w:rPr>
          <w:b/>
        </w:rPr>
        <w:t xml:space="preserve">[30:39] </w:t>
      </w:r>
      <w:r>
        <w:t>diya, to ab mujh ko is mein rehne ki ijazat de de." to khuda ki taraf se jawab</w:t>
      </w:r>
    </w:p>
    <w:p>
      <w:pPr>
        <w:jc w:val="right"/>
      </w:pPr>
      <w:r>
        <w:t>دیا، تو اب مجھ کو اس میں رہنے کی اجازت دے دے۔" تو خدا کی طرف سے جواب</w:t>
      </w:r>
    </w:p>
    <w:p>
      <w:r>
        <w:rPr>
          <w:b/>
        </w:rPr>
        <w:t xml:space="preserve">[30:45] </w:t>
      </w:r>
      <w:r>
        <w:t>aata hai: "ae mere bande, to mujh se jannat ko na maang, kyunke woh insaan jannat mein jo</w:t>
      </w:r>
    </w:p>
    <w:p>
      <w:pPr>
        <w:jc w:val="right"/>
      </w:pPr>
      <w:r>
        <w:t>آتا ہے: "اے میرے بندے، تو مجھ سے جنت کو نہ مانگ، کیونکہ وہ انسان جنت میں جو</w:t>
      </w:r>
    </w:p>
    <w:p>
      <w:r>
        <w:rPr>
          <w:b/>
        </w:rPr>
        <w:t xml:space="preserve">[30:52] </w:t>
      </w:r>
      <w:r>
        <w:t>rehne ke liye jo shartein hain, woh poora nahi karta kar raha hoga." woh to is ko jawab</w:t>
      </w:r>
    </w:p>
    <w:p>
      <w:pPr>
        <w:jc w:val="right"/>
      </w:pPr>
      <w:r>
        <w:t>رہنے کے لیے جو شرطیں ہیں، وہ پورا نہیں کرتا کر رہا ہوگا۔" وہ تو اس کو جواب</w:t>
      </w:r>
    </w:p>
    <w:p>
      <w:r>
        <w:rPr>
          <w:b/>
        </w:rPr>
        <w:t xml:space="preserve">[30:58] </w:t>
      </w:r>
      <w:r>
        <w:t>diya jata hai: "ae mere bande, to mujh se jannat na maang.</w:t>
      </w:r>
    </w:p>
    <w:p>
      <w:pPr>
        <w:jc w:val="right"/>
      </w:pPr>
      <w:r>
        <w:t>دیا جاتا ہے: "اے میرے بندے، تو مجھ سے جنت نہ مانگ۔</w:t>
      </w:r>
    </w:p>
    <w:p>
      <w:r>
        <w:rPr>
          <w:b/>
        </w:rPr>
        <w:t xml:space="preserve">[31:05] </w:t>
      </w:r>
      <w:r>
        <w:t>jis duniya ko chhod kar to aaya hai, woh duniya aur isi tarah ki ek aur duniya, mein</w:t>
      </w:r>
    </w:p>
    <w:p>
      <w:pPr>
        <w:jc w:val="right"/>
      </w:pPr>
      <w:r>
        <w:t>جس دنیا کو چھوڑ کر تو آیا ہے، وہ دنیا اور اسی طرح کی ایک اور دنیا، میں</w:t>
      </w:r>
    </w:p>
    <w:p>
      <w:r>
        <w:rPr>
          <w:b/>
        </w:rPr>
        <w:t xml:space="preserve">[31:11] </w:t>
      </w:r>
      <w:r>
        <w:t>tum ko do duniya de deta hoon, lekin jannat tum ko nahi milne wali hai." to woh insaan</w:t>
      </w:r>
    </w:p>
    <w:p>
      <w:pPr>
        <w:jc w:val="right"/>
      </w:pPr>
      <w:r>
        <w:t>تم کو دو دنیا دے دیتا ہوں، لیکن جنت تم کو نہیں ملنے والی ہے۔" تو وہ انسان</w:t>
      </w:r>
    </w:p>
    <w:p>
      <w:r>
        <w:rPr>
          <w:b/>
        </w:rPr>
        <w:t xml:space="preserve">[31:18] </w:t>
      </w:r>
      <w:r>
        <w:t>kehta hai ke: "khudaaya, kaifa akoun ashqah abdak?" yeh bohat ajeeb baat hai.</w:t>
      </w:r>
    </w:p>
    <w:p>
      <w:pPr>
        <w:jc w:val="right"/>
      </w:pPr>
      <w:r>
        <w:t>کہتا ہے کہ: "خدایا، کیف اکون عشقہ عبادک؟" یہ بہت عجیب بات ہے۔</w:t>
      </w:r>
    </w:p>
    <w:p>
      <w:r>
        <w:rPr>
          <w:b/>
        </w:rPr>
        <w:t xml:space="preserve">[31:25] </w:t>
      </w:r>
      <w:r>
        <w:t>is ko jab yeh offer milta hai ke tum ko hum is duniya, jo jis duniya mein hum</w:t>
      </w:r>
    </w:p>
    <w:p>
      <w:pPr>
        <w:jc w:val="right"/>
      </w:pPr>
      <w:r>
        <w:t>اس کو جب یہ آفر ملتا ہے کہ تم کو ہم اس دنیا، جو جس دنیا میں ہم</w:t>
      </w:r>
    </w:p>
    <w:p>
      <w:r>
        <w:rPr>
          <w:b/>
        </w:rPr>
        <w:t xml:space="preserve">[31:31] </w:t>
      </w:r>
      <w:r>
        <w:t>hain, aisi do duniya mil jayengi, aur jannat ko chhod do, tum to woh kehta hai ke:</w:t>
      </w:r>
    </w:p>
    <w:p>
      <w:pPr>
        <w:jc w:val="right"/>
      </w:pPr>
      <w:r>
        <w:t>ہیں، ایسی دو دنیا مل جائیں گی، اور جنت کو چھوڑ دو، تم تو وہ کہتا ہے کہ:</w:t>
      </w:r>
    </w:p>
    <w:p>
      <w:r>
        <w:rPr>
          <w:b/>
        </w:rPr>
        <w:t xml:space="preserve">[31:38] </w:t>
      </w:r>
      <w:r>
        <w:t>"Ya Rabbi, Ya Rabbi, kaifa akoun ashqah abdak?" ae mere rab, main hi tere bando mein sab se</w:t>
      </w:r>
    </w:p>
    <w:p>
      <w:pPr>
        <w:jc w:val="right"/>
      </w:pPr>
      <w:r>
        <w:t>"یا رب، یا رب، کیف اکون عشقہ عبادک؟" اے میرے رب، میں ہی تیرے بندوں میں سب سے</w:t>
      </w:r>
    </w:p>
    <w:p>
      <w:r>
        <w:rPr>
          <w:b/>
        </w:rPr>
        <w:t xml:space="preserve">[31:44] </w:t>
      </w:r>
      <w:r>
        <w:t>ziada badbakht banda kyun banun? main hi tere bando mein sab se ziada badbakht banda kyun banun? ya</w:t>
      </w:r>
    </w:p>
    <w:p>
      <w:pPr>
        <w:jc w:val="right"/>
      </w:pPr>
      <w:r>
        <w:t>زیادہ بدبخت بندہ کیوں بنوں؟ میں ہی تیرے بندوں میں سب سے زیادہ بدبخت بندہ کیوں بنوں؟ یا</w:t>
      </w:r>
    </w:p>
    <w:p>
      <w:r>
        <w:rPr>
          <w:b/>
        </w:rPr>
        <w:t xml:space="preserve">[31:51] </w:t>
      </w:r>
      <w:r>
        <w:t>rab, kaifa akunu ashqaa ibadak? is par sochiye, is par sochiye.</w:t>
      </w:r>
    </w:p>
    <w:p>
      <w:pPr>
        <w:jc w:val="right"/>
      </w:pPr>
      <w:r>
        <w:t>رب، کیف اکون عشقہ عبادک؟ اس پر سوچیے، اس پر سوچیے۔</w:t>
      </w:r>
    </w:p>
    <w:p>
      <w:r>
        <w:rPr>
          <w:b/>
        </w:rPr>
        <w:t xml:space="preserve">[31:57] </w:t>
      </w:r>
      <w:r>
        <w:t>tu yeh dunya aur aur jo woh dunya hai, jannat wali, itna farq dekha jayega, itna farq</w:t>
      </w:r>
    </w:p>
    <w:p>
      <w:pPr>
        <w:jc w:val="right"/>
      </w:pPr>
      <w:r>
        <w:t>تو یہ دنیا اور اور جو وہ دنیا ہے، جنت والی، اتنا فرق دیکھا جائے گا، اتنا فرق</w:t>
      </w:r>
    </w:p>
    <w:p>
      <w:r>
        <w:rPr>
          <w:b/>
        </w:rPr>
        <w:t xml:space="preserve">[32:04] </w:t>
      </w:r>
      <w:r>
        <w:t>dekha jayega ke woh kahe ke: "is is ko le kar ke jannat chhodun?" main to woh</w:t>
      </w:r>
    </w:p>
    <w:p>
      <w:pPr>
        <w:jc w:val="right"/>
      </w:pPr>
      <w:r>
        <w:t>دیکھا جائے گا کہ وہ کہے کہ: "اس اس کو لے کر کے جنت چھوڑوں؟" میں تو وہ</w:t>
      </w:r>
    </w:p>
    <w:p>
      <w:r>
        <w:rPr>
          <w:b/>
        </w:rPr>
        <w:t xml:space="preserve">[32:10] </w:t>
      </w:r>
      <w:r>
        <w:t>tu bohat hi nadan thehra, bohat hi badbakht thehra, bohat hi shaqi thehra.</w:t>
      </w:r>
    </w:p>
    <w:p>
      <w:pPr>
        <w:jc w:val="right"/>
      </w:pPr>
      <w:r>
        <w:t>تو بہت ہی نادان ٹھہرا، بہت ہی بدبخت ٹھہرا، بہت ہی شقی ٹھہرا۔</w:t>
      </w:r>
    </w:p>
    <w:p>
      <w:r>
        <w:rPr>
          <w:b/>
        </w:rPr>
        <w:t xml:space="preserve">[32:17] </w:t>
      </w:r>
      <w:r>
        <w:t>aur yeh aik aik bohat hi fitri baat hai, kyunke dekhiye, is dunya mein aur jannat dunya mein</w:t>
      </w:r>
    </w:p>
    <w:p>
      <w:pPr>
        <w:jc w:val="right"/>
      </w:pPr>
      <w:r>
        <w:t>اور یہ ایک ایک بہت ہی فطری بات ہے، کیونکہ دیکھیے، اس دنیا میں اور جنت دنیا میں</w:t>
      </w:r>
    </w:p>
    <w:p>
      <w:r>
        <w:rPr>
          <w:b/>
        </w:rPr>
        <w:t xml:space="preserve">[32:23] </w:t>
      </w:r>
      <w:r>
        <w:t>jo farq hai, woh yeh hai ke yeh dunya imperfect world hai, imperfect, aur jannat perfect world hai.</w:t>
      </w:r>
    </w:p>
    <w:p>
      <w:pPr>
        <w:jc w:val="right"/>
      </w:pPr>
      <w:r>
        <w:t>جو فرق ہے، وہ یہ ہے کہ یہ دنیا امپرفیکٹ ورلڈ ہے، امپرفیکٹ، اور جنت پرفیکٹ ورلڈ ہے۔</w:t>
      </w:r>
    </w:p>
    <w:p>
      <w:r>
        <w:rPr>
          <w:b/>
        </w:rPr>
        <w:t xml:space="preserve">[32:30] </w:t>
      </w:r>
      <w:r>
        <w:t>yeh dunya imperfect world hai, aur jannat perfect world hai.</w:t>
      </w:r>
    </w:p>
    <w:p>
      <w:pPr>
        <w:jc w:val="right"/>
      </w:pPr>
      <w:r>
        <w:t>یہ دنیا امپرفیکٹ ورلڈ ہے، اور جنت پرفیکٹ ورلڈ ہے۔</w:t>
      </w:r>
    </w:p>
    <w:p>
      <w:r>
        <w:rPr>
          <w:b/>
        </w:rPr>
        <w:t xml:space="preserve">[32:37] </w:t>
      </w:r>
      <w:r>
        <w:t>aur dekhiye, yeh usool hai ke jab farq yeh ho to koi quantity is ka barabar hi nahi</w:t>
      </w:r>
    </w:p>
    <w:p>
      <w:pPr>
        <w:jc w:val="right"/>
      </w:pPr>
      <w:r>
        <w:t>اور دیکھیے، یہ اصول ہے کہ جب فرق یہ ہو تو کوئی کوانٹٹی اس کا برابر ہی نہیں</w:t>
      </w:r>
    </w:p>
    <w:p>
      <w:r>
        <w:rPr>
          <w:b/>
        </w:rPr>
        <w:t xml:space="preserve">[32:43] </w:t>
      </w:r>
      <w:r>
        <w:t>kar sakti, yaani imperfection ki koi bhi quantity perfection ka badal nahi ban sakti.</w:t>
      </w:r>
    </w:p>
    <w:p>
      <w:pPr>
        <w:jc w:val="right"/>
      </w:pPr>
      <w:r>
        <w:t>کر سکتی، یعنی امپرفیکشن کی کوئی بھی کوانٹٹی پرفیکشن کا بدل نہیں بن سکتی۔</w:t>
      </w:r>
    </w:p>
    <w:p>
      <w:r>
        <w:rPr>
          <w:b/>
        </w:rPr>
        <w:t xml:space="preserve">[32:50] </w:t>
      </w:r>
      <w:r>
        <w:t>misalan, aap ke paas farz kiye aik bohat acha TV hai, bohat hi acha TV.</w:t>
      </w:r>
    </w:p>
    <w:p>
      <w:pPr>
        <w:jc w:val="right"/>
      </w:pPr>
      <w:r>
        <w:t>مثلاً، آپ کے پاس فرض کیے ایک بہت اچھا ٹی وی ہے، بہت ہی اچھا ٹی وی۔</w:t>
      </w:r>
    </w:p>
    <w:p>
      <w:r>
        <w:rPr>
          <w:b/>
        </w:rPr>
        <w:t xml:space="preserve">[32:56] </w:t>
      </w:r>
      <w:r>
        <w:t>to aik aadmi aap se kehta hai ke: "bhai, yeh TV mujhe de do, aur mere paas</w:t>
      </w:r>
    </w:p>
    <w:p>
      <w:pPr>
        <w:jc w:val="right"/>
      </w:pPr>
      <w:r>
        <w:t>تو ایک آدمی آپ سے کہتا ہے کہ: "بھئی، یہ ٹی وی مجھے دے دو، اور میرے پاس</w:t>
      </w:r>
    </w:p>
    <w:p>
      <w:r>
        <w:rPr>
          <w:b/>
        </w:rPr>
        <w:t xml:space="preserve">[33:03] </w:t>
      </w:r>
      <w:r>
        <w:t>main ne kai TV khareede hain, sab is mein acha tasveer nahi aati, achi awaz bhi nahi</w:t>
      </w:r>
    </w:p>
    <w:p>
      <w:pPr>
        <w:jc w:val="right"/>
      </w:pPr>
      <w:r>
        <w:t>میں نے کئی ٹی وی خریدے ہیں، سب اس میں اچھا تصویر نہیں آتی، اچھی آواز بھی نہیں</w:t>
      </w:r>
    </w:p>
    <w:p>
      <w:r>
        <w:rPr>
          <w:b/>
        </w:rPr>
        <w:t xml:space="preserve">[33:09] </w:t>
      </w:r>
      <w:r>
        <w:t>aati, to main mere paas pade hue hain, woh kai TV le lo tum, aur is ko</w:t>
      </w:r>
    </w:p>
    <w:p>
      <w:pPr>
        <w:jc w:val="right"/>
      </w:pPr>
      <w:r>
        <w:t>آتی، تو میں میرے پاس پڑے ہوئے ہیں، وہ کئی ٹی وی لے لو تم، اور اس کو</w:t>
      </w:r>
    </w:p>
    <w:p>
      <w:r>
        <w:rPr>
          <w:b/>
        </w:rPr>
        <w:t xml:space="preserve">[33:16] </w:t>
      </w:r>
      <w:r>
        <w:t>yeh yeh de do." to aap kabhi raazi nahi honge, aap kyunke imperfect TV koi is</w:t>
      </w:r>
    </w:p>
    <w:p>
      <w:pPr>
        <w:jc w:val="right"/>
      </w:pPr>
      <w:r>
        <w:t>یہ یہ دے دو۔" تو آپ کبھی راضی نہیں ہوں گے، آپ کیونکہ امپرفیکٹ ٹی وی کوئی اس</w:t>
      </w:r>
    </w:p>
    <w:p>
      <w:r>
        <w:rPr>
          <w:b/>
        </w:rPr>
        <w:t xml:space="preserve">[33:22] </w:t>
      </w:r>
      <w:r>
        <w:t>ke paas so hain, to aik aik perfect TV aap is se zyada hain.</w:t>
      </w:r>
    </w:p>
    <w:p>
      <w:pPr>
        <w:jc w:val="right"/>
      </w:pPr>
      <w:r>
        <w:t>کے پاس سو ہے، تو ایک ایک پرفیکٹ ٹی وی آپ اس سے زیادہ ہیں۔</w:t>
      </w:r>
    </w:p>
    <w:p>
      <w:r>
        <w:rPr>
          <w:b/>
        </w:rPr>
        <w:t xml:space="preserve">[33:29] </w:t>
      </w:r>
      <w:r>
        <w:t>aap to isi ko main kehta hoon ke imperfection ki koi bhi quantity perfection ka badal nahi ban sakti.</w:t>
      </w:r>
    </w:p>
    <w:p>
      <w:pPr>
        <w:jc w:val="right"/>
      </w:pPr>
      <w:r>
        <w:t>آپ تو اسی کو میں کہتا ہوں کہ امپرفیکشن کی کوئی بھی کوانٹٹی پرفیکشن کا بدل نہیں بن سکتی۔</w:t>
      </w:r>
    </w:p>
    <w:p>
      <w:r>
        <w:rPr>
          <w:b/>
        </w:rPr>
        <w:t xml:space="preserve">[33:35] </w:t>
      </w:r>
      <w:r>
        <w:t>yeh mamla is dunya ka aur jannat ka hai, isi liye.</w:t>
      </w:r>
    </w:p>
    <w:p>
      <w:pPr>
        <w:jc w:val="right"/>
      </w:pPr>
      <w:r>
        <w:t>یہ معاملہ اس دنیا کا اور جنت کا ہے، اسی لیے۔</w:t>
      </w:r>
    </w:p>
    <w:p>
      <w:r>
        <w:rPr>
          <w:b/>
        </w:rPr>
        <w:t xml:space="preserve">[33:42] </w:t>
      </w:r>
      <w:r>
        <w:t>quran mein aata hai ke: "limas li hadha fal ya'mal al a'milun".</w:t>
      </w:r>
    </w:p>
    <w:p>
      <w:pPr>
        <w:jc w:val="right"/>
      </w:pPr>
      <w:r>
        <w:t>قرآن میں آتا ہے کہ: "لمس لہذا فلیعمل العاملون"۔</w:t>
      </w:r>
    </w:p>
    <w:p>
      <w:r>
        <w:rPr>
          <w:b/>
        </w:rPr>
        <w:t xml:space="preserve">[33:48] </w:t>
      </w:r>
      <w:r>
        <w:t>is is ke liye amal karne walon ko amal karna chahiye, yaani jannat ke liye.</w:t>
      </w:r>
    </w:p>
    <w:p>
      <w:pPr>
        <w:jc w:val="right"/>
      </w:pPr>
      <w:r>
        <w:t>اس اس کے لیے عمل کرنے والوں کو عمل کرنا چاہیے، یعنی جنت کے لیے۔</w:t>
      </w:r>
    </w:p>
    <w:p>
      <w:r>
        <w:rPr>
          <w:b/>
        </w:rPr>
        <w:t xml:space="preserve">[33:55] </w:t>
      </w:r>
      <w:r>
        <w:t>to dekhiye, aik bohat bari ghalat fehmi yeh hai ke log samajhte hain ke: "falan amal karo to</w:t>
      </w:r>
    </w:p>
    <w:p>
      <w:pPr>
        <w:jc w:val="right"/>
      </w:pPr>
      <w:r>
        <w:t>تو دیکھیے، ایک بہت بڑی غلط فہمی یہ ہے کہ لوگ سمجھتے ہیں کہ: "فلاں عمل کرو تو</w:t>
      </w:r>
    </w:p>
    <w:p>
      <w:r>
        <w:rPr>
          <w:b/>
        </w:rPr>
        <w:t xml:space="preserve">[34:02] </w:t>
      </w:r>
      <w:r>
        <w:t>batao sawab jannat mil jayegi".</w:t>
      </w:r>
    </w:p>
    <w:p>
      <w:pPr>
        <w:jc w:val="right"/>
      </w:pPr>
      <w:r>
        <w:t>بتاؤ ثواب جنت مل جائے گی"۔</w:t>
      </w:r>
    </w:p>
    <w:p>
      <w:r>
        <w:rPr>
          <w:b/>
        </w:rPr>
        <w:t xml:space="preserve">[34:08] </w:t>
      </w:r>
      <w:r>
        <w:t>matlab, sa'adat tasbeeh padh lo to bara bara sawab jannat mil jayegi, hajj kar lo to batao</w:t>
      </w:r>
    </w:p>
    <w:p>
      <w:pPr>
        <w:jc w:val="right"/>
      </w:pPr>
      <w:r>
        <w:t>مطلب، سعادت تسبیح پڑھ لو تو بڑا بڑا ثواب جنت مل جائے گی، حج کر لو تو بتاؤ</w:t>
      </w:r>
    </w:p>
    <w:p>
      <w:r>
        <w:rPr>
          <w:b/>
        </w:rPr>
        <w:t xml:space="preserve">[34:15] </w:t>
      </w:r>
      <w:r>
        <w:t>sawab jannat mil jayegi.</w:t>
      </w:r>
    </w:p>
    <w:p>
      <w:pPr>
        <w:jc w:val="right"/>
      </w:pPr>
      <w:r>
        <w:t>ثواب جنت مل جائے گی۔</w:t>
      </w:r>
    </w:p>
    <w:p>
      <w:r>
        <w:rPr>
          <w:b/>
        </w:rPr>
        <w:t xml:space="preserve">[34:21] </w:t>
      </w:r>
      <w:r>
        <w:t>yeh concept khud sakhta hai, sahi concept hai: "zalika jaza'un mimman tazakka".</w:t>
      </w:r>
    </w:p>
    <w:p>
      <w:pPr>
        <w:jc w:val="right"/>
      </w:pPr>
      <w:r>
        <w:t>یہ کانسیپٹ خود ساختہ ہے، صحیح کانسیپٹ ہے: "ذالک جزا منتزکا"۔</w:t>
      </w:r>
    </w:p>
    <w:p>
      <w:r>
        <w:rPr>
          <w:b/>
        </w:rPr>
        <w:t xml:space="preserve">[34:28] </w:t>
      </w:r>
      <w:r>
        <w:t>jannat us ke liye hai jis ne apne andar is is is shakhsiyat ko develop kiya, is shakhsiyat</w:t>
      </w:r>
    </w:p>
    <w:p>
      <w:pPr>
        <w:jc w:val="right"/>
      </w:pPr>
      <w:r>
        <w:t>جنت اس کے لیے ہے جس نے اپنے اندر اس اس اس شخصیت کو ڈیولپ کیا، اس شخصیت</w:t>
      </w:r>
    </w:p>
    <w:p>
      <w:r>
        <w:rPr>
          <w:b/>
        </w:rPr>
        <w:t xml:space="preserve">[34:34] </w:t>
      </w:r>
      <w:r>
        <w:t>ko banaya, is badqa shakhsiyat ko.</w:t>
      </w:r>
    </w:p>
    <w:p>
      <w:pPr>
        <w:jc w:val="right"/>
      </w:pPr>
      <w:r>
        <w:t>کو بنایا، اس بدقہ شخصیت کو۔</w:t>
      </w:r>
    </w:p>
    <w:p>
      <w:r>
        <w:rPr>
          <w:b/>
        </w:rPr>
        <w:t xml:space="preserve">[34:41] </w:t>
      </w:r>
      <w:r>
        <w:t>yeh nahi ke kuch ek ek ek ek alag ek amal hai, woh kar diya aap ne to</w:t>
      </w:r>
    </w:p>
    <w:p>
      <w:pPr>
        <w:jc w:val="right"/>
      </w:pPr>
      <w:r>
        <w:t>یہ نہیں کہ کچھ ایک ایک ایک ایک الگ ایک عمل ہے، وہ کر دیا آپ نے تو</w:t>
      </w:r>
    </w:p>
    <w:p>
      <w:r>
        <w:rPr>
          <w:b/>
        </w:rPr>
        <w:t xml:space="preserve">[34:47] </w:t>
      </w:r>
      <w:r>
        <w:t>is ka ek mysterious sawab likh gaya kahin, is mysterious sawab se woh aap ko jannat mile gi.</w:t>
      </w:r>
    </w:p>
    <w:p>
      <w:pPr>
        <w:jc w:val="right"/>
      </w:pPr>
      <w:r>
        <w:t>اس کا ایک مسٹیریس ثواب لکھ گیا کہیں، اس مسٹیریس ثواب سے وہ آپ کو جنت ملے گی۔</w:t>
      </w:r>
    </w:p>
    <w:p>
      <w:r>
        <w:rPr>
          <w:b/>
        </w:rPr>
        <w:t xml:space="preserve">[34:54] </w:t>
      </w:r>
      <w:r>
        <w:t>to aap ke jannat ka koi mysterious taluq nahi hai, mysterious taluq nahi hai.</w:t>
      </w:r>
    </w:p>
    <w:p>
      <w:pPr>
        <w:jc w:val="right"/>
      </w:pPr>
      <w:r>
        <w:t>تو آپ کے جنت کا کوئی مسٹیریس تعلق نہیں ہے، مسٹیریس تعلق نہیں ہے۔</w:t>
      </w:r>
    </w:p>
    <w:p>
      <w:r>
        <w:rPr>
          <w:b/>
        </w:rPr>
        <w:t xml:space="preserve">[35:00] </w:t>
      </w:r>
      <w:r>
        <w:t>aap ki jo jannat ke bare mein aata hai, quran mein yeh likha hai: "awlaika ma'an nabiyyin wa siddiqin wa shuhada wa salihin".</w:t>
      </w:r>
    </w:p>
    <w:p>
      <w:pPr>
        <w:jc w:val="right"/>
      </w:pPr>
      <w:r>
        <w:t>آپ کی جو جنت کے بارے میں آتا ہے، قرآن میں یہ لکھا ہے: "اولائک مع النبیین وصدیقین وشہداء وصالحین"۔</w:t>
      </w:r>
    </w:p>
    <w:p>
      <w:r>
        <w:rPr>
          <w:b/>
        </w:rPr>
        <w:t xml:space="preserve">[35:07] </w:t>
      </w:r>
      <w:r>
        <w:t>yeh hai jannat ki society.</w:t>
      </w:r>
    </w:p>
    <w:p>
      <w:pPr>
        <w:jc w:val="right"/>
      </w:pPr>
      <w:r>
        <w:t>یہ ہے جنت کی سوسائٹی۔</w:t>
      </w:r>
    </w:p>
    <w:p>
      <w:r>
        <w:rPr>
          <w:b/>
        </w:rPr>
        <w:t xml:space="preserve">[35:14] </w:t>
      </w:r>
      <w:r>
        <w:t>jannat ki society mein char category ke log hon ge: anbiya, shuhada se murad marne wale nahi, shuhada</w:t>
      </w:r>
    </w:p>
    <w:p>
      <w:pPr>
        <w:jc w:val="right"/>
      </w:pPr>
      <w:r>
        <w:t>جنت کی سوسائٹی میں چار کیٹیگری کے لوگ ہوں گے: انبیاء، شہداء سے مراد مرنے والے نہیں، شہداء</w:t>
      </w:r>
    </w:p>
    <w:p>
      <w:r>
        <w:rPr>
          <w:b/>
        </w:rPr>
        <w:t xml:space="preserve">[35:20] </w:t>
      </w:r>
      <w:r>
        <w:t>se murad dua hai.</w:t>
      </w:r>
    </w:p>
    <w:p>
      <w:pPr>
        <w:jc w:val="right"/>
      </w:pPr>
      <w:r>
        <w:t>سے مراد دعا ہے۔</w:t>
      </w:r>
    </w:p>
    <w:p>
      <w:r>
        <w:rPr>
          <w:b/>
        </w:rPr>
        <w:t xml:space="preserve">[35:27] </w:t>
      </w:r>
      <w:r>
        <w:t>dua to allah ke dayyan haq, to peghambar dayyan haq, aur siddiq, aur salihin.</w:t>
      </w:r>
    </w:p>
    <w:p>
      <w:pPr>
        <w:jc w:val="right"/>
      </w:pPr>
      <w:r>
        <w:t>دعا تو اللہ کے دایان حق، تو پیغمبر دایان حق، اور صدیق، اور صالحین۔</w:t>
      </w:r>
    </w:p>
    <w:p>
      <w:r>
        <w:rPr>
          <w:b/>
        </w:rPr>
        <w:t xml:space="preserve">[35:33] </w:t>
      </w:r>
      <w:r>
        <w:t>yeh char category hain.</w:t>
      </w:r>
    </w:p>
    <w:p>
      <w:pPr>
        <w:jc w:val="right"/>
      </w:pPr>
      <w:r>
        <w:t>یہ چار کیٹیگری ہیں۔</w:t>
      </w:r>
    </w:p>
    <w:p>
      <w:r>
        <w:rPr>
          <w:b/>
        </w:rPr>
        <w:t xml:space="preserve">[35:40] </w:t>
      </w:r>
      <w:r>
        <w:t>to jo inhi woh woh jo jo society ho gi, us mein isi char category ke log hon ge.</w:t>
      </w:r>
    </w:p>
    <w:p>
      <w:pPr>
        <w:jc w:val="right"/>
      </w:pPr>
      <w:r>
        <w:t>تو جو انہی وہ وہ جو جو سوسائٹی ہوگی، اس میں اسی چار کیٹیگری کے لوگ ہوں گے۔</w:t>
      </w:r>
    </w:p>
    <w:p>
      <w:r>
        <w:rPr>
          <w:b/>
        </w:rPr>
        <w:t xml:space="preserve">[35:46] </w:t>
      </w:r>
      <w:r>
        <w:t>to is category mein jo apne ko, yani develop kar kar sake, to aap peghambar to ban nahi</w:t>
      </w:r>
    </w:p>
    <w:p>
      <w:pPr>
        <w:jc w:val="right"/>
      </w:pPr>
      <w:r>
        <w:t>تو اس کیٹیگری میں جو اپنے کو، یعنی ڈیولپ کر کر سکے، تو آپ پیغمبر تو بن نہیں</w:t>
      </w:r>
    </w:p>
    <w:p>
      <w:r>
        <w:rPr>
          <w:b/>
        </w:rPr>
        <w:t xml:space="preserve">[35:53] </w:t>
      </w:r>
      <w:r>
        <w:t>sakte, lekin jo doosri teen category hai, woh aap ban sakte hain.</w:t>
      </w:r>
    </w:p>
    <w:p>
      <w:pPr>
        <w:jc w:val="right"/>
      </w:pPr>
      <w:r>
        <w:t>سکتے، لیکن جو دوسری تین کیٹیگری ہے، وہ آپ بن سکتے ہیں۔</w:t>
      </w:r>
    </w:p>
    <w:p>
      <w:r>
        <w:rPr>
          <w:b/>
        </w:rPr>
        <w:t xml:space="preserve">[35:59] </w:t>
      </w:r>
      <w:r>
        <w:t>aap sache ma'ano mein dayi haq banen, aap sache ma'ano mein siddiq banen, aap sache ma'ano mein salihin banen.</w:t>
      </w:r>
    </w:p>
    <w:p>
      <w:pPr>
        <w:jc w:val="right"/>
      </w:pPr>
      <w:r>
        <w:t>آپ سچے معنوں میں داعی حق بنیں، آپ سچے معنوں میں صدیق بنیں، آپ سچے معنوں میں صالحین بنیں۔</w:t>
      </w:r>
    </w:p>
    <w:p>
      <w:r>
        <w:rPr>
          <w:b/>
        </w:rPr>
        <w:t xml:space="preserve">[36:06] </w:t>
      </w:r>
      <w:r>
        <w:t>to yeh teen category khuli hui hai, yani peghambar ki category to allah ki taraf se kisi ko</w:t>
      </w:r>
    </w:p>
    <w:p>
      <w:pPr>
        <w:jc w:val="right"/>
      </w:pPr>
      <w:r>
        <w:t>تو یہ تین کیٹیگری کھلی ہوئی ہے، یعنی پیغمبر کی کیٹیگری تو اللہ کی طرف سے کسی کو</w:t>
      </w:r>
    </w:p>
    <w:p>
      <w:r>
        <w:rPr>
          <w:b/>
        </w:rPr>
        <w:t xml:space="preserve">[36:12] </w:t>
      </w:r>
      <w:r>
        <w:t>milti hai, baqi teen khuli hui hain.</w:t>
      </w:r>
    </w:p>
    <w:p>
      <w:pPr>
        <w:jc w:val="right"/>
      </w:pPr>
      <w:r>
        <w:t>ملتی ہے، باقی تین کھلی ہوئی ہیں۔</w:t>
      </w:r>
    </w:p>
    <w:p>
      <w:r>
        <w:rPr>
          <w:b/>
        </w:rPr>
        <w:t xml:space="preserve">[36:19] </w:t>
      </w:r>
      <w:r>
        <w:t>is ke liye apne aap ko aap deserving candidate banaiye, tab jannat se ho gi.</w:t>
      </w:r>
    </w:p>
    <w:p>
      <w:pPr>
        <w:jc w:val="right"/>
      </w:pPr>
      <w:r>
        <w:t>اس کے لیے اپنے آپ کو آپ ڈیزرونگ کینڈیڈیٹ بنائیے، تب جنت سے ہوگی۔</w:t>
      </w:r>
    </w:p>
    <w:p>
      <w:r>
        <w:rPr>
          <w:b/>
        </w:rPr>
        <w:t xml:space="preserve">[36:25] </w:t>
      </w:r>
      <w:r>
        <w:t>yani is is personality ko develop kijiye jo personality jannat mein, jannat ka jo aala miyar ho ga, jo</w:t>
      </w:r>
    </w:p>
    <w:p>
      <w:pPr>
        <w:jc w:val="right"/>
      </w:pPr>
      <w:r>
        <w:t>یعنی اس اس پرسنیلٹی کو ڈیولپ کیجئے جو پرسنیلٹی جنت میں، جنت کا جو اعلیٰ معیار ہوگا، جو</w:t>
      </w:r>
    </w:p>
    <w:p>
      <w:r>
        <w:rPr>
          <w:b/>
        </w:rPr>
        <w:t xml:space="preserve">[36:32] </w:t>
      </w:r>
      <w:r>
        <w:t>bahut hi high class ki har cheez ho gi, wahan par bahut hi high test ke log hote hon ge.</w:t>
      </w:r>
    </w:p>
    <w:p>
      <w:pPr>
        <w:jc w:val="right"/>
      </w:pPr>
      <w:r>
        <w:t>بہت ہی ہائی کلاس کی ہر چیز ہوگی، وہاں پر بہت ہی ہائی ٹیسٹ کے لوگ ہوتے ہوں گے۔</w:t>
      </w:r>
    </w:p>
    <w:p>
      <w:r>
        <w:rPr>
          <w:b/>
        </w:rPr>
        <w:t xml:space="preserve">[36:39] </w:t>
      </w:r>
      <w:r>
        <w:t>wahan par high test, high thinking, high character, high behavior, is tarah ke log wahan hon ge.</w:t>
      </w:r>
    </w:p>
    <w:p>
      <w:pPr>
        <w:jc w:val="right"/>
      </w:pPr>
      <w:r>
        <w:t>وہاں پر ہائی ٹیسٹ، ہائی تھنکنگ، ہائی کریکٹر، ہائی بیہیویئر، اس طرح کے لوگ وہاں ہوں گے۔</w:t>
      </w:r>
    </w:p>
    <w:p>
      <w:r>
        <w:rPr>
          <w:b/>
        </w:rPr>
        <w:t xml:space="preserve">[36:45] </w:t>
      </w:r>
      <w:r>
        <w:t>us waqt, us waqt aap khap saken.</w:t>
      </w:r>
    </w:p>
    <w:p>
      <w:pPr>
        <w:jc w:val="right"/>
      </w:pPr>
      <w:r>
        <w:t>اس وقت، اس وقت آپ کھپ سکیں۔</w:t>
      </w:r>
    </w:p>
    <w:p>
      <w:r>
        <w:rPr>
          <w:b/>
        </w:rPr>
        <w:t xml:space="preserve">[36:52] </w:t>
      </w:r>
      <w:r>
        <w:t>misal ke taur par, ek misal mein doon ga aap ko ke jannat ke bare mein quran mein hai ke: "la</w:t>
      </w:r>
    </w:p>
    <w:p>
      <w:pPr>
        <w:jc w:val="right"/>
      </w:pPr>
      <w:r>
        <w:t>مثلاً، ایک مثال میں دوں گا آپ کو کہ جنت کے بارے میں قرآن میں ہے کہ: "لا</w:t>
      </w:r>
    </w:p>
    <w:p>
      <w:r>
        <w:rPr>
          <w:b/>
        </w:rPr>
        <w:t xml:space="preserve">[36:58] </w:t>
      </w:r>
      <w:r>
        <w:t>yas'una fiha lughatun wa la taqsim".</w:t>
      </w:r>
    </w:p>
    <w:p>
      <w:pPr>
        <w:jc w:val="right"/>
      </w:pPr>
      <w:r>
        <w:t>یسعون فیہا لقمہ ولا تقسیم"۔</w:t>
      </w:r>
    </w:p>
    <w:p>
      <w:r>
        <w:rPr>
          <w:b/>
        </w:rPr>
        <w:t xml:space="preserve">[37:05] </w:t>
      </w:r>
      <w:r>
        <w:t>is ko mein aaj kal ki zuban mein kahoon to kyunke jannat mein koi nuisance nahi ho ga, aaj</w:t>
      </w:r>
    </w:p>
    <w:p>
      <w:pPr>
        <w:jc w:val="right"/>
      </w:pPr>
      <w:r>
        <w:t>اس کو میں آج کل کی زبان میں کہوں تو کیونکہ جنت میں کوئی نوئسنس نہیں ہوگا، آج</w:t>
      </w:r>
    </w:p>
    <w:p>
      <w:r>
        <w:rPr>
          <w:b/>
        </w:rPr>
        <w:t xml:space="preserve">[37:11] </w:t>
      </w:r>
      <w:r>
        <w:t>kal ki zaban mein jannat mein koi nuisance nahi hoga.</w:t>
      </w:r>
    </w:p>
    <w:p>
      <w:pPr>
        <w:jc w:val="right"/>
      </w:pPr>
      <w:r>
        <w:t>کل کی زبان میں جنت میں کوئی نوئسنس نہیں ہوگا۔</w:t>
      </w:r>
    </w:p>
    <w:p>
      <w:r>
        <w:rPr>
          <w:b/>
        </w:rPr>
        <w:t xml:space="preserve">[37:18] </w:t>
      </w:r>
      <w:r>
        <w:t>to ab jo aadmi nuisance create karta ho, wo kyun wahan jagah payega? koi jagah payega?</w:t>
      </w:r>
    </w:p>
    <w:p>
      <w:pPr>
        <w:jc w:val="right"/>
      </w:pPr>
      <w:r>
        <w:t>تو اب جو آدمی نوئسنس کریٹ کرتا ہو، وہ کیوں وہاں جگہ پائے گا؟ کوئی جگہ پائے گا؟</w:t>
      </w:r>
    </w:p>
    <w:p>
      <w:r>
        <w:rPr>
          <w:b/>
        </w:rPr>
        <w:t xml:space="preserve">[37:24] </w:t>
      </w:r>
      <w:r>
        <w:t>to ek qissa mujhe yaad aaya: ek do aadmi gaon mein rehte the, to gaon mein sath khelte the.</w:t>
      </w:r>
    </w:p>
    <w:p>
      <w:pPr>
        <w:jc w:val="right"/>
      </w:pPr>
      <w:r>
        <w:t>تو ایک قصہ مجھے یاد آیا: ایک دو آدمی گاؤں میں رہتے تھے، تو گاؤں میں ساتھ کھیلتے تھے۔</w:t>
      </w:r>
    </w:p>
    <w:p>
      <w:r>
        <w:rPr>
          <w:b/>
        </w:rPr>
        <w:t xml:space="preserve">[37:31] </w:t>
      </w:r>
      <w:r>
        <w:t>phir ek aadmi chala gaya politics mein, aur dheere dheere dheere dheere dheere wo politics mein taraqqi karte</w:t>
      </w:r>
    </w:p>
    <w:p>
      <w:pPr>
        <w:jc w:val="right"/>
      </w:pPr>
      <w:r>
        <w:t>پھر ایک آدمی چلا گیا پولیٹکس میں، اور دھیرے دھیرے دھیرے دھیرے دھیرے وہ پولیٹکس میں ترقی کرتے</w:t>
      </w:r>
    </w:p>
    <w:p>
      <w:r>
        <w:rPr>
          <w:b/>
        </w:rPr>
        <w:t xml:space="preserve">[37:37] </w:t>
      </w:r>
      <w:r>
        <w:t>karte, wo kuch bara darja mil gaya, wo kuch shayad minister ban gaya, kuch ho gaya.</w:t>
      </w:r>
    </w:p>
    <w:p>
      <w:pPr>
        <w:jc w:val="right"/>
      </w:pPr>
      <w:r>
        <w:t>کرتے، وہ کچھ بڑا درجہ مل گیا، وہ کچھ شاید منسٹر بن گیا، کچھ ہو گیا۔</w:t>
      </w:r>
    </w:p>
    <w:p>
      <w:r>
        <w:rPr>
          <w:b/>
        </w:rPr>
        <w:t xml:space="preserve">[37:44] </w:t>
      </w:r>
      <w:r>
        <w:t>to us ne is ko khat likha ke: "main tumhara wahi saathi hoon, ab suna hai ke tum</w:t>
      </w:r>
    </w:p>
    <w:p>
      <w:pPr>
        <w:jc w:val="right"/>
      </w:pPr>
      <w:r>
        <w:t>تو اس نے اس کو خط لکھا کہ: "میں تمہارا وہی ساتھی ہوں، اب سنا ہے کہ تم</w:t>
      </w:r>
    </w:p>
    <w:p>
      <w:r>
        <w:rPr>
          <w:b/>
        </w:rPr>
        <w:t xml:space="preserve">[37:51] </w:t>
      </w:r>
      <w:r>
        <w:t>ko bara darja mil gaya hai, to mujhe bhi kuch jagah do".</w:t>
      </w:r>
    </w:p>
    <w:p>
      <w:pPr>
        <w:jc w:val="right"/>
      </w:pPr>
      <w:r>
        <w:t>کو بڑا درجہ مل گیا ہے، تو مجھے بھی کچھ جگہ دو"۔</w:t>
      </w:r>
    </w:p>
    <w:p>
      <w:r>
        <w:rPr>
          <w:b/>
        </w:rPr>
        <w:t xml:space="preserve">[37:57] </w:t>
      </w:r>
      <w:r>
        <w:t>to wo gaya wahan milne ke liye.</w:t>
      </w:r>
    </w:p>
    <w:p>
      <w:pPr>
        <w:jc w:val="right"/>
      </w:pPr>
      <w:r>
        <w:t>تو وہ گیا وہاں ملنے کے لیے۔</w:t>
      </w:r>
    </w:p>
    <w:p>
      <w:r>
        <w:rPr>
          <w:b/>
        </w:rPr>
        <w:t xml:space="preserve">[38:04] </w:t>
      </w:r>
      <w:r>
        <w:t>to wo ek bohat zabardast ghar tha, is ka shandar ghar mein rehta tha.</w:t>
      </w:r>
    </w:p>
    <w:p>
      <w:pPr>
        <w:jc w:val="right"/>
      </w:pPr>
      <w:r>
        <w:t>تو وہ ایک بہت زبردست گھر تھا، اس کا شاندار گھر میں رہتا تھا۔</w:t>
      </w:r>
    </w:p>
    <w:p>
      <w:r>
        <w:rPr>
          <w:b/>
        </w:rPr>
        <w:t xml:space="preserve">[38:10] </w:t>
      </w:r>
      <w:r>
        <w:t>wo to us ne kaha ke: "tum is ghar mein kuch chota sa kaam de diya us ko".</w:t>
      </w:r>
    </w:p>
    <w:p>
      <w:pPr>
        <w:jc w:val="right"/>
      </w:pPr>
      <w:r>
        <w:t>وہ تو اس نے کہا کہ: "تم اس گھر میں کچھ چھوٹا سا کام دے دیا اس کو"۔</w:t>
      </w:r>
    </w:p>
    <w:p>
      <w:r>
        <w:rPr>
          <w:b/>
        </w:rPr>
        <w:t xml:space="preserve">[38:17] </w:t>
      </w:r>
      <w:r>
        <w:t>to is ki koi aadatein thin nuisance create karne ki, wo gaon mein jaisa hoti hai.</w:t>
      </w:r>
    </w:p>
    <w:p>
      <w:pPr>
        <w:jc w:val="right"/>
      </w:pPr>
      <w:r>
        <w:t>تو اس کی کوئی عادتیں تھیں نوئسنس کریٹ کرنے کی، وہ گاؤں میں جیسا ہوتی ہے۔</w:t>
      </w:r>
    </w:p>
    <w:p>
      <w:r>
        <w:rPr>
          <w:b/>
        </w:rPr>
        <w:t xml:space="preserve">[38:23] </w:t>
      </w:r>
      <w:r>
        <w:t>to is tarah wo rehne laga.</w:t>
      </w:r>
    </w:p>
    <w:p>
      <w:pPr>
        <w:jc w:val="right"/>
      </w:pPr>
      <w:r>
        <w:t>تو اس طرح وہ رہنے لگا۔</w:t>
      </w:r>
    </w:p>
    <w:p>
      <w:r>
        <w:rPr>
          <w:b/>
        </w:rPr>
        <w:t xml:space="preserve">[38:30] </w:t>
      </w:r>
      <w:r>
        <w:t>to is is ke saathiyon ne kaha ke: "bhai, tum wo nuisance bakherte ho, tum to is is</w:t>
      </w:r>
    </w:p>
    <w:p>
      <w:pPr>
        <w:jc w:val="right"/>
      </w:pPr>
      <w:r>
        <w:t>تو اس اس کے ساتھیوں نے کہا کہ: "بھائی، تم وہ نوئسنس بکھیرتے ہو، تم تو اس اس</w:t>
      </w:r>
    </w:p>
    <w:p>
      <w:r>
        <w:rPr>
          <w:b/>
        </w:rPr>
        <w:t xml:space="preserve">[38:36] </w:t>
      </w:r>
      <w:r>
        <w:t>mere ghar mein rehne qabil tum nahi ho.</w:t>
      </w:r>
    </w:p>
    <w:p>
      <w:pPr>
        <w:jc w:val="right"/>
      </w:pPr>
      <w:r>
        <w:t>میرے گھر میں رہنے قابل تم نہیں ہو۔</w:t>
      </w:r>
    </w:p>
    <w:p>
      <w:r>
        <w:rPr>
          <w:b/>
        </w:rPr>
        <w:t xml:space="preserve">[38:43] </w:t>
      </w:r>
      <w:r>
        <w:t>tum jao apne gaon, main tum ko har mahine paisa bhejta rahunga wahan, tum ko har mahine</w:t>
      </w:r>
    </w:p>
    <w:p>
      <w:pPr>
        <w:jc w:val="right"/>
      </w:pPr>
      <w:r>
        <w:t>تم جاؤ اپنے گاؤں، میں تم کو ہر مہینے پیسہ بھیجتا رہوں گا وہاں، تم کو ہر مہینے</w:t>
      </w:r>
    </w:p>
    <w:p>
      <w:r>
        <w:rPr>
          <w:b/>
        </w:rPr>
        <w:t xml:space="preserve">[38:49] </w:t>
      </w:r>
      <w:r>
        <w:t>paisa bhejta rahunga, magar yahan is is mere ghar mein tum rehne qabil nahi ho".</w:t>
      </w:r>
    </w:p>
    <w:p>
      <w:pPr>
        <w:jc w:val="right"/>
      </w:pPr>
      <w:r>
        <w:t>پیسہ بھیجتا رہوں گا، مگر یہاں اس اس میرے گھر میں تم رہنے قابل نہیں ہو"۔</w:t>
      </w:r>
    </w:p>
    <w:p>
      <w:r>
        <w:rPr>
          <w:b/>
        </w:rPr>
        <w:t xml:space="preserve">[38:56] </w:t>
      </w:r>
      <w:r>
        <w:t>to ek misaal hai ke agar aap kisi ko aadat hai nuisance bakherne ki, nuisance ka matlab hai</w:t>
      </w:r>
    </w:p>
    <w:p>
      <w:pPr>
        <w:jc w:val="right"/>
      </w:pPr>
      <w:r>
        <w:t>تو ایک مثال ہے کہ اگر آپ کسی کو عادت ہے نوئسنس بکھیرنے کی، نوئسنس کا مطلب ہے</w:t>
      </w:r>
    </w:p>
    <w:p>
      <w:r>
        <w:rPr>
          <w:b/>
        </w:rPr>
        <w:t xml:space="preserve">[39:02] </w:t>
      </w:r>
      <w:r>
        <w:t>ke khwamkhwah shor karna, khwamkhwah yani ghair zaroori qism ki harkatein karna, ghair zaroori qism ke masail create</w:t>
      </w:r>
    </w:p>
    <w:p>
      <w:pPr>
        <w:jc w:val="right"/>
      </w:pPr>
      <w:r>
        <w:t>کہ خوامخواہ شور کرنا، خوامخواہ یعنی غیر ضروری قسم کی حرکتیں کرنا، غیر ضروری قسم کے مسائل کریٹ</w:t>
      </w:r>
    </w:p>
    <w:p>
      <w:r>
        <w:rPr>
          <w:b/>
        </w:rPr>
        <w:t xml:space="preserve">[39:09] </w:t>
      </w:r>
      <w:r>
        <w:t>karna, ghair zaroori ke masail create karna.</w:t>
      </w:r>
    </w:p>
    <w:p>
      <w:pPr>
        <w:jc w:val="right"/>
      </w:pPr>
      <w:r>
        <w:t>کرنا، غیر ضروری کے مسائل کریٹ کرنا۔</w:t>
      </w:r>
    </w:p>
    <w:p>
      <w:r>
        <w:rPr>
          <w:b/>
        </w:rPr>
        <w:t xml:space="preserve">[39:16] </w:t>
      </w:r>
      <w:r>
        <w:t>to jis aadmi ko aisi aadat lagi hui ho, to wo jannat mein thehrane ke qabil nahi thehre</w:t>
      </w:r>
    </w:p>
    <w:p>
      <w:pPr>
        <w:jc w:val="right"/>
      </w:pPr>
      <w:r>
        <w:t>تو جس آدمی کو ایسی عادت لگی ہوئی ہو، تو وہ جنت میں ٹھہرانے کے قابل نہیں ٹھہرے</w:t>
      </w:r>
    </w:p>
    <w:p>
      <w:r>
        <w:rPr>
          <w:b/>
        </w:rPr>
        <w:t xml:space="preserve">[39:22] </w:t>
      </w:r>
      <w:r>
        <w:t>ga, nahi nahi nahi qarar payega.</w:t>
      </w:r>
    </w:p>
    <w:p>
      <w:pPr>
        <w:jc w:val="right"/>
      </w:pPr>
      <w:r>
        <w:t>گا، نہیں نہیں نہیں قرار پائے گا۔</w:t>
      </w:r>
    </w:p>
    <w:p>
      <w:r>
        <w:rPr>
          <w:b/>
        </w:rPr>
        <w:t xml:space="preserve">[39:29] </w:t>
      </w:r>
      <w:r>
        <w:t>to main is tarah samajhta hoon ke insaan ke andar jo talab hai kisi cheez ki, har aadmi</w:t>
      </w:r>
    </w:p>
    <w:p>
      <w:pPr>
        <w:jc w:val="right"/>
      </w:pPr>
      <w:r>
        <w:t>تو میں اس طرح سمجھتا ہوں کہ انسان کے اندر جو طلب ہے کسی چیز کی، ہر آدمی</w:t>
      </w:r>
    </w:p>
    <w:p>
      <w:r>
        <w:rPr>
          <w:b/>
        </w:rPr>
        <w:t xml:space="preserve">[39:35] </w:t>
      </w:r>
      <w:r>
        <w:t>ke andar ek talab hai, ek shauq hai ke paye us ko ek aisi jagah jahan us ko fulfillment milay.</w:t>
      </w:r>
    </w:p>
    <w:p>
      <w:pPr>
        <w:jc w:val="right"/>
      </w:pPr>
      <w:r>
        <w:t>کے اندر ایک طلب ہے، ایک شوق ہے کہ پائے اس کو ایک ایسی جگہ جہاں اس کو فلفلمنٹ ملے۔</w:t>
      </w:r>
    </w:p>
    <w:p>
      <w:r>
        <w:rPr>
          <w:b/>
        </w:rPr>
        <w:t xml:space="preserve">[39:42] </w:t>
      </w:r>
      <w:r>
        <w:t>to agar aap serious hain to study kijiye, aap mukhtalif kitabon ko padhiye, phir Quran ko padhiye, aur</w:t>
      </w:r>
    </w:p>
    <w:p>
      <w:pPr>
        <w:jc w:val="right"/>
      </w:pPr>
      <w:r>
        <w:t>تو اگر آپ سیریس ہیں تو اسٹڈی کیجئے، آپ مختلف کتابوں کو پڑھیے، پھر قرآن کو پڑھیے، اور</w:t>
      </w:r>
    </w:p>
    <w:p>
      <w:r>
        <w:rPr>
          <w:b/>
        </w:rPr>
        <w:t xml:space="preserve">[39:48] </w:t>
      </w:r>
      <w:r>
        <w:t>phir discover kijiye ke wo kya cheez hai jis ke aap talib hain, wo kya cheez hai jahan</w:t>
      </w:r>
    </w:p>
    <w:p>
      <w:pPr>
        <w:jc w:val="right"/>
      </w:pPr>
      <w:r>
        <w:t>پھر ڈسکور کیجئے کہ وہ کیا چیز ہے جس کے آپ طالب ہیں، وہ کیا چیز ہے جہاں</w:t>
      </w:r>
    </w:p>
    <w:p>
      <w:r>
        <w:rPr>
          <w:b/>
        </w:rPr>
        <w:t xml:space="preserve">[39:55] </w:t>
      </w:r>
      <w:r>
        <w:t>aap ko fulfillment mile ga.</w:t>
      </w:r>
    </w:p>
    <w:p>
      <w:pPr>
        <w:jc w:val="right"/>
      </w:pPr>
      <w:r>
        <w:t>آپ کو فلفلمنٹ ملے گا۔</w:t>
      </w:r>
    </w:p>
    <w:p>
      <w:r>
        <w:rPr>
          <w:b/>
        </w:rPr>
        <w:t xml:space="preserve">[40:01] </w:t>
      </w:r>
      <w:r>
        <w:t>اس کو ڈسکور کیجئے، پھر یہ پتہ کیجئے کہ وہاں entry پانے کے لیے مجھے آپ لوگوں کو</w:t>
      </w:r>
    </w:p>
    <w:p>
      <w:pPr>
        <w:jc w:val="right"/>
      </w:pPr>
      <w:r>
        <w:t>اس کو ڈسکور کیجئے، پھر یہ پتہ کیجئے کہ وہاں انٹری پانے کے لیے مجھے آپ لوگوں کو</w:t>
      </w:r>
    </w:p>
    <w:p>
      <w:r>
        <w:rPr>
          <w:b/>
        </w:rPr>
        <w:t xml:space="preserve">[40:08] </w:t>
      </w:r>
      <w:r>
        <w:t>kya karna hai.</w:t>
      </w:r>
    </w:p>
    <w:p>
      <w:pPr>
        <w:jc w:val="right"/>
      </w:pPr>
      <w:r>
        <w:t>کیا کرنا ہے۔</w:t>
      </w:r>
    </w:p>
    <w:p>
      <w:r>
        <w:rPr>
          <w:b/>
        </w:rPr>
        <w:t xml:space="preserve">[40:14] </w:t>
      </w:r>
      <w:r>
        <w:t>تو شروع بات یہاں شروع ہوتی ہے کہ سب سے پہلے آپ کو discover کرنا ہے کہ وہی</w:t>
      </w:r>
    </w:p>
    <w:p>
      <w:pPr>
        <w:jc w:val="right"/>
      </w:pPr>
      <w:r>
        <w:t>تو شروع بات یہاں شروع ہوتی ہے کہ سب سے پہلے آپ کو ڈسکور کرنا ہے کہ وہی</w:t>
      </w:r>
    </w:p>
    <w:p>
      <w:r>
        <w:rPr>
          <w:b/>
        </w:rPr>
        <w:t xml:space="preserve">[40:21] </w:t>
      </w:r>
      <w:r>
        <w:t>چیز جہاں missing item بنی ہوئی ہے جو میں چاہتا ہوں، یعنی وہ جگہ جہاں مجھے fulfillment ملے،</w:t>
      </w:r>
    </w:p>
    <w:p>
      <w:pPr>
        <w:jc w:val="right"/>
      </w:pPr>
      <w:r>
        <w:t>چیز جہاں مسنگ آئٹم بنی ہوئی ہے جو میں چاہتا ہوں، یعنی وہ جگہ جہاں مجھے فلفلمنٹ ملے،</w:t>
      </w:r>
    </w:p>
    <w:p>
      <w:r>
        <w:rPr>
          <w:b/>
        </w:rPr>
        <w:t xml:space="preserve">[40:28] </w:t>
      </w:r>
      <w:r>
        <w:t>wo to is jagah mein missing item hai.</w:t>
      </w:r>
    </w:p>
    <w:p>
      <w:pPr>
        <w:jc w:val="right"/>
      </w:pPr>
      <w:r>
        <w:t>وہ تو اس جگہ میں مسنگ آئٹم ہے۔</w:t>
      </w:r>
    </w:p>
    <w:p>
      <w:r>
        <w:rPr>
          <w:b/>
        </w:rPr>
        <w:t xml:space="preserve">[40:34] </w:t>
      </w:r>
      <w:r>
        <w:t>پھر آپ مزید جب اسٹڈی کریں گے اور پتہ کریں گے آپ کہ وہ missing item دراصل paradise</w:t>
      </w:r>
    </w:p>
    <w:p>
      <w:pPr>
        <w:jc w:val="right"/>
      </w:pPr>
      <w:r>
        <w:t>پھر آپ مزید جب اسٹڈی کریں گے اور پتہ کریں گے آپ کہ وہ مسنگ آئٹم دراصل پیراڈائز</w:t>
      </w:r>
    </w:p>
    <w:p>
      <w:r>
        <w:rPr>
          <w:b/>
        </w:rPr>
        <w:t xml:space="preserve">[40:41] </w:t>
      </w:r>
      <w:r>
        <w:t>hai, to phir aap pata karenge mazeed study kar ke ke paradise mein entry kaise milegi.</w:t>
      </w:r>
    </w:p>
    <w:p>
      <w:pPr>
        <w:jc w:val="right"/>
      </w:pPr>
      <w:r>
        <w:t>ہے، تو پھر آپ پتہ کریں گے مزید اسٹڈی کر کے کہ پیراڈائز میں انٹری کیسے ملے گی۔</w:t>
      </w:r>
    </w:p>
    <w:p>
      <w:r>
        <w:rPr>
          <w:b/>
        </w:rPr>
        <w:t xml:space="preserve">[40:47] </w:t>
      </w:r>
      <w:r>
        <w:t>to jahan aap ko mile ga, wahan par apne ko trend karna hoga, apne ko educate karna hoga,</w:t>
      </w:r>
    </w:p>
    <w:p>
      <w:pPr>
        <w:jc w:val="right"/>
      </w:pPr>
      <w:r>
        <w:t>تو جہاں آپ کو ملے گا، وہاں پر اپنے کو ٹرینڈ کرنا ہوگا، اپنے کو ایجوکیٹ کرنا ہوگا،</w:t>
      </w:r>
    </w:p>
    <w:p>
      <w:r>
        <w:rPr>
          <w:b/>
        </w:rPr>
        <w:t xml:space="preserve">[40:54] </w:t>
      </w:r>
      <w:r>
        <w:t>اپنے کو اس کا competent بنانا پڑے گا۔</w:t>
      </w:r>
    </w:p>
    <w:p>
      <w:pPr>
        <w:jc w:val="right"/>
      </w:pPr>
      <w:r>
        <w:t>اپنے کو اس کا کمپیٹنٹ بنانا پڑے گا۔</w:t>
      </w:r>
    </w:p>
    <w:p>
      <w:r>
        <w:rPr>
          <w:b/>
        </w:rPr>
        <w:t xml:space="preserve">[41:00] </w:t>
      </w:r>
      <w:r>
        <w:t>to is ke lehaz se apni tayari kijiye, yeh sab karna hoga.</w:t>
      </w:r>
    </w:p>
    <w:p>
      <w:pPr>
        <w:jc w:val="right"/>
      </w:pPr>
      <w:r>
        <w:t>تو اس کے لحاظ سے اپنی تیاری کیجئے، یہ سب کرنا ہوگا۔</w:t>
      </w:r>
    </w:p>
    <w:p>
      <w:r>
        <w:rPr>
          <w:b/>
        </w:rPr>
        <w:t xml:space="preserve">[41:07] </w:t>
      </w:r>
      <w:r>
        <w:t>koi mysterious cheez nahi jo aap ko wahan pohncha de.</w:t>
      </w:r>
    </w:p>
    <w:p>
      <w:pPr>
        <w:jc w:val="right"/>
      </w:pPr>
      <w:r>
        <w:t>کوئی مسٹیریس چیز نہیں جو آپ کو وہاں پہنچا دے۔</w:t>
      </w:r>
    </w:p>
    <w:p>
      <w:r>
        <w:rPr>
          <w:b/>
        </w:rPr>
        <w:t xml:space="preserve">[41:13] </w:t>
      </w:r>
      <w:r>
        <w:t>jaise mere pas ek sahab aye raat ke waqt aur baat cheet karte hue kehte hain: "Allah ka</w:t>
      </w:r>
    </w:p>
    <w:p>
      <w:pPr>
        <w:jc w:val="right"/>
      </w:pPr>
      <w:r>
        <w:t>جیسے میرے پاس ایک صاحب آئے رات کے وقت اور بات چیت کرتے ہوئے کہتے ہیں: "اللہ کا</w:t>
      </w:r>
    </w:p>
    <w:p>
      <w:r>
        <w:rPr>
          <w:b/>
        </w:rPr>
        <w:t xml:space="preserve">[41:20] </w:t>
      </w:r>
      <w:r>
        <w:t>shukar hai ke hum ek muslim ghar mein paida hue hain, to jannat hamari pakki hai".</w:t>
      </w:r>
    </w:p>
    <w:p>
      <w:pPr>
        <w:jc w:val="right"/>
      </w:pPr>
      <w:r>
        <w:t>شکر ہے کہ ہم ایک مسلم گھر میں پیدا ہوئے ہیں، تو جنت ہماری پکی ہے"۔</w:t>
      </w:r>
    </w:p>
    <w:p>
      <w:r>
        <w:rPr>
          <w:b/>
        </w:rPr>
        <w:t xml:space="preserve">[41:26] </w:t>
      </w:r>
      <w:r>
        <w:t>yani muslim ghar mein paida ho gaye to jannat pakki hogi.</w:t>
      </w:r>
    </w:p>
    <w:p>
      <w:pPr>
        <w:jc w:val="right"/>
      </w:pPr>
      <w:r>
        <w:t>یعنی مسلم گھر میں پیدا ہوگئے تو جنت پکی ہوگی۔</w:t>
      </w:r>
    </w:p>
    <w:p>
      <w:r>
        <w:rPr>
          <w:b/>
        </w:rPr>
        <w:t xml:space="preserve">[41:33] </w:t>
      </w:r>
      <w:r>
        <w:t>yeh bilkul ridiculous baat hai. ridiculous!</w:t>
      </w:r>
    </w:p>
    <w:p>
      <w:pPr>
        <w:jc w:val="right"/>
      </w:pPr>
      <w:r>
        <w:t>یہ بالکل ریڈیکولس بات ہے۔ ریڈیکولس!</w:t>
      </w:r>
    </w:p>
    <w:p>
      <w:r>
        <w:rPr>
          <w:b/>
        </w:rPr>
        <w:t xml:space="preserve">[41:40] </w:t>
      </w:r>
      <w:r>
        <w:t>dekhiye, jannat paidaish se nahi mile gi kisi ko.</w:t>
      </w:r>
    </w:p>
    <w:p>
      <w:pPr>
        <w:jc w:val="right"/>
      </w:pPr>
      <w:r>
        <w:t>دیکھیے، جنت پیدائش سے نہیں ملے گی کسی کو۔</w:t>
      </w:r>
    </w:p>
    <w:p>
      <w:r>
        <w:rPr>
          <w:b/>
        </w:rPr>
        <w:t xml:space="preserve">[41:46] </w:t>
      </w:r>
      <w:r>
        <w:t>jannat kisi ko paidaish se nahi mile gi ke aap paida ho gaye muslim gharane mein to jannat mil</w:t>
      </w:r>
    </w:p>
    <w:p>
      <w:pPr>
        <w:jc w:val="right"/>
      </w:pPr>
      <w:r>
        <w:t>جنت کسی کو پیدائش سے نہیں ملے گی کہ آپ پیدا ہوگئے مسلم گھرانے میں تو جنت مل</w:t>
      </w:r>
    </w:p>
    <w:p>
      <w:r>
        <w:rPr>
          <w:b/>
        </w:rPr>
        <w:t xml:space="preserve">[41:53] </w:t>
      </w:r>
      <w:r>
        <w:t>gayi aap ko.</w:t>
      </w:r>
    </w:p>
    <w:p>
      <w:pPr>
        <w:jc w:val="right"/>
      </w:pPr>
      <w:r>
        <w:t>گئی آپ کو۔</w:t>
      </w:r>
    </w:p>
    <w:p>
      <w:r>
        <w:rPr>
          <w:b/>
        </w:rPr>
        <w:t xml:space="preserve">[41:59] </w:t>
      </w:r>
      <w:r>
        <w:t>جنت ہر individual کو اسپیشل کی ضرورت ملے گی۔</w:t>
      </w:r>
    </w:p>
    <w:p>
      <w:pPr>
        <w:jc w:val="right"/>
      </w:pPr>
      <w:r>
        <w:t>جنت ہر انڈیویجول کو سپیشل کی ضرورت ملے گی۔</w:t>
      </w:r>
    </w:p>
    <w:p>
      <w:r>
        <w:rPr>
          <w:b/>
        </w:rPr>
        <w:t xml:space="preserve">[42:06] </w:t>
      </w:r>
      <w:r>
        <w:t>ہر آدمی کو اپنے آپ کو competent prove کرنا پڑے گا، اور competent یہ ہے کہ وہ جو</w:t>
      </w:r>
    </w:p>
    <w:p>
      <w:pPr>
        <w:jc w:val="right"/>
      </w:pPr>
      <w:r>
        <w:t>ہر آدمی کو اپنے آپ کو کمپیٹنٹ پروف کرنا پڑے گا، اور کمپیٹنٹ یہ ہے کہ وہ جو</w:t>
      </w:r>
    </w:p>
    <w:p>
      <w:r>
        <w:rPr>
          <w:b/>
        </w:rPr>
        <w:t xml:space="preserve">[42:13] </w:t>
      </w:r>
      <w:r>
        <w:t>ماحول ہوگا جنت کا، وہاں کا جو وہاں کا جو culture ہوگا، وہاں کا جو حال، جو وہاں</w:t>
      </w:r>
    </w:p>
    <w:p>
      <w:pPr>
        <w:jc w:val="right"/>
      </w:pPr>
      <w:r>
        <w:t>ماحول ہوگا جنت کا، وہاں کا جو وہاں کا جو کلچر ہوگا، وہاں کا جو حال، جو وہاں</w:t>
      </w:r>
    </w:p>
    <w:p>
      <w:r>
        <w:rPr>
          <w:b/>
        </w:rPr>
        <w:t xml:space="preserve">[42:19] </w:t>
      </w:r>
      <w:r>
        <w:t>کا وہاں کے جو آداب ہوں گے، وہاں جو زندگی گزارنے کا طریقہ ہوگا, this level par aap</w:t>
      </w:r>
    </w:p>
    <w:p>
      <w:pPr>
        <w:jc w:val="right"/>
      </w:pPr>
      <w:r>
        <w:t>کا وہاں کے جو آداب ہوں گے، وہاں جو زندگی گزارنے کا طریقہ ہوگا، اس لیول پر آپ</w:t>
      </w:r>
    </w:p>
    <w:p>
      <w:r>
        <w:rPr>
          <w:b/>
        </w:rPr>
        <w:t xml:space="preserve">[42:26] </w:t>
      </w:r>
      <w:r>
        <w:t>اپنے کو develop karein, apni soch ke etebar se, apni apni baat ke etebar se, apne character ke</w:t>
      </w:r>
    </w:p>
    <w:p>
      <w:pPr>
        <w:jc w:val="right"/>
      </w:pPr>
      <w:r>
        <w:t>اپنے کو ڈیولپ کریں، اپنی سوچ کے اعتبار سے، اپنی اپنی بات کے اعتبار سے، اپنے کریکٹر کے</w:t>
      </w:r>
    </w:p>
    <w:p>
      <w:r>
        <w:rPr>
          <w:b/>
        </w:rPr>
        <w:t xml:space="preserve">[42:33] </w:t>
      </w:r>
      <w:r>
        <w:t>اعتبار سے، اپنے behavior کے اعتبار سے، اپنے کو develop کریں، develop کریں، develop کریں۔</w:t>
      </w:r>
    </w:p>
    <w:p>
      <w:pPr>
        <w:jc w:val="right"/>
      </w:pPr>
      <w:r>
        <w:t>اعتبار سے، اپنے بیہیویئر کے اعتبار سے، اپنے کو ڈیولپ کریں، ڈیولپ کریں، ڈیولپ کریں۔</w:t>
      </w:r>
    </w:p>
    <w:p>
      <w:r>
        <w:rPr>
          <w:b/>
        </w:rPr>
        <w:t xml:space="preserve">[42:39] </w:t>
      </w:r>
      <w:r>
        <w:t>tab jannat mile gi.</w:t>
      </w:r>
    </w:p>
    <w:p>
      <w:pPr>
        <w:jc w:val="right"/>
      </w:pPr>
      <w:r>
        <w:t>تب جنت ملے گی۔</w:t>
      </w:r>
    </w:p>
    <w:p>
      <w:r>
        <w:rPr>
          <w:b/>
        </w:rPr>
        <w:t xml:space="preserve">[42:46] </w:t>
      </w:r>
      <w:r>
        <w:t>kisi aur tareeqe se jannat kisi ko milne wali nahi hai.</w:t>
      </w:r>
    </w:p>
    <w:p>
      <w:pPr>
        <w:jc w:val="right"/>
      </w:pPr>
      <w:r>
        <w:t>کسی اور طریقے سے جنت کسی کو ملنے والی نہیں ہے۔</w:t>
      </w:r>
    </w:p>
    <w:p>
      <w:r>
        <w:rPr>
          <w:b/>
        </w:rPr>
        <w:t xml:space="preserve">[42:53] </w:t>
      </w:r>
      <w:r>
        <w:t>to main chounke Allah ke fazl se main isi rah ka musafir ban gaya, bachpan se mere baap</w:t>
      </w:r>
    </w:p>
    <w:p>
      <w:pPr>
        <w:jc w:val="right"/>
      </w:pPr>
      <w:r>
        <w:t>تو میں چونکہ اللہ کے فضل سے میں اسی راہ کا مسافر بن گیا، بچپن سے میرے باپ</w:t>
      </w:r>
    </w:p>
    <w:p>
      <w:r>
        <w:rPr>
          <w:b/>
        </w:rPr>
        <w:t xml:space="preserve">[42:59] </w:t>
      </w:r>
      <w:r>
        <w:t>ka intaqal ho gaya to mere baap bohat mante the is ko.</w:t>
      </w:r>
    </w:p>
    <w:p>
      <w:pPr>
        <w:jc w:val="right"/>
      </w:pPr>
      <w:r>
        <w:t>کا انتقال ہو گیا تو میرے باپ بہت مانتے تھے اس کو۔</w:t>
      </w:r>
    </w:p>
    <w:p>
      <w:r>
        <w:rPr>
          <w:b/>
        </w:rPr>
        <w:t xml:space="preserve">[43:06] </w:t>
      </w:r>
      <w:r>
        <w:t>to baap ke sath bohat khush khush rehta tha, bohat khush khush rehta tha.</w:t>
      </w:r>
    </w:p>
    <w:p>
      <w:pPr>
        <w:jc w:val="right"/>
      </w:pPr>
      <w:r>
        <w:t>تو باپ کے ساتھ بہت خوش خوش رہتا تھا، بہت خوش خوش رہتا تھا۔</w:t>
      </w:r>
    </w:p>
    <w:p>
      <w:r>
        <w:rPr>
          <w:b/>
        </w:rPr>
        <w:t xml:space="preserve">[43:13] </w:t>
      </w:r>
      <w:r>
        <w:t>to jab baap ka intaqal hoga, jab mein chhe saal ka tha us waqt, to ek dam meri</w:t>
      </w:r>
    </w:p>
    <w:p>
      <w:pPr>
        <w:jc w:val="right"/>
      </w:pPr>
      <w:r>
        <w:t>تو جب باپ کا انتقال ہوگا، جب میں چھ سال کا تھا اس وقت، تو ایک دم میری</w:t>
      </w:r>
    </w:p>
    <w:p>
      <w:r>
        <w:rPr>
          <w:b/>
        </w:rPr>
        <w:t xml:space="preserve">[43:19] </w:t>
      </w:r>
      <w:r>
        <w:t>maa batati hai ke mein chup ho gaya, bolta hi nahi tha.</w:t>
      </w:r>
    </w:p>
    <w:p>
      <w:pPr>
        <w:jc w:val="right"/>
      </w:pPr>
      <w:r>
        <w:t>ماں بتاتی ہے کہ میں چپ ہو گیا، بولتا ہی نہیں تھا۔</w:t>
      </w:r>
    </w:p>
    <w:p>
      <w:r>
        <w:rPr>
          <w:b/>
        </w:rPr>
        <w:t xml:space="preserve">[43:26] </w:t>
      </w:r>
      <w:r>
        <w:t>to chup hone ke maani kya hain? mein soch soch mein par gaya, soch mein ke khushi kahan</w:t>
      </w:r>
    </w:p>
    <w:p>
      <w:pPr>
        <w:jc w:val="right"/>
      </w:pPr>
      <w:r>
        <w:t>تو چپ ہونے کے معنی کیا ہیں؟ میں سوچ سوچ میں پڑ گیا، سوچ میں کہ خوشی کہاں</w:t>
      </w:r>
    </w:p>
    <w:p>
      <w:r>
        <w:rPr>
          <w:b/>
        </w:rPr>
        <w:t xml:space="preserve">[43:33] </w:t>
      </w:r>
      <w:r>
        <w:t>mile gi? mein samajhta tha ke khushi to baap ke sath hai, to aap bahar to chale gaye,</w:t>
      </w:r>
    </w:p>
    <w:p>
      <w:pPr>
        <w:jc w:val="right"/>
      </w:pPr>
      <w:r>
        <w:t>ملے گی؟ میں سمجھتا تھا کہ خوشی تو باپ کے ساتھ ہے، تو آپ باہر تو چلے گئے،</w:t>
      </w:r>
    </w:p>
    <w:p>
      <w:r>
        <w:rPr>
          <w:b/>
        </w:rPr>
        <w:t xml:space="preserve">[43:39] </w:t>
      </w:r>
      <w:r>
        <w:t>ab khushi kahan mile gi? mein to goya khushi ka seeker ban gaya.</w:t>
      </w:r>
    </w:p>
    <w:p>
      <w:pPr>
        <w:jc w:val="right"/>
      </w:pPr>
      <w:r>
        <w:t>اب خوشی کہاں ملے گی؟ میں تو گویا خوشی کا سیکر بن گیا۔</w:t>
      </w:r>
    </w:p>
    <w:p>
      <w:r>
        <w:rPr>
          <w:b/>
        </w:rPr>
        <w:t xml:space="preserve">[43:46] </w:t>
      </w:r>
      <w:r>
        <w:t>to is seeker mein mujhe bohat bohat kuch karna para, bohat lambi kahani hai is ki.</w:t>
      </w:r>
    </w:p>
    <w:p>
      <w:pPr>
        <w:jc w:val="right"/>
      </w:pPr>
      <w:r>
        <w:t>تو اس سیکر میں مجھے بہت بہت کچھ کرنا پڑا، بہت لمبی کہانی ہے اس کی۔</w:t>
      </w:r>
    </w:p>
    <w:p>
      <w:r>
        <w:rPr>
          <w:b/>
        </w:rPr>
        <w:t xml:space="preserve">[43:53] </w:t>
      </w:r>
      <w:r>
        <w:t>to behal mein dua karta hoon ke Allah taala mujhe aur aap ko tofeeq de ke hum zindagi</w:t>
      </w:r>
    </w:p>
    <w:p>
      <w:pPr>
        <w:jc w:val="right"/>
      </w:pPr>
      <w:r>
        <w:t>تو بہرحال میں دعا کرتا ہوں کہ اللہ تعالیٰ مجھے اور آپ کو توفیق دے کہ ہم زندگی</w:t>
      </w:r>
    </w:p>
    <w:p>
      <w:r>
        <w:rPr>
          <w:b/>
        </w:rPr>
        <w:t xml:space="preserve">[43:59] </w:t>
      </w:r>
      <w:r>
        <w:t>ka asal mamla is ko samjhein aur apney aap ko jannat ka mustahiq banayein, jo hamare liye hebiytet</w:t>
      </w:r>
    </w:p>
    <w:p>
      <w:pPr>
        <w:jc w:val="right"/>
      </w:pPr>
      <w:r>
        <w:t>کا اصل معاملہ اس کو سمجھیں اور اپنے آپ کو جنت کا مستحق بنائیں، جو ہمارے لیے ہیبیٹیٹ</w:t>
      </w:r>
    </w:p>
    <w:p>
      <w:r>
        <w:rPr>
          <w:b/>
        </w:rPr>
        <w:t xml:space="preserve">[44:06] </w:t>
      </w:r>
      <w:r>
        <w:t>ki hesiyat rakhta hai.</w:t>
      </w:r>
    </w:p>
    <w:p>
      <w:pPr>
        <w:jc w:val="right"/>
      </w:pPr>
      <w:r>
        <w:t>کی حیثیت رکھتا ہے۔</w:t>
      </w:r>
    </w:p>
    <w:p>
      <w:r>
        <w:rPr>
          <w:b/>
        </w:rPr>
        <w:t xml:space="preserve">[44:13] </w:t>
      </w:r>
      <w:r>
        <w:t>Assalam o alaikum warahmatullah.</w:t>
      </w:r>
    </w:p>
    <w:p>
      <w:pPr>
        <w:jc w:val="right"/>
      </w:pPr>
      <w:r>
        <w:t>السلام علیکم ورحمۃ اللہ۔</w:t>
      </w:r>
    </w:p>
    <w:p>
      <w:r>
        <w:rPr>
          <w:b/>
        </w:rPr>
        <w:t xml:space="preserve">[44:19] </w:t>
      </w:r>
      <w:r>
        <w:t>Okay, we will be starting with the question answer session.</w:t>
      </w:r>
    </w:p>
    <w:p>
      <w:pPr>
        <w:jc w:val="right"/>
      </w:pPr>
      <w:r>
        <w:t>اوکے، we will be starting with the question answer session.</w:t>
      </w:r>
    </w:p>
    <w:p>
      <w:r>
        <w:rPr>
          <w:b/>
        </w:rPr>
        <w:t xml:space="preserve">[44:26] </w:t>
      </w:r>
      <w:r>
        <w:t>All the online viewers can send their questions on info@cpsglobal.org.</w:t>
      </w:r>
    </w:p>
    <w:p>
      <w:pPr>
        <w:jc w:val="right"/>
      </w:pPr>
      <w:r>
        <w:t>All the online viewers can send their questions on info@cpsglobal.org.</w:t>
      </w:r>
    </w:p>
    <w:p>
      <w:r>
        <w:rPr>
          <w:b/>
        </w:rPr>
        <w:t xml:space="preserve">[44:33] </w:t>
      </w:r>
      <w:r>
        <w:t>People who are watching it on Facebook can send their questions with their location in the comment section.</w:t>
      </w:r>
    </w:p>
    <w:p>
      <w:pPr>
        <w:jc w:val="right"/>
      </w:pPr>
      <w:r>
        <w:t>People who are watching it on Facebook can send their questions with their location in the comment section.</w:t>
      </w:r>
    </w:p>
    <w:p>
      <w:r>
        <w:rPr>
          <w:b/>
        </w:rPr>
        <w:t xml:space="preserve">[44:38] </w:t>
      </w:r>
      <w:r>
        <w:t>Maulana sahib, pehla sawal lete hain.</w:t>
      </w:r>
    </w:p>
    <w:p>
      <w:pPr>
        <w:jc w:val="right"/>
      </w:pPr>
      <w:r>
        <w:t>مولانا صاحب، پہلا سوال لیتے ہیں۔</w:t>
      </w:r>
    </w:p>
    <w:p>
      <w:r>
        <w:rPr>
          <w:b/>
        </w:rPr>
        <w:t xml:space="preserve">[44:44] </w:t>
      </w:r>
      <w:r>
        <w:t>Yeh pehla sawal buland shehar se Mahmood sahib ne bheja hai aur unhon ne likha hai: "Maulana sahib,</w:t>
      </w:r>
    </w:p>
    <w:p>
      <w:pPr>
        <w:jc w:val="right"/>
      </w:pPr>
      <w:r>
        <w:t>یہ پہلا سوال بلند شہر سے محمود صاحب نے بھیجا ہے اور انہوں نے لکھا ہے: "مولانا صاحب،</w:t>
      </w:r>
    </w:p>
    <w:p>
      <w:r>
        <w:rPr>
          <w:b/>
        </w:rPr>
        <w:t xml:space="preserve">[44:49] </w:t>
      </w:r>
      <w:r>
        <w:t>many people when they discuss paradise seem to desire for it in terms of good food, drinks, and</w:t>
      </w:r>
    </w:p>
    <w:p>
      <w:pPr>
        <w:jc w:val="right"/>
      </w:pPr>
      <w:r>
        <w:t>many people when they discuss paradise seem to desire for it in terms of good food, drinks, and</w:t>
      </w:r>
    </w:p>
    <w:p>
      <w:r>
        <w:rPr>
          <w:b/>
        </w:rPr>
        <w:t xml:space="preserve">[44:55] </w:t>
      </w:r>
      <w:r>
        <w:t>a better living.</w:t>
      </w:r>
    </w:p>
    <w:p>
      <w:pPr>
        <w:jc w:val="right"/>
      </w:pPr>
      <w:r>
        <w:t>a better living.</w:t>
      </w:r>
    </w:p>
    <w:p>
      <w:r>
        <w:rPr>
          <w:b/>
        </w:rPr>
        <w:t xml:space="preserve">[45:00] </w:t>
      </w:r>
      <w:r>
        <w:t>Don't you think that this is underestimating paradise and reducing it to the worldly level?</w:t>
      </w:r>
    </w:p>
    <w:p>
      <w:pPr>
        <w:jc w:val="right"/>
      </w:pPr>
      <w:r>
        <w:t>Don't you think that this is underestimating paradise and reducing it to the worldly level?</w:t>
      </w:r>
    </w:p>
    <w:p>
      <w:r>
        <w:rPr>
          <w:b/>
        </w:rPr>
        <w:t xml:space="preserve">[45:06] </w:t>
      </w:r>
      <w:r>
        <w:t>My question is, what should be the correct desire for paradise?</w:t>
      </w:r>
    </w:p>
    <w:p>
      <w:pPr>
        <w:jc w:val="right"/>
      </w:pPr>
      <w:r>
        <w:t>My question is, what should be the correct desire for paradise?</w:t>
      </w:r>
    </w:p>
    <w:p>
      <w:r>
        <w:rPr>
          <w:b/>
        </w:rPr>
        <w:t xml:space="preserve">[45:11] </w:t>
      </w:r>
      <w:r>
        <w:t>"Dekhiye, yeh khana peena to aise hi jaise guest house mein thehraya jaye aap ko, kisi bara</w:t>
      </w:r>
    </w:p>
    <w:p>
      <w:pPr>
        <w:jc w:val="right"/>
      </w:pPr>
      <w:r>
        <w:t>" دیکھیے، یہ کھانا پینا تو ایسے ہی جیسے گیسٹ ہاؤس میں ٹھہرایا جائے آپ کو، کسی بڑا</w:t>
      </w:r>
    </w:p>
    <w:p>
      <w:r>
        <w:rPr>
          <w:b/>
        </w:rPr>
        <w:t xml:space="preserve">[45:17] </w:t>
      </w:r>
      <w:r>
        <w:t>aadmi thehraye aap ko guest house mein to khana peena to milega wahan par, lekin asal cheez</w:t>
      </w:r>
    </w:p>
    <w:p>
      <w:pPr>
        <w:jc w:val="right"/>
      </w:pPr>
      <w:r>
        <w:t>آدمی ٹھہرائے آپ کو گیسٹ ہاؤس میں تو کھانا پینا تو ملے گا وہاں پر، لیکن اصل چیز</w:t>
      </w:r>
    </w:p>
    <w:p>
      <w:r>
        <w:rPr>
          <w:b/>
        </w:rPr>
        <w:t xml:space="preserve">[45:23] </w:t>
      </w:r>
      <w:r>
        <w:t>khana peena nahi hai.</w:t>
      </w:r>
    </w:p>
    <w:p>
      <w:pPr>
        <w:jc w:val="right"/>
      </w:pPr>
      <w:r>
        <w:t>کھانا پینا نہیں ہے۔</w:t>
      </w:r>
    </w:p>
    <w:p>
      <w:r>
        <w:rPr>
          <w:b/>
        </w:rPr>
        <w:t xml:space="preserve">[45:28] </w:t>
      </w:r>
      <w:r>
        <w:t>Asal cheez hai high level of life, aise logon ke saath rehna jinke andar high thinking ho,</w:t>
      </w:r>
    </w:p>
    <w:p>
      <w:pPr>
        <w:jc w:val="right"/>
      </w:pPr>
      <w:r>
        <w:t>اصل چیز ہے ہائی لیول آف لائف، ایسے لوگوں کے ساتھ رہنا جن کے اندر ہائی تھنکنگ ہو،</w:t>
      </w:r>
    </w:p>
    <w:p>
      <w:r>
        <w:rPr>
          <w:b/>
        </w:rPr>
        <w:t xml:space="preserve">[45:34] </w:t>
      </w:r>
      <w:r>
        <w:t>jinke andar high test ho, jinke andar jo high educated log jaise hote hain, is tarah</w:t>
      </w:r>
    </w:p>
    <w:p>
      <w:pPr>
        <w:jc w:val="right"/>
      </w:pPr>
      <w:r>
        <w:t>جن کے اندر ہائی ٹیسٹ ہو، جن کے اندر جو ہائی ایجوکیٹڈ لوگ جیسے ہوتے ہیں، اس طرح</w:t>
      </w:r>
    </w:p>
    <w:p>
      <w:r>
        <w:rPr>
          <w:b/>
        </w:rPr>
        <w:t xml:space="preserve">[45:40] </w:t>
      </w:r>
      <w:r>
        <w:t>ke log hon.</w:t>
      </w:r>
    </w:p>
    <w:p>
      <w:pPr>
        <w:jc w:val="right"/>
      </w:pPr>
      <w:r>
        <w:t>کے لوگ ہوں۔</w:t>
      </w:r>
    </w:p>
    <w:p>
      <w:r>
        <w:rPr>
          <w:b/>
        </w:rPr>
        <w:t xml:space="preserve">[45:45] </w:t>
      </w:r>
      <w:r>
        <w:t>To main apney tajrube ko arz karunga ke main sari bohat zyada mein ne safar kiye, bohat</w:t>
      </w:r>
    </w:p>
    <w:p>
      <w:pPr>
        <w:jc w:val="right"/>
      </w:pPr>
      <w:r>
        <w:t>تو میں اپنے تجربے کو عرض کروں گا کہ میں ساری بہت زیادہ میں نے سفر کیے، بہت</w:t>
      </w:r>
    </w:p>
    <w:p>
      <w:r>
        <w:rPr>
          <w:b/>
        </w:rPr>
        <w:t xml:space="preserve">[45:51] </w:t>
      </w:r>
      <w:r>
        <w:t>zyada mein logon se mila.</w:t>
      </w:r>
    </w:p>
    <w:p>
      <w:pPr>
        <w:jc w:val="right"/>
      </w:pPr>
      <w:r>
        <w:t>زیادہ میں لوگوں سے ملا۔</w:t>
      </w:r>
    </w:p>
    <w:p>
      <w:r>
        <w:rPr>
          <w:b/>
        </w:rPr>
        <w:t xml:space="preserve">[45:57] </w:t>
      </w:r>
      <w:r>
        <w:t>To main jis insaan ko jaanta hoon apni shakl mein, sab se zyada mujhe jo pressure milta hai,</w:t>
      </w:r>
    </w:p>
    <w:p>
      <w:pPr>
        <w:jc w:val="right"/>
      </w:pPr>
      <w:r>
        <w:t>تو میں جس انسان کو جانتا ہوں اپنی شکل میں، سب سے زیادہ مجھے جو پریشر ملتا ہے،</w:t>
      </w:r>
    </w:p>
    <w:p>
      <w:r>
        <w:rPr>
          <w:b/>
        </w:rPr>
        <w:t xml:space="preserve">[46:02] </w:t>
      </w:r>
      <w:r>
        <w:t>pressure woh high class ke logon se baat karne mein, exchange mein, intellectual exchange mein.</w:t>
      </w:r>
    </w:p>
    <w:p>
      <w:pPr>
        <w:jc w:val="right"/>
      </w:pPr>
      <w:r>
        <w:t>پریشر وہ ہائی کلاس کے لوگوں سے بات کرنے میں، ایکسچینج میں، انٹلیکچول ایکسچینج میں۔</w:t>
      </w:r>
    </w:p>
    <w:p>
      <w:r>
        <w:rPr>
          <w:b/>
        </w:rPr>
        <w:t xml:space="preserve">[46:08] </w:t>
      </w:r>
      <w:r>
        <w:t>Agar aap kisi jungle mein hon, darakht patharon ki duniya mein hon to aap bilkul pagal ho jayen</w:t>
      </w:r>
    </w:p>
    <w:p>
      <w:pPr>
        <w:jc w:val="right"/>
      </w:pPr>
      <w:r>
        <w:t>اگر آپ کسی جنگل میں ہوں، درخت پتھروں کی دنیا میں ہوں تو آپ بالکل پاگل ہو جائیں</w:t>
      </w:r>
    </w:p>
    <w:p>
      <w:r>
        <w:rPr>
          <w:b/>
        </w:rPr>
        <w:t xml:space="preserve">[46:14] </w:t>
      </w:r>
      <w:r>
        <w:t>ge kyunke wahan koi milega nahi baat karne ke liye.</w:t>
      </w:r>
    </w:p>
    <w:p>
      <w:pPr>
        <w:jc w:val="right"/>
      </w:pPr>
      <w:r>
        <w:t>گے کیونکہ وہاں کوئی ملے گا نہیں بات کرنے کے لیے۔</w:t>
      </w:r>
    </w:p>
    <w:p>
      <w:r>
        <w:rPr>
          <w:b/>
        </w:rPr>
        <w:t xml:space="preserve">[46:20] </w:t>
      </w:r>
      <w:r>
        <w:t>Insaan ka sab se bara jo hai sifat, woh uska mind hai.</w:t>
      </w:r>
    </w:p>
    <w:p>
      <w:pPr>
        <w:jc w:val="right"/>
      </w:pPr>
      <w:r>
        <w:t>انسان کا سب سے بڑا جو ہے صفت، وہ اس کا مائنڈ ہے۔</w:t>
      </w:r>
    </w:p>
    <w:p>
      <w:r>
        <w:rPr>
          <w:b/>
        </w:rPr>
        <w:t xml:space="preserve">[46:25] </w:t>
      </w:r>
      <w:r>
        <w:t>maind exchange karna chahta hai to jannat woh jagah hai jahan high class ke log available honge</w:t>
      </w:r>
    </w:p>
    <w:p>
      <w:pPr>
        <w:jc w:val="right"/>
      </w:pPr>
      <w:r>
        <w:t>مائنڈ ایکسچینج کرنا چاہتا ہے تو جنت وہ جگہ ہے جہاں ہائی کلاس کے لوگ اویلیبل ہوں گے</w:t>
      </w:r>
    </w:p>
    <w:p>
      <w:r>
        <w:rPr>
          <w:b/>
        </w:rPr>
        <w:t xml:space="preserve">[46:31] </w:t>
      </w:r>
      <w:r>
        <w:t>exchange karne ke liye.</w:t>
      </w:r>
    </w:p>
    <w:p>
      <w:pPr>
        <w:jc w:val="right"/>
      </w:pPr>
      <w:r>
        <w:t>ایکسچینج کرنے کے لیے۔</w:t>
      </w:r>
    </w:p>
    <w:p>
      <w:r>
        <w:rPr>
          <w:b/>
        </w:rPr>
        <w:t xml:space="preserve">[46:37] </w:t>
      </w:r>
      <w:r>
        <w:t>aur bachta hoon ke is ka ishara quran mein maujood hai ke do ayatein quran mein hain ke</w:t>
      </w:r>
    </w:p>
    <w:p>
      <w:pPr>
        <w:jc w:val="right"/>
      </w:pPr>
      <w:r>
        <w:t>اور بچتا ہوں کہ اس کا اشارہ قرآن میں موجود ہے کہ دو آیتیں قرآن میں ہیں کہ</w:t>
      </w:r>
    </w:p>
    <w:p>
      <w:r>
        <w:rPr>
          <w:b/>
        </w:rPr>
        <w:t xml:space="preserve">[46:42] </w:t>
      </w:r>
      <w:r>
        <w:t>allah ke kalmat itne zyada hain ke is ko tum likhna shuru karo to kabhi khatam nahi honge.</w:t>
      </w:r>
    </w:p>
    <w:p>
      <w:pPr>
        <w:jc w:val="right"/>
      </w:pPr>
      <w:r>
        <w:t>اللہ کے کلمات اتنے زیادہ ہیں کہ اس کو تم لکھنا شروع کرو تو کبھی ختم نہیں ہوں گے۔</w:t>
      </w:r>
    </w:p>
    <w:p>
      <w:r>
        <w:rPr>
          <w:b/>
        </w:rPr>
        <w:t xml:space="preserve">[46:48] </w:t>
      </w:r>
      <w:r>
        <w:t>wa lau an mim shajarati aqlamun wal bahru yamuddu min ba'dihi sab'atu abhurin ma nafidat kalimatu Allahi.</w:t>
      </w:r>
    </w:p>
    <w:p>
      <w:pPr>
        <w:jc w:val="right"/>
      </w:pPr>
      <w:r>
        <w:t>ولو ان من شیرت اقلام والبحر یمد من بعد صبت ابھر ما نفذت کلمات اللہ۔</w:t>
      </w:r>
    </w:p>
    <w:p>
      <w:r>
        <w:rPr>
          <w:b/>
        </w:rPr>
        <w:t xml:space="preserve">[46:54] </w:t>
      </w:r>
      <w:r>
        <w:t>to is intellectual exchange ke item itne zyada hain, kabhi khatam nahi honge.</w:t>
      </w:r>
    </w:p>
    <w:p>
      <w:pPr>
        <w:jc w:val="right"/>
      </w:pPr>
      <w:r>
        <w:t>تو اس انٹلیکچول ایکسچینج کے آئٹم اتنے زیادہ ہیں، کبھی ختم نہیں ہوں گے۔</w:t>
      </w:r>
    </w:p>
    <w:p>
      <w:r>
        <w:rPr>
          <w:b/>
        </w:rPr>
        <w:t xml:space="preserve">[46:59] </w:t>
      </w:r>
      <w:r>
        <w:t>intellectual exchange jo sab se zyada marghoob cheez hai insan ke liye, is ke item itne zyada hain</w:t>
      </w:r>
    </w:p>
    <w:p>
      <w:pPr>
        <w:jc w:val="right"/>
      </w:pPr>
      <w:r>
        <w:t>انٹلیکچول ایکسچینج جو سب سے زیادہ مرغوب چیز ہے انسان کے لیے، اس کے آئٹم اتنے زیادہ ہیں</w:t>
      </w:r>
    </w:p>
    <w:p>
      <w:r>
        <w:rPr>
          <w:b/>
        </w:rPr>
        <w:t xml:space="preserve">[47:05] </w:t>
      </w:r>
      <w:r>
        <w:t>ke aap kabhi khatam nahi honge.</w:t>
      </w:r>
    </w:p>
    <w:p>
      <w:pPr>
        <w:jc w:val="right"/>
      </w:pPr>
      <w:r>
        <w:t>کہ آپ کبھی ختم نہیں ہوں گے۔</w:t>
      </w:r>
    </w:p>
    <w:p>
      <w:r>
        <w:rPr>
          <w:b/>
        </w:rPr>
        <w:t xml:space="preserve">[47:11] </w:t>
      </w:r>
      <w:r>
        <w:t>to main sochta hoon asal cheez yeh hai, isi liye main kehta hoon wahan library hogi, wahan seminar</w:t>
      </w:r>
    </w:p>
    <w:p>
      <w:pPr>
        <w:jc w:val="right"/>
      </w:pPr>
      <w:r>
        <w:t>تو میں سوچتا ہوں اصل چیز یہ ہے، اسی لیے میں کہتا ہوں وہاں لائبریری ہوگی، وہاں سیمینار</w:t>
      </w:r>
    </w:p>
    <w:p>
      <w:r>
        <w:rPr>
          <w:b/>
        </w:rPr>
        <w:t xml:space="preserve">[47:17] </w:t>
      </w:r>
      <w:r>
        <w:t>hoga, wahan woh academic activities hongi.</w:t>
      </w:r>
    </w:p>
    <w:p>
      <w:pPr>
        <w:jc w:val="right"/>
      </w:pPr>
      <w:r>
        <w:t>ہوگا، وہاں وہ اکیڈیمک ایکٹیویٹیز ہوں گی۔</w:t>
      </w:r>
    </w:p>
    <w:p>
      <w:r>
        <w:rPr>
          <w:b/>
        </w:rPr>
        <w:t xml:space="preserve">[47:22] </w:t>
      </w:r>
      <w:r>
        <w:t>yeh sab jo allah ka alao allah jo hain, jo un ko quran mein to alao allah wahan</w:t>
      </w:r>
    </w:p>
    <w:p>
      <w:pPr>
        <w:jc w:val="right"/>
      </w:pPr>
      <w:r>
        <w:t>یہ سب جو اللہ کا الاؤ اللہ جو ہیں، جو ان کو قرآن میں تو الاؤ اللہ وہاں</w:t>
      </w:r>
    </w:p>
    <w:p>
      <w:r>
        <w:rPr>
          <w:b/>
        </w:rPr>
        <w:t xml:space="preserve">[47:28] </w:t>
      </w:r>
      <w:r>
        <w:t>ka activities ka markaz hoga.</w:t>
      </w:r>
    </w:p>
    <w:p>
      <w:pPr>
        <w:jc w:val="right"/>
      </w:pPr>
      <w:r>
        <w:t>کا ایکٹیویٹیز کا مرکز ہوگا۔</w:t>
      </w:r>
    </w:p>
    <w:p>
      <w:r>
        <w:rPr>
          <w:b/>
        </w:rPr>
        <w:t xml:space="preserve">[47:34] </w:t>
      </w:r>
      <w:r>
        <w:t>to woh sari cheezein to quran mein hai ke woh utububish shabah ke jannat mein jo phal mile</w:t>
      </w:r>
    </w:p>
    <w:p>
      <w:pPr>
        <w:jc w:val="right"/>
      </w:pPr>
      <w:r>
        <w:t>تو وہ ساری چیزیں تو قرآن میں ہے کہ وہ اتوب بالشابہ کہ جنت میں جو پھل ملے</w:t>
      </w:r>
    </w:p>
    <w:p>
      <w:r>
        <w:rPr>
          <w:b/>
        </w:rPr>
        <w:t xml:space="preserve">[47:39] </w:t>
      </w:r>
      <w:r>
        <w:t>ga, woh dunya ke phal ke mutabiq khuloos samajhte hain ke sirf aisa hoga.</w:t>
      </w:r>
    </w:p>
    <w:p>
      <w:pPr>
        <w:jc w:val="right"/>
      </w:pPr>
      <w:r>
        <w:t>گا، وہ دنیا کے پھل کے مطابق خلوص سمجھتے ہیں کہ صرف ایسا ہوگا۔</w:t>
      </w:r>
    </w:p>
    <w:p>
      <w:r>
        <w:rPr>
          <w:b/>
        </w:rPr>
        <w:t xml:space="preserve">[47:45] </w:t>
      </w:r>
      <w:r>
        <w:t>aur yeh matlab nahi, is ka nahi.</w:t>
      </w:r>
    </w:p>
    <w:p>
      <w:pPr>
        <w:jc w:val="right"/>
      </w:pPr>
      <w:r>
        <w:t>اور یہ مطلب نہیں، اس کا نہیں۔</w:t>
      </w:r>
    </w:p>
    <w:p>
      <w:r>
        <w:rPr>
          <w:b/>
        </w:rPr>
        <w:t xml:space="preserve">[47:51] </w:t>
      </w:r>
      <w:r>
        <w:t>yeh jo dunya mein hum hamari activities hain ke haan aap jante hain ke yahan par university hai,</w:t>
      </w:r>
    </w:p>
    <w:p>
      <w:pPr>
        <w:jc w:val="right"/>
      </w:pPr>
      <w:r>
        <w:t>یہ جو دنیا میں ہم ہماری ایکٹیویٹیز ہیں کہ ہاں آپ جانتے ہیں کہ یہاں پر یونیورسٹی ہے،</w:t>
      </w:r>
    </w:p>
    <w:p>
      <w:r>
        <w:rPr>
          <w:b/>
        </w:rPr>
        <w:t xml:space="preserve">[47:56] </w:t>
      </w:r>
      <w:r>
        <w:t>yahan par library hai, yahan par bade bade sumrein hain, conference hoti hai, hum safar karte hain.</w:t>
      </w:r>
    </w:p>
    <w:p>
      <w:pPr>
        <w:jc w:val="right"/>
      </w:pPr>
      <w:r>
        <w:t>یہاں پر لائبریری ہے، یہاں پر بڑے بڑے سمریں ہیں، کانفرنس ہوتی ہے، ہم سفر کرتے ہیں۔</w:t>
      </w:r>
    </w:p>
    <w:p>
      <w:r>
        <w:rPr>
          <w:b/>
        </w:rPr>
        <w:t xml:space="preserve">[48:02] </w:t>
      </w:r>
      <w:r>
        <w:t>yeh jo activities hain, yeh high class ki, woh sab wahan honge aur zyada high class ki.</w:t>
      </w:r>
    </w:p>
    <w:p>
      <w:pPr>
        <w:jc w:val="right"/>
      </w:pPr>
      <w:r>
        <w:t>یہ جو ایکٹیویٹیز ہیں، یہ ہائی کلاس کی، وہ سب وہاں ہوں گے اور زیادہ ہائی کلاس کی۔</w:t>
      </w:r>
    </w:p>
    <w:p>
      <w:r>
        <w:rPr>
          <w:b/>
        </w:rPr>
        <w:t xml:space="preserve">[48:08] </w:t>
      </w:r>
      <w:r>
        <w:t>yeh matlab hai is ka.</w:t>
      </w:r>
    </w:p>
    <w:p>
      <w:pPr>
        <w:jc w:val="right"/>
      </w:pPr>
      <w:r>
        <w:t>یہ مطلب ہے اس کا۔</w:t>
      </w:r>
    </w:p>
    <w:p>
      <w:r>
        <w:rPr>
          <w:b/>
        </w:rPr>
        <w:t xml:space="preserve">[48:14] </w:t>
      </w:r>
      <w:r>
        <w:t>ji maulana, agla sawal kya hai? lucknow se zubair iqbal sahib ne, unhon ne likha hai: "why has</w:t>
      </w:r>
    </w:p>
    <w:p>
      <w:pPr>
        <w:jc w:val="right"/>
      </w:pPr>
      <w:r>
        <w:t>جی مولانا، اگلا سوال کیا ہے؟ لکھنو سے زبیر اقبال صاحب نے، انہوں نے لکھا ہے: "وائی ہیز</w:t>
      </w:r>
    </w:p>
    <w:p>
      <w:r>
        <w:rPr>
          <w:b/>
        </w:rPr>
        <w:t xml:space="preserve">[48:19] </w:t>
      </w:r>
      <w:r>
        <w:t>God kept so many levels of Paradise? Why not only one level of Paradise? This shows God would</w:t>
      </w:r>
    </w:p>
    <w:p>
      <w:pPr>
        <w:jc w:val="right"/>
      </w:pPr>
      <w:r>
        <w:t>گاڈ کیپٹ سو مینی لیولز آف پیراڈائز؟ وائی ناٹ اونلی ون لیول آف پیراڈائز؟ دس شوز گاڈ وڈ</w:t>
      </w:r>
    </w:p>
    <w:p>
      <w:r>
        <w:rPr>
          <w:b/>
        </w:rPr>
        <w:t xml:space="preserve">[48:25] </w:t>
      </w:r>
      <w:r>
        <w:t>be discriminant when he goes out ticket to paradise to the selected people." Maulana Sahib, please make me</w:t>
      </w:r>
    </w:p>
    <w:p>
      <w:pPr>
        <w:jc w:val="right"/>
      </w:pPr>
      <w:r>
        <w:t>بی ڈسکریمیننٹ وین ہی گوز آؤٹ ٹکٹ ٹو پیراڈائز ٹو دی سلیکٹڈ پیپل۔" مولانا صاحب، پلیز میک می</w:t>
      </w:r>
    </w:p>
    <w:p>
      <w:r>
        <w:rPr>
          <w:b/>
        </w:rPr>
        <w:t xml:space="preserve">[48:31] </w:t>
      </w:r>
      <w:r>
        <w:t>understand this gap.</w:t>
      </w:r>
    </w:p>
    <w:p>
      <w:pPr>
        <w:jc w:val="right"/>
      </w:pPr>
      <w:r>
        <w:t>انڈرسٹینڈ دس گیپ۔</w:t>
      </w:r>
    </w:p>
    <w:p>
      <w:r>
        <w:rPr>
          <w:b/>
        </w:rPr>
        <w:t xml:space="preserve">[48:36] </w:t>
      </w:r>
      <w:r>
        <w:t>nahi, nahi, discrimination ka mamla yeh nahi hai.</w:t>
      </w:r>
    </w:p>
    <w:p>
      <w:pPr>
        <w:jc w:val="right"/>
      </w:pPr>
      <w:r>
        <w:t>نہیں، نہیں، ڈسکریمینیشن کا معاملہ یہ نہیں ہے۔</w:t>
      </w:r>
    </w:p>
    <w:p>
      <w:r>
        <w:rPr>
          <w:b/>
        </w:rPr>
        <w:t xml:space="preserve">[48:42] </w:t>
      </w:r>
      <w:r>
        <w:t>yeh mamla yeh hai ke aap ne kitna zyada apne ko tayyar kiya.</w:t>
      </w:r>
    </w:p>
    <w:p>
      <w:pPr>
        <w:jc w:val="right"/>
      </w:pPr>
      <w:r>
        <w:t>یہ معاملہ یہ ہے کہ آپ نے کتنا زیادہ اپنے کو تیار کیا۔</w:t>
      </w:r>
    </w:p>
    <w:p>
      <w:r>
        <w:rPr>
          <w:b/>
        </w:rPr>
        <w:t xml:space="preserve">[48:48] </w:t>
      </w:r>
      <w:r>
        <w:t>ek aadmi dunya mein phansa raha family mein paisa kamane mein, is ko yani is ne is ko</w:t>
      </w:r>
    </w:p>
    <w:p>
      <w:pPr>
        <w:jc w:val="right"/>
      </w:pPr>
      <w:r>
        <w:t>ایک آدمی دنیا میں پھنسا رہا فیملی میں پیسہ کمانے میں، اس کو یعنی اس نے اس کو</w:t>
      </w:r>
    </w:p>
    <w:p>
      <w:r>
        <w:rPr>
          <w:b/>
        </w:rPr>
        <w:t xml:space="preserve">[48:53] </w:t>
      </w:r>
      <w:r>
        <w:t>concern nahi, concern nahi banaya apne aap ko ke jannat ke liye apne ko tayyar kare.</w:t>
      </w:r>
    </w:p>
    <w:p>
      <w:pPr>
        <w:jc w:val="right"/>
      </w:pPr>
      <w:r>
        <w:t>کنسرن نہیں، کنسرن نہیں بنایا اپنے آپ کو کہ جنت کے لیے اپنے کو تیار کرے۔</w:t>
      </w:r>
    </w:p>
    <w:p>
      <w:r>
        <w:rPr>
          <w:b/>
        </w:rPr>
        <w:t xml:space="preserve">[48:59] </w:t>
      </w:r>
      <w:r>
        <w:t>to zahir hai koi aala darja is ko nahi mile ga.</w:t>
      </w:r>
    </w:p>
    <w:p>
      <w:pPr>
        <w:jc w:val="right"/>
      </w:pPr>
      <w:r>
        <w:t>تو ظاہر ہے کوئی اعلیٰ درجہ اس کو نہیں ملے گا۔</w:t>
      </w:r>
    </w:p>
    <w:p>
      <w:r>
        <w:rPr>
          <w:b/>
        </w:rPr>
        <w:t xml:space="preserve">[49:05] </w:t>
      </w:r>
      <w:r>
        <w:t>to apne yaani apne is aitbar se kitna tazkiya aadmi ne kisi kiya.</w:t>
      </w:r>
    </w:p>
    <w:p>
      <w:pPr>
        <w:jc w:val="right"/>
      </w:pPr>
      <w:r>
        <w:t>تو اپنے یعنی اپنے اس اعتبار سے کتنا تزکیہ آدمی نے کسی کیا۔</w:t>
      </w:r>
    </w:p>
    <w:p>
      <w:r>
        <w:rPr>
          <w:b/>
        </w:rPr>
        <w:t xml:space="preserve">[49:11] </w:t>
      </w:r>
      <w:r>
        <w:t>yeh tazkiya ke level bata bata tha, jis is ka discrimination se koi talluq nahi hai.</w:t>
      </w:r>
    </w:p>
    <w:p>
      <w:pPr>
        <w:jc w:val="right"/>
      </w:pPr>
      <w:r>
        <w:t>یہ تزکیہ کے لیول بتا بتا تھا، جس اس کا ڈسکریمینیشن سے کوئی تعلق نہیں ہے۔</w:t>
      </w:r>
    </w:p>
    <w:p>
      <w:r>
        <w:rPr>
          <w:b/>
        </w:rPr>
        <w:t xml:space="preserve">[49:16] </w:t>
      </w:r>
      <w:r>
        <w:t>jis ka tazkiya ka jo level hoga, us ke mutabiq us ko mile ga.</w:t>
      </w:r>
    </w:p>
    <w:p>
      <w:pPr>
        <w:jc w:val="right"/>
      </w:pPr>
      <w:r>
        <w:t>جس کا تزکیہ کا جو لیول ہوگا، اس کے مطابق اس کو ملے گا۔</w:t>
      </w:r>
    </w:p>
    <w:p>
      <w:r>
        <w:rPr>
          <w:b/>
        </w:rPr>
        <w:t xml:space="preserve">[49:22] </w:t>
      </w:r>
      <w:r>
        <w:t>ji Maulana, agla sawal lene se pehle ek comment parhna chahenge jo bheja hai sister Shabana Ansari</w:t>
      </w:r>
    </w:p>
    <w:p>
      <w:pPr>
        <w:jc w:val="right"/>
      </w:pPr>
      <w:r>
        <w:t>جی مولانا، اگلا سوال لینے سے پہلے ایک کمنٹ پڑھنا چاہیں گے جو بھیجا ہے سسٹر شبانہ انصاری</w:t>
      </w:r>
    </w:p>
    <w:p>
      <w:r>
        <w:rPr>
          <w:b/>
        </w:rPr>
        <w:t xml:space="preserve">[49:28] </w:t>
      </w:r>
      <w:r>
        <w:t>ne Pakistan se.</w:t>
      </w:r>
    </w:p>
    <w:p>
      <w:pPr>
        <w:jc w:val="right"/>
      </w:pPr>
      <w:r>
        <w:t>نے پاکستان سے۔</w:t>
      </w:r>
    </w:p>
    <w:p>
      <w:r>
        <w:rPr>
          <w:b/>
        </w:rPr>
        <w:t xml:space="preserve">[49:33] </w:t>
      </w:r>
      <w:r>
        <w:t>انہوں نے لکھا ہے: "مولانا صاحب، I have attained paradise spiritually after reading Tazkir-ul-Quran and your supporting</w:t>
      </w:r>
    </w:p>
    <w:p>
      <w:pPr>
        <w:jc w:val="right"/>
      </w:pPr>
      <w:r>
        <w:t>انہوں نے لکھا ہے: "مولانا صاحب، آئی ہیو اٹینڈ پیراڈائز سپرچولی آفٹر ریڈنگ تذکیر القرآن اینڈ یور سپورٹنگ</w:t>
      </w:r>
    </w:p>
    <w:p>
      <w:r>
        <w:rPr>
          <w:b/>
        </w:rPr>
        <w:t xml:space="preserve">[49:39] </w:t>
      </w:r>
      <w:r>
        <w:t>literature, because I feel spiritual fulfillment in it." Agla sawal Jamal Sahab ne kiya hai Ahmedabad se.</w:t>
      </w:r>
    </w:p>
    <w:p>
      <w:pPr>
        <w:jc w:val="right"/>
      </w:pPr>
      <w:r>
        <w:t>لٹریچر، بیکاز آئی فیل سپرچول فلفلمنٹ ان اٹ۔" اگلا سوال جمال صاحب نے کیا ہے احمد آباد سے۔</w:t>
      </w:r>
    </w:p>
    <w:p>
      <w:r>
        <w:rPr>
          <w:b/>
        </w:rPr>
        <w:t xml:space="preserve">[49:45] </w:t>
      </w:r>
      <w:r>
        <w:t>انہوں نے لکھا ہے: "مولانا صاحب، today's talk was excellent and I want to thank you for taking</w:t>
      </w:r>
    </w:p>
    <w:p>
      <w:pPr>
        <w:jc w:val="right"/>
      </w:pPr>
      <w:r>
        <w:t>انہوں نے لکھا ہے: "مولانا صاحب، ٹوڈے ٹاک واز ایکسیلنٹ اینڈ آئی وانٹ ٹو تھینک یو فار ٹیکنگ</w:t>
      </w:r>
    </w:p>
    <w:p>
      <w:r>
        <w:rPr>
          <w:b/>
        </w:rPr>
        <w:t xml:space="preserve">[49:50] </w:t>
      </w:r>
      <w:r>
        <w:t>such a topic and make it so understandable for all of us. Jazak Allah.</w:t>
      </w:r>
    </w:p>
    <w:p>
      <w:pPr>
        <w:jc w:val="right"/>
      </w:pPr>
      <w:r>
        <w:t>سچ اے ٹاپک اینڈ میک اٹ سو انڈرسٹینڈیبل فار آل آف اس۔ جزاک اللہ۔</w:t>
      </w:r>
    </w:p>
    <w:p>
      <w:r>
        <w:rPr>
          <w:b/>
        </w:rPr>
        <w:t xml:space="preserve">[49:56] </w:t>
      </w:r>
      <w:r>
        <w:t>My question is that: How can I check myself during my lifetime from getting derailed from</w:t>
      </w:r>
    </w:p>
    <w:p>
      <w:pPr>
        <w:jc w:val="right"/>
      </w:pPr>
      <w:r>
        <w:t>مائی کوئسچن از دیٹ: ہاؤ کین آئی چیک مائی سیلف ڈیورنگ مائی لائف ٹائم فرام گیٹنگ ڈیریلڈ فرام</w:t>
      </w:r>
    </w:p>
    <w:p>
      <w:r>
        <w:rPr>
          <w:b/>
        </w:rPr>
        <w:t xml:space="preserve">[50:02] </w:t>
      </w:r>
      <w:r>
        <w:t>The path of paradise? Is there a self-checking system that I can follow for myself? Please</w:t>
      </w:r>
    </w:p>
    <w:p>
      <w:pPr>
        <w:jc w:val="right"/>
      </w:pPr>
      <w:r>
        <w:t>دی پاتھ آف پیراڈائز؟ از دیر اے سیلف چیکنگ سسٹم دیٹ آئی کین فالو فار مائی سیلف؟ پلیز</w:t>
      </w:r>
    </w:p>
    <w:p>
      <w:r>
        <w:rPr>
          <w:b/>
        </w:rPr>
        <w:t xml:space="preserve">[50:08] </w:t>
      </w:r>
      <w:r>
        <w:t>guide me, I really want to know how to develop this self checking system." Dekhiye, Khaliq ne hamare</w:t>
      </w:r>
    </w:p>
    <w:p>
      <w:pPr>
        <w:jc w:val="right"/>
      </w:pPr>
      <w:r>
        <w:t>گائیڈ می، آئی ریلی وانٹ ٹو نو ہاؤ ٹو ڈویلپ دس سیلف چیکنگ سسٹم۔" دیکھیے، خالق نے ہمارے</w:t>
      </w:r>
    </w:p>
    <w:p>
      <w:r>
        <w:rPr>
          <w:b/>
        </w:rPr>
        <w:t xml:space="preserve">[50:13] </w:t>
      </w:r>
      <w:r>
        <w:t>andar ek cheez rakh di hai, consciousness, jis ko jis ko hum zameer kehte hain.</w:t>
      </w:r>
    </w:p>
    <w:p>
      <w:pPr>
        <w:jc w:val="right"/>
      </w:pPr>
      <w:r>
        <w:t>اندر ایک چیز رکھ دی ہے، کانشیسنس، جس کو جس کو ہم ضمیر کہتے ہیں۔</w:t>
      </w:r>
    </w:p>
    <w:p>
      <w:r>
        <w:rPr>
          <w:b/>
        </w:rPr>
        <w:t xml:space="preserve">[50:19] </w:t>
      </w:r>
      <w:r>
        <w:t>aadmi consciousness kabhi is ko dhoka nahi deta.</w:t>
      </w:r>
    </w:p>
    <w:p>
      <w:pPr>
        <w:jc w:val="right"/>
      </w:pPr>
      <w:r>
        <w:t>آدمی کانشیسنس کبھی اس کو دھوکہ نہیں دیتا۔</w:t>
      </w:r>
    </w:p>
    <w:p>
      <w:r>
        <w:rPr>
          <w:b/>
        </w:rPr>
        <w:t xml:space="preserve">[50:25] </w:t>
      </w:r>
      <w:r>
        <w:t>is ko aap apni consciousness ko alive rakhein to consciousness har waqt remind karta rahe ga, har waqt</w:t>
      </w:r>
    </w:p>
    <w:p>
      <w:pPr>
        <w:jc w:val="right"/>
      </w:pPr>
      <w:r>
        <w:t>اس کو آپ اپنی کانشیسنس کو الائیو رکھیں تو کانشیسنس ہر وقت ریمائنڈ کرتا رہے گا، ہر وقت</w:t>
      </w:r>
    </w:p>
    <w:p>
      <w:r>
        <w:rPr>
          <w:b/>
        </w:rPr>
        <w:t xml:space="preserve">[50:30] </w:t>
      </w:r>
      <w:r>
        <w:t>indication deta rahe ga.</w:t>
      </w:r>
    </w:p>
    <w:p>
      <w:pPr>
        <w:jc w:val="right"/>
      </w:pPr>
      <w:r>
        <w:t>انڈیکیشن دیتا رہے گا۔</w:t>
      </w:r>
    </w:p>
    <w:p>
      <w:r>
        <w:rPr>
          <w:b/>
        </w:rPr>
        <w:t xml:space="preserve">[50:36] </w:t>
      </w:r>
      <w:r>
        <w:t>yahan to bhatke, yahan to derailment ho raha hai tumhara.</w:t>
      </w:r>
    </w:p>
    <w:p>
      <w:pPr>
        <w:jc w:val="right"/>
      </w:pPr>
      <w:r>
        <w:t>یہاں تو بھٹکے، یہاں تو ڈیریلٹمنٹ ہو رہا ہے تمہارا۔</w:t>
      </w:r>
    </w:p>
    <w:p>
      <w:r>
        <w:rPr>
          <w:b/>
        </w:rPr>
        <w:t xml:space="preserve">[50:42] </w:t>
      </w:r>
      <w:r>
        <w:t>to consciousness ko alive rakhiye to main samajhta hoon ke aap ke andar hi woh maujood hai, batane wala.</w:t>
      </w:r>
    </w:p>
    <w:p>
      <w:pPr>
        <w:jc w:val="right"/>
      </w:pPr>
      <w:r>
        <w:t>تو کانشیسنس کو الائیو رکھیے تو میں سمجھتا ہوں کہ آپ کے اندر ہی وہ موجود ہے، بتانے والا۔</w:t>
      </w:r>
    </w:p>
    <w:p>
      <w:r>
        <w:rPr>
          <w:b/>
        </w:rPr>
        <w:t xml:space="preserve">[50:47] </w:t>
      </w:r>
      <w:r>
        <w:t>main to tajruba yahi ke main ne Allah ke fazal se apni consciousness ko alive rakha.</w:t>
      </w:r>
    </w:p>
    <w:p>
      <w:pPr>
        <w:jc w:val="right"/>
      </w:pPr>
      <w:r>
        <w:t>میں تو تجربہ یہی کہ میں نے اللہ کے فضل سے اپنی کانشیسنس کو الائیو رکھا۔</w:t>
      </w:r>
    </w:p>
    <w:p>
      <w:r>
        <w:rPr>
          <w:b/>
        </w:rPr>
        <w:t xml:space="preserve">[50:53] </w:t>
      </w:r>
      <w:r>
        <w:t>alive rakhne ka matlab yeh hai, dekhiye, is ka bhi main arz kar doon ke jab mera consciousness,</w:t>
      </w:r>
    </w:p>
    <w:p>
      <w:pPr>
        <w:jc w:val="right"/>
      </w:pPr>
      <w:r>
        <w:t>الائیو رکھنے کا معنی یہ ہے، دیکھیے، اس کا بھی میں عرض کر دوں کہ جب میرا کانشیسنس،</w:t>
      </w:r>
    </w:p>
    <w:p>
      <w:r>
        <w:rPr>
          <w:b/>
        </w:rPr>
        <w:t xml:space="preserve">[50:59] </w:t>
      </w:r>
      <w:r>
        <w:t>mera consciousness jo hai, mera zameer jo hai, mujhe kuch kehta hai to usi waqt fauran main</w:t>
      </w:r>
    </w:p>
    <w:p>
      <w:pPr>
        <w:jc w:val="right"/>
      </w:pPr>
      <w:r>
        <w:t>میرا کانشیسنس جو ہے، میرا ضمیر جو ہے، مجھے کچھ کہتا ہے تو اسی وقت فی الفور میں</w:t>
      </w:r>
    </w:p>
    <w:p>
      <w:r>
        <w:rPr>
          <w:b/>
        </w:rPr>
        <w:t xml:space="preserve">[51:05] </w:t>
      </w:r>
      <w:r>
        <w:t>is ko follow karta hoon.</w:t>
      </w:r>
    </w:p>
    <w:p>
      <w:pPr>
        <w:jc w:val="right"/>
      </w:pPr>
      <w:r>
        <w:t>اس کو فالو کرتا ہوں۔</w:t>
      </w:r>
    </w:p>
    <w:p>
      <w:r>
        <w:rPr>
          <w:b/>
        </w:rPr>
        <w:t xml:space="preserve">[51:10] </w:t>
      </w:r>
      <w:r>
        <w:t>is ki ek misaal doon ga main ke main Adab mein rehta tha pehle to gaon mein rehta</w:t>
      </w:r>
    </w:p>
    <w:p>
      <w:pPr>
        <w:jc w:val="right"/>
      </w:pPr>
      <w:r>
        <w:t>اس کی ایک مثال دوں گا میں کہ میں آدب میں رہتا تھا پہلے تو گاؤں میں رہتا</w:t>
      </w:r>
    </w:p>
    <w:p>
      <w:r>
        <w:rPr>
          <w:b/>
        </w:rPr>
        <w:t xml:space="preserve">[51:16] </w:t>
      </w:r>
      <w:r>
        <w:t>tha, phir Adab mein shaam bhi raha kuch din.</w:t>
      </w:r>
    </w:p>
    <w:p>
      <w:pPr>
        <w:jc w:val="right"/>
      </w:pPr>
      <w:r>
        <w:t>تھا، پھر آدب میں شام بھی رہا کچھ دن۔</w:t>
      </w:r>
    </w:p>
    <w:p>
      <w:r>
        <w:rPr>
          <w:b/>
        </w:rPr>
        <w:t xml:space="preserve">[51:22] </w:t>
      </w:r>
      <w:r>
        <w:t>to ek din ab main wahan, mere ghar jo tha, us ghar mein do manzila tha, neeche tha</w:t>
      </w:r>
    </w:p>
    <w:p>
      <w:pPr>
        <w:jc w:val="right"/>
      </w:pPr>
      <w:r>
        <w:t>تو ایک دن اب میں وہاں، میرے گھر جو تھا، اس گھر میں دو منزلہ تھا، نیچے تھا</w:t>
      </w:r>
    </w:p>
    <w:p>
      <w:r>
        <w:rPr>
          <w:b/>
        </w:rPr>
        <w:t xml:space="preserve">[51:27] </w:t>
      </w:r>
      <w:r>
        <w:t>phir upar tha.</w:t>
      </w:r>
    </w:p>
    <w:p>
      <w:pPr>
        <w:jc w:val="right"/>
      </w:pPr>
      <w:r>
        <w:t>پھر اوپر تھا۔</w:t>
      </w:r>
    </w:p>
    <w:p>
      <w:r>
        <w:rPr>
          <w:b/>
        </w:rPr>
        <w:t xml:space="preserve">[51:33] </w:t>
      </w:r>
      <w:r>
        <w:t>to main upar akela sota tha, ghar ke upar ki manzil mein, baqi log neeche rehte the.</w:t>
      </w:r>
    </w:p>
    <w:p>
      <w:pPr>
        <w:jc w:val="right"/>
      </w:pPr>
      <w:r>
        <w:t>تو میں اوپر اکیلا سوتا تھا، گھر کے اوپر کی منزل میں، باقی لوگ نیچے رہتے تھے۔</w:t>
      </w:r>
    </w:p>
    <w:p>
      <w:r>
        <w:rPr>
          <w:b/>
        </w:rPr>
        <w:t xml:space="preserve">[51:39] </w:t>
      </w:r>
      <w:r>
        <w:t>bohat bara ghar tha woh.</w:t>
      </w:r>
    </w:p>
    <w:p>
      <w:pPr>
        <w:jc w:val="right"/>
      </w:pPr>
      <w:r>
        <w:t>بہت بڑا گھر تھا وہ۔</w:t>
      </w:r>
    </w:p>
    <w:p>
      <w:r>
        <w:rPr>
          <w:b/>
        </w:rPr>
        <w:t xml:space="preserve">[51:44] </w:t>
      </w:r>
      <w:r>
        <w:t>tu aik din mein raat ko soya hua tha, achaanak yaad aaya, aik baat yaad aai ke falan</w:t>
      </w:r>
    </w:p>
    <w:p>
      <w:pPr>
        <w:jc w:val="right"/>
      </w:pPr>
      <w:r>
        <w:t>تو ایک دن میں رات کو سویا ہوا تھا، اچانک یاد آیا، ایک بات یاد آئی کہ فلاں</w:t>
      </w:r>
    </w:p>
    <w:p>
      <w:r>
        <w:rPr>
          <w:b/>
        </w:rPr>
        <w:t xml:space="preserve">[51:50] </w:t>
      </w:r>
      <w:r>
        <w:t>shakhs ne mujhe kuch paisa diya tha, note.</w:t>
      </w:r>
    </w:p>
    <w:p>
      <w:pPr>
        <w:jc w:val="right"/>
      </w:pPr>
      <w:r>
        <w:t>شخص نے مجھے کچھ پیسہ دیا تھا، نوٹ۔</w:t>
      </w:r>
    </w:p>
    <w:p>
      <w:r>
        <w:rPr>
          <w:b/>
        </w:rPr>
        <w:t xml:space="preserve">[51:56] </w:t>
      </w:r>
      <w:r>
        <w:t>tu woh note us ke jo thay, mein ne kisi jagah rakh diya tha, neeche aik maqam par,</w:t>
      </w:r>
    </w:p>
    <w:p>
      <w:pPr>
        <w:jc w:val="right"/>
      </w:pPr>
      <w:r>
        <w:t>تو وہ نوٹ اس کے جو تھے، میں نے کسی جگہ رکھ دیا تھا، نیچے ایک مقام پر،</w:t>
      </w:r>
    </w:p>
    <w:p>
      <w:r>
        <w:rPr>
          <w:b/>
        </w:rPr>
        <w:t xml:space="preserve">[52:02] </w:t>
      </w:r>
      <w:r>
        <w:t>aur kisi ko bataya nahi tha.</w:t>
      </w:r>
    </w:p>
    <w:p>
      <w:pPr>
        <w:jc w:val="right"/>
      </w:pPr>
      <w:r>
        <w:t>اور کسی کو بتایا نہیں تھا۔</w:t>
      </w:r>
    </w:p>
    <w:p>
      <w:r>
        <w:rPr>
          <w:b/>
        </w:rPr>
        <w:t xml:space="preserve">[52:07] </w:t>
      </w:r>
      <w:r>
        <w:t>woh aik hi jagah tha ke khud se koi jaan nahi sakta tha.</w:t>
      </w:r>
    </w:p>
    <w:p>
      <w:pPr>
        <w:jc w:val="right"/>
      </w:pPr>
      <w:r>
        <w:t>وہ ایک ہی جگہ تھا کہ خود سے کوئی جان نہیں سکتا تھا۔</w:t>
      </w:r>
    </w:p>
    <w:p>
      <w:r>
        <w:rPr>
          <w:b/>
        </w:rPr>
        <w:t xml:space="preserve">[52:13] </w:t>
      </w:r>
      <w:r>
        <w:t>tu mujhe phir neend nahi aai.</w:t>
      </w:r>
    </w:p>
    <w:p>
      <w:pPr>
        <w:jc w:val="right"/>
      </w:pPr>
      <w:r>
        <w:t>تو مجھے پھر نیند نہیں آئی۔</w:t>
      </w:r>
    </w:p>
    <w:p>
      <w:r>
        <w:rPr>
          <w:b/>
        </w:rPr>
        <w:t xml:space="preserve">[52:19] </w:t>
      </w:r>
      <w:r>
        <w:t>is ke baad wahan ne mein light nahi hoti thi, mein ne woh lateen tez kiya, aur lateen</w:t>
      </w:r>
    </w:p>
    <w:p>
      <w:pPr>
        <w:jc w:val="right"/>
      </w:pPr>
      <w:r>
        <w:t>اس کے بعد وہاں نے میں لائٹ نہیں ہوتی تھی، میں نے وہ لاٹین تیز کیا، اور لاٹین</w:t>
      </w:r>
    </w:p>
    <w:p>
      <w:r>
        <w:rPr>
          <w:b/>
        </w:rPr>
        <w:t xml:space="preserve">[52:24] </w:t>
      </w:r>
      <w:r>
        <w:t>tez kar ke mein ne aik kaghaz liya aur us par likha, qalam se ya pencil se ke</w:t>
      </w:r>
    </w:p>
    <w:p>
      <w:pPr>
        <w:jc w:val="right"/>
      </w:pPr>
      <w:r>
        <w:t>تیز کر کے میں نے ایک کاغذ لیا اور اس پر لکھا، قلم سے یا پینسل سے کہ</w:t>
      </w:r>
    </w:p>
    <w:p>
      <w:r>
        <w:rPr>
          <w:b/>
        </w:rPr>
        <w:t xml:space="preserve">[52:30] </w:t>
      </w:r>
      <w:r>
        <w:t>falan shakhs ka itna note mere paas hai, woh falan jagah rakha hua hai.</w:t>
      </w:r>
    </w:p>
    <w:p>
      <w:pPr>
        <w:jc w:val="right"/>
      </w:pPr>
      <w:r>
        <w:t>فلاں شخص کا اتنا نوٹ میرے پاس ہے، وہ فلاں جگہ رکھا ہوا ہے۔</w:t>
      </w:r>
    </w:p>
    <w:p>
      <w:r>
        <w:rPr>
          <w:b/>
        </w:rPr>
        <w:t xml:space="preserve">[52:36] </w:t>
      </w:r>
      <w:r>
        <w:t>agar mein mar jaon to us ko de diya jae.</w:t>
      </w:r>
    </w:p>
    <w:p>
      <w:pPr>
        <w:jc w:val="right"/>
      </w:pPr>
      <w:r>
        <w:t>اگر میں مر جاؤں تو اس کو دے دیا جائے۔</w:t>
      </w:r>
    </w:p>
    <w:p>
      <w:r>
        <w:rPr>
          <w:b/>
        </w:rPr>
        <w:t xml:space="preserve">[52:41] </w:t>
      </w:r>
      <w:r>
        <w:t>tu jeeb mein daal ke phir soya banda.</w:t>
      </w:r>
    </w:p>
    <w:p>
      <w:pPr>
        <w:jc w:val="right"/>
      </w:pPr>
      <w:r>
        <w:t>تو جیب میں ڈال کے پھر سویا بندہ۔</w:t>
      </w:r>
    </w:p>
    <w:p>
      <w:r>
        <w:rPr>
          <w:b/>
        </w:rPr>
        <w:t xml:space="preserve">[52:47] </w:t>
      </w:r>
      <w:r>
        <w:t>تو جس وقت آپ کو consciousness آپ کو ٹوکے تو فوراً اس کو follow کیجئے۔</w:t>
      </w:r>
    </w:p>
    <w:p>
      <w:pPr>
        <w:jc w:val="right"/>
      </w:pPr>
      <w:r>
        <w:t>تو جس وقت آپ کو کانشیسنس آپ کو ٹوکے تو فوراً اس کو فالو کیجئے۔</w:t>
      </w:r>
    </w:p>
    <w:p>
      <w:r>
        <w:rPr>
          <w:b/>
        </w:rPr>
        <w:t xml:space="preserve">[52:53] </w:t>
      </w:r>
      <w:r>
        <w:t>yeh hai consciousness ko zinda rakhna.</w:t>
      </w:r>
    </w:p>
    <w:p>
      <w:pPr>
        <w:jc w:val="right"/>
      </w:pPr>
      <w:r>
        <w:t>یہ ہے کانشیسنس کو زندہ رکھنا۔</w:t>
      </w:r>
    </w:p>
    <w:p>
      <w:r>
        <w:rPr>
          <w:b/>
        </w:rPr>
        <w:t xml:space="preserve">[52:58] </w:t>
      </w:r>
      <w:r>
        <w:t>اگر آپ consciousness کو زندہ نہ رکھیں گے تو کوئی ٹوکنے والا نہیں آپ کو پہنچنے دے گا۔</w:t>
      </w:r>
    </w:p>
    <w:p>
      <w:pPr>
        <w:jc w:val="right"/>
      </w:pPr>
      <w:r>
        <w:t>اگر آپ کانشیسنس کو زندہ نہ رکھیں گے تو کوئی ٹوکنے والا نہیں آپ کو پہنچنے دے گا۔</w:t>
      </w:r>
    </w:p>
    <w:p>
      <w:r>
        <w:rPr>
          <w:b/>
        </w:rPr>
        <w:t xml:space="preserve">[53:04] </w:t>
      </w:r>
      <w:r>
        <w:t>dheere dheere woh mar jae ga.</w:t>
      </w:r>
    </w:p>
    <w:p>
      <w:pPr>
        <w:jc w:val="right"/>
      </w:pPr>
      <w:r>
        <w:t>دھیرے دھیرے وہ مر جائے گا۔</w:t>
      </w:r>
    </w:p>
    <w:p>
      <w:r>
        <w:rPr>
          <w:b/>
        </w:rPr>
        <w:t xml:space="preserve">[53:10] </w:t>
      </w:r>
      <w:r>
        <w:t>yehi aik hi tareeqa hai aadmi ko, yani apne zamir ki awaz suniye aur zamir ko hamesha zinda rakhiye.</w:t>
      </w:r>
    </w:p>
    <w:p>
      <w:pPr>
        <w:jc w:val="right"/>
      </w:pPr>
      <w:r>
        <w:t>یہی ایک ہی طریقہ ہے آدمی کو، یعنی اپنے ضمیر کی آواز سنیے اور ضمیر کو ہمیشہ زندہ رکھیے۔</w:t>
      </w:r>
    </w:p>
    <w:p>
      <w:r>
        <w:rPr>
          <w:b/>
        </w:rPr>
        <w:t xml:space="preserve">[53:16] </w:t>
      </w:r>
      <w:r>
        <w:t>ji Maulana, agla sawal kiya hai miss Naghma Siddiqui ne Delhi se.</w:t>
      </w:r>
    </w:p>
    <w:p>
      <w:pPr>
        <w:jc w:val="right"/>
      </w:pPr>
      <w:r>
        <w:t>جی مولانا، اگلا سوال کیا ہے مس نغمہ صدیقی نے دلی سے۔</w:t>
      </w:r>
    </w:p>
    <w:p>
      <w:r>
        <w:rPr>
          <w:b/>
        </w:rPr>
        <w:t xml:space="preserve">[53:21] </w:t>
      </w:r>
      <w:r>
        <w:t>انہوں نے لکھا ہے: "Often we do wrong doings and in spite of not wanting to we continue</w:t>
      </w:r>
    </w:p>
    <w:p>
      <w:pPr>
        <w:jc w:val="right"/>
      </w:pPr>
      <w:r>
        <w:t>انہوں نے لکھا ہے: "اوفن وی ڈو رونگ ڈوئنگز اینڈ ان سپائٹ آف ناٹ وانٹنگ ٹو وی کنٹینیو</w:t>
      </w:r>
    </w:p>
    <w:p>
      <w:r>
        <w:rPr>
          <w:b/>
        </w:rPr>
        <w:t xml:space="preserve">[53:27] </w:t>
      </w:r>
      <w:r>
        <w:t>to make mistakes. In such a situation, how can we develop a purified personality?" Dekhiye, purified personality ka</w:t>
      </w:r>
    </w:p>
    <w:p>
      <w:pPr>
        <w:jc w:val="right"/>
      </w:pPr>
      <w:r>
        <w:t>ٹو میک مسٹیکس، ان سچ اے سچویشن ہاؤ کین وی ڈیویلپ اے پیوریفائیڈ پرسنیلٹی؟" دیکھیے، پیوریفائیڈ پرسنیلٹی کا</w:t>
      </w:r>
    </w:p>
    <w:p>
      <w:r>
        <w:rPr>
          <w:b/>
        </w:rPr>
        <w:t xml:space="preserve">[53:33] </w:t>
      </w:r>
      <w:r>
        <w:t>matlab yeh nahi hai ke ke koi ghalti na kare aadmi, yeh matlab nahi hai.</w:t>
      </w:r>
    </w:p>
    <w:p>
      <w:pPr>
        <w:jc w:val="right"/>
      </w:pPr>
      <w:r>
        <w:t>مطلب یہ نہیں ہے کہ کہ کوئی غلطی نہ کرے آدمی، یہ مطلب نہیں ہے۔</w:t>
      </w:r>
    </w:p>
    <w:p>
      <w:r>
        <w:rPr>
          <w:b/>
        </w:rPr>
        <w:t xml:space="preserve">[53:38] </w:t>
      </w:r>
      <w:r>
        <w:t>hadees mein aata hai ke: "kul bani Adam khattaon wa khair ul khattain at tawwaboon".</w:t>
      </w:r>
    </w:p>
    <w:p>
      <w:pPr>
        <w:jc w:val="right"/>
      </w:pPr>
      <w:r>
        <w:t>حدیث میں آتا ہے کہ: "کل بنی آدم خطاون وخیر الخطائین التوابون"۔</w:t>
      </w:r>
    </w:p>
    <w:p>
      <w:r>
        <w:rPr>
          <w:b/>
        </w:rPr>
        <w:t xml:space="preserve">[53:44] </w:t>
      </w:r>
      <w:r>
        <w:t>tu khata karna, yani aadmi khata na kare, yeh koi baat nahi hai.</w:t>
      </w:r>
    </w:p>
    <w:p>
      <w:pPr>
        <w:jc w:val="right"/>
      </w:pPr>
      <w:r>
        <w:t>تو خطا کرنا، یعنی آدمی خطا نہ کرے، یہ کوئی بات نہیں ہے۔</w:t>
      </w:r>
    </w:p>
    <w:p>
      <w:r>
        <w:rPr>
          <w:b/>
        </w:rPr>
        <w:t xml:space="preserve">[53:50] </w:t>
      </w:r>
      <w:r>
        <w:t>khata ho aur aadmi foran lotay, tauba ka matlab hai lotna.</w:t>
      </w:r>
    </w:p>
    <w:p>
      <w:pPr>
        <w:jc w:val="right"/>
      </w:pPr>
      <w:r>
        <w:t>خطا ہو اور آدمی فوراً لوٹے، توبہ کا معنی ہے لوٹنا۔</w:t>
      </w:r>
    </w:p>
    <w:p>
      <w:r>
        <w:rPr>
          <w:b/>
        </w:rPr>
        <w:t xml:space="preserve">[53:55] </w:t>
      </w:r>
      <w:r>
        <w:t>tu balkay aik hadees yahan tak hai ke insaan agar ghalti na kare to Allah aik aur makhlooq</w:t>
      </w:r>
    </w:p>
    <w:p>
      <w:pPr>
        <w:jc w:val="right"/>
      </w:pPr>
      <w:r>
        <w:t>تو بلکہ ایک حدیث یہاں تک ہے کہ انسان اگر غلطی نہ کرے تو اللہ ایک اور مخلوق</w:t>
      </w:r>
    </w:p>
    <w:p>
      <w:r>
        <w:rPr>
          <w:b/>
        </w:rPr>
        <w:t xml:space="preserve">[54:01] </w:t>
      </w:r>
      <w:r>
        <w:t>paida kare ga jo ghalti kare aur tauba kare.</w:t>
      </w:r>
    </w:p>
    <w:p>
      <w:pPr>
        <w:jc w:val="right"/>
      </w:pPr>
      <w:r>
        <w:t>پیدا کرے گا جو غلطی کرے اور توبہ کرے۔</w:t>
      </w:r>
    </w:p>
    <w:p>
      <w:r>
        <w:rPr>
          <w:b/>
        </w:rPr>
        <w:t xml:space="preserve">[54:07] </w:t>
      </w:r>
      <w:r>
        <w:t>kyun? is ki wajah kiya hai? yeh ghalti se to hamara irtiqaa hota hai.</w:t>
      </w:r>
    </w:p>
    <w:p>
      <w:pPr>
        <w:jc w:val="right"/>
      </w:pPr>
      <w:r>
        <w:t>کیوں؟ اس کی وجہ کیا ہے؟ یہ غلطی سے تو ہمارا ارتقاء ہوتا ہے۔</w:t>
      </w:r>
    </w:p>
    <w:p>
      <w:r>
        <w:rPr>
          <w:b/>
        </w:rPr>
        <w:t xml:space="preserve">[54:13] </w:t>
      </w:r>
      <w:r>
        <w:t>ghalti jo hai, yaad rakhiye, har ghalti, har khata hamare liye kiya hai? woh shock treatment hai.</w:t>
      </w:r>
    </w:p>
    <w:p>
      <w:pPr>
        <w:jc w:val="right"/>
      </w:pPr>
      <w:r>
        <w:t>غلطی جو ہے، یاد رکھیے، ہر غلطی، ہر خطا ہمارے لیے کیا ہے؟ وہ شاک ٹریٹمنٹ ہے۔</w:t>
      </w:r>
    </w:p>
    <w:p>
      <w:r>
        <w:rPr>
          <w:b/>
        </w:rPr>
        <w:t xml:space="preserve">[54:18] </w:t>
      </w:r>
      <w:r>
        <w:t>shock treatment na ho to hum islaah bhi apni nahi kar paen ge.</w:t>
      </w:r>
    </w:p>
    <w:p>
      <w:pPr>
        <w:jc w:val="right"/>
      </w:pPr>
      <w:r>
        <w:t>شاک ٹریٹمنٹ نہ ہو تو ہم اصلاح بھی اپنی نہیں کر پائیں گے۔</w:t>
      </w:r>
    </w:p>
    <w:p>
      <w:r>
        <w:rPr>
          <w:b/>
        </w:rPr>
        <w:t xml:space="preserve">[54:24] </w:t>
      </w:r>
      <w:r>
        <w:t>ghalti aap ko jhanjhoarti hai, brainstorming paida karti hai.</w:t>
      </w:r>
    </w:p>
    <w:p>
      <w:pPr>
        <w:jc w:val="right"/>
      </w:pPr>
      <w:r>
        <w:t>غلطی آپ کو جھنجھوڑتی ہے، برین اسٹارمنگ پیدا کرتی ہے۔</w:t>
      </w:r>
    </w:p>
    <w:p>
      <w:r>
        <w:rPr>
          <w:b/>
        </w:rPr>
        <w:t xml:space="preserve">[54:30] </w:t>
      </w:r>
      <w:r>
        <w:t>to woh shock treatment hai.</w:t>
      </w:r>
    </w:p>
    <w:p>
      <w:pPr>
        <w:jc w:val="right"/>
      </w:pPr>
      <w:r>
        <w:t>تو وہ شاک ٹریٹمنٹ ہے۔</w:t>
      </w:r>
    </w:p>
    <w:p>
      <w:r>
        <w:rPr>
          <w:b/>
        </w:rPr>
        <w:t xml:space="preserve">[54:35] </w:t>
      </w:r>
      <w:r>
        <w:t>to ghalti karna koi koi aib ki baat nahi hai.</w:t>
      </w:r>
    </w:p>
    <w:p>
      <w:pPr>
        <w:jc w:val="right"/>
      </w:pPr>
      <w:r>
        <w:t>تو غلطی کرنا کوئی کوئی عیب کی بات نہیں ہے۔</w:t>
      </w:r>
    </w:p>
    <w:p>
      <w:r>
        <w:rPr>
          <w:b/>
        </w:rPr>
        <w:t xml:space="preserve">[54:41] </w:t>
      </w:r>
      <w:r>
        <w:t>ghalti ke baad foran aadmi chaokar na ho jaye aur apni islaah kare.</w:t>
      </w:r>
    </w:p>
    <w:p>
      <w:pPr>
        <w:jc w:val="right"/>
      </w:pPr>
      <w:r>
        <w:t>غلطی کے بعد فوراً آدمی چوکر نہ ہو جائے اور اپنی اصلاح کرے۔</w:t>
      </w:r>
    </w:p>
    <w:p>
      <w:r>
        <w:rPr>
          <w:b/>
        </w:rPr>
        <w:t xml:space="preserve">[54:47] </w:t>
      </w:r>
      <w:r>
        <w:t>yeh baat quran mein maujood hai: "sab yatooboon min qareeb".</w:t>
      </w:r>
    </w:p>
    <w:p>
      <w:pPr>
        <w:jc w:val="right"/>
      </w:pPr>
      <w:r>
        <w:t>یہ بات قرآن میں موجود ہے: "سب یتوبون من قریب"۔</w:t>
      </w:r>
    </w:p>
    <w:p>
      <w:r>
        <w:rPr>
          <w:b/>
        </w:rPr>
        <w:t xml:space="preserve">[54:52] </w:t>
      </w:r>
      <w:r>
        <w:t>jaldi hi tauba kar lete hain.</w:t>
      </w:r>
    </w:p>
    <w:p>
      <w:pPr>
        <w:jc w:val="right"/>
      </w:pPr>
      <w:r>
        <w:t>جلدی ہی توبہ کر لیتے ہیں۔</w:t>
      </w:r>
    </w:p>
    <w:p>
      <w:r>
        <w:rPr>
          <w:b/>
        </w:rPr>
        <w:t xml:space="preserve">[54:58] </w:t>
      </w:r>
      <w:r>
        <w:t>woh toh matlab jo hai, jo matloob hai, woh yeh hai ke ghalti ke baad aadmi chaokar na</w:t>
      </w:r>
    </w:p>
    <w:p>
      <w:pPr>
        <w:jc w:val="right"/>
      </w:pPr>
      <w:r>
        <w:t>وہ تو مطلب جو ہے، جو مطلوب ہے، وہ یہ ہے کہ غلطی کے بعد آدمی چوکر نہ</w:t>
      </w:r>
    </w:p>
    <w:p>
      <w:r>
        <w:rPr>
          <w:b/>
        </w:rPr>
        <w:t xml:space="preserve">[55:04] </w:t>
      </w:r>
      <w:r>
        <w:t>ho jaye, foran tauba kare, apni islaah kare.</w:t>
      </w:r>
    </w:p>
    <w:p>
      <w:pPr>
        <w:jc w:val="right"/>
      </w:pPr>
      <w:r>
        <w:t>ہو جائے، فوراً توبہ کرے، اپنی اصلاح کرے۔</w:t>
      </w:r>
    </w:p>
    <w:p>
      <w:r>
        <w:rPr>
          <w:b/>
        </w:rPr>
        <w:t xml:space="preserve">[55:10] </w:t>
      </w:r>
      <w:r>
        <w:t>yeh hai tareeqa.</w:t>
      </w:r>
    </w:p>
    <w:p>
      <w:pPr>
        <w:jc w:val="right"/>
      </w:pPr>
      <w:r>
        <w:t>یہ ہے طریقہ۔</w:t>
      </w:r>
    </w:p>
    <w:p>
      <w:r>
        <w:rPr>
          <w:b/>
        </w:rPr>
        <w:t xml:space="preserve">[55:15] </w:t>
      </w:r>
      <w:r>
        <w:t>ghalti na kare, yeh toh koi hal nahi hai.</w:t>
      </w:r>
    </w:p>
    <w:p>
      <w:pPr>
        <w:jc w:val="right"/>
      </w:pPr>
      <w:r>
        <w:t>غلطی نہ کرے، یہ تو کوئی حل نہیں ہے۔</w:t>
      </w:r>
    </w:p>
    <w:p>
      <w:r>
        <w:rPr>
          <w:b/>
        </w:rPr>
        <w:t xml:space="preserve">[55:21] </w:t>
      </w:r>
      <w:r>
        <w:t>ji Maulana, agla sawal Saharanpur se kiya hai Muhammad Tauseef Qasmi sahab ne, aur unhone likha</w:t>
      </w:r>
    </w:p>
    <w:p>
      <w:pPr>
        <w:jc w:val="right"/>
      </w:pPr>
      <w:r>
        <w:t>جی مولانا، اگلا سوال سہارن پور سے کیا ہے محمد توصیف قاسمی صاحب نے، اور انہوں نے لکھا</w:t>
      </w:r>
    </w:p>
    <w:p>
      <w:r>
        <w:rPr>
          <w:b/>
        </w:rPr>
        <w:t xml:space="preserve">[55:27] </w:t>
      </w:r>
      <w:r>
        <w:t>hai: "Maulana, kai aise log hain jo lambe period se aap ki kitabon ka mutala kar rahe hain</w:t>
      </w:r>
    </w:p>
    <w:p>
      <w:pPr>
        <w:jc w:val="right"/>
      </w:pPr>
      <w:r>
        <w:t>ہے: "مولانا، کئی ایسے لوگ ہیں جو لمبے پیریڈ سے آپ کی کتابوں کا مطالعہ کر رہے ہیں</w:t>
      </w:r>
    </w:p>
    <w:p>
      <w:r>
        <w:rPr>
          <w:b/>
        </w:rPr>
        <w:t xml:space="preserve">[55:32] </w:t>
      </w:r>
      <w:r>
        <w:t>aur aap ke mission ko phailana chahte hain, magar maujooda deeni madaris mein yeh mumkin nahi hai.</w:t>
      </w:r>
    </w:p>
    <w:p>
      <w:pPr>
        <w:jc w:val="right"/>
      </w:pPr>
      <w:r>
        <w:t>اور آپ کے مشن کو پھیلانا چاہتے ہیں، مگر موجودہ دینی مدارس میں یہ ممکن نہیں ہے۔</w:t>
      </w:r>
    </w:p>
    <w:p>
      <w:r>
        <w:rPr>
          <w:b/>
        </w:rPr>
        <w:t xml:space="preserve">[55:38] </w:t>
      </w:r>
      <w:r>
        <w:t>Maulana, aap kuch advice dein." Nahi, nahi, deeni madaris mein koi nahi mumkin hai.</w:t>
      </w:r>
    </w:p>
    <w:p>
      <w:pPr>
        <w:jc w:val="right"/>
      </w:pPr>
      <w:r>
        <w:t>مولانا، آپ کچھ ایڈوائس دیں۔" نہیں، نہیں، دینی مدارس میں کوئی نہیں ممکن ہے۔</w:t>
      </w:r>
    </w:p>
    <w:p>
      <w:r>
        <w:rPr>
          <w:b/>
        </w:rPr>
        <w:t xml:space="preserve">[55:44] </w:t>
      </w:r>
      <w:r>
        <w:t>main bhi deeni madaris mein parha hua hoon.</w:t>
      </w:r>
    </w:p>
    <w:p>
      <w:pPr>
        <w:jc w:val="right"/>
      </w:pPr>
      <w:r>
        <w:t>میں بھی دینی مدارس میں پڑھا ہوا ہوں۔</w:t>
      </w:r>
    </w:p>
    <w:p>
      <w:r>
        <w:rPr>
          <w:b/>
        </w:rPr>
        <w:t xml:space="preserve">[55:49] </w:t>
      </w:r>
      <w:r>
        <w:t>yeh main samajhta hoon ke sahi baat nahi hai.</w:t>
      </w:r>
    </w:p>
    <w:p>
      <w:pPr>
        <w:jc w:val="right"/>
      </w:pPr>
      <w:r>
        <w:t>یہ میں سمجھتا ہوں کہ صحیح بات نہیں ہے۔</w:t>
      </w:r>
    </w:p>
    <w:p>
      <w:r>
        <w:rPr>
          <w:b/>
        </w:rPr>
        <w:t xml:space="preserve">[55:55] </w:t>
      </w:r>
      <w:r>
        <w:t>aap chahe deeni madaris hon ya secular idare hon, kahin bhi hon, kaam karne ke awqaat har ek</w:t>
      </w:r>
    </w:p>
    <w:p>
      <w:pPr>
        <w:jc w:val="right"/>
      </w:pPr>
      <w:r>
        <w:t>آپ چاہے دینی مدارس ہوں یا سیکولر ادارے ہوں، کہیں بھی ہوں، کام کرنے کے مواقع ہر ایک</w:t>
      </w:r>
    </w:p>
    <w:p>
      <w:r>
        <w:rPr>
          <w:b/>
        </w:rPr>
        <w:t xml:space="preserve">[56:01] </w:t>
      </w:r>
      <w:r>
        <w:t>ke liye hote hain, woh kar sakta hai.</w:t>
      </w:r>
    </w:p>
    <w:p>
      <w:pPr>
        <w:jc w:val="right"/>
      </w:pPr>
      <w:r>
        <w:t>کے لیے ہوتے ہیں، وہ کر سکتا ہے۔</w:t>
      </w:r>
    </w:p>
    <w:p>
      <w:r>
        <w:rPr>
          <w:b/>
        </w:rPr>
        <w:t xml:space="preserve">[56:07] </w:t>
      </w:r>
      <w:r>
        <w:t>yeh main is ko is uzr ko main nahi manta kyunke mujhe khud bhi tajurba hai deeni madaris ka.</w:t>
      </w:r>
    </w:p>
    <w:p>
      <w:pPr>
        <w:jc w:val="right"/>
      </w:pPr>
      <w:r>
        <w:t>یہ میں اس کو اس عذر کو میں نہیں مانتا کیونکہ مجھے خود بھی تجربہ ہے دینی مدارس کا۔</w:t>
      </w:r>
    </w:p>
    <w:p>
      <w:r>
        <w:rPr>
          <w:b/>
        </w:rPr>
        <w:t xml:space="preserve">[56:12] </w:t>
      </w:r>
      <w:r>
        <w:t>Maulana, agla ek ek baat bataoon aap ko.</w:t>
      </w:r>
    </w:p>
    <w:p>
      <w:pPr>
        <w:jc w:val="right"/>
      </w:pPr>
      <w:r>
        <w:t>مولانا، اگلا ایک ایک بات بتاؤں آپ کو۔</w:t>
      </w:r>
    </w:p>
    <w:p>
      <w:r>
        <w:rPr>
          <w:b/>
        </w:rPr>
        <w:t xml:space="preserve">[56:18] </w:t>
      </w:r>
      <w:r>
        <w:t>ek qissa ek deeni madarse ka jahan mashhoor hai ke hamari kitabein wahan mana karte hain, par woh bante hain.</w:t>
      </w:r>
    </w:p>
    <w:p>
      <w:pPr>
        <w:jc w:val="right"/>
      </w:pPr>
      <w:r>
        <w:t>ایک قصہ ایک دینی مدرسے کا جہاں مشہور ہے کہ ہماری کتابیں وہاں منع کرتے ہیں، پروہ بنتے ہیں۔</w:t>
      </w:r>
    </w:p>
    <w:p>
      <w:r>
        <w:rPr>
          <w:b/>
        </w:rPr>
        <w:t xml:space="preserve">[56:24] </w:t>
      </w:r>
      <w:r>
        <w:t>ek ek bada deeni madrassa toh ek sahab, un ka naam hai Jan Muhammad, woh woh angrez hain,</w:t>
      </w:r>
    </w:p>
    <w:p>
      <w:pPr>
        <w:jc w:val="right"/>
      </w:pPr>
      <w:r>
        <w:t>ایک ایک بڑا دینی مدرسہ تو ایک صاحب، ان کا نام ہے جان محمد، وہ وہ انگریز ہیں،</w:t>
      </w:r>
    </w:p>
    <w:p>
      <w:r>
        <w:rPr>
          <w:b/>
        </w:rPr>
        <w:t xml:space="preserve">[56:29] </w:t>
      </w:r>
      <w:r>
        <w:t>woh woh paida hue England mein, un ka naam tha woh Jan Butt.</w:t>
      </w:r>
    </w:p>
    <w:p>
      <w:pPr>
        <w:jc w:val="right"/>
      </w:pPr>
      <w:r>
        <w:t>وہ وہ پیدا ہوئے انگلینڈ میں، ان کا نام تھا وہ جان بٹ۔</w:t>
      </w:r>
    </w:p>
    <w:p>
      <w:r>
        <w:rPr>
          <w:b/>
        </w:rPr>
        <w:t xml:space="preserve">[56:35] </w:t>
      </w:r>
      <w:r>
        <w:t>kya naam tha bhai? Jan Butt.</w:t>
      </w:r>
    </w:p>
    <w:p>
      <w:pPr>
        <w:jc w:val="right"/>
      </w:pPr>
      <w:r>
        <w:t>کیا نام تھا بھئی؟ جان بٹ۔</w:t>
      </w:r>
    </w:p>
    <w:p>
      <w:r>
        <w:rPr>
          <w:b/>
        </w:rPr>
        <w:t xml:space="preserve">[56:41] </w:t>
      </w:r>
      <w:r>
        <w:t>Jan Butt, un ka naam tha Jan Butt.</w:t>
      </w:r>
    </w:p>
    <w:p>
      <w:pPr>
        <w:jc w:val="right"/>
      </w:pPr>
      <w:r>
        <w:t>جان بٹ، ان کا نام تھا جان بٹ۔</w:t>
      </w:r>
    </w:p>
    <w:p>
      <w:r>
        <w:rPr>
          <w:b/>
        </w:rPr>
        <w:t xml:space="preserve">[56:46] </w:t>
      </w:r>
      <w:r>
        <w:t>phir un ko Islam ka mutalba kiya aur Islam qabool kar liya unhone.</w:t>
      </w:r>
    </w:p>
    <w:p>
      <w:pPr>
        <w:jc w:val="right"/>
      </w:pPr>
      <w:r>
        <w:t>پھر ان کو اسلام کا مطالبہ کیا اور اسلام قبول کر لیا انہوں نے۔</w:t>
      </w:r>
    </w:p>
    <w:p>
      <w:r>
        <w:rPr>
          <w:b/>
        </w:rPr>
        <w:t xml:space="preserve">[56:52] </w:t>
      </w:r>
      <w:r>
        <w:t>to apna naam rakh diya unhon ne jaan muhammad.</w:t>
      </w:r>
    </w:p>
    <w:p>
      <w:pPr>
        <w:jc w:val="right"/>
      </w:pPr>
      <w:r>
        <w:t>تو اپنا نام رکھ دیا انہوں نے جان محمد۔</w:t>
      </w:r>
    </w:p>
    <w:p>
      <w:r>
        <w:rPr>
          <w:b/>
        </w:rPr>
        <w:t xml:space="preserve">[56:58] </w:t>
      </w:r>
      <w:r>
        <w:t>to jis madrase mein, usi madrase mein parhte the woh, to woh hamari kitabein le kar ke bahar</w:t>
      </w:r>
    </w:p>
    <w:p>
      <w:pPr>
        <w:jc w:val="right"/>
      </w:pPr>
      <w:r>
        <w:t>تو جس مدرسے میں، اسی مدرسے میں پڑھتے تھے وہ، تو وہ ہماری کتابیں لے کر کے باہر</w:t>
      </w:r>
    </w:p>
    <w:p>
      <w:r>
        <w:rPr>
          <w:b/>
        </w:rPr>
        <w:t xml:space="preserve">[57:04] </w:t>
      </w:r>
      <w:r>
        <w:t>baithte the, woh bechte the kitabein.</w:t>
      </w:r>
    </w:p>
    <w:p>
      <w:pPr>
        <w:jc w:val="right"/>
      </w:pPr>
      <w:r>
        <w:t>بیٹھتے تھے، وہ بیچتے تھے کتابیں۔</w:t>
      </w:r>
    </w:p>
    <w:p>
      <w:r>
        <w:rPr>
          <w:b/>
        </w:rPr>
        <w:t xml:space="preserve">[57:09] </w:t>
      </w:r>
      <w:r>
        <w:t>yani bechne ki ek shakal thi, logon ko dete the.</w:t>
      </w:r>
    </w:p>
    <w:p>
      <w:pPr>
        <w:jc w:val="right"/>
      </w:pPr>
      <w:r>
        <w:t>یعنی بیچنے کی ایک شکل تھی، لوگوں کو دیتے تھے۔</w:t>
      </w:r>
    </w:p>
    <w:p>
      <w:r>
        <w:rPr>
          <w:b/>
        </w:rPr>
        <w:t xml:space="preserve">[57:15] </w:t>
      </w:r>
      <w:r>
        <w:t>to kisi ne kaha ke yahan to in kitabon ko be amanat hai, yeh kitabein jo aap likh bethe hain.</w:t>
      </w:r>
    </w:p>
    <w:p>
      <w:pPr>
        <w:jc w:val="right"/>
      </w:pPr>
      <w:r>
        <w:t>تو کسی نے کہا کہ یہاں تو ان کتابوں کو بے امانت ہے، یہ کتابیں جو آپ لکھ بیٹھے ہیں۔</w:t>
      </w:r>
    </w:p>
    <w:p>
      <w:r>
        <w:rPr>
          <w:b/>
        </w:rPr>
        <w:t xml:space="preserve">[57:21] </w:t>
      </w:r>
      <w:r>
        <w:t>to unhon ne kaha ke bhai, main to aap jante hain ke main yeh india ka aadmi nahi</w:t>
      </w:r>
    </w:p>
    <w:p>
      <w:pPr>
        <w:jc w:val="right"/>
      </w:pPr>
      <w:r>
        <w:t>تو انہوں نے کہا کہ بھئی، میں تو آپ جانتے ہیں کہ میں یہ انڈیا کا آدمی نہیں</w:t>
      </w:r>
    </w:p>
    <w:p>
      <w:r>
        <w:rPr>
          <w:b/>
        </w:rPr>
        <w:t xml:space="preserve">[57:26] </w:t>
      </w:r>
      <w:r>
        <w:t>hoon, bahar ka aadmi hoon, mere paas koi aamdani ka zariya nahi hai, to isi ko bech kar</w:t>
      </w:r>
    </w:p>
    <w:p>
      <w:pPr>
        <w:jc w:val="right"/>
      </w:pPr>
      <w:r>
        <w:t>ہوں، باہر کا آدمی ہوں، میرے پاس کوئی آمدنی کا ذریعہ نہیں ہے، تو اسی کو بیچ کر</w:t>
      </w:r>
    </w:p>
    <w:p>
      <w:r>
        <w:rPr>
          <w:b/>
        </w:rPr>
        <w:t xml:space="preserve">[57:32] </w:t>
      </w:r>
      <w:r>
        <w:t>ke kaam chalta hoon.</w:t>
      </w:r>
    </w:p>
    <w:p>
      <w:pPr>
        <w:jc w:val="right"/>
      </w:pPr>
      <w:r>
        <w:t>کے کام چلاتا ہوں۔</w:t>
      </w:r>
    </w:p>
    <w:p>
      <w:r>
        <w:rPr>
          <w:b/>
        </w:rPr>
        <w:t xml:space="preserve">[57:38] </w:t>
      </w:r>
      <w:r>
        <w:t>to kya aap chahte hain ke mera kaam na chale? main faqeer ban kar rahoon? to to aap</w:t>
      </w:r>
    </w:p>
    <w:p>
      <w:pPr>
        <w:jc w:val="right"/>
      </w:pPr>
      <w:r>
        <w:t>تو کیا آپ چاہتے ہیں کہ میرا کام نہ چلے؟ میں فقیر بن کر رہوں؟ تو تو آپ</w:t>
      </w:r>
    </w:p>
    <w:p>
      <w:r>
        <w:rPr>
          <w:b/>
        </w:rPr>
        <w:t xml:space="preserve">[57:43] </w:t>
      </w:r>
      <w:r>
        <w:t>aap hi be intezam kar dijiye.</w:t>
      </w:r>
    </w:p>
    <w:p>
      <w:pPr>
        <w:jc w:val="right"/>
      </w:pPr>
      <w:r>
        <w:t>آپ ہی بے انتظام کر دیجئے۔</w:t>
      </w:r>
    </w:p>
    <w:p>
      <w:r>
        <w:rPr>
          <w:b/>
        </w:rPr>
        <w:t xml:space="preserve">[57:49] </w:t>
      </w:r>
      <w:r>
        <w:t>to sab chup ho gaye.</w:t>
      </w:r>
    </w:p>
    <w:p>
      <w:pPr>
        <w:jc w:val="right"/>
      </w:pPr>
      <w:r>
        <w:t>تو سب چپ ہو گئے۔</w:t>
      </w:r>
    </w:p>
    <w:p>
      <w:r>
        <w:rPr>
          <w:b/>
        </w:rPr>
        <w:t xml:space="preserve">[57:55] </w:t>
      </w:r>
      <w:r>
        <w:t>to pata hai, har cheez ko aap baans kar sakte hain.</w:t>
      </w:r>
    </w:p>
    <w:p>
      <w:pPr>
        <w:jc w:val="right"/>
      </w:pPr>
      <w:r>
        <w:t>تو پتہ ہے، ہر چیز کو آپ بانس کر سکتے ہیں۔</w:t>
      </w:r>
    </w:p>
    <w:p>
      <w:r>
        <w:rPr>
          <w:b/>
        </w:rPr>
        <w:t xml:space="preserve">[58:01] </w:t>
      </w:r>
      <w:r>
        <w:t>woh sahib maujood hain, woh rehte hain, ab aaj kal jalalabad mein rehte hain, woh jaan muhammad</w:t>
      </w:r>
    </w:p>
    <w:p>
      <w:pPr>
        <w:jc w:val="right"/>
      </w:pPr>
      <w:r>
        <w:t>وہ صاحب موجود ہیں، وہ رہتے ہیں، اب آج کل جلال آباد میں رہتے ہیں، وہ جان محمد</w:t>
      </w:r>
    </w:p>
    <w:p>
      <w:r>
        <w:rPr>
          <w:b/>
        </w:rPr>
        <w:t xml:space="preserve">[58:06] </w:t>
      </w:r>
      <w:r>
        <w:t>sahib kab ke aate hain yahan par.</w:t>
      </w:r>
    </w:p>
    <w:p>
      <w:pPr>
        <w:jc w:val="right"/>
      </w:pPr>
      <w:r>
        <w:t>صاحب کب کے آتے ہیں یہاں پر۔</w:t>
      </w:r>
    </w:p>
    <w:p>
      <w:r>
        <w:rPr>
          <w:b/>
        </w:rPr>
        <w:t xml:space="preserve">[58:12] </w:t>
      </w:r>
      <w:r>
        <w:t>to aap art of management seekhein.</w:t>
      </w:r>
    </w:p>
    <w:p>
      <w:pPr>
        <w:jc w:val="right"/>
      </w:pPr>
      <w:r>
        <w:t>تو آپ آرٹ آف مینجمنٹ سیکھیں۔</w:t>
      </w:r>
    </w:p>
    <w:p>
      <w:r>
        <w:rPr>
          <w:b/>
        </w:rPr>
        <w:t xml:space="preserve">[58:18] </w:t>
      </w:r>
      <w:r>
        <w:t>you have to learn the art of management.</w:t>
      </w:r>
    </w:p>
    <w:p>
      <w:pPr>
        <w:jc w:val="right"/>
      </w:pPr>
      <w:r>
        <w:t>یو ہیو ٹو لرن دا آرٹ آف مینجمنٹ۔</w:t>
      </w:r>
    </w:p>
    <w:p>
      <w:r>
        <w:rPr>
          <w:b/>
        </w:rPr>
        <w:t xml:space="preserve">[58:23] </w:t>
      </w:r>
      <w:r>
        <w:t>kisi bhi situation mein aap hon, wahan manage karna mumkin hota hai.</w:t>
      </w:r>
    </w:p>
    <w:p>
      <w:pPr>
        <w:jc w:val="right"/>
      </w:pPr>
      <w:r>
        <w:t>کسی بھی سچویشن میں آپ ہوں، وہاں مینج کرنا ممکن ہوتا ہے۔</w:t>
      </w:r>
    </w:p>
    <w:p>
      <w:r>
        <w:rPr>
          <w:b/>
        </w:rPr>
        <w:t xml:space="preserve">[58:29] </w:t>
      </w:r>
      <w:r>
        <w:t>aap manage karna seekhein.</w:t>
      </w:r>
    </w:p>
    <w:p>
      <w:pPr>
        <w:jc w:val="right"/>
      </w:pPr>
      <w:r>
        <w:t>آپ مینج کرنا سیکھیں۔</w:t>
      </w:r>
    </w:p>
    <w:p>
      <w:r>
        <w:rPr>
          <w:b/>
        </w:rPr>
        <w:t xml:space="preserve">[58:35] </w:t>
      </w:r>
      <w:r>
        <w:t>jab unhon ne apne case ko yeh dikhaya ke main in ka مبلغ nahi hoon, main to apna</w:t>
      </w:r>
    </w:p>
    <w:p>
      <w:pPr>
        <w:jc w:val="right"/>
      </w:pPr>
      <w:r>
        <w:t>جب انہوں نے اپنے کیس کو یہ دکھایا کہ میں ان کا مبلغ نہیں ہوں، میں تو اپنا</w:t>
      </w:r>
    </w:p>
    <w:p>
      <w:r>
        <w:rPr>
          <w:b/>
        </w:rPr>
        <w:t xml:space="preserve">[58:40] </w:t>
      </w:r>
      <w:r>
        <w:t>rozi roti ke liye kar raha hoon, to logon ko woh zehan badal gaya.</w:t>
      </w:r>
    </w:p>
    <w:p>
      <w:pPr>
        <w:jc w:val="right"/>
      </w:pPr>
      <w:r>
        <w:t>روزی روٹی کے لیے کر رہا ہوں، تو لوگوں کو وہ ذہن بدل گیا۔</w:t>
      </w:r>
    </w:p>
    <w:p>
      <w:r>
        <w:rPr>
          <w:b/>
        </w:rPr>
        <w:t xml:space="preserve">[58:46] </w:t>
      </w:r>
      <w:r>
        <w:t>unhon ne kaha theek hai, apna kijiye aap.</w:t>
      </w:r>
    </w:p>
    <w:p>
      <w:pPr>
        <w:jc w:val="right"/>
      </w:pPr>
      <w:r>
        <w:t>انہوں نے کہا ٹھیک ہے، اپنا کیجئے آپ۔</w:t>
      </w:r>
    </w:p>
    <w:p>
      <w:r>
        <w:rPr>
          <w:b/>
        </w:rPr>
        <w:t xml:space="preserve">[58:52] </w:t>
      </w:r>
      <w:r>
        <w:t>to main samajhta hoon ke chahe deeni madrassa ho ya koi jagah ho, har cheez manageable hoti hai.</w:t>
      </w:r>
    </w:p>
    <w:p>
      <w:pPr>
        <w:jc w:val="right"/>
      </w:pPr>
      <w:r>
        <w:t>تو میں سمجھتا ہوں کہ چاہے دینی مدرسہ ہو یا کوئی جگہ ہو، ہر چیز مینیجیبل ہوتی ہے۔</w:t>
      </w:r>
    </w:p>
    <w:p>
      <w:r>
        <w:rPr>
          <w:b/>
        </w:rPr>
        <w:t xml:space="preserve">[58:58] </w:t>
      </w:r>
      <w:r>
        <w:t>wohi karna chahiye aadmi ko.</w:t>
      </w:r>
    </w:p>
    <w:p>
      <w:pPr>
        <w:jc w:val="right"/>
      </w:pPr>
      <w:r>
        <w:t>وہی کرنا چاہیے آدمی کو۔</w:t>
      </w:r>
    </w:p>
    <w:p>
      <w:r>
        <w:rPr>
          <w:b/>
        </w:rPr>
        <w:t xml:space="preserve">[59:03] </w:t>
      </w:r>
      <w:r>
        <w:t>maulana, agla sawal miss ayesha khan ne kiya hai kanpur se, aur unhon ne likha hai: "maulana sahib,</w:t>
      </w:r>
    </w:p>
    <w:p>
      <w:pPr>
        <w:jc w:val="right"/>
      </w:pPr>
      <w:r>
        <w:t>مولانا، اگلا سوال مس عائشہ خان نے کیا ہے کانپور سے، اور انہوں نے لکھا ہے: "مولانا صاحب،</w:t>
      </w:r>
    </w:p>
    <w:p>
      <w:r>
        <w:rPr>
          <w:b/>
        </w:rPr>
        <w:t xml:space="preserve">[59:09] </w:t>
      </w:r>
      <w:r>
        <w:t>i am a mother of three children and a housewife.</w:t>
      </w:r>
    </w:p>
    <w:p>
      <w:pPr>
        <w:jc w:val="right"/>
      </w:pPr>
      <w:r>
        <w:t>آئی ایم اے مدر آف تھری چلڈرن اینڈ اے ہاؤس وائف۔</w:t>
      </w:r>
    </w:p>
    <w:p>
      <w:r>
        <w:rPr>
          <w:b/>
        </w:rPr>
        <w:t xml:space="preserve">[59:15] </w:t>
      </w:r>
      <w:r>
        <w:t>aai im bazi vid dem and haus vark, bat aai falo yor taks and al so red yor</w:t>
      </w:r>
    </w:p>
    <w:p>
      <w:pPr>
        <w:jc w:val="right"/>
      </w:pPr>
      <w:r>
        <w:t>آئی ایم بزی ود دیم اینڈ ہاؤس ورک، بٹ آئی فالو یور ٹاکس اینڈ آل سو ریڈ یور</w:t>
      </w:r>
    </w:p>
    <w:p>
      <w:r>
        <w:rPr>
          <w:b/>
        </w:rPr>
        <w:t xml:space="preserve">[59:20] </w:t>
      </w:r>
      <w:r>
        <w:t>baks, vich giv mi lat of pes and pozitiv thinking.</w:t>
      </w:r>
    </w:p>
    <w:p>
      <w:pPr>
        <w:jc w:val="right"/>
      </w:pPr>
      <w:r>
        <w:t>بکس، وچ گیو می لاٹ آف پیس اینڈ پوزیٹیو تھنکنگ۔</w:t>
      </w:r>
    </w:p>
    <w:p>
      <w:r>
        <w:rPr>
          <w:b/>
        </w:rPr>
        <w:t xml:space="preserve">[59:26] </w:t>
      </w:r>
      <w:r>
        <w:t>mai kveschan iz dat benig a madar and involvd in haus vark, ai donat gat mach taim to</w:t>
      </w:r>
    </w:p>
    <w:p>
      <w:pPr>
        <w:jc w:val="right"/>
      </w:pPr>
      <w:r>
        <w:t>مائی کوئسچن از دیٹ بینگ اے مدر اینڈ انوالوڈ ان ہاؤس ورک، آئی ڈونٹ گیٹ مچ ٹائم ٹو</w:t>
      </w:r>
    </w:p>
    <w:p>
      <w:r>
        <w:rPr>
          <w:b/>
        </w:rPr>
        <w:t xml:space="preserve">[59:32] </w:t>
      </w:r>
      <w:r>
        <w:t>do vark far da din, and mani taimz ai fil gilati and gat thauts dat allah me nat</w:t>
      </w:r>
    </w:p>
    <w:p>
      <w:pPr>
        <w:jc w:val="right"/>
      </w:pPr>
      <w:r>
        <w:t>ڈو ورک فار دا دین، اینڈ مینی ٹائمز آئی فیل گلٹی اینڈ گیٹ تھاٹس دیٹ اللہ می ناٹ</w:t>
      </w:r>
    </w:p>
    <w:p>
      <w:r>
        <w:rPr>
          <w:b/>
        </w:rPr>
        <w:t xml:space="preserve">[59:37] </w:t>
      </w:r>
      <w:r>
        <w:t>giv mi paradiz, bikaz ai am nat duing ani thing far da din.</w:t>
      </w:r>
    </w:p>
    <w:p>
      <w:pPr>
        <w:jc w:val="right"/>
      </w:pPr>
      <w:r>
        <w:t>گیو می پیراڈائز، بیکاز آئی ایم ناٹ ڈوئنگ اینی تھنگ فار دا دین۔</w:t>
      </w:r>
    </w:p>
    <w:p>
      <w:r>
        <w:rPr>
          <w:b/>
        </w:rPr>
        <w:t xml:space="preserve">[59:43] </w:t>
      </w:r>
      <w:r>
        <w:t>maulana sahib, pliz advais mi vat shud ai do az ai kant liv haus vark and der iz</w:t>
      </w:r>
    </w:p>
    <w:p>
      <w:pPr>
        <w:jc w:val="right"/>
      </w:pPr>
      <w:r>
        <w:t>مولانا صاحب، پلیز ایڈوائس می واٹ شوڈ آئی ڈو ایز آئی کانٹ لیو ہاؤس ورک اینڈ دیر از</w:t>
      </w:r>
    </w:p>
    <w:p>
      <w:r>
        <w:rPr>
          <w:b/>
        </w:rPr>
        <w:t xml:space="preserve">[59:49] </w:t>
      </w:r>
      <w:r>
        <w:t>nat mach taim laft far mi to do dava vark.</w:t>
      </w:r>
    </w:p>
    <w:p>
      <w:pPr>
        <w:jc w:val="right"/>
      </w:pPr>
      <w:r>
        <w:t>ناٹ مچ ٹائم لیفٹ فار می ٹو ڈو داوا ورک۔</w:t>
      </w:r>
    </w:p>
    <w:p>
      <w:r>
        <w:rPr>
          <w:b/>
        </w:rPr>
        <w:t xml:space="preserve">[59:55] </w:t>
      </w:r>
      <w:r>
        <w:t>hav kain ai aspair to kvalifai far paradiz?" dekhiye, main is ko koi uzar nahin samajhta.</w:t>
      </w:r>
    </w:p>
    <w:p>
      <w:pPr>
        <w:jc w:val="right"/>
      </w:pPr>
      <w:r>
        <w:t>ہاؤ کین آئی ایسپائر ٹو کوالیفائی فار پیراڈائز؟" دیکھیے، میں اس کو کوئی عذر نہیں سمجھتا۔</w:t>
      </w:r>
    </w:p>
    <w:p>
      <w:r>
        <w:rPr>
          <w:b/>
        </w:rPr>
        <w:t xml:space="preserve">[1:00:00] </w:t>
      </w:r>
      <w:r>
        <w:t>har chiz aap ko kahata hun involv karate hain.</w:t>
      </w:r>
    </w:p>
    <w:p>
      <w:pPr>
        <w:jc w:val="right"/>
      </w:pPr>
      <w:r>
        <w:t>ہر چیز آپ کو کہتا ہوں انوالو کرتے ہیں۔</w:t>
      </w:r>
    </w:p>
    <w:p>
      <w:r>
        <w:rPr>
          <w:b/>
        </w:rPr>
        <w:t xml:space="preserve">[1:00:06] </w:t>
      </w:r>
      <w:r>
        <w:t>aap aap involv bahut zyada karenge to aap ka taim na rahega.</w:t>
      </w:r>
    </w:p>
    <w:p>
      <w:pPr>
        <w:jc w:val="right"/>
      </w:pPr>
      <w:r>
        <w:t>آپ آپ انوالو بہت زیادہ کریں گے تو آپ کا ٹائم نہ رہے گا۔</w:t>
      </w:r>
    </w:p>
    <w:p>
      <w:r>
        <w:rPr>
          <w:b/>
        </w:rPr>
        <w:t xml:space="preserve">[1:00:12] </w:t>
      </w:r>
      <w:r>
        <w:t>kam involv kijie.</w:t>
      </w:r>
    </w:p>
    <w:p>
      <w:pPr>
        <w:jc w:val="right"/>
      </w:pPr>
      <w:r>
        <w:t>کم انوالو کیجئے۔</w:t>
      </w:r>
    </w:p>
    <w:p>
      <w:r>
        <w:rPr>
          <w:b/>
        </w:rPr>
        <w:t xml:space="preserve">[1:00:17] </w:t>
      </w:r>
      <w:r>
        <w:t>to tami taim hai.</w:t>
      </w:r>
    </w:p>
    <w:p>
      <w:pPr>
        <w:jc w:val="right"/>
      </w:pPr>
      <w:r>
        <w:t>تو ٹامی ٹائم ہے۔</w:t>
      </w:r>
    </w:p>
    <w:p>
      <w:r>
        <w:rPr>
          <w:b/>
        </w:rPr>
        <w:t xml:space="preserve">[1:00:23] </w:t>
      </w:r>
      <w:r>
        <w:t>main ne jab padhta tha bachapan mein urdu lider, is mein ek sher tha, ab tak mujhe yad</w:t>
      </w:r>
    </w:p>
    <w:p>
      <w:pPr>
        <w:jc w:val="right"/>
      </w:pPr>
      <w:r>
        <w:t>میں نے جب پڑھتا تھا بچپن میں اردو لیڈر، اس میں ایک شعر تھا، اب تک مجھے یاد</w:t>
      </w:r>
    </w:p>
    <w:p>
      <w:r>
        <w:rPr>
          <w:b/>
        </w:rPr>
        <w:t xml:space="preserve">[1:00:29] </w:t>
      </w:r>
      <w:r>
        <w:t>hai: "vakt mein tangi farakhi donon hain, jaise rabar khinchne se padati hai, chhode se jati hai." sakad</w:t>
      </w:r>
    </w:p>
    <w:p>
      <w:pPr>
        <w:jc w:val="right"/>
      </w:pPr>
      <w:r>
        <w:t>ہے: "وقت میں تنگی فراخی دونوں ہیں، جیسے ربڑ کھینچنے سے پڑتی ہے، چھوڑے سے جاتی ہے۔" سکڑ</w:t>
      </w:r>
    </w:p>
    <w:p>
      <w:r>
        <w:rPr>
          <w:b/>
        </w:rPr>
        <w:t xml:space="preserve">[1:00:34] </w:t>
      </w:r>
      <w:r>
        <w:t>is ko aj kal ki zaban mein main kahunga ki art of manajmant sikhen.</w:t>
      </w:r>
    </w:p>
    <w:p>
      <w:pPr>
        <w:jc w:val="right"/>
      </w:pPr>
      <w:r>
        <w:t>اس کو آج کل کی زبان میں میں کہوں گا کہ آرٹ آف مینجمنٹ سیکھیں۔</w:t>
      </w:r>
    </w:p>
    <w:p>
      <w:r>
        <w:rPr>
          <w:b/>
        </w:rPr>
        <w:t xml:space="preserve">[1:00:40] </w:t>
      </w:r>
      <w:r>
        <w:t>main samajhta hun ki art of manajmant asal hai.</w:t>
      </w:r>
    </w:p>
    <w:p>
      <w:pPr>
        <w:jc w:val="right"/>
      </w:pPr>
      <w:r>
        <w:t>میں سمجھتا ہوں کہ آرٹ آف مینجمنٹ اصل ہے۔</w:t>
      </w:r>
    </w:p>
    <w:p>
      <w:r>
        <w:rPr>
          <w:b/>
        </w:rPr>
        <w:t xml:space="preserve">[1:00:46] </w:t>
      </w:r>
      <w:r>
        <w:t>apne ko kitna involv aap karate hain, vah asal hai.</w:t>
      </w:r>
    </w:p>
    <w:p>
      <w:pPr>
        <w:jc w:val="right"/>
      </w:pPr>
      <w:r>
        <w:t>اپنے کو کتنا انوالو آپ کرتے ہیں، وہ اصل ہے۔</w:t>
      </w:r>
    </w:p>
    <w:p>
      <w:r>
        <w:rPr>
          <w:b/>
        </w:rPr>
        <w:t xml:space="preserve">[1:00:51] </w:t>
      </w:r>
      <w:r>
        <w:t>misal ke taur par dekhiye, main ek qissa main ne bataya logon ko ki main ek sahab ke han gaya.</w:t>
      </w:r>
    </w:p>
    <w:p>
      <w:pPr>
        <w:jc w:val="right"/>
      </w:pPr>
      <w:r>
        <w:t>مثال کے طور پر دیکھیے، میں ایک قصہ میں نے بتایا لوگوں کو کہ میں ایک صاحب کے ہاں گیا۔</w:t>
      </w:r>
    </w:p>
    <w:p>
      <w:r>
        <w:rPr>
          <w:b/>
        </w:rPr>
        <w:t xml:space="preserve">[1:00:57] </w:t>
      </w:r>
      <w:r>
        <w:t>yah bat gujrat ka vaqia hai.</w:t>
      </w:r>
    </w:p>
    <w:p>
      <w:pPr>
        <w:jc w:val="right"/>
      </w:pPr>
      <w:r>
        <w:t>یہ بات گجرات کا واقعہ ہے۔</w:t>
      </w:r>
    </w:p>
    <w:p>
      <w:r>
        <w:rPr>
          <w:b/>
        </w:rPr>
        <w:t xml:space="preserve">[1:01:03] </w:t>
      </w:r>
      <w:r>
        <w:t>to vah har vakt apne bachche ko god mein le lete the.</w:t>
      </w:r>
    </w:p>
    <w:p>
      <w:pPr>
        <w:jc w:val="right"/>
      </w:pPr>
      <w:r>
        <w:t>تو وہ ہر وقت اپنے بچے کو گود میں لے لیتے تھے۔</w:t>
      </w:r>
    </w:p>
    <w:p>
      <w:r>
        <w:rPr>
          <w:b/>
        </w:rPr>
        <w:t xml:space="preserve">[1:01:09] </w:t>
      </w:r>
      <w:r>
        <w:t>vah to main ne kaha, "bachche god mein kyon lete hain?" aap kahata hai, "hazrat, zyada." kaha, "mera</w:t>
      </w:r>
    </w:p>
    <w:p>
      <w:pPr>
        <w:jc w:val="right"/>
      </w:pPr>
      <w:r>
        <w:t>وہ تو میں نے کہا، "بچے گود میں کیوں لیتے ہیں؟" آپ کہتا ہے، "حضرت، زیادہ۔" کہا، "میرا</w:t>
      </w:r>
    </w:p>
    <w:p>
      <w:r>
        <w:rPr>
          <w:b/>
        </w:rPr>
        <w:t xml:space="preserve">[1:01:14] </w:t>
      </w:r>
      <w:r>
        <w:t>bachcha kamzor hai." to main ne un ko sakht alfaz mein kaha, "bilkul nahin, aap un ko utariye."</w:t>
      </w:r>
    </w:p>
    <w:p>
      <w:pPr>
        <w:jc w:val="right"/>
      </w:pPr>
      <w:r>
        <w:t>بچہ کمزور ہے۔" تو میں نے ان کو سخت الفاظ میں کہا، "بالکل نہیں، آپ ان کو اتاریے۔"</w:t>
      </w:r>
    </w:p>
    <w:p>
      <w:r>
        <w:rPr>
          <w:b/>
        </w:rPr>
        <w:t xml:space="preserve">[1:01:20] </w:t>
      </w:r>
      <w:r>
        <w:t>utarvaya to ladka daudane laga.</w:t>
      </w:r>
    </w:p>
    <w:p>
      <w:pPr>
        <w:jc w:val="right"/>
      </w:pPr>
      <w:r>
        <w:t>اتروایا تو لڑکا دوڑنے لگا۔</w:t>
      </w:r>
    </w:p>
    <w:p>
      <w:r>
        <w:rPr>
          <w:b/>
        </w:rPr>
        <w:t xml:space="preserve">[1:01:26] </w:t>
      </w:r>
      <w:r>
        <w:t>ladka daudane laga to log ghair zaruri to apne ko masghul karate hain.</w:t>
      </w:r>
    </w:p>
    <w:p>
      <w:pPr>
        <w:jc w:val="right"/>
      </w:pPr>
      <w:r>
        <w:t>لڑکا دوڑنے لگا تو لوگ غیر ضروری تو اپنے کو مشغول کرتے ہیں۔</w:t>
      </w:r>
    </w:p>
    <w:p>
      <w:r>
        <w:rPr>
          <w:b/>
        </w:rPr>
        <w:t xml:space="preserve">[1:01:31] </w:t>
      </w:r>
      <w:r>
        <w:t>yani bachche ko daudane dijiye, bachche ko mehnat karane dijiye, bachche ko khud karane dijiye.</w:t>
      </w:r>
    </w:p>
    <w:p>
      <w:pPr>
        <w:jc w:val="right"/>
      </w:pPr>
      <w:r>
        <w:t>یعنی بچے کو دوڑنے دیجئے، بچے کو محنت کرنے دیجئے، بچے کو خود کرنے دیجئے۔</w:t>
      </w:r>
    </w:p>
    <w:p>
      <w:r>
        <w:rPr>
          <w:b/>
        </w:rPr>
        <w:t xml:space="preserve">[1:01:37] </w:t>
      </w:r>
      <w:r>
        <w:t>khawamkhwah har kaam chahte hain ke hum hum hum ka karein to apne ko zyada involve kar lete hain.</w:t>
      </w:r>
    </w:p>
    <w:p>
      <w:pPr>
        <w:jc w:val="right"/>
      </w:pPr>
      <w:r>
        <w:t>خوامخواہ ہر کام چاہتے ہیں کہ ہم ہم ہم کا کریں تو اپنے کو زیادہ انوالو کر لیتے ہیں۔</w:t>
      </w:r>
    </w:p>
    <w:p>
      <w:r>
        <w:rPr>
          <w:b/>
        </w:rPr>
        <w:t xml:space="preserve">[1:01:43] </w:t>
      </w:r>
      <w:r>
        <w:t>asal cheez yeh hai, kam involve kijiye, manage karna seekhein.</w:t>
      </w:r>
    </w:p>
    <w:p>
      <w:pPr>
        <w:jc w:val="right"/>
      </w:pPr>
      <w:r>
        <w:t>اصل چیز یہ ہے، کم انوالو کیجئے، مینج کرنا سیکھیں۔</w:t>
      </w:r>
    </w:p>
    <w:p>
      <w:r>
        <w:rPr>
          <w:b/>
        </w:rPr>
        <w:t xml:space="preserve">[1:01:48] </w:t>
      </w:r>
      <w:r>
        <w:t>to sab sab sab time hi time hai.</w:t>
      </w:r>
    </w:p>
    <w:p>
      <w:pPr>
        <w:jc w:val="right"/>
      </w:pPr>
      <w:r>
        <w:t>تو سب سب سب ٹائم ہی ٹائم ہے۔</w:t>
      </w:r>
    </w:p>
    <w:p>
      <w:r>
        <w:rPr>
          <w:b/>
        </w:rPr>
        <w:t xml:space="preserve">[1:01:54] </w:t>
      </w:r>
      <w:r>
        <w:t>mein to samajhta hoon ke sab time hi time hai.</w:t>
      </w:r>
    </w:p>
    <w:p>
      <w:pPr>
        <w:jc w:val="right"/>
      </w:pPr>
      <w:r>
        <w:t>میں تو سمجھتا ہوں کہ سب ٹائم ہی ٹائم ہے۔</w:t>
      </w:r>
    </w:p>
    <w:p>
      <w:r>
        <w:rPr>
          <w:b/>
        </w:rPr>
        <w:t xml:space="preserve">[1:02:00] </w:t>
      </w:r>
      <w:r>
        <w:t>khawamkhwah apne ko involve kar ke log time apna khatm kar dete hain.</w:t>
      </w:r>
    </w:p>
    <w:p>
      <w:pPr>
        <w:jc w:val="right"/>
      </w:pPr>
      <w:r>
        <w:t>خوامخواہ اپنے کو انوالو کر کے لوگ ٹائم اپنا ختم کر دیتے ہیں۔</w:t>
      </w:r>
    </w:p>
    <w:p>
      <w:r>
        <w:rPr>
          <w:b/>
        </w:rPr>
        <w:t xml:space="preserve">[1:02:06] </w:t>
      </w:r>
      <w:r>
        <w:t>ek sahab hain, mein jaanta hoon, mein in ko.</w:t>
      </w:r>
    </w:p>
    <w:p>
      <w:pPr>
        <w:jc w:val="right"/>
      </w:pPr>
      <w:r>
        <w:t>ایک صاحب ہیں، میں جانتا ہوں، میں ان کو۔</w:t>
      </w:r>
    </w:p>
    <w:p>
      <w:r>
        <w:rPr>
          <w:b/>
        </w:rPr>
        <w:t xml:space="preserve">[1:02:11] </w:t>
      </w:r>
      <w:r>
        <w:t>in ka bachcha tha ghaleban barah saal ka.</w:t>
      </w:r>
    </w:p>
    <w:p>
      <w:pPr>
        <w:jc w:val="right"/>
      </w:pPr>
      <w:r>
        <w:t>ان کا بچہ تھا غالباً بارہ سال کا۔</w:t>
      </w:r>
    </w:p>
    <w:p>
      <w:r>
        <w:rPr>
          <w:b/>
        </w:rPr>
        <w:t xml:space="preserve">[1:02:17] </w:t>
      </w:r>
      <w:r>
        <w:t>to barah saal ki umar mein unhon ne bachche ko bhej diya bombay.</w:t>
      </w:r>
    </w:p>
    <w:p>
      <w:pPr>
        <w:jc w:val="right"/>
      </w:pPr>
      <w:r>
        <w:t>تو بارہ سال کی عمر میں انہوں نے بچے کو بھیج دیا بمبئی۔</w:t>
      </w:r>
    </w:p>
    <w:p>
      <w:r>
        <w:rPr>
          <w:b/>
        </w:rPr>
        <w:t xml:space="preserve">[1:02:23] </w:t>
      </w:r>
      <w:r>
        <w:t>woh andhra pradesh aane wale they.</w:t>
      </w:r>
    </w:p>
    <w:p>
      <w:pPr>
        <w:jc w:val="right"/>
      </w:pPr>
      <w:r>
        <w:t>وہ آندھرا پردیش آنے والے تھے۔</w:t>
      </w:r>
    </w:p>
    <w:p>
      <w:r>
        <w:rPr>
          <w:b/>
        </w:rPr>
        <w:t xml:space="preserve">[1:02:28] </w:t>
      </w:r>
      <w:r>
        <w:t>logon ne kaha, "arey, barah bachche ko bombay bhej rahe hain, kahin kahin tasbeeh to seekhega woh."</w:t>
      </w:r>
    </w:p>
    <w:p>
      <w:pPr>
        <w:jc w:val="right"/>
      </w:pPr>
      <w:r>
        <w:t>لوگوں نے کہا، "ارے، بارہ بچے کو بمبئی بھیج رہے ہیں، کہیں کہیں تسبیح تو سیکھے گا وہ۔"</w:t>
      </w:r>
    </w:p>
    <w:p>
      <w:r>
        <w:rPr>
          <w:b/>
        </w:rPr>
        <w:t xml:space="preserve">[1:02:34] </w:t>
      </w:r>
      <w:r>
        <w:t>to jeeb mein paisa de diya us ko, kaha ke jao.</w:t>
      </w:r>
    </w:p>
    <w:p>
      <w:pPr>
        <w:jc w:val="right"/>
      </w:pPr>
      <w:r>
        <w:t>تو جیب میں پیسہ دے دیا اس کو، کہا کہ جاؤ۔</w:t>
      </w:r>
    </w:p>
    <w:p>
      <w:r>
        <w:rPr>
          <w:b/>
        </w:rPr>
        <w:t xml:space="preserve">[1:02:40] </w:t>
      </w:r>
      <w:r>
        <w:t>to wahan par kuch police ka dhakka bhi khaya us ne.</w:t>
      </w:r>
    </w:p>
    <w:p>
      <w:pPr>
        <w:jc w:val="right"/>
      </w:pPr>
      <w:r>
        <w:t>تو وہاں پر کچھ پولیس کا دھکا بھی کھایا اس نے۔</w:t>
      </w:r>
    </w:p>
    <w:p>
      <w:r>
        <w:rPr>
          <w:b/>
        </w:rPr>
        <w:t xml:space="preserve">[1:02:45] </w:t>
      </w:r>
      <w:r>
        <w:t>kahin us ko khane bhi nahi mila.</w:t>
      </w:r>
    </w:p>
    <w:p>
      <w:pPr>
        <w:jc w:val="right"/>
      </w:pPr>
      <w:r>
        <w:t>کہیں اس کو کھانے بھی نہیں ملا۔</w:t>
      </w:r>
    </w:p>
    <w:p>
      <w:r>
        <w:rPr>
          <w:b/>
        </w:rPr>
        <w:t xml:space="preserve">[1:02:51] </w:t>
      </w:r>
      <w:r>
        <w:t>sab tajrube hue.</w:t>
      </w:r>
    </w:p>
    <w:p>
      <w:pPr>
        <w:jc w:val="right"/>
      </w:pPr>
      <w:r>
        <w:t>سب تجربے ہوئے۔</w:t>
      </w:r>
    </w:p>
    <w:p>
      <w:r>
        <w:rPr>
          <w:b/>
        </w:rPr>
        <w:t xml:space="preserve">[1:02:57] </w:t>
      </w:r>
      <w:r>
        <w:t>wohi shakhs, mein jaanta hoon, us aadmi ko bohat bada woh builder bana, bohat paisa kamaya us ne.</w:t>
      </w:r>
    </w:p>
    <w:p>
      <w:pPr>
        <w:jc w:val="right"/>
      </w:pPr>
      <w:r>
        <w:t>وہی شخص، میں جانتا ہوں، اس آدمی کو بہت بڑا وہ بلڈر بنا، بہت پیسہ کمایا اس نے۔</w:t>
      </w:r>
    </w:p>
    <w:p>
      <w:r>
        <w:rPr>
          <w:b/>
        </w:rPr>
        <w:t xml:space="preserve">[1:03:03] </w:t>
      </w:r>
      <w:r>
        <w:t>isi isi ne to us ke us ke us ke baap, us ke dada ne bheja tha us ko bombay.</w:t>
      </w:r>
    </w:p>
    <w:p>
      <w:pPr>
        <w:jc w:val="right"/>
      </w:pPr>
      <w:r>
        <w:t>اسی اسی نے تو اس کے اس کے اس کے باپ، اس کے دادا نے بھیجا تھا اس کو بمبئی۔</w:t>
      </w:r>
    </w:p>
    <w:p>
      <w:r>
        <w:rPr>
          <w:b/>
        </w:rPr>
        <w:t xml:space="preserve">[1:03:08] </w:t>
      </w:r>
      <w:r>
        <w:t>to dada ne kaha tha ke us ko seekhna chahiye na.</w:t>
      </w:r>
    </w:p>
    <w:p>
      <w:pPr>
        <w:jc w:val="right"/>
      </w:pPr>
      <w:r>
        <w:t>تو دادا نے کہا تھا کہ اس کو سیکھنا چاہیے نا۔</w:t>
      </w:r>
    </w:p>
    <w:p>
      <w:r>
        <w:rPr>
          <w:b/>
        </w:rPr>
        <w:t xml:space="preserve">[1:03:14] </w:t>
      </w:r>
      <w:r>
        <w:t>jayega, koi dhakka khaye to seekhega.</w:t>
      </w:r>
    </w:p>
    <w:p>
      <w:pPr>
        <w:jc w:val="right"/>
      </w:pPr>
      <w:r>
        <w:t>جائے گا، کوئی دھکا کھائے تو سیکھے گا۔</w:t>
      </w:r>
    </w:p>
    <w:p>
      <w:r>
        <w:rPr>
          <w:b/>
        </w:rPr>
        <w:t xml:space="preserve">[1:03:20] </w:t>
      </w:r>
      <w:r>
        <w:t>to log khawamkhwah chahte hain ke bachchon ki pampering karna hai, us ko us ko khud kuch na karna pade.</w:t>
      </w:r>
    </w:p>
    <w:p>
      <w:pPr>
        <w:jc w:val="right"/>
      </w:pPr>
      <w:r>
        <w:t>تو لوگ خوامخواہ چاہتے ہیں کہ بچوں کی پیمپری کرنا ہے، اس کو اس کو خود کچھ نہ کرنا پڑے۔</w:t>
      </w:r>
    </w:p>
    <w:p>
      <w:r>
        <w:rPr>
          <w:b/>
        </w:rPr>
        <w:t xml:space="preserve">[1:03:25] </w:t>
      </w:r>
      <w:r>
        <w:t>is mein apne ko involve kar lete hain.</w:t>
      </w:r>
    </w:p>
    <w:p>
      <w:pPr>
        <w:jc w:val="right"/>
      </w:pPr>
      <w:r>
        <w:t>اس میں اپنے کو انوالو کر لیتے ہیں۔</w:t>
      </w:r>
    </w:p>
    <w:p>
      <w:r>
        <w:rPr>
          <w:b/>
        </w:rPr>
        <w:t xml:space="preserve">[1:03:31] </w:t>
      </w:r>
      <w:r>
        <w:t>to involvement ko kam kijiye, manage karna seekhein, warna koi masla nahi hai.</w:t>
      </w:r>
    </w:p>
    <w:p>
      <w:pPr>
        <w:jc w:val="right"/>
      </w:pPr>
      <w:r>
        <w:t>تو انوالومنٹ کو کم کیجئے، مینج کرنا سیکھیں، ورنہ کوئی مسئلہ نہیں ہے۔</w:t>
      </w:r>
    </w:p>
    <w:p>
      <w:r>
        <w:rPr>
          <w:b/>
        </w:rPr>
        <w:t xml:space="preserve">[1:03:37] </w:t>
      </w:r>
      <w:r>
        <w:t>ji Maulana, agla sawal lene se pehle ek comment padhna chahenge jo doctor farida khanam ne bheja</w:t>
      </w:r>
    </w:p>
    <w:p>
      <w:pPr>
        <w:jc w:val="right"/>
      </w:pPr>
      <w:r>
        <w:t>جی مولانا، اگلا سوال لینے سے پہلے ایک کمنٹ پڑھنا چاہیں گے جو ڈاکٹر فریدہ خانم نے بھیجا</w:t>
      </w:r>
    </w:p>
    <w:p>
      <w:r>
        <w:rPr>
          <w:b/>
        </w:rPr>
        <w:t xml:space="preserve">[1:03:42] </w:t>
      </w:r>
      <w:r>
        <w:t>hai dilli se.</w:t>
      </w:r>
    </w:p>
    <w:p>
      <w:pPr>
        <w:jc w:val="right"/>
      </w:pPr>
      <w:r>
        <w:t>ہے دلی سے۔</w:t>
      </w:r>
    </w:p>
    <w:p>
      <w:r>
        <w:rPr>
          <w:b/>
        </w:rPr>
        <w:t xml:space="preserve">[1:03:48] </w:t>
      </w:r>
      <w:r>
        <w:t>unhon ne likha hai: "wonderful idea that the world is a university where we are sent for preparing</w:t>
      </w:r>
    </w:p>
    <w:p>
      <w:pPr>
        <w:jc w:val="right"/>
      </w:pPr>
      <w:r>
        <w:t>انہوں نے لکھا ہے: "ونڈرفل آئیڈیا دیٹ دا ورلڈ از اے یونیورسٹی ویئر وی آر سینٹ فار پریپیرنگ</w:t>
      </w:r>
    </w:p>
    <w:p>
      <w:r>
        <w:rPr>
          <w:b/>
        </w:rPr>
        <w:t xml:space="preserve">[1:03:54] </w:t>
      </w:r>
      <w:r>
        <w:t>our selves for paradise." Maulana, agla sawal kya hai rahul sharma ji ne bangalore se.</w:t>
      </w:r>
    </w:p>
    <w:p>
      <w:pPr>
        <w:jc w:val="right"/>
      </w:pPr>
      <w:r>
        <w:t>اور سیلفس فار پیراڈائز۔" مولانا، اگلا سوال کیا ہے راہل شرما جی نے بینگلور سے۔</w:t>
      </w:r>
    </w:p>
    <w:p>
      <w:r>
        <w:rPr>
          <w:b/>
        </w:rPr>
        <w:t xml:space="preserve">[1:04:00] </w:t>
      </w:r>
      <w:r>
        <w:t>unho ne likha hai: "maulana sahib, i am a hindu but i am all so your follower becaus</w:t>
      </w:r>
    </w:p>
    <w:p>
      <w:pPr>
        <w:jc w:val="right"/>
      </w:pPr>
      <w:r>
        <w:t>انہوں نے لکھا ہے: "مولانا صاحب، آئی ایم اے ہندو بٹ آئی ایم آل سو یور فالوور بیکاز</w:t>
      </w:r>
    </w:p>
    <w:p>
      <w:r>
        <w:rPr>
          <w:b/>
        </w:rPr>
        <w:t xml:space="preserve">[1:04:05] </w:t>
      </w:r>
      <w:r>
        <w:t>i find you to be the single person in the whole world who stands for what is right.</w:t>
      </w:r>
    </w:p>
    <w:p>
      <w:pPr>
        <w:jc w:val="right"/>
      </w:pPr>
      <w:r>
        <w:t>آئی فائنڈ یو ٹو بی دا سنگل پرسن ان دا ہول ورلڈ ہو سٹینڈز فار واٹ از رائٹ۔</w:t>
      </w:r>
    </w:p>
    <w:p>
      <w:r>
        <w:rPr>
          <w:b/>
        </w:rPr>
        <w:t xml:space="preserve">[1:04:11] </w:t>
      </w:r>
      <w:r>
        <w:t>your talks and writings really inspire me.</w:t>
      </w:r>
    </w:p>
    <w:p>
      <w:pPr>
        <w:jc w:val="right"/>
      </w:pPr>
      <w:r>
        <w:t>یور ٹاکس اینڈ رائٹنگز ریلی انسپائر می۔</w:t>
      </w:r>
    </w:p>
    <w:p>
      <w:r>
        <w:rPr>
          <w:b/>
        </w:rPr>
        <w:t xml:space="preserve">[1:04:17] </w:t>
      </w:r>
      <w:r>
        <w:t>i regularly read your speaking tree column in the times of india.</w:t>
      </w:r>
    </w:p>
    <w:p>
      <w:pPr>
        <w:jc w:val="right"/>
      </w:pPr>
      <w:r>
        <w:t>آئی ریگولرلی ریڈ یور سپیکنگ ٹری کالم ان دا ٹائمز آف انڈیا۔</w:t>
      </w:r>
    </w:p>
    <w:p>
      <w:r>
        <w:rPr>
          <w:b/>
        </w:rPr>
        <w:t xml:space="preserve">[1:04:22] </w:t>
      </w:r>
      <w:r>
        <w:t>my question to you today is that many muslims are killing them selves in the name of islam.</w:t>
      </w:r>
    </w:p>
    <w:p>
      <w:pPr>
        <w:jc w:val="right"/>
      </w:pPr>
      <w:r>
        <w:t>مائی کوئسچن ٹو یو ٹوڈے از دیٹ مینی مسلمز آر کلنگ دیم سیلفس ان دا نیم آف اسلام۔</w:t>
      </w:r>
    </w:p>
    <w:p>
      <w:r>
        <w:rPr>
          <w:b/>
        </w:rPr>
        <w:t xml:space="preserve">[1:04:28] </w:t>
      </w:r>
      <w:r>
        <w:t>they are not only killing non muslims but also killing their own muslim brothers and sisters.</w:t>
      </w:r>
    </w:p>
    <w:p>
      <w:pPr>
        <w:jc w:val="right"/>
      </w:pPr>
      <w:r>
        <w:t>دے آر ناٹ اونلی کلنگ نان مسلمز بٹ آل سو کلنگ دیر اون مسلم برادرز اینڈ سسٹرز۔</w:t>
      </w:r>
    </w:p>
    <w:p>
      <w:r>
        <w:rPr>
          <w:b/>
        </w:rPr>
        <w:t xml:space="preserve">[1:04:34] </w:t>
      </w:r>
      <w:r>
        <w:t>they think that this will get them paradise.</w:t>
      </w:r>
    </w:p>
    <w:p>
      <w:pPr>
        <w:jc w:val="right"/>
      </w:pPr>
      <w:r>
        <w:t>دے تھنک دیٹ دس ویل گیٹ دیم پیراڈائز۔</w:t>
      </w:r>
    </w:p>
    <w:p>
      <w:r>
        <w:rPr>
          <w:b/>
        </w:rPr>
        <w:t xml:space="preserve">[1:04:39] </w:t>
      </w:r>
      <w:r>
        <w:t>i want to know that you also use the same quran as they do.</w:t>
      </w:r>
    </w:p>
    <w:p>
      <w:pPr>
        <w:jc w:val="right"/>
      </w:pPr>
      <w:r>
        <w:t>آئی وانٹ ٹو نو دیٹ یو آل سو یوز دا سیم قرآن ایز دے ڈو۔</w:t>
      </w:r>
    </w:p>
    <w:p>
      <w:r>
        <w:rPr>
          <w:b/>
        </w:rPr>
        <w:t xml:space="preserve">[1:04:45] </w:t>
      </w:r>
      <w:r>
        <w:t>their belief and your belief is the same.</w:t>
      </w:r>
    </w:p>
    <w:p>
      <w:pPr>
        <w:jc w:val="right"/>
      </w:pPr>
      <w:r>
        <w:t>دیر بیلیف اینڈ یور بیلیف از دا سیم۔</w:t>
      </w:r>
    </w:p>
    <w:p>
      <w:r>
        <w:rPr>
          <w:b/>
        </w:rPr>
        <w:t xml:space="preserve">[1:04:51] </w:t>
      </w:r>
      <w:r>
        <w:t>then why such a big difference? is quran not responsible as it leaves room for wrong interpretations which</w:t>
      </w:r>
    </w:p>
    <w:p>
      <w:pPr>
        <w:jc w:val="right"/>
      </w:pPr>
      <w:r>
        <w:t>دین وائی سچ اے بگ ڈیفرنس؟ از قرآن ناٹ رسپانسبل ایز اٹ لیوز روم فار رونگ انٹرپریٹیشنز وچ</w:t>
      </w:r>
    </w:p>
    <w:p>
      <w:r>
        <w:rPr>
          <w:b/>
        </w:rPr>
        <w:t xml:space="preserve">[1:04:57] </w:t>
      </w:r>
      <w:r>
        <w:t>is not the case with other scriptures?" dekhiye, insan ko chahe woh koi bhi ho, azaadi mili hui hai.</w:t>
      </w:r>
    </w:p>
    <w:p>
      <w:pPr>
        <w:jc w:val="right"/>
      </w:pPr>
      <w:r>
        <w:t>از ناٹ دا کیس ود ادر سکرپچرز؟" دیکھیے، انسان کو چاہے وہ کوئی بھی ہو، آزادی ملی ہوئی ہے۔</w:t>
      </w:r>
    </w:p>
    <w:p>
      <w:r>
        <w:rPr>
          <w:b/>
        </w:rPr>
        <w:t xml:space="preserve">[1:05:02] </w:t>
      </w:r>
      <w:r>
        <w:t>azaadi kabhi bhi is ki abuse nahi ki jati.</w:t>
      </w:r>
    </w:p>
    <w:p>
      <w:pPr>
        <w:jc w:val="right"/>
      </w:pPr>
      <w:r>
        <w:t>آزادی کبھی بھی اس کی ابائس نہیں کی جاتی۔</w:t>
      </w:r>
    </w:p>
    <w:p>
      <w:r>
        <w:rPr>
          <w:b/>
        </w:rPr>
        <w:t xml:space="preserve">[1:05:08] </w:t>
      </w:r>
      <w:r>
        <w:t>to musalmanon ko bhi azaadi mili hui hai.</w:t>
      </w:r>
    </w:p>
    <w:p>
      <w:pPr>
        <w:jc w:val="right"/>
      </w:pPr>
      <w:r>
        <w:t>تو مسلمانوں کو بھی آزادی ملی ہوئی ہے۔</w:t>
      </w:r>
    </w:p>
    <w:p>
      <w:r>
        <w:rPr>
          <w:b/>
        </w:rPr>
        <w:t xml:space="preserve">[1:05:14] </w:t>
      </w:r>
      <w:r>
        <w:t>musalman chahen to apni azaadi ko mehsoos karen aur chahen to mehsoos na karen.</w:t>
      </w:r>
    </w:p>
    <w:p>
      <w:pPr>
        <w:jc w:val="right"/>
      </w:pPr>
      <w:r>
        <w:t>مسلمان چاہیں تو اپنی آزادی کو محسوس کریں اور چاہیں تو محسوس نہ کریں۔</w:t>
      </w:r>
    </w:p>
    <w:p>
      <w:r>
        <w:rPr>
          <w:b/>
        </w:rPr>
        <w:t xml:space="preserve">[1:05:19] </w:t>
      </w:r>
      <w:r>
        <w:t>main aap ko sirf aik hadith sunaoon ga ke rasool allah ne kaha tha ke: "la tarjau ba'di</w:t>
      </w:r>
    </w:p>
    <w:p>
      <w:pPr>
        <w:jc w:val="right"/>
      </w:pPr>
      <w:r>
        <w:t>میں آپ کو صرف ایک حدیث سناؤں گا کہ رسول اللہ نے کہا تھا کہ: "لا ترجعوا بعدی</w:t>
      </w:r>
    </w:p>
    <w:p>
      <w:r>
        <w:rPr>
          <w:b/>
        </w:rPr>
        <w:t xml:space="preserve">[1:05:25] </w:t>
      </w:r>
      <w:r>
        <w:t>kuffara yadhrib ba'dakum riqabat." la tarjau ba'di kuffara yadhrib ba'dakum riqabat ke mere baad tum kafir na ho</w:t>
      </w:r>
    </w:p>
    <w:p>
      <w:pPr>
        <w:jc w:val="right"/>
      </w:pPr>
      <w:r>
        <w:t>کفارا یضرب بعضکم رقابات۔" لا ترجعوا بعدی کفارا یضرب بعضکم رقابات کہ میرے بعد تم کافر نہ ہو</w:t>
      </w:r>
    </w:p>
    <w:p>
      <w:r>
        <w:rPr>
          <w:b/>
        </w:rPr>
        <w:t xml:space="preserve">[1:05:31] </w:t>
      </w:r>
      <w:r>
        <w:t>jana ke logon ki gardanen marne lagoo.</w:t>
      </w:r>
    </w:p>
    <w:p>
      <w:pPr>
        <w:jc w:val="right"/>
      </w:pPr>
      <w:r>
        <w:t>جانا کہ لوگوں کی گردنیں مارنے لگو۔</w:t>
      </w:r>
    </w:p>
    <w:p>
      <w:r>
        <w:rPr>
          <w:b/>
        </w:rPr>
        <w:t xml:space="preserve">[1:05:36] </w:t>
      </w:r>
      <w:r>
        <w:t>yeh to itne shadeed alfaaz mein rasool allah ne mana kiya hai.</w:t>
      </w:r>
    </w:p>
    <w:p>
      <w:pPr>
        <w:jc w:val="right"/>
      </w:pPr>
      <w:r>
        <w:t>یہ تو اتنے شدید الفاظ میں رسول اللہ نے منع کیا ہے۔</w:t>
      </w:r>
    </w:p>
    <w:p>
      <w:r>
        <w:rPr>
          <w:b/>
        </w:rPr>
        <w:t xml:space="preserve">[1:05:42] </w:t>
      </w:r>
      <w:r>
        <w:t>sakht tareen alfaaz jo ho sakte hain, us mein mana kiya hai gardanen marne se.</w:t>
      </w:r>
    </w:p>
    <w:p>
      <w:pPr>
        <w:jc w:val="right"/>
      </w:pPr>
      <w:r>
        <w:t>سخت ترین الفاظ جو ہو سکتے ہیں، اس منع کیا ہے گردنیں مارنے سے۔</w:t>
      </w:r>
    </w:p>
    <w:p>
      <w:r>
        <w:rPr>
          <w:b/>
        </w:rPr>
        <w:t xml:space="preserve">[1:05:48] </w:t>
      </w:r>
      <w:r>
        <w:t>musalman ko peaceful rehna hai.</w:t>
      </w:r>
    </w:p>
    <w:p>
      <w:pPr>
        <w:jc w:val="right"/>
      </w:pPr>
      <w:r>
        <w:t>مسلمان کو پیس فل رہنا ہے۔</w:t>
      </w:r>
    </w:p>
    <w:p>
      <w:r>
        <w:rPr>
          <w:b/>
        </w:rPr>
        <w:t xml:space="preserve">[1:05:54] </w:t>
      </w:r>
      <w:r>
        <w:t>musalman ko doosron ka hamdard bankar rehna hai.</w:t>
      </w:r>
    </w:p>
    <w:p>
      <w:pPr>
        <w:jc w:val="right"/>
      </w:pPr>
      <w:r>
        <w:t>مسلمان کو دوسروں کا ہمدرد بن کر رہنا ہے۔</w:t>
      </w:r>
    </w:p>
    <w:p>
      <w:r>
        <w:rPr>
          <w:b/>
        </w:rPr>
        <w:t xml:space="preserve">[1:05:59] </w:t>
      </w:r>
      <w:r>
        <w:t>musalman ko apne kisi ko takleef nahi pahunchana hai.</w:t>
      </w:r>
    </w:p>
    <w:p>
      <w:pPr>
        <w:jc w:val="right"/>
      </w:pPr>
      <w:r>
        <w:t>مسلمان کو اپنے کسی کو تکلیف نہیں پہنچانا ہے۔</w:t>
      </w:r>
    </w:p>
    <w:p>
      <w:r>
        <w:rPr>
          <w:b/>
        </w:rPr>
        <w:t xml:space="preserve">[1:06:05] </w:t>
      </w:r>
      <w:r>
        <w:t>nahi to un ki is ki pakar isi tarah hogi jaise doosron ki pakar hogi.</w:t>
      </w:r>
    </w:p>
    <w:p>
      <w:pPr>
        <w:jc w:val="right"/>
      </w:pPr>
      <w:r>
        <w:t>نہیں تو ان کی اس کی پکڑ اسی طرح ہوگی جیسے دوسروں کی پکڑ ہوگی۔</w:t>
      </w:r>
    </w:p>
    <w:p>
      <w:r>
        <w:rPr>
          <w:b/>
        </w:rPr>
        <w:t xml:space="preserve">[1:06:11] </w:t>
      </w:r>
      <w:r>
        <w:t>aisa nahi ke musalman ki pakar kam hogi.</w:t>
      </w:r>
    </w:p>
    <w:p>
      <w:pPr>
        <w:jc w:val="right"/>
      </w:pPr>
      <w:r>
        <w:t>ایسا نہیں کہ مسلمان کی پکڑ کم ہوگی۔</w:t>
      </w:r>
    </w:p>
    <w:p>
      <w:r>
        <w:rPr>
          <w:b/>
        </w:rPr>
        <w:t xml:space="preserve">[1:06:16] </w:t>
      </w:r>
      <w:r>
        <w:t>aisa nahi hai.</w:t>
      </w:r>
    </w:p>
    <w:p>
      <w:pPr>
        <w:jc w:val="right"/>
      </w:pPr>
      <w:r>
        <w:t>ایسا نہیں ہے۔</w:t>
      </w:r>
    </w:p>
    <w:p>
      <w:r>
        <w:rPr>
          <w:b/>
        </w:rPr>
        <w:t xml:space="preserve">[1:06:22] </w:t>
      </w:r>
      <w:r>
        <w:t>yahan tak ke ek hadith mein yahan tak aya hai ke qayamat ke din farishte kuch logon ko</w:t>
      </w:r>
    </w:p>
    <w:p>
      <w:pPr>
        <w:jc w:val="right"/>
      </w:pPr>
      <w:r>
        <w:t>یہاں تک کہ ایک حدیث میں یہاں تک آیا ہے کہ قیامت کے دن فرشتے کچھ لوگوں کو</w:t>
      </w:r>
    </w:p>
    <w:p>
      <w:r>
        <w:rPr>
          <w:b/>
        </w:rPr>
        <w:t xml:space="preserve">[1:06:28] </w:t>
      </w:r>
      <w:r>
        <w:t>pakad kar jahannum mein le aa rahe honge.</w:t>
      </w:r>
    </w:p>
    <w:p>
      <w:pPr>
        <w:jc w:val="right"/>
      </w:pPr>
      <w:r>
        <w:t>پکڑ کر جہنم میں لے آ رہے ہوں گے۔</w:t>
      </w:r>
    </w:p>
    <w:p>
      <w:r>
        <w:rPr>
          <w:b/>
        </w:rPr>
        <w:t xml:space="preserve">[1:06:33] </w:t>
      </w:r>
      <w:r>
        <w:t>yeh bohat sunne ki baat hai ke qayamat ke din farishte kuch logon ko pakad kar jahannum mein</w:t>
      </w:r>
    </w:p>
    <w:p>
      <w:pPr>
        <w:jc w:val="right"/>
      </w:pPr>
      <w:r>
        <w:t>یہ بہت سننے کی بات ہے کہ قیامت کے دن فرشتے کچھ لوگوں کو پکڑ کر جہنم میں</w:t>
      </w:r>
    </w:p>
    <w:p>
      <w:r>
        <w:rPr>
          <w:b/>
        </w:rPr>
        <w:t xml:space="preserve">[1:06:39] </w:t>
      </w:r>
      <w:r>
        <w:t>le aa rahe honge.</w:t>
      </w:r>
    </w:p>
    <w:p>
      <w:pPr>
        <w:jc w:val="right"/>
      </w:pPr>
      <w:r>
        <w:t>لے آ رہے ہوں گے۔</w:t>
      </w:r>
    </w:p>
    <w:p>
      <w:r>
        <w:rPr>
          <w:b/>
        </w:rPr>
        <w:t xml:space="preserve">[1:06:45] </w:t>
      </w:r>
      <w:r>
        <w:t>to rasool Allah ne kaha ke: "kahin ke yeh to mere ashaab hain, kahan le aa rahe ho?"</w:t>
      </w:r>
    </w:p>
    <w:p>
      <w:pPr>
        <w:jc w:val="right"/>
      </w:pPr>
      <w:r>
        <w:t>تو رسول اللہ نے کہا کہ: "کہیں کہ یہ تو میرے اصحاب ہیں، کہاں لے آ رہے ہو؟"</w:t>
      </w:r>
    </w:p>
    <w:p>
      <w:r>
        <w:rPr>
          <w:b/>
        </w:rPr>
        <w:t xml:space="preserve">[1:06:51] </w:t>
      </w:r>
      <w:r>
        <w:t>to farishte jawab denge ke: "aap ke baad unhon ne ne badal dala, naya tareeqa ikhtiyar kar</w:t>
      </w:r>
    </w:p>
    <w:p>
      <w:pPr>
        <w:jc w:val="right"/>
      </w:pPr>
      <w:r>
        <w:t>تو فرشتے جواب دیں گے کہ: "آپ کے بعد انہوں نے نے بدل ڈالا، نیا طریقہ اختیار کر</w:t>
      </w:r>
    </w:p>
    <w:p>
      <w:r>
        <w:rPr>
          <w:b/>
        </w:rPr>
        <w:t xml:space="preserve">[1:06:56] </w:t>
      </w:r>
      <w:r>
        <w:t>lia." ji humm, to aap ne kaha: "fusooqan fusooqan door hon, door hon." to aisa nahi ke musalman</w:t>
      </w:r>
    </w:p>
    <w:p>
      <w:pPr>
        <w:jc w:val="right"/>
      </w:pPr>
      <w:r>
        <w:t>لیا۔" جی ہمم، تو آپ نے کہا: "فسوقاً فسوقاً دور ہوں، دور ہوں۔" تو ایسا نہیں کہ مسلمان</w:t>
      </w:r>
    </w:p>
    <w:p>
      <w:r>
        <w:rPr>
          <w:b/>
        </w:rPr>
        <w:t xml:space="preserve">[1:07:02] </w:t>
      </w:r>
      <w:r>
        <w:t>safe side mein hain.</w:t>
      </w:r>
    </w:p>
    <w:p>
      <w:pPr>
        <w:jc w:val="right"/>
      </w:pPr>
      <w:r>
        <w:t>سیف سائیڈ میں ہیں۔</w:t>
      </w:r>
    </w:p>
    <w:p>
      <w:r>
        <w:rPr>
          <w:b/>
        </w:rPr>
        <w:t xml:space="preserve">[1:07:08] </w:t>
      </w:r>
      <w:r>
        <w:t>musalman hargiz safe side mein nahi hain.</w:t>
      </w:r>
    </w:p>
    <w:p>
      <w:pPr>
        <w:jc w:val="right"/>
      </w:pPr>
      <w:r>
        <w:t>مسلمان ہرگز سیف سائیڈ میں نہیں ہیں۔</w:t>
      </w:r>
    </w:p>
    <w:p>
      <w:r>
        <w:rPr>
          <w:b/>
        </w:rPr>
        <w:t xml:space="preserve">[1:07:13] </w:t>
      </w:r>
      <w:r>
        <w:t>jaise doosre log ka mamla hoga, waise musalmanon ka mamla hoga.</w:t>
      </w:r>
    </w:p>
    <w:p>
      <w:pPr>
        <w:jc w:val="right"/>
      </w:pPr>
      <w:r>
        <w:t>جیسے دوسرے لوگ کا معاملہ ہوگا، ویسے مسلمانوں کا معاملہ ہوگا۔</w:t>
      </w:r>
    </w:p>
    <w:p>
      <w:r>
        <w:rPr>
          <w:b/>
        </w:rPr>
        <w:t xml:space="preserve">[1:07:19] </w:t>
      </w:r>
      <w:r>
        <w:t>sirf amal ki buniyad par mamla hoga.</w:t>
      </w:r>
    </w:p>
    <w:p>
      <w:pPr>
        <w:jc w:val="right"/>
      </w:pPr>
      <w:r>
        <w:t>صرف عمل کی بنیاد پر معاملہ ہوگا۔</w:t>
      </w:r>
    </w:p>
    <w:p>
      <w:r>
        <w:rPr>
          <w:b/>
        </w:rPr>
        <w:t xml:space="preserve">[1:07:25] </w:t>
      </w:r>
      <w:r>
        <w:t>janam kahan hua, paidaish kahan hui, is par kisi ka mamla nahi hoga.</w:t>
      </w:r>
    </w:p>
    <w:p>
      <w:pPr>
        <w:jc w:val="right"/>
      </w:pPr>
      <w:r>
        <w:t>جنم کہاں ہوا، پیدائش کہاں ہوئی، اس پر کسی کا معاملہ نہیں ہوگا۔</w:t>
      </w:r>
    </w:p>
    <w:p>
      <w:r>
        <w:rPr>
          <w:b/>
        </w:rPr>
        <w:t xml:space="preserve">[1:07:30] </w:t>
      </w:r>
      <w:r>
        <w:t>maulana, agla sawal lete hain jo kashmir se bheja hai engineer altaf hussain sahab ne.</w:t>
      </w:r>
    </w:p>
    <w:p>
      <w:pPr>
        <w:jc w:val="right"/>
      </w:pPr>
      <w:r>
        <w:t>مولانا، اگلا سوال لیتے ہیں جو کشمیر سے بھیجا ہے انجینئر الطاف حسین صاحب نے۔</w:t>
      </w:r>
    </w:p>
    <w:p>
      <w:r>
        <w:rPr>
          <w:b/>
        </w:rPr>
        <w:t xml:space="preserve">[1:07:36] </w:t>
      </w:r>
      <w:r>
        <w:t>unhon ne likha hai: "If there is strong emphasis on wisdom in Islam, then why present-day Islamic leaders</w:t>
      </w:r>
    </w:p>
    <w:p>
      <w:pPr>
        <w:jc w:val="right"/>
      </w:pPr>
      <w:r>
        <w:t>انہوں نے لکھا ہے: "If there is strong emphasis on wisdom in Islam, then why present-day Islamic leaders</w:t>
      </w:r>
    </w:p>
    <w:p>
      <w:r>
        <w:rPr>
          <w:b/>
        </w:rPr>
        <w:t xml:space="preserve">[1:07:42] </w:t>
      </w:r>
      <w:r>
        <w:t>instigate the youth for suicidal and non-result oriented actions?"</w:t>
      </w:r>
    </w:p>
    <w:p>
      <w:pPr>
        <w:jc w:val="right"/>
      </w:pPr>
      <w:r>
        <w:t>instigate the youth for suicidal and non-result oriented actions?</w:t>
      </w:r>
    </w:p>
    <w:p>
      <w:r>
        <w:rPr>
          <w:b/>
        </w:rPr>
        <w:t xml:space="preserve">[1:07:48] </w:t>
      </w:r>
      <w:r>
        <w:t>Do they deserve the paradise?</w:t>
      </w:r>
    </w:p>
    <w:p>
      <w:pPr>
        <w:jc w:val="right"/>
      </w:pPr>
      <w:r>
        <w:t>Do they deserve the paradise?</w:t>
      </w:r>
    </w:p>
    <w:p>
      <w:r>
        <w:rPr>
          <w:b/>
        </w:rPr>
        <w:t xml:space="preserve">[1:07:53] </w:t>
      </w:r>
      <w:r>
        <w:t>"dekhiye, main ne arz kiya ke har insan ko azadi mili hui hai.</w:t>
      </w:r>
    </w:p>
    <w:p>
      <w:pPr>
        <w:jc w:val="right"/>
      </w:pPr>
      <w:r>
        <w:t>" دیکھیے، میں نے عرض کیا کہ ہر انسان کو آزادی ملی ہوئی ہے۔</w:t>
      </w:r>
    </w:p>
    <w:p>
      <w:r>
        <w:rPr>
          <w:b/>
        </w:rPr>
        <w:t xml:space="preserve">[1:07:58] </w:t>
      </w:r>
      <w:r>
        <w:t>har insan ko, chahe woh musalman ho ya doosre log hon.</w:t>
      </w:r>
    </w:p>
    <w:p>
      <w:pPr>
        <w:jc w:val="right"/>
      </w:pPr>
      <w:r>
        <w:t>ہر انسان کو، چاہے وہ مسلمان ہو یا دوسرے لوگ ہوں۔</w:t>
      </w:r>
    </w:p>
    <w:p>
      <w:r>
        <w:rPr>
          <w:b/>
        </w:rPr>
        <w:t xml:space="preserve">[1:08:03] </w:t>
      </w:r>
      <w:r>
        <w:t>jab azadi mili hui hai, har aadmi ko yeh bhi mauqa hai ke woh mehsoos kare apni azadi ko.</w:t>
      </w:r>
    </w:p>
    <w:p>
      <w:pPr>
        <w:jc w:val="right"/>
      </w:pPr>
      <w:r>
        <w:t>جب آزادی ملی ہوئی ہے، ہر آدمی کو یہ بھی موقع ہے کہ وہ محسوس کرے اپنی آزادی کو۔</w:t>
      </w:r>
    </w:p>
    <w:p>
      <w:r>
        <w:rPr>
          <w:b/>
        </w:rPr>
        <w:t xml:space="preserve">[1:08:09] </w:t>
      </w:r>
      <w:r>
        <w:t>تو یہ سارے لوگ جو اس طرح کے کام کر رہے ہیں، وہ اپنی آزادی کو misuse</w:t>
      </w:r>
    </w:p>
    <w:p>
      <w:pPr>
        <w:jc w:val="right"/>
      </w:pPr>
      <w:r>
        <w:t>تو یہ سارے لوگ جو اس طرح کے کام کر رہے ہیں، وہ اپنی آزادی کو مس یوز</w:t>
      </w:r>
    </w:p>
    <w:p>
      <w:r>
        <w:rPr>
          <w:b/>
        </w:rPr>
        <w:t xml:space="preserve">[1:08:14] </w:t>
      </w:r>
      <w:r>
        <w:t>kar rahe hain.</w:t>
      </w:r>
    </w:p>
    <w:p>
      <w:pPr>
        <w:jc w:val="right"/>
      </w:pPr>
      <w:r>
        <w:t>کر رہے ہیں۔</w:t>
      </w:r>
    </w:p>
    <w:p>
      <w:r>
        <w:rPr>
          <w:b/>
        </w:rPr>
        <w:t xml:space="preserve">[1:08:19] </w:t>
      </w:r>
      <w:r>
        <w:t>aur misuse karne ke baad un ki bhi pakad isi tarah hogi jis tarah doosron ki pakad hogi.</w:t>
      </w:r>
    </w:p>
    <w:p>
      <w:pPr>
        <w:jc w:val="right"/>
      </w:pPr>
      <w:r>
        <w:t>اور مس یوز کرنے کے بعد ان کی بھی پکڑ اسی طرح ہوگی جس طرح دوسروں کی پکڑ ہوگی۔</w:t>
      </w:r>
    </w:p>
    <w:p>
      <w:r>
        <w:rPr>
          <w:b/>
        </w:rPr>
        <w:t xml:space="preserve">[1:08:24] </w:t>
      </w:r>
      <w:r>
        <w:t>is mein musalman aur ghair muslim mein koi farq nahi hai.</w:t>
      </w:r>
    </w:p>
    <w:p>
      <w:pPr>
        <w:jc w:val="right"/>
      </w:pPr>
      <w:r>
        <w:t>اس میں مسلمان اور غیر مسلم میں کوئی فرق نہیں ہے۔</w:t>
      </w:r>
    </w:p>
    <w:p>
      <w:r>
        <w:rPr>
          <w:b/>
        </w:rPr>
        <w:t xml:space="preserve">[1:08:30] </w:t>
      </w:r>
      <w:r>
        <w:t>ji maulana, agla sawal lene se pehle ek comment parhna chahenge jo muhammad ayub sahab ne bheja</w:t>
      </w:r>
    </w:p>
    <w:p>
      <w:pPr>
        <w:jc w:val="right"/>
      </w:pPr>
      <w:r>
        <w:t>جی مولانا، اگلا سوال لینے سے پہلے ایک کمنٹ پڑھنا چاہیں گے جو محمد ایوب صاحب نے بھیجا</w:t>
      </w:r>
    </w:p>
    <w:p>
      <w:r>
        <w:rPr>
          <w:b/>
        </w:rPr>
        <w:t xml:space="preserve">[1:08:35] </w:t>
      </w:r>
      <w:r>
        <w:t>hai patiala se.</w:t>
      </w:r>
    </w:p>
    <w:p>
      <w:pPr>
        <w:jc w:val="right"/>
      </w:pPr>
      <w:r>
        <w:t>ہے پٹیالہ سے۔</w:t>
      </w:r>
    </w:p>
    <w:p>
      <w:r>
        <w:rPr>
          <w:b/>
        </w:rPr>
        <w:t xml:space="preserve">[1:08:40] </w:t>
      </w:r>
      <w:r>
        <w:t>unhon ne likha hai: "This world is not for fulfillment of our desire but for preparing ourselves to</w:t>
      </w:r>
    </w:p>
    <w:p>
      <w:pPr>
        <w:jc w:val="right"/>
      </w:pPr>
      <w:r>
        <w:t>انہوں نے لکھا ہے: "This world is not for fulfillment of our desire but for preparing ourselves to</w:t>
      </w:r>
    </w:p>
    <w:p>
      <w:r>
        <w:rPr>
          <w:b/>
        </w:rPr>
        <w:t xml:space="preserve">[1:08:45] </w:t>
      </w:r>
      <w:r>
        <w:t>be fit for our habitat, which is paradise." jazak Allah for today's talk.</w:t>
      </w:r>
    </w:p>
    <w:p>
      <w:pPr>
        <w:jc w:val="right"/>
      </w:pPr>
      <w:r>
        <w:t>be fit for our habitat, which is paradise." جزاک اللہ for today's talk.</w:t>
      </w:r>
    </w:p>
    <w:p>
      <w:r>
        <w:rPr>
          <w:b/>
        </w:rPr>
        <w:t xml:space="preserve">[1:08:51] </w:t>
      </w:r>
      <w:r>
        <w:t>molana, agla sawal dilli se kya hai doctor najma siddiqi ne.</w:t>
      </w:r>
    </w:p>
    <w:p>
      <w:pPr>
        <w:jc w:val="right"/>
      </w:pPr>
      <w:r>
        <w:t>مولانا، اگلا سوال دلی سے کیا ہے ڈاکٹر نجمہ صدیقی نے۔</w:t>
      </w:r>
    </w:p>
    <w:p>
      <w:r>
        <w:rPr>
          <w:b/>
        </w:rPr>
        <w:t xml:space="preserve">[1:08:56] </w:t>
      </w:r>
      <w:r>
        <w:t>unhon ne likha hai: "molana sahib, there are many simple, straightforward, honest, god-fearing people but they are not intellectually developed.</w:t>
      </w:r>
    </w:p>
    <w:p>
      <w:pPr>
        <w:jc w:val="right"/>
      </w:pPr>
      <w:r>
        <w:t>انہوں نے لکھا ہے: "مولانا صاحب، there are many simple, straightforward, honest, God-fearing people but they are not intellectually developed.</w:t>
      </w:r>
    </w:p>
    <w:p>
      <w:r>
        <w:rPr>
          <w:b/>
        </w:rPr>
        <w:t xml:space="preserve">[1:09:01] </w:t>
      </w:r>
      <w:r>
        <w:t>what would be their selection process?</w:t>
      </w:r>
    </w:p>
    <w:p>
      <w:pPr>
        <w:jc w:val="right"/>
      </w:pPr>
      <w:r>
        <w:t>What would be their selection process?</w:t>
      </w:r>
    </w:p>
    <w:p>
      <w:r>
        <w:rPr>
          <w:b/>
        </w:rPr>
        <w:t xml:space="preserve">[1:09:07] </w:t>
      </w:r>
      <w:r>
        <w:t>"dekhiye, yeh sawal kiya gaya tha ek aalim se.</w:t>
      </w:r>
    </w:p>
    <w:p>
      <w:pPr>
        <w:jc w:val="right"/>
      </w:pPr>
      <w:r>
        <w:t>" دیکھیے، یہ سوال کیا گیا تھا ایک عالم سے۔</w:t>
      </w:r>
    </w:p>
    <w:p>
      <w:r>
        <w:rPr>
          <w:b/>
        </w:rPr>
        <w:t xml:space="preserve">[1:09:12] </w:t>
      </w:r>
      <w:r>
        <w:t>aalim deoband ke aalim thay woh.</w:t>
      </w:r>
    </w:p>
    <w:p>
      <w:pPr>
        <w:jc w:val="right"/>
      </w:pPr>
      <w:r>
        <w:t>عالم دیوبند کے عالم تھے وہ۔</w:t>
      </w:r>
    </w:p>
    <w:p>
      <w:r>
        <w:rPr>
          <w:b/>
        </w:rPr>
        <w:t xml:space="preserve">[1:09:18] </w:t>
      </w:r>
      <w:r>
        <w:t>yeh sawal to unhon ne ek lafz mein bohat acha jawab diya: "ji ji ji ji ji ji</w:t>
      </w:r>
    </w:p>
    <w:p>
      <w:pPr>
        <w:jc w:val="right"/>
      </w:pPr>
      <w:r>
        <w:t>یہ سوال تو انہوں نے ایک لفظ میں بہت اچھا جواب دیا: "جی جی جی جی جی جی</w:t>
      </w:r>
    </w:p>
    <w:p>
      <w:r>
        <w:rPr>
          <w:b/>
        </w:rPr>
        <w:t xml:space="preserve">[1:09:24] </w:t>
      </w:r>
      <w:r>
        <w:t>ji ji ji ji ji." jaisi tablegh, waisa mawakhza.</w:t>
      </w:r>
    </w:p>
    <w:p>
      <w:pPr>
        <w:jc w:val="right"/>
      </w:pPr>
      <w:r>
        <w:t>جی جی جی جی جی۔" جیسی تبلیغ، ویسا مواخذہ۔</w:t>
      </w:r>
    </w:p>
    <w:p>
      <w:r>
        <w:rPr>
          <w:b/>
        </w:rPr>
        <w:t xml:space="preserve">[1:09:30] </w:t>
      </w:r>
      <w:r>
        <w:t>yeh ek lafz mein bohat جامع jawab hai.</w:t>
      </w:r>
    </w:p>
    <w:p>
      <w:pPr>
        <w:jc w:val="right"/>
      </w:pPr>
      <w:r>
        <w:t>یہ ایک لفظ میں بہت جامع جواب ہے۔</w:t>
      </w:r>
    </w:p>
    <w:p>
      <w:r>
        <w:rPr>
          <w:b/>
        </w:rPr>
        <w:t xml:space="preserve">[1:09:36] </w:t>
      </w:r>
      <w:r>
        <w:t>jaisi tablegh, waisa mawakhza.</w:t>
      </w:r>
    </w:p>
    <w:p>
      <w:pPr>
        <w:jc w:val="right"/>
      </w:pPr>
      <w:r>
        <w:t>جیسی تبلیغ، ویسا مواخذہ۔</w:t>
      </w:r>
    </w:p>
    <w:p>
      <w:r>
        <w:rPr>
          <w:b/>
        </w:rPr>
        <w:t xml:space="preserve">[1:09:41] </w:t>
      </w:r>
      <w:r>
        <w:t>yani kisi aadmi ko jo baat pohnchi hai, usi ke lehaz se usay pooch hogi.</w:t>
      </w:r>
    </w:p>
    <w:p>
      <w:pPr>
        <w:jc w:val="right"/>
      </w:pPr>
      <w:r>
        <w:t>یعنی کسی آدمی کو جو بات پہنچی ہے، اسی کے لحاظ سے اسے پوچھ ہوگی۔</w:t>
      </w:r>
    </w:p>
    <w:p>
      <w:r>
        <w:rPr>
          <w:b/>
        </w:rPr>
        <w:t xml:space="preserve">[1:09:47] </w:t>
      </w:r>
      <w:r>
        <w:t>mein samajhta hoon ke yeh bohat hi sahi jawab hai.</w:t>
      </w:r>
    </w:p>
    <w:p>
      <w:pPr>
        <w:jc w:val="right"/>
      </w:pPr>
      <w:r>
        <w:t>میں سمجھتا ہوں کہ یہ بہت ہی صحیح جواب ہے۔</w:t>
      </w:r>
    </w:p>
    <w:p>
      <w:r>
        <w:rPr>
          <w:b/>
        </w:rPr>
        <w:t xml:space="preserve">[1:09:53] </w:t>
      </w:r>
      <w:r>
        <w:t>aur lekin kis ko kitna pohncha hai, yeh Allah ko pata hai.</w:t>
      </w:r>
    </w:p>
    <w:p>
      <w:pPr>
        <w:jc w:val="right"/>
      </w:pPr>
      <w:r>
        <w:t>اور لیکن کس کو کتنا پہنچا ہے، یہ اللہ کو پتہ ہے۔</w:t>
      </w:r>
    </w:p>
    <w:p>
      <w:r>
        <w:rPr>
          <w:b/>
        </w:rPr>
        <w:t xml:space="preserve">[1:09:59] </w:t>
      </w:r>
      <w:r>
        <w:t>hum ko pata nahi kitna pohncha hai, yeh Allah ko is ka is ka ilm hai.</w:t>
      </w:r>
    </w:p>
    <w:p>
      <w:pPr>
        <w:jc w:val="right"/>
      </w:pPr>
      <w:r>
        <w:t>ہم کو پتہ نہیں کتنا پہنچا ہے، یہ اللہ کو اس کا اس کا علم ہے۔</w:t>
      </w:r>
    </w:p>
    <w:p>
      <w:r>
        <w:rPr>
          <w:b/>
        </w:rPr>
        <w:t xml:space="preserve">[1:10:05] </w:t>
      </w:r>
      <w:r>
        <w:t>isi ke lehaz se woh har aik ke sath maamla karega.</w:t>
      </w:r>
    </w:p>
    <w:p>
      <w:pPr>
        <w:jc w:val="right"/>
      </w:pPr>
      <w:r>
        <w:t>اسی کے لحاظ سے وہ ہر ایک کے ساتھ معاملہ کرے گا۔</w:t>
      </w:r>
    </w:p>
    <w:p>
      <w:r>
        <w:rPr>
          <w:b/>
        </w:rPr>
        <w:t xml:space="preserve">[1:10:10] </w:t>
      </w:r>
      <w:r>
        <w:t>unhon ne kaha tha: "jaisi tablegh, waisa mawakhza." mawakhza ka matlab accountability.</w:t>
      </w:r>
    </w:p>
    <w:p>
      <w:pPr>
        <w:jc w:val="right"/>
      </w:pPr>
      <w:r>
        <w:t>انہوں نے کہا تھا: "جیسی تبلیغ، ویسا مواخذہ۔" مواخذہ کا مطلب اکاؤنٹیبلٹی۔</w:t>
      </w:r>
    </w:p>
    <w:p>
      <w:r>
        <w:rPr>
          <w:b/>
        </w:rPr>
        <w:t xml:space="preserve">[1:10:16] </w:t>
      </w:r>
      <w:r>
        <w:t>yani jaisa baat pohnchi hai, usi ke lehaz se us ki accountability hogi.</w:t>
      </w:r>
    </w:p>
    <w:p>
      <w:pPr>
        <w:jc w:val="right"/>
      </w:pPr>
      <w:r>
        <w:t>یعنی جیسا بات پہنچی ہے، اسی کے لحاظ سے اس کی اکاؤنٹیبلٹی ہوگی۔</w:t>
      </w:r>
    </w:p>
    <w:p>
      <w:r>
        <w:rPr>
          <w:b/>
        </w:rPr>
        <w:t xml:space="preserve">[1:10:22] </w:t>
      </w:r>
      <w:r>
        <w:t>molana, agla sawal doctor farida khanam ne kiya hai dilli se.</w:t>
      </w:r>
    </w:p>
    <w:p>
      <w:pPr>
        <w:jc w:val="right"/>
      </w:pPr>
      <w:r>
        <w:t>مولانا، اگلا سوال ڈاکٹر فریدہ خانم نے کیا ہے دلی سے۔</w:t>
      </w:r>
    </w:p>
    <w:p>
      <w:r>
        <w:rPr>
          <w:b/>
        </w:rPr>
        <w:t xml:space="preserve">[1:10:28] </w:t>
      </w:r>
      <w:r>
        <w:t>unhon ne likha hai: "however much we may try at purifying ourselves, we never feel like we have purified ourselves.</w:t>
      </w:r>
    </w:p>
    <w:p>
      <w:pPr>
        <w:jc w:val="right"/>
      </w:pPr>
      <w:r>
        <w:t>انہوں نے لکھا ہے: "However much we may try at purifying ourselves, we never feel like we have purified ourselves.</w:t>
      </w:r>
    </w:p>
    <w:p>
      <w:r>
        <w:rPr>
          <w:b/>
        </w:rPr>
        <w:t xml:space="preserve">[1:10:34] </w:t>
      </w:r>
      <w:r>
        <w:t>is there any source of conviction or it will all depend on the mercy of god?</w:t>
      </w:r>
    </w:p>
    <w:p>
      <w:pPr>
        <w:jc w:val="right"/>
      </w:pPr>
      <w:r>
        <w:t>Is there any source of conviction or it will all depend on the mercy of God?</w:t>
      </w:r>
    </w:p>
    <w:p>
      <w:r>
        <w:rPr>
          <w:b/>
        </w:rPr>
        <w:t xml:space="preserve">[1:10:40] </w:t>
      </w:r>
      <w:r>
        <w:t>"Dhekiye, conviction ki zaroorat nahin hai. Conviction aa jayega to stagnation aa jayega. Sahaba ke bare mein yeh hai ke ek ek sahabi, do sahabi ke aapas mein baat cheet hui. Un mein se ek ghaliban Hanzala the aur ek Hazrat Umar the. To Hazrat Umar ne dekha Hanzala ko ke ja rahe hain. Woh ja rahe the Rasool Allah ki taraf ja rahe the. To Hazrat Umar ne poocha kahan ja rahe ho? Unhone kaha: "Nafiq Hanzala." Yani matlab yeh ke mard marafiq ho gaya. Nafiq Hanzala. To Hazrat Umar ne poocha kyun aisa keh rahe ho? To unhone bataya ke jab hum Rasool Allah ke paas hote hain to hum ko lagta hai ke hum iman zinda hai hamara. Jab door jate hain karobar mein to farq ho jata hai. To Hazrat Umar ne kaha ke yeh to mera bhi haal hai. Nafiq Umar. Unhone kaha: "Nafiq Hanzala." Unhone kaha: "Nafiq Umar." To yeh koi cheez nahin hai. Yeh agar na ho to aap ke andar intellectual development kaise hoga? Phir to intellectual stagnation aa jayega. Jamood aa jayega. Jamood. Yeh ehsaas aap ko jamood se bachata hai. To conviction koi cheez nahin. Conviction se kyunke conviction hamesha jamood paida karta hai. Stagnation. Okay, we will end session today. If you want to join CPS or contribute to our dawah efforts, then write to us on info at cpsglobal.org. We be back next Sunday same time. Thank you.</w:t>
      </w:r>
    </w:p>
    <w:p>
      <w:pPr>
        <w:jc w:val="right"/>
      </w:pPr>
      <w:r>
        <w:t>" دیکھیے، conviction کی ضرورت نہیں ہے۔ Conviction آ جائے گا تو اسٹیگنسی آ جائے گا۔ صحابہ کے بارے میں یہ ہے کہ ایک ایک صحابی، دو صحابی کے آپس میں بات چیت ہوئی۔ ان میں سے ایک غالباً حنظلہ تھے اور ایک حضرت عمر تھے۔ تو حضرت عمر نے دیکھا حنظلہ کو کہ جا رہے ہیں۔ وہ جا رہے تھے رسول اللہ کی طرف جا رہے تھے۔ تو حضرت عمر نے پوچھا کہ کہاں جا رہے ہو؟ انہوں نے کہا: "نافق حنظلہ۔" یعنی مطلب یہ کہ مرد مرافق ہو گیا۔ نافق حنظلہ۔ تو حضرت عمر نے پوچھا کہ کیوں ایسا کہہ رہے ہو؟ تو انہوں نے بتایا کہ جب ہم رسول اللہ کے پاس ہوتے ہیں تو ہم کو لگتا ہے کہ ہم ایمان زندہ ہے ہمارا۔ جب دور جاتے ہیں کاروبار میں تو فرق ہو جاتا ہے۔ تو حضرت عمر نے کہا کہ یہ تو میرا بھی حال ہے۔ نافق عمر۔ انہوں نے کہا: "نافق حنظلہ۔" انہوں نے کہا: "نافق عمر۔" تو یہ کوئی چیز نہیں ہے۔ یہ اگر نہ ہو تو آپ کے اندر انٹلیکچول ڈیولپمنٹ کیسے ہوگا؟ پھر تو انٹلیکچول اسٹیگنسی آ جائے گا۔ جمود آ جائے گا۔ جمود۔ یہ احساس آپ کو جمود سے بچاتا ہے۔ تو کنوکشن کوئی چیز نہیں۔ کنوکشن سے کیونکہ کنوکشن ہمیشہ جمود پیدا کرتا ہے۔ اسٹیگنیشن۔ اوکے، وی ویل اینڈ سیشن ٹوڈے۔ اف یو وانٹ ٹو جوائن سی پی ایس اور کنٹریبیوٹ ٹو اور دعوی ایفرٹس، دین رائٹ ٹو اس ان انفو ایٹ سی پی ایس گلوبل ڈاٹ او آر جی۔ وی بی بیک نیکسٹ سنڈے سیم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