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Wisdom of Hadith September 11, 2016</w:t>
      </w:r>
    </w:p>
    <w:p>
      <w:r>
        <w:t>https://www.youtube.com/watch?v=XPxlLv2_q1o</w:t>
      </w:r>
    </w:p>
    <w:p>
      <w:r>
        <w:rPr>
          <w:b/>
        </w:rPr>
        <w:t xml:space="preserve">[00:14] </w:t>
      </w:r>
      <w:r>
        <w:t>bismillah hir rahman nir rahim, wa salallahu ala nabiyyil karim.</w:t>
      </w:r>
    </w:p>
    <w:p>
      <w:pPr>
        <w:jc w:val="right"/>
      </w:pPr>
      <w:r>
        <w:t>بسم اللہ الرحمن الرحیم، وصلی اللہ علی نبی الکریم۔</w:t>
      </w:r>
    </w:p>
    <w:p>
      <w:r>
        <w:rPr>
          <w:b/>
        </w:rPr>
        <w:t xml:space="preserve">[00:20]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[00:27] </w:t>
      </w:r>
      <w:r>
        <w:t>11 september 2016.</w:t>
      </w:r>
    </w:p>
    <w:p>
      <w:pPr>
        <w:jc w:val="right"/>
      </w:pPr>
      <w:r>
        <w:t>11 ستمبر 2016۔</w:t>
      </w:r>
    </w:p>
    <w:p>
      <w:r>
        <w:rPr>
          <w:b/>
        </w:rPr>
        <w:t xml:space="preserve">[00:34] </w:t>
      </w:r>
      <w:r>
        <w:t>aaj ka din mere liye ek special din hai, kyunke aaj mujhe ek aisi cheez ki discovery ho</w:t>
      </w:r>
    </w:p>
    <w:p>
      <w:pPr>
        <w:jc w:val="right"/>
      </w:pPr>
      <w:r>
        <w:t>آج کا دن میرے لیے ایک اسپیشل دن ہے، کیونکہ آج مجھے ایک ایسی چیز کی ڈسکوری ہو</w:t>
      </w:r>
    </w:p>
    <w:p>
      <w:r>
        <w:rPr>
          <w:b/>
        </w:rPr>
        <w:t xml:space="preserve">[00:41] </w:t>
      </w:r>
      <w:r>
        <w:t>gayi jis ke baray mein mein barson se sochta tha.</w:t>
      </w:r>
    </w:p>
    <w:p>
      <w:pPr>
        <w:jc w:val="right"/>
      </w:pPr>
      <w:r>
        <w:t>گئی جس کے بارے میں میں برسوں سے سوچتا تھا۔</w:t>
      </w:r>
    </w:p>
    <w:p>
      <w:r>
        <w:rPr>
          <w:b/>
        </w:rPr>
        <w:t xml:space="preserve">[00:48] </w:t>
      </w:r>
      <w:r>
        <w:t>woh yeh hai ke quran mein aaya hai ke allah ne rasool allah ki maghfirat kar di, surah al-fateh mein.</w:t>
      </w:r>
    </w:p>
    <w:p>
      <w:pPr>
        <w:jc w:val="right"/>
      </w:pPr>
      <w:r>
        <w:t>وہ یہ ہے کہ قرآن میں آیا ہے کہ اللہ نے رسول اللہ کی مغفرت کر دی، سورہ الفتح میں۔</w:t>
      </w:r>
    </w:p>
    <w:p>
      <w:r>
        <w:rPr>
          <w:b/>
        </w:rPr>
        <w:t xml:space="preserve">[00:55] </w:t>
      </w:r>
      <w:r>
        <w:t>ke allah ne rasool allah sal-lal-lahu alaihi wasallam ki maghfirat farma di.</w:t>
      </w:r>
    </w:p>
    <w:p>
      <w:pPr>
        <w:jc w:val="right"/>
      </w:pPr>
      <w:r>
        <w:t>کہ اللہ نے رسول اللہ صلی اللہ علیہ وسلم کی مغفرت فرما دی۔</w:t>
      </w:r>
    </w:p>
    <w:p>
      <w:r>
        <w:rPr>
          <w:b/>
        </w:rPr>
        <w:t xml:space="preserve">[01:01] </w:t>
      </w:r>
      <w:r>
        <w:t>is ke bawajood kyun aisi hadeesein hain jis mein rasool allah ne apne maamle ko yaqeen ke andaaz</w:t>
      </w:r>
    </w:p>
    <w:p>
      <w:pPr>
        <w:jc w:val="right"/>
      </w:pPr>
      <w:r>
        <w:t>اس کے باوجود کیوں ایسی حدیثیں ہیں جس میں رسول اللہ نے اپنے معاملے کو یقین کے انداز</w:t>
      </w:r>
    </w:p>
    <w:p>
      <w:r>
        <w:rPr>
          <w:b/>
        </w:rPr>
        <w:t xml:space="preserve">[01:08] </w:t>
      </w:r>
      <w:r>
        <w:t>mein bayan nahi kiya? misaal ke taur par dekhein, ek hadees hai: wallahi la adri, wallahi la adri, wallahi la adri,</w:t>
      </w:r>
    </w:p>
    <w:p>
      <w:pPr>
        <w:jc w:val="right"/>
      </w:pPr>
      <w:r>
        <w:t>میں بیان نہیں کیا؟ مثلاً دیکھیں، ایک حدیث ہے: والله لا أدري، والله لا أدري، والله لا أدري،</w:t>
      </w:r>
    </w:p>
    <w:p>
      <w:r>
        <w:rPr>
          <w:b/>
        </w:rPr>
        <w:t xml:space="preserve">[01:15] </w:t>
      </w:r>
      <w:r>
        <w:t>ma'na rasool allah ma yaf'al bi wala bikum? khuda ki qasam main nahi jaanta, khuda ki qasam main</w:t>
      </w:r>
    </w:p>
    <w:p>
      <w:pPr>
        <w:jc w:val="right"/>
      </w:pPr>
      <w:r>
        <w:t>معنى رسول اللہ ما یفعل بي ولا بكم؟ خدا کی قسم میں نہیں جانتا، خدا کی قسم میں</w:t>
      </w:r>
    </w:p>
    <w:p>
      <w:r>
        <w:rPr>
          <w:b/>
        </w:rPr>
        <w:t xml:space="preserve">[01:22] </w:t>
      </w:r>
      <w:r>
        <w:t>nahi jaanta, khuda ki qasam main nahi jaanta, agarche main khuda ka rasool hoon, kya kiya jayega</w:t>
      </w:r>
    </w:p>
    <w:p>
      <w:pPr>
        <w:jc w:val="right"/>
      </w:pPr>
      <w:r>
        <w:t>نہیں جانتا، خدا کی قسم میں نہیں جانتا، اگرچہ میں خدا کا رسول ہوں، کیا کیا جائے گا</w:t>
      </w:r>
    </w:p>
    <w:p>
      <w:r>
        <w:rPr>
          <w:b/>
        </w:rPr>
        <w:t xml:space="preserve">[01:29] </w:t>
      </w:r>
      <w:r>
        <w:t>mere saath aur kya kiya jayega ummat ke saath? toh main sochta tha ke aap ne aisa</w:t>
      </w:r>
    </w:p>
    <w:p>
      <w:pPr>
        <w:jc w:val="right"/>
      </w:pPr>
      <w:r>
        <w:t>میرے ساتھ اور کیا کیا جائے گا امت کے ساتھ؟ تو میں سوچتا تھا کہ آپ نے ایسا</w:t>
      </w:r>
    </w:p>
    <w:p>
      <w:r>
        <w:rPr>
          <w:b/>
        </w:rPr>
        <w:t xml:space="preserve">[01:36] </w:t>
      </w:r>
      <w:r>
        <w:t>kyun farmaya? bazahir yeh hai ke jab quran mein yeh aa jaye ke allah ne tumhari maghfirat kar</w:t>
      </w:r>
    </w:p>
    <w:p>
      <w:pPr>
        <w:jc w:val="right"/>
      </w:pPr>
      <w:r>
        <w:t>کیوں فرمایا؟ بظاہر یہ ہے کہ جب قرآن میں یہ آ جائے کہ اللہ نے تمہاری مغفرت کر</w:t>
      </w:r>
    </w:p>
    <w:p>
      <w:r>
        <w:rPr>
          <w:b/>
        </w:rPr>
        <w:t xml:space="preserve">[01:42] </w:t>
      </w:r>
      <w:r>
        <w:t>di, tum ko bakhsh diya, toh rasool allah yaqeen mein jeena shuru kar dein.</w:t>
      </w:r>
    </w:p>
    <w:p>
      <w:pPr>
        <w:jc w:val="right"/>
      </w:pPr>
      <w:r>
        <w:t>دی، تم کو بخش دیا، تو رسول اللہ یقین میں جینا شروع کر دیں۔</w:t>
      </w:r>
    </w:p>
    <w:p>
      <w:r>
        <w:rPr>
          <w:b/>
        </w:rPr>
        <w:t xml:space="preserve">[01:49] </w:t>
      </w:r>
      <w:r>
        <w:t>toh yeh jo kalma hai, yeh toh yaqeen ka kalma nahi hai.</w:t>
      </w:r>
    </w:p>
    <w:p>
      <w:pPr>
        <w:jc w:val="right"/>
      </w:pPr>
      <w:r>
        <w:t>تو یہ جو کلمہ ہے، یہ تو یقین کا کلمہ نہیں ہے۔</w:t>
      </w:r>
    </w:p>
    <w:p>
      <w:r>
        <w:rPr>
          <w:b/>
        </w:rPr>
        <w:t xml:space="preserve">[01:56] </w:t>
      </w:r>
      <w:r>
        <w:t>toh aaj mujh par ek tajruba guzra, is se meri samajh mein baat aa gayi.</w:t>
      </w:r>
    </w:p>
    <w:p>
      <w:pPr>
        <w:jc w:val="right"/>
      </w:pPr>
      <w:r>
        <w:t>تو آج مجھ پر ایک تجربہ گزرا، اس سے میری سمجھ میں بات آ گئی۔</w:t>
      </w:r>
    </w:p>
    <w:p>
      <w:r>
        <w:rPr>
          <w:b/>
        </w:rPr>
        <w:t xml:space="preserve">[02:03] </w:t>
      </w:r>
      <w:r>
        <w:t>is hadees ko le kar main sochta tha, aur bhi hadeesein is tarah ki hain, sochta tha.</w:t>
      </w:r>
    </w:p>
    <w:p>
      <w:pPr>
        <w:jc w:val="right"/>
      </w:pPr>
      <w:r>
        <w:t>اس حدیث کو لے کر میں سوچتا تھا، اور بھی حدیثیں اس طرح کی ہیں، سوچتا تھا۔</w:t>
      </w:r>
    </w:p>
    <w:p>
      <w:r>
        <w:rPr>
          <w:b/>
        </w:rPr>
        <w:t xml:space="preserve">[02:10] </w:t>
      </w:r>
      <w:r>
        <w:t>toh achaanak mere zehan mein aaya, achaanak, ke qayamat ho gayi hai, aakhirat ke maidan mein saare log</w:t>
      </w:r>
    </w:p>
    <w:p>
      <w:pPr>
        <w:jc w:val="right"/>
      </w:pPr>
      <w:r>
        <w:t>تو اچانک میرے ذہن میں آیا، اچانک، کہ قیامت ہو گئی ہے، آخرت کے میدان میں سارے لوگ</w:t>
      </w:r>
    </w:p>
    <w:p>
      <w:r>
        <w:rPr>
          <w:b/>
        </w:rPr>
        <w:t xml:space="preserve">[02:17] </w:t>
      </w:r>
      <w:r>
        <w:t>ekattha hue hain, aur farishte mera naam le kar pukarte hain: aye falan shakhs, aao, allah rabbul alameen</w:t>
      </w:r>
    </w:p>
    <w:p>
      <w:pPr>
        <w:jc w:val="right"/>
      </w:pPr>
      <w:r>
        <w:t>اکٹھا ہوئے ہیں، اور فرشتے میرا نام لے کر پکارتے ہیں: اے فلاں شخص، آؤ، اللہ رب العالمین</w:t>
      </w:r>
    </w:p>
    <w:p>
      <w:r>
        <w:rPr>
          <w:b/>
        </w:rPr>
        <w:t xml:space="preserve">[02:23] </w:t>
      </w:r>
      <w:r>
        <w:t>tum ko khud apne haath se jannat ka ticket dega.</w:t>
      </w:r>
    </w:p>
    <w:p>
      <w:pPr>
        <w:jc w:val="right"/>
      </w:pPr>
      <w:r>
        <w:t>تم کو خود اپنے ہاتھ سے جنت کا ٹکٹ دے گا۔</w:t>
      </w:r>
    </w:p>
    <w:p>
      <w:r>
        <w:rPr>
          <w:b/>
        </w:rPr>
        <w:t xml:space="preserve">[02:30] </w:t>
      </w:r>
      <w:r>
        <w:t>farz kiya aisa ho.</w:t>
      </w:r>
    </w:p>
    <w:p>
      <w:pPr>
        <w:jc w:val="right"/>
      </w:pPr>
      <w:r>
        <w:t>فرض کیا ایسا ہو۔</w:t>
      </w:r>
    </w:p>
    <w:p>
      <w:r>
        <w:rPr>
          <w:b/>
        </w:rPr>
        <w:t xml:space="preserve">[02:37] </w:t>
      </w:r>
      <w:r>
        <w:t>toh main ne socha ke agar main yeh awaaz sunoon aur main qadam badhaoon apna allah rabbul alameen</w:t>
      </w:r>
    </w:p>
    <w:p>
      <w:pPr>
        <w:jc w:val="right"/>
      </w:pPr>
      <w:r>
        <w:t>تو میں نے سوچا کہ اگر میں یہ آواز سنوں اور میں قدم بڑھاؤں اپنا اللہ رب العالمین</w:t>
      </w:r>
    </w:p>
    <w:p>
      <w:r>
        <w:rPr>
          <w:b/>
        </w:rPr>
        <w:t xml:space="preserve">[02:44] </w:t>
      </w:r>
      <w:r>
        <w:t>ke takht ki taraf, toh aakhir waqt tak mere dil mein ek kapkapi taari hogi.</w:t>
      </w:r>
    </w:p>
    <w:p>
      <w:pPr>
        <w:jc w:val="right"/>
      </w:pPr>
      <w:r>
        <w:t>کے تخت کی طرف، تو آخر وقت تک میرے دل میں ایک کپکپی طاری ہوگی۔</w:t>
      </w:r>
    </w:p>
    <w:p>
      <w:r>
        <w:rPr>
          <w:b/>
        </w:rPr>
        <w:t xml:space="preserve">[02:51] </w:t>
      </w:r>
      <w:r>
        <w:t>yahan tak ke jab main allah rabbul alameen ke paas pahunch jaunga, tab bhi yeh ehsaas hoga</w:t>
      </w:r>
    </w:p>
    <w:p>
      <w:pPr>
        <w:jc w:val="right"/>
      </w:pPr>
      <w:r>
        <w:t>یہاں تک کہ جب میں اللہ رب العالمین کے پاس پہنچ جاؤں گا، تب بھی یہ احساس ہوگا</w:t>
      </w:r>
    </w:p>
    <w:p>
      <w:r>
        <w:rPr>
          <w:b/>
        </w:rPr>
        <w:t xml:space="preserve">[02:58] </w:t>
      </w:r>
      <w:r>
        <w:t>ke wa allahu majidun lillah allah ko saara ikhtiyar haasil hai.</w:t>
      </w:r>
    </w:p>
    <w:p>
      <w:pPr>
        <w:jc w:val="right"/>
      </w:pPr>
      <w:r>
        <w:t>کہ وَاللَّهُ مَجِدٌ لِلَّهِ اللہ کو سارا اختیار حاصل ہے۔</w:t>
      </w:r>
    </w:p>
    <w:p>
      <w:r>
        <w:rPr>
          <w:b/>
        </w:rPr>
        <w:t xml:space="preserve">[03:04] </w:t>
      </w:r>
      <w:r>
        <w:t>yahan tak ke yeh ikhtiyar bhi haasil hai ke kisi momin ek second ke fraction se pehle apne</w:t>
      </w:r>
    </w:p>
    <w:p>
      <w:pPr>
        <w:jc w:val="right"/>
      </w:pPr>
      <w:r>
        <w:t>یہاں تک کہ یہ اختیار بھی حاصل ہے کہ کسی مومن ایک سیکنڈ کے فریکشن سے پہلے اپنے</w:t>
      </w:r>
    </w:p>
    <w:p>
      <w:r>
        <w:rPr>
          <w:b/>
        </w:rPr>
        <w:t xml:space="preserve">[03:11] </w:t>
      </w:r>
      <w:r>
        <w:t>faisle ko badal de.</w:t>
      </w:r>
    </w:p>
    <w:p>
      <w:pPr>
        <w:jc w:val="right"/>
      </w:pPr>
      <w:r>
        <w:t>فیصلے کو بدل دے۔</w:t>
      </w:r>
    </w:p>
    <w:p>
      <w:r>
        <w:rPr>
          <w:b/>
        </w:rPr>
        <w:t xml:space="preserve">[03:18] </w:t>
      </w:r>
      <w:r>
        <w:t>toh kaun use pooch sakta hai? jab allah ne faisla kiya zeen aasman ko banane ka, toh ek</w:t>
      </w:r>
    </w:p>
    <w:p>
      <w:pPr>
        <w:jc w:val="right"/>
      </w:pPr>
      <w:r>
        <w:t>تو کون اسے پوچھ سکتا ہے؟ جب اللہ نے فیصلہ کیا زیبن آسمان کو بنانے کا، تو ایک</w:t>
      </w:r>
    </w:p>
    <w:p>
      <w:r>
        <w:rPr>
          <w:b/>
        </w:rPr>
        <w:t xml:space="preserve">[03:25] </w:t>
      </w:r>
      <w:r>
        <w:t>second ke fraction se pehle agar allah ke dil mein aa jata: nahi, nahi banayenge, yunus nahi</w:t>
      </w:r>
    </w:p>
    <w:p>
      <w:pPr>
        <w:jc w:val="right"/>
      </w:pPr>
      <w:r>
        <w:t>سیکنڈ کے فریکشن سے پہلے اگر اللہ کے دل میں آ جاتا: نہیں، نہیں بنائیں گے، یونس نہیں</w:t>
      </w:r>
    </w:p>
    <w:p>
      <w:r>
        <w:rPr>
          <w:b/>
        </w:rPr>
        <w:t xml:space="preserve">[03:32] </w:t>
      </w:r>
      <w:r>
        <w:t>banayenge, toh kaun rok sakta tha? toh mere dil mein aaya ke agar main badhoon allah rabb</w:t>
      </w:r>
    </w:p>
    <w:p>
      <w:pPr>
        <w:jc w:val="right"/>
      </w:pPr>
      <w:r>
        <w:t>بنائیں گے، تو کون روک سکتا تھا؟ تو میرے دل میں آیا کہ اگر میں بڑھوں اللہ رب</w:t>
      </w:r>
    </w:p>
    <w:p>
      <w:r>
        <w:rPr>
          <w:b/>
        </w:rPr>
        <w:t xml:space="preserve">[03:39] </w:t>
      </w:r>
      <w:r>
        <w:t>al-alameen ke takht ki taraf, aur tu us waqt bhi jab ke mein barh raha hoon ga, tu</w:t>
      </w:r>
    </w:p>
    <w:p>
      <w:pPr>
        <w:jc w:val="right"/>
      </w:pPr>
      <w:r>
        <w:t>العالمین کے تخت کی طرف، اور تو اس وقت بھی جب کہ میں بڑھ رہا ہوں گا، تو</w:t>
      </w:r>
    </w:p>
    <w:p>
      <w:r>
        <w:rPr>
          <w:b/>
        </w:rPr>
        <w:t xml:space="preserve">[03:45] </w:t>
      </w:r>
      <w:r>
        <w:t>shayad mere dil mein yeh hoga ke Allah rabb al-alameen ko sara ikhtiyar hasil hai.</w:t>
      </w:r>
    </w:p>
    <w:p>
      <w:pPr>
        <w:jc w:val="right"/>
      </w:pPr>
      <w:r>
        <w:t>شاید میرے دل میں یہ ہوگا کہ اللہ رب العالمین کو سارا اختیار حاصل ہے۔</w:t>
      </w:r>
    </w:p>
    <w:p>
      <w:r>
        <w:rPr>
          <w:b/>
        </w:rPr>
        <w:t xml:space="preserve">[03:52] </w:t>
      </w:r>
      <w:r>
        <w:t>agar last minute woh yeh faisla kar le ke mujhe ticket nahi dena hai, to kaun rok sakta</w:t>
      </w:r>
    </w:p>
    <w:p>
      <w:pPr>
        <w:jc w:val="right"/>
      </w:pPr>
      <w:r>
        <w:t>اگر لاسٹ منٹ وہ یہ فیصلہ کر لے کہ مجھے ٹکٹ نہیں دینا ہے، تو کون روک سکتا</w:t>
      </w:r>
    </w:p>
    <w:p>
      <w:r>
        <w:rPr>
          <w:b/>
        </w:rPr>
        <w:t xml:space="preserve">[03:59] </w:t>
      </w:r>
      <w:r>
        <w:t>hai Allah ko? to mein ne socha, is tajrube ke baad mujhe samajh mein aya ke woh jo</w:t>
      </w:r>
    </w:p>
    <w:p>
      <w:pPr>
        <w:jc w:val="right"/>
      </w:pPr>
      <w:r>
        <w:t>ہے اللہ کو؟ تو میں نے سوچا، اس تجربے کے بعد مجھے سمجھ میں آیا کہ وہ جو</w:t>
      </w:r>
    </w:p>
    <w:p>
      <w:r>
        <w:rPr>
          <w:b/>
        </w:rPr>
        <w:t xml:space="preserve">[04:06] </w:t>
      </w:r>
      <w:r>
        <w:t>حدیث ہے، تو میں اس کو سوچتا تھا غلط dichotomy میں۔</w:t>
      </w:r>
    </w:p>
    <w:p>
      <w:pPr>
        <w:jc w:val="right"/>
      </w:pPr>
      <w:r>
        <w:t>حدیث ہے، تو میں اس کو سوچتا تھا غلط ڈائیکاڈمی میں۔</w:t>
      </w:r>
    </w:p>
    <w:p>
      <w:r>
        <w:rPr>
          <w:b/>
        </w:rPr>
        <w:t xml:space="preserve">[04:13] </w:t>
      </w:r>
      <w:r>
        <w:t>میں یہ سوچتا تھا، تو غلط dichotomy لے کر سوچتا تھا۔</w:t>
      </w:r>
    </w:p>
    <w:p>
      <w:pPr>
        <w:jc w:val="right"/>
      </w:pPr>
      <w:r>
        <w:t>میں یہ سوچتا تھا، تو غلط ڈائیکاڈمی لے کر سوچتا تھا۔</w:t>
      </w:r>
    </w:p>
    <w:p>
      <w:r>
        <w:rPr>
          <w:b/>
        </w:rPr>
        <w:t xml:space="preserve">[04:20] </w:t>
      </w:r>
      <w:r>
        <w:t>yani yaqeen aur be-yaqini, yaqeen aur be-yaqini.</w:t>
      </w:r>
    </w:p>
    <w:p>
      <w:pPr>
        <w:jc w:val="right"/>
      </w:pPr>
      <w:r>
        <w:t>یعنی یقین اور بے یقینی، یقین اور بے یقینی۔</w:t>
      </w:r>
    </w:p>
    <w:p>
      <w:r>
        <w:rPr>
          <w:b/>
        </w:rPr>
        <w:t xml:space="preserve">[04:26] </w:t>
      </w:r>
      <w:r>
        <w:t>yeh dichotomy hi galat hai.</w:t>
      </w:r>
    </w:p>
    <w:p>
      <w:pPr>
        <w:jc w:val="right"/>
      </w:pPr>
      <w:r>
        <w:t>یہ ڈائیکاڈمی ہی غلط ہے۔</w:t>
      </w:r>
    </w:p>
    <w:p>
      <w:r>
        <w:rPr>
          <w:b/>
        </w:rPr>
        <w:t xml:space="preserve">[04:33] </w:t>
      </w:r>
      <w:r>
        <w:t>is hadith ko hum jab samajh sakte hain, jab.</w:t>
      </w:r>
    </w:p>
    <w:p>
      <w:pPr>
        <w:jc w:val="right"/>
      </w:pPr>
      <w:r>
        <w:t>اس حدیث کو ہم جب سمجھ سکتے ہیں، جب۔</w:t>
      </w:r>
    </w:p>
    <w:p>
      <w:r>
        <w:rPr>
          <w:b/>
        </w:rPr>
        <w:t xml:space="preserve">[04:40] </w:t>
      </w:r>
      <w:r>
        <w:t>jab ke yeh janen ke yahan jo dichotomy applicable hai, jo dichotomy applicable hai, woh ek aur hai.</w:t>
      </w:r>
    </w:p>
    <w:p>
      <w:pPr>
        <w:jc w:val="right"/>
      </w:pPr>
      <w:r>
        <w:t>جب کہ یہ جانیں کہ یہاں جو ڈائیکاڈمی اپلیکیبل ہے، جو ڈائیکاڈمی اپلیکیبل ہے، وہ ایک اور ہے۔</w:t>
      </w:r>
    </w:p>
    <w:p>
      <w:r>
        <w:rPr>
          <w:b/>
        </w:rPr>
        <w:t xml:space="preserve">[04:47] </w:t>
      </w:r>
      <w:r>
        <w:t>woh hai yaqeen aur azmat-e-khudawandi.</w:t>
      </w:r>
    </w:p>
    <w:p>
      <w:pPr>
        <w:jc w:val="right"/>
      </w:pPr>
      <w:r>
        <w:t>وہ ہے یقین اور عظمت خداوندی۔</w:t>
      </w:r>
    </w:p>
    <w:p>
      <w:r>
        <w:rPr>
          <w:b/>
        </w:rPr>
        <w:t xml:space="preserve">[04:54] </w:t>
      </w:r>
      <w:r>
        <w:t>yaqeen aur azmat-e-khudawandi.</w:t>
      </w:r>
    </w:p>
    <w:p>
      <w:pPr>
        <w:jc w:val="right"/>
      </w:pPr>
      <w:r>
        <w:t>یقین اور عظمت خداوندی۔</w:t>
      </w:r>
    </w:p>
    <w:p>
      <w:r>
        <w:rPr>
          <w:b/>
        </w:rPr>
        <w:t xml:space="preserve">[05:01] </w:t>
      </w:r>
      <w:r>
        <w:t>yani ek taraf to sari baton par yaqeen hai, jo Allah ki baatein hain, us par yaqeen.</w:t>
      </w:r>
    </w:p>
    <w:p>
      <w:pPr>
        <w:jc w:val="right"/>
      </w:pPr>
      <w:r>
        <w:t>یعنی ایک طرف تو ساری باتوں پر یقین ہے، جو اللہ کی باتیں ہیں، اس پر یقین۔</w:t>
      </w:r>
    </w:p>
    <w:p>
      <w:r>
        <w:rPr>
          <w:b/>
        </w:rPr>
        <w:t xml:space="preserve">[05:07] </w:t>
      </w:r>
      <w:r>
        <w:t>isi ke sath Allah ki azmat ka ehsas, Allah rabb al-alameen, rabb al-samawat wa al-arz ki azmat ka ehsas.</w:t>
      </w:r>
    </w:p>
    <w:p>
      <w:pPr>
        <w:jc w:val="right"/>
      </w:pPr>
      <w:r>
        <w:t>اسی کے ساتھ اللہ کی عظمت کا احساس، اللہ رب العالمین، رب السماوات وبرز کی عظمت کا احساس۔</w:t>
      </w:r>
    </w:p>
    <w:p>
      <w:r>
        <w:rPr>
          <w:b/>
        </w:rPr>
        <w:t xml:space="preserve">[05:14] </w:t>
      </w:r>
      <w:r>
        <w:t>to woh dichotomy galat thi meri ke yaqeen aur be-yaqini.</w:t>
      </w:r>
    </w:p>
    <w:p>
      <w:pPr>
        <w:jc w:val="right"/>
      </w:pPr>
      <w:r>
        <w:t>تو وہ ڈائیکاڈمی غلط تھی میری کہ یقین اور بے یقینی۔</w:t>
      </w:r>
    </w:p>
    <w:p>
      <w:r>
        <w:rPr>
          <w:b/>
        </w:rPr>
        <w:t xml:space="preserve">[05:21] </w:t>
      </w:r>
      <w:r>
        <w:t>is bina par meri samajh mein woh hadith nahi aati thi.</w:t>
      </w:r>
    </w:p>
    <w:p>
      <w:pPr>
        <w:jc w:val="right"/>
      </w:pPr>
      <w:r>
        <w:t>اس بنا پر میری سمجھ میں وہ حدیث نہیں آتی تھی۔</w:t>
      </w:r>
    </w:p>
    <w:p>
      <w:r>
        <w:rPr>
          <w:b/>
        </w:rPr>
        <w:t xml:space="preserve">[05:28] </w:t>
      </w:r>
      <w:r>
        <w:t>yahan par woh dichotomy applicable nahi hai.</w:t>
      </w:r>
    </w:p>
    <w:p>
      <w:pPr>
        <w:jc w:val="right"/>
      </w:pPr>
      <w:r>
        <w:t>یہاں پر وہ ڈائیکاڈمی اپلیکیبل نہیں ہے۔</w:t>
      </w:r>
    </w:p>
    <w:p>
      <w:r>
        <w:rPr>
          <w:b/>
        </w:rPr>
        <w:t xml:space="preserve">[05:35] </w:t>
      </w:r>
      <w:r>
        <w:t>yahan par jo dichotomy applicable hai, woh hai yaqeen, bande ki taraf yaqeen, aur Allah ke bare mein</w:t>
      </w:r>
    </w:p>
    <w:p>
      <w:pPr>
        <w:jc w:val="right"/>
      </w:pPr>
      <w:r>
        <w:t>یہاں پر جو ڈائیکاڈمی اپلیکیبل ہے، وہ ہے یقین، بندے کی طرف یقین، اور اللہ کے بارے میں</w:t>
      </w:r>
    </w:p>
    <w:p>
      <w:r>
        <w:rPr>
          <w:b/>
        </w:rPr>
        <w:t xml:space="preserve">[05:42] </w:t>
      </w:r>
      <w:r>
        <w:t>azmat ka be-panah ehsas.</w:t>
      </w:r>
    </w:p>
    <w:p>
      <w:pPr>
        <w:jc w:val="right"/>
      </w:pPr>
      <w:r>
        <w:t>عظمت کا بے پناہ احساس۔</w:t>
      </w:r>
    </w:p>
    <w:p>
      <w:r>
        <w:rPr>
          <w:b/>
        </w:rPr>
        <w:t xml:space="preserve">[05:48] </w:t>
      </w:r>
      <w:r>
        <w:t>yahan tak ke mein ne socha ke agar mere hath mein jannat ka ticket aa jaye, mein barhoon</w:t>
      </w:r>
    </w:p>
    <w:p>
      <w:pPr>
        <w:jc w:val="right"/>
      </w:pPr>
      <w:r>
        <w:t>یہاں تک کہ میں نے سوچا کہ اگر میرے ہاتھ میں جنت کا ٹکٹ آ جائے، میں بڑھوں</w:t>
      </w:r>
    </w:p>
    <w:p>
      <w:r>
        <w:rPr>
          <w:b/>
        </w:rPr>
        <w:t xml:space="preserve">[05:55] </w:t>
      </w:r>
      <w:r>
        <w:t>jannat ki taraf, aur door par pahunch kar yeh hukum ho jaye ke nahi, ise ticket wapas le</w:t>
      </w:r>
    </w:p>
    <w:p>
      <w:pPr>
        <w:jc w:val="right"/>
      </w:pPr>
      <w:r>
        <w:t>جنت کی طرف، اور ڈور پر پہنچ کر یہ حکم ہو جائے کہ نہیں، اسے ٹکٹ واپس لے</w:t>
      </w:r>
    </w:p>
    <w:p>
      <w:r>
        <w:rPr>
          <w:b/>
        </w:rPr>
        <w:t xml:space="preserve">[06:02] </w:t>
      </w:r>
      <w:r>
        <w:t>lo, to kaun rok sakta hai? to aap ko agar Allah rabb al-alameen ki azmat ka, us ke</w:t>
      </w:r>
    </w:p>
    <w:p>
      <w:pPr>
        <w:jc w:val="right"/>
      </w:pPr>
      <w:r>
        <w:t>لو، تو کون روک سکتا ہے؟ تو آپ کو اگر اللہ رب العالمین کی عظمت کا، اس کے</w:t>
      </w:r>
    </w:p>
    <w:p>
      <w:r>
        <w:rPr>
          <w:b/>
        </w:rPr>
        <w:t xml:space="preserve">[06:09] </w:t>
      </w:r>
      <w:r>
        <w:t>qadir-e-mutlaq hone ka ehsas ho, to sare yaqeen ke bawajood aap ko ek ajeeb ehsas rahega</w:t>
      </w:r>
    </w:p>
    <w:p>
      <w:pPr>
        <w:jc w:val="right"/>
      </w:pPr>
      <w:r>
        <w:t>قادر مطلق ہونے کا احساس ہو، تو سارے یقین کے باوجود آپ کو ایک عجیب احساس رہے گا</w:t>
      </w:r>
    </w:p>
    <w:p>
      <w:r>
        <w:rPr>
          <w:b/>
        </w:rPr>
        <w:t xml:space="preserve">[06:16] </w:t>
      </w:r>
      <w:r>
        <w:t>ke wa Allahu majidun lil-lah qudrat to phir bhi Allah hi ki hai, kisi aur ko qudrat hasil nahi hai.</w:t>
      </w:r>
    </w:p>
    <w:p>
      <w:pPr>
        <w:jc w:val="right"/>
      </w:pPr>
      <w:r>
        <w:t>کہ وَاللَّهُ مَجِدٌ لِلَّهِ قدرت تو پھر بھی اللہ ہی کی ہے، کسی اور کو قدرت حاصل نہیں ہے۔</w:t>
      </w:r>
    </w:p>
    <w:p>
      <w:r>
        <w:rPr>
          <w:b/>
        </w:rPr>
        <w:t xml:space="preserve">[06:23] </w:t>
      </w:r>
      <w:r>
        <w:t>isi liye farmaya hai ke al-imanu bayna al-raja'i wa al-khawfi al-imanu bayna al-raja'i wa al-khawfi iman khauf aur umeed ke</w:t>
      </w:r>
    </w:p>
    <w:p>
      <w:pPr>
        <w:jc w:val="right"/>
      </w:pPr>
      <w:r>
        <w:t>اسی لیے فرمایا ہے کہ الْإِيمَانُ بَنْ رَجَاءِ وَالْخَوْفِ الْإِيمَانُ بَنْ رَجَاءِ وَالْخَوْفِ ایمان خوف اور امید کے</w:t>
      </w:r>
    </w:p>
    <w:p>
      <w:r>
        <w:rPr>
          <w:b/>
        </w:rPr>
        <w:t xml:space="preserve">[06:29] </w:t>
      </w:r>
      <w:r>
        <w:t>darmiyan hota hai.</w:t>
      </w:r>
    </w:p>
    <w:p>
      <w:pPr>
        <w:jc w:val="right"/>
      </w:pPr>
      <w:r>
        <w:t>درمیان ہوتا ہے۔</w:t>
      </w:r>
    </w:p>
    <w:p>
      <w:r>
        <w:rPr>
          <w:b/>
        </w:rPr>
        <w:t xml:space="preserve">[06:36] </w:t>
      </w:r>
      <w:r>
        <w:t>iman umeed aur khauf ke darmiyan hota hai.</w:t>
      </w:r>
    </w:p>
    <w:p>
      <w:pPr>
        <w:jc w:val="right"/>
      </w:pPr>
      <w:r>
        <w:t>ایمان امید اور خوف کے درمیان ہوتا ہے۔</w:t>
      </w:r>
    </w:p>
    <w:p>
      <w:r>
        <w:rPr>
          <w:b/>
        </w:rPr>
        <w:t xml:space="preserve">[06:43] </w:t>
      </w:r>
      <w:r>
        <w:t>al-iman ban raja'i wal-khawfi iman ummeed aur khauf ke darmiyan hota hai.</w:t>
      </w:r>
    </w:p>
    <w:p>
      <w:pPr>
        <w:jc w:val="right"/>
      </w:pPr>
      <w:r>
        <w:t>الْإِيمَانُ بَنْ رَجَاءِ وَالْخَوْفِ ایمان امید اور خوف کے درمیان ہوتا ہے۔</w:t>
      </w:r>
    </w:p>
    <w:p>
      <w:r>
        <w:rPr>
          <w:b/>
        </w:rPr>
        <w:t xml:space="preserve">[06:50] </w:t>
      </w:r>
      <w:r>
        <w:t>yani ek taraf to yeh yeh ummeed ke Allah rabbul alameen rehmat wala hai, rehmat-i-wasi'at kulli se hai.</w:t>
      </w:r>
    </w:p>
    <w:p>
      <w:pPr>
        <w:jc w:val="right"/>
      </w:pPr>
      <w:r>
        <w:t>یعنی ایک طرف تو یہ یہ امید کہ اللہ رب العالمین رحمت والا ہے، رحمتی وسعت کل سے ہے۔</w:t>
      </w:r>
    </w:p>
    <w:p>
      <w:r>
        <w:rPr>
          <w:b/>
        </w:rPr>
        <w:t xml:space="preserve">[06:57] </w:t>
      </w:r>
      <w:r>
        <w:t>yani Allah ki rehmat har cheez par chhayi hui hai.</w:t>
      </w:r>
    </w:p>
    <w:p>
      <w:pPr>
        <w:jc w:val="right"/>
      </w:pPr>
      <w:r>
        <w:t>یعنی اللہ کی رحمت ہر چیز پر چھائی ہوئی ہے۔</w:t>
      </w:r>
    </w:p>
    <w:p>
      <w:r>
        <w:rPr>
          <w:b/>
        </w:rPr>
        <w:t xml:space="preserve">[07:04] </w:t>
      </w:r>
      <w:r>
        <w:t>yeh ek cheez aadmi ko ummeed paida karti hai.</w:t>
      </w:r>
    </w:p>
    <w:p>
      <w:pPr>
        <w:jc w:val="right"/>
      </w:pPr>
      <w:r>
        <w:t>یہ ایک چیز آدمی کو امید پیدا کرتی ہے۔</w:t>
      </w:r>
    </w:p>
    <w:p>
      <w:r>
        <w:rPr>
          <w:b/>
        </w:rPr>
        <w:t xml:space="preserve">[07:10] </w:t>
      </w:r>
      <w:r>
        <w:t>aur doosri taraf Allah ki azmat, Allah ki qudrat ka ehsas aadmi ko hebat paida karta hai.</w:t>
      </w:r>
    </w:p>
    <w:p>
      <w:pPr>
        <w:jc w:val="right"/>
      </w:pPr>
      <w:r>
        <w:t>اور دوسری طرف اللہ کی عظمت، اللہ کی قدرت کا احساس آدمی کو ہیبت پیدا کرتا ہے۔</w:t>
      </w:r>
    </w:p>
    <w:p>
      <w:r>
        <w:rPr>
          <w:b/>
        </w:rPr>
        <w:t xml:space="preserve">[07:17] </w:t>
      </w:r>
      <w:r>
        <w:t>main aksar sochta hoon ke yeh kainat jo hai, billion billion galaxy se bhari hui hai.</w:t>
      </w:r>
    </w:p>
    <w:p>
      <w:pPr>
        <w:jc w:val="right"/>
      </w:pPr>
      <w:r>
        <w:t>میں اکثر سوچتا ہوں کہ یہ کائنات جو ہے، بلین بلین گیلیکسی سے بھری ہوئی ہے۔</w:t>
      </w:r>
    </w:p>
    <w:p>
      <w:r>
        <w:rPr>
          <w:b/>
        </w:rPr>
        <w:t xml:space="preserve">[07:24] </w:t>
      </w:r>
      <w:r>
        <w:t>bahut bada suraj system hai, us ke andar bahut saare planets hain.</w:t>
      </w:r>
    </w:p>
    <w:p>
      <w:pPr>
        <w:jc w:val="right"/>
      </w:pPr>
      <w:r>
        <w:t>بہت بڑا سورج سسٹم ہے، اس کے اندر بہت سارے پلینٹس ہیں۔</w:t>
      </w:r>
    </w:p>
    <w:p>
      <w:r>
        <w:rPr>
          <w:b/>
        </w:rPr>
        <w:t xml:space="preserve">[07:31] </w:t>
      </w:r>
      <w:r>
        <w:t>phir us ke andar ek duniya hai, poori ek duniya hai, itne saare insaan hain.</w:t>
      </w:r>
    </w:p>
    <w:p>
      <w:pPr>
        <w:jc w:val="right"/>
      </w:pPr>
      <w:r>
        <w:t>پھر اس کے اندر ایک دنیا ہے، پوری ایک دنیا ہے، اتنے سارے انسان ہیں۔</w:t>
      </w:r>
    </w:p>
    <w:p>
      <w:r>
        <w:rPr>
          <w:b/>
        </w:rPr>
        <w:t xml:space="preserve">[07:38] </w:t>
      </w:r>
      <w:r>
        <w:t>kaise Khuda itni badi kainat ko control kar raha hai? Hum to ek pencil ko nahi keh sakte</w:t>
      </w:r>
    </w:p>
    <w:p>
      <w:pPr>
        <w:jc w:val="right"/>
      </w:pPr>
      <w:r>
        <w:t>کیسے خدا اتنی بڑی کائنات کو کنٹرول کر رہا ہے؟ ہم تو ایک پنسل کو نہیں کہہ سکتے</w:t>
      </w:r>
    </w:p>
    <w:p>
      <w:r>
        <w:rPr>
          <w:b/>
        </w:rPr>
        <w:t xml:space="preserve">[07:45] </w:t>
      </w:r>
      <w:r>
        <w:t>ke yeh hamare control mein hai, haath se chhoot jaye to gir padegi.</w:t>
      </w:r>
    </w:p>
    <w:p>
      <w:pPr>
        <w:jc w:val="right"/>
      </w:pPr>
      <w:r>
        <w:t>کہ یہ ہمارے کنٹرول میں ہے، ہاتھ سے چھوٹ جائے تو گر پڑے گی۔</w:t>
      </w:r>
    </w:p>
    <w:p>
      <w:r>
        <w:rPr>
          <w:b/>
        </w:rPr>
        <w:t xml:space="preserve">[07:51] </w:t>
      </w:r>
      <w:r>
        <w:t>insaan ek pencil ke bare mein nahi keh sakta ke yeh pencil mere control mein hai.</w:t>
      </w:r>
    </w:p>
    <w:p>
      <w:pPr>
        <w:jc w:val="right"/>
      </w:pPr>
      <w:r>
        <w:t>انسان ایک پنسل کے بارے میں نہیں کہہ سکتا کہ یہ پنسل میرے کنٹرول میں ہے۔</w:t>
      </w:r>
    </w:p>
    <w:p>
      <w:r>
        <w:rPr>
          <w:b/>
        </w:rPr>
        <w:t xml:space="preserve">[07:58] </w:t>
      </w:r>
      <w:r>
        <w:t>aur Khuda ki qudrat itni mind boggling qudrat hai, kehte hue badi kainat ko woh control ki hui hai.</w:t>
      </w:r>
    </w:p>
    <w:p>
      <w:pPr>
        <w:jc w:val="right"/>
      </w:pPr>
      <w:r>
        <w:t>اور خدا کی قدرت اتنی مائنڈ باگلنگ قدرت ہے، کہتے ہوئے بڑی کائنات کو وہ کنٹرول کی ہوئی ہے۔</w:t>
      </w:r>
    </w:p>
    <w:p>
      <w:r>
        <w:rPr>
          <w:b/>
        </w:rPr>
        <w:t xml:space="preserve">[08:05] </w:t>
      </w:r>
      <w:r>
        <w:t>aur kahin koi khalal waqe nahi hota.</w:t>
      </w:r>
    </w:p>
    <w:p>
      <w:pPr>
        <w:jc w:val="right"/>
      </w:pPr>
      <w:r>
        <w:t>اور کہیں کوئی خلل واقع نہیں ہوتا۔</w:t>
      </w:r>
    </w:p>
    <w:p>
      <w:r>
        <w:rPr>
          <w:b/>
        </w:rPr>
        <w:t xml:space="preserve">[08:12] </w:t>
      </w:r>
      <w:r>
        <w:t>kahin koi khalal waqe nahi hota.</w:t>
      </w:r>
    </w:p>
    <w:p>
      <w:pPr>
        <w:jc w:val="right"/>
      </w:pPr>
      <w:r>
        <w:t>کہیں کوئی خلل واقع نہیں ہوتا۔</w:t>
      </w:r>
    </w:p>
    <w:p>
      <w:r>
        <w:rPr>
          <w:b/>
        </w:rPr>
        <w:t xml:space="preserve">[08:19] </w:t>
      </w:r>
      <w:r>
        <w:t>is liye yeh dichotomy woh nahi hai jo hum sochte the, balke doosri dichotomy hai.</w:t>
      </w:r>
    </w:p>
    <w:p>
      <w:pPr>
        <w:jc w:val="right"/>
      </w:pPr>
      <w:r>
        <w:t>اس لیے یہ ڈائیکاڈمی وہ نہیں ہے جو ہم سوچتے تھے، بلکہ دوسری ڈائیکاڈمی ہے۔</w:t>
      </w:r>
    </w:p>
    <w:p>
      <w:r>
        <w:rPr>
          <w:b/>
        </w:rPr>
        <w:t xml:space="preserve">[08:26] </w:t>
      </w:r>
      <w:r>
        <w:t>bahut din hua, main ne ek mazmoon likha tha isi hadees ko le kar.</w:t>
      </w:r>
    </w:p>
    <w:p>
      <w:pPr>
        <w:jc w:val="right"/>
      </w:pPr>
      <w:r>
        <w:t>بہت دن ہوا، میں نے ایک مضمون لکھا تھا اسی حدیث کو لے کر۔</w:t>
      </w:r>
    </w:p>
    <w:p>
      <w:r>
        <w:rPr>
          <w:b/>
        </w:rPr>
        <w:t xml:space="preserve">[08:32] </w:t>
      </w:r>
      <w:r>
        <w:t>al-iman ban raja'i wal-khawfi is waqt main ne ek ek yeh alfaaz likhe the ke iman kya hai.</w:t>
      </w:r>
    </w:p>
    <w:p>
      <w:pPr>
        <w:jc w:val="right"/>
      </w:pPr>
      <w:r>
        <w:t>الْإِيمَانُ بَنْ رَجَاءِ وَالْخَوْفِ اس وقت میں نے ایک ایک یہ الفاظ لکھے تھے کہ ایمان کیا ہے۔</w:t>
      </w:r>
    </w:p>
    <w:p>
      <w:r>
        <w:rPr>
          <w:b/>
        </w:rPr>
        <w:t xml:space="preserve">[08:39] </w:t>
      </w:r>
      <w:r>
        <w:t>main ne likha tha ke yeh ek aisa khauf hai jo sarapa itminan hai.</w:t>
      </w:r>
    </w:p>
    <w:p>
      <w:pPr>
        <w:jc w:val="right"/>
      </w:pPr>
      <w:r>
        <w:t>میں نے لکھا تھا کہ یہ ایک ایسا خوف ہے جو سراپا اطمینان ہے۔</w:t>
      </w:r>
    </w:p>
    <w:p>
      <w:r>
        <w:rPr>
          <w:b/>
        </w:rPr>
        <w:t xml:space="preserve">[08:46] </w:t>
      </w:r>
      <w:r>
        <w:t>aur aisa itminan hai jo sarapa iztirab hai.</w:t>
      </w:r>
    </w:p>
    <w:p>
      <w:pPr>
        <w:jc w:val="right"/>
      </w:pPr>
      <w:r>
        <w:t>اور ایسا اطمینان ہے جو سراپا اضطراب ہے۔</w:t>
      </w:r>
    </w:p>
    <w:p>
      <w:r>
        <w:rPr>
          <w:b/>
        </w:rPr>
        <w:t xml:space="preserve">[08:53] </w:t>
      </w:r>
      <w:r>
        <w:t>yeh ek aisa itminan hai jo sarapa iztirab hai.</w:t>
      </w:r>
    </w:p>
    <w:p>
      <w:pPr>
        <w:jc w:val="right"/>
      </w:pPr>
      <w:r>
        <w:t>یہ ایک ایسا اطمینان ہے جو سراپا اضطراب ہے۔</w:t>
      </w:r>
    </w:p>
    <w:p>
      <w:r>
        <w:rPr>
          <w:b/>
        </w:rPr>
        <w:t xml:space="preserve">[09:00] </w:t>
      </w:r>
      <w:r>
        <w:t>aur aisa iztirab hai jo sarapa itminan hai.</w:t>
      </w:r>
    </w:p>
    <w:p>
      <w:pPr>
        <w:jc w:val="right"/>
      </w:pPr>
      <w:r>
        <w:t>اور ایسا اضطراب ہے جو سراپا اطمینان ہے۔</w:t>
      </w:r>
    </w:p>
    <w:p>
      <w:r>
        <w:rPr>
          <w:b/>
        </w:rPr>
        <w:t xml:space="preserve">[09:07] </w:t>
      </w:r>
      <w:r>
        <w:t>kyun ke dono ka ghalba aadmi ke andar aakhri had tak hota hai.</w:t>
      </w:r>
    </w:p>
    <w:p>
      <w:pPr>
        <w:jc w:val="right"/>
      </w:pPr>
      <w:r>
        <w:t>کیونکہ دونوں کا غلبہ آدمی کے اندر آخری حد تک ہوتا ہے۔</w:t>
      </w:r>
    </w:p>
    <w:p>
      <w:r>
        <w:rPr>
          <w:b/>
        </w:rPr>
        <w:t xml:space="preserve">[09:13] </w:t>
      </w:r>
      <w:r>
        <w:t>to bande ke paas koi aisa ikhtiyar nahi hai ke woh ek ko hadaf kar de, doosre ko baqi rakhay.</w:t>
      </w:r>
    </w:p>
    <w:p>
      <w:pPr>
        <w:jc w:val="right"/>
      </w:pPr>
      <w:r>
        <w:t>تو بندے کے پاس کوئی ایسا اختیار نہیں ہے کہ وہ ایک کو حذف کر دے، دوسرے کو باقی رکھے۔</w:t>
      </w:r>
    </w:p>
    <w:p>
      <w:r>
        <w:rPr>
          <w:b/>
        </w:rPr>
        <w:t xml:space="preserve">[09:20] </w:t>
      </w:r>
      <w:r>
        <w:t>to aaj mujhe yeh hadees clear hui.</w:t>
      </w:r>
    </w:p>
    <w:p>
      <w:pPr>
        <w:jc w:val="right"/>
      </w:pPr>
      <w:r>
        <w:t>تو آج مجھے یہ حدیث کلیئر ہوئی۔</w:t>
      </w:r>
    </w:p>
    <w:p>
      <w:r>
        <w:rPr>
          <w:b/>
        </w:rPr>
        <w:t xml:space="preserve">[09:27] </w:t>
      </w:r>
      <w:r>
        <w:t>main ne Allah ka shukr ada kiya ke yeh hadees mujhe samajh mein aa gayi.</w:t>
      </w:r>
    </w:p>
    <w:p>
      <w:pPr>
        <w:jc w:val="right"/>
      </w:pPr>
      <w:r>
        <w:t>میں نے اللہ کا شکر ادا کیا کہ یہ حدیث مجھے سمجھ میں آ گئی۔</w:t>
      </w:r>
    </w:p>
    <w:p>
      <w:r>
        <w:rPr>
          <w:b/>
        </w:rPr>
        <w:t xml:space="preserve">[09:34] </w:t>
      </w:r>
      <w:r>
        <w:t>is ke baad ek aur hadith hai, woh muslim mein hai.</w:t>
      </w:r>
    </w:p>
    <w:p>
      <w:pPr>
        <w:jc w:val="right"/>
      </w:pPr>
      <w:r>
        <w:t>اس کے بعد ایک اور حدیث ہے، وہ مسلم میں ہے۔</w:t>
      </w:r>
    </w:p>
    <w:p>
      <w:r>
        <w:rPr>
          <w:b/>
        </w:rPr>
        <w:t xml:space="preserve">[09:41] </w:t>
      </w:r>
      <w:r>
        <w:t>ajab-an li-amr-il-momin momin ka mamla kitna ajab hai.</w:t>
      </w:r>
    </w:p>
    <w:p>
      <w:pPr>
        <w:jc w:val="right"/>
      </w:pPr>
      <w:r>
        <w:t>عَجَبًا لِأَمْرِ الْمُؤْمِنِ مومن کا معاملہ کتنا عجیب ہے۔</w:t>
      </w:r>
    </w:p>
    <w:p>
      <w:r>
        <w:rPr>
          <w:b/>
        </w:rPr>
        <w:t xml:space="preserve">[09:48] </w:t>
      </w:r>
      <w:r>
        <w:t>is ka har is ki har cheez is ke liye khair hai.</w:t>
      </w:r>
    </w:p>
    <w:p>
      <w:pPr>
        <w:jc w:val="right"/>
      </w:pPr>
      <w:r>
        <w:t>اس کا ہر اس کی ہر چیز اس کے لیے خیر ہے۔</w:t>
      </w:r>
    </w:p>
    <w:p>
      <w:r>
        <w:rPr>
          <w:b/>
        </w:rPr>
        <w:t xml:space="preserve">[09:54] </w:t>
      </w:r>
      <w:r>
        <w:t>in-na amr-hu kull-hu la-hu khair yani acha guzre, bura guzre, aaram ho, takleef, sab is ke liye khair hai.</w:t>
      </w:r>
    </w:p>
    <w:p>
      <w:pPr>
        <w:jc w:val="right"/>
      </w:pPr>
      <w:r>
        <w:t>إِنَّ أَمْرُهُ كُلُّهُ لَهُ خَيْرٌ یعنی اچھا گزرے، برا گزرے، آرام ہو، تکلیف، سب اس کے لیے خیر ہے۔</w:t>
      </w:r>
    </w:p>
    <w:p>
      <w:r>
        <w:rPr>
          <w:b/>
        </w:rPr>
        <w:t xml:space="preserve">[10:01] </w:t>
      </w:r>
      <w:r>
        <w:t>to farmaya ke jab is ko kuch acha pesh aata hai to woh shukr karta hai.</w:t>
      </w:r>
    </w:p>
    <w:p>
      <w:pPr>
        <w:jc w:val="right"/>
      </w:pPr>
      <w:r>
        <w:t>تو فرمایا کہ جب اس کو کچھ اچھا پیش آتا ہے تو وہ شکر کرتا ہے۔</w:t>
      </w:r>
    </w:p>
    <w:p>
      <w:r>
        <w:rPr>
          <w:b/>
        </w:rPr>
        <w:t xml:space="preserve">[10:08] </w:t>
      </w:r>
      <w:r>
        <w:t>to shukr is ke liye khair ban jata hai.</w:t>
      </w:r>
    </w:p>
    <w:p>
      <w:pPr>
        <w:jc w:val="right"/>
      </w:pPr>
      <w:r>
        <w:t>تو شکر اس کے لیے خیر بن جاتا ہے۔</w:t>
      </w:r>
    </w:p>
    <w:p>
      <w:r>
        <w:rPr>
          <w:b/>
        </w:rPr>
        <w:t xml:space="preserve">[10:15] </w:t>
      </w:r>
      <w:r>
        <w:t>aur jab is ko koi takleef wali baat hoti hai to woh sabr karta hai.</w:t>
      </w:r>
    </w:p>
    <w:p>
      <w:pPr>
        <w:jc w:val="right"/>
      </w:pPr>
      <w:r>
        <w:t>اور جب اس کو کوئی تکلیف والی بات ہوتی ہے تو وہ صبر کرتا ہے۔</w:t>
      </w:r>
    </w:p>
    <w:p>
      <w:r>
        <w:rPr>
          <w:b/>
        </w:rPr>
        <w:t xml:space="preserve">[10:22] </w:t>
      </w:r>
      <w:r>
        <w:t>aur sabr is ke liye khair ban jata hai.</w:t>
      </w:r>
    </w:p>
    <w:p>
      <w:pPr>
        <w:jc w:val="right"/>
      </w:pPr>
      <w:r>
        <w:t>اور صبر اس کے لیے خیر بن جاتا ہے۔</w:t>
      </w:r>
    </w:p>
    <w:p>
      <w:r>
        <w:rPr>
          <w:b/>
        </w:rPr>
        <w:t xml:space="preserve">[10:29] </w:t>
      </w:r>
      <w:r>
        <w:t>aur yeh sirf momin ke liye hai.</w:t>
      </w:r>
    </w:p>
    <w:p>
      <w:pPr>
        <w:jc w:val="right"/>
      </w:pPr>
      <w:r>
        <w:t>اور یہ صرف مومن کے لیے ہے۔</w:t>
      </w:r>
    </w:p>
    <w:p>
      <w:r>
        <w:rPr>
          <w:b/>
        </w:rPr>
        <w:t xml:space="preserve">[10:35] </w:t>
      </w:r>
      <w:r>
        <w:t>yeh mamla sirf momin ka hai.</w:t>
      </w:r>
    </w:p>
    <w:p>
      <w:pPr>
        <w:jc w:val="right"/>
      </w:pPr>
      <w:r>
        <w:t>یہ معاملہ صرف مومن کا ہے۔</w:t>
      </w:r>
    </w:p>
    <w:p>
      <w:r>
        <w:rPr>
          <w:b/>
        </w:rPr>
        <w:t xml:space="preserve">[10:42] </w:t>
      </w:r>
      <w:r>
        <w:t>to mein ne socha ke momin ka mamla kyun hai? to asal mein momin ki baat nahi hai.</w:t>
      </w:r>
    </w:p>
    <w:p>
      <w:pPr>
        <w:jc w:val="right"/>
      </w:pPr>
      <w:r>
        <w:t>تو میں نے سوچا کہ مومن کا معاملہ کیوں ہے؟ تو اصل میں مومن کی بات نہیں ہے۔</w:t>
      </w:r>
    </w:p>
    <w:p>
      <w:r>
        <w:rPr>
          <w:b/>
        </w:rPr>
        <w:t xml:space="preserve">[10:49] </w:t>
      </w:r>
      <w:r>
        <w:t>یہ بات ہے اس انسان کی جس کا mind highly developed mind ہو۔</w:t>
      </w:r>
    </w:p>
    <w:p>
      <w:pPr>
        <w:jc w:val="right"/>
      </w:pPr>
      <w:r>
        <w:t>یہ بات ہے اس انسان کی جس کا مائنڈ ہائیلی ڈیولپڈ مائنڈ ہو۔</w:t>
      </w:r>
    </w:p>
    <w:p>
      <w:r>
        <w:rPr>
          <w:b/>
        </w:rPr>
        <w:t xml:space="preserve">[10:56] </w:t>
      </w:r>
      <w:r>
        <w:t>highly developed mind.</w:t>
      </w:r>
    </w:p>
    <w:p>
      <w:pPr>
        <w:jc w:val="right"/>
      </w:pPr>
      <w:r>
        <w:t>ہائیلی ڈیولپڈ مائنڈ۔</w:t>
      </w:r>
    </w:p>
    <w:p>
      <w:r>
        <w:rPr>
          <w:b/>
        </w:rPr>
        <w:t xml:space="preserve">[11:03] </w:t>
      </w:r>
      <w:r>
        <w:t>highly developed mind jo hai, iska mamla yeh hota hai ke usko wisdom ki discovery ho jati hai. Wisdom.</w:t>
      </w:r>
    </w:p>
    <w:p>
      <w:pPr>
        <w:jc w:val="right"/>
      </w:pPr>
      <w:r>
        <w:t>ہائیلی ڈیولپڈ مائنڈ جو ہے، اس کا معاملہ یہ ہوتا ہے کہ اس کو وزڈم کی ڈسکوری ہو جاتی ہے۔ وزڈم۔</w:t>
      </w:r>
    </w:p>
    <w:p>
      <w:r>
        <w:rPr>
          <w:b/>
        </w:rPr>
        <w:t xml:space="preserve">[11:10] </w:t>
      </w:r>
      <w:r>
        <w:t>wisdom ko daryaft kar leta hai woh.</w:t>
      </w:r>
    </w:p>
    <w:p>
      <w:pPr>
        <w:jc w:val="right"/>
      </w:pPr>
      <w:r>
        <w:t>وزڈم کو دریافت کر لیتا ہے وہ۔</w:t>
      </w:r>
    </w:p>
    <w:p>
      <w:r>
        <w:rPr>
          <w:b/>
        </w:rPr>
        <w:t xml:space="preserve">[11:16] </w:t>
      </w:r>
      <w:r>
        <w:t>اس لیے وہ ہر negative کو positive میں کنورٹ کر سکتا ہے۔</w:t>
      </w:r>
    </w:p>
    <w:p>
      <w:pPr>
        <w:jc w:val="right"/>
      </w:pPr>
      <w:r>
        <w:t>اس لیے وہ ہر نیگیٹیو کو پازیٹیو میں کنورٹ کر سکتا ہے۔</w:t>
      </w:r>
    </w:p>
    <w:p>
      <w:r>
        <w:rPr>
          <w:b/>
        </w:rPr>
        <w:t xml:space="preserve">[11:23] </w:t>
      </w:r>
      <w:r>
        <w:t>har minus ko plus mein convert kar sakta hai.</w:t>
      </w:r>
    </w:p>
    <w:p>
      <w:pPr>
        <w:jc w:val="right"/>
      </w:pPr>
      <w:r>
        <w:t>ہر مائنس کو پلس میں کنورٹ کر سکتا ہے۔</w:t>
      </w:r>
    </w:p>
    <w:p>
      <w:r>
        <w:rPr>
          <w:b/>
        </w:rPr>
        <w:t xml:space="preserve">[11:30] </w:t>
      </w:r>
      <w:r>
        <w:t>to yeh sach poochien to wise insan ka mamla hai.</w:t>
      </w:r>
    </w:p>
    <w:p>
      <w:pPr>
        <w:jc w:val="right"/>
      </w:pPr>
      <w:r>
        <w:t>تو یہ سچ پوچھیں تو وائز انسان کا معاملہ ہے۔</w:t>
      </w:r>
    </w:p>
    <w:p>
      <w:r>
        <w:rPr>
          <w:b/>
        </w:rPr>
        <w:t xml:space="preserve">[11:37] </w:t>
      </w:r>
      <w:r>
        <w:t>yeh nahi ke jo kalma parh le to us ka woh us ke sath aisa ho jayega.</w:t>
      </w:r>
    </w:p>
    <w:p>
      <w:pPr>
        <w:jc w:val="right"/>
      </w:pPr>
      <w:r>
        <w:t>یہ نہیں کہ جو کلمہ پڑھ لے تو اس کا وہ اس کے ساتھ ایسا ہو جائے گا۔</w:t>
      </w:r>
    </w:p>
    <w:p>
      <w:r>
        <w:rPr>
          <w:b/>
        </w:rPr>
        <w:t xml:space="preserve">[11:44] </w:t>
      </w:r>
      <w:r>
        <w:t>yeh kalma parhne ki baat nahi hai.</w:t>
      </w:r>
    </w:p>
    <w:p>
      <w:pPr>
        <w:jc w:val="right"/>
      </w:pPr>
      <w:r>
        <w:t>یہ کلمہ پڑھنے کی بات نہیں ہے۔</w:t>
      </w:r>
    </w:p>
    <w:p>
      <w:r>
        <w:rPr>
          <w:b/>
        </w:rPr>
        <w:t xml:space="preserve">[11:51] </w:t>
      </w:r>
      <w:r>
        <w:t>یہ wisdom کو ڈسکور کرنے کی بات ہے۔</w:t>
      </w:r>
    </w:p>
    <w:p>
      <w:pPr>
        <w:jc w:val="right"/>
      </w:pPr>
      <w:r>
        <w:t>یہ وزڈم کو ڈسکور کرنے کی بات ہے۔</w:t>
      </w:r>
    </w:p>
    <w:p>
      <w:r>
        <w:rPr>
          <w:b/>
        </w:rPr>
        <w:t xml:space="preserve">[11:57] </w:t>
      </w:r>
      <w:r>
        <w:t>is ko sochen to is mein ek bohat hi gehri baat kahi gayi is hadith mein.</w:t>
      </w:r>
    </w:p>
    <w:p>
      <w:pPr>
        <w:jc w:val="right"/>
      </w:pPr>
      <w:r>
        <w:t>اس کو سوچیں تو اس میں ایک بہت ہی گہری بات کہی گئی اس حدیث میں۔</w:t>
      </w:r>
    </w:p>
    <w:p>
      <w:r>
        <w:rPr>
          <w:b/>
        </w:rPr>
        <w:t xml:space="preserve">[12:04] </w:t>
      </w:r>
      <w:r>
        <w:t>عام طور پر لوگ جس dichotomy میں جیتے ہیں وہ کیا ہے؟ happiness, success اور failure۔</w:t>
      </w:r>
    </w:p>
    <w:p>
      <w:pPr>
        <w:jc w:val="right"/>
      </w:pPr>
      <w:r>
        <w:t>عام طور پر لوگ جس ڈائیکاڈمی میں جیتے ہیں وہ کیا ہے؟ ہیپینس، سکسیس اور فیلیر۔</w:t>
      </w:r>
    </w:p>
    <w:p>
      <w:r>
        <w:rPr>
          <w:b/>
        </w:rPr>
        <w:t xml:space="preserve">[12:11] </w:t>
      </w:r>
      <w:r>
        <w:t>عام طور پر لوگ جس dichotomy میں جیتے ہیں وہ ہے success, failure. Success, failure.</w:t>
      </w:r>
    </w:p>
    <w:p>
      <w:pPr>
        <w:jc w:val="right"/>
      </w:pPr>
      <w:r>
        <w:t>عام طور پر لوگ جس ڈائیکاڈمی میں جیتے ہیں وہ ہے سکسیس، فیلیر۔ سکسیس، فیلیر۔</w:t>
      </w:r>
    </w:p>
    <w:p>
      <w:r>
        <w:rPr>
          <w:b/>
        </w:rPr>
        <w:t xml:space="preserve">[12:18] </w:t>
      </w:r>
      <w:r>
        <w:t>میں سمجھتا ہوں کہ یہ بھی dichotomy غلط ہے۔</w:t>
      </w:r>
    </w:p>
    <w:p>
      <w:pPr>
        <w:jc w:val="right"/>
      </w:pPr>
      <w:r>
        <w:t>میں سمجھتا ہوں کہ یہ بھی ڈائیکاڈمی غلط ہے۔</w:t>
      </w:r>
    </w:p>
    <w:p>
      <w:r>
        <w:rPr>
          <w:b/>
        </w:rPr>
        <w:t xml:space="preserve">[12:25] </w:t>
      </w:r>
      <w:r>
        <w:t>صحیح ڈیکٹمی ہے سکسیس ایکسپیرینس۔</w:t>
      </w:r>
    </w:p>
    <w:p>
      <w:pPr>
        <w:jc w:val="right"/>
      </w:pPr>
      <w:r>
        <w:t>صحیح ڈائیکاڈمی ہے سکسیس ایکسپیرینس۔</w:t>
      </w:r>
    </w:p>
    <w:p>
      <w:r>
        <w:rPr>
          <w:b/>
        </w:rPr>
        <w:t xml:space="preserve">[12:32] </w:t>
      </w:r>
      <w:r>
        <w:t>صحیح dichotomy ہے success experience.</w:t>
      </w:r>
    </w:p>
    <w:p>
      <w:pPr>
        <w:jc w:val="right"/>
      </w:pPr>
      <w:r>
        <w:t>صحیح ڈائیکاڈمی ہے سکسیس ایکسپیرینس۔</w:t>
      </w:r>
    </w:p>
    <w:p>
      <w:r>
        <w:rPr>
          <w:b/>
        </w:rPr>
        <w:t xml:space="preserve">[12:38] </w:t>
      </w:r>
      <w:r>
        <w:t>Jab aap ko success na ho, bazahir aap fail ho jayen to woh failure jo hai kya hota</w:t>
      </w:r>
    </w:p>
    <w:p>
      <w:pPr>
        <w:jc w:val="right"/>
      </w:pPr>
      <w:r>
        <w:t>جب آپ کو سکسیس نہ ہو، بظاہر آپ فیل ہو جائیں تو وہ فیلیر جو ہے کیا ہوتا</w:t>
      </w:r>
    </w:p>
    <w:p>
      <w:r>
        <w:rPr>
          <w:b/>
        </w:rPr>
        <w:t xml:space="preserve">[12:45] </w:t>
      </w:r>
      <w:r>
        <w:t>hai? woh experience hota hai.</w:t>
      </w:r>
    </w:p>
    <w:p>
      <w:pPr>
        <w:jc w:val="right"/>
      </w:pPr>
      <w:r>
        <w:t>ہے؟ وہ ایکسپیرینس ہوتا ہے۔</w:t>
      </w:r>
    </w:p>
    <w:p>
      <w:r>
        <w:rPr>
          <w:b/>
        </w:rPr>
        <w:t xml:space="preserve">[12:52] </w:t>
      </w:r>
      <w:r>
        <w:t>اگر آپ کو کسی معاملے میں success نہ ہو، آپ کی planning work نہ کرے تو لوگ کہیں</w:t>
      </w:r>
    </w:p>
    <w:p>
      <w:pPr>
        <w:jc w:val="right"/>
      </w:pPr>
      <w:r>
        <w:t>اگر آپ کو کسی معاملے میں سکسیس نہ ہو، آپ کی پلاننگ ورک نہ کرے تو لوگ کہیں</w:t>
      </w:r>
    </w:p>
    <w:p>
      <w:r>
        <w:rPr>
          <w:b/>
        </w:rPr>
        <w:t xml:space="preserve">[12:59] </w:t>
      </w:r>
      <w:r>
        <w:t>ke bhai yeh fail ho gaya, fail ho gaya. nahi.</w:t>
      </w:r>
    </w:p>
    <w:p>
      <w:pPr>
        <w:jc w:val="right"/>
      </w:pPr>
      <w:r>
        <w:t>کہ بھئی یہ فیل ہو گیا، فیل ہو گیا۔ نہیں۔</w:t>
      </w:r>
    </w:p>
    <w:p>
      <w:r>
        <w:rPr>
          <w:b/>
        </w:rPr>
        <w:t xml:space="preserve">[13:06] </w:t>
      </w:r>
      <w:r>
        <w:t>Fail hona ek naya experience hai.</w:t>
      </w:r>
    </w:p>
    <w:p>
      <w:pPr>
        <w:jc w:val="right"/>
      </w:pPr>
      <w:r>
        <w:t>فیل ہونا ایک نیا ایکسپیرینس ہے۔</w:t>
      </w:r>
    </w:p>
    <w:p>
      <w:r>
        <w:rPr>
          <w:b/>
        </w:rPr>
        <w:t xml:space="preserve">[13:13] </w:t>
      </w:r>
      <w:r>
        <w:t>Success agar success hai to failure ek experience hai.</w:t>
      </w:r>
    </w:p>
    <w:p>
      <w:pPr>
        <w:jc w:val="right"/>
      </w:pPr>
      <w:r>
        <w:t>سکسیس اگر سکسیس ہے تو فیلیر ایک ایکسپیرینس ہے۔</w:t>
      </w:r>
    </w:p>
    <w:p>
      <w:r>
        <w:rPr>
          <w:b/>
        </w:rPr>
        <w:t xml:space="preserve">[13:19] </w:t>
      </w:r>
      <w:r>
        <w:t>کیوں؟ اس لیے کہ جب آپ فیل ہوتے ہیں تو آپ کا mind trigger ہوتا ہے۔</w:t>
      </w:r>
    </w:p>
    <w:p>
      <w:pPr>
        <w:jc w:val="right"/>
      </w:pPr>
      <w:r>
        <w:t>کیوں؟ اس لیے کہ جب آپ فیل ہوتے ہیں تو آپ کا مائنڈ ٹریگر ہوتا ہے۔</w:t>
      </w:r>
    </w:p>
    <w:p>
      <w:r>
        <w:rPr>
          <w:b/>
        </w:rPr>
        <w:t xml:space="preserve">[13:26] </w:t>
      </w:r>
      <w:r>
        <w:t>آپ کے اندر brainstorming ہوتی ہے۔</w:t>
      </w:r>
    </w:p>
    <w:p>
      <w:pPr>
        <w:jc w:val="right"/>
      </w:pPr>
      <w:r>
        <w:t>آپ کے اندر برین اسٹارمنگ ہوتی ہے۔</w:t>
      </w:r>
    </w:p>
    <w:p>
      <w:r>
        <w:rPr>
          <w:b/>
        </w:rPr>
        <w:t xml:space="preserve">[13:33] </w:t>
      </w:r>
      <w:r>
        <w:t>aap ke andar rethinking aati hai.</w:t>
      </w:r>
    </w:p>
    <w:p>
      <w:pPr>
        <w:jc w:val="right"/>
      </w:pPr>
      <w:r>
        <w:t>آپ کے اندر ری تھنکنگ آتی ہے۔</w:t>
      </w:r>
    </w:p>
    <w:p>
      <w:r>
        <w:rPr>
          <w:b/>
        </w:rPr>
        <w:t xml:space="preserve">[13:40] </w:t>
      </w:r>
      <w:r>
        <w:t>aap replanning ki baat sochne lagte hain.</w:t>
      </w:r>
    </w:p>
    <w:p>
      <w:pPr>
        <w:jc w:val="right"/>
      </w:pPr>
      <w:r>
        <w:t>آپ ری پلاننگ کی بات سوچنے لگتے ہیں۔</w:t>
      </w:r>
    </w:p>
    <w:p>
      <w:r>
        <w:rPr>
          <w:b/>
        </w:rPr>
        <w:t xml:space="preserve">[13:47] </w:t>
      </w:r>
      <w:r>
        <w:t>تو success اگر ایک پلس پوائنٹ ہے آپ کے لیے تو failure بھی آپ کے لیے پلس پوائنٹ ہے۔</w:t>
      </w:r>
    </w:p>
    <w:p>
      <w:pPr>
        <w:jc w:val="right"/>
      </w:pPr>
      <w:r>
        <w:t>تو سکسیس اگر ایک پلس پوائنٹ ہے آپ کے لیے تو فیلیر بھی آپ کے لیے پلس پوائنٹ ہے۔</w:t>
      </w:r>
    </w:p>
    <w:p>
      <w:r>
        <w:rPr>
          <w:b/>
        </w:rPr>
        <w:t xml:space="preserve">[13:54] </w:t>
      </w:r>
      <w:r>
        <w:t>اس کی ایک مثال یہ ہے کہ ابراہم لنکن جو امریکہ کا سولواں پریزیڈنٹ تھا، سولواں، one six،</w:t>
      </w:r>
    </w:p>
    <w:p>
      <w:pPr>
        <w:jc w:val="right"/>
      </w:pPr>
      <w:r>
        <w:t>اس کی ایک مثال یہ ہے کہ ابراہم لنکن جو امریکہ کا سولواں پریزیڈنٹ تھا، سولواں، ون سکس،</w:t>
      </w:r>
    </w:p>
    <w:p>
      <w:r>
        <w:rPr>
          <w:b/>
        </w:rPr>
        <w:t xml:space="preserve">[14:00] </w:t>
      </w:r>
      <w:r>
        <w:t>woh aath baar presidentship ke liye khada hota tha, woh america ki presidentship ke liye.</w:t>
      </w:r>
    </w:p>
    <w:p>
      <w:pPr>
        <w:jc w:val="right"/>
      </w:pPr>
      <w:r>
        <w:t>وہ آٹھ بار پریزیڈنٹشپ کے لیے کھڑا ہوتا تھا، وہ امریکہ کی پریزیڈنٹشپ کے لیے۔</w:t>
      </w:r>
    </w:p>
    <w:p>
      <w:r>
        <w:rPr>
          <w:b/>
        </w:rPr>
        <w:t xml:space="preserve">[14:07] </w:t>
      </w:r>
      <w:r>
        <w:t>aath baar woh fail hua election mein.</w:t>
      </w:r>
    </w:p>
    <w:p>
      <w:pPr>
        <w:jc w:val="right"/>
      </w:pPr>
      <w:r>
        <w:t>آٹھ بار وہ فیل ہوا الیکشن میں۔</w:t>
      </w:r>
    </w:p>
    <w:p>
      <w:r>
        <w:rPr>
          <w:b/>
        </w:rPr>
        <w:t xml:space="preserve">[14:14] </w:t>
      </w:r>
      <w:r>
        <w:t>aath baar election mein fail ho gaya woh.</w:t>
      </w:r>
    </w:p>
    <w:p>
      <w:pPr>
        <w:jc w:val="right"/>
      </w:pPr>
      <w:r>
        <w:t>آٹھ بار الیکشن میں فیل ہو گیا وہ۔</w:t>
      </w:r>
    </w:p>
    <w:p>
      <w:r>
        <w:rPr>
          <w:b/>
        </w:rPr>
        <w:t xml:space="preserve">[14:21] </w:t>
      </w:r>
      <w:r>
        <w:t>لیکن وہ re-planning کرتا رہا، re-planning ہمیشہ۔</w:t>
      </w:r>
    </w:p>
    <w:p>
      <w:pPr>
        <w:jc w:val="right"/>
      </w:pPr>
      <w:r>
        <w:t>لیکن وہ ری پلاننگ کرتا رہا، ری پلاننگ ہمیشہ۔</w:t>
      </w:r>
    </w:p>
    <w:p>
      <w:r>
        <w:rPr>
          <w:b/>
        </w:rPr>
        <w:t xml:space="preserve">[14:28] </w:t>
      </w:r>
      <w:r>
        <w:t>fail hone ke baad woh phir sochta tha, phir sochta tha.</w:t>
      </w:r>
    </w:p>
    <w:p>
      <w:pPr>
        <w:jc w:val="right"/>
      </w:pPr>
      <w:r>
        <w:t>فیل ہونے کے بعد وہ پھر سوچتا تھا، پھر سوچتا تھا۔</w:t>
      </w:r>
    </w:p>
    <w:p>
      <w:r>
        <w:rPr>
          <w:b/>
        </w:rPr>
        <w:t xml:space="preserve">[14:35] </w:t>
      </w:r>
      <w:r>
        <w:t>تو replanning karte karte nauvin bar woh jeet gaya.</w:t>
      </w:r>
    </w:p>
    <w:p>
      <w:pPr>
        <w:jc w:val="right"/>
      </w:pPr>
      <w:r>
        <w:t>تو ری پلاننگ کرتے کرتے نویں بار وہ جیت گیا۔</w:t>
      </w:r>
    </w:p>
    <w:p>
      <w:r>
        <w:rPr>
          <w:b/>
        </w:rPr>
        <w:t xml:space="preserve">[14:41] </w:t>
      </w:r>
      <w:r>
        <w:t>nauveen baar jeet kar ke amreeka ka solvaan president bana woh, abraham lincoln.</w:t>
      </w:r>
    </w:p>
    <w:p>
      <w:pPr>
        <w:jc w:val="right"/>
      </w:pPr>
      <w:r>
        <w:t>نویں بار جیت کر کے امریکہ کا سولواں پریزیڈنٹ بنا وہ، ابراہم لنکن۔</w:t>
      </w:r>
    </w:p>
    <w:p>
      <w:r>
        <w:rPr>
          <w:b/>
        </w:rPr>
        <w:t xml:space="preserve">[14:48] </w:t>
      </w:r>
      <w:r>
        <w:t>to dekhen aksar log galat dichotomy mein jeetay hain.</w:t>
      </w:r>
    </w:p>
    <w:p>
      <w:pPr>
        <w:jc w:val="right"/>
      </w:pPr>
      <w:r>
        <w:t>تو دیکھیں اکثر لوگ غلط ڈائیکاڈمی میں جیتے ہیں۔</w:t>
      </w:r>
    </w:p>
    <w:p>
      <w:r>
        <w:rPr>
          <w:b/>
        </w:rPr>
        <w:t xml:space="preserve">[14:55] </w:t>
      </w:r>
      <w:r>
        <w:t>jaise aap dekhen ge ke bohat se log kisi ko dushman samajh len ge, kisi ko dost samajh len ge.</w:t>
      </w:r>
    </w:p>
    <w:p>
      <w:pPr>
        <w:jc w:val="right"/>
      </w:pPr>
      <w:r>
        <w:t>جیسے آپ دیکھیں گے کہ بہت سے لوگ کسی کو دشمن سمجھ لیں گے، کسی کو دوست سمجھیں گے۔</w:t>
      </w:r>
    </w:p>
    <w:p>
      <w:r>
        <w:rPr>
          <w:b/>
        </w:rPr>
        <w:t xml:space="preserve">[15:02] </w:t>
      </w:r>
      <w:r>
        <w:t>dushman, dost, dushman, dost.</w:t>
      </w:r>
    </w:p>
    <w:p>
      <w:pPr>
        <w:jc w:val="right"/>
      </w:pPr>
      <w:r>
        <w:t>دشمن، دوست، دشمن، دوست۔</w:t>
      </w:r>
    </w:p>
    <w:p>
      <w:r>
        <w:rPr>
          <w:b/>
        </w:rPr>
        <w:t xml:space="preserve">[15:09] </w:t>
      </w:r>
      <w:r>
        <w:t>yeh bhi dichotomy galat hai.</w:t>
      </w:r>
    </w:p>
    <w:p>
      <w:pPr>
        <w:jc w:val="right"/>
      </w:pPr>
      <w:r>
        <w:t>یہ بھی ڈائیکاڈمی غلط ہے۔</w:t>
      </w:r>
    </w:p>
    <w:p>
      <w:r>
        <w:rPr>
          <w:b/>
        </w:rPr>
        <w:t xml:space="preserve">[15:16] </w:t>
      </w:r>
      <w:r>
        <w:t>quran ke mutabiq sahi dichotomy jo hai friend of potential friend.</w:t>
      </w:r>
    </w:p>
    <w:p>
      <w:pPr>
        <w:jc w:val="right"/>
      </w:pPr>
      <w:r>
        <w:t>قرآن کے مطابق صحیح ڈائیکاڈمی جو ہے فرینڈ آف پوٹینشل فرینڈ۔</w:t>
      </w:r>
    </w:p>
    <w:p>
      <w:r>
        <w:rPr>
          <w:b/>
        </w:rPr>
        <w:t xml:space="preserve">[15:22] </w:t>
      </w:r>
      <w:r>
        <w:t>kuch log aap ke friend hain to kuch log aap ke potential friend hain.</w:t>
      </w:r>
    </w:p>
    <w:p>
      <w:pPr>
        <w:jc w:val="right"/>
      </w:pPr>
      <w:r>
        <w:t>کچھ لوگ آپ کے فرینڈ ہیں تو کچھ لوگ آپ کے پوٹینشل فرینڈ ہیں۔</w:t>
      </w:r>
    </w:p>
    <w:p>
      <w:r>
        <w:rPr>
          <w:b/>
        </w:rPr>
        <w:t xml:space="preserve">[15:29] </w:t>
      </w:r>
      <w:r>
        <w:t>to fail hona aur successful aur achieve karna, success aur failure, yeh dichotomy sahi nahi hai.</w:t>
      </w:r>
    </w:p>
    <w:p>
      <w:pPr>
        <w:jc w:val="right"/>
      </w:pPr>
      <w:r>
        <w:t>تو فیل ہونا اور سکسیس فل اور اچیو کرنا، سکسیس اور فیلیر، یہ ڈائیکاڈمی صحیح نہیں ہے۔</w:t>
      </w:r>
    </w:p>
    <w:p>
      <w:r>
        <w:rPr>
          <w:b/>
        </w:rPr>
        <w:t xml:space="preserve">[15:36] </w:t>
      </w:r>
      <w:r>
        <w:t>sahi dichotomy yeh hai ke success aur experience, jab aap ko success nahi hoti, jab aap ka plan</w:t>
      </w:r>
    </w:p>
    <w:p>
      <w:pPr>
        <w:jc w:val="right"/>
      </w:pPr>
      <w:r>
        <w:t>صحیح ڈائیکاڈمی یہ ہے کہ سکسیس اور ایکسپیرینس، جب آپ کو سکسیس نہیں ہوتی، جب آپ کا پلان</w:t>
      </w:r>
    </w:p>
    <w:p>
      <w:r>
        <w:rPr>
          <w:b/>
        </w:rPr>
        <w:t xml:space="preserve">[15:43] </w:t>
      </w:r>
      <w:r>
        <w:t>work nahi karta, bazahir aap fail ho jaate hain, tab bhi aap ko ek cheez milti hai, woh</w:t>
      </w:r>
    </w:p>
    <w:p>
      <w:pPr>
        <w:jc w:val="right"/>
      </w:pPr>
      <w:r>
        <w:t>ورک نہیں کرتا، بظاہر آپ فیل ہو جاتے ہیں، تب بھی آپ کو ایک چیز ملتی ہے، وہ</w:t>
      </w:r>
    </w:p>
    <w:p>
      <w:r>
        <w:rPr>
          <w:b/>
        </w:rPr>
        <w:t xml:space="preserve">[15:50] </w:t>
      </w:r>
      <w:r>
        <w:t>hai experience, tajurba. tajurba.</w:t>
      </w:r>
    </w:p>
    <w:p>
      <w:pPr>
        <w:jc w:val="right"/>
      </w:pPr>
      <w:r>
        <w:t>ہے ایکسپیرینس، تجربہ۔ تجربہ۔</w:t>
      </w:r>
    </w:p>
    <w:p>
      <w:r>
        <w:rPr>
          <w:b/>
        </w:rPr>
        <w:t xml:space="preserve">[15:57] </w:t>
      </w:r>
      <w:r>
        <w:t>aap is qabil ho jaate hain ke ziyada wisdom ke sath apni planning kar saken.</w:t>
      </w:r>
    </w:p>
    <w:p>
      <w:pPr>
        <w:jc w:val="right"/>
      </w:pPr>
      <w:r>
        <w:t>آپ اس قابل ہو جاتے ہیں کہ زیادہ وزڈم کے ساتھ اپنی پلاننگ کر سکیں۔</w:t>
      </w:r>
    </w:p>
    <w:p>
      <w:r>
        <w:rPr>
          <w:b/>
        </w:rPr>
        <w:t xml:space="preserve">[16:03] </w:t>
      </w:r>
      <w:r>
        <w:t>ziyada right way mein apna mashwara banaen.</w:t>
      </w:r>
    </w:p>
    <w:p>
      <w:pPr>
        <w:jc w:val="right"/>
      </w:pPr>
      <w:r>
        <w:t>زیادہ رائٹ وے میں اپنا مشورہ بنائیں۔</w:t>
      </w:r>
    </w:p>
    <w:p>
      <w:r>
        <w:rPr>
          <w:b/>
        </w:rPr>
        <w:t xml:space="preserve">[16:10] </w:t>
      </w:r>
      <w:r>
        <w:t>to woh to achievement hai.</w:t>
      </w:r>
    </w:p>
    <w:p>
      <w:pPr>
        <w:jc w:val="right"/>
      </w:pPr>
      <w:r>
        <w:t>تو وہ تو اچیومنٹ ہے۔</w:t>
      </w:r>
    </w:p>
    <w:p>
      <w:r>
        <w:rPr>
          <w:b/>
        </w:rPr>
        <w:t xml:space="preserve">[16:17] </w:t>
      </w:r>
      <w:r>
        <w:t>woh khona kahan hai, woh to paana hai.</w:t>
      </w:r>
    </w:p>
    <w:p>
      <w:pPr>
        <w:jc w:val="right"/>
      </w:pPr>
      <w:r>
        <w:t>وہ کھونا کہاں ہے، وہ تو پانا ہے۔</w:t>
      </w:r>
    </w:p>
    <w:p>
      <w:r>
        <w:rPr>
          <w:b/>
        </w:rPr>
        <w:t xml:space="preserve">[16:24] </w:t>
      </w:r>
      <w:r>
        <w:t>aur abraham lincoln koi ek hi misaal nahi hai.</w:t>
      </w:r>
    </w:p>
    <w:p>
      <w:pPr>
        <w:jc w:val="right"/>
      </w:pPr>
      <w:r>
        <w:t>اور ابراہم لنکن کوئی ایک ہی مثال نہیں ہے۔</w:t>
      </w:r>
    </w:p>
    <w:p>
      <w:r>
        <w:rPr>
          <w:b/>
        </w:rPr>
        <w:t xml:space="preserve">[16:31] </w:t>
      </w:r>
      <w:r>
        <w:t>aise log bohat se history mein hain jinhon ne apni haar ko haar nahi samjha, balkeh haar se seekha.</w:t>
      </w:r>
    </w:p>
    <w:p>
      <w:pPr>
        <w:jc w:val="right"/>
      </w:pPr>
      <w:r>
        <w:t>ایسے لوگ بہت سے ہسٹری میں ہیں جنہوں نے اپنی ہار کو ہار نہیں سمجھا، بلکہ ہار سے سیکھا۔</w:t>
      </w:r>
    </w:p>
    <w:p>
      <w:r>
        <w:rPr>
          <w:b/>
        </w:rPr>
        <w:t xml:space="preserve">[16:38] </w:t>
      </w:r>
      <w:r>
        <w:t>seekha, seekha, seekha.</w:t>
      </w:r>
    </w:p>
    <w:p>
      <w:pPr>
        <w:jc w:val="right"/>
      </w:pPr>
      <w:r>
        <w:t>سیکھا، سیکھا، سیکھا۔</w:t>
      </w:r>
    </w:p>
    <w:p>
      <w:r>
        <w:rPr>
          <w:b/>
        </w:rPr>
        <w:t xml:space="preserve">[16:44] </w:t>
      </w:r>
      <w:r>
        <w:t>yahan tak replanning ki.</w:t>
      </w:r>
    </w:p>
    <w:p>
      <w:pPr>
        <w:jc w:val="right"/>
      </w:pPr>
      <w:r>
        <w:t>یہاں تک ری پلاننگ کی۔</w:t>
      </w:r>
    </w:p>
    <w:p>
      <w:r>
        <w:rPr>
          <w:b/>
        </w:rPr>
        <w:t xml:space="preserve">[16:51] </w:t>
      </w:r>
      <w:r>
        <w:t>aur woh kamyab ho gaye.</w:t>
      </w:r>
    </w:p>
    <w:p>
      <w:pPr>
        <w:jc w:val="right"/>
      </w:pPr>
      <w:r>
        <w:t>اور وہ کامیاب ہو گئے۔</w:t>
      </w:r>
    </w:p>
    <w:p>
      <w:r>
        <w:rPr>
          <w:b/>
        </w:rPr>
        <w:t xml:space="preserve">[16:58] </w:t>
      </w:r>
      <w:r>
        <w:t>is ki ek misaal japan germany hai.</w:t>
      </w:r>
    </w:p>
    <w:p>
      <w:pPr>
        <w:jc w:val="right"/>
      </w:pPr>
      <w:r>
        <w:t>اس کی ایک مثال جاپان جرمنی ہے۔</w:t>
      </w:r>
    </w:p>
    <w:p>
      <w:r>
        <w:rPr>
          <w:b/>
        </w:rPr>
        <w:t xml:space="preserve">[17:05] </w:t>
      </w:r>
      <w:r>
        <w:t>second world war mein japan germany dono ko bohat zabardast haar hui, aap jante hain.</w:t>
      </w:r>
    </w:p>
    <w:p>
      <w:pPr>
        <w:jc w:val="right"/>
      </w:pPr>
      <w:r>
        <w:t>سکندر بار بار میں جاپان جرمنی دونوں کو بہت زبردست ہار ہوئی، آپ جانتے ہیں۔</w:t>
      </w:r>
    </w:p>
    <w:p>
      <w:r>
        <w:rPr>
          <w:b/>
        </w:rPr>
        <w:t xml:space="preserve">[17:12] </w:t>
      </w:r>
      <w:r>
        <w:t>itni bari haar to poori history mein kisi ko nahi hui.</w:t>
      </w:r>
    </w:p>
    <w:p>
      <w:pPr>
        <w:jc w:val="right"/>
      </w:pPr>
      <w:r>
        <w:t>اتنی بڑی ہار تو پوری ہسٹری میں کسی کو نہیں ہوئی۔</w:t>
      </w:r>
    </w:p>
    <w:p>
      <w:r>
        <w:rPr>
          <w:b/>
        </w:rPr>
        <w:t xml:space="preserve">[17:19] </w:t>
      </w:r>
      <w:r>
        <w:t>second world war mein jitni bari haar hui thi germany ko aur japan ko, utni bari haar poori</w:t>
      </w:r>
    </w:p>
    <w:p>
      <w:pPr>
        <w:jc w:val="right"/>
      </w:pPr>
      <w:r>
        <w:t>سکندر بار بار میں جتنی بڑی ہار ہوئی تھی جرمنی کو اور جاپان کو، اتنی بڑی ہار پوری</w:t>
      </w:r>
    </w:p>
    <w:p>
      <w:r>
        <w:rPr>
          <w:b/>
        </w:rPr>
        <w:t xml:space="preserve">[17:25] </w:t>
      </w:r>
      <w:r>
        <w:t>history mein kisi ko nahi hui.</w:t>
      </w:r>
    </w:p>
    <w:p>
      <w:pPr>
        <w:jc w:val="right"/>
      </w:pPr>
      <w:r>
        <w:t>ہسٹری میں کسی کو نہیں ہوئی۔</w:t>
      </w:r>
    </w:p>
    <w:p>
      <w:r>
        <w:rPr>
          <w:b/>
        </w:rPr>
        <w:t xml:space="preserve">[17:32] </w:t>
      </w:r>
      <w:r>
        <w:t>lekin dono ne kiya kiya? apne haar ko convert kiya experience mein.</w:t>
      </w:r>
    </w:p>
    <w:p>
      <w:pPr>
        <w:jc w:val="right"/>
      </w:pPr>
      <w:r>
        <w:t>لیکن دونوں نے کیا کیا؟ اپنے ہارس کو کنورٹ کیا ایکسپیرینس میں۔</w:t>
      </w:r>
    </w:p>
    <w:p>
      <w:r>
        <w:rPr>
          <w:b/>
        </w:rPr>
        <w:t xml:space="preserve">[17:39] </w:t>
      </w:r>
      <w:r>
        <w:t>dono ne apni haar ko convert kiya experience mein.</w:t>
      </w:r>
    </w:p>
    <w:p>
      <w:pPr>
        <w:jc w:val="right"/>
      </w:pPr>
      <w:r>
        <w:t>دونوں نے اپنی ہار کو کنورٹ کیا ایکسپیرینس میں۔</w:t>
      </w:r>
    </w:p>
    <w:p>
      <w:r>
        <w:rPr>
          <w:b/>
        </w:rPr>
        <w:t xml:space="preserve">[17:46] </w:t>
      </w:r>
      <w:r>
        <w:t>yaani nai learning, nai discovery, nai planning.</w:t>
      </w:r>
    </w:p>
    <w:p>
      <w:pPr>
        <w:jc w:val="right"/>
      </w:pPr>
      <w:r>
        <w:t>یعنی نئی لرننگ، نئی ڈسکوری، نئی پلاننگ۔</w:t>
      </w:r>
    </w:p>
    <w:p>
      <w:r>
        <w:rPr>
          <w:b/>
        </w:rPr>
        <w:t xml:space="preserve">[17:53] </w:t>
      </w:r>
      <w:r>
        <w:t>to natija yeh hai ke aaj dono ke dono bohat hi successful maane jaate hain.</w:t>
      </w:r>
    </w:p>
    <w:p>
      <w:pPr>
        <w:jc w:val="right"/>
      </w:pPr>
      <w:r>
        <w:t>تو نتیجہ یہ ہے کہ آج دونوں کے دونوں بہت ہی سکسیس فل مانے جاتے ہیں۔</w:t>
      </w:r>
    </w:p>
    <w:p>
      <w:r>
        <w:rPr>
          <w:b/>
        </w:rPr>
        <w:t xml:space="preserve">[18:00] </w:t>
      </w:r>
      <w:r>
        <w:t>japan bhi aur germany bhi.</w:t>
      </w:r>
    </w:p>
    <w:p>
      <w:pPr>
        <w:jc w:val="right"/>
      </w:pPr>
      <w:r>
        <w:t>جاپان بھی اور جرمنی بھی۔</w:t>
      </w:r>
    </w:p>
    <w:p>
      <w:r>
        <w:rPr>
          <w:b/>
        </w:rPr>
        <w:t xml:space="preserve">[18:06] </w:t>
      </w:r>
      <w:r>
        <w:t>to jo log shikayat karte hain haar ki, shikayat karte hain zulm ki, shikayat karte hain ziyadti ki,</w:t>
      </w:r>
    </w:p>
    <w:p>
      <w:pPr>
        <w:jc w:val="right"/>
      </w:pPr>
      <w:r>
        <w:t>تو جو لوگ شکایت کرتے ہیں ہار کی، شکایت کرتے ہیں ظلم کی، شکایت کرتے ہیں زیادتی کی،</w:t>
      </w:r>
    </w:p>
    <w:p>
      <w:r>
        <w:rPr>
          <w:b/>
        </w:rPr>
        <w:t xml:space="preserve">[18:13] </w:t>
      </w:r>
      <w:r>
        <w:t>شکایت کرتے ہیں ڈسکرمنیشن کی، وہ لوگ they are quite unaware of the laws of nature laws of</w:t>
      </w:r>
    </w:p>
    <w:p>
      <w:pPr>
        <w:jc w:val="right"/>
      </w:pPr>
      <w:r>
        <w:t>شکایت کرتے ہیں ڈسکرمنیشن کی، وہ لوگ they are quite unaware of the laws of nature لاز آف</w:t>
      </w:r>
    </w:p>
    <w:p>
      <w:r>
        <w:rPr>
          <w:b/>
        </w:rPr>
        <w:t xml:space="preserve">[18:20] </w:t>
      </w:r>
      <w:r>
        <w:t>nature ko woh jaante hi nahi.</w:t>
      </w:r>
    </w:p>
    <w:p>
      <w:pPr>
        <w:jc w:val="right"/>
      </w:pPr>
      <w:r>
        <w:t>نیچر کو وہ جانتے ہی نہیں۔</w:t>
      </w:r>
    </w:p>
    <w:p>
      <w:r>
        <w:rPr>
          <w:b/>
        </w:rPr>
        <w:t xml:space="preserve">[18:27] </w:t>
      </w:r>
      <w:r>
        <w:t>aap jaante hain ke zindagi jis ko aap kehte hain life, jo sab se choti life jo hai</w:t>
      </w:r>
    </w:p>
    <w:p>
      <w:pPr>
        <w:jc w:val="right"/>
      </w:pPr>
      <w:r>
        <w:t>آپ جانتے ہیں کہ زندگی جس کو آپ کہتے ہیں لائف، جو سب سے چھوٹی لائف جو ہے</w:t>
      </w:r>
    </w:p>
    <w:p>
      <w:r>
        <w:rPr>
          <w:b/>
        </w:rPr>
        <w:t xml:space="preserve">[18:34] </w:t>
      </w:r>
      <w:r>
        <w:t>jis ko kehte hain amoeba, amoeba ek hi cell ka hota hai.</w:t>
      </w:r>
    </w:p>
    <w:p>
      <w:pPr>
        <w:jc w:val="right"/>
      </w:pPr>
      <w:r>
        <w:t>جس کو کہتے ہیں امیبا، امیبا ایک ہی سیل کا ہوتا ہے۔</w:t>
      </w:r>
    </w:p>
    <w:p>
      <w:r>
        <w:rPr>
          <w:b/>
        </w:rPr>
        <w:t xml:space="preserve">[18:41] </w:t>
      </w:r>
      <w:r>
        <w:t>bohat chota hota hai woh.</w:t>
      </w:r>
    </w:p>
    <w:p>
      <w:pPr>
        <w:jc w:val="right"/>
      </w:pPr>
      <w:r>
        <w:t>بہت چھوٹا ہوتا ہے وہ۔</w:t>
      </w:r>
    </w:p>
    <w:p>
      <w:r>
        <w:rPr>
          <w:b/>
        </w:rPr>
        <w:t xml:space="preserve">[18:47] </w:t>
      </w:r>
      <w:r>
        <w:t>single cellular animal kaha jaata hai is ko.</w:t>
      </w:r>
    </w:p>
    <w:p>
      <w:pPr>
        <w:jc w:val="right"/>
      </w:pPr>
      <w:r>
        <w:t>سنگل سیلولر انول کہا جاتا ہے اس کو۔</w:t>
      </w:r>
    </w:p>
    <w:p>
      <w:r>
        <w:rPr>
          <w:b/>
        </w:rPr>
        <w:t xml:space="preserve">[18:54] </w:t>
      </w:r>
      <w:r>
        <w:t>amoeba jo hai sab se chota haiwan hai.</w:t>
      </w:r>
    </w:p>
    <w:p>
      <w:pPr>
        <w:jc w:val="right"/>
      </w:pPr>
      <w:r>
        <w:t>امیبا جو ہے سب سے چھوٹا حیوان ہے۔</w:t>
      </w:r>
    </w:p>
    <w:p>
      <w:r>
        <w:rPr>
          <w:b/>
        </w:rPr>
        <w:t xml:space="preserve">[19:01] </w:t>
      </w:r>
      <w:r>
        <w:t>aur woh ek hi cell ka hota hai.</w:t>
      </w:r>
    </w:p>
    <w:p>
      <w:pPr>
        <w:jc w:val="right"/>
      </w:pPr>
      <w:r>
        <w:t>اور وہ ایک ہی سیل کا ہوتا ہے۔</w:t>
      </w:r>
    </w:p>
    <w:p>
      <w:r>
        <w:rPr>
          <w:b/>
        </w:rPr>
        <w:t xml:space="preserve">[19:08] </w:t>
      </w:r>
      <w:r>
        <w:t>to amoeba jab totta hai to tootne ke baad do tukre ho gaye woh to khatam ho jati</w:t>
      </w:r>
    </w:p>
    <w:p>
      <w:pPr>
        <w:jc w:val="right"/>
      </w:pPr>
      <w:r>
        <w:t>تو امیبا جب ٹوٹتا ہے تو ٹوٹنے کے بعد دو ٹکڑے ہو گئے وہ تو ختم ہو جاتی</w:t>
      </w:r>
    </w:p>
    <w:p>
      <w:r>
        <w:rPr>
          <w:b/>
        </w:rPr>
        <w:t xml:space="preserve">[19:15] </w:t>
      </w:r>
      <w:r>
        <w:t>hai is ko? khatam nahi hota woh.</w:t>
      </w:r>
    </w:p>
    <w:p>
      <w:pPr>
        <w:jc w:val="right"/>
      </w:pPr>
      <w:r>
        <w:t>ہے اس کو؟ ختم نہیں ہوتا وہ۔</w:t>
      </w:r>
    </w:p>
    <w:p>
      <w:r>
        <w:rPr>
          <w:b/>
        </w:rPr>
        <w:t xml:space="preserve">[19:22] </w:t>
      </w:r>
      <w:r>
        <w:t>ek amoeba jab totta hai to do do do ban jaata hai, do amoeba.</w:t>
      </w:r>
    </w:p>
    <w:p>
      <w:pPr>
        <w:jc w:val="right"/>
      </w:pPr>
      <w:r>
        <w:t>ایک امیبا جب ٹوٹتا ہے تو دو دو دو بن جاتا ہے، دو امیبا۔</w:t>
      </w:r>
    </w:p>
    <w:p>
      <w:r>
        <w:rPr>
          <w:b/>
        </w:rPr>
        <w:t xml:space="preserve">[19:28] </w:t>
      </w:r>
      <w:r>
        <w:t>to nature ne ek ajeeb o ghareeb misaal qaim ki hai amoeba ki satah par.</w:t>
      </w:r>
    </w:p>
    <w:p>
      <w:pPr>
        <w:jc w:val="right"/>
      </w:pPr>
      <w:r>
        <w:t>تو نیچر نے ایک عجیب و غریب مثال قائم کی ہے امیبا کی سطح پر۔</w:t>
      </w:r>
    </w:p>
    <w:p>
      <w:r>
        <w:rPr>
          <w:b/>
        </w:rPr>
        <w:t xml:space="preserve">[19:35] </w:t>
      </w:r>
      <w:r>
        <w:t>ke dekho amoeba agar totta hai to khatam nahi hota.</w:t>
      </w:r>
    </w:p>
    <w:p>
      <w:pPr>
        <w:jc w:val="right"/>
      </w:pPr>
      <w:r>
        <w:t>کہ دیکھو امیبا اگر ٹوٹتا ہے تو ختم نہیں ہوتا۔</w:t>
      </w:r>
    </w:p>
    <w:p>
      <w:r>
        <w:rPr>
          <w:b/>
        </w:rPr>
        <w:t xml:space="preserve">[19:42] </w:t>
      </w:r>
      <w:r>
        <w:t>ek amoeba toot kar do amoeba ban jaata hai.</w:t>
      </w:r>
    </w:p>
    <w:p>
      <w:pPr>
        <w:jc w:val="right"/>
      </w:pPr>
      <w:r>
        <w:t>ایک امیبا ٹوٹ کر دو امیبا بن جاتا ہے۔</w:t>
      </w:r>
    </w:p>
    <w:p>
      <w:r>
        <w:rPr>
          <w:b/>
        </w:rPr>
        <w:t xml:space="preserve">[19:49] </w:t>
      </w:r>
      <w:r>
        <w:t>ek amoeba toot kar do amoeba ban jaata hai.</w:t>
      </w:r>
    </w:p>
    <w:p>
      <w:pPr>
        <w:jc w:val="right"/>
      </w:pPr>
      <w:r>
        <w:t>ایک امیبا ٹوٹ کر دو امیبا بن جاتا ہے۔</w:t>
      </w:r>
    </w:p>
    <w:p>
      <w:r>
        <w:rPr>
          <w:b/>
        </w:rPr>
        <w:t xml:space="preserve">[19:56] </w:t>
      </w:r>
      <w:r>
        <w:t>to yeh yeh jo hadith hai bohat bara shauq de rahi hai hum ko.</w:t>
      </w:r>
    </w:p>
    <w:p>
      <w:pPr>
        <w:jc w:val="right"/>
      </w:pPr>
      <w:r>
        <w:t>تو یہ یہ جو حدیث ہے بہت بڑا شوق دے رہی ہے ہم کو۔</w:t>
      </w:r>
    </w:p>
    <w:p>
      <w:r>
        <w:rPr>
          <w:b/>
        </w:rPr>
        <w:t xml:space="preserve">[20:03] </w:t>
      </w:r>
      <w:r>
        <w:t>bohat bara shauq de rahi hai.</w:t>
      </w:r>
    </w:p>
    <w:p>
      <w:pPr>
        <w:jc w:val="right"/>
      </w:pPr>
      <w:r>
        <w:t>بہت بڑا شوق دے رہی ہے۔</w:t>
      </w:r>
    </w:p>
    <w:p>
      <w:r>
        <w:rPr>
          <w:b/>
        </w:rPr>
        <w:t xml:space="preserve">[20:09] </w:t>
      </w:r>
      <w:r>
        <w:t>yeh moment yaani kalma go ki baat nahi hai.</w:t>
      </w:r>
    </w:p>
    <w:p>
      <w:pPr>
        <w:jc w:val="right"/>
      </w:pPr>
      <w:r>
        <w:t>یہ مومنٹ یعنی کلمہ گو کی بات نہیں ہے۔</w:t>
      </w:r>
    </w:p>
    <w:p>
      <w:r>
        <w:rPr>
          <w:b/>
        </w:rPr>
        <w:t xml:space="preserve">[20:16] </w:t>
      </w:r>
      <w:r>
        <w:t>jo kalma parh le us ki baat nahi hai.</w:t>
      </w:r>
    </w:p>
    <w:p>
      <w:pPr>
        <w:jc w:val="right"/>
      </w:pPr>
      <w:r>
        <w:t>جو کلمہ پڑھ لے اس کی بات نہیں ہے۔</w:t>
      </w:r>
    </w:p>
    <w:p>
      <w:r>
        <w:rPr>
          <w:b/>
        </w:rPr>
        <w:t xml:space="preserve">[20:23] </w:t>
      </w:r>
      <w:r>
        <w:t>yeh law of nature ko janne ki baat hai.</w:t>
      </w:r>
    </w:p>
    <w:p>
      <w:pPr>
        <w:jc w:val="right"/>
      </w:pPr>
      <w:r>
        <w:t>یہ لاء آف نیچر کو جاننے کی بات ہے۔</w:t>
      </w:r>
    </w:p>
    <w:p>
      <w:r>
        <w:rPr>
          <w:b/>
        </w:rPr>
        <w:t xml:space="preserve">[20:30] </w:t>
      </w:r>
      <w:r>
        <w:t>creation plan of god ko janne ki baat hai.</w:t>
      </w:r>
    </w:p>
    <w:p>
      <w:pPr>
        <w:jc w:val="right"/>
      </w:pPr>
      <w:r>
        <w:t>کریشن پلان آف گاڈ کو جاننے کی بات ہے۔</w:t>
      </w:r>
    </w:p>
    <w:p>
      <w:r>
        <w:rPr>
          <w:b/>
        </w:rPr>
        <w:t xml:space="preserve">[20:37] </w:t>
      </w:r>
      <w:r>
        <w:t>to agar aadmi soche, aql ko istemal kare to kahega ke yeh success aur failure ki to</w:t>
      </w:r>
    </w:p>
    <w:p>
      <w:pPr>
        <w:jc w:val="right"/>
      </w:pPr>
      <w:r>
        <w:t>تو اگر آدمی سوچے، عقل کو استعمال کرے تو کہے گا کہ یہ سکسیس اور فیلیر کی تو</w:t>
      </w:r>
    </w:p>
    <w:p>
      <w:r>
        <w:rPr>
          <w:b/>
        </w:rPr>
        <w:t xml:space="preserve">[20:44] </w:t>
      </w:r>
      <w:r>
        <w:t>dichotomy galat hai.</w:t>
      </w:r>
    </w:p>
    <w:p>
      <w:pPr>
        <w:jc w:val="right"/>
      </w:pPr>
      <w:r>
        <w:t>ڈائیکاڈمی غلط ہے۔</w:t>
      </w:r>
    </w:p>
    <w:p>
      <w:r>
        <w:rPr>
          <w:b/>
        </w:rPr>
        <w:t xml:space="preserve">[20:50] </w:t>
      </w:r>
      <w:r>
        <w:t>yeh to hum ne bana liya hai.</w:t>
      </w:r>
    </w:p>
    <w:p>
      <w:pPr>
        <w:jc w:val="right"/>
      </w:pPr>
      <w:r>
        <w:t>یہ تو ہم نے بنا لیا ہے۔</w:t>
      </w:r>
    </w:p>
    <w:p>
      <w:r>
        <w:rPr>
          <w:b/>
        </w:rPr>
        <w:t xml:space="preserve">[20:57] </w:t>
      </w:r>
      <w:r>
        <w:t>nature mein jo hai woh aisa nahi hai.</w:t>
      </w:r>
    </w:p>
    <w:p>
      <w:pPr>
        <w:jc w:val="right"/>
      </w:pPr>
      <w:r>
        <w:t>نیچر میں جو ہے وہ ایسا نہیں ہے۔</w:t>
      </w:r>
    </w:p>
    <w:p>
      <w:r>
        <w:rPr>
          <w:b/>
        </w:rPr>
        <w:t xml:space="preserve">[21:04] </w:t>
      </w:r>
      <w:r>
        <w:t>hum ne bana liya hai lekin nature mein aisa nahi hai.</w:t>
      </w:r>
    </w:p>
    <w:p>
      <w:pPr>
        <w:jc w:val="right"/>
      </w:pPr>
      <w:r>
        <w:t>ہم نے بنا لیا ہے لیکن نیچر میں ایسا نہیں ہے۔</w:t>
      </w:r>
    </w:p>
    <w:p>
      <w:r>
        <w:rPr>
          <w:b/>
        </w:rPr>
        <w:t xml:space="preserve">[21:11] </w:t>
      </w:r>
      <w:r>
        <w:t>nature mein to hai ke agar success nahi hai, failure hui hai to woh bhi ek is mein</w:t>
      </w:r>
    </w:p>
    <w:p>
      <w:pPr>
        <w:jc w:val="right"/>
      </w:pPr>
      <w:r>
        <w:t>نیچر میں تو ہے کہ اگر سکسیس نہیں ہے، فیلیر ہوئی ہے تو وہ بھی ایک اس میں</w:t>
      </w:r>
    </w:p>
    <w:p>
      <w:r>
        <w:rPr>
          <w:b/>
        </w:rPr>
        <w:t xml:space="preserve">[21:18] </w:t>
      </w:r>
      <w:r>
        <w:t>bhi ek plus point hai.</w:t>
      </w:r>
    </w:p>
    <w:p>
      <w:pPr>
        <w:jc w:val="right"/>
      </w:pPr>
      <w:r>
        <w:t>بھی ایک پلس پوائنٹ ہے۔</w:t>
      </w:r>
    </w:p>
    <w:p>
      <w:r>
        <w:rPr>
          <w:b/>
        </w:rPr>
        <w:t xml:space="preserve">[21:25] </w:t>
      </w:r>
      <w:r>
        <w:t>woh yeh hai ke is ko aap apne liye experience bana lein.</w:t>
      </w:r>
    </w:p>
    <w:p>
      <w:pPr>
        <w:jc w:val="right"/>
      </w:pPr>
      <w:r>
        <w:t>وہ یہ ہے کہ اس کو آپ اپنے لیے ایکسپیرینس بنا لیں۔</w:t>
      </w:r>
    </w:p>
    <w:p>
      <w:r>
        <w:rPr>
          <w:b/>
        </w:rPr>
        <w:t xml:space="preserve">[21:31] </w:t>
      </w:r>
      <w:r>
        <w:t>tajurba bana lein.</w:t>
      </w:r>
    </w:p>
    <w:p>
      <w:pPr>
        <w:jc w:val="right"/>
      </w:pPr>
      <w:r>
        <w:t>تجربہ بنا لیں۔</w:t>
      </w:r>
    </w:p>
    <w:p>
      <w:r>
        <w:rPr>
          <w:b/>
        </w:rPr>
        <w:t xml:space="preserve">[21:38] </w:t>
      </w:r>
      <w:r>
        <w:t>to history mein bohat se log, individual bhi aur nation bhi aise hain jinhone apne failure ko tajurba banaya.</w:t>
      </w:r>
    </w:p>
    <w:p>
      <w:pPr>
        <w:jc w:val="right"/>
      </w:pPr>
      <w:r>
        <w:t>تو ہسٹری میں بہت سے لوگ، انڈیویجول بھی اور نیشن بھی ایسے ہیں جنہوں نے اپنے فیلیر کو تجربہ بنایا۔</w:t>
      </w:r>
    </w:p>
    <w:p>
      <w:r>
        <w:rPr>
          <w:b/>
        </w:rPr>
        <w:t xml:space="preserve">[21:45] </w:t>
      </w:r>
      <w:r>
        <w:t>apni nakami ko tajurba banaya.</w:t>
      </w:r>
    </w:p>
    <w:p>
      <w:pPr>
        <w:jc w:val="right"/>
      </w:pPr>
      <w:r>
        <w:t>اپنی ناکامی کو تجربہ بنایا۔</w:t>
      </w:r>
    </w:p>
    <w:p>
      <w:r>
        <w:rPr>
          <w:b/>
        </w:rPr>
        <w:t xml:space="preserve">[21:52] </w:t>
      </w:r>
      <w:r>
        <w:t>replanning ki unho ne.</w:t>
      </w:r>
    </w:p>
    <w:p>
      <w:pPr>
        <w:jc w:val="right"/>
      </w:pPr>
      <w:r>
        <w:t>ری پلاننگ کی انہوں نے۔</w:t>
      </w:r>
    </w:p>
    <w:p>
      <w:r>
        <w:rPr>
          <w:b/>
        </w:rPr>
        <w:t xml:space="preserve">[21:59] </w:t>
      </w:r>
      <w:r>
        <w:t>replanning kar ke phir kamyab hue.</w:t>
      </w:r>
    </w:p>
    <w:p>
      <w:pPr>
        <w:jc w:val="right"/>
      </w:pPr>
      <w:r>
        <w:t>ری پلاننگ کر کے پھر کامیاب ہوئے۔</w:t>
      </w:r>
    </w:p>
    <w:p>
      <w:r>
        <w:rPr>
          <w:b/>
        </w:rPr>
        <w:t xml:space="preserve">[22:06] </w:t>
      </w:r>
      <w:r>
        <w:t>alexander ka khwab tha bohat bari hukumat banana.</w:t>
      </w:r>
    </w:p>
    <w:p>
      <w:pPr>
        <w:jc w:val="right"/>
      </w:pPr>
      <w:r>
        <w:t>الیگزینڈر کا خواب تھا بہت بڑی حکومت بنانا۔</w:t>
      </w:r>
    </w:p>
    <w:p>
      <w:r>
        <w:rPr>
          <w:b/>
        </w:rPr>
        <w:t xml:space="preserve">[22:12] </w:t>
      </w:r>
      <w:r>
        <w:t>to woh yunan se chala, iraq mein aa kar mar gaya aur kamyab nahi hua woh.</w:t>
      </w:r>
    </w:p>
    <w:p>
      <w:pPr>
        <w:jc w:val="right"/>
      </w:pPr>
      <w:r>
        <w:t>تو وہ یونان سے چلا، عراق میں آ کر مر گیا اور کامیاب نہیں ہوا وہ۔</w:t>
      </w:r>
    </w:p>
    <w:p>
      <w:r>
        <w:rPr>
          <w:b/>
        </w:rPr>
        <w:t xml:space="preserve">[22:19] </w:t>
      </w:r>
      <w:r>
        <w:t>lekin main samajhta hoon ke is ko yeh wisdom nahi maloom thi.</w:t>
      </w:r>
    </w:p>
    <w:p>
      <w:pPr>
        <w:jc w:val="right"/>
      </w:pPr>
      <w:r>
        <w:t>لیکن میں سمجھتا ہوں کہ اس کو یہ وزڈم نہیں معلوم تھی۔</w:t>
      </w:r>
    </w:p>
    <w:p>
      <w:r>
        <w:rPr>
          <w:b/>
        </w:rPr>
        <w:t xml:space="preserve">[22:26] </w:t>
      </w:r>
      <w:r>
        <w:t>woh sirf yeh janta tha ke mujhe success milna chahiye.</w:t>
      </w:r>
    </w:p>
    <w:p>
      <w:pPr>
        <w:jc w:val="right"/>
      </w:pPr>
      <w:r>
        <w:t>وہ صرف یہ جانتا تھا کہ مجھے سکسیس ملنا چاہیے۔</w:t>
      </w:r>
    </w:p>
    <w:p>
      <w:r>
        <w:rPr>
          <w:b/>
        </w:rPr>
        <w:t xml:space="preserve">[22:33] </w:t>
      </w:r>
      <w:r>
        <w:t>sirf success janta tha woh success ko.</w:t>
      </w:r>
    </w:p>
    <w:p>
      <w:pPr>
        <w:jc w:val="right"/>
      </w:pPr>
      <w:r>
        <w:t>صرف سکسیس جانتا تھا وہ سکسیس کو۔</w:t>
      </w:r>
    </w:p>
    <w:p>
      <w:r>
        <w:rPr>
          <w:b/>
        </w:rPr>
        <w:t xml:space="preserve">[22:40] </w:t>
      </w:r>
      <w:r>
        <w:t>success ke andar jo ek plus point chupa hua hai woh nahi janta tha woh.</w:t>
      </w:r>
    </w:p>
    <w:p>
      <w:pPr>
        <w:jc w:val="right"/>
      </w:pPr>
      <w:r>
        <w:t>سکسیس کے اندر جو ایک پلس پوائنٹ چھپا ہوا ہے وہ نہیں جانتا تھا وہ۔</w:t>
      </w:r>
    </w:p>
    <w:p>
      <w:r>
        <w:rPr>
          <w:b/>
        </w:rPr>
        <w:t xml:space="preserve">[22:47] </w:t>
      </w:r>
      <w:r>
        <w:t>warna woh replanning karta.</w:t>
      </w:r>
    </w:p>
    <w:p>
      <w:pPr>
        <w:jc w:val="right"/>
      </w:pPr>
      <w:r>
        <w:t>ورنہ وہ ری پلاننگ کرتا۔</w:t>
      </w:r>
    </w:p>
    <w:p>
      <w:r>
        <w:rPr>
          <w:b/>
        </w:rPr>
        <w:t xml:space="preserve">[22:53] </w:t>
      </w:r>
      <w:r>
        <w:t>replanning karta.</w:t>
      </w:r>
    </w:p>
    <w:p>
      <w:pPr>
        <w:jc w:val="right"/>
      </w:pPr>
      <w:r>
        <w:t>ری پلاننگ کرتا۔</w:t>
      </w:r>
    </w:p>
    <w:p>
      <w:r>
        <w:rPr>
          <w:b/>
        </w:rPr>
        <w:t xml:space="preserve">[23:00] </w:t>
      </w:r>
      <w:r>
        <w:t>zyada realistic planning karta aur phir kamyab hota woh.</w:t>
      </w:r>
    </w:p>
    <w:p>
      <w:pPr>
        <w:jc w:val="right"/>
      </w:pPr>
      <w:r>
        <w:t>زیادہ رئیلسٹک پلاننگ کرتا اور پھر کامیاب ہوتا وہ۔</w:t>
      </w:r>
    </w:p>
    <w:p>
      <w:r>
        <w:rPr>
          <w:b/>
        </w:rPr>
        <w:t xml:space="preserve">[23:07] </w:t>
      </w:r>
      <w:r>
        <w:t>to yaad rakhiye insan aksar galat dichotomy mein jeete hain. Galat dichotomy.</w:t>
      </w:r>
    </w:p>
    <w:p>
      <w:pPr>
        <w:jc w:val="right"/>
      </w:pPr>
      <w:r>
        <w:t>تو یاد رکھیے انسان اکثر غلط ڈائیکاڈمی میں جیتے ہیں۔ غلط ڈائیکاڈمی۔</w:t>
      </w:r>
    </w:p>
    <w:p>
      <w:r>
        <w:rPr>
          <w:b/>
        </w:rPr>
        <w:t xml:space="preserve">[23:14] </w:t>
      </w:r>
      <w:r>
        <w:t>dushman aur dost.</w:t>
      </w:r>
    </w:p>
    <w:p>
      <w:pPr>
        <w:jc w:val="right"/>
      </w:pPr>
      <w:r>
        <w:t>دشمن اور دوست۔</w:t>
      </w:r>
    </w:p>
    <w:p>
      <w:r>
        <w:rPr>
          <w:b/>
        </w:rPr>
        <w:t xml:space="preserve">[23:21] </w:t>
      </w:r>
      <w:r>
        <w:t>kamyabi aur nakami.</w:t>
      </w:r>
    </w:p>
    <w:p>
      <w:pPr>
        <w:jc w:val="right"/>
      </w:pPr>
      <w:r>
        <w:t>کامیابی اور ناکامی۔</w:t>
      </w:r>
    </w:p>
    <w:p>
      <w:r>
        <w:rPr>
          <w:b/>
        </w:rPr>
        <w:t xml:space="preserve">[23:28] </w:t>
      </w:r>
      <w:r>
        <w:t>yeh sab jitni bhi hain sab ghalat dighaakdmi hain.</w:t>
      </w:r>
    </w:p>
    <w:p>
      <w:pPr>
        <w:jc w:val="right"/>
      </w:pPr>
      <w:r>
        <w:t>یہ سب جتنی بھی ہیں سب غلط ڈائیکاڈمی ہیں۔</w:t>
      </w:r>
    </w:p>
    <w:p>
      <w:r>
        <w:rPr>
          <w:b/>
        </w:rPr>
        <w:t xml:space="preserve">[23:34] </w:t>
      </w:r>
      <w:r>
        <w:t>ghareebi aur amiri.</w:t>
      </w:r>
    </w:p>
    <w:p>
      <w:pPr>
        <w:jc w:val="right"/>
      </w:pPr>
      <w:r>
        <w:t>غریبی اور امیری۔</w:t>
      </w:r>
    </w:p>
    <w:p>
      <w:r>
        <w:rPr>
          <w:b/>
        </w:rPr>
        <w:t xml:space="preserve">[23:41] </w:t>
      </w:r>
      <w:r>
        <w:t>yeh sab ghalat dighaakdmi hain.</w:t>
      </w:r>
    </w:p>
    <w:p>
      <w:pPr>
        <w:jc w:val="right"/>
      </w:pPr>
      <w:r>
        <w:t>یہ سب غلط ڈائیکاڈمی ہیں۔</w:t>
      </w:r>
    </w:p>
    <w:p>
      <w:r>
        <w:rPr>
          <w:b/>
        </w:rPr>
        <w:t xml:space="preserve">[23:48] </w:t>
      </w:r>
      <w:r>
        <w:t>history mein kitne saal ho gaye jo ghareeb paida hui hai.</w:t>
      </w:r>
    </w:p>
    <w:p>
      <w:pPr>
        <w:jc w:val="right"/>
      </w:pPr>
      <w:r>
        <w:t>ہسٹری میں کتنے سال ہو گئے جو غریب پیدا ہوئی ہے۔</w:t>
      </w:r>
    </w:p>
    <w:p>
      <w:r>
        <w:rPr>
          <w:b/>
        </w:rPr>
        <w:t xml:space="preserve">[23:55] </w:t>
      </w:r>
      <w:r>
        <w:t>ghareeb paida hui hai.</w:t>
      </w:r>
    </w:p>
    <w:p>
      <w:pPr>
        <w:jc w:val="right"/>
      </w:pPr>
      <w:r>
        <w:t>غریب پیدا ہوئی ہے۔</w:t>
      </w:r>
    </w:p>
    <w:p>
      <w:r>
        <w:rPr>
          <w:b/>
        </w:rPr>
        <w:t xml:space="preserve">[24:02] </w:t>
      </w:r>
      <w:r>
        <w:t>yani hew naat ki category mein paida hui hai.</w:t>
      </w:r>
    </w:p>
    <w:p>
      <w:pPr>
        <w:jc w:val="right"/>
      </w:pPr>
      <w:r>
        <w:t>یعنی ہیو ناٹ کی کیٹیگری میں پیدا ہوئی ہے۔</w:t>
      </w:r>
    </w:p>
    <w:p>
      <w:r>
        <w:rPr>
          <w:b/>
        </w:rPr>
        <w:t xml:space="preserve">[24:09] </w:t>
      </w:r>
      <w:r>
        <w:t>lekin unhon ne apni zindagi ki planning ki.</w:t>
      </w:r>
    </w:p>
    <w:p>
      <w:pPr>
        <w:jc w:val="right"/>
      </w:pPr>
      <w:r>
        <w:t>لیکن انہوں نے اپنی زندگی کی پلاننگ کی۔</w:t>
      </w:r>
    </w:p>
    <w:p>
      <w:r>
        <w:rPr>
          <w:b/>
        </w:rPr>
        <w:t xml:space="preserve">[24:15] </w:t>
      </w:r>
      <w:r>
        <w:t>zindagi ke tajurbaat se seekha aur phir bari bari kamyabiyan hasil keen unhon ne.</w:t>
      </w:r>
    </w:p>
    <w:p>
      <w:pPr>
        <w:jc w:val="right"/>
      </w:pPr>
      <w:r>
        <w:t>زندگی کے تجربات سے سیکھا اور پھر بڑی بڑی کامیابیاں حاصل کیں انہوں نے۔</w:t>
      </w:r>
    </w:p>
    <w:p>
      <w:r>
        <w:rPr>
          <w:b/>
        </w:rPr>
        <w:t xml:space="preserve">[24:22] </w:t>
      </w:r>
      <w:r>
        <w:t>aise bohat misalein hain.</w:t>
      </w:r>
    </w:p>
    <w:p>
      <w:pPr>
        <w:jc w:val="right"/>
      </w:pPr>
      <w:r>
        <w:t>ایسے بہت مثالیں ہیں۔</w:t>
      </w:r>
    </w:p>
    <w:p>
      <w:r>
        <w:rPr>
          <w:b/>
        </w:rPr>
        <w:t xml:space="preserve">[24:29] </w:t>
      </w:r>
      <w:r>
        <w:t>meri jo kitabein hain chaar kitabein hain raaz hayat, taameer hayat, rehnuma hayat, kitab zindagi.</w:t>
      </w:r>
    </w:p>
    <w:p>
      <w:pPr>
        <w:jc w:val="right"/>
      </w:pPr>
      <w:r>
        <w:t>میری جو کتابیں ہیں چار کتابیں ہیں راز حیات، تعمیر حیات، رہنما حیات، کتاب زندگی۔</w:t>
      </w:r>
    </w:p>
    <w:p>
      <w:r>
        <w:rPr>
          <w:b/>
        </w:rPr>
        <w:t xml:space="preserve">[24:36] </w:t>
      </w:r>
      <w:r>
        <w:t>in kitabon mein parhein aap to aap bohat si misalein payein ge aap is qism ki.</w:t>
      </w:r>
    </w:p>
    <w:p>
      <w:pPr>
        <w:jc w:val="right"/>
      </w:pPr>
      <w:r>
        <w:t>ان کتابوں میں پڑھیں آپ تو آپ بہت سی مثالیں پائیں گے آپ اس قسم کی۔</w:t>
      </w:r>
    </w:p>
    <w:p>
      <w:r>
        <w:rPr>
          <w:b/>
        </w:rPr>
        <w:t xml:space="preserve">[24:43] </w:t>
      </w:r>
      <w:r>
        <w:t>to quran mein bataya gaya hai ke wa yuallimul kitaba wal hikmata yani peghambar sikhata hai tum ko quran aur hikmat.</w:t>
      </w:r>
    </w:p>
    <w:p>
      <w:pPr>
        <w:jc w:val="right"/>
      </w:pPr>
      <w:r>
        <w:t>تو قرآن میں بتایا گیا ہے کہ وَيُعَلِّمُ الْكِتَابَ وَالْحِكْمَةَ یعنی پیغمبر سکھاتا ہے تم کو قرآن اور حکمت۔</w:t>
      </w:r>
    </w:p>
    <w:p>
      <w:r>
        <w:rPr>
          <w:b/>
        </w:rPr>
        <w:t xml:space="preserve">[24:50] </w:t>
      </w:r>
      <w:r>
        <w:t>to quran to text ka naam hai.</w:t>
      </w:r>
    </w:p>
    <w:p>
      <w:pPr>
        <w:jc w:val="right"/>
      </w:pPr>
      <w:r>
        <w:t>تو قرآن تو ٹیکسٹ کا نام ہے۔</w:t>
      </w:r>
    </w:p>
    <w:p>
      <w:r>
        <w:rPr>
          <w:b/>
        </w:rPr>
        <w:t xml:space="preserve">[24:56] </w:t>
      </w:r>
      <w:r>
        <w:t>islam ka jo text hai woh kitab woh quran hai.</w:t>
      </w:r>
    </w:p>
    <w:p>
      <w:pPr>
        <w:jc w:val="right"/>
      </w:pPr>
      <w:r>
        <w:t>اسلام کا جو ٹیکسٹ ہے وہ کتاب وہ قرآن ہے۔</w:t>
      </w:r>
    </w:p>
    <w:p>
      <w:r>
        <w:rPr>
          <w:b/>
        </w:rPr>
        <w:t xml:space="preserve">[25:03] </w:t>
      </w:r>
      <w:r>
        <w:t>ya quran mein ideology hai rabaniyat ki ideology.</w:t>
      </w:r>
    </w:p>
    <w:p>
      <w:pPr>
        <w:jc w:val="right"/>
      </w:pPr>
      <w:r>
        <w:t>یا قرآن میں آئیڈالوجی ہے الربانیہ کی آئیڈالوجی۔</w:t>
      </w:r>
    </w:p>
    <w:p>
      <w:r>
        <w:rPr>
          <w:b/>
        </w:rPr>
        <w:t xml:space="preserve">[25:10] </w:t>
      </w:r>
      <w:r>
        <w:t>aur hadith kya hai woh wisdom hai.</w:t>
      </w:r>
    </w:p>
    <w:p>
      <w:pPr>
        <w:jc w:val="right"/>
      </w:pPr>
      <w:r>
        <w:t>اور حدیث کیا ہے وہ وزڈم ہے۔</w:t>
      </w:r>
    </w:p>
    <w:p>
      <w:r>
        <w:rPr>
          <w:b/>
        </w:rPr>
        <w:t xml:space="preserve">[25:17] </w:t>
      </w:r>
      <w:r>
        <w:t>dekhein wisdom it self koi ideology nahi hai.</w:t>
      </w:r>
    </w:p>
    <w:p>
      <w:pPr>
        <w:jc w:val="right"/>
      </w:pPr>
      <w:r>
        <w:t>دیکھیں وزڈم اٹ سیلف کوئی آئیڈالوجی نہیں ہے۔</w:t>
      </w:r>
    </w:p>
    <w:p>
      <w:r>
        <w:rPr>
          <w:b/>
        </w:rPr>
        <w:t xml:space="preserve">[25:24] </w:t>
      </w:r>
      <w:r>
        <w:t>wisdom koi theory nahi hai.</w:t>
      </w:r>
    </w:p>
    <w:p>
      <w:pPr>
        <w:jc w:val="right"/>
      </w:pPr>
      <w:r>
        <w:t>وزڈم کوئی تھیوری نہیں ہے۔</w:t>
      </w:r>
    </w:p>
    <w:p>
      <w:r>
        <w:rPr>
          <w:b/>
        </w:rPr>
        <w:t xml:space="preserve">[25:31] </w:t>
      </w:r>
      <w:r>
        <w:t>wisdom ko jaise shirk ek ideology hai, tauheed ek ideology hai, warana of god ek ideology hai.</w:t>
      </w:r>
    </w:p>
    <w:p>
      <w:pPr>
        <w:jc w:val="right"/>
      </w:pPr>
      <w:r>
        <w:t>وزڈم کو جیسے شرک ایک آئیڈالوجی ہے، توحید ایک آئیڈالوجی ہے، ورنہ آف گاڈ ایک آئیڈالوجی ہے۔</w:t>
      </w:r>
    </w:p>
    <w:p>
      <w:r>
        <w:rPr>
          <w:b/>
        </w:rPr>
        <w:t xml:space="preserve">[25:37] </w:t>
      </w:r>
      <w:r>
        <w:t>to wisdom is tarah se koi ideology nahi hai.</w:t>
      </w:r>
    </w:p>
    <w:p>
      <w:pPr>
        <w:jc w:val="right"/>
      </w:pPr>
      <w:r>
        <w:t>تو وزڈم اس طرح سے کوئی آئیڈالوجی نہیں ہے۔</w:t>
      </w:r>
    </w:p>
    <w:p>
      <w:r>
        <w:rPr>
          <w:b/>
        </w:rPr>
        <w:t xml:space="preserve">[25:44] </w:t>
      </w:r>
      <w:r>
        <w:t>koi theoretical formula nahi hai woh.</w:t>
      </w:r>
    </w:p>
    <w:p>
      <w:pPr>
        <w:jc w:val="right"/>
      </w:pPr>
      <w:r>
        <w:t>کوئی تھیٹیکل فارمولا نہیں ہے وہ۔</w:t>
      </w:r>
    </w:p>
    <w:p>
      <w:r>
        <w:rPr>
          <w:b/>
        </w:rPr>
        <w:t xml:space="preserve">[25:51] </w:t>
      </w:r>
      <w:r>
        <w:t>wisdom yeh hai ke jab aap kisi ideology ko le kar amal karna chahein, kisi ideology par aap</w:t>
      </w:r>
    </w:p>
    <w:p>
      <w:pPr>
        <w:jc w:val="right"/>
      </w:pPr>
      <w:r>
        <w:t>وزڈم یہ ہے کہ جب آپ کسی آئیڈالوجی کو لے کر عمل کرنا چاہیں، کسی آئیڈالوجی پر آپ</w:t>
      </w:r>
    </w:p>
    <w:p>
      <w:r>
        <w:rPr>
          <w:b/>
        </w:rPr>
        <w:t xml:space="preserve">[25:58] </w:t>
      </w:r>
      <w:r>
        <w:t>chalna chahein to is duniya mein jo competition ki duniya hai, challenge ki duniya hai, problem ki duniya</w:t>
      </w:r>
    </w:p>
    <w:p>
      <w:pPr>
        <w:jc w:val="right"/>
      </w:pPr>
      <w:r>
        <w:t>چلنا چاہیں تو اس دنیا میں جو کمپیٹیشن کی دنیا ہے، چیلنج کی دنیا ہے، پرابلم کی دنیا</w:t>
      </w:r>
    </w:p>
    <w:p>
      <w:r>
        <w:rPr>
          <w:b/>
        </w:rPr>
        <w:t xml:space="preserve">[26:05] </w:t>
      </w:r>
      <w:r>
        <w:t>hai, wahan par aise mor aate hain ke wahan kya karen.</w:t>
      </w:r>
    </w:p>
    <w:p>
      <w:pPr>
        <w:jc w:val="right"/>
      </w:pPr>
      <w:r>
        <w:t>ہے، وہاں پر ایسے موڑ آتے ہیں کہ وہاں کیا کریں۔</w:t>
      </w:r>
    </w:p>
    <w:p>
      <w:r>
        <w:rPr>
          <w:b/>
        </w:rPr>
        <w:t xml:space="preserve">[26:12] </w:t>
      </w:r>
      <w:r>
        <w:t>to wahan par jo rehnumai aap ko milti hai usi ka naam wisdom hai.</w:t>
      </w:r>
    </w:p>
    <w:p>
      <w:pPr>
        <w:jc w:val="right"/>
      </w:pPr>
      <w:r>
        <w:t>تو وہاں پر جو رہنمائی آپ کو ملتی ہے اسی کا نام وزڈم ہے۔</w:t>
      </w:r>
    </w:p>
    <w:p>
      <w:r>
        <w:rPr>
          <w:b/>
        </w:rPr>
        <w:t xml:space="preserve">[26:18] </w:t>
      </w:r>
      <w:r>
        <w:t>wisdom apni haqeeqat ke aitbar se practical wisdom ka naam hai.</w:t>
      </w:r>
    </w:p>
    <w:p>
      <w:pPr>
        <w:jc w:val="right"/>
      </w:pPr>
      <w:r>
        <w:t>وزڈم اپنی حقیقت کے اعتبار سے پریکٹیکل وزڈم کا نام ہے۔</w:t>
      </w:r>
    </w:p>
    <w:p>
      <w:r>
        <w:rPr>
          <w:b/>
        </w:rPr>
        <w:t xml:space="preserve">[26:25] </w:t>
      </w:r>
      <w:r>
        <w:t>practical wisdom ka naam hai.</w:t>
      </w:r>
    </w:p>
    <w:p>
      <w:pPr>
        <w:jc w:val="right"/>
      </w:pPr>
      <w:r>
        <w:t>پریکٹیکل وزڈم کا نام ہے۔</w:t>
      </w:r>
    </w:p>
    <w:p>
      <w:r>
        <w:rPr>
          <w:b/>
        </w:rPr>
        <w:t xml:space="preserve">[26:32] </w:t>
      </w:r>
      <w:r>
        <w:t>jaise rasool Allah sal Allah alaihi wasallam ko kai ghazwaat pesh aaye aap jante hain.</w:t>
      </w:r>
    </w:p>
    <w:p>
      <w:pPr>
        <w:jc w:val="right"/>
      </w:pPr>
      <w:r>
        <w:t>جیسے رسول اللہ صلی اللہ علیہ وسلم کو کئی غدوات پیش آئے آپ جانتے ہیں۔</w:t>
      </w:r>
    </w:p>
    <w:p>
      <w:r>
        <w:rPr>
          <w:b/>
        </w:rPr>
        <w:t xml:space="preserve">[26:39] </w:t>
      </w:r>
      <w:r>
        <w:t>to in ghazwaat mein aisa hua ke kabhi fareeqe saani ko shikast hui, koi nuqsan nuqsan hua, kabhi</w:t>
      </w:r>
    </w:p>
    <w:p>
      <w:pPr>
        <w:jc w:val="right"/>
      </w:pPr>
      <w:r>
        <w:t>تو ان غدوات میں ایسا ہوا کہ کبھی فریق ثانی کو شکست ہوئی، کوئی نقصان نقصان ہوا، کبھی</w:t>
      </w:r>
    </w:p>
    <w:p>
      <w:r>
        <w:rPr>
          <w:b/>
        </w:rPr>
        <w:t xml:space="preserve">[26:46] </w:t>
      </w:r>
      <w:r>
        <w:t>musalmanon ko nuqsan hua.</w:t>
      </w:r>
    </w:p>
    <w:p>
      <w:pPr>
        <w:jc w:val="right"/>
      </w:pPr>
      <w:r>
        <w:t>مسلمانوں کو نقصان ہوا۔</w:t>
      </w:r>
    </w:p>
    <w:p>
      <w:r>
        <w:rPr>
          <w:b/>
        </w:rPr>
        <w:t xml:space="preserve">[26:53] </w:t>
      </w:r>
      <w:r>
        <w:t>mislan Badr ke mauqe par fareeqe saani ko nuqsan hua aur Uhud ke mauqe par musalmanon ko nuqsan hua.</w:t>
      </w:r>
    </w:p>
    <w:p>
      <w:pPr>
        <w:jc w:val="right"/>
      </w:pPr>
      <w:r>
        <w:t>مثلاً بدر کے موقع پر فریق ثانی کو نقصان ہوا اور احد کے موقع پر مسلمانوں کو نقصان ہوا۔</w:t>
      </w:r>
    </w:p>
    <w:p>
      <w:r>
        <w:rPr>
          <w:b/>
        </w:rPr>
        <w:t xml:space="preserve">[26:59] </w:t>
      </w:r>
      <w:r>
        <w:t>to yahi sab chalta tha.</w:t>
      </w:r>
    </w:p>
    <w:p>
      <w:pPr>
        <w:jc w:val="right"/>
      </w:pPr>
      <w:r>
        <w:t>تو یہی سب چلتا تھا۔</w:t>
      </w:r>
    </w:p>
    <w:p>
      <w:r>
        <w:rPr>
          <w:b/>
        </w:rPr>
        <w:t xml:space="preserve">[27:06] </w:t>
      </w:r>
      <w:r>
        <w:t>jangon ke zariye koi koi final cheez nahi milti thi.</w:t>
      </w:r>
    </w:p>
    <w:p>
      <w:pPr>
        <w:jc w:val="right"/>
      </w:pPr>
      <w:r>
        <w:t>جنگوں کے ذریعے کوئی کوئی فائنل چیز نہیں ملتی تھی۔</w:t>
      </w:r>
    </w:p>
    <w:p>
      <w:r>
        <w:rPr>
          <w:b/>
        </w:rPr>
        <w:t xml:space="preserve">[27:13] </w:t>
      </w:r>
      <w:r>
        <w:t>final kamyabi bhi nahi milti thi jangon ke zariye se.</w:t>
      </w:r>
    </w:p>
    <w:p>
      <w:pPr>
        <w:jc w:val="right"/>
      </w:pPr>
      <w:r>
        <w:t>فائنل کامیابی بھی نہیں ملتی تھی جنگوں کے ذریعے سے۔</w:t>
      </w:r>
    </w:p>
    <w:p>
      <w:r>
        <w:rPr>
          <w:b/>
        </w:rPr>
        <w:t xml:space="preserve">[27:20] </w:t>
      </w:r>
      <w:r>
        <w:t>to yahan aap ne wisdom ko apply kiya.</w:t>
      </w:r>
    </w:p>
    <w:p>
      <w:pPr>
        <w:jc w:val="right"/>
      </w:pPr>
      <w:r>
        <w:t>تو یہاں آپ نے وزڈم کو اپلائی کیا۔</w:t>
      </w:r>
    </w:p>
    <w:p>
      <w:r>
        <w:rPr>
          <w:b/>
        </w:rPr>
        <w:t xml:space="preserve">[27:27] </w:t>
      </w:r>
      <w:r>
        <w:t>kai jangein huin aap jante hain ke kai jangein huin aur is mein bohat se log maare gaye.</w:t>
      </w:r>
    </w:p>
    <w:p>
      <w:pPr>
        <w:jc w:val="right"/>
      </w:pPr>
      <w:r>
        <w:t>کئی جنگیں ہوئیں آپ جانتے ہیں کہ کئی جنگیں ہوئیں اور اس میں بہت سے لوگ مارے گئے۔</w:t>
      </w:r>
    </w:p>
    <w:p>
      <w:r>
        <w:rPr>
          <w:b/>
        </w:rPr>
        <w:t xml:space="preserve">[27:34] </w:t>
      </w:r>
      <w:r>
        <w:t>lekin final nahi ho raha tha.</w:t>
      </w:r>
    </w:p>
    <w:p>
      <w:pPr>
        <w:jc w:val="right"/>
      </w:pPr>
      <w:r>
        <w:t>لیکن فائنل نہیں ہو رہا تھا۔</w:t>
      </w:r>
    </w:p>
    <w:p>
      <w:r>
        <w:rPr>
          <w:b/>
        </w:rPr>
        <w:t xml:space="preserve">[27:40] </w:t>
      </w:r>
      <w:r>
        <w:t>aakhri faisla nahi ho raha tha.</w:t>
      </w:r>
    </w:p>
    <w:p>
      <w:pPr>
        <w:jc w:val="right"/>
      </w:pPr>
      <w:r>
        <w:t>آخری فیصلہ نہیں ہو رہا تھا۔</w:t>
      </w:r>
    </w:p>
    <w:p>
      <w:r>
        <w:rPr>
          <w:b/>
        </w:rPr>
        <w:t xml:space="preserve">[27:47] </w:t>
      </w:r>
      <w:r>
        <w:t>to aap ne Hudaybiyyah ke mauqe par re-planning ki.</w:t>
      </w:r>
    </w:p>
    <w:p>
      <w:pPr>
        <w:jc w:val="right"/>
      </w:pPr>
      <w:r>
        <w:t>تو آپ نے حدیبیہ کے موقع پر ری پلاننگ کی۔</w:t>
      </w:r>
    </w:p>
    <w:p>
      <w:r>
        <w:rPr>
          <w:b/>
        </w:rPr>
        <w:t xml:space="preserve">[27:54] </w:t>
      </w:r>
      <w:r>
        <w:t>yeh re-planning ki aap ne wisdom based planning thi.</w:t>
      </w:r>
    </w:p>
    <w:p>
      <w:pPr>
        <w:jc w:val="right"/>
      </w:pPr>
      <w:r>
        <w:t>یہ ری پلاننگ کی آپ نے وزڈم بیسڈ پلاننگ تھی۔</w:t>
      </w:r>
    </w:p>
    <w:p>
      <w:r>
        <w:rPr>
          <w:b/>
        </w:rPr>
        <w:t xml:space="preserve">[28:01] </w:t>
      </w:r>
      <w:r>
        <w:t>yeh jo aap ne re-planning ki Hudaybiyyah ke mauqe par woh thi wisdom based planning.</w:t>
      </w:r>
    </w:p>
    <w:p>
      <w:pPr>
        <w:jc w:val="right"/>
      </w:pPr>
      <w:r>
        <w:t>یہ جو آپ نے ری پلاننگ کی حدیبیہ کے موقع پر وہ تھی وزڈم بیسڈ پلاننگ۔</w:t>
      </w:r>
    </w:p>
    <w:p>
      <w:r>
        <w:rPr>
          <w:b/>
        </w:rPr>
        <w:t xml:space="preserve">[28:08] </w:t>
      </w:r>
      <w:r>
        <w:t>yahan aap ne practical wisdom ko istemal kiya.</w:t>
      </w:r>
    </w:p>
    <w:p>
      <w:pPr>
        <w:jc w:val="right"/>
      </w:pPr>
      <w:r>
        <w:t>یہاں آپ نے پریکٹیکل وزڈم کو استعمال کیا۔</w:t>
      </w:r>
    </w:p>
    <w:p>
      <w:r>
        <w:rPr>
          <w:b/>
        </w:rPr>
        <w:t xml:space="preserve">[28:15] </w:t>
      </w:r>
      <w:r>
        <w:t>misalan aap jante hain ke ek qissa pesh aaya ke jab Hudaybiyyah ka muahida jab Hudaybiyyah agreement likha</w:t>
      </w:r>
    </w:p>
    <w:p>
      <w:pPr>
        <w:jc w:val="right"/>
      </w:pPr>
      <w:r>
        <w:t>مثلاً آپ جانتے ہیں کہ ایک قصہ پیش آیا کہ جب حدیبیہ کا معاہدہ جب حدیبیہ اگریمنٹ لکھا</w:t>
      </w:r>
    </w:p>
    <w:p>
      <w:r>
        <w:rPr>
          <w:b/>
        </w:rPr>
        <w:t xml:space="preserve">[28:21] </w:t>
      </w:r>
      <w:r>
        <w:t>ja raha tha to rasool Allah is ko dictate kara rahe the.</w:t>
      </w:r>
    </w:p>
    <w:p>
      <w:pPr>
        <w:jc w:val="right"/>
      </w:pPr>
      <w:r>
        <w:t>جا رہا تھا تو رسول اللہ اس کو ڈکٹیٹ کرا رہے تھے۔</w:t>
      </w:r>
    </w:p>
    <w:p>
      <w:r>
        <w:rPr>
          <w:b/>
        </w:rPr>
        <w:t xml:space="preserve">[28:28] </w:t>
      </w:r>
      <w:r>
        <w:t>rasool Allah is ko imla kara rahe the.</w:t>
      </w:r>
    </w:p>
    <w:p>
      <w:pPr>
        <w:jc w:val="right"/>
      </w:pPr>
      <w:r>
        <w:t>رسول اللہ اس کو املا کرا رہے تھے۔</w:t>
      </w:r>
    </w:p>
    <w:p>
      <w:r>
        <w:rPr>
          <w:b/>
        </w:rPr>
        <w:t xml:space="preserve">[28:35] </w:t>
      </w:r>
      <w:r>
        <w:t>aur Hazrat Ali likh rahe the.</w:t>
      </w:r>
    </w:p>
    <w:p>
      <w:pPr>
        <w:jc w:val="right"/>
      </w:pPr>
      <w:r>
        <w:t>اور حضرت علی لکھ رہے تھے۔</w:t>
      </w:r>
    </w:p>
    <w:p>
      <w:r>
        <w:rPr>
          <w:b/>
        </w:rPr>
        <w:t xml:space="preserve">[28:42] </w:t>
      </w:r>
      <w:r>
        <w:t>to rasool Allah ne kaha ya Ali uktub hadha ma salaha alaihi mawbid rasool Allah to foran fareeqe</w:t>
      </w:r>
    </w:p>
    <w:p>
      <w:pPr>
        <w:jc w:val="right"/>
      </w:pPr>
      <w:r>
        <w:t>تو رسول اللہ نے کہا يَا عَلِى اُكْتُبْ هَذَا مَا صَالْحَ عَلَيْهِ مَوْبِدُ رَسُولِ اللَّهِ تو فوراً فریق</w:t>
      </w:r>
    </w:p>
    <w:p>
      <w:r>
        <w:rPr>
          <w:b/>
        </w:rPr>
        <w:t xml:space="preserve">[28:49] </w:t>
      </w:r>
      <w:r>
        <w:t>saani ka jo leader tha leader Abu Suhail ne eteraz kiya hum aap ko rasool mante hi nahi.</w:t>
      </w:r>
    </w:p>
    <w:p>
      <w:pPr>
        <w:jc w:val="right"/>
      </w:pPr>
      <w:r>
        <w:t>ثانی کا جو لیڈر تھا لیڈر ابو سہیل نے اعتراض کیا ہم آپ کو رسول مانتے ہی نہیں۔</w:t>
      </w:r>
    </w:p>
    <w:p>
      <w:r>
        <w:rPr>
          <w:b/>
        </w:rPr>
        <w:t xml:space="preserve">[28:56] </w:t>
      </w:r>
      <w:r>
        <w:t>تو آپ نے کچھ argue نہیں کیا اس سے۔</w:t>
      </w:r>
    </w:p>
    <w:p>
      <w:pPr>
        <w:jc w:val="right"/>
      </w:pPr>
      <w:r>
        <w:t>تو آپ نے کچھ آرگو نہیں کیا اس سے۔</w:t>
      </w:r>
    </w:p>
    <w:p>
      <w:r>
        <w:rPr>
          <w:b/>
        </w:rPr>
        <w:t xml:space="preserve">[29:02] </w:t>
      </w:r>
      <w:r>
        <w:t>koi argo nahi kiya.</w:t>
      </w:r>
    </w:p>
    <w:p>
      <w:pPr>
        <w:jc w:val="right"/>
      </w:pPr>
      <w:r>
        <w:t>کوئی آرگو نہیں کیا۔</w:t>
      </w:r>
    </w:p>
    <w:p>
      <w:r>
        <w:rPr>
          <w:b/>
        </w:rPr>
        <w:t xml:space="preserve">[29:09] </w:t>
      </w:r>
      <w:r>
        <w:t>foran hi kaha ya ali uktub hadha ma salha alaihi mawbid ibn abdullah yeh kaha yeh practical wisdom hai.</w:t>
      </w:r>
    </w:p>
    <w:p>
      <w:pPr>
        <w:jc w:val="right"/>
      </w:pPr>
      <w:r>
        <w:t>فوراً ہی کہا يَا عَلِى اُكْتُبْ هَذَا مَا صَالْحَ عَلَيْهِ مَوْبِدُ ابْنِ عَبْدِ اللَّهِ یہ کہا یہ پریکٹیکل وزڈم ہے۔</w:t>
      </w:r>
    </w:p>
    <w:p>
      <w:r>
        <w:rPr>
          <w:b/>
        </w:rPr>
        <w:t xml:space="preserve">[29:16] </w:t>
      </w:r>
      <w:r>
        <w:t>yeh dekhen aap rasool Allah thay aap is mein koi shakk nahi.</w:t>
      </w:r>
    </w:p>
    <w:p>
      <w:pPr>
        <w:jc w:val="right"/>
      </w:pPr>
      <w:r>
        <w:t>یہ دیکھیں آپ رسول اللہ تھے آپ اس میں کوئی شک نہیں۔</w:t>
      </w:r>
    </w:p>
    <w:p>
      <w:r>
        <w:rPr>
          <w:b/>
        </w:rPr>
        <w:t xml:space="preserve">[29:23] </w:t>
      </w:r>
      <w:r>
        <w:t>lekin aap ne socha kaghaz par mein kuch bhi likh doon is se yeh history to nahi banegi.</w:t>
      </w:r>
    </w:p>
    <w:p>
      <w:pPr>
        <w:jc w:val="right"/>
      </w:pPr>
      <w:r>
        <w:t>لیکن آپ نے سوچا کاغذ پر میں کچھ بھی لکھ دوں اس سے یہ ہسٹری تو نہیں بنے گی۔</w:t>
      </w:r>
    </w:p>
    <w:p>
      <w:r>
        <w:rPr>
          <w:b/>
        </w:rPr>
        <w:t xml:space="preserve">[29:30] </w:t>
      </w:r>
      <w:r>
        <w:t>kaghaz par likha hua history nahi banega woh.</w:t>
      </w:r>
    </w:p>
    <w:p>
      <w:pPr>
        <w:jc w:val="right"/>
      </w:pPr>
      <w:r>
        <w:t>کاغذ پر لکھا ہوا ہسٹری نہیں بنے گا وہ۔</w:t>
      </w:r>
    </w:p>
    <w:p>
      <w:r>
        <w:rPr>
          <w:b/>
        </w:rPr>
        <w:t xml:space="preserve">[29:37] </w:t>
      </w:r>
      <w:r>
        <w:t>kahenge mein likh doon ke Muhammad bin Abdullah to isi par history banegi.</w:t>
      </w:r>
    </w:p>
    <w:p>
      <w:pPr>
        <w:jc w:val="right"/>
      </w:pPr>
      <w:r>
        <w:t>کہیں گے میں لکھ دوں کہ محمد بن عبداللہ تو اسی پر ہسٹری بنے گی۔</w:t>
      </w:r>
    </w:p>
    <w:p>
      <w:r>
        <w:rPr>
          <w:b/>
        </w:rPr>
        <w:t xml:space="preserve">[29:43] </w:t>
      </w:r>
      <w:r>
        <w:t>history ke apne laws hain apne qanoon hain.</w:t>
      </w:r>
    </w:p>
    <w:p>
      <w:pPr>
        <w:jc w:val="right"/>
      </w:pPr>
      <w:r>
        <w:t>ہسٹری کے اپنے لاز ہیں اپنے قانون ہیں۔</w:t>
      </w:r>
    </w:p>
    <w:p>
      <w:r>
        <w:rPr>
          <w:b/>
        </w:rPr>
        <w:t xml:space="preserve">[29:50] </w:t>
      </w:r>
      <w:r>
        <w:t>is ke mutabiq history banti hai.</w:t>
      </w:r>
    </w:p>
    <w:p>
      <w:pPr>
        <w:jc w:val="right"/>
      </w:pPr>
      <w:r>
        <w:t>اس کے مطابق ہسٹری بنتی ہے۔</w:t>
      </w:r>
    </w:p>
    <w:p>
      <w:r>
        <w:rPr>
          <w:b/>
        </w:rPr>
        <w:t xml:space="preserve">[29:57] </w:t>
      </w:r>
      <w:r>
        <w:t>to aap ne practical wisdom ko apply karte hue likh diya wahan par Muhammad bin Abdullah.</w:t>
      </w:r>
    </w:p>
    <w:p>
      <w:pPr>
        <w:jc w:val="right"/>
      </w:pPr>
      <w:r>
        <w:t>تو آپ نے پریکٹیکل وزڈم کو اپلائی کرتے ہوئے لکھ دیا وہاں پر محمد بن عبداللہ۔</w:t>
      </w:r>
    </w:p>
    <w:p>
      <w:r>
        <w:rPr>
          <w:b/>
        </w:rPr>
        <w:t xml:space="preserve">[30:04] </w:t>
      </w:r>
      <w:r>
        <w:t>aur phir aap jante hain ke bohat thori muddat mein aap ko zabardast success hasil hui.</w:t>
      </w:r>
    </w:p>
    <w:p>
      <w:pPr>
        <w:jc w:val="right"/>
      </w:pPr>
      <w:r>
        <w:t>اور پھر آپ جانتے ہیں کہ بہت تھوڑی مدت میں آپ کو زبردست سکسیس حاصل ہوئی۔</w:t>
      </w:r>
    </w:p>
    <w:p>
      <w:r>
        <w:rPr>
          <w:b/>
        </w:rPr>
        <w:t xml:space="preserve">[30:11] </w:t>
      </w:r>
      <w:r>
        <w:t>to mere tajrube ke mutabiq wisdom naam hai practical wisdom ka.</w:t>
      </w:r>
    </w:p>
    <w:p>
      <w:pPr>
        <w:jc w:val="right"/>
      </w:pPr>
      <w:r>
        <w:t>تو میرے تجربے کے مطابق وزڈم نام ہے پریکٹیکل وزڈم کا۔</w:t>
      </w:r>
    </w:p>
    <w:p>
      <w:r>
        <w:rPr>
          <w:b/>
        </w:rPr>
        <w:t xml:space="preserve">[30:18] </w:t>
      </w:r>
      <w:r>
        <w:t>yani ideology ko kaise implement kiya jaye.</w:t>
      </w:r>
    </w:p>
    <w:p>
      <w:pPr>
        <w:jc w:val="right"/>
      </w:pPr>
      <w:r>
        <w:t>یعنی آئیڈالوجی کو کیسے امپلیمنٹ کیا جائے۔</w:t>
      </w:r>
    </w:p>
    <w:p>
      <w:r>
        <w:rPr>
          <w:b/>
        </w:rPr>
        <w:t xml:space="preserve">[30:24] </w:t>
      </w:r>
      <w:r>
        <w:t>wahan jo cheez kaam aati hai woh wisdom hai.</w:t>
      </w:r>
    </w:p>
    <w:p>
      <w:pPr>
        <w:jc w:val="right"/>
      </w:pPr>
      <w:r>
        <w:t>وہاں جو چیز کام آتی ہے وہ وزڈم ہے۔</w:t>
      </w:r>
    </w:p>
    <w:p>
      <w:r>
        <w:rPr>
          <w:b/>
        </w:rPr>
        <w:t xml:space="preserve">[30:31] </w:t>
      </w:r>
      <w:r>
        <w:t>to ideology ek theoretical baat hai.</w:t>
      </w:r>
    </w:p>
    <w:p>
      <w:pPr>
        <w:jc w:val="right"/>
      </w:pPr>
      <w:r>
        <w:t>تو آئیڈالوجی ایک تھیٹیکل بات ہے۔</w:t>
      </w:r>
    </w:p>
    <w:p>
      <w:r>
        <w:rPr>
          <w:b/>
        </w:rPr>
        <w:t xml:space="preserve">[30:38] </w:t>
      </w:r>
      <w:r>
        <w:t>aur wisdom ek practical baat hai.</w:t>
      </w:r>
    </w:p>
    <w:p>
      <w:pPr>
        <w:jc w:val="right"/>
      </w:pPr>
      <w:r>
        <w:t>اور وزڈم ایک پریکٹیکل بات ہے۔</w:t>
      </w:r>
    </w:p>
    <w:p>
      <w:r>
        <w:rPr>
          <w:b/>
        </w:rPr>
        <w:t xml:space="preserve">[30:45] </w:t>
      </w:r>
      <w:r>
        <w:t>to haqeeqat mein wisdom naam hai practical wisdom ka.</w:t>
      </w:r>
    </w:p>
    <w:p>
      <w:pPr>
        <w:jc w:val="right"/>
      </w:pPr>
      <w:r>
        <w:t>تو حقیقت میں وزڈم نامی ہے پریکٹیکل وزڈم کا۔</w:t>
      </w:r>
    </w:p>
    <w:p>
      <w:r>
        <w:rPr>
          <w:b/>
        </w:rPr>
        <w:t xml:space="preserve">[30:52] </w:t>
      </w:r>
      <w:r>
        <w:t>rasool Allah sal Allah alaihi wasallam zindagi mein aise bohat se waqiat hain ke aap ne theoretical wisdom</w:t>
      </w:r>
    </w:p>
    <w:p>
      <w:pPr>
        <w:jc w:val="right"/>
      </w:pPr>
      <w:r>
        <w:t>رسول اللہ صلی اللہ علیہ وسلم زندگی میں ایسے بہت سے واقعات ہیں کہ آپ نے تھیٹیکل وزڈم</w:t>
      </w:r>
    </w:p>
    <w:p>
      <w:r>
        <w:rPr>
          <w:b/>
        </w:rPr>
        <w:t xml:space="preserve">[30:59] </w:t>
      </w:r>
      <w:r>
        <w:t>par aap ne stick nahi kiya.</w:t>
      </w:r>
    </w:p>
    <w:p>
      <w:pPr>
        <w:jc w:val="right"/>
      </w:pPr>
      <w:r>
        <w:t>پر آپ نے اسٹک نہیں کیا۔</w:t>
      </w:r>
    </w:p>
    <w:p>
      <w:r>
        <w:rPr>
          <w:b/>
        </w:rPr>
        <w:t xml:space="preserve">[31:05] </w:t>
      </w:r>
      <w:r>
        <w:t>aap ne practical wisdom ko maan liya.</w:t>
      </w:r>
    </w:p>
    <w:p>
      <w:pPr>
        <w:jc w:val="right"/>
      </w:pPr>
      <w:r>
        <w:t>آپ نے پریکٹیکل وزڈم کو مان لیا۔</w:t>
      </w:r>
    </w:p>
    <w:p>
      <w:r>
        <w:rPr>
          <w:b/>
        </w:rPr>
        <w:t xml:space="preserve">[31:12] </w:t>
      </w:r>
      <w:r>
        <w:t>yahi baat aaj bhi hai.</w:t>
      </w:r>
    </w:p>
    <w:p>
      <w:pPr>
        <w:jc w:val="right"/>
      </w:pPr>
      <w:r>
        <w:t>یہی بات آج بھی ہے۔</w:t>
      </w:r>
    </w:p>
    <w:p>
      <w:r>
        <w:rPr>
          <w:b/>
        </w:rPr>
        <w:t xml:space="preserve">[31:19] </w:t>
      </w:r>
      <w:r>
        <w:t>aaj bhi agar aap koi kaam karna chahte hain koi koi maqsad hasil karna chahte hain aaj bhi</w:t>
      </w:r>
    </w:p>
    <w:p>
      <w:pPr>
        <w:jc w:val="right"/>
      </w:pPr>
      <w:r>
        <w:t>آج بھی اگر آپ کوئی کام کرنا چاہتے ہیں کوئی کوئی مقصد حاصل کرنا چاہتے ہیں آج بھی</w:t>
      </w:r>
    </w:p>
    <w:p>
      <w:r>
        <w:rPr>
          <w:b/>
        </w:rPr>
        <w:t xml:space="preserve">[31:26] </w:t>
      </w:r>
      <w:r>
        <w:t>to aap ko is tarah se kamyabi nahi milegi ke aap ek theory ke liye baithe rahen.</w:t>
      </w:r>
    </w:p>
    <w:p>
      <w:pPr>
        <w:jc w:val="right"/>
      </w:pPr>
      <w:r>
        <w:t>تو آپ کو اس طرح سے کامیابی نہیں ملے گی کہ آپ ایک تھیوری کے لیے بیٹھے رہیں۔</w:t>
      </w:r>
    </w:p>
    <w:p>
      <w:r>
        <w:rPr>
          <w:b/>
        </w:rPr>
        <w:t xml:space="preserve">[31:33] </w:t>
      </w:r>
      <w:r>
        <w:t>ek theory ke liye baithe rahen.</w:t>
      </w:r>
    </w:p>
    <w:p>
      <w:pPr>
        <w:jc w:val="right"/>
      </w:pPr>
      <w:r>
        <w:t>ایک تھیوری کے لیے بیٹھے رہیں۔</w:t>
      </w:r>
    </w:p>
    <w:p>
      <w:r>
        <w:rPr>
          <w:b/>
        </w:rPr>
        <w:t xml:space="preserve">[31:40] </w:t>
      </w:r>
      <w:r>
        <w:t>aise aap kamyab nahi ho sakte.</w:t>
      </w:r>
    </w:p>
    <w:p>
      <w:pPr>
        <w:jc w:val="right"/>
      </w:pPr>
      <w:r>
        <w:t>ایسے آپ کامیاب نہیں ہو سکتے۔</w:t>
      </w:r>
    </w:p>
    <w:p>
      <w:r>
        <w:rPr>
          <w:b/>
        </w:rPr>
        <w:t xml:space="preserve">[31:46] </w:t>
      </w:r>
      <w:r>
        <w:t>aap ko janna padega ke kisi situation mein practical wisdom kya hai.</w:t>
      </w:r>
    </w:p>
    <w:p>
      <w:pPr>
        <w:jc w:val="right"/>
      </w:pPr>
      <w:r>
        <w:t>آپ کو جاننا پڑے گا کہ کسی سچویشن میں پریکٹیکل وزڈم کیا ہے۔</w:t>
      </w:r>
    </w:p>
    <w:p>
      <w:r>
        <w:rPr>
          <w:b/>
        </w:rPr>
        <w:t xml:space="preserve">[31:53] </w:t>
      </w:r>
      <w:r>
        <w:t>kisi situation mein practical wisdom kya hai.</w:t>
      </w:r>
    </w:p>
    <w:p>
      <w:pPr>
        <w:jc w:val="right"/>
      </w:pPr>
      <w:r>
        <w:t>کسی سچویشن میں پریکٹیکل وزڈم کیا ہے۔</w:t>
      </w:r>
    </w:p>
    <w:p>
      <w:r>
        <w:rPr>
          <w:b/>
        </w:rPr>
        <w:t xml:space="preserve">[32:00] </w:t>
      </w:r>
      <w:r>
        <w:t>misal ke taur par dekhen Palestine mein 1948 mein partition hua.</w:t>
      </w:r>
    </w:p>
    <w:p>
      <w:pPr>
        <w:jc w:val="right"/>
      </w:pPr>
      <w:r>
        <w:t>مثال کے طور پر دیکھیں پیلسٹائن میں 1948 میں پارٹیشن ہوا۔</w:t>
      </w:r>
    </w:p>
    <w:p>
      <w:r>
        <w:rPr>
          <w:b/>
        </w:rPr>
        <w:t xml:space="preserve">[32:07] </w:t>
      </w:r>
      <w:r>
        <w:t>roughly aadha Arabon ko mila aadha Yahud ko mila.</w:t>
      </w:r>
    </w:p>
    <w:p>
      <w:pPr>
        <w:jc w:val="right"/>
      </w:pPr>
      <w:r>
        <w:t>رفلی آدھا عربوں کو ملا آدھا یہود کو ملا۔</w:t>
      </w:r>
    </w:p>
    <w:p>
      <w:r>
        <w:rPr>
          <w:b/>
        </w:rPr>
        <w:t xml:space="preserve">[32:14] </w:t>
      </w:r>
      <w:r>
        <w:t>ab saare Arab ladne ke liye khade ho gaye.</w:t>
      </w:r>
    </w:p>
    <w:p>
      <w:pPr>
        <w:jc w:val="right"/>
      </w:pPr>
      <w:r>
        <w:t>اب سارے عرب لڑنے کے لیے کھڑے ہو گئے۔</w:t>
      </w:r>
    </w:p>
    <w:p>
      <w:r>
        <w:rPr>
          <w:b/>
        </w:rPr>
        <w:t xml:space="preserve">[32:21] </w:t>
      </w:r>
      <w:r>
        <w:t>is zamane mein Hazrat Mu'awiya maujood the jo mashhoor Arab leader hain.</w:t>
      </w:r>
    </w:p>
    <w:p>
      <w:pPr>
        <w:jc w:val="right"/>
      </w:pPr>
      <w:r>
        <w:t>اس زمانے میں حضرت منہ موجود تھے جو مشہور عرب لیڈر ہیں۔</w:t>
      </w:r>
    </w:p>
    <w:p>
      <w:r>
        <w:rPr>
          <w:b/>
        </w:rPr>
        <w:t xml:space="preserve">[32:27] </w:t>
      </w:r>
      <w:r>
        <w:t>unhon ne juloos nikala.</w:t>
      </w:r>
    </w:p>
    <w:p>
      <w:pPr>
        <w:jc w:val="right"/>
      </w:pPr>
      <w:r>
        <w:t>انہوں نے جلوس نکالا۔</w:t>
      </w:r>
    </w:p>
    <w:p>
      <w:r>
        <w:rPr>
          <w:b/>
        </w:rPr>
        <w:t xml:space="preserve">[32:34] </w:t>
      </w:r>
      <w:r>
        <w:t>kaha tha ke is juloos mein Misr ki sadkon par ek lakh Arab ikattha ho gaye.</w:t>
      </w:r>
    </w:p>
    <w:p>
      <w:pPr>
        <w:jc w:val="right"/>
      </w:pPr>
      <w:r>
        <w:t>کہا تھا کہ اس جلوس میں مصر کی سڑکوں پر ایک لاکھ عرب اکٹھا ہو گئے۔</w:t>
      </w:r>
    </w:p>
    <w:p>
      <w:r>
        <w:rPr>
          <w:b/>
        </w:rPr>
        <w:t xml:space="preserve">[32:41] </w:t>
      </w:r>
      <w:r>
        <w:t>yeh ek lakh Arabon ka yeh juloos tha.</w:t>
      </w:r>
    </w:p>
    <w:p>
      <w:pPr>
        <w:jc w:val="right"/>
      </w:pPr>
      <w:r>
        <w:t>یہ ایک لاکھ عربوں کا یہ جلوس تھا۔</w:t>
      </w:r>
    </w:p>
    <w:p>
      <w:r>
        <w:rPr>
          <w:b/>
        </w:rPr>
        <w:t xml:space="preserve">[32:48] </w:t>
      </w:r>
      <w:r>
        <w:t>naara tha unka Labbayk ya Akhu Arteen Labbayk ya Akhu Arteen.</w:t>
      </w:r>
    </w:p>
    <w:p>
      <w:pPr>
        <w:jc w:val="right"/>
      </w:pPr>
      <w:r>
        <w:t>نعرہ تھا ان کا لَبَّيْكِ يَا أَخُرَ أَرْتِينِ لَبَّيْكِ يَا أَخُرَ أَرْتِينِ۔</w:t>
      </w:r>
    </w:p>
    <w:p>
      <w:r>
        <w:rPr>
          <w:b/>
        </w:rPr>
        <w:t xml:space="preserve">[32:55] </w:t>
      </w:r>
      <w:r>
        <w:t>yeh kya tha? Hazrat Mu'awiya unke saathiyon ko sirf theoretical baat dikhai di.</w:t>
      </w:r>
    </w:p>
    <w:p>
      <w:pPr>
        <w:jc w:val="right"/>
      </w:pPr>
      <w:r>
        <w:t>یہ کیا تھا؟ حضرت منہ ان کے ساتھیوں کو صرف تھیٹیکل بات دکھائی دی۔</w:t>
      </w:r>
    </w:p>
    <w:p>
      <w:r>
        <w:rPr>
          <w:b/>
        </w:rPr>
        <w:t xml:space="preserve">[33:02] </w:t>
      </w:r>
      <w:r>
        <w:t>practical baat nahi dikhai di.</w:t>
      </w:r>
    </w:p>
    <w:p>
      <w:pPr>
        <w:jc w:val="right"/>
      </w:pPr>
      <w:r>
        <w:t>پریکٹیکل بات نہیں دکھائی دی۔</w:t>
      </w:r>
    </w:p>
    <w:p>
      <w:r>
        <w:rPr>
          <w:b/>
        </w:rPr>
        <w:t xml:space="preserve">[33:08] </w:t>
      </w:r>
      <w:r>
        <w:t>kya jo saath baras lad rahe hain aur sab kuch tabah ho gaya jo bacha tha woh bhi</w:t>
      </w:r>
    </w:p>
    <w:p>
      <w:pPr>
        <w:jc w:val="right"/>
      </w:pPr>
      <w:r>
        <w:t>کیا جو ساٹھ برس لڑ رہے ہیں اور سب کچھ تباہ ہو گیا جو بجا تھا وہ بھی</w:t>
      </w:r>
    </w:p>
    <w:p>
      <w:r>
        <w:rPr>
          <w:b/>
        </w:rPr>
        <w:t xml:space="preserve">[33:15] </w:t>
      </w:r>
      <w:r>
        <w:t>chhin gaya? kyon unhon ne practical wisdom ko apply nahi kiya? woh theory ideology ke Palestine hamara right</w:t>
      </w:r>
    </w:p>
    <w:p>
      <w:pPr>
        <w:jc w:val="right"/>
      </w:pPr>
      <w:r>
        <w:t>چھن گیا؟ کیوں انہوں نے پریکٹیکل وزڈم کو اپلائی نہیں کیا؟ وہ تھیوری آئیڈالوجی کہ فلسطین ہمارا رائٹ</w:t>
      </w:r>
    </w:p>
    <w:p>
      <w:r>
        <w:rPr>
          <w:b/>
        </w:rPr>
        <w:t xml:space="preserve">[33:22] </w:t>
      </w:r>
      <w:r>
        <w:t>hai, Palestine hamara haq hai, bas isi ko liye baithe rahe.</w:t>
      </w:r>
    </w:p>
    <w:p>
      <w:pPr>
        <w:jc w:val="right"/>
      </w:pPr>
      <w:r>
        <w:t>ہے، فلسطین ہمارا حق ہے، بس اسی کو لیے بیٹھے رہے۔</w:t>
      </w:r>
    </w:p>
    <w:p>
      <w:r>
        <w:rPr>
          <w:b/>
        </w:rPr>
        <w:t xml:space="preserve">[33:29] </w:t>
      </w:r>
      <w:r>
        <w:t>theoretical wisdom kya thi? real situation kya thi? reality kya bata rahi thi? is ko nahi socha unhon ne.</w:t>
      </w:r>
    </w:p>
    <w:p>
      <w:pPr>
        <w:jc w:val="right"/>
      </w:pPr>
      <w:r>
        <w:t>تھیٹیکل وزڈم کیا تھی؟ رئیل سچویشن کیا تھی؟ رئیلٹی کیا بتا رہی تھی؟ اس کو نہیں سوچا انہوں نے۔</w:t>
      </w:r>
    </w:p>
    <w:p>
      <w:r>
        <w:rPr>
          <w:b/>
        </w:rPr>
        <w:t xml:space="preserve">[33:36] </w:t>
      </w:r>
      <w:r>
        <w:t>to yaad rakhiye chahe koi individual mamla ho ya koi national mamla ho, hamesha practical wisdom ko daryaft kijiye.</w:t>
      </w:r>
    </w:p>
    <w:p>
      <w:pPr>
        <w:jc w:val="right"/>
      </w:pPr>
      <w:r>
        <w:t>تو یاد رکھیے چاہے کوئی انڈیویجول معاملہ ہو یا کوئی نیشنل معاملہ ہو، ہمیشہ پریکٹیکل وزڈم کو دریافت کیجئے۔</w:t>
      </w:r>
    </w:p>
    <w:p>
      <w:r>
        <w:rPr>
          <w:b/>
        </w:rPr>
        <w:t xml:space="preserve">[33:43] </w:t>
      </w:r>
      <w:r>
        <w:t>practical wisdom ko apply kijiye.</w:t>
      </w:r>
    </w:p>
    <w:p>
      <w:pPr>
        <w:jc w:val="right"/>
      </w:pPr>
      <w:r>
        <w:t>پریکٹیکل وزڈم کو اپلائی کیجئے۔</w:t>
      </w:r>
    </w:p>
    <w:p>
      <w:r>
        <w:rPr>
          <w:b/>
        </w:rPr>
        <w:t xml:space="preserve">[33:49] </w:t>
      </w:r>
      <w:r>
        <w:t>tab aap kamyab honge warna nahi.</w:t>
      </w:r>
    </w:p>
    <w:p>
      <w:pPr>
        <w:jc w:val="right"/>
      </w:pPr>
      <w:r>
        <w:t>تب آپ کامیاب ہوں گے ورنہ نہیں۔</w:t>
      </w:r>
    </w:p>
    <w:p>
      <w:r>
        <w:rPr>
          <w:b/>
        </w:rPr>
        <w:t xml:space="preserve">[33:56] </w:t>
      </w:r>
      <w:r>
        <w:t>jab bhi koi duniya mein kisi ne badi kamyabi hasil ki hai to hamesha us ne practical wisdom</w:t>
      </w:r>
    </w:p>
    <w:p>
      <w:pPr>
        <w:jc w:val="right"/>
      </w:pPr>
      <w:r>
        <w:t>جب بھی کوئی دنیا میں کسی نے بڑی کامیابی حاصل کی ہے تو ہمیشہ اس نے پریکٹیکل وزڈم</w:t>
      </w:r>
    </w:p>
    <w:p>
      <w:r>
        <w:rPr>
          <w:b/>
        </w:rPr>
        <w:t xml:space="preserve">[34:03] </w:t>
      </w:r>
      <w:r>
        <w:t>ko apply kiya hai.</w:t>
      </w:r>
    </w:p>
    <w:p>
      <w:pPr>
        <w:jc w:val="right"/>
      </w:pPr>
      <w:r>
        <w:t>کو اپلائی کیا ہے۔</w:t>
      </w:r>
    </w:p>
    <w:p>
      <w:r>
        <w:rPr>
          <w:b/>
        </w:rPr>
        <w:t xml:space="preserve">[34:10] </w:t>
      </w:r>
      <w:r>
        <w:t>to yahi haqeeqat hai ke is hadith mein hai ke momin ka mamla bohat ajeeb hai.</w:t>
      </w:r>
    </w:p>
    <w:p>
      <w:pPr>
        <w:jc w:val="right"/>
      </w:pPr>
      <w:r>
        <w:t>تو یہی حقیقت ہے کہ اس حدیث میں ہے کہ مومن کا معاملہ بہت عجیب ہے۔</w:t>
      </w:r>
    </w:p>
    <w:p>
      <w:r>
        <w:rPr>
          <w:b/>
        </w:rPr>
        <w:t xml:space="preserve">[34:17] </w:t>
      </w:r>
      <w:r>
        <w:t>har cheez is ke liye achhi ban jati hai.</w:t>
      </w:r>
    </w:p>
    <w:p>
      <w:pPr>
        <w:jc w:val="right"/>
      </w:pPr>
      <w:r>
        <w:t>ہر چیز اس کے لیے اچھی بن جاتی ہے۔</w:t>
      </w:r>
    </w:p>
    <w:p>
      <w:r>
        <w:rPr>
          <w:b/>
        </w:rPr>
        <w:t xml:space="preserve">[34:24] </w:t>
      </w:r>
      <w:r>
        <w:t>takleef ki baat ho ya aaram ki baat ho.</w:t>
      </w:r>
    </w:p>
    <w:p>
      <w:pPr>
        <w:jc w:val="right"/>
      </w:pPr>
      <w:r>
        <w:t>تکلیف کی بات ہو یا آرام کی بات ہو۔</w:t>
      </w:r>
    </w:p>
    <w:p>
      <w:r>
        <w:rPr>
          <w:b/>
        </w:rPr>
        <w:t xml:space="preserve">[34:30] </w:t>
      </w:r>
      <w:r>
        <w:t>کیوں؟ مومن دیکھتا ہے چیزوں کو صحیح dichotomy سے۔</w:t>
      </w:r>
    </w:p>
    <w:p>
      <w:pPr>
        <w:jc w:val="right"/>
      </w:pPr>
      <w:r>
        <w:t>کیوں؟ مومن دیکھتا ہے چیزوں کو صحیح ڈائیکاڈمی سے۔</w:t>
      </w:r>
    </w:p>
    <w:p>
      <w:r>
        <w:rPr>
          <w:b/>
        </w:rPr>
        <w:t xml:space="preserve">[34:37] </w:t>
      </w:r>
      <w:r>
        <w:t>مومن چیزوں کو غلط dichotomy سے نہیں دیکھتا۔</w:t>
      </w:r>
    </w:p>
    <w:p>
      <w:pPr>
        <w:jc w:val="right"/>
      </w:pPr>
      <w:r>
        <w:t>مومن چیزوں کو غلط ڈائیکاڈمی سے نہیں دیکھتا۔</w:t>
      </w:r>
    </w:p>
    <w:p>
      <w:r>
        <w:rPr>
          <w:b/>
        </w:rPr>
        <w:t xml:space="preserve">[34:44] </w:t>
      </w:r>
      <w:r>
        <w:t>dekhen yeh jo main keh raha hoon yeh law of nature ki baat hai.</w:t>
      </w:r>
    </w:p>
    <w:p>
      <w:pPr>
        <w:jc w:val="right"/>
      </w:pPr>
      <w:r>
        <w:t>دیکھیں یہ جو میں کہہ رہا ہوں یہ لاء آف نیچر کی بات ہے۔</w:t>
      </w:r>
    </w:p>
    <w:p>
      <w:r>
        <w:rPr>
          <w:b/>
        </w:rPr>
        <w:t xml:space="preserve">[34:51] </w:t>
      </w:r>
      <w:r>
        <w:t>yeh kisi insaan ki baat nahi hai.</w:t>
      </w:r>
    </w:p>
    <w:p>
      <w:pPr>
        <w:jc w:val="right"/>
      </w:pPr>
      <w:r>
        <w:t>یہ کسی انسان کی بات نہیں ہے۔</w:t>
      </w:r>
    </w:p>
    <w:p>
      <w:r>
        <w:rPr>
          <w:b/>
        </w:rPr>
        <w:t xml:space="preserve">[34:58] </w:t>
      </w:r>
      <w:r>
        <w:t>kisi insaan ki baat mein aap ko haq hota hai ke chahe maanein chahe na maanein.</w:t>
      </w:r>
    </w:p>
    <w:p>
      <w:pPr>
        <w:jc w:val="right"/>
      </w:pPr>
      <w:r>
        <w:t>کسی انسان کی بات میں آپ کو حق ہوتا ہے کہ چاہے مانیں چاہے نہ مانیں۔</w:t>
      </w:r>
    </w:p>
    <w:p>
      <w:r>
        <w:rPr>
          <w:b/>
        </w:rPr>
        <w:t xml:space="preserve">[35:05] </w:t>
      </w:r>
      <w:r>
        <w:t>kisi insaan ki baat ho to aap ko yeh haq hota hai ke aap maanein ya na maanein.</w:t>
      </w:r>
    </w:p>
    <w:p>
      <w:pPr>
        <w:jc w:val="right"/>
      </w:pPr>
      <w:r>
        <w:t>کسی انسان کی بات ہو تو آپ کو یہ حق ہوتا ہے کہ آپ مانیں یا نہ مانیں۔</w:t>
      </w:r>
    </w:p>
    <w:p>
      <w:r>
        <w:rPr>
          <w:b/>
        </w:rPr>
        <w:t xml:space="preserve">[35:11] </w:t>
      </w:r>
      <w:r>
        <w:t>lekin jab maula law of nature ka ho, yaani fitrat ke qanoon ka ho to aap ko yeh</w:t>
      </w:r>
    </w:p>
    <w:p>
      <w:pPr>
        <w:jc w:val="right"/>
      </w:pPr>
      <w:r>
        <w:t>لیکن جب مولا لاء آف نیچر کا ہو، یعنی فطرت کے قوانین کا ہو تو آپ کو یہ</w:t>
      </w:r>
    </w:p>
    <w:p>
      <w:r>
        <w:rPr>
          <w:b/>
        </w:rPr>
        <w:t xml:space="preserve">[35:18] </w:t>
      </w:r>
      <w:r>
        <w:t>choice nahi hota.</w:t>
      </w:r>
    </w:p>
    <w:p>
      <w:pPr>
        <w:jc w:val="right"/>
      </w:pPr>
      <w:r>
        <w:t>چوائس نہیں ہوتا۔</w:t>
      </w:r>
    </w:p>
    <w:p>
      <w:r>
        <w:rPr>
          <w:b/>
        </w:rPr>
        <w:t xml:space="preserve">[35:25] </w:t>
      </w:r>
      <w:r>
        <w:t>aap ko isay maanna hi parta hai.</w:t>
      </w:r>
    </w:p>
    <w:p>
      <w:pPr>
        <w:jc w:val="right"/>
      </w:pPr>
      <w:r>
        <w:t>آپ کو اسے ماننا ہی پڑتا ہے۔</w:t>
      </w:r>
    </w:p>
    <w:p>
      <w:r>
        <w:rPr>
          <w:b/>
        </w:rPr>
        <w:t xml:space="preserve">[35:32] </w:t>
      </w:r>
      <w:r>
        <w:t>misalan aik darakht aap ko uggana hai to yahan aap carpet par nahi uga sakte.</w:t>
      </w:r>
    </w:p>
    <w:p>
      <w:pPr>
        <w:jc w:val="right"/>
      </w:pPr>
      <w:r>
        <w:t>مثلاً ایک درخت آپ کو اگانا ہے تو یہاں آپ کارپٹ پر نہیں اگا سکتے۔</w:t>
      </w:r>
    </w:p>
    <w:p>
      <w:r>
        <w:rPr>
          <w:b/>
        </w:rPr>
        <w:t xml:space="preserve">[35:39] </w:t>
      </w:r>
      <w:r>
        <w:t>is ke liye soil chahiye.</w:t>
      </w:r>
    </w:p>
    <w:p>
      <w:pPr>
        <w:jc w:val="right"/>
      </w:pPr>
      <w:r>
        <w:t>اس کے لیے سائل چاہیے۔</w:t>
      </w:r>
    </w:p>
    <w:p>
      <w:r>
        <w:rPr>
          <w:b/>
        </w:rPr>
        <w:t xml:space="preserve">[35:46] </w:t>
      </w:r>
      <w:r>
        <w:t>law of nature ke mutabiq darakht hamesha soil mein ugta hai, carpet ke oopar nahi ugta.</w:t>
      </w:r>
    </w:p>
    <w:p>
      <w:pPr>
        <w:jc w:val="right"/>
      </w:pPr>
      <w:r>
        <w:t>لاء آف نیچر کے مطابق درخت ہمیشہ سائل میں اگتا ہے، کارپٹ کے اوپر نہیں اگتا۔</w:t>
      </w:r>
    </w:p>
    <w:p>
      <w:r>
        <w:rPr>
          <w:b/>
        </w:rPr>
        <w:t xml:space="preserve">[35:52] </w:t>
      </w:r>
      <w:r>
        <w:t>to aap ko jaanna chahiye ke yeh jo yeh jo usool hai, yeh law of nature hai.</w:t>
      </w:r>
    </w:p>
    <w:p>
      <w:pPr>
        <w:jc w:val="right"/>
      </w:pPr>
      <w:r>
        <w:t>تو آپ کو جاننا چاہیے کہ یہ جو یہ جو اصول ہے، یہ لاء آف نیچر ہے۔</w:t>
      </w:r>
    </w:p>
    <w:p>
      <w:r>
        <w:rPr>
          <w:b/>
        </w:rPr>
        <w:t xml:space="preserve">[35:59] </w:t>
      </w:r>
      <w:r>
        <w:t>yeh kisi insaan ka kisi insaan ki taqreer nahi hai.</w:t>
      </w:r>
    </w:p>
    <w:p>
      <w:pPr>
        <w:jc w:val="right"/>
      </w:pPr>
      <w:r>
        <w:t>یہ کسی انسان کا کسی انسان کی تقریر نہیں ہے۔</w:t>
      </w:r>
    </w:p>
    <w:p>
      <w:r>
        <w:rPr>
          <w:b/>
        </w:rPr>
        <w:t xml:space="preserve">[36:06] </w:t>
      </w:r>
      <w:r>
        <w:t>mauooda zamanay ke musalmanon ko jaanna chahiye ke sab se bara jo masla in ka hai woh yahi</w:t>
      </w:r>
    </w:p>
    <w:p>
      <w:pPr>
        <w:jc w:val="right"/>
      </w:pPr>
      <w:r>
        <w:t>موعودہ زمانے کے مسلمانوں کو جاننا چاہیے کہ سب سے بڑا جو مسئلہ ان کا ہے وہ یہی</w:t>
      </w:r>
    </w:p>
    <w:p>
      <w:r>
        <w:rPr>
          <w:b/>
        </w:rPr>
        <w:t xml:space="preserve">[36:13] </w:t>
      </w:r>
      <w:r>
        <w:t>hai ke woh nahi jantay ke is dunya mein sirf theory par koi kamyabi nahi hoti.</w:t>
      </w:r>
    </w:p>
    <w:p>
      <w:pPr>
        <w:jc w:val="right"/>
      </w:pPr>
      <w:r>
        <w:t>ہے کہ وہ نہیں جانتے کہ اس دنیا میں صرف تھیوری پر کوئی کامیابی نہیں ہوتی۔</w:t>
      </w:r>
    </w:p>
    <w:p>
      <w:r>
        <w:rPr>
          <w:b/>
        </w:rPr>
        <w:t xml:space="preserve">[36:20] </w:t>
      </w:r>
      <w:r>
        <w:t>آپ کو جاننا پڑتا ہے کہ practical wisdom کیا ہے۔</w:t>
      </w:r>
    </w:p>
    <w:p>
      <w:pPr>
        <w:jc w:val="right"/>
      </w:pPr>
      <w:r>
        <w:t>آپ کو جاننا پڑتا ہے کہ پریکٹیکل وزڈم کیا ہے۔</w:t>
      </w:r>
    </w:p>
    <w:p>
      <w:r>
        <w:rPr>
          <w:b/>
        </w:rPr>
        <w:t xml:space="preserve">[36:27] </w:t>
      </w:r>
      <w:r>
        <w:t>practical wisdom kya hai.</w:t>
      </w:r>
    </w:p>
    <w:p>
      <w:pPr>
        <w:jc w:val="right"/>
      </w:pPr>
      <w:r>
        <w:t>پریکٹیکل وزڈم کیا ہے۔</w:t>
      </w:r>
    </w:p>
    <w:p>
      <w:r>
        <w:rPr>
          <w:b/>
        </w:rPr>
        <w:t xml:space="preserve">[36:33] </w:t>
      </w:r>
      <w:r>
        <w:t>jaise Egypt mein, yaani Misr mein Muslim Brotherhood ko election mein jeet hui.</w:t>
      </w:r>
    </w:p>
    <w:p>
      <w:pPr>
        <w:jc w:val="right"/>
      </w:pPr>
      <w:r>
        <w:t>جیسے ایجپٹ میں، یعنی مصر میں مسلم برادرہوڈ کو الیکشن میں جیت ہوئی۔</w:t>
      </w:r>
    </w:p>
    <w:p>
      <w:r>
        <w:rPr>
          <w:b/>
        </w:rPr>
        <w:t xml:space="preserve">[36:40] </w:t>
      </w:r>
      <w:r>
        <w:t>lekin wahan bhi aik practical wisdom ka mamla tha.</w:t>
      </w:r>
    </w:p>
    <w:p>
      <w:pPr>
        <w:jc w:val="right"/>
      </w:pPr>
      <w:r>
        <w:t>لیکن وہاں بھی ایک پریکٹیکل وزڈم کا معاملہ تھا۔</w:t>
      </w:r>
    </w:p>
    <w:p>
      <w:r>
        <w:rPr>
          <w:b/>
        </w:rPr>
        <w:t xml:space="preserve">[36:47] </w:t>
      </w:r>
      <w:r>
        <w:t>is practical wisdom ko follow nahi kiya.</w:t>
      </w:r>
    </w:p>
    <w:p>
      <w:pPr>
        <w:jc w:val="right"/>
      </w:pPr>
      <w:r>
        <w:t>اس پریکٹیکل وزڈم کو فالو نہیں کیا۔</w:t>
      </w:r>
    </w:p>
    <w:p>
      <w:r>
        <w:rPr>
          <w:b/>
        </w:rPr>
        <w:t xml:space="preserve">[36:54] </w:t>
      </w:r>
      <w:r>
        <w:t>to aik saal ke baad hukoomat khatam ho gayi.</w:t>
      </w:r>
    </w:p>
    <w:p>
      <w:pPr>
        <w:jc w:val="right"/>
      </w:pPr>
      <w:r>
        <w:t>تو ایک سال کے بعد حکومت ختم ہو گئی۔</w:t>
      </w:r>
    </w:p>
    <w:p>
      <w:r>
        <w:rPr>
          <w:b/>
        </w:rPr>
        <w:t xml:space="preserve">[37:01] </w:t>
      </w:r>
      <w:r>
        <w:t>sirf yahi baat nahi hai ke aap ko bird box mein jeet mil jaye.</w:t>
      </w:r>
    </w:p>
    <w:p>
      <w:pPr>
        <w:jc w:val="right"/>
      </w:pPr>
      <w:r>
        <w:t>صرف یہی بات نہیں ہے کہ آپ کو برڈ باکس میں جیت مل جائے۔</w:t>
      </w:r>
    </w:p>
    <w:p>
      <w:r>
        <w:rPr>
          <w:b/>
        </w:rPr>
        <w:t xml:space="preserve">[37:08] </w:t>
      </w:r>
      <w:r>
        <w:t>yeh kafi nahi hai.</w:t>
      </w:r>
    </w:p>
    <w:p>
      <w:pPr>
        <w:jc w:val="right"/>
      </w:pPr>
      <w:r>
        <w:t>یہ کافی نہیں ہے۔</w:t>
      </w:r>
    </w:p>
    <w:p>
      <w:r>
        <w:rPr>
          <w:b/>
        </w:rPr>
        <w:t xml:space="preserve">[37:14] </w:t>
      </w:r>
      <w:r>
        <w:t>bird box mein jeet ho jaye yeh kafi nahi hai.</w:t>
      </w:r>
    </w:p>
    <w:p>
      <w:pPr>
        <w:jc w:val="right"/>
      </w:pPr>
      <w:r>
        <w:t>برڈ باکس میں جیت ہو جائے یہ کافی نہیں ہے۔</w:t>
      </w:r>
    </w:p>
    <w:p>
      <w:r>
        <w:rPr>
          <w:b/>
        </w:rPr>
        <w:t xml:space="preserve">[37:21] </w:t>
      </w:r>
      <w:r>
        <w:t>aap ko jaanna paray ga ke situation kya hai aur situation ke mutabiq practical wisdom kya hai.</w:t>
      </w:r>
    </w:p>
    <w:p>
      <w:pPr>
        <w:jc w:val="right"/>
      </w:pPr>
      <w:r>
        <w:t>آپ کو جاننا پڑے گا کہ سچویشن کیا ہے اور سچویشن کے مطابق پریکٹیکل وزڈم کیا ہے۔</w:t>
      </w:r>
    </w:p>
    <w:p>
      <w:r>
        <w:rPr>
          <w:b/>
        </w:rPr>
        <w:t xml:space="preserve">[37:28] </w:t>
      </w:r>
      <w:r>
        <w:t>misalan kya tha wahan par? wahan par yeh tha ke aik bohat bara plan bana tha naya stage</w:t>
      </w:r>
    </w:p>
    <w:p>
      <w:pPr>
        <w:jc w:val="right"/>
      </w:pPr>
      <w:r>
        <w:t>مثلاً کیا تھا وہاں پر؟ وہاں پر یہ تھا کہ ایک بہت بڑا پلان بنا تھا نیا سٹیج</w:t>
      </w:r>
    </w:p>
    <w:p>
      <w:r>
        <w:rPr>
          <w:b/>
        </w:rPr>
        <w:t xml:space="preserve">[37:35] </w:t>
      </w:r>
      <w:r>
        <w:t>ko chaura karne ka, wide karne ka.</w:t>
      </w:r>
    </w:p>
    <w:p>
      <w:pPr>
        <w:jc w:val="right"/>
      </w:pPr>
      <w:r>
        <w:t>کو چوڑا کرنے کا، وائڈ کرنے کا۔</w:t>
      </w:r>
    </w:p>
    <w:p>
      <w:r>
        <w:rPr>
          <w:b/>
        </w:rPr>
        <w:t xml:space="preserve">[37:42] </w:t>
      </w:r>
      <w:r>
        <w:t>bohat bara plan tha.</w:t>
      </w:r>
    </w:p>
    <w:p>
      <w:pPr>
        <w:jc w:val="right"/>
      </w:pPr>
      <w:r>
        <w:t>بہت بڑا پلان تھا۔</w:t>
      </w:r>
    </w:p>
    <w:p>
      <w:r>
        <w:rPr>
          <w:b/>
        </w:rPr>
        <w:t xml:space="preserve">[37:49] </w:t>
      </w:r>
      <w:r>
        <w:t>is ka jo theka tha woh army ki koi company hai, army ke logon ki, construction ki company.</w:t>
      </w:r>
    </w:p>
    <w:p>
      <w:pPr>
        <w:jc w:val="right"/>
      </w:pPr>
      <w:r>
        <w:t>اس کا جو ٹھیکہ تھا وہ آرمی کی کوئی کمپنی ہے، آرمی کے لوگوں کی، کانسٹریشن کی کمپنی۔</w:t>
      </w:r>
    </w:p>
    <w:p>
      <w:r>
        <w:rPr>
          <w:b/>
        </w:rPr>
        <w:t xml:space="preserve">[37:55] </w:t>
      </w:r>
      <w:r>
        <w:t>is ko theka tha.</w:t>
      </w:r>
    </w:p>
    <w:p>
      <w:pPr>
        <w:jc w:val="right"/>
      </w:pPr>
      <w:r>
        <w:t>اس کو ٹھیکہ تھا۔</w:t>
      </w:r>
    </w:p>
    <w:p>
      <w:r>
        <w:rPr>
          <w:b/>
        </w:rPr>
        <w:t xml:space="preserve">[38:02] </w:t>
      </w:r>
      <w:r>
        <w:t>wo jo widening plan jo tha stage ka, is ka theka tha army ki company ke paas.</w:t>
      </w:r>
    </w:p>
    <w:p>
      <w:pPr>
        <w:jc w:val="right"/>
      </w:pPr>
      <w:r>
        <w:t>وہ جو وائیڈننگ پلان جو تھا سٹیج کا، اس کا ٹھیکہ تھا آرمی کی کمپنی کے پاس۔</w:t>
      </w:r>
    </w:p>
    <w:p>
      <w:r>
        <w:rPr>
          <w:b/>
        </w:rPr>
        <w:t xml:space="preserve">[38:09] </w:t>
      </w:r>
      <w:r>
        <w:t>to jab nai hukumat aai unhon ne kiya kiya? is theke ko cancel kar diya.</w:t>
      </w:r>
    </w:p>
    <w:p>
      <w:pPr>
        <w:jc w:val="right"/>
      </w:pPr>
      <w:r>
        <w:t>تو جب نئی حکومت آئی انہوں نے کیا کیا؟ اس ٹھیکے کو کینسل کر دیا۔</w:t>
      </w:r>
    </w:p>
    <w:p>
      <w:r>
        <w:rPr>
          <w:b/>
        </w:rPr>
        <w:t xml:space="preserve">[38:16] </w:t>
      </w:r>
      <w:r>
        <w:t>ab khawamkhwah army se larai. lar li.</w:t>
      </w:r>
    </w:p>
    <w:p>
      <w:pPr>
        <w:jc w:val="right"/>
      </w:pPr>
      <w:r>
        <w:t>اب خوامخواہ آرمی سے لڑائی لڑ لی۔</w:t>
      </w:r>
    </w:p>
    <w:p>
      <w:r>
        <w:rPr>
          <w:b/>
        </w:rPr>
        <w:t xml:space="preserve">[38:23] </w:t>
      </w:r>
      <w:r>
        <w:t>to army ke paas taqat thi is ne un ko inhi ko khatam kar diya.</w:t>
      </w:r>
    </w:p>
    <w:p>
      <w:pPr>
        <w:jc w:val="right"/>
      </w:pPr>
      <w:r>
        <w:t>تو آرمی کے پاس طاقت تھی اس نے ان کو انہی کو ختم کر دیا۔</w:t>
      </w:r>
    </w:p>
    <w:p>
      <w:r>
        <w:rPr>
          <w:b/>
        </w:rPr>
        <w:t xml:space="preserve">[38:30] </w:t>
      </w:r>
      <w:r>
        <w:t>yani unhon ne army ke theke ko khatam kiya.</w:t>
      </w:r>
    </w:p>
    <w:p>
      <w:pPr>
        <w:jc w:val="right"/>
      </w:pPr>
      <w:r>
        <w:t>یعنی انہوں نے آرمی کے ٹھیکے کو ختم کیا۔</w:t>
      </w:r>
    </w:p>
    <w:p>
      <w:r>
        <w:rPr>
          <w:b/>
        </w:rPr>
        <w:t xml:space="preserve">[38:36] </w:t>
      </w:r>
      <w:r>
        <w:t>unhon ne khud Muslim Brotherhood ki hukumat ko khatam kar diya.</w:t>
      </w:r>
    </w:p>
    <w:p>
      <w:pPr>
        <w:jc w:val="right"/>
      </w:pPr>
      <w:r>
        <w:t>انہوں نے خود مسلم برادرہوڈ کی حکومت کو ختم کر دیا۔</w:t>
      </w:r>
    </w:p>
    <w:p>
      <w:r>
        <w:rPr>
          <w:b/>
        </w:rPr>
        <w:t xml:space="preserve">[38:43] </w:t>
      </w:r>
      <w:r>
        <w:t>یہ تھا کہ Muslim Brotherhood نے اس معاملے میں practical wisdom کو اپلائی نہیں کیا۔</w:t>
      </w:r>
    </w:p>
    <w:p>
      <w:pPr>
        <w:jc w:val="right"/>
      </w:pPr>
      <w:r>
        <w:t>یہ تھا کہ مسلم برادرہوڈ نے اس معاملے میں پریکٹیکل وزڈم کو اپلائی نہیں کیا۔</w:t>
      </w:r>
    </w:p>
    <w:p>
      <w:r>
        <w:rPr>
          <w:b/>
        </w:rPr>
        <w:t xml:space="preserve">[38:50] </w:t>
      </w:r>
      <w:r>
        <w:t>ye zulm ka mamla nahi tha.</w:t>
      </w:r>
    </w:p>
    <w:p>
      <w:pPr>
        <w:jc w:val="right"/>
      </w:pPr>
      <w:r>
        <w:t>یہ ظلم کا معاملہ نہیں تھا۔</w:t>
      </w:r>
    </w:p>
    <w:p>
      <w:r>
        <w:rPr>
          <w:b/>
        </w:rPr>
        <w:t xml:space="preserve">[38:57] </w:t>
      </w:r>
      <w:r>
        <w:t>aap kahein ke zulm tha, sazish thi ye sab kuch nahi tha.</w:t>
      </w:r>
    </w:p>
    <w:p>
      <w:pPr>
        <w:jc w:val="right"/>
      </w:pPr>
      <w:r>
        <w:t>آپ کہیں کہ ظلم تھا، سازش تھی یہ سب کچھ نہیں تھا۔</w:t>
      </w:r>
    </w:p>
    <w:p>
      <w:r>
        <w:rPr>
          <w:b/>
        </w:rPr>
        <w:t xml:space="preserve">[39:04] </w:t>
      </w:r>
      <w:r>
        <w:t>یہ تھا مسلم برادرہوڈ کا اس حقیقت کو نہ جاننا کہ زندگی میں practical wisdom چلتی ہے۔</w:t>
      </w:r>
    </w:p>
    <w:p>
      <w:pPr>
        <w:jc w:val="right"/>
      </w:pPr>
      <w:r>
        <w:t>یہ تھا مسلم برادرہوڈ کا اس حقیقت کو نہ جاننا کہ زندگی میں پریکٹیکل وزڈم چلتی ہے۔</w:t>
      </w:r>
    </w:p>
    <w:p>
      <w:r>
        <w:rPr>
          <w:b/>
        </w:rPr>
        <w:t xml:space="preserve">[39:11] </w:t>
      </w:r>
      <w:r>
        <w:t>aur is ke baad bhi sabaq nahi.</w:t>
      </w:r>
    </w:p>
    <w:p>
      <w:pPr>
        <w:jc w:val="right"/>
      </w:pPr>
      <w:r>
        <w:t>اور اس کے بعد بھی سبق نہیں۔</w:t>
      </w:r>
    </w:p>
    <w:p>
      <w:r>
        <w:rPr>
          <w:b/>
        </w:rPr>
        <w:t xml:space="preserve">[39:17] </w:t>
      </w:r>
      <w:r>
        <w:t>abhi bhi wo log sirf shikayatein karte hain.</w:t>
      </w:r>
    </w:p>
    <w:p>
      <w:pPr>
        <w:jc w:val="right"/>
      </w:pPr>
      <w:r>
        <w:t>ابھی بھی وہ لوگ صرف شکایتیں کرتے ہیں۔</w:t>
      </w:r>
    </w:p>
    <w:p>
      <w:r>
        <w:rPr>
          <w:b/>
        </w:rPr>
        <w:t xml:space="preserve">[39:24] </w:t>
      </w:r>
      <w:r>
        <w:t>army ke khilaf sirf taqreerein karte hain.</w:t>
      </w:r>
    </w:p>
    <w:p>
      <w:pPr>
        <w:jc w:val="right"/>
      </w:pPr>
      <w:r>
        <w:t>آرمی کے خلاف صرف تقریریں کرتے ہیں۔</w:t>
      </w:r>
    </w:p>
    <w:p>
      <w:r>
        <w:rPr>
          <w:b/>
        </w:rPr>
        <w:t xml:space="preserve">[39:31] </w:t>
      </w:r>
      <w:r>
        <w:t>abhi bhi seekha nahi kuch.</w:t>
      </w:r>
    </w:p>
    <w:p>
      <w:pPr>
        <w:jc w:val="right"/>
      </w:pPr>
      <w:r>
        <w:t>ابھی بھی سیکھا نہیں کچھ۔</w:t>
      </w:r>
    </w:p>
    <w:p>
      <w:r>
        <w:rPr>
          <w:b/>
        </w:rPr>
        <w:t xml:space="preserve">[39:38] </w:t>
      </w:r>
      <w:r>
        <w:t>Muslim Brotherhood ne abhi bhi kuch seekha nahi.</w:t>
      </w:r>
    </w:p>
    <w:p>
      <w:pPr>
        <w:jc w:val="right"/>
      </w:pPr>
      <w:r>
        <w:t>مسلم برادرہوڈ نے ابھی بھی کچھ سیکھا نہیں۔</w:t>
      </w:r>
    </w:p>
    <w:p>
      <w:r>
        <w:rPr>
          <w:b/>
        </w:rPr>
        <w:t xml:space="preserve">[39:45] </w:t>
      </w:r>
      <w:r>
        <w:t>yani where we miss the bus ye jana nahi inhon ne.</w:t>
      </w:r>
    </w:p>
    <w:p>
      <w:pPr>
        <w:jc w:val="right"/>
      </w:pPr>
      <w:r>
        <w:t>یعنی where we miss the bus یہ جانا نہیں انہوں نے۔</w:t>
      </w:r>
    </w:p>
    <w:p>
      <w:r>
        <w:rPr>
          <w:b/>
        </w:rPr>
        <w:t xml:space="preserve">[39:52] </w:t>
      </w:r>
      <w:r>
        <w:t>bas shikayat, zulm, sazish ye yehi un ko pata hai.</w:t>
      </w:r>
    </w:p>
    <w:p>
      <w:pPr>
        <w:jc w:val="right"/>
      </w:pPr>
      <w:r>
        <w:t>بس شکایت، ظلم، سازش یہ یہی ان کو پتہ ہے۔</w:t>
      </w:r>
    </w:p>
    <w:p>
      <w:r>
        <w:rPr>
          <w:b/>
        </w:rPr>
        <w:t xml:space="preserve">[39:58] </w:t>
      </w:r>
      <w:r>
        <w:t>to behrahal agar aap ko success mile to bohat acha.</w:t>
      </w:r>
    </w:p>
    <w:p>
      <w:pPr>
        <w:jc w:val="right"/>
      </w:pPr>
      <w:r>
        <w:t>تو بہرحال اگر آپ کو سکسیس ملے تو بہت اچھا۔</w:t>
      </w:r>
    </w:p>
    <w:p>
      <w:r>
        <w:rPr>
          <w:b/>
        </w:rPr>
        <w:t xml:space="preserve">[40:05] </w:t>
      </w:r>
      <w:r>
        <w:t>agar success na mile tab bhi bohat acha hai.</w:t>
      </w:r>
    </w:p>
    <w:p>
      <w:pPr>
        <w:jc w:val="right"/>
      </w:pPr>
      <w:r>
        <w:t>اگر سکسیس نہ ملے تب بھی بہت اچھا ہے۔</w:t>
      </w:r>
    </w:p>
    <w:p>
      <w:r>
        <w:rPr>
          <w:b/>
        </w:rPr>
        <w:t xml:space="preserve">[40:12] </w:t>
      </w:r>
      <w:r>
        <w:t>kyun ke aap ko experience mila hai, tajurba mila hai.</w:t>
      </w:r>
    </w:p>
    <w:p>
      <w:pPr>
        <w:jc w:val="right"/>
      </w:pPr>
      <w:r>
        <w:t>کیونکہ آپ کو ایکسپیرینس ملا ہے، تجربہ ملا ہے۔</w:t>
      </w:r>
    </w:p>
    <w:p>
      <w:r>
        <w:rPr>
          <w:b/>
        </w:rPr>
        <w:t xml:space="preserve">[40:19] </w:t>
      </w:r>
      <w:r>
        <w:t>is tajurbe ko le kar replanning kijiye.</w:t>
      </w:r>
    </w:p>
    <w:p>
      <w:pPr>
        <w:jc w:val="right"/>
      </w:pPr>
      <w:r>
        <w:t>اس تجربے کو لے کر ری پلاننگ کیجئے۔</w:t>
      </w:r>
    </w:p>
    <w:p>
      <w:r>
        <w:rPr>
          <w:b/>
        </w:rPr>
        <w:t xml:space="preserve">[40:26] </w:t>
      </w:r>
      <w:r>
        <w:t>اس تجربے کو لے کر آپ reorganize کیجئے۔</w:t>
      </w:r>
    </w:p>
    <w:p>
      <w:pPr>
        <w:jc w:val="right"/>
      </w:pPr>
      <w:r>
        <w:t>اس تجربے کو لے کر آپ ری آگنائز کیجئے۔</w:t>
      </w:r>
    </w:p>
    <w:p>
      <w:r>
        <w:rPr>
          <w:b/>
        </w:rPr>
        <w:t xml:space="preserve">[40:33] </w:t>
      </w:r>
      <w:r>
        <w:t>to zindagi mein kabhi mayoosi ka waqt aap par nahi aye ga.</w:t>
      </w:r>
    </w:p>
    <w:p>
      <w:pPr>
        <w:jc w:val="right"/>
      </w:pPr>
      <w:r>
        <w:t>تو زندگی میں کبھی مایوسی کا وقت آپ پر نہیں آئے گا۔</w:t>
      </w:r>
    </w:p>
    <w:p>
      <w:r>
        <w:rPr>
          <w:b/>
        </w:rPr>
        <w:t xml:space="preserve">[40:39] </w:t>
      </w:r>
      <w:r>
        <w:t>shikayat ka waqt nahi aye ga.</w:t>
      </w:r>
    </w:p>
    <w:p>
      <w:pPr>
        <w:jc w:val="right"/>
      </w:pPr>
      <w:r>
        <w:t>شکایت کا وقت نہیں آئے گا۔</w:t>
      </w:r>
    </w:p>
    <w:p>
      <w:r>
        <w:rPr>
          <w:b/>
        </w:rPr>
        <w:t xml:space="preserve">[40:46] </w:t>
      </w:r>
      <w:r>
        <w:t>ye waqt nahi aye ga ke aap faryad karein ke zulm ho raha hai, zulm ho raha hai.</w:t>
      </w:r>
    </w:p>
    <w:p>
      <w:pPr>
        <w:jc w:val="right"/>
      </w:pPr>
      <w:r>
        <w:t>یہ وقت نہیں آئے گا کہ آپ فریاد کریں کہ ظلم ہو رہا ہے، ظلم ہو رہا ہے۔</w:t>
      </w:r>
    </w:p>
    <w:p>
      <w:r>
        <w:rPr>
          <w:b/>
        </w:rPr>
        <w:t xml:space="preserve">[40:53] </w:t>
      </w:r>
      <w:r>
        <w:t>sazish ki ja rahi hai, sazish ki ja rahi hai.</w:t>
      </w:r>
    </w:p>
    <w:p>
      <w:pPr>
        <w:jc w:val="right"/>
      </w:pPr>
      <w:r>
        <w:t>سازش کی جا رہی ہے، سازش کی جا رہی ہے۔</w:t>
      </w:r>
    </w:p>
    <w:p>
      <w:r>
        <w:rPr>
          <w:b/>
        </w:rPr>
        <w:t xml:space="preserve">[41:00] </w:t>
      </w:r>
      <w:r>
        <w:t>is ka waqt nahi aye ga.</w:t>
      </w:r>
    </w:p>
    <w:p>
      <w:pPr>
        <w:jc w:val="right"/>
      </w:pPr>
      <w:r>
        <w:t>اس کا وقت نہیں آئے گا۔</w:t>
      </w:r>
    </w:p>
    <w:p>
      <w:r>
        <w:rPr>
          <w:b/>
        </w:rPr>
        <w:t xml:space="preserve">[41:07] </w:t>
      </w:r>
      <w:r>
        <w:t>mein samajhta hoon ke yahi yani basic nuqta hai, basic.</w:t>
      </w:r>
    </w:p>
    <w:p>
      <w:pPr>
        <w:jc w:val="right"/>
      </w:pPr>
      <w:r>
        <w:t>میں سمجھتا ہوں کہ یہی یعنی بیسک نقطہ ہے، بیسک۔</w:t>
      </w:r>
    </w:p>
    <w:p>
      <w:r>
        <w:rPr>
          <w:b/>
        </w:rPr>
        <w:t xml:space="preserve">[41:14] </w:t>
      </w:r>
      <w:r>
        <w:t>yahi basic wisdom hai.</w:t>
      </w:r>
    </w:p>
    <w:p>
      <w:pPr>
        <w:jc w:val="right"/>
      </w:pPr>
      <w:r>
        <w:t>یہی بیسک وزڈم ہے۔</w:t>
      </w:r>
    </w:p>
    <w:p>
      <w:r>
        <w:rPr>
          <w:b/>
        </w:rPr>
        <w:t xml:space="preserve">[41:20] </w:t>
      </w:r>
      <w:r>
        <w:t>ke log jo hain sirf yeh jaan paayein ke right kya hai, wrong kya hai.</w:t>
      </w:r>
    </w:p>
    <w:p>
      <w:pPr>
        <w:jc w:val="right"/>
      </w:pPr>
      <w:r>
        <w:t>کہ لوگ جو ہیں صرف یہ جان پائیں کہ رائٹ کیا ہے، رانگ کیا ہے۔</w:t>
      </w:r>
    </w:p>
    <w:p>
      <w:r>
        <w:rPr>
          <w:b/>
        </w:rPr>
        <w:t xml:space="preserve">[41:27] </w:t>
      </w:r>
      <w:r>
        <w:t>ideal kya hai, non-ideal kya hai.</w:t>
      </w:r>
    </w:p>
    <w:p>
      <w:pPr>
        <w:jc w:val="right"/>
      </w:pPr>
      <w:r>
        <w:t>آئیڈیل کیا ہے، نان آئیڈیل کیا ہے۔</w:t>
      </w:r>
    </w:p>
    <w:p>
      <w:r>
        <w:rPr>
          <w:b/>
        </w:rPr>
        <w:t xml:space="preserve">[41:34] </w:t>
      </w:r>
      <w:r>
        <w:t>yeh nahi jaan paaye.</w:t>
      </w:r>
    </w:p>
    <w:p>
      <w:pPr>
        <w:jc w:val="right"/>
      </w:pPr>
      <w:r>
        <w:t>یہ نہیں جان پائے۔</w:t>
      </w:r>
    </w:p>
    <w:p>
      <w:r>
        <w:rPr>
          <w:b/>
        </w:rPr>
        <w:t xml:space="preserve">[41:41] </w:t>
      </w:r>
      <w:r>
        <w:t>وہ یہ نہیں جان پائے کہ practical wisdom کیا ہے۔</w:t>
      </w:r>
    </w:p>
    <w:p>
      <w:pPr>
        <w:jc w:val="right"/>
      </w:pPr>
      <w:r>
        <w:t>وہ یہ نہیں جان پائے کہ پریکٹیکل وزڈم کیا ہے۔</w:t>
      </w:r>
    </w:p>
    <w:p>
      <w:r>
        <w:rPr>
          <w:b/>
        </w:rPr>
        <w:t xml:space="preserve">[41:48] </w:t>
      </w:r>
      <w:r>
        <w:t>practical wisdom ka taqaza kya hai.</w:t>
      </w:r>
    </w:p>
    <w:p>
      <w:pPr>
        <w:jc w:val="right"/>
      </w:pPr>
      <w:r>
        <w:t>پریکٹیکل وزڈم کا تقاضا کیا ہے۔</w:t>
      </w:r>
    </w:p>
    <w:p>
      <w:r>
        <w:rPr>
          <w:b/>
        </w:rPr>
        <w:t xml:space="preserve">[41:55] </w:t>
      </w:r>
      <w:r>
        <w:t>jaise rasool allah salallaho alaihe wasallam ne jab rasool allah salallaho alaihe wasallam ko bithaya tha</w:t>
      </w:r>
    </w:p>
    <w:p>
      <w:pPr>
        <w:jc w:val="right"/>
      </w:pPr>
      <w:r>
        <w:t>جیسے رسول اللہ صلی اللہ علیہ وسلم نے جب رسول اللہ صلی اللہ علیہ وسلم کو بٹھایا تھا</w:t>
      </w:r>
    </w:p>
    <w:p>
      <w:r>
        <w:rPr>
          <w:b/>
        </w:rPr>
        <w:t xml:space="preserve">[42:01] </w:t>
      </w:r>
      <w:r>
        <w:t>kagaz par to woh as a principle nahi tha woh.</w:t>
      </w:r>
    </w:p>
    <w:p>
      <w:pPr>
        <w:jc w:val="right"/>
      </w:pPr>
      <w:r>
        <w:t>کاغذ پر تو وہ ایز اے پرنسپل نہیں تھا وہ۔</w:t>
      </w:r>
    </w:p>
    <w:p>
      <w:r>
        <w:rPr>
          <w:b/>
        </w:rPr>
        <w:t xml:space="preserve">[42:08] </w:t>
      </w:r>
      <w:r>
        <w:t>woh practical wisdom ki taraf tha.</w:t>
      </w:r>
    </w:p>
    <w:p>
      <w:pPr>
        <w:jc w:val="right"/>
      </w:pPr>
      <w:r>
        <w:t>وہ پریکٹیکل وزڈم کی طرف تھا۔</w:t>
      </w:r>
    </w:p>
    <w:p>
      <w:r>
        <w:rPr>
          <w:b/>
        </w:rPr>
        <w:t xml:space="preserve">[42:15] </w:t>
      </w:r>
      <w:r>
        <w:t>as a principle nahi tha woh.</w:t>
      </w:r>
    </w:p>
    <w:p>
      <w:pPr>
        <w:jc w:val="right"/>
      </w:pPr>
      <w:r>
        <w:t>ایز اے پرنسپل نہیں تھا وہ۔</w:t>
      </w:r>
    </w:p>
    <w:p>
      <w:r>
        <w:rPr>
          <w:b/>
        </w:rPr>
        <w:t xml:space="preserve">[42:22] </w:t>
      </w:r>
      <w:r>
        <w:t>woh tha as a practical wisdom.</w:t>
      </w:r>
    </w:p>
    <w:p>
      <w:pPr>
        <w:jc w:val="right"/>
      </w:pPr>
      <w:r>
        <w:t>وہ تھا ایز اے پریکٹیکل وزڈم۔</w:t>
      </w:r>
    </w:p>
    <w:p>
      <w:r>
        <w:rPr>
          <w:b/>
        </w:rPr>
        <w:t xml:space="preserve">[42:29] </w:t>
      </w:r>
      <w:r>
        <w:t>to is haqeeqat ko jaanna har fard ke liye zaroori hai aur poori qaum ke liye zaroori hai.</w:t>
      </w:r>
    </w:p>
    <w:p>
      <w:pPr>
        <w:jc w:val="right"/>
      </w:pPr>
      <w:r>
        <w:t>تو اس حقیقت کو جاننا ہر فرد کے لیے ضروری ہے اور پوری قوم کے لیے ضروری ہے۔</w:t>
      </w:r>
    </w:p>
    <w:p>
      <w:r>
        <w:rPr>
          <w:b/>
        </w:rPr>
        <w:t xml:space="preserve">[42:36] </w:t>
      </w:r>
      <w:r>
        <w:t>poori community ke liye zaroori hai.</w:t>
      </w:r>
    </w:p>
    <w:p>
      <w:pPr>
        <w:jc w:val="right"/>
      </w:pPr>
      <w:r>
        <w:t>پوری کمیونٹی کے لیے ضروری ہے۔</w:t>
      </w:r>
    </w:p>
    <w:p>
      <w:r>
        <w:rPr>
          <w:b/>
        </w:rPr>
        <w:t xml:space="preserve">[42:42] </w:t>
      </w:r>
      <w:r>
        <w:t>is mein yaad rakhiye kisi ka koi exception nahi hai.</w:t>
      </w:r>
    </w:p>
    <w:p>
      <w:pPr>
        <w:jc w:val="right"/>
      </w:pPr>
      <w:r>
        <w:t>اس میں یاد رکھیے کسی کا کوئی ایکسیپشن نہیں ہے۔</w:t>
      </w:r>
    </w:p>
    <w:p>
      <w:r>
        <w:rPr>
          <w:b/>
        </w:rPr>
        <w:t xml:space="preserve">[42:49] </w:t>
      </w:r>
      <w:r>
        <w:t>is maamle mein kisi ka exception nahi hai.</w:t>
      </w:r>
    </w:p>
    <w:p>
      <w:pPr>
        <w:jc w:val="right"/>
      </w:pPr>
      <w:r>
        <w:t>اس معاملے میں کسی کا ایکسیپشن نہیں ہے۔</w:t>
      </w:r>
    </w:p>
    <w:p>
      <w:r>
        <w:rPr>
          <w:b/>
        </w:rPr>
        <w:t xml:space="preserve">[42:56] </w:t>
      </w:r>
      <w:r>
        <w:t>yeh usool har ek par apply hota hai.</w:t>
      </w:r>
    </w:p>
    <w:p>
      <w:pPr>
        <w:jc w:val="right"/>
      </w:pPr>
      <w:r>
        <w:t>یہ اصول ہر ایک پر اپلائی ہوتا ہے۔</w:t>
      </w:r>
    </w:p>
    <w:p>
      <w:r>
        <w:rPr>
          <w:b/>
        </w:rPr>
        <w:t xml:space="preserve">[43:03] </w:t>
      </w:r>
      <w:r>
        <w:t>to meri dua hai ke allah taala mujh ko aur aap ko tofeeq de ke hum law of</w:t>
      </w:r>
    </w:p>
    <w:p>
      <w:pPr>
        <w:jc w:val="right"/>
      </w:pPr>
      <w:r>
        <w:t>تو میری دعا ہے کہ اللہ تعالیٰ مجھ کو اور آپ کو توفیق دے کہ ہم لاء آف</w:t>
      </w:r>
    </w:p>
    <w:p>
      <w:r>
        <w:rPr>
          <w:b/>
        </w:rPr>
        <w:t xml:space="preserve">[43:10] </w:t>
      </w:r>
      <w:r>
        <w:t>nature ko jaanen.</w:t>
      </w:r>
    </w:p>
    <w:p>
      <w:pPr>
        <w:jc w:val="right"/>
      </w:pPr>
      <w:r>
        <w:t>نیچر کو جانیں۔</w:t>
      </w:r>
    </w:p>
    <w:p>
      <w:r>
        <w:rPr>
          <w:b/>
        </w:rPr>
        <w:t xml:space="preserve">[43:17] </w:t>
      </w:r>
      <w:r>
        <w:t>ke creation plan of god ko jaanen.</w:t>
      </w:r>
    </w:p>
    <w:p>
      <w:pPr>
        <w:jc w:val="right"/>
      </w:pPr>
      <w:r>
        <w:t>کہ کریشن پلان آف گاڈ کو جانیں۔</w:t>
      </w:r>
    </w:p>
    <w:p>
      <w:r>
        <w:rPr>
          <w:b/>
        </w:rPr>
        <w:t xml:space="preserve">[43:23] </w:t>
      </w:r>
      <w:r>
        <w:t>خدا کے جو scheme of things ہیں اس کو جانیں۔</w:t>
      </w:r>
    </w:p>
    <w:p>
      <w:pPr>
        <w:jc w:val="right"/>
      </w:pPr>
      <w:r>
        <w:t>خدا کے جو اسکیم آف تھنگز ہیں اس کو جانیں۔</w:t>
      </w:r>
    </w:p>
    <w:p>
      <w:r>
        <w:rPr>
          <w:b/>
        </w:rPr>
        <w:t xml:space="preserve">[43:30] </w:t>
      </w:r>
      <w:r>
        <w:t>tab hum sahi planning kar sakte hain aur tab hum is dunya mein kaamyaab ho sakte hain.</w:t>
      </w:r>
    </w:p>
    <w:p>
      <w:pPr>
        <w:jc w:val="right"/>
      </w:pPr>
      <w:r>
        <w:t>تب ہم صحیح پلاننگ کر سکتے ہیں اور تب ہم اس دنیا میں کامیاب ہو سکتے ہیں۔</w:t>
      </w:r>
    </w:p>
    <w:p>
      <w:r>
        <w:rPr>
          <w:b/>
        </w:rPr>
        <w:t xml:space="preserve">[43:37] </w:t>
      </w:r>
      <w:r>
        <w:t>assalam o alaikum wa rehmatullah okay, we'll be starting ah with the question answer session now.</w:t>
      </w:r>
    </w:p>
    <w:p>
      <w:pPr>
        <w:jc w:val="right"/>
      </w:pPr>
      <w:r>
        <w:t>السلام علیکم ورحمة الله اوکے، ویل بی سٹارٹنگ آہ ود دی کوئسچن آنسر سیشن ناؤ۔</w:t>
      </w:r>
    </w:p>
    <w:p>
      <w:r>
        <w:rPr>
          <w:b/>
        </w:rPr>
        <w:t xml:space="preserve">[43:44] </w:t>
      </w:r>
      <w:r>
        <w:t>ah molana sahib, yeh pehla sawal aaya hai kashmir se, ah engineer altaf sahib ne kiya hai.</w:t>
      </w:r>
    </w:p>
    <w:p>
      <w:pPr>
        <w:jc w:val="right"/>
      </w:pPr>
      <w:r>
        <w:t>آہ مولانا صاحب، یہ پہلا سوال آیا ہے کشمیر سے، آہ انجینئر الطاف صاحب نے کیا ہے۔</w:t>
      </w:r>
    </w:p>
    <w:p>
      <w:r>
        <w:rPr>
          <w:b/>
        </w:rPr>
        <w:t xml:space="preserve">[43:51] </w:t>
      </w:r>
      <w:r>
        <w:t>unhone likha hai ke molana sahib, if there is strong emphasis on wisdom in islam, then why</w:t>
      </w:r>
    </w:p>
    <w:p>
      <w:pPr>
        <w:jc w:val="right"/>
      </w:pPr>
      <w:r>
        <w:t>انہوں نے لکھا ہے کہ مولانا صاحب، if there is strong emphasis on wisdom in Islam, then why</w:t>
      </w:r>
    </w:p>
    <w:p>
      <w:r>
        <w:rPr>
          <w:b/>
        </w:rPr>
        <w:t xml:space="preserve">[43:58] </w:t>
      </w:r>
      <w:r>
        <w:t>present-day islamic leaders instigate the youth for suicidal and non-result oriented actions?</w:t>
      </w:r>
    </w:p>
    <w:p>
      <w:pPr>
        <w:jc w:val="right"/>
      </w:pPr>
      <w:r>
        <w:t>present-day Islamic leaders instigate the youth for suicidal and non-result oriented actions?</w:t>
      </w:r>
    </w:p>
    <w:p>
      <w:r>
        <w:rPr>
          <w:b/>
        </w:rPr>
        <w:t xml:space="preserve">[44:05] </w:t>
      </w:r>
      <w:r>
        <w:t>what is the reason for this?</w:t>
      </w:r>
    </w:p>
    <w:p>
      <w:pPr>
        <w:jc w:val="right"/>
      </w:pPr>
      <w:r>
        <w:t>What is the reason for this?</w:t>
      </w:r>
    </w:p>
    <w:p>
      <w:r>
        <w:rPr>
          <w:b/>
        </w:rPr>
        <w:t xml:space="preserve">[44:10] </w:t>
      </w:r>
      <w:r>
        <w:t>raizan to bohat hi clear hai.</w:t>
      </w:r>
    </w:p>
    <w:p>
      <w:pPr>
        <w:jc w:val="right"/>
      </w:pPr>
      <w:r>
        <w:t>ریزن تو بہت ہی کلیئر ہے۔</w:t>
      </w:r>
    </w:p>
    <w:p>
      <w:r>
        <w:rPr>
          <w:b/>
        </w:rPr>
        <w:t xml:space="preserve">[44:16] </w:t>
      </w:r>
      <w:r>
        <w:t>jitne leader hamare hain, woh wisdom ki baat jante nahin.</w:t>
      </w:r>
    </w:p>
    <w:p>
      <w:pPr>
        <w:jc w:val="right"/>
      </w:pPr>
      <w:r>
        <w:t>جتنے لیڈر ہمارے ہیں، وہ وزڈم کی بات جانتے نہیں۔</w:t>
      </w:r>
    </w:p>
    <w:p>
      <w:r>
        <w:rPr>
          <w:b/>
        </w:rPr>
        <w:t xml:space="preserve">[44:22] </w:t>
      </w:r>
      <w:r>
        <w:t>mujhe bataein, koi ek naam bata dijiye jo jo yeh kehta ho ke practical wisdom kya hai, wisdom</w:t>
      </w:r>
    </w:p>
    <w:p>
      <w:pPr>
        <w:jc w:val="right"/>
      </w:pPr>
      <w:r>
        <w:t>مجھے بتائیں، کوئی ایک نام بتا دیجیے جو جو یہ کہتا ہو کہ پریکٹیکل وزڈم کیا ہے، وزڈم</w:t>
      </w:r>
    </w:p>
    <w:p>
      <w:r>
        <w:rPr>
          <w:b/>
        </w:rPr>
        <w:t xml:space="preserve">[44:28] </w:t>
      </w:r>
      <w:r>
        <w:t>kya hai, ideology kya hai.</w:t>
      </w:r>
    </w:p>
    <w:p>
      <w:pPr>
        <w:jc w:val="right"/>
      </w:pPr>
      <w:r>
        <w:t>کیا ہے، آئیڈیلوجی کیا ہے۔</w:t>
      </w:r>
    </w:p>
    <w:p>
      <w:r>
        <w:rPr>
          <w:b/>
        </w:rPr>
        <w:t xml:space="preserve">[44:33] </w:t>
      </w:r>
      <w:r>
        <w:t>koi ek kitaab mujhe bata dijiye jisne likha ho ke what is ideology, what is wisdom, what</w:t>
      </w:r>
    </w:p>
    <w:p>
      <w:pPr>
        <w:jc w:val="right"/>
      </w:pPr>
      <w:r>
        <w:t>کوئی ایک کتاب مجھے بتا دیجیے جس نے لکھا ہو کہ what is ideology, what is wisdom, what</w:t>
      </w:r>
    </w:p>
    <w:p>
      <w:r>
        <w:rPr>
          <w:b/>
        </w:rPr>
        <w:t xml:space="preserve">[44:39] </w:t>
      </w:r>
      <w:r>
        <w:t>is practical wisdom to log bas jazbaat mein, jazbaat mein uchal kood kar rahe hain.</w:t>
      </w:r>
    </w:p>
    <w:p>
      <w:pPr>
        <w:jc w:val="right"/>
      </w:pPr>
      <w:r>
        <w:t>is practical wisdom تو لوگ بس جذبات میں، جذبات میں اچھل کود کر رہے ہیں۔</w:t>
      </w:r>
    </w:p>
    <w:p>
      <w:r>
        <w:rPr>
          <w:b/>
        </w:rPr>
        <w:t xml:space="preserve">[44:45] </w:t>
      </w:r>
      <w:r>
        <w:t>khud leaderon ko pata nahin hai to awam ko kya pata hoga? mujhe aap Arab se aaj tak</w:t>
      </w:r>
    </w:p>
    <w:p>
      <w:pPr>
        <w:jc w:val="right"/>
      </w:pPr>
      <w:r>
        <w:t>خود لیڈروں کو پتہ نہیں ہے تو عوام کو کیا پتہ ہوگا؟ مجھے آپ عرب سے آج تک</w:t>
      </w:r>
    </w:p>
    <w:p>
      <w:r>
        <w:rPr>
          <w:b/>
        </w:rPr>
        <w:t xml:space="preserve">[44:51] </w:t>
      </w:r>
      <w:r>
        <w:t>kisi ek leader ka bata dijiye, naam bata dijiye jisne koi kitaab likhi ho batane ke liye</w:t>
      </w:r>
    </w:p>
    <w:p>
      <w:pPr>
        <w:jc w:val="right"/>
      </w:pPr>
      <w:r>
        <w:t>کسی ایک لیڈر کا بتا دیجیے، نام بتا دیجیے جس نے کوئی کتاب لکھی ہو بتانے کے لیے</w:t>
      </w:r>
    </w:p>
    <w:p>
      <w:r>
        <w:rPr>
          <w:b/>
        </w:rPr>
        <w:t xml:space="preserve">[44:57] </w:t>
      </w:r>
      <w:r>
        <w:t>ke ideology kya hai, wisdom kya hai, practical wisdom kya hai, right planning kya hai.</w:t>
      </w:r>
    </w:p>
    <w:p>
      <w:pPr>
        <w:jc w:val="right"/>
      </w:pPr>
      <w:r>
        <w:t>کہ آئیڈیلوجی کیا ہے، وزڈم کیا ہے، پریکٹیکل وزڈم کیا ہے، رائٹ پلاننگ کیا ہے۔</w:t>
      </w:r>
    </w:p>
    <w:p>
      <w:r>
        <w:rPr>
          <w:b/>
        </w:rPr>
        <w:t xml:space="preserve">[45:02] </w:t>
      </w:r>
      <w:r>
        <w:t>mujhe bata dijiye ek kitaab.</w:t>
      </w:r>
    </w:p>
    <w:p>
      <w:pPr>
        <w:jc w:val="right"/>
      </w:pPr>
      <w:r>
        <w:t>مجھے بتا دیجیے ایک کتاب۔</w:t>
      </w:r>
    </w:p>
    <w:p>
      <w:r>
        <w:rPr>
          <w:b/>
        </w:rPr>
        <w:t xml:space="preserve">[45:08] </w:t>
      </w:r>
      <w:r>
        <w:t>to jab jab itna bara yani khala ho ke koi wisdom ko batane wala hi na ho, to</w:t>
      </w:r>
    </w:p>
    <w:p>
      <w:pPr>
        <w:jc w:val="right"/>
      </w:pPr>
      <w:r>
        <w:t>تو جب جب اتنا بڑا یعنی خلا ہو کہ کوئی وزڈم کو بتانے والا ہی نہ ہو، تو</w:t>
      </w:r>
    </w:p>
    <w:p>
      <w:r>
        <w:rPr>
          <w:b/>
        </w:rPr>
        <w:t xml:space="preserve">[45:14] </w:t>
      </w:r>
      <w:r>
        <w:t>yeh hoga jo ho raha hai.</w:t>
      </w:r>
    </w:p>
    <w:p>
      <w:pPr>
        <w:jc w:val="right"/>
      </w:pPr>
      <w:r>
        <w:t>یہ ہوگا جو ہو رہا ہے۔</w:t>
      </w:r>
    </w:p>
    <w:p>
      <w:r>
        <w:rPr>
          <w:b/>
        </w:rPr>
        <w:t xml:space="preserve">[45:20] </w:t>
      </w:r>
      <w:r>
        <w:t>ab aap ki zimmedari hai jo log samajh rahe hain, woh uthein.</w:t>
      </w:r>
    </w:p>
    <w:p>
      <w:pPr>
        <w:jc w:val="right"/>
      </w:pPr>
      <w:r>
        <w:t>اب آپ کی ذمہ داری ہے جو لوگ سمجھ رہے ہیں، وہ اٹھیں۔</w:t>
      </w:r>
    </w:p>
    <w:p>
      <w:r>
        <w:rPr>
          <w:b/>
        </w:rPr>
        <w:t xml:space="preserve">[45:25] </w:t>
      </w:r>
      <w:r>
        <w:t>woh uthein, logon ko bataein.</w:t>
      </w:r>
    </w:p>
    <w:p>
      <w:pPr>
        <w:jc w:val="right"/>
      </w:pPr>
      <w:r>
        <w:t>وہ اٹھیں، لوگوں کو بتائیں۔</w:t>
      </w:r>
    </w:p>
    <w:p>
      <w:r>
        <w:rPr>
          <w:b/>
        </w:rPr>
        <w:t xml:space="preserve">[45:31] </w:t>
      </w:r>
      <w:r>
        <w:t>aap bataiye logon ko, phir team banegi, phir jamaat banegi.</w:t>
      </w:r>
    </w:p>
    <w:p>
      <w:pPr>
        <w:jc w:val="right"/>
      </w:pPr>
      <w:r>
        <w:t>آپ بتائیے لوگوں کو، پھر ٹیم بنے گی، پھر جماعت بنے گی۔</w:t>
      </w:r>
    </w:p>
    <w:p>
      <w:r>
        <w:rPr>
          <w:b/>
        </w:rPr>
        <w:t xml:space="preserve">[45:37] </w:t>
      </w:r>
      <w:r>
        <w:t>aap uthein, yeh kaam is kaam ke liye uthiye.</w:t>
      </w:r>
    </w:p>
    <w:p>
      <w:pPr>
        <w:jc w:val="right"/>
      </w:pPr>
      <w:r>
        <w:t>آپ اٹھیں، یہ کام اس کام کے لیے اٹھیے۔</w:t>
      </w:r>
    </w:p>
    <w:p>
      <w:r>
        <w:rPr>
          <w:b/>
        </w:rPr>
        <w:t xml:space="preserve">[45:43] </w:t>
      </w:r>
      <w:r>
        <w:t>ji aah Maulana, agla sawal kya hai merit se Salman sahib ne aur unhone likha hai: Maulana</w:t>
      </w:r>
    </w:p>
    <w:p>
      <w:pPr>
        <w:jc w:val="right"/>
      </w:pPr>
      <w:r>
        <w:t>جی آہ مولانا، اگلا سوال کیا ہے میرٹ سے سلمان صاحب نے اور انہوں نے لکھا ہے: مولانا</w:t>
      </w:r>
    </w:p>
    <w:p>
      <w:r>
        <w:rPr>
          <w:b/>
        </w:rPr>
        <w:t xml:space="preserve">[45:49] </w:t>
      </w:r>
      <w:r>
        <w:t>sahib, I believe in God Almighty and His blessings.</w:t>
      </w:r>
    </w:p>
    <w:p>
      <w:pPr>
        <w:jc w:val="right"/>
      </w:pPr>
      <w:r>
        <w:t>صاحب, I believe in God Almighty and His blessings.</w:t>
      </w:r>
    </w:p>
    <w:p>
      <w:r>
        <w:rPr>
          <w:b/>
        </w:rPr>
        <w:t xml:space="preserve">[45:54] </w:t>
      </w:r>
      <w:r>
        <w:t>I have a question that just as it is believed in Islam that there are many levels of</w:t>
      </w:r>
    </w:p>
    <w:p>
      <w:pPr>
        <w:jc w:val="right"/>
      </w:pPr>
      <w:r>
        <w:t>I have a question that just as it is believed in Islam that there are many levels of</w:t>
      </w:r>
    </w:p>
    <w:p>
      <w:r>
        <w:rPr>
          <w:b/>
        </w:rPr>
        <w:t xml:space="preserve">[46:00] </w:t>
      </w:r>
      <w:r>
        <w:t>paradise and that one should aspire for the highest level, but this would depend on degree of one's God realization.</w:t>
      </w:r>
    </w:p>
    <w:p>
      <w:pPr>
        <w:jc w:val="right"/>
      </w:pPr>
      <w:r>
        <w:t>paradise and that one should aspire for the highest level, but this would depend on degree of one's God realization.</w:t>
      </w:r>
    </w:p>
    <w:p>
      <w:r>
        <w:rPr>
          <w:b/>
        </w:rPr>
        <w:t xml:space="preserve">[46:06] </w:t>
      </w:r>
      <w:r>
        <w:t>So how can I increase my degree of realization so that I can aim to qualify for the</w:t>
      </w:r>
    </w:p>
    <w:p>
      <w:pPr>
        <w:jc w:val="right"/>
      </w:pPr>
      <w:r>
        <w:t>So how can I increase my degree of realization so that I can aim to qualify for the</w:t>
      </w:r>
    </w:p>
    <w:p>
      <w:r>
        <w:rPr>
          <w:b/>
        </w:rPr>
        <w:t xml:space="preserve">[46:12] </w:t>
      </w:r>
      <w:r>
        <w:t>highest level of paradise?</w:t>
      </w:r>
    </w:p>
    <w:p>
      <w:pPr>
        <w:jc w:val="right"/>
      </w:pPr>
      <w:r>
        <w:t>highest level of paradise?</w:t>
      </w:r>
    </w:p>
    <w:p>
      <w:r>
        <w:rPr>
          <w:b/>
        </w:rPr>
        <w:t xml:space="preserve">[46:18] </w:t>
      </w:r>
      <w:r>
        <w:t>aap study kijiye, yeh is sawal ka jawab study mein milega aap ko. study kijiye.</w:t>
      </w:r>
    </w:p>
    <w:p>
      <w:pPr>
        <w:jc w:val="right"/>
      </w:pPr>
      <w:r>
        <w:t>آپ اسٹڈی کیجیے، یہ اس سوال کا جواب اسٹڈی میں ملے گا آپ کو۔ اسٹڈی کیجیے۔</w:t>
      </w:r>
    </w:p>
    <w:p>
      <w:r>
        <w:rPr>
          <w:b/>
        </w:rPr>
        <w:t xml:space="preserve">[46:24] </w:t>
      </w:r>
      <w:r>
        <w:t>hamari do kitaabein padhiye aap, ek kitaab ka naam hai "God Arises", ek kitaab ka naam hai "Simple Wisdom".</w:t>
      </w:r>
    </w:p>
    <w:p>
      <w:pPr>
        <w:jc w:val="right"/>
      </w:pPr>
      <w:r>
        <w:t>ہماری دو کتابیں پڑھیے آپ، ایک کتاب کا نام ہے "God Arises"، ایک کتاب کا نام ہے "Simple Wisdom"۔</w:t>
      </w:r>
    </w:p>
    <w:p>
      <w:r>
        <w:rPr>
          <w:b/>
        </w:rPr>
        <w:t xml:space="preserve">[46:30] </w:t>
      </w:r>
      <w:r>
        <w:t>yeh do kitaabein padhiye.</w:t>
      </w:r>
    </w:p>
    <w:p>
      <w:pPr>
        <w:jc w:val="right"/>
      </w:pPr>
      <w:r>
        <w:t>یہ دو کتابیں پڑھیے۔</w:t>
      </w:r>
    </w:p>
    <w:p>
      <w:r>
        <w:rPr>
          <w:b/>
        </w:rPr>
        <w:t xml:space="preserve">[46:36] </w:t>
      </w:r>
      <w:r>
        <w:t>bghair study ke sirf ek sawal, ek jawab se yeh masla hal nahi ho raha.</w:t>
      </w:r>
    </w:p>
    <w:p>
      <w:pPr>
        <w:jc w:val="right"/>
      </w:pPr>
      <w:r>
        <w:t>بغیر اسٹڈی کے صرف ایک سوال، ایک جواب سے یہ مسئلہ حل نہیں ہو رہا۔</w:t>
      </w:r>
    </w:p>
    <w:p>
      <w:r>
        <w:rPr>
          <w:b/>
        </w:rPr>
        <w:t xml:space="preserve">[46:42] </w:t>
      </w:r>
      <w:r>
        <w:t>study aap ko prepared mind banati hai, aap ke mind ke door kholti hai, aap ki understanding ko barhati hai.</w:t>
      </w:r>
    </w:p>
    <w:p>
      <w:pPr>
        <w:jc w:val="right"/>
      </w:pPr>
      <w:r>
        <w:t>اسٹڈی آپ کو پریپریڈ مائنڈ بناتی ہے، آپ کے مائنڈ کے ڈور کھولتی ہے، آپ کی انڈرسٹینڈنگ کو بڑھاتی ہے۔</w:t>
      </w:r>
    </w:p>
    <w:p>
      <w:r>
        <w:rPr>
          <w:b/>
        </w:rPr>
        <w:t xml:space="preserve">[46:48] </w:t>
      </w:r>
      <w:r>
        <w:t>study aap ki understanding ko barhati hai, tab ja kar aadmi is qabil hota hai ke woh samjhe.</w:t>
      </w:r>
    </w:p>
    <w:p>
      <w:pPr>
        <w:jc w:val="right"/>
      </w:pPr>
      <w:r>
        <w:t>اسٹڈی آپ کی انڈرسٹینڈنگ کو بڑھاتی ہے، تب جا کر آدمی اس قابل ہوتا ہے کہ وہ سمجھے۔</w:t>
      </w:r>
    </w:p>
    <w:p>
      <w:r>
        <w:rPr>
          <w:b/>
        </w:rPr>
        <w:t xml:space="preserve">[46:54] </w:t>
      </w:r>
      <w:r>
        <w:t>to mein kahoon ga aap meri do kitabein parhiye: "God Arises" aur "Simple Wisdom".</w:t>
      </w:r>
    </w:p>
    <w:p>
      <w:pPr>
        <w:jc w:val="right"/>
      </w:pPr>
      <w:r>
        <w:t>تو میں کہوں گا آپ میری دو کتابیں پڑھیے: "God Arises" اور "Simple Wisdom"۔</w:t>
      </w:r>
    </w:p>
    <w:p>
      <w:r>
        <w:rPr>
          <w:b/>
        </w:rPr>
        <w:t xml:space="preserve">[47:01] </w:t>
      </w:r>
      <w:r>
        <w:t>ji Maulana sahib, agla sawal kya hai Maulana Iqbal Umri ne Chennai se aur unhone likha hai</w:t>
      </w:r>
    </w:p>
    <w:p>
      <w:pPr>
        <w:jc w:val="right"/>
      </w:pPr>
      <w:r>
        <w:t>جی مولانا صاحب، اگلا سوال کیا ہے مولانا اقبال عمری نے چنئی سے اور انہوں نے لکھا ہے</w:t>
      </w:r>
    </w:p>
    <w:p>
      <w:r>
        <w:rPr>
          <w:b/>
        </w:rPr>
        <w:t xml:space="preserve">[47:07] </w:t>
      </w:r>
      <w:r>
        <w:t>ke aap apni writings mein bar bar likhte hain ke Islam ki nai tareekh banani hai, a new</w:t>
      </w:r>
    </w:p>
    <w:p>
      <w:pPr>
        <w:jc w:val="right"/>
      </w:pPr>
      <w:r>
        <w:t>کہ آپ اپنی رائٹنگز میں بار بار لکھتے ہیں کہ اسلام کی نئی تاریخ بنانی ہے، a new</w:t>
      </w:r>
    </w:p>
    <w:p>
      <w:r>
        <w:rPr>
          <w:b/>
        </w:rPr>
        <w:t xml:space="preserve">[47:13] </w:t>
      </w:r>
      <w:r>
        <w:t>history of Islam .</w:t>
      </w:r>
    </w:p>
    <w:p>
      <w:pPr>
        <w:jc w:val="right"/>
      </w:pPr>
      <w:r>
        <w:t>history of Islam ۔</w:t>
      </w:r>
    </w:p>
    <w:p>
      <w:r>
        <w:rPr>
          <w:b/>
        </w:rPr>
        <w:t xml:space="preserve">[47:19] </w:t>
      </w:r>
      <w:r>
        <w:t>is ka kya matlab hai, is ki wazahat karein.</w:t>
      </w:r>
    </w:p>
    <w:p>
      <w:pPr>
        <w:jc w:val="right"/>
      </w:pPr>
      <w:r>
        <w:t>اس کا کیا مطلب ہے، اس کی وضاحت کریں۔</w:t>
      </w:r>
    </w:p>
    <w:p>
      <w:r>
        <w:rPr>
          <w:b/>
        </w:rPr>
        <w:t xml:space="preserve">[47:25] </w:t>
      </w:r>
      <w:r>
        <w:t>is ka matlab hai ke mabni par dawat-e-Islam ko le kar uthna hai.</w:t>
      </w:r>
    </w:p>
    <w:p>
      <w:pPr>
        <w:jc w:val="right"/>
      </w:pPr>
      <w:r>
        <w:t>اس کا مطلب ہے کہ مبنی پر دعوت اسلام کو لے کر اٹھنا ہے۔</w:t>
      </w:r>
    </w:p>
    <w:p>
      <w:r>
        <w:rPr>
          <w:b/>
        </w:rPr>
        <w:t xml:space="preserve">[47:31] </w:t>
      </w:r>
      <w:r>
        <w:t>ابھی ہم مبنی پر قتال کی دعوت کے لیے اٹھے ہوئے ہیں, here you are lying, here you</w:t>
      </w:r>
    </w:p>
    <w:p>
      <w:pPr>
        <w:jc w:val="right"/>
      </w:pPr>
      <w:r>
        <w:t>ابھی ہم مبنی پر قتال کی دعوت کے لیے اٹھے ہوئے ہیں، here you are lying, here you</w:t>
      </w:r>
    </w:p>
    <w:p>
      <w:r>
        <w:rPr>
          <w:b/>
        </w:rPr>
        <w:t xml:space="preserve">[47:38] </w:t>
      </w:r>
      <w:r>
        <w:t>are lying, suicide bombing .</w:t>
      </w:r>
    </w:p>
    <w:p>
      <w:pPr>
        <w:jc w:val="right"/>
      </w:pPr>
      <w:r>
        <w:t>are lying, suicide bombing ۔</w:t>
      </w:r>
    </w:p>
    <w:p>
      <w:r>
        <w:rPr>
          <w:b/>
        </w:rPr>
        <w:t xml:space="preserve">[47:44] </w:t>
      </w:r>
      <w:r>
        <w:t>yeh to fail ho gaya, yeh yeh to fail ho chuka.</w:t>
      </w:r>
    </w:p>
    <w:p>
      <w:pPr>
        <w:jc w:val="right"/>
      </w:pPr>
      <w:r>
        <w:t>یہ تو فیل ہو گیا، یہ یہ تو فیل ہو چکا۔</w:t>
      </w:r>
    </w:p>
    <w:p>
      <w:r>
        <w:rPr>
          <w:b/>
        </w:rPr>
        <w:t xml:space="preserve">[47:50] </w:t>
      </w:r>
      <w:r>
        <w:t>ab is Islam ko le kar uthiye jis mein mohabbat hai, dawat hai, insaan ki khair khwahi hai,</w:t>
      </w:r>
    </w:p>
    <w:p>
      <w:pPr>
        <w:jc w:val="right"/>
      </w:pPr>
      <w:r>
        <w:t>اب اس اسلام کو لے کر اٹھیے جس میں محبت ہے، دعوت ہے، انسان کی خیر خواہی ہے،</w:t>
      </w:r>
    </w:p>
    <w:p>
      <w:r>
        <w:rPr>
          <w:b/>
        </w:rPr>
        <w:t xml:space="preserve">[47:56] </w:t>
      </w:r>
      <w:r>
        <w:t>peace hai, peaceful planning hai.</w:t>
      </w:r>
    </w:p>
    <w:p>
      <w:pPr>
        <w:jc w:val="right"/>
      </w:pPr>
      <w:r>
        <w:t>پیس ہے، peaceful planning ہے۔</w:t>
      </w:r>
    </w:p>
    <w:p>
      <w:r>
        <w:rPr>
          <w:b/>
        </w:rPr>
        <w:t xml:space="preserve">[48:02] </w:t>
      </w:r>
      <w:r>
        <w:t>is Islam ko le kar uthiye to nai tareekh banegi.</w:t>
      </w:r>
    </w:p>
    <w:p>
      <w:pPr>
        <w:jc w:val="right"/>
      </w:pPr>
      <w:r>
        <w:t>اس اسلام کو لے کر اٹھیے تو نئی تاریخ بنے گی۔</w:t>
      </w:r>
    </w:p>
    <w:p>
      <w:r>
        <w:rPr>
          <w:b/>
        </w:rPr>
        <w:t xml:space="preserve">[48:08] </w:t>
      </w:r>
      <w:r>
        <w:t>Maulana, agla sawal lene se pehle ek comment parhna chahenge jo aaah sister Shabana Ansari ne bheja</w:t>
      </w:r>
    </w:p>
    <w:p>
      <w:pPr>
        <w:jc w:val="right"/>
      </w:pPr>
      <w:r>
        <w:t>مولانا، اگلا سوال لینے سے پہلے ایک کمنٹ پڑھنا چاہیں گے جو آہ سسٹر شبانہ انصاری نے بھیجا</w:t>
      </w:r>
    </w:p>
    <w:p>
      <w:r>
        <w:rPr>
          <w:b/>
        </w:rPr>
        <w:t xml:space="preserve">[48:15] </w:t>
      </w:r>
      <w:r>
        <w:t>hai Pakistan se aur unhone likha hai: Practical wisdom is law of nature.</w:t>
      </w:r>
    </w:p>
    <w:p>
      <w:pPr>
        <w:jc w:val="right"/>
      </w:pPr>
      <w:r>
        <w:t>ہے پاکستان سے اور انہوں نے لکھا ہے: Practical wisdom is law of nature.</w:t>
      </w:r>
    </w:p>
    <w:p>
      <w:r>
        <w:rPr>
          <w:b/>
        </w:rPr>
        <w:t xml:space="preserve">[48:21] </w:t>
      </w:r>
      <w:r>
        <w:t>Soley Hodebia was a practical wisdom to break the vicious circle of war and gain.</w:t>
      </w:r>
    </w:p>
    <w:p>
      <w:pPr>
        <w:jc w:val="right"/>
      </w:pPr>
      <w:r>
        <w:t>Soley Hodebia was a practical wisdom to break the vicious circle of war and gain.</w:t>
      </w:r>
    </w:p>
    <w:p>
      <w:r>
        <w:rPr>
          <w:b/>
        </w:rPr>
        <w:t xml:space="preserve">[48:27] </w:t>
      </w:r>
      <w:r>
        <w:t>Today's lecture was indeed very nice. Thank you.</w:t>
      </w:r>
    </w:p>
    <w:p>
      <w:pPr>
        <w:jc w:val="right"/>
      </w:pPr>
      <w:r>
        <w:t>Today's lecture was indeed very nice. Thank you.</w:t>
      </w:r>
    </w:p>
    <w:p>
      <w:r>
        <w:rPr>
          <w:b/>
        </w:rPr>
        <w:t xml:space="preserve">[48:33] </w:t>
      </w:r>
      <w:r>
        <w:t>Maulana, agla sawal hai Irfan sahib ka Mangalore se aur unhone likha hai: Maulana sahib, today's talk</w:t>
      </w:r>
    </w:p>
    <w:p>
      <w:pPr>
        <w:jc w:val="right"/>
      </w:pPr>
      <w:r>
        <w:t>مولانا، اگلا سوال ہے عرفان صاحب کا مینگلور سے اور انہوں نے لکھا ہے: مولانا صاحب, today's talk</w:t>
      </w:r>
    </w:p>
    <w:p>
      <w:r>
        <w:rPr>
          <w:b/>
        </w:rPr>
        <w:t xml:space="preserve">[48:39] </w:t>
      </w:r>
      <w:r>
        <w:t>was really an eye-opener for me.</w:t>
      </w:r>
    </w:p>
    <w:p>
      <w:pPr>
        <w:jc w:val="right"/>
      </w:pPr>
      <w:r>
        <w:t>was really an eye-opener for me.</w:t>
      </w:r>
    </w:p>
    <w:p>
      <w:r>
        <w:rPr>
          <w:b/>
        </w:rPr>
        <w:t xml:space="preserve">[48:45] </w:t>
      </w:r>
      <w:r>
        <w:t>My question is, how can I develop a discovery mindset?</w:t>
      </w:r>
    </w:p>
    <w:p>
      <w:pPr>
        <w:jc w:val="right"/>
      </w:pPr>
      <w:r>
        <w:t>My question is, how can I develop a discovery mindset?</w:t>
      </w:r>
    </w:p>
    <w:p>
      <w:r>
        <w:rPr>
          <w:b/>
        </w:rPr>
        <w:t xml:space="preserve">[48:52] </w:t>
      </w:r>
      <w:r>
        <w:t>That is, how should I orient my mind that I always live in God-oriented life and look for daily intellectual discovery?</w:t>
      </w:r>
    </w:p>
    <w:p>
      <w:pPr>
        <w:jc w:val="right"/>
      </w:pPr>
      <w:r>
        <w:t>That is, how should I orient my mind that I always live in God-oriented life and look for daily intellectual discovery?</w:t>
      </w:r>
    </w:p>
    <w:p>
      <w:r>
        <w:rPr>
          <w:b/>
        </w:rPr>
        <w:t xml:space="preserve">[49:01] </w:t>
      </w:r>
      <w:r>
        <w:t>Please advise me.</w:t>
      </w:r>
    </w:p>
    <w:p>
      <w:pPr>
        <w:jc w:val="right"/>
      </w:pPr>
      <w:r>
        <w:t>Please advise me.</w:t>
      </w:r>
    </w:p>
    <w:p>
      <w:r>
        <w:rPr>
          <w:b/>
        </w:rPr>
        <w:t xml:space="preserve">[49:07] </w:t>
      </w:r>
      <w:r>
        <w:t>dekhiye, mera meri advice yeh hai ke aap sirf ek hi kitab meri parh lein.</w:t>
      </w:r>
    </w:p>
    <w:p>
      <w:pPr>
        <w:jc w:val="right"/>
      </w:pPr>
      <w:r>
        <w:t>دیکھیے، میرا میری advice یہ ہے کہ آپ صرف ایک ہی کتاب میری پڑھ لیں۔</w:t>
      </w:r>
    </w:p>
    <w:p>
      <w:r>
        <w:rPr>
          <w:b/>
        </w:rPr>
        <w:t xml:space="preserve">[49:13] </w:t>
      </w:r>
      <w:r>
        <w:t>yani ek to hamara mahana mahana nikalta hai, monthly magazine, critical, is ka naam hai "Spirit of Islam".</w:t>
      </w:r>
    </w:p>
    <w:p>
      <w:pPr>
        <w:jc w:val="right"/>
      </w:pPr>
      <w:r>
        <w:t>یعنی ایک تو ہمارا ماہانہ ماہانہ نکلتا ہے، monthly magazine، critical، اس کا نام ہے "Spirit of Islam"۔</w:t>
      </w:r>
    </w:p>
    <w:p>
      <w:r>
        <w:rPr>
          <w:b/>
        </w:rPr>
        <w:t xml:space="preserve">[49:19] </w:t>
      </w:r>
      <w:r>
        <w:t>"Spirit of Islam" monthly magazine hai, woh bhi wisdom magazine hai.</w:t>
      </w:r>
    </w:p>
    <w:p>
      <w:pPr>
        <w:jc w:val="right"/>
      </w:pPr>
      <w:r>
        <w:t>"Spirit of Islam" monthly magazine ہے، وہ بھی wisdom magazine ہے۔</w:t>
      </w:r>
    </w:p>
    <w:p>
      <w:r>
        <w:rPr>
          <w:b/>
        </w:rPr>
        <w:t xml:space="preserve">[49:25] </w:t>
      </w:r>
      <w:r>
        <w:t>aap "Spirit of Islam" ko regular parhein aur hamari aik kitab hai jo abhi mein ne is ka</w:t>
      </w:r>
    </w:p>
    <w:p>
      <w:pPr>
        <w:jc w:val="right"/>
      </w:pPr>
      <w:r>
        <w:t>آپ "Spirit of Islam" کو regular پڑھیں اور ہماری ایک کتاب ہے جو ابھی میں نے اس کا</w:t>
      </w:r>
    </w:p>
    <w:p>
      <w:r>
        <w:rPr>
          <w:b/>
        </w:rPr>
        <w:t xml:space="preserve">[49:31] </w:t>
      </w:r>
      <w:r>
        <w:t>naam liya, "Simple Wisdom"، is ko parhein.</w:t>
      </w:r>
    </w:p>
    <w:p>
      <w:pPr>
        <w:jc w:val="right"/>
      </w:pPr>
      <w:r>
        <w:t>نام لیا، "Simple Wisdom"، اس کو پڑھیں۔</w:t>
      </w:r>
    </w:p>
    <w:p>
      <w:r>
        <w:rPr>
          <w:b/>
        </w:rPr>
        <w:t xml:space="preserve">[49:37] </w:t>
      </w:r>
      <w:r>
        <w:t>phir sawal karein to inshallah mein is ka jawab doon ga.</w:t>
      </w:r>
    </w:p>
    <w:p>
      <w:pPr>
        <w:jc w:val="right"/>
      </w:pPr>
      <w:r>
        <w:t>پھر سوال کریں تو انشاءاللہ میں اس کا جواب دوں گا۔</w:t>
      </w:r>
    </w:p>
    <w:p>
      <w:r>
        <w:rPr>
          <w:b/>
        </w:rPr>
        <w:t xml:space="preserve">[49:43] </w:t>
      </w:r>
      <w:r>
        <w:t>maulana, agla sawal pakistan se kiya hai muhammad faisal sahab ne aur unhon ne likha hai ke maulana</w:t>
      </w:r>
    </w:p>
    <w:p>
      <w:pPr>
        <w:jc w:val="right"/>
      </w:pPr>
      <w:r>
        <w:t>مولانا، اگلا سوال پاکستان سے کیا ہے محمد فیصل صاحب نے اور انہوں نے لکھا ہے کہ مولانا</w:t>
      </w:r>
    </w:p>
    <w:p>
      <w:r>
        <w:rPr>
          <w:b/>
        </w:rPr>
        <w:t xml:space="preserve">[49:49] </w:t>
      </w:r>
      <w:r>
        <w:t>sahab we are often worried about our future and get distracted.</w:t>
      </w:r>
    </w:p>
    <w:p>
      <w:pPr>
        <w:jc w:val="right"/>
      </w:pPr>
      <w:r>
        <w:t>صاحب we are often worried about our future and get distracted.</w:t>
      </w:r>
    </w:p>
    <w:p>
      <w:r>
        <w:rPr>
          <w:b/>
        </w:rPr>
        <w:t xml:space="preserve">[49:55] </w:t>
      </w:r>
      <w:r>
        <w:t>My question is, how to control such distractions concerning our future?</w:t>
      </w:r>
    </w:p>
    <w:p>
      <w:pPr>
        <w:jc w:val="right"/>
      </w:pPr>
      <w:r>
        <w:t>My question is, how to control such distractions concerning our future?</w:t>
      </w:r>
    </w:p>
    <w:p>
      <w:r>
        <w:rPr>
          <w:b/>
        </w:rPr>
        <w:t xml:space="preserve">[50:02] </w:t>
      </w:r>
      <w:r>
        <w:t>Please advise us.</w:t>
      </w:r>
    </w:p>
    <w:p>
      <w:pPr>
        <w:jc w:val="right"/>
      </w:pPr>
      <w:r>
        <w:t>Please advise us.</w:t>
      </w:r>
    </w:p>
    <w:p>
      <w:r>
        <w:rPr>
          <w:b/>
        </w:rPr>
        <w:t xml:space="preserve">[50:08] </w:t>
      </w:r>
      <w:r>
        <w:t>dekhiye, isi qism ka sawal mujh se kai logon ne kiya.</w:t>
      </w:r>
    </w:p>
    <w:p>
      <w:pPr>
        <w:jc w:val="right"/>
      </w:pPr>
      <w:r>
        <w:t>دیکھیے، اسی قسم کا سوال مجھ سے کئی لوگوں نے کیا۔</w:t>
      </w:r>
    </w:p>
    <w:p>
      <w:r>
        <w:rPr>
          <w:b/>
        </w:rPr>
        <w:t xml:space="preserve">[50:15] </w:t>
      </w:r>
      <w:r>
        <w:t>to mein ne poocha ke quran kitab-e-hidayat hai, book of guidance.</w:t>
      </w:r>
    </w:p>
    <w:p>
      <w:pPr>
        <w:jc w:val="right"/>
      </w:pPr>
      <w:r>
        <w:t>تو میں نے پوچھا کہ قرآن کتاب ہدایت ہے، book of guidance۔</w:t>
      </w:r>
    </w:p>
    <w:p>
      <w:r>
        <w:rPr>
          <w:b/>
        </w:rPr>
        <w:t xml:space="preserve">[50:21] </w:t>
      </w:r>
      <w:r>
        <w:t>to kya aap ne jo tareekh chala rahe hain, jo aap hangame kar rahe hain, kya aap ne</w:t>
      </w:r>
    </w:p>
    <w:p>
      <w:pPr>
        <w:jc w:val="right"/>
      </w:pPr>
      <w:r>
        <w:t>تو کیا آپ نے جو تاریخ چلا رہے ہیں، جو آپ ہنگامے کر رہے ہیں، کیا آپ نے</w:t>
      </w:r>
    </w:p>
    <w:p>
      <w:r>
        <w:rPr>
          <w:b/>
        </w:rPr>
        <w:t xml:space="preserve">[50:28] </w:t>
      </w:r>
      <w:r>
        <w:t>aisa kiya ke is shuru se karne se pehle quran ko aik bar is had tak parha yeh</w:t>
      </w:r>
    </w:p>
    <w:p>
      <w:pPr>
        <w:jc w:val="right"/>
      </w:pPr>
      <w:r>
        <w:t>ایسا کیا کہ اس شروع سے کرنے سے پہلے قرآن کو ایک بار اس حد تک پڑھا یہ</w:t>
      </w:r>
    </w:p>
    <w:p>
      <w:r>
        <w:rPr>
          <w:b/>
        </w:rPr>
        <w:t xml:space="preserve">[50:34] </w:t>
      </w:r>
      <w:r>
        <w:t>janne ke liye ke jo meri soch hai, jo meri planning hai, is ke baray mein quran ki</w:t>
      </w:r>
    </w:p>
    <w:p>
      <w:pPr>
        <w:jc w:val="right"/>
      </w:pPr>
      <w:r>
        <w:t>جاننے کے لیے کہ جو میری سوچ ہے، جو میری planning ہے، اس کے بارے میں قرآن کی</w:t>
      </w:r>
    </w:p>
    <w:p>
      <w:r>
        <w:rPr>
          <w:b/>
        </w:rPr>
        <w:t xml:space="preserve">[50:41] </w:t>
      </w:r>
      <w:r>
        <w:t>guidance kya hai? to kisi ne aaj tak mujhe jawab nahi diya ke haan, mein ne aisa kiya hai.</w:t>
      </w:r>
    </w:p>
    <w:p>
      <w:pPr>
        <w:jc w:val="right"/>
      </w:pPr>
      <w:r>
        <w:t>guidance کیا ہے؟ تو کسی نے آج تک مجھے جواب نہیں دیا کہ ہاں، میں نے ایسا کیا ہے۔</w:t>
      </w:r>
    </w:p>
    <w:p>
      <w:r>
        <w:rPr>
          <w:b/>
        </w:rPr>
        <w:t xml:space="preserve">[50:47] </w:t>
      </w:r>
      <w:r>
        <w:t>to yeh sab futile planning hai musalmanon ki.</w:t>
      </w:r>
    </w:p>
    <w:p>
      <w:pPr>
        <w:jc w:val="right"/>
      </w:pPr>
      <w:r>
        <w:t>تو یہ سب futile planning ہے مسلمانوں کی۔</w:t>
      </w:r>
    </w:p>
    <w:p>
      <w:r>
        <w:rPr>
          <w:b/>
        </w:rPr>
        <w:t xml:space="preserve">[50:54] </w:t>
      </w:r>
      <w:r>
        <w:t>kisi leader ne mujhe yeh jawab nahi diya, kisi aam aadmi ne bhi ke mein ne apni jo</w:t>
      </w:r>
    </w:p>
    <w:p>
      <w:pPr>
        <w:jc w:val="right"/>
      </w:pPr>
      <w:r>
        <w:t>کسی leader نے مجھے یہ جواب نہیں دیا، کسی عام آدمی نے بھی کہ میں نے اپنی جو</w:t>
      </w:r>
    </w:p>
    <w:p>
      <w:r>
        <w:rPr>
          <w:b/>
        </w:rPr>
        <w:t xml:space="preserve">[51:00] </w:t>
      </w:r>
      <w:r>
        <w:t>shuru ki, mein ne apna mission, apne tehreek, is se pehle mein ne aitkaf kar ke aik bar</w:t>
      </w:r>
    </w:p>
    <w:p>
      <w:pPr>
        <w:jc w:val="right"/>
      </w:pPr>
      <w:r>
        <w:t>شروع کی، میں نے اپنا mission، اپنے تحریک، اس سے پہلے میں نے اعتکاف کر کے ایک بار</w:t>
      </w:r>
    </w:p>
    <w:p>
      <w:r>
        <w:rPr>
          <w:b/>
        </w:rPr>
        <w:t xml:space="preserve">[51:07] </w:t>
      </w:r>
      <w:r>
        <w:t>bohat hi ghaur se, tadabbur se quran ko parha yeh janne ke liye ke quran ki guidance kya hai.</w:t>
      </w:r>
    </w:p>
    <w:p>
      <w:pPr>
        <w:jc w:val="right"/>
      </w:pPr>
      <w:r>
        <w:t>بہت ہی غور سے، تدبر سے قرآن کو پڑھا یہ جاننے کے لیے کہ قرآن کی guidance کیا ہے۔</w:t>
      </w:r>
    </w:p>
    <w:p>
      <w:r>
        <w:rPr>
          <w:b/>
        </w:rPr>
        <w:t xml:space="preserve">[51:13] </w:t>
      </w:r>
      <w:r>
        <w:t>to jab yahi nahi kiya to sab sab galat hi rahe ga.</w:t>
      </w:r>
    </w:p>
    <w:p>
      <w:pPr>
        <w:jc w:val="right"/>
      </w:pPr>
      <w:r>
        <w:t>تو جب یہی نہیں کیا تو سب سب غلط ہی رہے گا۔</w:t>
      </w:r>
    </w:p>
    <w:p>
      <w:r>
        <w:rPr>
          <w:b/>
        </w:rPr>
        <w:t xml:space="preserve">[51:20] </w:t>
      </w:r>
      <w:r>
        <w:t>quran shuru hi mein kehta hai ke هُدًى لِلْمُتَّقِينَ yani quran book of guidance hai.</w:t>
      </w:r>
    </w:p>
    <w:p>
      <w:pPr>
        <w:jc w:val="right"/>
      </w:pPr>
      <w:r>
        <w:t>قرآن شروع ہی میں کہتا ہے کہ هُدًى لِلْمُتَّقِينَ یعنی قرآن book of guidance ہے۔</w:t>
      </w:r>
    </w:p>
    <w:p>
      <w:r>
        <w:rPr>
          <w:b/>
        </w:rPr>
        <w:t xml:space="preserve">[51:26] </w:t>
      </w:r>
      <w:r>
        <w:t>to yahi nahi kiya kisi ne, mere ilm mein to kisi ne kiya nahi.</w:t>
      </w:r>
    </w:p>
    <w:p>
      <w:pPr>
        <w:jc w:val="right"/>
      </w:pPr>
      <w:r>
        <w:t>تو یہی نہیں کیا کسی نے، میرے علم میں تو کسی نے کیا نہیں۔</w:t>
      </w:r>
    </w:p>
    <w:p>
      <w:r>
        <w:rPr>
          <w:b/>
        </w:rPr>
        <w:t xml:space="preserve">[51:33] </w:t>
      </w:r>
      <w:r>
        <w:t>mein ne bohat se logon se poocha to kisi ne is ka jawab mein yeh nahi kaha ke</w:t>
      </w:r>
    </w:p>
    <w:p>
      <w:pPr>
        <w:jc w:val="right"/>
      </w:pPr>
      <w:r>
        <w:t>میں نے بہت سے لوگوں سے پوچھا تو کسی نے اس کا جواب میں یہ نہیں کہا کہ</w:t>
      </w:r>
    </w:p>
    <w:p>
      <w:r>
        <w:rPr>
          <w:b/>
        </w:rPr>
        <w:t xml:space="preserve">[51:39] </w:t>
      </w:r>
      <w:r>
        <w:t>haan, mein ne aisa kiya hai.</w:t>
      </w:r>
    </w:p>
    <w:p>
      <w:pPr>
        <w:jc w:val="right"/>
      </w:pPr>
      <w:r>
        <w:t>ہاں، میں نے ایسا کیا ہے۔</w:t>
      </w:r>
    </w:p>
    <w:p>
      <w:r>
        <w:rPr>
          <w:b/>
        </w:rPr>
        <w:t xml:space="preserve">[51:46] </w:t>
      </w:r>
      <w:r>
        <w:t>to mein samajhta hoon ke jo shakhs ijtamai zindagi mein koodna chahta hai, jo ji national life mein</w:t>
      </w:r>
    </w:p>
    <w:p>
      <w:pPr>
        <w:jc w:val="right"/>
      </w:pPr>
      <w:r>
        <w:t>تو میں سمجھتا ہوں کہ جو شخص اجتماعی زندگی میں کودنا چاہتا ہے، جو جی national life میں</w:t>
      </w:r>
    </w:p>
    <w:p>
      <w:r>
        <w:rPr>
          <w:b/>
        </w:rPr>
        <w:t xml:space="preserve">[51:52] </w:t>
      </w:r>
      <w:r>
        <w:t>koodna chahta hai, jo koi bara bara dollar le kar khara ho jata hai, us ko farz hai</w:t>
      </w:r>
    </w:p>
    <w:p>
      <w:pPr>
        <w:jc w:val="right"/>
      </w:pPr>
      <w:r>
        <w:t>کودنا چاہتا ہے، جو کوئی بڑا بڑا ڈالر لے کر کھڑا ہو جاتا ہے، اس کو فرض ہے</w:t>
      </w:r>
    </w:p>
    <w:p>
      <w:r>
        <w:rPr>
          <w:b/>
        </w:rPr>
        <w:t xml:space="preserve">[51:59] </w:t>
      </w:r>
      <w:r>
        <w:t>ke pehle poore quran ko aik bar is nazar se parhe ke wahan kya guidance mil rahi hai.</w:t>
      </w:r>
    </w:p>
    <w:p>
      <w:pPr>
        <w:jc w:val="right"/>
      </w:pPr>
      <w:r>
        <w:t>کہ پہلے پورے قرآن کو ایک بار اس نظر سے پڑھے کہ وہاں کیا guidance مل رہی ہے۔</w:t>
      </w:r>
    </w:p>
    <w:p>
      <w:r>
        <w:rPr>
          <w:b/>
        </w:rPr>
        <w:t xml:space="preserve">[52:05] </w:t>
      </w:r>
      <w:r>
        <w:t>nahi to phir kya, kis liye aap ko? aap ko right hi nahi ke aap ko shuru karen.</w:t>
      </w:r>
    </w:p>
    <w:p>
      <w:pPr>
        <w:jc w:val="right"/>
      </w:pPr>
      <w:r>
        <w:t>نہیں تو پھر کیا، کس لیے آپ کو؟ آپ کو right ہی نہیں کہ آپ کو شروع کریں۔</w:t>
      </w:r>
    </w:p>
    <w:p>
      <w:r>
        <w:rPr>
          <w:b/>
        </w:rPr>
        <w:t xml:space="preserve">[52:12] </w:t>
      </w:r>
      <w:r>
        <w:t>koi quran ko parh kar ke jab aap ne pata nahi kiya to aap ko right hi nahi</w:t>
      </w:r>
    </w:p>
    <w:p>
      <w:pPr>
        <w:jc w:val="right"/>
      </w:pPr>
      <w:r>
        <w:t>کوئی قرآن کو پڑھ کر کے جب آپ نے پتہ نہیں کیا تو آپ کو right ہی نہیں</w:t>
      </w:r>
    </w:p>
    <w:p>
      <w:r>
        <w:rPr>
          <w:b/>
        </w:rPr>
        <w:t xml:space="preserve">[52:18] </w:t>
      </w:r>
      <w:r>
        <w:t>ke aap naarah aur jhanda le ke khare ho jate hain.</w:t>
      </w:r>
    </w:p>
    <w:p>
      <w:pPr>
        <w:jc w:val="right"/>
      </w:pPr>
      <w:r>
        <w:t>کہ آپ نعرہ اور جھنڈا لے کے کھڑے ہو جاتے ہیں۔</w:t>
      </w:r>
    </w:p>
    <w:p>
      <w:r>
        <w:rPr>
          <w:b/>
        </w:rPr>
        <w:t xml:space="preserve">[52:25] </w:t>
      </w:r>
      <w:r>
        <w:t>to baharhal aap sab musalmanon ko is ka correction karna chahiye aur sab se pehle yeh karna chahiye</w:t>
      </w:r>
    </w:p>
    <w:p>
      <w:pPr>
        <w:jc w:val="right"/>
      </w:pPr>
      <w:r>
        <w:t>تو بہرحال آپ سب مسلمانوں کو اس کا correction کرنا چاہیے اور سب سے پہلے یہ کرنا چاہیے</w:t>
      </w:r>
    </w:p>
    <w:p>
      <w:r>
        <w:rPr>
          <w:b/>
        </w:rPr>
        <w:t xml:space="preserve">[52:31] </w:t>
      </w:r>
      <w:r>
        <w:t>ke quran se pehle hidayat len, phir apna kaam shuru karen.</w:t>
      </w:r>
    </w:p>
    <w:p>
      <w:pPr>
        <w:jc w:val="right"/>
      </w:pPr>
      <w:r>
        <w:t>کہ قرآن سے پہلے ہدایت لیں، پھر اپنا کام شروع کریں۔</w:t>
      </w:r>
    </w:p>
    <w:p>
      <w:r>
        <w:rPr>
          <w:b/>
        </w:rPr>
        <w:t xml:space="preserve">[52:38] </w:t>
      </w:r>
      <w:r>
        <w:t>ji maulana sahib, agla sawal lene se pehle ek comment parhna chahenge jo doctor najma siddiqui ne</w:t>
      </w:r>
    </w:p>
    <w:p>
      <w:pPr>
        <w:jc w:val="right"/>
      </w:pPr>
      <w:r>
        <w:t>جی مولانا صاحب، اگلا سوال لینے سے پہلے ایک کمنٹ پڑھنا چاہیں گے جو ڈاکٹر نجمہ صدیقی نے</w:t>
      </w:r>
    </w:p>
    <w:p>
      <w:r>
        <w:rPr>
          <w:b/>
        </w:rPr>
        <w:t xml:space="preserve">[52:44] </w:t>
      </w:r>
      <w:r>
        <w:t>bheja hai dilli se.</w:t>
      </w:r>
    </w:p>
    <w:p>
      <w:pPr>
        <w:jc w:val="right"/>
      </w:pPr>
      <w:r>
        <w:t>بھیجا ہے دلی سے۔</w:t>
      </w:r>
    </w:p>
    <w:p>
      <w:r>
        <w:rPr>
          <w:b/>
        </w:rPr>
        <w:t xml:space="preserve">[52:51] </w:t>
      </w:r>
      <w:r>
        <w:t>unhon ne likha hai: maulana, today's lecture of practical wisdom with examples clarifies the concept very well.</w:t>
      </w:r>
    </w:p>
    <w:p>
      <w:pPr>
        <w:jc w:val="right"/>
      </w:pPr>
      <w:r>
        <w:t>انہوں نے لکھا ہے: مولانا، today's lecture of practical wisdom with examples clarifies the concept very well.</w:t>
      </w:r>
    </w:p>
    <w:p>
      <w:r>
        <w:rPr>
          <w:b/>
        </w:rPr>
        <w:t xml:space="preserve">[52:58] </w:t>
      </w:r>
      <w:r>
        <w:t>it will be so much meaningful for everyone if they take it seriously and apply in their lives.</w:t>
      </w:r>
    </w:p>
    <w:p>
      <w:pPr>
        <w:jc w:val="right"/>
      </w:pPr>
      <w:r>
        <w:t>It will be so much meaningful for everyone if they take it seriously and apply in their lives.</w:t>
      </w:r>
    </w:p>
    <w:p>
      <w:r>
        <w:rPr>
          <w:b/>
        </w:rPr>
        <w:t xml:space="preserve">[53:03] </w:t>
      </w:r>
      <w:r>
        <w:t>the prepared minds can accept it much better.</w:t>
      </w:r>
    </w:p>
    <w:p>
      <w:pPr>
        <w:jc w:val="right"/>
      </w:pPr>
      <w:r>
        <w:t>The prepared minds can accept it much better.</w:t>
      </w:r>
    </w:p>
    <w:p>
      <w:r>
        <w:rPr>
          <w:b/>
        </w:rPr>
        <w:t xml:space="preserve">[53:09] </w:t>
      </w:r>
      <w:r>
        <w:t>maulana, agla sawal bangalore se kiya hai hamid ansari sahib ne aur unhon ne likha hai: maulana sahib</w:t>
      </w:r>
    </w:p>
    <w:p>
      <w:pPr>
        <w:jc w:val="right"/>
      </w:pPr>
      <w:r>
        <w:t>مولانا، اگلا سوال بینگلور سے کیا ہے حامد انصاری صاحب نے اور انہوں نے لکھا ہے: مولانا صاحب</w:t>
      </w:r>
    </w:p>
    <w:p>
      <w:r>
        <w:rPr>
          <w:b/>
        </w:rPr>
        <w:t xml:space="preserve">[53:15] </w:t>
      </w:r>
      <w:r>
        <w:t>i am of the opinion that we should always take the advice or fatwa from living scholars rather</w:t>
      </w:r>
    </w:p>
    <w:p>
      <w:pPr>
        <w:jc w:val="right"/>
      </w:pPr>
      <w:r>
        <w:t>I am of the opinion that we should always take the advice or fatwa from living scholars rather</w:t>
      </w:r>
    </w:p>
    <w:p>
      <w:r>
        <w:rPr>
          <w:b/>
        </w:rPr>
        <w:t xml:space="preserve">[53:21] </w:t>
      </w:r>
      <w:r>
        <w:t>than refer to those who are not alive.</w:t>
      </w:r>
    </w:p>
    <w:p>
      <w:pPr>
        <w:jc w:val="right"/>
      </w:pPr>
      <w:r>
        <w:t>than refer to those who are not alive.</w:t>
      </w:r>
    </w:p>
    <w:p>
      <w:r>
        <w:rPr>
          <w:b/>
        </w:rPr>
        <w:t xml:space="preserve">[53:27] </w:t>
      </w:r>
      <w:r>
        <w:t>am i correct in this thinking?</w:t>
      </w:r>
    </w:p>
    <w:p>
      <w:pPr>
        <w:jc w:val="right"/>
      </w:pPr>
      <w:r>
        <w:t>Am I correct in this thinking?</w:t>
      </w:r>
    </w:p>
    <w:p>
      <w:r>
        <w:rPr>
          <w:b/>
        </w:rPr>
        <w:t xml:space="preserve">[53:33] </w:t>
      </w:r>
      <w:r>
        <w:t>pata nahi kya matlab hai, is sawal ka matlab hi meri samajh nahi hai.</w:t>
      </w:r>
    </w:p>
    <w:p>
      <w:pPr>
        <w:jc w:val="right"/>
      </w:pPr>
      <w:r>
        <w:t>پتہ نہیں کیا مطلب ہے، اس سوال کا مطلب ہی میری سمجھ نہیں ہے۔</w:t>
      </w:r>
    </w:p>
    <w:p>
      <w:r>
        <w:rPr>
          <w:b/>
        </w:rPr>
        <w:t xml:space="preserve">[53:39] </w:t>
      </w:r>
      <w:r>
        <w:t>aap dekhiye, is tarah ki baat jab aap kahhen to aap ko specific language mein kehna chahiye.</w:t>
      </w:r>
    </w:p>
    <w:p>
      <w:pPr>
        <w:jc w:val="right"/>
      </w:pPr>
      <w:r>
        <w:t>آپ دیکھیے، اس طرح کی بات جب آپ کہیں تو آپ کو specific language میں کہنا چاہیے۔</w:t>
      </w:r>
    </w:p>
    <w:p>
      <w:r>
        <w:rPr>
          <w:b/>
        </w:rPr>
        <w:t xml:space="preserve">[53:46] </w:t>
      </w:r>
      <w:r>
        <w:t>specific language, yeh jo aap ne sawal kiya, yeh non-specific language mein hai.</w:t>
      </w:r>
    </w:p>
    <w:p>
      <w:pPr>
        <w:jc w:val="right"/>
      </w:pPr>
      <w:r>
        <w:t>Specific language، یہ جو آپ نے سوال کیا، یہ non-specific language میں ہے۔</w:t>
      </w:r>
    </w:p>
    <w:p>
      <w:r>
        <w:rPr>
          <w:b/>
        </w:rPr>
        <w:t xml:space="preserve">[53:53] </w:t>
      </w:r>
      <w:r>
        <w:t>to main jab sawal ka jawab hi nahi samajh raha hoon to kya jawab dun is ka? sawal</w:t>
      </w:r>
    </w:p>
    <w:p>
      <w:pPr>
        <w:jc w:val="right"/>
      </w:pPr>
      <w:r>
        <w:t>تو میں جب سوال کا جواب ہی نہیں سمجھ رہا ہوں تو کیا جواب دوں اس کا؟ سوال</w:t>
      </w:r>
    </w:p>
    <w:p>
      <w:r>
        <w:rPr>
          <w:b/>
        </w:rPr>
        <w:t xml:space="preserve">[54:00] </w:t>
      </w:r>
      <w:r>
        <w:t>ka tareeqa yeh hai ke aap sawal ko hona chahiye specific language mein taake mujeeb samjhe ke sawal</w:t>
      </w:r>
    </w:p>
    <w:p>
      <w:pPr>
        <w:jc w:val="right"/>
      </w:pPr>
      <w:r>
        <w:t>کا طریقہ یہ ہے کہ آپ سوال کو ہونا چاہیے specific language میں تاکہ مجیب سمجھے کہ سوال</w:t>
      </w:r>
    </w:p>
    <w:p>
      <w:r>
        <w:rPr>
          <w:b/>
        </w:rPr>
        <w:t xml:space="preserve">[54:07] </w:t>
      </w:r>
      <w:r>
        <w:t>karne wale ka mudda kya hai.</w:t>
      </w:r>
    </w:p>
    <w:p>
      <w:pPr>
        <w:jc w:val="right"/>
      </w:pPr>
      <w:r>
        <w:t>کرنے والے کا مدعا کیا ہے۔</w:t>
      </w:r>
    </w:p>
    <w:p>
      <w:r>
        <w:rPr>
          <w:b/>
        </w:rPr>
        <w:t xml:space="preserve">[54:13] </w:t>
      </w:r>
      <w:r>
        <w:t>ji maulana, agla sawal lete hain jo chandigarh se kashif sahib ne likha hai.</w:t>
      </w:r>
    </w:p>
    <w:p>
      <w:pPr>
        <w:jc w:val="right"/>
      </w:pPr>
      <w:r>
        <w:t>جی مولانا، اگلا سوال لیتے ہیں جو چندی گڑھ سے کاشف صاحب نے لکھا ہے۔</w:t>
      </w:r>
    </w:p>
    <w:p>
      <w:r>
        <w:rPr>
          <w:b/>
        </w:rPr>
        <w:t xml:space="preserve">[54:20] </w:t>
      </w:r>
      <w:r>
        <w:t>unhon ne aapse poocha hai: maulana sahib, you said today that failure is an experience.</w:t>
      </w:r>
    </w:p>
    <w:p>
      <w:pPr>
        <w:jc w:val="right"/>
      </w:pPr>
      <w:r>
        <w:t>انہوں نے آپ سے پوچھا ہے: مولانا صاحب, you said today that failure is an experience.</w:t>
      </w:r>
    </w:p>
    <w:p>
      <w:r>
        <w:rPr>
          <w:b/>
        </w:rPr>
        <w:t xml:space="preserve">[54:27] </w:t>
      </w:r>
      <w:r>
        <w:t>i too have experienced failures, but it has always made me negative and demoralized me.</w:t>
      </w:r>
    </w:p>
    <w:p>
      <w:pPr>
        <w:jc w:val="right"/>
      </w:pPr>
      <w:r>
        <w:t>I too have experienced failures, but it has always made me negative and demoralized me.</w:t>
      </w:r>
    </w:p>
    <w:p>
      <w:r>
        <w:rPr>
          <w:b/>
        </w:rPr>
        <w:t xml:space="preserve">[54:34] </w:t>
      </w:r>
      <w:r>
        <w:t>how can i change my thinking to take failures as experiences and not something negative?</w:t>
      </w:r>
    </w:p>
    <w:p>
      <w:pPr>
        <w:jc w:val="right"/>
      </w:pPr>
      <w:r>
        <w:t>How can I change my thinking to take failures as experiences and not something negative?</w:t>
      </w:r>
    </w:p>
    <w:p>
      <w:r>
        <w:rPr>
          <w:b/>
        </w:rPr>
        <w:t xml:space="preserve">[54:41] </w:t>
      </w:r>
      <w:r>
        <w:t>it is so hard to take failures positively.</w:t>
      </w:r>
    </w:p>
    <w:p>
      <w:pPr>
        <w:jc w:val="right"/>
      </w:pPr>
      <w:r>
        <w:t>It is so hard to take failures positively.</w:t>
      </w:r>
    </w:p>
    <w:p>
      <w:r>
        <w:rPr>
          <w:b/>
        </w:rPr>
        <w:t xml:space="preserve">[54:46] </w:t>
      </w:r>
      <w:r>
        <w:t>What would be your advice to me?</w:t>
      </w:r>
    </w:p>
    <w:p>
      <w:pPr>
        <w:jc w:val="right"/>
      </w:pPr>
      <w:r>
        <w:t>What would be your advice to me?</w:t>
      </w:r>
    </w:p>
    <w:p>
      <w:r>
        <w:rPr>
          <w:b/>
        </w:rPr>
        <w:t xml:space="preserve">[54:51] </w:t>
      </w:r>
      <w:r>
        <w:t>to aap mein to kahoon ga aap jantay hi nahin kay experience kya hai.</w:t>
      </w:r>
    </w:p>
    <w:p>
      <w:pPr>
        <w:jc w:val="right"/>
      </w:pPr>
      <w:r>
        <w:t>تو آپ میں تو کہوں گا آپ جانتے ہی نہیں کہ experience کیا ہے۔</w:t>
      </w:r>
    </w:p>
    <w:p>
      <w:r>
        <w:rPr>
          <w:b/>
        </w:rPr>
        <w:t xml:space="preserve">[54:57] </w:t>
      </w:r>
      <w:r>
        <w:t>aap jantay hi nahin kay experience kya hai.</w:t>
      </w:r>
    </w:p>
    <w:p>
      <w:pPr>
        <w:jc w:val="right"/>
      </w:pPr>
      <w:r>
        <w:t>آپ جانتے ہی نہیں کہ experience کیا ہے۔</w:t>
      </w:r>
    </w:p>
    <w:p>
      <w:r>
        <w:rPr>
          <w:b/>
        </w:rPr>
        <w:t xml:space="preserve">[55:02] </w:t>
      </w:r>
      <w:r>
        <w:t>aap nay yeh apnay baray mein jo samjha kay woh ghalat samjha.</w:t>
      </w:r>
    </w:p>
    <w:p>
      <w:pPr>
        <w:jc w:val="right"/>
      </w:pPr>
      <w:r>
        <w:t>آپ نے یہ اپنے بارے میں جو سمجھا کہ وہ غلط سمجھا۔</w:t>
      </w:r>
    </w:p>
    <w:p>
      <w:r>
        <w:rPr>
          <w:b/>
        </w:rPr>
        <w:t xml:space="preserve">[55:08] </w:t>
      </w:r>
      <w:r>
        <w:t>aap jantay hi nahin kay experience kya hai.</w:t>
      </w:r>
    </w:p>
    <w:p>
      <w:pPr>
        <w:jc w:val="right"/>
      </w:pPr>
      <w:r>
        <w:t>آپ جانتے ہی نہیں کہ experience کیا ہے۔</w:t>
      </w:r>
    </w:p>
    <w:p>
      <w:r>
        <w:rPr>
          <w:b/>
        </w:rPr>
        <w:t xml:space="preserve">[55:13] </w:t>
      </w:r>
      <w:r>
        <w:t>experience ka matlab hi yeh hai kay rethinking ka subject banana.</w:t>
      </w:r>
    </w:p>
    <w:p>
      <w:pPr>
        <w:jc w:val="right"/>
      </w:pPr>
      <w:r>
        <w:t>Experience کا مطلب ہی یہی ہے کہ rethinking کا subject بنانا۔</w:t>
      </w:r>
    </w:p>
    <w:p>
      <w:r>
        <w:rPr>
          <w:b/>
        </w:rPr>
        <w:t xml:space="preserve">[55:18] </w:t>
      </w:r>
      <w:r>
        <w:t>experience ka matlab hi kay agar aap fail ho jayen to is failure ka jo tajurba aap ko</w:t>
      </w:r>
    </w:p>
    <w:p>
      <w:pPr>
        <w:jc w:val="right"/>
      </w:pPr>
      <w:r>
        <w:t>Experience کا مطلب ہی کہ اگر آپ fail ہو جائیں تو اس failure کا جو تجربہ آپ کو</w:t>
      </w:r>
    </w:p>
    <w:p>
      <w:r>
        <w:rPr>
          <w:b/>
        </w:rPr>
        <w:t xml:space="preserve">[55:24] </w:t>
      </w:r>
      <w:r>
        <w:t>hua hai, is tajurbay ko lay kar aap rethinking karen.</w:t>
      </w:r>
    </w:p>
    <w:p>
      <w:pPr>
        <w:jc w:val="right"/>
      </w:pPr>
      <w:r>
        <w:t>ہوا ہے، اس تجربے کو لے کر آپ rethinking کریں۔</w:t>
      </w:r>
    </w:p>
    <w:p>
      <w:r>
        <w:rPr>
          <w:b/>
        </w:rPr>
        <w:t xml:space="preserve">[55:29] </w:t>
      </w:r>
      <w:r>
        <w:t>yeh hi to hai experience.</w:t>
      </w:r>
    </w:p>
    <w:p>
      <w:pPr>
        <w:jc w:val="right"/>
      </w:pPr>
      <w:r>
        <w:t>یہی تو ہے experience۔</w:t>
      </w:r>
    </w:p>
    <w:p>
      <w:r>
        <w:rPr>
          <w:b/>
        </w:rPr>
        <w:t xml:space="preserve">[55:35] </w:t>
      </w:r>
      <w:r>
        <w:t>yeh nahin to phir aap ko experience kahan hua? jo aap ko hua, woh to reaction tha.</w:t>
      </w:r>
    </w:p>
    <w:p>
      <w:pPr>
        <w:jc w:val="right"/>
      </w:pPr>
      <w:r>
        <w:t>یہ نہیں تو پھر آپ کو experience کہاں ہوا؟ جو آپ کو ہوا، وہ تو reaction تھا۔</w:t>
      </w:r>
    </w:p>
    <w:p>
      <w:r>
        <w:rPr>
          <w:b/>
        </w:rPr>
        <w:t xml:space="preserve">[55:40] </w:t>
      </w:r>
      <w:r>
        <w:t>aap reaction aur experience ko alag alag kar kay nahin daikh paatay.</w:t>
      </w:r>
    </w:p>
    <w:p>
      <w:pPr>
        <w:jc w:val="right"/>
      </w:pPr>
      <w:r>
        <w:t>آپ reaction اور experience کو الگ الگ کر کے نہیں دیکھ پاتے۔</w:t>
      </w:r>
    </w:p>
    <w:p>
      <w:r>
        <w:rPr>
          <w:b/>
        </w:rPr>
        <w:t xml:space="preserve">[55:45] </w:t>
      </w:r>
      <w:r>
        <w:t>experience pooray ma'nay mein aik positive word hai.</w:t>
      </w:r>
    </w:p>
    <w:p>
      <w:pPr>
        <w:jc w:val="right"/>
      </w:pPr>
      <w:r>
        <w:t>Experience پورے معنی میں ایک positive word ہے۔</w:t>
      </w:r>
    </w:p>
    <w:p>
      <w:r>
        <w:rPr>
          <w:b/>
        </w:rPr>
        <w:t xml:space="preserve">[55:51] </w:t>
      </w:r>
      <w:r>
        <w:t>positive, jaisay rasool Allah sal Allah alayh wasallam ko experience hua kay woh log tayyar nahin hain is</w:t>
      </w:r>
    </w:p>
    <w:p>
      <w:pPr>
        <w:jc w:val="right"/>
      </w:pPr>
      <w:r>
        <w:t>Positive، جیسے رسول اللہ صلی اللہ علیہ وسلم کو experience ہوا کہ وہ لوگ تیار نہیں ہیں اس</w:t>
      </w:r>
    </w:p>
    <w:p>
      <w:r>
        <w:rPr>
          <w:b/>
        </w:rPr>
        <w:t xml:space="preserve">[55:56] </w:t>
      </w:r>
      <w:r>
        <w:t>baat kay liye kay Hudaybiyyah agreement mein Muhammad rasool Allah likha jaye.</w:t>
      </w:r>
    </w:p>
    <w:p>
      <w:pPr>
        <w:jc w:val="right"/>
      </w:pPr>
      <w:r>
        <w:t>بات کے لیے کہ حدیبیہ agreement میں محمد رسول اللہ لکھا جائے۔</w:t>
      </w:r>
    </w:p>
    <w:p>
      <w:r>
        <w:rPr>
          <w:b/>
        </w:rPr>
        <w:t xml:space="preserve">[56:02] </w:t>
      </w:r>
      <w:r>
        <w:t>to aap nay is ko positive sense mein liya kay theek hai, mita do is ko, likho Muhammad ibn Abdullah.</w:t>
      </w:r>
    </w:p>
    <w:p>
      <w:pPr>
        <w:jc w:val="right"/>
      </w:pPr>
      <w:r>
        <w:t>تو آپ نے اس کو positive sense میں لیا کہ ٹھیک ہے، مٹا دو اس کو، لکھو محمد ابن عبداللہ۔</w:t>
      </w:r>
    </w:p>
    <w:p>
      <w:r>
        <w:rPr>
          <w:b/>
        </w:rPr>
        <w:t xml:space="preserve">[56:07] </w:t>
      </w:r>
      <w:r>
        <w:t>to aap nay abhi apnay experience ko positive sense mein liya hi nahin, reaction kay tor par liya.</w:t>
      </w:r>
    </w:p>
    <w:p>
      <w:pPr>
        <w:jc w:val="right"/>
      </w:pPr>
      <w:r>
        <w:t>تو آپ نے ابھی اپنے experience کو positive sense میں لیا ہی نہیں، reaction کے طور پر لیا۔</w:t>
      </w:r>
    </w:p>
    <w:p>
      <w:r>
        <w:rPr>
          <w:b/>
        </w:rPr>
        <w:t xml:space="preserve">[56:12] </w:t>
      </w:r>
      <w:r>
        <w:t>to aap ko kaisay is say faida hoga? ji Maulana, agla sawal letay hain jo Lucknow say bheja</w:t>
      </w:r>
    </w:p>
    <w:p>
      <w:pPr>
        <w:jc w:val="right"/>
      </w:pPr>
      <w:r>
        <w:t>تو آپ کو کیسے اس سے فائدہ ہوگا؟ جی مولانا، اگلا سوال لیتے ہیں جو لکھنؤ سے بھیجا</w:t>
      </w:r>
    </w:p>
    <w:p>
      <w:r>
        <w:rPr>
          <w:b/>
        </w:rPr>
        <w:t xml:space="preserve">[56:18] </w:t>
      </w:r>
      <w:r>
        <w:t>hai Atta Bol sahib nay aur unhon nay likha hai: Maulana sahib Many people commit suicides when they face failures.</w:t>
      </w:r>
    </w:p>
    <w:p>
      <w:pPr>
        <w:jc w:val="right"/>
      </w:pPr>
      <w:r>
        <w:t>ہے عطا بول صاحب نے اور انہوں نے لکھا ہے: مولانا صاحب Many people commit suicides when they face failures.</w:t>
      </w:r>
    </w:p>
    <w:p>
      <w:r>
        <w:rPr>
          <w:b/>
        </w:rPr>
        <w:t xml:space="preserve">[56:23] </w:t>
      </w:r>
      <w:r>
        <w:t>As for them, it is the end of their dream.</w:t>
      </w:r>
    </w:p>
    <w:p>
      <w:pPr>
        <w:jc w:val="right"/>
      </w:pPr>
      <w:r>
        <w:t>As for them, it is the end of their dream.</w:t>
      </w:r>
    </w:p>
    <w:p>
      <w:r>
        <w:rPr>
          <w:b/>
        </w:rPr>
        <w:t xml:space="preserve">[56:29] </w:t>
      </w:r>
      <w:r>
        <w:t>For example, I know someone who had a passion to become a doctor and dreamed all his life</w:t>
      </w:r>
    </w:p>
    <w:p>
      <w:pPr>
        <w:jc w:val="right"/>
      </w:pPr>
      <w:r>
        <w:t>For example, I know someone who had a passion to become a doctor and dreamed all his life</w:t>
      </w:r>
    </w:p>
    <w:p>
      <w:r>
        <w:rPr>
          <w:b/>
        </w:rPr>
        <w:t xml:space="preserve">[56:34] </w:t>
      </w:r>
      <w:r>
        <w:t>to become a heart surgeon, but he failed to clear the entrance exam, and as a result, he</w:t>
      </w:r>
    </w:p>
    <w:p>
      <w:pPr>
        <w:jc w:val="right"/>
      </w:pPr>
      <w:r>
        <w:t>to become a heart surgeon, but he failed to clear the entrance exam, and as a result, he</w:t>
      </w:r>
    </w:p>
    <w:p>
      <w:r>
        <w:rPr>
          <w:b/>
        </w:rPr>
        <w:t xml:space="preserve">[56:39] </w:t>
      </w:r>
      <w:r>
        <w:t>has attempted suicides few times.</w:t>
      </w:r>
    </w:p>
    <w:p>
      <w:pPr>
        <w:jc w:val="right"/>
      </w:pPr>
      <w:r>
        <w:t>has attempted suicides few times.</w:t>
      </w:r>
    </w:p>
    <w:p>
      <w:r>
        <w:rPr>
          <w:b/>
        </w:rPr>
        <w:t xml:space="preserve">[56:45] </w:t>
      </w:r>
      <w:r>
        <w:t>How can I convince him to adopt practical wisdom as this is what he wanted in life and</w:t>
      </w:r>
    </w:p>
    <w:p>
      <w:pPr>
        <w:jc w:val="right"/>
      </w:pPr>
      <w:r>
        <w:t>How can I convince him to adopt practical wisdom as this is what he wanted in life and</w:t>
      </w:r>
    </w:p>
    <w:p>
      <w:r>
        <w:rPr>
          <w:b/>
        </w:rPr>
        <w:t xml:space="preserve">[56:50] </w:t>
      </w:r>
      <w:r>
        <w:t>does not want to think of any second alternative?</w:t>
      </w:r>
    </w:p>
    <w:p>
      <w:pPr>
        <w:jc w:val="right"/>
      </w:pPr>
      <w:r>
        <w:t>does not want to think of any second alternative?</w:t>
      </w:r>
    </w:p>
    <w:p>
      <w:r>
        <w:rPr>
          <w:b/>
        </w:rPr>
        <w:t xml:space="preserve">[56:56] </w:t>
      </w:r>
      <w:r>
        <w:t>Please advise in such a scenario how failures can be taken as positive experiences.</w:t>
      </w:r>
    </w:p>
    <w:p>
      <w:pPr>
        <w:jc w:val="right"/>
      </w:pPr>
      <w:r>
        <w:t>Please advise in such a scenario how failures can be taken as positive experiences.</w:t>
      </w:r>
    </w:p>
    <w:p>
      <w:r>
        <w:rPr>
          <w:b/>
        </w:rPr>
        <w:t xml:space="preserve">[57:01] </w:t>
      </w:r>
      <w:r>
        <w:t>dekhiye, suicide par ek kitaab chhapi hai, is ne bohat se cases ko study kiya hai.</w:t>
      </w:r>
    </w:p>
    <w:p>
      <w:pPr>
        <w:jc w:val="right"/>
      </w:pPr>
      <w:r>
        <w:t>دیکھیے، suicide پر ایک کتاب چھپی ہے، اس نے بہت سے cases کو study کیا ہے۔</w:t>
      </w:r>
    </w:p>
    <w:p>
      <w:r>
        <w:rPr>
          <w:b/>
        </w:rPr>
        <w:t xml:space="preserve">[57:07] </w:t>
      </w:r>
      <w:r>
        <w:t>aise case jis mein aadmi ne attempt kiya lekin woh marne se bach gaya.</w:t>
      </w:r>
    </w:p>
    <w:p>
      <w:pPr>
        <w:jc w:val="right"/>
      </w:pPr>
      <w:r>
        <w:t>ایسے case جس میں آدمی نے attempt کیا لیکن وہ مرنے سے بچ گیا۔</w:t>
      </w:r>
    </w:p>
    <w:p>
      <w:r>
        <w:rPr>
          <w:b/>
        </w:rPr>
        <w:t xml:space="preserve">[57:13] </w:t>
      </w:r>
      <w:r>
        <w:t>suicide kiya is ne lekin woh bach gaya.</w:t>
      </w:r>
    </w:p>
    <w:p>
      <w:pPr>
        <w:jc w:val="right"/>
      </w:pPr>
      <w:r>
        <w:t>Suicide کیا اس نے لیکن وہ بچ گیا۔</w:t>
      </w:r>
    </w:p>
    <w:p>
      <w:r>
        <w:rPr>
          <w:b/>
        </w:rPr>
        <w:t xml:space="preserve">[57:19] </w:t>
      </w:r>
      <w:r>
        <w:t>to is ne likha hai ke jo aadmi suicide karne se bach jata hai, us ka hero ban jata hai.</w:t>
      </w:r>
    </w:p>
    <w:p>
      <w:pPr>
        <w:jc w:val="right"/>
      </w:pPr>
      <w:r>
        <w:t>تو اس نے لکھا ہے کہ جو آدمی suicide کرنے سے بچ جاتا ہے، اس کا hero بن جاتا ہے۔</w:t>
      </w:r>
    </w:p>
    <w:p>
      <w:r>
        <w:rPr>
          <w:b/>
        </w:rPr>
        <w:t xml:space="preserve">[57:25] </w:t>
      </w:r>
      <w:r>
        <w:t>woh mein ne khud bhi ek aadmi ko dekha hai Aadam Garh mein jis ne suicide kiya tha,</w:t>
      </w:r>
    </w:p>
    <w:p>
      <w:pPr>
        <w:jc w:val="right"/>
      </w:pPr>
      <w:r>
        <w:t>وہ میں نے خود بھی ایک آدمی کو دیکھا ہے آدھم گڑھ میں جس نے suicide کیا تھا،</w:t>
      </w:r>
    </w:p>
    <w:p>
      <w:r>
        <w:rPr>
          <w:b/>
        </w:rPr>
        <w:t xml:space="preserve">[57:31] </w:t>
      </w:r>
      <w:r>
        <w:t>lekin phir doctor aa gaye aur is ne bacha liya us ko.</w:t>
      </w:r>
    </w:p>
    <w:p>
      <w:pPr>
        <w:jc w:val="right"/>
      </w:pPr>
      <w:r>
        <w:t>لیکن پھر ڈاکٹر آگئے اور اس نے بچا لیا اس کو۔</w:t>
      </w:r>
    </w:p>
    <w:p>
      <w:r>
        <w:rPr>
          <w:b/>
        </w:rPr>
        <w:t xml:space="preserve">[57:36] </w:t>
      </w:r>
      <w:r>
        <w:t>woh hero ban gaya.</w:t>
      </w:r>
    </w:p>
    <w:p>
      <w:pPr>
        <w:jc w:val="right"/>
      </w:pPr>
      <w:r>
        <w:t>وہ hero بن گیا۔</w:t>
      </w:r>
    </w:p>
    <w:p>
      <w:r>
        <w:rPr>
          <w:b/>
        </w:rPr>
        <w:t xml:space="preserve">[57:42] </w:t>
      </w:r>
      <w:r>
        <w:t>to suicide jo log karte hain, woh asal mein unawareness ki wajah se karte hain.</w:t>
      </w:r>
    </w:p>
    <w:p>
      <w:pPr>
        <w:jc w:val="right"/>
      </w:pPr>
      <w:r>
        <w:t>تو suicide جو لوگ کرتے ہیں، وہ اصل میں unawareness کی وجہ سے کرتے ہیں۔</w:t>
      </w:r>
    </w:p>
    <w:p>
      <w:r>
        <w:rPr>
          <w:b/>
        </w:rPr>
        <w:t xml:space="preserve">[57:48] </w:t>
      </w:r>
      <w:r>
        <w:t>na apne baray mein jante, na law of nature ko jante, na scope ko jante, na opportunities ko jante.</w:t>
      </w:r>
    </w:p>
    <w:p>
      <w:pPr>
        <w:jc w:val="right"/>
      </w:pPr>
      <w:r>
        <w:t>نہ اپنے بارے میں جانتے، نہ لاء آف نیچر کو جانتے، نہ scope کو جانتے، نہ opportunities کو جانتے۔</w:t>
      </w:r>
    </w:p>
    <w:p>
      <w:r>
        <w:rPr>
          <w:b/>
        </w:rPr>
        <w:t xml:space="preserve">[57:54] </w:t>
      </w:r>
      <w:r>
        <w:t>woh sirf mayusi ko jante hain, apni mayusi ko.</w:t>
      </w:r>
    </w:p>
    <w:p>
      <w:pPr>
        <w:jc w:val="right"/>
      </w:pPr>
      <w:r>
        <w:t>وہ صرف مایوسی کو جانتے ہیں، اپنی مایوسی کو۔</w:t>
      </w:r>
    </w:p>
    <w:p>
      <w:r>
        <w:rPr>
          <w:b/>
        </w:rPr>
        <w:t xml:space="preserve">[58:00] </w:t>
      </w:r>
      <w:r>
        <w:t>mayusi ko le kar ke woh suicide kar lete hain.</w:t>
      </w:r>
    </w:p>
    <w:p>
      <w:pPr>
        <w:jc w:val="right"/>
      </w:pPr>
      <w:r>
        <w:t>مایوسی کو لے کر کے وہ suicide کر لیتے ہیں۔</w:t>
      </w:r>
    </w:p>
    <w:p>
      <w:r>
        <w:rPr>
          <w:b/>
        </w:rPr>
        <w:t xml:space="preserve">[58:06] </w:t>
      </w:r>
      <w:r>
        <w:t>har suicide karne wala aadmi sirf mayusi ko janta hai, kuch janta hi nahi.</w:t>
      </w:r>
    </w:p>
    <w:p>
      <w:pPr>
        <w:jc w:val="right"/>
      </w:pPr>
      <w:r>
        <w:t>ہر suicide کرنے والا آدمی صرف مایوسی کو جانتا ہے، کچھ جانتا ہی نہیں۔</w:t>
      </w:r>
    </w:p>
    <w:p>
      <w:r>
        <w:rPr>
          <w:b/>
        </w:rPr>
        <w:t xml:space="preserve">[58:11] </w:t>
      </w:r>
      <w:r>
        <w:t>ab is kitaab ko parhiye, is mein bataya gaya hai ke jo aadmi suicide kiya aur bach gaya,</w:t>
      </w:r>
    </w:p>
    <w:p>
      <w:pPr>
        <w:jc w:val="right"/>
      </w:pPr>
      <w:r>
        <w:t>اب اس کتاب کو پڑھیے، اس میں بتایا گیا ہے کہ جو آدمی suicide کیا اور بچ گیا،</w:t>
      </w:r>
    </w:p>
    <w:p>
      <w:r>
        <w:rPr>
          <w:b/>
        </w:rPr>
        <w:t xml:space="preserve">[58:17] </w:t>
      </w:r>
      <w:r>
        <w:t>woh hero ban gaya.</w:t>
      </w:r>
    </w:p>
    <w:p>
      <w:pPr>
        <w:jc w:val="right"/>
      </w:pPr>
      <w:r>
        <w:t>وہ hero بن گیا۔</w:t>
      </w:r>
    </w:p>
    <w:p>
      <w:r>
        <w:rPr>
          <w:b/>
        </w:rPr>
        <w:t xml:space="preserve">[58:23] </w:t>
      </w:r>
      <w:r>
        <w:t>woh kyunke is zindagi ki qeemat maloom ho gayi, us ko is ko zindagi ki qeemat maloom ho gayi.</w:t>
      </w:r>
    </w:p>
    <w:p>
      <w:pPr>
        <w:jc w:val="right"/>
      </w:pPr>
      <w:r>
        <w:t>وہ کیونکہ اس زندگی کی قیمت معلوم ہو گئی، اس کو اس کو زندگی کی قیمت معلوم ہو گئی۔</w:t>
      </w:r>
    </w:p>
    <w:p>
      <w:r>
        <w:rPr>
          <w:b/>
        </w:rPr>
        <w:t xml:space="preserve">[58:29] </w:t>
      </w:r>
      <w:r>
        <w:t>ji Maulana, agla sawal Bhopal se bheja hai Farooq sahib ne aur unhon ne aap se poocha hai</w:t>
      </w:r>
    </w:p>
    <w:p>
      <w:pPr>
        <w:jc w:val="right"/>
      </w:pPr>
      <w:r>
        <w:t>جی مولانا، اگلا سوال بھوپال سے بھیجا ہے فاروق صاحب نے اور انہوں نے آپ سے پوچھا ہے</w:t>
      </w:r>
    </w:p>
    <w:p>
      <w:r>
        <w:rPr>
          <w:b/>
        </w:rPr>
        <w:t xml:space="preserve">[58:35] </w:t>
      </w:r>
      <w:r>
        <w:t>ke Maulana sahib Can you give us examples from your life as to how you took failures in</w:t>
      </w:r>
    </w:p>
    <w:p>
      <w:pPr>
        <w:jc w:val="right"/>
      </w:pPr>
      <w:r>
        <w:t>کہ مولانا صاحب Can you give us examples from your life as to how you took failures in</w:t>
      </w:r>
    </w:p>
    <w:p>
      <w:r>
        <w:rPr>
          <w:b/>
        </w:rPr>
        <w:t xml:space="preserve">[58:41] </w:t>
      </w:r>
      <w:r>
        <w:t>your individual life as experiences which changed the course of your life for better?</w:t>
      </w:r>
    </w:p>
    <w:p>
      <w:pPr>
        <w:jc w:val="right"/>
      </w:pPr>
      <w:r>
        <w:t>your individual life as experiences which changed the course of your life for better?</w:t>
      </w:r>
    </w:p>
    <w:p>
      <w:r>
        <w:rPr>
          <w:b/>
        </w:rPr>
        <w:t xml:space="preserve">[58:47] </w:t>
      </w:r>
      <w:r>
        <w:t>meri to poori zindagi isi ki misaal hai.</w:t>
      </w:r>
    </w:p>
    <w:p>
      <w:pPr>
        <w:jc w:val="right"/>
      </w:pPr>
      <w:r>
        <w:t>میری تو پوری زندگی اسی کی مثال ہے۔</w:t>
      </w:r>
    </w:p>
    <w:p>
      <w:r>
        <w:rPr>
          <w:b/>
        </w:rPr>
        <w:t xml:space="preserve">[58:53] </w:t>
      </w:r>
      <w:r>
        <w:t>poori zindagi mein bar bar bata bhi chuka hoon is program mein.</w:t>
      </w:r>
    </w:p>
    <w:p>
      <w:pPr>
        <w:jc w:val="right"/>
      </w:pPr>
      <w:r>
        <w:t>پوری زندگی میں بار بار بتا بھی چکا ہوں اس program میں۔</w:t>
      </w:r>
    </w:p>
    <w:p>
      <w:r>
        <w:rPr>
          <w:b/>
        </w:rPr>
        <w:t xml:space="preserve">[58:59] </w:t>
      </w:r>
      <w:r>
        <w:t>aap kabhi Delhi aain to inshallah mein aap ko aur bataunga ya aap telephone kijiye.</w:t>
      </w:r>
    </w:p>
    <w:p>
      <w:pPr>
        <w:jc w:val="right"/>
      </w:pPr>
      <w:r>
        <w:t>آپ کبھی دلی آئیں تو انشاءاللہ میں آپ کو اور بتاؤں گا یا آپ ٹیلی فون کیجیے۔</w:t>
      </w:r>
    </w:p>
    <w:p>
      <w:r>
        <w:rPr>
          <w:b/>
        </w:rPr>
        <w:t xml:space="preserve">[59:05] </w:t>
      </w:r>
      <w:r>
        <w:t>yahan to mein program mein bar bar bata chuka hoon aise waqiat apne.</w:t>
      </w:r>
    </w:p>
    <w:p>
      <w:pPr>
        <w:jc w:val="right"/>
      </w:pPr>
      <w:r>
        <w:t>یہاں تو میں program میں بار بار بتا چکا ہوں ایسے واقعات اپنے۔</w:t>
      </w:r>
    </w:p>
    <w:p>
      <w:r>
        <w:rPr>
          <w:b/>
        </w:rPr>
        <w:t xml:space="preserve">[59:11] </w:t>
      </w:r>
      <w:r>
        <w:t>aap regular agar aap ne suna ho aap ne to aap janenge ke mein ne bar bar bataya aise waqiat.</w:t>
      </w:r>
    </w:p>
    <w:p>
      <w:pPr>
        <w:jc w:val="right"/>
      </w:pPr>
      <w:r>
        <w:t>آپ regular اگر آپ سنا ہو آپ نے تو آپ جانیں گے کہ میں نے بار بار بتایا ایسے واقعات۔</w:t>
      </w:r>
    </w:p>
    <w:p>
      <w:r>
        <w:rPr>
          <w:b/>
        </w:rPr>
        <w:t xml:space="preserve">[59:17] </w:t>
      </w:r>
      <w:r>
        <w:t>ek baar nahi hai.</w:t>
      </w:r>
    </w:p>
    <w:p>
      <w:pPr>
        <w:jc w:val="right"/>
      </w:pPr>
      <w:r>
        <w:t>ایک بار نہیں ہے۔</w:t>
      </w:r>
    </w:p>
    <w:p>
      <w:r>
        <w:rPr>
          <w:b/>
        </w:rPr>
        <w:t xml:space="preserve">[59:23] </w:t>
      </w:r>
      <w:r>
        <w:t>مولانا، باربیل سے مختar ansari sahab ne aap se pucha hai ke maulana sahab How to develop right thinking attitude?</w:t>
      </w:r>
    </w:p>
    <w:p>
      <w:pPr>
        <w:jc w:val="right"/>
      </w:pPr>
      <w:r>
        <w:t>مولانا، باربیل سے مختار انصاری صاحب نے آپ سے پوچھا ہے کہ مولانا صاحب How to develop right thinking attitude?</w:t>
      </w:r>
    </w:p>
    <w:p>
      <w:r>
        <w:rPr>
          <w:b/>
        </w:rPr>
        <w:t xml:space="preserve">[59:30] </w:t>
      </w:r>
      <w:r>
        <w:t>Kindly advise me.</w:t>
      </w:r>
    </w:p>
    <w:p>
      <w:pPr>
        <w:jc w:val="right"/>
      </w:pPr>
      <w:r>
        <w:t>Kindly advise me.</w:t>
      </w:r>
    </w:p>
    <w:p>
      <w:r>
        <w:rPr>
          <w:b/>
        </w:rPr>
        <w:t xml:space="preserve">[59:35] </w:t>
      </w:r>
      <w:r>
        <w:t>Objective study bas aik hi lafz hai.</w:t>
      </w:r>
    </w:p>
    <w:p>
      <w:pPr>
        <w:jc w:val="right"/>
      </w:pPr>
      <w:r>
        <w:t>Objective study بس ایک ہی لفظ ہے۔</w:t>
      </w:r>
    </w:p>
    <w:p>
      <w:r>
        <w:rPr>
          <w:b/>
        </w:rPr>
        <w:t xml:space="preserve">[59:41] </w:t>
      </w:r>
      <w:r>
        <w:t>Objective study aur bas musalmanon mein yeh hai hi nahin.</w:t>
      </w:r>
    </w:p>
    <w:p>
      <w:pPr>
        <w:jc w:val="right"/>
      </w:pPr>
      <w:r>
        <w:t>Objective study اور بس مسلمانوں میں یہ ہے ہی نہیں۔</w:t>
      </w:r>
    </w:p>
    <w:p>
      <w:r>
        <w:rPr>
          <w:b/>
        </w:rPr>
        <w:t xml:space="preserve">[59:46] </w:t>
      </w:r>
      <w:r>
        <w:t>Musalmanon mein objective study sarr-e-aam nahin hai.</w:t>
      </w:r>
    </w:p>
    <w:p>
      <w:pPr>
        <w:jc w:val="right"/>
      </w:pPr>
      <w:r>
        <w:t>مسلمانوں میں objective study سرے سے نہیں ہے۔</w:t>
      </w:r>
    </w:p>
    <w:p>
      <w:r>
        <w:rPr>
          <w:b/>
        </w:rPr>
        <w:t xml:space="preserve">[59:52] </w:t>
      </w:r>
      <w:r>
        <w:t>Baray baray top kay log bhi in kay andar objective study nahin hai.</w:t>
      </w:r>
    </w:p>
    <w:p>
      <w:pPr>
        <w:jc w:val="right"/>
      </w:pPr>
      <w:r>
        <w:t>بڑے بڑے ٹاپ کے لوگ بھی ان کے اندر objective study نہیں ہے۔</w:t>
      </w:r>
    </w:p>
    <w:p>
      <w:r>
        <w:rPr>
          <w:b/>
        </w:rPr>
        <w:t xml:space="preserve">[59:57] </w:t>
      </w:r>
      <w:r>
        <w:t>To apni thinking ko badliey, apni objectivity paida kijiye aur aur study barhaiye.</w:t>
      </w:r>
    </w:p>
    <w:p>
      <w:pPr>
        <w:jc w:val="right"/>
      </w:pPr>
      <w:r>
        <w:t>تو اپنی thinking کو بدلیے، اپنی objectivity پیدا کیجیے اور اور study بڑھائیے۔</w:t>
      </w:r>
    </w:p>
    <w:p>
      <w:r>
        <w:rPr>
          <w:b/>
        </w:rPr>
        <w:t xml:space="preserve">[1:00:03] </w:t>
      </w:r>
      <w:r>
        <w:t>To apnay aap woh is cheez paida ho jaye gi.</w:t>
      </w:r>
    </w:p>
    <w:p>
      <w:pPr>
        <w:jc w:val="right"/>
      </w:pPr>
      <w:r>
        <w:t>تو اپنے آپ وہ اس چیز پیدا ہو جائے گی۔</w:t>
      </w:r>
    </w:p>
    <w:p>
      <w:r>
        <w:rPr>
          <w:b/>
        </w:rPr>
        <w:t xml:space="preserve">[1:00:08] </w:t>
      </w:r>
      <w:r>
        <w:t>Aap ko apnay aap.</w:t>
      </w:r>
    </w:p>
    <w:p>
      <w:pPr>
        <w:jc w:val="right"/>
      </w:pPr>
      <w:r>
        <w:t>آپ کو اپنے آپ۔</w:t>
      </w:r>
    </w:p>
    <w:p>
      <w:r>
        <w:rPr>
          <w:b/>
        </w:rPr>
        <w:t xml:space="preserve">[1:00:14] </w:t>
      </w:r>
      <w:r>
        <w:t>Okay, we will end this session.</w:t>
      </w:r>
    </w:p>
    <w:p>
      <w:pPr>
        <w:jc w:val="right"/>
      </w:pPr>
      <w:r>
        <w:t>Okay, we will end this session.</w:t>
      </w:r>
    </w:p>
    <w:p>
      <w:r>
        <w:rPr>
          <w:b/>
        </w:rPr>
        <w:t xml:space="preserve">[1:00:19] </w:t>
      </w:r>
      <w:r>
        <w:t>If you want to join CPS International, then please write to us at info@cpsglobal.org.</w:t>
      </w:r>
    </w:p>
    <w:p>
      <w:pPr>
        <w:jc w:val="right"/>
      </w:pPr>
      <w:r>
        <w:t>If you want to join CPS International, then please write to us at info@cpsglobal.org.</w:t>
      </w:r>
    </w:p>
    <w:p>
      <w:r>
        <w:rPr>
          <w:b/>
        </w:rPr>
        <w:t xml:space="preserve">[1:00:25] </w:t>
      </w:r>
      <w:r>
        <w:t>Kindly advise me. Objective study bas ek hi lafz hai. Objective study aur bas Musalmanon mein yeh hai hi nahi. Musalmanon mein objective study sarr se nahi hai. bare bare top ke log bhi un ke andar objective study nahi hai. to apni thinking ko badliye, apni objectivity paida kijiye aur aur study badhaiye. to apne aap woh is cheez paida ho jayegi. aap ko apne aap. Okay, we will end this session. If you want to join CPS International, then please write to us at info@cpsglobal.org.</w:t>
      </w:r>
    </w:p>
    <w:p>
      <w:pPr>
        <w:jc w:val="right"/>
      </w:pPr>
      <w:r>
        <w:t>We will be back next Sunday, same time.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