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Universal Message of Ramadan June 26, 2016</w:t>
      </w:r>
    </w:p>
    <w:p>
      <w:r>
        <w:t>https://www.youtube.com/watch?v=4KyXKlN0UbE</w:t>
      </w:r>
    </w:p>
    <w:p>
      <w:r>
        <w:rPr>
          <w:b/>
        </w:rPr>
        <w:t xml:space="preserve">[00:14] </w:t>
      </w:r>
      <w:r>
        <w:t>bismillah rahman rahim, wa salla Allahu ala nabi al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[00:17]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26 June 2016.</w:t>
      </w:r>
    </w:p>
    <w:p>
      <w:pPr>
        <w:jc w:val="right"/>
      </w:pPr>
      <w:r>
        <w:t>26 جون 2016۔</w:t>
      </w:r>
    </w:p>
    <w:p>
      <w:r>
        <w:rPr>
          <w:b/>
        </w:rPr>
        <w:t xml:space="preserve">[00:24] </w:t>
      </w:r>
      <w:r>
        <w:t>is waqt bajaye Ramzan ke bare mein kuch baatein kehna hai, dekhiye, agar aap Quran ko dekhen to</w:t>
      </w:r>
    </w:p>
    <w:p>
      <w:pPr>
        <w:jc w:val="right"/>
      </w:pPr>
      <w:r>
        <w:t>اس وقت بجائے رمضان کے بارے میں کچھ باتیں کہنا ہے، دیکھیے، اگر آپ قرآن کو دیکھیں تو</w:t>
      </w:r>
    </w:p>
    <w:p>
      <w:r>
        <w:rPr>
          <w:b/>
        </w:rPr>
        <w:t xml:space="preserve">[00:32] </w:t>
      </w:r>
      <w:r>
        <w:t>Quran mein Surah Al-Baqarah mein detail ke sath Quran ka hukum aaya hai.</w:t>
      </w:r>
    </w:p>
    <w:p>
      <w:pPr>
        <w:jc w:val="right"/>
      </w:pPr>
      <w:r>
        <w:t>قرآن میں سورہ البقرہ میں ڈیٹیل کے ساتھ قرآن کا حکم آیا ہے۔</w:t>
      </w:r>
    </w:p>
    <w:p>
      <w:r>
        <w:rPr>
          <w:b/>
        </w:rPr>
        <w:t xml:space="preserve">[00:38] </w:t>
      </w:r>
      <w:r>
        <w:t>Hadees ki kitabon mein kafi riwayatein aayi hain, Mishkat al-Masabih mein taqreeban 152 hadeesein ekatha ki gayi hain.</w:t>
      </w:r>
    </w:p>
    <w:p>
      <w:pPr>
        <w:jc w:val="right"/>
      </w:pPr>
      <w:r>
        <w:t>حدیث کی کتابوں میں کافی روایتیں آئی ہیں، مشکات المصابیح میں تقریباً 152 حدیثیں اکٹھا کی گئی ہیں۔</w:t>
      </w:r>
    </w:p>
    <w:p>
      <w:r>
        <w:rPr>
          <w:b/>
        </w:rPr>
        <w:t xml:space="preserve">[00:45] </w:t>
      </w:r>
      <w:r>
        <w:t>aap in hadeeson ko padhen to aik bohat ajeeb baat aap ke samne aayegi.</w:t>
      </w:r>
    </w:p>
    <w:p>
      <w:pPr>
        <w:jc w:val="right"/>
      </w:pPr>
      <w:r>
        <w:t>آپ ان حدیثوں کو پڑھیں تو ایک بہت عجیب بات آپ کے سامنے آئے گی۔</w:t>
      </w:r>
    </w:p>
    <w:p>
      <w:r>
        <w:rPr>
          <w:b/>
        </w:rPr>
        <w:t xml:space="preserve">[00:52] </w:t>
      </w:r>
      <w:r>
        <w:t>aik taraf aap ko ajeeb hadeesein milengi jis mein roze ka bohat zyada reward bataya gaya hai,</w:t>
      </w:r>
    </w:p>
    <w:p>
      <w:pPr>
        <w:jc w:val="right"/>
      </w:pPr>
      <w:r>
        <w:t>ایک طرف آپ کو عجیب حدیثیں ملیں گی جس میں روزے کا بہت زیادہ ریوارڈ بتایا گیا ہے،</w:t>
      </w:r>
    </w:p>
    <w:p>
      <w:r>
        <w:rPr>
          <w:b/>
        </w:rPr>
        <w:t xml:space="preserve">[01:00] </w:t>
      </w:r>
      <w:r>
        <w:t>itna zyada reward jo kisi bhi doosre amal par nahi hai.</w:t>
      </w:r>
    </w:p>
    <w:p>
      <w:pPr>
        <w:jc w:val="right"/>
      </w:pPr>
      <w:r>
        <w:t>اتنا زیادہ ریوارڈ جو کسی بھی دوسرے عمل پر نہیں ہے۔</w:t>
      </w:r>
    </w:p>
    <w:p>
      <w:r>
        <w:rPr>
          <w:b/>
        </w:rPr>
        <w:t xml:space="preserve">[01:04] </w:t>
      </w:r>
      <w:r>
        <w:t>doosri taraf inhi hadeeson mein aap ko aisi hadeesein milein gi jis mein bataya gaya hai ke kuch</w:t>
      </w:r>
    </w:p>
    <w:p>
      <w:pPr>
        <w:jc w:val="right"/>
      </w:pPr>
      <w:r>
        <w:t>دوسری طرف انہی حدیثوں میں آپ کو ایسی حدیثیں ملیں گی جس میں بتایا گیا ہے کہ کچھ</w:t>
      </w:r>
    </w:p>
    <w:p>
      <w:r>
        <w:rPr>
          <w:b/>
        </w:rPr>
        <w:t xml:space="preserve">[01:12] </w:t>
      </w:r>
      <w:r>
        <w:t>logon ka roza kuch bhi nahi hota, nothing hota hai.</w:t>
      </w:r>
    </w:p>
    <w:p>
      <w:pPr>
        <w:jc w:val="right"/>
      </w:pPr>
      <w:r>
        <w:t>لوگوں کا روزہ کچھ بھی نہیں ہوتا، نتھنگ ہوتا ہے۔</w:t>
      </w:r>
    </w:p>
    <w:p>
      <w:r>
        <w:rPr>
          <w:b/>
        </w:rPr>
        <w:t xml:space="preserve">[01:16] </w:t>
      </w:r>
      <w:r>
        <w:t>aise alfaaz aaye hain hadees ki kitabon mein ke laisa lahum min saamihi illal joo'u wal atashu kuch logon</w:t>
      </w:r>
    </w:p>
    <w:p>
      <w:pPr>
        <w:jc w:val="right"/>
      </w:pPr>
      <w:r>
        <w:t>ایسے الفاظ آئے ہیں حدیث کی کتابوں میں کہ لَيْسَ لَهُمْ مِنْ سَامِهِ إِلَّا الجُوعُ وَالْعَطَشُ کچھ لوگوں</w:t>
      </w:r>
    </w:p>
    <w:p>
      <w:r>
        <w:rPr>
          <w:b/>
        </w:rPr>
        <w:t xml:space="preserve">[01:24] </w:t>
      </w:r>
      <w:r>
        <w:t>ke liye in ka roza bhook pyas ke siwa kuch bhi nahi hota.</w:t>
      </w:r>
    </w:p>
    <w:p>
      <w:pPr>
        <w:jc w:val="right"/>
      </w:pPr>
      <w:r>
        <w:t>کے لیے ان کا روزہ بھوک پیاس کے سوا کچھ بھی نہیں ہوتا۔</w:t>
      </w:r>
    </w:p>
    <w:p>
      <w:r>
        <w:rPr>
          <w:b/>
        </w:rPr>
        <w:t xml:space="preserve">[01:30] </w:t>
      </w:r>
      <w:r>
        <w:t>to yeh do qism ki hadeesein kyun hain? dekhiye, roze ki do soortein hain, ek hai roza wid</w:t>
      </w:r>
    </w:p>
    <w:p>
      <w:pPr>
        <w:jc w:val="right"/>
      </w:pPr>
      <w:r>
        <w:t>تو یہ دو قسم کی حدیثیں کیوں ہیں؟ دیکھیے، روزے کی دو صورتیں ہیں، ایک ہے روزہ ود</w:t>
      </w:r>
    </w:p>
    <w:p>
      <w:r>
        <w:rPr>
          <w:b/>
        </w:rPr>
        <w:t xml:space="preserve">[01:37] </w:t>
      </w:r>
      <w:r>
        <w:t>spirit and a rose without spirit.</w:t>
      </w:r>
    </w:p>
    <w:p>
      <w:pPr>
        <w:jc w:val="right"/>
      </w:pPr>
      <w:r>
        <w:t>اسپرٹ اور ایک روزہ ود آؤٹ اسپرٹ۔</w:t>
      </w:r>
    </w:p>
    <w:p>
      <w:r>
        <w:rPr>
          <w:b/>
        </w:rPr>
        <w:t xml:space="preserve">[01:40] </w:t>
      </w:r>
      <w:r>
        <w:t>to roze ki ek rooh hai, ek spirit hai, woh agar hai to roza asli roza hota hai.</w:t>
      </w:r>
    </w:p>
    <w:p>
      <w:pPr>
        <w:jc w:val="right"/>
      </w:pPr>
      <w:r>
        <w:t>تو روزے کی ایک روح ہے، ایک اسپرٹ ہے، وہ اگر ہے تو روزہ اصلی روزہ ہوتا ہے۔</w:t>
      </w:r>
    </w:p>
    <w:p>
      <w:r>
        <w:rPr>
          <w:b/>
        </w:rPr>
        <w:t xml:space="preserve">[01:48] </w:t>
      </w:r>
      <w:r>
        <w:t>agar roze mein spirit na ho to woh phir ek form hoga, us ki koi value Allah ke</w:t>
      </w:r>
    </w:p>
    <w:p>
      <w:pPr>
        <w:jc w:val="right"/>
      </w:pPr>
      <w:r>
        <w:t>اگر روزے میں اسپرٹ نہ ہو تو وہ پھر ایک فارم ہوگا، اس کی کوئی ویلیو اللہ کے</w:t>
      </w:r>
    </w:p>
    <w:p>
      <w:r>
        <w:rPr>
          <w:b/>
        </w:rPr>
        <w:t xml:space="preserve">[01:56] </w:t>
      </w:r>
      <w:r>
        <w:t>nazdeek nahi hogi.</w:t>
      </w:r>
    </w:p>
    <w:p>
      <w:pPr>
        <w:jc w:val="right"/>
      </w:pPr>
      <w:r>
        <w:t>نزدیک نہیں ہوگی۔</w:t>
      </w:r>
    </w:p>
    <w:p>
      <w:r>
        <w:rPr>
          <w:b/>
        </w:rPr>
        <w:t xml:space="preserve">[01:57] </w:t>
      </w:r>
      <w:r>
        <w:t>is liye do qism ki hadeesein hain.</w:t>
      </w:r>
    </w:p>
    <w:p>
      <w:pPr>
        <w:jc w:val="right"/>
      </w:pPr>
      <w:r>
        <w:t>اس لیے دو قسم کی حدیثیں ہیں۔</w:t>
      </w:r>
    </w:p>
    <w:p>
      <w:r>
        <w:rPr>
          <w:b/>
        </w:rPr>
        <w:t xml:space="preserve">[02:00] </w:t>
      </w:r>
      <w:r>
        <w:t>ab form ka jahan ta'alluq hai, woh to aap jante hain, har saal aap masjidon mein, madarson mein</w:t>
      </w:r>
    </w:p>
    <w:p>
      <w:pPr>
        <w:jc w:val="right"/>
      </w:pPr>
      <w:r>
        <w:t>اب فارم کا جہاں تعلق ہے، وہ تو آپ جانتے ہیں، ہر سال آپ مسجدوں میں، مدرسوں میں</w:t>
      </w:r>
    </w:p>
    <w:p>
      <w:r>
        <w:rPr>
          <w:b/>
        </w:rPr>
        <w:t xml:space="preserve">[02:08] </w:t>
      </w:r>
      <w:r>
        <w:t>aur jalson mein form ki baatein hoti hain.</w:t>
      </w:r>
    </w:p>
    <w:p>
      <w:pPr>
        <w:jc w:val="right"/>
      </w:pPr>
      <w:r>
        <w:t>اور جلسوں میں فارم کی باتیں ہوتی ہیں۔</w:t>
      </w:r>
    </w:p>
    <w:p>
      <w:r>
        <w:rPr>
          <w:b/>
        </w:rPr>
        <w:t xml:space="preserve">[02:11] </w:t>
      </w:r>
      <w:r>
        <w:t>faza'il bataye jaate hain, woh sab form ke upar.</w:t>
      </w:r>
    </w:p>
    <w:p>
      <w:pPr>
        <w:jc w:val="right"/>
      </w:pPr>
      <w:r>
        <w:t>فضائل بتائے جاتے ہیں، وہ سب فارم کے اوپر۔</w:t>
      </w:r>
    </w:p>
    <w:p>
      <w:r>
        <w:rPr>
          <w:b/>
        </w:rPr>
        <w:t xml:space="preserve">[02:15] </w:t>
      </w:r>
      <w:r>
        <w:t>magar form ke aitbar se roze ki asal ahmiyat nahi hai, asal ahmiyat hai us ki spirit ke</w:t>
      </w:r>
    </w:p>
    <w:p>
      <w:pPr>
        <w:jc w:val="right"/>
      </w:pPr>
      <w:r>
        <w:t>مگر فارم کے اعتبار سے روزہ کی اصل اہمیت نہیں ہے، اصل اہمیت ہے اس کی اسپرٹ کے</w:t>
      </w:r>
    </w:p>
    <w:p>
      <w:r>
        <w:rPr>
          <w:b/>
        </w:rPr>
        <w:t xml:space="preserve">[02:23] </w:t>
      </w:r>
      <w:r>
        <w:t>aitbar se.</w:t>
      </w:r>
    </w:p>
    <w:p>
      <w:pPr>
        <w:jc w:val="right"/>
      </w:pPr>
      <w:r>
        <w:t>اعتبار سے۔</w:t>
      </w:r>
    </w:p>
    <w:p>
      <w:r>
        <w:rPr>
          <w:b/>
        </w:rPr>
        <w:t xml:space="preserve">[02:24] </w:t>
      </w:r>
      <w:r>
        <w:t>to spirit kya hai? hadees mein aata hai ke mallam yaday khawl azzoori wal amala bihi falaisa lillahi haajatum</w:t>
      </w:r>
    </w:p>
    <w:p>
      <w:pPr>
        <w:jc w:val="right"/>
      </w:pPr>
      <w:r>
        <w:t>تو اسپرٹ کیا ہے؟ حدیث میں آتا ہے کہ مَلَّمْ يَدَى خَوْلَ الزُّورِ وَالْعَمَلَ بِهِ فَلَيْسَ لِلَّهِ حَاجَةٌۭ</w:t>
      </w:r>
    </w:p>
    <w:p>
      <w:r>
        <w:rPr>
          <w:b/>
        </w:rPr>
        <w:t xml:space="preserve">[02:32] </w:t>
      </w:r>
      <w:r>
        <w:t>ya yaday ta'amahu wa shrabahu yaani jo aadmi roza rakh kar jhoot bolna aur jhoot par amal karna na</w:t>
      </w:r>
    </w:p>
    <w:p>
      <w:pPr>
        <w:jc w:val="right"/>
      </w:pPr>
      <w:r>
        <w:t>يَا يَدَى طَعْمَهُ وَشْرَابَهُ یعنی جو آدمی روزہ رکھ کر جھوٹ بولنا اور جھوٹ پر عمل کرنا نہ</w:t>
      </w:r>
    </w:p>
    <w:p>
      <w:r>
        <w:rPr>
          <w:b/>
        </w:rPr>
        <w:t xml:space="preserve">[02:40] </w:t>
      </w:r>
      <w:r>
        <w:t>chhore, to Allah ko us ki hajat nahi ke woh apna khana peena chhod de.</w:t>
      </w:r>
    </w:p>
    <w:p>
      <w:pPr>
        <w:jc w:val="right"/>
      </w:pPr>
      <w:r>
        <w:t>چھوڑے، تو اللہ کو اس کی حاجت نہیں کہ وہ اپنا کھانا پینا چھوڑ دے۔</w:t>
      </w:r>
    </w:p>
    <w:p>
      <w:r>
        <w:rPr>
          <w:b/>
        </w:rPr>
        <w:t xml:space="preserve">[02:46] </w:t>
      </w:r>
      <w:r>
        <w:t>abu ghawth ki yeh kitni sakht hadees hai ke ek aadmi subah se shaam tak roza rakh kar</w:t>
      </w:r>
    </w:p>
    <w:p>
      <w:pPr>
        <w:jc w:val="right"/>
      </w:pPr>
      <w:r>
        <w:t>ابو غوث کی یہ کتنی سخت حدیث ہے کہ ایک آدمی صبح سے شام تک روزہ رکھ کر</w:t>
      </w:r>
    </w:p>
    <w:p>
      <w:r>
        <w:rPr>
          <w:b/>
        </w:rPr>
        <w:t xml:space="preserve">[02:54] </w:t>
      </w:r>
      <w:r>
        <w:t>bhooka rehta, pyasa rehta hai.</w:t>
      </w:r>
    </w:p>
    <w:p>
      <w:pPr>
        <w:jc w:val="right"/>
      </w:pPr>
      <w:r>
        <w:t>بھوکا رہتا، پیاسا رہتا ہے۔</w:t>
      </w:r>
    </w:p>
    <w:p>
      <w:r>
        <w:rPr>
          <w:b/>
        </w:rPr>
        <w:t xml:space="preserve">[02:56] </w:t>
      </w:r>
      <w:r>
        <w:t>lekin agar woh aisa nahi karta ke jhoot culture ko nahi chhodta, woh to us ka roza Allah</w:t>
      </w:r>
    </w:p>
    <w:p>
      <w:pPr>
        <w:jc w:val="right"/>
      </w:pPr>
      <w:r>
        <w:t>لیکن اگر وہ ایسا نہیں کرتا کہ جھوٹ کلچر کو نہیں چھوڑتا، وہ تو اس کا روزہ اللہ</w:t>
      </w:r>
    </w:p>
    <w:p>
      <w:r>
        <w:rPr>
          <w:b/>
        </w:rPr>
        <w:t xml:space="preserve">[03:04] </w:t>
      </w:r>
      <w:r>
        <w:t>ke nazdeek kuch bhi nahi hai.</w:t>
      </w:r>
    </w:p>
    <w:p>
      <w:pPr>
        <w:jc w:val="right"/>
      </w:pPr>
      <w:r>
        <w:t>کے نزدیک کچھ بھی نہیں ہے۔</w:t>
      </w:r>
    </w:p>
    <w:p>
      <w:r>
        <w:rPr>
          <w:b/>
        </w:rPr>
        <w:t xml:space="preserve">[03:06] </w:t>
      </w:r>
      <w:r>
        <w:t>dekhiye, dunya mein ek hai jhoot culture, ek hai sach culture.</w:t>
      </w:r>
    </w:p>
    <w:p>
      <w:pPr>
        <w:jc w:val="right"/>
      </w:pPr>
      <w:r>
        <w:t>دیکھیے، دنیا میں ایک ہے جھوٹ کلچر، ایک ہے سچ کلچر۔</w:t>
      </w:r>
    </w:p>
    <w:p>
      <w:r>
        <w:rPr>
          <w:b/>
        </w:rPr>
        <w:t xml:space="preserve">[03:11] </w:t>
      </w:r>
      <w:r>
        <w:t>har maamle mein, yaani ek fard ki zindagi mein bhi aur poori qaum ki zindagi mein bhi, poori</w:t>
      </w:r>
    </w:p>
    <w:p>
      <w:pPr>
        <w:jc w:val="right"/>
      </w:pPr>
      <w:r>
        <w:t>ہر معاملے میں، یعنی ایک فرد کی زندگی میں بھی اور پوری قوم کی زندگی میں بھی، پوری</w:t>
      </w:r>
    </w:p>
    <w:p>
      <w:r>
        <w:rPr>
          <w:b/>
        </w:rPr>
        <w:t xml:space="preserve">[03:19] </w:t>
      </w:r>
      <w:r>
        <w:t>qaum.</w:t>
      </w:r>
    </w:p>
    <w:p>
      <w:pPr>
        <w:jc w:val="right"/>
      </w:pPr>
      <w:r>
        <w:t>قوم۔</w:t>
      </w:r>
    </w:p>
    <w:p>
      <w:r>
        <w:rPr>
          <w:b/>
        </w:rPr>
        <w:t xml:space="preserve">[03:20] </w:t>
      </w:r>
      <w:r>
        <w:t>tu aik hai ke zindagi chal rahi ho sach culture par, aik chal rahi hai ke zindagi chal</w:t>
      </w:r>
    </w:p>
    <w:p>
      <w:pPr>
        <w:jc w:val="right"/>
      </w:pPr>
      <w:r>
        <w:t>تو ایک ہے کہ زندگی چل رہی ہو سچ کلچر پر، ایک چل رہی ہے کہ زندگی چل</w:t>
      </w:r>
    </w:p>
    <w:p>
      <w:r>
        <w:rPr>
          <w:b/>
        </w:rPr>
        <w:t xml:space="preserve">[03:28] </w:t>
      </w:r>
      <w:r>
        <w:t>rahi ho jhoot culture par.</w:t>
      </w:r>
    </w:p>
    <w:p>
      <w:pPr>
        <w:jc w:val="right"/>
      </w:pPr>
      <w:r>
        <w:t>رہی ہو جھوٹ کلچر پر۔</w:t>
      </w:r>
    </w:p>
    <w:p>
      <w:r>
        <w:rPr>
          <w:b/>
        </w:rPr>
        <w:t xml:space="preserve">[03:30] </w:t>
      </w:r>
      <w:r>
        <w:t>tu jhoot culture par agar aap ki zindagi chal rahi hai to bazahir aap roza rakhen, bhooke pyase</w:t>
      </w:r>
    </w:p>
    <w:p>
      <w:pPr>
        <w:jc w:val="right"/>
      </w:pPr>
      <w:r>
        <w:t>تو جھوٹ کلچر پر اگر آپ کی زندگی چل رہی ہے تو بظاہر آپ روزہ رکھیں، بھوکے پیاسے</w:t>
      </w:r>
    </w:p>
    <w:p>
      <w:r>
        <w:rPr>
          <w:b/>
        </w:rPr>
        <w:t xml:space="preserve">[03:38] </w:t>
      </w:r>
      <w:r>
        <w:t>rahen, to Allah ke nazdeek is ki koi qeemat nahi hai.</w:t>
      </w:r>
    </w:p>
    <w:p>
      <w:pPr>
        <w:jc w:val="right"/>
      </w:pPr>
      <w:r>
        <w:t>رہیں، تو اللہ کے نزدیک اس کی کوئی قیمت نہیں ہے۔</w:t>
      </w:r>
    </w:p>
    <w:p>
      <w:r>
        <w:rPr>
          <w:b/>
        </w:rPr>
        <w:t xml:space="preserve">[03:43] </w:t>
      </w:r>
      <w:r>
        <w:t>yeh roze mein jo chhora jata hai khana peena, woh hai alamaati tark.</w:t>
      </w:r>
    </w:p>
    <w:p>
      <w:pPr>
        <w:jc w:val="right"/>
      </w:pPr>
      <w:r>
        <w:t>یہ روزے میں جو چھوڑا جاتا ہے کھانا پینا، وہ ہے علامتی ترک۔</w:t>
      </w:r>
    </w:p>
    <w:p>
      <w:r>
        <w:rPr>
          <w:b/>
        </w:rPr>
        <w:t xml:space="preserve">[03:48] </w:t>
      </w:r>
      <w:r>
        <w:t>wohi asal nahi hai.</w:t>
      </w:r>
    </w:p>
    <w:p>
      <w:pPr>
        <w:jc w:val="right"/>
      </w:pPr>
      <w:r>
        <w:t>وہی اصل نہیں ہے۔</w:t>
      </w:r>
    </w:p>
    <w:p>
      <w:r>
        <w:rPr>
          <w:b/>
        </w:rPr>
        <w:t xml:space="preserve">[03:50] </w:t>
      </w:r>
      <w:r>
        <w:t>yani khana aur pani chhor kar aadmi yeh ahad karta hai, yeh decide karta hai ke mein isi</w:t>
      </w:r>
    </w:p>
    <w:p>
      <w:pPr>
        <w:jc w:val="right"/>
      </w:pPr>
      <w:r>
        <w:t>یعنی کھانا اور پانی چھوڑ کر آدمی یہ عہد کرتا ہے، یہ ڈیسائیڈ کرتا ہے کہ میں اسی</w:t>
      </w:r>
    </w:p>
    <w:p>
      <w:r>
        <w:rPr>
          <w:b/>
        </w:rPr>
        <w:t xml:space="preserve">[03:58] </w:t>
      </w:r>
      <w:r>
        <w:t>tarah har us cheez ko chhodunga jo Allah ko pasand nahi.</w:t>
      </w:r>
    </w:p>
    <w:p>
      <w:pPr>
        <w:jc w:val="right"/>
      </w:pPr>
      <w:r>
        <w:t>طرح ہر اس چیز کو چھوڑوں گا جو اللہ کو پسند نہیں۔</w:t>
      </w:r>
    </w:p>
    <w:p>
      <w:r>
        <w:rPr>
          <w:b/>
        </w:rPr>
        <w:t xml:space="preserve">[04:03] </w:t>
      </w:r>
      <w:r>
        <w:t>tab utha roza roza hai.</w:t>
      </w:r>
    </w:p>
    <w:p>
      <w:pPr>
        <w:jc w:val="right"/>
      </w:pPr>
      <w:r>
        <w:t>تب اٹھا روزہ روزہ ہے۔</w:t>
      </w:r>
    </w:p>
    <w:p>
      <w:r>
        <w:rPr>
          <w:b/>
        </w:rPr>
        <w:t xml:space="preserve">[04:05] </w:t>
      </w:r>
      <w:r>
        <w:t>tu aap dekhiye, dunya mein aam taur par jhoot culture chal raha hai.</w:t>
      </w:r>
    </w:p>
    <w:p>
      <w:pPr>
        <w:jc w:val="right"/>
      </w:pPr>
      <w:r>
        <w:t>تو آپ دیکھیے، دنیا میں عام طور پر جھوٹ کلچر چل رہا ہے۔</w:t>
      </w:r>
    </w:p>
    <w:p>
      <w:r>
        <w:rPr>
          <w:b/>
        </w:rPr>
        <w:t xml:space="preserve">[04:11] </w:t>
      </w:r>
      <w:r>
        <w:t>akhbar mein, radio mein, television mein, mein to jahan dekhta hoon, har jagah mujhe jhooti jhoot dikhaya</w:t>
      </w:r>
    </w:p>
    <w:p>
      <w:pPr>
        <w:jc w:val="right"/>
      </w:pPr>
      <w:r>
        <w:t>اخبار میں، ریڈیو میں، ٹیلی ویژن میں، میں تو جہاں دیکھتا ہوں، ہر جگہ مجھے جھوٹی جھوٹ دکھایا</w:t>
      </w:r>
    </w:p>
    <w:p>
      <w:r>
        <w:rPr>
          <w:b/>
        </w:rPr>
        <w:t xml:space="preserve">[04:18]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[04:20] </w:t>
      </w:r>
      <w:r>
        <w:t>dil mein kuch, zuban par kuch, haqeeqat mein kuch, alfaaz mein kuch.</w:t>
      </w:r>
    </w:p>
    <w:p>
      <w:pPr>
        <w:jc w:val="right"/>
      </w:pPr>
      <w:r>
        <w:t>دل میں کچھ، زبان پر کچھ، حقیقت میں کچھ، الفاظ میں کچھ۔</w:t>
      </w:r>
    </w:p>
    <w:p>
      <w:r>
        <w:rPr>
          <w:b/>
        </w:rPr>
        <w:t xml:space="preserve">[04:25] </w:t>
      </w:r>
      <w:r>
        <w:t>misalan aik hukoomat aik bohat bara plan banayegi, is mein arbon kharbon rupay kharch karegi.</w:t>
      </w:r>
    </w:p>
    <w:p>
      <w:pPr>
        <w:jc w:val="right"/>
      </w:pPr>
      <w:r>
        <w:t>مثلاً ایک حکومت ایک بہت بڑا پلان بنائے گی، اس میں اربوں کھربوں روپے خرچ کرے گی۔</w:t>
      </w:r>
    </w:p>
    <w:p>
      <w:r>
        <w:rPr>
          <w:b/>
        </w:rPr>
        <w:t xml:space="preserve">[04:32] </w:t>
      </w:r>
      <w:r>
        <w:t>tu khane ke liye to woh plan hoga, economic plan.</w:t>
      </w:r>
    </w:p>
    <w:p>
      <w:pPr>
        <w:jc w:val="right"/>
      </w:pPr>
      <w:r>
        <w:t>تو کھانے کے لیے تو وہ پلان ہوگا، ایکانومک پلان۔</w:t>
      </w:r>
    </w:p>
    <w:p>
      <w:r>
        <w:rPr>
          <w:b/>
        </w:rPr>
        <w:t xml:space="preserve">[04:36] </w:t>
      </w:r>
      <w:r>
        <w:t>haqeeqat mein woh hoga paisa lootne ke liye.</w:t>
      </w:r>
    </w:p>
    <w:p>
      <w:pPr>
        <w:jc w:val="right"/>
      </w:pPr>
      <w:r>
        <w:t>حقیقت میں وہ ہوگا پیسہ لوٹنے کے لیے۔</w:t>
      </w:r>
    </w:p>
    <w:p>
      <w:r>
        <w:rPr>
          <w:b/>
        </w:rPr>
        <w:t xml:space="preserve">[04:40] </w:t>
      </w:r>
      <w:r>
        <w:t>yehi fard ki zindagi mein hai.</w:t>
      </w:r>
    </w:p>
    <w:p>
      <w:pPr>
        <w:jc w:val="right"/>
      </w:pPr>
      <w:r>
        <w:t>یہی فرد کی زندگی میں ہے۔</w:t>
      </w:r>
    </w:p>
    <w:p>
      <w:r>
        <w:rPr>
          <w:b/>
        </w:rPr>
        <w:t xml:space="preserve">[04:42] </w:t>
      </w:r>
      <w:r>
        <w:t>aadmi ke aap se aik wada karega, bohat achhi si baat bolega, lekin baad mein kya</w:t>
      </w:r>
    </w:p>
    <w:p>
      <w:pPr>
        <w:jc w:val="right"/>
      </w:pPr>
      <w:r>
        <w:t>آدمی کے آپ سے ایک وعدہ کرے گا، بہت اچھی سی بات بولے گا، لیکن بعد میں کیا</w:t>
      </w:r>
    </w:p>
    <w:p>
      <w:r>
        <w:rPr>
          <w:b/>
        </w:rPr>
        <w:t xml:space="preserve">[04:50] </w:t>
      </w:r>
      <w:r>
        <w:t>hoga ke wada poora nahi karega woh.</w:t>
      </w:r>
    </w:p>
    <w:p>
      <w:pPr>
        <w:jc w:val="right"/>
      </w:pPr>
      <w:r>
        <w:t>ہوگا کہ وعدہ پورا نہیں کرے گا وہ۔</w:t>
      </w:r>
    </w:p>
    <w:p>
      <w:r>
        <w:rPr>
          <w:b/>
        </w:rPr>
        <w:t xml:space="preserve">[04:54] </w:t>
      </w:r>
      <w:r>
        <w:t>tu dekhiye, roza is baat ki alamat hai ke aadmi jhoot culture ko chhoday aur sach culture ko</w:t>
      </w:r>
    </w:p>
    <w:p>
      <w:pPr>
        <w:jc w:val="right"/>
      </w:pPr>
      <w:r>
        <w:t>تو دیکھیے، روزہ اس بات کی علامت ہے کہ آدمی جھوٹ کلچر کو چھوڑے اور سچ کلچر کو</w:t>
      </w:r>
    </w:p>
    <w:p>
      <w:r>
        <w:rPr>
          <w:b/>
        </w:rPr>
        <w:t xml:space="preserve">[05:01] </w:t>
      </w:r>
      <w:r>
        <w:t>pakray.</w:t>
      </w:r>
    </w:p>
    <w:p>
      <w:pPr>
        <w:jc w:val="right"/>
      </w:pPr>
      <w:r>
        <w:t>پکڑے۔</w:t>
      </w:r>
    </w:p>
    <w:p>
      <w:r>
        <w:rPr>
          <w:b/>
        </w:rPr>
        <w:t xml:space="preserve">[05:03] </w:t>
      </w:r>
      <w:r>
        <w:t>quran mein hai ke kya akhirat mein kuch log honge jo set of truth par wahan par</w:t>
      </w:r>
    </w:p>
    <w:p>
      <w:pPr>
        <w:jc w:val="right"/>
      </w:pPr>
      <w:r>
        <w:t>قرآن میں ہے کہ کیا آخرت میں کچھ لوگ ہوں گے جو سیٹ آف ٹروتھ پر وہاں پر</w:t>
      </w:r>
    </w:p>
    <w:p>
      <w:r>
        <w:rPr>
          <w:b/>
        </w:rPr>
        <w:t xml:space="preserve">[05:11] </w:t>
      </w:r>
      <w:r>
        <w:t>jagah payenge? fi maqdas sidqin inda malikin muqtadiren tu yeh woh kon log honge? yeh woh</w:t>
      </w:r>
    </w:p>
    <w:p>
      <w:pPr>
        <w:jc w:val="right"/>
      </w:pPr>
      <w:r>
        <w:t>جگہ پائیں گے؟ فِي مَقَدَسِ صِدْقٍ عِنْدَ مَلِكِ مُقْدِدٍ تو یہ وہ کون لوگ ہوں گے؟ یہ وہ</w:t>
      </w:r>
    </w:p>
    <w:p>
      <w:r>
        <w:rPr>
          <w:b/>
        </w:rPr>
        <w:t xml:space="preserve">[05:18] </w:t>
      </w:r>
      <w:r>
        <w:t>log honge jinhone dunya mein jhoot culture ko chhora aur roze ki shakal mein is ka</w:t>
      </w:r>
    </w:p>
    <w:p>
      <w:pPr>
        <w:jc w:val="right"/>
      </w:pPr>
      <w:r>
        <w:t>لوگ ہوں گے جنہوں نے دنیا میں جھوٹ کلچر کو چھوڑا اور روزے کی شکل میں اس کا</w:t>
      </w:r>
    </w:p>
    <w:p>
      <w:r>
        <w:rPr>
          <w:b/>
        </w:rPr>
        <w:t xml:space="preserve">[05:26] </w:t>
      </w:r>
      <w:r>
        <w:t>baqayda ahad kiya ke mein jhoot culture ko chhodunga.</w:t>
      </w:r>
    </w:p>
    <w:p>
      <w:pPr>
        <w:jc w:val="right"/>
      </w:pPr>
      <w:r>
        <w:t>باقاعدہ عہد کیا کہ میں جھوٹ کلچر کو چھوڑوں گا۔</w:t>
      </w:r>
    </w:p>
    <w:p>
      <w:r>
        <w:rPr>
          <w:b/>
        </w:rPr>
        <w:t xml:space="preserve">[05:30] </w:t>
      </w:r>
      <w:r>
        <w:t>rozah haqeeqat mein is baat ka ehad hai ke main jhoot culture ko chhodunga.</w:t>
      </w:r>
    </w:p>
    <w:p>
      <w:pPr>
        <w:jc w:val="right"/>
      </w:pPr>
      <w:r>
        <w:t>روزہ حقیقت میں اس بات کا عہد ہے کہ میں جھوٹ کلچر کو چھوڑوں گا۔</w:t>
      </w:r>
    </w:p>
    <w:p>
      <w:r>
        <w:rPr>
          <w:b/>
        </w:rPr>
        <w:t xml:space="preserve">[05:37] </w:t>
      </w:r>
      <w:r>
        <w:t>to jinhon ne is mani mein rozah rakha, woh Allah ke aakhirat mein mutaqaddis-e-sidq yani set of</w:t>
      </w:r>
    </w:p>
    <w:p>
      <w:pPr>
        <w:jc w:val="right"/>
      </w:pPr>
      <w:r>
        <w:t>تو جنہوں نے اس معنی میں روزہ رکھا، وہ اللہ کے آخرت میں مَتْقَدَسِ صِدْقٍ یعنی سیٹ آف</w:t>
      </w:r>
    </w:p>
    <w:p>
      <w:r>
        <w:rPr>
          <w:b/>
        </w:rPr>
        <w:t xml:space="preserve">[05:44] </w:t>
      </w:r>
      <w:r>
        <w:t>truth par jagah paayenge.</w:t>
      </w:r>
    </w:p>
    <w:p>
      <w:pPr>
        <w:jc w:val="right"/>
      </w:pPr>
      <w:r>
        <w:t>ٹروتھ پر جگہ پائیں گے۔</w:t>
      </w:r>
    </w:p>
    <w:p>
      <w:r>
        <w:rPr>
          <w:b/>
        </w:rPr>
        <w:t xml:space="preserve">[05:47] </w:t>
      </w:r>
      <w:r>
        <w:t>to aap mein yeh nahin kehta ke yeh rozay ka asar mass level par har jagah paaya jaata</w:t>
      </w:r>
    </w:p>
    <w:p>
      <w:pPr>
        <w:jc w:val="right"/>
      </w:pPr>
      <w:r>
        <w:t>تو آپ میں یہ نہیں کہتا کہ یہ روزے کا اثر ماس لیول پر ہر جگہ پایا جاتا</w:t>
      </w:r>
    </w:p>
    <w:p>
      <w:r>
        <w:rPr>
          <w:b/>
        </w:rPr>
        <w:t xml:space="preserve">[05:54] </w:t>
      </w:r>
      <w:r>
        <w:t>hai, lekin individual level par yaqeenan paaya jaata hai.</w:t>
      </w:r>
    </w:p>
    <w:p>
      <w:pPr>
        <w:jc w:val="right"/>
      </w:pPr>
      <w:r>
        <w:t>ہے، لیکن انڈیویجول لیول پر یقیناً پایا جاتا ہے۔</w:t>
      </w:r>
    </w:p>
    <w:p>
      <w:r>
        <w:rPr>
          <w:b/>
        </w:rPr>
        <w:t xml:space="preserve">[05:58] </w:t>
      </w:r>
      <w:r>
        <w:t>mass level par is ka nateeja mein nahin kehta, daawa mera hai ke rozah bilashubah individual level par</w:t>
      </w:r>
    </w:p>
    <w:p>
      <w:pPr>
        <w:jc w:val="right"/>
      </w:pPr>
      <w:r>
        <w:t>ماس لیول پر اس کا نتیجہ میں نہیں کہتا، دعویٰ میرا ہے کہ روزہ بلاشبہ انڈیویجول لیول پر</w:t>
      </w:r>
    </w:p>
    <w:p>
      <w:r>
        <w:rPr>
          <w:b/>
        </w:rPr>
        <w:t xml:space="preserve">[06:06] </w:t>
      </w:r>
      <w:r>
        <w:t>apna nateeja dikhata hai.</w:t>
      </w:r>
    </w:p>
    <w:p>
      <w:pPr>
        <w:jc w:val="right"/>
      </w:pPr>
      <w:r>
        <w:t>اپنا نتیجہ دکھاتا ہے۔</w:t>
      </w:r>
    </w:p>
    <w:p>
      <w:r>
        <w:rPr>
          <w:b/>
        </w:rPr>
        <w:t xml:space="preserve">[06:08] </w:t>
      </w:r>
      <w:r>
        <w:t>misalan jab mein Aadhogarh mein tha to ek saahab se mulaqaat hoti thi, woh ek bade kisaan thay.</w:t>
      </w:r>
    </w:p>
    <w:p>
      <w:pPr>
        <w:jc w:val="right"/>
      </w:pPr>
      <w:r>
        <w:t>مثلاً جب میں آدھوگڑھ میں تھا تو ایک صاحب سے ملاقات ہوتی تھی، وہ ایک بڑے کسان تھے۔</w:t>
      </w:r>
    </w:p>
    <w:p>
      <w:r>
        <w:rPr>
          <w:b/>
        </w:rPr>
        <w:t xml:space="preserve">[06:15] </w:t>
      </w:r>
      <w:r>
        <w:t>un ke paas wirasat mein kaafi badi ek property mili.</w:t>
      </w:r>
    </w:p>
    <w:p>
      <w:pPr>
        <w:jc w:val="right"/>
      </w:pPr>
      <w:r>
        <w:t>ان کے پاس وراثت میں کافی بڑی ایک پراپرٹی ملی۔</w:t>
      </w:r>
    </w:p>
    <w:p>
      <w:r>
        <w:rPr>
          <w:b/>
        </w:rPr>
        <w:t xml:space="preserve">[06:20] </w:t>
      </w:r>
      <w:r>
        <w:t>to woh property un ke baap ne kisi tareeqay se haasil ki thi.</w:t>
      </w:r>
    </w:p>
    <w:p>
      <w:pPr>
        <w:jc w:val="right"/>
      </w:pPr>
      <w:r>
        <w:t>تو وہ پراپرٹی ان کے باپ نے کسی طریقے سے حاصل کی تھی۔</w:t>
      </w:r>
    </w:p>
    <w:p>
      <w:r>
        <w:rPr>
          <w:b/>
        </w:rPr>
        <w:t xml:space="preserve">[06:25] </w:t>
      </w:r>
      <w:r>
        <w:t>to paper ke lihaaz se to un ka maamla pakka tha.</w:t>
      </w:r>
    </w:p>
    <w:p>
      <w:pPr>
        <w:jc w:val="right"/>
      </w:pPr>
      <w:r>
        <w:t>تو پیپر کے لحاظ سے تو ان کا معاملہ پکا تھا۔</w:t>
      </w:r>
    </w:p>
    <w:p>
      <w:r>
        <w:rPr>
          <w:b/>
        </w:rPr>
        <w:t xml:space="preserve">[06:30] </w:t>
      </w:r>
      <w:r>
        <w:t>paper mein poora is ka record maujood tha ke yeh property inhi ki hai.</w:t>
      </w:r>
    </w:p>
    <w:p>
      <w:pPr>
        <w:jc w:val="right"/>
      </w:pPr>
      <w:r>
        <w:t>پیپر میں پورا اس کا ریکارڈ موجود تھا کہ یہ پراپرٹی انہی کی ہے۔</w:t>
      </w:r>
    </w:p>
    <w:p>
      <w:r>
        <w:rPr>
          <w:b/>
        </w:rPr>
        <w:t xml:space="preserve">[06:36] </w:t>
      </w:r>
      <w:r>
        <w:t>lekin unhein maloom hua ke un ke baap ne is property ko galat tareeqay se haasil kiya tha.</w:t>
      </w:r>
    </w:p>
    <w:p>
      <w:pPr>
        <w:jc w:val="right"/>
      </w:pPr>
      <w:r>
        <w:t>لیکن انہیں معلوم ہوا کہ ان کے باپ نے اس پراپرٹی کو غلط طریقے سے حاصل کیا تھا۔</w:t>
      </w:r>
    </w:p>
    <w:p>
      <w:r>
        <w:rPr>
          <w:b/>
        </w:rPr>
        <w:t xml:space="preserve">[06:44] </w:t>
      </w:r>
      <w:r>
        <w:t>to qanooni aitbaar se to unhon ne pakka kar liya tha maamla, lekin haqeeqat ke aitbaar se woh</w:t>
      </w:r>
    </w:p>
    <w:p>
      <w:pPr>
        <w:jc w:val="right"/>
      </w:pPr>
      <w:r>
        <w:t>تو قانونی اعتبار سے تو انہوں نے پکا کر لیا تھا معاملہ، لیکن حقیقت کے اعتبار سے وہ</w:t>
      </w:r>
    </w:p>
    <w:p>
      <w:r>
        <w:rPr>
          <w:b/>
        </w:rPr>
        <w:t xml:space="preserve">[06:51] </w:t>
      </w:r>
      <w:r>
        <w:t>property un ki nahin thi.</w:t>
      </w:r>
    </w:p>
    <w:p>
      <w:pPr>
        <w:jc w:val="right"/>
      </w:pPr>
      <w:r>
        <w:t>پراپرٹی ان کی نہیں تھی۔</w:t>
      </w:r>
    </w:p>
    <w:p>
      <w:r>
        <w:rPr>
          <w:b/>
        </w:rPr>
        <w:t xml:space="preserve">[06:53] </w:t>
      </w:r>
      <w:r>
        <w:t>to woh saahab jo thay, un ko jab maloom hui hai to mili hi property ko unhon ne</w:t>
      </w:r>
    </w:p>
    <w:p>
      <w:pPr>
        <w:jc w:val="right"/>
      </w:pPr>
      <w:r>
        <w:t>تو وہ صاحب جو تھے، ان کو جب معلوم ہوئی ہے تو ملی ہی پراپرٹی کو انہوں نے</w:t>
      </w:r>
    </w:p>
    <w:p>
      <w:r>
        <w:rPr>
          <w:b/>
        </w:rPr>
        <w:t xml:space="preserve">[07:01] </w:t>
      </w:r>
      <w:r>
        <w:t>waapas kar diya un logon ko, yaani jo asli haqdaar thay is ke.</w:t>
      </w:r>
    </w:p>
    <w:p>
      <w:pPr>
        <w:jc w:val="right"/>
      </w:pPr>
      <w:r>
        <w:t>واپس کر دیا ان لوگوں کو، یعنی جو اصلی حقدار تھے اس کے۔</w:t>
      </w:r>
    </w:p>
    <w:p>
      <w:r>
        <w:rPr>
          <w:b/>
        </w:rPr>
        <w:t xml:space="preserve">[07:07] </w:t>
      </w:r>
      <w:r>
        <w:t>yeh hai sach culture par jeena.</w:t>
      </w:r>
    </w:p>
    <w:p>
      <w:pPr>
        <w:jc w:val="right"/>
      </w:pPr>
      <w:r>
        <w:t>یہ ہے سچ کلچر پر جینا۔</w:t>
      </w:r>
    </w:p>
    <w:p>
      <w:r>
        <w:rPr>
          <w:b/>
        </w:rPr>
        <w:t xml:space="preserve">[07:09] </w:t>
      </w:r>
      <w:r>
        <w:t>yeh hai sach culture par jeena.</w:t>
      </w:r>
    </w:p>
    <w:p>
      <w:pPr>
        <w:jc w:val="right"/>
      </w:pPr>
      <w:r>
        <w:t>یہ ہے سچ کلچر پر جینا۔</w:t>
      </w:r>
    </w:p>
    <w:p>
      <w:r>
        <w:rPr>
          <w:b/>
        </w:rPr>
        <w:t xml:space="preserve">[07:12] </w:t>
      </w:r>
      <w:r>
        <w:t>to yeh aise log bilashubah hain.</w:t>
      </w:r>
    </w:p>
    <w:p>
      <w:pPr>
        <w:jc w:val="right"/>
      </w:pPr>
      <w:r>
        <w:t>تو یہ ایسے لوگ بلاشبہ ہیں۔</w:t>
      </w:r>
    </w:p>
    <w:p>
      <w:r>
        <w:rPr>
          <w:b/>
        </w:rPr>
        <w:t xml:space="preserve">[07:14] </w:t>
      </w:r>
      <w:r>
        <w:t>mujhe yaad aaye ke ab se 1970 mein ek kitaab chhapi thi, Future Shock, woh bahut mashhoor hui</w:t>
      </w:r>
    </w:p>
    <w:p>
      <w:pPr>
        <w:jc w:val="right"/>
      </w:pPr>
      <w:r>
        <w:t>مجھے یاد آئے کہ اب سے 1970 میں ایک کتاب چھپی تھی، فیوچر شاک، وہ بہت مشہور ہوئی</w:t>
      </w:r>
    </w:p>
    <w:p>
      <w:r>
        <w:rPr>
          <w:b/>
        </w:rPr>
        <w:t xml:space="preserve">[07:22]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[07:24] </w:t>
      </w:r>
      <w:r>
        <w:t>Alvin Toffler ki kitaab thi woh, jo American writer abhi bhi zinda hai, woh bahut mashhoor hui.</w:t>
      </w:r>
    </w:p>
    <w:p>
      <w:pPr>
        <w:jc w:val="right"/>
      </w:pPr>
      <w:r>
        <w:t>ایلون ٹافلر کی کتاب تھی وہ، جو امریکن رائٹر ابھی بھی زندہ ہے، وہ بہت مشہور ہوئی۔</w:t>
      </w:r>
    </w:p>
    <w:p>
      <w:r>
        <w:rPr>
          <w:b/>
        </w:rPr>
        <w:t xml:space="preserve">[07:31] </w:t>
      </w:r>
      <w:r>
        <w:t>to is ka Future Shock ek prediction tha, is mein usay dikhaya tha ke duniya ab pahunchi hai</w:t>
      </w:r>
    </w:p>
    <w:p>
      <w:pPr>
        <w:jc w:val="right"/>
      </w:pPr>
      <w:r>
        <w:t>تو اس کا فیوچر شاک ایک پریڈکشن تھا، اس میں اسے دکھایا تھا کہ دنیا اب پہنچی ہے</w:t>
      </w:r>
    </w:p>
    <w:p>
      <w:r>
        <w:rPr>
          <w:b/>
        </w:rPr>
        <w:t xml:space="preserve">[07:39] </w:t>
      </w:r>
      <w:r>
        <w:t>industrial age mein aur future mein pahuchegi woh super industrial age mein.</w:t>
      </w:r>
    </w:p>
    <w:p>
      <w:pPr>
        <w:jc w:val="right"/>
      </w:pPr>
      <w:r>
        <w:t>انڈسٹریل ایج میں اور فیوچر میں پہنچے گی وہ سپر انڈسٹریل ایج میں۔</w:t>
      </w:r>
    </w:p>
    <w:p>
      <w:r>
        <w:rPr>
          <w:b/>
        </w:rPr>
        <w:t xml:space="preserve">[07:44] </w:t>
      </w:r>
      <w:r>
        <w:t>yaani duniya ja rahi hai industrial age se super industrial age ki taraf.</w:t>
      </w:r>
    </w:p>
    <w:p>
      <w:pPr>
        <w:jc w:val="right"/>
      </w:pPr>
      <w:r>
        <w:t>یعنی دنیا جا رہی ہے انڈسٹریل ایج سے سپر انڈسٹریل ایج کی طرف۔</w:t>
      </w:r>
    </w:p>
    <w:p>
      <w:r>
        <w:rPr>
          <w:b/>
        </w:rPr>
        <w:t xml:space="preserve">[07:50] </w:t>
      </w:r>
      <w:r>
        <w:t>lekin kya hua? 1970 mein unhon ne yeh peshgoi ki thi, lekin yeh peshgoi poori nahin</w:t>
      </w:r>
    </w:p>
    <w:p>
      <w:pPr>
        <w:jc w:val="right"/>
      </w:pPr>
      <w:r>
        <w:t>لیکن کیا ہوا؟ 1970 میں انہوں نے یہ پیش گوئی کی تھی، لیکن یہ پیش گوئی پوری نہیں</w:t>
      </w:r>
    </w:p>
    <w:p>
      <w:r>
        <w:rPr>
          <w:b/>
        </w:rPr>
        <w:t xml:space="preserve">[07:57] </w:t>
      </w:r>
      <w:r>
        <w:t>hui.</w:t>
      </w:r>
    </w:p>
    <w:p>
      <w:pPr>
        <w:jc w:val="right"/>
      </w:pPr>
      <w:r>
        <w:t>ہوئی۔</w:t>
      </w:r>
    </w:p>
    <w:p>
      <w:r>
        <w:rPr>
          <w:b/>
        </w:rPr>
        <w:t xml:space="preserve">[07:59] </w:t>
      </w:r>
      <w:r>
        <w:t>ab logon ko doubt hoga khud industrial age par, kyun? industrial age se dunya mein ecological balance toot</w:t>
      </w:r>
    </w:p>
    <w:p>
      <w:pPr>
        <w:jc w:val="right"/>
      </w:pPr>
      <w:r>
        <w:t>اب لوگوں کو ڈاؤٹ ہوگا خود انڈسٹریل ایج پر، کیوں؟ انڈسٹریل ایج سے دنیا میں اکلوجیکل بیلنس ٹوٹ</w:t>
      </w:r>
    </w:p>
    <w:p>
      <w:r>
        <w:rPr>
          <w:b/>
        </w:rPr>
        <w:t xml:space="preserve">[08:07] </w:t>
      </w:r>
      <w:r>
        <w:t>gaya, air pollution bohat barh gaya, bare bare problem paida ho gaye, bare bare problem jin ki khabrein aap</w:t>
      </w:r>
    </w:p>
    <w:p>
      <w:pPr>
        <w:jc w:val="right"/>
      </w:pPr>
      <w:r>
        <w:t>گیا، ایئر پولیوشن بہت بڑھ گیا، بڑے بڑے پرابلم پیدا ہوگئے، بڑے بڑے پرابلم جن کی خبریں آپ</w:t>
      </w:r>
    </w:p>
    <w:p>
      <w:r>
        <w:rPr>
          <w:b/>
        </w:rPr>
        <w:t xml:space="preserve">[08:14] </w:t>
      </w:r>
      <w:r>
        <w:t>roz akhbaron mein parhte hain.</w:t>
      </w:r>
    </w:p>
    <w:p>
      <w:pPr>
        <w:jc w:val="right"/>
      </w:pPr>
      <w:r>
        <w:t>روزہ اخباروں میں پڑھتے ہیں۔</w:t>
      </w:r>
    </w:p>
    <w:p>
      <w:r>
        <w:rPr>
          <w:b/>
        </w:rPr>
        <w:t xml:space="preserve">[08:17] </w:t>
      </w:r>
      <w:r>
        <w:t>to ab logon ke andar second thought aa gaya ke yeh industrial age jo hai, yeh to problem age</w:t>
      </w:r>
    </w:p>
    <w:p>
      <w:pPr>
        <w:jc w:val="right"/>
      </w:pPr>
      <w:r>
        <w:t>تو اب لوگوں کے اندر سیکنڈ تھاٹ آگیا کہ یہ انڈسٹریل ایج جو ہے، یہ تو پرابلم ایج</w:t>
      </w:r>
    </w:p>
    <w:p>
      <w:r>
        <w:rPr>
          <w:b/>
        </w:rPr>
        <w:t xml:space="preserve">[08:24] </w:t>
      </w:r>
      <w:r>
        <w:t>ban gaya, kya karein is ko? to is ka future shock sahi nahin nikla.</w:t>
      </w:r>
    </w:p>
    <w:p>
      <w:pPr>
        <w:jc w:val="right"/>
      </w:pPr>
      <w:r>
        <w:t>بن گیا، کیا کریں اس کو؟ تو اس کا فیوچر شاک صحیح نہیں نکلا۔</w:t>
      </w:r>
    </w:p>
    <w:p>
      <w:r>
        <w:rPr>
          <w:b/>
        </w:rPr>
        <w:t xml:space="preserve">[08:30] </w:t>
      </w:r>
      <w:r>
        <w:t>lekin bas mein bataoon ke roza annual shock hai.</w:t>
      </w:r>
    </w:p>
    <w:p>
      <w:pPr>
        <w:jc w:val="right"/>
      </w:pPr>
      <w:r>
        <w:t>لیکن بس میں بتاؤں کہ روزہ انول شاک ہے۔</w:t>
      </w:r>
    </w:p>
    <w:p>
      <w:r>
        <w:rPr>
          <w:b/>
        </w:rPr>
        <w:t xml:space="preserve">[08:34] </w:t>
      </w:r>
      <w:r>
        <w:t>roza annual shock hai, yani salana shock.</w:t>
      </w:r>
    </w:p>
    <w:p>
      <w:pPr>
        <w:jc w:val="right"/>
      </w:pPr>
      <w:r>
        <w:t>روزہ انول شاک ہے، یعنی سالانہ شاک۔</w:t>
      </w:r>
    </w:p>
    <w:p>
      <w:r>
        <w:rPr>
          <w:b/>
        </w:rPr>
        <w:t xml:space="preserve">[08:37] </w:t>
      </w:r>
      <w:r>
        <w:t>to agarchay roze mein mass level par to result nahin dikhai deta, magar individual level par dikhai deta</w:t>
      </w:r>
    </w:p>
    <w:p>
      <w:pPr>
        <w:jc w:val="right"/>
      </w:pPr>
      <w:r>
        <w:t>تو اگرچہ روزے میں ماس لیول پر تو رزلٹ نہیں دکھائی دیتا، مگر انڈیویجول لیول پر دکھائی دیتا</w:t>
      </w:r>
    </w:p>
    <w:p>
      <w:r>
        <w:rPr>
          <w:b/>
        </w:rPr>
        <w:t xml:space="preserve">[08:45] </w:t>
      </w:r>
      <w:r>
        <w:t>hai har saal, jis ki mein ne misaal di aap ko, woh individual misaal thi.</w:t>
      </w:r>
    </w:p>
    <w:p>
      <w:pPr>
        <w:jc w:val="right"/>
      </w:pPr>
      <w:r>
        <w:t>ہے ہر سال، جس کی میں نے مثال دی آپ کو، وہ انڈیویجول مثال تھی۔</w:t>
      </w:r>
    </w:p>
    <w:p>
      <w:r>
        <w:rPr>
          <w:b/>
        </w:rPr>
        <w:t xml:space="preserve">[08:51] </w:t>
      </w:r>
      <w:r>
        <w:t>to Islam mein koi bhi amal aisa nahin hai jis ka mass level par is ka result ka</w:t>
      </w:r>
    </w:p>
    <w:p>
      <w:pPr>
        <w:jc w:val="right"/>
      </w:pPr>
      <w:r>
        <w:t>تو اسلام میں کوئی بھی عمل ایسا نہیں ہے جس کا ماس لیول پر اس کا رزلٹ کا</w:t>
      </w:r>
    </w:p>
    <w:p>
      <w:r>
        <w:rPr>
          <w:b/>
        </w:rPr>
        <w:t xml:space="preserve">[08:59] </w:t>
      </w:r>
      <w:r>
        <w:t>daawa kiya jaye, lekin individual level par zaroor is ka nateeja nikalta hai.</w:t>
      </w:r>
    </w:p>
    <w:p>
      <w:pPr>
        <w:jc w:val="right"/>
      </w:pPr>
      <w:r>
        <w:t>دعویٰ کیا جائے، لیکن انڈیویجول لیول پر ضرور اس کا نتیجہ نکلتا ہے۔</w:t>
      </w:r>
    </w:p>
    <w:p>
      <w:r>
        <w:rPr>
          <w:b/>
        </w:rPr>
        <w:t xml:space="preserve">[09:05] </w:t>
      </w:r>
      <w:r>
        <w:t>to roze ka maqsad yahi hai, roze ki haqeeqat chhodna hai.</w:t>
      </w:r>
    </w:p>
    <w:p>
      <w:pPr>
        <w:jc w:val="right"/>
      </w:pPr>
      <w:r>
        <w:t>تو روزے کا مقصد یہی ہے، روزہ کی حقیقت چھوڑنا ہے۔</w:t>
      </w:r>
    </w:p>
    <w:p>
      <w:r>
        <w:rPr>
          <w:b/>
        </w:rPr>
        <w:t xml:space="preserve">[09:09] </w:t>
      </w:r>
      <w:r>
        <w:t>arabi mein lafz hai saum, abstinance.</w:t>
      </w:r>
    </w:p>
    <w:p>
      <w:pPr>
        <w:jc w:val="right"/>
      </w:pPr>
      <w:r>
        <w:t>عربی میں لفظ ہے صوم، ابسٹیننس۔</w:t>
      </w:r>
    </w:p>
    <w:p>
      <w:r>
        <w:rPr>
          <w:b/>
        </w:rPr>
        <w:t xml:space="preserve">[09:12] </w:t>
      </w:r>
      <w:r>
        <w:t>saum ka matlab hai abstinance, yani rukna.</w:t>
      </w:r>
    </w:p>
    <w:p>
      <w:pPr>
        <w:jc w:val="right"/>
      </w:pPr>
      <w:r>
        <w:t>صوم کا مطلب ہے ابسٹیننس، یعنی رکنا۔</w:t>
      </w:r>
    </w:p>
    <w:p>
      <w:r>
        <w:rPr>
          <w:b/>
        </w:rPr>
        <w:t xml:space="preserve">[09:15] </w:t>
      </w:r>
      <w:r>
        <w:t>kuch cheezon se rukna, woh cheezein rukne ke qabil hain.</w:t>
      </w:r>
    </w:p>
    <w:p>
      <w:pPr>
        <w:jc w:val="right"/>
      </w:pPr>
      <w:r>
        <w:t>کچھ چیزوں سے رکنا، وہ چیزیں رکنے کے قابل ہیں۔</w:t>
      </w:r>
    </w:p>
    <w:p>
      <w:r>
        <w:rPr>
          <w:b/>
        </w:rPr>
        <w:t xml:space="preserve">[09:19] </w:t>
      </w:r>
      <w:r>
        <w:t>kuch cheezein aisi hain jo karne ke qabil hain, kuch cheezein aisi hoti hain jo rukne ke qabil</w:t>
      </w:r>
    </w:p>
    <w:p>
      <w:pPr>
        <w:jc w:val="right"/>
      </w:pPr>
      <w:r>
        <w:t>کچھ چیزیں ایسی ہیں جو کرنے کے قابل ہیں، کچھ چیزیں ایسی ہوتی ہیں جو رکنے کے قابل</w:t>
      </w:r>
    </w:p>
    <w:p>
      <w:r>
        <w:rPr>
          <w:b/>
        </w:rPr>
        <w:t xml:space="preserve">[09:27] </w:t>
      </w:r>
      <w:r>
        <w:t>hoti hain.</w:t>
      </w:r>
    </w:p>
    <w:p>
      <w:pPr>
        <w:jc w:val="right"/>
      </w:pPr>
      <w:r>
        <w:t>ہوتی ہیں۔</w:t>
      </w:r>
    </w:p>
    <w:p>
      <w:r>
        <w:rPr>
          <w:b/>
        </w:rPr>
        <w:t xml:space="preserve">[09:28] </w:t>
      </w:r>
      <w:r>
        <w:t>misal sach bolna, bolne ke qabil hai, lekin jhoot bolna rukne ke qabil hai.</w:t>
      </w:r>
    </w:p>
    <w:p>
      <w:pPr>
        <w:jc w:val="right"/>
      </w:pPr>
      <w:r>
        <w:t>مثلاً سچ بولنا، بولنے کے قابل ہے، لیکن جھوٹ بولنا رکنے کے قابل ہے۔</w:t>
      </w:r>
    </w:p>
    <w:p>
      <w:r>
        <w:rPr>
          <w:b/>
        </w:rPr>
        <w:t xml:space="preserve">[09:34] </w:t>
      </w:r>
      <w:r>
        <w:t>imandari karna, karne ke qabil hai, aur logon ko dhoka dena, yeh na karne ke qabil hai.</w:t>
      </w:r>
    </w:p>
    <w:p>
      <w:pPr>
        <w:jc w:val="right"/>
      </w:pPr>
      <w:r>
        <w:t>ایمانداری کرنا، کرنے کے قابل ہے، اور لوگوں کو دھوکہ دینا، یہ نہ کرنے کے قابل ہے۔</w:t>
      </w:r>
    </w:p>
    <w:p>
      <w:r>
        <w:rPr>
          <w:b/>
        </w:rPr>
        <w:t xml:space="preserve">[09:42] </w:t>
      </w:r>
      <w:r>
        <w:t>to bohat si cheezein poori zindagi ke liye isi tarah dos and don'ts hain, karo aur mat karo.</w:t>
      </w:r>
    </w:p>
    <w:p>
      <w:pPr>
        <w:jc w:val="right"/>
      </w:pPr>
      <w:r>
        <w:t>تو بہت سی چیزیں پوری زندگی کے لیے اسی طرح ڈوز اینڈ ڈونٹس ہیں، کرو اور مت کرو۔</w:t>
      </w:r>
    </w:p>
    <w:p>
      <w:r>
        <w:rPr>
          <w:b/>
        </w:rPr>
        <w:t xml:space="preserve">[09:49] </w:t>
      </w:r>
      <w:r>
        <w:t>to is is qanoon ko ikhtiyar karna, yeh sikhata hai roza.</w:t>
      </w:r>
    </w:p>
    <w:p>
      <w:pPr>
        <w:jc w:val="right"/>
      </w:pPr>
      <w:r>
        <w:t>تو اس اس قانون کو اختیار کرنا، یہ سکھاتا ہے روزہ۔</w:t>
      </w:r>
    </w:p>
    <w:p>
      <w:r>
        <w:rPr>
          <w:b/>
        </w:rPr>
        <w:t xml:space="preserve">[09:54] </w:t>
      </w:r>
      <w:r>
        <w:t>roza yeh sikhata hai ke ke zindagi ke mamle mein jo dos and don'ts hain, yeh karo aur</w:t>
      </w:r>
    </w:p>
    <w:p>
      <w:pPr>
        <w:jc w:val="right"/>
      </w:pPr>
      <w:r>
        <w:t>روزہ یہ سکھاتا ہے کہ کہ زندگی کے معاملے میں جو ڈوز اینڈ ڈونٹس ہیں، یہ کرو اور</w:t>
      </w:r>
    </w:p>
    <w:p>
      <w:r>
        <w:rPr>
          <w:b/>
        </w:rPr>
        <w:t xml:space="preserve">[10:02] </w:t>
      </w:r>
      <w:r>
        <w:t>woh na karo, is par amal karo.</w:t>
      </w:r>
    </w:p>
    <w:p>
      <w:pPr>
        <w:jc w:val="right"/>
      </w:pPr>
      <w:r>
        <w:t>وہ نہ کرو، اس پر عمل کرو۔</w:t>
      </w:r>
    </w:p>
    <w:p>
      <w:r>
        <w:rPr>
          <w:b/>
        </w:rPr>
        <w:t xml:space="preserve">[10:05] </w:t>
      </w:r>
      <w:r>
        <w:t>nah karo ko tark karo aur karo par amal karo.</w:t>
      </w:r>
    </w:p>
    <w:p>
      <w:pPr>
        <w:jc w:val="right"/>
      </w:pPr>
      <w:r>
        <w:t>نہ کرو کو ترک کرو اور کرو پر عمل کرو۔</w:t>
      </w:r>
    </w:p>
    <w:p>
      <w:r>
        <w:rPr>
          <w:b/>
        </w:rPr>
        <w:t xml:space="preserve">[10:09] </w:t>
      </w:r>
      <w:r>
        <w:t>is se pehle aap ko yaad hoga, maine kaha tha ke roze ka maqsad hai aap ke</w:t>
      </w:r>
    </w:p>
    <w:p>
      <w:pPr>
        <w:jc w:val="right"/>
      </w:pPr>
      <w:r>
        <w:t>اس سے پہلے آپ کو یاد ہوگا، میں نے کہا تھا کہ روزہ کا مقصد ہے آپ کے</w:t>
      </w:r>
    </w:p>
    <w:p>
      <w:r>
        <w:rPr>
          <w:b/>
        </w:rPr>
        <w:t xml:space="preserve">[10:17] </w:t>
      </w:r>
      <w:r>
        <w:t>mind ko trigger karna.</w:t>
      </w:r>
    </w:p>
    <w:p>
      <w:pPr>
        <w:jc w:val="right"/>
      </w:pPr>
      <w:r>
        <w:t>مائنڈ کو ٹریگر کرنا۔</w:t>
      </w:r>
    </w:p>
    <w:p>
      <w:r>
        <w:rPr>
          <w:b/>
        </w:rPr>
        <w:t xml:space="preserve">[10:18] </w:t>
      </w:r>
      <w:r>
        <w:t>aur insan jitne bare bare kaam hain, woh is waqt kar pata hai jab ke uska mind</w:t>
      </w:r>
    </w:p>
    <w:p>
      <w:pPr>
        <w:jc w:val="right"/>
      </w:pPr>
      <w:r>
        <w:t>اور انسان جتنے بڑے بڑے کام ہیں، وہ اس وقت کر پاتا ہے جب کہ اس کا مائنڈ</w:t>
      </w:r>
    </w:p>
    <w:p>
      <w:r>
        <w:rPr>
          <w:b/>
        </w:rPr>
        <w:t xml:space="preserve">[10:26] </w:t>
      </w:r>
      <w:r>
        <w:t>kisi wajah se trigger ho jaye.</w:t>
      </w:r>
    </w:p>
    <w:p>
      <w:pPr>
        <w:jc w:val="right"/>
      </w:pPr>
      <w:r>
        <w:t>کسی وجہ سے ٹریگر ہو جائے۔</w:t>
      </w:r>
    </w:p>
    <w:p>
      <w:r>
        <w:rPr>
          <w:b/>
        </w:rPr>
        <w:t xml:space="preserve">[10:29] </w:t>
      </w:r>
      <w:r>
        <w:t>jisko maine kaha roza anmol shock hai, is liye ke aap ka mind trigger ho.</w:t>
      </w:r>
    </w:p>
    <w:p>
      <w:pPr>
        <w:jc w:val="right"/>
      </w:pPr>
      <w:r>
        <w:t>جس کو میں نے کہا روزہ انول شاک ہے، اس لیے کہ آپ کا مائنڈ ٹریگر ہو۔</w:t>
      </w:r>
    </w:p>
    <w:p>
      <w:r>
        <w:rPr>
          <w:b/>
        </w:rPr>
        <w:t xml:space="preserve">[10:36] </w:t>
      </w:r>
      <w:r>
        <w:t>to jab aap ka mind trigger hota hai to bare bare aap ko discoveries hoti hain, bohat bare</w:t>
      </w:r>
    </w:p>
    <w:p>
      <w:pPr>
        <w:jc w:val="right"/>
      </w:pPr>
      <w:r>
        <w:t>تو جب آپ کا مائنڈ ٹریگر ہوتا ہے تو بڑے بڑے آپ کو ڈسکوریز ہوتی ہیں، بہت بڑے</w:t>
      </w:r>
    </w:p>
    <w:p>
      <w:r>
        <w:rPr>
          <w:b/>
        </w:rPr>
        <w:t xml:space="preserve">[10:44] </w:t>
      </w:r>
      <w:r>
        <w:t>bare aap ko ideas aate hain aap ke mind mein.</w:t>
      </w:r>
    </w:p>
    <w:p>
      <w:pPr>
        <w:jc w:val="right"/>
      </w:pPr>
      <w:r>
        <w:t>بڑے آپ کو آئیڈیاز آتے ہیں آپ کے مائنڈ میں۔</w:t>
      </w:r>
    </w:p>
    <w:p>
      <w:r>
        <w:rPr>
          <w:b/>
        </w:rPr>
        <w:t xml:space="preserve">[10:48] </w:t>
      </w:r>
      <w:r>
        <w:t>misal ke taur par dekhiye, mujhe ek waqia yaad aata hai, ek British poet tha, uska naam tha Walter de la Mare.</w:t>
      </w:r>
    </w:p>
    <w:p>
      <w:pPr>
        <w:jc w:val="right"/>
      </w:pPr>
      <w:r>
        <w:t>مثلاً دیکھیے، مجھے ایک واقعہ یاد آتا ہے، ایک برٹش پوئٹ تھا، اس کا نام تھا والٹر ڈیلامیر۔</w:t>
      </w:r>
    </w:p>
    <w:p>
      <w:r>
        <w:rPr>
          <w:b/>
        </w:rPr>
        <w:t xml:space="preserve">[10:56] </w:t>
      </w:r>
      <w:r>
        <w:t>to uska qissa hai ke ek baar woh apne ghar mein dining table par baitha hua tha,</w:t>
      </w:r>
    </w:p>
    <w:p>
      <w:pPr>
        <w:jc w:val="right"/>
      </w:pPr>
      <w:r>
        <w:t>تو اس کا قصہ ہے کہ ایک بار وہ اپنے گھر میں ڈائننگ ٹیبل پر بیٹھا ہوا تھا،</w:t>
      </w:r>
    </w:p>
    <w:p>
      <w:r>
        <w:rPr>
          <w:b/>
        </w:rPr>
        <w:t xml:space="preserve">[11:03] </w:t>
      </w:r>
      <w:r>
        <w:t>khane ki mez par.</w:t>
      </w:r>
    </w:p>
    <w:p>
      <w:pPr>
        <w:jc w:val="right"/>
      </w:pPr>
      <w:r>
        <w:t>کھانے کی میز پر۔</w:t>
      </w:r>
    </w:p>
    <w:p>
      <w:r>
        <w:rPr>
          <w:b/>
        </w:rPr>
        <w:t xml:space="preserve">[11:05] </w:t>
      </w:r>
      <w:r>
        <w:t>to uske samne bohat se khane the, tarah tarah ki dishes thin, kuch meethi, kuch namkeen, kuch</w:t>
      </w:r>
    </w:p>
    <w:p>
      <w:pPr>
        <w:jc w:val="right"/>
      </w:pPr>
      <w:r>
        <w:t>تو اس کے سامنے بہت سے کھانے تھے، طرح طرح کی ڈشز تھیں، کچھ میٹھی، کچھ نمکین، کچھ</w:t>
      </w:r>
    </w:p>
    <w:p>
      <w:r>
        <w:rPr>
          <w:b/>
        </w:rPr>
        <w:t xml:space="preserve">[11:13] </w:t>
      </w:r>
      <w:r>
        <w:t>vegetarian, kuch non-vegetarian.</w:t>
      </w:r>
    </w:p>
    <w:p>
      <w:pPr>
        <w:jc w:val="right"/>
      </w:pPr>
      <w:r>
        <w:t>ویجیٹیرین، کچھ نان ویجیٹیرین۔</w:t>
      </w:r>
    </w:p>
    <w:p>
      <w:r>
        <w:rPr>
          <w:b/>
        </w:rPr>
        <w:t xml:space="preserve">[11:15] </w:t>
      </w:r>
      <w:r>
        <w:t>to abhi usne khana shuru nahi kiya tha ke uska mind trigger ho gaya.</w:t>
      </w:r>
    </w:p>
    <w:p>
      <w:pPr>
        <w:jc w:val="right"/>
      </w:pPr>
      <w:r>
        <w:t>تو ابھی اس نے کھانا شروع نہیں کیا تھا کہ اس کا مائنڈ ٹریگر ہو گیا۔</w:t>
      </w:r>
    </w:p>
    <w:p>
      <w:r>
        <w:rPr>
          <w:b/>
        </w:rPr>
        <w:t xml:space="preserve">[11:21] </w:t>
      </w:r>
      <w:r>
        <w:t>uske mind mein ek baat aayi ke dekho, yeh jo khana hai, dekhne mein to yeh koi</w:t>
      </w:r>
    </w:p>
    <w:p>
      <w:pPr>
        <w:jc w:val="right"/>
      </w:pPr>
      <w:r>
        <w:t>اس کے مائنڈ میں ایک بات آئی کہ دیکھو، یہ جو کھانا ہے، دیکھنے میں تو یہ کوئی</w:t>
      </w:r>
    </w:p>
    <w:p>
      <w:r>
        <w:rPr>
          <w:b/>
        </w:rPr>
        <w:t xml:space="preserve">[11:29] </w:t>
      </w:r>
      <w:r>
        <w:t>vegetarian item hai, koi non-vegetarian item hai, kuch yeh hai, kuch woh hai.</w:t>
      </w:r>
    </w:p>
    <w:p>
      <w:pPr>
        <w:jc w:val="right"/>
      </w:pPr>
      <w:r>
        <w:t>ویجیٹیرین آئٹم ہے، کوئی نان ویجیٹیرین آئٹم ہے، کچھ یہ ہے، کچھ وہ ہے۔</w:t>
      </w:r>
    </w:p>
    <w:p>
      <w:r>
        <w:rPr>
          <w:b/>
        </w:rPr>
        <w:t xml:space="preserve">[11:35] </w:t>
      </w:r>
      <w:r>
        <w:t>lekin khane ke baad kya hota hai? jab main khata hoon to mere andar dakhil hone ke baad</w:t>
      </w:r>
    </w:p>
    <w:p>
      <w:pPr>
        <w:jc w:val="right"/>
      </w:pPr>
      <w:r>
        <w:t>لیکن کھانے کے بعد کیا ہوتا ہے؟ جب میں کھاتا ہوں تو میرے اندر داخل ہونے کے بعد</w:t>
      </w:r>
    </w:p>
    <w:p>
      <w:r>
        <w:rPr>
          <w:b/>
        </w:rPr>
        <w:t xml:space="preserve">[11:43] </w:t>
      </w:r>
      <w:r>
        <w:t>main woh main ban jata hai, mera hath, mera paon, woh convert ho jata hai main mein.</w:t>
      </w:r>
    </w:p>
    <w:p>
      <w:pPr>
        <w:jc w:val="right"/>
      </w:pPr>
      <w:r>
        <w:t>میں وہ میں بن جاتا ہے، میرا ہاتھ، میرا پاؤں، وہ کنورٹ ہو جاتا ہے میں میں۔</w:t>
      </w:r>
    </w:p>
    <w:p>
      <w:r>
        <w:rPr>
          <w:b/>
        </w:rPr>
        <w:t xml:space="preserve">[11:50] </w:t>
      </w:r>
      <w:r>
        <w:t>to yeh uske mind mein aaya.</w:t>
      </w:r>
    </w:p>
    <w:p>
      <w:pPr>
        <w:jc w:val="right"/>
      </w:pPr>
      <w:r>
        <w:t>تو یہ اس کے مائنڈ میں آیا۔</w:t>
      </w:r>
    </w:p>
    <w:p>
      <w:r>
        <w:rPr>
          <w:b/>
        </w:rPr>
        <w:t xml:space="preserve">[11:53] </w:t>
      </w:r>
      <w:r>
        <w:t>to usne ek line likhi thi us par: "It is an art as it can be.</w:t>
      </w:r>
    </w:p>
    <w:p>
      <w:pPr>
        <w:jc w:val="right"/>
      </w:pPr>
      <w:r>
        <w:t>تو اس نے ایک لائن لکھی تھی اس پر: "It is an art as it can be.</w:t>
      </w:r>
    </w:p>
    <w:p>
      <w:r>
        <w:rPr>
          <w:b/>
        </w:rPr>
        <w:t xml:space="preserve">[12:00] </w:t>
      </w:r>
      <w:r>
        <w:t>It is an art as it can be.</w:t>
      </w:r>
    </w:p>
    <w:p>
      <w:pPr>
        <w:jc w:val="right"/>
      </w:pPr>
      <w:r>
        <w:t>It is an art as it can be.</w:t>
      </w:r>
    </w:p>
    <w:p>
      <w:r>
        <w:rPr>
          <w:b/>
        </w:rPr>
        <w:t xml:space="preserve">[12:04] </w:t>
      </w:r>
      <w:r>
        <w:t>Whatever mystery eats turns into mystery." yani yeh kaisi anokhi baat hai ke yeh jo khana hai, jab</w:t>
      </w:r>
    </w:p>
    <w:p>
      <w:pPr>
        <w:jc w:val="right"/>
      </w:pPr>
      <w:r>
        <w:t>Whatever mystery eats turns into mystery." یعنی یہ کیسی انوکھی بات ہے کہ یہ جو کھانا ہے، جب</w:t>
      </w:r>
    </w:p>
    <w:p>
      <w:r>
        <w:rPr>
          <w:b/>
        </w:rPr>
        <w:t xml:space="preserve">[12:12] </w:t>
      </w:r>
      <w:r>
        <w:t>ek insan khata hai to woh andar dakhil hone ke baad wahi insan ban jata hai.</w:t>
      </w:r>
    </w:p>
    <w:p>
      <w:pPr>
        <w:jc w:val="right"/>
      </w:pPr>
      <w:r>
        <w:t>ایک انسان کھاتا ہے تو وہ اندر داخل ہونے کے بعد وہی انسان بن جاتا ہے۔</w:t>
      </w:r>
    </w:p>
    <w:p>
      <w:r>
        <w:rPr>
          <w:b/>
        </w:rPr>
        <w:t xml:space="preserve">[12:18] </w:t>
      </w:r>
      <w:r>
        <w:t>Mystery is mein ek farzi naam hai: "Whatever mystery eats turns into mystery." to kaisa ajeeb hai yeh</w:t>
      </w:r>
    </w:p>
    <w:p>
      <w:pPr>
        <w:jc w:val="right"/>
      </w:pPr>
      <w:r>
        <w:t>Mystery اس میں ایک فرضی نام ہے: "Whatever mystery eats turns into mystery." تو کیسا عجیب ہے یہ</w:t>
      </w:r>
    </w:p>
    <w:p>
      <w:r>
        <w:rPr>
          <w:b/>
        </w:rPr>
        <w:t xml:space="preserve">[12:26] </w:t>
      </w:r>
      <w:r>
        <w:t>fitrat ka nizam ke hum ne khaya daal, roti, chawal, sabzi, dana, ghalla.</w:t>
      </w:r>
    </w:p>
    <w:p>
      <w:pPr>
        <w:jc w:val="right"/>
      </w:pPr>
      <w:r>
        <w:t>فطرت کا نظام کہ ہم نے کھایا دال، روٹی، چاول، سبزی، دانہ، غلہ۔</w:t>
      </w:r>
    </w:p>
    <w:p>
      <w:r>
        <w:rPr>
          <w:b/>
        </w:rPr>
        <w:t xml:space="preserve">[12:32] </w:t>
      </w:r>
      <w:r>
        <w:t>to hum se bahar to wahi cheezein hain, lekin dakhil hua to kaisa ajeeb mechanism hai, kaisa ajeeb</w:t>
      </w:r>
    </w:p>
    <w:p>
      <w:pPr>
        <w:jc w:val="right"/>
      </w:pPr>
      <w:r>
        <w:t>تو ہم سے باہر تو وہی چیزیں ہیں، لیکن داخل ہوا تو کیسا عجیب میکنزم ہے، کیسا عجیب</w:t>
      </w:r>
    </w:p>
    <w:p>
      <w:r>
        <w:rPr>
          <w:b/>
        </w:rPr>
        <w:t xml:space="preserve">[12:39] </w:t>
      </w:r>
      <w:r>
        <w:t>system hai jo is ko convert kar deta hai insan mein.</w:t>
      </w:r>
    </w:p>
    <w:p>
      <w:pPr>
        <w:jc w:val="right"/>
      </w:pPr>
      <w:r>
        <w:t>سسٹم ہے جو اس کو کنورٹ کر دیتا ہے انسان میں۔</w:t>
      </w:r>
    </w:p>
    <w:p>
      <w:r>
        <w:rPr>
          <w:b/>
        </w:rPr>
        <w:t xml:space="preserve">[12:44] </w:t>
      </w:r>
      <w:r>
        <w:t>to is ne yeh sher kaha: "It is an art as it can be.</w:t>
      </w:r>
    </w:p>
    <w:p>
      <w:pPr>
        <w:jc w:val="right"/>
      </w:pPr>
      <w:r>
        <w:t>تو اس نے یہ شعر کہا: "It is an art as it can be.</w:t>
      </w:r>
    </w:p>
    <w:p>
      <w:r>
        <w:rPr>
          <w:b/>
        </w:rPr>
        <w:t xml:space="preserve">[12:50] </w:t>
      </w:r>
      <w:r>
        <w:t>Whatever mystery eats turns into mystery." to main ne is ko parha to mera mind trigger hua ek</w:t>
      </w:r>
    </w:p>
    <w:p>
      <w:pPr>
        <w:jc w:val="right"/>
      </w:pPr>
      <w:r>
        <w:t>Whatever mystery eats turns into mystery." تو میں نے اس کو پڑھا تو میرا مائنڈ ٹریگر ہوا ایک</w:t>
      </w:r>
    </w:p>
    <w:p>
      <w:r>
        <w:rPr>
          <w:b/>
        </w:rPr>
        <w:t xml:space="preserve">[12:58] </w:t>
      </w:r>
      <w:r>
        <w:t>aur line par.</w:t>
      </w:r>
    </w:p>
    <w:p>
      <w:pPr>
        <w:jc w:val="right"/>
      </w:pPr>
      <w:r>
        <w:t>اور لائن پر۔</w:t>
      </w:r>
    </w:p>
    <w:p>
      <w:r>
        <w:rPr>
          <w:b/>
        </w:rPr>
        <w:t xml:space="preserve">[12:59] </w:t>
      </w:r>
      <w:r>
        <w:t>phir main ne socha ke is ne yeh dekha ke mez par jo khana rakha hua hai, woh</w:t>
      </w:r>
    </w:p>
    <w:p>
      <w:pPr>
        <w:jc w:val="right"/>
      </w:pPr>
      <w:r>
        <w:t>پھر میں نے سوچا کہ اس نے یہ دیکھا کہ میز پر جو کھانا رکھا ہوا ہے، وہ</w:t>
      </w:r>
    </w:p>
    <w:p>
      <w:r>
        <w:rPr>
          <w:b/>
        </w:rPr>
        <w:t xml:space="preserve">[13:07] </w:t>
      </w:r>
      <w:r>
        <w:t>khane ke baad kya ban jata hai.</w:t>
      </w:r>
    </w:p>
    <w:p>
      <w:pPr>
        <w:jc w:val="right"/>
      </w:pPr>
      <w:r>
        <w:t>کھانے کے بعد کیا بن جاتا ہے۔</w:t>
      </w:r>
    </w:p>
    <w:p>
      <w:r>
        <w:rPr>
          <w:b/>
        </w:rPr>
        <w:t xml:space="preserve">[13:10] </w:t>
      </w:r>
      <w:r>
        <w:t>to main ne socha ke mez par rakhe jaane se pehle woh kya tha? to aur zyada bari</w:t>
      </w:r>
    </w:p>
    <w:p>
      <w:pPr>
        <w:jc w:val="right"/>
      </w:pPr>
      <w:r>
        <w:t>تو میں نے سوچا کہ میز پر رکھے جانے سے پہلے وہ کیا تھا؟ تو اور زیادہ بڑی</w:t>
      </w:r>
    </w:p>
    <w:p>
      <w:r>
        <w:rPr>
          <w:b/>
        </w:rPr>
        <w:t xml:space="preserve">[13:18] </w:t>
      </w:r>
      <w:r>
        <w:t>bari baatein samajh mein aayin.</w:t>
      </w:r>
    </w:p>
    <w:p>
      <w:pPr>
        <w:jc w:val="right"/>
      </w:pPr>
      <w:r>
        <w:t>بڑی باتیں سمجھ میں آئیں۔</w:t>
      </w:r>
    </w:p>
    <w:p>
      <w:r>
        <w:rPr>
          <w:b/>
        </w:rPr>
        <w:t xml:space="preserve">[13:20] </w:t>
      </w:r>
      <w:r>
        <w:t>mez par rakhe jaane se pehle woh woh gas tha, pani tha, mitti tha, kuch chemicals the, yeh</w:t>
      </w:r>
    </w:p>
    <w:p>
      <w:pPr>
        <w:jc w:val="right"/>
      </w:pPr>
      <w:r>
        <w:t>میز پر رکھے جانے سے پہلے وہ وہ گیس تھا، پانی تھا، مٹی تھا، کچھ کیمیکلز تھے، یہ</w:t>
      </w:r>
    </w:p>
    <w:p>
      <w:r>
        <w:rPr>
          <w:b/>
        </w:rPr>
        <w:t xml:space="preserve">[13:28] </w:t>
      </w:r>
      <w:r>
        <w:t>sab tha.</w:t>
      </w:r>
    </w:p>
    <w:p>
      <w:pPr>
        <w:jc w:val="right"/>
      </w:pPr>
      <w:r>
        <w:t>سب تھا۔</w:t>
      </w:r>
    </w:p>
    <w:p>
      <w:r>
        <w:rPr>
          <w:b/>
        </w:rPr>
        <w:t xml:space="preserve">[13:29] </w:t>
      </w:r>
      <w:r>
        <w:t>phir woh convert ho kar ke bana, yani food item.</w:t>
      </w:r>
    </w:p>
    <w:p>
      <w:pPr>
        <w:jc w:val="right"/>
      </w:pPr>
      <w:r>
        <w:t>پھر وہ کنورٹ ہو کر کے بنا، یعنی فوڈ آئٹم۔</w:t>
      </w:r>
    </w:p>
    <w:p>
      <w:r>
        <w:rPr>
          <w:b/>
        </w:rPr>
        <w:t xml:space="preserve">[13:33] </w:t>
      </w:r>
      <w:r>
        <w:t>woh food item bhi conversion hai.</w:t>
      </w:r>
    </w:p>
    <w:p>
      <w:pPr>
        <w:jc w:val="right"/>
      </w:pPr>
      <w:r>
        <w:t>وہ فوڈ آئٹم بھی کنورژن ہے۔</w:t>
      </w:r>
    </w:p>
    <w:p>
      <w:r>
        <w:rPr>
          <w:b/>
        </w:rPr>
        <w:t xml:space="preserve">[13:36] </w:t>
      </w:r>
      <w:r>
        <w:t>phir us ko main ne khaya to phir woh convert ho kar main ban gaya.</w:t>
      </w:r>
    </w:p>
    <w:p>
      <w:pPr>
        <w:jc w:val="right"/>
      </w:pPr>
      <w:r>
        <w:t>پھر اس کو میں نے کھایا تو پھر وہ کنورٹ ہو کر میں بن گیا۔</w:t>
      </w:r>
    </w:p>
    <w:p>
      <w:r>
        <w:rPr>
          <w:b/>
        </w:rPr>
        <w:t xml:space="preserve">[13:42] </w:t>
      </w:r>
      <w:r>
        <w:t>misal ke taur par dekhiye, pani.</w:t>
      </w:r>
    </w:p>
    <w:p>
      <w:pPr>
        <w:jc w:val="right"/>
      </w:pPr>
      <w:r>
        <w:t>مثلاً دیکھیے، پانی۔</w:t>
      </w:r>
    </w:p>
    <w:p>
      <w:r>
        <w:rPr>
          <w:b/>
        </w:rPr>
        <w:t xml:space="preserve">[13:44] </w:t>
      </w:r>
      <w:r>
        <w:t>aap roza rakhte hain to sab se pehle aap iftar ke waqt pani peete hain.</w:t>
      </w:r>
    </w:p>
    <w:p>
      <w:pPr>
        <w:jc w:val="right"/>
      </w:pPr>
      <w:r>
        <w:t>آپ روزہ رکھتے ہیں تو سب سے پہلے آپ افطار کے وقت پانی پیتے ہیں۔</w:t>
      </w:r>
    </w:p>
    <w:p>
      <w:r>
        <w:rPr>
          <w:b/>
        </w:rPr>
        <w:t xml:space="preserve">[13:50] </w:t>
      </w:r>
      <w:r>
        <w:t>lekin aap sochiye ke pani kya cheez hai? Allah taala ne bohat zyada barish barsai hamari zameen ke</w:t>
      </w:r>
    </w:p>
    <w:p>
      <w:pPr>
        <w:jc w:val="right"/>
      </w:pPr>
      <w:r>
        <w:t>لیکن آپ سوچیے کہ پانی کیا چیز ہے؟ اللہ تعالیٰ نے بہت زیادہ بارش برسائی ہماری زمین کے</w:t>
      </w:r>
    </w:p>
    <w:p>
      <w:r>
        <w:rPr>
          <w:b/>
        </w:rPr>
        <w:t xml:space="preserve">[13:58] </w:t>
      </w:r>
      <w:r>
        <w:t>upar hazaron lakhon saal tak.</w:t>
      </w:r>
    </w:p>
    <w:p>
      <w:pPr>
        <w:jc w:val="right"/>
      </w:pPr>
      <w:r>
        <w:t>اوپر ہزاروں لاکھوں سال تک۔</w:t>
      </w:r>
    </w:p>
    <w:p>
      <w:r>
        <w:rPr>
          <w:b/>
        </w:rPr>
        <w:t xml:space="preserve">[14:00] </w:t>
      </w:r>
      <w:r>
        <w:t>to phir yeh zameen green planet ban gayi, haryali ho gayi is ke upar, aur pani nadiyon aur</w:t>
      </w:r>
    </w:p>
    <w:p>
      <w:pPr>
        <w:jc w:val="right"/>
      </w:pPr>
      <w:r>
        <w:t>تو پھر یہ زمین گرین پلینٹ بن گئی، ہریالی ہو گئی اس کے اوپر، اور پانی ندیوں اور</w:t>
      </w:r>
    </w:p>
    <w:p>
      <w:r>
        <w:rPr>
          <w:b/>
        </w:rPr>
        <w:t xml:space="preserve">[14:08] </w:t>
      </w:r>
      <w:r>
        <w:t>nalon mein phail gaya.</w:t>
      </w:r>
    </w:p>
    <w:p>
      <w:pPr>
        <w:jc w:val="right"/>
      </w:pPr>
      <w:r>
        <w:t>نالوں میں پھیل گیا۔</w:t>
      </w:r>
    </w:p>
    <w:p>
      <w:r>
        <w:rPr>
          <w:b/>
        </w:rPr>
        <w:t xml:space="preserve">[14:10] </w:t>
      </w:r>
      <w:r>
        <w:t>lekin ek sab kaise hua? aap jante hain ke samandar mein jo pani hota hai, woh khara hota</w:t>
      </w:r>
    </w:p>
    <w:p>
      <w:pPr>
        <w:jc w:val="right"/>
      </w:pPr>
      <w:r>
        <w:t>لیکن ایک سب کیسے ہوا؟ آپ جانتے ہیں کہ سمندر میں جو پانی ہوتا ہے، وہ کھارا ہوتا</w:t>
      </w:r>
    </w:p>
    <w:p>
      <w:r>
        <w:rPr>
          <w:b/>
        </w:rPr>
        <w:t xml:space="preserve">[14:17]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[14:19] </w:t>
      </w:r>
      <w:r>
        <w:t>samandar mein jo pani hota hai, woh khara hota hai, yani taqreeban 3% ya is se kuch zyada</w:t>
      </w:r>
    </w:p>
    <w:p>
      <w:pPr>
        <w:jc w:val="right"/>
      </w:pPr>
      <w:r>
        <w:t>سمندر میں جو پانی ہوتا ہے، وہ کھارا ہوتا ہے، یعنی تقریباً 3% یا اس سے کچھ زیادہ</w:t>
      </w:r>
    </w:p>
    <w:p>
      <w:r>
        <w:rPr>
          <w:b/>
        </w:rPr>
        <w:t xml:space="preserve">[14:27] </w:t>
      </w:r>
      <w:r>
        <w:t>is mein namak hota hai.</w:t>
      </w:r>
    </w:p>
    <w:p>
      <w:pPr>
        <w:jc w:val="right"/>
      </w:pPr>
      <w:r>
        <w:t>اس میں نمک ہوتا ہے۔</w:t>
      </w:r>
    </w:p>
    <w:p>
      <w:r>
        <w:rPr>
          <w:b/>
        </w:rPr>
        <w:t xml:space="preserve">[14:29] </w:t>
      </w:r>
      <w:r>
        <w:t>to direct samandar ka pani aap na pi sakte, na is se khana paka sakte, aur na woh</w:t>
      </w:r>
    </w:p>
    <w:p>
      <w:pPr>
        <w:jc w:val="right"/>
      </w:pPr>
      <w:r>
        <w:t>تو ڈائریکٹ سمندر کا پانی آپ نہ پی سکتے، نہ اس سے کھانا پکا سکتے، اور نہ وہ</w:t>
      </w:r>
    </w:p>
    <w:p>
      <w:r>
        <w:rPr>
          <w:b/>
        </w:rPr>
        <w:t xml:space="preserve">[14:36] </w:t>
      </w:r>
      <w:r>
        <w:t>arigation ke kaam aa sakta.</w:t>
      </w:r>
    </w:p>
    <w:p>
      <w:pPr>
        <w:jc w:val="right"/>
      </w:pPr>
      <w:r>
        <w:t>اریگیشن کے کام آ سکتا۔</w:t>
      </w:r>
    </w:p>
    <w:p>
      <w:r>
        <w:rPr>
          <w:b/>
        </w:rPr>
        <w:t xml:space="preserve">[14:39] </w:t>
      </w:r>
      <w:r>
        <w:t>wo namak hota hai as a preservative.</w:t>
      </w:r>
    </w:p>
    <w:p>
      <w:pPr>
        <w:jc w:val="right"/>
      </w:pPr>
      <w:r>
        <w:t>وہ نمک ہوتا ہے as a preservative۔</w:t>
      </w:r>
    </w:p>
    <w:p>
      <w:r>
        <w:rPr>
          <w:b/>
        </w:rPr>
        <w:t xml:space="preserve">[14:42] </w:t>
      </w:r>
      <w:r>
        <w:t>to preservation ke liye khuda ne is mein namak dala, lekin hamein abhi bhi zaroorat thi ke is</w:t>
      </w:r>
    </w:p>
    <w:p>
      <w:pPr>
        <w:jc w:val="right"/>
      </w:pPr>
      <w:r>
        <w:t>تو preservation کے لیے خدا نے اس میں نمک ڈالا، لیکن ہمیں ابھی بھی ضرورت تھی کہ اس</w:t>
      </w:r>
    </w:p>
    <w:p>
      <w:r>
        <w:rPr>
          <w:b/>
        </w:rPr>
        <w:t xml:space="preserve">[14:49] </w:t>
      </w:r>
      <w:r>
        <w:t>ko hum istemal ke qabil banayein ke namak ko alag karein aur pani ko alag karein.</w:t>
      </w:r>
    </w:p>
    <w:p>
      <w:pPr>
        <w:jc w:val="right"/>
      </w:pPr>
      <w:r>
        <w:t>کو ہم استعمال کے قابل بنائیں کہ نمک کو الگ کریں اور پانی کو الگ کریں۔</w:t>
      </w:r>
    </w:p>
    <w:p>
      <w:r>
        <w:rPr>
          <w:b/>
        </w:rPr>
        <w:t xml:space="preserve">[14:56] </w:t>
      </w:r>
      <w:r>
        <w:t>to is ke liye kya hota hai? Sooraj bohat hi zyada garam sitara hai, wo oopar se garmi</w:t>
      </w:r>
    </w:p>
    <w:p>
      <w:pPr>
        <w:jc w:val="right"/>
      </w:pPr>
      <w:r>
        <w:t>تو اس کے لیے کیا ہوتا ہے؟ سورج بہت ہی زیادہ گرم ستارہ ہے، وہ اوپر سے گرمی</w:t>
      </w:r>
    </w:p>
    <w:p>
      <w:r>
        <w:rPr>
          <w:b/>
        </w:rPr>
        <w:t xml:space="preserve">[15:04] </w:t>
      </w:r>
      <w:r>
        <w:t>phenkta hai, bohat zyada garmi, aur phir samundaron ke pani ko kholta hai.</w:t>
      </w:r>
    </w:p>
    <w:p>
      <w:pPr>
        <w:jc w:val="right"/>
      </w:pPr>
      <w:r>
        <w:t>پھینکتا ہے، بہت زیادہ گرمی، اور پھر سمندروں کے پانی کو کھولتا ہے۔</w:t>
      </w:r>
    </w:p>
    <w:p>
      <w:r>
        <w:rPr>
          <w:b/>
        </w:rPr>
        <w:t xml:space="preserve">[15:09] </w:t>
      </w:r>
      <w:r>
        <w:t>aap jante hain ke jab pani zyada khole, zyada garam kiya jaye to is ke molecule tootne lagte</w:t>
      </w:r>
    </w:p>
    <w:p>
      <w:pPr>
        <w:jc w:val="right"/>
      </w:pPr>
      <w:r>
        <w:t>آپ جانتے ہیں کہ جب پانی زیادہ کھولے، زیادہ گرم کیا جائے تو اس کے مالیکیول ٹوٹنے لگتے</w:t>
      </w:r>
    </w:p>
    <w:p>
      <w:r>
        <w:rPr>
          <w:b/>
        </w:rPr>
        <w:t xml:space="preserve">[15:17]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[15:19] </w:t>
      </w:r>
      <w:r>
        <w:t>to wo gas ban jata hai, steam ban jata hai.</w:t>
      </w:r>
    </w:p>
    <w:p>
      <w:pPr>
        <w:jc w:val="right"/>
      </w:pPr>
      <w:r>
        <w:t>تو وہ گیس بن جاتا ہے، اسٹیپ بن جاتا ہے۔</w:t>
      </w:r>
    </w:p>
    <w:p>
      <w:r>
        <w:rPr>
          <w:b/>
        </w:rPr>
        <w:t xml:space="preserve">[15:23] </w:t>
      </w:r>
      <w:r>
        <w:t>to pani, is ke baad pani uthta hai.</w:t>
      </w:r>
    </w:p>
    <w:p>
      <w:pPr>
        <w:jc w:val="right"/>
      </w:pPr>
      <w:r>
        <w:t>تو پانی، اس کے بعد پانی اٹھتا ہے۔</w:t>
      </w:r>
    </w:p>
    <w:p>
      <w:r>
        <w:rPr>
          <w:b/>
        </w:rPr>
        <w:t xml:space="preserve">[15:26] </w:t>
      </w:r>
      <w:r>
        <w:t>to pani mein jo content hai salt ka, wo is ka wazan zyada hai, aur pani mein jo</w:t>
      </w:r>
    </w:p>
    <w:p>
      <w:pPr>
        <w:jc w:val="right"/>
      </w:pPr>
      <w:r>
        <w:t>تو پانی میں جو کنٹینٹ ہے سالٹ کا، وہ اس کا وزن زیادہ ہے، اور پانی میں جو</w:t>
      </w:r>
    </w:p>
    <w:p>
      <w:r>
        <w:rPr>
          <w:b/>
        </w:rPr>
        <w:t xml:space="preserve">[15:34] </w:t>
      </w:r>
      <w:r>
        <w:t>content hai gases ka, is ka wazan kam hai.</w:t>
      </w:r>
    </w:p>
    <w:p>
      <w:pPr>
        <w:jc w:val="right"/>
      </w:pPr>
      <w:r>
        <w:t>کنٹینٹ ہے گیسز کا، اس کا وزن کم ہے۔</w:t>
      </w:r>
    </w:p>
    <w:p>
      <w:r>
        <w:rPr>
          <w:b/>
        </w:rPr>
        <w:t xml:space="preserve">[15:38] </w:t>
      </w:r>
      <w:r>
        <w:t>to kam wala jo hai, oopar uthta hai, oopar uthta hai, oopar uthta hai, yahan tak oopar ja</w:t>
      </w:r>
    </w:p>
    <w:p>
      <w:pPr>
        <w:jc w:val="right"/>
      </w:pPr>
      <w:r>
        <w:t>تو کم والا جو ہے، اوپر اٹھتا ہے، اوپر اٹھتا ہے، اوپر اٹھتا ہے، یہاں تک اوپر جا</w:t>
      </w:r>
    </w:p>
    <w:p>
      <w:r>
        <w:rPr>
          <w:b/>
        </w:rPr>
        <w:t xml:space="preserve">[15:46] </w:t>
      </w:r>
      <w:r>
        <w:t>kar badal ban jata hai, aur jo heavy hai salt, wo neeche reh jata hai.</w:t>
      </w:r>
    </w:p>
    <w:p>
      <w:pPr>
        <w:jc w:val="right"/>
      </w:pPr>
      <w:r>
        <w:t>کر بادل بن جاتا ہے، اور جو ہیوی ہے سالٹ، وہ نیچے رہ جاتا ہے۔</w:t>
      </w:r>
    </w:p>
    <w:p>
      <w:r>
        <w:rPr>
          <w:b/>
        </w:rPr>
        <w:t xml:space="preserve">[15:52] </w:t>
      </w:r>
      <w:r>
        <w:t>ab kitna bara yeh nizam hai.</w:t>
      </w:r>
    </w:p>
    <w:p>
      <w:pPr>
        <w:jc w:val="right"/>
      </w:pPr>
      <w:r>
        <w:t>اب کتنا بڑا یہ نظام ہے۔</w:t>
      </w:r>
    </w:p>
    <w:p>
      <w:r>
        <w:rPr>
          <w:b/>
        </w:rPr>
        <w:t xml:space="preserve">[15:55] </w:t>
      </w:r>
      <w:r>
        <w:t>phir oopar se zarrat mil kar pani phir dobara bhari hota hai, phir barasta hai.</w:t>
      </w:r>
    </w:p>
    <w:p>
      <w:pPr>
        <w:jc w:val="right"/>
      </w:pPr>
      <w:r>
        <w:t>پھر اوپر سے ذرات مل کر پانی پھر دوبارہ بھاری ہوتا ہے، پھر برستا ہے۔</w:t>
      </w:r>
    </w:p>
    <w:p>
      <w:r>
        <w:rPr>
          <w:b/>
        </w:rPr>
        <w:t xml:space="preserve">[16:01] </w:t>
      </w:r>
      <w:r>
        <w:t>yani jis ko kehte hain desalination.</w:t>
      </w:r>
    </w:p>
    <w:p>
      <w:pPr>
        <w:jc w:val="right"/>
      </w:pPr>
      <w:r>
        <w:t>یعنی جس کو کہتے ہیں ڈی سیلینیشن۔</w:t>
      </w:r>
    </w:p>
    <w:p>
      <w:r>
        <w:rPr>
          <w:b/>
        </w:rPr>
        <w:t xml:space="preserve">[16:04] </w:t>
      </w:r>
      <w:r>
        <w:t>desalination ka ek bohat bara process hai, jis se hamein pani dobara namkeen pani dobara saaf ho</w:t>
      </w:r>
    </w:p>
    <w:p>
      <w:pPr>
        <w:jc w:val="right"/>
      </w:pPr>
      <w:r>
        <w:t>ڈی سیلینیشن کا ایک بہت بڑا پروسیس ہے، جس سے ہمیں پانی دوبارہ نمکین پانی دوبارہ صاف ہو</w:t>
      </w:r>
    </w:p>
    <w:p>
      <w:r>
        <w:rPr>
          <w:b/>
        </w:rPr>
        <w:t xml:space="preserve">[16:12] </w:t>
      </w:r>
      <w:r>
        <w:t>kar ke hamein meetha pani milta hai.</w:t>
      </w:r>
    </w:p>
    <w:p>
      <w:pPr>
        <w:jc w:val="right"/>
      </w:pPr>
      <w:r>
        <w:t>کر کے ہمیں میٹھا پانی ملتا ہے۔</w:t>
      </w:r>
    </w:p>
    <w:p>
      <w:r>
        <w:rPr>
          <w:b/>
        </w:rPr>
        <w:t xml:space="preserve">[16:15] </w:t>
      </w:r>
      <w:r>
        <w:t>isi ki taraf ishara hai Quran ki is ayat mein وَأَنْزَلْنَا أَمْرَ السَّمَاءِ مَعَ مُبَارَكًا isi ka ishara</w:t>
      </w:r>
    </w:p>
    <w:p>
      <w:pPr>
        <w:jc w:val="right"/>
      </w:pPr>
      <w:r>
        <w:t>اسی کی طرف اشارہ ہے قرآن کی اس آیت میں وَأَنْزَلْنَا أَمْرَ السَّمَاءِ مَعَ مُبَارَكًا اسی کا اشارہ</w:t>
      </w:r>
    </w:p>
    <w:p>
      <w:r>
        <w:rPr>
          <w:b/>
        </w:rPr>
        <w:t xml:space="preserve">[16:22] </w:t>
      </w:r>
      <w:r>
        <w:t>hai ke hum ne utara aasman se mubarak pani.</w:t>
      </w:r>
    </w:p>
    <w:p>
      <w:pPr>
        <w:jc w:val="right"/>
      </w:pPr>
      <w:r>
        <w:t>ہے کہ ہم نے اتارا آسمان سے مبارک پانی۔</w:t>
      </w:r>
    </w:p>
    <w:p>
      <w:r>
        <w:rPr>
          <w:b/>
        </w:rPr>
        <w:t xml:space="preserve">[16:26] </w:t>
      </w:r>
      <w:r>
        <w:t>mubarak pani kya hai? Desalted pani, namak se is ko pak kar ke pure pani.</w:t>
      </w:r>
    </w:p>
    <w:p>
      <w:pPr>
        <w:jc w:val="right"/>
      </w:pPr>
      <w:r>
        <w:t>مبارک پانی کیا ہے؟ ڈی سالٹڈ پانی، نمک سے اس کو پاک کر کے پیور پانی۔</w:t>
      </w:r>
    </w:p>
    <w:p>
      <w:r>
        <w:rPr>
          <w:b/>
        </w:rPr>
        <w:t xml:space="preserve">[16:33] </w:t>
      </w:r>
      <w:r>
        <w:t>ab jis tarah aap sochein to aap ka mind kahan se kahan pahunch jaye ga? Ab Rasool Allah</w:t>
      </w:r>
    </w:p>
    <w:p>
      <w:pPr>
        <w:jc w:val="right"/>
      </w:pPr>
      <w:r>
        <w:t>اب جس طرح آپ سوچیں تو آپ کا مائنڈ کہاں سے کہاں پہنچ جائے گا؟ اب رسول اللہ</w:t>
      </w:r>
    </w:p>
    <w:p>
      <w:r>
        <w:rPr>
          <w:b/>
        </w:rPr>
        <w:t xml:space="preserve">[16:41] </w:t>
      </w:r>
      <w:r>
        <w:t>ne jab iftar kiya aur pani piya to pani peene ke baad aap ki zuban se nikla ذَهَبَتْ</w:t>
      </w:r>
    </w:p>
    <w:p>
      <w:pPr>
        <w:jc w:val="right"/>
      </w:pPr>
      <w:r>
        <w:t>نے جب افطار کیا اور پانی پیا تو پانی پینے کے بعد آپ کی زبان سے نکلا ذَهَبَتْ</w:t>
      </w:r>
    </w:p>
    <w:p>
      <w:r>
        <w:rPr>
          <w:b/>
        </w:rPr>
        <w:t xml:space="preserve">[16:49] </w:t>
      </w:r>
      <w:r>
        <w:t>ذَمَّةٌ وَبَقَّى الْلَّتُّ الْعَرُوبُ وَسَبَتَ الْأَجْرُ إِنْ شَاءَ اللَّهُ تَعَالَى is jumle mein is sara azan maujood tha,</w:t>
      </w:r>
    </w:p>
    <w:p>
      <w:pPr>
        <w:jc w:val="right"/>
      </w:pPr>
      <w:r>
        <w:t>ذَمَّةٌ وَبَقَّى الْلَّتُّ الْعَرُوبُ وَسَبَتَ الْأَجْرُ إِنْ شَاءَ اللَّهُ تَعَالَى اس جملے میں اس سارا اذان موجود تھا،</w:t>
      </w:r>
    </w:p>
    <w:p>
      <w:r>
        <w:rPr>
          <w:b/>
        </w:rPr>
        <w:t xml:space="preserve">[16:56] </w:t>
      </w:r>
      <w:r>
        <w:t>ishara.</w:t>
      </w:r>
    </w:p>
    <w:p>
      <w:pPr>
        <w:jc w:val="right"/>
      </w:pPr>
      <w:r>
        <w:t>اشارہ۔</w:t>
      </w:r>
    </w:p>
    <w:p>
      <w:r>
        <w:rPr>
          <w:b/>
        </w:rPr>
        <w:t xml:space="preserve">[16:58] </w:t>
      </w:r>
      <w:r>
        <w:t>to aap ghore kijiye, roze mein mukhtalif level hain.</w:t>
      </w:r>
    </w:p>
    <w:p>
      <w:pPr>
        <w:jc w:val="right"/>
      </w:pPr>
      <w:r>
        <w:t>تو آپ غور کیجیے، روزے میں مختلف لیول ہیں۔</w:t>
      </w:r>
    </w:p>
    <w:p>
      <w:r>
        <w:rPr>
          <w:b/>
        </w:rPr>
        <w:t xml:space="preserve">[17:02] </w:t>
      </w:r>
      <w:r>
        <w:t>ek level yeh hai ke aap ne subah se shaam tak khana peena chhod diya, ek level yeh</w:t>
      </w:r>
    </w:p>
    <w:p>
      <w:pPr>
        <w:jc w:val="right"/>
      </w:pPr>
      <w:r>
        <w:t>ایک لیول یہ ہے کہ آپ نے صبح سے شام تک کھانا پینا چھوڑ دیا، ایک لیول یہ</w:t>
      </w:r>
    </w:p>
    <w:p>
      <w:r>
        <w:rPr>
          <w:b/>
        </w:rPr>
        <w:t xml:space="preserve">[17:09] </w:t>
      </w:r>
      <w:r>
        <w:t>hai, aur doosra level yeh hai ke aap ne socha ke khana mitti kaise ban gaya.</w:t>
      </w:r>
    </w:p>
    <w:p>
      <w:pPr>
        <w:jc w:val="right"/>
      </w:pPr>
      <w:r>
        <w:t>ہے، اور دوسرا لیول یہ ہے کہ آپ نے سوچا کہ کھانا مٹی کیسے بن گیا۔</w:t>
      </w:r>
    </w:p>
    <w:p>
      <w:r>
        <w:rPr>
          <w:b/>
        </w:rPr>
        <w:t xml:space="preserve">[17:16] </w:t>
      </w:r>
      <w:r>
        <w:t>phir teesra level yeh hai ke aap ne socha ke yeh saara itna bada nature mein yeh nizam</w:t>
      </w:r>
    </w:p>
    <w:p>
      <w:pPr>
        <w:jc w:val="right"/>
      </w:pPr>
      <w:r>
        <w:t>پھر تیسرا لیول یہ ہے کہ آپ نے سوچا کہ یہ سارا اتنا بڑا نیچر میں یہ نظام</w:t>
      </w:r>
    </w:p>
    <w:p>
      <w:r>
        <w:rPr>
          <w:b/>
        </w:rPr>
        <w:t xml:space="preserve">[17:24] </w:t>
      </w:r>
      <w:r>
        <w:t>kaise chala.</w:t>
      </w:r>
    </w:p>
    <w:p>
      <w:pPr>
        <w:jc w:val="right"/>
      </w:pPr>
      <w:r>
        <w:t>کیسے چلا۔</w:t>
      </w:r>
    </w:p>
    <w:p>
      <w:r>
        <w:rPr>
          <w:b/>
        </w:rPr>
        <w:t xml:space="preserve">[17:25] </w:t>
      </w:r>
      <w:r>
        <w:t>is tarah sochte sochte hazaron hazaron baatein aap ke paas chali gayeen.</w:t>
      </w:r>
    </w:p>
    <w:p>
      <w:pPr>
        <w:jc w:val="right"/>
      </w:pPr>
      <w:r>
        <w:t>اس طرح سوچتے سوچتے ہزاروں ہزاروں باتیں آپ کے پاس چلی گئیں۔</w:t>
      </w:r>
    </w:p>
    <w:p>
      <w:r>
        <w:rPr>
          <w:b/>
        </w:rPr>
        <w:t xml:space="preserve">[17:31] </w:t>
      </w:r>
      <w:r>
        <w:t>to roza jo hai, ek future shock ka main istemal karoon to mumkin ho ke yeh anol shock</w:t>
      </w:r>
    </w:p>
    <w:p>
      <w:pPr>
        <w:jc w:val="right"/>
      </w:pPr>
      <w:r>
        <w:t>تو روزہ جو ہے، ایک فیوچر شاک کا میں استعمال کروں تو ممکن ہو کہ یہ انول شاک</w:t>
      </w:r>
    </w:p>
    <w:p>
      <w:r>
        <w:rPr>
          <w:b/>
        </w:rPr>
        <w:t xml:space="preserve">[17:38] </w:t>
      </w:r>
      <w:r>
        <w:t>hai, anol shock, taake yeh aap hausla layein ke mind mein aap sochein aur jo giver hai, asli</w:t>
      </w:r>
    </w:p>
    <w:p>
      <w:pPr>
        <w:jc w:val="right"/>
      </w:pPr>
      <w:r>
        <w:t>ہے، انول شاک، تاکہ یہ آپ حوصلہ لائیں کہ مائنڈ میں آپ سوچیں اور جو گیور ہے، اصلی</w:t>
      </w:r>
    </w:p>
    <w:p>
      <w:r>
        <w:rPr>
          <w:b/>
        </w:rPr>
        <w:t xml:space="preserve">[17:46] </w:t>
      </w:r>
      <w:r>
        <w:t>giver, uska eteraf karein, usko acknowledge karein.</w:t>
      </w:r>
    </w:p>
    <w:p>
      <w:pPr>
        <w:jc w:val="right"/>
      </w:pPr>
      <w:r>
        <w:t>گیور، اس کا اعتراف کریں، اس کو اکنالج کریں۔</w:t>
      </w:r>
    </w:p>
    <w:p>
      <w:r>
        <w:rPr>
          <w:b/>
        </w:rPr>
        <w:t xml:space="preserve">[17:50] </w:t>
      </w:r>
      <w:r>
        <w:t>zahiri hai ke yeh jo hum lete hain, pani ya khana, jo bhi cheezein hain, to uska</w:t>
      </w:r>
    </w:p>
    <w:p>
      <w:pPr>
        <w:jc w:val="right"/>
      </w:pPr>
      <w:r>
        <w:t>ظاہر ہے کہ یہ جو ہم لیتے ہیں، پانی یا کھانا، جو بھی چیزیں ہیں، تو اس کا</w:t>
      </w:r>
    </w:p>
    <w:p>
      <w:r>
        <w:rPr>
          <w:b/>
        </w:rPr>
        <w:t xml:space="preserve">[17:58] </w:t>
      </w:r>
      <w:r>
        <w:t>koi giver hai.</w:t>
      </w:r>
    </w:p>
    <w:p>
      <w:pPr>
        <w:jc w:val="right"/>
      </w:pPr>
      <w:r>
        <w:t>کوئی گیور ہے۔</w:t>
      </w:r>
    </w:p>
    <w:p>
      <w:r>
        <w:rPr>
          <w:b/>
        </w:rPr>
        <w:t xml:space="preserve">[17:59] </w:t>
      </w:r>
      <w:r>
        <w:t>hum ne to koi banana hi nahi, hum to pani ka ek bottle bhi nahi bana sakte, ek</w:t>
      </w:r>
    </w:p>
    <w:p>
      <w:pPr>
        <w:jc w:val="right"/>
      </w:pPr>
      <w:r>
        <w:t>ہم نے تو کوئی بنانا ہی نہیں، ہم تو پانی کا ایک بوتل بھی نہیں بنا سکتے، ایک</w:t>
      </w:r>
    </w:p>
    <w:p>
      <w:r>
        <w:rPr>
          <w:b/>
        </w:rPr>
        <w:t xml:space="preserve">[18:07] </w:t>
      </w:r>
      <w:r>
        <w:t>chawal ka dana nahi bana sakte.</w:t>
      </w:r>
    </w:p>
    <w:p>
      <w:pPr>
        <w:jc w:val="right"/>
      </w:pPr>
      <w:r>
        <w:t>چاول کا دانہ نہیں بنا سکتے۔</w:t>
      </w:r>
    </w:p>
    <w:p>
      <w:r>
        <w:rPr>
          <w:b/>
        </w:rPr>
        <w:t xml:space="preserve">[18:09] </w:t>
      </w:r>
      <w:r>
        <w:t>to giver to koi aur hai.</w:t>
      </w:r>
    </w:p>
    <w:p>
      <w:pPr>
        <w:jc w:val="right"/>
      </w:pPr>
      <w:r>
        <w:t>تو گیور تو کوئی اور ہے۔</w:t>
      </w:r>
    </w:p>
    <w:p>
      <w:r>
        <w:rPr>
          <w:b/>
        </w:rPr>
        <w:t xml:space="preserve">[18:12] </w:t>
      </w:r>
      <w:r>
        <w:t>to giver ko sochna.</w:t>
      </w:r>
    </w:p>
    <w:p>
      <w:pPr>
        <w:jc w:val="right"/>
      </w:pPr>
      <w:r>
        <w:t>تو گیور کو سوچنا۔</w:t>
      </w:r>
    </w:p>
    <w:p>
      <w:r>
        <w:rPr>
          <w:b/>
        </w:rPr>
        <w:t xml:space="preserve">[18:14] </w:t>
      </w:r>
      <w:r>
        <w:t>to har saal, yani khate to hum peete hain saal bhar, lekin saal ke ek mahine aap ka</w:t>
      </w:r>
    </w:p>
    <w:p>
      <w:pPr>
        <w:jc w:val="right"/>
      </w:pPr>
      <w:r>
        <w:t>تو ہر سال، یعنی کھاتے تو ہم پیتے ہیں سال بھر، لیکن سال کے ایک مہینے آپ کا</w:t>
      </w:r>
    </w:p>
    <w:p>
      <w:r>
        <w:rPr>
          <w:b/>
        </w:rPr>
        <w:t xml:space="preserve">[18:21] </w:t>
      </w:r>
      <w:r>
        <w:t>ek usko mahina hota hai, anol shock ka mahina.</w:t>
      </w:r>
    </w:p>
    <w:p>
      <w:pPr>
        <w:jc w:val="right"/>
      </w:pPr>
      <w:r>
        <w:t>ایک اس کو مہینہ ہوتا ہے، انول شاک کا مہینہ۔</w:t>
      </w:r>
    </w:p>
    <w:p>
      <w:r>
        <w:rPr>
          <w:b/>
        </w:rPr>
        <w:t xml:space="preserve">[18:26] </w:t>
      </w:r>
      <w:r>
        <w:t>saal ka ek mahina hai, anol shock ka mahina.</w:t>
      </w:r>
    </w:p>
    <w:p>
      <w:pPr>
        <w:jc w:val="right"/>
      </w:pPr>
      <w:r>
        <w:t>سال کا ایک مہینہ ہے، انول شاک کا مہینہ۔</w:t>
      </w:r>
    </w:p>
    <w:p>
      <w:r>
        <w:rPr>
          <w:b/>
        </w:rPr>
        <w:t xml:space="preserve">[18:30] </w:t>
      </w:r>
      <w:r>
        <w:t>aap ke andar shock paida kar ke, ek dhamaka paida kar ke, jaise neutral ke sar par saib</w:t>
      </w:r>
    </w:p>
    <w:p>
      <w:pPr>
        <w:jc w:val="right"/>
      </w:pPr>
      <w:r>
        <w:t>آپ کے اندر شاک پیدا کر کے، ایک دھماکہ پیدا کر کے، جیسے نیوٹرل کے سر پر سیب</w:t>
      </w:r>
    </w:p>
    <w:p>
      <w:r>
        <w:rPr>
          <w:b/>
        </w:rPr>
        <w:t xml:space="preserve">[18:37] </w:t>
      </w:r>
      <w:r>
        <w:t>gira, saib ne uske sar ko hit kiya.</w:t>
      </w:r>
    </w:p>
    <w:p>
      <w:pPr>
        <w:jc w:val="right"/>
      </w:pPr>
      <w:r>
        <w:t>گرا، سیب نے اس کے سر کو ہٹ کیا۔</w:t>
      </w:r>
    </w:p>
    <w:p>
      <w:r>
        <w:rPr>
          <w:b/>
        </w:rPr>
        <w:t xml:space="preserve">[18:41] </w:t>
      </w:r>
      <w:r>
        <w:t>aise hi har saal ek mahine ke liye aap ko anol shock ka mamla kiya jata hai, taake</w:t>
      </w:r>
    </w:p>
    <w:p>
      <w:pPr>
        <w:jc w:val="right"/>
      </w:pPr>
      <w:r>
        <w:t>ایسے ہی ہر سال ایک مہینے کے لیے آپ کو انول شاک کا معاملہ کیا جاتا ہے، تاکہ</w:t>
      </w:r>
    </w:p>
    <w:p>
      <w:r>
        <w:rPr>
          <w:b/>
        </w:rPr>
        <w:t xml:space="preserve">[18:49] </w:t>
      </w:r>
      <w:r>
        <w:t>aap sochein ke kaise hai, kaise hai.</w:t>
      </w:r>
    </w:p>
    <w:p>
      <w:pPr>
        <w:jc w:val="right"/>
      </w:pPr>
      <w:r>
        <w:t>آپ سوچیں کہ کیسے ہے، کیسے ہے۔</w:t>
      </w:r>
    </w:p>
    <w:p>
      <w:r>
        <w:rPr>
          <w:b/>
        </w:rPr>
        <w:t xml:space="preserve">[18:52] </w:t>
      </w:r>
      <w:r>
        <w:t>main ne to banaya nahi.</w:t>
      </w:r>
    </w:p>
    <w:p>
      <w:pPr>
        <w:jc w:val="right"/>
      </w:pPr>
      <w:r>
        <w:t>میں نے تو بنایا نہیں۔</w:t>
      </w:r>
    </w:p>
    <w:p>
      <w:r>
        <w:rPr>
          <w:b/>
        </w:rPr>
        <w:t xml:space="preserve">[18:54] </w:t>
      </w:r>
      <w:r>
        <w:t>phir aap ke andar shukr aayega, sacha Alhamdulillah aayega, sacha acknowledgement aayega, aur phir aap</w:t>
      </w:r>
    </w:p>
    <w:p>
      <w:pPr>
        <w:jc w:val="right"/>
      </w:pPr>
      <w:r>
        <w:t>پھر آپ کے اندر شکر آئے گا، سچا الحمدللہ آئے گا، سچا اکنالجمنٹ آئے گا، اور پھر آپ</w:t>
      </w:r>
    </w:p>
    <w:p>
      <w:r>
        <w:rPr>
          <w:b/>
        </w:rPr>
        <w:t xml:space="preserve">[19:02] </w:t>
      </w:r>
      <w:r>
        <w:t>ka mind, aap ka intellectual development bahut badh jayega.</w:t>
      </w:r>
    </w:p>
    <w:p>
      <w:pPr>
        <w:jc w:val="right"/>
      </w:pPr>
      <w:r>
        <w:t>کا مائنڈ، آپ کا انٹلیکچول ڈیولپمنٹ بہت بڑھ جائے گا۔</w:t>
      </w:r>
    </w:p>
    <w:p>
      <w:r>
        <w:rPr>
          <w:b/>
        </w:rPr>
        <w:t xml:space="preserve">[19:06] </w:t>
      </w:r>
      <w:r>
        <w:t>yeh sab jo process hai, yeh process koi saada process nahi hai.</w:t>
      </w:r>
    </w:p>
    <w:p>
      <w:pPr>
        <w:jc w:val="right"/>
      </w:pPr>
      <w:r>
        <w:t>یہ سب جو پروسیس ہے، یہ پروسیس کوئی سادہ پروسیس نہیں ہے۔</w:t>
      </w:r>
    </w:p>
    <w:p>
      <w:r>
        <w:rPr>
          <w:b/>
        </w:rPr>
        <w:t xml:space="preserve">[19:11] </w:t>
      </w:r>
      <w:r>
        <w:t>یہ پروسیس آپ کے اندر intellectual development لاتا ہے، spiritual development لاتا ہے، آپ کے اندر creativity لاتا</w:t>
      </w:r>
    </w:p>
    <w:p>
      <w:pPr>
        <w:jc w:val="right"/>
      </w:pPr>
      <w:r>
        <w:t>یہ پروسیس آپ کے اندر انٹلیکچول ڈیولپمنٹ لاتا ہے، اسپریچول ڈیولپمنٹ لاتا ہے، آپ کے اندر کریٹیوٹی لاتا</w:t>
      </w:r>
    </w:p>
    <w:p>
      <w:r>
        <w:rPr>
          <w:b/>
        </w:rPr>
        <w:t xml:space="preserve">[19:19]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[19:20] </w:t>
      </w:r>
      <w:r>
        <w:t>آپ غور کیجیے کہ آپ کو میں کہہ سکتا ہوں کہ آپ کو human سے super human بنا</w:t>
      </w:r>
    </w:p>
    <w:p>
      <w:pPr>
        <w:jc w:val="right"/>
      </w:pPr>
      <w:r>
        <w:t>آپ غور کیجیے کہ آپ کو میں کہہ سکتا ہوں کہ آپ کو ہیومن سے سپر ہیومن بنا</w:t>
      </w:r>
    </w:p>
    <w:p>
      <w:r>
        <w:rPr>
          <w:b/>
        </w:rPr>
        <w:t xml:space="preserve">[19:28] </w:t>
      </w:r>
      <w:r>
        <w:t>deta hai.</w:t>
      </w:r>
    </w:p>
    <w:p>
      <w:pPr>
        <w:jc w:val="right"/>
      </w:pPr>
      <w:r>
        <w:t>دیتا ہے۔</w:t>
      </w:r>
    </w:p>
    <w:p>
      <w:r>
        <w:rPr>
          <w:b/>
        </w:rPr>
        <w:t xml:space="preserve">[19:30] </w:t>
      </w:r>
      <w:r>
        <w:t>یہ جو unusual shock ہے، یہ آپ کو اس لیے آیا ہے کہ آپ کو mind سے سپر</w:t>
      </w:r>
    </w:p>
    <w:p>
      <w:pPr>
        <w:jc w:val="right"/>
      </w:pPr>
      <w:r>
        <w:t>یہ جو انول شاک ہے، یہ آپ کو اس لیے آیا ہے کہ آپ کو مائنڈ سے سپر</w:t>
      </w:r>
    </w:p>
    <w:p>
      <w:r>
        <w:rPr>
          <w:b/>
        </w:rPr>
        <w:t xml:space="preserve">[19:37] </w:t>
      </w:r>
      <w:r>
        <w:t>mind bana deta hai.</w:t>
      </w:r>
    </w:p>
    <w:p>
      <w:pPr>
        <w:jc w:val="right"/>
      </w:pPr>
      <w:r>
        <w:t>مائنڈ بنا دیتا ہے۔</w:t>
      </w:r>
    </w:p>
    <w:p>
      <w:r>
        <w:rPr>
          <w:b/>
        </w:rPr>
        <w:t xml:space="preserve">[19:39] </w:t>
      </w:r>
      <w:r>
        <w:t>to isi liye hadith mein aaya hai ke kuch log aise hain jinka roza unko sirf</w:t>
      </w:r>
    </w:p>
    <w:p>
      <w:pPr>
        <w:jc w:val="right"/>
      </w:pPr>
      <w:r>
        <w:t>تو اسی لیے حدیث میں آیا ہے کہ کچھ لوگ ایسے ہیں جن کا روزہ ان کو صرف</w:t>
      </w:r>
    </w:p>
    <w:p>
      <w:r>
        <w:rPr>
          <w:b/>
        </w:rPr>
        <w:t xml:space="preserve">[19:47] </w:t>
      </w:r>
      <w:r>
        <w:t>bhook paas deta hai, bas aur kuch nahi.</w:t>
      </w:r>
    </w:p>
    <w:p>
      <w:pPr>
        <w:jc w:val="right"/>
      </w:pPr>
      <w:r>
        <w:t>بھوک پاس دیتا ہے، بس اور کچھ نہیں۔</w:t>
      </w:r>
    </w:p>
    <w:p>
      <w:r>
        <w:rPr>
          <w:b/>
        </w:rPr>
        <w:t xml:space="preserve">[19:50] </w:t>
      </w:r>
      <w:r>
        <w:t>aur kuch log aise hain ke unka amal itna bara ban jata hai, itna bara ban jata</w:t>
      </w:r>
    </w:p>
    <w:p>
      <w:pPr>
        <w:jc w:val="right"/>
      </w:pPr>
      <w:r>
        <w:t>اور کچھ لوگ ایسے ہیں کہ ان کا عمل اتنا بڑا بن جاتا ہے، اتنا بڑا بن جاتا</w:t>
      </w:r>
    </w:p>
    <w:p>
      <w:r>
        <w:rPr>
          <w:b/>
        </w:rPr>
        <w:t xml:space="preserve">[19:58] </w:t>
      </w:r>
      <w:r>
        <w:t>hai ke sab se zyada sawab milta hai.</w:t>
      </w:r>
    </w:p>
    <w:p>
      <w:pPr>
        <w:jc w:val="right"/>
      </w:pPr>
      <w:r>
        <w:t>ہے کہ سب سے زیادہ ثواب ملتا ہے۔</w:t>
      </w:r>
    </w:p>
    <w:p>
      <w:r>
        <w:rPr>
          <w:b/>
        </w:rPr>
        <w:t xml:space="preserve">[20:01] </w:t>
      </w:r>
      <w:r>
        <w:t>hadith mein dekhiye, ek hadith hai ke insan ka jo amal hai, woh das guna se le kar</w:t>
      </w:r>
    </w:p>
    <w:p>
      <w:pPr>
        <w:jc w:val="right"/>
      </w:pPr>
      <w:r>
        <w:t>حدیث میں دیکھیے، ایک حدیث ہے کہ انسان کا جو عمل ہے، وہ دس گنا سے لے کر</w:t>
      </w:r>
    </w:p>
    <w:p>
      <w:r>
        <w:rPr>
          <w:b/>
        </w:rPr>
        <w:t xml:space="preserve">[20:09] </w:t>
      </w:r>
      <w:r>
        <w:t>سات سو گنا تک اس کا reward ملتا ہے۔</w:t>
      </w:r>
    </w:p>
    <w:p>
      <w:pPr>
        <w:jc w:val="right"/>
      </w:pPr>
      <w:r>
        <w:t>سات سو گنا تک اس کا ریوارڈ ملتا ہے۔</w:t>
      </w:r>
    </w:p>
    <w:p>
      <w:r>
        <w:rPr>
          <w:b/>
        </w:rPr>
        <w:t xml:space="preserve">[20:13] </w:t>
      </w:r>
      <w:r>
        <w:t>das guna se saat sau guna tak illassawma wa nooliy wa ana ajzibuhu lekin roza mere liye hai</w:t>
      </w:r>
    </w:p>
    <w:p>
      <w:pPr>
        <w:jc w:val="right"/>
      </w:pPr>
      <w:r>
        <w:t>دس گنا سے سات سو گنا تک إِلَّا السَّوْمَ وَنُوْ لِي وَأَنَا أَجْزِبِهُ لیکن روزہ میرے لیے ہے</w:t>
      </w:r>
    </w:p>
    <w:p>
      <w:r>
        <w:rPr>
          <w:b/>
        </w:rPr>
        <w:t xml:space="preserve">[20:21] </w:t>
      </w:r>
      <w:r>
        <w:t>aur main hi iska badla doonga.</w:t>
      </w:r>
    </w:p>
    <w:p>
      <w:pPr>
        <w:jc w:val="right"/>
      </w:pPr>
      <w:r>
        <w:t>اور میں ہی اس کا بدلہ دوں گا۔</w:t>
      </w:r>
    </w:p>
    <w:p>
      <w:r>
        <w:rPr>
          <w:b/>
        </w:rPr>
        <w:t xml:space="preserve">[20:24] </w:t>
      </w:r>
      <w:r>
        <w:t>aap ghor kijiye, yeh Allah taala ke alfaaz hain, insan ke alfaaz nahi hain.</w:t>
      </w:r>
    </w:p>
    <w:p>
      <w:pPr>
        <w:jc w:val="right"/>
      </w:pPr>
      <w:r>
        <w:t>آپ غور کیجیے، یہ اللہ تعالیٰ کے الفاظ ہیں، انسان کے الفاظ نہیں ہیں۔</w:t>
      </w:r>
    </w:p>
    <w:p>
      <w:r>
        <w:rPr>
          <w:b/>
        </w:rPr>
        <w:t xml:space="preserve">[20:30] </w:t>
      </w:r>
      <w:r>
        <w:t>yeh hadith qudsi hai.</w:t>
      </w:r>
    </w:p>
    <w:p>
      <w:pPr>
        <w:jc w:val="right"/>
      </w:pPr>
      <w:r>
        <w:t>یہ حدیث قدسی ہے۔</w:t>
      </w:r>
    </w:p>
    <w:p>
      <w:r>
        <w:rPr>
          <w:b/>
        </w:rPr>
        <w:t xml:space="preserve">[20:32] </w:t>
      </w:r>
      <w:r>
        <w:t>to rab-ul-alameen jab yeh keh raha ho, zameen o aasman ke malik jab yeh keh raha ho</w:t>
      </w:r>
    </w:p>
    <w:p>
      <w:pPr>
        <w:jc w:val="right"/>
      </w:pPr>
      <w:r>
        <w:t>تو رب العالمین جب یہ کہہ رہا ہو، زمین و آسمان کے مالک جب یہ کہہ رہا ہو</w:t>
      </w:r>
    </w:p>
    <w:p>
      <w:r>
        <w:rPr>
          <w:b/>
        </w:rPr>
        <w:t xml:space="preserve">[20:39] </w:t>
      </w:r>
      <w:r>
        <w:t>ke roze ka amal mere liye hai aur main hi iska badla doonga, to iski</w:t>
      </w:r>
    </w:p>
    <w:p>
      <w:pPr>
        <w:jc w:val="right"/>
      </w:pPr>
      <w:r>
        <w:t>کہ روزے کا عمل میرے لیے ہے اور میں ہی اس کا بدلہ دوں گا، تو اس کی</w:t>
      </w:r>
    </w:p>
    <w:p>
      <w:r>
        <w:rPr>
          <w:b/>
        </w:rPr>
        <w:t xml:space="preserve">[20:47] </w:t>
      </w:r>
      <w:r>
        <w:t>koi had hai? koi had hi iski nahi hai.</w:t>
      </w:r>
    </w:p>
    <w:p>
      <w:pPr>
        <w:jc w:val="right"/>
      </w:pPr>
      <w:r>
        <w:t>کوئی حد ہے؟ کوئی حد ہی اس کی نہیں ہے۔</w:t>
      </w:r>
    </w:p>
    <w:p>
      <w:r>
        <w:rPr>
          <w:b/>
        </w:rPr>
        <w:t xml:space="preserve">[20:51] </w:t>
      </w:r>
      <w:r>
        <w:t>lekin yeh konsa roza hai jiske bare mein Allah taala ne ata farmaya? woh wahi hai</w:t>
      </w:r>
    </w:p>
    <w:p>
      <w:pPr>
        <w:jc w:val="right"/>
      </w:pPr>
      <w:r>
        <w:t>لیکن یہ کون سا روزہ ہے جس کے بارے میں اللہ تعالیٰ نے عطا فرمایا؟ وہ وہی ہے</w:t>
      </w:r>
    </w:p>
    <w:p>
      <w:r>
        <w:rPr>
          <w:b/>
        </w:rPr>
        <w:t xml:space="preserve">[20:59] </w:t>
      </w:r>
      <w:r>
        <w:t>جس کے لیے روزے انول شاک بن جائے۔</w:t>
      </w:r>
    </w:p>
    <w:p>
      <w:pPr>
        <w:jc w:val="right"/>
      </w:pPr>
      <w:r>
        <w:t>جس کے لیے روزہ انول شاک بن جائے۔</w:t>
      </w:r>
    </w:p>
    <w:p>
      <w:r>
        <w:rPr>
          <w:b/>
        </w:rPr>
        <w:t xml:space="preserve">[21:03] </w:t>
      </w:r>
      <w:r>
        <w:t>Alvin Toffler's book Future Shock could not be made, but in a believer's life, every year is annual</w:t>
      </w:r>
    </w:p>
    <w:p>
      <w:pPr>
        <w:jc w:val="right"/>
      </w:pPr>
      <w:r>
        <w:t>البن ٹافلر کی کتاب فیوچر شاک نہیں بن سکی، لیکن مومن کی زندگی میں ہر ہر سال انول</w:t>
      </w:r>
    </w:p>
    <w:p>
      <w:r>
        <w:rPr>
          <w:b/>
        </w:rPr>
        <w:t xml:space="preserve">[21:10] </w:t>
      </w:r>
      <w:r>
        <w:t>shak ban sakta hai.</w:t>
      </w:r>
    </w:p>
    <w:p>
      <w:pPr>
        <w:jc w:val="right"/>
      </w:pPr>
      <w:r>
        <w:t>شاک بن سکتا ہے۔</w:t>
      </w:r>
    </w:p>
    <w:p>
      <w:r>
        <w:rPr>
          <w:b/>
        </w:rPr>
        <w:t xml:space="preserve">[21:12] </w:t>
      </w:r>
      <w:r>
        <w:t>aur phir itna bara inaam, itna bara inaam, itna bara inaam jo zameen o aasman mein na samaye.</w:t>
      </w:r>
    </w:p>
    <w:p>
      <w:pPr>
        <w:jc w:val="right"/>
      </w:pPr>
      <w:r>
        <w:t>اور پھر اتنا بڑا انعام، اتنا بڑا انعام، اتنا بڑا انعام جو زمین و آسمان میں نہ سمائے۔</w:t>
      </w:r>
    </w:p>
    <w:p>
      <w:r>
        <w:rPr>
          <w:b/>
        </w:rPr>
        <w:t xml:space="preserve">[21:20] </w:t>
      </w:r>
      <w:r>
        <w:t>main jab radio kholta hoon to aap jante hain, radio par gaane aate rehte hain.</w:t>
      </w:r>
    </w:p>
    <w:p>
      <w:pPr>
        <w:jc w:val="right"/>
      </w:pPr>
      <w:r>
        <w:t>میں جب ریڈیو کھولتا ہوں تو آپ جانتے ہیں، ریڈیو پر گانے آتے رہتے ہیں۔</w:t>
      </w:r>
    </w:p>
    <w:p>
      <w:r>
        <w:rPr>
          <w:b/>
        </w:rPr>
        <w:t xml:space="preserve">[21:26] </w:t>
      </w:r>
      <w:r>
        <w:t>mujhe gaane ka shauk nahi hai, lekin ab kholta hoon to kuch na kuch aa jata hai.</w:t>
      </w:r>
    </w:p>
    <w:p>
      <w:pPr>
        <w:jc w:val="right"/>
      </w:pPr>
      <w:r>
        <w:t>مجھے گانے کا شوق نہیں ہے، لیکن اب کھولتا ہوں تو کچھ نہ کچھ آ جاتا ہے۔</w:t>
      </w:r>
    </w:p>
    <w:p>
      <w:r>
        <w:rPr>
          <w:b/>
        </w:rPr>
        <w:t xml:space="preserve">[21:33] </w:t>
      </w:r>
      <w:r>
        <w:t>to ek ek roz gaana aa raha tha, "roop tera aisa darpan mein na samaye, roop tera aisa</w:t>
      </w:r>
    </w:p>
    <w:p>
      <w:pPr>
        <w:jc w:val="right"/>
      </w:pPr>
      <w:r>
        <w:t>تو ایک ایک روز گانا آ رہا تھا، "روپ تیرا ایسا درپن میں نہ سمائے، روپ تیرا ایسا</w:t>
      </w:r>
    </w:p>
    <w:p>
      <w:r>
        <w:rPr>
          <w:b/>
        </w:rPr>
        <w:t xml:space="preserve">[21:41] </w:t>
      </w:r>
      <w:r>
        <w:t>darpan mein na samaye." to maine kaha, yeh shayar jis beauty ki tareef kar raha hai, woh</w:t>
      </w:r>
    </w:p>
    <w:p>
      <w:pPr>
        <w:jc w:val="right"/>
      </w:pPr>
      <w:r>
        <w:t>درپن میں نہ سمائے۔" تو میں نے کہا، یہ شاعر جس بیوٹی کی تعریف کر رہا ہے، وہ</w:t>
      </w:r>
    </w:p>
    <w:p>
      <w:r>
        <w:rPr>
          <w:b/>
        </w:rPr>
        <w:t xml:space="preserve">[21:49] </w:t>
      </w:r>
      <w:r>
        <w:t>to jhooti beauty hai, woh farzi hai.</w:t>
      </w:r>
    </w:p>
    <w:p>
      <w:pPr>
        <w:jc w:val="right"/>
      </w:pPr>
      <w:r>
        <w:t>تو جھوٹی بیوٹی ہے، وہ فرضی ہے۔</w:t>
      </w:r>
    </w:p>
    <w:p>
      <w:r>
        <w:rPr>
          <w:b/>
        </w:rPr>
        <w:t xml:space="preserve">[21:52] </w:t>
      </w:r>
      <w:r>
        <w:t>lekin Allah taala ne jo reward muqarrar kiya hai apne khaas amal ke liye, to waqai woh</w:t>
      </w:r>
    </w:p>
    <w:p>
      <w:pPr>
        <w:jc w:val="right"/>
      </w:pPr>
      <w:r>
        <w:t>لیکن اللہ تعالیٰ نے جو جو ریوارڈ مقرر کیا ہے اپنے خاص عمل کے لیے، تو واقعی وہ</w:t>
      </w:r>
    </w:p>
    <w:p>
      <w:r>
        <w:rPr>
          <w:b/>
        </w:rPr>
        <w:t xml:space="preserve">[22:00] </w:t>
      </w:r>
      <w:r>
        <w:t>zameen o aasman mein na samaye.</w:t>
      </w:r>
    </w:p>
    <w:p>
      <w:pPr>
        <w:jc w:val="right"/>
      </w:pPr>
      <w:r>
        <w:t>زمین و آسمان میں نہ سمائے۔</w:t>
      </w:r>
    </w:p>
    <w:p>
      <w:r>
        <w:rPr>
          <w:b/>
        </w:rPr>
        <w:t xml:space="preserve">[22:02] </w:t>
      </w:r>
      <w:r>
        <w:t>us ne jo kaha tha ke "roop tera aisa darpan mein na samaye", woh to ek shayari thi,</w:t>
      </w:r>
    </w:p>
    <w:p>
      <w:pPr>
        <w:jc w:val="right"/>
      </w:pPr>
      <w:r>
        <w:t>اس نے جو کہا تھا کہ "روپ تیرا ایسا درپن میں نہ سمائے"، وہ تو ایک شاعری تھی،</w:t>
      </w:r>
    </w:p>
    <w:p>
      <w:r>
        <w:rPr>
          <w:b/>
        </w:rPr>
        <w:t xml:space="preserve">[22:10] </w:t>
      </w:r>
      <w:r>
        <w:t>shayari thi.</w:t>
      </w:r>
    </w:p>
    <w:p>
      <w:pPr>
        <w:jc w:val="right"/>
      </w:pPr>
      <w:r>
        <w:t>شاعری تھی۔</w:t>
      </w:r>
    </w:p>
    <w:p>
      <w:r>
        <w:rPr>
          <w:b/>
        </w:rPr>
        <w:t xml:space="preserve">[22:11] </w:t>
      </w:r>
      <w:r>
        <w:t>lekin yeh jo hadith qudsi hai, yeh hadith qudsi batati hai ke aisa bhi amal hota hai jo</w:t>
      </w:r>
    </w:p>
    <w:p>
      <w:pPr>
        <w:jc w:val="right"/>
      </w:pPr>
      <w:r>
        <w:t>لیکن یہ جو حدیث قدسی ہے، یہ حدیث قدسی بتاتی ہے کہ ایسا بھی عمل ہوتا ہے جو</w:t>
      </w:r>
    </w:p>
    <w:p>
      <w:r>
        <w:rPr>
          <w:b/>
        </w:rPr>
        <w:t xml:space="preserve">[22:19] </w:t>
      </w:r>
      <w:r>
        <w:t>zameen o aasman mein na samaye.</w:t>
      </w:r>
    </w:p>
    <w:p>
      <w:pPr>
        <w:jc w:val="right"/>
      </w:pPr>
      <w:r>
        <w:t>زمین و آسمان میں نہ سمائے۔</w:t>
      </w:r>
    </w:p>
    <w:p>
      <w:r>
        <w:rPr>
          <w:b/>
        </w:rPr>
        <w:t xml:space="preserve">[22:22] </w:t>
      </w:r>
      <w:r>
        <w:t>zameen o aasman keh dein ke khudaaya, hum kahan is ko, kahan is ko le jayein? hamare paas</w:t>
      </w:r>
    </w:p>
    <w:p>
      <w:pPr>
        <w:jc w:val="right"/>
      </w:pPr>
      <w:r>
        <w:t>زمین و آسمان کہہ دیں کہ خدایا، ہم کہاں اس کو، کہاں اس کو لے جائیں؟ ہمارے پاس</w:t>
      </w:r>
    </w:p>
    <w:p>
      <w:r>
        <w:rPr>
          <w:b/>
        </w:rPr>
        <w:t xml:space="preserve">[22:29] </w:t>
      </w:r>
      <w:r>
        <w:t>to itni capacity nahi hai.</w:t>
      </w:r>
    </w:p>
    <w:p>
      <w:pPr>
        <w:jc w:val="right"/>
      </w:pPr>
      <w:r>
        <w:t>تو اتنی کیپیسٹی نہیں ہے۔</w:t>
      </w:r>
    </w:p>
    <w:p>
      <w:r>
        <w:rPr>
          <w:b/>
        </w:rPr>
        <w:t xml:space="preserve">[22:32] </w:t>
      </w:r>
      <w:r>
        <w:t>to khuda kahega, theek hai, hum ek aur zameen o aasman banate hain.</w:t>
      </w:r>
    </w:p>
    <w:p>
      <w:pPr>
        <w:jc w:val="right"/>
      </w:pPr>
      <w:r>
        <w:t>تو خدا کہے گا، ٹھیک ہے، ہم ایک اور زمین و آسمان بناتے ہیں۔</w:t>
      </w:r>
    </w:p>
    <w:p>
      <w:r>
        <w:rPr>
          <w:b/>
        </w:rPr>
        <w:t xml:space="preserve">[22:38] </w:t>
      </w:r>
      <w:r>
        <w:t>اگر کوئی بندہ سچ مچ اس قسم کا عمل کرے جو اس کے لیے unusual shock بن جائے،</w:t>
      </w:r>
    </w:p>
    <w:p>
      <w:pPr>
        <w:jc w:val="right"/>
      </w:pPr>
      <w:r>
        <w:t>اگر کوئی بندہ سچ مچ اس قسم کا عمل کرے جو اس کے لیے انول شاک بن جائے،</w:t>
      </w:r>
    </w:p>
    <w:p>
      <w:r>
        <w:rPr>
          <w:b/>
        </w:rPr>
        <w:t xml:space="preserve">[22:45] </w:t>
      </w:r>
      <w:r>
        <w:t>to khuda kahega ke aye farishton, is ko woh reward do jo kisi ko to nahi diya</w:t>
      </w:r>
    </w:p>
    <w:p>
      <w:pPr>
        <w:jc w:val="right"/>
      </w:pPr>
      <w:r>
        <w:t>تو خدا کہے گا کہ اے فرشتوں، اس کو وہ ریوارڈ دو جو کسی کو تو نہیں دیا</w:t>
      </w:r>
    </w:p>
    <w:p>
      <w:r>
        <w:rPr>
          <w:b/>
        </w:rPr>
        <w:t xml:space="preserve">[22:53]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[22:54] </w:t>
      </w:r>
      <w:r>
        <w:t>to jab is ko aise reward ka faisla kiya jayega, to zameen o aasman kahenge ke</w:t>
      </w:r>
    </w:p>
    <w:p>
      <w:pPr>
        <w:jc w:val="right"/>
      </w:pPr>
      <w:r>
        <w:t>تو جب اس کو ایسے ریوارڈ کا فیصلہ کیا جائے گا، تو زمین و آسمان کہیں گے کہ</w:t>
      </w:r>
    </w:p>
    <w:p>
      <w:r>
        <w:rPr>
          <w:b/>
        </w:rPr>
        <w:t xml:space="preserve">[23:02] </w:t>
      </w:r>
      <w:r>
        <w:t>خدایا، اس ریوارڈ کو ہم کہاں لے جائیں؟ ہماری capacity اتنی زیادہ نہیں ہے۔</w:t>
      </w:r>
    </w:p>
    <w:p>
      <w:pPr>
        <w:jc w:val="right"/>
      </w:pPr>
      <w:r>
        <w:t>خدایا، اس ریوارڈ کو ہم کہاں لے جائیں؟ ہماری کیپیسٹی اتنی زیادہ نہیں ہے۔</w:t>
      </w:r>
    </w:p>
    <w:p>
      <w:r>
        <w:rPr>
          <w:b/>
        </w:rPr>
        <w:t xml:space="preserve">[23:08] </w:t>
      </w:r>
      <w:r>
        <w:t>to khuda farishton se kahega, theek hai, ek aur dunya aap create karo.</w:t>
      </w:r>
    </w:p>
    <w:p>
      <w:pPr>
        <w:jc w:val="right"/>
      </w:pPr>
      <w:r>
        <w:t>تو خدا فرشتوں سے کہے گا، ٹھیک ہے، ایک اور دنیا آپ کریٹ کرو۔</w:t>
      </w:r>
    </w:p>
    <w:p>
      <w:r>
        <w:rPr>
          <w:b/>
        </w:rPr>
        <w:t xml:space="preserve">[23:14] </w:t>
      </w:r>
      <w:r>
        <w:t>jaise UP ke ek minister the, to apne secretary se unhone kaha ke falan kaam karna</w:t>
      </w:r>
    </w:p>
    <w:p>
      <w:pPr>
        <w:jc w:val="right"/>
      </w:pPr>
      <w:r>
        <w:t>جیسے یو پی کے ایک منسٹر تھے، تو اپنے سیکرٹری سے انہوں نے کہا کہ فلاں کام کرنا</w:t>
      </w:r>
    </w:p>
    <w:p>
      <w:r>
        <w:rPr>
          <w:b/>
        </w:rPr>
        <w:t xml:space="preserve">[23:22]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[23:23] </w:t>
      </w:r>
      <w:r>
        <w:t>ek kaam karne ke liye us ne apne secretary se kaha.</w:t>
      </w:r>
    </w:p>
    <w:p>
      <w:pPr>
        <w:jc w:val="right"/>
      </w:pPr>
      <w:r>
        <w:t>ایک کام کرنے کے لیے اس نے اپنے سیکرٹری سے کہا۔</w:t>
      </w:r>
    </w:p>
    <w:p>
      <w:r>
        <w:rPr>
          <w:b/>
        </w:rPr>
        <w:t xml:space="preserve">[23:28] </w:t>
      </w:r>
      <w:r>
        <w:t>to secretary ne kaha ke sir, aisa to koi law nahi hai, aisa to koi qanoon nahi hai.</w:t>
      </w:r>
    </w:p>
    <w:p>
      <w:pPr>
        <w:jc w:val="right"/>
      </w:pPr>
      <w:r>
        <w:t>تو سیکرٹری نے کہا کہ سر، ایسا تو کوئی لا نہیں ہے، ایسا تو کوئی قانون نہیں ہے۔</w:t>
      </w:r>
    </w:p>
    <w:p>
      <w:r>
        <w:rPr>
          <w:b/>
        </w:rPr>
        <w:t xml:space="preserve">[23:36] </w:t>
      </w:r>
      <w:r>
        <w:t>to minister ne chilla kar kaha, qanoon nahi hai to qanoon banao.</w:t>
      </w:r>
    </w:p>
    <w:p>
      <w:pPr>
        <w:jc w:val="right"/>
      </w:pPr>
      <w:r>
        <w:t>تو منسٹر نے چلا کر کہا، قانون نہیں ہے تو قانون بناؤ۔</w:t>
      </w:r>
    </w:p>
    <w:p>
      <w:r>
        <w:rPr>
          <w:b/>
        </w:rPr>
        <w:t xml:space="preserve">[23:41] </w:t>
      </w:r>
      <w:r>
        <w:t>yeh kaam hamein karna hai, qanoon nahi hai to qanoon banao.</w:t>
      </w:r>
    </w:p>
    <w:p>
      <w:pPr>
        <w:jc w:val="right"/>
      </w:pPr>
      <w:r>
        <w:t>یہ کام ہمیں کرنا ہے، قانون نہیں ہے تو قانون بناؤ۔</w:t>
      </w:r>
    </w:p>
    <w:p>
      <w:r>
        <w:rPr>
          <w:b/>
        </w:rPr>
        <w:t xml:space="preserve">[23:46] </w:t>
      </w:r>
      <w:r>
        <w:t>to main sochta hoon ke jab Allah taala kisi ko itna reward de, itna reward de jo zameen</w:t>
      </w:r>
    </w:p>
    <w:p>
      <w:pPr>
        <w:jc w:val="right"/>
      </w:pPr>
      <w:r>
        <w:t>تو میں سوچتا ہوں کہ جب اللہ تعالیٰ کسی کو اتنا ریوارڈ دے، اتنا ریوارڈ دے جو زمین</w:t>
      </w:r>
    </w:p>
    <w:p>
      <w:r>
        <w:rPr>
          <w:b/>
        </w:rPr>
        <w:t xml:space="preserve">[23:53] </w:t>
      </w:r>
      <w:r>
        <w:t>o aasman mein na samaye, to zameen o aasman kahenge shayad, khudaaya, hum kahan is ko rakhein?</w:t>
      </w:r>
    </w:p>
    <w:p>
      <w:pPr>
        <w:jc w:val="right"/>
      </w:pPr>
      <w:r>
        <w:t>و آسمان میں نہ سمائے، تو زمین و آسمان کہیں گے شاید، خدایا، ہم کہاں اس کو رکھیں؟</w:t>
      </w:r>
    </w:p>
    <w:p>
      <w:r>
        <w:rPr>
          <w:b/>
        </w:rPr>
        <w:t xml:space="preserve">[24:01] </w:t>
      </w:r>
      <w:r>
        <w:t>itni to capacity hamari nahi hai.</w:t>
      </w:r>
    </w:p>
    <w:p>
      <w:pPr>
        <w:jc w:val="right"/>
      </w:pPr>
      <w:r>
        <w:t>اتنی تو کیپیسٹی ہماری نہیں ہے۔</w:t>
      </w:r>
    </w:p>
    <w:p>
      <w:r>
        <w:rPr>
          <w:b/>
        </w:rPr>
        <w:t xml:space="preserve">[24:04] </w:t>
      </w:r>
      <w:r>
        <w:t>to khuda to khuda kahega ke meri taqat ki koi had nahi hai, meri jo taqat hai</w:t>
      </w:r>
    </w:p>
    <w:p>
      <w:pPr>
        <w:jc w:val="right"/>
      </w:pPr>
      <w:r>
        <w:t>تو خدا تو خدا کہے گا کہ میری طاقت کی کوئی حد نہیں ہے، میری جو طاقت ہے</w:t>
      </w:r>
    </w:p>
    <w:p>
      <w:r>
        <w:rPr>
          <w:b/>
        </w:rPr>
        <w:t xml:space="preserve">[24:11] </w:t>
      </w:r>
      <w:r>
        <w:t>creation ki, woh unlimited hai.</w:t>
      </w:r>
    </w:p>
    <w:p>
      <w:pPr>
        <w:jc w:val="right"/>
      </w:pPr>
      <w:r>
        <w:t>کریشن کی، وہ ان لمیٹڈ ہے۔</w:t>
      </w:r>
    </w:p>
    <w:p>
      <w:r>
        <w:rPr>
          <w:b/>
        </w:rPr>
        <w:t xml:space="preserve">[24:14] </w:t>
      </w:r>
      <w:r>
        <w:t>to ek aur dunya create karo.</w:t>
      </w:r>
    </w:p>
    <w:p>
      <w:pPr>
        <w:jc w:val="right"/>
      </w:pPr>
      <w:r>
        <w:t>تو ایک اور دنیا کریٹ کرو۔</w:t>
      </w:r>
    </w:p>
    <w:p>
      <w:r>
        <w:rPr>
          <w:b/>
        </w:rPr>
        <w:t xml:space="preserve">[24:17] </w:t>
      </w:r>
      <w:r>
        <w:t>to yaad rakhiye, ek hai woh amal jo form ke maani mein ho, ek hai woh amal jo</w:t>
      </w:r>
    </w:p>
    <w:p>
      <w:pPr>
        <w:jc w:val="right"/>
      </w:pPr>
      <w:r>
        <w:t>تو یاد رکھیے، ایک ہے وہ عمل جو فارم کے معنی میں ہو، ایک ہے وہ عمل جو</w:t>
      </w:r>
    </w:p>
    <w:p>
      <w:r>
        <w:rPr>
          <w:b/>
        </w:rPr>
        <w:t xml:space="preserve">[24:24] </w:t>
      </w:r>
      <w:r>
        <w:t>form ke mani mein ho.</w:t>
      </w:r>
    </w:p>
    <w:p>
      <w:pPr>
        <w:jc w:val="right"/>
      </w:pPr>
      <w:r>
        <w:t>فارم کے معنی میں ہو۔</w:t>
      </w:r>
    </w:p>
    <w:p>
      <w:r>
        <w:rPr>
          <w:b/>
        </w:rPr>
        <w:t xml:space="preserve">[24:26] </w:t>
      </w:r>
      <w:r>
        <w:t>is amal ki koi qeemat nahi hai.</w:t>
      </w:r>
    </w:p>
    <w:p>
      <w:pPr>
        <w:jc w:val="right"/>
      </w:pPr>
      <w:r>
        <w:t>اس عمل کی کوئی قیمت نہیں ہے۔</w:t>
      </w:r>
    </w:p>
    <w:p>
      <w:r>
        <w:rPr>
          <w:b/>
        </w:rPr>
        <w:t xml:space="preserve">[24:29] </w:t>
      </w:r>
      <w:r>
        <w:t>woh aisa hi hai jaise phal ka chilka.</w:t>
      </w:r>
    </w:p>
    <w:p>
      <w:pPr>
        <w:jc w:val="right"/>
      </w:pPr>
      <w:r>
        <w:t>وہ ایسا ہی ہے جیسے پھل کا چھلکا۔</w:t>
      </w:r>
    </w:p>
    <w:p>
      <w:r>
        <w:rPr>
          <w:b/>
        </w:rPr>
        <w:t xml:space="preserve">[24:33] </w:t>
      </w:r>
      <w:r>
        <w:t>aap jante hain ke aadmi narangi ya kera leta hai toh chilka nikal ke phenk deta hai, andar</w:t>
      </w:r>
    </w:p>
    <w:p>
      <w:pPr>
        <w:jc w:val="right"/>
      </w:pPr>
      <w:r>
        <w:t>آپ جانتے ہیں کہ آدمی نارنگی یا کیرا لیتا ہے تو چھلکا نکال کے پھینک دیتا ہے، اندر</w:t>
      </w:r>
    </w:p>
    <w:p>
      <w:r>
        <w:rPr>
          <w:b/>
        </w:rPr>
        <w:t xml:space="preserve">[24:41] </w:t>
      </w:r>
      <w:r>
        <w:t>ka hissa kha leta hai.</w:t>
      </w:r>
    </w:p>
    <w:p>
      <w:pPr>
        <w:jc w:val="right"/>
      </w:pPr>
      <w:r>
        <w:t>کا حصہ کھا لیتا ہے۔</w:t>
      </w:r>
    </w:p>
    <w:p>
      <w:r>
        <w:rPr>
          <w:b/>
        </w:rPr>
        <w:t xml:space="preserve">[24:43] </w:t>
      </w:r>
      <w:r>
        <w:t>toh chilke ki koi qeemat nahi.</w:t>
      </w:r>
    </w:p>
    <w:p>
      <w:pPr>
        <w:jc w:val="right"/>
      </w:pPr>
      <w:r>
        <w:t>تو چھلکے کی کوئی قیمت نہیں۔</w:t>
      </w:r>
    </w:p>
    <w:p>
      <w:r>
        <w:rPr>
          <w:b/>
        </w:rPr>
        <w:t xml:space="preserve">[24:45] </w:t>
      </w:r>
      <w:r>
        <w:t>toh jo amal sirf form ke liye ho, uski koi qeemat nahi Allah ke nazdeek.</w:t>
      </w:r>
    </w:p>
    <w:p>
      <w:pPr>
        <w:jc w:val="right"/>
      </w:pPr>
      <w:r>
        <w:t>تو جو عمل صرف فارم کے لیے ہو، اس کی کوئی قیمت نہیں اللہ کے نزدیک۔</w:t>
      </w:r>
    </w:p>
    <w:p>
      <w:r>
        <w:rPr>
          <w:b/>
        </w:rPr>
        <w:t xml:space="preserve">[24:52] </w:t>
      </w:r>
      <w:r>
        <w:t>isi liye hadith mein yeh alfaaz hain ke roza rakha, lekin jhoot bolna aur jhoot par amal karna</w:t>
      </w:r>
    </w:p>
    <w:p>
      <w:pPr>
        <w:jc w:val="right"/>
      </w:pPr>
      <w:r>
        <w:t>اسی لیے حدیث میں یہ الفاظ ہیں کہ روزہ رکھا، لیکن جھوٹ بولنا اور جھوٹ پر عمل کرنا</w:t>
      </w:r>
    </w:p>
    <w:p>
      <w:r>
        <w:rPr>
          <w:b/>
        </w:rPr>
        <w:t xml:space="preserve">[25:00] </w:t>
      </w:r>
      <w:r>
        <w:t>nahi chhodha.</w:t>
      </w:r>
    </w:p>
    <w:p>
      <w:pPr>
        <w:jc w:val="right"/>
      </w:pPr>
      <w:r>
        <w:t>نہیں چھوڑا۔</w:t>
      </w:r>
    </w:p>
    <w:p>
      <w:r>
        <w:rPr>
          <w:b/>
        </w:rPr>
        <w:t xml:space="preserve">[25:01] </w:t>
      </w:r>
      <w:r>
        <w:t>yaani roze ko uski spirit ke saath nahi rakha.</w:t>
      </w:r>
    </w:p>
    <w:p>
      <w:pPr>
        <w:jc w:val="right"/>
      </w:pPr>
      <w:r>
        <w:t>یعنی روزہ کو اس کی اسپرٹ کے ساتھ نہیں رکھا۔</w:t>
      </w:r>
    </w:p>
    <w:p>
      <w:r>
        <w:rPr>
          <w:b/>
        </w:rPr>
        <w:t xml:space="preserve">[25:06] </w:t>
      </w:r>
      <w:r>
        <w:t>toh Allah ko uski hajat nahi ke woh bhooka rahe, paisa rahe, rahe woh.</w:t>
      </w:r>
    </w:p>
    <w:p>
      <w:pPr>
        <w:jc w:val="right"/>
      </w:pPr>
      <w:r>
        <w:t>تو اللہ کو اس کی حاجت نہیں کہ وہ بھوکا رہے، پیسہ رہے، رہے وہ۔</w:t>
      </w:r>
    </w:p>
    <w:p>
      <w:r>
        <w:rPr>
          <w:b/>
        </w:rPr>
        <w:t xml:space="preserve">[25:12] </w:t>
      </w:r>
      <w:r>
        <w:t>uske liye koi reward nahi hai.</w:t>
      </w:r>
    </w:p>
    <w:p>
      <w:pPr>
        <w:jc w:val="right"/>
      </w:pPr>
      <w:r>
        <w:t>اس کے لیے کوئی ریوارڈ نہیں ہے۔</w:t>
      </w:r>
    </w:p>
    <w:p>
      <w:r>
        <w:rPr>
          <w:b/>
        </w:rPr>
        <w:t xml:space="preserve">[25:15] </w:t>
      </w:r>
      <w:r>
        <w:t>toh dekhiye, Islam mein bohat zyada ahmiyat hai tadabbur ki.</w:t>
      </w:r>
    </w:p>
    <w:p>
      <w:pPr>
        <w:jc w:val="right"/>
      </w:pPr>
      <w:r>
        <w:t>تو دیکھیے، اسلام میں بہت زیادہ اہمیت ہے تدبر کی۔</w:t>
      </w:r>
    </w:p>
    <w:p>
      <w:r>
        <w:rPr>
          <w:b/>
        </w:rPr>
        <w:t xml:space="preserve">[25:19] </w:t>
      </w:r>
      <w:r>
        <w:t>Quran mein utara gaya hai layadabbaro ayatihi Quran Khudawand e Alam ki kitaab hai.</w:t>
      </w:r>
    </w:p>
    <w:p>
      <w:pPr>
        <w:jc w:val="right"/>
      </w:pPr>
      <w:r>
        <w:t>قرآن میں اتارا گیا ہے لَيَدَّبِّرُوا آَيَاتِهِ قرآن خداوند عالم کی کتاب ہے۔</w:t>
      </w:r>
    </w:p>
    <w:p>
      <w:r>
        <w:rPr>
          <w:b/>
        </w:rPr>
        <w:t xml:space="preserve">[25:25] </w:t>
      </w:r>
      <w:r>
        <w:t>jab woh Khudawand e Alam ki kitaab hai toh uske andar Khudawand e Alam ki shaan bhi zaroor rahe</w:t>
      </w:r>
    </w:p>
    <w:p>
      <w:pPr>
        <w:jc w:val="right"/>
      </w:pPr>
      <w:r>
        <w:t>جب وہ خداوند عالم کی کتاب ہے تو اس کے اندر خداوند عالم کی شان بھی ضرور رہے</w:t>
      </w:r>
    </w:p>
    <w:p>
      <w:r>
        <w:rPr>
          <w:b/>
        </w:rPr>
        <w:t xml:space="preserve">[25:33]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[25:34] </w:t>
      </w:r>
      <w:r>
        <w:t>jab Quran Khudawand e Alam ka kalam hai toh uske kalam mein kainaati wusatein hongi, uske</w:t>
      </w:r>
    </w:p>
    <w:p>
      <w:pPr>
        <w:jc w:val="right"/>
      </w:pPr>
      <w:r>
        <w:t>جب قرآن خداوند عالم کا کلام ہے تو اس کے کلام میں کائناتی وسعتیں ہوں گی، اس کے</w:t>
      </w:r>
    </w:p>
    <w:p>
      <w:r>
        <w:rPr>
          <w:b/>
        </w:rPr>
        <w:t xml:space="preserve">[25:42] </w:t>
      </w:r>
      <w:r>
        <w:t>kalam mein aala tareen imkanat honge.</w:t>
      </w:r>
    </w:p>
    <w:p>
      <w:pPr>
        <w:jc w:val="right"/>
      </w:pPr>
      <w:r>
        <w:t>کلام میں اعلیٰ ترین امکانات ہوں گے۔</w:t>
      </w:r>
    </w:p>
    <w:p>
      <w:r>
        <w:rPr>
          <w:b/>
        </w:rPr>
        <w:t xml:space="preserve">[25:45] </w:t>
      </w:r>
      <w:r>
        <w:t>kyun ke jab Khuda ki koi had nahi hai toh uske kalam ke meaning bhi ki koi koi</w:t>
      </w:r>
    </w:p>
    <w:p>
      <w:pPr>
        <w:jc w:val="right"/>
      </w:pPr>
      <w:r>
        <w:t>کیونکہ جب خدا کی کوئی حد نہیں ہے تو اس کے کلام کے میننگ بھی کی کوئی کوئی</w:t>
      </w:r>
    </w:p>
    <w:p>
      <w:r>
        <w:rPr>
          <w:b/>
        </w:rPr>
        <w:t xml:space="preserve">[25:53] </w:t>
      </w:r>
      <w:r>
        <w:t>had nahi hai.</w:t>
      </w:r>
    </w:p>
    <w:p>
      <w:pPr>
        <w:jc w:val="right"/>
      </w:pPr>
      <w:r>
        <w:t>حد نہیں ہے۔</w:t>
      </w:r>
    </w:p>
    <w:p>
      <w:r>
        <w:rPr>
          <w:b/>
        </w:rPr>
        <w:t xml:space="preserve">[25:54] </w:t>
      </w:r>
      <w:r>
        <w:t>toh yeh jo sochna hai, yeh sochna bhi ibaadat hai.</w:t>
      </w:r>
    </w:p>
    <w:p>
      <w:pPr>
        <w:jc w:val="right"/>
      </w:pPr>
      <w:r>
        <w:t>تو یہ جو سوچنا ہے، یہ سوچنا بھی عبادت ہے۔</w:t>
      </w:r>
    </w:p>
    <w:p>
      <w:r>
        <w:rPr>
          <w:b/>
        </w:rPr>
        <w:t xml:space="preserve">[25:58] </w:t>
      </w:r>
      <w:r>
        <w:t>jaise ustaad Walter Deramer ne socha, direct mez khane ki mez par aur kaha ke it is</w:t>
      </w:r>
    </w:p>
    <w:p>
      <w:pPr>
        <w:jc w:val="right"/>
      </w:pPr>
      <w:r>
        <w:t>جیسے استاد والٹر ڈیرا میر نے سوچا، ڈائریکٹ میز کھانے کی میز پر اور کہا کہ it is</w:t>
      </w:r>
    </w:p>
    <w:p>
      <w:r>
        <w:rPr>
          <w:b/>
        </w:rPr>
        <w:t xml:space="preserve">[26:06] </w:t>
      </w:r>
      <w:r>
        <w:t>a very odd thing as odd as can be whatever mystery eats turns into mystery.</w:t>
      </w:r>
    </w:p>
    <w:p>
      <w:pPr>
        <w:jc w:val="right"/>
      </w:pPr>
      <w:r>
        <w:t>a very odd thing as odd as can be whatever mystery eats turns into mystery یہ سوچنا جو</w:t>
      </w:r>
    </w:p>
    <w:p>
      <w:r>
        <w:rPr>
          <w:b/>
        </w:rPr>
        <w:t xml:space="preserve">[26:14] </w:t>
      </w:r>
      <w:r>
        <w:t>hai insaan ke paas yaad rakhiye jo sab se bada, sab se badi jo cheez hai woh sochna</w:t>
      </w:r>
    </w:p>
    <w:p>
      <w:pPr>
        <w:jc w:val="right"/>
      </w:pPr>
      <w:r>
        <w:t>ہے انسان کے پاس یاد رکھیے جو سب سے بڑا، سب سے بڑی جو چیز ہے وہ سوچنا</w:t>
      </w:r>
    </w:p>
    <w:p>
      <w:r>
        <w:rPr>
          <w:b/>
        </w:rPr>
        <w:t xml:space="preserve">[26:21] </w:t>
      </w:r>
      <w:r>
        <w:t>hai jo mind se hota hai.</w:t>
      </w:r>
    </w:p>
    <w:p>
      <w:pPr>
        <w:jc w:val="right"/>
      </w:pPr>
      <w:r>
        <w:t>ہے جو مائنڈ سے ہوتا ہے۔</w:t>
      </w:r>
    </w:p>
    <w:p>
      <w:r>
        <w:rPr>
          <w:b/>
        </w:rPr>
        <w:t xml:space="preserve">[26:24] </w:t>
      </w:r>
      <w:r>
        <w:t>sochna hi sab se badi cheez hai.</w:t>
      </w:r>
    </w:p>
    <w:p>
      <w:pPr>
        <w:jc w:val="right"/>
      </w:pPr>
      <w:r>
        <w:t>سوچنا ہی سب سے بڑی چیز ہے۔</w:t>
      </w:r>
    </w:p>
    <w:p>
      <w:r>
        <w:rPr>
          <w:b/>
        </w:rPr>
        <w:t xml:space="preserve">[26:27] </w:t>
      </w:r>
      <w:r>
        <w:t>sochne se science paida hoti hai, sone se sochna civilization wajood mein aati hai aur sochne hi se</w:t>
      </w:r>
    </w:p>
    <w:p>
      <w:pPr>
        <w:jc w:val="right"/>
      </w:pPr>
      <w:r>
        <w:t>سوچنے سے سائنس پیدا ہوتی ہے، سونے سے سوچنا سولائزیشن وجود میں آتی ہے اور سوچنے ہی سے</w:t>
      </w:r>
    </w:p>
    <w:p>
      <w:r>
        <w:rPr>
          <w:b/>
        </w:rPr>
        <w:t xml:space="preserve">[26:35] </w:t>
      </w:r>
      <w:r>
        <w:t>woh aala amal wajood mein aata hai jis jis ki itna reward is par diya jata hai jis</w:t>
      </w:r>
    </w:p>
    <w:p>
      <w:pPr>
        <w:jc w:val="right"/>
      </w:pPr>
      <w:r>
        <w:t>وہ اعلیٰ عمل وجود میں آتا ہے جس جس کی اتنا ریوارڈ اس پر دیا جاتا ہے جس</w:t>
      </w:r>
    </w:p>
    <w:p>
      <w:r>
        <w:rPr>
          <w:b/>
        </w:rPr>
        <w:t xml:space="preserve">[26:42] </w:t>
      </w:r>
      <w:r>
        <w:t>ki koi had nahi, koi limit nahi.</w:t>
      </w:r>
    </w:p>
    <w:p>
      <w:pPr>
        <w:jc w:val="right"/>
      </w:pPr>
      <w:r>
        <w:t>کی کوئی حد نہیں، کوئی لمٹ نہیں۔</w:t>
      </w:r>
    </w:p>
    <w:p>
      <w:r>
        <w:rPr>
          <w:b/>
        </w:rPr>
        <w:t xml:space="preserve">[26:45] </w:t>
      </w:r>
      <w:r>
        <w:t>is ki pehle pichli ummaton mein ek so mein sukoot bhi hota tha, so mein sukoot yani chup</w:t>
      </w:r>
    </w:p>
    <w:p>
      <w:pPr>
        <w:jc w:val="right"/>
      </w:pPr>
      <w:r>
        <w:t>اس کی پہلے پچھلی امتوں میں ایک سو میں سکوت بھی ہوتا تھا، سو میں سکوت یعنی چپ</w:t>
      </w:r>
    </w:p>
    <w:p>
      <w:r>
        <w:rPr>
          <w:b/>
        </w:rPr>
        <w:t xml:space="preserve">[26:53] </w:t>
      </w:r>
      <w:r>
        <w:t>ka roza.</w:t>
      </w:r>
    </w:p>
    <w:p>
      <w:pPr>
        <w:jc w:val="right"/>
      </w:pPr>
      <w:r>
        <w:t>کا روزہ۔</w:t>
      </w:r>
    </w:p>
    <w:p>
      <w:r>
        <w:rPr>
          <w:b/>
        </w:rPr>
        <w:t xml:space="preserve">[26:55] </w:t>
      </w:r>
      <w:r>
        <w:t>islam mein to aisa nahi hai, yani maanwi to aaj bhi hai lekin shaklan aaj nahi hai.</w:t>
      </w:r>
    </w:p>
    <w:p>
      <w:pPr>
        <w:jc w:val="right"/>
      </w:pPr>
      <w:r>
        <w:t>اسلام میں تو ایسا نہیں ہے، یعنی معنوی تو آج بھی ہے لیکن شکلاً آج نہیں ہے۔</w:t>
      </w:r>
    </w:p>
    <w:p>
      <w:r>
        <w:rPr>
          <w:b/>
        </w:rPr>
        <w:t xml:space="preserve">[27:02] </w:t>
      </w:r>
      <w:r>
        <w:t>lekin itraaf, itikaf kiya cheez hai? Itraaf sukoot ke liye hai.</w:t>
      </w:r>
    </w:p>
    <w:p>
      <w:pPr>
        <w:jc w:val="right"/>
      </w:pPr>
      <w:r>
        <w:t>لیکن اعتراف، اعتکاف کیا چیز ہے؟ اعتراف سکوت کے لیے ہے۔</w:t>
      </w:r>
    </w:p>
    <w:p>
      <w:r>
        <w:rPr>
          <w:b/>
        </w:rPr>
        <w:t xml:space="preserve">[27:07] </w:t>
      </w:r>
      <w:r>
        <w:t>itikaf kiya hai? Woh hai itikaf sukoot yani aap chand dinon ke liye apne ko alag kar lete</w:t>
      </w:r>
    </w:p>
    <w:p>
      <w:pPr>
        <w:jc w:val="right"/>
      </w:pPr>
      <w:r>
        <w:t>اعتکاف کیا ہے؟ وہ ہے اعتکاف سکوت یعنی آپ چند دنوں کے لیے اپنے کو الگ کر لیتے</w:t>
      </w:r>
    </w:p>
    <w:p>
      <w:r>
        <w:rPr>
          <w:b/>
        </w:rPr>
        <w:t xml:space="preserve">[27:14] </w:t>
      </w:r>
      <w:r>
        <w:t>hain, secularism chale jate hain taake aap sochen, sochen, sochen, tadabbur karen, tadabbur karen, tadabbur karen.</w:t>
      </w:r>
    </w:p>
    <w:p>
      <w:pPr>
        <w:jc w:val="right"/>
      </w:pPr>
      <w:r>
        <w:t>ہیں، سیکولرزم چلے جاتے ہیں تاکہ آپ سوچیں، سوچیں، سوچیں، تدبر کریں، تدبر کریں، تدبر کریں۔</w:t>
      </w:r>
    </w:p>
    <w:p>
      <w:r>
        <w:rPr>
          <w:b/>
        </w:rPr>
        <w:t xml:space="preserve">[27:21] </w:t>
      </w:r>
      <w:r>
        <w:t>آپ کا مائنڈ جو ٹریگر ہوا ہے unusual shock کے ذریعے، اس کو زیادہ سے زیادہ استعمال کریں۔</w:t>
      </w:r>
    </w:p>
    <w:p>
      <w:pPr>
        <w:jc w:val="right"/>
      </w:pPr>
      <w:r>
        <w:t>آپ کا مائنڈ جو ٹریگر ہوا ہے انول شاک کے ذریعے، اس کو زیادہ سے زیادہ استعمال کریں۔</w:t>
      </w:r>
    </w:p>
    <w:p>
      <w:r>
        <w:rPr>
          <w:b/>
        </w:rPr>
        <w:t xml:space="preserve">[27:29] </w:t>
      </w:r>
      <w:r>
        <w:t>to itikaf jo hai haqeeqatan itikaf saut hai, itikaf simt hai, itikaf sukoot hai.</w:t>
      </w:r>
    </w:p>
    <w:p>
      <w:pPr>
        <w:jc w:val="right"/>
      </w:pPr>
      <w:r>
        <w:t>تو اعتکاف جو ہے حقیقتاً اعتکاف صوت ہے، اعتکاف سمت ہے، اعتکاف سکوت ہے۔</w:t>
      </w:r>
    </w:p>
    <w:p>
      <w:r>
        <w:rPr>
          <w:b/>
        </w:rPr>
        <w:t xml:space="preserve">[27:35] </w:t>
      </w:r>
      <w:r>
        <w:t>itikaf is liye nahi ke log khoob khate peete hain itikaf mein, yani log in ke liye khoobsurat</w:t>
      </w:r>
    </w:p>
    <w:p>
      <w:pPr>
        <w:jc w:val="right"/>
      </w:pPr>
      <w:r>
        <w:t>اعتکاف اس لیے نہیں کہ لوگ خوب کھاتے پیتے ہیں اعتکاف میں، یعنی لوگ ان کے لیے خوبصورت</w:t>
      </w:r>
    </w:p>
    <w:p>
      <w:r>
        <w:rPr>
          <w:b/>
        </w:rPr>
        <w:t xml:space="preserve">[27:43] </w:t>
      </w:r>
      <w:r>
        <w:t>tor par khane late hain, samajhte hain ke bada hissa sawab.</w:t>
      </w:r>
    </w:p>
    <w:p>
      <w:pPr>
        <w:jc w:val="right"/>
      </w:pPr>
      <w:r>
        <w:t>طور پر کھانے لاتے ہیں، سمجھتے ہیں کہ بڑا حصہ ثواب۔</w:t>
      </w:r>
    </w:p>
    <w:p>
      <w:r>
        <w:rPr>
          <w:b/>
        </w:rPr>
        <w:t xml:space="preserve">[27:47] </w:t>
      </w:r>
      <w:r>
        <w:t>ek sahab the, is ko le aate the har saal, ek do do teen saal le gaye woh</w:t>
      </w:r>
    </w:p>
    <w:p>
      <w:pPr>
        <w:jc w:val="right"/>
      </w:pPr>
      <w:r>
        <w:t>ایک صاحب تھے، اس کو لے آتے تھے ہر سال، ایک دو دو تین سال لے گئے وہ</w:t>
      </w:r>
    </w:p>
    <w:p>
      <w:r>
        <w:rPr>
          <w:b/>
        </w:rPr>
        <w:t xml:space="preserve">[27:55] </w:t>
      </w:r>
      <w:r>
        <w:t>to woh ek jagah jate the, ek shehar mein yani dilli mein rehte the woh lekin ramzan mein</w:t>
      </w:r>
    </w:p>
    <w:p>
      <w:pPr>
        <w:jc w:val="right"/>
      </w:pPr>
      <w:r>
        <w:t>تو وہ ایک جگہ جاتے تھے، ایک شہر میں یعنی دلی میں رہتے تھے وہ لیکن رمضان میں</w:t>
      </w:r>
    </w:p>
    <w:p>
      <w:r>
        <w:rPr>
          <w:b/>
        </w:rPr>
        <w:t xml:space="preserve">[28:03] </w:t>
      </w:r>
      <w:r>
        <w:t>woh le aate the, woh jate the ek aur shehar mein, wahan kisi buzurg ka woh dargah thi</w:t>
      </w:r>
    </w:p>
    <w:p>
      <w:pPr>
        <w:jc w:val="right"/>
      </w:pPr>
      <w:r>
        <w:t>وہ لے آتے تھے، وہ جاتے تھے ایک اور شہر میں، وہاں کسی بزرگ کا وہ درگاہ تھی</w:t>
      </w:r>
    </w:p>
    <w:p>
      <w:r>
        <w:rPr>
          <w:b/>
        </w:rPr>
        <w:t xml:space="preserve">[28:11] </w:t>
      </w:r>
      <w:r>
        <w:t>to wahan woh itikaf karte the aur mushkil mein le aate the.</w:t>
      </w:r>
    </w:p>
    <w:p>
      <w:pPr>
        <w:jc w:val="right"/>
      </w:pPr>
      <w:r>
        <w:t>تو وہاں وہ اعتکاف کرتے تھے اور مشکل میں لے آتے تھے۔</w:t>
      </w:r>
    </w:p>
    <w:p>
      <w:r>
        <w:rPr>
          <w:b/>
        </w:rPr>
        <w:t xml:space="preserve">[28:16] </w:t>
      </w:r>
      <w:r>
        <w:t>to hum woh dono itikaf mein baithte the to wahan kya hota tha? Zabardast ehtiram khane peene ka,</w:t>
      </w:r>
    </w:p>
    <w:p>
      <w:pPr>
        <w:jc w:val="right"/>
      </w:pPr>
      <w:r>
        <w:t>تو ہم وہ دونوں اعتکاف میں بیٹھتے تھے تو وہاں کیا ہوتا تھا؟ زبردست احترام کھانے پینے کا،</w:t>
      </w:r>
    </w:p>
    <w:p>
      <w:r>
        <w:rPr>
          <w:b/>
        </w:rPr>
        <w:t xml:space="preserve">[28:23] </w:t>
      </w:r>
      <w:r>
        <w:t>bahut zabardast ehtiram hota tha khane peene ka.</w:t>
      </w:r>
    </w:p>
    <w:p>
      <w:pPr>
        <w:jc w:val="right"/>
      </w:pPr>
      <w:r>
        <w:t>بہت زبردست احترام ہوتا تھا کھانے پینے کا۔</w:t>
      </w:r>
    </w:p>
    <w:p>
      <w:r>
        <w:rPr>
          <w:b/>
        </w:rPr>
        <w:t xml:space="preserve">[28:27] </w:t>
      </w:r>
      <w:r>
        <w:t>to mein shayad do saal gaya, is mani jana chhod diya maine.</w:t>
      </w:r>
    </w:p>
    <w:p>
      <w:pPr>
        <w:jc w:val="right"/>
      </w:pPr>
      <w:r>
        <w:t>تو میں شاید دو سال گیا، اس معنی جانا چھوڑ دیا میں نے۔</w:t>
      </w:r>
    </w:p>
    <w:p>
      <w:r>
        <w:rPr>
          <w:b/>
        </w:rPr>
        <w:t xml:space="preserve">[28:32] </w:t>
      </w:r>
      <w:r>
        <w:t>woh un ka itikaf tha is mani mein ke kisi jagah ja kar ke ek achhi jagah, woh</w:t>
      </w:r>
    </w:p>
    <w:p>
      <w:pPr>
        <w:jc w:val="right"/>
      </w:pPr>
      <w:r>
        <w:t>وہ ان کا اعتکاف تھا اس معنی میں کہ کسی جگہ جا کر کے ایک اچھی جگہ، وہ</w:t>
      </w:r>
    </w:p>
    <w:p>
      <w:r>
        <w:rPr>
          <w:b/>
        </w:rPr>
        <w:t xml:space="preserve">[28:40] </w:t>
      </w:r>
      <w:r>
        <w:t>bahut pur fiza jagah thi, wahan par bagh tha aur khula hua tha, bahut achhi pur fiza jagah thi.</w:t>
      </w:r>
    </w:p>
    <w:p>
      <w:pPr>
        <w:jc w:val="right"/>
      </w:pPr>
      <w:r>
        <w:t>بہت پرفضا جگہ تھی، وہاں پر باغ تھا اور کھلا ہوا تھا، بہت اچھی پرفضا جگہ تھی۔</w:t>
      </w:r>
    </w:p>
    <w:p>
      <w:r>
        <w:rPr>
          <w:b/>
        </w:rPr>
        <w:t xml:space="preserve">[28:47] </w:t>
      </w:r>
      <w:r>
        <w:t>to wahan par itikaf karna aur khoob khana peena.</w:t>
      </w:r>
    </w:p>
    <w:p>
      <w:pPr>
        <w:jc w:val="right"/>
      </w:pPr>
      <w:r>
        <w:t>تو وہاں پر اعتکاف کرنا اور خوب کھانا پینا۔</w:t>
      </w:r>
    </w:p>
    <w:p>
      <w:r>
        <w:rPr>
          <w:b/>
        </w:rPr>
        <w:t xml:space="preserve">[28:51] </w:t>
      </w:r>
      <w:r>
        <w:t>to phir ek do saal mein gaya, is ke baad jana chhod diya maine.</w:t>
      </w:r>
    </w:p>
    <w:p>
      <w:pPr>
        <w:jc w:val="right"/>
      </w:pPr>
      <w:r>
        <w:t>تو پھر ایک دو سال میں گیا، اس کے بعد جانا چھوڑ دیا میں نے۔</w:t>
      </w:r>
    </w:p>
    <w:p>
      <w:r>
        <w:rPr>
          <w:b/>
        </w:rPr>
        <w:t xml:space="preserve">[28:58] </w:t>
      </w:r>
      <w:r>
        <w:t>itikaf khane peene ke liye nahi hai, itikaf jo hai, jo qadeem ummaton mein jo so mein sukoot</w:t>
      </w:r>
    </w:p>
    <w:p>
      <w:pPr>
        <w:jc w:val="right"/>
      </w:pPr>
      <w:r>
        <w:t>اعتکاف کھانے پینے کے لیے نہیں ہے، اعتکاف جو ہے جو قدیم امتوں میں جو سو میں سکوت</w:t>
      </w:r>
    </w:p>
    <w:p>
      <w:r>
        <w:rPr>
          <w:b/>
        </w:rPr>
        <w:t xml:space="preserve">[29:05] </w:t>
      </w:r>
      <w:r>
        <w:t>hota tha, isi so mein sukoot ka yeh extension hai.</w:t>
      </w:r>
    </w:p>
    <w:p>
      <w:pPr>
        <w:jc w:val="right"/>
      </w:pPr>
      <w:r>
        <w:t>ہوتا تھا، اسی سو میں سکوت کا یہ ایکسٹینشن ہے۔</w:t>
      </w:r>
    </w:p>
    <w:p>
      <w:r>
        <w:rPr>
          <w:b/>
        </w:rPr>
        <w:t xml:space="preserve">[29:10] </w:t>
      </w:r>
      <w:r>
        <w:t>yani secularism mein ja kar ke sochna, ilhadgi mein ja kar ke tadabbur karna, ilhadgi mein ja kar</w:t>
      </w:r>
    </w:p>
    <w:p>
      <w:pPr>
        <w:jc w:val="right"/>
      </w:pPr>
      <w:r>
        <w:t>یعنی سیکولرزم میں جا کر کے سوچنا، الہادگی میں جا کر کے تدبر کرنا، الہادگی میں جا کر</w:t>
      </w:r>
    </w:p>
    <w:p>
      <w:r>
        <w:rPr>
          <w:b/>
        </w:rPr>
        <w:t xml:space="preserve">[29:17] </w:t>
      </w:r>
      <w:r>
        <w:t>قرآن کا مطالعہ کرنا، جو initial shock سے جو آپ کا مائنڈ ٹریگر ہوا ہے، اس کو وہاں</w:t>
      </w:r>
    </w:p>
    <w:p>
      <w:pPr>
        <w:jc w:val="right"/>
      </w:pPr>
      <w:r>
        <w:t>قرآن کا مطالعہ کرنا، جو انول شاک سے جو آپ کا مائنڈ ٹریگر ہوا ہے، اس کو وہاں</w:t>
      </w:r>
    </w:p>
    <w:p>
      <w:r>
        <w:rPr>
          <w:b/>
        </w:rPr>
        <w:t xml:space="preserve">[29:25] </w:t>
      </w:r>
      <w:r>
        <w:t>par istemal karna.</w:t>
      </w:r>
    </w:p>
    <w:p>
      <w:pPr>
        <w:jc w:val="right"/>
      </w:pPr>
      <w:r>
        <w:t>پر استعمال کرنا۔</w:t>
      </w:r>
    </w:p>
    <w:p>
      <w:r>
        <w:rPr>
          <w:b/>
        </w:rPr>
        <w:t xml:space="preserve">[29:27] </w:t>
      </w:r>
      <w:r>
        <w:t>phir kya hoga? aap ka aap ka mind bharpuri haqeeqat daryaft karega, aap ko Allah ki nai</w:t>
      </w:r>
    </w:p>
    <w:p>
      <w:pPr>
        <w:jc w:val="right"/>
      </w:pPr>
      <w:r>
        <w:t>پھر کیا ہوگا؟ آپ کا آپ کا مائنڈ بھرپوری حقیقت دریافت کرے گا، آپ کو اللہ کی نئی</w:t>
      </w:r>
    </w:p>
    <w:p>
      <w:r>
        <w:rPr>
          <w:b/>
        </w:rPr>
        <w:t xml:space="preserve">[29:34] </w:t>
      </w:r>
      <w:r>
        <w:t>nai qurbatein milengi, aap ko Allah ki marifat karne wale tajrubaat honge.</w:t>
      </w:r>
    </w:p>
    <w:p>
      <w:pPr>
        <w:jc w:val="right"/>
      </w:pPr>
      <w:r>
        <w:t>نئی قربتیں ملیں گی، آپ کو اللہ کی معرفت کرنے والے تجربات ہوں گے۔</w:t>
      </w:r>
    </w:p>
    <w:p>
      <w:r>
        <w:rPr>
          <w:b/>
        </w:rPr>
        <w:t xml:space="preserve">[29:40] </w:t>
      </w:r>
      <w:r>
        <w:t>woh aitkaf aap ke liye lazeez khane ka aitkaf nahi rahega, woh aitkaf aap ke liye ghar</w:t>
      </w:r>
    </w:p>
    <w:p>
      <w:pPr>
        <w:jc w:val="right"/>
      </w:pPr>
      <w:r>
        <w:t>وہ اعتکاف آپ کے لیے لذیذ کھانے کا اعتکاف نہیں رہے گا، وہ اعتکاف آپ کے لیے غار</w:t>
      </w:r>
    </w:p>
    <w:p>
      <w:r>
        <w:rPr>
          <w:b/>
        </w:rPr>
        <w:t xml:space="preserve">[29:48] </w:t>
      </w:r>
      <w:r>
        <w:t>e hira ban jayega.</w:t>
      </w:r>
    </w:p>
    <w:p>
      <w:pPr>
        <w:jc w:val="right"/>
      </w:pPr>
      <w:r>
        <w:t>حرا بن جائے گا۔</w:t>
      </w:r>
    </w:p>
    <w:p>
      <w:r>
        <w:rPr>
          <w:b/>
        </w:rPr>
        <w:t xml:space="preserve">[29:50] </w:t>
      </w:r>
      <w:r>
        <w:t>rasool Allah jate the ghar e hira mein toh khane peene ke liye nahi, is zamane mein khane peene</w:t>
      </w:r>
    </w:p>
    <w:p>
      <w:pPr>
        <w:jc w:val="right"/>
      </w:pPr>
      <w:r>
        <w:t>رسول اللہ جاتے تھے غار حرا میں تو کھانے پینے کے لیے نہیں، اس زمانے میں کھانے پینے</w:t>
      </w:r>
    </w:p>
    <w:p>
      <w:r>
        <w:rPr>
          <w:b/>
        </w:rPr>
        <w:t xml:space="preserve">[29:57] </w:t>
      </w:r>
      <w:r>
        <w:t>ka koi saman nahi tha.</w:t>
      </w:r>
    </w:p>
    <w:p>
      <w:pPr>
        <w:jc w:val="right"/>
      </w:pPr>
      <w:r>
        <w:t>کا کوئی سامان نہیں تھا۔</w:t>
      </w:r>
    </w:p>
    <w:p>
      <w:r>
        <w:rPr>
          <w:b/>
        </w:rPr>
        <w:t xml:space="preserve">[30:00] </w:t>
      </w:r>
      <w:r>
        <w:t>toh ghar e hira mein jate the tadabbur ke liye, sochne ke liye, badi badi marifat ko daryaft karne</w:t>
      </w:r>
    </w:p>
    <w:p>
      <w:pPr>
        <w:jc w:val="right"/>
      </w:pPr>
      <w:r>
        <w:t>تو غار حرا میں جاتے تھے تدبر کے لیے، سوچنے کے لیے، بڑی بڑی معرفت کو دریافت کرنے</w:t>
      </w:r>
    </w:p>
    <w:p>
      <w:r>
        <w:rPr>
          <w:b/>
        </w:rPr>
        <w:t xml:space="preserve">[30:07]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[30:09] </w:t>
      </w:r>
      <w:r>
        <w:t>chunanche wahan par akele mein hote the, woh rasool Allah toh badi badi baatein wahan aap ki samajh</w:t>
      </w:r>
    </w:p>
    <w:p>
      <w:pPr>
        <w:jc w:val="right"/>
      </w:pPr>
      <w:r>
        <w:t>چنانچہ وہاں پر اکیلے میں ہوتے تھے، وہ رسول اللہ تو بڑی بڑی باتیں وہاں آپ کی سمجھ</w:t>
      </w:r>
    </w:p>
    <w:p>
      <w:r>
        <w:rPr>
          <w:b/>
        </w:rPr>
        <w:t xml:space="preserve">[30:17] </w:t>
      </w:r>
      <w:r>
        <w:t>mein aati thi.</w:t>
      </w:r>
    </w:p>
    <w:p>
      <w:pPr>
        <w:jc w:val="right"/>
      </w:pPr>
      <w:r>
        <w:t>میں آتی تھیں۔</w:t>
      </w:r>
    </w:p>
    <w:p>
      <w:r>
        <w:rPr>
          <w:b/>
        </w:rPr>
        <w:t xml:space="preserve">[30:18] </w:t>
      </w:r>
      <w:r>
        <w:t>is tarah se aap ek prepared mind ban gaye the, prepared mind, aur phir badi badi baatein samajhne</w:t>
      </w:r>
    </w:p>
    <w:p>
      <w:pPr>
        <w:jc w:val="right"/>
      </w:pPr>
      <w:r>
        <w:t>اس طرح سے آپ ایک پریپیرڈ مائنڈ بن گئے تھے، پریپیرڈ مائنڈ، اور پھر بڑی بڑی باتیں سمجھنے</w:t>
      </w:r>
    </w:p>
    <w:p>
      <w:r>
        <w:rPr>
          <w:b/>
        </w:rPr>
        <w:t xml:space="preserve">[30:26] </w:t>
      </w:r>
      <w:r>
        <w:t>ke qabil ho gaye.</w:t>
      </w:r>
    </w:p>
    <w:p>
      <w:pPr>
        <w:jc w:val="right"/>
      </w:pPr>
      <w:r>
        <w:t>کے قابل ہو گئے۔</w:t>
      </w:r>
    </w:p>
    <w:p>
      <w:r>
        <w:rPr>
          <w:b/>
        </w:rPr>
        <w:t xml:space="preserve">[30:27] </w:t>
      </w:r>
      <w:r>
        <w:t>mein aap ko ek misaal deta hoon, rasool Allah ghar e hira mein the nabuwat se pehle, nabuwat se</w:t>
      </w:r>
    </w:p>
    <w:p>
      <w:pPr>
        <w:jc w:val="right"/>
      </w:pPr>
      <w:r>
        <w:t>میں آپ کو ایک مثال دیتا ہوں، رسول اللہ غار حرا میں تھے نبوت سے پہلے، نبوت سے</w:t>
      </w:r>
    </w:p>
    <w:p>
      <w:r>
        <w:rPr>
          <w:b/>
        </w:rPr>
        <w:t xml:space="preserve">[30:35] </w:t>
      </w:r>
      <w:r>
        <w:t>pehle toh jibril aaye aur jibril aa kar kaha unhone rasool Allah se ke: "ya Muhammad, aey</w:t>
      </w:r>
    </w:p>
    <w:p>
      <w:pPr>
        <w:jc w:val="right"/>
      </w:pPr>
      <w:r>
        <w:t>پہلے تو جبرائیل آئے اور جبرائیل آ کر کہا انہوں نے رسول اللہ سے کہ: "یا محمد، اے</w:t>
      </w:r>
    </w:p>
    <w:p>
      <w:r>
        <w:rPr>
          <w:b/>
        </w:rPr>
        <w:t xml:space="preserve">[30:43] </w:t>
      </w:r>
      <w:r>
        <w:t>Muhammad, parho." jibril ne rasool Allah se farmaya ke: "ya Muhammad, aey Muhammad, aey Muhammad, parho." aap ne</w:t>
      </w:r>
    </w:p>
    <w:p>
      <w:pPr>
        <w:jc w:val="right"/>
      </w:pPr>
      <w:r>
        <w:t>محمد، پڑھو۔" جبرائیل نے رسول اللہ سے فرمایا کہ: "یا محمد، اے محمد، اے محمد، پڑھو۔" آپ نے</w:t>
      </w:r>
    </w:p>
    <w:p>
      <w:r>
        <w:rPr>
          <w:b/>
        </w:rPr>
        <w:t xml:space="preserve">[30:51] </w:t>
      </w:r>
      <w:r>
        <w:t>farmaya ke: "ma ana bukhari, mujhe toh parhna aata nahi." phir dobara unhone kaha: "ya Muhammad, aey</w:t>
      </w:r>
    </w:p>
    <w:p>
      <w:pPr>
        <w:jc w:val="right"/>
      </w:pPr>
      <w:r>
        <w:t>فرمایا کہ: "ما انا بخاری، مجھے تو پڑھنا آتا نہیں۔" پھر دوبارہ انہوں نے کہا: "یا محمد، اے</w:t>
      </w:r>
    </w:p>
    <w:p>
      <w:r>
        <w:rPr>
          <w:b/>
        </w:rPr>
        <w:t xml:space="preserve">[30:58] </w:t>
      </w:r>
      <w:r>
        <w:t>Muhammad, phir aap ne kaha ke: ma ana bukhari." phir teesri baar unhone kaha: "ya Muhammad, aey</w:t>
      </w:r>
    </w:p>
    <w:p>
      <w:pPr>
        <w:jc w:val="right"/>
      </w:pPr>
      <w:r>
        <w:t>محمد، پھر آپ نے کہا کہ: ما انا بخاری۔" پھر تیسری بار انہوں نے کہا: "یا محمد، اے</w:t>
      </w:r>
    </w:p>
    <w:p>
      <w:r>
        <w:rPr>
          <w:b/>
        </w:rPr>
        <w:t xml:space="preserve">[31:06] </w:t>
      </w:r>
      <w:r>
        <w:t>Muhammad, unhone kaha ke: ma ana bukhari." toh phir unhone embrace kiya jibril ne rasool Allah</w:t>
      </w:r>
    </w:p>
    <w:p>
      <w:pPr>
        <w:jc w:val="right"/>
      </w:pPr>
      <w:r>
        <w:t>محمد، انہوں نے کہا کہ: ما انا بخاری۔" تو پھر انہوں نے ایمبریس کیا جبرائیل نے رسول اللہ</w:t>
      </w:r>
    </w:p>
    <w:p>
      <w:r>
        <w:rPr>
          <w:b/>
        </w:rPr>
        <w:t xml:space="preserve">[31:14]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[31:15] </w:t>
      </w:r>
      <w:r>
        <w:t>jibril ne jab embrace kiya toh woh phir woh parhne lage.</w:t>
      </w:r>
    </w:p>
    <w:p>
      <w:pPr>
        <w:jc w:val="right"/>
      </w:pPr>
      <w:r>
        <w:t>جبرائیل نے جب ایمبریس کیا تو وہ پھر وہ پڑھنے لگے۔</w:t>
      </w:r>
    </w:p>
    <w:p>
      <w:r>
        <w:rPr>
          <w:b/>
        </w:rPr>
        <w:t xml:space="preserve">[31:20] </w:t>
      </w:r>
      <w:r>
        <w:t>is ka matlab kya hai? is ka matlab kya hai? is ka matlab hai ke parhna nahi aata</w:t>
      </w:r>
    </w:p>
    <w:p>
      <w:pPr>
        <w:jc w:val="right"/>
      </w:pPr>
      <w:r>
        <w:t>اس کا مطلب کیا ہے؟ اس کا مطلب کیا ہے؟ اس کا مطلب ہے کہ پڑھنا نہیں آتا</w:t>
      </w:r>
    </w:p>
    <w:p>
      <w:r>
        <w:rPr>
          <w:b/>
        </w:rPr>
        <w:t xml:space="preserve">[31:28] </w:t>
      </w:r>
      <w:r>
        <w:t>tab bhi parho.</w:t>
      </w:r>
    </w:p>
    <w:p>
      <w:pPr>
        <w:jc w:val="right"/>
      </w:pPr>
      <w:r>
        <w:t>تب بھی پڑھو۔</w:t>
      </w:r>
    </w:p>
    <w:p>
      <w:r>
        <w:rPr>
          <w:b/>
        </w:rPr>
        <w:t xml:space="preserve">[31:29] </w:t>
      </w:r>
      <w:r>
        <w:t>yani nabuwat ke aaghaz mein jibril ke zariye Allah ne paigham diya aap ko ke parhna nahi aata</w:t>
      </w:r>
    </w:p>
    <w:p>
      <w:pPr>
        <w:jc w:val="right"/>
      </w:pPr>
      <w:r>
        <w:t>یعنی نبوت کے آغاز میں جبرائیل کے ذریعے اللہ نے پیغام دیا آپ کو کہ پڑھنا نہیں آتا</w:t>
      </w:r>
    </w:p>
    <w:p>
      <w:r>
        <w:rPr>
          <w:b/>
        </w:rPr>
        <w:t xml:space="preserve">[31:37] </w:t>
      </w:r>
      <w:r>
        <w:t>tab bhi parho, karna nahi aata tab bhi karo.</w:t>
      </w:r>
    </w:p>
    <w:p>
      <w:pPr>
        <w:jc w:val="right"/>
      </w:pPr>
      <w:r>
        <w:t>تب بھی پڑھو، کرنا نہیں آتا تب بھی کرو۔</w:t>
      </w:r>
    </w:p>
    <w:p>
      <w:r>
        <w:rPr>
          <w:b/>
        </w:rPr>
        <w:t xml:space="preserve">[31:41] </w:t>
      </w:r>
      <w:r>
        <w:t>yani namumkin ko mumkin banao, impossible ko possible banao.</w:t>
      </w:r>
    </w:p>
    <w:p>
      <w:pPr>
        <w:jc w:val="right"/>
      </w:pPr>
      <w:r>
        <w:t>یعنی ناممکن کو ممکن بناؤ، امپاسیبل کو پاسیبل بناؤ۔</w:t>
      </w:r>
    </w:p>
    <w:p>
      <w:r>
        <w:rPr>
          <w:b/>
        </w:rPr>
        <w:t xml:space="preserve">[31:45] </w:t>
      </w:r>
      <w:r>
        <w:t>You have to make impossible possible aur waqai aise hi hua.</w:t>
      </w:r>
    </w:p>
    <w:p>
      <w:pPr>
        <w:jc w:val="right"/>
      </w:pPr>
      <w:r>
        <w:t>You have to make impossible possible اور واقعی ایسے ہی ہوا۔</w:t>
      </w:r>
    </w:p>
    <w:p>
      <w:r>
        <w:rPr>
          <w:b/>
        </w:rPr>
        <w:t xml:space="preserve">[31:49] </w:t>
      </w:r>
      <w:r>
        <w:t>Aap jante hain ke ek kitab chhapi hai "The Hundred", is mein is ke musannif jo hai Michael</w:t>
      </w:r>
    </w:p>
    <w:p>
      <w:pPr>
        <w:jc w:val="right"/>
      </w:pPr>
      <w:r>
        <w:t>آپ جانتے ہیں کہ ایک کتاب چھپی ہے "The Hundred"، اس میں اس کے مصنف جو ہے مائیکل</w:t>
      </w:r>
    </w:p>
    <w:p>
      <w:r>
        <w:rPr>
          <w:b/>
        </w:rPr>
        <w:t xml:space="preserve">[31:57] </w:t>
      </w:r>
      <w:r>
        <w:t>Hart ne likha hai ke poori tareekh ko is ne jaiza liya, poori history mein jo bare bare</w:t>
      </w:r>
    </w:p>
    <w:p>
      <w:pPr>
        <w:jc w:val="right"/>
      </w:pPr>
      <w:r>
        <w:t>ہارٹ نے لکھا ہے کہ پوری تاریخ کو اس نے جائزہ لیا، پوری ہسٹری میں جو بڑے بڑے</w:t>
      </w:r>
    </w:p>
    <w:p>
      <w:r>
        <w:rPr>
          <w:b/>
        </w:rPr>
        <w:t xml:space="preserve">[32:05] </w:t>
      </w:r>
      <w:r>
        <w:t>log paida hue, poori history mein, poori human history mein sab ka jaiza liya.</w:t>
      </w:r>
    </w:p>
    <w:p>
      <w:pPr>
        <w:jc w:val="right"/>
      </w:pPr>
      <w:r>
        <w:t>لوگ پیدا ہوئے، پوری ہسٹری میں، پوری ہیومن ہسٹری میں سب کا جائزہ لیا۔</w:t>
      </w:r>
    </w:p>
    <w:p>
      <w:r>
        <w:rPr>
          <w:b/>
        </w:rPr>
        <w:t xml:space="preserve">[32:11] </w:t>
      </w:r>
      <w:r>
        <w:t>Aakhir mein is ne ek faisla kiya ke Muhammad was the most successful man in his history.</w:t>
      </w:r>
    </w:p>
    <w:p>
      <w:pPr>
        <w:jc w:val="right"/>
      </w:pPr>
      <w:r>
        <w:t>آخر میں اس نے ایک فیصلہ کیا کہ Muhammad was the most successful man in his history.</w:t>
      </w:r>
    </w:p>
    <w:p>
      <w:r>
        <w:rPr>
          <w:b/>
        </w:rPr>
        <w:t xml:space="preserve">[32:18] </w:t>
      </w:r>
      <w:r>
        <w:t>Muhammad was the supremely successful man in the whole human history.</w:t>
      </w:r>
    </w:p>
    <w:p>
      <w:pPr>
        <w:jc w:val="right"/>
      </w:pPr>
      <w:r>
        <w:t>Muhammad was the supremely successful man in the whole human history.</w:t>
      </w:r>
    </w:p>
    <w:p>
      <w:r>
        <w:rPr>
          <w:b/>
        </w:rPr>
        <w:t xml:space="preserve">[32:23] </w:t>
      </w:r>
      <w:r>
        <w:t>Yeh to tha, woh awwal din bataya gaya tha ke tumhara mission kya hai, impossible ko possible banana.</w:t>
      </w:r>
    </w:p>
    <w:p>
      <w:pPr>
        <w:jc w:val="right"/>
      </w:pPr>
      <w:r>
        <w:t>یہ تو تھا، وہ اول دن بتایا گیا تھا کہ تمہارا مشن کیا ہے، امپاسیبل کو پاسیبل بنانا۔</w:t>
      </w:r>
    </w:p>
    <w:p>
      <w:r>
        <w:rPr>
          <w:b/>
        </w:rPr>
        <w:t xml:space="preserve">[32:30] </w:t>
      </w:r>
      <w:r>
        <w:t>Lekin yeh kaise hua? Yeh roza rakh kar hua.</w:t>
      </w:r>
    </w:p>
    <w:p>
      <w:pPr>
        <w:jc w:val="right"/>
      </w:pPr>
      <w:r>
        <w:t>لیکن یہ کیسے ہوا؟ یہ روزہ رکھ کر ہوا۔</w:t>
      </w:r>
    </w:p>
    <w:p>
      <w:r>
        <w:rPr>
          <w:b/>
        </w:rPr>
        <w:t xml:space="preserve">[32:34] </w:t>
      </w:r>
      <w:r>
        <w:t>Roza kis mani mein? Main keh raha hoon, khana peena chhodne ke mani mein nahi hai, وَرُزَّ فَاجُرٍ</w:t>
      </w:r>
    </w:p>
    <w:p>
      <w:pPr>
        <w:jc w:val="right"/>
      </w:pPr>
      <w:r>
        <w:t>روزہ کس معنی میں؟ میں کہہ رہا ہوں، کھانا پینا چھوڑنے کے معنی میں نہیں ہے، وَرُزَّ فَاجُرٍ</w:t>
      </w:r>
    </w:p>
    <w:p>
      <w:r>
        <w:rPr>
          <w:b/>
        </w:rPr>
        <w:t xml:space="preserve">[32:42] </w:t>
      </w:r>
      <w:r>
        <w:t>ke mani mein.</w:t>
      </w:r>
    </w:p>
    <w:p>
      <w:pPr>
        <w:jc w:val="right"/>
      </w:pPr>
      <w:r>
        <w:t>کے معنی میں۔</w:t>
      </w:r>
    </w:p>
    <w:p>
      <w:r>
        <w:rPr>
          <w:b/>
        </w:rPr>
        <w:t xml:space="preserve">[32:44] </w:t>
      </w:r>
      <w:r>
        <w:t>Rizq ko chhod do, yani negative thinking ko chhod do, mukammal mani mein positive thinker ban jao.</w:t>
      </w:r>
    </w:p>
    <w:p>
      <w:pPr>
        <w:jc w:val="right"/>
      </w:pPr>
      <w:r>
        <w:t>رزق کو چھوڑ دو، یعنی نیگیٹیو تھنکنگ کو چھوڑ دو، مکمل معنی میں پازیٹیو تھنکر بن جاؤ۔</w:t>
      </w:r>
    </w:p>
    <w:p>
      <w:r>
        <w:rPr>
          <w:b/>
        </w:rPr>
        <w:t xml:space="preserve">[32:51] </w:t>
      </w:r>
      <w:r>
        <w:t>Is ki ek misaal yeh hai ke Makah mein us zamane mein mushrik logon ka qabza tha.</w:t>
      </w:r>
    </w:p>
    <w:p>
      <w:pPr>
        <w:jc w:val="right"/>
      </w:pPr>
      <w:r>
        <w:t>اس کی ایک مثال یہ ہے کہ مکہ میں اس زمانے میں مشرک لوگوں کا قبضہ تھا۔</w:t>
      </w:r>
    </w:p>
    <w:p>
      <w:r>
        <w:rPr>
          <w:b/>
        </w:rPr>
        <w:t xml:space="preserve">[32:58] </w:t>
      </w:r>
      <w:r>
        <w:t>Unhon ne Makah mein sankron ki tadad mein but rakh diye the, laga kar sankron ki tadad mein.</w:t>
      </w:r>
    </w:p>
    <w:p>
      <w:pPr>
        <w:jc w:val="right"/>
      </w:pPr>
      <w:r>
        <w:t>انہوں نے مکہ میں سینکڑوں کی تعداد میں بت رکھ دیے تھے، لگا کر سینکڑوں کی تعداد میں۔</w:t>
      </w:r>
    </w:p>
    <w:p>
      <w:r>
        <w:rPr>
          <w:b/>
        </w:rPr>
        <w:t xml:space="preserve">[33:06] </w:t>
      </w:r>
      <w:r>
        <w:t>Yani Makah ban gaya tha practically Madinah, Ka'bah practically butkhana ban gaya tha.</w:t>
      </w:r>
    </w:p>
    <w:p>
      <w:pPr>
        <w:jc w:val="right"/>
      </w:pPr>
      <w:r>
        <w:t>یعنی مکہ بن گیا تھا پریکٹیکلی مدینہ، کعبہ پریکٹیکلی بت خانہ بن گیا تھا۔</w:t>
      </w:r>
    </w:p>
    <w:p>
      <w:r>
        <w:rPr>
          <w:b/>
        </w:rPr>
        <w:t xml:space="preserve">[33:12] </w:t>
      </w:r>
      <w:r>
        <w:t>Lekin kaisa ajeeb tha Rasool Allah ko jo Jibrael ne diya tha mind ke aap 13 saal tak</w:t>
      </w:r>
    </w:p>
    <w:p>
      <w:pPr>
        <w:jc w:val="right"/>
      </w:pPr>
      <w:r>
        <w:t>لیکن کیسا عجیب تھا رسول اللہ کو جو جبرائیل نے دیا تھا مائنڈ کہ آپ 13 سال تک</w:t>
      </w:r>
    </w:p>
    <w:p>
      <w:r>
        <w:rPr>
          <w:b/>
        </w:rPr>
        <w:t xml:space="preserve">[33:20] </w:t>
      </w:r>
      <w:r>
        <w:t>Makkah mein rahe, kabhi aap ne touch nahi kiya kisi but ko, kabhi wahan protest nahi kiya.</w:t>
      </w:r>
    </w:p>
    <w:p>
      <w:pPr>
        <w:jc w:val="right"/>
      </w:pPr>
      <w:r>
        <w:t>مکے میں رہے، کبھی آپ نے ٹچ نہیں کیا کسی بت کو، کبھی وہاں پروٹیسٹ نہیں کیا۔</w:t>
      </w:r>
    </w:p>
    <w:p>
      <w:r>
        <w:rPr>
          <w:b/>
        </w:rPr>
        <w:t xml:space="preserve">[33:27] </w:t>
      </w:r>
      <w:r>
        <w:t>Amanah to aap jante hain, Ajdah ki Masjid, us ki Babri Masjid, wahan teen but, but ki bhi</w:t>
      </w:r>
    </w:p>
    <w:p>
      <w:pPr>
        <w:jc w:val="right"/>
      </w:pPr>
      <w:r>
        <w:t>امانہ تو آپ جانتے ہیں، اجدہ کی مسجد، اس کی بابری مسجد، وہاں تین بت، بت کی بھی</w:t>
      </w:r>
    </w:p>
    <w:p>
      <w:r>
        <w:rPr>
          <w:b/>
        </w:rPr>
        <w:t xml:space="preserve">[33:35] </w:t>
      </w:r>
      <w:r>
        <w:t>tasveerein, teen but ki tasveerein rakh di gayi thi Babri Masjid ke andar.</w:t>
      </w:r>
    </w:p>
    <w:p>
      <w:pPr>
        <w:jc w:val="right"/>
      </w:pPr>
      <w:r>
        <w:t>تصویریں، تین بت کی تصویریں رکھ دی گئی تھیں بابری مسجد کے اندر۔</w:t>
      </w:r>
    </w:p>
    <w:p>
      <w:r>
        <w:rPr>
          <w:b/>
        </w:rPr>
        <w:t xml:space="preserve">[33:40] </w:t>
      </w:r>
      <w:r>
        <w:t>Is mein itna hungama chahe, itna hungama chahe ke but bahut sari toot gayi.</w:t>
      </w:r>
    </w:p>
    <w:p>
      <w:pPr>
        <w:jc w:val="right"/>
      </w:pPr>
      <w:r>
        <w:t>اس میں اتنا ہنگامہ چاہے، اتنا ہنگامہ چاہے کہ بت بہت ساری ٹوٹ گئی۔</w:t>
      </w:r>
    </w:p>
    <w:p>
      <w:r>
        <w:rPr>
          <w:b/>
        </w:rPr>
        <w:t xml:space="preserve">[33:46] </w:t>
      </w:r>
      <w:r>
        <w:t>Jo hungama hua tha, woh teen but ki teen tasveerein thi.</w:t>
      </w:r>
    </w:p>
    <w:p>
      <w:pPr>
        <w:jc w:val="right"/>
      </w:pPr>
      <w:r>
        <w:t>جو ہنگامہ ہوا تھا، وہ تین بت کی تین تصویریں تھیں۔</w:t>
      </w:r>
    </w:p>
    <w:p>
      <w:r>
        <w:rPr>
          <w:b/>
        </w:rPr>
        <w:t xml:space="preserve">[33:51] </w:t>
      </w:r>
      <w:r>
        <w:t>Aur Babri Masjid kya kehte hain? Ka'bah ke muqable mein, yani Ka'bah ke muqable mein Babri Masjid koi</w:t>
      </w:r>
    </w:p>
    <w:p>
      <w:pPr>
        <w:jc w:val="right"/>
      </w:pPr>
      <w:r>
        <w:t>اور بابری مسجد کیا کہتے ہیں؟ کعبہ کے مقابلے میں، یعنی کعبہ کے مقابلے میں بابری مسجد کوئی</w:t>
      </w:r>
    </w:p>
    <w:p>
      <w:r>
        <w:rPr>
          <w:b/>
        </w:rPr>
        <w:t xml:space="preserve">[33:59] </w:t>
      </w:r>
      <w:r>
        <w:t>haqeeqat nahi hai.</w:t>
      </w:r>
    </w:p>
    <w:p>
      <w:pPr>
        <w:jc w:val="right"/>
      </w:pPr>
      <w:r>
        <w:t>حقیقت نہیں ہے۔</w:t>
      </w:r>
    </w:p>
    <w:p>
      <w:r>
        <w:rPr>
          <w:b/>
        </w:rPr>
        <w:t xml:space="preserve">[34:00] </w:t>
      </w:r>
      <w:r>
        <w:t>Aap ghor kijiye ke aap Makah mein hain, daily wahan jate hain aur dekhte hain ke muqaddas Ka'bah</w:t>
      </w:r>
    </w:p>
    <w:p>
      <w:pPr>
        <w:jc w:val="right"/>
      </w:pPr>
      <w:r>
        <w:t>آپ غور کیجئے کہ آپ مکہ میں ہیں، ڈیلی وہاں جاتے ہیں اور دیکھتے ہیں کہ مقدس کعبہ</w:t>
      </w:r>
    </w:p>
    <w:p>
      <w:r>
        <w:rPr>
          <w:b/>
        </w:rPr>
        <w:t xml:space="preserve">[34:08] </w:t>
      </w:r>
      <w:r>
        <w:t>mein but rakhe hue hain.</w:t>
      </w:r>
    </w:p>
    <w:p>
      <w:pPr>
        <w:jc w:val="right"/>
      </w:pPr>
      <w:r>
        <w:t>میں بت رکھے ہوئے ہیں۔</w:t>
      </w:r>
    </w:p>
    <w:p>
      <w:r>
        <w:rPr>
          <w:b/>
        </w:rPr>
        <w:t xml:space="preserve">[34:10] </w:t>
      </w:r>
      <w:r>
        <w:t>aap dil mein hi bura nahi mante, koi protest nahi karte, koi hangama nahi karte, aur khamosh planning</w:t>
      </w:r>
    </w:p>
    <w:p>
      <w:pPr>
        <w:jc w:val="right"/>
      </w:pPr>
      <w:r>
        <w:t>آپ دل میں ہی برا نہیں مانتے، کوئی پروٹیسٹ نہیں کرتے، کوئی ہنگامہ نہیں کرتے، اور خاموش پلاننگ</w:t>
      </w:r>
    </w:p>
    <w:p>
      <w:r>
        <w:rPr>
          <w:b/>
        </w:rPr>
        <w:t xml:space="preserve">[34:18] </w:t>
      </w:r>
      <w:r>
        <w:t>karte hain.</w:t>
      </w:r>
    </w:p>
    <w:p>
      <w:pPr>
        <w:jc w:val="right"/>
      </w:pPr>
      <w:r>
        <w:t>کرتے ہیں۔</w:t>
      </w:r>
    </w:p>
    <w:p>
      <w:r>
        <w:rPr>
          <w:b/>
        </w:rPr>
        <w:t xml:space="preserve">[34:19] </w:t>
      </w:r>
      <w:r>
        <w:t>aur nateeja jo nikla, aap dekh rahe hain.</w:t>
      </w:r>
    </w:p>
    <w:p>
      <w:pPr>
        <w:jc w:val="right"/>
      </w:pPr>
      <w:r>
        <w:t>اور نتیجہ جو نکلا، آپ دیکھ رہے ہیں۔</w:t>
      </w:r>
    </w:p>
    <w:p>
      <w:r>
        <w:rPr>
          <w:b/>
        </w:rPr>
        <w:t xml:space="preserve">[34:23] </w:t>
      </w:r>
      <w:r>
        <w:t>to meri dua hai ke aap sab log sunnat-e-rasool ko rediscover karen, roze ki haqeeqat ko</w:t>
      </w:r>
    </w:p>
    <w:p>
      <w:pPr>
        <w:jc w:val="right"/>
      </w:pPr>
      <w:r>
        <w:t>تو میری دعا ہے کہ آپ سب لوگ سنت رسول کو ری ڈسکور کریں، روزے کی حقیقت کو</w:t>
      </w:r>
    </w:p>
    <w:p>
      <w:r>
        <w:rPr>
          <w:b/>
        </w:rPr>
        <w:t xml:space="preserve">[34:30] </w:t>
      </w:r>
      <w:r>
        <w:t>rediscover karen, Allah Rabb-ul-izzat ko rediscover karen.</w:t>
      </w:r>
    </w:p>
    <w:p>
      <w:pPr>
        <w:jc w:val="right"/>
      </w:pPr>
      <w:r>
        <w:t>ری ڈسکور کریں، اللہ رب اللہ تعالیٰ کو ری ڈسکور کریں۔</w:t>
      </w:r>
    </w:p>
    <w:p>
      <w:r>
        <w:rPr>
          <w:b/>
        </w:rPr>
        <w:t xml:space="preserve">[34:35] </w:t>
      </w:r>
      <w:r>
        <w:t>phir aap par Allah ki woh rehmaten utren gi jo Allah ki taraf se nek bandoon ke liye</w:t>
      </w:r>
    </w:p>
    <w:p>
      <w:pPr>
        <w:jc w:val="right"/>
      </w:pPr>
      <w:r>
        <w:t>پھر آپ پر اللہ کی وہ رحمتیں اتریں گی جو اللہ کی طرف سے نیک بندوں کے لیے</w:t>
      </w:r>
    </w:p>
    <w:p>
      <w:r>
        <w:rPr>
          <w:b/>
        </w:rPr>
        <w:t xml:space="preserve">[34:43] </w:t>
      </w:r>
      <w:r>
        <w:t>muqaddar hain.</w:t>
      </w:r>
    </w:p>
    <w:p>
      <w:pPr>
        <w:jc w:val="right"/>
      </w:pPr>
      <w:r>
        <w:t>مقدر ہیں۔</w:t>
      </w:r>
    </w:p>
    <w:p>
      <w:r>
        <w:rPr>
          <w:b/>
        </w:rPr>
        <w:t xml:space="preserve">[34:44] </w:t>
      </w:r>
      <w:r>
        <w:t>Assalamu Alaikum wa Rahmatullahi wa Barakatuh. Hum ko tofeeq dijiye ke hum Quran ko samjhen, Quran par amal karen.</w:t>
      </w:r>
    </w:p>
    <w:p>
      <w:pPr>
        <w:jc w:val="right"/>
      </w:pPr>
      <w:r>
        <w:t>السلام علیکم ورحمۃ اللہ وبرکاتہ ہم کو توفیق دیجئے کہ ہم قرآن کو سمجھیں، قرآن پر عمل کریں۔</w:t>
      </w:r>
    </w:p>
    <w:p>
      <w:r>
        <w:rPr>
          <w:b/>
        </w:rPr>
        <w:t xml:space="preserve">[34:52] </w:t>
      </w:r>
      <w:r>
        <w:t>Hum ko tofeeq dijiye ke hum Quran ko sari qaumon tak un ki qabil-e-fehm zaban mein, un</w:t>
      </w:r>
    </w:p>
    <w:p>
      <w:pPr>
        <w:jc w:val="right"/>
      </w:pPr>
      <w:r>
        <w:t>ہم کو توفیق دیجئے کہ ہم قرآن کو ساری قوموں تک ان کی قابل فہم زبان میں، ان</w:t>
      </w:r>
    </w:p>
    <w:p>
      <w:r>
        <w:rPr>
          <w:b/>
        </w:rPr>
        <w:t xml:space="preserve">[35:00] </w:t>
      </w:r>
      <w:r>
        <w:t>کی understandable language میں پہنچائیں۔</w:t>
      </w:r>
    </w:p>
    <w:p>
      <w:pPr>
        <w:jc w:val="right"/>
      </w:pPr>
      <w:r>
        <w:t>کی انڈرسٹینڈیبل لینگویج میں پہنچائیں۔</w:t>
      </w:r>
    </w:p>
    <w:p>
      <w:r>
        <w:rPr>
          <w:b/>
        </w:rPr>
        <w:t xml:space="preserve">[35:02] </w:t>
      </w:r>
      <w:r>
        <w:t>Ya Allah, hum sab ke liye apni rehmat ke darwaze khol dijiye.</w:t>
      </w:r>
    </w:p>
    <w:p>
      <w:pPr>
        <w:jc w:val="right"/>
      </w:pPr>
      <w:r>
        <w:t>یا اللہ، ہم سب کے لیے اپنی رحمت کے دروازے کھول دیجئے۔</w:t>
      </w:r>
    </w:p>
    <w:p>
      <w:r>
        <w:rPr>
          <w:b/>
        </w:rPr>
        <w:t xml:space="preserve">[35:07] </w:t>
      </w:r>
      <w:r>
        <w:t>Rabana taqabbal minna innaka antas-samee'ul-aleem wa tub ilaina innaka antat-tawwabur-raheem. Sallallahu ta'ala ala khair-e-khalqihi</w:t>
      </w:r>
    </w:p>
    <w:p>
      <w:pPr>
        <w:jc w:val="right"/>
      </w:pPr>
      <w:r>
        <w:t>ربنا تقبل منا منك أنت السمیع العليم واتوب إليك أنت التواب الرحيم صلی اللہ تعالی علی خیر خلقہ</w:t>
      </w:r>
    </w:p>
    <w:p>
      <w:r>
        <w:rPr>
          <w:b/>
        </w:rPr>
        <w:t xml:space="preserve">[35:15] </w:t>
      </w:r>
      <w:r>
        <w:t>Muhammadin wa aalihi wa ashabihi ajma'een, birahmatika ya arhamar-rahimeen.</w:t>
      </w:r>
    </w:p>
    <w:p>
      <w:pPr>
        <w:jc w:val="right"/>
      </w:pPr>
      <w:r>
        <w:t>محمد والہ واصحابہ اجمعین برحمتک یا ارحم الراحمین.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