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Blessings of Ramadan June 12, 2016</w:t>
      </w:r>
    </w:p>
    <w:p>
      <w:r>
        <w:t>https://www.youtube.com/watch?v=BrS3usdOL_Q</w:t>
      </w:r>
    </w:p>
    <w:p>
      <w:r>
        <w:rPr>
          <w:b/>
        </w:rPr>
        <w:t xml:space="preserve">[00:14] </w:t>
      </w:r>
      <w:r>
        <w:t>Bismillahir Rahmanir Raheem. Wa sallallahu ala nabiyyi kareem.</w:t>
      </w:r>
    </w:p>
    <w:p>
      <w:pPr>
        <w:jc w:val="right"/>
      </w:pPr>
      <w:r>
        <w:t>بسم اللہ الرحمن الرحیم، وصلی اللہ علی نبی کریم۔</w:t>
      </w:r>
    </w:p>
    <w:p>
      <w:r>
        <w:rPr>
          <w:b/>
        </w:rPr>
        <w:t xml:space="preserve">[00:17] </w:t>
      </w:r>
      <w:r>
        <w:t>Rabishrah li sadri, wa yassir li amri, wah-lul uqdatan min lisaani,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[00:23] </w:t>
      </w:r>
      <w:r>
        <w:t>12 June 2016.</w:t>
      </w:r>
    </w:p>
    <w:p>
      <w:pPr>
        <w:jc w:val="right"/>
      </w:pPr>
      <w:r>
        <w:t>12 جون 2016۔</w:t>
      </w:r>
    </w:p>
    <w:p>
      <w:r>
        <w:rPr>
          <w:b/>
        </w:rPr>
        <w:t xml:space="preserve">[00:24] </w:t>
      </w:r>
      <w:r>
        <w:t>Ek hadith mukhtalif kitabon mein aayi hai, lambi hadith hai woh Ramzan ke bare mein.</w:t>
      </w:r>
    </w:p>
    <w:p>
      <w:pPr>
        <w:jc w:val="right"/>
      </w:pPr>
      <w:r>
        <w:t>ایک حدیث مختلف کتابوں میں آئی ہے، لمبی حدیث ہے وہ رمضان کے بارے میں۔</w:t>
      </w:r>
    </w:p>
    <w:p>
      <w:r>
        <w:rPr>
          <w:b/>
        </w:rPr>
        <w:t xml:space="preserve">[00:31] </w:t>
      </w:r>
      <w:r>
        <w:t>Is ka ek hissa yeh hai ke "feehi yazdad rizq-ul-momin", yaani Ramzan ke mahine mein momin ka</w:t>
      </w:r>
    </w:p>
    <w:p>
      <w:pPr>
        <w:jc w:val="right"/>
      </w:pPr>
      <w:r>
        <w:t>اس کا ایک حصہ یہ ہے کہ "فیہ یزداد رزق المومن"، یعنی رمضان کے مہینے میں مومن کا</w:t>
      </w:r>
    </w:p>
    <w:p>
      <w:r>
        <w:rPr>
          <w:b/>
        </w:rPr>
        <w:t xml:space="preserve">[00:39] </w:t>
      </w:r>
      <w:r>
        <w:t>rizq badha diya jata hai.</w:t>
      </w:r>
    </w:p>
    <w:p>
      <w:pPr>
        <w:jc w:val="right"/>
      </w:pPr>
      <w:r>
        <w:t>رزق بڑھا دیا جاتا ہے۔</w:t>
      </w:r>
    </w:p>
    <w:p>
      <w:r>
        <w:rPr>
          <w:b/>
        </w:rPr>
        <w:t xml:space="preserve">[00:41] </w:t>
      </w:r>
      <w:r>
        <w:t>Lekin yahan rizq ke ma'ne madi rizq nahi hain, yaani vegetarian food aur non-vegetarian food nahi hain,</w:t>
      </w:r>
    </w:p>
    <w:p>
      <w:pPr>
        <w:jc w:val="right"/>
      </w:pPr>
      <w:r>
        <w:t>لیکن یہاں رزق کے معنی مادی رزق نہیں ہیں، یعنی ویجیٹیرین فوڈ اور نان ویجیٹیرین فوڈ نہیں ہیں،</w:t>
      </w:r>
    </w:p>
    <w:p>
      <w:r>
        <w:rPr>
          <w:b/>
        </w:rPr>
        <w:t xml:space="preserve">[00:48] </w:t>
      </w:r>
      <w:r>
        <w:t>is se murad hai spiritual food, intellectual food, roohani ghiza.</w:t>
      </w:r>
    </w:p>
    <w:p>
      <w:pPr>
        <w:jc w:val="right"/>
      </w:pPr>
      <w:r>
        <w:t>اس سے مراد ہے اسپریچول فوڈ، انٹلیکچول فوڈ، روحانی غذا۔</w:t>
      </w:r>
    </w:p>
    <w:p>
      <w:r>
        <w:rPr>
          <w:b/>
        </w:rPr>
        <w:t xml:space="preserve">[00:53] </w:t>
      </w:r>
      <w:r>
        <w:t>Mera zaati tajruba hai ke har saal Ramzan mein mujhe kuch unique baaten samajh aati hain deen ki.</w:t>
      </w:r>
    </w:p>
    <w:p>
      <w:pPr>
        <w:jc w:val="right"/>
      </w:pPr>
      <w:r>
        <w:t>میرا ذاتی تجربہ ہے کہ ہر سال رمضان میں مجھے کچھ یونیک باتیں سمجھ آتی ہیں دین کی۔</w:t>
      </w:r>
    </w:p>
    <w:p>
      <w:r>
        <w:rPr>
          <w:b/>
        </w:rPr>
        <w:t xml:space="preserve">[01:00] </w:t>
      </w:r>
      <w:r>
        <w:t>Har saal, yeh mera zaati tajruba hai.</w:t>
      </w:r>
    </w:p>
    <w:p>
      <w:pPr>
        <w:jc w:val="right"/>
      </w:pPr>
      <w:r>
        <w:t>ہر سال، یہ میرا ذاتی تجربہ ہے۔</w:t>
      </w:r>
    </w:p>
    <w:p>
      <w:r>
        <w:rPr>
          <w:b/>
        </w:rPr>
        <w:t xml:space="preserve">[01:03] </w:t>
      </w:r>
      <w:r>
        <w:t>Is saal bhi ek baat mujhe samajh aayi jo bohat hi unique hai aur pehli baar samajh aayi</w:t>
      </w:r>
    </w:p>
    <w:p>
      <w:pPr>
        <w:jc w:val="right"/>
      </w:pPr>
      <w:r>
        <w:t>اس سال بھی ایک بات مجھے سمجھ آئی جو بہت ہی یونیک ہے اور پہلی بار سمجھ آئی</w:t>
      </w:r>
    </w:p>
    <w:p>
      <w:r>
        <w:rPr>
          <w:b/>
        </w:rPr>
        <w:t xml:space="preserve">[01:11] </w:t>
      </w:r>
      <w:r>
        <w:t>mere.</w:t>
      </w:r>
    </w:p>
    <w:p>
      <w:pPr>
        <w:jc w:val="right"/>
      </w:pPr>
      <w:r>
        <w:t>میرے۔</w:t>
      </w:r>
    </w:p>
    <w:p>
      <w:r>
        <w:rPr>
          <w:b/>
        </w:rPr>
        <w:t xml:space="preserve">[01:13] </w:t>
      </w:r>
      <w:r>
        <w:t>to "fihi yazdad rizq al-momin" mere tajrube ke mutabiq yeh hai ke ramzan mein allah ta'ala ka khaas</w:t>
      </w:r>
    </w:p>
    <w:p>
      <w:pPr>
        <w:jc w:val="right"/>
      </w:pPr>
      <w:r>
        <w:t>تو "فیہ یزداد رزق المومن" میرے تجربے کے مطابق یہ ہے کہ رمضان میں اللہ تعالیٰ کا خاص</w:t>
      </w:r>
    </w:p>
    <w:p>
      <w:r>
        <w:rPr>
          <w:b/>
        </w:rPr>
        <w:t xml:space="preserve">[01:20] </w:t>
      </w:r>
      <w:r>
        <w:t>inspiration aata hai, is inspiration ke tehat aadmi marifat ke naye item daryaft karta hai.</w:t>
      </w:r>
    </w:p>
    <w:p>
      <w:pPr>
        <w:jc w:val="right"/>
      </w:pPr>
      <w:r>
        <w:t>انسپیریشن آتا ہے، اس انسپیریشن کے تحت آدمی معرفت کے نئے آئٹم دریافت کرتا ہے۔</w:t>
      </w:r>
    </w:p>
    <w:p>
      <w:r>
        <w:rPr>
          <w:b/>
        </w:rPr>
        <w:t xml:space="preserve">[01:27] </w:t>
      </w:r>
      <w:r>
        <w:t>marifat ke naye item.</w:t>
      </w:r>
    </w:p>
    <w:p>
      <w:pPr>
        <w:jc w:val="right"/>
      </w:pPr>
      <w:r>
        <w:t>معرفت کے نئے آئٹم۔</w:t>
      </w:r>
    </w:p>
    <w:p>
      <w:r>
        <w:rPr>
          <w:b/>
        </w:rPr>
        <w:t xml:space="preserve">[01:28] </w:t>
      </w:r>
      <w:r>
        <w:t>to is saal mujhe aisi kai baatein meri samajh aayin.</w:t>
      </w:r>
    </w:p>
    <w:p>
      <w:pPr>
        <w:jc w:val="right"/>
      </w:pPr>
      <w:r>
        <w:t>تو اس سال مجھے ایسی کئی باتیں میری سمجھ آئیں۔</w:t>
      </w:r>
    </w:p>
    <w:p>
      <w:r>
        <w:rPr>
          <w:b/>
        </w:rPr>
        <w:t xml:space="preserve">[01:33] </w:t>
      </w:r>
      <w:r>
        <w:t>ek baat ka yahan mein zikr kar raha hoon, woh yeh hai ke allah ki nasrat, allah ki</w:t>
      </w:r>
    </w:p>
    <w:p>
      <w:pPr>
        <w:jc w:val="right"/>
      </w:pPr>
      <w:r>
        <w:t>ایک بات کا یہاں میں ذکر کر رہا ہوں، وہ یہ ہے کہ اللہ کی نصرت، اللہ کی</w:t>
      </w:r>
    </w:p>
    <w:p>
      <w:r>
        <w:rPr>
          <w:b/>
        </w:rPr>
        <w:t xml:space="preserve">[01:40] </w:t>
      </w:r>
      <w:r>
        <w:t>madad.</w:t>
      </w:r>
    </w:p>
    <w:p>
      <w:pPr>
        <w:jc w:val="right"/>
      </w:pPr>
      <w:r>
        <w:t>مدد۔</w:t>
      </w:r>
    </w:p>
    <w:p>
      <w:r>
        <w:rPr>
          <w:b/>
        </w:rPr>
        <w:t xml:space="preserve">[01:42] </w:t>
      </w:r>
      <w:r>
        <w:t>allah ki madad ke bare mein mein bohat kuch kehta raha hoon, lekin is baar ek bohat hi</w:t>
      </w:r>
    </w:p>
    <w:p>
      <w:pPr>
        <w:jc w:val="right"/>
      </w:pPr>
      <w:r>
        <w:t>اللہ کی مدد کے بارے میں میں بہت کچھ کہتا رہا ہوں، لیکن اس بار ایک بہت ہی</w:t>
      </w:r>
    </w:p>
    <w:p>
      <w:r>
        <w:rPr>
          <w:b/>
        </w:rPr>
        <w:t xml:space="preserve">[01:50] </w:t>
      </w:r>
      <w:r>
        <w:t>unique baat mujhe samajh aayi.</w:t>
      </w:r>
    </w:p>
    <w:p>
      <w:pPr>
        <w:jc w:val="right"/>
      </w:pPr>
      <w:r>
        <w:t>یونیک بات مجھے سمجھ آئی۔</w:t>
      </w:r>
    </w:p>
    <w:p>
      <w:r>
        <w:rPr>
          <w:b/>
        </w:rPr>
        <w:t xml:space="preserve">[01:52] </w:t>
      </w:r>
      <w:r>
        <w:t>is ki mein aap ko background batata hoon.</w:t>
      </w:r>
    </w:p>
    <w:p>
      <w:pPr>
        <w:jc w:val="right"/>
      </w:pPr>
      <w:r>
        <w:t>اس کی میں آپ کو بیک گراؤنڈ بتاتا ہوں۔</w:t>
      </w:r>
    </w:p>
    <w:p>
      <w:r>
        <w:rPr>
          <w:b/>
        </w:rPr>
        <w:t xml:space="preserve">[01:56] </w:t>
      </w:r>
      <w:r>
        <w:t>rasool allah salallaho alaihi wasallam makka mein, aap jante hain ke 610 isvi mein aap ne apna</w:t>
      </w:r>
    </w:p>
    <w:p>
      <w:pPr>
        <w:jc w:val="right"/>
      </w:pPr>
      <w:r>
        <w:t>رسول اللہ صلی اللہ علیہ وسلم مکہ میں، آپ جانتے ہیں کہ 610 عیسوی میں آپ نے اپنا</w:t>
      </w:r>
    </w:p>
    <w:p>
      <w:r>
        <w:rPr>
          <w:b/>
        </w:rPr>
        <w:t xml:space="preserve">[02:03] </w:t>
      </w:r>
      <w:r>
        <w:t>mission shuru kiya.</w:t>
      </w:r>
    </w:p>
    <w:p>
      <w:pPr>
        <w:jc w:val="right"/>
      </w:pPr>
      <w:r>
        <w:t>مشن شروع کیا۔</w:t>
      </w:r>
    </w:p>
    <w:p>
      <w:r>
        <w:rPr>
          <w:b/>
        </w:rPr>
        <w:t xml:space="preserve">[02:05] </w:t>
      </w:r>
      <w:r>
        <w:t>13 saal ke baad aap ko makka chhodna pada, jis ko hijrat kehte hain.</w:t>
      </w:r>
    </w:p>
    <w:p>
      <w:pPr>
        <w:jc w:val="right"/>
      </w:pPr>
      <w:r>
        <w:t>13 سال کے بعد آپ کو مکہ چھوڑنا پڑا، جس کو ہجرت کہتے ہیں۔</w:t>
      </w:r>
    </w:p>
    <w:p>
      <w:r>
        <w:rPr>
          <w:b/>
        </w:rPr>
        <w:t xml:space="preserve">[02:11] </w:t>
      </w:r>
      <w:r>
        <w:t>to aap makka se nikal kar pehle gaye ghar e thor.</w:t>
      </w:r>
    </w:p>
    <w:p>
      <w:pPr>
        <w:jc w:val="right"/>
      </w:pPr>
      <w:r>
        <w:t>تو آپ مکہ سے نکل کر پہلے گئے غار ثور۔</w:t>
      </w:r>
    </w:p>
    <w:p>
      <w:r>
        <w:rPr>
          <w:b/>
        </w:rPr>
        <w:t xml:space="preserve">[02:15] </w:t>
      </w:r>
      <w:r>
        <w:t>یہ cave جس کو کہتے ہیں، C.A.V.E، cave of ثور۔</w:t>
      </w:r>
    </w:p>
    <w:p>
      <w:pPr>
        <w:jc w:val="right"/>
      </w:pPr>
      <w:r>
        <w:t>یہ کیو جس کو کہتے ہیں، سی اے وی ای، کیو آف ثور۔</w:t>
      </w:r>
    </w:p>
    <w:p>
      <w:r>
        <w:rPr>
          <w:b/>
        </w:rPr>
        <w:t xml:space="preserve">[02:21] </w:t>
      </w:r>
      <w:r>
        <w:t>wahan aap teen din rahe.</w:t>
      </w:r>
    </w:p>
    <w:p>
      <w:pPr>
        <w:jc w:val="right"/>
      </w:pPr>
      <w:r>
        <w:t>وہاں آپ تین دن رہے۔</w:t>
      </w:r>
    </w:p>
    <w:p>
      <w:r>
        <w:rPr>
          <w:b/>
        </w:rPr>
        <w:t xml:space="preserve">[02:23] </w:t>
      </w:r>
      <w:r>
        <w:t>گویا آپ کا پہلا hideout تھا یہ۔</w:t>
      </w:r>
    </w:p>
    <w:p>
      <w:pPr>
        <w:jc w:val="right"/>
      </w:pPr>
      <w:r>
        <w:t>گویا آپ کا پہلا ہائیڈ آؤٹ تھا یہ۔</w:t>
      </w:r>
    </w:p>
    <w:p>
      <w:r>
        <w:rPr>
          <w:b/>
        </w:rPr>
        <w:t xml:space="preserve">[02:26] </w:t>
      </w:r>
      <w:r>
        <w:t>ghar e thor jo hai, yeh makka se taqreeban chaar kilometer janoob ki taraf hai, yaani west ki taraf.</w:t>
      </w:r>
    </w:p>
    <w:p>
      <w:pPr>
        <w:jc w:val="right"/>
      </w:pPr>
      <w:r>
        <w:t>غار ثور جو ہے، یہ مکہ سے تقریباً چار کلومیٹر جنوب کی طرف ہے، یعنی ویسٹ کی طرف۔</w:t>
      </w:r>
    </w:p>
    <w:p>
      <w:r>
        <w:rPr>
          <w:b/>
        </w:rPr>
        <w:t xml:space="preserve">[02:34] </w:t>
      </w:r>
      <w:r>
        <w:t>aur yeh madina ki ulti taraf hai.</w:t>
      </w:r>
    </w:p>
    <w:p>
      <w:pPr>
        <w:jc w:val="right"/>
      </w:pPr>
      <w:r>
        <w:t>اور یہ مدینہ کی الٹی طرف ہے۔</w:t>
      </w:r>
    </w:p>
    <w:p>
      <w:r>
        <w:rPr>
          <w:b/>
        </w:rPr>
        <w:t xml:space="preserve">[02:37] </w:t>
      </w:r>
      <w:r>
        <w:t>yaani makka se nikle to seedhe madina ki taraf rawana nahi hue, ulti taraf gaye.</w:t>
      </w:r>
    </w:p>
    <w:p>
      <w:pPr>
        <w:jc w:val="right"/>
      </w:pPr>
      <w:r>
        <w:t>یعنی مکہ سے نکلے تو سیدھے مدینہ کی طرف روانہ نہیں ہوئے، الٹی طرف گئے۔</w:t>
      </w:r>
    </w:p>
    <w:p>
      <w:r>
        <w:rPr>
          <w:b/>
        </w:rPr>
        <w:t xml:space="preserve">[02:43] </w:t>
      </w:r>
      <w:r>
        <w:t>yeh thi wisdom, hikmat.</w:t>
      </w:r>
    </w:p>
    <w:p>
      <w:pPr>
        <w:jc w:val="right"/>
      </w:pPr>
      <w:r>
        <w:t>یہ تھی وزڈم، حکمت۔</w:t>
      </w:r>
    </w:p>
    <w:p>
      <w:r>
        <w:rPr>
          <w:b/>
        </w:rPr>
        <w:t xml:space="preserve">[02:45] </w:t>
      </w:r>
      <w:r>
        <w:t>kyun ke aap ko pata tha ke jab aap ke mukhalifeen jaan lenge ke aap makka se nikal</w:t>
      </w:r>
    </w:p>
    <w:p>
      <w:pPr>
        <w:jc w:val="right"/>
      </w:pPr>
      <w:r>
        <w:t>کیونکہ آپ کو پتہ تھا کہ جب آپ کے مخالفین جان لیں گے کہ آپ مکہ سے نکل</w:t>
      </w:r>
    </w:p>
    <w:p>
      <w:r>
        <w:rPr>
          <w:b/>
        </w:rPr>
        <w:t xml:space="preserve">[02:53] </w:t>
      </w:r>
      <w:r>
        <w:t>gaye, to apne aadmi daudayenge aap ko pakadne ke liye.</w:t>
      </w:r>
    </w:p>
    <w:p>
      <w:pPr>
        <w:jc w:val="right"/>
      </w:pPr>
      <w:r>
        <w:t>گئے، تو اپنے آدمی دوڑائیں گے آپ کو پکڑنے کے لیے۔</w:t>
      </w:r>
    </w:p>
    <w:p>
      <w:r>
        <w:rPr>
          <w:b/>
        </w:rPr>
        <w:t xml:space="preserve">[02:58] </w:t>
      </w:r>
      <w:r>
        <w:t>to fitri taur par woh daudenge madine ki taraf.</w:t>
      </w:r>
    </w:p>
    <w:p>
      <w:pPr>
        <w:jc w:val="right"/>
      </w:pPr>
      <w:r>
        <w:t>تو فطری طور پر وہ دوڑیں گے مدینے کی طرف۔</w:t>
      </w:r>
    </w:p>
    <w:p>
      <w:r>
        <w:rPr>
          <w:b/>
        </w:rPr>
        <w:t xml:space="preserve">[03:02] </w:t>
      </w:r>
      <w:r>
        <w:t>to aap agar pehle hi makka se nikal kar madina ki taraf chal padte to bohat aasani se</w:t>
      </w:r>
    </w:p>
    <w:p>
      <w:pPr>
        <w:jc w:val="right"/>
      </w:pPr>
      <w:r>
        <w:t>تو آپ اگر پہلے ہی مکہ سے نکل کر مدینہ کی طرف چل پڑتے تو بہت آسانی سے</w:t>
      </w:r>
    </w:p>
    <w:p>
      <w:r>
        <w:rPr>
          <w:b/>
        </w:rPr>
        <w:t xml:space="preserve">[03:10] </w:t>
      </w:r>
      <w:r>
        <w:t>woh pakad lete woh aap ko.</w:t>
      </w:r>
    </w:p>
    <w:p>
      <w:pPr>
        <w:jc w:val="right"/>
      </w:pPr>
      <w:r>
        <w:t>وہ پکڑ لیتے وہ آپ کو۔</w:t>
      </w:r>
    </w:p>
    <w:p>
      <w:r>
        <w:rPr>
          <w:b/>
        </w:rPr>
        <w:t xml:space="preserve">[03:12] </w:t>
      </w:r>
      <w:r>
        <w:t>to aap ulti taraf gaye, yaani west ki taraf.</w:t>
      </w:r>
    </w:p>
    <w:p>
      <w:pPr>
        <w:jc w:val="right"/>
      </w:pPr>
      <w:r>
        <w:t>تو آپ الٹی طرف گئے، یعنی ویسٹ کی طرف۔</w:t>
      </w:r>
    </w:p>
    <w:p>
      <w:r>
        <w:rPr>
          <w:b/>
        </w:rPr>
        <w:t xml:space="preserve">[03:16] </w:t>
      </w:r>
      <w:r>
        <w:t>taqreeban chaar mile door, chaar kilometer door.</w:t>
      </w:r>
    </w:p>
    <w:p>
      <w:pPr>
        <w:jc w:val="right"/>
      </w:pPr>
      <w:r>
        <w:t>تقریباً چار میل دور، چار کلومیٹر دور۔</w:t>
      </w:r>
    </w:p>
    <w:p>
      <w:r>
        <w:rPr>
          <w:b/>
        </w:rPr>
        <w:t xml:space="preserve">[03:19] </w:t>
      </w:r>
      <w:r>
        <w:t>taqreeban makkah se chaar kilometer door aik pahaar mein aik qoo tha, khooh, gharr, jis ko gharr thoor</w:t>
      </w:r>
    </w:p>
    <w:p>
      <w:pPr>
        <w:jc w:val="right"/>
      </w:pPr>
      <w:r>
        <w:t>تقریباً مکہ سے چار کلومیٹر دور ایک پہاڑ میں ایک کیو تھا، کھوہ، غار، جس کو غار ثور</w:t>
      </w:r>
    </w:p>
    <w:p>
      <w:r>
        <w:rPr>
          <w:b/>
        </w:rPr>
        <w:t xml:space="preserve">[03:27] </w:t>
      </w:r>
      <w:r>
        <w:t>kehte thay.</w:t>
      </w:r>
    </w:p>
    <w:p>
      <w:pPr>
        <w:jc w:val="right"/>
      </w:pPr>
      <w:r>
        <w:t>کہتے تھے۔</w:t>
      </w:r>
    </w:p>
    <w:p>
      <w:r>
        <w:rPr>
          <w:b/>
        </w:rPr>
        <w:t xml:space="preserve">[03:28] </w:t>
      </w:r>
      <w:r>
        <w:t>yahan teen din aap thehray, is ke baad aap madinay ki taraf rawana hue.</w:t>
      </w:r>
    </w:p>
    <w:p>
      <w:pPr>
        <w:jc w:val="right"/>
      </w:pPr>
      <w:r>
        <w:t>یہاں تین دن آپ ٹھہرے، اس کے بعد آپ مدینے کی طرف روانہ ہوئے۔</w:t>
      </w:r>
    </w:p>
    <w:p>
      <w:r>
        <w:rPr>
          <w:b/>
        </w:rPr>
        <w:t xml:space="preserve">[03:34] </w:t>
      </w:r>
      <w:r>
        <w:t>to is maamle mein quran mein bhi zikr hai aur hadeeson mein bhi zikr hai.</w:t>
      </w:r>
    </w:p>
    <w:p>
      <w:pPr>
        <w:jc w:val="right"/>
      </w:pPr>
      <w:r>
        <w:t>تو اس معاملے میں قرآن میں بھی ذکر ہے اور حدیثوں میں بھی ذکر ہے۔</w:t>
      </w:r>
    </w:p>
    <w:p>
      <w:r>
        <w:rPr>
          <w:b/>
        </w:rPr>
        <w:t xml:space="preserve">[03:41] </w:t>
      </w:r>
      <w:r>
        <w:t>quran mein yeh hai ke rasool Allah ne is waqt rasool Allah ke sath sirf aik aadmi thay,</w:t>
      </w:r>
    </w:p>
    <w:p>
      <w:pPr>
        <w:jc w:val="right"/>
      </w:pPr>
      <w:r>
        <w:t>قرآن میں یہ ہے کہ رسول اللہ نے اس وقت رسول اللہ کے ساتھ صرف ایک آدمی تھے،</w:t>
      </w:r>
    </w:p>
    <w:p>
      <w:r>
        <w:rPr>
          <w:b/>
        </w:rPr>
        <w:t xml:space="preserve">[03:48] </w:t>
      </w:r>
      <w:r>
        <w:t>abubakar siddiq.</w:t>
      </w:r>
    </w:p>
    <w:p>
      <w:pPr>
        <w:jc w:val="right"/>
      </w:pPr>
      <w:r>
        <w:t>ابوبکر صدیق۔</w:t>
      </w:r>
    </w:p>
    <w:p>
      <w:r>
        <w:rPr>
          <w:b/>
        </w:rPr>
        <w:t xml:space="preserve">[03:50] </w:t>
      </w:r>
      <w:r>
        <w:t>do aadmiyon ka yeh qafila tha yeh.</w:t>
      </w:r>
    </w:p>
    <w:p>
      <w:pPr>
        <w:jc w:val="right"/>
      </w:pPr>
      <w:r>
        <w:t>دو آدمیوں کا یہ قافلہ تھا یہ۔</w:t>
      </w:r>
    </w:p>
    <w:p>
      <w:r>
        <w:rPr>
          <w:b/>
        </w:rPr>
        <w:t xml:space="preserve">[03:53] </w:t>
      </w:r>
      <w:r>
        <w:t>to makkah ke jo mukhalifeen thay woh dhoondhte dhoondhte wahan hi pohanch gaye.</w:t>
      </w:r>
    </w:p>
    <w:p>
      <w:pPr>
        <w:jc w:val="right"/>
      </w:pPr>
      <w:r>
        <w:t>تو مکہ کے جو مخالفین تھے وہ ڈھونڈتے ڈھونڈتے وہاں ہی پہنچ گئے۔</w:t>
      </w:r>
    </w:p>
    <w:p>
      <w:r>
        <w:rPr>
          <w:b/>
        </w:rPr>
        <w:t xml:space="preserve">[03:59] </w:t>
      </w:r>
      <w:r>
        <w:t>ab woh musallah thay, yaani un ke hathon mein talwar thi.</w:t>
      </w:r>
    </w:p>
    <w:p>
      <w:pPr>
        <w:jc w:val="right"/>
      </w:pPr>
      <w:r>
        <w:t>اب وہ مسلح تھے، یعنی ان کے ہاتھوں میں تلوار تھی۔</w:t>
      </w:r>
    </w:p>
    <w:p>
      <w:r>
        <w:rPr>
          <w:b/>
        </w:rPr>
        <w:t xml:space="preserve">[04:03] </w:t>
      </w:r>
      <w:r>
        <w:t>to jab wahan tak pohanch gaye, woh hazrat abubakar ko jab maloom hua to un par kuch ghabrahat</w:t>
      </w:r>
    </w:p>
    <w:p>
      <w:pPr>
        <w:jc w:val="right"/>
      </w:pPr>
      <w:r>
        <w:t>تو جب وہاں تک پہنچ گئے، وہ حضرت ابوبکر کو جب معلوم ہوا تو ان پر کچھ گھبراہٹ</w:t>
      </w:r>
    </w:p>
    <w:p>
      <w:r>
        <w:rPr>
          <w:b/>
        </w:rPr>
        <w:t xml:space="preserve">[04:11] </w:t>
      </w:r>
      <w:r>
        <w:t>taari hui ke woh to yahan bhi aa gaye.</w:t>
      </w:r>
    </w:p>
    <w:p>
      <w:pPr>
        <w:jc w:val="right"/>
      </w:pPr>
      <w:r>
        <w:t>طاری ہوئی کہ وہ تو یہاں بھی آ گئے۔</w:t>
      </w:r>
    </w:p>
    <w:p>
      <w:r>
        <w:rPr>
          <w:b/>
        </w:rPr>
        <w:t xml:space="preserve">[04:15] </w:t>
      </w:r>
      <w:r>
        <w:t>is waqt rasool Allah ne farmaya tha, jaisa ke quran mein hai, "la tahzan inna allaha ma'ana".</w:t>
      </w:r>
    </w:p>
    <w:p>
      <w:pPr>
        <w:jc w:val="right"/>
      </w:pPr>
      <w:r>
        <w:t>اس وقت رسول اللہ نے فرمایا تھا، جیسا کہ قرآن میں ہے، "لا تحزن إن الله معنا"۔</w:t>
      </w:r>
    </w:p>
    <w:p>
      <w:r>
        <w:rPr>
          <w:b/>
        </w:rPr>
        <w:t xml:space="preserve">[04:22] </w:t>
      </w:r>
      <w:r>
        <w:t>gham na karo, Allah hamare sath hai.</w:t>
      </w:r>
    </w:p>
    <w:p>
      <w:pPr>
        <w:jc w:val="right"/>
      </w:pPr>
      <w:r>
        <w:t>غم نہ کرو، اللہ ہمارے ساتھ ہے۔</w:t>
      </w:r>
    </w:p>
    <w:p>
      <w:r>
        <w:rPr>
          <w:b/>
        </w:rPr>
        <w:t xml:space="preserve">[04:25] </w:t>
      </w:r>
      <w:r>
        <w:t>yeh quran ke alfaaz hain.</w:t>
      </w:r>
    </w:p>
    <w:p>
      <w:pPr>
        <w:jc w:val="right"/>
      </w:pPr>
      <w:r>
        <w:t>یہ قرآن کے الفاظ ہیں۔</w:t>
      </w:r>
    </w:p>
    <w:p>
      <w:r>
        <w:rPr>
          <w:b/>
        </w:rPr>
        <w:t xml:space="preserve">[04:27] </w:t>
      </w:r>
      <w:r>
        <w:t>lekin hadees mein doosre alfaaz hain.</w:t>
      </w:r>
    </w:p>
    <w:p>
      <w:pPr>
        <w:jc w:val="right"/>
      </w:pPr>
      <w:r>
        <w:t>لیکن حدیث میں دوسرے الفاظ ہیں۔</w:t>
      </w:r>
    </w:p>
    <w:p>
      <w:r>
        <w:rPr>
          <w:b/>
        </w:rPr>
        <w:t xml:space="preserve">[04:30] </w:t>
      </w:r>
      <w:r>
        <w:t>hadees ki kai kitabon mein yeh aaya hai, sahih muslim mein bhi hai, sahih bukhari mein bhi hai.</w:t>
      </w:r>
    </w:p>
    <w:p>
      <w:pPr>
        <w:jc w:val="right"/>
      </w:pPr>
      <w:r>
        <w:t>حدیث کی کئی کتابوں میں یہ آیا ہے، صحیح مسلم میں بھی ہے، صحیح بخاری میں بھی ہے۔</w:t>
      </w:r>
    </w:p>
    <w:p>
      <w:r>
        <w:rPr>
          <w:b/>
        </w:rPr>
        <w:t xml:space="preserve">[04:38] </w:t>
      </w:r>
      <w:r>
        <w:t>ke aap ne kaha tha, "ya abubakar ma zhannuka bi ithnayn allahu thalithuhuma".</w:t>
      </w:r>
    </w:p>
    <w:p>
      <w:pPr>
        <w:jc w:val="right"/>
      </w:pPr>
      <w:r>
        <w:t>کہ آپ نے کہا تھا، "یا ابوبکر ما ظنک باثنين اللہ ثالثهما"۔</w:t>
      </w:r>
    </w:p>
    <w:p>
      <w:r>
        <w:rPr>
          <w:b/>
        </w:rPr>
        <w:t xml:space="preserve">[04:43] </w:t>
      </w:r>
      <w:r>
        <w:t>ae abubakar, tumhara kya ghuman hai in do ke baray mein jinka teesra Allah ho? to yeh</w:t>
      </w:r>
    </w:p>
    <w:p>
      <w:pPr>
        <w:jc w:val="right"/>
      </w:pPr>
      <w:r>
        <w:t>اے ابوبکر، تمہارا کیا گمان ہے ان دو کے بارے میں جن کا تیسرا اللہ ہو؟ تو یہ</w:t>
      </w:r>
    </w:p>
    <w:p>
      <w:r>
        <w:rPr>
          <w:b/>
        </w:rPr>
        <w:t xml:space="preserve">[04:50] </w:t>
      </w:r>
      <w:r>
        <w:t>jo do version hain, to maine is par socha.</w:t>
      </w:r>
    </w:p>
    <w:p>
      <w:pPr>
        <w:jc w:val="right"/>
      </w:pPr>
      <w:r>
        <w:t>جو دو ورژن ہیں، تو میں نے اس پر سوچا۔</w:t>
      </w:r>
    </w:p>
    <w:p>
      <w:r>
        <w:rPr>
          <w:b/>
        </w:rPr>
        <w:t xml:space="preserve">[04:55] </w:t>
      </w:r>
      <w:r>
        <w:t>to mujhe samajh aaya ke jo literal version hai woh to wahi hai shayad jo hadees mein hai.</w:t>
      </w:r>
    </w:p>
    <w:p>
      <w:pPr>
        <w:jc w:val="right"/>
      </w:pPr>
      <w:r>
        <w:t>تو مجھے سمجھ آیا کہ جو لٹرل ورژن ہے وہ تو وہی ہے شاید جو حدیث میں ہے۔</w:t>
      </w:r>
    </w:p>
    <w:p>
      <w:r>
        <w:rPr>
          <w:b/>
        </w:rPr>
        <w:t xml:space="preserve">[05:02] </w:t>
      </w:r>
      <w:r>
        <w:t>quran mein is ka just bataya gaya hai.</w:t>
      </w:r>
    </w:p>
    <w:p>
      <w:pPr>
        <w:jc w:val="right"/>
      </w:pPr>
      <w:r>
        <w:t>قرآن میں اس کا جست بتایا گیا ہے۔</w:t>
      </w:r>
    </w:p>
    <w:p>
      <w:r>
        <w:rPr>
          <w:b/>
        </w:rPr>
        <w:t xml:space="preserve">[05:06] </w:t>
      </w:r>
      <w:r>
        <w:t>aap ne jo kaha tha us ka just.</w:t>
      </w:r>
    </w:p>
    <w:p>
      <w:pPr>
        <w:jc w:val="right"/>
      </w:pPr>
      <w:r>
        <w:t>آپ نے جو کہا تھا اس کا جست۔</w:t>
      </w:r>
    </w:p>
    <w:p>
      <w:r>
        <w:rPr>
          <w:b/>
        </w:rPr>
        <w:t xml:space="preserve">[05:09] </w:t>
      </w:r>
      <w:r>
        <w:t>beh-haal is ko sochte hue mujhe aik ayat yaad aayi, "wa rahmatī wasi'at kulla shai'".</w:t>
      </w:r>
    </w:p>
    <w:p>
      <w:pPr>
        <w:jc w:val="right"/>
      </w:pPr>
      <w:r>
        <w:t>بہرحال اس کو سوچتے ہوئے مجھے ایک آیت یاد آئی، "ورحمت وسعت کل شے"۔</w:t>
      </w:r>
    </w:p>
    <w:p>
      <w:r>
        <w:rPr>
          <w:b/>
        </w:rPr>
        <w:t xml:space="preserve">[05:15] </w:t>
      </w:r>
      <w:r>
        <w:t>yeh surah al-araf ki ayat hai.</w:t>
      </w:r>
    </w:p>
    <w:p>
      <w:pPr>
        <w:jc w:val="right"/>
      </w:pPr>
      <w:r>
        <w:t>یہ سورہ الاعراف کی آیت ہے۔</w:t>
      </w:r>
    </w:p>
    <w:p>
      <w:r>
        <w:rPr>
          <w:b/>
        </w:rPr>
        <w:t xml:space="preserve">[05:18] </w:t>
      </w:r>
      <w:r>
        <w:t>yaani Allah ki rehmat har cheez tak waseeh hai, har cheez ko cover kiye hue hai.</w:t>
      </w:r>
    </w:p>
    <w:p>
      <w:pPr>
        <w:jc w:val="right"/>
      </w:pPr>
      <w:r>
        <w:t>یعنی اللہ کی رحمت ہر چیز تک وسیع ہے، ہر چیز کو کور کی ہوئی ہے۔</w:t>
      </w:r>
    </w:p>
    <w:p>
      <w:r>
        <w:rPr>
          <w:b/>
        </w:rPr>
        <w:t xml:space="preserve">[05:25] </w:t>
      </w:r>
      <w:r>
        <w:t>tu aur keejie har cheez mein tu insaan bhi hai, ek fard bhi hai, ek momin bhi hai.</w:t>
      </w:r>
    </w:p>
    <w:p>
      <w:pPr>
        <w:jc w:val="right"/>
      </w:pPr>
      <w:r>
        <w:t>تو اور کیجیے ہر چیز میں تو انسان بھی ہے، ایک فرد بھی ہے، ایک مومن بھی ہے۔</w:t>
      </w:r>
    </w:p>
    <w:p>
      <w:r>
        <w:rPr>
          <w:b/>
        </w:rPr>
        <w:t xml:space="preserve">[05:32] </w:t>
      </w:r>
      <w:r>
        <w:t>tu yeh rehmat hai Allah taala ki ke wahan bhi Allah taala saath hai jabke dushman ghere hue</w:t>
      </w:r>
    </w:p>
    <w:p>
      <w:pPr>
        <w:jc w:val="right"/>
      </w:pPr>
      <w:r>
        <w:t>تو یہ رحمت ہے اللہ تعالیٰ کی کہ وہاں بھی اللہ تعالیٰ ساتھ ہے جبکہ دشمن گھیرے ہوئے</w:t>
      </w:r>
    </w:p>
    <w:p>
      <w:r>
        <w:rPr>
          <w:b/>
        </w:rPr>
        <w:t xml:space="preserve">[05:40] </w:t>
      </w:r>
      <w:r>
        <w:t>hain aur aap ek ghar mein hain, wahan bhi saath hai.</w:t>
      </w:r>
    </w:p>
    <w:p>
      <w:pPr>
        <w:jc w:val="right"/>
      </w:pPr>
      <w:r>
        <w:t>ہیں اور آپ ایک غار میں ہیں، وہاں بھی ساتھ ہے۔</w:t>
      </w:r>
    </w:p>
    <w:p>
      <w:r>
        <w:rPr>
          <w:b/>
        </w:rPr>
        <w:t xml:space="preserve">[05:45] </w:t>
      </w:r>
      <w:r>
        <w:t>tu kya yeh jo saath hai Allah taala ka sirf ek baar ke liye tha, ek insaan ke</w:t>
      </w:r>
    </w:p>
    <w:p>
      <w:pPr>
        <w:jc w:val="right"/>
      </w:pPr>
      <w:r>
        <w:t>تو کیا یہ جو ساتھ ہے اللہ تعالیٰ کا صرف ایک بار کے لیے تھا، ایک انسان کے</w:t>
      </w:r>
    </w:p>
    <w:p>
      <w:r>
        <w:rPr>
          <w:b/>
        </w:rPr>
        <w:t xml:space="preserve">[05:53] </w:t>
      </w:r>
      <w:r>
        <w:t>liye? jabke Quran mein hai ke "warahmat wus'at kull shai".</w:t>
      </w:r>
    </w:p>
    <w:p>
      <w:pPr>
        <w:jc w:val="right"/>
      </w:pPr>
      <w:r>
        <w:t>لیے؟ جبکہ قرآن میں ہے کہ "ورحمت وسعت کل شے"۔</w:t>
      </w:r>
    </w:p>
    <w:p>
      <w:r>
        <w:rPr>
          <w:b/>
        </w:rPr>
        <w:t xml:space="preserve">[05:57] </w:t>
      </w:r>
      <w:r>
        <w:t>tu mein samajhta hoon ke yeh jo rehmat hai Allah ki, har har banda momin ke liye hai.</w:t>
      </w:r>
    </w:p>
    <w:p>
      <w:pPr>
        <w:jc w:val="right"/>
      </w:pPr>
      <w:r>
        <w:t>تو میں سمجھتا ہوں کہ یہ جو رحمت ہے اللہ کی، ہر ہر بندہ مومن کے لیے ہے۔</w:t>
      </w:r>
    </w:p>
    <w:p>
      <w:r>
        <w:rPr>
          <w:b/>
        </w:rPr>
        <w:t xml:space="preserve">[06:05] </w:t>
      </w:r>
      <w:r>
        <w:t>har banda momin ke liye hai.</w:t>
      </w:r>
    </w:p>
    <w:p>
      <w:pPr>
        <w:jc w:val="right"/>
      </w:pPr>
      <w:r>
        <w:t>ہر بندہ مومن کے لیے ہے۔</w:t>
      </w:r>
    </w:p>
    <w:p>
      <w:r>
        <w:rPr>
          <w:b/>
        </w:rPr>
        <w:t xml:space="preserve">[06:07] </w:t>
      </w:r>
      <w:r>
        <w:t>tu is ko sochte hue, sochte hue mujhe samajh aaya ke agar aap sachai ke raaste mein chal</w:t>
      </w:r>
    </w:p>
    <w:p>
      <w:pPr>
        <w:jc w:val="right"/>
      </w:pPr>
      <w:r>
        <w:t>تو اس کو سوچتے ہوئے، سوچتے ہوئے مجھے سمجھ آیا کہ اگر آپ سچائی کے راستے میں چل</w:t>
      </w:r>
    </w:p>
    <w:p>
      <w:r>
        <w:rPr>
          <w:b/>
        </w:rPr>
        <w:t xml:space="preserve">[06:15] </w:t>
      </w:r>
      <w:r>
        <w:t>rahe hain, agar aap Allah ke deen ko le kar chal rahe hain, dawat ke raaste mein chal</w:t>
      </w:r>
    </w:p>
    <w:p>
      <w:pPr>
        <w:jc w:val="right"/>
      </w:pPr>
      <w:r>
        <w:t>رہے ہیں، اگر آپ اللہ کے دین کو لے کر چل رہے ہیں، دعوت کے راستے میں چل</w:t>
      </w:r>
    </w:p>
    <w:p>
      <w:r>
        <w:rPr>
          <w:b/>
        </w:rPr>
        <w:t xml:space="preserve">[06:23] </w:t>
      </w:r>
      <w:r>
        <w:t>rahe hain, aur aap sirf do aadmi hain farz keejiye, aur kisi mauqe par aap bohat hi bade</w:t>
      </w:r>
    </w:p>
    <w:p>
      <w:pPr>
        <w:jc w:val="right"/>
      </w:pPr>
      <w:r>
        <w:t>رہے ہیں، اور آپ صرف دو آدمی ہیں فرض کیجیے، اور کسی موقع پر آپ بہت ہی بڑے</w:t>
      </w:r>
    </w:p>
    <w:p>
      <w:r>
        <w:rPr>
          <w:b/>
        </w:rPr>
        <w:t xml:space="preserve">[06:30] </w:t>
      </w:r>
      <w:r>
        <w:t>koi problem se dochar ho jaate hain, samajh nahin aata ke kya hoga yahan, to wahan yeh aayat</w:t>
      </w:r>
    </w:p>
    <w:p>
      <w:pPr>
        <w:jc w:val="right"/>
      </w:pPr>
      <w:r>
        <w:t>کوئی پرابلم سے دوچار ہو جاتے ہیں، سمجھ نہیں آتا کہ کیا ہوگا یہاں، تو وہاں یہ آیت</w:t>
      </w:r>
    </w:p>
    <w:p>
      <w:r>
        <w:rPr>
          <w:b/>
        </w:rPr>
        <w:t xml:space="preserve">[06:38] </w:t>
      </w:r>
      <w:r>
        <w:t>ya yeh waqea aap ko yeh mauqa deta hai ke aap yeh kahein apne saathi se, is baat</w:t>
      </w:r>
    </w:p>
    <w:p>
      <w:pPr>
        <w:jc w:val="right"/>
      </w:pPr>
      <w:r>
        <w:t>یا یہ واقعہ آپ کو یہ موقع دیتا ہے کہ آپ یہ کہیں اپنے ساتھی سے، اس بات</w:t>
      </w:r>
    </w:p>
    <w:p>
      <w:r>
        <w:rPr>
          <w:b/>
        </w:rPr>
        <w:t xml:space="preserve">[06:46] </w:t>
      </w:r>
      <w:r>
        <w:t>ko dohraein jo is mein kahi gayi hai.</w:t>
      </w:r>
    </w:p>
    <w:p>
      <w:pPr>
        <w:jc w:val="right"/>
      </w:pPr>
      <w:r>
        <w:t>کو دہرائیں جو اس میں کہی گئی ہے۔</w:t>
      </w:r>
    </w:p>
    <w:p>
      <w:r>
        <w:rPr>
          <w:b/>
        </w:rPr>
        <w:t xml:space="preserve">[06:49] </w:t>
      </w:r>
      <w:r>
        <w:t>achha yahan par mein ek ek aur aayat yaad dilaunga aap ko.</w:t>
      </w:r>
    </w:p>
    <w:p>
      <w:pPr>
        <w:jc w:val="right"/>
      </w:pPr>
      <w:r>
        <w:t>اچھا یہاں پر میں ایک ایک اور آیت یاد دلاؤں گا آپ کو۔</w:t>
      </w:r>
    </w:p>
    <w:p>
      <w:r>
        <w:rPr>
          <w:b/>
        </w:rPr>
        <w:t xml:space="preserve">[06:55] </w:t>
      </w:r>
      <w:r>
        <w:t>Quran mein ek aayat hai, "innallazeena qaaloo rabbunallahu thumma stamqaamoo tatanazzalu alaihimul malaaikah".</w:t>
      </w:r>
    </w:p>
    <w:p>
      <w:pPr>
        <w:jc w:val="right"/>
      </w:pPr>
      <w:r>
        <w:t>قرآن میں ایک آیت ہے، "إن الذين قالوا ربنا الله ثم استقاموا تتنزل عليهم الملائكة"۔</w:t>
      </w:r>
    </w:p>
    <w:p>
      <w:r>
        <w:rPr>
          <w:b/>
        </w:rPr>
        <w:t xml:space="preserve">[07:01] </w:t>
      </w:r>
      <w:r>
        <w:t>Allah taala aap shuru bil jannah.</w:t>
      </w:r>
    </w:p>
    <w:p>
      <w:pPr>
        <w:jc w:val="right"/>
      </w:pPr>
      <w:r>
        <w:t>اللہ تعالیٰ آپ شروع بالجنہ۔</w:t>
      </w:r>
    </w:p>
    <w:p>
      <w:r>
        <w:rPr>
          <w:b/>
        </w:rPr>
        <w:t xml:space="preserve">[07:03] </w:t>
      </w:r>
      <w:r>
        <w:t>phir aage is mein hai ke "nann awliyaa fid dunya wa fil aakhirah".</w:t>
      </w:r>
    </w:p>
    <w:p>
      <w:pPr>
        <w:jc w:val="right"/>
      </w:pPr>
      <w:r>
        <w:t>پھر آگے اس میں ہے کہ "نن أولیاء فی الدنيا وفی الآخرة"۔</w:t>
      </w:r>
    </w:p>
    <w:p>
      <w:r>
        <w:rPr>
          <w:b/>
        </w:rPr>
        <w:t xml:space="preserve">[07:08] </w:t>
      </w:r>
      <w:r>
        <w:t>yaani farishte kahenge aise insaan par jo Allah par imaan laaye aur us par qaim ho jaaye.</w:t>
      </w:r>
    </w:p>
    <w:p>
      <w:pPr>
        <w:jc w:val="right"/>
      </w:pPr>
      <w:r>
        <w:t>یعنی فرشتے کہیں گے ایسے انسان پر جو اللہ پر ایمان لائے اور اس پر قائم ہو جائے۔</w:t>
      </w:r>
    </w:p>
    <w:p>
      <w:r>
        <w:rPr>
          <w:b/>
        </w:rPr>
        <w:t xml:space="preserve">[07:16] </w:t>
      </w:r>
      <w:r>
        <w:t>qaim hone ke maani hain ke is ke deen par, Allah ke bharose par, is ke Allah ke</w:t>
      </w:r>
    </w:p>
    <w:p>
      <w:pPr>
        <w:jc w:val="right"/>
      </w:pPr>
      <w:r>
        <w:t>قائم ہونے کے معنی ہیں کہ اس کے دین پر، اللہ کے بھروسے پر، اس کے اللہ کے</w:t>
      </w:r>
    </w:p>
    <w:p>
      <w:r>
        <w:rPr>
          <w:b/>
        </w:rPr>
        <w:t xml:space="preserve">[07:24] </w:t>
      </w:r>
      <w:r>
        <w:t>bharose par deen par dawat par chalne lage.</w:t>
      </w:r>
    </w:p>
    <w:p>
      <w:pPr>
        <w:jc w:val="right"/>
      </w:pPr>
      <w:r>
        <w:t>بھروسے پر دین پر دعوت پر چلنے لگے۔</w:t>
      </w:r>
    </w:p>
    <w:p>
      <w:r>
        <w:rPr>
          <w:b/>
        </w:rPr>
        <w:t xml:space="preserve">[07:27] </w:t>
      </w:r>
      <w:r>
        <w:t>tu farishte is ke haami bante hain, wali bante hain, saathi bante hain.</w:t>
      </w:r>
    </w:p>
    <w:p>
      <w:pPr>
        <w:jc w:val="right"/>
      </w:pPr>
      <w:r>
        <w:t>تو فرشتے اس کے حامی بنتے ہیں، ولی بنتے ہیں، ساتھی بنتے ہیں۔</w:t>
      </w:r>
    </w:p>
    <w:p>
      <w:r>
        <w:rPr>
          <w:b/>
        </w:rPr>
        <w:t xml:space="preserve">[07:33] </w:t>
      </w:r>
      <w:r>
        <w:t>tu mein samajhta hoon ke in in aayaton ko, in hadeeson ko le kar aise mauqe par aap</w:t>
      </w:r>
    </w:p>
    <w:p>
      <w:pPr>
        <w:jc w:val="right"/>
      </w:pPr>
      <w:r>
        <w:t>تو میں سمجھتا ہوں کہ ان ان آیتوں کو، ان حدیثوں کو لے کر ایسے موقع پر آپ</w:t>
      </w:r>
    </w:p>
    <w:p>
      <w:r>
        <w:rPr>
          <w:b/>
        </w:rPr>
        <w:t xml:space="preserve">[07:41] </w:t>
      </w:r>
      <w:r>
        <w:t>agar yeh kahein to sahi hoga ke "ya saahibi la tahzan innallaha ma'anaa".</w:t>
      </w:r>
    </w:p>
    <w:p>
      <w:pPr>
        <w:jc w:val="right"/>
      </w:pPr>
      <w:r>
        <w:t>اگر یہ کہیں تو صحیح ہوگا کہ "یا صاحبی لا تحزن إن الله معنا"۔</w:t>
      </w:r>
    </w:p>
    <w:p>
      <w:r>
        <w:rPr>
          <w:b/>
        </w:rPr>
        <w:t xml:space="preserve">[07:47] </w:t>
      </w:r>
      <w:r>
        <w:t>ya yeh aap kahein ke "ya saahibi ma zannuka bi ithnainil malikul thalithuhumaa".</w:t>
      </w:r>
    </w:p>
    <w:p>
      <w:pPr>
        <w:jc w:val="right"/>
      </w:pPr>
      <w:r>
        <w:t>یا یہ آپ کہیں کہ "یا صاحبی ما ظنک باثنين الملک الثالثهما"۔</w:t>
      </w:r>
    </w:p>
    <w:p>
      <w:r>
        <w:rPr>
          <w:b/>
        </w:rPr>
        <w:t xml:space="preserve">[07:52] </w:t>
      </w:r>
      <w:r>
        <w:t>ae mere saathi, tumhara kya gumaan hai in do ke baare mein jin ke saath in ka farishta</w:t>
      </w:r>
    </w:p>
    <w:p>
      <w:pPr>
        <w:jc w:val="right"/>
      </w:pPr>
      <w:r>
        <w:t>اے میرے ساتھی، تمہارا کیا گمان ہے ان دو کے بارے میں جن کے ساتھ ان کا فرشتہ</w:t>
      </w:r>
    </w:p>
    <w:p>
      <w:r>
        <w:rPr>
          <w:b/>
        </w:rPr>
        <w:t xml:space="preserve">[07:59] </w:t>
      </w:r>
      <w:r>
        <w:t>ho? kyunke quran khud batata hai ke jab aap Allah par iman layen aur Allah ke raste par</w:t>
      </w:r>
    </w:p>
    <w:p>
      <w:pPr>
        <w:jc w:val="right"/>
      </w:pPr>
      <w:r>
        <w:t>ہو؟ کیونکہ قرآن خود بتاتا ہے کہ جب آپ اللہ پر ایمان لائیں اور اللہ کے راستے پر</w:t>
      </w:r>
    </w:p>
    <w:p>
      <w:r>
        <w:rPr>
          <w:b/>
        </w:rPr>
        <w:t xml:space="preserve">[08:07] </w:t>
      </w:r>
      <w:r>
        <w:t>chal paden to farishta aap ki madad ke liye aa jata hai.</w:t>
      </w:r>
    </w:p>
    <w:p>
      <w:pPr>
        <w:jc w:val="right"/>
      </w:pPr>
      <w:r>
        <w:t>چل پڑیں تو فرشتہ آپ کی مدد کے لیے آ جاتا ہے۔</w:t>
      </w:r>
    </w:p>
    <w:p>
      <w:r>
        <w:rPr>
          <w:b/>
        </w:rPr>
        <w:t xml:space="preserve">[08:12] </w:t>
      </w:r>
      <w:r>
        <w:t>farishta aap ki madad ke liye aa jata hai.</w:t>
      </w:r>
    </w:p>
    <w:p>
      <w:pPr>
        <w:jc w:val="right"/>
      </w:pPr>
      <w:r>
        <w:t>فرشتہ آپ کی مدد کے لیے آ جاتا ہے۔</w:t>
      </w:r>
    </w:p>
    <w:p>
      <w:r>
        <w:rPr>
          <w:b/>
        </w:rPr>
        <w:t xml:space="preserve">[08:16] </w:t>
      </w:r>
      <w:r>
        <w:t>to in ayaton, in hadithon ko le kar agar aap kahin to main samajhta hoon ke durust hoga</w:t>
      </w:r>
    </w:p>
    <w:p>
      <w:pPr>
        <w:jc w:val="right"/>
      </w:pPr>
      <w:r>
        <w:t>تو ان آیتوں، ان حدیثوں کو لے کر اگر آپ کہیں تو میں سمجھتا ہوں کہ درست ہوگا</w:t>
      </w:r>
    </w:p>
    <w:p>
      <w:r>
        <w:rPr>
          <w:b/>
        </w:rPr>
        <w:t xml:space="preserve">[08:24] </w:t>
      </w:r>
      <w:r>
        <w:t>ke "ya saahibi ma zannaka bi ithnayn al-malik al-thalithu huma".</w:t>
      </w:r>
    </w:p>
    <w:p>
      <w:pPr>
        <w:jc w:val="right"/>
      </w:pPr>
      <w:r>
        <w:t>کہ "یا صاحبی ما ظنک باثنين الملک الثالثهما"۔</w:t>
      </w:r>
    </w:p>
    <w:p>
      <w:r>
        <w:rPr>
          <w:b/>
        </w:rPr>
        <w:t xml:space="preserve">[08:27] </w:t>
      </w:r>
      <w:r>
        <w:t>ae mere saathi, tumhara kya guman hai un do ke bare mein jin ke sath un ka farishta</w:t>
      </w:r>
    </w:p>
    <w:p>
      <w:pPr>
        <w:jc w:val="right"/>
      </w:pPr>
      <w:r>
        <w:t>اے میرے ساتھی، تمہارا کیا گمان ہے ان دو کے بارے میں جن کے ساتھ ان کا فرشتہ</w:t>
      </w:r>
    </w:p>
    <w:p>
      <w:r>
        <w:rPr>
          <w:b/>
        </w:rPr>
        <w:t xml:space="preserve">[08:35] </w:t>
      </w:r>
      <w:r>
        <w:t>ho? ae Allah ne un ki madad ke liye farishta bhej diya ho.</w:t>
      </w:r>
    </w:p>
    <w:p>
      <w:pPr>
        <w:jc w:val="right"/>
      </w:pPr>
      <w:r>
        <w:t>ہو؟ اے اللہ نے ان کی مدد کے لیے فرشتہ بھیج دیا ہو۔</w:t>
      </w:r>
    </w:p>
    <w:p>
      <w:r>
        <w:rPr>
          <w:b/>
        </w:rPr>
        <w:t xml:space="preserve">[08:41] </w:t>
      </w:r>
      <w:r>
        <w:t>to is saal ramzan mein jo unique cheez mujhe daryaft hui wo yeh thi.</w:t>
      </w:r>
    </w:p>
    <w:p>
      <w:pPr>
        <w:jc w:val="right"/>
      </w:pPr>
      <w:r>
        <w:t>تو اس سال رمضان میں جو یونیک چیز مجھے دریافت ہوئی وہ یہ تھی۔</w:t>
      </w:r>
    </w:p>
    <w:p>
      <w:r>
        <w:rPr>
          <w:b/>
        </w:rPr>
        <w:t xml:space="preserve">[08:47] </w:t>
      </w:r>
      <w:r>
        <w:t>unique cheez.</w:t>
      </w:r>
    </w:p>
    <w:p>
      <w:pPr>
        <w:jc w:val="right"/>
      </w:pPr>
      <w:r>
        <w:t>یونیک چیز۔</w:t>
      </w:r>
    </w:p>
    <w:p>
      <w:r>
        <w:rPr>
          <w:b/>
        </w:rPr>
        <w:t xml:space="preserve">[08:48] </w:t>
      </w:r>
      <w:r>
        <w:t>yani agar aap sachai ke raste par hain, dawat Allah ke raste par hain, aur aap ko mushkilat</w:t>
      </w:r>
    </w:p>
    <w:p>
      <w:pPr>
        <w:jc w:val="right"/>
      </w:pPr>
      <w:r>
        <w:t>یعنی اگر آپ سچائی کے راستے پر ہیں، دعوت اللہ کے راستے پر ہیں، اور آپ کو مشکلات</w:t>
      </w:r>
    </w:p>
    <w:p>
      <w:r>
        <w:rPr>
          <w:b/>
        </w:rPr>
        <w:t xml:space="preserve">[08:56] </w:t>
      </w:r>
      <w:r>
        <w:t>pesh ati hain, zahir hai ke is dunya mein har waqt challenge hai, mukhtalif qism ke challenge, har</w:t>
      </w:r>
    </w:p>
    <w:p>
      <w:pPr>
        <w:jc w:val="right"/>
      </w:pPr>
      <w:r>
        <w:t>پیش آتی ہیں، ظاہر ہے کہ اس دنیا میں ہر وقت چیلنج ہے، مختلف قسم کے چیلنج، ہر</w:t>
      </w:r>
    </w:p>
    <w:p>
      <w:r>
        <w:rPr>
          <w:b/>
        </w:rPr>
        <w:t xml:space="preserve">[09:03] </w:t>
      </w:r>
      <w:r>
        <w:t>waqt problem hai, to aap ke raste mein bhi zaroor aise misal ayen ge, aise aise waqt aaye</w:t>
      </w:r>
    </w:p>
    <w:p>
      <w:pPr>
        <w:jc w:val="right"/>
      </w:pPr>
      <w:r>
        <w:t>وقت پرابلم ہے، تو آپ کے راستے میں بھی ضرور ایسے مثال آئیں گے، ایسے ایسے وقت آئے</w:t>
      </w:r>
    </w:p>
    <w:p>
      <w:r>
        <w:rPr>
          <w:b/>
        </w:rPr>
        <w:t xml:space="preserve">[09:11] </w:t>
      </w:r>
      <w:r>
        <w:t>ga aisa.</w:t>
      </w:r>
    </w:p>
    <w:p>
      <w:pPr>
        <w:jc w:val="right"/>
      </w:pPr>
      <w:r>
        <w:t>گا ایسا۔</w:t>
      </w:r>
    </w:p>
    <w:p>
      <w:r>
        <w:rPr>
          <w:b/>
        </w:rPr>
        <w:t xml:space="preserve">[09:13] </w:t>
      </w:r>
      <w:r>
        <w:t>to wahan par aap Allah ka, Allah ke bharose par qaim rahiye.</w:t>
      </w:r>
    </w:p>
    <w:p>
      <w:pPr>
        <w:jc w:val="right"/>
      </w:pPr>
      <w:r>
        <w:t>تو وہاں پر آپ اللہ کا، اللہ کے بھروسے پر قائم رہیے۔</w:t>
      </w:r>
    </w:p>
    <w:p>
      <w:r>
        <w:rPr>
          <w:b/>
        </w:rPr>
        <w:t xml:space="preserve">[09:18] </w:t>
      </w:r>
      <w:r>
        <w:t>ke agar aap do honge to Allah aap ka teesra hoga.</w:t>
      </w:r>
    </w:p>
    <w:p>
      <w:pPr>
        <w:jc w:val="right"/>
      </w:pPr>
      <w:r>
        <w:t>کہ اگر آپ دو ہوں گے تو اللہ آپ کا تیسرا ہوگا۔</w:t>
      </w:r>
    </w:p>
    <w:p>
      <w:r>
        <w:rPr>
          <w:b/>
        </w:rPr>
        <w:t xml:space="preserve">[09:23] </w:t>
      </w:r>
      <w:r>
        <w:t>agar aap char honge to Allah aap ka panchwan hoga.</w:t>
      </w:r>
    </w:p>
    <w:p>
      <w:pPr>
        <w:jc w:val="right"/>
      </w:pPr>
      <w:r>
        <w:t>اگر آپ چار ہوں گے تو اللہ آپ کا پانچواں ہوگا۔</w:t>
      </w:r>
    </w:p>
    <w:p>
      <w:r>
        <w:rPr>
          <w:b/>
        </w:rPr>
        <w:t xml:space="preserve">[09:28] </w:t>
      </w:r>
      <w:r>
        <w:t>Allah ke farishte hamesha aap ke sath rahen ge.</w:t>
      </w:r>
    </w:p>
    <w:p>
      <w:pPr>
        <w:jc w:val="right"/>
      </w:pPr>
      <w:r>
        <w:t>اللہ کے فرشتے ہمیشہ آپ کے ساتھ رہیں گے۔</w:t>
      </w:r>
    </w:p>
    <w:p>
      <w:r>
        <w:rPr>
          <w:b/>
        </w:rPr>
        <w:t xml:space="preserve">[09:32] </w:t>
      </w:r>
      <w:r>
        <w:t>to main samajhta hoon ke yeh is saal ramzan ka yeh gift hai jo Allah ki taraf se</w:t>
      </w:r>
    </w:p>
    <w:p>
      <w:pPr>
        <w:jc w:val="right"/>
      </w:pPr>
      <w:r>
        <w:t>تو میں سمجھتا ہوں کہ یہ اس سال رمضان کا یہ گفٹ ہے جو اللہ کی طرف سے</w:t>
      </w:r>
    </w:p>
    <w:p>
      <w:r>
        <w:rPr>
          <w:b/>
        </w:rPr>
        <w:t xml:space="preserve">[09:39] </w:t>
      </w:r>
      <w:r>
        <w:t>hamare pas bheja gaya hai.</w:t>
      </w:r>
    </w:p>
    <w:p>
      <w:pPr>
        <w:jc w:val="right"/>
      </w:pPr>
      <w:r>
        <w:t>ہمارے پاس بھیجا گیا ہے۔</w:t>
      </w:r>
    </w:p>
    <w:p>
      <w:r>
        <w:rPr>
          <w:b/>
        </w:rPr>
        <w:t xml:space="preserve">[09:41] </w:t>
      </w:r>
      <w:r>
        <w:t>ke ae bando, gham na karo, andesha mat karo.</w:t>
      </w:r>
    </w:p>
    <w:p>
      <w:pPr>
        <w:jc w:val="right"/>
      </w:pPr>
      <w:r>
        <w:t>کہ اے بندو، غم نہ کرو، اندیشہ مت کرو۔</w:t>
      </w:r>
    </w:p>
    <w:p>
      <w:r>
        <w:rPr>
          <w:b/>
        </w:rPr>
        <w:t xml:space="preserve">[09:45] </w:t>
      </w:r>
      <w:r>
        <w:t>sirf yeh koshish karo ke tum sachai ke raste par ho.</w:t>
      </w:r>
    </w:p>
    <w:p>
      <w:pPr>
        <w:jc w:val="right"/>
      </w:pPr>
      <w:r>
        <w:t>صرف یہ کوشش کرو کہ تم سچائی کے راستے پر ہو۔</w:t>
      </w:r>
    </w:p>
    <w:p>
      <w:r>
        <w:rPr>
          <w:b/>
        </w:rPr>
        <w:t xml:space="preserve">[09:50] </w:t>
      </w:r>
      <w:r>
        <w:t>koi tilt tum ne nahin dikhaya hai.</w:t>
      </w:r>
    </w:p>
    <w:p>
      <w:pPr>
        <w:jc w:val="right"/>
      </w:pPr>
      <w:r>
        <w:t>کوئی ٹلٹ تم نے نہیں دکھایا ہے۔</w:t>
      </w:r>
    </w:p>
    <w:p>
      <w:r>
        <w:rPr>
          <w:b/>
        </w:rPr>
        <w:t xml:space="preserve">[09:53] </w:t>
      </w:r>
      <w:r>
        <w:t>tum ne koi weakness nahin dikhai hai.</w:t>
      </w:r>
    </w:p>
    <w:p>
      <w:pPr>
        <w:jc w:val="right"/>
      </w:pPr>
      <w:r>
        <w:t>تم نے کوئی ویکنس نہیں دکھائی ہے۔</w:t>
      </w:r>
    </w:p>
    <w:p>
      <w:r>
        <w:rPr>
          <w:b/>
        </w:rPr>
        <w:t xml:space="preserve">[09:56] </w:t>
      </w:r>
      <w:r>
        <w:t>to Allah tumhare sath wahan maujood rahe ga jahan tum maujood ho.</w:t>
      </w:r>
    </w:p>
    <w:p>
      <w:pPr>
        <w:jc w:val="right"/>
      </w:pPr>
      <w:r>
        <w:t>تو اللہ تمہارے ساتھ وہاں موجود رہے گا جہاں تم موجود ہو۔</w:t>
      </w:r>
    </w:p>
    <w:p>
      <w:r>
        <w:rPr>
          <w:b/>
        </w:rPr>
        <w:t xml:space="preserve">[10:01] </w:t>
      </w:r>
      <w:r>
        <w:t>goya sochne ki baat yeh hai ke hum hum ne apne andar koi weakness na dikhai ho.</w:t>
      </w:r>
    </w:p>
    <w:p>
      <w:pPr>
        <w:jc w:val="right"/>
      </w:pPr>
      <w:r>
        <w:t>گویا سوچنے کی بات یہ ہے کہ ہم ہم نے اپنے اندر کوئی ویکنس نہ دکھائی ہو۔</w:t>
      </w:r>
    </w:p>
    <w:p>
      <w:r>
        <w:rPr>
          <w:b/>
        </w:rPr>
        <w:t xml:space="preserve">[10:08] </w:t>
      </w:r>
      <w:r>
        <w:t>khud rasool Allah sal Allah aleh wasallam ko jo waqea is mein sochiye, jab makkah walon ne aap</w:t>
      </w:r>
    </w:p>
    <w:p>
      <w:pPr>
        <w:jc w:val="right"/>
      </w:pPr>
      <w:r>
        <w:t>خود رسول اللہ صلی اللہ علیہ وسلم کو جو واقعہ اس میں سوچیے، جب مکہ والوں نے آپ</w:t>
      </w:r>
    </w:p>
    <w:p>
      <w:r>
        <w:rPr>
          <w:b/>
        </w:rPr>
        <w:t xml:space="preserve">[10:16] </w:t>
      </w:r>
      <w:r>
        <w:t>ko challenge diya ke aap ko makkah chhodna padega warna aap ko maar dalenge.</w:t>
      </w:r>
    </w:p>
    <w:p>
      <w:pPr>
        <w:jc w:val="right"/>
      </w:pPr>
      <w:r>
        <w:t>کو چیلنج دیا کہ آپ کو مکہ چھوڑنا پڑے گا ورنہ آپ کو مار ڈالیں گے۔</w:t>
      </w:r>
    </w:p>
    <w:p>
      <w:r>
        <w:rPr>
          <w:b/>
        </w:rPr>
        <w:t xml:space="preserve">[10:23] </w:t>
      </w:r>
      <w:r>
        <w:t>to main samajhta hoon yeh bhi tilt hota ke aap ladne lagte hain in se.</w:t>
      </w:r>
    </w:p>
    <w:p>
      <w:pPr>
        <w:jc w:val="right"/>
      </w:pPr>
      <w:r>
        <w:t>تو میں سمجھتا ہوں یہ بھی ٹلٹ ہوتا کہ آپ لڑنے لگتے ہیں ان سے۔</w:t>
      </w:r>
    </w:p>
    <w:p>
      <w:r>
        <w:rPr>
          <w:b/>
        </w:rPr>
        <w:t xml:space="preserve">[10:29] </w:t>
      </w:r>
      <w:r>
        <w:t>aap chand the, woh zyada the, to khwamkhwah lad kar aap ko marwana yeh Islam nahi hai.</w:t>
      </w:r>
    </w:p>
    <w:p>
      <w:pPr>
        <w:jc w:val="right"/>
      </w:pPr>
      <w:r>
        <w:t>آپ چند تھے، وہ زیادہ تھے، تو خوامخواہ لڑ کر آپ کو مروانا یہ اسلام نہیں ہے۔</w:t>
      </w:r>
    </w:p>
    <w:p>
      <w:r>
        <w:rPr>
          <w:b/>
        </w:rPr>
        <w:t xml:space="preserve">[10:37] </w:t>
      </w:r>
      <w:r>
        <w:t>yeh Islam nahi hai.</w:t>
      </w:r>
    </w:p>
    <w:p>
      <w:pPr>
        <w:jc w:val="right"/>
      </w:pPr>
      <w:r>
        <w:t>یہ اسلام نہیں ہے۔</w:t>
      </w:r>
    </w:p>
    <w:p>
      <w:r>
        <w:rPr>
          <w:b/>
        </w:rPr>
        <w:t xml:space="preserve">[10:38] </w:t>
      </w:r>
      <w:r>
        <w:t>ya aap madina jaane ke baad kahin aur ja ke chhip jaate to Allah ki madad nahi aati.</w:t>
      </w:r>
    </w:p>
    <w:p>
      <w:pPr>
        <w:jc w:val="right"/>
      </w:pPr>
      <w:r>
        <w:t>یا آپ مدینہ جانے کے بعد کہیں اور جا کے چھپ جاتے تو اللہ کی مدد نہیں آتی۔</w:t>
      </w:r>
    </w:p>
    <w:p>
      <w:r>
        <w:rPr>
          <w:b/>
        </w:rPr>
        <w:t xml:space="preserve">[10:46] </w:t>
      </w:r>
      <w:r>
        <w:t>Allah ki madad aati hai well considered planning par.</w:t>
      </w:r>
    </w:p>
    <w:p>
      <w:pPr>
        <w:jc w:val="right"/>
      </w:pPr>
      <w:r>
        <w:t>اللہ کی مدد آتی ہے ویل کنسیڈرڈ پلاننگ پر۔</w:t>
      </w:r>
    </w:p>
    <w:p>
      <w:r>
        <w:rPr>
          <w:b/>
        </w:rPr>
        <w:t xml:space="preserve">[10:50] </w:t>
      </w:r>
      <w:r>
        <w:t>jab aap ko makkah walon ne yeh challenge diya ke ya to makkah chodo warna hum tum ko</w:t>
      </w:r>
    </w:p>
    <w:p>
      <w:pPr>
        <w:jc w:val="right"/>
      </w:pPr>
      <w:r>
        <w:t>جب آپ کو مکہ والوں نے یہ چیلنج دیا کہ یا تو مکہ چھوڑو ورنہ ہم تم کو</w:t>
      </w:r>
    </w:p>
    <w:p>
      <w:r>
        <w:rPr>
          <w:b/>
        </w:rPr>
        <w:t xml:space="preserve">[10:58] </w:t>
      </w:r>
      <w:r>
        <w:t>مار ڈالیں گے، تو آپ نے سوچا، hijrat was a well-considered response to the challenge.</w:t>
      </w:r>
    </w:p>
    <w:p>
      <w:pPr>
        <w:jc w:val="right"/>
      </w:pPr>
      <w:r>
        <w:t>مار ڈالیں گے، تو آپ نے سوچا، ہجرت واز ا ویل کنسیڈرڈ ریسپانس ٹو دی چیلنج۔</w:t>
      </w:r>
    </w:p>
    <w:p>
      <w:r>
        <w:rPr>
          <w:b/>
        </w:rPr>
        <w:t xml:space="preserve">[11:04] </w:t>
      </w:r>
      <w:r>
        <w:t>aap ne socha, socha, socha to aap ke samne aaya.</w:t>
      </w:r>
    </w:p>
    <w:p>
      <w:pPr>
        <w:jc w:val="right"/>
      </w:pPr>
      <w:r>
        <w:t>آپ نے سوچا، سوچا، سوچا تو آپ کے سامنے آیا۔</w:t>
      </w:r>
    </w:p>
    <w:p>
      <w:r>
        <w:rPr>
          <w:b/>
        </w:rPr>
        <w:t xml:space="preserve">[11:09] </w:t>
      </w:r>
      <w:r>
        <w:t>aur is se pehle bhi aap ne yani pata kiya tha ke madine mein Islam ki halat kya</w:t>
      </w:r>
    </w:p>
    <w:p>
      <w:pPr>
        <w:jc w:val="right"/>
      </w:pPr>
      <w:r>
        <w:t>اور اس سے پہلے بھی آپ نے یعنی پتہ کیا تھا کہ مدینے میں اسلام کی حالت کیا</w:t>
      </w:r>
    </w:p>
    <w:p>
      <w:r>
        <w:rPr>
          <w:b/>
        </w:rPr>
        <w:t xml:space="preserve">[11:16]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[11:18] </w:t>
      </w:r>
      <w:r>
        <w:t>chunanche wahan se do wafood aaye.</w:t>
      </w:r>
    </w:p>
    <w:p>
      <w:pPr>
        <w:jc w:val="right"/>
      </w:pPr>
      <w:r>
        <w:t>چنانچہ وہاں سے دو وفد آئے۔</w:t>
      </w:r>
    </w:p>
    <w:p>
      <w:r>
        <w:rPr>
          <w:b/>
        </w:rPr>
        <w:t xml:space="preserve">[11:21] </w:t>
      </w:r>
      <w:r>
        <w:t>do wafood aaye wahan se.</w:t>
      </w:r>
    </w:p>
    <w:p>
      <w:pPr>
        <w:jc w:val="right"/>
      </w:pPr>
      <w:r>
        <w:t>دو وفد آئے وہاں سے۔</w:t>
      </w:r>
    </w:p>
    <w:p>
      <w:r>
        <w:rPr>
          <w:b/>
        </w:rPr>
        <w:t xml:space="preserve">[11:23] </w:t>
      </w:r>
      <w:r>
        <w:t>unhone makkah se bahar aap se mulaqat ki.</w:t>
      </w:r>
    </w:p>
    <w:p>
      <w:pPr>
        <w:jc w:val="right"/>
      </w:pPr>
      <w:r>
        <w:t>انہوں نے مکہ سے باہر آپ سے ملاقات کی۔</w:t>
      </w:r>
    </w:p>
    <w:p>
      <w:r>
        <w:rPr>
          <w:b/>
        </w:rPr>
        <w:t xml:space="preserve">[11:27] </w:t>
      </w:r>
      <w:r>
        <w:t>unhone yaqeen dilaya ke aap madina aaiye, hum aap ke saath hain.</w:t>
      </w:r>
    </w:p>
    <w:p>
      <w:pPr>
        <w:jc w:val="right"/>
      </w:pPr>
      <w:r>
        <w:t>انہوں نے یقین دلایا کہ آپ مدینہ آئیے، ہم آپ کے ساتھ ہیں۔</w:t>
      </w:r>
    </w:p>
    <w:p>
      <w:r>
        <w:rPr>
          <w:b/>
        </w:rPr>
        <w:t xml:space="preserve">[11:32] </w:t>
      </w:r>
      <w:r>
        <w:t>jo kehte hain, "biya taqbah awwali, biya taqbah sani".</w:t>
      </w:r>
    </w:p>
    <w:p>
      <w:pPr>
        <w:jc w:val="right"/>
      </w:pPr>
      <w:r>
        <w:t>جو کہتے ہیں، "بیا تقبہ اولی، بیا تقبہ ثانی"۔</w:t>
      </w:r>
    </w:p>
    <w:p>
      <w:r>
        <w:rPr>
          <w:b/>
        </w:rPr>
        <w:t xml:space="preserve">[11:36] </w:t>
      </w:r>
      <w:r>
        <w:t>that was part of his planning.</w:t>
      </w:r>
    </w:p>
    <w:p>
      <w:pPr>
        <w:jc w:val="right"/>
      </w:pPr>
      <w:r>
        <w:t>دیٹ واز پارٹ آف ہز پلاننگ۔</w:t>
      </w:r>
    </w:p>
    <w:p>
      <w:r>
        <w:rPr>
          <w:b/>
        </w:rPr>
        <w:t xml:space="preserve">[11:39] </w:t>
      </w:r>
      <w:r>
        <w:t>تو آپ کو جب چیلنج دیا گیا تو آپ نے react نہیں کیا۔</w:t>
      </w:r>
    </w:p>
    <w:p>
      <w:pPr>
        <w:jc w:val="right"/>
      </w:pPr>
      <w:r>
        <w:t>تو آپ کو جب چیلنج دیا گیا تو آپ نے ری ایکٹ نہیں کیا۔</w:t>
      </w:r>
    </w:p>
    <w:p>
      <w:r>
        <w:rPr>
          <w:b/>
        </w:rPr>
        <w:t xml:space="preserve">[11:45] </w:t>
      </w:r>
      <w:r>
        <w:t>na koi weakness dikhai, na react kiya, na koi negative thought aap ke andar aaya, balkeh positive</w:t>
      </w:r>
    </w:p>
    <w:p>
      <w:pPr>
        <w:jc w:val="right"/>
      </w:pPr>
      <w:r>
        <w:t>نہ کوئی ویکنس دکھائی، نہ ری ایکٹ کیا، نہ کوئی نیگیٹیو تھاٹ آپ کے اندر آیا، بلکہ پازیٹیو</w:t>
      </w:r>
    </w:p>
    <w:p>
      <w:r>
        <w:rPr>
          <w:b/>
        </w:rPr>
        <w:t xml:space="preserve">[11:52] </w:t>
      </w:r>
      <w:r>
        <w:t>andaaz mein aap ne apne future ki planning ki.</w:t>
      </w:r>
    </w:p>
    <w:p>
      <w:pPr>
        <w:jc w:val="right"/>
      </w:pPr>
      <w:r>
        <w:t>انداز میں آپ نے اپنے فیوچر کی پلاننگ کی۔</w:t>
      </w:r>
    </w:p>
    <w:p>
      <w:r>
        <w:rPr>
          <w:b/>
        </w:rPr>
        <w:t xml:space="preserve">[11:56] </w:t>
      </w:r>
      <w:r>
        <w:t>bahut hi well considered planning.</w:t>
      </w:r>
    </w:p>
    <w:p>
      <w:pPr>
        <w:jc w:val="right"/>
      </w:pPr>
      <w:r>
        <w:t>بہت ہی ویل کنسیڈرڈ پلاننگ۔</w:t>
      </w:r>
    </w:p>
    <w:p>
      <w:r>
        <w:rPr>
          <w:b/>
        </w:rPr>
        <w:t xml:space="preserve">[11:58] </w:t>
      </w:r>
      <w:r>
        <w:t>to aap ne pata kiya ke is waqt hai madine mein Islam ki kya halat hai.</w:t>
      </w:r>
    </w:p>
    <w:p>
      <w:pPr>
        <w:jc w:val="right"/>
      </w:pPr>
      <w:r>
        <w:t>تو آپ نے پتہ کیا کہ اس وقت ہے مدینے میں اسلام کی کیا حالت ہے۔</w:t>
      </w:r>
    </w:p>
    <w:p>
      <w:r>
        <w:rPr>
          <w:b/>
        </w:rPr>
        <w:t xml:space="preserve">[12:05] </w:t>
      </w:r>
      <w:r>
        <w:t>to maloom hua aap ko ke madine mein Islam tezi se phail raha hai.</w:t>
      </w:r>
    </w:p>
    <w:p>
      <w:pPr>
        <w:jc w:val="right"/>
      </w:pPr>
      <w:r>
        <w:t>تو معلوم ہوا آپ کو کہ مدینے میں اسلام تیزی سے پھیل رہا ہے۔</w:t>
      </w:r>
    </w:p>
    <w:p>
      <w:r>
        <w:rPr>
          <w:b/>
        </w:rPr>
        <w:t xml:space="preserve">[12:11] </w:t>
      </w:r>
      <w:r>
        <w:t>to aap ne baja taur par yeh guess kiya ke Islam ke liye is waqt makkah ke muqable</w:t>
      </w:r>
    </w:p>
    <w:p>
      <w:pPr>
        <w:jc w:val="right"/>
      </w:pPr>
      <w:r>
        <w:t>تو آپ نے بجا طور پر یہ گیس کیا کہ اسلام کے لیے اس وقت مکہ کے مقابلے</w:t>
      </w:r>
    </w:p>
    <w:p>
      <w:r>
        <w:rPr>
          <w:b/>
        </w:rPr>
        <w:t xml:space="preserve">[12:19] </w:t>
      </w:r>
      <w:r>
        <w:t>mein madine mein zyada scope hai.</w:t>
      </w:r>
    </w:p>
    <w:p>
      <w:pPr>
        <w:jc w:val="right"/>
      </w:pPr>
      <w:r>
        <w:t>میں مدینے میں زیادہ اسکوپ ہے۔</w:t>
      </w:r>
    </w:p>
    <w:p>
      <w:r>
        <w:rPr>
          <w:b/>
        </w:rPr>
        <w:t xml:space="preserve">[12:21] </w:t>
      </w:r>
      <w:r>
        <w:t>pehle madina chalo, is ke baad makkah wapsi hogi.</w:t>
      </w:r>
    </w:p>
    <w:p>
      <w:pPr>
        <w:jc w:val="right"/>
      </w:pPr>
      <w:r>
        <w:t>پہلے مدینہ چلو، اس کے بعد مکہ واپسی ہوگی۔</w:t>
      </w:r>
    </w:p>
    <w:p>
      <w:r>
        <w:rPr>
          <w:b/>
        </w:rPr>
        <w:t xml:space="preserve">[12:25] </w:t>
      </w:r>
      <w:r>
        <w:t>تو in this sense, it was a very well-considered planning.</w:t>
      </w:r>
    </w:p>
    <w:p>
      <w:pPr>
        <w:jc w:val="right"/>
      </w:pPr>
      <w:r>
        <w:t>تو ان دس سینس، اٹ واز ا ویری ویل کنسیڈرڈ پلاننگ۔</w:t>
      </w:r>
    </w:p>
    <w:p>
      <w:r>
        <w:rPr>
          <w:b/>
        </w:rPr>
        <w:t xml:space="preserve">[12:30] </w:t>
      </w:r>
      <w:r>
        <w:t>to yeh shart hai.</w:t>
      </w:r>
    </w:p>
    <w:p>
      <w:pPr>
        <w:jc w:val="right"/>
      </w:pPr>
      <w:r>
        <w:t>تو یہ شرط ہے۔</w:t>
      </w:r>
    </w:p>
    <w:p>
      <w:r>
        <w:rPr>
          <w:b/>
        </w:rPr>
        <w:t xml:space="preserve">[12:32] </w:t>
      </w:r>
      <w:r>
        <w:t>aap ko agar koi soorat-e-haal pesh aati hai to aap agar aisa karein ke lage hain cheekhne chalane,</w:t>
      </w:r>
    </w:p>
    <w:p>
      <w:pPr>
        <w:jc w:val="right"/>
      </w:pPr>
      <w:r>
        <w:t>آپ کو اگر کوئی صورتحال پیش آتی ہے تو آپ اگر ایسا کریں کہ لگے ہیں چیخنے چلانے،</w:t>
      </w:r>
    </w:p>
    <w:p>
      <w:r>
        <w:rPr>
          <w:b/>
        </w:rPr>
        <w:t xml:space="preserve">[12:39] </w:t>
      </w:r>
      <w:r>
        <w:t>ghussa ho jayein, ladne padna shuru karein to aap ko nusrat-e-Khuda ki nahi aayegi.</w:t>
      </w:r>
    </w:p>
    <w:p>
      <w:pPr>
        <w:jc w:val="right"/>
      </w:pPr>
      <w:r>
        <w:t>غصہ ہو جائیں، لڑنے پڑنا شروع کریں تو آپ کو نصرت اللہ کی نہیں آئے گی۔</w:t>
      </w:r>
    </w:p>
    <w:p>
      <w:r>
        <w:rPr>
          <w:b/>
        </w:rPr>
        <w:t xml:space="preserve">[12:46] </w:t>
      </w:r>
      <w:r>
        <w:t>nusrat ki shart yeh hai ke aap react na karein, manfi response na na dein, balkeh bohat</w:t>
      </w:r>
    </w:p>
    <w:p>
      <w:pPr>
        <w:jc w:val="right"/>
      </w:pPr>
      <w:r>
        <w:t>نصرت کی شرط یہ ہے کہ آپ ری ایکٹ نہ کریں، منفی ریسپانس نہ نہ دیں، بلکہ بہت</w:t>
      </w:r>
    </w:p>
    <w:p>
      <w:r>
        <w:rPr>
          <w:b/>
        </w:rPr>
        <w:t xml:space="preserve">[12:54] </w:t>
      </w:r>
      <w:r>
        <w:t>he soch samajh kar apne future ki planning karein.</w:t>
      </w:r>
    </w:p>
    <w:p>
      <w:pPr>
        <w:jc w:val="right"/>
      </w:pPr>
      <w:r>
        <w:t>ہی سوچ سمجھ کر اپنے فیوچر کی پلاننگ کریں۔</w:t>
      </w:r>
    </w:p>
    <w:p>
      <w:r>
        <w:rPr>
          <w:b/>
        </w:rPr>
        <w:t xml:space="preserve">[12:58] </w:t>
      </w:r>
      <w:r>
        <w:t>to Allah ki madad aayegi, Allah ka inspiration aayega aur raaste khuleinge aap ke liye.</w:t>
      </w:r>
    </w:p>
    <w:p>
      <w:pPr>
        <w:jc w:val="right"/>
      </w:pPr>
      <w:r>
        <w:t>تو اللہ کی مدد آئے گی، اللہ کا انسپیریشن آئے گا اور راستے کھلیں گے آپ کے لیے۔</w:t>
      </w:r>
    </w:p>
    <w:p>
      <w:r>
        <w:rPr>
          <w:b/>
        </w:rPr>
        <w:t xml:space="preserve">[13:06] </w:t>
      </w:r>
      <w:r>
        <w:t>is waqt aap yeh kaise kaheinge jab yeh sab shart poori kar chuke hon? jab aap apni</w:t>
      </w:r>
    </w:p>
    <w:p>
      <w:pPr>
        <w:jc w:val="right"/>
      </w:pPr>
      <w:r>
        <w:t>اس وقت آپ یہ کیسے کہیں گے جب یہ سب شرط پوری کر چکے ہوں؟ جب آپ اپنی</w:t>
      </w:r>
    </w:p>
    <w:p>
      <w:r>
        <w:rPr>
          <w:b/>
        </w:rPr>
        <w:t xml:space="preserve">[13:13] </w:t>
      </w:r>
      <w:r>
        <w:t>taraf se yeh sab shart poori kar chuke honge, tab yeh kaise kaheinge apne saathiyon se</w:t>
      </w:r>
    </w:p>
    <w:p>
      <w:pPr>
        <w:jc w:val="right"/>
      </w:pPr>
      <w:r>
        <w:t>طرف سے یہ سب شرط پوری کر چکے ہوں گے، تب یہ کیسے کہیں گے اپنے ساتھیوں سے</w:t>
      </w:r>
    </w:p>
    <w:p>
      <w:r>
        <w:rPr>
          <w:b/>
        </w:rPr>
        <w:t xml:space="preserve">[13:21] </w:t>
      </w:r>
      <w:r>
        <w:t>ke in do ke bare mein tumhara kya khayal hai jin ka teesra Allah ka farishta ho? to</w:t>
      </w:r>
    </w:p>
    <w:p>
      <w:pPr>
        <w:jc w:val="right"/>
      </w:pPr>
      <w:r>
        <w:t>کہ ان دو کے بارے میں تمہارا کیا خیال ہے جن کا تیسرا اللہ کا فرشتہ ہو؟ تو</w:t>
      </w:r>
    </w:p>
    <w:p>
      <w:r>
        <w:rPr>
          <w:b/>
        </w:rPr>
        <w:t xml:space="preserve">[13:29] </w:t>
      </w:r>
      <w:r>
        <w:t>yeh kitni bari wisdom ki baat hai, kitni bari hikmat ki baat hai, aur kitna bara is se</w:t>
      </w:r>
    </w:p>
    <w:p>
      <w:pPr>
        <w:jc w:val="right"/>
      </w:pPr>
      <w:r>
        <w:t>یہ کتنی بڑی وزڈم کی بات ہے، کتنی بڑی حکمت کی بات ہے، اور کتنا بڑا اس سے</w:t>
      </w:r>
    </w:p>
    <w:p>
      <w:r>
        <w:rPr>
          <w:b/>
        </w:rPr>
        <w:t xml:space="preserve">[13:36] </w:t>
      </w:r>
      <w:r>
        <w:t>aap ko hausla milta hai, kitna bara yaqeen aap ko haasil hota hai.</w:t>
      </w:r>
    </w:p>
    <w:p>
      <w:pPr>
        <w:jc w:val="right"/>
      </w:pPr>
      <w:r>
        <w:t>آپ کو حوصلہ ملتا ہے، کتنا بڑا یقین آپ کو حاصل ہوتا ہے۔</w:t>
      </w:r>
    </w:p>
    <w:p>
      <w:r>
        <w:rPr>
          <w:b/>
        </w:rPr>
        <w:t xml:space="preserve">[13:42] </w:t>
      </w:r>
      <w:r>
        <w:t>aur mein samajhta hoon ke is ko log samajhte hain ke khasaais-e-Nabwi.</w:t>
      </w:r>
    </w:p>
    <w:p>
      <w:pPr>
        <w:jc w:val="right"/>
      </w:pPr>
      <w:r>
        <w:t>اور میں سمجھتا ہوں کہ اس کو لوگ سمجھتے ہیں کہ خصائص نبوی۔</w:t>
      </w:r>
    </w:p>
    <w:p>
      <w:r>
        <w:rPr>
          <w:b/>
        </w:rPr>
        <w:t xml:space="preserve">[13:48] </w:t>
      </w:r>
      <w:r>
        <w:t>hamare haan aik aik lafz hai khasaais-e-Nabwi, yaani Nabi ki khusoosiyat, paighambar ki khusoosiyat.</w:t>
      </w:r>
    </w:p>
    <w:p>
      <w:pPr>
        <w:jc w:val="right"/>
      </w:pPr>
      <w:r>
        <w:t>ہمارے ہاں ایک ایک لفظ ہے خصائص نبوی، یعنی نبی نبی کی خصوصیت، پیغمبر کی خصوصیت۔</w:t>
      </w:r>
    </w:p>
    <w:p>
      <w:r>
        <w:rPr>
          <w:b/>
        </w:rPr>
        <w:t xml:space="preserve">[13:54] </w:t>
      </w:r>
      <w:r>
        <w:t>to aksar is tarah cheezon ko log khasaais-e-Nabwi mein shumar karte hain.</w:t>
      </w:r>
    </w:p>
    <w:p>
      <w:pPr>
        <w:jc w:val="right"/>
      </w:pPr>
      <w:r>
        <w:t>تو اکثر اس طرح چیزوں کو لوگ خصائص نبوی میں شمار کرتے ہیں۔</w:t>
      </w:r>
    </w:p>
    <w:p>
      <w:r>
        <w:rPr>
          <w:b/>
        </w:rPr>
        <w:t xml:space="preserve">[14:00] </w:t>
      </w:r>
      <w:r>
        <w:t>to woh aik waqea samajhte hain jo Nabi ke saath pesh aaya.</w:t>
      </w:r>
    </w:p>
    <w:p>
      <w:pPr>
        <w:jc w:val="right"/>
      </w:pPr>
      <w:r>
        <w:t>تو وہ ایک واقعہ سمجھتے ہیں جو نبی کے ساتھ پیش آیا۔</w:t>
      </w:r>
    </w:p>
    <w:p>
      <w:r>
        <w:rPr>
          <w:b/>
        </w:rPr>
        <w:t xml:space="preserve">[14:05] </w:t>
      </w:r>
      <w:r>
        <w:t>hamare liye is mein koi sabaq nahi.</w:t>
      </w:r>
    </w:p>
    <w:p>
      <w:pPr>
        <w:jc w:val="right"/>
      </w:pPr>
      <w:r>
        <w:t>ہمارے لیے اس میں کوئی سبق نہیں۔</w:t>
      </w:r>
    </w:p>
    <w:p>
      <w:r>
        <w:rPr>
          <w:b/>
        </w:rPr>
        <w:t xml:space="preserve">[14:08] </w:t>
      </w:r>
      <w:r>
        <w:t>is waqea mein jo maine arz kiya ke aap kitabon mein padhiye, kitabon mein is ko generalize</w:t>
      </w:r>
    </w:p>
    <w:p>
      <w:pPr>
        <w:jc w:val="right"/>
      </w:pPr>
      <w:r>
        <w:t>اس واقعے میں جو میں نے عرض کیا کہ آپ کتابوں میں پڑھیے، کتابوں میں اس کو جنرلائز</w:t>
      </w:r>
    </w:p>
    <w:p>
      <w:r>
        <w:rPr>
          <w:b/>
        </w:rPr>
        <w:t xml:space="preserve">[14:16] </w:t>
      </w:r>
      <w:r>
        <w:t>nahi kiya logon ne.</w:t>
      </w:r>
    </w:p>
    <w:p>
      <w:pPr>
        <w:jc w:val="right"/>
      </w:pPr>
      <w:r>
        <w:t>نہیں کیا لوگوں نے۔</w:t>
      </w:r>
    </w:p>
    <w:p>
      <w:r>
        <w:rPr>
          <w:b/>
        </w:rPr>
        <w:t xml:space="preserve">[14:18] </w:t>
      </w:r>
      <w:r>
        <w:t>generalize kareinge tab aap ko sabaq haasil hoga.</w:t>
      </w:r>
    </w:p>
    <w:p>
      <w:pPr>
        <w:jc w:val="right"/>
      </w:pPr>
      <w:r>
        <w:t>جنرلائز کریں گے تب آپ کو سبق حاصل ہوگا۔</w:t>
      </w:r>
    </w:p>
    <w:p>
      <w:r>
        <w:rPr>
          <w:b/>
        </w:rPr>
        <w:t xml:space="preserve">[14:21] </w:t>
      </w:r>
      <w:r>
        <w:t>generalize nahi kareinge to bas woh Rasool Allah ki aik aik moajza nazar aayega, aik khusoosiyat</w:t>
      </w:r>
    </w:p>
    <w:p>
      <w:pPr>
        <w:jc w:val="right"/>
      </w:pPr>
      <w:r>
        <w:t>جنرلائز نہیں کریں گے تو بس وہ رسول اللہ کی ایک ایک معجزہ نظر آئے گا، ایک خصوصیت</w:t>
      </w:r>
    </w:p>
    <w:p>
      <w:r>
        <w:rPr>
          <w:b/>
        </w:rPr>
        <w:t xml:space="preserve">[14:29] </w:t>
      </w:r>
      <w:r>
        <w:t>nazar aayegi.</w:t>
      </w:r>
    </w:p>
    <w:p>
      <w:pPr>
        <w:jc w:val="right"/>
      </w:pPr>
      <w:r>
        <w:t>نظر آئے گی۔</w:t>
      </w:r>
    </w:p>
    <w:p>
      <w:r>
        <w:rPr>
          <w:b/>
        </w:rPr>
        <w:t xml:space="preserve">[14:31] </w:t>
      </w:r>
      <w:r>
        <w:t>to mera manna yeh hai ke Rasool Allah ke saath jo bhi pesh aaya woh sab aam logon</w:t>
      </w:r>
    </w:p>
    <w:p>
      <w:pPr>
        <w:jc w:val="right"/>
      </w:pPr>
      <w:r>
        <w:t>تو میرا ماننا یہ ہے کہ رسول اللہ کے ساتھ جو بھی پیش آیا وہ سب عام لوگوں</w:t>
      </w:r>
    </w:p>
    <w:p>
      <w:r>
        <w:rPr>
          <w:b/>
        </w:rPr>
        <w:t xml:space="preserve">[14:38] </w:t>
      </w:r>
      <w:r>
        <w:t>ke liye sunnat thi, siwaye wahi ke.</w:t>
      </w:r>
    </w:p>
    <w:p>
      <w:pPr>
        <w:jc w:val="right"/>
      </w:pPr>
      <w:r>
        <w:t>کے لیے سنت تھی، سوائے وحی کے۔</w:t>
      </w:r>
    </w:p>
    <w:p>
      <w:r>
        <w:rPr>
          <w:b/>
        </w:rPr>
        <w:t xml:space="preserve">[14:41] </w:t>
      </w:r>
      <w:r>
        <w:t>wahi aap ki khaas cheez thi.</w:t>
      </w:r>
    </w:p>
    <w:p>
      <w:pPr>
        <w:jc w:val="right"/>
      </w:pPr>
      <w:r>
        <w:t>وحی آپ کی خاص چیز تھی۔</w:t>
      </w:r>
    </w:p>
    <w:p>
      <w:r>
        <w:rPr>
          <w:b/>
        </w:rPr>
        <w:t xml:space="preserve">[14:44] </w:t>
      </w:r>
      <w:r>
        <w:t>wahi sirf aap ke liye thi.</w:t>
      </w:r>
    </w:p>
    <w:p>
      <w:pPr>
        <w:jc w:val="right"/>
      </w:pPr>
      <w:r>
        <w:t>وحی صرف آپ کے لیے تھی۔</w:t>
      </w:r>
    </w:p>
    <w:p>
      <w:r>
        <w:rPr>
          <w:b/>
        </w:rPr>
        <w:t xml:space="preserve">[14:46] </w:t>
      </w:r>
      <w:r>
        <w:t>lekin aur jitne waqiat pesh aaye, wahi ke siwa jitne waqiat pesh aaye woh sab woh sab sunnat</w:t>
      </w:r>
    </w:p>
    <w:p>
      <w:pPr>
        <w:jc w:val="right"/>
      </w:pPr>
      <w:r>
        <w:t>لیکن اور جتنے واقعات پیش آئے، وحی کے سوا جتنے واقعات پیش آئے وہ سب وہ سب سنت</w:t>
      </w:r>
    </w:p>
    <w:p>
      <w:r>
        <w:rPr>
          <w:b/>
        </w:rPr>
        <w:t xml:space="preserve">[14:54] </w:t>
      </w:r>
      <w:r>
        <w:t>thi.</w:t>
      </w:r>
    </w:p>
    <w:p>
      <w:pPr>
        <w:jc w:val="right"/>
      </w:pPr>
      <w:r>
        <w:t>تھی۔</w:t>
      </w:r>
    </w:p>
    <w:p>
      <w:r>
        <w:rPr>
          <w:b/>
        </w:rPr>
        <w:t xml:space="preserve">[14:56] </w:t>
      </w:r>
      <w:r>
        <w:t>toh yeh ghair thaur ka waqia jo guzra woh bhi aap ki sunnat hai, moajza nahi hai.</w:t>
      </w:r>
    </w:p>
    <w:p>
      <w:pPr>
        <w:jc w:val="right"/>
      </w:pPr>
      <w:r>
        <w:t>تو یہ غیر ثور کا واقعہ جو گزرا وہ بھی آپ کی سنت ہے، معجزہ نہیں ہے۔</w:t>
      </w:r>
    </w:p>
    <w:p>
      <w:r>
        <w:rPr>
          <w:b/>
        </w:rPr>
        <w:t xml:space="preserve">[15:03] </w:t>
      </w:r>
      <w:r>
        <w:t>woh khasaais nabwi nahi hai, khasaais eemani hai.</w:t>
      </w:r>
    </w:p>
    <w:p>
      <w:pPr>
        <w:jc w:val="right"/>
      </w:pPr>
      <w:r>
        <w:t>وہ خصائص نبوی نہیں ہے، خصائص ایمانی ہے۔</w:t>
      </w:r>
    </w:p>
    <w:p>
      <w:r>
        <w:rPr>
          <w:b/>
        </w:rPr>
        <w:t xml:space="preserve">[15:06] </w:t>
      </w:r>
      <w:r>
        <w:t>ghair thaur ka waqia khasaais nabwi nahi hai, woh khasaais eemani hai.</w:t>
      </w:r>
    </w:p>
    <w:p>
      <w:pPr>
        <w:jc w:val="right"/>
      </w:pPr>
      <w:r>
        <w:t>غیر ثور کا واقعہ خصائص نبوی نہیں ہے، وہ خصائص ایمانی ہے۔</w:t>
      </w:r>
    </w:p>
    <w:p>
      <w:r>
        <w:rPr>
          <w:b/>
        </w:rPr>
        <w:t xml:space="preserve">[15:12] </w:t>
      </w:r>
      <w:r>
        <w:t>iska matlab kya hai? iska matlab yeh hai ke agar aap Allah ke raste par chal</w:t>
      </w:r>
    </w:p>
    <w:p>
      <w:pPr>
        <w:jc w:val="right"/>
      </w:pPr>
      <w:r>
        <w:t>اس کا مطلب کیا ہے؟ اس کا مطلب یہ ہے کہ اگر آپ اللہ کے راستے پر چل</w:t>
      </w:r>
    </w:p>
    <w:p>
      <w:r>
        <w:rPr>
          <w:b/>
        </w:rPr>
        <w:t xml:space="preserve">[15:19] </w:t>
      </w:r>
      <w:r>
        <w:t>rahe hain, aap ka toh ikhlas hai, aap ne koi tilt nahi dikhai hai, koi jhukao nahi dikhaya</w:t>
      </w:r>
    </w:p>
    <w:p>
      <w:pPr>
        <w:jc w:val="right"/>
      </w:pPr>
      <w:r>
        <w:t>رہے ہیں، آپ کا تو اخلاص ہے، آپ نے کوئی ٹلٹ نہیں دکھائی ہے، کوئی جھکاؤ نہیں دکھایا</w:t>
      </w:r>
    </w:p>
    <w:p>
      <w:r>
        <w:rPr>
          <w:b/>
        </w:rPr>
        <w:t xml:space="preserve">[15:27] </w:t>
      </w:r>
      <w:r>
        <w:t>hai aap ne.</w:t>
      </w:r>
    </w:p>
    <w:p>
      <w:pPr>
        <w:jc w:val="right"/>
      </w:pPr>
      <w:r>
        <w:t>ہے آپ نے۔</w:t>
      </w:r>
    </w:p>
    <w:p>
      <w:r>
        <w:rPr>
          <w:b/>
        </w:rPr>
        <w:t xml:space="preserve">[15:28] </w:t>
      </w:r>
      <w:r>
        <w:t>theek theek isi raste par chal rahe hain jo Allah ne aur rasool ne bataya hai.</w:t>
      </w:r>
    </w:p>
    <w:p>
      <w:pPr>
        <w:jc w:val="right"/>
      </w:pPr>
      <w:r>
        <w:t>ٹھیک ٹھیک اسی راستے پر چل رہے ہیں جو اللہ نے اور رسول نے بتایا ہے۔</w:t>
      </w:r>
    </w:p>
    <w:p>
      <w:r>
        <w:rPr>
          <w:b/>
        </w:rPr>
        <w:t xml:space="preserve">[15:35] </w:t>
      </w:r>
      <w:r>
        <w:t>aur phir aap ko koi moajza pesh aata hai toh us waqt yaqeen ke saath aap keh sakte</w:t>
      </w:r>
    </w:p>
    <w:p>
      <w:pPr>
        <w:jc w:val="right"/>
      </w:pPr>
      <w:r>
        <w:t>اور پھر آپ کو کوئی معجزہ پیش آتا ہے تو اس وقت یقین کے ساتھ آپ کہہ سکتے</w:t>
      </w:r>
    </w:p>
    <w:p>
      <w:r>
        <w:rPr>
          <w:b/>
        </w:rPr>
        <w:t xml:space="preserve">[15:43] </w:t>
      </w:r>
      <w:r>
        <w:t>hain apne saathi se ke koi harj nahi, agar hum do hain ya kam hain toh daro mat,</w:t>
      </w:r>
    </w:p>
    <w:p>
      <w:pPr>
        <w:jc w:val="right"/>
      </w:pPr>
      <w:r>
        <w:t>ہیں اپنے ساتھی سے کہ کوئی حرج نہیں، اگر ہم دو ہیں یا کم ہیں تو ڈرو مت،</w:t>
      </w:r>
    </w:p>
    <w:p>
      <w:r>
        <w:rPr>
          <w:b/>
        </w:rPr>
        <w:t xml:space="preserve">[15:51] </w:t>
      </w:r>
      <w:r>
        <w:t>Allah ke farishtey hamare saath hain aur yaqeenan Allah ke farishtey aap ka haath denge aur aap</w:t>
      </w:r>
    </w:p>
    <w:p>
      <w:pPr>
        <w:jc w:val="right"/>
      </w:pPr>
      <w:r>
        <w:t>اللہ کے فرشتے ہمارے ساتھ ہیں اور یقینا اللہ کے فرشتے آپ کا ہاتھ دیں گے اور آپ</w:t>
      </w:r>
    </w:p>
    <w:p>
      <w:r>
        <w:rPr>
          <w:b/>
        </w:rPr>
        <w:t xml:space="preserve">[15:58] </w:t>
      </w:r>
      <w:r>
        <w:t>ka kaam koi bigaad nahi payega.</w:t>
      </w:r>
    </w:p>
    <w:p>
      <w:pPr>
        <w:jc w:val="right"/>
      </w:pPr>
      <w:r>
        <w:t>کا کام کوئی بگاڑ نہیں پائے گا۔</w:t>
      </w:r>
    </w:p>
    <w:p>
      <w:r>
        <w:rPr>
          <w:b/>
        </w:rPr>
        <w:t xml:space="preserve">[16:01] </w:t>
      </w:r>
      <w:r>
        <w:t>yeh sunnat rasool hai.</w:t>
      </w:r>
    </w:p>
    <w:p>
      <w:pPr>
        <w:jc w:val="right"/>
      </w:pPr>
      <w:r>
        <w:t>یہ سنت رسول ہے۔</w:t>
      </w:r>
    </w:p>
    <w:p>
      <w:r>
        <w:rPr>
          <w:b/>
        </w:rPr>
        <w:t xml:space="preserve">[16:03] </w:t>
      </w:r>
      <w:r>
        <w:t>toh sunnat rasool kya hui? ke kisi soorat-e-haal mein react mat karo, negative response mat do, laal</w:t>
      </w:r>
    </w:p>
    <w:p>
      <w:pPr>
        <w:jc w:val="right"/>
      </w:pPr>
      <w:r>
        <w:t>تو سنت رسول کیا ہوئی؟ کہ کسی صورتحال میں ری ایکٹ مت کرو، نیگیٹیو رسپانس مت دو، لال</w:t>
      </w:r>
    </w:p>
    <w:p>
      <w:r>
        <w:rPr>
          <w:b/>
        </w:rPr>
        <w:t xml:space="preserve">[16:11] </w:t>
      </w:r>
      <w:r>
        <w:t>jhagda mat karo, tashaddud mat karo, Allah se dua karo, Allah se madad mango aur eemani wisdom ke</w:t>
      </w:r>
    </w:p>
    <w:p>
      <w:pPr>
        <w:jc w:val="right"/>
      </w:pPr>
      <w:r>
        <w:t>جھگڑا مت کرو، تشدد مت کرو، اللہ سے دعا کرو، اللہ کو مدد مانگو اور ایمانی وزڈم کے</w:t>
      </w:r>
    </w:p>
    <w:p>
      <w:r>
        <w:rPr>
          <w:b/>
        </w:rPr>
        <w:t xml:space="preserve">[16:19] </w:t>
      </w:r>
      <w:r>
        <w:t>saath planning karo.</w:t>
      </w:r>
    </w:p>
    <w:p>
      <w:pPr>
        <w:jc w:val="right"/>
      </w:pPr>
      <w:r>
        <w:t>ساتھ پلاننگ کرو۔</w:t>
      </w:r>
    </w:p>
    <w:p>
      <w:r>
        <w:rPr>
          <w:b/>
        </w:rPr>
        <w:t xml:space="preserve">[16:20] </w:t>
      </w:r>
      <w:r>
        <w:t>toh Allah ke farishtey tumhare saath honge.</w:t>
      </w:r>
    </w:p>
    <w:p>
      <w:pPr>
        <w:jc w:val="right"/>
      </w:pPr>
      <w:r>
        <w:t>تو اللہ کے فرشتے تمہارے ساتھ ہوں گے۔</w:t>
      </w:r>
    </w:p>
    <w:p>
      <w:r>
        <w:rPr>
          <w:b/>
        </w:rPr>
        <w:t xml:space="preserve">[16:24] </w:t>
      </w:r>
      <w:r>
        <w:t>yahan tak ke tum yaqeen ke saath keh sakoge apne saathi se ke jis tarah se ghair</w:t>
      </w:r>
    </w:p>
    <w:p>
      <w:pPr>
        <w:jc w:val="right"/>
      </w:pPr>
      <w:r>
        <w:t>یہاں تک کہ تم یقین کے ساتھ کہہ سکو گے اپنے ساتھی سے کہ جس طرح سے غیر</w:t>
      </w:r>
    </w:p>
    <w:p>
      <w:r>
        <w:rPr>
          <w:b/>
        </w:rPr>
        <w:t xml:space="preserve">[16:31] </w:t>
      </w:r>
      <w:r>
        <w:t>thaur mein Allah ne madad bheji hai apne peghambar ko, toh wohi Khuda apne peghambar ki ummaton ko</w:t>
      </w:r>
    </w:p>
    <w:p>
      <w:pPr>
        <w:jc w:val="right"/>
      </w:pPr>
      <w:r>
        <w:t>ثور میں اللہ نے مدد بھیجی ہے اپنے پیغمبر کو، تو وہی خدا اپنے پیغمبر کی امتوں کو</w:t>
      </w:r>
    </w:p>
    <w:p>
      <w:r>
        <w:rPr>
          <w:b/>
        </w:rPr>
        <w:t xml:space="preserve">[16:39] </w:t>
      </w:r>
      <w:r>
        <w:t>bhi bhejega.</w:t>
      </w:r>
    </w:p>
    <w:p>
      <w:pPr>
        <w:jc w:val="right"/>
      </w:pPr>
      <w:r>
        <w:t>بھی بھیجے گا۔</w:t>
      </w:r>
    </w:p>
    <w:p>
      <w:r>
        <w:rPr>
          <w:b/>
        </w:rPr>
        <w:t xml:space="preserve">[16:40] </w:t>
      </w:r>
      <w:r>
        <w:t>jis tarah Allah ne apne peghambar ko bheji thi madad, wohi Allah apne peghambar ki ummati ko bhi</w:t>
      </w:r>
    </w:p>
    <w:p>
      <w:pPr>
        <w:jc w:val="right"/>
      </w:pPr>
      <w:r>
        <w:t>جس طرح اللہ نے اپنے پیغمبر کو بھیجی تھی مدد، وہی اللہ اپنے پیغمبر کی امتی کو بھی</w:t>
      </w:r>
    </w:p>
    <w:p>
      <w:r>
        <w:rPr>
          <w:b/>
        </w:rPr>
        <w:t xml:space="preserve">[16:48] </w:t>
      </w:r>
      <w:r>
        <w:t>zaroor madad bhejega.</w:t>
      </w:r>
    </w:p>
    <w:p>
      <w:pPr>
        <w:jc w:val="right"/>
      </w:pPr>
      <w:r>
        <w:t>ضرور مدد بھیجے گا۔</w:t>
      </w:r>
    </w:p>
    <w:p>
      <w:r>
        <w:rPr>
          <w:b/>
        </w:rPr>
        <w:t xml:space="preserve">[16:50] </w:t>
      </w:r>
      <w:r>
        <w:t>bashart yeh ke hum Allah ke rasool ke raste par jame rahein.</w:t>
      </w:r>
    </w:p>
    <w:p>
      <w:pPr>
        <w:jc w:val="right"/>
      </w:pPr>
      <w:r>
        <w:t>بشرطیکہ ہم اللہ کے رسول کے راستے پر جمے رہیں۔</w:t>
      </w:r>
    </w:p>
    <w:p>
      <w:r>
        <w:rPr>
          <w:b/>
        </w:rPr>
        <w:t xml:space="preserve">[16:54] </w:t>
      </w:r>
      <w:r>
        <w:t>toh yeh ghaur kijiye, yeh kitni badi baat hai aur mujhe clear taur par isi saal Ramzan mein</w:t>
      </w:r>
    </w:p>
    <w:p>
      <w:pPr>
        <w:jc w:val="right"/>
      </w:pPr>
      <w:r>
        <w:t>تو یہ غور کیجئے، یہ کتنی بڑی بات ہے اور مجھے کلیئر طور پر اسی سال رمضان میں</w:t>
      </w:r>
    </w:p>
    <w:p>
      <w:r>
        <w:rPr>
          <w:b/>
        </w:rPr>
        <w:t xml:space="preserve">[17:02] </w:t>
      </w:r>
      <w:r>
        <w:t>muj par wazeh hui.</w:t>
      </w:r>
    </w:p>
    <w:p>
      <w:pPr>
        <w:jc w:val="right"/>
      </w:pPr>
      <w:r>
        <w:t>مجھ پر واضح ہوئی۔</w:t>
      </w:r>
    </w:p>
    <w:p>
      <w:r>
        <w:rPr>
          <w:b/>
        </w:rPr>
        <w:t xml:space="preserve">[17:04] </w:t>
      </w:r>
      <w:r>
        <w:t>isi saal.</w:t>
      </w:r>
    </w:p>
    <w:p>
      <w:pPr>
        <w:jc w:val="right"/>
      </w:pPr>
      <w:r>
        <w:t>اسی سال۔</w:t>
      </w:r>
    </w:p>
    <w:p>
      <w:r>
        <w:rPr>
          <w:b/>
        </w:rPr>
        <w:t xml:space="preserve">[17:05] </w:t>
      </w:r>
      <w:r>
        <w:t>yani mana to mein hamesha is par qaim raha hoon.</w:t>
      </w:r>
    </w:p>
    <w:p>
      <w:pPr>
        <w:jc w:val="right"/>
      </w:pPr>
      <w:r>
        <w:t>یعنی مانا تو میں ہمیشہ اس پر قائم رہا ہوں۔</w:t>
      </w:r>
    </w:p>
    <w:p>
      <w:r>
        <w:rPr>
          <w:b/>
        </w:rPr>
        <w:t xml:space="preserve">[17:09] </w:t>
      </w:r>
      <w:r>
        <w:t>hamesha.</w:t>
      </w:r>
    </w:p>
    <w:p>
      <w:pPr>
        <w:jc w:val="right"/>
      </w:pPr>
      <w:r>
        <w:t>ہمیشہ۔</w:t>
      </w:r>
    </w:p>
    <w:p>
      <w:r>
        <w:rPr>
          <w:b/>
        </w:rPr>
        <w:t xml:space="preserve">[17:11] </w:t>
      </w:r>
      <w:r>
        <w:t>aur jab se hum ne dawat ka yeh mission shuru kiya hai, tab se ab tak barabar hamare</w:t>
      </w:r>
    </w:p>
    <w:p>
      <w:pPr>
        <w:jc w:val="right"/>
      </w:pPr>
      <w:r>
        <w:t>اور جب سے ہم نے دعوت کا یہ مشن شروع کیا ہے، تب سے اب تک برابر ہمارے</w:t>
      </w:r>
    </w:p>
    <w:p>
      <w:r>
        <w:rPr>
          <w:b/>
        </w:rPr>
        <w:t xml:space="preserve">[17:19] </w:t>
      </w:r>
      <w:r>
        <w:t>khilaf jhootay propaganda, rukawatein, masail, tarah tarah ke, tarah tarah ki rukawatein paida ki gayin.</w:t>
      </w:r>
    </w:p>
    <w:p>
      <w:pPr>
        <w:jc w:val="right"/>
      </w:pPr>
      <w:r>
        <w:t>خلاف جھوٹے پروگنڈے، رکاوٹیں، مسائل، طرح طرح کے، طرح طرح کی رکاوٹیں پیدا کی گئیں۔</w:t>
      </w:r>
    </w:p>
    <w:p>
      <w:r>
        <w:rPr>
          <w:b/>
        </w:rPr>
        <w:t xml:space="preserve">[17:25] </w:t>
      </w:r>
      <w:r>
        <w:t>lekin har jagah Allah ne madad farmayi aur kabhi dawat ka yeh qafila ruka nahi, ruke baghair aage</w:t>
      </w:r>
    </w:p>
    <w:p>
      <w:pPr>
        <w:jc w:val="right"/>
      </w:pPr>
      <w:r>
        <w:t>لیکن ہر جگہ اللہ نے مدد فرمائی اور کبھی دعوت کا یہ قافلہ رکا نہیں، رکے بغیر آگے</w:t>
      </w:r>
    </w:p>
    <w:p>
      <w:r>
        <w:rPr>
          <w:b/>
        </w:rPr>
        <w:t xml:space="preserve">[17:33] </w:t>
      </w:r>
      <w:r>
        <w:t>badhta raha hoon.</w:t>
      </w:r>
    </w:p>
    <w:p>
      <w:pPr>
        <w:jc w:val="right"/>
      </w:pPr>
      <w:r>
        <w:t>بڑھتا رہا ہو۔</w:t>
      </w:r>
    </w:p>
    <w:p>
      <w:r>
        <w:rPr>
          <w:b/>
        </w:rPr>
        <w:t xml:space="preserve">[17:34] </w:t>
      </w:r>
      <w:r>
        <w:t>to ek to yeh hai ke aap apne soch se is tarah ki rai banayen.</w:t>
      </w:r>
    </w:p>
    <w:p>
      <w:pPr>
        <w:jc w:val="right"/>
      </w:pPr>
      <w:r>
        <w:t>تو ایک تو یہ ہے کہ آپ اپنے سوچ سے اس طرح کی رائے بنائیں۔</w:t>
      </w:r>
    </w:p>
    <w:p>
      <w:r>
        <w:rPr>
          <w:b/>
        </w:rPr>
        <w:t xml:space="preserve">[17:41] </w:t>
      </w:r>
      <w:r>
        <w:t>lekin mein yeh kahunga ke ghair thaur ka jo waqia hai, woh woh aap ko direct taur</w:t>
      </w:r>
    </w:p>
    <w:p>
      <w:pPr>
        <w:jc w:val="right"/>
      </w:pPr>
      <w:r>
        <w:t>لیکن میں یہ کہوں گا کہ غیر ثور کا جو واقعہ ہے، وہ وہ آپ کو ڈائریکٹ طور</w:t>
      </w:r>
    </w:p>
    <w:p>
      <w:r>
        <w:rPr>
          <w:b/>
        </w:rPr>
        <w:t xml:space="preserve">[17:48] </w:t>
      </w:r>
      <w:r>
        <w:t>par yahi message de raha hai.</w:t>
      </w:r>
    </w:p>
    <w:p>
      <w:pPr>
        <w:jc w:val="right"/>
      </w:pPr>
      <w:r>
        <w:t>پر یہی میسج دے رہا ہے۔</w:t>
      </w:r>
    </w:p>
    <w:p>
      <w:r>
        <w:rPr>
          <w:b/>
        </w:rPr>
        <w:t xml:space="preserve">[17:51] </w:t>
      </w:r>
      <w:r>
        <w:t>jis tarah Rasool Allah ne farmaya ke "salu kama ra'ait mini usalli".</w:t>
      </w:r>
    </w:p>
    <w:p>
      <w:pPr>
        <w:jc w:val="right"/>
      </w:pPr>
      <w:r>
        <w:t>جس طرح رسول اللہ نے فرمایا کہ "صلو کما رأیت منی اصلی"۔</w:t>
      </w:r>
    </w:p>
    <w:p>
      <w:r>
        <w:rPr>
          <w:b/>
        </w:rPr>
        <w:t xml:space="preserve">[17:56] </w:t>
      </w:r>
      <w:r>
        <w:t>Rasool Allah ne farmaya ke "salu kama ra'ait mini usalli".</w:t>
      </w:r>
    </w:p>
    <w:p>
      <w:pPr>
        <w:jc w:val="right"/>
      </w:pPr>
      <w:r>
        <w:t>رسول اللہ نے فرمایا کہ "صلو کما رأیت منی اصلی"۔</w:t>
      </w:r>
    </w:p>
    <w:p>
      <w:r>
        <w:rPr>
          <w:b/>
        </w:rPr>
        <w:t xml:space="preserve">[18:00] </w:t>
      </w:r>
      <w:r>
        <w:t>yani jis tarah mujh ko dekhte ho namaz parhte hi, waise hi tum bhi namaz parho.</w:t>
      </w:r>
    </w:p>
    <w:p>
      <w:pPr>
        <w:jc w:val="right"/>
      </w:pPr>
      <w:r>
        <w:t>یعنی جس طرح مجھ کو دیکھتے ہو نماز پڑھتے ہی، ویسے ہی تم بھی نماز پڑھو۔</w:t>
      </w:r>
    </w:p>
    <w:p>
      <w:r>
        <w:rPr>
          <w:b/>
        </w:rPr>
        <w:t xml:space="preserve">[18:07] </w:t>
      </w:r>
      <w:r>
        <w:t>to mein kahunga yahi apply hota hai har har maamle mein.</w:t>
      </w:r>
    </w:p>
    <w:p>
      <w:pPr>
        <w:jc w:val="right"/>
      </w:pPr>
      <w:r>
        <w:t>تو میں کہوں گا یہی اپلائی ہوتا ہے ہر ہر معاملے میں۔</w:t>
      </w:r>
    </w:p>
    <w:p>
      <w:r>
        <w:rPr>
          <w:b/>
        </w:rPr>
        <w:t xml:space="preserve">[18:12] </w:t>
      </w:r>
      <w:r>
        <w:t>chahe hijrat ka maamla ho, ghair thaur mein theherne ka maamla ho, dawti safar ka maamla ho, dawti</w:t>
      </w:r>
    </w:p>
    <w:p>
      <w:pPr>
        <w:jc w:val="right"/>
      </w:pPr>
      <w:r>
        <w:t>چاہے ہجرت کا معاملہ ہو، غیر ثور میں ٹھہرنے کا معاملہ ہو، دعوتی سفر کا معاملہ ہو، دعوتی</w:t>
      </w:r>
    </w:p>
    <w:p>
      <w:r>
        <w:rPr>
          <w:b/>
        </w:rPr>
        <w:t xml:space="preserve">[18:20] </w:t>
      </w:r>
      <w:r>
        <w:t>planning ka maamla ho, woh saare maamlaat mein Rasool Allah yeh farma rahe hain ke planning karo is</w:t>
      </w:r>
    </w:p>
    <w:p>
      <w:pPr>
        <w:jc w:val="right"/>
      </w:pPr>
      <w:r>
        <w:t>پلاننگ کا معاملہ ہو، وہ سارے معاملات میں رسول اللہ یہ فرما رہے ہیں کہ پلاننگ کرو اس</w:t>
      </w:r>
    </w:p>
    <w:p>
      <w:r>
        <w:rPr>
          <w:b/>
        </w:rPr>
        <w:t xml:space="preserve">[18:28] </w:t>
      </w:r>
      <w:r>
        <w:t>tarah jis tarah mein ne planning ki.</w:t>
      </w:r>
    </w:p>
    <w:p>
      <w:pPr>
        <w:jc w:val="right"/>
      </w:pPr>
      <w:r>
        <w:t>طرح جس طرح میں نے پلاننگ کی۔</w:t>
      </w:r>
    </w:p>
    <w:p>
      <w:r>
        <w:rPr>
          <w:b/>
        </w:rPr>
        <w:t xml:space="preserve">[18:31] </w:t>
      </w:r>
      <w:r>
        <w:t>yani yeh jo hadith hai "salu kama ra'ait mini usalli".</w:t>
      </w:r>
    </w:p>
    <w:p>
      <w:pPr>
        <w:jc w:val="right"/>
      </w:pPr>
      <w:r>
        <w:t>یعنی یہ جو حدیث ہے "صلو کما رأیت منی اصلی"۔</w:t>
      </w:r>
    </w:p>
    <w:p>
      <w:r>
        <w:rPr>
          <w:b/>
        </w:rPr>
        <w:t xml:space="preserve">[18:35] </w:t>
      </w:r>
      <w:r>
        <w:t>namaz parho is tarah jis tarah tum mujh ko namaz parhte dekhte ho.</w:t>
      </w:r>
    </w:p>
    <w:p>
      <w:pPr>
        <w:jc w:val="right"/>
      </w:pPr>
      <w:r>
        <w:t>نماز پڑھو اس طرح جس طرح تم مجھ کو نماز پڑھتے دیکھتے ہو۔</w:t>
      </w:r>
    </w:p>
    <w:p>
      <w:r>
        <w:rPr>
          <w:b/>
        </w:rPr>
        <w:t xml:space="preserve">[18:41] </w:t>
      </w:r>
      <w:r>
        <w:t>to extended sense mein lo is ko.</w:t>
      </w:r>
    </w:p>
    <w:p>
      <w:pPr>
        <w:jc w:val="right"/>
      </w:pPr>
      <w:r>
        <w:t>تو ایکسٹینڈڈ سینس میں لیجئے اس کو۔</w:t>
      </w:r>
    </w:p>
    <w:p>
      <w:r>
        <w:rPr>
          <w:b/>
        </w:rPr>
        <w:t xml:space="preserve">[18:44] </w:t>
      </w:r>
      <w:r>
        <w:t>is ko general application karo is ka.</w:t>
      </w:r>
    </w:p>
    <w:p>
      <w:pPr>
        <w:jc w:val="right"/>
      </w:pPr>
      <w:r>
        <w:t>اس کو جنرل ایپلیکیشن کیجئے اس کا۔</w:t>
      </w:r>
    </w:p>
    <w:p>
      <w:r>
        <w:rPr>
          <w:b/>
        </w:rPr>
        <w:t xml:space="preserve">[18:47] </w:t>
      </w:r>
      <w:r>
        <w:t>to is ka matlab kya hoga? apni planning karo is tarah jis tarah tum ne dekha mujh ko</w:t>
      </w:r>
    </w:p>
    <w:p>
      <w:pPr>
        <w:jc w:val="right"/>
      </w:pPr>
      <w:r>
        <w:t>تو اس کا مطلب کیا ہوگا؟ اپنی پلاننگ کرو اس طرح جس طرح تم نے دیکھا مجھ کو</w:t>
      </w:r>
    </w:p>
    <w:p>
      <w:r>
        <w:rPr>
          <w:b/>
        </w:rPr>
        <w:t xml:space="preserve">[18:54] </w:t>
      </w:r>
      <w:r>
        <w:t>planning karte hue.</w:t>
      </w:r>
    </w:p>
    <w:p>
      <w:pPr>
        <w:jc w:val="right"/>
      </w:pPr>
      <w:r>
        <w:t>پلاننگ کرتے ہوئے۔</w:t>
      </w:r>
    </w:p>
    <w:p>
      <w:r>
        <w:rPr>
          <w:b/>
        </w:rPr>
        <w:t xml:space="preserve">[18:56] </w:t>
      </w:r>
      <w:r>
        <w:t>dawat ke maamle mein isi tarah se amal karo jis tarah dekha tum ne mujh ko amal karte</w:t>
      </w:r>
    </w:p>
    <w:p>
      <w:pPr>
        <w:jc w:val="right"/>
      </w:pPr>
      <w:r>
        <w:t>دعوت کے معاملے میں اسی طرح سے عمل کرو جس طرح دیکھا تم نے مجھ کو عمل کرتے</w:t>
      </w:r>
    </w:p>
    <w:p>
      <w:r>
        <w:rPr>
          <w:b/>
        </w:rPr>
        <w:t xml:space="preserve">[19:04] </w:t>
      </w:r>
      <w:r>
        <w:t>huwe.</w:t>
      </w:r>
    </w:p>
    <w:p>
      <w:pPr>
        <w:jc w:val="right"/>
      </w:pPr>
      <w:r>
        <w:t>ہوئے۔</w:t>
      </w:r>
    </w:p>
    <w:p>
      <w:r>
        <w:rPr>
          <w:b/>
        </w:rPr>
        <w:t xml:space="preserve">[19:05] </w:t>
      </w:r>
      <w:r>
        <w:t>to chahe woh ghair thaur ka mamla ho ya koi aur mamla ho, har mamle mein ek sunnat</w:t>
      </w:r>
    </w:p>
    <w:p>
      <w:pPr>
        <w:jc w:val="right"/>
      </w:pPr>
      <w:r>
        <w:t>تو چاہے وہ غیر ثور کا معاملہ ہو یا کوئی اور معاملہ ہو، ہر معاملے میں ایک سنت</w:t>
      </w:r>
    </w:p>
    <w:p>
      <w:r>
        <w:rPr>
          <w:b/>
        </w:rPr>
        <w:t xml:space="preserve">[19:13] </w:t>
      </w:r>
      <w:r>
        <w:t>rasool hai.</w:t>
      </w:r>
    </w:p>
    <w:p>
      <w:pPr>
        <w:jc w:val="right"/>
      </w:pPr>
      <w:r>
        <w:t>رسول ہے۔</w:t>
      </w:r>
    </w:p>
    <w:p>
      <w:r>
        <w:rPr>
          <w:b/>
        </w:rPr>
        <w:t xml:space="preserve">[19:14] </w:t>
      </w:r>
      <w:r>
        <w:t>ek guidance hai.</w:t>
      </w:r>
    </w:p>
    <w:p>
      <w:pPr>
        <w:jc w:val="right"/>
      </w:pPr>
      <w:r>
        <w:t>ایک گائیڈنس ہے۔</w:t>
      </w:r>
    </w:p>
    <w:p>
      <w:r>
        <w:rPr>
          <w:b/>
        </w:rPr>
        <w:t xml:space="preserve">[19:16] </w:t>
      </w:r>
      <w:r>
        <w:t>is guidance ko daryaft karo.</w:t>
      </w:r>
    </w:p>
    <w:p>
      <w:pPr>
        <w:jc w:val="right"/>
      </w:pPr>
      <w:r>
        <w:t>اس گائیڈنس کو دریافت کرو۔</w:t>
      </w:r>
    </w:p>
    <w:p>
      <w:r>
        <w:rPr>
          <w:b/>
        </w:rPr>
        <w:t xml:space="preserve">[19:18] </w:t>
      </w:r>
      <w:r>
        <w:t>lekin main yahan yeh bhi kahunga ke daryaft ke mani nahi, theek wahi shakal ke aap chale</w:t>
      </w:r>
    </w:p>
    <w:p>
      <w:pPr>
        <w:jc w:val="right"/>
      </w:pPr>
      <w:r>
        <w:t>لیکن میں یہاں یہ بھی کہوں گا کہ دریافت کے معنی نہیں، ٹھیک وہی شکل کہ آپ چلے</w:t>
      </w:r>
    </w:p>
    <w:p>
      <w:r>
        <w:rPr>
          <w:b/>
        </w:rPr>
        <w:t xml:space="preserve">[19:26] </w:t>
      </w:r>
      <w:r>
        <w:t>jayenge ghar e hoor mein, ghar e thaur mein, wahin chale jao, isi tarah ke mahol mein dhoondhein ke</w:t>
      </w:r>
    </w:p>
    <w:p>
      <w:pPr>
        <w:jc w:val="right"/>
      </w:pPr>
      <w:r>
        <w:t>جائیں گے غار حور میں، غار ثور میں، وہیں چلے جائیں، اسی طرح کے ماحول میں ڈھونڈیں کہ</w:t>
      </w:r>
    </w:p>
    <w:p>
      <w:r>
        <w:rPr>
          <w:b/>
        </w:rPr>
        <w:t xml:space="preserve">[19:33] </w:t>
      </w:r>
      <w:r>
        <w:t>bhai yahin par nusrat ayegi.</w:t>
      </w:r>
    </w:p>
    <w:p>
      <w:pPr>
        <w:jc w:val="right"/>
      </w:pPr>
      <w:r>
        <w:t>بھئی یہیں پر نصرت آئے گی۔</w:t>
      </w:r>
    </w:p>
    <w:p>
      <w:r>
        <w:rPr>
          <w:b/>
        </w:rPr>
        <w:t xml:space="preserve">[19:36] </w:t>
      </w:r>
      <w:r>
        <w:t>nahi.</w:t>
      </w:r>
    </w:p>
    <w:p>
      <w:pPr>
        <w:jc w:val="right"/>
      </w:pPr>
      <w:r>
        <w:t>نہیں۔</w:t>
      </w:r>
    </w:p>
    <w:p>
      <w:r>
        <w:rPr>
          <w:b/>
        </w:rPr>
        <w:t xml:space="preserve">[19:37] </w:t>
      </w:r>
      <w:r>
        <w:t>You have to seek the re-application of that event.</w:t>
      </w:r>
    </w:p>
    <w:p>
      <w:pPr>
        <w:jc w:val="right"/>
      </w:pPr>
      <w:r>
        <w:t>یو ہیو ٹو سیک دا ری ایپلیکیشن آف دیٹ ایونٹ۔</w:t>
      </w:r>
    </w:p>
    <w:p>
      <w:r>
        <w:rPr>
          <w:b/>
        </w:rPr>
        <w:t xml:space="preserve">[19:42] </w:t>
      </w:r>
      <w:r>
        <w:t>jo waqia guzra rasool Allah ke sath wahan aap ko is ka replication daryaft karna hai.</w:t>
      </w:r>
    </w:p>
    <w:p>
      <w:pPr>
        <w:jc w:val="right"/>
      </w:pPr>
      <w:r>
        <w:t>جو واقعہ گزرا رسول اللہ کے ساتھ وہاں آپ کو اس کا ری ایپلیکیشن دریافت کرنا ہے۔</w:t>
      </w:r>
    </w:p>
    <w:p>
      <w:r>
        <w:rPr>
          <w:b/>
        </w:rPr>
        <w:t xml:space="preserve">[19:49] </w:t>
      </w:r>
      <w:r>
        <w:t>apne halaat mein re apply karna hai.</w:t>
      </w:r>
    </w:p>
    <w:p>
      <w:pPr>
        <w:jc w:val="right"/>
      </w:pPr>
      <w:r>
        <w:t>اپنے حالات میں ری اپلائی کرنا ہے۔</w:t>
      </w:r>
    </w:p>
    <w:p>
      <w:r>
        <w:rPr>
          <w:b/>
        </w:rPr>
        <w:t xml:space="preserve">[19:52] </w:t>
      </w:r>
      <w:r>
        <w:t>to literal literal tor par nahi hoga woh.</w:t>
      </w:r>
    </w:p>
    <w:p>
      <w:pPr>
        <w:jc w:val="right"/>
      </w:pPr>
      <w:r>
        <w:t>تو لٹرل لٹرل طور پر نہیں ہوگا وہ۔</w:t>
      </w:r>
    </w:p>
    <w:p>
      <w:r>
        <w:rPr>
          <w:b/>
        </w:rPr>
        <w:t xml:space="preserve">[19:55] </w:t>
      </w:r>
      <w:r>
        <w:t>yani in spirit ke aitbar se woh yaqeenan wahi hoga lekin form ke aitbar se farq ho jayega</w:t>
      </w:r>
    </w:p>
    <w:p>
      <w:pPr>
        <w:jc w:val="right"/>
      </w:pPr>
      <w:r>
        <w:t>یعنی ان اسپرٹ کے اعتبار سے وہ یقینا وہی ہوگا لیکن فارم کے اعتبار سے فرق ہو جائے</w:t>
      </w:r>
    </w:p>
    <w:p>
      <w:r>
        <w:rPr>
          <w:b/>
        </w:rPr>
        <w:t xml:space="preserve">[20:03]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[20:05] </w:t>
      </w:r>
      <w:r>
        <w:t>to "sallo kama ra'ait mani usalli" rasool Allah ke tamam aamal ke bare mein hai.</w:t>
      </w:r>
    </w:p>
    <w:p>
      <w:pPr>
        <w:jc w:val="right"/>
      </w:pPr>
      <w:r>
        <w:t>تو "صلو کما رأیت منی اصلی" رسول اللہ کے تمام اعمال کے بارے میں ہے۔</w:t>
      </w:r>
    </w:p>
    <w:p>
      <w:r>
        <w:rPr>
          <w:b/>
        </w:rPr>
        <w:t xml:space="preserve">[20:11] </w:t>
      </w:r>
      <w:r>
        <w:t>wo aamal bhi jin ko jin ko logon ne khasa'is e nabwi mein shumar kar rakha hai.</w:t>
      </w:r>
    </w:p>
    <w:p>
      <w:pPr>
        <w:jc w:val="right"/>
      </w:pPr>
      <w:r>
        <w:t>وہ اعمال بھی جن کو جن کو لوگوں نے خصائص نبوی میں شمار کر رکھا ہے۔</w:t>
      </w:r>
    </w:p>
    <w:p>
      <w:r>
        <w:rPr>
          <w:b/>
        </w:rPr>
        <w:t xml:space="preserve">[20:18] </w:t>
      </w:r>
      <w:r>
        <w:t>goya ke hamare nahi hain woh to rasool Allah ke liye.</w:t>
      </w:r>
    </w:p>
    <w:p>
      <w:pPr>
        <w:jc w:val="right"/>
      </w:pPr>
      <w:r>
        <w:t>گویا کہ ہمارے نہیں ہیں وہ تو رسول اللہ کے لیے۔</w:t>
      </w:r>
    </w:p>
    <w:p>
      <w:r>
        <w:rPr>
          <w:b/>
        </w:rPr>
        <w:t xml:space="preserve">[20:23] </w:t>
      </w:r>
      <w:r>
        <w:t>to jis tarah se namaz khasa'is e nabwi mein nahi hai, is tarah doosri cheezein bhi khasa'is e nabwi mein</w:t>
      </w:r>
    </w:p>
    <w:p>
      <w:pPr>
        <w:jc w:val="right"/>
      </w:pPr>
      <w:r>
        <w:t>تو جس طرح سے نماز خصائص نبوی میں نہیں ہے، اس طرح دوسری چیزیں بھی خصائص نبوی میں</w:t>
      </w:r>
    </w:p>
    <w:p>
      <w:r>
        <w:rPr>
          <w:b/>
        </w:rPr>
        <w:t xml:space="preserve">[20:30] </w:t>
      </w:r>
      <w:r>
        <w:t>nahi balkeh har momin ke liye hain.</w:t>
      </w:r>
    </w:p>
    <w:p>
      <w:pPr>
        <w:jc w:val="right"/>
      </w:pPr>
      <w:r>
        <w:t>نہیں بلکہ ہر مومن کے لیے ہیں۔</w:t>
      </w:r>
    </w:p>
    <w:p>
      <w:r>
        <w:rPr>
          <w:b/>
        </w:rPr>
        <w:t xml:space="preserve">[20:33] </w:t>
      </w:r>
      <w:r>
        <w:t>yeh dunya to aap jante hain ke dar ul qabz hai.</w:t>
      </w:r>
    </w:p>
    <w:p>
      <w:pPr>
        <w:jc w:val="right"/>
      </w:pPr>
      <w:r>
        <w:t>یہ دنیا تو آپ جانتے ہیں کہ دارالقبض ہے۔</w:t>
      </w:r>
    </w:p>
    <w:p>
      <w:r>
        <w:rPr>
          <w:b/>
        </w:rPr>
        <w:t xml:space="preserve">[20:37] </w:t>
      </w:r>
      <w:r>
        <w:t>yani world of problem hai.</w:t>
      </w:r>
    </w:p>
    <w:p>
      <w:pPr>
        <w:jc w:val="right"/>
      </w:pPr>
      <w:r>
        <w:t>یعنی ورلڈ آف پرابلم ہے۔</w:t>
      </w:r>
    </w:p>
    <w:p>
      <w:r>
        <w:rPr>
          <w:b/>
        </w:rPr>
        <w:t xml:space="preserve">[20:39] </w:t>
      </w:r>
      <w:r>
        <w:t>yahan challenges hain.</w:t>
      </w:r>
    </w:p>
    <w:p>
      <w:pPr>
        <w:jc w:val="right"/>
      </w:pPr>
      <w:r>
        <w:t>یہاں چیلنجز ہیں۔</w:t>
      </w:r>
    </w:p>
    <w:p>
      <w:r>
        <w:rPr>
          <w:b/>
        </w:rPr>
        <w:t xml:space="preserve">[20:41] </w:t>
      </w:r>
      <w:r>
        <w:t>yahan tarah tarah ki rukawatein hain.</w:t>
      </w:r>
    </w:p>
    <w:p>
      <w:pPr>
        <w:jc w:val="right"/>
      </w:pPr>
      <w:r>
        <w:t>یہاں طرح طرح کی رکاوٹیں ہیں۔</w:t>
      </w:r>
    </w:p>
    <w:p>
      <w:r>
        <w:rPr>
          <w:b/>
        </w:rPr>
        <w:t xml:space="preserve">[20:43] </w:t>
      </w:r>
      <w:r>
        <w:t>lekin rasool Allah ki yeh sunnat jo hai aur is tarah ki doosri sunnatein hamari ek basharat hain.</w:t>
      </w:r>
    </w:p>
    <w:p>
      <w:pPr>
        <w:jc w:val="right"/>
      </w:pPr>
      <w:r>
        <w:t>لیکن رسول اللہ کی یہ سنت جو ہے اور اس طرح کی دوسری سنتیں ہماری ایک بشارت ہیں۔</w:t>
      </w:r>
    </w:p>
    <w:p>
      <w:r>
        <w:rPr>
          <w:b/>
        </w:rPr>
        <w:t xml:space="preserve">[20:51] </w:t>
      </w:r>
      <w:r>
        <w:t>ke ghar e thaur mein to aisa hua tha ke jo aap ke mukhalifeen the woh talwar liye hue</w:t>
      </w:r>
    </w:p>
    <w:p>
      <w:pPr>
        <w:jc w:val="right"/>
      </w:pPr>
      <w:r>
        <w:t>کہ غار ثور میں تو ایسا ہوا تھا کہ جو آپ کے مخالفین تھے وہ تلوار لیے ہوئے</w:t>
      </w:r>
    </w:p>
    <w:p>
      <w:r>
        <w:rPr>
          <w:b/>
        </w:rPr>
        <w:t xml:space="preserve">[20:59] </w:t>
      </w:r>
      <w:r>
        <w:t>nikalte nikle the aap ke talash karne ke liye.</w:t>
      </w:r>
    </w:p>
    <w:p>
      <w:pPr>
        <w:jc w:val="right"/>
      </w:pPr>
      <w:r>
        <w:t>نکلتے نکلے تھے آپ کے تلاش کرنے کے لیے۔</w:t>
      </w:r>
    </w:p>
    <w:p>
      <w:r>
        <w:rPr>
          <w:b/>
        </w:rPr>
        <w:t xml:space="preserve">[21:03] </w:t>
      </w:r>
      <w:r>
        <w:t>to dhoondhte dhoondhte woh wahan pahunch gaye jahan ke ghar e thor tha us ke munh ke paas.</w:t>
      </w:r>
    </w:p>
    <w:p>
      <w:pPr>
        <w:jc w:val="right"/>
      </w:pPr>
      <w:r>
        <w:t>تو ڈھونڈتے ڈھونڈتے وہ وہاں پہنچ گئے جہاں کہ غار ثور تھا اس کے منہ کے پاس۔</w:t>
      </w:r>
    </w:p>
    <w:p>
      <w:r>
        <w:rPr>
          <w:b/>
        </w:rPr>
        <w:t xml:space="preserve">[21:10] </w:t>
      </w:r>
      <w:r>
        <w:t>yahan tak ke abubakar ne un ki ek jhalak dekhi woh to yahan par khare ho gaye.</w:t>
      </w:r>
    </w:p>
    <w:p>
      <w:pPr>
        <w:jc w:val="right"/>
      </w:pPr>
      <w:r>
        <w:t>یہاں تک کہ ابوبکر نے ان کی ایک جھلک دیکھی وہ تو یہاں پر کھڑے ہو گئے۔</w:t>
      </w:r>
    </w:p>
    <w:p>
      <w:r>
        <w:rPr>
          <w:b/>
        </w:rPr>
        <w:t xml:space="preserve">[21:17] </w:t>
      </w:r>
      <w:r>
        <w:t>goya talwar aur bandook liye hue dushman aap ke bilkul paas aa jayen aap ghere mein le len.</w:t>
      </w:r>
    </w:p>
    <w:p>
      <w:pPr>
        <w:jc w:val="right"/>
      </w:pPr>
      <w:r>
        <w:t>گویا تلوار اور بندوق لیے ہوئے دشمن آپ کے بالکل پاس آ جائیں آپ گھیرے میں لے لیں۔</w:t>
      </w:r>
    </w:p>
    <w:p>
      <w:r>
        <w:rPr>
          <w:b/>
        </w:rPr>
        <w:t xml:space="preserve">[21:25] </w:t>
      </w:r>
      <w:r>
        <w:t>tab bhi yeh sunnat aap ko batati hai ke ghabrao mat.</w:t>
      </w:r>
    </w:p>
    <w:p>
      <w:pPr>
        <w:jc w:val="right"/>
      </w:pPr>
      <w:r>
        <w:t>تب بھی یہ سنت آپ کو بتاتی ہے کہ گھبراؤ مت۔</w:t>
      </w:r>
    </w:p>
    <w:p>
      <w:r>
        <w:rPr>
          <w:b/>
        </w:rPr>
        <w:t xml:space="preserve">[21:30] </w:t>
      </w:r>
      <w:r>
        <w:t>allah par bharosa karo.</w:t>
      </w:r>
    </w:p>
    <w:p>
      <w:pPr>
        <w:jc w:val="right"/>
      </w:pPr>
      <w:r>
        <w:t>اللہ پر بھروسہ کرو۔</w:t>
      </w:r>
    </w:p>
    <w:p>
      <w:r>
        <w:rPr>
          <w:b/>
        </w:rPr>
        <w:t xml:space="preserve">[21:31] </w:t>
      </w:r>
      <w:r>
        <w:t>lekin bharosa karne ke maani kya hain? bharosa karne ke bare mein apne positive thinking ko baqi rakhna.</w:t>
      </w:r>
    </w:p>
    <w:p>
      <w:pPr>
        <w:jc w:val="right"/>
      </w:pPr>
      <w:r>
        <w:t>لیکن بھروسہ کرنے کے معنی کیا ہیں؟ بھروسہ کرنے کے بارے میں اپنے پازیٹیو تھنکنگ کو باقی رکھنا۔</w:t>
      </w:r>
    </w:p>
    <w:p>
      <w:r>
        <w:rPr>
          <w:b/>
        </w:rPr>
        <w:t xml:space="preserve">[21:39] </w:t>
      </w:r>
      <w:r>
        <w:t>positive planning karna chhodna.</w:t>
      </w:r>
    </w:p>
    <w:p>
      <w:pPr>
        <w:jc w:val="right"/>
      </w:pPr>
      <w:r>
        <w:t>پازیٹیو پلاننگ کرنا چھوڑنا۔</w:t>
      </w:r>
    </w:p>
    <w:p>
      <w:r>
        <w:rPr>
          <w:b/>
        </w:rPr>
        <w:t xml:space="preserve">[21:41] </w:t>
      </w:r>
      <w:r>
        <w:t>kisi haal mein nafrat, tashaddud, intiqam, ladai yeh is ki is ka is ka khayal na karna.</w:t>
      </w:r>
    </w:p>
    <w:p>
      <w:pPr>
        <w:jc w:val="right"/>
      </w:pPr>
      <w:r>
        <w:t>کسی حال میں نفرت، تشدد، انتقام، لڑائی یہ اس کی اس کا اس کا خیال نہ کرنا۔</w:t>
      </w:r>
    </w:p>
    <w:p>
      <w:r>
        <w:rPr>
          <w:b/>
        </w:rPr>
        <w:t xml:space="preserve">[21:48] </w:t>
      </w:r>
      <w:r>
        <w:t>tab yeh sunnat aap ke haq mein poori utre gi.</w:t>
      </w:r>
    </w:p>
    <w:p>
      <w:pPr>
        <w:jc w:val="right"/>
      </w:pPr>
      <w:r>
        <w:t>تب یہ سنت آپ کے حق میں پوری اترے گی۔</w:t>
      </w:r>
    </w:p>
    <w:p>
      <w:r>
        <w:rPr>
          <w:b/>
        </w:rPr>
        <w:t xml:space="preserve">[21:52] </w:t>
      </w:r>
      <w:r>
        <w:t>koi bhi sunnat e rasool ya koi bhi allah ka wada hamesha mashroot hota hai.</w:t>
      </w:r>
    </w:p>
    <w:p>
      <w:pPr>
        <w:jc w:val="right"/>
      </w:pPr>
      <w:r>
        <w:t>کوئی بھی سنت رسول یا کوئی بھی اللہ کا وعدہ ہمیشہ مشروط ہوتا ہے۔</w:t>
      </w:r>
    </w:p>
    <w:p>
      <w:r>
        <w:rPr>
          <w:b/>
        </w:rPr>
        <w:t xml:space="preserve">[21:58] </w:t>
      </w:r>
      <w:r>
        <w:t>us ke sath koi shart tay lagi hui hoti hai.</w:t>
      </w:r>
    </w:p>
    <w:p>
      <w:pPr>
        <w:jc w:val="right"/>
      </w:pPr>
      <w:r>
        <w:t>اس کے ساتھ کوئی شرط طے لگی ہوئی ہوتی ہے۔</w:t>
      </w:r>
    </w:p>
    <w:p>
      <w:r>
        <w:rPr>
          <w:b/>
        </w:rPr>
        <w:t xml:space="preserve">[22:03] </w:t>
      </w:r>
      <w:r>
        <w:t>aur sab se bari shart jo hai woh sabr hai.</w:t>
      </w:r>
    </w:p>
    <w:p>
      <w:pPr>
        <w:jc w:val="right"/>
      </w:pPr>
      <w:r>
        <w:t>اور سب سے بڑی شرط جو ہے وہ صبر ہے۔</w:t>
      </w:r>
    </w:p>
    <w:p>
      <w:r>
        <w:rPr>
          <w:b/>
        </w:rPr>
        <w:t xml:space="preserve">[22:07] </w:t>
      </w:r>
      <w:r>
        <w:t>wa in tasbiru fa tattaqu la yadhirukum qadwum shai'un.</w:t>
      </w:r>
    </w:p>
    <w:p>
      <w:pPr>
        <w:jc w:val="right"/>
      </w:pPr>
      <w:r>
        <w:t>وَإِنْ تَصْبَرُوا فَتَتَّقُوا لَا يَضِرُكُمْ قَدْوُمْ شَيَءٌ۔</w:t>
      </w:r>
    </w:p>
    <w:p>
      <w:r>
        <w:rPr>
          <w:b/>
        </w:rPr>
        <w:t xml:space="preserve">[22:10] </w:t>
      </w:r>
      <w:r>
        <w:t>allah ke nusrat ko paane ke liye sab se bari shart hai sabr.</w:t>
      </w:r>
    </w:p>
    <w:p>
      <w:pPr>
        <w:jc w:val="right"/>
      </w:pPr>
      <w:r>
        <w:t>اللہ کے نصرت کو پانے کے لیے سب سے بڑی شرط ہے صبر۔</w:t>
      </w:r>
    </w:p>
    <w:p>
      <w:r>
        <w:rPr>
          <w:b/>
        </w:rPr>
        <w:t xml:space="preserve">[22:16] </w:t>
      </w:r>
      <w:r>
        <w:t>sabr ka matlab kya hai? koi situation pesh aaye, koi masla khara ho jaye, koi trouble create ho</w:t>
      </w:r>
    </w:p>
    <w:p>
      <w:pPr>
        <w:jc w:val="right"/>
      </w:pPr>
      <w:r>
        <w:t>صبر کا مطلب کیا ہے؟ کوئی سچویشن پیش آئے، کوئی مسئلہ کھڑا ہو جائے، کوئی ٹربل کریٹ ہو</w:t>
      </w:r>
    </w:p>
    <w:p>
      <w:r>
        <w:rPr>
          <w:b/>
        </w:rPr>
        <w:t xml:space="preserve">[22:23] </w:t>
      </w:r>
      <w:r>
        <w:t>jaye, koi bhi aap ke khilaf soorat e haal paida ho jaye to hargiz react na karna.</w:t>
      </w:r>
    </w:p>
    <w:p>
      <w:pPr>
        <w:jc w:val="right"/>
      </w:pPr>
      <w:r>
        <w:t>جائے، کوئی بھی آپ کے خلاف صورتحال پیدا ہو جائے تو ہرگز ری ایکٹ نہ کرنا۔</w:t>
      </w:r>
    </w:p>
    <w:p>
      <w:r>
        <w:rPr>
          <w:b/>
        </w:rPr>
        <w:t xml:space="preserve">[22:30] </w:t>
      </w:r>
      <w:r>
        <w:t>hargiz negative thinking ka rasta na ikhtiyar karna.</w:t>
      </w:r>
    </w:p>
    <w:p>
      <w:pPr>
        <w:jc w:val="right"/>
      </w:pPr>
      <w:r>
        <w:t>ہرگز نیگیٹیو تھنکنگ کا راستہ نہ اختیار کرنا۔</w:t>
      </w:r>
    </w:p>
    <w:p>
      <w:r>
        <w:rPr>
          <w:b/>
        </w:rPr>
        <w:t xml:space="preserve">[22:34] </w:t>
      </w:r>
      <w:r>
        <w:t>hargiz yeh yeh yeh na samajhna ke bas yeh to dushman hain aur un par laanat karen aap.</w:t>
      </w:r>
    </w:p>
    <w:p>
      <w:pPr>
        <w:jc w:val="right"/>
      </w:pPr>
      <w:r>
        <w:t>ہرگز یہ یہ یہ نہ سمجھنا کہ بس یہ تو دشمن ہیں اور ان پر لعنت کریں آپ۔</w:t>
      </w:r>
    </w:p>
    <w:p>
      <w:r>
        <w:rPr>
          <w:b/>
        </w:rPr>
        <w:t xml:space="preserve">[22:41] </w:t>
      </w:r>
      <w:r>
        <w:t>nahin.</w:t>
      </w:r>
    </w:p>
    <w:p>
      <w:pPr>
        <w:jc w:val="right"/>
      </w:pPr>
      <w:r>
        <w:t>نہیں۔</w:t>
      </w:r>
    </w:p>
    <w:p>
      <w:r>
        <w:rPr>
          <w:b/>
        </w:rPr>
        <w:t xml:space="preserve">[22:43] </w:t>
      </w:r>
      <w:r>
        <w:t>poori tarah se sabr ka matlab yeh hai ke poori tarah apni positivity ko baqi rakhte hue re</w:t>
      </w:r>
    </w:p>
    <w:p>
      <w:pPr>
        <w:jc w:val="right"/>
      </w:pPr>
      <w:r>
        <w:t>پوری طرح سے صبر کا مطلب یہ ہے کہ پوری طرح اپنی پازیٹیوٹی کو باقی رکھتے ہوئے ری</w:t>
      </w:r>
    </w:p>
    <w:p>
      <w:r>
        <w:rPr>
          <w:b/>
        </w:rPr>
        <w:t xml:space="preserve">[22:51] </w:t>
      </w:r>
      <w:r>
        <w:t>action kiye baghair apni planning karna.</w:t>
      </w:r>
    </w:p>
    <w:p>
      <w:pPr>
        <w:jc w:val="right"/>
      </w:pPr>
      <w:r>
        <w:t>ایکشن کیے بغیر اپنی پلاننگ کرنا۔</w:t>
      </w:r>
    </w:p>
    <w:p>
      <w:r>
        <w:rPr>
          <w:b/>
        </w:rPr>
        <w:t xml:space="preserve">[22:53] </w:t>
      </w:r>
      <w:r>
        <w:t>musbat zehn ke tehat.</w:t>
      </w:r>
    </w:p>
    <w:p>
      <w:pPr>
        <w:jc w:val="right"/>
      </w:pPr>
      <w:r>
        <w:t>مثبت ذہن کے تحت۔</w:t>
      </w:r>
    </w:p>
    <w:p>
      <w:r>
        <w:rPr>
          <w:b/>
        </w:rPr>
        <w:t xml:space="preserve">[22:55] </w:t>
      </w:r>
      <w:r>
        <w:t>yeh hai sabr.</w:t>
      </w:r>
    </w:p>
    <w:p>
      <w:pPr>
        <w:jc w:val="right"/>
      </w:pPr>
      <w:r>
        <w:t>یہ ہے صبر۔</w:t>
      </w:r>
    </w:p>
    <w:p>
      <w:r>
        <w:rPr>
          <w:b/>
        </w:rPr>
        <w:t xml:space="preserve">[22:56] </w:t>
      </w:r>
      <w:r>
        <w:t>aur yahi sabr jo hai yahi sab se bara zariya hai allah ki madad hasil karne ka.</w:t>
      </w:r>
    </w:p>
    <w:p>
      <w:pPr>
        <w:jc w:val="right"/>
      </w:pPr>
      <w:r>
        <w:t>اور یہی صبر جو ہے یہی سب سے بڑا ذریعہ ہے اللہ کی مدد حاصل کرنے کا۔</w:t>
      </w:r>
    </w:p>
    <w:p>
      <w:r>
        <w:rPr>
          <w:b/>
        </w:rPr>
        <w:t xml:space="preserve">[23:04] </w:t>
      </w:r>
      <w:r>
        <w:t>allah ki madad hamesha aati hai sabr par.</w:t>
      </w:r>
    </w:p>
    <w:p>
      <w:pPr>
        <w:jc w:val="right"/>
      </w:pPr>
      <w:r>
        <w:t>اللہ کی مدد ہمیشہ آتی ہے صبر پر۔</w:t>
      </w:r>
    </w:p>
    <w:p>
      <w:r>
        <w:rPr>
          <w:b/>
        </w:rPr>
        <w:t xml:space="preserve">[23:07] </w:t>
      </w:r>
      <w:r>
        <w:t>aur sabr naam hai yahi ke reaction ke baghair, negative response ke baghair positive planning karna.</w:t>
      </w:r>
    </w:p>
    <w:p>
      <w:pPr>
        <w:jc w:val="right"/>
      </w:pPr>
      <w:r>
        <w:t>اور صبر نام ہے یہی کہ ری ایکشن کے بغیر، نیگیٹیو رسپانس کے بغیر پازیٹیو پلاننگ کرنا۔</w:t>
      </w:r>
    </w:p>
    <w:p>
      <w:r>
        <w:rPr>
          <w:b/>
        </w:rPr>
        <w:t xml:space="preserve">[23:14] </w:t>
      </w:r>
      <w:r>
        <w:t>peaceful planning karna.</w:t>
      </w:r>
    </w:p>
    <w:p>
      <w:pPr>
        <w:jc w:val="right"/>
      </w:pPr>
      <w:r>
        <w:t>پیس فل پلاننگ کرنا۔</w:t>
      </w:r>
    </w:p>
    <w:p>
      <w:r>
        <w:rPr>
          <w:b/>
        </w:rPr>
        <w:t xml:space="preserve">[23:16] </w:t>
      </w:r>
      <w:r>
        <w:t>yahi sabr hai.</w:t>
      </w:r>
    </w:p>
    <w:p>
      <w:pPr>
        <w:jc w:val="right"/>
      </w:pPr>
      <w:r>
        <w:t>یہی صبر ہے۔</w:t>
      </w:r>
    </w:p>
    <w:p>
      <w:r>
        <w:rPr>
          <w:b/>
        </w:rPr>
        <w:t xml:space="preserve">[23:18] </w:t>
      </w:r>
      <w:r>
        <w:t>aur jo log is tarah se sabr ka tareeqa ikhtiyar karein un ko zaroor madad aaye gi.</w:t>
      </w:r>
    </w:p>
    <w:p>
      <w:pPr>
        <w:jc w:val="right"/>
      </w:pPr>
      <w:r>
        <w:t>اور جو لوگ اس طرح سے صبر کا طریقہ اختیار کریں ان کو ضرور مدد آئے گی۔</w:t>
      </w:r>
    </w:p>
    <w:p>
      <w:r>
        <w:rPr>
          <w:b/>
        </w:rPr>
        <w:t xml:space="preserve">[23:25] </w:t>
      </w:r>
      <w:r>
        <w:t>yahan tak ke woh keh sakte hain apne sathiyon se ke in do ke baray mein tumhara kya</w:t>
      </w:r>
    </w:p>
    <w:p>
      <w:pPr>
        <w:jc w:val="right"/>
      </w:pPr>
      <w:r>
        <w:t>یہاں تک کہ وہ کہہ سکتے ہیں اپنے ساتھیوں سے کہ ان دو کے بارے میں تمہارا کیا</w:t>
      </w:r>
    </w:p>
    <w:p>
      <w:r>
        <w:rPr>
          <w:b/>
        </w:rPr>
        <w:t xml:space="preserve">[23:33] </w:t>
      </w:r>
      <w:r>
        <w:t>khayal hai jin ka teesra allah ke bheja hua farishta ho? in do ke baray mein tumhara kya</w:t>
      </w:r>
    </w:p>
    <w:p>
      <w:pPr>
        <w:jc w:val="right"/>
      </w:pPr>
      <w:r>
        <w:t>خیال ہے جن کا تیسرا اللہ کے بھیجا ہوا فرشتہ ہو؟ ان دو کے بارے میں تمہارا کیا</w:t>
      </w:r>
    </w:p>
    <w:p>
      <w:r>
        <w:rPr>
          <w:b/>
        </w:rPr>
        <w:t xml:space="preserve">[23:40] </w:t>
      </w:r>
      <w:r>
        <w:t>khayal hai jin ke sath teesra allah ke bheja hua farishta ho? aap jab chahein tajurba kar li jiye.</w:t>
      </w:r>
    </w:p>
    <w:p>
      <w:pPr>
        <w:jc w:val="right"/>
      </w:pPr>
      <w:r>
        <w:t>خیال ہے جن کے ساتھ تیسرا اللہ کے بھیجا ہوا فرشتہ ہو؟ آپ جب چاہیں تجربہ کر لیجئے۔</w:t>
      </w:r>
    </w:p>
    <w:p>
      <w:r>
        <w:rPr>
          <w:b/>
        </w:rPr>
        <w:t xml:space="preserve">[23:48] </w:t>
      </w:r>
      <w:r>
        <w:t>inshallah is mein aap bilkul durust payein ge is ko.</w:t>
      </w:r>
    </w:p>
    <w:p>
      <w:pPr>
        <w:jc w:val="right"/>
      </w:pPr>
      <w:r>
        <w:t>انشاءاللہ اس میں آپ بالکل درست پائیں گے اس کو۔</w:t>
      </w:r>
    </w:p>
    <w:p>
      <w:r>
        <w:rPr>
          <w:b/>
        </w:rPr>
        <w:t xml:space="preserve">[23:52] </w:t>
      </w:r>
      <w:r>
        <w:t>lekin bashart yeh ke aap sabr par qaim rahein.</w:t>
      </w:r>
    </w:p>
    <w:p>
      <w:pPr>
        <w:jc w:val="right"/>
      </w:pPr>
      <w:r>
        <w:t>لیکن بشرطیکہ آپ صبر پر قائم رہیں۔</w:t>
      </w:r>
    </w:p>
    <w:p>
      <w:r>
        <w:rPr>
          <w:b/>
        </w:rPr>
        <w:t xml:space="preserve">[23:55] </w:t>
      </w:r>
      <w:r>
        <w:t>sabr par.</w:t>
      </w:r>
    </w:p>
    <w:p>
      <w:pPr>
        <w:jc w:val="right"/>
      </w:pPr>
      <w:r>
        <w:t>صبر پر۔</w:t>
      </w:r>
    </w:p>
    <w:p>
      <w:r>
        <w:rPr>
          <w:b/>
        </w:rPr>
        <w:t xml:space="preserve">[23:57] </w:t>
      </w:r>
      <w:r>
        <w:t>be sabr na ho jayein.</w:t>
      </w:r>
    </w:p>
    <w:p>
      <w:pPr>
        <w:jc w:val="right"/>
      </w:pPr>
      <w:r>
        <w:t>بے صبر نہ ہو جائیں۔</w:t>
      </w:r>
    </w:p>
    <w:p>
      <w:r>
        <w:rPr>
          <w:b/>
        </w:rPr>
        <w:t xml:space="preserve">[23:59] </w:t>
      </w:r>
      <w:r>
        <w:t>nafrat na karne lagein.</w:t>
      </w:r>
    </w:p>
    <w:p>
      <w:pPr>
        <w:jc w:val="right"/>
      </w:pPr>
      <w:r>
        <w:t>نفرت نہ کرنے لگیں۔</w:t>
      </w:r>
    </w:p>
    <w:p>
      <w:r>
        <w:rPr>
          <w:b/>
        </w:rPr>
        <w:t xml:space="preserve">[24:01] </w:t>
      </w:r>
      <w:r>
        <w:t>react na karein.</w:t>
      </w:r>
    </w:p>
    <w:p>
      <w:pPr>
        <w:jc w:val="right"/>
      </w:pPr>
      <w:r>
        <w:t>ری ایکٹ نہ کریں۔</w:t>
      </w:r>
    </w:p>
    <w:p>
      <w:r>
        <w:rPr>
          <w:b/>
        </w:rPr>
        <w:t xml:space="preserve">[24:02] </w:t>
      </w:r>
      <w:r>
        <w:t>positive thinking ko na chorein.</w:t>
      </w:r>
    </w:p>
    <w:p>
      <w:pPr>
        <w:jc w:val="right"/>
      </w:pPr>
      <w:r>
        <w:t>پازیٹیو تھنکنگ کو نہ چھوڑیں۔</w:t>
      </w:r>
    </w:p>
    <w:p>
      <w:r>
        <w:rPr>
          <w:b/>
        </w:rPr>
        <w:t xml:space="preserve">[24:04] </w:t>
      </w:r>
      <w:r>
        <w:t>kisi haal mein yeh aap ka zehan na ho ke yeh to dushman hain inhein to laanat karo.</w:t>
      </w:r>
    </w:p>
    <w:p>
      <w:pPr>
        <w:jc w:val="right"/>
      </w:pPr>
      <w:r>
        <w:t>کسی حال میں یہ آپ کا ذہن نہ ہو کہ یہ تو دشمن ہیں انہیں تو لعنت کرو۔</w:t>
      </w:r>
    </w:p>
    <w:p>
      <w:r>
        <w:rPr>
          <w:b/>
        </w:rPr>
        <w:t xml:space="preserve">[24:12] </w:t>
      </w:r>
      <w:r>
        <w:t>in ki laanat ki dua'ein karo.</w:t>
      </w:r>
    </w:p>
    <w:p>
      <w:pPr>
        <w:jc w:val="right"/>
      </w:pPr>
      <w:r>
        <w:t>ان کی لعنت کی دعائیں کرو۔</w:t>
      </w:r>
    </w:p>
    <w:p>
      <w:r>
        <w:rPr>
          <w:b/>
        </w:rPr>
        <w:t xml:space="preserve">[24:15] </w:t>
      </w:r>
      <w:r>
        <w:t>yeh sab yeh sab na karein aap.</w:t>
      </w:r>
    </w:p>
    <w:p>
      <w:pPr>
        <w:jc w:val="right"/>
      </w:pPr>
      <w:r>
        <w:t>یہ سب یہ سب نہ کریں آپ۔</w:t>
      </w:r>
    </w:p>
    <w:p>
      <w:r>
        <w:rPr>
          <w:b/>
        </w:rPr>
        <w:t xml:space="preserve">[24:18] </w:t>
      </w:r>
      <w:r>
        <w:t>laanat ki dua'on se kuch nahi hoga.</w:t>
      </w:r>
    </w:p>
    <w:p>
      <w:pPr>
        <w:jc w:val="right"/>
      </w:pPr>
      <w:r>
        <w:t>لعنت کی دعاؤں سے کچھ نہیں ہوگا۔</w:t>
      </w:r>
    </w:p>
    <w:p>
      <w:r>
        <w:rPr>
          <w:b/>
        </w:rPr>
        <w:t xml:space="preserve">[24:21] </w:t>
      </w:r>
      <w:r>
        <w:t>hazaar saal tak aap laanat ki dua'ein karte rahiye is se kuch kisi ka bigarne wala nahi hai.</w:t>
      </w:r>
    </w:p>
    <w:p>
      <w:pPr>
        <w:jc w:val="right"/>
      </w:pPr>
      <w:r>
        <w:t>ہزار سال تک آپ لعنت کی دعائیں کرتے رہیے اس سے کچھ کسی کا بگڑنے والا نہیں ہے۔</w:t>
      </w:r>
    </w:p>
    <w:p>
      <w:r>
        <w:rPr>
          <w:b/>
        </w:rPr>
        <w:t xml:space="preserve">[24:28] </w:t>
      </w:r>
      <w:r>
        <w:t>yeh aaj kal masjidon mein laanat ki dua'ein ki jati hain.</w:t>
      </w:r>
    </w:p>
    <w:p>
      <w:pPr>
        <w:jc w:val="right"/>
      </w:pPr>
      <w:r>
        <w:t>یہ آج کل مسجدوں میں لعنت کی دعائیں کی جاتی ہیں۔</w:t>
      </w:r>
    </w:p>
    <w:p>
      <w:r>
        <w:rPr>
          <w:b/>
        </w:rPr>
        <w:t xml:space="preserve">[24:33] </w:t>
      </w:r>
      <w:r>
        <w:t>is se koi faida nahi.</w:t>
      </w:r>
    </w:p>
    <w:p>
      <w:pPr>
        <w:jc w:val="right"/>
      </w:pPr>
      <w:r>
        <w:t>اس سے کوئی فائدہ نہیں۔</w:t>
      </w:r>
    </w:p>
    <w:p>
      <w:r>
        <w:rPr>
          <w:b/>
        </w:rPr>
        <w:t xml:space="preserve">[24:35] </w:t>
      </w:r>
      <w:r>
        <w:t>kuch bhi hone wala hai na to ab tak kuch hua hai na aindah hone wala hai.</w:t>
      </w:r>
    </w:p>
    <w:p>
      <w:pPr>
        <w:jc w:val="right"/>
      </w:pPr>
      <w:r>
        <w:t>کچھ بھی ہونے والا ہے نہ تو اب تک کچھ ہوا ہے نہ آئندہ ہونے والا ہے۔</w:t>
      </w:r>
    </w:p>
    <w:p>
      <w:r>
        <w:rPr>
          <w:b/>
        </w:rPr>
        <w:t xml:space="preserve">[24:43] </w:t>
      </w:r>
      <w:r>
        <w:t>jis ko kehte hain qunoot nazla.</w:t>
      </w:r>
    </w:p>
    <w:p>
      <w:pPr>
        <w:jc w:val="right"/>
      </w:pPr>
      <w:r>
        <w:t>جس کو کہتے ہیں قنوت نازلہ۔</w:t>
      </w:r>
    </w:p>
    <w:p>
      <w:r>
        <w:rPr>
          <w:b/>
        </w:rPr>
        <w:t xml:space="preserve">[24:45] </w:t>
      </w:r>
      <w:r>
        <w:t>qunoot nazla.</w:t>
      </w:r>
    </w:p>
    <w:p>
      <w:pPr>
        <w:jc w:val="right"/>
      </w:pPr>
      <w:r>
        <w:t>قنوت نازلہ۔</w:t>
      </w:r>
    </w:p>
    <w:p>
      <w:r>
        <w:rPr>
          <w:b/>
        </w:rPr>
        <w:t xml:space="preserve">[24:47] </w:t>
      </w:r>
      <w:r>
        <w:t>jalson mein hota hai, masjidon mein hota hai.</w:t>
      </w:r>
    </w:p>
    <w:p>
      <w:pPr>
        <w:jc w:val="right"/>
      </w:pPr>
      <w:r>
        <w:t>جلسوں میں ہوتا ہے، مسجدوں میں ہوتا ہے۔</w:t>
      </w:r>
    </w:p>
    <w:p>
      <w:r>
        <w:rPr>
          <w:b/>
        </w:rPr>
        <w:t xml:space="preserve">[24:50] </w:t>
      </w:r>
      <w:r>
        <w:t>lanat aur bad duaen.</w:t>
      </w:r>
    </w:p>
    <w:p>
      <w:pPr>
        <w:jc w:val="right"/>
      </w:pPr>
      <w:r>
        <w:t>لعنت اور بد دعائیں۔</w:t>
      </w:r>
    </w:p>
    <w:p>
      <w:r>
        <w:rPr>
          <w:b/>
        </w:rPr>
        <w:t xml:space="preserve">[24:52] </w:t>
      </w:r>
      <w:r>
        <w:t>mein ne apne kaanon se suna hai bare bare jalsay mein bare bare buzurgon ko, bare bare buzurgon</w:t>
      </w:r>
    </w:p>
    <w:p>
      <w:pPr>
        <w:jc w:val="right"/>
      </w:pPr>
      <w:r>
        <w:t>میں نے اپنے کانوں سے سنا ہے بڑے بڑے جلسے میں بڑے بڑے بزرگوں کو، بڑے بڑے بزرگوں</w:t>
      </w:r>
    </w:p>
    <w:p>
      <w:r>
        <w:rPr>
          <w:b/>
        </w:rPr>
        <w:t xml:space="preserve">[25:00] </w:t>
      </w:r>
      <w:r>
        <w:t>ko, top ke buzurgon ko yeh bad dua karte hue Allahum Allahum Allahum Allahum Allahum Allahum Allahum Allahum</w:t>
      </w:r>
    </w:p>
    <w:p>
      <w:pPr>
        <w:jc w:val="right"/>
      </w:pPr>
      <w:r>
        <w:t>کو، ٹاپ کے بزرگوں کو یہ بد دعا کرتے ہوئے اللہم اللہم اللہم اللہم اللہم اللہم اللہم اللہم</w:t>
      </w:r>
    </w:p>
    <w:p>
      <w:r>
        <w:rPr>
          <w:b/>
        </w:rPr>
        <w:t xml:space="preserve">[25:07] </w:t>
      </w:r>
      <w:r>
        <w:t>Allahum Allahum mein khud apne kaam se bare buzurgon ko sunai yeh dua karte hue.</w:t>
      </w:r>
    </w:p>
    <w:p>
      <w:pPr>
        <w:jc w:val="right"/>
      </w:pPr>
      <w:r>
        <w:t>اللہم اللہم میں خود اپنے کام سے بڑے بزرگوں کو سنائی یہ دعا کرتے ہوئے۔</w:t>
      </w:r>
    </w:p>
    <w:p>
      <w:r>
        <w:rPr>
          <w:b/>
        </w:rPr>
        <w:t xml:space="preserve">[25:14] </w:t>
      </w:r>
      <w:r>
        <w:t>lekin so saal beet gaye aaj tak kuch hua nahi kuch.</w:t>
      </w:r>
    </w:p>
    <w:p>
      <w:pPr>
        <w:jc w:val="right"/>
      </w:pPr>
      <w:r>
        <w:t>لیکن سو سال بیت گئے آج تک کچھ ہوا نہیں کچھ۔</w:t>
      </w:r>
    </w:p>
    <w:p>
      <w:r>
        <w:rPr>
          <w:b/>
        </w:rPr>
        <w:t xml:space="preserve">[25:18] </w:t>
      </w:r>
      <w:r>
        <w:t>kyun ke bad dua se kuch nahi hone wala hai.</w:t>
      </w:r>
    </w:p>
    <w:p>
      <w:pPr>
        <w:jc w:val="right"/>
      </w:pPr>
      <w:r>
        <w:t>کیونکہ بد دعا سے کچھ نہیں ہونے والا ہے۔</w:t>
      </w:r>
    </w:p>
    <w:p>
      <w:r>
        <w:rPr>
          <w:b/>
        </w:rPr>
        <w:t xml:space="preserve">[25:22] </w:t>
      </w:r>
      <w:r>
        <w:t>yeh kabhi bhi nahi kaha ke bad dua se koi barbad kar diya jae.</w:t>
      </w:r>
    </w:p>
    <w:p>
      <w:pPr>
        <w:jc w:val="right"/>
      </w:pPr>
      <w:r>
        <w:t>یہ کبھی بھی نہیں کہا کہ بد دعا سے کوئی برباد کر دیا جائے۔</w:t>
      </w:r>
    </w:p>
    <w:p>
      <w:r>
        <w:rPr>
          <w:b/>
        </w:rPr>
        <w:t xml:space="preserve">[25:28] </w:t>
      </w:r>
      <w:r>
        <w:t>yeh kabhi nahi hoga.</w:t>
      </w:r>
    </w:p>
    <w:p>
      <w:pPr>
        <w:jc w:val="right"/>
      </w:pPr>
      <w:r>
        <w:t>یہ کبھی نہیں ہوگا۔</w:t>
      </w:r>
    </w:p>
    <w:p>
      <w:r>
        <w:rPr>
          <w:b/>
        </w:rPr>
        <w:t xml:space="preserve">[25:30] </w:t>
      </w:r>
      <w:r>
        <w:t>yeh hone wala hi nahi.</w:t>
      </w:r>
    </w:p>
    <w:p>
      <w:pPr>
        <w:jc w:val="right"/>
      </w:pPr>
      <w:r>
        <w:t>یہ ہونے والا ہی نہیں۔</w:t>
      </w:r>
    </w:p>
    <w:p>
      <w:r>
        <w:rPr>
          <w:b/>
        </w:rPr>
        <w:t xml:space="preserve">[25:32] </w:t>
      </w:r>
      <w:r>
        <w:t>Allah ke apne usool hain, Allah ke apne sunan hain.</w:t>
      </w:r>
    </w:p>
    <w:p>
      <w:pPr>
        <w:jc w:val="right"/>
      </w:pPr>
      <w:r>
        <w:t>اللہ کے اپنے اصول ہیں، اللہ کے اپنے سنن ہیں۔</w:t>
      </w:r>
    </w:p>
    <w:p>
      <w:r>
        <w:rPr>
          <w:b/>
        </w:rPr>
        <w:t xml:space="preserve">[25:36] </w:t>
      </w:r>
      <w:r>
        <w:t>is ke mutabiq hoga jo kuch hoga.</w:t>
      </w:r>
    </w:p>
    <w:p>
      <w:pPr>
        <w:jc w:val="right"/>
      </w:pPr>
      <w:r>
        <w:t>اس کے مطابق ہوگا جو کچھ ہوگا۔</w:t>
      </w:r>
    </w:p>
    <w:p>
      <w:r>
        <w:rPr>
          <w:b/>
        </w:rPr>
        <w:t xml:space="preserve">[25:39] </w:t>
      </w:r>
      <w:r>
        <w:t>aur woh sab base karta hai sabr par.</w:t>
      </w:r>
    </w:p>
    <w:p>
      <w:pPr>
        <w:jc w:val="right"/>
      </w:pPr>
      <w:r>
        <w:t>اور وہ سب بیس کرتا ہے صبر پر۔</w:t>
      </w:r>
    </w:p>
    <w:p>
      <w:r>
        <w:rPr>
          <w:b/>
        </w:rPr>
        <w:t xml:space="preserve">[25:43] </w:t>
      </w:r>
      <w:r>
        <w:t>kisi bhi situation mein aap lazman sabr par qaim rahen.</w:t>
      </w:r>
    </w:p>
    <w:p>
      <w:pPr>
        <w:jc w:val="right"/>
      </w:pPr>
      <w:r>
        <w:t>کسی بھی سچویشن میں آپ لازماً صبر پر قائم رہیں۔</w:t>
      </w:r>
    </w:p>
    <w:p>
      <w:r>
        <w:rPr>
          <w:b/>
        </w:rPr>
        <w:t xml:space="preserve">[25:47] </w:t>
      </w:r>
      <w:r>
        <w:t>react na karen.</w:t>
      </w:r>
    </w:p>
    <w:p>
      <w:pPr>
        <w:jc w:val="right"/>
      </w:pPr>
      <w:r>
        <w:t>ری ایکٹ نہ کریں۔</w:t>
      </w:r>
    </w:p>
    <w:p>
      <w:r>
        <w:rPr>
          <w:b/>
        </w:rPr>
        <w:t xml:space="preserve">[25:49] </w:t>
      </w:r>
      <w:r>
        <w:t>negative thinking mein na paden.</w:t>
      </w:r>
    </w:p>
    <w:p>
      <w:pPr>
        <w:jc w:val="right"/>
      </w:pPr>
      <w:r>
        <w:t>نیگیٹیو تھنکنگ میں نہ پڑیں۔</w:t>
      </w:r>
    </w:p>
    <w:p>
      <w:r>
        <w:rPr>
          <w:b/>
        </w:rPr>
        <w:t xml:space="preserve">[25:51] </w:t>
      </w:r>
      <w:r>
        <w:t>positive planning karen.</w:t>
      </w:r>
    </w:p>
    <w:p>
      <w:pPr>
        <w:jc w:val="right"/>
      </w:pPr>
      <w:r>
        <w:t>پازیٹیو پلاننگ کریں۔</w:t>
      </w:r>
    </w:p>
    <w:p>
      <w:r>
        <w:rPr>
          <w:b/>
        </w:rPr>
        <w:t xml:space="preserve">[25:52] </w:t>
      </w:r>
      <w:r>
        <w:t>positive planning.</w:t>
      </w:r>
    </w:p>
    <w:p>
      <w:pPr>
        <w:jc w:val="right"/>
      </w:pPr>
      <w:r>
        <w:t>پازیٹیو پلاننگ۔</w:t>
      </w:r>
    </w:p>
    <w:p>
      <w:r>
        <w:rPr>
          <w:b/>
        </w:rPr>
        <w:t xml:space="preserve">[25:54] </w:t>
      </w:r>
      <w:r>
        <w:t>to bilashuba bilashuba bilashuba aap kamyab rahen ge.</w:t>
      </w:r>
    </w:p>
    <w:p>
      <w:pPr>
        <w:jc w:val="right"/>
      </w:pPr>
      <w:r>
        <w:t>تو بلاشبہ بلاشبہ بلاشبہ آپ کامیاب رہیں گے۔</w:t>
      </w:r>
    </w:p>
    <w:p>
      <w:r>
        <w:rPr>
          <w:b/>
        </w:rPr>
        <w:t xml:space="preserve">[25:57] </w:t>
      </w:r>
      <w:r>
        <w:t>yeh matlab hai antum al-ghalibun in kuntum mu'minin.</w:t>
      </w:r>
    </w:p>
    <w:p>
      <w:pPr>
        <w:jc w:val="right"/>
      </w:pPr>
      <w:r>
        <w:t>یہ مطلب ہے انتھم العالون ان کنتم مومنین۔</w:t>
      </w:r>
    </w:p>
    <w:p>
      <w:r>
        <w:rPr>
          <w:b/>
        </w:rPr>
        <w:t xml:space="preserve">[26:01] </w:t>
      </w:r>
      <w:r>
        <w:t>yeh quran ki ayat hai antum al-ghalibun in kuntum mu'minin.</w:t>
      </w:r>
    </w:p>
    <w:p>
      <w:pPr>
        <w:jc w:val="right"/>
      </w:pPr>
      <w:r>
        <w:t>یہ قرآن کی آیت ہے انتھم العالون ان کنتم مومنین۔</w:t>
      </w:r>
    </w:p>
    <w:p>
      <w:r>
        <w:rPr>
          <w:b/>
        </w:rPr>
        <w:t xml:space="preserve">[26:05] </w:t>
      </w:r>
      <w:r>
        <w:t>tum hi kamyab raho ge agar tum momin ho.</w:t>
      </w:r>
    </w:p>
    <w:p>
      <w:pPr>
        <w:jc w:val="right"/>
      </w:pPr>
      <w:r>
        <w:t>تم ہی کامیاب رہو گے اگر تم مومن ہو۔</w:t>
      </w:r>
    </w:p>
    <w:p>
      <w:r>
        <w:rPr>
          <w:b/>
        </w:rPr>
        <w:t xml:space="preserve">[26:09] </w:t>
      </w:r>
      <w:r>
        <w:t>momin ke mani kya hain? sabr par qaim raho.</w:t>
      </w:r>
    </w:p>
    <w:p>
      <w:pPr>
        <w:jc w:val="right"/>
      </w:pPr>
      <w:r>
        <w:t>مومن کے معنی کیا ہیں؟ صبر پر قائم رہو۔</w:t>
      </w:r>
    </w:p>
    <w:p>
      <w:r>
        <w:rPr>
          <w:b/>
        </w:rPr>
        <w:t xml:space="preserve">[26:13] </w:t>
      </w:r>
      <w:r>
        <w:t>yahan momin ke mani yeh hain ke sabr par qaim raho.</w:t>
      </w:r>
    </w:p>
    <w:p>
      <w:pPr>
        <w:jc w:val="right"/>
      </w:pPr>
      <w:r>
        <w:t>یہاں مومن کے معنی یہ ہیں کہ صبر پر قائم رہو۔</w:t>
      </w:r>
    </w:p>
    <w:p>
      <w:r>
        <w:rPr>
          <w:b/>
        </w:rPr>
        <w:t xml:space="preserve">[26:18] </w:t>
      </w:r>
      <w:r>
        <w:t>yani sabr na planning karo.</w:t>
      </w:r>
    </w:p>
    <w:p>
      <w:pPr>
        <w:jc w:val="right"/>
      </w:pPr>
      <w:r>
        <w:t>یعنی صبر نہ پلاننگ کرو۔</w:t>
      </w:r>
    </w:p>
    <w:p>
      <w:r>
        <w:rPr>
          <w:b/>
        </w:rPr>
        <w:t xml:space="preserve">[26:20] </w:t>
      </w:r>
      <w:r>
        <w:t>sabr wala method ikhtiyar karo.</w:t>
      </w:r>
    </w:p>
    <w:p>
      <w:pPr>
        <w:jc w:val="right"/>
      </w:pPr>
      <w:r>
        <w:t>صبر والا میتھڈ اختیار کرو۔</w:t>
      </w:r>
    </w:p>
    <w:p>
      <w:r>
        <w:rPr>
          <w:b/>
        </w:rPr>
        <w:t xml:space="preserve">[26:22] </w:t>
      </w:r>
      <w:r>
        <w:t>yeh koi purasrar ayat nahi hai.</w:t>
      </w:r>
    </w:p>
    <w:p>
      <w:pPr>
        <w:jc w:val="right"/>
      </w:pPr>
      <w:r>
        <w:t>یہ کوئی پراسرار آیت نہیں ہے۔</w:t>
      </w:r>
    </w:p>
    <w:p>
      <w:r>
        <w:rPr>
          <w:b/>
        </w:rPr>
        <w:t xml:space="preserve">[26:24] </w:t>
      </w:r>
      <w:r>
        <w:t>yeh ayat jo hai yeh koi mysterious ayat nahi hai.</w:t>
      </w:r>
    </w:p>
    <w:p>
      <w:pPr>
        <w:jc w:val="right"/>
      </w:pPr>
      <w:r>
        <w:t>یہ آیت جو ہے یہ کوئی مسٹیریس آیت نہیں ہے۔</w:t>
      </w:r>
    </w:p>
    <w:p>
      <w:r>
        <w:rPr>
          <w:b/>
        </w:rPr>
        <w:t xml:space="preserve">[26:29] </w:t>
      </w:r>
      <w:r>
        <w:t>antum al-aaloon in kuntum momineen.</w:t>
      </w:r>
    </w:p>
    <w:p>
      <w:pPr>
        <w:jc w:val="right"/>
      </w:pPr>
      <w:r>
        <w:t>انتھم العالون ان کنتم مومنین۔</w:t>
      </w:r>
    </w:p>
    <w:p>
      <w:r>
        <w:rPr>
          <w:b/>
        </w:rPr>
        <w:t xml:space="preserve">[26:31] </w:t>
      </w:r>
      <w:r>
        <w:t>nahi.</w:t>
      </w:r>
    </w:p>
    <w:p>
      <w:pPr>
        <w:jc w:val="right"/>
      </w:pPr>
      <w:r>
        <w:t>نہیں۔</w:t>
      </w:r>
    </w:p>
    <w:p>
      <w:r>
        <w:rPr>
          <w:b/>
        </w:rPr>
        <w:t xml:space="preserve">[26:32] </w:t>
      </w:r>
      <w:r>
        <w:t>yeh bilkul maloom aur ayat hai.</w:t>
      </w:r>
    </w:p>
    <w:p>
      <w:pPr>
        <w:jc w:val="right"/>
      </w:pPr>
      <w:r>
        <w:t>یہ بالکل معلوم اور آیت ہے۔</w:t>
      </w:r>
    </w:p>
    <w:p>
      <w:r>
        <w:rPr>
          <w:b/>
        </w:rPr>
        <w:t xml:space="preserve">[26:35] </w:t>
      </w:r>
      <w:r>
        <w:t>woh yeh hai ke agar tum sabr par qaim ho, sabr par.</w:t>
      </w:r>
    </w:p>
    <w:p>
      <w:pPr>
        <w:jc w:val="right"/>
      </w:pPr>
      <w:r>
        <w:t>وہ یہ ہے کہ اگر تم صبر پر قائم ہو، صبر پر۔</w:t>
      </w:r>
    </w:p>
    <w:p>
      <w:r>
        <w:rPr>
          <w:b/>
        </w:rPr>
        <w:t xml:space="preserve">[26:40] </w:t>
      </w:r>
      <w:r>
        <w:t>agar tum sabr ke raush par qaim raho.</w:t>
      </w:r>
    </w:p>
    <w:p>
      <w:pPr>
        <w:jc w:val="right"/>
      </w:pPr>
      <w:r>
        <w:t>اگر تم صبر کے روش پر قائم رہو۔</w:t>
      </w:r>
    </w:p>
    <w:p>
      <w:r>
        <w:rPr>
          <w:b/>
        </w:rPr>
        <w:t xml:space="preserve">[26:43] </w:t>
      </w:r>
      <w:r>
        <w:t>toh tum hi kamyab raho ge.</w:t>
      </w:r>
    </w:p>
    <w:p>
      <w:pPr>
        <w:jc w:val="right"/>
      </w:pPr>
      <w:r>
        <w:t>تو تم ہی کامیاب رہو گے۔</w:t>
      </w:r>
    </w:p>
    <w:p>
      <w:r>
        <w:rPr>
          <w:b/>
        </w:rPr>
        <w:t xml:space="preserve">[26:46] </w:t>
      </w:r>
      <w:r>
        <w:t>momin ka matlab kya hai? momin ka matlab hai Allah par yaqeen karne wala.</w:t>
      </w:r>
    </w:p>
    <w:p>
      <w:pPr>
        <w:jc w:val="right"/>
      </w:pPr>
      <w:r>
        <w:t>مومن کا مطلب کیا ہے؟ مومن کا مطلب ہے اللہ پر یقین کرنے والا۔</w:t>
      </w:r>
    </w:p>
    <w:p>
      <w:r>
        <w:rPr>
          <w:b/>
        </w:rPr>
        <w:t xml:space="preserve">[26:52] </w:t>
      </w:r>
      <w:r>
        <w:t>antum al-aaloon in kuntum momineen.</w:t>
      </w:r>
    </w:p>
    <w:p>
      <w:pPr>
        <w:jc w:val="right"/>
      </w:pPr>
      <w:r>
        <w:t>انتھم العالون ان کنتم مومنین۔</w:t>
      </w:r>
    </w:p>
    <w:p>
      <w:r>
        <w:rPr>
          <w:b/>
        </w:rPr>
        <w:t xml:space="preserve">[26:54] </w:t>
      </w:r>
      <w:r>
        <w:t>yahan momin se murad hai woh insan jo Allah par bharosa kare, Allah par yaqeen kare.</w:t>
      </w:r>
    </w:p>
    <w:p>
      <w:pPr>
        <w:jc w:val="right"/>
      </w:pPr>
      <w:r>
        <w:t>یہاں مومن سے مراد ہے وہ انسان جو اللہ پر بھروسہ کرے، اللہ پر یقین کرے۔</w:t>
      </w:r>
    </w:p>
    <w:p>
      <w:r>
        <w:rPr>
          <w:b/>
        </w:rPr>
        <w:t xml:space="preserve">[27:01] </w:t>
      </w:r>
      <w:r>
        <w:t>toh agar aap ka yaqeen Allah par hai toh aap be sabr kyun ho jayenge? aap ladne</w:t>
      </w:r>
    </w:p>
    <w:p>
      <w:pPr>
        <w:jc w:val="right"/>
      </w:pPr>
      <w:r>
        <w:t>تو اگر آپ کا یقین اللہ پر ہے تو آپ بے صبر کیوں ہو جائیں گے؟ آپ لڑنے</w:t>
      </w:r>
    </w:p>
    <w:p>
      <w:r>
        <w:rPr>
          <w:b/>
        </w:rPr>
        <w:t xml:space="preserve">[27:09] </w:t>
      </w:r>
      <w:r>
        <w:t>kyun lagenge? aap toh Allah ke hawale kar denge mamle ko.</w:t>
      </w:r>
    </w:p>
    <w:p>
      <w:pPr>
        <w:jc w:val="right"/>
      </w:pPr>
      <w:r>
        <w:t>کیوں لگیں گے؟ آپ تو اللہ کے حوالے کر دیں گے معاملے کو۔</w:t>
      </w:r>
    </w:p>
    <w:p>
      <w:r>
        <w:rPr>
          <w:b/>
        </w:rPr>
        <w:t xml:space="preserve">[27:14] </w:t>
      </w:r>
      <w:r>
        <w:t>jo log ladte hain, gun culture, bomb culture chalate hain, woh apne amal se dikha rahe hain ke</w:t>
      </w:r>
    </w:p>
    <w:p>
      <w:pPr>
        <w:jc w:val="right"/>
      </w:pPr>
      <w:r>
        <w:t>جو لوگ لڑتے ہیں، گن کلچر، بم کلچر چلاتے ہیں، وہ اپنے عمل سے دکھا رہے ہیں کہ</w:t>
      </w:r>
    </w:p>
    <w:p>
      <w:r>
        <w:rPr>
          <w:b/>
        </w:rPr>
        <w:t xml:space="preserve">[27:22] </w:t>
      </w:r>
      <w:r>
        <w:t>un ko Allah par yaqeen nahi.</w:t>
      </w:r>
    </w:p>
    <w:p>
      <w:pPr>
        <w:jc w:val="right"/>
      </w:pPr>
      <w:r>
        <w:t>ان کو اللہ پر یقین نہیں۔</w:t>
      </w:r>
    </w:p>
    <w:p>
      <w:r>
        <w:rPr>
          <w:b/>
        </w:rPr>
        <w:t xml:space="preserve">[27:25] </w:t>
      </w:r>
      <w:r>
        <w:t>un ko apne bomb par yaqeen hai, apne gun par yaqeen hai.</w:t>
      </w:r>
    </w:p>
    <w:p>
      <w:pPr>
        <w:jc w:val="right"/>
      </w:pPr>
      <w:r>
        <w:t>ان کو اپنے بم پر یقین ہے، اپنے گن پر یقین ہے۔</w:t>
      </w:r>
    </w:p>
    <w:p>
      <w:r>
        <w:rPr>
          <w:b/>
        </w:rPr>
        <w:t xml:space="preserve">[27:30] </w:t>
      </w:r>
      <w:r>
        <w:t>warna situation paida hone ke baad woh dua karte, bomb kyun chalate? toh yaad rakhiye yeh ayat jo</w:t>
      </w:r>
    </w:p>
    <w:p>
      <w:pPr>
        <w:jc w:val="right"/>
      </w:pPr>
      <w:r>
        <w:t>ورنہ سچویشن پیدا ہونے کے بعد وہ دعا کرتے، بم کیوں چلاتے؟ تو یاد رکھیے یہ آیت جو</w:t>
      </w:r>
    </w:p>
    <w:p>
      <w:r>
        <w:rPr>
          <w:b/>
        </w:rPr>
        <w:t xml:space="preserve">[27:38] </w:t>
      </w:r>
      <w:r>
        <w:t>hai bilkul lafzan durust hai antum al-aaloon in kuntum momineen.</w:t>
      </w:r>
    </w:p>
    <w:p>
      <w:pPr>
        <w:jc w:val="right"/>
      </w:pPr>
      <w:r>
        <w:t>ہے بالکل لفظاً درست ہے انتھم العالون ان کنتم مومنین۔</w:t>
      </w:r>
    </w:p>
    <w:p>
      <w:r>
        <w:rPr>
          <w:b/>
        </w:rPr>
        <w:t xml:space="preserve">[27:42] </w:t>
      </w:r>
      <w:r>
        <w:t>toh momin ka matlab yahi hai ke tum Allah ko chhod kar bomb ko aur gun ko apna</w:t>
      </w:r>
    </w:p>
    <w:p>
      <w:pPr>
        <w:jc w:val="right"/>
      </w:pPr>
      <w:r>
        <w:t>تو مومن کا مطلب یہی ہے کہ تم اللہ کو چھوڑ کر بم کو اور گن کو اپنا</w:t>
      </w:r>
    </w:p>
    <w:p>
      <w:r>
        <w:rPr>
          <w:b/>
        </w:rPr>
        <w:t xml:space="preserve">[27:50] </w:t>
      </w:r>
      <w:r>
        <w:t>sab kuch na bana lo.</w:t>
      </w:r>
    </w:p>
    <w:p>
      <w:pPr>
        <w:jc w:val="right"/>
      </w:pPr>
      <w:r>
        <w:t>سب کچھ نہ بنا لو۔</w:t>
      </w:r>
    </w:p>
    <w:p>
      <w:r>
        <w:rPr>
          <w:b/>
        </w:rPr>
        <w:t xml:space="preserve">[27:52] </w:t>
      </w:r>
      <w:r>
        <w:t>Allah par bharosa karo, mamle ko Allah ke hawale karo.</w:t>
      </w:r>
    </w:p>
    <w:p>
      <w:pPr>
        <w:jc w:val="right"/>
      </w:pPr>
      <w:r>
        <w:t>اللہ پر بھروسہ کرو، معاملے کو اللہ کے حوالے کرو۔</w:t>
      </w:r>
    </w:p>
    <w:p>
      <w:r>
        <w:rPr>
          <w:b/>
        </w:rPr>
        <w:t xml:space="preserve">[27:56] </w:t>
      </w:r>
      <w:r>
        <w:t>gun aur bomb ke zariye doosron ko marne ke bajaye khud apne andar jhan ko ke tumhare andar Allah</w:t>
      </w:r>
    </w:p>
    <w:p>
      <w:pPr>
        <w:jc w:val="right"/>
      </w:pPr>
      <w:r>
        <w:t>گن اور بم کے ذریعے دوسروں کو مارنے کے بجائے خود اپنے اندر جھانکو کہ تمہارے اندر اللہ</w:t>
      </w:r>
    </w:p>
    <w:p>
      <w:r>
        <w:rPr>
          <w:b/>
        </w:rPr>
        <w:t xml:space="preserve">[28:04] </w:t>
      </w:r>
      <w:r>
        <w:t>par bharosa kitna hai.</w:t>
      </w:r>
    </w:p>
    <w:p>
      <w:pPr>
        <w:jc w:val="right"/>
      </w:pPr>
      <w:r>
        <w:t>پر بھروسہ کتنا ہے۔</w:t>
      </w:r>
    </w:p>
    <w:p>
      <w:r>
        <w:rPr>
          <w:b/>
        </w:rPr>
        <w:t xml:space="preserve">[28:05] </w:t>
      </w:r>
      <w:r>
        <w:t>aur sare mamle ko Allah ke hawale kar do.</w:t>
      </w:r>
    </w:p>
    <w:p>
      <w:pPr>
        <w:jc w:val="right"/>
      </w:pPr>
      <w:r>
        <w:t>اور سارے معاملے کو اللہ کے حوالے کر دو۔</w:t>
      </w:r>
    </w:p>
    <w:p>
      <w:r>
        <w:rPr>
          <w:b/>
        </w:rPr>
        <w:t xml:space="preserve">[28:09] </w:t>
      </w:r>
      <w:r>
        <w:t>ramzan mein aitkaf ki ayat aaye, woh bhi ek purasrar bana rakha hai logon ne.</w:t>
      </w:r>
    </w:p>
    <w:p>
      <w:pPr>
        <w:jc w:val="right"/>
      </w:pPr>
      <w:r>
        <w:t>رمضان میں اعتکاف کی آیت آئے، وہ بھی ایک پراسرار بنا رکھا ہے لوگوں نے۔</w:t>
      </w:r>
    </w:p>
    <w:p>
      <w:r>
        <w:rPr>
          <w:b/>
        </w:rPr>
        <w:t xml:space="preserve">[28:16] </w:t>
      </w:r>
      <w:r>
        <w:t>ajeeb o ghareeb matlab samajhte hain purasrar.</w:t>
      </w:r>
    </w:p>
    <w:p>
      <w:pPr>
        <w:jc w:val="right"/>
      </w:pPr>
      <w:r>
        <w:t>عجیب و غریب مطلب سمجھتے ہیں پراسرار۔</w:t>
      </w:r>
    </w:p>
    <w:p>
      <w:r>
        <w:rPr>
          <w:b/>
        </w:rPr>
        <w:t xml:space="preserve">[28:19] </w:t>
      </w:r>
      <w:r>
        <w:t>purasrar ka matlab yahi hai, yeh aitkaf ka matlab yahi hai ke muamla pesh hua masjid ke bahir,</w:t>
      </w:r>
    </w:p>
    <w:p>
      <w:pPr>
        <w:jc w:val="right"/>
      </w:pPr>
      <w:r>
        <w:t>پراسرار کا مطلب یہی ہے، یہ اعتکاف کا مطلب یہی ہے کہ معاملہ پیش ہوا مسجد کے باہر،</w:t>
      </w:r>
    </w:p>
    <w:p>
      <w:r>
        <w:rPr>
          <w:b/>
        </w:rPr>
        <w:t xml:space="preserve">[28:26] </w:t>
      </w:r>
      <w:r>
        <w:t>aap masjid mein aa kar duaen kar rahe hain.</w:t>
      </w:r>
    </w:p>
    <w:p>
      <w:pPr>
        <w:jc w:val="right"/>
      </w:pPr>
      <w:r>
        <w:t>آپ مسجد میں آ کر دعائیں کر رہے ہیں۔</w:t>
      </w:r>
    </w:p>
    <w:p>
      <w:r>
        <w:rPr>
          <w:b/>
        </w:rPr>
        <w:t xml:space="preserve">[28:30] </w:t>
      </w:r>
      <w:r>
        <w:t>aitkaf kiya jata hai masjid mein.</w:t>
      </w:r>
    </w:p>
    <w:p>
      <w:pPr>
        <w:jc w:val="right"/>
      </w:pPr>
      <w:r>
        <w:t>اعتکاف کیا جاتا ہے مسجد میں۔</w:t>
      </w:r>
    </w:p>
    <w:p>
      <w:r>
        <w:rPr>
          <w:b/>
        </w:rPr>
        <w:t xml:space="preserve">[28:33] </w:t>
      </w:r>
      <w:r>
        <w:t>to log samajhte hain ke aitkaf koi bohat hi purasrar cheez hai, koi mysterious cheez hai.</w:t>
      </w:r>
    </w:p>
    <w:p>
      <w:pPr>
        <w:jc w:val="right"/>
      </w:pPr>
      <w:r>
        <w:t>تو لوگ سمجھتے ہیں کہ اعتکاف کوئی بہت ہی پراسرار چیز ہے، کوئی مسٹیریس چیز ہے۔</w:t>
      </w:r>
    </w:p>
    <w:p>
      <w:r>
        <w:rPr>
          <w:b/>
        </w:rPr>
        <w:t xml:space="preserve">[28:40] </w:t>
      </w:r>
      <w:r>
        <w:t>nahin.</w:t>
      </w:r>
    </w:p>
    <w:p>
      <w:pPr>
        <w:jc w:val="right"/>
      </w:pPr>
      <w:r>
        <w:t>نہیں۔</w:t>
      </w:r>
    </w:p>
    <w:p>
      <w:r>
        <w:rPr>
          <w:b/>
        </w:rPr>
        <w:t xml:space="preserve">[28:41] </w:t>
      </w:r>
      <w:r>
        <w:t>ek saada harkat hai.</w:t>
      </w:r>
    </w:p>
    <w:p>
      <w:pPr>
        <w:jc w:val="right"/>
      </w:pPr>
      <w:r>
        <w:t>ایک سادہ حرکت ہے۔</w:t>
      </w:r>
    </w:p>
    <w:p>
      <w:r>
        <w:rPr>
          <w:b/>
        </w:rPr>
        <w:t xml:space="preserve">[28:43] </w:t>
      </w:r>
      <w:r>
        <w:t>is ka matlab hai ke muamla jo pesh aaya external world mein, aap daud kar gaye Allah ke</w:t>
      </w:r>
    </w:p>
    <w:p>
      <w:pPr>
        <w:jc w:val="right"/>
      </w:pPr>
      <w:r>
        <w:t>اس کا مطلب ہے کہ معاملہ جو پیش آیا ایکسٹرنل ورلڈ میں، آپ دوڑ کر گئے اللہ کے</w:t>
      </w:r>
    </w:p>
    <w:p>
      <w:r>
        <w:rPr>
          <w:b/>
        </w:rPr>
        <w:t xml:space="preserve">[28:51] </w:t>
      </w:r>
      <w:r>
        <w:t>paros mein.</w:t>
      </w:r>
    </w:p>
    <w:p>
      <w:pPr>
        <w:jc w:val="right"/>
      </w:pPr>
      <w:r>
        <w:t>پڑوس میں۔</w:t>
      </w:r>
    </w:p>
    <w:p>
      <w:r>
        <w:rPr>
          <w:b/>
        </w:rPr>
        <w:t xml:space="preserve">[28:52] </w:t>
      </w:r>
      <w:r>
        <w:t>muamla pesh aaya masjid ke bahir, aap daud ke gaye aur aitkaf kar ke Allah se duaen karne</w:t>
      </w:r>
    </w:p>
    <w:p>
      <w:pPr>
        <w:jc w:val="right"/>
      </w:pPr>
      <w:r>
        <w:t>معاملہ پیش آیا مسجد کے باہر، آپ دوڑ کے گئے اور اعتکاف کر کے اللہ سے دعائیں کرنے</w:t>
      </w:r>
    </w:p>
    <w:p>
      <w:r>
        <w:rPr>
          <w:b/>
        </w:rPr>
        <w:t xml:space="preserve">[29:00] </w:t>
      </w:r>
      <w:r>
        <w:t>lage, quran parhne lage.</w:t>
      </w:r>
    </w:p>
    <w:p>
      <w:pPr>
        <w:jc w:val="right"/>
      </w:pPr>
      <w:r>
        <w:t>لگے، قرآن پڑھنے لگے۔</w:t>
      </w:r>
    </w:p>
    <w:p>
      <w:r>
        <w:rPr>
          <w:b/>
        </w:rPr>
        <w:t xml:space="preserve">[29:02] </w:t>
      </w:r>
      <w:r>
        <w:t>aisa aap karen to zaroor madad hogi aap ki.</w:t>
      </w:r>
    </w:p>
    <w:p>
      <w:pPr>
        <w:jc w:val="right"/>
      </w:pPr>
      <w:r>
        <w:t>ایسا آپ کریں تو ضرور مدد ہوگی آپ کی۔</w:t>
      </w:r>
    </w:p>
    <w:p>
      <w:r>
        <w:rPr>
          <w:b/>
        </w:rPr>
        <w:t xml:space="preserve">[29:05] </w:t>
      </w:r>
      <w:r>
        <w:t>aur waqai yeh waqia yeh sach much aisa pesh aaya.</w:t>
      </w:r>
    </w:p>
    <w:p>
      <w:pPr>
        <w:jc w:val="right"/>
      </w:pPr>
      <w:r>
        <w:t>اور واقعی یہ واقعہ یہ سچ مچ ایسا پیش آیا۔</w:t>
      </w:r>
    </w:p>
    <w:p>
      <w:r>
        <w:rPr>
          <w:b/>
        </w:rPr>
        <w:t xml:space="preserve">[29:10] </w:t>
      </w:r>
      <w:r>
        <w:t>ek ek ek maqam ek sahib ne bataya mujhe ke un ke maqam par, ghaliban south ka koi</w:t>
      </w:r>
    </w:p>
    <w:p>
      <w:pPr>
        <w:jc w:val="right"/>
      </w:pPr>
      <w:r>
        <w:t>ایک ایک ایک مقام ایک صاحب نے بتایا مجھے کہ ان کے مقام پر، غالباً ساؤتھ کا کوئی</w:t>
      </w:r>
    </w:p>
    <w:p>
      <w:r>
        <w:rPr>
          <w:b/>
        </w:rPr>
        <w:t xml:space="preserve">[29:17] </w:t>
      </w:r>
      <w:r>
        <w:t>waqia hai, unhon ne apni diary mein likha hai is ke naam bana.</w:t>
      </w:r>
    </w:p>
    <w:p>
      <w:pPr>
        <w:jc w:val="right"/>
      </w:pPr>
      <w:r>
        <w:t>واقعہ ہے، انہوں نے اپنی ڈائری میں لکھا ہے اس کے نام بنا۔</w:t>
      </w:r>
    </w:p>
    <w:p>
      <w:r>
        <w:rPr>
          <w:b/>
        </w:rPr>
        <w:t xml:space="preserve">[29:23] </w:t>
      </w:r>
      <w:r>
        <w:t>to wahan ek aalim thay, to kuch log un ke paas aaye ke hum ne pata chalaya ke</w:t>
      </w:r>
    </w:p>
    <w:p>
      <w:pPr>
        <w:jc w:val="right"/>
      </w:pPr>
      <w:r>
        <w:t>تو وہاں ایک عالم تھے، تو کچھ لوگ ان کے پاس آئے کہ ہم نے پتہ چلایا کہ</w:t>
      </w:r>
    </w:p>
    <w:p>
      <w:r>
        <w:rPr>
          <w:b/>
        </w:rPr>
        <w:t xml:space="preserve">[29:31] </w:t>
      </w:r>
      <w:r>
        <w:t>jo yeh jo commercial element hai, yahan fasad karne wala hai.</w:t>
      </w:r>
    </w:p>
    <w:p>
      <w:pPr>
        <w:jc w:val="right"/>
      </w:pPr>
      <w:r>
        <w:t>جو یہ جو کمرل ایلیمنٹ ہے، یہاں فساد کرنے والا ہے۔</w:t>
      </w:r>
    </w:p>
    <w:p>
      <w:r>
        <w:rPr>
          <w:b/>
        </w:rPr>
        <w:t xml:space="preserve">[29:35] </w:t>
      </w:r>
      <w:r>
        <w:t>un ka jo naqsha hai woh yeh hai ke juloos nikalo aur masjid ke samne ja kar khoob</w:t>
      </w:r>
    </w:p>
    <w:p>
      <w:pPr>
        <w:jc w:val="right"/>
      </w:pPr>
      <w:r>
        <w:t>ان کا جو نقشہ ہے وہ یہ ہے کہ جلوس نکالو اور مسجد کے سامنے جا کر خوب</w:t>
      </w:r>
    </w:p>
    <w:p>
      <w:r>
        <w:rPr>
          <w:b/>
        </w:rPr>
        <w:t xml:space="preserve">[29:43] </w:t>
      </w:r>
      <w:r>
        <w:t>naare lagao.</w:t>
      </w:r>
    </w:p>
    <w:p>
      <w:pPr>
        <w:jc w:val="right"/>
      </w:pPr>
      <w:r>
        <w:t>نعرے لگاؤ۔</w:t>
      </w:r>
    </w:p>
    <w:p>
      <w:r>
        <w:rPr>
          <w:b/>
        </w:rPr>
        <w:t xml:space="preserve">[29:45] </w:t>
      </w:r>
      <w:r>
        <w:t>musalman bharkayen ge, bharkayen ge to aayen ge, pathar maren ge, bas hamein mauqa mil jaye ga, hum</w:t>
      </w:r>
    </w:p>
    <w:p>
      <w:pPr>
        <w:jc w:val="right"/>
      </w:pPr>
      <w:r>
        <w:t>مسلمان بھڑکائیں گے، بھڑکائیں گے تو آئیں گے، پتھر ماریں گے، بس ہمیں موقع مل جائے گا، ہم</w:t>
      </w:r>
    </w:p>
    <w:p>
      <w:r>
        <w:rPr>
          <w:b/>
        </w:rPr>
        <w:t xml:space="preserve">[29:52] </w:t>
      </w:r>
      <w:r>
        <w:t>un ko maren ge.</w:t>
      </w:r>
    </w:p>
    <w:p>
      <w:pPr>
        <w:jc w:val="right"/>
      </w:pPr>
      <w:r>
        <w:t>ان کو ماریں گے۔</w:t>
      </w:r>
    </w:p>
    <w:p>
      <w:r>
        <w:rPr>
          <w:b/>
        </w:rPr>
        <w:t xml:space="preserve">[29:54] </w:t>
      </w:r>
      <w:r>
        <w:t>to aalim ne kaha ke yeh to bohat aasan hai.</w:t>
      </w:r>
    </w:p>
    <w:p>
      <w:pPr>
        <w:jc w:val="right"/>
      </w:pPr>
      <w:r>
        <w:t>تو عالم نے کہا کہ یہ تو بہت آسان ہے۔</w:t>
      </w:r>
    </w:p>
    <w:p>
      <w:r>
        <w:rPr>
          <w:b/>
        </w:rPr>
        <w:t xml:space="preserve">[29:58] </w:t>
      </w:r>
      <w:r>
        <w:t>jab juloos nikle aur yahan aa kar naare lagaye to tum masjid mein jama ho jao.</w:t>
      </w:r>
    </w:p>
    <w:p>
      <w:pPr>
        <w:jc w:val="right"/>
      </w:pPr>
      <w:r>
        <w:t>جب جلوس نکلے اور یہاں آ کر نعرے لگائے تو تم مسجد میں جمع ہو جاؤ۔</w:t>
      </w:r>
    </w:p>
    <w:p>
      <w:r>
        <w:rPr>
          <w:b/>
        </w:rPr>
        <w:t xml:space="preserve">[30:05] </w:t>
      </w:r>
      <w:r>
        <w:t>masjid mein sab jagah hum aitkaf kar rahe hain, wahan duaen karo.</w:t>
      </w:r>
    </w:p>
    <w:p>
      <w:pPr>
        <w:jc w:val="right"/>
      </w:pPr>
      <w:r>
        <w:t>مسجد میں سب جگہ ہم اعتکاف کر رہے ہیں، وہاں دعائیں کرو۔</w:t>
      </w:r>
    </w:p>
    <w:p>
      <w:r>
        <w:rPr>
          <w:b/>
        </w:rPr>
        <w:t xml:space="preserve">[30:10] </w:t>
      </w:r>
      <w:r>
        <w:t>nah bharkao, nah pathar maro, kuch nahin.</w:t>
      </w:r>
    </w:p>
    <w:p>
      <w:pPr>
        <w:jc w:val="right"/>
      </w:pPr>
      <w:r>
        <w:t>نہ بھڑکو، نہ پتھر مارو، کچھ نہیں۔</w:t>
      </w:r>
    </w:p>
    <w:p>
      <w:r>
        <w:rPr>
          <w:b/>
        </w:rPr>
        <w:t xml:space="preserve">[30:13] </w:t>
      </w:r>
      <w:r>
        <w:t>aur waqai to aise hi hua.</w:t>
      </w:r>
    </w:p>
    <w:p>
      <w:pPr>
        <w:jc w:val="right"/>
      </w:pPr>
      <w:r>
        <w:t>اور واقعی تو ایسے ہی ہوا۔</w:t>
      </w:r>
    </w:p>
    <w:p>
      <w:r>
        <w:rPr>
          <w:b/>
        </w:rPr>
        <w:t xml:space="preserve">[30:16] </w:t>
      </w:r>
      <w:r>
        <w:t>jab wahan jaloos aaya, masjid ke samne ruka aur nare laga.</w:t>
      </w:r>
    </w:p>
    <w:p>
      <w:pPr>
        <w:jc w:val="right"/>
      </w:pPr>
      <w:r>
        <w:t>جب وہاں جلوس آیا، مسجد کے سامنے رکا اور نعرے لگا۔</w:t>
      </w:r>
    </w:p>
    <w:p>
      <w:r>
        <w:rPr>
          <w:b/>
        </w:rPr>
        <w:t xml:space="preserve">[30:21] </w:t>
      </w:r>
      <w:r>
        <w:t>to logon ne kya kiya, woh pehle se masjid mein ikattha ho gaye thay.</w:t>
      </w:r>
    </w:p>
    <w:p>
      <w:pPr>
        <w:jc w:val="right"/>
      </w:pPr>
      <w:r>
        <w:t>تو لوگوں نے کیا کیا، وہ پہلے سے مسجد میں اکٹھا ہو گئے تھے۔</w:t>
      </w:r>
    </w:p>
    <w:p>
      <w:r>
        <w:rPr>
          <w:b/>
        </w:rPr>
        <w:t xml:space="preserve">[30:27] </w:t>
      </w:r>
      <w:r>
        <w:t>koi jawab nahin, koi koi pathar nahin, kuch nahin.</w:t>
      </w:r>
    </w:p>
    <w:p>
      <w:pPr>
        <w:jc w:val="right"/>
      </w:pPr>
      <w:r>
        <w:t>کوئی جواب نہیں، کوئی کوئی پتھر نہیں، کچھ نہیں۔</w:t>
      </w:r>
    </w:p>
    <w:p>
      <w:r>
        <w:rPr>
          <w:b/>
        </w:rPr>
        <w:t xml:space="preserve">[30:30] </w:t>
      </w:r>
      <w:r>
        <w:t>namaz parh rahe hain, quran parh rahe hain, duaen kar rahe hain.</w:t>
      </w:r>
    </w:p>
    <w:p>
      <w:pPr>
        <w:jc w:val="right"/>
      </w:pPr>
      <w:r>
        <w:t>نماز پڑھ رہے ہیں، قرآن پڑھ رہے ہیں، دعائیں کر رہے ہیں۔</w:t>
      </w:r>
    </w:p>
    <w:p>
      <w:r>
        <w:rPr>
          <w:b/>
        </w:rPr>
        <w:t xml:space="preserve">[30:36] </w:t>
      </w:r>
      <w:r>
        <w:t>aur kuch der tak woh log nare lagate rahe, is bas chale gaye, aage chale gaye.</w:t>
      </w:r>
    </w:p>
    <w:p>
      <w:pPr>
        <w:jc w:val="right"/>
      </w:pPr>
      <w:r>
        <w:t>اور کچھ دیر تک وہ لوگ نعرے لگاتے رہے، اس بس چلے گئے، آگے چلے گئے۔</w:t>
      </w:r>
    </w:p>
    <w:p>
      <w:r>
        <w:rPr>
          <w:b/>
        </w:rPr>
        <w:t xml:space="preserve">[30:42] </w:t>
      </w:r>
      <w:r>
        <w:t>yeh hai sacha hal rasool Allah ki sunnat ki roshni mein.</w:t>
      </w:r>
    </w:p>
    <w:p>
      <w:pPr>
        <w:jc w:val="right"/>
      </w:pPr>
      <w:r>
        <w:t>یہ ہے سچا حل رسول اللہ کی سنت کی روشنی میں۔</w:t>
      </w:r>
    </w:p>
    <w:p>
      <w:r>
        <w:rPr>
          <w:b/>
        </w:rPr>
        <w:t xml:space="preserve">[30:47] </w:t>
      </w:r>
      <w:r>
        <w:t>rasool Allah ko jab makkah mein challenge mila to aap nah lade, nah kuch kiya.</w:t>
      </w:r>
    </w:p>
    <w:p>
      <w:pPr>
        <w:jc w:val="right"/>
      </w:pPr>
      <w:r>
        <w:t>رسول اللہ کو جب مکہ میں چیلنج ملا تو آپ نہ لڑے، نہ کچھ کیا۔</w:t>
      </w:r>
    </w:p>
    <w:p>
      <w:r>
        <w:rPr>
          <w:b/>
        </w:rPr>
        <w:t xml:space="preserve">[30:54] </w:t>
      </w:r>
      <w:r>
        <w:t>balkeh khamoshi ke sath aap madina chale gaye.</w:t>
      </w:r>
    </w:p>
    <w:p>
      <w:pPr>
        <w:jc w:val="right"/>
      </w:pPr>
      <w:r>
        <w:t>بلکہ خاموشی کے ساتھ آپ مدینہ چلے گئے۔</w:t>
      </w:r>
    </w:p>
    <w:p>
      <w:r>
        <w:rPr>
          <w:b/>
        </w:rPr>
        <w:t xml:space="preserve">[30:57] </w:t>
      </w:r>
      <w:r>
        <w:t>is silsile mein ek bohat hi bohat hi naseehat aamez waqia ek hai ke jab hijrat ka waqt</w:t>
      </w:r>
    </w:p>
    <w:p>
      <w:pPr>
        <w:jc w:val="right"/>
      </w:pPr>
      <w:r>
        <w:t>اس سلسلے میں ایک بہت ہی بہت ہی نصیحت آمیز واقعہ ایک ہے کہ جب ہجرت کا وقت</w:t>
      </w:r>
    </w:p>
    <w:p>
      <w:r>
        <w:rPr>
          <w:b/>
        </w:rPr>
        <w:t xml:space="preserve">[31:05] </w:t>
      </w:r>
      <w:r>
        <w:t>aaya to hazrat umar ne kaha ke mein to khullam khulla hijrat karunga.</w:t>
      </w:r>
    </w:p>
    <w:p>
      <w:pPr>
        <w:jc w:val="right"/>
      </w:pPr>
      <w:r>
        <w:t>آیا تو حضرت عمر نے کہا کہ میں تو کھلم کھلا ہجرت کروں گا۔</w:t>
      </w:r>
    </w:p>
    <w:p>
      <w:r>
        <w:rPr>
          <w:b/>
        </w:rPr>
        <w:t xml:space="preserve">[31:11] </w:t>
      </w:r>
      <w:r>
        <w:t>aap hazrat umar gaye kaba mein, kaba mein ja kar elan kiya ke mein kal makkah chhod ke</w:t>
      </w:r>
    </w:p>
    <w:p>
      <w:pPr>
        <w:jc w:val="right"/>
      </w:pPr>
      <w:r>
        <w:t>آپ حضرت عمر گئے کعبہ میں، کعبہ میں جا کر اعلان کیا کہ میں کل مکہ چھوڑ کے</w:t>
      </w:r>
    </w:p>
    <w:p>
      <w:r>
        <w:rPr>
          <w:b/>
        </w:rPr>
        <w:t xml:space="preserve">[31:18] </w:t>
      </w:r>
      <w:r>
        <w:t>madina jane wala hoon.</w:t>
      </w:r>
    </w:p>
    <w:p>
      <w:pPr>
        <w:jc w:val="right"/>
      </w:pPr>
      <w:r>
        <w:t>مدینہ جانے والا ہوں۔</w:t>
      </w:r>
    </w:p>
    <w:p>
      <w:r>
        <w:rPr>
          <w:b/>
        </w:rPr>
        <w:t xml:space="preserve">[31:20] </w:t>
      </w:r>
      <w:r>
        <w:t>jo aadmi apni biwi ko bewa banana chahe, apne bachon ko yateem banana chahe to aaye, mujhe roke.</w:t>
      </w:r>
    </w:p>
    <w:p>
      <w:pPr>
        <w:jc w:val="right"/>
      </w:pPr>
      <w:r>
        <w:t>جو آدمی اپنی بیوی کو بیوہ بنانا چاہے، اپنے بچوں کو یتیم بنانا چاہے تو آئے، مجھے روکے۔</w:t>
      </w:r>
    </w:p>
    <w:p>
      <w:r>
        <w:rPr>
          <w:b/>
        </w:rPr>
        <w:t xml:space="preserve">[31:28] </w:t>
      </w:r>
      <w:r>
        <w:t>achha, lekin rasool Allah ne kya kiya? rasool Allah ne kya kiya? rasool Allah back door se khamoshi</w:t>
      </w:r>
    </w:p>
    <w:p>
      <w:pPr>
        <w:jc w:val="right"/>
      </w:pPr>
      <w:r>
        <w:t>اچھا، لیکن رسول اللہ نے کیا کیا؟ رسول اللہ نے کیا کیا؟ رسول اللہ بیک ڈور سے خاموشی</w:t>
      </w:r>
    </w:p>
    <w:p>
      <w:r>
        <w:rPr>
          <w:b/>
        </w:rPr>
        <w:t xml:space="preserve">[31:36] </w:t>
      </w:r>
      <w:r>
        <w:t>ke sath nikal gaye.</w:t>
      </w:r>
    </w:p>
    <w:p>
      <w:pPr>
        <w:jc w:val="right"/>
      </w:pPr>
      <w:r>
        <w:t>کے ساتھ نکل گئے۔</w:t>
      </w:r>
    </w:p>
    <w:p>
      <w:r>
        <w:rPr>
          <w:b/>
        </w:rPr>
        <w:t xml:space="preserve">[31:37] </w:t>
      </w:r>
      <w:r>
        <w:t>yeh bohat aham baat hai ke jis din aap ne hijrat ki hai makkah se to hazrat khadija</w:t>
      </w:r>
    </w:p>
    <w:p>
      <w:pPr>
        <w:jc w:val="right"/>
      </w:pPr>
      <w:r>
        <w:t>یہ بہت اہم بات ہے کہ جس دن آپ نے ہجرت کی ہے مکہ سے تو حضرت خدیجہ</w:t>
      </w:r>
    </w:p>
    <w:p>
      <w:r>
        <w:rPr>
          <w:b/>
        </w:rPr>
        <w:t xml:space="preserve">[31:45] </w:t>
      </w:r>
      <w:r>
        <w:t>ke ghar mein thay aap.</w:t>
      </w:r>
    </w:p>
    <w:p>
      <w:pPr>
        <w:jc w:val="right"/>
      </w:pPr>
      <w:r>
        <w:t>کے گھر میں تھے آپ۔</w:t>
      </w:r>
    </w:p>
    <w:p>
      <w:r>
        <w:rPr>
          <w:b/>
        </w:rPr>
        <w:t xml:space="preserve">[31:47] </w:t>
      </w:r>
      <w:r>
        <w:t>back door se nikle aap aur madine ki taraf jane ke bajaye ulti taraf gaye aur char kilometer</w:t>
      </w:r>
    </w:p>
    <w:p>
      <w:pPr>
        <w:jc w:val="right"/>
      </w:pPr>
      <w:r>
        <w:t>بیک ڈور سے نکلے آپ اور مدینے کی طرف جانے کے بجائے الٹی طرف گئے اور چار کلومیٹر</w:t>
      </w:r>
    </w:p>
    <w:p>
      <w:r>
        <w:rPr>
          <w:b/>
        </w:rPr>
        <w:t xml:space="preserve">[31:55] </w:t>
      </w:r>
      <w:r>
        <w:t>door ja kar ghar thaur mein panah liya.</w:t>
      </w:r>
    </w:p>
    <w:p>
      <w:pPr>
        <w:jc w:val="right"/>
      </w:pPr>
      <w:r>
        <w:t>دور جا کر غار ثور میں پناہ لیا۔</w:t>
      </w:r>
    </w:p>
    <w:p>
      <w:r>
        <w:rPr>
          <w:b/>
        </w:rPr>
        <w:t xml:space="preserve">[31:58] </w:t>
      </w:r>
      <w:r>
        <w:t>to sunnat jo hai yeh yeh hai.</w:t>
      </w:r>
    </w:p>
    <w:p>
      <w:pPr>
        <w:jc w:val="right"/>
      </w:pPr>
      <w:r>
        <w:t>تو سنت جو ہے یہ یہ ہے۔</w:t>
      </w:r>
    </w:p>
    <w:p>
      <w:r>
        <w:rPr>
          <w:b/>
        </w:rPr>
        <w:t xml:space="preserve">[32:01] </w:t>
      </w:r>
      <w:r>
        <w:t>isi ka naam hai sabr, isi ka naam hai Allah par bharosa, isi ka naam hai positive planning.</w:t>
      </w:r>
    </w:p>
    <w:p>
      <w:pPr>
        <w:jc w:val="right"/>
      </w:pPr>
      <w:r>
        <w:t>اسی کا نام ہے صبر، اسی کا نام ہے اللہ پر بھروسہ، اسی کا نام ہے پازیٹیو پلاننگ۔</w:t>
      </w:r>
    </w:p>
    <w:p>
      <w:r>
        <w:rPr>
          <w:b/>
        </w:rPr>
        <w:t xml:space="preserve">[32:09] </w:t>
      </w:r>
      <w:r>
        <w:t>to an'tumul a'aloon in kuntum mu'mineen ka matlab yahi hai.</w:t>
      </w:r>
    </w:p>
    <w:p>
      <w:pPr>
        <w:jc w:val="right"/>
      </w:pPr>
      <w:r>
        <w:t>تو انتھم العالون ان کنتم مومنین کا مطلب یہی ہے۔</w:t>
      </w:r>
    </w:p>
    <w:p>
      <w:r>
        <w:rPr>
          <w:b/>
        </w:rPr>
        <w:t xml:space="preserve">[32:13] </w:t>
      </w:r>
      <w:r>
        <w:t>mu'mineen ka matlab yeh nahin ke aap ne kalma padh liya to bas kafi hai.</w:t>
      </w:r>
    </w:p>
    <w:p>
      <w:pPr>
        <w:jc w:val="right"/>
      </w:pPr>
      <w:r>
        <w:t>مومنین کا معنی یہ نہیں کہ آپ نے کلمہ پڑھ لیا تو بس کافی ہے۔</w:t>
      </w:r>
    </w:p>
    <w:p>
      <w:r>
        <w:rPr>
          <w:b/>
        </w:rPr>
        <w:t xml:space="preserve">[32:20] </w:t>
      </w:r>
      <w:r>
        <w:t>antham al-aloon an kuntum momineen ka matlab yeh nahin ke kalma parh liya to bas ho gaya sab</w:t>
      </w:r>
    </w:p>
    <w:p>
      <w:pPr>
        <w:jc w:val="right"/>
      </w:pPr>
      <w:r>
        <w:t>انتھم العالون ان کنتم مومنین کا مطلب یہ نہیں کہ کلمہ پڑھ لیا تو بس ہو گیا سب</w:t>
      </w:r>
    </w:p>
    <w:p>
      <w:r>
        <w:rPr>
          <w:b/>
        </w:rPr>
        <w:t xml:space="preserve">[32:27] </w:t>
      </w:r>
      <w:r>
        <w:t>kuchh.</w:t>
      </w:r>
    </w:p>
    <w:p>
      <w:pPr>
        <w:jc w:val="right"/>
      </w:pPr>
      <w:r>
        <w:t>کچھ۔</w:t>
      </w:r>
    </w:p>
    <w:p>
      <w:r>
        <w:rPr>
          <w:b/>
        </w:rPr>
        <w:t xml:space="preserve">[32:29] </w:t>
      </w:r>
      <w:r>
        <w:t>nahin.</w:t>
      </w:r>
    </w:p>
    <w:p>
      <w:pPr>
        <w:jc w:val="right"/>
      </w:pPr>
      <w:r>
        <w:t>نہیں۔</w:t>
      </w:r>
    </w:p>
    <w:p>
      <w:r>
        <w:rPr>
          <w:b/>
        </w:rPr>
        <w:t xml:space="preserve">[32:30] </w:t>
      </w:r>
      <w:r>
        <w:t>kalma to iqrar hota hai, azm hota hai.</w:t>
      </w:r>
    </w:p>
    <w:p>
      <w:pPr>
        <w:jc w:val="right"/>
      </w:pPr>
      <w:r>
        <w:t>کلمہ تو اقرار ہوتا ہے، عزم ہوتا ہے۔</w:t>
      </w:r>
    </w:p>
    <w:p>
      <w:r>
        <w:rPr>
          <w:b/>
        </w:rPr>
        <w:t xml:space="preserve">[32:34] </w:t>
      </w:r>
      <w:r>
        <w:t>to an kuntum momineen ka matlab yeh hai ke agar tum ne sach much Allah ko daryaft kiya</w:t>
      </w:r>
    </w:p>
    <w:p>
      <w:pPr>
        <w:jc w:val="right"/>
      </w:pPr>
      <w:r>
        <w:t>تو ان کنتم مومنین کا مطلب یہ ہے کہ اگر تم نے سچ مچ اللہ کو دریافت کیا</w:t>
      </w:r>
    </w:p>
    <w:p>
      <w:r>
        <w:rPr>
          <w:b/>
        </w:rPr>
        <w:t xml:space="preserve">[32:42] </w:t>
      </w:r>
      <w:r>
        <w:t>hai, Allah par tum par bharosa hai, tum sabr ke tareeqe par qaim ho.</w:t>
      </w:r>
    </w:p>
    <w:p>
      <w:pPr>
        <w:jc w:val="right"/>
      </w:pPr>
      <w:r>
        <w:t>ہے، اللہ پر تم پر بھروسہ ہے، تم صبر کے طریقے پر قائم ہو۔</w:t>
      </w:r>
    </w:p>
    <w:p>
      <w:r>
        <w:rPr>
          <w:b/>
        </w:rPr>
        <w:t xml:space="preserve">[32:48] </w:t>
      </w:r>
      <w:r>
        <w:t>jo Allah ne sirat-e-mustaqeem batai hai, us par chal rahe ho.</w:t>
      </w:r>
    </w:p>
    <w:p>
      <w:pPr>
        <w:jc w:val="right"/>
      </w:pPr>
      <w:r>
        <w:t>جو اللہ نے صراط مستقیم بتائی ہے، اس پر چل رہے ہو۔</w:t>
      </w:r>
    </w:p>
    <w:p>
      <w:r>
        <w:rPr>
          <w:b/>
        </w:rPr>
        <w:t xml:space="preserve">[32:53] </w:t>
      </w:r>
      <w:r>
        <w:t>woh sirat-e-mustaqeem kya hai? positive planning, reaction se bachna.</w:t>
      </w:r>
    </w:p>
    <w:p>
      <w:pPr>
        <w:jc w:val="right"/>
      </w:pPr>
      <w:r>
        <w:t>وہ صراط مستقیم کیا ہے؟ پازیٹیو پلاننگ، ری ایکشن سے بچنا۔</w:t>
      </w:r>
    </w:p>
    <w:p>
      <w:r>
        <w:rPr>
          <w:b/>
        </w:rPr>
        <w:t xml:space="preserve">[32:57] </w:t>
      </w:r>
      <w:r>
        <w:t>yeh sab karen to Allah aap ke sath hai.</w:t>
      </w:r>
    </w:p>
    <w:p>
      <w:pPr>
        <w:jc w:val="right"/>
      </w:pPr>
      <w:r>
        <w:t>یہ سب کریں تو اللہ آپ کے ساتھ ہے۔</w:t>
      </w:r>
    </w:p>
    <w:p>
      <w:r>
        <w:rPr>
          <w:b/>
        </w:rPr>
        <w:t xml:space="preserve">[33:01] </w:t>
      </w:r>
      <w:r>
        <w:t>to yeh sabaq hai jo mujhe Ramzan ke is mahine mein mila.</w:t>
      </w:r>
    </w:p>
    <w:p>
      <w:pPr>
        <w:jc w:val="right"/>
      </w:pPr>
      <w:r>
        <w:t>تو یہ سبق ہے جو مجھے رمضان کے اس مہینے میں ملا۔</w:t>
      </w:r>
    </w:p>
    <w:p>
      <w:r>
        <w:rPr>
          <w:b/>
        </w:rPr>
        <w:t xml:space="preserve">[33:06] </w:t>
      </w:r>
      <w:r>
        <w:t>main dua karta hoon ke Allah taala mujh ko aur aap ko tofeeq de ke hum is sabaq</w:t>
      </w:r>
    </w:p>
    <w:p>
      <w:pPr>
        <w:jc w:val="right"/>
      </w:pPr>
      <w:r>
        <w:t>میں دعا کرتا ہوں کہ اللہ تعالیٰ مجھ کو اور آپ کو توفیق دے کہ ہم اس سبق</w:t>
      </w:r>
    </w:p>
    <w:p>
      <w:r>
        <w:rPr>
          <w:b/>
        </w:rPr>
        <w:t xml:space="preserve">[33:14] </w:t>
      </w:r>
      <w:r>
        <w:t>ko pakren aur is ke mutabiq apni zindagi ki planning karen.</w:t>
      </w:r>
    </w:p>
    <w:p>
      <w:pPr>
        <w:jc w:val="right"/>
      </w:pPr>
      <w:r>
        <w:t>کو پکڑیں اور اس کے مطابق اپنی زندگی کی پلاننگ کریں۔</w:t>
      </w:r>
    </w:p>
    <w:p>
      <w:r>
        <w:rPr>
          <w:b/>
        </w:rPr>
        <w:t xml:space="preserve">[33:19] </w:t>
      </w:r>
      <w:r>
        <w:t>is tarah hum planning karenge to yaqeenan Allah hamare sath hoga, alag farishte hamare sath honge</w:t>
      </w:r>
    </w:p>
    <w:p>
      <w:pPr>
        <w:jc w:val="right"/>
      </w:pPr>
      <w:r>
        <w:t>اس طرح ہم پلاننگ کریں گے تو یقیناً اللہ ہمارے ساتھ ہوگا، الگ فرشتے ہمارے ساتھ ہوں گے</w:t>
      </w:r>
    </w:p>
    <w:p>
      <w:r>
        <w:rPr>
          <w:b/>
        </w:rPr>
        <w:t xml:space="preserve">[33:27] </w:t>
      </w:r>
      <w:r>
        <w:t>aur kamyabi hamari likh di jayegi.</w:t>
      </w:r>
    </w:p>
    <w:p>
      <w:pPr>
        <w:jc w:val="right"/>
      </w:pPr>
      <w:r>
        <w:t>اور کامیابی ہماری لکھ دی جائے گی۔</w:t>
      </w:r>
    </w:p>
    <w:p>
      <w:r>
        <w:rPr>
          <w:b/>
        </w:rPr>
        <w:t xml:space="preserve">[33:30] </w:t>
      </w:r>
      <w:r>
        <w:t>yeh mera yaqeen hai.</w:t>
      </w:r>
    </w:p>
    <w:p>
      <w:pPr>
        <w:jc w:val="right"/>
      </w:pPr>
      <w:r>
        <w:t>یہ میرا یقین ہے۔</w:t>
      </w:r>
    </w:p>
    <w:p>
      <w:r>
        <w:rPr>
          <w:b/>
        </w:rPr>
        <w:t xml:space="preserve">[33:31] </w:t>
      </w:r>
      <w:r>
        <w:t>assalam o alaikum wa rehmatullah wa barakatuh.</w:t>
      </w:r>
    </w:p>
    <w:p>
      <w:pPr>
        <w:jc w:val="right"/>
      </w:pPr>
      <w:r>
        <w:t>السلام علیکم ورحمتہ اللہ وبرکاتہ۔</w:t>
      </w:r>
    </w:p>
    <w:p>
      <w:r>
        <w:rPr>
          <w:b/>
        </w:rPr>
        <w:t xml:space="preserve">[33:33] </w:t>
      </w:r>
      <w:r>
        <w:t>Ya Allah, hum sab ki taraf se Quran ki is qirat ko qabool farma.</w:t>
      </w:r>
    </w:p>
    <w:p>
      <w:pPr>
        <w:jc w:val="right"/>
      </w:pPr>
      <w:r>
        <w:t>یا اللہ، ہم سب کی طرف سے قرآن کی اس قرأت کو قبول فرما۔</w:t>
      </w:r>
    </w:p>
    <w:p>
      <w:r>
        <w:rPr>
          <w:b/>
        </w:rPr>
        <w:t xml:space="preserve">[33:39] </w:t>
      </w:r>
      <w:r>
        <w:t>jo log yahan hain, un ki taraf se, jo door sun rahe hain, un ki taraf se.</w:t>
      </w:r>
    </w:p>
    <w:p>
      <w:pPr>
        <w:jc w:val="right"/>
      </w:pPr>
      <w:r>
        <w:t>جو لوگ یہاں ہیں، ان کی طرف سے، جو دور سن رہے ہیں، ان کی طرف سے۔</w:t>
      </w:r>
    </w:p>
    <w:p>
      <w:r>
        <w:rPr>
          <w:b/>
        </w:rPr>
        <w:t xml:space="preserve">[33:47] </w:t>
      </w:r>
      <w:r>
        <w:t>Ya Allah, hum ko tofeeq de ke hum Quran ke rastay par chalen.</w:t>
      </w:r>
    </w:p>
    <w:p>
      <w:pPr>
        <w:jc w:val="right"/>
      </w:pPr>
      <w:r>
        <w:t>یا اللہ، ہم کو توفیق دے کہ ہم قرآن کے راستے پر چلیں۔</w:t>
      </w:r>
    </w:p>
    <w:p>
      <w:r>
        <w:rPr>
          <w:b/>
        </w:rPr>
        <w:t xml:space="preserve">[33:52] </w:t>
      </w:r>
      <w:r>
        <w:t>Ya Allah, hum ko tofeeq de ke hum Quran ki awaz ko sari dunya mein phailayen.</w:t>
      </w:r>
    </w:p>
    <w:p>
      <w:pPr>
        <w:jc w:val="right"/>
      </w:pPr>
      <w:r>
        <w:t>یا اللہ، ہم کو توفیق دے کہ ہم قرآن کی آواز کو ساری دنیا میں پھیلائیں۔</w:t>
      </w:r>
    </w:p>
    <w:p>
      <w:r>
        <w:rPr>
          <w:b/>
        </w:rPr>
        <w:t xml:space="preserve">[33:59] </w:t>
      </w:r>
      <w:r>
        <w:t>Ya Allah, hum ko tofeeq de ke is se pehle farishta khara ho kar sur ki zaban mein</w:t>
      </w:r>
    </w:p>
    <w:p>
      <w:pPr>
        <w:jc w:val="right"/>
      </w:pPr>
      <w:r>
        <w:t>یا اللہ، ہم کو توفیق دے کہ اس سے پہلے فرشتہ کھڑا ہو کر سور کی زبان میں</w:t>
      </w:r>
    </w:p>
    <w:p>
      <w:r>
        <w:rPr>
          <w:b/>
        </w:rPr>
        <w:t xml:space="preserve">[34:07] </w:t>
      </w:r>
      <w:r>
        <w:t>logon ko bataye.</w:t>
      </w:r>
    </w:p>
    <w:p>
      <w:pPr>
        <w:jc w:val="right"/>
      </w:pPr>
      <w:r>
        <w:t>لوگوں کو بتائے۔</w:t>
      </w:r>
    </w:p>
    <w:p>
      <w:r>
        <w:rPr>
          <w:b/>
        </w:rPr>
        <w:t xml:space="preserve">[34:08] </w:t>
      </w:r>
      <w:r>
        <w:t>hum hum ko tofeeq de ke hum insani zaban mein tere paigham ko sare logon tak pohnchayen.</w:t>
      </w:r>
    </w:p>
    <w:p>
      <w:pPr>
        <w:jc w:val="right"/>
      </w:pPr>
      <w:r>
        <w:t>ہم ہم کو توفیق دے کہ ہم انسانی زبان میں تیرے پیغام کو سارے لوگوں تک پہنچائیں۔</w:t>
      </w:r>
    </w:p>
    <w:p>
      <w:r>
        <w:rPr>
          <w:b/>
        </w:rPr>
        <w:t xml:space="preserve">[34:16] </w:t>
      </w:r>
      <w:r>
        <w:t>Rabbana atina fid-dunya hasanah wa fil-akhirati hasanah wa qina azab-an-nar.</w:t>
      </w:r>
    </w:p>
    <w:p>
      <w:pPr>
        <w:jc w:val="right"/>
      </w:pPr>
      <w:r>
        <w:t>ربنا آتنا فی الدنیا حسنہ وفی الآخرة حسنہ وقنا عذاب النار۔</w:t>
      </w:r>
    </w:p>
    <w:p>
      <w:r>
        <w:rPr>
          <w:b/>
        </w:rPr>
        <w:t xml:space="preserve">[34:20] </w:t>
      </w:r>
      <w:r>
        <w:t>Rabbana taqabbal minna innaka antas-samee'ul-aleem wa tub 'alayna innaka antat-tawwabur-raheem wa sallallahu 'ala khayr</w:t>
      </w:r>
    </w:p>
    <w:p>
      <w:pPr>
        <w:jc w:val="right"/>
      </w:pPr>
      <w:r>
        <w:t>ربنا تقبل منا إنك أنت السميع العليم وتب علینا إنك أنت التواب الرحيم وصلی اللہ تعالیٰ علی خیر</w:t>
      </w:r>
    </w:p>
    <w:p>
      <w:r>
        <w:rPr>
          <w:b/>
        </w:rPr>
        <w:t xml:space="preserve">[34:28] </w:t>
      </w:r>
      <w:r>
        <w:t>khalaqahu Muhammad wa aalehi wa ashaabehi ajmaeen birahmatika ya arhamar raahimeen.</w:t>
      </w:r>
    </w:p>
    <w:p>
      <w:pPr>
        <w:jc w:val="right"/>
      </w:pPr>
      <w:r>
        <w:t>خلقہ محمد والہ واصحابہ اجمعین برحمتک یا ارحم الراحمین۔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