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Fasting A Revolutionary Concept June 19, 2016</w:t>
      </w:r>
    </w:p>
    <w:p>
      <w:r>
        <w:t>https://www.youtube.com/watch?v=BaDDGwzVuuc</w:t>
      </w:r>
    </w:p>
    <w:p>
      <w:r>
        <w:rPr>
          <w:b/>
        </w:rPr>
        <w:t xml:space="preserve">[00:14] </w:t>
      </w:r>
      <w:r>
        <w:t>bismillah hir rahman nir raheem, wa salla Allahu ala nabiyyil kareem.</w:t>
      </w:r>
    </w:p>
    <w:p>
      <w:pPr>
        <w:jc w:val="right"/>
      </w:pPr>
      <w:r>
        <w:t>بسم اللہ الرحمن الرحیم، وصلی اللہ علی نبی الکریم۔</w:t>
      </w:r>
    </w:p>
    <w:p>
      <w:r>
        <w:rPr>
          <w:b/>
        </w:rPr>
        <w:t xml:space="preserve">[00:17] </w:t>
      </w:r>
      <w:r>
        <w:t>rabbi ishrah li sadri, wa yassir li amri, wah lul uqdatan min lisaani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[00:23] </w:t>
      </w:r>
      <w:r>
        <w:t>19 June 2016.</w:t>
      </w:r>
    </w:p>
    <w:p>
      <w:pPr>
        <w:jc w:val="right"/>
      </w:pPr>
      <w:r>
        <w:t>19 June 2016۔</w:t>
      </w:r>
    </w:p>
    <w:p>
      <w:r>
        <w:rPr>
          <w:b/>
        </w:rPr>
        <w:t xml:space="preserve">[00:24] </w:t>
      </w:r>
      <w:r>
        <w:t>hadees mein Ramzan ke baare mein bohat se Rasool Allah sal Allahu alaihi wa sallam ke qaul aaye hain,</w:t>
      </w:r>
    </w:p>
    <w:p>
      <w:pPr>
        <w:jc w:val="right"/>
      </w:pPr>
      <w:r>
        <w:t>حدیث میں رمضان کے بارے میں بہت سے رسول اللہ صلی اللہ علیہ وسلم کے قول آئے ہیں،</w:t>
      </w:r>
    </w:p>
    <w:p>
      <w:r>
        <w:rPr>
          <w:b/>
        </w:rPr>
        <w:t xml:space="preserve">[00:32] </w:t>
      </w:r>
      <w:r>
        <w:t>is mein se ek yeh hai ke yuzdad feehi rizq ul momin.</w:t>
      </w:r>
    </w:p>
    <w:p>
      <w:pPr>
        <w:jc w:val="right"/>
      </w:pPr>
      <w:r>
        <w:t>اس میں سے ایک یہ ہے کہ يزداد فيه رزق المؤمن ۔</w:t>
      </w:r>
    </w:p>
    <w:p>
      <w:r>
        <w:rPr>
          <w:b/>
        </w:rPr>
        <w:t xml:space="preserve">[00:37] </w:t>
      </w:r>
      <w:r>
        <w:t>is mein is Ramzan mein momin ka rizq badha diya jaata hai.</w:t>
      </w:r>
    </w:p>
    <w:p>
      <w:pPr>
        <w:jc w:val="right"/>
      </w:pPr>
      <w:r>
        <w:t>اس میں اس رمضان میں مومن کا رزق بڑھا دیا جاتا ہے۔</w:t>
      </w:r>
    </w:p>
    <w:p>
      <w:r>
        <w:rPr>
          <w:b/>
        </w:rPr>
        <w:t xml:space="preserve">[00:42] </w:t>
      </w:r>
      <w:r>
        <w:t>yeh hadees mein 50 baras se jaanta hoon.</w:t>
      </w:r>
    </w:p>
    <w:p>
      <w:pPr>
        <w:jc w:val="right"/>
      </w:pPr>
      <w:r>
        <w:t>یہ حدیث میں 50 برس سے جانتا ہوں۔</w:t>
      </w:r>
    </w:p>
    <w:p>
      <w:r>
        <w:rPr>
          <w:b/>
        </w:rPr>
        <w:t xml:space="preserve">[00:46] </w:t>
      </w:r>
      <w:r>
        <w:t>mein sochta tha hamesha ke rizq badhane ka matlab kya hai? Kyun ke aap doosri hadees ko padhein to</w:t>
      </w:r>
    </w:p>
    <w:p>
      <w:pPr>
        <w:jc w:val="right"/>
      </w:pPr>
      <w:r>
        <w:t>میں سوچتا تھا ہمیشہ کہ رزق بڑھانے کا مطلب کیا ہے؟ کیونکہ آپ دوسری حدیث کو پڑھیں تو</w:t>
      </w:r>
    </w:p>
    <w:p>
      <w:r>
        <w:rPr>
          <w:b/>
        </w:rPr>
        <w:t xml:space="preserve">[00:54] </w:t>
      </w:r>
      <w:r>
        <w:t>momin ki zindagi mein taqreeban tamam ki baat kahi gayi hai, yaani kam khana.</w:t>
      </w:r>
    </w:p>
    <w:p>
      <w:pPr>
        <w:jc w:val="right"/>
      </w:pPr>
      <w:r>
        <w:t>مومن کی زندگی میں تقریباً تمام کی بات کہی گئی ہے، یعنی کم کھانا۔</w:t>
      </w:r>
    </w:p>
    <w:p>
      <w:r>
        <w:rPr>
          <w:b/>
        </w:rPr>
        <w:t xml:space="preserve">[01:00] </w:t>
      </w:r>
      <w:r>
        <w:t>yeh koi achhi baat nahin hai ke Ramzan mein bohat zyada khane ki bharmaar ho rahi hai, yeh</w:t>
      </w:r>
    </w:p>
    <w:p>
      <w:pPr>
        <w:jc w:val="right"/>
      </w:pPr>
      <w:r>
        <w:t>یہ کوئی اچھی بات نہیں ہے کہ رمضان میں بہت زیادہ کھانے کی بھرمار ہو رہی ہے، یہ</w:t>
      </w:r>
    </w:p>
    <w:p>
      <w:r>
        <w:rPr>
          <w:b/>
        </w:rPr>
        <w:t xml:space="preserve">[01:07] </w:t>
      </w:r>
      <w:r>
        <w:t>koi Islami baat nahin hai.</w:t>
      </w:r>
    </w:p>
    <w:p>
      <w:pPr>
        <w:jc w:val="right"/>
      </w:pPr>
      <w:r>
        <w:t>کوئی اسلامی بات نہیں ہے۔</w:t>
      </w:r>
    </w:p>
    <w:p>
      <w:r>
        <w:rPr>
          <w:b/>
        </w:rPr>
        <w:t xml:space="preserve">[01:09] </w:t>
      </w:r>
      <w:r>
        <w:t>to momin ka rizq badha diya jaata hai Ramzan mein, yeh spiritual maani mein hai, intellectual maani mein</w:t>
      </w:r>
    </w:p>
    <w:p>
      <w:pPr>
        <w:jc w:val="right"/>
      </w:pPr>
      <w:r>
        <w:t>تو مومن کا رزق بڑھا دیا جاتا ہے رمضان میں، یہ spiritual معنی میں ہے، intellectual معنی میں</w:t>
      </w:r>
    </w:p>
    <w:p>
      <w:r>
        <w:rPr>
          <w:b/>
        </w:rPr>
        <w:t xml:space="preserve">[01:17] </w:t>
      </w:r>
      <w:r>
        <w:t>hai, yeh material maani mein hai hi nahin.</w:t>
      </w:r>
    </w:p>
    <w:p>
      <w:pPr>
        <w:jc w:val="right"/>
      </w:pPr>
      <w:r>
        <w:t>ہے، یہ material معنی میں ہے ہی نہیں۔</w:t>
      </w:r>
    </w:p>
    <w:p>
      <w:r>
        <w:rPr>
          <w:b/>
        </w:rPr>
        <w:t xml:space="preserve">[01:21] </w:t>
      </w:r>
      <w:r>
        <w:t>lekin poori tareekh mein logon ne is ko samajh liya material maani mein.</w:t>
      </w:r>
    </w:p>
    <w:p>
      <w:pPr>
        <w:jc w:val="right"/>
      </w:pPr>
      <w:r>
        <w:t>لیکن پوری تاریخ میں لوگوں نے اس کو سمجھ لیا material معنی میں۔</w:t>
      </w:r>
    </w:p>
    <w:p>
      <w:r>
        <w:rPr>
          <w:b/>
        </w:rPr>
        <w:t xml:space="preserve">[01:26] </w:t>
      </w:r>
      <w:r>
        <w:t>lekin kya hua ke Ramzan mein bas khane ki dhoom hoti hai.</w:t>
      </w:r>
    </w:p>
    <w:p>
      <w:pPr>
        <w:jc w:val="right"/>
      </w:pPr>
      <w:r>
        <w:t>لیکن کیا ہوا کہ رمضان میں بس کھانے کی دھوم ہوتی ہے۔</w:t>
      </w:r>
    </w:p>
    <w:p>
      <w:r>
        <w:rPr>
          <w:b/>
        </w:rPr>
        <w:t xml:space="preserve">[01:31] </w:t>
      </w:r>
      <w:r>
        <w:t>kisi shayar se shayar ne kaha hai ke tan parvi khalq fazu shud zaryazat jadd garmi iftar nadarat</w:t>
      </w:r>
    </w:p>
    <w:p>
      <w:pPr>
        <w:jc w:val="right"/>
      </w:pPr>
      <w:r>
        <w:t>کسی شاعر سے شاعر نے کہا ہے کہ تن پروی خلق فضو شد ذریاضت جد گرمی افطار ندارت</w:t>
      </w:r>
    </w:p>
    <w:p>
      <w:r>
        <w:rPr>
          <w:b/>
        </w:rPr>
        <w:t xml:space="preserve">[01:39] </w:t>
      </w:r>
      <w:r>
        <w:t>Ramzan haj.</w:t>
      </w:r>
    </w:p>
    <w:p>
      <w:pPr>
        <w:jc w:val="right"/>
      </w:pPr>
      <w:r>
        <w:t>رمضان حج ۔</w:t>
      </w:r>
    </w:p>
    <w:p>
      <w:r>
        <w:rPr>
          <w:b/>
        </w:rPr>
        <w:t xml:space="preserve">[01:40] </w:t>
      </w:r>
      <w:r>
        <w:t>logon ka haal yeh hai ke Ramzan mein aur zyada pak khate hain, dhoom machate hain, tarah tarah</w:t>
      </w:r>
    </w:p>
    <w:p>
      <w:pPr>
        <w:jc w:val="right"/>
      </w:pPr>
      <w:r>
        <w:t>لوگوں کا حال یہ ہے کہ رمضان میں اور زیادہ پک کھاتے ہیں، ڈھوم مچاتے ہیں، طرح طرح</w:t>
      </w:r>
    </w:p>
    <w:p>
      <w:r>
        <w:rPr>
          <w:b/>
        </w:rPr>
        <w:t xml:space="preserve">[01:48] </w:t>
      </w:r>
      <w:r>
        <w:t>ke khane.</w:t>
      </w:r>
    </w:p>
    <w:p>
      <w:pPr>
        <w:jc w:val="right"/>
      </w:pPr>
      <w:r>
        <w:t>کے کھانے۔</w:t>
      </w:r>
    </w:p>
    <w:p>
      <w:r>
        <w:rPr>
          <w:b/>
        </w:rPr>
        <w:t xml:space="preserve">[01:50] </w:t>
      </w:r>
      <w:r>
        <w:t>yahan tak ke logon ka wazan badh jaata hai.</w:t>
      </w:r>
    </w:p>
    <w:p>
      <w:pPr>
        <w:jc w:val="right"/>
      </w:pPr>
      <w:r>
        <w:t>یہاں تک کہ لوگوں کا وزن بڑھ جاتا ہے۔</w:t>
      </w:r>
    </w:p>
    <w:p>
      <w:r>
        <w:rPr>
          <w:b/>
        </w:rPr>
        <w:t xml:space="preserve">[01:54] </w:t>
      </w:r>
      <w:r>
        <w:t>agar aap kisi rozedaar ka wazan farz Ramzan ko karein aur Eid ko karein to aap paayein</w:t>
      </w:r>
    </w:p>
    <w:p>
      <w:pPr>
        <w:jc w:val="right"/>
      </w:pPr>
      <w:r>
        <w:t>اگر آپ کسی روزے دار کا وزن فرض رمضان کو کریں اور عید کو کریں تو آپ پائیں</w:t>
      </w:r>
    </w:p>
    <w:p>
      <w:r>
        <w:rPr>
          <w:b/>
        </w:rPr>
        <w:t xml:space="preserve">[02:01] </w:t>
      </w:r>
      <w:r>
        <w:t>ge ke is ka wazan badh gaya hai.</w:t>
      </w:r>
    </w:p>
    <w:p>
      <w:pPr>
        <w:jc w:val="right"/>
      </w:pPr>
      <w:r>
        <w:t>گے کہ اس کا وزن بڑھ گیا ہے۔</w:t>
      </w:r>
    </w:p>
    <w:p>
      <w:r>
        <w:rPr>
          <w:b/>
        </w:rPr>
        <w:t xml:space="preserve">[02:05] </w:t>
      </w:r>
      <w:r>
        <w:t>yeh to anti roza hai.</w:t>
      </w:r>
    </w:p>
    <w:p>
      <w:pPr>
        <w:jc w:val="right"/>
      </w:pPr>
      <w:r>
        <w:t>یہ تو anti روزہ ہے۔</w:t>
      </w:r>
    </w:p>
    <w:p>
      <w:r>
        <w:rPr>
          <w:b/>
        </w:rPr>
        <w:t xml:space="preserve">[02:07] </w:t>
      </w:r>
      <w:r>
        <w:t>roze ka maqsad hai bhook aur pyaas ka tajruba karna.</w:t>
      </w:r>
    </w:p>
    <w:p>
      <w:pPr>
        <w:jc w:val="right"/>
      </w:pPr>
      <w:r>
        <w:t>روزے کا مقصد ہے بھوک اور پیاس کا تجربہ کرنا۔</w:t>
      </w:r>
    </w:p>
    <w:p>
      <w:r>
        <w:rPr>
          <w:b/>
        </w:rPr>
        <w:t xml:space="preserve">[02:11] </w:t>
      </w:r>
      <w:r>
        <w:t>roza means experience.</w:t>
      </w:r>
    </w:p>
    <w:p>
      <w:pPr>
        <w:jc w:val="right"/>
      </w:pPr>
      <w:r>
        <w:t>روزہ means experience۔</w:t>
      </w:r>
    </w:p>
    <w:p>
      <w:r>
        <w:rPr>
          <w:b/>
        </w:rPr>
        <w:t xml:space="preserve">[02:13] </w:t>
      </w:r>
      <w:r>
        <w:t>khoob khana aur khoob dhoom machana khane peene ki.</w:t>
      </w:r>
    </w:p>
    <w:p>
      <w:pPr>
        <w:jc w:val="right"/>
      </w:pPr>
      <w:r>
        <w:t>خوب کھانا اور خوب دھوم مچانا کھانے پینے کی۔</w:t>
      </w:r>
    </w:p>
    <w:p>
      <w:r>
        <w:rPr>
          <w:b/>
        </w:rPr>
        <w:t xml:space="preserve">[02:16] </w:t>
      </w:r>
      <w:r>
        <w:t>yeh roza hai hi nahi, yeh roze ki nafi hai.</w:t>
      </w:r>
    </w:p>
    <w:p>
      <w:pPr>
        <w:jc w:val="right"/>
      </w:pPr>
      <w:r>
        <w:t>یہ روزہ ہے ہی نہیں، یہ روزے کی نفی ہے۔</w:t>
      </w:r>
    </w:p>
    <w:p>
      <w:r>
        <w:rPr>
          <w:b/>
        </w:rPr>
        <w:t xml:space="preserve">[02:21] </w:t>
      </w:r>
      <w:r>
        <w:t>roza ka maqsad hai experience.</w:t>
      </w:r>
    </w:p>
    <w:p>
      <w:pPr>
        <w:jc w:val="right"/>
      </w:pPr>
      <w:r>
        <w:t>روزہ کا مقصد ہے experience۔</w:t>
      </w:r>
    </w:p>
    <w:p>
      <w:r>
        <w:rPr>
          <w:b/>
        </w:rPr>
        <w:t xml:space="preserve">[02:23] </w:t>
      </w:r>
      <w:r>
        <w:t>yani pani na peene se insan par kya guzarta hai, khana na khane se insan par kya guzarta</w:t>
      </w:r>
    </w:p>
    <w:p>
      <w:pPr>
        <w:jc w:val="right"/>
      </w:pPr>
      <w:r>
        <w:t>یعنی پانی نہ پینے سے انسان پر کیا گزرتا ہے، کھانا نہ کھانے سے انسان پر کیا گزرتا</w:t>
      </w:r>
    </w:p>
    <w:p>
      <w:r>
        <w:rPr>
          <w:b/>
        </w:rPr>
        <w:t xml:space="preserve">[02:31] </w:t>
      </w:r>
      <w:r>
        <w:t>hai, iska experience karna, iska tajurba karna.</w:t>
      </w:r>
    </w:p>
    <w:p>
      <w:pPr>
        <w:jc w:val="right"/>
      </w:pPr>
      <w:r>
        <w:t>ہے، اس کا experience کرنا، اس کا تجربہ کرنا۔</w:t>
      </w:r>
    </w:p>
    <w:p>
      <w:r>
        <w:rPr>
          <w:b/>
        </w:rPr>
        <w:t xml:space="preserve">[02:34] </w:t>
      </w:r>
      <w:r>
        <w:t>aisa kyun hota hai? yeh bohat bara law of nature hai.</w:t>
      </w:r>
    </w:p>
    <w:p>
      <w:pPr>
        <w:jc w:val="right"/>
      </w:pPr>
      <w:r>
        <w:t>ایسا کیوں ہوتا ہے؟ یہ بہت بڑا law of nature ہے۔</w:t>
      </w:r>
    </w:p>
    <w:p>
      <w:r>
        <w:rPr>
          <w:b/>
        </w:rPr>
        <w:t xml:space="preserve">[02:39] </w:t>
      </w:r>
      <w:r>
        <w:t>dekhen jab aadmi ko kisi qism ka shakk guzarta hai, shakk.</w:t>
      </w:r>
    </w:p>
    <w:p>
      <w:pPr>
        <w:jc w:val="right"/>
      </w:pPr>
      <w:r>
        <w:t>دیکھیں جب آدمی کو کسی قسم کا شک گزرتا ہے، شک۔</w:t>
      </w:r>
    </w:p>
    <w:p>
      <w:r>
        <w:rPr>
          <w:b/>
        </w:rPr>
        <w:t xml:space="preserve">[02:44] </w:t>
      </w:r>
      <w:r>
        <w:t>yeh law of nature hai ke iska mind trigger hota hai.</w:t>
      </w:r>
    </w:p>
    <w:p>
      <w:pPr>
        <w:jc w:val="right"/>
      </w:pPr>
      <w:r>
        <w:t>یہ law of nature ہے کہ اس کا mind trigger ہوتا ہے۔</w:t>
      </w:r>
    </w:p>
    <w:p>
      <w:r>
        <w:rPr>
          <w:b/>
        </w:rPr>
        <w:t xml:space="preserve">[02:49] </w:t>
      </w:r>
      <w:r>
        <w:t>yeh law of nature hai.</w:t>
      </w:r>
    </w:p>
    <w:p>
      <w:pPr>
        <w:jc w:val="right"/>
      </w:pPr>
      <w:r>
        <w:t>یہ law of nature ہے۔</w:t>
      </w:r>
    </w:p>
    <w:p>
      <w:r>
        <w:rPr>
          <w:b/>
        </w:rPr>
        <w:t xml:space="preserve">[02:51] </w:t>
      </w:r>
      <w:r>
        <w:t>kisi bhi qism ka koi shakk lage, koi aisi cheez pesh aaye jo unusual ho to aap ka</w:t>
      </w:r>
    </w:p>
    <w:p>
      <w:pPr>
        <w:jc w:val="right"/>
      </w:pPr>
      <w:r>
        <w:t>کسی بھی قسم کا کوئی شک لگے، کوئی ایسی چیز پیش آئے جو unusual ہو تو آپ کا</w:t>
      </w:r>
    </w:p>
    <w:p>
      <w:r>
        <w:rPr>
          <w:b/>
        </w:rPr>
        <w:t xml:space="preserve">[02:59] </w:t>
      </w:r>
      <w:r>
        <w:t>mind trigger hota hai.</w:t>
      </w:r>
    </w:p>
    <w:p>
      <w:pPr>
        <w:jc w:val="right"/>
      </w:pPr>
      <w:r>
        <w:t>mind trigger ہوتا ہے۔</w:t>
      </w:r>
    </w:p>
    <w:p>
      <w:r>
        <w:rPr>
          <w:b/>
        </w:rPr>
        <w:t xml:space="preserve">[03:01] </w:t>
      </w:r>
      <w:r>
        <w:t>aur jab mind trigger hota hai to ajeeb ajeeb baatein aap ke samne aati hain.</w:t>
      </w:r>
    </w:p>
    <w:p>
      <w:pPr>
        <w:jc w:val="right"/>
      </w:pPr>
      <w:r>
        <w:t>اور جب mind trigger ہوتا ہے تو عجیب عجیب باتیں آپ کے سامنے آتی ہیں۔</w:t>
      </w:r>
    </w:p>
    <w:p>
      <w:r>
        <w:rPr>
          <w:b/>
        </w:rPr>
        <w:t xml:space="preserve">[03:07] </w:t>
      </w:r>
      <w:r>
        <w:t>yani creative thinking jis ko kehte hain woh haqeeqat mein result hai mind ke trigger hone ka.</w:t>
      </w:r>
    </w:p>
    <w:p>
      <w:pPr>
        <w:jc w:val="right"/>
      </w:pPr>
      <w:r>
        <w:t>یعنی creative thinking جس کو کہتے ہیں وہ حقیقت میں result ہے mind کے trigger ہونے کا۔</w:t>
      </w:r>
    </w:p>
    <w:p>
      <w:r>
        <w:rPr>
          <w:b/>
        </w:rPr>
        <w:t xml:space="preserve">[03:14] </w:t>
      </w:r>
      <w:r>
        <w:t>to roze ka maqsad yeh hai ke bhook aur piyas ka experience ho aadmi ko taake iska</w:t>
      </w:r>
    </w:p>
    <w:p>
      <w:pPr>
        <w:jc w:val="right"/>
      </w:pPr>
      <w:r>
        <w:t>تو روزے کا مقصد یہ ہے کہ بھوک اور پیاس کا experience ہو آدمی کو تاکہ اس کا</w:t>
      </w:r>
    </w:p>
    <w:p>
      <w:r>
        <w:rPr>
          <w:b/>
        </w:rPr>
        <w:t xml:space="preserve">[03:22] </w:t>
      </w:r>
      <w:r>
        <w:t>mind trigger ho jaye.</w:t>
      </w:r>
    </w:p>
    <w:p>
      <w:pPr>
        <w:jc w:val="right"/>
      </w:pPr>
      <w:r>
        <w:t>mind trigger ہو جائے۔</w:t>
      </w:r>
    </w:p>
    <w:p>
      <w:r>
        <w:rPr>
          <w:b/>
        </w:rPr>
        <w:t xml:space="preserve">[03:24] </w:t>
      </w:r>
      <w:r>
        <w:t>aur phir kya hoga? nayi nayi baatein, creative thought aayenge iske mind mein.</w:t>
      </w:r>
    </w:p>
    <w:p>
      <w:pPr>
        <w:jc w:val="right"/>
      </w:pPr>
      <w:r>
        <w:t>اور پھر کیا ہوگا؟ نئی نئی باتیں، creative thought آئیں گے اس کے mind میں۔</w:t>
      </w:r>
    </w:p>
    <w:p>
      <w:r>
        <w:rPr>
          <w:b/>
        </w:rPr>
        <w:t xml:space="preserve">[03:30] </w:t>
      </w:r>
      <w:r>
        <w:t>iski ek misaal mein deta hoon ke what is creative thinking aur kya hai rizq barhna? rizq</w:t>
      </w:r>
    </w:p>
    <w:p>
      <w:pPr>
        <w:jc w:val="right"/>
      </w:pPr>
      <w:r>
        <w:t>اس کی ایک مثال میں دیتا ہوں کہ what is creative thinking اور کیا ہے رزق بڑھنا؟ رزق</w:t>
      </w:r>
    </w:p>
    <w:p>
      <w:r>
        <w:rPr>
          <w:b/>
        </w:rPr>
        <w:t xml:space="preserve">[03:38] </w:t>
      </w:r>
      <w:r>
        <w:t>se murad hai rizq ki marifat.</w:t>
      </w:r>
    </w:p>
    <w:p>
      <w:pPr>
        <w:jc w:val="right"/>
      </w:pPr>
      <w:r>
        <w:t>سے مراد ہے رزق کی معرفت۔</w:t>
      </w:r>
    </w:p>
    <w:p>
      <w:r>
        <w:rPr>
          <w:b/>
        </w:rPr>
        <w:t xml:space="preserve">[03:41] </w:t>
      </w:r>
      <w:r>
        <w:t>rizq ki madi nahi hai.</w:t>
      </w:r>
    </w:p>
    <w:p>
      <w:pPr>
        <w:jc w:val="right"/>
      </w:pPr>
      <w:r>
        <w:t>رزق کی مادی نہیں ہے۔</w:t>
      </w:r>
    </w:p>
    <w:p>
      <w:r>
        <w:rPr>
          <w:b/>
        </w:rPr>
        <w:t xml:space="preserve">[03:43] </w:t>
      </w:r>
      <w:r>
        <w:t>hargiz nahi hai rizq ki madi.</w:t>
      </w:r>
    </w:p>
    <w:p>
      <w:pPr>
        <w:jc w:val="right"/>
      </w:pPr>
      <w:r>
        <w:t>ہرگز نہیں ہے رزق کی مادی۔</w:t>
      </w:r>
    </w:p>
    <w:p>
      <w:r>
        <w:rPr>
          <w:b/>
        </w:rPr>
        <w:t xml:space="preserve">[03:45] </w:t>
      </w:r>
      <w:r>
        <w:t>jo dono ke maani hain woh maarif barkah ka mustahiq hai.</w:t>
      </w:r>
    </w:p>
    <w:p>
      <w:pPr>
        <w:jc w:val="right"/>
      </w:pPr>
      <w:r>
        <w:t>جو دونوں کے معنی ہیں وہ معارف بارکہ کا مستحق ہے۔</w:t>
      </w:r>
    </w:p>
    <w:p>
      <w:r>
        <w:rPr>
          <w:b/>
        </w:rPr>
        <w:t xml:space="preserve">[03:50] </w:t>
      </w:r>
      <w:r>
        <w:t>kyun kahe ke madi bhi aur rohani bhi? to mein isko kahunga ke woh marifat ki</w:t>
      </w:r>
    </w:p>
    <w:p>
      <w:pPr>
        <w:jc w:val="right"/>
      </w:pPr>
      <w:r>
        <w:t>کیوں کہے کہ مادی بھی اور روحانی بھی؟ تو میں اس کو کہوں گا کہ وہ معرفت کی</w:t>
      </w:r>
    </w:p>
    <w:p>
      <w:r>
        <w:rPr>
          <w:b/>
        </w:rPr>
        <w:t xml:space="preserve">[03:58] </w:t>
      </w:r>
      <w:r>
        <w:t>ABCD bhi nahi janta hoga.</w:t>
      </w:r>
    </w:p>
    <w:p>
      <w:pPr>
        <w:jc w:val="right"/>
      </w:pPr>
      <w:r>
        <w:t>ABCD بھی نہیں جانتا ہوگا۔</w:t>
      </w:r>
    </w:p>
    <w:p>
      <w:r>
        <w:rPr>
          <w:b/>
        </w:rPr>
        <w:t xml:space="preserve">[04:00] </w:t>
      </w:r>
      <w:r>
        <w:t>to yahan par murad hai rizq ki marifat ka barhna.</w:t>
      </w:r>
    </w:p>
    <w:p>
      <w:pPr>
        <w:jc w:val="right"/>
      </w:pPr>
      <w:r>
        <w:t>تو یہاں پر مراد ہے رزق کی معرفت کا بڑھنا۔</w:t>
      </w:r>
    </w:p>
    <w:p>
      <w:r>
        <w:rPr>
          <w:b/>
        </w:rPr>
        <w:t xml:space="preserve">[04:04] </w:t>
      </w:r>
      <w:r>
        <w:t>aur woh kaise? mind jab trigger hoga aap ka to aap ko ajeeb ajeeb khayalat aayenge.</w:t>
      </w:r>
    </w:p>
    <w:p>
      <w:pPr>
        <w:jc w:val="right"/>
      </w:pPr>
      <w:r>
        <w:t>اور وہ کیسے؟ mind جب trigger ہوگا آپ کا تو آپ کو عجیب عجیب خیالات آئیں گے۔</w:t>
      </w:r>
    </w:p>
    <w:p>
      <w:r>
        <w:rPr>
          <w:b/>
        </w:rPr>
        <w:t xml:space="preserve">[04:11] </w:t>
      </w:r>
      <w:r>
        <w:t>marifat ke ajeeb ajeeb item aap ke zehen mein aayenge.</w:t>
      </w:r>
    </w:p>
    <w:p>
      <w:pPr>
        <w:jc w:val="right"/>
      </w:pPr>
      <w:r>
        <w:t>معرفت کے عجیب عجیب item آپ کے ذہن میں آئیں گے۔</w:t>
      </w:r>
    </w:p>
    <w:p>
      <w:r>
        <w:rPr>
          <w:b/>
        </w:rPr>
        <w:t xml:space="preserve">[04:16] </w:t>
      </w:r>
      <w:r>
        <w:t>to is ki ek misaal deta hoon mein.</w:t>
      </w:r>
    </w:p>
    <w:p>
      <w:pPr>
        <w:jc w:val="right"/>
      </w:pPr>
      <w:r>
        <w:t>تو اس کی ایک مثال دیتا ہوں میں۔</w:t>
      </w:r>
    </w:p>
    <w:p>
      <w:r>
        <w:rPr>
          <w:b/>
        </w:rPr>
        <w:t xml:space="preserve">[04:20] </w:t>
      </w:r>
      <w:r>
        <w:t>dekhen quran mein surah al-baqarah mein roze ka hukum diya gaya hai.</w:t>
      </w:r>
    </w:p>
    <w:p>
      <w:pPr>
        <w:jc w:val="right"/>
      </w:pPr>
      <w:r>
        <w:t>دیکھیں قرآن میں سورہ البقرہ میں روزے کا حکم دیا گیا ہے۔</w:t>
      </w:r>
    </w:p>
    <w:p>
      <w:r>
        <w:rPr>
          <w:b/>
        </w:rPr>
        <w:t xml:space="preserve">[04:25] </w:t>
      </w:r>
      <w:r>
        <w:t>ek mahina roze ka.</w:t>
      </w:r>
    </w:p>
    <w:p>
      <w:pPr>
        <w:jc w:val="right"/>
      </w:pPr>
      <w:r>
        <w:t>ایک مہینہ روزے کا۔</w:t>
      </w:r>
    </w:p>
    <w:p>
      <w:r>
        <w:rPr>
          <w:b/>
        </w:rPr>
        <w:t xml:space="preserve">[04:26] </w:t>
      </w:r>
      <w:r>
        <w:t>to is ke alfaaz yeh hain ya ayyuha allazina amanu kutiba alaikumu assiyamu kama kutiba alaikum min qablikum</w:t>
      </w:r>
    </w:p>
    <w:p>
      <w:pPr>
        <w:jc w:val="right"/>
      </w:pPr>
      <w:r>
        <w:t>تو اس کے الفاظ یہ ہیں يَا أَيُّهَا الَّذِينَ آمَنُوا كُتِبَ عَلَيْكُمُ السَّيَامُ كَمَا كُتِبَ عَلَيْهِمْ مِنْ قَبْلِكُمْ</w:t>
      </w:r>
    </w:p>
    <w:p>
      <w:r>
        <w:rPr>
          <w:b/>
        </w:rPr>
        <w:t xml:space="preserve">[04:34] </w:t>
      </w:r>
      <w:r>
        <w:t>laa lakum tattaqun.</w:t>
      </w:r>
    </w:p>
    <w:p>
      <w:pPr>
        <w:jc w:val="right"/>
      </w:pPr>
      <w:r>
        <w:t>لَا لَّكُمْ تَتَّقُونَ ۔</w:t>
      </w:r>
    </w:p>
    <w:p>
      <w:r>
        <w:rPr>
          <w:b/>
        </w:rPr>
        <w:t xml:space="preserve">[04:36] </w:t>
      </w:r>
      <w:r>
        <w:t>yani yeh ayat batati hai ke tamam shariaton mein roza tha.</w:t>
      </w:r>
    </w:p>
    <w:p>
      <w:pPr>
        <w:jc w:val="right"/>
      </w:pPr>
      <w:r>
        <w:t>یعنی یہ آیت بتاتی ہے کہ تمام شریعتوں میں روزہ تھا۔</w:t>
      </w:r>
    </w:p>
    <w:p>
      <w:r>
        <w:rPr>
          <w:b/>
        </w:rPr>
        <w:t xml:space="preserve">[04:41] </w:t>
      </w:r>
      <w:r>
        <w:t>jitni bhi khudaai shariaten aayin peghambaron ke zariye un sab mein roza tha.</w:t>
      </w:r>
    </w:p>
    <w:p>
      <w:pPr>
        <w:jc w:val="right"/>
      </w:pPr>
      <w:r>
        <w:t>جتنی بھی خدائی شریعتیں آئیں پیغمبروں کے ذریعے ان سب میں روزہ تھا۔</w:t>
      </w:r>
    </w:p>
    <w:p>
      <w:r>
        <w:rPr>
          <w:b/>
        </w:rPr>
        <w:t xml:space="preserve">[04:46] </w:t>
      </w:r>
      <w:r>
        <w:t>to is ayat ko le kar mein sochne laga ke hazrat adam pehle nabi the to un ke</w:t>
      </w:r>
    </w:p>
    <w:p>
      <w:pPr>
        <w:jc w:val="right"/>
      </w:pPr>
      <w:r>
        <w:t>تو اس آیت کو لے کر میں سوچنے لگا کہ حضرت آدم پہلے نبی تھے تو ان کے</w:t>
      </w:r>
    </w:p>
    <w:p>
      <w:r>
        <w:rPr>
          <w:b/>
        </w:rPr>
        <w:t xml:space="preserve">[04:54] </w:t>
      </w:r>
      <w:r>
        <w:t>zamane mein bhi ek shariat thi.</w:t>
      </w:r>
    </w:p>
    <w:p>
      <w:pPr>
        <w:jc w:val="right"/>
      </w:pPr>
      <w:r>
        <w:t>زمانے میں بھی ایک شریعت تھی۔</w:t>
      </w:r>
    </w:p>
    <w:p>
      <w:r>
        <w:rPr>
          <w:b/>
        </w:rPr>
        <w:t xml:space="preserve">[04:56] </w:t>
      </w:r>
      <w:r>
        <w:t>yeh hadith mein aata hai.</w:t>
      </w:r>
    </w:p>
    <w:p>
      <w:pPr>
        <w:jc w:val="right"/>
      </w:pPr>
      <w:r>
        <w:t>یہ حدیث میں آتا ہے۔</w:t>
      </w:r>
    </w:p>
    <w:p>
      <w:r>
        <w:rPr>
          <w:b/>
        </w:rPr>
        <w:t xml:space="preserve">[04:59] </w:t>
      </w:r>
      <w:r>
        <w:t>to hazrat adam ke zamane mein kaun sa roza tha? aap jante hain ke hazrat adam ke zamane</w:t>
      </w:r>
    </w:p>
    <w:p>
      <w:pPr>
        <w:jc w:val="right"/>
      </w:pPr>
      <w:r>
        <w:t>تو حضرت آدم کے زمانے میں کون سا روزہ تھا؟ آپ جانتے ہیں کہ حضرت آدم کے زمانے</w:t>
      </w:r>
    </w:p>
    <w:p>
      <w:r>
        <w:rPr>
          <w:b/>
        </w:rPr>
        <w:t xml:space="preserve">[05:06] </w:t>
      </w:r>
      <w:r>
        <w:t>mein abhi insan puberty stage mein tha.</w:t>
      </w:r>
    </w:p>
    <w:p>
      <w:pPr>
        <w:jc w:val="right"/>
      </w:pPr>
      <w:r>
        <w:t>میں ابھی انسان puberty stage میں تھا۔</w:t>
      </w:r>
    </w:p>
    <w:p>
      <w:r>
        <w:rPr>
          <w:b/>
        </w:rPr>
        <w:t xml:space="preserve">[05:09] </w:t>
      </w:r>
      <w:r>
        <w:t>is ke zamane mein na roti hoti thi, na chawal, na daal.</w:t>
      </w:r>
    </w:p>
    <w:p>
      <w:pPr>
        <w:jc w:val="right"/>
      </w:pPr>
      <w:r>
        <w:t>اس کے زمانے میں نہ روٹی ہوتی تھی، نہ چاول، نہ دال۔</w:t>
      </w:r>
    </w:p>
    <w:p>
      <w:r>
        <w:rPr>
          <w:b/>
        </w:rPr>
        <w:t xml:space="preserve">[05:14] </w:t>
      </w:r>
      <w:r>
        <w:t>yeh sab khane nahi the is zamane mein.</w:t>
      </w:r>
    </w:p>
    <w:p>
      <w:pPr>
        <w:jc w:val="right"/>
      </w:pPr>
      <w:r>
        <w:t>یہ سب کھانے نہیں تھے اس زمانے میں۔</w:t>
      </w:r>
    </w:p>
    <w:p>
      <w:r>
        <w:rPr>
          <w:b/>
        </w:rPr>
        <w:t xml:space="preserve">[05:18] </w:t>
      </w:r>
      <w:r>
        <w:t>hazrat adam ke zamane mein.</w:t>
      </w:r>
    </w:p>
    <w:p>
      <w:pPr>
        <w:jc w:val="right"/>
      </w:pPr>
      <w:r>
        <w:t>حضرت آدم کے زمانے میں۔</w:t>
      </w:r>
    </w:p>
    <w:p>
      <w:r>
        <w:rPr>
          <w:b/>
        </w:rPr>
        <w:t xml:space="preserve">[05:20] </w:t>
      </w:r>
      <w:r>
        <w:t>hazrat adam aur un ki aulad phal kha ke rehte the.</w:t>
      </w:r>
    </w:p>
    <w:p>
      <w:pPr>
        <w:jc w:val="right"/>
      </w:pPr>
      <w:r>
        <w:t>حضرت آدم اور ان کی اولاد پھل کھا کے رہتے تھے۔</w:t>
      </w:r>
    </w:p>
    <w:p>
      <w:r>
        <w:rPr>
          <w:b/>
        </w:rPr>
        <w:t xml:space="preserve">[05:25] </w:t>
      </w:r>
      <w:r>
        <w:t>kyun ke allah taala ne yeh zameen banai to sari zameen par janglaat the, darakht the.</w:t>
      </w:r>
    </w:p>
    <w:p>
      <w:pPr>
        <w:jc w:val="right"/>
      </w:pPr>
      <w:r>
        <w:t>کیونکہ اللہ تعالیٰ نے یہ زمین بنائی تو ساری زمین پر جنگلات تھے، درخت تھے۔</w:t>
      </w:r>
    </w:p>
    <w:p>
      <w:r>
        <w:rPr>
          <w:b/>
        </w:rPr>
        <w:t xml:space="preserve">[05:31] </w:t>
      </w:r>
      <w:r>
        <w:t>is mein bohat se phal ke darakht hua karte the.</w:t>
      </w:r>
    </w:p>
    <w:p>
      <w:pPr>
        <w:jc w:val="right"/>
      </w:pPr>
      <w:r>
        <w:t>اس میں بہت سے پھل کے درخت ہوا کرتے تھے۔</w:t>
      </w:r>
    </w:p>
    <w:p>
      <w:r>
        <w:rPr>
          <w:b/>
        </w:rPr>
        <w:t xml:space="preserve">[05:35] </w:t>
      </w:r>
      <w:r>
        <w:t>to is zamane mein insan ki khorak thi phal.</w:t>
      </w:r>
    </w:p>
    <w:p>
      <w:pPr>
        <w:jc w:val="right"/>
      </w:pPr>
      <w:r>
        <w:t>تو اس زمانے میں انسان کی خوراک تھی پھل۔</w:t>
      </w:r>
    </w:p>
    <w:p>
      <w:r>
        <w:rPr>
          <w:b/>
        </w:rPr>
        <w:t xml:space="preserve">[05:39] </w:t>
      </w:r>
      <w:r>
        <w:t>phir mein sochne laga, sochne laga, sochna.</w:t>
      </w:r>
    </w:p>
    <w:p>
      <w:pPr>
        <w:jc w:val="right"/>
      </w:pPr>
      <w:r>
        <w:t>پھر میں سوچنے لگا، سوچنے لگا، سوچنا۔</w:t>
      </w:r>
    </w:p>
    <w:p>
      <w:r>
        <w:rPr>
          <w:b/>
        </w:rPr>
        <w:t xml:space="preserve">[05:42] </w:t>
      </w:r>
      <w:r>
        <w:t>to mujhe yeh discovery hui ke woh jo quran mein hai ke laa taghrab haadhihi ash-shajarah.</w:t>
      </w:r>
    </w:p>
    <w:p>
      <w:pPr>
        <w:jc w:val="right"/>
      </w:pPr>
      <w:r>
        <w:t>تو مجھے یہ discovery ہوئی کہ وہ جو قرآن میں ہے کہ لَا تَغْرَبَ هٰذِهِ الشَّجْرَةَ ۔</w:t>
      </w:r>
    </w:p>
    <w:p>
      <w:r>
        <w:rPr>
          <w:b/>
        </w:rPr>
        <w:t xml:space="preserve">[05:50] </w:t>
      </w:r>
      <w:r>
        <w:t>yeh un ka roza tha.</w:t>
      </w:r>
    </w:p>
    <w:p>
      <w:pPr>
        <w:jc w:val="right"/>
      </w:pPr>
      <w:r>
        <w:t>یہ ان کا روزہ تھا۔</w:t>
      </w:r>
    </w:p>
    <w:p>
      <w:r>
        <w:rPr>
          <w:b/>
        </w:rPr>
        <w:t xml:space="preserve">[05:52] </w:t>
      </w:r>
      <w:r>
        <w:t>allah taala ne bataya quran mein ke adam ko paida kar ke basa diya jannat mein.</w:t>
      </w:r>
    </w:p>
    <w:p>
      <w:pPr>
        <w:jc w:val="right"/>
      </w:pPr>
      <w:r>
        <w:t>اللہ تعالیٰ نے بتایا قرآن میں کہ آدم کو پیدا کر کے بسا دیا جنت میں۔</w:t>
      </w:r>
    </w:p>
    <w:p>
      <w:r>
        <w:rPr>
          <w:b/>
        </w:rPr>
        <w:t xml:space="preserve">[05:59] </w:t>
      </w:r>
      <w:r>
        <w:t>jannat ma'ni hai baghon wali ek dunya.</w:t>
      </w:r>
    </w:p>
    <w:p>
      <w:pPr>
        <w:jc w:val="right"/>
      </w:pPr>
      <w:r>
        <w:t>جنت معنی ہے باغوں والی ایک دنیا۔</w:t>
      </w:r>
    </w:p>
    <w:p>
      <w:r>
        <w:rPr>
          <w:b/>
        </w:rPr>
        <w:t xml:space="preserve">[06:02] </w:t>
      </w:r>
      <w:r>
        <w:t>aur yeh keh diya ke yeh darakht jo hai is ka phal tum ko nahi khana hai.</w:t>
      </w:r>
    </w:p>
    <w:p>
      <w:pPr>
        <w:jc w:val="right"/>
      </w:pPr>
      <w:r>
        <w:t>اور یہ کہہ دیا کہ یہ درخت جو ہے اس کا پھل تم کو نہیں کھانا ہے۔</w:t>
      </w:r>
    </w:p>
    <w:p>
      <w:r>
        <w:rPr>
          <w:b/>
        </w:rPr>
        <w:t xml:space="preserve">[06:09] </w:t>
      </w:r>
      <w:r>
        <w:t>to that was the roza.</w:t>
      </w:r>
    </w:p>
    <w:p>
      <w:pPr>
        <w:jc w:val="right"/>
      </w:pPr>
      <w:r>
        <w:t>تو that was the روزہ ۔</w:t>
      </w:r>
    </w:p>
    <w:p>
      <w:r>
        <w:rPr>
          <w:b/>
        </w:rPr>
        <w:t xml:space="preserve">[06:11] </w:t>
      </w:r>
      <w:r>
        <w:t>to adam ka aur hawa ka ya un ki aulad ka roza jo tha yeh tha ke woh</w:t>
      </w:r>
    </w:p>
    <w:p>
      <w:pPr>
        <w:jc w:val="right"/>
      </w:pPr>
      <w:r>
        <w:t>تو آدم کا اور حوا کا یا ان کی اولاد کا روزہ جو تھا یہ تھا کہ وہ</w:t>
      </w:r>
    </w:p>
    <w:p>
      <w:r>
        <w:rPr>
          <w:b/>
        </w:rPr>
        <w:t xml:space="preserve">[06:19] </w:t>
      </w:r>
      <w:r>
        <w:t>phal na khayen.</w:t>
      </w:r>
    </w:p>
    <w:p>
      <w:pPr>
        <w:jc w:val="right"/>
      </w:pPr>
      <w:r>
        <w:t>پھل نہ کھائیں۔</w:t>
      </w:r>
    </w:p>
    <w:p>
      <w:r>
        <w:rPr>
          <w:b/>
        </w:rPr>
        <w:t xml:space="preserve">[06:21] </w:t>
      </w:r>
      <w:r>
        <w:t>yani mehdood muddat ke liye, mehdood aitbar se.</w:t>
      </w:r>
    </w:p>
    <w:p>
      <w:pPr>
        <w:jc w:val="right"/>
      </w:pPr>
      <w:r>
        <w:t>یعنی محدود مدت کے لیے، محدود اعتبار سے۔</w:t>
      </w:r>
    </w:p>
    <w:p>
      <w:r>
        <w:rPr>
          <w:b/>
        </w:rPr>
        <w:t xml:space="preserve">[06:24] </w:t>
      </w:r>
      <w:r>
        <w:t>to yeh sirf roza nahi tha balkeh ek bohat bara sabaq tha tamam insaniyat ke liye.</w:t>
      </w:r>
    </w:p>
    <w:p>
      <w:pPr>
        <w:jc w:val="right"/>
      </w:pPr>
      <w:r>
        <w:t>تو یہ صرف روزہ نہیں تھا بلکہ ایک بہت بڑا سبق تھا تمام انسانیت کے لیے۔</w:t>
      </w:r>
    </w:p>
    <w:p>
      <w:r>
        <w:rPr>
          <w:b/>
        </w:rPr>
        <w:t xml:space="preserve">[06:31] </w:t>
      </w:r>
      <w:r>
        <w:t>kyun ke dekhen adam ko jannat jo mili is liye mili ke unhon ne roze par amal kiya.</w:t>
      </w:r>
    </w:p>
    <w:p>
      <w:pPr>
        <w:jc w:val="right"/>
      </w:pPr>
      <w:r>
        <w:t>کیوں کہ دیکھیں آدم کو جنت جو ملی اس لیے ملی کہ انہوں نے روزے پر عمل کیا۔</w:t>
      </w:r>
    </w:p>
    <w:p>
      <w:r>
        <w:rPr>
          <w:b/>
        </w:rPr>
        <w:t xml:space="preserve">[06:39] </w:t>
      </w:r>
      <w:r>
        <w:t>roze ka matlab hai self-imposed restriction.</w:t>
      </w:r>
    </w:p>
    <w:p>
      <w:pPr>
        <w:jc w:val="right"/>
      </w:pPr>
      <w:r>
        <w:t>روزے کا مطلب ہے self-imposed restriction۔</w:t>
      </w:r>
    </w:p>
    <w:p>
      <w:r>
        <w:rPr>
          <w:b/>
        </w:rPr>
        <w:t xml:space="preserve">[06:41] </w:t>
      </w:r>
      <w:r>
        <w:t>roze ka jo essence hai woh kya hai? self-imposed restriction.</w:t>
      </w:r>
    </w:p>
    <w:p>
      <w:pPr>
        <w:jc w:val="right"/>
      </w:pPr>
      <w:r>
        <w:t>روزے کا جو essence ہے وہ کیا ہے؟ self-imposed restriction۔</w:t>
      </w:r>
    </w:p>
    <w:p>
      <w:r>
        <w:rPr>
          <w:b/>
        </w:rPr>
        <w:t xml:space="preserve">[06:45] </w:t>
      </w:r>
      <w:r>
        <w:t>apne upar khud aaid kardah discipline.</w:t>
      </w:r>
    </w:p>
    <w:p>
      <w:pPr>
        <w:jc w:val="right"/>
      </w:pPr>
      <w:r>
        <w:t>اپنے اوپر خود عائد کردہ discipline۔</w:t>
      </w:r>
    </w:p>
    <w:p>
      <w:r>
        <w:rPr>
          <w:b/>
        </w:rPr>
        <w:t xml:space="preserve">[06:48] </w:t>
      </w:r>
      <w:r>
        <w:t>yani aap yeh tay karen ke mujhe sach bolna hai, mujhe jhoot nahi bolna hai.</w:t>
      </w:r>
    </w:p>
    <w:p>
      <w:pPr>
        <w:jc w:val="right"/>
      </w:pPr>
      <w:r>
        <w:t>یعنی آپ یہ طے کریں کہ مجھے سچ بولنا ہے، مجھے جھوٹ نہیں بولنا ہے۔</w:t>
      </w:r>
    </w:p>
    <w:p>
      <w:r>
        <w:rPr>
          <w:b/>
        </w:rPr>
        <w:t xml:space="preserve">[06:54] </w:t>
      </w:r>
      <w:r>
        <w:t>mujhe wada poora karna hai, wada khilafi nahi karna hai.</w:t>
      </w:r>
    </w:p>
    <w:p>
      <w:pPr>
        <w:jc w:val="right"/>
      </w:pPr>
      <w:r>
        <w:t>مجھے وعدہ پورا کرنا ہے، وعدہ خلافی نہیں کرنا ہے۔</w:t>
      </w:r>
    </w:p>
    <w:p>
      <w:r>
        <w:rPr>
          <w:b/>
        </w:rPr>
        <w:t xml:space="preserve">[06:59] </w:t>
      </w:r>
      <w:r>
        <w:t>mujhe peaceful tareeqe se rehna hai, mujhe violence nahi karna hai.</w:t>
      </w:r>
    </w:p>
    <w:p>
      <w:pPr>
        <w:jc w:val="right"/>
      </w:pPr>
      <w:r>
        <w:t>مجھے peaceful طریقے سے رہنا ہے، مجھے violence نہیں کرنا ہے۔</w:t>
      </w:r>
    </w:p>
    <w:p>
      <w:r>
        <w:rPr>
          <w:b/>
        </w:rPr>
        <w:t xml:space="preserve">[07:03] </w:t>
      </w:r>
      <w:r>
        <w:t>aur jitne bhi ahkam hain shariyat mein un sab par amal karna hai.</w:t>
      </w:r>
    </w:p>
    <w:p>
      <w:pPr>
        <w:jc w:val="right"/>
      </w:pPr>
      <w:r>
        <w:t>اور جتنے بھی احکام ہیں شریعت میں ان سب پر عمل کرنا ہے۔</w:t>
      </w:r>
    </w:p>
    <w:p>
      <w:r>
        <w:rPr>
          <w:b/>
        </w:rPr>
        <w:t xml:space="preserve">[07:09] </w:t>
      </w:r>
      <w:r>
        <w:t>aur is ke khilaf baaton ko chhodna hai, chhodna hai, chhodna hai.</w:t>
      </w:r>
    </w:p>
    <w:p>
      <w:pPr>
        <w:jc w:val="right"/>
      </w:pPr>
      <w:r>
        <w:t>اور اس کے خلاف باتوں کو چھوڑنا ہے، چھوڑنا ہے، چھوڑنا ہے۔</w:t>
      </w:r>
    </w:p>
    <w:p>
      <w:r>
        <w:rPr>
          <w:b/>
        </w:rPr>
        <w:t xml:space="preserve">[07:14] </w:t>
      </w:r>
      <w:r>
        <w:t>yahi hai roza.</w:t>
      </w:r>
    </w:p>
    <w:p>
      <w:pPr>
        <w:jc w:val="right"/>
      </w:pPr>
      <w:r>
        <w:t>یہی ہے روزہ۔</w:t>
      </w:r>
    </w:p>
    <w:p>
      <w:r>
        <w:rPr>
          <w:b/>
        </w:rPr>
        <w:t xml:space="preserve">[07:16] </w:t>
      </w:r>
      <w:r>
        <w:t>yani khana aur peena chhodna yeh alamat hai, yani symbolic sense mein hai.</w:t>
      </w:r>
    </w:p>
    <w:p>
      <w:pPr>
        <w:jc w:val="right"/>
      </w:pPr>
      <w:r>
        <w:t>یعنی کھانا اور پینا چھوڑنا یہ علامت ہے، یعنی symbolic sense میں ہے۔</w:t>
      </w:r>
    </w:p>
    <w:p>
      <w:r>
        <w:rPr>
          <w:b/>
        </w:rPr>
        <w:t xml:space="preserve">[07:21] </w:t>
      </w:r>
      <w:r>
        <w:t>is se kya hua ke jannat ka hasool jo hai hamare liye yeh hai ke dunya ki zindagi</w:t>
      </w:r>
    </w:p>
    <w:p>
      <w:pPr>
        <w:jc w:val="right"/>
      </w:pPr>
      <w:r>
        <w:t>اس سے کیا ہوا کہ جنت کا حصول جو ہے ہمارے لیے یہ ہے کہ دنیا کی زندگی</w:t>
      </w:r>
    </w:p>
    <w:p>
      <w:r>
        <w:rPr>
          <w:b/>
        </w:rPr>
        <w:t xml:space="preserve">[07:29] </w:t>
      </w:r>
      <w:r>
        <w:t>mein hum self-imposed restriction ko follow karen.</w:t>
      </w:r>
    </w:p>
    <w:p>
      <w:pPr>
        <w:jc w:val="right"/>
      </w:pPr>
      <w:r>
        <w:t>میں ہم self-imposed restriction کو follow کریں۔</w:t>
      </w:r>
    </w:p>
    <w:p>
      <w:r>
        <w:rPr>
          <w:b/>
        </w:rPr>
        <w:t xml:space="preserve">[07:32] </w:t>
      </w:r>
      <w:r>
        <w:t>apni khwahishat ke maamle mein, apne jazbat ke maamle mein, apne emotions ke maamle mein hum apne upar</w:t>
      </w:r>
    </w:p>
    <w:p>
      <w:pPr>
        <w:jc w:val="right"/>
      </w:pPr>
      <w:r>
        <w:t>اپنی خواہشات کے معاملے میں، اپنے جذبات کے معاملے میں، اپنے emotions کے معاملے میں ہم اپنے اوپر</w:t>
      </w:r>
    </w:p>
    <w:p>
      <w:r>
        <w:rPr>
          <w:b/>
        </w:rPr>
        <w:t xml:space="preserve">[07:40] </w:t>
      </w:r>
      <w:r>
        <w:t>khud se ek pabandi aaid karen ke hamein yeh karna hai, yeh nahi karna hai.</w:t>
      </w:r>
    </w:p>
    <w:p>
      <w:pPr>
        <w:jc w:val="right"/>
      </w:pPr>
      <w:r>
        <w:t>خود سے ایک پابندی عائد کریں کہ ہمیں یہ کرنا ہے، یہ نہیں کرنا ہے۔</w:t>
      </w:r>
    </w:p>
    <w:p>
      <w:r>
        <w:rPr>
          <w:b/>
        </w:rPr>
        <w:t xml:space="preserve">[07:46] </w:t>
      </w:r>
      <w:r>
        <w:t>jo aadmi is self-imposed restriction par poora utre ga us ke liye jannat hai.</w:t>
      </w:r>
    </w:p>
    <w:p>
      <w:pPr>
        <w:jc w:val="right"/>
      </w:pPr>
      <w:r>
        <w:t>جو آدمی اس self-imposed restriction پر پورا اترے گا اس کے لیے جنت ہے۔</w:t>
      </w:r>
    </w:p>
    <w:p>
      <w:r>
        <w:rPr>
          <w:b/>
        </w:rPr>
        <w:t xml:space="preserve">[07:52] </w:t>
      </w:r>
      <w:r>
        <w:t>us ke liye jannat hai.</w:t>
      </w:r>
    </w:p>
    <w:p>
      <w:pPr>
        <w:jc w:val="right"/>
      </w:pPr>
      <w:r>
        <w:t>اس کے لیے جنت ہے۔</w:t>
      </w:r>
    </w:p>
    <w:p>
      <w:r>
        <w:rPr>
          <w:b/>
        </w:rPr>
        <w:t xml:space="preserve">[07:54] </w:t>
      </w:r>
      <w:r>
        <w:t>yeh sabaq adam hi ke zamane mein insaan ko de diya gaya tha ke agar tum isi dunya</w:t>
      </w:r>
    </w:p>
    <w:p>
      <w:pPr>
        <w:jc w:val="right"/>
      </w:pPr>
      <w:r>
        <w:t>یہ سبق آدم ہی کے زمانے میں انسان کو دے دیا گیا تھا کہ اگر تم اسی دنیا</w:t>
      </w:r>
    </w:p>
    <w:p>
      <w:r>
        <w:rPr>
          <w:b/>
        </w:rPr>
        <w:t xml:space="preserve">[08:02] </w:t>
      </w:r>
      <w:r>
        <w:t>mein chaho ge apni jannat hasil karna, poori jannat tumhare liye mil jaye isi dunya mein to phir</w:t>
      </w:r>
    </w:p>
    <w:p>
      <w:pPr>
        <w:jc w:val="right"/>
      </w:pPr>
      <w:r>
        <w:t>میں چاہو گے اپنی جنت حاصل کرنا، پوری جنت تمہارے لیے مل جائے اسی دنیا میں تو پھر</w:t>
      </w:r>
    </w:p>
    <w:p>
      <w:r>
        <w:rPr>
          <w:b/>
        </w:rPr>
        <w:t xml:space="preserve">[08:10] </w:t>
      </w:r>
      <w:r>
        <w:t>aakhirat mein tumhein kuch nahi mile ga.</w:t>
      </w:r>
    </w:p>
    <w:p>
      <w:pPr>
        <w:jc w:val="right"/>
      </w:pPr>
      <w:r>
        <w:t>آخرت میں تمہیں کچھ نہیں ملے گا۔</w:t>
      </w:r>
    </w:p>
    <w:p>
      <w:r>
        <w:rPr>
          <w:b/>
        </w:rPr>
        <w:t xml:space="preserve">[08:13] </w:t>
      </w:r>
      <w:r>
        <w:t>is mein, is dunya mein tum jannat ko enjoy kar sakte ho bohat hi mehdood aitbar se, restrictive</w:t>
      </w:r>
    </w:p>
    <w:p>
      <w:pPr>
        <w:jc w:val="right"/>
      </w:pPr>
      <w:r>
        <w:t>اس میں، اس دنیا میں تم جنت کو enjoy کر سکتے ہو بہت ہی محدود اعتبار سے، restrictive</w:t>
      </w:r>
    </w:p>
    <w:p>
      <w:r>
        <w:rPr>
          <w:b/>
        </w:rPr>
        <w:t xml:space="preserve">[08:20] </w:t>
      </w:r>
      <w:r>
        <w:t>sense mein.</w:t>
      </w:r>
    </w:p>
    <w:p>
      <w:pPr>
        <w:jc w:val="right"/>
      </w:pPr>
      <w:r>
        <w:t>sense میں۔</w:t>
      </w:r>
    </w:p>
    <w:p>
      <w:r>
        <w:rPr>
          <w:b/>
        </w:rPr>
        <w:t xml:space="preserve">[08:22] </w:t>
      </w:r>
      <w:r>
        <w:t>tab tum ko abadi jannat mile gi.</w:t>
      </w:r>
    </w:p>
    <w:p>
      <w:pPr>
        <w:jc w:val="right"/>
      </w:pPr>
      <w:r>
        <w:t>تب تم کو ابدی جنت ملے گی۔</w:t>
      </w:r>
    </w:p>
    <w:p>
      <w:r>
        <w:rPr>
          <w:b/>
        </w:rPr>
        <w:t xml:space="preserve">[08:25] </w:t>
      </w:r>
      <w:r>
        <w:t>to roza ka matlab yeh hai self-imposed restriction mein zindagi guzarna.</w:t>
      </w:r>
    </w:p>
    <w:p>
      <w:pPr>
        <w:jc w:val="right"/>
      </w:pPr>
      <w:r>
        <w:t>تو روزہ کا مطلب یہ ہے self-imposed restriction میں زندگی گزارنا۔</w:t>
      </w:r>
    </w:p>
    <w:p>
      <w:r>
        <w:rPr>
          <w:b/>
        </w:rPr>
        <w:t xml:space="preserve">[08:30] </w:t>
      </w:r>
      <w:r>
        <w:t>mein to jab aadmi mehdood muddat ke liye bhook pyas ka tajurba karta hai to us ko shakk</w:t>
      </w:r>
    </w:p>
    <w:p>
      <w:pPr>
        <w:jc w:val="right"/>
      </w:pPr>
      <w:r>
        <w:t>میں تو جب آدمی محدود مدت کے لیے بھوک پیاس کا تجربہ کرتا ہے تو اس کو شک</w:t>
      </w:r>
    </w:p>
    <w:p>
      <w:r>
        <w:rPr>
          <w:b/>
        </w:rPr>
        <w:t xml:space="preserve">[08:37] </w:t>
      </w:r>
      <w:r>
        <w:t>lagta hai, spiritual shakk lagta hai.</w:t>
      </w:r>
    </w:p>
    <w:p>
      <w:pPr>
        <w:jc w:val="right"/>
      </w:pPr>
      <w:r>
        <w:t>لگتا ہے، spiritual شک لگتا ہے۔</w:t>
      </w:r>
    </w:p>
    <w:p>
      <w:r>
        <w:rPr>
          <w:b/>
        </w:rPr>
        <w:t xml:space="preserve">[08:40] </w:t>
      </w:r>
      <w:r>
        <w:t>bhook mein aur pyas mein jab woh waqt guzarta hai apna to isi se uska mind trigger</w:t>
      </w:r>
    </w:p>
    <w:p>
      <w:pPr>
        <w:jc w:val="right"/>
      </w:pPr>
      <w:r>
        <w:t>بھوک میں اور پیاس میں جب وہ وقت گزارتا ہے اپنا تو اسی سے اس کا mind trigger</w:t>
      </w:r>
    </w:p>
    <w:p>
      <w:r>
        <w:rPr>
          <w:b/>
        </w:rPr>
        <w:t xml:space="preserve">[08:48] </w:t>
      </w:r>
      <w:r>
        <w:t>hota hai.</w:t>
      </w:r>
    </w:p>
    <w:p>
      <w:pPr>
        <w:jc w:val="right"/>
      </w:pPr>
      <w:r>
        <w:t>ہوتا ہے۔</w:t>
      </w:r>
    </w:p>
    <w:p>
      <w:r>
        <w:rPr>
          <w:b/>
        </w:rPr>
        <w:t xml:space="preserve">[08:49] </w:t>
      </w:r>
      <w:r>
        <w:t>to phir woh nayi nayi baatein daryaft karta hai.</w:t>
      </w:r>
    </w:p>
    <w:p>
      <w:pPr>
        <w:jc w:val="right"/>
      </w:pPr>
      <w:r>
        <w:t>تو پھر وہ نئی نئی باتیں دریافت کرتا ہے۔</w:t>
      </w:r>
    </w:p>
    <w:p>
      <w:r>
        <w:rPr>
          <w:b/>
        </w:rPr>
        <w:t xml:space="preserve">[08:53] </w:t>
      </w:r>
      <w:r>
        <w:t>woh jab tak mind trigger na ho us ke andar spirituality nahi aati.</w:t>
      </w:r>
    </w:p>
    <w:p>
      <w:pPr>
        <w:jc w:val="right"/>
      </w:pPr>
      <w:r>
        <w:t>وہ جب تک mind trigger نہ ہو اس کے اندر spirituality نہیں آتی۔</w:t>
      </w:r>
    </w:p>
    <w:p>
      <w:r>
        <w:rPr>
          <w:b/>
        </w:rPr>
        <w:t xml:space="preserve">[08:59] </w:t>
      </w:r>
      <w:r>
        <w:t>nahi to yeh aik tadbeer hai is baat ki ke insaan ka mind trigger ho aur woh marfat</w:t>
      </w:r>
    </w:p>
    <w:p>
      <w:pPr>
        <w:jc w:val="right"/>
      </w:pPr>
      <w:r>
        <w:t>نہیں تو یہ ایک تدبیر ہے اس بات کی کہ انسان کا mind trigger ہو اور وہ معرفت</w:t>
      </w:r>
    </w:p>
    <w:p>
      <w:r>
        <w:rPr>
          <w:b/>
        </w:rPr>
        <w:t xml:space="preserve">[09:06] </w:t>
      </w:r>
      <w:r>
        <w:t>ke naye naye item daryaft kare.</w:t>
      </w:r>
    </w:p>
    <w:p>
      <w:pPr>
        <w:jc w:val="right"/>
      </w:pPr>
      <w:r>
        <w:t>کے نئے نئے item دریافت کرے۔</w:t>
      </w:r>
    </w:p>
    <w:p>
      <w:r>
        <w:rPr>
          <w:b/>
        </w:rPr>
        <w:t xml:space="preserve">[09:09] </w:t>
      </w:r>
      <w:r>
        <w:t>yahi hai rizq mein izafa.</w:t>
      </w:r>
    </w:p>
    <w:p>
      <w:pPr>
        <w:jc w:val="right"/>
      </w:pPr>
      <w:r>
        <w:t>یہی ہے رزق میں اضافہ۔</w:t>
      </w:r>
    </w:p>
    <w:p>
      <w:r>
        <w:rPr>
          <w:b/>
        </w:rPr>
        <w:t xml:space="preserve">[09:11] </w:t>
      </w:r>
      <w:r>
        <w:t>aam halat mein jitni marfat aap tak aap pahanh paate hain to jab mind trigger hota hai to</w:t>
      </w:r>
    </w:p>
    <w:p>
      <w:pPr>
        <w:jc w:val="right"/>
      </w:pPr>
      <w:r>
        <w:t>عام حالت میں جتنی معرفت آپ تک آپ پہنچ پاتے ہیں تو جب mind trigger ہوتا ہے تو</w:t>
      </w:r>
    </w:p>
    <w:p>
      <w:r>
        <w:rPr>
          <w:b/>
        </w:rPr>
        <w:t xml:space="preserve">[09:19] </w:t>
      </w:r>
      <w:r>
        <w:t>is zyada marfat ki cheez aap ko samne aati hai.</w:t>
      </w:r>
    </w:p>
    <w:p>
      <w:pPr>
        <w:jc w:val="right"/>
      </w:pPr>
      <w:r>
        <w:t>اس زیادہ معرفت کی چیز آپ کو سامنے آتی ہے۔</w:t>
      </w:r>
    </w:p>
    <w:p>
      <w:r>
        <w:rPr>
          <w:b/>
        </w:rPr>
        <w:t xml:space="preserve">[09:23] </w:t>
      </w:r>
      <w:r>
        <w:t>is se zyada.</w:t>
      </w:r>
    </w:p>
    <w:p>
      <w:pPr>
        <w:jc w:val="right"/>
      </w:pPr>
      <w:r>
        <w:t>اس سے زیادہ۔</w:t>
      </w:r>
    </w:p>
    <w:p>
      <w:r>
        <w:rPr>
          <w:b/>
        </w:rPr>
        <w:t xml:space="preserve">[09:24] </w:t>
      </w:r>
      <w:r>
        <w:t>yahi hai yahi hai jo hadith mein aata hai ke فِيهِ يَزْدَادُ رِزْقُ الْمُؤْمِنِ momin ka rizq is</w:t>
      </w:r>
    </w:p>
    <w:p>
      <w:pPr>
        <w:jc w:val="right"/>
      </w:pPr>
      <w:r>
        <w:t>یہی ہے یہی ہے جو حدیث میں آتا ہے کہ فِيهِ يَزْدَادُ رِزْقُ الْمُؤْمِنِ مومن کا رزق اس</w:t>
      </w:r>
    </w:p>
    <w:p>
      <w:r>
        <w:rPr>
          <w:b/>
        </w:rPr>
        <w:t xml:space="preserve">[09:32] </w:t>
      </w:r>
      <w:r>
        <w:t>zamane mein barha diya jata hai.</w:t>
      </w:r>
    </w:p>
    <w:p>
      <w:pPr>
        <w:jc w:val="right"/>
      </w:pPr>
      <w:r>
        <w:t>زمانے میں بڑھا دیا جاتا ہے۔</w:t>
      </w:r>
    </w:p>
    <w:p>
      <w:r>
        <w:rPr>
          <w:b/>
        </w:rPr>
        <w:t xml:space="preserve">[09:35] </w:t>
      </w:r>
      <w:r>
        <w:t>is ka matlab yeh hai momin ka rizq marfat, momin ka rizq imani, momin ka rizq rabbani is</w:t>
      </w:r>
    </w:p>
    <w:p>
      <w:pPr>
        <w:jc w:val="right"/>
      </w:pPr>
      <w:r>
        <w:t>اس کا مطلب یہ ہے مومن کا رزق معرفت، مومن کا رزق ایمانی، مومن کا رزق ربانی اس</w:t>
      </w:r>
    </w:p>
    <w:p>
      <w:r>
        <w:rPr>
          <w:b/>
        </w:rPr>
        <w:t xml:space="preserve">[09:42] </w:t>
      </w:r>
      <w:r>
        <w:t>zamane mein barha diya jata hai.</w:t>
      </w:r>
    </w:p>
    <w:p>
      <w:pPr>
        <w:jc w:val="right"/>
      </w:pPr>
      <w:r>
        <w:t>زمانے میں بڑھا دیا جاتا ہے۔</w:t>
      </w:r>
    </w:p>
    <w:p>
      <w:r>
        <w:rPr>
          <w:b/>
        </w:rPr>
        <w:t xml:space="preserve">[09:45] </w:t>
      </w:r>
      <w:r>
        <w:t>maani ki baat yeh hai ke jab mind trigger hota hai to woh daryaft karta hai nayi nayi</w:t>
      </w:r>
    </w:p>
    <w:p>
      <w:pPr>
        <w:jc w:val="right"/>
      </w:pPr>
      <w:r>
        <w:t>معنی کی بات یہ ہے کہ جب mind trigger ہوتا ہے تو وہ دریافت کرتا ہے نئی نئی</w:t>
      </w:r>
    </w:p>
    <w:p>
      <w:r>
        <w:rPr>
          <w:b/>
        </w:rPr>
        <w:t xml:space="preserve">[09:53] </w:t>
      </w:r>
      <w:r>
        <w:t>cheezein.</w:t>
      </w:r>
    </w:p>
    <w:p>
      <w:pPr>
        <w:jc w:val="right"/>
      </w:pPr>
      <w:r>
        <w:t>چیزیں۔</w:t>
      </w:r>
    </w:p>
    <w:p>
      <w:r>
        <w:rPr>
          <w:b/>
        </w:rPr>
        <w:t xml:space="preserve">[09:54] </w:t>
      </w:r>
      <w:r>
        <w:t>nayi nayi cheezein daryaft karta hai.</w:t>
      </w:r>
    </w:p>
    <w:p>
      <w:pPr>
        <w:jc w:val="right"/>
      </w:pPr>
      <w:r>
        <w:t>نئی نئی چیزیں دریافت کرتا ہے۔</w:t>
      </w:r>
    </w:p>
    <w:p>
      <w:r>
        <w:rPr>
          <w:b/>
        </w:rPr>
        <w:t xml:space="preserve">[09:57] </w:t>
      </w:r>
      <w:r>
        <w:t>yahi wajah hai ke yeh itni bari baat hai ke Allah taala ne is par sab se bara</w:t>
      </w:r>
    </w:p>
    <w:p>
      <w:pPr>
        <w:jc w:val="right"/>
      </w:pPr>
      <w:r>
        <w:t>یہی وجہ ہے کہ یہ اتنی بڑی بات ہے کہ اللہ تعالیٰ نے اس پر سب سے بڑا</w:t>
      </w:r>
    </w:p>
    <w:p>
      <w:r>
        <w:rPr>
          <w:b/>
        </w:rPr>
        <w:t xml:space="preserve">[10:04] </w:t>
      </w:r>
      <w:r>
        <w:t>inaam rakh diya hai.</w:t>
      </w:r>
    </w:p>
    <w:p>
      <w:pPr>
        <w:jc w:val="right"/>
      </w:pPr>
      <w:r>
        <w:t>انعام رکھ دیا ہے۔</w:t>
      </w:r>
    </w:p>
    <w:p>
      <w:r>
        <w:rPr>
          <w:b/>
        </w:rPr>
        <w:t xml:space="preserve">[10:06] </w:t>
      </w:r>
      <w:r>
        <w:t>ek hadith hai ke ek hai ke insaan ke amal ka badla das guna se saat sau guna</w:t>
      </w:r>
    </w:p>
    <w:p>
      <w:pPr>
        <w:jc w:val="right"/>
      </w:pPr>
      <w:r>
        <w:t>ایک حدیث ہے کہ ایک ہے کہ انسان کے عمل کا بدلہ دس گنا سے سات سو گنا</w:t>
      </w:r>
    </w:p>
    <w:p>
      <w:r>
        <w:rPr>
          <w:b/>
        </w:rPr>
        <w:t xml:space="preserve">[10:14] </w:t>
      </w:r>
      <w:r>
        <w:t>tak diya jata hai.</w:t>
      </w:r>
    </w:p>
    <w:p>
      <w:pPr>
        <w:jc w:val="right"/>
      </w:pPr>
      <w:r>
        <w:t>تک دیا جاتا ہے۔</w:t>
      </w:r>
    </w:p>
    <w:p>
      <w:r>
        <w:rPr>
          <w:b/>
        </w:rPr>
        <w:t xml:space="preserve">[10:16] </w:t>
      </w:r>
      <w:r>
        <w:t>das guna se saat sau guna tak.</w:t>
      </w:r>
    </w:p>
    <w:p>
      <w:pPr>
        <w:jc w:val="right"/>
      </w:pPr>
      <w:r>
        <w:t>دس گنا سے سات سو گنا تک۔</w:t>
      </w:r>
    </w:p>
    <w:p>
      <w:r>
        <w:rPr>
          <w:b/>
        </w:rPr>
        <w:t xml:space="preserve">[10:19] </w:t>
      </w:r>
      <w:r>
        <w:t>yani jitna uska marifat hoga, babri par marifat, jitna uske andar spirit hogi, jitna zyada us</w:t>
      </w:r>
    </w:p>
    <w:p>
      <w:pPr>
        <w:jc w:val="right"/>
      </w:pPr>
      <w:r>
        <w:t>یعنی جتنا اس کا معرفت ہوگا، ببری پر معرفت، جتنا اس کے اندر spirit ہوگی، جتنا زیادہ اس</w:t>
      </w:r>
    </w:p>
    <w:p>
      <w:r>
        <w:rPr>
          <w:b/>
        </w:rPr>
        <w:t xml:space="preserve">[10:26] </w:t>
      </w:r>
      <w:r>
        <w:t>ka sacrifice hogi, utni badhta jayega uski jaza.</w:t>
      </w:r>
    </w:p>
    <w:p>
      <w:pPr>
        <w:jc w:val="right"/>
      </w:pPr>
      <w:r>
        <w:t>کا sacrifice ہوگی، اتنی بڑھتا جائے گا اس کی جزا۔</w:t>
      </w:r>
    </w:p>
    <w:p>
      <w:r>
        <w:rPr>
          <w:b/>
        </w:rPr>
        <w:t xml:space="preserve">[10:31] </w:t>
      </w:r>
      <w:r>
        <w:t>phir is mein hadith mein aayi ke illa as-sawm magar roza.</w:t>
      </w:r>
    </w:p>
    <w:p>
      <w:pPr>
        <w:jc w:val="right"/>
      </w:pPr>
      <w:r>
        <w:t>پھر اس میں حدیث میں آئی کہ إِلَّا الصَّوْمِ مگر روزہ۔</w:t>
      </w:r>
    </w:p>
    <w:p>
      <w:r>
        <w:rPr>
          <w:b/>
        </w:rPr>
        <w:t xml:space="preserve">[10:35] </w:t>
      </w:r>
      <w:r>
        <w:t>fa innahu li wa ana ajli bihi ke roza mere liye, mere liye ka matlab hai min ajl Allah for</w:t>
      </w:r>
    </w:p>
    <w:p>
      <w:pPr>
        <w:jc w:val="right"/>
      </w:pPr>
      <w:r>
        <w:t>فَإِنَّهُ لِي وَأَنَا أَجْلِي بِهِ کہ روزہ میرے لیے، میرے لیے کا مطلب ہے مِنْ أَجْلِ اللَّهِ for</w:t>
      </w:r>
    </w:p>
    <w:p>
      <w:r>
        <w:rPr>
          <w:b/>
        </w:rPr>
        <w:t xml:space="preserve">[10:43] </w:t>
      </w:r>
      <w:r>
        <w:t>the sake of God hai.</w:t>
      </w:r>
    </w:p>
    <w:p>
      <w:pPr>
        <w:jc w:val="right"/>
      </w:pPr>
      <w:r>
        <w:t>the sake of God ہے۔</w:t>
      </w:r>
    </w:p>
    <w:p>
      <w:r>
        <w:rPr>
          <w:b/>
        </w:rPr>
        <w:t xml:space="preserve">[10:45] </w:t>
      </w:r>
      <w:r>
        <w:t>yani roza jo hai for the sake of God hai.</w:t>
      </w:r>
    </w:p>
    <w:p>
      <w:pPr>
        <w:jc w:val="right"/>
      </w:pPr>
      <w:r>
        <w:t>یعنی روزہ جو ہے for the sake of God ہے۔</w:t>
      </w:r>
    </w:p>
    <w:p>
      <w:r>
        <w:rPr>
          <w:b/>
        </w:rPr>
        <w:t xml:space="preserve">[10:49] </w:t>
      </w:r>
      <w:r>
        <w:t>to iska jaza bohat zyada hai.</w:t>
      </w:r>
    </w:p>
    <w:p>
      <w:pPr>
        <w:jc w:val="right"/>
      </w:pPr>
      <w:r>
        <w:t>تو اس کا جزا بہت زیادہ ہے۔</w:t>
      </w:r>
    </w:p>
    <w:p>
      <w:r>
        <w:rPr>
          <w:b/>
        </w:rPr>
        <w:t xml:space="preserve">[10:52] </w:t>
      </w:r>
      <w:r>
        <w:t>for the sake of God ka matlab kya hai? ke insaan khud apne irade se apne andar bhook</w:t>
      </w:r>
    </w:p>
    <w:p>
      <w:pPr>
        <w:jc w:val="right"/>
      </w:pPr>
      <w:r>
        <w:t>for the sake of God کا مطلب کیا ہے؟ کہ انسان خود اپنے ارادے سے اپنے اندر بھوک</w:t>
      </w:r>
    </w:p>
    <w:p>
      <w:r>
        <w:rPr>
          <w:b/>
        </w:rPr>
        <w:t xml:space="preserve">[11:00] </w:t>
      </w:r>
      <w:r>
        <w:t>ka tajurba karata hai, apne aap ko pyas ka tajurba karata hai, apne aap ko taake uska</w:t>
      </w:r>
    </w:p>
    <w:p>
      <w:pPr>
        <w:jc w:val="right"/>
      </w:pPr>
      <w:r>
        <w:t>کا تجربہ کراتا ہے، اپنے آپ کو پیاس کا تجربہ کراتا ہے، اپنے آپ کو تاکہ اس کا</w:t>
      </w:r>
    </w:p>
    <w:p>
      <w:r>
        <w:rPr>
          <w:b/>
        </w:rPr>
        <w:t xml:space="preserve">[11:08] </w:t>
      </w:r>
      <w:r>
        <w:t>mind trigger ho, taake woh nai nai marifat ki izzat daryaft kare.</w:t>
      </w:r>
    </w:p>
    <w:p>
      <w:pPr>
        <w:jc w:val="right"/>
      </w:pPr>
      <w:r>
        <w:t>mind trigger ہو، تاکہ وہ نئی نئی معرفت کی عزت دریافت کرے۔</w:t>
      </w:r>
    </w:p>
    <w:p>
      <w:r>
        <w:rPr>
          <w:b/>
        </w:rPr>
        <w:t xml:space="preserve">[11:13] </w:t>
      </w:r>
      <w:r>
        <w:t>to kuch cheezein jo yeh roza self-imposed is liye mein kehta hoon.</w:t>
      </w:r>
    </w:p>
    <w:p>
      <w:pPr>
        <w:jc w:val="right"/>
      </w:pPr>
      <w:r>
        <w:t>تو کچھ چیزیں جو یہ روزہ self-imposed اس لیے میں کہتا ہوں۔</w:t>
      </w:r>
    </w:p>
    <w:p>
      <w:r>
        <w:rPr>
          <w:b/>
        </w:rPr>
        <w:t xml:space="preserve">[11:18] </w:t>
      </w:r>
      <w:r>
        <w:t>ek martaba mein ek bus mein safar kar raha tha to ek naujawan mere paas baitha hua tha.</w:t>
      </w:r>
    </w:p>
    <w:p>
      <w:pPr>
        <w:jc w:val="right"/>
      </w:pPr>
      <w:r>
        <w:t>ایک مرتبہ میں ایک بس میں سفر کر رہا تھا تو ایک نوجوان میرے پاس بیٹھا ہوا تھا۔</w:t>
      </w:r>
    </w:p>
    <w:p>
      <w:r>
        <w:rPr>
          <w:b/>
        </w:rPr>
        <w:t xml:space="preserve">[11:26] </w:t>
      </w:r>
      <w:r>
        <w:t>yeh sacha qissa hai.</w:t>
      </w:r>
    </w:p>
    <w:p>
      <w:pPr>
        <w:jc w:val="right"/>
      </w:pPr>
      <w:r>
        <w:t>یہ سچا قصہ ہے۔</w:t>
      </w:r>
    </w:p>
    <w:p>
      <w:r>
        <w:rPr>
          <w:b/>
        </w:rPr>
        <w:t xml:space="preserve">[11:28] </w:t>
      </w:r>
      <w:r>
        <w:t>naujawan bohat hi tandrust tha woh.</w:t>
      </w:r>
    </w:p>
    <w:p>
      <w:pPr>
        <w:jc w:val="right"/>
      </w:pPr>
      <w:r>
        <w:t>نوجوان بہت ہی تندرست تھا وہ۔</w:t>
      </w:r>
    </w:p>
    <w:p>
      <w:r>
        <w:rPr>
          <w:b/>
        </w:rPr>
        <w:t xml:space="preserve">[11:30] </w:t>
      </w:r>
      <w:r>
        <w:t>to uske haath mein sui thi aur us haath mein barabar aisi sui chhupata tha, khoon nikalta</w:t>
      </w:r>
    </w:p>
    <w:p>
      <w:pPr>
        <w:jc w:val="right"/>
      </w:pPr>
      <w:r>
        <w:t>تو اس کے ہاتھ میں سوئی تھی اور اس ہاتھ میں برابر ایسی سوئی چھپاتا تھا، خون نکلتا</w:t>
      </w:r>
    </w:p>
    <w:p>
      <w:r>
        <w:rPr>
          <w:b/>
        </w:rPr>
        <w:t xml:space="preserve">[11:38] </w:t>
      </w:r>
      <w:r>
        <w:t>tha us mein.</w:t>
      </w:r>
    </w:p>
    <w:p>
      <w:pPr>
        <w:jc w:val="right"/>
      </w:pPr>
      <w:r>
        <w:t>تھا اس میں۔</w:t>
      </w:r>
    </w:p>
    <w:p>
      <w:r>
        <w:rPr>
          <w:b/>
        </w:rPr>
        <w:t xml:space="preserve">[11:39] </w:t>
      </w:r>
      <w:r>
        <w:t>bohat hi nalbar tareeqe se chhupata tha.</w:t>
      </w:r>
    </w:p>
    <w:p>
      <w:pPr>
        <w:jc w:val="right"/>
      </w:pPr>
      <w:r>
        <w:t>بہت ہی نالبر طریقے سے چھپاتا تھا۔</w:t>
      </w:r>
    </w:p>
    <w:p>
      <w:r>
        <w:rPr>
          <w:b/>
        </w:rPr>
        <w:t xml:space="preserve">[11:42] </w:t>
      </w:r>
      <w:r>
        <w:t>to woh kisi bulletin group ka member tha.</w:t>
      </w:r>
    </w:p>
    <w:p>
      <w:pPr>
        <w:jc w:val="right"/>
      </w:pPr>
      <w:r>
        <w:t>تو وہ کسی بلٹن گروپ کا ممبر تھا۔</w:t>
      </w:r>
    </w:p>
    <w:p>
      <w:r>
        <w:rPr>
          <w:b/>
        </w:rPr>
        <w:t xml:space="preserve">[11:46] </w:t>
      </w:r>
      <w:r>
        <w:t>to woh bulletin culture mein apne aap ko fit karne ke liye yeh ek experience karata tha ke</w:t>
      </w:r>
    </w:p>
    <w:p>
      <w:pPr>
        <w:jc w:val="right"/>
      </w:pPr>
      <w:r>
        <w:t>تو وہ بلٹن کلچر میں اپنے آپ کو فٹ کرنے کے لیے یہ ایک ایکسپیرئینس کراتا تھا کہ</w:t>
      </w:r>
    </w:p>
    <w:p>
      <w:r>
        <w:rPr>
          <w:b/>
        </w:rPr>
        <w:t xml:space="preserve">[11:54] </w:t>
      </w:r>
      <w:r>
        <w:t>mujhe sui lage ya mujhe teer lage, tab bhi main qaim rahoon apne militarysi mein.</w:t>
      </w:r>
    </w:p>
    <w:p>
      <w:pPr>
        <w:jc w:val="right"/>
      </w:pPr>
      <w:r>
        <w:t>مجھے سوئی لگے یا مجھے تیر لگے، تب بھی میں قائم رہوں اپنے ملٹریسی میں۔</w:t>
      </w:r>
    </w:p>
    <w:p>
      <w:r>
        <w:rPr>
          <w:b/>
        </w:rPr>
        <w:t xml:space="preserve">[12:00] </w:t>
      </w:r>
      <w:r>
        <w:t>to yeh self-imposed practice thi.</w:t>
      </w:r>
    </w:p>
    <w:p>
      <w:pPr>
        <w:jc w:val="right"/>
      </w:pPr>
      <w:r>
        <w:t>تو یہ self-imposed practice تھی۔</w:t>
      </w:r>
    </w:p>
    <w:p>
      <w:r>
        <w:rPr>
          <w:b/>
        </w:rPr>
        <w:t xml:space="preserve">[12:02] </w:t>
      </w:r>
      <w:r>
        <w:t>to momin self-imposed practice karta hai.</w:t>
      </w:r>
    </w:p>
    <w:p>
      <w:pPr>
        <w:jc w:val="right"/>
      </w:pPr>
      <w:r>
        <w:t>تو مومن self-imposed practice کرتا ہے۔</w:t>
      </w:r>
    </w:p>
    <w:p>
      <w:r>
        <w:rPr>
          <w:b/>
        </w:rPr>
        <w:t xml:space="preserve">[12:05] </w:t>
      </w:r>
      <w:r>
        <w:t>khud se apne ko pyas par dalta hai, khud se apne ko bhook par dalta hai taake is</w:t>
      </w:r>
    </w:p>
    <w:p>
      <w:pPr>
        <w:jc w:val="right"/>
      </w:pPr>
      <w:r>
        <w:t>خود سے اپنے کو پیاس پر ڈالتا ہے، خود سے اپنے کو بھوک پر ڈالتا ہے تاکہ اس</w:t>
      </w:r>
    </w:p>
    <w:p>
      <w:r>
        <w:rPr>
          <w:b/>
        </w:rPr>
        <w:t xml:space="preserve">[12:12] </w:t>
      </w:r>
      <w:r>
        <w:t>ka mind trigger ho, taake woh nai nai marifat is ko hasil ho aur phir woh Khuda se</w:t>
      </w:r>
    </w:p>
    <w:p>
      <w:pPr>
        <w:jc w:val="right"/>
      </w:pPr>
      <w:r>
        <w:t>کا mind trigger ہو، تاکہ وہ نئی نئی معرفت اس کو حاصل ہو اور پھر وہ خدا سے</w:t>
      </w:r>
    </w:p>
    <w:p>
      <w:r>
        <w:rPr>
          <w:b/>
        </w:rPr>
        <w:t xml:space="preserve">[12:20] </w:t>
      </w:r>
      <w:r>
        <w:t>qurbat bhi is ko mile.</w:t>
      </w:r>
    </w:p>
    <w:p>
      <w:pPr>
        <w:jc w:val="right"/>
      </w:pPr>
      <w:r>
        <w:t>قربت بھی اس کو ملے۔</w:t>
      </w:r>
    </w:p>
    <w:p>
      <w:r>
        <w:rPr>
          <w:b/>
        </w:rPr>
        <w:t xml:space="preserve">[12:22] </w:t>
      </w:r>
      <w:r>
        <w:t>to yeh yahi hai min ajli Allah.</w:t>
      </w:r>
    </w:p>
    <w:p>
      <w:pPr>
        <w:jc w:val="right"/>
      </w:pPr>
      <w:r>
        <w:t>تو یہ یہی ہے مِنْ أَجْلِ اللَّهِ ۔</w:t>
      </w:r>
    </w:p>
    <w:p>
      <w:r>
        <w:rPr>
          <w:b/>
        </w:rPr>
        <w:t xml:space="preserve">[12:26] </w:t>
      </w:r>
      <w:r>
        <w:t>yani Allah ka itna zyada ghalba ho, Allah ki mohabbat ka, Allah ki itaat ka ke aap apne</w:t>
      </w:r>
    </w:p>
    <w:p>
      <w:pPr>
        <w:jc w:val="right"/>
      </w:pPr>
      <w:r>
        <w:t>یعنی اللہ کا اتنا زیادہ غلبہ ہو، اللہ کی محبت کا، اللہ کی اطاعت کا کہ آپ اپنے</w:t>
      </w:r>
    </w:p>
    <w:p>
      <w:r>
        <w:rPr>
          <w:b/>
        </w:rPr>
        <w:t xml:space="preserve">[12:33] </w:t>
      </w:r>
      <w:r>
        <w:t>ko khud se tayyar karne lagen.</w:t>
      </w:r>
    </w:p>
    <w:p>
      <w:pPr>
        <w:jc w:val="right"/>
      </w:pPr>
      <w:r>
        <w:t>کو خود سے تیار کرنے لگیں۔</w:t>
      </w:r>
    </w:p>
    <w:p>
      <w:r>
        <w:rPr>
          <w:b/>
        </w:rPr>
        <w:t xml:space="preserve">[12:36] </w:t>
      </w:r>
      <w:r>
        <w:t>ek hai halaat pesh aaye, is halaat ke andar aap ko kuch tarbiyat hui aap ki.</w:t>
      </w:r>
    </w:p>
    <w:p>
      <w:pPr>
        <w:jc w:val="right"/>
      </w:pPr>
      <w:r>
        <w:t>ایک ہے حالات پیش آئے، اس حالات کے اندر آپ کو کچھ تربیت ہوئی آپ کی۔</w:t>
      </w:r>
    </w:p>
    <w:p>
      <w:r>
        <w:rPr>
          <w:b/>
        </w:rPr>
        <w:t xml:space="preserve">[12:43] </w:t>
      </w:r>
      <w:r>
        <w:t>yani kharji taur par pesh aamdah halaat ke andar aap ki tarbiyat hui.</w:t>
      </w:r>
    </w:p>
    <w:p>
      <w:pPr>
        <w:jc w:val="right"/>
      </w:pPr>
      <w:r>
        <w:t>یعنی خارجی طور پر پیش آمدہ حالات کے اندر آپ کی تربیت ہوئی۔</w:t>
      </w:r>
    </w:p>
    <w:p>
      <w:r>
        <w:rPr>
          <w:b/>
        </w:rPr>
        <w:t xml:space="preserve">[12:48] </w:t>
      </w:r>
      <w:r>
        <w:t>ek woh hai.</w:t>
      </w:r>
    </w:p>
    <w:p>
      <w:pPr>
        <w:jc w:val="right"/>
      </w:pPr>
      <w:r>
        <w:t>ایک وہ ہے۔</w:t>
      </w:r>
    </w:p>
    <w:p>
      <w:r>
        <w:rPr>
          <w:b/>
        </w:rPr>
        <w:t xml:space="preserve">[12:50] </w:t>
      </w:r>
      <w:r>
        <w:t>ek hai li ajli Allah.</w:t>
      </w:r>
    </w:p>
    <w:p>
      <w:pPr>
        <w:jc w:val="right"/>
      </w:pPr>
      <w:r>
        <w:t>ایک ہے لِأَجْلِ اللَّهِ ۔</w:t>
      </w:r>
    </w:p>
    <w:p>
      <w:r>
        <w:rPr>
          <w:b/>
        </w:rPr>
        <w:t xml:space="preserve">[12:52] </w:t>
      </w:r>
      <w:r>
        <w:t>aap ne khud se apne aap ko dala aise course mein jis mein aap trend ho kar nikle.</w:t>
      </w:r>
    </w:p>
    <w:p>
      <w:pPr>
        <w:jc w:val="right"/>
      </w:pPr>
      <w:r>
        <w:t>آپ نے خود سے اپنے آپ کو ڈالا ایسے کورس میں جس میں آپ ٹرینڈ ہو کر نکلے۔</w:t>
      </w:r>
    </w:p>
    <w:p>
      <w:r>
        <w:rPr>
          <w:b/>
        </w:rPr>
        <w:t xml:space="preserve">[13:00] </w:t>
      </w:r>
      <w:r>
        <w:t>hum mein se har shakhs par aise halaat guzarte hain ke koi museebat aa jati hai, koi nuqsan</w:t>
      </w:r>
    </w:p>
    <w:p>
      <w:pPr>
        <w:jc w:val="right"/>
      </w:pPr>
      <w:r>
        <w:t>ہم میں سے ہر شخص پر ایسے حالات گزرتے ہیں کہ کوئی مصیبت آ جاتی ہے، کوئی نقصان</w:t>
      </w:r>
    </w:p>
    <w:p>
      <w:r>
        <w:rPr>
          <w:b/>
        </w:rPr>
        <w:t xml:space="preserve">[13:07] </w:t>
      </w:r>
      <w:r>
        <w:t>ho jata hai, koi takleef pad jati hai humare upar.</w:t>
      </w:r>
    </w:p>
    <w:p>
      <w:pPr>
        <w:jc w:val="right"/>
      </w:pPr>
      <w:r>
        <w:t>ہو جاتا ہے، کوئی تکلیف پڑ جاتی ہے ہمارے اوپر۔</w:t>
      </w:r>
    </w:p>
    <w:p>
      <w:r>
        <w:rPr>
          <w:b/>
        </w:rPr>
        <w:t xml:space="preserve">[13:12] </w:t>
      </w:r>
      <w:r>
        <w:t>to woh to apne aap aati hai, is mein bhi tarbiyat hoti hai.</w:t>
      </w:r>
    </w:p>
    <w:p>
      <w:pPr>
        <w:jc w:val="right"/>
      </w:pPr>
      <w:r>
        <w:t>تو وہ تو اپنے آپ آتی ہے، اس میں بھی تربیت ہوتی ہے۔</w:t>
      </w:r>
    </w:p>
    <w:p>
      <w:r>
        <w:rPr>
          <w:b/>
        </w:rPr>
        <w:t xml:space="preserve">[13:17] </w:t>
      </w:r>
      <w:r>
        <w:t>is mein bhi tarbiyat hoti hai.</w:t>
      </w:r>
    </w:p>
    <w:p>
      <w:pPr>
        <w:jc w:val="right"/>
      </w:pPr>
      <w:r>
        <w:t>اس میں بھی تربیت ہوتی ہے۔</w:t>
      </w:r>
    </w:p>
    <w:p>
      <w:r>
        <w:rPr>
          <w:b/>
        </w:rPr>
        <w:t xml:space="preserve">[13:20] </w:t>
      </w:r>
      <w:r>
        <w:t>lekin ek la ajli Allah tarbiyat yad'u al-sahwa wa ta'am Allah jili.</w:t>
      </w:r>
    </w:p>
    <w:p>
      <w:pPr>
        <w:jc w:val="right"/>
      </w:pPr>
      <w:r>
        <w:t>لیکن ایک لَأَجْلِ اللَّهِ تربیت يَدَعُ الصَّحَوَةَ وَطَعَامُ اللَّهِ جِلِى ۔</w:t>
      </w:r>
    </w:p>
    <w:p>
      <w:r>
        <w:rPr>
          <w:b/>
        </w:rPr>
        <w:t xml:space="preserve">[13:25] </w:t>
      </w:r>
      <w:r>
        <w:t>Allah ke liye chhodna.</w:t>
      </w:r>
    </w:p>
    <w:p>
      <w:pPr>
        <w:jc w:val="right"/>
      </w:pPr>
      <w:r>
        <w:t>اللہ کے لیے چھوڑنا۔</w:t>
      </w:r>
    </w:p>
    <w:p>
      <w:r>
        <w:rPr>
          <w:b/>
        </w:rPr>
        <w:t xml:space="preserve">[13:26] </w:t>
      </w:r>
      <w:r>
        <w:t>to chhodna kya hai? chhodna khud to koi cheez nahi hai.</w:t>
      </w:r>
    </w:p>
    <w:p>
      <w:pPr>
        <w:jc w:val="right"/>
      </w:pPr>
      <w:r>
        <w:t>تو چھوڑنا کیا ہے؟ چھوڑنا خود تو کوئی چیز نہیں ہے۔</w:t>
      </w:r>
    </w:p>
    <w:p>
      <w:r>
        <w:rPr>
          <w:b/>
        </w:rPr>
        <w:t xml:space="preserve">[13:31] </w:t>
      </w:r>
      <w:r>
        <w:t>chhodna khud to koi cheez nahi hai.</w:t>
      </w:r>
    </w:p>
    <w:p>
      <w:pPr>
        <w:jc w:val="right"/>
      </w:pPr>
      <w:r>
        <w:t>چھوڑنا خود تو کوئی چیز نہیں ہے۔</w:t>
      </w:r>
    </w:p>
    <w:p>
      <w:r>
        <w:rPr>
          <w:b/>
        </w:rPr>
        <w:t xml:space="preserve">[13:34] </w:t>
      </w:r>
      <w:r>
        <w:t>yani apne aap ko trend karna hai to apne aap ko bhook aur pyas ka tajurba karata hai</w:t>
      </w:r>
    </w:p>
    <w:p>
      <w:pPr>
        <w:jc w:val="right"/>
      </w:pPr>
      <w:r>
        <w:t>یعنی اپنے آپ کو ٹرینڈ کرنا ہے تو اپنے آپ کو بھوک اور پیاس کا تجربہ کراتا ہے</w:t>
      </w:r>
    </w:p>
    <w:p>
      <w:r>
        <w:rPr>
          <w:b/>
        </w:rPr>
        <w:t xml:space="preserve">[13:42] </w:t>
      </w:r>
      <w:r>
        <w:t>aadmi taake is ka mind trigger ho, is ki marifat mein izafa ho.</w:t>
      </w:r>
    </w:p>
    <w:p>
      <w:pPr>
        <w:jc w:val="right"/>
      </w:pPr>
      <w:r>
        <w:t>آدمی تاکہ اس کا mind trigger ہو، اس کی معرفت میں اضافہ ہو۔</w:t>
      </w:r>
    </w:p>
    <w:p>
      <w:r>
        <w:rPr>
          <w:b/>
        </w:rPr>
        <w:t xml:space="preserve">[13:47] </w:t>
      </w:r>
      <w:r>
        <w:t>yeh ek ajeeb o ghareeb darja hai iman ka.</w:t>
      </w:r>
    </w:p>
    <w:p>
      <w:pPr>
        <w:jc w:val="right"/>
      </w:pPr>
      <w:r>
        <w:t>یہ ایک عجیب و غریب درجہ ہے ایمان کا۔</w:t>
      </w:r>
    </w:p>
    <w:p>
      <w:r>
        <w:rPr>
          <w:b/>
        </w:rPr>
        <w:t xml:space="preserve">[13:51] </w:t>
      </w:r>
      <w:r>
        <w:t>yeh iman ka ajeeb o ghareeb darja hai.</w:t>
      </w:r>
    </w:p>
    <w:p>
      <w:pPr>
        <w:jc w:val="right"/>
      </w:pPr>
      <w:r>
        <w:t>یہ ایمان کا عجیب و غریب درجہ ہے۔</w:t>
      </w:r>
    </w:p>
    <w:p>
      <w:r>
        <w:rPr>
          <w:b/>
        </w:rPr>
        <w:t xml:space="preserve">[13:55] </w:t>
      </w:r>
      <w:r>
        <w:t>aap zindagi guzarte hain to rozmarra ki zindagi mein aap ko tarah tarah ke problems pesh aate hain.</w:t>
      </w:r>
    </w:p>
    <w:p>
      <w:pPr>
        <w:jc w:val="right"/>
      </w:pPr>
      <w:r>
        <w:t>آپ زندگی گزارتے ہیں تو روزمرہ کی زندگی میں آپ کو طرح طرح کے problems پیش آتے ہیں۔</w:t>
      </w:r>
    </w:p>
    <w:p>
      <w:r>
        <w:rPr>
          <w:b/>
        </w:rPr>
        <w:t xml:space="preserve">[14:02] </w:t>
      </w:r>
      <w:r>
        <w:t>kahin loss hota hai, kahin kuch hota hai, kahin kuch hota hai.</w:t>
      </w:r>
    </w:p>
    <w:p>
      <w:pPr>
        <w:jc w:val="right"/>
      </w:pPr>
      <w:r>
        <w:t>کہیں loss ہوتا ہے، کہیں کچھ ہوتا ہے، کہیں کچھ ہوتا ہے۔</w:t>
      </w:r>
    </w:p>
    <w:p>
      <w:r>
        <w:rPr>
          <w:b/>
        </w:rPr>
        <w:t xml:space="preserve">[14:07] </w:t>
      </w:r>
      <w:r>
        <w:t>to woh apne aap pesh aane wale halaat hain.</w:t>
      </w:r>
    </w:p>
    <w:p>
      <w:pPr>
        <w:jc w:val="right"/>
      </w:pPr>
      <w:r>
        <w:t>تو وہ اپنے آپ پیش آنے والے حالات ہیں۔</w:t>
      </w:r>
    </w:p>
    <w:p>
      <w:r>
        <w:rPr>
          <w:b/>
        </w:rPr>
        <w:t xml:space="preserve">[14:11] </w:t>
      </w:r>
      <w:r>
        <w:t>apne aap.</w:t>
      </w:r>
    </w:p>
    <w:p>
      <w:pPr>
        <w:jc w:val="right"/>
      </w:pPr>
      <w:r>
        <w:t>اپنے آپ۔</w:t>
      </w:r>
    </w:p>
    <w:p>
      <w:r>
        <w:rPr>
          <w:b/>
        </w:rPr>
        <w:t xml:space="preserve">[14:13] </w:t>
      </w:r>
      <w:r>
        <w:t>lekin yahan par hai ke la-ajlillah.</w:t>
      </w:r>
    </w:p>
    <w:p>
      <w:pPr>
        <w:jc w:val="right"/>
      </w:pPr>
      <w:r>
        <w:t>لیکن یہاں پر ہے کہ لَأَجْلِ اللَّهِ۔</w:t>
      </w:r>
    </w:p>
    <w:p>
      <w:r>
        <w:rPr>
          <w:b/>
        </w:rPr>
        <w:t xml:space="preserve">[14:16] </w:t>
      </w:r>
      <w:r>
        <w:t>yani la-ajlillah karta hai aadmi.</w:t>
      </w:r>
    </w:p>
    <w:p>
      <w:pPr>
        <w:jc w:val="right"/>
      </w:pPr>
      <w:r>
        <w:t>یعنی لَأَجْلِ اللَّهِ کرتا ہے آدمی۔</w:t>
      </w:r>
    </w:p>
    <w:p>
      <w:r>
        <w:rPr>
          <w:b/>
        </w:rPr>
        <w:t xml:space="preserve">[14:18] </w:t>
      </w:r>
      <w:r>
        <w:t>isi ko kehta hoon self-imposed training.</w:t>
      </w:r>
    </w:p>
    <w:p>
      <w:pPr>
        <w:jc w:val="right"/>
      </w:pPr>
      <w:r>
        <w:t>اسی کو کہتا ہوں self-imposed training۔</w:t>
      </w:r>
    </w:p>
    <w:p>
      <w:r>
        <w:rPr>
          <w:b/>
        </w:rPr>
        <w:t xml:space="preserve">[14:21] </w:t>
      </w:r>
      <w:r>
        <w:t>self-imposed restriction.</w:t>
      </w:r>
    </w:p>
    <w:p>
      <w:pPr>
        <w:jc w:val="right"/>
      </w:pPr>
      <w:r>
        <w:t>self-imposed restriction۔</w:t>
      </w:r>
    </w:p>
    <w:p>
      <w:r>
        <w:rPr>
          <w:b/>
        </w:rPr>
        <w:t xml:space="preserve">[14:22] </w:t>
      </w:r>
      <w:r>
        <w:t>kisi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[14:24] </w:t>
      </w:r>
      <w:r>
        <w:t>iska chota sa namoona wohi maine naujawan ke us waqt mein dekha tha ke khud apne</w:t>
      </w:r>
    </w:p>
    <w:p>
      <w:pPr>
        <w:jc w:val="right"/>
      </w:pPr>
      <w:r>
        <w:t>اس کا چھوٹا سا نمونہ وہی میں نے نوجوان کے اس وقت میں دیکھا تھا کہ خود اپنے</w:t>
      </w:r>
    </w:p>
    <w:p>
      <w:r>
        <w:rPr>
          <w:b/>
        </w:rPr>
        <w:t xml:space="preserve">[14:32] </w:t>
      </w:r>
      <w:r>
        <w:t>haath se apne haath sui chupata tha aur khoon nikalta tha.</w:t>
      </w:r>
    </w:p>
    <w:p>
      <w:pPr>
        <w:jc w:val="right"/>
      </w:pPr>
      <w:r>
        <w:t>ہاتھ سے اپنے ہاتھ سوئی چھپاتا تھا اور خون نکلتا تھا۔</w:t>
      </w:r>
    </w:p>
    <w:p>
      <w:r>
        <w:rPr>
          <w:b/>
        </w:rPr>
        <w:t xml:space="preserve">[14:37] </w:t>
      </w:r>
      <w:r>
        <w:t>bohat normal tareeqe se karta tha woh.</w:t>
      </w:r>
    </w:p>
    <w:p>
      <w:pPr>
        <w:jc w:val="right"/>
      </w:pPr>
      <w:r>
        <w:t>بہت نارمل طریقے سے کرتا تھا وہ۔</w:t>
      </w:r>
    </w:p>
    <w:p>
      <w:r>
        <w:rPr>
          <w:b/>
        </w:rPr>
        <w:t xml:space="preserve">[14:40] </w:t>
      </w:r>
      <w:r>
        <w:t>kyun? usko phansa hua tha ke mujhe military mein mujhe apne aap ko prove karna hai ke</w:t>
      </w:r>
    </w:p>
    <w:p>
      <w:pPr>
        <w:jc w:val="right"/>
      </w:pPr>
      <w:r>
        <w:t>کیوں؟ اس کو پھنسا ہوا تھا کہ مجھے ملٹریسی میں مجھے اپنے آپ کو prove کرنا ہے کہ</w:t>
      </w:r>
    </w:p>
    <w:p>
      <w:r>
        <w:rPr>
          <w:b/>
        </w:rPr>
        <w:t xml:space="preserve">[14:47] </w:t>
      </w:r>
      <w:r>
        <w:t>mein zabardast bahadur aadmi hoon.</w:t>
      </w:r>
    </w:p>
    <w:p>
      <w:pPr>
        <w:jc w:val="right"/>
      </w:pPr>
      <w:r>
        <w:t>میں زبردست بہادر آدمی ہوں۔</w:t>
      </w:r>
    </w:p>
    <w:p>
      <w:r>
        <w:rPr>
          <w:b/>
        </w:rPr>
        <w:t xml:space="preserve">[14:49] </w:t>
      </w:r>
      <w:r>
        <w:t>to ek hai halaat pesh aayen, us par aap trend ho jayen.</w:t>
      </w:r>
    </w:p>
    <w:p>
      <w:pPr>
        <w:jc w:val="right"/>
      </w:pPr>
      <w:r>
        <w:t>تو ایک ہے حالات پیش آئیں، اس پر آپ ٹرینڈ ہو جائیں۔</w:t>
      </w:r>
    </w:p>
    <w:p>
      <w:r>
        <w:rPr>
          <w:b/>
        </w:rPr>
        <w:t xml:space="preserve">[14:55] </w:t>
      </w:r>
      <w:r>
        <w:t>ek hai self-training.</w:t>
      </w:r>
    </w:p>
    <w:p>
      <w:pPr>
        <w:jc w:val="right"/>
      </w:pPr>
      <w:r>
        <w:t>ایک ہے self-training۔</w:t>
      </w:r>
    </w:p>
    <w:p>
      <w:r>
        <w:rPr>
          <w:b/>
        </w:rPr>
        <w:t xml:space="preserve">[14:56] </w:t>
      </w:r>
      <w:r>
        <w:t>self-training.</w:t>
      </w:r>
    </w:p>
    <w:p>
      <w:pPr>
        <w:jc w:val="right"/>
      </w:pPr>
      <w:r>
        <w:t>self-training۔</w:t>
      </w:r>
    </w:p>
    <w:p>
      <w:r>
        <w:rPr>
          <w:b/>
        </w:rPr>
        <w:t xml:space="preserve">[14:58] </w:t>
      </w:r>
      <w:r>
        <w:t>Allah ke liye.</w:t>
      </w:r>
    </w:p>
    <w:p>
      <w:pPr>
        <w:jc w:val="right"/>
      </w:pPr>
      <w:r>
        <w:t>اللہ کے لیے۔</w:t>
      </w:r>
    </w:p>
    <w:p>
      <w:r>
        <w:rPr>
          <w:b/>
        </w:rPr>
        <w:t xml:space="preserve">[14:59] </w:t>
      </w:r>
      <w:r>
        <w:t>to yeh training woh to karta hoga ladai bhadai ke liye.</w:t>
      </w:r>
    </w:p>
    <w:p>
      <w:pPr>
        <w:jc w:val="right"/>
      </w:pPr>
      <w:r>
        <w:t>تو یہ ٹریننگ وہ تو کرتا ہوگا لڑائی بھڑائی کے لیے۔</w:t>
      </w:r>
    </w:p>
    <w:p>
      <w:r>
        <w:rPr>
          <w:b/>
        </w:rPr>
        <w:t xml:space="preserve">[15:04] </w:t>
      </w:r>
      <w:r>
        <w:t>lekin main ladai bhadai ko kaam nahi samajhta.</w:t>
      </w:r>
    </w:p>
    <w:p>
      <w:pPr>
        <w:jc w:val="right"/>
      </w:pPr>
      <w:r>
        <w:t>لیکن میں لڑائی بھڑائی کو کام نہیں سمجھتا۔</w:t>
      </w:r>
    </w:p>
    <w:p>
      <w:r>
        <w:rPr>
          <w:b/>
        </w:rPr>
        <w:t xml:space="preserve">[15:07] </w:t>
      </w:r>
      <w:r>
        <w:t>main kaam samajhta hoon marifat ko.</w:t>
      </w:r>
    </w:p>
    <w:p>
      <w:pPr>
        <w:jc w:val="right"/>
      </w:pPr>
      <w:r>
        <w:t>میں کام سمجھتا ہوں معرفت کو۔</w:t>
      </w:r>
    </w:p>
    <w:p>
      <w:r>
        <w:rPr>
          <w:b/>
        </w:rPr>
        <w:t xml:space="preserve">[15:10] </w:t>
      </w:r>
      <w:r>
        <w:t>marifat.</w:t>
      </w:r>
    </w:p>
    <w:p>
      <w:pPr>
        <w:jc w:val="right"/>
      </w:pPr>
      <w:r>
        <w:t>معرفت۔</w:t>
      </w:r>
    </w:p>
    <w:p>
      <w:r>
        <w:rPr>
          <w:b/>
        </w:rPr>
        <w:t xml:space="preserve">[15:11] </w:t>
      </w:r>
      <w:r>
        <w:t>to momin jo apne aap ko bhook ka aur pyaas ka tajurba karata hai, to is liye karata</w:t>
      </w:r>
    </w:p>
    <w:p>
      <w:pPr>
        <w:jc w:val="right"/>
      </w:pPr>
      <w:r>
        <w:t>تو مومن جو اپنے آپ کو بھوک کا اور پیاس کا تجربہ کراتا ہے، تو اس لیے کراتا</w:t>
      </w:r>
    </w:p>
    <w:p>
      <w:r>
        <w:rPr>
          <w:b/>
        </w:rPr>
        <w:t xml:space="preserve">[15:19] </w:t>
      </w:r>
      <w:r>
        <w:t>hai ke uska mind trigger ho, uski marifat ke naye naye item uske mind mein</w:t>
      </w:r>
    </w:p>
    <w:p>
      <w:pPr>
        <w:jc w:val="right"/>
      </w:pPr>
      <w:r>
        <w:t>ہے کہ اس کا mind trigger ہو، اس کی معرفت کے نئے نئے item اس کے mind میں</w:t>
      </w:r>
    </w:p>
    <w:p>
      <w:r>
        <w:rPr>
          <w:b/>
        </w:rPr>
        <w:t xml:space="preserve">[15:27] </w:t>
      </w:r>
      <w:r>
        <w:t>aayen, uske andar creativity mein izafa ho, uski rabbani soch mein izafa ho.</w:t>
      </w:r>
    </w:p>
    <w:p>
      <w:pPr>
        <w:jc w:val="right"/>
      </w:pPr>
      <w:r>
        <w:t>آئیں، اس کے اندر creativity میں اضافہ ہو، اس کی ربانی سوچ میں اضافہ ہو۔</w:t>
      </w:r>
    </w:p>
    <w:p>
      <w:r>
        <w:rPr>
          <w:b/>
        </w:rPr>
        <w:t xml:space="preserve">[15:33] </w:t>
      </w:r>
      <w:r>
        <w:t>is ke liye karta hai woh.</w:t>
      </w:r>
    </w:p>
    <w:p>
      <w:pPr>
        <w:jc w:val="right"/>
      </w:pPr>
      <w:r>
        <w:t>اس کے لیے کرتا ہے وہ۔</w:t>
      </w:r>
    </w:p>
    <w:p>
      <w:r>
        <w:rPr>
          <w:b/>
        </w:rPr>
        <w:t xml:space="preserve">[15:36] </w:t>
      </w:r>
      <w:r>
        <w:t>to kaisi ajeeb baat hai yeh.</w:t>
      </w:r>
    </w:p>
    <w:p>
      <w:pPr>
        <w:jc w:val="right"/>
      </w:pPr>
      <w:r>
        <w:t>تو کیسی عجیب بات ہے یہ۔</w:t>
      </w:r>
    </w:p>
    <w:p>
      <w:r>
        <w:rPr>
          <w:b/>
        </w:rPr>
        <w:t xml:space="preserve">[15:38] </w:t>
      </w:r>
      <w:r>
        <w:t>to jis tarah adam ne waqti taur par chhora tha phal ko, wahi process aaj bhi hai.</w:t>
      </w:r>
    </w:p>
    <w:p>
      <w:pPr>
        <w:jc w:val="right"/>
      </w:pPr>
      <w:r>
        <w:t>تو جس طرح آدم نے وقتی طور پر چھوڑا تھا پھل کو، وہی process آج بھی ہے۔</w:t>
      </w:r>
    </w:p>
    <w:p>
      <w:r>
        <w:rPr>
          <w:b/>
        </w:rPr>
        <w:t xml:space="preserve">[15:46] </w:t>
      </w:r>
      <w:r>
        <w:t>aaj aap ko chhodna hai kuch cheezon ko waqti taur par aur phir is ki qeemat mein aap</w:t>
      </w:r>
    </w:p>
    <w:p>
      <w:pPr>
        <w:jc w:val="right"/>
      </w:pPr>
      <w:r>
        <w:t>آج آپ کو چھوڑنا ہے کچھ چیزوں کو وقتی طور پر اور پھر اس کی قیمت میں آپ</w:t>
      </w:r>
    </w:p>
    <w:p>
      <w:r>
        <w:rPr>
          <w:b/>
        </w:rPr>
        <w:t xml:space="preserve">[15:53] </w:t>
      </w:r>
      <w:r>
        <w:t>ko jannat mile gi.</w:t>
      </w:r>
    </w:p>
    <w:p>
      <w:pPr>
        <w:jc w:val="right"/>
      </w:pPr>
      <w:r>
        <w:t>کو جنت ملے گی۔</w:t>
      </w:r>
    </w:p>
    <w:p>
      <w:r>
        <w:rPr>
          <w:b/>
        </w:rPr>
        <w:t xml:space="preserve">[15:55] </w:t>
      </w:r>
      <w:r>
        <w:t>jannat bhi kya hai? jannat yahi to hai.</w:t>
      </w:r>
    </w:p>
    <w:p>
      <w:pPr>
        <w:jc w:val="right"/>
      </w:pPr>
      <w:r>
        <w:t>جنت بھی کیا ہے؟ جنت یہی تو ہے۔</w:t>
      </w:r>
    </w:p>
    <w:p>
      <w:r>
        <w:rPr>
          <w:b/>
        </w:rPr>
        <w:t xml:space="preserve">[15:58] </w:t>
      </w:r>
      <w:r>
        <w:t>aap personality banegi, aap ke andar jannati shakhsiyat banegi, aap jannat ke liye deserving candidate banen</w:t>
      </w:r>
    </w:p>
    <w:p>
      <w:pPr>
        <w:jc w:val="right"/>
      </w:pPr>
      <w:r>
        <w:t>آپ personality بنے گی، آپ کے اندر جنتی شخصیت بنے گی، آپ جنت کے لیے deserving candidate بنیں</w:t>
      </w:r>
    </w:p>
    <w:p>
      <w:r>
        <w:rPr>
          <w:b/>
        </w:rPr>
        <w:t xml:space="preserve">[16:06]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[16:08] </w:t>
      </w:r>
      <w:r>
        <w:t>yani jannat bhi koi mohoom cheez nahi hai.</w:t>
      </w:r>
    </w:p>
    <w:p>
      <w:pPr>
        <w:jc w:val="right"/>
      </w:pPr>
      <w:r>
        <w:t>یعنی جنت بھی کوئی موہوم چیز نہیں ہے۔</w:t>
      </w:r>
    </w:p>
    <w:p>
      <w:r>
        <w:rPr>
          <w:b/>
        </w:rPr>
        <w:t xml:space="preserve">[16:11] </w:t>
      </w:r>
      <w:r>
        <w:t>jannat ek bohat hi high class ki society hai.</w:t>
      </w:r>
    </w:p>
    <w:p>
      <w:pPr>
        <w:jc w:val="right"/>
      </w:pPr>
      <w:r>
        <w:t>جنت ایک بہت ہی high class کی society ہے۔</w:t>
      </w:r>
    </w:p>
    <w:p>
      <w:r>
        <w:rPr>
          <w:b/>
        </w:rPr>
        <w:t xml:space="preserve">[16:15] </w:t>
      </w:r>
      <w:r>
        <w:t>bohat hi high class ki society hai.</w:t>
      </w:r>
    </w:p>
    <w:p>
      <w:pPr>
        <w:jc w:val="right"/>
      </w:pPr>
      <w:r>
        <w:t>بہت ہی high class کی society ہے۔</w:t>
      </w:r>
    </w:p>
    <w:p>
      <w:r>
        <w:rPr>
          <w:b/>
        </w:rPr>
        <w:t xml:space="preserve">[16:18] </w:t>
      </w:r>
      <w:r>
        <w:t>quran mein hai ulaika minan nabiyyeena was siddiqeena wash shuhadaai was saliheen.</w:t>
      </w:r>
    </w:p>
    <w:p>
      <w:pPr>
        <w:jc w:val="right"/>
      </w:pPr>
      <w:r>
        <w:t>قرآن میں ہے أُولَيَكَ مُنَّ النَّبِيِّينَ وَالصِّدِّيقِينَ وَالشَّهْدَاءِ وَالصَّالِحِينَ ۔</w:t>
      </w:r>
    </w:p>
    <w:p>
      <w:r>
        <w:rPr>
          <w:b/>
        </w:rPr>
        <w:t xml:space="preserve">[16:22] </w:t>
      </w:r>
      <w:r>
        <w:t>bohat sona ulaika rafeeqa.</w:t>
      </w:r>
    </w:p>
    <w:p>
      <w:pPr>
        <w:jc w:val="right"/>
      </w:pPr>
      <w:r>
        <w:t>بہت سونا أُولَيَكَ رَفِيقَا ۔</w:t>
      </w:r>
    </w:p>
    <w:p>
      <w:r>
        <w:rPr>
          <w:b/>
        </w:rPr>
        <w:t xml:space="preserve">[16:24] </w:t>
      </w:r>
      <w:r>
        <w:t>bohat hi aala darje ki ek society hai.</w:t>
      </w:r>
    </w:p>
    <w:p>
      <w:pPr>
        <w:jc w:val="right"/>
      </w:pPr>
      <w:r>
        <w:t>بہت ہی اعلیٰ درجے کی ایک society ہے۔</w:t>
      </w:r>
    </w:p>
    <w:p>
      <w:r>
        <w:rPr>
          <w:b/>
        </w:rPr>
        <w:t xml:space="preserve">[16:28] </w:t>
      </w:r>
      <w:r>
        <w:t>is ka member banna hai.</w:t>
      </w:r>
    </w:p>
    <w:p>
      <w:pPr>
        <w:jc w:val="right"/>
      </w:pPr>
      <w:r>
        <w:t>اس کا ممبر بننا ہے۔</w:t>
      </w:r>
    </w:p>
    <w:p>
      <w:r>
        <w:rPr>
          <w:b/>
        </w:rPr>
        <w:t xml:space="preserve">[16:30] </w:t>
      </w:r>
      <w:r>
        <w:t>wo society kya hogi? is society mein mohabbat sirf Allah ke liye, khauf sirf Allah ke liye, qurbani</w:t>
      </w:r>
    </w:p>
    <w:p>
      <w:pPr>
        <w:jc w:val="right"/>
      </w:pPr>
      <w:r>
        <w:t>وہ society کیا ہوگی؟ اس society میں محبت صرف اللہ کے لیے، خوف صرف اللہ کے لیے، قربانی</w:t>
      </w:r>
    </w:p>
    <w:p>
      <w:r>
        <w:rPr>
          <w:b/>
        </w:rPr>
        <w:t xml:space="preserve">[16:38] </w:t>
      </w:r>
      <w:r>
        <w:t>sirf Allah ke liye, sochna sirf Allah ke liye, aur sab kuch self-discovery ki buniyad par.</w:t>
      </w:r>
    </w:p>
    <w:p>
      <w:pPr>
        <w:jc w:val="right"/>
      </w:pPr>
      <w:r>
        <w:t>صرف اللہ کے لیے، سوچنا صرف اللہ کے لیے، اور سب کچھ self-discovery کی بنیاد پر۔</w:t>
      </w:r>
    </w:p>
    <w:p>
      <w:r>
        <w:rPr>
          <w:b/>
        </w:rPr>
        <w:t xml:space="preserve">[16:45] </w:t>
      </w:r>
      <w:r>
        <w:t>yani Allah ko discover karna, is darje par discover karna ke aap ka talluq Allah se barh jaye,</w:t>
      </w:r>
    </w:p>
    <w:p>
      <w:pPr>
        <w:jc w:val="right"/>
      </w:pPr>
      <w:r>
        <w:t>یعنی اللہ کو discover کرنا، اس درجے پر discover کرنا کہ آپ کا تعلق اللہ سے بڑھ جائے،</w:t>
      </w:r>
    </w:p>
    <w:p>
      <w:r>
        <w:rPr>
          <w:b/>
        </w:rPr>
        <w:t xml:space="preserve">[16:52] </w:t>
      </w:r>
      <w:r>
        <w:t>mohabbat wala ho, khashiyat wala.</w:t>
      </w:r>
    </w:p>
    <w:p>
      <w:pPr>
        <w:jc w:val="right"/>
      </w:pPr>
      <w:r>
        <w:t>محبت والا ہو، خشیت والا۔</w:t>
      </w:r>
    </w:p>
    <w:p>
      <w:r>
        <w:rPr>
          <w:b/>
        </w:rPr>
        <w:t xml:space="preserve">[16:54] </w:t>
      </w:r>
      <w:r>
        <w:t>yeh jo hai ke wallazeena aamanoo ashadd hubban lillah.</w:t>
      </w:r>
    </w:p>
    <w:p>
      <w:pPr>
        <w:jc w:val="right"/>
      </w:pPr>
      <w:r>
        <w:t>یہ جو ہے کہ وَالَّذِينَ آمُنُوا أَشَدُّ حِبًّا لِلَّهِ ۔</w:t>
      </w:r>
    </w:p>
    <w:p>
      <w:r>
        <w:rPr>
          <w:b/>
        </w:rPr>
        <w:t xml:space="preserve">[16:59] </w:t>
      </w:r>
      <w:r>
        <w:t>yeh ek darja hai marifat ka.</w:t>
      </w:r>
    </w:p>
    <w:p>
      <w:pPr>
        <w:jc w:val="right"/>
      </w:pPr>
      <w:r>
        <w:t>یہ ایک درجہ ہے معرفت کا۔</w:t>
      </w:r>
    </w:p>
    <w:p>
      <w:r>
        <w:rPr>
          <w:b/>
        </w:rPr>
        <w:t xml:space="preserve">[17:01] </w:t>
      </w:r>
      <w:r>
        <w:t>quran mein hai ke wallazeena aamanoo ashadd hubban lillah.</w:t>
      </w:r>
    </w:p>
    <w:p>
      <w:pPr>
        <w:jc w:val="right"/>
      </w:pPr>
      <w:r>
        <w:t>قرآن میں ہے کہ وَالَّذِينَ آمُنُوا أَشَدُّ حِبًّا لِلَّهِ ۔</w:t>
      </w:r>
    </w:p>
    <w:p>
      <w:r>
        <w:rPr>
          <w:b/>
        </w:rPr>
        <w:t xml:space="preserve">[17:06] </w:t>
      </w:r>
      <w:r>
        <w:t>yani iman wale hote hain sab se zyada Allah se mohabbat karne wale.</w:t>
      </w:r>
    </w:p>
    <w:p>
      <w:pPr>
        <w:jc w:val="right"/>
      </w:pPr>
      <w:r>
        <w:t>یعنی ایمان والے ہوتے ہیں سب سے زیادہ اللہ سے محبت کرنے والے۔</w:t>
      </w:r>
    </w:p>
    <w:p>
      <w:r>
        <w:rPr>
          <w:b/>
        </w:rPr>
        <w:t xml:space="preserve">[17:11] </w:t>
      </w:r>
      <w:r>
        <w:t>to yeh kaise hota hai? yeh ek yeh ek course hai.</w:t>
      </w:r>
    </w:p>
    <w:p>
      <w:pPr>
        <w:jc w:val="right"/>
      </w:pPr>
      <w:r>
        <w:t>تو یہ کیسے ہوتا ہے؟ یہ ایک یہ ایک کورس ہے۔</w:t>
      </w:r>
    </w:p>
    <w:p>
      <w:r>
        <w:rPr>
          <w:b/>
        </w:rPr>
        <w:t xml:space="preserve">[17:16] </w:t>
      </w:r>
      <w:r>
        <w:t>is course se guzrne ke baad aadmi aisa ho jata hai ke is ke dil mein sab se</w:t>
      </w:r>
    </w:p>
    <w:p>
      <w:pPr>
        <w:jc w:val="right"/>
      </w:pPr>
      <w:r>
        <w:t>اس کورس سے گزرنے کے بعد آدمی ایسا ہو جاتا ہے کہ اس کے دل میں سب سے</w:t>
      </w:r>
    </w:p>
    <w:p>
      <w:r>
        <w:rPr>
          <w:b/>
        </w:rPr>
        <w:t xml:space="preserve">[17:24] </w:t>
      </w:r>
      <w:r>
        <w:t>ziada muhabbat Allah ki hoti hai.</w:t>
      </w:r>
    </w:p>
    <w:p>
      <w:pPr>
        <w:jc w:val="right"/>
      </w:pPr>
      <w:r>
        <w:t>زیادہ محبت اللہ کی ہوتی ہے۔</w:t>
      </w:r>
    </w:p>
    <w:p>
      <w:r>
        <w:rPr>
          <w:b/>
        </w:rPr>
        <w:t xml:space="preserve">[17:26] </w:t>
      </w:r>
      <w:r>
        <w:t>woh course kaise? aap sochte hain ke main jo hoon, main kaise ban gaya? ek waqt tha ke</w:t>
      </w:r>
    </w:p>
    <w:p>
      <w:pPr>
        <w:jc w:val="right"/>
      </w:pPr>
      <w:r>
        <w:t>وہ کورس کیسے؟ آپ سوچتے ہیں کہ میں جو ہوں، میں کیسے بن گیا؟ ایک وقت تھا کہ</w:t>
      </w:r>
    </w:p>
    <w:p>
      <w:r>
        <w:rPr>
          <w:b/>
        </w:rPr>
        <w:t xml:space="preserve">[17:34] </w:t>
      </w:r>
      <w:r>
        <w:t>main nahi tha, phir main paida hua.</w:t>
      </w:r>
    </w:p>
    <w:p>
      <w:pPr>
        <w:jc w:val="right"/>
      </w:pPr>
      <w:r>
        <w:t>میں نہیں تھا، پھر میں پیدا ہوا۔</w:t>
      </w:r>
    </w:p>
    <w:p>
      <w:r>
        <w:rPr>
          <w:b/>
        </w:rPr>
        <w:t xml:space="preserve">[17:37] </w:t>
      </w:r>
      <w:r>
        <w:t>phir main kaise barha? kaise bachay se jawan hua? kaise sab kuch hua? kaise mere liye is dunya</w:t>
      </w:r>
    </w:p>
    <w:p>
      <w:pPr>
        <w:jc w:val="right"/>
      </w:pPr>
      <w:r>
        <w:t>پھر میں کیسے بڑھا؟ کیسے بچے سے جوان ہوا؟ کیسے سب کچھ ہوا؟ کیسے میرے لیے اس دنیا</w:t>
      </w:r>
    </w:p>
    <w:p>
      <w:r>
        <w:rPr>
          <w:b/>
        </w:rPr>
        <w:t xml:space="preserve">[17:45] </w:t>
      </w:r>
      <w:r>
        <w:t>mein life support system aa gaya? kaise mere liye barish barasti hai? kaise mere liye suraj roshni bhejta</w:t>
      </w:r>
    </w:p>
    <w:p>
      <w:pPr>
        <w:jc w:val="right"/>
      </w:pPr>
      <w:r>
        <w:t>میں life support system آ گیا؟ کیسے میرے لیے بارش برستی ہے؟ کیسے میرے لیے سورج روشنی بھیجتا</w:t>
      </w:r>
    </w:p>
    <w:p>
      <w:r>
        <w:rPr>
          <w:b/>
        </w:rPr>
        <w:t xml:space="preserve">[17:52] </w:t>
      </w:r>
      <w:r>
        <w:t>hai? kaise meri oxygen supply ki jati hai? kaise mere liye khetoun se ghalla ugta hai? kaise, kaise,</w:t>
      </w:r>
    </w:p>
    <w:p>
      <w:pPr>
        <w:jc w:val="right"/>
      </w:pPr>
      <w:r>
        <w:t>ہے؟ کیسے میری آکسیجن supply کی جاتی ہے؟ کیسے میرے لیے کھیتوں سے غلہ اگتا ہے؟ کیسے، کیسے،</w:t>
      </w:r>
    </w:p>
    <w:p>
      <w:r>
        <w:rPr>
          <w:b/>
        </w:rPr>
        <w:t xml:space="preserve">[18:00] </w:t>
      </w:r>
      <w:r>
        <w:t>kaise? toh yeh is soch mein jab zindagi guzarte hain aap toh aap ke aap ke andar ek</w:t>
      </w:r>
    </w:p>
    <w:p>
      <w:pPr>
        <w:jc w:val="right"/>
      </w:pPr>
      <w:r>
        <w:t>کیسے؟ تو یہ اس سوچ میں جب زندگی گزارتے ہیں آپ تو آپ کے آپ کے اندر ایک</w:t>
      </w:r>
    </w:p>
    <w:p>
      <w:r>
        <w:rPr>
          <w:b/>
        </w:rPr>
        <w:t xml:space="preserve">[18:08] </w:t>
      </w:r>
      <w:r>
        <w:t>marifana soch paida hoti hai.</w:t>
      </w:r>
    </w:p>
    <w:p>
      <w:pPr>
        <w:jc w:val="right"/>
      </w:pPr>
      <w:r>
        <w:t>معرفانہ سوچ پیدا ہوتی ہے۔</w:t>
      </w:r>
    </w:p>
    <w:p>
      <w:r>
        <w:rPr>
          <w:b/>
        </w:rPr>
        <w:t xml:space="preserve">[18:10] </w:t>
      </w:r>
      <w:r>
        <w:t>ek thinking aap ki ek mein izafa hota hai.</w:t>
      </w:r>
    </w:p>
    <w:p>
      <w:pPr>
        <w:jc w:val="right"/>
      </w:pPr>
      <w:r>
        <w:t>ایک thinking آپ کی ایک میں اضافہ ہوتا ہے۔</w:t>
      </w:r>
    </w:p>
    <w:p>
      <w:r>
        <w:rPr>
          <w:b/>
        </w:rPr>
        <w:t xml:space="preserve">[18:14] </w:t>
      </w:r>
      <w:r>
        <w:t>ab woh is mein marifat hoti hai, rabbaniyat hoti hai.</w:t>
      </w:r>
    </w:p>
    <w:p>
      <w:pPr>
        <w:jc w:val="right"/>
      </w:pPr>
      <w:r>
        <w:t>اب وہ اس میں معرفت ہوتی ہے، ربانیت ہوتی ہے۔</w:t>
      </w:r>
    </w:p>
    <w:p>
      <w:r>
        <w:rPr>
          <w:b/>
        </w:rPr>
        <w:t xml:space="preserve">[18:18] </w:t>
      </w:r>
      <w:r>
        <w:t>is se aap ki ek shakhsiyat banti hai.</w:t>
      </w:r>
    </w:p>
    <w:p>
      <w:pPr>
        <w:jc w:val="right"/>
      </w:pPr>
      <w:r>
        <w:t>اس سے آپ کی ایک شخصیت بنتی ہے۔</w:t>
      </w:r>
    </w:p>
    <w:p>
      <w:r>
        <w:rPr>
          <w:b/>
        </w:rPr>
        <w:t xml:space="preserve">[18:21] </w:t>
      </w:r>
      <w:r>
        <w:t>aur wohi shakhsiyat woh cheez hai jo jannat mein entry paye gi.</w:t>
      </w:r>
    </w:p>
    <w:p>
      <w:pPr>
        <w:jc w:val="right"/>
      </w:pPr>
      <w:r>
        <w:t>اور وہی شخصیت وہ چیز ہے جو جنت میں entry پائے گی۔</w:t>
      </w:r>
    </w:p>
    <w:p>
      <w:r>
        <w:rPr>
          <w:b/>
        </w:rPr>
        <w:t xml:space="preserve">[18:27] </w:t>
      </w:r>
      <w:r>
        <w:t>jannat ke maani is society mein.</w:t>
      </w:r>
    </w:p>
    <w:p>
      <w:pPr>
        <w:jc w:val="right"/>
      </w:pPr>
      <w:r>
        <w:t>جنت کے معنی اس society میں۔</w:t>
      </w:r>
    </w:p>
    <w:p>
      <w:r>
        <w:rPr>
          <w:b/>
        </w:rPr>
        <w:t xml:space="preserve">[18:29] </w:t>
      </w:r>
      <w:r>
        <w:t>jannat ek society ka naam hai.</w:t>
      </w:r>
    </w:p>
    <w:p>
      <w:pPr>
        <w:jc w:val="right"/>
      </w:pPr>
      <w:r>
        <w:t>جنت ایک society کا نام ہے۔</w:t>
      </w:r>
    </w:p>
    <w:p>
      <w:r>
        <w:rPr>
          <w:b/>
        </w:rPr>
        <w:t xml:space="preserve">[18:32] </w:t>
      </w:r>
      <w:r>
        <w:t>jahan anbiya hon ge, siddiqeen hon ge, shuhada hon ge, saleheen hon ge.</w:t>
      </w:r>
    </w:p>
    <w:p>
      <w:pPr>
        <w:jc w:val="right"/>
      </w:pPr>
      <w:r>
        <w:t>جہاں انبیاء ہوں گے، صدیقین ہوں گے، شہداء ہوں گے، صالحین ہوں گے۔</w:t>
      </w:r>
    </w:p>
    <w:p>
      <w:r>
        <w:rPr>
          <w:b/>
        </w:rPr>
        <w:t xml:space="preserve">[18:37] </w:t>
      </w:r>
      <w:r>
        <w:t>ek aise ek bohat hi high level ki society.</w:t>
      </w:r>
    </w:p>
    <w:p>
      <w:pPr>
        <w:jc w:val="right"/>
      </w:pPr>
      <w:r>
        <w:t>ایک ایسے ایک بہت ہی high level کی society۔</w:t>
      </w:r>
    </w:p>
    <w:p>
      <w:r>
        <w:rPr>
          <w:b/>
        </w:rPr>
        <w:t xml:space="preserve">[18:41] </w:t>
      </w:r>
      <w:r>
        <w:t>toh rozah jo hai woh apne aap ko jannati insan banane ke liye bohat hi ajeeb o ghareeb</w:t>
      </w:r>
    </w:p>
    <w:p>
      <w:pPr>
        <w:jc w:val="right"/>
      </w:pPr>
      <w:r>
        <w:t>تو روزہ جو ہے وہ اپنے آپ کو جنتی انسان بنانے کے لیے بہت ہی عجیب و غریب</w:t>
      </w:r>
    </w:p>
    <w:p>
      <w:r>
        <w:rPr>
          <w:b/>
        </w:rPr>
        <w:t xml:space="preserve">[18:49] </w:t>
      </w:r>
      <w:r>
        <w:t>course hai.</w:t>
      </w:r>
    </w:p>
    <w:p>
      <w:pPr>
        <w:jc w:val="right"/>
      </w:pPr>
      <w:r>
        <w:t>کورس ہے۔</w:t>
      </w:r>
    </w:p>
    <w:p>
      <w:r>
        <w:rPr>
          <w:b/>
        </w:rPr>
        <w:t xml:space="preserve">[18:50] </w:t>
      </w:r>
      <w:r>
        <w:t>yaani self-imposed restriction.</w:t>
      </w:r>
    </w:p>
    <w:p>
      <w:pPr>
        <w:jc w:val="right"/>
      </w:pPr>
      <w:r>
        <w:t>یعنی self-imposed restriction۔</w:t>
      </w:r>
    </w:p>
    <w:p>
      <w:r>
        <w:rPr>
          <w:b/>
        </w:rPr>
        <w:t xml:space="preserve">[18:52] </w:t>
      </w:r>
      <w:r>
        <w:t>self-imposed qurbani.</w:t>
      </w:r>
    </w:p>
    <w:p>
      <w:pPr>
        <w:jc w:val="right"/>
      </w:pPr>
      <w:r>
        <w:t>self-imposed قربانی۔</w:t>
      </w:r>
    </w:p>
    <w:p>
      <w:r>
        <w:rPr>
          <w:b/>
        </w:rPr>
        <w:t xml:space="preserve">[18:53] </w:t>
      </w:r>
      <w:r>
        <w:t>self-imposed bhook.</w:t>
      </w:r>
    </w:p>
    <w:p>
      <w:pPr>
        <w:jc w:val="right"/>
      </w:pPr>
      <w:r>
        <w:t>self-imposed بھوک۔</w:t>
      </w:r>
    </w:p>
    <w:p>
      <w:r>
        <w:rPr>
          <w:b/>
        </w:rPr>
        <w:t xml:space="preserve">[18:55] </w:t>
      </w:r>
      <w:r>
        <w:t>self-imposed pyas.</w:t>
      </w:r>
    </w:p>
    <w:p>
      <w:pPr>
        <w:jc w:val="right"/>
      </w:pPr>
      <w:r>
        <w:t>self-imposed پیاس۔</w:t>
      </w:r>
    </w:p>
    <w:p>
      <w:r>
        <w:rPr>
          <w:b/>
        </w:rPr>
        <w:t xml:space="preserve">[18:56] </w:t>
      </w:r>
      <w:r>
        <w:t>jo log yeh karte hain ke jitna khate hain, utna khate hain ke phir na din ko bhook</w:t>
      </w:r>
    </w:p>
    <w:p>
      <w:pPr>
        <w:jc w:val="right"/>
      </w:pPr>
      <w:r>
        <w:t>جو لوگ یہ کرتے ہیں کہ جتنا کھاتے ہیں، اتنا کھاتے ہیں کہ پھر نہ دن کو بھوک</w:t>
      </w:r>
    </w:p>
    <w:p>
      <w:r>
        <w:rPr>
          <w:b/>
        </w:rPr>
        <w:t xml:space="preserve">[19:04] </w:t>
      </w:r>
      <w:r>
        <w:t>lagay, na sham ko, raat ko bhook lagay.</w:t>
      </w:r>
    </w:p>
    <w:p>
      <w:pPr>
        <w:jc w:val="right"/>
      </w:pPr>
      <w:r>
        <w:t>لگے، نہ شام کو، رات کو بھوک لگے۔</w:t>
      </w:r>
    </w:p>
    <w:p>
      <w:r>
        <w:rPr>
          <w:b/>
        </w:rPr>
        <w:t xml:space="preserve">[19:07] </w:t>
      </w:r>
      <w:r>
        <w:t>woh rozay ki spirit ko kill karte hain.</w:t>
      </w:r>
    </w:p>
    <w:p>
      <w:pPr>
        <w:jc w:val="right"/>
      </w:pPr>
      <w:r>
        <w:t>وہ روزے کی spirit کو kill کرتے ہیں۔</w:t>
      </w:r>
    </w:p>
    <w:p>
      <w:r>
        <w:rPr>
          <w:b/>
        </w:rPr>
        <w:t xml:space="preserve">[19:11] </w:t>
      </w:r>
      <w:r>
        <w:t>roze ki spirit ko kill karte hain.</w:t>
      </w:r>
    </w:p>
    <w:p>
      <w:pPr>
        <w:jc w:val="right"/>
      </w:pPr>
      <w:r>
        <w:t>روزے کی spirit کو kill کرتے ہیں۔</w:t>
      </w:r>
    </w:p>
    <w:p>
      <w:r>
        <w:rPr>
          <w:b/>
        </w:rPr>
        <w:t xml:space="preserve">[19:14] </w:t>
      </w:r>
      <w:r>
        <w:t>wo normal tareeqe se khaiye, normal tareeqe se sab kijiye taake aap par tajurba guzre.</w:t>
      </w:r>
    </w:p>
    <w:p>
      <w:pPr>
        <w:jc w:val="right"/>
      </w:pPr>
      <w:r>
        <w:t>وہ نارمل طریقے سے کھائیے، نارمل طریقے سے سب کیجیے تاکہ آپ پر تجربہ گزرے۔</w:t>
      </w:r>
    </w:p>
    <w:p>
      <w:r>
        <w:rPr>
          <w:b/>
        </w:rPr>
        <w:t xml:space="preserve">[19:20] </w:t>
      </w:r>
      <w:r>
        <w:t>bhook ka, pyaas ka, neend se mehroomi ka, khwahishat se mehroomi ka tajurba guzre.</w:t>
      </w:r>
    </w:p>
    <w:p>
      <w:pPr>
        <w:jc w:val="right"/>
      </w:pPr>
      <w:r>
        <w:t>بھوک کا، پیاس کا، نیند سے محرومی کا، خواہشات سے محرومی کا تجربہ گزرے۔</w:t>
      </w:r>
    </w:p>
    <w:p>
      <w:r>
        <w:rPr>
          <w:b/>
        </w:rPr>
        <w:t xml:space="preserve">[19:26] </w:t>
      </w:r>
      <w:r>
        <w:t>tab aap ka mind trigger hoga, tab aap ko badi badi baatein samajh mein aayengi.</w:t>
      </w:r>
    </w:p>
    <w:p>
      <w:pPr>
        <w:jc w:val="right"/>
      </w:pPr>
      <w:r>
        <w:t>تب آپ کا mind trigger ہوگا، تب آپ کو بڑی بڑی باتیں سمجھ میں آئیں گی۔</w:t>
      </w:r>
    </w:p>
    <w:p>
      <w:r>
        <w:rPr>
          <w:b/>
        </w:rPr>
        <w:t xml:space="preserve">[19:33] </w:t>
      </w:r>
      <w:r>
        <w:t>aur tab aap ke andar jannat wali shakhsiyat banegi.</w:t>
      </w:r>
    </w:p>
    <w:p>
      <w:pPr>
        <w:jc w:val="right"/>
      </w:pPr>
      <w:r>
        <w:t>اور تب آپ کے اندر جنت والی شخصیت بنے گی۔</w:t>
      </w:r>
    </w:p>
    <w:p>
      <w:r>
        <w:rPr>
          <w:b/>
        </w:rPr>
        <w:t xml:space="preserve">[19:37] </w:t>
      </w:r>
      <w:r>
        <w:t>isi silsile mein main kehta hoon ke roza ek ek inqilabi amal hai.</w:t>
      </w:r>
    </w:p>
    <w:p>
      <w:pPr>
        <w:jc w:val="right"/>
      </w:pPr>
      <w:r>
        <w:t>اسی سلسلے میں میں کہتا ہوں کہ روزہ ایک ایک انقلابی عمل ہے۔</w:t>
      </w:r>
    </w:p>
    <w:p>
      <w:r>
        <w:rPr>
          <w:b/>
        </w:rPr>
        <w:t xml:space="preserve">[19:43] </w:t>
      </w:r>
      <w:r>
        <w:t>ek inqilabi amal hai, inqilabi tarbiyat hai.</w:t>
      </w:r>
    </w:p>
    <w:p>
      <w:pPr>
        <w:jc w:val="right"/>
      </w:pPr>
      <w:r>
        <w:t>ایک انقلابی عمل ہے، انقلابی تربیت ہے۔</w:t>
      </w:r>
    </w:p>
    <w:p>
      <w:r>
        <w:rPr>
          <w:b/>
        </w:rPr>
        <w:t xml:space="preserve">[19:46] </w:t>
      </w:r>
      <w:r>
        <w:t>ek inqilabi course hai.</w:t>
      </w:r>
    </w:p>
    <w:p>
      <w:pPr>
        <w:jc w:val="right"/>
      </w:pPr>
      <w:r>
        <w:t>ایک انقلابی کورس ہے۔</w:t>
      </w:r>
    </w:p>
    <w:p>
      <w:r>
        <w:rPr>
          <w:b/>
        </w:rPr>
        <w:t xml:space="preserve">[19:48] </w:t>
      </w:r>
      <w:r>
        <w:t>roza koi ek aisa nahi ke bas mehdood muddat ke liye khana peena chhod diya, woh bhi itna</w:t>
      </w:r>
    </w:p>
    <w:p>
      <w:pPr>
        <w:jc w:val="right"/>
      </w:pPr>
      <w:r>
        <w:t>روزہ کوئی ایک ایسا نہیں کہ بس محدود مدت کے لیے کھانا پینا چھوڑ دیا، وہ بھی اتنا</w:t>
      </w:r>
    </w:p>
    <w:p>
      <w:r>
        <w:rPr>
          <w:b/>
        </w:rPr>
        <w:t xml:space="preserve">[19:55] </w:t>
      </w:r>
      <w:r>
        <w:t>zyada khaya piya ke bhook bhi na lage.</w:t>
      </w:r>
    </w:p>
    <w:p>
      <w:pPr>
        <w:jc w:val="right"/>
      </w:pPr>
      <w:r>
        <w:t>زیادہ کھایا پیا کہ بھوک بھی نہ لگے۔</w:t>
      </w:r>
    </w:p>
    <w:p>
      <w:r>
        <w:rPr>
          <w:b/>
        </w:rPr>
        <w:t xml:space="preserve">[19:59] </w:t>
      </w:r>
      <w:r>
        <w:t>ek martaba main roze mein ek safar kiya tha, main ne to ek kisi shahar mein gaya tha.</w:t>
      </w:r>
    </w:p>
    <w:p>
      <w:pPr>
        <w:jc w:val="right"/>
      </w:pPr>
      <w:r>
        <w:t>ایک مرتبہ میں روزے میں ایک سفر کیا تھا، میں نے تو ایک کسی شہر میں گیا تھا۔</w:t>
      </w:r>
    </w:p>
    <w:p>
      <w:r>
        <w:rPr>
          <w:b/>
        </w:rPr>
        <w:t xml:space="preserve">[20:07] </w:t>
      </w:r>
      <w:r>
        <w:t>us shahar mein ek sahab ne mujhe apne ghar thahraya tha chand din ke liye.</w:t>
      </w:r>
    </w:p>
    <w:p>
      <w:pPr>
        <w:jc w:val="right"/>
      </w:pPr>
      <w:r>
        <w:t>اس شہر میں ایک صاحب نے مجھے اپنے گھر ٹھہرایا تھا چند دن کے لیے۔</w:t>
      </w:r>
    </w:p>
    <w:p>
      <w:r>
        <w:rPr>
          <w:b/>
        </w:rPr>
        <w:t xml:space="preserve">[20:13] </w:t>
      </w:r>
      <w:r>
        <w:t>chand din ke liye thahraya tha.</w:t>
      </w:r>
    </w:p>
    <w:p>
      <w:pPr>
        <w:jc w:val="right"/>
      </w:pPr>
      <w:r>
        <w:t>چند دن کے لیے ٹھہرایا تھا۔</w:t>
      </w:r>
    </w:p>
    <w:p>
      <w:r>
        <w:rPr>
          <w:b/>
        </w:rPr>
        <w:t xml:space="preserve">[20:16] </w:t>
      </w:r>
      <w:r>
        <w:t>to main ne dekha ke iftar ke waqt bhi bharpoor khana khate hain.</w:t>
      </w:r>
    </w:p>
    <w:p>
      <w:pPr>
        <w:jc w:val="right"/>
      </w:pPr>
      <w:r>
        <w:t>تو میں نے دیکھا کہ افطار کے وقت بھی بھرپور کھانا کھاتے ہیں۔</w:t>
      </w:r>
    </w:p>
    <w:p>
      <w:r>
        <w:rPr>
          <w:b/>
        </w:rPr>
        <w:t xml:space="preserve">[20:21] </w:t>
      </w:r>
      <w:r>
        <w:t>phir iftar ke baad jab khana hota hai, yaani azan hui to iftar kiya gaya.</w:t>
      </w:r>
    </w:p>
    <w:p>
      <w:pPr>
        <w:jc w:val="right"/>
      </w:pPr>
      <w:r>
        <w:t>پھر افطار کے بعد جب کھانا ہوتا ہے، یعنی اذان ہوئی تو افطار کیا گیا۔</w:t>
      </w:r>
    </w:p>
    <w:p>
      <w:r>
        <w:rPr>
          <w:b/>
        </w:rPr>
        <w:t xml:space="preserve">[20:28] </w:t>
      </w:r>
      <w:r>
        <w:t>tab bhi khana bharpoor.</w:t>
      </w:r>
    </w:p>
    <w:p>
      <w:pPr>
        <w:jc w:val="right"/>
      </w:pPr>
      <w:r>
        <w:t>تب بھی کھانا بھرپور۔</w:t>
      </w:r>
    </w:p>
    <w:p>
      <w:r>
        <w:rPr>
          <w:b/>
        </w:rPr>
        <w:t xml:space="preserve">[20:29] </w:t>
      </w:r>
      <w:r>
        <w:t>phir namaz padhi gayi maghrib ki, phir bharpoor khana.</w:t>
      </w:r>
    </w:p>
    <w:p>
      <w:pPr>
        <w:jc w:val="right"/>
      </w:pPr>
      <w:r>
        <w:t>پھر نماز پڑھی گئی مغرب کی، پھر بھرپور کھانا۔</w:t>
      </w:r>
    </w:p>
    <w:p>
      <w:r>
        <w:rPr>
          <w:b/>
        </w:rPr>
        <w:t xml:space="preserve">[20:33] </w:t>
      </w:r>
      <w:r>
        <w:t>phir gaya taraveeh ke liye, taraveeh se wapas aaya to phir bharpoor khana.</w:t>
      </w:r>
    </w:p>
    <w:p>
      <w:pPr>
        <w:jc w:val="right"/>
      </w:pPr>
      <w:r>
        <w:t>پھر گیا تراویح کے لیے، تراویح سے واپس آیا تو پھر بھرپور کھانا۔</w:t>
      </w:r>
    </w:p>
    <w:p>
      <w:r>
        <w:rPr>
          <w:b/>
        </w:rPr>
        <w:t xml:space="preserve">[20:39] </w:t>
      </w:r>
      <w:r>
        <w:t>yaani teen baar khana khate the woh.</w:t>
      </w:r>
    </w:p>
    <w:p>
      <w:pPr>
        <w:jc w:val="right"/>
      </w:pPr>
      <w:r>
        <w:t>یعنی تین بار کھانا کھاتے تھے وہ۔</w:t>
      </w:r>
    </w:p>
    <w:p>
      <w:r>
        <w:rPr>
          <w:b/>
        </w:rPr>
        <w:t xml:space="preserve">[20:42] </w:t>
      </w:r>
      <w:r>
        <w:t>aur chautha hota tha sehri ka khana.</w:t>
      </w:r>
    </w:p>
    <w:p>
      <w:pPr>
        <w:jc w:val="right"/>
      </w:pPr>
      <w:r>
        <w:t>اور چوتھا ہوتا تھا سحری کا کھانا۔</w:t>
      </w:r>
    </w:p>
    <w:p>
      <w:r>
        <w:rPr>
          <w:b/>
        </w:rPr>
        <w:t xml:space="preserve">[20:45] </w:t>
      </w:r>
      <w:r>
        <w:t>to main hairaan tha ke aap yeh roze ke maani zyada khana? kya roze ke maani hain zyada</w:t>
      </w:r>
    </w:p>
    <w:p>
      <w:pPr>
        <w:jc w:val="right"/>
      </w:pPr>
      <w:r>
        <w:t>تو میں حیران تھا کہ آپ یہ روزے کے معنی زیادہ کھانا؟ کیا روزے کے معنی ہیں زیادہ</w:t>
      </w:r>
    </w:p>
    <w:p>
      <w:r>
        <w:rPr>
          <w:b/>
        </w:rPr>
        <w:t xml:space="preserve">[20:52] </w:t>
      </w:r>
      <w:r>
        <w:t>khaao? aur yeh poori duniya mein musalmanon ka haal hai.</w:t>
      </w:r>
    </w:p>
    <w:p>
      <w:pPr>
        <w:jc w:val="right"/>
      </w:pPr>
      <w:r>
        <w:t>کھاؤ؟ اور یہ پوری دنیا میں مسلمانوں کا حال ہے۔</w:t>
      </w:r>
    </w:p>
    <w:p>
      <w:r>
        <w:rPr>
          <w:b/>
        </w:rPr>
        <w:t xml:space="preserve">[20:57] </w:t>
      </w:r>
      <w:r>
        <w:t>ek qissa main ne shayad pehle aap ko pata hoga ke ek martaba main ramzan mein amreeka mein</w:t>
      </w:r>
    </w:p>
    <w:p>
      <w:pPr>
        <w:jc w:val="right"/>
      </w:pPr>
      <w:r>
        <w:t>ایک قصہ میں نے شاید پہلے آپ کو پتہ ہوگا کہ ایک مرتبہ میں رمضان میں امریکہ میں</w:t>
      </w:r>
    </w:p>
    <w:p>
      <w:r>
        <w:rPr>
          <w:b/>
        </w:rPr>
        <w:t xml:space="preserve">[21:04]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[21:06] </w:t>
      </w:r>
      <w:r>
        <w:t>to amreeka ke kuch musalmanon ka ek ijtima hua tha ramzan ki shuru tareekh ko.</w:t>
      </w:r>
    </w:p>
    <w:p>
      <w:pPr>
        <w:jc w:val="right"/>
      </w:pPr>
      <w:r>
        <w:t>تو امریکہ کے کچھ مسلمانوں کا ایک اجتماع ہوا تھا رمضان کی شروع تاریخ کو۔</w:t>
      </w:r>
    </w:p>
    <w:p>
      <w:r>
        <w:rPr>
          <w:b/>
        </w:rPr>
        <w:t xml:space="preserve">[21:12] </w:t>
      </w:r>
      <w:r>
        <w:t>to mein ne yeh baat kahi wahan par ke ramzan mein over eating ka naam ramzan nahi hai.</w:t>
      </w:r>
    </w:p>
    <w:p>
      <w:pPr>
        <w:jc w:val="right"/>
      </w:pPr>
      <w:r>
        <w:t>تو میں نے یہ بات کہی وہاں پر کہ رمضان میں over eating کا نام رمضان نہیں ہے۔</w:t>
      </w:r>
    </w:p>
    <w:p>
      <w:r>
        <w:rPr>
          <w:b/>
        </w:rPr>
        <w:t xml:space="preserve">[21:20] </w:t>
      </w:r>
      <w:r>
        <w:t>logon ne ramzan ko over eating ka mani bana rakha hai.</w:t>
      </w:r>
    </w:p>
    <w:p>
      <w:pPr>
        <w:jc w:val="right"/>
      </w:pPr>
      <w:r>
        <w:t>لوگوں نے رمضان کو over eating کا معنی بنا رکھا ہے۔</w:t>
      </w:r>
    </w:p>
    <w:p>
      <w:r>
        <w:rPr>
          <w:b/>
        </w:rPr>
        <w:t xml:space="preserve">[21:25] </w:t>
      </w:r>
      <w:r>
        <w:t>yeh kaha mein ne.</w:t>
      </w:r>
    </w:p>
    <w:p>
      <w:pPr>
        <w:jc w:val="right"/>
      </w:pPr>
      <w:r>
        <w:t>یہ کہا میں نے۔</w:t>
      </w:r>
    </w:p>
    <w:p>
      <w:r>
        <w:rPr>
          <w:b/>
        </w:rPr>
        <w:t xml:space="preserve">[21:27] </w:t>
      </w:r>
      <w:r>
        <w:t>Over eating.</w:t>
      </w:r>
    </w:p>
    <w:p>
      <w:pPr>
        <w:jc w:val="right"/>
      </w:pPr>
      <w:r>
        <w:t>Over eating۔</w:t>
      </w:r>
    </w:p>
    <w:p>
      <w:r>
        <w:rPr>
          <w:b/>
        </w:rPr>
        <w:t xml:space="preserve">[21:28] </w:t>
      </w:r>
      <w:r>
        <w:t>balkeh ramzan to naam hai is baat ka ke bhookh lage, pyas lage, aap ko tajurba ho, aap</w:t>
      </w:r>
    </w:p>
    <w:p>
      <w:pPr>
        <w:jc w:val="right"/>
      </w:pPr>
      <w:r>
        <w:t>بلکہ رمضان تو نام ہے اس بات کا کہ بھوک لگے، پیاس لگے، آپ کو تجربہ ہو، آپ</w:t>
      </w:r>
    </w:p>
    <w:p>
      <w:r>
        <w:rPr>
          <w:b/>
        </w:rPr>
        <w:t xml:space="preserve">[21:36] </w:t>
      </w:r>
      <w:r>
        <w:t>ka mind trigger ho.</w:t>
      </w:r>
    </w:p>
    <w:p>
      <w:pPr>
        <w:jc w:val="right"/>
      </w:pPr>
      <w:r>
        <w:t>کا mind trigger ہو۔</w:t>
      </w:r>
    </w:p>
    <w:p>
      <w:r>
        <w:rPr>
          <w:b/>
        </w:rPr>
        <w:t xml:space="preserve">[21:37] </w:t>
      </w:r>
      <w:r>
        <w:t>is ka naam.</w:t>
      </w:r>
    </w:p>
    <w:p>
      <w:pPr>
        <w:jc w:val="right"/>
      </w:pPr>
      <w:r>
        <w:t>اس کا نام۔</w:t>
      </w:r>
    </w:p>
    <w:p>
      <w:r>
        <w:rPr>
          <w:b/>
        </w:rPr>
        <w:t xml:space="preserve">[21:39] </w:t>
      </w:r>
      <w:r>
        <w:t>to ek sahab khare hue meri taqreer ke baad.</w:t>
      </w:r>
    </w:p>
    <w:p>
      <w:pPr>
        <w:jc w:val="right"/>
      </w:pPr>
      <w:r>
        <w:t>تو ایک صاحب کھڑے ہوئے میری تقریر کے بعد۔</w:t>
      </w:r>
    </w:p>
    <w:p>
      <w:r>
        <w:rPr>
          <w:b/>
        </w:rPr>
        <w:t xml:space="preserve">[21:43] </w:t>
      </w:r>
      <w:r>
        <w:t>unhon ne kaha ke aap india ki baat karein, yeh america mein sab nahi hota.</w:t>
      </w:r>
    </w:p>
    <w:p>
      <w:pPr>
        <w:jc w:val="right"/>
      </w:pPr>
      <w:r>
        <w:t>انہوں نے کہا کہ آپ انڈیا کی بات کریں، یہ امریکہ میں سب نہیں ہوتا۔</w:t>
      </w:r>
    </w:p>
    <w:p>
      <w:r>
        <w:rPr>
          <w:b/>
        </w:rPr>
        <w:t xml:space="preserve">[21:49] </w:t>
      </w:r>
      <w:r>
        <w:t>yahan over eating nahi hoti yahan.</w:t>
      </w:r>
    </w:p>
    <w:p>
      <w:pPr>
        <w:jc w:val="right"/>
      </w:pPr>
      <w:r>
        <w:t>یہاں over eating نہیں ہوتی یہاں۔</w:t>
      </w:r>
    </w:p>
    <w:p>
      <w:r>
        <w:rPr>
          <w:b/>
        </w:rPr>
        <w:t xml:space="preserve">[21:52] </w:t>
      </w:r>
      <w:r>
        <w:t>yeh scientific muashra hai.</w:t>
      </w:r>
    </w:p>
    <w:p>
      <w:pPr>
        <w:jc w:val="right"/>
      </w:pPr>
      <w:r>
        <w:t>یہ scientific معاشرہ ہے۔</w:t>
      </w:r>
    </w:p>
    <w:p>
      <w:r>
        <w:rPr>
          <w:b/>
        </w:rPr>
        <w:t xml:space="preserve">[21:54] </w:t>
      </w:r>
      <w:r>
        <w:t>to abhi mein chup tha ke inhi mein se ek shakhs utha, senior aadmi.</w:t>
      </w:r>
    </w:p>
    <w:p>
      <w:pPr>
        <w:jc w:val="right"/>
      </w:pPr>
      <w:r>
        <w:t>تو ابھی میں چپ تھا کہ انہی میں سے ایک شخص اٹھا، senior آدمی۔</w:t>
      </w:r>
    </w:p>
    <w:p>
      <w:r>
        <w:rPr>
          <w:b/>
        </w:rPr>
        <w:t xml:space="preserve">[22:00] </w:t>
      </w:r>
      <w:r>
        <w:t>us ne kaha ke mein bees saal se america mein hoon.</w:t>
      </w:r>
    </w:p>
    <w:p>
      <w:pPr>
        <w:jc w:val="right"/>
      </w:pPr>
      <w:r>
        <w:t>اس نے کہا کہ میں بیس سال سے امریکہ میں ہوں۔</w:t>
      </w:r>
    </w:p>
    <w:p>
      <w:r>
        <w:rPr>
          <w:b/>
        </w:rPr>
        <w:t xml:space="preserve">[22:04] </w:t>
      </w:r>
      <w:r>
        <w:t>tum abhi ek do saal aaye yahan par.</w:t>
      </w:r>
    </w:p>
    <w:p>
      <w:pPr>
        <w:jc w:val="right"/>
      </w:pPr>
      <w:r>
        <w:t>تم ابھی ایک دو سال آئے یہاں پر۔</w:t>
      </w:r>
    </w:p>
    <w:p>
      <w:r>
        <w:rPr>
          <w:b/>
        </w:rPr>
        <w:t xml:space="preserve">[22:08] </w:t>
      </w:r>
      <w:r>
        <w:t>bees saal se.</w:t>
      </w:r>
    </w:p>
    <w:p>
      <w:pPr>
        <w:jc w:val="right"/>
      </w:pPr>
      <w:r>
        <w:t>بیس سال سے۔</w:t>
      </w:r>
    </w:p>
    <w:p>
      <w:r>
        <w:rPr>
          <w:b/>
        </w:rPr>
        <w:t xml:space="preserve">[22:09] </w:t>
      </w:r>
      <w:r>
        <w:t>mein jaanta hoon ke america ke musalman kya karte hain.</w:t>
      </w:r>
    </w:p>
    <w:p>
      <w:pPr>
        <w:jc w:val="right"/>
      </w:pPr>
      <w:r>
        <w:t>میں جانتا ہوں کہ امریکہ کے مسلمان کیا کرتے ہیں۔</w:t>
      </w:r>
    </w:p>
    <w:p>
      <w:r>
        <w:rPr>
          <w:b/>
        </w:rPr>
        <w:t xml:space="preserve">[22:13] </w:t>
      </w:r>
      <w:r>
        <w:t>khoob khate hain.</w:t>
      </w:r>
    </w:p>
    <w:p>
      <w:pPr>
        <w:jc w:val="right"/>
      </w:pPr>
      <w:r>
        <w:t>خوب کھاتے ہیں۔</w:t>
      </w:r>
    </w:p>
    <w:p>
      <w:r>
        <w:rPr>
          <w:b/>
        </w:rPr>
        <w:t xml:space="preserve">[22:15] </w:t>
      </w:r>
      <w:r>
        <w:t>ramzan ke mahine ko waqeatan unhon ne bana rakha hai over eating ka mahina.</w:t>
      </w:r>
    </w:p>
    <w:p>
      <w:pPr>
        <w:jc w:val="right"/>
      </w:pPr>
      <w:r>
        <w:t>رمضان کے مہینے کو واقعتا انہوں نے بنا رکھا ہے over eating کا مہینہ۔</w:t>
      </w:r>
    </w:p>
    <w:p>
      <w:r>
        <w:rPr>
          <w:b/>
        </w:rPr>
        <w:t xml:space="preserve">[22:21] </w:t>
      </w:r>
      <w:r>
        <w:t>phir us ne kaha ke mein aap ko challenge karta hoon.</w:t>
      </w:r>
    </w:p>
    <w:p>
      <w:pPr>
        <w:jc w:val="right"/>
      </w:pPr>
      <w:r>
        <w:t>پھر اس نے کہا کہ میں آپ کو challenge کرتا ہوں۔</w:t>
      </w:r>
    </w:p>
    <w:p>
      <w:r>
        <w:rPr>
          <w:b/>
        </w:rPr>
        <w:t xml:space="preserve">[22:26] </w:t>
      </w:r>
      <w:r>
        <w:t>ke aaj ramzan ki doosri tareekh hai.</w:t>
      </w:r>
    </w:p>
    <w:p>
      <w:pPr>
        <w:jc w:val="right"/>
      </w:pPr>
      <w:r>
        <w:t>کہ آج رمضان کی دوسری تاریخ ہے۔</w:t>
      </w:r>
    </w:p>
    <w:p>
      <w:r>
        <w:rPr>
          <w:b/>
        </w:rPr>
        <w:t xml:space="preserve">[22:29] </w:t>
      </w:r>
      <w:r>
        <w:t>aap bas har saal apna wazan kar lein.</w:t>
      </w:r>
    </w:p>
    <w:p>
      <w:pPr>
        <w:jc w:val="right"/>
      </w:pPr>
      <w:r>
        <w:t>آپ بس ہر سال اپنا وزن کر لیں۔</w:t>
      </w:r>
    </w:p>
    <w:p>
      <w:r>
        <w:rPr>
          <w:b/>
        </w:rPr>
        <w:t xml:space="preserve">[22:32] </w:t>
      </w:r>
      <w:r>
        <w:t>apna tol lein.</w:t>
      </w:r>
    </w:p>
    <w:p>
      <w:pPr>
        <w:jc w:val="right"/>
      </w:pPr>
      <w:r>
        <w:t>اپنا تول لے لیں۔</w:t>
      </w:r>
    </w:p>
    <w:p>
      <w:r>
        <w:rPr>
          <w:b/>
        </w:rPr>
        <w:t xml:space="preserve">[22:34] </w:t>
      </w:r>
      <w:r>
        <w:t>aur phir eid ke din tole woh.</w:t>
      </w:r>
    </w:p>
    <w:p>
      <w:pPr>
        <w:jc w:val="right"/>
      </w:pPr>
      <w:r>
        <w:t>اور پھر عید کے دن تولے وہ۔</w:t>
      </w:r>
    </w:p>
    <w:p>
      <w:r>
        <w:rPr>
          <w:b/>
        </w:rPr>
        <w:t xml:space="preserve">[22:37] </w:t>
      </w:r>
      <w:r>
        <w:t>aur mein guarantee ke sath kehta hoon ke eid ke din wazan barh chuka hoga.</w:t>
      </w:r>
    </w:p>
    <w:p>
      <w:pPr>
        <w:jc w:val="right"/>
      </w:pPr>
      <w:r>
        <w:t>اور میں guarantee کے ساتھ کہتا ہوں کہ عید کے دن وزن بڑھ چکا ہوگا۔</w:t>
      </w:r>
    </w:p>
    <w:p>
      <w:r>
        <w:rPr>
          <w:b/>
        </w:rPr>
        <w:t xml:space="preserve">[22:43] </w:t>
      </w:r>
      <w:r>
        <w:t>sab chup ho gaye.</w:t>
      </w:r>
    </w:p>
    <w:p>
      <w:pPr>
        <w:jc w:val="right"/>
      </w:pPr>
      <w:r>
        <w:t>سب چپ ہو گئے۔</w:t>
      </w:r>
    </w:p>
    <w:p>
      <w:r>
        <w:rPr>
          <w:b/>
        </w:rPr>
        <w:t xml:space="preserve">[22:45] </w:t>
      </w:r>
      <w:r>
        <w:t>yeh sari dunya mein, arab mein bhi yeh haal hai.</w:t>
      </w:r>
    </w:p>
    <w:p>
      <w:pPr>
        <w:jc w:val="right"/>
      </w:pPr>
      <w:r>
        <w:t>یہ ساری دنیا میں، عرب میں بھی یہ حال ہے۔</w:t>
      </w:r>
    </w:p>
    <w:p>
      <w:r>
        <w:rPr>
          <w:b/>
        </w:rPr>
        <w:t xml:space="preserve">[22:49] </w:t>
      </w:r>
      <w:r>
        <w:t>arab mein, ajab mein, har jagah.</w:t>
      </w:r>
    </w:p>
    <w:p>
      <w:pPr>
        <w:jc w:val="right"/>
      </w:pPr>
      <w:r>
        <w:t>عرب میں، عجب میں، ہر جگہ۔</w:t>
      </w:r>
    </w:p>
    <w:p>
      <w:r>
        <w:rPr>
          <w:b/>
        </w:rPr>
        <w:t xml:space="preserve">[22:52] </w:t>
      </w:r>
      <w:r>
        <w:t>ek martaba mein ramzan mein tha arab mein to sari raat khate hain woh log.</w:t>
      </w:r>
    </w:p>
    <w:p>
      <w:pPr>
        <w:jc w:val="right"/>
      </w:pPr>
      <w:r>
        <w:t>ایک مرتبہ میں رمضان میں تھا عرب میں تو ساری رات کھاتے ہیں وہ لوگ۔</w:t>
      </w:r>
    </w:p>
    <w:p>
      <w:r>
        <w:rPr>
          <w:b/>
        </w:rPr>
        <w:t xml:space="preserve">[22:58] </w:t>
      </w:r>
      <w:r>
        <w:t>yani maghrib se shuru karte hain to khate hi rehte hain.</w:t>
      </w:r>
    </w:p>
    <w:p>
      <w:pPr>
        <w:jc w:val="right"/>
      </w:pPr>
      <w:r>
        <w:t>یعنی مغرب سے شروع کرتے ہیں تو کھاتے ہی رہتے ہیں۔</w:t>
      </w:r>
    </w:p>
    <w:p>
      <w:r>
        <w:rPr>
          <w:b/>
        </w:rPr>
        <w:t xml:space="preserve">[23:03] </w:t>
      </w:r>
      <w:r>
        <w:t>yahan tak ke jab azan hoti hai fajar ki, tab namaz padh ke so jate hain.</w:t>
      </w:r>
    </w:p>
    <w:p>
      <w:pPr>
        <w:jc w:val="right"/>
      </w:pPr>
      <w:r>
        <w:t>یہاں تک کہ جب اذان ہوتی ہے فجر کی، تب نماز پڑھ کے سو جاتے ہیں۔</w:t>
      </w:r>
    </w:p>
    <w:p>
      <w:r>
        <w:rPr>
          <w:b/>
        </w:rPr>
        <w:t xml:space="preserve">[23:10] </w:t>
      </w:r>
      <w:r>
        <w:t>sari raat kaise hazam karte hain, mujhe is waqt nahi aata.</w:t>
      </w:r>
    </w:p>
    <w:p>
      <w:pPr>
        <w:jc w:val="right"/>
      </w:pPr>
      <w:r>
        <w:t>ساری رات کیسے ہضم کرتے ہیں، مجھے اس وقت نہیں آتا۔</w:t>
      </w:r>
    </w:p>
    <w:p>
      <w:r>
        <w:rPr>
          <w:b/>
        </w:rPr>
        <w:t xml:space="preserve">[23:15] </w:t>
      </w:r>
      <w:r>
        <w:t>to roze ko bana liya hai logon ne over eating ka mahina.</w:t>
      </w:r>
    </w:p>
    <w:p>
      <w:pPr>
        <w:jc w:val="right"/>
      </w:pPr>
      <w:r>
        <w:t>تو روزے کو بنا لیا ہے لوگوں نے over eating کا مہینہ۔</w:t>
      </w:r>
    </w:p>
    <w:p>
      <w:r>
        <w:rPr>
          <w:b/>
        </w:rPr>
        <w:t xml:space="preserve">[23:20] </w:t>
      </w:r>
      <w:r>
        <w:t>woh is roze ki spirit ke khilaf hai.</w:t>
      </w:r>
    </w:p>
    <w:p>
      <w:pPr>
        <w:jc w:val="right"/>
      </w:pPr>
      <w:r>
        <w:t>وہ اس روزے کی spirit کے خلاف ہے۔</w:t>
      </w:r>
    </w:p>
    <w:p>
      <w:r>
        <w:rPr>
          <w:b/>
        </w:rPr>
        <w:t xml:space="preserve">[23:23] </w:t>
      </w:r>
      <w:r>
        <w:t>roza naam hai ek ek ek law of nature ko experience karne ka.</w:t>
      </w:r>
    </w:p>
    <w:p>
      <w:pPr>
        <w:jc w:val="right"/>
      </w:pPr>
      <w:r>
        <w:t>روزہ نام ہے ایک ایک ایک law of nature کو experience کرنے کا۔</w:t>
      </w:r>
    </w:p>
    <w:p>
      <w:r>
        <w:rPr>
          <w:b/>
        </w:rPr>
        <w:t xml:space="preserve">[23:29] </w:t>
      </w:r>
      <w:r>
        <w:t>roze ka mahina naam hai ek law of nature ko experience karne ka, tajurba karne ka.</w:t>
      </w:r>
    </w:p>
    <w:p>
      <w:pPr>
        <w:jc w:val="right"/>
      </w:pPr>
      <w:r>
        <w:t>روزے کا مہینہ نام ہے ایک law of nature کو experience کرنے کا، تجربہ کرنے کا۔</w:t>
      </w:r>
    </w:p>
    <w:p>
      <w:r>
        <w:rPr>
          <w:b/>
        </w:rPr>
        <w:t xml:space="preserve">[23:36] </w:t>
      </w:r>
      <w:r>
        <w:t>woh kya? jab aap par koi shock guzarta hai, kisi qism ka shock, to aap ka mind trigger</w:t>
      </w:r>
    </w:p>
    <w:p>
      <w:pPr>
        <w:jc w:val="right"/>
      </w:pPr>
      <w:r>
        <w:t>وہ کیا؟ جب آپ پر کوئی shock گزرتا ہے، کسی قسم کا shock، تو آپ کا mind trigger</w:t>
      </w:r>
    </w:p>
    <w:p>
      <w:r>
        <w:rPr>
          <w:b/>
        </w:rPr>
        <w:t xml:space="preserve">[23:43] </w:t>
      </w:r>
      <w:r>
        <w:t>hota hai.</w:t>
      </w:r>
    </w:p>
    <w:p>
      <w:pPr>
        <w:jc w:val="right"/>
      </w:pPr>
      <w:r>
        <w:t>ہوتا ہے۔</w:t>
      </w:r>
    </w:p>
    <w:p>
      <w:r>
        <w:rPr>
          <w:b/>
        </w:rPr>
        <w:t xml:space="preserve">[23:45] </w:t>
      </w:r>
      <w:r>
        <w:t>aur isi waqt aap ko bari bari baatein samajh mein aati hain.</w:t>
      </w:r>
    </w:p>
    <w:p>
      <w:pPr>
        <w:jc w:val="right"/>
      </w:pPr>
      <w:r>
        <w:t>اور اسی وقت آپ کو بڑی بڑی باتیں سمجھ میں آتی ہیں۔</w:t>
      </w:r>
    </w:p>
    <w:p>
      <w:r>
        <w:rPr>
          <w:b/>
        </w:rPr>
        <w:t xml:space="preserve">[23:50] </w:t>
      </w:r>
      <w:r>
        <w:t>is ki ek misaal yeh hai ke newton jo tha, us ke paas saib ka bagh tha.</w:t>
      </w:r>
    </w:p>
    <w:p>
      <w:pPr>
        <w:jc w:val="right"/>
      </w:pPr>
      <w:r>
        <w:t>اس کی ایک مثال یہ ہے کہ نیوٹن جو تھا، اس کے پاس سیب کا باغ تھا۔</w:t>
      </w:r>
    </w:p>
    <w:p>
      <w:r>
        <w:rPr>
          <w:b/>
        </w:rPr>
        <w:t xml:space="preserve">[23:57] </w:t>
      </w:r>
      <w:r>
        <w:t>wahan woh jaya karta tha.</w:t>
      </w:r>
    </w:p>
    <w:p>
      <w:pPr>
        <w:jc w:val="right"/>
      </w:pPr>
      <w:r>
        <w:t>وہاں وہ جایا کرتا تھا۔</w:t>
      </w:r>
    </w:p>
    <w:p>
      <w:r>
        <w:rPr>
          <w:b/>
        </w:rPr>
        <w:t xml:space="preserve">[23:59] </w:t>
      </w:r>
      <w:r>
        <w:t>to wahan saib girte the, dekhta tha woh, lekin us ko kuch soch nahi aati thi.</w:t>
      </w:r>
    </w:p>
    <w:p>
      <w:pPr>
        <w:jc w:val="right"/>
      </w:pPr>
      <w:r>
        <w:t>تو وہاں سیب گرتے تھے، دیکھتا تھا وہ، لیکن اس کو کچھ سوچ نہیں آتی تھی۔</w:t>
      </w:r>
    </w:p>
    <w:p>
      <w:r>
        <w:rPr>
          <w:b/>
        </w:rPr>
        <w:t xml:space="preserve">[24:06] </w:t>
      </w:r>
      <w:r>
        <w:t>saib girne se us ko us ko leta tha, for granted.</w:t>
      </w:r>
    </w:p>
    <w:p>
      <w:pPr>
        <w:jc w:val="right"/>
      </w:pPr>
      <w:r>
        <w:t>سیب گرنے سے اس کو اس کو لیتا تھا، for granted۔</w:t>
      </w:r>
    </w:p>
    <w:p>
      <w:r>
        <w:rPr>
          <w:b/>
        </w:rPr>
        <w:t xml:space="preserve">[24:11] </w:t>
      </w:r>
      <w:r>
        <w:t>ek din saib us ke sar par gira.</w:t>
      </w:r>
    </w:p>
    <w:p>
      <w:pPr>
        <w:jc w:val="right"/>
      </w:pPr>
      <w:r>
        <w:t>ایک دن سیب اس کے سر پر گرا۔</w:t>
      </w:r>
    </w:p>
    <w:p>
      <w:r>
        <w:rPr>
          <w:b/>
        </w:rPr>
        <w:t xml:space="preserve">[24:14] </w:t>
      </w:r>
      <w:r>
        <w:t>to that was a shocking experience.</w:t>
      </w:r>
    </w:p>
    <w:p>
      <w:pPr>
        <w:jc w:val="right"/>
      </w:pPr>
      <w:r>
        <w:t>تو that was a shocking experience۔</w:t>
      </w:r>
    </w:p>
    <w:p>
      <w:r>
        <w:rPr>
          <w:b/>
        </w:rPr>
        <w:t xml:space="preserve">[24:17] </w:t>
      </w:r>
      <w:r>
        <w:t>us din us ka mind trigger hua.</w:t>
      </w:r>
    </w:p>
    <w:p>
      <w:pPr>
        <w:jc w:val="right"/>
      </w:pPr>
      <w:r>
        <w:t>اس دن اس کا mind trigger ہوا۔</w:t>
      </w:r>
    </w:p>
    <w:p>
      <w:r>
        <w:rPr>
          <w:b/>
        </w:rPr>
        <w:t xml:space="preserve">[24:20] </w:t>
      </w:r>
      <w:r>
        <w:t>us din us ka mind trigger hua ke aakhir saib upar se neeche kyun aaya? yahan tak ke</w:t>
      </w:r>
    </w:p>
    <w:p>
      <w:pPr>
        <w:jc w:val="right"/>
      </w:pPr>
      <w:r>
        <w:t>اس دن اس کا mind trigger ہوا کہ آخر سیب اوپر سے نیچے کیوں آیا؟ یہاں تک کہ</w:t>
      </w:r>
    </w:p>
    <w:p>
      <w:r>
        <w:rPr>
          <w:b/>
        </w:rPr>
        <w:t xml:space="preserve">[24:28] </w:t>
      </w:r>
      <w:r>
        <w:t>us ne law of gravity ko discover kiya.</w:t>
      </w:r>
    </w:p>
    <w:p>
      <w:pPr>
        <w:jc w:val="right"/>
      </w:pPr>
      <w:r>
        <w:t>اس نے law of gravity کو discover کیا۔</w:t>
      </w:r>
    </w:p>
    <w:p>
      <w:r>
        <w:rPr>
          <w:b/>
        </w:rPr>
        <w:t xml:space="preserve">[24:31] </w:t>
      </w:r>
      <w:r>
        <w:t>yeh law of nature hai.</w:t>
      </w:r>
    </w:p>
    <w:p>
      <w:pPr>
        <w:jc w:val="right"/>
      </w:pPr>
      <w:r>
        <w:t>یہ law of nature ہے۔</w:t>
      </w:r>
    </w:p>
    <w:p>
      <w:r>
        <w:rPr>
          <w:b/>
        </w:rPr>
        <w:t xml:space="preserve">[24:33] </w:t>
      </w:r>
      <w:r>
        <w:t>jitne scientific discoveries hain, sab isi tarah se hui hain.</w:t>
      </w:r>
    </w:p>
    <w:p>
      <w:pPr>
        <w:jc w:val="right"/>
      </w:pPr>
      <w:r>
        <w:t>جتنے scientific discoveries ہیں، سب اسی طرح سے ہوئی ہیں۔</w:t>
      </w:r>
    </w:p>
    <w:p>
      <w:r>
        <w:rPr>
          <w:b/>
        </w:rPr>
        <w:t xml:space="preserve">[24:37] </w:t>
      </w:r>
      <w:r>
        <w:t>jo bare bare novel likhe gaye hain, isi tarah likhe gaye hain.</w:t>
      </w:r>
    </w:p>
    <w:p>
      <w:pPr>
        <w:jc w:val="right"/>
      </w:pPr>
      <w:r>
        <w:t>جو بڑے بڑے ناول لکھے گئے ہیں، اسی طرح لکھے گئے ہیں۔</w:t>
      </w:r>
    </w:p>
    <w:p>
      <w:r>
        <w:rPr>
          <w:b/>
        </w:rPr>
        <w:t xml:space="preserve">[24:43] </w:t>
      </w:r>
      <w:r>
        <w:t>yani Milton andha ho gaya, andha.</w:t>
      </w:r>
    </w:p>
    <w:p>
      <w:pPr>
        <w:jc w:val="right"/>
      </w:pPr>
      <w:r>
        <w:t>یعنی Milton اندھا ہو گیا، اندھا۔</w:t>
      </w:r>
    </w:p>
    <w:p>
      <w:r>
        <w:rPr>
          <w:b/>
        </w:rPr>
        <w:t xml:space="preserve">[24:45] </w:t>
      </w:r>
      <w:r>
        <w:t>to us ne woh woh masterpiece novel likhi.</w:t>
      </w:r>
    </w:p>
    <w:p>
      <w:pPr>
        <w:jc w:val="right"/>
      </w:pPr>
      <w:r>
        <w:t>تو اس نے وہ وہ masterpiece ناول لکھی۔</w:t>
      </w:r>
    </w:p>
    <w:p>
      <w:r>
        <w:rPr>
          <w:b/>
        </w:rPr>
        <w:t xml:space="preserve">[24:49] </w:t>
      </w:r>
      <w:r>
        <w:t>Masterpiece.</w:t>
      </w:r>
    </w:p>
    <w:p>
      <w:pPr>
        <w:jc w:val="right"/>
      </w:pPr>
      <w:r>
        <w:t>Masterpiece۔</w:t>
      </w:r>
    </w:p>
    <w:p>
      <w:r>
        <w:rPr>
          <w:b/>
        </w:rPr>
        <w:t xml:space="preserve">[24:50] </w:t>
      </w:r>
      <w:r>
        <w:t>Paradise of the Earth.</w:t>
      </w:r>
    </w:p>
    <w:p>
      <w:pPr>
        <w:jc w:val="right"/>
      </w:pPr>
      <w:r>
        <w:t>Paradise of the Earth۔</w:t>
      </w:r>
    </w:p>
    <w:p>
      <w:r>
        <w:rPr>
          <w:b/>
        </w:rPr>
        <w:t xml:space="preserve">[24:52] </w:t>
      </w:r>
      <w:r>
        <w:t>to us ko jo shock laga tha andhe pan ka, us se us ne ek aisa novel likha</w:t>
      </w:r>
    </w:p>
    <w:p>
      <w:pPr>
        <w:jc w:val="right"/>
      </w:pPr>
      <w:r>
        <w:t>تو اس کو جو shock لگا تھا اندھے پن کا، اس سے اس نے ایک ایسا ناول لکھا</w:t>
      </w:r>
    </w:p>
    <w:p>
      <w:r>
        <w:rPr>
          <w:b/>
        </w:rPr>
        <w:t xml:space="preserve">[25:00] </w:t>
      </w:r>
      <w:r>
        <w:t>jo tareekh mein masterpiece samjha jata hai.</w:t>
      </w:r>
    </w:p>
    <w:p>
      <w:pPr>
        <w:jc w:val="right"/>
      </w:pPr>
      <w:r>
        <w:t>جو تاریخ میں masterpiece سمجھا جاتا ہے۔</w:t>
      </w:r>
    </w:p>
    <w:p>
      <w:r>
        <w:rPr>
          <w:b/>
        </w:rPr>
        <w:t xml:space="preserve">[25:03] </w:t>
      </w:r>
      <w:r>
        <w:t>Paradise of the Earth.</w:t>
      </w:r>
    </w:p>
    <w:p>
      <w:pPr>
        <w:jc w:val="right"/>
      </w:pPr>
      <w:r>
        <w:t>Paradise of the Earth۔</w:t>
      </w:r>
    </w:p>
    <w:p>
      <w:r>
        <w:rPr>
          <w:b/>
        </w:rPr>
        <w:t xml:space="preserve">[25:04] </w:t>
      </w:r>
      <w:r>
        <w:t>yeh law of nature hai.</w:t>
      </w:r>
    </w:p>
    <w:p>
      <w:pPr>
        <w:jc w:val="right"/>
      </w:pPr>
      <w:r>
        <w:t>یہ law of nature ہے۔</w:t>
      </w:r>
    </w:p>
    <w:p>
      <w:r>
        <w:rPr>
          <w:b/>
        </w:rPr>
        <w:t xml:space="preserve">[25:06] </w:t>
      </w:r>
      <w:r>
        <w:t>yani secular world mein bhi hai, mazhabi world mein bhi hai.</w:t>
      </w:r>
    </w:p>
    <w:p>
      <w:pPr>
        <w:jc w:val="right"/>
      </w:pPr>
      <w:r>
        <w:t>یعنی secular world میں بھی ہے، مذہبی world میں بھی ہے۔</w:t>
      </w:r>
    </w:p>
    <w:p>
      <w:r>
        <w:rPr>
          <w:b/>
        </w:rPr>
        <w:t xml:space="preserve">[25:11] </w:t>
      </w:r>
      <w:r>
        <w:t>donon mein yeh law of nature hai.</w:t>
      </w:r>
    </w:p>
    <w:p>
      <w:pPr>
        <w:jc w:val="right"/>
      </w:pPr>
      <w:r>
        <w:t>دونوں میں یہ law of nature ہے۔</w:t>
      </w:r>
    </w:p>
    <w:p>
      <w:r>
        <w:rPr>
          <w:b/>
        </w:rPr>
        <w:t xml:space="preserve">[25:14] </w:t>
      </w:r>
      <w:r>
        <w:t>to Ramzan ke zamane mein yeh hukum diya gaya ke apne apne irade se apne sar par girao</w:t>
      </w:r>
    </w:p>
    <w:p>
      <w:pPr>
        <w:jc w:val="right"/>
      </w:pPr>
      <w:r>
        <w:t>تو رمضان کے زمانے میں یہ حکم دیا گیا کہ اپنے اپنے ارادے سے اپنے سر پر گراؤ</w:t>
      </w:r>
    </w:p>
    <w:p>
      <w:r>
        <w:rPr>
          <w:b/>
        </w:rPr>
        <w:t xml:space="preserve">[25:22] </w:t>
      </w:r>
      <w:r>
        <w:t>saib.</w:t>
      </w:r>
    </w:p>
    <w:p>
      <w:pPr>
        <w:jc w:val="right"/>
      </w:pPr>
      <w:r>
        <w:t>سیب۔</w:t>
      </w:r>
    </w:p>
    <w:p>
      <w:r>
        <w:rPr>
          <w:b/>
        </w:rPr>
        <w:t xml:space="preserve">[25:23] </w:t>
      </w:r>
      <w:r>
        <w:t>yun kehna chahiye ke apne irade se apne sar par saib girao taake tumhara mind trigger ho.</w:t>
      </w:r>
    </w:p>
    <w:p>
      <w:pPr>
        <w:jc w:val="right"/>
      </w:pPr>
      <w:r>
        <w:t>یوں کہنا چاہیے کہ اپنے ارادے سے اپنے سر پر سیب گراؤ تاکہ تمہارا mind trigger ہو۔</w:t>
      </w:r>
    </w:p>
    <w:p>
      <w:r>
        <w:rPr>
          <w:b/>
        </w:rPr>
        <w:t xml:space="preserve">[25:31] </w:t>
      </w:r>
      <w:r>
        <w:t>ab phir tum bari bari cheezein daryaft karo.</w:t>
      </w:r>
    </w:p>
    <w:p>
      <w:pPr>
        <w:jc w:val="right"/>
      </w:pPr>
      <w:r>
        <w:t>اب پھر تم بڑی بڑی چیزیں دریافت کرو۔</w:t>
      </w:r>
    </w:p>
    <w:p>
      <w:r>
        <w:rPr>
          <w:b/>
        </w:rPr>
        <w:t xml:space="preserve">[25:34] </w:t>
      </w:r>
      <w:r>
        <w:t>wohi hai rizq mein izafa.</w:t>
      </w:r>
    </w:p>
    <w:p>
      <w:pPr>
        <w:jc w:val="right"/>
      </w:pPr>
      <w:r>
        <w:t>وہی ہے رزق میں اضافہ۔</w:t>
      </w:r>
    </w:p>
    <w:p>
      <w:r>
        <w:rPr>
          <w:b/>
        </w:rPr>
        <w:t xml:space="preserve">[25:36] </w:t>
      </w:r>
      <w:r>
        <w:t>to roza ek bohat hi inqalabi concept hai.</w:t>
      </w:r>
    </w:p>
    <w:p>
      <w:pPr>
        <w:jc w:val="right"/>
      </w:pPr>
      <w:r>
        <w:t>تو روزہ ایک بہت ہی انقلابی concept ہے۔</w:t>
      </w:r>
    </w:p>
    <w:p>
      <w:r>
        <w:rPr>
          <w:b/>
        </w:rPr>
        <w:t xml:space="preserve">[25:40] </w:t>
      </w:r>
      <w:r>
        <w:t>woh koi ritual nahi hai.</w:t>
      </w:r>
    </w:p>
    <w:p>
      <w:pPr>
        <w:jc w:val="right"/>
      </w:pPr>
      <w:r>
        <w:t>وہ کوئی ritual نہیں ہے۔</w:t>
      </w:r>
    </w:p>
    <w:p>
      <w:r>
        <w:rPr>
          <w:b/>
        </w:rPr>
        <w:t xml:space="preserve">[25:42] </w:t>
      </w:r>
      <w:r>
        <w:t>lekin sab se bari cheez yeh hai ke logon par aa gayi hai parkhori, over eating.</w:t>
      </w:r>
    </w:p>
    <w:p>
      <w:pPr>
        <w:jc w:val="right"/>
      </w:pPr>
      <w:r>
        <w:t>لیکن سب سے بڑی چیز یہ ہے کہ لوگوں پر آ گئی ہے پرخوری، over eating۔</w:t>
      </w:r>
    </w:p>
    <w:p>
      <w:r>
        <w:rPr>
          <w:b/>
        </w:rPr>
        <w:t xml:space="preserve">[25:49] </w:t>
      </w:r>
      <w:r>
        <w:t>is ne saare roze ko bilkul nullify kar diya.</w:t>
      </w:r>
    </w:p>
    <w:p>
      <w:pPr>
        <w:jc w:val="right"/>
      </w:pPr>
      <w:r>
        <w:t>اس نے سارے روزے کو بالکل nullify کر دیا۔</w:t>
      </w:r>
    </w:p>
    <w:p>
      <w:r>
        <w:rPr>
          <w:b/>
        </w:rPr>
        <w:t xml:space="preserve">[25:52] </w:t>
      </w:r>
      <w:r>
        <w:t>Nullify kar diya.</w:t>
      </w:r>
    </w:p>
    <w:p>
      <w:pPr>
        <w:jc w:val="right"/>
      </w:pPr>
      <w:r>
        <w:t>Nullify کر دیا۔</w:t>
      </w:r>
    </w:p>
    <w:p>
      <w:r>
        <w:rPr>
          <w:b/>
        </w:rPr>
        <w:t xml:space="preserve">[25:54] </w:t>
      </w:r>
      <w:r>
        <w:t>Hadees mein aata hai ke Ramzan ke ilawa bhi aadmi ko roza rakhna chahiye.</w:t>
      </w:r>
    </w:p>
    <w:p>
      <w:pPr>
        <w:jc w:val="right"/>
      </w:pPr>
      <w:r>
        <w:t>حدیث میں آتا ہے کہ رمضان کے علاوہ بھی آدمی کو روزہ رکھنا چاہیے۔</w:t>
      </w:r>
    </w:p>
    <w:p>
      <w:r>
        <w:rPr>
          <w:b/>
        </w:rPr>
        <w:t xml:space="preserve">[26:00] </w:t>
      </w:r>
      <w:r>
        <w:t>is ka matlab kya hai? Yeh sawab mazeed ke liye nahi hai.</w:t>
      </w:r>
    </w:p>
    <w:p>
      <w:pPr>
        <w:jc w:val="right"/>
      </w:pPr>
      <w:r>
        <w:t>اس کا مطلب کیا ہے؟ یہ ثواب مزید کے لیے نہیں ہے۔</w:t>
      </w:r>
    </w:p>
    <w:p>
      <w:r>
        <w:rPr>
          <w:b/>
        </w:rPr>
        <w:t xml:space="preserve">[26:05] </w:t>
      </w:r>
      <w:r>
        <w:t>is ka matlab yeh nahi ke sawab mazeed ke liye nahi hai.</w:t>
      </w:r>
    </w:p>
    <w:p>
      <w:pPr>
        <w:jc w:val="right"/>
      </w:pPr>
      <w:r>
        <w:t>اس کا مطلب یہ نہیں کہ ثواب مزید کے لیے نہیں ہے۔</w:t>
      </w:r>
    </w:p>
    <w:p>
      <w:r>
        <w:rPr>
          <w:b/>
        </w:rPr>
        <w:t xml:space="preserve">[26:10] </w:t>
      </w:r>
      <w:r>
        <w:t>ma'refat mazeed ke liye.</w:t>
      </w:r>
    </w:p>
    <w:p>
      <w:pPr>
        <w:jc w:val="right"/>
      </w:pPr>
      <w:r>
        <w:t>معرفت مزید کے لیے۔</w:t>
      </w:r>
    </w:p>
    <w:p>
      <w:r>
        <w:rPr>
          <w:b/>
        </w:rPr>
        <w:t xml:space="preserve">[26:12] </w:t>
      </w:r>
      <w:r>
        <w:t>apne mind ko aur trigger karwane ke liye.</w:t>
      </w:r>
    </w:p>
    <w:p>
      <w:pPr>
        <w:jc w:val="right"/>
      </w:pPr>
      <w:r>
        <w:t>اپنے mind کو اور trigger کروانے کے لیے۔</w:t>
      </w:r>
    </w:p>
    <w:p>
      <w:r>
        <w:rPr>
          <w:b/>
        </w:rPr>
        <w:t xml:space="preserve">[26:15] </w:t>
      </w:r>
      <w:r>
        <w:t>apne sar par aur ziyada saib girane ke liye.</w:t>
      </w:r>
    </w:p>
    <w:p>
      <w:pPr>
        <w:jc w:val="right"/>
      </w:pPr>
      <w:r>
        <w:t>اپنے سر پر اور زیادہ سیب گرانے کے لیے۔</w:t>
      </w:r>
    </w:p>
    <w:p>
      <w:r>
        <w:rPr>
          <w:b/>
        </w:rPr>
        <w:t xml:space="preserve">[26:19] </w:t>
      </w:r>
      <w:r>
        <w:t>isi liye main kehta hoon ke roza ek inqilabi tasawwur hai, ek inqilabi concept hai.</w:t>
      </w:r>
    </w:p>
    <w:p>
      <w:pPr>
        <w:jc w:val="right"/>
      </w:pPr>
      <w:r>
        <w:t>اسی لیے میں کہتا ہوں کہ روزہ ایک انقلابی تصور ہے، ایک انقلابی concept ہے۔</w:t>
      </w:r>
    </w:p>
    <w:p>
      <w:r>
        <w:rPr>
          <w:b/>
        </w:rPr>
        <w:t xml:space="preserve">[26:26] </w:t>
      </w:r>
      <w:r>
        <w:t>main ne ek martaba qasdan khana chhod diya, pani chhod diya.</w:t>
      </w:r>
    </w:p>
    <w:p>
      <w:pPr>
        <w:jc w:val="right"/>
      </w:pPr>
      <w:r>
        <w:t>میں نے ایک مرتبہ قصداً کھانا چھوڑ دیا، پانی چھوڑ دیا۔</w:t>
      </w:r>
    </w:p>
    <w:p>
      <w:r>
        <w:rPr>
          <w:b/>
        </w:rPr>
        <w:t xml:space="preserve">[26:30] </w:t>
      </w:r>
      <w:r>
        <w:t>ek safar mein tha south india ki taraf.</w:t>
      </w:r>
    </w:p>
    <w:p>
      <w:pPr>
        <w:jc w:val="right"/>
      </w:pPr>
      <w:r>
        <w:t>ایک سفر میں تھا ساؤتھ انڈیا کی طرف۔</w:t>
      </w:r>
    </w:p>
    <w:p>
      <w:r>
        <w:rPr>
          <w:b/>
        </w:rPr>
        <w:t xml:space="preserve">[26:34] </w:t>
      </w:r>
      <w:r>
        <w:t>yeh meri jeb mein paisa tha, lekin khana chhod diya.</w:t>
      </w:r>
    </w:p>
    <w:p>
      <w:pPr>
        <w:jc w:val="right"/>
      </w:pPr>
      <w:r>
        <w:t>یہ میری جیب میں پیسہ تھا، لیکن کھانا چھوڑ دیا۔</w:t>
      </w:r>
    </w:p>
    <w:p>
      <w:r>
        <w:rPr>
          <w:b/>
        </w:rPr>
        <w:t xml:space="preserve">[26:38] </w:t>
      </w:r>
      <w:r>
        <w:t>teesre din ja kar ke main ne khana khaya.</w:t>
      </w:r>
    </w:p>
    <w:p>
      <w:pPr>
        <w:jc w:val="right"/>
      </w:pPr>
      <w:r>
        <w:t>تیسرے دن جا کر کے میں نے کھانا کھایا۔</w:t>
      </w:r>
    </w:p>
    <w:p>
      <w:r>
        <w:rPr>
          <w:b/>
        </w:rPr>
        <w:t xml:space="preserve">[26:42] </w:t>
      </w:r>
      <w:r>
        <w:t>teesre din.</w:t>
      </w:r>
    </w:p>
    <w:p>
      <w:pPr>
        <w:jc w:val="right"/>
      </w:pPr>
      <w:r>
        <w:t>تیسرے دن۔</w:t>
      </w:r>
    </w:p>
    <w:p>
      <w:r>
        <w:rPr>
          <w:b/>
        </w:rPr>
        <w:t xml:space="preserve">[26:43] </w:t>
      </w:r>
      <w:r>
        <w:t>to mujh par kya, aankhon ke samne andhera chha gaya.</w:t>
      </w:r>
    </w:p>
    <w:p>
      <w:pPr>
        <w:jc w:val="right"/>
      </w:pPr>
      <w:r>
        <w:t>تو مجھ پر کیا، آنکھوں کے سامنے اندھیرا چھا گیا۔</w:t>
      </w:r>
    </w:p>
    <w:p>
      <w:r>
        <w:rPr>
          <w:b/>
        </w:rPr>
        <w:t xml:space="preserve">[26:48] </w:t>
      </w:r>
      <w:r>
        <w:t>cheezein dikhai nahi deti thin.</w:t>
      </w:r>
    </w:p>
    <w:p>
      <w:pPr>
        <w:jc w:val="right"/>
      </w:pPr>
      <w:r>
        <w:t>چیزیں دکھائی نہیں دیتی تھیں۔</w:t>
      </w:r>
    </w:p>
    <w:p>
      <w:r>
        <w:rPr>
          <w:b/>
        </w:rPr>
        <w:t xml:space="preserve">[26:50] </w:t>
      </w:r>
      <w:r>
        <w:t>kahin idhar kisi insaan ke upar bat gaya hai, kahin idhar kahin baith gaya.</w:t>
      </w:r>
    </w:p>
    <w:p>
      <w:pPr>
        <w:jc w:val="right"/>
      </w:pPr>
      <w:r>
        <w:t>کہیں ادھر کسی انسان کے اوپر بٹ گیا ہے، کہیں ادھر کہیں بیٹھ گیا۔</w:t>
      </w:r>
    </w:p>
    <w:p>
      <w:r>
        <w:rPr>
          <w:b/>
        </w:rPr>
        <w:t xml:space="preserve">[26:56] </w:t>
      </w:r>
      <w:r>
        <w:t>andhera chha gaya.</w:t>
      </w:r>
    </w:p>
    <w:p>
      <w:pPr>
        <w:jc w:val="right"/>
      </w:pPr>
      <w:r>
        <w:t>اندھیرا چھا گیا۔</w:t>
      </w:r>
    </w:p>
    <w:p>
      <w:r>
        <w:rPr>
          <w:b/>
        </w:rPr>
        <w:t xml:space="preserve">[26:57] </w:t>
      </w:r>
      <w:r>
        <w:t>tab main ne jana ke khana kitni badi nemmat hai.</w:t>
      </w:r>
    </w:p>
    <w:p>
      <w:pPr>
        <w:jc w:val="right"/>
      </w:pPr>
      <w:r>
        <w:t>تب میں نے جانا کہ کھانا کتنی بڑی نعمت ہے۔</w:t>
      </w:r>
    </w:p>
    <w:p>
      <w:r>
        <w:rPr>
          <w:b/>
        </w:rPr>
        <w:t xml:space="preserve">[27:02] </w:t>
      </w:r>
      <w:r>
        <w:t>phir main ne socha ke khana kya cheez hai? ek poora ek universal process chalta hai, tab hum</w:t>
      </w:r>
    </w:p>
    <w:p>
      <w:pPr>
        <w:jc w:val="right"/>
      </w:pPr>
      <w:r>
        <w:t>پھر میں نے سوچا کہ کھانا کیا چیز ہے؟ ایک پورا ایک universal process چلتا ہے، تب ہم</w:t>
      </w:r>
    </w:p>
    <w:p>
      <w:r>
        <w:rPr>
          <w:b/>
        </w:rPr>
        <w:t xml:space="preserve">[27:09] </w:t>
      </w:r>
      <w:r>
        <w:t>ko khana aur pani milta hai.</w:t>
      </w:r>
    </w:p>
    <w:p>
      <w:pPr>
        <w:jc w:val="right"/>
      </w:pPr>
      <w:r>
        <w:t>کو کھانا اور پانی ملتا ہے۔</w:t>
      </w:r>
    </w:p>
    <w:p>
      <w:r>
        <w:rPr>
          <w:b/>
        </w:rPr>
        <w:t xml:space="preserve">[27:12] </w:t>
      </w:r>
      <w:r>
        <w:t>universal process.</w:t>
      </w:r>
    </w:p>
    <w:p>
      <w:pPr>
        <w:jc w:val="right"/>
      </w:pPr>
      <w:r>
        <w:t>Universal process۔</w:t>
      </w:r>
    </w:p>
    <w:p>
      <w:r>
        <w:rPr>
          <w:b/>
        </w:rPr>
        <w:t xml:space="preserve">[27:13] </w:t>
      </w:r>
      <w:r>
        <w:t>yeh mamooli baat nahi hai ke soil se food nikal raha hai, samandar se pani mil raha hai.</w:t>
      </w:r>
    </w:p>
    <w:p>
      <w:pPr>
        <w:jc w:val="right"/>
      </w:pPr>
      <w:r>
        <w:t>یہ معمولی بات نہیں ہے کہ soil سے food نکل رہا ہے، سمندر سے پانی مل رہا ہے۔</w:t>
      </w:r>
    </w:p>
    <w:p>
      <w:r>
        <w:rPr>
          <w:b/>
        </w:rPr>
        <w:t xml:space="preserve">[27:21] </w:t>
      </w:r>
      <w:r>
        <w:t>yeh bohat hi bada ek universal process hai.</w:t>
      </w:r>
    </w:p>
    <w:p>
      <w:pPr>
        <w:jc w:val="right"/>
      </w:pPr>
      <w:r>
        <w:t>یہ بہت ہی بڑا ایک universal process ہے۔</w:t>
      </w:r>
    </w:p>
    <w:p>
      <w:r>
        <w:rPr>
          <w:b/>
        </w:rPr>
        <w:t xml:space="preserve">[27:25] </w:t>
      </w:r>
      <w:r>
        <w:t>tab hamein pani milta hai, tab hamein khana milta hai.</w:t>
      </w:r>
    </w:p>
    <w:p>
      <w:pPr>
        <w:jc w:val="right"/>
      </w:pPr>
      <w:r>
        <w:t>تب ہمیں پانی ملتا ہے، تب ہمیں کھانا ملتا ہے۔</w:t>
      </w:r>
    </w:p>
    <w:p>
      <w:r>
        <w:rPr>
          <w:b/>
        </w:rPr>
        <w:t xml:space="preserve">[27:29] </w:t>
      </w:r>
      <w:r>
        <w:t>to jab mera haal hua ke mere andhera chha gaya to kaha ke mere sar par saib gira.</w:t>
      </w:r>
    </w:p>
    <w:p>
      <w:pPr>
        <w:jc w:val="right"/>
      </w:pPr>
      <w:r>
        <w:t>تو جب میرا حال ہوا کہ میرے اندھیرا چھا گیا تو کہا کہ میرے سر پر سیب گرا۔</w:t>
      </w:r>
    </w:p>
    <w:p>
      <w:r>
        <w:rPr>
          <w:b/>
        </w:rPr>
        <w:t xml:space="preserve">[27:37] </w:t>
      </w:r>
      <w:r>
        <w:t>saib gira.</w:t>
      </w:r>
    </w:p>
    <w:p>
      <w:pPr>
        <w:jc w:val="right"/>
      </w:pPr>
      <w:r>
        <w:t>سیب گرا۔</w:t>
      </w:r>
    </w:p>
    <w:p>
      <w:r>
        <w:rPr>
          <w:b/>
        </w:rPr>
        <w:t xml:space="preserve">[27:38] </w:t>
      </w:r>
      <w:r>
        <w:t>bara saib.</w:t>
      </w:r>
    </w:p>
    <w:p>
      <w:pPr>
        <w:jc w:val="right"/>
      </w:pPr>
      <w:r>
        <w:t>بڑا سیب۔</w:t>
      </w:r>
    </w:p>
    <w:p>
      <w:r>
        <w:rPr>
          <w:b/>
        </w:rPr>
        <w:t xml:space="preserve">[27:40] </w:t>
      </w:r>
      <w:r>
        <w:t>aam dinon mein chhota saib girta tha.</w:t>
      </w:r>
    </w:p>
    <w:p>
      <w:pPr>
        <w:jc w:val="right"/>
      </w:pPr>
      <w:r>
        <w:t>عام دنوں میں چھوٹا سیب گرتا تھا۔</w:t>
      </w:r>
    </w:p>
    <w:p>
      <w:r>
        <w:rPr>
          <w:b/>
        </w:rPr>
        <w:t xml:space="preserve">[27:43] </w:t>
      </w:r>
      <w:r>
        <w:t>woh bara saib.</w:t>
      </w:r>
    </w:p>
    <w:p>
      <w:pPr>
        <w:jc w:val="right"/>
      </w:pPr>
      <w:r>
        <w:t>وہ بڑا سیب۔</w:t>
      </w:r>
    </w:p>
    <w:p>
      <w:r>
        <w:rPr>
          <w:b/>
        </w:rPr>
        <w:t xml:space="preserve">[27:44] </w:t>
      </w:r>
      <w:r>
        <w:t>yani ek ek street par utra main to canteen hote hain is sadkon par.</w:t>
      </w:r>
    </w:p>
    <w:p>
      <w:pPr>
        <w:jc w:val="right"/>
      </w:pPr>
      <w:r>
        <w:t>یعنی ایک ایک اسٹریٹ پر اترا میں تو کینٹین ہوتے ہیں اس سڑکوں پر۔</w:t>
      </w:r>
    </w:p>
    <w:p>
      <w:r>
        <w:rPr>
          <w:b/>
        </w:rPr>
        <w:t xml:space="preserve">[27:50] </w:t>
      </w:r>
      <w:r>
        <w:t>to canteen mein gaya khana khane ke liye.</w:t>
      </w:r>
    </w:p>
    <w:p>
      <w:pPr>
        <w:jc w:val="right"/>
      </w:pPr>
      <w:r>
        <w:t>تو کینٹین میں گیا کھانا کھانے کے لیے۔</w:t>
      </w:r>
    </w:p>
    <w:p>
      <w:r>
        <w:rPr>
          <w:b/>
        </w:rPr>
        <w:t xml:space="preserve">[27:54] </w:t>
      </w:r>
      <w:r>
        <w:t>jab mein dakhil hua to andhera chha gaya tha mere upar.</w:t>
      </w:r>
    </w:p>
    <w:p>
      <w:pPr>
        <w:jc w:val="right"/>
      </w:pPr>
      <w:r>
        <w:t>جب میں داخل ہوا تو اندھیرا چھا گیا تھا میرے اوپر۔</w:t>
      </w:r>
    </w:p>
    <w:p>
      <w:r>
        <w:rPr>
          <w:b/>
        </w:rPr>
        <w:t xml:space="preserve">[27:58] </w:t>
      </w:r>
      <w:r>
        <w:t>to mein kisi insan ke upar baithne laga.</w:t>
      </w:r>
    </w:p>
    <w:p>
      <w:pPr>
        <w:jc w:val="right"/>
      </w:pPr>
      <w:r>
        <w:t>تو میں کسی انسان کے اوپر بیٹھنے لگا۔</w:t>
      </w:r>
    </w:p>
    <w:p>
      <w:r>
        <w:rPr>
          <w:b/>
        </w:rPr>
        <w:t xml:space="preserve">[28:02] </w:t>
      </w:r>
      <w:r>
        <w:t>yani koi baitha hua tha kursi par, usi par mein baithne laga.</w:t>
      </w:r>
    </w:p>
    <w:p>
      <w:pPr>
        <w:jc w:val="right"/>
      </w:pPr>
      <w:r>
        <w:t>یعنی کوئی بیٹھا ہوا تھا کرسی پر، اسی پر میں بیٹھنے لگا۔</w:t>
      </w:r>
    </w:p>
    <w:p>
      <w:r>
        <w:rPr>
          <w:b/>
        </w:rPr>
        <w:t xml:space="preserve">[28:07] </w:t>
      </w:r>
      <w:r>
        <w:t>logon ne pakar kar mujhe bithaya khali kursi par.</w:t>
      </w:r>
    </w:p>
    <w:p>
      <w:pPr>
        <w:jc w:val="right"/>
      </w:pPr>
      <w:r>
        <w:t>لوگوں نے پکڑ کر مجھے بٹھایا خالی کرسی پر۔</w:t>
      </w:r>
    </w:p>
    <w:p>
      <w:r>
        <w:rPr>
          <w:b/>
        </w:rPr>
        <w:t xml:space="preserve">[28:11] </w:t>
      </w:r>
      <w:r>
        <w:t>yani jo kursi already occupied thi, usi par baithne laga.</w:t>
      </w:r>
    </w:p>
    <w:p>
      <w:pPr>
        <w:jc w:val="right"/>
      </w:pPr>
      <w:r>
        <w:t>یعنی جو کرسی already occupied تھی، اسی پر بیٹھنے لگا۔</w:t>
      </w:r>
    </w:p>
    <w:p>
      <w:r>
        <w:rPr>
          <w:b/>
        </w:rPr>
        <w:t xml:space="preserve">[28:15] </w:t>
      </w:r>
      <w:r>
        <w:t>tab mujhe maloom hua ke khana kitni qimti cheez hai.</w:t>
      </w:r>
    </w:p>
    <w:p>
      <w:pPr>
        <w:jc w:val="right"/>
      </w:pPr>
      <w:r>
        <w:t>تب مجھے معلوم ہوا کہ کھانا کتنی قیمتی چیز ہے۔</w:t>
      </w:r>
    </w:p>
    <w:p>
      <w:r>
        <w:rPr>
          <w:b/>
        </w:rPr>
        <w:t xml:space="preserve">[28:19] </w:t>
      </w:r>
      <w:r>
        <w:t>phir maine socha ke yeh khana banta kaise hai? to maloom hua ke khana to banta hai,</w:t>
      </w:r>
    </w:p>
    <w:p>
      <w:pPr>
        <w:jc w:val="right"/>
      </w:pPr>
      <w:r>
        <w:t>پھر میں نے سوچا کہ یہ کھانا بنتا کیسے ہے؟ تو معلوم ہوا کہ کھانا تو بنتا ہے،</w:t>
      </w:r>
    </w:p>
    <w:p>
      <w:r>
        <w:rPr>
          <w:b/>
        </w:rPr>
        <w:t xml:space="preserve">[28:27] </w:t>
      </w:r>
      <w:r>
        <w:t>ek bohat hi universal process chalta hai.</w:t>
      </w:r>
    </w:p>
    <w:p>
      <w:pPr>
        <w:jc w:val="right"/>
      </w:pPr>
      <w:r>
        <w:t>ایک بہت ہی universal process چلتا ہے۔</w:t>
      </w:r>
    </w:p>
    <w:p>
      <w:r>
        <w:rPr>
          <w:b/>
        </w:rPr>
        <w:t xml:space="preserve">[28:30] </w:t>
      </w:r>
      <w:r>
        <w:t>saal bhar tab khana milta hai.</w:t>
      </w:r>
    </w:p>
    <w:p>
      <w:pPr>
        <w:jc w:val="right"/>
      </w:pPr>
      <w:r>
        <w:t>سال بھر تب کھانا ملتا ہے۔</w:t>
      </w:r>
    </w:p>
    <w:p>
      <w:r>
        <w:rPr>
          <w:b/>
        </w:rPr>
        <w:t xml:space="preserve">[28:33] </w:t>
      </w:r>
      <w:r>
        <w:t>phir maine socha ke hum khate hain to kya khate hain? roti khaya, chawal khaya, daal khaya,</w:t>
      </w:r>
    </w:p>
    <w:p>
      <w:pPr>
        <w:jc w:val="right"/>
      </w:pPr>
      <w:r>
        <w:t>پھر میں نے سوچا کہ ہم کھاتے ہیں تو کیا کھاتے ہیں؟ روٹی کھایا، چاول کھایا، دال کھایا،</w:t>
      </w:r>
    </w:p>
    <w:p>
      <w:r>
        <w:rPr>
          <w:b/>
        </w:rPr>
        <w:t xml:space="preserve">[28:40] </w:t>
      </w:r>
      <w:r>
        <w:t>sabzi khai.</w:t>
      </w:r>
    </w:p>
    <w:p>
      <w:pPr>
        <w:jc w:val="right"/>
      </w:pPr>
      <w:r>
        <w:t>سبزی کھائی۔</w:t>
      </w:r>
    </w:p>
    <w:p>
      <w:r>
        <w:rPr>
          <w:b/>
        </w:rPr>
        <w:t xml:space="preserve">[28:42] </w:t>
      </w:r>
      <w:r>
        <w:t>to hamare wajood ke bahar jo hai, wo roti chawal hai.</w:t>
      </w:r>
    </w:p>
    <w:p>
      <w:pPr>
        <w:jc w:val="right"/>
      </w:pPr>
      <w:r>
        <w:t>تو ہمارے وجود کے باہر جو ہے، وہ روٹی چاول ہے۔</w:t>
      </w:r>
    </w:p>
    <w:p>
      <w:r>
        <w:rPr>
          <w:b/>
        </w:rPr>
        <w:t xml:space="preserve">[28:46] </w:t>
      </w:r>
      <w:r>
        <w:t>lekin wajood mein dakhil hone ke baad kya ho jata hai? wo hamara hath ban jata hai, hamara</w:t>
      </w:r>
    </w:p>
    <w:p>
      <w:pPr>
        <w:jc w:val="right"/>
      </w:pPr>
      <w:r>
        <w:t>لیکن وجود میں داخل ہونے کے بعد کیا ہو جاتا ہے؟ وہ ہمارا ہاتھ بن جاتا ہے، ہمارا</w:t>
      </w:r>
    </w:p>
    <w:p>
      <w:r>
        <w:rPr>
          <w:b/>
        </w:rPr>
        <w:t xml:space="preserve">[28:54] </w:t>
      </w:r>
      <w:r>
        <w:t>paon ban jata hai, hamari zaban ban jata hai, hamari aankh ban jata hai.</w:t>
      </w:r>
    </w:p>
    <w:p>
      <w:pPr>
        <w:jc w:val="right"/>
      </w:pPr>
      <w:r>
        <w:t>پاؤں بن جاتا ہے، ہماری زبان بن جاتا ہے، ہماری آنکھ بن جاتا ہے۔</w:t>
      </w:r>
    </w:p>
    <w:p>
      <w:r>
        <w:rPr>
          <w:b/>
        </w:rPr>
        <w:t xml:space="preserve">[29:00] </w:t>
      </w:r>
      <w:r>
        <w:t>yeh jo khana hamare wajood ke bahar roti chawal hai, body mein dakhil hua to ek ajib gharib</w:t>
      </w:r>
    </w:p>
    <w:p>
      <w:pPr>
        <w:jc w:val="right"/>
      </w:pPr>
      <w:r>
        <w:t>یہ جو کھانا ہمارے وجود کے باہر روٹی چاول ہے، body میں داخل ہوا تو ایک عجیب غریب</w:t>
      </w:r>
    </w:p>
    <w:p>
      <w:r>
        <w:rPr>
          <w:b/>
        </w:rPr>
        <w:t xml:space="preserve">[29:08] </w:t>
      </w:r>
      <w:r>
        <w:t>digestive system hai jo is khane ko convert karta hai, aankh banata hai, zaban banata hai.</w:t>
      </w:r>
    </w:p>
    <w:p>
      <w:pPr>
        <w:jc w:val="right"/>
      </w:pPr>
      <w:r>
        <w:t>digestive system ہے جو اس کھانے کو convert کرتا ہے، آنکھ بناتا ہے، زبان بناتا ہے۔</w:t>
      </w:r>
    </w:p>
    <w:p>
      <w:r>
        <w:rPr>
          <w:b/>
        </w:rPr>
        <w:t xml:space="preserve">[29:15] </w:t>
      </w:r>
      <w:r>
        <w:t>isi ko ek shayar ne kaha hai ke sab se ajib cheez jo maine dekhi dunya mein,</w:t>
      </w:r>
    </w:p>
    <w:p>
      <w:pPr>
        <w:jc w:val="right"/>
      </w:pPr>
      <w:r>
        <w:t>اسی کو ایک شاعر نے کہا ہے کہ سب سے عجیب چیز جو میں نے دیکھی دنیا میں،</w:t>
      </w:r>
    </w:p>
    <w:p>
      <w:r>
        <w:rPr>
          <w:b/>
        </w:rPr>
        <w:t xml:space="preserve">[29:22] </w:t>
      </w:r>
      <w:r>
        <w:t>wo yeh ke insan jo kuch khata hai, sab isi ka wajood ban jata hai.</w:t>
      </w:r>
    </w:p>
    <w:p>
      <w:pPr>
        <w:jc w:val="right"/>
      </w:pPr>
      <w:r>
        <w:t>وہ یہ کہ انسان جو کچھ کھاتا ہے، سب اسی کا وجود بن جاتا ہے۔</w:t>
      </w:r>
    </w:p>
    <w:p>
      <w:r>
        <w:rPr>
          <w:b/>
        </w:rPr>
        <w:t xml:space="preserve">[29:29] </w:t>
      </w:r>
      <w:r>
        <w:t>iska wajood.</w:t>
      </w:r>
    </w:p>
    <w:p>
      <w:pPr>
        <w:jc w:val="right"/>
      </w:pPr>
      <w:r>
        <w:t>اس کا وجود۔</w:t>
      </w:r>
    </w:p>
    <w:p>
      <w:r>
        <w:rPr>
          <w:b/>
        </w:rPr>
        <w:t xml:space="preserve">[29:30] </w:t>
      </w:r>
      <w:r>
        <w:t>Whatever mystery eats, turns into mystery.</w:t>
      </w:r>
    </w:p>
    <w:p>
      <w:pPr>
        <w:jc w:val="right"/>
      </w:pPr>
      <w:r>
        <w:t>Whatever mystery eats, turns into mystery۔</w:t>
      </w:r>
    </w:p>
    <w:p>
      <w:r>
        <w:rPr>
          <w:b/>
        </w:rPr>
        <w:t xml:space="preserve">[29:33] </w:t>
      </w:r>
      <w:r>
        <w:t>Mystery ka matlab hai ek khatoon.</w:t>
      </w:r>
    </w:p>
    <w:p>
      <w:pPr>
        <w:jc w:val="right"/>
      </w:pPr>
      <w:r>
        <w:t>Mystery کا مطلب ہے ایک خاتون۔</w:t>
      </w:r>
    </w:p>
    <w:p>
      <w:r>
        <w:rPr>
          <w:b/>
        </w:rPr>
        <w:t xml:space="preserve">[29:36] </w:t>
      </w:r>
      <w:r>
        <w:t>to pehla misra mujhe yaad nahi aa raha ke jo cheez khati hai, mystery ek fardi naam hai.</w:t>
      </w:r>
    </w:p>
    <w:p>
      <w:pPr>
        <w:jc w:val="right"/>
      </w:pPr>
      <w:r>
        <w:t>تو پہلا مصرعہ مجھے یاد نہیں آ رہا کہ جو چیز کھاتی ہے، mystery ایک فردی نام ہے۔</w:t>
      </w:r>
    </w:p>
    <w:p>
      <w:r>
        <w:rPr>
          <w:b/>
        </w:rPr>
        <w:t xml:space="preserve">[29:43] </w:t>
      </w:r>
      <w:r>
        <w:t>to uske dakhil hone ke baad wo mystery ban jati hai, wo sab kuch.</w:t>
      </w:r>
    </w:p>
    <w:p>
      <w:pPr>
        <w:jc w:val="right"/>
      </w:pPr>
      <w:r>
        <w:t>تو اس کے داخل ہونے کے بعد وہ mystery بن جاتی ہے، وہ سب کچھ۔</w:t>
      </w:r>
    </w:p>
    <w:p>
      <w:r>
        <w:rPr>
          <w:b/>
        </w:rPr>
        <w:t xml:space="preserve">[29:50] </w:t>
      </w:r>
      <w:r>
        <w:t>to yeh sari cheezein jo hamara mind trigger hua.</w:t>
      </w:r>
    </w:p>
    <w:p>
      <w:pPr>
        <w:jc w:val="right"/>
      </w:pPr>
      <w:r>
        <w:t>تو یہ ساری چیزیں جو ہمارا mind trigger ہوا۔</w:t>
      </w:r>
    </w:p>
    <w:p>
      <w:r>
        <w:rPr>
          <w:b/>
        </w:rPr>
        <w:t xml:space="preserve">[29:54] </w:t>
      </w:r>
      <w:r>
        <w:t>ek bada saib gira mere upar, goya ke jab mein occupied seat par ja kar baithne laga to</w:t>
      </w:r>
    </w:p>
    <w:p>
      <w:pPr>
        <w:jc w:val="right"/>
      </w:pPr>
      <w:r>
        <w:t>ایک بڑا سیب گرا میرے اوپر، گویا کہ جب میں occupied seat پر جا کر بیٹھنے لگا تو</w:t>
      </w:r>
    </w:p>
    <w:p>
      <w:r>
        <w:rPr>
          <w:b/>
        </w:rPr>
        <w:t xml:space="preserve">[30:01] </w:t>
      </w:r>
      <w:r>
        <w:t>woh saib gira tha mere sar par.</w:t>
      </w:r>
    </w:p>
    <w:p>
      <w:pPr>
        <w:jc w:val="right"/>
      </w:pPr>
      <w:r>
        <w:t>وہ سیب گرا تھا میرے سر پر۔</w:t>
      </w:r>
    </w:p>
    <w:p>
      <w:r>
        <w:rPr>
          <w:b/>
        </w:rPr>
        <w:t xml:space="preserve">[30:04] </w:t>
      </w:r>
      <w:r>
        <w:t>Mind trigger hua.</w:t>
      </w:r>
    </w:p>
    <w:p>
      <w:pPr>
        <w:jc w:val="right"/>
      </w:pPr>
      <w:r>
        <w:t>Mind trigger ہوا۔</w:t>
      </w:r>
    </w:p>
    <w:p>
      <w:r>
        <w:rPr>
          <w:b/>
        </w:rPr>
        <w:t xml:space="preserve">[30:06] </w:t>
      </w:r>
      <w:r>
        <w:t>toh maine socha ke yeh jo khana khate hain hum, yeh toh Allah taala ki itni bari</w:t>
      </w:r>
    </w:p>
    <w:p>
      <w:pPr>
        <w:jc w:val="right"/>
      </w:pPr>
      <w:r>
        <w:t>تو میں نے سوچا کہ یہ جو کھانا کھاتے ہیں ہم، یہ تو اللہ تعالیٰ کی اتنی بڑی</w:t>
      </w:r>
    </w:p>
    <w:p>
      <w:r>
        <w:rPr>
          <w:b/>
        </w:rPr>
        <w:t xml:space="preserve">[30:13] </w:t>
      </w:r>
      <w:r>
        <w:t>nemmat hai ke har chawal ka dana agar hum sajde mein gir ke khayein toh woh bhi kam</w:t>
      </w:r>
    </w:p>
    <w:p>
      <w:pPr>
        <w:jc w:val="right"/>
      </w:pPr>
      <w:r>
        <w:t>نعمت ہے کہ ہر چاول کا دانہ اگر ہم سجدے میں گر کے کھائیں تو وہ بھی کم</w:t>
      </w:r>
    </w:p>
    <w:p>
      <w:r>
        <w:rPr>
          <w:b/>
        </w:rPr>
        <w:t xml:space="preserve">[30:21]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[30:23] </w:t>
      </w:r>
      <w:r>
        <w:t>chawal ka ek dana jab munh mein dalte hain toh is se pehle shukr karne ke liye hum</w:t>
      </w:r>
    </w:p>
    <w:p>
      <w:pPr>
        <w:jc w:val="right"/>
      </w:pPr>
      <w:r>
        <w:t>چاول کا ایک دانہ جب منہ میں ڈالتے ہیں تو اس سے پہلے شکر کرنے کے لیے ہم</w:t>
      </w:r>
    </w:p>
    <w:p>
      <w:r>
        <w:rPr>
          <w:b/>
        </w:rPr>
        <w:t xml:space="preserve">[30:30] </w:t>
      </w:r>
      <w:r>
        <w:t>sajde mein girein, tab khayein is ko, toh bhi kam hoga.</w:t>
      </w:r>
    </w:p>
    <w:p>
      <w:pPr>
        <w:jc w:val="right"/>
      </w:pPr>
      <w:r>
        <w:t>سجدے میں گریں، تب کھائیں اس کو، تو بھی کم ہوگا۔</w:t>
      </w:r>
    </w:p>
    <w:p>
      <w:r>
        <w:rPr>
          <w:b/>
        </w:rPr>
        <w:t xml:space="preserve">[30:35] </w:t>
      </w:r>
      <w:r>
        <w:t>ke ghor kijiye, khana hum se wajood ke bahar woh roti daal hai.</w:t>
      </w:r>
    </w:p>
    <w:p>
      <w:pPr>
        <w:jc w:val="right"/>
      </w:pPr>
      <w:r>
        <w:t>کہ غور کیجیے، کھانا ہم سے وجود کے باہر وہ روٹی دال ہے۔</w:t>
      </w:r>
    </w:p>
    <w:p>
      <w:r>
        <w:rPr>
          <w:b/>
        </w:rPr>
        <w:t xml:space="preserve">[30:41] </w:t>
      </w:r>
      <w:r>
        <w:t>Aur phir dekhiye, yeh bhi maine daryaft kiya ke soil kya karta hai? Soil jo hai, non-food</w:t>
      </w:r>
    </w:p>
    <w:p>
      <w:pPr>
        <w:jc w:val="right"/>
      </w:pPr>
      <w:r>
        <w:t>اور پھر دیکھیے، یہ بھی میں نے دریافت کیا کہ soil کیا کرتا ہے؟ Soil جو ہے، non-food</w:t>
      </w:r>
    </w:p>
    <w:p>
      <w:r>
        <w:rPr>
          <w:b/>
        </w:rPr>
        <w:t xml:space="preserve">[30:48] </w:t>
      </w:r>
      <w:r>
        <w:t>ko food mein convert karta hai.</w:t>
      </w:r>
    </w:p>
    <w:p>
      <w:pPr>
        <w:jc w:val="right"/>
      </w:pPr>
      <w:r>
        <w:t>کو food میں convert کرتا ہے۔</w:t>
      </w:r>
    </w:p>
    <w:p>
      <w:r>
        <w:rPr>
          <w:b/>
        </w:rPr>
        <w:t xml:space="preserve">[30:51] </w:t>
      </w:r>
      <w:r>
        <w:t>zameen se mineral leta hai, pani leta hai waghera.</w:t>
      </w:r>
    </w:p>
    <w:p>
      <w:pPr>
        <w:jc w:val="right"/>
      </w:pPr>
      <w:r>
        <w:t>زمین سے mineral لیتا ہے، پانی لیتا ہے وغیرہ۔</w:t>
      </w:r>
    </w:p>
    <w:p>
      <w:r>
        <w:rPr>
          <w:b/>
        </w:rPr>
        <w:t xml:space="preserve">[30:55] </w:t>
      </w:r>
      <w:r>
        <w:t>toh woh non-food ko food mein convert karta hai.</w:t>
      </w:r>
    </w:p>
    <w:p>
      <w:pPr>
        <w:jc w:val="right"/>
      </w:pPr>
      <w:r>
        <w:t>تو وہ non-food کو food میں convert کرتا ہے۔</w:t>
      </w:r>
    </w:p>
    <w:p>
      <w:r>
        <w:rPr>
          <w:b/>
        </w:rPr>
        <w:t xml:space="preserve">[30:59] </w:t>
      </w:r>
      <w:r>
        <w:t>phir janwar kya hai? Non-protein ko protein mein convert karta hai.</w:t>
      </w:r>
    </w:p>
    <w:p>
      <w:pPr>
        <w:jc w:val="right"/>
      </w:pPr>
      <w:r>
        <w:t>پھر جانور کیا ہے؟ Non-protein کو protein میں convert کرتا ہے۔</w:t>
      </w:r>
    </w:p>
    <w:p>
      <w:r>
        <w:rPr>
          <w:b/>
        </w:rPr>
        <w:t xml:space="preserve">[31:03] </w:t>
      </w:r>
      <w:r>
        <w:t>yeh kaisi ajeeb cheez hai, kaisi ajeeb ghareeb cheez hai.</w:t>
      </w:r>
    </w:p>
    <w:p>
      <w:pPr>
        <w:jc w:val="right"/>
      </w:pPr>
      <w:r>
        <w:t>یہ کیسی عجیب چیز ہے، کیسی عجیب غریب چیز ہے۔</w:t>
      </w:r>
    </w:p>
    <w:p>
      <w:r>
        <w:rPr>
          <w:b/>
        </w:rPr>
        <w:t xml:space="preserve">[31:08] </w:t>
      </w:r>
      <w:r>
        <w:t>Aur yeh sab ek bohat bara process hai jis ke baad pode bante hain, jis ke baad barish</w:t>
      </w:r>
    </w:p>
    <w:p>
      <w:pPr>
        <w:jc w:val="right"/>
      </w:pPr>
      <w:r>
        <w:t>اور یہ سب ایک بہت بڑا process ہے جس کے بعد پودے بنتے ہیں، جس کے بعد بارش</w:t>
      </w:r>
    </w:p>
    <w:p>
      <w:r>
        <w:rPr>
          <w:b/>
        </w:rPr>
        <w:t xml:space="preserve">[31:15] </w:t>
      </w:r>
      <w:r>
        <w:t>hoti hai, jis ke baad hawa bante hain.</w:t>
      </w:r>
    </w:p>
    <w:p>
      <w:pPr>
        <w:jc w:val="right"/>
      </w:pPr>
      <w:r>
        <w:t>ہوتی ہے، جس کے بعد ہوا بنتے ہیں۔</w:t>
      </w:r>
    </w:p>
    <w:p>
      <w:r>
        <w:rPr>
          <w:b/>
        </w:rPr>
        <w:t xml:space="preserve">[31:19] </w:t>
      </w:r>
      <w:r>
        <w:t>toh ek universal karkhana hai jo mere liye kaam kar raha hai ke mujhe food mile.</w:t>
      </w:r>
    </w:p>
    <w:p>
      <w:pPr>
        <w:jc w:val="right"/>
      </w:pPr>
      <w:r>
        <w:t>تو ایک universal کارخانہ ہے جو میرے لیے کام کر رہا ہے کہ مجھے food ملے۔</w:t>
      </w:r>
    </w:p>
    <w:p>
      <w:r>
        <w:rPr>
          <w:b/>
        </w:rPr>
        <w:t xml:space="preserve">[31:26] </w:t>
      </w:r>
      <w:r>
        <w:t>toh maine socha ke chawal ka ek dana bhi agar main khaoon toh chalata hai ke pehle</w:t>
      </w:r>
    </w:p>
    <w:p>
      <w:pPr>
        <w:jc w:val="right"/>
      </w:pPr>
      <w:r>
        <w:t>تو میں نے سوچا کہ چاول کا ایک دانہ بھی اگر میں کھاؤں تو چلاتا ہے کہ پہلے</w:t>
      </w:r>
    </w:p>
    <w:p>
      <w:r>
        <w:rPr>
          <w:b/>
        </w:rPr>
        <w:t xml:space="preserve">[31:33] </w:t>
      </w:r>
      <w:r>
        <w:t>sajda karo.</w:t>
      </w:r>
    </w:p>
    <w:p>
      <w:pPr>
        <w:jc w:val="right"/>
      </w:pPr>
      <w:r>
        <w:t>سجدہ کرو۔</w:t>
      </w:r>
    </w:p>
    <w:p>
      <w:r>
        <w:rPr>
          <w:b/>
        </w:rPr>
        <w:t xml:space="preserve">[31:35] </w:t>
      </w:r>
      <w:r>
        <w:t>chawal ka dana par zaban agar ho toh chalaye ga ke aye ghafil insan, pehle sajda kar, sajda</w:t>
      </w:r>
    </w:p>
    <w:p>
      <w:pPr>
        <w:jc w:val="right"/>
      </w:pPr>
      <w:r>
        <w:t>چاول کا دانہ پر زبان اگر ہو تو چلائے گا کہ اے غافل انسان، پہلے سجدہ کر، سجدہ</w:t>
      </w:r>
    </w:p>
    <w:p>
      <w:r>
        <w:rPr>
          <w:b/>
        </w:rPr>
        <w:t xml:space="preserve">[31:43] </w:t>
      </w:r>
      <w:r>
        <w:t>shukr, tab ek dana khaya.</w:t>
      </w:r>
    </w:p>
    <w:p>
      <w:pPr>
        <w:jc w:val="right"/>
      </w:pPr>
      <w:r>
        <w:t>شکر، تب ایک دانہ کھا۔</w:t>
      </w:r>
    </w:p>
    <w:p>
      <w:r>
        <w:rPr>
          <w:b/>
        </w:rPr>
        <w:t xml:space="preserve">[31:45] </w:t>
      </w:r>
      <w:r>
        <w:t>toh yeh hai roze ka inqalabi tasawwur.</w:t>
      </w:r>
    </w:p>
    <w:p>
      <w:pPr>
        <w:jc w:val="right"/>
      </w:pPr>
      <w:r>
        <w:t>تو یہ ہے روزے کا انقلابی تصور۔</w:t>
      </w:r>
    </w:p>
    <w:p>
      <w:r>
        <w:rPr>
          <w:b/>
        </w:rPr>
        <w:t xml:space="preserve">[31:48] </w:t>
      </w:r>
      <w:r>
        <w:t>roze ka inqalabi tasawwur.</w:t>
      </w:r>
    </w:p>
    <w:p>
      <w:pPr>
        <w:jc w:val="right"/>
      </w:pPr>
      <w:r>
        <w:t>روزے کا انقلابی تصور۔</w:t>
      </w:r>
    </w:p>
    <w:p>
      <w:r>
        <w:rPr>
          <w:b/>
        </w:rPr>
        <w:t xml:space="preserve">[31:50] </w:t>
      </w:r>
      <w:r>
        <w:t>toh Adam ki shakal mein ek tajurba karwaya gaya jo poori tareekh insani ke liye woh tajurba tha</w:t>
      </w:r>
    </w:p>
    <w:p>
      <w:pPr>
        <w:jc w:val="right"/>
      </w:pPr>
      <w:r>
        <w:t>تو آدم کی شکل میں ایک تجربہ کروایا گیا جو پوری تاریخ انسانی کے لیے وہ تجربہ تھا</w:t>
      </w:r>
    </w:p>
    <w:p>
      <w:r>
        <w:rPr>
          <w:b/>
        </w:rPr>
        <w:t xml:space="preserve">[31:57] </w:t>
      </w:r>
      <w:r>
        <w:t>ke is duniya mein tum ko self-imposed restriction ke sath zindagi guzarna hai.</w:t>
      </w:r>
    </w:p>
    <w:p>
      <w:pPr>
        <w:jc w:val="right"/>
      </w:pPr>
      <w:r>
        <w:t>کہ اس دنیا میں تم کو self-imposed restriction کے ساتھ زندگی گزارنا ہے۔</w:t>
      </w:r>
    </w:p>
    <w:p>
      <w:r>
        <w:rPr>
          <w:b/>
        </w:rPr>
        <w:t xml:space="preserve">[32:03] </w:t>
      </w:r>
      <w:r>
        <w:t>keh woh drakht jo tha jannat mein, us par koi security lagi hui nahi thi, koi feseel nahi</w:t>
      </w:r>
    </w:p>
    <w:p>
      <w:pPr>
        <w:jc w:val="right"/>
      </w:pPr>
      <w:r>
        <w:t>کہ وہ درخت جو تھا جنت میں، اس پر کوئی سیکیورٹی لگی ہوئی نہیں تھی، کوئی فصیل نہیں</w:t>
      </w:r>
    </w:p>
    <w:p>
      <w:r>
        <w:rPr>
          <w:b/>
        </w:rPr>
        <w:t xml:space="preserve">[32:11] </w:t>
      </w:r>
      <w:r>
        <w:t xml:space="preserve"> lagi hui thi, koi rukawat nahi thi.</w:t>
      </w:r>
    </w:p>
    <w:p>
      <w:pPr>
        <w:jc w:val="right"/>
      </w:pPr>
      <w:r>
        <w:t>لگی ہوئی تھی، کوئی رکاوٹ نہیں تھی۔</w:t>
      </w:r>
    </w:p>
    <w:p>
      <w:r>
        <w:rPr>
          <w:b/>
        </w:rPr>
        <w:t xml:space="preserve">[32:14] </w:t>
      </w:r>
      <w:r>
        <w:t>aisa khuli zameen par tha woh drakht.</w:t>
      </w:r>
    </w:p>
    <w:p>
      <w:pPr>
        <w:jc w:val="right"/>
      </w:pPr>
      <w:r>
        <w:t>ایسا کھلی زمین پر تھا وہ درخت۔</w:t>
      </w:r>
    </w:p>
    <w:p>
      <w:r>
        <w:rPr>
          <w:b/>
        </w:rPr>
        <w:t xml:space="preserve">[32:17] </w:t>
      </w:r>
      <w:r>
        <w:t>lekin qudrat rakhte hue is ka phal tum ko khana nahi.</w:t>
      </w:r>
    </w:p>
    <w:p>
      <w:pPr>
        <w:jc w:val="right"/>
      </w:pPr>
      <w:r>
        <w:t>لیکن قدرت رکھتے ہوئے اس کا پھل تم کو کھانا نہیں۔</w:t>
      </w:r>
    </w:p>
    <w:p>
      <w:r>
        <w:rPr>
          <w:b/>
        </w:rPr>
        <w:t xml:space="preserve">[32:21] </w:t>
      </w:r>
      <w:r>
        <w:t>yeh kaisi ajeeb cheez hai yeh.</w:t>
      </w:r>
    </w:p>
    <w:p>
      <w:pPr>
        <w:jc w:val="right"/>
      </w:pPr>
      <w:r>
        <w:t>یہ کیسی عجیب چیز ہے یہ۔</w:t>
      </w:r>
    </w:p>
    <w:p>
      <w:r>
        <w:rPr>
          <w:b/>
        </w:rPr>
        <w:t xml:space="preserve">[32:24] </w:t>
      </w:r>
      <w:r>
        <w:t>qudrat rakhte hue phal na khana.</w:t>
      </w:r>
    </w:p>
    <w:p>
      <w:pPr>
        <w:jc w:val="right"/>
      </w:pPr>
      <w:r>
        <w:t>قدرت رکھتے ہوئے پھل نہ کھانا۔</w:t>
      </w:r>
    </w:p>
    <w:p>
      <w:r>
        <w:rPr>
          <w:b/>
        </w:rPr>
        <w:t xml:space="preserve">[32:26] </w:t>
      </w:r>
      <w:r>
        <w:t>yeh hai self-imposed restriction.</w:t>
      </w:r>
    </w:p>
    <w:p>
      <w:pPr>
        <w:jc w:val="right"/>
      </w:pPr>
      <w:r>
        <w:t>یہ ہے self-imposed restriction۔</w:t>
      </w:r>
    </w:p>
    <w:p>
      <w:r>
        <w:rPr>
          <w:b/>
        </w:rPr>
        <w:t xml:space="preserve">[32:28] </w:t>
      </w:r>
      <w:r>
        <w:t>toh poori zindagi mein jab tum self-imposed restriction par amal karoge, tab aakhir mein ja kar ke</w:t>
      </w:r>
    </w:p>
    <w:p>
      <w:pPr>
        <w:jc w:val="right"/>
      </w:pPr>
      <w:r>
        <w:t>تو پوری زندگی میں جب تم self-imposed restriction پر عمل کرو گے، تب آخر میں جا کر کے</w:t>
      </w:r>
    </w:p>
    <w:p>
      <w:r>
        <w:rPr>
          <w:b/>
        </w:rPr>
        <w:t xml:space="preserve">[32:36] </w:t>
      </w:r>
      <w:r>
        <w:t>tumhare andar woh personality banegi, rabbani personality jis ko jannat mein entry milegi, dakhila milega.</w:t>
      </w:r>
    </w:p>
    <w:p>
      <w:pPr>
        <w:jc w:val="right"/>
      </w:pPr>
      <w:r>
        <w:t>تمہارے اندر وہ personality بنے گی، ربانی personality جس کو جنت میں entry ملے گی، داخلہ ملے گا۔</w:t>
      </w:r>
    </w:p>
    <w:p>
      <w:r>
        <w:rPr>
          <w:b/>
        </w:rPr>
        <w:t xml:space="preserve">[32:44] </w:t>
      </w:r>
      <w:r>
        <w:t>ek martaba mein ek sheikh ka qissa mein ne bayan kiya hua aap ko.</w:t>
      </w:r>
    </w:p>
    <w:p>
      <w:pPr>
        <w:jc w:val="right"/>
      </w:pPr>
      <w:r>
        <w:t>ایک مرتبہ میں ایک شیخ کا قصہ میں نے بیان کیا ہوا آپ کو۔</w:t>
      </w:r>
    </w:p>
    <w:p>
      <w:r>
        <w:rPr>
          <w:b/>
        </w:rPr>
        <w:t xml:space="preserve">[32:50] </w:t>
      </w:r>
      <w:r>
        <w:t>bohat pehle ki baat hai, ghaliban 1942 ki baat hai.</w:t>
      </w:r>
    </w:p>
    <w:p>
      <w:pPr>
        <w:jc w:val="right"/>
      </w:pPr>
      <w:r>
        <w:t>بہت پہلے کی بات ہے، غالباً 1942 کی بات ہے۔</w:t>
      </w:r>
    </w:p>
    <w:p>
      <w:r>
        <w:rPr>
          <w:b/>
        </w:rPr>
        <w:t xml:space="preserve">[32:54] </w:t>
      </w:r>
      <w:r>
        <w:t>second world war ho rahi thi, us zamane ki baat hai yeh.</w:t>
      </w:r>
    </w:p>
    <w:p>
      <w:pPr>
        <w:jc w:val="right"/>
      </w:pPr>
      <w:r>
        <w:t>سیکنڈ ولوار ہو رہی تھی، اس زمانے کی بات ہے یہ۔</w:t>
      </w:r>
    </w:p>
    <w:p>
      <w:r>
        <w:rPr>
          <w:b/>
        </w:rPr>
        <w:t xml:space="preserve">[32:59] </w:t>
      </w:r>
      <w:r>
        <w:t>toh mein Gorakhpur gaya.</w:t>
      </w:r>
    </w:p>
    <w:p>
      <w:pPr>
        <w:jc w:val="right"/>
      </w:pPr>
      <w:r>
        <w:t>تو میں گورکھپور گیا۔</w:t>
      </w:r>
    </w:p>
    <w:p>
      <w:r>
        <w:rPr>
          <w:b/>
        </w:rPr>
        <w:t xml:space="preserve">[33:00] </w:t>
      </w:r>
      <w:r>
        <w:t>Gorakhpur mein ek hai railway colony, shayad ab bhi ho.</w:t>
      </w:r>
    </w:p>
    <w:p>
      <w:pPr>
        <w:jc w:val="right"/>
      </w:pPr>
      <w:r>
        <w:t>گورکھپور میں ایک ہے ریلوے کالونی، شاید اب بھی ہو۔</w:t>
      </w:r>
    </w:p>
    <w:p>
      <w:r>
        <w:rPr>
          <w:b/>
        </w:rPr>
        <w:t xml:space="preserve">[33:05] </w:t>
      </w:r>
      <w:r>
        <w:t>toh wahan sirf bangla bangla hai, baray baray afsaroon ke banglay hain.</w:t>
      </w:r>
    </w:p>
    <w:p>
      <w:pPr>
        <w:jc w:val="right"/>
      </w:pPr>
      <w:r>
        <w:t>تو وہاں صرف بنگلہ بنگلہ ہے، بڑے بڑے افسروں کے بنگلے ہیں۔</w:t>
      </w:r>
    </w:p>
    <w:p>
      <w:r>
        <w:rPr>
          <w:b/>
        </w:rPr>
        <w:t xml:space="preserve">[33:10] </w:t>
      </w:r>
      <w:r>
        <w:t>toh wahan ek sahib thay, ek muslim afsar thay, woh rehte thay wahan.</w:t>
      </w:r>
    </w:p>
    <w:p>
      <w:pPr>
        <w:jc w:val="right"/>
      </w:pPr>
      <w:r>
        <w:t>تو وہاں ایک صاحب تھے، ایک مسلم افسر تھے، وہ رہتے تھے وہاں۔</w:t>
      </w:r>
    </w:p>
    <w:p>
      <w:r>
        <w:rPr>
          <w:b/>
        </w:rPr>
        <w:t xml:space="preserve">[33:15] </w:t>
      </w:r>
      <w:r>
        <w:t>woh hamare azeez hotay thay.</w:t>
      </w:r>
    </w:p>
    <w:p>
      <w:pPr>
        <w:jc w:val="right"/>
      </w:pPr>
      <w:r>
        <w:t>وہ ہمارے عزیز ہوتے تھے۔</w:t>
      </w:r>
    </w:p>
    <w:p>
      <w:r>
        <w:rPr>
          <w:b/>
        </w:rPr>
        <w:t xml:space="preserve">[33:17] </w:t>
      </w:r>
      <w:r>
        <w:t>toh un ke haan mein chand din thehra tha.</w:t>
      </w:r>
    </w:p>
    <w:p>
      <w:pPr>
        <w:jc w:val="right"/>
      </w:pPr>
      <w:r>
        <w:t>تو ان کے ہاں میں چند دن ٹھہرا تھا۔</w:t>
      </w:r>
    </w:p>
    <w:p>
      <w:r>
        <w:rPr>
          <w:b/>
        </w:rPr>
        <w:t xml:space="preserve">[33:21] </w:t>
      </w:r>
      <w:r>
        <w:t>toh bohat bara bangla tha, bohat bara banglay ke sath bohat bara compound tha.</w:t>
      </w:r>
    </w:p>
    <w:p>
      <w:pPr>
        <w:jc w:val="right"/>
      </w:pPr>
      <w:r>
        <w:t>تو بہت بڑا بنگلہ تھا، بہت بڑا بنگلے کے ساتھ بہت بڑا کمپاؤنڈ تھا۔</w:t>
      </w:r>
    </w:p>
    <w:p>
      <w:r>
        <w:rPr>
          <w:b/>
        </w:rPr>
        <w:t xml:space="preserve">[33:27] </w:t>
      </w:r>
      <w:r>
        <w:t>toh is mein woh rehte thay.</w:t>
      </w:r>
    </w:p>
    <w:p>
      <w:pPr>
        <w:jc w:val="right"/>
      </w:pPr>
      <w:r>
        <w:t>تو اس میں وہ رہتے تھے۔</w:t>
      </w:r>
    </w:p>
    <w:p>
      <w:r>
        <w:rPr>
          <w:b/>
        </w:rPr>
        <w:t xml:space="preserve">[33:30] </w:t>
      </w:r>
      <w:r>
        <w:t>toh woh baray afsar thay.</w:t>
      </w:r>
    </w:p>
    <w:p>
      <w:pPr>
        <w:jc w:val="right"/>
      </w:pPr>
      <w:r>
        <w:t>تو وہ بڑے افسر تھے۔</w:t>
      </w:r>
    </w:p>
    <w:p>
      <w:r>
        <w:rPr>
          <w:b/>
        </w:rPr>
        <w:t xml:space="preserve">[33:32] </w:t>
      </w:r>
      <w:r>
        <w:t>yeh Gorakhpur ka qissa hai.</w:t>
      </w:r>
    </w:p>
    <w:p>
      <w:pPr>
        <w:jc w:val="right"/>
      </w:pPr>
      <w:r>
        <w:t>یہ گورکھپور کا قصہ ہے۔</w:t>
      </w:r>
    </w:p>
    <w:p>
      <w:r>
        <w:rPr>
          <w:b/>
        </w:rPr>
        <w:t xml:space="preserve">[33:34] </w:t>
      </w:r>
      <w:r>
        <w:t>toh mein ne dekha ke rozana subah ko ek sahib atay hain, banglay ke bahar ek jagah bani</w:t>
      </w:r>
    </w:p>
    <w:p>
      <w:pPr>
        <w:jc w:val="right"/>
      </w:pPr>
      <w:r>
        <w:t>تو میں نے دیکھا کہ روزانہ صبح کو ایک صاحب آتے ہیں، بنگلے کے باہر ایک جگہ بنی</w:t>
      </w:r>
    </w:p>
    <w:p>
      <w:r>
        <w:rPr>
          <w:b/>
        </w:rPr>
        <w:t xml:space="preserve">[33:42] </w:t>
      </w:r>
      <w:r>
        <w:t>hui thi, wahan bethay hain, kuch parhtay hain aur chale atay hain.</w:t>
      </w:r>
    </w:p>
    <w:p>
      <w:pPr>
        <w:jc w:val="right"/>
      </w:pPr>
      <w:r>
        <w:t>ہوئی تھی، وہاں بیٹھتے ہیں، کچھ پڑھتے ہیں اور چلے آتے ہیں۔</w:t>
      </w:r>
    </w:p>
    <w:p>
      <w:r>
        <w:rPr>
          <w:b/>
        </w:rPr>
        <w:t xml:space="preserve">[33:47] </w:t>
      </w:r>
      <w:r>
        <w:t>toh mein ne woh jo sahib khana thay, hamare azeez, un se mein ne poocha ke rozana ek</w:t>
      </w:r>
    </w:p>
    <w:p>
      <w:pPr>
        <w:jc w:val="right"/>
      </w:pPr>
      <w:r>
        <w:t>تو میں نے وہ جو صاحب خانہ تھے، ہمارے عزیز، ان سے میں نے پوچھا کہ روزانہ ایک</w:t>
      </w:r>
    </w:p>
    <w:p>
      <w:r>
        <w:rPr>
          <w:b/>
        </w:rPr>
        <w:t xml:space="preserve">[33:55] </w:t>
      </w:r>
      <w:r>
        <w:t>sahib aate hain yahan par, woh kis liye aate hain? to unhon ne hanste hue kaha ke dekhiye,</w:t>
      </w:r>
    </w:p>
    <w:p>
      <w:pPr>
        <w:jc w:val="right"/>
      </w:pPr>
      <w:r>
        <w:t>صاحب آتے ہیں یہاں پر، وہ کس لئے آتے ہیں؟ تو انہوں نے ہنستے ہوئے کہا کہ دیکھیے،</w:t>
      </w:r>
    </w:p>
    <w:p>
      <w:r>
        <w:rPr>
          <w:b/>
        </w:rPr>
        <w:t xml:space="preserve">[34:02] </w:t>
      </w:r>
      <w:r>
        <w:t>yeh roze ka zamana hai.</w:t>
      </w:r>
    </w:p>
    <w:p>
      <w:pPr>
        <w:jc w:val="right"/>
      </w:pPr>
      <w:r>
        <w:t>یہ روزے کا زمانہ ہے۔</w:t>
      </w:r>
    </w:p>
    <w:p>
      <w:r>
        <w:rPr>
          <w:b/>
        </w:rPr>
        <w:t xml:space="preserve">[34:05] </w:t>
      </w:r>
      <w:r>
        <w:t>woh roze ka zamana tha, woh yeh roze ka zamana.</w:t>
      </w:r>
    </w:p>
    <w:p>
      <w:pPr>
        <w:jc w:val="right"/>
      </w:pPr>
      <w:r>
        <w:t>وہ روزے کا زمانہ تھا، وہ یہ روزے کا زمانہ۔</w:t>
      </w:r>
    </w:p>
    <w:p>
      <w:r>
        <w:rPr>
          <w:b/>
        </w:rPr>
        <w:t xml:space="preserve">[34:09] </w:t>
      </w:r>
      <w:r>
        <w:t>ab hum se dekhiye, roza to hum rakh nahin sakte.</w:t>
      </w:r>
    </w:p>
    <w:p>
      <w:pPr>
        <w:jc w:val="right"/>
      </w:pPr>
      <w:r>
        <w:t>اب ہم سے دیکھیے، روزہ تو ہم رکھ نہیں سکتے۔</w:t>
      </w:r>
    </w:p>
    <w:p>
      <w:r>
        <w:rPr>
          <w:b/>
        </w:rPr>
        <w:t xml:space="preserve">[34:13] </w:t>
      </w:r>
      <w:r>
        <w:t>to ek haafiz sahib ko hum ne paisa de diya hai ke bhai rozana subah ka aap aaiye</w:t>
      </w:r>
    </w:p>
    <w:p>
      <w:pPr>
        <w:jc w:val="right"/>
      </w:pPr>
      <w:r>
        <w:t>تو ایک حافظ صاحب کو ہم نے پیسہ دے دیا ہے کہ بھئی روزانہ صبح کا آپ آئیے</w:t>
      </w:r>
    </w:p>
    <w:p>
      <w:r>
        <w:rPr>
          <w:b/>
        </w:rPr>
        <w:t xml:space="preserve">[34:21] </w:t>
      </w:r>
      <w:r>
        <w:t>aur quran yahan parh dijiye.</w:t>
      </w:r>
    </w:p>
    <w:p>
      <w:pPr>
        <w:jc w:val="right"/>
      </w:pPr>
      <w:r>
        <w:t>اور قرآن یہاں پڑھ دیجیے۔</w:t>
      </w:r>
    </w:p>
    <w:p>
      <w:r>
        <w:rPr>
          <w:b/>
        </w:rPr>
        <w:t xml:space="preserve">[34:23] </w:t>
      </w:r>
      <w:r>
        <w:t>to woh rozana aate hain, quran parh kar chale aate hain.</w:t>
      </w:r>
    </w:p>
    <w:p>
      <w:pPr>
        <w:jc w:val="right"/>
      </w:pPr>
      <w:r>
        <w:t>تو وہ روزانہ آتے ہیں، قرآن پڑھ کر چلے آتے ہیں۔</w:t>
      </w:r>
    </w:p>
    <w:p>
      <w:r>
        <w:rPr>
          <w:b/>
        </w:rPr>
        <w:t xml:space="preserve">[34:28] </w:t>
      </w:r>
      <w:r>
        <w:t>un ko hum paisa de dete hain.</w:t>
      </w:r>
    </w:p>
    <w:p>
      <w:pPr>
        <w:jc w:val="right"/>
      </w:pPr>
      <w:r>
        <w:t>ان کو ہم پیسہ دے دیتے ہیں۔</w:t>
      </w:r>
    </w:p>
    <w:p>
      <w:r>
        <w:rPr>
          <w:b/>
        </w:rPr>
        <w:t xml:space="preserve">[34:31] </w:t>
      </w:r>
      <w:r>
        <w:t>is waqt se main sochta raha ke aakhir yeh kya cheez hai? yeh kyun unhon ne aisa kiya</w:t>
      </w:r>
    </w:p>
    <w:p>
      <w:pPr>
        <w:jc w:val="right"/>
      </w:pPr>
      <w:r>
        <w:t>اس وقت سے میں سوچتا رہا کہ آخر یہ کیا چیز ہے؟ یہ کیوں انہوں نے ایسا کیا</w:t>
      </w:r>
    </w:p>
    <w:p>
      <w:r>
        <w:rPr>
          <w:b/>
        </w:rPr>
        <w:t xml:space="preserve">[34:38] </w:t>
      </w:r>
      <w:r>
        <w:t>ke roze ka alternative yeh daryaft kar liya ke ek aadmi aaye aur torat parh kar chala jaaye?</w:t>
      </w:r>
    </w:p>
    <w:p>
      <w:pPr>
        <w:jc w:val="right"/>
      </w:pPr>
      <w:r>
        <w:t>کہ روزے کا alternative یہ دریافت کر لیا کہ ایک آدمی آئے اور تورات پڑھ کر چلا جائے؟</w:t>
      </w:r>
    </w:p>
    <w:p>
      <w:r>
        <w:rPr>
          <w:b/>
        </w:rPr>
        <w:t xml:space="preserve">[34:46] </w:t>
      </w:r>
      <w:r>
        <w:t>is waqt to mere zehen mein yeh cheez ghoom rahi thi.</w:t>
      </w:r>
    </w:p>
    <w:p>
      <w:pPr>
        <w:jc w:val="right"/>
      </w:pPr>
      <w:r>
        <w:t>اس وقت تو میرے ذہن میں یہ چیز گھوم رہی تھی۔</w:t>
      </w:r>
    </w:p>
    <w:p>
      <w:r>
        <w:rPr>
          <w:b/>
        </w:rPr>
        <w:t xml:space="preserve">[34:51] </w:t>
      </w:r>
      <w:r>
        <w:t>اب میری سمجھ میں آیا کہ مسلمان جانتے ہی نہیں کہ what is roza.</w:t>
      </w:r>
    </w:p>
    <w:p>
      <w:pPr>
        <w:jc w:val="right"/>
      </w:pPr>
      <w:r>
        <w:t>اب میری سمجھ میں آیا کہ مسلمان جانتے ہی نہیں کہ what is روزہ۔</w:t>
      </w:r>
    </w:p>
    <w:p>
      <w:r>
        <w:rPr>
          <w:b/>
        </w:rPr>
        <w:t xml:space="preserve">[34:57] </w:t>
      </w:r>
      <w:r>
        <w:t>roze ka jo sharai concept hai, is se totally be khabar hain woh.</w:t>
      </w:r>
    </w:p>
    <w:p>
      <w:pPr>
        <w:jc w:val="right"/>
      </w:pPr>
      <w:r>
        <w:t>روزے کا جو شرعی concept ہے، اس سے totally بے خبر ہیں وہ۔</w:t>
      </w:r>
    </w:p>
    <w:p>
      <w:r>
        <w:rPr>
          <w:b/>
        </w:rPr>
        <w:t xml:space="preserve">[35:02] </w:t>
      </w:r>
      <w:r>
        <w:t>woh jante nahin ke roza mujhe rakhna hai to kisi ko hire kar doon, woh aa kar kuch</w:t>
      </w:r>
    </w:p>
    <w:p>
      <w:pPr>
        <w:jc w:val="right"/>
      </w:pPr>
      <w:r>
        <w:t>وہ جانتے نہیں کہ روزہ مجھے رکھنا ہے تو کسی کو hire کر دوں، وہ آ کر کچھ</w:t>
      </w:r>
    </w:p>
    <w:p>
      <w:r>
        <w:rPr>
          <w:b/>
        </w:rPr>
        <w:t xml:space="preserve">[35:10] </w:t>
      </w:r>
      <w:r>
        <w:t>quran parh de to mera roza ho jayega.</w:t>
      </w:r>
    </w:p>
    <w:p>
      <w:pPr>
        <w:jc w:val="right"/>
      </w:pPr>
      <w:r>
        <w:t>قرآن پڑھ دے تو میرا روزہ ہو جائے گا۔</w:t>
      </w:r>
    </w:p>
    <w:p>
      <w:r>
        <w:rPr>
          <w:b/>
        </w:rPr>
        <w:t xml:space="preserve">[35:14] </w:t>
      </w:r>
      <w:r>
        <w:t>woh mere self-development ke liye hai.</w:t>
      </w:r>
    </w:p>
    <w:p>
      <w:pPr>
        <w:jc w:val="right"/>
      </w:pPr>
      <w:r>
        <w:t>وہ میرے self-development کے لیے ہے۔</w:t>
      </w:r>
    </w:p>
    <w:p>
      <w:r>
        <w:rPr>
          <w:b/>
        </w:rPr>
        <w:t xml:space="preserve">[35:17] </w:t>
      </w:r>
      <w:r>
        <w:t>roza mere self-development ke liye hai.</w:t>
      </w:r>
    </w:p>
    <w:p>
      <w:pPr>
        <w:jc w:val="right"/>
      </w:pPr>
      <w:r>
        <w:t>روزہ میرے self-development کے لیے ہے۔</w:t>
      </w:r>
    </w:p>
    <w:p>
      <w:r>
        <w:rPr>
          <w:b/>
        </w:rPr>
        <w:t xml:space="preserve">[35:19] </w:t>
      </w:r>
      <w:r>
        <w:t>is ka koi alternative nahin ho sakta.</w:t>
      </w:r>
    </w:p>
    <w:p>
      <w:pPr>
        <w:jc w:val="right"/>
      </w:pPr>
      <w:r>
        <w:t>اس کا کوئی alternative نہیں ہو سکتا۔</w:t>
      </w:r>
    </w:p>
    <w:p>
      <w:r>
        <w:rPr>
          <w:b/>
        </w:rPr>
        <w:t xml:space="preserve">[35:22] </w:t>
      </w:r>
      <w:r>
        <w:t>aur phir is ka jo sharai concept hai, woh to poori ummat mein koi nahin janta.</w:t>
      </w:r>
    </w:p>
    <w:p>
      <w:pPr>
        <w:jc w:val="right"/>
      </w:pPr>
      <w:r>
        <w:t>اور پھر اس کا جو شرعی concept ہے، وہ تو پوری امت میں کوئی نہیں جانتا۔</w:t>
      </w:r>
    </w:p>
    <w:p>
      <w:r>
        <w:rPr>
          <w:b/>
        </w:rPr>
        <w:t xml:space="preserve">[35:29] </w:t>
      </w:r>
      <w:r>
        <w:t>yeh jante hain ke roza aaya, khoob khaya piya, dhoom macha kar ke.</w:t>
      </w:r>
    </w:p>
    <w:p>
      <w:pPr>
        <w:jc w:val="right"/>
      </w:pPr>
      <w:r>
        <w:t>یہ جانتے ہیں کہ روزہ آیا، خوب کھایا پیا، دھوم مچا کر کے۔</w:t>
      </w:r>
    </w:p>
    <w:p>
      <w:r>
        <w:rPr>
          <w:b/>
        </w:rPr>
        <w:t xml:space="preserve">[35:35] </w:t>
      </w:r>
      <w:r>
        <w:t>aaj kal ek riwaj hai ke hamare bare bare buzurg hote hain, bare bare ulma, to un ke</w:t>
      </w:r>
    </w:p>
    <w:p>
      <w:pPr>
        <w:jc w:val="right"/>
      </w:pPr>
      <w:r>
        <w:t>آج کل ایک رواج ہے کہ ہمارے بڑے بڑے بزرگ ہوتے ہیں، بڑے بڑے علماء، تو ان کے</w:t>
      </w:r>
    </w:p>
    <w:p>
      <w:r>
        <w:rPr>
          <w:b/>
        </w:rPr>
        <w:t xml:space="preserve">[35:42] </w:t>
      </w:r>
      <w:r>
        <w:t>haan roza manaya jata hai.</w:t>
      </w:r>
    </w:p>
    <w:p>
      <w:pPr>
        <w:jc w:val="right"/>
      </w:pPr>
      <w:r>
        <w:t>ہاں روزہ منایا جاتا ہے۔</w:t>
      </w:r>
    </w:p>
    <w:p>
      <w:r>
        <w:rPr>
          <w:b/>
        </w:rPr>
        <w:t xml:space="preserve">[35:44] </w:t>
      </w:r>
      <w:r>
        <w:t>yani roza celebrate kiya jata hai.</w:t>
      </w:r>
    </w:p>
    <w:p>
      <w:pPr>
        <w:jc w:val="right"/>
      </w:pPr>
      <w:r>
        <w:t>یعنی روزہ celebrate کیا جاتا ہے۔</w:t>
      </w:r>
    </w:p>
    <w:p>
      <w:r>
        <w:rPr>
          <w:b/>
        </w:rPr>
        <w:t xml:space="preserve">[35:47] </w:t>
      </w:r>
      <w:r>
        <w:t>bare bare masjidon mein, bare bare madarson mein, bare bare markazon mein.</w:t>
      </w:r>
    </w:p>
    <w:p>
      <w:pPr>
        <w:jc w:val="right"/>
      </w:pPr>
      <w:r>
        <w:t>بڑے بڑے مسجدوں میں، بڑے بڑے مدرسوں میں، بڑے بڑے مراکز میں۔</w:t>
      </w:r>
    </w:p>
    <w:p>
      <w:r>
        <w:rPr>
          <w:b/>
        </w:rPr>
        <w:t xml:space="preserve">[35:52] </w:t>
      </w:r>
      <w:r>
        <w:t>aap log aate hain, saikron, hazaron, jitna bara aap buzurg hain, utni wahan bheed hai.</w:t>
      </w:r>
    </w:p>
    <w:p>
      <w:pPr>
        <w:jc w:val="right"/>
      </w:pPr>
      <w:r>
        <w:t>آپ لوگ آتے ہیں، سیکڑوں، ہزاروں، جتنا بڑا آپ بزرگ ہیں، اتنی وہاں بھیڑ ہے۔</w:t>
      </w:r>
    </w:p>
    <w:p>
      <w:r>
        <w:rPr>
          <w:b/>
        </w:rPr>
        <w:t xml:space="preserve">[35:59] </w:t>
      </w:r>
      <w:r>
        <w:t>to ek martaba ek sahib mere paas, yahan dilli mein, mere paas aaye, maine poocha kahan ja</w:t>
      </w:r>
    </w:p>
    <w:p>
      <w:pPr>
        <w:jc w:val="right"/>
      </w:pPr>
      <w:r>
        <w:t>تو ایک مرتبہ ایک صاحب میرے پاس، یہاں دلی میں، میرے پاس آئے، میں نے پوچھا کہاں جا</w:t>
      </w:r>
    </w:p>
    <w:p>
      <w:r>
        <w:rPr>
          <w:b/>
        </w:rPr>
        <w:t xml:space="preserve">[36:06] </w:t>
      </w:r>
      <w:r>
        <w:t>rahe hain? to kaha falan jagah ja rahe hain, wahan Hazrat ke roze ke zamane mein un ke</w:t>
      </w:r>
    </w:p>
    <w:p>
      <w:pPr>
        <w:jc w:val="right"/>
      </w:pPr>
      <w:r>
        <w:t>رہے ہیں؟ تو کہا فلاں جگہ جا رہے ہیں، وہاں حضرت کے روزے کے زمانے میں ان کے</w:t>
      </w:r>
    </w:p>
    <w:p>
      <w:r>
        <w:rPr>
          <w:b/>
        </w:rPr>
        <w:t xml:space="preserve">[36:14] </w:t>
      </w:r>
      <w:r>
        <w:t>saath rehne ke liye.</w:t>
      </w:r>
    </w:p>
    <w:p>
      <w:pPr>
        <w:jc w:val="right"/>
      </w:pPr>
      <w:r>
        <w:t>ساتھ رہنے کے لیے۔</w:t>
      </w:r>
    </w:p>
    <w:p>
      <w:r>
        <w:rPr>
          <w:b/>
        </w:rPr>
        <w:t xml:space="preserve">[36:16] </w:t>
      </w:r>
      <w:r>
        <w:t>ek Hazrat wahan par roza manate the, to wahan log aate the.</w:t>
      </w:r>
    </w:p>
    <w:p>
      <w:pPr>
        <w:jc w:val="right"/>
      </w:pPr>
      <w:r>
        <w:t>ایک حضرت وہاں پر روزہ مناتے تھے، تو وہاں لوگ آتے تھے۔</w:t>
      </w:r>
    </w:p>
    <w:p>
      <w:r>
        <w:rPr>
          <w:b/>
        </w:rPr>
        <w:t xml:space="preserve">[36:21] </w:t>
      </w:r>
      <w:r>
        <w:t>to baat cheet dauran unhon ne keh diya, wo ghareeb aadmi the bechare, ke ek kam az kam</w:t>
      </w:r>
    </w:p>
    <w:p>
      <w:pPr>
        <w:jc w:val="right"/>
      </w:pPr>
      <w:r>
        <w:t>تو بات چیت دوران انہوں نے کہہ دیا، وہ غریب آدمی تھے بیچارے، کہ ایک کم از کم</w:t>
      </w:r>
    </w:p>
    <w:p>
      <w:r>
        <w:rPr>
          <w:b/>
        </w:rPr>
        <w:t xml:space="preserve">[36:29] </w:t>
      </w:r>
      <w:r>
        <w:t>mein har saal jata hoon, kam az kam ek mahina acha khana mil jata hai.</w:t>
      </w:r>
    </w:p>
    <w:p>
      <w:pPr>
        <w:jc w:val="right"/>
      </w:pPr>
      <w:r>
        <w:t>میں ہر سال جاتا ہوں، کم از کم ایک مہینہ اچھا کھانا مل جاتا ہے۔</w:t>
      </w:r>
    </w:p>
    <w:p>
      <w:r>
        <w:rPr>
          <w:b/>
        </w:rPr>
        <w:t xml:space="preserve">[36:35] </w:t>
      </w:r>
      <w:r>
        <w:t>yani har saal wo Hazrat ke is roze ki bheed mein jate the, wo to keh pade, wo</w:t>
      </w:r>
    </w:p>
    <w:p>
      <w:pPr>
        <w:jc w:val="right"/>
      </w:pPr>
      <w:r>
        <w:t>یعنی ہر سال وہ حضرت کے اس روزے کی بھیڑ میں جاتے تھے، وہ تو کہہ پڑے، وہ</w:t>
      </w:r>
    </w:p>
    <w:p>
      <w:r>
        <w:rPr>
          <w:b/>
        </w:rPr>
        <w:t xml:space="preserve">[36:43] </w:t>
      </w:r>
      <w:r>
        <w:t>batate hain bhi ke saal mein kam az kam ek mahina acha khana to mil jata hai.</w:t>
      </w:r>
    </w:p>
    <w:p>
      <w:pPr>
        <w:jc w:val="right"/>
      </w:pPr>
      <w:r>
        <w:t>بتاتے ہیں بھی کہ سال میں کم از کم ایک مہینہ اچھا کھانا تو مل جاتا ہے۔</w:t>
      </w:r>
    </w:p>
    <w:p>
      <w:r>
        <w:rPr>
          <w:b/>
        </w:rPr>
        <w:t xml:space="preserve">[36:50] </w:t>
      </w:r>
      <w:r>
        <w:t>ye hai roza.</w:t>
      </w:r>
    </w:p>
    <w:p>
      <w:pPr>
        <w:jc w:val="right"/>
      </w:pPr>
      <w:r>
        <w:t>یہ ہے روزہ۔</w:t>
      </w:r>
    </w:p>
    <w:p>
      <w:r>
        <w:rPr>
          <w:b/>
        </w:rPr>
        <w:t xml:space="preserve">[36:51] </w:t>
      </w:r>
      <w:r>
        <w:t>yani wahan par main bhi kabhi shirkat ki hai, maine sirf khane peene ki dhoom hoti hai.</w:t>
      </w:r>
    </w:p>
    <w:p>
      <w:pPr>
        <w:jc w:val="right"/>
      </w:pPr>
      <w:r>
        <w:t>یعنی وہاں پر میں بھی کبھی شرکت کی ہے، میں نے صرف کھانے پینے کی دھوم ہوتی ہے۔</w:t>
      </w:r>
    </w:p>
    <w:p>
      <w:r>
        <w:rPr>
          <w:b/>
        </w:rPr>
        <w:t xml:space="preserve">[36:59] </w:t>
      </w:r>
      <w:r>
        <w:t>mashroobat ki dhoom aur tarah tarah ke dishes ki dhoom.</w:t>
      </w:r>
    </w:p>
    <w:p>
      <w:pPr>
        <w:jc w:val="right"/>
      </w:pPr>
      <w:r>
        <w:t>مشروبات کی دھوم اور طرح طرح کے dishes کی دھوم۔</w:t>
      </w:r>
    </w:p>
    <w:p>
      <w:r>
        <w:rPr>
          <w:b/>
        </w:rPr>
        <w:t xml:space="preserve">[37:03] </w:t>
      </w:r>
      <w:r>
        <w:t>ye roza, ye to nafi roza hai.</w:t>
      </w:r>
    </w:p>
    <w:p>
      <w:pPr>
        <w:jc w:val="right"/>
      </w:pPr>
      <w:r>
        <w:t>یہ روزہ، یہ تو نفی روزہ ہے۔</w:t>
      </w:r>
    </w:p>
    <w:p>
      <w:r>
        <w:rPr>
          <w:b/>
        </w:rPr>
        <w:t xml:space="preserve">[37:06] </w:t>
      </w:r>
      <w:r>
        <w:t>roze ki spirit ko kill karna hai.</w:t>
      </w:r>
    </w:p>
    <w:p>
      <w:pPr>
        <w:jc w:val="right"/>
      </w:pPr>
      <w:r>
        <w:t>روزے کی spirit کو kill کرنا ہے۔</w:t>
      </w:r>
    </w:p>
    <w:p>
      <w:r>
        <w:rPr>
          <w:b/>
        </w:rPr>
        <w:t xml:space="preserve">[37:09] </w:t>
      </w:r>
      <w:r>
        <w:t>roza ye hai ke aap jannat mein rehte hue apne aap ko waqti taur par jannat se mahroom</w:t>
      </w:r>
    </w:p>
    <w:p>
      <w:pPr>
        <w:jc w:val="right"/>
      </w:pPr>
      <w:r>
        <w:t>روزہ یہ ہے کہ آپ جنت میں رہتے ہوئے اپنے آپ کو وقتی طور پر جنت سے محروم</w:t>
      </w:r>
    </w:p>
    <w:p>
      <w:r>
        <w:rPr>
          <w:b/>
        </w:rPr>
        <w:t xml:space="preserve">[37:17] </w:t>
      </w:r>
      <w:r>
        <w:t>kar dein.</w:t>
      </w:r>
    </w:p>
    <w:p>
      <w:pPr>
        <w:jc w:val="right"/>
      </w:pPr>
      <w:r>
        <w:t>کر دیں۔</w:t>
      </w:r>
    </w:p>
    <w:p>
      <w:r>
        <w:rPr>
          <w:b/>
        </w:rPr>
        <w:t xml:space="preserve">[37:19] </w:t>
      </w:r>
      <w:r>
        <w:t>tab aap ko jannat mein entry milegi.</w:t>
      </w:r>
    </w:p>
    <w:p>
      <w:pPr>
        <w:jc w:val="right"/>
      </w:pPr>
      <w:r>
        <w:t>تب آپ کو جنت میں entry ملے گی۔</w:t>
      </w:r>
    </w:p>
    <w:p>
      <w:r>
        <w:rPr>
          <w:b/>
        </w:rPr>
        <w:t xml:space="preserve">[37:22] </w:t>
      </w:r>
      <w:r>
        <w:t>Adam ne kiya kiya tha? Adam ne jannat mein rehte hue mahdood taur par apne aap ko jannat</w:t>
      </w:r>
    </w:p>
    <w:p>
      <w:pPr>
        <w:jc w:val="right"/>
      </w:pPr>
      <w:r>
        <w:t>آدم نے کیا کیا تھا؟ آدم نے جنت میں رہتے ہوئے محدود طور پر اپنے آپ کو جنت</w:t>
      </w:r>
    </w:p>
    <w:p>
      <w:r>
        <w:rPr>
          <w:b/>
        </w:rPr>
        <w:t xml:space="preserve">[37:30] </w:t>
      </w:r>
      <w:r>
        <w:t>se mahroom kar liya.</w:t>
      </w:r>
    </w:p>
    <w:p>
      <w:pPr>
        <w:jc w:val="right"/>
      </w:pPr>
      <w:r>
        <w:t>سے محروم کر لیا۔</w:t>
      </w:r>
    </w:p>
    <w:p>
      <w:r>
        <w:rPr>
          <w:b/>
        </w:rPr>
        <w:t xml:space="preserve">[37:32] </w:t>
      </w:r>
      <w:r>
        <w:t>is ka nateeja ye hua ke un ko jannat un ki likh di gayi.</w:t>
      </w:r>
    </w:p>
    <w:p>
      <w:pPr>
        <w:jc w:val="right"/>
      </w:pPr>
      <w:r>
        <w:t>اس کا نتیجہ یہ ہوا کہ ان کو جنت ان کی لکھ دی گئی۔</w:t>
      </w:r>
    </w:p>
    <w:p>
      <w:r>
        <w:rPr>
          <w:b/>
        </w:rPr>
        <w:t xml:space="preserve">[37:38] </w:t>
      </w:r>
      <w:r>
        <w:t>isi ko main kehta hoon ke self-imposed restriction mein jeena.</w:t>
      </w:r>
    </w:p>
    <w:p>
      <w:pPr>
        <w:jc w:val="right"/>
      </w:pPr>
      <w:r>
        <w:t>اسی کو میں کہتا ہوں کہ self-imposed restriction میں جینا۔</w:t>
      </w:r>
    </w:p>
    <w:p>
      <w:r>
        <w:rPr>
          <w:b/>
        </w:rPr>
        <w:t xml:space="preserve">[37:42] </w:t>
      </w:r>
      <w:r>
        <w:t>isi ka roza ye sabaq deta hai.</w:t>
      </w:r>
    </w:p>
    <w:p>
      <w:pPr>
        <w:jc w:val="right"/>
      </w:pPr>
      <w:r>
        <w:t>اسی کا روزہ یہ سبق دیتا ہے۔</w:t>
      </w:r>
    </w:p>
    <w:p>
      <w:r>
        <w:rPr>
          <w:b/>
        </w:rPr>
        <w:t xml:space="preserve">[37:45] </w:t>
      </w:r>
      <w:r>
        <w:t>roza is baat ka sabaq hai ke maut se pehle tum ko self-imposed restriction mein jeena hai.</w:t>
      </w:r>
    </w:p>
    <w:p>
      <w:pPr>
        <w:jc w:val="right"/>
      </w:pPr>
      <w:r>
        <w:t>روزہ اس بات کا سبق ہے کہ موت سے پہلے تم کو self-imposed restriction میں جینا ہے۔</w:t>
      </w:r>
    </w:p>
    <w:p>
      <w:r>
        <w:rPr>
          <w:b/>
        </w:rPr>
        <w:t xml:space="preserve">[37:52] </w:t>
      </w:r>
      <w:r>
        <w:t>is ke baad tumhein maut ke baad jannat mein entry milegi.</w:t>
      </w:r>
    </w:p>
    <w:p>
      <w:pPr>
        <w:jc w:val="right"/>
      </w:pPr>
      <w:r>
        <w:t>اس کے بعد تمہیں موت کے بعد جنت میں entry ملے گی۔</w:t>
      </w:r>
    </w:p>
    <w:p>
      <w:r>
        <w:rPr>
          <w:b/>
        </w:rPr>
        <w:t xml:space="preserve">[37:57] </w:t>
      </w:r>
      <w:r>
        <w:t>milne ka matlab hai ke tumhari wo personality banegi jo wahan ke liye deserving candidate ho.</w:t>
      </w:r>
    </w:p>
    <w:p>
      <w:pPr>
        <w:jc w:val="right"/>
      </w:pPr>
      <w:r>
        <w:t>ملنے کا معنی ہے کہ تمہاری وہ personality بنے گی جو وہاں کے لیے deserving candidate ہو۔</w:t>
      </w:r>
    </w:p>
    <w:p>
      <w:r>
        <w:rPr>
          <w:b/>
        </w:rPr>
        <w:t xml:space="preserve">[38:05] </w:t>
      </w:r>
      <w:r>
        <w:t>ye sab baatein jo main keh raha hoon, ye sab Quran o Hadees ki baatein hain.</w:t>
      </w:r>
    </w:p>
    <w:p>
      <w:pPr>
        <w:jc w:val="right"/>
      </w:pPr>
      <w:r>
        <w:t>یہ سب باتیں جو میں کہہ رہا ہوں، یہ سب قرآن و حدیث کی باتیں ہیں۔</w:t>
      </w:r>
    </w:p>
    <w:p>
      <w:r>
        <w:rPr>
          <w:b/>
        </w:rPr>
        <w:t xml:space="preserve">[38:11] </w:t>
      </w:r>
      <w:r>
        <w:t>lekin Quran o Hadees ko logon ne reduced form mein jana hai.</w:t>
      </w:r>
    </w:p>
    <w:p>
      <w:pPr>
        <w:jc w:val="right"/>
      </w:pPr>
      <w:r>
        <w:t>لیکن قرآن و حدیث کو لوگوں نے reduced form میں جانا ہے۔</w:t>
      </w:r>
    </w:p>
    <w:p>
      <w:r>
        <w:rPr>
          <w:b/>
        </w:rPr>
        <w:t xml:space="preserve">[38:17] </w:t>
      </w:r>
      <w:r>
        <w:t>yani musaghar form mein.</w:t>
      </w:r>
    </w:p>
    <w:p>
      <w:pPr>
        <w:jc w:val="right"/>
      </w:pPr>
      <w:r>
        <w:t>یعنی مصغر form میں۔</w:t>
      </w:r>
    </w:p>
    <w:p>
      <w:r>
        <w:rPr>
          <w:b/>
        </w:rPr>
        <w:t xml:space="preserve">[38:18] </w:t>
      </w:r>
      <w:r>
        <w:t>baray baray ulama ne bhi musaghar form mein reduced ko jana hai.</w:t>
      </w:r>
    </w:p>
    <w:p>
      <w:pPr>
        <w:jc w:val="right"/>
      </w:pPr>
      <w:r>
        <w:t>بڑے بڑے علماء نے بھی مصغر form میں reduced کو جانا ہے۔</w:t>
      </w:r>
    </w:p>
    <w:p>
      <w:r>
        <w:rPr>
          <w:b/>
        </w:rPr>
        <w:t xml:space="preserve">[38:23] </w:t>
      </w:r>
      <w:r>
        <w:t>ab ek telephone aya ek sahab ka.</w:t>
      </w:r>
    </w:p>
    <w:p>
      <w:pPr>
        <w:jc w:val="right"/>
      </w:pPr>
      <w:r>
        <w:t>اب ایک ٹیلی فون آیا ایک صاحب کا۔</w:t>
      </w:r>
    </w:p>
    <w:p>
      <w:r>
        <w:rPr>
          <w:b/>
        </w:rPr>
        <w:t xml:space="preserve">[38:27] </w:t>
      </w:r>
      <w:r>
        <w:t>unhon ne kaha ke main falan jagah gaya tha, wahan ek bohat baray sheikh aye thay aur woh</w:t>
      </w:r>
    </w:p>
    <w:p>
      <w:pPr>
        <w:jc w:val="right"/>
      </w:pPr>
      <w:r>
        <w:t>انہوں نے کہا کہ میں فلاں جگہ گیا تھا، وہاں ایک بہت بڑے شیخ آئے تھے اور وہ</w:t>
      </w:r>
    </w:p>
    <w:p>
      <w:r>
        <w:rPr>
          <w:b/>
        </w:rPr>
        <w:t xml:space="preserve">[38:35] </w:t>
      </w:r>
      <w:r>
        <w:t>quran ka, woh quran nahi, bukhari ka dars tha wahan par.</w:t>
      </w:r>
    </w:p>
    <w:p>
      <w:pPr>
        <w:jc w:val="right"/>
      </w:pPr>
      <w:r>
        <w:t>قرآن کا، وہ قرآن نہیں، بخاری کا درس تھا وہاں پر۔</w:t>
      </w:r>
    </w:p>
    <w:p>
      <w:r>
        <w:rPr>
          <w:b/>
        </w:rPr>
        <w:t xml:space="preserve">[38:39] </w:t>
      </w:r>
      <w:r>
        <w:t>bukhari ka.</w:t>
      </w:r>
    </w:p>
    <w:p>
      <w:pPr>
        <w:jc w:val="right"/>
      </w:pPr>
      <w:r>
        <w:t>بخاری کا۔</w:t>
      </w:r>
    </w:p>
    <w:p>
      <w:r>
        <w:rPr>
          <w:b/>
        </w:rPr>
        <w:t xml:space="preserve">[38:41] </w:t>
      </w:r>
      <w:r>
        <w:t>pura pure bukhari parhi gayi aur hazrat ne is ki tashreeh ki.</w:t>
      </w:r>
    </w:p>
    <w:p>
      <w:pPr>
        <w:jc w:val="right"/>
      </w:pPr>
      <w:r>
        <w:t>پورا پورے بخاری پڑھی گئی اور حضرت نے اس کی تشریح کی۔</w:t>
      </w:r>
    </w:p>
    <w:p>
      <w:r>
        <w:rPr>
          <w:b/>
        </w:rPr>
        <w:t xml:space="preserve">[38:46] </w:t>
      </w:r>
      <w:r>
        <w:t>to maine poocha ke koi aqal ki baat, koi wisdom ki baat jo batai ho, bataiye.</w:t>
      </w:r>
    </w:p>
    <w:p>
      <w:pPr>
        <w:jc w:val="right"/>
      </w:pPr>
      <w:r>
        <w:t>تو میں نے پوچھا کہ کوئی عقل کی بات، کوئی wisdom کی بات جو بتائی ہو، بتائیے۔</w:t>
      </w:r>
    </w:p>
    <w:p>
      <w:r>
        <w:rPr>
          <w:b/>
        </w:rPr>
        <w:t xml:space="preserve">[38:53] </w:t>
      </w:r>
      <w:r>
        <w:t>to unhon ne kaha ke sirf fanni baatein hain.</w:t>
      </w:r>
    </w:p>
    <w:p>
      <w:pPr>
        <w:jc w:val="right"/>
      </w:pPr>
      <w:r>
        <w:t>تو انہوں نے کہا کہ صرف فنی باتیں ہیں۔</w:t>
      </w:r>
    </w:p>
    <w:p>
      <w:r>
        <w:rPr>
          <w:b/>
        </w:rPr>
        <w:t xml:space="preserve">[38:57] </w:t>
      </w:r>
      <w:r>
        <w:t>fanni baatein hain, technical baatein hain.</w:t>
      </w:r>
    </w:p>
    <w:p>
      <w:pPr>
        <w:jc w:val="right"/>
      </w:pPr>
      <w:r>
        <w:t>فنی باتیں ہیں، technical باتیں ہیں۔</w:t>
      </w:r>
    </w:p>
    <w:p>
      <w:r>
        <w:rPr>
          <w:b/>
        </w:rPr>
        <w:t xml:space="preserve">[39:00] </w:t>
      </w:r>
      <w:r>
        <w:t>koi wisdom ki baat nahi, koi baseerat ki baat nahi, koi hikmat ki baat nahi.</w:t>
      </w:r>
    </w:p>
    <w:p>
      <w:pPr>
        <w:jc w:val="right"/>
      </w:pPr>
      <w:r>
        <w:t>کوئی wisdom کی بات نہیں، کوئی بصیرت کی بات نہیں، کوئی حکمت کی بات نہیں۔</w:t>
      </w:r>
    </w:p>
    <w:p>
      <w:r>
        <w:rPr>
          <w:b/>
        </w:rPr>
        <w:t xml:space="preserve">[39:06] </w:t>
      </w:r>
      <w:r>
        <w:t>koi spiritual, yani spirit mein hulchal, rooh mein hulchal paida karne wali koi baat nahi.</w:t>
      </w:r>
    </w:p>
    <w:p>
      <w:pPr>
        <w:jc w:val="right"/>
      </w:pPr>
      <w:r>
        <w:t>کوئی spiritual، یعنی spirit میں ہلچل، روح میں ہلچل پیدا کرنے والی کوئی بات نہیں۔</w:t>
      </w:r>
    </w:p>
    <w:p>
      <w:r>
        <w:rPr>
          <w:b/>
        </w:rPr>
        <w:t xml:space="preserve">[39:12] </w:t>
      </w:r>
      <w:r>
        <w:t>yeh halat hai.</w:t>
      </w:r>
    </w:p>
    <w:p>
      <w:pPr>
        <w:jc w:val="right"/>
      </w:pPr>
      <w:r>
        <w:t>یہ حالت ہے۔</w:t>
      </w:r>
    </w:p>
    <w:p>
      <w:r>
        <w:rPr>
          <w:b/>
        </w:rPr>
        <w:t xml:space="preserve">[39:14] </w:t>
      </w:r>
      <w:r>
        <w:t>to poori ummat ne roze ko bana liya hai aur eating ka mahina, achay achay khane ka mahina.</w:t>
      </w:r>
    </w:p>
    <w:p>
      <w:pPr>
        <w:jc w:val="right"/>
      </w:pPr>
      <w:r>
        <w:t>تو پوری امت نے روزے کو بنا لیا ہے اور eating کا مہینہ، اچھے اچھے کھانے کا مہینہ۔</w:t>
      </w:r>
    </w:p>
    <w:p>
      <w:r>
        <w:rPr>
          <w:b/>
        </w:rPr>
        <w:t xml:space="preserve">[39:22] </w:t>
      </w:r>
      <w:r>
        <w:t>aur wohi cheez maujood nahi hai roze mein logon ke jo asal matloob hai.</w:t>
      </w:r>
    </w:p>
    <w:p>
      <w:pPr>
        <w:jc w:val="right"/>
      </w:pPr>
      <w:r>
        <w:t>اور وہی چیز موجود نہیں ہے روزے میں لوگوں کے جو اصل مطلوب ہے۔</w:t>
      </w:r>
    </w:p>
    <w:p>
      <w:r>
        <w:rPr>
          <w:b/>
        </w:rPr>
        <w:t xml:space="preserve">[39:28] </w:t>
      </w:r>
      <w:r>
        <w:t>yani hadith mein ata hai, is ke liye ek lafz ata hai ke khuloof, ek lafz ata hai</w:t>
      </w:r>
    </w:p>
    <w:p>
      <w:pPr>
        <w:jc w:val="right"/>
      </w:pPr>
      <w:r>
        <w:t>یعنی حدیث میں آتا ہے، اس کے لیے ایک لفظ آتا ہے کہ خلوف، ایک لفظ آتا ہے</w:t>
      </w:r>
    </w:p>
    <w:p>
      <w:r>
        <w:rPr>
          <w:b/>
        </w:rPr>
        <w:t xml:space="preserve">[39:35] </w:t>
      </w:r>
      <w:r>
        <w:t>khuloof.</w:t>
      </w:r>
    </w:p>
    <w:p>
      <w:pPr>
        <w:jc w:val="right"/>
      </w:pPr>
      <w:r>
        <w:t>خلوف۔</w:t>
      </w:r>
    </w:p>
    <w:p>
      <w:r>
        <w:rPr>
          <w:b/>
        </w:rPr>
        <w:t xml:space="preserve">[39:37] </w:t>
      </w:r>
      <w:r>
        <w:t>ke rozedar ke meday ki khuloof Allah ko mushk se zyada pasand hai.</w:t>
      </w:r>
    </w:p>
    <w:p>
      <w:pPr>
        <w:jc w:val="right"/>
      </w:pPr>
      <w:r>
        <w:t>کہ روزے دار کے معدے کی خلوف اللہ کو مشک سے زیادہ پسند ہے۔</w:t>
      </w:r>
    </w:p>
    <w:p>
      <w:r>
        <w:rPr>
          <w:b/>
        </w:rPr>
        <w:t xml:space="preserve">[39:43] </w:t>
      </w:r>
      <w:r>
        <w:t>ke rozedar ke munh se jo khuloof nikalti hai, woh Allah ke nazdeek mushk se bhi zyada</w:t>
      </w:r>
    </w:p>
    <w:p>
      <w:pPr>
        <w:jc w:val="right"/>
      </w:pPr>
      <w:r>
        <w:t>کہ روزے دار کے منہ سے جو خلوف نکلتی ہے، وہ اللہ کے نزدیک مشک سے بھی زیادہ</w:t>
      </w:r>
    </w:p>
    <w:p>
      <w:r>
        <w:rPr>
          <w:b/>
        </w:rPr>
        <w:t xml:space="preserve">[39:51] </w:t>
      </w:r>
      <w:r>
        <w:t>khushbudar ho.</w:t>
      </w:r>
    </w:p>
    <w:p>
      <w:pPr>
        <w:jc w:val="right"/>
      </w:pPr>
      <w:r>
        <w:t>خوشبودار ہو۔</w:t>
      </w:r>
    </w:p>
    <w:p>
      <w:r>
        <w:rPr>
          <w:b/>
        </w:rPr>
        <w:t xml:space="preserve">[39:52] </w:t>
      </w:r>
      <w:r>
        <w:t>Allah ke nazdeek hai woh.</w:t>
      </w:r>
    </w:p>
    <w:p>
      <w:pPr>
        <w:jc w:val="right"/>
      </w:pPr>
      <w:r>
        <w:t>اللہ کے نزدیک ہے وہ۔</w:t>
      </w:r>
    </w:p>
    <w:p>
      <w:r>
        <w:rPr>
          <w:b/>
        </w:rPr>
        <w:t xml:space="preserve">[39:54] </w:t>
      </w:r>
      <w:r>
        <w:t>to khuloof kahan hai? khuloof kehte hain jab aap bhook ki halat mein hotay hain, bhook ki halat</w:t>
      </w:r>
    </w:p>
    <w:p>
      <w:pPr>
        <w:jc w:val="right"/>
      </w:pPr>
      <w:r>
        <w:t>تو خلوف کہاں ہے؟ خلوف کہتے ہیں جب آپ بھوک کی حالت میں ہوتے ہیں، بھوک کی حالت</w:t>
      </w:r>
    </w:p>
    <w:p>
      <w:r>
        <w:rPr>
          <w:b/>
        </w:rPr>
        <w:t xml:space="preserve">[40:02] </w:t>
      </w:r>
      <w:r>
        <w:t>mein to munh se ek khaas tarah ki bo nikalti hai.</w:t>
      </w:r>
    </w:p>
    <w:p>
      <w:pPr>
        <w:jc w:val="right"/>
      </w:pPr>
      <w:r>
        <w:t>میں تو منہ سے ایک خاص طرح کی بو نکلتی ہے۔</w:t>
      </w:r>
    </w:p>
    <w:p>
      <w:r>
        <w:rPr>
          <w:b/>
        </w:rPr>
        <w:t xml:space="preserve">[40:07] </w:t>
      </w:r>
      <w:r>
        <w:t>zyada aap kha lete ho to kachi tikar nikalti hai.</w:t>
      </w:r>
    </w:p>
    <w:p>
      <w:pPr>
        <w:jc w:val="right"/>
      </w:pPr>
      <w:r>
        <w:t>زیادہ آپ کھا لیتے ہو تو کچی ٹکار نکلتی ہے۔</w:t>
      </w:r>
    </w:p>
    <w:p>
      <w:r>
        <w:rPr>
          <w:b/>
        </w:rPr>
        <w:t xml:space="preserve">[40:11] </w:t>
      </w:r>
      <w:r>
        <w:t>zyada aap kha lete ho to tikar nikalti hai, tikar.</w:t>
      </w:r>
    </w:p>
    <w:p>
      <w:pPr>
        <w:jc w:val="right"/>
      </w:pPr>
      <w:r>
        <w:t>زیادہ آپ کھا لیتے ہو تو ٹکار نکلتی ہے، ٹکار۔</w:t>
      </w:r>
    </w:p>
    <w:p>
      <w:r>
        <w:rPr>
          <w:b/>
        </w:rPr>
        <w:t xml:space="preserve">[40:15] </w:t>
      </w:r>
      <w:r>
        <w:t>lekin agar aap kam khayen aur bhookh ke aap par tajurba guzar raha ho to ek doosri qism</w:t>
      </w:r>
    </w:p>
    <w:p>
      <w:pPr>
        <w:jc w:val="right"/>
      </w:pPr>
      <w:r>
        <w:t>لیکن اگر آپ کم کھائیں اور بھوک کے آپ پر تجربہ گزر رہا ہو تو ایک دوسری قسم</w:t>
      </w:r>
    </w:p>
    <w:p>
      <w:r>
        <w:rPr>
          <w:b/>
        </w:rPr>
        <w:t xml:space="preserve">[40:23] </w:t>
      </w:r>
      <w:r>
        <w:t>ki ek bo aati hai.</w:t>
      </w:r>
    </w:p>
    <w:p>
      <w:pPr>
        <w:jc w:val="right"/>
      </w:pPr>
      <w:r>
        <w:t>کی ایک بو آتی ہے۔</w:t>
      </w:r>
    </w:p>
    <w:p>
      <w:r>
        <w:rPr>
          <w:b/>
        </w:rPr>
        <w:t xml:space="preserve">[40:25] </w:t>
      </w:r>
      <w:r>
        <w:t>is bo ko kehte hain arabi mein khuloof.</w:t>
      </w:r>
    </w:p>
    <w:p>
      <w:pPr>
        <w:jc w:val="right"/>
      </w:pPr>
      <w:r>
        <w:t>اس بو کو کہتے ہیں عربی میں خلوف۔</w:t>
      </w:r>
    </w:p>
    <w:p>
      <w:r>
        <w:rPr>
          <w:b/>
        </w:rPr>
        <w:t xml:space="preserve">[40:29] </w:t>
      </w:r>
      <w:r>
        <w:t>yeh hai criterion.</w:t>
      </w:r>
    </w:p>
    <w:p>
      <w:pPr>
        <w:jc w:val="right"/>
      </w:pPr>
      <w:r>
        <w:t>یہ ہے criterion۔</w:t>
      </w:r>
    </w:p>
    <w:p>
      <w:r>
        <w:rPr>
          <w:b/>
        </w:rPr>
        <w:t xml:space="preserve">[40:30] </w:t>
      </w:r>
      <w:r>
        <w:t>aap ka roza agar munh mein aap ke khuloof paida kare, tab woh roza hai, warna roza hi</w:t>
      </w:r>
    </w:p>
    <w:p>
      <w:pPr>
        <w:jc w:val="right"/>
      </w:pPr>
      <w:r>
        <w:t>آپ کا روزہ اگر منہ میں آپ کے خلوف پیدا کرے، تب وہ روزہ ہے، ورنہ روزہ ہی</w:t>
      </w:r>
    </w:p>
    <w:p>
      <w:r>
        <w:rPr>
          <w:b/>
        </w:rPr>
        <w:t xml:space="preserve">[40:38]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[40:39] </w:t>
      </w:r>
      <w:r>
        <w:t>woh yeh jo hadith hai, yeh roze ke mayar ko batati hai, criterion ko.</w:t>
      </w:r>
    </w:p>
    <w:p>
      <w:pPr>
        <w:jc w:val="right"/>
      </w:pPr>
      <w:r>
        <w:t>وہ یہ جو حدیث ہے، یہ روزے کے معیار کو بتاتی ہے، criterion کو۔</w:t>
      </w:r>
    </w:p>
    <w:p>
      <w:r>
        <w:rPr>
          <w:b/>
        </w:rPr>
        <w:t xml:space="preserve">[40:45] </w:t>
      </w:r>
      <w:r>
        <w:t>kaun sa roza Allah ka matlab roza hai? yani woh roza jis mein aap ko kachi tikarein aayen,</w:t>
      </w:r>
    </w:p>
    <w:p>
      <w:pPr>
        <w:jc w:val="right"/>
      </w:pPr>
      <w:r>
        <w:t>کون سا روزہ اللہ کا مطلوب روزہ ہے؟ یعنی وہ روزہ جس میں آپ کو کچی ٹکاریں آئیں،</w:t>
      </w:r>
    </w:p>
    <w:p>
      <w:r>
        <w:rPr>
          <w:b/>
        </w:rPr>
        <w:t xml:space="preserve">[40:53] </w:t>
      </w:r>
      <w:r>
        <w:t>woh to ghair matlab roza hai.</w:t>
      </w:r>
    </w:p>
    <w:p>
      <w:pPr>
        <w:jc w:val="right"/>
      </w:pPr>
      <w:r>
        <w:t>وہ تو غیر مطلوب روزہ ہے۔</w:t>
      </w:r>
    </w:p>
    <w:p>
      <w:r>
        <w:rPr>
          <w:b/>
        </w:rPr>
        <w:t xml:space="preserve">[40:56] </w:t>
      </w:r>
      <w:r>
        <w:t>woh roza jis mein aap ke munh se khuloof nikle, yani bhookh aur pyas ki halat mein jo</w:t>
      </w:r>
    </w:p>
    <w:p>
      <w:pPr>
        <w:jc w:val="right"/>
      </w:pPr>
      <w:r>
        <w:t>وہ روزہ جس میں آپ کے منہ سے خلوف نکلے، یعنی بھوک اور پیاس کی حالت میں جو</w:t>
      </w:r>
    </w:p>
    <w:p>
      <w:r>
        <w:rPr>
          <w:b/>
        </w:rPr>
        <w:t xml:space="preserve">[41:03] </w:t>
      </w:r>
      <w:r>
        <w:t>bo nikalti hai, woh aaye to woh hai Allah ko matlab.</w:t>
      </w:r>
    </w:p>
    <w:p>
      <w:pPr>
        <w:jc w:val="right"/>
      </w:pPr>
      <w:r>
        <w:t>بو نکلتی ہے، وہ آئے تو وہ ہے اللہ کو مطلوب۔</w:t>
      </w:r>
    </w:p>
    <w:p>
      <w:r>
        <w:rPr>
          <w:b/>
        </w:rPr>
        <w:t xml:space="preserve">[41:08] </w:t>
      </w:r>
      <w:r>
        <w:t>woh roza Allah ko matlab hai.</w:t>
      </w:r>
    </w:p>
    <w:p>
      <w:pPr>
        <w:jc w:val="right"/>
      </w:pPr>
      <w:r>
        <w:t>وہ روزہ اللہ کو مطلوب ہے۔</w:t>
      </w:r>
    </w:p>
    <w:p>
      <w:r>
        <w:rPr>
          <w:b/>
        </w:rPr>
        <w:t xml:space="preserve">[41:11] </w:t>
      </w:r>
      <w:r>
        <w:t>matlab maani kya hain? isi mein, isi tarah ke wahi roza jis mein khuloof paida ho jaye, tab</w:t>
      </w:r>
    </w:p>
    <w:p>
      <w:pPr>
        <w:jc w:val="right"/>
      </w:pPr>
      <w:r>
        <w:t>مطلوب معنی کیا ہیں؟ اسی میں، اسی طرح کے وہی روزہ جس میں خلوف پیدا ہو جائے، تب</w:t>
      </w:r>
    </w:p>
    <w:p>
      <w:r>
        <w:rPr>
          <w:b/>
        </w:rPr>
        <w:t xml:space="preserve">[41:18] </w:t>
      </w:r>
      <w:r>
        <w:t>aap ka mind trigger hoga.</w:t>
      </w:r>
    </w:p>
    <w:p>
      <w:pPr>
        <w:jc w:val="right"/>
      </w:pPr>
      <w:r>
        <w:t>آپ کا mind trigger ہوگا۔</w:t>
      </w:r>
    </w:p>
    <w:p>
      <w:r>
        <w:rPr>
          <w:b/>
        </w:rPr>
        <w:t xml:space="preserve">[41:20] </w:t>
      </w:r>
      <w:r>
        <w:t>Trigger, tab aap ko marfat ke item sujhenge, tab aap ke mind mein creativity aayegi, tab</w:t>
      </w:r>
    </w:p>
    <w:p>
      <w:pPr>
        <w:jc w:val="right"/>
      </w:pPr>
      <w:r>
        <w:t>Trigger، تب آپ کو معرفت کے item سوجھیں گے، تب آپ کے mind میں creativity آئے گی، تب</w:t>
      </w:r>
    </w:p>
    <w:p>
      <w:r>
        <w:rPr>
          <w:b/>
        </w:rPr>
        <w:t xml:space="preserve">[41:28] </w:t>
      </w:r>
      <w:r>
        <w:t>aap ki rabbani shakhsiyat banegi.</w:t>
      </w:r>
    </w:p>
    <w:p>
      <w:pPr>
        <w:jc w:val="right"/>
      </w:pPr>
      <w:r>
        <w:t>آپ کے ربانی شخصیت بنے گی۔</w:t>
      </w:r>
    </w:p>
    <w:p>
      <w:r>
        <w:rPr>
          <w:b/>
        </w:rPr>
        <w:t xml:space="preserve">[41:31] </w:t>
      </w:r>
      <w:r>
        <w:t>to yeh hai roze ki haqeeqat.</w:t>
      </w:r>
    </w:p>
    <w:p>
      <w:pPr>
        <w:jc w:val="right"/>
      </w:pPr>
      <w:r>
        <w:t>تو یہ ہے روزے کی حقیقت۔</w:t>
      </w:r>
    </w:p>
    <w:p>
      <w:r>
        <w:rPr>
          <w:b/>
        </w:rPr>
        <w:t xml:space="preserve">[41:33] </w:t>
      </w:r>
      <w:r>
        <w:t>mein dua karta hoon ke mujh ko aur aap ko Allah taala sachi ibadat ki tofeeq de taake</w:t>
      </w:r>
    </w:p>
    <w:p>
      <w:pPr>
        <w:jc w:val="right"/>
      </w:pPr>
      <w:r>
        <w:t>میں دعا کرتا ہوں کہ مجھ کو اور آپ کو اللہ تعالیٰ سچی عبادت کی توفیق دے تاکہ</w:t>
      </w:r>
    </w:p>
    <w:p>
      <w:r>
        <w:rPr>
          <w:b/>
        </w:rPr>
        <w:t xml:space="preserve">[41:41] </w:t>
      </w:r>
      <w:r>
        <w:t>hum sachi marifat tak pahunchein aur taake hamare andar jannati shakhsiyat bane, taake aakhirat mein hamein farishte basharat</w:t>
      </w:r>
    </w:p>
    <w:p>
      <w:pPr>
        <w:jc w:val="right"/>
      </w:pPr>
      <w:r>
        <w:t>ہم سچی معرفت تک پہنچیں اور تاکہ ہمارے اندر جنتی شخصیت بنے، تاکہ آخرت میں ہمیں فرشتے بشارت</w:t>
      </w:r>
    </w:p>
    <w:p>
      <w:r>
        <w:rPr>
          <w:b/>
        </w:rPr>
        <w:t xml:space="preserve">[41:49] </w:t>
      </w:r>
      <w:r>
        <w:t>dein ke aye insan, aa, tere liye Khuda ne jannat muqaddar kar diya hai.</w:t>
      </w:r>
    </w:p>
    <w:p>
      <w:pPr>
        <w:jc w:val="right"/>
      </w:pPr>
      <w:r>
        <w:t>دیں کہ اے انسان، آ، تیرے لیے خدا نے جنت مقدر کر دیا ہے۔</w:t>
      </w:r>
    </w:p>
    <w:p>
      <w:r>
        <w:rPr>
          <w:b/>
        </w:rPr>
        <w:t xml:space="preserve">[41:55] </w:t>
      </w:r>
      <w:r>
        <w:t>to Quran mein hai ke yeh woh cheez hai jis ke amal karne wale amal karein.</w:t>
      </w:r>
    </w:p>
    <w:p>
      <w:pPr>
        <w:jc w:val="right"/>
      </w:pPr>
      <w:r>
        <w:t>تو قرآن میں ہے کہ یہ وہ چیز ہے جس کے عمل کرنے والے عمل کریں۔</w:t>
      </w:r>
    </w:p>
    <w:p>
      <w:r>
        <w:rPr>
          <w:b/>
        </w:rPr>
        <w:t xml:space="preserve">[42:02] </w:t>
      </w:r>
      <w:r>
        <w:t>yeh woh cheez, yeh hai woh cheez jis ke liye amal karne wale amal karein.</w:t>
      </w:r>
    </w:p>
    <w:p>
      <w:pPr>
        <w:jc w:val="right"/>
      </w:pPr>
      <w:r>
        <w:t>یہ وہ چیز، یہ ہے وہ چیز جس کے لیے عمل کرنے والے عمل کریں۔</w:t>
      </w:r>
    </w:p>
    <w:p>
      <w:r>
        <w:rPr>
          <w:b/>
        </w:rPr>
        <w:t xml:space="preserve">[42:08] </w:t>
      </w:r>
      <w:r>
        <w:t>to Allah taala mujh ko aur aap ko tofeeq de ke hum Allah ke woh bande bane jo</w:t>
      </w:r>
    </w:p>
    <w:p>
      <w:pPr>
        <w:jc w:val="right"/>
      </w:pPr>
      <w:r>
        <w:t>تو اللہ تعالیٰ مجھ کو اور آپ کو توفیق دے کہ ہم اللہ کے وہ بندہ بنیں جو</w:t>
      </w:r>
    </w:p>
    <w:p>
      <w:r>
        <w:rPr>
          <w:b/>
        </w:rPr>
        <w:t xml:space="preserve">[42:16] </w:t>
      </w:r>
      <w:r>
        <w:t>Allah ko pasand hai.</w:t>
      </w:r>
    </w:p>
    <w:p>
      <w:pPr>
        <w:jc w:val="right"/>
      </w:pPr>
      <w:r>
        <w:t>اللہ کو پسند ہے۔</w:t>
      </w:r>
    </w:p>
    <w:p>
      <w:r>
        <w:rPr>
          <w:b/>
        </w:rPr>
        <w:t xml:space="preserve">[42:17] </w:t>
      </w:r>
      <w:r>
        <w:t>assalam o alaikum warahmatullah wabarakatuh.</w:t>
      </w:r>
    </w:p>
    <w:p>
      <w:pPr>
        <w:jc w:val="right"/>
      </w:pPr>
      <w:r>
        <w:t>السلام علیکم ورحمتہ اللہ وبرکاتہ۔</w:t>
      </w:r>
    </w:p>
    <w:p>
      <w:r>
        <w:rPr>
          <w:b/>
        </w:rPr>
        <w:t xml:space="preserve">[42:20] </w:t>
      </w:r>
      <w:r>
        <w:t>jo padha gaya, hum phir log shahadat dete hain ke aap ka kalam hai.</w:t>
      </w:r>
    </w:p>
    <w:p>
      <w:pPr>
        <w:jc w:val="right"/>
      </w:pPr>
      <w:r>
        <w:t>جو پڑھا گیا، ہم پھر لوگ شہادت دیتے ہیں کہ آپ کا کلام ہے۔</w:t>
      </w:r>
    </w:p>
    <w:p>
      <w:r>
        <w:rPr>
          <w:b/>
        </w:rPr>
        <w:t xml:space="preserve">[42:26] </w:t>
      </w:r>
      <w:r>
        <w:t>is kalam ke waste se hum sab ko bakhsh de.</w:t>
      </w:r>
    </w:p>
    <w:p>
      <w:pPr>
        <w:jc w:val="right"/>
      </w:pPr>
      <w:r>
        <w:t>اس کلام کے واسطے سے ہم سب کو بخش دے۔</w:t>
      </w:r>
    </w:p>
    <w:p>
      <w:r>
        <w:rPr>
          <w:b/>
        </w:rPr>
        <w:t xml:space="preserve">[42:30] </w:t>
      </w:r>
      <w:r>
        <w:t>aap ke is kalam ka waste de kar hum sab apne liye aap ke maqsad ki darkhwast karte</w:t>
      </w:r>
    </w:p>
    <w:p>
      <w:pPr>
        <w:jc w:val="right"/>
      </w:pPr>
      <w:r>
        <w:t>آپ کے اس کلام کا واسطہ دے کر ہم سب اپنے لیے آپ کے مقصد کی درخواست کرتے</w:t>
      </w:r>
    </w:p>
    <w:p>
      <w:r>
        <w:rPr>
          <w:b/>
        </w:rPr>
        <w:t xml:space="preserve">[42:38]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[42:39] </w:t>
      </w:r>
      <w:r>
        <w:t>ya Allah, is kalam ke waste se aur is quran ke waste se hum sab ki maghfirat farma.</w:t>
      </w:r>
    </w:p>
    <w:p>
      <w:pPr>
        <w:jc w:val="right"/>
      </w:pPr>
      <w:r>
        <w:t>یا اللہ، اس کلام کے واسطے سے اور اس قرآن کے واسطے سے ہم سب کی مغفرت فرما۔</w:t>
      </w:r>
    </w:p>
    <w:p>
      <w:r>
        <w:rPr>
          <w:b/>
        </w:rPr>
        <w:t xml:space="preserve">[42:47] </w:t>
      </w:r>
      <w:r>
        <w:t>Rabbana atina fid dunya hasana wa fil akhirati hasana wa qina azabannar.</w:t>
      </w:r>
    </w:p>
    <w:p>
      <w:pPr>
        <w:jc w:val="right"/>
      </w:pPr>
      <w:r>
        <w:t>ربنا آتنا فی الدنیا حسنہ وفی الآخرة حسنہ وخذنا عذاب النار۔</w:t>
      </w:r>
    </w:p>
    <w:p>
      <w:r>
        <w:rPr>
          <w:b/>
        </w:rPr>
        <w:t xml:space="preserve">[42:51] </w:t>
      </w:r>
      <w:r>
        <w:t>Rabbana taqabbal minna innaka antas sami'ul alim wa tub 'alayna innaka antat tawwabur rahim.</w:t>
      </w:r>
    </w:p>
    <w:p>
      <w:pPr>
        <w:jc w:val="right"/>
      </w:pPr>
      <w:r>
        <w:t>ربنا تقبل منا إنك أنت السمیع العليم وتب علینا إنك التواب الرحیم۔</w:t>
      </w:r>
    </w:p>
    <w:p>
      <w:r>
        <w:rPr>
          <w:b/>
        </w:rPr>
        <w:t xml:space="preserve">[42:57] </w:t>
      </w:r>
      <w:r>
        <w:t>Wa sallallahu ta'ala 'ala khayri khalqihi Muhammadin wa aalihi wa ash'abihi ajma'in birahmatika ya rabbal 'alamin.</w:t>
      </w:r>
    </w:p>
    <w:p>
      <w:pPr>
        <w:jc w:val="right"/>
      </w:pPr>
      <w:r>
        <w:t>وصلی اللہ تعالیٰ علی خیر خلقہ محمد وآلہ واصحابہ اجمعین برحمتک یا رب العالمین۔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