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 and Peace August 28, 2016 Maulana Wahiduddin Khan</w:t>
      </w:r>
    </w:p>
    <w:p>
      <w:r>
        <w:t>https://www.youtube.com/watch?v=8ViacW5xI3w</w:t>
      </w:r>
    </w:p>
    <w:p>
      <w:r>
        <w:rPr>
          <w:b/>
        </w:rPr>
        <w:t xml:space="preserve">[00:14] </w:t>
      </w:r>
      <w:r>
        <w:t>Bismillah-hir-rehman-nir-rahim.</w:t>
      </w:r>
    </w:p>
    <w:p>
      <w:pPr>
        <w:jc w:val="right"/>
      </w:pPr>
      <w:r>
        <w:t>بسم اللہ الرحمن الرحیم۔</w:t>
      </w:r>
    </w:p>
    <w:p>
      <w:r>
        <w:rPr>
          <w:b/>
        </w:rPr>
        <w:t xml:space="preserve">[00:20] </w:t>
      </w:r>
      <w:r>
        <w:t>Wasallallahu ala nabiyyil karim.</w:t>
      </w:r>
    </w:p>
    <w:p>
      <w:pPr>
        <w:jc w:val="right"/>
      </w:pPr>
      <w:r>
        <w:t>وصلی اللہ علی نبی الکریم۔</w:t>
      </w:r>
    </w:p>
    <w:p>
      <w:r>
        <w:rPr>
          <w:b/>
        </w:rPr>
        <w:t xml:space="preserve">[00:27]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28 agast 2016.</w:t>
      </w:r>
    </w:p>
    <w:p>
      <w:pPr>
        <w:jc w:val="right"/>
      </w:pPr>
      <w:r>
        <w:t>28 اگست 2016۔</w:t>
      </w:r>
    </w:p>
    <w:p>
      <w:r>
        <w:rPr>
          <w:b/>
        </w:rPr>
        <w:t xml:space="preserve">[00:41] </w:t>
      </w:r>
      <w:r>
        <w:t>Aaj Quran ki aik ayat kay baray mein mujhe kuch kehna hai.</w:t>
      </w:r>
    </w:p>
    <w:p>
      <w:pPr>
        <w:jc w:val="right"/>
      </w:pPr>
      <w:r>
        <w:t>آج قرآن کی ایک آیت کے بارے میں مجھے کچھ کہنا ہے۔</w:t>
      </w:r>
    </w:p>
    <w:p>
      <w:r>
        <w:rPr>
          <w:b/>
        </w:rPr>
        <w:t xml:space="preserve">[00:47] </w:t>
      </w:r>
      <w:r>
        <w:t>Quran ki ayat do suraton mein aayi hai.</w:t>
      </w:r>
    </w:p>
    <w:p>
      <w:pPr>
        <w:jc w:val="right"/>
      </w:pPr>
      <w:r>
        <w:t>قرآن کی آیت دو سورتوں میں آئی ہے۔</w:t>
      </w:r>
    </w:p>
    <w:p>
      <w:r>
        <w:rPr>
          <w:b/>
        </w:rPr>
        <w:t xml:space="preserve">[00:54] </w:t>
      </w:r>
      <w:r>
        <w:t>Woh ayat yeh hai: wa qatiluhum hatta la taqulu fitnatun wa yakunad-dinu kullulillah.</w:t>
      </w:r>
    </w:p>
    <w:p>
      <w:pPr>
        <w:jc w:val="right"/>
      </w:pPr>
      <w:r>
        <w:t>وہ آیت یہ ہے: وقاتلوہم حتیٰ لا تقولوا فتنہ ويكون الدین كل لله ۔</w:t>
      </w:r>
    </w:p>
    <w:p>
      <w:r>
        <w:rPr>
          <w:b/>
        </w:rPr>
        <w:t xml:space="preserve">[01:01] </w:t>
      </w:r>
      <w:r>
        <w:t>In say larro yahan tak keh fitna baqi na rahay aur deen sab Allah kay liye ho jaye.</w:t>
      </w:r>
    </w:p>
    <w:p>
      <w:pPr>
        <w:jc w:val="right"/>
      </w:pPr>
      <w:r>
        <w:t>ان سے لڑو یہاں تک کہ فتنہ باقی نہ رہے اور دین سب اللہ کے لیے ہو جائے۔</w:t>
      </w:r>
    </w:p>
    <w:p>
      <w:r>
        <w:rPr>
          <w:b/>
        </w:rPr>
        <w:t xml:space="preserve">[01:08] </w:t>
      </w:r>
      <w:r>
        <w:t>Yaani fitna ko khatam karnay kay liye larnay ka hukum diya gaya yahan do ayaton mein.</w:t>
      </w:r>
    </w:p>
    <w:p>
      <w:pPr>
        <w:jc w:val="right"/>
      </w:pPr>
      <w:r>
        <w:t>یعنی فتنہ کو ختم کرنے کے لیے لڑنے کا حکم دیا گیا یہاں دو آیتوں میں۔</w:t>
      </w:r>
    </w:p>
    <w:p>
      <w:r>
        <w:rPr>
          <w:b/>
        </w:rPr>
        <w:t xml:space="preserve">[01:14] </w:t>
      </w:r>
      <w:r>
        <w:t>Ab sawal yeh hai keh fitna ka matlab kya hai? Tafseeron mein is baray mein jo kuch likha</w:t>
      </w:r>
    </w:p>
    <w:p>
      <w:pPr>
        <w:jc w:val="right"/>
      </w:pPr>
      <w:r>
        <w:t>اب سوال یہ ہے کہ فتنہ کا مطلب کیا ہے؟ تفسیروں میں اس بارے میں جو کچھ لکھا</w:t>
      </w:r>
    </w:p>
    <w:p>
      <w:r>
        <w:rPr>
          <w:b/>
        </w:rPr>
        <w:t xml:space="preserve">[01:21] </w:t>
      </w:r>
      <w:r>
        <w:t>gaya hai us say teen baatein samnay aati hain.</w:t>
      </w:r>
    </w:p>
    <w:p>
      <w:pPr>
        <w:jc w:val="right"/>
      </w:pPr>
      <w:r>
        <w:t>گیا ہے اس سے تین باتیں سامنے آتی ہیں۔</w:t>
      </w:r>
    </w:p>
    <w:p>
      <w:r>
        <w:rPr>
          <w:b/>
        </w:rPr>
        <w:t xml:space="preserve">[01:28] </w:t>
      </w:r>
      <w:r>
        <w:t>Yaani kufr khatam ho jaye, shirk khatam ho jaye, zulm khatam ho jaye.</w:t>
      </w:r>
    </w:p>
    <w:p>
      <w:pPr>
        <w:jc w:val="right"/>
      </w:pPr>
      <w:r>
        <w:t>یعنی کفر ختم ہو جائے، شرک ختم ہو جائے، ظلم ختم ہو جائے۔</w:t>
      </w:r>
    </w:p>
    <w:p>
      <w:r>
        <w:rPr>
          <w:b/>
        </w:rPr>
        <w:t xml:space="preserve">[01:35] </w:t>
      </w:r>
      <w:r>
        <w:t>دیکھیں یہ جو تفسیر ہے تو انگلش میں کہا جاتا ہے کہ paraphrase: it stands rejected.</w:t>
      </w:r>
    </w:p>
    <w:p>
      <w:pPr>
        <w:jc w:val="right"/>
      </w:pPr>
      <w:r>
        <w:t>دیکھیں یہ جو تفسیر ہے تو انگلش میں کہا جاتا ہے کہ Paramaphrase: it stands rejected.</w:t>
      </w:r>
    </w:p>
    <w:p>
      <w:r>
        <w:rPr>
          <w:b/>
        </w:rPr>
        <w:t xml:space="preserve">[01:41] </w:t>
      </w:r>
      <w:r>
        <w:t>Yaani badihi taur par qabil-e-radd hai.</w:t>
      </w:r>
    </w:p>
    <w:p>
      <w:pPr>
        <w:jc w:val="right"/>
      </w:pPr>
      <w:r>
        <w:t>یعنی بدیہی طور پر قابل رد ہے۔</w:t>
      </w:r>
    </w:p>
    <w:p>
      <w:r>
        <w:rPr>
          <w:b/>
        </w:rPr>
        <w:t xml:space="preserve">[01:48] </w:t>
      </w:r>
      <w:r>
        <w:t>Is liye keh jang ka maqsad jo bataya gaya hai Quran mein woh hai fitna ko khatam karna.</w:t>
      </w:r>
    </w:p>
    <w:p>
      <w:pPr>
        <w:jc w:val="right"/>
      </w:pPr>
      <w:r>
        <w:t>اس لیے کہ جنگ کا مقصد جو بتایا گیا ہے قرآن میں وہ ہے فتنہ کو ختم کرنا۔</w:t>
      </w:r>
    </w:p>
    <w:p>
      <w:r>
        <w:rPr>
          <w:b/>
        </w:rPr>
        <w:t xml:space="preserve">[01:55] </w:t>
      </w:r>
      <w:r>
        <w:t>To aap jantay hain keh taqreeban deid hazar saal beet gaye to yeh teeno cheezein khatam kahan hui?</w:t>
      </w:r>
    </w:p>
    <w:p>
      <w:pPr>
        <w:jc w:val="right"/>
      </w:pPr>
      <w:r>
        <w:t>تو آپ جانتے ہیں کہ تقریباً ڈیڑھ ہزار سال بیت گئے تو یہ تینوں چیزیں ختم کہاں ہوئیں؟</w:t>
      </w:r>
    </w:p>
    <w:p>
      <w:r>
        <w:rPr>
          <w:b/>
        </w:rPr>
        <w:t xml:space="preserve">[02:02] </w:t>
      </w:r>
      <w:r>
        <w:t>Kufr khatam kahan hua? Zulm khatam kahan hua? Shirk khatam kahan hua? Koi yeh nahin keh sakta keh</w:t>
      </w:r>
    </w:p>
    <w:p>
      <w:pPr>
        <w:jc w:val="right"/>
      </w:pPr>
      <w:r>
        <w:t>کفر ختم کہاں ہوا؟ ظلم ختم کہاں ہوا؟ شرک ختم کہاں ہوا؟ کوئی یہ نہیں کہہ سکتا کہ</w:t>
      </w:r>
    </w:p>
    <w:p>
      <w:r>
        <w:rPr>
          <w:b/>
        </w:rPr>
        <w:t xml:space="preserve">[02:08] </w:t>
      </w:r>
      <w:r>
        <w:t>yeh teenon cheezen khatm ho gayeen dunya se.</w:t>
      </w:r>
    </w:p>
    <w:p>
      <w:pPr>
        <w:jc w:val="right"/>
      </w:pPr>
      <w:r>
        <w:t>یہ تینوں چیزیں ختم ہو گئیں دنیا سے۔</w:t>
      </w:r>
    </w:p>
    <w:p>
      <w:r>
        <w:rPr>
          <w:b/>
        </w:rPr>
        <w:t xml:space="preserve">[02:15] </w:t>
      </w:r>
      <w:r>
        <w:t>to yahan aap fitna se murad yeh nahin le sakte.</w:t>
      </w:r>
    </w:p>
    <w:p>
      <w:pPr>
        <w:jc w:val="right"/>
      </w:pPr>
      <w:r>
        <w:t>تو یہاں آپ فتنہ سے مراد یہ نہیں لے سکتے۔</w:t>
      </w:r>
    </w:p>
    <w:p>
      <w:r>
        <w:rPr>
          <w:b/>
        </w:rPr>
        <w:t xml:space="preserve">[02:22] </w:t>
      </w:r>
      <w:r>
        <w:t>yeh hukum Allah taala ka hai jo qadir mutlaq hai.</w:t>
      </w:r>
    </w:p>
    <w:p>
      <w:pPr>
        <w:jc w:val="right"/>
      </w:pPr>
      <w:r>
        <w:t>یہ حکم اللہ تعالیٰ کا ہے جو قادر مطلق ہے۔</w:t>
      </w:r>
    </w:p>
    <w:p>
      <w:r>
        <w:rPr>
          <w:b/>
        </w:rPr>
        <w:t xml:space="preserve">[02:29] </w:t>
      </w:r>
      <w:r>
        <w:t>تو اللہ ایسا حکم نہیں دے سکتا جو سرے سے workable ہی نہ ہو۔</w:t>
      </w:r>
    </w:p>
    <w:p>
      <w:pPr>
        <w:jc w:val="right"/>
      </w:pPr>
      <w:r>
        <w:t>تو اللہ ایسا حکم نہیں دے سکتا جو سرے سے ورک ایبل ہی نہ ہو۔</w:t>
      </w:r>
    </w:p>
    <w:p>
      <w:r>
        <w:rPr>
          <w:b/>
        </w:rPr>
        <w:t xml:space="preserve">[02:35] </w:t>
      </w:r>
      <w:r>
        <w:t>yani hukum diya jayega ke zulm ko, phir shirk ko, kufr ko khatm karo aur woh kabhi</w:t>
      </w:r>
    </w:p>
    <w:p>
      <w:pPr>
        <w:jc w:val="right"/>
      </w:pPr>
      <w:r>
        <w:t>یعنی حکم دیا جائے گا کہ ظلم کو، پھر شرک کو، کفر کو ختم کرو اور وہ کبھی</w:t>
      </w:r>
    </w:p>
    <w:p>
      <w:r>
        <w:rPr>
          <w:b/>
        </w:rPr>
        <w:t xml:space="preserve">[02:42] </w:t>
      </w:r>
      <w:r>
        <w:t>khatm hi na ho.</w:t>
      </w:r>
    </w:p>
    <w:p>
      <w:pPr>
        <w:jc w:val="right"/>
      </w:pPr>
      <w:r>
        <w:t>ختم ہی نہ ہو۔</w:t>
      </w:r>
    </w:p>
    <w:p>
      <w:r>
        <w:rPr>
          <w:b/>
        </w:rPr>
        <w:t xml:space="preserve">[02:49] </w:t>
      </w:r>
      <w:r>
        <w:t>aap ghor kijiye rasool Allah ke zamanay gaya, sahaba ke zamanay gaya, tabeen ke zamanay gaya, tabe tabeen</w:t>
      </w:r>
    </w:p>
    <w:p>
      <w:pPr>
        <w:jc w:val="right"/>
      </w:pPr>
      <w:r>
        <w:t>آپ غور کیجئے رسول اللہ کے زمانہ گیا، صحابہ کے زمانہ گیا، تابعین کے زمانہ گیا، تبع تابعین</w:t>
      </w:r>
    </w:p>
    <w:p>
      <w:r>
        <w:rPr>
          <w:b/>
        </w:rPr>
        <w:t xml:space="preserve">[02:56] </w:t>
      </w:r>
      <w:r>
        <w:t>ke zamanay gaya, muhaddiseen ke zamanay gaya, fuqaha ke zamanay gaya, ulama ke zamanay gaya aur taqreeban dedh</w:t>
      </w:r>
    </w:p>
    <w:p>
      <w:pPr>
        <w:jc w:val="right"/>
      </w:pPr>
      <w:r>
        <w:t>کے زمانہ گیا، محدثین کے زمانہ گیا، فقہاء کے زمانہ گیا، علماء کے زمانہ گیا اور تقریباً ڈیڑھ</w:t>
      </w:r>
    </w:p>
    <w:p>
      <w:r>
        <w:rPr>
          <w:b/>
        </w:rPr>
        <w:t xml:space="preserve">[03:02] </w:t>
      </w:r>
      <w:r>
        <w:t>hazaar saal beet gaye.</w:t>
      </w:r>
    </w:p>
    <w:p>
      <w:pPr>
        <w:jc w:val="right"/>
      </w:pPr>
      <w:r>
        <w:t>ہزار سال بیت گئے۔</w:t>
      </w:r>
    </w:p>
    <w:p>
      <w:r>
        <w:rPr>
          <w:b/>
        </w:rPr>
        <w:t xml:space="preserve">[03:09] </w:t>
      </w:r>
      <w:r>
        <w:t>aaj tak kahin bhi aisa nahin hua ke zameen se yeh teen cheezen khatm ho jayen.</w:t>
      </w:r>
    </w:p>
    <w:p>
      <w:pPr>
        <w:jc w:val="right"/>
      </w:pPr>
      <w:r>
        <w:t>آج تک کہیں بھی ایسا نہیں ہوا کہ زمین سے یہ تین چیزیں ختم ہو جائیں۔</w:t>
      </w:r>
    </w:p>
    <w:p>
      <w:r>
        <w:rPr>
          <w:b/>
        </w:rPr>
        <w:t xml:space="preserve">[03:16] </w:t>
      </w:r>
      <w:r>
        <w:t>اس لیے میں کہتا ہوں کہ Paraphrase: it stands rejected.</w:t>
      </w:r>
    </w:p>
    <w:p>
      <w:pPr>
        <w:jc w:val="right"/>
      </w:pPr>
      <w:r>
        <w:t>اس لیے میں کہتا ہوں کہ Paramaphrase: it stands rejected.</w:t>
      </w:r>
    </w:p>
    <w:p>
      <w:r>
        <w:rPr>
          <w:b/>
        </w:rPr>
        <w:t xml:space="preserve">[03:23] </w:t>
      </w:r>
      <w:r>
        <w:t>Kyunke khuda aisa hukm nahin de sakta jo work na kare.</w:t>
      </w:r>
    </w:p>
    <w:p>
      <w:pPr>
        <w:jc w:val="right"/>
      </w:pPr>
      <w:r>
        <w:t>کیونکہ خدا ایسا حکم نہیں دے سکتا جو ورک نہ کرے۔</w:t>
      </w:r>
    </w:p>
    <w:p>
      <w:r>
        <w:rPr>
          <w:b/>
        </w:rPr>
        <w:t xml:space="preserve">[03:29] </w:t>
      </w:r>
      <w:r>
        <w:t>kaise aisa ho sakta hai? to yahan aap ko aisa matlab lena padega jo waqatan khatm hua ho.</w:t>
      </w:r>
    </w:p>
    <w:p>
      <w:pPr>
        <w:jc w:val="right"/>
      </w:pPr>
      <w:r>
        <w:t>کیسے ایسا ہو سکتا ہے؟ تو یہاں آپ کو ایسا مطلب لینا پڑے گا جو واقعتاً ختم ہوا ہو۔</w:t>
      </w:r>
    </w:p>
    <w:p>
      <w:r>
        <w:rPr>
          <w:b/>
        </w:rPr>
        <w:t xml:space="preserve">[03:36] </w:t>
      </w:r>
      <w:r>
        <w:t>aisa lena padega.</w:t>
      </w:r>
    </w:p>
    <w:p>
      <w:pPr>
        <w:jc w:val="right"/>
      </w:pPr>
      <w:r>
        <w:t>ایسا لینا پڑے گا۔</w:t>
      </w:r>
    </w:p>
    <w:p>
      <w:r>
        <w:rPr>
          <w:b/>
        </w:rPr>
        <w:t xml:space="preserve">[03:43] </w:t>
      </w:r>
      <w:r>
        <w:t>nahi to yeh ayat hai, yeh aik puzzle jaisi bani rahe gi.</w:t>
      </w:r>
    </w:p>
    <w:p>
      <w:pPr>
        <w:jc w:val="right"/>
      </w:pPr>
      <w:r>
        <w:t>نہیں تو یہ آیت ہے، یہ ایک پزل جیسی بنی رہے گی۔</w:t>
      </w:r>
    </w:p>
    <w:p>
      <w:r>
        <w:rPr>
          <w:b/>
        </w:rPr>
        <w:t xml:space="preserve">[03:50] </w:t>
      </w:r>
      <w:r>
        <w:t>is par maine bohat socha to meri samajh mein aaya ke musalmanon ko kyun aisa khabar nahin</w:t>
      </w:r>
    </w:p>
    <w:p>
      <w:pPr>
        <w:jc w:val="right"/>
      </w:pPr>
      <w:r>
        <w:t>اس پر میں نے بہت سوچا تو میری سمجھ میں آیا کہ مسلمانوں کو کیوں ایسا خبر نہیں</w:t>
      </w:r>
    </w:p>
    <w:p>
      <w:r>
        <w:rPr>
          <w:b/>
        </w:rPr>
        <w:t xml:space="preserve">[03:56] </w:t>
      </w:r>
      <w:r>
        <w:t>hui ke fitna se murad kya hai.</w:t>
      </w:r>
    </w:p>
    <w:p>
      <w:pPr>
        <w:jc w:val="right"/>
      </w:pPr>
      <w:r>
        <w:t>ہوئی کہ فتنہ سے مراد کیا ہے۔</w:t>
      </w:r>
    </w:p>
    <w:p>
      <w:r>
        <w:rPr>
          <w:b/>
        </w:rPr>
        <w:t xml:space="preserve">[04:03] </w:t>
      </w:r>
      <w:r>
        <w:t>اس لیے کہ فتنہ کو ختم کرنے میں law of nature کے مطابق آدھا آدھا نے مسلم سے</w:t>
      </w:r>
    </w:p>
    <w:p>
      <w:pPr>
        <w:jc w:val="right"/>
      </w:pPr>
      <w:r>
        <w:t>اس لیے کہ فتنہ کو ختم کرنے میں لاء آف نیچر کے مطابق آدھا آدھا نے مسلم سے</w:t>
      </w:r>
    </w:p>
    <w:p>
      <w:r>
        <w:rPr>
          <w:b/>
        </w:rPr>
        <w:t xml:space="preserve">[04:10] </w:t>
      </w:r>
      <w:r>
        <w:t>bhi kaam kiya.</w:t>
      </w:r>
    </w:p>
    <w:p>
      <w:pPr>
        <w:jc w:val="right"/>
      </w:pPr>
      <w:r>
        <w:t>بھی کام کیا۔</w:t>
      </w:r>
    </w:p>
    <w:p>
      <w:r>
        <w:rPr>
          <w:b/>
        </w:rPr>
        <w:t xml:space="preserve">[04:17] </w:t>
      </w:r>
      <w:r>
        <w:t>jaisa ke hadith mein aata hai ke in Allah layadu ad-deen bi qawmin laysu bi ahlihi.</w:t>
      </w:r>
    </w:p>
    <w:p>
      <w:pPr>
        <w:jc w:val="right"/>
      </w:pPr>
      <w:r>
        <w:t>جیسا کہ حدیث میں آتا ہے کہ إن الله ليعدو الدين بقوم ليسوا بأهله ۔</w:t>
      </w:r>
    </w:p>
    <w:p>
      <w:r>
        <w:rPr>
          <w:b/>
        </w:rPr>
        <w:t xml:space="preserve">[04:23] </w:t>
      </w:r>
      <w:r>
        <w:t>yani musalmanon ke siwa doosre log bhi kaam karenge to musalman chunchke doosron ka iqrar hi nahin</w:t>
      </w:r>
    </w:p>
    <w:p>
      <w:pPr>
        <w:jc w:val="right"/>
      </w:pPr>
      <w:r>
        <w:t>یعنی مسلمانوں کے سوا دوسرے لوگ بھی کام کریں گے تو مسلمان چونکہ دوسروں کا اقرار ہی نہیں</w:t>
      </w:r>
    </w:p>
    <w:p>
      <w:r>
        <w:rPr>
          <w:b/>
        </w:rPr>
        <w:t xml:space="preserve">[04:30] </w:t>
      </w:r>
      <w:r>
        <w:t>karte, woh hum hi karne wale hain to khud to kar nahin paye.</w:t>
      </w:r>
    </w:p>
    <w:p>
      <w:pPr>
        <w:jc w:val="right"/>
      </w:pPr>
      <w:r>
        <w:t>کرتے، وہ ہم ہی کرنے والے ہیں تو خود تو کر نہیں پائے۔</w:t>
      </w:r>
    </w:p>
    <w:p>
      <w:r>
        <w:rPr>
          <w:b/>
        </w:rPr>
        <w:t xml:space="preserve">[04:37] </w:t>
      </w:r>
      <w:r>
        <w:t>to hadith hai ke aik ayat ko yani aisa bana diya ke woh puzzle ban kar reh gayi.</w:t>
      </w:r>
    </w:p>
    <w:p>
      <w:pPr>
        <w:jc w:val="right"/>
      </w:pPr>
      <w:r>
        <w:t>تو حدیث ہے کہ ایک آیت کو یعنی ایسا بنا دیا کہ وہ پزل بن کر رہ گئی۔</w:t>
      </w:r>
    </w:p>
    <w:p>
      <w:r>
        <w:rPr>
          <w:b/>
        </w:rPr>
        <w:t xml:space="preserve">[04:44] </w:t>
      </w:r>
      <w:r>
        <w:t>dekhen maine is par ghor kiya to meri samajh mein aaya ke fitna se murad aik aisa</w:t>
      </w:r>
    </w:p>
    <w:p>
      <w:pPr>
        <w:jc w:val="right"/>
      </w:pPr>
      <w:r>
        <w:t>دیکھیں میں نے اس پر غور کیا تو میری سمجھ میں آیا کہ فتنہ سے مراد ایک ایسا</w:t>
      </w:r>
    </w:p>
    <w:p>
      <w:r>
        <w:rPr>
          <w:b/>
        </w:rPr>
        <w:t xml:space="preserve">[04:50] </w:t>
      </w:r>
      <w:r>
        <w:t>waqea jo waqatan hua, sach much ho gaya ho poori tarah se.</w:t>
      </w:r>
    </w:p>
    <w:p>
      <w:pPr>
        <w:jc w:val="right"/>
      </w:pPr>
      <w:r>
        <w:t>واقعہ جو واقعتاً ہوا، سچ مچ ہو گیا ہو پوری طریقے سے۔</w:t>
      </w:r>
    </w:p>
    <w:p>
      <w:r>
        <w:rPr>
          <w:b/>
        </w:rPr>
        <w:t xml:space="preserve">[04:57] </w:t>
      </w:r>
      <w:r>
        <w:t>ab woh hai Freedom of Expression.</w:t>
      </w:r>
    </w:p>
    <w:p>
      <w:pPr>
        <w:jc w:val="right"/>
      </w:pPr>
      <w:r>
        <w:t>اب وہ ہے Freedom of Expression ۔</w:t>
      </w:r>
    </w:p>
    <w:p>
      <w:r>
        <w:rPr>
          <w:b/>
        </w:rPr>
        <w:t xml:space="preserve">[05:04] </w:t>
      </w:r>
      <w:r>
        <w:t>aap jante hain ke is se pehle dunya mein censorship hua karti thi.</w:t>
      </w:r>
    </w:p>
    <w:p>
      <w:pPr>
        <w:jc w:val="right"/>
      </w:pPr>
      <w:r>
        <w:t>آپ جانتے ہیں کہ اس سے پہلے دنیا میں سنسرشپ ہوا کرتی تھی۔</w:t>
      </w:r>
    </w:p>
    <w:p>
      <w:r>
        <w:rPr>
          <w:b/>
        </w:rPr>
        <w:t xml:space="preserve">[05:11] </w:t>
      </w:r>
      <w:r>
        <w:t>yani bolne ka haq sirf king tha.</w:t>
      </w:r>
    </w:p>
    <w:p>
      <w:pPr>
        <w:jc w:val="right"/>
      </w:pPr>
      <w:r>
        <w:t>یعنی بولنے کا حق صرف کنگ تھا۔</w:t>
      </w:r>
    </w:p>
    <w:p>
      <w:r>
        <w:rPr>
          <w:b/>
        </w:rPr>
        <w:t xml:space="preserve">[05:17] </w:t>
      </w:r>
      <w:r>
        <w:t>baqi log jo hain wohi bolte the jo king ka hai.</w:t>
      </w:r>
    </w:p>
    <w:p>
      <w:pPr>
        <w:jc w:val="right"/>
      </w:pPr>
      <w:r>
        <w:t>باقی لوگ جو ہیں وہی بولتے تھے جو کنگ کا ہے۔</w:t>
      </w:r>
    </w:p>
    <w:p>
      <w:r>
        <w:rPr>
          <w:b/>
        </w:rPr>
        <w:t xml:space="preserve">[05:24] </w:t>
      </w:r>
      <w:r>
        <w:t>jo mashhoor misaal hai ke tum din ko kaho raat to hum raat kahenge.</w:t>
      </w:r>
    </w:p>
    <w:p>
      <w:pPr>
        <w:jc w:val="right"/>
      </w:pPr>
      <w:r>
        <w:t>جو مشہور مثال ہے کہ تم دن کو کہو رات تو ہم رات کہیں گے۔</w:t>
      </w:r>
    </w:p>
    <w:p>
      <w:r>
        <w:rPr>
          <w:b/>
        </w:rPr>
        <w:t xml:space="preserve">[05:31] </w:t>
      </w:r>
      <w:r>
        <w:t>farsi mein hai ke agar badshah kahe ke yeh raat hai, din ke waqt kahe to tum bhi</w:t>
      </w:r>
    </w:p>
    <w:p>
      <w:pPr>
        <w:jc w:val="right"/>
      </w:pPr>
      <w:r>
        <w:t>فارسی میں ہے کہ اگر بادشاہ کہے کہ یہ رات ہے، دن کے وقت کہے تو تم بھی</w:t>
      </w:r>
    </w:p>
    <w:p>
      <w:r>
        <w:rPr>
          <w:b/>
        </w:rPr>
        <w:t xml:space="preserve">[05:38] </w:t>
      </w:r>
      <w:r>
        <w:t>kaho ke raat hai.</w:t>
      </w:r>
    </w:p>
    <w:p>
      <w:pPr>
        <w:jc w:val="right"/>
      </w:pPr>
      <w:r>
        <w:t>کہو کہ رات ہے۔</w:t>
      </w:r>
    </w:p>
    <w:p>
      <w:r>
        <w:rPr>
          <w:b/>
        </w:rPr>
        <w:t xml:space="preserve">[05:44] </w:t>
      </w:r>
      <w:r>
        <w:t>woh kaho ge to sitare nikle hue hain.</w:t>
      </w:r>
    </w:p>
    <w:p>
      <w:pPr>
        <w:jc w:val="right"/>
      </w:pPr>
      <w:r>
        <w:t>وہ کہو گے تو ستارے نکلے ہوئے ہیں۔</w:t>
      </w:r>
    </w:p>
    <w:p>
      <w:r>
        <w:rPr>
          <w:b/>
        </w:rPr>
        <w:t xml:space="preserve">[05:51] </w:t>
      </w:r>
      <w:r>
        <w:t>to pehle zamane mein duniya bhar mein censorship tha.</w:t>
      </w:r>
    </w:p>
    <w:p>
      <w:pPr>
        <w:jc w:val="right"/>
      </w:pPr>
      <w:r>
        <w:t>تو پہلے زمانے میں دنیا بھر میں سنسرشپ تھا۔</w:t>
      </w:r>
    </w:p>
    <w:p>
      <w:r>
        <w:rPr>
          <w:b/>
        </w:rPr>
        <w:t xml:space="preserve">[05:58] </w:t>
      </w:r>
      <w:r>
        <w:t>saari duniya mein yaani azaadi raaye ki azaadi nahi thi.</w:t>
      </w:r>
    </w:p>
    <w:p>
      <w:pPr>
        <w:jc w:val="right"/>
      </w:pPr>
      <w:r>
        <w:t>ساری دنیا میں یعنی آزادی رائے کی آزادی نہیں تھی۔</w:t>
      </w:r>
    </w:p>
    <w:p>
      <w:r>
        <w:rPr>
          <w:b/>
        </w:rPr>
        <w:t xml:space="preserve">[06:05] </w:t>
      </w:r>
      <w:r>
        <w:t>Freedom of Expression nahi tha.</w:t>
      </w:r>
    </w:p>
    <w:p>
      <w:pPr>
        <w:jc w:val="right"/>
      </w:pPr>
      <w:r>
        <w:t>Freedom of Expression نہیں تھا۔</w:t>
      </w:r>
    </w:p>
    <w:p>
      <w:r>
        <w:rPr>
          <w:b/>
        </w:rPr>
        <w:t xml:space="preserve">[06:11] </w:t>
      </w:r>
      <w:r>
        <w:t>aap azaad andaaz mein bol sakte the jo kehte hain censorship.</w:t>
      </w:r>
    </w:p>
    <w:p>
      <w:pPr>
        <w:jc w:val="right"/>
      </w:pPr>
      <w:r>
        <w:t>آپ آزاد انداز میں بول سکتے تھے جو کہتے ہیں سنسرشپ۔</w:t>
      </w:r>
    </w:p>
    <w:p>
      <w:r>
        <w:rPr>
          <w:b/>
        </w:rPr>
        <w:t xml:space="preserve">[06:18] </w:t>
      </w:r>
      <w:r>
        <w:t>to censorship khatm ho gaya.</w:t>
      </w:r>
    </w:p>
    <w:p>
      <w:pPr>
        <w:jc w:val="right"/>
      </w:pPr>
      <w:r>
        <w:t>تو سنسرشپ ختم ہو گیا۔</w:t>
      </w:r>
    </w:p>
    <w:p>
      <w:r>
        <w:rPr>
          <w:b/>
        </w:rPr>
        <w:t xml:space="preserve">[06:25] </w:t>
      </w:r>
      <w:r>
        <w:t>kufr aur shirk aur zulm khatm nahi hua aur na khatm hone ka Allah ne hukum diya.</w:t>
      </w:r>
    </w:p>
    <w:p>
      <w:pPr>
        <w:jc w:val="right"/>
      </w:pPr>
      <w:r>
        <w:t>کفر اور شرک اور ظلم ختم نہیں ہوا اور نہ ختم ہونے کا اللہ نے حکم دیا۔</w:t>
      </w:r>
    </w:p>
    <w:p>
      <w:r>
        <w:rPr>
          <w:b/>
        </w:rPr>
        <w:t xml:space="preserve">[06:32] </w:t>
      </w:r>
      <w:r>
        <w:t>woh to rahega, qayamat tak rahega.</w:t>
      </w:r>
    </w:p>
    <w:p>
      <w:pPr>
        <w:jc w:val="right"/>
      </w:pPr>
      <w:r>
        <w:t>وہ تو رہے گا، قیامت تک رہے گا۔</w:t>
      </w:r>
    </w:p>
    <w:p>
      <w:r>
        <w:rPr>
          <w:b/>
        </w:rPr>
        <w:t xml:space="preserve">[06:38] </w:t>
      </w:r>
      <w:r>
        <w:t>kufr aur shirk ka zulm jis ko hum kehte hain woh qayamat tak rahega.</w:t>
      </w:r>
    </w:p>
    <w:p>
      <w:pPr>
        <w:jc w:val="right"/>
      </w:pPr>
      <w:r>
        <w:t>کفر اور شرک کا ظلم جس کو ہم کہتے ہیں وہ قیامت تک رہے گا۔</w:t>
      </w:r>
    </w:p>
    <w:p>
      <w:r>
        <w:rPr>
          <w:b/>
        </w:rPr>
        <w:t xml:space="preserve">[06:45] </w:t>
      </w:r>
      <w:r>
        <w:t>is liye ke is ka talluq hai insaan ki azaadi se.</w:t>
      </w:r>
    </w:p>
    <w:p>
      <w:pPr>
        <w:jc w:val="right"/>
      </w:pPr>
      <w:r>
        <w:t>اس لیے کہ اس کا تعلق ہے انسان کی آزادی سے۔</w:t>
      </w:r>
    </w:p>
    <w:p>
      <w:r>
        <w:rPr>
          <w:b/>
        </w:rPr>
        <w:t xml:space="preserve">[06:52] </w:t>
      </w:r>
      <w:r>
        <w:t>Human Freedom se.</w:t>
      </w:r>
    </w:p>
    <w:p>
      <w:pPr>
        <w:jc w:val="right"/>
      </w:pPr>
      <w:r>
        <w:t>Human Freedom سے۔</w:t>
      </w:r>
    </w:p>
    <w:p>
      <w:r>
        <w:rPr>
          <w:b/>
        </w:rPr>
        <w:t xml:space="preserve">[06:59] </w:t>
      </w:r>
      <w:r>
        <w:t>Human Freedom jo hai woh kabhi abalish ho nahi sakti qayamat tak.</w:t>
      </w:r>
    </w:p>
    <w:p>
      <w:pPr>
        <w:jc w:val="right"/>
      </w:pPr>
      <w:r>
        <w:t>Human Freedom جو ہے وہ کبھی ابالش ہو نہیں سکتی قیامت تک۔</w:t>
      </w:r>
    </w:p>
    <w:p>
      <w:r>
        <w:rPr>
          <w:b/>
        </w:rPr>
        <w:t xml:space="preserve">[07:05] </w:t>
      </w:r>
      <w:r>
        <w:t>to yeh sab bhi rahega.</w:t>
      </w:r>
    </w:p>
    <w:p>
      <w:pPr>
        <w:jc w:val="right"/>
      </w:pPr>
      <w:r>
        <w:t>تو یہ سب بھی رہے گا۔</w:t>
      </w:r>
    </w:p>
    <w:p>
      <w:r>
        <w:rPr>
          <w:b/>
        </w:rPr>
        <w:t xml:space="preserve">[07:12] </w:t>
      </w:r>
      <w:r>
        <w:t>lekin censorship ko Allah taala ne khatm karna chaha.</w:t>
      </w:r>
    </w:p>
    <w:p>
      <w:pPr>
        <w:jc w:val="right"/>
      </w:pPr>
      <w:r>
        <w:t>لیکن سنسرشپ کو اللہ تعالیٰ نے ختم کرنا چاہا۔</w:t>
      </w:r>
    </w:p>
    <w:p>
      <w:r>
        <w:rPr>
          <w:b/>
        </w:rPr>
        <w:t xml:space="preserve">[07:19] </w:t>
      </w:r>
      <w:r>
        <w:t>to censorship dekhiye, woh ek din nahi khatm ho sakta tha.</w:t>
      </w:r>
    </w:p>
    <w:p>
      <w:pPr>
        <w:jc w:val="right"/>
      </w:pPr>
      <w:r>
        <w:t>تو سنسرشپ دیکھئے، وہ ایک دن نہیں ختم ہو سکتا تھا۔</w:t>
      </w:r>
    </w:p>
    <w:p>
      <w:r>
        <w:rPr>
          <w:b/>
        </w:rPr>
        <w:t xml:space="preserve">[07:26] </w:t>
      </w:r>
      <w:r>
        <w:t>woh ek process ke roop mein khatm ho sakta tha.</w:t>
      </w:r>
    </w:p>
    <w:p>
      <w:pPr>
        <w:jc w:val="right"/>
      </w:pPr>
      <w:r>
        <w:t>وہ ایک پروسیس کے روپ میں ختم ہو سکتا تھا۔</w:t>
      </w:r>
    </w:p>
    <w:p>
      <w:r>
        <w:rPr>
          <w:b/>
        </w:rPr>
        <w:t xml:space="preserve">[07:32] </w:t>
      </w:r>
      <w:r>
        <w:t>tareekh mein aisa koi tabdeeli, koi adalati tabdeeli aisa nahi hua karta ke achaanak ho jaye.</w:t>
      </w:r>
    </w:p>
    <w:p>
      <w:pPr>
        <w:jc w:val="right"/>
      </w:pPr>
      <w:r>
        <w:t>تاریخ میں ایسا کوئی تبدیلی، کوئی عدالتی تبدیلی ایسا نہیں ہوا کرتا کہ اچانک ہو جائے۔</w:t>
      </w:r>
    </w:p>
    <w:p>
      <w:r>
        <w:rPr>
          <w:b/>
        </w:rPr>
        <w:t xml:space="preserve">[07:39] </w:t>
      </w:r>
      <w:r>
        <w:t>to Rasool Allah ke zamane mein shuru hua, phir chalta raha, chalta raha, chalta raha yahan tak ke</w:t>
      </w:r>
    </w:p>
    <w:p>
      <w:pPr>
        <w:jc w:val="right"/>
      </w:pPr>
      <w:r>
        <w:t>تو رسول اللہ کے زمانے میں شروع ہوا، پھر چلتا رہا، چلتا رہا، چلتا رہا یہاں تک کہ</w:t>
      </w:r>
    </w:p>
    <w:p>
      <w:r>
        <w:rPr>
          <w:b/>
        </w:rPr>
        <w:t xml:space="preserve">[07:46] </w:t>
      </w:r>
      <w:r>
        <w:t>maghrib mein ja kar mukammal hua.</w:t>
      </w:r>
    </w:p>
    <w:p>
      <w:pPr>
        <w:jc w:val="right"/>
      </w:pPr>
      <w:r>
        <w:t>مغرب میں جا کر مکمل ہوا۔</w:t>
      </w:r>
    </w:p>
    <w:p>
      <w:r>
        <w:rPr>
          <w:b/>
        </w:rPr>
        <w:t xml:space="preserve">[07:53] </w:t>
      </w:r>
      <w:r>
        <w:t>woh Rasool Allah ne dekhiye, jab Madine mein aap aaye hijrat kar ke to wahan par ek nizam</w:t>
      </w:r>
    </w:p>
    <w:p>
      <w:pPr>
        <w:jc w:val="right"/>
      </w:pPr>
      <w:r>
        <w:t>وہ رسول اللہ نے دیکھئے، جب مدینے میں آپ آئے ہجرت کر کے تو وہاں پر ایک نظم</w:t>
      </w:r>
    </w:p>
    <w:p>
      <w:r>
        <w:rPr>
          <w:b/>
        </w:rPr>
        <w:t xml:space="preserve">[07:59] </w:t>
      </w:r>
      <w:r>
        <w:t>qaim hua, us ko kehte hain city state.</w:t>
      </w:r>
    </w:p>
    <w:p>
      <w:pPr>
        <w:jc w:val="right"/>
      </w:pPr>
      <w:r>
        <w:t>قائم ہوا، اس کو کہتے ہیں سٹی اسٹیٹ۔</w:t>
      </w:r>
    </w:p>
    <w:p>
      <w:r>
        <w:rPr>
          <w:b/>
        </w:rPr>
        <w:t xml:space="preserve">[08:06] </w:t>
      </w:r>
      <w:r>
        <w:t>yaani Madine mein ek city state ban gaya.</w:t>
      </w:r>
    </w:p>
    <w:p>
      <w:pPr>
        <w:jc w:val="right"/>
      </w:pPr>
      <w:r>
        <w:t>یعنی مدینے میں ایک سٹی اسٹیٹ بن گیا۔</w:t>
      </w:r>
    </w:p>
    <w:p>
      <w:r>
        <w:rPr>
          <w:b/>
        </w:rPr>
        <w:t xml:space="preserve">[08:13] </w:t>
      </w:r>
      <w:r>
        <w:t>aap ne ek jaari kiya, ek declaration is mein likha ke lil yahood din wa lil muslimeen din.</w:t>
      </w:r>
    </w:p>
    <w:p>
      <w:pPr>
        <w:jc w:val="right"/>
      </w:pPr>
      <w:r>
        <w:t>آپ نے ایک جاری کیا، ایک ڈیکلریشن اس میں لکھا کہ لليهود دين وللمسلمين دين ۔</w:t>
      </w:r>
    </w:p>
    <w:p>
      <w:r>
        <w:rPr>
          <w:b/>
        </w:rPr>
        <w:t xml:space="preserve">[08:20] </w:t>
      </w:r>
      <w:r>
        <w:t>musalman ke liye musalman ka din aur yahood ke liye yahood ka din.</w:t>
      </w:r>
    </w:p>
    <w:p>
      <w:pPr>
        <w:jc w:val="right"/>
      </w:pPr>
      <w:r>
        <w:t>مسلمان کے لیے مسلمان کا دین اور یہود کے لیے یہود کا دین۔</w:t>
      </w:r>
    </w:p>
    <w:p>
      <w:r>
        <w:rPr>
          <w:b/>
        </w:rPr>
        <w:t xml:space="preserve">[08:26] </w:t>
      </w:r>
      <w:r>
        <w:t>yahan din ka lafz zyada greater sense mein lijiye, sirf namaz roza nahin.</w:t>
      </w:r>
    </w:p>
    <w:p>
      <w:pPr>
        <w:jc w:val="right"/>
      </w:pPr>
      <w:r>
        <w:t>یہاں دین کا لفظ زیادہ گریٹر سینس میں لیجئے، صرف نماز روزہ نہیں۔</w:t>
      </w:r>
    </w:p>
    <w:p>
      <w:r>
        <w:rPr>
          <w:b/>
        </w:rPr>
        <w:t xml:space="preserve">[08:33] </w:t>
      </w:r>
      <w:r>
        <w:t>to is ka matlab yeh hoga ke Muslims must follow their own way of thinking and let others</w:t>
      </w:r>
    </w:p>
    <w:p>
      <w:pPr>
        <w:jc w:val="right"/>
      </w:pPr>
      <w:r>
        <w:t>تو اس کا مطلب یہ ہوگا کہ Muslims must follow their own way of thinking and let others</w:t>
      </w:r>
    </w:p>
    <w:p>
      <w:r>
        <w:rPr>
          <w:b/>
        </w:rPr>
        <w:t xml:space="preserve">[08:40] </w:t>
      </w:r>
      <w:r>
        <w:t>follow their way of thinking, including religion.</w:t>
      </w:r>
    </w:p>
    <w:p>
      <w:pPr>
        <w:jc w:val="right"/>
      </w:pPr>
      <w:r>
        <w:t>follow their way of thinking, including religion.</w:t>
      </w:r>
    </w:p>
    <w:p>
      <w:r>
        <w:rPr>
          <w:b/>
        </w:rPr>
        <w:t xml:space="preserve">[08:47] </w:t>
      </w:r>
      <w:r>
        <w:t>yeh matlab hai.</w:t>
      </w:r>
    </w:p>
    <w:p>
      <w:pPr>
        <w:jc w:val="right"/>
      </w:pPr>
      <w:r>
        <w:t>یہ مطلب ہے۔</w:t>
      </w:r>
    </w:p>
    <w:p>
      <w:r>
        <w:rPr>
          <w:b/>
        </w:rPr>
        <w:t xml:space="preserve">[08:53] </w:t>
      </w:r>
      <w:r>
        <w:t>to yeh Rasool Allah ne ailaan kiya.</w:t>
      </w:r>
    </w:p>
    <w:p>
      <w:pPr>
        <w:jc w:val="right"/>
      </w:pPr>
      <w:r>
        <w:t>تو یہ رسول اللہ نے اعلان کیا۔</w:t>
      </w:r>
    </w:p>
    <w:p>
      <w:r>
        <w:rPr>
          <w:b/>
        </w:rPr>
        <w:t xml:space="preserve">[09:00] </w:t>
      </w:r>
      <w:r>
        <w:t>yeh censorship ko khatam karne ka yeh aaghaz tha.</w:t>
      </w:r>
    </w:p>
    <w:p>
      <w:pPr>
        <w:jc w:val="right"/>
      </w:pPr>
      <w:r>
        <w:t>یہ سنسرشپ کو ختم کرنے کا یہ آغاز تھا۔</w:t>
      </w:r>
    </w:p>
    <w:p>
      <w:r>
        <w:rPr>
          <w:b/>
        </w:rPr>
        <w:t xml:space="preserve">[09:07] </w:t>
      </w:r>
      <w:r>
        <w:t>is ke baad ek process jaari hua.</w:t>
      </w:r>
    </w:p>
    <w:p>
      <w:pPr>
        <w:jc w:val="right"/>
      </w:pPr>
      <w:r>
        <w:t>اس کے بعد ایک پروسیس جاری ہوا۔</w:t>
      </w:r>
    </w:p>
    <w:p>
      <w:r>
        <w:rPr>
          <w:b/>
        </w:rPr>
        <w:t xml:space="preserve">[09:14] </w:t>
      </w:r>
      <w:r>
        <w:t>aur dekhiye, Muslim period mein agarchay ideal hukoomat to qaaim nahin hui, khilafat thi pehle, phir dynasty aa gayi,</w:t>
      </w:r>
    </w:p>
    <w:p>
      <w:pPr>
        <w:jc w:val="right"/>
      </w:pPr>
      <w:r>
        <w:t>اور دیکھئے، مسلم پیریڈ میں اگرچہ آئیڈیل حکومت تو قائم نہیں ہوئی، خلافت تھی پہلے، پھر ڈائنسٹی آگئی،</w:t>
      </w:r>
    </w:p>
    <w:p>
      <w:r>
        <w:rPr>
          <w:b/>
        </w:rPr>
        <w:t xml:space="preserve">[09:20] </w:t>
      </w:r>
      <w:r>
        <w:t>phir sultan aa gaya.</w:t>
      </w:r>
    </w:p>
    <w:p>
      <w:pPr>
        <w:jc w:val="right"/>
      </w:pPr>
      <w:r>
        <w:t>پھر سلطان آگیا۔</w:t>
      </w:r>
    </w:p>
    <w:p>
      <w:r>
        <w:rPr>
          <w:b/>
        </w:rPr>
        <w:t xml:space="preserve">[09:27] </w:t>
      </w:r>
      <w:r>
        <w:t>lekin yeh cheez jo hai hamesha jaari rahi.</w:t>
      </w:r>
    </w:p>
    <w:p>
      <w:pPr>
        <w:jc w:val="right"/>
      </w:pPr>
      <w:r>
        <w:t>لیکن یہ چیز جو ہے ہمیشہ جاری رہی۔</w:t>
      </w:r>
    </w:p>
    <w:p>
      <w:r>
        <w:rPr>
          <w:b/>
        </w:rPr>
        <w:t xml:space="preserve">[09:34] </w:t>
      </w:r>
      <w:r>
        <w:t>har badshah ke zamanay mein log apne khayal ko azaadi ke sath bol sakte thay.</w:t>
      </w:r>
    </w:p>
    <w:p>
      <w:pPr>
        <w:jc w:val="right"/>
      </w:pPr>
      <w:r>
        <w:t>ہر بادشاہ کے زمانے میں لوگ اپنے خیال کو آزادی کے ساتھ بول سکتے تھے۔</w:t>
      </w:r>
    </w:p>
    <w:p>
      <w:r>
        <w:rPr>
          <w:b/>
        </w:rPr>
        <w:t xml:space="preserve">[09:41] </w:t>
      </w:r>
      <w:r>
        <w:t>main ne is ki bohat se waqiat likhe hain.</w:t>
      </w:r>
    </w:p>
    <w:p>
      <w:pPr>
        <w:jc w:val="right"/>
      </w:pPr>
      <w:r>
        <w:t>میں نے اس کی بہت سے واقعات لکھے ہیں۔</w:t>
      </w:r>
    </w:p>
    <w:p>
      <w:r>
        <w:rPr>
          <w:b/>
        </w:rPr>
        <w:t xml:space="preserve">[09:47] </w:t>
      </w:r>
      <w:r>
        <w:t>meri ek kitaab hai "Huryat-e-Fikr", is ko aap parhiye.</w:t>
      </w:r>
    </w:p>
    <w:p>
      <w:pPr>
        <w:jc w:val="right"/>
      </w:pPr>
      <w:r>
        <w:t>میری ایک کتاب ہے "حریت فکر"، اس کو آپ پڑھئے۔</w:t>
      </w:r>
    </w:p>
    <w:p>
      <w:r>
        <w:rPr>
          <w:b/>
        </w:rPr>
        <w:t xml:space="preserve">[09:54] </w:t>
      </w:r>
      <w:r>
        <w:t>is mein main ne likha hai ke yani Madine mein, Damascus mein, Baghdad mein, Qurtuba mein, Granada mein,</w:t>
      </w:r>
    </w:p>
    <w:p>
      <w:pPr>
        <w:jc w:val="right"/>
      </w:pPr>
      <w:r>
        <w:t>اس میں میں نے لکھا ہے کہ یعنی مدینے میں، دمشق میں، بغداد میں، قرطبہ میں، غرناطہ میں،</w:t>
      </w:r>
    </w:p>
    <w:p>
      <w:r>
        <w:rPr>
          <w:b/>
        </w:rPr>
        <w:t xml:space="preserve">[10:01] </w:t>
      </w:r>
      <w:r>
        <w:t>har jagah jahan pe musalmanon ka rule raha, har jagah rai ki azaadi baqi rahi.</w:t>
      </w:r>
    </w:p>
    <w:p>
      <w:pPr>
        <w:jc w:val="right"/>
      </w:pPr>
      <w:r>
        <w:t>ہر جگہ جہاں پہ مسلمانوں کا رول رہا، ہر جگہ رائے کی آزادی باقی رہی۔</w:t>
      </w:r>
    </w:p>
    <w:p>
      <w:r>
        <w:rPr>
          <w:b/>
        </w:rPr>
        <w:t xml:space="preserve">[10:08] </w:t>
      </w:r>
      <w:r>
        <w:t>yani sultan ke samnay aadmi keh sakta tha saaf tareeqay se.</w:t>
      </w:r>
    </w:p>
    <w:p>
      <w:pPr>
        <w:jc w:val="right"/>
      </w:pPr>
      <w:r>
        <w:t>یعنی سلطان کے سامنے آدمی کہہ سکتا تھا صاف طریقے سے۔</w:t>
      </w:r>
    </w:p>
    <w:p>
      <w:r>
        <w:rPr>
          <w:b/>
        </w:rPr>
        <w:t xml:space="preserve">[10:14] </w:t>
      </w:r>
      <w:r>
        <w:t>main ne waqiat likhe hain, aap chahain to parh li jiye.</w:t>
      </w:r>
    </w:p>
    <w:p>
      <w:pPr>
        <w:jc w:val="right"/>
      </w:pPr>
      <w:r>
        <w:t>میں نے واقعات لکھے ہیں، آپ چاہیں تو پڑھ لیجئے۔</w:t>
      </w:r>
    </w:p>
    <w:p>
      <w:r>
        <w:rPr>
          <w:b/>
        </w:rPr>
        <w:t xml:space="preserve">[10:21] </w:t>
      </w:r>
      <w:r>
        <w:t>main to yeh cheez zyada yani mukammal hui ya zyada poori tareeqay se woh hui Europe mein ja kar ke.</w:t>
      </w:r>
    </w:p>
    <w:p>
      <w:pPr>
        <w:jc w:val="right"/>
      </w:pPr>
      <w:r>
        <w:t>میں تو یہ چیز زیادہ یعنی مکمل ہوئی یا زیادہ پوری طریقے سے وہ ہوئی یورپ میں جا کر کے۔</w:t>
      </w:r>
    </w:p>
    <w:p>
      <w:r>
        <w:rPr>
          <w:b/>
        </w:rPr>
        <w:t xml:space="preserve">[10:28] </w:t>
      </w:r>
      <w:r>
        <w:t>is ne jo ailaan kiya tha Russion ne ke "Man was born free but I see him in</w:t>
      </w:r>
    </w:p>
    <w:p>
      <w:pPr>
        <w:jc w:val="right"/>
      </w:pPr>
      <w:r>
        <w:t>اس نے جو اعلان کیا تھا روسوں نے کہ "Man was born free but I see him in</w:t>
      </w:r>
    </w:p>
    <w:p>
      <w:r>
        <w:rPr>
          <w:b/>
        </w:rPr>
        <w:t xml:space="preserve">[10:35] </w:t>
      </w:r>
      <w:r>
        <w:t>chains." yeh isi ka agla marhala tha jo Hazrat Umar ne kaha tha apne zamanay mein.</w:t>
      </w:r>
    </w:p>
    <w:p>
      <w:pPr>
        <w:jc w:val="right"/>
      </w:pPr>
      <w:r>
        <w:t>chains." یہ اسی کا اگلا مرحلہ تھا جو حضرت عمر نے کہا تھا اپنے زمانے میں۔</w:t>
      </w:r>
    </w:p>
    <w:p>
      <w:r>
        <w:rPr>
          <w:b/>
        </w:rPr>
        <w:t xml:space="preserve">[10:41] </w:t>
      </w:r>
      <w:r>
        <w:t>ek ek sahib ko kora marwaya tha jo top ke thay, woh ek mamooli ek Qibti ke zariye</w:t>
      </w:r>
    </w:p>
    <w:p>
      <w:pPr>
        <w:jc w:val="right"/>
      </w:pPr>
      <w:r>
        <w:t>ایک ایک صاحب کو کوڑا مروایا تھا جو ٹاپ کے تھے، وہ ایک معمولی ایک قبطی کے ذریعے</w:t>
      </w:r>
    </w:p>
    <w:p>
      <w:r>
        <w:rPr>
          <w:b/>
        </w:rPr>
        <w:t xml:space="preserve">[10:48] </w:t>
      </w:r>
      <w:r>
        <w:t>se aur kaha tha ke "Mata-stabdum al-nas wa qad waldathum ummahatuhum ahrara?" tum ne kab logon ko ghulam</w:t>
      </w:r>
    </w:p>
    <w:p>
      <w:pPr>
        <w:jc w:val="right"/>
      </w:pPr>
      <w:r>
        <w:t>سے اور کہا تھا کہ "متى استعبدتم الناس وقد ولدتهم موتهم أحراراً؟" تم نے کب لوگوں کو غلام</w:t>
      </w:r>
    </w:p>
    <w:p>
      <w:r>
        <w:rPr>
          <w:b/>
        </w:rPr>
        <w:t xml:space="preserve">[10:55] </w:t>
      </w:r>
      <w:r>
        <w:t>bana liya jab ke un ke maon ne un ko azaad dena tha? kyun ke azaadi jo hai har</w:t>
      </w:r>
    </w:p>
    <w:p>
      <w:pPr>
        <w:jc w:val="right"/>
      </w:pPr>
      <w:r>
        <w:t>بنا لیا جب کہ ان کے ماؤں نے ان کو آزاد دینا تھا؟ کیونکہ آزادی جو ہے ہر</w:t>
      </w:r>
    </w:p>
    <w:p>
      <w:r>
        <w:rPr>
          <w:b/>
        </w:rPr>
        <w:t xml:space="preserve">[11:02] </w:t>
      </w:r>
      <w:r>
        <w:t>aik ka haq hai, chahe aam ho ya khaas.</w:t>
      </w:r>
    </w:p>
    <w:p>
      <w:pPr>
        <w:jc w:val="right"/>
      </w:pPr>
      <w:r>
        <w:t>ایک کا حق ہے، چاہے عام ہو یا خاص۔</w:t>
      </w:r>
    </w:p>
    <w:p>
      <w:r>
        <w:rPr>
          <w:b/>
        </w:rPr>
        <w:t xml:space="preserve">[11:08] </w:t>
      </w:r>
      <w:r>
        <w:t>aazadi har aik ka haq hai.</w:t>
      </w:r>
    </w:p>
    <w:p>
      <w:pPr>
        <w:jc w:val="right"/>
      </w:pPr>
      <w:r>
        <w:t>آزادی ہر ایک کا حق ہے۔</w:t>
      </w:r>
    </w:p>
    <w:p>
      <w:r>
        <w:rPr>
          <w:b/>
        </w:rPr>
        <w:t xml:space="preserve">[11:15] </w:t>
      </w:r>
      <w:r>
        <w:t>is ke liye is zamane mein jang hui.</w:t>
      </w:r>
    </w:p>
    <w:p>
      <w:pPr>
        <w:jc w:val="right"/>
      </w:pPr>
      <w:r>
        <w:t>اس کے لیے اس زمانے میں جنگ ہوئی۔</w:t>
      </w:r>
    </w:p>
    <w:p>
      <w:r>
        <w:rPr>
          <w:b/>
        </w:rPr>
        <w:t xml:space="preserve">[11:22] </w:t>
      </w:r>
      <w:r>
        <w:t>unhon ne se pehle tribal jo wahan par nizam tha, us se hui.</w:t>
      </w:r>
    </w:p>
    <w:p>
      <w:pPr>
        <w:jc w:val="right"/>
      </w:pPr>
      <w:r>
        <w:t>انہوں نے سے پہلے ٹرائبل جو وہاں پر نظام تھا، اس سے ہوئی۔</w:t>
      </w:r>
    </w:p>
    <w:p>
      <w:r>
        <w:rPr>
          <w:b/>
        </w:rPr>
        <w:t xml:space="preserve">[11:29] </w:t>
      </w:r>
      <w:r>
        <w:t>phir sasani empire aur roman empire se larai hui.</w:t>
      </w:r>
    </w:p>
    <w:p>
      <w:pPr>
        <w:jc w:val="right"/>
      </w:pPr>
      <w:r>
        <w:t>پھر ساسانی ایمپائر اور رومن ایمپائر سے لڑائی ہوئی۔</w:t>
      </w:r>
    </w:p>
    <w:p>
      <w:r>
        <w:rPr>
          <w:b/>
        </w:rPr>
        <w:t xml:space="preserve">[11:35] </w:t>
      </w:r>
      <w:r>
        <w:t>is ke baad is ki jar kat gayi.</w:t>
      </w:r>
    </w:p>
    <w:p>
      <w:pPr>
        <w:jc w:val="right"/>
      </w:pPr>
      <w:r>
        <w:t>اس کے بعد اس کی جڑ کٹ گئی۔</w:t>
      </w:r>
    </w:p>
    <w:p>
      <w:r>
        <w:rPr>
          <w:b/>
        </w:rPr>
        <w:t xml:space="preserve">[11:42] </w:t>
      </w:r>
      <w:r>
        <w:t>yani jo censorship dunya mein qaim thi ke aam logon ko haq nahi bolne ka, sirf badshah bole</w:t>
      </w:r>
    </w:p>
    <w:p>
      <w:pPr>
        <w:jc w:val="right"/>
      </w:pPr>
      <w:r>
        <w:t>یعنی جو سنسرشپ دنیا میں قائم تھی کہ عام لوگوں کو حق نہیں بولنے کا، صرف بادشاہ بولے</w:t>
      </w:r>
    </w:p>
    <w:p>
      <w:r>
        <w:rPr>
          <w:b/>
        </w:rPr>
        <w:t xml:space="preserve">[11:49] </w:t>
      </w:r>
      <w:r>
        <w:t>to bole, woh khatam ho gaya.</w:t>
      </w:r>
    </w:p>
    <w:p>
      <w:pPr>
        <w:jc w:val="right"/>
      </w:pPr>
      <w:r>
        <w:t>تو بولے، وہ ختم ہو گیا۔</w:t>
      </w:r>
    </w:p>
    <w:p>
      <w:r>
        <w:rPr>
          <w:b/>
        </w:rPr>
        <w:t xml:space="preserve">[11:56] </w:t>
      </w:r>
      <w:r>
        <w:t>har aik ko haq ho gaya.</w:t>
      </w:r>
    </w:p>
    <w:p>
      <w:pPr>
        <w:jc w:val="right"/>
      </w:pPr>
      <w:r>
        <w:t>ہر ایک کو حق ہو گیا۔</w:t>
      </w:r>
    </w:p>
    <w:p>
      <w:r>
        <w:rPr>
          <w:b/>
        </w:rPr>
        <w:t xml:space="preserve">[12:02] </w:t>
      </w:r>
      <w:r>
        <w:t>aap ko agar waqiat dekhna ho to meri kitab aap dekh lijiye "Huryat-e-Fikr" ke Islam ke daur</w:t>
      </w:r>
    </w:p>
    <w:p>
      <w:pPr>
        <w:jc w:val="right"/>
      </w:pPr>
      <w:r>
        <w:t>آپ کو اگر واقعات دیکھنا ہو تو میری کتاب آپ دیکھ لیجئے "حریت فکر" کہ اسلام کے دور</w:t>
      </w:r>
    </w:p>
    <w:p>
      <w:r>
        <w:rPr>
          <w:b/>
        </w:rPr>
        <w:t xml:space="preserve">[12:09] </w:t>
      </w:r>
      <w:r>
        <w:t>mein agarche aise log paida hue jinka laqab tha sultan, unka laqab tha amir-ul-momineen, unka laqab tha.</w:t>
      </w:r>
    </w:p>
    <w:p>
      <w:pPr>
        <w:jc w:val="right"/>
      </w:pPr>
      <w:r>
        <w:t>میں اگرچہ ایسے لوگ پیدا ہوئے جن کا لقب تھا سلطان، ان کا لقب تھا امیرالمومنین، ان کا لقب تھا۔</w:t>
      </w:r>
    </w:p>
    <w:p>
      <w:r>
        <w:rPr>
          <w:b/>
        </w:rPr>
        <w:t xml:space="preserve">[12:16] </w:t>
      </w:r>
      <w:r>
        <w:t>dynasty ko qaim kar rakhi thi unhon ne, lekin kabhi bhi aisa nahi hua ke censorship dobara tareekh</w:t>
      </w:r>
    </w:p>
    <w:p>
      <w:pPr>
        <w:jc w:val="right"/>
      </w:pPr>
      <w:r>
        <w:t>ڈائنسٹی کو قائم کر رکھی تھی انہوں نے، لیکن کبھی بھی ایسا نہیں ہوا کہ سنسرشپ دوبارہ تاریخ</w:t>
      </w:r>
    </w:p>
    <w:p>
      <w:r>
        <w:rPr>
          <w:b/>
        </w:rPr>
        <w:t xml:space="preserve">[12:23] </w:t>
      </w:r>
      <w:r>
        <w:t>mein loot aaye.</w:t>
      </w:r>
    </w:p>
    <w:p>
      <w:pPr>
        <w:jc w:val="right"/>
      </w:pPr>
      <w:r>
        <w:t>میں لوٹ آئے۔</w:t>
      </w:r>
    </w:p>
    <w:p>
      <w:r>
        <w:rPr>
          <w:b/>
        </w:rPr>
        <w:t xml:space="preserve">[12:29] </w:t>
      </w:r>
      <w:r>
        <w:t>nahi loti, lekin process ke roop mein woh chalti rahi aur is ki takmeel hui hai woh 1948 mein.</w:t>
      </w:r>
    </w:p>
    <w:p>
      <w:pPr>
        <w:jc w:val="right"/>
      </w:pPr>
      <w:r>
        <w:t>نہیں لوٹی، لیکن پروسیس کے روپ میں وہ چلتی رہی اور اس کی تکمیل ہوئی ہے وہ 1948 میں۔</w:t>
      </w:r>
    </w:p>
    <w:p>
      <w:r>
        <w:rPr>
          <w:b/>
        </w:rPr>
        <w:t xml:space="preserve">[12:36] </w:t>
      </w:r>
      <w:r>
        <w:t>aap jante hain ke 1948 mein United Nations ki taraf se aik aik bohat bara conference hui jis</w:t>
      </w:r>
    </w:p>
    <w:p>
      <w:pPr>
        <w:jc w:val="right"/>
      </w:pPr>
      <w:r>
        <w:t>آپ جانتے ہیں کہ 1948 میں United Nations کی طرف سے ایک ایک بہت بڑا کانفرنس ہوئی جس</w:t>
      </w:r>
    </w:p>
    <w:p>
      <w:r>
        <w:rPr>
          <w:b/>
        </w:rPr>
        <w:t xml:space="preserve">[12:43] </w:t>
      </w:r>
      <w:r>
        <w:t>mein dunya bhar ke tamam mulk shamil hue jo 194 tha.</w:t>
      </w:r>
    </w:p>
    <w:p>
      <w:pPr>
        <w:jc w:val="right"/>
      </w:pPr>
      <w:r>
        <w:t>میں دنیا بھر کے تمام ملک شامل ہوئے جو 194 تھا۔</w:t>
      </w:r>
    </w:p>
    <w:p>
      <w:r>
        <w:rPr>
          <w:b/>
        </w:rPr>
        <w:t xml:space="preserve">[12:50] </w:t>
      </w:r>
      <w:r>
        <w:t>us waqt sare mulk to har mulk ke jo zimmedar log the, unke dastakhat se aik</w:t>
      </w:r>
    </w:p>
    <w:p>
      <w:pPr>
        <w:jc w:val="right"/>
      </w:pPr>
      <w:r>
        <w:t>اس وقت سارے ملک تو ہر ملک کے جو ذمہ دار لوگ تھے، ان کے دستخط سے ایک</w:t>
      </w:r>
    </w:p>
    <w:p>
      <w:r>
        <w:rPr>
          <w:b/>
        </w:rPr>
        <w:t xml:space="preserve">[12:56] </w:t>
      </w:r>
      <w:r>
        <w:t>aik manshoor jari hua jo ke aaya tha "Universal Declaration of Human Rights".</w:t>
      </w:r>
    </w:p>
    <w:p>
      <w:pPr>
        <w:jc w:val="right"/>
      </w:pPr>
      <w:r>
        <w:t>ایک منشور جاری ہوا جو کہ آیا تھا "Universal Declaration of Human Rights"۔</w:t>
      </w:r>
    </w:p>
    <w:p>
      <w:r>
        <w:rPr>
          <w:b/>
        </w:rPr>
        <w:t xml:space="preserve">[13:03] </w:t>
      </w:r>
      <w:r>
        <w:t>is mein sari dunya ke jo jo log power mein the, unke sign se yeh likha gaya</w:t>
      </w:r>
    </w:p>
    <w:p>
      <w:pPr>
        <w:jc w:val="right"/>
      </w:pPr>
      <w:r>
        <w:t>اس میں ساری دنیا کے جو جو لوگ پاور میں تھے، ان کے سائن سے یہ لکھا گیا</w:t>
      </w:r>
    </w:p>
    <w:p>
      <w:r>
        <w:rPr>
          <w:b/>
        </w:rPr>
        <w:t xml:space="preserve">[13:10] </w:t>
      </w:r>
      <w:r>
        <w:t>ke "Human freedom" har insan ka aik absolute right hai, undeniable right hai.</w:t>
      </w:r>
    </w:p>
    <w:p>
      <w:pPr>
        <w:jc w:val="right"/>
      </w:pPr>
      <w:r>
        <w:t>کہ "Human freedom" ہر انسان کا ایک absolute right ہے، undeniable right ہے۔</w:t>
      </w:r>
    </w:p>
    <w:p>
      <w:r>
        <w:rPr>
          <w:b/>
        </w:rPr>
        <w:t xml:space="preserve">[13:17] </w:t>
      </w:r>
      <w:r>
        <w:t>sirf aik hi cheez hai ke is ka haq nahi hai: tashaddud.</w:t>
      </w:r>
    </w:p>
    <w:p>
      <w:pPr>
        <w:jc w:val="right"/>
      </w:pPr>
      <w:r>
        <w:t>صرف ایک ہی چیز ہے کہ اس کا حق نہیں ہے: تشدد۔</w:t>
      </w:r>
    </w:p>
    <w:p>
      <w:r>
        <w:rPr>
          <w:b/>
        </w:rPr>
        <w:t xml:space="preserve">[13:23] </w:t>
      </w:r>
      <w:r>
        <w:t>insan agar tashaddud na kare to aazadi, freedom of expression, har insan ka undeniable right hai.</w:t>
      </w:r>
    </w:p>
    <w:p>
      <w:pPr>
        <w:jc w:val="right"/>
      </w:pPr>
      <w:r>
        <w:t>انسان اگر تشدد نہ کرے تو آزادی، freedom of expression، ہر انسان کا undeniable right ہے۔</w:t>
      </w:r>
    </w:p>
    <w:p>
      <w:r>
        <w:rPr>
          <w:b/>
        </w:rPr>
        <w:t xml:space="preserve">[13:30] </w:t>
      </w:r>
      <w:r>
        <w:t>to Rasool Allah ke zamane mein jo process shuru hua tha, us ki takmeel hui 1948 mein to</w:t>
      </w:r>
    </w:p>
    <w:p>
      <w:pPr>
        <w:jc w:val="right"/>
      </w:pPr>
      <w:r>
        <w:t>تو رسول اللہ کے زمانے میں جو پروسیس شروع ہوا تھا، اس کی تکمیل ہوئی 1948 میں تو</w:t>
      </w:r>
    </w:p>
    <w:p>
      <w:r>
        <w:rPr>
          <w:b/>
        </w:rPr>
        <w:t xml:space="preserve">[13:37] </w:t>
      </w:r>
      <w:r>
        <w:t>pure maano mein fitna khatam ho gaya.</w:t>
      </w:r>
    </w:p>
    <w:p>
      <w:pPr>
        <w:jc w:val="right"/>
      </w:pPr>
      <w:r>
        <w:t>پورے معنوں میں فتنہ ختم ہو گیا۔</w:t>
      </w:r>
    </w:p>
    <w:p>
      <w:r>
        <w:rPr>
          <w:b/>
        </w:rPr>
        <w:t xml:space="preserve">[13:44] </w:t>
      </w:r>
      <w:r>
        <w:t>fitna khatam ho gaya.</w:t>
      </w:r>
    </w:p>
    <w:p>
      <w:pPr>
        <w:jc w:val="right"/>
      </w:pPr>
      <w:r>
        <w:t>فتنہ ختم ہو گیا۔</w:t>
      </w:r>
    </w:p>
    <w:p>
      <w:r>
        <w:rPr>
          <w:b/>
        </w:rPr>
        <w:t xml:space="preserve">[13:50] </w:t>
      </w:r>
      <w:r>
        <w:t>ab ab kya hai surat? ab dunya mein koi bhi shakhs, chahe musalman ho ya doosre log hon,</w:t>
      </w:r>
    </w:p>
    <w:p>
      <w:pPr>
        <w:jc w:val="right"/>
      </w:pPr>
      <w:r>
        <w:t>اب اب کیا ہے صورت؟ اب دنیا میں کوئی بھی شخص، چاہے مسلمان ہو یا دوسرے لوگ ہوں،</w:t>
      </w:r>
    </w:p>
    <w:p>
      <w:r>
        <w:rPr>
          <w:b/>
        </w:rPr>
        <w:t xml:space="preserve">[13:57] </w:t>
      </w:r>
      <w:r>
        <w:t>kisi ka mazhab, mazhabi mission ho ya kisi ka solar mission ho, sab ko poori poori azadi hai,</w:t>
      </w:r>
    </w:p>
    <w:p>
      <w:pPr>
        <w:jc w:val="right"/>
      </w:pPr>
      <w:r>
        <w:t>کسی کا مذہب، مذہبی مشن ہو یا کسی کا سولر مشن ہو، سب کو پوری پوری آزادی ہے،</w:t>
      </w:r>
    </w:p>
    <w:p>
      <w:r>
        <w:rPr>
          <w:b/>
        </w:rPr>
        <w:t xml:space="preserve">[14:04] </w:t>
      </w:r>
      <w:r>
        <w:t>poori azadi hai ke woh sirf ek cheez se bache: violence.</w:t>
      </w:r>
    </w:p>
    <w:p>
      <w:pPr>
        <w:jc w:val="right"/>
      </w:pPr>
      <w:r>
        <w:t>پوری آزادی ہے کہ وہ صرف ایک چیز سے بچے: violence۔</w:t>
      </w:r>
    </w:p>
    <w:p>
      <w:r>
        <w:rPr>
          <w:b/>
        </w:rPr>
        <w:t xml:space="preserve">[14:11] </w:t>
      </w:r>
      <w:r>
        <w:t>to sab kuch kar sakta hai woh, jis mazhab ko chahe maane, jis mazhab ko chahe is par</w:t>
      </w:r>
    </w:p>
    <w:p>
      <w:pPr>
        <w:jc w:val="right"/>
      </w:pPr>
      <w:r>
        <w:t>تو سب کچھ کر سکتا ہے وہ، جس مذہب کو چاہے مانے، جس مذہب کو چاہے اس پر</w:t>
      </w:r>
    </w:p>
    <w:p>
      <w:r>
        <w:rPr>
          <w:b/>
        </w:rPr>
        <w:t xml:space="preserve">[14:17] </w:t>
      </w:r>
      <w:r>
        <w:t>institution banaye, jis mazhab ko chahe propagate kare, kuch bhi kare.</w:t>
      </w:r>
    </w:p>
    <w:p>
      <w:pPr>
        <w:jc w:val="right"/>
      </w:pPr>
      <w:r>
        <w:t>institution بنائے، جس مذہب کو چاہے پروپیگیٹ کرے، کچھ بھی کرے۔</w:t>
      </w:r>
    </w:p>
    <w:p>
      <w:r>
        <w:rPr>
          <w:b/>
        </w:rPr>
        <w:t xml:space="preserve">[14:24] </w:t>
      </w:r>
      <w:r>
        <w:t>azadi mukammal azadi hai.</w:t>
      </w:r>
    </w:p>
    <w:p>
      <w:pPr>
        <w:jc w:val="right"/>
      </w:pPr>
      <w:r>
        <w:t>آزادی مکمل آزادی ہے۔</w:t>
      </w:r>
    </w:p>
    <w:p>
      <w:r>
        <w:rPr>
          <w:b/>
        </w:rPr>
        <w:t xml:space="preserve">[14:31] </w:t>
      </w:r>
      <w:r>
        <w:t>to is ayat mein asal mein yahi cheez maqsood thi.</w:t>
      </w:r>
    </w:p>
    <w:p>
      <w:pPr>
        <w:jc w:val="right"/>
      </w:pPr>
      <w:r>
        <w:t>تو اس آیت میں اصل میں یہی چیز مقصود تھی۔</w:t>
      </w:r>
    </w:p>
    <w:p>
      <w:r>
        <w:rPr>
          <w:b/>
        </w:rPr>
        <w:t xml:space="preserve">[14:38] </w:t>
      </w:r>
      <w:r>
        <w:t>lekin dekhiye, yeh sirf mazhab ka aalim nahi tha, yeh yeh bohat hi comprehensive sense mein tha.</w:t>
      </w:r>
    </w:p>
    <w:p>
      <w:pPr>
        <w:jc w:val="right"/>
      </w:pPr>
      <w:r>
        <w:t>لیکن دیکھئے، یہ صرف مذہب کا عالم نہیں تھا، یہ یہ بہت ہی comprehensive sense میں تھا۔</w:t>
      </w:r>
    </w:p>
    <w:p>
      <w:r>
        <w:rPr>
          <w:b/>
        </w:rPr>
        <w:t xml:space="preserve">[14:44] </w:t>
      </w:r>
      <w:r>
        <w:t>fitna ka lafz, yeh censorship ko khatam karna aur azadi ko lana dunya mein, yeh sirf mazhab ke</w:t>
      </w:r>
    </w:p>
    <w:p>
      <w:pPr>
        <w:jc w:val="right"/>
      </w:pPr>
      <w:r>
        <w:t>فتنہ کا لفظ، یہ سنسرشپ کو ختم کرنا اور آزادی کو لانا دنیا میں، یہ صرف مذہب کے</w:t>
      </w:r>
    </w:p>
    <w:p>
      <w:r>
        <w:rPr>
          <w:b/>
        </w:rPr>
        <w:t xml:space="preserve">[14:51] </w:t>
      </w:r>
      <w:r>
        <w:t>liye nahi matloob tha, ek aur cheez ke liye matloob tha, woh hai nature ko explore karna.</w:t>
      </w:r>
    </w:p>
    <w:p>
      <w:pPr>
        <w:jc w:val="right"/>
      </w:pPr>
      <w:r>
        <w:t>لیے نہیں مطلوب تھا، ایک اور چیز کے لیے مطلوب تھا، وہ ہے nature کو explore کرنا۔</w:t>
      </w:r>
    </w:p>
    <w:p>
      <w:r>
        <w:rPr>
          <w:b/>
        </w:rPr>
        <w:t xml:space="preserve">[14:58] </w:t>
      </w:r>
      <w:r>
        <w:t>quran se maloom hota hai ke Allah taala ne insaan ke liye jo cheezein paida ki hain, to</w:t>
      </w:r>
    </w:p>
    <w:p>
      <w:pPr>
        <w:jc w:val="right"/>
      </w:pPr>
      <w:r>
        <w:t>قرآن سے معلوم ہوتا ہے کہ اللہ تعالیٰ نے انسان کے لیے جو چیزیں پیدا کی ہیں، تو</w:t>
      </w:r>
    </w:p>
    <w:p>
      <w:r>
        <w:rPr>
          <w:b/>
        </w:rPr>
        <w:t xml:space="preserve">[15:05] </w:t>
      </w:r>
      <w:r>
        <w:t>do tareeqe se paida ki hain.</w:t>
      </w:r>
    </w:p>
    <w:p>
      <w:pPr>
        <w:jc w:val="right"/>
      </w:pPr>
      <w:r>
        <w:t>دو طریقے سے پیدا کی ہیں۔</w:t>
      </w:r>
    </w:p>
    <w:p>
      <w:r>
        <w:rPr>
          <w:b/>
        </w:rPr>
        <w:t xml:space="preserve">[15:11] </w:t>
      </w:r>
      <w:r>
        <w:t>ek yeh hai ke yaani by nature hi sab kuch de diya, jaise ghoda aap ko mile ghoday</w:t>
      </w:r>
    </w:p>
    <w:p>
      <w:pPr>
        <w:jc w:val="right"/>
      </w:pPr>
      <w:r>
        <w:t>ایک یہ ہے کہ یعنی by nature ہی سب کچھ دے دیا، جیسے گھوڑا آپ کو ملے گھوڑے</w:t>
      </w:r>
    </w:p>
    <w:p>
      <w:r>
        <w:rPr>
          <w:b/>
        </w:rPr>
        <w:t xml:space="preserve">[15:18] </w:t>
      </w:r>
      <w:r>
        <w:t>ki shakal mein.</w:t>
      </w:r>
    </w:p>
    <w:p>
      <w:pPr>
        <w:jc w:val="right"/>
      </w:pPr>
      <w:r>
        <w:t>کی شکل میں۔</w:t>
      </w:r>
    </w:p>
    <w:p>
      <w:r>
        <w:rPr>
          <w:b/>
        </w:rPr>
        <w:t xml:space="preserve">[15:25] </w:t>
      </w:r>
      <w:r>
        <w:t>yaani ghoda bana bana ek sawar hai, woh aap ko mil gaya pehle din se.</w:t>
      </w:r>
    </w:p>
    <w:p>
      <w:pPr>
        <w:jc w:val="right"/>
      </w:pPr>
      <w:r>
        <w:t>یعنی گھوڑا بنا بنا ایک سوار ہے، وہ آپ کو مل گیا پہلے دن سے۔</w:t>
      </w:r>
    </w:p>
    <w:p>
      <w:r>
        <w:rPr>
          <w:b/>
        </w:rPr>
        <w:t xml:space="preserve">[15:32] </w:t>
      </w:r>
      <w:r>
        <w:t>soil pehle din se mil gayi, is mein aap ghalla boiye, is mein ghalla paida hoga.</w:t>
      </w:r>
    </w:p>
    <w:p>
      <w:pPr>
        <w:jc w:val="right"/>
      </w:pPr>
      <w:r>
        <w:t>Soil پہلے دن سے مل گئی، اس میں آپ غلہ بوئیے، اس میں غلہ پیدا ہوگا۔</w:t>
      </w:r>
    </w:p>
    <w:p>
      <w:r>
        <w:rPr>
          <w:b/>
        </w:rPr>
        <w:t xml:space="preserve">[15:38] </w:t>
      </w:r>
      <w:r>
        <w:t>to jo ek cheez hai ke aaj is qism ki jo nature hi se aap ko de di</w:t>
      </w:r>
    </w:p>
    <w:p>
      <w:pPr>
        <w:jc w:val="right"/>
      </w:pPr>
      <w:r>
        <w:t>تو جو ایک چیز ہے کہ آج اس قسم کی جو nature ہی سے آپ کو دے دی</w:t>
      </w:r>
    </w:p>
    <w:p>
      <w:r>
        <w:rPr>
          <w:b/>
        </w:rPr>
        <w:t xml:space="preserve">[15:45] </w:t>
      </w:r>
      <w:r>
        <w:t>gayi hai, awwal din hi se.</w:t>
      </w:r>
    </w:p>
    <w:p>
      <w:pPr>
        <w:jc w:val="right"/>
      </w:pPr>
      <w:r>
        <w:t>گئی ہے، اول دن ہی سے۔</w:t>
      </w:r>
    </w:p>
    <w:p>
      <w:r>
        <w:rPr>
          <w:b/>
        </w:rPr>
        <w:t xml:space="preserve">[15:52] </w:t>
      </w:r>
      <w:r>
        <w:t>doosri cheez hai jo bashar ki technology hai, di gayi technology.</w:t>
      </w:r>
    </w:p>
    <w:p>
      <w:pPr>
        <w:jc w:val="right"/>
      </w:pPr>
      <w:r>
        <w:t>دوسری چیز ہے جو بشر کی ٹیکنالوجی ہے، دی گئی ٹیکنالوجی۔</w:t>
      </w:r>
    </w:p>
    <w:p>
      <w:r>
        <w:rPr>
          <w:b/>
        </w:rPr>
        <w:t xml:space="preserve">[15:59] </w:t>
      </w:r>
      <w:r>
        <w:t>to technology jo hai, goya hidden form mein thi aur woh thi potential ke taur par ke dunya</w:t>
      </w:r>
    </w:p>
    <w:p>
      <w:pPr>
        <w:jc w:val="right"/>
      </w:pPr>
      <w:r>
        <w:t>تو ٹیکنالوجی جو ہے، گویا hidden form میں تھی اور وہ تھی potential کے طور پر کہ دنیا</w:t>
      </w:r>
    </w:p>
    <w:p>
      <w:r>
        <w:rPr>
          <w:b/>
        </w:rPr>
        <w:t xml:space="preserve">[16:05] </w:t>
      </w:r>
      <w:r>
        <w:t>mein yeh jo nature jis ko hum kehte hain, nature ka lafz aaj kal science mein bohat hi</w:t>
      </w:r>
    </w:p>
    <w:p>
      <w:pPr>
        <w:jc w:val="right"/>
      </w:pPr>
      <w:r>
        <w:t>میں یہ جو nature جس کو ہم کہتے ہیں، nature کا لفظ آج کل سائنس میں بہت ہی</w:t>
      </w:r>
    </w:p>
    <w:p>
      <w:r>
        <w:rPr>
          <w:b/>
        </w:rPr>
        <w:t xml:space="preserve">[16:12] </w:t>
      </w:r>
      <w:r>
        <w:t>wasee maani mein bola jata hai.</w:t>
      </w:r>
    </w:p>
    <w:p>
      <w:pPr>
        <w:jc w:val="right"/>
      </w:pPr>
      <w:r>
        <w:t>وسیع معنی میں بولا جاتا ہے۔</w:t>
      </w:r>
    </w:p>
    <w:p>
      <w:r>
        <w:rPr>
          <w:b/>
        </w:rPr>
        <w:t xml:space="preserve">[16:19] </w:t>
      </w:r>
      <w:r>
        <w:t>yeh sab kuch jo hai, material world, is ko nature kehte hain.</w:t>
      </w:r>
    </w:p>
    <w:p>
      <w:pPr>
        <w:jc w:val="right"/>
      </w:pPr>
      <w:r>
        <w:t>یہ سب کچھ جو ہے، material world، اس کو nature کہتے ہیں۔</w:t>
      </w:r>
    </w:p>
    <w:p>
      <w:r>
        <w:rPr>
          <w:b/>
        </w:rPr>
        <w:t xml:space="preserve">[16:26] </w:t>
      </w:r>
      <w:r>
        <w:t>to sab kuch is mein hidden form mein tha, potential ke taur par tha, chahe woh steam ship</w:t>
      </w:r>
    </w:p>
    <w:p>
      <w:pPr>
        <w:jc w:val="right"/>
      </w:pPr>
      <w:r>
        <w:t>تو سب کچھ اس میں hidden form میں تھا، potential کے طور پر تھا، چاہے وہ steam ship</w:t>
      </w:r>
    </w:p>
    <w:p>
      <w:r>
        <w:rPr>
          <w:b/>
        </w:rPr>
        <w:t xml:space="preserve">[16:32] </w:t>
      </w:r>
      <w:r>
        <w:t>ho ya car ho ya hawa jahaz ho ya communication ho, computer ho.</w:t>
      </w:r>
    </w:p>
    <w:p>
      <w:pPr>
        <w:jc w:val="right"/>
      </w:pPr>
      <w:r>
        <w:t>ہو یا کار ہو یا ہوا جہاز ہو یا communication ہو، کمپیوٹر ہو۔</w:t>
      </w:r>
    </w:p>
    <w:p>
      <w:r>
        <w:rPr>
          <w:b/>
        </w:rPr>
        <w:t xml:space="preserve">[16:39] </w:t>
      </w:r>
      <w:r>
        <w:t>jo cheezen hum sari industry, poori poori industry jo hai, nature mein maujood thi, hidden form mein, to</w:t>
      </w:r>
    </w:p>
    <w:p>
      <w:pPr>
        <w:jc w:val="right"/>
      </w:pPr>
      <w:r>
        <w:t>جو چیزیں ہم ساری industry، پوری پوری industry جو ہے، nature میں موجود تھی، hidden form میں، تو</w:t>
      </w:r>
    </w:p>
    <w:p>
      <w:r>
        <w:rPr>
          <w:b/>
        </w:rPr>
        <w:t xml:space="preserve">[16:46] </w:t>
      </w:r>
      <w:r>
        <w:t>is ko is ko explore karna tha, is ko istemal mein, istemal ke qabil banana tha.</w:t>
      </w:r>
    </w:p>
    <w:p>
      <w:pPr>
        <w:jc w:val="right"/>
      </w:pPr>
      <w:r>
        <w:t>اس کو اس کو explore کرنا تھا، اس کو استعمال میں، استعمال کے قابل بنانا تھا۔</w:t>
      </w:r>
    </w:p>
    <w:p>
      <w:r>
        <w:rPr>
          <w:b/>
        </w:rPr>
        <w:t xml:space="preserve">[16:53] </w:t>
      </w:r>
      <w:r>
        <w:t>lekin jo censorship tha, us ki wajah se explore nahi ho raha tha kyunke qadeem zamane mein badshahat</w:t>
      </w:r>
    </w:p>
    <w:p>
      <w:pPr>
        <w:jc w:val="right"/>
      </w:pPr>
      <w:r>
        <w:t>لیکن جو سنسرشپ تھا، اس کی وجہ سے explore نہیں ہو رہا تھا کیونکہ قدیم زمانے میں بادشاہت</w:t>
      </w:r>
    </w:p>
    <w:p>
      <w:r>
        <w:rPr>
          <w:b/>
        </w:rPr>
        <w:t xml:space="preserve">[16:59] </w:t>
      </w:r>
      <w:r>
        <w:t>ka daur hua karta tha.</w:t>
      </w:r>
    </w:p>
    <w:p>
      <w:pPr>
        <w:jc w:val="right"/>
      </w:pPr>
      <w:r>
        <w:t>کا دور ہوا کرتا تھا۔</w:t>
      </w:r>
    </w:p>
    <w:p>
      <w:r>
        <w:rPr>
          <w:b/>
        </w:rPr>
        <w:t xml:space="preserve">[17:06] </w:t>
      </w:r>
      <w:r>
        <w:t>badshah log chahte the ke un ki saltanat mein koi nai cheez na paida ho kyunke woh samajhte</w:t>
      </w:r>
    </w:p>
    <w:p>
      <w:pPr>
        <w:jc w:val="right"/>
      </w:pPr>
      <w:r>
        <w:t>بادشاہ لوگ چاہتے تھے کہ ان کی سلطنت میں کوئی نئی چیز نہ پیدا ہو کیونکہ وہ سمجھتے</w:t>
      </w:r>
    </w:p>
    <w:p>
      <w:r>
        <w:rPr>
          <w:b/>
        </w:rPr>
        <w:t xml:space="preserve">[17:13] </w:t>
      </w:r>
      <w:r>
        <w:t>the ke baghavat hogi, revolt ho jayega.</w:t>
      </w:r>
    </w:p>
    <w:p>
      <w:pPr>
        <w:jc w:val="right"/>
      </w:pPr>
      <w:r>
        <w:t>تھے کہ بغاوت ہوگی، revolt ہو جائے گا۔</w:t>
      </w:r>
    </w:p>
    <w:p>
      <w:r>
        <w:rPr>
          <w:b/>
        </w:rPr>
        <w:t xml:space="preserve">[17:20] </w:t>
      </w:r>
      <w:r>
        <w:t>to unhon ne unhon ne insan ki sochne par pabandi laga di thi.</w:t>
      </w:r>
    </w:p>
    <w:p>
      <w:pPr>
        <w:jc w:val="right"/>
      </w:pPr>
      <w:r>
        <w:t>تو انہوں نے انہوں نے انسان کی سوچنے پر پابندی لگا دی تھی۔</w:t>
      </w:r>
    </w:p>
    <w:p>
      <w:r>
        <w:rPr>
          <w:b/>
        </w:rPr>
        <w:t xml:space="preserve">[17:26] </w:t>
      </w:r>
      <w:r>
        <w:t>misalan ek waqia mujhe yaad aata hai ke roomi faujen dakhil huin jab younan mein, greece mein, to</w:t>
      </w:r>
    </w:p>
    <w:p>
      <w:pPr>
        <w:jc w:val="right"/>
      </w:pPr>
      <w:r>
        <w:t>مثلاً ایک واقعہ مجھے یاد آتا ہے کہ رومی فوجیں داخل ہوئیں جب یونان میں، گریس میں، تو</w:t>
      </w:r>
    </w:p>
    <w:p>
      <w:r>
        <w:rPr>
          <w:b/>
        </w:rPr>
        <w:t xml:space="preserve">[17:33] </w:t>
      </w:r>
      <w:r>
        <w:t>wahan athens ke bahar ek ek falsafi baitha hua tha maidan mein aur maidan mein baith kar ke</w:t>
      </w:r>
    </w:p>
    <w:p>
      <w:pPr>
        <w:jc w:val="right"/>
      </w:pPr>
      <w:r>
        <w:t>وہاں ایتھنز کے باہر ایک ایک فلسفی بیٹھا ہوا تھا میدان میں اور میدان میں بیٹھ کر کے</w:t>
      </w:r>
    </w:p>
    <w:p>
      <w:r>
        <w:rPr>
          <w:b/>
        </w:rPr>
        <w:t xml:space="preserve">[17:40] </w:t>
      </w:r>
      <w:r>
        <w:t>wo kuch zameen par kuch likh raha tha, nishan kar raha tha.</w:t>
      </w:r>
    </w:p>
    <w:p>
      <w:pPr>
        <w:jc w:val="right"/>
      </w:pPr>
      <w:r>
        <w:t>وہ کچھ زمین پر کچھ لکھ رہا تھا، نشان کر رہا تھا۔</w:t>
      </w:r>
    </w:p>
    <w:p>
      <w:r>
        <w:rPr>
          <w:b/>
        </w:rPr>
        <w:t xml:space="preserve">[17:47] </w:t>
      </w:r>
      <w:r>
        <w:t>to roman faujon ne us ko us ko talwar se gardan maar di.</w:t>
      </w:r>
    </w:p>
    <w:p>
      <w:pPr>
        <w:jc w:val="right"/>
      </w:pPr>
      <w:r>
        <w:t>تو رومن فوجوں نے اس کو اس کو تلوار سے گردن مار دی۔</w:t>
      </w:r>
    </w:p>
    <w:p>
      <w:r>
        <w:rPr>
          <w:b/>
        </w:rPr>
        <w:t xml:space="preserve">[17:53] </w:t>
      </w:r>
      <w:r>
        <w:t>uski unhon ne samjha ke yeh koi nai cheez paida kar raha hai.</w:t>
      </w:r>
    </w:p>
    <w:p>
      <w:pPr>
        <w:jc w:val="right"/>
      </w:pPr>
      <w:r>
        <w:t>اس کی انہوں نے سمجھا کہ یہ کوئی نئی چیز پیدا کر رہا ہے۔</w:t>
      </w:r>
    </w:p>
    <w:p>
      <w:r>
        <w:rPr>
          <w:b/>
        </w:rPr>
        <w:t xml:space="preserve">[18:00] </w:t>
      </w:r>
      <w:r>
        <w:t>to badshah log jadat ke dushman the kyunke har jadat ko woh samajhte the ke hamare khilaf koi</w:t>
      </w:r>
    </w:p>
    <w:p>
      <w:pPr>
        <w:jc w:val="right"/>
      </w:pPr>
      <w:r>
        <w:t>تو بادشاہ لوگ جدت کے دشمن تھے کیونکہ ہر جدت کو وہ سمجھتے تھے کہ ہمارے خلاف کوئی</w:t>
      </w:r>
    </w:p>
    <w:p>
      <w:r>
        <w:rPr>
          <w:b/>
        </w:rPr>
        <w:t xml:space="preserve">[18:07] </w:t>
      </w:r>
      <w:r>
        <w:t>na ho jaye, hamare khilaf koi na ho jaye, baghavat na ho jaye, revolt na ho jaye.</w:t>
      </w:r>
    </w:p>
    <w:p>
      <w:pPr>
        <w:jc w:val="right"/>
      </w:pPr>
      <w:r>
        <w:t>نہ ہو جائے، ہمارے خلاف کوئی نہ ہو جائے، بغاوت نہ ہو جائے، revolt نہ ہو جائے۔</w:t>
      </w:r>
    </w:p>
    <w:p>
      <w:r>
        <w:rPr>
          <w:b/>
        </w:rPr>
        <w:t xml:space="preserve">[18:14] </w:t>
      </w:r>
      <w:r>
        <w:t>to hazaron saal tak is ki wajah se soch par pabandi lagi hui thi aur spiritual inquiry jo</w:t>
      </w:r>
    </w:p>
    <w:p>
      <w:pPr>
        <w:jc w:val="right"/>
      </w:pPr>
      <w:r>
        <w:t>تو ہزاروں سال تک اس کی وجہ سے سوچ پر پابندی لگی ہوئی تھی اور spiritual inquiry جو</w:t>
      </w:r>
    </w:p>
    <w:p>
      <w:r>
        <w:rPr>
          <w:b/>
        </w:rPr>
        <w:t xml:space="preserve">[18:20] </w:t>
      </w:r>
      <w:r>
        <w:t>hai, dead padi hui thi.</w:t>
      </w:r>
    </w:p>
    <w:p>
      <w:pPr>
        <w:jc w:val="right"/>
      </w:pPr>
      <w:r>
        <w:t>ہے، dead پڑی ہوئی تھی۔</w:t>
      </w:r>
    </w:p>
    <w:p>
      <w:r>
        <w:rPr>
          <w:b/>
        </w:rPr>
        <w:t xml:space="preserve">[18:27] </w:t>
      </w:r>
      <w:r>
        <w:t>Spiritual inquiry jo hai, woh jaan hai scientific daryaft ki gayi aur spiritual inquiry ke dushman hote the badshah log.</w:t>
      </w:r>
    </w:p>
    <w:p>
      <w:pPr>
        <w:jc w:val="right"/>
      </w:pPr>
      <w:r>
        <w:t>Spiritual inquiry جو ہے، وہ جان ہے سائنسی دریافت کی گئی اور spiritual inquiry کے دشمن ہوتے تھے بادشاہ لوگ۔</w:t>
      </w:r>
    </w:p>
    <w:p>
      <w:r>
        <w:rPr>
          <w:b/>
        </w:rPr>
        <w:t xml:space="preserve">[18:34] </w:t>
      </w:r>
      <w:r>
        <w:t>badshah log samajhte the ke chup chap aadmi khaye kamaye bas.</w:t>
      </w:r>
    </w:p>
    <w:p>
      <w:pPr>
        <w:jc w:val="right"/>
      </w:pPr>
      <w:r>
        <w:t>بادشاہ لوگ سمجھتے تھے کہ چپ چاپ آدمی کھائے کمائے بس۔</w:t>
      </w:r>
    </w:p>
    <w:p>
      <w:r>
        <w:rPr>
          <w:b/>
        </w:rPr>
        <w:t xml:space="preserve">[18:41] </w:t>
      </w:r>
      <w:r>
        <w:t>to spiritual inquiry ke dushman the badshah log aur isi par unhon ne apni badshahat qaim kar rakhi</w:t>
      </w:r>
    </w:p>
    <w:p>
      <w:pPr>
        <w:jc w:val="right"/>
      </w:pPr>
      <w:r>
        <w:t>تو spiritual inquiry کے دشمن تھے بادشاہ لوگ اور اسی پر انہوں نے اپنی بادشاہت قائم کر رکھی</w:t>
      </w:r>
    </w:p>
    <w:p>
      <w:r>
        <w:rPr>
          <w:b/>
        </w:rPr>
        <w:t xml:space="preserve">[18:47] </w:t>
      </w:r>
      <w:r>
        <w:t>thi ke koi aadmi azadi ke sath na soche.</w:t>
      </w:r>
    </w:p>
    <w:p>
      <w:pPr>
        <w:jc w:val="right"/>
      </w:pPr>
      <w:r>
        <w:t>تھی کہ کوئی آدمی آزادی کے ساتھ نہ سوچے۔</w:t>
      </w:r>
    </w:p>
    <w:p>
      <w:r>
        <w:rPr>
          <w:b/>
        </w:rPr>
        <w:t xml:space="preserve">[18:54] </w:t>
      </w:r>
      <w:r>
        <w:t>yani freedom expression jo tha, un ko bilkul pasand nahi karte the woh.</w:t>
      </w:r>
    </w:p>
    <w:p>
      <w:pPr>
        <w:jc w:val="right"/>
      </w:pPr>
      <w:r>
        <w:t>یعنی freedom expression جو تھا، ان کو بالکل پسند نہیں کرتے تھے وہ۔</w:t>
      </w:r>
    </w:p>
    <w:p>
      <w:r>
        <w:rPr>
          <w:b/>
        </w:rPr>
        <w:t xml:space="preserve">[19:01] </w:t>
      </w:r>
      <w:r>
        <w:t>to fitna se murad yahi hai, is mein mazhab bhi shamil hai.</w:t>
      </w:r>
    </w:p>
    <w:p>
      <w:pPr>
        <w:jc w:val="right"/>
      </w:pPr>
      <w:r>
        <w:t>تو فتنہ سے مراد یہی ہے، اس میں مذہب بھی شامل ہے۔</w:t>
      </w:r>
    </w:p>
    <w:p>
      <w:r>
        <w:rPr>
          <w:b/>
        </w:rPr>
        <w:t xml:space="preserve">[19:08] </w:t>
      </w:r>
      <w:r>
        <w:t>fitna se murad yeh hai censorship, yani yani intellectual ban, soch par pabandi.</w:t>
      </w:r>
    </w:p>
    <w:p>
      <w:pPr>
        <w:jc w:val="right"/>
      </w:pPr>
      <w:r>
        <w:t>فتنہ سے مراد یہ ہے سنسرشپ، یعنی یعنی intellectual ban، سوچ پر پابندی۔</w:t>
      </w:r>
    </w:p>
    <w:p>
      <w:r>
        <w:rPr>
          <w:b/>
        </w:rPr>
        <w:t xml:space="preserve">[19:14] </w:t>
      </w:r>
      <w:r>
        <w:t>is ko khatam karo taake insan azad ho jaye, mazhab ke mani mein azad ho jaye aur har</w:t>
      </w:r>
    </w:p>
    <w:p>
      <w:pPr>
        <w:jc w:val="right"/>
      </w:pPr>
      <w:r>
        <w:t>اس کو ختم کرو تاکہ انسان آزاد ہو جائے، مذہب کے معنی میں آزاد ہو جائے اور ہر</w:t>
      </w:r>
    </w:p>
    <w:p>
      <w:r>
        <w:rPr>
          <w:b/>
        </w:rPr>
        <w:t xml:space="preserve">[19:21] </w:t>
      </w:r>
      <w:r>
        <w:t>mamle mein azad ho jaye.</w:t>
      </w:r>
    </w:p>
    <w:p>
      <w:pPr>
        <w:jc w:val="right"/>
      </w:pPr>
      <w:r>
        <w:t>معاملے میں آزاد ہو جائے۔</w:t>
      </w:r>
    </w:p>
    <w:p>
      <w:r>
        <w:rPr>
          <w:b/>
        </w:rPr>
        <w:t xml:space="preserve">[19:28] </w:t>
      </w:r>
      <w:r>
        <w:t>mazhab ke mani mein azaad ho jaye, mazhab ki jo activities hain, woh jari houn.</w:t>
      </w:r>
    </w:p>
    <w:p>
      <w:pPr>
        <w:jc w:val="right"/>
      </w:pPr>
      <w:r>
        <w:t>مذہب کے معنی میں آزاد ہو جائے، مذہب کی جو activities ہیں، وہ جاری ہوں۔</w:t>
      </w:r>
    </w:p>
    <w:p>
      <w:r>
        <w:rPr>
          <w:b/>
        </w:rPr>
        <w:t xml:space="preserve">[19:35] </w:t>
      </w:r>
      <w:r>
        <w:t>yani violence ko chhod kar ke jo activities hain, yani dawat ka kaam ho, tabligh ka kaam ho,</w:t>
      </w:r>
    </w:p>
    <w:p>
      <w:pPr>
        <w:jc w:val="right"/>
      </w:pPr>
      <w:r>
        <w:t>یعنی violence کو چھوڑ کر کے جو activities ہیں، یعنی دعوت کا کام ہو، تبلیغ کا کام ہو،</w:t>
      </w:r>
    </w:p>
    <w:p>
      <w:r>
        <w:rPr>
          <w:b/>
        </w:rPr>
        <w:t xml:space="preserve">[19:41] </w:t>
      </w:r>
      <w:r>
        <w:t>taleem ka kaam ho, azaadi ke sath discussion ho, azaadi ke sath.</w:t>
      </w:r>
    </w:p>
    <w:p>
      <w:pPr>
        <w:jc w:val="right"/>
      </w:pPr>
      <w:r>
        <w:t>تعلیم کا کام ہو، آزادی کے ساتھ discussion ہو، آزادی کے ساتھ۔</w:t>
      </w:r>
    </w:p>
    <w:p>
      <w:r>
        <w:rPr>
          <w:b/>
        </w:rPr>
        <w:t xml:space="preserve">[19:48] </w:t>
      </w:r>
      <w:r>
        <w:t>to mazhab ke daira mein poori azaadi insan ko hasil ho jaye.</w:t>
      </w:r>
    </w:p>
    <w:p>
      <w:pPr>
        <w:jc w:val="right"/>
      </w:pPr>
      <w:r>
        <w:t>تو مذہب کے دائرے میں پوری آزادی انسان کو حاصل ہو جائے۔</w:t>
      </w:r>
    </w:p>
    <w:p>
      <w:r>
        <w:rPr>
          <w:b/>
        </w:rPr>
        <w:t xml:space="preserve">[19:55] </w:t>
      </w:r>
      <w:r>
        <w:t>aur doosri cheez woh main ne kahi ke sochne ki azaadi, jis se insan nature ko discover kare</w:t>
      </w:r>
    </w:p>
    <w:p>
      <w:pPr>
        <w:jc w:val="right"/>
      </w:pPr>
      <w:r>
        <w:t>اور دوسری چیز وہ میں نے کہی کہ سوچنے کی آزادی، جس سے انسان nature کو discover کرے</w:t>
      </w:r>
    </w:p>
    <w:p>
      <w:r>
        <w:rPr>
          <w:b/>
        </w:rPr>
        <w:t xml:space="preserve">[20:02] </w:t>
      </w:r>
      <w:r>
        <w:t>kyunke wahan par cheezein hidden form mein theen.</w:t>
      </w:r>
    </w:p>
    <w:p>
      <w:pPr>
        <w:jc w:val="right"/>
      </w:pPr>
      <w:r>
        <w:t>کیونکہ وہاں پر چیزیں hidden form میں تھیں۔</w:t>
      </w:r>
    </w:p>
    <w:p>
      <w:r>
        <w:rPr>
          <w:b/>
        </w:rPr>
        <w:t xml:space="preserve">[20:08] </w:t>
      </w:r>
      <w:r>
        <w:t>to baghair soche hue, discuss kiye hue, experiment kiye hue kuch nahi ho sakta tha.</w:t>
      </w:r>
    </w:p>
    <w:p>
      <w:pPr>
        <w:jc w:val="right"/>
      </w:pPr>
      <w:r>
        <w:t>تو بغیر سوچے ہوئے، discuss کیے ہوئے، experiment کیے ہوئے کچھ نہیں ہو سکتا تھا۔</w:t>
      </w:r>
    </w:p>
    <w:p>
      <w:r>
        <w:rPr>
          <w:b/>
        </w:rPr>
        <w:t xml:space="preserve">[20:15] </w:t>
      </w:r>
      <w:r>
        <w:t>jaise main ek misaal deta hoon ke hamesha se insan yeh dekhta tha ke hardy mein kuch pakata hai woh.</w:t>
      </w:r>
    </w:p>
    <w:p>
      <w:pPr>
        <w:jc w:val="right"/>
      </w:pPr>
      <w:r>
        <w:t>جیسے میں ایک مثال دیتا ہوں کہ ہمیشہ سے انسان یہ دیکھتا تھا کہ ہارڈی میں کچھ پکاتا ہے وہ۔</w:t>
      </w:r>
    </w:p>
    <w:p>
      <w:r>
        <w:rPr>
          <w:b/>
        </w:rPr>
        <w:t xml:space="preserve">[20:22] </w:t>
      </w:r>
      <w:r>
        <w:t>to jab woh zyada, yani zyada temperature, zyada so degrees zyada ho jata hai to hardy ke oopar</w:t>
      </w:r>
    </w:p>
    <w:p>
      <w:pPr>
        <w:jc w:val="right"/>
      </w:pPr>
      <w:r>
        <w:t>تو جب وہ زیادہ، یعنی زیادہ temperature، زیادہ سو degrees زیادہ ہو جاتا ہے تو ہارڈی کے اوپر</w:t>
      </w:r>
    </w:p>
    <w:p>
      <w:r>
        <w:rPr>
          <w:b/>
        </w:rPr>
        <w:t xml:space="preserve">[20:29] </w:t>
      </w:r>
      <w:r>
        <w:t>jo dhakan hai, uth jata hai woh bhap ke zor se.</w:t>
      </w:r>
    </w:p>
    <w:p>
      <w:pPr>
        <w:jc w:val="right"/>
      </w:pPr>
      <w:r>
        <w:t>جو ڈھکن ہے، اٹھ جاتا ہے وہ بھاپ کے زور سے۔</w:t>
      </w:r>
    </w:p>
    <w:p>
      <w:r>
        <w:rPr>
          <w:b/>
        </w:rPr>
        <w:t xml:space="preserve">[20:35] </w:t>
      </w:r>
      <w:r>
        <w:t>hamesha dekhta tha aadmi lekin pichhle zamane mein soch ki jab azaadi nahi thi to kisi ne socha</w:t>
      </w:r>
    </w:p>
    <w:p>
      <w:pPr>
        <w:jc w:val="right"/>
      </w:pPr>
      <w:r>
        <w:t>ہمیشہ دیکھتا تھا آدمی لیکن پچھلے زمانے میں سوچ کی جب آزادی نہیں تھی تو کسی نے سوچا</w:t>
      </w:r>
    </w:p>
    <w:p>
      <w:r>
        <w:rPr>
          <w:b/>
        </w:rPr>
        <w:t xml:space="preserve">[20:42] </w:t>
      </w:r>
      <w:r>
        <w:t>hi nahi ke is par woh spiritual inquiry wahan jaagi nahi.</w:t>
      </w:r>
    </w:p>
    <w:p>
      <w:pPr>
        <w:jc w:val="right"/>
      </w:pPr>
      <w:r>
        <w:t>ہی نہیں کہ اس پر وہ spiritual inquiry وہاں جاگی نہیں۔</w:t>
      </w:r>
    </w:p>
    <w:p>
      <w:r>
        <w:rPr>
          <w:b/>
        </w:rPr>
        <w:t xml:space="preserve">[20:49] </w:t>
      </w:r>
      <w:r>
        <w:t>log dekhte rahe bas.</w:t>
      </w:r>
    </w:p>
    <w:p>
      <w:pPr>
        <w:jc w:val="right"/>
      </w:pPr>
      <w:r>
        <w:t>لوگ دیکھتے رہے بس۔</w:t>
      </w:r>
    </w:p>
    <w:p>
      <w:r>
        <w:rPr>
          <w:b/>
        </w:rPr>
        <w:t xml:space="preserve">[20:56] </w:t>
      </w:r>
      <w:r>
        <w:t>Europe mein jab jab mazhab aur aur political power alag kar diye gaye, tab wahan azaadi aayi.</w:t>
      </w:r>
    </w:p>
    <w:p>
      <w:pPr>
        <w:jc w:val="right"/>
      </w:pPr>
      <w:r>
        <w:t>یورپ میں جب جب مذہب اور اور political power الگ کر دیے گئے، تب وہاں آزادی آئی۔</w:t>
      </w:r>
    </w:p>
    <w:p>
      <w:r>
        <w:rPr>
          <w:b/>
        </w:rPr>
        <w:t xml:space="preserve">[21:02] </w:t>
      </w:r>
      <w:r>
        <w:t>to ek shakhs ne dekha, ek scientist hai ke woh jis ko hardy kehte hain ya patili kehte</w:t>
      </w:r>
    </w:p>
    <w:p>
      <w:pPr>
        <w:jc w:val="right"/>
      </w:pPr>
      <w:r>
        <w:t>تو ایک شخص نے دیکھا، ایک سائنسدان ہے کہ وہ جس کو ہارڈی کہتے ہیں یا پتیلی کہتے</w:t>
      </w:r>
    </w:p>
    <w:p>
      <w:r>
        <w:rPr>
          <w:b/>
        </w:rPr>
        <w:t xml:space="preserve">[21:09] </w:t>
      </w:r>
      <w:r>
        <w:t>hain, kuch pakai ja rahi thi.</w:t>
      </w:r>
    </w:p>
    <w:p>
      <w:pPr>
        <w:jc w:val="right"/>
      </w:pPr>
      <w:r>
        <w:t>ہیں، کچھ پکائی جا رہی تھی۔</w:t>
      </w:r>
    </w:p>
    <w:p>
      <w:r>
        <w:rPr>
          <w:b/>
        </w:rPr>
        <w:t xml:space="preserve">[21:16] </w:t>
      </w:r>
      <w:r>
        <w:t>to pani jo hai, jab woh zyada garam hua, yani hundred degree se zyada, to patili ka dhakan uth gaya.</w:t>
      </w:r>
    </w:p>
    <w:p>
      <w:pPr>
        <w:jc w:val="right"/>
      </w:pPr>
      <w:r>
        <w:t>تو پانی جو ہے، جب وہ زیادہ گرم ہوا، یعنی ہنڈرڈ ڈگری سے زیادہ، تو پتیلی کا ڈھکن اٹھ گیا۔</w:t>
      </w:r>
    </w:p>
    <w:p>
      <w:r>
        <w:rPr>
          <w:b/>
        </w:rPr>
        <w:t xml:space="preserve">[21:23] </w:t>
      </w:r>
      <w:r>
        <w:t>us ne kaha ke yeh kya raaz hai? to us par se us se us ke andar spiritual</w:t>
      </w:r>
    </w:p>
    <w:p>
      <w:pPr>
        <w:jc w:val="right"/>
      </w:pPr>
      <w:r>
        <w:t>اس نے کہا کہ یہ کیا راز ہے؟ تو اس پر سے اس سے اس کے اندر spiritual</w:t>
      </w:r>
    </w:p>
    <w:p>
      <w:r>
        <w:rPr>
          <w:b/>
        </w:rPr>
        <w:t xml:space="preserve">[21:29] </w:t>
      </w:r>
      <w:r>
        <w:t>inquiry jaagi, sochna shuru kiya, sochna shuru kiya.</w:t>
      </w:r>
    </w:p>
    <w:p>
      <w:pPr>
        <w:jc w:val="right"/>
      </w:pPr>
      <w:r>
        <w:t>inquiry جاگی، سوچنا شروع کیا، سوچنا شروع کیا۔</w:t>
      </w:r>
    </w:p>
    <w:p>
      <w:r>
        <w:rPr>
          <w:b/>
        </w:rPr>
        <w:t xml:space="preserve">[21:36] </w:t>
      </w:r>
      <w:r>
        <w:t>sochte sochte woh us pahuncha ke pani kya hai? pani jo hai, H2O ka formula hai, yani hydrogen</w:t>
      </w:r>
    </w:p>
    <w:p>
      <w:pPr>
        <w:jc w:val="right"/>
      </w:pPr>
      <w:r>
        <w:t>سوچتے سوچتے وہ اس پہنچا کہ پانی کیا ہے؟ پانی جو ہے، H2O کا فارمولا ہے، یعنی ہائیڈروجن</w:t>
      </w:r>
    </w:p>
    <w:p>
      <w:r>
        <w:rPr>
          <w:b/>
        </w:rPr>
        <w:t xml:space="preserve">[21:43] </w:t>
      </w:r>
      <w:r>
        <w:t>gas ke do atom aur aur oxygen ke ek atom.</w:t>
      </w:r>
    </w:p>
    <w:p>
      <w:pPr>
        <w:jc w:val="right"/>
      </w:pPr>
      <w:r>
        <w:t>گیس کے دو ایٹم اور اور آکسیجن کے ایک ایٹم۔</w:t>
      </w:r>
    </w:p>
    <w:p>
      <w:r>
        <w:rPr>
          <w:b/>
        </w:rPr>
        <w:t xml:space="preserve">[21:50] </w:t>
      </w:r>
      <w:r>
        <w:t>to us se daryaft hui ke ke atom jo hai, woh bohat sare atom mil kar ke molecule banta hai.</w:t>
      </w:r>
    </w:p>
    <w:p>
      <w:pPr>
        <w:jc w:val="right"/>
      </w:pPr>
      <w:r>
        <w:t>تو اس سے دریافت ہوئی کہ کہ ایٹم جو ہے، وہ بہت سارے ایٹم مل کر کے مالیکیول بنتا ہے۔</w:t>
      </w:r>
    </w:p>
    <w:p>
      <w:r>
        <w:rPr>
          <w:b/>
        </w:rPr>
        <w:t xml:space="preserve">[21:57] </w:t>
      </w:r>
      <w:r>
        <w:t>agar molecule toote to atom daudna shuru kar denge charon taraf.</w:t>
      </w:r>
    </w:p>
    <w:p>
      <w:pPr>
        <w:jc w:val="right"/>
      </w:pPr>
      <w:r>
        <w:t>اگر مالیکیول ٹوٹے تو ایٹم دوڑنا شروع کر دیں گے چاروں طرف۔</w:t>
      </w:r>
    </w:p>
    <w:p>
      <w:r>
        <w:rPr>
          <w:b/>
        </w:rPr>
        <w:t xml:space="preserve">[22:03] </w:t>
      </w:r>
      <w:r>
        <w:t>isi se bhap banti hai, yani bhap naam hai molecule ke tootne ka jo garmi se tootta hai.</w:t>
      </w:r>
    </w:p>
    <w:p>
      <w:pPr>
        <w:jc w:val="right"/>
      </w:pPr>
      <w:r>
        <w:t>اسی سے بھاپ بنتی ہے، یعنی بھاپ نام ہے مالیکیول کے ٹوٹنے کا جو گرمی سے ٹوٹتا ہے۔</w:t>
      </w:r>
    </w:p>
    <w:p>
      <w:r>
        <w:rPr>
          <w:b/>
        </w:rPr>
        <w:t xml:space="preserve">[22:10] </w:t>
      </w:r>
      <w:r>
        <w:t>تو پھر اس نے سوچتے سوچتے اس جو molecular disintegration جو تھا، اس کو اس کو اس نے</w:t>
      </w:r>
    </w:p>
    <w:p>
      <w:pPr>
        <w:jc w:val="right"/>
      </w:pPr>
      <w:r>
        <w:t>تو پھر اس نے سوچتے سوچتے اس جو مالیکیولر disintegration جو تھا، اس کو اس کو اس نے</w:t>
      </w:r>
    </w:p>
    <w:p>
      <w:r>
        <w:rPr>
          <w:b/>
        </w:rPr>
        <w:t xml:space="preserve">[22:17] </w:t>
      </w:r>
      <w:r>
        <w:t>steam power mein convert kiya, steam power mein.</w:t>
      </w:r>
    </w:p>
    <w:p>
      <w:pPr>
        <w:jc w:val="right"/>
      </w:pPr>
      <w:r>
        <w:t>steam power میں convert کیا، steam power میں۔</w:t>
      </w:r>
    </w:p>
    <w:p>
      <w:r>
        <w:rPr>
          <w:b/>
        </w:rPr>
        <w:t xml:space="preserve">[22:24] </w:t>
      </w:r>
      <w:r>
        <w:t>aur phir sab se pehle steam ship bana.</w:t>
      </w:r>
    </w:p>
    <w:p>
      <w:pPr>
        <w:jc w:val="right"/>
      </w:pPr>
      <w:r>
        <w:t>اور پھر سب سے پہلے steam ship بنا۔</w:t>
      </w:r>
    </w:p>
    <w:p>
      <w:r>
        <w:rPr>
          <w:b/>
        </w:rPr>
        <w:t xml:space="preserve">[22:30] </w:t>
      </w:r>
      <w:r>
        <w:t>Steam ship yeh tha nature ko uncover karne ka pehla waqea, pehla numaya waqea ke pani ke andar</w:t>
      </w:r>
    </w:p>
    <w:p>
      <w:pPr>
        <w:jc w:val="right"/>
      </w:pPr>
      <w:r>
        <w:t>Steam ship یہ تھا nature کو uncover کرنے کا پہلا واقعہ، پہلا نمایاں واقعہ کہ پانی کے اندر</w:t>
      </w:r>
    </w:p>
    <w:p>
      <w:r>
        <w:rPr>
          <w:b/>
        </w:rPr>
        <w:t xml:space="preserve">[22:37] </w:t>
      </w:r>
      <w:r>
        <w:t>steam power maujood tha lekin woh khule taur par nahi tha, daryaft karne par maloom hota tha woh.</w:t>
      </w:r>
    </w:p>
    <w:p>
      <w:pPr>
        <w:jc w:val="right"/>
      </w:pPr>
      <w:r>
        <w:t>steam power موجود تھا لیکن وہ کھلے طور پر نہیں تھا، دریافت کرنے پر معلوم ہوتا تھا وہ۔</w:t>
      </w:r>
    </w:p>
    <w:p>
      <w:r>
        <w:rPr>
          <w:b/>
        </w:rPr>
        <w:t xml:space="preserve">[22:44] </w:t>
      </w:r>
      <w:r>
        <w:t>Toh pani ke andar steam power hai, pehli baar jab us ko daryaft kiya insaan ne toh phir</w:t>
      </w:r>
    </w:p>
    <w:p>
      <w:pPr>
        <w:jc w:val="right"/>
      </w:pPr>
      <w:r>
        <w:t>تو پانی کے اندر steam power ہے، پہلی بار جب اس کو دریافت کیا انسان نے تو پھر</w:t>
      </w:r>
    </w:p>
    <w:p>
      <w:r>
        <w:rPr>
          <w:b/>
        </w:rPr>
        <w:t xml:space="preserve">[22:51] </w:t>
      </w:r>
      <w:r>
        <w:t>steam ship bane aur steam engine bane.</w:t>
      </w:r>
    </w:p>
    <w:p>
      <w:pPr>
        <w:jc w:val="right"/>
      </w:pPr>
      <w:r>
        <w:t>steam ship بنے اور steam engine بنے۔</w:t>
      </w:r>
    </w:p>
    <w:p>
      <w:r>
        <w:rPr>
          <w:b/>
        </w:rPr>
        <w:t xml:space="preserve">[22:57] </w:t>
      </w:r>
      <w:r>
        <w:t>Isi tareeqe se spiritual inquiry aam hoti chali gayi aur badi badi cheezein daryaft huin.</w:t>
      </w:r>
    </w:p>
    <w:p>
      <w:pPr>
        <w:jc w:val="right"/>
      </w:pPr>
      <w:r>
        <w:t>اسی طریقے سے spiritual inquiry عام ہوتی چلی گئی اور بڑی بڑی چیزیں دریافت ہوئیں۔</w:t>
      </w:r>
    </w:p>
    <w:p>
      <w:r>
        <w:rPr>
          <w:b/>
        </w:rPr>
        <w:t xml:space="preserve">[23:04] </w:t>
      </w:r>
      <w:r>
        <w:t>Steam ship bana, phir car bani jo petrol chalta tha, phir hawai jahaz bana aur million item bane.</w:t>
      </w:r>
    </w:p>
    <w:p>
      <w:pPr>
        <w:jc w:val="right"/>
      </w:pPr>
      <w:r>
        <w:t>Steam ship بنا، پھر کار بنا جو پٹرول چلتا تھا، پھر ہوا جہاز بنا اور ملین آئٹم بنے۔</w:t>
      </w:r>
    </w:p>
    <w:p>
      <w:r>
        <w:rPr>
          <w:b/>
        </w:rPr>
        <w:t xml:space="preserve">[23:11] </w:t>
      </w:r>
      <w:r>
        <w:t>Yeh kab hua? Jab jab is censorship khatam hua aur freedom of expression aaya, yaani sochne ki azaadi,</w:t>
      </w:r>
    </w:p>
    <w:p>
      <w:pPr>
        <w:jc w:val="right"/>
      </w:pPr>
      <w:r>
        <w:t>یہ کب ہوا؟ جب جب اس سنسرشپ ختم ہوا اور freedom of expression آیا، یعنی سوچنے کی آزادی،</w:t>
      </w:r>
    </w:p>
    <w:p>
      <w:r>
        <w:rPr>
          <w:b/>
        </w:rPr>
        <w:t xml:space="preserve">[23:18] </w:t>
      </w:r>
      <w:r>
        <w:t>bolne ki azaadi, likhne ki azaadi, tab yeh shuru hua.</w:t>
      </w:r>
    </w:p>
    <w:p>
      <w:pPr>
        <w:jc w:val="right"/>
      </w:pPr>
      <w:r>
        <w:t>بولنے کی آزادی، لکھنے کی آزادی، تب یہ شروع ہوا۔</w:t>
      </w:r>
    </w:p>
    <w:p>
      <w:r>
        <w:rPr>
          <w:b/>
        </w:rPr>
        <w:t xml:space="preserve">[23:24] </w:t>
      </w:r>
      <w:r>
        <w:t>Toh Allah taala ko matlab tha ke ek taraf toh yeh hai ke mazhab ke daire mein mukammal</w:t>
      </w:r>
    </w:p>
    <w:p>
      <w:pPr>
        <w:jc w:val="right"/>
      </w:pPr>
      <w:r>
        <w:t>تو اللہ تعالیٰ کو مطلوب تھا کہ ایک طرف تو یہ ہے کہ مذہب کے دائرے میں مکمل</w:t>
      </w:r>
    </w:p>
    <w:p>
      <w:r>
        <w:rPr>
          <w:b/>
        </w:rPr>
        <w:t xml:space="preserve">[23:31] </w:t>
      </w:r>
      <w:r>
        <w:t>azaadi ho jaye, dawat ki, tablegh ki mukammal azaadi ho jaye, taleem ki koi rok na rahe.</w:t>
      </w:r>
    </w:p>
    <w:p>
      <w:pPr>
        <w:jc w:val="right"/>
      </w:pPr>
      <w:r>
        <w:t>آزادی ہو جائے، دعوت کی، تبلیغ کی مکمل آزادی ہو جائے، تعلیم کی کوئی روک نہ رہے۔</w:t>
      </w:r>
    </w:p>
    <w:p>
      <w:r>
        <w:rPr>
          <w:b/>
        </w:rPr>
        <w:t xml:space="preserve">[23:38] </w:t>
      </w:r>
      <w:r>
        <w:t>Jab jo ke pehle record padi hui thi.</w:t>
      </w:r>
    </w:p>
    <w:p>
      <w:pPr>
        <w:jc w:val="right"/>
      </w:pPr>
      <w:r>
        <w:t>جب جو کہ پہلے ریکارڈ پڑی ہوئی تھی۔</w:t>
      </w:r>
    </w:p>
    <w:p>
      <w:r>
        <w:rPr>
          <w:b/>
        </w:rPr>
        <w:t xml:space="preserve">[23:45] </w:t>
      </w:r>
      <w:r>
        <w:t>Aur doosri taraf yeh hai ke nature mein jo khazana hai, woh daryaft ho aur woh cheez maujood</w:t>
      </w:r>
    </w:p>
    <w:p>
      <w:pPr>
        <w:jc w:val="right"/>
      </w:pPr>
      <w:r>
        <w:t>اور دوسری طرف یہ ہے کہ nature میں جو خزانہ ہے، وہ دریافت ہو اور وہ چیز موجود</w:t>
      </w:r>
    </w:p>
    <w:p>
      <w:r>
        <w:rPr>
          <w:b/>
        </w:rPr>
        <w:t xml:space="preserve">[23:51] </w:t>
      </w:r>
      <w:r>
        <w:t>mein aaye jis ko hum aaj kehte hain western civilization.</w:t>
      </w:r>
    </w:p>
    <w:p>
      <w:pPr>
        <w:jc w:val="right"/>
      </w:pPr>
      <w:r>
        <w:t>میں آئے جس کو ہم آج کہتے ہیں western civilization۔</w:t>
      </w:r>
    </w:p>
    <w:p>
      <w:r>
        <w:rPr>
          <w:b/>
        </w:rPr>
        <w:t xml:space="preserve">[23:58] </w:t>
      </w:r>
      <w:r>
        <w:t>Modern civilization کیا کیا چیز ہے؟ Modern civilization نام ہے technology کو discover کر کے اس کو utilize</w:t>
      </w:r>
    </w:p>
    <w:p>
      <w:pPr>
        <w:jc w:val="right"/>
      </w:pPr>
      <w:r>
        <w:t>Modern civilization کیا کیا چیز ہے؟ Modern civilization نام ہے ٹیکنالوجی کو discover کر کے اس کو utilize</w:t>
      </w:r>
    </w:p>
    <w:p>
      <w:r>
        <w:rPr>
          <w:b/>
        </w:rPr>
        <w:t xml:space="preserve">[24:05] </w:t>
      </w:r>
      <w:r>
        <w:t>karne ka naam hai.</w:t>
      </w:r>
    </w:p>
    <w:p>
      <w:pPr>
        <w:jc w:val="right"/>
      </w:pPr>
      <w:r>
        <w:t>کرنے کا نام ہے۔</w:t>
      </w:r>
    </w:p>
    <w:p>
      <w:r>
        <w:rPr>
          <w:b/>
        </w:rPr>
        <w:t xml:space="preserve">[24:12] </w:t>
      </w:r>
      <w:r>
        <w:t>Modern civilization نام ہے اس بات کا کہ hidden technology کو آپ نے discover کیا اور اس کو</w:t>
      </w:r>
    </w:p>
    <w:p>
      <w:pPr>
        <w:jc w:val="right"/>
      </w:pPr>
      <w:r>
        <w:t>Modern civilization نام ہے اس بات کا کہ hidden ٹیکنالوجی کو آپ نے discover کیا اور اس کو</w:t>
      </w:r>
    </w:p>
    <w:p>
      <w:r>
        <w:rPr>
          <w:b/>
        </w:rPr>
        <w:t xml:space="preserve">[24:18] </w:t>
      </w:r>
      <w:r>
        <w:t>Aap ne utilize kiya, tarah tarah ki cheezein banai aap ne.</w:t>
      </w:r>
    </w:p>
    <w:p>
      <w:pPr>
        <w:jc w:val="right"/>
      </w:pPr>
      <w:r>
        <w:t>آپ نے utilize کیا، طرح طرح کی چیزیں بنائیں آپ نے۔</w:t>
      </w:r>
    </w:p>
    <w:p>
      <w:r>
        <w:rPr>
          <w:b/>
        </w:rPr>
        <w:t xml:space="preserve">[24:25] </w:t>
      </w:r>
      <w:r>
        <w:t>Toh yeh dono cheezein Allah taala ko matlab thin.</w:t>
      </w:r>
    </w:p>
    <w:p>
      <w:pPr>
        <w:jc w:val="right"/>
      </w:pPr>
      <w:r>
        <w:t>تو یہ دونوں چیزیں اللہ تعالیٰ کو مطلوب تھیں۔</w:t>
      </w:r>
    </w:p>
    <w:p>
      <w:r>
        <w:rPr>
          <w:b/>
        </w:rPr>
        <w:t xml:space="preserve">[24:32] </w:t>
      </w:r>
      <w:r>
        <w:t>Is raaz ko jahan tak maine padha hai, sirf ek shakhs samjha hai, ek ek shakhs, woh</w:t>
      </w:r>
    </w:p>
    <w:p>
      <w:pPr>
        <w:jc w:val="right"/>
      </w:pPr>
      <w:r>
        <w:t>اس راز کو جہاں تک میں نے پڑھا ہے، صرف ایک شخص سمجھا ہے، ایک ایک شخص، وہ</w:t>
      </w:r>
    </w:p>
    <w:p>
      <w:r>
        <w:rPr>
          <w:b/>
        </w:rPr>
        <w:t xml:space="preserve">[24:39] </w:t>
      </w:r>
      <w:r>
        <w:t>France ka Henri Perrin.</w:t>
      </w:r>
    </w:p>
    <w:p>
      <w:pPr>
        <w:jc w:val="right"/>
      </w:pPr>
      <w:r>
        <w:t>فرانس کا Henri Perrin۔</w:t>
      </w:r>
    </w:p>
    <w:p>
      <w:r>
        <w:rPr>
          <w:b/>
        </w:rPr>
        <w:t xml:space="preserve">[24:45] </w:t>
      </w:r>
      <w:r>
        <w:t>Kisi aur shakal mein toh sabhi logon ne samjha hai, jo bade bade scholar the, lekin bahut hi</w:t>
      </w:r>
    </w:p>
    <w:p>
      <w:pPr>
        <w:jc w:val="right"/>
      </w:pPr>
      <w:r>
        <w:t>کسی اور شکل میں تو سبھی لوگوں نے سمجھا ہے، جو بڑے بڑے اسکالر تھے، لیکن بہت ہی</w:t>
      </w:r>
    </w:p>
    <w:p>
      <w:r>
        <w:rPr>
          <w:b/>
        </w:rPr>
        <w:t xml:space="preserve">[24:52] </w:t>
      </w:r>
      <w:r>
        <w:t>mutayyan taur par jis ne samjha hai is raaz ko, woh Henri Perrin hai.</w:t>
      </w:r>
    </w:p>
    <w:p>
      <w:pPr>
        <w:jc w:val="right"/>
      </w:pPr>
      <w:r>
        <w:t>متعین طور پر جس نے سمجھا ہے اس راز کو، وہ Henri Perrin ہے۔</w:t>
      </w:r>
    </w:p>
    <w:p>
      <w:r>
        <w:rPr>
          <w:b/>
        </w:rPr>
        <w:t xml:space="preserve">[24:59] </w:t>
      </w:r>
      <w:r>
        <w:t>Us ne apni kitaab mein, us ki do kitaabein khaas taur par Islam par hain, woh padhne qabil hain.</w:t>
      </w:r>
    </w:p>
    <w:p>
      <w:pPr>
        <w:jc w:val="right"/>
      </w:pPr>
      <w:r>
        <w:t>اس نے اپنی کتاب میں، اس کی دو کتابیں خاص طور پر اسلام پر ہیں، وہ پڑھنے قابل ہیں۔</w:t>
      </w:r>
    </w:p>
    <w:p>
      <w:r>
        <w:rPr>
          <w:b/>
        </w:rPr>
        <w:t xml:space="preserve">[25:06] </w:t>
      </w:r>
      <w:r>
        <w:t>Toh woh French zabaan mein hai, uska tarjuma English mein hua hai.</w:t>
      </w:r>
    </w:p>
    <w:p>
      <w:pPr>
        <w:jc w:val="right"/>
      </w:pPr>
      <w:r>
        <w:t>تو وہ فرانسیسی زبان میں ہے، اس کا ترجمہ انگلش میں ہوا ہے۔</w:t>
      </w:r>
    </w:p>
    <w:p>
      <w:r>
        <w:rPr>
          <w:b/>
        </w:rPr>
        <w:t xml:space="preserve">[25:12] </w:t>
      </w:r>
      <w:r>
        <w:t>Toh us ne yeh likha hai ke Islam changed the face of the globe, the traditional order of</w:t>
      </w:r>
    </w:p>
    <w:p>
      <w:pPr>
        <w:jc w:val="right"/>
      </w:pPr>
      <w:r>
        <w:t>تو اس نے یہ لکھا ہے کہ اسلام changed the face of the globe، the traditional order of</w:t>
      </w:r>
    </w:p>
    <w:p>
      <w:r>
        <w:rPr>
          <w:b/>
        </w:rPr>
        <w:t xml:space="preserve">[25:19] </w:t>
      </w:r>
      <w:r>
        <w:t>history was overthrown.</w:t>
      </w:r>
    </w:p>
    <w:p>
      <w:pPr>
        <w:jc w:val="right"/>
      </w:pPr>
      <w:r>
        <w:t>history was overthrown۔</w:t>
      </w:r>
    </w:p>
    <w:p>
      <w:r>
        <w:rPr>
          <w:b/>
        </w:rPr>
        <w:t xml:space="preserve">[25:26] </w:t>
      </w:r>
      <w:r>
        <w:t>Toh yeh sab kaise hua? Wahi jab duniya mein censorship khatam hua, jab duniya mein freedom of expression</w:t>
      </w:r>
    </w:p>
    <w:p>
      <w:pPr>
        <w:jc w:val="right"/>
      </w:pPr>
      <w:r>
        <w:t>تو یہ سب کیسے ہوا؟ وہی جب دنیا میں سنسرشپ ختم ہوا، جب دنیا میں freedom of expression</w:t>
      </w:r>
    </w:p>
    <w:p>
      <w:r>
        <w:rPr>
          <w:b/>
        </w:rPr>
        <w:t xml:space="preserve">[25:33] </w:t>
      </w:r>
      <w:r>
        <w:t>aaya, insaan azaad ho gaya kuch bhi karne ke liye.</w:t>
      </w:r>
    </w:p>
    <w:p>
      <w:pPr>
        <w:jc w:val="right"/>
      </w:pPr>
      <w:r>
        <w:t>آیا، انسان آزاد ہو گیا کچھ بھی کرنے کے لیے۔</w:t>
      </w:r>
    </w:p>
    <w:p>
      <w:r>
        <w:rPr>
          <w:b/>
        </w:rPr>
        <w:t xml:space="preserve">[25:39] </w:t>
      </w:r>
      <w:r>
        <w:t>lekin azaadi aap ko total deni pare gi.</w:t>
      </w:r>
    </w:p>
    <w:p>
      <w:pPr>
        <w:jc w:val="right"/>
      </w:pPr>
      <w:r>
        <w:t>لیکن آزادی آپ کو ٹوٹل دینی پڑے گی۔</w:t>
      </w:r>
    </w:p>
    <w:p>
      <w:r>
        <w:rPr>
          <w:b/>
        </w:rPr>
        <w:t xml:space="preserve">[25:46] </w:t>
      </w:r>
      <w:r>
        <w:t>اس لیے آزادی اس لیے نہیں ہے کہ وہ دوسرے انسانوں کو harm پہنچاتے ہیں۔</w:t>
      </w:r>
    </w:p>
    <w:p>
      <w:pPr>
        <w:jc w:val="right"/>
      </w:pPr>
      <w:r>
        <w:t>اس لیے آزادی اس لیے نہیں ہے کہ وہ دوسرے انسانوں کو ہارن پہنچاتے ہیں۔</w:t>
      </w:r>
    </w:p>
    <w:p>
      <w:r>
        <w:rPr>
          <w:b/>
        </w:rPr>
        <w:t xml:space="preserve">[25:53] </w:t>
      </w:r>
      <w:r>
        <w:t>aap apne oopar jo chahe kijiye, aap is ke liye azaad hain.</w:t>
      </w:r>
    </w:p>
    <w:p>
      <w:pPr>
        <w:jc w:val="right"/>
      </w:pPr>
      <w:r>
        <w:t>آپ اپنے اوپر جو چاہے کیجئے، آپ اس کے لیے آزاد ہیں۔</w:t>
      </w:r>
    </w:p>
    <w:p>
      <w:r>
        <w:rPr>
          <w:b/>
        </w:rPr>
        <w:t xml:space="preserve">[26:00] </w:t>
      </w:r>
      <w:r>
        <w:t>آپ لیکن دوسروں کو harm پہنچانے کے لیے آزاد نہیں ہیں۔</w:t>
      </w:r>
    </w:p>
    <w:p>
      <w:pPr>
        <w:jc w:val="right"/>
      </w:pPr>
      <w:r>
        <w:t>آپ لیکن دوسروں کو ہارن پہنچانے کے لیے آزاد نہیں ہیں۔</w:t>
      </w:r>
    </w:p>
    <w:p>
      <w:r>
        <w:rPr>
          <w:b/>
        </w:rPr>
        <w:t xml:space="preserve">[26:06] </w:t>
      </w:r>
      <w:r>
        <w:t>jaise kaha tha, woh america ka mashhoor qissa hai ke "You are free, but your freedom ends where</w:t>
      </w:r>
    </w:p>
    <w:p>
      <w:pPr>
        <w:jc w:val="right"/>
      </w:pPr>
      <w:r>
        <w:t>جیسے کہا تھا، وہ امریکہ کا مشہور قصہ ہے کہ "You are free, but your freedom ends where</w:t>
      </w:r>
    </w:p>
    <w:p>
      <w:r>
        <w:rPr>
          <w:b/>
        </w:rPr>
        <w:t xml:space="preserve">[26:13] </w:t>
      </w:r>
      <w:r>
        <w:t>one's beginnings." Jahan dusre ki dor shuru hui, wahan aap ki freedom khatam ho gai.</w:t>
      </w:r>
    </w:p>
    <w:p>
      <w:pPr>
        <w:jc w:val="right"/>
      </w:pPr>
      <w:r>
        <w:t>one's beginnings." جہاں دوسرے کی ڈور شروع ہوئی، وہاں آپ کی freedom ختم ہو گئی۔</w:t>
      </w:r>
    </w:p>
    <w:p>
      <w:r>
        <w:rPr>
          <w:b/>
        </w:rPr>
        <w:t xml:space="preserve">[26:20] </w:t>
      </w:r>
      <w:r>
        <w:t>to "wa qataluhum hatta la takunu fitnatun wa yakunu deenun lillahi" ek bohat bara is ke andar Allah taala</w:t>
      </w:r>
    </w:p>
    <w:p>
      <w:pPr>
        <w:jc w:val="right"/>
      </w:pPr>
      <w:r>
        <w:t>تو "وَقَاتَلُوْهُمْ حَتَّىٰ لَا تُكُونُوا فِتْنَةً وَيَكُونُوا دِّينًا يُقْلُونُ اللَّهَ" ایک بہت بڑا اس کے اندر اللہ تعالیٰ</w:t>
      </w:r>
    </w:p>
    <w:p>
      <w:r>
        <w:rPr>
          <w:b/>
        </w:rPr>
        <w:t xml:space="preserve">[26:27] </w:t>
      </w:r>
      <w:r>
        <w:t>ka plan tha, bohat hi bara plan.</w:t>
      </w:r>
    </w:p>
    <w:p>
      <w:pPr>
        <w:jc w:val="right"/>
      </w:pPr>
      <w:r>
        <w:t>کا پلان تھا، بہت ہی بڑا پلان۔</w:t>
      </w:r>
    </w:p>
    <w:p>
      <w:r>
        <w:rPr>
          <w:b/>
        </w:rPr>
        <w:t xml:space="preserve">[26:33] </w:t>
      </w:r>
      <w:r>
        <w:t>lekin yahan mein ek ek baat kahoon ga ke musalmanon ne wahi kiya jo yahood ne kiya tha.</w:t>
      </w:r>
    </w:p>
    <w:p>
      <w:pPr>
        <w:jc w:val="right"/>
      </w:pPr>
      <w:r>
        <w:t>لیکن یہاں میں ایک ایک بات کہوں گا کہ مسلمانوں نے وہی کیا جو یہود نے کیا تھا۔</w:t>
      </w:r>
    </w:p>
    <w:p>
      <w:r>
        <w:rPr>
          <w:b/>
        </w:rPr>
        <w:t xml:space="preserve">[26:40] </w:t>
      </w:r>
      <w:r>
        <w:t>quran majeed mein ek ayat hai jo Allah taala ne kitaab di thi yahood ko Hazrat Musa ke</w:t>
      </w:r>
    </w:p>
    <w:p>
      <w:pPr>
        <w:jc w:val="right"/>
      </w:pPr>
      <w:r>
        <w:t>قرآن مجید میں ایک آیت ہے جو اللہ تعالیٰ نے کتاب دی تھی یہود کو حضرت موسیٰ کے</w:t>
      </w:r>
    </w:p>
    <w:p>
      <w:r>
        <w:rPr>
          <w:b/>
        </w:rPr>
        <w:t xml:space="preserve">[26:47] </w:t>
      </w:r>
      <w:r>
        <w:t>zariye se, is ke bare mein ke "is ko tumhein bayan karna hai, is ko chupana nahi hai."</w:t>
      </w:r>
    </w:p>
    <w:p>
      <w:pPr>
        <w:jc w:val="right"/>
      </w:pPr>
      <w:r>
        <w:t>ذریعے سے، اس کے بارے میں کہ "اس کو تمہیں بیان کرنا ہے، اس کو چھپانا نہیں ہے۔"</w:t>
      </w:r>
    </w:p>
    <w:p>
      <w:r>
        <w:rPr>
          <w:b/>
        </w:rPr>
        <w:t xml:space="preserve">[26:54] </w:t>
      </w:r>
      <w:r>
        <w:t>tumhein is kitaab ko bayan karna hoga aur tum is ko chupao ge nahi.</w:t>
      </w:r>
    </w:p>
    <w:p>
      <w:pPr>
        <w:jc w:val="right"/>
      </w:pPr>
      <w:r>
        <w:t>تمہیں اس کتاب کو بیان کرنا ہوگا اور تم اس کو چھپاؤ گے نہیں۔</w:t>
      </w:r>
    </w:p>
    <w:p>
      <w:r>
        <w:rPr>
          <w:b/>
        </w:rPr>
        <w:t xml:space="preserve">[27:00] </w:t>
      </w:r>
      <w:r>
        <w:t>phir chupane ka matlab kya hai? chupane ka mani hai ke lapait ke rakh do ge.</w:t>
      </w:r>
    </w:p>
    <w:p>
      <w:pPr>
        <w:jc w:val="right"/>
      </w:pPr>
      <w:r>
        <w:t>پھر چھپانے کا مطلب کیا ہے؟ چھپانے کا معنی ہے کہ لپیٹ کے رکھ دو گے۔</w:t>
      </w:r>
    </w:p>
    <w:p>
      <w:r>
        <w:rPr>
          <w:b/>
        </w:rPr>
        <w:t xml:space="preserve">[27:07] </w:t>
      </w:r>
      <w:r>
        <w:t>yeh matlab nahi hai, chupane ka mani yahi hai.</w:t>
      </w:r>
    </w:p>
    <w:p>
      <w:pPr>
        <w:jc w:val="right"/>
      </w:pPr>
      <w:r>
        <w:t>یہ مطلب نہیں ہے، چھپانے کا معنی یہی ہے۔</w:t>
      </w:r>
    </w:p>
    <w:p>
      <w:r>
        <w:rPr>
          <w:b/>
        </w:rPr>
        <w:t xml:space="preserve">[27:14] </w:t>
      </w:r>
      <w:r>
        <w:t>is ke andar jo insaan ke liye jo blessing hai, insaan ke liye jo hai jo nematein hain,</w:t>
      </w:r>
    </w:p>
    <w:p>
      <w:pPr>
        <w:jc w:val="right"/>
      </w:pPr>
      <w:r>
        <w:t>اس کے اندر جو انسان کے لیے جو blessing ہے، انسان کے لیے جو ہے جو نعمتیں ہیں،</w:t>
      </w:r>
    </w:p>
    <w:p>
      <w:r>
        <w:rPr>
          <w:b/>
        </w:rPr>
        <w:t xml:space="preserve">[27:21] </w:t>
      </w:r>
      <w:r>
        <w:t>na khud daryaft karo ge, na doosron ko batao ge.</w:t>
      </w:r>
    </w:p>
    <w:p>
      <w:pPr>
        <w:jc w:val="right"/>
      </w:pPr>
      <w:r>
        <w:t>نہ خود دریافت کرو گے، نہ دوسروں کو بتاؤ گے۔</w:t>
      </w:r>
    </w:p>
    <w:p>
      <w:r>
        <w:rPr>
          <w:b/>
        </w:rPr>
        <w:t xml:space="preserve">[27:27] </w:t>
      </w:r>
      <w:r>
        <w:t>yani Allah ki kitaab jo utri thi Musa ke oopar, is mein jo wisdom hai, is mein jo</w:t>
      </w:r>
    </w:p>
    <w:p>
      <w:pPr>
        <w:jc w:val="right"/>
      </w:pPr>
      <w:r>
        <w:t>یعنی اللہ کی کتاب جو اتری تھی موسیٰ کے اوپر، اس میں جو wisdom ہے، اس میں جو</w:t>
      </w:r>
    </w:p>
    <w:p>
      <w:r>
        <w:rPr>
          <w:b/>
        </w:rPr>
        <w:t xml:space="preserve">[27:34] </w:t>
      </w:r>
      <w:r>
        <w:t>blessing hai, is mein jo nematein hain, is ko fikri aitbaar se bari bari baatein hain, is ko</w:t>
      </w:r>
    </w:p>
    <w:p>
      <w:pPr>
        <w:jc w:val="right"/>
      </w:pPr>
      <w:r>
        <w:t>blessing ہے، اس میں جو نعمتیں ہیں، اس کو فکری اعتبار سے بڑی بڑی باتیں ہیں، اس کو</w:t>
      </w:r>
    </w:p>
    <w:p>
      <w:r>
        <w:rPr>
          <w:b/>
        </w:rPr>
        <w:t xml:space="preserve">[27:41] </w:t>
      </w:r>
      <w:r>
        <w:t>na to tu khud daryaft karo ge, na doosron ko batao ge.</w:t>
      </w:r>
    </w:p>
    <w:p>
      <w:pPr>
        <w:jc w:val="right"/>
      </w:pPr>
      <w:r>
        <w:t>نہ تو تو خود دریافت کرو گے، نہ دوسروں کو بتاؤ گے۔</w:t>
      </w:r>
    </w:p>
    <w:p>
      <w:r>
        <w:rPr>
          <w:b/>
        </w:rPr>
        <w:t xml:space="preserve">[27:48] </w:t>
      </w:r>
      <w:r>
        <w:t>theek hai, yeh musalmanon ne kiya hai ke quran mein jo wisdom hai, na to khud jante aur</w:t>
      </w:r>
    </w:p>
    <w:p>
      <w:pPr>
        <w:jc w:val="right"/>
      </w:pPr>
      <w:r>
        <w:t>ٹھیک ہے، یہ مسلمانوں نے کیا ہے کہ قرآن میں جو wisdom ہے، نہ تو خود جانتے اور</w:t>
      </w:r>
    </w:p>
    <w:p>
      <w:r>
        <w:rPr>
          <w:b/>
        </w:rPr>
        <w:t xml:space="preserve">[27:54] </w:t>
      </w:r>
      <w:r>
        <w:t>na doosron ko batate.</w:t>
      </w:r>
    </w:p>
    <w:p>
      <w:pPr>
        <w:jc w:val="right"/>
      </w:pPr>
      <w:r>
        <w:t>نہ دوسروں کو بتاتے۔</w:t>
      </w:r>
    </w:p>
    <w:p>
      <w:r>
        <w:rPr>
          <w:b/>
        </w:rPr>
        <w:t xml:space="preserve">[28:01] </w:t>
      </w:r>
      <w:r>
        <w:t>is ki ek misaal mein arz karta hoon: hajj ko lijiye, aap fiqh ki kitabon mein parhein to</w:t>
      </w:r>
    </w:p>
    <w:p>
      <w:pPr>
        <w:jc w:val="right"/>
      </w:pPr>
      <w:r>
        <w:t>اس کی ایک مثال میں عرض کرتا ہوں: حج کو لیجئے، آپ فقہ کی کتابوں میں پڑھیں تو</w:t>
      </w:r>
    </w:p>
    <w:p>
      <w:r>
        <w:rPr>
          <w:b/>
        </w:rPr>
        <w:t xml:space="preserve">[28:08] </w:t>
      </w:r>
      <w:r>
        <w:t>hajj par bare lambe lambe abwab hain, abwab al-hajj bohat, lekin sab masail, sab masail ajeeb ghareeb qism ke masail.</w:t>
      </w:r>
    </w:p>
    <w:p>
      <w:pPr>
        <w:jc w:val="right"/>
      </w:pPr>
      <w:r>
        <w:t>حج پر بڑے لمبے لمبے ابواب ہیں، ابواب الحج بہت، لیکن سب مسائل، سب مسائل عجیب غریب قسم کے مسائل۔</w:t>
      </w:r>
    </w:p>
    <w:p>
      <w:r>
        <w:rPr>
          <w:b/>
        </w:rPr>
        <w:t xml:space="preserve">[28:15] </w:t>
      </w:r>
      <w:r>
        <w:t>asal baat jo hai, asal baat woh woh woh ghayab hai, kisi bhi kitaab mein maujood nahi.</w:t>
      </w:r>
    </w:p>
    <w:p>
      <w:pPr>
        <w:jc w:val="right"/>
      </w:pPr>
      <w:r>
        <w:t>اصل بات جو ہے، اصل بات وہ وہ وہ غائب ہے، کسی بھی کتاب میں موجود نہیں۔</w:t>
      </w:r>
    </w:p>
    <w:p>
      <w:r>
        <w:rPr>
          <w:b/>
        </w:rPr>
        <w:t xml:space="preserve">[28:21] </w:t>
      </w:r>
      <w:r>
        <w:t>woh kya hai? Allah taala ko matloob tha ke kaaba aur hajj ke zariye se ek center qaim</w:t>
      </w:r>
    </w:p>
    <w:p>
      <w:pPr>
        <w:jc w:val="right"/>
      </w:pPr>
      <w:r>
        <w:t>وہ کیا ہے؟ اللہ تعالیٰ کو مطلوب تھا کہ کعبہ اور حج کے ذریعے سے ایک سینٹر قائم</w:t>
      </w:r>
    </w:p>
    <w:p>
      <w:r>
        <w:rPr>
          <w:b/>
        </w:rPr>
        <w:t xml:space="preserve">[28:28] </w:t>
      </w:r>
      <w:r>
        <w:t>ho jo tauheed ka jo mission hai, is ke international center ka kaam kare.</w:t>
      </w:r>
    </w:p>
    <w:p>
      <w:pPr>
        <w:jc w:val="right"/>
      </w:pPr>
      <w:r>
        <w:t>ہو جو توحید کا جو مشن ہے، اس کے international center کا کام کرے۔</w:t>
      </w:r>
    </w:p>
    <w:p>
      <w:r>
        <w:rPr>
          <w:b/>
        </w:rPr>
        <w:t xml:space="preserve">[28:35] </w:t>
      </w:r>
      <w:r>
        <w:t>yeh kaaba aur hajj ka jo nizam tha, yeh tauheed ke mission ka international center tha.</w:t>
      </w:r>
    </w:p>
    <w:p>
      <w:pPr>
        <w:jc w:val="right"/>
      </w:pPr>
      <w:r>
        <w:t>یہ کعبہ اور حج کا جو نظام تھا، یہ توحید کے مشن کا international center تھا۔</w:t>
      </w:r>
    </w:p>
    <w:p>
      <w:r>
        <w:rPr>
          <w:b/>
        </w:rPr>
        <w:t xml:space="preserve">[28:42] </w:t>
      </w:r>
      <w:r>
        <w:t>woh ab kya ban gaya hai? bas misaal ka majmooa.</w:t>
      </w:r>
    </w:p>
    <w:p>
      <w:pPr>
        <w:jc w:val="right"/>
      </w:pPr>
      <w:r>
        <w:t>وہ اب کیا بن گیا ہے؟ بس مثال کا مجموعہ۔</w:t>
      </w:r>
    </w:p>
    <w:p>
      <w:r>
        <w:rPr>
          <w:b/>
        </w:rPr>
        <w:t xml:space="preserve">[28:48] </w:t>
      </w:r>
      <w:r>
        <w:t>haji jo hai, sirf misaal ko jaanta hai, woh latak jaata hai wahan par, aur fiqh ki kitabon</w:t>
      </w:r>
    </w:p>
    <w:p>
      <w:pPr>
        <w:jc w:val="right"/>
      </w:pPr>
      <w:r>
        <w:t>حاجی جو ہے، صرف مثال کو جانتا ہے، وہ لٹک جاتا ہے وہاں پر، اور فقہ کی کتابوں</w:t>
      </w:r>
    </w:p>
    <w:p>
      <w:r>
        <w:rPr>
          <w:b/>
        </w:rPr>
        <w:t xml:space="preserve">[28:55] </w:t>
      </w:r>
      <w:r>
        <w:t>mein sirf misaal bayan kiye gaye hain.</w:t>
      </w:r>
    </w:p>
    <w:p>
      <w:pPr>
        <w:jc w:val="right"/>
      </w:pPr>
      <w:r>
        <w:t>میں صرف مثال بیان کیے گئے ہیں۔</w:t>
      </w:r>
    </w:p>
    <w:p>
      <w:r>
        <w:rPr>
          <w:b/>
        </w:rPr>
        <w:t xml:space="preserve">[29:02] </w:t>
      </w:r>
      <w:r>
        <w:t>kisi bhi fiqh ki kitab mein, main jaanta hoon, yeh baat nahi batai gayi hai ke haj ka</w:t>
      </w:r>
    </w:p>
    <w:p>
      <w:pPr>
        <w:jc w:val="right"/>
      </w:pPr>
      <w:r>
        <w:t>کسی بھی فقہ کی کتاب میں، میں جانتا ہوں، یہ بات نہیں بتائی گئی ہے کہ حج کا</w:t>
      </w:r>
    </w:p>
    <w:p>
      <w:r>
        <w:rPr>
          <w:b/>
        </w:rPr>
        <w:t xml:space="preserve">[29:09] </w:t>
      </w:r>
      <w:r>
        <w:t>nizam is liye banaya gaya tha ke tauheed ka aik aalami markaz banay, tauheed ke mission ka, tauheed</w:t>
      </w:r>
    </w:p>
    <w:p>
      <w:pPr>
        <w:jc w:val="right"/>
      </w:pPr>
      <w:r>
        <w:t>نظام اس لیے بنایا گیا تھا کہ توحید کا ایک عالمی مرکز بنے، توحید کے مشن کا، توحید</w:t>
      </w:r>
    </w:p>
    <w:p>
      <w:r>
        <w:rPr>
          <w:b/>
        </w:rPr>
        <w:t xml:space="preserve">[29:15] </w:t>
      </w:r>
      <w:r>
        <w:t>ke mission ka international center banay, aur international level par tauheed ka paigham pohanchaya jaye.</w:t>
      </w:r>
    </w:p>
    <w:p>
      <w:pPr>
        <w:jc w:val="right"/>
      </w:pPr>
      <w:r>
        <w:t>کے مشن کا international center بنے، اور international level پر توحید کا پیغام پہنچایا جائے۔</w:t>
      </w:r>
    </w:p>
    <w:p>
      <w:r>
        <w:rPr>
          <w:b/>
        </w:rPr>
        <w:t xml:space="preserve">[29:22] </w:t>
      </w:r>
      <w:r>
        <w:t>yeh kisi kitab mein maujood nahi hai.</w:t>
      </w:r>
    </w:p>
    <w:p>
      <w:pPr>
        <w:jc w:val="right"/>
      </w:pPr>
      <w:r>
        <w:t>یہ کسی کتاب میں موجود نہیں ہے۔</w:t>
      </w:r>
    </w:p>
    <w:p>
      <w:r>
        <w:rPr>
          <w:b/>
        </w:rPr>
        <w:t xml:space="preserve">[29:29] </w:t>
      </w:r>
      <w:r>
        <w:t>isi tareeqay se yahan pe hua ke Allah taala ne is ayat ke zariye se aik bohat bara</w:t>
      </w:r>
    </w:p>
    <w:p>
      <w:pPr>
        <w:jc w:val="right"/>
      </w:pPr>
      <w:r>
        <w:t>اسی طریقے سے یہاں پہ ہوا کہ اللہ تعالیٰ نے اس آیت کے ذریعے سے ایک بہت بڑا</w:t>
      </w:r>
    </w:p>
    <w:p>
      <w:r>
        <w:rPr>
          <w:b/>
        </w:rPr>
        <w:t xml:space="preserve">[29:36] </w:t>
      </w:r>
      <w:r>
        <w:t>plan tha, Allah taala ka bohat bara plan ke mazhab ke baray mein azadi ho, mawaqe khulain, aur</w:t>
      </w:r>
    </w:p>
    <w:p>
      <w:pPr>
        <w:jc w:val="right"/>
      </w:pPr>
      <w:r>
        <w:t>پلان تھا، اللہ تعالیٰ کا بہت بڑا پلان کہ مذہب کے بارے میں آزادی ہو، مواقع کھلیں، اور</w:t>
      </w:r>
    </w:p>
    <w:p>
      <w:r>
        <w:rPr>
          <w:b/>
        </w:rPr>
        <w:t xml:space="preserve">[29:42] </w:t>
      </w:r>
      <w:r>
        <w:t>Islam ki dawat sari dunya tak pohanchai jaye, aur Islam ki jo wisdom hai, jo Quran mein jo</w:t>
      </w:r>
    </w:p>
    <w:p>
      <w:pPr>
        <w:jc w:val="right"/>
      </w:pPr>
      <w:r>
        <w:t>اسلام کی دعوت ساری دنیا تک پہنچائی جائے، اور اسلام کی جو wisdom ہے، جو قرآن میں جو</w:t>
      </w:r>
    </w:p>
    <w:p>
      <w:r>
        <w:rPr>
          <w:b/>
        </w:rPr>
        <w:t xml:space="preserve">[29:49] </w:t>
      </w:r>
      <w:r>
        <w:t>wisdom hai, usay khola jaye.</w:t>
      </w:r>
    </w:p>
    <w:p>
      <w:pPr>
        <w:jc w:val="right"/>
      </w:pPr>
      <w:r>
        <w:t>wisdom ہے، اسے کھولا جائے۔</w:t>
      </w:r>
    </w:p>
    <w:p>
      <w:r>
        <w:rPr>
          <w:b/>
        </w:rPr>
        <w:t xml:space="preserve">[29:56] </w:t>
      </w:r>
      <w:r>
        <w:t>aur doosri cheez yeh thi ke nature ko, nature ke andar jo Allah taala ne jo insaan ke</w:t>
      </w:r>
    </w:p>
    <w:p>
      <w:pPr>
        <w:jc w:val="right"/>
      </w:pPr>
      <w:r>
        <w:t>اور دوسری چیز یہ تھی کہ nature کو، nature کے اندر جو اللہ تعالیٰ نے جو انسان کے</w:t>
      </w:r>
    </w:p>
    <w:p>
      <w:r>
        <w:rPr>
          <w:b/>
        </w:rPr>
        <w:t xml:space="preserve">[30:03] </w:t>
      </w:r>
      <w:r>
        <w:t>liye nematein rakhi hain, us ko daryaft kiya jaye, aur us ko insaan ke liye available kiya jaye.</w:t>
      </w:r>
    </w:p>
    <w:p>
      <w:pPr>
        <w:jc w:val="right"/>
      </w:pPr>
      <w:r>
        <w:t>لیے نعمتیں رکھی ہیں، اس کو دریافت کیا جائے، اور اس کو انسان کے لیے available کیا جائے۔</w:t>
      </w:r>
    </w:p>
    <w:p>
      <w:r>
        <w:rPr>
          <w:b/>
        </w:rPr>
        <w:t xml:space="preserve">[30:09] </w:t>
      </w:r>
      <w:r>
        <w:t>to yeh kaam hua, aur lekin us ko kya anjam diya? zyada tar aal-e-maghrib ne.</w:t>
      </w:r>
    </w:p>
    <w:p>
      <w:pPr>
        <w:jc w:val="right"/>
      </w:pPr>
      <w:r>
        <w:t>تو یہ کام ہوا، اور لیکن اس کو کیا انجام دیا؟ زیادہ تر آل مغرب نے۔</w:t>
      </w:r>
    </w:p>
    <w:p>
      <w:r>
        <w:rPr>
          <w:b/>
        </w:rPr>
        <w:t xml:space="preserve">[30:16] </w:t>
      </w:r>
      <w:r>
        <w:t>aal-e-maghrib ne to musalman chounkay sab kuch apna samajhtay hain ke hum jo jo karein ge, hum</w:t>
      </w:r>
    </w:p>
    <w:p>
      <w:pPr>
        <w:jc w:val="right"/>
      </w:pPr>
      <w:r>
        <w:t>آل مغرب نے تو مسلمان چونکہ سب کچھ اپنا سمجھتے ہیں کہ ہم جو جو کریں گے، ہم</w:t>
      </w:r>
    </w:p>
    <w:p>
      <w:r>
        <w:rPr>
          <w:b/>
        </w:rPr>
        <w:t xml:space="preserve">[30:23] </w:t>
      </w:r>
      <w:r>
        <w:t>karein ge, to aal-e-maghrib ko unhon ne bana diya dushman-e-Islam.</w:t>
      </w:r>
    </w:p>
    <w:p>
      <w:pPr>
        <w:jc w:val="right"/>
      </w:pPr>
      <w:r>
        <w:t>کریں گے، تو آل مغرب کو انہوں نے بنا دیا دشمن اسلام۔</w:t>
      </w:r>
    </w:p>
    <w:p>
      <w:r>
        <w:rPr>
          <w:b/>
        </w:rPr>
        <w:t xml:space="preserve">[30:30] </w:t>
      </w:r>
      <w:r>
        <w:t>to un ka jo role tha, us se bekhabar ho gaye.</w:t>
      </w:r>
    </w:p>
    <w:p>
      <w:pPr>
        <w:jc w:val="right"/>
      </w:pPr>
      <w:r>
        <w:t>تو ان کا جو رول تھا، اس سے بے خبر ہو گئے۔</w:t>
      </w:r>
    </w:p>
    <w:p>
      <w:r>
        <w:rPr>
          <w:b/>
        </w:rPr>
        <w:t xml:space="preserve">[30:36] </w:t>
      </w:r>
      <w:r>
        <w:t>kitni bari jo hai, isi ko isi ko kutman kahoon ga main.</w:t>
      </w:r>
    </w:p>
    <w:p>
      <w:pPr>
        <w:jc w:val="right"/>
      </w:pPr>
      <w:r>
        <w:t>کتنی بڑی جو ہے، اسی کو اسی کو کتمان کہوں گا میں۔</w:t>
      </w:r>
    </w:p>
    <w:p>
      <w:r>
        <w:rPr>
          <w:b/>
        </w:rPr>
        <w:t xml:space="preserve">[30:43] </w:t>
      </w:r>
      <w:r>
        <w:t>Quran ko chupana, jo kehtay hain na, na khud khurd, na ba-qasd deta, na khud khata, na kisi ko deta.</w:t>
      </w:r>
    </w:p>
    <w:p>
      <w:pPr>
        <w:jc w:val="right"/>
      </w:pPr>
      <w:r>
        <w:t>قرآن کو چھپانا، جو کہتے ہیں نا، نہ خود خورد، نہ بقصد دیتا، نہ خود کھاتا، نہ کسی کو دیتا۔</w:t>
      </w:r>
    </w:p>
    <w:p>
      <w:r>
        <w:rPr>
          <w:b/>
        </w:rPr>
        <w:t xml:space="preserve">[30:50] </w:t>
      </w:r>
      <w:r>
        <w:t>to yahi kutman hai ke Quran mein Allah taala ne ailan kiya tha ke aik bohat hi bara</w:t>
      </w:r>
    </w:p>
    <w:p>
      <w:pPr>
        <w:jc w:val="right"/>
      </w:pPr>
      <w:r>
        <w:t>تو یہی کتمان ہے کہ قرآن میں اللہ تعالیٰ نے اعلان کیا تھا کہ ایک بہت ہی بڑا</w:t>
      </w:r>
    </w:p>
    <w:p>
      <w:r>
        <w:rPr>
          <w:b/>
        </w:rPr>
        <w:t xml:space="preserve">[30:57] </w:t>
      </w:r>
      <w:r>
        <w:t>plan Allah taala ka tha, jo Rasool Allah Sal Allahu Alaihi Wasallam ke zariye shuru kiya gaya, aur</w:t>
      </w:r>
    </w:p>
    <w:p>
      <w:pPr>
        <w:jc w:val="right"/>
      </w:pPr>
      <w:r>
        <w:t>پلان اللہ تعالیٰ کا تھا، جو رسول اللہ صلی اللہ علیہ وسلم کے ذریعے شروع کیا گیا، اور</w:t>
      </w:r>
    </w:p>
    <w:p>
      <w:r>
        <w:rPr>
          <w:b/>
        </w:rPr>
        <w:t xml:space="preserve">[31:03] </w:t>
      </w:r>
      <w:r>
        <w:t>Europe mein ja kar khatam hua, aur us ko hadith mein taeed kaha gaya tha.</w:t>
      </w:r>
    </w:p>
    <w:p>
      <w:pPr>
        <w:jc w:val="right"/>
      </w:pPr>
      <w:r>
        <w:t>یورپ میں جا کر ختم ہوا، اور اس کو حدیث میں تائید کہا گیا تھا۔</w:t>
      </w:r>
    </w:p>
    <w:p>
      <w:r>
        <w:rPr>
          <w:b/>
        </w:rPr>
        <w:t xml:space="preserve">[31:10] </w:t>
      </w:r>
      <w:r>
        <w:t>kyunkay is mani yeh kya hua hai ke Allah ki nazar mein jo musalmanon ka tareeqa hai ke</w:t>
      </w:r>
    </w:p>
    <w:p>
      <w:pPr>
        <w:jc w:val="right"/>
      </w:pPr>
      <w:r>
        <w:t>کیونکہ اس معنی یہ کیا ہوا ہے کہ اللہ کی نظر میں جو مسلمانوں کا طریقہ ہے کہ</w:t>
      </w:r>
    </w:p>
    <w:p>
      <w:r>
        <w:rPr>
          <w:b/>
        </w:rPr>
        <w:t xml:space="preserve">[31:17] </w:t>
      </w:r>
      <w:r>
        <w:t>dushman do do do do category bantay hue hain, saaray insaan ya to dushman hain ya dost hain,</w:t>
      </w:r>
    </w:p>
    <w:p>
      <w:pPr>
        <w:jc w:val="right"/>
      </w:pPr>
      <w:r>
        <w:t>دشمن دو دو دو دو category بانٹے ہوئے ہیں، سارے انسان یا تو دشمن ہیں یا دوست ہیں،</w:t>
      </w:r>
    </w:p>
    <w:p>
      <w:r>
        <w:rPr>
          <w:b/>
        </w:rPr>
        <w:t xml:space="preserve">[31:24] </w:t>
      </w:r>
      <w:r>
        <w:t>ya dushman hain ya dost hain.</w:t>
      </w:r>
    </w:p>
    <w:p>
      <w:pPr>
        <w:jc w:val="right"/>
      </w:pPr>
      <w:r>
        <w:t>یا دشمن ہیں یا دوست ہیں۔</w:t>
      </w:r>
    </w:p>
    <w:p>
      <w:r>
        <w:rPr>
          <w:b/>
        </w:rPr>
        <w:t xml:space="preserve">[31:30] </w:t>
      </w:r>
      <w:r>
        <w:t>allah ki nazar mein ek third category hai, yeh musalmanon ki apni hai.</w:t>
      </w:r>
    </w:p>
    <w:p>
      <w:pPr>
        <w:jc w:val="right"/>
      </w:pPr>
      <w:r>
        <w:t>اللہ کی نظر میں ایک third category ہے، یہ مسلمانوں کی اپنی ہے۔</w:t>
      </w:r>
    </w:p>
    <w:p>
      <w:r>
        <w:rPr>
          <w:b/>
        </w:rPr>
        <w:t xml:space="preserve">[31:37] </w:t>
      </w:r>
      <w:r>
        <w:t>yeh ek manna ke yeh do hi category hain insanon ki, dushman dost, dushman dost, is ka naam</w:t>
      </w:r>
    </w:p>
    <w:p>
      <w:pPr>
        <w:jc w:val="right"/>
      </w:pPr>
      <w:r>
        <w:t>یہ ایک ماننا کہ یہ دو ہی category ہیں انسانوں کی، دشمن دوست، دشمن دوست، اس کا نام</w:t>
      </w:r>
    </w:p>
    <w:p>
      <w:r>
        <w:rPr>
          <w:b/>
        </w:rPr>
        <w:t xml:space="preserve">[31:44] </w:t>
      </w:r>
      <w:r>
        <w:t>hai dichotomous thinking.</w:t>
      </w:r>
    </w:p>
    <w:p>
      <w:pPr>
        <w:jc w:val="right"/>
      </w:pPr>
      <w:r>
        <w:t>ہے ڈائیکارٹمس تھنکنگ۔</w:t>
      </w:r>
    </w:p>
    <w:p>
      <w:r>
        <w:rPr>
          <w:b/>
        </w:rPr>
        <w:t xml:space="preserve">[31:51] </w:t>
      </w:r>
      <w:r>
        <w:t>to dichotomous thinking allah taala ki nahi hai, is ka ek third position bhi hai, woh hai taeed,</w:t>
      </w:r>
    </w:p>
    <w:p>
      <w:pPr>
        <w:jc w:val="right"/>
      </w:pPr>
      <w:r>
        <w:t>تو ڈائیکارٹمس تھنکنگ اللہ تعالیٰ کی نہیں ہے، اس کا ایک third position بھی ہے، وہ ہے تائید،</w:t>
      </w:r>
    </w:p>
    <w:p>
      <w:r>
        <w:rPr>
          <w:b/>
        </w:rPr>
        <w:t xml:space="preserve">[31:57] </w:t>
      </w:r>
      <w:r>
        <w:t>support, jo hadith mein aaya hai.</w:t>
      </w:r>
    </w:p>
    <w:p>
      <w:pPr>
        <w:jc w:val="right"/>
      </w:pPr>
      <w:r>
        <w:t>support، جو حدیث میں آیا ہے۔</w:t>
      </w:r>
    </w:p>
    <w:p>
      <w:r>
        <w:rPr>
          <w:b/>
        </w:rPr>
        <w:t xml:space="preserve">[32:04] </w:t>
      </w:r>
      <w:r>
        <w:t>quran mein isharatan hai, hadith mein sarahatan hai, in allah la be to musalmanon ne kuch kaam kiya.</w:t>
      </w:r>
    </w:p>
    <w:p>
      <w:pPr>
        <w:jc w:val="right"/>
      </w:pPr>
      <w:r>
        <w:t>قرآن میں اشارتاً ہے، حدیث میں صراحتاً ہے، ان اللہ لا بے تو مسلمانوں نے کچھ کام کیا۔</w:t>
      </w:r>
    </w:p>
    <w:p>
      <w:r>
        <w:rPr>
          <w:b/>
        </w:rPr>
        <w:t xml:space="preserve">[32:11] </w:t>
      </w:r>
      <w:r>
        <w:t>musalmanon ka bhi ek role hai is daur ko lane mein, lekin sirf beginning ka role hai, beginning</w:t>
      </w:r>
    </w:p>
    <w:p>
      <w:pPr>
        <w:jc w:val="right"/>
      </w:pPr>
      <w:r>
        <w:t>مسلمانوں کا بھی ایک رول ہے اس دور کو لانے میں، لیکن صرف beginning کا رول ہے، beginning</w:t>
      </w:r>
    </w:p>
    <w:p>
      <w:r>
        <w:rPr>
          <w:b/>
        </w:rPr>
        <w:t xml:space="preserve">[32:18] </w:t>
      </w:r>
      <w:r>
        <w:t>ka, is ko takmeel tak pahunchane ka role jo hai, woh ada kiya hai.</w:t>
      </w:r>
    </w:p>
    <w:p>
      <w:pPr>
        <w:jc w:val="right"/>
      </w:pPr>
      <w:r>
        <w:t>کا، اس کو تکمیل تک پہنچانے کا رول جو ہے، وہ ادا کیا ہے۔</w:t>
      </w:r>
    </w:p>
    <w:p>
      <w:r>
        <w:rPr>
          <w:b/>
        </w:rPr>
        <w:t xml:space="preserve">[32:24] </w:t>
      </w:r>
      <w:r>
        <w:t>europe mein aur america ne to aaj kal arab log kya kehte hain? america adu al islam raqam wahid,</w:t>
      </w:r>
    </w:p>
    <w:p>
      <w:pPr>
        <w:jc w:val="right"/>
      </w:pPr>
      <w:r>
        <w:t>یورپ میں اور امریکہ نے تو آج کل عرب لوگ کیا کہتے ہیں؟ امریکہ عدو الاسلام رقم واحد،</w:t>
      </w:r>
    </w:p>
    <w:p>
      <w:r>
        <w:rPr>
          <w:b/>
        </w:rPr>
        <w:t xml:space="preserve">[32:31] </w:t>
      </w:r>
      <w:r>
        <w:t>sirf is liye ke america israel ki ka side leta hai, america falasteen mein israel ki side leta</w:t>
      </w:r>
    </w:p>
    <w:p>
      <w:pPr>
        <w:jc w:val="right"/>
      </w:pPr>
      <w:r>
        <w:t>صرف اس لیے کہ امریکہ اسرائیل کی کا side لیتا ہے، امریکہ فلسطین میں اسرائیل کی side لیتا</w:t>
      </w:r>
    </w:p>
    <w:p>
      <w:r>
        <w:rPr>
          <w:b/>
        </w:rPr>
        <w:t xml:space="preserve">[32:38] </w:t>
      </w:r>
      <w:r>
        <w:t>hai, yeh sab bara bana rakha hai.</w:t>
      </w:r>
    </w:p>
    <w:p>
      <w:pPr>
        <w:jc w:val="right"/>
      </w:pPr>
      <w:r>
        <w:t>ہے، یہ سب بڑا بنا رکھا ہے۔</w:t>
      </w:r>
    </w:p>
    <w:p>
      <w:r>
        <w:rPr>
          <w:b/>
        </w:rPr>
        <w:t xml:space="preserve">[32:45] </w:t>
      </w:r>
      <w:r>
        <w:t>allah ki nazar mein yeh kuch bhi nahi hai, allah ki nazar mein kuch bhi nahi hai.</w:t>
      </w:r>
    </w:p>
    <w:p>
      <w:pPr>
        <w:jc w:val="right"/>
      </w:pPr>
      <w:r>
        <w:t>اللہ کی نظر میں یہ کچھ بھی نہیں ہے، اللہ کی نظر میں کچھ بھی نہیں ہے۔</w:t>
      </w:r>
    </w:p>
    <w:p>
      <w:r>
        <w:rPr>
          <w:b/>
        </w:rPr>
        <w:t xml:space="preserve">[32:51] </w:t>
      </w:r>
      <w:r>
        <w:t>bari cheez allah taala ne ki hai ke nature mein jo jo khazana chupa hua hai, us ko</w:t>
      </w:r>
    </w:p>
    <w:p>
      <w:pPr>
        <w:jc w:val="right"/>
      </w:pPr>
      <w:r>
        <w:t>بڑی چیز اللہ تعالیٰ نے کی ہے کہ nature میں جو جو خزانہ چھپا ہوا ہے، اس کو</w:t>
      </w:r>
    </w:p>
    <w:p>
      <w:r>
        <w:rPr>
          <w:b/>
        </w:rPr>
        <w:t xml:space="preserve">[32:58] </w:t>
      </w:r>
      <w:r>
        <w:t>daryaft kar ke insan par available karna, us ko woh woh europe ne kiya.</w:t>
      </w:r>
    </w:p>
    <w:p>
      <w:pPr>
        <w:jc w:val="right"/>
      </w:pPr>
      <w:r>
        <w:t>دریافت کر کے انسان پر available کرنا، اس کو وہ وہ یورپ نے کیا۔</w:t>
      </w:r>
    </w:p>
    <w:p>
      <w:r>
        <w:rPr>
          <w:b/>
        </w:rPr>
        <w:t xml:space="preserve">[33:05] </w:t>
      </w:r>
      <w:r>
        <w:t>to yeh jo arab kehte hain ke america adu al islam raqam wahid, agar un ko khabar ho jaye</w:t>
      </w:r>
    </w:p>
    <w:p>
      <w:pPr>
        <w:jc w:val="right"/>
      </w:pPr>
      <w:r>
        <w:t>تو یہ جو عرب کہتے ہیں کہ امریکہ عدو الاسلام رقم واحد، اگر ان کو خبر ہو جائے</w:t>
      </w:r>
    </w:p>
    <w:p>
      <w:r>
        <w:rPr>
          <w:b/>
        </w:rPr>
        <w:t xml:space="preserve">[33:12] </w:t>
      </w:r>
      <w:r>
        <w:t>to woh toba karein is jumle se aur kahein ke america mahib al islam raqam wahid.</w:t>
      </w:r>
    </w:p>
    <w:p>
      <w:pPr>
        <w:jc w:val="right"/>
      </w:pPr>
      <w:r>
        <w:t>تو وہ توبہ کریں اس جملے سے اور کہیں کہ امریکہ محب الاسلام رقم واحد۔</w:t>
      </w:r>
    </w:p>
    <w:p>
      <w:r>
        <w:rPr>
          <w:b/>
        </w:rPr>
        <w:t xml:space="preserve">[33:18] </w:t>
      </w:r>
      <w:r>
        <w:t>yani arab ailan karein, agar yeh jaan lein is baat ko ke "We were wrong, we were wrong,</w:t>
      </w:r>
    </w:p>
    <w:p>
      <w:pPr>
        <w:jc w:val="right"/>
      </w:pPr>
      <w:r>
        <w:t>یعنی عرب اعلان کریں، اگر یہ جان لیں اس بات کو کہ "We were wrong, we were wrong,</w:t>
      </w:r>
    </w:p>
    <w:p>
      <w:r>
        <w:rPr>
          <w:b/>
        </w:rPr>
        <w:t xml:space="preserve">[33:25] </w:t>
      </w:r>
      <w:r>
        <w:t>we committed a blunder" kyunke america to adu al islam raqam wahid nahi hai, america mahib al islam raqam wahid</w:t>
      </w:r>
    </w:p>
    <w:p>
      <w:pPr>
        <w:jc w:val="right"/>
      </w:pPr>
      <w:r>
        <w:t>we committed a blunder" کیونکہ امریکہ تو عدو الاسلام رقم واحد نہیں ہے، امریکہ محب الاسلام رقم واحد</w:t>
      </w:r>
    </w:p>
    <w:p>
      <w:r>
        <w:rPr>
          <w:b/>
        </w:rPr>
        <w:t xml:space="preserve">[33:32] </w:t>
      </w:r>
      <w:r>
        <w:t>hai, yani friend of islam number one.</w:t>
      </w:r>
    </w:p>
    <w:p>
      <w:pPr>
        <w:jc w:val="right"/>
      </w:pPr>
      <w:r>
        <w:t>ہے، یعنی friend of اسلام نمبر ون۔</w:t>
      </w:r>
    </w:p>
    <w:p>
      <w:r>
        <w:rPr>
          <w:b/>
        </w:rPr>
        <w:t xml:space="preserve">[33:39] </w:t>
      </w:r>
      <w:r>
        <w:t>to yahi sab hai kutman, chhipana.</w:t>
      </w:r>
    </w:p>
    <w:p>
      <w:pPr>
        <w:jc w:val="right"/>
      </w:pPr>
      <w:r>
        <w:t>تو یہی سب ہے کتمان، چھپانا۔</w:t>
      </w:r>
    </w:p>
    <w:p>
      <w:r>
        <w:rPr>
          <w:b/>
        </w:rPr>
        <w:t xml:space="preserve">[33:45] </w:t>
      </w:r>
      <w:r>
        <w:t>to quran ko agar aap tadabbur na karein, is ke mani ko na kholein, is ki gehraiyon tak</w:t>
      </w:r>
    </w:p>
    <w:p>
      <w:pPr>
        <w:jc w:val="right"/>
      </w:pPr>
      <w:r>
        <w:t>تو قرآن کو اگر آپ تدبر نہ کریں، اس کے معنی کو نہ کھولیں، اس کی گہرائیوں تک</w:t>
      </w:r>
    </w:p>
    <w:p>
      <w:r>
        <w:rPr>
          <w:b/>
        </w:rPr>
        <w:t xml:space="preserve">[33:52] </w:t>
      </w:r>
      <w:r>
        <w:t>na pahunchein to allah ke nazdeek yeh chhipana ho jayega, kutman ho jayega.</w:t>
      </w:r>
    </w:p>
    <w:p>
      <w:pPr>
        <w:jc w:val="right"/>
      </w:pPr>
      <w:r>
        <w:t>نہ پہنچیں تو اللہ کے نزدیک یہ چھپانا ہو جائے گا، کتمان ہو جائے گا۔</w:t>
      </w:r>
    </w:p>
    <w:p>
      <w:r>
        <w:rPr>
          <w:b/>
        </w:rPr>
        <w:t xml:space="preserve">[33:59] </w:t>
      </w:r>
      <w:r>
        <w:t>yeh kya tha yahud ne is zamane mein? aaj ke yahud mukhtalif hain, aaj ke yahud waisay nahi</w:t>
      </w:r>
    </w:p>
    <w:p>
      <w:pPr>
        <w:jc w:val="right"/>
      </w:pPr>
      <w:r>
        <w:t>یہ کیا تھا یہود نے اس زمانے میں؟ آج کے یہود مختلف ہیں، آج کے یہود ویسے نہیں</w:t>
      </w:r>
    </w:p>
    <w:p>
      <w:r>
        <w:rPr>
          <w:b/>
        </w:rPr>
        <w:t xml:space="preserve">[34:06] </w:t>
      </w:r>
      <w:r>
        <w:t>hain, lekin is zamane mein yahud ne jo kiya tha, woh yahi kiya tha ke ke apne in</w:t>
      </w:r>
    </w:p>
    <w:p>
      <w:pPr>
        <w:jc w:val="right"/>
      </w:pPr>
      <w:r>
        <w:t>ہیں، لیکن اس زمانے میں یہود نے جو کیا تھا، وہ یہی کیا تھا کہ کہ اپنے ان</w:t>
      </w:r>
    </w:p>
    <w:p>
      <w:r>
        <w:rPr>
          <w:b/>
        </w:rPr>
        <w:t xml:space="preserve">[34:12] </w:t>
      </w:r>
      <w:r>
        <w:t>ke paas jo kitab allah thi, us mein wisdom jo ko daryaft nahi kiya unhon ne aur insanon</w:t>
      </w:r>
    </w:p>
    <w:p>
      <w:pPr>
        <w:jc w:val="right"/>
      </w:pPr>
      <w:r>
        <w:t>کے پاس جو کتاب اللہ تھی، اس میں wisdom جو کو دریافت نہیں کیا انہوں نے اور انسانوں</w:t>
      </w:r>
    </w:p>
    <w:p>
      <w:r>
        <w:rPr>
          <w:b/>
        </w:rPr>
        <w:t xml:space="preserve">[34:19] </w:t>
      </w:r>
      <w:r>
        <w:t>ko pohanchaya nahi.</w:t>
      </w:r>
    </w:p>
    <w:p>
      <w:pPr>
        <w:jc w:val="right"/>
      </w:pPr>
      <w:r>
        <w:t>کو پہنچایا نہیں۔</w:t>
      </w:r>
    </w:p>
    <w:p>
      <w:r>
        <w:rPr>
          <w:b/>
        </w:rPr>
        <w:t xml:space="preserve">[34:26] </w:t>
      </w:r>
      <w:r>
        <w:t>to is ko Allah ne is ko kitman kaha, kitman ka mani chupana.</w:t>
      </w:r>
    </w:p>
    <w:p>
      <w:pPr>
        <w:jc w:val="right"/>
      </w:pPr>
      <w:r>
        <w:t>تو اس کو اللہ نے اس کو کتمان کہا، کتمان کا معنی چھپانا۔</w:t>
      </w:r>
    </w:p>
    <w:p>
      <w:r>
        <w:rPr>
          <w:b/>
        </w:rPr>
        <w:t xml:space="preserve">[34:33] </w:t>
      </w:r>
      <w:r>
        <w:t>yahi musalman kar rahe hain ke jo bari bari batein hain quran mein, is ko daryaft nahi kiya</w:t>
      </w:r>
    </w:p>
    <w:p>
      <w:pPr>
        <w:jc w:val="right"/>
      </w:pPr>
      <w:r>
        <w:t>یہی مسلمان کر رہے ہیں کہ جو بڑی بڑی باتیں ہیں قرآن میں، اس کو دریافت نہیں کیا</w:t>
      </w:r>
    </w:p>
    <w:p>
      <w:r>
        <w:rPr>
          <w:b/>
        </w:rPr>
        <w:t xml:space="preserve">[34:39] </w:t>
      </w:r>
      <w:r>
        <w:t>unhon ne, is ki wisdom se be khabar rahe.</w:t>
      </w:r>
    </w:p>
    <w:p>
      <w:pPr>
        <w:jc w:val="right"/>
      </w:pPr>
      <w:r>
        <w:t>انہوں نے، اس کی wisdom سے بے خبر رہے۔</w:t>
      </w:r>
    </w:p>
    <w:p>
      <w:r>
        <w:rPr>
          <w:b/>
        </w:rPr>
        <w:t xml:space="preserve">[34:46] </w:t>
      </w:r>
      <w:r>
        <w:t>to is ko Allah ke nazdeek yeh chupana hai.</w:t>
      </w:r>
    </w:p>
    <w:p>
      <w:pPr>
        <w:jc w:val="right"/>
      </w:pPr>
      <w:r>
        <w:t>تو اس کو اللہ کے نزدیک یہ چھپانا ہے۔</w:t>
      </w:r>
    </w:p>
    <w:p>
      <w:r>
        <w:rPr>
          <w:b/>
        </w:rPr>
        <w:t xml:space="preserve">[34:53] </w:t>
      </w:r>
      <w:r>
        <w:t>jo hadith mein aata hai ke ek zamana aaye ga jab ke jab ke logon ki aqlein chhan</w:t>
      </w:r>
    </w:p>
    <w:p>
      <w:pPr>
        <w:jc w:val="right"/>
      </w:pPr>
      <w:r>
        <w:t>جو حدیث میں آتا ہے کہ ایک زمانہ آئے گا جب کہ جب کہ لوگوں کی عقلیں چھن</w:t>
      </w:r>
    </w:p>
    <w:p>
      <w:r>
        <w:rPr>
          <w:b/>
        </w:rPr>
        <w:t xml:space="preserve">[35:00] </w:t>
      </w:r>
      <w:r>
        <w:t>jayengi, yahi to hai chhan jana, yani aqal ko apply karne ke qabil na rehna, yahi chhan jana hai.</w:t>
      </w:r>
    </w:p>
    <w:p>
      <w:pPr>
        <w:jc w:val="right"/>
      </w:pPr>
      <w:r>
        <w:t>جائیں گی، یہی تو ہے چھن جانا، یعنی عقل کو اپلائی کرنے کے قابل نہ رہنا، یہی چھن جانا ہے۔</w:t>
      </w:r>
    </w:p>
    <w:p>
      <w:r>
        <w:rPr>
          <w:b/>
        </w:rPr>
        <w:t xml:space="preserve">[35:06] </w:t>
      </w:r>
      <w:r>
        <w:t>to mein samajhta hoon ke musalman sirf fakhar kar jate hain, fakhar un ko quran par fakhar hai,</w:t>
      </w:r>
    </w:p>
    <w:p>
      <w:pPr>
        <w:jc w:val="right"/>
      </w:pPr>
      <w:r>
        <w:t>تو میں سمجھتا ہوں کہ مسلمان صرف فخر کر جاتے ہیں، فخر ان کو قرآن پر فخر ہے،</w:t>
      </w:r>
    </w:p>
    <w:p>
      <w:r>
        <w:rPr>
          <w:b/>
        </w:rPr>
        <w:t xml:space="preserve">[35:13] </w:t>
      </w:r>
      <w:r>
        <w:t>un ko rasool par fakhar hai, islam par fakhar hai, kaba par fakhar hai.</w:t>
      </w:r>
    </w:p>
    <w:p>
      <w:pPr>
        <w:jc w:val="right"/>
      </w:pPr>
      <w:r>
        <w:t>ان کو رسول پر فخر ہے، اسلام پر فخر ہے، کعبہ پر فخر ہے۔</w:t>
      </w:r>
    </w:p>
    <w:p>
      <w:r>
        <w:rPr>
          <w:b/>
        </w:rPr>
        <w:t xml:space="preserve">[35:20] </w:t>
      </w:r>
      <w:r>
        <w:t>is fakhar ko mein kahoon ga yeh false pride hai, yeh false pride sahi hai ke woh is</w:t>
      </w:r>
    </w:p>
    <w:p>
      <w:pPr>
        <w:jc w:val="right"/>
      </w:pPr>
      <w:r>
        <w:t>اس فخر کو میں کہوں گا یہ false pride ہے، یہ false pride صحیح ہے کہ وہ اس</w:t>
      </w:r>
    </w:p>
    <w:p>
      <w:r>
        <w:rPr>
          <w:b/>
        </w:rPr>
        <w:t xml:space="preserve">[35:27] </w:t>
      </w:r>
      <w:r>
        <w:t>ki wisdom ko daryaft karein, quran ki wisdom ko daryaft karein, sunnat ki wisdom ko daryaft karein aur</w:t>
      </w:r>
    </w:p>
    <w:p>
      <w:pPr>
        <w:jc w:val="right"/>
      </w:pPr>
      <w:r>
        <w:t>کی wisdom کو دریافت کریں، قرآن کی wisdom کو دریافت کریں، سنت کی wisdom کو دریافت کریں اور</w:t>
      </w:r>
    </w:p>
    <w:p>
      <w:r>
        <w:rPr>
          <w:b/>
        </w:rPr>
        <w:t xml:space="preserve">[35:33] </w:t>
      </w:r>
      <w:r>
        <w:t>is ko dunya tak pohanchayein.</w:t>
      </w:r>
    </w:p>
    <w:p>
      <w:pPr>
        <w:jc w:val="right"/>
      </w:pPr>
      <w:r>
        <w:t>اس کو دنیا تک پہنچائیں۔</w:t>
      </w:r>
    </w:p>
    <w:p>
      <w:r>
        <w:rPr>
          <w:b/>
        </w:rPr>
        <w:t xml:space="preserve">[35:40] </w:t>
      </w:r>
      <w:r>
        <w:t>agar yeh ho jaye musalmanon mein, yeh yeh soch aa jaye to woh chala kar kahengay jin</w:t>
      </w:r>
    </w:p>
    <w:p>
      <w:pPr>
        <w:jc w:val="right"/>
      </w:pPr>
      <w:r>
        <w:t>اگر یہ ہو جائے مسلمانوں میں، یہ یہ سوچ آ جائے تو وہ چلا کر کہیں گے جن</w:t>
      </w:r>
    </w:p>
    <w:p>
      <w:r>
        <w:rPr>
          <w:b/>
        </w:rPr>
        <w:t xml:space="preserve">[35:47] </w:t>
      </w:r>
      <w:r>
        <w:t>ko hum ne dushman samjha tha, woh to sab bare dost hamare hain.</w:t>
      </w:r>
    </w:p>
    <w:p>
      <w:pPr>
        <w:jc w:val="right"/>
      </w:pPr>
      <w:r>
        <w:t>کو ہم نے دشمن سمجھا تھا، وہ تو سب بڑے دوست ہمارے ہیں۔</w:t>
      </w:r>
    </w:p>
    <w:p>
      <w:r>
        <w:rPr>
          <w:b/>
        </w:rPr>
        <w:t xml:space="preserve">[35:54] </w:t>
      </w:r>
      <w:r>
        <w:t>kiyunke misaal ke taur par unhon ne communication daryaft kiya, unhon ne sara communication unhon ne discover kiya</w:t>
      </w:r>
    </w:p>
    <w:p>
      <w:pPr>
        <w:jc w:val="right"/>
      </w:pPr>
      <w:r>
        <w:t>کیونکہ مثال کے طور پر انہوں نے communication دریافت کیا، انہوں نے سارا communication انہوں نے discover کیا</w:t>
      </w:r>
    </w:p>
    <w:p>
      <w:r>
        <w:rPr>
          <w:b/>
        </w:rPr>
        <w:t xml:space="preserve">[36:00] </w:t>
      </w:r>
      <w:r>
        <w:t>hai aur communication ki wajah se pehli bar history mein possible hua hai ke Allah ki baat ko</w:t>
      </w:r>
    </w:p>
    <w:p>
      <w:pPr>
        <w:jc w:val="right"/>
      </w:pPr>
      <w:r>
        <w:t>ہے اور communication کی وجہ سے پہلی بار history میں possible ہوا ہے کہ اللہ کی بات کو</w:t>
      </w:r>
    </w:p>
    <w:p>
      <w:r>
        <w:rPr>
          <w:b/>
        </w:rPr>
        <w:t xml:space="preserve">[36:07] </w:t>
      </w:r>
      <w:r>
        <w:t>sare alam mein pohanchaya jaye.</w:t>
      </w:r>
    </w:p>
    <w:p>
      <w:pPr>
        <w:jc w:val="right"/>
      </w:pPr>
      <w:r>
        <w:t>سارے عالم میں پہنچایا جائے۔</w:t>
      </w:r>
    </w:p>
    <w:p>
      <w:r>
        <w:rPr>
          <w:b/>
        </w:rPr>
        <w:t xml:space="preserve">[36:14] </w:t>
      </w:r>
      <w:r>
        <w:t>sare alam mein is mein musalmanon ka yani mushkil se kuch ibtidai hissa hoga, baqi sara kaam doosron</w:t>
      </w:r>
    </w:p>
    <w:p>
      <w:pPr>
        <w:jc w:val="right"/>
      </w:pPr>
      <w:r>
        <w:t>سارے عالم میں اس میں مسلمانوں کا یعنی مشکل سے کچھ ابتدائی حصہ ہوگا، باقی سارا کام دوسروں</w:t>
      </w:r>
    </w:p>
    <w:p>
      <w:r>
        <w:rPr>
          <w:b/>
        </w:rPr>
        <w:t xml:space="preserve">[36:21] </w:t>
      </w:r>
      <w:r>
        <w:t>ne kiya hai.</w:t>
      </w:r>
    </w:p>
    <w:p>
      <w:pPr>
        <w:jc w:val="right"/>
      </w:pPr>
      <w:r>
        <w:t>نے کیا ہے۔</w:t>
      </w:r>
    </w:p>
    <w:p>
      <w:r>
        <w:rPr>
          <w:b/>
        </w:rPr>
        <w:t xml:space="preserve">[36:27] </w:t>
      </w:r>
      <w:r>
        <w:t>to shayad dunya ko is kahein ke yeh to hamare benefactor hain, hamare muhsin hain, hamare moojid hain,</w:t>
      </w:r>
    </w:p>
    <w:p>
      <w:pPr>
        <w:jc w:val="right"/>
      </w:pPr>
      <w:r>
        <w:t>تو شاید دنیا کو اس کہیں کہ یہ تو ہمارے benefactor ہیں، ہمارے محسن ہیں، ہمارے موجد ہیں،</w:t>
      </w:r>
    </w:p>
    <w:p>
      <w:r>
        <w:rPr>
          <w:b/>
        </w:rPr>
        <w:t xml:space="preserve">[36:34] </w:t>
      </w:r>
      <w:r>
        <w:t>yeh dushman nahi hain hamare.</w:t>
      </w:r>
    </w:p>
    <w:p>
      <w:pPr>
        <w:jc w:val="right"/>
      </w:pPr>
      <w:r>
        <w:t>یہ دشمن نہیں ہیں ہمارے۔</w:t>
      </w:r>
    </w:p>
    <w:p>
      <w:r>
        <w:rPr>
          <w:b/>
        </w:rPr>
        <w:t xml:space="preserve">[36:41] </w:t>
      </w:r>
      <w:r>
        <w:t>to quran ki is ayat ko ya to kisi ne kuch gehre mani mein liya hi nahi, liya</w:t>
      </w:r>
    </w:p>
    <w:p>
      <w:pPr>
        <w:jc w:val="right"/>
      </w:pPr>
      <w:r>
        <w:t>تو قرآن کی اس آیت کو یا تو کسی نے کچھ گہرے معنی میں لیا ہی نہیں، لیا</w:t>
      </w:r>
    </w:p>
    <w:p>
      <w:r>
        <w:rPr>
          <w:b/>
        </w:rPr>
        <w:t xml:space="preserve">[36:48] </w:t>
      </w:r>
      <w:r>
        <w:t>to wahi zulm o kufr aur shirk ke mani mein liya aur ek abadi rai chhed di.</w:t>
      </w:r>
    </w:p>
    <w:p>
      <w:pPr>
        <w:jc w:val="right"/>
      </w:pPr>
      <w:r>
        <w:t>تو وہی ظلم و کفر اور شرک کے معنی میں لیا اور ایک ابدی رائے چھیڑ دی۔</w:t>
      </w:r>
    </w:p>
    <w:p>
      <w:r>
        <w:rPr>
          <w:b/>
        </w:rPr>
        <w:t xml:space="preserve">[36:54] </w:t>
      </w:r>
      <w:r>
        <w:t>yani kuch jamaatein hain jo jinhon ne political interpretation diya aur unhon ne yeh nishana banaya ke ab</w:t>
      </w:r>
    </w:p>
    <w:p>
      <w:pPr>
        <w:jc w:val="right"/>
      </w:pPr>
      <w:r>
        <w:t>یعنی کچھ جماعتیں ہیں جو جنہوں نے political interpretation دیا اور انہوں نے یہ نشانہ بنایا کہ اب</w:t>
      </w:r>
    </w:p>
    <w:p>
      <w:r>
        <w:rPr>
          <w:b/>
        </w:rPr>
        <w:t xml:space="preserve">[37:01] </w:t>
      </w:r>
      <w:r>
        <w:t>dunya mein adl ka jhanda gadenge, sari dunya se kufr o shirk ko khatma karenge, sari</w:t>
      </w:r>
    </w:p>
    <w:p>
      <w:pPr>
        <w:jc w:val="right"/>
      </w:pPr>
      <w:r>
        <w:t>دنیا میں عدل کا جھنڈا گاڑیں گے، ساری دنیا سے کفر و شرک کو خاتمہ کریں گے، ساری</w:t>
      </w:r>
    </w:p>
    <w:p>
      <w:r>
        <w:rPr>
          <w:b/>
        </w:rPr>
        <w:t xml:space="preserve">[37:08] </w:t>
      </w:r>
      <w:r>
        <w:t>dunya se zulm ko mitayen ge aur woh so baras لڑ rahe hain, hawa kuch bhi nahin kyunke</w:t>
      </w:r>
    </w:p>
    <w:p>
      <w:pPr>
        <w:jc w:val="right"/>
      </w:pPr>
      <w:r>
        <w:t>دنیا سے ظلم کو مٹائیں گے اور وہ سو برس لڑ رہے ہیں، ہوا کچھ بھی نہیں کیونکہ</w:t>
      </w:r>
    </w:p>
    <w:p>
      <w:r>
        <w:rPr>
          <w:b/>
        </w:rPr>
        <w:t xml:space="preserve">[37:15] </w:t>
      </w:r>
      <w:r>
        <w:t>woh Allah ka mansooba hi nahin hai.</w:t>
      </w:r>
    </w:p>
    <w:p>
      <w:pPr>
        <w:jc w:val="right"/>
      </w:pPr>
      <w:r>
        <w:t>وہ اللہ کا منصوبہ ہی نہیں ہے۔</w:t>
      </w:r>
    </w:p>
    <w:p>
      <w:r>
        <w:rPr>
          <w:b/>
        </w:rPr>
        <w:t xml:space="preserve">[37:21] </w:t>
      </w:r>
      <w:r>
        <w:t>jo Allah ka mansooba na ho, jo Allah ki planning na ho, woh is ke liye aap لڑیں</w:t>
      </w:r>
    </w:p>
    <w:p>
      <w:pPr>
        <w:jc w:val="right"/>
      </w:pPr>
      <w:r>
        <w:t>جو اللہ کا منصوبہ نہ ہو، جو اللہ کی planning نہ ہو، وہ اس کے لیے آپ لڑیں</w:t>
      </w:r>
    </w:p>
    <w:p>
      <w:r>
        <w:rPr>
          <w:b/>
        </w:rPr>
        <w:t xml:space="preserve">[37:28] </w:t>
      </w:r>
      <w:r>
        <w:t>aur jaan den to kuch bhi kiye, suicide mangon kyun kiye, hone wala kuch bhi nahin hai.</w:t>
      </w:r>
    </w:p>
    <w:p>
      <w:pPr>
        <w:jc w:val="right"/>
      </w:pPr>
      <w:r>
        <w:t>اور جان دیں تو کچھ بھی کیے، suicide مانگوں کیوں کیے، ہونے والا کچھ بھی نہیں ہے۔</w:t>
      </w:r>
    </w:p>
    <w:p>
      <w:r>
        <w:rPr>
          <w:b/>
        </w:rPr>
        <w:t xml:space="preserve">[37:35] </w:t>
      </w:r>
      <w:r>
        <w:t>yeh aisa hi hai jaise ke misaal ke taur par hum aap ek aisi jagah hain jo covered</w:t>
      </w:r>
    </w:p>
    <w:p>
      <w:pPr>
        <w:jc w:val="right"/>
      </w:pPr>
      <w:r>
        <w:t>یہ ایسا ہی ہے جیسے کہ مثال کے طور پر ہم آپ ایک ایسی جگہ ہیں جو covered</w:t>
      </w:r>
    </w:p>
    <w:p>
      <w:r>
        <w:rPr>
          <w:b/>
        </w:rPr>
        <w:t xml:space="preserve">[37:42] </w:t>
      </w:r>
      <w:r>
        <w:t>hai, chhat is ke upar chhat hai, ab hum chahte hain ke yahan hamein pani mil jaye to</w:t>
      </w:r>
    </w:p>
    <w:p>
      <w:pPr>
        <w:jc w:val="right"/>
      </w:pPr>
      <w:r>
        <w:t>ہے، چھت اس کے اوپر چھت ہے، اب ہم چاہتے ہیں کہ یہاں ہمیں پانی مل جائے تو</w:t>
      </w:r>
    </w:p>
    <w:p>
      <w:r>
        <w:rPr>
          <w:b/>
        </w:rPr>
        <w:t xml:space="preserve">[37:48] </w:t>
      </w:r>
      <w:r>
        <w:t>so baras tak yahan aap kuch bhi karte rahiye, barish andar nahin aa jaye gi, barish to upar</w:t>
      </w:r>
    </w:p>
    <w:p>
      <w:pPr>
        <w:jc w:val="right"/>
      </w:pPr>
      <w:r>
        <w:t>سو برس تک یہاں آپ کچھ بھی کرتے رہیے، بارش اندر نہیں آ جائے گی، بارش تو اوپر</w:t>
      </w:r>
    </w:p>
    <w:p>
      <w:r>
        <w:rPr>
          <w:b/>
        </w:rPr>
        <w:t xml:space="preserve">[37:55] </w:t>
      </w:r>
      <w:r>
        <w:t>beh jaye gi kyunke chhat hai.</w:t>
      </w:r>
    </w:p>
    <w:p>
      <w:pPr>
        <w:jc w:val="right"/>
      </w:pPr>
      <w:r>
        <w:t>بہہ جائے گی کیونکہ چھت ہے۔</w:t>
      </w:r>
    </w:p>
    <w:p>
      <w:r>
        <w:rPr>
          <w:b/>
        </w:rPr>
        <w:t xml:space="preserve">[38:02] </w:t>
      </w:r>
      <w:r>
        <w:t>to is dunya mein koi cheez aap ko mile gi to Allah ke Allah ka jo law of</w:t>
      </w:r>
    </w:p>
    <w:p>
      <w:pPr>
        <w:jc w:val="right"/>
      </w:pPr>
      <w:r>
        <w:t>تو اس دنیا میں کوئی چیز آپ کو ملے گی تو اللہ کے اللہ کا جو law of</w:t>
      </w:r>
    </w:p>
    <w:p>
      <w:r>
        <w:rPr>
          <w:b/>
        </w:rPr>
        <w:t xml:space="preserve">[38:09] </w:t>
      </w:r>
      <w:r>
        <w:t>nature hai, is ko follow kar ke mile ga.</w:t>
      </w:r>
    </w:p>
    <w:p>
      <w:pPr>
        <w:jc w:val="right"/>
      </w:pPr>
      <w:r>
        <w:t>nature ہے، اس کو follow کر کے ملے گی۔</w:t>
      </w:r>
    </w:p>
    <w:p>
      <w:r>
        <w:rPr>
          <w:b/>
        </w:rPr>
        <w:t xml:space="preserve">[38:15] </w:t>
      </w:r>
      <w:r>
        <w:t>is kamre mein aap chahen ke yahan ghoṛe gaaen, ghoṛe gaaen, yahan aam ke peṛ lagaen to nahin</w:t>
      </w:r>
    </w:p>
    <w:p>
      <w:pPr>
        <w:jc w:val="right"/>
      </w:pPr>
      <w:r>
        <w:t>اس کمرے میں آپ چاہیں کہ یہاں گھوڑے گائیں، گھوڑے گائیں، یہاں آم کے پیڑ لگائیں تو نہیں</w:t>
      </w:r>
    </w:p>
    <w:p>
      <w:r>
        <w:rPr>
          <w:b/>
        </w:rPr>
        <w:t xml:space="preserve">[38:22] </w:t>
      </w:r>
      <w:r>
        <w:t>lagne wala hai, woh is ke liye soil chahiye.</w:t>
      </w:r>
    </w:p>
    <w:p>
      <w:pPr>
        <w:jc w:val="right"/>
      </w:pPr>
      <w:r>
        <w:t>لگنے والا ہے، وہ اس کے لیے soil چاہیے۔</w:t>
      </w:r>
    </w:p>
    <w:p>
      <w:r>
        <w:rPr>
          <w:b/>
        </w:rPr>
        <w:t xml:space="preserve">[38:29] </w:t>
      </w:r>
      <w:r>
        <w:t>to Allah taala ne jo rakha tha khazana, chunke soch nahin musalmanon mein bani, woh soch nahin bani,</w:t>
      </w:r>
    </w:p>
    <w:p>
      <w:pPr>
        <w:jc w:val="right"/>
      </w:pPr>
      <w:r>
        <w:t>تو اللہ تعالیٰ نے جو رکھا تھا خزانہ، چونکہ سوچ نہیں مسلمانوں میں بنی، وہ سوچ نہیں بنی،</w:t>
      </w:r>
    </w:p>
    <w:p>
      <w:r>
        <w:rPr>
          <w:b/>
        </w:rPr>
        <w:t xml:space="preserve">[38:36] </w:t>
      </w:r>
      <w:r>
        <w:t>woh wisdom nahin aayi un ke andar, to is ko daryaft nahin kiya unhon ne.</w:t>
      </w:r>
    </w:p>
    <w:p>
      <w:pPr>
        <w:jc w:val="right"/>
      </w:pPr>
      <w:r>
        <w:t>وہ wisdom نہیں آئی ان کے اندر، تو اس کو دریافت نہیں کیا انہوں نے۔</w:t>
      </w:r>
    </w:p>
    <w:p>
      <w:r>
        <w:rPr>
          <w:b/>
        </w:rPr>
        <w:t xml:space="preserve">[38:42] </w:t>
      </w:r>
      <w:r>
        <w:t>to hamara mission yeh hai ke isi ko mein kaha karta hoon ke hamara mission yeh hai ke</w:t>
      </w:r>
    </w:p>
    <w:p>
      <w:pPr>
        <w:jc w:val="right"/>
      </w:pPr>
      <w:r>
        <w:t>تو ہمارا mission یہ ہے کہ اسی کو میں کہا کرتا ہوں کہ ہمارا mission یہ ہے کہ</w:t>
      </w:r>
    </w:p>
    <w:p>
      <w:r>
        <w:rPr>
          <w:b/>
        </w:rPr>
        <w:t xml:space="preserve">[38:49] </w:t>
      </w:r>
      <w:r>
        <w:t>ghair muslimon ke liye Islam ko un ki discovery banana aur musalmanon ke liye Islam ko un ki</w:t>
      </w:r>
    </w:p>
    <w:p>
      <w:pPr>
        <w:jc w:val="right"/>
      </w:pPr>
      <w:r>
        <w:t>غیر مسلموں کے لیے اسلام کو ان کی discovery بنانا اور مسلمانوں کے لیے اسلام کو ان کی</w:t>
      </w:r>
    </w:p>
    <w:p>
      <w:r>
        <w:rPr>
          <w:b/>
        </w:rPr>
        <w:t xml:space="preserve">[38:56] </w:t>
      </w:r>
      <w:r>
        <w:t>rediscovery banana, yeh hamara mission hai.</w:t>
      </w:r>
    </w:p>
    <w:p>
      <w:pPr>
        <w:jc w:val="right"/>
      </w:pPr>
      <w:r>
        <w:t>rediscovery بنانا، یہ ہمارا mission ہے۔</w:t>
      </w:r>
    </w:p>
    <w:p>
      <w:r>
        <w:rPr>
          <w:b/>
        </w:rPr>
        <w:t xml:space="preserve">[39:03] </w:t>
      </w:r>
      <w:r>
        <w:t>musalmanon ko phir se zinda karna chahte hain, musalmanon ko phir se revive karna chahte hain taake yeh</w:t>
      </w:r>
    </w:p>
    <w:p>
      <w:pPr>
        <w:jc w:val="right"/>
      </w:pPr>
      <w:r>
        <w:t>مسلمانوں کو پھر سے زندہ کرنا چاہتے ہیں، مسلمانوں کو پھر سے revive کرنا چاہتے ہیں تاکہ یہ</w:t>
      </w:r>
    </w:p>
    <w:p>
      <w:r>
        <w:rPr>
          <w:b/>
        </w:rPr>
        <w:t xml:space="preserve">[39:09] </w:t>
      </w:r>
      <w:r>
        <w:t>jo chupa hua wisdom Quran mein hai, is ko jann aur jan kar is par dunya ko batayen,</w:t>
      </w:r>
    </w:p>
    <w:p>
      <w:pPr>
        <w:jc w:val="right"/>
      </w:pPr>
      <w:r>
        <w:t>جو چھپا ہوا wisdom قرآن میں ہے، اس کو جانیں اور جان کر اس پر دنیا کو بتائیں،</w:t>
      </w:r>
    </w:p>
    <w:p>
      <w:r>
        <w:rPr>
          <w:b/>
        </w:rPr>
        <w:t xml:space="preserve">[39:16] </w:t>
      </w:r>
      <w:r>
        <w:t>jis ko kehte hain ahya-e-millat, yahi to hai, woh ahya-e-millat yahi hai, yani revival of ummah,</w:t>
      </w:r>
    </w:p>
    <w:p>
      <w:pPr>
        <w:jc w:val="right"/>
      </w:pPr>
      <w:r>
        <w:t>جس کو کہتے ہیں احیائے ملت، یہی تو ہے، وہ احیائے ملت یہی ہے، یعنی revival of امہ،</w:t>
      </w:r>
    </w:p>
    <w:p>
      <w:r>
        <w:rPr>
          <w:b/>
        </w:rPr>
        <w:t xml:space="preserve">[39:23] </w:t>
      </w:r>
      <w:r>
        <w:t>yahi to hai.</w:t>
      </w:r>
    </w:p>
    <w:p>
      <w:pPr>
        <w:jc w:val="right"/>
      </w:pPr>
      <w:r>
        <w:t>یہی تو ہے۔</w:t>
      </w:r>
    </w:p>
    <w:p>
      <w:r>
        <w:rPr>
          <w:b/>
        </w:rPr>
        <w:t xml:space="preserve">[39:30] </w:t>
      </w:r>
      <w:r>
        <w:t>mein samajhta hoon ek lafz mein revival ummah yeh hai ke musalman dobara Quran ki wisdom ko daryaft karen.</w:t>
      </w:r>
    </w:p>
    <w:p>
      <w:pPr>
        <w:jc w:val="right"/>
      </w:pPr>
      <w:r>
        <w:t>میں سمجھتا ہوں ایک لفظ میں revival امہ یہ ہے کہ مسلمان دوبارہ قرآن کی wisdom کو دریافت کریں۔</w:t>
      </w:r>
    </w:p>
    <w:p>
      <w:r>
        <w:rPr>
          <w:b/>
        </w:rPr>
        <w:t xml:space="preserve">[39:36] </w:t>
      </w:r>
      <w:r>
        <w:t>abhi woh qashr ko jante hain, qashr yani chhilka, jo maghz hai, us se bekhabar hain.</w:t>
      </w:r>
    </w:p>
    <w:p>
      <w:pPr>
        <w:jc w:val="right"/>
      </w:pPr>
      <w:r>
        <w:t>ابھی وہ قشر کو جانتے ہیں، قشر یعنی چھلکا، جو مغز ہے، اس سے بے خبر ہیں۔</w:t>
      </w:r>
    </w:p>
    <w:p>
      <w:r>
        <w:rPr>
          <w:b/>
        </w:rPr>
        <w:t xml:space="preserve">[39:43] </w:t>
      </w:r>
      <w:r>
        <w:t>to muslim ummah ka revival yeh hai ke muslim ummah ijtihadi taqat se kaam le aur wisdom ko daryaft kare.</w:t>
      </w:r>
    </w:p>
    <w:p>
      <w:pPr>
        <w:jc w:val="right"/>
      </w:pPr>
      <w:r>
        <w:t>تو مسلم امہ کا revival یہ ہے کہ مسلم امہ اجتہادی طاقت سے کام لے اور wisdom کو دریافت کرے۔</w:t>
      </w:r>
    </w:p>
    <w:p>
      <w:r>
        <w:rPr>
          <w:b/>
        </w:rPr>
        <w:t xml:space="preserve">[39:50] </w:t>
      </w:r>
      <w:r>
        <w:t>mein samajhta hoon ke musalmanon ne ijtihad ko istemal hi nahin kiya.</w:t>
      </w:r>
    </w:p>
    <w:p>
      <w:pPr>
        <w:jc w:val="right"/>
      </w:pPr>
      <w:r>
        <w:t>میں سمجھتا ہوں کہ مسلمانوں نے اجتہاد کو استعمال ہی نہیں کیا۔</w:t>
      </w:r>
    </w:p>
    <w:p>
      <w:r>
        <w:rPr>
          <w:b/>
        </w:rPr>
        <w:t xml:space="preserve">[39:57] </w:t>
      </w:r>
      <w:r>
        <w:t>aaj mein soch raha tha subah keh kaha jata hai keh fuqaha ka jo daur hai, us ke</w:t>
      </w:r>
    </w:p>
    <w:p>
      <w:pPr>
        <w:jc w:val="right"/>
      </w:pPr>
      <w:r>
        <w:t>آج میں سوچ رہا تھا صبح کہ کہا جاتا ہے کہ فقہاء کا جو دور ہے، اس کے</w:t>
      </w:r>
    </w:p>
    <w:p>
      <w:r>
        <w:rPr>
          <w:b/>
        </w:rPr>
        <w:t xml:space="preserve">[40:03] </w:t>
      </w:r>
      <w:r>
        <w:t>baad ijtihad ka darwaza band ho gaya.</w:t>
      </w:r>
    </w:p>
    <w:p>
      <w:pPr>
        <w:jc w:val="right"/>
      </w:pPr>
      <w:r>
        <w:t>بعد اجتہاد کا دروازہ بند ہو گیا۔</w:t>
      </w:r>
    </w:p>
    <w:p>
      <w:r>
        <w:rPr>
          <w:b/>
        </w:rPr>
        <w:t xml:space="preserve">[40:10] </w:t>
      </w:r>
      <w:r>
        <w:t>fuqaha ka jo daur hai, us ke baad ijtihad ka darwaza band ho gaya.</w:t>
      </w:r>
    </w:p>
    <w:p>
      <w:pPr>
        <w:jc w:val="right"/>
      </w:pPr>
      <w:r>
        <w:t>فقہاء کا جو دور ہے، اس کے بعد اجتہاد کا دروازہ بند ہو گیا۔</w:t>
      </w:r>
    </w:p>
    <w:p>
      <w:r>
        <w:rPr>
          <w:b/>
        </w:rPr>
        <w:t xml:space="preserve">[40:17] </w:t>
      </w:r>
      <w:r>
        <w:t>mein to kahunga keh ijtihad ka darwaza kabhi khula hi nahin.</w:t>
      </w:r>
    </w:p>
    <w:p>
      <w:pPr>
        <w:jc w:val="right"/>
      </w:pPr>
      <w:r>
        <w:t>میں تو کہوں گا کہ اجتہاد کا دروازہ کبھی کھلا ہی نہیں۔</w:t>
      </w:r>
    </w:p>
    <w:p>
      <w:r>
        <w:rPr>
          <w:b/>
        </w:rPr>
        <w:t xml:space="preserve">[40:24] </w:t>
      </w:r>
      <w:r>
        <w:t>baad ke daur mein ijtihad ka darwaza kabhi khula hi nahin, is liye keh fuqaha ne jo ijtihad</w:t>
      </w:r>
    </w:p>
    <w:p>
      <w:pPr>
        <w:jc w:val="right"/>
      </w:pPr>
      <w:r>
        <w:t>بعد کے دور میں اجتہاد کا دروازہ کبھی کھلا ہی نہیں، اس لیے کہ فقہاء نے جو اجتہاد</w:t>
      </w:r>
    </w:p>
    <w:p>
      <w:r>
        <w:rPr>
          <w:b/>
        </w:rPr>
        <w:t xml:space="preserve">[40:30] </w:t>
      </w:r>
      <w:r>
        <w:t>kiya, woh choti choti cheezon mein kiya, choti cheezon mein, choti cheezon mein.</w:t>
      </w:r>
    </w:p>
    <w:p>
      <w:pPr>
        <w:jc w:val="right"/>
      </w:pPr>
      <w:r>
        <w:t>کیا، وہ چھوٹی چھوٹی چیزوں میں کیا، چھوٹی چیزوں میں، چھوٹی چیزوں میں۔</w:t>
      </w:r>
    </w:p>
    <w:p>
      <w:r>
        <w:rPr>
          <w:b/>
        </w:rPr>
        <w:t xml:space="preserve">[40:37] </w:t>
      </w:r>
      <w:r>
        <w:t>jaise mein jo yeh moza pehne hue hoon, kapre ka moza, to aap jante hain keh jarab par</w:t>
      </w:r>
    </w:p>
    <w:p>
      <w:pPr>
        <w:jc w:val="right"/>
      </w:pPr>
      <w:r>
        <w:t>جیسے میں جو یہ موزہ پہنے ہوئے ہوں، کپڑے کا موزہ، تو آپ جانتے ہیں کہ جراب پر</w:t>
      </w:r>
    </w:p>
    <w:p>
      <w:r>
        <w:rPr>
          <w:b/>
        </w:rPr>
        <w:t xml:space="preserve">[40:44] </w:t>
      </w:r>
      <w:r>
        <w:t>masah karna se yeh hota hai keh aap thande mausam mein agar wuzu kar ke paaon mein jarab</w:t>
      </w:r>
    </w:p>
    <w:p>
      <w:pPr>
        <w:jc w:val="right"/>
      </w:pPr>
      <w:r>
        <w:t>مسح کرنا سے یہ ہوتا ہے کہ آپ ٹھنڈے موسم میں اگر وضو کر کے پاؤں میں جراب</w:t>
      </w:r>
    </w:p>
    <w:p>
      <w:r>
        <w:rPr>
          <w:b/>
        </w:rPr>
        <w:t xml:space="preserve">[40:51] </w:t>
      </w:r>
      <w:r>
        <w:t>daal lein to aap teen din tak masah kar ke namaz parh sakte hain, paaon mein masah kar ke.</w:t>
      </w:r>
    </w:p>
    <w:p>
      <w:pPr>
        <w:jc w:val="right"/>
      </w:pPr>
      <w:r>
        <w:t>ڈال لیں تو آپ تین دن تک مسح کر کے نماز پڑھ سکتے ہیں، پاؤں میں مسح کر کے۔</w:t>
      </w:r>
    </w:p>
    <w:p>
      <w:r>
        <w:rPr>
          <w:b/>
        </w:rPr>
        <w:t xml:space="preserve">[40:57] </w:t>
      </w:r>
      <w:r>
        <w:t>yeh hai is ke mas alal khuffain, kehte hain is ko mas alal khuffain.</w:t>
      </w:r>
    </w:p>
    <w:p>
      <w:pPr>
        <w:jc w:val="right"/>
      </w:pPr>
      <w:r>
        <w:t>یہ ہے اس کے مس علی الخفائن، کہتے ہیں اس کو مس علی الخفائن۔</w:t>
      </w:r>
    </w:p>
    <w:p>
      <w:r>
        <w:rPr>
          <w:b/>
        </w:rPr>
        <w:t xml:space="preserve">[41:04] </w:t>
      </w:r>
      <w:r>
        <w:t>to ab jab daur mein aaya keh moze bante lage, dhage ke, kapre ke, aur woh masnooi dhage</w:t>
      </w:r>
    </w:p>
    <w:p>
      <w:pPr>
        <w:jc w:val="right"/>
      </w:pPr>
      <w:r>
        <w:t>تو اب جب دور میں آیا کہ موزے بننے لگے، دھاگے کے، کپڑے کے، اور وہ مصنوعی دھاگے</w:t>
      </w:r>
    </w:p>
    <w:p>
      <w:r>
        <w:rPr>
          <w:b/>
        </w:rPr>
        <w:t xml:space="preserve">[41:11] </w:t>
      </w:r>
      <w:r>
        <w:t>ke, is zamane mein bante the chamre ke, to ijtihad kar ke logon ne bataya keh chamre ke</w:t>
      </w:r>
    </w:p>
    <w:p>
      <w:pPr>
        <w:jc w:val="right"/>
      </w:pPr>
      <w:r>
        <w:t>کے، اس زمانے میں بنتے تھے چمڑے کے، تو اجتہاد کر کے لوگوں نے بتایا کہ چمڑے کے</w:t>
      </w:r>
    </w:p>
    <w:p>
      <w:r>
        <w:rPr>
          <w:b/>
        </w:rPr>
        <w:t xml:space="preserve">[41:18] </w:t>
      </w:r>
      <w:r>
        <w:t>moze par jis tarah masah karna jaiz tha, us tarah is par bhi jaiz hai.</w:t>
      </w:r>
    </w:p>
    <w:p>
      <w:pPr>
        <w:jc w:val="right"/>
      </w:pPr>
      <w:r>
        <w:t>موزے پر جس طرح مسح کرنا جائز تھا، اس طرح اس پر بھی جائز ہے۔</w:t>
      </w:r>
    </w:p>
    <w:p>
      <w:r>
        <w:rPr>
          <w:b/>
        </w:rPr>
        <w:t xml:space="preserve">[41:24] </w:t>
      </w:r>
      <w:r>
        <w:t>yeh yeh kiya is ka ijtihad hai? yeh common sense ki baat hai.</w:t>
      </w:r>
    </w:p>
    <w:p>
      <w:pPr>
        <w:jc w:val="right"/>
      </w:pPr>
      <w:r>
        <w:t>یہ یہ کیا اس کا اجتہاد ہے؟ یہ common sense کی بات ہے۔</w:t>
      </w:r>
    </w:p>
    <w:p>
      <w:r>
        <w:rPr>
          <w:b/>
        </w:rPr>
        <w:t xml:space="preserve">[41:31] </w:t>
      </w:r>
      <w:r>
        <w:t>jo cheez common sense ki hai, us ko ijtihad ka masla bana diya.</w:t>
      </w:r>
    </w:p>
    <w:p>
      <w:pPr>
        <w:jc w:val="right"/>
      </w:pPr>
      <w:r>
        <w:t>جو چیز common sense کی ہے، اس کو اجتہاد کا مسئلہ بنا دیا۔</w:t>
      </w:r>
    </w:p>
    <w:p>
      <w:r>
        <w:rPr>
          <w:b/>
        </w:rPr>
        <w:t xml:space="preserve">[41:38] </w:t>
      </w:r>
      <w:r>
        <w:t>woh jo hadith hai keh istafti qalb ka, apne dil se fatwa pooch lo, is ka matlab hai</w:t>
      </w:r>
    </w:p>
    <w:p>
      <w:pPr>
        <w:jc w:val="right"/>
      </w:pPr>
      <w:r>
        <w:t>وہ جو حدیث ہے کہ استفت قلب کا، اپنے دل سے فتویٰ پوچھ لو، اس کا معنی ہے</w:t>
      </w:r>
    </w:p>
    <w:p>
      <w:r>
        <w:rPr>
          <w:b/>
        </w:rPr>
        <w:t xml:space="preserve">[41:45] </w:t>
      </w:r>
      <w:r>
        <w:t>keh bohat cheezein aisi hoti hain jo common sense ka subject hoti hain.</w:t>
      </w:r>
    </w:p>
    <w:p>
      <w:pPr>
        <w:jc w:val="right"/>
      </w:pPr>
      <w:r>
        <w:t>کہ بہت چیزیں ایسی ہوتی ہیں جو common sense کا subject ہوتی ہیں۔</w:t>
      </w:r>
    </w:p>
    <w:p>
      <w:r>
        <w:rPr>
          <w:b/>
        </w:rPr>
        <w:t xml:space="preserve">[41:51] </w:t>
      </w:r>
      <w:r>
        <w:t>fatwa kiya poochhna hai? common sense jo kahe, woh kar lo.</w:t>
      </w:r>
    </w:p>
    <w:p>
      <w:pPr>
        <w:jc w:val="right"/>
      </w:pPr>
      <w:r>
        <w:t>فتویٰ کیا پوچھنا ہے؟ common sense جو کہے، وہ کر لو۔</w:t>
      </w:r>
    </w:p>
    <w:p>
      <w:r>
        <w:rPr>
          <w:b/>
        </w:rPr>
        <w:t xml:space="preserve">[41:58] </w:t>
      </w:r>
      <w:r>
        <w:t>to jin cheezon par itna logon ne kai so saal tak bahsien keen, bahsien keen, bahsien keen, woh</w:t>
      </w:r>
    </w:p>
    <w:p>
      <w:pPr>
        <w:jc w:val="right"/>
      </w:pPr>
      <w:r>
        <w:t>تو جن چیزوں پر اتنا لوگوں نے کئی سو سال تک بحثیں کیں، بحثیں کیں، بحثیں کیں، وہ</w:t>
      </w:r>
    </w:p>
    <w:p>
      <w:r>
        <w:rPr>
          <w:b/>
        </w:rPr>
        <w:t xml:space="preserve">[42:05] </w:t>
      </w:r>
      <w:r>
        <w:t>sab common sense ka mauzu tha, woh ijtihad ka mauzu hi nahin tha.</w:t>
      </w:r>
    </w:p>
    <w:p>
      <w:pPr>
        <w:jc w:val="right"/>
      </w:pPr>
      <w:r>
        <w:t>سب common sense کا موضوع تھا، وہ اجتہاد کا موضوع ہی نہیں تھا۔</w:t>
      </w:r>
    </w:p>
    <w:p>
      <w:r>
        <w:rPr>
          <w:b/>
        </w:rPr>
        <w:t xml:space="preserve">[42:12] </w:t>
      </w:r>
      <w:r>
        <w:t>ijtihad ka mauzu dekhein, yeh hai keh keh west ne hamari hukumaton ko khatam kiya, mughal Empire ko</w:t>
      </w:r>
    </w:p>
    <w:p>
      <w:pPr>
        <w:jc w:val="right"/>
      </w:pPr>
      <w:r>
        <w:t>اجتہاد کا موضوع دیکھیں، یہ ہے کہ کہ west نے ہماری حکومتوں کو ختم کیا، مغل Empire کو</w:t>
      </w:r>
    </w:p>
    <w:p>
      <w:r>
        <w:rPr>
          <w:b/>
        </w:rPr>
        <w:t xml:space="preserve">[42:18] </w:t>
      </w:r>
      <w:r>
        <w:t>khatam kiya, Turkish Empire ko khatam kiya, to musalman ghusa ho gaye.</w:t>
      </w:r>
    </w:p>
    <w:p>
      <w:pPr>
        <w:jc w:val="right"/>
      </w:pPr>
      <w:r>
        <w:t>ختم کیا، Turkish Empire کو ختم کیا، تو مسلمان غصہ ہو گئے۔</w:t>
      </w:r>
    </w:p>
    <w:p>
      <w:r>
        <w:rPr>
          <w:b/>
        </w:rPr>
        <w:t xml:space="preserve">[42:25] </w:t>
      </w:r>
      <w:r>
        <w:t>yahan ijtihad karna tha keh is par kiya ghusa karna? yeh dekho keh unhon ne bohat bara kaam</w:t>
      </w:r>
    </w:p>
    <w:p>
      <w:pPr>
        <w:jc w:val="right"/>
      </w:pPr>
      <w:r>
        <w:t>یہاں اجتہاد کرنا تھا کہ اس پر کیا غصہ کرنا؟ یہ دیکھو کہ انہوں نے بہت بڑا کام</w:t>
      </w:r>
    </w:p>
    <w:p>
      <w:r>
        <w:rPr>
          <w:b/>
        </w:rPr>
        <w:t xml:space="preserve">[42:32] </w:t>
      </w:r>
      <w:r>
        <w:t>kiya hai keh nature ko unfold kiya, unhon ne hum ko communication diya, hamein hum ko political press</w:t>
      </w:r>
    </w:p>
    <w:p>
      <w:pPr>
        <w:jc w:val="right"/>
      </w:pPr>
      <w:r>
        <w:t>کیا ہے کہ nature کو unfold کیا، انہوں نے ہم کو communication دیا، ہمیں ہم کو political press</w:t>
      </w:r>
    </w:p>
    <w:p>
      <w:r>
        <w:rPr>
          <w:b/>
        </w:rPr>
        <w:t xml:space="preserve">[42:39] </w:t>
      </w:r>
      <w:r>
        <w:t>diya, hamein freedom dilaye, woh yeh dekho, woh sab ki koi ahmiyat nahin hai.</w:t>
      </w:r>
    </w:p>
    <w:p>
      <w:pPr>
        <w:jc w:val="right"/>
      </w:pPr>
      <w:r>
        <w:t>دیا، ہمیں freedom دلائے، وہ یہ دیکھو، وہ سب کی کوئی اہمیت نہیں ہے۔</w:t>
      </w:r>
    </w:p>
    <w:p>
      <w:r>
        <w:rPr>
          <w:b/>
        </w:rPr>
        <w:t xml:space="preserve">[42:45] </w:t>
      </w:r>
      <w:r>
        <w:t>yeh tha ijtihad ka masla, yeh tha ijtihad ka masla.</w:t>
      </w:r>
    </w:p>
    <w:p>
      <w:pPr>
        <w:jc w:val="right"/>
      </w:pPr>
      <w:r>
        <w:t>یہ تھا اجتہاد کا مسئلہ، یہ تھا اجتہاد کا مسئلہ۔</w:t>
      </w:r>
    </w:p>
    <w:p>
      <w:r>
        <w:rPr>
          <w:b/>
        </w:rPr>
        <w:t xml:space="preserve">[42:52] </w:t>
      </w:r>
      <w:r>
        <w:t>to mein nahi, mein kahunga ke ijtihad ka darwaza band nahi hua, balkeh ijtihad ka darwaza khula hi nahi.</w:t>
      </w:r>
    </w:p>
    <w:p>
      <w:pPr>
        <w:jc w:val="right"/>
      </w:pPr>
      <w:r>
        <w:t>تو میں نہیں، میں کہوں گا کہ اجتہاد کا دروازہ بند نہیں ہوا، بلکہ اجتہاد کا دروازہ کھلا ہی نہیں۔</w:t>
      </w:r>
    </w:p>
    <w:p>
      <w:r>
        <w:rPr>
          <w:b/>
        </w:rPr>
        <w:t xml:space="preserve">[42:59] </w:t>
      </w:r>
      <w:r>
        <w:t>muslim period mein, behal mein dua karta hoon ke Allah taala hum ko, aap ko samajh de, hum</w:t>
      </w:r>
    </w:p>
    <w:p>
      <w:pPr>
        <w:jc w:val="right"/>
      </w:pPr>
      <w:r>
        <w:t>مسلم period میں، بہرحال میں دعا کرتا ہوں کہ اللہ تعالیٰ ہم کو، آپ کو سمجھ دے، ہم</w:t>
      </w:r>
    </w:p>
    <w:p>
      <w:r>
        <w:rPr>
          <w:b/>
        </w:rPr>
        <w:t xml:space="preserve">[43:06] </w:t>
      </w:r>
      <w:r>
        <w:t>islam ki ko gehrai ke sath samjhein aur khud is par amal karein aur doosron ko amal karne</w:t>
      </w:r>
    </w:p>
    <w:p>
      <w:pPr>
        <w:jc w:val="right"/>
      </w:pPr>
      <w:r>
        <w:t>اسلام کی کو گہرائی کے ساتھ سمجھیں اور خود اس پر عمل کریں اور دوسروں کو عمل کرنے</w:t>
      </w:r>
    </w:p>
    <w:p>
      <w:r>
        <w:rPr>
          <w:b/>
        </w:rPr>
        <w:t xml:space="preserve">[43:12] </w:t>
      </w:r>
      <w:r>
        <w:t>ki targhib dein.</w:t>
      </w:r>
    </w:p>
    <w:p>
      <w:pPr>
        <w:jc w:val="right"/>
      </w:pPr>
      <w:r>
        <w:t>کی ترغیب دیں۔</w:t>
      </w:r>
    </w:p>
    <w:p>
      <w:r>
        <w:rPr>
          <w:b/>
        </w:rPr>
        <w:t xml:space="preserve">[43:19] </w:t>
      </w:r>
      <w:r>
        <w:t>isi yeh meri dua hai apne liye aur aap sab logon ke liye.</w:t>
      </w:r>
    </w:p>
    <w:p>
      <w:pPr>
        <w:jc w:val="right"/>
      </w:pPr>
      <w:r>
        <w:t>اسی یہ میری دعا ہے اپنے لیے اور آپ سب لوگوں کے لیے۔</w:t>
      </w:r>
    </w:p>
    <w:p>
      <w:r>
        <w:rPr>
          <w:b/>
        </w:rPr>
        <w:t xml:space="preserve">[43:26] </w:t>
      </w:r>
      <w:r>
        <w:t>assalam o alaikum warahmatullah.</w:t>
      </w:r>
    </w:p>
    <w:p>
      <w:pPr>
        <w:jc w:val="right"/>
      </w:pPr>
      <w:r>
        <w:t>السلام علیکم ورحمتہ اللہ۔</w:t>
      </w:r>
    </w:p>
    <w:p>
      <w:r>
        <w:rPr>
          <w:b/>
        </w:rPr>
        <w:t xml:space="preserve">[43:33] </w:t>
      </w:r>
      <w:r>
        <w:t>Okay, we will be starting with the question answer session now.</w:t>
      </w:r>
    </w:p>
    <w:p>
      <w:pPr>
        <w:jc w:val="right"/>
      </w:pPr>
      <w:r>
        <w:t>Okay, we will be starting with the question answer session now.</w:t>
      </w:r>
    </w:p>
    <w:p>
      <w:r>
        <w:rPr>
          <w:b/>
        </w:rPr>
        <w:t xml:space="preserve">[43:40] </w:t>
      </w:r>
      <w:r>
        <w:t>We request the online viewers to send their questions on info@cpsglobal.org.</w:t>
      </w:r>
    </w:p>
    <w:p>
      <w:pPr>
        <w:jc w:val="right"/>
      </w:pPr>
      <w:r>
        <w:t>We request the online viewers to send their questions on info@cpsglobal.org.</w:t>
      </w:r>
    </w:p>
    <w:p>
      <w:r>
        <w:rPr>
          <w:b/>
        </w:rPr>
        <w:t xml:space="preserve">[43:46] </w:t>
      </w:r>
      <w:r>
        <w:t>Facebook viewers can send their questions in the comment section.</w:t>
      </w:r>
    </w:p>
    <w:p>
      <w:pPr>
        <w:jc w:val="right"/>
      </w:pPr>
      <w:r>
        <w:t>Facebook viewers can send their questions in the comment section.</w:t>
      </w:r>
    </w:p>
    <w:p>
      <w:r>
        <w:rPr>
          <w:b/>
        </w:rPr>
        <w:t xml:space="preserve">[43:52] </w:t>
      </w:r>
      <w:r>
        <w:t>Maulana sahib, yeh sawal aaya hai Pakistan se Inkesar Ali sahib ka aur unhon ne aap se poocha</w:t>
      </w:r>
    </w:p>
    <w:p>
      <w:pPr>
        <w:jc w:val="right"/>
      </w:pPr>
      <w:r>
        <w:t>مولانا صاحب، یہ سوال آیا ہے پاکستان سے انکسار علی صاحب کا اور انہوں نے آپ سے پوچھا</w:t>
      </w:r>
    </w:p>
    <w:p>
      <w:r>
        <w:rPr>
          <w:b/>
        </w:rPr>
        <w:t xml:space="preserve">[43:58] </w:t>
      </w:r>
      <w:r>
        <w:t>ہے کہ how do you differentiate between jihad and terrorism? دیکھیں، جہاد، terrorism تو اور جہاد سے کوئی</w:t>
      </w:r>
    </w:p>
    <w:p>
      <w:pPr>
        <w:jc w:val="right"/>
      </w:pPr>
      <w:r>
        <w:t>ہے کہ how do you differentiate between جہاد and terrorism؟ دیکھیں، جہاد، terrorism تو اور جہاد سے کوئی</w:t>
      </w:r>
    </w:p>
    <w:p>
      <w:r>
        <w:rPr>
          <w:b/>
        </w:rPr>
        <w:t xml:space="preserve">[44:05] </w:t>
      </w:r>
      <w:r>
        <w:t>matlab nahi hai.</w:t>
      </w:r>
    </w:p>
    <w:p>
      <w:pPr>
        <w:jc w:val="right"/>
      </w:pPr>
      <w:r>
        <w:t>مطلب نہیں ہے۔</w:t>
      </w:r>
    </w:p>
    <w:p>
      <w:r>
        <w:rPr>
          <w:b/>
        </w:rPr>
        <w:t xml:space="preserve">[44:11] </w:t>
      </w:r>
      <w:r>
        <w:t>jihad peaceful struggle ka naam hai, yaad rakhiye, jihad mein violence hai hi nahi, shamil hi nahi hai.</w:t>
      </w:r>
    </w:p>
    <w:p>
      <w:pPr>
        <w:jc w:val="right"/>
      </w:pPr>
      <w:r>
        <w:t>جہاد peaceful struggle کا نام ہے، یاد رکھیے، جہاد میں violence ہے ہی نہیں، شامل ہی نہیں ہے۔</w:t>
      </w:r>
    </w:p>
    <w:p>
      <w:r>
        <w:rPr>
          <w:b/>
        </w:rPr>
        <w:t xml:space="preserve">[44:17] </w:t>
      </w:r>
      <w:r>
        <w:t>is par mein kai likha hai, mein ne apni kitabon mein ke jihad means peaceful struggle aur terrorism</w:t>
      </w:r>
    </w:p>
    <w:p>
      <w:pPr>
        <w:jc w:val="right"/>
      </w:pPr>
      <w:r>
        <w:t>اس پر میں کئی لکھا ہے، میں نے اپنی کتابوں میں کہ جہاد means peaceful struggle اور terrorism</w:t>
      </w:r>
    </w:p>
    <w:p>
      <w:r>
        <w:rPr>
          <w:b/>
        </w:rPr>
        <w:t xml:space="preserve">[44:24] </w:t>
      </w:r>
      <w:r>
        <w:t>to marna kaatne ka naam hai, koi is ka taluq hi nahi hai.</w:t>
      </w:r>
    </w:p>
    <w:p>
      <w:pPr>
        <w:jc w:val="right"/>
      </w:pPr>
      <w:r>
        <w:t>تو مارنا کاٹنے کا نام ہے، کوئی اس کا تعلق ہی نہیں ہے۔</w:t>
      </w:r>
    </w:p>
    <w:p>
      <w:r>
        <w:rPr>
          <w:b/>
        </w:rPr>
        <w:t xml:space="preserve">[44:30] </w:t>
      </w:r>
      <w:r>
        <w:t>jo jo terrorism ko jihad kahe, woh mere nazdeek woh andha beh raha hai, andha, is ko quran</w:t>
      </w:r>
    </w:p>
    <w:p>
      <w:pPr>
        <w:jc w:val="right"/>
      </w:pPr>
      <w:r>
        <w:t>جو جو terrorism کو جہاد کہے، وہ میرے نزدیک وہ اندھا بہہ رہا ہے، اندھا، اس کو قرآن</w:t>
      </w:r>
    </w:p>
    <w:p>
      <w:r>
        <w:rPr>
          <w:b/>
        </w:rPr>
        <w:t xml:space="preserve">[44:36] </w:t>
      </w:r>
      <w:r>
        <w:t>o hadith ki koi khabar nahi.</w:t>
      </w:r>
    </w:p>
    <w:p>
      <w:pPr>
        <w:jc w:val="right"/>
      </w:pPr>
      <w:r>
        <w:t>و حدیث کی کوئی خبر نہیں۔</w:t>
      </w:r>
    </w:p>
    <w:p>
      <w:r>
        <w:rPr>
          <w:b/>
        </w:rPr>
        <w:t xml:space="preserve">[44:43] </w:t>
      </w:r>
      <w:r>
        <w:t>ya to misuse kar raha hai, woh islam ko ke term ko misuse kar raha hai ya andha</w:t>
      </w:r>
    </w:p>
    <w:p>
      <w:pPr>
        <w:jc w:val="right"/>
      </w:pPr>
      <w:r>
        <w:t>یا تو misuse کر رہا ہے، وہ اسلام کو کے term کو misuse کر رہا ہے یا اندھا</w:t>
      </w:r>
    </w:p>
    <w:p>
      <w:r>
        <w:rPr>
          <w:b/>
        </w:rPr>
        <w:t xml:space="preserve">[44:49] </w:t>
      </w:r>
      <w:r>
        <w:t>beh raha hai.</w:t>
      </w:r>
    </w:p>
    <w:p>
      <w:pPr>
        <w:jc w:val="right"/>
      </w:pPr>
      <w:r>
        <w:t>بہہ رہا ہے۔</w:t>
      </w:r>
    </w:p>
    <w:p>
      <w:r>
        <w:rPr>
          <w:b/>
        </w:rPr>
        <w:t xml:space="preserve">[44:55] </w:t>
      </w:r>
      <w:r>
        <w:t>quran ki ayat padhiye aap ke wajاهدhum behi jahadan kabira.</w:t>
      </w:r>
    </w:p>
    <w:p>
      <w:pPr>
        <w:jc w:val="right"/>
      </w:pPr>
      <w:r>
        <w:t>قرآن کی آیت پڑھیے آپ کہ وجاہدھم بہی جہاداً کبیرہ۔</w:t>
      </w:r>
    </w:p>
    <w:p>
      <w:r>
        <w:rPr>
          <w:b/>
        </w:rPr>
        <w:t xml:space="preserve">[45:02] </w:t>
      </w:r>
      <w:r>
        <w:t>yahan bataya ke quran ke zariye jihad karo to quran ke zariye jihad kaise hoga? Aap tablegh karein</w:t>
      </w:r>
    </w:p>
    <w:p>
      <w:pPr>
        <w:jc w:val="right"/>
      </w:pPr>
      <w:r>
        <w:t>یہاں بتایا کہ قرآن کے ذریعے جہاد کرو تو قرآن کے ذریعے جہاد کیسے ہوگا؟ آپ تبلیغ کریں</w:t>
      </w:r>
    </w:p>
    <w:p>
      <w:r>
        <w:rPr>
          <w:b/>
        </w:rPr>
        <w:t xml:space="preserve">[45:08] </w:t>
      </w:r>
      <w:r>
        <w:t>ge, dawat dein ge to yeh jihad hoga.</w:t>
      </w:r>
    </w:p>
    <w:p>
      <w:pPr>
        <w:jc w:val="right"/>
      </w:pPr>
      <w:r>
        <w:t>گے، دعوت دیں گے تو یہ جہاد ہوگا۔</w:t>
      </w:r>
    </w:p>
    <w:p>
      <w:r>
        <w:rPr>
          <w:b/>
        </w:rPr>
        <w:t xml:space="preserve">[45:14] </w:t>
      </w:r>
      <w:r>
        <w:t>to jihad ka matlab hai peaceful struggle.</w:t>
      </w:r>
    </w:p>
    <w:p>
      <w:pPr>
        <w:jc w:val="right"/>
      </w:pPr>
      <w:r>
        <w:t>تو جہاد کا مطلب ہے peaceful struggle۔</w:t>
      </w:r>
    </w:p>
    <w:p>
      <w:r>
        <w:rPr>
          <w:b/>
        </w:rPr>
        <w:t xml:space="preserve">[45:20] </w:t>
      </w:r>
      <w:r>
        <w:t>jihad mein koi, jihad ka koi taluq mar kaat se nahi hai aur terrorism to mar kaat hi</w:t>
      </w:r>
    </w:p>
    <w:p>
      <w:pPr>
        <w:jc w:val="right"/>
      </w:pPr>
      <w:r>
        <w:t>جہاد میں کوئی، جہاد کا کوئی تعلق مار کاٹ سے نہیں ہے اور terrorism تو مار کاٹ ہی</w:t>
      </w:r>
    </w:p>
    <w:p>
      <w:r>
        <w:rPr>
          <w:b/>
        </w:rPr>
        <w:t xml:space="preserve">[45:27] </w:t>
      </w:r>
      <w:r>
        <w:t>par qaim hai.</w:t>
      </w:r>
    </w:p>
    <w:p>
      <w:pPr>
        <w:jc w:val="right"/>
      </w:pPr>
      <w:r>
        <w:t>پر قائم ہے۔</w:t>
      </w:r>
    </w:p>
    <w:p>
      <w:r>
        <w:rPr>
          <w:b/>
        </w:rPr>
        <w:t xml:space="preserve">[45:33] </w:t>
      </w:r>
      <w:r>
        <w:t>is par maine kafi likha hai, aap meri kitabon mein parh sakte hain.</w:t>
      </w:r>
    </w:p>
    <w:p>
      <w:pPr>
        <w:jc w:val="right"/>
      </w:pPr>
      <w:r>
        <w:t>اس پر میں نے کافی لکھا ہے، آپ میری کتابوں میں پڑھ سکتے ہیں۔</w:t>
      </w:r>
    </w:p>
    <w:p>
      <w:r>
        <w:rPr>
          <w:b/>
        </w:rPr>
        <w:t xml:space="preserve">[45:39] </w:t>
      </w:r>
      <w:r>
        <w:t>Maulana, Maulana, agla sawal dene se pehle ek comment parhna chahenge jo Muhammad Ayub sahab ne bheja</w:t>
      </w:r>
    </w:p>
    <w:p>
      <w:pPr>
        <w:jc w:val="right"/>
      </w:pPr>
      <w:r>
        <w:t>مولانا، مولانا، اگلا سوال دینے سے پہلے ایک comment پڑھنا چاہیں گے جو محمد ایوب صاحب نے بھیجا</w:t>
      </w:r>
    </w:p>
    <w:p>
      <w:r>
        <w:rPr>
          <w:b/>
        </w:rPr>
        <w:t xml:space="preserve">[45:46] </w:t>
      </w:r>
      <w:r>
        <w:t>hai Kanpur UP se.</w:t>
      </w:r>
    </w:p>
    <w:p>
      <w:pPr>
        <w:jc w:val="right"/>
      </w:pPr>
      <w:r>
        <w:t>ہے کانپور یو پی سے۔</w:t>
      </w:r>
    </w:p>
    <w:p>
      <w:r>
        <w:rPr>
          <w:b/>
        </w:rPr>
        <w:t xml:space="preserve">[45:52] </w:t>
      </w:r>
      <w:r>
        <w:t>unhon ne likha hai: "Freedom of speech leads to intellectual development because in a free society people can</w:t>
      </w:r>
    </w:p>
    <w:p>
      <w:pPr>
        <w:jc w:val="right"/>
      </w:pPr>
      <w:r>
        <w:t>انہوں نے لکھا ہے: "Freedom of speech leads to intellectual development because in a free society people can</w:t>
      </w:r>
    </w:p>
    <w:p>
      <w:r>
        <w:rPr>
          <w:b/>
        </w:rPr>
        <w:t xml:space="preserve">[45:58] </w:t>
      </w:r>
      <w:r>
        <w:t>criticize without fear and as a result our mind gets triggered to think on different directions and we</w:t>
      </w:r>
    </w:p>
    <w:p>
      <w:pPr>
        <w:jc w:val="right"/>
      </w:pPr>
      <w:r>
        <w:t>criticize without fear and as a result our mind gets triggered to think on different directions and we</w:t>
      </w:r>
    </w:p>
    <w:p>
      <w:r>
        <w:rPr>
          <w:b/>
        </w:rPr>
        <w:t xml:space="preserve">[46:05] </w:t>
      </w:r>
      <w:r>
        <w:t>may be able to discover the new ideas." Maulana, agla sawal Delhi se Ajay Dwivedi sahab ne kiya</w:t>
      </w:r>
    </w:p>
    <w:p>
      <w:pPr>
        <w:jc w:val="right"/>
      </w:pPr>
      <w:r>
        <w:t>may be able to discover the new ideas." مولانا، اگلا سوال دلی سے اجے دیویدی صاحب نے کیا</w:t>
      </w:r>
    </w:p>
    <w:p>
      <w:r>
        <w:rPr>
          <w:b/>
        </w:rPr>
        <w:t xml:space="preserve">[46:11] </w:t>
      </w:r>
      <w:r>
        <w:t>hai, unhon ne likha hai: "Maulana sahab, Muslims say that we cannot consider America as our friend number</w:t>
      </w:r>
    </w:p>
    <w:p>
      <w:pPr>
        <w:jc w:val="right"/>
      </w:pPr>
      <w:r>
        <w:t>ہے، انہوں نے لکھا ہے: "مولانا صاحب، مسلمs say that we cannot consider امریکہ as our friend number</w:t>
      </w:r>
    </w:p>
    <w:p>
      <w:r>
        <w:rPr>
          <w:b/>
        </w:rPr>
        <w:t xml:space="preserve">[46:17] </w:t>
      </w:r>
      <w:r>
        <w:t>one because they have killed so many people across the globe in the name of establishing peace.</w:t>
      </w:r>
    </w:p>
    <w:p>
      <w:pPr>
        <w:jc w:val="right"/>
      </w:pPr>
      <w:r>
        <w:t>one because they have killed so many people across the globe in the name of establishing peace.</w:t>
      </w:r>
    </w:p>
    <w:p>
      <w:r>
        <w:rPr>
          <w:b/>
        </w:rPr>
        <w:t xml:space="preserve">[46:24] </w:t>
      </w:r>
      <w:r>
        <w:t>Secondly, it was America which used atomic bomb against Japan. It seems America is the biggest enemy of mankind. What is your opinion on these claims?</w:t>
      </w:r>
    </w:p>
    <w:p>
      <w:pPr>
        <w:jc w:val="right"/>
      </w:pPr>
      <w:r>
        <w:t>Secondly, it was امریکہ which used atomic bomb against Japan. It seems امریکہ is the biggest enemy of mankind. What is your opinion on these claims?</w:t>
      </w:r>
    </w:p>
    <w:p>
      <w:r>
        <w:rPr>
          <w:b/>
        </w:rPr>
        <w:t xml:space="preserve">[46:36] </w:t>
      </w:r>
      <w:r>
        <w:t>"dekhen, yeh sab jhoote references hain, yeh log baaton ko detailed study karte nahin.</w:t>
      </w:r>
    </w:p>
    <w:p>
      <w:pPr>
        <w:jc w:val="right"/>
      </w:pPr>
      <w:r>
        <w:t>" دیکھیں، یہ سب جھوٹے references ہیں، یہ لوگ باتوں کو detailed study کرتے نہیں۔</w:t>
      </w:r>
    </w:p>
    <w:p>
      <w:r>
        <w:rPr>
          <w:b/>
        </w:rPr>
        <w:t xml:space="preserve">[46:42] </w:t>
      </w:r>
      <w:r>
        <w:t>America kya hai, kisi bhi shakhs ne is ki detailed study ki, maine is ki bohat gehrai</w:t>
      </w:r>
    </w:p>
    <w:p>
      <w:pPr>
        <w:jc w:val="right"/>
      </w:pPr>
      <w:r>
        <w:t>امریکہ کیا ہے، کسی بھی شخص نے اس کی detailed study کی، میں نے اس کی بہت گہرائی</w:t>
      </w:r>
    </w:p>
    <w:p>
      <w:r>
        <w:rPr>
          <w:b/>
        </w:rPr>
        <w:t xml:space="preserve">[46:48] </w:t>
      </w:r>
      <w:r>
        <w:t>ke sath study ki hai.</w:t>
      </w:r>
    </w:p>
    <w:p>
      <w:pPr>
        <w:jc w:val="right"/>
      </w:pPr>
      <w:r>
        <w:t>کے ساتھ study کی ہے۔</w:t>
      </w:r>
    </w:p>
    <w:p>
      <w:r>
        <w:rPr>
          <w:b/>
        </w:rPr>
        <w:t xml:space="preserve">[46:54] </w:t>
      </w:r>
      <w:r>
        <w:t>to aur is par maine likha hai, kafi aap meri kitab "Idara Deen" parhiye, yeh sab jo</w:t>
      </w:r>
    </w:p>
    <w:p>
      <w:pPr>
        <w:jc w:val="right"/>
      </w:pPr>
      <w:r>
        <w:t>تو اور اس پر میں نے لکھا ہے، کافی آپ میری کتاب "ادارہ دین" پڑھیے، یہ سب جو</w:t>
      </w:r>
    </w:p>
    <w:p>
      <w:r>
        <w:rPr>
          <w:b/>
        </w:rPr>
        <w:t xml:space="preserve">[47:00] </w:t>
      </w:r>
      <w:r>
        <w:t>references hain, woh de rahe hain, sab jhoote references hain.</w:t>
      </w:r>
    </w:p>
    <w:p>
      <w:pPr>
        <w:jc w:val="right"/>
      </w:pPr>
      <w:r>
        <w:t>references ہیں، وہ دے رہے ہیں، سب جھوٹے references ہیں۔</w:t>
      </w:r>
    </w:p>
    <w:p>
      <w:r>
        <w:rPr>
          <w:b/>
        </w:rPr>
        <w:t xml:space="preserve">[47:06] </w:t>
      </w:r>
      <w:r>
        <w:t>pehley aap meri kitab parh lijiye "Idara Deen", is ke baad sawal kijiye.</w:t>
      </w:r>
    </w:p>
    <w:p>
      <w:pPr>
        <w:jc w:val="right"/>
      </w:pPr>
      <w:r>
        <w:t>پہلے آپ میری کتاب پڑھ لیجئے "ادارہ دین"، اس کے بعد سوال کیجئے۔</w:t>
      </w:r>
    </w:p>
    <w:p>
      <w:r>
        <w:rPr>
          <w:b/>
        </w:rPr>
        <w:t xml:space="preserve">[47:12] </w:t>
      </w:r>
      <w:r>
        <w:t>Maulana, agla sawal lene se pehle ek comment parhna chahenge jo Ajmer se Dr. Safeena Tabassum ne</w:t>
      </w:r>
    </w:p>
    <w:p>
      <w:pPr>
        <w:jc w:val="right"/>
      </w:pPr>
      <w:r>
        <w:t>مولانا، اگلا سوال لینے سے پہلے ایک comment پڑھنا چاہیں گے جو اجمیر سے ڈاکٹر سفینہ تبسم نے</w:t>
      </w:r>
    </w:p>
    <w:p>
      <w:r>
        <w:rPr>
          <w:b/>
        </w:rPr>
        <w:t xml:space="preserve">[47:18] </w:t>
      </w:r>
      <w:r>
        <w:t>bheja hai, unhon ne likha hai: "Maulana sahab, you have derived most logical lessons from Quran and Hadith.</w:t>
      </w:r>
    </w:p>
    <w:p>
      <w:pPr>
        <w:jc w:val="right"/>
      </w:pPr>
      <w:r>
        <w:t>بھیجا ہے، انہوں نے لکھا ہے: "مولانا صاحب، you have derived most logical lessons from قرآن and حدیث.</w:t>
      </w:r>
    </w:p>
    <w:p>
      <w:r>
        <w:rPr>
          <w:b/>
        </w:rPr>
        <w:t xml:space="preserve">[47:25] </w:t>
      </w:r>
      <w:r>
        <w:t>It can eliminate all the hatred present today. This is the answer to all the problems of Muslims." Maulana, agla sawal Dilli se kiya hai Miss Naghma Siddiqui ne, unhon ne likha hai: "Today I learned for the first time that fitnah means censorship.</w:t>
      </w:r>
    </w:p>
    <w:p>
      <w:pPr>
        <w:jc w:val="right"/>
      </w:pPr>
      <w:r>
        <w:t>It can eliminate all the hatred present today. This is the answer to all the problems of Muslims." مولانا، اگلا سوال دلی سے کیا ہے مس نغمہ صدیقی نے، انہوں نے لکھا ہے: "Today I learned for the first time that fitnah means censorship.</w:t>
      </w:r>
    </w:p>
    <w:p>
      <w:r>
        <w:rPr>
          <w:b/>
        </w:rPr>
        <w:t xml:space="preserve">[47:49] </w:t>
      </w:r>
      <w:r>
        <w:t>My question is, why Muslims translated or understood it in the wrong sense of shirk, zulm and kufr?"</w:t>
      </w:r>
    </w:p>
    <w:p>
      <w:pPr>
        <w:jc w:val="right"/>
      </w:pPr>
      <w:r>
        <w:t>My question is, why Muslims translated or understood it in the wrong sense of shirk, ظلم and کفر؟"</w:t>
      </w:r>
    </w:p>
    <w:p>
      <w:r>
        <w:rPr>
          <w:b/>
        </w:rPr>
        <w:t xml:space="preserve">[47:55] </w:t>
      </w:r>
      <w:r>
        <w:t>dekhen, fitna ka lafzi matlab na zulm hai na kufr hai na shirk hai, lafzi maani nahin hai is ke.</w:t>
      </w:r>
    </w:p>
    <w:p>
      <w:pPr>
        <w:jc w:val="right"/>
      </w:pPr>
      <w:r>
        <w:t>دیکھیں، فتنہ کا لفظی مطلب نہ ظلم ہے نہ کفر ہے نہ شرک ہے، لفظی معنی نہیں ہے اس کے۔</w:t>
      </w:r>
    </w:p>
    <w:p>
      <w:r>
        <w:rPr>
          <w:b/>
        </w:rPr>
        <w:t xml:space="preserve">[48:01] </w:t>
      </w:r>
      <w:r>
        <w:t>phir fitna ke lafzi maani hain jaanchana, jaise sonar jo hai sone ko jaanchne ke liye tapata hai,</w:t>
      </w:r>
    </w:p>
    <w:p>
      <w:pPr>
        <w:jc w:val="right"/>
      </w:pPr>
      <w:r>
        <w:t>پھر فتنہ کے لفظی معنی ہیں جانچنا، جیسے سلار جو ہے سونے کو جانچنے کے لیے تپاتا ہے،</w:t>
      </w:r>
    </w:p>
    <w:p>
      <w:r>
        <w:rPr>
          <w:b/>
        </w:rPr>
        <w:t xml:space="preserve">[48:07] </w:t>
      </w:r>
      <w:r>
        <w:t>to baad mein bataya ke is mein milawat hai ke sona khalis hai.</w:t>
      </w:r>
    </w:p>
    <w:p>
      <w:pPr>
        <w:jc w:val="right"/>
      </w:pPr>
      <w:r>
        <w:t>تو بعد میں بتایا کہ اس میں ملاوٹ ہے کہ سونا خالص ہے۔</w:t>
      </w:r>
    </w:p>
    <w:p>
      <w:r>
        <w:rPr>
          <w:b/>
        </w:rPr>
        <w:t xml:space="preserve">[48:14] </w:t>
      </w:r>
      <w:r>
        <w:t>to is tapane ko fitna kehte hain.</w:t>
      </w:r>
    </w:p>
    <w:p>
      <w:pPr>
        <w:jc w:val="right"/>
      </w:pPr>
      <w:r>
        <w:t>تو اس تپانے کو فتنہ کہتے ہیں۔</w:t>
      </w:r>
    </w:p>
    <w:p>
      <w:r>
        <w:rPr>
          <w:b/>
        </w:rPr>
        <w:t xml:space="preserve">[48:20] </w:t>
      </w:r>
      <w:r>
        <w:t>jo log is ko zulm aur shirk aur zulm batate hain, woh is ka literal meaning ke aitbar</w:t>
      </w:r>
    </w:p>
    <w:p>
      <w:pPr>
        <w:jc w:val="right"/>
      </w:pPr>
      <w:r>
        <w:t>جو لوگ اس کو ظلم اور شرک اور ظلم بتاتے ہیں، وہ اس کا literal meaning کے اعتبار</w:t>
      </w:r>
    </w:p>
    <w:p>
      <w:r>
        <w:rPr>
          <w:b/>
        </w:rPr>
        <w:t xml:space="preserve">[48:26] </w:t>
      </w:r>
      <w:r>
        <w:t>se nahin batate, woh influential meaning ke aitbar se batate hain.</w:t>
      </w:r>
    </w:p>
    <w:p>
      <w:pPr>
        <w:jc w:val="right"/>
      </w:pPr>
      <w:r>
        <w:t>سے نہیں بتاتے، وہ influential meaning کے اعتبار سے بتاتے ہیں۔</w:t>
      </w:r>
    </w:p>
    <w:p>
      <w:r>
        <w:rPr>
          <w:b/>
        </w:rPr>
        <w:t xml:space="preserve">[48:33] </w:t>
      </w:r>
      <w:r>
        <w:t>to mera jo influence hai, woh woh is ko mein zyada sahi samajhta hoon.</w:t>
      </w:r>
    </w:p>
    <w:p>
      <w:pPr>
        <w:jc w:val="right"/>
      </w:pPr>
      <w:r>
        <w:t>تو میرا جو influence ہے، وہ وہ اس کو میں زیادہ صحیح سمجھتا ہوں۔</w:t>
      </w:r>
    </w:p>
    <w:p>
      <w:r>
        <w:rPr>
          <w:b/>
        </w:rPr>
        <w:t xml:space="preserve">[48:39] </w:t>
      </w:r>
      <w:r>
        <w:t>aur jo logon ne is ko nikala hai, is ko kehte hain istemali bahana, yani zulm o kufr o shirk.</w:t>
      </w:r>
    </w:p>
    <w:p>
      <w:pPr>
        <w:jc w:val="right"/>
      </w:pPr>
      <w:r>
        <w:t>اور جو لوگوں نے اس کو نکالا ہے، اس کو کہتے ہیں استعمالی بہانہ، یعنی ظلم و کفر و شرک۔</w:t>
      </w:r>
    </w:p>
    <w:p>
      <w:r>
        <w:rPr>
          <w:b/>
        </w:rPr>
        <w:t xml:space="preserve">[48:45] </w:t>
      </w:r>
      <w:r>
        <w:t>is ko main sahi nahi samajhta ke jis ko maine aap ko bataya ke aisa hukum kaise</w:t>
      </w:r>
    </w:p>
    <w:p>
      <w:pPr>
        <w:jc w:val="right"/>
      </w:pPr>
      <w:r>
        <w:t>اس کو میں صحیح نہیں سمجھتا کہ جس کو میں نے آپ کو بتایا کہ ایسا حکم کیسے</w:t>
      </w:r>
    </w:p>
    <w:p>
      <w:r>
        <w:rPr>
          <w:b/>
        </w:rPr>
        <w:t xml:space="preserve">[48:51] </w:t>
      </w:r>
      <w:r>
        <w:t>allah ta'ala dega jo kabhi hua hi nahi ho.</w:t>
      </w:r>
    </w:p>
    <w:p>
      <w:pPr>
        <w:jc w:val="right"/>
      </w:pPr>
      <w:r>
        <w:t>اللہ تعالیٰ دے گا جو کبھی ہوا ہی نہیں ہو۔</w:t>
      </w:r>
    </w:p>
    <w:p>
      <w:r>
        <w:rPr>
          <w:b/>
        </w:rPr>
        <w:t xml:space="preserve">[48:58] </w:t>
      </w:r>
      <w:r>
        <w:t>un ke tashreeh ke mutabiq allah ne aisa hukum diya jo kabhi waqea nahi bana.</w:t>
      </w:r>
    </w:p>
    <w:p>
      <w:pPr>
        <w:jc w:val="right"/>
      </w:pPr>
      <w:r>
        <w:t>ان کے تشریح کے مطابق اللہ نے ایسا حکم دیا جو کبھی واقعہ نہیں بنا۔</w:t>
      </w:r>
    </w:p>
    <w:p>
      <w:r>
        <w:rPr>
          <w:b/>
        </w:rPr>
        <w:t xml:space="preserve">[49:04] </w:t>
      </w:r>
      <w:r>
        <w:t>ab main jo kehta hoon, waqea bana hai, wo is liye main kahunga ke mera jo influence</w:t>
      </w:r>
    </w:p>
    <w:p>
      <w:pPr>
        <w:jc w:val="right"/>
      </w:pPr>
      <w:r>
        <w:t>اب میں جو کہتا ہوں، واقعہ بنا ہے، وہ اس لیے میں کہوں گا کہ میرا جو influence</w:t>
      </w:r>
    </w:p>
    <w:p>
      <w:r>
        <w:rPr>
          <w:b/>
        </w:rPr>
        <w:t xml:space="preserve">[49:10] </w:t>
      </w:r>
      <w:r>
        <w:t>hai, wo sahi hai, un ka influence galat hai.</w:t>
      </w:r>
    </w:p>
    <w:p>
      <w:pPr>
        <w:jc w:val="right"/>
      </w:pPr>
      <w:r>
        <w:t>ہے، وہ صحیح ہے، ان کا influence غلط ہے۔</w:t>
      </w:r>
    </w:p>
    <w:p>
      <w:r>
        <w:rPr>
          <w:b/>
        </w:rPr>
        <w:t xml:space="preserve">[49:17] </w:t>
      </w:r>
      <w:r>
        <w:t>maulana, agla sawal maulana iqbal umri ne bheja hai chennai se, unhone aap se poocha hai ke</w:t>
      </w:r>
    </w:p>
    <w:p>
      <w:pPr>
        <w:jc w:val="right"/>
      </w:pPr>
      <w:r>
        <w:t>مولانا، اگلا سوال مولانا اقبال عمری نے بھیجا ہے چنئی سے، انہوں نے آپ سے پوچھا ہے کہ</w:t>
      </w:r>
    </w:p>
    <w:p>
      <w:r>
        <w:rPr>
          <w:b/>
        </w:rPr>
        <w:t xml:space="preserve">[49:23] </w:t>
      </w:r>
      <w:r>
        <w:t>quran mein lagho se i'tiraz karna kaha gaya hai, is ke bare mein batayen.</w:t>
      </w:r>
    </w:p>
    <w:p>
      <w:pPr>
        <w:jc w:val="right"/>
      </w:pPr>
      <w:r>
        <w:t>قرآن میں لغو سے اعراج کرنا کہا گیا ہے، اس کے بارے میں بتائیں۔</w:t>
      </w:r>
    </w:p>
    <w:p>
      <w:r>
        <w:rPr>
          <w:b/>
        </w:rPr>
        <w:t xml:space="preserve">[49:29] </w:t>
      </w:r>
      <w:r>
        <w:t>dekhen, lagho ke mani aise hain, yani bekar cheez, fazool cheez.</w:t>
      </w:r>
    </w:p>
    <w:p>
      <w:pPr>
        <w:jc w:val="right"/>
      </w:pPr>
      <w:r>
        <w:t>دیکھیں، لغو کے معنی ایسے ہیں، یعنی بیکار چیز، فضول چیز۔</w:t>
      </w:r>
    </w:p>
    <w:p>
      <w:r>
        <w:rPr>
          <w:b/>
        </w:rPr>
        <w:t xml:space="preserve">[49:35] </w:t>
      </w:r>
      <w:r>
        <w:t>to main yeh samajhta hoon ke yahan par murad hai ke irrelevant cheez, hamare mission ke lehaz se irrelevant hai.</w:t>
      </w:r>
    </w:p>
    <w:p>
      <w:pPr>
        <w:jc w:val="right"/>
      </w:pPr>
      <w:r>
        <w:t>تو میں یہ سمجھتا ہوں کہ یہاں پر مراد ہے کہ irrelevant چیز، ہمارے مشن کے لحاظ سے irrelevant ہے۔</w:t>
      </w:r>
    </w:p>
    <w:p>
      <w:r>
        <w:rPr>
          <w:b/>
        </w:rPr>
        <w:t xml:space="preserve">[49:42] </w:t>
      </w:r>
      <w:r>
        <w:t>to zindagi mein hamesha aisa hota hai ke aap ka jo mission hai, aap ka jo goal hai,</w:t>
      </w:r>
    </w:p>
    <w:p>
      <w:pPr>
        <w:jc w:val="right"/>
      </w:pPr>
      <w:r>
        <w:t>تو زندگی میں ہمیشہ ایسا ہوتا ہے کہ آپ کا جو مشن ہے، آپ کا جو goal ہے،</w:t>
      </w:r>
    </w:p>
    <w:p>
      <w:r>
        <w:rPr>
          <w:b/>
        </w:rPr>
        <w:t xml:space="preserve">[49:48] </w:t>
      </w:r>
      <w:r>
        <w:t>to doosre log aisi baaten karte hain jo aap ko apni taraf attack karen, lekin wo aap ke</w:t>
      </w:r>
    </w:p>
    <w:p>
      <w:pPr>
        <w:jc w:val="right"/>
      </w:pPr>
      <w:r>
        <w:t>تو دوسرے لوگ ایسی باتیں کرتے ہیں جو آپ کو اپنی طرف attack کریں، لیکن وہ آپ کے</w:t>
      </w:r>
    </w:p>
    <w:p>
      <w:r>
        <w:rPr>
          <w:b/>
        </w:rPr>
        <w:t xml:space="preserve">[49:54] </w:t>
      </w:r>
      <w:r>
        <w:t>mission ke aitbar se irrelevant hota hai.</w:t>
      </w:r>
    </w:p>
    <w:p>
      <w:pPr>
        <w:jc w:val="right"/>
      </w:pPr>
      <w:r>
        <w:t>مشن کے اعتبار سے irrelevant ہوتا ہے۔</w:t>
      </w:r>
    </w:p>
    <w:p>
      <w:r>
        <w:rPr>
          <w:b/>
        </w:rPr>
        <w:t xml:space="preserve">[50:01] </w:t>
      </w:r>
      <w:r>
        <w:t>misal ke taur par, aap jaan rastay mein kisi ne patakha chhod diya to aap lage ladne us se.</w:t>
      </w:r>
    </w:p>
    <w:p>
      <w:pPr>
        <w:jc w:val="right"/>
      </w:pPr>
      <w:r>
        <w:t>مثال کے طور پر، آپ جان راستے میں کسی نے پٹاخہ چھوڑ دیا تو آپ لگے لڑنے اس سے۔</w:t>
      </w:r>
    </w:p>
    <w:p>
      <w:r>
        <w:rPr>
          <w:b/>
        </w:rPr>
        <w:t xml:space="preserve">[50:07] </w:t>
      </w:r>
      <w:r>
        <w:t>to patakha ek aap ke lehaz se ek lagho cheez hai, to lagho cheez se i'tiraz kijiye.</w:t>
      </w:r>
    </w:p>
    <w:p>
      <w:pPr>
        <w:jc w:val="right"/>
      </w:pPr>
      <w:r>
        <w:t>تو پٹاخہ ایک آپ کے لحاظ سے ایک لغو چیز ہے، تو لغو چیز سے اعراض کیجئے۔</w:t>
      </w:r>
    </w:p>
    <w:p>
      <w:r>
        <w:rPr>
          <w:b/>
        </w:rPr>
        <w:t xml:space="preserve">[50:13] </w:t>
      </w:r>
      <w:r>
        <w:t>koi bachcha laga patakha chhod diya hai to aap chalen, aage badh jayen, us ko i'tiraz kar ke,</w:t>
      </w:r>
    </w:p>
    <w:p>
      <w:pPr>
        <w:jc w:val="right"/>
      </w:pPr>
      <w:r>
        <w:t>کوئی بچہ لگا پٹاخہ چھوڑ دیا ہے تو آپ چلیں، آگے بڑھ جائیے، اس کو اعراض کر کے،</w:t>
      </w:r>
    </w:p>
    <w:p>
      <w:r>
        <w:rPr>
          <w:b/>
        </w:rPr>
        <w:t xml:space="preserve">[50:19] </w:t>
      </w:r>
      <w:r>
        <w:t>avoid kar ke.</w:t>
      </w:r>
    </w:p>
    <w:p>
      <w:pPr>
        <w:jc w:val="right"/>
      </w:pPr>
      <w:r>
        <w:t>avoid کر کے۔</w:t>
      </w:r>
    </w:p>
    <w:p>
      <w:r>
        <w:rPr>
          <w:b/>
        </w:rPr>
        <w:t xml:space="preserve">[50:26] </w:t>
      </w:r>
      <w:r>
        <w:t>yeh matlab hai mere nazdeek lagho ka ke apne mission ki nisbat se, apne maqsad ki nisbat se</w:t>
      </w:r>
    </w:p>
    <w:p>
      <w:pPr>
        <w:jc w:val="right"/>
      </w:pPr>
      <w:r>
        <w:t>یہ مطلب ہے میرے نزدیک لغو کا کہ اپنے مشن کی نسبت سے، اپنے مقصد کی نسبت سے</w:t>
      </w:r>
    </w:p>
    <w:p>
      <w:r>
        <w:rPr>
          <w:b/>
        </w:rPr>
        <w:t xml:space="preserve">[50:32] </w:t>
      </w:r>
      <w:r>
        <w:t>jo cheez ghair mutaliq ho, us se avoid karna.</w:t>
      </w:r>
    </w:p>
    <w:p>
      <w:pPr>
        <w:jc w:val="right"/>
      </w:pPr>
      <w:r>
        <w:t>جو چیز غیر متعلق ہو، اس سے avoid کرنا۔</w:t>
      </w:r>
    </w:p>
    <w:p>
      <w:r>
        <w:rPr>
          <w:b/>
        </w:rPr>
        <w:t xml:space="preserve">[50:38] </w:t>
      </w:r>
      <w:r>
        <w:t>unhone ek aur sawal kiya hai, maulana, unhone aap se poocha hai ke semitic aur non-semitic</w:t>
      </w:r>
    </w:p>
    <w:p>
      <w:pPr>
        <w:jc w:val="right"/>
      </w:pPr>
      <w:r>
        <w:t>انہوں نے ایک اور سوال کیا ہے، مولانا، انہوں نے آپ سے پوچھا ہے کہ semitic اور non-semitic</w:t>
      </w:r>
    </w:p>
    <w:p>
      <w:r>
        <w:rPr>
          <w:b/>
        </w:rPr>
        <w:t xml:space="preserve">[50:45] </w:t>
      </w:r>
      <w:r>
        <w:t>religion ka conflict aaj tak kyun jari hai? mazhab ko kyun reason of violence samjha jata hai? is</w:t>
      </w:r>
    </w:p>
    <w:p>
      <w:pPr>
        <w:jc w:val="right"/>
      </w:pPr>
      <w:r>
        <w:t>religion کا conflict آج تک کیوں جاری ہے؟ مذہب کو کیوں reason of violence سمجھا جاتا ہے؟ اس</w:t>
      </w:r>
    </w:p>
    <w:p>
      <w:r>
        <w:rPr>
          <w:b/>
        </w:rPr>
        <w:t xml:space="preserve">[50:51] </w:t>
      </w:r>
      <w:r>
        <w:t>ke bare mein batayen.</w:t>
      </w:r>
    </w:p>
    <w:p>
      <w:pPr>
        <w:jc w:val="right"/>
      </w:pPr>
      <w:r>
        <w:t>کے بارے میں بتائیں۔</w:t>
      </w:r>
    </w:p>
    <w:p>
      <w:r>
        <w:rPr>
          <w:b/>
        </w:rPr>
        <w:t xml:space="preserve">[50:57] </w:t>
      </w:r>
      <w:r>
        <w:t>bhai, kaun sa conflict jo hai aaj jari na hua ab tak? yeh to kabhi khatm nahi hua.</w:t>
      </w:r>
    </w:p>
    <w:p>
      <w:pPr>
        <w:jc w:val="right"/>
      </w:pPr>
      <w:r>
        <w:t>بھئی، کون سا conflict جو ہے آج جاری نہ ہوا اب تک؟ یہ تو کبھی ختم نہیں ہوا۔</w:t>
      </w:r>
    </w:p>
    <w:p>
      <w:r>
        <w:rPr>
          <w:b/>
        </w:rPr>
        <w:t xml:space="preserve">[51:03] </w:t>
      </w:r>
      <w:r>
        <w:t>wo conflict jo shuru hua tha habil qabil ke, wo bhi aaj tak jari hai.</w:t>
      </w:r>
    </w:p>
    <w:p>
      <w:pPr>
        <w:jc w:val="right"/>
      </w:pPr>
      <w:r>
        <w:t>وہ conflict جو شروع ہوا تھا حابل قابل کے، وہ بھی آج تک جاری ہے۔</w:t>
      </w:r>
    </w:p>
    <w:p>
      <w:r>
        <w:rPr>
          <w:b/>
        </w:rPr>
        <w:t xml:space="preserve">[51:10] </w:t>
      </w:r>
      <w:r>
        <w:t>to koi conflict duniya mein khatm nahi hota qayamat se pehle.</w:t>
      </w:r>
    </w:p>
    <w:p>
      <w:pPr>
        <w:jc w:val="right"/>
      </w:pPr>
      <w:r>
        <w:t>تو کوئی conflict دنیا میں ختم نہیں ہوتا قیامت سے پہلے۔</w:t>
      </w:r>
    </w:p>
    <w:p>
      <w:r>
        <w:rPr>
          <w:b/>
        </w:rPr>
        <w:t xml:space="preserve">[51:16] </w:t>
      </w:r>
      <w:r>
        <w:t>yeh to ho hi nahi sakta ke kafir free duniya ban jaye, wo to ho nahi sakta, wo</w:t>
      </w:r>
    </w:p>
    <w:p>
      <w:pPr>
        <w:jc w:val="right"/>
      </w:pPr>
      <w:r>
        <w:t>یہ تو ہو ہی نہیں سکتا کہ کافر free دنیا بن جائے، وہ تو ہو نہیں سکتا، وہ</w:t>
      </w:r>
    </w:p>
    <w:p>
      <w:r>
        <w:rPr>
          <w:b/>
        </w:rPr>
        <w:t xml:space="preserve">[51:22] </w:t>
      </w:r>
      <w:r>
        <w:t>to law of nature ke khilaaf hai.</w:t>
      </w:r>
    </w:p>
    <w:p>
      <w:pPr>
        <w:jc w:val="right"/>
      </w:pPr>
      <w:r>
        <w:t>تو law of nature کے خلاف ہے۔</w:t>
      </w:r>
    </w:p>
    <w:p>
      <w:r>
        <w:rPr>
          <w:b/>
        </w:rPr>
        <w:t xml:space="preserve">[51:29] </w:t>
      </w:r>
      <w:r>
        <w:t>Maulana, agla sawal kya hai Yoginder Singh ji ne Bangalore se, aur unhone likha hai: "Maulana sahib,</w:t>
      </w:r>
    </w:p>
    <w:p>
      <w:pPr>
        <w:jc w:val="right"/>
      </w:pPr>
      <w:r>
        <w:t>مولانا، اگلا سوال کیا ہے یوگندر سکن جی نے بنگلور سے، اور انہوں نے لکھا ہے: "مولانا صاحب،</w:t>
      </w:r>
    </w:p>
    <w:p>
      <w:r>
        <w:rPr>
          <w:b/>
        </w:rPr>
        <w:t xml:space="preserve">[51:35] </w:t>
      </w:r>
      <w:r>
        <w:t>there are many physical actions and utterances during performing namaz.</w:t>
      </w:r>
    </w:p>
    <w:p>
      <w:pPr>
        <w:jc w:val="right"/>
      </w:pPr>
      <w:r>
        <w:t>there are many physical actions and utterances during performing نماز۔</w:t>
      </w:r>
    </w:p>
    <w:p>
      <w:r>
        <w:rPr>
          <w:b/>
        </w:rPr>
        <w:t xml:space="preserve">[51:41] </w:t>
      </w:r>
      <w:r>
        <w:t>What is the meaning and significance of the various aspects of namaz? Kindly enlighten me in this regard."</w:t>
      </w:r>
    </w:p>
    <w:p>
      <w:pPr>
        <w:jc w:val="right"/>
      </w:pPr>
      <w:r>
        <w:t>What is the meaning and significance of the various aspects of نماز؟ Kindly enlighten me in this regard۔"</w:t>
      </w:r>
    </w:p>
    <w:p>
      <w:r>
        <w:rPr>
          <w:b/>
        </w:rPr>
        <w:t xml:space="preserve">[51:47] </w:t>
      </w:r>
      <w:r>
        <w:t>Haan, yeh bohat bohat hi relevant question hai.</w:t>
      </w:r>
    </w:p>
    <w:p>
      <w:pPr>
        <w:jc w:val="right"/>
      </w:pPr>
      <w:r>
        <w:t>ہاں، یہ بہت بہت ہی relevant question ہے۔</w:t>
      </w:r>
    </w:p>
    <w:p>
      <w:r>
        <w:rPr>
          <w:b/>
        </w:rPr>
        <w:t xml:space="preserve">[51:54] </w:t>
      </w:r>
      <w:r>
        <w:t>Dekhein, namaz ka ek form hai, form, aur ek hai uski spirit.</w:t>
      </w:r>
    </w:p>
    <w:p>
      <w:pPr>
        <w:jc w:val="right"/>
      </w:pPr>
      <w:r>
        <w:t>دیکھیں، نماز کا ایک form ہے، form، اور ایک ہے اس کی spirit۔</w:t>
      </w:r>
    </w:p>
    <w:p>
      <w:r>
        <w:rPr>
          <w:b/>
        </w:rPr>
        <w:t xml:space="preserve">[52:00] </w:t>
      </w:r>
      <w:r>
        <w:t>To form jo hai, woh uska external expression hai, aur uska jo internal spirit hai, woh hai khushu.</w:t>
      </w:r>
    </w:p>
    <w:p>
      <w:pPr>
        <w:jc w:val="right"/>
      </w:pPr>
      <w:r>
        <w:t>تو form جو ہے، وہ اس کا external expression ہے، اور اس کا جو internal spirit ہے، وہ ہے خشوع۔</w:t>
      </w:r>
    </w:p>
    <w:p>
      <w:r>
        <w:rPr>
          <w:b/>
        </w:rPr>
        <w:t xml:space="preserve">[52:06] </w:t>
      </w:r>
      <w:r>
        <w:t>Woh hai khushu.</w:t>
      </w:r>
    </w:p>
    <w:p>
      <w:pPr>
        <w:jc w:val="right"/>
      </w:pPr>
      <w:r>
        <w:t>وہ ہے خشوع۔</w:t>
      </w:r>
    </w:p>
    <w:p>
      <w:r>
        <w:rPr>
          <w:b/>
        </w:rPr>
        <w:t xml:space="preserve">[52:13] </w:t>
      </w:r>
      <w:r>
        <w:t>To namaz ko dekha jayega khushu ke aitbaar se.</w:t>
      </w:r>
    </w:p>
    <w:p>
      <w:pPr>
        <w:jc w:val="right"/>
      </w:pPr>
      <w:r>
        <w:t>تو نماز کو دیکھا جائے گا خشوع کے اعتبار سے۔</w:t>
      </w:r>
    </w:p>
    <w:p>
      <w:r>
        <w:rPr>
          <w:b/>
        </w:rPr>
        <w:t xml:space="preserve">[52:19] </w:t>
      </w:r>
      <w:r>
        <w:t>External jo expression hai, usmein farq ho sakta hai, lekin spirit mein farq nahi hona chahiye.</w:t>
      </w:r>
    </w:p>
    <w:p>
      <w:pPr>
        <w:jc w:val="right"/>
      </w:pPr>
      <w:r>
        <w:t>External جو expression ہے، اس میں فرق ہو سکتا ہے، لیکن spirit میں فرق نہیں ہونا چاہیے۔</w:t>
      </w:r>
    </w:p>
    <w:p>
      <w:r>
        <w:rPr>
          <w:b/>
        </w:rPr>
        <w:t xml:space="preserve">[52:25] </w:t>
      </w:r>
      <w:r>
        <w:t>Khushu zaroor hona chahiye.</w:t>
      </w:r>
    </w:p>
    <w:p>
      <w:pPr>
        <w:jc w:val="right"/>
      </w:pPr>
      <w:r>
        <w:t>خشوع ضرور ہونا چاہیے۔</w:t>
      </w:r>
    </w:p>
    <w:p>
      <w:r>
        <w:rPr>
          <w:b/>
        </w:rPr>
        <w:t xml:space="preserve">[52:32] </w:t>
      </w:r>
      <w:r>
        <w:t>Isko main ek hadith se bataunga ke Rasool Allah Sallallahu Alaihi Wasallam Masjid-e-Nabwi mein</w:t>
      </w:r>
    </w:p>
    <w:p>
      <w:pPr>
        <w:jc w:val="right"/>
      </w:pPr>
      <w:r>
        <w:t>اس کو میں ایک حدیث سے بتاؤں گا کہ رسول اللہ صلی اللہ علیہ وسلم مسجد نبوی میں</w:t>
      </w:r>
    </w:p>
    <w:p>
      <w:r>
        <w:rPr>
          <w:b/>
        </w:rPr>
        <w:t xml:space="preserve">[52:38] </w:t>
      </w:r>
      <w:r>
        <w:t>bethe hue the, to ek shakhs aaya, usne wahan namaz padhi.</w:t>
      </w:r>
    </w:p>
    <w:p>
      <w:pPr>
        <w:jc w:val="right"/>
      </w:pPr>
      <w:r>
        <w:t>بیٹھے ہوئے تھے، تو ایک شخص آیا، اس نے وہاں نماز پڑھی۔</w:t>
      </w:r>
    </w:p>
    <w:p>
      <w:r>
        <w:rPr>
          <w:b/>
        </w:rPr>
        <w:t xml:space="preserve">[52:44] </w:t>
      </w:r>
      <w:r>
        <w:t>To namaz padh kar ke Rasool Allah ke paas aaya, woh aur salam kiya, wahi bethna chaha aap ke paas.</w:t>
      </w:r>
    </w:p>
    <w:p>
      <w:pPr>
        <w:jc w:val="right"/>
      </w:pPr>
      <w:r>
        <w:t>تو نماز پڑھ کر کے رسول اللہ کے پاس آیا، وہ اور سلام کیا، وہی بیٹھنا چاہا آپ کے پاس۔</w:t>
      </w:r>
    </w:p>
    <w:p>
      <w:r>
        <w:rPr>
          <w:b/>
        </w:rPr>
        <w:t xml:space="preserve">[52:50] </w:t>
      </w:r>
      <w:r>
        <w:t>To aap ne kaha ke "Arji'i fa salli, fa innaka lam tushalli" bajaye apne bithane ke, bithaya nahi, kaha ke</w:t>
      </w:r>
    </w:p>
    <w:p>
      <w:pPr>
        <w:jc w:val="right"/>
      </w:pPr>
      <w:r>
        <w:t>تو آپ نے کہا کہ "ارج فصل فندک لم تصل" بجائے اپنے بٹھانے کے، بٹھایا نہیں، کہا کہ</w:t>
      </w:r>
    </w:p>
    <w:p>
      <w:r>
        <w:rPr>
          <w:b/>
        </w:rPr>
        <w:t xml:space="preserve">[52:57] </w:t>
      </w:r>
      <w:r>
        <w:t>"Arji'i fa salli, fa innaka lam tushalli" ke jao phir se namaz padho kyunke tumne namaz nahi padhi.</w:t>
      </w:r>
    </w:p>
    <w:p>
      <w:pPr>
        <w:jc w:val="right"/>
      </w:pPr>
      <w:r>
        <w:t>"ارج فصل فندک لم تصل" کہ جاؤ پھر سے نماز پڑھو کیونکہ تم نے نماز نہیں پڑھی۔</w:t>
      </w:r>
    </w:p>
    <w:p>
      <w:r>
        <w:rPr>
          <w:b/>
        </w:rPr>
        <w:t xml:space="preserve">[53:03] </w:t>
      </w:r>
      <w:r>
        <w:t>Woh bahar mo'tabar kutub-e-hadith maujood hain.</w:t>
      </w:r>
    </w:p>
    <w:p>
      <w:pPr>
        <w:jc w:val="right"/>
      </w:pPr>
      <w:r>
        <w:t>وہ باہر معتبر کتب حدیث موجود ہیں۔</w:t>
      </w:r>
    </w:p>
    <w:p>
      <w:r>
        <w:rPr>
          <w:b/>
        </w:rPr>
        <w:t xml:space="preserve">[53:09] </w:t>
      </w:r>
      <w:r>
        <w:t>To cheez kya hai? Rasool Allah ne isko watch kiya to dekha ke woh khushu ke aitbaar</w:t>
      </w:r>
    </w:p>
    <w:p>
      <w:pPr>
        <w:jc w:val="right"/>
      </w:pPr>
      <w:r>
        <w:t>تو چیز کیا ہے؟ رسول اللہ نے اس کو watch کیا تو دیکھا کہ وہ خشوع کے اعتبار</w:t>
      </w:r>
    </w:p>
    <w:p>
      <w:r>
        <w:rPr>
          <w:b/>
        </w:rPr>
        <w:t xml:space="preserve">[53:16] </w:t>
      </w:r>
      <w:r>
        <w:t>se null tha, woh bas form ke aitbaar se namaz padh li thi usne.</w:t>
      </w:r>
    </w:p>
    <w:p>
      <w:pPr>
        <w:jc w:val="right"/>
      </w:pPr>
      <w:r>
        <w:t>سے نل تھا، وہ بس form کے اعتبار سے نماز پڑھ لی تھی اس نے۔</w:t>
      </w:r>
    </w:p>
    <w:p>
      <w:r>
        <w:rPr>
          <w:b/>
        </w:rPr>
        <w:t xml:space="preserve">[53:22] </w:t>
      </w:r>
      <w:r>
        <w:t>To aap ne kaha ke jao phir se namaz padho kyunke tumne namaz nahi padhi.</w:t>
      </w:r>
    </w:p>
    <w:p>
      <w:pPr>
        <w:jc w:val="right"/>
      </w:pPr>
      <w:r>
        <w:t>تو آپ نے کہا کہ جاؤ پھر سے نماز پڑھو کیونکہ تم نے نماز نہیں پڑھی۔</w:t>
      </w:r>
    </w:p>
    <w:p>
      <w:r>
        <w:rPr>
          <w:b/>
        </w:rPr>
        <w:t xml:space="preserve">[53:28] </w:t>
      </w:r>
      <w:r>
        <w:t>"Arji'i fa salli, fa innaka lam tushalli" yeh Tirmidhi mein hai, yeh hadith Sunan Tirmidhi mein maujood hai.</w:t>
      </w:r>
    </w:p>
    <w:p>
      <w:pPr>
        <w:jc w:val="right"/>
      </w:pPr>
      <w:r>
        <w:t>"ارج فصل فندک لم تصل" یہ الترمذی میں ہے، یہ حدیث سنن الترمذی میں موجود ہے۔</w:t>
      </w:r>
    </w:p>
    <w:p>
      <w:r>
        <w:rPr>
          <w:b/>
        </w:rPr>
        <w:t xml:space="preserve">[53:34] </w:t>
      </w:r>
      <w:r>
        <w:t>To namaz mein aur doosri baat to hum bhi ek iska form hota hai, ek uski</w:t>
      </w:r>
    </w:p>
    <w:p>
      <w:pPr>
        <w:jc w:val="right"/>
      </w:pPr>
      <w:r>
        <w:t>تو نماز میں اور دوسری بات تو ہم بھی ایک اس کا form ہوتا ہے، ایک اس کی</w:t>
      </w:r>
    </w:p>
    <w:p>
      <w:r>
        <w:rPr>
          <w:b/>
        </w:rPr>
        <w:t xml:space="preserve">[53:41] </w:t>
      </w:r>
      <w:r>
        <w:t>spirit hoti hai.</w:t>
      </w:r>
    </w:p>
    <w:p>
      <w:pPr>
        <w:jc w:val="right"/>
      </w:pPr>
      <w:r>
        <w:t>spirit ہوتی ہے۔</w:t>
      </w:r>
    </w:p>
    <w:p>
      <w:r>
        <w:rPr>
          <w:b/>
        </w:rPr>
        <w:t xml:space="preserve">[53:47] </w:t>
      </w:r>
      <w:r>
        <w:t>To asal cheez jo matloob hai, spirit hai.</w:t>
      </w:r>
    </w:p>
    <w:p>
      <w:pPr>
        <w:jc w:val="right"/>
      </w:pPr>
      <w:r>
        <w:t>تو اصل چیز جو مطلوب ہے، spirit ہے۔</w:t>
      </w:r>
    </w:p>
    <w:p>
      <w:r>
        <w:rPr>
          <w:b/>
        </w:rPr>
        <w:t xml:space="preserve">[53:53] </w:t>
      </w:r>
      <w:r>
        <w:t>Spirit ho to woh us form ki value hai, spirit na ho to us form ki koi value nahi hai.</w:t>
      </w:r>
    </w:p>
    <w:p>
      <w:pPr>
        <w:jc w:val="right"/>
      </w:pPr>
      <w:r>
        <w:t>spirit ہو تو وہ اس form کی value ہے، spirit نہ ہو تو اس form کی کوئی value نہیں ہے۔</w:t>
      </w:r>
    </w:p>
    <w:p>
      <w:r>
        <w:rPr>
          <w:b/>
        </w:rPr>
        <w:t xml:space="preserve">[54:00] </w:t>
      </w:r>
      <w:r>
        <w:t>yeh aur bhi hadithain hain jis se yeh cheez saabit hoti hai.</w:t>
      </w:r>
    </w:p>
    <w:p>
      <w:pPr>
        <w:jc w:val="right"/>
      </w:pPr>
      <w:r>
        <w:t>یہ اور بھی حدیثیں ہیں جس سے یہ چیز ثابت ہوتی ہے۔</w:t>
      </w:r>
    </w:p>
    <w:p>
      <w:r>
        <w:rPr>
          <w:b/>
        </w:rPr>
        <w:t xml:space="preserve">[54:06] </w:t>
      </w:r>
      <w:r>
        <w:t>mislan aik hadith hai: "la salat liman lam yatkhashsha".</w:t>
      </w:r>
    </w:p>
    <w:p>
      <w:pPr>
        <w:jc w:val="right"/>
      </w:pPr>
      <w:r>
        <w:t>مثلاً ایک حدیث ہے: "لا صلاة لمن لم يتخشى"۔</w:t>
      </w:r>
    </w:p>
    <w:p>
      <w:r>
        <w:rPr>
          <w:b/>
        </w:rPr>
        <w:t xml:space="preserve">[54:12] </w:t>
      </w:r>
      <w:r>
        <w:t>la salat liman lam yatkhashsha.</w:t>
      </w:r>
    </w:p>
    <w:p>
      <w:pPr>
        <w:jc w:val="right"/>
      </w:pPr>
      <w:r>
        <w:t>لا صلاة لمن لم يتخشى۔</w:t>
      </w:r>
    </w:p>
    <w:p>
      <w:r>
        <w:rPr>
          <w:b/>
        </w:rPr>
        <w:t xml:space="preserve">[54:18] </w:t>
      </w:r>
      <w:r>
        <w:t>jis ki namaz mein khushu na ho, us ki namaz namaz na hai.</w:t>
      </w:r>
    </w:p>
    <w:p>
      <w:pPr>
        <w:jc w:val="right"/>
      </w:pPr>
      <w:r>
        <w:t>جس کی نماز میں خشوع نہ ہو، اس کی نماز نماز نہ ہے۔</w:t>
      </w:r>
    </w:p>
    <w:p>
      <w:r>
        <w:rPr>
          <w:b/>
        </w:rPr>
        <w:t xml:space="preserve">[54:25] </w:t>
      </w:r>
      <w:r>
        <w:t>is shakhs ki namaz namaz nahi jis ki namaz mein khushu na ho, yani spirit na ho.</w:t>
      </w:r>
    </w:p>
    <w:p>
      <w:pPr>
        <w:jc w:val="right"/>
      </w:pPr>
      <w:r>
        <w:t>اس شخص کی نماز نماز نہیں جس کی نماز میں خشوع نہ ہو، یعنی spirit نہ ہو۔</w:t>
      </w:r>
    </w:p>
    <w:p>
      <w:r>
        <w:rPr>
          <w:b/>
        </w:rPr>
        <w:t xml:space="preserve">[54:31] </w:t>
      </w:r>
      <w:r>
        <w:t>jo form wali baatein hain, jo uska physical expression hai, uski hesiyat is waqt hai jab</w:t>
      </w:r>
    </w:p>
    <w:p>
      <w:pPr>
        <w:jc w:val="right"/>
      </w:pPr>
      <w:r>
        <w:t>جو form والی باتیں ہیں، جو اس کا physical expression ہے، اس کی حیثیت اس وقت ہے جب</w:t>
      </w:r>
    </w:p>
    <w:p>
      <w:r>
        <w:rPr>
          <w:b/>
        </w:rPr>
        <w:t xml:space="preserve">[54:37] </w:t>
      </w:r>
      <w:r>
        <w:t>ke spirit maujood ho.</w:t>
      </w:r>
    </w:p>
    <w:p>
      <w:pPr>
        <w:jc w:val="right"/>
      </w:pPr>
      <w:r>
        <w:t>کہ spirit موجود ہو۔</w:t>
      </w:r>
    </w:p>
    <w:p>
      <w:r>
        <w:rPr>
          <w:b/>
        </w:rPr>
        <w:t xml:space="preserve">[54:44] </w:t>
      </w:r>
      <w:r>
        <w:t>spirit agar maujood na ho to uski koi hesiyat nahi hogi Allah ke nazdeek.</w:t>
      </w:r>
    </w:p>
    <w:p>
      <w:pPr>
        <w:jc w:val="right"/>
      </w:pPr>
      <w:r>
        <w:t>spirit اگر موجود نہ ہو تو اس کی کوئی حیثیت نہیں ہوگی اللہ کے نزدیک۔</w:t>
      </w:r>
    </w:p>
    <w:p>
      <w:r>
        <w:rPr>
          <w:b/>
        </w:rPr>
        <w:t xml:space="preserve">[54:50] </w:t>
      </w:r>
      <w:r>
        <w:t>lekin yeh bhi samajh lijiye ke hum aap yeh faisla nahi kar sakte ke spirit hai ke nahi.</w:t>
      </w:r>
    </w:p>
    <w:p>
      <w:pPr>
        <w:jc w:val="right"/>
      </w:pPr>
      <w:r>
        <w:t>لیکن یہ بھی سمجھ لیجئے کہ ہم آپ یہ فیصلہ نہیں کر سکتے کہ spirit ہے کہ نہیں۔</w:t>
      </w:r>
    </w:p>
    <w:p>
      <w:r>
        <w:rPr>
          <w:b/>
        </w:rPr>
        <w:t xml:space="preserve">[54:56] </w:t>
      </w:r>
      <w:r>
        <w:t>hum to aap form hi ko dekhenge.</w:t>
      </w:r>
    </w:p>
    <w:p>
      <w:pPr>
        <w:jc w:val="right"/>
      </w:pPr>
      <w:r>
        <w:t>ہم تو آپ form ہی کو دیکھیں گے۔</w:t>
      </w:r>
    </w:p>
    <w:p>
      <w:r>
        <w:rPr>
          <w:b/>
        </w:rPr>
        <w:t xml:space="preserve">[55:02] </w:t>
      </w:r>
      <w:r>
        <w:t>rasool Allah ko khabar ho gayi thi ke iske andar spirit nahi hai, to aap ne farmaya:</w:t>
      </w:r>
    </w:p>
    <w:p>
      <w:pPr>
        <w:jc w:val="right"/>
      </w:pPr>
      <w:r>
        <w:t>رسول اللہ کو خبر ہو گئی تھی کہ اس کے اندر spirit نہیں ہے، تو آپ نے فرمایا:</w:t>
      </w:r>
    </w:p>
    <w:p>
      <w:r>
        <w:rPr>
          <w:b/>
        </w:rPr>
        <w:t xml:space="preserve">[55:09] </w:t>
      </w:r>
      <w:r>
        <w:t>"hum aap nahi keh sakte aisa", yani hum aap nahi keh sakte ke "arj fasal fundak lam tusalli"</w:t>
      </w:r>
    </w:p>
    <w:p>
      <w:pPr>
        <w:jc w:val="right"/>
      </w:pPr>
      <w:r>
        <w:t>"ہم آپ نہیں کہہ سکتے ایسا"، یعنی ہم آپ نہیں کہہ سکتے کہ "ارج فصل فندک لم تصل"</w:t>
      </w:r>
    </w:p>
    <w:p>
      <w:r>
        <w:rPr>
          <w:b/>
        </w:rPr>
        <w:t xml:space="preserve">[55:15] </w:t>
      </w:r>
      <w:r>
        <w:t>kyun ke hamein andar ke haal nahi maloom hain.</w:t>
      </w:r>
    </w:p>
    <w:p>
      <w:pPr>
        <w:jc w:val="right"/>
      </w:pPr>
      <w:r>
        <w:t>کیونکہ ہمیں اندر کے حال نہیں معلوم ہے۔</w:t>
      </w:r>
    </w:p>
    <w:p>
      <w:r>
        <w:rPr>
          <w:b/>
        </w:rPr>
        <w:t xml:space="preserve">[55:21] </w:t>
      </w:r>
      <w:r>
        <w:t>aik ba taur usool mein yeh kahunga, ba taur usool baqi jo baat hai, woh to aakhirat mein khule</w:t>
      </w:r>
    </w:p>
    <w:p>
      <w:pPr>
        <w:jc w:val="right"/>
      </w:pPr>
      <w:r>
        <w:t>ایک بطور اصول میں یہ کہوں گا، بطور اصول باقی جو بات ہے، وہ تو آخرت میں کھلے</w:t>
      </w:r>
    </w:p>
    <w:p>
      <w:r>
        <w:rPr>
          <w:b/>
        </w:rPr>
        <w:t xml:space="preserve">[55:28] </w:t>
      </w:r>
      <w:r>
        <w:t>gi jab Allah taala ailaan farmayen ge ke kis ki namaz namaz thi, kis ki namaz namaz nahi thi.</w:t>
      </w:r>
    </w:p>
    <w:p>
      <w:pPr>
        <w:jc w:val="right"/>
      </w:pPr>
      <w:r>
        <w:t>گی جب اللہ تعالیٰ اعلان فرمائیں کہ کس کی نماز نماز تھی، کس کی نماز نماز نہیں تھی۔</w:t>
      </w:r>
    </w:p>
    <w:p>
      <w:r>
        <w:rPr>
          <w:b/>
        </w:rPr>
        <w:t xml:space="preserve">[55:34] </w:t>
      </w:r>
      <w:r>
        <w:t>maulana, agla sawal abdulrehman sahib ne kiya hai azam garh se, aur unhone likha hai: "maulana sahib,</w:t>
      </w:r>
    </w:p>
    <w:p>
      <w:pPr>
        <w:jc w:val="right"/>
      </w:pPr>
      <w:r>
        <w:t>مولانا، اگلا سوال عبدالرحمن صاحب نے کیا ہے اعظم گڑھ سے، اور انہوں نے لکھا ہے: "مولانا صاحب،</w:t>
      </w:r>
    </w:p>
    <w:p>
      <w:r>
        <w:rPr>
          <w:b/>
        </w:rPr>
        <w:t xml:space="preserve">[55:40] </w:t>
      </w:r>
      <w:r>
        <w:t>seriousness is a great thing.</w:t>
      </w:r>
    </w:p>
    <w:p>
      <w:pPr>
        <w:jc w:val="right"/>
      </w:pPr>
      <w:r>
        <w:t>seriousness is a great thing.</w:t>
      </w:r>
    </w:p>
    <w:p>
      <w:r>
        <w:rPr>
          <w:b/>
        </w:rPr>
        <w:t xml:space="preserve">[55:46] </w:t>
      </w:r>
      <w:r>
        <w:t>we learned you imbibed your seriousness initially from the certain circumstances and hardships you faced in your early</w:t>
      </w:r>
    </w:p>
    <w:p>
      <w:pPr>
        <w:jc w:val="right"/>
      </w:pPr>
      <w:r>
        <w:t>We learned you imbibed your seriousness initially from the certain circumstances and hardships you faced in your early</w:t>
      </w:r>
    </w:p>
    <w:p>
      <w:r>
        <w:rPr>
          <w:b/>
        </w:rPr>
        <w:t xml:space="preserve">[55:53] </w:t>
      </w:r>
      <w:r>
        <w:t>phase of life.</w:t>
      </w:r>
    </w:p>
    <w:p>
      <w:pPr>
        <w:jc w:val="right"/>
      </w:pPr>
      <w:r>
        <w:t>phase of life.</w:t>
      </w:r>
    </w:p>
    <w:p>
      <w:r>
        <w:rPr>
          <w:b/>
        </w:rPr>
        <w:t xml:space="preserve">[55:59] </w:t>
      </w:r>
      <w:r>
        <w:t>all great people in history passed through such testing circumstances and thus got imbued with extraordinary seriousness and</w:t>
      </w:r>
    </w:p>
    <w:p>
      <w:pPr>
        <w:jc w:val="right"/>
      </w:pPr>
      <w:r>
        <w:t>All great people in history passed through such testing circumstances and thus got imbued with extraordinary seriousness and</w:t>
      </w:r>
    </w:p>
    <w:p>
      <w:r>
        <w:rPr>
          <w:b/>
        </w:rPr>
        <w:t xml:space="preserve">[56:05] </w:t>
      </w:r>
      <w:r>
        <w:t>eventually became great figures of history.</w:t>
      </w:r>
    </w:p>
    <w:p>
      <w:pPr>
        <w:jc w:val="right"/>
      </w:pPr>
      <w:r>
        <w:t>eventually became great figures of history.</w:t>
      </w:r>
    </w:p>
    <w:p>
      <w:r>
        <w:rPr>
          <w:b/>
        </w:rPr>
        <w:t xml:space="preserve">[56:12] </w:t>
      </w:r>
      <w:r>
        <w:t>thanks to your utmost seriousness, your writings have great depth, clarity, and impact upon readers.</w:t>
      </w:r>
    </w:p>
    <w:p>
      <w:pPr>
        <w:jc w:val="right"/>
      </w:pPr>
      <w:r>
        <w:t>Thanks to your utmost seriousness, your writings have great depth, clarity, and impact upon readers.</w:t>
      </w:r>
    </w:p>
    <w:p>
      <w:r>
        <w:rPr>
          <w:b/>
        </w:rPr>
        <w:t xml:space="preserve">[56:18] </w:t>
      </w:r>
      <w:r>
        <w:t>so how come people of normal circumstances can get such extraordinary seriousness that could make them a human</w:t>
      </w:r>
    </w:p>
    <w:p>
      <w:pPr>
        <w:jc w:val="right"/>
      </w:pPr>
      <w:r>
        <w:t>So how come people of normal circumstances can get such extraordinary seriousness that could make them a human</w:t>
      </w:r>
    </w:p>
    <w:p>
      <w:r>
        <w:rPr>
          <w:b/>
        </w:rPr>
        <w:t xml:space="preserve">[56:24] </w:t>
      </w:r>
      <w:r>
        <w:t>being who possesses deep understanding and great perseverance like you?</w:t>
      </w:r>
    </w:p>
    <w:p>
      <w:pPr>
        <w:jc w:val="right"/>
      </w:pPr>
      <w:r>
        <w:t>being who possesses deep understanding and great perseverance like you?</w:t>
      </w:r>
    </w:p>
    <w:p>
      <w:r>
        <w:rPr>
          <w:b/>
        </w:rPr>
        <w:t xml:space="preserve">[56:31] </w:t>
      </w:r>
      <w:r>
        <w:t>Is there any way to that besides experiencing hardship and trying circumstances which you underwent? What is your advice to us?</w:t>
      </w:r>
    </w:p>
    <w:p>
      <w:pPr>
        <w:jc w:val="right"/>
      </w:pPr>
      <w:r>
        <w:t>Is there any way to that besides experiencing hardship and trying circumstances which you underwent? What is your advice to us?</w:t>
      </w:r>
    </w:p>
    <w:p>
      <w:r>
        <w:rPr>
          <w:b/>
        </w:rPr>
        <w:t xml:space="preserve">[56:40] </w:t>
      </w:r>
      <w:r>
        <w:t>"dekhen, mera jo tajurba hai, woh to yeh hai ke is maamle mein sab se important cheez</w:t>
      </w:r>
    </w:p>
    <w:p>
      <w:pPr>
        <w:jc w:val="right"/>
      </w:pPr>
      <w:r>
        <w:t>" دیکھیں، میرا جو تجربہ ہے، وہ تو یہ ہے کہ اس معاملے میں سب سے important چیز</w:t>
      </w:r>
    </w:p>
    <w:p>
      <w:r>
        <w:rPr>
          <w:b/>
        </w:rPr>
        <w:t xml:space="preserve">[56:47] </w:t>
      </w:r>
      <w:r>
        <w:t>hai apne ko distraction se bachana.</w:t>
      </w:r>
    </w:p>
    <w:p>
      <w:pPr>
        <w:jc w:val="right"/>
      </w:pPr>
      <w:r>
        <w:t>ہے اپنے کو distraction سے بچانا۔</w:t>
      </w:r>
    </w:p>
    <w:p>
      <w:r>
        <w:rPr>
          <w:b/>
        </w:rPr>
        <w:t xml:space="preserve">[56:54] </w:t>
      </w:r>
      <w:r>
        <w:t>agar aadmi distract hota rahe to is ke andar sincere personality ka development nahi hoga.</w:t>
      </w:r>
    </w:p>
    <w:p>
      <w:pPr>
        <w:jc w:val="right"/>
      </w:pPr>
      <w:r>
        <w:t>اگر آدمی distract ہوتا رہے تو اس کے اندر sincere personality کا development نہیں ہوگا۔</w:t>
      </w:r>
    </w:p>
    <w:p>
      <w:r>
        <w:rPr>
          <w:b/>
        </w:rPr>
        <w:t xml:space="preserve">[57:01] </w:t>
      </w:r>
      <w:r>
        <w:t>lekin jo shakhs bachaye apne aap ko distraction se, to as a law of nature, wo apna hone lagta hai.</w:t>
      </w:r>
    </w:p>
    <w:p>
      <w:pPr>
        <w:jc w:val="right"/>
      </w:pPr>
      <w:r>
        <w:t>لیکن جو شخص بچائے اپنے آپ کو distraction سے، تو as a law of nature، وہ اپنا ہونے لگتا ہے۔</w:t>
      </w:r>
    </w:p>
    <w:p>
      <w:r>
        <w:rPr>
          <w:b/>
        </w:rPr>
        <w:t xml:space="preserve">[57:08] </w:t>
      </w:r>
      <w:r>
        <w:t>yani hamein hamare effort ke baghair, yani agar hum apne ko bachaye distraction se, to apne aap seriousness</w:t>
      </w:r>
    </w:p>
    <w:p>
      <w:pPr>
        <w:jc w:val="right"/>
      </w:pPr>
      <w:r>
        <w:t>یعنی ہمیں ہمارے effort کے بغیر، یعنی اگر ہم اپنے کو بچائیں distraction سے، تو اپنے آپ seriousness</w:t>
      </w:r>
    </w:p>
    <w:p>
      <w:r>
        <w:rPr>
          <w:b/>
        </w:rPr>
        <w:t xml:space="preserve">[57:15] </w:t>
      </w:r>
      <w:r>
        <w:t>aayegi, apne aap serious personality ka development hone laga hamare andar, apne aap nature law of nature ke mutabiq.</w:t>
      </w:r>
    </w:p>
    <w:p>
      <w:pPr>
        <w:jc w:val="right"/>
      </w:pPr>
      <w:r>
        <w:t>آئے گی، اپنے آپ serious personality کا development ہونے لگا ہمارے اندر، اپنے آپ nature law of nature کے مطابق۔</w:t>
      </w:r>
    </w:p>
    <w:p>
      <w:r>
        <w:rPr>
          <w:b/>
        </w:rPr>
        <w:t xml:space="preserve">[57:22] </w:t>
      </w:r>
      <w:r>
        <w:t>aur agar hum distract hote rahenge to phir wo process hi jari hoga hamari personality mein, yani</w:t>
      </w:r>
    </w:p>
    <w:p>
      <w:pPr>
        <w:jc w:val="right"/>
      </w:pPr>
      <w:r>
        <w:t>اور اگر ہم distract ہوتے رہیں گے تو پھر وہ process ہی جاری ہوگا ہماری personality میں، یعنی</w:t>
      </w:r>
    </w:p>
    <w:p>
      <w:r>
        <w:rPr>
          <w:b/>
        </w:rPr>
        <w:t xml:space="preserve">[57:29] </w:t>
      </w:r>
      <w:r>
        <w:t>wo development ka wo process hi nahi jari hoga hamare andar.</w:t>
      </w:r>
    </w:p>
    <w:p>
      <w:pPr>
        <w:jc w:val="right"/>
      </w:pPr>
      <w:r>
        <w:t>وہ development کا وہ process ہی نہیں جاری ہوگا ہمارے اندر۔</w:t>
      </w:r>
    </w:p>
    <w:p>
      <w:r>
        <w:rPr>
          <w:b/>
        </w:rPr>
        <w:t xml:space="preserve">[57:37] </w:t>
      </w:r>
      <w:r>
        <w:t>to distraction kya hai? Distraction dekhein, har wo cheez jo aap ke maqsad ke aitbar se irrelevant ho,</w:t>
      </w:r>
    </w:p>
    <w:p>
      <w:pPr>
        <w:jc w:val="right"/>
      </w:pPr>
      <w:r>
        <w:t>تو distraction کیا ہے؟ Distraction دیکھیں، ہر وہ چیز جو آپ کے مقصد کے اعتبار سے irrelevant ہو،</w:t>
      </w:r>
    </w:p>
    <w:p>
      <w:r>
        <w:rPr>
          <w:b/>
        </w:rPr>
        <w:t xml:space="preserve">[57:44] </w:t>
      </w:r>
      <w:r>
        <w:t>koi bhi cheez.</w:t>
      </w:r>
    </w:p>
    <w:p>
      <w:pPr>
        <w:jc w:val="right"/>
      </w:pPr>
      <w:r>
        <w:t>کوئی بھی چیز۔</w:t>
      </w:r>
    </w:p>
    <w:p>
      <w:r>
        <w:rPr>
          <w:b/>
        </w:rPr>
        <w:t xml:space="preserve">[57:51] </w:t>
      </w:r>
      <w:r>
        <w:t>farz ki jiye ke aap ne chai piya, chai pi kar ke aap baithe hue hain aur chamcha jo</w:t>
      </w:r>
    </w:p>
    <w:p>
      <w:pPr>
        <w:jc w:val="right"/>
      </w:pPr>
      <w:r>
        <w:t>فرض کیجئے کہ آپ نے چائے پیا، چائے پی کر کے آپ بیٹھے ہوئے ہیں اور چمچہ جو</w:t>
      </w:r>
    </w:p>
    <w:p>
      <w:r>
        <w:rPr>
          <w:b/>
        </w:rPr>
        <w:t xml:space="preserve">[57:58] </w:t>
      </w:r>
      <w:r>
        <w:t>hai, us se aap pyali ko baja rahe hain, farz ki jiye aise to wo koi buri baat nahi,</w:t>
      </w:r>
    </w:p>
    <w:p>
      <w:pPr>
        <w:jc w:val="right"/>
      </w:pPr>
      <w:r>
        <w:t>ہے، اس سے آپ پیالی کو بجا رہے ہیں، فرض کیجئے ایسے تو وہ کوئی بری بات نہیں،</w:t>
      </w:r>
    </w:p>
    <w:p>
      <w:r>
        <w:rPr>
          <w:b/>
        </w:rPr>
        <w:t xml:space="preserve">[58:05] </w:t>
      </w:r>
      <w:r>
        <w:t>koi galat baat nahi hai, lekin wo distraction hai.</w:t>
      </w:r>
    </w:p>
    <w:p>
      <w:pPr>
        <w:jc w:val="right"/>
      </w:pPr>
      <w:r>
        <w:t>کوئی غلط بات نہیں ہے، لیکن وہ distraction ہے۔</w:t>
      </w:r>
    </w:p>
    <w:p>
      <w:r>
        <w:rPr>
          <w:b/>
        </w:rPr>
        <w:t xml:space="preserve">[58:12] </w:t>
      </w:r>
      <w:r>
        <w:t>bhai, chai pi liya aap ne to aap chamche aur pyali se khelne ki kya zaroorat hai? To</w:t>
      </w:r>
    </w:p>
    <w:p>
      <w:pPr>
        <w:jc w:val="right"/>
      </w:pPr>
      <w:r>
        <w:t>بھئی، چائے پی لیا آپ نے تو آپ چمچے اور پیالی سے کھیلنے کی کیا ضرورت ہے؟ تو</w:t>
      </w:r>
    </w:p>
    <w:p>
      <w:r>
        <w:rPr>
          <w:b/>
        </w:rPr>
        <w:t xml:space="preserve">[58:19] </w:t>
      </w:r>
      <w:r>
        <w:t>distraction ki koi list nahi bana sakte hum.</w:t>
      </w:r>
    </w:p>
    <w:p>
      <w:pPr>
        <w:jc w:val="right"/>
      </w:pPr>
      <w:r>
        <w:t>distraction کی کوئی list نہیں بنا سکتے ہم۔</w:t>
      </w:r>
    </w:p>
    <w:p>
      <w:r>
        <w:rPr>
          <w:b/>
        </w:rPr>
        <w:t xml:space="preserve">[58:26] </w:t>
      </w:r>
      <w:r>
        <w:t>har wo cheez jo aap ke maqsad se irrelevant ho, wahi distraction hai.</w:t>
      </w:r>
    </w:p>
    <w:p>
      <w:pPr>
        <w:jc w:val="right"/>
      </w:pPr>
      <w:r>
        <w:t>ہر وہ چیز جو آپ کے مقصد سے irrelevant ہو، وہی distraction ہے۔</w:t>
      </w:r>
    </w:p>
    <w:p>
      <w:r>
        <w:rPr>
          <w:b/>
        </w:rPr>
        <w:t xml:space="preserve">[58:34] </w:t>
      </w:r>
      <w:r>
        <w:t>ji, Maulana, in ka ek aur sawal hai, inhone likha hai ke "I live in a university</w:t>
      </w:r>
    </w:p>
    <w:p>
      <w:pPr>
        <w:jc w:val="right"/>
      </w:pPr>
      <w:r>
        <w:t>جی، مولانا، ان کا ایک اور سوال ہے، انہوں نے لکھا ہے کہ "I live in a university</w:t>
      </w:r>
    </w:p>
    <w:p>
      <w:r>
        <w:rPr>
          <w:b/>
        </w:rPr>
        <w:t xml:space="preserve">[58:41] </w:t>
      </w:r>
      <w:r>
        <w:t>hostel in Delhi.</w:t>
      </w:r>
    </w:p>
    <w:p>
      <w:pPr>
        <w:jc w:val="right"/>
      </w:pPr>
      <w:r>
        <w:t>hostel in Delhi.</w:t>
      </w:r>
    </w:p>
    <w:p>
      <w:r>
        <w:rPr>
          <w:b/>
        </w:rPr>
        <w:t xml:space="preserve">[58:48] </w:t>
      </w:r>
      <w:r>
        <w:t>here I have many friends who are not Muslims.</w:t>
      </w:r>
    </w:p>
    <w:p>
      <w:pPr>
        <w:jc w:val="right"/>
      </w:pPr>
      <w:r>
        <w:t>Here I have many friends who are not Muslims.</w:t>
      </w:r>
    </w:p>
    <w:p>
      <w:r>
        <w:rPr>
          <w:b/>
        </w:rPr>
        <w:t xml:space="preserve">[58:55] </w:t>
      </w:r>
      <w:r>
        <w:t>they organize Saraswati Puja on the campus once in a year.</w:t>
      </w:r>
    </w:p>
    <w:p>
      <w:pPr>
        <w:jc w:val="right"/>
      </w:pPr>
      <w:r>
        <w:t>They organize Saraswati Puja on the campus once in a year.</w:t>
      </w:r>
    </w:p>
    <w:p>
      <w:r>
        <w:rPr>
          <w:b/>
        </w:rPr>
        <w:t xml:space="preserve">[59:02] </w:t>
      </w:r>
      <w:r>
        <w:t>for that, they ask for contribution going door to door so that Puja Pandal and Murti could be arranged.</w:t>
      </w:r>
    </w:p>
    <w:p>
      <w:pPr>
        <w:jc w:val="right"/>
      </w:pPr>
      <w:r>
        <w:t>For that, they ask for contribution going door to door so that Puja Pandal and Murti could be arranged.</w:t>
      </w:r>
    </w:p>
    <w:p>
      <w:r>
        <w:rPr>
          <w:b/>
        </w:rPr>
        <w:t xml:space="preserve">[59:09] </w:t>
      </w:r>
      <w:r>
        <w:t>once in a while, I have contributed because I couldn't decline their request.</w:t>
      </w:r>
    </w:p>
    <w:p>
      <w:pPr>
        <w:jc w:val="right"/>
      </w:pPr>
      <w:r>
        <w:t>Once in a while, I have contributed because I couldn't decline their request.</w:t>
      </w:r>
    </w:p>
    <w:p>
      <w:r>
        <w:rPr>
          <w:b/>
        </w:rPr>
        <w:t xml:space="preserve">[59:16] </w:t>
      </w:r>
      <w:r>
        <w:t>so is it lawful to contribute for that in view of Islamic teachings?</w:t>
      </w:r>
    </w:p>
    <w:p>
      <w:pPr>
        <w:jc w:val="right"/>
      </w:pPr>
      <w:r>
        <w:t>So is it lawful to contribute for that in view of Islamic teachings?</w:t>
      </w:r>
    </w:p>
    <w:p>
      <w:r>
        <w:rPr>
          <w:b/>
        </w:rPr>
        <w:t xml:space="preserve">[59:24] </w:t>
      </w:r>
      <w:r>
        <w:t>please advise me." dekhein, is tarah ke mamlaat mein normal relationship asal hai, ye asal nahi hai ke</w:t>
      </w:r>
    </w:p>
    <w:p>
      <w:pPr>
        <w:jc w:val="right"/>
      </w:pPr>
      <w:r>
        <w:t>Please advise me." دیکھیں، اس طرح کے معاملات میں نارمل relationship اصل ہے، یہ اصل نہیں ہے کہ</w:t>
      </w:r>
    </w:p>
    <w:p>
      <w:r>
        <w:rPr>
          <w:b/>
        </w:rPr>
        <w:t xml:space="preserve">[59:30] </w:t>
      </w:r>
      <w:r>
        <w:t>jayen ke na jayen.</w:t>
      </w:r>
    </w:p>
    <w:p>
      <w:pPr>
        <w:jc w:val="right"/>
      </w:pPr>
      <w:r>
        <w:t>جائیں کہ نہ جائیں۔</w:t>
      </w:r>
    </w:p>
    <w:p>
      <w:r>
        <w:rPr>
          <w:b/>
        </w:rPr>
        <w:t xml:space="preserve">[59:36] </w:t>
      </w:r>
      <w:r>
        <w:t>aap ke in ke beech mein mo'tedil ta'alluqat baqi rahen, yani normal ta'alluq baqi rahe, wo asal hai.</w:t>
      </w:r>
    </w:p>
    <w:p>
      <w:pPr>
        <w:jc w:val="right"/>
      </w:pPr>
      <w:r>
        <w:t>آپ کے ان کے بیچ میں معتدل تعلقات باقی رہیں، یعنی نارمل تعلق باقی رہے، وہ اصل ہے۔</w:t>
      </w:r>
    </w:p>
    <w:p>
      <w:r>
        <w:rPr>
          <w:b/>
        </w:rPr>
        <w:t xml:space="preserve">[59:42] </w:t>
      </w:r>
      <w:r>
        <w:t>to agar normal taluq tootta ho, tab to kuch aur kar sakte hain aap.</w:t>
      </w:r>
    </w:p>
    <w:p>
      <w:pPr>
        <w:jc w:val="right"/>
      </w:pPr>
      <w:r>
        <w:t>تو اگر نارمل تعلق ٹوٹتا ہو، تب تو کچھ اور کر سکتے ہیں آپ۔</w:t>
      </w:r>
    </w:p>
    <w:p>
      <w:r>
        <w:rPr>
          <w:b/>
        </w:rPr>
        <w:t xml:space="preserve">[59:49] </w:t>
      </w:r>
      <w:r>
        <w:t>na tootta to wahi kijiye jo wo jo keh rahe hain, kyunke wo lesser wisdom ka usool ye</w:t>
      </w:r>
    </w:p>
    <w:p>
      <w:pPr>
        <w:jc w:val="right"/>
      </w:pPr>
      <w:r>
        <w:t>نہ ٹوٹتا تو وہی کیجئے جو وہ جو کہہ رہے ہیں، کیونکہ وہ lesser wisdom کا اصول یہ</w:t>
      </w:r>
    </w:p>
    <w:p>
      <w:r>
        <w:rPr>
          <w:b/>
        </w:rPr>
        <w:t xml:space="preserve">[59:55] </w:t>
      </w:r>
      <w:r>
        <w:t>hai ke jab lesser evil aur greater evil mein aap ko ek ko lena ho, doosre ko chhodna</w:t>
      </w:r>
    </w:p>
    <w:p>
      <w:pPr>
        <w:jc w:val="right"/>
      </w:pPr>
      <w:r>
        <w:t>ہے کہ جب lesser evil اور greater evil میں آپ کو ایک کو لینا ہو، دوسرے کو چھوڑنا</w:t>
      </w:r>
    </w:p>
    <w:p>
      <w:r>
        <w:rPr>
          <w:b/>
        </w:rPr>
        <w:t xml:space="preserve">[1:00:01] </w:t>
      </w:r>
      <w:r>
        <w:t>ho, to greater evil ko chhodhiye aur lesser evil ko le lijiye.</w:t>
      </w:r>
    </w:p>
    <w:p>
      <w:pPr>
        <w:jc w:val="right"/>
      </w:pPr>
      <w:r>
        <w:t>ہو، تو greater evil کو چھوڑئے اور lesser evil کو لے لیجئے۔</w:t>
      </w:r>
    </w:p>
    <w:p>
      <w:r>
        <w:rPr>
          <w:b/>
        </w:rPr>
        <w:t xml:space="preserve">[1:00:08] </w:t>
      </w:r>
      <w:r>
        <w:t>is tarah ki situation mein normal taluq ko kharab karna ye greater evil hai, un ke sath chale</w:t>
      </w:r>
    </w:p>
    <w:p>
      <w:pPr>
        <w:jc w:val="right"/>
      </w:pPr>
      <w:r>
        <w:t>اس طرح کی situation میں نارمل تعلق کو خراب کرنا یہ greater evil ہے، ان کے ساتھ چلے</w:t>
      </w:r>
    </w:p>
    <w:p>
      <w:r>
        <w:rPr>
          <w:b/>
        </w:rPr>
        <w:t xml:space="preserve">[1:00:14] </w:t>
      </w:r>
      <w:r>
        <w:t>jana wo lesser evil hai.</w:t>
      </w:r>
    </w:p>
    <w:p>
      <w:pPr>
        <w:jc w:val="right"/>
      </w:pPr>
      <w:r>
        <w:t>جانا وہ lesser evil ہے۔</w:t>
      </w:r>
    </w:p>
    <w:p>
      <w:r>
        <w:rPr>
          <w:b/>
        </w:rPr>
        <w:t xml:space="preserve">[1:00:20] </w:t>
      </w:r>
      <w:r>
        <w:t>to main ek usool bataoon, ek kahoon ga aap ko ke jab bhi aap ko lesser evil aur</w:t>
      </w:r>
    </w:p>
    <w:p>
      <w:pPr>
        <w:jc w:val="right"/>
      </w:pPr>
      <w:r>
        <w:t>تو میں ایک اصول بتاؤں، ایک کہوں گا آپ کو کہ جب بھی آپ کو lesser evil اور</w:t>
      </w:r>
    </w:p>
    <w:p>
      <w:r>
        <w:rPr>
          <w:b/>
        </w:rPr>
        <w:t xml:space="preserve">[1:00:27] </w:t>
      </w:r>
      <w:r>
        <w:t>greater evil ke beech mein kisi ek ko lena ho, kisi ek ko chhodna ho, to aap hamesha</w:t>
      </w:r>
    </w:p>
    <w:p>
      <w:pPr>
        <w:jc w:val="right"/>
      </w:pPr>
      <w:r>
        <w:t>greater evil کے بیچ میں کسی ایک کو لینا ہو، کسی ایک کو چھوڑنا ہو، تو آپ ہمیشہ</w:t>
      </w:r>
    </w:p>
    <w:p>
      <w:r>
        <w:rPr>
          <w:b/>
        </w:rPr>
        <w:t xml:space="preserve">[1:00:33] </w:t>
      </w:r>
      <w:r>
        <w:t>lesser evil ko le lijiye aur greater evil ko chhod dijiye.</w:t>
      </w:r>
    </w:p>
    <w:p>
      <w:pPr>
        <w:jc w:val="right"/>
      </w:pPr>
      <w:r>
        <w:t>lesser evil کو لے لیجئے اور greater evil کو چھوڑ دیجئے۔</w:t>
      </w:r>
    </w:p>
    <w:p>
      <w:r>
        <w:rPr>
          <w:b/>
        </w:rPr>
        <w:t xml:space="preserve">[1:00:39] </w:t>
      </w:r>
      <w:r>
        <w:t>ji, Maulana sahib, agla sawal Islamabad Pakistan se Muhammad Bilal Usman sahib ne kiya hai aur unhon</w:t>
      </w:r>
    </w:p>
    <w:p>
      <w:pPr>
        <w:jc w:val="right"/>
      </w:pPr>
      <w:r>
        <w:t>جی، مولانا صاحب، اگلا سوال اسلام آباد پاکستان سے محمد بلال عثمان صاحب نے کیا ہے اور انہوں</w:t>
      </w:r>
    </w:p>
    <w:p>
      <w:r>
        <w:rPr>
          <w:b/>
        </w:rPr>
        <w:t xml:space="preserve">[1:00:46] </w:t>
      </w:r>
      <w:r>
        <w:t>ne aap se poocha hai ke insaan mein achhai aur burai aksar ek sath kyun pai jati hai?</w:t>
      </w:r>
    </w:p>
    <w:p>
      <w:pPr>
        <w:jc w:val="right"/>
      </w:pPr>
      <w:r>
        <w:t>نے آپ سے پوچھا ہے کہ انسان میں اچھائی اور برائی اکثر ایک ساتھ کیوں پائی جاتی ہے؟</w:t>
      </w:r>
    </w:p>
    <w:p>
      <w:r>
        <w:rPr>
          <w:b/>
        </w:rPr>
        <w:t xml:space="preserve">[1:00:52] </w:t>
      </w:r>
      <w:r>
        <w:t>is ke bare mein batain.</w:t>
      </w:r>
    </w:p>
    <w:p>
      <w:pPr>
        <w:jc w:val="right"/>
      </w:pPr>
      <w:r>
        <w:t>اس کے بارے میں بتائیں۔</w:t>
      </w:r>
    </w:p>
    <w:p>
      <w:r>
        <w:rPr>
          <w:b/>
        </w:rPr>
        <w:t xml:space="preserve">[1:00:58] </w:t>
      </w:r>
      <w:r>
        <w:t>aksar nahi, hamesha pai jati hai.</w:t>
      </w:r>
    </w:p>
    <w:p>
      <w:pPr>
        <w:jc w:val="right"/>
      </w:pPr>
      <w:r>
        <w:t>اکثر نہیں، ہمیشہ پائی جاتی ہے۔</w:t>
      </w:r>
    </w:p>
    <w:p>
      <w:r>
        <w:rPr>
          <w:b/>
        </w:rPr>
        <w:t xml:space="preserve">[1:01:05] </w:t>
      </w:r>
      <w:r>
        <w:t>har insaan ke andar do cheezein hain: fazool o taqwa, yaani insaan ke andar Khudaai ne dono cheezein</w:t>
      </w:r>
    </w:p>
    <w:p>
      <w:pPr>
        <w:jc w:val="right"/>
      </w:pPr>
      <w:r>
        <w:t>ہر انسان کے اندر دو چیزیں ہیں: فضول و تقویٰ، یعنی انسان کے اندر خدائی نے دونوں چیزیں</w:t>
      </w:r>
    </w:p>
    <w:p>
      <w:r>
        <w:rPr>
          <w:b/>
        </w:rPr>
        <w:t xml:space="preserve">[1:01:11] </w:t>
      </w:r>
      <w:r>
        <w:t>rakh di hain, fazool bhi aur taqwa bhi, achha bhi aur bura bhi.</w:t>
      </w:r>
    </w:p>
    <w:p>
      <w:pPr>
        <w:jc w:val="right"/>
      </w:pPr>
      <w:r>
        <w:t>رکھ دی ہیں، فضول بھی اور تقویٰ بھی، اچھا بھی اور برا بھی۔</w:t>
      </w:r>
    </w:p>
    <w:p>
      <w:r>
        <w:rPr>
          <w:b/>
        </w:rPr>
        <w:t xml:space="preserve">[1:01:17] </w:t>
      </w:r>
      <w:r>
        <w:t>agar na hote, phir aap ka test kaise hoga? agar ye na ho to test kaise hoga? ye</w:t>
      </w:r>
    </w:p>
    <w:p>
      <w:pPr>
        <w:jc w:val="right"/>
      </w:pPr>
      <w:r>
        <w:t>اگر نہ ہوتے، پھر آپ کا ٹیسٹ کیسے ہوگا؟ اگر یہ نہ ہو تو ٹیسٹ کیسے ہوگا؟ یہ</w:t>
      </w:r>
    </w:p>
    <w:p>
      <w:r>
        <w:rPr>
          <w:b/>
        </w:rPr>
        <w:t xml:space="preserve">[1:01:24] </w:t>
      </w:r>
      <w:r>
        <w:t>aap ko karni hai, wo dono cheezein to rahe gi.</w:t>
      </w:r>
    </w:p>
    <w:p>
      <w:pPr>
        <w:jc w:val="right"/>
      </w:pPr>
      <w:r>
        <w:t>آپ کو کرنی ہے، وہ دونوں چیزیں تو رہیں گی۔</w:t>
      </w:r>
    </w:p>
    <w:p>
      <w:r>
        <w:rPr>
          <w:b/>
        </w:rPr>
        <w:t xml:space="preserve">[1:01:30] </w:t>
      </w:r>
      <w:r>
        <w:t>aap ko karna hai ke aap taqwa ka tareeqa ikhtiyar karein aur fazool tareeqa chhod dein.</w:t>
      </w:r>
    </w:p>
    <w:p>
      <w:pPr>
        <w:jc w:val="right"/>
      </w:pPr>
      <w:r>
        <w:t>آپ کو کرنا ہے کہ آپ تقویٰ کا طریقہ اختیار کریں اور فضول طریقہ چھوڑ دیں۔</w:t>
      </w:r>
    </w:p>
    <w:p>
      <w:r>
        <w:rPr>
          <w:b/>
        </w:rPr>
        <w:t xml:space="preserve">[1:01:36] </w:t>
      </w:r>
      <w:r>
        <w:t>Maulana, agla sawal lene se pehle ek comment parhna chahain ge jo Maulana Iqbal Umri ne bheja hai Chennai se.</w:t>
      </w:r>
    </w:p>
    <w:p>
      <w:pPr>
        <w:jc w:val="right"/>
      </w:pPr>
      <w:r>
        <w:t>مولانا، اگلا سوال لینے سے پہلے ایک کمنٹ پڑھنا چاہیں گے جو مولانا اقبال عمری نے بھیجا ہے چنئی سے۔</w:t>
      </w:r>
    </w:p>
    <w:p>
      <w:r>
        <w:rPr>
          <w:b/>
        </w:rPr>
        <w:t xml:space="preserve">[1:01:43] </w:t>
      </w:r>
      <w:r>
        <w:t>unhon ne likha hai ke aaj pata chala ke fitna ke mani agar freedom of expression and speech</w:t>
      </w:r>
    </w:p>
    <w:p>
      <w:pPr>
        <w:jc w:val="right"/>
      </w:pPr>
      <w:r>
        <w:t>انہوں نے لکھا ہے کہ آج پتہ چلا کہ فتنہ کے معنی اگر freedom of expression and speech</w:t>
      </w:r>
    </w:p>
    <w:p>
      <w:r>
        <w:rPr>
          <w:b/>
        </w:rPr>
        <w:t xml:space="preserve">[1:01:49] </w:t>
      </w:r>
      <w:r>
        <w:t>na lein to war culture jari rahe ga.</w:t>
      </w:r>
    </w:p>
    <w:p>
      <w:pPr>
        <w:jc w:val="right"/>
      </w:pPr>
      <w:r>
        <w:t>نہ لیں تو war culture جاری رہے گا۔</w:t>
      </w:r>
    </w:p>
    <w:p>
      <w:r>
        <w:rPr>
          <w:b/>
        </w:rPr>
        <w:t xml:space="preserve">[1:01:55] </w:t>
      </w:r>
      <w:r>
        <w:t>Maulana, agla sawal kiya hai Sonina Kanwal ji ne, unhon ne apni location nahi likhi hai.</w:t>
      </w:r>
    </w:p>
    <w:p>
      <w:pPr>
        <w:jc w:val="right"/>
      </w:pPr>
      <w:r>
        <w:t>مولانا، اگلا سوال کیا ہے سونینا کنول جی نے، انہوں نے اپنی location نہیں لکھی ہے۔</w:t>
      </w:r>
    </w:p>
    <w:p>
      <w:r>
        <w:rPr>
          <w:b/>
        </w:rPr>
        <w:t xml:space="preserve">[1:02:02] </w:t>
      </w:r>
      <w:r>
        <w:t>un ka sawal hai: "Maulana sahib, please guide me about tauba.</w:t>
      </w:r>
    </w:p>
    <w:p>
      <w:pPr>
        <w:jc w:val="right"/>
      </w:pPr>
      <w:r>
        <w:t>ان کا سوال ہے: "مولانا صاحب، please guide me about توبہ۔</w:t>
      </w:r>
    </w:p>
    <w:p>
      <w:r>
        <w:rPr>
          <w:b/>
        </w:rPr>
        <w:t xml:space="preserve">[1:02:08] </w:t>
      </w:r>
      <w:r>
        <w:t>I ask Allah forgiveness but end up committing the same sin again and again.</w:t>
      </w:r>
    </w:p>
    <w:p>
      <w:pPr>
        <w:jc w:val="right"/>
      </w:pPr>
      <w:r>
        <w:t>I ask Allah forgiveness but end up committing the same sin again and again.</w:t>
      </w:r>
    </w:p>
    <w:p>
      <w:r>
        <w:rPr>
          <w:b/>
        </w:rPr>
        <w:t xml:space="preserve">[1:02:14] </w:t>
      </w:r>
      <w:r>
        <w:t>Now I really want to get rid of the sin.</w:t>
      </w:r>
    </w:p>
    <w:p>
      <w:pPr>
        <w:jc w:val="right"/>
      </w:pPr>
      <w:r>
        <w:t>Now I really want to get rid of the sin.</w:t>
      </w:r>
    </w:p>
    <w:p>
      <w:r>
        <w:rPr>
          <w:b/>
        </w:rPr>
        <w:t xml:space="preserve">[1:02:21] </w:t>
      </w:r>
      <w:r>
        <w:t>my question is: will allah forgive me again? dekhen, hadith mein hai ke kitni baar aadmi ghalti kare</w:t>
      </w:r>
    </w:p>
    <w:p>
      <w:pPr>
        <w:jc w:val="right"/>
      </w:pPr>
      <w:r>
        <w:t>My question is: will Allah forgive me again؟" دیکھیں، حدیث میں ہے کہ کتنی بار آدمی غلطی کرے</w:t>
      </w:r>
    </w:p>
    <w:p>
      <w:r>
        <w:rPr>
          <w:b/>
        </w:rPr>
        <w:t xml:space="preserve">[1:02:28] </w:t>
      </w:r>
      <w:r>
        <w:t>aur kitni baar toba kare to allah us ko maaf karta rehta hai.</w:t>
      </w:r>
    </w:p>
    <w:p>
      <w:pPr>
        <w:jc w:val="right"/>
      </w:pPr>
      <w:r>
        <w:t>اور کتنی بار توبہ کرے تو اللہ اس کو معاف کرتا رہتا ہے۔</w:t>
      </w:r>
    </w:p>
    <w:p>
      <w:r>
        <w:rPr>
          <w:b/>
        </w:rPr>
        <w:t xml:space="preserve">[1:02:34] </w:t>
      </w:r>
      <w:r>
        <w:t>yeh koi baat nahi hai ke aap aadmi ghalti kare aur phir toba kare, ghalti kare aur phir</w:t>
      </w:r>
    </w:p>
    <w:p>
      <w:pPr>
        <w:jc w:val="right"/>
      </w:pPr>
      <w:r>
        <w:t>یہ کوئی بات نہیں ہے کہ آپ آدمی غلطی کرے اور پھر توبہ کرے، غلطی کرے اور پھر</w:t>
      </w:r>
    </w:p>
    <w:p>
      <w:r>
        <w:rPr>
          <w:b/>
        </w:rPr>
        <w:t xml:space="preserve">[1:02:42] </w:t>
      </w:r>
      <w:r>
        <w:t>toba kare, yeh to hota hi rehta hai.</w:t>
      </w:r>
    </w:p>
    <w:p>
      <w:pPr>
        <w:jc w:val="right"/>
      </w:pPr>
      <w:r>
        <w:t>توبہ کرے، یہ تو ہوتا ہی رہتا ہے۔</w:t>
      </w:r>
    </w:p>
    <w:p>
      <w:r>
        <w:rPr>
          <w:b/>
        </w:rPr>
        <w:t xml:space="preserve">[1:02:45] </w:t>
      </w:r>
      <w:r>
        <w:t>lekin toba jo hai, toba nasuh hona chahiye, sachi toba, lip service nahi hona chahiye.</w:t>
      </w:r>
    </w:p>
    <w:p>
      <w:pPr>
        <w:jc w:val="right"/>
      </w:pPr>
      <w:r>
        <w:t>لیکن توبہ جو ہے، توبہ نصوح ہونا چاہیے، سچی توبہ، lip service نہیں ہونا چاہیے۔</w:t>
      </w:r>
    </w:p>
    <w:p>
      <w:r>
        <w:rPr>
          <w:b/>
        </w:rPr>
        <w:t xml:space="preserve">[1:02:51] </w:t>
      </w:r>
      <w:r>
        <w:t>yeh main kahunga, is ko quran mein jo lafz hai toba nasuh, yani sachi toba, yani bohat</w:t>
      </w:r>
    </w:p>
    <w:p>
      <w:pPr>
        <w:jc w:val="right"/>
      </w:pPr>
      <w:r>
        <w:t>یہ میں کہوں گا، اس کو قرآن میں جو لفظ ہے توبہ نصوح، یعنی سچی توبہ، یعنی بہت</w:t>
      </w:r>
    </w:p>
    <w:p>
      <w:r>
        <w:rPr>
          <w:b/>
        </w:rPr>
        <w:t xml:space="preserve">[1:02:59] </w:t>
      </w:r>
      <w:r>
        <w:t>hi determination ke sath toba karna, lip service nahi.</w:t>
      </w:r>
    </w:p>
    <w:p>
      <w:pPr>
        <w:jc w:val="right"/>
      </w:pPr>
      <w:r>
        <w:t>ہی determination کے ساتھ توبہ کرنا، lip service نہیں۔</w:t>
      </w:r>
    </w:p>
    <w:p>
      <w:r>
        <w:rPr>
          <w:b/>
        </w:rPr>
        <w:t xml:space="preserve">[1:03:03] </w:t>
      </w:r>
      <w:r>
        <w:t>to kitni baar toba kare, koi harj nahi hai, lekin toba jo ho, woh woh honi chahiye.</w:t>
      </w:r>
    </w:p>
    <w:p>
      <w:pPr>
        <w:jc w:val="right"/>
      </w:pPr>
      <w:r>
        <w:t>تو کتنی بار توبہ کرے، کوئی حرج نہیں ہے، لیکن توبہ جو ہو، وہ وہ ہونی چاہیے۔</w:t>
      </w:r>
    </w:p>
    <w:p>
      <w:r>
        <w:rPr>
          <w:b/>
        </w:rPr>
        <w:t xml:space="preserve">[1:03:10] </w:t>
      </w:r>
      <w:r>
        <w:t>toba nasuh sach mach aap ka irada ho.</w:t>
      </w:r>
    </w:p>
    <w:p>
      <w:pPr>
        <w:jc w:val="right"/>
      </w:pPr>
      <w:r>
        <w:t>توبہ نصوح سچ مچ آپ کا ارادہ ہو۔</w:t>
      </w:r>
    </w:p>
    <w:p>
      <w:r>
        <w:rPr>
          <w:b/>
        </w:rPr>
        <w:t xml:space="preserve">[1:03:14] </w:t>
      </w:r>
      <w:r>
        <w:t>toba nasuh woh toba jo lip service na ho, wahi toba nasuh hai.</w:t>
      </w:r>
    </w:p>
    <w:p>
      <w:pPr>
        <w:jc w:val="right"/>
      </w:pPr>
      <w:r>
        <w:t>توبہ نصوح وہ توبہ جو lip service نہ ہو، وہی توبہ نصوح ہے۔</w:t>
      </w:r>
    </w:p>
    <w:p>
      <w:r>
        <w:rPr>
          <w:b/>
        </w:rPr>
        <w:t xml:space="preserve">[1:03:19] </w:t>
      </w:r>
      <w:r>
        <w:t>lip service na ho aur sach mach soch samajh kar aap ne, yani ek determination aaya ho aap</w:t>
      </w:r>
    </w:p>
    <w:p>
      <w:pPr>
        <w:jc w:val="right"/>
      </w:pPr>
      <w:r>
        <w:t>Lip service نہ ہو اور سچ مچ سوچ سمجھ کر آپ نے، یعنی ایک determination آیا ہو آپ</w:t>
      </w:r>
    </w:p>
    <w:p>
      <w:r>
        <w:rPr>
          <w:b/>
        </w:rPr>
        <w:t xml:space="preserve">[1:03:27] </w:t>
      </w:r>
      <w:r>
        <w:t>ke andar ke mujhe aisa karna hai, to woh toba nasuh hai.</w:t>
      </w:r>
    </w:p>
    <w:p>
      <w:pPr>
        <w:jc w:val="right"/>
      </w:pPr>
      <w:r>
        <w:t>کے اندر کہ مجھے ایسا کرنا ہے، تو وہ توبہ نصوح ہے۔</w:t>
      </w:r>
    </w:p>
    <w:p>
      <w:r>
        <w:rPr>
          <w:b/>
        </w:rPr>
        <w:t xml:space="preserve">[1:03:32] </w:t>
      </w:r>
      <w:r>
        <w:t>aur lip service ho to toba nasooh nahi hai.</w:t>
      </w:r>
    </w:p>
    <w:p>
      <w:pPr>
        <w:jc w:val="right"/>
      </w:pPr>
      <w:r>
        <w:t>اور lip service ہو تو توبہ نصوح نہیں ہے۔</w:t>
      </w:r>
    </w:p>
    <w:p>
      <w:r>
        <w:rPr>
          <w:b/>
        </w:rPr>
        <w:t xml:space="preserve">[1:03:36] </w:t>
      </w:r>
      <w:r>
        <w:t>maulana sahib, agla sawal bhejne wale ne apna na naam likha hai aur na location.</w:t>
      </w:r>
    </w:p>
    <w:p>
      <w:pPr>
        <w:jc w:val="right"/>
      </w:pPr>
      <w:r>
        <w:t>مولانا صاحب، اگلا سوال بھیجنے والے نے اپنا نہ نام لکھا ہے اور نہ location۔</w:t>
      </w:r>
    </w:p>
    <w:p>
      <w:r>
        <w:rPr>
          <w:b/>
        </w:rPr>
        <w:t xml:space="preserve">[1:03:42] </w:t>
      </w:r>
      <w:r>
        <w:t>un ka sawal parhna chahenge.</w:t>
      </w:r>
    </w:p>
    <w:p>
      <w:pPr>
        <w:jc w:val="right"/>
      </w:pPr>
      <w:r>
        <w:t>ان کا سوال پڑھنا چاہیں گے۔</w:t>
      </w:r>
    </w:p>
    <w:p>
      <w:r>
        <w:rPr>
          <w:b/>
        </w:rPr>
        <w:t xml:space="preserve">[1:03:45] </w:t>
      </w:r>
      <w:r>
        <w:t>un ka sawal hai: "maulana sahib, maine aap ki bahut sari book padhi hain aur mujhe is</w:t>
      </w:r>
    </w:p>
    <w:p>
      <w:pPr>
        <w:jc w:val="right"/>
      </w:pPr>
      <w:r>
        <w:t>ان کا سوال ہے: "مولانا صاحب، میں نے آپ کی بہت ساری بک پڑھی ہیں اور مجھے اس</w:t>
      </w:r>
    </w:p>
    <w:p>
      <w:r>
        <w:rPr>
          <w:b/>
        </w:rPr>
        <w:t xml:space="preserve">[1:03:53] </w:t>
      </w:r>
      <w:r>
        <w:t>se bahut sari baatein janne aur samajhne ka mauqa mila hai, par main aap se do sawalon ke</w:t>
      </w:r>
    </w:p>
    <w:p>
      <w:pPr>
        <w:jc w:val="right"/>
      </w:pPr>
      <w:r>
        <w:t>سے بہت ساری باتیں جاننے اور سمجھنے کا موقع ملا ہے، پر میں آپ سے دو سوالوں کے</w:t>
      </w:r>
    </w:p>
    <w:p>
      <w:r>
        <w:rPr>
          <w:b/>
        </w:rPr>
        <w:t xml:space="preserve">[1:04:00] </w:t>
      </w:r>
      <w:r>
        <w:t>jawab chahti hoon jahan par mujhe doubt hota hai.</w:t>
      </w:r>
    </w:p>
    <w:p>
      <w:pPr>
        <w:jc w:val="right"/>
      </w:pPr>
      <w:r>
        <w:t>جواب چاہتی ہوں جہاں پر مجھے doubt ہوتا ہے۔</w:t>
      </w:r>
    </w:p>
    <w:p>
      <w:r>
        <w:rPr>
          <w:b/>
        </w:rPr>
        <w:t xml:space="preserve">[1:04:04] </w:t>
      </w:r>
      <w:r>
        <w:t>mera pehla sawal yeh hai ke ladkiyon ki shadi hona aur na hona kis se juda hota hai?</w:t>
      </w:r>
    </w:p>
    <w:p>
      <w:pPr>
        <w:jc w:val="right"/>
      </w:pPr>
      <w:r>
        <w:t>میرا پہلا سوال یہ ہے کہ لڑکیوں کی شادی ہونا اور نہ ہونا کس سے جڑا ہوتا ہے؟</w:t>
      </w:r>
    </w:p>
    <w:p>
      <w:r>
        <w:rPr>
          <w:b/>
        </w:rPr>
        <w:t xml:space="preserve">[1:04:12] </w:t>
      </w:r>
      <w:r>
        <w:t>ladkiyon ke khud ki qismat se ya un ke parents ki wajah se? kya Allah ne insano ke</w:t>
      </w:r>
    </w:p>
    <w:p>
      <w:pPr>
        <w:jc w:val="right"/>
      </w:pPr>
      <w:r>
        <w:t>لڑکیوں کے خود کی قسمت سے یا ان کے parents کی وجہ سے؟ کیا اللہ نے انسانوں کے</w:t>
      </w:r>
    </w:p>
    <w:p>
      <w:r>
        <w:rPr>
          <w:b/>
        </w:rPr>
        <w:t xml:space="preserve">[1:04:20] </w:t>
      </w:r>
      <w:r>
        <w:t>jore pehle hi muqarrar kar diye hain ya duniya mein ise dhoonda jata hai? is ke bare mein</w:t>
      </w:r>
    </w:p>
    <w:p>
      <w:pPr>
        <w:jc w:val="right"/>
      </w:pPr>
      <w:r>
        <w:t>جوڑے پہلے ہی مقرر کر دیے ہیں یا دنیا میں اسے ڈھونڈا جاتا ہے؟ اس کے بارے میں</w:t>
      </w:r>
    </w:p>
    <w:p>
      <w:r>
        <w:rPr>
          <w:b/>
        </w:rPr>
        <w:t xml:space="preserve">[1:04:27] </w:t>
      </w:r>
      <w:r>
        <w:t>batayen." agar aap dilli mein rehte hon to aap hamare office aajayen, tab bataunga main aap ko</w:t>
      </w:r>
    </w:p>
    <w:p>
      <w:pPr>
        <w:jc w:val="right"/>
      </w:pPr>
      <w:r>
        <w:t>بتائیں۔" اگر آپ دہلی میں رہتے ہوں تو آپ ہمارے آفس آجائیں، تب بتاؤں گا میں آپ کو</w:t>
      </w:r>
    </w:p>
    <w:p>
      <w:r>
        <w:rPr>
          <w:b/>
        </w:rPr>
        <w:t xml:space="preserve">[1:04:35] </w:t>
      </w:r>
      <w:r>
        <w:t>kyunki yeh personal question hai.</w:t>
      </w:r>
    </w:p>
    <w:p>
      <w:pPr>
        <w:jc w:val="right"/>
      </w:pPr>
      <w:r>
        <w:t>کیونکہ یہ personal question ہے۔</w:t>
      </w:r>
    </w:p>
    <w:p>
      <w:r>
        <w:rPr>
          <w:b/>
        </w:rPr>
        <w:t xml:space="preserve">[1:04:37] </w:t>
      </w:r>
      <w:r>
        <w:t>agar aap dilli mein na rehte hon to agle sunday ko kijiye dobara, phir main jawab dunga.</w:t>
      </w:r>
    </w:p>
    <w:p>
      <w:pPr>
        <w:jc w:val="right"/>
      </w:pPr>
      <w:r>
        <w:t>اگر آپ دہلی میں نہ رہتے ہوں تو اگلے Sunday کو کیجئے دوبارہ، پھر میں جواب دوں گا۔</w:t>
      </w:r>
    </w:p>
    <w:p>
      <w:r>
        <w:rPr>
          <w:b/>
        </w:rPr>
        <w:t xml:space="preserve">[1:04:45] </w:t>
      </w:r>
      <w:r>
        <w:t>dilli mein rehte hain to aap hamare office mein aajayen aur nahi to phir repeat kijiye agle sunday</w:t>
      </w:r>
    </w:p>
    <w:p>
      <w:pPr>
        <w:jc w:val="right"/>
      </w:pPr>
      <w:r>
        <w:t>دہلی میں رہتے ہیں تو آپ ہمارے آفس میں آجائیں اور نہیں تو پھر repeat کیجئے اگلے Sunday</w:t>
      </w:r>
    </w:p>
    <w:p>
      <w:r>
        <w:rPr>
          <w:b/>
        </w:rPr>
        <w:t xml:space="preserve">[1:04:53] </w:t>
      </w:r>
      <w:r>
        <w:t>ko.</w:t>
      </w:r>
    </w:p>
    <w:p>
      <w:pPr>
        <w:jc w:val="right"/>
      </w:pPr>
      <w:r>
        <w:t>کو۔</w:t>
      </w:r>
    </w:p>
    <w:p>
      <w:r>
        <w:rPr>
          <w:b/>
        </w:rPr>
        <w:t xml:space="preserve">[1:04:54] </w:t>
      </w:r>
      <w:r>
        <w:t>maulana, unhon ne aap se yeh bhi poocha hai ke islam mein wazifa karne ka kya tareeqa hai?</w:t>
      </w:r>
    </w:p>
    <w:p>
      <w:pPr>
        <w:jc w:val="right"/>
      </w:pPr>
      <w:r>
        <w:t>مولانا، انہوں نے آپ سے یہ بھی پوچھا ہے کہ اسلام میں وظیفہ کرنے کا کیا طریقہ ہے؟</w:t>
      </w:r>
    </w:p>
    <w:p>
      <w:r>
        <w:rPr>
          <w:b/>
        </w:rPr>
        <w:t xml:space="preserve">[1:05:02] </w:t>
      </w:r>
      <w:r>
        <w:t>wazifa karna kya sahi hai? islam mein wazifa nahi hai, yeh to soofi logon ne, yani ijad kiya</w:t>
      </w:r>
    </w:p>
    <w:p>
      <w:pPr>
        <w:jc w:val="right"/>
      </w:pPr>
      <w:r>
        <w:t>وظیفہ کرنا کیا صحیح ہے؟ اسلام میں وظیفہ نہیں ہے، یہ تو صوفی لوگوں نے، یعنی ایجاد کیا</w:t>
      </w:r>
    </w:p>
    <w:p>
      <w:r>
        <w:rPr>
          <w:b/>
        </w:rPr>
        <w:t xml:space="preserve">[1:05:10] </w:t>
      </w:r>
      <w:r>
        <w:t>hai.</w:t>
      </w:r>
    </w:p>
    <w:p>
      <w:pPr>
        <w:jc w:val="right"/>
      </w:pPr>
      <w:r>
        <w:t>ہے۔</w:t>
      </w:r>
    </w:p>
    <w:p>
      <w:r>
        <w:rPr>
          <w:b/>
        </w:rPr>
        <w:t xml:space="preserve">[1:05:11] </w:t>
      </w:r>
      <w:r>
        <w:t>to soofi log is ko bahut mufeed samajhte hain, to theek hai, woh faida hota hoga jo log</w:t>
      </w:r>
    </w:p>
    <w:p>
      <w:pPr>
        <w:jc w:val="right"/>
      </w:pPr>
      <w:r>
        <w:t>تو صوفی لوگ اس کو بہت مفید سمجھتے ہیں، تو ٹھیک ہے، وہ فائدہ ہوتا ہوگا جو لوگ</w:t>
      </w:r>
    </w:p>
    <w:p>
      <w:r>
        <w:rPr>
          <w:b/>
        </w:rPr>
        <w:t xml:space="preserve">[1:05:19] </w:t>
      </w:r>
      <w:r>
        <w:t>karte honge.</w:t>
      </w:r>
    </w:p>
    <w:p>
      <w:pPr>
        <w:jc w:val="right"/>
      </w:pPr>
      <w:r>
        <w:t>کرتے ہوں گے۔</w:t>
      </w:r>
    </w:p>
    <w:p>
      <w:r>
        <w:rPr>
          <w:b/>
        </w:rPr>
        <w:t xml:space="preserve">[1:05:20] </w:t>
      </w:r>
      <w:r>
        <w:t>mera tareeqa to wazifa nahi hai, tadabbur hai.</w:t>
      </w:r>
    </w:p>
    <w:p>
      <w:pPr>
        <w:jc w:val="right"/>
      </w:pPr>
      <w:r>
        <w:t>میرا طریقہ تو وظیفہ نہیں ہے، تدبر ہے۔</w:t>
      </w:r>
    </w:p>
    <w:p>
      <w:r>
        <w:rPr>
          <w:b/>
        </w:rPr>
        <w:t xml:space="preserve">[1:05:24] </w:t>
      </w:r>
      <w:r>
        <w:t>hamara jo tareeqa hai, woh tadabbur hai, contemplation, ghor o fikr.</w:t>
      </w:r>
    </w:p>
    <w:p>
      <w:pPr>
        <w:jc w:val="right"/>
      </w:pPr>
      <w:r>
        <w:t>ہمارا جو طریقہ ہے، وہ تدبر ہے، contemplation، غور و فکر۔</w:t>
      </w:r>
    </w:p>
    <w:p>
      <w:r>
        <w:rPr>
          <w:b/>
        </w:rPr>
        <w:t xml:space="preserve">[1:05:28] </w:t>
      </w:r>
      <w:r>
        <w:t>wazifa kehte hain dhyan, gyan ko.</w:t>
      </w:r>
    </w:p>
    <w:p>
      <w:pPr>
        <w:jc w:val="right"/>
      </w:pPr>
      <w:r>
        <w:t>وظیفہ کہتے ہیں دھیان، گیان کو۔</w:t>
      </w:r>
    </w:p>
    <w:p>
      <w:r>
        <w:rPr>
          <w:b/>
        </w:rPr>
        <w:t xml:space="preserve">[1:05:31] </w:t>
      </w:r>
      <w:r>
        <w:t>agar wazifa jo hai, woh meditation par base karta hai to soofi log meditation ko batate hain.</w:t>
      </w:r>
    </w:p>
    <w:p>
      <w:pPr>
        <w:jc w:val="right"/>
      </w:pPr>
      <w:r>
        <w:t>اگر وظیفہ جو ہے، وہ meditation پر base کرتا ہے تو صوفی لوگ meditation کو بتاتے ہیں۔</w:t>
      </w:r>
    </w:p>
    <w:p>
      <w:r>
        <w:rPr>
          <w:b/>
        </w:rPr>
        <w:t xml:space="preserve">[1:05:38] </w:t>
      </w:r>
      <w:r>
        <w:t>to ho sakta hai is mein se faida ho, lekin main zaati taur par contemplation ko manta hoon,</w:t>
      </w:r>
    </w:p>
    <w:p>
      <w:pPr>
        <w:jc w:val="right"/>
      </w:pPr>
      <w:r>
        <w:t>تو ہو سکتا ہے اس میں سے فائدہ ہو، لیکن میں ذاتی طور پر contemplation کو مانتا ہوں،</w:t>
      </w:r>
    </w:p>
    <w:p>
      <w:r>
        <w:rPr>
          <w:b/>
        </w:rPr>
        <w:t xml:space="preserve">[1:05:46] </w:t>
      </w:r>
      <w:r>
        <w:t>jo tadabbur par mabni hota hai.</w:t>
      </w:r>
    </w:p>
    <w:p>
      <w:pPr>
        <w:jc w:val="right"/>
      </w:pPr>
      <w:r>
        <w:t>جو تدبر پر مبنی ہوتا ہے۔</w:t>
      </w:r>
    </w:p>
    <w:p>
      <w:r>
        <w:rPr>
          <w:b/>
        </w:rPr>
        <w:t xml:space="preserve">[1:05:49] </w:t>
      </w:r>
      <w:r>
        <w:t>aap ko jo suit kare, us par amal ki jiye, aap ke apne tajrube ke mutabiq.</w:t>
      </w:r>
    </w:p>
    <w:p>
      <w:pPr>
        <w:jc w:val="right"/>
      </w:pPr>
      <w:r>
        <w:t>آپ کو جو suit کرے، اس پر عمل کیجئے، آپ کے اپنے تجربے کے مطابق۔</w:t>
      </w:r>
    </w:p>
    <w:p>
      <w:r>
        <w:rPr>
          <w:b/>
        </w:rPr>
        <w:t xml:space="preserve">[1:05:55] </w:t>
      </w:r>
      <w:r>
        <w:t>Okay, we will end this session now.</w:t>
      </w:r>
    </w:p>
    <w:p>
      <w:pPr>
        <w:jc w:val="right"/>
      </w:pPr>
      <w:r>
        <w:t>اوکے، we will end this session now۔</w:t>
      </w:r>
    </w:p>
    <w:p>
      <w:r>
        <w:rPr>
          <w:b/>
        </w:rPr>
        <w:t xml:space="preserve">[1:05:58] </w:t>
      </w:r>
      <w:r>
        <w:t>If you want to join CPS International or you want to become a Quran distributor in your area,</w:t>
      </w:r>
    </w:p>
    <w:p>
      <w:pPr>
        <w:jc w:val="right"/>
      </w:pPr>
      <w:r>
        <w:t>If you want to join CPS International or you want to become a Quran distributor in your area,</w:t>
      </w:r>
    </w:p>
    <w:p>
      <w:r>
        <w:rPr>
          <w:b/>
        </w:rPr>
        <w:t xml:space="preserve">[1:06:06] </w:t>
      </w:r>
      <w:r>
        <w:t>then write to us at info@cpsglobal.org.</w:t>
      </w:r>
    </w:p>
    <w:p>
      <w:pPr>
        <w:jc w:val="right"/>
      </w:pPr>
      <w:r>
        <w:t>then write to us at info@cpsglobal.org۔</w:t>
      </w:r>
    </w:p>
    <w:p>
      <w:r>
        <w:rPr>
          <w:b/>
        </w:rPr>
        <w:t xml:space="preserve">[1:06:08]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