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Prediction November 3, 2013</w:t>
      </w:r>
    </w:p>
    <w:p>
      <w:r>
        <w:t>https://youtu.be/cb5Lzw9c8aE</w:t>
      </w:r>
    </w:p>
    <w:p>
      <w:r>
        <w:rPr>
          <w:b/>
        </w:rPr>
        <w:t xml:space="preserve">[00:14] </w:t>
      </w:r>
      <w:r>
        <w:t>bismillah al-rahman al-rahim. wa salli Allahu ala al-nabi al-karim.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[00:40] </w:t>
      </w:r>
      <w:r>
        <w:t>aa</w:t>
      </w:r>
    </w:p>
    <w:p>
      <w:pPr>
        <w:jc w:val="right"/>
      </w:pPr>
      <w:r>
        <w:t>آ</w:t>
      </w:r>
    </w:p>
    <w:p>
      <w:r>
        <w:rPr>
          <w:b/>
        </w:rPr>
        <w:t xml:space="preserve">[00:41] </w:t>
      </w:r>
      <w:r>
        <w:t>aaj ka topic hai hadith prediction, yani hadith ki peshingoi.</w:t>
      </w:r>
    </w:p>
    <w:p>
      <w:pPr>
        <w:jc w:val="right"/>
      </w:pPr>
      <w:r>
        <w:t>ج کا ٹاپک ہے حدیث پریڈکشن، یعنی حدیث کی پیشنگوئی۔</w:t>
      </w:r>
    </w:p>
    <w:p>
      <w:r>
        <w:rPr>
          <w:b/>
        </w:rPr>
        <w:t xml:space="preserve">[00:56] </w:t>
      </w:r>
      <w:r>
        <w:t>dekhiye, hadith to bohat zyada hain, lekin un ko</w:t>
      </w:r>
    </w:p>
    <w:p>
      <w:pPr>
        <w:jc w:val="right"/>
      </w:pPr>
      <w:r>
        <w:t>دیکھیے، حدیثیں تو بہت زیادہ ہیں، لیکن ان کو</w:t>
      </w:r>
    </w:p>
    <w:p>
      <w:r>
        <w:rPr>
          <w:b/>
        </w:rPr>
        <w:t xml:space="preserve">[01:07] </w:t>
      </w:r>
      <w:r>
        <w:t>teen category mein taqseem kiya ja sakta hai.</w:t>
      </w:r>
    </w:p>
    <w:p>
      <w:pPr>
        <w:jc w:val="right"/>
      </w:pPr>
      <w:r>
        <w:t>تین کیٹیگری میں تقسیم کیا جا سکتا ہے۔</w:t>
      </w:r>
    </w:p>
    <w:p>
      <w:r>
        <w:rPr>
          <w:b/>
        </w:rPr>
        <w:t xml:space="preserve">[01:11] </w:t>
      </w:r>
      <w:r>
        <w:t>aik hain woh hadith jin mein ahkam e deen ya adab e deen hain. doosri woh hadith jin mein hikmat hai, yani wisdom.</w:t>
      </w:r>
    </w:p>
    <w:p>
      <w:pPr>
        <w:jc w:val="right"/>
      </w:pPr>
      <w:r>
        <w:t>ایک ہیں وہ حدیثیں جن میں احکام دین یا آداب دین ہیں۔ دوسری وہ حدیثیں جن میں حکمت ہے، یعنی وزڈم۔</w:t>
      </w:r>
    </w:p>
    <w:p>
      <w:r>
        <w:rPr>
          <w:b/>
        </w:rPr>
        <w:t xml:space="preserve">[01:30] </w:t>
      </w:r>
      <w:r>
        <w:t>teesri hadith woh hain jin mein future ke bare mein predictions hain, peshingoi.</w:t>
      </w:r>
    </w:p>
    <w:p>
      <w:pPr>
        <w:jc w:val="right"/>
      </w:pPr>
      <w:r>
        <w:t>تیسری حدیثیں وہ ہیں جن میں فیوچر کے بارے میں پریڈکشنز ہیں، پیشنگوئی۔</w:t>
      </w:r>
    </w:p>
    <w:p>
      <w:r>
        <w:rPr>
          <w:b/>
        </w:rPr>
        <w:t xml:space="preserve">[01:37] </w:t>
      </w:r>
      <w:r>
        <w:t>yeh broad division mein yeh teen category banti hain hadithon ki.</w:t>
      </w:r>
    </w:p>
    <w:p>
      <w:pPr>
        <w:jc w:val="right"/>
      </w:pPr>
      <w:r>
        <w:t>یہ براڈ ڈویژن میں یہ تین کیٹیگری بنتی ہیں حدیثوں کی۔</w:t>
      </w:r>
    </w:p>
    <w:p>
      <w:r>
        <w:rPr>
          <w:b/>
        </w:rPr>
        <w:t xml:space="preserve">[01:46] </w:t>
      </w:r>
      <w:r>
        <w:t>aik bade aalim ne kaha tha ke hadith par itna zyada kaam hua ke woh saturation tak pahunch gaya.</w:t>
      </w:r>
    </w:p>
    <w:p>
      <w:pPr>
        <w:jc w:val="right"/>
      </w:pPr>
      <w:r>
        <w:t>ایک بڑے عالم نے کہا تھا کہ حدیث پر اتنا زیادہ کام ہوا کہ وہ نز تک پہنچ گیا۔</w:t>
      </w:r>
    </w:p>
    <w:p>
      <w:r>
        <w:rPr>
          <w:b/>
        </w:rPr>
        <w:t xml:space="preserve">[01:56] </w:t>
      </w:r>
      <w:r>
        <w:t>saturation ka matlab hota hai saturation point, yani kamal tak pahunch gaya. but it is partially true.</w:t>
      </w:r>
    </w:p>
    <w:p>
      <w:pPr>
        <w:jc w:val="right"/>
      </w:pPr>
      <w:r>
        <w:t>نز کا مطلب ہوتا ہے سیچوریشن پوائنٹ، یعنی کمال تک پہنچ گیا۔ بٹ اٹ از پارشلی ٹرو۔</w:t>
      </w:r>
    </w:p>
    <w:p>
      <w:r>
        <w:rPr>
          <w:b/>
        </w:rPr>
        <w:t xml:space="preserve">[02:10] </w:t>
      </w:r>
      <w:r>
        <w:t>yeh baat bohat hi juzwi maanon mein sahi ho sakti hai. yani jahan tak hadith in hadithon ka taluq hai jo ahkam se taluq rakhte hain, un par to kafi kaam hua, fiqh mein.</w:t>
      </w:r>
    </w:p>
    <w:p>
      <w:pPr>
        <w:jc w:val="right"/>
      </w:pPr>
      <w:r>
        <w:t>یہ بات بہت ہی جزوی معنوں میں صحیح ہو سکتی ہے۔ یعنی جہاں تک حدیث ان حدیثوں کا تعلق ہے جو احکام سے تعلق رکھتے ہیں، ان پر تو کافی کام ہوا، فقہ میں۔</w:t>
      </w:r>
    </w:p>
    <w:p>
      <w:r>
        <w:rPr>
          <w:b/>
        </w:rPr>
        <w:t xml:space="preserve">[02:27] </w:t>
      </w:r>
      <w:r>
        <w:t>lekin jo doosri baqi do jo category hain, wisdom wali hadith aur prediction wali hadith, un par to mein samajhta hoon ke itna kam kaam hua hai ke woh nahi ke barabar hain.</w:t>
      </w:r>
    </w:p>
    <w:p>
      <w:pPr>
        <w:jc w:val="right"/>
      </w:pPr>
      <w:r>
        <w:t>لیکن جو دوسری بقیہ دو جو کیٹیگری ہیں، وزڈم والی حدیثیں اور پریڈکشن والی حدیثیں، ان پر تو میں سمجھتا ہوں کہ اتنا کم کام ہوا ہے کہ وہ نہیں کے برابر ہیں۔</w:t>
      </w:r>
    </w:p>
    <w:p>
      <w:r>
        <w:rPr>
          <w:b/>
        </w:rPr>
        <w:t xml:space="preserve">[02:42] </w:t>
      </w:r>
      <w:r>
        <w:t>woh abhi tak untold story bani hui hain, yeh hadith.</w:t>
      </w:r>
    </w:p>
    <w:p>
      <w:pPr>
        <w:jc w:val="right"/>
      </w:pPr>
      <w:r>
        <w:t>وہ ابھی تک ان ٹولڈ سٹوری بنی ہوئی ہیں، یہ حدیثیں۔</w:t>
      </w:r>
    </w:p>
    <w:p>
      <w:r>
        <w:rPr>
          <w:b/>
        </w:rPr>
        <w:t xml:space="preserve">[02:51] </w:t>
      </w:r>
      <w:r>
        <w:t>to inhi mein se aik hadith ko aaj mein lena chahta hoon.</w:t>
      </w:r>
    </w:p>
    <w:p>
      <w:pPr>
        <w:jc w:val="right"/>
      </w:pPr>
      <w:r>
        <w:t>تو انہی میں سے ایک حدیث کو آج میں لینا چاہتا ہوں۔</w:t>
      </w:r>
    </w:p>
    <w:p>
      <w:r>
        <w:rPr>
          <w:b/>
        </w:rPr>
        <w:t xml:space="preserve">[02:59] </w:t>
      </w:r>
      <w:r>
        <w:t>dekhiye, Musnad Imam Muhammad mein aik hadith hai, is ka number hai 14696.</w:t>
      </w:r>
    </w:p>
    <w:p>
      <w:pPr>
        <w:jc w:val="right"/>
      </w:pPr>
      <w:r>
        <w:t>دیکھیے، مسند امام محمد میں ایک حدیث ہے، اس کا نمبر ہے 14696۔</w:t>
      </w:r>
    </w:p>
    <w:p>
      <w:r>
        <w:rPr>
          <w:b/>
        </w:rPr>
        <w:t xml:space="preserve">[03:10] </w:t>
      </w:r>
      <w:r>
        <w:t>is hadith ke alfaaz yeh hain:</w:t>
      </w:r>
    </w:p>
    <w:p>
      <w:pPr>
        <w:jc w:val="right"/>
      </w:pPr>
      <w:r>
        <w:t>اس حدیث کے الفاظ یہ ہیں:</w:t>
      </w:r>
    </w:p>
    <w:p>
      <w:r>
        <w:rPr>
          <w:b/>
        </w:rPr>
        <w:t xml:space="preserve">[03:21] </w:t>
      </w:r>
      <w:r>
        <w:t>همیدخلون فی دین لا افواجا و سیخرجون منہ افواجا</w:t>
      </w:r>
    </w:p>
    <w:p>
      <w:pPr>
        <w:jc w:val="right"/>
      </w:pPr>
      <w:r>
        <w:t>همیدخلون فی دین لا افواجا و سیخرجون منہ افواجا</w:t>
      </w:r>
    </w:p>
    <w:p>
      <w:r>
        <w:rPr>
          <w:b/>
        </w:rPr>
        <w:t xml:space="preserve">[03:30] </w:t>
      </w:r>
      <w:r>
        <w:t>yani log Allah ke deen mein fauj dar fauj dakhil honge,</w:t>
      </w:r>
    </w:p>
    <w:p>
      <w:pPr>
        <w:jc w:val="right"/>
      </w:pPr>
      <w:r>
        <w:t>یعنی لوگ اللہ کے دین میں فوج در فوج داخل ہوں گے،</w:t>
      </w:r>
    </w:p>
    <w:p>
      <w:r>
        <w:rPr>
          <w:b/>
        </w:rPr>
        <w:t xml:space="preserve">[03:40] </w:t>
      </w:r>
      <w:r>
        <w:t>aur phir woh fauj dar fauj is se nikal jayenge.</w:t>
      </w:r>
    </w:p>
    <w:p>
      <w:pPr>
        <w:jc w:val="right"/>
      </w:pPr>
      <w:r>
        <w:t>اور پھر وہ فوج در فوج اس سے نکل جائیں گے۔</w:t>
      </w:r>
    </w:p>
    <w:p>
      <w:r>
        <w:rPr>
          <w:b/>
        </w:rPr>
        <w:t xml:space="preserve">[03:46] </w:t>
      </w:r>
      <w:r>
        <w:t>yeh hadith Musnad Ahmad mein hai,</w:t>
      </w:r>
    </w:p>
    <w:p>
      <w:pPr>
        <w:jc w:val="right"/>
      </w:pPr>
      <w:r>
        <w:t>یہ حدیث مسند احمد میں ہے،</w:t>
      </w:r>
    </w:p>
    <w:p>
      <w:r>
        <w:rPr>
          <w:b/>
        </w:rPr>
        <w:t xml:space="preserve">[03:50] </w:t>
      </w:r>
      <w:r>
        <w:t>aur mein ne bohat si hadith sharon mein is ka matlab janna chaha to kisi bhi sharah mein is ka koi wazeh jawab nahi hai.</w:t>
      </w:r>
    </w:p>
    <w:p>
      <w:pPr>
        <w:jc w:val="right"/>
      </w:pPr>
      <w:r>
        <w:t>اور میں نے بہت سی حدیث شرحوں میں اس کا مطلب جاننا چاہا تو کسی بھی شرح میں اس کا کوئی واضح جواب نہیں ہے۔</w:t>
      </w:r>
    </w:p>
    <w:p>
      <w:r>
        <w:rPr>
          <w:b/>
        </w:rPr>
        <w:t xml:space="preserve">[04:03] </w:t>
      </w:r>
      <w:r>
        <w:t>sab se bara is mein mushkil hai samajhna, jo masla jis ki wajah se mushkil ban gayi hai hadith,</w:t>
      </w:r>
    </w:p>
    <w:p>
      <w:pPr>
        <w:jc w:val="right"/>
      </w:pPr>
      <w:r>
        <w:t>سب سے بڑا اس میں مشکل ہے سمجھنا، جو مسئلہ جس کی وجہ سے مشکل بن گئی ہے حدیث،</w:t>
      </w:r>
    </w:p>
    <w:p>
      <w:r>
        <w:rPr>
          <w:b/>
        </w:rPr>
        <w:t xml:space="preserve">[04:10] </w:t>
      </w:r>
      <w:r>
        <w:t>ke is mein bataya gaya hai ke log bari tadad mein deen mein dakhil honge aur phir deen se nikal jayenge. to aisa to kabhi history mein hua nahi.</w:t>
      </w:r>
    </w:p>
    <w:p>
      <w:pPr>
        <w:jc w:val="right"/>
      </w:pPr>
      <w:r>
        <w:t>کہ اس میں بتایا گیا ہے کہ لوگ بڑی تعداد میں دین میں داخل ہوں گے اور پھر دین سے نکل جائیں گے۔ تو ایسا تو کبھی ہسٹری میں ہوا نہیں۔</w:t>
      </w:r>
    </w:p>
    <w:p>
      <w:r>
        <w:rPr>
          <w:b/>
        </w:rPr>
        <w:t xml:space="preserve">[04:22] </w:t>
      </w:r>
      <w:r>
        <w:t>history mein kabhi aisa nahi hua ke log bohat bari tadad mein deen mein dakhil hue hon aur phir bari tadad mein deen se nikal gaye, murtad ho gaye hon.</w:t>
      </w:r>
    </w:p>
    <w:p>
      <w:pPr>
        <w:jc w:val="right"/>
      </w:pPr>
      <w:r>
        <w:t>ہسٹری میں کبھی ایسا نہیں ہوا کہ لوگ بہت بڑی تعداد میں دین میں داخل ہوئے ہوں اور پھر بڑی تعداد میں دین سے نکل گئے، مرتد ہو گئے ہوں۔</w:t>
      </w:r>
    </w:p>
    <w:p>
      <w:r>
        <w:rPr>
          <w:b/>
        </w:rPr>
        <w:t xml:space="preserve">[04:35] </w:t>
      </w:r>
      <w:r>
        <w:t>aisa to kabhi hua nahi.</w:t>
      </w:r>
    </w:p>
    <w:p>
      <w:pPr>
        <w:jc w:val="right"/>
      </w:pPr>
      <w:r>
        <w:t>ایسا تو کبھی ہوا نہیں۔</w:t>
      </w:r>
    </w:p>
    <w:p>
      <w:r>
        <w:rPr>
          <w:b/>
        </w:rPr>
        <w:t xml:space="preserve">[04:38] </w:t>
      </w:r>
      <w:r>
        <w:t>is wajah se logon ke samajh mein aata hai ke is hadith ka matlab kya hai. halanke yeh sahih hadith hai.</w:t>
      </w:r>
    </w:p>
    <w:p>
      <w:pPr>
        <w:jc w:val="right"/>
      </w:pPr>
      <w:r>
        <w:t>اس وجہ سے لوگوں کے سمجھ میں آتا ہے کہ اس حدیث کا مطلب کیا ہے۔ حالانکہ یہ صحیح حدیث ہے۔</w:t>
      </w:r>
    </w:p>
    <w:p>
      <w:r>
        <w:rPr>
          <w:b/>
        </w:rPr>
        <w:t xml:space="preserve">[04:48] </w:t>
      </w:r>
      <w:r>
        <w:t>to is par mein ne kafi ghor kiya. yeh asal mein is phenomenon of mass conversion.</w:t>
      </w:r>
    </w:p>
    <w:p>
      <w:pPr>
        <w:jc w:val="right"/>
      </w:pPr>
      <w:r>
        <w:t>تو اس پر میں نے کافی غور کیا۔ یہ اصل میں اس فیناومینا آف ماس کنورژن۔</w:t>
      </w:r>
    </w:p>
    <w:p>
      <w:r>
        <w:rPr>
          <w:b/>
        </w:rPr>
        <w:t xml:space="preserve">[04:59] </w:t>
      </w:r>
      <w:r>
        <w:t>mass conversion jo hai, woh bazahir bohat achi cheez hai, lekin isi ke sath ek problem aata hai.</w:t>
      </w:r>
    </w:p>
    <w:p>
      <w:pPr>
        <w:jc w:val="right"/>
      </w:pPr>
      <w:r>
        <w:t>ماس کنورژن جو ہے، وہ بظاہر بہت اچھی چیز ہے، لیکن اسی کے ساتھ ایک پرابلم آتا ہے۔</w:t>
      </w:r>
    </w:p>
    <w:p>
      <w:r>
        <w:rPr>
          <w:b/>
        </w:rPr>
        <w:t xml:space="preserve">[05:08] </w:t>
      </w:r>
      <w:r>
        <w:t>problem yeh hai ke jab log bohat zyada barh kar ke dakhil hon deen mein to woh kalma to parh lete hain, lekin un ki tarbiyat ya training nahi ho pati,</w:t>
      </w:r>
    </w:p>
    <w:p>
      <w:pPr>
        <w:jc w:val="right"/>
      </w:pPr>
      <w:r>
        <w:t>پرابلم یہ ہے کہ جب لوگ بہت زیادہ بڑھ کر کے داخل ہوں دین میں تو وہ کلمہ تو پڑھ لیتے ہیں، لیکن ان کی تربیت یا ٹریننگ نہیں ہو پاتی،</w:t>
      </w:r>
    </w:p>
    <w:p>
      <w:r>
        <w:rPr>
          <w:b/>
        </w:rPr>
        <w:t xml:space="preserve">[05:21] </w:t>
      </w:r>
      <w:r>
        <w:t>un ki education nahi ho pati. to is ka matlab kya hota hai? unhon ne mazhab to badal liya, mindset un ka wahi kabhi raha jo pehle tha.</w:t>
      </w:r>
    </w:p>
    <w:p>
      <w:pPr>
        <w:jc w:val="right"/>
      </w:pPr>
      <w:r>
        <w:t>ان کی ایجوکیشن نہیں ہو پاتی۔ تو اس کا مطلب کیا ہوتا ہے؟ انہوں نے مذہب تو بدل لیا، مائنڈ سیٹ ان کا وہی کبھی رہا جو پہلے تھا۔</w:t>
      </w:r>
    </w:p>
    <w:p>
      <w:r>
        <w:rPr>
          <w:b/>
        </w:rPr>
        <w:t xml:space="preserve">[05:35] </w:t>
      </w:r>
      <w:r>
        <w:t>dekhiye, ek hai aqide ke aitbar se mazhab ko badal lena, aur ek apne mindset ko badalna. dono mein farq hai.</w:t>
      </w:r>
    </w:p>
    <w:p>
      <w:pPr>
        <w:jc w:val="right"/>
      </w:pPr>
      <w:r>
        <w:t>دیکھیے، ایک ہے عقیدے کے اعتبار سے مذہب کو بدل لینا، اور ایک اپنے مائنڈ سیٹ کو بدلنا۔ دونوں میں فرق ہے۔</w:t>
      </w:r>
    </w:p>
    <w:p>
      <w:r>
        <w:rPr>
          <w:b/>
        </w:rPr>
        <w:t xml:space="preserve">[05:46] </w:t>
      </w:r>
      <w:r>
        <w:t>to mass conversion jab bhi hota hai to hamesha yeh hota hai ke mindset wahi rehta hai. sirf log mazhab badal kar ke ek naye fold mein aa jate hain.</w:t>
      </w:r>
    </w:p>
    <w:p>
      <w:pPr>
        <w:jc w:val="right"/>
      </w:pPr>
      <w:r>
        <w:t>تو ماس کنورژن جب بھی ہوتا ہے تو ہمیشہ یہ ہوتا ہے کہ مائنڈ سیٹ وہی رہتا ہے۔ صرف لوگ مذہب بدل کر کے ایک نئے فولڈ میں آ جاتے ہیں۔</w:t>
      </w:r>
    </w:p>
    <w:p>
      <w:r>
        <w:rPr>
          <w:b/>
        </w:rPr>
        <w:t xml:space="preserve">[06:01] </w:t>
      </w:r>
      <w:r>
        <w:t>yeh waqia bare paimane par hua hai Christianity mein aur Islam mein, dono mein.</w:t>
      </w:r>
    </w:p>
    <w:p>
      <w:pPr>
        <w:jc w:val="right"/>
      </w:pPr>
      <w:r>
        <w:t>یہ واقعہ بڑے پیمانے پر ہوا ہے کرسچینٹی میں اور اسلام میں، دونوں میں۔</w:t>
      </w:r>
    </w:p>
    <w:p>
      <w:r>
        <w:rPr>
          <w:b/>
        </w:rPr>
        <w:t xml:space="preserve">[06:12] </w:t>
      </w:r>
      <w:r>
        <w:t>dekhiye, Hazrat Masih ke baad teesri sadi Isvi tak Hazrat Masih ki taleemat bilkul intact rahin, sahih rahin.</w:t>
      </w:r>
    </w:p>
    <w:p>
      <w:pPr>
        <w:jc w:val="right"/>
      </w:pPr>
      <w:r>
        <w:t>دیکھیے، حضرت مسیح کے بعد تیسری صدی عیسوی تک حضرت مسیح کی تعلیمات بالکل انٹیکٹ رہیں، صحیح رہیں۔</w:t>
      </w:r>
    </w:p>
    <w:p>
      <w:r>
        <w:rPr>
          <w:b/>
        </w:rPr>
        <w:t xml:space="preserve">[06:24] </w:t>
      </w:r>
      <w:r>
        <w:t>teesri sadi Isvi tak.</w:t>
      </w:r>
    </w:p>
    <w:p>
      <w:pPr>
        <w:jc w:val="right"/>
      </w:pPr>
      <w:r>
        <w:t>تیسری صدی عیسوی تک۔</w:t>
      </w:r>
    </w:p>
    <w:p>
      <w:r>
        <w:rPr>
          <w:b/>
        </w:rPr>
        <w:t xml:space="preserve">[06:27] </w:t>
      </w:r>
      <w:r>
        <w:t>chauthi sadi Isvi mein kya hua ke Europe ka jo emperor tha, Constantine the First, woh Christian ban gaya.</w:t>
      </w:r>
    </w:p>
    <w:p>
      <w:pPr>
        <w:jc w:val="right"/>
      </w:pPr>
      <w:r>
        <w:t>چوتھی صدی عیسوی میں کیا ہوا کہ یورپ کا جو ایمپرر تھا، کانسٹنٹین دی فرسٹ، وہ کرسچن بن گیا۔</w:t>
      </w:r>
    </w:p>
    <w:p>
      <w:r>
        <w:rPr>
          <w:b/>
        </w:rPr>
        <w:t xml:space="preserve">[06:39] </w:t>
      </w:r>
      <w:r>
        <w:t>to woh pure Europe mein is ka iqtadar tha. to us zamane mein yeh hota tha ke log deen mulk, jo badshah ka mazhab, wahi sab ka</w:t>
      </w:r>
    </w:p>
    <w:p>
      <w:pPr>
        <w:jc w:val="right"/>
      </w:pPr>
      <w:r>
        <w:t>تو وہ پورے یورپ میں اس کا اقتدار تھا۔ تو اس زمانے میں یہ ہوتا تھا کہ الناس دین ملک، جو بادشاہ کا مذہب، وہی سب کا</w:t>
      </w:r>
    </w:p>
    <w:p>
      <w:r>
        <w:rPr>
          <w:b/>
        </w:rPr>
        <w:t xml:space="preserve">[06:52] </w:t>
      </w:r>
      <w:r>
        <w:t>mazhab. yani subject jo hota tha, ruler aur ruled, ya king aur subject jo mamla tha, woh is ka hi culture tha.</w:t>
      </w:r>
    </w:p>
    <w:p>
      <w:pPr>
        <w:jc w:val="right"/>
      </w:pPr>
      <w:r>
        <w:t>مذہب۔ یعنی سبجیکٹ جو ہوتا تھا، رولر اور رولڈ، یا کنگ اور سبجیکٹ جو معاملہ تھا، وہ اس کا ہی کلچر تھا۔</w:t>
      </w:r>
    </w:p>
    <w:p>
      <w:r>
        <w:rPr>
          <w:b/>
        </w:rPr>
        <w:t xml:space="preserve">[07:02] </w:t>
      </w:r>
      <w:r>
        <w:t>jo badshah ka mazhab, wahi hamara mazhab. to Europe mein mass conversion hua, aur log bari tadad mein Christianity mein shamil ho gaye.</w:t>
      </w:r>
    </w:p>
    <w:p>
      <w:pPr>
        <w:jc w:val="right"/>
      </w:pPr>
      <w:r>
        <w:t>جو بادشاہ کا مذہب، وہی ہمارا مذہب۔ تو یورپ میں ماس کنورژن ہوا، اور لوگ بڑی تعداد میں کرسچینٹی میں شامل ہو گئے۔</w:t>
      </w:r>
    </w:p>
    <w:p>
      <w:r>
        <w:rPr>
          <w:b/>
        </w:rPr>
        <w:t xml:space="preserve">[07:14] </w:t>
      </w:r>
      <w:r>
        <w:t>to kya hua ke ab mazhab to badal liya unhone, lekin mindset wahi raha, pehle wala.</w:t>
      </w:r>
    </w:p>
    <w:p>
      <w:pPr>
        <w:jc w:val="right"/>
      </w:pPr>
      <w:r>
        <w:t>تو کیا ہوا کہ اب مذہب تو بدل لیا انہوں نے، لیکن مائنڈ سیٹ وہی رہا، پہلے والا۔</w:t>
      </w:r>
    </w:p>
    <w:p>
      <w:r>
        <w:rPr>
          <w:b/>
        </w:rPr>
        <w:t xml:space="preserve">[07:21] </w:t>
      </w:r>
      <w:r>
        <w:t>us zamane mein Europe mein philosophical sense mein Greek philosophy chhai hui thi. Yunan, jo Europe ka ek hissa hai, aur woh bare philosopher paida hue wahan, to philosophy mein Yunan dominate kar raha tha us zamane mein.</w:t>
      </w:r>
    </w:p>
    <w:p>
      <w:pPr>
        <w:jc w:val="right"/>
      </w:pPr>
      <w:r>
        <w:t>اس زمانے میں یورپ میں فلاسفیکل سینس میں گریک فلاسفی چھائی ہوئی تھی۔ یونان، جو یورپ کا ایک حصہ ہے، اور وہ بڑے فلاسفر پیدا ہوئے وہاں، تو فلاسفی میں یونان ڈومینیٹ کر رہا تھا اس زمانے میں۔</w:t>
      </w:r>
    </w:p>
    <w:p>
      <w:r>
        <w:rPr>
          <w:b/>
        </w:rPr>
        <w:t xml:space="preserve">[07:41] </w:t>
      </w:r>
      <w:r>
        <w:t>to Greek philosopher jo the, un ka jo falsafa tha, usi se un ka mindset bana hua tha.</w:t>
      </w:r>
    </w:p>
    <w:p>
      <w:pPr>
        <w:jc w:val="right"/>
      </w:pPr>
      <w:r>
        <w:t>تو گریک فلاسفر جو تھے، ان کا جو فلسفہ تھا، اسی سے ان کا مائنڈ سیٹ بنا ہوا تھا۔</w:t>
      </w:r>
    </w:p>
    <w:p>
      <w:r>
        <w:rPr>
          <w:b/>
        </w:rPr>
        <w:t xml:space="preserve">[07:50] </w:t>
      </w:r>
      <w:r>
        <w:t>to Christianity mein jo aaya hai, mislan Trinity, woh direct taur par Greek philosophy se aaya hai.</w:t>
      </w:r>
    </w:p>
    <w:p>
      <w:pPr>
        <w:jc w:val="right"/>
      </w:pPr>
      <w:r>
        <w:t>تو کرسچینٹی میں جو آیا ہے، مثلاً ٹرینٹی، وہ ڈائریکٹ طور پر گریک فلاسفی سے آیا ہے۔</w:t>
      </w:r>
    </w:p>
    <w:p>
      <w:r>
        <w:rPr>
          <w:b/>
        </w:rPr>
        <w:t xml:space="preserve">[08:00] </w:t>
      </w:r>
      <w:r>
        <w:t>Greek philosopher jo the, woh reality ka tasawwur karte the, us ko samajhte the ke three dimensional sachai jo hai, woh three dimensional hai.</w:t>
      </w:r>
    </w:p>
    <w:p>
      <w:pPr>
        <w:jc w:val="right"/>
      </w:pPr>
      <w:r>
        <w:t>گریک فلاسفر جو تھے، وہ ریلیٹی کا تصور کرتے تھے، اس کو سمجھتے تھے کہ تھری ڈائمنشنل سچائی جو ہے، وہ تھری ڈائمنشنل ہے۔</w:t>
      </w:r>
    </w:p>
    <w:p>
      <w:r>
        <w:rPr>
          <w:b/>
        </w:rPr>
        <w:t xml:space="preserve">[08:13] </w:t>
      </w:r>
      <w:r>
        <w:t>yeh yahi concept le kar aaye, woh yeh mindset.</w:t>
      </w:r>
    </w:p>
    <w:p>
      <w:pPr>
        <w:jc w:val="right"/>
      </w:pPr>
      <w:r>
        <w:t>یہ یہی کنسیپٹ لے کر آئے، وہ یہ مائنڈ سیٹ۔</w:t>
      </w:r>
    </w:p>
    <w:p>
      <w:r>
        <w:rPr>
          <w:b/>
        </w:rPr>
        <w:t xml:space="preserve">[08:17] </w:t>
      </w:r>
      <w:r>
        <w:t>to christianity mein unhon ne isi ko shamil kar ke taslees ka aqeedah bana liya, jis ko kehte hain trinity. to trinity Hazrat Masih ki taleem halkay nahi thi, hatta ke abhi bhi woh new testament mein nahi hai, abhi bhi.</w:t>
      </w:r>
    </w:p>
    <w:p>
      <w:pPr>
        <w:jc w:val="right"/>
      </w:pPr>
      <w:r>
        <w:t>تو کرسچینٹی میں انہوں نے اسی کو شامل کر کے تثلیث کا عقیدہ بنا لیا، جس کو کہتے ہیں ٹرینٹی۔ تو ٹرینٹی حضرت مسیح کی تعلیم ہلکے نہیں تھی، حتیٰ کہ ابھی بھی وہ نیو ٹیسٹمنٹ میں نہیں ہے، ابھی بھی۔</w:t>
      </w:r>
    </w:p>
    <w:p>
      <w:r>
        <w:rPr>
          <w:b/>
        </w:rPr>
        <w:t xml:space="preserve">[08:34] </w:t>
      </w:r>
      <w:r>
        <w:t>to yeh kahan se aayi? yeh mass conversion ke zariye aayi.</w:t>
      </w:r>
    </w:p>
    <w:p>
      <w:pPr>
        <w:jc w:val="right"/>
      </w:pPr>
      <w:r>
        <w:t>تو یہ کہاں سے آئی؟ یہ ماس کنورژن کے ذریعے آئی۔</w:t>
      </w:r>
    </w:p>
    <w:p>
      <w:r>
        <w:rPr>
          <w:b/>
        </w:rPr>
        <w:t xml:space="preserve">[08:42] </w:t>
      </w:r>
      <w:r>
        <w:t>to Islam mein bhi yahi hua, yaani jab Hazrat Umar ke zamanay mein aik bohat bara waqia hua ke sasaniyat empire aur Roman empire ya Byzantine empire ko fateh kar liya Musalmanon ne, to bohat se mulk achaanak Islam ke saltanat mein dakhil ho gaye.</w:t>
      </w:r>
    </w:p>
    <w:p>
      <w:pPr>
        <w:jc w:val="right"/>
      </w:pPr>
      <w:r>
        <w:t>تو اسلام میں بھی یہی ہوا، یعنی جب حضرت عمر کے زمانے میں ایک بہت بڑا واقعہ ہوا کہ سیسانیت ایمپائر اور رومن ایمپائر یا بازنتین ایمپائر کو فتح کر لیا مسلمانوں نے، تو بہت سے ملک اچانک اسلام کے سلطنت میں داخل ہو گئے۔</w:t>
      </w:r>
    </w:p>
    <w:p>
      <w:r>
        <w:rPr>
          <w:b/>
        </w:rPr>
        <w:t xml:space="preserve">[09:08] </w:t>
      </w:r>
      <w:r>
        <w:t>to mass conversion hua.</w:t>
      </w:r>
    </w:p>
    <w:p>
      <w:pPr>
        <w:jc w:val="right"/>
      </w:pPr>
      <w:r>
        <w:t>تو ماس کنورژن ہوا۔</w:t>
      </w:r>
    </w:p>
    <w:p>
      <w:r>
        <w:rPr>
          <w:b/>
        </w:rPr>
        <w:t xml:space="preserve">[09:11] </w:t>
      </w:r>
      <w:r>
        <w:t>yeh log ziyada tar Christian thay ya majosi thay. to Christian logon, log jo jo jo Islam mein aaye, to kalma to parh liya unhon ne, lekin woh isi mindset ko le kar aaye.</w:t>
      </w:r>
    </w:p>
    <w:p>
      <w:pPr>
        <w:jc w:val="right"/>
      </w:pPr>
      <w:r>
        <w:t>یہ لوگ زیادہ تر کرسچن تھے یا مجوسی تھے۔ تو کرسچن لوگوں، لوگ جو جو جو اسلام میں آئے، تو کلمہ تو پڑھ لیا انہوں نے، لیکن وہ اسی مائنڈ سیٹ کو لے کر آئے۔</w:t>
      </w:r>
    </w:p>
    <w:p>
      <w:r>
        <w:rPr>
          <w:b/>
        </w:rPr>
        <w:t xml:space="preserve">[09:25] </w:t>
      </w:r>
      <w:r>
        <w:t>to Islam mein yeh log jo thay, Islam mein unhon ne apne pichlay aqeedon ko shamil kar diya.</w:t>
      </w:r>
    </w:p>
    <w:p>
      <w:pPr>
        <w:jc w:val="right"/>
      </w:pPr>
      <w:r>
        <w:t>تو اسلام میں یہ لوگ جو تھے، اسلام میں انہوں نے اپنے پچھلے عقیدوں کو شامل کر دیا۔</w:t>
      </w:r>
    </w:p>
    <w:p>
      <w:r>
        <w:rPr>
          <w:b/>
        </w:rPr>
        <w:t xml:space="preserve">[09:34] </w:t>
      </w:r>
      <w:r>
        <w:t>is ki aik misaal hai shafa'at ka aqeedah</w:t>
      </w:r>
    </w:p>
    <w:p>
      <w:pPr>
        <w:jc w:val="right"/>
      </w:pPr>
      <w:r>
        <w:t>اس کی ایک مثال ہے شفاعت کا عقیدہ</w:t>
      </w:r>
    </w:p>
    <w:p>
      <w:r>
        <w:rPr>
          <w:b/>
        </w:rPr>
        <w:t xml:space="preserve">[09:37] </w:t>
      </w:r>
      <w:r>
        <w:t>. shafa'at ka aqeedah bilkul hi Islam mein alien hai, bilkul alien hai. yeh kahan se aaya?</w:t>
      </w:r>
    </w:p>
    <w:p>
      <w:pPr>
        <w:jc w:val="right"/>
      </w:pPr>
      <w:r>
        <w:t>۔ شفاعت کا عقیدہ بالکل ہی اسلام میں ایلین ہے، بالکل ایلین ہے۔ یہ کہاں سے آیا؟</w:t>
      </w:r>
    </w:p>
    <w:p>
      <w:r>
        <w:rPr>
          <w:b/>
        </w:rPr>
        <w:t xml:space="preserve">[09:45] </w:t>
      </w:r>
      <w:r>
        <w:t>yeh wohi Christian jo thay, jo yeh tasawwur le kar aaye thay ke Hazrat Masih jo sui par charh gaye, to saaray Masihion ke liye kaffar ban gaye.</w:t>
      </w:r>
    </w:p>
    <w:p>
      <w:pPr>
        <w:jc w:val="right"/>
      </w:pPr>
      <w:r>
        <w:t>یہ وہی کرسچن جو تھے، جو یہ تصور لے کر آئے تھے کہ حضرت مسیح جو سولی پر چڑھ گئے، تو سارے مسیحیوں کے لیے کفار بن گئے۔</w:t>
      </w:r>
    </w:p>
    <w:p>
      <w:r>
        <w:rPr>
          <w:b/>
        </w:rPr>
        <w:t xml:space="preserve">[09:59] </w:t>
      </w:r>
      <w:r>
        <w:t>aik taraf se saaray Masihion ki nijaat ho gayi. yeh jo concept tha, isi ko unhon ne Islam</w:t>
      </w:r>
    </w:p>
    <w:p>
      <w:pPr>
        <w:jc w:val="right"/>
      </w:pPr>
      <w:r>
        <w:t>ایک طرف سے سارے مسیحیوں کی نجات ہو گئی۔ یہ جو کانسیپٹ تھا، اسی کو انہوں نے اسلام</w:t>
      </w:r>
    </w:p>
    <w:p>
      <w:r>
        <w:rPr>
          <w:b/>
        </w:rPr>
        <w:t xml:space="preserve">[10:07] </w:t>
      </w:r>
      <w:r>
        <w:t>ize kiya, Islamize kar ke shafa'at ka aqeedah bana liya ke Rasool Allah ke shafa'at se saaray Musalman aik taraf se sab jannat mein dakhil kar diye jayenge. yeh hua.</w:t>
      </w:r>
    </w:p>
    <w:p>
      <w:pPr>
        <w:jc w:val="right"/>
      </w:pPr>
      <w:r>
        <w:t>ائز کیا، اسلامائز کر کے شفاعت کا عقیدہ بنا لیا کہ رسول اللہ کے شفاعت سے سارے مسلمان ایک طرف سے سب جنت میں داخل کر دیے جائیں گے۔ یہ ہوا۔</w:t>
      </w:r>
    </w:p>
    <w:p>
      <w:r>
        <w:rPr>
          <w:b/>
        </w:rPr>
        <w:t xml:space="preserve">[10:18] </w:t>
      </w:r>
      <w:r>
        <w:t>to yeh jo hadith hai ke log fauj dar fauj Islam mein dakhil honge aur fauj dar fauj nikal jayenge,</w:t>
      </w:r>
    </w:p>
    <w:p>
      <w:pPr>
        <w:jc w:val="right"/>
      </w:pPr>
      <w:r>
        <w:t>تو یہ جو حدیث ہے کہ لوگ فوج در فوج اسلام میں داخل ہوں گے اور فوج در فوج نکل جائیں گے،</w:t>
      </w:r>
    </w:p>
    <w:p>
      <w:r>
        <w:rPr>
          <w:b/>
        </w:rPr>
        <w:t xml:space="preserve">[10:27] </w:t>
      </w:r>
      <w:r>
        <w:t>to dekhiye, pehla dakhil hona to fold mein dakhil hona hai, yaani kalma parh kar ke, lekin doosra dakhil hona jo ikhraj hai, nikalna, woh nikalna is is sense mein nahi ke Islam ko chhod denge, woh balkay apne mindset ki bina par woh Islam ke ko usi pattern par dhaal denge.</w:t>
      </w:r>
    </w:p>
    <w:p>
      <w:pPr>
        <w:jc w:val="right"/>
      </w:pPr>
      <w:r>
        <w:t>تو دیکھیے، پہلا داخل ہونا تو فولڈ میں داخل ہونا ہے، یعنی کلمہ پڑھ کر کے، لیکن دوسرا داخل ہونا جو اخراج ہے، نکلنا، وہ نکلنا اس اس سینس میں نہیں کہ اسلام کو چھوڑ دیں گے، وہ بلکہ اپنے مائنڈ سیٹ کی بنا پر وہ اسلام کے کو اسی پیٹرن پر ڈھال دیں گے۔</w:t>
      </w:r>
    </w:p>
    <w:p>
      <w:r>
        <w:rPr>
          <w:b/>
        </w:rPr>
        <w:t xml:space="preserve">[10:50] </w:t>
      </w:r>
      <w:r>
        <w:t>pichlay pattern par jo un ka pichla pattern hoga, usi par dhaal denge.</w:t>
      </w:r>
    </w:p>
    <w:p>
      <w:pPr>
        <w:jc w:val="right"/>
      </w:pPr>
      <w:r>
        <w:t>پچھلے پیٹرن پر جو ان کا پچھلا پیٹرن ہوگا، اسی پر ڈھال دیں گے۔</w:t>
      </w:r>
    </w:p>
    <w:p>
      <w:r>
        <w:rPr>
          <w:b/>
        </w:rPr>
        <w:t xml:space="preserve">[10:57] </w:t>
      </w:r>
      <w:r>
        <w:t>yeh baray paimaanay par hua Islam mein ke jo un ka pattern tha, usi par unhon ne Islam ko dhaal diya.</w:t>
      </w:r>
    </w:p>
    <w:p>
      <w:pPr>
        <w:jc w:val="right"/>
      </w:pPr>
      <w:r>
        <w:t>یہ بڑے پیمانے پر ہوا اسلام میں کہ جو ان کا پیٹرن تھا، اسی پر انہوں نے اسلام کو ڈھال دیا۔</w:t>
      </w:r>
    </w:p>
    <w:p>
      <w:r>
        <w:rPr>
          <w:b/>
        </w:rPr>
        <w:t xml:space="preserve">[11:07] </w:t>
      </w:r>
      <w:r>
        <w:t>is ki is ki mein kuch misaal dena chahta hoon. dekhein, yeh log jo aaye thay,</w:t>
      </w:r>
    </w:p>
    <w:p>
      <w:pPr>
        <w:jc w:val="right"/>
      </w:pPr>
      <w:r>
        <w:t>اس کی اس کی میں کچھ مثال دینا چاہتا ہوں۔ دیکھیں، یہ لوگ جو آئے تھے،</w:t>
      </w:r>
    </w:p>
    <w:p>
      <w:r>
        <w:rPr>
          <w:b/>
        </w:rPr>
        <w:t xml:space="preserve">[11:17] </w:t>
      </w:r>
      <w:r>
        <w:t>yaani empire se nikal kar ke, un ka mindset kya tha</w:t>
      </w:r>
    </w:p>
    <w:p>
      <w:pPr>
        <w:jc w:val="right"/>
      </w:pPr>
      <w:r>
        <w:t>یعنی ایمپائر سے نکل کر کے، ان کا مائنڈ سیٹ کیا تھا</w:t>
      </w:r>
    </w:p>
    <w:p>
      <w:r>
        <w:rPr>
          <w:b/>
        </w:rPr>
        <w:t xml:space="preserve">[11:21] </w:t>
      </w:r>
      <w:r>
        <w:t>, woh sab ke sab imperial culture ko maante thay. imperial culture ke tehat un ka mindset bana tha. imperial culture kya hota hai?</w:t>
      </w:r>
    </w:p>
    <w:p>
      <w:pPr>
        <w:jc w:val="right"/>
      </w:pPr>
      <w:r>
        <w:t>، وہ سب کے سب ایمپیریل کلچر کو مانتے تھے۔ ایمپیریل کلچر کے تحت ان کا مائنڈ سیٹ بنا تھا۔ ایمپیریل کلچر کیا ہوتا ہے؟</w:t>
      </w:r>
    </w:p>
    <w:p>
      <w:r>
        <w:rPr>
          <w:b/>
        </w:rPr>
        <w:t xml:space="preserve">[11:32] </w:t>
      </w:r>
      <w:r>
        <w:t>aik bara hai, baqi sab chhotay hain. yaani ruler aur ruled ka equation hota hai, king aur subject ka equation hota hai.</w:t>
      </w:r>
    </w:p>
    <w:p>
      <w:pPr>
        <w:jc w:val="right"/>
      </w:pPr>
      <w:r>
        <w:t>ایک بڑا ہے، باقی سب چھوٹے ہیں۔ یعنی رولر اور رولڈ کا ایکویشن ہوتا ہے، کنگ اور سبجیکٹ کا ایکویشن ہوتا ہے۔</w:t>
      </w:r>
    </w:p>
    <w:p>
      <w:r>
        <w:rPr>
          <w:b/>
        </w:rPr>
        <w:t xml:space="preserve">[11:40] </w:t>
      </w:r>
      <w:r>
        <w:t>wahan par</w:t>
      </w:r>
    </w:p>
    <w:p>
      <w:pPr>
        <w:jc w:val="right"/>
      </w:pPr>
      <w:r>
        <w:t>وہاں پر</w:t>
      </w:r>
    </w:p>
    <w:p>
      <w:r>
        <w:rPr>
          <w:b/>
        </w:rPr>
        <w:t xml:space="preserve">[11:44] </w:t>
      </w:r>
      <w:r>
        <w:t>wohi culture ko unhon ne Islam mein dakhil kar diya, aur usi ki bina par unhon ne Rasool ko itna bara darja diya ke us ko Khuda se mila diya, aur aam logon ka darja kuch bhi nahi.</w:t>
      </w:r>
    </w:p>
    <w:p>
      <w:pPr>
        <w:jc w:val="right"/>
      </w:pPr>
      <w:r>
        <w:t>وہی کلچر کو انہوں نے اسلام میں داخل کر دیا، اور اسی کی بنا پر انہوں نے رسول کو اتنا بڑا درجہ دیا کہ اس کو خدا سے ملا دیا، اور عام لوگوں کا درجہ کچھ بھی نہیں۔</w:t>
      </w:r>
    </w:p>
    <w:p>
      <w:r>
        <w:rPr>
          <w:b/>
        </w:rPr>
        <w:t xml:space="preserve">[11:55] </w:t>
      </w:r>
      <w:r>
        <w:t>isi isi se paida hue tamam, yaani azmat Rasool ke aqeeday.</w:t>
      </w:r>
    </w:p>
    <w:p>
      <w:pPr>
        <w:jc w:val="right"/>
      </w:pPr>
      <w:r>
        <w:t>اسی اسی سے پیدا ہوئے تمام، یعنی عظمت رسول کے عقیدے۔</w:t>
      </w:r>
    </w:p>
    <w:p>
      <w:r>
        <w:rPr>
          <w:b/>
        </w:rPr>
        <w:t xml:space="preserve">[12:03] </w:t>
      </w:r>
      <w:r>
        <w:t>is ka aik, yaani is ki aik misaal yeh hai ke hamaray aik bohat baray scholar ne aik kitaab likhi seerat par, seerat Rasool par.</w:t>
      </w:r>
    </w:p>
    <w:p>
      <w:pPr>
        <w:jc w:val="right"/>
      </w:pPr>
      <w:r>
        <w:t>اس کا ایک، یعنی اس کی ایک مثال یہ ہے کہ ہمارے ایک بہت بڑے اسکالر نے ایک کتاب لکھی سیرت پر، سیرت رسول پر۔</w:t>
      </w:r>
    </w:p>
    <w:p>
      <w:r>
        <w:rPr>
          <w:b/>
        </w:rPr>
        <w:t xml:space="preserve">[12:16] </w:t>
      </w:r>
      <w:r>
        <w:t>bohat hi top ke scholar ki baat hai yeh. is mein unhon ne likha ke is ke shuru mein aik safha ke aik gadaye be nawa shahanshah konain ke darbar mein ikhlas o aqeedat ki nazar le kar aaya hai.</w:t>
      </w:r>
    </w:p>
    <w:p>
      <w:pPr>
        <w:jc w:val="right"/>
      </w:pPr>
      <w:r>
        <w:t>بہت ہی ٹاپ کے اسکالر کی بات ہے یہ۔ اس میں انہوں نے لکھا کہ اس کے شروع میں ایک صفحہ کہ ایک گدائے بے نواں شہنشاہ کونان کے دربار میں اخلاص و عقیدت کی نظر لے کر آیا ہے۔</w:t>
      </w:r>
    </w:p>
    <w:p>
      <w:r>
        <w:rPr>
          <w:b/>
        </w:rPr>
        <w:t xml:space="preserve">[12:32] </w:t>
      </w:r>
      <w:r>
        <w:t>kaha peghambar to shah shahanshah konain hain, baqi log gadaye be nawa hain. yeh kahan se aaya hai? yeh imperial culture se aaya hai ke aik insaan shah shah konain hai, baqi sab log jo hain gadaye be nawa hain.</w:t>
      </w:r>
    </w:p>
    <w:p>
      <w:pPr>
        <w:jc w:val="right"/>
      </w:pPr>
      <w:r>
        <w:t>کہا پیغمبر تو شاہ شہنشاہ کونان ہیں، باقی لوگ گدائے بے نواں ہیں۔ یہ کہاں سے آیا ہے؟ یہ ایمپیریل کلچر سے آیا ہے کہ ایک انسان شاہ شاہ کونان ہے، باقی سب لوگ جو ہیں گدائے بے نواں ہیں۔</w:t>
      </w:r>
    </w:p>
    <w:p>
      <w:r>
        <w:rPr>
          <w:b/>
        </w:rPr>
        <w:t xml:space="preserve">[12:50] </w:t>
      </w:r>
      <w:r>
        <w:t>to yeh saada baat nahi hai, yeh bohat hi zyada serious baat hai, bohat zyada serious.</w:t>
      </w:r>
    </w:p>
    <w:p>
      <w:pPr>
        <w:jc w:val="right"/>
      </w:pPr>
      <w:r>
        <w:t>تو یہ سادہ بات نہیں ہے، یہ بہت ہی زیادہ سیریس بات ہے، بہت زیادہ سیریس۔</w:t>
      </w:r>
    </w:p>
    <w:p>
      <w:r>
        <w:rPr>
          <w:b/>
        </w:rPr>
        <w:t xml:space="preserve">[12:59] </w:t>
      </w:r>
      <w:r>
        <w:t>yeh saada baat nahi hai, bohat serious baat hai. kyunke dekhiye, quran mein bohat si baatein aisi hain jo wahid ke sadqe mein hain, yaani rasool ke hawale se hain.</w:t>
      </w:r>
    </w:p>
    <w:p>
      <w:pPr>
        <w:jc w:val="right"/>
      </w:pPr>
      <w:r>
        <w:t>یہ سادہ بات نہیں ہے، بہت سیریس بات ہے۔ کیونکہ دیکھیے، قرآن میں بہت سی باتیں ایسی ہیں جو واحد کے صدقے میں ہیں، یعنی رسول کے حوالے سے ہیں۔</w:t>
      </w:r>
    </w:p>
    <w:p>
      <w:r>
        <w:rPr>
          <w:b/>
        </w:rPr>
        <w:t xml:space="preserve">[13:16] </w:t>
      </w:r>
      <w:r>
        <w:t>to in sab ko is mein bohat bari bari baatein hain, is mein hain. woh sab ko unhon ne rasool ke khane mein daal diya. aam logon ko is mein koi hissa nahi raha.</w:t>
      </w:r>
    </w:p>
    <w:p>
      <w:pPr>
        <w:jc w:val="right"/>
      </w:pPr>
      <w:r>
        <w:t>تو ان سب کو اس میں بہت بڑی بڑی باتیں ہیں، اس میں ہیں۔ وہ سب کو انہوں نے رسول کے خانے میں ڈال دیا۔ عام لوگوں کو اس میں کوئی حصہ نہیں رہا۔</w:t>
      </w:r>
    </w:p>
    <w:p>
      <w:r>
        <w:rPr>
          <w:b/>
        </w:rPr>
        <w:t xml:space="preserve">[13:27] </w:t>
      </w:r>
      <w:r>
        <w:t>misal ke taur par dekhiye, quran mein hai ke inna laka ala khulqin azeem tum bare character par ho, sublime character par ho, high character par ho.</w:t>
      </w:r>
    </w:p>
    <w:p>
      <w:pPr>
        <w:jc w:val="right"/>
      </w:pPr>
      <w:r>
        <w:t>مثال کے طور پر دیکھیے، قرآن میں ہے کہ إنك لعلى خلق عظيم تم بڑے کریکٹر پر ہو، سبلائم کریکٹر پر ہو، ہائی کریکٹر پر ہو۔</w:t>
      </w:r>
    </w:p>
    <w:p>
      <w:r>
        <w:rPr>
          <w:b/>
        </w:rPr>
        <w:t xml:space="preserve">[13:42] </w:t>
      </w:r>
      <w:r>
        <w:t>to is ko jor diya kis se? rasool allah se. kaha high character ke baad jo hai, khulq azeem ke baad bas rasool allah ke liye hamein hamein is mein kuch nahi karna hai. halanke woh sab ke liye, woh example hai, woh woh example hai</w:t>
      </w:r>
    </w:p>
    <w:p>
      <w:pPr>
        <w:jc w:val="right"/>
      </w:pPr>
      <w:r>
        <w:t>تو اس کو جوڑ دیا کس سے؟ رسول اللہ سے۔ کہا ہائی کریکٹر کے بعد جو ہے، خلق عظیم کے بعد بس رسول اللہ کے لیے ہمیں ہمیں اس میں کچھ نہیں کرنا ہے۔ حالانکہ وہ سب کے لیے، وہ ایگزیمپل ہے، وہ وہ ایگزیمپل ہے</w:t>
      </w:r>
    </w:p>
    <w:p>
      <w:r>
        <w:rPr>
          <w:b/>
        </w:rPr>
        <w:t xml:space="preserve">[13:59] </w:t>
      </w:r>
      <w:r>
        <w:t>jo quran mein aaya hai ke laqad kana lakum fi rasool allah uswa hasana yeh uswa hasana ki baat jo hai, woh rasool allah ki poori zindagi sab ke liye hai, siwa un chand ek baaton ke jis mein sarahatan keh diya gaya ho ke woh rasool allah ke liye hai.</w:t>
      </w:r>
    </w:p>
    <w:p>
      <w:pPr>
        <w:jc w:val="right"/>
      </w:pPr>
      <w:r>
        <w:t>جو قرآن میں آیا ہے کہ لقد کان لکم فی رسول اللہ اسوۃ الحسنی یہ اسوہ حسنہ کی بات جو ہے، وہ رسول اللہ کی پوری زندگی سب کے لیے ہے، سوا ان چند ایک باتوں کے جس میں صراحتاً کہہ دیا گیا ہو کہ وہ رسول اللہ کے لیے ہے۔</w:t>
      </w:r>
    </w:p>
    <w:p>
      <w:r>
        <w:rPr>
          <w:b/>
        </w:rPr>
        <w:t xml:space="preserve">[14:16] </w:t>
      </w:r>
      <w:r>
        <w:t>misalan kai auraton se shadi karna. to wahan saaf saaf likha hua hai quran mein khassatan laka min dunil momineen yaani doosre ahl-e-iman ke liye ek had hai,</w:t>
      </w:r>
    </w:p>
    <w:p>
      <w:pPr>
        <w:jc w:val="right"/>
      </w:pPr>
      <w:r>
        <w:t>مثلاً کئی عورتوں سے شادی کرنا۔ تو وہاں صاف صاف لکھا ہوا ہے قرآن میں خاصة لك من دون المؤمنين یعنی دوسرے اہل ایمان کے لیے ایک حد ہے،</w:t>
      </w:r>
    </w:p>
    <w:p>
      <w:r>
        <w:rPr>
          <w:b/>
        </w:rPr>
        <w:t xml:space="preserve">[14:30] </w:t>
      </w:r>
      <w:r>
        <w:t>lekin rasool allah ke liye woh had tod di gayi thi kisi maslehat ki bina par. to wahan likha hua hai saaf saaf khassatan laka min dunil momineen baqi jahan sarahat na ho, woh sab sare ahl-e-iman ke liye hai.</w:t>
      </w:r>
    </w:p>
    <w:p>
      <w:pPr>
        <w:jc w:val="right"/>
      </w:pPr>
      <w:r>
        <w:t>لیکن رسول اللہ کے لیے وہ حد توڑ دی گئی تھی کسی مصلحت کی بنا پر۔ تو وہاں لکھا ہوا ہے صاف صاف خاصة لك من دون المؤمنين باقی جہاں صراحت نہ ہو، وہ سب سارے اہل ایمان کے لیے ہے۔</w:t>
      </w:r>
    </w:p>
    <w:p>
      <w:r>
        <w:rPr>
          <w:b/>
        </w:rPr>
        <w:t xml:space="preserve">[14:46] </w:t>
      </w:r>
      <w:r>
        <w:t>to khulq azeem bhi sare ahl-e-iman ke liye example hai. to khulq azeem ka matlab kya hai?</w:t>
      </w:r>
    </w:p>
    <w:p>
      <w:pPr>
        <w:jc w:val="right"/>
      </w:pPr>
      <w:r>
        <w:t>تو خلق عظیم بھی سارے اہل ایمان کے لیے ایگزامپل ہے۔ تو خلق عظیم کا مطلب کیا ہے؟</w:t>
      </w:r>
    </w:p>
    <w:p>
      <w:r>
        <w:rPr>
          <w:b/>
        </w:rPr>
        <w:t xml:space="preserve">[14:56] </w:t>
      </w:r>
      <w:r>
        <w:t>yaani khulq azeem ka matlab hai, yaani reaction se apne ko bacha kar aala akhlaq par qaim hona.</w:t>
      </w:r>
    </w:p>
    <w:p>
      <w:pPr>
        <w:jc w:val="right"/>
      </w:pPr>
      <w:r>
        <w:t>یعنی خلق عظیم کا مطلب ہے، یعنی ری ایکشن سے اپنے کو بچا کر اعلیٰ اخلاق پر قائم ہونا۔</w:t>
      </w:r>
    </w:p>
    <w:p>
      <w:r>
        <w:rPr>
          <w:b/>
        </w:rPr>
        <w:t xml:space="preserve">[15:07] </w:t>
      </w:r>
      <w:r>
        <w:t>reaction se bacha kar aala akhlaq par qaim hona, yaani koi radd-e-amal nahi, koi nafrat nahi, koi intiqam ka jazba nahi, koi hate nahi.</w:t>
      </w:r>
    </w:p>
    <w:p>
      <w:pPr>
        <w:jc w:val="right"/>
      </w:pPr>
      <w:r>
        <w:t>ری ایکشن سے بچا کر اعلیٰ اخلاق پر قائم ہونا، یعنی کوئی رد عمل نہیں، کوئی نفرت نہیں، کوئی انتقام کا جذبہ نہیں، کوئی ہیٹ نہیں۔</w:t>
      </w:r>
    </w:p>
    <w:p>
      <w:r>
        <w:rPr>
          <w:b/>
        </w:rPr>
        <w:t xml:space="preserve">[15:22] </w:t>
      </w:r>
      <w:r>
        <w:t>log to aisa karenge, zahir hai ke dunya mein differences hote hain. log to aisi baatein karenge, negative reaction un ki taraf se ravaiyya hoga, lekin rasool allah ka tareeqa tha ke un se bilkul upar uth kar ke,</w:t>
      </w:r>
    </w:p>
    <w:p>
      <w:pPr>
        <w:jc w:val="right"/>
      </w:pPr>
      <w:r>
        <w:t>لوگ تو ایسا کریں گے، ظاہر ہے کہ دنیا میں ڈیفرنسز ہوتے ہیں۔ لوگ تو ایسی باتیں کریں گے، نیگیٹیو ری ایکشن ان کی طرف سے رویہ ہوگا، لیکن رسول اللہ کا طریقہ تھا کہ ان سے بالکل اوپر اٹھ کر کے،</w:t>
      </w:r>
    </w:p>
    <w:p>
      <w:r>
        <w:rPr>
          <w:b/>
        </w:rPr>
        <w:t xml:space="preserve">[15:37] </w:t>
      </w:r>
      <w:r>
        <w:t>ek dum upar uth kar ke apna akhlaq banana. is ki ek misal deta hoon mein ke rasool allah ko, rasool allah madine mein aap ne apna mission shuru kiya.</w:t>
      </w:r>
    </w:p>
    <w:p>
      <w:pPr>
        <w:jc w:val="right"/>
      </w:pPr>
      <w:r>
        <w:t>ایک دم اوپر اٹھ کر کے اپنا اخلاق بنانا۔ اس کی ایک مثال دیتا ہوں میں کہ رسول اللہ کو، رسول اللہ مدینے میں آپ نے اپنا مشن شروع کیا۔</w:t>
      </w:r>
    </w:p>
    <w:p>
      <w:r>
        <w:rPr>
          <w:b/>
        </w:rPr>
        <w:t xml:space="preserve">[15:51] </w:t>
      </w:r>
      <w:r>
        <w:t>wahan par 13 saal ke baad un logon ne bohat zyada sataya, bohat sataya, har qism ki takleefein dein, yahan tak kaha ke aap ko qatl daal denge, warna chhod dijiye makka.</w:t>
      </w:r>
    </w:p>
    <w:p>
      <w:pPr>
        <w:jc w:val="right"/>
      </w:pPr>
      <w:r>
        <w:t>وہاں پر 13 سال کے بعد ان لوگوں نے بہت زیادہ ستایا، بہت ستایا، ہر قسم کی تکلیفیں دیں، یہاں تک کہا کہ آپ کو قتل کر ڈالیں گے، ورنہ چھوڑ دیجئے مکہ۔</w:t>
      </w:r>
    </w:p>
    <w:p>
      <w:r>
        <w:rPr>
          <w:b/>
        </w:rPr>
        <w:t xml:space="preserve">[16:03] </w:t>
      </w:r>
      <w:r>
        <w:t>us waqt makka chhod kar aap madina chale gaye. madina mein aap das saal rahe. is poore das saal mein aap ne kabhi bhi makka walon ko shikayat nahi ki.</w:t>
      </w:r>
    </w:p>
    <w:p>
      <w:pPr>
        <w:jc w:val="right"/>
      </w:pPr>
      <w:r>
        <w:t>اس وقت مکہ چھوڑ کر آپ مدینہ چلے گئے۔ مدینہ میں آپ دس سال رہے۔ اس پورے دس سال میں آپ نے کبھی بھی مکہ والوں کو شکایت نہیں کی۔</w:t>
      </w:r>
    </w:p>
    <w:p>
      <w:r>
        <w:rPr>
          <w:b/>
        </w:rPr>
        <w:t xml:space="preserve">[16:15] </w:t>
      </w:r>
      <w:r>
        <w:t>aaj kal ke baad dekhiye, musalmanon ke sara jo stage dekhiye, un ka akhbar dekhiye, un ka jo bhi musalmanon ki taraf se likhne aur bolne wale hain, un ka record dekhiye.</w:t>
      </w:r>
    </w:p>
    <w:p>
      <w:pPr>
        <w:jc w:val="right"/>
      </w:pPr>
      <w:r>
        <w:t>آج کل کے بعد دیکھیے، مسلمانوں کے سارا جو اسٹیج دیکھیے، ان کا اخبار دیکھیے، ان کا جو بھی مسلمانوں کی طرف سے لکھنے اور بولنے والے ہیں، ان کا ریکارڈ دیکھیے۔</w:t>
      </w:r>
    </w:p>
    <w:p>
      <w:r>
        <w:rPr>
          <w:b/>
        </w:rPr>
        <w:t xml:space="preserve">[16:28] </w:t>
      </w:r>
      <w:r>
        <w:t>bas shikayat ki zaban, complaint ki zaban, protest ki zaban, demand ki zaban. yaani yeh kya? unhon ne woh kiya? yeh enemy hai, yeh dushman hai. to kyun khulq azeem jo tha, us ko unhon ne sambhal liya ke yeh to rasool allah ke liye tha, hamare liye tha nahi.</w:t>
      </w:r>
    </w:p>
    <w:p>
      <w:pPr>
        <w:jc w:val="right"/>
      </w:pPr>
      <w:r>
        <w:t>بس شکایت کی زبان، کمپلینٹ کی زبان، پروٹیسٹ کی زبان، ڈیمانڈ کی زبان۔ یعنی یہ کیا؟ انہوں نے وہ کیا؟ یہ اینمی ہے، یہ دشمن ہے۔ تو کیوں خلق عظیم جو تھا، اس کو انہوں نے سنبھال لیا کہ یہ تو رسول اللہ کے لیے تھا، ہمارے لیے تھا نہیں۔</w:t>
      </w:r>
    </w:p>
    <w:p>
      <w:r>
        <w:rPr>
          <w:b/>
        </w:rPr>
        <w:t xml:space="preserve">[16:43] </w:t>
      </w:r>
      <w:r>
        <w:t>yaani aala akhlaq, bara oonchi thinking, high thinking, yeh to rasool allah ke liye tha, jo shehenshah-e-konain the. to kitna bara dekhiye aap, yaani kitni kitni serious baat yeh hai ke rasool allah ka ek bohat bara namoona ke doosre chahe kuch bhi karen,</w:t>
      </w:r>
    </w:p>
    <w:p>
      <w:pPr>
        <w:jc w:val="right"/>
      </w:pPr>
      <w:r>
        <w:t>یعنی اعلیٰ اخلاق، بڑا اونچی تھنکنگ، ہائی تھنکنگ، یہ تو رسول اللہ کے لیے تھا، جو شہنشاہ کونان تھے۔ تو کتنا بڑا دیکھیے آپ، یعنی کتنی کتنی سیریس بات یہ ہے کہ رسول اللہ کا ایک بہت بڑا نمونہ کہ دوسرے چاہے کچھ بھی کریں،</w:t>
      </w:r>
    </w:p>
    <w:p>
      <w:r>
        <w:rPr>
          <w:b/>
        </w:rPr>
        <w:t xml:space="preserve">[17:05] </w:t>
      </w:r>
      <w:r>
        <w:t>tum baghair complaint ke raho, baghair shikayat ke raho, baghair protest ke raho,</w:t>
      </w:r>
    </w:p>
    <w:p>
      <w:pPr>
        <w:jc w:val="right"/>
      </w:pPr>
      <w:r>
        <w:t>تم بغیر کمپلینٹ کے رہو، بغیر شکایت کے رہو، بغیر پروٹیسٹ کے رہو،</w:t>
      </w:r>
    </w:p>
    <w:p>
      <w:r>
        <w:rPr>
          <w:b/>
        </w:rPr>
        <w:t xml:space="preserve">[17:11] </w:t>
      </w:r>
      <w:r>
        <w:t>woh woh wahan chhoot chhoot gaya. aaj kal ke zamane mein aap poori dunya ke musalmanon mein yeh haal hai ke koi ek musalman aap nahi paayenge jo khulq azeem par qaim ho.</w:t>
      </w:r>
    </w:p>
    <w:p>
      <w:pPr>
        <w:jc w:val="right"/>
      </w:pPr>
      <w:r>
        <w:t>وہ وہ وہاں چھوٹ چھوٹ گیا۔ آج کل کے زمانے میں آپ پوری دنیا کے مسلمانوں میں یہ حال ہے کہ کوئی ایک مسلمان آپ نہیں پائیں گے جو خلق عظیم پر قائم ہو۔</w:t>
      </w:r>
    </w:p>
    <w:p>
      <w:r>
        <w:rPr>
          <w:b/>
        </w:rPr>
        <w:t xml:space="preserve">[17:25] </w:t>
      </w:r>
      <w:r>
        <w:t>khulq azeem ke maani hain ke yaani living in positivity without in spite of all the negative experiences.</w:t>
      </w:r>
    </w:p>
    <w:p>
      <w:pPr>
        <w:jc w:val="right"/>
      </w:pPr>
      <w:r>
        <w:t>خلق عظیم کے معنی ہیں کہ یعنی لیونگ ان پازیٹیوٹی ودا آؤٹ ان سپائٹ آف آل دو نیگیٹیو ایکسپیرینسز۔</w:t>
      </w:r>
    </w:p>
    <w:p>
      <w:r>
        <w:rPr>
          <w:b/>
        </w:rPr>
        <w:t xml:space="preserve">[17:36] </w:t>
      </w:r>
      <w:r>
        <w:t>dunya walon ki taraf se kuch bhi ho, kuch bhi ho, kuch bhi ho,</w:t>
      </w:r>
    </w:p>
    <w:p>
      <w:pPr>
        <w:jc w:val="right"/>
      </w:pPr>
      <w:r>
        <w:t>دنیا والوں کی طرف سے کچھ بھی ہو، کچھ بھی ہو، کچھ بھی ہو،</w:t>
      </w:r>
    </w:p>
    <w:p>
      <w:r>
        <w:rPr>
          <w:b/>
        </w:rPr>
        <w:t xml:space="preserve">[17:39] </w:t>
      </w:r>
      <w:r>
        <w:t>aap apne ko aala akhlaq par qaim rakhte hain, positive thinking par apne ko qaim rakhte hain. ke yeh musalmanon mein bilkul hi nahi hai, ghayab hai.</w:t>
      </w:r>
    </w:p>
    <w:p>
      <w:pPr>
        <w:jc w:val="right"/>
      </w:pPr>
      <w:r>
        <w:t>آپ اپنے کو اعلیٰ اخلاق پر قائم رکھتے ہیں، پازیٹیو تھنکنگ پر اپنے کو قائم رکھتے ہیں۔ کہ یہ مسلمانوں میں بالکل ہی نہیں ہے، غائب ہے۔</w:t>
      </w:r>
    </w:p>
    <w:p>
      <w:r>
        <w:rPr>
          <w:b/>
        </w:rPr>
        <w:t xml:space="preserve">[17:51] </w:t>
      </w:r>
      <w:r>
        <w:t>yeh kyun? khulq azeem ko sambhal liya unhon ne ke yeh to rasool allah ke liye tha, hamare hamein to sab kuch jaiz hai, hamare liye kitni</w:t>
      </w:r>
    </w:p>
    <w:p>
      <w:pPr>
        <w:jc w:val="right"/>
      </w:pPr>
      <w:r>
        <w:t>یہ کیوں؟ خلق عظیم کو سنبھال لیا انہوں نے کہ یہ تو رسول اللہ کے لیے تھا، ہمارے ہمیں تو سب کچھ جائز ہے، ہمارے لیے کتنی</w:t>
      </w:r>
    </w:p>
    <w:p>
      <w:r>
        <w:rPr>
          <w:b/>
        </w:rPr>
        <w:t xml:space="preserve">[18:00] </w:t>
      </w:r>
      <w:r>
        <w:t>bari mahroomi hai. aise hi dekhiye, yeh yeh yeh. is ko phir se mein arz karunga ke chunke woh log imperial culture se aaye the, woh samajhte the badshah bari cheez hai, hum sab to kuch nahi hain.</w:t>
      </w:r>
    </w:p>
    <w:p>
      <w:pPr>
        <w:jc w:val="right"/>
      </w:pPr>
      <w:r>
        <w:t>بڑی محرومی ہے۔ ایسے ہی دیکھیے، یہ یہ یہ۔ اس کو پھر سے میں عرض کروں گا کہ چونکہ وہ لوگ ایمپیریل کلچر سے آئے تھے، وہ سمجھتے تھے بادشاہ بڑی چیز ہے، ہم سب تو کچھ نہیں ہیں۔</w:t>
      </w:r>
    </w:p>
    <w:p>
      <w:r>
        <w:rPr>
          <w:b/>
        </w:rPr>
        <w:t xml:space="preserve">[18:15] </w:t>
      </w:r>
      <w:r>
        <w:t>yani king aur subject ka equation mein jeete the, wohi unka culture bana tha, wohi mindset bana tha, wohi soch bani thi.</w:t>
      </w:r>
    </w:p>
    <w:p>
      <w:pPr>
        <w:jc w:val="right"/>
      </w:pPr>
      <w:r>
        <w:t>یعنی کنگ اور سبجیکٹ کا ایکویشن میں جیتے تھے، وہ وہی ان کا کلچر بنا تھا، وہی مائنڈ سیٹ بنا تھا، وہی سوچ بنی تھی۔</w:t>
      </w:r>
    </w:p>
    <w:p>
      <w:r>
        <w:rPr>
          <w:b/>
        </w:rPr>
        <w:t xml:space="preserve">[18:25] </w:t>
      </w:r>
      <w:r>
        <w:t>isi ko le kar ke mask conversion jab hua to islam mein dakhil hue, wohi yahan dakhil kar diya ke sari badhaiyan rasool ke liye kar dein, apne liye kuch bhi nahi, apne liye ke in ko shafaat ho jayegi aur shafaat se hamein jannat mil jayegi.</w:t>
      </w:r>
    </w:p>
    <w:p>
      <w:pPr>
        <w:jc w:val="right"/>
      </w:pPr>
      <w:r>
        <w:t>اسی کو لے کر کے ماسک کنورژن جب ہوا تو اسلام میں داخل ہوئے، وہی یہاں داخل کر دیا کہ ساری بڑائیاں رسول کے لیے کر دیں، اپنے لیے کچھ بھی نہیں، اپنے لیے کہ ان کو شفاعت ہو جائے گی اور شفاعت سے ہمیں جنت مل جائے گی۔</w:t>
      </w:r>
    </w:p>
    <w:p>
      <w:r>
        <w:rPr>
          <w:b/>
        </w:rPr>
        <w:t xml:space="preserve">[18:41] </w:t>
      </w:r>
      <w:r>
        <w:t>to sari dunya ke musalman shayad ek bhi exception nahi milega jo shikayat se khali ho.</w:t>
      </w:r>
    </w:p>
    <w:p>
      <w:pPr>
        <w:jc w:val="right"/>
      </w:pPr>
      <w:r>
        <w:t>تو ساری دنیا کے مسلمان شاید ایک بھی ایکسیپشن نہیں ملے گا جو شکایت سے خالی ہو۔</w:t>
      </w:r>
    </w:p>
    <w:p>
      <w:r>
        <w:rPr>
          <w:b/>
        </w:rPr>
        <w:t xml:space="preserve">[18:49] </w:t>
      </w:r>
      <w:r>
        <w:t>america ki shikayat, yahudi shikayat, hindu ki shikayat, aur europe ki shikayat, har aadmi bas ek na ek enemy daryaft ki hui hai, us ki shikayat karta rehta hai.</w:t>
      </w:r>
    </w:p>
    <w:p>
      <w:pPr>
        <w:jc w:val="right"/>
      </w:pPr>
      <w:r>
        <w:t>امریکہ کی شکایت، یہودی شکایت، ہندو کی شکایت، اور یورپ کی شکایت، ہر آدمی بس ایک نہ ایک اینمی دریافت کی ہوئی ہے، اس کی شکایت کرتا رہتا ہے۔</w:t>
      </w:r>
    </w:p>
    <w:p>
      <w:r>
        <w:rPr>
          <w:b/>
        </w:rPr>
        <w:t xml:space="preserve">[19:03] </w:t>
      </w:r>
      <w:r>
        <w:t>complaint, protest, yani poori muslim ummat protestant committee ban gayi. poori muslim committee jo is waqt hai, woh protestant committee ban gayi hai.</w:t>
      </w:r>
    </w:p>
    <w:p>
      <w:pPr>
        <w:jc w:val="right"/>
      </w:pPr>
      <w:r>
        <w:t>کمپلینٹ، پروٹیسٹ، یعنی پوری مسلم ملت پروٹیسٹنٹ کمیٹی بن گئی۔ پوری مسلم کمیٹی جو اس وقت ہے، وہ پروٹیسٹنٹ کمیٹی بن گئی ہے۔</w:t>
      </w:r>
    </w:p>
    <w:p>
      <w:r>
        <w:rPr>
          <w:b/>
        </w:rPr>
        <w:t xml:space="preserve">[19:16] </w:t>
      </w:r>
      <w:r>
        <w:t>bas complaint, yeh bilkul rasool Allah ki sunnat ke khilaf hai, lekin chounke woh sunnat nahi samajhte, us ko us ko kehte hain khasaas nabwi.</w:t>
      </w:r>
    </w:p>
    <w:p>
      <w:pPr>
        <w:jc w:val="right"/>
      </w:pPr>
      <w:r>
        <w:t>بس کمپلینٹ، یہ بالکل رسول اللہ کی سنت کے خلاف ہے، لیکن چونکہ وہ سنت نہیں سمجھتے، اس کو اس کو کہتے ہیں خصاص نبوی۔</w:t>
      </w:r>
    </w:p>
    <w:p>
      <w:r>
        <w:rPr>
          <w:b/>
        </w:rPr>
        <w:t xml:space="preserve">[19:24] </w:t>
      </w:r>
      <w:r>
        <w:t>hamare haan ek lafz bana hua hai jo main is ko galat samajhta hoon, khasaas nabwi, yani rasool Allah ki khusoosiyat, rasool Allah ki special quality, yeh bilkul galat hai.</w:t>
      </w:r>
    </w:p>
    <w:p>
      <w:pPr>
        <w:jc w:val="right"/>
      </w:pPr>
      <w:r>
        <w:t>ہمارے ہاں ایک لفظ بنا ہوا ہے جو میں اس کو غلط سمجھتا ہوں، خصاص نبوی، یعنی رسول اللہ کی خصوصیت، رسول اللہ کی اسپیشل کوالٹی، یہ بالکل غلط ہے۔</w:t>
      </w:r>
    </w:p>
    <w:p>
      <w:r>
        <w:rPr>
          <w:b/>
        </w:rPr>
        <w:t xml:space="preserve">[19:35] </w:t>
      </w:r>
      <w:r>
        <w:t>yeh lafzi galat hai, khasaas nabwi ka lafz. har cheez namoona hai, siwaye is ke ke bata diya gaya ho ke rasool ki sifat hai.</w:t>
      </w:r>
    </w:p>
    <w:p>
      <w:pPr>
        <w:jc w:val="right"/>
      </w:pPr>
      <w:r>
        <w:t>یہ لفظی غلط ہے، خصاص نبوی کا لفظ۔ ہر چیز نمونہ ہے، سوائے اس کے کہ بتا دیا گیا ہو کہ رسول کی صفت ہے۔</w:t>
      </w:r>
    </w:p>
    <w:p>
      <w:r>
        <w:rPr>
          <w:b/>
        </w:rPr>
        <w:t xml:space="preserve">[19:45] </w:t>
      </w:r>
      <w:r>
        <w:t>jaise ke maine arz kiya ke char se zyada shadi karna rasool Allah ki ke alag se aap ko ijazat di gayi thi, to woh bas aap ke liye hai.</w:t>
      </w:r>
    </w:p>
    <w:p>
      <w:pPr>
        <w:jc w:val="right"/>
      </w:pPr>
      <w:r>
        <w:t>جیسے کہ میں نے عرض کیا کہ چار سے زیادہ شادی کرنا رسول اللہ کی کہ الگ سے آپ کو اجازت دی گئی تھی، تو وہ بس آپ کے لیے ہے۔</w:t>
      </w:r>
    </w:p>
    <w:p>
      <w:r>
        <w:rPr>
          <w:b/>
        </w:rPr>
        <w:t xml:space="preserve">[19:54] </w:t>
      </w:r>
      <w:r>
        <w:t>baqi sab kuch jo jis tarah aise yeh silsila na ho, woh sab kuch tamam insano ke liye hai, tamam musalmano ke liye hai. to khalq e azeem ko unhon ne rasool Allah se khaas kar diya, aur sari ummat ek bohat bari sunnat se maroof ho gayi.</w:t>
      </w:r>
    </w:p>
    <w:p>
      <w:pPr>
        <w:jc w:val="right"/>
      </w:pPr>
      <w:r>
        <w:t>باقی سب کچھ جو جس طرح ایسے یہ سلسلہ نہ ہو، وہ سب کچھ تمام انسانوں کے لیے ہے، تمام مسلمانوں کے لیے ہے۔ تو خلق عظیم کو انہوں نے رسول اللہ سے خاص کر دیا، اور ساری امت ایک بہت بڑی سنت سے معروف ہو گئی۔</w:t>
      </w:r>
    </w:p>
    <w:p>
      <w:r>
        <w:rPr>
          <w:b/>
        </w:rPr>
        <w:t xml:space="preserve">[20:14] </w:t>
      </w:r>
      <w:r>
        <w:t>woh yeh ke be shikayat jeena, baghair protest ke jeena, negative experiences ke darmiyan positive mind ke sath jeena, yeh yeh yeh sunnat khatam hai.</w:t>
      </w:r>
    </w:p>
    <w:p>
      <w:pPr>
        <w:jc w:val="right"/>
      </w:pPr>
      <w:r>
        <w:t>وہ یہ کہ بے شکایت جینا، بغیر پروٹیسٹ کے جینا، نیگیٹیو ایکسپیرینسز کے درمیان پازیٹیو مائنڈ کے ساتھ جینا، یہ یہ یہ سنت ختم ہے۔</w:t>
      </w:r>
    </w:p>
    <w:p>
      <w:r>
        <w:rPr>
          <w:b/>
        </w:rPr>
        <w:t xml:space="preserve">[20:29] </w:t>
      </w:r>
      <w:r>
        <w:t>aise hi dekhiye, ek aur misaal lijiye aap</w:t>
      </w:r>
    </w:p>
    <w:p>
      <w:pPr>
        <w:jc w:val="right"/>
      </w:pPr>
      <w:r>
        <w:t>ایسے ہی دیکھیے، ایک اور مثال لیجئے آپ</w:t>
      </w:r>
    </w:p>
    <w:p>
      <w:r>
        <w:rPr>
          <w:b/>
        </w:rPr>
        <w:t xml:space="preserve">[20:34] </w:t>
      </w:r>
      <w:r>
        <w:t>ke quran ki surah al fath padhiye aap. yeh surah jo hudaybiya ka agreement jo hua tha, us ke baad nazil hui thi.</w:t>
      </w:r>
    </w:p>
    <w:p>
      <w:pPr>
        <w:jc w:val="right"/>
      </w:pPr>
      <w:r>
        <w:t>کہ قرآن کی سورہ الفتح پڑھیے آپ۔ یہ سورہ جو حدیبیہ کا ایگریمنٹ جو ہوا تھا، اس کے بعد نازل ہوئی تھی۔</w:t>
      </w:r>
    </w:p>
    <w:p>
      <w:r>
        <w:rPr>
          <w:b/>
        </w:rPr>
        <w:t xml:space="preserve">[20:45] </w:t>
      </w:r>
      <w:r>
        <w:t>to us mein hai ke inna fatahna laka fatḥan mubeena yahan dekhiye, wahid ka seigha hai, yani hum ne aye rasool, hum ne tum ko khuli fateh de di, open victory.</w:t>
      </w:r>
    </w:p>
    <w:p>
      <w:pPr>
        <w:jc w:val="right"/>
      </w:pPr>
      <w:r>
        <w:t>تو اس میں ہے کہ إنا فتحنا لك فتح مبینہ یہاں دیکھیے، واحد کا صیغہ ہے، یعنی ہم نے اے رسول، ہم نے تم کو کھلی فتح دے دی، اوپن وکٹری۔</w:t>
      </w:r>
    </w:p>
    <w:p>
      <w:r>
        <w:rPr>
          <w:b/>
        </w:rPr>
        <w:t xml:space="preserve">[20:59] </w:t>
      </w:r>
      <w:r>
        <w:t>ab dekhein, chounke wahan wahid ka seigha hai, sari ummat ne is ko rasool se jod diya. yeh samajhte hain ke hudaybiya ka jo mamla tha, woh rasool ka, woh khasaas nabwi mein se tha.</w:t>
      </w:r>
    </w:p>
    <w:p>
      <w:pPr>
        <w:jc w:val="right"/>
      </w:pPr>
      <w:r>
        <w:t>اب دیکھیں، چونکہ وہاں واحد کا صیغہ ہے، ساری امت نے اس کو رسول سے جوڑ دیا۔ یہ سمجھتے ہیں کہ حدیبیہ کا جو معاملہ تھا، وہ رسول کا، وہ خصاص نبوی میں سے تھا۔</w:t>
      </w:r>
    </w:p>
    <w:p>
      <w:r>
        <w:rPr>
          <w:b/>
        </w:rPr>
        <w:t xml:space="preserve">[21:13] </w:t>
      </w:r>
      <w:r>
        <w:t>hudaybiya ka mamla kya tha? peace agreement tha. hudaybiya, yani fareeqe sani ke tamam conditions ko maan kar ke, yani unilateral tor par ek agreement karna,</w:t>
      </w:r>
    </w:p>
    <w:p>
      <w:pPr>
        <w:jc w:val="right"/>
      </w:pPr>
      <w:r>
        <w:t>حدیبیہ کا معاملہ کیا تھا؟ پیس ایگریمنٹ تھا۔ حدیبیہ، یعنی فریق ثانی کے تمام کنڈیشنز کو مان کر کے، یعنی ان یونی لیٹرل طور پر ایک ایگریمنٹ کرنا،</w:t>
      </w:r>
    </w:p>
    <w:p>
      <w:r>
        <w:rPr>
          <w:b/>
        </w:rPr>
        <w:t xml:space="preserve">[21:32] </w:t>
      </w:r>
      <w:r>
        <w:t>sab shartein un ki maani, yahan tak ke lafz rasool ko unhon ne mitaya kaghaz par, tab mita bhi diya us ko. aur kyunke peace is se peace hasil hota tha,</w:t>
      </w:r>
    </w:p>
    <w:p>
      <w:pPr>
        <w:jc w:val="right"/>
      </w:pPr>
      <w:r>
        <w:t>سب شرطیں ان کی مالی، یہاں تک کہ لفظ رسول کو انہوں نے مٹایا کاغذ پر، تب مٹا بھی دیا اس کو۔ اور کیونکہ پیس اس سے پیس حاصل ہوتا تھا،</w:t>
      </w:r>
    </w:p>
    <w:p>
      <w:r>
        <w:rPr>
          <w:b/>
        </w:rPr>
        <w:t xml:space="preserve">[21:43] </w:t>
      </w:r>
      <w:r>
        <w:t>to is ka matlab kya hua? ke you have to establish peace at any cost hudaybiya ka jo rasool Allah sal Allah alaihi wasallam ne mamla kiya tha, woh ek sunnat hai.</w:t>
      </w:r>
    </w:p>
    <w:p>
      <w:pPr>
        <w:jc w:val="right"/>
      </w:pPr>
      <w:r>
        <w:t>تو اس کا مطلب کیا ہوا؟ کہ you have to establish peace at any cost حدیبیہ کا جو رسول اللہ صلی اللہ علیہ وسلم نے معاملہ کیا تھا، وہ ایک سنت ہے۔</w:t>
      </w:r>
    </w:p>
    <w:p>
      <w:r>
        <w:rPr>
          <w:b/>
        </w:rPr>
        <w:t xml:space="preserve">[21:55] </w:t>
      </w:r>
      <w:r>
        <w:t>sunnat woh khasaas nabwi mein se nahi hai, woh ke you have to establish peace at any cost at any cost, chahe rasool ko mitana pade.</w:t>
      </w:r>
    </w:p>
    <w:p>
      <w:pPr>
        <w:jc w:val="right"/>
      </w:pPr>
      <w:r>
        <w:t>سنت وہ خصاص نبوی میں سے نہیں ہے، وہ کہ you have to establish peace at any cost at any cost، چاہے رسول کو مٹانا پڑے۔</w:t>
      </w:r>
    </w:p>
    <w:p>
      <w:r>
        <w:rPr>
          <w:b/>
        </w:rPr>
        <w:t xml:space="preserve">[22:06] </w:t>
      </w:r>
      <w:r>
        <w:t>aaj musalman, ek bhi musalman nahi hai jo is ko janta ho. aap dekhiye, rasool rasool Allah ke o</w:t>
      </w:r>
    </w:p>
    <w:p>
      <w:pPr>
        <w:jc w:val="right"/>
      </w:pPr>
      <w:r>
        <w:t>آج مسلمان، ایک بھی مسلمان نہیں ہے جو اس کو جانتا ہو۔ آپ دیکھیے، رسول رسول اللہ کے او</w:t>
      </w:r>
    </w:p>
    <w:p>
      <w:r>
        <w:rPr>
          <w:b/>
        </w:rPr>
        <w:t xml:space="preserve">[22:13] </w:t>
      </w:r>
      <w:r>
        <w:t>par kahin zara sa bhi ek afwah ur jaye, ek rumor ke gustakhi ki gayi hai, woh hangama khara ho jata hai. is mein kitne log mar jate hain, tashaddud hota hai, kya hota hai?</w:t>
      </w:r>
    </w:p>
    <w:p>
      <w:pPr>
        <w:jc w:val="right"/>
      </w:pPr>
      <w:r>
        <w:t>پر کہیں ذرا سا بھی ایک افواہ اڑ جائے، ایک رومر کہ گستاخی کی گئی ہے، وہ ہنگامہ کھڑا ہو جاتا ہے۔ اس میں کتنے لوگ مر جاتے ہیں، تشدد ہوتا ہے، کیا ہوتا ہے؟</w:t>
      </w:r>
    </w:p>
    <w:p>
      <w:r>
        <w:rPr>
          <w:b/>
        </w:rPr>
        <w:t xml:space="preserve">[22:24] </w:t>
      </w:r>
      <w:r>
        <w:t>rasool Allah ne kaghaz par lafz rasool Allah ko mita diya, aur koi wahan par, aur aaj kya hai?</w:t>
      </w:r>
    </w:p>
    <w:p>
      <w:pPr>
        <w:jc w:val="right"/>
      </w:pPr>
      <w:r>
        <w:t>رسول اللہ نے کاغذ پر لفظ رسول اللہ کو مٹا دیا، اور کوئی وہاں پر، اور آج کیا ہے؟</w:t>
      </w:r>
    </w:p>
    <w:p>
      <w:r>
        <w:rPr>
          <w:b/>
        </w:rPr>
        <w:t xml:space="preserve">[22:34] </w:t>
      </w:r>
      <w:r>
        <w:t>zara sa koi baat ho jaye to is mein hangama khara hota hai. to is sunnat ko samajhte hain ke woh rasool Allah ka khasa tha,</w:t>
      </w:r>
    </w:p>
    <w:p>
      <w:pPr>
        <w:jc w:val="right"/>
      </w:pPr>
      <w:r>
        <w:t>ذرا سا کوئی بات ہو جائے تو اس میں ہنگامہ کھڑا ہوتا ہے۔ تو اس سنت کو سمجھتے ہیں کہ وہ رسول اللہ کا خاصہ تھا،</w:t>
      </w:r>
    </w:p>
    <w:p>
      <w:r>
        <w:rPr>
          <w:b/>
        </w:rPr>
        <w:t xml:space="preserve">[22:41] </w:t>
      </w:r>
      <w:r>
        <w:t>yeh khasaas nabwi mein se tha. nahi, woh ek sunnat rasool hai. kuch kuch bhi karna, karna, karna, kuch bhi karna pade at any cost you have to establish peace to main is se nikal paya hoon ke peace is the sum of born in Islam.</w:t>
      </w:r>
    </w:p>
    <w:p>
      <w:pPr>
        <w:jc w:val="right"/>
      </w:pPr>
      <w:r>
        <w:t>یہ خصاص نبوی میں سے تھا۔ نہیں، وہ ایک سنت رسول ہے۔ کچھ کچھ بھی کرنا، کرنا، کرنا، کچھ بھی کرنا پڑے at any cost you have to establish peace تو میں اس سے نکال پایا ہوں کہ peace is the sum of born in Islam.</w:t>
      </w:r>
    </w:p>
    <w:p>
      <w:r>
        <w:rPr>
          <w:b/>
        </w:rPr>
        <w:t xml:space="preserve">[23:00] </w:t>
      </w:r>
      <w:r>
        <w:t>Peace is the greatest good in Islam.</w:t>
      </w:r>
    </w:p>
    <w:p>
      <w:pPr>
        <w:jc w:val="right"/>
      </w:pPr>
      <w:r>
        <w:t>Peace is the greatest good in Islam.</w:t>
      </w:r>
    </w:p>
    <w:p>
      <w:r>
        <w:rPr>
          <w:b/>
        </w:rPr>
        <w:t xml:space="preserve">[23:04] </w:t>
      </w:r>
      <w:r>
        <w:t>kyun? peace ho gayi to normalcy hogi, peace ho gayi to kaam ke mawaqe khulenge, peace ho gayi to aap sab kaam khule taur par kar payenge, kisi record ke baghair.</w:t>
      </w:r>
    </w:p>
    <w:p>
      <w:pPr>
        <w:jc w:val="right"/>
      </w:pPr>
      <w:r>
        <w:t>کیوں؟ پیس ہو گئی تو نارمسی ہوگی، پیس ہو گئی تو کام کے مواقع کھلیں گے، پیس ہو گئی تو آپ سب کام کھلے طور پر کر پائیں گے، کسی ریکارڈ کے بغیر۔</w:t>
      </w:r>
    </w:p>
    <w:p>
      <w:r>
        <w:rPr>
          <w:b/>
        </w:rPr>
        <w:t xml:space="preserve">[23:19] </w:t>
      </w:r>
      <w:r>
        <w:t>to Islam mein peace jo hai, samm bonam hai, lekin koi musalman is ko jaanta nahin. kyun? wahi nazariya ke woh shehenshah-e-konain ka culture hai, hum to gadaye be-nawa hain.</w:t>
      </w:r>
    </w:p>
    <w:p>
      <w:pPr>
        <w:jc w:val="right"/>
      </w:pPr>
      <w:r>
        <w:t>تو اسلام میں پیس جو ہے، سمم بونم ہے، لیکن کوئی مسلمان اس کو جانتا نہیں۔ کیوں؟ وہی نظریہ کہ وہ شہنشاہ کونین کا کلچر ہے، ہم تو گدائے بے نواں ہیں۔</w:t>
      </w:r>
    </w:p>
    <w:p>
      <w:r>
        <w:rPr>
          <w:b/>
        </w:rPr>
        <w:t xml:space="preserve">[23:34] </w:t>
      </w:r>
      <w:r>
        <w:t>kitna bada yeh yeh nuqsan hua hai. to yahi woh cheez hai jo is hadith mein hai ke tum fauj dar fauj Islam mein aaoge, phir fauj dar fauj nikal bhi jaoge.</w:t>
      </w:r>
    </w:p>
    <w:p>
      <w:pPr>
        <w:jc w:val="right"/>
      </w:pPr>
      <w:r>
        <w:t>کتنا بڑا یہ یہ نقصان ہوا ہے۔ تو یہی وہ چیز ہے جو اس حدیث میں ہے کہ تم فوج در فوج اسلام میں آؤ گے، پھر فوج در فوج نکل بھی جاؤ گے۔</w:t>
      </w:r>
    </w:p>
    <w:p>
      <w:r>
        <w:rPr>
          <w:b/>
        </w:rPr>
        <w:t xml:space="preserve">[23:47] </w:t>
      </w:r>
      <w:r>
        <w:t>to nikalne ke ma'ne yeh nahin ke tum murtad ho jaoge, nahin, balkeh apne mindset ki taraf laut jaoge. ya'ni lotna pichhle deen ki taraf nahin hoga,</w:t>
      </w:r>
    </w:p>
    <w:p>
      <w:pPr>
        <w:jc w:val="right"/>
      </w:pPr>
      <w:r>
        <w:t>تو نکلنے کے معنی یہ نہیں کہ تم مرتد ہو جاؤ گے، نہیں، بلکہ اپنے مائنڈ سیٹ کی طرف لوٹ جاؤ گے۔ یعنی لوٹنا پچھلے دین کی طرف نہیں ہوگا،</w:t>
      </w:r>
    </w:p>
    <w:p>
      <w:r>
        <w:rPr>
          <w:b/>
        </w:rPr>
        <w:t xml:space="preserve">[24:01] </w:t>
      </w:r>
      <w:r>
        <w:t>pichhle deen ki taraf, balkeh apne pichhle mindset ki taraf hoga. jaise ek sahab the, ek sahabi, ek qissa hai ke ek sahabi the, top ke sahabi the.</w:t>
      </w:r>
    </w:p>
    <w:p>
      <w:pPr>
        <w:jc w:val="right"/>
      </w:pPr>
      <w:r>
        <w:t>پچھلے دین کی طرف، بلکہ اپنے پچھلے مائنڈ سیٹ کی طرف ہوگا۔ جیسے ایک صاحب تھے، ایک صحابی، ایک قصہ ہے کہ ایک صحابی تھے، ٹاپ کے صحابی تھے۔</w:t>
      </w:r>
    </w:p>
    <w:p>
      <w:r>
        <w:rPr>
          <w:b/>
        </w:rPr>
        <w:t xml:space="preserve">[24:14] </w:t>
      </w:r>
      <w:r>
        <w:t>to ek aur sahabi se un ka kuch kuch kisi baat par un se kuch difference ho gaya, controversy hui.</w:t>
      </w:r>
    </w:p>
    <w:p>
      <w:pPr>
        <w:jc w:val="right"/>
      </w:pPr>
      <w:r>
        <w:t>تو ایک اور صحابی سے ان کا کچھ کچھ کسی بات پر ان سے کچھ ڈیفرنس ہو گیا، کنٹروورسی ہوئی۔</w:t>
      </w:r>
    </w:p>
    <w:p>
      <w:r>
        <w:rPr>
          <w:b/>
        </w:rPr>
        <w:t xml:space="preserve">[24:25] </w:t>
      </w:r>
      <w:r>
        <w:t>to woh ghusse mein aa gaye.</w:t>
      </w:r>
    </w:p>
    <w:p>
      <w:pPr>
        <w:jc w:val="right"/>
      </w:pPr>
      <w:r>
        <w:t>تو وہ غصے میں آ گئے۔</w:t>
      </w:r>
    </w:p>
    <w:p>
      <w:r>
        <w:rPr>
          <w:b/>
        </w:rPr>
        <w:t xml:space="preserve">[24:27] </w:t>
      </w:r>
      <w:r>
        <w:t>woh the, ya'ni white race se, woh the black race se, ya'ni woh safed safed form the, woh siyah form the.</w:t>
      </w:r>
    </w:p>
    <w:p>
      <w:pPr>
        <w:jc w:val="right"/>
      </w:pPr>
      <w:r>
        <w:t>وہ تھے، یعنی وائٹ ریس سے، وہ تھے بلیک ریس سے، یعنی وہ سفید سفید فارم تھے، وہ سیاہ فارم تھے۔</w:t>
      </w:r>
    </w:p>
    <w:p>
      <w:r>
        <w:rPr>
          <w:b/>
        </w:rPr>
        <w:t xml:space="preserve">[24:36] </w:t>
      </w:r>
      <w:r>
        <w:t>to safed form wale ne siyah form ko keh diya ya ibna as-sawdah ae kaali maan ke bete!</w:t>
      </w:r>
    </w:p>
    <w:p>
      <w:pPr>
        <w:jc w:val="right"/>
      </w:pPr>
      <w:r>
        <w:t>تو سفید فارم والے نے سیاہ فارم کو کہہ دیا يا ابن السودہ اے کالی ماں کے بیٹے!</w:t>
      </w:r>
    </w:p>
    <w:p>
      <w:r>
        <w:rPr>
          <w:b/>
        </w:rPr>
        <w:t xml:space="preserve">[24:47] </w:t>
      </w:r>
      <w:r>
        <w:t>ibna as-sawdah ka matlab hota hai ae kaali maan ke bete. Rasool Allah bohat ghusse ho gaye,</w:t>
      </w:r>
    </w:p>
    <w:p>
      <w:pPr>
        <w:jc w:val="right"/>
      </w:pPr>
      <w:r>
        <w:t>ابن السودہ کا مطلب ہوتا ہے اے کالی ماں کے بیٹے۔ رسول اللہ بہت غصہ ہو گئے،</w:t>
      </w:r>
    </w:p>
    <w:p>
      <w:r>
        <w:rPr>
          <w:b/>
        </w:rPr>
        <w:t xml:space="preserve">[24:55] </w:t>
      </w:r>
      <w:r>
        <w:t>halanke woh top ke sahabi the. aap ne farmaya ke innakum la qad rā'aytum fīkum jāhiliyyatan</w:t>
      </w:r>
    </w:p>
    <w:p>
      <w:pPr>
        <w:jc w:val="right"/>
      </w:pPr>
      <w:r>
        <w:t>حالانکہ وہ ٹاپ کے صحابی تھے۔ آپ نے فرمایا کہ إنكم رون فيك جاہلی ہے</w:t>
      </w:r>
    </w:p>
    <w:p>
      <w:r>
        <w:rPr>
          <w:b/>
        </w:rPr>
        <w:t xml:space="preserve">[25:04] </w:t>
      </w:r>
      <w:r>
        <w:t>ke tum abhi tak jahiliyat mein pade hue ho. is ka matlab kya hua? lafz badal kar samjhiye is ko ke tum ne kalma padh kar Islam qubool kar liya, lekin tumhara mindset wahi pehle wala hai.</w:t>
      </w:r>
    </w:p>
    <w:p>
      <w:pPr>
        <w:jc w:val="right"/>
      </w:pPr>
      <w:r>
        <w:t>کہ تم ابھی تک جاہلیت میں پڑے ہوئے ہو۔ اس کا مطلب کیا ہوا؟ لفظ بدل کر سمجھیے اس کو کہ تم نے کلمہ پڑھ کر اسلام قبول کر لیا، لیکن تمہارا مائنڈ سیٹ وہی پہلے والا ہے۔</w:t>
      </w:r>
    </w:p>
    <w:p>
      <w:r>
        <w:rPr>
          <w:b/>
        </w:rPr>
        <w:t xml:space="preserve">[25:18] </w:t>
      </w:r>
      <w:r>
        <w:t>innakum la qad rā'aytum fīkum jāhiliyyatan ka matlab yeh hai ke tum ne kalma padh kar Islam to qubool kar liya, namaz aur roza kar rahe ho,</w:t>
      </w:r>
    </w:p>
    <w:p>
      <w:pPr>
        <w:jc w:val="right"/>
      </w:pPr>
      <w:r>
        <w:t>إنكم رون فيك جاہلیہ کا مطلب یہ ہے کہ تم نے کلمہ پڑھ کر اسلام تو قبول کر لیا، نماز اور روزہ کر رہے ہو،</w:t>
      </w:r>
    </w:p>
    <w:p>
      <w:r>
        <w:rPr>
          <w:b/>
        </w:rPr>
        <w:t xml:space="preserve">[25:27] </w:t>
      </w:r>
      <w:r>
        <w:t>lekin tumhara mindset abhi wahi hai jo pehle tha. ke kaale aur gore ka farq, siyah aur ya'ni white aur black ka farq, yeh jo pehle hua karta tha farq, isi mein tum abhi bhi jee rahe ho.</w:t>
      </w:r>
    </w:p>
    <w:p>
      <w:pPr>
        <w:jc w:val="right"/>
      </w:pPr>
      <w:r>
        <w:t>لیکن تمہارا مائنڈ سیٹ ابھی وہی ہے جو پہلے تھا۔ کہ کالے اور گورے کا فرق، سیاہ اور یعنی وائٹ اور بلیک کا فرق، یہ جو پہلے ہوا کرتا تھا فرق، اسی میں تم ابھی بھی جی رہے ہو۔</w:t>
      </w:r>
    </w:p>
    <w:p>
      <w:r>
        <w:rPr>
          <w:b/>
        </w:rPr>
        <w:t xml:space="preserve">[25:43] </w:t>
      </w:r>
      <w:r>
        <w:t>is is waqe' se aap samajh sakte hain ke ke yeh maamla kya hota hai ke aadmi kalma padh kar Islam ke fold mein aa jata hai, lekin mindset wahi ka wahi rehta hai.</w:t>
      </w:r>
    </w:p>
    <w:p>
      <w:pPr>
        <w:jc w:val="right"/>
      </w:pPr>
      <w:r>
        <w:t>اس اس واقعے سے آپ سمجھ سکتے ہیں کہ کہ یہ معاملہ کیا ہوتا ہے کہ آدمی کلمہ پڑھ کر اسلام کے فولڈ میں آ جاتا ہے، لیکن مائنڈ سیٹ وہی کا وہی رہتا ہے۔</w:t>
      </w:r>
    </w:p>
    <w:p>
      <w:r>
        <w:rPr>
          <w:b/>
        </w:rPr>
        <w:t xml:space="preserve">[25:56] </w:t>
      </w:r>
      <w:r>
        <w:t>mindset wahi ka wahi rehta hai. is liye itni badi badi baatein jo Quran mein hain aur jo Rasool Allah ki zindagi mein hain, is se musalman mehroom hain.</w:t>
      </w:r>
    </w:p>
    <w:p>
      <w:pPr>
        <w:jc w:val="right"/>
      </w:pPr>
      <w:r>
        <w:t>مائنڈ سیٹ وہی کا وہی رہتا ہے۔ اس لیے اتنی بڑی بڑی باتیں جو قرآن میں ہیں اور جو رسول اللہ کی زندگی میں ہیں، اس سے مسلمان محروم ہیں۔</w:t>
      </w:r>
    </w:p>
    <w:p>
      <w:r>
        <w:rPr>
          <w:b/>
        </w:rPr>
        <w:t xml:space="preserve">[26:08] </w:t>
      </w:r>
      <w:r>
        <w:t>to Surah Fatah mein jo Hudaybiyyah ka zikr hai, is se maloom hota hai ke Hudaybiyyah jo tha, ek bohat bada ya'ni ek plan tha, bohat badi strategy thi,</w:t>
      </w:r>
    </w:p>
    <w:p>
      <w:pPr>
        <w:jc w:val="right"/>
      </w:pPr>
      <w:r>
        <w:t>تو سورہ فتح میں جو حدیبیہ کا ذکر ہے، اس سے معلوم ہوتا ہے کہ حدیبیہ جو تھا، ایک بہت بڑا یعنی ایک پلان تھا، بہت بڑی اسٹریٹجی تھی،</w:t>
      </w:r>
    </w:p>
    <w:p>
      <w:r>
        <w:rPr>
          <w:b/>
        </w:rPr>
        <w:t xml:space="preserve">[26:23] </w:t>
      </w:r>
      <w:r>
        <w:t>ek bohat hi ya'ni superior method tha ke agar aap is method ko ikhtiyar karein to aap ko fath-e-mubeen milti hai, open victory milti hai, khuli fath milti hai.</w:t>
      </w:r>
    </w:p>
    <w:p>
      <w:pPr>
        <w:jc w:val="right"/>
      </w:pPr>
      <w:r>
        <w:t>ایک بہت ہی یعنی سپیریئر میتھڈ تھا کہ اگر آپ اس میتھڈ کو اختیار کریں تو آپ کو فتح مبین ملتی ہے، اوپن وکٹری ملتی ہے، کھلی فتح ملتی ہے۔</w:t>
      </w:r>
    </w:p>
    <w:p>
      <w:r>
        <w:rPr>
          <w:b/>
        </w:rPr>
        <w:t xml:space="preserve">[26:36] </w:t>
      </w:r>
      <w:r>
        <w:t>lekin woh kya hai? fareeq-e-sani ki conditions se takrao na karein,</w:t>
      </w:r>
    </w:p>
    <w:p>
      <w:pPr>
        <w:jc w:val="right"/>
      </w:pPr>
      <w:r>
        <w:t>لیکن وہ کیا ہے؟ فریق ثانی کی کنڈیشنز سے ٹکراؤ نہ کریں،</w:t>
      </w:r>
    </w:p>
    <w:p>
      <w:r>
        <w:rPr>
          <w:b/>
        </w:rPr>
        <w:t xml:space="preserve">[26:45] </w:t>
      </w:r>
      <w:r>
        <w:t>fareeq-e-sani ki conditions ko maan lein. bas kisi bhi tarah se aap peace establish kar dein, peace to kya hoga?</w:t>
      </w:r>
    </w:p>
    <w:p>
      <w:pPr>
        <w:jc w:val="right"/>
      </w:pPr>
      <w:r>
        <w:t>فریق ثانی کی کنڈیشنز کو مان لیں۔ بس کسی بھی طرح سے آپ پیس اسٹیبلش کر دیں، پیس تو کیا ہوگا؟</w:t>
      </w:r>
    </w:p>
    <w:p>
      <w:r>
        <w:rPr>
          <w:b/>
        </w:rPr>
        <w:t xml:space="preserve">[26:54] </w:t>
      </w:r>
      <w:r>
        <w:t>Islam ki ideology apna kaam karna shuru kar degi. Hudaybiyyah agreement ka matlab kya tha? ke jo is se pehle jo maamla tha battlefield mein, woh aa gaya ideology field mein,</w:t>
      </w:r>
    </w:p>
    <w:p>
      <w:pPr>
        <w:jc w:val="right"/>
      </w:pPr>
      <w:r>
        <w:t>اسلام کی آئیڈیالوجی اپنا کام کرنا شروع کر دے گی۔ حدیبیہ ایگریمنٹ کا مطلب کیا تھا؟ کہ جو اس سے پہلے جو معاملہ تھا بیٹل فیلڈ میں، وہ آ گیا آئیڈیالوجیک فیلڈ میں،</w:t>
      </w:r>
    </w:p>
    <w:p>
      <w:r>
        <w:rPr>
          <w:b/>
        </w:rPr>
        <w:t xml:space="preserve">[27:10] </w:t>
      </w:r>
      <w:r>
        <w:t>shift ho gaya. shift ya'ni Badr ki ladai hui, Uhud ki ladai hui, Hunayn ki ladai hui. to kaha battlefield mein saara maamla chal raha tha.</w:t>
      </w:r>
    </w:p>
    <w:p>
      <w:pPr>
        <w:jc w:val="right"/>
      </w:pPr>
      <w:r>
        <w:t>شفٹ ہو گیا۔ شفٹ یعنی بدر کی لڑائی ہوئی، احد کی لڑائی ہوئی، حنین کی لڑائی ہوئی۔ تو کہا بیٹل فیلڈ میں سارا معاملہ چل رہا تھا۔</w:t>
      </w:r>
    </w:p>
    <w:p>
      <w:r>
        <w:rPr>
          <w:b/>
        </w:rPr>
        <w:t xml:space="preserve">[27:20] </w:t>
      </w:r>
      <w:r>
        <w:t>ab kya hua? ke woh aa gaya peaceful field mein, ideology field mein. to ideology field mein kaun jeetega?</w:t>
      </w:r>
    </w:p>
    <w:p>
      <w:pPr>
        <w:jc w:val="right"/>
      </w:pPr>
      <w:r>
        <w:t>اب کیا ہوا؟ کہ وہ آ گیا پیس فل فیلڈ میں، آئیڈیالوجیک فیلڈ میں۔ تو آئیڈیالوجیک فیلڈ میں کون جیتے گا؟</w:t>
      </w:r>
    </w:p>
    <w:p>
      <w:r>
        <w:rPr>
          <w:b/>
        </w:rPr>
        <w:t xml:space="preserve">[27:30] </w:t>
      </w:r>
      <w:r>
        <w:t>ideology field mein Islam ko ideology field ka matlab yeh hai ke tauheed ka aqeedah aur insani barabari ka aqeedah aur jannat ka aqeedah, Khuda ka aqeedah, yeh sab to yeh to abadi taur par superior ideology hai.</w:t>
      </w:r>
    </w:p>
    <w:p>
      <w:pPr>
        <w:jc w:val="right"/>
      </w:pPr>
      <w:r>
        <w:t>آئیڈیالوجیک فیلڈ میں اسلام کو آئیڈیالوجیک فیلڈ کا مطلب یہ ہے کہ توحید کا عقیدہ اور انسانی برابری کا عقیدہ اور جنت کا عقیدہ، خدا کا عقیدہ، یہ سب تو یہ تو ابدی طور پر سپیریئر آئیڈیالوجی ہے۔</w:t>
      </w:r>
    </w:p>
    <w:p>
      <w:r>
        <w:rPr>
          <w:b/>
        </w:rPr>
        <w:t xml:space="preserve">[27:47] </w:t>
      </w:r>
      <w:r>
        <w:t>abadi taur par is ko to prevail karna hai. to jab to Islam ki Islam ka method kya hua?</w:t>
      </w:r>
    </w:p>
    <w:p>
      <w:pPr>
        <w:jc w:val="right"/>
      </w:pPr>
      <w:r>
        <w:t>ابدی طور پر اس کو تو پریولی کرنا ہے۔ تو جب تو اسلام کی اسلام کا میتھڈ کیا ہوا؟</w:t>
      </w:r>
    </w:p>
    <w:p>
      <w:r>
        <w:rPr>
          <w:b/>
        </w:rPr>
        <w:t xml:space="preserve">[27:57] </w:t>
      </w:r>
      <w:r>
        <w:t>keh fareeq-e-sani se battlefield mein kabhi bhi muamla mat le jao, har qeemat par yaani peace qaim kar ke battlefield se ideology ke maidan mein lao.</w:t>
      </w:r>
    </w:p>
    <w:p>
      <w:pPr>
        <w:jc w:val="right"/>
      </w:pPr>
      <w:r>
        <w:t>کہ فریق ثانی سے بیٹل فیلڈ میں کبھی بھی معاملہ مت لے جاؤ، ہر قیمت پر یعنی پیس قائم کر کے بیٹل فیلڈ سے آئیڈیالوجی کے میدان میں لاؤ۔</w:t>
      </w:r>
    </w:p>
    <w:p>
      <w:r>
        <w:rPr>
          <w:b/>
        </w:rPr>
        <w:t xml:space="preserve">[28:15] </w:t>
      </w:r>
      <w:r>
        <w:t>aur phir toh antum al-a'la wa antum al-mu'minoon ka muamla ho jayega. Itni bari sunnat, itni bari wisdom, is se saare musalman mehroom hain.</w:t>
      </w:r>
    </w:p>
    <w:p>
      <w:pPr>
        <w:jc w:val="right"/>
      </w:pPr>
      <w:r>
        <w:t>اور پھر تو أنتم العلیٰ وانتم المؤمنون کا معاملہ ہو جائے گا۔ اتنی بڑی سنت، اتنی بڑی وزڈم، اس سے سارے مسلمان محروم ہیں۔</w:t>
      </w:r>
    </w:p>
    <w:p>
      <w:r>
        <w:rPr>
          <w:b/>
        </w:rPr>
        <w:t xml:space="preserve">[28:28] </w:t>
      </w:r>
      <w:r>
        <w:t>yaani poori hazar saal mein ek bhi musalman nahi hai jis ne is baat ko jaana ho, aur yeh abandon sunnat bani hui hai. Hudaybiyah ki sunnat ek abandon sunnat bani hui hai.</w:t>
      </w:r>
    </w:p>
    <w:p>
      <w:pPr>
        <w:jc w:val="right"/>
      </w:pPr>
      <w:r>
        <w:t>یعنی پوری ہزار سال میں ایک بھی مسلمان نہیں ہے جس نے اس بات کو جانا ہو، اور یہ ابینڈن سنت بنی ہوئی ہے۔ حدیبیہ کی سنت ایک ابینڈن سنت بنی ہوئی ہے۔</w:t>
      </w:r>
    </w:p>
    <w:p>
      <w:r>
        <w:rPr>
          <w:b/>
        </w:rPr>
        <w:t xml:space="preserve">[28:39] </w:t>
      </w:r>
      <w:r>
        <w:t>kyun? Woh samajhte hain keh Rasool Allah ka khasaas-e-nabwi mein se tha, yeh toh shehanshah-e-konain ki baat thi, hum toh gadaye-e-be-nawa hain.</w:t>
      </w:r>
    </w:p>
    <w:p>
      <w:pPr>
        <w:jc w:val="right"/>
      </w:pPr>
      <w:r>
        <w:t>کیوں؟ وہ سمجھتے ہیں کہ رسول اللہ کا خصاص نبوی میں سے تھا، یہ تو شہنشاہ کونین کی بات تھی، ہم تو گدائے بے نواں ہیں۔</w:t>
      </w:r>
    </w:p>
    <w:p>
      <w:r>
        <w:rPr>
          <w:b/>
        </w:rPr>
        <w:t xml:space="preserve">[28:50] </w:t>
      </w:r>
      <w:r>
        <w:t>toh yeh tha keh imperial imperial mindset ko le kar ke log Islam mein dakhil ho gaye. Toh kalma padh kar ke woh masjidon mein namaz padhne lage, Muslim society ka hissa ban gaye.</w:t>
      </w:r>
    </w:p>
    <w:p>
      <w:pPr>
        <w:jc w:val="right"/>
      </w:pPr>
      <w:r>
        <w:t>تو یہ تھا کہ ایمپیریل ایمپیریل مائنڈ سیٹ کو لے کر کے لوگ اسلام میں داخل ہو گئے۔ تو کلمہ پڑھ کر کے وہ مسجدوں میں نماز پڑھنے لگے، مسلم سوسائٹی کا حصہ بن گئے۔</w:t>
      </w:r>
    </w:p>
    <w:p>
      <w:r>
        <w:rPr>
          <w:b/>
        </w:rPr>
        <w:t xml:space="preserve">[29:04] </w:t>
      </w:r>
      <w:r>
        <w:t>lekin mindset wahi kabhi raha, mindset wahi kabhi raha.</w:t>
      </w:r>
    </w:p>
    <w:p>
      <w:pPr>
        <w:jc w:val="right"/>
      </w:pPr>
      <w:r>
        <w:t>لیکن مائنڈ سیٹ وہی کبھی رہا، مائنڈ سیٹ وہی کبھی رہا۔</w:t>
      </w:r>
    </w:p>
    <w:p>
      <w:r>
        <w:rPr>
          <w:b/>
        </w:rPr>
        <w:t xml:space="preserve">[29:11] </w:t>
      </w:r>
      <w:r>
        <w:t>aise hi dekhiye, aur aisi bohat sari misalein hain. Masalan dekhiye, Quran mein ek jo ayat hai keh</w:t>
      </w:r>
    </w:p>
    <w:p>
      <w:pPr>
        <w:jc w:val="right"/>
      </w:pPr>
      <w:r>
        <w:t>ایسے ہی دیکھیے، اور ایسی بہت ساری مثالیں ہیں۔ مثلاً دیکھیے، قرآن میں ایک جو آیت ہے کہ</w:t>
      </w:r>
    </w:p>
    <w:p>
      <w:r>
        <w:rPr>
          <w:b/>
        </w:rPr>
        <w:t xml:space="preserve">[29:21] </w:t>
      </w:r>
      <w:r>
        <w:t>woh</w:t>
      </w:r>
    </w:p>
    <w:p>
      <w:pPr>
        <w:jc w:val="right"/>
      </w:pPr>
      <w:r>
        <w:t>وہ</w:t>
      </w:r>
    </w:p>
    <w:p>
      <w:r>
        <w:rPr>
          <w:b/>
        </w:rPr>
        <w:t xml:space="preserve">[29:25] </w:t>
      </w:r>
      <w:r>
        <w:t>Rasool Allah ne farmaya keh tum jo maadi taraqqiyan logon ki hain, us ko us par dhyan mat do, us ko mat dekho, balkeh jo tum ko Allah ki taraf rizq mil raha hai, us ko dekho.</w:t>
      </w:r>
    </w:p>
    <w:p>
      <w:pPr>
        <w:jc w:val="right"/>
      </w:pPr>
      <w:r>
        <w:t>رسول اللہ نے فرمایا کہ تم جو مادی ترقیاں لوگوں کی ہیں، اس کو اس پر دھیان مت دو، اس کو مت دیکھو، بلکہ جو تم کو اللہ کی طرف رزق مل رہا ہے، اس کو دیکھو۔</w:t>
      </w:r>
    </w:p>
    <w:p>
      <w:r>
        <w:rPr>
          <w:b/>
        </w:rPr>
        <w:t xml:space="preserve">[29:38] </w:t>
      </w:r>
      <w:r>
        <w:t>wa rizqa rabbika khayrun wa abqa wa la tamuddan 'aynaika ila ma mutta'na bihi azwajam minhum zaharatal hayatud-dunya wa rizqa rabbika khayrun wa abqa</w:t>
      </w:r>
    </w:p>
    <w:p>
      <w:pPr>
        <w:jc w:val="right"/>
      </w:pPr>
      <w:r>
        <w:t>ورزق ربک خیر وابقہ ولا تمدن عینک علی مما طلب من ذارۃ الحیۃ الدنیا ورزق ربک خیر وابقہ</w:t>
      </w:r>
    </w:p>
    <w:p>
      <w:r>
        <w:rPr>
          <w:b/>
        </w:rPr>
        <w:t xml:space="preserve">[29:51] </w:t>
      </w:r>
      <w:r>
        <w:t>. Logon ke paas mahal hain, logon ke paas daulat hai, logon ke paas yaani dunyavi chamak damak hai, us ko mat dekho.</w:t>
      </w:r>
    </w:p>
    <w:p>
      <w:pPr>
        <w:jc w:val="right"/>
      </w:pPr>
      <w:r>
        <w:t>۔ لوگوں کے پاس محل ہیں، لوگوں کے پاس دولت ہے، لوگوں کے پاس یعنی دنیاوی چمک دمک ہے، اس کو مت دیکھو۔</w:t>
      </w:r>
    </w:p>
    <w:p>
      <w:r>
        <w:rPr>
          <w:b/>
        </w:rPr>
        <w:t xml:space="preserve">[30:00] </w:t>
      </w:r>
      <w:r>
        <w:t>Is se zyada bari cheez tum ko hum ne di hai, woh hai rizq. Rizq-e-Rabb! Yeh rizq-e-Rabb kya hai? Yeh rizq-e-Rabb jo hai, aala marifat, aala marifat Allah ki taraf se inspiration.</w:t>
      </w:r>
    </w:p>
    <w:p>
      <w:pPr>
        <w:jc w:val="right"/>
      </w:pPr>
      <w:r>
        <w:t>اس سے زیادہ بڑی چیز تم کو ہم نے دی ہے، وہ ہے رزق۔ رزق رب! یہ رزق رب کیا ہے؟ یہ رزق رب جو ہے، اعلیٰ معرفت، اعلیٰ معرفت اللہ کی طرف سے انسپیریشن۔</w:t>
      </w:r>
    </w:p>
    <w:p>
      <w:r>
        <w:rPr>
          <w:b/>
        </w:rPr>
        <w:t xml:space="preserve">[30:17] </w:t>
      </w:r>
      <w:r>
        <w:t>Toh subah shaam Rasool Allah ko divine wisdom mil aati thi, divine wisdom keh aap ko milti thi, marifat milti thi, aur aur aala thinking aap ke andar Allah ki taraf se aati thi.</w:t>
      </w:r>
    </w:p>
    <w:p>
      <w:pPr>
        <w:jc w:val="right"/>
      </w:pPr>
      <w:r>
        <w:t>تو صبح شام رسول اللہ کو ڈیوائن وزڈم مل آتی تھی، ڈیوائن وزڈم کہ آپ کو ملتی تھی، معرفت ملتی تھی، اور اور اعلیٰ تھنکنگ آپ کے اندر اللہ کی طرف سے آتی تھی۔</w:t>
      </w:r>
    </w:p>
    <w:p>
      <w:r>
        <w:rPr>
          <w:b/>
        </w:rPr>
        <w:t xml:space="preserve">[30:35] </w:t>
      </w:r>
      <w:r>
        <w:t>Woh hai rizq-e-Rabb! Saare musalman is se bekhabar hain, mehroom hain. Kyun? Woh samajhte hain keh yeh toh Rasool Allah ki baat hai.</w:t>
      </w:r>
    </w:p>
    <w:p>
      <w:pPr>
        <w:jc w:val="right"/>
      </w:pPr>
      <w:r>
        <w:t>وہ ہے رزق رب! سارے مسلمان اس سے بے خبر ہیں، محروم ہیں۔ کیوں؟ وہ سمجھتے ہیں کہ یہ تو رسول اللہ کی بات ہے۔</w:t>
      </w:r>
    </w:p>
    <w:p>
      <w:r>
        <w:rPr>
          <w:b/>
        </w:rPr>
        <w:t xml:space="preserve">[30:44] </w:t>
      </w:r>
      <w:r>
        <w:t>Rizqa rabbika khayrun wa abqa yeh toh Rasool Allah ki baat hai. Yeh saare insaan ki baat hai, saare musalmanon ki baat hai, jo is raaste par chale, un sab ki baat hai.</w:t>
      </w:r>
    </w:p>
    <w:p>
      <w:pPr>
        <w:jc w:val="right"/>
      </w:pPr>
      <w:r>
        <w:t>رزق ربک خیر وابقہ یہ تو رسول اللہ کی بات ہے۔ یہ سارے انسان کی بات ہے، سارے مسلمانوں کی بات ہے، جو اس راستے پر چلے، ان سب کی بات ہے۔</w:t>
      </w:r>
    </w:p>
    <w:p>
      <w:r>
        <w:rPr>
          <w:b/>
        </w:rPr>
        <w:t xml:space="preserve">[30:57] </w:t>
      </w:r>
      <w:r>
        <w:t>Yaani jo insaan aisa kare keh duniya ki chamak damak se apne ko uthaye, duniya ki lazzaton se apne ko uthaye, duniya ke jo luxuries hain, us se apne ko uthaye,</w:t>
      </w:r>
    </w:p>
    <w:p>
      <w:pPr>
        <w:jc w:val="right"/>
      </w:pPr>
      <w:r>
        <w:t>یعنی جو انسان ایسا کرے کہ دنیا کی چمک دمک سے اپنے کو اٹھائے، دنیا کی لذتوں سے اپنے کو اٹھائے، دنیا کے جو لگزریز ہیں، اس سے اپنے کو اٹھائے،</w:t>
      </w:r>
    </w:p>
    <w:p>
      <w:r>
        <w:rPr>
          <w:b/>
        </w:rPr>
        <w:t xml:space="preserve">[31:10] </w:t>
      </w:r>
      <w:r>
        <w:t>aur yaani apne ko distraction se bachaye. Yeh sab distraction ke saman hain.</w:t>
      </w:r>
    </w:p>
    <w:p>
      <w:pPr>
        <w:jc w:val="right"/>
      </w:pPr>
      <w:r>
        <w:t>اور یعنی اپنے کو ڈسٹریشن سے بچائے۔ یہ سب ڈسٹریشن کے سامان ہیں۔</w:t>
      </w:r>
    </w:p>
    <w:p>
      <w:r>
        <w:rPr>
          <w:b/>
        </w:rPr>
        <w:t xml:space="preserve">[31:17] </w:t>
      </w:r>
      <w:r>
        <w:t>Toh is ayat ka matlab hai keh jo aadmi bhi apne ko distraction se bachayega, aur poori tarah apne aap ko, woh apna focus daal dega Allah par, toh us ko inspiration shuru ho jayega,</w:t>
      </w:r>
    </w:p>
    <w:p>
      <w:pPr>
        <w:jc w:val="right"/>
      </w:pPr>
      <w:r>
        <w:t>تو اس آیت کا مطلب ہے کہ جو آدمی بھی اپنے کو ڈسٹریشن سے بچائے گا، اور پوری طرح اپنے آپ کو، وہ اپنا فوکس ڈال دے گا اللہ پر، تو اس کو انسپیریشن شروع ہو جائے گا،</w:t>
      </w:r>
    </w:p>
    <w:p>
      <w:r>
        <w:rPr>
          <w:b/>
        </w:rPr>
        <w:t xml:space="preserve">[31:34] </w:t>
      </w:r>
      <w:r>
        <w:t>uski marifat mein izafa hoga, us ko yaani Allah ki taraf wisdom ka ilham hoga.</w:t>
      </w:r>
    </w:p>
    <w:p>
      <w:pPr>
        <w:jc w:val="right"/>
      </w:pPr>
      <w:r>
        <w:t>اس کی معرفت میں اضافہ ہوگا، اس کو یعنی اللہ کی طرف وزڈم کا الہام ہوگا۔</w:t>
      </w:r>
    </w:p>
    <w:p>
      <w:r>
        <w:rPr>
          <w:b/>
        </w:rPr>
        <w:t xml:space="preserve">[31:43] </w:t>
      </w:r>
      <w:r>
        <w:t>Yeh matlab hai is ka. Lekin saari ummat is se be</w:t>
      </w:r>
    </w:p>
    <w:p>
      <w:pPr>
        <w:jc w:val="right"/>
      </w:pPr>
      <w:r>
        <w:t>یہ مطلب ہے اس کا۔ لیکن ساری امت اس سے بے</w:t>
      </w:r>
    </w:p>
    <w:p>
      <w:r>
        <w:rPr>
          <w:b/>
        </w:rPr>
        <w:t xml:space="preserve">[31:47] </w:t>
      </w:r>
      <w:r>
        <w:t>khabar hai. Woh samajhte hain keh rizq-e-Rabb jo jis ka zikr hai Quran mein, woh Allah Rasool Allah ki sifat thi, woh khasaas-e-nabwi mein se tha. Yeh sab kya?</w:t>
      </w:r>
    </w:p>
    <w:p>
      <w:pPr>
        <w:jc w:val="right"/>
      </w:pPr>
      <w:r>
        <w:t>خبر ہے۔ وہ سمجھتے ہیں کہ رزق رب جو جس کا ذکر ہے قرآن میں، وہ اللہ رسول اللہ کی صفت تھی، وہ خصاص نبوی میں سے تھا۔ یہ سب کیا؟</w:t>
      </w:r>
    </w:p>
    <w:p>
      <w:r>
        <w:rPr>
          <w:b/>
        </w:rPr>
        <w:t xml:space="preserve">[31:56] </w:t>
      </w:r>
      <w:r>
        <w:t>Imperial culture ki baatein hain</w:t>
      </w:r>
    </w:p>
    <w:p>
      <w:pPr>
        <w:jc w:val="right"/>
      </w:pPr>
      <w:r>
        <w:t>ایمپیریل کلچر کی باتیں ہیں</w:t>
      </w:r>
    </w:p>
    <w:p>
      <w:r>
        <w:rPr>
          <w:b/>
        </w:rPr>
        <w:t xml:space="preserve">[32:00] </w:t>
      </w:r>
      <w:r>
        <w:t>keh woh toh shehanshahon ki baatein hain, woh toh sultanon ke liye hain. Hum toh ra'iyat hain, hum toh hum toh un ke un ke matahat hain.</w:t>
      </w:r>
    </w:p>
    <w:p>
      <w:pPr>
        <w:jc w:val="right"/>
      </w:pPr>
      <w:r>
        <w:t>کہ وہ تو شہنشاہوں کی باتیں ہیں، وہ تو سلاطین کے لیے ہیں۔ ہم تو رعیت ہیں، ہم تو ہم تو ان کے ان کے ماتحت ہیں۔</w:t>
      </w:r>
    </w:p>
    <w:p>
      <w:r>
        <w:rPr>
          <w:b/>
        </w:rPr>
        <w:t xml:space="preserve">[32:13] </w:t>
      </w:r>
      <w:r>
        <w:t>Toh mass conversion mein yahi hota hai keh log kalma padh kar deen mein dakhil ho jate hain, lekin un ka mindset nahi badalta, zehni saancha nahi badalta.</w:t>
      </w:r>
    </w:p>
    <w:p>
      <w:pPr>
        <w:jc w:val="right"/>
      </w:pPr>
      <w:r>
        <w:t>تو ماس کنورژن میں یہی ہوتا ہے کہ لوگ کلمہ پڑھ کر دین میں داخل ہو جاتے ہیں، لیکن ان کا مائنڈ سیٹ نہیں بدلتا، ذہنی سانچہ نہیں بدلتا۔</w:t>
      </w:r>
    </w:p>
    <w:p>
      <w:r>
        <w:rPr>
          <w:b/>
        </w:rPr>
        <w:t xml:space="preserve">[32:24] </w:t>
      </w:r>
      <w:r>
        <w:t>Is ki bana par woh mazhabi khaas jo jo jo kuch mazhabi cheezein hain, un mein toh karte rehte hain kaam, baqi aitbaar se woh wahi ke wahi rehte hain.</w:t>
      </w:r>
    </w:p>
    <w:p>
      <w:pPr>
        <w:jc w:val="right"/>
      </w:pPr>
      <w:r>
        <w:t>اس کی بنا پر وہ مذہبی خاص جو جو جو کچھ مذہبی چیزیں ہیں، ان میں تو کرتے رہتے ہیں کام، باقی اعتبار سے وہ وہی کے وہی رہتے ہیں۔</w:t>
      </w:r>
    </w:p>
    <w:p>
      <w:r>
        <w:rPr>
          <w:b/>
        </w:rPr>
        <w:t xml:space="preserve">[32:38] </w:t>
      </w:r>
      <w:r>
        <w:t>to deen ka jo bartar, jo yaani jo karimi layer hai, usi se log mehroom hain. Deen ka jo karimi layer hai, jo is ka bartar jo pehlu hai, is ke aala jo darjaat hain, us se log mehroom hain.</w:t>
      </w:r>
    </w:p>
    <w:p>
      <w:pPr>
        <w:jc w:val="right"/>
      </w:pPr>
      <w:r>
        <w:t>تو دین کا جو برتر، جو یعنی جو کریمی لیئر ہے، اسی سے لوگ محروم ہیں۔ دین کا جو کریمی لیئر ہے، جو اس کا برتر جو پہلو ہے، اس کے اعلیٰ جو درجات ہیں، اس سے لوگ محروم ہیں۔</w:t>
      </w:r>
    </w:p>
    <w:p>
      <w:r>
        <w:rPr>
          <w:b/>
        </w:rPr>
        <w:t xml:space="preserve">[32:53] </w:t>
      </w:r>
      <w:r>
        <w:t>kyunke woh sab daale hue hain peghambar ke khaane mein. Jaise aap is zamane mein aap dekhiye, jab badshahon ka daur tha, to log rehte the mamooli gharon mein.</w:t>
      </w:r>
    </w:p>
    <w:p>
      <w:pPr>
        <w:jc w:val="right"/>
      </w:pPr>
      <w:r>
        <w:t>کیونکہ وہ سب ڈالے ہوئے ہیں پیغمبر کے خانے میں۔ جیسے آپ اس زمانے میں آپ دیکھیے، جب بادشاہوں کا دور تھا، تو لوگ رہتے تھے معمولی گھروں میں۔</w:t>
      </w:r>
    </w:p>
    <w:p>
      <w:r>
        <w:rPr>
          <w:b/>
        </w:rPr>
        <w:t xml:space="preserve">[33:05] </w:t>
      </w:r>
      <w:r>
        <w:t>badshahon ke liye mahal the, qale the,</w:t>
      </w:r>
    </w:p>
    <w:p>
      <w:pPr>
        <w:jc w:val="right"/>
      </w:pPr>
      <w:r>
        <w:t>بادشاہوں کے لیے محل تھے، قلعے تھے،</w:t>
      </w:r>
    </w:p>
    <w:p>
      <w:r>
        <w:rPr>
          <w:b/>
        </w:rPr>
        <w:t xml:space="preserve">[33:08] </w:t>
      </w:r>
      <w:r>
        <w:t>woh marte bhi the, to un ka aala aali shaan maqbara banta tha. To woh log samajhte the ke bhai yeh to badshahon ki cheezein hain, hamein to isi tarah rehna hai.</w:t>
      </w:r>
    </w:p>
    <w:p>
      <w:pPr>
        <w:jc w:val="right"/>
      </w:pPr>
      <w:r>
        <w:t>وہ مرتے بھی تھے، تو ان کا اعلیٰ عالی شان مقبرہ بنتا تھا۔ تو وہ لوگ سمجھتے تھے کہ بھئی یہ تو بادشاہوں کی چیزیں ہیں، ہمیں تو اسی طرح رہنا ہے۔</w:t>
      </w:r>
    </w:p>
    <w:p>
      <w:r>
        <w:rPr>
          <w:b/>
        </w:rPr>
        <w:t xml:space="preserve">[33:19] </w:t>
      </w:r>
      <w:r>
        <w:t>abhi mein gaya tha Agra, to wahan se ek jagah hai Sikandra kaha jata hai is maqam ko, bohat aali shaan maqbara bana hua hai Akbar ka.</w:t>
      </w:r>
    </w:p>
    <w:p>
      <w:pPr>
        <w:jc w:val="right"/>
      </w:pPr>
      <w:r>
        <w:t>ابھی میں گیا تھا آگرہ، تو وہاں سے ایک جگہ ہے سکندرا کہا جاتا ہے اس مقام کو، بہت عالی شان مقبرہ بنا ہوا ہے اکبر کا۔</w:t>
      </w:r>
    </w:p>
    <w:p>
      <w:r>
        <w:rPr>
          <w:b/>
        </w:rPr>
        <w:t xml:space="preserve">[33:32] </w:t>
      </w:r>
      <w:r>
        <w:t>phir wahan doosra maqbara hai Mumtaz Mahal ka, jis ko Taj Mahal kehte hain.</w:t>
      </w:r>
    </w:p>
    <w:p>
      <w:pPr>
        <w:jc w:val="right"/>
      </w:pPr>
      <w:r>
        <w:t>پھر وہاں دوسرا مقبرہ ہے ممتاز محل کا، جس کو تاج محل کہتے ہیں۔</w:t>
      </w:r>
    </w:p>
    <w:p>
      <w:r>
        <w:rPr>
          <w:b/>
        </w:rPr>
        <w:t xml:space="preserve">[33:38] </w:t>
      </w:r>
      <w:r>
        <w:t>to ab Taj Mahal aur Sikandra yeh yeh badshahon ki cheezein hain, hamare liye yeh sab cheezein hamare liye nahi hain. To badshahi daur mein log samajhte the ke mahal mein to badshah rehte hain, azeem shaan maqbare badshahon ke liye bante hain,</w:t>
      </w:r>
    </w:p>
    <w:p>
      <w:pPr>
        <w:jc w:val="right"/>
      </w:pPr>
      <w:r>
        <w:t>تو اب تاج محل اور سکندرا یہ یہ بادشاہوں کی چیزیں ہیں، ہمارے لیے یہ سب چیزیں ہمارے لیے نہیں ہیں۔ تو بادشاہی دور میں لوگ سمجھتے تھے کہ محل میں تو بادشاہ رہتے ہیں، عظیم شان مقبرے بادشاہوں کے لیے بنتے ہیں،</w:t>
      </w:r>
    </w:p>
    <w:p>
      <w:r>
        <w:rPr>
          <w:b/>
        </w:rPr>
        <w:t xml:space="preserve">[33:56] </w:t>
      </w:r>
      <w:r>
        <w:t>aur bare bare qale badshahon ke liye hote hain. Hum hum hamara hamare liye sab cheezein nahi hain. Yeh tha mindset in ka.</w:t>
      </w:r>
    </w:p>
    <w:p>
      <w:pPr>
        <w:jc w:val="right"/>
      </w:pPr>
      <w:r>
        <w:t>اور بڑے بڑے قلعے بادشاہوں کے لیے ہوتے ہیں۔ ہم ہم ہمارا ہمارے لیے سب چیزیں نہیں ہیں۔ یہ تھا مائنڈ سیٹ ان کا۔</w:t>
      </w:r>
    </w:p>
    <w:p>
      <w:r>
        <w:rPr>
          <w:b/>
        </w:rPr>
        <w:t xml:space="preserve">[34:04] </w:t>
      </w:r>
      <w:r>
        <w:t>is mindset ko le kar Islam mein dakhil ho gaye. Ab kya hua ke bari bari baatein to sirf peghambar ke liye hain, woh khasaas nabwi hain,</w:t>
      </w:r>
    </w:p>
    <w:p>
      <w:pPr>
        <w:jc w:val="right"/>
      </w:pPr>
      <w:r>
        <w:t>اس مائنڈ سیٹ کو لے کر اسلام میں داخل ہو گئے۔ اب کیا ہوا کہ بڑی بڑی باتیں تو صرف پیغمبر کے لیے ہیں، وہ خصاص نبوی ہیں،</w:t>
      </w:r>
    </w:p>
    <w:p>
      <w:r>
        <w:rPr>
          <w:b/>
        </w:rPr>
        <w:t xml:space="preserve">[34:13] </w:t>
      </w:r>
      <w:r>
        <w:t>woh khasaas nabwi hamare liye kuch nahi hai. Khasaas nabwi ka lafz apne aap mein ek mubtadiyana lafz hai.</w:t>
      </w:r>
    </w:p>
    <w:p>
      <w:pPr>
        <w:jc w:val="right"/>
      </w:pPr>
      <w:r>
        <w:t>وہ خصاص نبوی ہمارے لیے کچھ نہیں ہے۔ خصاص نبوی کا لفظ اپنے آپ میں ایک مبتدیانہ لفظ ہے۔</w:t>
      </w:r>
    </w:p>
    <w:p>
      <w:r>
        <w:rPr>
          <w:b/>
        </w:rPr>
        <w:t xml:space="preserve">[34:23] </w:t>
      </w:r>
      <w:r>
        <w:t>saari cheezein Allah ne sab ke liye banai hain, aala marifat sab ke liye hai, khalq azeem sab ke liye hai, rizq rabb sab ke liye hai, fath mobeen sab ke liye hai.</w:t>
      </w:r>
    </w:p>
    <w:p>
      <w:pPr>
        <w:jc w:val="right"/>
      </w:pPr>
      <w:r>
        <w:t>ساری چیزیں اللہ نے سب کے لیے بنائی ہیں، اعلیٰ معرفت سب کے لیے ہے، خلق عظیم سب کے لیے ہے، رزق رب سب کے لیے ہے، فتح مبین سب کے لیے۔</w:t>
      </w:r>
    </w:p>
    <w:p>
      <w:r>
        <w:rPr>
          <w:b/>
        </w:rPr>
        <w:t xml:space="preserve">[34:37] </w:t>
      </w:r>
      <w:r>
        <w:t>to yeh matlab hai is hadees ka ke tum Islam mein dakhil ho jaoge kalma padh kar, lekin mindset nahi badlega. Is liye wohi ke bhai phir isi par qaim rahoge, isi par.</w:t>
      </w:r>
    </w:p>
    <w:p>
      <w:pPr>
        <w:jc w:val="right"/>
      </w:pPr>
      <w:r>
        <w:t>تو یہ مطلب ہے اس حدیث کا کہ تم اسلام میں داخل ہو جاؤ گے کلمہ پڑھ کر، لیکن مائنڈ سیٹ نہیں بدلے گا۔ اس لیے وہی کہ بھئی پھر اسی پر قائم رہو گے، اسی پر۔</w:t>
      </w:r>
    </w:p>
    <w:p>
      <w:r>
        <w:rPr>
          <w:b/>
        </w:rPr>
        <w:t xml:space="preserve">[34:47] </w:t>
      </w:r>
      <w:r>
        <w:t>to yeh dekh lijiye, aap isi par qaim hain, aaj tak qaim hain, abhi bhi is se bahar nahi nikle.</w:t>
      </w:r>
    </w:p>
    <w:p>
      <w:pPr>
        <w:jc w:val="right"/>
      </w:pPr>
      <w:r>
        <w:t>تو یہ دیکھ لیجئے، آپ اسی پر قائم ہیں، آج تک قائم ہیں، ابھی بھی اس سے باہر نہیں نکلے۔</w:t>
      </w:r>
    </w:p>
    <w:p>
      <w:r>
        <w:rPr>
          <w:b/>
        </w:rPr>
        <w:t xml:space="preserve">[35:00] </w:t>
      </w:r>
      <w:r>
        <w:t>to yeh bohat zyada sochne ki baat hai ke aap ko deen ka kya mila hai</w:t>
      </w:r>
    </w:p>
    <w:p>
      <w:pPr>
        <w:jc w:val="right"/>
      </w:pPr>
      <w:r>
        <w:t>تو یہ بہت زیادہ سوچنے کی بات ہے کہ آپ کو دین کا کیا ملا ہے</w:t>
      </w:r>
    </w:p>
    <w:p>
      <w:r>
        <w:rPr>
          <w:b/>
        </w:rPr>
        <w:t xml:space="preserve">[35:06] </w:t>
      </w:r>
      <w:r>
        <w:t>? qashar mila hai. Qashar dekhiye, aap mislan badam lijiye, aap is ke oopar ek khol hota hai, karkra, us ko log tod tod ke phenk dete hain.</w:t>
      </w:r>
    </w:p>
    <w:p>
      <w:pPr>
        <w:jc w:val="right"/>
      </w:pPr>
      <w:r>
        <w:t>؟ قشر ملا ہے۔ قشر دیکھیے، آپ مثلاً بادام لیجئے، آپ اس کے اوپر ایک خول ہوتا ہے، کڑکڑا، اس کو لوگ توڑ توڑ کے پھینک دیتے ہیں۔</w:t>
      </w:r>
    </w:p>
    <w:p>
      <w:r>
        <w:rPr>
          <w:b/>
        </w:rPr>
        <w:t xml:space="preserve">[35:16] </w:t>
      </w:r>
      <w:r>
        <w:t>andar ka jo maghz hota hai, us ko khate hain. Aisi har meway ka hota hai. To us waqt musalmanon ka deen ka qashar mila hua hai,</w:t>
      </w:r>
    </w:p>
    <w:p>
      <w:pPr>
        <w:jc w:val="right"/>
      </w:pPr>
      <w:r>
        <w:t>اندر کا جو مغز ہوتا ہے، اس کو کھاتے ہیں۔ ایسی ہر میوے کا ہوتا ہے۔ تو اس وقت مسلمانوں کا دین کا قشر ملا ہوا ہے،</w:t>
      </w:r>
    </w:p>
    <w:p>
      <w:r>
        <w:rPr>
          <w:b/>
        </w:rPr>
        <w:t xml:space="preserve">[35:30] </w:t>
      </w:r>
      <w:r>
        <w:t>aur jo maghz hai, woh woh samajhte hain ke woh to khasaas nabwi mein se hai,</w:t>
      </w:r>
    </w:p>
    <w:p>
      <w:pPr>
        <w:jc w:val="right"/>
      </w:pPr>
      <w:r>
        <w:t>اور جو مغز ہے، وہ وہ سمجھتے ہیں کہ وہ تو خصاص نبوی میں سے ہے،</w:t>
      </w:r>
    </w:p>
    <w:p>
      <w:r>
        <w:rPr>
          <w:b/>
        </w:rPr>
        <w:t xml:space="preserve">[35:35] </w:t>
      </w:r>
      <w:r>
        <w:t>jaise badshahon ke zamane mein har cheez jo aala hoti thi, sab badshah ko milti thi, aam logon ko nahi milti thi.</w:t>
      </w:r>
    </w:p>
    <w:p>
      <w:pPr>
        <w:jc w:val="right"/>
      </w:pPr>
      <w:r>
        <w:t>جیسے بادشاہوں کے زمانے میں ہر چیز جو اعلیٰ ہوتی تھی، سب بادشاہ کو ملتی تھی، عام لوگوں کو نہیں ملتی تھی۔</w:t>
      </w:r>
    </w:p>
    <w:p>
      <w:r>
        <w:rPr>
          <w:b/>
        </w:rPr>
        <w:t xml:space="preserve">[35:46] </w:t>
      </w:r>
      <w:r>
        <w:t>kitna bara nuqsan yeh hai ji, kitna bara nuqsan hai yeh.</w:t>
      </w:r>
    </w:p>
    <w:p>
      <w:pPr>
        <w:jc w:val="right"/>
      </w:pPr>
      <w:r>
        <w:t>کتنا بڑا نقصان یہ ہے جی، کتنا بڑا نقصان ہے یہ۔</w:t>
      </w:r>
    </w:p>
    <w:p>
      <w:r>
        <w:rPr>
          <w:b/>
        </w:rPr>
        <w:t xml:space="preserve">[35:54] </w:t>
      </w:r>
      <w:r>
        <w:t>yaad rakhiye, Rasool Allah Sal Allahu Alaihi Wasallam har aitbaar se aap ke liye namoona the, har aitbaar se,</w:t>
      </w:r>
    </w:p>
    <w:p>
      <w:pPr>
        <w:jc w:val="right"/>
      </w:pPr>
      <w:r>
        <w:t>یاد رکھیے، رسول اللہ صلی اللہ علیہ وسلم ہر اعتبار سے آپ کے لیے نمونہ تھے، ہر اعتبار سے،</w:t>
      </w:r>
    </w:p>
    <w:p>
      <w:r>
        <w:rPr>
          <w:b/>
        </w:rPr>
        <w:t xml:space="preserve">[36:01] </w:t>
      </w:r>
      <w:r>
        <w:t>siwa is kisi aisi chand cheezon ke jahan sarahatan bata diya gaya ho ke yeh sirf rasool ke liye hain.</w:t>
      </w:r>
    </w:p>
    <w:p>
      <w:pPr>
        <w:jc w:val="right"/>
      </w:pPr>
      <w:r>
        <w:t>سوا اس کسی ایسی چند چیزوں کے جہاں صراحتاً بتا دیا گیا ہو کہ یہ صرف رسول کے لیے ہیں۔</w:t>
      </w:r>
    </w:p>
    <w:p>
      <w:r>
        <w:rPr>
          <w:b/>
        </w:rPr>
        <w:t xml:space="preserve">[36:10] </w:t>
      </w:r>
      <w:r>
        <w:t>misalan Jibrael Rasool Allah ke paas aate the, to Jibrael ka aana rasool ke liye hai. Hamare paas Jibrael nahi aayenge. Farishta Jibrael jo hai, woh Rasool Allah Sal Allahu Alaihi Wasallam ke paas aata tha, to woh Rasool Allah ke liye hai, woh is ka, woh woh Rasool Allah ki sifat hai.</w:t>
      </w:r>
    </w:p>
    <w:p>
      <w:pPr>
        <w:jc w:val="right"/>
      </w:pPr>
      <w:r>
        <w:t>مثلاً جبرائیل رسول اللہ کے پاس آتے تھے، تو جبرائیل کا آنا رسول کے لیے ہے۔ ہمارے پاس جبرائیل نہیں آئیں گے۔ فرشتہ جبرائیل جو ہے، وہ رسول اللہ صلی اللہ علیہ وسلم کے پاس آتا تھا، تو وہ رسول اللہ کے لیے ہے، وہ اس کا، وہ وہ رسول اللہ کی صفت ہے۔</w:t>
      </w:r>
    </w:p>
    <w:p>
      <w:r>
        <w:rPr>
          <w:b/>
        </w:rPr>
        <w:t xml:space="preserve">[36:30] </w:t>
      </w:r>
      <w:r>
        <w:t>lekin aur jitni cheezein hain, nematein hain Allah Ta'ala ki, woh sab sab ke liye hain. Rizq rabb bhi aap ke liye hai, fath mobeen bhi aap ke liye hai,</w:t>
      </w:r>
    </w:p>
    <w:p>
      <w:pPr>
        <w:jc w:val="right"/>
      </w:pPr>
      <w:r>
        <w:t>لیکن اور جتنی چیزیں ہیں، نعمتیں ہیں اللہ تعالیٰ کی، وہ سب سب کے لیے ہیں۔ رزق رب بھی آپ کے لیے ہے، فتح مبین بھی آپ کے لیے ہے،</w:t>
      </w:r>
    </w:p>
    <w:p>
      <w:r>
        <w:rPr>
          <w:b/>
        </w:rPr>
        <w:t xml:space="preserve">[36:43] </w:t>
      </w:r>
      <w:r>
        <w:t>bashart ke aap apne mindset ko badlein aur sahi andaaz se sochein. Tab yeh sab aap ke liye hoga,</w:t>
      </w:r>
    </w:p>
    <w:p>
      <w:pPr>
        <w:jc w:val="right"/>
      </w:pPr>
      <w:r>
        <w:t>بشرط کہ آپ اپنے مائنڈ سیٹ کو بدلیں اور صحیح انداز سے سوچیں۔ تب یہ سب آپ کے لیے ہوگا،</w:t>
      </w:r>
    </w:p>
    <w:p>
      <w:r>
        <w:rPr>
          <w:b/>
        </w:rPr>
        <w:t xml:space="preserve">[36:56] </w:t>
      </w:r>
      <w:r>
        <w:t>tab yeh sab aap ke liye hoga.</w:t>
      </w:r>
    </w:p>
    <w:p>
      <w:pPr>
        <w:jc w:val="right"/>
      </w:pPr>
      <w:r>
        <w:t>تب یہ سب آپ کے لیے ہوگا۔</w:t>
      </w:r>
    </w:p>
    <w:p>
      <w:r>
        <w:rPr>
          <w:b/>
        </w:rPr>
        <w:t xml:space="preserve">[37:01] </w:t>
      </w:r>
      <w:r>
        <w:t>kisi ajeeb surat-e-haal hai ke yani chahe yani shakhsi zindagi ho ya millat ki zindagi ho, ijtamai misaal ho, mein har jagah musalman jo hain,</w:t>
      </w:r>
    </w:p>
    <w:p>
      <w:pPr>
        <w:jc w:val="right"/>
      </w:pPr>
      <w:r>
        <w:t>کیسی عجیب صورتحال ہے کہ یعنی چاہے یعنی شخصی زندگی ہو یا ملت کی زندگی ہو، اجتماعی مثال ہو، میں ہر جگہ مسلمان جو ہیں،</w:t>
      </w:r>
    </w:p>
    <w:p>
      <w:r>
        <w:rPr>
          <w:b/>
        </w:rPr>
        <w:t xml:space="preserve">[37:17] </w:t>
      </w:r>
      <w:r>
        <w:t>rasool ka partner chhod kar doosra partner liye hue hain.</w:t>
      </w:r>
    </w:p>
    <w:p>
      <w:pPr>
        <w:jc w:val="right"/>
      </w:pPr>
      <w:r>
        <w:t>رسول کا پارٹنر چھوڑ کر دوسرا پارٹنر لیے ہوئے ہیں۔</w:t>
      </w:r>
    </w:p>
    <w:p>
      <w:r>
        <w:rPr>
          <w:b/>
        </w:rPr>
        <w:t xml:space="preserve">[37:21] </w:t>
      </w:r>
      <w:r>
        <w:t>jaise misaal ke taur par dekhiye, zamane mein saare musalman jo hain, baat karte hain huqooq ki, huqooq ke musalmanon ko huqooq nahi mil rahe hain, musalmanon ko huqooq mehroom kar diya gaya hai.</w:t>
      </w:r>
    </w:p>
    <w:p>
      <w:pPr>
        <w:jc w:val="right"/>
      </w:pPr>
      <w:r>
        <w:t>جیسے مثال کے طور پر دیکھیے، زمانے میں سارے مسلمان جو ہیں، بات کرتے ہیں حقوق کی، حقوق کہ مسلمانوں کو حقوق نہیں مل رہے ہیں، مسلمانوں کو حقوق محروم کر دیا گیا ہے۔</w:t>
      </w:r>
    </w:p>
    <w:p>
      <w:r>
        <w:rPr>
          <w:b/>
        </w:rPr>
        <w:t xml:space="preserve">[37:31] </w:t>
      </w:r>
      <w:r>
        <w:t>yeh huqooq kya cheez hai? yani yeh jo human right ka jo concept hai, yeh secular tehzeeb ka concept hai, Islam ka concept nahi hai.</w:t>
      </w:r>
    </w:p>
    <w:p>
      <w:pPr>
        <w:jc w:val="right"/>
      </w:pPr>
      <w:r>
        <w:t>یہ حقوق کیا چیز ہے؟ یعنی یہ جو ہیومن رائٹ کا جو کانسیپٹ ہے، یہ سیکولر تہذیب کا کانسیپٹ ہے، اسلام کا کانسیپٹ نہیں ہے۔</w:t>
      </w:r>
    </w:p>
    <w:p>
      <w:r>
        <w:rPr>
          <w:b/>
        </w:rPr>
        <w:t xml:space="preserve">[37:42] </w:t>
      </w:r>
      <w:r>
        <w:t>yeh</w:t>
      </w:r>
    </w:p>
    <w:p>
      <w:pPr>
        <w:jc w:val="right"/>
      </w:pPr>
      <w:r>
        <w:t>یہ</w:t>
      </w:r>
    </w:p>
    <w:p>
      <w:r>
        <w:rPr>
          <w:b/>
        </w:rPr>
        <w:t xml:space="preserve">[37:43] </w:t>
      </w:r>
      <w:r>
        <w:t>human right activism, saare muslim leader jo hain, right ke naam par musalmanon ke huqooq ka jhanda uthaye hue hain. yeh Islam ka tareeqa nahi hai.</w:t>
      </w:r>
    </w:p>
    <w:p>
      <w:pPr>
        <w:jc w:val="right"/>
      </w:pPr>
      <w:r>
        <w:t>ہیومن رائٹ ایکٹیوزم، سارے مسلم لیڈر جو ہیں، رائٹ کے نام پر مسلمانوں کے حقوق کا جھنڈا اٹھائے ہوئے ہیں۔ یہ اسلام کا طریقہ نہیں ہے۔</w:t>
      </w:r>
    </w:p>
    <w:p>
      <w:r>
        <w:rPr>
          <w:b/>
        </w:rPr>
        <w:t xml:space="preserve">[37:54] </w:t>
      </w:r>
      <w:r>
        <w:t>Islam ka tareeqa to yeh hai ke hadees mein aata hai ke</w:t>
      </w:r>
    </w:p>
    <w:p>
      <w:pPr>
        <w:jc w:val="right"/>
      </w:pPr>
      <w:r>
        <w:t>اسلام کا طریقہ تو یہ ہے کہ حدیث میں آتا ہے کہ</w:t>
      </w:r>
    </w:p>
    <w:p>
      <w:r>
        <w:rPr>
          <w:b/>
        </w:rPr>
        <w:t xml:space="preserve">[38:01] </w:t>
      </w:r>
      <w:r>
        <w:t>ado ilayhim haqquhum wa sallu Allah haqqakum. un ka haq un ko do aur tumhara haq jo hai, us ko Allah se maango.</w:t>
      </w:r>
    </w:p>
    <w:p>
      <w:pPr>
        <w:jc w:val="right"/>
      </w:pPr>
      <w:r>
        <w:t>ادو الیہم حقہم وصلو اللہ حقکم ۔ ان کا حق ان کو دو اور تمہارا حق جو ہے، اس کو اللہ سے مانگو۔</w:t>
      </w:r>
    </w:p>
    <w:p>
      <w:r>
        <w:rPr>
          <w:b/>
        </w:rPr>
        <w:t xml:space="preserve">[38:14] </w:t>
      </w:r>
      <w:r>
        <w:t>un ka haq un ko do, apna haq Allah se maango. is ka matlab kya hua? agar hum ek society mein hain, ek mulk mein hain, ek samaaj mein hain, to jo haq hamare upar aata hai samaaj ka, us ko hum bharpoor ada karein aur jo hum chahte hain, us ke liye mehnat karein.</w:t>
      </w:r>
    </w:p>
    <w:p>
      <w:pPr>
        <w:jc w:val="right"/>
      </w:pPr>
      <w:r>
        <w:t>ان کا حق ان کو دو، اپنا حق اللہ سے مانگو۔ اس کا مطلب کیا ہوا؟ اگر ہم ایک سوسائٹی میں ہیں، ایک ملک میں ہیں، ایک سماج میں ہیں، تو جو حق ہمارے اوپر آتا ہے سماج کا، اس کو ہم بھرپور ادا کریں اور جو ہم چاہتے ہیں، اس کے لیے محنت کریں۔</w:t>
      </w:r>
    </w:p>
    <w:p>
      <w:r>
        <w:rPr>
          <w:b/>
        </w:rPr>
        <w:t xml:space="preserve">[38:32] </w:t>
      </w:r>
      <w:r>
        <w:t>mehnat, hard labor,</w:t>
      </w:r>
    </w:p>
    <w:p>
      <w:pPr>
        <w:jc w:val="right"/>
      </w:pPr>
      <w:r>
        <w:t>محنت، ہارڈ لیبر،</w:t>
      </w:r>
    </w:p>
    <w:p>
      <w:r>
        <w:rPr>
          <w:b/>
        </w:rPr>
        <w:t xml:space="preserve">[38:37] </w:t>
      </w:r>
      <w:r>
        <w:t>Allah se par bharosa karte hue hard labor karein.</w:t>
      </w:r>
    </w:p>
    <w:p>
      <w:pPr>
        <w:jc w:val="right"/>
      </w:pPr>
      <w:r>
        <w:t>اللہ سے پر بھروسہ کرتے ہوئے ہارڈ لیبر کریں۔</w:t>
      </w:r>
    </w:p>
    <w:p>
      <w:r>
        <w:rPr>
          <w:b/>
        </w:rPr>
        <w:t xml:space="preserve">[38:40] </w:t>
      </w:r>
      <w:r>
        <w:t>kehta hai, bada yeh formula hai ke society ke liye, society ki taraf se tumhare par jo huqooq aate hain, us ko bharpoor ada karo.</w:t>
      </w:r>
    </w:p>
    <w:p>
      <w:pPr>
        <w:jc w:val="right"/>
      </w:pPr>
      <w:r>
        <w:t>کہتا ہے، بڑا یہ فارمولا ہے کہ سوسائٹی کے لیے، سوسائٹی کی طرف سے تمہارے پر جو حقوق آتے ہیں، اس کو بھرپور ادا کرو۔</w:t>
      </w:r>
    </w:p>
    <w:p>
      <w:r>
        <w:rPr>
          <w:b/>
        </w:rPr>
        <w:t xml:space="preserve">[38:51] </w:t>
      </w:r>
      <w:r>
        <w:t>is mein kami mat karo, lekin jo tum chahte ho apne liye, us ke liye hard labor karo, us ke liye planning karo, us ke liye apni koshishein karo aur Allah se dua karo.</w:t>
      </w:r>
    </w:p>
    <w:p>
      <w:pPr>
        <w:jc w:val="right"/>
      </w:pPr>
      <w:r>
        <w:t>اس میں کمی مت کرو، لیکن جو تم چاہتے ہو اپنے لیے، اس کے لیے ہارڈ لیبر کرو، اس کے لیے پلاننگ کرو، اس کے لیے اپنی کوششیں کرو اور اللہ سے دعا کرو۔</w:t>
      </w:r>
    </w:p>
    <w:p>
      <w:r>
        <w:rPr>
          <w:b/>
        </w:rPr>
        <w:t xml:space="preserve">[39:07] </w:t>
      </w:r>
      <w:r>
        <w:t>lekin ab ab kya ho raha hai?</w:t>
      </w:r>
    </w:p>
    <w:p>
      <w:pPr>
        <w:jc w:val="right"/>
      </w:pPr>
      <w:r>
        <w:t>لیکن اب اب کیا ہو رہا ہے؟</w:t>
      </w:r>
    </w:p>
    <w:p>
      <w:r>
        <w:rPr>
          <w:b/>
        </w:rPr>
        <w:t xml:space="preserve">[39:10] </w:t>
      </w:r>
      <w:r>
        <w:t>ab kya ho raha hai? ab sirf saara saara musalmanon ki jo politics hai, jo musalmanon ki jo tareeqe hain, woh sab chal rahe hain kis cheez par?</w:t>
      </w:r>
    </w:p>
    <w:p>
      <w:pPr>
        <w:jc w:val="right"/>
      </w:pPr>
      <w:r>
        <w:t>اب کیا ہو رہا ہے؟ اب صرف سارا سارا مسلمانوں کی جو پولیٹکس ہے، جو مسلمانوں کی جو طریقے ہیں، وہ سب چل رہے ہیں کس چیز پر؟</w:t>
      </w:r>
    </w:p>
    <w:p>
      <w:r>
        <w:rPr>
          <w:b/>
        </w:rPr>
        <w:t xml:space="preserve">[39:20] </w:t>
      </w:r>
      <w:r>
        <w:t>wohi human right ke pattern par. hamare huqooq do, hamare huqooq ko chheen rakha hai. huqooq talbi ki muhim chala rahe hain. is waqt saari muslim leadership jo hai, woh huqooq talbi ki muhim chala rahi hai.</w:t>
      </w:r>
    </w:p>
    <w:p>
      <w:pPr>
        <w:jc w:val="right"/>
      </w:pPr>
      <w:r>
        <w:t>وہی ہیومن رائٹ کے پیٹرن پر۔ ہمارے حقوق دو، ہمارے حقوق کو چھین رکھا ہے۔ حقوق طلبی کی مہم چلا رہے ہیں۔ اس وقت ساری مسلم لیڈرشپ جو ہے، وہ حقوق طلبی کی مہم چلا رہی ہے۔</w:t>
      </w:r>
    </w:p>
    <w:p>
      <w:r>
        <w:rPr>
          <w:b/>
        </w:rPr>
        <w:t xml:space="preserve">[39:33] </w:t>
      </w:r>
      <w:r>
        <w:t>huqooq maangna,</w:t>
      </w:r>
    </w:p>
    <w:p>
      <w:pPr>
        <w:jc w:val="right"/>
      </w:pPr>
      <w:r>
        <w:t>حقوق مانگنا،</w:t>
      </w:r>
    </w:p>
    <w:p>
      <w:r>
        <w:rPr>
          <w:b/>
        </w:rPr>
        <w:t xml:space="preserve">[39:39] </w:t>
      </w:r>
      <w:r>
        <w:t>is ka nateeja kya hai? musalman peeche reh gaye hain. musalmanon ka jo backwardness hai, maujooda zamane mein backwardness wohi hai. saari duniya mein musalman ek backward community ban gaye hain.</w:t>
      </w:r>
    </w:p>
    <w:p>
      <w:pPr>
        <w:jc w:val="right"/>
      </w:pPr>
      <w:r>
        <w:t>اس کا نتیجہ کیا ہے؟ مسلمان پیچھے رہ گئے ہیں۔ مسلمانوں کا جو بیکورڈنس ہے، موجودہ زمانے میں بیکورڈنس وہ یہی ہے۔ ساری دنیا میں مسلمان ایک بیکورڈ کمیونٹی بنے گئے ہیں۔</w:t>
      </w:r>
    </w:p>
    <w:p>
      <w:r>
        <w:rPr>
          <w:b/>
        </w:rPr>
        <w:t xml:space="preserve">[39:51] </w:t>
      </w:r>
      <w:r>
        <w:t>khud apni zabaan se woh kehte hain ke hum ko duniya ne second secular citizen bana diya hai. to wajah kya hai? wajah yeh hai ke unhon ne woh pattern jo paighambar ne diya tha, us ko chhod diya hai aur jo pattern duniya walon ka hai, us ko ikhtiyar kar liya hai.</w:t>
      </w:r>
    </w:p>
    <w:p>
      <w:pPr>
        <w:jc w:val="right"/>
      </w:pPr>
      <w:r>
        <w:t>خود اپنی زبان سے وہ کہتے ہیں کہ ہم کو دنیا نے سیکنڈ سیکولر سٹیزن بنا دیا ہے۔ تو وجہ کیا ہے؟ وجہ یہ ہے کہ انہوں نے وہ پیٹرن جو پیغمبر نے دیا تھا، اس کو چھوڑ دیا ہے اور جو پیٹرن دنیا والوں کا ہے، اس کو اختیار کر لیا ہے۔</w:t>
      </w:r>
    </w:p>
    <w:p>
      <w:r>
        <w:rPr>
          <w:b/>
        </w:rPr>
        <w:t xml:space="preserve">[40:16] </w:t>
      </w:r>
      <w:r>
        <w:t>to yeh jo hadees jo hai, yeh hadees Musnad Ahmad mein maujood hai, aap is ko padh lijiye ke log Islam mein dakhil honge, fouj dar fouj, aur phir is se nikal bhi jayenge, fouj dar fouj.</w:t>
      </w:r>
    </w:p>
    <w:p>
      <w:pPr>
        <w:jc w:val="right"/>
      </w:pPr>
      <w:r>
        <w:t>تو یہ جو حدیث جو ہے، یہ حدیث مسند احمد میں موجود ہے، آپ اس کو پڑھ لیجئے کہ لوگ اسلام میں داخل ہوں گے، فوج در فوج، اور پھر اس سے نکل بھی جائیں گے، فوج در فوج۔</w:t>
      </w:r>
    </w:p>
    <w:p>
      <w:r>
        <w:rPr>
          <w:b/>
        </w:rPr>
        <w:t xml:space="preserve">[40:31] </w:t>
      </w:r>
      <w:r>
        <w:t>to log yeh samajhte hain ke jis tarah aana hoga, kalma padh kar, is tarah jaana bhi hoga, kalma chhod kar ke. yani irtidad, yeh matlab nahi hai is ka.</w:t>
      </w:r>
    </w:p>
    <w:p>
      <w:pPr>
        <w:jc w:val="right"/>
      </w:pPr>
      <w:r>
        <w:t>تو لوگ یہ سمجھتے ہیں کہ جس طرح آنا ہوگا، کلمہ پڑھ کر، اس طرح جانا بھی ہوگا، کلمہ چھوڑ کر کے۔ یعنی ارتداد، یہ مطلب نہیں ہے اس کا۔</w:t>
      </w:r>
    </w:p>
    <w:p>
      <w:r>
        <w:rPr>
          <w:b/>
        </w:rPr>
        <w:t xml:space="preserve">[40:43] </w:t>
      </w:r>
      <w:r>
        <w:t>aana hoga, kalma padh kar ke, aur kalma padh kar baqi bhi rahenge isi mein, lekin isi fold mein. lekin apne mindset ke aitbaar se, apni thinking ke aitbaar se, apni soch ke aitbaar se, yani thinking pattern ke aitbaar se,</w:t>
      </w:r>
    </w:p>
    <w:p>
      <w:pPr>
        <w:jc w:val="right"/>
      </w:pPr>
      <w:r>
        <w:t>آنا ہوگا، کلمہ پڑھ کر کے، اور کلمہ پڑھ کر باقی بھی رہیں گے اسی میں، لیکن اسی فولڈ میں۔ لیکن اپنے مائنڈ سیٹ کے اعتبار سے، اپنی تھنکنگ کے اعتبار سے، اپنی سوچ کے اعتبار سے، یعنی تھنکنگ پیٹرن کے اعتبار سے،</w:t>
      </w:r>
    </w:p>
    <w:p>
      <w:r>
        <w:rPr>
          <w:b/>
        </w:rPr>
        <w:t xml:space="preserve">[40:58] </w:t>
      </w:r>
      <w:r>
        <w:t>woh isi yeh hain ke isi qadeem mindset par hain. yani thinking pattern nahi badlega, kalma badal jayega, lekin thinking pattern wahi ka wahi rahe</w:t>
      </w:r>
    </w:p>
    <w:p>
      <w:pPr>
        <w:jc w:val="right"/>
      </w:pPr>
      <w:r>
        <w:t>وہ اسی یہ ہیں کہ اسی قدیم مائنڈ سیٹ پر ہیں۔ یعنی تھنکنگ پیٹرن نہیں بدلے گا، کلمہ بدل جائے گا، لیکن تھنکنگ پیٹرن وہی کا وہی رہے</w:t>
      </w:r>
    </w:p>
    <w:p>
      <w:r>
        <w:rPr>
          <w:b/>
        </w:rPr>
        <w:t xml:space="preserve">[41:09] </w:t>
      </w:r>
      <w:r>
        <w:t>ga. yeh matlab hai is ki wajah se unhein beshumar nuksaan bhugatna padega. unhein woh bhugat rahe hain.</w:t>
      </w:r>
    </w:p>
    <w:p>
      <w:pPr>
        <w:jc w:val="right"/>
      </w:pPr>
      <w:r>
        <w:t>گا۔ یہ مطلب ہے اس کی وجہ سے انہیں بے شمار نقصان بھگتنا پڑے گا۔ انہیں وہ بھگت رہے ہیں۔</w:t>
      </w:r>
    </w:p>
    <w:p>
      <w:r>
        <w:rPr>
          <w:b/>
        </w:rPr>
        <w:t xml:space="preserve">[41:26] </w:t>
      </w:r>
      <w:r>
        <w:t>to hamare jo saathi hain, jo CPS ke hazraat hain, un ka yeh, un ka bahut bada zimmedari hai ke woh logon ko yeh baat batayein aur logon ke mindset ko durust karne ki koshish karein.</w:t>
      </w:r>
    </w:p>
    <w:p>
      <w:pPr>
        <w:jc w:val="right"/>
      </w:pPr>
      <w:r>
        <w:t>تو ہمارے جو ساتھی ہیں، جو سی پی ایس کے حضرات ہیں، ان کا یہ، ان کا بہت بڑا ذمہ داری ہے کہ وہ لوگوں کو یہ بات بتائیں اور لوگوں کے مائنڈ سیٹ کو درست کرنے کی کوشش کریں۔</w:t>
      </w:r>
    </w:p>
    <w:p>
      <w:r>
        <w:rPr>
          <w:b/>
        </w:rPr>
        <w:t xml:space="preserve">[41:50] </w:t>
      </w:r>
      <w:r>
        <w:t>jab yeh halat aa jaye ke log kalma parh kar islam ke fold mein aa gaye hon, lekin mind set wahi ka wahi ho, to dekhen, kalma parhwana se kaam nahi chalega.</w:t>
      </w:r>
    </w:p>
    <w:p>
      <w:pPr>
        <w:jc w:val="right"/>
      </w:pPr>
      <w:r>
        <w:t>جب یہ حالت آ جائے کہ لوگ کلمہ پڑھ کر اسلام کے فولڈ میں آ گئے ہوں، لیکن مائنڈ سیٹ وہی کا وہی ہو، تو دیکھیں، کلمہ پڑھوانا سے کام نہیں چلے گا۔</w:t>
      </w:r>
    </w:p>
    <w:p>
      <w:r>
        <w:rPr>
          <w:b/>
        </w:rPr>
        <w:t xml:space="preserve">[42:02] </w:t>
      </w:r>
      <w:r>
        <w:t>aaj kal kuch jamaatein kaam kar rahi hain ke woh kalma parhwati hain, yani is ki tasheeh karti hain. kahin jayenge, kahin kalma parho, is ka sahi sahi, is ka talaffuz badalti hai to sahi karenge.</w:t>
      </w:r>
    </w:p>
    <w:p>
      <w:pPr>
        <w:jc w:val="right"/>
      </w:pPr>
      <w:r>
        <w:t>آج کل کچھ جماعتیں کام کر رہی ہیں کہ وہ کلمہ پڑھواتی ہیں، یعنی اس کی تصحیح کرتی ہیں۔ کہیں جائیں گے، کہیں کلمہ پڑھو، اس کا صحیح صحیح، اس کا تلفظ بدلتی ہے تو صحیح کریں گے۔</w:t>
      </w:r>
    </w:p>
    <w:p>
      <w:r>
        <w:rPr>
          <w:b/>
        </w:rPr>
        <w:t xml:space="preserve">[42:12] </w:t>
      </w:r>
      <w:r>
        <w:t>is ko yeh kafi nahi hai. aap ko in ke mind set ko badalna padega.</w:t>
      </w:r>
    </w:p>
    <w:p>
      <w:pPr>
        <w:jc w:val="right"/>
      </w:pPr>
      <w:r>
        <w:t>اس کو یہ کافی نہیں ہے۔ آپ کو ان کے مائنڈ سیٹ کو بدلنا پڑے گا۔</w:t>
      </w:r>
    </w:p>
    <w:p>
      <w:r>
        <w:rPr>
          <w:b/>
        </w:rPr>
        <w:t xml:space="preserve">[42:20] </w:t>
      </w:r>
      <w:r>
        <w:t>to aap ki yeh zimmedari hai ke islah ummat ke kaam ko yahan se shuru karen, in ke mind set ko badalne se shuru karen.</w:t>
      </w:r>
    </w:p>
    <w:p>
      <w:pPr>
        <w:jc w:val="right"/>
      </w:pPr>
      <w:r>
        <w:t>تو آپ کی یہ ذمہ داری ہے کہ اصلاح امت کے کام کو یہاں سے شروع کریں، ان کے مائنڈ سیٹ کو بدلنے سے شروع کریں۔</w:t>
      </w:r>
    </w:p>
    <w:p>
      <w:r>
        <w:rPr>
          <w:b/>
        </w:rPr>
        <w:t xml:space="preserve">[42:30] </w:t>
      </w:r>
      <w:r>
        <w:t>islaah ummat ka kaam is tarah nahi hoga ke aap ko kalma ka sahi talaffuz karwayen, aap in ke namazon ko durust karen, form ke aitbar se.</w:t>
      </w:r>
    </w:p>
    <w:p>
      <w:pPr>
        <w:jc w:val="right"/>
      </w:pPr>
      <w:r>
        <w:t>اصلاح امت کا کام اس طرح نہیں ہوگا کہ آپ کو کلمہ کا صحیح تلفظ کروائیں، آپ ان کے نمازوں کو درست کریں، فارم کے اعتبار سے۔</w:t>
      </w:r>
    </w:p>
    <w:p>
      <w:r>
        <w:rPr>
          <w:b/>
        </w:rPr>
        <w:t xml:space="preserve">[42:39] </w:t>
      </w:r>
      <w:r>
        <w:t>is tarah nahi hoga. aap ko in ke mind set ko durust karna padega.</w:t>
      </w:r>
    </w:p>
    <w:p>
      <w:pPr>
        <w:jc w:val="right"/>
      </w:pPr>
      <w:r>
        <w:t>اس طرح نہیں ہوگا۔ آپ کو ان کے مائنڈ سیٹ کو درست کرنا پڑے گا۔</w:t>
      </w:r>
    </w:p>
    <w:p>
      <w:r>
        <w:rPr>
          <w:b/>
        </w:rPr>
        <w:t xml:space="preserve">[42:46] </w:t>
      </w:r>
      <w:r>
        <w:t>yahi hai jo sahib, ek sahabi ne kaha tha ke ta'allam ul-iman thumma ta'allam ul-quran. hum ne pehle iman seekha, phir hum ne quran ko parha.</w:t>
      </w:r>
    </w:p>
    <w:p>
      <w:pPr>
        <w:jc w:val="right"/>
      </w:pPr>
      <w:r>
        <w:t>یہی ہے جو صاحب، ایک صحابی نے کہا تھا کہ تعلم الایمان ثم تعلم القران ۔ ہم نے پہلے ایمان سیکھا، پھر ہم نے قرآن کو پڑھا۔</w:t>
      </w:r>
    </w:p>
    <w:p>
      <w:r>
        <w:rPr>
          <w:b/>
        </w:rPr>
        <w:t xml:space="preserve">[42:55] </w:t>
      </w:r>
      <w:r>
        <w:t>is ka matlab ke apne mind set ko badla, phir quran hamari samajh mein aaya. yeh mashhoor hadith hai ke ta'allam ul-iman thumma ta'allam ul-quran.</w:t>
      </w:r>
    </w:p>
    <w:p>
      <w:pPr>
        <w:jc w:val="right"/>
      </w:pPr>
      <w:r>
        <w:t>اس کا مطلب کہ اپنے مائنڈ سیٹ کو بدلا، پھر قرآن ہماری سمجھ میں آیا۔ یہ مشہور حدیث ہے کہ تعلم الایمان ثم تعلم القران ۔</w:t>
      </w:r>
    </w:p>
    <w:p>
      <w:r>
        <w:rPr>
          <w:b/>
        </w:rPr>
        <w:t xml:space="preserve">[43:08] </w:t>
      </w:r>
      <w:r>
        <w:t>hum ne iman ko seekha, phir hum ne quran ko seekha.</w:t>
      </w:r>
    </w:p>
    <w:p>
      <w:pPr>
        <w:jc w:val="right"/>
      </w:pPr>
      <w:r>
        <w:t>ہم نے ایمان کو سیکھا، پھر ہم نے قرآن کو سیکھا۔</w:t>
      </w:r>
    </w:p>
    <w:p>
      <w:r>
        <w:rPr>
          <w:b/>
        </w:rPr>
        <w:t xml:space="preserve">[43:11] </w:t>
      </w:r>
      <w:r>
        <w:t>to is ka matlab yahi hai ke pehle hum ne apne mind set ko badla, phir quran ko samjha. hum ne kyunke agar aap mind set ko na badlen to aap quran ko samajh nahi sakte.</w:t>
      </w:r>
    </w:p>
    <w:p>
      <w:pPr>
        <w:jc w:val="right"/>
      </w:pPr>
      <w:r>
        <w:t>تو اس کا مطلب یہی ہے کہ پہلے ہم نے اپنے مائنڈ سیٹ کو بدلا، پھر قرآن کو سمجھا۔ ہم نے کیونکہ اگر آپ مائنڈ سیٹ کو نہ بدلیں تو آپ قرآن کو سمجھ نہیں سکتے۔</w:t>
      </w:r>
    </w:p>
    <w:p>
      <w:r>
        <w:rPr>
          <w:b/>
        </w:rPr>
        <w:t xml:space="preserve">[43:28] </w:t>
      </w:r>
      <w:r>
        <w:t>quran ko samajhne ke liye zaroori hota hai ke aap ne mind set ko badla jaye, objective objectiveity laye apne andar.</w:t>
      </w:r>
    </w:p>
    <w:p>
      <w:pPr>
        <w:jc w:val="right"/>
      </w:pPr>
      <w:r>
        <w:t>قرآن کو سمجھنے کے لیے ضروری ہوتا ہے کہ آپ نے مائنڈ سیٹ کو بدلا جائے، ابجیکٹو ابجیکٹوٹی لائی جائے اپنے اندر۔</w:t>
      </w:r>
    </w:p>
    <w:p>
      <w:r>
        <w:rPr>
          <w:b/>
        </w:rPr>
        <w:t xml:space="preserve">[43:37] </w:t>
      </w:r>
      <w:r>
        <w:t>subject, subjective mind ke sath aap quran ko nahi parh sakte, nahi samajh sakte. objective mind ho tab aap samajh pate hain quran ko. to is hadith ka matlab yahi hai ke hum pehle, hum ne apni de cardination ki, apne apne mind set ko badla,</w:t>
      </w:r>
    </w:p>
    <w:p>
      <w:pPr>
        <w:jc w:val="right"/>
      </w:pPr>
      <w:r>
        <w:t>سبجیکٹ، سبجیکٹو مائنڈ کے ساتھ آپ قرآن کو نہیں پڑھ سکتے، نہیں سمجھ سکتے۔ ابجیکٹو مائنڈ ہو تب آپ سمجھ پاتے ہیں قرآن کو۔ تو اس حدیث کا مطلب یہی ہے کہ ہم پہلے، ہم نے اپنی ڈی کارڈیشن کی، اپنے اپنے مائنڈ سیٹ کو بدلا،</w:t>
      </w:r>
    </w:p>
    <w:p>
      <w:r>
        <w:rPr>
          <w:b/>
        </w:rPr>
        <w:t xml:space="preserve">[43:55] </w:t>
      </w:r>
      <w:r>
        <w:t>apne andar sahi soch laye, right thinking laye, apne thinking pattern ko badla. hum ne tab quran ko parha to quran hamari samajh mein aaya.</w:t>
      </w:r>
    </w:p>
    <w:p>
      <w:pPr>
        <w:jc w:val="right"/>
      </w:pPr>
      <w:r>
        <w:t>اپنے اندر صحیح سوچ لائے، رائٹ تھنکنگ لائے، اپنے تھنکنگ پیٹرن کو بدلا۔ ہم نے تب قرآن کو پڑھا تو قرآن ہماری سمجھ میں آیا۔</w:t>
      </w:r>
    </w:p>
    <w:p>
      <w:r>
        <w:rPr>
          <w:b/>
        </w:rPr>
        <w:t xml:space="preserve">[44:10] </w:t>
      </w:r>
      <w:r>
        <w:t>to aap ko, yani jo cps ke log hain, un ko yeh, un ka yeh jo two fold nishan hai, un ka hai.</w:t>
      </w:r>
    </w:p>
    <w:p>
      <w:pPr>
        <w:jc w:val="right"/>
      </w:pPr>
      <w:r>
        <w:t>تو آپ کو، یعنی جو سی پی ایس کے لوگ ہیں، ان کو یہ، ان کا یہ جو ٹو فولڈ نشان ہے، ان کا ہے۔</w:t>
      </w:r>
    </w:p>
    <w:p>
      <w:r>
        <w:rPr>
          <w:b/>
        </w:rPr>
        <w:t xml:space="preserve">[44:20] </w:t>
      </w:r>
      <w:r>
        <w:t>aam logon ko, doosri qaumon ko aap quran pahunchayen, un ko Allah ki kitab pahunchayen. yeh hai kaam aap ka.</w:t>
      </w:r>
    </w:p>
    <w:p>
      <w:pPr>
        <w:jc w:val="right"/>
      </w:pPr>
      <w:r>
        <w:t>عام لوگوں کو، دوسری قوموں کو آپ قرآن پہنچائیں، ان کو اللہ کی کتاب پہنچائیں۔ یہ ہے کام آپ کا۔</w:t>
      </w:r>
    </w:p>
    <w:p>
      <w:r>
        <w:rPr>
          <w:b/>
        </w:rPr>
        <w:t xml:space="preserve">[44:31] </w:t>
      </w:r>
      <w:r>
        <w:t>aur musalmanon ke muamle mein aap ka kaam yeh hai ke un ke thinking pattern ko badlen, un ke mind set ko badlen, un ke soch ko badlen.</w:t>
      </w:r>
    </w:p>
    <w:p>
      <w:pPr>
        <w:jc w:val="right"/>
      </w:pPr>
      <w:r>
        <w:t>اور مسلمانوں کے معاملے میں آپ کا کام یہ ہے کہ ان کے تھنکنگ پیٹرن کو بدلیں، ان کے مائنڈ سیٹ کو بدلیں، ان کے سوچ کو بدلیں۔</w:t>
      </w:r>
    </w:p>
    <w:p>
      <w:r>
        <w:rPr>
          <w:b/>
        </w:rPr>
        <w:t xml:space="preserve">[44:39] </w:t>
      </w:r>
      <w:r>
        <w:t>jab tak yeh kaam nahi hoga, tab tak aage koi kaam nahi ho sakta.</w:t>
      </w:r>
    </w:p>
    <w:p>
      <w:pPr>
        <w:jc w:val="right"/>
      </w:pPr>
      <w:r>
        <w:t>جب تک یہ کام نہیں ہوگا، تب تک آگے کوئی کام نہیں ہو سکتا۔</w:t>
      </w:r>
    </w:p>
    <w:p>
      <w:r>
        <w:rPr>
          <w:b/>
        </w:rPr>
        <w:t xml:space="preserve">[44:47] </w:t>
      </w:r>
      <w:r>
        <w:t>jab tak thinking pattern na badle, tab tak aage koi kaam nahi ho sakta. hatta ke quran padhenge, tab bhi samjhenge bhi nahi is ko. parh kar bhi nahi samajh payenge.</w:t>
      </w:r>
    </w:p>
    <w:p>
      <w:pPr>
        <w:jc w:val="right"/>
      </w:pPr>
      <w:r>
        <w:t>جب تک تھنکنگ پیٹرن نہ بدلے، تب تک آگے کوئی کام نہیں ہو سکتا۔ حتیٰ کہ قرآن پڑھیں گے، تب بھی سمجھیں گے بھی نہیں اس کو۔ پڑھ کر بھی نہیں سمجھ پائیں گے۔</w:t>
      </w:r>
    </w:p>
    <w:p>
      <w:r>
        <w:rPr>
          <w:b/>
        </w:rPr>
        <w:t xml:space="preserve">[44:59] </w:t>
      </w:r>
      <w:r>
        <w:t>to aap ko ek taraf to aam logon ke liye Allah ke paigham ko pahunchana hai, aur doosri taraf musalmanon ke liye un ke thinking pattern ko badalna hai, un ke mind set ko correct karna hai.</w:t>
      </w:r>
    </w:p>
    <w:p>
      <w:pPr>
        <w:jc w:val="right"/>
      </w:pPr>
      <w:r>
        <w:t>تو آپ کو ایک طرف تو عام لوگوں کے لیے اللہ کے پیغام کو پہنچانا ہے، اور دوسری طرف مسلمانوں کے لیے ان کے تھنکنگ پیٹرن کو بدلنا ہے، ان کے مائنڈ سیٹ کو کریکٹ کرنا ہے۔</w:t>
      </w:r>
    </w:p>
    <w:p>
      <w:r>
        <w:rPr>
          <w:b/>
        </w:rPr>
        <w:t xml:space="preserve">[45:15] </w:t>
      </w:r>
      <w:r>
        <w:t>yeh two fold mission aap ka hai.</w:t>
      </w:r>
    </w:p>
    <w:p>
      <w:pPr>
        <w:jc w:val="right"/>
      </w:pPr>
      <w:r>
        <w:t>یہ ٹو فولڈ مشن آپ کا ہے۔</w:t>
      </w:r>
    </w:p>
    <w:p>
      <w:r>
        <w:rPr>
          <w:b/>
        </w:rPr>
        <w:t xml:space="preserve">[45:24] </w:t>
      </w:r>
      <w:r>
        <w:t>meri dua hai ke Allah taala mujh ko aur aap ko tofeeq de ke hum Allah ke mission ko sahi dhang par chalayen, aur Allah ki taraf se humein dunya mein bhi, akhirat dunya mein bhi, sa'adat mile, akhirat mein bhi hum ko Allah ki sa'adat mile.</w:t>
      </w:r>
    </w:p>
    <w:p>
      <w:pPr>
        <w:jc w:val="right"/>
      </w:pPr>
      <w:r>
        <w:t>میری دعا ہے کہ اللہ تعالیٰ مجھ کو اور آپ کو توفیق دے کہ ہم اللہ کے مشن کو صحیح ڈھنگ پر چلائیں، اور اللہ کی طرف سے ہمیں دنیا میں بھی، آخرت دنیا میں بھی، سعادت ملے، آخرت میں بھی ہم کو اللہ کی سعادت ملے۔</w:t>
      </w:r>
    </w:p>
    <w:p>
      <w:r>
        <w:rPr>
          <w:b/>
        </w:rPr>
        <w:t xml:space="preserve">[45:42] </w:t>
      </w:r>
      <w:r>
        <w:t>aqool qawli hadha wa astaghfirullaha li wa lakum ajmaeen</w:t>
      </w:r>
    </w:p>
    <w:p>
      <w:pPr>
        <w:jc w:val="right"/>
      </w:pPr>
      <w:r>
        <w:t>أقول قولي هذا واستغفراللہ لي ولكم اجمعین</w:t>
      </w:r>
    </w:p>
    <w:p>
      <w:r>
        <w:rPr>
          <w:b/>
        </w:rPr>
        <w:t xml:space="preserve">[45:58] </w:t>
      </w:r>
      <w:r>
        <w:t>maulana, yeh sawal kerala se aya hai, shabbir ahmed sahab ka. unhon ne likha hai: "maulana sahab, human rights islam mein kya hain?</w:t>
      </w:r>
    </w:p>
    <w:p>
      <w:pPr>
        <w:jc w:val="right"/>
      </w:pPr>
      <w:r>
        <w:t>مولانا، یہ سوال کیرالہ سے آیا ہے، شبیر احمد صاحب کا۔ انہوں نے لکھا ہے: "مولانا صاحب، ہیومن رائٹس اسلام میں کیا ہیں؟</w:t>
      </w:r>
    </w:p>
    <w:p>
      <w:r>
        <w:rPr>
          <w:b/>
        </w:rPr>
        <w:t xml:space="preserve">[46:09] </w:t>
      </w:r>
      <w:r>
        <w:t>is sawal ka kya jawab hoga? is ko sabit karne ki ahmiyat kya hai? is ke bare mein batayen." main to hadith bata diya aap ko</w:t>
      </w:r>
    </w:p>
    <w:p>
      <w:pPr>
        <w:jc w:val="right"/>
      </w:pPr>
      <w:r>
        <w:t>اس سوال کا کیا جواب ہوگا؟ اس کو ثابت کرنے کی اہمیت کیا ہے؟ اس کے بارے میں بتائیں۔" میں تو حدیث بتا دیا آپ کو</w:t>
      </w:r>
    </w:p>
    <w:p>
      <w:r>
        <w:rPr>
          <w:b/>
        </w:rPr>
        <w:t xml:space="preserve">[46:23] </w:t>
      </w:r>
      <w:r>
        <w:t>ke adu ilayhim haqqahum wa atoolu haqqakum</w:t>
      </w:r>
    </w:p>
    <w:p>
      <w:pPr>
        <w:jc w:val="right"/>
      </w:pPr>
      <w:r>
        <w:t>کہ ادو الیہم حقہم وطولو حقکم</w:t>
      </w:r>
    </w:p>
    <w:p>
      <w:r>
        <w:rPr>
          <w:b/>
        </w:rPr>
        <w:t xml:space="preserve">[46:28] </w:t>
      </w:r>
      <w:r>
        <w:t>yani tumhare upar jo right aate hain society ke, us ko poora karo. Apna Allah se mango, Allah se mangne wali mehnat karo, apni mehnat par bharosa karo.</w:t>
      </w:r>
    </w:p>
    <w:p>
      <w:pPr>
        <w:jc w:val="right"/>
      </w:pPr>
      <w:r>
        <w:t>یعنی تمہارے اوپر جو رائٹ آتے ہیں سوسائٹی کے، اس کو پورا کرو۔ اپنا اللہ سے مانگو، اللہ سے مانگنے والی محنت کرو، اپنی محنت پر بھروسہ کرو۔</w:t>
      </w:r>
    </w:p>
    <w:p>
      <w:r>
        <w:rPr>
          <w:b/>
        </w:rPr>
        <w:t xml:space="preserve">[46:38] </w:t>
      </w:r>
      <w:r>
        <w:t>hard low, hard work, struggle, planning yeh karo. aap dekhen, rasool Allah sal Allah alaihi wasallam ne makkah mein kabhi apne huqooq maange?</w:t>
      </w:r>
    </w:p>
    <w:p>
      <w:pPr>
        <w:jc w:val="right"/>
      </w:pPr>
      <w:r>
        <w:t>ہارڈ لو، ہارڈ ورک، اسٹرگل، پلاننگ یہ کرو۔ آپ دیکھیں، رسول اللہ صلی اللہ علیہ وسلم نے مکہ میں کبھی اپنے حقوق مانگے؟</w:t>
      </w:r>
    </w:p>
    <w:p>
      <w:r>
        <w:rPr>
          <w:b/>
        </w:rPr>
        <w:t xml:space="preserve">[46:47] </w:t>
      </w:r>
      <w:r>
        <w:t>yani aap ke huqooq itna zyada wahan talab kiye gaye thay ke kaaba mein namaz padhenge, ijazat nahi dete.</w:t>
      </w:r>
    </w:p>
    <w:p>
      <w:pPr>
        <w:jc w:val="right"/>
      </w:pPr>
      <w:r>
        <w:t>یعنی آپ کے حقوق اتنا زیادہ وہاں طلب کیے گئے تھے کہ کعبہ میں نماز پڑھیں گے، اجازت نہیں دیتے۔</w:t>
      </w:r>
    </w:p>
    <w:p>
      <w:r>
        <w:rPr>
          <w:b/>
        </w:rPr>
        <w:t xml:space="preserve">[46:55] </w:t>
      </w:r>
      <w:r>
        <w:t>to kya aap ne mohim chalai ke yeh to hamara haq hai? aap ja rahe thay umrah karne ke liye, hudaybiya ke mauqe par roka, unhon ne nahi jaane diya, halanke haq tha aap ka.</w:t>
      </w:r>
    </w:p>
    <w:p>
      <w:pPr>
        <w:jc w:val="right"/>
      </w:pPr>
      <w:r>
        <w:t>تو کیا آپ نے مہم چلائی کہ یہ تو ہمارا حق ہے؟ آپ جا رہے تھے عمرہ کرنے کے لیے، حدیبیہ کے موقع پر روکا، انہوں نے نہیں جانے دیا، حالانکہ حق تھا آپ کا۔</w:t>
      </w:r>
    </w:p>
    <w:p>
      <w:r>
        <w:rPr>
          <w:b/>
        </w:rPr>
        <w:t xml:space="preserve">[47:06] </w:t>
      </w:r>
      <w:r>
        <w:t>to kya aap ne mohim chalai ke hamare haq nahi dete yeh log? huqooq talbi Islam mein hai hi nahi. Islam mein, yani Islam aap ko right constant nahi banata, balke duty constant banata hai.</w:t>
      </w:r>
    </w:p>
    <w:p>
      <w:pPr>
        <w:jc w:val="right"/>
      </w:pPr>
      <w:r>
        <w:t>تو کیا آپ نے مہم چلائی کہ ہمارے حق نہیں دیتے یہ لوگ؟ حقوق طلبی اسلام میں ہے ہی نہیں۔ اسلام میں، یعنی اسلام آپ کو رائٹ کانسٹنٹ نہیں بناتا، بلکہ ڈیوٹی کانسٹنٹ بناتا ہے۔</w:t>
      </w:r>
    </w:p>
    <w:p>
      <w:r>
        <w:rPr>
          <w:b/>
        </w:rPr>
        <w:t xml:space="preserve">[47:24] </w:t>
      </w:r>
      <w:r>
        <w:t>Islam ka jo jo ideology hai, jo Islam ki taleemat hain, woh hai aadmi ko duty constant banana, right constant banana.</w:t>
      </w:r>
    </w:p>
    <w:p>
      <w:pPr>
        <w:jc w:val="right"/>
      </w:pPr>
      <w:r>
        <w:t>اسلام کا جو جو آئیڈیالوجی ہے، جو اسلام کی تعلیمات ہیں، وہ ہے آدمی کو ڈیوٹی کانسٹنٹ بنانا، رائٹ کانسٹنٹ بنانا۔</w:t>
      </w:r>
    </w:p>
    <w:p>
      <w:r>
        <w:rPr>
          <w:b/>
        </w:rPr>
        <w:t xml:space="preserve">[47:35] </w:t>
      </w:r>
      <w:r>
        <w:t>Islam ka tasawwur nahi hai. rasool Allah ke aap bata diya mujhe ke makkah mein aap ke huqooq sab ke sab yani chheen liye gaye thay.</w:t>
      </w:r>
    </w:p>
    <w:p>
      <w:pPr>
        <w:jc w:val="right"/>
      </w:pPr>
      <w:r>
        <w:t>اسلام کا تصور نہیں ہے۔ رسول اللہ کے آپ بتا دیا مجھے کہ مکہ میں آپ کے حقوق سب کے سب یعنی چھین لیے گئے تھے۔</w:t>
      </w:r>
    </w:p>
    <w:p>
      <w:r>
        <w:rPr>
          <w:b/>
        </w:rPr>
        <w:t xml:space="preserve">[47:45] </w:t>
      </w:r>
      <w:r>
        <w:t>kab aap ne huqooq talbi ki mohim chalai ke hamein yeh haq nahi de rahe ho, woh haq nahi de rahe ho? yeh to musalmanon ne ek bidat nikal rakhi hai,</w:t>
      </w:r>
    </w:p>
    <w:p>
      <w:pPr>
        <w:jc w:val="right"/>
      </w:pPr>
      <w:r>
        <w:t>کب آپ نے حقوق طلبی کی مہم چلائی کہ ہمیں یہ حق نہیں دے رہے ہو، وہ حق نہیں دے رہے ہو؟ یہ تو مسلمانوں نے ایک بدعت نکال رکھی ہے،</w:t>
      </w:r>
    </w:p>
    <w:p>
      <w:r>
        <w:rPr>
          <w:b/>
        </w:rPr>
        <w:t xml:space="preserve">[47:53] </w:t>
      </w:r>
      <w:r>
        <w:t>is ka Islam se koi ta'alluq nahi.</w:t>
      </w:r>
    </w:p>
    <w:p>
      <w:pPr>
        <w:jc w:val="right"/>
      </w:pPr>
      <w:r>
        <w:t>اس کا اسلام سے کوئی تعلق نہیں۔</w:t>
      </w:r>
    </w:p>
    <w:p>
      <w:r>
        <w:rPr>
          <w:b/>
        </w:rPr>
        <w:t xml:space="preserve">[47:59] </w:t>
      </w:r>
      <w:r>
        <w:t>maulana, agla sawal lene se pehle ek comment padhna chahenge jo ajmer se doctor safina tabassum ne bheja hai. unhon ne likha hai: "thanks maulana sahib for making us understand the khule ke azeem and helping us avoid the great loss that we would have suffered."</w:t>
      </w:r>
    </w:p>
    <w:p>
      <w:pPr>
        <w:jc w:val="right"/>
      </w:pPr>
      <w:r>
        <w:t>مولانا، اگلا سوال لینے سے پہلے ایک کمنٹ پڑھنا چاہیں گے جو اجمیر سے ڈاکٹر سفینہ تبسم نے بھیجا ہے۔ انہوں نے لکھا ہے: "تھینکس مولانا صاحب فار میکنگ اس انڈرسٹینڈ دا کھلے کے عظیم اینڈ ہیلپنگ اس اوائڈ دا گریٹ لاس دیٹ وی وڈ ہیو سفرڈ۔"</w:t>
      </w:r>
    </w:p>
    <w:p>
      <w:r>
        <w:rPr>
          <w:b/>
        </w:rPr>
        <w:t xml:space="preserve">[48:19] </w:t>
      </w:r>
      <w:r>
        <w:t>maulana, agla sawal bhopal se hai. rehan khan sahib ne kiya hai, unhon ne likha hai: "why did khilafat rashideen did not follow sunnat of hudaybiya?</w:t>
      </w:r>
    </w:p>
    <w:p>
      <w:pPr>
        <w:jc w:val="right"/>
      </w:pPr>
      <w:r>
        <w:t>مولانا، اگلا سوال بھوپال سے ہے۔ ریحان خان صاحب نے کیا ہے، انہوں نے لکھا ہے: "وائی ڈیڈ خلافت راشدین ڈیڈ ناٹ فالو سنت اف حدیبیہ؟</w:t>
      </w:r>
    </w:p>
    <w:p>
      <w:r>
        <w:rPr>
          <w:b/>
        </w:rPr>
        <w:t xml:space="preserve">[48:32] </w:t>
      </w:r>
      <w:r>
        <w:t>why did they fight against rome and iran?" is ke bare mein batayen.</w:t>
      </w:r>
    </w:p>
    <w:p>
      <w:pPr>
        <w:jc w:val="right"/>
      </w:pPr>
      <w:r>
        <w:t>وائی ڈیڈ دے فائٹ اگینسٹ روم اینڈ ایران؟" اس کے بارے میں بتائیں۔</w:t>
      </w:r>
    </w:p>
    <w:p>
      <w:r>
        <w:rPr>
          <w:b/>
        </w:rPr>
        <w:t xml:space="preserve">[48:41] </w:t>
      </w:r>
      <w:r>
        <w:t>nahi yaar, yeh aap ka sawal sahi nahi hai. aap ki tafseel janne ke liye meri kitab padhiye, deen e kamil</w:t>
      </w:r>
    </w:p>
    <w:p>
      <w:pPr>
        <w:jc w:val="right"/>
      </w:pPr>
      <w:r>
        <w:t>نہیں یار، یہ آپ کا سوال صحیح نہیں ہے۔ آپ کی تفصیل جاننے کے لیے میری کتاب پڑھیے، دین کامل</w:t>
      </w:r>
    </w:p>
    <w:p>
      <w:r>
        <w:rPr>
          <w:b/>
        </w:rPr>
        <w:t xml:space="preserve">[48:47] </w:t>
      </w:r>
      <w:r>
        <w:t>. is mein tafseel se likha hai aap ne. to woh to log hudaybiya se nahi tha, woh woh alag masla hai. masail ki bahut si qismein hoti hain, har har har har jagah ek hi principle apply nahi hota hai.</w:t>
      </w:r>
    </w:p>
    <w:p>
      <w:pPr>
        <w:jc w:val="right"/>
      </w:pPr>
      <w:r>
        <w:t>۔ اس میں تفصیل سے لکھا ہے آپ نے۔ تو وہ تو لوگ حدیبیہ سے نہیں تھا، وہ وہ الگ مسئلہ ہے۔ مسائل کی بہت سی قسمیں ہوتی ہیں، ہر ہر ہر ہر جگہ ایک ہی پرنسپل اپلائی نہیں ہوتا ہے۔</w:t>
      </w:r>
    </w:p>
    <w:p>
      <w:r>
        <w:rPr>
          <w:b/>
        </w:rPr>
        <w:t xml:space="preserve">[49:01] </w:t>
      </w:r>
      <w:r>
        <w:t>woh alag principle hai, wahan alag principle hai. aap pehle padh lijiyega meri kitab, deen e kamil, phir aap sawal kijiyega agle sunday ko, inshallah.</w:t>
      </w:r>
    </w:p>
    <w:p>
      <w:pPr>
        <w:jc w:val="right"/>
      </w:pPr>
      <w:r>
        <w:t>وہ الگ پرنسپل ہے، وہاں الگ پرنسپل ہے۔ آپ پہلے پڑھ لیجئے میری کتاب، دین کامل، پھر آپ سوال کیجئے گا اگلے سنڈے کو، انشاءاللہ۔</w:t>
      </w:r>
    </w:p>
    <w:p>
      <w:r>
        <w:rPr>
          <w:b/>
        </w:rPr>
        <w:t xml:space="preserve">[49:13] </w:t>
      </w:r>
      <w:r>
        <w:t>maulana, agla sawal delhi se hai, miss naghma siddiqui ka</w:t>
      </w:r>
    </w:p>
    <w:p>
      <w:pPr>
        <w:jc w:val="right"/>
      </w:pPr>
      <w:r>
        <w:t>مولانا، اگلا سوال دلی سے ہے، مس نغمہ صدیقی کا</w:t>
      </w:r>
    </w:p>
    <w:p>
      <w:r>
        <w:rPr>
          <w:b/>
        </w:rPr>
        <w:t xml:space="preserve">[49:17] </w:t>
      </w:r>
      <w:r>
        <w:t>. unhon ne likha hai: "is introspection the beginning of changing the mindset? please explain how can one change ones mindset?" haan, yeh to sahi hai ke introspection jo hai, wohi beginning hai jis ko muhasba kaha jata hai.</w:t>
      </w:r>
    </w:p>
    <w:p>
      <w:pPr>
        <w:jc w:val="right"/>
      </w:pPr>
      <w:r>
        <w:t>۔ انہوں نے لکھا ہے: "از انٹروسپیکشن دا بگننگ اف چینجنگ دا مائنڈ سیٹ؟ پلیز ایکسپلین ہاؤ کین ون چینج ونز مائنڈ سیٹ؟" ہاں، یہ تو صحیح ہے کہ انٹروسپیکشن جو ہے، وہی بگننگ ہے جس کو محاسبہ کہا جاتا ہے۔</w:t>
      </w:r>
    </w:p>
    <w:p>
      <w:r>
        <w:rPr>
          <w:b/>
        </w:rPr>
        <w:t xml:space="preserve">[49:37] </w:t>
      </w:r>
      <w:r>
        <w:t>muhasba yeh Hazrat Umar ka qaul hai: hāsbū anfusakum qabla an tuḥāsabū wa waznū qabla an tūzanū aap</w:t>
      </w:r>
    </w:p>
    <w:p>
      <w:pPr>
        <w:jc w:val="right"/>
      </w:pPr>
      <w:r>
        <w:t>محاسبہ یہ حضرت عمر کا قول ہے: حاسبوا انفسكم قبل ان تحاسبوا وذنوا قبل ان تذنوا اپ</w:t>
      </w:r>
    </w:p>
    <w:p>
      <w:r>
        <w:rPr>
          <w:b/>
        </w:rPr>
        <w:t xml:space="preserve">[49:47] </w:t>
      </w:r>
      <w:r>
        <w:t>na hisab kar lo, is se pehle ke tumhara hisab kiya jaye. apne ko tol lo, is se pehle ke tumhe tola jaye. yeh hai introspection. yeh to beginning hai aur bilkul natural beginning hai.</w:t>
      </w:r>
    </w:p>
    <w:p>
      <w:pPr>
        <w:jc w:val="right"/>
      </w:pPr>
      <w:r>
        <w:t>نا حساب کر لو، اس سے پہلے کہ تمہارا حساب کیا جائے۔ اپنے کو تول لو، اس سے پہلے کہ تمہیں تولا جائے۔ یہ ہے انٹروسپیکشن۔ یہ تو بگننگ ہے اور بالکل نیچرل بگننگ ہے۔</w:t>
      </w:r>
    </w:p>
    <w:p>
      <w:r>
        <w:rPr>
          <w:b/>
        </w:rPr>
        <w:t xml:space="preserve">[50:00] </w:t>
      </w:r>
      <w:r>
        <w:t>yeh jab</w:t>
      </w:r>
    </w:p>
    <w:p>
      <w:pPr>
        <w:jc w:val="right"/>
      </w:pPr>
      <w:r>
        <w:t>یہ جب</w:t>
      </w:r>
    </w:p>
    <w:p>
      <w:r>
        <w:rPr>
          <w:b/>
        </w:rPr>
        <w:t xml:space="preserve">[50:02] </w:t>
      </w:r>
      <w:r>
        <w:t>bhi aap ko ehsas ho jaye ke mujhe Allah ke raste par chalna hai, haq ka tareeqa jo hai, us ko follow karna hai, to beginning to yahin se hogi ke apne past ko sochenge.</w:t>
      </w:r>
    </w:p>
    <w:p>
      <w:pPr>
        <w:jc w:val="right"/>
      </w:pPr>
      <w:r>
        <w:t>بھی آپ کو احساس ہو جائے کہ مجھے اللہ کے راستے پر چلنا ہے، حق کا طریقہ جو ہے، اس کو فالو کرنا ہے، تو بگننگ تو یہیں سے ہوگی کہ اپنے پاسٹ کو سوچیں گے۔</w:t>
      </w:r>
    </w:p>
    <w:p>
      <w:r>
        <w:rPr>
          <w:b/>
        </w:rPr>
        <w:t xml:space="preserve">[50:14] </w:t>
      </w:r>
      <w:r>
        <w:t>aap ke ab tak jo main karta raha, woh kaisa tha? phir aap sochenge ke main kahan kahan mujhe correction karna hai, kahan kahan apne ko ek nayi soch lana hai.</w:t>
      </w:r>
    </w:p>
    <w:p>
      <w:pPr>
        <w:jc w:val="right"/>
      </w:pPr>
      <w:r>
        <w:t>آپ کہ اب تک جو میں کرتا رہا، وہ کیسا تھا؟ پھر آپ سوچیں گے کہ میں کہاں کہاں مجھے کریکشن کرنا ہے، کہاں کہاں اپنے کو ایک نئی سوچ لانا ہے۔</w:t>
      </w:r>
    </w:p>
    <w:p>
      <w:r>
        <w:rPr>
          <w:b/>
        </w:rPr>
        <w:t xml:space="preserve">[50:27] </w:t>
      </w:r>
      <w:r>
        <w:t>baqi yeh kaise ho? to main to sochta hoon ke jo sincere hoga, woh karega. it required a lot of sincerity.</w:t>
      </w:r>
    </w:p>
    <w:p>
      <w:pPr>
        <w:jc w:val="right"/>
      </w:pPr>
      <w:r>
        <w:t>باقی یہ کیسے ہو؟ تو میں تو سوچتا ہوں کہ جو سنسیئر ہوگا، وہ کرے گا۔ ہی اٹ ریکوائرڈز ا لاٹ اف سنسیرٹی۔</w:t>
      </w:r>
    </w:p>
    <w:p>
      <w:r>
        <w:rPr>
          <w:b/>
        </w:rPr>
        <w:t xml:space="preserve">[50:37] </w:t>
      </w:r>
      <w:r>
        <w:t>aadmi sincere na ho to phir to woh us ko kuch kehna hi bekar hai. sab se pehli cheez yeh hai ke aadmi ko sincere banna padega apne bare mein.</w:t>
      </w:r>
    </w:p>
    <w:p>
      <w:pPr>
        <w:jc w:val="right"/>
      </w:pPr>
      <w:r>
        <w:t>آدمی سنسیئر نہ ہو تو پھر تو وہ اس کو کچھ کہنا ہی بیکار ہے۔ سب سے پہلی چیز یہ ہے کہ آدمی کو سنسیئر بننا پڑے گا اپنے بارے میں۔</w:t>
      </w:r>
    </w:p>
    <w:p>
      <w:r>
        <w:rPr>
          <w:b/>
        </w:rPr>
        <w:t xml:space="preserve">[50:48] </w:t>
      </w:r>
      <w:r>
        <w:t>apne bare mein sincere banna padega aur ke main kyun paida hua</w:t>
      </w:r>
    </w:p>
    <w:p>
      <w:pPr>
        <w:jc w:val="right"/>
      </w:pPr>
      <w:r>
        <w:t>اپنے بارے میں سنسیئر بننا پڑے گا اور کہ میں کیوں پیدا ہوا</w:t>
      </w:r>
    </w:p>
    <w:p>
      <w:r>
        <w:rPr>
          <w:b/>
        </w:rPr>
        <w:t xml:space="preserve">[50:55] </w:t>
      </w:r>
      <w:r>
        <w:t>mein kyon duniya mein jeeta hoon, kyon maut aati hai, maut ke baad kya hona hai. yeh saara jo muamla hai zindagi ka, is ke bare mein aap sincere agar honge to sochenge.</w:t>
      </w:r>
    </w:p>
    <w:p>
      <w:pPr>
        <w:jc w:val="right"/>
      </w:pPr>
      <w:r>
        <w:t>، میں کیوں دنیا میں جیتا ہوں، کیوں موت آتی ہے، موت کے بعد کیا ہونا ہے۔ یہ سارا جو معاملہ ہے زندگی کا، اس کے بارے میں آپ سنسیئر اگر ہوں گے تو سوچیں گے۔</w:t>
      </w:r>
    </w:p>
    <w:p>
      <w:r>
        <w:rPr>
          <w:b/>
        </w:rPr>
        <w:t xml:space="preserve">[51:08] </w:t>
      </w:r>
      <w:r>
        <w:t>samajhta hoon ke sincerity basic cheez hai. jab sincerity hogi aadmi ke andar to woh introspection karega.</w:t>
      </w:r>
    </w:p>
    <w:p>
      <w:pPr>
        <w:jc w:val="right"/>
      </w:pPr>
      <w:r>
        <w:t>سمجھتا ہوں کہ سنسیرٹی بیسک چیز ہے۔ جب سنسیرٹی ہوگی آدمی کے اندر تو وہ انٹروسپیکشن کرے گا۔</w:t>
      </w:r>
    </w:p>
    <w:p>
      <w:r>
        <w:rPr>
          <w:b/>
        </w:rPr>
        <w:t xml:space="preserve">[51:19] </w:t>
      </w:r>
      <w:r>
        <w:t>introspection karega to saari baatein us ki us ko khulti chali jayengi us ke upar.</w:t>
      </w:r>
    </w:p>
    <w:p>
      <w:pPr>
        <w:jc w:val="right"/>
      </w:pPr>
      <w:r>
        <w:t>انٹروسپیکشن کرے گا تو ساری باتیں اس کی اس کو کھلتی چلی جائیں گی اس کے اوپر۔</w:t>
      </w:r>
    </w:p>
    <w:p>
      <w:r>
        <w:rPr>
          <w:b/>
        </w:rPr>
        <w:t xml:space="preserve">[51:29] </w:t>
      </w:r>
      <w:r>
        <w:t>maulana, agla sawal aaya hai kerala se, shabbir ahmed sahab ka. unhon ne likha hai: "maulana sahab, ek sahab ne farmaya ke cps ka asal goal kya hai?</w:t>
      </w:r>
    </w:p>
    <w:p>
      <w:pPr>
        <w:jc w:val="right"/>
      </w:pPr>
      <w:r>
        <w:t>مولانا، اگلا سوال آیا ہے کیرالہ سے، شبیر احمد صاحب کا۔ انہوں نے لکھا ہے: "مولانا صاحب، ایک صاحب نے فرمایا کہ سی پی ایس کا اصل گول کیا ہے؟</w:t>
      </w:r>
    </w:p>
    <w:p>
      <w:r>
        <w:rPr>
          <w:b/>
        </w:rPr>
        <w:t xml:space="preserve">[51:41] </w:t>
      </w:r>
      <w:r>
        <w:t>hamare paas to khilafat hai, aap ke paas kya hai?" khilafat khud sakhta goal hai.</w:t>
      </w:r>
    </w:p>
    <w:p>
      <w:pPr>
        <w:jc w:val="right"/>
      </w:pPr>
      <w:r>
        <w:t>ہمارے پاس تو خلافت ہے، آپ کے پاس کیا ہے؟" خلافت خود ساختہ گول ہے۔</w:t>
      </w:r>
    </w:p>
    <w:p>
      <w:r>
        <w:rPr>
          <w:b/>
        </w:rPr>
        <w:t xml:space="preserve">[51:49] </w:t>
      </w:r>
      <w:r>
        <w:t>kahan likha hua hai quran mein, hadith mein? khilafat qaim karo, yeh to banawati goal hai, apna</w:t>
      </w:r>
    </w:p>
    <w:p>
      <w:pPr>
        <w:jc w:val="right"/>
      </w:pPr>
      <w:r>
        <w:t>کہاں لکھا ہوا ہے قرآن میں، حدیث میں؟ خلافت قائم کرو، یہ تو بناوٹی گول ہے، اپنا</w:t>
      </w:r>
    </w:p>
    <w:p>
      <w:r>
        <w:rPr>
          <w:b/>
        </w:rPr>
        <w:t xml:space="preserve">[51:55] </w:t>
      </w:r>
      <w:r>
        <w:t>bana hua. is par to logon ko flogging ki jayegi. yeh tum ne kahan se bana liya? yeh kahan likha hua tha ke tum khilafat qaim karo? yeh tumhara mission hai?</w:t>
      </w:r>
    </w:p>
    <w:p>
      <w:pPr>
        <w:jc w:val="right"/>
      </w:pPr>
      <w:r>
        <w:t>بنا ہوا۔ اس پر تو لوگوں کو فلاگنگ کی جائے گی۔ یہ تم نے کہاں سے بنا لیا؟ یہ کہاں لکھا ہوا تھا کہ تم خلافت قائم کرو؟ یہ تمہارا مشن ہے؟</w:t>
      </w:r>
    </w:p>
    <w:p>
      <w:r>
        <w:rPr>
          <w:b/>
        </w:rPr>
        <w:t xml:space="preserve">[52:06] </w:t>
      </w:r>
      <w:r>
        <w:t>khud sakhta mission nahi hai. yeh aap sab se pehle quran aur hadith sabit kijiye ke aye musalmano, tumhara mission yeh hai ke tum ko duniya mein khilafat qaim karna hai.</w:t>
      </w:r>
    </w:p>
    <w:p>
      <w:pPr>
        <w:jc w:val="right"/>
      </w:pPr>
      <w:r>
        <w:t>خود ساختہ مشن نہیں ہے۔ یہ آپ سب سے پہلے قرآن اور حدیث ثابت کیجئے کہ اے مسلمانوں، تمہارا مشن یہ ہے کہ تم کو دنیا میں خلافت قائم کرنا ہے۔</w:t>
      </w:r>
    </w:p>
    <w:p>
      <w:r>
        <w:rPr>
          <w:b/>
        </w:rPr>
        <w:t xml:space="preserve">[52:16] </w:t>
      </w:r>
      <w:r>
        <w:t>kahan yeh hai?</w:t>
      </w:r>
    </w:p>
    <w:p>
      <w:pPr>
        <w:jc w:val="right"/>
      </w:pPr>
      <w:r>
        <w:t>کہاں یہ ہے؟</w:t>
      </w:r>
    </w:p>
    <w:p>
      <w:r>
        <w:rPr>
          <w:b/>
        </w:rPr>
        <w:t xml:space="preserve">[52:19] </w:t>
      </w:r>
      <w:r>
        <w:t>cps ka mission jo hai, woh dawat-e-ilahi hai, yani allah ke tamam bando par allah ka paigham pahunchana,</w:t>
      </w:r>
    </w:p>
    <w:p>
      <w:pPr>
        <w:jc w:val="right"/>
      </w:pPr>
      <w:r>
        <w:t>سی پی ایس کا مشن جو ہے، وہ دعوت الہی ہے، یعنی اللہ کے تمام بندوں پر اللہ کا پیغام پہنچانا،</w:t>
      </w:r>
    </w:p>
    <w:p>
      <w:r>
        <w:rPr>
          <w:b/>
        </w:rPr>
        <w:t xml:space="preserve">[52:29] </w:t>
      </w:r>
      <w:r>
        <w:t>tamam bando tak. aur yeh rasool allah salallaho alaihi wasallam ne kaha tha khutbe hazrat al-wida ke mauqe par ke in allah basani kaffatan fatuni aey logon, allah ne mujhe bheja hai tamam insano ke liye,</w:t>
      </w:r>
    </w:p>
    <w:p>
      <w:pPr>
        <w:jc w:val="right"/>
      </w:pPr>
      <w:r>
        <w:t>تمام بندوں تک۔ اور یہ رسول اللہ صلی اللہ علیہ وسلم نے کہا تھا خطبے حضرت الوداع کے موقع پر کہ ان اللہ باسنی کافۃ فاتونی اے لوگوں، اللہ نے مجھے بھیجا ہے تمام انسانوں کے لیے،</w:t>
      </w:r>
    </w:p>
    <w:p>
      <w:r>
        <w:rPr>
          <w:b/>
        </w:rPr>
        <w:t xml:space="preserve">[52:45] </w:t>
      </w:r>
      <w:r>
        <w:t>to meri baat pahuncha do sab tak.</w:t>
      </w:r>
    </w:p>
    <w:p>
      <w:pPr>
        <w:jc w:val="right"/>
      </w:pPr>
      <w:r>
        <w:t>تو میری بات پہنچا دو سب تک۔</w:t>
      </w:r>
    </w:p>
    <w:p>
      <w:r>
        <w:rPr>
          <w:b/>
        </w:rPr>
        <w:t xml:space="preserve">[52:50] </w:t>
      </w:r>
      <w:r>
        <w:t>balleghu aniy walawaya jo tum ko mujh se mila, woh sab pahuncha do. to pahunchana, tabligh, dawah, yeh mission hai.</w:t>
      </w:r>
    </w:p>
    <w:p>
      <w:pPr>
        <w:jc w:val="right"/>
      </w:pPr>
      <w:r>
        <w:t>بلغو انی والوایا جو تم کو مجھ سے ملا، وہ سب پہنچا دو۔ تو پہنچانا، تبلیغ، دعویٰ، یہ مشن ہے۔</w:t>
      </w:r>
    </w:p>
    <w:p>
      <w:r>
        <w:rPr>
          <w:b/>
        </w:rPr>
        <w:t xml:space="preserve">[52:59] </w:t>
      </w:r>
      <w:r>
        <w:t>is par tamam hadithien aur aayatein is par saboot hain. to dawat-e-ilahi ummat-e-muslima ka mission hai, yeh quran o hadith sabit hai.</w:t>
      </w:r>
    </w:p>
    <w:p>
      <w:pPr>
        <w:jc w:val="right"/>
      </w:pPr>
      <w:r>
        <w:t>اس پر تمام حدیثیں اور آیتیں اس پر ثبوت ہیں۔ تو دعوت الہی امت مسلمہ کا مشن ہے، یہ قرآن و حدیث ثابت ہے۔</w:t>
      </w:r>
    </w:p>
    <w:p>
      <w:r>
        <w:rPr>
          <w:b/>
        </w:rPr>
        <w:t xml:space="preserve">[53:10] </w:t>
      </w:r>
      <w:r>
        <w:t>baqi ummat-e-muslima ko yeh yeh mission batana ke khilafat qaim karo, yeh to khud sakhta hai. pehle yeh sabit karo quran o hadith se,</w:t>
      </w:r>
    </w:p>
    <w:p>
      <w:pPr>
        <w:jc w:val="right"/>
      </w:pPr>
      <w:r>
        <w:t>باقی امت مسلمہ کو یہ یہ مشن بتانا کہ خلافت قائم کرو، یہ تو خود ساختہ ہے۔ پہلے یہ ثابت کرو قرآن و حدیث سے،</w:t>
      </w:r>
    </w:p>
    <w:p>
      <w:r>
        <w:rPr>
          <w:b/>
        </w:rPr>
        <w:t xml:space="preserve">[53:20] </w:t>
      </w:r>
      <w:r>
        <w:t>us ke baad hi yeh baat aap keh sakte hain.</w:t>
      </w:r>
    </w:p>
    <w:p>
      <w:pPr>
        <w:jc w:val="right"/>
      </w:pPr>
      <w:r>
        <w:t>اس کے بعد ہی یہ بات آپ کہہ سکتے ہیں۔</w:t>
      </w:r>
    </w:p>
    <w:p>
      <w:r>
        <w:rPr>
          <w:b/>
        </w:rPr>
        <w:t xml:space="preserve">[53:26] </w:t>
      </w:r>
      <w:r>
        <w:t>maulana, agla sawal hyderabad se aaya hai, mr. jeent ka. unhon ne likha hai: "maulana, I used to watch your live lectures every sunday, and I am very much interested in reading your literature.</w:t>
      </w:r>
    </w:p>
    <w:p>
      <w:pPr>
        <w:jc w:val="right"/>
      </w:pPr>
      <w:r>
        <w:t>مولانا، اگلا سوال حیدرآباد سے آیا ہے، مسٹر جینت کا۔ انہوں نے لکھا ہے: "مولانا، I used to watch your live lectures every Sunday, and I am very much interested in reading your literature.</w:t>
      </w:r>
    </w:p>
    <w:p>
      <w:r>
        <w:rPr>
          <w:b/>
        </w:rPr>
        <w:t xml:space="preserve">[53:41] </w:t>
      </w:r>
      <w:r>
        <w:t>My question is, in one of the hadiths that I had read, it was mentioned that whenever we hear the Prophet Muhammad's name, we should say 'salallaho alaihi wasallam', and any person who does not do that invites Allah's curse.</w:t>
      </w:r>
    </w:p>
    <w:p>
      <w:pPr>
        <w:jc w:val="right"/>
      </w:pPr>
      <w:r>
        <w:t>My question is, in one of the hadiths that I had read, it was mentioned that whenever we hear the Prophet Muhammad's name, we should say 'صلی اللہ علیہ وسلم', and any person who does not do that invites Allah's curse.</w:t>
      </w:r>
    </w:p>
    <w:p>
      <w:r>
        <w:rPr>
          <w:b/>
        </w:rPr>
        <w:t xml:space="preserve">[53:59] </w:t>
      </w:r>
      <w:r>
        <w:t>By taking the above hadith, if an author does not mention 'salallaho alaihi wasallam' after the Prophet Muhammad's name in his book, will he be considered one of the wrongdoers?</w:t>
      </w:r>
    </w:p>
    <w:p>
      <w:pPr>
        <w:jc w:val="right"/>
      </w:pPr>
      <w:r>
        <w:t>By taking the above hadith, if an author does not mention 'صلی اللہ علیہ وسلم' after the Prophet Muhammad's name in his book, will he be considered one of the wrongdoers?</w:t>
      </w:r>
    </w:p>
    <w:p>
      <w:r>
        <w:rPr>
          <w:b/>
        </w:rPr>
        <w:t xml:space="preserve">[54:11] </w:t>
      </w:r>
      <w:r>
        <w:t>What is the real and correct interpretation of the above hadith? Please clarify this to me." dekhen, is par maine likha hai, meri kitab hai, is ka naam hai "zuhur-e-islam".</w:t>
      </w:r>
    </w:p>
    <w:p>
      <w:pPr>
        <w:jc w:val="right"/>
      </w:pPr>
      <w:r>
        <w:t>What is the real and correct interpretation of the above hadith? Please clarify this to me." دیکھیں، اس پر میں نے لکھا ہے، میری کتاب ہے، اس کا نام ہے "ظہر اسلام"۔</w:t>
      </w:r>
    </w:p>
    <w:p>
      <w:r>
        <w:rPr>
          <w:b/>
        </w:rPr>
        <w:t xml:space="preserve">[54:23] </w:t>
      </w:r>
      <w:r>
        <w:t>isko aap padh lijiye. khulasa yeh hai ke salallaho alaihi wasallam dil se matloob hai. yeh ulama ka mauqaf hai, yeh jo main keh raha hoon aap ko.</w:t>
      </w:r>
    </w:p>
    <w:p>
      <w:pPr>
        <w:jc w:val="right"/>
      </w:pPr>
      <w:r>
        <w:t>اس کو آپ پڑھ لیجئے۔ خلاصہ یہ ہے کہ صلی اللہ علیہ وسلم دل سے مطلوب ہے۔ یہ علماء کا موقف ہے، یہ جو میں کہہ رہا ہوں آپ کو۔</w:t>
      </w:r>
    </w:p>
    <w:p>
      <w:r>
        <w:rPr>
          <w:b/>
        </w:rPr>
        <w:t xml:space="preserve">[54:32] </w:t>
      </w:r>
      <w:r>
        <w:t>bade bade ulama ne is sarahat kiye ke asal cheez mauqaf dil, yani innamal a'malu binniyat aur salallaho alaihi wasallam ke ma'ni kya hain?</w:t>
      </w:r>
    </w:p>
    <w:p>
      <w:pPr>
        <w:jc w:val="right"/>
      </w:pPr>
      <w:r>
        <w:t>بڑے بڑے علماء نے اس صراحت کیے کہ اصل چیز موقف دل، یعنی انما الاعمال بالنيات اور صلی اللہ علیہ وسلم کے معنی کیا ہیں؟</w:t>
      </w:r>
    </w:p>
    <w:p>
      <w:r>
        <w:rPr>
          <w:b/>
        </w:rPr>
        <w:t xml:space="preserve">[54:41] </w:t>
      </w:r>
      <w:r>
        <w:t>acknowledge karna. yeh koi prasarar kalma nahi hai, koi mysterious mantra nahi hai. yeh</w:t>
      </w:r>
    </w:p>
    <w:p>
      <w:pPr>
        <w:jc w:val="right"/>
      </w:pPr>
      <w:r>
        <w:t>اکنالش کرنا۔ یہ کوئی پراسرار کلمہ نہیں ہے، کوئی مسٹیریس منتر نہیں ہے۔ یہ</w:t>
      </w:r>
    </w:p>
    <w:p>
      <w:r>
        <w:rPr>
          <w:b/>
        </w:rPr>
        <w:t xml:space="preserve">[54:48] </w:t>
      </w:r>
      <w:r>
        <w:t>acknowledge karna, yani</w:t>
      </w:r>
    </w:p>
    <w:p>
      <w:pPr>
        <w:jc w:val="right"/>
      </w:pPr>
      <w:r>
        <w:t>اکنالش کرنا، یعنی</w:t>
      </w:r>
    </w:p>
    <w:p>
      <w:r>
        <w:rPr>
          <w:b/>
        </w:rPr>
        <w:t xml:space="preserve">[54:52] </w:t>
      </w:r>
      <w:r>
        <w:t>muhammad salallaho alaihi wasallam ke zariye hamein quran mila, hamein allah ki hidayat mili, hamein sirat-e-mustaqeem mila.</w:t>
      </w:r>
    </w:p>
    <w:p>
      <w:pPr>
        <w:jc w:val="right"/>
      </w:pPr>
      <w:r>
        <w:t>محمد صلی اللہ علیہ وسلم کے ذریعے ہمیں قرآن ملا، ہمیں اللہ کی ہدایت ملی، ہمیں صراط مستقیم ملا۔</w:t>
      </w:r>
    </w:p>
    <w:p>
      <w:r>
        <w:rPr>
          <w:b/>
        </w:rPr>
        <w:t xml:space="preserve">[55:02] </w:t>
      </w:r>
      <w:r>
        <w:t>to hamein shor karna hai, hamein acknowledge karna hai. isi acknowledgement ka tareeqa hai ke sallallahu alaihi wasallam ek dua ka kalma hai,</w:t>
      </w:r>
    </w:p>
    <w:p>
      <w:pPr>
        <w:jc w:val="right"/>
      </w:pPr>
      <w:r>
        <w:t>تو ہمیں شور کرنا ہے، ہمیں اکنالج کرنا ہے۔ اسی اکنالجمنٹ کا طریقہ ہے کہ صلی اللہ علیہ وسلم ایک دعا کا کلمہ ہے،</w:t>
      </w:r>
    </w:p>
    <w:p>
      <w:r>
        <w:rPr>
          <w:b/>
        </w:rPr>
        <w:t xml:space="preserve">[55:11] </w:t>
      </w:r>
      <w:r>
        <w:t>yani aye paighambar, aap par Allah ki rehmaten hon. aap ke zariye se hamein quran pahuncha, hidayat pahunchi. to sallallahu alaihi wasallam koi mysterious mantra nahi hai, yeh acknowledgement hai.</w:t>
      </w:r>
    </w:p>
    <w:p>
      <w:pPr>
        <w:jc w:val="right"/>
      </w:pPr>
      <w:r>
        <w:t>یعنی اے پیغمبر، آپ پر اللہ کی رحمتیں ہوں۔ آپ کے ذریعے سے ہمیں قرآن پہنچا، ہدایت پہنچی۔ تو صلی اللہ علیہ وسلم کوئی مسٹیریس منتر نہیں ہے، یہ اکنالجمنٹ ہے۔</w:t>
      </w:r>
    </w:p>
    <w:p>
      <w:r>
        <w:rPr>
          <w:b/>
        </w:rPr>
        <w:t xml:space="preserve">[55:23] </w:t>
      </w:r>
      <w:r>
        <w:t>acknowledgement dil se hota hai, lafz service ke taur par nahi. acknowledgement lafz service ke taur par nahi hota hai, dil se hota hai. dil mein agar hai to wohi asal hai.</w:t>
      </w:r>
    </w:p>
    <w:p>
      <w:pPr>
        <w:jc w:val="right"/>
      </w:pPr>
      <w:r>
        <w:t>اکنالجمنٹ دل سے ہوتا ہے، لفظ سروس کے طور پر نہیں۔ اکنالجمنٹ لفظ سروس کے طور پر نہیں ہوتا ہے، دل سے ہوتا ہے۔ دل میں اگر ہے تو وہی اصل ہے۔</w:t>
      </w:r>
    </w:p>
    <w:p>
      <w:r>
        <w:rPr>
          <w:b/>
        </w:rPr>
        <w:t xml:space="preserve">[55:35] </w:t>
      </w:r>
      <w:r>
        <w:t>is ke bare mein maine likha hai, meri ek ek chapter is mein "zuhur-e-islam" hai, us ko aap padh lijiyye.</w:t>
      </w:r>
    </w:p>
    <w:p>
      <w:pPr>
        <w:jc w:val="right"/>
      </w:pPr>
      <w:r>
        <w:t>اس کے بارے میں میں نے لکھا ہے، میری ایک ایک چیپٹر اس میں "ظہر اسلام" ہے، اس کو آپ پڑھ لیجئے۔</w:t>
      </w:r>
    </w:p>
    <w:p>
      <w:r>
        <w:rPr>
          <w:b/>
        </w:rPr>
        <w:t xml:space="preserve">[55:41] </w:t>
      </w:r>
      <w:r>
        <w:t>baqi khulasa is ka yahi hai.</w:t>
      </w:r>
    </w:p>
    <w:p>
      <w:pPr>
        <w:jc w:val="right"/>
      </w:pPr>
      <w:r>
        <w:t>باقی خلاصہ اس کا یہی ہے۔</w:t>
      </w:r>
    </w:p>
    <w:p>
      <w:r>
        <w:rPr>
          <w:b/>
        </w:rPr>
        <w:t xml:space="preserve">[55:48] </w:t>
      </w:r>
      <w:r>
        <w:t>maulana, agla sawal dilli se hai, doctor upendra mehta sahab ka. unhon ne likha hai: "maulana sahab, hamari biradari husaini pandit ya husaini brahman kehlati hai.</w:t>
      </w:r>
    </w:p>
    <w:p>
      <w:pPr>
        <w:jc w:val="right"/>
      </w:pPr>
      <w:r>
        <w:t>مولانا، اگلا سوال دلی سے ہے، ڈاکٹر اپیندر مہتا صاحب کا۔ انہوں نے لکھا ہے: "مولانا صاحب، ہماری برادری حسینی پنڈت یا حسینی براہمن کہلاتی ہے۔</w:t>
      </w:r>
    </w:p>
    <w:p>
      <w:r>
        <w:rPr>
          <w:b/>
        </w:rPr>
        <w:t xml:space="preserve">[56:02] </w:t>
      </w:r>
      <w:r>
        <w:t>meharbani kar ke aap bataiye ke imam hussain sahab ji ke mubarak naam se hamare rishte ki tafseel kya hai, jis se hamein apne buzurgon ke bare mein gyan ho?" bhai, yeh to mujhe aata nahi.</w:t>
      </w:r>
    </w:p>
    <w:p>
      <w:pPr>
        <w:jc w:val="right"/>
      </w:pPr>
      <w:r>
        <w:t>مہربانی کر کے آپ بتائیے کہ امام حسین صاحب جی کے مبارک نام سے ہمارے رشتے کی تفصیل کیا ہے، جس سے ہمیں اپنے بزرگوں کے بارے میں گیان ہو؟" بھائی، یہ تو مجھے آتا نہیں۔</w:t>
      </w:r>
    </w:p>
    <w:p>
      <w:r>
        <w:rPr>
          <w:b/>
        </w:rPr>
        <w:t xml:space="preserve">[56:18] </w:t>
      </w:r>
      <w:r>
        <w:t>that is out of my domain. is bare mein to mujhe pata nahi. koi is ka scholar ho to batayega. main nahi jaanta.</w:t>
      </w:r>
    </w:p>
    <w:p>
      <w:pPr>
        <w:jc w:val="right"/>
      </w:pPr>
      <w:r>
        <w:t>That is out of my domain. اس بارے میں تو مجھے پتہ نہیں۔ کوئی اس کا اسکالر ہو تو بتائے گا۔ میں نہیں جانتا۔</w:t>
      </w:r>
    </w:p>
    <w:p>
      <w:r>
        <w:rPr>
          <w:b/>
        </w:rPr>
        <w:t xml:space="preserve">[56:29] </w:t>
      </w:r>
      <w:r>
        <w:t>main main na to husaini hoon, na mujhe is culture ka pata bhi nahi. yeh culture koi is ka taluq islam se nahi hai. yeh to ek ek quran o hadith mein kahin aisa nahi ke koi husaini hota hai, koi hasni hota hai, koi alvi hota hai.</w:t>
      </w:r>
    </w:p>
    <w:p>
      <w:pPr>
        <w:jc w:val="right"/>
      </w:pPr>
      <w:r>
        <w:t>میں میں نہ تو حسینی ہوں، نہ مجھے اس کلچر کا پتہ بھی نہیں۔ یہ کلچر کوئی اس کا تعلق اسلام سے نہیں ہے۔ یہ تو ایک ایک قرآن و حدیث میں کہیں ایسا نہیں کہ کوئی حسینی ہوتا ہے، کوئی حسنی ہوتا ہے، کوئی علوی ہوتا ہے۔</w:t>
      </w:r>
    </w:p>
    <w:p>
      <w:r>
        <w:rPr>
          <w:b/>
        </w:rPr>
        <w:t xml:space="preserve">[56:46] </w:t>
      </w:r>
      <w:r>
        <w:t>yeh to quran o hadith mein kahin hai nahi. yeh to ek riwaj hai, ek hai. riwaj hai, tradition hai, jo bhi keh lijiyye.</w:t>
      </w:r>
    </w:p>
    <w:p>
      <w:pPr>
        <w:jc w:val="right"/>
      </w:pPr>
      <w:r>
        <w:t>یہ تو قرآن و حدیث میں کہیں ہے نہیں۔ یہ تو ایک رواج ہے، ایک ہے۔ رواج ہے، ٹریڈیشن ہے، جو بھی کہہ لیجئے۔</w:t>
      </w:r>
    </w:p>
    <w:p>
      <w:r>
        <w:rPr>
          <w:b/>
        </w:rPr>
        <w:t xml:space="preserve">[56:56] </w:t>
      </w:r>
      <w:r>
        <w:t>beh-haal, main is ka koi expert nahi hoon, is liye main is ke bare mein kuch nahi bata sakta.</w:t>
      </w:r>
    </w:p>
    <w:p>
      <w:pPr>
        <w:jc w:val="right"/>
      </w:pPr>
      <w:r>
        <w:t>بہرحال، میں اس کا کوئی ایکسپرٹ نہیں ہوں، اس لیے میں اس کے بارے میں کچھ نہیں بتا سکتا۔</w:t>
      </w:r>
    </w:p>
    <w:p>
      <w:r>
        <w:rPr>
          <w:b/>
        </w:rPr>
        <w:t xml:space="preserve">[57:04] </w:t>
      </w:r>
      <w:r>
        <w:t>maulana, agla sawal lene se pehle ek comment padhna chahenge jo miss ayesha ne bheja hai dilli se. unhon ne likha hai: "maulana, today talk was an eye opener for me.</w:t>
      </w:r>
    </w:p>
    <w:p>
      <w:pPr>
        <w:jc w:val="right"/>
      </w:pPr>
      <w:r>
        <w:t>مولانا، اگلا سوال لینے سے پہلے ایک کمنٹ پڑھنا چاہیں گے جو مس عائشہ نے بھیجا ہے دلی سے۔ انہوں نے لکھا ہے: "مولانا، ٹوڈے ٹاک واز این آئی اوپنر فار می۔</w:t>
      </w:r>
    </w:p>
    <w:p>
      <w:r>
        <w:rPr>
          <w:b/>
        </w:rPr>
        <w:t xml:space="preserve">[57:16] </w:t>
      </w:r>
      <w:r>
        <w:t>it made me discover the importance of changing the mindset and realizing the highest goal of islam.</w:t>
      </w:r>
    </w:p>
    <w:p>
      <w:pPr>
        <w:jc w:val="right"/>
      </w:pPr>
      <w:r>
        <w:t>اٹ میڈ می ڈسکور دا امپورٹنس اف چینجنگ دا مائنڈ سیٹ اینڈ ریلائزنگ دا ہائیسٹ گول اف اسلام۔</w:t>
      </w:r>
    </w:p>
    <w:p>
      <w:r>
        <w:rPr>
          <w:b/>
        </w:rPr>
        <w:t xml:space="preserve">[57:24] </w:t>
      </w:r>
      <w:r>
        <w:t>jazak allah for a thought provoking speech."</w:t>
      </w:r>
    </w:p>
    <w:p>
      <w:pPr>
        <w:jc w:val="right"/>
      </w:pPr>
      <w:r>
        <w:t>جزاک اللہ فار ا تھاٹ پرووکنگ سپیچ۔"</w:t>
      </w:r>
    </w:p>
    <w:p>
      <w:r>
        <w:rPr>
          <w:b/>
        </w:rPr>
        <w:t xml:space="preserve">[57:30] </w:t>
      </w:r>
      <w:r>
        <w:t>maulana, agla sawal hai kashmir se amir sofi sahab ka. unhon ne aapse poocha hai ke can we greet non-muslims with the islamic word assalamu alaikum?</w:t>
      </w:r>
    </w:p>
    <w:p>
      <w:pPr>
        <w:jc w:val="right"/>
      </w:pPr>
      <w:r>
        <w:t>مولانا، اگلا سوال ہے کشمیر سے امیر صوفی صاحب کا۔ انہوں نے آپ سے پوچھا ہے کہ Can we greet non-Muslims with the Islamic word السلام علیکم؟</w:t>
      </w:r>
    </w:p>
    <w:p>
      <w:r>
        <w:rPr>
          <w:b/>
        </w:rPr>
        <w:t xml:space="preserve">[57:42] </w:t>
      </w:r>
      <w:r>
        <w:t>zaroor, already aap karte hi hain. yeh is se poochne ki baat hi nahi hai. already hum sab duniya ko assalamu alaikum kehte hain.</w:t>
      </w:r>
    </w:p>
    <w:p>
      <w:pPr>
        <w:jc w:val="right"/>
      </w:pPr>
      <w:r>
        <w:t>ضرور، الریڈی آپ کرتے ہی ہیں۔ یہ اس سے پوچھنے کی بات ہی نہیں ہے۔ الریڈی ہم سب دنیا کو السلام علیکم کہتے ہیں۔</w:t>
      </w:r>
    </w:p>
    <w:p>
      <w:r>
        <w:rPr>
          <w:b/>
        </w:rPr>
        <w:t xml:space="preserve">[57:51] </w:t>
      </w:r>
      <w:r>
        <w:t>dekhiye, paanch waqt ki jo aap namaz padhte hain to namaz ke aakhir mein kya kehte hain aap?</w:t>
      </w:r>
    </w:p>
    <w:p>
      <w:pPr>
        <w:jc w:val="right"/>
      </w:pPr>
      <w:r>
        <w:t>دیکھیں، پانچ وقت کی جو آپ نماز پڑھتے ہیں تو نماز کے آخر میں کیا کہتے ہیں آپ؟</w:t>
      </w:r>
    </w:p>
    <w:p>
      <w:r>
        <w:rPr>
          <w:b/>
        </w:rPr>
        <w:t xml:space="preserve">[58:00] </w:t>
      </w:r>
      <w:r>
        <w:t>yani apna chehra idhar karte hain, idhar karte hain. assalamu alaikum wa rehmatullah assalamu alaikum wa rehmatullah. to sari duniya ki taraf chehra kar ke aap kehte hain: "aye logon, tum par salamat ho!</w:t>
      </w:r>
    </w:p>
    <w:p>
      <w:pPr>
        <w:jc w:val="right"/>
      </w:pPr>
      <w:r>
        <w:t>یعنی اپنا چہرہ ادھر کرتے ہیں، ادھر کرتے ہیں۔ السلام علیکم ورحمۃ اللہ السلام علیکم ورحمۃ اللہ۔ تو ساری دنیا کی طرف چہرہ کر کے آپ کہتے ہیں: "اے لوگوں، تم پر سلامتی ہو!</w:t>
      </w:r>
    </w:p>
    <w:p>
      <w:r>
        <w:rPr>
          <w:b/>
        </w:rPr>
        <w:t xml:space="preserve">[58:13] </w:t>
      </w:r>
      <w:r>
        <w:t>aye logon, tum par salamat ho!" to kaun log hote hain? kya musalman hote hain? sab log hote hain.</w:t>
      </w:r>
    </w:p>
    <w:p>
      <w:pPr>
        <w:jc w:val="right"/>
      </w:pPr>
      <w:r>
        <w:t>اے لوگوں، تم پر سلامتی ہو!" تو کون لوگ ہوتے ہیں؟ کیا مسلمان ہوتے ہیں؟ سب لوگ ہوتے ہیں۔</w:t>
      </w:r>
    </w:p>
    <w:p>
      <w:r>
        <w:rPr>
          <w:b/>
        </w:rPr>
        <w:t xml:space="preserve">[58:21] </w:t>
      </w:r>
      <w:r>
        <w:t>alaikum jo hai, sare insanon ke liye hai. yeh</w:t>
      </w:r>
    </w:p>
    <w:p>
      <w:pPr>
        <w:jc w:val="right"/>
      </w:pPr>
      <w:r>
        <w:t>علیکم جو ہے، سارے انسانوں کے لیے ہے۔ یہ</w:t>
      </w:r>
    </w:p>
    <w:p>
      <w:r>
        <w:rPr>
          <w:b/>
        </w:rPr>
        <w:t xml:space="preserve">[58:29] </w:t>
      </w:r>
      <w:r>
        <w:t>ek ek muhaddis the, unhon ne kaha ke tadri muslim yqul anta amnun minni anta amnun minni jab aadmi assalamu alaikum kehta hai to jaante ho kya matlab is ka hai?</w:t>
      </w:r>
    </w:p>
    <w:p>
      <w:pPr>
        <w:jc w:val="right"/>
      </w:pPr>
      <w:r>
        <w:t>ایک ایک محدث تھے، انہوں نے کہا کہ التدری مسلم یقول انت امن منی انت امن منی جب آدمی السلام علیکم کہتا ہے تو جانتے ہو کیا مطلب اس کا ہے؟</w:t>
      </w:r>
    </w:p>
    <w:p>
      <w:r>
        <w:rPr>
          <w:b/>
        </w:rPr>
        <w:t xml:space="preserve">[58:43] </w:t>
      </w:r>
      <w:r>
        <w:t xml:space="preserve">is ka matlab yeh hai ke sab se woh keh raha hota hai ke tum mujh se mehfooz ho, tum mujh se mehfooz ho, tum par salamat ho, tum par salamat ho. </w:t>
      </w:r>
    </w:p>
    <w:p>
      <w:pPr>
        <w:jc w:val="right"/>
      </w:pPr>
      <w:r>
        <w:t>اس کا مطلب یہ ہے کہ سب سے وہ کہہ رہا ہوتا ہے کہ تم مجھ سے محفوظ ہو، تم مجھ سے محفوظ ہو، تم پر سلامتی ہو، تم پر سلامتی ہو۔</w:t>
      </w:r>
    </w:p>
    <w:p>
      <w:r>
        <w:rPr>
          <w:b/>
        </w:rPr>
        <w:t xml:space="preserve">[58:51] </w:t>
      </w:r>
      <w:r>
        <w:t>to jo log yeh poochte hain, bohat se log maine dekha ke woh poochte hain. yeh poochne pe matlab hai. already sare musalman is par practice karte hain, lekin be-shuuri ke tehat</w:t>
      </w:r>
    </w:p>
    <w:p>
      <w:pPr>
        <w:jc w:val="right"/>
      </w:pPr>
      <w:r>
        <w:t>تو جو لوگ یہ پوچھتے ہیں، بہت سے لوگ میں نے دیکھا کہ وہ پوچھتے ہیں۔ یہ پوچھنے پہ معنی ہے۔ الریڈی سارے مسلمان اس پر پریکٹس کرتے ہیں، لیکن بے شعوری کے تحت</w:t>
      </w:r>
    </w:p>
    <w:p>
      <w:r>
        <w:rPr>
          <w:b/>
        </w:rPr>
        <w:t xml:space="preserve">[59:05] </w:t>
      </w:r>
      <w:r>
        <w:t>jab bhi hum namaz ko padhne ke baad idhar phirte hain, idhar padhte hain, assalamu alaikum kehte hain, woh sari duniya ke liye hota hai. woh yeh nahi ke aye musalmanon, tumhare upar salamat ho.</w:t>
      </w:r>
    </w:p>
    <w:p>
      <w:pPr>
        <w:jc w:val="right"/>
      </w:pPr>
      <w:r>
        <w:t>جب بھی ہم نماز کو پڑھنے کے بعد ادھر پھرتے ہیں، ادھر پڑھتے ہیں، السلام علیکم کہتے ہیں، وہ ساری دنیا کے لیے ہوتا ہے۔ وہ یہ نہیں کہ اے مسلمانوں، تمہارے اوپر سلامتی ہو۔</w:t>
      </w:r>
    </w:p>
    <w:p>
      <w:r>
        <w:rPr>
          <w:b/>
        </w:rPr>
        <w:t xml:space="preserve">[59:17] </w:t>
      </w:r>
      <w:r>
        <w:t>sab duniya ke liye</w:t>
      </w:r>
    </w:p>
    <w:p>
      <w:pPr>
        <w:jc w:val="right"/>
      </w:pPr>
      <w:r>
        <w:t>سب دنیا کے لیے</w:t>
      </w:r>
    </w:p>
    <w:p>
      <w:r>
        <w:rPr>
          <w:b/>
        </w:rPr>
        <w:t xml:space="preserve">[59:19] </w:t>
      </w:r>
      <w:r>
        <w:t>yeh to Islam ki bahut basic taleem hai ke sab ke liye aap ke dil mein salamati ho, sab ke liye aap ke dil mein peace ho, sab ke liye aap ke dil mein khair khwahi ho.</w:t>
      </w:r>
    </w:p>
    <w:p>
      <w:pPr>
        <w:jc w:val="right"/>
      </w:pPr>
      <w:r>
        <w:t>یہ تو اسلام کی بہت بیسک تعلیم ہے کہ سب کے لیے آپ کے دل میں سلامتی ہو، سب کے لیے آپ کے دل میں پیس ہو، سب کے لیے آپ کے دل میں خیر خواہی ہو۔</w:t>
      </w:r>
    </w:p>
    <w:p>
      <w:r>
        <w:rPr>
          <w:b/>
        </w:rPr>
        <w:t xml:space="preserve">[59:28] </w:t>
      </w:r>
      <w:r>
        <w:t>yeh islam ki basic teaching hai, yani social teaching.</w:t>
      </w:r>
    </w:p>
    <w:p>
      <w:pPr>
        <w:jc w:val="right"/>
      </w:pPr>
      <w:r>
        <w:t>یہ اسلام کی بیسک ٹیچنگ ہے، یعنی سوشل ٹیچنگ۔</w:t>
      </w:r>
    </w:p>
    <w:p>
      <w:r>
        <w:rPr>
          <w:b/>
        </w:rPr>
        <w:t xml:space="preserve">[59:36] </w:t>
      </w:r>
      <w:r>
        <w:t>maulana, agla sawal bangalore se hai javed sahab ka. unhon ne likha hai: "maulana sahab, please tell us as to how can we take lessons from somebody death?</w:t>
      </w:r>
    </w:p>
    <w:p>
      <w:pPr>
        <w:jc w:val="right"/>
      </w:pPr>
      <w:r>
        <w:t>مولانا، اگلا سوال بینگلور سے ہے جاوید صاحب کا۔ انہوں نے لکھا ہے: "مولانا صاحب، پلیز ٹیل اس ایز ٹو ہاؤ کین وی ٹیک لیسنز فرام سم بڈی ڈیتھ؟</w:t>
      </w:r>
    </w:p>
    <w:p>
      <w:r>
        <w:rPr>
          <w:b/>
        </w:rPr>
        <w:t xml:space="preserve">[59:50] </w:t>
      </w:r>
      <w:r>
        <w:t>death ji,</w:t>
      </w:r>
    </w:p>
    <w:p>
      <w:pPr>
        <w:jc w:val="right"/>
      </w:pPr>
      <w:r>
        <w:t>" ڈیتھ جی،</w:t>
      </w:r>
    </w:p>
    <w:p>
      <w:r>
        <w:rPr>
          <w:b/>
        </w:rPr>
        <w:t xml:space="preserve">[59:54] </w:t>
      </w:r>
      <w:r>
        <w:t>main baat to yahi samajhta hoon ke doosre ki maut ko aap apni maut samjhein.</w:t>
      </w:r>
    </w:p>
    <w:p>
      <w:pPr>
        <w:jc w:val="right"/>
      </w:pPr>
      <w:r>
        <w:t>میں بات تو یہی سمجھتا ہوں کہ دوسرے کی موت کو آپ اپنی موت سمجھیں۔</w:t>
      </w:r>
    </w:p>
    <w:p>
      <w:r>
        <w:rPr>
          <w:b/>
        </w:rPr>
        <w:t xml:space="preserve">[1:00:03] </w:t>
      </w:r>
      <w:r>
        <w:t>doosre ko jab aap dekhein ke woh mar gaya aur main dafan kiya gaya, us ko is dunya se woh chala gaya to apne bare mein sochein.</w:t>
      </w:r>
    </w:p>
    <w:p>
      <w:pPr>
        <w:jc w:val="right"/>
      </w:pPr>
      <w:r>
        <w:t>دوسرے کو جب آپ دیکھیں کہ وہ مر گیا اور میں دفن کیا گیا، اس کو اس دنیا سے وہ چلا گیا تو اپنے بارے میں سوچیں۔</w:t>
      </w:r>
    </w:p>
    <w:p>
      <w:r>
        <w:rPr>
          <w:b/>
        </w:rPr>
        <w:t xml:space="preserve">[1:00:13] </w:t>
      </w:r>
      <w:r>
        <w:t>aise hi mujhe hi marna hai, mujhe bhi qabar mein dala jayega, main bhi is dunya se chala jaunga.</w:t>
      </w:r>
    </w:p>
    <w:p>
      <w:pPr>
        <w:jc w:val="right"/>
      </w:pPr>
      <w:r>
        <w:t>ایسے ہی مجھے ہی مرنا ہے، مجھے بھی قبر میں ڈالا جائے گا، میں بھی اس دنیا سے چلا جاؤں گا۔</w:t>
      </w:r>
    </w:p>
    <w:p>
      <w:r>
        <w:rPr>
          <w:b/>
        </w:rPr>
        <w:t xml:space="preserve">[1:00:21] </w:t>
      </w:r>
      <w:r>
        <w:t>to doosre ki maut mein apni maut ko dekhna yeh asal sabaq hai.</w:t>
      </w:r>
    </w:p>
    <w:p>
      <w:pPr>
        <w:jc w:val="right"/>
      </w:pPr>
      <w:r>
        <w:t>تو دوسرے کی موت میں اپنی موت کو دیکھنا یہ اصل سبق ہے۔</w:t>
      </w:r>
    </w:p>
    <w:p>
      <w:r>
        <w:rPr>
          <w:b/>
        </w:rPr>
        <w:t xml:space="preserve">[1:00:31] </w:t>
      </w:r>
      <w:r>
        <w:t>doosre ki maut mein apni maut ko dekhna, doosre ki maut, doosre ki maut ke waqeye par apni maut ko yaad karna yeh is ka sabaq hai.</w:t>
      </w:r>
    </w:p>
    <w:p>
      <w:pPr>
        <w:jc w:val="right"/>
      </w:pPr>
      <w:r>
        <w:t>دوسرے کی موت میں اپنی موت کو دیکھنا، دوسرے کی موت، دوسرے کی موت کے واقعے پر اپنی موت کو یاد کرنا یہ اس کا سبق ہے۔</w:t>
      </w:r>
    </w:p>
    <w:p>
      <w:r>
        <w:rPr>
          <w:b/>
        </w:rPr>
        <w:t xml:space="preserve">[1:00:42] </w:t>
      </w:r>
      <w:r>
        <w:t>aur yeh itna bara sabaq hai, itna bara sabaq hai ke sahi ma'no mein agar koi yeh sabaq le le to poori zindagi badal jayegi is ki.</w:t>
      </w:r>
    </w:p>
    <w:p>
      <w:pPr>
        <w:jc w:val="right"/>
      </w:pPr>
      <w:r>
        <w:t>اور یہ اتنا بڑا سبق ہے، اتنا بڑا سبق ہے کہ صحیح معنوں میں اگر کوئی یہ سبق لے لے تو پوری زندگی بدل جائے گی اس کی۔</w:t>
      </w:r>
    </w:p>
    <w:p>
      <w:r>
        <w:rPr>
          <w:b/>
        </w:rPr>
        <w:t xml:space="preserve">[1:00:52] </w:t>
      </w:r>
      <w:r>
        <w:t>yani poori zindagi is ki akhirat oriented ho jayegi. lekin dunya ek lagega is ko ke dunya kya hai.</w:t>
      </w:r>
    </w:p>
    <w:p>
      <w:pPr>
        <w:jc w:val="right"/>
      </w:pPr>
      <w:r>
        <w:t>یعنی پوری زندگی اس کی آخرت اورینٹڈ ہو جائے گی۔ لیکن دنیا ایک لگے گا اس کو کہ دنیا کیا ہے۔</w:t>
      </w:r>
    </w:p>
    <w:p>
      <w:r>
        <w:rPr>
          <w:b/>
        </w:rPr>
        <w:t xml:space="preserve">[1:00:59] </w:t>
      </w:r>
      <w:r>
        <w:t>thode dinon ke baad jana hai kisi aur dunya mein jo eternal world hai, to is ka rukh bilkul akhirat ki taraf chala jayega.</w:t>
      </w:r>
    </w:p>
    <w:p>
      <w:pPr>
        <w:jc w:val="right"/>
      </w:pPr>
      <w:r>
        <w:t>تھوڑے دنوں کے بعد جانا ہے کسی اور دنیا میں جو ایٹرنل ورلڈ ہے، تو اس کا رخ بالکل آخرت کی طرف چلا جائے گا۔</w:t>
      </w:r>
    </w:p>
    <w:p>
      <w:r>
        <w:rPr>
          <w:b/>
        </w:rPr>
        <w:t xml:space="preserve">[1:01:10] </w:t>
      </w:r>
      <w:r>
        <w:t>yeh to bohat bara waqea hai hamare liye, maut ka waqea aur is ka lesson jo hai bilashuba poori zindagi ko badal le, badal dene wala hai.</w:t>
      </w:r>
    </w:p>
    <w:p>
      <w:pPr>
        <w:jc w:val="right"/>
      </w:pPr>
      <w:r>
        <w:t>یہ تو بہت بڑا واقعہ ہے ہمارے لیے، موت کا واقعہ اور اس کا لیسن جو ہے بلاشبہ پوری زندگی کو بدل لے، بدل دینے والا ہے۔</w:t>
      </w:r>
    </w:p>
    <w:p>
      <w:r>
        <w:rPr>
          <w:b/>
        </w:rPr>
        <w:t xml:space="preserve">[1:01:27] </w:t>
      </w:r>
      <w:r>
        <w:t>maulana, agla sawal iqbal sahab ka hai bangalore se. unhon ne likha hai: "saare quran mein allah ne doosre paighambaron ko naam se yaad kiya jaise ya ibrahim, ya musa, ya dawood,</w:t>
      </w:r>
    </w:p>
    <w:p>
      <w:pPr>
        <w:jc w:val="right"/>
      </w:pPr>
      <w:r>
        <w:t>مولانا، اگلا سوال اقبال صاحب کا ہے بینگلور سے۔ انہوں نے لکھا ہے: "سارے قرآن میں اللہ نے دوسرے پیغمبروں کو نام سے یاد کیا جیسے یا ابراہیم، یا موسیٰ، یا داؤد،</w:t>
      </w:r>
    </w:p>
    <w:p>
      <w:r>
        <w:rPr>
          <w:b/>
        </w:rPr>
        <w:t xml:space="preserve">[1:01:43] </w:t>
      </w:r>
      <w:r>
        <w:t>magar ek martaba bhi ya muhammad nahi keh ke balkeh aap ko al-kabe se yaad kiya jaise ya ayyuhal mudathir, ya ayyuhal muzammil</w:t>
      </w:r>
    </w:p>
    <w:p>
      <w:pPr>
        <w:jc w:val="right"/>
      </w:pPr>
      <w:r>
        <w:t>مگر ایک مرتبہ بھی یا محمد نہیں کہہ کے بلکہ آپ کو الکعب سے یاد کیا جیسے یا ایول مدثر، یا ایوہ المزمل</w:t>
      </w:r>
    </w:p>
    <w:p>
      <w:r>
        <w:rPr>
          <w:b/>
        </w:rPr>
        <w:t xml:space="preserve">[1:01:54] </w:t>
      </w:r>
      <w:r>
        <w:t>. kya is se yeh baat nikalti hai ke allah ne huzoor ki ta'zeem zyada ki doosre nabiyon ke muqable mein, is liye ya muhammad keh kar nahi khitab kiya?" yeh bilkul absurd baat hai, koi is ka sarpar nahi hai.</w:t>
      </w:r>
    </w:p>
    <w:p>
      <w:pPr>
        <w:jc w:val="right"/>
      </w:pPr>
      <w:r>
        <w:t>۔ کیا اس سے یہ بات نکلتی ہے کہ اللہ نے حضور کی تعظیم زیادہ کی دوسرے نبیوں کے مقابلے میں، اس لیے یا محمد کہہ کر نہیں خطاب کیا؟" یہ بالکل ایبسرٹ بات ہے، کوئی اس کا سرپر نہیں ہے۔</w:t>
      </w:r>
    </w:p>
    <w:p>
      <w:r>
        <w:rPr>
          <w:b/>
        </w:rPr>
        <w:t xml:space="preserve">[1:02:09] </w:t>
      </w:r>
      <w:r>
        <w:t>itni baaton ka is tarah se agar shoshe nikale jayen to aaj hi ghareeb qism shoshe niklenge, nikalte rehte hain log. yeh yeh shoshe hain, yeh koi daleel nahi hai.</w:t>
      </w:r>
    </w:p>
    <w:p>
      <w:pPr>
        <w:jc w:val="right"/>
      </w:pPr>
      <w:r>
        <w:t>اتنی باتوں کا اس طرح سے اگر شوشے نکالے جائیں تو آج ہی غریب قسم شوشے نکلیں گے، نکالتے رہتے ہیں لوگ۔ یہ یہ شوشے ہیں، یہ کوئی دلیل نہیں ہے۔</w:t>
      </w:r>
    </w:p>
    <w:p>
      <w:r>
        <w:rPr>
          <w:b/>
        </w:rPr>
        <w:t xml:space="preserve">[1:02:25] </w:t>
      </w:r>
      <w:r>
        <w:t>daleel kya hai? quran ki doosri ayat la nu farriqu baina ahadin min rusulih yeh daleel hai is ka naam. yeh koi daleel hai ke ya ya hai ke nahi, yeh to shosha hai.</w:t>
      </w:r>
    </w:p>
    <w:p>
      <w:pPr>
        <w:jc w:val="right"/>
      </w:pPr>
      <w:r>
        <w:t>دلیل کیا ہے؟ قرآن کی دوسری آیت لا نفرق بین عہد رسول یہ دلیل ہے اس کا نام۔ یہ کوئی دلیل ہے کہ یا یا ہے کہ نہیں، یہ تو شوشہ ہے۔</w:t>
      </w:r>
    </w:p>
    <w:p>
      <w:r>
        <w:rPr>
          <w:b/>
        </w:rPr>
        <w:t xml:space="preserve">[1:02:37] </w:t>
      </w:r>
      <w:r>
        <w:t>daleel hi is ka naam hai ke is ayat ko padhein aap la nu farriqu baina ahadin min rusulih hum ek rasool doosre mein farq nahi karte.</w:t>
      </w:r>
    </w:p>
    <w:p>
      <w:pPr>
        <w:jc w:val="right"/>
      </w:pPr>
      <w:r>
        <w:t>دلیل ہی اس کا نام ہے کہ اس آیت کو پڑھیں آپ لا نفرق بین عہد رسول ہم ایک رسول دوسرے میں فرق نہیں کرتے۔</w:t>
      </w:r>
    </w:p>
    <w:p>
      <w:r>
        <w:rPr>
          <w:b/>
        </w:rPr>
        <w:t xml:space="preserve">[1:02:48] </w:t>
      </w:r>
      <w:r>
        <w:t>yeh yeh is ka naam daleel hai. yeh to shoshe</w:t>
      </w:r>
    </w:p>
    <w:p>
      <w:pPr>
        <w:jc w:val="right"/>
      </w:pPr>
      <w:r>
        <w:t>یہ یہ اس کا نام دلیل ہے۔ یہ تو شوشے</w:t>
      </w:r>
    </w:p>
    <w:p>
      <w:r>
        <w:rPr>
          <w:b/>
        </w:rPr>
        <w:t xml:space="preserve">[1:02:50] </w:t>
      </w:r>
      <w:r>
        <w:t>ki baatein hain. shoshe jo chahein nikalte rahiye aap, shoshe ki koi had nahi hai. hazaron shoshe nikal sakte hain aap.</w:t>
      </w:r>
    </w:p>
    <w:p>
      <w:pPr>
        <w:jc w:val="right"/>
      </w:pPr>
      <w:r>
        <w:t>کی باتیں ہیں۔ شوشے جو چاہیں نکالتے رہیے آپ، شوشے کی کوئی حد نہیں ہے۔ ہزاروں شوشے نکال سکتے ہیں آپ۔</w:t>
      </w:r>
    </w:p>
    <w:p>
      <w:r>
        <w:rPr>
          <w:b/>
        </w:rPr>
        <w:t xml:space="preserve">[1:03:02] </w:t>
      </w:r>
      <w:r>
        <w:t>ab misaal, misaal ki taraf main kahoon ke mere ek bete ka naam hai saistain, to main kahoon ke dekho bhai, mera mera beta to allah ko takht par yaad aaya, us ne us ko naam wahan se mujhe bataya ke is ka naam yeh rakho.</w:t>
      </w:r>
    </w:p>
    <w:p>
      <w:pPr>
        <w:jc w:val="right"/>
      </w:pPr>
      <w:r>
        <w:t>اب مثال، مثال کی طرف میں کہوں کہ میرے ایک بیٹے کا نام ہے سائنسٹین، تو میں کہوں کہ دیکھو بھئی، میرا میرا بیٹا تو اللہ کو تخت پر یاد آیا، اس نے اس کو نام وہاں سے مجھے بتایا کہ اس کا نام یہ رکھو۔</w:t>
      </w:r>
    </w:p>
    <w:p>
      <w:r>
        <w:rPr>
          <w:b/>
        </w:rPr>
        <w:t xml:space="preserve">[1:03:16] </w:t>
      </w:r>
      <w:r>
        <w:t>to shosha nikal lenge bhai,</w:t>
      </w:r>
    </w:p>
    <w:p>
      <w:pPr>
        <w:jc w:val="right"/>
      </w:pPr>
      <w:r>
        <w:t>تو شوشہ نکال لیں گے بھئی،</w:t>
      </w:r>
    </w:p>
    <w:p>
      <w:r>
        <w:rPr>
          <w:b/>
        </w:rPr>
        <w:t xml:space="preserve">[1:03:18] </w:t>
      </w:r>
      <w:r>
        <w:t>to allah ka diya hua naam hai. yeh naam to allah ka diya hua hai, yeh allah ko bohat bohat mehboob hai. yeh shoshe nikalne se koi baat banti hai?</w:t>
      </w:r>
    </w:p>
    <w:p>
      <w:pPr>
        <w:jc w:val="right"/>
      </w:pPr>
      <w:r>
        <w:t>تو اللہ کا دیا ہوا نام ہے۔ یہ نام تو اللہ کا دیا ہوا ہے، یہ اللہ کو بہت بہت محبوب ہے۔ یہ شوشے نکالنے سے کوئی بات بنتی ہے؟</w:t>
      </w:r>
    </w:p>
    <w:p>
      <w:r>
        <w:rPr>
          <w:b/>
        </w:rPr>
        <w:t xml:space="preserve">[1:03:28] </w:t>
      </w:r>
      <w:r>
        <w:t>shoshon se kuch sabit nahi hota. itni bari ayat hai yeh ke la nu farriqu baina ahadin min rusulih hum rasoolon ke darmiyan farq nahi karte.</w:t>
      </w:r>
    </w:p>
    <w:p>
      <w:pPr>
        <w:jc w:val="right"/>
      </w:pPr>
      <w:r>
        <w:t>شوشوں سے کچھ ثابت نہیں ہوتا۔ اتنی بڑی آیت ہے یہ کہ لا نفرق بین عہد رسول ہم رسولوں کے درمیان فرق نہیں کرتے۔</w:t>
      </w:r>
    </w:p>
    <w:p>
      <w:r>
        <w:rPr>
          <w:b/>
        </w:rPr>
        <w:t xml:space="preserve">[1:03:40] </w:t>
      </w:r>
      <w:r>
        <w:t>aur quran mein dekhein, is se bhi bari baat main aap se arz karta hoon.</w:t>
      </w:r>
    </w:p>
    <w:p>
      <w:pPr>
        <w:jc w:val="right"/>
      </w:pPr>
      <w:r>
        <w:t>اور قرآن میں دیکھیں، اس سے بھی بڑی بات میں آپ سے عرض کرتا ہوں۔</w:t>
      </w:r>
    </w:p>
    <w:p>
      <w:r>
        <w:rPr>
          <w:b/>
        </w:rPr>
        <w:t xml:space="preserve">[1:03:45] </w:t>
      </w:r>
      <w:r>
        <w:t>quran mein ek ayat hai jis mein mukhtalif nabiyon ka zikr hai naam ke sath, aur us ke baad rasool Allah ko khitab kar ke kaha gaya hai ke olai'kal ladhina hada Allah fabihdih mqtdeh yeh rasool Allah ko khitab hi hai ke yeh hain woh peghambar jin ko hum ne hidayat di, to tum un ki pairwi karo.</w:t>
      </w:r>
    </w:p>
    <w:p>
      <w:pPr>
        <w:jc w:val="right"/>
      </w:pPr>
      <w:r>
        <w:t>قرآن میں ایک آیت ہے جس میں مختلف نبیوں کا ذکر ہے نام کے ساتھ، اور اس کے بعد رسول اللہ کو خطاب کر کے کہا گیا ہے کہ اولئك الذینھد اللہ فبہدہ مقتدہ یہ رسول اللہ کو خطاب ہی ہے کہ یہ ہیں وہ پیغمبر جن کو ہم نے ہدایت دی، تو تم ان کی پیروی کرو۔</w:t>
      </w:r>
    </w:p>
    <w:p>
      <w:r>
        <w:rPr>
          <w:b/>
        </w:rPr>
        <w:t xml:space="preserve">[1:04:07] </w:t>
      </w:r>
      <w:r>
        <w:t>rasool Allah ko follower bana diya, follower</w:t>
      </w:r>
    </w:p>
    <w:p>
      <w:pPr>
        <w:jc w:val="right"/>
      </w:pPr>
      <w:r>
        <w:t>رسول اللہ کو فالوور بنا دیا، فالوور</w:t>
      </w:r>
    </w:p>
    <w:p>
      <w:r>
        <w:rPr>
          <w:b/>
        </w:rPr>
        <w:t xml:space="preserve">[1:04:13] </w:t>
      </w:r>
      <w:r>
        <w:t>fabihdih mqtdeh,</w:t>
      </w:r>
    </w:p>
    <w:p>
      <w:pPr>
        <w:jc w:val="right"/>
      </w:pPr>
      <w:r>
        <w:t>فبہدہ مقتدہ،</w:t>
      </w:r>
    </w:p>
    <w:p>
      <w:r>
        <w:rPr>
          <w:b/>
        </w:rPr>
        <w:t xml:space="preserve">[1:04:15] </w:t>
      </w:r>
      <w:r>
        <w:t>to tum pairwi karo in rasoolon ki. ab dekhiye, rasool Allah ko peero ki jagah par rakh diya, follower ki jagah par. to dekhiye, shoshon ki koi had nahin hoti.</w:t>
      </w:r>
    </w:p>
    <w:p>
      <w:pPr>
        <w:jc w:val="right"/>
      </w:pPr>
      <w:r>
        <w:t>تو تم پیروی کرو ان رسولوں کی۔ اب دیکھیے، رسول اللہ کو پیرو کی جگہ پر رکھ دیا، فالوور کی جگہ پر۔ تو دیکھیے، شوشوں کی کوئی حد نہیں ہوتی۔</w:t>
      </w:r>
    </w:p>
    <w:p>
      <w:r>
        <w:rPr>
          <w:b/>
        </w:rPr>
        <w:t xml:space="preserve">[1:04:26] </w:t>
      </w:r>
      <w:r>
        <w:t>shoshe jo chahen nikalte rahiye, lekin aap ko dekhna chahiye ke ke haqeeqi ma'non mein mudallal baat kaun si hai.</w:t>
      </w:r>
    </w:p>
    <w:p>
      <w:pPr>
        <w:jc w:val="right"/>
      </w:pPr>
      <w:r>
        <w:t>شوشے جو چاہیں نکالتے رہیے، لیکن آپ کو دیکھنا چاہیے کہ کہ حقیقی معنوں میں مدلل بات کون سی ہے۔</w:t>
      </w:r>
    </w:p>
    <w:p>
      <w:r>
        <w:rPr>
          <w:b/>
        </w:rPr>
        <w:t xml:space="preserve">[1:04:36] </w:t>
      </w:r>
      <w:r>
        <w:t>mudallal baat yeh hai ke Allah ke nazdeek tamam peghambar barabar hain.</w:t>
      </w:r>
    </w:p>
    <w:p>
      <w:pPr>
        <w:jc w:val="right"/>
      </w:pPr>
      <w:r>
        <w:t>مدلل بات یہ ہے کہ اللہ کے نزدیک تمام پیغمبر برابر ہیں۔</w:t>
      </w:r>
    </w:p>
    <w:p>
      <w:r>
        <w:rPr>
          <w:b/>
        </w:rPr>
        <w:t xml:space="preserve">[1:04:42] </w:t>
      </w:r>
      <w:r>
        <w:t>kisi Allah ka apne khud ailan ke mutabiq tamam peghambar barabar hain, aur peghambaron mein tafrīq karna yeh bilashubah Allah ke ke khilaf sarkashi karna hai.</w:t>
      </w:r>
    </w:p>
    <w:p>
      <w:pPr>
        <w:jc w:val="right"/>
      </w:pPr>
      <w:r>
        <w:t>کسی اللہ کا اپنے خود اعلان کے مطابق تمام پیغمبر برابر ہیں، اور پیغمبروں میں تفریق کرنا یہ بلاشبہ اللہ کے کے خلاف سرکشی کرنا ہے۔</w:t>
      </w:r>
    </w:p>
    <w:p>
      <w:r>
        <w:rPr>
          <w:b/>
        </w:rPr>
        <w:t xml:space="preserve">[1:04:53] </w:t>
      </w:r>
      <w:r>
        <w:t>sarkashi. maulana, in ka ek aur sawal hai. unhon ne aap se poocha hai ke rasool Allah ki tamam baaten hamare liye model hain, to phir kya libas aur dadi bhi, dadi ke maamle mein bhi rasool hamare liye model hain ya nahin?</w:t>
      </w:r>
    </w:p>
    <w:p>
      <w:pPr>
        <w:jc w:val="right"/>
      </w:pPr>
      <w:r>
        <w:t>سرکشی۔ مولانا، ان کا ایک اور سوال ہے۔ انہوں نے آپ سے پوچھا ہے کہ رسول اللہ کی تمام باتیں ہمارے لیے ماڈل ہیں، تو پھر کیا لباس اور داڑھی بھی، داڑھی کے معاملے میں بھی رسول ہمارے لیے ماڈل ہیں یا نہیں؟</w:t>
      </w:r>
    </w:p>
    <w:p>
      <w:r>
        <w:rPr>
          <w:b/>
        </w:rPr>
        <w:t xml:space="preserve">[1:05:13] </w:t>
      </w:r>
      <w:r>
        <w:t>nahin, yeh bilkul yeh soch galat hai. shah Allah sahib ne bohat sahih likha hai ke rasool Allah ke di hui kuch cheezen jo bator aadat thin, aadat arab ke taur par, to woh woh hamari model nahin hain.</w:t>
      </w:r>
    </w:p>
    <w:p>
      <w:pPr>
        <w:jc w:val="right"/>
      </w:pPr>
      <w:r>
        <w:t>نہیں، یہ بالکل یہ سوچ غلط ہے۔ شاہ اللہ صاحب نے بہت صحیح لکھا ہے کہ رسول اللہ کے دی ہوئی کچھ چیزیں جو بطور عادت تھیں، عادت عرب کے طور پر، تو وہ وہ ہماری ماڈل نہیں ہیں۔</w:t>
      </w:r>
    </w:p>
    <w:p>
      <w:r>
        <w:rPr>
          <w:b/>
        </w:rPr>
        <w:t xml:space="preserve">[1:05:27] </w:t>
      </w:r>
      <w:r>
        <w:t>jo aap ka jo asal paigham tha, tauheed ka paigham, akhlaq ka paigham, dawat Allah ka paigham, akhirat ka paigham, woh asal cheez hai.</w:t>
      </w:r>
    </w:p>
    <w:p>
      <w:pPr>
        <w:jc w:val="right"/>
      </w:pPr>
      <w:r>
        <w:t>جو آپ کا جو اصل پیغام تھا، توحید کا پیغام، اخلاق کا پیغام، دعوت اللہ کا پیغام، آخرت کا پیغام، وہ اصل چیز ہے۔</w:t>
      </w:r>
    </w:p>
    <w:p>
      <w:r>
        <w:rPr>
          <w:b/>
        </w:rPr>
        <w:t xml:space="preserve">[1:05:36] </w:t>
      </w:r>
      <w:r>
        <w:t>kapra aur aur aur libas aur yeh sab cheezen to bator aadat arab ke the. aap ke haan woh woh woh is tarah woh sawa nahin hai.</w:t>
      </w:r>
    </w:p>
    <w:p>
      <w:pPr>
        <w:jc w:val="right"/>
      </w:pPr>
      <w:r>
        <w:t>کپڑا اور اور اور لباس اور یہ سب چیزیں تو بطور عادت عرب کے تھے۔ آپ کے ہاں وہ وہ وہ اس طرح وہ سوا نہیں ہے۔</w:t>
      </w:r>
    </w:p>
    <w:p>
      <w:r>
        <w:rPr>
          <w:b/>
        </w:rPr>
        <w:t xml:space="preserve">[1:05:50] </w:t>
      </w:r>
      <w:r>
        <w:t>hamare ek saathi the adam garh mein, do saathi pehle ki baat hai, un ke zehn mein yahi aaya.</w:t>
      </w:r>
    </w:p>
    <w:p>
      <w:pPr>
        <w:jc w:val="right"/>
      </w:pPr>
      <w:r>
        <w:t>ہمارے ایک ساتھی تھے آدم گڑھ میں، دو ساتھی پہلے کی بات ہے، ان کے ذہن میں یہی آیا۔</w:t>
      </w:r>
    </w:p>
    <w:p>
      <w:r>
        <w:rPr>
          <w:b/>
        </w:rPr>
        <w:t xml:space="preserve">[1:05:59] </w:t>
      </w:r>
      <w:r>
        <w:t>to pata nahin kahan kahan mutala kar ke, mutala kar ke n</w:t>
      </w:r>
    </w:p>
    <w:p>
      <w:pPr>
        <w:jc w:val="right"/>
      </w:pPr>
      <w:r>
        <w:t>تو پتہ نہیں کہاں کہاں مطالعہ کر کے، مطالعہ کر کے ن</w:t>
      </w:r>
    </w:p>
    <w:p>
      <w:r>
        <w:rPr>
          <w:b/>
        </w:rPr>
        <w:t xml:space="preserve">[1:06:02] </w:t>
      </w:r>
      <w:r>
        <w:t>kala ke rasool Allah ka yeh libas tha, yeh chappal tha, yeh sar par aap ko topi hoti thi, aur yeh asā hota tha. to in dono sahiban ne wohi pattern ikhtiyar kar liya, wohi chappal, wohi kapra, wohi topi ya topi ya awamah, aur woh asā aise hi le ke chalte the ke yeh rasool Allah ki pairwi hai.</w:t>
      </w:r>
    </w:p>
    <w:p>
      <w:pPr>
        <w:jc w:val="right"/>
      </w:pPr>
      <w:r>
        <w:t>کالا کہ رسول اللہ کا یہ لباس تھا، یہ چپل تھا، یہ سر پر آپ کو ٹوپی ہوتی تھی، اور یہ عصا ہوتا تھا۔ تو ان دونوں صاحبان نے وہی پیٹرن اختیار کر لیا، وہی چپل، وہی کپڑا، وہی ٹوپی یا ٹوپی یا عوامہ، اور وہ عصا ایسے ہی لے کے چلتے تھے کہ یہ رسول اللہ کی پیروی ہے۔</w:t>
      </w:r>
    </w:p>
    <w:p>
      <w:r>
        <w:rPr>
          <w:b/>
        </w:rPr>
        <w:t xml:space="preserve">[1:06:22] </w:t>
      </w:r>
      <w:r>
        <w:t>yeh bilkul galat hai. rasool Allah ki pairwi in terms of culture nahin hai, balkeh in terms of ideology hai. culture to mukhtalif ho</w:t>
      </w:r>
    </w:p>
    <w:p>
      <w:pPr>
        <w:jc w:val="right"/>
      </w:pPr>
      <w:r>
        <w:t>یہ بالکل غلط ہے۔ رسول اللہ کی پیروی ان ٹرمز آف کلچر نہیں ہے، بلکہ ان ٹرمز آف آئیڈیالوجی ہے۔ کلچر تو مختلف ہو</w:t>
      </w:r>
    </w:p>
    <w:p>
      <w:r>
        <w:rPr>
          <w:b/>
        </w:rPr>
        <w:t xml:space="preserve">[1:06:32] </w:t>
      </w:r>
      <w:r>
        <w:t>sakte hain, mukhtalif anbiya ke culture mukhtalif the. to asal cheez yeh hai ke jo anbiya jo aaye, jo ideology le kar ke, woh asal cheez hai.</w:t>
      </w:r>
    </w:p>
    <w:p>
      <w:pPr>
        <w:jc w:val="right"/>
      </w:pPr>
      <w:r>
        <w:t>سکتے ہیں، مختلف انبیاء کے کلچر مختلف تھے۔ تو اصل چیز یہ ہے کہ جو انبیاء جو آئے، جو آئیڈیالوجی لے کر کے، وہ اصل چیز ہے۔</w:t>
      </w:r>
    </w:p>
    <w:p>
      <w:r>
        <w:rPr>
          <w:b/>
        </w:rPr>
        <w:t xml:space="preserve">[1:06:41] </w:t>
      </w:r>
      <w:r>
        <w:t>woh sab ke haan ek thi, woh sab ke haan ek thi. yani tauheed ki ideology aur tauheed ki buniyad par zindagi ko munazzam karna, yeh jo ideology, yeh asal cheez thi.</w:t>
      </w:r>
    </w:p>
    <w:p>
      <w:pPr>
        <w:jc w:val="right"/>
      </w:pPr>
      <w:r>
        <w:t>وہ سب کے ہاں ایک تھی، وہ سب کے ہاں ایک تھی۔ یعنی توحید کی آئیڈیالوجی اور توحید کی بنیاد پر زندگی کو منظم کرنا، یہ جو آئیڈیالوجی، یہ اصل چیز تھی۔</w:t>
      </w:r>
    </w:p>
    <w:p>
      <w:r>
        <w:rPr>
          <w:b/>
        </w:rPr>
        <w:t xml:space="preserve">[1:06:58] </w:t>
      </w:r>
      <w:r>
        <w:t>maulana, agla sawal roorkee se hai sajid anwar sahib ka.</w:t>
      </w:r>
    </w:p>
    <w:p>
      <w:pPr>
        <w:jc w:val="right"/>
      </w:pPr>
      <w:r>
        <w:t>مولانا، اگلا سوال روڑکی سے ہے ساجد انور صاحب کا۔</w:t>
      </w:r>
    </w:p>
    <w:p>
      <w:r>
        <w:rPr>
          <w:b/>
        </w:rPr>
        <w:t xml:space="preserve">[1:07:02] </w:t>
      </w:r>
      <w:r>
        <w:t>unhon ne likha hai During a meeting with a highly literate Muslim, he raised the point of ijtihad in the matter of zakat.</w:t>
      </w:r>
    </w:p>
    <w:p>
      <w:pPr>
        <w:jc w:val="right"/>
      </w:pPr>
      <w:r>
        <w:t>انہوں نے لکھا ہے During a meeting with a highly literate Muslim, he raised the point of اجتہاد in the matter of zakat.</w:t>
      </w:r>
    </w:p>
    <w:p>
      <w:r>
        <w:rPr>
          <w:b/>
        </w:rPr>
        <w:t xml:space="preserve">[1:07:12] </w:t>
      </w:r>
      <w:r>
        <w:t>he told that present ulema should do ijtihad to decide which criteria should be applicable in present situation for deciding the basis of paying zakat, which is obligatory to all.</w:t>
      </w:r>
    </w:p>
    <w:p>
      <w:pPr>
        <w:jc w:val="right"/>
      </w:pPr>
      <w:r>
        <w:t>He told that present ulema should do اجتہاد to decide which criteria should be applicable in present situation for deciding the basis of paying zakat, which is obligatory to all.</w:t>
      </w:r>
    </w:p>
    <w:p>
      <w:r>
        <w:rPr>
          <w:b/>
        </w:rPr>
        <w:t xml:space="preserve">[1:07:27] </w:t>
      </w:r>
      <w:r>
        <w:t>he tried to explain his point through modern monetary system.</w:t>
      </w:r>
    </w:p>
    <w:p>
      <w:pPr>
        <w:jc w:val="right"/>
      </w:pPr>
      <w:r>
        <w:t>He tried to explain his point through modern monetary system.</w:t>
      </w:r>
    </w:p>
    <w:p>
      <w:r>
        <w:rPr>
          <w:b/>
        </w:rPr>
        <w:t xml:space="preserve">[1:07:32] </w:t>
      </w:r>
      <w:r>
        <w:t>maulana, my question is that on which aspects of deen we should do ijtihad and on which we should not? Please guide us.</w:t>
      </w:r>
    </w:p>
    <w:p>
      <w:pPr>
        <w:jc w:val="right"/>
      </w:pPr>
      <w:r>
        <w:t>مولانا، my question is that on which aspects of deen we should do اجتہاد and on which we should not? Please guide us.</w:t>
      </w:r>
    </w:p>
    <w:p>
      <w:r>
        <w:rPr>
          <w:b/>
        </w:rPr>
        <w:t xml:space="preserve">[1:07:41] </w:t>
      </w:r>
      <w:r>
        <w:t>dekhen, yeh sab awam ka masla hi nahin hai. jo sahib ne baat kahi, woh apne yani trust pass kiya. unhon ne</w:t>
      </w:r>
    </w:p>
    <w:p>
      <w:pPr>
        <w:jc w:val="right"/>
      </w:pPr>
      <w:r>
        <w:t>دیکھیں، یہ سب عوام کا مسئلہ ہی نہیں ہے۔ جو صاحب نے بات کہی، وہ اپنے یعنی ٹرسٹ پاس کیا۔ انہوں نے</w:t>
      </w:r>
    </w:p>
    <w:p>
      <w:r>
        <w:rPr>
          <w:b/>
        </w:rPr>
        <w:t xml:space="preserve">[1:07:51] </w:t>
      </w:r>
      <w:r>
        <w:t>yeh jo jo ulma hain, yani ulma ka matlab degree yafta nahin, sand yafta nahin, main keh raha hoon haqeeqi ma'non mein quran o sunnat ka ilm rakhne wale log,</w:t>
      </w:r>
    </w:p>
    <w:p>
      <w:pPr>
        <w:jc w:val="right"/>
      </w:pPr>
      <w:r>
        <w:t>یہ جو جو علماء ہیں، یعنی علماء کا مطلب ڈگری یافتہ نہیں، سند یافتہ نہیں، میں کہہ رہا ہوں حقیقی معنوں میں قرآن و سنت کا علم رکھنے والے لوگ،</w:t>
      </w:r>
    </w:p>
    <w:p>
      <w:r>
        <w:rPr>
          <w:b/>
        </w:rPr>
        <w:t xml:space="preserve">[1:08:04] </w:t>
      </w:r>
      <w:r>
        <w:t>woh jama ho kar ghor karen aur koi faisla karen to to woh woh woh faisla hoga. baqi aap logon ke sochne ki baat hi nahin, unhein sochna hi nahin chahiye.</w:t>
      </w:r>
    </w:p>
    <w:p>
      <w:pPr>
        <w:jc w:val="right"/>
      </w:pPr>
      <w:r>
        <w:t>وہ جمع ہو کر غور کریں اور کوئی فیصلہ کریں تو تو وہ وہ وہ فیصلہ ہوگا۔ باقی آپ لوگوں کے سوچنے کی بات ہی نہیں، انہیں سوچنا ہی نہیں چاہیے۔</w:t>
      </w:r>
    </w:p>
    <w:p>
      <w:r>
        <w:rPr>
          <w:b/>
        </w:rPr>
        <w:t xml:space="preserve">[1:08:13] </w:t>
      </w:r>
      <w:r>
        <w:t>yeh sab sochne se sirf confusion aata hai, sirf confusion aata hai.</w:t>
      </w:r>
    </w:p>
    <w:p>
      <w:pPr>
        <w:jc w:val="right"/>
      </w:pPr>
      <w:r>
        <w:t>یہ سب سوچنے سے صرف کنفیوژن آتا ہے، صرف کنفیوژن آتا ہے۔</w:t>
      </w:r>
    </w:p>
    <w:p>
      <w:r>
        <w:rPr>
          <w:b/>
        </w:rPr>
        <w:t xml:space="preserve">[1:08:20] </w:t>
      </w:r>
      <w:r>
        <w:t>zakat ke mamle mein ya to state ko haq hai sochne ka kuch, ya ulma ko haq hai, awam ko haq nahi hai. jo aap ke sochne ki baat hai, us ko sochiye ke kaise dawat ki planning karein.</w:t>
      </w:r>
    </w:p>
    <w:p>
      <w:pPr>
        <w:jc w:val="right"/>
      </w:pPr>
      <w:r>
        <w:t>زکوۃ کے معاملے میں یا تو اسٹیٹ کو حق ہے سوچنے کا کچھ، یا علماء کو حق ہے، عوام کو حق نہیں ہے۔ جو آپ کے سوچنے کی بات ہے، اس کو سوچیے کہ کیسے دعوت کی پلاننگ کریں۔</w:t>
      </w:r>
    </w:p>
    <w:p>
      <w:r>
        <w:rPr>
          <w:b/>
        </w:rPr>
        <w:t xml:space="preserve">[1:08:32] </w:t>
      </w:r>
      <w:r>
        <w:t>us ko sochiye. sab se bara cheez jo sochne ki baat hai ke hum rehte hain ghair muslimon ke darmiyan, un ke un ke liye dawat ki planning kaise karein?</w:t>
      </w:r>
    </w:p>
    <w:p>
      <w:pPr>
        <w:jc w:val="right"/>
      </w:pPr>
      <w:r>
        <w:t>اس کو سوچیے۔ سب سے بڑا چیز جو سوچنے کی بات ہے کہ ہم رہتے ہیں غیر مسلموں کے درمیان، ان کے ان کے لیے دعوت کی پلاننگ کیسے کریں؟</w:t>
      </w:r>
    </w:p>
    <w:p>
      <w:r>
        <w:rPr>
          <w:b/>
        </w:rPr>
        <w:t xml:space="preserve">[1:08:41] </w:t>
      </w:r>
      <w:r>
        <w:t>us ko kyun nahi sochte log? yahan pe kaise ghair zaroori baton ko sochna hai? yeh shaitani waswasa hai. amal bhi karenge is par. yeh shaitani waswasa hai ke aap un necessary baton ko le kar us ko sochein.</w:t>
      </w:r>
    </w:p>
    <w:p>
      <w:pPr>
        <w:jc w:val="right"/>
      </w:pPr>
      <w:r>
        <w:t>اس کو کیوں نہیں سوچتے لوگ؟ یہاں پہ کیسے غیر ضروری باتوں کو سوچنا ہے؟ یہ شیطانی وسوسہ ہے۔ عمل بھی کریں گے اس پر۔ یہ شیطانی وسوسہ ہے کہ آپ ان نیسیسری باتوں کو لے کر اس کو سوچیں۔</w:t>
      </w:r>
    </w:p>
    <w:p>
      <w:r>
        <w:rPr>
          <w:b/>
        </w:rPr>
        <w:t xml:space="preserve">[1:08:53] </w:t>
      </w:r>
      <w:r>
        <w:t>jo jo jo cheez ko Allah taala ke haan poocha jayega, woh yeh hoga ke tum ne jinho ke darmiyan tum thay, kya tum ne un ko pohanchaya paigham Allah taala ka</w:t>
      </w:r>
    </w:p>
    <w:p>
      <w:pPr>
        <w:jc w:val="right"/>
      </w:pPr>
      <w:r>
        <w:t>جو جو جو چیز کو اللہ تعالیٰ کے ہاں پوچھا جائے گا، وہ یہ ہوگا کہ تم نے جنہوں کے درمیان تم تھے، کیا تم نے ان کو پہنچایا پیغام اللہ تعالیٰ کا</w:t>
      </w:r>
    </w:p>
    <w:p>
      <w:r>
        <w:rPr>
          <w:b/>
        </w:rPr>
        <w:t xml:space="preserve">[1:09:04] </w:t>
      </w:r>
      <w:r>
        <w:t>? yeh yeh poocha jayega. is ki is ki is mein to yaad rakhiye, jis cheez ka sawal aakhirat mein hone wala hai, woh asal baat hai. jis ka sawal wahan nahi hone wala, woh asal baat nahi hai.</w:t>
      </w:r>
    </w:p>
    <w:p>
      <w:pPr>
        <w:jc w:val="right"/>
      </w:pPr>
      <w:r>
        <w:t>؟ یہ یہ پوچھا جائے گا۔ اس کی اس کی اس میں تو یاد رکھیے، جس چیز کا سوال آخرت میں ہونے والا ہے، وہ اصل بات ہے۔ جس کا سوال وہاں نہیں ہونے والا، وہ اصل بات نہیں ہے۔</w:t>
      </w:r>
    </w:p>
    <w:p>
      <w:r>
        <w:rPr>
          <w:b/>
        </w:rPr>
        <w:t xml:space="preserve">[1:09:14] </w:t>
      </w:r>
      <w:r>
        <w:t>woh shosha hai. Maulana, agla sawal Hyderabad se hai Mr. Jainat ka. unhone likha hai Maulana sahab Can we translate the name of Allah in the regional interpretations of Quran of Telugu, Tamil and English with the word God</w:t>
      </w:r>
    </w:p>
    <w:p>
      <w:pPr>
        <w:jc w:val="right"/>
      </w:pPr>
      <w:r>
        <w:t>وہ شوشہ ہے۔ مولانا، اگلا سوال حیدرآباد سے ہے مسٹر جینت کا۔ انہوں نے لکھا ہے مولانا صاحب Can we translate the name of Allah in the regional interpretations of Quran of Telugu, Tamil and English with the word God</w:t>
      </w:r>
    </w:p>
    <w:p>
      <w:r>
        <w:rPr>
          <w:b/>
        </w:rPr>
        <w:t xml:space="preserve">[1:09:33] </w:t>
      </w:r>
      <w:r>
        <w:t>? What is your advice? dekhein, main tarjume ke haq mein nahi hoon. yeh yeh tarjuma connect cheez nahi hoti hai.</w:t>
      </w:r>
    </w:p>
    <w:p>
      <w:pPr>
        <w:jc w:val="right"/>
      </w:pPr>
      <w:r>
        <w:t>? What is your advice? دیکھیں، میں ترجمے کے حق میں نہیں ہوں۔ یہ یہ ترجمہ کنیکٹ چیز نہیں ہوتی ہے۔</w:t>
      </w:r>
    </w:p>
    <w:p>
      <w:r>
        <w:rPr>
          <w:b/>
        </w:rPr>
        <w:t xml:space="preserve">[1:09:43] </w:t>
      </w:r>
      <w:r>
        <w:t>yeh yeh is ke baad is baat, is ka talluq is baat se hai ke logon mein aam taur par konsa lafz raaj ho chuka hai.</w:t>
      </w:r>
    </w:p>
    <w:p>
      <w:pPr>
        <w:jc w:val="right"/>
      </w:pPr>
      <w:r>
        <w:t>یہ یہ اس کے بعد اس بات، اس کا تعلق اس بات سے ہے کہ لوگوں میں عمومی طور پر کون سا لفظ راج ہو چکا ہے۔</w:t>
      </w:r>
    </w:p>
    <w:p>
      <w:r>
        <w:rPr>
          <w:b/>
        </w:rPr>
        <w:t xml:space="preserve">[1:09:52] </w:t>
      </w:r>
      <w:r>
        <w:t>is mein lafz Allah bhi dekhiye, pehle mushrikeen ka lafz tha. yeh is par amal bhi karna, koi Jibrael ka diya hua lafz nahi hai. yeh mushrikeen yeh lafz bolte thay.</w:t>
      </w:r>
    </w:p>
    <w:p>
      <w:pPr>
        <w:jc w:val="right"/>
      </w:pPr>
      <w:r>
        <w:t>اس میں لفظ اللہ بھی دیکھیے، پہلے مشرکین کا لفظ تھا۔ یہ اس پر عمل بھی کرنا، کوئی جبرائیل کا دیا ہوا لفظ نہیں ہے۔ یہ مشرکین یہ لفظ بولتے تھے۔</w:t>
      </w:r>
    </w:p>
    <w:p>
      <w:r>
        <w:rPr>
          <w:b/>
        </w:rPr>
        <w:t xml:space="preserve">[1:10:02] </w:t>
      </w:r>
      <w:r>
        <w:t>Allah</w:t>
      </w:r>
    </w:p>
    <w:p>
      <w:pPr>
        <w:jc w:val="right"/>
      </w:pPr>
      <w:r>
        <w:t>اللہ</w:t>
      </w:r>
    </w:p>
    <w:p>
      <w:r>
        <w:rPr>
          <w:b/>
        </w:rPr>
        <w:t xml:space="preserve">[1:10:04] </w:t>
      </w:r>
      <w:r>
        <w:t>Quran se sabit hai. yeh baat isi tarah se dekhiye, musalman jab Iran mein gaye to Iran mein Farsi zaban thi.</w:t>
      </w:r>
    </w:p>
    <w:p>
      <w:pPr>
        <w:jc w:val="right"/>
      </w:pPr>
      <w:r>
        <w:t>قرآن سے ثابت ہے۔ یہ بات اسی طریقے سے دیکھیں، مسلمان جب ایران میں گئے تو ایران میں فارسی زبان تھی۔</w:t>
      </w:r>
    </w:p>
    <w:p>
      <w:r>
        <w:rPr>
          <w:b/>
        </w:rPr>
        <w:t xml:space="preserve">[1:10:16] </w:t>
      </w:r>
      <w:r>
        <w:t>wahan par Khuda ka lafz bola jata tha. to musalmanon ne Khuda ka lafz adopt kar liya. ab bare peymane par Khuda ka lafz bola jane laga.</w:t>
      </w:r>
    </w:p>
    <w:p>
      <w:pPr>
        <w:jc w:val="right"/>
      </w:pPr>
      <w:r>
        <w:t>وہاں پر خدا کا لفظ بولا جاتا تھا۔ تو مسلمانوں نے خدا کا لفظ اڈاپٹ کر لیا۔ اب بڑے پیمانے پر خدا کا لفظ بولا جانے لگا۔</w:t>
      </w:r>
    </w:p>
    <w:p>
      <w:r>
        <w:rPr>
          <w:b/>
        </w:rPr>
        <w:t xml:space="preserve">[1:10:26] </w:t>
      </w:r>
      <w:r>
        <w:t>to jo lafz is tarah se raaij ho jaye, wohi lafz humein istemal karna hai.</w:t>
      </w:r>
    </w:p>
    <w:p>
      <w:pPr>
        <w:jc w:val="right"/>
      </w:pPr>
      <w:r>
        <w:t>تو جو لفظ اس طریقے سے رائج ہو جائے، وہی لفظ ہمیں استعمال کرنا ہے۔</w:t>
      </w:r>
    </w:p>
    <w:p>
      <w:r>
        <w:rPr>
          <w:b/>
        </w:rPr>
        <w:t xml:space="preserve">[1:10:30] </w:t>
      </w:r>
      <w:r>
        <w:t>koi naya lafz hum tarjume ke taur par shamil karein, yeh woh sahi nahi hoga. yeh baat tarjume ki nahi, balkeh riwaj ki hai. yaad rakhiye, yeh masla tarjume, yeh muamla tarjume ka muamla nahi hai,</w:t>
      </w:r>
    </w:p>
    <w:p>
      <w:pPr>
        <w:jc w:val="right"/>
      </w:pPr>
      <w:r>
        <w:t>کوئی نیا لفظ ہم ترجمے کے طور پر شامل کریں، یہ وہ صحیح نہیں ہوگا۔ یہ بات ترجمے کی نہیں، بلکہ رواج کی ہے۔ یاد رکھیے، یہ مسئلہ ترجمے، یہ معاملہ ترجمے کا معاملہ نہیں ہے،</w:t>
      </w:r>
    </w:p>
    <w:p>
      <w:r>
        <w:rPr>
          <w:b/>
        </w:rPr>
        <w:t xml:space="preserve">[1:10:43] </w:t>
      </w:r>
      <w:r>
        <w:t>balkeh aam riwaj ka muamla hai. aam riwaj Khuda ka ho chuka hai, to Khuda hum istemal kar sakte hain.</w:t>
      </w:r>
    </w:p>
    <w:p>
      <w:pPr>
        <w:jc w:val="right"/>
      </w:pPr>
      <w:r>
        <w:t>بلکہ عمومی رواج کا معاملہ ہے۔ عمومی رواج خدا کا ہو چکا ہے، تو خدا ہم استعمال کر سکتے ہیں۔</w:t>
      </w:r>
    </w:p>
    <w:p>
      <w:r>
        <w:rPr>
          <w:b/>
        </w:rPr>
        <w:t xml:space="preserve">[1:10:51] </w:t>
      </w:r>
      <w:r>
        <w:t>lekin jin alfaz ka aam riwaj nahi hua hai, hum tarjuma kar ke us ko chhapen apni kitabon mein, main us ko sahi nahi samajhta.</w:t>
      </w:r>
    </w:p>
    <w:p>
      <w:pPr>
        <w:jc w:val="right"/>
      </w:pPr>
      <w:r>
        <w:t>لیکن جن الفاظ کا عمومی رواج نہیں ہوا ہے، ہم ترجمہ کر کے اس کو چھاپیں اپنی کتابوں میں، میں اس کو صحیح نہیں سمجھتا۔</w:t>
      </w:r>
    </w:p>
    <w:p>
      <w:r>
        <w:rPr>
          <w:b/>
        </w:rPr>
        <w:t xml:space="preserve">[1:11:04] </w:t>
      </w:r>
      <w:r>
        <w:t>Maulana, agla sawal Maulana Iqbal Umri ka hai Tamil Nadu se.</w:t>
      </w:r>
    </w:p>
    <w:p>
      <w:pPr>
        <w:jc w:val="right"/>
      </w:pPr>
      <w:r>
        <w:t>مولانا، اگلا سوال مولانا اقبال عمری کا ہے تمل ناڈو سے۔</w:t>
      </w:r>
    </w:p>
    <w:p>
      <w:r>
        <w:rPr>
          <w:b/>
        </w:rPr>
        <w:t xml:space="preserve">[1:11:09] </w:t>
      </w:r>
      <w:r>
        <w:t>unhone likha hai Maulana ek sahab ne farmaya ke ayat-e-qital sara ka sara sirf tilawat ke liye hai qayamat tak, ya is ya is par kuch amal bhi ho sakta hai.</w:t>
      </w:r>
    </w:p>
    <w:p>
      <w:pPr>
        <w:jc w:val="right"/>
      </w:pPr>
      <w:r>
        <w:t>انہوں نے لکھا ہے مولانا ایک صاحب نے فرمایا کہ آیت قتال سارا کا سارا صرف تلاوت کے لیے ہے قیامت تک، یا اس یا اس پر کچھ عمل بھی ہو سکتا ہے۔</w:t>
      </w:r>
    </w:p>
    <w:p>
      <w:r>
        <w:rPr>
          <w:b/>
        </w:rPr>
        <w:t xml:space="preserve">[1:11:23] </w:t>
      </w:r>
      <w:r>
        <w:t>is ke bare mein batayein</w:t>
      </w:r>
    </w:p>
    <w:p>
      <w:pPr>
        <w:jc w:val="right"/>
      </w:pPr>
      <w:r>
        <w:t>اس کے بارے میں بتائیں</w:t>
      </w:r>
    </w:p>
    <w:p>
      <w:r>
        <w:rPr>
          <w:b/>
        </w:rPr>
        <w:t xml:space="preserve">[1:11:27] </w:t>
      </w:r>
      <w:r>
        <w:t>bhai, qital ki ayatein Rasool Allah ki zaban mein bhi namaz roze ki tarah nahi thi.</w:t>
      </w:r>
    </w:p>
    <w:p>
      <w:pPr>
        <w:jc w:val="right"/>
      </w:pPr>
      <w:r>
        <w:t>بھئی، قتال کی آیتیں رسول اللہ کی زبان میں بھی نماز روزے کی طرح نہیں تھیں۔</w:t>
      </w:r>
    </w:p>
    <w:p>
      <w:r>
        <w:rPr>
          <w:b/>
        </w:rPr>
        <w:t xml:space="preserve">[1:11:35] </w:t>
      </w:r>
      <w:r>
        <w:t>yeh aisa koi aalim nahi manta</w:t>
      </w:r>
    </w:p>
    <w:p>
      <w:pPr>
        <w:jc w:val="right"/>
      </w:pPr>
      <w:r>
        <w:t>یہ ایسا کوئی عالم نہیں مانتا</w:t>
      </w:r>
    </w:p>
    <w:p>
      <w:r>
        <w:rPr>
          <w:b/>
        </w:rPr>
        <w:t xml:space="preserve">[1:11:42] </w:t>
      </w:r>
      <w:r>
        <w:t>ke namaz roza, namaz jaise rozana panch waqt, rozana panch waqt, rozana aise qital thi, rozana karna tha,</w:t>
      </w:r>
    </w:p>
    <w:p>
      <w:pPr>
        <w:jc w:val="right"/>
      </w:pPr>
      <w:r>
        <w:t>کہ نماز روزہ، نماز جیسے روزانہ پانچ وقت، روزانہ پانچ وقت، روزانہ ایسے قتال تھی، روزانہ کرنا تھا،</w:t>
      </w:r>
    </w:p>
    <w:p>
      <w:r>
        <w:rPr>
          <w:b/>
        </w:rPr>
        <w:t xml:space="preserve">[1:11:51] </w:t>
      </w:r>
      <w:r>
        <w:t>rozana qital nahi karna tha. qital boqt zaroorat hota hai, namaz ki tarah nahi hai is ka muamla.</w:t>
      </w:r>
    </w:p>
    <w:p>
      <w:pPr>
        <w:jc w:val="right"/>
      </w:pPr>
      <w:r>
        <w:t>روزانہ قتال نہیں کرنا تھا۔ قتال بوقت ضرورت ہوتا ہے، نماز کی طرح نہیں ہے اس کا معاملہ۔</w:t>
      </w:r>
    </w:p>
    <w:p>
      <w:r>
        <w:rPr>
          <w:b/>
        </w:rPr>
        <w:t xml:space="preserve">[1:12:01] </w:t>
      </w:r>
      <w:r>
        <w:t>to agar woh sari shartein agar koi paida ho jayein to qital kiya jayega.</w:t>
      </w:r>
    </w:p>
    <w:p>
      <w:pPr>
        <w:jc w:val="right"/>
      </w:pPr>
      <w:r>
        <w:t>تو اگر وہ ساری شرطیں اگر کوئی پیدا ہو جائیں تو قتال کیا جائے گا۔</w:t>
      </w:r>
    </w:p>
    <w:p>
      <w:r>
        <w:rPr>
          <w:b/>
        </w:rPr>
        <w:t xml:space="preserve">[1:12:10] </w:t>
      </w:r>
      <w:r>
        <w:t>lekin maujooda zamane mein to bachta hoon, woh shartein paai nahin jaati hain.</w:t>
      </w:r>
    </w:p>
    <w:p>
      <w:pPr>
        <w:jc w:val="right"/>
      </w:pPr>
      <w:r>
        <w:t>لیکن موجودہ زمانے میں تو بچتا ہوں، وہ شرطیں پائی نہیں جاتی ہیں۔</w:t>
      </w:r>
    </w:p>
    <w:p>
      <w:r>
        <w:rPr>
          <w:b/>
        </w:rPr>
        <w:t xml:space="preserve">[1:12:17] </w:t>
      </w:r>
      <w:r>
        <w:t>to rasool Allah ki zabaan mein bhi jab shartein maujood hoti hain to qitaal kiya gaya, jaise hudaybiyah mein qitaal nahin kiya gaya, khandak mein qitaal nahin kiya gaya, kyunke woh shartein maujood nahin theen.</w:t>
      </w:r>
    </w:p>
    <w:p>
      <w:pPr>
        <w:jc w:val="right"/>
      </w:pPr>
      <w:r>
        <w:t>تو رسول اللہ کی زبان میں بھی جب شرطیں موجود ہوتی ہیں تو قتال کیا گیا، جیسے حدیبیہ میں قتال نہیں کیا گیا، خندق میں قتال نہیں کیا گیا، کیونکہ وہ شرطیں موجود نہیں تھیں۔</w:t>
      </w:r>
    </w:p>
    <w:p>
      <w:r>
        <w:rPr>
          <w:b/>
        </w:rPr>
        <w:t xml:space="preserve">[1:12:29] </w:t>
      </w:r>
      <w:r>
        <w:t>to qitaal koi namaz roze ki tarah, koi abadi taleem to nahin hai.</w:t>
      </w:r>
    </w:p>
    <w:p>
      <w:pPr>
        <w:jc w:val="right"/>
      </w:pPr>
      <w:r>
        <w:t>تو قتال کوئی نماز روزے کی طرح، کوئی ابدی تعلیم تو نہیں ہے۔</w:t>
      </w:r>
    </w:p>
    <w:p>
      <w:r>
        <w:rPr>
          <w:b/>
        </w:rPr>
        <w:t xml:space="preserve">[1:12:34] </w:t>
      </w:r>
      <w:r>
        <w:t>woh in sharaait ke saath is ka maamla hai ke woh shartein paida hon, woh condition paai jaayen to qitaal kiya jayega.</w:t>
      </w:r>
    </w:p>
    <w:p>
      <w:pPr>
        <w:jc w:val="right"/>
      </w:pPr>
      <w:r>
        <w:t>وہ ان شرائط کے ساتھ اس کا معاملہ ہے کہ وہ شرطیں پیدا ہوں، وہ کنڈیشن پائی جائیں تو قتال کیا جائے گا۔</w:t>
      </w:r>
    </w:p>
    <w:p>
      <w:r>
        <w:rPr>
          <w:b/>
        </w:rPr>
        <w:t xml:space="preserve">[1:12:45] </w:t>
      </w:r>
      <w:r>
        <w:t>to us waqt mein samajhta hoon ke yaani qitaal ka ke kis tarah haalat nahin hai. Yeh to hudaybiyah ki haalat hai. Yaani us waqt jo hai, hamein hudaybiyah ka pattern ikhtiyar karna hai, qitaal ka pattern nahin.</w:t>
      </w:r>
    </w:p>
    <w:p>
      <w:pPr>
        <w:jc w:val="right"/>
      </w:pPr>
      <w:r>
        <w:t>تو اس وقت میں سمجھتا ہوں کہ یعنی قتال کا کہ کس طرح حالت نہیں ہے۔ یہ تو حدیبیہ کی حالت ہے۔ یعنی اس وقت جو ہے، ہمیں حدیبیہ کا پیٹرن اختیار کرنا ہے، قتال کا پیٹرن نہیں۔</w:t>
      </w:r>
    </w:p>
    <w:p>
      <w:r>
        <w:rPr>
          <w:b/>
        </w:rPr>
        <w:t xml:space="preserve">[1:12:58] </w:t>
      </w:r>
      <w:r>
        <w:t>us waqt jo halaat hain duniya ke,</w:t>
      </w:r>
    </w:p>
    <w:p>
      <w:pPr>
        <w:jc w:val="right"/>
      </w:pPr>
      <w:r>
        <w:t>اس وقت جو حالات ہیں دنیا کے،</w:t>
      </w:r>
    </w:p>
    <w:p>
      <w:r>
        <w:rPr>
          <w:b/>
        </w:rPr>
        <w:t xml:space="preserve">[1:13:00] </w:t>
      </w:r>
      <w:r>
        <w:t>to hudaybiyah ke pattern ko ko ikhtiyar karne ki</w:t>
      </w:r>
    </w:p>
    <w:p>
      <w:pPr>
        <w:jc w:val="right"/>
      </w:pPr>
      <w:r>
        <w:t>تو حدیبیہ کے پیٹرن کو کو اختیار کرنے کی</w:t>
      </w:r>
    </w:p>
    <w:p>
      <w:r>
        <w:rPr>
          <w:b/>
        </w:rPr>
        <w:t xml:space="preserve">[1:13:07] </w:t>
      </w:r>
      <w:r>
        <w:t>ko bata rahe hain, qitaal ke pattern ko nahin. Khud rasool Allah ki zindgim bhi besaar maujood hai ke jab qitaal ke halaat the to aap ne badr ki ladai ki.</w:t>
      </w:r>
    </w:p>
    <w:p>
      <w:pPr>
        <w:jc w:val="right"/>
      </w:pPr>
      <w:r>
        <w:t>کو بتا رہے ہیں، قتال کے پیٹرن کو نہیں۔ خود رسول اللہ کی زندگیم بھی بسیار موجود ہے کہ جب قتال کے حالات تھے تو آپ نے بدر کی لڑائی کی۔</w:t>
      </w:r>
    </w:p>
    <w:p>
      <w:r>
        <w:rPr>
          <w:b/>
        </w:rPr>
        <w:t xml:space="preserve">[1:13:18] </w:t>
      </w:r>
      <w:r>
        <w:t>qitaal ke halaat nahin the to aap ne hudaybiyah ka muahida kar liya. To us waqt hamein dekhna padega ke us waqt hum jin halaat mein hain, wahan par kaun sa pattern applicable hai?</w:t>
      </w:r>
    </w:p>
    <w:p>
      <w:pPr>
        <w:jc w:val="right"/>
      </w:pPr>
      <w:r>
        <w:t>قتال کے حالات نہیں تھے تو آپ نے حدیبیہ کا معاہدہ کر لیا۔ تو اس وقت ہمیں دیکھنا پڑے گا کہ اس وقت ہم جن حالات میں ہیں، وہاں پر کون سا پیٹرن ایپلیکیبل ہے؟</w:t>
      </w:r>
    </w:p>
    <w:p>
      <w:r>
        <w:rPr>
          <w:b/>
        </w:rPr>
        <w:t xml:space="preserve">[1:13:28] </w:t>
      </w:r>
      <w:r>
        <w:t>badr ka pattern ya hudaybiyah ka pattern?</w:t>
      </w:r>
    </w:p>
    <w:p>
      <w:pPr>
        <w:jc w:val="right"/>
      </w:pPr>
      <w:r>
        <w:t>بدر کا پیٹرن یا حدیبیہ کا پیٹرن؟</w:t>
      </w:r>
    </w:p>
    <w:p>
      <w:r>
        <w:rPr>
          <w:b/>
        </w:rPr>
        <w:t xml:space="preserve">[1:13:31] </w:t>
      </w:r>
      <w:r>
        <w:t>us waqt badr ka pattern applicable nahin hai, hudaybiyah ka pattern applicable hai. To isi par amal kijiye.</w:t>
      </w:r>
    </w:p>
    <w:p>
      <w:pPr>
        <w:jc w:val="right"/>
      </w:pPr>
      <w:r>
        <w:t>اس وقت بدر کا پیٹرن ایپلیکیبل نہیں ہے، حدیبیہ کا پیٹرن ایپلیکیبل ہے۔ تو اسی پر عمل کیجیے۔</w:t>
      </w:r>
    </w:p>
    <w:p>
      <w:r>
        <w:rPr>
          <w:b/>
        </w:rPr>
        <w:t xml:space="preserve">[1:13:43] </w:t>
      </w:r>
      <w:r>
        <w:t>maulana, agla sawal islamabad pakistan se hai waseem bari sahib ka. Unhon ne likha hai maulana sahib, mujhe yeh jaanna hai aap se ke main apna sahi role kaise daryaft karoon jis ko main poore dil se nibha sakoon?</w:t>
      </w:r>
    </w:p>
    <w:p>
      <w:pPr>
        <w:jc w:val="right"/>
      </w:pPr>
      <w:r>
        <w:t>مولانا، اگلا سوال اسلام آباد پاکستان سے ہے وسیم باری صاحب کا۔ انہوں نے لکھا ہے مولانا صاحب، مجھے یہ جاننا ہے آپ سے کہ میں اپنا صحیح رول کیسے دریافت کروں جس کو میں پورے دل سے نبھا سکوں؟</w:t>
      </w:r>
    </w:p>
    <w:p>
      <w:r>
        <w:rPr>
          <w:b/>
        </w:rPr>
        <w:t xml:space="preserve">[1:14:01] </w:t>
      </w:r>
      <w:r>
        <w:t>is ke baray mein mere ko please guide karen. Bhai, mujh se poochhiye to main kahoon ke aap dawat Allah ka kaam kijiye, yeh role hai aap ka.</w:t>
      </w:r>
    </w:p>
    <w:p>
      <w:pPr>
        <w:jc w:val="right"/>
      </w:pPr>
      <w:r>
        <w:t>اس کے بارے میں میرے کو پلیز گائیڈ کریں۔ بھائی، مجھ سے پوچھیے تو میں کہوں کہ آپ دعوت اللہ کا کام کیجیے، یہ رول ہے آپ کا۔</w:t>
      </w:r>
    </w:p>
    <w:p>
      <w:r>
        <w:rPr>
          <w:b/>
        </w:rPr>
        <w:t xml:space="preserve">[1:14:12] </w:t>
      </w:r>
      <w:r>
        <w:t>aur agar meri baat par itminan nahin hue to quran ko padhiye, ek baar padhiye, das baar padhiye, jo is mein role mile aap ko, woh ikhtiyar kar li jiye. Yaani mere kehne ka maani hai to ab main kahoon ke dawat Allah sab se bada kaam hai,</w:t>
      </w:r>
    </w:p>
    <w:p>
      <w:pPr>
        <w:jc w:val="right"/>
      </w:pPr>
      <w:r>
        <w:t>اور اگر میری بات پر اطمینان نہیں ہوئے تو قرآن کو پڑھیے، ایک بار پڑھیے، دس بار پڑھیے، جو اس میں رول ملے آپ کو، وہ اختیار کر لیجیے۔ یعنی میرے کہنے کا معنی ہے تو اب میں کہوں کہ دعوت اللہ سب سے بڑا کام ہے،</w:t>
      </w:r>
    </w:p>
    <w:p>
      <w:r>
        <w:rPr>
          <w:b/>
        </w:rPr>
        <w:t xml:space="preserve">[1:14:26] </w:t>
      </w:r>
      <w:r>
        <w:t>ladna bharna nahin. Ladaai bhadaai jo musalman karte hain, woh bilkul mein is ghair islami samajhta hoon. To meri baat yeh hai, aap aap ko khud daryaft karna ho to aap quran padhiye, is mein mil jayega aap ko.</w:t>
      </w:r>
    </w:p>
    <w:p>
      <w:pPr>
        <w:jc w:val="right"/>
      </w:pPr>
      <w:r>
        <w:t>لڑنا بھڑنا نہیں۔ لڑائی بھڑائی جو مسلمان کرتے ہیں، وہ بالکل میں اس غیر اسلامی سمجھتا ہوں۔ تو میری بات یہ ہے، آپ آپ کو خود دریافت کرنا ہو تو آپ قرآن پڑھیے، اس میں مل جائے گا آپ کو۔</w:t>
      </w:r>
    </w:p>
    <w:p>
      <w:r>
        <w:rPr>
          <w:b/>
        </w:rPr>
        <w:t xml:space="preserve">[1:14:44] </w:t>
      </w:r>
      <w:r>
        <w:t>okay, we weel end the session now. Thank you.</w:t>
      </w:r>
    </w:p>
    <w:p>
      <w:pPr>
        <w:jc w:val="right"/>
      </w:pPr>
      <w:r>
        <w:t>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