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Method of Planning August 14, 2016</w:t>
      </w:r>
    </w:p>
    <w:p>
      <w:r>
        <w:t>https://www.youtube.com/watch?v=84WV8NS2VKQ</w:t>
      </w:r>
    </w:p>
    <w:p>
      <w:r>
        <w:rPr>
          <w:b/>
        </w:rPr>
        <w:t xml:space="preserve">[00:14] </w:t>
      </w:r>
      <w:r>
        <w:t>bismillah hir rahman nir rahim, wa salla Allahu ala an nabiyyi al karim.</w:t>
      </w:r>
    </w:p>
    <w:p>
      <w:pPr>
        <w:jc w:val="right"/>
      </w:pPr>
      <w:r>
        <w:t>بسم اللہ الرحمن الرحیم، وصلی اللہ علی النبی الکریم۔</w:t>
      </w:r>
    </w:p>
    <w:p>
      <w:r>
        <w:rPr>
          <w:b/>
        </w:rPr>
        <w:t xml:space="preserve">[00:19]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[00:25] </w:t>
      </w:r>
      <w:r>
        <w:t>14 aghast 2016.</w:t>
      </w:r>
    </w:p>
    <w:p>
      <w:pPr>
        <w:jc w:val="right"/>
      </w:pPr>
      <w:r>
        <w:t>14 اگست 2016۔</w:t>
      </w:r>
    </w:p>
    <w:p>
      <w:r>
        <w:rPr>
          <w:b/>
        </w:rPr>
        <w:t xml:space="preserve">[00:30] </w:t>
      </w:r>
      <w:r>
        <w:t>aaj main sunnat e rasool ke bare mein kuch kehna chahta hoon.</w:t>
      </w:r>
    </w:p>
    <w:p>
      <w:pPr>
        <w:jc w:val="right"/>
      </w:pPr>
      <w:r>
        <w:t>آج میں سنت رسول کے بارے میں کچھ کہنا چاہتا ہوں۔</w:t>
      </w:r>
    </w:p>
    <w:p>
      <w:r>
        <w:rPr>
          <w:b/>
        </w:rPr>
        <w:t xml:space="preserve">[00:36] </w:t>
      </w:r>
      <w:r>
        <w:t>aap jante hain ke paighambar e islam sallallahu alaihi wasallam ki paidaish makkah mein 570 isvi mein hui.</w:t>
      </w:r>
    </w:p>
    <w:p>
      <w:pPr>
        <w:jc w:val="right"/>
      </w:pPr>
      <w:r>
        <w:t>آپ جانتے ہیں کہ پیغمبر اسلام صلی اللہ علیہ وسلم کی پیدائش مکہ میں 570 عیسوی میں ہوئی۔</w:t>
      </w:r>
    </w:p>
    <w:p>
      <w:r>
        <w:rPr>
          <w:b/>
        </w:rPr>
        <w:t xml:space="preserve">[00:42] </w:t>
      </w:r>
      <w:r>
        <w:t>aap ne apna mission makkah mein 610 isvi mein shuru kiya.</w:t>
      </w:r>
    </w:p>
    <w:p>
      <w:pPr>
        <w:jc w:val="right"/>
      </w:pPr>
      <w:r>
        <w:t>آپ نے اپنا مشن مکہ میں 610 عیسوی میں شروع کیا۔</w:t>
      </w:r>
    </w:p>
    <w:p>
      <w:r>
        <w:rPr>
          <w:b/>
        </w:rPr>
        <w:t xml:space="preserve">[00:47] </w:t>
      </w:r>
      <w:r>
        <w:t>aap ki wafaat madine mein hui 632 isvi mein.</w:t>
      </w:r>
    </w:p>
    <w:p>
      <w:pPr>
        <w:jc w:val="right"/>
      </w:pPr>
      <w:r>
        <w:t>آپ کی وفات مدینے میں ہوئی 632 عیسوی میں۔</w:t>
      </w:r>
    </w:p>
    <w:p>
      <w:r>
        <w:rPr>
          <w:b/>
        </w:rPr>
        <w:t xml:space="preserve">[00:53] </w:t>
      </w:r>
      <w:r>
        <w:t>to ek lambi riwayat bukhari mein aati hai, is mein aap ne sahaba se namaz ke bare mein farmaya.</w:t>
      </w:r>
    </w:p>
    <w:p>
      <w:pPr>
        <w:jc w:val="right"/>
      </w:pPr>
      <w:r>
        <w:t>تو ایک لمبی روایت بخاری میں آتی ہے، اس میں آپ نے صحابہ سے نماز کے بارے میں فرمایا۔</w:t>
      </w:r>
    </w:p>
    <w:p>
      <w:r>
        <w:rPr>
          <w:b/>
        </w:rPr>
        <w:t xml:space="preserve">[00:59] </w:t>
      </w:r>
      <w:r>
        <w:t>bahut mashhoor riwayat hai ke sallu kama ra aytumuni usalli.</w:t>
      </w:r>
    </w:p>
    <w:p>
      <w:pPr>
        <w:jc w:val="right"/>
      </w:pPr>
      <w:r>
        <w:t>بہت مشہور روایت ہے کہ صلوا کما رأیتمونی أصلي ۔</w:t>
      </w:r>
    </w:p>
    <w:p>
      <w:r>
        <w:rPr>
          <w:b/>
        </w:rPr>
        <w:t xml:space="preserve">[01:04] </w:t>
      </w:r>
      <w:r>
        <w:t>tum is tarah namaz padho jis tarah tum mujh ko namaz padhte hue dekhte ho.</w:t>
      </w:r>
    </w:p>
    <w:p>
      <w:pPr>
        <w:jc w:val="right"/>
      </w:pPr>
      <w:r>
        <w:t>تم اس طرح نماز پڑھو جس طرح تم مجھ کو نماز پڑھتے ہوئے دیکھتے ہو۔</w:t>
      </w:r>
    </w:p>
    <w:p>
      <w:r>
        <w:rPr>
          <w:b/>
        </w:rPr>
        <w:t xml:space="preserve">[01:10] </w:t>
      </w:r>
      <w:r>
        <w:t>to doosri taraf quran mein ek ayat hai: qad kana lakum fi rasoolillahi uswatun hasanatun.</w:t>
      </w:r>
    </w:p>
    <w:p>
      <w:pPr>
        <w:jc w:val="right"/>
      </w:pPr>
      <w:r>
        <w:t>تو دوسری طرف قرآن میں ایک آیت ہے: قَالَ لَقَدْ كَانَ لَكُمْ فِي رَسُولِ اللّٰهِ عُسْوَةٌ حَسَنٌ ۔</w:t>
      </w:r>
    </w:p>
    <w:p>
      <w:r>
        <w:rPr>
          <w:b/>
        </w:rPr>
        <w:t xml:space="preserve">[01:15] </w:t>
      </w:r>
      <w:r>
        <w:t>rasool Allah ki zindagi mein tumhare liye behtareen namuna hai.</w:t>
      </w:r>
    </w:p>
    <w:p>
      <w:pPr>
        <w:jc w:val="right"/>
      </w:pPr>
      <w:r>
        <w:t>رسول اللہ کی زندگی میں تمہارے لیے بہترین نمونہ ہے۔</w:t>
      </w:r>
    </w:p>
    <w:p>
      <w:r>
        <w:rPr>
          <w:b/>
        </w:rPr>
        <w:t xml:space="preserve">[01:21] </w:t>
      </w:r>
      <w:r>
        <w:t>tamam ulama mante hain ke yahan uswah kamil mani mein hai, yani zindagi ke har mamle mein rasool</w:t>
      </w:r>
    </w:p>
    <w:p>
      <w:pPr>
        <w:jc w:val="right"/>
      </w:pPr>
      <w:r>
        <w:t>تمام علماء مانتے ہیں کہ یہاں عُسوہ کامل معنی میں ہے، یعنی زندگی کے ہر معاملے میں رسول</w:t>
      </w:r>
    </w:p>
    <w:p>
      <w:r>
        <w:rPr>
          <w:b/>
        </w:rPr>
        <w:t xml:space="preserve">[01:27] </w:t>
      </w:r>
      <w:r>
        <w:t>Allah hamare liye namuna hain.</w:t>
      </w:r>
    </w:p>
    <w:p>
      <w:pPr>
        <w:jc w:val="right"/>
      </w:pPr>
      <w:r>
        <w:t>اللہ ہمارے لیے نمونہ ہیں۔</w:t>
      </w:r>
    </w:p>
    <w:p>
      <w:r>
        <w:rPr>
          <w:b/>
        </w:rPr>
        <w:t xml:space="preserve">[01:32] </w:t>
      </w:r>
      <w:r>
        <w:t>to aap ne yeh jo farmaya ke sallu kama ra aytumuni usalli.</w:t>
      </w:r>
    </w:p>
    <w:p>
      <w:pPr>
        <w:jc w:val="right"/>
      </w:pPr>
      <w:r>
        <w:t>تو آپ نے یہ جو فرمایا کہ صَلُّوا كَمَا رَأَيْتُمُنِي أُصَلِّي ۔</w:t>
      </w:r>
    </w:p>
    <w:p>
      <w:r>
        <w:rPr>
          <w:b/>
        </w:rPr>
        <w:t xml:space="preserve">[01:38] </w:t>
      </w:r>
      <w:r>
        <w:t>is ko hum ko lena padega extended sense mein, yani zindagi ke har mamle mein is ko</w:t>
      </w:r>
    </w:p>
    <w:p>
      <w:pPr>
        <w:jc w:val="right"/>
      </w:pPr>
      <w:r>
        <w:t>اس کو ہم کو لینا پڑے گا extended sense میں، یعنی زندگی کے ہر معاملے میں اس کو</w:t>
      </w:r>
    </w:p>
    <w:p>
      <w:r>
        <w:rPr>
          <w:b/>
        </w:rPr>
        <w:t xml:space="preserve">[01:44] </w:t>
      </w:r>
      <w:r>
        <w:t>apply karna hoga.</w:t>
      </w:r>
    </w:p>
    <w:p>
      <w:pPr>
        <w:jc w:val="right"/>
      </w:pPr>
      <w:r>
        <w:t>اپلائی کرنا ہوگا۔</w:t>
      </w:r>
    </w:p>
    <w:p>
      <w:r>
        <w:rPr>
          <w:b/>
        </w:rPr>
        <w:t xml:space="preserve">[01:49] </w:t>
      </w:r>
      <w:r>
        <w:t>to main sochta hoon ke is ko hamein apply karna chahiye planning ke mani mein bhi, mansooba bandi.</w:t>
      </w:r>
    </w:p>
    <w:p>
      <w:pPr>
        <w:jc w:val="right"/>
      </w:pPr>
      <w:r>
        <w:t>تو میں سوچتا ہوں کہ اس کو ہمیں اپلائی کرنا چاہیے planning کے معنی میں بھی، منصوبہ بندی۔</w:t>
      </w:r>
    </w:p>
    <w:p>
      <w:r>
        <w:rPr>
          <w:b/>
        </w:rPr>
        <w:t xml:space="preserve">[01:55] </w:t>
      </w:r>
      <w:r>
        <w:t>to mansooba bandi ko kehte hain arabi zaban mein takhtit, tay hai to yeh to.</w:t>
      </w:r>
    </w:p>
    <w:p>
      <w:pPr>
        <w:jc w:val="right"/>
      </w:pPr>
      <w:r>
        <w:t>تو منصوبہ بندی کو کہتے ہیں عربی زبان میں تخطیط، طے ہے تو یہ تو۔</w:t>
      </w:r>
    </w:p>
    <w:p>
      <w:r>
        <w:rPr>
          <w:b/>
        </w:rPr>
        <w:t xml:space="preserve">[02:00] </w:t>
      </w:r>
      <w:r>
        <w:t>to sallu kama ra aytumuni usalli.</w:t>
      </w:r>
    </w:p>
    <w:p>
      <w:pPr>
        <w:jc w:val="right"/>
      </w:pPr>
      <w:r>
        <w:t>تو صَلُّوا كَمَا رَأَيْتُمُنِي أُصَلِّي ۔</w:t>
      </w:r>
    </w:p>
    <w:p>
      <w:r>
        <w:rPr>
          <w:b/>
        </w:rPr>
        <w:t xml:space="preserve">[02:06] </w:t>
      </w:r>
      <w:r>
        <w:t>ko hum jab lenge extended sense mein to us mein yeh bhi shamil rahega ke khatatu</w:t>
      </w:r>
    </w:p>
    <w:p>
      <w:pPr>
        <w:jc w:val="right"/>
      </w:pPr>
      <w:r>
        <w:t>کو ہم جب لیں گے extended sense میں تو اس میں یہ بھی شامل رہے گا کہ خططوا</w:t>
      </w:r>
    </w:p>
    <w:p>
      <w:r>
        <w:rPr>
          <w:b/>
        </w:rPr>
        <w:t xml:space="preserve">[02:12] </w:t>
      </w:r>
      <w:r>
        <w:t>kama ra aytumuni ukhattitu.</w:t>
      </w:r>
    </w:p>
    <w:p>
      <w:pPr>
        <w:jc w:val="right"/>
      </w:pPr>
      <w:r>
        <w:t>كَمَا رَأَيْتُمُنِي أُخَطِّطُوا ۔</w:t>
      </w:r>
    </w:p>
    <w:p>
      <w:r>
        <w:rPr>
          <w:b/>
        </w:rPr>
        <w:t xml:space="preserve">[02:17] </w:t>
      </w:r>
      <w:r>
        <w:t>yani is tarah mansooba banao, is tarah planning karo jis tarah tum mujh ko planning karte hue dekhte ho.</w:t>
      </w:r>
    </w:p>
    <w:p>
      <w:pPr>
        <w:jc w:val="right"/>
      </w:pPr>
      <w:r>
        <w:t>یعنی اس طرح منصوبہ بناؤ، اس طرح planning کرو جس طرح تم مجھ کو planning کرتے ہوئے دیکھتے ہو۔</w:t>
      </w:r>
    </w:p>
    <w:p>
      <w:r>
        <w:rPr>
          <w:b/>
        </w:rPr>
        <w:t xml:space="preserve">[02:23] </w:t>
      </w:r>
      <w:r>
        <w:t>to yeh mere mind mein yeh baat aayi to main ne sochna shuru kiya ke rasool Allah ki</w:t>
      </w:r>
    </w:p>
    <w:p>
      <w:pPr>
        <w:jc w:val="right"/>
      </w:pPr>
      <w:r>
        <w:t>تو یہ میرے mind میں یہ بات آئی تو میں نے سوچنا شروع کیا کہ رسول اللہ کی</w:t>
      </w:r>
    </w:p>
    <w:p>
      <w:r>
        <w:rPr>
          <w:b/>
        </w:rPr>
        <w:t xml:space="preserve">[02:29] </w:t>
      </w:r>
      <w:r>
        <w:t>planning ka koi ek bahut hi basic usool kya tha.</w:t>
      </w:r>
    </w:p>
    <w:p>
      <w:pPr>
        <w:jc w:val="right"/>
      </w:pPr>
      <w:r>
        <w:t>planning کا کوئی ایک بہت ہی basic اصول کیا تھا۔</w:t>
      </w:r>
    </w:p>
    <w:p>
      <w:r>
        <w:rPr>
          <w:b/>
        </w:rPr>
        <w:t xml:space="preserve">[02:34] </w:t>
      </w:r>
      <w:r>
        <w:t>yani zimni usool bahut se ho sakte hain, lekin koi ek hota hai hamesha basic principle.</w:t>
      </w:r>
    </w:p>
    <w:p>
      <w:pPr>
        <w:jc w:val="right"/>
      </w:pPr>
      <w:r>
        <w:t>یعنی ضمنی اصول بہت سے ہو سکتے ہیں، لیکن کوئی ایک ہوتا ہے ہمیشہ basic principle۔</w:t>
      </w:r>
    </w:p>
    <w:p>
      <w:r>
        <w:rPr>
          <w:b/>
        </w:rPr>
        <w:t xml:space="preserve">[02:40] </w:t>
      </w:r>
      <w:r>
        <w:t>to aap ki takhteet ka ya aap ki planning ka koi ek basic ussool batana ho to woh</w:t>
      </w:r>
    </w:p>
    <w:p>
      <w:pPr>
        <w:jc w:val="right"/>
      </w:pPr>
      <w:r>
        <w:t>تو آپ کی تخطیط کا یا آپ کی planning کا کوئی ایک basic اصول بتانا ہو تو وہ</w:t>
      </w:r>
    </w:p>
    <w:p>
      <w:r>
        <w:rPr>
          <w:b/>
        </w:rPr>
        <w:t xml:space="preserve">[02:45] </w:t>
      </w:r>
      <w:r>
        <w:t>kya hoga? is par maine ghor kiya.</w:t>
      </w:r>
    </w:p>
    <w:p>
      <w:pPr>
        <w:jc w:val="right"/>
      </w:pPr>
      <w:r>
        <w:t>کیا ہوگا؟ اس پر میں نے غور کیا۔</w:t>
      </w:r>
    </w:p>
    <w:p>
      <w:r>
        <w:rPr>
          <w:b/>
        </w:rPr>
        <w:t xml:space="preserve">[02:51] </w:t>
      </w:r>
      <w:r>
        <w:t>to mere saamne aaya ke aap ki planning ka basic principle yeh tha ke mile hue par planning</w:t>
      </w:r>
    </w:p>
    <w:p>
      <w:pPr>
        <w:jc w:val="right"/>
      </w:pPr>
      <w:r>
        <w:t>تو میرے سامنے آیا کہ آپ کی planning کا basic principle یہ تھا کہ ملے ہوئے پر planning</w:t>
      </w:r>
    </w:p>
    <w:p>
      <w:r>
        <w:rPr>
          <w:b/>
        </w:rPr>
        <w:t xml:space="preserve">[02:57] </w:t>
      </w:r>
      <w:r>
        <w:t>karna, na mile hue par planning na karna.</w:t>
      </w:r>
    </w:p>
    <w:p>
      <w:pPr>
        <w:jc w:val="right"/>
      </w:pPr>
      <w:r>
        <w:t>کرنا، نہ ملے ہوئے پر planning نہ کرنا۔</w:t>
      </w:r>
    </w:p>
    <w:p>
      <w:r>
        <w:rPr>
          <w:b/>
        </w:rPr>
        <w:t xml:space="preserve">[03:02] </w:t>
      </w:r>
      <w:r>
        <w:t>hamesha ek positive, ek negative shaamil rehta hai, ek karne mein na karna lagta hai.</w:t>
      </w:r>
    </w:p>
    <w:p>
      <w:pPr>
        <w:jc w:val="right"/>
      </w:pPr>
      <w:r>
        <w:t>ہمیشہ ایک positive، ایک negative شامل رہتا ہے، ایک کرنے میں نہ کرنا لگتا ہے۔</w:t>
      </w:r>
    </w:p>
    <w:p>
      <w:r>
        <w:rPr>
          <w:b/>
        </w:rPr>
        <w:t xml:space="preserve">[03:08] </w:t>
      </w:r>
      <w:r>
        <w:t>jaise aap log yahan aaye hain to aap apne ghar ko chhora tab yahan aaye hain.</w:t>
      </w:r>
    </w:p>
    <w:p>
      <w:pPr>
        <w:jc w:val="right"/>
      </w:pPr>
      <w:r>
        <w:t>جیسے آپ لوگ یہاں آئے ہیں تو آپ اپنے گھر کو چھوڑا تب یہاں آئے ہیں۔</w:t>
      </w:r>
    </w:p>
    <w:p>
      <w:r>
        <w:rPr>
          <w:b/>
        </w:rPr>
        <w:t xml:space="preserve">[03:14] </w:t>
      </w:r>
      <w:r>
        <w:t>to ek cheez chhodna padta hai tab ek cheez pakadna padta hai.</w:t>
      </w:r>
    </w:p>
    <w:p>
      <w:pPr>
        <w:jc w:val="right"/>
      </w:pPr>
      <w:r>
        <w:t>تو ایک چیز چھوڑنا پڑتا ہے تب ایک چیز پکڑنا پڑتا ہے۔</w:t>
      </w:r>
    </w:p>
    <w:p>
      <w:r>
        <w:rPr>
          <w:b/>
        </w:rPr>
        <w:t xml:space="preserve">[03:19] </w:t>
      </w:r>
      <w:r>
        <w:t>to maine socha ke is mein ek ussool yeh nikalta hai ke mile hue par planning, na</w:t>
      </w:r>
    </w:p>
    <w:p>
      <w:pPr>
        <w:jc w:val="right"/>
      </w:pPr>
      <w:r>
        <w:t>تو میں نے سوچا کہ اس میں ایک اصول یہ نکلتا ہے کہ ملے ہوئے پر planning، نہ</w:t>
      </w:r>
    </w:p>
    <w:p>
      <w:r>
        <w:rPr>
          <w:b/>
        </w:rPr>
        <w:t xml:space="preserve">[03:25] </w:t>
      </w:r>
      <w:r>
        <w:t>mile hue par planning nahin.</w:t>
      </w:r>
    </w:p>
    <w:p>
      <w:pPr>
        <w:jc w:val="right"/>
      </w:pPr>
      <w:r>
        <w:t>ملے ہوئے پر planning نہیں۔</w:t>
      </w:r>
    </w:p>
    <w:p>
      <w:r>
        <w:rPr>
          <w:b/>
        </w:rPr>
        <w:t xml:space="preserve">[03:30] </w:t>
      </w:r>
      <w:r>
        <w:t>to maine socha to poori zindagi rasool Allah kisi ussool par hai, poori zindagi.</w:t>
      </w:r>
    </w:p>
    <w:p>
      <w:pPr>
        <w:jc w:val="right"/>
      </w:pPr>
      <w:r>
        <w:t>تو میں نے سوچا تو پوری زندگی رسول اللہ کسی اصول پر ہے، پوری زندگی۔</w:t>
      </w:r>
    </w:p>
    <w:p>
      <w:r>
        <w:rPr>
          <w:b/>
        </w:rPr>
        <w:t xml:space="preserve">[03:36] </w:t>
      </w:r>
      <w:r>
        <w:t>misalan dekhen, rasool Allah ne jab makkah ko chhora to us ko kehte hain hum hijrat.</w:t>
      </w:r>
    </w:p>
    <w:p>
      <w:pPr>
        <w:jc w:val="right"/>
      </w:pPr>
      <w:r>
        <w:t>مثلاً دیکھیں، رسول اللہ نے جب مکہ کو چھوڑا تو اس کو کہتے ہیں ہم ہجرت۔</w:t>
      </w:r>
    </w:p>
    <w:p>
      <w:r>
        <w:rPr>
          <w:b/>
        </w:rPr>
        <w:t xml:space="preserve">[03:42] </w:t>
      </w:r>
      <w:r>
        <w:t>to is mein dekhen, ek tareeqa yeh tha ke aap din ko elaan kar ke niklte ke main</w:t>
      </w:r>
    </w:p>
    <w:p>
      <w:pPr>
        <w:jc w:val="right"/>
      </w:pPr>
      <w:r>
        <w:t>تو اس میں دیکھیں، ایک طریقہ یہ تھا کہ آپ دن کو اعلان کر کے نکلتے کہ میں</w:t>
      </w:r>
    </w:p>
    <w:p>
      <w:r>
        <w:rPr>
          <w:b/>
        </w:rPr>
        <w:t xml:space="preserve">[03:47] </w:t>
      </w:r>
      <w:r>
        <w:t>ja raha hoon madinah.</w:t>
      </w:r>
    </w:p>
    <w:p>
      <w:pPr>
        <w:jc w:val="right"/>
      </w:pPr>
      <w:r>
        <w:t>جا رہا ہوں مدینہ۔</w:t>
      </w:r>
    </w:p>
    <w:p>
      <w:r>
        <w:rPr>
          <w:b/>
        </w:rPr>
        <w:t xml:space="preserve">[03:53] </w:t>
      </w:r>
      <w:r>
        <w:t>aap ne aisa nahin kiya.</w:t>
      </w:r>
    </w:p>
    <w:p>
      <w:pPr>
        <w:jc w:val="right"/>
      </w:pPr>
      <w:r>
        <w:t>آپ نے ایسا نہیں کیا۔</w:t>
      </w:r>
    </w:p>
    <w:p>
      <w:r>
        <w:rPr>
          <w:b/>
        </w:rPr>
        <w:t xml:space="preserve">[03:59] </w:t>
      </w:r>
      <w:r>
        <w:t>aap raat ke waqt, us waqt aap hazrat khadijah ke ghar mein the, aap raat ke waqt nikle</w:t>
      </w:r>
    </w:p>
    <w:p>
      <w:pPr>
        <w:jc w:val="right"/>
      </w:pPr>
      <w:r>
        <w:t>آپ رات کے وقت، اس وقت آپ حضرت خدیجہ کے گھر میں تھے، آپ رات کے وقت نکلے</w:t>
      </w:r>
    </w:p>
    <w:p>
      <w:r>
        <w:rPr>
          <w:b/>
        </w:rPr>
        <w:t xml:space="preserve">[04:04] </w:t>
      </w:r>
      <w:r>
        <w:t>aur back door se.</w:t>
      </w:r>
    </w:p>
    <w:p>
      <w:pPr>
        <w:jc w:val="right"/>
      </w:pPr>
      <w:r>
        <w:t>اور back door سے۔</w:t>
      </w:r>
    </w:p>
    <w:p>
      <w:r>
        <w:rPr>
          <w:b/>
        </w:rPr>
        <w:t xml:space="preserve">[04:10] </w:t>
      </w:r>
      <w:r>
        <w:t>raat ke waqt nikle back door se aur makkah se rawana hue to madine ki ulti taraf.</w:t>
      </w:r>
    </w:p>
    <w:p>
      <w:pPr>
        <w:jc w:val="right"/>
      </w:pPr>
      <w:r>
        <w:t>رات کے وقت نکلے back door سے اور مکہ سے روانہ ہوئے تو مدینے کی الٹی طرف۔</w:t>
      </w:r>
    </w:p>
    <w:p>
      <w:r>
        <w:rPr>
          <w:b/>
        </w:rPr>
        <w:t xml:space="preserve">[04:15] </w:t>
      </w:r>
      <w:r>
        <w:t>yaani aap ke liye yeh bhi ek shakal thi ke aap saamne se nikle lekin aap nikle back door se.</w:t>
      </w:r>
    </w:p>
    <w:p>
      <w:pPr>
        <w:jc w:val="right"/>
      </w:pPr>
      <w:r>
        <w:t>یعنی آپ کے لیے یہ بھی ایک شکل تھی کہ آپ سامنے سے نکلے لیکن آپ نکلے back door سے۔</w:t>
      </w:r>
    </w:p>
    <w:p>
      <w:r>
        <w:rPr>
          <w:b/>
        </w:rPr>
        <w:t xml:space="preserve">[04:21] </w:t>
      </w:r>
      <w:r>
        <w:t>yeh bhi tha ke aap din mein nikle, aap raat ko nikle.</w:t>
      </w:r>
    </w:p>
    <w:p>
      <w:pPr>
        <w:jc w:val="right"/>
      </w:pPr>
      <w:r>
        <w:t>یہ بھی تھا کہ آپ دن میں نکلے، آپ رات کو نکلے۔</w:t>
      </w:r>
    </w:p>
    <w:p>
      <w:r>
        <w:rPr>
          <w:b/>
        </w:rPr>
        <w:t xml:space="preserve">[04:27] </w:t>
      </w:r>
      <w:r>
        <w:t>yeh bhi tha ke aap madine ki taraf rawana hon, aap ulti taraf gaye aur ja kar ghar</w:t>
      </w:r>
    </w:p>
    <w:p>
      <w:pPr>
        <w:jc w:val="right"/>
      </w:pPr>
      <w:r>
        <w:t>یہ بھی تھا کہ آپ مدینے کی طرف روانہ ہوں، آپ الٹی طرف گئے اور جا کر غار</w:t>
      </w:r>
    </w:p>
    <w:p>
      <w:r>
        <w:rPr>
          <w:b/>
        </w:rPr>
        <w:t xml:space="preserve">[04:32] </w:t>
      </w:r>
      <w:r>
        <w:t>thaur mein thehre jo ulti taraf hai, wahan chand din bitaye phir rawana hue.</w:t>
      </w:r>
    </w:p>
    <w:p>
      <w:pPr>
        <w:jc w:val="right"/>
      </w:pPr>
      <w:r>
        <w:t>ثور میں ٹھہرے جو الٹی طرف ہے، وہاں چند دن بتائے پھر روانہ ہوئے۔</w:t>
      </w:r>
    </w:p>
    <w:p>
      <w:r>
        <w:rPr>
          <w:b/>
        </w:rPr>
        <w:t xml:space="preserve">[04:38] </w:t>
      </w:r>
      <w:r>
        <w:t>to har maamle mein aap ne yeh dekha ke ek hai mila hua imkaan, ek hai na mila hua imkaan.</w:t>
      </w:r>
    </w:p>
    <w:p>
      <w:pPr>
        <w:jc w:val="right"/>
      </w:pPr>
      <w:r>
        <w:t>تو ہر معاملے میں آپ نے یہ دیکھا کہ ایک ہے ملا ہوا امکان، ایک ہے نہ ملا ہوا امکان۔</w:t>
      </w:r>
    </w:p>
    <w:p>
      <w:r>
        <w:rPr>
          <w:b/>
        </w:rPr>
        <w:t xml:space="preserve">[04:44] </w:t>
      </w:r>
      <w:r>
        <w:t>to aap ne mile hue par planning ki, na mile hue par nahin ki.</w:t>
      </w:r>
    </w:p>
    <w:p>
      <w:pPr>
        <w:jc w:val="right"/>
      </w:pPr>
      <w:r>
        <w:t>تو آپ نے ملے ہوئے پر planning کی، نہ ملے ہوئے پر نہیں کی۔</w:t>
      </w:r>
    </w:p>
    <w:p>
      <w:r>
        <w:rPr>
          <w:b/>
        </w:rPr>
        <w:t xml:space="preserve">[04:49] </w:t>
      </w:r>
      <w:r>
        <w:t>abhi dekhen, aap ne jab amal shuru kiya apna to ho sakta hai ke aap yeh sochte hain</w:t>
      </w:r>
    </w:p>
    <w:p>
      <w:pPr>
        <w:jc w:val="right"/>
      </w:pPr>
      <w:r>
        <w:t>ابھی دیکھیں، آپ نے جب عمل شروع کیا اپنا تو ہو سکتا ہے کہ آپ یہ سوچتے ہیں</w:t>
      </w:r>
    </w:p>
    <w:p>
      <w:r>
        <w:rPr>
          <w:b/>
        </w:rPr>
        <w:t xml:space="preserve">[04:55] </w:t>
      </w:r>
      <w:r>
        <w:t>ke sab se pehle makkah ko, sab se pehle kaaba ko paak karen, yaani buton se.</w:t>
      </w:r>
    </w:p>
    <w:p>
      <w:pPr>
        <w:jc w:val="right"/>
      </w:pPr>
      <w:r>
        <w:t>کہ سب سے پہلے مکہ کو، سب سے پہلے کعبہ کو پاک کریں، یعنی بتوں سے۔</w:t>
      </w:r>
    </w:p>
    <w:p>
      <w:r>
        <w:rPr>
          <w:b/>
        </w:rPr>
        <w:t xml:space="preserve">[05:01] </w:t>
      </w:r>
      <w:r>
        <w:t>aaj kal ke musalmanon ka jo mizaj hai, main to kehta hoon ke wahi socha hai ke aaj</w:t>
      </w:r>
    </w:p>
    <w:p>
      <w:pPr>
        <w:jc w:val="right"/>
      </w:pPr>
      <w:r>
        <w:t>آج کل کے مسلمانوں کا جو مزاج ہے، میں تو کہتا ہوں کہ وہی سوچا ہے کہ آج</w:t>
      </w:r>
    </w:p>
    <w:p>
      <w:r>
        <w:rPr>
          <w:b/>
        </w:rPr>
        <w:t xml:space="preserve">[05:06] </w:t>
      </w:r>
      <w:r>
        <w:t>kal ke musalman keh starting point yeh hai ke kaba jo muqaddas ghar hai, is ko buton se pak karo.</w:t>
      </w:r>
    </w:p>
    <w:p>
      <w:pPr>
        <w:jc w:val="right"/>
      </w:pPr>
      <w:r>
        <w:t>کل کے مسلمان کہ starting point یہ ہے کہ کعبہ جو مقدس گھر ہے، اس کو بتوں سے پاک کرو۔</w:t>
      </w:r>
    </w:p>
    <w:p>
      <w:r>
        <w:rPr>
          <w:b/>
        </w:rPr>
        <w:t xml:space="preserve">[05:12] </w:t>
      </w:r>
      <w:r>
        <w:t>lekin quran mein yeh ayat nahi utri ke طَهِّرْ الْكَعْبَةَ مِنْ الْأَسْنَامِ ۔</w:t>
      </w:r>
    </w:p>
    <w:p>
      <w:pPr>
        <w:jc w:val="right"/>
      </w:pPr>
      <w:r>
        <w:t>لیکن قرآن میں یہ آیت نہیں اتری کہ طَهِّرْ الْكَعْبَةَ مِنْ الْأَسْنَامِ ۔</w:t>
      </w:r>
    </w:p>
    <w:p>
      <w:r>
        <w:rPr>
          <w:b/>
        </w:rPr>
        <w:t xml:space="preserve">[05:17] </w:t>
      </w:r>
      <w:r>
        <w:t>yeh ayat nahi utri.</w:t>
      </w:r>
    </w:p>
    <w:p>
      <w:pPr>
        <w:jc w:val="right"/>
      </w:pPr>
      <w:r>
        <w:t>یہ آیت نہیں اتری۔</w:t>
      </w:r>
    </w:p>
    <w:p>
      <w:r>
        <w:rPr>
          <w:b/>
        </w:rPr>
        <w:t xml:space="preserve">[05:23] </w:t>
      </w:r>
      <w:r>
        <w:t>agar yeh hota starting point to bazahir yeh hona chahiye tha ke quran mein yeh ayat utarti ke</w:t>
      </w:r>
    </w:p>
    <w:p>
      <w:pPr>
        <w:jc w:val="right"/>
      </w:pPr>
      <w:r>
        <w:t>اگر یہ ہوتا starting point تو بظاہر یہ ہونا چاہیے تھا کہ قرآن میں یہ آیت اترتی کہ</w:t>
      </w:r>
    </w:p>
    <w:p>
      <w:r>
        <w:rPr>
          <w:b/>
        </w:rPr>
        <w:t xml:space="preserve">[05:29] </w:t>
      </w:r>
      <w:r>
        <w:t>طَهِّرْ الْكَعْبَةَ مِنْ الْأَسْنَامِ ۔</w:t>
      </w:r>
    </w:p>
    <w:p>
      <w:pPr>
        <w:jc w:val="right"/>
      </w:pPr>
      <w:r>
        <w:t>طَهِّرْ الْكَعْبَةَ مِنْ الْأَسْنَامِ ۔</w:t>
      </w:r>
    </w:p>
    <w:p>
      <w:r>
        <w:rPr>
          <w:b/>
        </w:rPr>
        <w:t xml:space="preserve">[05:34] </w:t>
      </w:r>
      <w:r>
        <w:t>kaba ko buton se pak karo.</w:t>
      </w:r>
    </w:p>
    <w:p>
      <w:pPr>
        <w:jc w:val="right"/>
      </w:pPr>
      <w:r>
        <w:t>کعبہ کو بتوں سے پاک کرو۔</w:t>
      </w:r>
    </w:p>
    <w:p>
      <w:r>
        <w:rPr>
          <w:b/>
        </w:rPr>
        <w:t xml:space="preserve">[05:40] </w:t>
      </w:r>
      <w:r>
        <w:t>lekin is ka koi naam bhi nahi liya.</w:t>
      </w:r>
    </w:p>
    <w:p>
      <w:pPr>
        <w:jc w:val="right"/>
      </w:pPr>
      <w:r>
        <w:t>لیکن اس کا کوئی نام بھی نہیں لیا۔</w:t>
      </w:r>
    </w:p>
    <w:p>
      <w:r>
        <w:rPr>
          <w:b/>
        </w:rPr>
        <w:t xml:space="preserve">[05:46] </w:t>
      </w:r>
      <w:r>
        <w:t>quran mein is ka koi naam bhi nahi hai.</w:t>
      </w:r>
    </w:p>
    <w:p>
      <w:pPr>
        <w:jc w:val="right"/>
      </w:pPr>
      <w:r>
        <w:t>قرآن میں اس کا کوئی نام بھی نہیں ہے۔</w:t>
      </w:r>
    </w:p>
    <w:p>
      <w:r>
        <w:rPr>
          <w:b/>
        </w:rPr>
        <w:t xml:space="preserve">[05:51] </w:t>
      </w:r>
      <w:r>
        <w:t>hata ke quran se yeh bhi pata nahi chalta ke rasool Allah ne jab apna mission shuru kiya</w:t>
      </w:r>
    </w:p>
    <w:p>
      <w:pPr>
        <w:jc w:val="right"/>
      </w:pPr>
      <w:r>
        <w:t>حتیٰ کہ قرآن سے یہ بھی پتہ نہیں چلتا کہ رسول اللہ نے جب اپنا مشن شروع کیا</w:t>
      </w:r>
    </w:p>
    <w:p>
      <w:r>
        <w:rPr>
          <w:b/>
        </w:rPr>
        <w:t xml:space="preserve">[05:57] </w:t>
      </w:r>
      <w:r>
        <w:t>to us waqt kaba mein saikron but thay, yeh quran mein nahi likha hua hai.</w:t>
      </w:r>
    </w:p>
    <w:p>
      <w:pPr>
        <w:jc w:val="right"/>
      </w:pPr>
      <w:r>
        <w:t>تو اس وقت کعبہ میں سیکڑوں بت تھے، یہ قرآن میں نہیں لکھا ہوا ہے۔</w:t>
      </w:r>
    </w:p>
    <w:p>
      <w:r>
        <w:rPr>
          <w:b/>
        </w:rPr>
        <w:t xml:space="preserve">[06:02] </w:t>
      </w:r>
      <w:r>
        <w:t>yeh to hum history se jante hain.</w:t>
      </w:r>
    </w:p>
    <w:p>
      <w:pPr>
        <w:jc w:val="right"/>
      </w:pPr>
      <w:r>
        <w:t>یہ تو ہم history سے جانتے ہیں۔</w:t>
      </w:r>
    </w:p>
    <w:p>
      <w:r>
        <w:rPr>
          <w:b/>
        </w:rPr>
        <w:t xml:space="preserve">[06:08] </w:t>
      </w:r>
      <w:r>
        <w:t>to rasool Allah ka tareeqa yeh tha ke har mamle mein yeh dekhen ke kon si opportunity hamare</w:t>
      </w:r>
    </w:p>
    <w:p>
      <w:pPr>
        <w:jc w:val="right"/>
      </w:pPr>
      <w:r>
        <w:t>تو رسول اللہ کا طریقہ یہ تھا کہ ہر معاملے میں یہ دیکھیں کہ کون سی opportunity ہمارے</w:t>
      </w:r>
    </w:p>
    <w:p>
      <w:r>
        <w:rPr>
          <w:b/>
        </w:rPr>
        <w:t xml:space="preserve">[06:14] </w:t>
      </w:r>
      <w:r>
        <w:t>liye khuli hui hai aur kon si opportunity hamare liye band hai.</w:t>
      </w:r>
    </w:p>
    <w:p>
      <w:pPr>
        <w:jc w:val="right"/>
      </w:pPr>
      <w:r>
        <w:t>لیے کھلی ہوئی ہے اور کون سی opportunity ہمارے لیے بند ہے۔</w:t>
      </w:r>
    </w:p>
    <w:p>
      <w:r>
        <w:rPr>
          <w:b/>
        </w:rPr>
        <w:t xml:space="preserve">[06:19] </w:t>
      </w:r>
      <w:r>
        <w:t>jaise aaj kal ke zamane mein dekhen, pakistan mein aur misr mein islami jamaten hain, bohat hi bari.</w:t>
      </w:r>
    </w:p>
    <w:p>
      <w:pPr>
        <w:jc w:val="right"/>
      </w:pPr>
      <w:r>
        <w:t>جیسے آج کل کے زمانے میں دیکھیں، پاکستان میں اور مصر میں اسلامی جماعتیں ہیں، بہت ہی بڑی۔</w:t>
      </w:r>
    </w:p>
    <w:p>
      <w:r>
        <w:rPr>
          <w:b/>
        </w:rPr>
        <w:t xml:space="preserve">[06:25] </w:t>
      </w:r>
      <w:r>
        <w:t>woh kahan shuru karti hain? Political change.</w:t>
      </w:r>
    </w:p>
    <w:p>
      <w:pPr>
        <w:jc w:val="right"/>
      </w:pPr>
      <w:r>
        <w:t>وہ کہاں شروع کرتی ہیں؟ Political change۔</w:t>
      </w:r>
    </w:p>
    <w:p>
      <w:r>
        <w:rPr>
          <w:b/>
        </w:rPr>
        <w:t xml:space="preserve">[06:31] </w:t>
      </w:r>
      <w:r>
        <w:t>pakistan mein bhi, misr mein bhi. Political change.</w:t>
      </w:r>
    </w:p>
    <w:p>
      <w:pPr>
        <w:jc w:val="right"/>
      </w:pPr>
      <w:r>
        <w:t>پاکستان میں بھی، مصر میں بھی۔ Political change۔</w:t>
      </w:r>
    </w:p>
    <w:p>
      <w:r>
        <w:rPr>
          <w:b/>
        </w:rPr>
        <w:t xml:space="preserve">[06:36] </w:t>
      </w:r>
      <w:r>
        <w:t>political change ke mani yeh hain ke jo opportunity bar waqt khuli nahi hai, wahan se shuru karna.</w:t>
      </w:r>
    </w:p>
    <w:p>
      <w:pPr>
        <w:jc w:val="right"/>
      </w:pPr>
      <w:r>
        <w:t>Political change کے معنی یہ ہیں کہ جو opportunity بروقت کھلی نہیں ہے، وہاں سے شروع کرنا۔</w:t>
      </w:r>
    </w:p>
    <w:p>
      <w:r>
        <w:rPr>
          <w:b/>
        </w:rPr>
        <w:t xml:space="preserve">[06:42] </w:t>
      </w:r>
      <w:r>
        <w:t>is ke bar aks agar woh kahein ke education, logon ko parhao, achi taleem dilao, to woh khula hua hai.</w:t>
      </w:r>
    </w:p>
    <w:p>
      <w:pPr>
        <w:jc w:val="right"/>
      </w:pPr>
      <w:r>
        <w:t>اس کے برعکس اگر وہ کہیں کہ education، لوگوں کو پڑھاؤ، اچھی تعلیم دلاؤ، تو وہ کھلا ہوا ہے۔</w:t>
      </w:r>
    </w:p>
    <w:p>
      <w:r>
        <w:rPr>
          <w:b/>
        </w:rPr>
        <w:t xml:space="preserve">[06:47] </w:t>
      </w:r>
      <w:r>
        <w:t>to kisi jamaat ne yeh nahi kiya ke education se shuru karein, bas political, political, political.</w:t>
      </w:r>
    </w:p>
    <w:p>
      <w:pPr>
        <w:jc w:val="right"/>
      </w:pPr>
      <w:r>
        <w:t>تو کسی جماعت نے یہ نہیں کیا کہ education سے شروع کریں، بس political، political، political۔</w:t>
      </w:r>
    </w:p>
    <w:p>
      <w:r>
        <w:rPr>
          <w:b/>
        </w:rPr>
        <w:t xml:space="preserve">[06:53] </w:t>
      </w:r>
      <w:r>
        <w:t>to rasool Allah ke tareeqe par koi qaim nahi hai.</w:t>
      </w:r>
    </w:p>
    <w:p>
      <w:pPr>
        <w:jc w:val="right"/>
      </w:pPr>
      <w:r>
        <w:t>تو رسول اللہ کے طریقے پر کوئی قائم نہیں ہے۔</w:t>
      </w:r>
    </w:p>
    <w:p>
      <w:r>
        <w:rPr>
          <w:b/>
        </w:rPr>
        <w:t xml:space="preserve">[06:59] </w:t>
      </w:r>
      <w:r>
        <w:t>isi liye kuch milta bhi nahi logon ko.</w:t>
      </w:r>
    </w:p>
    <w:p>
      <w:pPr>
        <w:jc w:val="right"/>
      </w:pPr>
      <w:r>
        <w:t>اسی لیے کچھ ملتا بھی نہیں لوگوں کو۔</w:t>
      </w:r>
    </w:p>
    <w:p>
      <w:r>
        <w:rPr>
          <w:b/>
        </w:rPr>
        <w:t xml:space="preserve">[07:04] </w:t>
      </w:r>
      <w:r>
        <w:t>so so saal tak mehnat karte rehte hain, siwaye qurbani ke aur kuch nahi.</w:t>
      </w:r>
    </w:p>
    <w:p>
      <w:pPr>
        <w:jc w:val="right"/>
      </w:pPr>
      <w:r>
        <w:t>سو سو سال تک محنت کرتے رہتے ہیں، سوائے قربانی کے اور کچھ نہیں۔</w:t>
      </w:r>
    </w:p>
    <w:p>
      <w:r>
        <w:rPr>
          <w:b/>
        </w:rPr>
        <w:t xml:space="preserve">[07:10] </w:t>
      </w:r>
      <w:r>
        <w:t>sari muslim dunya mein main sochta hoon ke yahi chal raha hai.</w:t>
      </w:r>
    </w:p>
    <w:p>
      <w:pPr>
        <w:jc w:val="right"/>
      </w:pPr>
      <w:r>
        <w:t>ساری مسلم دنیا میں میں سوچتا ہوں کہ یہی چل رہا ہے۔</w:t>
      </w:r>
    </w:p>
    <w:p>
      <w:r>
        <w:rPr>
          <w:b/>
        </w:rPr>
        <w:t xml:space="preserve">[07:16] </w:t>
      </w:r>
      <w:r>
        <w:t>ke is is raat ko nahi jante ke takhtit nabwi kya hai.</w:t>
      </w:r>
    </w:p>
    <w:p>
      <w:pPr>
        <w:jc w:val="right"/>
      </w:pPr>
      <w:r>
        <w:t>کہ اس اس رات کو نہیں جانتے کہ تخطیط نبوی کیا ہے۔</w:t>
      </w:r>
    </w:p>
    <w:p>
      <w:r>
        <w:rPr>
          <w:b/>
        </w:rPr>
        <w:t xml:space="preserve">[07:21] </w:t>
      </w:r>
      <w:r>
        <w:t>rasool Allah ki jo planning thi, woh kya planning hai.</w:t>
      </w:r>
    </w:p>
    <w:p>
      <w:pPr>
        <w:jc w:val="right"/>
      </w:pPr>
      <w:r>
        <w:t>رسول اللہ کی جو planning تھی، وہ کیا planning ہے۔</w:t>
      </w:r>
    </w:p>
    <w:p>
      <w:r>
        <w:rPr>
          <w:b/>
        </w:rPr>
        <w:t xml:space="preserve">[07:27] </w:t>
      </w:r>
      <w:r>
        <w:t>yani mile hue se shuru karna, na mile hue ko mustaqbil ke liye chhod dena.</w:t>
      </w:r>
    </w:p>
    <w:p>
      <w:pPr>
        <w:jc w:val="right"/>
      </w:pPr>
      <w:r>
        <w:t>یعنی ملے ہوئے سے شروع کرنا، نہ ملے ہوئے کو مستقبل کے لیے چھوڑ دینا۔</w:t>
      </w:r>
    </w:p>
    <w:p>
      <w:r>
        <w:rPr>
          <w:b/>
        </w:rPr>
        <w:t xml:space="preserve">[07:32] </w:t>
      </w:r>
      <w:r>
        <w:t>har jagah ulta kar rahe hain, na mile hue se shuru karte.</w:t>
      </w:r>
    </w:p>
    <w:p>
      <w:pPr>
        <w:jc w:val="right"/>
      </w:pPr>
      <w:r>
        <w:t>ہر جگہ الٹا کر رہے ہیں، نہ ملے ہوئے سے شروع کرتے۔</w:t>
      </w:r>
    </w:p>
    <w:p>
      <w:r>
        <w:rPr>
          <w:b/>
        </w:rPr>
        <w:t xml:space="preserve">[07:38] </w:t>
      </w:r>
      <w:r>
        <w:t>na mile ka matlab yeh hai ke jahan aap ke liye opportunity nahin hai, jahan aap ke liye</w:t>
      </w:r>
    </w:p>
    <w:p>
      <w:pPr>
        <w:jc w:val="right"/>
      </w:pPr>
      <w:r>
        <w:t>نہ ملے کا معنی یہ ہے کہ جہاں آپ کے لیے opportunity نہیں ہے، جہاں آپ کے لیے</w:t>
      </w:r>
    </w:p>
    <w:p>
      <w:r>
        <w:rPr>
          <w:b/>
        </w:rPr>
        <w:t xml:space="preserve">[07:44] </w:t>
      </w:r>
      <w:r>
        <w:t>barwaqt, jab aap shuru kar rahe hain apna kaam, us waqt aap ke liye wahan koi result oriented</w:t>
      </w:r>
    </w:p>
    <w:p>
      <w:pPr>
        <w:jc w:val="right"/>
      </w:pPr>
      <w:r>
        <w:t>بروقت، جب آپ شروع کر رہے ہیں اپنا کام، اس وقت آپ کے لیے وہاں کوئی result oriented</w:t>
      </w:r>
    </w:p>
    <w:p>
      <w:r>
        <w:rPr>
          <w:b/>
        </w:rPr>
        <w:t xml:space="preserve">[07:49] </w:t>
      </w:r>
      <w:r>
        <w:t>action, koi nateeja khez ka amal karna aap ke liye possible nahin hai.</w:t>
      </w:r>
    </w:p>
    <w:p>
      <w:pPr>
        <w:jc w:val="right"/>
      </w:pPr>
      <w:r>
        <w:t>action، کوئی نتیجہ خیز کا عمل کرنا آپ کے لیے possible نہیں ہے۔</w:t>
      </w:r>
    </w:p>
    <w:p>
      <w:r>
        <w:rPr>
          <w:b/>
        </w:rPr>
        <w:t xml:space="preserve">[07:55] </w:t>
      </w:r>
      <w:r>
        <w:t>amal hi mat kijiye.</w:t>
      </w:r>
    </w:p>
    <w:p>
      <w:pPr>
        <w:jc w:val="right"/>
      </w:pPr>
      <w:r>
        <w:t>عمل ہی مت کیجیے۔</w:t>
      </w:r>
    </w:p>
    <w:p>
      <w:r>
        <w:rPr>
          <w:b/>
        </w:rPr>
        <w:t xml:space="preserve">[08:01] </w:t>
      </w:r>
      <w:r>
        <w:t>jahan mumkin hai, wahan chhod dijiye.</w:t>
      </w:r>
    </w:p>
    <w:p>
      <w:pPr>
        <w:jc w:val="right"/>
      </w:pPr>
      <w:r>
        <w:t>جہاں ممکن ہے، وہاں چھوڑ دیجیے۔</w:t>
      </w:r>
    </w:p>
    <w:p>
      <w:r>
        <w:rPr>
          <w:b/>
        </w:rPr>
        <w:t xml:space="preserve">[08:06] </w:t>
      </w:r>
      <w:r>
        <w:t>misalan dawat ka maidan khula hua hai, education ka maidan khula hua hai, industry ka maidan khula hua</w:t>
      </w:r>
    </w:p>
    <w:p>
      <w:pPr>
        <w:jc w:val="right"/>
      </w:pPr>
      <w:r>
        <w:t>مثلاً دعوت کا میدان کھلا ہوا ہے، education کا میدان کھلا ہوا ہے، industry کا میدان کھلا ہوا</w:t>
      </w:r>
    </w:p>
    <w:p>
      <w:r>
        <w:rPr>
          <w:b/>
        </w:rPr>
        <w:t xml:space="preserve">[08:12] </w:t>
      </w:r>
      <w:r>
        <w:t>hai, wahan kijiye aap jo karna hai aap ko.</w:t>
      </w:r>
    </w:p>
    <w:p>
      <w:pPr>
        <w:jc w:val="right"/>
      </w:pPr>
      <w:r>
        <w:t>ہے، وہاں کیجیے آپ جو کرنا ہے آپ کو۔</w:t>
      </w:r>
    </w:p>
    <w:p>
      <w:r>
        <w:rPr>
          <w:b/>
        </w:rPr>
        <w:t xml:space="preserve">[08:17] </w:t>
      </w:r>
      <w:r>
        <w:t>achha, yeh ek mera Quran ko padhne se yeh baat yeh samajh aayi hai ke maamla sirf rasool</w:t>
      </w:r>
    </w:p>
    <w:p>
      <w:pPr>
        <w:jc w:val="right"/>
      </w:pPr>
      <w:r>
        <w:t>اچھا، یہ ایک میرا قرآن کو پڑھنے سے یہ بات یہ سمجھ آئی ہے کہ معاملہ صرف رسول</w:t>
      </w:r>
    </w:p>
    <w:p>
      <w:r>
        <w:rPr>
          <w:b/>
        </w:rPr>
        <w:t xml:space="preserve">[08:23] </w:t>
      </w:r>
      <w:r>
        <w:t>Allah ke namune ka nahin hai, Allah taala rasool Allah ke bahar bhi namune qaim karte hain.</w:t>
      </w:r>
    </w:p>
    <w:p>
      <w:pPr>
        <w:jc w:val="right"/>
      </w:pPr>
      <w:r>
        <w:t>اللہ کے نمونے کا نہیں ہے، اللہ تعالیٰ رسول اللہ کے باہر بھی نمونے قائم کرتے ہیں۔</w:t>
      </w:r>
    </w:p>
    <w:p>
      <w:r>
        <w:rPr>
          <w:b/>
        </w:rPr>
        <w:t xml:space="preserve">[08:29] </w:t>
      </w:r>
      <w:r>
        <w:t>yeh bhi logon ko galat fehmi hai.</w:t>
      </w:r>
    </w:p>
    <w:p>
      <w:pPr>
        <w:jc w:val="right"/>
      </w:pPr>
      <w:r>
        <w:t>یہ بھی لوگوں کو غلط فہمی ہے۔</w:t>
      </w:r>
    </w:p>
    <w:p>
      <w:r>
        <w:rPr>
          <w:b/>
        </w:rPr>
        <w:t xml:space="preserve">[08:34] </w:t>
      </w:r>
      <w:r>
        <w:t>misalan dekhen, Quran mein yeh ayat hai wa kam min aayatin fil samawati wal ardi yamurruna alaiha wa hum anha muridun.</w:t>
      </w:r>
    </w:p>
    <w:p>
      <w:pPr>
        <w:jc w:val="right"/>
      </w:pPr>
      <w:r>
        <w:t>مثلاً دیکھیں، قرآن میں یہ آیت ہے وَكَمْ مِنْ آَيَةٍ فِي السَّمَاوَاتِ وَالْأَرْضِ يَمُرُّونَ عَلَيْهَا وَهُمْ عَنْهَا مُرِضُونَ ۔</w:t>
      </w:r>
    </w:p>
    <w:p>
      <w:r>
        <w:rPr>
          <w:b/>
        </w:rPr>
        <w:t xml:space="preserve">[08:40] </w:t>
      </w:r>
      <w:r>
        <w:t>kitni hi nishaniyan hain zameen mein aur aasman mein, is se log guzarte hain magar is se aaraaz</w:t>
      </w:r>
    </w:p>
    <w:p>
      <w:pPr>
        <w:jc w:val="right"/>
      </w:pPr>
      <w:r>
        <w:t>کتنی ہی نشانیاں ہیں زمین میں اور آسمان میں، اس سے لوگ گزرتے ہیں مگر اس سے اعراض</w:t>
      </w:r>
    </w:p>
    <w:p>
      <w:r>
        <w:rPr>
          <w:b/>
        </w:rPr>
        <w:t xml:space="preserve">[08:46] </w:t>
      </w:r>
      <w:r>
        <w:t>karte hain, is ko ignore karte hain.</w:t>
      </w:r>
    </w:p>
    <w:p>
      <w:pPr>
        <w:jc w:val="right"/>
      </w:pPr>
      <w:r>
        <w:t>کرتے ہیں، اس کو ignore کرتے ہیں۔</w:t>
      </w:r>
    </w:p>
    <w:p>
      <w:r>
        <w:rPr>
          <w:b/>
        </w:rPr>
        <w:t xml:space="preserve">[08:51] </w:t>
      </w:r>
      <w:r>
        <w:t>to main sochta raha ke yeh ayat utri thi saatwein sadi isvi mein, to kahan guzarna mumkin tha?</w:t>
      </w:r>
    </w:p>
    <w:p>
      <w:pPr>
        <w:jc w:val="right"/>
      </w:pPr>
      <w:r>
        <w:t>تو میں سوچتا رہا کہ یہ آیت اتری تھی ساتویں صدی عیسوی میں، تو کہاں گزرنا ممکن تھا؟</w:t>
      </w:r>
    </w:p>
    <w:p>
      <w:r>
        <w:rPr>
          <w:b/>
        </w:rPr>
        <w:t xml:space="preserve">[08:57] </w:t>
      </w:r>
      <w:r>
        <w:t>na zameen mein guzarte the, na aasman mein.</w:t>
      </w:r>
    </w:p>
    <w:p>
      <w:pPr>
        <w:jc w:val="right"/>
      </w:pPr>
      <w:r>
        <w:t>نہ زمین میں گزرتے تھے، نہ آسمان میں۔</w:t>
      </w:r>
    </w:p>
    <w:p>
      <w:r>
        <w:rPr>
          <w:b/>
        </w:rPr>
        <w:t xml:space="preserve">[09:02] </w:t>
      </w:r>
      <w:r>
        <w:t>us waqt na car thi, na hawa jahaz tha, na sadkein thin, na communication tha.</w:t>
      </w:r>
    </w:p>
    <w:p>
      <w:pPr>
        <w:jc w:val="right"/>
      </w:pPr>
      <w:r>
        <w:t>اس وقت نہ کار تھی، نہ ہوا جہاز تھا، نہ سڑکیں تھیں، نہ communication تھا۔</w:t>
      </w:r>
    </w:p>
    <w:p>
      <w:r>
        <w:rPr>
          <w:b/>
        </w:rPr>
        <w:t xml:space="preserve">[09:08] </w:t>
      </w:r>
      <w:r>
        <w:t>hata ke geography maloom nahin thi.</w:t>
      </w:r>
    </w:p>
    <w:p>
      <w:pPr>
        <w:jc w:val="right"/>
      </w:pPr>
      <w:r>
        <w:t>حتیٰ کہ geography معلوم نہیں تھی۔</w:t>
      </w:r>
    </w:p>
    <w:p>
      <w:r>
        <w:rPr>
          <w:b/>
        </w:rPr>
        <w:t xml:space="preserve">[09:14] </w:t>
      </w:r>
      <w:r>
        <w:t>to log guzarte kaise? to yahan main samajhta hoon ke zameen o aasman ka ek ilamati lafz hai,</w:t>
      </w:r>
    </w:p>
    <w:p>
      <w:pPr>
        <w:jc w:val="right"/>
      </w:pPr>
      <w:r>
        <w:t>تو لوگ گزرتے کیسے؟ تو یہاں میں سمجھتا ہوں کہ زمین و آسمان کا ایک علامتی لفظ ہے،</w:t>
      </w:r>
    </w:p>
    <w:p>
      <w:r>
        <w:rPr>
          <w:b/>
        </w:rPr>
        <w:t xml:space="preserve">[09:19] </w:t>
      </w:r>
      <w:r>
        <w:t>is se murad history, human history.</w:t>
      </w:r>
    </w:p>
    <w:p>
      <w:pPr>
        <w:jc w:val="right"/>
      </w:pPr>
      <w:r>
        <w:t>اس سے مراد history، human history۔</w:t>
      </w:r>
    </w:p>
    <w:p>
      <w:r>
        <w:rPr>
          <w:b/>
        </w:rPr>
        <w:t xml:space="preserve">[09:25] </w:t>
      </w:r>
      <w:r>
        <w:t>ke kaun zameen o aasman mein udta tha ya ab bhi udega? nahin, history jo hai, human</w:t>
      </w:r>
    </w:p>
    <w:p>
      <w:pPr>
        <w:jc w:val="right"/>
      </w:pPr>
      <w:r>
        <w:t>کہ کون زمین و آسمان میں اڑتا تھا یا اب بھی اڑے گا؟ نہیں، history جو ہے، human</w:t>
      </w:r>
    </w:p>
    <w:p>
      <w:r>
        <w:rPr>
          <w:b/>
        </w:rPr>
        <w:t xml:space="preserve">[09:31] </w:t>
      </w:r>
      <w:r>
        <w:t>history, is ayat ka matlab yeh hai ke insaan ki jo tareekh hai, jo history hai, is mein</w:t>
      </w:r>
    </w:p>
    <w:p>
      <w:pPr>
        <w:jc w:val="right"/>
      </w:pPr>
      <w:r>
        <w:t>history، اس آیت کا مطلب یہ ہے کہ انسان کی جو تاریخ ہے، جو history ہے، اس میں</w:t>
      </w:r>
    </w:p>
    <w:p>
      <w:r>
        <w:rPr>
          <w:b/>
        </w:rPr>
        <w:t xml:space="preserve">[09:36] </w:t>
      </w:r>
      <w:r>
        <w:t>nishaniyan hain, signs hain.</w:t>
      </w:r>
    </w:p>
    <w:p>
      <w:pPr>
        <w:jc w:val="right"/>
      </w:pPr>
      <w:r>
        <w:t>نشانیاں ہیں، signs ہیں۔</w:t>
      </w:r>
    </w:p>
    <w:p>
      <w:r>
        <w:rPr>
          <w:b/>
        </w:rPr>
        <w:t xml:space="preserve">[09:42] </w:t>
      </w:r>
      <w:r>
        <w:t>is ko dekho, is par ghor karo, is par lesson lo, is se naseehat lo.</w:t>
      </w:r>
    </w:p>
    <w:p>
      <w:pPr>
        <w:jc w:val="right"/>
      </w:pPr>
      <w:r>
        <w:t>اس کو دیکھو، اس پر غور کرو، اس پر lesson لو، اس سے نصیحت لو۔</w:t>
      </w:r>
    </w:p>
    <w:p>
      <w:r>
        <w:rPr>
          <w:b/>
        </w:rPr>
        <w:t xml:space="preserve">[09:48] </w:t>
      </w:r>
      <w:r>
        <w:t>yeh matlab hai.</w:t>
      </w:r>
    </w:p>
    <w:p>
      <w:pPr>
        <w:jc w:val="right"/>
      </w:pPr>
      <w:r>
        <w:t>یہ مطلب ہے۔</w:t>
      </w:r>
    </w:p>
    <w:p>
      <w:r>
        <w:rPr>
          <w:b/>
        </w:rPr>
        <w:t xml:space="preserve">[09:53] </w:t>
      </w:r>
      <w:r>
        <w:t>to is se nikalta hai ke namune sirf rasool Allah ki zindagi mein nahi hain, namune bahar bhi hain.</w:t>
      </w:r>
    </w:p>
    <w:p>
      <w:pPr>
        <w:jc w:val="right"/>
      </w:pPr>
      <w:r>
        <w:t>تو اس سے نکلتا ہے کہ نمونے صرف رسول اللہ کی زندگی میں نہیں ہیں، نمونے باہر بھی ہیں۔</w:t>
      </w:r>
    </w:p>
    <w:p>
      <w:r>
        <w:rPr>
          <w:b/>
        </w:rPr>
        <w:t xml:space="preserve">[09:59] </w:t>
      </w:r>
      <w:r>
        <w:t>bahar bhi hain.</w:t>
      </w:r>
    </w:p>
    <w:p>
      <w:pPr>
        <w:jc w:val="right"/>
      </w:pPr>
      <w:r>
        <w:t>باہر بھی ہیں۔</w:t>
      </w:r>
    </w:p>
    <w:p>
      <w:r>
        <w:rPr>
          <w:b/>
        </w:rPr>
        <w:t xml:space="preserve">[10:04] </w:t>
      </w:r>
      <w:r>
        <w:t>yeh bohat hi bohat hi bari baat hai jis se musalman be khabar hain.</w:t>
      </w:r>
    </w:p>
    <w:p>
      <w:pPr>
        <w:jc w:val="right"/>
      </w:pPr>
      <w:r>
        <w:t>یہ بہت ہی بہت ہی بڑی بات ہے جس سے مسلمان بے خبر ہیں۔</w:t>
      </w:r>
    </w:p>
    <w:p>
      <w:r>
        <w:rPr>
          <w:b/>
        </w:rPr>
        <w:t xml:space="preserve">[10:10] </w:t>
      </w:r>
      <w:r>
        <w:t>mein aap ko misaal deta hoon.</w:t>
      </w:r>
    </w:p>
    <w:p>
      <w:pPr>
        <w:jc w:val="right"/>
      </w:pPr>
      <w:r>
        <w:t>میں آپ کو مثال دیتا ہوں۔</w:t>
      </w:r>
    </w:p>
    <w:p>
      <w:r>
        <w:rPr>
          <w:b/>
        </w:rPr>
        <w:t xml:space="preserve">[10:16] </w:t>
      </w:r>
      <w:r>
        <w:t>dekhein, second waloar mein kya hua? is ke dekhein, germany is ka is mein shareek hua, japan is</w:t>
      </w:r>
    </w:p>
    <w:p>
      <w:pPr>
        <w:jc w:val="right"/>
      </w:pPr>
      <w:r>
        <w:t>دیکھیں، سیکنڈ ولوار میں کیا ہوا؟ اس کے دیکھیں، جرمنی اس کا اس میں شریک ہوا، جاپان اس</w:t>
      </w:r>
    </w:p>
    <w:p>
      <w:r>
        <w:rPr>
          <w:b/>
        </w:rPr>
        <w:t xml:space="preserve">[10:21] </w:t>
      </w:r>
      <w:r>
        <w:t>mein shareek hua.</w:t>
      </w:r>
    </w:p>
    <w:p>
      <w:pPr>
        <w:jc w:val="right"/>
      </w:pPr>
      <w:r>
        <w:t>میں شریک ہوا۔</w:t>
      </w:r>
    </w:p>
    <w:p>
      <w:r>
        <w:rPr>
          <w:b/>
        </w:rPr>
        <w:t xml:space="preserve">[10:27] </w:t>
      </w:r>
      <w:r>
        <w:t>dono ka target kya tha? japan ka target tha greater japan banana.</w:t>
      </w:r>
    </w:p>
    <w:p>
      <w:pPr>
        <w:jc w:val="right"/>
      </w:pPr>
      <w:r>
        <w:t>دونوں کا target کیا تھا؟ جاپان کا target تھا greater Japan بنانا۔</w:t>
      </w:r>
    </w:p>
    <w:p>
      <w:r>
        <w:rPr>
          <w:b/>
        </w:rPr>
        <w:t xml:space="preserve">[10:33] </w:t>
      </w:r>
      <w:r>
        <w:t>azeem tar japan.</w:t>
      </w:r>
    </w:p>
    <w:p>
      <w:pPr>
        <w:jc w:val="right"/>
      </w:pPr>
      <w:r>
        <w:t>عظیم تر جاپان۔</w:t>
      </w:r>
    </w:p>
    <w:p>
      <w:r>
        <w:rPr>
          <w:b/>
        </w:rPr>
        <w:t xml:space="preserve">[10:38] </w:t>
      </w:r>
      <w:r>
        <w:t>aur germany ka target kya tha? poori europe mein apna rule qaim karna.</w:t>
      </w:r>
    </w:p>
    <w:p>
      <w:pPr>
        <w:jc w:val="right"/>
      </w:pPr>
      <w:r>
        <w:t>اور جرمنی کا target کیا تھا؟ پوری یورپ میں اپنا rule قائم کرنا۔</w:t>
      </w:r>
    </w:p>
    <w:p>
      <w:r>
        <w:rPr>
          <w:b/>
        </w:rPr>
        <w:t xml:space="preserve">[10:44] </w:t>
      </w:r>
      <w:r>
        <w:t>poore europe mein.</w:t>
      </w:r>
    </w:p>
    <w:p>
      <w:pPr>
        <w:jc w:val="right"/>
      </w:pPr>
      <w:r>
        <w:t>پورے یورپ میں۔</w:t>
      </w:r>
    </w:p>
    <w:p>
      <w:r>
        <w:rPr>
          <w:b/>
        </w:rPr>
        <w:t xml:space="preserve">[10:49] </w:t>
      </w:r>
      <w:r>
        <w:t>yani dono ne na mile hue par apna nishan banaya.</w:t>
      </w:r>
    </w:p>
    <w:p>
      <w:pPr>
        <w:jc w:val="right"/>
      </w:pPr>
      <w:r>
        <w:t>یعنی دونوں نے نہ ملے ہوئے پر اپنا نشان بنایا۔</w:t>
      </w:r>
    </w:p>
    <w:p>
      <w:r>
        <w:rPr>
          <w:b/>
        </w:rPr>
        <w:t xml:space="preserve">[10:55] </w:t>
      </w:r>
      <w:r>
        <w:t>germany ke paas greater germany nahi tha.</w:t>
      </w:r>
    </w:p>
    <w:p>
      <w:pPr>
        <w:jc w:val="right"/>
      </w:pPr>
      <w:r>
        <w:t>جرمنی کے پاس greater Germany نہیں تھا۔</w:t>
      </w:r>
    </w:p>
    <w:p>
      <w:r>
        <w:rPr>
          <w:b/>
        </w:rPr>
        <w:t xml:space="preserve">[11:01] </w:t>
      </w:r>
      <w:r>
        <w:t>is ko is ne apna target banaya, apni planning ka.</w:t>
      </w:r>
    </w:p>
    <w:p>
      <w:pPr>
        <w:jc w:val="right"/>
      </w:pPr>
      <w:r>
        <w:t>اس کو اس نے اپنا target بنایا، اپنی planning کا۔</w:t>
      </w:r>
    </w:p>
    <w:p>
      <w:r>
        <w:rPr>
          <w:b/>
        </w:rPr>
        <w:t xml:space="preserve">[11:06] </w:t>
      </w:r>
      <w:r>
        <w:t>japan ke paas greater japan nahi tha.</w:t>
      </w:r>
    </w:p>
    <w:p>
      <w:pPr>
        <w:jc w:val="right"/>
      </w:pPr>
      <w:r>
        <w:t>جاپان کے پاس greater Japan نہیں تھا۔</w:t>
      </w:r>
    </w:p>
    <w:p>
      <w:r>
        <w:rPr>
          <w:b/>
        </w:rPr>
        <w:t xml:space="preserve">[11:12] </w:t>
      </w:r>
      <w:r>
        <w:t>is ko banaya ke hum is ko gain karna hai.</w:t>
      </w:r>
    </w:p>
    <w:p>
      <w:pPr>
        <w:jc w:val="right"/>
      </w:pPr>
      <w:r>
        <w:t>اس کو بنایا کہ ہم اس کو gain کرنا ہے۔</w:t>
      </w:r>
    </w:p>
    <w:p>
      <w:r>
        <w:rPr>
          <w:b/>
        </w:rPr>
        <w:t xml:space="preserve">[11:18] </w:t>
      </w:r>
      <w:r>
        <w:t>to germany ne aur japan ne dono ne na mile hue ko apna, na mile hue par apna planning ki.</w:t>
      </w:r>
    </w:p>
    <w:p>
      <w:pPr>
        <w:jc w:val="right"/>
      </w:pPr>
      <w:r>
        <w:t>تو جرمنی نے اور جاپان نے دونوں نے نہ ملے ہوئے کو اپنا، نہ ملے ہوئے پر اپنا planning کی۔</w:t>
      </w:r>
    </w:p>
    <w:p>
      <w:r>
        <w:rPr>
          <w:b/>
        </w:rPr>
        <w:t xml:space="preserve">[11:23] </w:t>
      </w:r>
      <w:r>
        <w:t>acha, second war hui, second waloar, aur bohat bari hui, dunya ki sab se bari war.</w:t>
      </w:r>
    </w:p>
    <w:p>
      <w:pPr>
        <w:jc w:val="right"/>
      </w:pPr>
      <w:r>
        <w:t>اچھا، سیکنڈ وار ہوئی، سیکنڈ ولوار، اور بہت بڑی ہوئی، دنیا کی سب سے بڑی وار۔</w:t>
      </w:r>
    </w:p>
    <w:p>
      <w:r>
        <w:rPr>
          <w:b/>
        </w:rPr>
        <w:t xml:space="preserve">[11:29] </w:t>
      </w:r>
      <w:r>
        <w:t>aur bohat tabahiyan huien.</w:t>
      </w:r>
    </w:p>
    <w:p>
      <w:pPr>
        <w:jc w:val="right"/>
      </w:pPr>
      <w:r>
        <w:t>اور بہت تباہیاں ہوئیں۔</w:t>
      </w:r>
    </w:p>
    <w:p>
      <w:r>
        <w:rPr>
          <w:b/>
        </w:rPr>
        <w:t xml:space="preserve">[11:34] </w:t>
      </w:r>
      <w:r>
        <w:t>aur germany ko aur japan ko dono ko sakht kaam, yani nakami hui.</w:t>
      </w:r>
    </w:p>
    <w:p>
      <w:pPr>
        <w:jc w:val="right"/>
      </w:pPr>
      <w:r>
        <w:t>اور جرمنی کو اور جاپان کو دونوں کو سخت کام، یعنی ناکامی ہوئی۔</w:t>
      </w:r>
    </w:p>
    <w:p>
      <w:r>
        <w:rPr>
          <w:b/>
        </w:rPr>
        <w:t xml:space="preserve">[11:40] </w:t>
      </w:r>
      <w:r>
        <w:t>phir dono ke dono apne nishane ko poora karne mein fail ho gaye.</w:t>
      </w:r>
    </w:p>
    <w:p>
      <w:pPr>
        <w:jc w:val="right"/>
      </w:pPr>
      <w:r>
        <w:t>پھر دونوں کے دونوں اپنے نشانے کو پورا کرنے میں fail ہو گئے۔</w:t>
      </w:r>
    </w:p>
    <w:p>
      <w:r>
        <w:rPr>
          <w:b/>
        </w:rPr>
        <w:t xml:space="preserve">[11:46] </w:t>
      </w:r>
      <w:r>
        <w:t>ab dekhein ke post world war mein unhon ne apni planning kaise ki? aik dam U turn le</w:t>
      </w:r>
    </w:p>
    <w:p>
      <w:pPr>
        <w:jc w:val="right"/>
      </w:pPr>
      <w:r>
        <w:t>اب دیکھیں کہ post world war میں انہوں نے اپنی planning کیسے کی؟ ایک دم U turn لے</w:t>
      </w:r>
    </w:p>
    <w:p>
      <w:r>
        <w:rPr>
          <w:b/>
        </w:rPr>
        <w:t xml:space="preserve">[11:51] </w:t>
      </w:r>
      <w:r>
        <w:t>liya, dono ne U turn le liya.</w:t>
      </w:r>
    </w:p>
    <w:p>
      <w:pPr>
        <w:jc w:val="right"/>
      </w:pPr>
      <w:r>
        <w:t>لیا، دونوں نے U turn لے لیا۔</w:t>
      </w:r>
    </w:p>
    <w:p>
      <w:r>
        <w:rPr>
          <w:b/>
        </w:rPr>
        <w:t xml:space="preserve">[11:57] </w:t>
      </w:r>
      <w:r>
        <w:t>post world war mein unhon ne mile hue planning ki.</w:t>
      </w:r>
    </w:p>
    <w:p>
      <w:pPr>
        <w:jc w:val="right"/>
      </w:pPr>
      <w:r>
        <w:t>post world war میں انہوں نے ملے ہوئے planning کی۔</w:t>
      </w:r>
    </w:p>
    <w:p>
      <w:r>
        <w:rPr>
          <w:b/>
        </w:rPr>
        <w:t xml:space="preserve">[12:03] </w:t>
      </w:r>
      <w:r>
        <w:t>pre world war mein unhon ne planning ki thi na mile hue par.</w:t>
      </w:r>
    </w:p>
    <w:p>
      <w:pPr>
        <w:jc w:val="right"/>
      </w:pPr>
      <w:r>
        <w:t>pre world war میں انہوں نے planning کی تھی نہ ملے ہوئے پر۔</w:t>
      </w:r>
    </w:p>
    <w:p>
      <w:r>
        <w:rPr>
          <w:b/>
        </w:rPr>
        <w:t xml:space="preserve">[12:08] </w:t>
      </w:r>
      <w:r>
        <w:t>lekin post world war mein unhon ne U turn le liya aur mile hue planning ki.</w:t>
      </w:r>
    </w:p>
    <w:p>
      <w:pPr>
        <w:jc w:val="right"/>
      </w:pPr>
      <w:r>
        <w:t>لیکن post world war میں انہوں نے U turn لے لیا اور ملے ہوئے planning کی۔</w:t>
      </w:r>
    </w:p>
    <w:p>
      <w:r>
        <w:rPr>
          <w:b/>
        </w:rPr>
        <w:t xml:space="preserve">[12:14] </w:t>
      </w:r>
      <w:r>
        <w:t>yani japan se okinawa chhin gaya tha.</w:t>
      </w:r>
    </w:p>
    <w:p>
      <w:pPr>
        <w:jc w:val="right"/>
      </w:pPr>
      <w:r>
        <w:t>یعنی جاپان سے اوکیناوا چھن گیا تھا۔</w:t>
      </w:r>
    </w:p>
    <w:p>
      <w:r>
        <w:rPr>
          <w:b/>
        </w:rPr>
        <w:t xml:space="preserve">[12:19] </w:t>
      </w:r>
      <w:r>
        <w:t>okinawa japan ka aik bohat bara island hai.</w:t>
      </w:r>
    </w:p>
    <w:p>
      <w:pPr>
        <w:jc w:val="right"/>
      </w:pPr>
      <w:r>
        <w:t>اوکیناوا جاپان کا ایک بہت بڑا island ہے۔</w:t>
      </w:r>
    </w:p>
    <w:p>
      <w:r>
        <w:rPr>
          <w:b/>
        </w:rPr>
        <w:t xml:space="preserve">[12:25] </w:t>
      </w:r>
      <w:r>
        <w:t>kyun ke japan poora ka poora island se bhara hua hai.</w:t>
      </w:r>
    </w:p>
    <w:p>
      <w:pPr>
        <w:jc w:val="right"/>
      </w:pPr>
      <w:r>
        <w:t>کیونکہ جاپان پورا کا پورا island سے بھرا ہوا ہے۔</w:t>
      </w:r>
    </w:p>
    <w:p>
      <w:r>
        <w:rPr>
          <w:b/>
        </w:rPr>
        <w:t xml:space="preserve">[12:31] </w:t>
      </w:r>
      <w:r>
        <w:t>to japan ka aik island jis ka naam okinawa hai, wo chhin gaya tha.</w:t>
      </w:r>
    </w:p>
    <w:p>
      <w:pPr>
        <w:jc w:val="right"/>
      </w:pPr>
      <w:r>
        <w:t>تو جاپان کا ایک island جس کا نام اوکیناوا ہے، وہ چھن گیا تھا۔</w:t>
      </w:r>
    </w:p>
    <w:p>
      <w:r>
        <w:rPr>
          <w:b/>
        </w:rPr>
        <w:t xml:space="preserve">[12:36] </w:t>
      </w:r>
      <w:r>
        <w:t>is ko bhula diya unhon ne.</w:t>
      </w:r>
    </w:p>
    <w:p>
      <w:pPr>
        <w:jc w:val="right"/>
      </w:pPr>
      <w:r>
        <w:t>اس کو بھلا دیا انہوں نے۔</w:t>
      </w:r>
    </w:p>
    <w:p>
      <w:r>
        <w:rPr>
          <w:b/>
        </w:rPr>
        <w:t xml:space="preserve">[12:42] </w:t>
      </w:r>
      <w:r>
        <w:t>jitna area un ke paas baqi tha, us ko le kar planning ki.</w:t>
      </w:r>
    </w:p>
    <w:p>
      <w:pPr>
        <w:jc w:val="right"/>
      </w:pPr>
      <w:r>
        <w:t>جتنا area ان کے پاس باقی تھا، اس کو لے کر planning کی۔</w:t>
      </w:r>
    </w:p>
    <w:p>
      <w:r>
        <w:rPr>
          <w:b/>
        </w:rPr>
        <w:t xml:space="preserve">[12:48] </w:t>
      </w:r>
      <w:r>
        <w:t>aap jante hain ke japan ki ye planning kitni kamyab rahi.</w:t>
      </w:r>
    </w:p>
    <w:p>
      <w:pPr>
        <w:jc w:val="right"/>
      </w:pPr>
      <w:r>
        <w:t>آپ جانتے ہیں کہ جاپان کی یہ planning کتنی کامیاب رہی۔</w:t>
      </w:r>
    </w:p>
    <w:p>
      <w:r>
        <w:rPr>
          <w:b/>
        </w:rPr>
        <w:t xml:space="preserve">[12:53] </w:t>
      </w:r>
      <w:r>
        <w:t>ke pachees saal ke baad japan economic superpower ban gaya.</w:t>
      </w:r>
    </w:p>
    <w:p>
      <w:pPr>
        <w:jc w:val="right"/>
      </w:pPr>
      <w:r>
        <w:t>کہ پچیس سال کے بعد جاپان economic superpower بن گیا۔</w:t>
      </w:r>
    </w:p>
    <w:p>
      <w:r>
        <w:rPr>
          <w:b/>
        </w:rPr>
        <w:t xml:space="preserve">[12:59] </w:t>
      </w:r>
      <w:r>
        <w:t>yani mile hue par, wo na mile hue par planning se fail ho gaye the.</w:t>
      </w:r>
    </w:p>
    <w:p>
      <w:pPr>
        <w:jc w:val="right"/>
      </w:pPr>
      <w:r>
        <w:t>یعنی ملے ہوئے پر، وہ نہ ملے ہوئے پر planning سے fail ہو گئے تھے۔</w:t>
      </w:r>
    </w:p>
    <w:p>
      <w:r>
        <w:rPr>
          <w:b/>
        </w:rPr>
        <w:t xml:space="preserve">[13:04] </w:t>
      </w:r>
      <w:r>
        <w:t>na mile hue par planning se fail ho gaye the.</w:t>
      </w:r>
    </w:p>
    <w:p>
      <w:pPr>
        <w:jc w:val="right"/>
      </w:pPr>
      <w:r>
        <w:t>نہ ملے ہوئے پر planning سے fail ہو گئے تھے۔</w:t>
      </w:r>
    </w:p>
    <w:p>
      <w:r>
        <w:rPr>
          <w:b/>
        </w:rPr>
        <w:t xml:space="preserve">[13:10] </w:t>
      </w:r>
      <w:r>
        <w:t>aur mile hue par planning kar ke kamyab ho gaye.</w:t>
      </w:r>
    </w:p>
    <w:p>
      <w:pPr>
        <w:jc w:val="right"/>
      </w:pPr>
      <w:r>
        <w:t>اور ملے ہوئے پر planning کر کے کامیاب ہو گئے۔</w:t>
      </w:r>
    </w:p>
    <w:p>
      <w:r>
        <w:rPr>
          <w:b/>
        </w:rPr>
        <w:t xml:space="preserve">[13:16] </w:t>
      </w:r>
      <w:r>
        <w:t>ab germany ko dekhen.</w:t>
      </w:r>
    </w:p>
    <w:p>
      <w:pPr>
        <w:jc w:val="right"/>
      </w:pPr>
      <w:r>
        <w:t>اب جرمنی کو دیکھیں۔</w:t>
      </w:r>
    </w:p>
    <w:p>
      <w:r>
        <w:rPr>
          <w:b/>
        </w:rPr>
        <w:t xml:space="preserve">[13:21] </w:t>
      </w:r>
      <w:r>
        <w:t>second world war ke baad is germany ka, germany ka ye eastern part jo hai, wo chhin gaya un se.</w:t>
      </w:r>
    </w:p>
    <w:p>
      <w:pPr>
        <w:jc w:val="right"/>
      </w:pPr>
      <w:r>
        <w:t>سیکنڈ ولوار کے بعد اس جرمنی کا، جرمنی کا یہ eastern part جو ہے، وہ چھن گیا ان سے۔</w:t>
      </w:r>
    </w:p>
    <w:p>
      <w:r>
        <w:rPr>
          <w:b/>
        </w:rPr>
        <w:t xml:space="preserve">[13:27] </w:t>
      </w:r>
      <w:r>
        <w:t>eastern part germany ka chhin gaya un se.</w:t>
      </w:r>
    </w:p>
    <w:p>
      <w:pPr>
        <w:jc w:val="right"/>
      </w:pPr>
      <w:r>
        <w:t>eastern part جرمنی کا چھن گیا ان سے۔</w:t>
      </w:r>
    </w:p>
    <w:p>
      <w:r>
        <w:rPr>
          <w:b/>
        </w:rPr>
        <w:t xml:space="preserve">[13:33] </w:t>
      </w:r>
      <w:r>
        <w:t>ab unhon ne jo planning ki, to west germany ki base planning ki unhon ne.</w:t>
      </w:r>
    </w:p>
    <w:p>
      <w:pPr>
        <w:jc w:val="right"/>
      </w:pPr>
      <w:r>
        <w:t>اب انہوں نے جو planning کی، تو west جرمنی کی base planning کی انہوں نے۔</w:t>
      </w:r>
    </w:p>
    <w:p>
      <w:r>
        <w:rPr>
          <w:b/>
        </w:rPr>
        <w:t xml:space="preserve">[13:38] </w:t>
      </w:r>
      <w:r>
        <w:t>jo mila hua tha.</w:t>
      </w:r>
    </w:p>
    <w:p>
      <w:pPr>
        <w:jc w:val="right"/>
      </w:pPr>
      <w:r>
        <w:t>جو ملا ہوا تھا۔</w:t>
      </w:r>
    </w:p>
    <w:p>
      <w:r>
        <w:rPr>
          <w:b/>
        </w:rPr>
        <w:t xml:space="preserve">[13:44] </w:t>
      </w:r>
      <w:r>
        <w:t>jo mila hua tha, us par planning ki.</w:t>
      </w:r>
    </w:p>
    <w:p>
      <w:pPr>
        <w:jc w:val="right"/>
      </w:pPr>
      <w:r>
        <w:t>جو ملا ہوا تھا، اس پر planning کی۔</w:t>
      </w:r>
    </w:p>
    <w:p>
      <w:r>
        <w:rPr>
          <w:b/>
        </w:rPr>
        <w:t xml:space="preserve">[13:49] </w:t>
      </w:r>
      <w:r>
        <w:t>aap jante hain ke germany is waqt europe ka industrial aitbar se number one country hai.</w:t>
      </w:r>
    </w:p>
    <w:p>
      <w:pPr>
        <w:jc w:val="right"/>
      </w:pPr>
      <w:r>
        <w:t>آپ جانتے ہیں کہ جرمنی اس وقت یورپ کا industrial اعتبار سے نمبر one country ہے۔</w:t>
      </w:r>
    </w:p>
    <w:p>
      <w:r>
        <w:rPr>
          <w:b/>
        </w:rPr>
        <w:t xml:space="preserve">[13:55] </w:t>
      </w:r>
      <w:r>
        <w:t>industry ke aitbar se number one country hai is waqt germany.</w:t>
      </w:r>
    </w:p>
    <w:p>
      <w:pPr>
        <w:jc w:val="right"/>
      </w:pPr>
      <w:r>
        <w:t>industry کے اعتبار سے نمبر one country ہے اس وقت جرمنی۔</w:t>
      </w:r>
    </w:p>
    <w:p>
      <w:r>
        <w:rPr>
          <w:b/>
        </w:rPr>
        <w:t xml:space="preserve">[14:01] </w:t>
      </w:r>
      <w:r>
        <w:t>to mile hue planning ki wajah se ye bhi rehti hai bari success.</w:t>
      </w:r>
    </w:p>
    <w:p>
      <w:pPr>
        <w:jc w:val="right"/>
      </w:pPr>
      <w:r>
        <w:t>تو ملے ہوئے planning کی وجہ سے یہ بھی رہتی ہے بڑی success۔</w:t>
      </w:r>
    </w:p>
    <w:p>
      <w:r>
        <w:rPr>
          <w:b/>
        </w:rPr>
        <w:t xml:space="preserve">[14:06] </w:t>
      </w:r>
      <w:r>
        <w:t>aur na mile hue planning se bilkul failure.</w:t>
      </w:r>
    </w:p>
    <w:p>
      <w:pPr>
        <w:jc w:val="right"/>
      </w:pPr>
      <w:r>
        <w:t>اور نہ ملے ہوئے planning سے بالکل failure۔</w:t>
      </w:r>
    </w:p>
    <w:p>
      <w:r>
        <w:rPr>
          <w:b/>
        </w:rPr>
        <w:t xml:space="preserve">[14:12] </w:t>
      </w:r>
      <w:r>
        <w:t>aap dekh lijie, pakistan ko dekhen.</w:t>
      </w:r>
    </w:p>
    <w:p>
      <w:pPr>
        <w:jc w:val="right"/>
      </w:pPr>
      <w:r>
        <w:t>آپ دیکھ لیجیے، پاکستان کو دیکھیں۔</w:t>
      </w:r>
    </w:p>
    <w:p>
      <w:r>
        <w:rPr>
          <w:b/>
        </w:rPr>
        <w:t xml:space="preserve">[14:18] </w:t>
      </w:r>
      <w:r>
        <w:t>pakistan ne jo apni planning ki, wo na mile hue par.</w:t>
      </w:r>
    </w:p>
    <w:p>
      <w:pPr>
        <w:jc w:val="right"/>
      </w:pPr>
      <w:r>
        <w:t>پاکستان نے جو اپنی planning کی، وہ نہ ملے ہوئے پر۔</w:t>
      </w:r>
    </w:p>
    <w:p>
      <w:r>
        <w:rPr>
          <w:b/>
        </w:rPr>
        <w:t xml:space="preserve">[14:23] </w:t>
      </w:r>
      <w:r>
        <w:t>nah milay huay par.</w:t>
      </w:r>
    </w:p>
    <w:p>
      <w:pPr>
        <w:jc w:val="right"/>
      </w:pPr>
      <w:r>
        <w:t>نہ ملے ہوئے پر۔</w:t>
      </w:r>
    </w:p>
    <w:p>
      <w:r>
        <w:rPr>
          <w:b/>
        </w:rPr>
        <w:t xml:space="preserve">[14:29] </w:t>
      </w:r>
      <w:r>
        <w:t>yani woh bangla desh hamara, kashmir hamara, is par planning ki is ki.</w:t>
      </w:r>
    </w:p>
    <w:p>
      <w:pPr>
        <w:jc w:val="right"/>
      </w:pPr>
      <w:r>
        <w:t>یعنی وہ بنگلہ دیش ہمارا، کشمیر ہمارا، اس پر planning کی اس کی۔</w:t>
      </w:r>
    </w:p>
    <w:p>
      <w:r>
        <w:rPr>
          <w:b/>
        </w:rPr>
        <w:t xml:space="preserve">[14:35] </w:t>
      </w:r>
      <w:r>
        <w:t>jo ke is ke paas potentially nahi tha.</w:t>
      </w:r>
    </w:p>
    <w:p>
      <w:pPr>
        <w:jc w:val="right"/>
      </w:pPr>
      <w:r>
        <w:t>جو کہ اس کے پاس potentially نہیں تھا۔</w:t>
      </w:r>
    </w:p>
    <w:p>
      <w:r>
        <w:rPr>
          <w:b/>
        </w:rPr>
        <w:t xml:space="preserve">[14:40] </w:t>
      </w:r>
      <w:r>
        <w:t>lekin nateeja kya hua? saath baras guzarne ke bawajood pakistan, dunya kehti hai is ko ke woh failed state hai.</w:t>
      </w:r>
    </w:p>
    <w:p>
      <w:pPr>
        <w:jc w:val="right"/>
      </w:pPr>
      <w:r>
        <w:t>لیکن نتیجہ کیا ہوا؟ ساٹھ برس گزرنے کے باوجود پاکستان، دنیا کہتی ہے اس کو کہ وہ failed state ہے۔</w:t>
      </w:r>
    </w:p>
    <w:p>
      <w:r>
        <w:rPr>
          <w:b/>
        </w:rPr>
        <w:t xml:space="preserve">[14:46] </w:t>
      </w:r>
      <w:r>
        <w:t>dunya ki nazar mein pakistan aik failed state hai.</w:t>
      </w:r>
    </w:p>
    <w:p>
      <w:pPr>
        <w:jc w:val="right"/>
      </w:pPr>
      <w:r>
        <w:t>دنیا کی نظر میں پاکستان ایک failed state ہے۔</w:t>
      </w:r>
    </w:p>
    <w:p>
      <w:r>
        <w:rPr>
          <w:b/>
        </w:rPr>
        <w:t xml:space="preserve">[14:51] </w:t>
      </w:r>
      <w:r>
        <w:t>ke saari taaqat laga di unhon ne ke bangla desh mere qabzay mein rahe, kashmir mere paas rahe.</w:t>
      </w:r>
    </w:p>
    <w:p>
      <w:pPr>
        <w:jc w:val="right"/>
      </w:pPr>
      <w:r>
        <w:t>کہ ساری طاقت لگا دی انہوں نے کہ بنگلہ دیش میرے قبضے میں رہے، کشمیر میرے پاس رہے۔</w:t>
      </w:r>
    </w:p>
    <w:p>
      <w:r>
        <w:rPr>
          <w:b/>
        </w:rPr>
        <w:t xml:space="preserve">[14:57] </w:t>
      </w:r>
      <w:r>
        <w:t>kaha na milay huay ko apna, na milay huay par unhon ne planning ki.</w:t>
      </w:r>
    </w:p>
    <w:p>
      <w:pPr>
        <w:jc w:val="right"/>
      </w:pPr>
      <w:r>
        <w:t>کہا نہ ملے ہوئے کو اپنا، نہ ملے ہوئے پر انہوں نے planning کی۔</w:t>
      </w:r>
    </w:p>
    <w:p>
      <w:r>
        <w:rPr>
          <w:b/>
        </w:rPr>
        <w:t xml:space="preserve">[15:03] </w:t>
      </w:r>
      <w:r>
        <w:t>is ke bar aks misaal dekhiye, singapore ki.</w:t>
      </w:r>
    </w:p>
    <w:p>
      <w:pPr>
        <w:jc w:val="right"/>
      </w:pPr>
      <w:r>
        <w:t>اس کے برعکس مثال دیکھیے، سنگاپور کی۔</w:t>
      </w:r>
    </w:p>
    <w:p>
      <w:r>
        <w:rPr>
          <w:b/>
        </w:rPr>
        <w:t xml:space="preserve">[15:08] </w:t>
      </w:r>
      <w:r>
        <w:t>singapore bhi dekhiye, malaysia ka aik part tha.</w:t>
      </w:r>
    </w:p>
    <w:p>
      <w:pPr>
        <w:jc w:val="right"/>
      </w:pPr>
      <w:r>
        <w:t>سنگاپور بھی دیکھیے، ملیشیا کا ایک part تھا۔</w:t>
      </w:r>
    </w:p>
    <w:p>
      <w:r>
        <w:rPr>
          <w:b/>
        </w:rPr>
        <w:t xml:space="preserve">[15:14] </w:t>
      </w:r>
      <w:r>
        <w:t>jab singapore bana to malaysia se chhin gaya tha.</w:t>
      </w:r>
    </w:p>
    <w:p>
      <w:pPr>
        <w:jc w:val="right"/>
      </w:pPr>
      <w:r>
        <w:t>جب سنگاپور بنا تو ملیشیا سے چھن گیا تھا۔</w:t>
      </w:r>
    </w:p>
    <w:p>
      <w:r>
        <w:rPr>
          <w:b/>
        </w:rPr>
        <w:t xml:space="preserve">[15:20] </w:t>
      </w:r>
      <w:r>
        <w:t>to unhon ne singapore ne milay huay planning ki.</w:t>
      </w:r>
    </w:p>
    <w:p>
      <w:pPr>
        <w:jc w:val="right"/>
      </w:pPr>
      <w:r>
        <w:t>تو انہوں نے سنگاپور نے ملے ہوئے planning کی۔</w:t>
      </w:r>
    </w:p>
    <w:p>
      <w:r>
        <w:rPr>
          <w:b/>
        </w:rPr>
        <w:t xml:space="preserve">[15:25] </w:t>
      </w:r>
      <w:r>
        <w:t>jo aap in ko haasil hai, is par.</w:t>
      </w:r>
    </w:p>
    <w:p>
      <w:pPr>
        <w:jc w:val="right"/>
      </w:pPr>
      <w:r>
        <w:t>جو آپ ان کو حاصل ہے، اس پر۔</w:t>
      </w:r>
    </w:p>
    <w:p>
      <w:r>
        <w:rPr>
          <w:b/>
        </w:rPr>
        <w:t xml:space="preserve">[15:31] </w:t>
      </w:r>
      <w:r>
        <w:t>malaysia gaya to gaya.</w:t>
      </w:r>
    </w:p>
    <w:p>
      <w:pPr>
        <w:jc w:val="right"/>
      </w:pPr>
      <w:r>
        <w:t>ملیشیا گیا تو گیا۔</w:t>
      </w:r>
    </w:p>
    <w:p>
      <w:r>
        <w:rPr>
          <w:b/>
        </w:rPr>
        <w:t xml:space="preserve">[15:36] </w:t>
      </w:r>
      <w:r>
        <w:t>aaj aaj singapore aik bohat developed country mana mana jata hai.</w:t>
      </w:r>
    </w:p>
    <w:p>
      <w:pPr>
        <w:jc w:val="right"/>
      </w:pPr>
      <w:r>
        <w:t>آج آج سنگاپور ایک بہت developed country مانا مانا جاتا ہے۔</w:t>
      </w:r>
    </w:p>
    <w:p>
      <w:r>
        <w:rPr>
          <w:b/>
        </w:rPr>
        <w:t xml:space="preserve">[15:42] </w:t>
      </w:r>
      <w:r>
        <w:t>to main sochta hoon ke is waqt saari dunya ke musalmanon ko jo karna hai, woh yeh karna</w:t>
      </w:r>
    </w:p>
    <w:p>
      <w:pPr>
        <w:jc w:val="right"/>
      </w:pPr>
      <w:r>
        <w:t>تو میں سوچتا ہوں کہ اس وقت ساری دنیا کے مسلمانوں کو جو کرنا ہے، وہ یہ کرنا</w:t>
      </w:r>
    </w:p>
    <w:p>
      <w:r>
        <w:rPr>
          <w:b/>
        </w:rPr>
        <w:t xml:space="preserve">[15:48] </w:t>
      </w:r>
      <w:r>
        <w:t>hai ke U turn len woh. U turn.</w:t>
      </w:r>
    </w:p>
    <w:p>
      <w:pPr>
        <w:jc w:val="right"/>
      </w:pPr>
      <w:r>
        <w:t>ہے کہ U turn لیں وہ۔ U turn۔</w:t>
      </w:r>
    </w:p>
    <w:p>
      <w:r>
        <w:rPr>
          <w:b/>
        </w:rPr>
        <w:t xml:space="preserve">[15:53] </w:t>
      </w:r>
      <w:r>
        <w:t>saari dunya ke musalman jo hain, woh violent jihad ka option liye huay hain.</w:t>
      </w:r>
    </w:p>
    <w:p>
      <w:pPr>
        <w:jc w:val="right"/>
      </w:pPr>
      <w:r>
        <w:t>ساری دنیا کے مسلمان جو ہیں، وہ violent جہاد کا option لیے ہوئے ہیں۔</w:t>
      </w:r>
    </w:p>
    <w:p>
      <w:r>
        <w:rPr>
          <w:b/>
        </w:rPr>
        <w:t xml:space="preserve">[15:59] </w:t>
      </w:r>
      <w:r>
        <w:t>ya to violent jihad mein kuch log masroof hain, amli.</w:t>
      </w:r>
    </w:p>
    <w:p>
      <w:pPr>
        <w:jc w:val="right"/>
      </w:pPr>
      <w:r>
        <w:t>یا تو violent جہاد میں کچھ لوگ مشغول ہیں، عملی۔</w:t>
      </w:r>
    </w:p>
    <w:p>
      <w:r>
        <w:rPr>
          <w:b/>
        </w:rPr>
        <w:t xml:space="preserve">[16:05] </w:t>
      </w:r>
      <w:r>
        <w:t>kuch log isi cheez par sochte hain.</w:t>
      </w:r>
    </w:p>
    <w:p>
      <w:pPr>
        <w:jc w:val="right"/>
      </w:pPr>
      <w:r>
        <w:t>کچھ لوگ اسی چیز پر سوچتے ہیں۔</w:t>
      </w:r>
    </w:p>
    <w:p>
      <w:r>
        <w:rPr>
          <w:b/>
        </w:rPr>
        <w:t xml:space="preserve">[16:10] </w:t>
      </w:r>
      <w:r>
        <w:t>saari dunya ke musalman ya to sochte hain violent jihad ke term mein ya isi mein phansay huay hain.</w:t>
      </w:r>
    </w:p>
    <w:p>
      <w:pPr>
        <w:jc w:val="right"/>
      </w:pPr>
      <w:r>
        <w:t>ساری دنیا کے مسلمان یا تو سوچتے ہیں violent جہاد کے term میں یا اسی میں پھنسے ہوئے ہیں۔</w:t>
      </w:r>
    </w:p>
    <w:p>
      <w:r>
        <w:rPr>
          <w:b/>
        </w:rPr>
        <w:t xml:space="preserve">[16:16] </w:t>
      </w:r>
      <w:r>
        <w:t>main samajhta hoon ke ab musalmanon ko time aa gaya hai ke woh U turn len. U turn.</w:t>
      </w:r>
    </w:p>
    <w:p>
      <w:pPr>
        <w:jc w:val="right"/>
      </w:pPr>
      <w:r>
        <w:t>میں سمجھتا ہوں کہ اب مسلمانوں کو ٹائم آ گیا ہے کہ وہ U turn لیں۔ U turn۔</w:t>
      </w:r>
    </w:p>
    <w:p>
      <w:r>
        <w:rPr>
          <w:b/>
        </w:rPr>
        <w:t xml:space="preserve">[16:21] </w:t>
      </w:r>
      <w:r>
        <w:t>violent jihad ko chhod kar ke peaceful jihad ki line par aayen.</w:t>
      </w:r>
    </w:p>
    <w:p>
      <w:pPr>
        <w:jc w:val="right"/>
      </w:pPr>
      <w:r>
        <w:t>violent جہاد کو چھوڑ کر کے peaceful جہاد کی لائن پر آئیں۔</w:t>
      </w:r>
    </w:p>
    <w:p>
      <w:r>
        <w:rPr>
          <w:b/>
        </w:rPr>
        <w:t xml:space="preserve">[16:27] </w:t>
      </w:r>
      <w:r>
        <w:t>violent jihad ko chhod kar peaceful jihad ki line par aayen.</w:t>
      </w:r>
    </w:p>
    <w:p>
      <w:pPr>
        <w:jc w:val="right"/>
      </w:pPr>
      <w:r>
        <w:t>violent جہاد کو چھوڑ کر peaceful جہاد کی لائن پر آئیں۔</w:t>
      </w:r>
    </w:p>
    <w:p>
      <w:r>
        <w:rPr>
          <w:b/>
        </w:rPr>
        <w:t xml:space="preserve">[16:33] </w:t>
      </w:r>
      <w:r>
        <w:t>woh peaceful jihad kya hai? woh hai dawat.</w:t>
      </w:r>
    </w:p>
    <w:p>
      <w:pPr>
        <w:jc w:val="right"/>
      </w:pPr>
      <w:r>
        <w:t>وہ peaceful جہاد کیا ہے؟ وہ ہے دعوت۔</w:t>
      </w:r>
    </w:p>
    <w:p>
      <w:r>
        <w:rPr>
          <w:b/>
        </w:rPr>
        <w:t xml:space="preserve">[16:38] </w:t>
      </w:r>
      <w:r>
        <w:t>yeh baat quran se nikalti hai.</w:t>
      </w:r>
    </w:p>
    <w:p>
      <w:pPr>
        <w:jc w:val="right"/>
      </w:pPr>
      <w:r>
        <w:t>یہ بات قرآن سے نکلتی ہے۔</w:t>
      </w:r>
    </w:p>
    <w:p>
      <w:r>
        <w:rPr>
          <w:b/>
        </w:rPr>
        <w:t xml:space="preserve">[16:44] </w:t>
      </w:r>
      <w:r>
        <w:t>quran mein dekhiye ayat hai ke wajahidhum bihi jahadan kabira un ke sath jahad karo, bara jahad.</w:t>
      </w:r>
    </w:p>
    <w:p>
      <w:pPr>
        <w:jc w:val="right"/>
      </w:pPr>
      <w:r>
        <w:t>قرآن میں دیکھیے آیت ہے کہ وَجَاهِدْهُمْ بِهِ جَهَادًا كَبِيرًا ان کے ساتھ جہاد کرو، بڑا جہاد۔</w:t>
      </w:r>
    </w:p>
    <w:p>
      <w:r>
        <w:rPr>
          <w:b/>
        </w:rPr>
        <w:t xml:space="preserve">[16:50] </w:t>
      </w:r>
      <w:r>
        <w:t>yani quran ke zariye.</w:t>
      </w:r>
    </w:p>
    <w:p>
      <w:pPr>
        <w:jc w:val="right"/>
      </w:pPr>
      <w:r>
        <w:t>یعنی قرآن کے ذریعے۔</w:t>
      </w:r>
    </w:p>
    <w:p>
      <w:r>
        <w:rPr>
          <w:b/>
        </w:rPr>
        <w:t xml:space="preserve">[16:55] </w:t>
      </w:r>
      <w:r>
        <w:t>un ke sath quran ke zariye bara jahad karo.</w:t>
      </w:r>
    </w:p>
    <w:p>
      <w:pPr>
        <w:jc w:val="right"/>
      </w:pPr>
      <w:r>
        <w:t>ان کے ساتھ قرآن کے ذریعے بڑا جہاد کرو۔</w:t>
      </w:r>
    </w:p>
    <w:p>
      <w:r>
        <w:rPr>
          <w:b/>
        </w:rPr>
        <w:t xml:space="preserve">[17:01] </w:t>
      </w:r>
      <w:r>
        <w:t>to quran ke zariye jahad jo hoga, wo to peaceful jahad hoga.</w:t>
      </w:r>
    </w:p>
    <w:p>
      <w:pPr>
        <w:jc w:val="right"/>
      </w:pPr>
      <w:r>
        <w:t>تو قرآن کے ذریعے جہاد جو ہوگا، وہ تو peaceful جہاد ہوگا۔</w:t>
      </w:r>
    </w:p>
    <w:p>
      <w:r>
        <w:rPr>
          <w:b/>
        </w:rPr>
        <w:t xml:space="preserve">[17:06] </w:t>
      </w:r>
      <w:r>
        <w:t>yani quran ki ideology ko phailana, quran ko logon ke darmiyan distribute karna, quran ke message ko logon ko batana.</w:t>
      </w:r>
    </w:p>
    <w:p>
      <w:pPr>
        <w:jc w:val="right"/>
      </w:pPr>
      <w:r>
        <w:t>یعنی قرآن کی ideology کو پھیلانا، قرآن کو لوگوں کے درمیان distribute کرنا، قرآن کے message کو لوگوں کو بتانا۔</w:t>
      </w:r>
    </w:p>
    <w:p>
      <w:r>
        <w:rPr>
          <w:b/>
        </w:rPr>
        <w:t xml:space="preserve">[17:12] </w:t>
      </w:r>
      <w:r>
        <w:t>to goya ke is waqt musalmanon ko yeh karna hai ke wo na mili hui field mein jahad</w:t>
      </w:r>
    </w:p>
    <w:p>
      <w:pPr>
        <w:jc w:val="right"/>
      </w:pPr>
      <w:r>
        <w:t>تو گویا کہ اس وقت مسلمانوں کو یہ کرنا ہے کہ وہ نہ ملی ہوئی field میں جہاد</w:t>
      </w:r>
    </w:p>
    <w:p>
      <w:r>
        <w:rPr>
          <w:b/>
        </w:rPr>
        <w:t xml:space="preserve">[17:18] </w:t>
      </w:r>
      <w:r>
        <w:t>kar rahe the.</w:t>
      </w:r>
    </w:p>
    <w:p>
      <w:pPr>
        <w:jc w:val="right"/>
      </w:pPr>
      <w:r>
        <w:t>کر رہے تھے۔</w:t>
      </w:r>
    </w:p>
    <w:p>
      <w:r>
        <w:rPr>
          <w:b/>
        </w:rPr>
        <w:t xml:space="preserve">[17:23] </w:t>
      </w:r>
      <w:r>
        <w:t>yani khilafat, hukumat, yeh na mili hui field hai.</w:t>
      </w:r>
    </w:p>
    <w:p>
      <w:pPr>
        <w:jc w:val="right"/>
      </w:pPr>
      <w:r>
        <w:t>یعنی خلافت، حکومت، یہ نہ ملی ہوئی field ہے۔</w:t>
      </w:r>
    </w:p>
    <w:p>
      <w:r>
        <w:rPr>
          <w:b/>
        </w:rPr>
        <w:t xml:space="preserve">[17:29] </w:t>
      </w:r>
      <w:r>
        <w:t>mili hui field kya hai? is zamane mein dekhiye, is zamane mein legislative freedom hai, communication hai, sab</w:t>
      </w:r>
    </w:p>
    <w:p>
      <w:pPr>
        <w:jc w:val="right"/>
      </w:pPr>
      <w:r>
        <w:t>ملی ہوئی field کیا ہے؟ اس زمانے میں دیکھیے، اس زمانے میں legislative freedom ہے، communication ہے، سب</w:t>
      </w:r>
    </w:p>
    <w:p>
      <w:r>
        <w:rPr>
          <w:b/>
        </w:rPr>
        <w:t xml:space="preserve">[17:35] </w:t>
      </w:r>
      <w:r>
        <w:t>khula hua hai sab ke liye.</w:t>
      </w:r>
    </w:p>
    <w:p>
      <w:pPr>
        <w:jc w:val="right"/>
      </w:pPr>
      <w:r>
        <w:t>کھلا ہوا ہے سب کے لیے۔</w:t>
      </w:r>
    </w:p>
    <w:p>
      <w:r>
        <w:rPr>
          <w:b/>
        </w:rPr>
        <w:t xml:space="preserve">[17:40] </w:t>
      </w:r>
      <w:r>
        <w:t>rastay khule hue hain.</w:t>
      </w:r>
    </w:p>
    <w:p>
      <w:pPr>
        <w:jc w:val="right"/>
      </w:pPr>
      <w:r>
        <w:t>راستے کھلے ہوئے ہیں۔</w:t>
      </w:r>
    </w:p>
    <w:p>
      <w:r>
        <w:rPr>
          <w:b/>
        </w:rPr>
        <w:t xml:space="preserve">[17:46] </w:t>
      </w:r>
      <w:r>
        <w:t>to mila hua jo maidan hai, mila hua maidan, wo hai peaceful dissemination of the quran peaceful dua work.</w:t>
      </w:r>
    </w:p>
    <w:p>
      <w:pPr>
        <w:jc w:val="right"/>
      </w:pPr>
      <w:r>
        <w:t>تو ملا ہوا جو میدان ہے، ملا ہوا میدان، وہ ہے peaceful dissemination of the Quran peaceful دعا work۔</w:t>
      </w:r>
    </w:p>
    <w:p>
      <w:r>
        <w:rPr>
          <w:b/>
        </w:rPr>
        <w:t xml:space="preserve">[17:51] </w:t>
      </w:r>
      <w:r>
        <w:t>aur violent jahad jo hai, ke jahad kar ke khilafat qaim karo, hukumat qaim karo, yeh to mila</w:t>
      </w:r>
    </w:p>
    <w:p>
      <w:pPr>
        <w:jc w:val="right"/>
      </w:pPr>
      <w:r>
        <w:t>اور violent جہاد جو ہے، کہ جہاد کر کے خلافت قائم کرو، حکومت قائم کرو، یہ تو ملا</w:t>
      </w:r>
    </w:p>
    <w:p>
      <w:r>
        <w:rPr>
          <w:b/>
        </w:rPr>
        <w:t xml:space="preserve">[17:57] </w:t>
      </w:r>
      <w:r>
        <w:t>hua nahi hai.</w:t>
      </w:r>
    </w:p>
    <w:p>
      <w:pPr>
        <w:jc w:val="right"/>
      </w:pPr>
      <w:r>
        <w:t>ہوا نہیں ہے۔</w:t>
      </w:r>
    </w:p>
    <w:p>
      <w:r>
        <w:rPr>
          <w:b/>
        </w:rPr>
        <w:t xml:space="preserve">[18:03] </w:t>
      </w:r>
      <w:r>
        <w:t>yeh to na mila hua maidan hai.</w:t>
      </w:r>
    </w:p>
    <w:p>
      <w:pPr>
        <w:jc w:val="right"/>
      </w:pPr>
      <w:r>
        <w:t>یہ تو نہ ملا ہوا میدان ہے۔</w:t>
      </w:r>
    </w:p>
    <w:p>
      <w:r>
        <w:rPr>
          <w:b/>
        </w:rPr>
        <w:t xml:space="preserve">[18:08] </w:t>
      </w:r>
      <w:r>
        <w:t>to rasool allah ki sunnat ka, rasool allah ki sunnat ko follow karna ka jo musalmanon par farz</w:t>
      </w:r>
    </w:p>
    <w:p>
      <w:pPr>
        <w:jc w:val="right"/>
      </w:pPr>
      <w:r>
        <w:t>تو رسول اللہ کی سنت کا، رسول اللہ کی سنت کو follow کرنا کا جو مسلمانوں پر فرض</w:t>
      </w:r>
    </w:p>
    <w:p>
      <w:r>
        <w:rPr>
          <w:b/>
        </w:rPr>
        <w:t xml:space="preserve">[18:14] </w:t>
      </w:r>
      <w:r>
        <w:t>hai, yani musalmanon par yeh farz hai ke wo rasool allah ki sunnat ko follow karen.</w:t>
      </w:r>
    </w:p>
    <w:p>
      <w:pPr>
        <w:jc w:val="right"/>
      </w:pPr>
      <w:r>
        <w:t>ہے، یعنی مسلمانوں پر یہ فرض ہے کہ وہ رسول اللہ کی سنت کو follow کریں۔</w:t>
      </w:r>
    </w:p>
    <w:p>
      <w:r>
        <w:rPr>
          <w:b/>
        </w:rPr>
        <w:t xml:space="preserve">[18:20] </w:t>
      </w:r>
      <w:r>
        <w:t>to namaz ke baad mein karte hain wo, masjid mein, masjid se bahar ate hain, ek dam khilaf</w:t>
      </w:r>
    </w:p>
    <w:p>
      <w:pPr>
        <w:jc w:val="right"/>
      </w:pPr>
      <w:r>
        <w:t>تو نماز کے بعد میں کرتے ہیں وہ، مسجد میں، مسجد سے باہر آتے ہیں، ایک دم خلاف</w:t>
      </w:r>
    </w:p>
    <w:p>
      <w:r>
        <w:rPr>
          <w:b/>
        </w:rPr>
        <w:t xml:space="preserve">[18:25] </w:t>
      </w:r>
      <w:r>
        <w:t>ho jate hain is ke, is ke khilaf chalne lagte hain.</w:t>
      </w:r>
    </w:p>
    <w:p>
      <w:pPr>
        <w:jc w:val="right"/>
      </w:pPr>
      <w:r>
        <w:t>ہو جاتے ہیں اس کے، اس کے خلاف چلنے لگتے ہیں۔</w:t>
      </w:r>
    </w:p>
    <w:p>
      <w:r>
        <w:rPr>
          <w:b/>
        </w:rPr>
        <w:t xml:space="preserve">[18:31] </w:t>
      </w:r>
      <w:r>
        <w:t>yani violent jahad.</w:t>
      </w:r>
    </w:p>
    <w:p>
      <w:pPr>
        <w:jc w:val="right"/>
      </w:pPr>
      <w:r>
        <w:t>یعنی violent جہاد۔</w:t>
      </w:r>
    </w:p>
    <w:p>
      <w:r>
        <w:rPr>
          <w:b/>
        </w:rPr>
        <w:t xml:space="preserve">[18:36] </w:t>
      </w:r>
      <w:r>
        <w:t>bhai, wo to possible hi nahi hai, is mein kuch nahi keh kar sakte.</w:t>
      </w:r>
    </w:p>
    <w:p>
      <w:pPr>
        <w:jc w:val="right"/>
      </w:pPr>
      <w:r>
        <w:t>بھئی، وہ تو possible ہی نہیں ہے، اس میں کچھ نہیں کہہ کر سکتے۔</w:t>
      </w:r>
    </w:p>
    <w:p>
      <w:r>
        <w:rPr>
          <w:b/>
        </w:rPr>
        <w:t xml:space="preserve">[18:42] </w:t>
      </w:r>
      <w:r>
        <w:t>aur sab mulk musalmanon ke jo mulk jahan yeh ho raha hai, wo tabah hai.</w:t>
      </w:r>
    </w:p>
    <w:p>
      <w:pPr>
        <w:jc w:val="right"/>
      </w:pPr>
      <w:r>
        <w:t>اور سب ملک مسلمانوں کے جو ملک جہاں یہ ہو رہا ہے، وہ تباہ ہے۔</w:t>
      </w:r>
    </w:p>
    <w:p>
      <w:r>
        <w:rPr>
          <w:b/>
        </w:rPr>
        <w:t xml:space="preserve">[18:48] </w:t>
      </w:r>
      <w:r>
        <w:t>to is se nikal kar ana parega peaceful jahad.</w:t>
      </w:r>
    </w:p>
    <w:p>
      <w:pPr>
        <w:jc w:val="right"/>
      </w:pPr>
      <w:r>
        <w:t>تو اس سے نکل کر آنا پڑے گا peaceful جہاد۔</w:t>
      </w:r>
    </w:p>
    <w:p>
      <w:r>
        <w:rPr>
          <w:b/>
        </w:rPr>
        <w:t xml:space="preserve">[18:53] </w:t>
      </w:r>
      <w:r>
        <w:t>yani dawat il Allah.</w:t>
      </w:r>
    </w:p>
    <w:p>
      <w:pPr>
        <w:jc w:val="right"/>
      </w:pPr>
      <w:r>
        <w:t>یعنی دعوت الی اللہ۔</w:t>
      </w:r>
    </w:p>
    <w:p>
      <w:r>
        <w:rPr>
          <w:b/>
        </w:rPr>
        <w:t xml:space="preserve">[18:59] </w:t>
      </w:r>
      <w:r>
        <w:t>quran ko phailana.</w:t>
      </w:r>
    </w:p>
    <w:p>
      <w:pPr>
        <w:jc w:val="right"/>
      </w:pPr>
      <w:r>
        <w:t>قرآن کو پھیلانا۔</w:t>
      </w:r>
    </w:p>
    <w:p>
      <w:r>
        <w:rPr>
          <w:b/>
        </w:rPr>
        <w:t xml:space="preserve">[19:05] </w:t>
      </w:r>
      <w:r>
        <w:t>islam ki taleemat ko phailana.</w:t>
      </w:r>
    </w:p>
    <w:p>
      <w:pPr>
        <w:jc w:val="right"/>
      </w:pPr>
      <w:r>
        <w:t>اسلام کی تعلیمات کو پھیلانا۔</w:t>
      </w:r>
    </w:p>
    <w:p>
      <w:r>
        <w:rPr>
          <w:b/>
        </w:rPr>
        <w:t xml:space="preserve">[19:10] </w:t>
      </w:r>
      <w:r>
        <w:t>to rasool Allah ki sunnat mein se aik sunnat yeh bhi hai ke U turn lo.</w:t>
      </w:r>
    </w:p>
    <w:p>
      <w:pPr>
        <w:jc w:val="right"/>
      </w:pPr>
      <w:r>
        <w:t>تو رسول اللہ کی سنت میں سے ایک سنت یہ بھی ہے کہ U turn لو۔</w:t>
      </w:r>
    </w:p>
    <w:p>
      <w:r>
        <w:rPr>
          <w:b/>
        </w:rPr>
        <w:t xml:space="preserve">[19:16] </w:t>
      </w:r>
      <w:r>
        <w:t>yani namumkin se mumkin ki taraf wapas aao.</w:t>
      </w:r>
    </w:p>
    <w:p>
      <w:pPr>
        <w:jc w:val="right"/>
      </w:pPr>
      <w:r>
        <w:t>یعنی ناممکن سے ممکن کی طرف واپس آؤ۔</w:t>
      </w:r>
    </w:p>
    <w:p>
      <w:r>
        <w:rPr>
          <w:b/>
        </w:rPr>
        <w:t xml:space="preserve">[19:22] </w:t>
      </w:r>
      <w:r>
        <w:t>na mile hue se milne ki taraf wapas aao.</w:t>
      </w:r>
    </w:p>
    <w:p>
      <w:pPr>
        <w:jc w:val="right"/>
      </w:pPr>
      <w:r>
        <w:t>نہ ملے ہوئے سے ملنے کی طرف واپس آؤ۔</w:t>
      </w:r>
    </w:p>
    <w:p>
      <w:r>
        <w:rPr>
          <w:b/>
        </w:rPr>
        <w:t xml:space="preserve">[19:27] </w:t>
      </w:r>
      <w:r>
        <w:t>aur mein samajhta hoon ke is maamle mein sab se pehli misaal younan yani Greece ke badshah ki</w:t>
      </w:r>
    </w:p>
    <w:p>
      <w:pPr>
        <w:jc w:val="right"/>
      </w:pPr>
      <w:r>
        <w:t>اور میں سمجھتا ہوں کہ اس معاملے میں سب سے پہلی مثال یونان یعنی Greece کے بادشاہ کی</w:t>
      </w:r>
    </w:p>
    <w:p>
      <w:r>
        <w:rPr>
          <w:b/>
        </w:rPr>
        <w:t xml:space="preserve">[19:33] </w:t>
      </w:r>
      <w:r>
        <w:t>hai jis ka naam tha Alexander the Great.</w:t>
      </w:r>
    </w:p>
    <w:p>
      <w:pPr>
        <w:jc w:val="right"/>
      </w:pPr>
      <w:r>
        <w:t>ہے جس کا نام تھا Alexander the Great۔</w:t>
      </w:r>
    </w:p>
    <w:p>
      <w:r>
        <w:rPr>
          <w:b/>
        </w:rPr>
        <w:t xml:space="preserve">[19:38] </w:t>
      </w:r>
      <w:r>
        <w:t>jo Hazrat Masih se pehle ka zamana jis ka hai.</w:t>
      </w:r>
    </w:p>
    <w:p>
      <w:pPr>
        <w:jc w:val="right"/>
      </w:pPr>
      <w:r>
        <w:t>جو حضرت مسیح سے پہلے کا زمانہ جس کا ہے۔</w:t>
      </w:r>
    </w:p>
    <w:p>
      <w:r>
        <w:rPr>
          <w:b/>
        </w:rPr>
        <w:t xml:space="preserve">[19:44] </w:t>
      </w:r>
      <w:r>
        <w:t>Hazrat Masih se pehle.</w:t>
      </w:r>
    </w:p>
    <w:p>
      <w:pPr>
        <w:jc w:val="right"/>
      </w:pPr>
      <w:r>
        <w:t>حضرت مسیح سے پہلے۔</w:t>
      </w:r>
    </w:p>
    <w:p>
      <w:r>
        <w:rPr>
          <w:b/>
        </w:rPr>
        <w:t xml:space="preserve">[19:50] </w:t>
      </w:r>
      <w:r>
        <w:t>yani before Christianity.</w:t>
      </w:r>
    </w:p>
    <w:p>
      <w:pPr>
        <w:jc w:val="right"/>
      </w:pPr>
      <w:r>
        <w:t>یعنی before Christianity۔</w:t>
      </w:r>
    </w:p>
    <w:p>
      <w:r>
        <w:rPr>
          <w:b/>
        </w:rPr>
        <w:t xml:space="preserve">[19:55] </w:t>
      </w:r>
      <w:r>
        <w:t>to woh Greece ka yani younan ka badshah tha.</w:t>
      </w:r>
    </w:p>
    <w:p>
      <w:pPr>
        <w:jc w:val="right"/>
      </w:pPr>
      <w:r>
        <w:t>تو وہ Greece کا یعنی یونان کا بادشاہ تھا۔</w:t>
      </w:r>
    </w:p>
    <w:p>
      <w:r>
        <w:rPr>
          <w:b/>
        </w:rPr>
        <w:t xml:space="preserve">[20:01] </w:t>
      </w:r>
      <w:r>
        <w:t>baap se us ko mili thi baqi badshahat.</w:t>
      </w:r>
    </w:p>
    <w:p>
      <w:pPr>
        <w:jc w:val="right"/>
      </w:pPr>
      <w:r>
        <w:t>باپ سے اس کو ملی تھی باقی بادشاہت۔</w:t>
      </w:r>
    </w:p>
    <w:p>
      <w:r>
        <w:rPr>
          <w:b/>
        </w:rPr>
        <w:t xml:space="preserve">[20:07] </w:t>
      </w:r>
      <w:r>
        <w:t>lekin woh bohat hi adventist type ka aadmi tha.</w:t>
      </w:r>
    </w:p>
    <w:p>
      <w:pPr>
        <w:jc w:val="right"/>
      </w:pPr>
      <w:r>
        <w:t>لیکن وہ بہت ہی adventist type کا آدمی تھا۔</w:t>
      </w:r>
    </w:p>
    <w:p>
      <w:r>
        <w:rPr>
          <w:b/>
        </w:rPr>
        <w:t xml:space="preserve">[20:12] </w:t>
      </w:r>
      <w:r>
        <w:t>to us ne kya socha ke sari duniya mein mujhe rule karna hai.</w:t>
      </w:r>
    </w:p>
    <w:p>
      <w:pPr>
        <w:jc w:val="right"/>
      </w:pPr>
      <w:r>
        <w:t>تو اس نے کیا سوچا کہ ساری دنیا میں مجھے rule کرنا ہے۔</w:t>
      </w:r>
    </w:p>
    <w:p>
      <w:r>
        <w:rPr>
          <w:b/>
        </w:rPr>
        <w:t xml:space="preserve">[20:18] </w:t>
      </w:r>
      <w:r>
        <w:t>sari duniya ke mujhe rule karna hai.</w:t>
      </w:r>
    </w:p>
    <w:p>
      <w:pPr>
        <w:jc w:val="right"/>
      </w:pPr>
      <w:r>
        <w:t>ساری دنیا کے مجھے rule کرنا ہے۔</w:t>
      </w:r>
    </w:p>
    <w:p>
      <w:r>
        <w:rPr>
          <w:b/>
        </w:rPr>
        <w:t xml:space="preserve">[20:23] </w:t>
      </w:r>
      <w:r>
        <w:t>yani Greece ko to mila hua tha.</w:t>
      </w:r>
    </w:p>
    <w:p>
      <w:pPr>
        <w:jc w:val="right"/>
      </w:pPr>
      <w:r>
        <w:t>یعنی Greece کو تو ملا ہوا تھا۔</w:t>
      </w:r>
    </w:p>
    <w:p>
      <w:r>
        <w:rPr>
          <w:b/>
        </w:rPr>
        <w:t xml:space="preserve">[20:29] </w:t>
      </w:r>
      <w:r>
        <w:t>aur sari duniya nahi mili hui thi.</w:t>
      </w:r>
    </w:p>
    <w:p>
      <w:pPr>
        <w:jc w:val="right"/>
      </w:pPr>
      <w:r>
        <w:t>اور ساری دنیا نہیں ملی ہوئی تھی۔</w:t>
      </w:r>
    </w:p>
    <w:p>
      <w:r>
        <w:rPr>
          <w:b/>
        </w:rPr>
        <w:t xml:space="preserve">[20:35] </w:t>
      </w:r>
      <w:r>
        <w:t>to na mile par le kar us ne planning ki apni.</w:t>
      </w:r>
    </w:p>
    <w:p>
      <w:pPr>
        <w:jc w:val="right"/>
      </w:pPr>
      <w:r>
        <w:t>تو نہ ملے پر لے کر اس نے planning کی اپنی۔</w:t>
      </w:r>
    </w:p>
    <w:p>
      <w:r>
        <w:rPr>
          <w:b/>
        </w:rPr>
        <w:t xml:space="preserve">[20:40] </w:t>
      </w:r>
      <w:r>
        <w:t>ab mile hue ko chhod diya.</w:t>
      </w:r>
    </w:p>
    <w:p>
      <w:pPr>
        <w:jc w:val="right"/>
      </w:pPr>
      <w:r>
        <w:t>اب ملے ہوئے کو چھوڑ دیا۔</w:t>
      </w:r>
    </w:p>
    <w:p>
      <w:r>
        <w:rPr>
          <w:b/>
        </w:rPr>
        <w:t xml:space="preserve">[20:46] </w:t>
      </w:r>
      <w:r>
        <w:t>ab woh fauj nikal nikla Iran se. Greece se.</w:t>
      </w:r>
    </w:p>
    <w:p>
      <w:pPr>
        <w:jc w:val="right"/>
      </w:pPr>
      <w:r>
        <w:t>اب وہ فوج نکل نکلا ایران سے۔ Greece سے۔</w:t>
      </w:r>
    </w:p>
    <w:p>
      <w:r>
        <w:rPr>
          <w:b/>
        </w:rPr>
        <w:t xml:space="preserve">[20:52] </w:t>
      </w:r>
      <w:r>
        <w:t>fauj ka nikal nikla aur kahan kahan kahan kahan hota hua Iraq tak pahunch gaya.</w:t>
      </w:r>
    </w:p>
    <w:p>
      <w:pPr>
        <w:jc w:val="right"/>
      </w:pPr>
      <w:r>
        <w:t>فوج کا نکل نکلا اور کہاں کہاں کہاں کہاں ہوتا ہوا عراق تک پہنچ گیا۔</w:t>
      </w:r>
    </w:p>
    <w:p>
      <w:r>
        <w:rPr>
          <w:b/>
        </w:rPr>
        <w:t xml:space="preserve">[20:57] </w:t>
      </w:r>
      <w:r>
        <w:t>lekin Iraq mein aa kar mar gaya woh.</w:t>
      </w:r>
    </w:p>
    <w:p>
      <w:pPr>
        <w:jc w:val="right"/>
      </w:pPr>
      <w:r>
        <w:t>لیکن عراق میں آ کر مر گیا وہ۔</w:t>
      </w:r>
    </w:p>
    <w:p>
      <w:r>
        <w:rPr>
          <w:b/>
        </w:rPr>
        <w:t xml:space="preserve">[21:03] </w:t>
      </w:r>
      <w:r>
        <w:t>aur umar us ki abhi chaalis saal bhi nahi hui thi.</w:t>
      </w:r>
    </w:p>
    <w:p>
      <w:pPr>
        <w:jc w:val="right"/>
      </w:pPr>
      <w:r>
        <w:t>اور عمر اس کی ابھی چالیس سال بھی نہیں ہوئی تھی۔</w:t>
      </w:r>
    </w:p>
    <w:p>
      <w:r>
        <w:rPr>
          <w:b/>
        </w:rPr>
        <w:t xml:space="preserve">[21:08] </w:t>
      </w:r>
      <w:r>
        <w:t>chaalis saal se bhi kam umar thi us ki.</w:t>
      </w:r>
    </w:p>
    <w:p>
      <w:pPr>
        <w:jc w:val="right"/>
      </w:pPr>
      <w:r>
        <w:t>چالیس سال سے بھی کم عمر تھی اس کی۔</w:t>
      </w:r>
    </w:p>
    <w:p>
      <w:r>
        <w:rPr>
          <w:b/>
        </w:rPr>
        <w:t xml:space="preserve">[21:14] </w:t>
      </w:r>
      <w:r>
        <w:t>aur mar gaya woh.</w:t>
      </w:r>
    </w:p>
    <w:p>
      <w:pPr>
        <w:jc w:val="right"/>
      </w:pPr>
      <w:r>
        <w:t>اور مر گیا وہ۔</w:t>
      </w:r>
    </w:p>
    <w:p>
      <w:r>
        <w:rPr>
          <w:b/>
        </w:rPr>
        <w:t xml:space="preserve">[21:20] </w:t>
      </w:r>
      <w:r>
        <w:t>to agar mile hue planning karta to us ke zamane mein younan bohat taraqqi kar kar sakta tha.</w:t>
      </w:r>
    </w:p>
    <w:p>
      <w:pPr>
        <w:jc w:val="right"/>
      </w:pPr>
      <w:r>
        <w:t>تو اگر ملے ہوئے planning کرتا تو اس کے زمانے میں یونان بہت ترقی کر کر سکتا تھا۔</w:t>
      </w:r>
    </w:p>
    <w:p>
      <w:r>
        <w:rPr>
          <w:b/>
        </w:rPr>
        <w:t xml:space="preserve">[21:25] </w:t>
      </w:r>
      <w:r>
        <w:t>ab to yunan bhi aik failed state hai.</w:t>
      </w:r>
    </w:p>
    <w:p>
      <w:pPr>
        <w:jc w:val="right"/>
      </w:pPr>
      <w:r>
        <w:t>اب تو یونان بھی ایک failed state ہے۔</w:t>
      </w:r>
    </w:p>
    <w:p>
      <w:r>
        <w:rPr>
          <w:b/>
        </w:rPr>
        <w:t xml:space="preserve">[21:31] </w:t>
      </w:r>
      <w:r>
        <w:t>aap jante hain.</w:t>
      </w:r>
    </w:p>
    <w:p>
      <w:pPr>
        <w:jc w:val="right"/>
      </w:pPr>
      <w:r>
        <w:t>آپ جانتے ہیں۔</w:t>
      </w:r>
    </w:p>
    <w:p>
      <w:r>
        <w:rPr>
          <w:b/>
        </w:rPr>
        <w:t xml:space="preserve">[21:37] </w:t>
      </w:r>
      <w:r>
        <w:t>aaj ka jo Greece hai yunan woh aik failed state hai.</w:t>
      </w:r>
    </w:p>
    <w:p>
      <w:pPr>
        <w:jc w:val="right"/>
      </w:pPr>
      <w:r>
        <w:t>آج کا جو Greece ہے یونان وہ ایک failed state ہے۔</w:t>
      </w:r>
    </w:p>
    <w:p>
      <w:r>
        <w:rPr>
          <w:b/>
        </w:rPr>
        <w:t xml:space="preserve">[21:42] </w:t>
      </w:r>
      <w:r>
        <w:t>European Union ka bohat hi weak member hai.</w:t>
      </w:r>
    </w:p>
    <w:p>
      <w:pPr>
        <w:jc w:val="right"/>
      </w:pPr>
      <w:r>
        <w:t>European Union کا بہت ہی weak member ہے۔</w:t>
      </w:r>
    </w:p>
    <w:p>
      <w:r>
        <w:rPr>
          <w:b/>
        </w:rPr>
        <w:t xml:space="preserve">[21:48] </w:t>
      </w:r>
      <w:r>
        <w:t>jo apne paron par khara nahi ho sakta.</w:t>
      </w:r>
    </w:p>
    <w:p>
      <w:pPr>
        <w:jc w:val="right"/>
      </w:pPr>
      <w:r>
        <w:t>جو اپنے پروں پر کھڑا نہیں ہو سکتا۔</w:t>
      </w:r>
    </w:p>
    <w:p>
      <w:r>
        <w:rPr>
          <w:b/>
        </w:rPr>
        <w:t xml:space="preserve">[21:53] </w:t>
      </w:r>
      <w:r>
        <w:t>yunan jo hai European Union ka sab se kamzor bhi member hai jo jo apne paron par khara</w:t>
      </w:r>
    </w:p>
    <w:p>
      <w:pPr>
        <w:jc w:val="right"/>
      </w:pPr>
      <w:r>
        <w:t>یونان جو ہے European Union کا سب سے کمزور بھی member ہے جو جو اپنے پروں پر کھڑا</w:t>
      </w:r>
    </w:p>
    <w:p>
      <w:r>
        <w:rPr>
          <w:b/>
        </w:rPr>
        <w:t xml:space="preserve">[21:59] </w:t>
      </w:r>
      <w:r>
        <w:t>nahi ho sakta.</w:t>
      </w:r>
    </w:p>
    <w:p>
      <w:pPr>
        <w:jc w:val="right"/>
      </w:pPr>
      <w:r>
        <w:t>نہیں ہو سکتا۔</w:t>
      </w:r>
    </w:p>
    <w:p>
      <w:r>
        <w:rPr>
          <w:b/>
        </w:rPr>
        <w:t xml:space="preserve">[22:05] </w:t>
      </w:r>
      <w:r>
        <w:t>is ko musalsal tor par dosre mumalik madad karte hain.</w:t>
      </w:r>
    </w:p>
    <w:p>
      <w:pPr>
        <w:jc w:val="right"/>
      </w:pPr>
      <w:r>
        <w:t>اس کو مسلسل طور پر دوسرے ممالک مدد کرتے ہیں۔</w:t>
      </w:r>
    </w:p>
    <w:p>
      <w:r>
        <w:rPr>
          <w:b/>
        </w:rPr>
        <w:t xml:space="preserve">[22:10] </w:t>
      </w:r>
      <w:r>
        <w:t>to agar agar Alexander, Alexander agar woh mile hue par planning karta to aaj Greece jo hai jis</w:t>
      </w:r>
    </w:p>
    <w:p>
      <w:pPr>
        <w:jc w:val="right"/>
      </w:pPr>
      <w:r>
        <w:t>تو اگر اگر Alexander، Alexander اگر وہ ملے ہوئے پر planning کرتا تو آج Greece جو ہے جس</w:t>
      </w:r>
    </w:p>
    <w:p>
      <w:r>
        <w:rPr>
          <w:b/>
        </w:rPr>
        <w:t xml:space="preserve">[22:16] </w:t>
      </w:r>
      <w:r>
        <w:t>Germany hai, France hai is tarah ka hota aik country.</w:t>
      </w:r>
    </w:p>
    <w:p>
      <w:pPr>
        <w:jc w:val="right"/>
      </w:pPr>
      <w:r>
        <w:t>جرمنی ہے، فرانس ہے اس طرح کا ہوتا ایک country۔</w:t>
      </w:r>
    </w:p>
    <w:p>
      <w:r>
        <w:rPr>
          <w:b/>
        </w:rPr>
        <w:t xml:space="preserve">[22:22] </w:t>
      </w:r>
      <w:r>
        <w:t>to behal yeh rasool Allah ki sunnat aur history ka experience dono yeh batate hain.</w:t>
      </w:r>
    </w:p>
    <w:p>
      <w:pPr>
        <w:jc w:val="right"/>
      </w:pPr>
      <w:r>
        <w:t>تو بہرحال یہ رسول اللہ کی سنت اور history کا experience دونوں یہ بتاتے ہیں۔</w:t>
      </w:r>
    </w:p>
    <w:p>
      <w:r>
        <w:rPr>
          <w:b/>
        </w:rPr>
        <w:t xml:space="preserve">[22:27] </w:t>
      </w:r>
      <w:r>
        <w:t>yeh musalmanon ko sabak dete hain.</w:t>
      </w:r>
    </w:p>
    <w:p>
      <w:pPr>
        <w:jc w:val="right"/>
      </w:pPr>
      <w:r>
        <w:t>یہ مسلمانوں کو سبق دیتے ہیں۔</w:t>
      </w:r>
    </w:p>
    <w:p>
      <w:r>
        <w:rPr>
          <w:b/>
        </w:rPr>
        <w:t xml:space="preserve">[22:33] </w:t>
      </w:r>
      <w:r>
        <w:t>ke musalmanon ko chahiye ke woh rethinking karen. Revise karen.</w:t>
      </w:r>
    </w:p>
    <w:p>
      <w:pPr>
        <w:jc w:val="right"/>
      </w:pPr>
      <w:r>
        <w:t>کہ مسلمانوں کو چاہیے کہ وہ rethinking کریں۔ Revise کریں۔</w:t>
      </w:r>
    </w:p>
    <w:p>
      <w:r>
        <w:rPr>
          <w:b/>
        </w:rPr>
        <w:t xml:space="preserve">[22:38] </w:t>
      </w:r>
      <w:r>
        <w:t>aur woh U turn len. U turn.</w:t>
      </w:r>
    </w:p>
    <w:p>
      <w:pPr>
        <w:jc w:val="right"/>
      </w:pPr>
      <w:r>
        <w:t>اور وہ U turn لیں۔ U turn۔</w:t>
      </w:r>
    </w:p>
    <w:p>
      <w:r>
        <w:rPr>
          <w:b/>
        </w:rPr>
        <w:t xml:space="preserve">[22:44] </w:t>
      </w:r>
      <w:r>
        <w:t>jaise aap gaari daura rahe hain.</w:t>
      </w:r>
    </w:p>
    <w:p>
      <w:pPr>
        <w:jc w:val="right"/>
      </w:pPr>
      <w:r>
        <w:t>جیسے آپ گاڑی دوڑا رہے ہیں۔</w:t>
      </w:r>
    </w:p>
    <w:p>
      <w:r>
        <w:rPr>
          <w:b/>
        </w:rPr>
        <w:t xml:space="preserve">[22:50] </w:t>
      </w:r>
      <w:r>
        <w:t>aap ko pata chale ke aap galat road par chale gaye.</w:t>
      </w:r>
    </w:p>
    <w:p>
      <w:pPr>
        <w:jc w:val="right"/>
      </w:pPr>
      <w:r>
        <w:t>آپ کو پتہ چلے کہ آپ غلط road پر چلے گئے۔</w:t>
      </w:r>
    </w:p>
    <w:p>
      <w:r>
        <w:rPr>
          <w:b/>
        </w:rPr>
        <w:t xml:space="preserve">[22:55] </w:t>
      </w:r>
      <w:r>
        <w:t>to jaise hi aap ko pata chala ke galat road pe chale gaye to aap instantly peechhe lotte hain.</w:t>
      </w:r>
    </w:p>
    <w:p>
      <w:pPr>
        <w:jc w:val="right"/>
      </w:pPr>
      <w:r>
        <w:t>تو جیسے ہی آپ کو پتہ چلا کہ غلط road پہ چلے گئے تو آپ instantly پیچھے لوٹتے ہیں۔</w:t>
      </w:r>
    </w:p>
    <w:p>
      <w:r>
        <w:rPr>
          <w:b/>
        </w:rPr>
        <w:t xml:space="preserve">[23:01] </w:t>
      </w:r>
      <w:r>
        <w:t>agli taraf daurao to phir.</w:t>
      </w:r>
    </w:p>
    <w:p>
      <w:pPr>
        <w:jc w:val="right"/>
      </w:pPr>
      <w:r>
        <w:t>اگلی طرف دوڑاؤ تو پھر۔</w:t>
      </w:r>
    </w:p>
    <w:p>
      <w:r>
        <w:rPr>
          <w:b/>
        </w:rPr>
        <w:t xml:space="preserve">[23:07] </w:t>
      </w:r>
      <w:r>
        <w:t>is ko kehte hain U turn lena.</w:t>
      </w:r>
    </w:p>
    <w:p>
      <w:pPr>
        <w:jc w:val="right"/>
      </w:pPr>
      <w:r>
        <w:t>اس کو کہتے ہیں U turn لینا۔</w:t>
      </w:r>
    </w:p>
    <w:p>
      <w:r>
        <w:rPr>
          <w:b/>
        </w:rPr>
        <w:t xml:space="preserve">[23:12] </w:t>
      </w:r>
      <w:r>
        <w:t>koi aadmi yeh ghalti nahi karega ke gaari woh daura raha tha, ja raha tha.</w:t>
      </w:r>
    </w:p>
    <w:p>
      <w:pPr>
        <w:jc w:val="right"/>
      </w:pPr>
      <w:r>
        <w:t>کوئی آدمی یہ غلطی نہیں کرے گا کہ گاڑی وہ دوڑا رہا تھا، جا رہا تھا۔</w:t>
      </w:r>
    </w:p>
    <w:p>
      <w:r>
        <w:rPr>
          <w:b/>
        </w:rPr>
        <w:t xml:space="preserve">[23:18] </w:t>
      </w:r>
      <w:r>
        <w:t>yahan tak ke us ko pata chala ke main to galat road par aa gaya hoon.</w:t>
      </w:r>
    </w:p>
    <w:p>
      <w:pPr>
        <w:jc w:val="right"/>
      </w:pPr>
      <w:r>
        <w:t>یہاں تک کہ اس کو پتہ چلا کہ میں تو غلط road پر آ گیا ہوں۔</w:t>
      </w:r>
    </w:p>
    <w:p>
      <w:r>
        <w:rPr>
          <w:b/>
        </w:rPr>
        <w:t xml:space="preserve">[23:24] </w:t>
      </w:r>
      <w:r>
        <w:t>main to galat road par aa gaya hoon.</w:t>
      </w:r>
    </w:p>
    <w:p>
      <w:pPr>
        <w:jc w:val="right"/>
      </w:pPr>
      <w:r>
        <w:t>میں تو غلط road پر آ گیا ہوں۔</w:t>
      </w:r>
    </w:p>
    <w:p>
      <w:r>
        <w:rPr>
          <w:b/>
        </w:rPr>
        <w:t xml:space="preserve">[23:29] </w:t>
      </w:r>
      <w:r>
        <w:t>to foran gaari rokega woh.</w:t>
      </w:r>
    </w:p>
    <w:p>
      <w:pPr>
        <w:jc w:val="right"/>
      </w:pPr>
      <w:r>
        <w:t>تو فوراً گاڑی روکے گا وہ۔</w:t>
      </w:r>
    </w:p>
    <w:p>
      <w:r>
        <w:rPr>
          <w:b/>
        </w:rPr>
        <w:t xml:space="preserve">[23:35] </w:t>
      </w:r>
      <w:r>
        <w:t>Instantly rokega gaari ko.</w:t>
      </w:r>
    </w:p>
    <w:p>
      <w:pPr>
        <w:jc w:val="right"/>
      </w:pPr>
      <w:r>
        <w:t>Instantly روکے گا گاڑی کو۔</w:t>
      </w:r>
    </w:p>
    <w:p>
      <w:r>
        <w:rPr>
          <w:b/>
        </w:rPr>
        <w:t xml:space="preserve">[23:40] </w:t>
      </w:r>
      <w:r>
        <w:t>aur woh woh peechhe ki taraf lote ga.</w:t>
      </w:r>
    </w:p>
    <w:p>
      <w:pPr>
        <w:jc w:val="right"/>
      </w:pPr>
      <w:r>
        <w:t>اور وہ وہ پیچھے کی طرف لوٹے گا۔</w:t>
      </w:r>
    </w:p>
    <w:p>
      <w:r>
        <w:rPr>
          <w:b/>
        </w:rPr>
        <w:t xml:space="preserve">[23:46] </w:t>
      </w:r>
      <w:r>
        <w:t>is ko kehte hain U turn lena.</w:t>
      </w:r>
    </w:p>
    <w:p>
      <w:pPr>
        <w:jc w:val="right"/>
      </w:pPr>
      <w:r>
        <w:t>اس کو کہتے ہیں U turn لینا۔</w:t>
      </w:r>
    </w:p>
    <w:p>
      <w:r>
        <w:rPr>
          <w:b/>
        </w:rPr>
        <w:t xml:space="preserve">[23:52] </w:t>
      </w:r>
      <w:r>
        <w:t>to is waqt musalmanon ki gaari isi isi maqam par hai.</w:t>
      </w:r>
    </w:p>
    <w:p>
      <w:pPr>
        <w:jc w:val="right"/>
      </w:pPr>
      <w:r>
        <w:t>تو اس وقت مسلمانوں کی گاڑی اسی اسی مقام پر ہے۔</w:t>
      </w:r>
    </w:p>
    <w:p>
      <w:r>
        <w:rPr>
          <w:b/>
        </w:rPr>
        <w:t xml:space="preserve">[23:57] </w:t>
      </w:r>
      <w:r>
        <w:t>ulti daud rahi ho.</w:t>
      </w:r>
    </w:p>
    <w:p>
      <w:pPr>
        <w:jc w:val="right"/>
      </w:pPr>
      <w:r>
        <w:t>الٹی دوڑ رہی ہو۔</w:t>
      </w:r>
    </w:p>
    <w:p>
      <w:r>
        <w:rPr>
          <w:b/>
        </w:rPr>
        <w:t xml:space="preserve">[24:03] </w:t>
      </w:r>
      <w:r>
        <w:t>daudna chahiye tha pesh ki taraf.</w:t>
      </w:r>
    </w:p>
    <w:p>
      <w:pPr>
        <w:jc w:val="right"/>
      </w:pPr>
      <w:r>
        <w:t>دوڑنا چاہیے تھا پیش کی طرف۔</w:t>
      </w:r>
    </w:p>
    <w:p>
      <w:r>
        <w:rPr>
          <w:b/>
        </w:rPr>
        <w:t xml:space="preserve">[24:09] </w:t>
      </w:r>
      <w:r>
        <w:t>daud rahi hai violence ki taraf.</w:t>
      </w:r>
    </w:p>
    <w:p>
      <w:pPr>
        <w:jc w:val="right"/>
      </w:pPr>
      <w:r>
        <w:t>دوڑ رہی ہے violence کی طرف۔</w:t>
      </w:r>
    </w:p>
    <w:p>
      <w:r>
        <w:rPr>
          <w:b/>
        </w:rPr>
        <w:t xml:space="preserve">[24:14] </w:t>
      </w:r>
      <w:r>
        <w:t>daudna is wajah se ke logon ko zindagi de rahe hain, maut un ko.</w:t>
      </w:r>
    </w:p>
    <w:p>
      <w:pPr>
        <w:jc w:val="right"/>
      </w:pPr>
      <w:r>
        <w:t>دوڑنا اس وجہ سے کہ لوگوں کو زندگی دے رہے ہیں، موت ان کو۔</w:t>
      </w:r>
    </w:p>
    <w:p>
      <w:r>
        <w:rPr>
          <w:b/>
        </w:rPr>
        <w:t xml:space="preserve">[24:20] </w:t>
      </w:r>
      <w:r>
        <w:t>society bombing kar rahi hai.</w:t>
      </w:r>
    </w:p>
    <w:p>
      <w:pPr>
        <w:jc w:val="right"/>
      </w:pPr>
      <w:r>
        <w:t>سوسائٹی bombing کر رہی ہے۔</w:t>
      </w:r>
    </w:p>
    <w:p>
      <w:r>
        <w:rPr>
          <w:b/>
        </w:rPr>
        <w:t xml:space="preserve">[24:25] </w:t>
      </w:r>
      <w:r>
        <w:t>to ab jab yeh pata chala to pehla farz hai, pehla farz hai.</w:t>
      </w:r>
    </w:p>
    <w:p>
      <w:pPr>
        <w:jc w:val="right"/>
      </w:pPr>
      <w:r>
        <w:t>تو اب جب یہ پتہ چلا تو پہلا فرض ہے، پہلا فرض ہے۔</w:t>
      </w:r>
    </w:p>
    <w:p>
      <w:r>
        <w:rPr>
          <w:b/>
        </w:rPr>
        <w:t xml:space="preserve">[24:31] </w:t>
      </w:r>
      <w:r>
        <w:t>gaari roko apni.</w:t>
      </w:r>
    </w:p>
    <w:p>
      <w:pPr>
        <w:jc w:val="right"/>
      </w:pPr>
      <w:r>
        <w:t>گاڑی روکو اپنی۔</w:t>
      </w:r>
    </w:p>
    <w:p>
      <w:r>
        <w:rPr>
          <w:b/>
        </w:rPr>
        <w:t xml:space="preserve">[24:37] </w:t>
      </w:r>
      <w:r>
        <w:t>U turn lo.</w:t>
      </w:r>
    </w:p>
    <w:p>
      <w:pPr>
        <w:jc w:val="right"/>
      </w:pPr>
      <w:r>
        <w:t>U turn لو۔</w:t>
      </w:r>
    </w:p>
    <w:p>
      <w:r>
        <w:rPr>
          <w:b/>
        </w:rPr>
        <w:t xml:space="preserve">[24:42] </w:t>
      </w:r>
      <w:r>
        <w:t>violence se pesh ki taraf.</w:t>
      </w:r>
    </w:p>
    <w:p>
      <w:pPr>
        <w:jc w:val="right"/>
      </w:pPr>
      <w:r>
        <w:t>violence سے پیش کی طرف۔</w:t>
      </w:r>
    </w:p>
    <w:p>
      <w:r>
        <w:rPr>
          <w:b/>
        </w:rPr>
        <w:t xml:space="preserve">[24:48] </w:t>
      </w:r>
      <w:r>
        <w:t>nafrat se mohabbat ki taraf.</w:t>
      </w:r>
    </w:p>
    <w:p>
      <w:pPr>
        <w:jc w:val="right"/>
      </w:pPr>
      <w:r>
        <w:t>نفرت سے محبت کی طرف۔</w:t>
      </w:r>
    </w:p>
    <w:p>
      <w:r>
        <w:rPr>
          <w:b/>
        </w:rPr>
        <w:t xml:space="preserve">[24:54] </w:t>
      </w:r>
      <w:r>
        <w:t>ab tak musalman hate, hate, nafrat, nafrat.</w:t>
      </w:r>
    </w:p>
    <w:p>
      <w:pPr>
        <w:jc w:val="right"/>
      </w:pPr>
      <w:r>
        <w:t>اب تک مسلمان hate، hate، نفرت، نفرت۔</w:t>
      </w:r>
    </w:p>
    <w:p>
      <w:r>
        <w:rPr>
          <w:b/>
        </w:rPr>
        <w:t xml:space="preserve">[24:59] </w:t>
      </w:r>
      <w:r>
        <w:t>is ko khatm karo.</w:t>
      </w:r>
    </w:p>
    <w:p>
      <w:pPr>
        <w:jc w:val="right"/>
      </w:pPr>
      <w:r>
        <w:t>اس کو ختم کرو۔</w:t>
      </w:r>
    </w:p>
    <w:p>
      <w:r>
        <w:rPr>
          <w:b/>
        </w:rPr>
        <w:t xml:space="preserve">[25:05] </w:t>
      </w:r>
      <w:r>
        <w:t>nafrat se mohabbat ki taraf.</w:t>
      </w:r>
    </w:p>
    <w:p>
      <w:pPr>
        <w:jc w:val="right"/>
      </w:pPr>
      <w:r>
        <w:t>نفرت سے محبت کی طرف۔</w:t>
      </w:r>
    </w:p>
    <w:p>
      <w:r>
        <w:rPr>
          <w:b/>
        </w:rPr>
        <w:t xml:space="preserve">[25:10] </w:t>
      </w:r>
      <w:r>
        <w:t>aam musalmanon ka mizaj kya hai? sari duniya hamare dushman hai.</w:t>
      </w:r>
    </w:p>
    <w:p>
      <w:pPr>
        <w:jc w:val="right"/>
      </w:pPr>
      <w:r>
        <w:t>عام مسلمانوں کا مزاج کیا ہے؟ ساری دنیا ہمارے دشمن ہے۔</w:t>
      </w:r>
    </w:p>
    <w:p>
      <w:r>
        <w:rPr>
          <w:b/>
        </w:rPr>
        <w:t xml:space="preserve">[25:16] </w:t>
      </w:r>
      <w:r>
        <w:t>is ko khatm karo.</w:t>
      </w:r>
    </w:p>
    <w:p>
      <w:pPr>
        <w:jc w:val="right"/>
      </w:pPr>
      <w:r>
        <w:t>اس کو ختم کرو۔</w:t>
      </w:r>
    </w:p>
    <w:p>
      <w:r>
        <w:rPr>
          <w:b/>
        </w:rPr>
        <w:t xml:space="preserve">[25:22] </w:t>
      </w:r>
      <w:r>
        <w:t>sari duniya tumhare dost hai.</w:t>
      </w:r>
    </w:p>
    <w:p>
      <w:pPr>
        <w:jc w:val="right"/>
      </w:pPr>
      <w:r>
        <w:t>ساری دنیا تمہارے دوست ہے۔</w:t>
      </w:r>
    </w:p>
    <w:p>
      <w:r>
        <w:rPr>
          <w:b/>
        </w:rPr>
        <w:t xml:space="preserve">[25:27] </w:t>
      </w:r>
      <w:r>
        <w:t>West, West ke bare mein kehte hain ke wahan Islamophobia hai.</w:t>
      </w:r>
    </w:p>
    <w:p>
      <w:pPr>
        <w:jc w:val="right"/>
      </w:pPr>
      <w:r>
        <w:t>West، West کے بارے میں کہتے ہیں کہ وہاں Islamophobia ہے۔</w:t>
      </w:r>
    </w:p>
    <w:p>
      <w:r>
        <w:rPr>
          <w:b/>
        </w:rPr>
        <w:t xml:space="preserve">[25:33] </w:t>
      </w:r>
      <w:r>
        <w:t>is ko band karo.</w:t>
      </w:r>
    </w:p>
    <w:p>
      <w:pPr>
        <w:jc w:val="right"/>
      </w:pPr>
      <w:r>
        <w:t>اس کو بند کرو۔</w:t>
      </w:r>
    </w:p>
    <w:p>
      <w:r>
        <w:rPr>
          <w:b/>
        </w:rPr>
        <w:t xml:space="preserve">[25:39] </w:t>
      </w:r>
      <w:r>
        <w:t>ab gaari daudao, daudao apni.</w:t>
      </w:r>
    </w:p>
    <w:p>
      <w:pPr>
        <w:jc w:val="right"/>
      </w:pPr>
      <w:r>
        <w:t>اب گاڑی دوڑاؤ، دوڑاؤ اپنی۔</w:t>
      </w:r>
    </w:p>
    <w:p>
      <w:r>
        <w:rPr>
          <w:b/>
        </w:rPr>
        <w:t xml:space="preserve">[25:44] </w:t>
      </w:r>
      <w:r>
        <w:t>violence se pesh ki taraf.</w:t>
      </w:r>
    </w:p>
    <w:p>
      <w:pPr>
        <w:jc w:val="right"/>
      </w:pPr>
      <w:r>
        <w:t>violence سے پیش کی طرف۔</w:t>
      </w:r>
    </w:p>
    <w:p>
      <w:r>
        <w:rPr>
          <w:b/>
        </w:rPr>
        <w:t xml:space="preserve">[25:50] </w:t>
      </w:r>
      <w:r>
        <w:t>nafrat se mohabbat ki taraf.</w:t>
      </w:r>
    </w:p>
    <w:p>
      <w:pPr>
        <w:jc w:val="right"/>
      </w:pPr>
      <w:r>
        <w:t>نفرت سے محبت کی طرف۔</w:t>
      </w:r>
    </w:p>
    <w:p>
      <w:r>
        <w:rPr>
          <w:b/>
        </w:rPr>
        <w:t xml:space="preserve">[25:55] </w:t>
      </w:r>
      <w:r>
        <w:t>dushmani se dosti ki taraf.</w:t>
      </w:r>
    </w:p>
    <w:p>
      <w:pPr>
        <w:jc w:val="right"/>
      </w:pPr>
      <w:r>
        <w:t>دشمنی سے دوستی کی طرف۔</w:t>
      </w:r>
    </w:p>
    <w:p>
      <w:r>
        <w:rPr>
          <w:b/>
        </w:rPr>
        <w:t xml:space="preserve">[26:01] </w:t>
      </w:r>
      <w:r>
        <w:t>yeh hai U turn lena.</w:t>
      </w:r>
    </w:p>
    <w:p>
      <w:pPr>
        <w:jc w:val="right"/>
      </w:pPr>
      <w:r>
        <w:t>یہ ہے U turn لینا۔</w:t>
      </w:r>
    </w:p>
    <w:p>
      <w:r>
        <w:rPr>
          <w:b/>
        </w:rPr>
        <w:t xml:space="preserve">[26:07] </w:t>
      </w:r>
      <w:r>
        <w:t>is mein koi doosra option hai nahi musalmanon ke liye.</w:t>
      </w:r>
    </w:p>
    <w:p>
      <w:pPr>
        <w:jc w:val="right"/>
      </w:pPr>
      <w:r>
        <w:t>اس میں کوئی دوسرا option ہے نہیں مسلمانوں کے لیے۔</w:t>
      </w:r>
    </w:p>
    <w:p>
      <w:r>
        <w:rPr>
          <w:b/>
        </w:rPr>
        <w:t xml:space="preserve">[26:12] </w:t>
      </w:r>
      <w:r>
        <w:t>yaad rakhiye is waqt musalmanon ke liye koi doosra option hai hi nahi.</w:t>
      </w:r>
    </w:p>
    <w:p>
      <w:pPr>
        <w:jc w:val="right"/>
      </w:pPr>
      <w:r>
        <w:t>یاد رکھیے اس وقت مسلمانوں کے لیے کوئی دوسرا option ہے ہی نہیں۔</w:t>
      </w:r>
    </w:p>
    <w:p>
      <w:r>
        <w:rPr>
          <w:b/>
        </w:rPr>
        <w:t xml:space="preserve">[26:18] </w:t>
      </w:r>
      <w:r>
        <w:t>jaise jo musafir gaadi daura raha hai.</w:t>
      </w:r>
    </w:p>
    <w:p>
      <w:pPr>
        <w:jc w:val="right"/>
      </w:pPr>
      <w:r>
        <w:t>جیسے جو مسافر گاڑی دوڑا رہا ہے۔</w:t>
      </w:r>
    </w:p>
    <w:p>
      <w:r>
        <w:rPr>
          <w:b/>
        </w:rPr>
        <w:t xml:space="preserve">[26:24] </w:t>
      </w:r>
      <w:r>
        <w:t>aur dauraan mein pata chala ke hum ulti taraf ja rahe hain.</w:t>
      </w:r>
    </w:p>
    <w:p>
      <w:pPr>
        <w:jc w:val="right"/>
      </w:pPr>
      <w:r>
        <w:t>اور دوران میں پتہ چلا کہ ہم الٹی طرف جا رہے ہیں۔</w:t>
      </w:r>
    </w:p>
    <w:p>
      <w:r>
        <w:rPr>
          <w:b/>
        </w:rPr>
        <w:t xml:space="preserve">[26:29] </w:t>
      </w:r>
      <w:r>
        <w:t>jaana tha hamein Jaipur, hum ja rahe hain Lucknow ki taraf.</w:t>
      </w:r>
    </w:p>
    <w:p>
      <w:pPr>
        <w:jc w:val="right"/>
      </w:pPr>
      <w:r>
        <w:t>جانا تھا ہمیں جے پور، ہم جا رہے ہیں لکھنؤ کی طرف۔</w:t>
      </w:r>
    </w:p>
    <w:p>
      <w:r>
        <w:rPr>
          <w:b/>
        </w:rPr>
        <w:t xml:space="preserve">[26:35] </w:t>
      </w:r>
      <w:r>
        <w:t>jaana tha hum ko Jaipur road par, hum daud rahe hain Lucknow ke road par.</w:t>
      </w:r>
    </w:p>
    <w:p>
      <w:pPr>
        <w:jc w:val="right"/>
      </w:pPr>
      <w:r>
        <w:t>جانا تھا ہم کو جے پور روڈ پر، ہم دوڑ رہے ہیں لکھنؤ کے روڈ پر۔</w:t>
      </w:r>
    </w:p>
    <w:p>
      <w:r>
        <w:rPr>
          <w:b/>
        </w:rPr>
        <w:t xml:space="preserve">[26:40] </w:t>
      </w:r>
      <w:r>
        <w:t>to ek second bhi woh waste nahi karega, phone ke phone gaadi rokega aur U turn lega.</w:t>
      </w:r>
    </w:p>
    <w:p>
      <w:pPr>
        <w:jc w:val="right"/>
      </w:pPr>
      <w:r>
        <w:t>تو ایک سیکنڈ بھی وہ waste نہیں کرے گا، فون کے فون گاڑی روکے گا اور U turn لے گا۔</w:t>
      </w:r>
    </w:p>
    <w:p>
      <w:r>
        <w:rPr>
          <w:b/>
        </w:rPr>
        <w:t xml:space="preserve">[26:46] </w:t>
      </w:r>
      <w:r>
        <w:t>koi doosra option nahi.</w:t>
      </w:r>
    </w:p>
    <w:p>
      <w:pPr>
        <w:jc w:val="right"/>
      </w:pPr>
      <w:r>
        <w:t>کوئی دوسرا option نہیں۔</w:t>
      </w:r>
    </w:p>
    <w:p>
      <w:r>
        <w:rPr>
          <w:b/>
        </w:rPr>
        <w:t xml:space="preserve">[26:52] </w:t>
      </w:r>
      <w:r>
        <w:t>aise musafir ke liye koi doosra option nahi.</w:t>
      </w:r>
    </w:p>
    <w:p>
      <w:pPr>
        <w:jc w:val="right"/>
      </w:pPr>
      <w:r>
        <w:t>ایسے مسافر کے لیے کوئی دوسرا option نہیں۔</w:t>
      </w:r>
    </w:p>
    <w:p>
      <w:r>
        <w:rPr>
          <w:b/>
        </w:rPr>
        <w:t xml:space="preserve">[26:57] </w:t>
      </w:r>
      <w:r>
        <w:t>doosra koi option possible hi nahi.</w:t>
      </w:r>
    </w:p>
    <w:p>
      <w:pPr>
        <w:jc w:val="right"/>
      </w:pPr>
      <w:r>
        <w:t>دوسرا کوئی option possible ہی نہیں۔</w:t>
      </w:r>
    </w:p>
    <w:p>
      <w:r>
        <w:rPr>
          <w:b/>
        </w:rPr>
        <w:t xml:space="preserve">[27:03] </w:t>
      </w:r>
      <w:r>
        <w:t>aur koi musafir yeh galati nahi karega ke yeh janne ke bawajood apni gaadi daudata rahe, daudata</w:t>
      </w:r>
    </w:p>
    <w:p>
      <w:pPr>
        <w:jc w:val="right"/>
      </w:pPr>
      <w:r>
        <w:t>اور کوئی مسافر یہ غلطی نہیں کرے گا کہ یہ جاننے کے باوجود اپنی گاڑی دوڑاتا رہے، دوڑاتا</w:t>
      </w:r>
    </w:p>
    <w:p>
      <w:r>
        <w:rPr>
          <w:b/>
        </w:rPr>
        <w:t xml:space="preserve">[27:09] </w:t>
      </w:r>
      <w:r>
        <w:t>rahe, daudata rahe.</w:t>
      </w:r>
    </w:p>
    <w:p>
      <w:pPr>
        <w:jc w:val="right"/>
      </w:pPr>
      <w:r>
        <w:t>رہے، دوڑاتا رہے۔</w:t>
      </w:r>
    </w:p>
    <w:p>
      <w:r>
        <w:rPr>
          <w:b/>
        </w:rPr>
        <w:t xml:space="preserve">[27:14] </w:t>
      </w:r>
      <w:r>
        <w:t>to saari duniya ke musalman ya to practically ya apni soch ke aitbaar se ulti taraf daud rahe hain.</w:t>
      </w:r>
    </w:p>
    <w:p>
      <w:pPr>
        <w:jc w:val="right"/>
      </w:pPr>
      <w:r>
        <w:t>تو ساری دنیا کے مسلمان یا تو practically یا اپنی سوچ کے اعتبار سے الٹی طرف دوڑ رہے ہیں۔</w:t>
      </w:r>
    </w:p>
    <w:p>
      <w:r>
        <w:rPr>
          <w:b/>
        </w:rPr>
        <w:t xml:space="preserve">[27:20] </w:t>
      </w:r>
      <w:r>
        <w:t>koi practically daud raha hai, koi kisi ki soch wahi hai.</w:t>
      </w:r>
    </w:p>
    <w:p>
      <w:pPr>
        <w:jc w:val="right"/>
      </w:pPr>
      <w:r>
        <w:t>کوئی practically دوڑ رہا ہے، کوئی کسی کی سوچ وہی ہے۔</w:t>
      </w:r>
    </w:p>
    <w:p>
      <w:r>
        <w:rPr>
          <w:b/>
        </w:rPr>
        <w:t xml:space="preserve">[27:25] </w:t>
      </w:r>
      <w:r>
        <w:t>yaani koi active sense mein, koi passive sense mein.</w:t>
      </w:r>
    </w:p>
    <w:p>
      <w:pPr>
        <w:jc w:val="right"/>
      </w:pPr>
      <w:r>
        <w:t>یعنی کوئی active sense میں، کوئی passive sense میں۔</w:t>
      </w:r>
    </w:p>
    <w:p>
      <w:r>
        <w:rPr>
          <w:b/>
        </w:rPr>
        <w:t xml:space="preserve">[27:31] </w:t>
      </w:r>
      <w:r>
        <w:t>to sab ko apni gaadi ko ulti taraf chala, gaadi ko rok kar U turn lena hai, apni</w:t>
      </w:r>
    </w:p>
    <w:p>
      <w:pPr>
        <w:jc w:val="right"/>
      </w:pPr>
      <w:r>
        <w:t>تو سب کو اپنی گاڑی کو الٹی طرف چلا، گاڑی کو روک کر U turn لینا ہے، اپنی</w:t>
      </w:r>
    </w:p>
    <w:p>
      <w:r>
        <w:rPr>
          <w:b/>
        </w:rPr>
        <w:t xml:space="preserve">[27:37] </w:t>
      </w:r>
      <w:r>
        <w:t>soch ko badalna hai.</w:t>
      </w:r>
    </w:p>
    <w:p>
      <w:pPr>
        <w:jc w:val="right"/>
      </w:pPr>
      <w:r>
        <w:t>سوچ کو بدلنا ہے۔</w:t>
      </w:r>
    </w:p>
    <w:p>
      <w:r>
        <w:rPr>
          <w:b/>
        </w:rPr>
        <w:t xml:space="preserve">[27:42] </w:t>
      </w:r>
      <w:r>
        <w:t>aur koi option hai hi nahi.</w:t>
      </w:r>
    </w:p>
    <w:p>
      <w:pPr>
        <w:jc w:val="right"/>
      </w:pPr>
      <w:r>
        <w:t>اور کوئی option ہے ہی نہیں۔</w:t>
      </w:r>
    </w:p>
    <w:p>
      <w:r>
        <w:rPr>
          <w:b/>
        </w:rPr>
        <w:t xml:space="preserve">[27:48] </w:t>
      </w:r>
      <w:r>
        <w:t>dekhiye society, bombing koi option nahi hai.</w:t>
      </w:r>
    </w:p>
    <w:p>
      <w:pPr>
        <w:jc w:val="right"/>
      </w:pPr>
      <w:r>
        <w:t>دیکھیے سوسائٹی، bombing کوئی option نہیں ہے۔</w:t>
      </w:r>
    </w:p>
    <w:p>
      <w:r>
        <w:rPr>
          <w:b/>
        </w:rPr>
        <w:t xml:space="preserve">[27:54] </w:t>
      </w:r>
      <w:r>
        <w:t>khilafat koi option nahi hai.</w:t>
      </w:r>
    </w:p>
    <w:p>
      <w:pPr>
        <w:jc w:val="right"/>
      </w:pPr>
      <w:r>
        <w:t>خلافت کوئی option نہیں ہے۔</w:t>
      </w:r>
    </w:p>
    <w:p>
      <w:r>
        <w:rPr>
          <w:b/>
        </w:rPr>
        <w:t xml:space="preserve">[27:59] </w:t>
      </w:r>
      <w:r>
        <w:t>jo nafrat ko promote hai, woh musalman karte hain, yeh koi option nahi hai.</w:t>
      </w:r>
    </w:p>
    <w:p>
      <w:pPr>
        <w:jc w:val="right"/>
      </w:pPr>
      <w:r>
        <w:t>جو نفرت کو promote ہے، وہ مسلمان کرتے ہیں، یہ کوئی option نہیں ہے۔</w:t>
      </w:r>
    </w:p>
    <w:p>
      <w:r>
        <w:rPr>
          <w:b/>
        </w:rPr>
        <w:t xml:space="preserve">[28:05] </w:t>
      </w:r>
      <w:r>
        <w:t>mein musalmanon ke ek seminar mein shareek hua, woh sab ke sab musalman, parhe likhe musalman the us din.</w:t>
      </w:r>
    </w:p>
    <w:p>
      <w:pPr>
        <w:jc w:val="right"/>
      </w:pPr>
      <w:r>
        <w:t>میں مسلمانوں کے ایک سیمینار میں شریک ہوا، وہ سب کے سب مسلمان، پڑھے لکھے مسلمان تھے اس دن۔</w:t>
      </w:r>
    </w:p>
    <w:p>
      <w:r>
        <w:rPr>
          <w:b/>
        </w:rPr>
        <w:t xml:space="preserve">[28:11] </w:t>
      </w:r>
      <w:r>
        <w:t>yaani English knowing musalman the.</w:t>
      </w:r>
    </w:p>
    <w:p>
      <w:pPr>
        <w:jc w:val="right"/>
      </w:pPr>
      <w:r>
        <w:t>یعنی English knowing مسلمان تھے۔</w:t>
      </w:r>
    </w:p>
    <w:p>
      <w:r>
        <w:rPr>
          <w:b/>
        </w:rPr>
        <w:t xml:space="preserve">[28:16] </w:t>
      </w:r>
      <w:r>
        <w:t>to ek sahab ne bade dhoom se kaha, ek speaker ne "We are under siege" yaani "Muslims are</w:t>
      </w:r>
    </w:p>
    <w:p>
      <w:pPr>
        <w:jc w:val="right"/>
      </w:pPr>
      <w:r>
        <w:t>تو ایک صاحب نے بڑے دھوم سے کہا، ایک سپیکر نے "We are under siege" یعنی "Muslims are</w:t>
      </w:r>
    </w:p>
    <w:p>
      <w:r>
        <w:rPr>
          <w:b/>
        </w:rPr>
        <w:t xml:space="preserve">[28:22] </w:t>
      </w:r>
      <w:r>
        <w:t>under siege" ।</w:t>
      </w:r>
    </w:p>
    <w:p>
      <w:pPr>
        <w:jc w:val="right"/>
      </w:pPr>
      <w:r>
        <w:t>under siege" ۔</w:t>
      </w:r>
    </w:p>
    <w:p>
      <w:r>
        <w:rPr>
          <w:b/>
        </w:rPr>
        <w:t xml:space="preserve">[28:27] </w:t>
      </w:r>
      <w:r>
        <w:t>to tamam logon ne is ko taliyan bajaien.</w:t>
      </w:r>
    </w:p>
    <w:p>
      <w:pPr>
        <w:jc w:val="right"/>
      </w:pPr>
      <w:r>
        <w:t>تو تمام لوگوں نے اس کو تالیاں بجائیں۔</w:t>
      </w:r>
    </w:p>
    <w:p>
      <w:r>
        <w:rPr>
          <w:b/>
        </w:rPr>
        <w:t xml:space="preserve">[28:33] </w:t>
      </w:r>
      <w:r>
        <w:t>kisi ne yeh nahin kaha ke tum jhoot bolte ho.</w:t>
      </w:r>
    </w:p>
    <w:p>
      <w:pPr>
        <w:jc w:val="right"/>
      </w:pPr>
      <w:r>
        <w:t>کسی نے یہ نہیں کہا کہ تم جھوٹ بولتے ہو۔</w:t>
      </w:r>
    </w:p>
    <w:p>
      <w:r>
        <w:rPr>
          <w:b/>
        </w:rPr>
        <w:t xml:space="preserve">[28:39] </w:t>
      </w:r>
      <w:r>
        <w:t>Under siege kahan hum hain? hum azaad hain, jo chahe karen.</w:t>
      </w:r>
    </w:p>
    <w:p>
      <w:pPr>
        <w:jc w:val="right"/>
      </w:pPr>
      <w:r>
        <w:t>Under siege کہاں ہم ہیں؟ ہم آزاد ہیں، جو چاہے کریں۔</w:t>
      </w:r>
    </w:p>
    <w:p>
      <w:r>
        <w:rPr>
          <w:b/>
        </w:rPr>
        <w:t xml:space="preserve">[28:44] </w:t>
      </w:r>
      <w:r>
        <w:t>Under siege kahan hain? sirf mein tha ke bilkul mein to ro raha tha ke kitne andhe pan</w:t>
      </w:r>
    </w:p>
    <w:p>
      <w:pPr>
        <w:jc w:val="right"/>
      </w:pPr>
      <w:r>
        <w:t>Under siege کہاں ہیں؟ صرف میں تھا کہ بالکل میں تو رو رہا تھا کہ کتنے اندھے پن</w:t>
      </w:r>
    </w:p>
    <w:p>
      <w:r>
        <w:rPr>
          <w:b/>
        </w:rPr>
        <w:t xml:space="preserve">[28:50] </w:t>
      </w:r>
      <w:r>
        <w:t>mein phanse hue hain, parhe likhe log keh rahe hain ke "We are under siege" .</w:t>
      </w:r>
    </w:p>
    <w:p>
      <w:pPr>
        <w:jc w:val="right"/>
      </w:pPr>
      <w:r>
        <w:t>میں پھنسے ہوئے ہیں، پڑھے لکھے لوگ کہہ رہے ہیں کہ "We are under siege" ۔</w:t>
      </w:r>
    </w:p>
    <w:p>
      <w:r>
        <w:rPr>
          <w:b/>
        </w:rPr>
        <w:t xml:space="preserve">[28:56] </w:t>
      </w:r>
      <w:r>
        <w:t>ulti ulti baat bol rahe hain.</w:t>
      </w:r>
    </w:p>
    <w:p>
      <w:pPr>
        <w:jc w:val="right"/>
      </w:pPr>
      <w:r>
        <w:t>الٹی الٹی بات بول رہے ہیں۔</w:t>
      </w:r>
    </w:p>
    <w:p>
      <w:r>
        <w:rPr>
          <w:b/>
        </w:rPr>
        <w:t xml:space="preserve">[29:01] </w:t>
      </w:r>
      <w:r>
        <w:t>to is soch ko badalna hai, is ke siwa koi doosra option musalmanon ke liye is zamane mein</w:t>
      </w:r>
    </w:p>
    <w:p>
      <w:pPr>
        <w:jc w:val="right"/>
      </w:pPr>
      <w:r>
        <w:t>تو اس سوچ کو بدلنا ہے، اس کے سوا کوئی دوسرا option مسلمانوں کے لیے اس زمانے میں</w:t>
      </w:r>
    </w:p>
    <w:p>
      <w:r>
        <w:rPr>
          <w:b/>
        </w:rPr>
        <w:t xml:space="preserve">[29:07] </w:t>
      </w:r>
      <w:r>
        <w:t>maujood hi nahin hai.</w:t>
      </w:r>
    </w:p>
    <w:p>
      <w:pPr>
        <w:jc w:val="right"/>
      </w:pPr>
      <w:r>
        <w:t>موجود ہی نہیں ہے۔</w:t>
      </w:r>
    </w:p>
    <w:p>
      <w:r>
        <w:rPr>
          <w:b/>
        </w:rPr>
        <w:t xml:space="preserve">[29:12] </w:t>
      </w:r>
      <w:r>
        <w:t>aur target musalmanon ke ek hi hai, dawat ilal Allah, quran ko phailana, peaceful tareeqe se Islam ko,</w:t>
      </w:r>
    </w:p>
    <w:p>
      <w:pPr>
        <w:jc w:val="right"/>
      </w:pPr>
      <w:r>
        <w:t>اور target مسلمانوں کے ایک ہی ہے، دعوت الی اللہ، قرآن کو پھیلانا، peaceful طریقے سے اسلام کو،</w:t>
      </w:r>
    </w:p>
    <w:p>
      <w:r>
        <w:rPr>
          <w:b/>
        </w:rPr>
        <w:t xml:space="preserve">[29:18] </w:t>
      </w:r>
      <w:r>
        <w:t>Allah ka masla logon ko batana.</w:t>
      </w:r>
    </w:p>
    <w:p>
      <w:pPr>
        <w:jc w:val="right"/>
      </w:pPr>
      <w:r>
        <w:t>اللہ کا مسئلہ لوگوں کو بتانا۔</w:t>
      </w:r>
    </w:p>
    <w:p>
      <w:r>
        <w:rPr>
          <w:b/>
        </w:rPr>
        <w:t xml:space="preserve">[29:24] </w:t>
      </w:r>
      <w:r>
        <w:t>yahi mission hai, pehle bhi tha, aaj bhi yahi mission hai.</w:t>
      </w:r>
    </w:p>
    <w:p>
      <w:pPr>
        <w:jc w:val="right"/>
      </w:pPr>
      <w:r>
        <w:t>یہی mission ہے، پہلے بھی تھا، آج بھی یہی mission ہے۔</w:t>
      </w:r>
    </w:p>
    <w:p>
      <w:r>
        <w:rPr>
          <w:b/>
        </w:rPr>
        <w:t xml:space="preserve">[29:29] </w:t>
      </w:r>
      <w:r>
        <w:t>ab to nai baat yeh hui hai ke doosre jin jin cheezon ko musalmanon ne apne target banaya,</w:t>
      </w:r>
    </w:p>
    <w:p>
      <w:pPr>
        <w:jc w:val="right"/>
      </w:pPr>
      <w:r>
        <w:t>اب تو نئی بات یہ ہوئی ہے کہ دوسرے جن جن چیزوں کو مسلمانوں نے اپنے target بنایا،</w:t>
      </w:r>
    </w:p>
    <w:p>
      <w:r>
        <w:rPr>
          <w:b/>
        </w:rPr>
        <w:t xml:space="preserve">[29:35] </w:t>
      </w:r>
      <w:r>
        <w:t>wo fail ho chuke.</w:t>
      </w:r>
    </w:p>
    <w:p>
      <w:pPr>
        <w:jc w:val="right"/>
      </w:pPr>
      <w:r>
        <w:t>وہ fail ہو چکے۔</w:t>
      </w:r>
    </w:p>
    <w:p>
      <w:r>
        <w:rPr>
          <w:b/>
        </w:rPr>
        <w:t xml:space="preserve">[29:41] </w:t>
      </w:r>
      <w:r>
        <w:t>doosri jin cheezon ko musalmanon ne apne target banaya, wo sab fail ho chuke.</w:t>
      </w:r>
    </w:p>
    <w:p>
      <w:pPr>
        <w:jc w:val="right"/>
      </w:pPr>
      <w:r>
        <w:t>دوسری جن چیزوں کو مسلمانوں نے اپنے target بنایا، وہ سب fail ہو چکے۔</w:t>
      </w:r>
    </w:p>
    <w:p>
      <w:r>
        <w:rPr>
          <w:b/>
        </w:rPr>
        <w:t xml:space="preserve">[29:46] </w:t>
      </w:r>
      <w:r>
        <w:t>khilafat ka target, parties ka target, society bombing ka target, wo sab fail ho chuke.</w:t>
      </w:r>
    </w:p>
    <w:p>
      <w:pPr>
        <w:jc w:val="right"/>
      </w:pPr>
      <w:r>
        <w:t>خلافت کا target، parties کا target، سوسائٹی bombing کا target، وہ سب fail ہو چکے۔</w:t>
      </w:r>
    </w:p>
    <w:p>
      <w:r>
        <w:rPr>
          <w:b/>
        </w:rPr>
        <w:t xml:space="preserve">[29:52] </w:t>
      </w:r>
      <w:r>
        <w:t>Terrorism ka target, wo sab fail ho chuke.</w:t>
      </w:r>
    </w:p>
    <w:p>
      <w:pPr>
        <w:jc w:val="right"/>
      </w:pPr>
      <w:r>
        <w:t>Terrorism کا target, وہ سب fail ہو چکے۔</w:t>
      </w:r>
    </w:p>
    <w:p>
      <w:r>
        <w:rPr>
          <w:b/>
        </w:rPr>
        <w:t xml:space="preserve">[29:57] </w:t>
      </w:r>
      <w:r>
        <w:t>yani leaderon ko to mil gayi shohrat, fame.</w:t>
      </w:r>
    </w:p>
    <w:p>
      <w:pPr>
        <w:jc w:val="right"/>
      </w:pPr>
      <w:r>
        <w:t>یعنی لیڈروں کو تو مل گئی شہرت، fame۔</w:t>
      </w:r>
    </w:p>
    <w:p>
      <w:r>
        <w:rPr>
          <w:b/>
        </w:rPr>
        <w:t xml:space="preserve">[30:03] </w:t>
      </w:r>
      <w:r>
        <w:t>jo logon ne leadership ki, un ko to in terms of fame mil gaya kuch.</w:t>
      </w:r>
    </w:p>
    <w:p>
      <w:pPr>
        <w:jc w:val="right"/>
      </w:pPr>
      <w:r>
        <w:t>جو لوگوں نے leadership کی، ان کو تو in terms of fame مل گیا کچھ۔</w:t>
      </w:r>
    </w:p>
    <w:p>
      <w:r>
        <w:rPr>
          <w:b/>
        </w:rPr>
        <w:t xml:space="preserve">[30:09] </w:t>
      </w:r>
      <w:r>
        <w:t>yani shohrat ke maane mein kuch mil gaya un ko.</w:t>
      </w:r>
    </w:p>
    <w:p>
      <w:pPr>
        <w:jc w:val="right"/>
      </w:pPr>
      <w:r>
        <w:t>یعنی شہرت کے معنی میں کچھ مل گیا ان کو۔</w:t>
      </w:r>
    </w:p>
    <w:p>
      <w:r>
        <w:rPr>
          <w:b/>
        </w:rPr>
        <w:t xml:space="preserve">[30:14] </w:t>
      </w:r>
      <w:r>
        <w:t>baqi aap musalmanon ko kya mila? kuch bhi nahin mila.</w:t>
      </w:r>
    </w:p>
    <w:p>
      <w:pPr>
        <w:jc w:val="right"/>
      </w:pPr>
      <w:r>
        <w:t>باقی آپ مسلمانوں کو کیا ملا؟ کچھ بھی نہیں ملا۔</w:t>
      </w:r>
    </w:p>
    <w:p>
      <w:r>
        <w:rPr>
          <w:b/>
        </w:rPr>
        <w:t xml:space="preserve">[30:20] </w:t>
      </w:r>
      <w:r>
        <w:t>leaderon ko bhi kya mila? Fame.</w:t>
      </w:r>
    </w:p>
    <w:p>
      <w:pPr>
        <w:jc w:val="right"/>
      </w:pPr>
      <w:r>
        <w:t>لیڈروں کو بھی کیا ملا؟ Fame۔</w:t>
      </w:r>
    </w:p>
    <w:p>
      <w:r>
        <w:rPr>
          <w:b/>
        </w:rPr>
        <w:t xml:space="preserve">[30:26] </w:t>
      </w:r>
      <w:r>
        <w:t>aur to kuch mila nahin.</w:t>
      </w:r>
    </w:p>
    <w:p>
      <w:pPr>
        <w:jc w:val="right"/>
      </w:pPr>
      <w:r>
        <w:t>اور تو کچھ ملا نہیں۔</w:t>
      </w:r>
    </w:p>
    <w:p>
      <w:r>
        <w:rPr>
          <w:b/>
        </w:rPr>
        <w:t xml:space="preserve">[30:31] </w:t>
      </w:r>
      <w:r>
        <w:t>leaderon ko bhi fame ke siwa to kuch nahin mila.</w:t>
      </w:r>
    </w:p>
    <w:p>
      <w:pPr>
        <w:jc w:val="right"/>
      </w:pPr>
      <w:r>
        <w:t>لیڈروں کو بھی fame کے سوا تو کچھ نہیں ملا۔</w:t>
      </w:r>
    </w:p>
    <w:p>
      <w:r>
        <w:rPr>
          <w:b/>
        </w:rPr>
        <w:t xml:space="preserve">[30:37] </w:t>
      </w:r>
      <w:r>
        <w:t>to awam mare gaye aur leaderon ko fame mila.</w:t>
      </w:r>
    </w:p>
    <w:p>
      <w:pPr>
        <w:jc w:val="right"/>
      </w:pPr>
      <w:r>
        <w:t>تو عوام مارے گئے اور لیڈروں کو fame ملا۔</w:t>
      </w:r>
    </w:p>
    <w:p>
      <w:r>
        <w:rPr>
          <w:b/>
        </w:rPr>
        <w:t xml:space="preserve">[30:42] </w:t>
      </w:r>
      <w:r>
        <w:t>is ke baad kya hai? is ke baad kuch bhi nahin.</w:t>
      </w:r>
    </w:p>
    <w:p>
      <w:pPr>
        <w:jc w:val="right"/>
      </w:pPr>
      <w:r>
        <w:t>اس کے بعد کیا ہے؟ اس کے بعد کچھ بھی نہیں۔</w:t>
      </w:r>
    </w:p>
    <w:p>
      <w:r>
        <w:rPr>
          <w:b/>
        </w:rPr>
        <w:t xml:space="preserve">[30:48] </w:t>
      </w:r>
      <w:r>
        <w:t>islam ki image kharab hui.</w:t>
      </w:r>
    </w:p>
    <w:p>
      <w:pPr>
        <w:jc w:val="right"/>
      </w:pPr>
      <w:r>
        <w:t>اسلام کی image خراب ہوئی۔</w:t>
      </w:r>
    </w:p>
    <w:p>
      <w:r>
        <w:rPr>
          <w:b/>
        </w:rPr>
        <w:t xml:space="preserve">[30:54] </w:t>
      </w:r>
      <w:r>
        <w:t>log islam ko samajhne lage to there is a violence hai.</w:t>
      </w:r>
    </w:p>
    <w:p>
      <w:pPr>
        <w:jc w:val="right"/>
      </w:pPr>
      <w:r>
        <w:t>لوگ اسلام کو سمجھنے لگے تو there is a violence ہے۔</w:t>
      </w:r>
    </w:p>
    <w:p>
      <w:r>
        <w:rPr>
          <w:b/>
        </w:rPr>
        <w:t xml:space="preserve">[30:59] </w:t>
      </w:r>
      <w:r>
        <w:t>there is a intolerance hai.</w:t>
      </w:r>
    </w:p>
    <w:p>
      <w:pPr>
        <w:jc w:val="right"/>
      </w:pPr>
      <w:r>
        <w:t>there is a intolerance ہے۔</w:t>
      </w:r>
    </w:p>
    <w:p>
      <w:r>
        <w:rPr>
          <w:b/>
        </w:rPr>
        <w:t xml:space="preserve">[31:05] </w:t>
      </w:r>
      <w:r>
        <w:t>islam ke hisse mein aaya ke islam ki image kharab ho gai.</w:t>
      </w:r>
    </w:p>
    <w:p>
      <w:pPr>
        <w:jc w:val="right"/>
      </w:pPr>
      <w:r>
        <w:t>اسلام کے حصے میں آیا کہ اسلام کی image خراب ہو گئی۔</w:t>
      </w:r>
    </w:p>
    <w:p>
      <w:r>
        <w:rPr>
          <w:b/>
        </w:rPr>
        <w:t xml:space="preserve">[31:11] </w:t>
      </w:r>
      <w:r>
        <w:t>aap ghor kijiye ke teen parties hain yahan.</w:t>
      </w:r>
    </w:p>
    <w:p>
      <w:pPr>
        <w:jc w:val="right"/>
      </w:pPr>
      <w:r>
        <w:t>آپ غور کیجیے کہ تین parties ہیں یہاں۔</w:t>
      </w:r>
    </w:p>
    <w:p>
      <w:r>
        <w:rPr>
          <w:b/>
        </w:rPr>
        <w:t xml:space="preserve">[31:16] </w:t>
      </w:r>
      <w:r>
        <w:t>islam, muslim awam aur leader. muslim leader.</w:t>
      </w:r>
    </w:p>
    <w:p>
      <w:pPr>
        <w:jc w:val="right"/>
      </w:pPr>
      <w:r>
        <w:t>اسلام، مسلم عوام اور leader۔ مسلم leader۔</w:t>
      </w:r>
    </w:p>
    <w:p>
      <w:r>
        <w:rPr>
          <w:b/>
        </w:rPr>
        <w:t xml:space="preserve">[31:22] </w:t>
      </w:r>
      <w:r>
        <w:t>to muslim leaderon ko fame mila.</w:t>
      </w:r>
    </w:p>
    <w:p>
      <w:pPr>
        <w:jc w:val="right"/>
      </w:pPr>
      <w:r>
        <w:t>تو مسلم لیڈروں کو fame ملا۔</w:t>
      </w:r>
    </w:p>
    <w:p>
      <w:r>
        <w:rPr>
          <w:b/>
        </w:rPr>
        <w:t xml:space="preserve">[31:27] </w:t>
      </w:r>
      <w:r>
        <w:t>kyunke yeh daur tha media ka.</w:t>
      </w:r>
    </w:p>
    <w:p>
      <w:pPr>
        <w:jc w:val="right"/>
      </w:pPr>
      <w:r>
        <w:t>کیونکہ یہ دور تھا میڈیا کا۔</w:t>
      </w:r>
    </w:p>
    <w:p>
      <w:r>
        <w:rPr>
          <w:b/>
        </w:rPr>
        <w:t xml:space="preserve">[31:33] </w:t>
      </w:r>
      <w:r>
        <w:t>media ka daur tha.</w:t>
      </w:r>
    </w:p>
    <w:p>
      <w:pPr>
        <w:jc w:val="right"/>
      </w:pPr>
      <w:r>
        <w:t>میڈیا کا دور تھا۔</w:t>
      </w:r>
    </w:p>
    <w:p>
      <w:r>
        <w:rPr>
          <w:b/>
        </w:rPr>
        <w:t xml:space="preserve">[31:39] </w:t>
      </w:r>
      <w:r>
        <w:t>ab woh media jo hai, sensational khabron ko khoob phailata hai.</w:t>
      </w:r>
    </w:p>
    <w:p>
      <w:pPr>
        <w:jc w:val="right"/>
      </w:pPr>
      <w:r>
        <w:t>اب وہ میڈیا جو ہے، sensational خبروں کو خوب پھیلاتا ہے۔</w:t>
      </w:r>
    </w:p>
    <w:p>
      <w:r>
        <w:rPr>
          <w:b/>
        </w:rPr>
        <w:t xml:space="preserve">[31:44] </w:t>
      </w:r>
      <w:r>
        <w:t>to muslim leaderon ko fame mila.</w:t>
      </w:r>
    </w:p>
    <w:p>
      <w:pPr>
        <w:jc w:val="right"/>
      </w:pPr>
      <w:r>
        <w:t>تو مسلم لیڈروں کو fame ملا۔</w:t>
      </w:r>
    </w:p>
    <w:p>
      <w:r>
        <w:rPr>
          <w:b/>
        </w:rPr>
        <w:t xml:space="preserve">[31:50] </w:t>
      </w:r>
      <w:r>
        <w:t>muslim awam ko barbadi mili.</w:t>
      </w:r>
    </w:p>
    <w:p>
      <w:pPr>
        <w:jc w:val="right"/>
      </w:pPr>
      <w:r>
        <w:t>مسلم عوام کو بربادی ملی۔</w:t>
      </w:r>
    </w:p>
    <w:p>
      <w:r>
        <w:rPr>
          <w:b/>
        </w:rPr>
        <w:t xml:space="preserve">[31:56] </w:t>
      </w:r>
      <w:r>
        <w:t>islam ko kya mila? image kharab ho gai.</w:t>
      </w:r>
    </w:p>
    <w:p>
      <w:pPr>
        <w:jc w:val="right"/>
      </w:pPr>
      <w:r>
        <w:t>اسلام کو کیا ملا؟ Image خراب ہو گئی۔</w:t>
      </w:r>
    </w:p>
    <w:p>
      <w:r>
        <w:rPr>
          <w:b/>
        </w:rPr>
        <w:t xml:space="preserve">[32:01] </w:t>
      </w:r>
      <w:r>
        <w:t>islam ko yeh mila ke image kharab ho gai.</w:t>
      </w:r>
    </w:p>
    <w:p>
      <w:pPr>
        <w:jc w:val="right"/>
      </w:pPr>
      <w:r>
        <w:t>اسلام کو یہ ملا کہ image خراب ہو گئی۔</w:t>
      </w:r>
    </w:p>
    <w:p>
      <w:r>
        <w:rPr>
          <w:b/>
        </w:rPr>
        <w:t xml:space="preserve">[32:07] </w:t>
      </w:r>
      <w:r>
        <w:t>ke islam to society bombing sikhata hai.</w:t>
      </w:r>
    </w:p>
    <w:p>
      <w:pPr>
        <w:jc w:val="right"/>
      </w:pPr>
      <w:r>
        <w:t>کہ اسلام تو سوسائٹی bombing سکھاتا ہے۔</w:t>
      </w:r>
    </w:p>
    <w:p>
      <w:r>
        <w:rPr>
          <w:b/>
        </w:rPr>
        <w:t xml:space="preserve">[32:12] </w:t>
      </w:r>
      <w:r>
        <w:t>islam mein to violence hai.</w:t>
      </w:r>
    </w:p>
    <w:p>
      <w:pPr>
        <w:jc w:val="right"/>
      </w:pPr>
      <w:r>
        <w:t>اسلام میں تو violence ہے۔</w:t>
      </w:r>
    </w:p>
    <w:p>
      <w:r>
        <w:rPr>
          <w:b/>
        </w:rPr>
        <w:t xml:space="preserve">[32:18] </w:t>
      </w:r>
      <w:r>
        <w:t>islam mein to negative thinking hai.</w:t>
      </w:r>
    </w:p>
    <w:p>
      <w:pPr>
        <w:jc w:val="right"/>
      </w:pPr>
      <w:r>
        <w:t>اسلام میں تو negative thinking ہے۔</w:t>
      </w:r>
    </w:p>
    <w:p>
      <w:r>
        <w:rPr>
          <w:b/>
        </w:rPr>
        <w:t xml:space="preserve">[32:24] </w:t>
      </w:r>
      <w:r>
        <w:t>to kis ko mila? yani is jo do sau saal ki jo hangama arai chal rahi hai, musalmanon mein.</w:t>
      </w:r>
    </w:p>
    <w:p>
      <w:pPr>
        <w:jc w:val="right"/>
      </w:pPr>
      <w:r>
        <w:t>تو کس کو ملا؟ یعنی اس جو دو سو سال کی جو ہنگام آرائی چل رہی ہے، مسلمانوں میں۔</w:t>
      </w:r>
    </w:p>
    <w:p>
      <w:r>
        <w:rPr>
          <w:b/>
        </w:rPr>
        <w:t xml:space="preserve">[32:29] </w:t>
      </w:r>
      <w:r>
        <w:t>do sau saal is liye mashhoor kehta hoon ke log kehte hain ke tipu iran mein shaheed hue.</w:t>
      </w:r>
    </w:p>
    <w:p>
      <w:pPr>
        <w:jc w:val="right"/>
      </w:pPr>
      <w:r>
        <w:t>دو سو سال اس لیے مشہور کہتا ہوں کہ لوگ کہتے ہیں کہ ٹیپو ایران میں شہید ہوئے۔</w:t>
      </w:r>
    </w:p>
    <w:p>
      <w:r>
        <w:rPr>
          <w:b/>
        </w:rPr>
        <w:t xml:space="preserve">[32:35] </w:t>
      </w:r>
      <w:r>
        <w:t>shaheed kya hue? mare gaye.</w:t>
      </w:r>
    </w:p>
    <w:p>
      <w:pPr>
        <w:jc w:val="right"/>
      </w:pPr>
      <w:r>
        <w:t>شہید کیا ہوئے؟ مارے گئے۔</w:t>
      </w:r>
    </w:p>
    <w:p>
      <w:r>
        <w:rPr>
          <w:b/>
        </w:rPr>
        <w:t xml:space="preserve">[32:41] </w:t>
      </w:r>
      <w:r>
        <w:t>is waqt se yeh shuru hua hai jihad.</w:t>
      </w:r>
    </w:p>
    <w:p>
      <w:pPr>
        <w:jc w:val="right"/>
      </w:pPr>
      <w:r>
        <w:t>اس وقت سے یہ شروع ہوا ہے جہاد۔</w:t>
      </w:r>
    </w:p>
    <w:p>
      <w:r>
        <w:rPr>
          <w:b/>
        </w:rPr>
        <w:t xml:space="preserve">[32:46] </w:t>
      </w:r>
      <w:r>
        <w:t>jab aap shaheed kehte hain to glorify karte hain aap.</w:t>
      </w:r>
    </w:p>
    <w:p>
      <w:pPr>
        <w:jc w:val="right"/>
      </w:pPr>
      <w:r>
        <w:t>جب آپ شہید کہتے ہیں تو glorify کرتے ہیں آپ۔</w:t>
      </w:r>
    </w:p>
    <w:p>
      <w:r>
        <w:rPr>
          <w:b/>
        </w:rPr>
        <w:t xml:space="preserve">[32:52] </w:t>
      </w:r>
      <w:r>
        <w:t>aap glorify ko karte hain.</w:t>
      </w:r>
    </w:p>
    <w:p>
      <w:pPr>
        <w:jc w:val="right"/>
      </w:pPr>
      <w:r>
        <w:t>آپ glorify کو کرتے ہیں۔</w:t>
      </w:r>
    </w:p>
    <w:p>
      <w:r>
        <w:rPr>
          <w:b/>
        </w:rPr>
        <w:t xml:space="preserve">[32:58] </w:t>
      </w:r>
      <w:r>
        <w:t>tipu ko glorify kyun karte hain? yeh kahein ke tipu mare gaye angrez se ladte hue.</w:t>
      </w:r>
    </w:p>
    <w:p>
      <w:pPr>
        <w:jc w:val="right"/>
      </w:pPr>
      <w:r>
        <w:t>ٹیپو کو glorify کیوں کرتے ہیں؟ یہ کہیں کہ ٹیپو مارے گئے انگریز سے لڑتے ہوئے۔</w:t>
      </w:r>
    </w:p>
    <w:p>
      <w:r>
        <w:rPr>
          <w:b/>
        </w:rPr>
        <w:t xml:space="preserve">[33:03] </w:t>
      </w:r>
      <w:r>
        <w:t>aap yeh kahiye ke sultan tipu angrez se ladte hue mare gaye.</w:t>
      </w:r>
    </w:p>
    <w:p>
      <w:pPr>
        <w:jc w:val="right"/>
      </w:pPr>
      <w:r>
        <w:t>آپ یہ کہیے کہ سلطان ٹیپو انگریز سے لڑتے ہوئے مارے گئے۔</w:t>
      </w:r>
    </w:p>
    <w:p>
      <w:r>
        <w:rPr>
          <w:b/>
        </w:rPr>
        <w:t xml:space="preserve">[33:09] </w:t>
      </w:r>
      <w:r>
        <w:t>yeh kyon kehte hain ke shaheed hue? jab aap shaheed ka lafz bolte hain to is ka matlab</w:t>
      </w:r>
    </w:p>
    <w:p>
      <w:pPr>
        <w:jc w:val="right"/>
      </w:pPr>
      <w:r>
        <w:t>یہ کیوں کہتے ہیں کہ شہید ہوئے؟ جب آپ شہید کا لفظ بولتے ہیں تو اس کا مطلب</w:t>
      </w:r>
    </w:p>
    <w:p>
      <w:r>
        <w:rPr>
          <w:b/>
        </w:rPr>
        <w:t xml:space="preserve">[33:14] </w:t>
      </w:r>
      <w:r>
        <w:t>hai ke aap ne glorify kiya.</w:t>
      </w:r>
    </w:p>
    <w:p>
      <w:pPr>
        <w:jc w:val="right"/>
      </w:pPr>
      <w:r>
        <w:t>ہے کہ آپ نے glorify کیا۔</w:t>
      </w:r>
    </w:p>
    <w:p>
      <w:r>
        <w:rPr>
          <w:b/>
        </w:rPr>
        <w:t xml:space="preserve">[33:20] </w:t>
      </w:r>
      <w:r>
        <w:t>yeh bohat bari ghalati hai ke jo mara jata hai, us ko shaheed bana dete hain.</w:t>
      </w:r>
    </w:p>
    <w:p>
      <w:pPr>
        <w:jc w:val="right"/>
      </w:pPr>
      <w:r>
        <w:t>یہ بہت بڑی غلطی ہے کہ جو مارا جاتا ہے، اس کو شہید بنا دیتے ہیں۔</w:t>
      </w:r>
    </w:p>
    <w:p>
      <w:r>
        <w:rPr>
          <w:b/>
        </w:rPr>
        <w:t xml:space="preserve">[33:26] </w:t>
      </w:r>
      <w:r>
        <w:t>aap kahiye ke mare gaye, qatal hue.</w:t>
      </w:r>
    </w:p>
    <w:p>
      <w:pPr>
        <w:jc w:val="right"/>
      </w:pPr>
      <w:r>
        <w:t>آپ کہیے کہ مارے گئے، قتل ہوئے۔</w:t>
      </w:r>
    </w:p>
    <w:p>
      <w:r>
        <w:rPr>
          <w:b/>
        </w:rPr>
        <w:t xml:space="preserve">[33:31] </w:t>
      </w:r>
      <w:r>
        <w:t>jo waqia hua, us ko bataiye bas.</w:t>
      </w:r>
    </w:p>
    <w:p>
      <w:pPr>
        <w:jc w:val="right"/>
      </w:pPr>
      <w:r>
        <w:t>جو واقعہ ہوا، اس کو بتائیے بس۔</w:t>
      </w:r>
    </w:p>
    <w:p>
      <w:r>
        <w:rPr>
          <w:b/>
        </w:rPr>
        <w:t xml:space="preserve">[33:37] </w:t>
      </w:r>
      <w:r>
        <w:t>isi wajah se musalmanon mein koi rethinking nahi aati.</w:t>
      </w:r>
    </w:p>
    <w:p>
      <w:pPr>
        <w:jc w:val="right"/>
      </w:pPr>
      <w:r>
        <w:t>اسی وجہ سے مسلمانوں میں کوئی rethinking نہیں آتی۔</w:t>
      </w:r>
    </w:p>
    <w:p>
      <w:r>
        <w:rPr>
          <w:b/>
        </w:rPr>
        <w:t xml:space="preserve">[33:43] </w:t>
      </w:r>
      <w:r>
        <w:t>False pride mein jeete hain.</w:t>
      </w:r>
    </w:p>
    <w:p>
      <w:pPr>
        <w:jc w:val="right"/>
      </w:pPr>
      <w:r>
        <w:t>False pride میں جیتے ہیں۔</w:t>
      </w:r>
    </w:p>
    <w:p>
      <w:r>
        <w:rPr>
          <w:b/>
        </w:rPr>
        <w:t xml:space="preserve">[33:48] </w:t>
      </w:r>
      <w:r>
        <w:t>jitne musalman hain, sab false pride mein jee rahe hain.</w:t>
      </w:r>
    </w:p>
    <w:p>
      <w:pPr>
        <w:jc w:val="right"/>
      </w:pPr>
      <w:r>
        <w:t>جتنے مسلمان ہیں، سب false pride میں جی رہے ہیں۔</w:t>
      </w:r>
    </w:p>
    <w:p>
      <w:r>
        <w:rPr>
          <w:b/>
        </w:rPr>
        <w:t xml:space="preserve">[33:54] </w:t>
      </w:r>
      <w:r>
        <w:t>False pride mein jeene ka sab se bara loss kya hai? ke aap ke andar realistic approach develop nahi karta.</w:t>
      </w:r>
    </w:p>
    <w:p>
      <w:pPr>
        <w:jc w:val="right"/>
      </w:pPr>
      <w:r>
        <w:t>False pride میں جینے کا سب سے بڑا لاس کیا ہے؟ کہ آپ کے اندر realistic approach develop نہیں کرتا۔</w:t>
      </w:r>
    </w:p>
    <w:p>
      <w:r>
        <w:rPr>
          <w:b/>
        </w:rPr>
        <w:t xml:space="preserve">[33:59] </w:t>
      </w:r>
      <w:r>
        <w:t>yani fakhr se kaho ke hum musalman hain.</w:t>
      </w:r>
    </w:p>
    <w:p>
      <w:pPr>
        <w:jc w:val="right"/>
      </w:pPr>
      <w:r>
        <w:t>یعنی فخر سے کہو کہ ہم مسلمان ہیں۔</w:t>
      </w:r>
    </w:p>
    <w:p>
      <w:r>
        <w:rPr>
          <w:b/>
        </w:rPr>
        <w:t xml:space="preserve">[34:05] </w:t>
      </w:r>
      <w:r>
        <w:t>yeh jo nazariya hai, yeh bohat hi killer thinking hai.</w:t>
      </w:r>
    </w:p>
    <w:p>
      <w:pPr>
        <w:jc w:val="right"/>
      </w:pPr>
      <w:r>
        <w:t>یہ جو نظریہ ہے، یہ بہت ہی killer thinking ہے۔</w:t>
      </w:r>
    </w:p>
    <w:p>
      <w:r>
        <w:rPr>
          <w:b/>
        </w:rPr>
        <w:t xml:space="preserve">[34:11] </w:t>
      </w:r>
      <w:r>
        <w:t>jab aap yeh sochein ke fakhr se kaho ke hum musalman hain, to aap ko pata hai ek</w:t>
      </w:r>
    </w:p>
    <w:p>
      <w:pPr>
        <w:jc w:val="right"/>
      </w:pPr>
      <w:r>
        <w:t>جب آپ یہ سوچیں کہ فخر سے کہو کہ ہم مسلمان ہیں، تو آپ کو پتہ ہے ایک</w:t>
      </w:r>
    </w:p>
    <w:p>
      <w:r>
        <w:rPr>
          <w:b/>
        </w:rPr>
        <w:t xml:space="preserve">[34:16] </w:t>
      </w:r>
      <w:r>
        <w:t>bohat bara nuqsan hoga ke realistic thinking jo hai, khatam ho jayegi.</w:t>
      </w:r>
    </w:p>
    <w:p>
      <w:pPr>
        <w:jc w:val="right"/>
      </w:pPr>
      <w:r>
        <w:t>بہت بڑا نقصان ہوگا کہ realistic thinking جو ہے، ختم ہو جائے گی۔</w:t>
      </w:r>
    </w:p>
    <w:p>
      <w:r>
        <w:rPr>
          <w:b/>
        </w:rPr>
        <w:t xml:space="preserve">[34:22] </w:t>
      </w:r>
      <w:r>
        <w:t>aur is duniya mein realistic thinking mein kamyabi hoti hai.</w:t>
      </w:r>
    </w:p>
    <w:p>
      <w:pPr>
        <w:jc w:val="right"/>
      </w:pPr>
      <w:r>
        <w:t>اور اس دنیا میں realistic thinking میں کامیابی ہوتی ہے۔</w:t>
      </w:r>
    </w:p>
    <w:p>
      <w:r>
        <w:rPr>
          <w:b/>
        </w:rPr>
        <w:t xml:space="preserve">[34:28] </w:t>
      </w:r>
      <w:r>
        <w:t>to behal hamara mission jo yeh hai, yahi hai ke hum jo doosre qaumein hain, un ko hum Quran pahunchayein.</w:t>
      </w:r>
    </w:p>
    <w:p>
      <w:pPr>
        <w:jc w:val="right"/>
      </w:pPr>
      <w:r>
        <w:t>تو بہرحال ہمارا mission جو یہ ہے، یہی ہے کہ ہم جو دوسرے قومیں ہیں، ان کو ہم قرآن پہنچائیں۔</w:t>
      </w:r>
    </w:p>
    <w:p>
      <w:r>
        <w:rPr>
          <w:b/>
        </w:rPr>
        <w:t xml:space="preserve">[34:33] </w:t>
      </w:r>
      <w:r>
        <w:t>jo doosri qaumein hain, un ko Quran pahunchayein, un ki understandable language mein.</w:t>
      </w:r>
    </w:p>
    <w:p>
      <w:pPr>
        <w:jc w:val="right"/>
      </w:pPr>
      <w:r>
        <w:t>جو دوسری قومیں ہیں، ان کو قرآن پہنچائیں، ان کی understandable language میں۔</w:t>
      </w:r>
    </w:p>
    <w:p>
      <w:r>
        <w:rPr>
          <w:b/>
        </w:rPr>
        <w:t xml:space="preserve">[34:39] </w:t>
      </w:r>
      <w:r>
        <w:t>doosri qaumon se hamari koi ladai nahi, koi shikayat nahi.</w:t>
      </w:r>
    </w:p>
    <w:p>
      <w:pPr>
        <w:jc w:val="right"/>
      </w:pPr>
      <w:r>
        <w:t>دوسری قوموں سے ہماری کوئی لڑائی نہیں، کوئی شکایت نہیں۔</w:t>
      </w:r>
    </w:p>
    <w:p>
      <w:r>
        <w:rPr>
          <w:b/>
        </w:rPr>
        <w:t xml:space="preserve">[34:44] </w:t>
      </w:r>
      <w:r>
        <w:t>doosri qaumon se hamari koi shikayat nahi, koi ladai nahi.</w:t>
      </w:r>
    </w:p>
    <w:p>
      <w:pPr>
        <w:jc w:val="right"/>
      </w:pPr>
      <w:r>
        <w:t>دوسری قوموں سے ہماری کوئی شکایت نہیں، کوئی لڑائی نہیں۔</w:t>
      </w:r>
    </w:p>
    <w:p>
      <w:r>
        <w:rPr>
          <w:b/>
        </w:rPr>
        <w:t xml:space="preserve">[34:50] </w:t>
      </w:r>
      <w:r>
        <w:t>bas hum samajhte hain ke hamari duty hai ke hum un ko Quran un ki understandable language mein pahunchayein. bas.</w:t>
      </w:r>
    </w:p>
    <w:p>
      <w:pPr>
        <w:jc w:val="right"/>
      </w:pPr>
      <w:r>
        <w:t>بس ہم سمجھتے ہیں کہ ہماری duty ہے کہ ہم ان کو قرآن ان کی understandable language میں پہنچائیں۔ بس۔</w:t>
      </w:r>
    </w:p>
    <w:p>
      <w:r>
        <w:rPr>
          <w:b/>
        </w:rPr>
        <w:t xml:space="preserve">[34:56] </w:t>
      </w:r>
      <w:r>
        <w:t>aur jahan tak musalmanon ka mamla hai, un ke liye hamara mission yeh hai ke un ko hum</w:t>
      </w:r>
    </w:p>
    <w:p>
      <w:pPr>
        <w:jc w:val="right"/>
      </w:pPr>
      <w:r>
        <w:t>اور جہاں تک مسلمانوں کا معاملہ ہے، ان کے لیے ہمارا mission یہ ہے کہ ان کو ہم</w:t>
      </w:r>
    </w:p>
    <w:p>
      <w:r>
        <w:rPr>
          <w:b/>
        </w:rPr>
        <w:t xml:space="preserve">[35:01] </w:t>
      </w:r>
      <w:r>
        <w:t>یہ یہ سوچ پیدا کریں کہ وہ کہ وہ U-turn لیں۔ U-turn۔</w:t>
      </w:r>
    </w:p>
    <w:p>
      <w:pPr>
        <w:jc w:val="right"/>
      </w:pPr>
      <w:r>
        <w:t>یہ یہ سوچ پیدا کریں کہ وہ کہ وہ U turn لیں۔ U turn۔</w:t>
      </w:r>
    </w:p>
    <w:p>
      <w:r>
        <w:rPr>
          <w:b/>
        </w:rPr>
        <w:t xml:space="preserve">[35:07] </w:t>
      </w:r>
      <w:r>
        <w:t>یہ ہمارا two-fold mission ہے، ہمارا two-fold فارمولا۔</w:t>
      </w:r>
    </w:p>
    <w:p>
      <w:pPr>
        <w:jc w:val="right"/>
      </w:pPr>
      <w:r>
        <w:t>یہ ہمارا two fold mission ہے، ہمارا two fold فارمولا۔</w:t>
      </w:r>
    </w:p>
    <w:p>
      <w:r>
        <w:rPr>
          <w:b/>
        </w:rPr>
        <w:t xml:space="preserve">[35:13] </w:t>
      </w:r>
      <w:r>
        <w:t>Two point formula.</w:t>
      </w:r>
    </w:p>
    <w:p>
      <w:pPr>
        <w:jc w:val="right"/>
      </w:pPr>
      <w:r>
        <w:t>Two point فارمولا۔</w:t>
      </w:r>
    </w:p>
    <w:p>
      <w:r>
        <w:rPr>
          <w:b/>
        </w:rPr>
        <w:t xml:space="preserve">[35:18] </w:t>
      </w:r>
      <w:r>
        <w:t>hamare mission ka two point formula yahi hai ke doosri jo qaumein hain, un ko hum Quran un</w:t>
      </w:r>
    </w:p>
    <w:p>
      <w:pPr>
        <w:jc w:val="right"/>
      </w:pPr>
      <w:r>
        <w:t>ہمارے mission کا two point فارمولا یہی ہے کہ دوسری جو قومیں ہیں، ان کو ہم قرآن ان</w:t>
      </w:r>
    </w:p>
    <w:p>
      <w:r>
        <w:rPr>
          <w:b/>
        </w:rPr>
        <w:t xml:space="preserve">[35:24] </w:t>
      </w:r>
      <w:r>
        <w:t>ki apni qabil fehm zuban mein bare paimane par, global level par phaila kar un ko pahunchayein.</w:t>
      </w:r>
    </w:p>
    <w:p>
      <w:pPr>
        <w:jc w:val="right"/>
      </w:pPr>
      <w:r>
        <w:t>کی اپنی قابل فہم زبان میں بڑے پیمانے پر، global level پر پھیلا کر ان کو پہنچائیں۔</w:t>
      </w:r>
    </w:p>
    <w:p>
      <w:r>
        <w:rPr>
          <w:b/>
        </w:rPr>
        <w:t xml:space="preserve">[35:29] </w:t>
      </w:r>
      <w:r>
        <w:t>Global level par un ko hum Quran pahunchayein.</w:t>
      </w:r>
    </w:p>
    <w:p>
      <w:pPr>
        <w:jc w:val="right"/>
      </w:pPr>
      <w:r>
        <w:t>Global level پر ان کو ہم قرآن پہنچائیں۔</w:t>
      </w:r>
    </w:p>
    <w:p>
      <w:r>
        <w:rPr>
          <w:b/>
        </w:rPr>
        <w:t xml:space="preserve">[35:35] </w:t>
      </w:r>
      <w:r>
        <w:t>yeh hamara duty hai, yeh hamara farz hai.</w:t>
      </w:r>
    </w:p>
    <w:p>
      <w:pPr>
        <w:jc w:val="right"/>
      </w:pPr>
      <w:r>
        <w:t>یہ ہمارا duty ہے، یہ ہمارا فرض ہے۔</w:t>
      </w:r>
    </w:p>
    <w:p>
      <w:r>
        <w:rPr>
          <w:b/>
        </w:rPr>
        <w:t xml:space="preserve">[35:41] </w:t>
      </w:r>
      <w:r>
        <w:t>aur jahan tak Musalmanon ka mamla hai, unke andar hum yeh soch layein ke U turn lein.</w:t>
      </w:r>
    </w:p>
    <w:p>
      <w:pPr>
        <w:jc w:val="right"/>
      </w:pPr>
      <w:r>
        <w:t>اور جہاں تک مسلمانوں کا معاملہ ہے، ان کے اندر ہم یہ سوچ لائیں کہ U turn لیں۔</w:t>
      </w:r>
    </w:p>
    <w:p>
      <w:r>
        <w:rPr>
          <w:b/>
        </w:rPr>
        <w:t xml:space="preserve">[35:46] </w:t>
      </w:r>
      <w:r>
        <w:t>yeh is waqt yahi sunnat-e-rasool hai.</w:t>
      </w:r>
    </w:p>
    <w:p>
      <w:pPr>
        <w:jc w:val="right"/>
      </w:pPr>
      <w:r>
        <w:t>یہ اس وقت یہی سنت رسول ہے۔</w:t>
      </w:r>
    </w:p>
    <w:p>
      <w:r>
        <w:rPr>
          <w:b/>
        </w:rPr>
        <w:t xml:space="preserve">[35:52] </w:t>
      </w:r>
      <w:r>
        <w:t>is waqt yahi sunnat-e-rasool hai.</w:t>
      </w:r>
    </w:p>
    <w:p>
      <w:pPr>
        <w:jc w:val="right"/>
      </w:pPr>
      <w:r>
        <w:t>اس وقت یہی سنت رسول ہے۔</w:t>
      </w:r>
    </w:p>
    <w:p>
      <w:r>
        <w:rPr>
          <w:b/>
        </w:rPr>
        <w:t xml:space="preserve">[35:58] </w:t>
      </w:r>
      <w:r>
        <w:t>isi ko quran mein sabr kaha gaya hai.</w:t>
      </w:r>
    </w:p>
    <w:p>
      <w:pPr>
        <w:jc w:val="right"/>
      </w:pPr>
      <w:r>
        <w:t>اسی کو قرآن میں صبر کہا گیا ہے۔</w:t>
      </w:r>
    </w:p>
    <w:p>
      <w:r>
        <w:rPr>
          <w:b/>
        </w:rPr>
        <w:t xml:space="preserve">[36:03] </w:t>
      </w:r>
      <w:r>
        <w:t>yani dekhen, sabr koi purasrar cheez nahi hai.</w:t>
      </w:r>
    </w:p>
    <w:p>
      <w:pPr>
        <w:jc w:val="right"/>
      </w:pPr>
      <w:r>
        <w:t>یعنی دیکھیں، صبر کوئی پراسرار چیز نہیں ہے۔</w:t>
      </w:r>
    </w:p>
    <w:p>
      <w:r>
        <w:rPr>
          <w:b/>
        </w:rPr>
        <w:t xml:space="preserve">[36:09] </w:t>
      </w:r>
      <w:r>
        <w:t>صبر یہی ہے، U turn lena, yahi sabr hai.</w:t>
      </w:r>
    </w:p>
    <w:p>
      <w:pPr>
        <w:jc w:val="right"/>
      </w:pPr>
      <w:r>
        <w:t>صبر یہی ہے، U turn لینا، یہی صبر ہے۔</w:t>
      </w:r>
    </w:p>
    <w:p>
      <w:r>
        <w:rPr>
          <w:b/>
        </w:rPr>
        <w:t xml:space="preserve">[36:14] </w:t>
      </w:r>
      <w:r>
        <w:t>sabr ka matlab hai U turn lena, realistic planning karna, realistic andaaz mein mashwara banana.</w:t>
      </w:r>
    </w:p>
    <w:p>
      <w:pPr>
        <w:jc w:val="right"/>
      </w:pPr>
      <w:r>
        <w:t>صبر کا مطلب ہے U turn لینا، realistic planning کرنا، realistic انداز میں مشورہ بنانا۔</w:t>
      </w:r>
    </w:p>
    <w:p>
      <w:r>
        <w:rPr>
          <w:b/>
        </w:rPr>
        <w:t xml:space="preserve">[36:20] </w:t>
      </w:r>
      <w:r>
        <w:t>yahi sabr hai.</w:t>
      </w:r>
    </w:p>
    <w:p>
      <w:pPr>
        <w:jc w:val="right"/>
      </w:pPr>
      <w:r>
        <w:t>یہی صبر ہے۔</w:t>
      </w:r>
    </w:p>
    <w:p>
      <w:r>
        <w:rPr>
          <w:b/>
        </w:rPr>
        <w:t xml:space="preserve">[36:26] </w:t>
      </w:r>
      <w:r>
        <w:t>to is waqt yahi sabr hai, yahi rasool Allah ki sunnat hai, yahi aql ka taqaza hai, yahi</w:t>
      </w:r>
    </w:p>
    <w:p>
      <w:pPr>
        <w:jc w:val="right"/>
      </w:pPr>
      <w:r>
        <w:t>تو اس وقت یہی صبر ہے، یہی رسول اللہ کی سنت ہے، یہی عقل کا تقاضا ہے، یہی</w:t>
      </w:r>
    </w:p>
    <w:p>
      <w:r>
        <w:rPr>
          <w:b/>
        </w:rPr>
        <w:t xml:space="preserve">[36:31] </w:t>
      </w:r>
      <w:r>
        <w:t>poori history ka sabaq hai.</w:t>
      </w:r>
    </w:p>
    <w:p>
      <w:pPr>
        <w:jc w:val="right"/>
      </w:pPr>
      <w:r>
        <w:t>پوری history کا سبق ہے۔</w:t>
      </w:r>
    </w:p>
    <w:p>
      <w:r>
        <w:rPr>
          <w:b/>
        </w:rPr>
        <w:t xml:space="preserve">[36:37] </w:t>
      </w:r>
      <w:r>
        <w:t>aur is ke siwa koi doosra option is wajah se maujood hi nahi hai.</w:t>
      </w:r>
    </w:p>
    <w:p>
      <w:pPr>
        <w:jc w:val="right"/>
      </w:pPr>
      <w:r>
        <w:t>اور اس کے سوا کوئی دوسرا option اس وجہ سے موجود ہی نہیں ہے۔</w:t>
      </w:r>
    </w:p>
    <w:p>
      <w:r>
        <w:rPr>
          <w:b/>
        </w:rPr>
        <w:t xml:space="preserve">[36:43] </w:t>
      </w:r>
      <w:r>
        <w:t>doosra jo option hai, woh apni tabahi ko extend karne ka matlab hai.</w:t>
      </w:r>
    </w:p>
    <w:p>
      <w:pPr>
        <w:jc w:val="right"/>
      </w:pPr>
      <w:r>
        <w:t>دوسرا جو option ہے، وہ اپنی تباہی کو extend کرنے کا معنی ہے۔</w:t>
      </w:r>
    </w:p>
    <w:p>
      <w:r>
        <w:rPr>
          <w:b/>
        </w:rPr>
        <w:t xml:space="preserve">[36:48] </w:t>
      </w:r>
      <w:r>
        <w:t>apni tabahi ko extend karna hai.</w:t>
      </w:r>
    </w:p>
    <w:p>
      <w:pPr>
        <w:jc w:val="right"/>
      </w:pPr>
      <w:r>
        <w:t>اپنی تباہی کو extend کرنا ہے۔</w:t>
      </w:r>
    </w:p>
    <w:p>
      <w:r>
        <w:rPr>
          <w:b/>
        </w:rPr>
        <w:t xml:space="preserve">[36:54] </w:t>
      </w:r>
      <w:r>
        <w:t>to hamare mission ka khulasa yahi hai.</w:t>
      </w:r>
    </w:p>
    <w:p>
      <w:pPr>
        <w:jc w:val="right"/>
      </w:pPr>
      <w:r>
        <w:t>تو ہمارے mission کا خلاصہ یہی ہے۔</w:t>
      </w:r>
    </w:p>
    <w:p>
      <w:r>
        <w:rPr>
          <w:b/>
        </w:rPr>
        <w:t xml:space="preserve">[36:59] </w:t>
      </w:r>
      <w:r>
        <w:t>hamare mission ka khulasa yahi hai.</w:t>
      </w:r>
    </w:p>
    <w:p>
      <w:pPr>
        <w:jc w:val="right"/>
      </w:pPr>
      <w:r>
        <w:t>ہمارے mission کا خلاصہ یہی ہے۔</w:t>
      </w:r>
    </w:p>
    <w:p>
      <w:r>
        <w:rPr>
          <w:b/>
        </w:rPr>
        <w:t xml:space="preserve">[37:05] </w:t>
      </w:r>
      <w:r>
        <w:t>hamara mission na to na to community empowerment par base karta hai.</w:t>
      </w:r>
    </w:p>
    <w:p>
      <w:pPr>
        <w:jc w:val="right"/>
      </w:pPr>
      <w:r>
        <w:t>ہمارا mission نہ تو نہ تو community empowerment پر base کرتا ہے۔</w:t>
      </w:r>
    </w:p>
    <w:p>
      <w:r>
        <w:rPr>
          <w:b/>
        </w:rPr>
        <w:t xml:space="preserve">[37:11] </w:t>
      </w:r>
      <w:r>
        <w:t>hamara nishaan nishaan community empowerment nahi hai.</w:t>
      </w:r>
    </w:p>
    <w:p>
      <w:pPr>
        <w:jc w:val="right"/>
      </w:pPr>
      <w:r>
        <w:t>ہمارا نشان نشان community empowerment نہیں ہے۔</w:t>
      </w:r>
    </w:p>
    <w:p>
      <w:r>
        <w:rPr>
          <w:b/>
        </w:rPr>
        <w:t xml:space="preserve">[37:16] </w:t>
      </w:r>
      <w:r>
        <w:t>hamara nishaan koi political nishaan nahi hai.</w:t>
      </w:r>
    </w:p>
    <w:p>
      <w:pPr>
        <w:jc w:val="right"/>
      </w:pPr>
      <w:r>
        <w:t>ہمارا نشان کوئی political نشان نہیں ہے۔</w:t>
      </w:r>
    </w:p>
    <w:p>
      <w:r>
        <w:rPr>
          <w:b/>
        </w:rPr>
        <w:t xml:space="preserve">[37:22] </w:t>
      </w:r>
      <w:r>
        <w:t>hamara nishaan koi khilafat nahi hai.</w:t>
      </w:r>
    </w:p>
    <w:p>
      <w:pPr>
        <w:jc w:val="right"/>
      </w:pPr>
      <w:r>
        <w:t>ہمارا نشان کوئی خلافت نہیں ہے۔</w:t>
      </w:r>
    </w:p>
    <w:p>
      <w:r>
        <w:rPr>
          <w:b/>
        </w:rPr>
        <w:t xml:space="preserve">[37:28] </w:t>
      </w:r>
      <w:r>
        <w:t>kuch bhi nahi.</w:t>
      </w:r>
    </w:p>
    <w:p>
      <w:pPr>
        <w:jc w:val="right"/>
      </w:pPr>
      <w:r>
        <w:t>کچھ بھی نہیں۔</w:t>
      </w:r>
    </w:p>
    <w:p>
      <w:r>
        <w:rPr>
          <w:b/>
        </w:rPr>
        <w:t xml:space="preserve">[37:33] </w:t>
      </w:r>
      <w:r>
        <w:t>do peaceful kaam hamein karna hai.</w:t>
      </w:r>
    </w:p>
    <w:p>
      <w:pPr>
        <w:jc w:val="right"/>
      </w:pPr>
      <w:r>
        <w:t>دو peaceful کام ہمیں کرنا ہے۔</w:t>
      </w:r>
    </w:p>
    <w:p>
      <w:r>
        <w:rPr>
          <w:b/>
        </w:rPr>
        <w:t xml:space="preserve">[37:39] </w:t>
      </w:r>
      <w:r>
        <w:t>donon peaceful hain.</w:t>
      </w:r>
    </w:p>
    <w:p>
      <w:pPr>
        <w:jc w:val="right"/>
      </w:pPr>
      <w:r>
        <w:t>دونوں peaceful ہیں۔</w:t>
      </w:r>
    </w:p>
    <w:p>
      <w:r>
        <w:rPr>
          <w:b/>
        </w:rPr>
        <w:t xml:space="preserve">[37:45] </w:t>
      </w:r>
      <w:r>
        <w:t>yani dunya ko, dunya ki qaumon tak quran ko translation kar ke un ki zabaan mein pahunchana.</w:t>
      </w:r>
    </w:p>
    <w:p>
      <w:pPr>
        <w:jc w:val="right"/>
      </w:pPr>
      <w:r>
        <w:t>یعنی دنیا کو، دنیا کی قوموں تک قرآن کو translation کر کے ان کی زبان میں پہنچانا۔</w:t>
      </w:r>
    </w:p>
    <w:p>
      <w:r>
        <w:rPr>
          <w:b/>
        </w:rPr>
        <w:t xml:space="preserve">[37:50] </w:t>
      </w:r>
      <w:r>
        <w:t>yani wahi kaam karna hai jo Christian log Bible ki kar rahe hain.</w:t>
      </w:r>
    </w:p>
    <w:p>
      <w:pPr>
        <w:jc w:val="right"/>
      </w:pPr>
      <w:r>
        <w:t>یعنی وہی کام کرنا ہے جو Christian لوگ Bible کی کر رہے ہیں۔</w:t>
      </w:r>
    </w:p>
    <w:p>
      <w:r>
        <w:rPr>
          <w:b/>
        </w:rPr>
        <w:t xml:space="preserve">[37:56] </w:t>
      </w:r>
      <w:r>
        <w:t>Christian log jo hain, Bible ka translation tamam zabaanon mein kar ke bohat achhe size mein chhapte hain,</w:t>
      </w:r>
    </w:p>
    <w:p>
      <w:pPr>
        <w:jc w:val="right"/>
      </w:pPr>
      <w:r>
        <w:t>Christian لوگ جو ہیں، Bible کا translation تمام زبانوں میں کر کے بہت اچھے سائز میں چھاپتے ہیں،</w:t>
      </w:r>
    </w:p>
    <w:p>
      <w:r>
        <w:rPr>
          <w:b/>
        </w:rPr>
        <w:t xml:space="preserve">[38:01] </w:t>
      </w:r>
      <w:r>
        <w:t>us ko pahunchate hain.</w:t>
      </w:r>
    </w:p>
    <w:p>
      <w:pPr>
        <w:jc w:val="right"/>
      </w:pPr>
      <w:r>
        <w:t>اس کو پہنچاتے ہیں۔</w:t>
      </w:r>
    </w:p>
    <w:p>
      <w:r>
        <w:rPr>
          <w:b/>
        </w:rPr>
        <w:t xml:space="preserve">[38:07] </w:t>
      </w:r>
      <w:r>
        <w:t>bas wahi hamein bhi karna hai quran ke muamle mein.</w:t>
      </w:r>
    </w:p>
    <w:p>
      <w:pPr>
        <w:jc w:val="right"/>
      </w:pPr>
      <w:r>
        <w:t>بس وہی ہمیں بھی کرنا ہے قرآن کے معاملے میں۔</w:t>
      </w:r>
    </w:p>
    <w:p>
      <w:r>
        <w:rPr>
          <w:b/>
        </w:rPr>
        <w:t xml:space="preserve">[38:13] </w:t>
      </w:r>
      <w:r>
        <w:t>hamari zimmedari yahi hai ke quran pohancha dein. bas.</w:t>
      </w:r>
    </w:p>
    <w:p>
      <w:pPr>
        <w:jc w:val="right"/>
      </w:pPr>
      <w:r>
        <w:t>ہماری ذمہ داری یہی ہے کہ قرآن پہنچا دیں۔ بس۔</w:t>
      </w:r>
    </w:p>
    <w:p>
      <w:r>
        <w:rPr>
          <w:b/>
        </w:rPr>
        <w:t xml:space="preserve">[38:18] </w:t>
      </w:r>
      <w:r>
        <w:t>ek sahab ne mere paas kal message bheja ke yeh random distribution jo aap karte hain, yeh kya</w:t>
      </w:r>
    </w:p>
    <w:p>
      <w:pPr>
        <w:jc w:val="right"/>
      </w:pPr>
      <w:r>
        <w:t>ایک صاحب نے میرے پاس کل message بھیجا کہ یہ random distribution جو آپ کرتے ہیں، یہ کیا</w:t>
      </w:r>
    </w:p>
    <w:p>
      <w:r>
        <w:rPr>
          <w:b/>
        </w:rPr>
        <w:t xml:space="preserve">[38:24] </w:t>
      </w:r>
      <w:r>
        <w:t>hai? kya faida hai is ka? is ka lafz likha unhon ne random distribution.</w:t>
      </w:r>
    </w:p>
    <w:p>
      <w:pPr>
        <w:jc w:val="right"/>
      </w:pPr>
      <w:r>
        <w:t>ہے؟ کیا فائدہ ہے اس کا؟ اس کا لفظ لکھا انہوں نے random distribution۔</w:t>
      </w:r>
    </w:p>
    <w:p>
      <w:r>
        <w:rPr>
          <w:b/>
        </w:rPr>
        <w:t xml:space="preserve">[38:30] </w:t>
      </w:r>
      <w:r>
        <w:t>to maine un ko jawab diya ke yeh rasool Allah ki sunnat hai, yeh random distribution jis</w:t>
      </w:r>
    </w:p>
    <w:p>
      <w:pPr>
        <w:jc w:val="right"/>
      </w:pPr>
      <w:r>
        <w:t>تو میں نے ان کو جواب دیا کہ یہ رسول اللہ کی سنت ہے، یہ random distribution جس</w:t>
      </w:r>
    </w:p>
    <w:p>
      <w:r>
        <w:rPr>
          <w:b/>
        </w:rPr>
        <w:t xml:space="preserve">[38:35] </w:t>
      </w:r>
      <w:r>
        <w:t>ko aap keh rahe hain.</w:t>
      </w:r>
    </w:p>
    <w:p>
      <w:pPr>
        <w:jc w:val="right"/>
      </w:pPr>
      <w:r>
        <w:t>کو آپ کہہ رہے ہیں۔</w:t>
      </w:r>
    </w:p>
    <w:p>
      <w:r>
        <w:rPr>
          <w:b/>
        </w:rPr>
        <w:t xml:space="preserve">[38:41] </w:t>
      </w:r>
      <w:r>
        <w:t>is liye ke quran mein hai ma lahazal rasoolo yaqulut ta'ama wa yamshi fil aswaaq yeh yeh kaisa rasool</w:t>
      </w:r>
    </w:p>
    <w:p>
      <w:pPr>
        <w:jc w:val="right"/>
      </w:pPr>
      <w:r>
        <w:t>اس لیے کہ قرآن میں ہے مَا لَهٰذَا الْرَسُولُ يَأْكُلُ الطَّعَامَ وَيَمْشِي فِي الْأَسْوَاقِ یہ یہ کیسا رسول</w:t>
      </w:r>
    </w:p>
    <w:p>
      <w:r>
        <w:rPr>
          <w:b/>
        </w:rPr>
        <w:t xml:space="preserve">[38:46] </w:t>
      </w:r>
      <w:r>
        <w:t>hai? bazaron mein ja kar logon ko quran sunata hai.</w:t>
      </w:r>
    </w:p>
    <w:p>
      <w:pPr>
        <w:jc w:val="right"/>
      </w:pPr>
      <w:r>
        <w:t>ہے؟ بازاروں میں جا کر لوگوں کو قرآن سناتا ہے۔</w:t>
      </w:r>
    </w:p>
    <w:p>
      <w:r>
        <w:rPr>
          <w:b/>
        </w:rPr>
        <w:t xml:space="preserve">[38:52] </w:t>
      </w:r>
      <w:r>
        <w:t>to is zamane mein printing press nahi tha.</w:t>
      </w:r>
    </w:p>
    <w:p>
      <w:pPr>
        <w:jc w:val="right"/>
      </w:pPr>
      <w:r>
        <w:t>تو اس زمانے میں printing press نہیں تھا۔</w:t>
      </w:r>
    </w:p>
    <w:p>
      <w:r>
        <w:rPr>
          <w:b/>
        </w:rPr>
        <w:t xml:space="preserve">[38:58] </w:t>
      </w:r>
      <w:r>
        <w:t>to aap ke liye hi possible tha ke aap sunatein.</w:t>
      </w:r>
    </w:p>
    <w:p>
      <w:pPr>
        <w:jc w:val="right"/>
      </w:pPr>
      <w:r>
        <w:t>تو آپ کے لیے ہی possible تھا کہ آپ سنائیں۔</w:t>
      </w:r>
    </w:p>
    <w:p>
      <w:r>
        <w:rPr>
          <w:b/>
        </w:rPr>
        <w:t xml:space="preserve">[39:03] </w:t>
      </w:r>
      <w:r>
        <w:t>to yahi to random distribution jis ko aap keh rahe hain, yahi to hai woh.</w:t>
      </w:r>
    </w:p>
    <w:p>
      <w:pPr>
        <w:jc w:val="right"/>
      </w:pPr>
      <w:r>
        <w:t>تو یہی تو random distribution جس کو آپ کہہ رہے ہیں، یہی تو ہے وہ۔</w:t>
      </w:r>
    </w:p>
    <w:p>
      <w:r>
        <w:rPr>
          <w:b/>
        </w:rPr>
        <w:t xml:space="preserve">[39:09] </w:t>
      </w:r>
      <w:r>
        <w:t>is zamane mein aswaaq hua karte thay.</w:t>
      </w:r>
    </w:p>
    <w:p>
      <w:pPr>
        <w:jc w:val="right"/>
      </w:pPr>
      <w:r>
        <w:t>اس زمانے میں اسواق ہوا کرتے تھے۔</w:t>
      </w:r>
    </w:p>
    <w:p>
      <w:r>
        <w:rPr>
          <w:b/>
        </w:rPr>
        <w:t xml:space="preserve">[39:15] </w:t>
      </w:r>
      <w:r>
        <w:t>aswaaq yani wahan khareed o farokht hota tha, circus hota tha, khel kood hote thay qaumi andaaz ke.</w:t>
      </w:r>
    </w:p>
    <w:p>
      <w:pPr>
        <w:jc w:val="right"/>
      </w:pPr>
      <w:r>
        <w:t>اسواق یعنی وہاں خرید فروخت ہوتا تھا، سرکس ہوتا تھا، کھیل کود ہوتے تھے قومی انداز کے۔</w:t>
      </w:r>
    </w:p>
    <w:p>
      <w:r>
        <w:rPr>
          <w:b/>
        </w:rPr>
        <w:t xml:space="preserve">[39:20] </w:t>
      </w:r>
      <w:r>
        <w:t>to wahan log ikattha hote thay.</w:t>
      </w:r>
    </w:p>
    <w:p>
      <w:pPr>
        <w:jc w:val="right"/>
      </w:pPr>
      <w:r>
        <w:t>تو وہاں لوگ اکٹھا ہوتے تھے۔</w:t>
      </w:r>
    </w:p>
    <w:p>
      <w:r>
        <w:rPr>
          <w:b/>
        </w:rPr>
        <w:t xml:space="preserve">[39:26] </w:t>
      </w:r>
      <w:r>
        <w:t>to aap jo keh rahe hain random distribution, woh jahan gathering hai, jahan insan hai, wahin to kya</w:t>
      </w:r>
    </w:p>
    <w:p>
      <w:pPr>
        <w:jc w:val="right"/>
      </w:pPr>
      <w:r>
        <w:t>تو آپ جو کہہ رہے ہیں random distribution، وہ جہاں gathering ہے، جہاں انسان ہے، وہیں تو کیا</w:t>
      </w:r>
    </w:p>
    <w:p>
      <w:r>
        <w:rPr>
          <w:b/>
        </w:rPr>
        <w:t xml:space="preserve">[39:31] </w:t>
      </w:r>
      <w:r>
        <w:t>jayega? kis ke tile par so jayenge ab distribute karne ke liye? woh apne maqsad se</w:t>
      </w:r>
    </w:p>
    <w:p>
      <w:pPr>
        <w:jc w:val="right"/>
      </w:pPr>
      <w:r>
        <w:t>جائے گا؟ کس کے ٹیلے پر سو جائیں گے اب distribute کرنے کے لیے؟ وہ اپنے مقصد سے</w:t>
      </w:r>
    </w:p>
    <w:p>
      <w:r>
        <w:rPr>
          <w:b/>
        </w:rPr>
        <w:t xml:space="preserve">[39:37] </w:t>
      </w:r>
      <w:r>
        <w:t>gathering karte hain.</w:t>
      </w:r>
    </w:p>
    <w:p>
      <w:pPr>
        <w:jc w:val="right"/>
      </w:pPr>
      <w:r>
        <w:t>gathering کرتے ہیں۔</w:t>
      </w:r>
    </w:p>
    <w:p>
      <w:r>
        <w:rPr>
          <w:b/>
        </w:rPr>
        <w:t xml:space="preserve">[39:43] </w:t>
      </w:r>
      <w:r>
        <w:t>apne maqsad se.</w:t>
      </w:r>
    </w:p>
    <w:p>
      <w:pPr>
        <w:jc w:val="right"/>
      </w:pPr>
      <w:r>
        <w:t>اپنے مقصد سے۔</w:t>
      </w:r>
    </w:p>
    <w:p>
      <w:r>
        <w:rPr>
          <w:b/>
        </w:rPr>
        <w:t xml:space="preserve">[39:48] </w:t>
      </w:r>
      <w:r>
        <w:t>hamare maqsad se nahi karenge gathering ko.</w:t>
      </w:r>
    </w:p>
    <w:p>
      <w:pPr>
        <w:jc w:val="right"/>
      </w:pPr>
      <w:r>
        <w:t>ہمارے مقصد سے نہیں کریں گے gathering کو۔</w:t>
      </w:r>
    </w:p>
    <w:p>
      <w:r>
        <w:rPr>
          <w:b/>
        </w:rPr>
        <w:t xml:space="preserve">[39:54] </w:t>
      </w:r>
      <w:r>
        <w:t>hum logon se kahenge jumla ho jao tum log.</w:t>
      </w:r>
    </w:p>
    <w:p>
      <w:pPr>
        <w:jc w:val="right"/>
      </w:pPr>
      <w:r>
        <w:t>ہم لوگوں سے کہیں گے جملہ ہو جاؤ تم لوگ۔</w:t>
      </w:r>
    </w:p>
    <w:p>
      <w:r>
        <w:rPr>
          <w:b/>
        </w:rPr>
        <w:t xml:space="preserve">[40:00] </w:t>
      </w:r>
      <w:r>
        <w:t>to kaun ikattha hoga wahan par? to qaumein apne apne tradition ke mutabiq, apne apne tradition ke mutabiq</w:t>
      </w:r>
    </w:p>
    <w:p>
      <w:pPr>
        <w:jc w:val="right"/>
      </w:pPr>
      <w:r>
        <w:t>تو کون اکٹھا ہوگا وہاں پر؟ تو قومیں اپنے اپنے tradition کے مطابق، اپنے اپنے tradition کے مطابق</w:t>
      </w:r>
    </w:p>
    <w:p>
      <w:r>
        <w:rPr>
          <w:b/>
        </w:rPr>
        <w:t xml:space="preserve">[40:05] </w:t>
      </w:r>
      <w:r>
        <w:t>gathering karti hain.</w:t>
      </w:r>
    </w:p>
    <w:p>
      <w:pPr>
        <w:jc w:val="right"/>
      </w:pPr>
      <w:r>
        <w:t>gathering کرتی ہیں۔</w:t>
      </w:r>
    </w:p>
    <w:p>
      <w:r>
        <w:rPr>
          <w:b/>
        </w:rPr>
        <w:t xml:space="preserve">[40:11] </w:t>
      </w:r>
      <w:r>
        <w:t>woh gathering hamari audience hai.</w:t>
      </w:r>
    </w:p>
    <w:p>
      <w:pPr>
        <w:jc w:val="right"/>
      </w:pPr>
      <w:r>
        <w:t>وہ gathering ہماری audience ہے۔</w:t>
      </w:r>
    </w:p>
    <w:p>
      <w:r>
        <w:rPr>
          <w:b/>
        </w:rPr>
        <w:t xml:space="preserve">[40:16] </w:t>
      </w:r>
      <w:r>
        <w:t>wahan jayenge hum, wahan quran distribute karenge.</w:t>
      </w:r>
    </w:p>
    <w:p>
      <w:pPr>
        <w:jc w:val="right"/>
      </w:pPr>
      <w:r>
        <w:t>وہاں جائیں گے ہم، وہاں قرآن distribute کریں گے۔</w:t>
      </w:r>
    </w:p>
    <w:p>
      <w:r>
        <w:rPr>
          <w:b/>
        </w:rPr>
        <w:t xml:space="preserve">[40:22] </w:t>
      </w:r>
      <w:r>
        <w:t>is ko yeh kehna hai ke random distribution, yeh bohat galat baat hai.</w:t>
      </w:r>
    </w:p>
    <w:p>
      <w:pPr>
        <w:jc w:val="right"/>
      </w:pPr>
      <w:r>
        <w:t>اس کو یہ کہنا ہے کہ random distribution، یہ بہت غلط بات ہے۔</w:t>
      </w:r>
    </w:p>
    <w:p>
      <w:r>
        <w:rPr>
          <w:b/>
        </w:rPr>
        <w:t xml:space="preserve">[40:28] </w:t>
      </w:r>
      <w:r>
        <w:t>woh random distribution nahi hai.</w:t>
      </w:r>
    </w:p>
    <w:p>
      <w:pPr>
        <w:jc w:val="right"/>
      </w:pPr>
      <w:r>
        <w:t>وہ random distribution نہیں ہے۔</w:t>
      </w:r>
    </w:p>
    <w:p>
      <w:r>
        <w:rPr>
          <w:b/>
        </w:rPr>
        <w:t xml:space="preserve">[40:33] </w:t>
      </w:r>
      <w:r>
        <w:t>woh opportunity ko avail karna hai.</w:t>
      </w:r>
    </w:p>
    <w:p>
      <w:pPr>
        <w:jc w:val="right"/>
      </w:pPr>
      <w:r>
        <w:t>وہ opportunity کو avail کرنا ہے۔</w:t>
      </w:r>
    </w:p>
    <w:p>
      <w:r>
        <w:rPr>
          <w:b/>
        </w:rPr>
        <w:t xml:space="preserve">[40:39] </w:t>
      </w:r>
      <w:r>
        <w:t>yani hum hamare saathi jab jaate hain wahan par toh usko waise hi rasool Allah jaate thay.</w:t>
      </w:r>
    </w:p>
    <w:p>
      <w:pPr>
        <w:jc w:val="right"/>
      </w:pPr>
      <w:r>
        <w:t>یعنی ہم ہمارے ساتھی جب جاتے ہیں وہاں پر تو اس کو ویسے ہی رسول اللہ جاتے تھے۔</w:t>
      </w:r>
    </w:p>
    <w:p>
      <w:r>
        <w:rPr>
          <w:b/>
        </w:rPr>
        <w:t xml:space="preserve">[40:45] </w:t>
      </w:r>
      <w:r>
        <w:t>aswaaq mein waise hi hai.</w:t>
      </w:r>
    </w:p>
    <w:p>
      <w:pPr>
        <w:jc w:val="right"/>
      </w:pPr>
      <w:r>
        <w:t>اسواق میں ویسے ہی ہے۔</w:t>
      </w:r>
    </w:p>
    <w:p>
      <w:r>
        <w:rPr>
          <w:b/>
        </w:rPr>
        <w:t xml:space="preserve">[40:50] </w:t>
      </w:r>
      <w:r>
        <w:t>aswaaq ka ek qism ka mela hota tha woh.</w:t>
      </w:r>
    </w:p>
    <w:p>
      <w:pPr>
        <w:jc w:val="right"/>
      </w:pPr>
      <w:r>
        <w:t>اسواق کا ایک قسم کا میلہ ہوتا تھا وہ۔</w:t>
      </w:r>
    </w:p>
    <w:p>
      <w:r>
        <w:rPr>
          <w:b/>
        </w:rPr>
        <w:t xml:space="preserve">[40:56] </w:t>
      </w:r>
      <w:r>
        <w:t>jo ke rasool Allah quomi mele mein jaate thay.</w:t>
      </w:r>
    </w:p>
    <w:p>
      <w:pPr>
        <w:jc w:val="right"/>
      </w:pPr>
      <w:r>
        <w:t>جو کہ رسول اللہ قومی میلے میں جاتے تھے۔</w:t>
      </w:r>
    </w:p>
    <w:p>
      <w:r>
        <w:rPr>
          <w:b/>
        </w:rPr>
        <w:t xml:space="preserve">[41:01] </w:t>
      </w:r>
      <w:r>
        <w:t>aur wahan quran sunate thay.</w:t>
      </w:r>
    </w:p>
    <w:p>
      <w:pPr>
        <w:jc w:val="right"/>
      </w:pPr>
      <w:r>
        <w:t>اور وہاں قرآن سناتے تھے۔</w:t>
      </w:r>
    </w:p>
    <w:p>
      <w:r>
        <w:rPr>
          <w:b/>
        </w:rPr>
        <w:t xml:space="preserve">[41:07] </w:t>
      </w:r>
      <w:r>
        <w:t>aaj hum quran distribute karne ke liye kehte hain.</w:t>
      </w:r>
    </w:p>
    <w:p>
      <w:pPr>
        <w:jc w:val="right"/>
      </w:pPr>
      <w:r>
        <w:t>آج ہم قرآن distribute کرنے کے لیے کہتے ہیں۔</w:t>
      </w:r>
    </w:p>
    <w:p>
      <w:r>
        <w:rPr>
          <w:b/>
        </w:rPr>
        <w:t xml:space="preserve">[41:13] </w:t>
      </w:r>
      <w:r>
        <w:t>wohi toh hua.</w:t>
      </w:r>
    </w:p>
    <w:p>
      <w:pPr>
        <w:jc w:val="right"/>
      </w:pPr>
      <w:r>
        <w:t>وہی تو ہوا۔</w:t>
      </w:r>
    </w:p>
    <w:p>
      <w:r>
        <w:rPr>
          <w:b/>
        </w:rPr>
        <w:t xml:space="preserve">[41:18] </w:t>
      </w:r>
      <w:r>
        <w:t>toh jis cheez ko unhon ne likha hai random distribution, woh hai planning distribution. Random nahi.</w:t>
      </w:r>
    </w:p>
    <w:p>
      <w:pPr>
        <w:jc w:val="right"/>
      </w:pPr>
      <w:r>
        <w:t>تو جس چیز کو انہوں نے لکھا ہے random distribution، وہ ہے planning distribution۔ Random نہیں۔</w:t>
      </w:r>
    </w:p>
    <w:p>
      <w:r>
        <w:rPr>
          <w:b/>
        </w:rPr>
        <w:t xml:space="preserve">[41:24] </w:t>
      </w:r>
      <w:r>
        <w:t>toh mein dua karta hoon ke Allah taala mujh ko aur aap ko tofeeq de ke hum haqeeqat</w:t>
      </w:r>
    </w:p>
    <w:p>
      <w:pPr>
        <w:jc w:val="right"/>
      </w:pPr>
      <w:r>
        <w:t>تو میں دعا کرتا ہوں کہ اللہ تعالیٰ مجھ کو اور آپ کو توفیق دے کہ ہم حقیقت</w:t>
      </w:r>
    </w:p>
    <w:p>
      <w:r>
        <w:rPr>
          <w:b/>
        </w:rPr>
        <w:t xml:space="preserve">[41:30] </w:t>
      </w:r>
      <w:r>
        <w:t>ko samjhein, tareekh ka sabaq samjhein, rasool Allah ki sunnat ko samjhein, aur aaj ki jo opportunities hain,</w:t>
      </w:r>
    </w:p>
    <w:p>
      <w:pPr>
        <w:jc w:val="right"/>
      </w:pPr>
      <w:r>
        <w:t>کو سمجھیں، تاریخ کا سبق سمجھیں، رسول اللہ کی سنت کو سمجھیں، اور آج کی جو opportunities ہیں،</w:t>
      </w:r>
    </w:p>
    <w:p>
      <w:r>
        <w:rPr>
          <w:b/>
        </w:rPr>
        <w:t xml:space="preserve">[41:35] </w:t>
      </w:r>
      <w:r>
        <w:t>us ko jaanen, aur us ke mutabiq apne amal ki planning karein.</w:t>
      </w:r>
    </w:p>
    <w:p>
      <w:pPr>
        <w:jc w:val="right"/>
      </w:pPr>
      <w:r>
        <w:t>اس کو جانیں، اور اس کے مطابق اپنے عمل کی planning کریں۔</w:t>
      </w:r>
    </w:p>
    <w:p>
      <w:r>
        <w:rPr>
          <w:b/>
        </w:rPr>
        <w:t xml:space="preserve">[41:41] </w:t>
      </w:r>
      <w:r>
        <w:t>assalam o alaikum wa rehmatullahi wa barakatuh. Okay, so we will start with the question-answer session now.</w:t>
      </w:r>
    </w:p>
    <w:p>
      <w:pPr>
        <w:jc w:val="right"/>
      </w:pPr>
      <w:r>
        <w:t>السلام علیکم ورحمة الله وبرکاته Okay, so we will start with the question-answer session now.</w:t>
      </w:r>
    </w:p>
    <w:p>
      <w:r>
        <w:rPr>
          <w:b/>
        </w:rPr>
        <w:t xml:space="preserve">[41:47] </w:t>
      </w:r>
      <w:r>
        <w:t>All the online viewers can send their questions on info@cpsglobal.org.</w:t>
      </w:r>
    </w:p>
    <w:p>
      <w:pPr>
        <w:jc w:val="right"/>
      </w:pPr>
      <w:r>
        <w:t>All the online viewers can send their questions on info@cpsglobal.org.</w:t>
      </w:r>
    </w:p>
    <w:p>
      <w:r>
        <w:rPr>
          <w:b/>
        </w:rPr>
        <w:t xml:space="preserve">[41:52] </w:t>
      </w:r>
      <w:r>
        <w:t>Facebook viewers can send their questions mentioning the location on the comment section.</w:t>
      </w:r>
    </w:p>
    <w:p>
      <w:pPr>
        <w:jc w:val="right"/>
      </w:pPr>
      <w:r>
        <w:t>Facebook viewers can send their questions mentioning the location on the comment section.</w:t>
      </w:r>
    </w:p>
    <w:p>
      <w:r>
        <w:rPr>
          <w:b/>
        </w:rPr>
        <w:t xml:space="preserve">[41:58] </w:t>
      </w:r>
      <w:r>
        <w:t>Maulana sahib, pehla sawal aaya hai Ahmedabad se Feroz sahib ka, aur unhon ne likha hai: "Molana,</w:t>
      </w:r>
    </w:p>
    <w:p>
      <w:pPr>
        <w:jc w:val="right"/>
      </w:pPr>
      <w:r>
        <w:t>مولانا صاحب، پہلا سوال آیا ہے احمد آباد سے فیروز صاحب کا، اور انہوں نے لکھا ہے: "Molana,</w:t>
      </w:r>
    </w:p>
    <w:p>
      <w:r>
        <w:rPr>
          <w:b/>
        </w:rPr>
        <w:t xml:space="preserve">[42:04] </w:t>
      </w:r>
      <w:r>
        <w:t>you said today that to plan on what you have and not what you don't have, but most</w:t>
      </w:r>
    </w:p>
    <w:p>
      <w:pPr>
        <w:jc w:val="right"/>
      </w:pPr>
      <w:r>
        <w:t>you said today that to plan on what you have and not what you don't have, but most</w:t>
      </w:r>
    </w:p>
    <w:p>
      <w:r>
        <w:rPr>
          <w:b/>
        </w:rPr>
        <w:t xml:space="preserve">[42:10] </w:t>
      </w:r>
      <w:r>
        <w:t>of the people plan for what they don't have, and the reason is that they think if you</w:t>
      </w:r>
    </w:p>
    <w:p>
      <w:pPr>
        <w:jc w:val="right"/>
      </w:pPr>
      <w:r>
        <w:t>of the people plan for what they don't have, and the reason is that they think if you</w:t>
      </w:r>
    </w:p>
    <w:p>
      <w:r>
        <w:rPr>
          <w:b/>
        </w:rPr>
        <w:t xml:space="preserve">[42:16] </w:t>
      </w:r>
      <w:r>
        <w:t>don't plan this way, then you will not progress in life.</w:t>
      </w:r>
    </w:p>
    <w:p>
      <w:pPr>
        <w:jc w:val="right"/>
      </w:pPr>
      <w:r>
        <w:t>don't plan this way, then you will not progress in life.</w:t>
      </w:r>
    </w:p>
    <w:p>
      <w:r>
        <w:rPr>
          <w:b/>
        </w:rPr>
        <w:t xml:space="preserve">[42:22] </w:t>
      </w:r>
      <w:r>
        <w:t>What would you say to that?</w:t>
      </w:r>
    </w:p>
    <w:p>
      <w:pPr>
        <w:jc w:val="right"/>
      </w:pPr>
      <w:r>
        <w:t>What would you say to that?</w:t>
      </w:r>
    </w:p>
    <w:p>
      <w:r>
        <w:rPr>
          <w:b/>
        </w:rPr>
        <w:t xml:space="preserve">[42:28] </w:t>
      </w:r>
      <w:r>
        <w:t>"dekhein, yeh planning ke usool ke khilaaf hai.</w:t>
      </w:r>
    </w:p>
    <w:p>
      <w:pPr>
        <w:jc w:val="right"/>
      </w:pPr>
      <w:r>
        <w:t>" دیکھیں، یہ planning کے اصول کے خلاف ہے۔</w:t>
      </w:r>
    </w:p>
    <w:p>
      <w:r>
        <w:rPr>
          <w:b/>
        </w:rPr>
        <w:t xml:space="preserve">[42:34] </w:t>
      </w:r>
      <w:r>
        <w:t>Planning ke usool kya hai? Ke jo available hai, us ko bharpoor istemaal karna taake jo available nahi</w:t>
      </w:r>
    </w:p>
    <w:p>
      <w:pPr>
        <w:jc w:val="right"/>
      </w:pPr>
      <w:r>
        <w:t>Planning کے اصول کیا ہے؟ کہ جو available ہے، اس کو بھرپور استعمال کرنا تاکہ جو available نہیں</w:t>
      </w:r>
    </w:p>
    <w:p>
      <w:r>
        <w:rPr>
          <w:b/>
        </w:rPr>
        <w:t xml:space="preserve">[42:40] </w:t>
      </w:r>
      <w:r>
        <w:t>hai, woh hum achieve kar sakein.</w:t>
      </w:r>
    </w:p>
    <w:p>
      <w:pPr>
        <w:jc w:val="right"/>
      </w:pPr>
      <w:r>
        <w:t>ہے، وہ ہم achieve کر سکیں۔</w:t>
      </w:r>
    </w:p>
    <w:p>
      <w:r>
        <w:rPr>
          <w:b/>
        </w:rPr>
        <w:t xml:space="preserve">[42:47] </w:t>
      </w:r>
      <w:r>
        <w:t>Jo available nahi hai, us par planning kiya aati hai? Koi bhi nahi karta.</w:t>
      </w:r>
    </w:p>
    <w:p>
      <w:pPr>
        <w:jc w:val="right"/>
      </w:pPr>
      <w:r>
        <w:t>جو available نہیں ہے، اس پر planning کیا آتی ہے؟ کوئی بھی نہیں کرتا۔</w:t>
      </w:r>
    </w:p>
    <w:p>
      <w:r>
        <w:rPr>
          <w:b/>
        </w:rPr>
        <w:t xml:space="preserve">[42:53] </w:t>
      </w:r>
      <w:r>
        <w:t>Available opportunities ko avail karna, yeh hai planning.</w:t>
      </w:r>
    </w:p>
    <w:p>
      <w:pPr>
        <w:jc w:val="right"/>
      </w:pPr>
      <w:r>
        <w:t>Available opportunities کو avail کرنا، یہ ہے planning۔</w:t>
      </w:r>
    </w:p>
    <w:p>
      <w:r>
        <w:rPr>
          <w:b/>
        </w:rPr>
        <w:t xml:space="preserve">[43:00] </w:t>
      </w:r>
      <w:r>
        <w:t>aur jo dunya mein kamyab hua hai, woh isi usool par kamyab hua hai ke available opportunities ko</w:t>
      </w:r>
    </w:p>
    <w:p>
      <w:pPr>
        <w:jc w:val="right"/>
      </w:pPr>
      <w:r>
        <w:t>اور جو دنیا میں کامیاب ہوا ہے، وہ اسی اصول پر کامیاب ہوا ہے کہ available opportunities کو</w:t>
      </w:r>
    </w:p>
    <w:p>
      <w:r>
        <w:rPr>
          <w:b/>
        </w:rPr>
        <w:t xml:space="preserve">[43:06] </w:t>
      </w:r>
      <w:r>
        <w:t>bohat hi wisely istemal karna.</w:t>
      </w:r>
    </w:p>
    <w:p>
      <w:pPr>
        <w:jc w:val="right"/>
      </w:pPr>
      <w:r>
        <w:t>بہت ہی wisely استعمال کرنا۔</w:t>
      </w:r>
    </w:p>
    <w:p>
      <w:r>
        <w:rPr>
          <w:b/>
        </w:rPr>
        <w:t xml:space="preserve">[43:13] </w:t>
      </w:r>
      <w:r>
        <w:t>isi ka naam planning hai.</w:t>
      </w:r>
    </w:p>
    <w:p>
      <w:pPr>
        <w:jc w:val="right"/>
      </w:pPr>
      <w:r>
        <w:t>اسی کا نام planning ہے۔</w:t>
      </w:r>
    </w:p>
    <w:p>
      <w:r>
        <w:rPr>
          <w:b/>
        </w:rPr>
        <w:t xml:space="preserve">[43:19] </w:t>
      </w:r>
      <w:r>
        <w:t>jo is ke khilaf chala, woh kamyab nahi hua, aur jo is ke mutabiq chala, woh kamyab hua.</w:t>
      </w:r>
    </w:p>
    <w:p>
      <w:pPr>
        <w:jc w:val="right"/>
      </w:pPr>
      <w:r>
        <w:t>جو اس کے خلاف چلا، وہ کامیاب نہیں ہوا، اور جو اس کے مطابق چلا، وہ کامیاب ہوا۔</w:t>
      </w:r>
    </w:p>
    <w:p>
      <w:r>
        <w:rPr>
          <w:b/>
        </w:rPr>
        <w:t xml:space="preserve">[43:26] </w:t>
      </w:r>
      <w:r>
        <w:t>main ne aap ko misalein dein, un misalon ko jo main ne pesh kiya aap ke samne, un</w:t>
      </w:r>
    </w:p>
    <w:p>
      <w:pPr>
        <w:jc w:val="right"/>
      </w:pPr>
      <w:r>
        <w:t>میں نے آپ کو مثالیں دیں، ان مثالوں کو جو میں نے پیش کیا آپ کے سامنے، ان</w:t>
      </w:r>
    </w:p>
    <w:p>
      <w:r>
        <w:rPr>
          <w:b/>
        </w:rPr>
        <w:t xml:space="preserve">[43:32] </w:t>
      </w:r>
      <w:r>
        <w:t>misalon ki buniyad par aap bataiye ke meri baat sahi hai ya galat.</w:t>
      </w:r>
    </w:p>
    <w:p>
      <w:pPr>
        <w:jc w:val="right"/>
      </w:pPr>
      <w:r>
        <w:t>مثالوں کی بنیاد پر آپ بتائیے کہ میری بات صحیح ہے یا غلط۔</w:t>
      </w:r>
    </w:p>
    <w:p>
      <w:r>
        <w:rPr>
          <w:b/>
        </w:rPr>
        <w:t xml:space="preserve">[43:39] </w:t>
      </w:r>
      <w:r>
        <w:t>main ne aap ko history ki misal di, rasool Allah ki misal di.</w:t>
      </w:r>
    </w:p>
    <w:p>
      <w:pPr>
        <w:jc w:val="right"/>
      </w:pPr>
      <w:r>
        <w:t>میں نے آپ کو history کی مثال دی، رسول اللہ کی مثال دی۔</w:t>
      </w:r>
    </w:p>
    <w:p>
      <w:r>
        <w:rPr>
          <w:b/>
        </w:rPr>
        <w:t xml:space="preserve">[43:45] </w:t>
      </w:r>
      <w:r>
        <w:t>maulana, aisa hi ek similar question aaya hai Aftab Alam sahib ka Kolkata se, aur unhon ne likha</w:t>
      </w:r>
    </w:p>
    <w:p>
      <w:pPr>
        <w:jc w:val="right"/>
      </w:pPr>
      <w:r>
        <w:t>مولانا، ایسا ہی ایک similar question آیا ہے آفتاب عالم صاحب کا کلکتہ سے، اور انہوں نے لکھا</w:t>
      </w:r>
    </w:p>
    <w:p>
      <w:r>
        <w:rPr>
          <w:b/>
        </w:rPr>
        <w:t xml:space="preserve">[43:52] </w:t>
      </w:r>
      <w:r>
        <w:t>hai ke generally planning is done targeting to achieve the goal that is beyond our capability, but from</w:t>
      </w:r>
    </w:p>
    <w:p>
      <w:pPr>
        <w:jc w:val="right"/>
      </w:pPr>
      <w:r>
        <w:t>ہے کہ generally planning is done targeting to achieve the goal that is beyond our capability, but from</w:t>
      </w:r>
    </w:p>
    <w:p>
      <w:r>
        <w:rPr>
          <w:b/>
        </w:rPr>
        <w:t xml:space="preserve">[43:58] </w:t>
      </w:r>
      <w:r>
        <w:t>today's lecture it is learned that only result oriented planning is fruitful.</w:t>
      </w:r>
    </w:p>
    <w:p>
      <w:pPr>
        <w:jc w:val="right"/>
      </w:pPr>
      <w:r>
        <w:t>today's lecture it is learned that only result oriented planning is fruitful.</w:t>
      </w:r>
    </w:p>
    <w:p>
      <w:r>
        <w:rPr>
          <w:b/>
        </w:rPr>
        <w:t xml:space="preserve">[44:05] </w:t>
      </w:r>
      <w:r>
        <w:t>Then Maulana, why is it said do planning according to your aim in life? We know that sometimes aim is beyond the limit.</w:t>
      </w:r>
    </w:p>
    <w:p>
      <w:pPr>
        <w:jc w:val="right"/>
      </w:pPr>
      <w:r>
        <w:t>Then مولانا، why is it said do planning according to your aim in life? We know that sometimes aim is beyond the limit.</w:t>
      </w:r>
    </w:p>
    <w:p>
      <w:r>
        <w:rPr>
          <w:b/>
        </w:rPr>
        <w:t xml:space="preserve">[44:15] </w:t>
      </w:r>
      <w:r>
        <w:t>maulana sahib, please clear the confusion in this regard.</w:t>
      </w:r>
    </w:p>
    <w:p>
      <w:pPr>
        <w:jc w:val="right"/>
      </w:pPr>
      <w:r>
        <w:t>مولانا صاحب، please clear the confusion in this regard.</w:t>
      </w:r>
    </w:p>
    <w:p>
      <w:r>
        <w:rPr>
          <w:b/>
        </w:rPr>
        <w:t xml:space="preserve">[44:20] </w:t>
      </w:r>
      <w:r>
        <w:t>dekhein, aim jo hai, aim jo hamara ideological target hota hai, ek hai ideological target.</w:t>
      </w:r>
    </w:p>
    <w:p>
      <w:pPr>
        <w:jc w:val="right"/>
      </w:pPr>
      <w:r>
        <w:t>دیکھیں، aim جو ہے، aim جو ہمارا ideological target ہوتا ہے، ایک ہے ideological target۔</w:t>
      </w:r>
    </w:p>
    <w:p>
      <w:r>
        <w:rPr>
          <w:b/>
        </w:rPr>
        <w:t xml:space="preserve">[44:26] </w:t>
      </w:r>
      <w:r>
        <w:t>rasool Allah sal Allah alaih wasallam ka ideological target yahi tha ke ke kaaba ko buton se pak karein.</w:t>
      </w:r>
    </w:p>
    <w:p>
      <w:pPr>
        <w:jc w:val="right"/>
      </w:pPr>
      <w:r>
        <w:t>رسول اللہ صلی اللہ علیہ وسلم کا ideological target یہی تھا کہ کہ کعبہ کو بتوں سے پاک کریں۔</w:t>
      </w:r>
    </w:p>
    <w:p>
      <w:r>
        <w:rPr>
          <w:b/>
        </w:rPr>
        <w:t xml:space="preserve">[44:32] </w:t>
      </w:r>
      <w:r>
        <w:t>nazariyati nishana, nazariyati nishana rasool Allah ka yahi tha, lekin amli jo aap ne planning ki, woh yeh</w:t>
      </w:r>
    </w:p>
    <w:p>
      <w:pPr>
        <w:jc w:val="right"/>
      </w:pPr>
      <w:r>
        <w:t>نظریاتی نشانہ، نظریاتی نشانہ رسول اللہ کا یہی تھا، لیکن عملی جو آپ نے planning کی، وہ یہ</w:t>
      </w:r>
    </w:p>
    <w:p>
      <w:r>
        <w:rPr>
          <w:b/>
        </w:rPr>
        <w:t xml:space="preserve">[44:38] </w:t>
      </w:r>
      <w:r>
        <w:t>nahi thi ke buton ko torein, buton ko ghus kar ke nikal ke phenkein.</w:t>
      </w:r>
    </w:p>
    <w:p>
      <w:pPr>
        <w:jc w:val="right"/>
      </w:pPr>
      <w:r>
        <w:t>نہیں تھی کہ بتوں کو توڑیں، بتوں کو گھس کر کے نکال کے پھینکیں۔</w:t>
      </w:r>
    </w:p>
    <w:p>
      <w:r>
        <w:rPr>
          <w:b/>
        </w:rPr>
        <w:t xml:space="preserve">[44:44] </w:t>
      </w:r>
      <w:r>
        <w:t>to dono mein farq karna parega aap ko.</w:t>
      </w:r>
    </w:p>
    <w:p>
      <w:pPr>
        <w:jc w:val="right"/>
      </w:pPr>
      <w:r>
        <w:t>تو دونوں میں فرق کرنا پڑے گا آپ کو۔</w:t>
      </w:r>
    </w:p>
    <w:p>
      <w:r>
        <w:rPr>
          <w:b/>
        </w:rPr>
        <w:t xml:space="preserve">[44:49] </w:t>
      </w:r>
      <w:r>
        <w:t>har aadmi ka nazariyati nishana jo hai, woh peacefully hota hai, lekin jo amli planning hai, woh aap</w:t>
      </w:r>
    </w:p>
    <w:p>
      <w:pPr>
        <w:jc w:val="right"/>
      </w:pPr>
      <w:r>
        <w:t>ہر آدمی کا نظریاتی نشانہ جو ہے، وہ peacefully ہوتا ہے، لیکن جو عملی planning ہے، وہ آپ</w:t>
      </w:r>
    </w:p>
    <w:p>
      <w:r>
        <w:rPr>
          <w:b/>
        </w:rPr>
        <w:t xml:space="preserve">[44:55] </w:t>
      </w:r>
      <w:r>
        <w:t>is tarah nahi kar sakte.</w:t>
      </w:r>
    </w:p>
    <w:p>
      <w:pPr>
        <w:jc w:val="right"/>
      </w:pPr>
      <w:r>
        <w:t>اس طرح نہیں کر سکتے۔</w:t>
      </w:r>
    </w:p>
    <w:p>
      <w:r>
        <w:rPr>
          <w:b/>
        </w:rPr>
        <w:t xml:space="preserve">[45:01] </w:t>
      </w:r>
      <w:r>
        <w:t>amli is tarah karenge to ladai shuru ho jayegi.</w:t>
      </w:r>
    </w:p>
    <w:p>
      <w:pPr>
        <w:jc w:val="right"/>
      </w:pPr>
      <w:r>
        <w:t>عملی اس طرح کریں گے تو لڑائی شروع ہو جائے گی۔</w:t>
      </w:r>
    </w:p>
    <w:p>
      <w:r>
        <w:rPr>
          <w:b/>
        </w:rPr>
        <w:t xml:space="preserve">[45:07] </w:t>
      </w:r>
      <w:r>
        <w:t>amli nishane mein aap ko available opportunity dekhna padta hai.</w:t>
      </w:r>
    </w:p>
    <w:p>
      <w:pPr>
        <w:jc w:val="right"/>
      </w:pPr>
      <w:r>
        <w:t>عملی نشانے میں آپ کو available opportunity دیکھنا پڑتا ہے۔</w:t>
      </w:r>
    </w:p>
    <w:p>
      <w:r>
        <w:rPr>
          <w:b/>
        </w:rPr>
        <w:t xml:space="preserve">[45:13] </w:t>
      </w:r>
      <w:r>
        <w:t>nazariyati nishana alag cheez hai, aur available opportunities ko, yani present opportunities ko avail karna alag cheez hai.</w:t>
      </w:r>
    </w:p>
    <w:p>
      <w:pPr>
        <w:jc w:val="right"/>
      </w:pPr>
      <w:r>
        <w:t>نظریاتی نشانہ الگ چیز ہے، اور available opportunities کو، یعنی present opportunities کو avail کرنا الگ چیز ہے۔</w:t>
      </w:r>
    </w:p>
    <w:p>
      <w:r>
        <w:rPr>
          <w:b/>
        </w:rPr>
        <w:t xml:space="preserve">[45:18] </w:t>
      </w:r>
      <w:r>
        <w:t>dono mein farq hai.</w:t>
      </w:r>
    </w:p>
    <w:p>
      <w:pPr>
        <w:jc w:val="right"/>
      </w:pPr>
      <w:r>
        <w:t>دونوں میں فرق ہے۔</w:t>
      </w:r>
    </w:p>
    <w:p>
      <w:r>
        <w:rPr>
          <w:b/>
        </w:rPr>
        <w:t xml:space="preserve">[45:24] </w:t>
      </w:r>
      <w:r>
        <w:t>ideological nishana to har ek ka wahi rehta hai jo us ke mind mein hai, lekin dekhna padta</w:t>
      </w:r>
    </w:p>
    <w:p>
      <w:pPr>
        <w:jc w:val="right"/>
      </w:pPr>
      <w:r>
        <w:t>Ideological نشانہ تو ہر ایک کا وہی رہتا ہے جو اس کے mind میں ہے، لیکن دیکھنا پڑتا</w:t>
      </w:r>
    </w:p>
    <w:p>
      <w:r>
        <w:rPr>
          <w:b/>
        </w:rPr>
        <w:t xml:space="preserve">[45:30] </w:t>
      </w:r>
      <w:r>
        <w:t>hai ke present situation kya hai, available opportunities kya hain.</w:t>
      </w:r>
    </w:p>
    <w:p>
      <w:pPr>
        <w:jc w:val="right"/>
      </w:pPr>
      <w:r>
        <w:t>ہے کہ present situation کیا ہے، available opportunities کیا ہیں۔</w:t>
      </w:r>
    </w:p>
    <w:p>
      <w:r>
        <w:rPr>
          <w:b/>
        </w:rPr>
        <w:t xml:space="preserve">[45:36] </w:t>
      </w:r>
      <w:r>
        <w:t>jaise India mein dekhein, nishana Subhas Chandra Bose ka bhi azadi tha, aur nazariyati nishana, aur Mahatma Gandhi</w:t>
      </w:r>
    </w:p>
    <w:p>
      <w:pPr>
        <w:jc w:val="right"/>
      </w:pPr>
      <w:r>
        <w:t>جیسے انڈیا میں دیکھیں، نشانہ سوار چندر بوس کا بھی آزادی تھا، اور نظریاتی نشانہ، اور مہاتما گاندھی</w:t>
      </w:r>
    </w:p>
    <w:p>
      <w:r>
        <w:rPr>
          <w:b/>
        </w:rPr>
        <w:t xml:space="preserve">[45:42] </w:t>
      </w:r>
      <w:r>
        <w:t>ka bhi nazriati nishana azadi tha.</w:t>
      </w:r>
    </w:p>
    <w:p>
      <w:pPr>
        <w:jc w:val="right"/>
      </w:pPr>
      <w:r>
        <w:t>کا بھی نظریاتی نشانہ آزادی تھا۔</w:t>
      </w:r>
    </w:p>
    <w:p>
      <w:r>
        <w:rPr>
          <w:b/>
        </w:rPr>
        <w:t xml:space="preserve">[45:48] </w:t>
      </w:r>
      <w:r>
        <w:t>lekin gandhi ne dekha ke yeh, woh kehte thay ke "Give me blood and I will give you</w:t>
      </w:r>
    </w:p>
    <w:p>
      <w:pPr>
        <w:jc w:val="right"/>
      </w:pPr>
      <w:r>
        <w:t>لیکن گاندھی نے دیکھا کہ یہ، وہ کہتے تھے کہ "Give me blood and I will give you</w:t>
      </w:r>
    </w:p>
    <w:p>
      <w:r>
        <w:rPr>
          <w:b/>
        </w:rPr>
        <w:t xml:space="preserve">[45:53] </w:t>
      </w:r>
      <w:r>
        <w:t>freedom." gandhi ne kaha nahin.</w:t>
      </w:r>
    </w:p>
    <w:p>
      <w:pPr>
        <w:jc w:val="right"/>
      </w:pPr>
      <w:r>
        <w:t>freedom." گاندھی نے کہا نہیں۔</w:t>
      </w:r>
    </w:p>
    <w:p>
      <w:r>
        <w:rPr>
          <w:b/>
        </w:rPr>
        <w:t xml:space="preserve">[45:59] </w:t>
      </w:r>
      <w:r>
        <w:t>to suwar chander bose ne jo, yani khud bhi mare, woh un ke bohat sare sathi mare gaye,</w:t>
      </w:r>
    </w:p>
    <w:p>
      <w:pPr>
        <w:jc w:val="right"/>
      </w:pPr>
      <w:r>
        <w:t>تو سوار چندر بوس نے جو، یعنی خود بھی مرے، وہ ان کے بہت سارے ساتھی مارے گئے،</w:t>
      </w:r>
    </w:p>
    <w:p>
      <w:r>
        <w:rPr>
          <w:b/>
        </w:rPr>
        <w:t xml:space="preserve">[46:05] </w:t>
      </w:r>
      <w:r>
        <w:t>aur gandhi kamyab hue kyunke unhon ne nishana to same tha, lekin method different ikhtiyar kiya unhon ne.</w:t>
      </w:r>
    </w:p>
    <w:p>
      <w:pPr>
        <w:jc w:val="right"/>
      </w:pPr>
      <w:r>
        <w:t>اور گاندھی کامیاب ہوئے کیونکہ انہوں نے نشانہ تو same تھا، لیکن method different اختیار کیا انہوں نے۔</w:t>
      </w:r>
    </w:p>
    <w:p>
      <w:r>
        <w:rPr>
          <w:b/>
        </w:rPr>
        <w:t xml:space="preserve">[46:11] </w:t>
      </w:r>
      <w:r>
        <w:t>to maine jo baat kahi hai, woh nishane ke bare mein nahin kahi hai, method ke bare</w:t>
      </w:r>
    </w:p>
    <w:p>
      <w:pPr>
        <w:jc w:val="right"/>
      </w:pPr>
      <w:r>
        <w:t>تو میں نے جو بات کہی ہے، وہ نشانے کے بارے میں نہیں کہی ہے، method کے بارے</w:t>
      </w:r>
    </w:p>
    <w:p>
      <w:r>
        <w:rPr>
          <w:b/>
        </w:rPr>
        <w:t xml:space="preserve">[46:17] </w:t>
      </w:r>
      <w:r>
        <w:t>mein kahi hai.</w:t>
      </w:r>
    </w:p>
    <w:p>
      <w:pPr>
        <w:jc w:val="right"/>
      </w:pPr>
      <w:r>
        <w:t>میں کہی ہے۔</w:t>
      </w:r>
    </w:p>
    <w:p>
      <w:r>
        <w:rPr>
          <w:b/>
        </w:rPr>
        <w:t xml:space="preserve">[46:22] </w:t>
      </w:r>
      <w:r>
        <w:t>maulana, agla sawal bhopal se aya hai qasim sahab ka, aur unhon ne likha hai: "maulana sahab, I</w:t>
      </w:r>
    </w:p>
    <w:p>
      <w:pPr>
        <w:jc w:val="right"/>
      </w:pPr>
      <w:r>
        <w:t>مولانا، اگلا سوال بھوپال سے آیا ہے قاسم صاحب کا، اور انہوں نے لکھا ہے: "مولانا صاحب، I</w:t>
      </w:r>
    </w:p>
    <w:p>
      <w:r>
        <w:rPr>
          <w:b/>
        </w:rPr>
        <w:t xml:space="preserve">[46:28] </w:t>
      </w:r>
      <w:r>
        <w:t>I'm a bad planner as I try to do many things at the same time but end up</w:t>
      </w:r>
    </w:p>
    <w:p>
      <w:pPr>
        <w:jc w:val="right"/>
      </w:pPr>
      <w:r>
        <w:t>am a bad planner as I try to do many things at the same time but end up</w:t>
      </w:r>
    </w:p>
    <w:p>
      <w:r>
        <w:rPr>
          <w:b/>
        </w:rPr>
        <w:t xml:space="preserve">[46:34] </w:t>
      </w:r>
      <w:r>
        <w:t>achieving very little.</w:t>
      </w:r>
    </w:p>
    <w:p>
      <w:pPr>
        <w:jc w:val="right"/>
      </w:pPr>
      <w:r>
        <w:t>achieving very little.</w:t>
      </w:r>
    </w:p>
    <w:p>
      <w:r>
        <w:rPr>
          <w:b/>
        </w:rPr>
        <w:t xml:space="preserve">[46:40] </w:t>
      </w:r>
      <w:r>
        <w:t>I am not able to change my thinking but today's talk gave me a new perspective.</w:t>
      </w:r>
    </w:p>
    <w:p>
      <w:pPr>
        <w:jc w:val="right"/>
      </w:pPr>
      <w:r>
        <w:t>I am not able to change my thinking but today's talk gave me a new perspective.</w:t>
      </w:r>
    </w:p>
    <w:p>
      <w:r>
        <w:rPr>
          <w:b/>
        </w:rPr>
        <w:t xml:space="preserve">[46:46] </w:t>
      </w:r>
      <w:r>
        <w:t>Please give me advice on how I can change my thinking as I fear that if I don't</w:t>
      </w:r>
    </w:p>
    <w:p>
      <w:pPr>
        <w:jc w:val="right"/>
      </w:pPr>
      <w:r>
        <w:t>Please give me advice on how I can change my thinking as I fear that if I don't</w:t>
      </w:r>
    </w:p>
    <w:p>
      <w:r>
        <w:rPr>
          <w:b/>
        </w:rPr>
        <w:t xml:space="preserve">[46:52] </w:t>
      </w:r>
      <w:r>
        <w:t>do many things then I will be left behind." jis ghalati ko aadmi khud janta ho, us ko</w:t>
      </w:r>
    </w:p>
    <w:p>
      <w:pPr>
        <w:jc w:val="right"/>
      </w:pPr>
      <w:r>
        <w:t>do many things then I will be left behind." جس غلطی کو آدمی خود جانتا ہو، اس کو</w:t>
      </w:r>
    </w:p>
    <w:p>
      <w:r>
        <w:rPr>
          <w:b/>
        </w:rPr>
        <w:t xml:space="preserve">[46:57] </w:t>
      </w:r>
      <w:r>
        <w:t>wo advice dene kya hai? us ko kehna chahiye ke us par amal karo.</w:t>
      </w:r>
    </w:p>
    <w:p>
      <w:pPr>
        <w:jc w:val="right"/>
      </w:pPr>
      <w:r>
        <w:t>وہ advice دینے کیا ہے؟ اس کو کہنا چاہیے کہ اس پر عمل کرو۔</w:t>
      </w:r>
    </w:p>
    <w:p>
      <w:r>
        <w:rPr>
          <w:b/>
        </w:rPr>
        <w:t xml:space="preserve">[47:03] </w:t>
      </w:r>
      <w:r>
        <w:t>misalan, agar main janta hoon ke smoking jo hai, woh yani injurious to health hai, to us ko</w:t>
      </w:r>
    </w:p>
    <w:p>
      <w:pPr>
        <w:jc w:val="right"/>
      </w:pPr>
      <w:r>
        <w:t>مثلاً، اگر میں جانتا ہوں کہ smoking جو ہے، وہ یعنی injurious to health ہے، تو اس کو</w:t>
      </w:r>
    </w:p>
    <w:p>
      <w:r>
        <w:rPr>
          <w:b/>
        </w:rPr>
        <w:t xml:space="preserve">[47:09] </w:t>
      </w:r>
      <w:r>
        <w:t>chhod dena chahiye.</w:t>
      </w:r>
    </w:p>
    <w:p>
      <w:pPr>
        <w:jc w:val="right"/>
      </w:pPr>
      <w:r>
        <w:t>چھوڑ دینا چاہیے۔</w:t>
      </w:r>
    </w:p>
    <w:p>
      <w:r>
        <w:rPr>
          <w:b/>
        </w:rPr>
        <w:t xml:space="preserve">[47:15] </w:t>
      </w:r>
      <w:r>
        <w:t>Advice ka kya matlab? aap is, aap is baat ko jaan chuke hain ke aap ka jo method</w:t>
      </w:r>
    </w:p>
    <w:p>
      <w:pPr>
        <w:jc w:val="right"/>
      </w:pPr>
      <w:r>
        <w:t>Advice کا کیا مطلب؟ آپ اس، آپ اس بات کو جان چکے ہیں کہ آپ کا جو method</w:t>
      </w:r>
    </w:p>
    <w:p>
      <w:r>
        <w:rPr>
          <w:b/>
        </w:rPr>
        <w:t xml:space="preserve">[47:21] </w:t>
      </w:r>
      <w:r>
        <w:t>of planning hai, woh sahi nahi hai.</w:t>
      </w:r>
    </w:p>
    <w:p>
      <w:pPr>
        <w:jc w:val="right"/>
      </w:pPr>
      <w:r>
        <w:t>of planning ہے، وہ صحیح نہیں ہے۔</w:t>
      </w:r>
    </w:p>
    <w:p>
      <w:r>
        <w:rPr>
          <w:b/>
        </w:rPr>
        <w:t xml:space="preserve">[47:26] </w:t>
      </w:r>
      <w:r>
        <w:t>us ko badal dijiye, bas yeh to aap jaan chuke hain, khud hi keh rahe hain.</w:t>
      </w:r>
    </w:p>
    <w:p>
      <w:pPr>
        <w:jc w:val="right"/>
      </w:pPr>
      <w:r>
        <w:t>اس کو بدل دیجئے، بس یہ تو آپ جان چکے ہیں، خود ہی کہہ رہے ہیں۔</w:t>
      </w:r>
    </w:p>
    <w:p>
      <w:r>
        <w:rPr>
          <w:b/>
        </w:rPr>
        <w:t xml:space="preserve">[47:32] </w:t>
      </w:r>
      <w:r>
        <w:t>aap, aap khud yeh jaan chuke hain ke aap ka method of planning sahi nahin hai in terms</w:t>
      </w:r>
    </w:p>
    <w:p>
      <w:pPr>
        <w:jc w:val="right"/>
      </w:pPr>
      <w:r>
        <w:t>آپ، آپ خود یہ جان چکے ہیں کہ آپ کا method of planning صحیح نہیں ہے in terms</w:t>
      </w:r>
    </w:p>
    <w:p>
      <w:r>
        <w:rPr>
          <w:b/>
        </w:rPr>
        <w:t xml:space="preserve">[47:38] </w:t>
      </w:r>
      <w:r>
        <w:t>of result, to us ko chhod dijiye.</w:t>
      </w:r>
    </w:p>
    <w:p>
      <w:pPr>
        <w:jc w:val="right"/>
      </w:pPr>
      <w:r>
        <w:t>of result، تو اس کو چھوڑ دیجئے۔</w:t>
      </w:r>
    </w:p>
    <w:p>
      <w:r>
        <w:rPr>
          <w:b/>
        </w:rPr>
        <w:t xml:space="preserve">[47:44] </w:t>
      </w:r>
      <w:r>
        <w:t>bas, ab is mein mashwara kya hai? har aadmi yahi kahe ke us ko chodo.</w:t>
      </w:r>
    </w:p>
    <w:p>
      <w:pPr>
        <w:jc w:val="right"/>
      </w:pPr>
      <w:r>
        <w:t>بس، اب اس میں مشورہ کیا ہے؟ ہر آدمی یہی کہے کہ اس کو چھوڑو۔</w:t>
      </w:r>
    </w:p>
    <w:p>
      <w:r>
        <w:rPr>
          <w:b/>
        </w:rPr>
        <w:t xml:space="preserve">[47:50] </w:t>
      </w:r>
      <w:r>
        <w:t>yeh main bhi kahunga ke aap us ko accept kijiye ke I was wrong.</w:t>
      </w:r>
    </w:p>
    <w:p>
      <w:pPr>
        <w:jc w:val="right"/>
      </w:pPr>
      <w:r>
        <w:t>یہ میں بھی کہوں گا کہ آپ اس کو accept کیجئے کہ I was wrong.</w:t>
      </w:r>
    </w:p>
    <w:p>
      <w:r>
        <w:rPr>
          <w:b/>
        </w:rPr>
        <w:t xml:space="preserve">[47:56] </w:t>
      </w:r>
      <w:r>
        <w:t>bhai, is ko note kar lijiye, is pe ek mazmoon likhein ge, ek ek safhay ka. hain ji, note kar lijiye. theek hai, Maulana, woh bilkul hain. hum ne is ka note kar liya hai, Insha Allah is ke bare mein hum risalay mein ek article chhapen ge. ji, kya kya pata hai, reference kya diya hai unhon ne? Al-Risala 2005, Al-Risala 2005. theek hai, aap note kar lijiye is ko.</w:t>
      </w:r>
    </w:p>
    <w:p>
      <w:pPr>
        <w:jc w:val="right"/>
      </w:pPr>
      <w:r>
        <w:t>یہ accept کیجئے کہ I was wrong. اس یہیں سے آپ کا نیا شروع ہوگا۔ جب تک آپ یہ نہیں accept کریں گے کہ I was wrong.</w:t>
      </w:r>
    </w:p>
    <w:p>
      <w:r>
        <w:rPr>
          <w:b/>
        </w:rPr>
        <w:t xml:space="preserve">[48:04] </w:t>
      </w:r>
      <w:r>
        <w:t>tab tak koi nai bagni nahin hogi.</w:t>
      </w:r>
    </w:p>
    <w:p>
      <w:pPr>
        <w:jc w:val="right"/>
      </w:pPr>
      <w:r>
        <w:t>تب تک کوئی نئی بگنی نہیں ہوگی۔</w:t>
      </w:r>
    </w:p>
    <w:p>
      <w:r>
        <w:rPr>
          <w:b/>
        </w:rPr>
        <w:t xml:space="preserve">[48:11] </w:t>
      </w:r>
      <w:r>
        <w:t>maulana, agla sawal moradabad se hai farooq sahab ka, aur unhon ne likha hai: "maulana sahab, I</w:t>
      </w:r>
    </w:p>
    <w:p>
      <w:pPr>
        <w:jc w:val="right"/>
      </w:pPr>
      <w:r>
        <w:t>مولانا، اگلا سوال مراد آباد سے ہے فاروق صاحب کا، اور انہوں نے لکھا ہے: "مولانا صاحب، I</w:t>
      </w:r>
    </w:p>
    <w:p>
      <w:r>
        <w:rPr>
          <w:b/>
        </w:rPr>
        <w:t xml:space="preserve">[48:19] </w:t>
      </w:r>
      <w:r>
        <w:t>I am suffering from inferiority complex and as a result I am never able to plan wisely.</w:t>
      </w:r>
    </w:p>
    <w:p>
      <w:pPr>
        <w:jc w:val="right"/>
      </w:pPr>
      <w:r>
        <w:t>am suffering from inferiority complex and as a result I am never able to plan wisely.</w:t>
      </w:r>
    </w:p>
    <w:p>
      <w:r>
        <w:rPr>
          <w:b/>
        </w:rPr>
        <w:t xml:space="preserve">[48:27] </w:t>
      </w:r>
      <w:r>
        <w:t>Kindly advise how I can manage my inferiority complex as I am always less confident and not able</w:t>
      </w:r>
    </w:p>
    <w:p>
      <w:pPr>
        <w:jc w:val="right"/>
      </w:pPr>
      <w:r>
        <w:t>Kindly advise how I can manage my inferiority complex as I am always less confident and not able</w:t>
      </w:r>
    </w:p>
    <w:p>
      <w:r>
        <w:rPr>
          <w:b/>
        </w:rPr>
        <w:t xml:space="preserve">[48:35] </w:t>
      </w:r>
      <w:r>
        <w:t>to represent myself well in front of many other people." aap sirf yeh kijiye ke hamari char kitabein</w:t>
      </w:r>
    </w:p>
    <w:p>
      <w:pPr>
        <w:jc w:val="right"/>
      </w:pPr>
      <w:r>
        <w:t>to represent myself well in front of many other people." آپ صرف یہ کیجئے کہ ہماری چار کتابیں</w:t>
      </w:r>
    </w:p>
    <w:p>
      <w:r>
        <w:rPr>
          <w:b/>
        </w:rPr>
        <w:t xml:space="preserve">[48:43] </w:t>
      </w:r>
      <w:r>
        <w:t>parh dalen, aur aap dekhen ke jitni aap parh len ge, utni aap ki yeh khatm ho chuka ho ga.</w:t>
      </w:r>
    </w:p>
    <w:p>
      <w:pPr>
        <w:jc w:val="right"/>
      </w:pPr>
      <w:r>
        <w:t>پڑھ ڈالیں، اور آپ دیکھیں کہ جتنی آپ پڑھ لیں گے، اتنی آپ کی یہ ختم ہو چکا ہوگا۔</w:t>
      </w:r>
    </w:p>
    <w:p>
      <w:r>
        <w:rPr>
          <w:b/>
        </w:rPr>
        <w:t xml:space="preserve">[48:50] </w:t>
      </w:r>
      <w:r>
        <w:t>raz-e-hayat, taameer-e-hayat, rehnumai-e-hayat, kitab-e-zindagi, yeh chaar kitaben parh dalen aap.</w:t>
      </w:r>
    </w:p>
    <w:p>
      <w:pPr>
        <w:jc w:val="right"/>
      </w:pPr>
      <w:r>
        <w:t>راز حیات، تعمیر حیات، رہنمائی حیات، کتاب زندگی، یہ چار کتابیں پڑھ ڈالیں آپ۔</w:t>
      </w:r>
    </w:p>
    <w:p>
      <w:r>
        <w:rPr>
          <w:b/>
        </w:rPr>
        <w:t xml:space="preserve">[48:58] </w:t>
      </w:r>
      <w:r>
        <w:t>insha Allah, insha Allah, jitni aap khatm karen ge, usi din aap ka yeh weakness bhi khatm ho jaye ga.</w:t>
      </w:r>
    </w:p>
    <w:p>
      <w:pPr>
        <w:jc w:val="right"/>
      </w:pPr>
      <w:r>
        <w:t>انشاءاللہ، انشاءاللہ، جتنی آپ ختم کریں گے، اسی دن آپ کا یہ weakness بھی ختم ہو جائے گی۔</w:t>
      </w:r>
    </w:p>
    <w:p>
      <w:r>
        <w:rPr>
          <w:b/>
        </w:rPr>
        <w:t xml:space="preserve">[49:06] </w:t>
      </w:r>
      <w:r>
        <w:t>agar aap English mein parhte hon to main ek kitab bataon ga: "Moral Vision".</w:t>
      </w:r>
    </w:p>
    <w:p>
      <w:pPr>
        <w:jc w:val="right"/>
      </w:pPr>
      <w:r>
        <w:t>اگر آپ انگلش میں پڑھتے ہوں تو میں ایک کتاب بتاؤں گا: "Moral Vision"۔</w:t>
      </w:r>
    </w:p>
    <w:p>
      <w:r>
        <w:rPr>
          <w:b/>
        </w:rPr>
        <w:t xml:space="preserve">[49:14] </w:t>
      </w:r>
      <w:r>
        <w:t>agar aap ka mutaliq ki zaban English ho to sirf ek kitab parh lijye aap: "Moral Vision".</w:t>
      </w:r>
    </w:p>
    <w:p>
      <w:pPr>
        <w:jc w:val="right"/>
      </w:pPr>
      <w:r>
        <w:t>اگر آپ کا متعلق کی زبان انگلش ہو تو صرف ایک کتاب پڑھ لیجئے آپ: "Moral Vision"۔</w:t>
      </w:r>
    </w:p>
    <w:p>
      <w:r>
        <w:rPr>
          <w:b/>
        </w:rPr>
        <w:t xml:space="preserve">[49:22] </w:t>
      </w:r>
      <w:r>
        <w:t>bas kafi hai bilkul, lekin ek bar mat parhiye, kai bar parhiye, kai bar parhiye, kyunke ek bar</w:t>
      </w:r>
    </w:p>
    <w:p>
      <w:pPr>
        <w:jc w:val="right"/>
      </w:pPr>
      <w:r>
        <w:t>بس کافی ہے بالکل، لیکن ایک بار مت پڑھئے، کئی بار پڑھئے، کئی بار پڑھئے، کیونکہ ایک بار</w:t>
      </w:r>
    </w:p>
    <w:p>
      <w:r>
        <w:rPr>
          <w:b/>
        </w:rPr>
        <w:t xml:space="preserve">[49:29] </w:t>
      </w:r>
      <w:r>
        <w:t>parh kar aap is ki baton ko poori tarah se pakar nahi paen ge.</w:t>
      </w:r>
    </w:p>
    <w:p>
      <w:pPr>
        <w:jc w:val="right"/>
      </w:pPr>
      <w:r>
        <w:t>پڑھ کر آپ اس کی باتوں کو پوری طریقے سے پکڑ نہیں پائیں گے۔</w:t>
      </w:r>
    </w:p>
    <w:p>
      <w:r>
        <w:rPr>
          <w:b/>
        </w:rPr>
        <w:t xml:space="preserve">[49:37] </w:t>
      </w:r>
      <w:r>
        <w:t>Maulana, agla sawal Shakeel sahib ne kiya hai Ghaziabad se, aur unhon ne likha hai: "Maulana sahib,</w:t>
      </w:r>
    </w:p>
    <w:p>
      <w:pPr>
        <w:jc w:val="right"/>
      </w:pPr>
      <w:r>
        <w:t>مولانا، اگلا سوال شکیل صاحب نے کیا ہے غازی آباد سے، اور انہوں نے لکھا ہے: "مولانا صاحب،</w:t>
      </w:r>
    </w:p>
    <w:p>
      <w:r>
        <w:rPr>
          <w:b/>
        </w:rPr>
        <w:t xml:space="preserve">[49:45] </w:t>
      </w:r>
      <w:r>
        <w:t>sometimes protests and raising complaints get the attention of authorities so that they take action, otherwise they do</w:t>
      </w:r>
    </w:p>
    <w:p>
      <w:pPr>
        <w:jc w:val="right"/>
      </w:pPr>
      <w:r>
        <w:t>sometimes protests and raising complaints get the attention of authorities so that they take action, otherwise they do</w:t>
      </w:r>
    </w:p>
    <w:p>
      <w:r>
        <w:rPr>
          <w:b/>
        </w:rPr>
        <w:t xml:space="preserve">[49:53] </w:t>
      </w:r>
      <w:r>
        <w:t>not act at all and become complacent.</w:t>
      </w:r>
    </w:p>
    <w:p>
      <w:pPr>
        <w:jc w:val="right"/>
      </w:pPr>
      <w:r>
        <w:t>not act at all and become complacent.</w:t>
      </w:r>
    </w:p>
    <w:p>
      <w:r>
        <w:rPr>
          <w:b/>
        </w:rPr>
        <w:t xml:space="preserve">[50:01] </w:t>
      </w:r>
      <w:r>
        <w:t>There are so many cases where coming on the road to force government to take action has helped. Don't you think that sometimes protests and complaints help in getting matters resolved faster?</w:t>
      </w:r>
    </w:p>
    <w:p>
      <w:pPr>
        <w:jc w:val="right"/>
      </w:pPr>
      <w:r>
        <w:t>There are so many cases where coming on the road to force government to take action has helped. Don't you think that sometimes protests and complaints help in getting matters resolved faster?</w:t>
      </w:r>
    </w:p>
    <w:p>
      <w:r>
        <w:rPr>
          <w:b/>
        </w:rPr>
        <w:t xml:space="preserve">[50:14] </w:t>
      </w:r>
      <w:r>
        <w:t>" ek bhi misal nahi, aap jo keh rahe hain, so many examples, ek bhi misal nahi.</w:t>
      </w:r>
    </w:p>
    <w:p>
      <w:pPr>
        <w:jc w:val="right"/>
      </w:pPr>
      <w:r>
        <w:t>" ایک بھی مثال نہیں، آپ جو کہہ رہے ہیں، so many examples، ایک بھی مثال نہیں۔</w:t>
      </w:r>
    </w:p>
    <w:p>
      <w:r>
        <w:rPr>
          <w:b/>
        </w:rPr>
        <w:t xml:space="preserve">[50:21] </w:t>
      </w:r>
      <w:r>
        <w:t>kabhi bhi protest ka tareeqa aur opposition politics ya political activities, yeh kabhi bhi koi positive result nahi nikla hai.</w:t>
      </w:r>
    </w:p>
    <w:p>
      <w:pPr>
        <w:jc w:val="right"/>
      </w:pPr>
      <w:r>
        <w:t>کبھی بھی protest کا طریقہ اور opposition politics یا political activities، یہ کبھی بھی کوئی positive result نہیں نکلا ہے۔</w:t>
      </w:r>
    </w:p>
    <w:p>
      <w:r>
        <w:rPr>
          <w:b/>
        </w:rPr>
        <w:t xml:space="preserve">[50:28] </w:t>
      </w:r>
      <w:r>
        <w:t>ab misal de ke bataon ga, koi ek misal de dijiye.</w:t>
      </w:r>
    </w:p>
    <w:p>
      <w:pPr>
        <w:jc w:val="right"/>
      </w:pPr>
      <w:r>
        <w:t>اب مثال دے کے بتاؤں گا، کوئی ایک مثال دے دیجئے۔</w:t>
      </w:r>
    </w:p>
    <w:p>
      <w:r>
        <w:rPr>
          <w:b/>
        </w:rPr>
        <w:t xml:space="preserve">[50:36] </w:t>
      </w:r>
      <w:r>
        <w:t>misal nateeja niklta hai jaise England mein Fabian Society ne jo kaam kiya, is ka result nikla.</w:t>
      </w:r>
    </w:p>
    <w:p>
      <w:pPr>
        <w:jc w:val="right"/>
      </w:pPr>
      <w:r>
        <w:t>مثال نتیجہ نکلتا ہے جیسے انگلینڈ میں فابین سوسائٹی نے جو کام کیا، اس کا result نکلا۔</w:t>
      </w:r>
    </w:p>
    <w:p>
      <w:r>
        <w:rPr>
          <w:b/>
        </w:rPr>
        <w:t xml:space="preserve">[50:43] </w:t>
      </w:r>
      <w:r>
        <w:t>unhon ne na protest kiya, na sarkon par aye, na koi demand kiya, kuch bhi nahi.</w:t>
      </w:r>
    </w:p>
    <w:p>
      <w:pPr>
        <w:jc w:val="right"/>
      </w:pPr>
      <w:r>
        <w:t>انہوں نے نہ protest کیا، نہ سڑکوں پر آئے، نہ کوئی demand کیا، کچھ بھی نہیں۔</w:t>
      </w:r>
    </w:p>
    <w:p>
      <w:r>
        <w:rPr>
          <w:b/>
        </w:rPr>
        <w:t xml:space="preserve">[50:50] </w:t>
      </w:r>
      <w:r>
        <w:t>peaceful tareeqe se unhon ne kaam kiya, aur bohat bara result aa gaya.</w:t>
      </w:r>
    </w:p>
    <w:p>
      <w:pPr>
        <w:jc w:val="right"/>
      </w:pPr>
      <w:r>
        <w:t>Peaceful طریقے سے انہوں نے کام کیا، اور بہت بڑا result آ گیا۔</w:t>
      </w:r>
    </w:p>
    <w:p>
      <w:r>
        <w:rPr>
          <w:b/>
        </w:rPr>
        <w:t xml:space="preserve">[50:58] </w:t>
      </w:r>
      <w:r>
        <w:t>aap Fabian Society ko parhiye, aap jo keh rahe hain to is ki misal aap den ge, agle</w:t>
      </w:r>
    </w:p>
    <w:p>
      <w:pPr>
        <w:jc w:val="right"/>
      </w:pPr>
      <w:r>
        <w:t>آپ فابین سوسائٹی کو پڑھئے، آپ جو کہہ رہے ہیں تو اس کی مثال آپ دیں گے، اگلے</w:t>
      </w:r>
    </w:p>
    <w:p>
      <w:r>
        <w:rPr>
          <w:b/>
        </w:rPr>
        <w:t xml:space="preserve">[51:05] </w:t>
      </w:r>
      <w:r>
        <w:t>Sunday ko to bataon ga.</w:t>
      </w:r>
    </w:p>
    <w:p>
      <w:pPr>
        <w:jc w:val="right"/>
      </w:pPr>
      <w:r>
        <w:t>Sunday کو تو بتاؤں گا۔</w:t>
      </w:r>
    </w:p>
    <w:p>
      <w:r>
        <w:rPr>
          <w:b/>
        </w:rPr>
        <w:t xml:space="preserve">[51:12] </w:t>
      </w:r>
      <w:r>
        <w:t>koi ek misal de dijiye ke yeh jo negative activism hai, is se kuch faida nikalta hai.</w:t>
      </w:r>
    </w:p>
    <w:p>
      <w:pPr>
        <w:jc w:val="right"/>
      </w:pPr>
      <w:r>
        <w:t>کوئی ایک مثال دے دیجئے کہ یہ جو negative activism ہے، اس سے کچھ فائدہ نکلتا ہے۔</w:t>
      </w:r>
    </w:p>
    <w:p>
      <w:r>
        <w:rPr>
          <w:b/>
        </w:rPr>
        <w:t xml:space="preserve">[51:20] </w:t>
      </w:r>
      <w:r>
        <w:t>positive activism se faida nikalta hai, negative activism se faida koi nahi nikalta.</w:t>
      </w:r>
    </w:p>
    <w:p>
      <w:pPr>
        <w:jc w:val="right"/>
      </w:pPr>
      <w:r>
        <w:t>Positive activism سے فائدہ نکلتا ہے، negative activism سے فائدہ کوئی نہیں نکلتا۔</w:t>
      </w:r>
    </w:p>
    <w:p>
      <w:r>
        <w:rPr>
          <w:b/>
        </w:rPr>
        <w:t xml:space="preserve">[51:27] </w:t>
      </w:r>
      <w:r>
        <w:t>Maulana, agla sawal Mumbai se kiya hai Fayyaz sahib ne, aur unhon ne aap se poocha hai ke</w:t>
      </w:r>
    </w:p>
    <w:p>
      <w:pPr>
        <w:jc w:val="right"/>
      </w:pPr>
      <w:r>
        <w:t>مولانا، اگلا سوال ممبئی سے کیا ہے فیاض صاحب نے، اور انہوں نے آپ سے پوچھا ہے کہ</w:t>
      </w:r>
    </w:p>
    <w:p>
      <w:r>
        <w:rPr>
          <w:b/>
        </w:rPr>
        <w:t xml:space="preserve">[51:34] </w:t>
      </w:r>
      <w:r>
        <w:t>Maulana sahib, can we do DAWA work by using cinema, movies, and documentaries as the medium?</w:t>
      </w:r>
    </w:p>
    <w:p>
      <w:pPr>
        <w:jc w:val="right"/>
      </w:pPr>
      <w:r>
        <w:t>مولانا صاحب, can we do DAWA work by using cinema, movies, and documentaries as the medium?</w:t>
      </w:r>
    </w:p>
    <w:p>
      <w:r>
        <w:rPr>
          <w:b/>
        </w:rPr>
        <w:t xml:space="preserve">[51:42] </w:t>
      </w:r>
      <w:r>
        <w:t>What is your advice to that?</w:t>
      </w:r>
    </w:p>
    <w:p>
      <w:pPr>
        <w:jc w:val="right"/>
      </w:pPr>
      <w:r>
        <w:t>What is your advice to that?</w:t>
      </w:r>
    </w:p>
    <w:p>
      <w:r>
        <w:rPr>
          <w:b/>
        </w:rPr>
        <w:t xml:space="preserve">[51:46] </w:t>
      </w:r>
      <w:r>
        <w:t>sirf literature phailaiye, aur literature ki baat ko aap jo hamare jo taqreeren hain, un ko phailaiye.</w:t>
      </w:r>
    </w:p>
    <w:p>
      <w:pPr>
        <w:jc w:val="right"/>
      </w:pPr>
      <w:r>
        <w:t>صرف literature پھیلائیے، اور literature کی بات کو آپ جو ہمارے جو تقریریں ہیں، ان کو پھیلائیے۔</w:t>
      </w:r>
    </w:p>
    <w:p>
      <w:r>
        <w:rPr>
          <w:b/>
        </w:rPr>
        <w:t xml:space="preserve">[51:51] </w:t>
      </w:r>
      <w:r>
        <w:t>hamari jo kitaben hain, is ko phailaiye.</w:t>
      </w:r>
    </w:p>
    <w:p>
      <w:pPr>
        <w:jc w:val="right"/>
      </w:pPr>
      <w:r>
        <w:t>ہماری جو کتابیں ہیں، اس کو پھیلائیے۔</w:t>
      </w:r>
    </w:p>
    <w:p>
      <w:r>
        <w:rPr>
          <w:b/>
        </w:rPr>
        <w:t xml:space="preserve">[51:56] </w:t>
      </w:r>
      <w:r>
        <w:t>phailane ke tareeqe different ho sakte hain, aur koi cheez aap karen ge to woh to bohat se</w:t>
      </w:r>
    </w:p>
    <w:p>
      <w:pPr>
        <w:jc w:val="right"/>
      </w:pPr>
      <w:r>
        <w:t>پھیلانے کے طریقے different ہو سکتے ہیں، اور کوئی چیز آپ کریں گے تو وہ تو بہت سے</w:t>
      </w:r>
    </w:p>
    <w:p>
      <w:r>
        <w:rPr>
          <w:b/>
        </w:rPr>
        <w:t xml:space="preserve">[52:01] </w:t>
      </w:r>
      <w:r>
        <w:t>log kar chuke hain, aur koi result nahin nikla, koi natija nahin.</w:t>
      </w:r>
    </w:p>
    <w:p>
      <w:pPr>
        <w:jc w:val="right"/>
      </w:pPr>
      <w:r>
        <w:t>لوگ کر چکے ہیں، اور کوئی result نہیں نکلا، کوئی نتیجہ نہیں۔</w:t>
      </w:r>
    </w:p>
    <w:p>
      <w:r>
        <w:rPr>
          <w:b/>
        </w:rPr>
        <w:t xml:space="preserve">[52:06] </w:t>
      </w:r>
      <w:r>
        <w:t>hamare kaam ko phailaiye, aap khud se aap jo karen ge to woh to bohat se log kar</w:t>
      </w:r>
    </w:p>
    <w:p>
      <w:pPr>
        <w:jc w:val="right"/>
      </w:pPr>
      <w:r>
        <w:t>ہمارے کام کو پھیلائیے، آپ خود سے آپ جو کریں گے تو وہ تو بہت سے لوگ کر</w:t>
      </w:r>
    </w:p>
    <w:p>
      <w:r>
        <w:rPr>
          <w:b/>
        </w:rPr>
        <w:t xml:space="preserve">[52:11] </w:t>
      </w:r>
      <w:r>
        <w:t>chuke hain, koi natija nahin nikla.</w:t>
      </w:r>
    </w:p>
    <w:p>
      <w:pPr>
        <w:jc w:val="right"/>
      </w:pPr>
      <w:r>
        <w:t>چکے ہیں، کوئی نتیجہ نہیں نکلا۔</w:t>
      </w:r>
    </w:p>
    <w:p>
      <w:r>
        <w:rPr>
          <w:b/>
        </w:rPr>
        <w:t xml:space="preserve">[52:16] </w:t>
      </w:r>
      <w:r>
        <w:t>No result at all.</w:t>
      </w:r>
    </w:p>
    <w:p>
      <w:pPr>
        <w:jc w:val="right"/>
      </w:pPr>
      <w:r>
        <w:t>No result at all.</w:t>
      </w:r>
    </w:p>
    <w:p>
      <w:r>
        <w:rPr>
          <w:b/>
        </w:rPr>
        <w:t xml:space="preserve">[52:21] </w:t>
      </w:r>
      <w:r>
        <w:t>Maulana, agla sawal Jammu se kya hai Zubair sahab ne, aur unhon ne aap se poocha hai ke how can we develop wise thinking as bad planning is a result of not developing wise thinking in ourselves? Maulana sahib, as you rightly said today, that we are not realistic in approach.</w:t>
      </w:r>
    </w:p>
    <w:p>
      <w:pPr>
        <w:jc w:val="right"/>
      </w:pPr>
      <w:r>
        <w:t>مولانا، اگلا سوال جموں سے کیا ہے زبیر صاحب نے، اور انہوں نے آپ سے پوچھا ہے کہ how can we develop wise thinking as bad planning is a result of not developing wise thinking in ourselves? مولانا صاحب، as you rightly said today, that we are not realistic in approach.</w:t>
      </w:r>
    </w:p>
    <w:p>
      <w:r>
        <w:rPr>
          <w:b/>
        </w:rPr>
        <w:t xml:space="preserve">[52:40] </w:t>
      </w:r>
      <w:r>
        <w:t>So kindly advise how to develop wise thinking.</w:t>
      </w:r>
    </w:p>
    <w:p>
      <w:pPr>
        <w:jc w:val="right"/>
      </w:pPr>
      <w:r>
        <w:t>So kindly advise how to develop wise thinking.</w:t>
      </w:r>
    </w:p>
    <w:p>
      <w:r>
        <w:rPr>
          <w:b/>
        </w:rPr>
        <w:t xml:space="preserve">[52:46] </w:t>
      </w:r>
      <w:r>
        <w:t>bhai, hamari kitaben parhiye aur parhwaiye, yahi ek kaam hai.</w:t>
      </w:r>
    </w:p>
    <w:p>
      <w:pPr>
        <w:jc w:val="right"/>
      </w:pPr>
      <w:r>
        <w:t>بھائی، ہماری کتابیں پڑھئے اور پڑھوائیے، یہی ایک کام ہے۔</w:t>
      </w:r>
    </w:p>
    <w:p>
      <w:r>
        <w:rPr>
          <w:b/>
        </w:rPr>
        <w:t xml:space="preserve">[52:52] </w:t>
      </w:r>
      <w:r>
        <w:t>ek kitab hai "Simple Wisdom".</w:t>
      </w:r>
    </w:p>
    <w:p>
      <w:pPr>
        <w:jc w:val="right"/>
      </w:pPr>
      <w:r>
        <w:t>ایک کتاب ہے "Simple Wisdom"۔</w:t>
      </w:r>
    </w:p>
    <w:p>
      <w:r>
        <w:rPr>
          <w:b/>
        </w:rPr>
        <w:t xml:space="preserve">[52:58] </w:t>
      </w:r>
      <w:r>
        <w:t>"Simple Wisdom" ko aap parhiye aur doosron ko parhwaiye, bhai, yahi kaam hai.</w:t>
      </w:r>
    </w:p>
    <w:p>
      <w:pPr>
        <w:jc w:val="right"/>
      </w:pPr>
      <w:r>
        <w:t>"Simple Wisdom" کو آپ پڑھئے اور دوسروں کو پڑھوائیے، بھائی، یہی کام ہے۔</w:t>
      </w:r>
    </w:p>
    <w:p>
      <w:r>
        <w:rPr>
          <w:b/>
        </w:rPr>
        <w:t xml:space="preserve">[53:05] </w:t>
      </w:r>
      <w:r>
        <w:t>hazaron logon ki soch badli hai inhi kitabon se.</w:t>
      </w:r>
    </w:p>
    <w:p>
      <w:pPr>
        <w:jc w:val="right"/>
      </w:pPr>
      <w:r>
        <w:t>ہزاروں لوگوں کی سوچ بدلی ہے انہی کتابوں سے۔</w:t>
      </w:r>
    </w:p>
    <w:p>
      <w:r>
        <w:rPr>
          <w:b/>
        </w:rPr>
        <w:t xml:space="preserve">[53:11] </w:t>
      </w:r>
      <w:r>
        <w:t>hum to yahi kahen ge ke jo yeh hamare jo lecture hote hain, un ke jo concert bante</w:t>
      </w:r>
    </w:p>
    <w:p>
      <w:pPr>
        <w:jc w:val="right"/>
      </w:pPr>
      <w:r>
        <w:t>ہم تو یہی کہیں گے کہ جو یہ ہمارے جو lecture ہوتے ہیں، ان کے جو concert بنتے</w:t>
      </w:r>
    </w:p>
    <w:p>
      <w:r>
        <w:rPr>
          <w:b/>
        </w:rPr>
        <w:t xml:space="preserve">[53:17] </w:t>
      </w:r>
      <w:r>
        <w:t>hain, us ko phailaiye.</w:t>
      </w:r>
    </w:p>
    <w:p>
      <w:pPr>
        <w:jc w:val="right"/>
      </w:pPr>
      <w:r>
        <w:t>ہیں، اس کو پھیلائیے۔</w:t>
      </w:r>
    </w:p>
    <w:p>
      <w:r>
        <w:rPr>
          <w:b/>
        </w:rPr>
        <w:t xml:space="preserve">[53:24] </w:t>
      </w:r>
      <w:r>
        <w:t>yeh sab kijiye.</w:t>
      </w:r>
    </w:p>
    <w:p>
      <w:pPr>
        <w:jc w:val="right"/>
      </w:pPr>
      <w:r>
        <w:t>یہ سب کیجئے۔</w:t>
      </w:r>
    </w:p>
    <w:p>
      <w:r>
        <w:rPr>
          <w:b/>
        </w:rPr>
        <w:t xml:space="preserve">[53:30] </w:t>
      </w:r>
      <w:r>
        <w:t>Maulana, agla sawal Maulana Iqbal Umri ne kiya hai Chennai se, aur unhon ne likha hai ke Maulana</w:t>
      </w:r>
    </w:p>
    <w:p>
      <w:pPr>
        <w:jc w:val="right"/>
      </w:pPr>
      <w:r>
        <w:t>مولانا، اگلا سوال مولانا اقبال عمری نے کیا ہے چنئی سے، اور انہوں نے لکھا ہے کہ مولانا</w:t>
      </w:r>
    </w:p>
    <w:p>
      <w:r>
        <w:rPr>
          <w:b/>
        </w:rPr>
        <w:t xml:space="preserve">[53:36] </w:t>
      </w:r>
      <w:r>
        <w:t>sahib, hamara ideological goal kya hona chahiye? kyon Musalman apne goal ke bare mein confused hain? is ki</w:t>
      </w:r>
    </w:p>
    <w:p>
      <w:pPr>
        <w:jc w:val="right"/>
      </w:pPr>
      <w:r>
        <w:t>صاحب، ہمارا ideological goal کیا ہونا چاہیے؟ کیوں مسلمان اپنے goal کے بارے میں confused ہیں؟ اس کی</w:t>
      </w:r>
    </w:p>
    <w:p>
      <w:r>
        <w:rPr>
          <w:b/>
        </w:rPr>
        <w:t xml:space="preserve">[53:43] </w:t>
      </w:r>
      <w:r>
        <w:t>kya wajah hai? bhai, dekhiye, ummat-e-muslima ka jo nishana hai, woh Quran mein saaf saaf bata diya</w:t>
      </w:r>
    </w:p>
    <w:p>
      <w:pPr>
        <w:jc w:val="right"/>
      </w:pPr>
      <w:r>
        <w:t>کیا وجہ ہے؟ بھائی، دیکھئے، امت مسلمہ کا جو نشانہ ہے، وہ قرآن میں صاف صاف بتا دیا</w:t>
      </w:r>
    </w:p>
    <w:p>
      <w:r>
        <w:rPr>
          <w:b/>
        </w:rPr>
        <w:t xml:space="preserve">[53:49] </w:t>
      </w:r>
      <w:r>
        <w:t>gaya hai وَكَذَلِكَ جَعَلْنَاكُمْ أُمَّةً وَسَطًا لِتَكُونُوا شَهُدًى عَلَى النَّاسِ وَيَكُونُ الرَّسُولُ عَلَيْكُمْ شَهِيدًى to Musalman ummat wasat</w:t>
      </w:r>
    </w:p>
    <w:p>
      <w:pPr>
        <w:jc w:val="right"/>
      </w:pPr>
      <w:r>
        <w:t>گیا ہے وَكَذَلِكَ جَعَلْنَاكُمْ أُمَّةً وَسَطًا لِتَكُونُوا شَهُدًى عَلَى النَّاسِ وَيَكُونُ الرَّسُولُ عَلَيْكُمْ شَهِدًى تو مسلمان امت وسط</w:t>
      </w:r>
    </w:p>
    <w:p>
      <w:r>
        <w:rPr>
          <w:b/>
        </w:rPr>
        <w:t xml:space="preserve">[53:55] </w:t>
      </w:r>
      <w:r>
        <w:t>hai, beech ki ummat. Middle community.</w:t>
      </w:r>
    </w:p>
    <w:p>
      <w:pPr>
        <w:jc w:val="right"/>
      </w:pPr>
      <w:r>
        <w:t>ہے، بیچ کی امت۔ Middle community.</w:t>
      </w:r>
    </w:p>
    <w:p>
      <w:r>
        <w:rPr>
          <w:b/>
        </w:rPr>
        <w:t xml:space="preserve">[54:01] </w:t>
      </w:r>
      <w:r>
        <w:t>beech ki ummat, yani hum ko sachai mili hai Rasool Allah se, us ko hum logon tak pahunchana hai.</w:t>
      </w:r>
    </w:p>
    <w:p>
      <w:pPr>
        <w:jc w:val="right"/>
      </w:pPr>
      <w:r>
        <w:t>بیچ کی امت، یعنی ہم کو سچائی ملی ہے رسول اللہ سے، اس کو ہم لوگوں تک پہنچانا ہے۔</w:t>
      </w:r>
    </w:p>
    <w:p>
      <w:r>
        <w:rPr>
          <w:b/>
        </w:rPr>
        <w:t xml:space="preserve">[54:08] </w:t>
      </w:r>
      <w:r>
        <w:t>bas hum Rasool Allah aur insan ke beech mein hain.</w:t>
      </w:r>
    </w:p>
    <w:p>
      <w:pPr>
        <w:jc w:val="right"/>
      </w:pPr>
      <w:r>
        <w:t>تو ہم رسول اللہ اور انسان کے بیچ میں ہیں۔</w:t>
      </w:r>
    </w:p>
    <w:p>
      <w:r>
        <w:rPr>
          <w:b/>
        </w:rPr>
        <w:t xml:space="preserve">[54:14] </w:t>
      </w:r>
      <w:r>
        <w:t>bas hamein Quran mila hai Rasool Allah se, us Quran ko hamein doston tak pahunchana hai.</w:t>
      </w:r>
    </w:p>
    <w:p>
      <w:pPr>
        <w:jc w:val="right"/>
      </w:pPr>
      <w:r>
        <w:t>بس ہمیں قرآن ملا ہے رسول اللہ سے، اس قرآن کو ہمیں دوستوں تک پہنچانا ہے۔</w:t>
      </w:r>
    </w:p>
    <w:p>
      <w:r>
        <w:rPr>
          <w:b/>
        </w:rPr>
        <w:t xml:space="preserve">[54:20] </w:t>
      </w:r>
      <w:r>
        <w:t>bilkul clear hai mission, clear hai ke Rasool Allah se mili hui hidayat name ko hum dunya tak pahunchayen.</w:t>
      </w:r>
    </w:p>
    <w:p>
      <w:pPr>
        <w:jc w:val="right"/>
      </w:pPr>
      <w:r>
        <w:t>بالکل clear ہے mission، clear ہے کہ رسول اللہ سے ملی ہوئی ہدایت نامے کو ہم دنیا تک پہنچائیں۔</w:t>
      </w:r>
    </w:p>
    <w:p>
      <w:r>
        <w:rPr>
          <w:b/>
        </w:rPr>
        <w:t xml:space="preserve">[54:27] </w:t>
      </w:r>
      <w:r>
        <w:t>bas, yani koi do raah ho nahin sakti.</w:t>
      </w:r>
    </w:p>
    <w:p>
      <w:pPr>
        <w:jc w:val="right"/>
      </w:pPr>
      <w:r>
        <w:t>بس، یعنی کوئی دو راہ ہو نہیں سکتی۔</w:t>
      </w:r>
    </w:p>
    <w:p>
      <w:r>
        <w:rPr>
          <w:b/>
        </w:rPr>
        <w:t xml:space="preserve">[54:33] </w:t>
      </w:r>
      <w:r>
        <w:t>Maulana, agla sawal Bhubaneshwar se kiya hai Safdar Hashim sahib ne, unhon ne likha hai ke I want</w:t>
      </w:r>
    </w:p>
    <w:p>
      <w:pPr>
        <w:jc w:val="right"/>
      </w:pPr>
      <w:r>
        <w:t>مولانا، اگلا سوال بھوبنیشور سے کیا ہے صفدر ہاشم صاحب نے، انہوں نے لکھا ہے کہ I want</w:t>
      </w:r>
    </w:p>
    <w:p>
      <w:r>
        <w:rPr>
          <w:b/>
        </w:rPr>
        <w:t xml:space="preserve">[54:39] </w:t>
      </w:r>
      <w:r>
        <w:t>to get rid of sins but then I keep getting into it.</w:t>
      </w:r>
    </w:p>
    <w:p>
      <w:pPr>
        <w:jc w:val="right"/>
      </w:pPr>
      <w:r>
        <w:t>to get rid of sins but then I keep getting into it.</w:t>
      </w:r>
    </w:p>
    <w:p>
      <w:r>
        <w:rPr>
          <w:b/>
        </w:rPr>
        <w:t xml:space="preserve">[54:46] </w:t>
      </w:r>
      <w:r>
        <w:t>molana sahib, please advise me how I can get out of doing sin.</w:t>
      </w:r>
    </w:p>
    <w:p>
      <w:pPr>
        <w:jc w:val="right"/>
      </w:pPr>
      <w:r>
        <w:t>مولانا صاحب، please advise me how I can get out of doing sin.</w:t>
      </w:r>
    </w:p>
    <w:p>
      <w:r>
        <w:rPr>
          <w:b/>
        </w:rPr>
        <w:t xml:space="preserve">[54:52] </w:t>
      </w:r>
      <w:r>
        <w:t>sindh s a i n? ji, bhai, quran parhiye aur main kya keh sakta hoon? quran ko samajh kar</w:t>
      </w:r>
    </w:p>
    <w:p>
      <w:pPr>
        <w:jc w:val="right"/>
      </w:pPr>
      <w:r>
        <w:t>سندھ ایس آئی این؟ جی، بھائی، قرآن پڑھئے اور میں کیا کہہ سکتا ہوں؟ قرآن کو سمجھ کر</w:t>
      </w:r>
    </w:p>
    <w:p>
      <w:r>
        <w:rPr>
          <w:b/>
        </w:rPr>
        <w:t xml:space="preserve">[54:58] </w:t>
      </w:r>
      <w:r>
        <w:t>parhiye bar bar, yeh main keh sakta hoon.</w:t>
      </w:r>
    </w:p>
    <w:p>
      <w:pPr>
        <w:jc w:val="right"/>
      </w:pPr>
      <w:r>
        <w:t>پڑھئے بار بار، یہ میں کہہ سکتا ہوں۔</w:t>
      </w:r>
    </w:p>
    <w:p>
      <w:r>
        <w:rPr>
          <w:b/>
        </w:rPr>
        <w:t xml:space="preserve">[55:04] </w:t>
      </w:r>
      <w:r>
        <w:t>quran ko samajh kar bar bar parhiye.</w:t>
      </w:r>
    </w:p>
    <w:p>
      <w:pPr>
        <w:jc w:val="right"/>
      </w:pPr>
      <w:r>
        <w:t>قرآن کو سمجھ کر بار بار پڑھئے۔</w:t>
      </w:r>
    </w:p>
    <w:p>
      <w:r>
        <w:rPr>
          <w:b/>
        </w:rPr>
        <w:t xml:space="preserve">[55:10] </w:t>
      </w:r>
      <w:r>
        <w:t>molana, agla sawal chennai se kya hai bilal sahib ne, aur unhon ne likha hai ke molana sahib</w:t>
      </w:r>
    </w:p>
    <w:p>
      <w:pPr>
        <w:jc w:val="right"/>
      </w:pPr>
      <w:r>
        <w:t>مولانا، اگلا سوال چنئی سے کیا ہے بلال صاحب نے، اور انہوں نے لکھا ہے کہ مولانا صاحب</w:t>
      </w:r>
    </w:p>
    <w:p>
      <w:r>
        <w:rPr>
          <w:b/>
        </w:rPr>
        <w:t xml:space="preserve">[55:16] </w:t>
      </w:r>
      <w:r>
        <w:t>My question is how did you develop your positive mindset?</w:t>
      </w:r>
    </w:p>
    <w:p>
      <w:pPr>
        <w:jc w:val="right"/>
      </w:pPr>
      <w:r>
        <w:t>my question is how did you develop your positive mindset?</w:t>
      </w:r>
    </w:p>
    <w:p>
      <w:r>
        <w:rPr>
          <w:b/>
        </w:rPr>
        <w:t xml:space="preserve">[55:23] </w:t>
      </w:r>
      <w:r>
        <w:t>Please tell all of us so that we can take lessons from your life.</w:t>
      </w:r>
    </w:p>
    <w:p>
      <w:pPr>
        <w:jc w:val="right"/>
      </w:pPr>
      <w:r>
        <w:t>Please tell all of us so that we can take lessons from your life.</w:t>
      </w:r>
    </w:p>
    <w:p>
      <w:r>
        <w:rPr>
          <w:b/>
        </w:rPr>
        <w:t xml:space="preserve">[55:29] </w:t>
      </w:r>
      <w:r>
        <w:t>bhai, koi yeh batane ke liye aap aaye hain? aap aaye hain ke nahi? aap nahi hain? nahi, molana.</w:t>
      </w:r>
    </w:p>
    <w:p>
      <w:pPr>
        <w:jc w:val="right"/>
      </w:pPr>
      <w:r>
        <w:t>بھائی، کوئی یہ بتانے کے لئے آپ آئے ہیں؟ آپ آئے ہیں کہ نہیں؟ آپ نہیں ہیں؟ نہیں، مولانا۔</w:t>
      </w:r>
    </w:p>
    <w:p>
      <w:r>
        <w:rPr>
          <w:b/>
        </w:rPr>
        <w:t xml:space="preserve">[55:36] </w:t>
      </w:r>
      <w:r>
        <w:t>aap bataiye, aap ko bataoon, aap ke bare mein main kya bataoon? aap ke bare mein main kya</w:t>
      </w:r>
    </w:p>
    <w:p>
      <w:pPr>
        <w:jc w:val="right"/>
      </w:pPr>
      <w:r>
        <w:t>آپ بتائیے، آپ کو بتاؤں، آپ کے بارے میں میں کیا بتاؤں؟ آپ کے بارے میں میں کیا</w:t>
      </w:r>
    </w:p>
    <w:p>
      <w:r>
        <w:rPr>
          <w:b/>
        </w:rPr>
        <w:t xml:space="preserve">[55:43] </w:t>
      </w:r>
      <w:r>
        <w:t>bataoon? main yeh kahoon ga ke kitabein parhiye hamari, hamara magazine risala nikalta hai, use parhiye.</w:t>
      </w:r>
    </w:p>
    <w:p>
      <w:pPr>
        <w:jc w:val="right"/>
      </w:pPr>
      <w:r>
        <w:t>بتاؤں؟ میں یہ کہوں گا کہ کتابیں پڑھئے ہماری، ہمارا magazine رسالہ نکلتا ہے، اسے پڑھئے۔</w:t>
      </w:r>
    </w:p>
    <w:p>
      <w:r>
        <w:rPr>
          <w:b/>
        </w:rPr>
        <w:t xml:space="preserve">[55:49] </w:t>
      </w:r>
      <w:r>
        <w:t>yeh keh sakta hoon, lecture suniye, isi mein is ka jawab mil jaye ga aap ko.</w:t>
      </w:r>
    </w:p>
    <w:p>
      <w:pPr>
        <w:jc w:val="right"/>
      </w:pPr>
      <w:r>
        <w:t>یہ کہہ سکتا ہوں، lecture سنیئے، اسی میں اس کا جواب مل جائے گا آپ کو۔</w:t>
      </w:r>
    </w:p>
    <w:p>
      <w:r>
        <w:rPr>
          <w:b/>
        </w:rPr>
        <w:t xml:space="preserve">[55:56] </w:t>
      </w:r>
      <w:r>
        <w:t>ji, ek sher hai asghar gondvi ka ke asghar se mile lekin asghar ko nahi dekha.</w:t>
      </w:r>
    </w:p>
    <w:p>
      <w:pPr>
        <w:jc w:val="right"/>
      </w:pPr>
      <w:r>
        <w:t>جی، ایک شعر ہے اصغر گونڈوی کا کہ اصغر سے ملے لیکن اصغر کو نہیں دیکھا۔</w:t>
      </w:r>
    </w:p>
    <w:p>
      <w:r>
        <w:rPr>
          <w:b/>
        </w:rPr>
        <w:t xml:space="preserve">[56:03] </w:t>
      </w:r>
      <w:r>
        <w:t>asghar gondvi ek shayar thay to unhon ne kaha ke asghar se mile lekin asghar ko nahi dekha.</w:t>
      </w:r>
    </w:p>
    <w:p>
      <w:pPr>
        <w:jc w:val="right"/>
      </w:pPr>
      <w:r>
        <w:t>اصغر گونڈوی ایک شاعر تھے تو انہوں نے کہا کہ اصغر سے ملے لیکن اصغر کو نہیں دیکھا۔</w:t>
      </w:r>
    </w:p>
    <w:p>
      <w:r>
        <w:rPr>
          <w:b/>
        </w:rPr>
        <w:t xml:space="preserve">[56:09] </w:t>
      </w:r>
      <w:r>
        <w:t>sunte hain ke sheron mein kuch kuch woh numayan hain, yani jo asghar gondvi ke ashaar hain, us</w:t>
      </w:r>
    </w:p>
    <w:p>
      <w:pPr>
        <w:jc w:val="right"/>
      </w:pPr>
      <w:r>
        <w:t>سنتے ہیں کہ شعروں میں کچھ کچھ وہ نمایاں ہیں، یعنی جو اصغر گونڈوی کے اشعار ہیں، اس</w:t>
      </w:r>
    </w:p>
    <w:p>
      <w:r>
        <w:rPr>
          <w:b/>
        </w:rPr>
        <w:t xml:space="preserve">[56:16] </w:t>
      </w:r>
      <w:r>
        <w:t>mein asghar gondvi ka taaruf hai.</w:t>
      </w:r>
    </w:p>
    <w:p>
      <w:pPr>
        <w:jc w:val="right"/>
      </w:pPr>
      <w:r>
        <w:t>میں اصغر گونڈوی کا تعارف ہے۔</w:t>
      </w:r>
    </w:p>
    <w:p>
      <w:r>
        <w:rPr>
          <w:b/>
        </w:rPr>
        <w:t xml:space="preserve">[56:23] </w:t>
      </w:r>
      <w:r>
        <w:t>aap janna chahte hon ke asghar gondvi kya thay to un ke sheron ko parhiye.</w:t>
      </w:r>
    </w:p>
    <w:p>
      <w:pPr>
        <w:jc w:val="right"/>
      </w:pPr>
      <w:r>
        <w:t>آپ جاننا چاہتے ہوں کہ اصغر گونڈوی کیا تھے تو ان کے شعروں کو پڑھئے۔</w:t>
      </w:r>
    </w:p>
    <w:p>
      <w:r>
        <w:rPr>
          <w:b/>
        </w:rPr>
        <w:t xml:space="preserve">[56:29] </w:t>
      </w:r>
      <w:r>
        <w:t>to aise hi bhai kahoon ga ke bhai, mujh ko aap janna chahte hain to meri tehreerein, meri</w:t>
      </w:r>
    </w:p>
    <w:p>
      <w:pPr>
        <w:jc w:val="right"/>
      </w:pPr>
      <w:r>
        <w:t>تو ایسے ہی بھائی کہوں گا کہ بھائی، مجھ کو آپ جاننا چاہتے ہیں تو میری تحریریں، میری</w:t>
      </w:r>
    </w:p>
    <w:p>
      <w:r>
        <w:rPr>
          <w:b/>
        </w:rPr>
        <w:t xml:space="preserve">[56:36] </w:t>
      </w:r>
      <w:r>
        <w:t>auto biography hai, meri jo tehreerein hain, woh meri khud navisht samne umri hai.</w:t>
      </w:r>
    </w:p>
    <w:p>
      <w:pPr>
        <w:jc w:val="right"/>
      </w:pPr>
      <w:r>
        <w:t>آٹو بائیوگرافی ہے، میری جو تحریریں ہیں، وہ میری خود نوشت سامنے عمری ہے۔</w:t>
      </w:r>
    </w:p>
    <w:p>
      <w:r>
        <w:rPr>
          <w:b/>
        </w:rPr>
        <w:t xml:space="preserve">[56:43] </w:t>
      </w:r>
      <w:r>
        <w:t>is mein aap sari baatein jaan lein ge.</w:t>
      </w:r>
    </w:p>
    <w:p>
      <w:pPr>
        <w:jc w:val="right"/>
      </w:pPr>
      <w:r>
        <w:t>اس میں آپ ساری باتیں جان لیں گے۔</w:t>
      </w:r>
    </w:p>
    <w:p>
      <w:r>
        <w:rPr>
          <w:b/>
        </w:rPr>
        <w:t xml:space="preserve">[56:49] </w:t>
      </w:r>
      <w:r>
        <w:t>kehta hai aap theek hain? yeh ji ji, molana that if people read your books, they will know</w:t>
      </w:r>
    </w:p>
    <w:p>
      <w:pPr>
        <w:jc w:val="right"/>
      </w:pPr>
      <w:r>
        <w:t>کہتا ہے آپ ٹھیک ہیں؟ یہ جی جی، مولانا that if people read your books, they will know</w:t>
      </w:r>
    </w:p>
    <w:p>
      <w:r>
        <w:rPr>
          <w:b/>
        </w:rPr>
        <w:t xml:space="preserve">[56:56] </w:t>
      </w:r>
      <w:r>
        <w:t>more about you and your approach.</w:t>
      </w:r>
    </w:p>
    <w:p>
      <w:pPr>
        <w:jc w:val="right"/>
      </w:pPr>
      <w:r>
        <w:t>more about you and your approach.</w:t>
      </w:r>
    </w:p>
    <w:p>
      <w:r>
        <w:rPr>
          <w:b/>
        </w:rPr>
        <w:t xml:space="preserve">[57:03] </w:t>
      </w:r>
      <w:r>
        <w:t>So the best thing is that everybody reads your books. Maulana, agla sawal London se kiya hai Sahab Ahmed Rabani sahab ne, aur unhon ne likha hai ke Maulana sahib why are you so much bent towards your books? Are there not others whose books can hold a similar way?</w:t>
      </w:r>
    </w:p>
    <w:p>
      <w:pPr>
        <w:jc w:val="right"/>
      </w:pPr>
      <w:r>
        <w:t>So the best thing is that everybody reads your books. مولانا، اگلا سوال لندن سے کیا ہے صاحب احمد ربانی صاحب نے، اور انہوں نے لکھا ہے کہ مولانا صاحب why are you so much bent towards your books? Are there not others whose books can hold a similar way?</w:t>
      </w:r>
    </w:p>
    <w:p>
      <w:r>
        <w:rPr>
          <w:b/>
        </w:rPr>
        <w:t xml:space="preserve">[57:27] </w:t>
      </w:r>
      <w:r>
        <w:t>bhai, bahut aasan jawab hai is ka, aap khud jaan sakte hain.</w:t>
      </w:r>
    </w:p>
    <w:p>
      <w:pPr>
        <w:jc w:val="right"/>
      </w:pPr>
      <w:r>
        <w:t>بھائی، بہت آسان جواب ہے اس کا، آپ خود جان سکتے ہیں۔</w:t>
      </w:r>
    </w:p>
    <w:p>
      <w:r>
        <w:rPr>
          <w:b/>
        </w:rPr>
        <w:t xml:space="preserve">[57:32] </w:t>
      </w:r>
      <w:r>
        <w:t>bahut aasan hai, aap kisi bhi doosre shakhs ko, jis ko aap samajhte hain ke woh bahut aap</w:t>
      </w:r>
    </w:p>
    <w:p>
      <w:pPr>
        <w:jc w:val="right"/>
      </w:pPr>
      <w:r>
        <w:t>بہت آسان ہے، آپ کسی بھی دوسرے شخص کو، جس کو آپ سمجھتے ہیں کہ وہ بہت آپ</w:t>
      </w:r>
    </w:p>
    <w:p>
      <w:r>
        <w:rPr>
          <w:b/>
        </w:rPr>
        <w:t xml:space="preserve">[57:38] </w:t>
      </w:r>
      <w:r>
        <w:t>ki nazar mein important hai, us ki kitabon ko lije, meri kitabon ko lije, aur dono ko comparative study kijiye.</w:t>
      </w:r>
    </w:p>
    <w:p>
      <w:pPr>
        <w:jc w:val="right"/>
      </w:pPr>
      <w:r>
        <w:t>کی نظر میں important ہے، اس کی کتابوں کو لیجئے، میری کتابوں کو لیجئے، اور دونوں کو comparative study کیجئے۔</w:t>
      </w:r>
    </w:p>
    <w:p>
      <w:r>
        <w:rPr>
          <w:b/>
        </w:rPr>
        <w:t xml:space="preserve">[57:44] </w:t>
      </w:r>
      <w:r>
        <w:t>aap doosri kitabon ka, meri kitabon ka comparative study kijiye, aap khud jaan lein ge, aap ko khud</w:t>
      </w:r>
    </w:p>
    <w:p>
      <w:pPr>
        <w:jc w:val="right"/>
      </w:pPr>
      <w:r>
        <w:t>آپ دوسری کتابوں کا، میری کتابوں کا comparative study کیجئے، آپ خود جان لیں گے، آپ کو خود</w:t>
      </w:r>
    </w:p>
    <w:p>
      <w:r>
        <w:rPr>
          <w:b/>
        </w:rPr>
        <w:t xml:space="preserve">[57:49] </w:t>
      </w:r>
      <w:r>
        <w:t>hi is ka jawab maloom ho jaye ga.</w:t>
      </w:r>
    </w:p>
    <w:p>
      <w:pPr>
        <w:jc w:val="right"/>
      </w:pPr>
      <w:r>
        <w:t>ہی اس کا جواب معلوم ہو جائے گا۔</w:t>
      </w:r>
    </w:p>
    <w:p>
      <w:r>
        <w:rPr>
          <w:b/>
        </w:rPr>
        <w:t xml:space="preserve">[57:55] </w:t>
      </w:r>
      <w:r>
        <w:t>misalan, aap dekhenge ke doosri kitabon se sab mein siyasat, zulm ki baaten hain.</w:t>
      </w:r>
    </w:p>
    <w:p>
      <w:pPr>
        <w:jc w:val="right"/>
      </w:pPr>
      <w:r>
        <w:t>مثلاً، آپ دیکھیں گے کہ دوسری کتابوں سے سب میں سیاست، ظلم کی باتیں ہیں۔</w:t>
      </w:r>
    </w:p>
    <w:p>
      <w:r>
        <w:rPr>
          <w:b/>
        </w:rPr>
        <w:t xml:space="preserve">[58:01] </w:t>
      </w:r>
      <w:r>
        <w:t>zulm hai, mitana hai hamein, zulm hai, mitana hai is ko.</w:t>
      </w:r>
    </w:p>
    <w:p>
      <w:pPr>
        <w:jc w:val="right"/>
      </w:pPr>
      <w:r>
        <w:t>ظلم ہے، مٹانا ہے ہمیں، ظلم ہے، مٹانا ہے اس کو۔</w:t>
      </w:r>
    </w:p>
    <w:p>
      <w:r>
        <w:rPr>
          <w:b/>
        </w:rPr>
        <w:t xml:space="preserve">[58:06] </w:t>
      </w:r>
      <w:r>
        <w:t>hamari kitabon mein yeh hai hi nahin, to main kyun kahoon doosri kitaben padhne ke liye? Kyun ke padh</w:t>
      </w:r>
    </w:p>
    <w:p>
      <w:pPr>
        <w:jc w:val="right"/>
      </w:pPr>
      <w:r>
        <w:t>ہماری کتابوں میں یہ ہے ہی نہیں، تو میں کیوں کہوں دوسری کتابیں پڑھنے کے لئے؟ کیونکہ پڑھ</w:t>
      </w:r>
    </w:p>
    <w:p>
      <w:r>
        <w:rPr>
          <w:b/>
        </w:rPr>
        <w:t xml:space="preserve">[58:12] </w:t>
      </w:r>
      <w:r>
        <w:t>kar kya aadmi negative mind banega? Zulm ko mitana hai, aap dekh lijiye jo doosri jamaaten hain,</w:t>
      </w:r>
    </w:p>
    <w:p>
      <w:pPr>
        <w:jc w:val="right"/>
      </w:pPr>
      <w:r>
        <w:t>کر کیا آدمی negative mind بنے گا؟ ظلم کو مٹانا ہے، آپ دیکھ لیجئے جو دوسری جماعتیں ہیں،</w:t>
      </w:r>
    </w:p>
    <w:p>
      <w:r>
        <w:rPr>
          <w:b/>
        </w:rPr>
        <w:t xml:space="preserve">[58:18] </w:t>
      </w:r>
      <w:r>
        <w:t>jo doosri kitabon ko phailati hain, sab ka mind yahi hai.</w:t>
      </w:r>
    </w:p>
    <w:p>
      <w:pPr>
        <w:jc w:val="right"/>
      </w:pPr>
      <w:r>
        <w:t>جو دوسری کتابوں کو پھیلاتی ہیں، سب کا mind یہی ہے۔</w:t>
      </w:r>
    </w:p>
    <w:p>
      <w:r>
        <w:rPr>
          <w:b/>
        </w:rPr>
        <w:t xml:space="preserve">[58:23] </w:t>
      </w:r>
      <w:r>
        <w:t>Islamophobia hai aur zulm hai aur hum under siege hain, to sari kitaben yahi sab zehan deti hain.</w:t>
      </w:r>
    </w:p>
    <w:p>
      <w:pPr>
        <w:jc w:val="right"/>
      </w:pPr>
      <w:r>
        <w:t>Islamophobia ہے اور ظلم ہے اور ہم under siege ہیں، تو ساری کتابیں یہی سب ذہن دیتی ہیں۔</w:t>
      </w:r>
    </w:p>
    <w:p>
      <w:r>
        <w:rPr>
          <w:b/>
        </w:rPr>
        <w:t xml:space="preserve">[58:29] </w:t>
      </w:r>
      <w:r>
        <w:t>Hamari kitaben jo hain, woh exception hain ke woh is qism ki positive zehan deti hain, mukammal taur</w:t>
      </w:r>
    </w:p>
    <w:p>
      <w:pPr>
        <w:jc w:val="right"/>
      </w:pPr>
      <w:r>
        <w:t>ہماری کتابیں جو ہیں، وہ exception ہیں کہ وہ اس قسم کی positive ذہن دیتی ہیں، مکمل طور</w:t>
      </w:r>
    </w:p>
    <w:p>
      <w:r>
        <w:rPr>
          <w:b/>
        </w:rPr>
        <w:t xml:space="preserve">[58:35] </w:t>
      </w:r>
      <w:r>
        <w:t>par positive hain.</w:t>
      </w:r>
    </w:p>
    <w:p>
      <w:pPr>
        <w:jc w:val="right"/>
      </w:pPr>
      <w:r>
        <w:t>پر positive ہیں۔</w:t>
      </w:r>
    </w:p>
    <w:p>
      <w:r>
        <w:rPr>
          <w:b/>
        </w:rPr>
        <w:t xml:space="preserve">[58:40] </w:t>
      </w:r>
      <w:r>
        <w:t>Aap khud padh kar faisla kijiye ke doosri kitabon ko padh kar negative mind banta hai, hamari kitabon</w:t>
      </w:r>
    </w:p>
    <w:p>
      <w:pPr>
        <w:jc w:val="right"/>
      </w:pPr>
      <w:r>
        <w:t>آپ خود پڑھ کر فیصلہ کیجئے کہ دوسری کتابوں کو پڑھ کر negative mind بنتا ہے، ہماری کتابوں</w:t>
      </w:r>
    </w:p>
    <w:p>
      <w:r>
        <w:rPr>
          <w:b/>
        </w:rPr>
        <w:t xml:space="preserve">[58:46] </w:t>
      </w:r>
      <w:r>
        <w:t>ko padh kar positive mind banta hai.</w:t>
      </w:r>
    </w:p>
    <w:p>
      <w:pPr>
        <w:jc w:val="right"/>
      </w:pPr>
      <w:r>
        <w:t>کو پڑھ کر positive mind بنتا ہے۔</w:t>
      </w:r>
    </w:p>
    <w:p>
      <w:r>
        <w:rPr>
          <w:b/>
        </w:rPr>
        <w:t xml:space="preserve">[58:52] </w:t>
      </w:r>
      <w:r>
        <w:t>Agar aap ko yeh ho ke falan kitaben padh kar bhi positive mind bana hai, to woh to</w:t>
      </w:r>
    </w:p>
    <w:p>
      <w:pPr>
        <w:jc w:val="right"/>
      </w:pPr>
      <w:r>
        <w:t>اگر آپ کو یہ ہو کہ فلاں کتابیں پڑھ کر بھی positive mind بنا ہے، تو وہ تو</w:t>
      </w:r>
    </w:p>
    <w:p>
      <w:r>
        <w:rPr>
          <w:b/>
        </w:rPr>
        <w:t xml:space="preserve">[58:57] </w:t>
      </w:r>
      <w:r>
        <w:t>na batayen mujhe.</w:t>
      </w:r>
    </w:p>
    <w:p>
      <w:pPr>
        <w:jc w:val="right"/>
      </w:pPr>
      <w:r>
        <w:t>نہ بتائیں مجھے۔</w:t>
      </w:r>
    </w:p>
    <w:p>
      <w:r>
        <w:rPr>
          <w:b/>
        </w:rPr>
        <w:t xml:space="preserve">[59:03] </w:t>
      </w:r>
      <w:r>
        <w:t>Agar aap payen padh kar ke falan writer jo hai, us ki kitaben padh kar ke positive zehan</w:t>
      </w:r>
    </w:p>
    <w:p>
      <w:pPr>
        <w:jc w:val="right"/>
      </w:pPr>
      <w:r>
        <w:t>اگر آپ پائیں پڑھ کر کہ فلاں writer جو ہے، اس کی کتابیں پڑھ کر کہ positive ذہن</w:t>
      </w:r>
    </w:p>
    <w:p>
      <w:r>
        <w:rPr>
          <w:b/>
        </w:rPr>
        <w:t xml:space="preserve">[59:09] </w:t>
      </w:r>
      <w:r>
        <w:t>banta hai, to mujhe woh na batayen is ka.</w:t>
      </w:r>
    </w:p>
    <w:p>
      <w:pPr>
        <w:jc w:val="right"/>
      </w:pPr>
      <w:r>
        <w:t>بنتا ہے، تو مجھے وہ نہ بتائیں اس کا۔</w:t>
      </w:r>
    </w:p>
    <w:p>
      <w:r>
        <w:rPr>
          <w:b/>
        </w:rPr>
        <w:t xml:space="preserve">[59:15] </w:t>
      </w:r>
      <w:r>
        <w:t>Abhi to main dekhta hoon ke jitne bhi writer hain, un ki kitabon ko padh kar negative mind banta hai.</w:t>
      </w:r>
    </w:p>
    <w:p>
      <w:pPr>
        <w:jc w:val="right"/>
      </w:pPr>
      <w:r>
        <w:t>ابھی تو میں دیکھتا ہوں کہ جتنے بھی writer ہیں، ان کی کتابوں کو پڑھ کر negative mind بنتا ہے۔</w:t>
      </w:r>
    </w:p>
    <w:p>
      <w:r>
        <w:rPr>
          <w:b/>
        </w:rPr>
        <w:t xml:space="preserve">[59:20] </w:t>
      </w:r>
      <w:r>
        <w:t>Exception se hamari kitabon ka hai.</w:t>
      </w:r>
    </w:p>
    <w:p>
      <w:pPr>
        <w:jc w:val="right"/>
      </w:pPr>
      <w:r>
        <w:t>Exception سے ہماری کتابوں کا ہے۔</w:t>
      </w:r>
    </w:p>
    <w:p>
      <w:r>
        <w:rPr>
          <w:b/>
        </w:rPr>
        <w:t xml:space="preserve">[59:26] </w:t>
      </w:r>
      <w:r>
        <w:t>Ek ek ek ek jamaat zaroor hai jo fazail par chalti hai, to fazail hi mind banta hai.</w:t>
      </w:r>
    </w:p>
    <w:p>
      <w:pPr>
        <w:jc w:val="right"/>
      </w:pPr>
      <w:r>
        <w:t>ایک ایک ایک ایک جماعت ضرور ہے جو فضائل پر چلتی ہے، تو فضائل ہی mind بنتا ہے۔</w:t>
      </w:r>
    </w:p>
    <w:p>
      <w:r>
        <w:rPr>
          <w:b/>
        </w:rPr>
        <w:t xml:space="preserve">[59:32] </w:t>
      </w:r>
      <w:r>
        <w:t>Woh to koi mind nahin hai, mabni par fazail mind to koi mind hi nahin hai.</w:t>
      </w:r>
    </w:p>
    <w:p>
      <w:pPr>
        <w:jc w:val="right"/>
      </w:pPr>
      <w:r>
        <w:t>وہ تو کوئی mind نہیں ہے، مبنی پر فضائل mind تو کوئی mind ہی نہیں ہے۔</w:t>
      </w:r>
    </w:p>
    <w:p>
      <w:r>
        <w:rPr>
          <w:b/>
        </w:rPr>
        <w:t xml:space="preserve">[59:37] </w:t>
      </w:r>
      <w:r>
        <w:t>Woh to ek purasrar mind hai, purasrar mysterious soch banti hai is se.</w:t>
      </w:r>
    </w:p>
    <w:p>
      <w:pPr>
        <w:jc w:val="right"/>
      </w:pPr>
      <w:r>
        <w:t>وہ تو ایک پراسرار mind ہے، پراسرار mysterious سوچ بنتی ہے اس سے۔</w:t>
      </w:r>
    </w:p>
    <w:p>
      <w:r>
        <w:rPr>
          <w:b/>
        </w:rPr>
        <w:t xml:space="preserve">[59:43] </w:t>
      </w:r>
      <w:r>
        <w:t>Yaani fazail par jo jo mind bane, woh mysterious thinking us ke andar hogi.</w:t>
      </w:r>
    </w:p>
    <w:p>
      <w:pPr>
        <w:jc w:val="right"/>
      </w:pPr>
      <w:r>
        <w:t>یعنی فضائل پر جو جو mind بنے، وہ mysterious thinking اس کے اندر ہوگی۔</w:t>
      </w:r>
    </w:p>
    <w:p>
      <w:r>
        <w:rPr>
          <w:b/>
        </w:rPr>
        <w:t xml:space="preserve">[59:49] </w:t>
      </w:r>
      <w:r>
        <w:t>Woh to kuch bhi nahin hai.</w:t>
      </w:r>
    </w:p>
    <w:p>
      <w:pPr>
        <w:jc w:val="right"/>
      </w:pPr>
      <w:r>
        <w:t>وہ تو کچھ بھی نہیں ہے۔</w:t>
      </w:r>
    </w:p>
    <w:p>
      <w:r>
        <w:rPr>
          <w:b/>
        </w:rPr>
        <w:t xml:space="preserve">[59:54] </w:t>
      </w:r>
      <w:r>
        <w:t>To jo log likhte hain halaat hazra par, main un ki baat karta hoon.</w:t>
      </w:r>
    </w:p>
    <w:p>
      <w:pPr>
        <w:jc w:val="right"/>
      </w:pPr>
      <w:r>
        <w:t>تو جو لوگ لکھتے ہیں حالات حضرہ پر، میں ان کی بات کرتا ہوں۔</w:t>
      </w:r>
    </w:p>
    <w:p>
      <w:r>
        <w:rPr>
          <w:b/>
        </w:rPr>
        <w:t xml:space="preserve">[1:00:00] </w:t>
      </w:r>
      <w:r>
        <w:t>Islam aur halaat hazra, yaani aaj ke daur mein musalman kya karein? Aaj ke daur mein Islam ka</w:t>
      </w:r>
    </w:p>
    <w:p>
      <w:pPr>
        <w:jc w:val="right"/>
      </w:pPr>
      <w:r>
        <w:t>اسلام اور حالات حضرہ، یعنی آج کے دور میں مسلمان کیا کریں؟ آج کے دور میں اسلام کا</w:t>
      </w:r>
    </w:p>
    <w:p>
      <w:r>
        <w:rPr>
          <w:b/>
        </w:rPr>
        <w:t xml:space="preserve">[1:00:06] </w:t>
      </w:r>
      <w:r>
        <w:t>paigham kya hai? Jinka topic yeh hai, un ko main kehta hoon.</w:t>
      </w:r>
    </w:p>
    <w:p>
      <w:pPr>
        <w:jc w:val="right"/>
      </w:pPr>
      <w:r>
        <w:t>پیغام کیا ہے؟ جن کا topic یہ ہے، ان کو میں کہتا ہوں۔</w:t>
      </w:r>
    </w:p>
    <w:p>
      <w:r>
        <w:rPr>
          <w:b/>
        </w:rPr>
        <w:t xml:space="preserve">[1:00:11] </w:t>
      </w:r>
      <w:r>
        <w:t>To jitni bhi kitaben maine dekhi hain is mozu par, sab negative zehan banati hain.</w:t>
      </w:r>
    </w:p>
    <w:p>
      <w:pPr>
        <w:jc w:val="right"/>
      </w:pPr>
      <w:r>
        <w:t>تو جتنی بھی کتابیں میں نے دیکھی ہیں اس موضوع پر، سب negative ذہن بناتی ہیں۔</w:t>
      </w:r>
    </w:p>
    <w:p>
      <w:r>
        <w:rPr>
          <w:b/>
        </w:rPr>
        <w:t xml:space="preserve">[1:00:17] </w:t>
      </w:r>
      <w:r>
        <w:t>hamari kitaben akeli kitaben hain jo positive zehen banati hain.</w:t>
      </w:r>
    </w:p>
    <w:p>
      <w:pPr>
        <w:jc w:val="right"/>
      </w:pPr>
      <w:r>
        <w:t>ہماری کتابیں اکیلی کتابیں ہیں جو positive ذہن بناتی ہیں۔</w:t>
      </w:r>
    </w:p>
    <w:p>
      <w:r>
        <w:rPr>
          <w:b/>
        </w:rPr>
        <w:t xml:space="preserve">[1:00:23] </w:t>
      </w:r>
      <w:r>
        <w:t>aap ka aap comparative study kar ke dekh lijiye khud hi.</w:t>
      </w:r>
    </w:p>
    <w:p>
      <w:pPr>
        <w:jc w:val="right"/>
      </w:pPr>
      <w:r>
        <w:t>آپ کا آپ comparative study کر کے دیکھ لیجئے خود ہی۔</w:t>
      </w:r>
    </w:p>
    <w:p>
      <w:r>
        <w:rPr>
          <w:b/>
        </w:rPr>
        <w:t xml:space="preserve">[1:00:28] </w:t>
      </w:r>
      <w:r>
        <w:t>maulana, agla sawal bangalore se kya hai javed sahab ne, aur unhon ne likha hai ke maulana, you</w:t>
      </w:r>
    </w:p>
    <w:p>
      <w:pPr>
        <w:jc w:val="right"/>
      </w:pPr>
      <w:r>
        <w:t>مولانا، اگلا سوال بنگلور سے کیا ہے جاوید صاحب نے، اور انہوں نے لکھا ہے کہ مولانا، you</w:t>
      </w:r>
    </w:p>
    <w:p>
      <w:r>
        <w:rPr>
          <w:b/>
        </w:rPr>
        <w:t xml:space="preserve">[1:00:34] </w:t>
      </w:r>
      <w:r>
        <w:t>said in today's lecture that sabr is taking a U-turn.</w:t>
      </w:r>
    </w:p>
    <w:p>
      <w:pPr>
        <w:jc w:val="right"/>
      </w:pPr>
      <w:r>
        <w:t>said in today's lecture that صبر is taking a U-turn.</w:t>
      </w:r>
    </w:p>
    <w:p>
      <w:r>
        <w:rPr>
          <w:b/>
        </w:rPr>
        <w:t xml:space="preserve">[1:00:40] </w:t>
      </w:r>
      <w:r>
        <w:t>I did not understand it.</w:t>
      </w:r>
    </w:p>
    <w:p>
      <w:pPr>
        <w:jc w:val="right"/>
      </w:pPr>
      <w:r>
        <w:t>I did not understand it.</w:t>
      </w:r>
    </w:p>
    <w:p>
      <w:r>
        <w:rPr>
          <w:b/>
        </w:rPr>
        <w:t xml:space="preserve">[1:00:46] </w:t>
      </w:r>
      <w:r>
        <w:t>Can you elaborate as to how sabr means taking a U-turn?</w:t>
      </w:r>
    </w:p>
    <w:p>
      <w:pPr>
        <w:jc w:val="right"/>
      </w:pPr>
      <w:r>
        <w:t>Can you elaborate as to how صبر means taking a U-turn?</w:t>
      </w:r>
    </w:p>
    <w:p>
      <w:r>
        <w:rPr>
          <w:b/>
        </w:rPr>
        <w:t xml:space="preserve">[1:00:51] </w:t>
      </w:r>
      <w:r>
        <w:t>dikhye, sabr ka matlab kya hai? Patience, tahammul, yani react na karna.</w:t>
      </w:r>
    </w:p>
    <w:p>
      <w:pPr>
        <w:jc w:val="right"/>
      </w:pPr>
      <w:r>
        <w:t>دیکھئے، صبر کا مطلب کیا ہے؟ Patience، تحمل، یعنی react نہ کرنا۔</w:t>
      </w:r>
    </w:p>
    <w:p>
      <w:r>
        <w:rPr>
          <w:b/>
        </w:rPr>
        <w:t xml:space="preserve">[1:00:57] </w:t>
      </w:r>
      <w:r>
        <w:t>sabr ka matlab hai react na karte hue sochna.</w:t>
      </w:r>
    </w:p>
    <w:p>
      <w:pPr>
        <w:jc w:val="right"/>
      </w:pPr>
      <w:r>
        <w:t>صبر کا مطلب ہے react نہ کرتے ہوئے سوچنا۔</w:t>
      </w:r>
    </w:p>
    <w:p>
      <w:r>
        <w:rPr>
          <w:b/>
        </w:rPr>
        <w:t xml:space="preserve">[1:01:03] </w:t>
      </w:r>
      <w:r>
        <w:t>yani koi soorat-e-haal pesh aayi to aadmi kya karta hai? Foran react karta hai.</w:t>
      </w:r>
    </w:p>
    <w:p>
      <w:pPr>
        <w:jc w:val="right"/>
      </w:pPr>
      <w:r>
        <w:t>یعنی کوئی صورتحال پیش آئی تو آدمی کیا کرتا ہے؟ فوراً react کرتا ہے۔</w:t>
      </w:r>
    </w:p>
    <w:p>
      <w:r>
        <w:rPr>
          <w:b/>
        </w:rPr>
        <w:t xml:space="preserve">[1:01:09] </w:t>
      </w:r>
      <w:r>
        <w:t>koi bhi soorat-e-haal pesh aaye, mushtael ho jata hai, ghussa ho jata hai, react karta hai.</w:t>
      </w:r>
    </w:p>
    <w:p>
      <w:pPr>
        <w:jc w:val="right"/>
      </w:pPr>
      <w:r>
        <w:t>کوئی بھی صورتحال پیش آئے، مشتعل ہو جاتا ہے، غصہ ہو جاتا ہے، react کرتا ہے۔</w:t>
      </w:r>
    </w:p>
    <w:p>
      <w:r>
        <w:rPr>
          <w:b/>
        </w:rPr>
        <w:t xml:space="preserve">[1:01:15] </w:t>
      </w:r>
      <w:r>
        <w:t>to is ka jo ulta hai, woh sabr hai.</w:t>
      </w:r>
    </w:p>
    <w:p>
      <w:pPr>
        <w:jc w:val="right"/>
      </w:pPr>
      <w:r>
        <w:t>تو اس کا جو الٹا ہے، وہ صبر ہے۔</w:t>
      </w:r>
    </w:p>
    <w:p>
      <w:r>
        <w:rPr>
          <w:b/>
        </w:rPr>
        <w:t xml:space="preserve">[1:01:20] </w:t>
      </w:r>
      <w:r>
        <w:t>is ka ulta jo hai, woh sabr hai.</w:t>
      </w:r>
    </w:p>
    <w:p>
      <w:pPr>
        <w:jc w:val="right"/>
      </w:pPr>
      <w:r>
        <w:t>اس کا الٹا جو ہے، وہ صبر ہے۔</w:t>
      </w:r>
    </w:p>
    <w:p>
      <w:r>
        <w:rPr>
          <w:b/>
        </w:rPr>
        <w:t xml:space="preserve">[1:01:26] </w:t>
      </w:r>
      <w:r>
        <w:t>to is ka maani hai ke jo instinct jo aata hai aadmi ke mind mein, jo baat hai,</w:t>
      </w:r>
    </w:p>
    <w:p>
      <w:pPr>
        <w:jc w:val="right"/>
      </w:pPr>
      <w:r>
        <w:t>تو اس کا معنی ہے کہ جو instinct جو آتا ہے آدمی کے mind میں، جو بات ہے،</w:t>
      </w:r>
    </w:p>
    <w:p>
      <w:r>
        <w:rPr>
          <w:b/>
        </w:rPr>
        <w:t xml:space="preserve">[1:01:32] </w:t>
      </w:r>
      <w:r>
        <w:t>isko na is se mutasir na ho kar ke doosra U-turn lene wala.</w:t>
      </w:r>
    </w:p>
    <w:p>
      <w:pPr>
        <w:jc w:val="right"/>
      </w:pPr>
      <w:r>
        <w:t>اس کو نہ اس سے متاثر نہ ہو کر کے دوسرا U-turn لینا۔</w:t>
      </w:r>
    </w:p>
    <w:p>
      <w:r>
        <w:rPr>
          <w:b/>
        </w:rPr>
        <w:t xml:space="preserve">[1:01:38] </w:t>
      </w:r>
      <w:r>
        <w:t>to practical tor par dekhen, yeh to U-turn hai.</w:t>
      </w:r>
    </w:p>
    <w:p>
      <w:pPr>
        <w:jc w:val="right"/>
      </w:pPr>
      <w:r>
        <w:t>تو practical طور پر دیکھیں، یہ تو U-turn ہے۔</w:t>
      </w:r>
    </w:p>
    <w:p>
      <w:r>
        <w:rPr>
          <w:b/>
        </w:rPr>
        <w:t xml:space="preserve">[1:01:44] </w:t>
      </w:r>
      <w:r>
        <w:t>aap chal rahe hain, chal rahe hain, society bombing kar rahe hain aur political activity chala rahe hain,</w:t>
      </w:r>
    </w:p>
    <w:p>
      <w:pPr>
        <w:jc w:val="right"/>
      </w:pPr>
      <w:r>
        <w:t>آپ چل رہے ہیں، چل رہے ہیں، society bombing کر رہے ہیں اور political activity چلا رہے ہیں،</w:t>
      </w:r>
    </w:p>
    <w:p>
      <w:r>
        <w:rPr>
          <w:b/>
        </w:rPr>
        <w:t xml:space="preserve">[1:01:49] </w:t>
      </w:r>
      <w:r>
        <w:t>lekin koi result nahi nikalta.</w:t>
      </w:r>
    </w:p>
    <w:p>
      <w:pPr>
        <w:jc w:val="right"/>
      </w:pPr>
      <w:r>
        <w:t>لیکن کوئی result نہیں نکلتا۔</w:t>
      </w:r>
    </w:p>
    <w:p>
      <w:r>
        <w:rPr>
          <w:b/>
        </w:rPr>
        <w:t xml:space="preserve">[1:01:55] </w:t>
      </w:r>
      <w:r>
        <w:t>to sabr karna padega, tab sochenge aap.</w:t>
      </w:r>
    </w:p>
    <w:p>
      <w:pPr>
        <w:jc w:val="right"/>
      </w:pPr>
      <w:r>
        <w:t>تو صبر کرنا پڑے گا، تب سوچیں گے آپ۔</w:t>
      </w:r>
    </w:p>
    <w:p>
      <w:r>
        <w:rPr>
          <w:b/>
        </w:rPr>
        <w:t xml:space="preserve">[1:02:01] </w:t>
      </w:r>
      <w:r>
        <w:t>yani logon ko bharkane ko bhulana padega, nuksan ko bhulana padega, logon ke sazishon ko bhulana padega.</w:t>
      </w:r>
    </w:p>
    <w:p>
      <w:pPr>
        <w:jc w:val="right"/>
      </w:pPr>
      <w:r>
        <w:t>یعنی لوگوں کو بھڑکانے کو بھلانا پڑے گا، نقصان کو بھلانا پڑے گا، لوگوں کے سازشوں کو بھلانا پڑے گا۔</w:t>
      </w:r>
    </w:p>
    <w:p>
      <w:r>
        <w:rPr>
          <w:b/>
        </w:rPr>
        <w:t xml:space="preserve">[1:02:07] </w:t>
      </w:r>
      <w:r>
        <w:t>It requires patience.</w:t>
      </w:r>
    </w:p>
    <w:p>
      <w:pPr>
        <w:jc w:val="right"/>
      </w:pPr>
      <w:r>
        <w:t>It requires patience.</w:t>
      </w:r>
    </w:p>
    <w:p>
      <w:r>
        <w:rPr>
          <w:b/>
        </w:rPr>
        <w:t xml:space="preserve">[1:02:13] </w:t>
      </w:r>
      <w:r>
        <w:t>to jab tak aap sabr nahi karenge, aap ke andar tahammul nahi aayega, aap ke andar</w:t>
      </w:r>
    </w:p>
    <w:p>
      <w:pPr>
        <w:jc w:val="right"/>
      </w:pPr>
      <w:r>
        <w:t>تو جب تک آپ صبر نہیں کریں گے، آپ کے اندر تحمل نہیں آئے گا، آپ کے اندر</w:t>
      </w:r>
    </w:p>
    <w:p>
      <w:r>
        <w:rPr>
          <w:b/>
        </w:rPr>
        <w:t xml:space="preserve">[1:02:18] </w:t>
      </w:r>
      <w:r>
        <w:t>positive thinking nahi aayegi, aap objective andaaz mein assess nahi kar payenge.</w:t>
      </w:r>
    </w:p>
    <w:p>
      <w:pPr>
        <w:jc w:val="right"/>
      </w:pPr>
      <w:r>
        <w:t>positive thinking نہیں آئے گی، آپ objective انداز میں assess نہیں کر پائیں گے۔</w:t>
      </w:r>
    </w:p>
    <w:p>
      <w:r>
        <w:rPr>
          <w:b/>
        </w:rPr>
        <w:t xml:space="preserve">[1:02:24] </w:t>
      </w:r>
      <w:r>
        <w:t>yahi to sabr hai, aur kya hai? Quran mein dekhiye, ek aayat hai fasbir kama sabara uli al-awliya</w:t>
      </w:r>
    </w:p>
    <w:p>
      <w:pPr>
        <w:jc w:val="right"/>
      </w:pPr>
      <w:r>
        <w:t>یہی تو صبر ہے، اور کیا ہے؟ قرآن میں دیکھئے، ایک آیت ہے فَاصْبِرْ كَمَا صَبَرَ أُعِلِّى لَوْدَي</w:t>
      </w:r>
    </w:p>
    <w:p>
      <w:r>
        <w:rPr>
          <w:b/>
        </w:rPr>
        <w:t xml:space="preserve">[1:02:30] </w:t>
      </w:r>
      <w:r>
        <w:t>min rusulim la ta'ajjil lahum.</w:t>
      </w:r>
    </w:p>
    <w:p>
      <w:pPr>
        <w:jc w:val="right"/>
      </w:pPr>
      <w:r>
        <w:t>مَنْ رَسُولٍ بولا تَسْتَعْجِلْ لَهُمْ۔</w:t>
      </w:r>
    </w:p>
    <w:p>
      <w:r>
        <w:rPr>
          <w:b/>
        </w:rPr>
        <w:t xml:space="preserve">[1:02:36] </w:t>
      </w:r>
      <w:r>
        <w:t>to Quran mein sabr ka ulta ajlat bataya gaya hai.</w:t>
      </w:r>
    </w:p>
    <w:p>
      <w:pPr>
        <w:jc w:val="right"/>
      </w:pPr>
      <w:r>
        <w:t>تو قرآن میں صبر کا الٹا عجلت بتایا گیا ہے۔</w:t>
      </w:r>
    </w:p>
    <w:p>
      <w:r>
        <w:rPr>
          <w:b/>
        </w:rPr>
        <w:t xml:space="preserve">[1:02:42] </w:t>
      </w:r>
      <w:r>
        <w:t>sabr ka ulta ajlat, jald bazi.</w:t>
      </w:r>
    </w:p>
    <w:p>
      <w:pPr>
        <w:jc w:val="right"/>
      </w:pPr>
      <w:r>
        <w:t>صبر کا الٹا عجلت، جلد بازی۔</w:t>
      </w:r>
    </w:p>
    <w:p>
      <w:r>
        <w:rPr>
          <w:b/>
        </w:rPr>
        <w:t xml:space="preserve">[1:02:47] </w:t>
      </w:r>
      <w:r>
        <w:t>to jald bazi kia hai? Reaction hai.</w:t>
      </w:r>
    </w:p>
    <w:p>
      <w:pPr>
        <w:jc w:val="right"/>
      </w:pPr>
      <w:r>
        <w:t>تو جلد بازی کیا ہے؟ Reaction ہے۔</w:t>
      </w:r>
    </w:p>
    <w:p>
      <w:r>
        <w:rPr>
          <w:b/>
        </w:rPr>
        <w:t xml:space="preserve">[1:02:53] </w:t>
      </w:r>
      <w:r>
        <w:t>to reaction ka ulta kia hai? Positive thinking hai.</w:t>
      </w:r>
    </w:p>
    <w:p>
      <w:pPr>
        <w:jc w:val="right"/>
      </w:pPr>
      <w:r>
        <w:t>تو Reaction کا الٹا کیا ہے؟ Positive thinking ہے۔</w:t>
      </w:r>
    </w:p>
    <w:p>
      <w:r>
        <w:rPr>
          <w:b/>
        </w:rPr>
        <w:t xml:space="preserve">[1:02:59] </w:t>
      </w:r>
      <w:r>
        <w:t>to aap ghor kariye, to amalan sabr ka matlab yahi hota hai.</w:t>
      </w:r>
    </w:p>
    <w:p>
      <w:pPr>
        <w:jc w:val="right"/>
      </w:pPr>
      <w:r>
        <w:t>تو آپ غور کریئے، تو عملاً صبر کا مطلب یہی ہوتا ہے۔</w:t>
      </w:r>
    </w:p>
    <w:p>
      <w:r>
        <w:rPr>
          <w:b/>
        </w:rPr>
        <w:t xml:space="preserve">[1:03:05] </w:t>
      </w:r>
      <w:r>
        <w:t>aap khud ghor karenge to aap ko aap par clear ho jayegi yeh baat.</w:t>
      </w:r>
    </w:p>
    <w:p>
      <w:pPr>
        <w:jc w:val="right"/>
      </w:pPr>
      <w:r>
        <w:t>آپ خود غور کریں گے تو آپ کو آپ پر clear ہو جائے گی یہ بات۔</w:t>
      </w:r>
    </w:p>
    <w:p>
      <w:r>
        <w:rPr>
          <w:b/>
        </w:rPr>
        <w:t xml:space="preserve">[1:03:11] </w:t>
      </w:r>
      <w:r>
        <w:t>Okay, so we will end this session now.</w:t>
      </w:r>
    </w:p>
    <w:p>
      <w:pPr>
        <w:jc w:val="right"/>
      </w:pPr>
      <w:r>
        <w:t>Okay, so we will end this session now.</w:t>
      </w:r>
    </w:p>
    <w:p>
      <w:r>
        <w:rPr>
          <w:b/>
        </w:rPr>
        <w:t xml:space="preserve">[1:03:17] </w:t>
      </w:r>
      <w:r>
        <w:t>If you want to join CPS Peace and Dawah initiatives or you want to be a Quran distributor in your local area, then kindly write to us at info@cpsglobal.org. We will be back next Sunday, same time at 10:30 AM. Thank you.</w:t>
      </w:r>
    </w:p>
    <w:p>
      <w:pPr>
        <w:jc w:val="right"/>
      </w:pPr>
      <w:r>
        <w:t>If you want to join CPS Peace and Dawah initiatives or you want to be a Quran distributor in your local area, then kindly write to us at info@cpsglobal.org. We will be back next Sunday, same time at 10:30 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