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Lesson from History August 7, 2016</w:t>
      </w:r>
    </w:p>
    <w:p>
      <w:r>
        <w:t>https://www.youtube.com/watch?v=MVqLH4w7D48</w:t>
      </w:r>
    </w:p>
    <w:p>
      <w:r>
        <w:rPr>
          <w:b/>
        </w:rPr>
        <w:t xml:space="preserve">[00:14] </w:t>
      </w:r>
      <w:r>
        <w:t>bismillah hir rahman nir rahim.</w:t>
      </w:r>
    </w:p>
    <w:p>
      <w:pPr>
        <w:jc w:val="right"/>
      </w:pPr>
      <w:r>
        <w:t>بسم اللہ الرحمن الرحیم۔</w:t>
      </w:r>
    </w:p>
    <w:p>
      <w:r>
        <w:rPr>
          <w:b/>
        </w:rPr>
        <w:t xml:space="preserve">[00:19] </w:t>
      </w:r>
      <w:r>
        <w:t>wasallallahu ala nabiyyil 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[00:25] </w:t>
      </w:r>
      <w:r>
        <w:t>rab ishrah li sadri, wa yassir li amri, wahlul uqdatan min lisani yafqahu qawli.</w:t>
      </w:r>
    </w:p>
    <w:p>
      <w:pPr>
        <w:jc w:val="right"/>
      </w:pPr>
      <w:r>
        <w:t>رب اشرح لی صدری، ویسر لی امری، واحل العقدۃ من لسانی یفقہ قولی۔</w:t>
      </w:r>
    </w:p>
    <w:p>
      <w:r>
        <w:rPr>
          <w:b/>
        </w:rPr>
        <w:t xml:space="preserve">[00:31] </w:t>
      </w:r>
      <w:r>
        <w:t>dekhiye, Allah rabbul alameen is kainat ka, is duniya ka sirf creator nahi hai, woh is ko musalsal</w:t>
      </w:r>
    </w:p>
    <w:p>
      <w:pPr>
        <w:jc w:val="right"/>
      </w:pPr>
      <w:r>
        <w:t>دیکھیے، اللہ رب العالمین اس کائنات کا، اس دنیا کا صرف Creator نہیں ہے، وہ اس کو مسلسل</w:t>
      </w:r>
    </w:p>
    <w:p>
      <w:r>
        <w:rPr>
          <w:b/>
        </w:rPr>
        <w:t xml:space="preserve">[00:37] </w:t>
      </w:r>
      <w:r>
        <w:t>tor par manage kar raha hai.</w:t>
      </w:r>
    </w:p>
    <w:p>
      <w:pPr>
        <w:jc w:val="right"/>
      </w:pPr>
      <w:r>
        <w:t>طور پر manage کر رہا ہے۔</w:t>
      </w:r>
    </w:p>
    <w:p>
      <w:r>
        <w:rPr>
          <w:b/>
        </w:rPr>
        <w:t xml:space="preserve">[00:43] </w:t>
      </w:r>
      <w:r>
        <w:t>agar Allah is ko manage na kare to sara muamla bigad jaye.</w:t>
      </w:r>
    </w:p>
    <w:p>
      <w:pPr>
        <w:jc w:val="right"/>
      </w:pPr>
      <w:r>
        <w:t>اگر اللہ اس کو manage نہ کرے تو سارا معاملہ بگڑ جائے۔</w:t>
      </w:r>
    </w:p>
    <w:p>
      <w:r>
        <w:rPr>
          <w:b/>
        </w:rPr>
        <w:t xml:space="preserve">[00:48] </w:t>
      </w:r>
      <w:r>
        <w:t>walawla tafoolullahnasu ba'du min ba'din lafthatal arz.</w:t>
      </w:r>
    </w:p>
    <w:p>
      <w:pPr>
        <w:jc w:val="right"/>
      </w:pPr>
      <w:r>
        <w:t>وَلَوْلَا تَفُوْلُ اللَّهِ النَّاسُ بَعْدُ مِنْ بَعْدٍ لفظۃ الارض۔</w:t>
      </w:r>
    </w:p>
    <w:p>
      <w:r>
        <w:rPr>
          <w:b/>
        </w:rPr>
        <w:t xml:space="preserve">[00:54] </w:t>
      </w:r>
      <w:r>
        <w:t>isi ka ishara hai.</w:t>
      </w:r>
    </w:p>
    <w:p>
      <w:pPr>
        <w:jc w:val="right"/>
      </w:pPr>
      <w:r>
        <w:t>اسی کا اشارہ ہے۔</w:t>
      </w:r>
    </w:p>
    <w:p>
      <w:r>
        <w:rPr>
          <w:b/>
        </w:rPr>
        <w:t xml:space="preserve">[01:00] </w:t>
      </w:r>
      <w:r>
        <w:t>to Allah taala musalsal tor par insan ki tareekh ka nigrani kar raha hai.</w:t>
      </w:r>
    </w:p>
    <w:p>
      <w:pPr>
        <w:jc w:val="right"/>
      </w:pPr>
      <w:r>
        <w:t>تو اللہ تعالیٰ مسلسل طور پر انسان کی تاریخ کا نگرانی کر رہا ہے۔</w:t>
      </w:r>
    </w:p>
    <w:p>
      <w:r>
        <w:rPr>
          <w:b/>
        </w:rPr>
        <w:t xml:space="preserve">[01:06] </w:t>
      </w:r>
      <w:r>
        <w:t>agarche insan ko is ne mukammal azadi di hai, insan poori tarah azad hai, lekin sath sath Allah</w:t>
      </w:r>
    </w:p>
    <w:p>
      <w:pPr>
        <w:jc w:val="right"/>
      </w:pPr>
      <w:r>
        <w:t>اگرچہ انسان کو اس نے مکمل آزادی دی ہے، انسان پوری طرح آزاد ہے، لیکن ساتھ ساتھ اللہ</w:t>
      </w:r>
    </w:p>
    <w:p>
      <w:r>
        <w:rPr>
          <w:b/>
        </w:rPr>
        <w:t xml:space="preserve">[01:12] </w:t>
      </w:r>
      <w:r>
        <w:t>taala apni nigrani bhi qaim ki hui hai taake koi bada deviation pesh na aaye.</w:t>
      </w:r>
    </w:p>
    <w:p>
      <w:pPr>
        <w:jc w:val="right"/>
      </w:pPr>
      <w:r>
        <w:t>تعالیٰ اپنی نگرانی بھی قائم کی ہوئی ہے تاکہ کوئی بڑا deviation پیش نہ آئے۔</w:t>
      </w:r>
    </w:p>
    <w:p>
      <w:r>
        <w:rPr>
          <w:b/>
        </w:rPr>
        <w:t xml:space="preserve">[01:17] </w:t>
      </w:r>
      <w:r>
        <w:t>jahan koi bada deviation ka andesha hota hai to is mein Allah taala foran intervene karta hai.</w:t>
      </w:r>
    </w:p>
    <w:p>
      <w:pPr>
        <w:jc w:val="right"/>
      </w:pPr>
      <w:r>
        <w:t>جہاں کوئی بڑا deviation کا اندیشہ ہوتا ہے تو اس میں اللہ تعالیٰ فوراً intervene کرتا ہے۔</w:t>
      </w:r>
    </w:p>
    <w:p>
      <w:r>
        <w:rPr>
          <w:b/>
        </w:rPr>
        <w:t xml:space="preserve">[01:23] </w:t>
      </w:r>
      <w:r>
        <w:t>is intervention ko main ek term banaya hua hai, is ko main kehta hoon apple shock.</w:t>
      </w:r>
    </w:p>
    <w:p>
      <w:pPr>
        <w:jc w:val="right"/>
      </w:pPr>
      <w:r>
        <w:t>اس intervention کو میں ایک term بنایا ہوا ہے، اس کو میں کہتا ہوں apple shock۔</w:t>
      </w:r>
    </w:p>
    <w:p>
      <w:r>
        <w:rPr>
          <w:b/>
        </w:rPr>
        <w:t xml:space="preserve">[01:29] </w:t>
      </w:r>
      <w:r>
        <w:t>apple shock maine is liye banaya hai ke aap jante hain ke Newton bohat bada scientist tha,</w:t>
      </w:r>
    </w:p>
    <w:p>
      <w:pPr>
        <w:jc w:val="right"/>
      </w:pPr>
      <w:r>
        <w:t>apple shock میں نے اس لیے بنایا ہے کہ آپ جانتے ہیں کہ Newton بہت بڑا scientist تھا،</w:t>
      </w:r>
    </w:p>
    <w:p>
      <w:r>
        <w:rPr>
          <w:b/>
        </w:rPr>
        <w:t xml:space="preserve">[01:35] </w:t>
      </w:r>
      <w:r>
        <w:t>woh Britain mein paida hua.</w:t>
      </w:r>
    </w:p>
    <w:p>
      <w:pPr>
        <w:jc w:val="right"/>
      </w:pPr>
      <w:r>
        <w:t>وہ Britain میں پیدا ہوا۔</w:t>
      </w:r>
    </w:p>
    <w:p>
      <w:r>
        <w:rPr>
          <w:b/>
        </w:rPr>
        <w:t xml:space="preserve">[01:41] </w:t>
      </w:r>
      <w:r>
        <w:t>to is se pehle tak insan yeh nahi janta tha ke zameen mein kashish hai, zameen mein khenchne</w:t>
      </w:r>
    </w:p>
    <w:p>
      <w:pPr>
        <w:jc w:val="right"/>
      </w:pPr>
      <w:r>
        <w:t>تو اس سے پہلے تک انسان یہ نہیں جانتا تھا کہ زمین میں کشش ہے، زمین میں کھینچنے</w:t>
      </w:r>
    </w:p>
    <w:p>
      <w:r>
        <w:rPr>
          <w:b/>
        </w:rPr>
        <w:t xml:space="preserve">[01:46] </w:t>
      </w:r>
      <w:r>
        <w:t>ki taqat hai, yeh insan janta nahi tha.</w:t>
      </w:r>
    </w:p>
    <w:p>
      <w:pPr>
        <w:jc w:val="right"/>
      </w:pPr>
      <w:r>
        <w:t>کی طاقت ہے، یہ انسان جانتا نہیں تھا۔</w:t>
      </w:r>
    </w:p>
    <w:p>
      <w:r>
        <w:rPr>
          <w:b/>
        </w:rPr>
        <w:t xml:space="preserve">[01:52] </w:t>
      </w:r>
      <w:r>
        <w:t>to hazaron hazar saal beet gaye aur insan bekhabar raha, halanke yeh bohat hi badi nemat hai.</w:t>
      </w:r>
    </w:p>
    <w:p>
      <w:pPr>
        <w:jc w:val="right"/>
      </w:pPr>
      <w:r>
        <w:t>تو ہزاروں ہزار سال بیت گئے اور انسان بے خبر رہا، حالانکہ یہ بہت ہی بڑی نعمت ہے۔</w:t>
      </w:r>
    </w:p>
    <w:p>
      <w:r>
        <w:rPr>
          <w:b/>
        </w:rPr>
        <w:t xml:space="preserve">[01:58] </w:t>
      </w:r>
      <w:r>
        <w:t>yeh zameen mein jo kashish hai, agar woh na ho to sara muamla bigad jaye.</w:t>
      </w:r>
    </w:p>
    <w:p>
      <w:pPr>
        <w:jc w:val="right"/>
      </w:pPr>
      <w:r>
        <w:t>یہ زمین میں جو کشش ہے، اگر وہ نہ ہو تو سارا معاملہ بگڑ جائے۔</w:t>
      </w:r>
    </w:p>
    <w:p>
      <w:r>
        <w:rPr>
          <w:b/>
        </w:rPr>
        <w:t xml:space="preserve">[02:04] </w:t>
      </w:r>
      <w:r>
        <w:t>hamare ghar hawa mein uren, hum aap hawa mein uren, sari civilization ka banna impossible ho jaye.</w:t>
      </w:r>
    </w:p>
    <w:p>
      <w:pPr>
        <w:jc w:val="right"/>
      </w:pPr>
      <w:r>
        <w:t>ہمارے گھر ہوا میں اڑیں، ہم آپ ہوا میں اڑیں، ساری civilization کا بننا impossible ہو جائے۔</w:t>
      </w:r>
    </w:p>
    <w:p>
      <w:r>
        <w:rPr>
          <w:b/>
        </w:rPr>
        <w:t xml:space="preserve">[02:10] </w:t>
      </w:r>
      <w:r>
        <w:t>to zameen mein jo quwwat-e-kashish hai, wo bohat hi zyada aham hai insan jaisi makhlooq ke zameen</w:t>
      </w:r>
    </w:p>
    <w:p>
      <w:pPr>
        <w:jc w:val="right"/>
      </w:pPr>
      <w:r>
        <w:t>تو زمین میں جو قوت کشش ہے، وہ بہت ہی زیادہ اہم ہے انسان جیسی مخلوق کے زمین</w:t>
      </w:r>
    </w:p>
    <w:p>
      <w:r>
        <w:rPr>
          <w:b/>
        </w:rPr>
        <w:t xml:space="preserve">[02:15] </w:t>
      </w:r>
      <w:r>
        <w:t>par abad hone ke liye aur civilization ko develop karne ke liye.</w:t>
      </w:r>
    </w:p>
    <w:p>
      <w:pPr>
        <w:jc w:val="right"/>
      </w:pPr>
      <w:r>
        <w:t>پر آباد ہونے کے لیے اور civilization کو develop کرنے کے لیے۔</w:t>
      </w:r>
    </w:p>
    <w:p>
      <w:r>
        <w:rPr>
          <w:b/>
        </w:rPr>
        <w:t xml:space="preserve">[02:21] </w:t>
      </w:r>
      <w:r>
        <w:t>to hazaron saal beet gaye the aur insan is nemat se bekhabar tha ke zameen mein jo</w:t>
      </w:r>
    </w:p>
    <w:p>
      <w:pPr>
        <w:jc w:val="right"/>
      </w:pPr>
      <w:r>
        <w:t>تو ہزاروں سال بیت گئے تھے اور انسان اس نعمت سے بے خبر تھا کہ زمین میں جو</w:t>
      </w:r>
    </w:p>
    <w:p>
      <w:r>
        <w:rPr>
          <w:b/>
        </w:rPr>
        <w:t xml:space="preserve">[02:27] </w:t>
      </w:r>
      <w:r>
        <w:t>kehte hain gravitational pull, is se bekhabar tha.</w:t>
      </w:r>
    </w:p>
    <w:p>
      <w:pPr>
        <w:jc w:val="right"/>
      </w:pPr>
      <w:r>
        <w:t>کہتے ہیں gravitational pull، اس سے بے خبر تھا۔</w:t>
      </w:r>
    </w:p>
    <w:p>
      <w:r>
        <w:rPr>
          <w:b/>
        </w:rPr>
        <w:t xml:space="preserve">[02:33] </w:t>
      </w:r>
      <w:r>
        <w:t>to kaha jata hai ke Newton ka ek bagh tha saib ka, wahan baitha hua tha wo ek bar.</w:t>
      </w:r>
    </w:p>
    <w:p>
      <w:pPr>
        <w:jc w:val="right"/>
      </w:pPr>
      <w:r>
        <w:t>تو کہا جاتا ہے کہ Newton کا ایک باغ تھا سیب کا، وہاں بیٹھا ہوا تھا وہ ایک بار۔</w:t>
      </w:r>
    </w:p>
    <w:p>
      <w:r>
        <w:rPr>
          <w:b/>
        </w:rPr>
        <w:t xml:space="preserve">[02:39] </w:t>
      </w:r>
      <w:r>
        <w:t>to drakht ke upar se saib gira, ab wo saib ittefaq se us ke sar par gira, kaha</w:t>
      </w:r>
    </w:p>
    <w:p>
      <w:pPr>
        <w:jc w:val="right"/>
      </w:pPr>
      <w:r>
        <w:t>تو درخت کے اوپر سے سیب گرا، اب وہ سیب اتفاق سے اس کے سر پر گرا، کہا</w:t>
      </w:r>
    </w:p>
    <w:p>
      <w:r>
        <w:rPr>
          <w:b/>
        </w:rPr>
        <w:t xml:space="preserve">[02:44] </w:t>
      </w:r>
      <w:r>
        <w:t>sar ko hit kiya.</w:t>
      </w:r>
    </w:p>
    <w:p>
      <w:pPr>
        <w:jc w:val="right"/>
      </w:pPr>
      <w:r>
        <w:t>سر کو hit کیا۔</w:t>
      </w:r>
    </w:p>
    <w:p>
      <w:r>
        <w:rPr>
          <w:b/>
        </w:rPr>
        <w:t xml:space="preserve">[02:50] </w:t>
      </w:r>
      <w:r>
        <w:t>jab hit kiya to uska mind trigger ho gaya, wo sochne laga ke saib neeche kyun aaya,</w:t>
      </w:r>
    </w:p>
    <w:p>
      <w:pPr>
        <w:jc w:val="right"/>
      </w:pPr>
      <w:r>
        <w:t>جب hit کیا تو اس کا mind trigger ہو گیا، وہ سوچنے لگا کہ سیب نیچے کیوں آیا،</w:t>
      </w:r>
    </w:p>
    <w:p>
      <w:r>
        <w:rPr>
          <w:b/>
        </w:rPr>
        <w:t xml:space="preserve">[02:56] </w:t>
      </w:r>
      <w:r>
        <w:t>upar kyun nahi gaya.</w:t>
      </w:r>
    </w:p>
    <w:p>
      <w:pPr>
        <w:jc w:val="right"/>
      </w:pPr>
      <w:r>
        <w:t>اوپر کیوں نہیں گیا۔</w:t>
      </w:r>
    </w:p>
    <w:p>
      <w:r>
        <w:rPr>
          <w:b/>
        </w:rPr>
        <w:t xml:space="preserve">[03:02] </w:t>
      </w:r>
      <w:r>
        <w:t>to pehli bar insan ne yeh baat sochi ke koi cheez jo upar se girti hai to neeche</w:t>
      </w:r>
    </w:p>
    <w:p>
      <w:pPr>
        <w:jc w:val="right"/>
      </w:pPr>
      <w:r>
        <w:t>تو پہلی بار انسان نے یہ بات سوچی کہ کوئی چیز جو اوپر سے گرتی ہے تو نیچے</w:t>
      </w:r>
    </w:p>
    <w:p>
      <w:r>
        <w:rPr>
          <w:b/>
        </w:rPr>
        <w:t xml:space="preserve">[03:08] </w:t>
      </w:r>
      <w:r>
        <w:t>kyun aati hai, upar kyun nahi jati.</w:t>
      </w:r>
    </w:p>
    <w:p>
      <w:pPr>
        <w:jc w:val="right"/>
      </w:pPr>
      <w:r>
        <w:t>کیوں آتی ہے، اوپر کیوں نہیں جاتی۔</w:t>
      </w:r>
    </w:p>
    <w:p>
      <w:r>
        <w:rPr>
          <w:b/>
        </w:rPr>
        <w:t xml:space="preserve">[03:13] </w:t>
      </w:r>
      <w:r>
        <w:t>is par sochte sochte Newton ne discover kiya ke is jo planet Earth hai, is mein gravitational pull hai.</w:t>
      </w:r>
    </w:p>
    <w:p>
      <w:pPr>
        <w:jc w:val="right"/>
      </w:pPr>
      <w:r>
        <w:t>اس پر سوچتے سوچتے Newton نے discover کیا کہ اس جو planet Earth ہے، اس میں gravitational pull ہے۔</w:t>
      </w:r>
    </w:p>
    <w:p>
      <w:r>
        <w:rPr>
          <w:b/>
        </w:rPr>
        <w:t xml:space="preserve">[03:19] </w:t>
      </w:r>
      <w:r>
        <w:t>to is ko mein ek term banaya hua hai, maine apple shock.</w:t>
      </w:r>
    </w:p>
    <w:p>
      <w:pPr>
        <w:jc w:val="right"/>
      </w:pPr>
      <w:r>
        <w:t>تو اس کو میں ایک term بنایا ہوا ہے، میں نے apple shock۔</w:t>
      </w:r>
    </w:p>
    <w:p>
      <w:r>
        <w:rPr>
          <w:b/>
        </w:rPr>
        <w:t xml:space="preserve">[03:25] </w:t>
      </w:r>
      <w:r>
        <w:t>to Allah taala koi na koi shock create kar ke insan ko re-thinking paida karte hain.</w:t>
      </w:r>
    </w:p>
    <w:p>
      <w:pPr>
        <w:jc w:val="right"/>
      </w:pPr>
      <w:r>
        <w:t>تو اللہ تعالیٰ کوئی نہ کوئی shock create کر کے انسان کو re-thinking پیدا کرتے ہیں۔</w:t>
      </w:r>
    </w:p>
    <w:p>
      <w:r>
        <w:rPr>
          <w:b/>
        </w:rPr>
        <w:t xml:space="preserve">[03:31] </w:t>
      </w:r>
      <w:r>
        <w:t>aur sab se zyada ahmiyat zindagi mein re-thinking ki hai.</w:t>
      </w:r>
    </w:p>
    <w:p>
      <w:pPr>
        <w:jc w:val="right"/>
      </w:pPr>
      <w:r>
        <w:t>اور سب سے زیادہ اہمیت زندگی میں re-thinking کی ہے۔</w:t>
      </w:r>
    </w:p>
    <w:p>
      <w:r>
        <w:rPr>
          <w:b/>
        </w:rPr>
        <w:t xml:space="preserve">[03:37] </w:t>
      </w:r>
      <w:r>
        <w:t>to yeh poori tareekh mein yeh hota raha hai.</w:t>
      </w:r>
    </w:p>
    <w:p>
      <w:pPr>
        <w:jc w:val="right"/>
      </w:pPr>
      <w:r>
        <w:t>تو یہ پوری تاریخ میں یہ ہوتا رہا ہے۔</w:t>
      </w:r>
    </w:p>
    <w:p>
      <w:r>
        <w:rPr>
          <w:b/>
        </w:rPr>
        <w:t xml:space="preserve">[03:42] </w:t>
      </w:r>
      <w:r>
        <w:t>تو موجودہ زمانے میں مسلمانوں کو rethink کرنے کے لیے بھی ایک uphill shock ہوا ہے، مسلمانوں کے لیے۔</w:t>
      </w:r>
    </w:p>
    <w:p>
      <w:pPr>
        <w:jc w:val="right"/>
      </w:pPr>
      <w:r>
        <w:t>تو موجودہ زمانے میں مسلمانوں کو re-think کرنے کے لیے بھی ایک apple shock ہوا ہے، مسلمانوں کے لیے۔</w:t>
      </w:r>
    </w:p>
    <w:p>
      <w:r>
        <w:rPr>
          <w:b/>
        </w:rPr>
        <w:t xml:space="preserve">[03:48] </w:t>
      </w:r>
      <w:r>
        <w:t>wo apple shock is liye hua ke musalman bach jaagien aur re-think karein.</w:t>
      </w:r>
    </w:p>
    <w:p>
      <w:pPr>
        <w:jc w:val="right"/>
      </w:pPr>
      <w:r>
        <w:t>وہ apple shock اس لیے ہوا کہ مسلمان بچ جاگیں اور re-think کریں۔</w:t>
      </w:r>
    </w:p>
    <w:p>
      <w:r>
        <w:rPr>
          <w:b/>
        </w:rPr>
        <w:t xml:space="preserve">[03:54] </w:t>
      </w:r>
      <w:r>
        <w:t>dekhiye, mein chand ek history ke misaal doonga.</w:t>
      </w:r>
    </w:p>
    <w:p>
      <w:pPr>
        <w:jc w:val="right"/>
      </w:pPr>
      <w:r>
        <w:t>دیکھیے، میں چند ایک history کے مثال دوں گا۔</w:t>
      </w:r>
    </w:p>
    <w:p>
      <w:r>
        <w:rPr>
          <w:b/>
        </w:rPr>
        <w:t xml:space="preserve">[04:00] </w:t>
      </w:r>
      <w:r>
        <w:t>dekhiye, Rasool Allah ki hijrat jo hui nabuwwat ke terahwein saal Madina ke liye, is se taqreeban paanch</w:t>
      </w:r>
    </w:p>
    <w:p>
      <w:pPr>
        <w:jc w:val="right"/>
      </w:pPr>
      <w:r>
        <w:t>دیکھیے، رسول اللہ کی ہجرت جو ہوئی نبوت کے تیرہویں سال مدینہ کے لیے، اس سے تقریباً پانچ</w:t>
      </w:r>
    </w:p>
    <w:p>
      <w:r>
        <w:rPr>
          <w:b/>
        </w:rPr>
        <w:t xml:space="preserve">[04:06] </w:t>
      </w:r>
      <w:r>
        <w:t>saal pehle, yani hijrat se taqreeban paanch saal pehle Madina mein ek ladai hui.</w:t>
      </w:r>
    </w:p>
    <w:p>
      <w:pPr>
        <w:jc w:val="right"/>
      </w:pPr>
      <w:r>
        <w:t>سال پہلے، یعنی ہجرت سے تقریباً پانچ سال پہلے مدینہ میں ایک لڑائی ہوئی۔</w:t>
      </w:r>
    </w:p>
    <w:p>
      <w:r>
        <w:rPr>
          <w:b/>
        </w:rPr>
        <w:t xml:space="preserve">[04:11] </w:t>
      </w:r>
      <w:r>
        <w:t>Madina mein do qabeelay thay, Aus aur Khazraj.</w:t>
      </w:r>
    </w:p>
    <w:p>
      <w:pPr>
        <w:jc w:val="right"/>
      </w:pPr>
      <w:r>
        <w:t>مدینہ میں دو قبیلے تھے، اوس اور خزرج۔</w:t>
      </w:r>
    </w:p>
    <w:p>
      <w:r>
        <w:rPr>
          <w:b/>
        </w:rPr>
        <w:t xml:space="preserve">[04:17] </w:t>
      </w:r>
      <w:r>
        <w:t>donon mein ladai hui, jin ko kehte hain harab-e-bu'as.</w:t>
      </w:r>
    </w:p>
    <w:p>
      <w:pPr>
        <w:jc w:val="right"/>
      </w:pPr>
      <w:r>
        <w:t>دونوں میں لڑائی ہوئی، جن کو کہتے ہیں حرب بواس۔</w:t>
      </w:r>
    </w:p>
    <w:p>
      <w:r>
        <w:rPr>
          <w:b/>
        </w:rPr>
        <w:t xml:space="preserve">[04:23] </w:t>
      </w:r>
      <w:r>
        <w:t>bohat se log maare gaye is mein.</w:t>
      </w:r>
    </w:p>
    <w:p>
      <w:pPr>
        <w:jc w:val="right"/>
      </w:pPr>
      <w:r>
        <w:t>بہت سے لوگ مارے گئے اس میں۔</w:t>
      </w:r>
    </w:p>
    <w:p>
      <w:r>
        <w:rPr>
          <w:b/>
        </w:rPr>
        <w:t xml:space="preserve">[04:29] </w:t>
      </w:r>
      <w:r>
        <w:t>to Madina ki abadi koi bohat zyada nahi thi.</w:t>
      </w:r>
    </w:p>
    <w:p>
      <w:pPr>
        <w:jc w:val="right"/>
      </w:pPr>
      <w:r>
        <w:t>تو مدینہ کی آبادی کوئی بہت زیادہ نہیں تھی۔</w:t>
      </w:r>
    </w:p>
    <w:p>
      <w:r>
        <w:rPr>
          <w:b/>
        </w:rPr>
        <w:t xml:space="preserve">[04:35] </w:t>
      </w:r>
      <w:r>
        <w:t>to un ke andar aik re-thinking aai ke agar hum is tarah ladte rahe aur is tarah badhte</w:t>
      </w:r>
    </w:p>
    <w:p>
      <w:pPr>
        <w:jc w:val="right"/>
      </w:pPr>
      <w:r>
        <w:t>تو ان کے اندر ایک re-thinking آئی کہ اگر ہم اس طرح لڑتے رہے اور اس طرح بڑھتے</w:t>
      </w:r>
    </w:p>
    <w:p>
      <w:r>
        <w:rPr>
          <w:b/>
        </w:rPr>
        <w:t xml:space="preserve">[04:40] </w:t>
      </w:r>
      <w:r>
        <w:t>rahe to hum to bohat kam ho jayenge, minority mein ho jayenge.</w:t>
      </w:r>
    </w:p>
    <w:p>
      <w:pPr>
        <w:jc w:val="right"/>
      </w:pPr>
      <w:r>
        <w:t>رہے تو ہم تو بہت کم ہو جائیں گے، minority میں ہو جائیں گے۔</w:t>
      </w:r>
    </w:p>
    <w:p>
      <w:r>
        <w:rPr>
          <w:b/>
        </w:rPr>
        <w:t xml:space="preserve">[04:46] </w:t>
      </w:r>
      <w:r>
        <w:t>to unhon ne socha ke hamein apne andar unity lana hai.</w:t>
      </w:r>
    </w:p>
    <w:p>
      <w:pPr>
        <w:jc w:val="right"/>
      </w:pPr>
      <w:r>
        <w:t>تو انہوں نے سوچا کہ ہمیں اپنے اندر unity لانا ہے۔</w:t>
      </w:r>
    </w:p>
    <w:p>
      <w:r>
        <w:rPr>
          <w:b/>
        </w:rPr>
        <w:t xml:space="preserve">[04:52] </w:t>
      </w:r>
      <w:r>
        <w:t>unity ke liye hamein aik sardar chahiye.</w:t>
      </w:r>
    </w:p>
    <w:p>
      <w:pPr>
        <w:jc w:val="right"/>
      </w:pPr>
      <w:r>
        <w:t>unity کے لیے ہمیں ایک سردار چاہیے۔</w:t>
      </w:r>
    </w:p>
    <w:p>
      <w:r>
        <w:rPr>
          <w:b/>
        </w:rPr>
        <w:t xml:space="preserve">[04:58] </w:t>
      </w:r>
      <w:r>
        <w:t>to isi zamane mein rasool Allah sal Allah aleh wasallam abubakar ko le kar ke madina pahunche.</w:t>
      </w:r>
    </w:p>
    <w:p>
      <w:pPr>
        <w:jc w:val="right"/>
      </w:pPr>
      <w:r>
        <w:t>تو اسی زمانے میں رسول اللہ صلی اللہ علیہ وسلم ابوبکر کو لے کر کے مدینہ پہنچے۔</w:t>
      </w:r>
    </w:p>
    <w:p>
      <w:r>
        <w:rPr>
          <w:b/>
        </w:rPr>
        <w:t xml:space="preserve">[05:04] </w:t>
      </w:r>
      <w:r>
        <w:t>to bilkul woh kaha tayyar the ke koi mile ab ko leader to hum us ko apna bana lein.</w:t>
      </w:r>
    </w:p>
    <w:p>
      <w:pPr>
        <w:jc w:val="right"/>
      </w:pPr>
      <w:r>
        <w:t>تو بالکل وہ کہا تیار تھے کہ کوئی ملے اب کو leader تو ہم اس کو اپنا بنا لیں۔</w:t>
      </w:r>
    </w:p>
    <w:p>
      <w:r>
        <w:rPr>
          <w:b/>
        </w:rPr>
        <w:t xml:space="preserve">[05:10] </w:t>
      </w:r>
      <w:r>
        <w:t>chunancha kitabon mein aata hai ke jab rasool Allah aur abubakar siddiq do aadmi madina mein dakhil hue</w:t>
      </w:r>
    </w:p>
    <w:p>
      <w:pPr>
        <w:jc w:val="right"/>
      </w:pPr>
      <w:r>
        <w:t>چنانچہ کتابوں میں آتا ہے کہ جب رسول اللہ اور ابوبکر صدیق دو آدمی مدینہ میں داخل ہوئے</w:t>
      </w:r>
    </w:p>
    <w:p>
      <w:r>
        <w:rPr>
          <w:b/>
        </w:rPr>
        <w:t xml:space="preserve">[05:15] </w:t>
      </w:r>
      <w:r>
        <w:t>to madine ke logon ne aap ka jo istiqbal kiya yeh keh kar aamina ne mutayyan.</w:t>
      </w:r>
    </w:p>
    <w:p>
      <w:pPr>
        <w:jc w:val="right"/>
      </w:pPr>
      <w:r>
        <w:t>تو مدینے کے لوگوں نے آپ کا جو استقبال کیا یہ کہہ کر آمنہ نے متعین۔</w:t>
      </w:r>
    </w:p>
    <w:p>
      <w:r>
        <w:rPr>
          <w:b/>
        </w:rPr>
        <w:t xml:space="preserve">[05:21] </w:t>
      </w:r>
      <w:r>
        <w:t>yeh keh kar istiqbal kiya.</w:t>
      </w:r>
    </w:p>
    <w:p>
      <w:pPr>
        <w:jc w:val="right"/>
      </w:pPr>
      <w:r>
        <w:t>یہ کہہ کر استقبال کیا۔</w:t>
      </w:r>
    </w:p>
    <w:p>
      <w:r>
        <w:rPr>
          <w:b/>
        </w:rPr>
        <w:t xml:space="preserve">[05:27] </w:t>
      </w:r>
      <w:r>
        <w:t>aamina ne mutayyan.</w:t>
      </w:r>
    </w:p>
    <w:p>
      <w:pPr>
        <w:jc w:val="right"/>
      </w:pPr>
      <w:r>
        <w:t>آمنہ نے متعین۔</w:t>
      </w:r>
    </w:p>
    <w:p>
      <w:r>
        <w:rPr>
          <w:b/>
        </w:rPr>
        <w:t xml:space="preserve">[05:33] </w:t>
      </w:r>
      <w:r>
        <w:t>yani aap dono aaein, aaiye, aman ke sath rahiye, aap hamare sardar hain, aap hamare qaid hain.</w:t>
      </w:r>
    </w:p>
    <w:p>
      <w:pPr>
        <w:jc w:val="right"/>
      </w:pPr>
      <w:r>
        <w:t>یعنی آپ دونوں آئیں، آئیے، امن کے ساتھ رہیے، آپ ہمارے سردار ہیں، آپ ہمارے قائد ہیں۔</w:t>
      </w:r>
    </w:p>
    <w:p>
      <w:r>
        <w:rPr>
          <w:b/>
        </w:rPr>
        <w:t xml:space="preserve">[05:39] </w:t>
      </w:r>
      <w:r>
        <w:t>تو یہ مدینہ والوں کے لیے a big shock تھا۔</w:t>
      </w:r>
    </w:p>
    <w:p>
      <w:pPr>
        <w:jc w:val="right"/>
      </w:pPr>
      <w:r>
        <w:t>تو یہ مدینہ والوں کے لیے apple shock تھا۔</w:t>
      </w:r>
    </w:p>
    <w:p>
      <w:r>
        <w:rPr>
          <w:b/>
        </w:rPr>
        <w:t xml:space="preserve">[05:44] </w:t>
      </w:r>
      <w:r>
        <w:t>yani buwas ke na buwas ki jo ladai hui aus aur khazraj ke darmiyan hijrat se paanch saal</w:t>
      </w:r>
    </w:p>
    <w:p>
      <w:pPr>
        <w:jc w:val="right"/>
      </w:pPr>
      <w:r>
        <w:t>یعنی بواس کے نا بواس کی جو لڑائی ہوئی اوس اور خزرج کے درمیان ہجرت سے پانچ سال</w:t>
      </w:r>
    </w:p>
    <w:p>
      <w:r>
        <w:rPr>
          <w:b/>
        </w:rPr>
        <w:t xml:space="preserve">[05:50] </w:t>
      </w:r>
      <w:r>
        <w:t>پہلے وہ ان کے لیے a pleasant shock تھا۔</w:t>
      </w:r>
    </w:p>
    <w:p>
      <w:pPr>
        <w:jc w:val="right"/>
      </w:pPr>
      <w:r>
        <w:t>پہلے وہ ان کے لیے apple shock تھا۔</w:t>
      </w:r>
    </w:p>
    <w:p>
      <w:r>
        <w:rPr>
          <w:b/>
        </w:rPr>
        <w:t xml:space="preserve">[05:56] </w:t>
      </w:r>
      <w:r>
        <w:t>isi tarah bar bar yeh waqea hua.</w:t>
      </w:r>
    </w:p>
    <w:p>
      <w:pPr>
        <w:jc w:val="right"/>
      </w:pPr>
      <w:r>
        <w:t>اسی طرح بار بار یہ واقعہ ہوا۔</w:t>
      </w:r>
    </w:p>
    <w:p>
      <w:r>
        <w:rPr>
          <w:b/>
        </w:rPr>
        <w:t xml:space="preserve">[06:02] </w:t>
      </w:r>
      <w:r>
        <w:t>aik bohat bara waqea hua hai crusades ke baad.</w:t>
      </w:r>
    </w:p>
    <w:p>
      <w:pPr>
        <w:jc w:val="right"/>
      </w:pPr>
      <w:r>
        <w:t>ایک بہت بڑا واقعہ ہوا ہے crusades کے بعد۔</w:t>
      </w:r>
    </w:p>
    <w:p>
      <w:r>
        <w:rPr>
          <w:b/>
        </w:rPr>
        <w:t xml:space="preserve">[06:08] </w:t>
      </w:r>
      <w:r>
        <w:t>Crusades all Europe ke liye ek apple shock tha.</w:t>
      </w:r>
    </w:p>
    <w:p>
      <w:pPr>
        <w:jc w:val="right"/>
      </w:pPr>
      <w:r>
        <w:t>crusades آل یورپ کے لیے ایک apple shock تھا۔</w:t>
      </w:r>
    </w:p>
    <w:p>
      <w:r>
        <w:rPr>
          <w:b/>
        </w:rPr>
        <w:t xml:space="preserve">[06:13] </w:t>
      </w:r>
      <w:r>
        <w:t>kyun ke aap jante hain ke crusades jo hui thi woh Christian states aur Muslim states ke darmiyan hui thi.</w:t>
      </w:r>
    </w:p>
    <w:p>
      <w:pPr>
        <w:jc w:val="right"/>
      </w:pPr>
      <w:r>
        <w:t>کیونکہ آپ جانتے ہیں کہ crusades جو ہوئی تھی وہ Christian states اور مسلم states کے درمیان ہوئی تھی۔</w:t>
      </w:r>
    </w:p>
    <w:p>
      <w:r>
        <w:rPr>
          <w:b/>
        </w:rPr>
        <w:t xml:space="preserve">[06:19] </w:t>
      </w:r>
      <w:r>
        <w:t>to is mein Christians ko humiliating defeat hui.</w:t>
      </w:r>
    </w:p>
    <w:p>
      <w:pPr>
        <w:jc w:val="right"/>
      </w:pPr>
      <w:r>
        <w:t>تو اس میں Christians کو humiliating defeat ہوئی۔</w:t>
      </w:r>
    </w:p>
    <w:p>
      <w:r>
        <w:rPr>
          <w:b/>
        </w:rPr>
        <w:t xml:space="preserve">[06:25] </w:t>
      </w:r>
      <w:r>
        <w:t>yeh murikhin kehte hain humiliating defeat.</w:t>
      </w:r>
    </w:p>
    <w:p>
      <w:pPr>
        <w:jc w:val="right"/>
      </w:pPr>
      <w:r>
        <w:t>یہ مورخین کہتے ہیں humiliating defeat۔</w:t>
      </w:r>
    </w:p>
    <w:p>
      <w:r>
        <w:rPr>
          <w:b/>
        </w:rPr>
        <w:t xml:space="preserve">[06:31] </w:t>
      </w:r>
      <w:r>
        <w:t>to is ke baad Christian jo leader the un ke andar aik thinking jaagi, aik thinking paida hui</w:t>
      </w:r>
    </w:p>
    <w:p>
      <w:pPr>
        <w:jc w:val="right"/>
      </w:pPr>
      <w:r>
        <w:t>تو اس کے بعد Christian جو leader تھے ان کے اندر ایک thinking جاگی، ایک thinking پیدا ہوئی</w:t>
      </w:r>
    </w:p>
    <w:p>
      <w:r>
        <w:rPr>
          <w:b/>
        </w:rPr>
        <w:t xml:space="preserve">[06:37] </w:t>
      </w:r>
      <w:r>
        <w:t>ke hum musalmanon se battle field mein jeet nahi sakte.</w:t>
      </w:r>
    </w:p>
    <w:p>
      <w:pPr>
        <w:jc w:val="right"/>
      </w:pPr>
      <w:r>
        <w:t>کہ ہم مسلمانوں سے battle field میں جیت نہیں سکتے۔</w:t>
      </w:r>
    </w:p>
    <w:p>
      <w:r>
        <w:rPr>
          <w:b/>
        </w:rPr>
        <w:t xml:space="preserve">[06:42] </w:t>
      </w:r>
      <w:r>
        <w:t>is waqt musalman bohat strong the.</w:t>
      </w:r>
    </w:p>
    <w:p>
      <w:pPr>
        <w:jc w:val="right"/>
      </w:pPr>
      <w:r>
        <w:t>اس وقت مسلمان بہت strong تھے۔</w:t>
      </w:r>
    </w:p>
    <w:p>
      <w:r>
        <w:rPr>
          <w:b/>
        </w:rPr>
        <w:t xml:space="preserve">[06:48] </w:t>
      </w:r>
      <w:r>
        <w:t>to un ke andar yeh soch aai ke hum musalmanon se battle field mein jeet nahi sakte.</w:t>
      </w:r>
    </w:p>
    <w:p>
      <w:pPr>
        <w:jc w:val="right"/>
      </w:pPr>
      <w:r>
        <w:t>تو ان کے اندر یہ سوچ آئی کہ ہم مسلمانوں سے battle field میں جیت نہیں سکتے۔</w:t>
      </w:r>
    </w:p>
    <w:p>
      <w:r>
        <w:rPr>
          <w:b/>
        </w:rPr>
        <w:t xml:space="preserve">[06:54] </w:t>
      </w:r>
      <w:r>
        <w:t>to hamein kuch aur sochna chahiye.</w:t>
      </w:r>
    </w:p>
    <w:p>
      <w:pPr>
        <w:jc w:val="right"/>
      </w:pPr>
      <w:r>
        <w:t>تو ہمیں کچھ اور سوچنا چاہیے۔</w:t>
      </w:r>
    </w:p>
    <w:p>
      <w:r>
        <w:rPr>
          <w:b/>
        </w:rPr>
        <w:t xml:space="preserve">[07:00] </w:t>
      </w:r>
      <w:r>
        <w:t>to un ke andar aik right thinking aai jis ko us zamane mein kuch logon ne kaha tha spiritual crusades.</w:t>
      </w:r>
    </w:p>
    <w:p>
      <w:pPr>
        <w:jc w:val="right"/>
      </w:pPr>
      <w:r>
        <w:t>تو ان کے اندر ایک right thinking آئی جس کو اس زمانے میں کچھ لوگوں نے کہا تھا spiritual crusades۔</w:t>
      </w:r>
    </w:p>
    <w:p>
      <w:r>
        <w:rPr>
          <w:b/>
        </w:rPr>
        <w:t xml:space="preserve">[07:06] </w:t>
      </w:r>
      <w:r>
        <w:t>lekin yeh sahi naam nahi tha, zyada sahi naam hoga scientific crusade. scientific crusade.</w:t>
      </w:r>
    </w:p>
    <w:p>
      <w:pPr>
        <w:jc w:val="right"/>
      </w:pPr>
      <w:r>
        <w:t>لیکن یہ صحیح نام نہیں تھا، زیادہ صحیح نام ہوگا scientific crusade۔ scientific crusade۔</w:t>
      </w:r>
    </w:p>
    <w:p>
      <w:r>
        <w:rPr>
          <w:b/>
        </w:rPr>
        <w:t xml:space="preserve">[07:11] </w:t>
      </w:r>
      <w:r>
        <w:t>to yani violent crusade ke bajaye peaceful crusade.</w:t>
      </w:r>
    </w:p>
    <w:p>
      <w:pPr>
        <w:jc w:val="right"/>
      </w:pPr>
      <w:r>
        <w:t>تو یعنی violent crusade کے بجائے peaceful crusade۔</w:t>
      </w:r>
    </w:p>
    <w:p>
      <w:r>
        <w:rPr>
          <w:b/>
        </w:rPr>
        <w:t xml:space="preserve">[07:17] </w:t>
      </w:r>
      <w:r>
        <w:t>to chunache un ke andar ek nai thinking aai, research.</w:t>
      </w:r>
    </w:p>
    <w:p>
      <w:pPr>
        <w:jc w:val="right"/>
      </w:pPr>
      <w:r>
        <w:t>تو چنانچہ ان کے اندر ایک نئی thinking آئی، research۔</w:t>
      </w:r>
    </w:p>
    <w:p>
      <w:r>
        <w:rPr>
          <w:b/>
        </w:rPr>
        <w:t xml:space="preserve">[07:23] </w:t>
      </w:r>
      <w:r>
        <w:t>nature mein research karne lagay.</w:t>
      </w:r>
    </w:p>
    <w:p>
      <w:pPr>
        <w:jc w:val="right"/>
      </w:pPr>
      <w:r>
        <w:t>nature میں research کرنے لگے۔</w:t>
      </w:r>
    </w:p>
    <w:p>
      <w:r>
        <w:rPr>
          <w:b/>
        </w:rPr>
        <w:t xml:space="preserve">[07:29] </w:t>
      </w:r>
      <w:r>
        <w:t>ek lamba process chala, nature mein research.</w:t>
      </w:r>
    </w:p>
    <w:p>
      <w:pPr>
        <w:jc w:val="right"/>
      </w:pPr>
      <w:r>
        <w:t>ایک لمبا process چلا، nature میں research۔</w:t>
      </w:r>
    </w:p>
    <w:p>
      <w:r>
        <w:rPr>
          <w:b/>
        </w:rPr>
        <w:t xml:space="preserve">[07:35] </w:t>
      </w:r>
      <w:r>
        <w:t>isi ko kehte hain science.</w:t>
      </w:r>
    </w:p>
    <w:p>
      <w:pPr>
        <w:jc w:val="right"/>
      </w:pPr>
      <w:r>
        <w:t>اسی کو کہتے ہیں سائنس۔</w:t>
      </w:r>
    </w:p>
    <w:p>
      <w:r>
        <w:rPr>
          <w:b/>
        </w:rPr>
        <w:t xml:space="preserve">[07:40] </w:t>
      </w:r>
      <w:r>
        <w:t>nature mein research karte karte unhon ne modern science ko discover kiya.</w:t>
      </w:r>
    </w:p>
    <w:p>
      <w:pPr>
        <w:jc w:val="right"/>
      </w:pPr>
      <w:r>
        <w:t>nature میں research کرتے کرتے انہوں نے modern سائنس کو discover کیا۔</w:t>
      </w:r>
    </w:p>
    <w:p>
      <w:r>
        <w:rPr>
          <w:b/>
        </w:rPr>
        <w:t xml:space="preserve">[07:46] </w:t>
      </w:r>
      <w:r>
        <w:t>aur science ke har field mein woh imam ban gaye.</w:t>
      </w:r>
    </w:p>
    <w:p>
      <w:pPr>
        <w:jc w:val="right"/>
      </w:pPr>
      <w:r>
        <w:t>اور سائنس کے ہر field میں وہ امام بن گئے۔</w:t>
      </w:r>
    </w:p>
    <w:p>
      <w:r>
        <w:rPr>
          <w:b/>
        </w:rPr>
        <w:t xml:space="preserve">[07:52] </w:t>
      </w:r>
      <w:r>
        <w:t>har field mein.</w:t>
      </w:r>
    </w:p>
    <w:p>
      <w:pPr>
        <w:jc w:val="right"/>
      </w:pPr>
      <w:r>
        <w:t>ہر field میں۔</w:t>
      </w:r>
    </w:p>
    <w:p>
      <w:r>
        <w:rPr>
          <w:b/>
        </w:rPr>
        <w:t xml:space="preserve">[07:58] </w:t>
      </w:r>
      <w:r>
        <w:t>انہوں نے spaceship بنایا، car بنایا، hawaz بنایا۔</w:t>
      </w:r>
    </w:p>
    <w:p>
      <w:pPr>
        <w:jc w:val="right"/>
      </w:pPr>
      <w:r>
        <w:t>انہوں نے stepship بنایا، car بنایا، آواز بنایا۔</w:t>
      </w:r>
    </w:p>
    <w:p>
      <w:r>
        <w:rPr>
          <w:b/>
        </w:rPr>
        <w:t xml:space="preserve">[08:04] </w:t>
      </w:r>
      <w:r>
        <w:t>aur beshumar cheezen banain.</w:t>
      </w:r>
    </w:p>
    <w:p>
      <w:pPr>
        <w:jc w:val="right"/>
      </w:pPr>
      <w:r>
        <w:t>اور بے شمار چیزیں بنائیں۔</w:t>
      </w:r>
    </w:p>
    <w:p>
      <w:r>
        <w:rPr>
          <w:b/>
        </w:rPr>
        <w:t xml:space="preserve">[08:09] </w:t>
      </w:r>
      <w:r>
        <w:t>aur dunya mein is ko unhon ne market karna shuru kiya.</w:t>
      </w:r>
    </w:p>
    <w:p>
      <w:pPr>
        <w:jc w:val="right"/>
      </w:pPr>
      <w:r>
        <w:t>اور دنیا میں اس کو انہوں نے market کرنا شروع کیا۔</w:t>
      </w:r>
    </w:p>
    <w:p>
      <w:r>
        <w:rPr>
          <w:b/>
        </w:rPr>
        <w:t xml:space="preserve">[08:15] </w:t>
      </w:r>
      <w:r>
        <w:t>woh army se zyada taqatwar ban gaya un ke liye.</w:t>
      </w:r>
    </w:p>
    <w:p>
      <w:pPr>
        <w:jc w:val="right"/>
      </w:pPr>
      <w:r>
        <w:t>وہ آرمی سے زیادہ طاقتور بن گیا ان کے لیے۔</w:t>
      </w:r>
    </w:p>
    <w:p>
      <w:r>
        <w:rPr>
          <w:b/>
        </w:rPr>
        <w:t xml:space="preserve">[08:21] </w:t>
      </w:r>
      <w:r>
        <w:t>yeh jo saman tha, industrial product, is ko jo laye market mein, market mein laye.</w:t>
      </w:r>
    </w:p>
    <w:p>
      <w:pPr>
        <w:jc w:val="right"/>
      </w:pPr>
      <w:r>
        <w:t>یہ جو سامان تھا، industrial product، اس کو جو لائے market میں، market میں لائے۔</w:t>
      </w:r>
    </w:p>
    <w:p>
      <w:r>
        <w:rPr>
          <w:b/>
        </w:rPr>
        <w:t xml:space="preserve">[08:27] </w:t>
      </w:r>
      <w:r>
        <w:t>to woh sari dunya ki market ko dominate karne lagay.</w:t>
      </w:r>
    </w:p>
    <w:p>
      <w:pPr>
        <w:jc w:val="right"/>
      </w:pPr>
      <w:r>
        <w:t>تو وہ ساری دنیا کی market کو dominate کرنے لگے۔</w:t>
      </w:r>
    </w:p>
    <w:p>
      <w:r>
        <w:rPr>
          <w:b/>
        </w:rPr>
        <w:t xml:space="preserve">[08:33] </w:t>
      </w:r>
      <w:r>
        <w:t>yeh tha apple shock un logon ke liye.</w:t>
      </w:r>
    </w:p>
    <w:p>
      <w:pPr>
        <w:jc w:val="right"/>
      </w:pPr>
      <w:r>
        <w:t>یہ تھا apple shock ان لوگوں کے لیے۔</w:t>
      </w:r>
    </w:p>
    <w:p>
      <w:r>
        <w:rPr>
          <w:b/>
        </w:rPr>
        <w:t xml:space="preserve">[08:38] </w:t>
      </w:r>
      <w:r>
        <w:t>is ke baad dekhiye, second world war bhi ek apple shock tha.</w:t>
      </w:r>
    </w:p>
    <w:p>
      <w:pPr>
        <w:jc w:val="right"/>
      </w:pPr>
      <w:r>
        <w:t>اس کے بعد دیکھیے، سیکنڈ world war بھی ایک apple shock تھا۔</w:t>
      </w:r>
    </w:p>
    <w:p>
      <w:r>
        <w:rPr>
          <w:b/>
        </w:rPr>
        <w:t xml:space="preserve">[08:44] </w:t>
      </w:r>
      <w:r>
        <w:t>second world war mein aap jante hain ke germany, france aur japan, britain in sab ne hissa liya tha.</w:t>
      </w:r>
    </w:p>
    <w:p>
      <w:pPr>
        <w:jc w:val="right"/>
      </w:pPr>
      <w:r>
        <w:t>سیکنڈ world war میں آپ جانتے ہیں کہ جرمنی، فرانس اور جاپان، برٹن ان سب نے حصہ لیا تھا۔</w:t>
      </w:r>
    </w:p>
    <w:p>
      <w:r>
        <w:rPr>
          <w:b/>
        </w:rPr>
        <w:t xml:space="preserve">[08:50] </w:t>
      </w:r>
      <w:r>
        <w:t>aur bohat bari war hui.</w:t>
      </w:r>
    </w:p>
    <w:p>
      <w:pPr>
        <w:jc w:val="right"/>
      </w:pPr>
      <w:r>
        <w:t>اور بہت بڑی war ہوئی۔</w:t>
      </w:r>
    </w:p>
    <w:p>
      <w:r>
        <w:rPr>
          <w:b/>
        </w:rPr>
        <w:t xml:space="preserve">[08:56] </w:t>
      </w:r>
      <w:r>
        <w:t>america ne to atom bomb gira diya, do atom bomb.</w:t>
      </w:r>
    </w:p>
    <w:p>
      <w:pPr>
        <w:jc w:val="right"/>
      </w:pPr>
      <w:r>
        <w:t>امریکہ نے تو atom bomb گرا دیا، دو atom bomb۔</w:t>
      </w:r>
    </w:p>
    <w:p>
      <w:r>
        <w:rPr>
          <w:b/>
        </w:rPr>
        <w:t xml:space="preserve">[09:02] </w:t>
      </w:r>
      <w:r>
        <w:t>aur bazahir japan tabaah ho gaya.</w:t>
      </w:r>
    </w:p>
    <w:p>
      <w:pPr>
        <w:jc w:val="right"/>
      </w:pPr>
      <w:r>
        <w:t>اور بظاہر جاپان تباہ ہو گیا۔</w:t>
      </w:r>
    </w:p>
    <w:p>
      <w:r>
        <w:rPr>
          <w:b/>
        </w:rPr>
        <w:t xml:space="preserve">[09:07] </w:t>
      </w:r>
      <w:r>
        <w:t>to second world war ke baad kisi ko kuch nahi mila.</w:t>
      </w:r>
    </w:p>
    <w:p>
      <w:pPr>
        <w:jc w:val="right"/>
      </w:pPr>
      <w:r>
        <w:t>تو سیکنڈ world war کے بعد کسی کو کچھ نہیں ملا۔</w:t>
      </w:r>
    </w:p>
    <w:p>
      <w:r>
        <w:rPr>
          <w:b/>
        </w:rPr>
        <w:t xml:space="preserve">[09:13] </w:t>
      </w:r>
      <w:r>
        <w:t>na jeetne wale ko, na haarne wale ko.</w:t>
      </w:r>
    </w:p>
    <w:p>
      <w:pPr>
        <w:jc w:val="right"/>
      </w:pPr>
      <w:r>
        <w:t>نہ جیتنے والے کو، نہ ہارنے والے کو۔</w:t>
      </w:r>
    </w:p>
    <w:p>
      <w:r>
        <w:rPr>
          <w:b/>
        </w:rPr>
        <w:t xml:space="preserve">[09:19] </w:t>
      </w:r>
      <w:r>
        <w:t>britain jeeta tha lekin is ko kuch nahi mila.</w:t>
      </w:r>
    </w:p>
    <w:p>
      <w:pPr>
        <w:jc w:val="right"/>
      </w:pPr>
      <w:r>
        <w:t>برٹن جیتا تھا لیکن اس کو کچھ نہیں ملا۔</w:t>
      </w:r>
    </w:p>
    <w:p>
      <w:r>
        <w:rPr>
          <w:b/>
        </w:rPr>
        <w:t xml:space="preserve">[09:25] </w:t>
      </w:r>
      <w:r>
        <w:t>kyun ke kamzor ho gaye.</w:t>
      </w:r>
    </w:p>
    <w:p>
      <w:pPr>
        <w:jc w:val="right"/>
      </w:pPr>
      <w:r>
        <w:t>کیونکہ کمزور ہو گئے۔</w:t>
      </w:r>
    </w:p>
    <w:p>
      <w:r>
        <w:rPr>
          <w:b/>
        </w:rPr>
        <w:t xml:space="preserve">[09:31] </w:t>
      </w:r>
      <w:r>
        <w:t>to sab ke andar yeh soch aai ke hamein kya karna hai.</w:t>
      </w:r>
    </w:p>
    <w:p>
      <w:pPr>
        <w:jc w:val="right"/>
      </w:pPr>
      <w:r>
        <w:t>تو سب کے اندر یہ سوچ آئی کہ ہمیں کیا کرنا ہے۔</w:t>
      </w:r>
    </w:p>
    <w:p>
      <w:r>
        <w:rPr>
          <w:b/>
        </w:rPr>
        <w:t xml:space="preserve">[09:36] </w:t>
      </w:r>
      <w:r>
        <w:t>to aap jante hain ke second world war ke foran baad unhon ne United Nations banaya, aqwam-e-mutahidda.</w:t>
      </w:r>
    </w:p>
    <w:p>
      <w:pPr>
        <w:jc w:val="right"/>
      </w:pPr>
      <w:r>
        <w:t>تو آپ جانتے ہیں کہ سیکنڈ world war کے فوراً بعد انہوں نے United Nations بنایا، اقوام متحدہ۔</w:t>
      </w:r>
    </w:p>
    <w:p>
      <w:r>
        <w:rPr>
          <w:b/>
        </w:rPr>
        <w:t xml:space="preserve">[09:42] </w:t>
      </w:r>
      <w:r>
        <w:t>is mein mutafiqqa taur par tamam qomon ko member banaya is mein aur sab ki taraf se yeh</w:t>
      </w:r>
    </w:p>
    <w:p>
      <w:pPr>
        <w:jc w:val="right"/>
      </w:pPr>
      <w:r>
        <w:t>اس میں متفقہ طور پر تمام قوموں کو ممبر بنایا اس میں اور سب کی طرف سے یہ</w:t>
      </w:r>
    </w:p>
    <w:p>
      <w:r>
        <w:rPr>
          <w:b/>
        </w:rPr>
        <w:t xml:space="preserve">[09:48] </w:t>
      </w:r>
      <w:r>
        <w:t>ek charter jari hua jis ka naam tha Charter of Universal Rights.</w:t>
      </w:r>
    </w:p>
    <w:p>
      <w:pPr>
        <w:jc w:val="right"/>
      </w:pPr>
      <w:r>
        <w:t>ایک charter جاری ہوا جس کا نام تھا Charter of Universal Rights۔</w:t>
      </w:r>
    </w:p>
    <w:p>
      <w:r>
        <w:rPr>
          <w:b/>
        </w:rPr>
        <w:t xml:space="preserve">[09:54] </w:t>
      </w:r>
      <w:r>
        <w:t>is mein pehli baar tareekh mein yeh tay hua ke insaan ko azaadi insaan ke liye undeniable right hai.</w:t>
      </w:r>
    </w:p>
    <w:p>
      <w:pPr>
        <w:jc w:val="right"/>
      </w:pPr>
      <w:r>
        <w:t>اس میں پہلی بار تاریخ میں یہ طے ہوا کہ انسان کو آزادی انسان کے لیے undeniable right ہے۔</w:t>
      </w:r>
    </w:p>
    <w:p>
      <w:r>
        <w:rPr>
          <w:b/>
        </w:rPr>
        <w:t xml:space="preserve">[10:00] </w:t>
      </w:r>
      <w:r>
        <w:t>azaadi insaan ke liye undeniable right hai.</w:t>
      </w:r>
    </w:p>
    <w:p>
      <w:pPr>
        <w:jc w:val="right"/>
      </w:pPr>
      <w:r>
        <w:t>آزادی انسان کے لیے undeniable right ہے۔</w:t>
      </w:r>
    </w:p>
    <w:p>
      <w:r>
        <w:rPr>
          <w:b/>
        </w:rPr>
        <w:t xml:space="preserve">[10:06] </w:t>
      </w:r>
      <w:r>
        <w:t>yeh kabhi nahi tha is se pehle.</w:t>
      </w:r>
    </w:p>
    <w:p>
      <w:pPr>
        <w:jc w:val="right"/>
      </w:pPr>
      <w:r>
        <w:t>یہ کبھی نہیں تھا اس سے پہلے۔</w:t>
      </w:r>
    </w:p>
    <w:p>
      <w:r>
        <w:rPr>
          <w:b/>
        </w:rPr>
        <w:t xml:space="preserve">[10:11] </w:t>
      </w:r>
      <w:r>
        <w:t>is se pehle toh saari duniya azaadi jo thi woh woh privileged class ka hissa thi.</w:t>
      </w:r>
    </w:p>
    <w:p>
      <w:pPr>
        <w:jc w:val="right"/>
      </w:pPr>
      <w:r>
        <w:t>اس سے پہلے تو ساری دنیا آزادی جو تھی وہ وہ privileged class کا حصہ تھی۔</w:t>
      </w:r>
    </w:p>
    <w:p>
      <w:r>
        <w:rPr>
          <w:b/>
        </w:rPr>
        <w:t xml:space="preserve">[10:17] </w:t>
      </w:r>
      <w:r>
        <w:t>killer ji ke liye, king ke liye, royalty ke liye.</w:t>
      </w:r>
    </w:p>
    <w:p>
      <w:pPr>
        <w:jc w:val="right"/>
      </w:pPr>
      <w:r>
        <w:t>کلر جی کے لیے، کنگ کے لیے، رائلٹی کے لیے۔</w:t>
      </w:r>
    </w:p>
    <w:p>
      <w:r>
        <w:rPr>
          <w:b/>
        </w:rPr>
        <w:t xml:space="preserve">[10:23] </w:t>
      </w:r>
      <w:r>
        <w:t>toh azaadi sirf privileged class ke liye thi.</w:t>
      </w:r>
    </w:p>
    <w:p>
      <w:pPr>
        <w:jc w:val="right"/>
      </w:pPr>
      <w:r>
        <w:t>تو آزادی صرف privileged class کے لیے تھی۔</w:t>
      </w:r>
    </w:p>
    <w:p>
      <w:r>
        <w:rPr>
          <w:b/>
        </w:rPr>
        <w:t xml:space="preserve">[10:29] </w:t>
      </w:r>
      <w:r>
        <w:t>azaadi sab ke liye ho gayi, sab ke liye ho gayi.</w:t>
      </w:r>
    </w:p>
    <w:p>
      <w:pPr>
        <w:jc w:val="right"/>
      </w:pPr>
      <w:r>
        <w:t>آزادی سب کے لیے ہو گئی، سب کے لیے ہو گئی۔</w:t>
      </w:r>
    </w:p>
    <w:p>
      <w:r>
        <w:rPr>
          <w:b/>
        </w:rPr>
        <w:t xml:space="preserve">[10:35] </w:t>
      </w:r>
      <w:r>
        <w:t>yeh pehli baar hua quwaam mulah ke baad.</w:t>
      </w:r>
    </w:p>
    <w:p>
      <w:pPr>
        <w:jc w:val="right"/>
      </w:pPr>
      <w:r>
        <w:t>یہ پہلی بار ہوا اقوام متحدہ کے بعد۔</w:t>
      </w:r>
    </w:p>
    <w:p>
      <w:r>
        <w:rPr>
          <w:b/>
        </w:rPr>
        <w:t xml:space="preserve">[10:40] </w:t>
      </w:r>
      <w:r>
        <w:t>sirf ek hi condition thi woh yeh ke aadmi yaani koi individual ya koi naye nation warrant na</w:t>
      </w:r>
    </w:p>
    <w:p>
      <w:pPr>
        <w:jc w:val="right"/>
      </w:pPr>
      <w:r>
        <w:t>صرف ایک ہی condition تھی وہ یہ کہ آدمی یعنی کوئی individual یا کوئی نئے nation warrant نہ</w:t>
      </w:r>
    </w:p>
    <w:p>
      <w:r>
        <w:rPr>
          <w:b/>
        </w:rPr>
        <w:t xml:space="preserve">[10:46] </w:t>
      </w:r>
      <w:r>
        <w:t>kare, warrant method ikhtiyar na kare toh bas woh phir azaad hai.</w:t>
      </w:r>
    </w:p>
    <w:p>
      <w:pPr>
        <w:jc w:val="right"/>
      </w:pPr>
      <w:r>
        <w:t>کرے، warrant method اختیار نہ کرے تو بس وہ پھر آزاد ہے۔</w:t>
      </w:r>
    </w:p>
    <w:p>
      <w:r>
        <w:rPr>
          <w:b/>
        </w:rPr>
        <w:t xml:space="preserve">[10:52] </w:t>
      </w:r>
      <w:r>
        <w:t>toh is ke baad in quomon mein ek nayi soch jaagi ke ab hamein kya karna hai.</w:t>
      </w:r>
    </w:p>
    <w:p>
      <w:pPr>
        <w:jc w:val="right"/>
      </w:pPr>
      <w:r>
        <w:t>تو اس کے بعد ان قوموں میں ایک نئی سوچ جاگی کہ اب ہمیں کیا کرنا ہے۔</w:t>
      </w:r>
    </w:p>
    <w:p>
      <w:r>
        <w:rPr>
          <w:b/>
        </w:rPr>
        <w:t xml:space="preserve">[10:58] </w:t>
      </w:r>
      <w:r>
        <w:t>toh tamam European quomon mein aaya ke hamein peaceful method ke zariye aage badhna chahiye. peaceful method.</w:t>
      </w:r>
    </w:p>
    <w:p>
      <w:pPr>
        <w:jc w:val="right"/>
      </w:pPr>
      <w:r>
        <w:t>تو تمام European قوموں میں آیا کہ ہمیں peaceful method کے ذریعے آگے بڑھنا چاہیے۔ peaceful method۔</w:t>
      </w:r>
    </w:p>
    <w:p>
      <w:r>
        <w:rPr>
          <w:b/>
        </w:rPr>
        <w:t xml:space="preserve">[11:04] </w:t>
      </w:r>
      <w:r>
        <w:t>peaceful method aasaan nahi tha.</w:t>
      </w:r>
    </w:p>
    <w:p>
      <w:pPr>
        <w:jc w:val="right"/>
      </w:pPr>
      <w:r>
        <w:t>peaceful method آسان نہیں تھا۔</w:t>
      </w:r>
    </w:p>
    <w:p>
      <w:r>
        <w:rPr>
          <w:b/>
        </w:rPr>
        <w:t xml:space="preserve">[11:09] </w:t>
      </w:r>
      <w:r>
        <w:t>misal ke taur par dekhiye Japan ko bohat zabardast haar hui thi.</w:t>
      </w:r>
    </w:p>
    <w:p>
      <w:pPr>
        <w:jc w:val="right"/>
      </w:pPr>
      <w:r>
        <w:t>مثلاً دیکھیے جاپان کو بہت زبردست ہار ہوئی تھی۔</w:t>
      </w:r>
    </w:p>
    <w:p>
      <w:r>
        <w:rPr>
          <w:b/>
        </w:rPr>
        <w:t xml:space="preserve">[11:15] </w:t>
      </w:r>
      <w:r>
        <w:t>toh Japan ka jo badshah tha Hirohito us ne.</w:t>
      </w:r>
    </w:p>
    <w:p>
      <w:pPr>
        <w:jc w:val="right"/>
      </w:pPr>
      <w:r>
        <w:t>تو جاپان کا جو بادشاہ تھا ہیروہیٹو اس نے۔</w:t>
      </w:r>
    </w:p>
    <w:p>
      <w:r>
        <w:rPr>
          <w:b/>
        </w:rPr>
        <w:t xml:space="preserve">[11:21] </w:t>
      </w:r>
      <w:r>
        <w:t>تخلیق کے اس دورے میں کہ we have to endure the unendurable ہمیں ناقابل برداشت کو برداشت کرنا ہے۔</w:t>
      </w:r>
    </w:p>
    <w:p>
      <w:pPr>
        <w:jc w:val="right"/>
      </w:pPr>
      <w:r>
        <w:t>تخلیق کے اس دورے میں کہ we have to endure the undurable ہمیں ناقابل برداشت کو برداشت کرنا ہے۔</w:t>
      </w:r>
    </w:p>
    <w:p>
      <w:r>
        <w:rPr>
          <w:b/>
        </w:rPr>
        <w:t xml:space="preserve">[11:27] </w:t>
      </w:r>
      <w:r>
        <w:t>we have to endure the unendurable ہمیں ناقابل برداشت کو برداشت کرنا ہے۔</w:t>
      </w:r>
    </w:p>
    <w:p>
      <w:pPr>
        <w:jc w:val="right"/>
      </w:pPr>
      <w:r>
        <w:t>we have to endure the undurable ہمیں ناقابل برداشت کو برداشت کرنا ہے۔</w:t>
      </w:r>
    </w:p>
    <w:p>
      <w:r>
        <w:rPr>
          <w:b/>
        </w:rPr>
        <w:t xml:space="preserve">[11:33] </w:t>
      </w:r>
      <w:r>
        <w:t>yaani hamare upar atom bomb giraya gaya.</w:t>
      </w:r>
    </w:p>
    <w:p>
      <w:pPr>
        <w:jc w:val="right"/>
      </w:pPr>
      <w:r>
        <w:t>یعنی ہمارے اوپر atom bomb گرایا گیا۔</w:t>
      </w:r>
    </w:p>
    <w:p>
      <w:r>
        <w:rPr>
          <w:b/>
        </w:rPr>
        <w:t xml:space="preserve">[11:38] </w:t>
      </w:r>
      <w:r>
        <w:t>hamara Okinawa jazeera cheen liya gaya.</w:t>
      </w:r>
    </w:p>
    <w:p>
      <w:pPr>
        <w:jc w:val="right"/>
      </w:pPr>
      <w:r>
        <w:t>ہمارا اوکیناو جزیرہ چھین لیا گیا۔</w:t>
      </w:r>
    </w:p>
    <w:p>
      <w:r>
        <w:rPr>
          <w:b/>
        </w:rPr>
        <w:t xml:space="preserve">[11:44] </w:t>
      </w:r>
      <w:r>
        <w:t>hamare mulk mein General Bank Arthur ki hukoomat qaim kar di gayi.</w:t>
      </w:r>
    </w:p>
    <w:p>
      <w:pPr>
        <w:jc w:val="right"/>
      </w:pPr>
      <w:r>
        <w:t>ہمارے દેશ میں جنرل بینک آرتھر کی حکومت قائم کر دی گئی۔</w:t>
      </w:r>
    </w:p>
    <w:p>
      <w:r>
        <w:rPr>
          <w:b/>
        </w:rPr>
        <w:t xml:space="preserve">[11:50] </w:t>
      </w:r>
      <w:r>
        <w:t>hamein is ko bardasht karna hai.</w:t>
      </w:r>
    </w:p>
    <w:p>
      <w:pPr>
        <w:jc w:val="right"/>
      </w:pPr>
      <w:r>
        <w:t>ہمیں اس کو برداشت کرنا ہے۔</w:t>
      </w:r>
    </w:p>
    <w:p>
      <w:r>
        <w:rPr>
          <w:b/>
        </w:rPr>
        <w:t xml:space="preserve">[11:56] </w:t>
      </w:r>
      <w:r>
        <w:t>aur hamein saari taaqat lagana hai scientific education mein aur industrial development mein.</w:t>
      </w:r>
    </w:p>
    <w:p>
      <w:pPr>
        <w:jc w:val="right"/>
      </w:pPr>
      <w:r>
        <w:t>اور ہمیں ساری طاقت لگانا ہے scientific education میں اور industrial development میں۔</w:t>
      </w:r>
    </w:p>
    <w:p>
      <w:r>
        <w:rPr>
          <w:b/>
        </w:rPr>
        <w:t xml:space="preserve">[12:02] </w:t>
      </w:r>
      <w:r>
        <w:t>do hi formula tha un ka.</w:t>
      </w:r>
    </w:p>
    <w:p>
      <w:pPr>
        <w:jc w:val="right"/>
      </w:pPr>
      <w:r>
        <w:t>دو ہی فارمولا تھا ان کا۔</w:t>
      </w:r>
    </w:p>
    <w:p>
      <w:r>
        <w:rPr>
          <w:b/>
        </w:rPr>
        <w:t xml:space="preserve">[12:07] </w:t>
      </w:r>
      <w:r>
        <w:t>two point formula.</w:t>
      </w:r>
    </w:p>
    <w:p>
      <w:pPr>
        <w:jc w:val="right"/>
      </w:pPr>
      <w:r>
        <w:t>two point فارمولا۔</w:t>
      </w:r>
    </w:p>
    <w:p>
      <w:r>
        <w:rPr>
          <w:b/>
        </w:rPr>
        <w:t xml:space="preserve">[12:13] </w:t>
      </w:r>
      <w:r>
        <w:t>scientific education aur industrial development.</w:t>
      </w:r>
    </w:p>
    <w:p>
      <w:pPr>
        <w:jc w:val="right"/>
      </w:pPr>
      <w:r>
        <w:t>scientific education اور industrial development۔</w:t>
      </w:r>
    </w:p>
    <w:p>
      <w:r>
        <w:rPr>
          <w:b/>
        </w:rPr>
        <w:t xml:space="preserve">[12:19] </w:t>
      </w:r>
      <w:r>
        <w:t>is ka nateeja hua ke bohat hi short period mein yaani taqreeban pachees saal mein ek naya ek</w:t>
      </w:r>
    </w:p>
    <w:p>
      <w:pPr>
        <w:jc w:val="right"/>
      </w:pPr>
      <w:r>
        <w:t>اس کا نتیجہ ہوا کہ بہت ہی short period میں یعنی تقریباً پچیس سال میں ایک نیا ایک</w:t>
      </w:r>
    </w:p>
    <w:p>
      <w:r>
        <w:rPr>
          <w:b/>
        </w:rPr>
        <w:t xml:space="preserve">[12:25] </w:t>
      </w:r>
      <w:r>
        <w:t>japan ubhra hai.</w:t>
      </w:r>
    </w:p>
    <w:p>
      <w:pPr>
        <w:jc w:val="right"/>
      </w:pPr>
      <w:r>
        <w:t>جاپان ابھرا ہے۔</w:t>
      </w:r>
    </w:p>
    <w:p>
      <w:r>
        <w:rPr>
          <w:b/>
        </w:rPr>
        <w:t xml:space="preserve">[12:31] </w:t>
      </w:r>
      <w:r>
        <w:t>aur aaj aap jante hain ke japan jo hai dunya mein is ko economic superpower kaha jata hai.</w:t>
      </w:r>
    </w:p>
    <w:p>
      <w:pPr>
        <w:jc w:val="right"/>
      </w:pPr>
      <w:r>
        <w:t>اور آج آپ جانتے ہیں کہ جاپان جو ہے دنیا میں اس کو economic superpower کہا جاتا ہے۔</w:t>
      </w:r>
    </w:p>
    <w:p>
      <w:r>
        <w:rPr>
          <w:b/>
        </w:rPr>
        <w:t xml:space="preserve">[12:36] </w:t>
      </w:r>
      <w:r>
        <w:t>yeh germany mein hua, yeh france mein hua, yeh britain mein hua.</w:t>
      </w:r>
    </w:p>
    <w:p>
      <w:pPr>
        <w:jc w:val="right"/>
      </w:pPr>
      <w:r>
        <w:t>یہ جرمنی میں ہوا، یہ فرانس میں ہوا، یہ برٹن میں ہوا۔</w:t>
      </w:r>
    </w:p>
    <w:p>
      <w:r>
        <w:rPr>
          <w:b/>
        </w:rPr>
        <w:t xml:space="preserve">[12:42] </w:t>
      </w:r>
      <w:r>
        <w:t>yeh tamam tamam qaumein jo hain is waqt jo un ki position thi us se aaj bohat zyada taqatwar hain.</w:t>
      </w:r>
    </w:p>
    <w:p>
      <w:pPr>
        <w:jc w:val="right"/>
      </w:pPr>
      <w:r>
        <w:t>یہ تمام تمام قومیں جو ہیں اس وقت جو ان کی پوزیشن تھی اس سے آج بہت زیادہ طاقتور ہیں۔</w:t>
      </w:r>
    </w:p>
    <w:p>
      <w:r>
        <w:rPr>
          <w:b/>
        </w:rPr>
        <w:t xml:space="preserve">[12:48] </w:t>
      </w:r>
      <w:r>
        <w:t>bohat zyada developed hain.</w:t>
      </w:r>
    </w:p>
    <w:p>
      <w:pPr>
        <w:jc w:val="right"/>
      </w:pPr>
      <w:r>
        <w:t>بہت زیادہ developed ہیں۔</w:t>
      </w:r>
    </w:p>
    <w:p>
      <w:r>
        <w:rPr>
          <w:b/>
        </w:rPr>
        <w:t xml:space="preserve">[12:54] </w:t>
      </w:r>
      <w:r>
        <w:t>kyun apple shock jo in ko hua us se unhon ne sabq liya.</w:t>
      </w:r>
    </w:p>
    <w:p>
      <w:pPr>
        <w:jc w:val="right"/>
      </w:pPr>
      <w:r>
        <w:t>کیوں apple shock جو ان کو ہوا اس سے انہوں نے سبق لیا۔</w:t>
      </w:r>
    </w:p>
    <w:p>
      <w:r>
        <w:rPr>
          <w:b/>
        </w:rPr>
        <w:t xml:space="preserve">[13:00] </w:t>
      </w:r>
      <w:r>
        <w:t>is se sabq liya unhon ne.</w:t>
      </w:r>
    </w:p>
    <w:p>
      <w:pPr>
        <w:jc w:val="right"/>
      </w:pPr>
      <w:r>
        <w:t>اس سے سبق لیا انہوں نے۔</w:t>
      </w:r>
    </w:p>
    <w:p>
      <w:r>
        <w:rPr>
          <w:b/>
        </w:rPr>
        <w:t xml:space="preserve">[13:05] </w:t>
      </w:r>
      <w:r>
        <w:t>to main samajhta hoon ke is zamane mein musalmanon ke sath bhi apple shock ka muamla hua hai.</w:t>
      </w:r>
    </w:p>
    <w:p>
      <w:pPr>
        <w:jc w:val="right"/>
      </w:pPr>
      <w:r>
        <w:t>تو میں سمجھتا ہوں کہ اس زمانے میں مسلمانوں کے ساتھ بھی apple shock کا معاملہ ہوا ہے۔</w:t>
      </w:r>
    </w:p>
    <w:p>
      <w:r>
        <w:rPr>
          <w:b/>
        </w:rPr>
        <w:t xml:space="preserve">[13:11] </w:t>
      </w:r>
      <w:r>
        <w:t>musalman taqreeban do so saal se jihad ke naam par military chala rahe hain.</w:t>
      </w:r>
    </w:p>
    <w:p>
      <w:pPr>
        <w:jc w:val="right"/>
      </w:pPr>
      <w:r>
        <w:t>مسلمان تقریباً دو سو سال سے جہاد کے نام پر military چلا رہے ہیں۔</w:t>
      </w:r>
    </w:p>
    <w:p>
      <w:r>
        <w:rPr>
          <w:b/>
        </w:rPr>
        <w:t xml:space="preserve">[13:17] </w:t>
      </w:r>
      <w:r>
        <w:t>do so saal se.</w:t>
      </w:r>
    </w:p>
    <w:p>
      <w:pPr>
        <w:jc w:val="right"/>
      </w:pPr>
      <w:r>
        <w:t>دو سو سال سے۔</w:t>
      </w:r>
    </w:p>
    <w:p>
      <w:r>
        <w:rPr>
          <w:b/>
        </w:rPr>
        <w:t xml:space="preserve">[13:23] </w:t>
      </w:r>
      <w:r>
        <w:t>sare musalman ya to tashaddud ke andaaz mein sochte hain ya amalan woh tashaddud mein involve hain.</w:t>
      </w:r>
    </w:p>
    <w:p>
      <w:pPr>
        <w:jc w:val="right"/>
      </w:pPr>
      <w:r>
        <w:t>سارے مسلمان یا تو تشدد کے انداز میں سوچتے ہیں یا عملاً وہ تشدد میں involve ہیں۔</w:t>
      </w:r>
    </w:p>
    <w:p>
      <w:r>
        <w:rPr>
          <w:b/>
        </w:rPr>
        <w:t xml:space="preserve">[13:29] </w:t>
      </w:r>
      <w:r>
        <w:t>yani koi active sense mein violent bana hua hai, koi passive sense mein violent bana hua hai.</w:t>
      </w:r>
    </w:p>
    <w:p>
      <w:pPr>
        <w:jc w:val="right"/>
      </w:pPr>
      <w:r>
        <w:t>یعنی کوئی active sense میں violent بنا ہوا ہے، کوئی passive sense میں violent بنا ہوا ہے۔</w:t>
      </w:r>
    </w:p>
    <w:p>
      <w:r>
        <w:rPr>
          <w:b/>
        </w:rPr>
        <w:t xml:space="preserve">[13:34] </w:t>
      </w:r>
      <w:r>
        <w:t>lekin aap dekhiye result ke aitbar se janchiye.</w:t>
      </w:r>
    </w:p>
    <w:p>
      <w:pPr>
        <w:jc w:val="right"/>
      </w:pPr>
      <w:r>
        <w:t>لیکن آپ دیکھیے result کے اعتبار سے جانچئے۔</w:t>
      </w:r>
    </w:p>
    <w:p>
      <w:r>
        <w:rPr>
          <w:b/>
        </w:rPr>
        <w:t xml:space="preserve">[13:40] </w:t>
      </w:r>
      <w:r>
        <w:t>to do so saala qurbani ka kuch bhi result nahin.</w:t>
      </w:r>
    </w:p>
    <w:p>
      <w:pPr>
        <w:jc w:val="right"/>
      </w:pPr>
      <w:r>
        <w:t>تو دو سو سالہ قربانی کا کچھ بھی result نہیں۔</w:t>
      </w:r>
    </w:p>
    <w:p>
      <w:r>
        <w:rPr>
          <w:b/>
        </w:rPr>
        <w:t xml:space="preserve">[13:46] </w:t>
      </w:r>
      <w:r>
        <w:t>siwaye last ke.</w:t>
      </w:r>
    </w:p>
    <w:p>
      <w:pPr>
        <w:jc w:val="right"/>
      </w:pPr>
      <w:r>
        <w:t>سوائے last کے۔</w:t>
      </w:r>
    </w:p>
    <w:p>
      <w:r>
        <w:rPr>
          <w:b/>
        </w:rPr>
        <w:t xml:space="preserve">[13:52] </w:t>
      </w:r>
      <w:r>
        <w:t>last last last.</w:t>
      </w:r>
    </w:p>
    <w:p>
      <w:pPr>
        <w:jc w:val="right"/>
      </w:pPr>
      <w:r>
        <w:t>last last last۔</w:t>
      </w:r>
    </w:p>
    <w:p>
      <w:r>
        <w:rPr>
          <w:b/>
        </w:rPr>
        <w:t xml:space="preserve">[13:58] </w:t>
      </w:r>
      <w:r>
        <w:t>no positive result at all.</w:t>
      </w:r>
    </w:p>
    <w:p>
      <w:pPr>
        <w:jc w:val="right"/>
      </w:pPr>
      <w:r>
        <w:t>no positive result at all۔</w:t>
      </w:r>
    </w:p>
    <w:p>
      <w:r>
        <w:rPr>
          <w:b/>
        </w:rPr>
        <w:t xml:space="preserve">[14:03] </w:t>
      </w:r>
      <w:r>
        <w:t>yeh kya hai? apple shock hai.</w:t>
      </w:r>
    </w:p>
    <w:p>
      <w:pPr>
        <w:jc w:val="right"/>
      </w:pPr>
      <w:r>
        <w:t>یہ کیا ہے؟ apple shock ہے۔</w:t>
      </w:r>
    </w:p>
    <w:p>
      <w:r>
        <w:rPr>
          <w:b/>
        </w:rPr>
        <w:t xml:space="preserve">[14:09] </w:t>
      </w:r>
      <w:r>
        <w:t>مسلمانوں پر ایک بہت بڑا سبب گرا ہے کہ سوچو ان کے mind کو trigger کرنے کے لیے۔</w:t>
      </w:r>
    </w:p>
    <w:p>
      <w:pPr>
        <w:jc w:val="right"/>
      </w:pPr>
      <w:r>
        <w:t>مسلمانوں پر ایک بہت بڑا سیب گرا ہے کہ سوچو ان کے mind کو trigger کرنے کے لیے۔</w:t>
      </w:r>
    </w:p>
    <w:p>
      <w:r>
        <w:rPr>
          <w:b/>
        </w:rPr>
        <w:t xml:space="preserve">[14:15] </w:t>
      </w:r>
      <w:r>
        <w:t>to ab twenty first century mein musalmanon ko yeh sochna hai ke jab hamara jo yeh violent activism</w:t>
      </w:r>
    </w:p>
    <w:p>
      <w:pPr>
        <w:jc w:val="right"/>
      </w:pPr>
      <w:r>
        <w:t>تو اب twenty first century میں مسلمانوں کو یہ سوچنا ہے کہ جب ہمارا جو یہ violent activism</w:t>
      </w:r>
    </w:p>
    <w:p>
      <w:r>
        <w:rPr>
          <w:b/>
        </w:rPr>
        <w:t xml:space="preserve">[14:21] </w:t>
      </w:r>
      <w:r>
        <w:t>tha jihad ke naam par is se hum ko kuch gain nahin hua to ab hamein you turn</w:t>
      </w:r>
    </w:p>
    <w:p>
      <w:pPr>
        <w:jc w:val="right"/>
      </w:pPr>
      <w:r>
        <w:t>تھا جہاد کے نام پر اس سے ہم کو کچھ gain نہیں ہوا تو اب ہمیں یو ٹرن</w:t>
      </w:r>
    </w:p>
    <w:p>
      <w:r>
        <w:rPr>
          <w:b/>
        </w:rPr>
        <w:t xml:space="preserve">[14:27] </w:t>
      </w:r>
      <w:r>
        <w:t>lena hai, hamein second option talash karna hai.</w:t>
      </w:r>
    </w:p>
    <w:p>
      <w:pPr>
        <w:jc w:val="right"/>
      </w:pPr>
      <w:r>
        <w:t>لینا ہے، ہمیں سیکنڈ option تلاش کرنا ہے۔</w:t>
      </w:r>
    </w:p>
    <w:p>
      <w:r>
        <w:rPr>
          <w:b/>
        </w:rPr>
        <w:t xml:space="preserve">[14:33] </w:t>
      </w:r>
      <w:r>
        <w:t>to in ke liye bhi wahi option hai jo ke doosri qaumon ke liye yani peaceful method.</w:t>
      </w:r>
    </w:p>
    <w:p>
      <w:pPr>
        <w:jc w:val="right"/>
      </w:pPr>
      <w:r>
        <w:t>تو ان کے لیے بھی وہی option ہے جو کہ دوسری قوموں کے لیے یعنی peaceful method۔</w:t>
      </w:r>
    </w:p>
    <w:p>
      <w:r>
        <w:rPr>
          <w:b/>
        </w:rPr>
        <w:t xml:space="preserve">[14:38] </w:t>
      </w:r>
      <w:r>
        <w:t>musalmanon ko is waqt jo karna hai ke mukammal taur par peace par aayen.</w:t>
      </w:r>
    </w:p>
    <w:p>
      <w:pPr>
        <w:jc w:val="right"/>
      </w:pPr>
      <w:r>
        <w:t>مسلمانوں کو اس وقت جو کرنا ہے کہ مکمل طور پر peace پر آجائیں۔</w:t>
      </w:r>
    </w:p>
    <w:p>
      <w:r>
        <w:rPr>
          <w:b/>
        </w:rPr>
        <w:t xml:space="preserve">[14:44] </w:t>
      </w:r>
      <w:r>
        <w:t>sara violence khatam kar dein.</w:t>
      </w:r>
    </w:p>
    <w:p>
      <w:pPr>
        <w:jc w:val="right"/>
      </w:pPr>
      <w:r>
        <w:t>سارا violence ختم کر دیں۔</w:t>
      </w:r>
    </w:p>
    <w:p>
      <w:r>
        <w:rPr>
          <w:b/>
        </w:rPr>
        <w:t xml:space="preserve">[14:50] </w:t>
      </w:r>
      <w:r>
        <w:t>dawat ke rastay mein, education rastay mein, industry rastay mein woh koshish karen.</w:t>
      </w:r>
    </w:p>
    <w:p>
      <w:pPr>
        <w:jc w:val="right"/>
      </w:pPr>
      <w:r>
        <w:t>دعوت کے راستے میں، education راستے میں، industry راستے میں وہ کوشش کریں۔</w:t>
      </w:r>
    </w:p>
    <w:p>
      <w:r>
        <w:rPr>
          <w:b/>
        </w:rPr>
        <w:t xml:space="preserve">[14:56] </w:t>
      </w:r>
      <w:r>
        <w:t>ek naya ek nai beginning ke liye pichhle ko chhodna padega.</w:t>
      </w:r>
    </w:p>
    <w:p>
      <w:pPr>
        <w:jc w:val="right"/>
      </w:pPr>
      <w:r>
        <w:t>ایک نیا ایک نئی beginning کے لیے پچھلے کو چھوڑنا پڑے گا۔</w:t>
      </w:r>
    </w:p>
    <w:p>
      <w:r>
        <w:rPr>
          <w:b/>
        </w:rPr>
        <w:t xml:space="preserve">[15:02] </w:t>
      </w:r>
      <w:r>
        <w:t>yani saaf taur par yeh kahunga ke falasteen mein jo violence hota hai woh chhodna padega is ko.</w:t>
      </w:r>
    </w:p>
    <w:p>
      <w:pPr>
        <w:jc w:val="right"/>
      </w:pPr>
      <w:r>
        <w:t>یعنی صاف طور پر یہ کہوں گا کہ فلسطین میں جو violence ہوتا ہے وہ چھوڑنا پڑے گا اس کو۔</w:t>
      </w:r>
    </w:p>
    <w:p>
      <w:r>
        <w:rPr>
          <w:b/>
        </w:rPr>
        <w:t xml:space="preserve">[15:07] </w:t>
      </w:r>
      <w:r>
        <w:t>kashmir mein jo violence hai is ko chhodna padega.</w:t>
      </w:r>
    </w:p>
    <w:p>
      <w:pPr>
        <w:jc w:val="right"/>
      </w:pPr>
      <w:r>
        <w:t>کشمیر میں جو violence ہے اس کو چھوڑنا پڑے گا۔</w:t>
      </w:r>
    </w:p>
    <w:p>
      <w:r>
        <w:rPr>
          <w:b/>
        </w:rPr>
        <w:t xml:space="preserve">[15:13] </w:t>
      </w:r>
      <w:r>
        <w:t>idhar udhar jo bombing hai woh chhodna padega.</w:t>
      </w:r>
    </w:p>
    <w:p>
      <w:pPr>
        <w:jc w:val="right"/>
      </w:pPr>
      <w:r>
        <w:t>ادھر ادھر جو bombing ہے وہ چھوڑنا پڑے گا۔</w:t>
      </w:r>
    </w:p>
    <w:p>
      <w:r>
        <w:rPr>
          <w:b/>
        </w:rPr>
        <w:t xml:space="preserve">[15:19] </w:t>
      </w:r>
      <w:r>
        <w:t>yeh sara violence jo falasteen mein, kashmir mein, dunya ke mukhtalif hisson mein ho rahi hai in sab</w:t>
      </w:r>
    </w:p>
    <w:p>
      <w:pPr>
        <w:jc w:val="right"/>
      </w:pPr>
      <w:r>
        <w:t>یہ سارا violence جو فلسطین میں، کشمیر میں، دنیا کے مختلف حصوں میں ہو رہی ہے ان سب</w:t>
      </w:r>
    </w:p>
    <w:p>
      <w:r>
        <w:rPr>
          <w:b/>
        </w:rPr>
        <w:t xml:space="preserve">[15:25] </w:t>
      </w:r>
      <w:r>
        <w:t>ko mukammal taur par chhodna hoga.</w:t>
      </w:r>
    </w:p>
    <w:p>
      <w:pPr>
        <w:jc w:val="right"/>
      </w:pPr>
      <w:r>
        <w:t>کو مکمل طور پر چھوڑنا ہوگا۔</w:t>
      </w:r>
    </w:p>
    <w:p>
      <w:r>
        <w:rPr>
          <w:b/>
        </w:rPr>
        <w:t xml:space="preserve">[15:31] </w:t>
      </w:r>
      <w:r>
        <w:t>sare hathiyaron ko zameen mein dafan kar dijiye, samandar mein phenk dijiye.</w:t>
      </w:r>
    </w:p>
    <w:p>
      <w:pPr>
        <w:jc w:val="right"/>
      </w:pPr>
      <w:r>
        <w:t>سارے ہتھیاروں کو زمین میں دفن کر دیجیے، سمندر میں پھینک دیجیے۔</w:t>
      </w:r>
    </w:p>
    <w:p>
      <w:r>
        <w:rPr>
          <w:b/>
        </w:rPr>
        <w:t xml:space="preserve">[15:36] </w:t>
      </w:r>
      <w:r>
        <w:t>aur peace peace peace peace peace.</w:t>
      </w:r>
    </w:p>
    <w:p>
      <w:pPr>
        <w:jc w:val="right"/>
      </w:pPr>
      <w:r>
        <w:t>اور peace peace peace peace peace۔</w:t>
      </w:r>
    </w:p>
    <w:p>
      <w:r>
        <w:rPr>
          <w:b/>
        </w:rPr>
        <w:t xml:space="preserve">[15:42] </w:t>
      </w:r>
      <w:r>
        <w:t>to wahi hoga jo doosri qaumon ke sath hua.</w:t>
      </w:r>
    </w:p>
    <w:p>
      <w:pPr>
        <w:jc w:val="right"/>
      </w:pPr>
      <w:r>
        <w:t>تو وہی ہوگا جو دوسری قوموں کے ساتھ ہوا۔</w:t>
      </w:r>
    </w:p>
    <w:p>
      <w:r>
        <w:rPr>
          <w:b/>
        </w:rPr>
        <w:t xml:space="preserve">[15:48] </w:t>
      </w:r>
      <w:r>
        <w:t>japan ke sath hua, france ke sath hua, germany ke sath hua.</w:t>
      </w:r>
    </w:p>
    <w:p>
      <w:pPr>
        <w:jc w:val="right"/>
      </w:pPr>
      <w:r>
        <w:t>جاپان کے ساتھ ہوا، فرانس کے ساتھ ہوا، جرمنی کے ساتھ ہوا۔</w:t>
      </w:r>
    </w:p>
    <w:p>
      <w:r>
        <w:rPr>
          <w:b/>
        </w:rPr>
        <w:t xml:space="preserve">[15:54] </w:t>
      </w:r>
      <w:r>
        <w:t>germany ka ek bohat bara leader tha bas wark. bas wark.</w:t>
      </w:r>
    </w:p>
    <w:p>
      <w:pPr>
        <w:jc w:val="right"/>
      </w:pPr>
      <w:r>
        <w:t>جرمنی کا ایک بہت بڑا leader تھا بس وارک۔ بس وارک۔</w:t>
      </w:r>
    </w:p>
    <w:p>
      <w:r>
        <w:rPr>
          <w:b/>
        </w:rPr>
        <w:t xml:space="preserve">[16:00] </w:t>
      </w:r>
      <w:r>
        <w:t>woh second war se pehle ka is ka hai.</w:t>
      </w:r>
    </w:p>
    <w:p>
      <w:pPr>
        <w:jc w:val="right"/>
      </w:pPr>
      <w:r>
        <w:t>وہ سیکنڈ وار سے پہلے کا اس کا ہے۔</w:t>
      </w:r>
    </w:p>
    <w:p>
      <w:r>
        <w:rPr>
          <w:b/>
        </w:rPr>
        <w:t xml:space="preserve">[16:05] </w:t>
      </w:r>
      <w:r>
        <w:t>woh leader is ka zamana.</w:t>
      </w:r>
    </w:p>
    <w:p>
      <w:pPr>
        <w:jc w:val="right"/>
      </w:pPr>
      <w:r>
        <w:t>وہ leader اس کا زمانہ۔</w:t>
      </w:r>
    </w:p>
    <w:p>
      <w:r>
        <w:rPr>
          <w:b/>
        </w:rPr>
        <w:t xml:space="preserve">[16:11] </w:t>
      </w:r>
      <w:r>
        <w:t>us ne apne ek interview mein kaha tha ke politics is the art of possible.</w:t>
      </w:r>
    </w:p>
    <w:p>
      <w:pPr>
        <w:jc w:val="right"/>
      </w:pPr>
      <w:r>
        <w:t>اس نے اپنے ایک interview میں کہا تھا کہ politics is the art of possible۔</w:t>
      </w:r>
    </w:p>
    <w:p>
      <w:r>
        <w:rPr>
          <w:b/>
        </w:rPr>
        <w:t xml:space="preserve">[16:17] </w:t>
      </w:r>
      <w:r>
        <w:t>politics is the art of possible.</w:t>
      </w:r>
    </w:p>
    <w:p>
      <w:pPr>
        <w:jc w:val="right"/>
      </w:pPr>
      <w:r>
        <w:t>politics is the art of possible۔</w:t>
      </w:r>
    </w:p>
    <w:p>
      <w:r>
        <w:rPr>
          <w:b/>
        </w:rPr>
        <w:t xml:space="preserve">[16:23] </w:t>
      </w:r>
      <w:r>
        <w:t>yani politics jo hai woh mumkin ka khel hai.</w:t>
      </w:r>
    </w:p>
    <w:p>
      <w:pPr>
        <w:jc w:val="right"/>
      </w:pPr>
      <w:r>
        <w:t>یعنی politics جو ہے وہ ممکن کا کھیل ہے۔</w:t>
      </w:r>
    </w:p>
    <w:p>
      <w:r>
        <w:rPr>
          <w:b/>
        </w:rPr>
        <w:t xml:space="preserve">[16:29] </w:t>
      </w:r>
      <w:r>
        <w:t>to second world war mein german qaum ne dekh liya ke namumkin ko woh mumkin nahi bana sakta.</w:t>
      </w:r>
    </w:p>
    <w:p>
      <w:pPr>
        <w:jc w:val="right"/>
      </w:pPr>
      <w:r>
        <w:t>تو سیکنڈ world war میں جرمن قوم نے دیکھ لیا کہ ناممکن کو وہ ممکن نہیں بنا سکتا۔</w:t>
      </w:r>
    </w:p>
    <w:p>
      <w:r>
        <w:rPr>
          <w:b/>
        </w:rPr>
        <w:t xml:space="preserve">[16:34] </w:t>
      </w:r>
      <w:r>
        <w:t>woh chahte the ke lad kar ke poore europe mein apna jhanda gaarein.</w:t>
      </w:r>
    </w:p>
    <w:p>
      <w:pPr>
        <w:jc w:val="right"/>
      </w:pPr>
      <w:r>
        <w:t>وہ چاہتے تھے کہ لڑ کر کے پورے یورپ میں اپنا جھنڈا گاڑیں۔</w:t>
      </w:r>
    </w:p>
    <w:p>
      <w:r>
        <w:rPr>
          <w:b/>
        </w:rPr>
        <w:t xml:space="preserve">[16:40] </w:t>
      </w:r>
      <w:r>
        <w:t>to nahi hua.</w:t>
      </w:r>
    </w:p>
    <w:p>
      <w:pPr>
        <w:jc w:val="right"/>
      </w:pPr>
      <w:r>
        <w:t>تو نہیں ہوا۔</w:t>
      </w:r>
    </w:p>
    <w:p>
      <w:r>
        <w:rPr>
          <w:b/>
        </w:rPr>
        <w:t xml:space="preserve">[16:46] </w:t>
      </w:r>
      <w:r>
        <w:t>to chhod diya is ko.</w:t>
      </w:r>
    </w:p>
    <w:p>
      <w:pPr>
        <w:jc w:val="right"/>
      </w:pPr>
      <w:r>
        <w:t>تو چھوڑ دیا اس کو۔</w:t>
      </w:r>
    </w:p>
    <w:p>
      <w:r>
        <w:rPr>
          <w:b/>
        </w:rPr>
        <w:t xml:space="preserve">[16:52] </w:t>
      </w:r>
      <w:r>
        <w:t>yahan tak ke germany ka partition kar diya gaya tha.</w:t>
      </w:r>
    </w:p>
    <w:p>
      <w:pPr>
        <w:jc w:val="right"/>
      </w:pPr>
      <w:r>
        <w:t>یہاں تک کہ جرمنی کا partition کر دیا گیا تھا۔</w:t>
      </w:r>
    </w:p>
    <w:p>
      <w:r>
        <w:rPr>
          <w:b/>
        </w:rPr>
        <w:t xml:space="preserve">[16:58] </w:t>
      </w:r>
      <w:r>
        <w:t>ek east germany, ek west germany.</w:t>
      </w:r>
    </w:p>
    <w:p>
      <w:pPr>
        <w:jc w:val="right"/>
      </w:pPr>
      <w:r>
        <w:t>ایک ایسٹ جرمنی، ایک ویسٹ جرمنی۔</w:t>
      </w:r>
    </w:p>
    <w:p>
      <w:r>
        <w:rPr>
          <w:b/>
        </w:rPr>
        <w:t xml:space="preserve">[17:03] </w:t>
      </w:r>
      <w:r>
        <w:t>to west germany walon ne east germany ko bhula diya.</w:t>
      </w:r>
    </w:p>
    <w:p>
      <w:pPr>
        <w:jc w:val="right"/>
      </w:pPr>
      <w:r>
        <w:t>تو ویسٹ جرمنی والوں نے ایسٹ جرمنی کو بھلا دیا۔</w:t>
      </w:r>
    </w:p>
    <w:p>
      <w:r>
        <w:rPr>
          <w:b/>
        </w:rPr>
        <w:t xml:space="preserve">[17:09] </w:t>
      </w:r>
      <w:r>
        <w:t>chalo hum east germany ke baghair hi taraqqi karte hain.</w:t>
      </w:r>
    </w:p>
    <w:p>
      <w:pPr>
        <w:jc w:val="right"/>
      </w:pPr>
      <w:r>
        <w:t>چلو ہم ایسٹ جرمنی کے بغیر ہی ترقی کرتے ہیں۔</w:t>
      </w:r>
    </w:p>
    <w:p>
      <w:r>
        <w:rPr>
          <w:b/>
        </w:rPr>
        <w:t xml:space="preserve">[17:15] </w:t>
      </w:r>
      <w:r>
        <w:t>aakhir baat ko east germany ko mil gaya.</w:t>
      </w:r>
    </w:p>
    <w:p>
      <w:pPr>
        <w:jc w:val="right"/>
      </w:pPr>
      <w:r>
        <w:t>آخر بات کو ایسٹ جرمنی کو مل گیا۔</w:t>
      </w:r>
    </w:p>
    <w:p>
      <w:r>
        <w:rPr>
          <w:b/>
        </w:rPr>
        <w:t xml:space="preserve">[17:21] </w:t>
      </w:r>
      <w:r>
        <w:t>apni taraf se bhula diya tha unhon ne.</w:t>
      </w:r>
    </w:p>
    <w:p>
      <w:pPr>
        <w:jc w:val="right"/>
      </w:pPr>
      <w:r>
        <w:t>اپنی طرف سے بھلا دیا تھا انہوں نے۔</w:t>
      </w:r>
    </w:p>
    <w:p>
      <w:r>
        <w:rPr>
          <w:b/>
        </w:rPr>
        <w:t xml:space="preserve">[17:27] </w:t>
      </w:r>
      <w:r>
        <w:t>aur Berlin Wall qaim ho gayi thi.</w:t>
      </w:r>
    </w:p>
    <w:p>
      <w:pPr>
        <w:jc w:val="right"/>
      </w:pPr>
      <w:r>
        <w:t>اور Berlin Wall قائم ہو گئی تھی۔</w:t>
      </w:r>
    </w:p>
    <w:p>
      <w:r>
        <w:rPr>
          <w:b/>
        </w:rPr>
        <w:t xml:space="preserve">[17:32] </w:t>
      </w:r>
      <w:r>
        <w:t>to musalmanon ko yaad rakhna chahiye ke unhein kuch bhulana parega.</w:t>
      </w:r>
    </w:p>
    <w:p>
      <w:pPr>
        <w:jc w:val="right"/>
      </w:pPr>
      <w:r>
        <w:t>تو مسلمانوں کو یاد رکھنا چاہیے کہ انہیں کچھ بھلانا پڑے گا۔</w:t>
      </w:r>
    </w:p>
    <w:p>
      <w:r>
        <w:rPr>
          <w:b/>
        </w:rPr>
        <w:t xml:space="preserve">[17:38] </w:t>
      </w:r>
      <w:r>
        <w:t>Bernard Shaw ne kaha tha ke the most uneducated person is one who has nothing to forget.</w:t>
      </w:r>
    </w:p>
    <w:p>
      <w:pPr>
        <w:jc w:val="right"/>
      </w:pPr>
      <w:r>
        <w:t>برنارڈ شار نے کہا تھا کہ the most uneducated person is one who has nothing to forget۔</w:t>
      </w:r>
    </w:p>
    <w:p>
      <w:r>
        <w:rPr>
          <w:b/>
        </w:rPr>
        <w:t xml:space="preserve">[17:44] </w:t>
      </w:r>
      <w:r>
        <w:t>jaise Kashmir ki kuch ek sahib ek Kashmiri se mujhe baat hui.</w:t>
      </w:r>
    </w:p>
    <w:p>
      <w:pPr>
        <w:jc w:val="right"/>
      </w:pPr>
      <w:r>
        <w:t>جیسے کشمیر کی کچھ ایک صاحب ایک کشمیری سے مجھے بات ہوئی۔</w:t>
      </w:r>
    </w:p>
    <w:p>
      <w:r>
        <w:rPr>
          <w:b/>
        </w:rPr>
        <w:t xml:space="preserve">[17:50] </w:t>
      </w:r>
      <w:r>
        <w:t>Peace ki baat maine ki.</w:t>
      </w:r>
    </w:p>
    <w:p>
      <w:pPr>
        <w:jc w:val="right"/>
      </w:pPr>
      <w:r>
        <w:t>Peace کی بات میں نے کی۔</w:t>
      </w:r>
    </w:p>
    <w:p>
      <w:r>
        <w:rPr>
          <w:b/>
        </w:rPr>
        <w:t xml:space="preserve">[17:56] </w:t>
      </w:r>
      <w:r>
        <w:t>to unhon ne kaha kehte hain hum kaise in naujawanon ko bhula sakte hain jinhon ne qurbani di</w:t>
      </w:r>
    </w:p>
    <w:p>
      <w:pPr>
        <w:jc w:val="right"/>
      </w:pPr>
      <w:r>
        <w:t>تو انہوں نے کہا کہتے ہیں ہم کیسے ان نوجوانوں کو بھلا سکتے ہیں جنہوں نے قربانی دی</w:t>
      </w:r>
    </w:p>
    <w:p>
      <w:r>
        <w:rPr>
          <w:b/>
        </w:rPr>
        <w:t xml:space="preserve">[18:01] </w:t>
      </w:r>
      <w:r>
        <w:t>is jihad mein.</w:t>
      </w:r>
    </w:p>
    <w:p>
      <w:pPr>
        <w:jc w:val="right"/>
      </w:pPr>
      <w:r>
        <w:t>اس جہاد میں۔</w:t>
      </w:r>
    </w:p>
    <w:p>
      <w:r>
        <w:rPr>
          <w:b/>
        </w:rPr>
        <w:t xml:space="preserve">[18:07] </w:t>
      </w:r>
      <w:r>
        <w:t>ek lakh se zyada.</w:t>
      </w:r>
    </w:p>
    <w:p>
      <w:pPr>
        <w:jc w:val="right"/>
      </w:pPr>
      <w:r>
        <w:t>ایک لاکھ سے زیادہ۔</w:t>
      </w:r>
    </w:p>
    <w:p>
      <w:r>
        <w:rPr>
          <w:b/>
        </w:rPr>
        <w:t xml:space="preserve">[18:13] </w:t>
      </w:r>
      <w:r>
        <w:t>maine kaha zindagi mein bhulana hi parta.</w:t>
      </w:r>
    </w:p>
    <w:p>
      <w:pPr>
        <w:jc w:val="right"/>
      </w:pPr>
      <w:r>
        <w:t>میں نے کہا زندگی میں بھلانا ہی پڑتا۔</w:t>
      </w:r>
    </w:p>
    <w:p>
      <w:r>
        <w:rPr>
          <w:b/>
        </w:rPr>
        <w:t xml:space="preserve">[18:19] </w:t>
      </w:r>
      <w:r>
        <w:t>Rasool Allah ne aap ke jo afraad is mein mare gaye hain is se zyada qeemti afraad Sahaba the. Sahaba the.</w:t>
      </w:r>
    </w:p>
    <w:p>
      <w:pPr>
        <w:jc w:val="right"/>
      </w:pPr>
      <w:r>
        <w:t>رسول اللہ نے آپ کے جو افراد اس میں مارے گئے ہیں اس سے زیادہ قیمتی افراد صحابہ تھے۔ صحابہ تھے۔</w:t>
      </w:r>
    </w:p>
    <w:p>
      <w:r>
        <w:rPr>
          <w:b/>
        </w:rPr>
        <w:t xml:space="preserve">[18:25] </w:t>
      </w:r>
      <w:r>
        <w:t>aap jante hain ke Uhud ki ladai mein 70 se zyada Sahabi mare gaye the.</w:t>
      </w:r>
    </w:p>
    <w:p>
      <w:pPr>
        <w:jc w:val="right"/>
      </w:pPr>
      <w:r>
        <w:t>آپ جانتے ہیں کہ احد کی لڑائی میں ستر سے زیادہ صحابی مارے گئے تھے۔</w:t>
      </w:r>
    </w:p>
    <w:p>
      <w:r>
        <w:rPr>
          <w:b/>
        </w:rPr>
        <w:t xml:space="preserve">[18:30] </w:t>
      </w:r>
      <w:r>
        <w:t>70 se zyada Sahabi.</w:t>
      </w:r>
    </w:p>
    <w:p>
      <w:pPr>
        <w:jc w:val="right"/>
      </w:pPr>
      <w:r>
        <w:t>ستر سے زیادہ صحابی۔</w:t>
      </w:r>
    </w:p>
    <w:p>
      <w:r>
        <w:rPr>
          <w:b/>
        </w:rPr>
        <w:t xml:space="preserve">[18:36] </w:t>
      </w:r>
      <w:r>
        <w:t>aap ne un ko bhulaya tab to Sulah Hudaybiyah hui.</w:t>
      </w:r>
    </w:p>
    <w:p>
      <w:pPr>
        <w:jc w:val="right"/>
      </w:pPr>
      <w:r>
        <w:t>آپ نے ان کو بھلایا تب تو صلح حدیبیہ ہوئی۔</w:t>
      </w:r>
    </w:p>
    <w:p>
      <w:r>
        <w:rPr>
          <w:b/>
        </w:rPr>
        <w:t xml:space="preserve">[18:42] </w:t>
      </w:r>
      <w:r>
        <w:t>Hudaybiyah se fateh e Khair nikli.</w:t>
      </w:r>
    </w:p>
    <w:p>
      <w:pPr>
        <w:jc w:val="right"/>
      </w:pPr>
      <w:r>
        <w:t>حدیبیہ سے فتح ابی نکلی۔</w:t>
      </w:r>
    </w:p>
    <w:p>
      <w:r>
        <w:rPr>
          <w:b/>
        </w:rPr>
        <w:t xml:space="preserve">[18:48] </w:t>
      </w:r>
      <w:r>
        <w:t>yeh Hudaybiyah se fateh e Khair nikli.</w:t>
      </w:r>
    </w:p>
    <w:p>
      <w:pPr>
        <w:jc w:val="right"/>
      </w:pPr>
      <w:r>
        <w:t>یہ حدیبیہ سے فتح ابی نکلی۔</w:t>
      </w:r>
    </w:p>
    <w:p>
      <w:r>
        <w:rPr>
          <w:b/>
        </w:rPr>
        <w:t xml:space="preserve">[18:54] </w:t>
      </w:r>
      <w:r>
        <w:t>lekin kab hua yeh yeh planning kab kaise mumkin hui? Jab ke Rasool Allah ne is waqeye ko</w:t>
      </w:r>
    </w:p>
    <w:p>
      <w:pPr>
        <w:jc w:val="right"/>
      </w:pPr>
      <w:r>
        <w:t>لیکن کب ہوا یہ یہ planning کب کیسے ممکن ہوئی؟ جب کہ رسول اللہ نے اس واقعے کو</w:t>
      </w:r>
    </w:p>
    <w:p>
      <w:r>
        <w:rPr>
          <w:b/>
        </w:rPr>
        <w:t xml:space="preserve">[18:59] </w:t>
      </w:r>
      <w:r>
        <w:t>bhula diya ke Uhud mein hamare 70 se zyada qeemti aadmi mare gaye hain.</w:t>
      </w:r>
    </w:p>
    <w:p>
      <w:pPr>
        <w:jc w:val="right"/>
      </w:pPr>
      <w:r>
        <w:t>بھلا دیا کہ احد میں ہمارے ستر سے زیادہ قیمتی آدمی مارے گئے ہیں۔</w:t>
      </w:r>
    </w:p>
    <w:p>
      <w:r>
        <w:rPr>
          <w:b/>
        </w:rPr>
        <w:t xml:space="preserve">[19:05] </w:t>
      </w:r>
      <w:r>
        <w:t>to bhulana to parta hi hai.</w:t>
      </w:r>
    </w:p>
    <w:p>
      <w:pPr>
        <w:jc w:val="right"/>
      </w:pPr>
      <w:r>
        <w:t>تو بھلانا تو پڑتا ہی ہے۔</w:t>
      </w:r>
    </w:p>
    <w:p>
      <w:r>
        <w:rPr>
          <w:b/>
        </w:rPr>
        <w:t xml:space="preserve">[19:11] </w:t>
      </w:r>
      <w:r>
        <w:t>to Kashmiriyon ko bhulana hai, Falasteen ko bhulana hai, Iran ko bhulana hai, Pakistan ko bhulana hai.</w:t>
      </w:r>
    </w:p>
    <w:p>
      <w:pPr>
        <w:jc w:val="right"/>
      </w:pPr>
      <w:r>
        <w:t>تو کشمیریوں کو بھلانا ہے، فلسطین کو بھلانا ہے، ایران کو بھلانا ہے، پاکستان کو بھلانا ہے۔</w:t>
      </w:r>
    </w:p>
    <w:p>
      <w:r>
        <w:rPr>
          <w:b/>
        </w:rPr>
        <w:t xml:space="preserve">[19:17] </w:t>
      </w:r>
      <w:r>
        <w:t>yaani maazi ko bhula kar unhein nayi planning karna hai.</w:t>
      </w:r>
    </w:p>
    <w:p>
      <w:pPr>
        <w:jc w:val="right"/>
      </w:pPr>
      <w:r>
        <w:t>یعنی ماضی کو بھلا کر انہیں نئی planning کرنا ہے۔</w:t>
      </w:r>
    </w:p>
    <w:p>
      <w:r>
        <w:rPr>
          <w:b/>
        </w:rPr>
        <w:t xml:space="preserve">[19:23] </w:t>
      </w:r>
      <w:r>
        <w:t>wo planning kya hai? Wo sirf peace par mabni hogi.</w:t>
      </w:r>
    </w:p>
    <w:p>
      <w:pPr>
        <w:jc w:val="right"/>
      </w:pPr>
      <w:r>
        <w:t>وہ planning کیا ہے؟ وہ صرف peace پر مبنی ہوگی۔</w:t>
      </w:r>
    </w:p>
    <w:p>
      <w:r>
        <w:rPr>
          <w:b/>
        </w:rPr>
        <w:t xml:space="preserve">[19:29] </w:t>
      </w:r>
      <w:r>
        <w:t>Rasool Allah ke bare mein Aisha ne kaha tha ke Rasool Allah Sallallahu Alaihi Wasallam Rasool Allah</w:t>
      </w:r>
    </w:p>
    <w:p>
      <w:pPr>
        <w:jc w:val="right"/>
      </w:pPr>
      <w:r>
        <w:t>رسول اللہ کے بارے میں عائشہ نے کہا تھا کہ رسول اللہ صلی اللہ علیہ وسلم رسول اللہ</w:t>
      </w:r>
    </w:p>
    <w:p>
      <w:r>
        <w:rPr>
          <w:b/>
        </w:rPr>
        <w:t xml:space="preserve">[19:34] </w:t>
      </w:r>
      <w:r>
        <w:t>Sallallahu Alaihi Wasallam ko jab koi choice lena parta tha to hamesha aap peace ka choice lete the.</w:t>
      </w:r>
    </w:p>
    <w:p>
      <w:pPr>
        <w:jc w:val="right"/>
      </w:pPr>
      <w:r>
        <w:t>صلی اللہ علیہ وسلم کو جب کوئی choice لینا پڑتا تھا تو ہمیشہ آپ peace کا choice لیتے تھے۔</w:t>
      </w:r>
    </w:p>
    <w:p>
      <w:r>
        <w:rPr>
          <w:b/>
        </w:rPr>
        <w:t xml:space="preserve">[19:40] </w:t>
      </w:r>
      <w:r>
        <w:t>Easier option ka matlab hai peace ka option.</w:t>
      </w:r>
    </w:p>
    <w:p>
      <w:pPr>
        <w:jc w:val="right"/>
      </w:pPr>
      <w:r>
        <w:t>Easier option کا مطلب ہے peace کا option۔</w:t>
      </w:r>
    </w:p>
    <w:p>
      <w:r>
        <w:rPr>
          <w:b/>
        </w:rPr>
        <w:t xml:space="preserve">[19:46] </w:t>
      </w:r>
      <w:r>
        <w:t>to aap sari dunya ke musalmanon ko janna chahiye ke un par Allah ka apple gira hai.</w:t>
      </w:r>
    </w:p>
    <w:p>
      <w:pPr>
        <w:jc w:val="right"/>
      </w:pPr>
      <w:r>
        <w:t>تو آپ ساری دنیا کے مسلمانوں کو جاننا چاہیے کہ ان پر اللہ کا apple گرا ہے۔</w:t>
      </w:r>
    </w:p>
    <w:p>
      <w:r>
        <w:rPr>
          <w:b/>
        </w:rPr>
        <w:t xml:space="preserve">[19:52] </w:t>
      </w:r>
      <w:r>
        <w:t>yeh apple shock hai.</w:t>
      </w:r>
    </w:p>
    <w:p>
      <w:pPr>
        <w:jc w:val="right"/>
      </w:pPr>
      <w:r>
        <w:t>یہ apple shock ہے۔</w:t>
      </w:r>
    </w:p>
    <w:p>
      <w:r>
        <w:rPr>
          <w:b/>
        </w:rPr>
        <w:t xml:space="preserve">[19:58] </w:t>
      </w:r>
      <w:r>
        <w:t>musalmanon ke mind ko trigger karne ke liye in ke upar ek pahad giraya gaya hai.</w:t>
      </w:r>
    </w:p>
    <w:p>
      <w:pPr>
        <w:jc w:val="right"/>
      </w:pPr>
      <w:r>
        <w:t>مسلمانوں کے mind کو trigger کرنے کے لیے ان کے اوپر ایک پہاڑ گرایا گیا ہے۔</w:t>
      </w:r>
    </w:p>
    <w:p>
      <w:r>
        <w:rPr>
          <w:b/>
        </w:rPr>
        <w:t xml:space="preserve">[20:03] </w:t>
      </w:r>
      <w:r>
        <w:t>nuqsan ka pahad, failure ka pahad, haar ka pahad.</w:t>
      </w:r>
    </w:p>
    <w:p>
      <w:pPr>
        <w:jc w:val="right"/>
      </w:pPr>
      <w:r>
        <w:t>نقصان کا پہاڑ، failure کا پہاڑ، ہار کا پہاڑ۔</w:t>
      </w:r>
    </w:p>
    <w:p>
      <w:r>
        <w:rPr>
          <w:b/>
        </w:rPr>
        <w:t xml:space="preserve">[20:09] </w:t>
      </w:r>
      <w:r>
        <w:t>har jagah haar.</w:t>
      </w:r>
    </w:p>
    <w:p>
      <w:pPr>
        <w:jc w:val="right"/>
      </w:pPr>
      <w:r>
        <w:t>ہر جگہ ہار۔</w:t>
      </w:r>
    </w:p>
    <w:p>
      <w:r>
        <w:rPr>
          <w:b/>
        </w:rPr>
        <w:t xml:space="preserve">[20:15] </w:t>
      </w:r>
      <w:r>
        <w:t>yeh do sau saal mein har front par, har front par sirf haar.</w:t>
      </w:r>
    </w:p>
    <w:p>
      <w:pPr>
        <w:jc w:val="right"/>
      </w:pPr>
      <w:r>
        <w:t>یہ دو سو سال میں ہر front پر، ہر front پر صرف ہار۔</w:t>
      </w:r>
    </w:p>
    <w:p>
      <w:r>
        <w:rPr>
          <w:b/>
        </w:rPr>
        <w:t xml:space="preserve">[20:21] </w:t>
      </w:r>
      <w:r>
        <w:t>musalman yeh is haar ko verify karne ke liye kehte hain shaheed.</w:t>
      </w:r>
    </w:p>
    <w:p>
      <w:pPr>
        <w:jc w:val="right"/>
      </w:pPr>
      <w:r>
        <w:t>مسلمان یہ اس ہار کو verify کرنے کے لیے کہتے ہیں شہید۔</w:t>
      </w:r>
    </w:p>
    <w:p>
      <w:r>
        <w:rPr>
          <w:b/>
        </w:rPr>
        <w:t xml:space="preserve">[20:27] </w:t>
      </w:r>
      <w:r>
        <w:t>dekhiye lafz shaheed jo bulata hai yeh kahin bhi quran ya hadith mein nahi aaya hai.</w:t>
      </w:r>
    </w:p>
    <w:p>
      <w:pPr>
        <w:jc w:val="right"/>
      </w:pPr>
      <w:r>
        <w:t>دیکھیے لفظ شہید جو بلاتا ہے یہ کہیں بھی قرآن یا حدیث میں نہیں آیا ہے۔</w:t>
      </w:r>
    </w:p>
    <w:p>
      <w:r>
        <w:rPr>
          <w:b/>
        </w:rPr>
        <w:t xml:space="preserve">[20:32] </w:t>
      </w:r>
      <w:r>
        <w:t>yeh bilashuba ek bidat hai.</w:t>
      </w:r>
    </w:p>
    <w:p>
      <w:pPr>
        <w:jc w:val="right"/>
      </w:pPr>
      <w:r>
        <w:t>یہ بلاشبہ ایک بدعت ہے۔</w:t>
      </w:r>
    </w:p>
    <w:p>
      <w:r>
        <w:rPr>
          <w:b/>
        </w:rPr>
        <w:t xml:space="preserve">[20:38] </w:t>
      </w:r>
      <w:r>
        <w:t>ke jahan koi marta hai to aap use shaheed kehte hain.</w:t>
      </w:r>
    </w:p>
    <w:p>
      <w:pPr>
        <w:jc w:val="right"/>
      </w:pPr>
      <w:r>
        <w:t>کہ جہاں کوئی مرتا ہے تو آپ اسے شہید کہتے ہیں۔</w:t>
      </w:r>
    </w:p>
    <w:p>
      <w:r>
        <w:rPr>
          <w:b/>
        </w:rPr>
        <w:t xml:space="preserve">[20:44] </w:t>
      </w:r>
      <w:r>
        <w:t>falasteen mein mara to shaheed.</w:t>
      </w:r>
    </w:p>
    <w:p>
      <w:pPr>
        <w:jc w:val="right"/>
      </w:pPr>
      <w:r>
        <w:t>فلسطین میں مرا تو شہید۔</w:t>
      </w:r>
    </w:p>
    <w:p>
      <w:r>
        <w:rPr>
          <w:b/>
        </w:rPr>
        <w:t xml:space="preserve">[20:50] </w:t>
      </w:r>
      <w:r>
        <w:t>kashmir mein mara to shaheed.</w:t>
      </w:r>
    </w:p>
    <w:p>
      <w:pPr>
        <w:jc w:val="right"/>
      </w:pPr>
      <w:r>
        <w:t>کشمیر میں مرا تو شہید۔</w:t>
      </w:r>
    </w:p>
    <w:p>
      <w:r>
        <w:rPr>
          <w:b/>
        </w:rPr>
        <w:t xml:space="preserve">[20:56] </w:t>
      </w:r>
      <w:r>
        <w:t>yeh sab bidat hai, bidat hai, bidat hai.</w:t>
      </w:r>
    </w:p>
    <w:p>
      <w:pPr>
        <w:jc w:val="right"/>
      </w:pPr>
      <w:r>
        <w:t>یہ سب بدعت ہے، بدعت ہے، بدعت ہے۔</w:t>
      </w:r>
    </w:p>
    <w:p>
      <w:r>
        <w:rPr>
          <w:b/>
        </w:rPr>
        <w:t xml:space="preserve">[21:01] </w:t>
      </w:r>
      <w:r>
        <w:t>kyun? quran o hadith mein kahin bhi aisa nahi hai.</w:t>
      </w:r>
    </w:p>
    <w:p>
      <w:pPr>
        <w:jc w:val="right"/>
      </w:pPr>
      <w:r>
        <w:t>کیوں؟ قرآن و حدیث میں کہیں بھی ایسا نہیں ہے۔</w:t>
      </w:r>
    </w:p>
    <w:p>
      <w:r>
        <w:rPr>
          <w:b/>
        </w:rPr>
        <w:t xml:space="preserve">[21:07] </w:t>
      </w:r>
      <w:r>
        <w:t>aur bukhari mein to ek riwayat hai baqayda.</w:t>
      </w:r>
    </w:p>
    <w:p>
      <w:pPr>
        <w:jc w:val="right"/>
      </w:pPr>
      <w:r>
        <w:t>اور بخاری میں تو ایک روایت ہے باقاعدہ۔</w:t>
      </w:r>
    </w:p>
    <w:p>
      <w:r>
        <w:rPr>
          <w:b/>
        </w:rPr>
        <w:t xml:space="preserve">[21:13] </w:t>
      </w:r>
      <w:r>
        <w:t>allah shaheed na kaho.</w:t>
      </w:r>
    </w:p>
    <w:p>
      <w:pPr>
        <w:jc w:val="right"/>
      </w:pPr>
      <w:r>
        <w:t>اللہ شہید نہ کہو۔</w:t>
      </w:r>
    </w:p>
    <w:p>
      <w:r>
        <w:rPr>
          <w:b/>
        </w:rPr>
        <w:t xml:space="preserve">[21:19] </w:t>
      </w:r>
      <w:r>
        <w:t>ek tarjuma bab hai bukhari mein is mein kuch hadithien hain.</w:t>
      </w:r>
    </w:p>
    <w:p>
      <w:pPr>
        <w:jc w:val="right"/>
      </w:pPr>
      <w:r>
        <w:t>ایک ترجمہ باب ہے بخاری میں اس میں کچھ حدیثیں ہیں۔</w:t>
      </w:r>
    </w:p>
    <w:p>
      <w:r>
        <w:rPr>
          <w:b/>
        </w:rPr>
        <w:t xml:space="preserve">[21:25] </w:t>
      </w:r>
      <w:r>
        <w:t>to tarjuma bab hai ke koi mara to shaheed na kaho is ko.</w:t>
      </w:r>
    </w:p>
    <w:p>
      <w:pPr>
        <w:jc w:val="right"/>
      </w:pPr>
      <w:r>
        <w:t>تو ترجمہ باب ہے کہ کوئی مرا تو شہید نہ کہو اس کو۔</w:t>
      </w:r>
    </w:p>
    <w:p>
      <w:r>
        <w:rPr>
          <w:b/>
        </w:rPr>
        <w:t xml:space="preserve">[21:30] </w:t>
      </w:r>
      <w:r>
        <w:t>chunanche dekhiye kitne log mare gaye in ko shaheed nahi kaha gaya.</w:t>
      </w:r>
    </w:p>
    <w:p>
      <w:pPr>
        <w:jc w:val="right"/>
      </w:pPr>
      <w:r>
        <w:t>چنانچہ دیکھیے کتنے لوگ مارے گئے ان کو شہید نہیں کہا گیا۔</w:t>
      </w:r>
    </w:p>
    <w:p>
      <w:r>
        <w:rPr>
          <w:b/>
        </w:rPr>
        <w:t xml:space="preserve">[21:36] </w:t>
      </w:r>
      <w:r>
        <w:t>umar shaheed nahi kaha gaya.</w:t>
      </w:r>
    </w:p>
    <w:p>
      <w:pPr>
        <w:jc w:val="right"/>
      </w:pPr>
      <w:r>
        <w:t>عمر شہید نہیں کہا گیا۔</w:t>
      </w:r>
    </w:p>
    <w:p>
      <w:r>
        <w:rPr>
          <w:b/>
        </w:rPr>
        <w:t xml:space="preserve">[21:42] </w:t>
      </w:r>
      <w:r>
        <w:t>usman shaheed nahi kaha gaya.</w:t>
      </w:r>
    </w:p>
    <w:p>
      <w:pPr>
        <w:jc w:val="right"/>
      </w:pPr>
      <w:r>
        <w:t>عثمان شہید نہیں کہا گیا۔</w:t>
      </w:r>
    </w:p>
    <w:p>
      <w:r>
        <w:rPr>
          <w:b/>
        </w:rPr>
        <w:t xml:space="preserve">[21:48] </w:t>
      </w:r>
      <w:r>
        <w:t>ali shaheed nahi kaha gaya.</w:t>
      </w:r>
    </w:p>
    <w:p>
      <w:pPr>
        <w:jc w:val="right"/>
      </w:pPr>
      <w:r>
        <w:t>علی شہید نہیں کہا گیا۔</w:t>
      </w:r>
    </w:p>
    <w:p>
      <w:r>
        <w:rPr>
          <w:b/>
        </w:rPr>
        <w:t xml:space="preserve">[21:54] </w:t>
      </w:r>
      <w:r>
        <w:t>halanke yeh sab bhi mare gaye the.</w:t>
      </w:r>
    </w:p>
    <w:p>
      <w:pPr>
        <w:jc w:val="right"/>
      </w:pPr>
      <w:r>
        <w:t>حالانکہ یہ سب بھی مارے گئے تھے۔</w:t>
      </w:r>
    </w:p>
    <w:p>
      <w:r>
        <w:rPr>
          <w:b/>
        </w:rPr>
        <w:t xml:space="preserve">[21:59] </w:t>
      </w:r>
      <w:r>
        <w:t>to yeh shaheed keh kar ke is ko log glorify karte hain.</w:t>
      </w:r>
    </w:p>
    <w:p>
      <w:pPr>
        <w:jc w:val="right"/>
      </w:pPr>
      <w:r>
        <w:t>تو یہ شہید کہہ کر کے اس کو لوگ glorify کرتے ہیں۔</w:t>
      </w:r>
    </w:p>
    <w:p>
      <w:r>
        <w:rPr>
          <w:b/>
        </w:rPr>
        <w:t xml:space="preserve">[22:05] </w:t>
      </w:r>
      <w:r>
        <w:t>aur apni ghalati ko chhupate hain.</w:t>
      </w:r>
    </w:p>
    <w:p>
      <w:pPr>
        <w:jc w:val="right"/>
      </w:pPr>
      <w:r>
        <w:t>اور اپنی غلطی کو چھپاتے ہیں۔</w:t>
      </w:r>
    </w:p>
    <w:p>
      <w:r>
        <w:rPr>
          <w:b/>
        </w:rPr>
        <w:t xml:space="preserve">[22:11] </w:t>
      </w:r>
      <w:r>
        <w:t>shaheed kehna apni ghalati ko chhupana hai.</w:t>
      </w:r>
    </w:p>
    <w:p>
      <w:pPr>
        <w:jc w:val="right"/>
      </w:pPr>
      <w:r>
        <w:t>شہید کہنا اپنی غلطی کو چھپانا ہے۔</w:t>
      </w:r>
    </w:p>
    <w:p>
      <w:r>
        <w:rPr>
          <w:b/>
        </w:rPr>
        <w:t xml:space="preserve">[22:17] </w:t>
      </w:r>
      <w:r>
        <w:t>yeh shaheed keh ke yeh batana hai ke yeh to bara acha kaam tha.</w:t>
      </w:r>
    </w:p>
    <w:p>
      <w:pPr>
        <w:jc w:val="right"/>
      </w:pPr>
      <w:r>
        <w:t>یہ شہید کہہ کے یہ بتانا ہے کہ یہ تو بڑا اچھا کام تھا۔</w:t>
      </w:r>
    </w:p>
    <w:p>
      <w:r>
        <w:rPr>
          <w:b/>
        </w:rPr>
        <w:t xml:space="preserve">[22:23] </w:t>
      </w:r>
      <w:r>
        <w:t>halankeh woh acha kaam nahi tha woh.</w:t>
      </w:r>
    </w:p>
    <w:p>
      <w:pPr>
        <w:jc w:val="right"/>
      </w:pPr>
      <w:r>
        <w:t>حالانکہ وہ اچھا کام نہیں تھا وہ۔</w:t>
      </w:r>
    </w:p>
    <w:p>
      <w:r>
        <w:rPr>
          <w:b/>
        </w:rPr>
        <w:t xml:space="preserve">[22:28] </w:t>
      </w:r>
      <w:r>
        <w:t>aap kahiye ke itne log mare gaye, itne log qatal hue, yeh boliye jaisa ke sahaba aur tabeen</w:t>
      </w:r>
    </w:p>
    <w:p>
      <w:pPr>
        <w:jc w:val="right"/>
      </w:pPr>
      <w:r>
        <w:t>آپ کہیے کہ اتنے لوگ مارے گئے، اتنے لوگ قتل ہوئے، یہ بولیے جیسا کہ صحابہ اور تابعین</w:t>
      </w:r>
    </w:p>
    <w:p>
      <w:r>
        <w:rPr>
          <w:b/>
        </w:rPr>
        <w:t xml:space="preserve">[22:34] </w:t>
      </w:r>
      <w:r>
        <w:t>ki zaban mein bola jata tha.</w:t>
      </w:r>
    </w:p>
    <w:p>
      <w:pPr>
        <w:jc w:val="right"/>
      </w:pPr>
      <w:r>
        <w:t>کی زبان میں بولا جاتا تھا۔</w:t>
      </w:r>
    </w:p>
    <w:p>
      <w:r>
        <w:rPr>
          <w:b/>
        </w:rPr>
        <w:t xml:space="preserve">[22:40] </w:t>
      </w:r>
      <w:r>
        <w:t>aap purani kitabein padhiye, ibn ishaq ki padhiye, ibn hisham ki padhiye, is mein yeh nahi likha rahe</w:t>
      </w:r>
    </w:p>
    <w:p>
      <w:pPr>
        <w:jc w:val="right"/>
      </w:pPr>
      <w:r>
        <w:t>آپ پرانی کتابیں پڑھیے، ابن اسحاق کی پڑھیے، ابن ہشام کی پڑھیے، اس میں یہ نہیں لکھا رہے</w:t>
      </w:r>
    </w:p>
    <w:p>
      <w:r>
        <w:rPr>
          <w:b/>
        </w:rPr>
        <w:t xml:space="preserve">[22:46] </w:t>
      </w:r>
      <w:r>
        <w:t>ga ke is mein yeh nahi likha hoga ke uhad mein sattar sahabi shaheed hue, yeh nahi hoga.</w:t>
      </w:r>
    </w:p>
    <w:p>
      <w:pPr>
        <w:jc w:val="right"/>
      </w:pPr>
      <w:r>
        <w:t>گا کہ اس میں یہ نہیں لکھا ہوگا کہ احد میں ستر صحابی شہید ہوئے، یہ نہیں ہوگا۔</w:t>
      </w:r>
    </w:p>
    <w:p>
      <w:r>
        <w:rPr>
          <w:b/>
        </w:rPr>
        <w:t xml:space="preserve">[22:52] </w:t>
      </w:r>
      <w:r>
        <w:t>is mein hai ke sattar sahabi mare gaye.</w:t>
      </w:r>
    </w:p>
    <w:p>
      <w:pPr>
        <w:jc w:val="right"/>
      </w:pPr>
      <w:r>
        <w:t>اس میں ہے کہ ستر صحابی مارے گئے۔</w:t>
      </w:r>
    </w:p>
    <w:p>
      <w:r>
        <w:rPr>
          <w:b/>
        </w:rPr>
        <w:t xml:space="preserve">[22:57] </w:t>
      </w:r>
      <w:r>
        <w:t>yeh bohat ziyada important baat hai musalmanon ke liye ke unhon ne yeh nikal rakha hai ke jo</w:t>
      </w:r>
    </w:p>
    <w:p>
      <w:pPr>
        <w:jc w:val="right"/>
      </w:pPr>
      <w:r>
        <w:t>یہ بہت زیادہ important بات ہے مسلمانوں کے لیے کہ انہوں نے یہ نکال رکھا ہے کہ جو</w:t>
      </w:r>
    </w:p>
    <w:p>
      <w:r>
        <w:rPr>
          <w:b/>
        </w:rPr>
        <w:t xml:space="preserve">[23:03] </w:t>
      </w:r>
      <w:r>
        <w:t>kahin mara jata hai woh to shaheed, shaheed, shaheed.</w:t>
      </w:r>
    </w:p>
    <w:p>
      <w:pPr>
        <w:jc w:val="right"/>
      </w:pPr>
      <w:r>
        <w:t>کہیں مارا جاتا ہے وہ تو شہید، شہید، شہید۔</w:t>
      </w:r>
    </w:p>
    <w:p>
      <w:r>
        <w:rPr>
          <w:b/>
        </w:rPr>
        <w:t xml:space="preserve">[23:09] </w:t>
      </w:r>
      <w:r>
        <w:t>is tarah woh justify karte hain is is baat ko aur phir un ke andar rethinking paida nahi hoti.</w:t>
      </w:r>
    </w:p>
    <w:p>
      <w:pPr>
        <w:jc w:val="right"/>
      </w:pPr>
      <w:r>
        <w:t>اس طرح وہ justify کرتے ہیں اس اس بات کو اور پھر ان کے اندر rethinking پیدا نہیں ہوتی۔</w:t>
      </w:r>
    </w:p>
    <w:p>
      <w:r>
        <w:rPr>
          <w:b/>
        </w:rPr>
        <w:t xml:space="preserve">[23:15] </w:t>
      </w:r>
      <w:r>
        <w:t>rethinking paida nahi hoti.</w:t>
      </w:r>
    </w:p>
    <w:p>
      <w:pPr>
        <w:jc w:val="right"/>
      </w:pPr>
      <w:r>
        <w:t>rethinking پیدا نہیں ہوتی۔</w:t>
      </w:r>
    </w:p>
    <w:p>
      <w:r>
        <w:rPr>
          <w:b/>
        </w:rPr>
        <w:t xml:space="preserve">[23:21] </w:t>
      </w:r>
      <w:r>
        <w:t>rasool Allah ne agar yeh kaha hota ke uhad mein sattar sahabi shaheed ho gaye to rethinking na aati.</w:t>
      </w:r>
    </w:p>
    <w:p>
      <w:pPr>
        <w:jc w:val="right"/>
      </w:pPr>
      <w:r>
        <w:t>رسول اللہ نے اگر یہ کہا ہوتا کہ احد میں ستر صحابی شہید ہو گئے تو rethinking نہ آتی۔</w:t>
      </w:r>
    </w:p>
    <w:p>
      <w:r>
        <w:rPr>
          <w:b/>
        </w:rPr>
        <w:t xml:space="preserve">[23:26] </w:t>
      </w:r>
      <w:r>
        <w:t>rethinking aayi tabhi to yak tarfa sharton par hudaybiya ke mauqe par peace agreement kar liya.</w:t>
      </w:r>
    </w:p>
    <w:p>
      <w:pPr>
        <w:jc w:val="right"/>
      </w:pPr>
      <w:r>
        <w:t>rethinking آئی تبھی تو یکطرفہ شرطوں پر حدیبیہ کے موقع پر peace agreement کر لیا۔</w:t>
      </w:r>
    </w:p>
    <w:p>
      <w:r>
        <w:rPr>
          <w:b/>
        </w:rPr>
        <w:t xml:space="preserve">[23:32] </w:t>
      </w:r>
      <w:r>
        <w:t>to yeh aik bohat hi ghalat bidat hai musalmanon mein ke jo marta hai us ko kehte hain shaheed.</w:t>
      </w:r>
    </w:p>
    <w:p>
      <w:pPr>
        <w:jc w:val="right"/>
      </w:pPr>
      <w:r>
        <w:t>تو یہ ایک بہت ہی غلط بدعت ہے مسلمانوں میں کہ جو مرتا ہے اس کو کہتے ہیں شہید۔</w:t>
      </w:r>
    </w:p>
    <w:p>
      <w:r>
        <w:rPr>
          <w:b/>
        </w:rPr>
        <w:t xml:space="preserve">[23:38] </w:t>
      </w:r>
      <w:r>
        <w:t>isi wajah se un ke andar rethinking nahi aa rahi.</w:t>
      </w:r>
    </w:p>
    <w:p>
      <w:pPr>
        <w:jc w:val="right"/>
      </w:pPr>
      <w:r>
        <w:t>اسی وجہ سے ان کے اندر rethinking نہیں آ رہی۔</w:t>
      </w:r>
    </w:p>
    <w:p>
      <w:r>
        <w:rPr>
          <w:b/>
        </w:rPr>
        <w:t xml:space="preserve">[23:44] </w:t>
      </w:r>
      <w:r>
        <w:t>koi nai soch nahi paida ho rahi.</w:t>
      </w:r>
    </w:p>
    <w:p>
      <w:pPr>
        <w:jc w:val="right"/>
      </w:pPr>
      <w:r>
        <w:t>کوئی نئی سوچ نہیں پیدا ہو رہی۔</w:t>
      </w:r>
    </w:p>
    <w:p>
      <w:r>
        <w:rPr>
          <w:b/>
        </w:rPr>
        <w:t xml:space="preserve">[23:50] </w:t>
      </w:r>
      <w:r>
        <w:t>koi nai planning nahi kar paate woh.</w:t>
      </w:r>
    </w:p>
    <w:p>
      <w:pPr>
        <w:jc w:val="right"/>
      </w:pPr>
      <w:r>
        <w:t>کوئی نئی planning نہیں کر پاتے وہ۔</w:t>
      </w:r>
    </w:p>
    <w:p>
      <w:r>
        <w:rPr>
          <w:b/>
        </w:rPr>
        <w:t xml:space="preserve">[23:56] </w:t>
      </w:r>
      <w:r>
        <w:t>bas mar rahe hain aur shaheed kar rahe hain, mar rahe hain, shaheed kar rahe hain.</w:t>
      </w:r>
    </w:p>
    <w:p>
      <w:pPr>
        <w:jc w:val="right"/>
      </w:pPr>
      <w:r>
        <w:t>بس مر رہے ہیں اور شہید کر رہے ہیں، مر رہے ہیں، شہید کر رہے ہیں۔</w:t>
      </w:r>
    </w:p>
    <w:p>
      <w:r>
        <w:rPr>
          <w:b/>
        </w:rPr>
        <w:t xml:space="preserve">[24:01] </w:t>
      </w:r>
      <w:r>
        <w:t>to behrhaal ab waqt bohat ziyada guzar chuka hai.</w:t>
      </w:r>
    </w:p>
    <w:p>
      <w:pPr>
        <w:jc w:val="right"/>
      </w:pPr>
      <w:r>
        <w:t>تو بہرحال اب وقت بہت زیادہ گزر چکا ہے۔</w:t>
      </w:r>
    </w:p>
    <w:p>
      <w:r>
        <w:rPr>
          <w:b/>
        </w:rPr>
        <w:t xml:space="preserve">[24:07] </w:t>
      </w:r>
      <w:r>
        <w:t>hum is waqt ikkees sadi mein hain.</w:t>
      </w:r>
    </w:p>
    <w:p>
      <w:pPr>
        <w:jc w:val="right"/>
      </w:pPr>
      <w:r>
        <w:t>ہم اس وقت اکیس صدی میں ہیں۔</w:t>
      </w:r>
    </w:p>
    <w:p>
      <w:r>
        <w:rPr>
          <w:b/>
        </w:rPr>
        <w:t xml:space="preserve">[24:13] </w:t>
      </w:r>
      <w:r>
        <w:t>bohat waqt guzar chuka hai.</w:t>
      </w:r>
    </w:p>
    <w:p>
      <w:pPr>
        <w:jc w:val="right"/>
      </w:pPr>
      <w:r>
        <w:t>بہت وقت گزر چکا ہے۔</w:t>
      </w:r>
    </w:p>
    <w:p>
      <w:r>
        <w:rPr>
          <w:b/>
        </w:rPr>
        <w:t xml:space="preserve">[24:19] </w:t>
      </w:r>
      <w:r>
        <w:t>ab hamein yahi karna hai ke hum you turn lein rethinking karein.</w:t>
      </w:r>
    </w:p>
    <w:p>
      <w:pPr>
        <w:jc w:val="right"/>
      </w:pPr>
      <w:r>
        <w:t>اب ہمیں یہی کرنا ہے کہ ہم یو ٹرن لیں۔ rethinking کریں۔</w:t>
      </w:r>
    </w:p>
    <w:p>
      <w:r>
        <w:rPr>
          <w:b/>
        </w:rPr>
        <w:t xml:space="preserve">[24:25] </w:t>
      </w:r>
      <w:r>
        <w:t>violence ki bajaye peace ka option lein.</w:t>
      </w:r>
    </w:p>
    <w:p>
      <w:pPr>
        <w:jc w:val="right"/>
      </w:pPr>
      <w:r>
        <w:t>violence کی بجائے peace کا option لیں۔</w:t>
      </w:r>
    </w:p>
    <w:p>
      <w:r>
        <w:rPr>
          <w:b/>
        </w:rPr>
        <w:t xml:space="preserve">[24:30] </w:t>
      </w:r>
      <w:r>
        <w:t>nafrat ki bajaye mohabbat ka option lein.</w:t>
      </w:r>
    </w:p>
    <w:p>
      <w:pPr>
        <w:jc w:val="right"/>
      </w:pPr>
      <w:r>
        <w:t>نفرت کی بجائے محبت کا option لیں۔</w:t>
      </w:r>
    </w:p>
    <w:p>
      <w:r>
        <w:rPr>
          <w:b/>
        </w:rPr>
        <w:t xml:space="preserve">[24:36] </w:t>
      </w:r>
      <w:r>
        <w:t>intolerance ki bajaye tolerance ka option lein.</w:t>
      </w:r>
    </w:p>
    <w:p>
      <w:pPr>
        <w:jc w:val="right"/>
      </w:pPr>
      <w:r>
        <w:t>intolerance کی بجائے tolerance کا option لیں۔</w:t>
      </w:r>
    </w:p>
    <w:p>
      <w:r>
        <w:rPr>
          <w:b/>
        </w:rPr>
        <w:t xml:space="preserve">[24:42] </w:t>
      </w:r>
      <w:r>
        <w:t>politics ki bajaye non political option ko ikhtiyar karen.</w:t>
      </w:r>
    </w:p>
    <w:p>
      <w:pPr>
        <w:jc w:val="right"/>
      </w:pPr>
      <w:r>
        <w:t>politics کی بجائے non political option کو اختیار کریں۔</w:t>
      </w:r>
    </w:p>
    <w:p>
      <w:r>
        <w:rPr>
          <w:b/>
        </w:rPr>
        <w:t xml:space="preserve">[24:48] </w:t>
      </w:r>
      <w:r>
        <w:t>fakhr ki bajaye modesty ko apna tareeqa banaen.</w:t>
      </w:r>
    </w:p>
    <w:p>
      <w:pPr>
        <w:jc w:val="right"/>
      </w:pPr>
      <w:r>
        <w:t>فخر کی بجائے modesty کو اپنا طریقہ بنائیں۔</w:t>
      </w:r>
    </w:p>
    <w:p>
      <w:r>
        <w:rPr>
          <w:b/>
        </w:rPr>
        <w:t xml:space="preserve">[24:54] </w:t>
      </w:r>
      <w:r>
        <w:t>yeh hai you turn line.</w:t>
      </w:r>
    </w:p>
    <w:p>
      <w:pPr>
        <w:jc w:val="right"/>
      </w:pPr>
      <w:r>
        <w:t>یہ ہے یو ٹرن لینا۔</w:t>
      </w:r>
    </w:p>
    <w:p>
      <w:r>
        <w:rPr>
          <w:b/>
        </w:rPr>
        <w:t xml:space="preserve">[24:59] </w:t>
      </w:r>
      <w:r>
        <w:t>jab tak musalmanon mein you turn nahi aye ga koi mustaqbil un ka nahi hoga.</w:t>
      </w:r>
    </w:p>
    <w:p>
      <w:pPr>
        <w:jc w:val="right"/>
      </w:pPr>
      <w:r>
        <w:t>جب تک مسلمانوں میں یو ٹرن نہیں آئے گا کوئی مستقبل ان کا نہیں ہوگا۔</w:t>
      </w:r>
    </w:p>
    <w:p>
      <w:r>
        <w:rPr>
          <w:b/>
        </w:rPr>
        <w:t xml:space="preserve">[25:05] </w:t>
      </w:r>
      <w:r>
        <w:t>kuch bhi nahi siwaye tabahi, tabahi, tabahi.</w:t>
      </w:r>
    </w:p>
    <w:p>
      <w:pPr>
        <w:jc w:val="right"/>
      </w:pPr>
      <w:r>
        <w:t>کچھ بھی نہیں سوائے تباہی، تباہی، تباہی۔</w:t>
      </w:r>
    </w:p>
    <w:p>
      <w:r>
        <w:rPr>
          <w:b/>
        </w:rPr>
        <w:t xml:space="preserve">[25:11] </w:t>
      </w:r>
      <w:r>
        <w:t>dunya mein tamam qaumen you turn le rahi hain.</w:t>
      </w:r>
    </w:p>
    <w:p>
      <w:pPr>
        <w:jc w:val="right"/>
      </w:pPr>
      <w:r>
        <w:t>دنیا میں تمام قومیں یو ٹرن لے رہی ہیں۔</w:t>
      </w:r>
    </w:p>
    <w:p>
      <w:r>
        <w:rPr>
          <w:b/>
        </w:rPr>
        <w:t xml:space="preserve">[25:17] </w:t>
      </w:r>
      <w:r>
        <w:t>aaj mein ne dekha hamare jo wazir azam hain narender modi un ki aik speech aai hai.</w:t>
      </w:r>
    </w:p>
    <w:p>
      <w:pPr>
        <w:jc w:val="right"/>
      </w:pPr>
      <w:r>
        <w:t>آج میں نے دیکھا ہمارے جو وزیر اعظم ہیں نریندر مودی ان کی ایک speech آئی ہے۔</w:t>
      </w:r>
    </w:p>
    <w:p>
      <w:r>
        <w:rPr>
          <w:b/>
        </w:rPr>
        <w:t xml:space="preserve">[25:23] </w:t>
      </w:r>
      <w:r>
        <w:t>gaaye ke bare mein.</w:t>
      </w:r>
    </w:p>
    <w:p>
      <w:pPr>
        <w:jc w:val="right"/>
      </w:pPr>
      <w:r>
        <w:t>گائے کے بارے میں۔</w:t>
      </w:r>
    </w:p>
    <w:p>
      <w:r>
        <w:rPr>
          <w:b/>
        </w:rPr>
        <w:t xml:space="preserve">[25:28] </w:t>
      </w:r>
      <w:r>
        <w:t>aik bilkul different type ki bol boli hain woh.</w:t>
      </w:r>
    </w:p>
    <w:p>
      <w:pPr>
        <w:jc w:val="right"/>
      </w:pPr>
      <w:r>
        <w:t>ایک بالکل different type کی بول بولی ہیں وہ۔</w:t>
      </w:r>
    </w:p>
    <w:p>
      <w:r>
        <w:rPr>
          <w:b/>
        </w:rPr>
        <w:t xml:space="preserve">[25:34] </w:t>
      </w:r>
      <w:r>
        <w:t>aap parhiye is ko aaj hi aaj hi ke akhbaron mein.</w:t>
      </w:r>
    </w:p>
    <w:p>
      <w:pPr>
        <w:jc w:val="right"/>
      </w:pPr>
      <w:r>
        <w:t>آپ پڑھیے اس کو آج ہی آج ہی کے اخباروں میں۔</w:t>
      </w:r>
    </w:p>
    <w:p>
      <w:r>
        <w:rPr>
          <w:b/>
        </w:rPr>
        <w:t xml:space="preserve">[25:40] </w:t>
      </w:r>
      <w:r>
        <w:t>woh is is is dour se nikal rahe hain jis dour mein qaum jo hai bas sochti thi</w:t>
      </w:r>
    </w:p>
    <w:p>
      <w:pPr>
        <w:jc w:val="right"/>
      </w:pPr>
      <w:r>
        <w:t>وہ اس اس اس دور سے نکل رہے ہیں جس دور میں قوم جو ہے بس سوچتی تھی</w:t>
      </w:r>
    </w:p>
    <w:p>
      <w:r>
        <w:rPr>
          <w:b/>
        </w:rPr>
        <w:t xml:space="preserve">[25:46] </w:t>
      </w:r>
      <w:r>
        <w:t>gaaye ka production sab sab se bari cheez hai.</w:t>
      </w:r>
    </w:p>
    <w:p>
      <w:pPr>
        <w:jc w:val="right"/>
      </w:pPr>
      <w:r>
        <w:t>گائے کا production سب سب سے بڑی چیز ہے۔</w:t>
      </w:r>
    </w:p>
    <w:p>
      <w:r>
        <w:rPr>
          <w:b/>
        </w:rPr>
        <w:t xml:space="preserve">[25:52] </w:t>
      </w:r>
      <w:r>
        <w:t>ab woh keh rahe hain ke mulk ka development sab se bari cheez hai.</w:t>
      </w:r>
    </w:p>
    <w:p>
      <w:pPr>
        <w:jc w:val="right"/>
      </w:pPr>
      <w:r>
        <w:t>اب وہ کہہ رہے ہیں کہ ملک کا development سب سے بڑی چیز ہے۔</w:t>
      </w:r>
    </w:p>
    <w:p>
      <w:r>
        <w:rPr>
          <w:b/>
        </w:rPr>
        <w:t xml:space="preserve">[25:57] </w:t>
      </w:r>
      <w:r>
        <w:t>to har qaum mein rethinking aa rahi hai.</w:t>
      </w:r>
    </w:p>
    <w:p>
      <w:pPr>
        <w:jc w:val="right"/>
      </w:pPr>
      <w:r>
        <w:t>تو ہر قوم میں rethinking آ رہی ہے۔</w:t>
      </w:r>
    </w:p>
    <w:p>
      <w:r>
        <w:rPr>
          <w:b/>
        </w:rPr>
        <w:t xml:space="preserve">[26:03] </w:t>
      </w:r>
      <w:r>
        <w:t>yani ab woh keh rahe hain ke gaaye ki bajaye hamein national development ko awwal o banana hai</w:t>
      </w:r>
    </w:p>
    <w:p>
      <w:pPr>
        <w:jc w:val="right"/>
      </w:pPr>
      <w:r>
        <w:t>یعنی اب وہ کہہ رہے ہیں کہ گائے کی بجائے ہمیں national development کو اول و بنانا ہے</w:t>
      </w:r>
    </w:p>
    <w:p>
      <w:r>
        <w:rPr>
          <w:b/>
        </w:rPr>
        <w:t xml:space="preserve">[26:09] </w:t>
      </w:r>
      <w:r>
        <w:t>apni zindagi mein.</w:t>
      </w:r>
    </w:p>
    <w:p>
      <w:pPr>
        <w:jc w:val="right"/>
      </w:pPr>
      <w:r>
        <w:t>اپنی زندگی میں۔</w:t>
      </w:r>
    </w:p>
    <w:p>
      <w:r>
        <w:rPr>
          <w:b/>
        </w:rPr>
        <w:t xml:space="preserve">[26:15] </w:t>
      </w:r>
      <w:r>
        <w:t>yeh kaisi bohat hi revolutionary baat hai, inqalabi baat hai yeh.</w:t>
      </w:r>
    </w:p>
    <w:p>
      <w:pPr>
        <w:jc w:val="right"/>
      </w:pPr>
      <w:r>
        <w:t>یہ کیسی بہت ہی revolutionary بات ہے، انقلابی بات ہے یہ۔</w:t>
      </w:r>
    </w:p>
    <w:p>
      <w:r>
        <w:rPr>
          <w:b/>
        </w:rPr>
        <w:t xml:space="preserve">[26:21] </w:t>
      </w:r>
      <w:r>
        <w:t>aur musalman abhi to phanse hue hain isi mein.</w:t>
      </w:r>
    </w:p>
    <w:p>
      <w:pPr>
        <w:jc w:val="right"/>
      </w:pPr>
      <w:r>
        <w:t>اور مسلمان ابھی تو پھنسے ہوئے ہیں اسی میں۔</w:t>
      </w:r>
    </w:p>
    <w:p>
      <w:r>
        <w:rPr>
          <w:b/>
        </w:rPr>
        <w:t xml:space="preserve">[26:26] </w:t>
      </w:r>
      <w:r>
        <w:t>to yaad rakhiye musalman law of nature ko ke khilaf chalen to bach nahi sakte is ke anjam se.</w:t>
      </w:r>
    </w:p>
    <w:p>
      <w:pPr>
        <w:jc w:val="right"/>
      </w:pPr>
      <w:r>
        <w:t>تو یاد رکھیے مسلمان law of nature کو کے خلاف چلیں تو بچ نہیں سکتے اس کے انجام سے۔</w:t>
      </w:r>
    </w:p>
    <w:p>
      <w:r>
        <w:rPr>
          <w:b/>
        </w:rPr>
        <w:t xml:space="preserve">[26:32] </w:t>
      </w:r>
      <w:r>
        <w:t>yeh law of nature hai ke jo kuch milta hai is dunya mein kisi ko peace se milta</w:t>
      </w:r>
    </w:p>
    <w:p>
      <w:pPr>
        <w:jc w:val="right"/>
      </w:pPr>
      <w:r>
        <w:t>یہ law of nature ہے کہ جو کچھ ملتا ہے اس دنیا میں کسی کو peace سے ملتا</w:t>
      </w:r>
    </w:p>
    <w:p>
      <w:r>
        <w:rPr>
          <w:b/>
        </w:rPr>
        <w:t xml:space="preserve">[26:38] </w:t>
      </w:r>
      <w:r>
        <w:t>hai, violence se nahi milta.</w:t>
      </w:r>
    </w:p>
    <w:p>
      <w:pPr>
        <w:jc w:val="right"/>
      </w:pPr>
      <w:r>
        <w:t>ہے، violence سے نہیں ملتا۔</w:t>
      </w:r>
    </w:p>
    <w:p>
      <w:r>
        <w:rPr>
          <w:b/>
        </w:rPr>
        <w:t xml:space="preserve">[26:44] </w:t>
      </w:r>
      <w:r>
        <w:t>yeh law of nature hai.</w:t>
      </w:r>
    </w:p>
    <w:p>
      <w:pPr>
        <w:jc w:val="right"/>
      </w:pPr>
      <w:r>
        <w:t>یہ law of nature ہے۔</w:t>
      </w:r>
    </w:p>
    <w:p>
      <w:r>
        <w:rPr>
          <w:b/>
        </w:rPr>
        <w:t xml:space="preserve">[26:50] </w:t>
      </w:r>
      <w:r>
        <w:t>yeh law of nature hai ke is dunya mein kisi ko koi bhi positive cheez, qabil zikr cheez</w:t>
      </w:r>
    </w:p>
    <w:p>
      <w:pPr>
        <w:jc w:val="right"/>
      </w:pPr>
      <w:r>
        <w:t>یہ law of nature ہے کہ اس دنیا میں کسی کو کوئی بھی positive چیز، قابل ذکر چیز</w:t>
      </w:r>
    </w:p>
    <w:p>
      <w:r>
        <w:rPr>
          <w:b/>
        </w:rPr>
        <w:t xml:space="preserve">[26:55] </w:t>
      </w:r>
      <w:r>
        <w:t>milti hai to peaceful method ke zariye.</w:t>
      </w:r>
    </w:p>
    <w:p>
      <w:pPr>
        <w:jc w:val="right"/>
      </w:pPr>
      <w:r>
        <w:t>ملتی ہے تو peaceful method کے ذریعے۔</w:t>
      </w:r>
    </w:p>
    <w:p>
      <w:r>
        <w:rPr>
          <w:b/>
        </w:rPr>
        <w:t xml:space="preserve">[27:01] </w:t>
      </w:r>
      <w:r>
        <w:t>violent method ke zariye nahi.</w:t>
      </w:r>
    </w:p>
    <w:p>
      <w:pPr>
        <w:jc w:val="right"/>
      </w:pPr>
      <w:r>
        <w:t>violent method کے ذریعے نہیں۔</w:t>
      </w:r>
    </w:p>
    <w:p>
      <w:r>
        <w:rPr>
          <w:b/>
        </w:rPr>
        <w:t xml:space="preserve">[27:07] </w:t>
      </w:r>
      <w:r>
        <w:t>chahye kitna hi aap is ko glorify karen.</w:t>
      </w:r>
    </w:p>
    <w:p>
      <w:pPr>
        <w:jc w:val="right"/>
      </w:pPr>
      <w:r>
        <w:t>چاہے کتنا ہی آپ اس کو glorify کریں۔</w:t>
      </w:r>
    </w:p>
    <w:p>
      <w:r>
        <w:rPr>
          <w:b/>
        </w:rPr>
        <w:t xml:space="preserve">[27:13] </w:t>
      </w:r>
      <w:r>
        <w:t>violence method unwanted method rahe ga.</w:t>
      </w:r>
    </w:p>
    <w:p>
      <w:pPr>
        <w:jc w:val="right"/>
      </w:pPr>
      <w:r>
        <w:t>violence method unwanted method رہے گا۔</w:t>
      </w:r>
    </w:p>
    <w:p>
      <w:r>
        <w:rPr>
          <w:b/>
        </w:rPr>
        <w:t xml:space="preserve">[27:19] </w:t>
      </w:r>
      <w:r>
        <w:t>tashaddud ka amr har haal mein ghair matloob rahe ga.</w:t>
      </w:r>
    </w:p>
    <w:p>
      <w:pPr>
        <w:jc w:val="right"/>
      </w:pPr>
      <w:r>
        <w:t>تشدد کا امر ہر حال میں غیر مطلوب رہے گا۔</w:t>
      </w:r>
    </w:p>
    <w:p>
      <w:r>
        <w:rPr>
          <w:b/>
        </w:rPr>
        <w:t xml:space="preserve">[27:24] </w:t>
      </w:r>
      <w:r>
        <w:t>chahye kitna hi aap is ko glorify karen.</w:t>
      </w:r>
    </w:p>
    <w:p>
      <w:pPr>
        <w:jc w:val="right"/>
      </w:pPr>
      <w:r>
        <w:t>چاہے کتنا ہی آپ اس کو glorify کریں۔</w:t>
      </w:r>
    </w:p>
    <w:p>
      <w:r>
        <w:rPr>
          <w:b/>
        </w:rPr>
        <w:t xml:space="preserve">[27:30] </w:t>
      </w:r>
      <w:r>
        <w:t>kitne hi baray baray alfaaz ko den aap.</w:t>
      </w:r>
    </w:p>
    <w:p>
      <w:pPr>
        <w:jc w:val="right"/>
      </w:pPr>
      <w:r>
        <w:t>کتنے ہی بڑے بڑے الفاظ کو دیں آپ۔</w:t>
      </w:r>
    </w:p>
    <w:p>
      <w:r>
        <w:rPr>
          <w:b/>
        </w:rPr>
        <w:t xml:space="preserve">[27:36] </w:t>
      </w:r>
      <w:r>
        <w:t>baray baray alfaaz denay se haqeeqat nahi badal jaye gi.</w:t>
      </w:r>
    </w:p>
    <w:p>
      <w:pPr>
        <w:jc w:val="right"/>
      </w:pPr>
      <w:r>
        <w:t>بڑے بڑے الفاظ دینے سے حقیقت نہیں بدل جائے گی۔</w:t>
      </w:r>
    </w:p>
    <w:p>
      <w:r>
        <w:rPr>
          <w:b/>
        </w:rPr>
        <w:t xml:space="preserve">[27:42] </w:t>
      </w:r>
      <w:r>
        <w:t>to main samajhta hoon ke yeh jo musalmanon par beeta hai do sau saal mein ke beshumar</w:t>
      </w:r>
    </w:p>
    <w:p>
      <w:pPr>
        <w:jc w:val="right"/>
      </w:pPr>
      <w:r>
        <w:t>تو میں سمجھتا ہوں کہ یہ جو مسلمانوں پر بیتا ہے دو سو سال میں کہ بے شمار</w:t>
      </w:r>
    </w:p>
    <w:p>
      <w:r>
        <w:rPr>
          <w:b/>
        </w:rPr>
        <w:t xml:space="preserve">[27:48] </w:t>
      </w:r>
      <w:r>
        <w:t>qurbaniyan, beshumar qurbaniyan lekin gain kuch bhi nahi, hasil kuch bhi nahi.</w:t>
      </w:r>
    </w:p>
    <w:p>
      <w:pPr>
        <w:jc w:val="right"/>
      </w:pPr>
      <w:r>
        <w:t>قربانیاں، بے شمار قربانیاں لیکن gain کچھ بھی نہیں، حاصل کچھ بھی نہیں۔</w:t>
      </w:r>
    </w:p>
    <w:p>
      <w:r>
        <w:rPr>
          <w:b/>
        </w:rPr>
        <w:t xml:space="preserve">[27:53] </w:t>
      </w:r>
      <w:r>
        <w:t>balkay dunya mein doosri qomon se pichhar gaye hain musalman.</w:t>
      </w:r>
    </w:p>
    <w:p>
      <w:pPr>
        <w:jc w:val="right"/>
      </w:pPr>
      <w:r>
        <w:t>بلکہ دنیا میں دوسری قوموں سے پچھڑ گئے ہیں مسلمان۔</w:t>
      </w:r>
    </w:p>
    <w:p>
      <w:r>
        <w:rPr>
          <w:b/>
        </w:rPr>
        <w:t xml:space="preserve">[27:59] </w:t>
      </w:r>
      <w:r>
        <w:t>aaj musalman jo thehray hue hain woh petrol ki badolat thehray hue hain.</w:t>
      </w:r>
    </w:p>
    <w:p>
      <w:pPr>
        <w:jc w:val="right"/>
      </w:pPr>
      <w:r>
        <w:t>آج مسلمان جو ٹھہرے ہوئے ہیں وہ پٹرول کی بدولت ٹھہرے ہوئے ہیں۔</w:t>
      </w:r>
    </w:p>
    <w:p>
      <w:r>
        <w:rPr>
          <w:b/>
        </w:rPr>
        <w:t xml:space="preserve">[28:05] </w:t>
      </w:r>
      <w:r>
        <w:t>apni taraqqi ki wajah se nahi.</w:t>
      </w:r>
    </w:p>
    <w:p>
      <w:pPr>
        <w:jc w:val="right"/>
      </w:pPr>
      <w:r>
        <w:t>اپنی ترقی کی وجہ سے نہیں۔</w:t>
      </w:r>
    </w:p>
    <w:p>
      <w:r>
        <w:rPr>
          <w:b/>
        </w:rPr>
        <w:t xml:space="preserve">[28:11] </w:t>
      </w:r>
      <w:r>
        <w:t>petrol to aik aik dolat tha zameen mein nikaal nikaal ke bechi.</w:t>
      </w:r>
    </w:p>
    <w:p>
      <w:pPr>
        <w:jc w:val="right"/>
      </w:pPr>
      <w:r>
        <w:t>پٹرول تو ایک ایک دولت تھا زمین میں نکال نکال کے بیچی۔</w:t>
      </w:r>
    </w:p>
    <w:p>
      <w:r>
        <w:rPr>
          <w:b/>
        </w:rPr>
        <w:t xml:space="preserve">[28:17] </w:t>
      </w:r>
      <w:r>
        <w:t>apne development ki badolat nahi musalman kharay hue hain.</w:t>
      </w:r>
    </w:p>
    <w:p>
      <w:pPr>
        <w:jc w:val="right"/>
      </w:pPr>
      <w:r>
        <w:t>اپنے development کی بدولت نہیں مسلمان کھڑے ہوئے ہیں۔</w:t>
      </w:r>
    </w:p>
    <w:p>
      <w:r>
        <w:rPr>
          <w:b/>
        </w:rPr>
        <w:t xml:space="preserve">[28:22] </w:t>
      </w:r>
      <w:r>
        <w:t>petrol ki badolat kharay hue hain woh.</w:t>
      </w:r>
    </w:p>
    <w:p>
      <w:pPr>
        <w:jc w:val="right"/>
      </w:pPr>
      <w:r>
        <w:t>پٹرول کی بدولت کھڑے ہوئے ہیں وہ۔</w:t>
      </w:r>
    </w:p>
    <w:p>
      <w:r>
        <w:rPr>
          <w:b/>
        </w:rPr>
        <w:t xml:space="preserve">[28:28] </w:t>
      </w:r>
      <w:r>
        <w:t>yeh koi taraqqi nahi hai.</w:t>
      </w:r>
    </w:p>
    <w:p>
      <w:pPr>
        <w:jc w:val="right"/>
      </w:pPr>
      <w:r>
        <w:t>یہ کوئی ترقی نہیں ہے۔</w:t>
      </w:r>
    </w:p>
    <w:p>
      <w:r>
        <w:rPr>
          <w:b/>
        </w:rPr>
        <w:t xml:space="preserve">[28:34] </w:t>
      </w:r>
      <w:r>
        <w:t>taraqqi yeh hai ke aap apne apne development ki badolat kharay hon.</w:t>
      </w:r>
    </w:p>
    <w:p>
      <w:pPr>
        <w:jc w:val="right"/>
      </w:pPr>
      <w:r>
        <w:t>ترقی یہ ہے کہ آپ اپنے اپنے development کی بدولت کھڑے ہوں۔</w:t>
      </w:r>
    </w:p>
    <w:p>
      <w:r>
        <w:rPr>
          <w:b/>
        </w:rPr>
        <w:t xml:space="preserve">[28:40] </w:t>
      </w:r>
      <w:r>
        <w:t>to pichhra pan ki yeh aakhri had hai ke hum hamare paas kharay honay ke liye koi base nahi.</w:t>
      </w:r>
    </w:p>
    <w:p>
      <w:pPr>
        <w:jc w:val="right"/>
      </w:pPr>
      <w:r>
        <w:t>تو پچھڑا پن کی یہ آخری حد ہے کہ ہم ہمارے پاس کھڑے ہونے کے لیے کوئی base نہیں۔</w:t>
      </w:r>
    </w:p>
    <w:p>
      <w:r>
        <w:rPr>
          <w:b/>
        </w:rPr>
        <w:t xml:space="preserve">[28:46] </w:t>
      </w:r>
      <w:r>
        <w:t>siwaye is ke ke zameen hamein petrol de rahi hai usi par khari hui hain.</w:t>
      </w:r>
    </w:p>
    <w:p>
      <w:pPr>
        <w:jc w:val="right"/>
      </w:pPr>
      <w:r>
        <w:t>سوائے اس کے کہ زمین ہمیں پٹرول دے رہی ہے اسی پر کھڑی ہوئی ہیں۔</w:t>
      </w:r>
    </w:p>
    <w:p>
      <w:r>
        <w:rPr>
          <w:b/>
        </w:rPr>
        <w:t xml:space="preserve">[28:52] </w:t>
      </w:r>
      <w:r>
        <w:t>doosri jo qomein jo developed ki jati hain developed woh apni kisi taraqqi par khari hui hain.</w:t>
      </w:r>
    </w:p>
    <w:p>
      <w:pPr>
        <w:jc w:val="right"/>
      </w:pPr>
      <w:r>
        <w:t>دوسری جو قومیں جو developed کی جاتی ہیں developed وہ اپنی کسی ترقی پر کھڑی ہوئی ہیں۔</w:t>
      </w:r>
    </w:p>
    <w:p>
      <w:r>
        <w:rPr>
          <w:b/>
        </w:rPr>
        <w:t xml:space="preserve">[28:57] </w:t>
      </w:r>
      <w:r>
        <w:t>zameen ke atyay par nahi khari hui hain.</w:t>
      </w:r>
    </w:p>
    <w:p>
      <w:pPr>
        <w:jc w:val="right"/>
      </w:pPr>
      <w:r>
        <w:t>زمین کے عطیے پر نہیں کھڑی ہوئی ہیں۔</w:t>
      </w:r>
    </w:p>
    <w:p>
      <w:r>
        <w:rPr>
          <w:b/>
        </w:rPr>
        <w:t xml:space="preserve">[29:03] </w:t>
      </w:r>
      <w:r>
        <w:t>yeh to zameen ki gift hai.</w:t>
      </w:r>
    </w:p>
    <w:p>
      <w:pPr>
        <w:jc w:val="right"/>
      </w:pPr>
      <w:r>
        <w:t>یہ تو زمین کی gift ہے۔</w:t>
      </w:r>
    </w:p>
    <w:p>
      <w:r>
        <w:rPr>
          <w:b/>
        </w:rPr>
        <w:t xml:space="preserve">[29:09] </w:t>
      </w:r>
      <w:r>
        <w:t>yeh to zameen ki gift hai is par khari hui hain musalman.</w:t>
      </w:r>
    </w:p>
    <w:p>
      <w:pPr>
        <w:jc w:val="right"/>
      </w:pPr>
      <w:r>
        <w:t>یہ تو زمین کی gift ہے اس پر کھڑی ہوئی ہیں مسلمان۔</w:t>
      </w:r>
    </w:p>
    <w:p>
      <w:r>
        <w:rPr>
          <w:b/>
        </w:rPr>
        <w:t xml:space="preserve">[29:15] </w:t>
      </w:r>
      <w:r>
        <w:t>to behar haal rethinking ka process musalmanon ke andar jaari hona farz ke darjay mein zaroori ho gaya hai.</w:t>
      </w:r>
    </w:p>
    <w:p>
      <w:pPr>
        <w:jc w:val="right"/>
      </w:pPr>
      <w:r>
        <w:t>تو بہرحال rethinking کا process مسلمانوں کے اندر جاری ہونا فرض کے درجے میں ضروری ہو گیا ہے۔</w:t>
      </w:r>
    </w:p>
    <w:p>
      <w:r>
        <w:rPr>
          <w:b/>
        </w:rPr>
        <w:t xml:space="preserve">[29:21] </w:t>
      </w:r>
      <w:r>
        <w:t>process of rethinking.</w:t>
      </w:r>
    </w:p>
    <w:p>
      <w:pPr>
        <w:jc w:val="right"/>
      </w:pPr>
      <w:r>
        <w:t>process of rethinking۔</w:t>
      </w:r>
    </w:p>
    <w:p>
      <w:r>
        <w:rPr>
          <w:b/>
        </w:rPr>
        <w:t xml:space="preserve">[29:26] </w:t>
      </w:r>
      <w:r>
        <w:t>rethinking ka matlab yeh hai apni ghaltiyon ko discover kijiye.</w:t>
      </w:r>
    </w:p>
    <w:p>
      <w:pPr>
        <w:jc w:val="right"/>
      </w:pPr>
      <w:r>
        <w:t>rethinking کا مطلب یہ ہے اپنی غلطیوں کو discover کیجیے۔</w:t>
      </w:r>
    </w:p>
    <w:p>
      <w:r>
        <w:rPr>
          <w:b/>
        </w:rPr>
        <w:t xml:space="preserve">[29:32] </w:t>
      </w:r>
      <w:r>
        <w:t>apni wrong strategy ko discover kijiye.</w:t>
      </w:r>
    </w:p>
    <w:p>
      <w:pPr>
        <w:jc w:val="right"/>
      </w:pPr>
      <w:r>
        <w:t>اپنی wrong strategy کو discover کیجیے۔</w:t>
      </w:r>
    </w:p>
    <w:p>
      <w:r>
        <w:rPr>
          <w:b/>
        </w:rPr>
        <w:t xml:space="preserve">[29:38] </w:t>
      </w:r>
      <w:r>
        <w:t>apni ghalat planning ko discover kijiye.</w:t>
      </w:r>
    </w:p>
    <w:p>
      <w:pPr>
        <w:jc w:val="right"/>
      </w:pPr>
      <w:r>
        <w:t>اپنی غلط planning کو discover کیجیے۔</w:t>
      </w:r>
    </w:p>
    <w:p>
      <w:r>
        <w:rPr>
          <w:b/>
        </w:rPr>
        <w:t xml:space="preserve">[29:44] </w:t>
      </w:r>
      <w:r>
        <w:t>aur phir nai planning kijiye.</w:t>
      </w:r>
    </w:p>
    <w:p>
      <w:pPr>
        <w:jc w:val="right"/>
      </w:pPr>
      <w:r>
        <w:t>اور پھر نئی planning کیجیے۔</w:t>
      </w:r>
    </w:p>
    <w:p>
      <w:r>
        <w:rPr>
          <w:b/>
        </w:rPr>
        <w:t xml:space="preserve">[29:50] </w:t>
      </w:r>
      <w:r>
        <w:t>ek lehaz mein yahi hai ke aap violence ko sochiye aur peaceful method ko apnaiye, peaceful planning ko apnaiye.</w:t>
      </w:r>
    </w:p>
    <w:p>
      <w:pPr>
        <w:jc w:val="right"/>
      </w:pPr>
      <w:r>
        <w:t>ایک لحاظ میں یہی ہے کہ آپ violence کو سوچیے اور peaceful method کو اپنائیے، peaceful planning کو اپنائیے۔</w:t>
      </w:r>
    </w:p>
    <w:p>
      <w:r>
        <w:rPr>
          <w:b/>
        </w:rPr>
        <w:t xml:space="preserve">[29:55] </w:t>
      </w:r>
      <w:r>
        <w:t>aisa karne hi mein musalmanon ke liye taraqqi ka raaz chupa hua hai.</w:t>
      </w:r>
    </w:p>
    <w:p>
      <w:pPr>
        <w:jc w:val="right"/>
      </w:pPr>
      <w:r>
        <w:t>ایسا کرنے ہی میں مسلمانوں کے لیے ترقی کا راز چھپا ہوا ہے۔</w:t>
      </w:r>
    </w:p>
    <w:p>
      <w:r>
        <w:rPr>
          <w:b/>
        </w:rPr>
        <w:t xml:space="preserve">[30:01] </w:t>
      </w:r>
      <w:r>
        <w:t>quran mein ek tasawwur hai tauba.</w:t>
      </w:r>
    </w:p>
    <w:p>
      <w:pPr>
        <w:jc w:val="right"/>
      </w:pPr>
      <w:r>
        <w:t>قرآن میں ایک تصور ہے توبہ۔</w:t>
      </w:r>
    </w:p>
    <w:p>
      <w:r>
        <w:rPr>
          <w:b/>
        </w:rPr>
        <w:t xml:space="preserve">[30:07] </w:t>
      </w:r>
      <w:r>
        <w:t>quran mein ek tasawwur hai tauba.</w:t>
      </w:r>
    </w:p>
    <w:p>
      <w:pPr>
        <w:jc w:val="right"/>
      </w:pPr>
      <w:r>
        <w:t>قرآن میں ایک تصور ہے توبہ۔</w:t>
      </w:r>
    </w:p>
    <w:p>
      <w:r>
        <w:rPr>
          <w:b/>
        </w:rPr>
        <w:t xml:space="preserve">[30:13] </w:t>
      </w:r>
      <w:r>
        <w:t>tauba ne paltna.</w:t>
      </w:r>
    </w:p>
    <w:p>
      <w:pPr>
        <w:jc w:val="right"/>
      </w:pPr>
      <w:r>
        <w:t>توبہ نے پلٹنا۔</w:t>
      </w:r>
    </w:p>
    <w:p>
      <w:r>
        <w:rPr>
          <w:b/>
        </w:rPr>
        <w:t xml:space="preserve">[30:19] </w:t>
      </w:r>
      <w:r>
        <w:t>tauba ke lafzi maani hain paltna.</w:t>
      </w:r>
    </w:p>
    <w:p>
      <w:pPr>
        <w:jc w:val="right"/>
      </w:pPr>
      <w:r>
        <w:t>توبہ کے لفظی معنی ہیں پلٹنا۔</w:t>
      </w:r>
    </w:p>
    <w:p>
      <w:r>
        <w:rPr>
          <w:b/>
        </w:rPr>
        <w:t xml:space="preserve">[30:24] </w:t>
      </w:r>
      <w:r>
        <w:t>to tauba ko log sar lete hain mazhabi maani mein.</w:t>
      </w:r>
    </w:p>
    <w:p>
      <w:pPr>
        <w:jc w:val="right"/>
      </w:pPr>
      <w:r>
        <w:t>تو توبہ کو لوگ سر لیتے ہیں مذہبی معنی میں۔</w:t>
      </w:r>
    </w:p>
    <w:p>
      <w:r>
        <w:rPr>
          <w:b/>
        </w:rPr>
        <w:t xml:space="preserve">[30:30] </w:t>
      </w:r>
      <w:r>
        <w:t>tauba ko log mazhabi maani lete hain.</w:t>
      </w:r>
    </w:p>
    <w:p>
      <w:pPr>
        <w:jc w:val="right"/>
      </w:pPr>
      <w:r>
        <w:t>توبہ کو لوگ مذہبی معنی لیتے ہیں۔</w:t>
      </w:r>
    </w:p>
    <w:p>
      <w:r>
        <w:rPr>
          <w:b/>
        </w:rPr>
        <w:t xml:space="preserve">[30:36] </w:t>
      </w:r>
      <w:r>
        <w:t>lekin tauba ka talluq poori zindagi se hai.</w:t>
      </w:r>
    </w:p>
    <w:p>
      <w:pPr>
        <w:jc w:val="right"/>
      </w:pPr>
      <w:r>
        <w:t>لیکن توبہ کا تعلق پوری زندگی سے ہے۔</w:t>
      </w:r>
    </w:p>
    <w:p>
      <w:r>
        <w:rPr>
          <w:b/>
        </w:rPr>
        <w:t xml:space="preserve">[30:42] </w:t>
      </w:r>
      <w:r>
        <w:t>poori zindagi se.</w:t>
      </w:r>
    </w:p>
    <w:p>
      <w:pPr>
        <w:jc w:val="right"/>
      </w:pPr>
      <w:r>
        <w:t>پوری زندگی سے۔</w:t>
      </w:r>
    </w:p>
    <w:p>
      <w:r>
        <w:rPr>
          <w:b/>
        </w:rPr>
        <w:t xml:space="preserve">[30:48] </w:t>
      </w:r>
      <w:r>
        <w:t>tauba siyasi, tauba ijtamai, tauba samajhi, tauba qaumi sab se hai.</w:t>
      </w:r>
    </w:p>
    <w:p>
      <w:pPr>
        <w:jc w:val="right"/>
      </w:pPr>
      <w:r>
        <w:t>توبہ سیاسی، توبہ اجتماعی، توبہ سماجی، توبہ قومی سب سے ہے۔</w:t>
      </w:r>
    </w:p>
    <w:p>
      <w:r>
        <w:rPr>
          <w:b/>
        </w:rPr>
        <w:t xml:space="preserve">[30:53] </w:t>
      </w:r>
      <w:r>
        <w:t>sirf mazhabi tauba nahi.</w:t>
      </w:r>
    </w:p>
    <w:p>
      <w:pPr>
        <w:jc w:val="right"/>
      </w:pPr>
      <w:r>
        <w:t>صرف مذہبی توبہ نہیں۔</w:t>
      </w:r>
    </w:p>
    <w:p>
      <w:r>
        <w:rPr>
          <w:b/>
        </w:rPr>
        <w:t xml:space="preserve">[30:59] </w:t>
      </w:r>
      <w:r>
        <w:t>jahan bhi aap koi ghalat simt mein mur gaye hon to lotiye us ko.</w:t>
      </w:r>
    </w:p>
    <w:p>
      <w:pPr>
        <w:jc w:val="right"/>
      </w:pPr>
      <w:r>
        <w:t>جہاں بھی آپ کوئی غلط سمت میں مڑ گئے ہوں تو لوٹیے اس کو۔</w:t>
      </w:r>
    </w:p>
    <w:p>
      <w:r>
        <w:rPr>
          <w:b/>
        </w:rPr>
        <w:t xml:space="preserve">[31:05] </w:t>
      </w:r>
      <w:r>
        <w:t>aap farz kijiye safar kar rahe hain apni car se aur chale ja rahe hain aur ghalat road</w:t>
      </w:r>
    </w:p>
    <w:p>
      <w:pPr>
        <w:jc w:val="right"/>
      </w:pPr>
      <w:r>
        <w:t>آپ فرض کیجیے سفر کر رہے ہیں اپنی کار سے اور چلے جا رہے ہیں اور غلط روڈ</w:t>
      </w:r>
    </w:p>
    <w:p>
      <w:r>
        <w:rPr>
          <w:b/>
        </w:rPr>
        <w:t xml:space="preserve">[31:11] </w:t>
      </w:r>
      <w:r>
        <w:t>par chal pade aap.</w:t>
      </w:r>
    </w:p>
    <w:p>
      <w:pPr>
        <w:jc w:val="right"/>
      </w:pPr>
      <w:r>
        <w:t>پر چل پڑے آپ۔</w:t>
      </w:r>
    </w:p>
    <w:p>
      <w:r>
        <w:rPr>
          <w:b/>
        </w:rPr>
        <w:t xml:space="preserve">[31:17] </w:t>
      </w:r>
      <w:r>
        <w:t>baad ka maloom hua ke hum to ghalat road par aa gaye.</w:t>
      </w:r>
    </w:p>
    <w:p>
      <w:pPr>
        <w:jc w:val="right"/>
      </w:pPr>
      <w:r>
        <w:t>بعد کا معلوم ہوا کہ ہم تو غلط روڈ پر آ گئے۔</w:t>
      </w:r>
    </w:p>
    <w:p>
      <w:r>
        <w:rPr>
          <w:b/>
        </w:rPr>
        <w:t xml:space="preserve">[31:22] </w:t>
      </w:r>
      <w:r>
        <w:t>to ise kehte hain u-turn lena.</w:t>
      </w:r>
    </w:p>
    <w:p>
      <w:pPr>
        <w:jc w:val="right"/>
      </w:pPr>
      <w:r>
        <w:t>تو اسے کہتے ہیں یو ٹرن لینا۔</w:t>
      </w:r>
    </w:p>
    <w:p>
      <w:r>
        <w:rPr>
          <w:b/>
        </w:rPr>
        <w:t xml:space="preserve">[31:28] </w:t>
      </w:r>
      <w:r>
        <w:t>u-turn kiya yeh to tauba hai.</w:t>
      </w:r>
    </w:p>
    <w:p>
      <w:pPr>
        <w:jc w:val="right"/>
      </w:pPr>
      <w:r>
        <w:t>یو ٹرن کیا یہ تو توبہ ہے۔</w:t>
      </w:r>
    </w:p>
    <w:p>
      <w:r>
        <w:rPr>
          <w:b/>
        </w:rPr>
        <w:t xml:space="preserve">[31:34] </w:t>
      </w:r>
      <w:r>
        <w:t>to aap apni car ko lotaiye ke jab.</w:t>
      </w:r>
    </w:p>
    <w:p>
      <w:pPr>
        <w:jc w:val="right"/>
      </w:pPr>
      <w:r>
        <w:t>تو آپ اپنی کار کو لوٹائیں کہ جب۔</w:t>
      </w:r>
    </w:p>
    <w:p>
      <w:r>
        <w:rPr>
          <w:b/>
        </w:rPr>
        <w:t xml:space="preserve">[31:40] </w:t>
      </w:r>
      <w:r>
        <w:t>to woh bhi tauba hai.</w:t>
      </w:r>
    </w:p>
    <w:p>
      <w:pPr>
        <w:jc w:val="right"/>
      </w:pPr>
      <w:r>
        <w:t>تو وہ بھی توبہ ہے۔</w:t>
      </w:r>
    </w:p>
    <w:p>
      <w:r>
        <w:rPr>
          <w:b/>
        </w:rPr>
        <w:t xml:space="preserve">[31:46] </w:t>
      </w:r>
      <w:r>
        <w:t>woh tauba safri hai.</w:t>
      </w:r>
    </w:p>
    <w:p>
      <w:pPr>
        <w:jc w:val="right"/>
      </w:pPr>
      <w:r>
        <w:t>وہ توبہ سفری ہے۔</w:t>
      </w:r>
    </w:p>
    <w:p>
      <w:r>
        <w:rPr>
          <w:b/>
        </w:rPr>
        <w:t xml:space="preserve">[31:51] </w:t>
      </w:r>
      <w:r>
        <w:t>to tauba mazhabi, tauba siyasi, tauba samajhi, tauba safri har bar jab aap koi ghalati kar jayein aur</w:t>
      </w:r>
    </w:p>
    <w:p>
      <w:pPr>
        <w:jc w:val="right"/>
      </w:pPr>
      <w:r>
        <w:t>تو توبہ مذہبی، توبہ سیاسی، توبہ سماجی، توبہ سفری ہر بار جب آپ کوئی غلطی کر جائیں اور</w:t>
      </w:r>
    </w:p>
    <w:p>
      <w:r>
        <w:rPr>
          <w:b/>
        </w:rPr>
        <w:t xml:space="preserve">[31:57] </w:t>
      </w:r>
      <w:r>
        <w:t>aap ko pata chale ke to baat galat hai to loten aap.</w:t>
      </w:r>
    </w:p>
    <w:p>
      <w:pPr>
        <w:jc w:val="right"/>
      </w:pPr>
      <w:r>
        <w:t>آپ کو پتہ چلے کہ تو بات غلط ہے تو لوٹیں آپ۔</w:t>
      </w:r>
    </w:p>
    <w:p>
      <w:r>
        <w:rPr>
          <w:b/>
        </w:rPr>
        <w:t xml:space="preserve">[32:03] </w:t>
      </w:r>
      <w:r>
        <w:t>u-turn len.</w:t>
      </w:r>
    </w:p>
    <w:p>
      <w:pPr>
        <w:jc w:val="right"/>
      </w:pPr>
      <w:r>
        <w:t>یو ٹرن لیں۔</w:t>
      </w:r>
    </w:p>
    <w:p>
      <w:r>
        <w:rPr>
          <w:b/>
        </w:rPr>
        <w:t xml:space="preserve">[32:09] </w:t>
      </w:r>
      <w:r>
        <w:t>to that is tauba.</w:t>
      </w:r>
    </w:p>
    <w:p>
      <w:pPr>
        <w:jc w:val="right"/>
      </w:pPr>
      <w:r>
        <w:t>تو that is توبہ۔</w:t>
      </w:r>
    </w:p>
    <w:p>
      <w:r>
        <w:rPr>
          <w:b/>
        </w:rPr>
        <w:t xml:space="preserve">[32:15] </w:t>
      </w:r>
      <w:r>
        <w:t>to tauba ka jo tareeqa hai islam mein wo taraqqi ke liye lazim lazim hai.</w:t>
      </w:r>
    </w:p>
    <w:p>
      <w:pPr>
        <w:jc w:val="right"/>
      </w:pPr>
      <w:r>
        <w:t>تو توبہ کا جو طریقہ ہے اسلام میں وہ ترقی کے لیے لازم لازم ہے۔</w:t>
      </w:r>
    </w:p>
    <w:p>
      <w:r>
        <w:rPr>
          <w:b/>
        </w:rPr>
        <w:t xml:space="preserve">[32:20] </w:t>
      </w:r>
      <w:r>
        <w:t>baghair tauba ke taraqqi nahi ho sakti.</w:t>
      </w:r>
    </w:p>
    <w:p>
      <w:pPr>
        <w:jc w:val="right"/>
      </w:pPr>
      <w:r>
        <w:t>بغیر توبہ کے ترقی نہیں ہو سکتی۔</w:t>
      </w:r>
    </w:p>
    <w:p>
      <w:r>
        <w:rPr>
          <w:b/>
        </w:rPr>
        <w:t xml:space="preserve">[32:26] </w:t>
      </w:r>
      <w:r>
        <w:t>kyunke dekhiye is duniya mein aadmi ghalti karte hi karta hai.</w:t>
      </w:r>
    </w:p>
    <w:p>
      <w:pPr>
        <w:jc w:val="right"/>
      </w:pPr>
      <w:r>
        <w:t>کیونکہ دیکھیے اس دنیا میں آدمی غلطی کرتے ہی کرتا ہے۔</w:t>
      </w:r>
    </w:p>
    <w:p>
      <w:r>
        <w:rPr>
          <w:b/>
        </w:rPr>
        <w:t xml:space="preserve">[32:32] </w:t>
      </w:r>
      <w:r>
        <w:t>to is human.</w:t>
      </w:r>
    </w:p>
    <w:p>
      <w:pPr>
        <w:jc w:val="right"/>
      </w:pPr>
      <w:r>
        <w:t>to is human۔</w:t>
      </w:r>
    </w:p>
    <w:p>
      <w:r>
        <w:rPr>
          <w:b/>
        </w:rPr>
        <w:t xml:space="preserve">[32:38] </w:t>
      </w:r>
      <w:r>
        <w:t>to ghalti to zaroor hogi lekin aap ghalti par aap ko mustamirr nahi hona chahiye.</w:t>
      </w:r>
    </w:p>
    <w:p>
      <w:pPr>
        <w:jc w:val="right"/>
      </w:pPr>
      <w:r>
        <w:t>تو غلطی تو ضرور ہوگی لیکن آپ غلطی پر آپ کو مستمر نہیں ہونا چاہیے۔</w:t>
      </w:r>
    </w:p>
    <w:p>
      <w:r>
        <w:rPr>
          <w:b/>
        </w:rPr>
        <w:t xml:space="preserve">[32:44] </w:t>
      </w:r>
      <w:r>
        <w:t>isi par jam jaye yeh asar nahi hona chahiye.</w:t>
      </w:r>
    </w:p>
    <w:p>
      <w:pPr>
        <w:jc w:val="right"/>
      </w:pPr>
      <w:r>
        <w:t>اسی پر جم جائے یہ اثر نہیں ہونا چاہیے۔</w:t>
      </w:r>
    </w:p>
    <w:p>
      <w:r>
        <w:rPr>
          <w:b/>
        </w:rPr>
        <w:t xml:space="preserve">[32:49] </w:t>
      </w:r>
      <w:r>
        <w:t>aap ko tauba se aap ko jab bhi pata chale ke aap ghalti par chal rahe the to</w:t>
      </w:r>
    </w:p>
    <w:p>
      <w:pPr>
        <w:jc w:val="right"/>
      </w:pPr>
      <w:r>
        <w:t>آپ کو توبہ سے آپ کو جب بھی پتہ چلے کہ آپ غلطی پر چل رہے تھے تو</w:t>
      </w:r>
    </w:p>
    <w:p>
      <w:r>
        <w:rPr>
          <w:b/>
        </w:rPr>
        <w:t xml:space="preserve">[32:55] </w:t>
      </w:r>
      <w:r>
        <w:t>jaldi se ek second bhi mazeed waste mat kijiye.</w:t>
      </w:r>
    </w:p>
    <w:p>
      <w:pPr>
        <w:jc w:val="right"/>
      </w:pPr>
      <w:r>
        <w:t>جلدی سے ایک سیکنڈ بھی مزید waste مت کیجیے۔</w:t>
      </w:r>
    </w:p>
    <w:p>
      <w:r>
        <w:rPr>
          <w:b/>
        </w:rPr>
        <w:t xml:space="preserve">[33:01] </w:t>
      </w:r>
      <w:r>
        <w:t>u-turn lijiyye.</w:t>
      </w:r>
    </w:p>
    <w:p>
      <w:pPr>
        <w:jc w:val="right"/>
      </w:pPr>
      <w:r>
        <w:t>یو ٹرن لیجیے۔</w:t>
      </w:r>
    </w:p>
    <w:p>
      <w:r>
        <w:rPr>
          <w:b/>
        </w:rPr>
        <w:t xml:space="preserve">[33:07] </w:t>
      </w:r>
      <w:r>
        <w:t>foran ke foran hi aap u-turn lijiyye.</w:t>
      </w:r>
    </w:p>
    <w:p>
      <w:pPr>
        <w:jc w:val="right"/>
      </w:pPr>
      <w:r>
        <w:t>فوراً کے فوراً ہی آپ یو ٹرن لیجیے۔</w:t>
      </w:r>
    </w:p>
    <w:p>
      <w:r>
        <w:rPr>
          <w:b/>
        </w:rPr>
        <w:t xml:space="preserve">[33:13] </w:t>
      </w:r>
      <w:r>
        <w:t>is waqt musalmanon ke paas sab se zyada jo bada farz hai, bada farz qaumi farz woh hai</w:t>
      </w:r>
    </w:p>
    <w:p>
      <w:pPr>
        <w:jc w:val="right"/>
      </w:pPr>
      <w:r>
        <w:t>اس وقت مسلمانوں کے پاس سب سے زیادہ جو بڑا فرض ہے، بڑا فرض قومی فرض وہ ہے</w:t>
      </w:r>
    </w:p>
    <w:p>
      <w:r>
        <w:rPr>
          <w:b/>
        </w:rPr>
        <w:t xml:space="preserve">[33:18] </w:t>
      </w:r>
      <w:r>
        <w:t>u-turn lena.</w:t>
      </w:r>
    </w:p>
    <w:p>
      <w:pPr>
        <w:jc w:val="right"/>
      </w:pPr>
      <w:r>
        <w:t>یو ٹرن لینا۔</w:t>
      </w:r>
    </w:p>
    <w:p>
      <w:r>
        <w:rPr>
          <w:b/>
        </w:rPr>
        <w:t xml:space="preserve">[33:24] </w:t>
      </w:r>
      <w:r>
        <w:t>woh hai ijtimaai tauba karna.</w:t>
      </w:r>
    </w:p>
    <w:p>
      <w:pPr>
        <w:jc w:val="right"/>
      </w:pPr>
      <w:r>
        <w:t>وہ ہے اجتماعی توبہ کرنا۔</w:t>
      </w:r>
    </w:p>
    <w:p>
      <w:r>
        <w:rPr>
          <w:b/>
        </w:rPr>
        <w:t xml:space="preserve">[33:30] </w:t>
      </w:r>
      <w:r>
        <w:t>yani is ko mein kehta hoon qaumi tauba.</w:t>
      </w:r>
    </w:p>
    <w:p>
      <w:pPr>
        <w:jc w:val="right"/>
      </w:pPr>
      <w:r>
        <w:t>یعنی اس کو میں کہتا ہوں قومی توبہ۔</w:t>
      </w:r>
    </w:p>
    <w:p>
      <w:r>
        <w:rPr>
          <w:b/>
        </w:rPr>
        <w:t xml:space="preserve">[33:36] </w:t>
      </w:r>
      <w:r>
        <w:t>yeh jo mein keh raha hoon jis u-turn ke liye is u-turn ko aap keh sakte</w:t>
      </w:r>
    </w:p>
    <w:p>
      <w:pPr>
        <w:jc w:val="right"/>
      </w:pPr>
      <w:r>
        <w:t>یہ جو میں کہہ رہا ہوں جس یو ٹرن کے لیے اس یو ٹرن کو آپ کہہ سکتے</w:t>
      </w:r>
    </w:p>
    <w:p>
      <w:r>
        <w:rPr>
          <w:b/>
        </w:rPr>
        <w:t xml:space="preserve">[33:42] </w:t>
      </w:r>
      <w:r>
        <w:t>hain milli tauba ya qaumi tauba.</w:t>
      </w:r>
    </w:p>
    <w:p>
      <w:pPr>
        <w:jc w:val="right"/>
      </w:pPr>
      <w:r>
        <w:t>ہیں ملی توبہ یا قومی توبہ۔</w:t>
      </w:r>
    </w:p>
    <w:p>
      <w:r>
        <w:rPr>
          <w:b/>
        </w:rPr>
        <w:t xml:space="preserve">[33:48] </w:t>
      </w:r>
      <w:r>
        <w:t>isi milli tauba ya qaumi tauba mein musalmanon ki taraqqi ka raaz chupa hua hai.</w:t>
      </w:r>
    </w:p>
    <w:p>
      <w:pPr>
        <w:jc w:val="right"/>
      </w:pPr>
      <w:r>
        <w:t>اسی ملی توبہ یا قومی توبہ میں مسلمانوں کی ترقی کا راز چھپا ہوا ہے۔</w:t>
      </w:r>
    </w:p>
    <w:p>
      <w:r>
        <w:rPr>
          <w:b/>
        </w:rPr>
        <w:t xml:space="preserve">[33:53] </w:t>
      </w:r>
      <w:r>
        <w:t>yani ek hi agar lafz mein kahoon to yahi hoga ke qaumi tauba.</w:t>
      </w:r>
    </w:p>
    <w:p>
      <w:pPr>
        <w:jc w:val="right"/>
      </w:pPr>
      <w:r>
        <w:t>یعنی ایک ہی اگر لفظ میں کہوں تو یہی ہوگا کہ قومی توبہ۔</w:t>
      </w:r>
    </w:p>
    <w:p>
      <w:r>
        <w:rPr>
          <w:b/>
        </w:rPr>
        <w:t xml:space="preserve">[33:59] </w:t>
      </w:r>
      <w:r>
        <w:t>kyunke dekhiye aap law of nature se lad nahi sakte.</w:t>
      </w:r>
    </w:p>
    <w:p>
      <w:pPr>
        <w:jc w:val="right"/>
      </w:pPr>
      <w:r>
        <w:t>کیونکہ دیکھیے آپ law of nature سے لڑ نہیں سکتے۔</w:t>
      </w:r>
    </w:p>
    <w:p>
      <w:r>
        <w:rPr>
          <w:b/>
        </w:rPr>
        <w:t xml:space="preserve">[34:05] </w:t>
      </w:r>
      <w:r>
        <w:t>aap lad nahi sakte law of nature se.</w:t>
      </w:r>
    </w:p>
    <w:p>
      <w:pPr>
        <w:jc w:val="right"/>
      </w:pPr>
      <w:r>
        <w:t>آپ لڑ نہیں سکتے law of nature سے۔</w:t>
      </w:r>
    </w:p>
    <w:p>
      <w:r>
        <w:rPr>
          <w:b/>
        </w:rPr>
        <w:t xml:space="preserve">[34:11] </w:t>
      </w:r>
      <w:r>
        <w:t>to yeh jo musalmanon ki jo jo nakami hui hai do sau saal jang mein woh is liye</w:t>
      </w:r>
    </w:p>
    <w:p>
      <w:pPr>
        <w:jc w:val="right"/>
      </w:pPr>
      <w:r>
        <w:t>تو یہ جو مسلمانوں کی جو جو ناکامی ہوئی ہے دو سو سال جنگ میں وہ اس لیے</w:t>
      </w:r>
    </w:p>
    <w:p>
      <w:r>
        <w:rPr>
          <w:b/>
        </w:rPr>
        <w:t xml:space="preserve">[34:17] </w:t>
      </w:r>
      <w:r>
        <w:t>ke woh haqeeqat se takra rahe the.</w:t>
      </w:r>
    </w:p>
    <w:p>
      <w:pPr>
        <w:jc w:val="right"/>
      </w:pPr>
      <w:r>
        <w:t>کہ وہ حقیقت سے ٹکرا رہے تھے۔</w:t>
      </w:r>
    </w:p>
    <w:p>
      <w:r>
        <w:rPr>
          <w:b/>
        </w:rPr>
        <w:t xml:space="preserve">[34:22] </w:t>
      </w:r>
      <w:r>
        <w:t>jo reality se ladega woh khud fail hoga.</w:t>
      </w:r>
    </w:p>
    <w:p>
      <w:pPr>
        <w:jc w:val="right"/>
      </w:pPr>
      <w:r>
        <w:t>جو reality سے لڑے گا وہ خود fail ہوگا۔</w:t>
      </w:r>
    </w:p>
    <w:p>
      <w:r>
        <w:rPr>
          <w:b/>
        </w:rPr>
        <w:t xml:space="preserve">[34:28] </w:t>
      </w:r>
      <w:r>
        <w:t>reality nahi badlegi kabhi bhi.</w:t>
      </w:r>
    </w:p>
    <w:p>
      <w:pPr>
        <w:jc w:val="right"/>
      </w:pPr>
      <w:r>
        <w:t>reality نہیں بدلے گی کبھی بھی۔</w:t>
      </w:r>
    </w:p>
    <w:p>
      <w:r>
        <w:rPr>
          <w:b/>
        </w:rPr>
        <w:t xml:space="preserve">[34:34] </w:t>
      </w:r>
      <w:r>
        <w:t>is waqt musalman sari duniya mein reality se lad rahe hain.</w:t>
      </w:r>
    </w:p>
    <w:p>
      <w:pPr>
        <w:jc w:val="right"/>
      </w:pPr>
      <w:r>
        <w:t>اس وقت مسلمان ساری دنیا میں reality سے لڑ رہے ہیں۔</w:t>
      </w:r>
    </w:p>
    <w:p>
      <w:r>
        <w:rPr>
          <w:b/>
        </w:rPr>
        <w:t xml:space="preserve">[34:40] </w:t>
      </w:r>
      <w:r>
        <w:t>woh samajhte hain ke hum dushman lad rahe hain. Hargiz nahi.</w:t>
      </w:r>
    </w:p>
    <w:p>
      <w:pPr>
        <w:jc w:val="right"/>
      </w:pPr>
      <w:r>
        <w:t>وہ سمجھتے ہیں کہ ہم دشمن لڑ رہے ہیں۔ ہرگز نہیں۔</w:t>
      </w:r>
    </w:p>
    <w:p>
      <w:r>
        <w:rPr>
          <w:b/>
        </w:rPr>
        <w:t xml:space="preserve">[34:46] </w:t>
      </w:r>
      <w:r>
        <w:t>koi dushman nahi hamara.</w:t>
      </w:r>
    </w:p>
    <w:p>
      <w:pPr>
        <w:jc w:val="right"/>
      </w:pPr>
      <w:r>
        <w:t>کوئی دشمن نہیں ہمارا۔</w:t>
      </w:r>
    </w:p>
    <w:p>
      <w:r>
        <w:rPr>
          <w:b/>
        </w:rPr>
        <w:t xml:space="preserve">[34:51] </w:t>
      </w:r>
      <w:r>
        <w:t>koi dushman nahi.</w:t>
      </w:r>
    </w:p>
    <w:p>
      <w:pPr>
        <w:jc w:val="right"/>
      </w:pPr>
      <w:r>
        <w:t>کوئی دشمن نہیں۔</w:t>
      </w:r>
    </w:p>
    <w:p>
      <w:r>
        <w:rPr>
          <w:b/>
        </w:rPr>
        <w:t xml:space="preserve">[34:57] </w:t>
      </w:r>
      <w:r>
        <w:t>hum dushman ke saaye se lad rahe hain.</w:t>
      </w:r>
    </w:p>
    <w:p>
      <w:pPr>
        <w:jc w:val="right"/>
      </w:pPr>
      <w:r>
        <w:t>ہم دشمن کے سائے سے لڑ رہے ہیں۔</w:t>
      </w:r>
    </w:p>
    <w:p>
      <w:r>
        <w:rPr>
          <w:b/>
        </w:rPr>
        <w:t xml:space="preserve">[35:03] </w:t>
      </w:r>
      <w:r>
        <w:t>ek khud sakhta bana liya hai ke dushman koi hai.</w:t>
      </w:r>
    </w:p>
    <w:p>
      <w:pPr>
        <w:jc w:val="right"/>
      </w:pPr>
      <w:r>
        <w:t>ایک خود ساختہ بنا لیا ہے کہ دشمن کوئی ہے۔</w:t>
      </w:r>
    </w:p>
    <w:p>
      <w:r>
        <w:rPr>
          <w:b/>
        </w:rPr>
        <w:t xml:space="preserve">[35:09] </w:t>
      </w:r>
      <w:r>
        <w:t>koi dushman nahi hai.</w:t>
      </w:r>
    </w:p>
    <w:p>
      <w:pPr>
        <w:jc w:val="right"/>
      </w:pPr>
      <w:r>
        <w:t>کوئی دشمن نہیں ہے۔</w:t>
      </w:r>
    </w:p>
    <w:p>
      <w:r>
        <w:rPr>
          <w:b/>
        </w:rPr>
        <w:t xml:space="preserve">[35:15] </w:t>
      </w:r>
      <w:r>
        <w:t>aap khud apne saaye se lad rahe hain.</w:t>
      </w:r>
    </w:p>
    <w:p>
      <w:pPr>
        <w:jc w:val="right"/>
      </w:pPr>
      <w:r>
        <w:t>آپ خود اپنے سائے سے لڑ رہے ہیں۔</w:t>
      </w:r>
    </w:p>
    <w:p>
      <w:r>
        <w:rPr>
          <w:b/>
        </w:rPr>
        <w:t xml:space="preserve">[35:20] </w:t>
      </w:r>
      <w:r>
        <w:t>isi liye fail ho rahe hain.</w:t>
      </w:r>
    </w:p>
    <w:p>
      <w:pPr>
        <w:jc w:val="right"/>
      </w:pPr>
      <w:r>
        <w:t>اسی لیے fail ہو رہے ہیں۔</w:t>
      </w:r>
    </w:p>
    <w:p>
      <w:r>
        <w:rPr>
          <w:b/>
        </w:rPr>
        <w:t xml:space="preserve">[35:26] </w:t>
      </w:r>
      <w:r>
        <w:t>yani muslim riyasat hai.</w:t>
      </w:r>
    </w:p>
    <w:p>
      <w:pPr>
        <w:jc w:val="right"/>
      </w:pPr>
      <w:r>
        <w:t>یعنی مسلم ریاست ہے۔</w:t>
      </w:r>
    </w:p>
    <w:p>
      <w:r>
        <w:rPr>
          <w:b/>
        </w:rPr>
        <w:t xml:space="preserve">[35:32] </w:t>
      </w:r>
      <w:r>
        <w:t>duniya in ko failed state keh rahi hai.</w:t>
      </w:r>
    </w:p>
    <w:p>
      <w:pPr>
        <w:jc w:val="right"/>
      </w:pPr>
      <w:r>
        <w:t>دنیا ان کو failed state کہہ رہی ہے۔</w:t>
      </w:r>
    </w:p>
    <w:p>
      <w:r>
        <w:rPr>
          <w:b/>
        </w:rPr>
        <w:t xml:space="preserve">[35:38] </w:t>
      </w:r>
      <w:r>
        <w:t>duniya in ko failed state keh rahi hai.</w:t>
      </w:r>
    </w:p>
    <w:p>
      <w:pPr>
        <w:jc w:val="right"/>
      </w:pPr>
      <w:r>
        <w:t>دنیا ان کو failed state کہہ رہی ہے۔</w:t>
      </w:r>
    </w:p>
    <w:p>
      <w:r>
        <w:rPr>
          <w:b/>
        </w:rPr>
        <w:t xml:space="preserve">[35:44] </w:t>
      </w:r>
      <w:r>
        <w:t>itna acha taraqqi ho rahi thi turki mein.</w:t>
      </w:r>
    </w:p>
    <w:p>
      <w:pPr>
        <w:jc w:val="right"/>
      </w:pPr>
      <w:r>
        <w:t>اتنا اچھا ترقی ہو رہی تھی ترکی میں۔</w:t>
      </w:r>
    </w:p>
    <w:p>
      <w:r>
        <w:rPr>
          <w:b/>
        </w:rPr>
        <w:t xml:space="preserve">[35:49] </w:t>
      </w:r>
      <w:r>
        <w:t>wahan bhi lad gaye aapas mein.</w:t>
      </w:r>
    </w:p>
    <w:p>
      <w:pPr>
        <w:jc w:val="right"/>
      </w:pPr>
      <w:r>
        <w:t>وہاں بھی لڑ گئے آپس میں۔</w:t>
      </w:r>
    </w:p>
    <w:p>
      <w:r>
        <w:rPr>
          <w:b/>
        </w:rPr>
        <w:t xml:space="preserve">[35:55] </w:t>
      </w:r>
      <w:r>
        <w:t>ab mujhe nahi maloom ke aindah kya hoga.</w:t>
      </w:r>
    </w:p>
    <w:p>
      <w:pPr>
        <w:jc w:val="right"/>
      </w:pPr>
      <w:r>
        <w:t>اب مجھے نہیں معلوم کہ آئندہ کیا ہوگا۔</w:t>
      </w:r>
    </w:p>
    <w:p>
      <w:r>
        <w:rPr>
          <w:b/>
        </w:rPr>
        <w:t xml:space="preserve">[36:01] </w:t>
      </w:r>
      <w:r>
        <w:t>toh aapas ki ladai toh haram hai, haram.</w:t>
      </w:r>
    </w:p>
    <w:p>
      <w:pPr>
        <w:jc w:val="right"/>
      </w:pPr>
      <w:r>
        <w:t>تو آپس کی لڑائی تو حرام ہے، حرام۔</w:t>
      </w:r>
    </w:p>
    <w:p>
      <w:r>
        <w:rPr>
          <w:b/>
        </w:rPr>
        <w:t xml:space="preserve">[36:07] </w:t>
      </w:r>
      <w:r>
        <w:t>jo establishment qaim hai us ko maniye, us ko maan kar ke apni planning kijiye.</w:t>
      </w:r>
    </w:p>
    <w:p>
      <w:pPr>
        <w:jc w:val="right"/>
      </w:pPr>
      <w:r>
        <w:t>جو establishment قائم ہے اس کو مانیے، اس کو مان کر کے اپنی planning کیجیے۔</w:t>
      </w:r>
    </w:p>
    <w:p>
      <w:r>
        <w:rPr>
          <w:b/>
        </w:rPr>
        <w:t xml:space="preserve">[36:13] </w:t>
      </w:r>
      <w:r>
        <w:t>isi ko kehte hain sabrana planning.</w:t>
      </w:r>
    </w:p>
    <w:p>
      <w:pPr>
        <w:jc w:val="right"/>
      </w:pPr>
      <w:r>
        <w:t>اسی کو کہتے ہیں صابرانہ planning۔</w:t>
      </w:r>
    </w:p>
    <w:p>
      <w:r>
        <w:rPr>
          <w:b/>
        </w:rPr>
        <w:t xml:space="preserve">[36:18] </w:t>
      </w:r>
      <w:r>
        <w:t>itna zyada importance di gayi hai sabr ko quran mein.</w:t>
      </w:r>
    </w:p>
    <w:p>
      <w:pPr>
        <w:jc w:val="right"/>
      </w:pPr>
      <w:r>
        <w:t>اتنا زیادہ importance دی گئی ہے صبر کو قرآن میں۔</w:t>
      </w:r>
    </w:p>
    <w:p>
      <w:r>
        <w:rPr>
          <w:b/>
        </w:rPr>
        <w:t xml:space="preserve">[36:24] </w:t>
      </w:r>
      <w:r>
        <w:t>iska matlab yahi hai ke jo ek existing situation hai us ko maan kar chaliye, us ko</w:t>
      </w:r>
    </w:p>
    <w:p>
      <w:pPr>
        <w:jc w:val="right"/>
      </w:pPr>
      <w:r>
        <w:t>اس کا مطلب یہی ہے کہ جو ایک existing situation ہے اس کو مان کر چلیے، اس کو</w:t>
      </w:r>
    </w:p>
    <w:p>
      <w:r>
        <w:rPr>
          <w:b/>
        </w:rPr>
        <w:t xml:space="preserve">[36:30] </w:t>
      </w:r>
      <w:r>
        <w:t>sabr kijiye us ke upar.</w:t>
      </w:r>
    </w:p>
    <w:p>
      <w:pPr>
        <w:jc w:val="right"/>
      </w:pPr>
      <w:r>
        <w:t>صبر کیجیے اس کے اوپر۔</w:t>
      </w:r>
    </w:p>
    <w:p>
      <w:r>
        <w:rPr>
          <w:b/>
        </w:rPr>
        <w:t xml:space="preserve">[36:36] </w:t>
      </w:r>
      <w:r>
        <w:t>sabrana planning ka art seekhiye.</w:t>
      </w:r>
    </w:p>
    <w:p>
      <w:pPr>
        <w:jc w:val="right"/>
      </w:pPr>
      <w:r>
        <w:t>صابرانہ planning کا art سیکھیے۔</w:t>
      </w:r>
    </w:p>
    <w:p>
      <w:r>
        <w:rPr>
          <w:b/>
        </w:rPr>
        <w:t xml:space="preserve">[36:42] </w:t>
      </w:r>
      <w:r>
        <w:t>ab hathiyar ka istemal yani kai muslim riyasatein hain in ko atom bomb banane ki fikr padi hui.</w:t>
      </w:r>
    </w:p>
    <w:p>
      <w:pPr>
        <w:jc w:val="right"/>
      </w:pPr>
      <w:r>
        <w:t>اب ہتھیار کا استعمال یعنی کئی مسلم ریاستیں ہیں ان کو ایٹم بم بنانے کی فکر پڑی ہوئی۔</w:t>
      </w:r>
    </w:p>
    <w:p>
      <w:r>
        <w:rPr>
          <w:b/>
        </w:rPr>
        <w:t xml:space="preserve">[36:47] </w:t>
      </w:r>
      <w:r>
        <w:t>phir atom bomb banaya karen kiya? kai muslim hukoomaten hain jo sari tawajjuh di hui hai atom bomb</w:t>
      </w:r>
    </w:p>
    <w:p>
      <w:pPr>
        <w:jc w:val="right"/>
      </w:pPr>
      <w:r>
        <w:t>پھر ایٹم بم بنایا کریں کیا؟ کئی مسلم حکومتیں ہیں جو ساری توجہ دی ہوئی ہے ایٹم بم</w:t>
      </w:r>
    </w:p>
    <w:p>
      <w:r>
        <w:rPr>
          <w:b/>
        </w:rPr>
        <w:t xml:space="preserve">[36:53] </w:t>
      </w:r>
      <w:r>
        <w:t>banane ke liye.</w:t>
      </w:r>
    </w:p>
    <w:p>
      <w:pPr>
        <w:jc w:val="right"/>
      </w:pPr>
      <w:r>
        <w:t>بنانے کے لیے۔</w:t>
      </w:r>
    </w:p>
    <w:p>
      <w:r>
        <w:rPr>
          <w:b/>
        </w:rPr>
        <w:t xml:space="preserve">[36:59] </w:t>
      </w:r>
      <w:r>
        <w:t>main hairaan hoon ke in ko aqal kahan chali gayi? atom bomb bana kar ke aap kiya karen</w:t>
      </w:r>
    </w:p>
    <w:p>
      <w:pPr>
        <w:jc w:val="right"/>
      </w:pPr>
      <w:r>
        <w:t>میں حیران ہوں کہ ان کو عقل کہاں چلی گئی؟ ایٹم بم بنا کر کے آپ کیا کریں</w:t>
      </w:r>
    </w:p>
    <w:p>
      <w:r>
        <w:rPr>
          <w:b/>
        </w:rPr>
        <w:t xml:space="preserve">[37:05] </w:t>
      </w:r>
      <w:r>
        <w:t>ge? amreeka ke paas to atom bomb hai, roos ke paas atom bomb hai.</w:t>
      </w:r>
    </w:p>
    <w:p>
      <w:pPr>
        <w:jc w:val="right"/>
      </w:pPr>
      <w:r>
        <w:t>گے؟ امریکہ کے پاس تو ایٹم بم ہے، روس کے پاس ایٹم بم ہے۔</w:t>
      </w:r>
    </w:p>
    <w:p>
      <w:r>
        <w:rPr>
          <w:b/>
        </w:rPr>
        <w:t xml:space="preserve">[37:11] </w:t>
      </w:r>
      <w:r>
        <w:t>lekin aik baar istemal kiya unhon ne japan mein.</w:t>
      </w:r>
    </w:p>
    <w:p>
      <w:pPr>
        <w:jc w:val="right"/>
      </w:pPr>
      <w:r>
        <w:t>لیکن ایک بار استعمال کیا انہوں نے جاپان میں۔</w:t>
      </w:r>
    </w:p>
    <w:p>
      <w:r>
        <w:rPr>
          <w:b/>
        </w:rPr>
        <w:t xml:space="preserve">[37:16] </w:t>
      </w:r>
      <w:r>
        <w:t>do baar nahin istemal kiya.</w:t>
      </w:r>
    </w:p>
    <w:p>
      <w:pPr>
        <w:jc w:val="right"/>
      </w:pPr>
      <w:r>
        <w:t>دو بار نہیں استعمال کیا۔</w:t>
      </w:r>
    </w:p>
    <w:p>
      <w:r>
        <w:rPr>
          <w:b/>
        </w:rPr>
        <w:t xml:space="preserve">[37:22] </w:t>
      </w:r>
      <w:r>
        <w:t>aap dekhiye roos afghanistan mein dakhil hua.</w:t>
      </w:r>
    </w:p>
    <w:p>
      <w:pPr>
        <w:jc w:val="right"/>
      </w:pPr>
      <w:r>
        <w:t>آپ دیکھیے روس افغانستان میں داخل ہوا۔</w:t>
      </w:r>
    </w:p>
    <w:p>
      <w:r>
        <w:rPr>
          <w:b/>
        </w:rPr>
        <w:t xml:space="preserve">[37:28] </w:t>
      </w:r>
      <w:r>
        <w:t>ab wahan par larai chher gayi.</w:t>
      </w:r>
    </w:p>
    <w:p>
      <w:pPr>
        <w:jc w:val="right"/>
      </w:pPr>
      <w:r>
        <w:t>اب وہاں پر لڑائی چھڑ گئی۔</w:t>
      </w:r>
    </w:p>
    <w:p>
      <w:r>
        <w:rPr>
          <w:b/>
        </w:rPr>
        <w:t xml:space="preserve">[37:34] </w:t>
      </w:r>
      <w:r>
        <w:t>to roos atom bomb gira sakta tha afghanistan mein.</w:t>
      </w:r>
    </w:p>
    <w:p>
      <w:pPr>
        <w:jc w:val="right"/>
      </w:pPr>
      <w:r>
        <w:t>تو روس ایٹم بم گرا سکتا تھا افغانستان میں۔</w:t>
      </w:r>
    </w:p>
    <w:p>
      <w:r>
        <w:rPr>
          <w:b/>
        </w:rPr>
        <w:t xml:space="preserve">[37:40] </w:t>
      </w:r>
      <w:r>
        <w:t>lekin atom bomb giraye baghair wapas chala gaya woh.</w:t>
      </w:r>
    </w:p>
    <w:p>
      <w:pPr>
        <w:jc w:val="right"/>
      </w:pPr>
      <w:r>
        <w:t>لیکن ایٹم بم گرائے بغیر واپس چلا گیا وہ۔</w:t>
      </w:r>
    </w:p>
    <w:p>
      <w:r>
        <w:rPr>
          <w:b/>
        </w:rPr>
        <w:t xml:space="preserve">[37:45] </w:t>
      </w:r>
      <w:r>
        <w:t>atom bomb giraye baghair roos wapas chala gaya.</w:t>
      </w:r>
    </w:p>
    <w:p>
      <w:pPr>
        <w:jc w:val="right"/>
      </w:pPr>
      <w:r>
        <w:t>ایٹم بم گرائے بغیر روس واپس چلا گیا۔</w:t>
      </w:r>
    </w:p>
    <w:p>
      <w:r>
        <w:rPr>
          <w:b/>
        </w:rPr>
        <w:t xml:space="preserve">[37:51] </w:t>
      </w:r>
      <w:r>
        <w:t>aise amreeka mein dekhiye.</w:t>
      </w:r>
    </w:p>
    <w:p>
      <w:pPr>
        <w:jc w:val="right"/>
      </w:pPr>
      <w:r>
        <w:t>ایسے امریکہ میں دیکھیے۔</w:t>
      </w:r>
    </w:p>
    <w:p>
      <w:r>
        <w:rPr>
          <w:b/>
        </w:rPr>
        <w:t xml:space="preserve">[37:57] </w:t>
      </w:r>
      <w:r>
        <w:t>vietnam mein larai chher gayi amreeka ne.</w:t>
      </w:r>
    </w:p>
    <w:p>
      <w:pPr>
        <w:jc w:val="right"/>
      </w:pPr>
      <w:r>
        <w:t>ویتنام میں لڑائی چھڑ گئی امریکہ نے۔</w:t>
      </w:r>
    </w:p>
    <w:p>
      <w:r>
        <w:rPr>
          <w:b/>
        </w:rPr>
        <w:t xml:space="preserve">[38:03] </w:t>
      </w:r>
      <w:r>
        <w:t>aur gyarah saal tak jaari rahi.</w:t>
      </w:r>
    </w:p>
    <w:p>
      <w:pPr>
        <w:jc w:val="right"/>
      </w:pPr>
      <w:r>
        <w:t>اور گیارہ سال تک جاری رہی۔</w:t>
      </w:r>
    </w:p>
    <w:p>
      <w:r>
        <w:rPr>
          <w:b/>
        </w:rPr>
        <w:t xml:space="preserve">[38:09] </w:t>
      </w:r>
      <w:r>
        <w:t>wahan bhi is ne atom bomb nahin dala.</w:t>
      </w:r>
    </w:p>
    <w:p>
      <w:pPr>
        <w:jc w:val="right"/>
      </w:pPr>
      <w:r>
        <w:t>وہاں بھی اس نے ایٹم بم نہیں ڈالا۔</w:t>
      </w:r>
    </w:p>
    <w:p>
      <w:r>
        <w:rPr>
          <w:b/>
        </w:rPr>
        <w:t xml:space="preserve">[38:15] </w:t>
      </w:r>
      <w:r>
        <w:t>wapas chala gaya.</w:t>
      </w:r>
    </w:p>
    <w:p>
      <w:pPr>
        <w:jc w:val="right"/>
      </w:pPr>
      <w:r>
        <w:t>واپس چلا گیا۔</w:t>
      </w:r>
    </w:p>
    <w:p>
      <w:r>
        <w:rPr>
          <w:b/>
        </w:rPr>
        <w:t xml:space="preserve">[38:20] </w:t>
      </w:r>
      <w:r>
        <w:t>france ke paas atom bomb hai.</w:t>
      </w:r>
    </w:p>
    <w:p>
      <w:pPr>
        <w:jc w:val="right"/>
      </w:pPr>
      <w:r>
        <w:t>فرانس کے پاس ایٹم بم ہے۔</w:t>
      </w:r>
    </w:p>
    <w:p>
      <w:r>
        <w:rPr>
          <w:b/>
        </w:rPr>
        <w:t xml:space="preserve">[38:26] </w:t>
      </w:r>
      <w:r>
        <w:t>afreeqa ke tamam jo colony kehta tha is ko chhor diya is ne.</w:t>
      </w:r>
    </w:p>
    <w:p>
      <w:pPr>
        <w:jc w:val="right"/>
      </w:pPr>
      <w:r>
        <w:t>افریقہ کے تمام جو کالونی کہتا تھا اس کو چھوڑ دیا اس نے۔</w:t>
      </w:r>
    </w:p>
    <w:p>
      <w:r>
        <w:rPr>
          <w:b/>
        </w:rPr>
        <w:t xml:space="preserve">[38:32] </w:t>
      </w:r>
      <w:r>
        <w:t>atom bomb nahin giraya.</w:t>
      </w:r>
    </w:p>
    <w:p>
      <w:pPr>
        <w:jc w:val="right"/>
      </w:pPr>
      <w:r>
        <w:t>ایٹم بم نہیں گرایا۔</w:t>
      </w:r>
    </w:p>
    <w:p>
      <w:r>
        <w:rPr>
          <w:b/>
        </w:rPr>
        <w:t xml:space="preserve">[38:38] </w:t>
      </w:r>
      <w:r>
        <w:t>to atom bomb jo hai sirf aik baar giraya jata hai.</w:t>
      </w:r>
    </w:p>
    <w:p>
      <w:pPr>
        <w:jc w:val="right"/>
      </w:pPr>
      <w:r>
        <w:t>تو ایٹم بم جو ہے صرف ایک بار گرایا جاتا ہے۔</w:t>
      </w:r>
    </w:p>
    <w:p>
      <w:r>
        <w:rPr>
          <w:b/>
        </w:rPr>
        <w:t xml:space="preserve">[38:44] </w:t>
      </w:r>
      <w:r>
        <w:t>is ke baad khatam.</w:t>
      </w:r>
    </w:p>
    <w:p>
      <w:pPr>
        <w:jc w:val="right"/>
      </w:pPr>
      <w:r>
        <w:t>اس کے بعد ختم۔</w:t>
      </w:r>
    </w:p>
    <w:p>
      <w:r>
        <w:rPr>
          <w:b/>
        </w:rPr>
        <w:t xml:space="preserve">[38:49] </w:t>
      </w:r>
      <w:r>
        <w:t>is ke baad full stop hai.</w:t>
      </w:r>
    </w:p>
    <w:p>
      <w:pPr>
        <w:jc w:val="right"/>
      </w:pPr>
      <w:r>
        <w:t>اس کے بعد full stop ہے۔</w:t>
      </w:r>
    </w:p>
    <w:p>
      <w:r>
        <w:rPr>
          <w:b/>
        </w:rPr>
        <w:t xml:space="preserve">[38:55] </w:t>
      </w:r>
      <w:r>
        <w:t>ab atom bomb ke ke mamle mein comma laga hua nahin hai.</w:t>
      </w:r>
    </w:p>
    <w:p>
      <w:pPr>
        <w:jc w:val="right"/>
      </w:pPr>
      <w:r>
        <w:t>اب ایٹم بم کے کے معاملے میں کاما لگا ہوا نہیں ہے۔</w:t>
      </w:r>
    </w:p>
    <w:p>
      <w:r>
        <w:rPr>
          <w:b/>
        </w:rPr>
        <w:t xml:space="preserve">[39:01] </w:t>
      </w:r>
      <w:r>
        <w:t>to jo muslim riyasaten atom bomb bana rahi hain aur sari economy is par kharch kar rahi hain.</w:t>
      </w:r>
    </w:p>
    <w:p>
      <w:pPr>
        <w:jc w:val="right"/>
      </w:pPr>
      <w:r>
        <w:t>تو جو مسلم ریاستیں ایٹم بم بنا رہی ہیں اور ساری اکانومی اس پر خرچ کر رہی ہیں۔</w:t>
      </w:r>
    </w:p>
    <w:p>
      <w:r>
        <w:rPr>
          <w:b/>
        </w:rPr>
        <w:t xml:space="preserve">[39:07] </w:t>
      </w:r>
      <w:r>
        <w:t>poore mulk ki poori national economy ko tabah kar rahi hain is atom bomb banane ke liye.</w:t>
      </w:r>
    </w:p>
    <w:p>
      <w:pPr>
        <w:jc w:val="right"/>
      </w:pPr>
      <w:r>
        <w:t>پورے ملک کی پوری national اکانومی کو تباہ کر رہی ہیں اس ایٹم بم بنانے کے لیے۔</w:t>
      </w:r>
    </w:p>
    <w:p>
      <w:r>
        <w:rPr>
          <w:b/>
        </w:rPr>
        <w:t xml:space="preserve">[39:13] </w:t>
      </w:r>
      <w:r>
        <w:t>mein hairaan hoon ke ab kahan istemaal karein ge? aap atom bomb ko kahan istemaal karein ge? america</w:t>
      </w:r>
    </w:p>
    <w:p>
      <w:pPr>
        <w:jc w:val="right"/>
      </w:pPr>
      <w:r>
        <w:t>میں حیران ہوں کہ اب کہاں استعمال کریں گے؟ آپ ایٹم بم کو کہاں استعمال کریں گے؟ امریکہ</w:t>
      </w:r>
    </w:p>
    <w:p>
      <w:r>
        <w:rPr>
          <w:b/>
        </w:rPr>
        <w:t xml:space="preserve">[39:18] </w:t>
      </w:r>
      <w:r>
        <w:t>ne nahin kiya, france ne nahin kiya, roos ne nahin kiya, britania ne nahin kiya.</w:t>
      </w:r>
    </w:p>
    <w:p>
      <w:pPr>
        <w:jc w:val="right"/>
      </w:pPr>
      <w:r>
        <w:t>نے نہیں کیا، فرانس نے نہیں کیا، روس نے نہیں کیا، برطانیہ نے نہیں کیا۔</w:t>
      </w:r>
    </w:p>
    <w:p>
      <w:r>
        <w:rPr>
          <w:b/>
        </w:rPr>
        <w:t xml:space="preserve">[39:24] </w:t>
      </w:r>
      <w:r>
        <w:t>kyunke woh khatam hoga.</w:t>
      </w:r>
    </w:p>
    <w:p>
      <w:pPr>
        <w:jc w:val="right"/>
      </w:pPr>
      <w:r>
        <w:t>کیونکہ وہ ختم ہوگا۔</w:t>
      </w:r>
    </w:p>
    <w:p>
      <w:r>
        <w:rPr>
          <w:b/>
        </w:rPr>
        <w:t xml:space="preserve">[39:30] </w:t>
      </w:r>
      <w:r>
        <w:t>atom bomb ke istemaal ka daur hi khatam hoga.</w:t>
      </w:r>
    </w:p>
    <w:p>
      <w:pPr>
        <w:jc w:val="right"/>
      </w:pPr>
      <w:r>
        <w:t>ایٹم بم کے استعمال کا دور ہی ختم ہوگا۔</w:t>
      </w:r>
    </w:p>
    <w:p>
      <w:r>
        <w:rPr>
          <w:b/>
        </w:rPr>
        <w:t xml:space="preserve">[39:36] </w:t>
      </w:r>
      <w:r>
        <w:t>to kisi bhi muslim mulk mein mujhe right planning dikhai nahin deti.</w:t>
      </w:r>
    </w:p>
    <w:p>
      <w:pPr>
        <w:jc w:val="right"/>
      </w:pPr>
      <w:r>
        <w:t>تو کسی بھی مسلم ملک میں مجھے right planning دکھائی نہیں دیتی۔</w:t>
      </w:r>
    </w:p>
    <w:p>
      <w:r>
        <w:rPr>
          <w:b/>
        </w:rPr>
        <w:t xml:space="preserve">[39:42] </w:t>
      </w:r>
      <w:r>
        <w:t>turkey mein kuch nazar aati thi mujhe.</w:t>
      </w:r>
    </w:p>
    <w:p>
      <w:pPr>
        <w:jc w:val="right"/>
      </w:pPr>
      <w:r>
        <w:t>ترکی میں کچھ نظر آتی تھی مجھے۔</w:t>
      </w:r>
    </w:p>
    <w:p>
      <w:r>
        <w:rPr>
          <w:b/>
        </w:rPr>
        <w:t xml:space="preserve">[39:47] </w:t>
      </w:r>
      <w:r>
        <w:t>lekin jab se yeh qissa hua ke aapas mein lad gaye.</w:t>
      </w:r>
    </w:p>
    <w:p>
      <w:pPr>
        <w:jc w:val="right"/>
      </w:pPr>
      <w:r>
        <w:t>لیکن جب سے یہ قصہ ہوا کہ آپس میں لڑ گئے۔</w:t>
      </w:r>
    </w:p>
    <w:p>
      <w:r>
        <w:rPr>
          <w:b/>
        </w:rPr>
        <w:t xml:space="preserve">[39:53] </w:t>
      </w:r>
      <w:r>
        <w:t>wahan ko hua.</w:t>
      </w:r>
    </w:p>
    <w:p>
      <w:pPr>
        <w:jc w:val="right"/>
      </w:pPr>
      <w:r>
        <w:t>وہاں کو ہوا۔</w:t>
      </w:r>
    </w:p>
    <w:p>
      <w:r>
        <w:rPr>
          <w:b/>
        </w:rPr>
        <w:t xml:space="preserve">[39:59] </w:t>
      </w:r>
      <w:r>
        <w:t>to mujhe lagta hai ke wahan bhi danishmand log zyada nahin hain.</w:t>
      </w:r>
    </w:p>
    <w:p>
      <w:pPr>
        <w:jc w:val="right"/>
      </w:pPr>
      <w:r>
        <w:t>تو مجھے لگتا ہے کہ وہاں بھی دانشمند لوگ زیادہ نہیں ہیں۔</w:t>
      </w:r>
    </w:p>
    <w:p>
      <w:r>
        <w:rPr>
          <w:b/>
        </w:rPr>
        <w:t xml:space="preserve">[40:05] </w:t>
      </w:r>
      <w:r>
        <w:t>wahan bhi woh joshi log zyada hain.</w:t>
      </w:r>
    </w:p>
    <w:p>
      <w:pPr>
        <w:jc w:val="right"/>
      </w:pPr>
      <w:r>
        <w:t>وہاں بھی وہ جوشی لوگ زیادہ ہیں۔</w:t>
      </w:r>
    </w:p>
    <w:p>
      <w:r>
        <w:rPr>
          <w:b/>
        </w:rPr>
        <w:t xml:space="preserve">[40:11] </w:t>
      </w:r>
      <w:r>
        <w:t>pehlay kaha jata tha young turk.</w:t>
      </w:r>
    </w:p>
    <w:p>
      <w:pPr>
        <w:jc w:val="right"/>
      </w:pPr>
      <w:r>
        <w:t>پہلے کہا جاتا تھا young ترک۔</w:t>
      </w:r>
    </w:p>
    <w:p>
      <w:r>
        <w:rPr>
          <w:b/>
        </w:rPr>
        <w:t xml:space="preserve">[40:16] </w:t>
      </w:r>
      <w:r>
        <w:t>mein samajhta hoon ke wahi young turk ka zamana aaj phir laut aaya hai.</w:t>
      </w:r>
    </w:p>
    <w:p>
      <w:pPr>
        <w:jc w:val="right"/>
      </w:pPr>
      <w:r>
        <w:t>میں سمجھتا ہوں کہ وہی young ترک کا زمانہ آج پھر لوٹ آیا ہے۔</w:t>
      </w:r>
    </w:p>
    <w:p>
      <w:r>
        <w:rPr>
          <w:b/>
        </w:rPr>
        <w:t xml:space="preserve">[40:22] </w:t>
      </w:r>
      <w:r>
        <w:t>to behal dekhiye.</w:t>
      </w:r>
    </w:p>
    <w:p>
      <w:pPr>
        <w:jc w:val="right"/>
      </w:pPr>
      <w:r>
        <w:t>تو بہرحال دیکھیے۔</w:t>
      </w:r>
    </w:p>
    <w:p>
      <w:r>
        <w:rPr>
          <w:b/>
        </w:rPr>
        <w:t xml:space="preserve">[40:28] </w:t>
      </w:r>
      <w:r>
        <w:t>ek hadith hai ke mun tawada' rafa' Allah.</w:t>
      </w:r>
    </w:p>
    <w:p>
      <w:pPr>
        <w:jc w:val="right"/>
      </w:pPr>
      <w:r>
        <w:t>ایک حدیث ہے کہ من تواضع رفاع اللہ۔</w:t>
      </w:r>
    </w:p>
    <w:p>
      <w:r>
        <w:rPr>
          <w:b/>
        </w:rPr>
        <w:t xml:space="preserve">[40:34] </w:t>
      </w:r>
      <w:r>
        <w:t>dekhiye yahan yeh nahin ke mun tashaddud rafa' Allah.</w:t>
      </w:r>
    </w:p>
    <w:p>
      <w:pPr>
        <w:jc w:val="right"/>
      </w:pPr>
      <w:r>
        <w:t>دیکھیے یہاں یہ نہیں کہ من تشدد رفاع اللہ۔</w:t>
      </w:r>
    </w:p>
    <w:p>
      <w:r>
        <w:rPr>
          <w:b/>
        </w:rPr>
        <w:t xml:space="preserve">[40:40] </w:t>
      </w:r>
      <w:r>
        <w:t>yeh sochiye mun tawada' rafa' Allah.</w:t>
      </w:r>
    </w:p>
    <w:p>
      <w:pPr>
        <w:jc w:val="right"/>
      </w:pPr>
      <w:r>
        <w:t>یہ سوچیے من تواضع رفاع اللہ۔</w:t>
      </w:r>
    </w:p>
    <w:p>
      <w:r>
        <w:rPr>
          <w:b/>
        </w:rPr>
        <w:t xml:space="preserve">[40:45] </w:t>
      </w:r>
      <w:r>
        <w:t>jo narmi ikhtiyar karta hai, jo peace par chalta hai, jo modesty ka tareeqa ikhtiyar karta hai, us</w:t>
      </w:r>
    </w:p>
    <w:p>
      <w:pPr>
        <w:jc w:val="right"/>
      </w:pPr>
      <w:r>
        <w:t>جو نرمی اختیار کرتا ہے، جو peace پر چلتا ہے، جو modesty کا طریقہ اختیار کرتا ہے، اس</w:t>
      </w:r>
    </w:p>
    <w:p>
      <w:r>
        <w:rPr>
          <w:b/>
        </w:rPr>
        <w:t xml:space="preserve">[40:51] </w:t>
      </w:r>
      <w:r>
        <w:t>ko Allah buland karta hai.</w:t>
      </w:r>
    </w:p>
    <w:p>
      <w:pPr>
        <w:jc w:val="right"/>
      </w:pPr>
      <w:r>
        <w:t>کو اللہ بلند کرتا ہے۔</w:t>
      </w:r>
    </w:p>
    <w:p>
      <w:r>
        <w:rPr>
          <w:b/>
        </w:rPr>
        <w:t xml:space="preserve">[40:57] </w:t>
      </w:r>
      <w:r>
        <w:t>yeh nahin farmaya ke mun tashaddud rafa' Allah.</w:t>
      </w:r>
    </w:p>
    <w:p>
      <w:pPr>
        <w:jc w:val="right"/>
      </w:pPr>
      <w:r>
        <w:t>یہ نہیں فرمایا کہ من تشدد رفاع اللہ۔</w:t>
      </w:r>
    </w:p>
    <w:p>
      <w:r>
        <w:rPr>
          <w:b/>
        </w:rPr>
        <w:t xml:space="preserve">[41:03] </w:t>
      </w:r>
      <w:r>
        <w:t>jo ladai karta hai, jo suicide bang karta hai, suicide bang, ladai, tashaddud, us ko Allah buland karta hai.</w:t>
      </w:r>
    </w:p>
    <w:p>
      <w:pPr>
        <w:jc w:val="right"/>
      </w:pPr>
      <w:r>
        <w:t>جو لڑائی کرتا ہے، جو suicide بانگ کرتا ہے، suicide بانگ، لڑائی، تشدد، اس کو اللہ بلند کرتا ہے۔</w:t>
      </w:r>
    </w:p>
    <w:p>
      <w:r>
        <w:rPr>
          <w:b/>
        </w:rPr>
        <w:t xml:space="preserve">[41:09] </w:t>
      </w:r>
      <w:r>
        <w:t>yeh to kahin hai nahin.</w:t>
      </w:r>
    </w:p>
    <w:p>
      <w:pPr>
        <w:jc w:val="right"/>
      </w:pPr>
      <w:r>
        <w:t>یہ تو کہیں ہے نہیں۔</w:t>
      </w:r>
    </w:p>
    <w:p>
      <w:r>
        <w:rPr>
          <w:b/>
        </w:rPr>
        <w:t xml:space="preserve">[41:14] </w:t>
      </w:r>
      <w:r>
        <w:t>to musalmanon ko aakhri waqt aa gaya hai ke woh rethinking karein.</w:t>
      </w:r>
    </w:p>
    <w:p>
      <w:pPr>
        <w:jc w:val="right"/>
      </w:pPr>
      <w:r>
        <w:t>تو مسلمانوں کو آخری وقت آگیا ہے کہ وہ rethinking کریں۔</w:t>
      </w:r>
    </w:p>
    <w:p>
      <w:r>
        <w:rPr>
          <w:b/>
        </w:rPr>
        <w:t xml:space="preserve">[41:20] </w:t>
      </w:r>
      <w:r>
        <w:t>woh mukammal tor par chhod dein ladai jhagde ko.</w:t>
      </w:r>
    </w:p>
    <w:p>
      <w:pPr>
        <w:jc w:val="right"/>
      </w:pPr>
      <w:r>
        <w:t>وہ مکمل طور پر چھوڑ دیں لڑائی جھگڑے کو۔</w:t>
      </w:r>
    </w:p>
    <w:p>
      <w:r>
        <w:rPr>
          <w:b/>
        </w:rPr>
        <w:t xml:space="preserve">[41:26] </w:t>
      </w:r>
      <w:r>
        <w:t>mukammal tor par.</w:t>
      </w:r>
    </w:p>
    <w:p>
      <w:pPr>
        <w:jc w:val="right"/>
      </w:pPr>
      <w:r>
        <w:t>مکمل طور پر۔</w:t>
      </w:r>
    </w:p>
    <w:p>
      <w:r>
        <w:rPr>
          <w:b/>
        </w:rPr>
        <w:t xml:space="preserve">[41:32] </w:t>
      </w:r>
      <w:r>
        <w:t>nafrat ko chhoden, tashaddud ko chhoden.</w:t>
      </w:r>
    </w:p>
    <w:p>
      <w:pPr>
        <w:jc w:val="right"/>
      </w:pPr>
      <w:r>
        <w:t>نفرت کو چھوڑیں، تشدد کو چھوڑیں۔</w:t>
      </w:r>
    </w:p>
    <w:p>
      <w:r>
        <w:rPr>
          <w:b/>
        </w:rPr>
        <w:t xml:space="preserve">[41:38] </w:t>
      </w:r>
      <w:r>
        <w:t>hathiyaron ko daal dijiye samandar mein, zameen mein dafan kar dijiye.</w:t>
      </w:r>
    </w:p>
    <w:p>
      <w:pPr>
        <w:jc w:val="right"/>
      </w:pPr>
      <w:r>
        <w:t>ہتھیاروں کو ڈال دیجیے سمندر میں، زمین میں دفن کر دیجیے۔</w:t>
      </w:r>
    </w:p>
    <w:p>
      <w:r>
        <w:rPr>
          <w:b/>
        </w:rPr>
        <w:t xml:space="preserve">[41:43] </w:t>
      </w:r>
      <w:r>
        <w:t>tab ja kar musalmanon mein koi nai beginning hogi, naya aaghaz hoga.</w:t>
      </w:r>
    </w:p>
    <w:p>
      <w:pPr>
        <w:jc w:val="right"/>
      </w:pPr>
      <w:r>
        <w:t>تب جا کر مسلمانوں میں کوئی نئی beginning ہوگی، نیا آغاز ہوگا۔</w:t>
      </w:r>
    </w:p>
    <w:p>
      <w:r>
        <w:rPr>
          <w:b/>
        </w:rPr>
        <w:t xml:space="preserve">[41:49] </w:t>
      </w:r>
      <w:r>
        <w:t>ek safar mein mujh se ek arab sheikh ne kaha ke mun an yani hamare liye starting point</w:t>
      </w:r>
    </w:p>
    <w:p>
      <w:pPr>
        <w:jc w:val="right"/>
      </w:pPr>
      <w:r>
        <w:t>ایک سفر میں مجھ سے ایک عرب شیخ نے کہا کہ من ان یعنی ہمارے لیے starting point</w:t>
      </w:r>
    </w:p>
    <w:p>
      <w:r>
        <w:rPr>
          <w:b/>
        </w:rPr>
        <w:t xml:space="preserve">[41:55] </w:t>
      </w:r>
      <w:r>
        <w:t>kya hai? to maine kaha starting point yeh hai ke ab tak jo tha us ko khatam karen.</w:t>
      </w:r>
    </w:p>
    <w:p>
      <w:pPr>
        <w:jc w:val="right"/>
      </w:pPr>
      <w:r>
        <w:t>کیا ہے؟ تو میں نے کہا starting point یہ ہے کہ اب تک جو تھا اس کو ختم کریں۔</w:t>
      </w:r>
    </w:p>
    <w:p>
      <w:r>
        <w:rPr>
          <w:b/>
        </w:rPr>
        <w:t xml:space="preserve">[42:01] </w:t>
      </w:r>
      <w:r>
        <w:t>ab tak jo hum kar rahe the us ko band karen.</w:t>
      </w:r>
    </w:p>
    <w:p>
      <w:pPr>
        <w:jc w:val="right"/>
      </w:pPr>
      <w:r>
        <w:t>اب تک جو ہم کر رہے تھے اس کو بند کریں۔</w:t>
      </w:r>
    </w:p>
    <w:p>
      <w:r>
        <w:rPr>
          <w:b/>
        </w:rPr>
        <w:t xml:space="preserve">[42:07] </w:t>
      </w:r>
      <w:r>
        <w:t>tab hamara starting point khulega hamare liye.</w:t>
      </w:r>
    </w:p>
    <w:p>
      <w:pPr>
        <w:jc w:val="right"/>
      </w:pPr>
      <w:r>
        <w:t>تب ہمارا starting point کھلے گا ہمارے لیے۔</w:t>
      </w:r>
    </w:p>
    <w:p>
      <w:r>
        <w:rPr>
          <w:b/>
        </w:rPr>
        <w:t xml:space="preserve">[42:12] </w:t>
      </w:r>
      <w:r>
        <w:t>is se pehle khulega nahin.</w:t>
      </w:r>
    </w:p>
    <w:p>
      <w:pPr>
        <w:jc w:val="right"/>
      </w:pPr>
      <w:r>
        <w:t>اس سے پہلے کھلے گا نہیں۔</w:t>
      </w:r>
    </w:p>
    <w:p>
      <w:r>
        <w:rPr>
          <w:b/>
        </w:rPr>
        <w:t xml:space="preserve">[42:18] </w:t>
      </w:r>
      <w:r>
        <w:t>jab hum tashaddud ka zehan khatam karenge tab ja kar hamare andar peaceful thinking aayegi, positive</w:t>
      </w:r>
    </w:p>
    <w:p>
      <w:pPr>
        <w:jc w:val="right"/>
      </w:pPr>
      <w:r>
        <w:t>جب ہم تشدد کا ذہن ختم کریں گے تب جا کر ہمارے اندر peaceful thinking آئے گی، positive</w:t>
      </w:r>
    </w:p>
    <w:p>
      <w:r>
        <w:rPr>
          <w:b/>
        </w:rPr>
        <w:t xml:space="preserve">[42:24] </w:t>
      </w:r>
      <w:r>
        <w:t>thinking aayegi.</w:t>
      </w:r>
    </w:p>
    <w:p>
      <w:pPr>
        <w:jc w:val="right"/>
      </w:pPr>
      <w:r>
        <w:t>thinking آئے گی۔</w:t>
      </w:r>
    </w:p>
    <w:p>
      <w:r>
        <w:rPr>
          <w:b/>
        </w:rPr>
        <w:t xml:space="preserve">[42:30] </w:t>
      </w:r>
      <w:r>
        <w:t>tab hum is qabil honge ke nai buniyadon par apni re-planning kar saken.</w:t>
      </w:r>
    </w:p>
    <w:p>
      <w:pPr>
        <w:jc w:val="right"/>
      </w:pPr>
      <w:r>
        <w:t>تب ہم اس قابل ہوں گے کہ نئی بنیادوں پر اپنی re-planning کر سکیں۔</w:t>
      </w:r>
    </w:p>
    <w:p>
      <w:r>
        <w:rPr>
          <w:b/>
        </w:rPr>
        <w:t xml:space="preserve">[42:36] </w:t>
      </w:r>
      <w:r>
        <w:t>nai buniyadon par re-planning.</w:t>
      </w:r>
    </w:p>
    <w:p>
      <w:pPr>
        <w:jc w:val="right"/>
      </w:pPr>
      <w:r>
        <w:t>نئی بنیادوں پر re-planning۔</w:t>
      </w:r>
    </w:p>
    <w:p>
      <w:r>
        <w:rPr>
          <w:b/>
        </w:rPr>
        <w:t xml:space="preserve">[42:41] </w:t>
      </w:r>
      <w:r>
        <w:t>maine kai logon se kaha jo tashaddud ki baat karte hain ke aap ek martaba quran is</w:t>
      </w:r>
    </w:p>
    <w:p>
      <w:pPr>
        <w:jc w:val="right"/>
      </w:pPr>
      <w:r>
        <w:t>میں نے کئی لوگوں سے کہا جو تشدد کی بات کرتے ہیں کہ آپ ایک مرتبہ قرآن اس</w:t>
      </w:r>
    </w:p>
    <w:p>
      <w:r>
        <w:rPr>
          <w:b/>
        </w:rPr>
        <w:t xml:space="preserve">[42:47] </w:t>
      </w:r>
      <w:r>
        <w:t>dard tak padhiye.</w:t>
      </w:r>
    </w:p>
    <w:p>
      <w:pPr>
        <w:jc w:val="right"/>
      </w:pPr>
      <w:r>
        <w:t>درد تک پڑھیے۔</w:t>
      </w:r>
    </w:p>
    <w:p>
      <w:r>
        <w:rPr>
          <w:b/>
        </w:rPr>
        <w:t xml:space="preserve">[42:53] </w:t>
      </w:r>
      <w:r>
        <w:t>aur dekhiye quran aap ko kya message de raha hai.</w:t>
      </w:r>
    </w:p>
    <w:p>
      <w:pPr>
        <w:jc w:val="right"/>
      </w:pPr>
      <w:r>
        <w:t>اور دیکھیے قرآن آپ کو کیا message دے رہا ہے۔</w:t>
      </w:r>
    </w:p>
    <w:p>
      <w:r>
        <w:rPr>
          <w:b/>
        </w:rPr>
        <w:t xml:space="preserve">[42:59] </w:t>
      </w:r>
      <w:r>
        <w:t>poora quran ek baar padhiye.</w:t>
      </w:r>
    </w:p>
    <w:p>
      <w:pPr>
        <w:jc w:val="right"/>
      </w:pPr>
      <w:r>
        <w:t>پورا قرآن ایک بار پڑھیے۔</w:t>
      </w:r>
    </w:p>
    <w:p>
      <w:r>
        <w:rPr>
          <w:b/>
        </w:rPr>
        <w:t xml:space="preserve">[43:05] </w:t>
      </w:r>
      <w:r>
        <w:t>kya message de raha hai.</w:t>
      </w:r>
    </w:p>
    <w:p>
      <w:pPr>
        <w:jc w:val="right"/>
      </w:pPr>
      <w:r>
        <w:t>کیا message دے رہا ہے۔</w:t>
      </w:r>
    </w:p>
    <w:p>
      <w:r>
        <w:rPr>
          <w:b/>
        </w:rPr>
        <w:t xml:space="preserve">[43:11] </w:t>
      </w:r>
      <w:r>
        <w:t>to aap payenge quran mein jo message hai woh to hamd ka message hai, peace ka message hai.</w:t>
      </w:r>
    </w:p>
    <w:p>
      <w:pPr>
        <w:jc w:val="right"/>
      </w:pPr>
      <w:r>
        <w:t>تو آپ پائیں گے قرآن میں جو message ہے وہ تو حمد کا message ہے، peace کا message ہے۔</w:t>
      </w:r>
    </w:p>
    <w:p>
      <w:r>
        <w:rPr>
          <w:b/>
        </w:rPr>
        <w:t xml:space="preserve">[43:16] </w:t>
      </w:r>
      <w:r>
        <w:t>to kya ke quran poora ka poora yeh keh raha hai ke apni policy ko badlo. rethinking karo.</w:t>
      </w:r>
    </w:p>
    <w:p>
      <w:pPr>
        <w:jc w:val="right"/>
      </w:pPr>
      <w:r>
        <w:t>تو کیا کہ قرآن پورا کا پورا یہ کہہ رہا ہے کہ اپنی policy کو بدلو۔ rethinking کرو۔</w:t>
      </w:r>
    </w:p>
    <w:p>
      <w:r>
        <w:rPr>
          <w:b/>
        </w:rPr>
        <w:t xml:space="preserve">[43:22] </w:t>
      </w:r>
      <w:r>
        <w:t>u-turn lo.</w:t>
      </w:r>
    </w:p>
    <w:p>
      <w:pPr>
        <w:jc w:val="right"/>
      </w:pPr>
      <w:r>
        <w:t>یو ٹرن لو۔</w:t>
      </w:r>
    </w:p>
    <w:p>
      <w:r>
        <w:rPr>
          <w:b/>
        </w:rPr>
        <w:t xml:space="preserve">[43:28] </w:t>
      </w:r>
      <w:r>
        <w:t>to main samajhta hoon ke ikkasveen sadi mein pahunch kar ab aakhri waqt aa gaya hai ke musalman u-turn len.</w:t>
      </w:r>
    </w:p>
    <w:p>
      <w:pPr>
        <w:jc w:val="right"/>
      </w:pPr>
      <w:r>
        <w:t>تو میں سمجھتا ہوں کہ اکیسویں صدی میں پہنچ کر اب آخری وقت آگیا ہے کہ مسلمان یو ٹرن لیں۔</w:t>
      </w:r>
    </w:p>
    <w:p>
      <w:r>
        <w:rPr>
          <w:b/>
        </w:rPr>
        <w:t xml:space="preserve">[43:34] </w:t>
      </w:r>
      <w:r>
        <w:t>jitni jald u-turn liya jaye utni jald jald acha hai.</w:t>
      </w:r>
    </w:p>
    <w:p>
      <w:pPr>
        <w:jc w:val="right"/>
      </w:pPr>
      <w:r>
        <w:t>جتنی جلد یو ٹرن لیا جائے اتنی جلد جلد اچھا ہے۔</w:t>
      </w:r>
    </w:p>
    <w:p>
      <w:r>
        <w:rPr>
          <w:b/>
        </w:rPr>
        <w:t xml:space="preserve">[43:40] </w:t>
      </w:r>
      <w:r>
        <w:t>kyun ke har lamha aap galat raste par aage badhte rahenge.</w:t>
      </w:r>
    </w:p>
    <w:p>
      <w:pPr>
        <w:jc w:val="right"/>
      </w:pPr>
      <w:r>
        <w:t>کیونکہ ہر لمحہ آپ غلط راستے پر آگے بڑھتے رہیں گے۔</w:t>
      </w:r>
    </w:p>
    <w:p>
      <w:r>
        <w:rPr>
          <w:b/>
        </w:rPr>
        <w:t xml:space="preserve">[43:45] </w:t>
      </w:r>
      <w:r>
        <w:t>insan ka jo safar hai har lamha kisi taraf badh raha hai.</w:t>
      </w:r>
    </w:p>
    <w:p>
      <w:pPr>
        <w:jc w:val="right"/>
      </w:pPr>
      <w:r>
        <w:t>انسان کا جو سفر ہے ہر لمحہ کسی طرف بڑھ رہا ہے۔</w:t>
      </w:r>
    </w:p>
    <w:p>
      <w:r>
        <w:rPr>
          <w:b/>
        </w:rPr>
        <w:t xml:space="preserve">[43:51] </w:t>
      </w:r>
      <w:r>
        <w:t>har lamha kisi taraf badh raha hai.</w:t>
      </w:r>
    </w:p>
    <w:p>
      <w:pPr>
        <w:jc w:val="right"/>
      </w:pPr>
      <w:r>
        <w:t>ہر لمحہ کسی طرف بڑھ رہا ہے۔</w:t>
      </w:r>
    </w:p>
    <w:p>
      <w:r>
        <w:rPr>
          <w:b/>
        </w:rPr>
        <w:t xml:space="preserve">[43:57] </w:t>
      </w:r>
      <w:r>
        <w:t>to agar aap ne apni apne aap ko galat rukh par dauda diya hai to har lamha aap</w:t>
      </w:r>
    </w:p>
    <w:p>
      <w:pPr>
        <w:jc w:val="right"/>
      </w:pPr>
      <w:r>
        <w:t>تو اگر آپ نے اپنی اپنے آپ کو غلط رخ پر دوڑا دیا ہے تو ہر لمحہ آپ</w:t>
      </w:r>
    </w:p>
    <w:p>
      <w:r>
        <w:rPr>
          <w:b/>
        </w:rPr>
        <w:t xml:space="preserve">[44:03] </w:t>
      </w:r>
      <w:r>
        <w:t>ka ghalat rukh par safar aap ko ghalat rukh par barha raha hai.</w:t>
      </w:r>
    </w:p>
    <w:p>
      <w:pPr>
        <w:jc w:val="right"/>
      </w:pPr>
      <w:r>
        <w:t>کا غلط رخ پر سفر آپ کو غلط رخ پر بڑھا رہا ہے۔</w:t>
      </w:r>
    </w:p>
    <w:p>
      <w:r>
        <w:rPr>
          <w:b/>
        </w:rPr>
        <w:t xml:space="preserve">[44:09] </w:t>
      </w:r>
      <w:r>
        <w:t>har lamha aap ka safar ghalat rukh par aap ko aagay le ja raha hai. har lamha.</w:t>
      </w:r>
    </w:p>
    <w:p>
      <w:pPr>
        <w:jc w:val="right"/>
      </w:pPr>
      <w:r>
        <w:t>ہر لمحہ آپ کا سفر غلط رخ پر آپ کو آگے لے جا رہا ہے۔ ہر لمحہ۔</w:t>
      </w:r>
    </w:p>
    <w:p>
      <w:r>
        <w:rPr>
          <w:b/>
        </w:rPr>
        <w:t xml:space="preserve">[44:14] </w:t>
      </w:r>
      <w:r>
        <w:t>is liye without further delay within second aap ko u-turn lena hai.</w:t>
      </w:r>
    </w:p>
    <w:p>
      <w:pPr>
        <w:jc w:val="right"/>
      </w:pPr>
      <w:r>
        <w:t>اس لیے without further delay within سیکنڈ آپ کو یو ٹرن لینا ہے۔</w:t>
      </w:r>
    </w:p>
    <w:p>
      <w:r>
        <w:rPr>
          <w:b/>
        </w:rPr>
        <w:t xml:space="preserve">[44:20] </w:t>
      </w:r>
      <w:r>
        <w:t>yahi dekhiye yeh sunnat-e-rasool hai, yahi quran ki taleem hai, yeh aql ka taqaza hai.</w:t>
      </w:r>
    </w:p>
    <w:p>
      <w:pPr>
        <w:jc w:val="right"/>
      </w:pPr>
      <w:r>
        <w:t>یہی دیکھیے یہ سنت رسول ہے، یہی قرآن کی تعلیم ہے، یہ عقل کا تقاضا ہے۔</w:t>
      </w:r>
    </w:p>
    <w:p>
      <w:r>
        <w:rPr>
          <w:b/>
        </w:rPr>
        <w:t xml:space="preserve">[44:26] </w:t>
      </w:r>
      <w:r>
        <w:t>aik hadith hai ke al-hikmat dalat-ul-momin aain wajadaha fa-huwa ahlaq. hikmat hikmat mani hai wisdom ke wisdom</w:t>
      </w:r>
    </w:p>
    <w:p>
      <w:pPr>
        <w:jc w:val="right"/>
      </w:pPr>
      <w:r>
        <w:t>ایک حدیث ہے کہ الحکمت ذالة المومن أين وجدها فوها قبحا حکمت حکمت معنی ہے wisdom کہ wisdom</w:t>
      </w:r>
    </w:p>
    <w:p>
      <w:r>
        <w:rPr>
          <w:b/>
        </w:rPr>
        <w:t xml:space="preserve">[44:32] </w:t>
      </w:r>
      <w:r>
        <w:t>momin ka khoya hua maal hai.</w:t>
      </w:r>
    </w:p>
    <w:p>
      <w:pPr>
        <w:jc w:val="right"/>
      </w:pPr>
      <w:r>
        <w:t>مومن کا کھویا ہوا مال ہے۔</w:t>
      </w:r>
    </w:p>
    <w:p>
      <w:r>
        <w:rPr>
          <w:b/>
        </w:rPr>
        <w:t xml:space="preserve">[44:38] </w:t>
      </w:r>
      <w:r>
        <w:t>jahan mil jaye woh isi ka hai.</w:t>
      </w:r>
    </w:p>
    <w:p>
      <w:pPr>
        <w:jc w:val="right"/>
      </w:pPr>
      <w:r>
        <w:t>جہاں مل جائے وہ اسی کا ہے۔</w:t>
      </w:r>
    </w:p>
    <w:p>
      <w:r>
        <w:rPr>
          <w:b/>
        </w:rPr>
        <w:t xml:space="preserve">[44:43] </w:t>
      </w:r>
      <w:r>
        <w:t>to is zamane mein wisdom ki sab se bari misaal jo hai woh yeh hai ke japan ne</w:t>
      </w:r>
    </w:p>
    <w:p>
      <w:pPr>
        <w:jc w:val="right"/>
      </w:pPr>
      <w:r>
        <w:t>تو اس زمانے میں wisdom کی سب سے بڑی مثال جو ہے وہ یہ ہے کہ جاپان نے</w:t>
      </w:r>
    </w:p>
    <w:p>
      <w:r>
        <w:rPr>
          <w:b/>
        </w:rPr>
        <w:t xml:space="preserve">[44:49] </w:t>
      </w:r>
      <w:r>
        <w:t>u-turn liya, germany ne u-turn liya, france ne u-turn liya, britania ne u-turn liya,</w:t>
      </w:r>
    </w:p>
    <w:p>
      <w:pPr>
        <w:jc w:val="right"/>
      </w:pPr>
      <w:r>
        <w:t>یو ٹرن لیا، جرمنی نے یو ٹرن لیا، فرانس نے یو ٹرن لیا، برطانیہ نے یو ٹرن لیا،</w:t>
      </w:r>
    </w:p>
    <w:p>
      <w:r>
        <w:rPr>
          <w:b/>
        </w:rPr>
        <w:t xml:space="preserve">[44:55] </w:t>
      </w:r>
      <w:r>
        <w:t>hata ke roos ne u-turn liya.</w:t>
      </w:r>
    </w:p>
    <w:p>
      <w:pPr>
        <w:jc w:val="right"/>
      </w:pPr>
      <w:r>
        <w:t>حتیٰ کہ روس نے یو ٹرن لیا۔</w:t>
      </w:r>
    </w:p>
    <w:p>
      <w:r>
        <w:rPr>
          <w:b/>
        </w:rPr>
        <w:t xml:space="preserve">[45:01] </w:t>
      </w:r>
      <w:r>
        <w:t>to yeh sab se bari wisdom hai jo aap ko pukaar rahi hai.</w:t>
      </w:r>
    </w:p>
    <w:p>
      <w:pPr>
        <w:jc w:val="right"/>
      </w:pPr>
      <w:r>
        <w:t>تو یہ سب سے بڑی wisdom ہے جو آپ کو پکار رہی ہے۔</w:t>
      </w:r>
    </w:p>
    <w:p>
      <w:r>
        <w:rPr>
          <w:b/>
        </w:rPr>
        <w:t xml:space="preserve">[45:07] </w:t>
      </w:r>
      <w:r>
        <w:t>to yeh wisdom mil rahi hai kisi se bhi aap foran us ko le lijiye.</w:t>
      </w:r>
    </w:p>
    <w:p>
      <w:pPr>
        <w:jc w:val="right"/>
      </w:pPr>
      <w:r>
        <w:t>تو یہ wisdom مل رہی ہے کسی سے بھی آپ فوراً اس کو لے لیجیے۔</w:t>
      </w:r>
    </w:p>
    <w:p>
      <w:r>
        <w:rPr>
          <w:b/>
        </w:rPr>
        <w:t xml:space="preserve">[45:12] </w:t>
      </w:r>
      <w:r>
        <w:t>to meri dua hai ke Allah taala mujh ko aur aap ko tofeeq de ke hum is raat</w:t>
      </w:r>
    </w:p>
    <w:p>
      <w:pPr>
        <w:jc w:val="right"/>
      </w:pPr>
      <w:r>
        <w:t>تو میری دعا ہے کہ اللہ تعالیٰ مجھ کو اور آپ کو توفیق دے کہ ہم اس رات</w:t>
      </w:r>
    </w:p>
    <w:p>
      <w:r>
        <w:rPr>
          <w:b/>
        </w:rPr>
        <w:t xml:space="preserve">[45:18] </w:t>
      </w:r>
      <w:r>
        <w:t>ko samjhein aur kisi taakhir ke baghair naya faisla karein.</w:t>
      </w:r>
    </w:p>
    <w:p>
      <w:pPr>
        <w:jc w:val="right"/>
      </w:pPr>
      <w:r>
        <w:t>کو سمجھیں اور کسی تاخیر کے بغیر نیا فیصلہ کریں۔</w:t>
      </w:r>
    </w:p>
    <w:p>
      <w:r>
        <w:rPr>
          <w:b/>
        </w:rPr>
        <w:t xml:space="preserve">[45:24] </w:t>
      </w:r>
      <w:r>
        <w:t>kisi taakhir ke baghair, kisi mazeed taakhir ke baghair naya faisla lein.</w:t>
      </w:r>
    </w:p>
    <w:p>
      <w:pPr>
        <w:jc w:val="right"/>
      </w:pPr>
      <w:r>
        <w:t>کسی تاخیر کے بغیر، کسی مزید تاخیر کے بغیر نیا فیصلہ لیں۔</w:t>
      </w:r>
    </w:p>
    <w:p>
      <w:r>
        <w:rPr>
          <w:b/>
        </w:rPr>
        <w:t xml:space="preserve">[45:30] </w:t>
      </w:r>
      <w:r>
        <w:t>assalam-o-alaikum wa rehmat-ullah.</w:t>
      </w:r>
    </w:p>
    <w:p>
      <w:pPr>
        <w:jc w:val="right"/>
      </w:pPr>
      <w:r>
        <w:t>السلام علیکم ورحمتہ اللہ۔</w:t>
      </w:r>
    </w:p>
    <w:p>
      <w:r>
        <w:rPr>
          <w:b/>
        </w:rPr>
        <w:t xml:space="preserve">[45:36] </w:t>
      </w:r>
      <w:r>
        <w:t>aik khushkhabri dena chahta hoon.</w:t>
      </w:r>
    </w:p>
    <w:p>
      <w:pPr>
        <w:jc w:val="right"/>
      </w:pPr>
      <w:r>
        <w:t>ایک خوشخبری دینا چاہتا ہوں۔</w:t>
      </w:r>
    </w:p>
    <w:p>
      <w:r>
        <w:rPr>
          <w:b/>
        </w:rPr>
        <w:t xml:space="preserve">[45:41] </w:t>
      </w:r>
      <w:r>
        <w:t>yeh mukammal quran ka tarjuma hai malyalam zaban mein.</w:t>
      </w:r>
    </w:p>
    <w:p>
      <w:pPr>
        <w:jc w:val="right"/>
      </w:pPr>
      <w:r>
        <w:t>یہ مکمل قرآن کا ترجمہ ہے مالی عالم زبان میں۔</w:t>
      </w:r>
    </w:p>
    <w:p>
      <w:r>
        <w:rPr>
          <w:b/>
        </w:rPr>
        <w:t xml:space="preserve">[45:47] </w:t>
      </w:r>
      <w:r>
        <w:t>aaj jab mein is ko release kar raha hoon to mujhe aik purana waqia yaad aata hai.</w:t>
      </w:r>
    </w:p>
    <w:p>
      <w:pPr>
        <w:jc w:val="right"/>
      </w:pPr>
      <w:r>
        <w:t>آج جب میں اس کو release کر رہا ہوں تو مجھے ایک پرانا واقعہ یاد آتا ہے۔</w:t>
      </w:r>
    </w:p>
    <w:p>
      <w:r>
        <w:rPr>
          <w:b/>
        </w:rPr>
        <w:t xml:space="preserve">[45:53] </w:t>
      </w:r>
      <w:r>
        <w:t>mere bare bhai ne 1944 mein aik business shuru kiya tha.</w:t>
      </w:r>
    </w:p>
    <w:p>
      <w:pPr>
        <w:jc w:val="right"/>
      </w:pPr>
      <w:r>
        <w:t>میرے بڑے بھائی نے 1944 میں میں ایک business شروع کیا تھا۔</w:t>
      </w:r>
    </w:p>
    <w:p>
      <w:r>
        <w:rPr>
          <w:b/>
        </w:rPr>
        <w:t xml:space="preserve">[45:59] </w:t>
      </w:r>
      <w:r>
        <w:t>mein to unhon ne is is business ka market hua karta tha zyada south mein.</w:t>
      </w:r>
    </w:p>
    <w:p>
      <w:pPr>
        <w:jc w:val="right"/>
      </w:pPr>
      <w:r>
        <w:t>میں تو انہوں نے اس اس business کا market ہوا کرتا تھا زیادہ south میں۔</w:t>
      </w:r>
    </w:p>
    <w:p>
      <w:r>
        <w:rPr>
          <w:b/>
        </w:rPr>
        <w:t xml:space="preserve">[46:05] </w:t>
      </w:r>
      <w:r>
        <w:t>to mujhe unhon ne bheja is ke mein logon ko ja kar is ko introduce karoon.</w:t>
      </w:r>
    </w:p>
    <w:p>
      <w:pPr>
        <w:jc w:val="right"/>
      </w:pPr>
      <w:r>
        <w:t>تو مجھے انہوں نے بھیجا اس کے میں لوگوں کو جا کر اس کو introduce کروں۔</w:t>
      </w:r>
    </w:p>
    <w:p>
      <w:r>
        <w:rPr>
          <w:b/>
        </w:rPr>
        <w:t xml:space="preserve">[46:10] </w:t>
      </w:r>
      <w:r>
        <w:t>to mein gaya aur phir mein kerala bhi gaya.</w:t>
      </w:r>
    </w:p>
    <w:p>
      <w:pPr>
        <w:jc w:val="right"/>
      </w:pPr>
      <w:r>
        <w:t>تو میں گیا اور پھر میں کیرلا بھی گیا۔</w:t>
      </w:r>
    </w:p>
    <w:p>
      <w:r>
        <w:rPr>
          <w:b/>
        </w:rPr>
        <w:t xml:space="preserve">[46:16] </w:t>
      </w:r>
      <w:r>
        <w:t>to kerala mein aik mein train se utra to meri mulaqat hui aik aik father se, christian father se.</w:t>
      </w:r>
    </w:p>
    <w:p>
      <w:pPr>
        <w:jc w:val="right"/>
      </w:pPr>
      <w:r>
        <w:t>تو کیرلا میں ایک میں train سے اترا تو میری ملاقات ہوئی ایک ایک father سے، Christian father سے۔</w:t>
      </w:r>
    </w:p>
    <w:p>
      <w:r>
        <w:rPr>
          <w:b/>
        </w:rPr>
        <w:t xml:space="preserve">[46:22] </w:t>
      </w:r>
      <w:r>
        <w:t>unhon ne apni jeeb se bible ka aik pocket translation nikala, pocket size ka, aur mujhe diya.</w:t>
      </w:r>
    </w:p>
    <w:p>
      <w:pPr>
        <w:jc w:val="right"/>
      </w:pPr>
      <w:r>
        <w:t>انہوں نے اپنی جیب سے بائبل کا ایک pocket translation نکالا، pocket size کا، اور مجھے دیا۔</w:t>
      </w:r>
    </w:p>
    <w:p>
      <w:r>
        <w:rPr>
          <w:b/>
        </w:rPr>
        <w:t xml:space="preserve">[46:28] </w:t>
      </w:r>
      <w:r>
        <w:t>is waqt mere dil mein aaya tha ke kya mein bhi quran isi tarah logon ko pohncha sakta hoon.</w:t>
      </w:r>
    </w:p>
    <w:p>
      <w:pPr>
        <w:jc w:val="right"/>
      </w:pPr>
      <w:r>
        <w:t>اس وقت میرے دل میں آیا تھا کہ کیا میں بھی قرآن اسی طرح لوگوں کو پہنچا سکتا ہوں۔</w:t>
      </w:r>
    </w:p>
    <w:p>
      <w:r>
        <w:rPr>
          <w:b/>
        </w:rPr>
        <w:t xml:space="preserve">[46:34] </w:t>
      </w:r>
      <w:r>
        <w:t>to is waqt maloom hua ke bilkul naam ke hain mere liye.</w:t>
      </w:r>
    </w:p>
    <w:p>
      <w:pPr>
        <w:jc w:val="right"/>
      </w:pPr>
      <w:r>
        <w:t>تو اس وقت معلوم ہوا کہ بالکل نام کے ہیں میرے لیے۔</w:t>
      </w:r>
    </w:p>
    <w:p>
      <w:r>
        <w:rPr>
          <w:b/>
        </w:rPr>
        <w:t xml:space="preserve">[46:39] </w:t>
      </w:r>
      <w:r>
        <w:t>kyunke mein is waqt na hamare paas shipes thi, na good word tha, na team thi.</w:t>
      </w:r>
    </w:p>
    <w:p>
      <w:pPr>
        <w:jc w:val="right"/>
      </w:pPr>
      <w:r>
        <w:t>کیونکہ میں اس وقت نہ ہمارے پاس شیپیس تھی، نہ good word تھا، نہ ٹیم تھی۔</w:t>
      </w:r>
    </w:p>
    <w:p>
      <w:r>
        <w:rPr>
          <w:b/>
        </w:rPr>
        <w:t xml:space="preserve">[46:45] </w:t>
      </w:r>
      <w:r>
        <w:t>hum dilli mein bhi nahi thay is waqt.</w:t>
      </w:r>
    </w:p>
    <w:p>
      <w:pPr>
        <w:jc w:val="right"/>
      </w:pPr>
      <w:r>
        <w:t>ہم دلی میں بھی نہیں تھے اس وقت۔</w:t>
      </w:r>
    </w:p>
    <w:p>
      <w:r>
        <w:rPr>
          <w:b/>
        </w:rPr>
        <w:t xml:space="preserve">[46:51] </w:t>
      </w:r>
      <w:r>
        <w:t>kuch bhi nahi tha.</w:t>
      </w:r>
    </w:p>
    <w:p>
      <w:pPr>
        <w:jc w:val="right"/>
      </w:pPr>
      <w:r>
        <w:t>کچھ بھی نہیں تھا۔</w:t>
      </w:r>
    </w:p>
    <w:p>
      <w:r>
        <w:rPr>
          <w:b/>
        </w:rPr>
        <w:t xml:space="preserve">[46:57] </w:t>
      </w:r>
      <w:r>
        <w:t>is waqt yeh ek distant dream lagta tha.</w:t>
      </w:r>
    </w:p>
    <w:p>
      <w:pPr>
        <w:jc w:val="right"/>
      </w:pPr>
      <w:r>
        <w:t>اس وقت یہ ایک distant dream لگتا تھا۔</w:t>
      </w:r>
    </w:p>
    <w:p>
      <w:r>
        <w:rPr>
          <w:b/>
        </w:rPr>
        <w:t xml:space="preserve">[47:03] </w:t>
      </w:r>
      <w:r>
        <w:t>lekin hamare sathiyon ne kaam kiya.</w:t>
      </w:r>
    </w:p>
    <w:p>
      <w:pPr>
        <w:jc w:val="right"/>
      </w:pPr>
      <w:r>
        <w:t>لیکن ہمارے ساتھیوں نے کام کیا۔</w:t>
      </w:r>
    </w:p>
    <w:p>
      <w:r>
        <w:rPr>
          <w:b/>
        </w:rPr>
        <w:t xml:space="preserve">[47:08] </w:t>
      </w:r>
      <w:r>
        <w:t>aur aaj yeh mali alam ka mukammal tarjuma pocket size mein aap ke samne maujood hai.</w:t>
      </w:r>
    </w:p>
    <w:p>
      <w:pPr>
        <w:jc w:val="right"/>
      </w:pPr>
      <w:r>
        <w:t>اور آج یہ مالی عالم کا مکمل ترجمہ pocket size میں آپ کے سامنے موجود ہے۔</w:t>
      </w:r>
    </w:p>
    <w:p>
      <w:r>
        <w:rPr>
          <w:b/>
        </w:rPr>
        <w:t xml:space="preserve">[47:14] </w:t>
      </w:r>
      <w:r>
        <w:t>mein dua karta hoon ke yeh tarjuma logon ke darmiyan phailay.</w:t>
      </w:r>
    </w:p>
    <w:p>
      <w:pPr>
        <w:jc w:val="right"/>
      </w:pPr>
      <w:r>
        <w:t>میں دعا کرتا ہوں کہ یہ ترجمہ لوگوں کے درمیان پھیلے۔</w:t>
      </w:r>
    </w:p>
    <w:p>
      <w:r>
        <w:rPr>
          <w:b/>
        </w:rPr>
        <w:t xml:space="preserve">[47:20] </w:t>
      </w:r>
      <w:r>
        <w:t>mali alam janne walon ke darmiyan khoob khoob phailay yeh.</w:t>
      </w:r>
    </w:p>
    <w:p>
      <w:pPr>
        <w:jc w:val="right"/>
      </w:pPr>
      <w:r>
        <w:t>مالی عالم جاننے والوں کے درمیان خوب خوب پھیلے یہ۔</w:t>
      </w:r>
    </w:p>
    <w:p>
      <w:r>
        <w:rPr>
          <w:b/>
        </w:rPr>
        <w:t xml:space="preserve">[47:26] </w:t>
      </w:r>
      <w:r>
        <w:t>aur un ko Allah taala is kitab ke zariye se hidayat farmaye. Ameen.</w:t>
      </w:r>
    </w:p>
    <w:p>
      <w:pPr>
        <w:jc w:val="right"/>
      </w:pPr>
      <w:r>
        <w:t>اور ان کو اللہ تعالیٰ اس کتاب کے ذریعے سے ہدایت فرمائے۔ آمین۔</w:t>
      </w:r>
    </w:p>
    <w:p>
      <w:r>
        <w:rPr>
          <w:b/>
        </w:rPr>
        <w:t xml:space="preserve">[47:32] </w:t>
      </w:r>
      <w:r>
        <w:t>Okay we will be starting with the question answer session now.</w:t>
      </w:r>
    </w:p>
    <w:p>
      <w:pPr>
        <w:jc w:val="right"/>
      </w:pPr>
      <w:r>
        <w:t>Okay we will be starting with the question answer session now.</w:t>
      </w:r>
    </w:p>
    <w:p>
      <w:r>
        <w:rPr>
          <w:b/>
        </w:rPr>
        <w:t xml:space="preserve">[47:38] </w:t>
      </w:r>
      <w:r>
        <w:t>Aa The viewers are requested to send their questions aa at info at cps global dot org.</w:t>
      </w:r>
    </w:p>
    <w:p>
      <w:pPr>
        <w:jc w:val="right"/>
      </w:pPr>
      <w:r>
        <w:t>آ The viewers are requested to send their questions آ at info at cps global dot org۔</w:t>
      </w:r>
    </w:p>
    <w:p>
      <w:r>
        <w:rPr>
          <w:b/>
        </w:rPr>
        <w:t xml:space="preserve">[47:45] </w:t>
      </w:r>
      <w:r>
        <w:t>Maulana aa this first question has come from Altamash Khan aa from Maharashtra.</w:t>
      </w:r>
    </w:p>
    <w:p>
      <w:pPr>
        <w:jc w:val="right"/>
      </w:pPr>
      <w:r>
        <w:t>مولانا آ this first question has come from Altamash Khan آ from Maharashtra۔</w:t>
      </w:r>
    </w:p>
    <w:p>
      <w:r>
        <w:rPr>
          <w:b/>
        </w:rPr>
        <w:t xml:space="preserve">[47:50] </w:t>
      </w:r>
      <w:r>
        <w:t>And he asks you Maulana I am a teacher but where I work there is all around Hindu.</w:t>
      </w:r>
    </w:p>
    <w:p>
      <w:pPr>
        <w:jc w:val="right"/>
      </w:pPr>
      <w:r>
        <w:t>And he asks you مولانا I am a teacher but where I work there is all around Hindu۔</w:t>
      </w:r>
    </w:p>
    <w:p>
      <w:r>
        <w:rPr>
          <w:b/>
        </w:rPr>
        <w:t xml:space="preserve">[47:58] </w:t>
      </w:r>
      <w:r>
        <w:t>And I want to start Dawa in my school.</w:t>
      </w:r>
    </w:p>
    <w:p>
      <w:pPr>
        <w:jc w:val="right"/>
      </w:pPr>
      <w:r>
        <w:t>And I want to start Dawa in my school۔</w:t>
      </w:r>
    </w:p>
    <w:p>
      <w:r>
        <w:rPr>
          <w:b/>
        </w:rPr>
        <w:t xml:space="preserve">[48:02] </w:t>
      </w:r>
      <w:r>
        <w:t>How should I start Dawa in my school? And what should I keep in mind to make them</w:t>
      </w:r>
    </w:p>
    <w:p>
      <w:pPr>
        <w:jc w:val="right"/>
      </w:pPr>
      <w:r>
        <w:t>How should I start Dawa in my school؟ And what should I keep in mind to make them</w:t>
      </w:r>
    </w:p>
    <w:p>
      <w:r>
        <w:rPr>
          <w:b/>
        </w:rPr>
        <w:t xml:space="preserve">[48:10] </w:t>
      </w:r>
      <w:r>
        <w:t>read the Quran in their own language? Dekhen aap yeh zehan se nikaal dijiye ke Hindu log hain.</w:t>
      </w:r>
    </w:p>
    <w:p>
      <w:pPr>
        <w:jc w:val="right"/>
      </w:pPr>
      <w:r>
        <w:t>read the Quran in their own language؟ دیکھیں آپ یہ ذہن سے نکال دیجیے کہ ہندو لوگ ہیں۔</w:t>
      </w:r>
    </w:p>
    <w:p>
      <w:r>
        <w:rPr>
          <w:b/>
        </w:rPr>
        <w:t xml:space="preserve">[48:17] </w:t>
      </w:r>
      <w:r>
        <w:t>Aap ka ek insaan hai jaise main insaan hoon.</w:t>
      </w:r>
    </w:p>
    <w:p>
      <w:pPr>
        <w:jc w:val="right"/>
      </w:pPr>
      <w:r>
        <w:t>آپ کا ایک انسان ہے جیسے میں انسان ہوں۔</w:t>
      </w:r>
    </w:p>
    <w:p>
      <w:r>
        <w:rPr>
          <w:b/>
        </w:rPr>
        <w:t xml:space="preserve">[48:21] </w:t>
      </w:r>
      <w:r>
        <w:t>Beginning yahan se hogi ke main bhi insaan hoon, woh bhi insaan hoon.</w:t>
      </w:r>
    </w:p>
    <w:p>
      <w:pPr>
        <w:jc w:val="right"/>
      </w:pPr>
      <w:r>
        <w:t>Beginning یہاں سے ہوگی کہ میں بھی انسان ہوں، وہ بھی انسان ہوں۔</w:t>
      </w:r>
    </w:p>
    <w:p>
      <w:r>
        <w:rPr>
          <w:b/>
        </w:rPr>
        <w:t xml:space="preserve">[48:27] </w:t>
      </w:r>
      <w:r>
        <w:t>Yeh beginning hai.</w:t>
      </w:r>
    </w:p>
    <w:p>
      <w:pPr>
        <w:jc w:val="right"/>
      </w:pPr>
      <w:r>
        <w:t>یہ beginning ہے۔</w:t>
      </w:r>
    </w:p>
    <w:p>
      <w:r>
        <w:rPr>
          <w:b/>
        </w:rPr>
        <w:t xml:space="preserve">[48:28] </w:t>
      </w:r>
      <w:r>
        <w:t>Jaise Sudan ne Yahood ke bare mein kaha tha ke Alaihissalam jaise main insaan hoon, woh bhi</w:t>
      </w:r>
    </w:p>
    <w:p>
      <w:pPr>
        <w:jc w:val="right"/>
      </w:pPr>
      <w:r>
        <w:t>جیسے سودان نے یہود کے بارے میں کہا تھا کہ علیہ السلام جیسے میں انسان ہوں، وہ بھی</w:t>
      </w:r>
    </w:p>
    <w:p>
      <w:r>
        <w:rPr>
          <w:b/>
        </w:rPr>
        <w:t xml:space="preserve">[48:36] </w:t>
      </w:r>
      <w:r>
        <w:t>Yahood bhi insaan hain.</w:t>
      </w:r>
    </w:p>
    <w:p>
      <w:pPr>
        <w:jc w:val="right"/>
      </w:pPr>
      <w:r>
        <w:t>یہود بھی انسان ہیں۔</w:t>
      </w:r>
    </w:p>
    <w:p>
      <w:r>
        <w:rPr>
          <w:b/>
        </w:rPr>
        <w:t xml:space="preserve">[48:38] </w:t>
      </w:r>
      <w:r>
        <w:t>Sab ko insaan samajhna yahi dawat ka aaghaz hai.</w:t>
      </w:r>
    </w:p>
    <w:p>
      <w:pPr>
        <w:jc w:val="right"/>
      </w:pPr>
      <w:r>
        <w:t>سب کو انسان سمجھنا یہی دعوت کا آغاز ہے۔</w:t>
      </w:r>
    </w:p>
    <w:p>
      <w:r>
        <w:rPr>
          <w:b/>
        </w:rPr>
        <w:t xml:space="preserve">[48:42] </w:t>
      </w:r>
      <w:r>
        <w:t>Jab aap is tarah sochenge to saare raaste aap ko khul jayenge.</w:t>
      </w:r>
    </w:p>
    <w:p>
      <w:pPr>
        <w:jc w:val="right"/>
      </w:pPr>
      <w:r>
        <w:t>جب آپ اس طرح سوچیں گے تو سارے راستے آپ کو کھل جائیں گے۔</w:t>
      </w:r>
    </w:p>
    <w:p>
      <w:r>
        <w:rPr>
          <w:b/>
        </w:rPr>
        <w:t xml:space="preserve">[48:48] </w:t>
      </w:r>
      <w:r>
        <w:t>Yeh yahi soch rukawat hai ke main Muslim hoon, woh kisi doosre qaum ke log hain.</w:t>
      </w:r>
    </w:p>
    <w:p>
      <w:pPr>
        <w:jc w:val="right"/>
      </w:pPr>
      <w:r>
        <w:t>یہ یہی سوچ رکاوٹ ہے کہ میں مسلم ہوں، وہ کسی دوسرے قوم کے لوگ ہیں۔</w:t>
      </w:r>
    </w:p>
    <w:p>
      <w:r>
        <w:rPr>
          <w:b/>
        </w:rPr>
        <w:t xml:space="preserve">[48:54] </w:t>
      </w:r>
      <w:r>
        <w:t>To we and they ka concept hai, yeh rukawat hai.</w:t>
      </w:r>
    </w:p>
    <w:p>
      <w:pPr>
        <w:jc w:val="right"/>
      </w:pPr>
      <w:r>
        <w:t>تو we and they کا concept ہے، یہ رکاوٹ ہے۔</w:t>
      </w:r>
    </w:p>
    <w:p>
      <w:r>
        <w:rPr>
          <w:b/>
        </w:rPr>
        <w:t xml:space="preserve">[48:59] </w:t>
      </w:r>
      <w:r>
        <w:t>Main aur ghair ka soch rukawat hai.</w:t>
      </w:r>
    </w:p>
    <w:p>
      <w:pPr>
        <w:jc w:val="right"/>
      </w:pPr>
      <w:r>
        <w:t>میں اور غیر کا سوچ رکاوٹ ہے۔</w:t>
      </w:r>
    </w:p>
    <w:p>
      <w:r>
        <w:rPr>
          <w:b/>
        </w:rPr>
        <w:t xml:space="preserve">[49:02] </w:t>
      </w:r>
      <w:r>
        <w:t>To we and they ka concept chhod dijiye aap.</w:t>
      </w:r>
    </w:p>
    <w:p>
      <w:pPr>
        <w:jc w:val="right"/>
      </w:pPr>
      <w:r>
        <w:t>تو we and they کا concept چھوڑ دیجیے آپ۔</w:t>
      </w:r>
    </w:p>
    <w:p>
      <w:r>
        <w:rPr>
          <w:b/>
        </w:rPr>
        <w:t xml:space="preserve">[49:06] </w:t>
      </w:r>
      <w:r>
        <w:t>We and we ka concept pakriye.</w:t>
      </w:r>
    </w:p>
    <w:p>
      <w:pPr>
        <w:jc w:val="right"/>
      </w:pPr>
      <w:r>
        <w:t>We and we کا concept پکڑیے۔</w:t>
      </w:r>
    </w:p>
    <w:p>
      <w:r>
        <w:rPr>
          <w:b/>
        </w:rPr>
        <w:t xml:space="preserve">[49:08] </w:t>
      </w:r>
      <w:r>
        <w:t>Phir saare raaste khule hue nazar aayenge.</w:t>
      </w:r>
    </w:p>
    <w:p>
      <w:pPr>
        <w:jc w:val="right"/>
      </w:pPr>
      <w:r>
        <w:t>پھر سارے راستے کھلے ہوئے نظر آئیں گے۔</w:t>
      </w:r>
    </w:p>
    <w:p>
      <w:r>
        <w:rPr>
          <w:b/>
        </w:rPr>
        <w:t xml:space="preserve">[49:12] </w:t>
      </w:r>
      <w:r>
        <w:t>Maulana this second question has come from Mr.</w:t>
      </w:r>
    </w:p>
    <w:p>
      <w:pPr>
        <w:jc w:val="right"/>
      </w:pPr>
      <w:r>
        <w:t>مولانا this second question has come from Mr.</w:t>
      </w:r>
    </w:p>
    <w:p>
      <w:r>
        <w:rPr>
          <w:b/>
        </w:rPr>
        <w:t xml:space="preserve">[49:15] </w:t>
      </w:r>
      <w:r>
        <w:t>Hafiz Iqbal۔</w:t>
      </w:r>
    </w:p>
    <w:p>
      <w:pPr>
        <w:jc w:val="right"/>
      </w:pPr>
      <w:r>
        <w:t>Hafiz Iqbal۔</w:t>
      </w:r>
    </w:p>
    <w:p>
      <w:r>
        <w:rPr>
          <w:b/>
        </w:rPr>
        <w:t xml:space="preserve">[49:16] </w:t>
      </w:r>
      <w:r>
        <w:t>He asks you Maulana what war culture ki ka full stop kab lagega? Ya third world war</w:t>
      </w:r>
    </w:p>
    <w:p>
      <w:pPr>
        <w:jc w:val="right"/>
      </w:pPr>
      <w:r>
        <w:t>He asks you مولانا what war culture کی کا full stop کب لگے گا؟ یا third world war</w:t>
      </w:r>
    </w:p>
    <w:p>
      <w:r>
        <w:rPr>
          <w:b/>
        </w:rPr>
        <w:t xml:space="preserve">[49:24] </w:t>
      </w:r>
      <w:r>
        <w:t>bhi possible hai? aur in ka aik aur sawal hai is ke baad۔</w:t>
      </w:r>
    </w:p>
    <w:p>
      <w:pPr>
        <w:jc w:val="right"/>
      </w:pPr>
      <w:r>
        <w:t>بھی possible ہے؟ اور ان کا ایک اور سوال ہے اس کے بعد۔</w:t>
      </w:r>
    </w:p>
    <w:p>
      <w:r>
        <w:rPr>
          <w:b/>
        </w:rPr>
        <w:t xml:space="preserve">[49:30] </w:t>
      </w:r>
      <w:r>
        <w:t>First and second world war mein religious logon ka kitna hissa tha? dekhiye full stop to lag chuka۔</w:t>
      </w:r>
    </w:p>
    <w:p>
      <w:pPr>
        <w:jc w:val="right"/>
      </w:pPr>
      <w:r>
        <w:t>First and second world war میں religious لوگوں کا کتنا حصہ تھا؟ دیکھیں full stop تو لگ چکا۔</w:t>
      </w:r>
    </w:p>
    <w:p>
      <w:r>
        <w:rPr>
          <w:b/>
        </w:rPr>
        <w:t xml:space="preserve">[49:37] </w:t>
      </w:r>
      <w:r>
        <w:t>Full stop to lag chuka۔</w:t>
      </w:r>
    </w:p>
    <w:p>
      <w:pPr>
        <w:jc w:val="right"/>
      </w:pPr>
      <w:r>
        <w:t>Full stop تو لگ چکا۔</w:t>
      </w:r>
    </w:p>
    <w:p>
      <w:r>
        <w:rPr>
          <w:b/>
        </w:rPr>
        <w:t xml:space="preserve">[49:40] </w:t>
      </w:r>
      <w:r>
        <w:t>Aap dekhiye jin ke paas atom bomb hai, woh kahan ladaai lad rahe hain? kahan atom bomb gira</w:t>
      </w:r>
    </w:p>
    <w:p>
      <w:pPr>
        <w:jc w:val="right"/>
      </w:pPr>
      <w:r>
        <w:t>آپ دیکھیے جن کے پاس atom bomb ہے، وہ کہاں لڑائی لڑ رہے ہیں؟ کہاں atom bomb گرا</w:t>
      </w:r>
    </w:p>
    <w:p>
      <w:r>
        <w:rPr>
          <w:b/>
        </w:rPr>
        <w:t xml:space="preserve">[49:47] </w:t>
      </w:r>
      <w:r>
        <w:t>rahe hain woh? jab baray jo baray bhi super powers hain, woh kahan koi baqaida ladaai lad rahe</w:t>
      </w:r>
    </w:p>
    <w:p>
      <w:pPr>
        <w:jc w:val="right"/>
      </w:pPr>
      <w:r>
        <w:t>رہے ہیں وہ؟ جب بڑے جو بڑے بھی super powers ہیں، وہ کہاں کوئی باقاعدہ لڑائی لڑ رہے</w:t>
      </w:r>
    </w:p>
    <w:p>
      <w:r>
        <w:rPr>
          <w:b/>
        </w:rPr>
        <w:t xml:space="preserve">[49:55] </w:t>
      </w:r>
      <w:r>
        <w:t>hain? woh to sirf kabhi kabhi retaliate karte hain bas۔</w:t>
      </w:r>
    </w:p>
    <w:p>
      <w:pPr>
        <w:jc w:val="right"/>
      </w:pPr>
      <w:r>
        <w:t>ہیں؟ وہ تو صرف کبھی کبھی retaliate کرتے ہیں بس۔</w:t>
      </w:r>
    </w:p>
    <w:p>
      <w:r>
        <w:rPr>
          <w:b/>
        </w:rPr>
        <w:t xml:space="preserve">[49:59] </w:t>
      </w:r>
      <w:r>
        <w:t>To jo logon ke paas bari bari power hai, woh interested hain nahi ladaai mein۔</w:t>
      </w:r>
    </w:p>
    <w:p>
      <w:pPr>
        <w:jc w:val="right"/>
      </w:pPr>
      <w:r>
        <w:t>تو جو لوگوں کے پاس بڑی بڑی power ہے، وہ interested ہیں نہیں لڑائی میں۔</w:t>
      </w:r>
    </w:p>
    <w:p>
      <w:r>
        <w:rPr>
          <w:b/>
        </w:rPr>
        <w:t xml:space="preserve">[50:06] </w:t>
      </w:r>
      <w:r>
        <w:t>To is liye ladaai ho nahi rahi, koi third war ho nahi rahi۔</w:t>
      </w:r>
    </w:p>
    <w:p>
      <w:pPr>
        <w:jc w:val="right"/>
      </w:pPr>
      <w:r>
        <w:t>تو اس لیے لڑائی ہو نہیں رہی، کوئی third war ہو نہیں رہی۔</w:t>
      </w:r>
    </w:p>
    <w:p>
      <w:r>
        <w:rPr>
          <w:b/>
        </w:rPr>
        <w:t xml:space="preserve">[50:11] </w:t>
      </w:r>
      <w:r>
        <w:t>Third war is waqt hogi jabkay bari power jo hain, woh is mein involve hon۔</w:t>
      </w:r>
    </w:p>
    <w:p>
      <w:pPr>
        <w:jc w:val="right"/>
      </w:pPr>
      <w:r>
        <w:t>Third war اس وقت ہوگی جبکہ بڑی power جو ہیں، وہ اس میں involve ہوں۔</w:t>
      </w:r>
    </w:p>
    <w:p>
      <w:r>
        <w:rPr>
          <w:b/>
        </w:rPr>
        <w:t xml:space="preserve">[50:18] </w:t>
      </w:r>
      <w:r>
        <w:t>Woh hone hi wali nahi hain۔</w:t>
      </w:r>
    </w:p>
    <w:p>
      <w:pPr>
        <w:jc w:val="right"/>
      </w:pPr>
      <w:r>
        <w:t>وہ ہونے ہی والی نہیں ہیں۔</w:t>
      </w:r>
    </w:p>
    <w:p>
      <w:r>
        <w:rPr>
          <w:b/>
        </w:rPr>
        <w:t xml:space="preserve">[50:20] </w:t>
      </w:r>
      <w:r>
        <w:t>Unhon ne hamesha ke liye war ko chhod diya۔</w:t>
      </w:r>
    </w:p>
    <w:p>
      <w:pPr>
        <w:jc w:val="right"/>
      </w:pPr>
      <w:r>
        <w:t>انہوں نے ہمیشہ کے لیے war کو چھوڑ دیا۔</w:t>
      </w:r>
    </w:p>
    <w:p>
      <w:r>
        <w:rPr>
          <w:b/>
        </w:rPr>
        <w:t xml:space="preserve">[50:24] </w:t>
      </w:r>
      <w:r>
        <w:t>Is liye jo jo kamzor log hain, woh jin ke paas koi larnay ke liye hai nahi, sirf</w:t>
      </w:r>
    </w:p>
    <w:p>
      <w:pPr>
        <w:jc w:val="right"/>
      </w:pPr>
      <w:r>
        <w:t>اس لیے جو جو کمزور لوگ ہیں، وہ جن کے پاس کوئی لڑنے کے لیے ہے نہیں، صرف</w:t>
      </w:r>
    </w:p>
    <w:p>
      <w:r>
        <w:rPr>
          <w:b/>
        </w:rPr>
        <w:t xml:space="preserve">[50:32] </w:t>
      </w:r>
      <w:r>
        <w:t>apne ko maarne ke liye maar sakte hain۔</w:t>
      </w:r>
    </w:p>
    <w:p>
      <w:pPr>
        <w:jc w:val="right"/>
      </w:pPr>
      <w:r>
        <w:t>اپنے کو مارنے کے لیے مار سکتے ہیں۔</w:t>
      </w:r>
    </w:p>
    <w:p>
      <w:r>
        <w:rPr>
          <w:b/>
        </w:rPr>
        <w:t xml:space="preserve">[50:35] </w:t>
      </w:r>
      <w:r>
        <w:t>Aaj kal dekhiye, aaj kal jo ladaai aur maar ho rahi hai, woh kis liye ho rahi hai?</w:t>
      </w:r>
    </w:p>
    <w:p>
      <w:pPr>
        <w:jc w:val="right"/>
      </w:pPr>
      <w:r>
        <w:t>آج کل دیکھیے، آج کل جو لڑائی اور مار ہو رہی ہے، وہ کس لیے ہو رہی ہے؟</w:t>
      </w:r>
    </w:p>
    <w:p>
      <w:r>
        <w:rPr>
          <w:b/>
        </w:rPr>
        <w:t xml:space="preserve">[50:43] </w:t>
      </w:r>
      <w:r>
        <w:t>Apne upar atom bomb bandh kar ke ja ke apne ko suicide kar lete hain۔</w:t>
      </w:r>
    </w:p>
    <w:p>
      <w:pPr>
        <w:jc w:val="right"/>
      </w:pPr>
      <w:r>
        <w:t>اپنے اوپر atom bomb باندھ کر کے جا کے اپنے کو suicide کر لیتے ہیں۔</w:t>
      </w:r>
    </w:p>
    <w:p>
      <w:r>
        <w:rPr>
          <w:b/>
        </w:rPr>
        <w:t xml:space="preserve">[50:49] </w:t>
      </w:r>
      <w:r>
        <w:t>Yeh ladaai thori yeh hai۔</w:t>
      </w:r>
    </w:p>
    <w:p>
      <w:pPr>
        <w:jc w:val="right"/>
      </w:pPr>
      <w:r>
        <w:t>یہ لڑائی تھوڑی یہ ہے۔</w:t>
      </w:r>
    </w:p>
    <w:p>
      <w:r>
        <w:rPr>
          <w:b/>
        </w:rPr>
        <w:t xml:space="preserve">[50:52] </w:t>
      </w:r>
      <w:r>
        <w:t>To ladaai par full stop lag chuka hai۔</w:t>
      </w:r>
    </w:p>
    <w:p>
      <w:pPr>
        <w:jc w:val="right"/>
      </w:pPr>
      <w:r>
        <w:t>تو لڑائی پر full stop لگ چکا ہے۔</w:t>
      </w:r>
    </w:p>
    <w:p>
      <w:r>
        <w:rPr>
          <w:b/>
        </w:rPr>
        <w:t xml:space="preserve">[50:55] </w:t>
      </w:r>
      <w:r>
        <w:t>Kyunke jin ke paas larnay ki taaqat hai, woh to interested nahi hain larnay mein۔</w:t>
      </w:r>
    </w:p>
    <w:p>
      <w:pPr>
        <w:jc w:val="right"/>
      </w:pPr>
      <w:r>
        <w:t>کیونکہ جن کے پاس لڑنے کی طاقت ہے، وہ تو interested نہیں ہیں لڑنے میں۔</w:t>
      </w:r>
    </w:p>
    <w:p>
      <w:r>
        <w:rPr>
          <w:b/>
        </w:rPr>
        <w:t xml:space="preserve">[51:02] </w:t>
      </w:r>
      <w:r>
        <w:t>Woh jaan chukay hain ke sab se bara jo un ke liye zariya hai taraqqi ka, woh hai</w:t>
      </w:r>
    </w:p>
    <w:p>
      <w:pPr>
        <w:jc w:val="right"/>
      </w:pPr>
      <w:r>
        <w:t>وہ جان چکے ہیں کہ سب سے بڑا جو ان کے لیے ذریعہ ہے ترقی کا، وہ ہے</w:t>
      </w:r>
    </w:p>
    <w:p>
      <w:r>
        <w:rPr>
          <w:b/>
        </w:rPr>
        <w:t xml:space="preserve">[51:09] </w:t>
      </w:r>
      <w:r>
        <w:t>industrial development۔</w:t>
      </w:r>
    </w:p>
    <w:p>
      <w:pPr>
        <w:jc w:val="right"/>
      </w:pPr>
      <w:r>
        <w:t>industrial development۔</w:t>
      </w:r>
    </w:p>
    <w:p>
      <w:r>
        <w:rPr>
          <w:b/>
        </w:rPr>
        <w:t xml:space="preserve">[51:11] </w:t>
      </w:r>
      <w:r>
        <w:t>Har aik industrial development mein laga hua hai۔</w:t>
      </w:r>
    </w:p>
    <w:p>
      <w:pPr>
        <w:jc w:val="right"/>
      </w:pPr>
      <w:r>
        <w:t>ہر ایک industrial development میں لگا ہوا ہے۔</w:t>
      </w:r>
    </w:p>
    <w:p>
      <w:r>
        <w:rPr>
          <w:b/>
        </w:rPr>
        <w:t xml:space="preserve">[51:14] </w:t>
      </w:r>
      <w:r>
        <w:t>Koi bhi bari taaqat ladaai mein interest nahi rakhti hai۔</w:t>
      </w:r>
    </w:p>
    <w:p>
      <w:pPr>
        <w:jc w:val="right"/>
      </w:pPr>
      <w:r>
        <w:t>کوئی بھی بڑی طاقت لڑائی میں interest نہیں رکھتی ہے۔</w:t>
      </w:r>
    </w:p>
    <w:p>
      <w:r>
        <w:rPr>
          <w:b/>
        </w:rPr>
        <w:t xml:space="preserve">[51:18] </w:t>
      </w:r>
      <w:r>
        <w:t>Ab jo lad rahe hain, woh yeh yani kamzor log lad rahe hain۔</w:t>
      </w:r>
    </w:p>
    <w:p>
      <w:pPr>
        <w:jc w:val="right"/>
      </w:pPr>
      <w:r>
        <w:t>اب جو لڑ رہے ہیں، وہ یہ یعنی کمزور لوگ لڑ رہے ہیں۔</w:t>
      </w:r>
    </w:p>
    <w:p>
      <w:r>
        <w:rPr>
          <w:b/>
        </w:rPr>
        <w:t xml:space="preserve">[51:24] </w:t>
      </w:r>
      <w:r>
        <w:t>Woh lad bhi keh rahe hain, apne ko maar rahe hain۔</w:t>
      </w:r>
    </w:p>
    <w:p>
      <w:pPr>
        <w:jc w:val="right"/>
      </w:pPr>
      <w:r>
        <w:t>وہ لڑ بھی کہہ رہے ہیں، اپنے کو مار رہے ہیں۔</w:t>
      </w:r>
    </w:p>
    <w:p>
      <w:r>
        <w:rPr>
          <w:b/>
        </w:rPr>
        <w:t xml:space="preserve">[51:29] </w:t>
      </w:r>
      <w:r>
        <w:t>to jahan dekhiye, woh apne ko maar rahe hain.</w:t>
      </w:r>
    </w:p>
    <w:p>
      <w:pPr>
        <w:jc w:val="right"/>
      </w:pPr>
      <w:r>
        <w:t>تو جہاں دیکھیے، وہ اپنے کو مار رہے ہیں۔</w:t>
      </w:r>
    </w:p>
    <w:p>
      <w:r>
        <w:rPr>
          <w:b/>
        </w:rPr>
        <w:t xml:space="preserve">[51:33] </w:t>
      </w:r>
      <w:r>
        <w:t>to ladai kahan hai? ab ladai nahi ja rahi hai, ab suicide bombing ja rahi hai.</w:t>
      </w:r>
    </w:p>
    <w:p>
      <w:pPr>
        <w:jc w:val="right"/>
      </w:pPr>
      <w:r>
        <w:t>تو لڑائی کہاں ہے؟ اب لڑائی نہیں جا رہی ہے، اب suicide bombing جا رہی ہے۔</w:t>
      </w:r>
    </w:p>
    <w:p>
      <w:r>
        <w:rPr>
          <w:b/>
        </w:rPr>
        <w:t xml:space="preserve">[51:39] </w:t>
      </w:r>
      <w:r>
        <w:t>ab duniya mein jo cheez ja rahi hai, woh khudkushi hai, ladai nahi hai.</w:t>
      </w:r>
    </w:p>
    <w:p>
      <w:pPr>
        <w:jc w:val="right"/>
      </w:pPr>
      <w:r>
        <w:t>اب دنیا میں جو چیز جا رہی ہے، وہ خودکشی ہے، لڑائی نہیں ہے۔</w:t>
      </w:r>
    </w:p>
    <w:p>
      <w:r>
        <w:rPr>
          <w:b/>
        </w:rPr>
        <w:t xml:space="preserve">[51:45] </w:t>
      </w:r>
      <w:r>
        <w:t>to logon ko bataiye ke hadith mein aata hai ke jo khudkushi kar ke mare ga, woh to</w:t>
      </w:r>
    </w:p>
    <w:p>
      <w:pPr>
        <w:jc w:val="right"/>
      </w:pPr>
      <w:r>
        <w:t>تو لوگوں کو بتائیے کہ حدیث میں آتا ہے کہ جو خودکشی کر کے مرے گا، وہ تو</w:t>
      </w:r>
    </w:p>
    <w:p>
      <w:r>
        <w:rPr>
          <w:b/>
        </w:rPr>
        <w:t xml:space="preserve">[51:53] </w:t>
      </w:r>
      <w:r>
        <w:t>jahannam mein jayega.</w:t>
      </w:r>
    </w:p>
    <w:p>
      <w:pPr>
        <w:jc w:val="right"/>
      </w:pPr>
      <w:r>
        <w:t>جہنم میں جائے گا۔</w:t>
      </w:r>
    </w:p>
    <w:p>
      <w:r>
        <w:rPr>
          <w:b/>
        </w:rPr>
        <w:t xml:space="preserve">[51:55] </w:t>
      </w:r>
      <w:r>
        <w:t>woh shaheed nahi hoga.</w:t>
      </w:r>
    </w:p>
    <w:p>
      <w:pPr>
        <w:jc w:val="right"/>
      </w:pPr>
      <w:r>
        <w:t>وہ شہید نہیں ہوگا۔</w:t>
      </w:r>
    </w:p>
    <w:p>
      <w:r>
        <w:rPr>
          <w:b/>
        </w:rPr>
        <w:t xml:space="preserve">[51:57] </w:t>
      </w:r>
      <w:r>
        <w:t>yeh itna hi batana hai.</w:t>
      </w:r>
    </w:p>
    <w:p>
      <w:pPr>
        <w:jc w:val="right"/>
      </w:pPr>
      <w:r>
        <w:t>یہ اتنا ہی بتانا ہے۔</w:t>
      </w:r>
    </w:p>
    <w:p>
      <w:r>
        <w:rPr>
          <w:b/>
        </w:rPr>
        <w:t xml:space="preserve">[51:59] </w:t>
      </w:r>
      <w:r>
        <w:t>Bukhari mein yeh riwayat maujood hai.</w:t>
      </w:r>
    </w:p>
    <w:p>
      <w:pPr>
        <w:jc w:val="right"/>
      </w:pPr>
      <w:r>
        <w:t>بخاری میں یہ روایت موجود ہے۔</w:t>
      </w:r>
    </w:p>
    <w:p>
      <w:r>
        <w:rPr>
          <w:b/>
        </w:rPr>
        <w:t xml:space="preserve">[52:01] </w:t>
      </w:r>
      <w:r>
        <w:t>Bukhari mein ke jo log khudkushi kar ke mare hain, woh jahannam mein jayenge.</w:t>
      </w:r>
    </w:p>
    <w:p>
      <w:pPr>
        <w:jc w:val="right"/>
      </w:pPr>
      <w:r>
        <w:t>بخاری میں کہ جو لوگ خودکشی کر کے مرے ہیں، وہ جہنم میں جائیں گے۔</w:t>
      </w:r>
    </w:p>
    <w:p>
      <w:r>
        <w:rPr>
          <w:b/>
        </w:rPr>
        <w:t xml:space="preserve">[52:08] </w:t>
      </w:r>
      <w:r>
        <w:t>to main saaf kehta hoon ke is zamane mein ladai nahi ho rahi hai.</w:t>
      </w:r>
    </w:p>
    <w:p>
      <w:pPr>
        <w:jc w:val="right"/>
      </w:pPr>
      <w:r>
        <w:t>تو میں صاف کہتا ہوں کہ اس زمانے میں لڑائی نہیں ہو رہی ہے۔</w:t>
      </w:r>
    </w:p>
    <w:p>
      <w:r>
        <w:rPr>
          <w:b/>
        </w:rPr>
        <w:t xml:space="preserve">[52:14] </w:t>
      </w:r>
      <w:r>
        <w:t>Full stop lag chuka hai.</w:t>
      </w:r>
    </w:p>
    <w:p>
      <w:pPr>
        <w:jc w:val="right"/>
      </w:pPr>
      <w:r>
        <w:t>Full stop لگ چکا ہے۔</w:t>
      </w:r>
    </w:p>
    <w:p>
      <w:r>
        <w:rPr>
          <w:b/>
        </w:rPr>
        <w:t xml:space="preserve">[52:16] </w:t>
      </w:r>
      <w:r>
        <w:t>ab jahan aap dekh rahe hain, ladai ki baatein, woh suicide ki baatein hain.</w:t>
      </w:r>
    </w:p>
    <w:p>
      <w:pPr>
        <w:jc w:val="right"/>
      </w:pPr>
      <w:r>
        <w:t>اب جہاں آپ دیکھ رہے ہیں، لڑائی کی باتیں، وہ suicide کی باتیں ہیں۔</w:t>
      </w:r>
    </w:p>
    <w:p>
      <w:r>
        <w:rPr>
          <w:b/>
        </w:rPr>
        <w:t xml:space="preserve">[52:22] </w:t>
      </w:r>
      <w:r>
        <w:t>khudkushi ki baatein hain.</w:t>
      </w:r>
    </w:p>
    <w:p>
      <w:pPr>
        <w:jc w:val="right"/>
      </w:pPr>
      <w:r>
        <w:t>خودکشی کی باتیں ہیں۔</w:t>
      </w:r>
    </w:p>
    <w:p>
      <w:r>
        <w:rPr>
          <w:b/>
        </w:rPr>
        <w:t xml:space="preserve">[52:24] </w:t>
      </w:r>
      <w:r>
        <w:t>to ladai aap ko band nahi karna hai.</w:t>
      </w:r>
    </w:p>
    <w:p>
      <w:pPr>
        <w:jc w:val="right"/>
      </w:pPr>
      <w:r>
        <w:t>تو لڑائی آپ کو بند نہیں کرنا ہے۔</w:t>
      </w:r>
    </w:p>
    <w:p>
      <w:r>
        <w:rPr>
          <w:b/>
        </w:rPr>
        <w:t xml:space="preserve">[52:27] </w:t>
      </w:r>
      <w:r>
        <w:t>is thinking ko band karna hai.</w:t>
      </w:r>
    </w:p>
    <w:p>
      <w:pPr>
        <w:jc w:val="right"/>
      </w:pPr>
      <w:r>
        <w:t>اس thinking کو بند کرنا ہے۔</w:t>
      </w:r>
    </w:p>
    <w:p>
      <w:r>
        <w:rPr>
          <w:b/>
        </w:rPr>
        <w:t xml:space="preserve">[52:30] </w:t>
      </w:r>
      <w:r>
        <w:t>yani khudkushi ki soch ko band karna hai.</w:t>
      </w:r>
    </w:p>
    <w:p>
      <w:pPr>
        <w:jc w:val="right"/>
      </w:pPr>
      <w:r>
        <w:t>یعنی خودکشی کی سوچ کو بند کرنا ہے۔</w:t>
      </w:r>
    </w:p>
    <w:p>
      <w:r>
        <w:rPr>
          <w:b/>
        </w:rPr>
        <w:t xml:space="preserve">[52:33] </w:t>
      </w:r>
      <w:r>
        <w:t>ladai to khatam ho chuki hai.</w:t>
      </w:r>
    </w:p>
    <w:p>
      <w:pPr>
        <w:jc w:val="right"/>
      </w:pPr>
      <w:r>
        <w:t>لڑائی تو ختم ہو چکی ہے۔</w:t>
      </w:r>
    </w:p>
    <w:p>
      <w:r>
        <w:rPr>
          <w:b/>
        </w:rPr>
        <w:t xml:space="preserve">[52:36] </w:t>
      </w:r>
      <w:r>
        <w:t>kaun kaun ladta hai ab? India Pakistan mein dekhiye, itna zabardast misaal hai.</w:t>
      </w:r>
    </w:p>
    <w:p>
      <w:pPr>
        <w:jc w:val="right"/>
      </w:pPr>
      <w:r>
        <w:t>کون کون لڑتا ہے اب؟ انڈیا پاکستان میں دیکھیے، اتنا زبردست مثال ہے۔</w:t>
      </w:r>
    </w:p>
    <w:p>
      <w:r>
        <w:rPr>
          <w:b/>
        </w:rPr>
        <w:t xml:space="preserve">[52:41] </w:t>
      </w:r>
      <w:r>
        <w:t>lekin yeh lad rahe hain, na woh lad rahe hain.</w:t>
      </w:r>
    </w:p>
    <w:p>
      <w:pPr>
        <w:jc w:val="right"/>
      </w:pPr>
      <w:r>
        <w:t>لیکن یہ لڑ رہے ہیں، نہ وہ لڑ رہے ہیں۔</w:t>
      </w:r>
    </w:p>
    <w:p>
      <w:r>
        <w:rPr>
          <w:b/>
        </w:rPr>
        <w:t xml:space="preserve">[52:45] </w:t>
      </w:r>
      <w:r>
        <w:t>to jinke paas power hai, jinke paas taqat hai, unhon ne faisla kar liya hai ke</w:t>
      </w:r>
    </w:p>
    <w:p>
      <w:pPr>
        <w:jc w:val="right"/>
      </w:pPr>
      <w:r>
        <w:t>تو جن کے پاس power ہے، جن کے پاس طاقت ہے، انہوں نے فیصلہ کر لیا ہے کہ</w:t>
      </w:r>
    </w:p>
    <w:p>
      <w:r>
        <w:rPr>
          <w:b/>
        </w:rPr>
        <w:t xml:space="preserve">[52:53] </w:t>
      </w:r>
      <w:r>
        <w:t>hum ko ladna nahi hai.</w:t>
      </w:r>
    </w:p>
    <w:p>
      <w:pPr>
        <w:jc w:val="right"/>
      </w:pPr>
      <w:r>
        <w:t>ہم کو لڑنا نہیں ہے۔</w:t>
      </w:r>
    </w:p>
    <w:p>
      <w:r>
        <w:rPr>
          <w:b/>
        </w:rPr>
        <w:t xml:space="preserve">[52:55] </w:t>
      </w:r>
      <w:r>
        <w:t>ab jinke paas koi taqat hi nahi hai, woh idhar udhar se bomb lete hain aur apne</w:t>
      </w:r>
    </w:p>
    <w:p>
      <w:pPr>
        <w:jc w:val="right"/>
      </w:pPr>
      <w:r>
        <w:t>اب جن کے پاس کوئی طاقت ہی نہیں ہے، وہ ادھر ادھر سے بم لیتے ہیں اور اپنے</w:t>
      </w:r>
    </w:p>
    <w:p>
      <w:r>
        <w:rPr>
          <w:b/>
        </w:rPr>
        <w:t xml:space="preserve">[53:03] </w:t>
      </w:r>
      <w:r>
        <w:t>body mein baandh kar ke kood padte hain.</w:t>
      </w:r>
    </w:p>
    <w:p>
      <w:pPr>
        <w:jc w:val="right"/>
      </w:pPr>
      <w:r>
        <w:t>باڈی میں باندھ کر کے کود پڑتے ہیں۔</w:t>
      </w:r>
    </w:p>
    <w:p>
      <w:r>
        <w:rPr>
          <w:b/>
        </w:rPr>
        <w:t xml:space="preserve">[53:06] </w:t>
      </w:r>
      <w:r>
        <w:t>to mar jaate hain.</w:t>
      </w:r>
    </w:p>
    <w:p>
      <w:pPr>
        <w:jc w:val="right"/>
      </w:pPr>
      <w:r>
        <w:t>تو مر جاتے ہیں۔</w:t>
      </w:r>
    </w:p>
    <w:p>
      <w:r>
        <w:rPr>
          <w:b/>
        </w:rPr>
        <w:t xml:space="preserve">[53:08] </w:t>
      </w:r>
      <w:r>
        <w:t>to ab aap ko ladai nahi rokna hai.</w:t>
      </w:r>
    </w:p>
    <w:p>
      <w:pPr>
        <w:jc w:val="right"/>
      </w:pPr>
      <w:r>
        <w:t>تو اب آپ کو لڑائی نہیں روکنا ہے۔</w:t>
      </w:r>
    </w:p>
    <w:p>
      <w:r>
        <w:rPr>
          <w:b/>
        </w:rPr>
        <w:t xml:space="preserve">[53:12] </w:t>
      </w:r>
      <w:r>
        <w:t>khudkushi ko rokna hai.</w:t>
      </w:r>
    </w:p>
    <w:p>
      <w:pPr>
        <w:jc w:val="right"/>
      </w:pPr>
      <w:r>
        <w:t>خودکشی کو روکنا ہے۔</w:t>
      </w:r>
    </w:p>
    <w:p>
      <w:r>
        <w:rPr>
          <w:b/>
        </w:rPr>
        <w:t xml:space="preserve">[53:13] </w:t>
      </w:r>
      <w:r>
        <w:t>ab jo problem hai, woh larai ka nahi hai, khudkushi ka hai.</w:t>
      </w:r>
    </w:p>
    <w:p>
      <w:pPr>
        <w:jc w:val="right"/>
      </w:pPr>
      <w:r>
        <w:t>اب جو problem ہے، وہ لڑائی کا نہیں ہے، خودکشی کا ہے۔</w:t>
      </w:r>
    </w:p>
    <w:p>
      <w:r>
        <w:rPr>
          <w:b/>
        </w:rPr>
        <w:t xml:space="preserve">[53:18] </w:t>
      </w:r>
      <w:r>
        <w:t>to khudkushi jo soch logon ko khudkushi ka amada karti hai, us soch ko khatm kijiye.</w:t>
      </w:r>
    </w:p>
    <w:p>
      <w:pPr>
        <w:jc w:val="right"/>
      </w:pPr>
      <w:r>
        <w:t>تو خودکشی جو سوچ لوگوں کو خودکشی کا امادہ کرتی ہے، اس سوچ کو ختم کیجیے۔</w:t>
      </w:r>
    </w:p>
    <w:p>
      <w:r>
        <w:rPr>
          <w:b/>
        </w:rPr>
        <w:t xml:space="preserve">[53:25] </w:t>
      </w:r>
      <w:r>
        <w:t>is ke baad sab kuch theek ho jayega.</w:t>
      </w:r>
    </w:p>
    <w:p>
      <w:pPr>
        <w:jc w:val="right"/>
      </w:pPr>
      <w:r>
        <w:t>اس کے بعد سب کچھ ٹھیک ہو جائے گا۔</w:t>
      </w:r>
    </w:p>
    <w:p>
      <w:r>
        <w:rPr>
          <w:b/>
        </w:rPr>
        <w:t xml:space="preserve">[53:29] </w:t>
      </w:r>
      <w:r>
        <w:t>maulana next question has come from Mr.</w:t>
      </w:r>
    </w:p>
    <w:p>
      <w:pPr>
        <w:jc w:val="right"/>
      </w:pPr>
      <w:r>
        <w:t>مولانا next question has come from Mr.</w:t>
      </w:r>
    </w:p>
    <w:p>
      <w:r>
        <w:rPr>
          <w:b/>
        </w:rPr>
        <w:t xml:space="preserve">[53:32] </w:t>
      </w:r>
      <w:r>
        <w:t>abdul wahid.</w:t>
      </w:r>
    </w:p>
    <w:p>
      <w:pPr>
        <w:jc w:val="right"/>
      </w:pPr>
      <w:r>
        <w:t>Abdul Wahid۔</w:t>
      </w:r>
    </w:p>
    <w:p>
      <w:r>
        <w:rPr>
          <w:b/>
        </w:rPr>
        <w:t xml:space="preserve">[53:34] </w:t>
      </w:r>
      <w:r>
        <w:t>aur unhon ne poocha hai aap se kya yahood aur nasara musalmanon ke dushman nahi hain? quran ke</w:t>
      </w:r>
    </w:p>
    <w:p>
      <w:pPr>
        <w:jc w:val="right"/>
      </w:pPr>
      <w:r>
        <w:t>اور انہوں نے پوچھا ہے آپ سے کیا یہود اور نصاریٰ مسلمانوں کے دشمن نہیں ہیں؟ قرآن کے</w:t>
      </w:r>
    </w:p>
    <w:p>
      <w:r>
        <w:rPr>
          <w:b/>
        </w:rPr>
        <w:t xml:space="preserve">[53:41] </w:t>
      </w:r>
      <w:r>
        <w:t>mutabiq batayen.</w:t>
      </w:r>
    </w:p>
    <w:p>
      <w:pPr>
        <w:jc w:val="right"/>
      </w:pPr>
      <w:r>
        <w:t>مطابق بتائیں۔</w:t>
      </w:r>
    </w:p>
    <w:p>
      <w:r>
        <w:rPr>
          <w:b/>
        </w:rPr>
        <w:t xml:space="preserve">[53:43] </w:t>
      </w:r>
      <w:r>
        <w:t>dekhiye, quran mein jo hai, woh contemporary logon ke liye hai, aaj ke liye nahi hai.</w:t>
      </w:r>
    </w:p>
    <w:p>
      <w:pPr>
        <w:jc w:val="right"/>
      </w:pPr>
      <w:r>
        <w:t>دیکھیے، قرآن میں جو ہے، وہ contemporary لوگوں کے لیے ہے، آج کے لیے نہیں ہے۔</w:t>
      </w:r>
    </w:p>
    <w:p>
      <w:r>
        <w:rPr>
          <w:b/>
        </w:rPr>
        <w:t xml:space="preserve">[53:50] </w:t>
      </w:r>
      <w:r>
        <w:t>yeh bohat bari ghalat fehmi hai ke is ko aap ne liya abadi ma'non mein.</w:t>
      </w:r>
    </w:p>
    <w:p>
      <w:pPr>
        <w:jc w:val="right"/>
      </w:pPr>
      <w:r>
        <w:t>یہ بہت بڑی غلط فہمی ہے کہ اس کو آپ نے لیا ابدی معنی میں۔</w:t>
      </w:r>
    </w:p>
    <w:p>
      <w:r>
        <w:rPr>
          <w:b/>
        </w:rPr>
        <w:t xml:space="preserve">[53:56] </w:t>
      </w:r>
      <w:r>
        <w:t>harghiz aisa nahi hai.</w:t>
      </w:r>
    </w:p>
    <w:p>
      <w:pPr>
        <w:jc w:val="right"/>
      </w:pPr>
      <w:r>
        <w:t>ہرگز ایسا نہیں ہے۔</w:t>
      </w:r>
    </w:p>
    <w:p>
      <w:r>
        <w:rPr>
          <w:b/>
        </w:rPr>
        <w:t xml:space="preserve">[53:58] </w:t>
      </w:r>
      <w:r>
        <w:t>rasool Allah ke zamane mein un ke jo contemporary log the, un ke bare mein woh lafz aaya</w:t>
      </w:r>
    </w:p>
    <w:p>
      <w:pPr>
        <w:jc w:val="right"/>
      </w:pPr>
      <w:r>
        <w:t>رسول اللہ کے زمانے میں ان کے جو contemporary لوگ تھے، ان کے بارے میں وہ لفظ آیا</w:t>
      </w:r>
    </w:p>
    <w:p>
      <w:r>
        <w:rPr>
          <w:b/>
        </w:rPr>
        <w:t xml:space="preserve">[54:06] </w:t>
      </w:r>
      <w:r>
        <w:t>hai.</w:t>
      </w:r>
    </w:p>
    <w:p>
      <w:pPr>
        <w:jc w:val="right"/>
      </w:pPr>
      <w:r>
        <w:t>ہے۔</w:t>
      </w:r>
    </w:p>
    <w:p>
      <w:r>
        <w:rPr>
          <w:b/>
        </w:rPr>
        <w:t xml:space="preserve">[54:07] </w:t>
      </w:r>
      <w:r>
        <w:t>aap dekhiye ke jo mushrik the, un ko bhi kaha gaya tha.</w:t>
      </w:r>
    </w:p>
    <w:p>
      <w:pPr>
        <w:jc w:val="right"/>
      </w:pPr>
      <w:r>
        <w:t>آپ دیکھیے کہ جو مشرک تھے، ان کو بھی کہا گیا تھا۔</w:t>
      </w:r>
    </w:p>
    <w:p>
      <w:r>
        <w:rPr>
          <w:b/>
        </w:rPr>
        <w:t xml:space="preserve">[54:12] </w:t>
      </w:r>
      <w:r>
        <w:t>yeh alfaaz bolay gaye the.</w:t>
      </w:r>
    </w:p>
    <w:p>
      <w:pPr>
        <w:jc w:val="right"/>
      </w:pPr>
      <w:r>
        <w:t>یہ الفاظ بولے گئے تھے۔</w:t>
      </w:r>
    </w:p>
    <w:p>
      <w:r>
        <w:rPr>
          <w:b/>
        </w:rPr>
        <w:t xml:space="preserve">[54:14] </w:t>
      </w:r>
      <w:r>
        <w:t>lekin ab kaun bolta hai in ko? makkah ke logon ko kaun kehta hai? jin ko aap makkah</w:t>
      </w:r>
    </w:p>
    <w:p>
      <w:pPr>
        <w:jc w:val="right"/>
      </w:pPr>
      <w:r>
        <w:t>لیکن اب کون بولتا ہے ان کو؟ مکہ کے لوگوں کو کون کہتا ہے؟ جن کو آپ مکہ</w:t>
      </w:r>
    </w:p>
    <w:p>
      <w:r>
        <w:rPr>
          <w:b/>
        </w:rPr>
        <w:t xml:space="preserve">[54:22] </w:t>
      </w:r>
      <w:r>
        <w:t>ke jo log jo hain, aaj jo aaj makkah madinah mein jo log hain, woh bhi dushman the.</w:t>
      </w:r>
    </w:p>
    <w:p>
      <w:pPr>
        <w:jc w:val="right"/>
      </w:pPr>
      <w:r>
        <w:t>کے جو لوگ جو ہیں، آج جو آج مکہ مدینہ میں جو لوگ ہیں، وہ بھی دشمن تھے۔</w:t>
      </w:r>
    </w:p>
    <w:p>
      <w:r>
        <w:rPr>
          <w:b/>
        </w:rPr>
        <w:t xml:space="preserve">[54:30] </w:t>
      </w:r>
      <w:r>
        <w:t>ek zamane mein.</w:t>
      </w:r>
    </w:p>
    <w:p>
      <w:pPr>
        <w:jc w:val="right"/>
      </w:pPr>
      <w:r>
        <w:t>ایک زمانے میں۔</w:t>
      </w:r>
    </w:p>
    <w:p>
      <w:r>
        <w:rPr>
          <w:b/>
        </w:rPr>
        <w:t xml:space="preserve">[54:31] </w:t>
      </w:r>
      <w:r>
        <w:t>aaj woh dost ban chuke hain.</w:t>
      </w:r>
    </w:p>
    <w:p>
      <w:pPr>
        <w:jc w:val="right"/>
      </w:pPr>
      <w:r>
        <w:t>آج وہ دوست بن چکے ہیں۔</w:t>
      </w:r>
    </w:p>
    <w:p>
      <w:r>
        <w:rPr>
          <w:b/>
        </w:rPr>
        <w:t xml:space="preserve">[54:34] </w:t>
      </w:r>
      <w:r>
        <w:t>to musalmanon ne dawat ka kaam chhod diya, yeh masla hai.</w:t>
      </w:r>
    </w:p>
    <w:p>
      <w:pPr>
        <w:jc w:val="right"/>
      </w:pPr>
      <w:r>
        <w:t>تو مسلمانوں نے دعوت کا کام چھوڑ دیا، یہ مسئلہ ہے۔</w:t>
      </w:r>
    </w:p>
    <w:p>
      <w:r>
        <w:rPr>
          <w:b/>
        </w:rPr>
        <w:t xml:space="preserve">[54:39] </w:t>
      </w:r>
      <w:r>
        <w:t>koi dushman nahi hai.</w:t>
      </w:r>
    </w:p>
    <w:p>
      <w:pPr>
        <w:jc w:val="right"/>
      </w:pPr>
      <w:r>
        <w:t>کوئی دشمن نہیں ہے۔</w:t>
      </w:r>
    </w:p>
    <w:p>
      <w:r>
        <w:rPr>
          <w:b/>
        </w:rPr>
        <w:t xml:space="preserve">[54:40] </w:t>
      </w:r>
      <w:r>
        <w:t>makkah madinah mein dawat ka kaam hua to wahan woh khatm ho gaya.</w:t>
      </w:r>
    </w:p>
    <w:p>
      <w:pPr>
        <w:jc w:val="right"/>
      </w:pPr>
      <w:r>
        <w:t>مکہ مدینہ میں دعوت کا کام ہوا تو وہاں وہ ختم ہو گیا۔</w:t>
      </w:r>
    </w:p>
    <w:p>
      <w:r>
        <w:rPr>
          <w:b/>
        </w:rPr>
        <w:t xml:space="preserve">[54:46] </w:t>
      </w:r>
      <w:r>
        <w:t>lekin doosre jo log hain, un mein dawat ka kaam musalmanon ne kiya hi nahi.</w:t>
      </w:r>
    </w:p>
    <w:p>
      <w:pPr>
        <w:jc w:val="right"/>
      </w:pPr>
      <w:r>
        <w:t>لیکن دوسرے جو لوگ ہیں، ان میں دعوت کا کام مسلمانوں نے کیا ہی نہیں۔</w:t>
      </w:r>
    </w:p>
    <w:p>
      <w:r>
        <w:rPr>
          <w:b/>
        </w:rPr>
        <w:t xml:space="preserve">[54:52] </w:t>
      </w:r>
      <w:r>
        <w:t>to yaad rakhiye, quran mein jin logon ka zikr hai, woh contemporary logon ko hai.</w:t>
      </w:r>
    </w:p>
    <w:p>
      <w:pPr>
        <w:jc w:val="right"/>
      </w:pPr>
      <w:r>
        <w:t>تو یاد رکھیے، قرآن میں جن لوگوں کا ذکر ہے، وہ contemporary لوگوں کو ہے۔</w:t>
      </w:r>
    </w:p>
    <w:p>
      <w:r>
        <w:rPr>
          <w:b/>
        </w:rPr>
        <w:t xml:space="preserve">[54:59] </w:t>
      </w:r>
      <w:r>
        <w:t>yani mo'asir logon ko.</w:t>
      </w:r>
    </w:p>
    <w:p>
      <w:pPr>
        <w:jc w:val="right"/>
      </w:pPr>
      <w:r>
        <w:t>یعنی معاصر لوگوں کو۔</w:t>
      </w:r>
    </w:p>
    <w:p>
      <w:r>
        <w:rPr>
          <w:b/>
        </w:rPr>
        <w:t xml:space="preserve">[55:00] </w:t>
      </w:r>
      <w:r>
        <w:t>hamesha ke liye nahi hai ke jitne log bhi paida honge, falan family mein woh kafir hon</w:t>
      </w:r>
    </w:p>
    <w:p>
      <w:pPr>
        <w:jc w:val="right"/>
      </w:pPr>
      <w:r>
        <w:t>ہمیشہ کے لیے نہیں ہے کہ جتنے لوگ بھی پیدا ہوں گے، فلاں family میں وہ کافر ہوں</w:t>
      </w:r>
    </w:p>
    <w:p>
      <w:r>
        <w:rPr>
          <w:b/>
        </w:rPr>
        <w:t xml:space="preserve">[55:08] </w:t>
      </w:r>
      <w:r>
        <w:t>gaye.</w:t>
      </w:r>
    </w:p>
    <w:p>
      <w:pPr>
        <w:jc w:val="right"/>
      </w:pPr>
      <w:r>
        <w:t>گے۔</w:t>
      </w:r>
    </w:p>
    <w:p>
      <w:r>
        <w:rPr>
          <w:b/>
        </w:rPr>
        <w:t xml:space="preserve">[55:10] </w:t>
      </w:r>
      <w:r>
        <w:t>yeh bilkul galat hai.</w:t>
      </w:r>
    </w:p>
    <w:p>
      <w:pPr>
        <w:jc w:val="right"/>
      </w:pPr>
      <w:r>
        <w:t>یہ بالکل غلط ہے۔</w:t>
      </w:r>
    </w:p>
    <w:p>
      <w:r>
        <w:rPr>
          <w:b/>
        </w:rPr>
        <w:t xml:space="preserve">[55:11] </w:t>
      </w:r>
      <w:r>
        <w:t>jo log aisa kahein, woh ab khud gunah ka fe'l karte hain.</w:t>
      </w:r>
    </w:p>
    <w:p>
      <w:pPr>
        <w:jc w:val="right"/>
      </w:pPr>
      <w:r>
        <w:t>جو لوگ ایسا کہیں، وہ اب خود گناہ کا فعل کرتے ہیں۔</w:t>
      </w:r>
    </w:p>
    <w:p>
      <w:r>
        <w:rPr>
          <w:b/>
        </w:rPr>
        <w:t xml:space="preserve">[55:17] </w:t>
      </w:r>
      <w:r>
        <w:t>kisi ko yeh right nahi hai ke in cheezon ko khandANI bana de.</w:t>
      </w:r>
    </w:p>
    <w:p>
      <w:pPr>
        <w:jc w:val="right"/>
      </w:pPr>
      <w:r>
        <w:t>کسی کو یہ right نہیں ہے کہ ان چیزوں کو خاندانی بنا دے۔</w:t>
      </w:r>
    </w:p>
    <w:p>
      <w:r>
        <w:rPr>
          <w:b/>
        </w:rPr>
        <w:t xml:space="preserve">[55:22] </w:t>
      </w:r>
      <w:r>
        <w:t>khandani laqab bana de.</w:t>
      </w:r>
    </w:p>
    <w:p>
      <w:pPr>
        <w:jc w:val="right"/>
      </w:pPr>
      <w:r>
        <w:t>خاندانی لقب بنا دے۔</w:t>
      </w:r>
    </w:p>
    <w:p>
      <w:r>
        <w:rPr>
          <w:b/>
        </w:rPr>
        <w:t xml:space="preserve">[55:24] </w:t>
      </w:r>
      <w:r>
        <w:t>kisi ko yeh right nahi hai ke dushmani ko khandANI laqab bana de.</w:t>
      </w:r>
    </w:p>
    <w:p>
      <w:pPr>
        <w:jc w:val="right"/>
      </w:pPr>
      <w:r>
        <w:t>کسی کو یہ right نہیں ہے کہ دشمنی کو خاندانی لقب بنا دے۔</w:t>
      </w:r>
    </w:p>
    <w:p>
      <w:r>
        <w:rPr>
          <w:b/>
        </w:rPr>
        <w:t xml:space="preserve">[55:29] </w:t>
      </w:r>
      <w:r>
        <w:t>kis ko right nahi hai? woh bechare kuch nahi karte.</w:t>
      </w:r>
    </w:p>
    <w:p>
      <w:pPr>
        <w:jc w:val="right"/>
      </w:pPr>
      <w:r>
        <w:t>کس کو right نہیں ہے؟ وہ بیچارے کچھ نہیں کرتے۔</w:t>
      </w:r>
    </w:p>
    <w:p>
      <w:r>
        <w:rPr>
          <w:b/>
        </w:rPr>
        <w:t xml:space="preserve">[55:34] </w:t>
      </w:r>
      <w:r>
        <w:t>jo is waqt hota hai israel mein ya doosri jagahon par, woh retaliation hota hai.</w:t>
      </w:r>
    </w:p>
    <w:p>
      <w:pPr>
        <w:jc w:val="right"/>
      </w:pPr>
      <w:r>
        <w:t>جو اس وقت ہوتا ہے اسرائیل میں یا دوسری جگہوں پر، وہ retaliation ہوتا ہے۔</w:t>
      </w:r>
    </w:p>
    <w:p>
      <w:r>
        <w:rPr>
          <w:b/>
        </w:rPr>
        <w:t xml:space="preserve">[55:40] </w:t>
      </w:r>
      <w:r>
        <w:t>woh hargiz hargiz dushman nahi hai.</w:t>
      </w:r>
    </w:p>
    <w:p>
      <w:pPr>
        <w:jc w:val="right"/>
      </w:pPr>
      <w:r>
        <w:t>وہ ہرگز ہرگز دشمن نہیں ہے۔</w:t>
      </w:r>
    </w:p>
    <w:p>
      <w:r>
        <w:rPr>
          <w:b/>
        </w:rPr>
        <w:t xml:space="preserve">[55:43] </w:t>
      </w:r>
      <w:r>
        <w:t>lekin jab aap marenge unko bomb, toh retaliate karenge woh.</w:t>
      </w:r>
    </w:p>
    <w:p>
      <w:pPr>
        <w:jc w:val="right"/>
      </w:pPr>
      <w:r>
        <w:t>لیکن جب آپ ماریں گے ان کو بم، تو retaliate کریں گے وہ۔</w:t>
      </w:r>
    </w:p>
    <w:p>
      <w:r>
        <w:rPr>
          <w:b/>
        </w:rPr>
        <w:t xml:space="preserve">[55:48] </w:t>
      </w:r>
      <w:r>
        <w:t>hamare kuch log gaye wahan par israel mein.</w:t>
      </w:r>
    </w:p>
    <w:p>
      <w:pPr>
        <w:jc w:val="right"/>
      </w:pPr>
      <w:r>
        <w:t>ہمارے کچھ لوگ گئے وہاں پر اسرائیل میں۔</w:t>
      </w:r>
    </w:p>
    <w:p>
      <w:r>
        <w:rPr>
          <w:b/>
        </w:rPr>
        <w:t xml:space="preserve">[55:52] </w:t>
      </w:r>
      <w:r>
        <w:t>book stall lagaya.</w:t>
      </w:r>
    </w:p>
    <w:p>
      <w:pPr>
        <w:jc w:val="right"/>
      </w:pPr>
      <w:r>
        <w:t>Book stall لگایا۔</w:t>
      </w:r>
    </w:p>
    <w:p>
      <w:r>
        <w:rPr>
          <w:b/>
        </w:rPr>
        <w:t xml:space="preserve">[55:53] </w:t>
      </w:r>
      <w:r>
        <w:t>quran ka tarjuma wahan le gaye.</w:t>
      </w:r>
    </w:p>
    <w:p>
      <w:pPr>
        <w:jc w:val="right"/>
      </w:pPr>
      <w:r>
        <w:t>قرآن کا ترجمہ وہاں لے گئے۔</w:t>
      </w:r>
    </w:p>
    <w:p>
      <w:r>
        <w:rPr>
          <w:b/>
        </w:rPr>
        <w:t xml:space="preserve">[55:56] </w:t>
      </w:r>
      <w:r>
        <w:t>toh yahudi naujawan wahan quran le le ke lage logon ko.</w:t>
      </w:r>
    </w:p>
    <w:p>
      <w:pPr>
        <w:jc w:val="right"/>
      </w:pPr>
      <w:r>
        <w:t>تو یہودی نوجوان وہاں قرآن لے لے کے لگے لوگوں کو۔</w:t>
      </w:r>
    </w:p>
    <w:p>
      <w:r>
        <w:rPr>
          <w:b/>
        </w:rPr>
        <w:t xml:space="preserve">[56:00] </w:t>
      </w:r>
      <w:r>
        <w:t>lo, yeh quran hai, is ko lo.</w:t>
      </w:r>
    </w:p>
    <w:p>
      <w:pPr>
        <w:jc w:val="right"/>
      </w:pPr>
      <w:r>
        <w:t>لو، یہ قرآن ہے، اس کو لو۔</w:t>
      </w:r>
    </w:p>
    <w:p>
      <w:r>
        <w:rPr>
          <w:b/>
        </w:rPr>
        <w:t xml:space="preserve">[56:03] </w:t>
      </w:r>
      <w:r>
        <w:t>yahudi naujawan.</w:t>
      </w:r>
    </w:p>
    <w:p>
      <w:pPr>
        <w:jc w:val="right"/>
      </w:pPr>
      <w:r>
        <w:t>یہودی نوجوان۔</w:t>
      </w:r>
    </w:p>
    <w:p>
      <w:r>
        <w:rPr>
          <w:b/>
        </w:rPr>
        <w:t xml:space="preserve">[56:05] </w:t>
      </w:r>
      <w:r>
        <w:t>toh yaad rakhiye, quran mein jin logon ka zikr hai, woh contemporary logon ka zikr hai.</w:t>
      </w:r>
    </w:p>
    <w:p>
      <w:pPr>
        <w:jc w:val="right"/>
      </w:pPr>
      <w:r>
        <w:t>تو یاد رکھیے، قرآن میں جن لوگوں کا ذکر ہے، وہ contemporary لوگوں کا ذکر ہے۔</w:t>
      </w:r>
    </w:p>
    <w:p>
      <w:r>
        <w:rPr>
          <w:b/>
        </w:rPr>
        <w:t xml:space="preserve">[56:12] </w:t>
      </w:r>
      <w:r>
        <w:t>kisi abadi ma'ni mein kisi qaum ka zikr nahi hai.</w:t>
      </w:r>
    </w:p>
    <w:p>
      <w:pPr>
        <w:jc w:val="right"/>
      </w:pPr>
      <w:r>
        <w:t>کسی ابدی معنی میں کسی قوم کا ذکر نہیں ہے۔</w:t>
      </w:r>
    </w:p>
    <w:p>
      <w:r>
        <w:rPr>
          <w:b/>
        </w:rPr>
        <w:t xml:space="preserve">[56:16] </w:t>
      </w:r>
      <w:r>
        <w:t>maulana next question has come from Mr.</w:t>
      </w:r>
    </w:p>
    <w:p>
      <w:pPr>
        <w:jc w:val="right"/>
      </w:pPr>
      <w:r>
        <w:t>مولانا next question has come from Mr.</w:t>
      </w:r>
    </w:p>
    <w:p>
      <w:r>
        <w:rPr>
          <w:b/>
        </w:rPr>
        <w:t xml:space="preserve">[56:19] </w:t>
      </w:r>
      <w:r>
        <w:t>Aftab Alam from Kolkata.</w:t>
      </w:r>
    </w:p>
    <w:p>
      <w:pPr>
        <w:jc w:val="right"/>
      </w:pPr>
      <w:r>
        <w:t>آفتاب عالم from Kolkata۔</w:t>
      </w:r>
    </w:p>
    <w:p>
      <w:r>
        <w:rPr>
          <w:b/>
        </w:rPr>
        <w:t xml:space="preserve">[56:21] </w:t>
      </w:r>
      <w:r>
        <w:t>he has asked you do sau saal ke apple shock par musalman bajaye sabak lene ke, kyun use</w:t>
      </w:r>
    </w:p>
    <w:p>
      <w:pPr>
        <w:jc w:val="right"/>
      </w:pPr>
      <w:r>
        <w:t>He has asked you دو سو سال کے Apple shock پر مسلمان بجائے سبق لینے کے، کیوں اسے</w:t>
      </w:r>
    </w:p>
    <w:p>
      <w:r>
        <w:rPr>
          <w:b/>
        </w:rPr>
        <w:t xml:space="preserve">[56:29] </w:t>
      </w:r>
      <w:r>
        <w:t>apni be izzati ki wajah samajhte hain? kya wajah hai ke log apni ghalti ko ghalti nahi mante?</w:t>
      </w:r>
    </w:p>
    <w:p>
      <w:pPr>
        <w:jc w:val="right"/>
      </w:pPr>
      <w:r>
        <w:t>اپنی بے عزتی کی وجہ سمجھتے ہیں؟ کیا وجہ ہے کہ لوگ اپنی غلطی کو غلطی نہیں مانتے؟</w:t>
      </w:r>
    </w:p>
    <w:p>
      <w:r>
        <w:rPr>
          <w:b/>
        </w:rPr>
        <w:t xml:space="preserve">[56:36] </w:t>
      </w:r>
      <w:r>
        <w:t>dekhiye, is mein jo qusoor hai, woh muslim awam ka nahi hai.</w:t>
      </w:r>
    </w:p>
    <w:p>
      <w:pPr>
        <w:jc w:val="right"/>
      </w:pPr>
      <w:r>
        <w:t>دیکھیے، اس میں جو قصور ہے، وہ مسلم عوام کا نہیں ہے۔</w:t>
      </w:r>
    </w:p>
    <w:p>
      <w:r>
        <w:rPr>
          <w:b/>
        </w:rPr>
        <w:t xml:space="preserve">[56:41] </w:t>
      </w:r>
      <w:r>
        <w:t>muslim khawas ka hai.</w:t>
      </w:r>
    </w:p>
    <w:p>
      <w:pPr>
        <w:jc w:val="right"/>
      </w:pPr>
      <w:r>
        <w:t>مسلم خواص کا ہے۔</w:t>
      </w:r>
    </w:p>
    <w:p>
      <w:r>
        <w:rPr>
          <w:b/>
        </w:rPr>
        <w:t xml:space="preserve">[56:43] </w:t>
      </w:r>
      <w:r>
        <w:t>hamare jo ulama hain ya hamare jo likhne aur bolne wale log hain, jis ko kehte hain opinion</w:t>
      </w:r>
    </w:p>
    <w:p>
      <w:pPr>
        <w:jc w:val="right"/>
      </w:pPr>
      <w:r>
        <w:t>ہمارے جو علماء ہیں یا ہمارے جو لکھنے اور بولنے والے لوگ ہیں، جس کو کہتے ہیں opinion</w:t>
      </w:r>
    </w:p>
    <w:p>
      <w:r>
        <w:rPr>
          <w:b/>
        </w:rPr>
        <w:t xml:space="preserve">[56:51] </w:t>
      </w:r>
      <w:r>
        <w:t>maker class, musalmanon ka jo opinion maker class hai, us ki ghalati hai.</w:t>
      </w:r>
    </w:p>
    <w:p>
      <w:pPr>
        <w:jc w:val="right"/>
      </w:pPr>
      <w:r>
        <w:t>maker class، مسلمانوں کا جو opinion maker class ہے، اس کی غلطی ہے۔</w:t>
      </w:r>
    </w:p>
    <w:p>
      <w:r>
        <w:rPr>
          <w:b/>
        </w:rPr>
        <w:t xml:space="preserve">[56:56] </w:t>
      </w:r>
      <w:r>
        <w:t>is ne kabhi bhi waqe ki positive picture nahi pesh ki.</w:t>
      </w:r>
    </w:p>
    <w:p>
      <w:pPr>
        <w:jc w:val="right"/>
      </w:pPr>
      <w:r>
        <w:t>اس نے کبھی بھی واقعے کی positive picture نہیں پیش کی۔</w:t>
      </w:r>
    </w:p>
    <w:p>
      <w:r>
        <w:rPr>
          <w:b/>
        </w:rPr>
        <w:t xml:space="preserve">[57:01] </w:t>
      </w:r>
      <w:r>
        <w:t>misalan, 1947 ke baad hindustan mein bohat sare computer right hue.</w:t>
      </w:r>
    </w:p>
    <w:p>
      <w:pPr>
        <w:jc w:val="right"/>
      </w:pPr>
      <w:r>
        <w:t>مثلاً، انیس سو سینتالیس کے بعد ہندوستان میں بہت سارے کمپیوٹر رائٹ ہوئے۔</w:t>
      </w:r>
    </w:p>
    <w:p>
      <w:r>
        <w:rPr>
          <w:b/>
        </w:rPr>
        <w:t xml:space="preserve">[57:07] </w:t>
      </w:r>
      <w:r>
        <w:t>to jitne right hue, sab mein yeh ghalati ki hai hamare likhne aur bolne walon ne ke musalman</w:t>
      </w:r>
    </w:p>
    <w:p>
      <w:pPr>
        <w:jc w:val="right"/>
      </w:pPr>
      <w:r>
        <w:t>تو جتنے رائٹ ہوئے، سب میں یہ غلطی کی ہے ہمارے لکھنے اور بولنے والوں نے کہ مسلمانوں</w:t>
      </w:r>
    </w:p>
    <w:p>
      <w:r>
        <w:rPr>
          <w:b/>
        </w:rPr>
        <w:t xml:space="preserve">[57:14] </w:t>
      </w:r>
      <w:r>
        <w:t>ko doosron ne jo nuqsan kiya, us ko batate hain bas.</w:t>
      </w:r>
    </w:p>
    <w:p>
      <w:pPr>
        <w:jc w:val="right"/>
      </w:pPr>
      <w:r>
        <w:t>کو دوسروں نے جو نقصان کیا، اس کو بتاتے ہیں بس۔</w:t>
      </w:r>
    </w:p>
    <w:p>
      <w:r>
        <w:rPr>
          <w:b/>
        </w:rPr>
        <w:t xml:space="preserve">[57:19] </w:t>
      </w:r>
      <w:r>
        <w:t>aur kaise shuru hua? kis ne shuru kiya? yeh batate hi nahi.</w:t>
      </w:r>
    </w:p>
    <w:p>
      <w:pPr>
        <w:jc w:val="right"/>
      </w:pPr>
      <w:r>
        <w:t>اور کیسے شروع ہوا؟ کس نے شروع کیا؟ یہ بتاتے ہی نہیں۔</w:t>
      </w:r>
    </w:p>
    <w:p>
      <w:r>
        <w:rPr>
          <w:b/>
        </w:rPr>
        <w:t xml:space="preserve">[57:24] </w:t>
      </w:r>
      <w:r>
        <w:t>to one sided story hoti hai.</w:t>
      </w:r>
    </w:p>
    <w:p>
      <w:pPr>
        <w:jc w:val="right"/>
      </w:pPr>
      <w:r>
        <w:t>تو one sided story ہوتی ہے۔</w:t>
      </w:r>
    </w:p>
    <w:p>
      <w:r>
        <w:rPr>
          <w:b/>
        </w:rPr>
        <w:t xml:space="preserve">[57:27] </w:t>
      </w:r>
      <w:r>
        <w:t>yeh hatta ke aaj bhi musalmanon ke haan jo so called media, musalmanon ka media jo hai, woh</w:t>
      </w:r>
    </w:p>
    <w:p>
      <w:pPr>
        <w:jc w:val="right"/>
      </w:pPr>
      <w:r>
        <w:t>یہ حتیٰ کہ آج بھی مسلمانوں کے ہاں جو so called میڈیا، مسلمانوں کا میڈیا جو ہے، وہ</w:t>
      </w:r>
    </w:p>
    <w:p>
      <w:r>
        <w:rPr>
          <w:b/>
        </w:rPr>
        <w:t xml:space="preserve">[57:35] </w:t>
      </w:r>
      <w:r>
        <w:t>kashmir ke bare mein, falasteen ke bare mein, aur muslim aur non muslim ke takrao ke bare mein</w:t>
      </w:r>
    </w:p>
    <w:p>
      <w:pPr>
        <w:jc w:val="right"/>
      </w:pPr>
      <w:r>
        <w:t>کشمیر کے بارے میں، فلسطین کے بارے میں، اور مسلم اور non مسلم کے ٹکراؤ کے بارے میں</w:t>
      </w:r>
    </w:p>
    <w:p>
      <w:r>
        <w:rPr>
          <w:b/>
        </w:rPr>
        <w:t xml:space="preserve">[57:42] </w:t>
      </w:r>
      <w:r>
        <w:t>one sided story pesh karta hai.</w:t>
      </w:r>
    </w:p>
    <w:p>
      <w:pPr>
        <w:jc w:val="right"/>
      </w:pPr>
      <w:r>
        <w:t>one sided story پیش کرتا ہے۔</w:t>
      </w:r>
    </w:p>
    <w:p>
      <w:r>
        <w:rPr>
          <w:b/>
        </w:rPr>
        <w:t xml:space="preserve">[57:45] </w:t>
      </w:r>
      <w:r>
        <w:t>aap ko shaq ho to mujhe jo bataiye, mein us ko analysis kar ke bataunga.</w:t>
      </w:r>
    </w:p>
    <w:p>
      <w:pPr>
        <w:jc w:val="right"/>
      </w:pPr>
      <w:r>
        <w:t>آپ کو شک ہو تو مجھے جو بتائیے، میں اس کو analysis کر کے بتاؤں گا۔</w:t>
      </w:r>
    </w:p>
    <w:p>
      <w:r>
        <w:rPr>
          <w:b/>
        </w:rPr>
        <w:t xml:space="preserve">[57:52] </w:t>
      </w:r>
      <w:r>
        <w:t>jitne bhi musalmanon ke likhne aur bolne wale hain, woh one sided story batate hain, is liye musalman</w:t>
      </w:r>
    </w:p>
    <w:p>
      <w:pPr>
        <w:jc w:val="right"/>
      </w:pPr>
      <w:r>
        <w:t>جتنے بھی مسلمانوں کے لکھنے اور بولنے والے ہیں، وہ one sided story بتاتے ہیں، اس لیے مسلمان</w:t>
      </w:r>
    </w:p>
    <w:p>
      <w:r>
        <w:rPr>
          <w:b/>
        </w:rPr>
        <w:t xml:space="preserve">[57:59] </w:t>
      </w:r>
      <w:r>
        <w:t>bhadak uthte hain.</w:t>
      </w:r>
    </w:p>
    <w:p>
      <w:pPr>
        <w:jc w:val="right"/>
      </w:pPr>
      <w:r>
        <w:t>بھڑک اٹھتے ہیں۔</w:t>
      </w:r>
    </w:p>
    <w:p>
      <w:r>
        <w:rPr>
          <w:b/>
        </w:rPr>
        <w:t xml:space="preserve">[58:01] </w:t>
      </w:r>
      <w:r>
        <w:t>sirf hamara jo magazine hai, risala, woh ek exception hai ke woh one sided story nahi batata.</w:t>
      </w:r>
    </w:p>
    <w:p>
      <w:pPr>
        <w:jc w:val="right"/>
      </w:pPr>
      <w:r>
        <w:t>صرف ہمارا جو میگزین ہے، رسالہ، وہ ایک exception ہے کہ وہ one sided story نہیں بتاتا۔</w:t>
      </w:r>
    </w:p>
    <w:p>
      <w:r>
        <w:rPr>
          <w:b/>
        </w:rPr>
        <w:t xml:space="preserve">[58:08] </w:t>
      </w:r>
      <w:r>
        <w:t>to yeh hai the problem.</w:t>
      </w:r>
    </w:p>
    <w:p>
      <w:pPr>
        <w:jc w:val="right"/>
      </w:pPr>
      <w:r>
        <w:t>تو یہ ہے the problem۔</w:t>
      </w:r>
    </w:p>
    <w:p>
      <w:r>
        <w:rPr>
          <w:b/>
        </w:rPr>
        <w:t xml:space="preserve">[58:10] </w:t>
      </w:r>
      <w:r>
        <w:t>maulana next question has come from ah miss naghma siddiqui.</w:t>
      </w:r>
    </w:p>
    <w:p>
      <w:pPr>
        <w:jc w:val="right"/>
      </w:pPr>
      <w:r>
        <w:t>مولانا next question has come from آہ Miss نغمہ صدیقی۔</w:t>
      </w:r>
    </w:p>
    <w:p>
      <w:r>
        <w:rPr>
          <w:b/>
        </w:rPr>
        <w:t xml:space="preserve">[58:15] </w:t>
      </w:r>
      <w:r>
        <w:t>and she has asked what is the difference between emotional and wise planning? how can we do wise</w:t>
      </w:r>
    </w:p>
    <w:p>
      <w:pPr>
        <w:jc w:val="right"/>
      </w:pPr>
      <w:r>
        <w:t>And she has asked what is the difference between emotional and wise planning؟ How can we do wise</w:t>
      </w:r>
    </w:p>
    <w:p>
      <w:r>
        <w:rPr>
          <w:b/>
        </w:rPr>
        <w:t xml:space="preserve">[58:22] </w:t>
      </w:r>
      <w:r>
        <w:t>planning? bohat asan hai.</w:t>
      </w:r>
    </w:p>
    <w:p>
      <w:pPr>
        <w:jc w:val="right"/>
      </w:pPr>
      <w:r>
        <w:t>planning؟ بہت آسان ہے۔</w:t>
      </w:r>
    </w:p>
    <w:p>
      <w:r>
        <w:rPr>
          <w:b/>
        </w:rPr>
        <w:t xml:space="preserve">[58:24] </w:t>
      </w:r>
      <w:r>
        <w:t>dekhiye, instant action reaction hai.</w:t>
      </w:r>
    </w:p>
    <w:p>
      <w:pPr>
        <w:jc w:val="right"/>
      </w:pPr>
      <w:r>
        <w:t>دیکھیے، instant action reaction ہے۔</w:t>
      </w:r>
    </w:p>
    <w:p>
      <w:r>
        <w:rPr>
          <w:b/>
        </w:rPr>
        <w:t xml:space="preserve">[58:26] </w:t>
      </w:r>
      <w:r>
        <w:t>koi waqe ho to foran aap uth paden, bhadak kar ke.</w:t>
      </w:r>
    </w:p>
    <w:p>
      <w:pPr>
        <w:jc w:val="right"/>
      </w:pPr>
      <w:r>
        <w:t>کوئی واقعہ ہو تو فوراً آپ اٹھ پڑیں، بھڑک کر کے۔</w:t>
      </w:r>
    </w:p>
    <w:p>
      <w:r>
        <w:rPr>
          <w:b/>
        </w:rPr>
        <w:t xml:space="preserve">[58:31] </w:t>
      </w:r>
      <w:r>
        <w:t>that is emotional response.</w:t>
      </w:r>
    </w:p>
    <w:p>
      <w:pPr>
        <w:jc w:val="right"/>
      </w:pPr>
      <w:r>
        <w:t>That is emotional response۔</w:t>
      </w:r>
    </w:p>
    <w:p>
      <w:r>
        <w:rPr>
          <w:b/>
        </w:rPr>
        <w:t xml:space="preserve">[58:33] </w:t>
      </w:r>
      <w:r>
        <w:t>doosri shakal kya hai? ke aap sochen, sathiyon se mashwara karen, istikhara karen, quran mein padh kar dekhen</w:t>
      </w:r>
    </w:p>
    <w:p>
      <w:pPr>
        <w:jc w:val="right"/>
      </w:pPr>
      <w:r>
        <w:t>دوسری شکل کیا ہے؟ کہ آپ سوچیں، ساتھیوں سے مشورہ کریں، استخارہ کریں، قرآن میں پڑھ کر دیکھیں</w:t>
      </w:r>
    </w:p>
    <w:p>
      <w:r>
        <w:rPr>
          <w:b/>
        </w:rPr>
        <w:t xml:space="preserve">[58:40] </w:t>
      </w:r>
      <w:r>
        <w:t>kya likha hai.</w:t>
      </w:r>
    </w:p>
    <w:p>
      <w:pPr>
        <w:jc w:val="right"/>
      </w:pPr>
      <w:r>
        <w:t>کیا لکھا ہے۔</w:t>
      </w:r>
    </w:p>
    <w:p>
      <w:r>
        <w:rPr>
          <w:b/>
        </w:rPr>
        <w:t xml:space="preserve">[58:42] </w:t>
      </w:r>
      <w:r>
        <w:t>is mein kuch time lagega aap ko.</w:t>
      </w:r>
    </w:p>
    <w:p>
      <w:pPr>
        <w:jc w:val="right"/>
      </w:pPr>
      <w:r>
        <w:t>اس میں کچھ ٹائم لگے گا آپ کو۔</w:t>
      </w:r>
    </w:p>
    <w:p>
      <w:r>
        <w:rPr>
          <w:b/>
        </w:rPr>
        <w:t xml:space="preserve">[58:45] </w:t>
      </w:r>
      <w:r>
        <w:t>to aisa aisa tareeqa hamesha planning par base karega.</w:t>
      </w:r>
    </w:p>
    <w:p>
      <w:pPr>
        <w:jc w:val="right"/>
      </w:pPr>
      <w:r>
        <w:t>تو ایسا ایسا طریقہ ہمیشہ planning پر base کرے گا۔</w:t>
      </w:r>
    </w:p>
    <w:p>
      <w:r>
        <w:rPr>
          <w:b/>
        </w:rPr>
        <w:t xml:space="preserve">[58:50] </w:t>
      </w:r>
      <w:r>
        <w:t>Planning aur woh wise planning hogi.</w:t>
      </w:r>
    </w:p>
    <w:p>
      <w:pPr>
        <w:jc w:val="right"/>
      </w:pPr>
      <w:r>
        <w:t>Planning اور وہ wise planning ہوگی۔</w:t>
      </w:r>
    </w:p>
    <w:p>
      <w:r>
        <w:rPr>
          <w:b/>
        </w:rPr>
        <w:t xml:space="preserve">[58:52] </w:t>
      </w:r>
      <w:r>
        <w:t>jab bhi aap ke foran ke foran aik bhadak kar ke kuch karna shuru kar dein ge, to</w:t>
      </w:r>
    </w:p>
    <w:p>
      <w:pPr>
        <w:jc w:val="right"/>
      </w:pPr>
      <w:r>
        <w:t>جب بھی آپ کے فوراً کے فوراً ایک بھڑک کر کے کچھ کرنا شروع کر دیں گے، تو</w:t>
      </w:r>
    </w:p>
    <w:p>
      <w:r>
        <w:rPr>
          <w:b/>
        </w:rPr>
        <w:t xml:space="preserve">[59:00] </w:t>
      </w:r>
      <w:r>
        <w:t>woh reaction hoga.</w:t>
      </w:r>
    </w:p>
    <w:p>
      <w:pPr>
        <w:jc w:val="right"/>
      </w:pPr>
      <w:r>
        <w:t>وہ reaction ہوگا۔</w:t>
      </w:r>
    </w:p>
    <w:p>
      <w:r>
        <w:rPr>
          <w:b/>
        </w:rPr>
        <w:t xml:space="preserve">[59:01] </w:t>
      </w:r>
      <w:r>
        <w:t>woh kabhi bhi, woh hamesha emotional response hoga.</w:t>
      </w:r>
    </w:p>
    <w:p>
      <w:pPr>
        <w:jc w:val="right"/>
      </w:pPr>
      <w:r>
        <w:t>وہ کبھی بھی، وہ ہمیشہ emotional response ہوگا۔</w:t>
      </w:r>
    </w:p>
    <w:p>
      <w:r>
        <w:rPr>
          <w:b/>
        </w:rPr>
        <w:t xml:space="preserve">[59:05] </w:t>
      </w:r>
      <w:r>
        <w:t>aur jab aap theher ke sochen ge, chahe kai din lag jaye, chahe mahinon lag jaye, to soch</w:t>
      </w:r>
    </w:p>
    <w:p>
      <w:pPr>
        <w:jc w:val="right"/>
      </w:pPr>
      <w:r>
        <w:t>اور جب آپ ٹھہر کے سوچیں گے، چاہے کئی دن لگ جائے، چاہے مہینوں لگ جائے، تو سوچ</w:t>
      </w:r>
    </w:p>
    <w:p>
      <w:r>
        <w:rPr>
          <w:b/>
        </w:rPr>
        <w:t xml:space="preserve">[59:12] </w:t>
      </w:r>
      <w:r>
        <w:t>kar ke jo aap planning karein ge, woh wise planning hogi.</w:t>
      </w:r>
    </w:p>
    <w:p>
      <w:pPr>
        <w:jc w:val="right"/>
      </w:pPr>
      <w:r>
        <w:t>کر کے جو آپ planning کریں گے، وہ wise planning ہوگی۔</w:t>
      </w:r>
    </w:p>
    <w:p>
      <w:r>
        <w:rPr>
          <w:b/>
        </w:rPr>
        <w:t xml:space="preserve">[59:17] </w:t>
      </w:r>
      <w:r>
        <w:t>to baghair soche agar aap response dein, to woh emotional response hai.</w:t>
      </w:r>
    </w:p>
    <w:p>
      <w:pPr>
        <w:jc w:val="right"/>
      </w:pPr>
      <w:r>
        <w:t>تو بغیر سوچے اگر آپ response دیں، تو وہ emotional response ہے۔</w:t>
      </w:r>
    </w:p>
    <w:p>
      <w:r>
        <w:rPr>
          <w:b/>
        </w:rPr>
        <w:t xml:space="preserve">[59:22] </w:t>
      </w:r>
      <w:r>
        <w:t>aur soch kar aap response dein, to wise planning ka response hai.</w:t>
      </w:r>
    </w:p>
    <w:p>
      <w:pPr>
        <w:jc w:val="right"/>
      </w:pPr>
      <w:r>
        <w:t>اور سوچ کر آپ response دیں، تو wise planning کا response ہے۔</w:t>
      </w:r>
    </w:p>
    <w:p>
      <w:r>
        <w:rPr>
          <w:b/>
        </w:rPr>
        <w:t xml:space="preserve">[59:27] </w:t>
      </w:r>
      <w:r>
        <w:t>Maulana, this question has been asked by Mr.</w:t>
      </w:r>
    </w:p>
    <w:p>
      <w:pPr>
        <w:jc w:val="right"/>
      </w:pPr>
      <w:r>
        <w:t>مولانا، this question has been asked by Mr.</w:t>
      </w:r>
    </w:p>
    <w:p>
      <w:r>
        <w:rPr>
          <w:b/>
        </w:rPr>
        <w:t xml:space="preserve">[59:31] </w:t>
      </w:r>
      <w:r>
        <w:t>Nisar Ahmed Nisar.</w:t>
      </w:r>
    </w:p>
    <w:p>
      <w:pPr>
        <w:jc w:val="right"/>
      </w:pPr>
      <w:r>
        <w:t>نثار احمد نثار۔</w:t>
      </w:r>
    </w:p>
    <w:p>
      <w:r>
        <w:rPr>
          <w:b/>
        </w:rPr>
        <w:t xml:space="preserve">[59:32] </w:t>
      </w:r>
      <w:r>
        <w:t>It's more of a comment than a question where he says that no, the point is that Europe</w:t>
      </w:r>
    </w:p>
    <w:p>
      <w:pPr>
        <w:jc w:val="right"/>
      </w:pPr>
      <w:r>
        <w:t>It's more of a comment than a question where he says that no, the point is that Europe</w:t>
      </w:r>
    </w:p>
    <w:p>
      <w:r>
        <w:rPr>
          <w:b/>
        </w:rPr>
        <w:t xml:space="preserve">[59:40] </w:t>
      </w:r>
      <w:r>
        <w:t>has not just devoted because they left the war, but because they are united against one nation, that</w:t>
      </w:r>
    </w:p>
    <w:p>
      <w:pPr>
        <w:jc w:val="right"/>
      </w:pPr>
      <w:r>
        <w:t>has not just devoted because they left the war, but because they are united against one nation, that</w:t>
      </w:r>
    </w:p>
    <w:p>
      <w:r>
        <w:rPr>
          <w:b/>
        </w:rPr>
        <w:t xml:space="preserve">[59:48] </w:t>
      </w:r>
      <w:r>
        <w:t>is Muslims.</w:t>
      </w:r>
    </w:p>
    <w:p>
      <w:pPr>
        <w:jc w:val="right"/>
      </w:pPr>
      <w:r>
        <w:t>is Muslims۔</w:t>
      </w:r>
    </w:p>
    <w:p>
      <w:r>
        <w:rPr>
          <w:b/>
        </w:rPr>
        <w:t xml:space="preserve">[59:49] </w:t>
      </w:r>
      <w:r>
        <w:t>to un ka kehna yeh hai Maulana ke unhon ne apna poora focus against Muslims laga diya hai</w:t>
      </w:r>
    </w:p>
    <w:p>
      <w:pPr>
        <w:jc w:val="right"/>
      </w:pPr>
      <w:r>
        <w:t>تو ان کا کہنا یہ ہے مولانا کہ انہوں نے اپنا پورا focus against Muslims لگا دیا ہے</w:t>
      </w:r>
    </w:p>
    <w:p>
      <w:r>
        <w:rPr>
          <w:b/>
        </w:rPr>
        <w:t xml:space="preserve">[59:57] </w:t>
      </w:r>
      <w:r>
        <w:t>Europe ne.</w:t>
      </w:r>
    </w:p>
    <w:p>
      <w:pPr>
        <w:jc w:val="right"/>
      </w:pPr>
      <w:r>
        <w:t>Europe نے۔</w:t>
      </w:r>
    </w:p>
    <w:p>
      <w:r>
        <w:rPr>
          <w:b/>
        </w:rPr>
        <w:t xml:space="preserve">[59:59] </w:t>
      </w:r>
      <w:r>
        <w:t>nahi, yeh galat hai.</w:t>
      </w:r>
    </w:p>
    <w:p>
      <w:pPr>
        <w:jc w:val="right"/>
      </w:pPr>
      <w:r>
        <w:t>نہیں، یہ غلط ہے۔</w:t>
      </w:r>
    </w:p>
    <w:p>
      <w:r>
        <w:rPr>
          <w:b/>
        </w:rPr>
        <w:t xml:space="preserve">[1:00:00] </w:t>
      </w:r>
      <w:r>
        <w:t>Against Muslims? aap khud ghalati par hain.</w:t>
      </w:r>
    </w:p>
    <w:p>
      <w:pPr>
        <w:jc w:val="right"/>
      </w:pPr>
      <w:r>
        <w:t>Against Muslims؟ آپ خود غلطی پر ہیں۔</w:t>
      </w:r>
    </w:p>
    <w:p>
      <w:r>
        <w:rPr>
          <w:b/>
        </w:rPr>
        <w:t xml:space="preserve">[1:00:03] </w:t>
      </w:r>
      <w:r>
        <w:t>yeh bilkul hi be asal baat hai ke Europe ne sara focus against Muslims laga diya hai.</w:t>
      </w:r>
    </w:p>
    <w:p>
      <w:pPr>
        <w:jc w:val="right"/>
      </w:pPr>
      <w:r>
        <w:t>یہ بالکل ہی بے اصل بات ہے کہ یورپ نے سارا focus against Muslims لگا دیا ہے۔</w:t>
      </w:r>
    </w:p>
    <w:p>
      <w:r>
        <w:rPr>
          <w:b/>
        </w:rPr>
        <w:t xml:space="preserve">[1:00:11] </w:t>
      </w:r>
      <w:r>
        <w:t>yeh bilkul main to kahoon ke yeh jhoot hai.</w:t>
      </w:r>
    </w:p>
    <w:p>
      <w:pPr>
        <w:jc w:val="right"/>
      </w:pPr>
      <w:r>
        <w:t>یہ بالکل میں تو کہوں کہ یہ جھوٹ ہے۔</w:t>
      </w:r>
    </w:p>
    <w:p>
      <w:r>
        <w:rPr>
          <w:b/>
        </w:rPr>
        <w:t xml:space="preserve">[1:00:14] </w:t>
      </w:r>
      <w:r>
        <w:t>Self development lagaya hai.</w:t>
      </w:r>
    </w:p>
    <w:p>
      <w:pPr>
        <w:jc w:val="right"/>
      </w:pPr>
      <w:r>
        <w:t>Self development لگایا ہے۔</w:t>
      </w:r>
    </w:p>
    <w:p>
      <w:r>
        <w:rPr>
          <w:b/>
        </w:rPr>
        <w:t xml:space="preserve">[1:00:16] </w:t>
      </w:r>
      <w:r>
        <w:t>Self development lagaya hai.</w:t>
      </w:r>
    </w:p>
    <w:p>
      <w:pPr>
        <w:jc w:val="right"/>
      </w:pPr>
      <w:r>
        <w:t>Self development لگایا ہے۔</w:t>
      </w:r>
    </w:p>
    <w:p>
      <w:r>
        <w:rPr>
          <w:b/>
        </w:rPr>
        <w:t xml:space="preserve">[1:00:18] </w:t>
      </w:r>
      <w:r>
        <w:t>Musalmanon ko yeh Islamophobia bilkul jhoot par mabni hai.</w:t>
      </w:r>
    </w:p>
    <w:p>
      <w:pPr>
        <w:jc w:val="right"/>
      </w:pPr>
      <w:r>
        <w:t>مسلمانوں کو یہ Islamophobia بالکل جھوٹ پر مبنی ہے۔</w:t>
      </w:r>
    </w:p>
    <w:p>
      <w:r>
        <w:rPr>
          <w:b/>
        </w:rPr>
        <w:t xml:space="preserve">[1:00:22] </w:t>
      </w:r>
      <w:r>
        <w:t>koi Islamophobia kahin nahi hai.</w:t>
      </w:r>
    </w:p>
    <w:p>
      <w:pPr>
        <w:jc w:val="right"/>
      </w:pPr>
      <w:r>
        <w:t>کوئی Islamophobia کہیں نہیں ہے۔</w:t>
      </w:r>
    </w:p>
    <w:p>
      <w:r>
        <w:rPr>
          <w:b/>
        </w:rPr>
        <w:t xml:space="preserve">[1:00:24] </w:t>
      </w:r>
      <w:r>
        <w:t>West hamara dushman hai, yeh bilkul jhooti baat hai.</w:t>
      </w:r>
    </w:p>
    <w:p>
      <w:pPr>
        <w:jc w:val="right"/>
      </w:pPr>
      <w:r>
        <w:t>West ہمارا دشمن ہے، یہ بالکل جھوٹی بات ہے۔</w:t>
      </w:r>
    </w:p>
    <w:p>
      <w:r>
        <w:rPr>
          <w:b/>
        </w:rPr>
        <w:t xml:space="preserve">[1:00:28] </w:t>
      </w:r>
      <w:r>
        <w:t>mein ne darjanon safar kiye hain Europe Africa ke, mein ne to kahin nahin dekha.</w:t>
      </w:r>
    </w:p>
    <w:p>
      <w:pPr>
        <w:jc w:val="right"/>
      </w:pPr>
      <w:r>
        <w:t>میں نے درجنوں سفر کیے ہیں یورپ افریقہ کے، میں نے تو کہیں نہیں دیکھا۔</w:t>
      </w:r>
    </w:p>
    <w:p>
      <w:r>
        <w:rPr>
          <w:b/>
        </w:rPr>
        <w:t xml:space="preserve">[1:00:34] </w:t>
      </w:r>
      <w:r>
        <w:t>yeh kamre mein baith kar reporting banate hain, wahi aisi baatein karte hain.</w:t>
      </w:r>
    </w:p>
    <w:p>
      <w:pPr>
        <w:jc w:val="right"/>
      </w:pPr>
      <w:r>
        <w:t>یہ کمرے میں بیٹھ کر reporting بناتے ہیں، وہی ایسی باتیں کرتے ہیں۔</w:t>
      </w:r>
    </w:p>
    <w:p>
      <w:r>
        <w:rPr>
          <w:b/>
        </w:rPr>
        <w:t xml:space="preserve">[1:00:40] </w:t>
      </w:r>
      <w:r>
        <w:t>beh-haal, mein is ko bilkul baseless samajhta hoon.</w:t>
      </w:r>
    </w:p>
    <w:p>
      <w:pPr>
        <w:jc w:val="right"/>
      </w:pPr>
      <w:r>
        <w:t>بہرحال، میں اس کو بالکل baseless سمجھتا ہوں۔</w:t>
      </w:r>
    </w:p>
    <w:p>
      <w:r>
        <w:rPr>
          <w:b/>
        </w:rPr>
        <w:t xml:space="preserve">[1:00:43] </w:t>
      </w:r>
      <w:r>
        <w:t>na kahin Islamophobia hai, na kahin musalmanon ke khilaaf saazish hai, na kahin musalmanon ke khilaaf dushmani hai,</w:t>
      </w:r>
    </w:p>
    <w:p>
      <w:pPr>
        <w:jc w:val="right"/>
      </w:pPr>
      <w:r>
        <w:t>نہ کہیں Islamophobia ہے، نہ کہیں مسلمانوں کے خلاف سازش ہے، نہ کہیں مسلمانوں کے خلاف دشمنی ہے،</w:t>
      </w:r>
    </w:p>
    <w:p>
      <w:r>
        <w:rPr>
          <w:b/>
        </w:rPr>
        <w:t xml:space="preserve">[1:00:51] </w:t>
      </w:r>
      <w:r>
        <w:t>kahin maujood nahin hai aisi.</w:t>
      </w:r>
    </w:p>
    <w:p>
      <w:pPr>
        <w:jc w:val="right"/>
      </w:pPr>
      <w:r>
        <w:t>کہیں موجود نہیں ہے ایسی۔</w:t>
      </w:r>
    </w:p>
    <w:p>
      <w:r>
        <w:rPr>
          <w:b/>
        </w:rPr>
        <w:t xml:space="preserve">[1:00:53] </w:t>
      </w:r>
      <w:r>
        <w:t>bilkul baseless baat hai, totally baseless hai.</w:t>
      </w:r>
    </w:p>
    <w:p>
      <w:pPr>
        <w:jc w:val="right"/>
      </w:pPr>
      <w:r>
        <w:t>بالکل baseless بات ہے، totally baseless ہے۔</w:t>
      </w:r>
    </w:p>
    <w:p>
      <w:r>
        <w:rPr>
          <w:b/>
        </w:rPr>
        <w:t xml:space="preserve">[1:00:56] </w:t>
      </w:r>
      <w:r>
        <w:t>in ka sole concern hai self development.</w:t>
      </w:r>
    </w:p>
    <w:p>
      <w:pPr>
        <w:jc w:val="right"/>
      </w:pPr>
      <w:r>
        <w:t>ان کا sole concern ہے self development۔</w:t>
      </w:r>
    </w:p>
    <w:p>
      <w:r>
        <w:rPr>
          <w:b/>
        </w:rPr>
        <w:t xml:space="preserve">[1:00:59] </w:t>
      </w:r>
      <w:r>
        <w:t>Okay, we will end this session now.</w:t>
      </w:r>
    </w:p>
    <w:p>
      <w:pPr>
        <w:jc w:val="right"/>
      </w:pPr>
      <w:r>
        <w:t>Okay, we will end this session now۔</w:t>
      </w:r>
    </w:p>
    <w:p>
      <w:r>
        <w:rPr>
          <w:b/>
        </w:rPr>
        <w:t xml:space="preserve">[1:01:02] </w:t>
      </w:r>
      <w:r>
        <w:t>For more videos, you can log on to cpsglobal.org.</w:t>
      </w:r>
    </w:p>
    <w:p>
      <w:pPr>
        <w:jc w:val="right"/>
      </w:pPr>
      <w:r>
        <w:t>For more videos, you can log on to cpsglobal.org۔</w:t>
      </w:r>
    </w:p>
    <w:p>
      <w:r>
        <w:rPr>
          <w:b/>
        </w:rPr>
        <w:t xml:space="preserve">[1:01:06] </w:t>
      </w:r>
      <w:r>
        <w:t>Thank you.</w:t>
      </w:r>
    </w:p>
    <w:p>
      <w:pPr>
        <w:jc w:val="right"/>
      </w:pPr>
      <w:r>
        <w:t>Thank you۔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