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Fear of God February 21, 2016</w:t>
      </w:r>
    </w:p>
    <w:p>
      <w:r>
        <w:t>https://www.youtube.com/watch?v=T-w1IDIeCV4</w:t>
      </w:r>
    </w:p>
    <w:p>
      <w:r>
        <w:rPr>
          <w:b/>
        </w:rPr>
        <w:t xml:space="preserve">[00:21] </w:t>
      </w:r>
      <w:r>
        <w:t>bismillah rahman rahim, wa salla Allahu ala nabiyyil karim.</w:t>
      </w:r>
    </w:p>
    <w:p>
      <w:pPr>
        <w:jc w:val="right"/>
      </w:pPr>
      <w:r>
        <w:t>بسم اللہ الرحمن الرحیم، وصلی اللہ علی نبی الکریم۔</w:t>
      </w:r>
    </w:p>
    <w:p>
      <w:r>
        <w:rPr>
          <w:b/>
        </w:rPr>
        <w:t xml:space="preserve">[00:29]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[00:38] </w:t>
      </w:r>
      <w:r>
        <w:t>21 farwari 2016.</w:t>
      </w:r>
    </w:p>
    <w:p>
      <w:pPr>
        <w:jc w:val="right"/>
      </w:pPr>
      <w:r>
        <w:t>21 فروری 2016۔</w:t>
      </w:r>
    </w:p>
    <w:p>
      <w:r>
        <w:rPr>
          <w:b/>
        </w:rPr>
        <w:t xml:space="preserve">[00:47] </w:t>
      </w:r>
      <w:r>
        <w:t>aaj ka topic hai khauf-e-khuda, ya Fear of God.</w:t>
      </w:r>
    </w:p>
    <w:p>
      <w:pPr>
        <w:jc w:val="right"/>
      </w:pPr>
      <w:r>
        <w:t>آج کا ٹاپک ہے خوفِ خدا، یا Fear of God۔</w:t>
      </w:r>
    </w:p>
    <w:p>
      <w:r>
        <w:rPr>
          <w:b/>
        </w:rPr>
        <w:t xml:space="preserve">[00:56] </w:t>
      </w:r>
      <w:r>
        <w:t>hadith ki ek kitab hai, is ka naam hai "shuab al-iman lil bayhaqi".</w:t>
      </w:r>
    </w:p>
    <w:p>
      <w:pPr>
        <w:jc w:val="right"/>
      </w:pPr>
      <w:r>
        <w:t>حدیث کی ایک کتاب ہے، اس کا نام ہے "شعب الایمان للبیقی"۔</w:t>
      </w:r>
    </w:p>
    <w:p>
      <w:r>
        <w:rPr>
          <w:b/>
        </w:rPr>
        <w:t xml:space="preserve">[01:04] </w:t>
      </w:r>
      <w:r>
        <w:t>is kitab mein ek hadith hai ke rasool Allah sal-lal-lahu alaihi wasallam ne farmaya: ra's al-hikmati makhāfatu Allah.</w:t>
      </w:r>
    </w:p>
    <w:p>
      <w:pPr>
        <w:jc w:val="right"/>
      </w:pPr>
      <w:r>
        <w:t>اس کتاب میں ایک حدیث ہے کہ رسول اللہ صلی اللہ علیہ وسلم نے فرمایا: رأس الحكمة مخافة الله۔</w:t>
      </w:r>
    </w:p>
    <w:p>
      <w:r>
        <w:rPr>
          <w:b/>
        </w:rPr>
        <w:t xml:space="preserve">[01:13] </w:t>
      </w:r>
      <w:r>
        <w:t>ra's al-hikmati makhāfatu Allah.</w:t>
      </w:r>
    </w:p>
    <w:p>
      <w:pPr>
        <w:jc w:val="right"/>
      </w:pPr>
      <w:r>
        <w:t>رأس الحكمة مخافة الله۔</w:t>
      </w:r>
    </w:p>
    <w:p>
      <w:r>
        <w:rPr>
          <w:b/>
        </w:rPr>
        <w:t xml:space="preserve">[01:22] </w:t>
      </w:r>
      <w:r>
        <w:t>hikmat ka sira Allah ka khauf hai.</w:t>
      </w:r>
    </w:p>
    <w:p>
      <w:pPr>
        <w:jc w:val="right"/>
      </w:pPr>
      <w:r>
        <w:t>حکمت کا سرا اللہ کا خوف ہے۔</w:t>
      </w:r>
    </w:p>
    <w:p>
      <w:r>
        <w:rPr>
          <w:b/>
        </w:rPr>
        <w:t xml:space="preserve">[01:31] </w:t>
      </w:r>
      <w:r>
        <w:t>yani Fear of God is the greatest wisdom.</w:t>
      </w:r>
    </w:p>
    <w:p>
      <w:pPr>
        <w:jc w:val="right"/>
      </w:pPr>
      <w:r>
        <w:t>یعنی Fear of God is the greatest wisdom.</w:t>
      </w:r>
    </w:p>
    <w:p>
      <w:r>
        <w:rPr>
          <w:b/>
        </w:rPr>
        <w:t xml:space="preserve">[01:40] </w:t>
      </w:r>
      <w:r>
        <w:t>is par mein bohat din sochta tha ke Allah ke khauf se wisdom kyun aati hai.</w:t>
      </w:r>
    </w:p>
    <w:p>
      <w:pPr>
        <w:jc w:val="right"/>
      </w:pPr>
      <w:r>
        <w:t>اس پر میں بہت دن سوچتا تھا کہ اللہ کے خوف سے wisdom کیوں آتی ہے۔</w:t>
      </w:r>
    </w:p>
    <w:p>
      <w:r>
        <w:rPr>
          <w:b/>
        </w:rPr>
        <w:t xml:space="preserve">[01:46] </w:t>
      </w:r>
      <w:r>
        <w:t>to wisdom ka matlab kya hai? wisdom ka matlab hai ke right dhang se sochna, right dhang se</w:t>
      </w:r>
    </w:p>
    <w:p>
      <w:pPr>
        <w:jc w:val="right"/>
      </w:pPr>
      <w:r>
        <w:t>تو wisdom کا مطلب کیا ہے؟ wisdom کا مطلب ہے کہ right ڈھنگ سے سوچنا، right ڈھنگ سے</w:t>
      </w:r>
    </w:p>
    <w:p>
      <w:r>
        <w:rPr>
          <w:b/>
        </w:rPr>
        <w:t xml:space="preserve">[01:52] </w:t>
      </w:r>
      <w:r>
        <w:t>behave karna, right dhang se act karna, yahi wisdom hai.</w:t>
      </w:r>
    </w:p>
    <w:p>
      <w:pPr>
        <w:jc w:val="right"/>
      </w:pPr>
      <w:r>
        <w:t>behave کرنا، right ڈھنگ سے act کرنا، یہی wisdom ہے۔</w:t>
      </w:r>
    </w:p>
    <w:p>
      <w:r>
        <w:rPr>
          <w:b/>
        </w:rPr>
        <w:t xml:space="preserve">[01:59] </w:t>
      </w:r>
      <w:r>
        <w:t>to yeh jo cheez hai is ka ta'alluq direct taur par hai Allah ke khauf se.</w:t>
      </w:r>
    </w:p>
    <w:p>
      <w:pPr>
        <w:jc w:val="right"/>
      </w:pPr>
      <w:r>
        <w:t>تو یہ جو چیز ہے اس کا تعلق direct طور پر ہے اللہ کے خوف سے۔</w:t>
      </w:r>
    </w:p>
    <w:p>
      <w:r>
        <w:rPr>
          <w:b/>
        </w:rPr>
        <w:t xml:space="preserve">[02:05] </w:t>
      </w:r>
      <w:r>
        <w:t>kyunke aap ko Allah ka khauf hoga to aap hamesha yeh soch kar bolenge, karenge ke</w:t>
      </w:r>
    </w:p>
    <w:p>
      <w:pPr>
        <w:jc w:val="right"/>
      </w:pPr>
      <w:r>
        <w:t>کیونکہ آپ کو اللہ کا خوف ہوگا تو آپ ہمیشہ یہ سوچ کر بولیں گے، کریں گے کہ</w:t>
      </w:r>
    </w:p>
    <w:p>
      <w:r>
        <w:rPr>
          <w:b/>
        </w:rPr>
        <w:t xml:space="preserve">[02:11] </w:t>
      </w:r>
      <w:r>
        <w:t>mujhe woh kaam nahi karna hai jahan jo Allah ke khilaf ho.</w:t>
      </w:r>
    </w:p>
    <w:p>
      <w:pPr>
        <w:jc w:val="right"/>
      </w:pPr>
      <w:r>
        <w:t>مجھے وہ کام نہیں کرنا ہے جہاں جو اللہ کے خلاف ہو۔</w:t>
      </w:r>
    </w:p>
    <w:p>
      <w:r>
        <w:rPr>
          <w:b/>
        </w:rPr>
        <w:t xml:space="preserve">[02:18] </w:t>
      </w:r>
      <w:r>
        <w:t>yaani wisdom, yaani khauf, Khuda ka khauf jo hai woh ek accountability rehta hai. Accountability.</w:t>
      </w:r>
    </w:p>
    <w:p>
      <w:pPr>
        <w:jc w:val="right"/>
      </w:pPr>
      <w:r>
        <w:t>یعنی wisdom، یعنی خوف، خدا کا خوف جو ہے وہ ایک accountability رہتا ہے۔ Accountability۔</w:t>
      </w:r>
    </w:p>
    <w:p>
      <w:r>
        <w:rPr>
          <w:b/>
        </w:rPr>
        <w:t xml:space="preserve">[02:24] </w:t>
      </w:r>
      <w:r>
        <w:t>Accountability ka ehsaas jo hai wahi aadmi ko waaz banta hai.</w:t>
      </w:r>
    </w:p>
    <w:p>
      <w:pPr>
        <w:jc w:val="right"/>
      </w:pPr>
      <w:r>
        <w:t>Accountability کا احساس جو ہے وہی آدمی کو واعظ بناتا ہے۔</w:t>
      </w:r>
    </w:p>
    <w:p>
      <w:r>
        <w:rPr>
          <w:b/>
        </w:rPr>
        <w:t xml:space="preserve">[02:30] </w:t>
      </w:r>
      <w:r>
        <w:t>aaj ke akhbar mein ek article hai: Master your thoughts.</w:t>
      </w:r>
    </w:p>
    <w:p>
      <w:pPr>
        <w:jc w:val="right"/>
      </w:pPr>
      <w:r>
        <w:t>آج کے اخبار میں ایک آرٹیکل ہے: Master your thoughts.</w:t>
      </w:r>
    </w:p>
    <w:p>
      <w:r>
        <w:rPr>
          <w:b/>
        </w:rPr>
        <w:t xml:space="preserve">[02:37] </w:t>
      </w:r>
      <w:r>
        <w:t>Master your thoughts.</w:t>
      </w:r>
    </w:p>
    <w:p>
      <w:pPr>
        <w:jc w:val="right"/>
      </w:pPr>
      <w:r>
        <w:t>Master your thoughts.</w:t>
      </w:r>
    </w:p>
    <w:p>
      <w:r>
        <w:rPr>
          <w:b/>
        </w:rPr>
        <w:t xml:space="preserve">[02:43] </w:t>
      </w:r>
      <w:r>
        <w:t>apne apni soch ke master bano.</w:t>
      </w:r>
    </w:p>
    <w:p>
      <w:pPr>
        <w:jc w:val="right"/>
      </w:pPr>
      <w:r>
        <w:t>اپنے اپنی سوچ کے ماسٹر بنو۔</w:t>
      </w:r>
    </w:p>
    <w:p>
      <w:r>
        <w:rPr>
          <w:b/>
        </w:rPr>
        <w:t xml:space="preserve">[02:49] </w:t>
      </w:r>
      <w:r>
        <w:t>aap jante hain ke har aadmi jo sochta hai wahi karta hai.</w:t>
      </w:r>
    </w:p>
    <w:p>
      <w:pPr>
        <w:jc w:val="right"/>
      </w:pPr>
      <w:r>
        <w:t>آپ جانتے ہیں کہ ہر آدمی جو سوچتا ہے وہی کرتا ہے۔</w:t>
      </w:r>
    </w:p>
    <w:p>
      <w:r>
        <w:rPr>
          <w:b/>
        </w:rPr>
        <w:t xml:space="preserve">[02:56] </w:t>
      </w:r>
      <w:r>
        <w:t>kuch bhi karna ho to aadmi pehle sochega.</w:t>
      </w:r>
    </w:p>
    <w:p>
      <w:pPr>
        <w:jc w:val="right"/>
      </w:pPr>
      <w:r>
        <w:t>کچھ بھی کرنا ہو تو آدمی پہلے سوچے گا۔</w:t>
      </w:r>
    </w:p>
    <w:p>
      <w:r>
        <w:rPr>
          <w:b/>
        </w:rPr>
        <w:t xml:space="preserve">[03:02] </w:t>
      </w:r>
      <w:r>
        <w:t>تو آدمی اگر اپنی سوچ کا، thought، thought، اگر اپنی thought کا master بن جائے تو اس مضمون</w:t>
      </w:r>
    </w:p>
    <w:p>
      <w:pPr>
        <w:jc w:val="right"/>
      </w:pPr>
      <w:r>
        <w:t>تو آدمی اگر اپنی سوچ کا، thought، thought، اگر اپنی thought کا ماسٹر بن جائے تو اس مضمون</w:t>
      </w:r>
    </w:p>
    <w:p>
      <w:r>
        <w:rPr>
          <w:b/>
        </w:rPr>
        <w:t xml:space="preserve">[03:08] </w:t>
      </w:r>
      <w:r>
        <w:t>ke mutabiq, is article ke mutabiq woh sahi kaam karega.</w:t>
      </w:r>
    </w:p>
    <w:p>
      <w:pPr>
        <w:jc w:val="right"/>
      </w:pPr>
      <w:r>
        <w:t>کے مطابق، اس آرٹیکل کے مطابق وہ صحیح کام کرے گا۔</w:t>
      </w:r>
    </w:p>
    <w:p>
      <w:r>
        <w:rPr>
          <w:b/>
        </w:rPr>
        <w:t xml:space="preserve">[03:15] </w:t>
      </w:r>
      <w:r>
        <w:t>magar yeh article yeh nazdeek half truth hai.</w:t>
      </w:r>
    </w:p>
    <w:p>
      <w:pPr>
        <w:jc w:val="right"/>
      </w:pPr>
      <w:r>
        <w:t>مگر یہ آرٹیکل یہ نزدیک half truth ہے۔</w:t>
      </w:r>
    </w:p>
    <w:p>
      <w:r>
        <w:rPr>
          <w:b/>
        </w:rPr>
        <w:t xml:space="preserve">[03:21] </w:t>
      </w:r>
      <w:r>
        <w:t>is liye ke masla master banne ka nahi hai.</w:t>
      </w:r>
    </w:p>
    <w:p>
      <w:pPr>
        <w:jc w:val="right"/>
      </w:pPr>
      <w:r>
        <w:t>اس لیے کہ مسئلہ ماسٹر بننے کا نہیں ہے۔</w:t>
      </w:r>
    </w:p>
    <w:p>
      <w:r>
        <w:rPr>
          <w:b/>
        </w:rPr>
        <w:t xml:space="preserve">[03:27] </w:t>
      </w:r>
      <w:r>
        <w:t>masla yeh hai ke master banne ke baad right behavior kaise paida ho.</w:t>
      </w:r>
    </w:p>
    <w:p>
      <w:pPr>
        <w:jc w:val="right"/>
      </w:pPr>
      <w:r>
        <w:t>مسئلہ یہ ہے کہ ماسٹر بننے کے بعد right behavior کیسے پیدا ہو۔</w:t>
      </w:r>
    </w:p>
    <w:p>
      <w:r>
        <w:rPr>
          <w:b/>
        </w:rPr>
        <w:t xml:space="preserve">[03:34] </w:t>
      </w:r>
      <w:r>
        <w:t>master to har aadmi hai apne mind ka.</w:t>
      </w:r>
    </w:p>
    <w:p>
      <w:pPr>
        <w:jc w:val="right"/>
      </w:pPr>
      <w:r>
        <w:t>ماسٹر تو ہر آدمی ہے اپنے mind کا۔</w:t>
      </w:r>
    </w:p>
    <w:p>
      <w:r>
        <w:rPr>
          <w:b/>
        </w:rPr>
        <w:t xml:space="preserve">[03:40] </w:t>
      </w:r>
      <w:r>
        <w:t>har aadmi zahir hai ke apna master aap hai.</w:t>
      </w:r>
    </w:p>
    <w:p>
      <w:pPr>
        <w:jc w:val="right"/>
      </w:pPr>
      <w:r>
        <w:t>ہر آدمی ظاہر ہے کہ اپنا ماسٹر آپ ہے۔</w:t>
      </w:r>
    </w:p>
    <w:p>
      <w:r>
        <w:rPr>
          <w:b/>
        </w:rPr>
        <w:t xml:space="preserve">[03:46] </w:t>
      </w:r>
      <w:r>
        <w:t>jo chahta hai wahi karta hai.</w:t>
      </w:r>
    </w:p>
    <w:p>
      <w:pPr>
        <w:jc w:val="right"/>
      </w:pPr>
      <w:r>
        <w:t>جو چاہتا ہے وہی کرتا ہے۔</w:t>
      </w:r>
    </w:p>
    <w:p>
      <w:r>
        <w:rPr>
          <w:b/>
        </w:rPr>
        <w:t xml:space="preserve">[03:53] </w:t>
      </w:r>
      <w:r>
        <w:t>to already har aadmi master hai apne thoughts ka.</w:t>
      </w:r>
    </w:p>
    <w:p>
      <w:pPr>
        <w:jc w:val="right"/>
      </w:pPr>
      <w:r>
        <w:t>تو already ہر آدمی ماسٹر ہے اپنے thoughts کا۔</w:t>
      </w:r>
    </w:p>
    <w:p>
      <w:r>
        <w:rPr>
          <w:b/>
        </w:rPr>
        <w:t xml:space="preserve">[03:59] </w:t>
      </w:r>
      <w:r>
        <w:t>sawal yeh nahi ke master bano.</w:t>
      </w:r>
    </w:p>
    <w:p>
      <w:pPr>
        <w:jc w:val="right"/>
      </w:pPr>
      <w:r>
        <w:t>سوال یہ نہیں کہ ماسٹر بنو۔</w:t>
      </w:r>
    </w:p>
    <w:p>
      <w:r>
        <w:rPr>
          <w:b/>
        </w:rPr>
        <w:t xml:space="preserve">[04:05] </w:t>
      </w:r>
      <w:r>
        <w:t>sawal yeh hai ke tum jo master ho apne thoughts ke to kaise aisa ho ke tum right</w:t>
      </w:r>
    </w:p>
    <w:p>
      <w:pPr>
        <w:jc w:val="right"/>
      </w:pPr>
      <w:r>
        <w:t>سوال یہ ہے کہ تم جو ماسٹر ہو اپنے thoughts کے تو کیسے ایسا ہو کہ تم right</w:t>
      </w:r>
    </w:p>
    <w:p>
      <w:r>
        <w:rPr>
          <w:b/>
        </w:rPr>
        <w:t xml:space="preserve">[04:12] </w:t>
      </w:r>
      <w:r>
        <w:t>andaaz mein socho, right andaaz mein behave karo, right andaaz mein kaam karo.</w:t>
      </w:r>
    </w:p>
    <w:p>
      <w:pPr>
        <w:jc w:val="right"/>
      </w:pPr>
      <w:r>
        <w:t>انداز میں سوچو، right انداز میں behave کرو، right انداز میں کام کرو۔</w:t>
      </w:r>
    </w:p>
    <w:p>
      <w:r>
        <w:rPr>
          <w:b/>
        </w:rPr>
        <w:t xml:space="preserve">[04:18] </w:t>
      </w:r>
      <w:r>
        <w:t>yeh sawal hai.</w:t>
      </w:r>
    </w:p>
    <w:p>
      <w:pPr>
        <w:jc w:val="right"/>
      </w:pPr>
      <w:r>
        <w:t>یہ سوال ہے۔</w:t>
      </w:r>
    </w:p>
    <w:p>
      <w:r>
        <w:rPr>
          <w:b/>
        </w:rPr>
        <w:t xml:space="preserve">[04:24] </w:t>
      </w:r>
      <w:r>
        <w:t>to yeh mein bahut din se sochta tha.</w:t>
      </w:r>
    </w:p>
    <w:p>
      <w:pPr>
        <w:jc w:val="right"/>
      </w:pPr>
      <w:r>
        <w:t>تو یہ میں بہت دن سے سوچتا تھا۔</w:t>
      </w:r>
    </w:p>
    <w:p>
      <w:r>
        <w:rPr>
          <w:b/>
        </w:rPr>
        <w:t xml:space="preserve">[04:31] </w:t>
      </w:r>
      <w:r>
        <w:t>to meri mulaqat hui ek sahib se jo Singapore mein rehte hain.</w:t>
      </w:r>
    </w:p>
    <w:p>
      <w:pPr>
        <w:jc w:val="right"/>
      </w:pPr>
      <w:r>
        <w:t>تو میری ملاقات ہوئی ایک صاحب سے جو سنگاپور میں رہتے ہیں۔</w:t>
      </w:r>
    </w:p>
    <w:p>
      <w:r>
        <w:rPr>
          <w:b/>
        </w:rPr>
        <w:t xml:space="preserve">[04:37] </w:t>
      </w:r>
      <w:r>
        <w:t>woh Indian hain, Singapore mein rehte hain.</w:t>
      </w:r>
    </w:p>
    <w:p>
      <w:pPr>
        <w:jc w:val="right"/>
      </w:pPr>
      <w:r>
        <w:t>وہ انڈین ہیں، سنگاپور میں رہتے ہیں۔</w:t>
      </w:r>
    </w:p>
    <w:p>
      <w:r>
        <w:rPr>
          <w:b/>
        </w:rPr>
        <w:t xml:space="preserve">[04:43] </w:t>
      </w:r>
      <w:r>
        <w:t>to baat karte hue unhone bataya ke Singapore ek crime free country hai.</w:t>
      </w:r>
    </w:p>
    <w:p>
      <w:pPr>
        <w:jc w:val="right"/>
      </w:pPr>
      <w:r>
        <w:t>تو بات کرتے ہوئے انہوں نے بتایا کہ سنگاپور ایک crime free country ہے۔</w:t>
      </w:r>
    </w:p>
    <w:p>
      <w:r>
        <w:rPr>
          <w:b/>
        </w:rPr>
        <w:t xml:space="preserve">[04:50] </w:t>
      </w:r>
      <w:r>
        <w:t>yani singapore mein crime nahi hota.</w:t>
      </w:r>
    </w:p>
    <w:p>
      <w:pPr>
        <w:jc w:val="right"/>
      </w:pPr>
      <w:r>
        <w:t>یعنی سنگاپور میں crime نہیں ہوتا۔</w:t>
      </w:r>
    </w:p>
    <w:p>
      <w:r>
        <w:rPr>
          <w:b/>
        </w:rPr>
        <w:t xml:space="preserve">[04:56] </w:t>
      </w:r>
      <w:r>
        <w:t>yani practically woh ek crime free country hai.</w:t>
      </w:r>
    </w:p>
    <w:p>
      <w:pPr>
        <w:jc w:val="right"/>
      </w:pPr>
      <w:r>
        <w:t>یعنی practically وہ ایک crime free country ہے۔</w:t>
      </w:r>
    </w:p>
    <w:p>
      <w:r>
        <w:rPr>
          <w:b/>
        </w:rPr>
        <w:t xml:space="preserve">[05:02] </w:t>
      </w:r>
      <w:r>
        <w:t>toh maine kaha aap ne india ko bhi dekha hai? india kaisa hai? toh unhon ne kaha</w:t>
      </w:r>
    </w:p>
    <w:p>
      <w:pPr>
        <w:jc w:val="right"/>
      </w:pPr>
      <w:r>
        <w:t>تو میں نے کہا آپ نے انڈیا کو بھی دیکھا ہے؟ انڈیا کیسا ہے؟ تو انہوں نے کہا</w:t>
      </w:r>
    </w:p>
    <w:p>
      <w:r>
        <w:rPr>
          <w:b/>
        </w:rPr>
        <w:t xml:space="preserve">[05:09] </w:t>
      </w:r>
      <w:r>
        <w:t>ke iska ulta hai.</w:t>
      </w:r>
    </w:p>
    <w:p>
      <w:pPr>
        <w:jc w:val="right"/>
      </w:pPr>
      <w:r>
        <w:t>کہ اس کا الٹا ہے۔</w:t>
      </w:r>
    </w:p>
    <w:p>
      <w:r>
        <w:rPr>
          <w:b/>
        </w:rPr>
        <w:t xml:space="preserve">[05:15] </w:t>
      </w:r>
      <w:r>
        <w:t>yahan toh har waqt, har roz, har subah shaam crime hote hain.</w:t>
      </w:r>
    </w:p>
    <w:p>
      <w:pPr>
        <w:jc w:val="right"/>
      </w:pPr>
      <w:r>
        <w:t>یہاں تو ہر وقت، ہر روز، ہر صبح شام crime ہوتے ہیں۔</w:t>
      </w:r>
    </w:p>
    <w:p>
      <w:r>
        <w:rPr>
          <w:b/>
        </w:rPr>
        <w:t xml:space="preserve">[05:21] </w:t>
      </w:r>
      <w:r>
        <w:t>toh maine kaha ke yeh bataiye aap ko dono mulkon ka tajurba hai.</w:t>
      </w:r>
    </w:p>
    <w:p>
      <w:pPr>
        <w:jc w:val="right"/>
      </w:pPr>
      <w:r>
        <w:t>تو میں نے کہا کہ یہ بتائیے آپ کو دونوں ملکوں کا تجربہ ہے۔</w:t>
      </w:r>
    </w:p>
    <w:p>
      <w:r>
        <w:rPr>
          <w:b/>
        </w:rPr>
        <w:t xml:space="preserve">[05:28] </w:t>
      </w:r>
      <w:r>
        <w:t>kyun india mein har waqt crime hote hain aur kyun singapore crime free country ban gaya hai? toh</w:t>
      </w:r>
    </w:p>
    <w:p>
      <w:pPr>
        <w:jc w:val="right"/>
      </w:pPr>
      <w:r>
        <w:t>کیوں انڈیا میں ہر وقت crime ہوتے ہیں اور کیوں سنگاپور crime free country بن گیا ہے؟ تو</w:t>
      </w:r>
    </w:p>
    <w:p>
      <w:r>
        <w:rPr>
          <w:b/>
        </w:rPr>
        <w:t xml:space="preserve">[05:34] </w:t>
      </w:r>
      <w:r>
        <w:t>unhon ne kaha ek hi ek single shabd mein iska jawab hai.</w:t>
      </w:r>
    </w:p>
    <w:p>
      <w:pPr>
        <w:jc w:val="right"/>
      </w:pPr>
      <w:r>
        <w:t>انہوں نے کہا ایک ہی ایک single शब्द میں اس کا جواب ہے۔</w:t>
      </w:r>
    </w:p>
    <w:p>
      <w:r>
        <w:rPr>
          <w:b/>
        </w:rPr>
        <w:t xml:space="preserve">[05:40] </w:t>
      </w:r>
      <w:r>
        <w:t>woh hai Fear of caning.</w:t>
      </w:r>
    </w:p>
    <w:p>
      <w:pPr>
        <w:jc w:val="right"/>
      </w:pPr>
      <w:r>
        <w:t>وہ ہے Fear of caning.</w:t>
      </w:r>
    </w:p>
    <w:p>
      <w:r>
        <w:rPr>
          <w:b/>
        </w:rPr>
        <w:t xml:space="preserve">[05:47] </w:t>
      </w:r>
      <w:r>
        <w:t>Fear of caning.</w:t>
      </w:r>
    </w:p>
    <w:p>
      <w:pPr>
        <w:jc w:val="right"/>
      </w:pPr>
      <w:r>
        <w:t>Fear of caning.</w:t>
      </w:r>
    </w:p>
    <w:p>
      <w:r>
        <w:rPr>
          <w:b/>
        </w:rPr>
        <w:t xml:space="preserve">[05:53] </w:t>
      </w:r>
      <w:r>
        <w:t>yani beait ki maar ka dar.</w:t>
      </w:r>
    </w:p>
    <w:p>
      <w:pPr>
        <w:jc w:val="right"/>
      </w:pPr>
      <w:r>
        <w:t>یعنی بیعت کی مار کا ڈر۔</w:t>
      </w:r>
    </w:p>
    <w:p>
      <w:r>
        <w:rPr>
          <w:b/>
        </w:rPr>
        <w:t xml:space="preserve">[05:59] </w:t>
      </w:r>
      <w:r>
        <w:t>singapore mein caning hoti hai.</w:t>
      </w:r>
    </w:p>
    <w:p>
      <w:pPr>
        <w:jc w:val="right"/>
      </w:pPr>
      <w:r>
        <w:t>سنگاپور میں caning ہوتی ہے۔</w:t>
      </w:r>
    </w:p>
    <w:p>
      <w:r>
        <w:rPr>
          <w:b/>
        </w:rPr>
        <w:t xml:space="preserve">[06:06] </w:t>
      </w:r>
      <w:r>
        <w:t>aur woh mechanical caning hoti hai.</w:t>
      </w:r>
    </w:p>
    <w:p>
      <w:pPr>
        <w:jc w:val="right"/>
      </w:pPr>
      <w:r>
        <w:t>اور وہ mechanical caning ہوتی ہے۔</w:t>
      </w:r>
    </w:p>
    <w:p>
      <w:r>
        <w:rPr>
          <w:b/>
        </w:rPr>
        <w:t xml:space="preserve">[06:12] </w:t>
      </w:r>
      <w:r>
        <w:t>bahut sakht hai.</w:t>
      </w:r>
    </w:p>
    <w:p>
      <w:pPr>
        <w:jc w:val="right"/>
      </w:pPr>
      <w:r>
        <w:t>بہت سخت ہے۔</w:t>
      </w:r>
    </w:p>
    <w:p>
      <w:r>
        <w:rPr>
          <w:b/>
        </w:rPr>
        <w:t xml:space="preserve">[06:18] </w:t>
      </w:r>
      <w:r>
        <w:t>toh log bahut darte hain is se.</w:t>
      </w:r>
    </w:p>
    <w:p>
      <w:pPr>
        <w:jc w:val="right"/>
      </w:pPr>
      <w:r>
        <w:t>تو لوگ بہت ڈرتے ہیں اس سے۔</w:t>
      </w:r>
    </w:p>
    <w:p>
      <w:r>
        <w:rPr>
          <w:b/>
        </w:rPr>
        <w:t xml:space="preserve">[06:25] </w:t>
      </w:r>
      <w:r>
        <w:t>kyunki agar das caning ka bhi faisla hua toh bardasht nahi kar payenge.</w:t>
      </w:r>
    </w:p>
    <w:p>
      <w:pPr>
        <w:jc w:val="right"/>
      </w:pPr>
      <w:r>
        <w:t>کیونکہ اگر دس caning کا بھی فیصلہ ہوا تو برداشت نہیں کر پائیں گے۔</w:t>
      </w:r>
    </w:p>
    <w:p>
      <w:r>
        <w:rPr>
          <w:b/>
        </w:rPr>
        <w:t xml:space="preserve">[06:31] </w:t>
      </w:r>
      <w:r>
        <w:t>machine jo hai, machine ke andar marzi hoti nahi.</w:t>
      </w:r>
    </w:p>
    <w:p>
      <w:pPr>
        <w:jc w:val="right"/>
      </w:pPr>
      <w:r>
        <w:t>مشین جو ہے، مشین کے اندر مرضی ہوتی نہیں۔</w:t>
      </w:r>
    </w:p>
    <w:p>
      <w:r>
        <w:rPr>
          <w:b/>
        </w:rPr>
        <w:t xml:space="preserve">[06:37] </w:t>
      </w:r>
      <w:r>
        <w:t>woh taras nahi kisi ke upar karti.</w:t>
      </w:r>
    </w:p>
    <w:p>
      <w:pPr>
        <w:jc w:val="right"/>
      </w:pPr>
      <w:r>
        <w:t>وہ ترس نہیں کسی کے اوپر کرتی۔</w:t>
      </w:r>
    </w:p>
    <w:p>
      <w:r>
        <w:rPr>
          <w:b/>
        </w:rPr>
        <w:t xml:space="preserve">[06:44] </w:t>
      </w:r>
      <w:r>
        <w:t>apni poori taqat se marti hai.</w:t>
      </w:r>
    </w:p>
    <w:p>
      <w:pPr>
        <w:jc w:val="right"/>
      </w:pPr>
      <w:r>
        <w:t>اپنی پوری طاقت سے مارتی ہے۔</w:t>
      </w:r>
    </w:p>
    <w:p>
      <w:r>
        <w:rPr>
          <w:b/>
        </w:rPr>
        <w:t xml:space="preserve">[06:50] </w:t>
      </w:r>
      <w:r>
        <w:t>toh unhon ne kaha ke Fear of caning.</w:t>
      </w:r>
    </w:p>
    <w:p>
      <w:pPr>
        <w:jc w:val="right"/>
      </w:pPr>
      <w:r>
        <w:t>تو انہوں نے کہا کہ Fear of caning.</w:t>
      </w:r>
    </w:p>
    <w:p>
      <w:r>
        <w:rPr>
          <w:b/>
        </w:rPr>
        <w:t xml:space="preserve">[06:56] </w:t>
      </w:r>
      <w:r>
        <w:t>isko le kar maine socha ke aaj masla ab toh thoughts ka master banne ka nahi hai.</w:t>
      </w:r>
    </w:p>
    <w:p>
      <w:pPr>
        <w:jc w:val="right"/>
      </w:pPr>
      <w:r>
        <w:t>اس کو لے کر میں نے سوچا کہ آج مسئلہ اب تو thoughts کا ماسٹر بننے کا نہیں ہے۔</w:t>
      </w:r>
    </w:p>
    <w:p>
      <w:r>
        <w:rPr>
          <w:b/>
        </w:rPr>
        <w:t xml:space="preserve">[07:03] </w:t>
      </w:r>
      <w:r>
        <w:t>balkeh Fear of caning ka masla hai.</w:t>
      </w:r>
    </w:p>
    <w:p>
      <w:pPr>
        <w:jc w:val="right"/>
      </w:pPr>
      <w:r>
        <w:t>بلکہ Fear of caning کا مسئلہ ہے۔</w:t>
      </w:r>
    </w:p>
    <w:p>
      <w:r>
        <w:rPr>
          <w:b/>
        </w:rPr>
        <w:t xml:space="preserve">[07:09] </w:t>
      </w:r>
      <w:r>
        <w:t>aadmi ko agar dar ho ke is par koi lord hai, koi hai jis ke samne woh accountable</w:t>
      </w:r>
    </w:p>
    <w:p>
      <w:pPr>
        <w:jc w:val="right"/>
      </w:pPr>
      <w:r>
        <w:t>آدمی کو اگر ڈر ہو کہ اس پر کوئی لارڈ ہے، کوئی ہے جس کے سامنے وہ accountable</w:t>
      </w:r>
    </w:p>
    <w:p>
      <w:r>
        <w:rPr>
          <w:b/>
        </w:rPr>
        <w:t xml:space="preserve">[07:15] </w:t>
      </w:r>
      <w:r>
        <w:t>hai, tab woh bachega galat kaam se.</w:t>
      </w:r>
    </w:p>
    <w:p>
      <w:pPr>
        <w:jc w:val="right"/>
      </w:pPr>
      <w:r>
        <w:t>ہے، تب وہ بچے گا غلط کام سے۔</w:t>
      </w:r>
    </w:p>
    <w:p>
      <w:r>
        <w:rPr>
          <w:b/>
        </w:rPr>
        <w:t xml:space="preserve">[07:22] </w:t>
      </w:r>
      <w:r>
        <w:t>galat behavior se, galat soch se.</w:t>
      </w:r>
    </w:p>
    <w:p>
      <w:pPr>
        <w:jc w:val="right"/>
      </w:pPr>
      <w:r>
        <w:t>غلط behavior سے، غلط سوچ سے۔</w:t>
      </w:r>
    </w:p>
    <w:p>
      <w:r>
        <w:rPr>
          <w:b/>
        </w:rPr>
        <w:t xml:space="preserve">[07:28] </w:t>
      </w:r>
      <w:r>
        <w:t>warna kyu bachega woh? to khuda ka jo tasawwur hai woh woh yeh hai ke khuda aadmi</w:t>
      </w:r>
    </w:p>
    <w:p>
      <w:pPr>
        <w:jc w:val="right"/>
      </w:pPr>
      <w:r>
        <w:t>ورنہ کیوں بچے گا وہ؟ تو خدا کا جو تصور ہے وہ وہ یہ ہے کہ خدا آدمی</w:t>
      </w:r>
    </w:p>
    <w:p>
      <w:r>
        <w:rPr>
          <w:b/>
        </w:rPr>
        <w:t xml:space="preserve">[07:34] </w:t>
      </w:r>
      <w:r>
        <w:t>ki soch ko bhi janta hai.</w:t>
      </w:r>
    </w:p>
    <w:p>
      <w:pPr>
        <w:jc w:val="right"/>
      </w:pPr>
      <w:r>
        <w:t>کی سوچ کو بھی جانتا ہے۔</w:t>
      </w:r>
    </w:p>
    <w:p>
      <w:r>
        <w:rPr>
          <w:b/>
        </w:rPr>
        <w:t xml:space="preserve">[07:41] </w:t>
      </w:r>
      <w:r>
        <w:t>aadmi ke dil mein kya hai, uske dimagh mein kya hai, usko bhi janta hai.</w:t>
      </w:r>
    </w:p>
    <w:p>
      <w:pPr>
        <w:jc w:val="right"/>
      </w:pPr>
      <w:r>
        <w:t>آدمی کے دل میں کیا ہے، اس کے دماغ میں کیا ہے، اس کو بھی جانتا ہے۔</w:t>
      </w:r>
    </w:p>
    <w:p>
      <w:r>
        <w:rPr>
          <w:b/>
        </w:rPr>
        <w:t xml:space="preserve">[07:47] </w:t>
      </w:r>
      <w:r>
        <w:t>aadmi chahe chhupe mein koi kaam kare, khule mein kare, raat ko kare, din ko kare, har ek</w:t>
      </w:r>
    </w:p>
    <w:p>
      <w:pPr>
        <w:jc w:val="right"/>
      </w:pPr>
      <w:r>
        <w:t>آدمی چاہے چھپے میں کوئی کام کرے، کھلے میں کرے، رات کو کرے، دن کو کرے، ہر ایک</w:t>
      </w:r>
    </w:p>
    <w:p>
      <w:r>
        <w:rPr>
          <w:b/>
        </w:rPr>
        <w:t xml:space="preserve">[07:53] </w:t>
      </w:r>
      <w:r>
        <w:t>se khuda ko ba-khabar hai.</w:t>
      </w:r>
    </w:p>
    <w:p>
      <w:pPr>
        <w:jc w:val="right"/>
      </w:pPr>
      <w:r>
        <w:t>سے خدا کو باخبر ہے۔</w:t>
      </w:r>
    </w:p>
    <w:p>
      <w:r>
        <w:rPr>
          <w:b/>
        </w:rPr>
        <w:t xml:space="preserve">[08:00] </w:t>
      </w:r>
      <w:r>
        <w:t>phir yeh hai ke maut ke baad aadmi pahunchega eternal world mein.</w:t>
      </w:r>
    </w:p>
    <w:p>
      <w:pPr>
        <w:jc w:val="right"/>
      </w:pPr>
      <w:r>
        <w:t>پھر یہ ہے کہ موت کے بعد آدمی پہنچے گا eternal world میں۔</w:t>
      </w:r>
    </w:p>
    <w:p>
      <w:r>
        <w:rPr>
          <w:b/>
        </w:rPr>
        <w:t xml:space="preserve">[08:06] </w:t>
      </w:r>
      <w:r>
        <w:t>wahan har aadmi ko uske amal ka badla ya reward diya jayega.</w:t>
      </w:r>
    </w:p>
    <w:p>
      <w:pPr>
        <w:jc w:val="right"/>
      </w:pPr>
      <w:r>
        <w:t>وہاں ہر آدمی کو اس کے عمل کا بدلہ یا reward دیا جائے گا۔</w:t>
      </w:r>
    </w:p>
    <w:p>
      <w:r>
        <w:rPr>
          <w:b/>
        </w:rPr>
        <w:t xml:space="preserve">[08:12] </w:t>
      </w:r>
      <w:r>
        <w:t>to yeh jo aqeedah hai, aqeedah hai, yahi sach poochhiye to Master of Thoughts ban sakta hai.</w:t>
      </w:r>
    </w:p>
    <w:p>
      <w:pPr>
        <w:jc w:val="right"/>
      </w:pPr>
      <w:r>
        <w:t>تو یہ جو عقیدہ ہے، عقیدہ ہے، یہی سچ پوچھیے تو Master of Thoughts بن سکتا ہے۔</w:t>
      </w:r>
    </w:p>
    <w:p>
      <w:r>
        <w:rPr>
          <w:b/>
        </w:rPr>
        <w:t xml:space="preserve">[08:19] </w:t>
      </w:r>
      <w:r>
        <w:t>sahi maano mein.</w:t>
      </w:r>
    </w:p>
    <w:p>
      <w:pPr>
        <w:jc w:val="right"/>
      </w:pPr>
      <w:r>
        <w:t>صحیح معنوں میں۔</w:t>
      </w:r>
    </w:p>
    <w:p>
      <w:r>
        <w:rPr>
          <w:b/>
        </w:rPr>
        <w:t xml:space="preserve">[08:25] </w:t>
      </w:r>
      <w:r>
        <w:t>isi liye kaha gaya hai ke isi liye kaha gaya ke raas al-hikmah makhhafah Allah.</w:t>
      </w:r>
    </w:p>
    <w:p>
      <w:pPr>
        <w:jc w:val="right"/>
      </w:pPr>
      <w:r>
        <w:t>اسی لیے کہا گیا ہے کہ اسی لیے کہا گیا کہ رأس الحكمة مخافة الله ۔</w:t>
      </w:r>
    </w:p>
    <w:p>
      <w:r>
        <w:rPr>
          <w:b/>
        </w:rPr>
        <w:t xml:space="preserve">[08:31] </w:t>
      </w:r>
      <w:r>
        <w:t>to main samajhta hoon ke na koi law aur na koi aur cheez insaan ko bacha sakti hai</w:t>
      </w:r>
    </w:p>
    <w:p>
      <w:pPr>
        <w:jc w:val="right"/>
      </w:pPr>
      <w:r>
        <w:t>تو میں سمجھتا ہوں کہ نہ کوئی law اور نہ کوئی اور چیز انسان کو بچا سکتی ہے</w:t>
      </w:r>
    </w:p>
    <w:p>
      <w:r>
        <w:rPr>
          <w:b/>
        </w:rPr>
        <w:t xml:space="preserve">[08:38] </w:t>
      </w:r>
      <w:r>
        <w:t>is se ke woh ghalati se roke apne aap ko.</w:t>
      </w:r>
    </w:p>
    <w:p>
      <w:pPr>
        <w:jc w:val="right"/>
      </w:pPr>
      <w:r>
        <w:t>اس سے کہ وہ غلطی سے روکے اپنے آپ کو۔</w:t>
      </w:r>
    </w:p>
    <w:p>
      <w:r>
        <w:rPr>
          <w:b/>
        </w:rPr>
        <w:t xml:space="preserve">[08:44] </w:t>
      </w:r>
      <w:r>
        <w:t>woh sirf makhhafah Allah hi bacha sakti hai.</w:t>
      </w:r>
    </w:p>
    <w:p>
      <w:pPr>
        <w:jc w:val="right"/>
      </w:pPr>
      <w:r>
        <w:t>وہ صرف مخافة اللہ ہی بچا سکتی ہے۔</w:t>
      </w:r>
    </w:p>
    <w:p>
      <w:r>
        <w:rPr>
          <w:b/>
        </w:rPr>
        <w:t xml:space="preserve">[08:50] </w:t>
      </w:r>
      <w:r>
        <w:t>to kis society mein agar aap chahte hain ke logon ke andar sahi raawish par chalein log to</w:t>
      </w:r>
    </w:p>
    <w:p>
      <w:pPr>
        <w:jc w:val="right"/>
      </w:pPr>
      <w:r>
        <w:t>تو کس society میں اگر آپ چاہتے ہیں کہ لوگوں کے اندر صحیح روش پر چلیں لوگ تو</w:t>
      </w:r>
    </w:p>
    <w:p>
      <w:r>
        <w:rPr>
          <w:b/>
        </w:rPr>
        <w:t xml:space="preserve">[08:57] </w:t>
      </w:r>
      <w:r>
        <w:t>unko yeh yaani Fear of caning ki soch unke dil mein dalni hogi.</w:t>
      </w:r>
    </w:p>
    <w:p>
      <w:pPr>
        <w:jc w:val="right"/>
      </w:pPr>
      <w:r>
        <w:t>ان کو یہ یعنی Fear of caning کی سوچ ان کے دل میں ڈالنی ہوگی۔</w:t>
      </w:r>
    </w:p>
    <w:p>
      <w:r>
        <w:rPr>
          <w:b/>
        </w:rPr>
        <w:t xml:space="preserve">[09:03] </w:t>
      </w:r>
      <w:r>
        <w:t>jaise mujhe abhi ek waqia yaad aaya ke Umar bin Abdul Aziz kaha jata hai ke panchwein khaleefa rashid thay.</w:t>
      </w:r>
    </w:p>
    <w:p>
      <w:pPr>
        <w:jc w:val="right"/>
      </w:pPr>
      <w:r>
        <w:t>جیسے مجھے ابھی ایک واقعہ یاد آیا کہ عمر بن عبدالعزیز کہا جاتا ہے کہ پانچویں خلیفہ راشد تھے۔</w:t>
      </w:r>
    </w:p>
    <w:p>
      <w:r>
        <w:rPr>
          <w:b/>
        </w:rPr>
        <w:t xml:space="preserve">[09:10] </w:t>
      </w:r>
      <w:r>
        <w:t>woh Bani Umayyah ke zamane mein khaleefa bane.</w:t>
      </w:r>
    </w:p>
    <w:p>
      <w:pPr>
        <w:jc w:val="right"/>
      </w:pPr>
      <w:r>
        <w:t>وہ بنی امیہ کے زمانے میں خلیفہ بنے۔</w:t>
      </w:r>
    </w:p>
    <w:p>
      <w:r>
        <w:rPr>
          <w:b/>
        </w:rPr>
        <w:t xml:space="preserve">[09:16] </w:t>
      </w:r>
      <w:r>
        <w:t>to jab woh khaleefa bane to masjid jo Damascus ki masjid thi, wahan par bai'at hua.</w:t>
      </w:r>
    </w:p>
    <w:p>
      <w:pPr>
        <w:jc w:val="right"/>
      </w:pPr>
      <w:r>
        <w:t>تو جب وہ خلیفہ بنے تو مسجد جو دمشق کی مسجد تھی، وہاں پر بیعت ہوا۔</w:t>
      </w:r>
    </w:p>
    <w:p>
      <w:r>
        <w:rPr>
          <w:b/>
        </w:rPr>
        <w:t xml:space="preserve">[09:22] </w:t>
      </w:r>
      <w:r>
        <w:t>to bai'at hote hote shaam ho gayi.</w:t>
      </w:r>
    </w:p>
    <w:p>
      <w:pPr>
        <w:jc w:val="right"/>
      </w:pPr>
      <w:r>
        <w:t>تو بیعت ہوتے ہوتے شام ہو گئی۔</w:t>
      </w:r>
    </w:p>
    <w:p>
      <w:r>
        <w:rPr>
          <w:b/>
        </w:rPr>
        <w:t xml:space="preserve">[09:29] </w:t>
      </w:r>
      <w:r>
        <w:t>woh thak gaye.</w:t>
      </w:r>
    </w:p>
    <w:p>
      <w:pPr>
        <w:jc w:val="right"/>
      </w:pPr>
      <w:r>
        <w:t>وہ تھک گئے۔</w:t>
      </w:r>
    </w:p>
    <w:p>
      <w:r>
        <w:rPr>
          <w:b/>
        </w:rPr>
        <w:t xml:space="preserve">[09:35] </w:t>
      </w:r>
      <w:r>
        <w:t>to ghar aa kar ke woh let gaye.</w:t>
      </w:r>
    </w:p>
    <w:p>
      <w:pPr>
        <w:jc w:val="right"/>
      </w:pPr>
      <w:r>
        <w:t>تو گھر آ کر کے وہ لیٹ گئے۔</w:t>
      </w:r>
    </w:p>
    <w:p>
      <w:r>
        <w:rPr>
          <w:b/>
        </w:rPr>
        <w:t xml:space="preserve">[09:41] </w:t>
      </w:r>
      <w:r>
        <w:t>aur doosri taraf kya hua ke unke ghar ke bahar bohat se log jama ho gaye.</w:t>
      </w:r>
    </w:p>
    <w:p>
      <w:pPr>
        <w:jc w:val="right"/>
      </w:pPr>
      <w:r>
        <w:t>اور دوسری طرف کیا ہوا کہ ان کے گھر کے باہر بہت سے لوگ جمع ہو گئے۔</w:t>
      </w:r>
    </w:p>
    <w:p>
      <w:r>
        <w:rPr>
          <w:b/>
        </w:rPr>
        <w:t xml:space="preserve">[09:48] </w:t>
      </w:r>
      <w:r>
        <w:t>unko kuch shikayatein theen government se.</w:t>
      </w:r>
    </w:p>
    <w:p>
      <w:pPr>
        <w:jc w:val="right"/>
      </w:pPr>
      <w:r>
        <w:t>ان کو کچھ شکایتیں تھیں government سے۔</w:t>
      </w:r>
    </w:p>
    <w:p>
      <w:r>
        <w:rPr>
          <w:b/>
        </w:rPr>
        <w:t xml:space="preserve">[09:54] </w:t>
      </w:r>
      <w:r>
        <w:t>to unke bete ne, unke bete ne dekha ke log aaj akhatta hain.</w:t>
      </w:r>
    </w:p>
    <w:p>
      <w:pPr>
        <w:jc w:val="right"/>
      </w:pPr>
      <w:r>
        <w:t>تو ان کے بیٹے نے، ان کے بیٹے نے دیکھا کہ لوگ آج اکٹھا ہیں۔</w:t>
      </w:r>
    </w:p>
    <w:p>
      <w:r>
        <w:rPr>
          <w:b/>
        </w:rPr>
        <w:t xml:space="preserve">[10:00] </w:t>
      </w:r>
      <w:r>
        <w:t>to woh gaye apne baap ke paas aur kaha ke yahan log akhatta hain.</w:t>
      </w:r>
    </w:p>
    <w:p>
      <w:pPr>
        <w:jc w:val="right"/>
      </w:pPr>
      <w:r>
        <w:t>تو وہ گئے اپنے باپ کے پاس اور کہا کہ یہاں لوگ اکٹھا ہیں۔</w:t>
      </w:r>
    </w:p>
    <w:p>
      <w:r>
        <w:rPr>
          <w:b/>
        </w:rPr>
        <w:t xml:space="preserve">[10:07] </w:t>
      </w:r>
      <w:r>
        <w:t>aap se milna hai in ko.</w:t>
      </w:r>
    </w:p>
    <w:p>
      <w:pPr>
        <w:jc w:val="right"/>
      </w:pPr>
      <w:r>
        <w:t>آپ سے ملنا ہے ان کو۔</w:t>
      </w:r>
    </w:p>
    <w:p>
      <w:r>
        <w:rPr>
          <w:b/>
        </w:rPr>
        <w:t xml:space="preserve">[10:13] </w:t>
      </w:r>
      <w:r>
        <w:t>kuchh un ki grievances hain, woh batana hai.</w:t>
      </w:r>
    </w:p>
    <w:p>
      <w:pPr>
        <w:jc w:val="right"/>
      </w:pPr>
      <w:r>
        <w:t>کچھ ان کی grievances ہیں، وہ بتانا ہے۔</w:t>
      </w:r>
    </w:p>
    <w:p>
      <w:r>
        <w:rPr>
          <w:b/>
        </w:rPr>
        <w:t xml:space="preserve">[10:19] </w:t>
      </w:r>
      <w:r>
        <w:t>to umar bin abdul aziz ne apne bete se kaha ke is waqt mein thak gaya hoon.</w:t>
      </w:r>
    </w:p>
    <w:p>
      <w:pPr>
        <w:jc w:val="right"/>
      </w:pPr>
      <w:r>
        <w:t>تو عمر بن عبدالعزیز نے اپنے بیٹے سے کہا کہ اس وقت میں تھک گیا ہوں۔</w:t>
      </w:r>
    </w:p>
    <w:p>
      <w:r>
        <w:rPr>
          <w:b/>
        </w:rPr>
        <w:t xml:space="preserve">[10:26] </w:t>
      </w:r>
      <w:r>
        <w:t>is waqt mujhe aaraam karne do.</w:t>
      </w:r>
    </w:p>
    <w:p>
      <w:pPr>
        <w:jc w:val="right"/>
      </w:pPr>
      <w:r>
        <w:t>اس وقت مجھے آرام کرنے دو۔</w:t>
      </w:r>
    </w:p>
    <w:p>
      <w:r>
        <w:rPr>
          <w:b/>
        </w:rPr>
        <w:t xml:space="preserve">[10:32] </w:t>
      </w:r>
      <w:r>
        <w:t>kal subah ko main in logon ki baaten sunoon ga.</w:t>
      </w:r>
    </w:p>
    <w:p>
      <w:pPr>
        <w:jc w:val="right"/>
      </w:pPr>
      <w:r>
        <w:t>کل صبح کو میں ان لوگوں کی باتیں سنوں گا۔</w:t>
      </w:r>
    </w:p>
    <w:p>
      <w:r>
        <w:rPr>
          <w:b/>
        </w:rPr>
        <w:t xml:space="preserve">[10:38] </w:t>
      </w:r>
      <w:r>
        <w:t>to bete ne achaanak kaha ke kya aap ko yaqeen hai ke kal subah tak aap zinda rahen</w:t>
      </w:r>
    </w:p>
    <w:p>
      <w:pPr>
        <w:jc w:val="right"/>
      </w:pPr>
      <w:r>
        <w:t>تو بیٹے نے اچانک کہا کہ کیا آپ کو یقین ہے کہ کل صبح تک آپ زندہ رہیں</w:t>
      </w:r>
    </w:p>
    <w:p>
      <w:r>
        <w:rPr>
          <w:b/>
        </w:rPr>
        <w:t xml:space="preserve">[10:45] </w:t>
      </w:r>
      <w:r>
        <w:t>ge? kya aap ko yaqeen hai ke aap kal subah tak zinda rahen ge? to achaanak woh uth</w:t>
      </w:r>
    </w:p>
    <w:p>
      <w:pPr>
        <w:jc w:val="right"/>
      </w:pPr>
      <w:r>
        <w:t>گے؟ کیا آپ کو یقین ہے کہ آپ کل صبح تک زندہ رہیں گے؟ تو اچانک وہ اٹھ</w:t>
      </w:r>
    </w:p>
    <w:p>
      <w:r>
        <w:rPr>
          <w:b/>
        </w:rPr>
        <w:t xml:space="preserve">[10:51] </w:t>
      </w:r>
      <w:r>
        <w:t>khade, badh gae.</w:t>
      </w:r>
    </w:p>
    <w:p>
      <w:pPr>
        <w:jc w:val="right"/>
      </w:pPr>
      <w:r>
        <w:t>کھڑے، بڑھ گئے۔</w:t>
      </w:r>
    </w:p>
    <w:p>
      <w:r>
        <w:rPr>
          <w:b/>
        </w:rPr>
        <w:t xml:space="preserve">[10:57] </w:t>
      </w:r>
      <w:r>
        <w:t>unhon ne kaha ke bete, main tumhara, tumhare liye dua karta hoon ke tum ne mujhe ek galat</w:t>
      </w:r>
    </w:p>
    <w:p>
      <w:pPr>
        <w:jc w:val="right"/>
      </w:pPr>
      <w:r>
        <w:t>انہوں نے کہا کہ بیٹے، میں تمہارا، تمہارے لیے دعا کرتا ہوں کہ تم نے مجھے ایک غلط</w:t>
      </w:r>
    </w:p>
    <w:p>
      <w:r>
        <w:rPr>
          <w:b/>
        </w:rPr>
        <w:t xml:space="preserve">[11:04] </w:t>
      </w:r>
      <w:r>
        <w:t>soch se bacha liya.</w:t>
      </w:r>
    </w:p>
    <w:p>
      <w:pPr>
        <w:jc w:val="right"/>
      </w:pPr>
      <w:r>
        <w:t>سوچ سے بچا لیا۔</w:t>
      </w:r>
    </w:p>
    <w:p>
      <w:r>
        <w:rPr>
          <w:b/>
        </w:rPr>
        <w:t xml:space="preserve">[11:10] </w:t>
      </w:r>
      <w:r>
        <w:t>aur phir woh bahar gae, logon se mile.</w:t>
      </w:r>
    </w:p>
    <w:p>
      <w:pPr>
        <w:jc w:val="right"/>
      </w:pPr>
      <w:r>
        <w:t>اور پھر وہ باہر گئے، لوگوں سے ملے۔</w:t>
      </w:r>
    </w:p>
    <w:p>
      <w:r>
        <w:rPr>
          <w:b/>
        </w:rPr>
        <w:t xml:space="preserve">[11:16] </w:t>
      </w:r>
      <w:r>
        <w:t>تو دیکھیں، یہ جو fear of gaining ہے، وہ تو بہت ہی limited way میں کام پر کام</w:t>
      </w:r>
    </w:p>
    <w:p>
      <w:pPr>
        <w:jc w:val="right"/>
      </w:pPr>
      <w:r>
        <w:t>تو دیکھیں، یہ جو Fear of caning ہے، وہ تو بہت ہی limited way میں کام پر کام</w:t>
      </w:r>
    </w:p>
    <w:p>
      <w:r>
        <w:rPr>
          <w:b/>
        </w:rPr>
        <w:t xml:space="preserve">[11:23] </w:t>
      </w:r>
      <w:r>
        <w:t>kar sakta hai.</w:t>
      </w:r>
    </w:p>
    <w:p>
      <w:pPr>
        <w:jc w:val="right"/>
      </w:pPr>
      <w:r>
        <w:t>کر سکتا ہے۔</w:t>
      </w:r>
    </w:p>
    <w:p>
      <w:r>
        <w:rPr>
          <w:b/>
        </w:rPr>
        <w:t xml:space="preserve">[11:29] </w:t>
      </w:r>
      <w:r>
        <w:t>لیکن fear of God تو بہت ہی زیادہ unlimited ہے، وہ۔ Unlimited۔</w:t>
      </w:r>
    </w:p>
    <w:p>
      <w:pPr>
        <w:jc w:val="right"/>
      </w:pPr>
      <w:r>
        <w:t>لیکن Fear of God تو بہت ہی زیادہ unlimited ہے، وہ۔ Unlimited۔</w:t>
      </w:r>
    </w:p>
    <w:p>
      <w:r>
        <w:rPr>
          <w:b/>
        </w:rPr>
        <w:t xml:space="preserve">[11:35] </w:t>
      </w:r>
      <w:r>
        <w:t>jahan koi aadmi is ko dekhne wala na ho, wahan bhi woh apna kaam kare ga.</w:t>
      </w:r>
    </w:p>
    <w:p>
      <w:pPr>
        <w:jc w:val="right"/>
      </w:pPr>
      <w:r>
        <w:t>جہاں کوئی آدمی اس کو دیکھنے والا نہ ہو، وہاں بھی وہ اپنا کام کرے گا۔</w:t>
      </w:r>
    </w:p>
    <w:p>
      <w:r>
        <w:rPr>
          <w:b/>
        </w:rPr>
        <w:t xml:space="preserve">[11:42] </w:t>
      </w:r>
      <w:r>
        <w:t>raat ho ya din ho, andhera ho ya ujala ho.</w:t>
      </w:r>
    </w:p>
    <w:p>
      <w:pPr>
        <w:jc w:val="right"/>
      </w:pPr>
      <w:r>
        <w:t>رات ہو یا دن ہو، اندھیرا ہو یا اجالا ہو۔</w:t>
      </w:r>
    </w:p>
    <w:p>
      <w:r>
        <w:rPr>
          <w:b/>
        </w:rPr>
        <w:t xml:space="preserve">[11:48] </w:t>
      </w:r>
      <w:r>
        <w:t>to Fear of God har jagah is ko yeksana taur par effective bana rahe ga.</w:t>
      </w:r>
    </w:p>
    <w:p>
      <w:pPr>
        <w:jc w:val="right"/>
      </w:pPr>
      <w:r>
        <w:t>تو Fear of God ہر جگہ اس کو یکساں طور پر effective بنا رہے گا۔</w:t>
      </w:r>
    </w:p>
    <w:p>
      <w:r>
        <w:rPr>
          <w:b/>
        </w:rPr>
        <w:t xml:space="preserve">[11:54] </w:t>
      </w:r>
      <w:r>
        <w:t>to Fear of caning se ek usool milta hai, usool.</w:t>
      </w:r>
    </w:p>
    <w:p>
      <w:pPr>
        <w:jc w:val="right"/>
      </w:pPr>
      <w:r>
        <w:t>تو Fear of caning سے ایک اصول ملتا ہے، اصول۔</w:t>
      </w:r>
    </w:p>
    <w:p>
      <w:r>
        <w:rPr>
          <w:b/>
        </w:rPr>
        <w:t xml:space="preserve">[12:01] </w:t>
      </w:r>
      <w:r>
        <w:t>lekin yeh usool phir bhi limited hai.</w:t>
      </w:r>
    </w:p>
    <w:p>
      <w:pPr>
        <w:jc w:val="right"/>
      </w:pPr>
      <w:r>
        <w:t>لیکن یہ اصول پھر بھی limited ہے۔</w:t>
      </w:r>
    </w:p>
    <w:p>
      <w:r>
        <w:rPr>
          <w:b/>
        </w:rPr>
        <w:t xml:space="preserve">[12:07] </w:t>
      </w:r>
      <w:r>
        <w:t>is usool ka unlimited application sirf Fear of God mein hai.</w:t>
      </w:r>
    </w:p>
    <w:p>
      <w:pPr>
        <w:jc w:val="right"/>
      </w:pPr>
      <w:r>
        <w:t>اس اصول کا unlimited application صرف Fear of God میں ہے۔</w:t>
      </w:r>
    </w:p>
    <w:p>
      <w:r>
        <w:rPr>
          <w:b/>
        </w:rPr>
        <w:t xml:space="preserve">[12:13] </w:t>
      </w:r>
      <w:r>
        <w:t>to main samajhta hoon ke sab se zyada zaroori yeh hai ke logon ko yeh bataya jaye ke</w:t>
      </w:r>
    </w:p>
    <w:p>
      <w:pPr>
        <w:jc w:val="right"/>
      </w:pPr>
      <w:r>
        <w:t>تو میں سمجھتا ہوں کہ سب سے زیادہ ضروری یہ ہے کہ لوگوں کو یہ بتایا جائے کہ</w:t>
      </w:r>
    </w:p>
    <w:p>
      <w:r>
        <w:rPr>
          <w:b/>
        </w:rPr>
        <w:t xml:space="preserve">[12:20] </w:t>
      </w:r>
      <w:r>
        <w:t>har aadmi jo paida hua hai, us ko marna hai.</w:t>
      </w:r>
    </w:p>
    <w:p>
      <w:pPr>
        <w:jc w:val="right"/>
      </w:pPr>
      <w:r>
        <w:t>ہر آدمی جو پیدا ہوا ہے، اس کو مرنا ہے۔</w:t>
      </w:r>
    </w:p>
    <w:p>
      <w:r>
        <w:rPr>
          <w:b/>
        </w:rPr>
        <w:t xml:space="preserve">[12:26] </w:t>
      </w:r>
      <w:r>
        <w:t>koi aadmi apne aap ko maut se bacha nahin sakta.</w:t>
      </w:r>
    </w:p>
    <w:p>
      <w:pPr>
        <w:jc w:val="right"/>
      </w:pPr>
      <w:r>
        <w:t>کوئی آدمی اپنے آپ کو موت سے بچا نہیں سکتا۔</w:t>
      </w:r>
    </w:p>
    <w:p>
      <w:r>
        <w:rPr>
          <w:b/>
        </w:rPr>
        <w:t xml:space="preserve">[12:32] </w:t>
      </w:r>
      <w:r>
        <w:t>aap ko maloom hai ke jaldi former President of India Dr. Abdul Kalam ek function mein bol rahe the.</w:t>
      </w:r>
    </w:p>
    <w:p>
      <w:pPr>
        <w:jc w:val="right"/>
      </w:pPr>
      <w:r>
        <w:t>آپ کو معلوم ہے کہ جلدی فارمر President of India ڈاکٹر عبدالکلام ایک function میں بول رہے تھے۔</w:t>
      </w:r>
    </w:p>
    <w:p>
      <w:r>
        <w:rPr>
          <w:b/>
        </w:rPr>
        <w:t xml:space="preserve">[12:39] </w:t>
      </w:r>
      <w:r>
        <w:t>woh is stage pe khade hue, abhi woh bol nahin pae the ke BC mein gir pae woh.</w:t>
      </w:r>
    </w:p>
    <w:p>
      <w:pPr>
        <w:jc w:val="right"/>
      </w:pPr>
      <w:r>
        <w:t>وہ اس stage پہ کھڑے ہوئے، ابھی وہ بول نہیں پائے تھے کہ بی سی میں گر پڑے وہ۔</w:t>
      </w:r>
    </w:p>
    <w:p>
      <w:r>
        <w:rPr>
          <w:b/>
        </w:rPr>
        <w:t xml:space="preserve">[12:45] </w:t>
      </w:r>
      <w:r>
        <w:t>aur suddenly un ki death ho gai.</w:t>
      </w:r>
    </w:p>
    <w:p>
      <w:pPr>
        <w:jc w:val="right"/>
      </w:pPr>
      <w:r>
        <w:t>اور suddenly ان کی death ہو گئی۔</w:t>
      </w:r>
    </w:p>
    <w:p>
      <w:r>
        <w:rPr>
          <w:b/>
        </w:rPr>
        <w:t xml:space="preserve">[12:51] </w:t>
      </w:r>
      <w:r>
        <w:t>isi waqt death ho gai.</w:t>
      </w:r>
    </w:p>
    <w:p>
      <w:pPr>
        <w:jc w:val="right"/>
      </w:pPr>
      <w:r>
        <w:t>اسی وقت death ہو گئی۔</w:t>
      </w:r>
    </w:p>
    <w:p>
      <w:r>
        <w:rPr>
          <w:b/>
        </w:rPr>
        <w:t xml:space="preserve">[12:58] </w:t>
      </w:r>
      <w:r>
        <w:t>koi doctor in ko bacha nahi saka.</w:t>
      </w:r>
    </w:p>
    <w:p>
      <w:pPr>
        <w:jc w:val="right"/>
      </w:pPr>
      <w:r>
        <w:t>کوئی ڈاکٹر ان کو بچا نہیں سکا۔</w:t>
      </w:r>
    </w:p>
    <w:p>
      <w:r>
        <w:rPr>
          <w:b/>
        </w:rPr>
        <w:t xml:space="preserve">[13:04] </w:t>
      </w:r>
      <w:r>
        <w:t>جو sentence وہ بول رہے تھے، اس sentence کا آخری word جو تھا، وہ foreign. Foreign.</w:t>
      </w:r>
    </w:p>
    <w:p>
      <w:pPr>
        <w:jc w:val="right"/>
      </w:pPr>
      <w:r>
        <w:t>جو sentence وہ بول رہے تھے، اس sentence کا آخری word جو تھا، وہ foreign۔ Foreign۔</w:t>
      </w:r>
    </w:p>
    <w:p>
      <w:r>
        <w:rPr>
          <w:b/>
        </w:rPr>
        <w:t xml:space="preserve">[13:10] </w:t>
      </w:r>
      <w:r>
        <w:t>wo foreign kaha tha ke bilkul in ki death ho gai.</w:t>
      </w:r>
    </w:p>
    <w:p>
      <w:pPr>
        <w:jc w:val="right"/>
      </w:pPr>
      <w:r>
        <w:t>وہ foreign کہا تھا کہ بالکل ان کی death ہو گئی۔</w:t>
      </w:r>
    </w:p>
    <w:p>
      <w:r>
        <w:rPr>
          <w:b/>
        </w:rPr>
        <w:t xml:space="preserve">[13:17] </w:t>
      </w:r>
      <w:r>
        <w:t>to is tarah ke waqiat jo hote hain, wo batate hain ke aadmi dunya mein hamesha jeene ke</w:t>
      </w:r>
    </w:p>
    <w:p>
      <w:pPr>
        <w:jc w:val="right"/>
      </w:pPr>
      <w:r>
        <w:t>تو اس طرح کے واقعات جو ہوتے ہیں، وہ بتاتے ہیں کہ آدمی دنیا میں ہمیشہ جینے کے</w:t>
      </w:r>
    </w:p>
    <w:p>
      <w:r>
        <w:rPr>
          <w:b/>
        </w:rPr>
        <w:t xml:space="preserve">[13:23] </w:t>
      </w:r>
      <w:r>
        <w:t>liye nahi aya hai.</w:t>
      </w:r>
    </w:p>
    <w:p>
      <w:pPr>
        <w:jc w:val="right"/>
      </w:pPr>
      <w:r>
        <w:t>لیے نہیں آیا ہے۔</w:t>
      </w:r>
    </w:p>
    <w:p>
      <w:r>
        <w:rPr>
          <w:b/>
        </w:rPr>
        <w:t xml:space="preserve">[13:29] </w:t>
      </w:r>
      <w:r>
        <w:t>isko marna hai.</w:t>
      </w:r>
    </w:p>
    <w:p>
      <w:pPr>
        <w:jc w:val="right"/>
      </w:pPr>
      <w:r>
        <w:t>اس کو مرنا ہے۔</w:t>
      </w:r>
    </w:p>
    <w:p>
      <w:r>
        <w:rPr>
          <w:b/>
        </w:rPr>
        <w:t xml:space="preserve">[13:36] </w:t>
      </w:r>
      <w:r>
        <w:t>phir hamara aqeedah batata hai ke marne ke baad wo mit nahi jata.</w:t>
      </w:r>
    </w:p>
    <w:p>
      <w:pPr>
        <w:jc w:val="right"/>
      </w:pPr>
      <w:r>
        <w:t>پھر ہمارا عقیدہ بتاتا ہے کہ مرنے کے بعد وہ مٹ نہیں جاتا۔</w:t>
      </w:r>
    </w:p>
    <w:p>
      <w:r>
        <w:rPr>
          <w:b/>
        </w:rPr>
        <w:t xml:space="preserve">[13:42] </w:t>
      </w:r>
      <w:r>
        <w:t>aisa nahi ke marne ke baad khatam.</w:t>
      </w:r>
    </w:p>
    <w:p>
      <w:pPr>
        <w:jc w:val="right"/>
      </w:pPr>
      <w:r>
        <w:t>ایسا نہیں کہ مرنے کے بعد ختم۔</w:t>
      </w:r>
    </w:p>
    <w:p>
      <w:r>
        <w:rPr>
          <w:b/>
        </w:rPr>
        <w:t xml:space="preserve">[13:48] </w:t>
      </w:r>
      <w:r>
        <w:t>marne ke baad wo doosri dunya mein pahunchta hai.</w:t>
      </w:r>
    </w:p>
    <w:p>
      <w:pPr>
        <w:jc w:val="right"/>
      </w:pPr>
      <w:r>
        <w:t>مرنے کے بعد وہ دوسری دنیا میں پہنچتا ہے۔</w:t>
      </w:r>
    </w:p>
    <w:p>
      <w:r>
        <w:rPr>
          <w:b/>
        </w:rPr>
        <w:t xml:space="preserve">[13:55] </w:t>
      </w:r>
      <w:r>
        <w:t>doosri dunya mein jahan uska samna apne rab se pesh aata hai.</w:t>
      </w:r>
    </w:p>
    <w:p>
      <w:pPr>
        <w:jc w:val="right"/>
      </w:pPr>
      <w:r>
        <w:t>دوسری دنیا میں جہاں اس کا سامنا اپنے رب سے پیش آتا ہے۔</w:t>
      </w:r>
    </w:p>
    <w:p>
      <w:r>
        <w:rPr>
          <w:b/>
        </w:rPr>
        <w:t xml:space="preserve">[14:01] </w:t>
      </w:r>
      <w:r>
        <w:t>firishton se pesh aata hai.</w:t>
      </w:r>
    </w:p>
    <w:p>
      <w:pPr>
        <w:jc w:val="right"/>
      </w:pPr>
      <w:r>
        <w:t>فرشتوں سے پیش آتا ہے۔</w:t>
      </w:r>
    </w:p>
    <w:p>
      <w:r>
        <w:rPr>
          <w:b/>
        </w:rPr>
        <w:t xml:space="preserve">[14:07] </w:t>
      </w:r>
      <w:r>
        <w:t>wahan uski peshi hoti hai rab-ul-alameen ke samne.</w:t>
      </w:r>
    </w:p>
    <w:p>
      <w:pPr>
        <w:jc w:val="right"/>
      </w:pPr>
      <w:r>
        <w:t>وہاں اس کی پیشی ہوتی ہے رب العالمین کے سامنے۔</w:t>
      </w:r>
    </w:p>
    <w:p>
      <w:r>
        <w:rPr>
          <w:b/>
        </w:rPr>
        <w:t xml:space="preserve">[14:14] </w:t>
      </w:r>
      <w:r>
        <w:t>ye aqeedah maut ke sath juda hua hai.</w:t>
      </w:r>
    </w:p>
    <w:p>
      <w:pPr>
        <w:jc w:val="right"/>
      </w:pPr>
      <w:r>
        <w:t>یہ عقیدہ موت کے ساتھ جڑا ہوا ہے۔</w:t>
      </w:r>
    </w:p>
    <w:p>
      <w:r>
        <w:rPr>
          <w:b/>
        </w:rPr>
        <w:t xml:space="preserve">[14:20] </w:t>
      </w:r>
      <w:r>
        <w:t>to main samajhta hoon ke raas-ul-hikmat makhāfat-ullah.</w:t>
      </w:r>
    </w:p>
    <w:p>
      <w:pPr>
        <w:jc w:val="right"/>
      </w:pPr>
      <w:r>
        <w:t>تو میں سمجھتا ہوں کہ رأس الحكمة مخافة الله ۔</w:t>
      </w:r>
    </w:p>
    <w:p>
      <w:r>
        <w:rPr>
          <w:b/>
        </w:rPr>
        <w:t xml:space="preserve">[14:26] </w:t>
      </w:r>
      <w:r>
        <w:t>ka matlab us waqt samajh mein aata hai jab ke in baaton ko is mein jor kar samjhaya jaye.</w:t>
      </w:r>
    </w:p>
    <w:p>
      <w:pPr>
        <w:jc w:val="right"/>
      </w:pPr>
      <w:r>
        <w:t>کا مطلب اس وقت سمجھ میں آتا ہے جب کہ ان باتوں کو اس میں جوڑ کر سمجھایا جائے۔</w:t>
      </w:r>
    </w:p>
    <w:p>
      <w:r>
        <w:rPr>
          <w:b/>
        </w:rPr>
        <w:t xml:space="preserve">[14:33] </w:t>
      </w:r>
      <w:r>
        <w:t>kyun ke Allah aaj bhi hum ko dekh raha hai.</w:t>
      </w:r>
    </w:p>
    <w:p>
      <w:pPr>
        <w:jc w:val="right"/>
      </w:pPr>
      <w:r>
        <w:t>کیونکہ اللہ آج بھی ہم کو دیکھ رہا ہے۔</w:t>
      </w:r>
    </w:p>
    <w:p>
      <w:r>
        <w:rPr>
          <w:b/>
        </w:rPr>
        <w:t xml:space="preserve">[14:39] </w:t>
      </w:r>
      <w:r>
        <w:t>abhi wo hum ko foran pakadta nahi.</w:t>
      </w:r>
    </w:p>
    <w:p>
      <w:pPr>
        <w:jc w:val="right"/>
      </w:pPr>
      <w:r>
        <w:t>ابھی وہ ہم کو فوراً پکڑتا نہیں۔</w:t>
      </w:r>
    </w:p>
    <w:p>
      <w:r>
        <w:rPr>
          <w:b/>
        </w:rPr>
        <w:t xml:space="preserve">[14:45] </w:t>
      </w:r>
      <w:r>
        <w:t>kyun ke maut tak Allah ne hum ko mohlat di hai.</w:t>
      </w:r>
    </w:p>
    <w:p>
      <w:pPr>
        <w:jc w:val="right"/>
      </w:pPr>
      <w:r>
        <w:t>کیونکہ موت تک اللہ نے ہم کو مہلت دی ہے۔</w:t>
      </w:r>
    </w:p>
    <w:p>
      <w:r>
        <w:rPr>
          <w:b/>
        </w:rPr>
        <w:t xml:space="preserve">[14:52] </w:t>
      </w:r>
      <w:r>
        <w:t>lekin maut ke baad to foran pakda jayega insan. foran.</w:t>
      </w:r>
    </w:p>
    <w:p>
      <w:pPr>
        <w:jc w:val="right"/>
      </w:pPr>
      <w:r>
        <w:t>لیکن موت کے بعد تو فوراً پکڑا جائے گا انسان۔ فوراً۔</w:t>
      </w:r>
    </w:p>
    <w:p>
      <w:r>
        <w:rPr>
          <w:b/>
        </w:rPr>
        <w:t xml:space="preserve">[14:58] </w:t>
      </w:r>
      <w:r>
        <w:t>hadees mein aata hai ke qabr jo hai, ya to jannat ke baghon mein se ek bagh hai,</w:t>
      </w:r>
    </w:p>
    <w:p>
      <w:pPr>
        <w:jc w:val="right"/>
      </w:pPr>
      <w:r>
        <w:t>حدیث میں آتا ہے کہ قبر جو ہے، یا تو جنت کے باغوں میں سے ایک باغ ہے،</w:t>
      </w:r>
    </w:p>
    <w:p>
      <w:r>
        <w:rPr>
          <w:b/>
        </w:rPr>
        <w:t xml:space="preserve">[15:04] </w:t>
      </w:r>
      <w:r>
        <w:t>ya dozakh ke gadhon mein se ek gadha hai.</w:t>
      </w:r>
    </w:p>
    <w:p>
      <w:pPr>
        <w:jc w:val="right"/>
      </w:pPr>
      <w:r>
        <w:t>یا دوزخ کے گڑھوں میں سے ایک گڑھا ہے۔</w:t>
      </w:r>
    </w:p>
    <w:p>
      <w:r>
        <w:rPr>
          <w:b/>
        </w:rPr>
        <w:t xml:space="preserve">[15:11] </w:t>
      </w:r>
      <w:r>
        <w:t>al-qabru imma riyāḍ al-jannati aw ḥufra-tin min ḥufari an-nāri.</w:t>
      </w:r>
    </w:p>
    <w:p>
      <w:pPr>
        <w:jc w:val="right"/>
      </w:pPr>
      <w:r>
        <w:t>القبر روحتم من راز جنة أو حفرتم من حفر النار ۔</w:t>
      </w:r>
    </w:p>
    <w:p>
      <w:r>
        <w:rPr>
          <w:b/>
        </w:rPr>
        <w:t xml:space="preserve">[15:17] </w:t>
      </w:r>
      <w:r>
        <w:t>qabr ya to jannat ke baghon mein se, yani qabr hi mein ye dono cheezein nahi hain.</w:t>
      </w:r>
    </w:p>
    <w:p>
      <w:pPr>
        <w:jc w:val="right"/>
      </w:pPr>
      <w:r>
        <w:t>قبر یا تو جنت کے باغوں میں سے، یعنی قبر ہی میں یہ دونوں چیزیں نہیں ہیں۔</w:t>
      </w:r>
    </w:p>
    <w:p>
      <w:r>
        <w:rPr>
          <w:b/>
        </w:rPr>
        <w:t xml:space="preserve">[15:23] </w:t>
      </w:r>
      <w:r>
        <w:t>matlab qabr ke baad.</w:t>
      </w:r>
    </w:p>
    <w:p>
      <w:pPr>
        <w:jc w:val="right"/>
      </w:pPr>
      <w:r>
        <w:t>مطلب قبر کے بعد۔</w:t>
      </w:r>
    </w:p>
    <w:p>
      <w:r>
        <w:rPr>
          <w:b/>
        </w:rPr>
        <w:t xml:space="preserve">[15:30] </w:t>
      </w:r>
      <w:r>
        <w:t>qabr ke baad jo jahan aadmi dakhil hoga, wahan us ke liye ya to reward hai ya punishment hai.</w:t>
      </w:r>
    </w:p>
    <w:p>
      <w:pPr>
        <w:jc w:val="right"/>
      </w:pPr>
      <w:r>
        <w:t>قبر کے بعد جو جہاں آدمی داخل ہوگا، وہاں اس کے لیے یا تو reward ہے یا punishment ہے۔</w:t>
      </w:r>
    </w:p>
    <w:p>
      <w:r>
        <w:rPr>
          <w:b/>
        </w:rPr>
        <w:t xml:space="preserve">[15:36] </w:t>
      </w:r>
      <w:r>
        <w:t>تو میں سمجھتا ہوں کہ Fear of canning سے billion trillion times زیادہ ہے Fear of God۔</w:t>
      </w:r>
    </w:p>
    <w:p>
      <w:pPr>
        <w:jc w:val="right"/>
      </w:pPr>
      <w:r>
        <w:t>تو میں سمجھتا ہوں کہ Fear of caning سے billion trillion times زیادہ ہے Fear of God۔</w:t>
      </w:r>
    </w:p>
    <w:p>
      <w:r>
        <w:rPr>
          <w:b/>
        </w:rPr>
        <w:t xml:space="preserve">[15:42] </w:t>
      </w:r>
      <w:r>
        <w:t>fear of caning ek usool milta hai aap ko, principle milta hai.</w:t>
      </w:r>
    </w:p>
    <w:p>
      <w:pPr>
        <w:jc w:val="right"/>
      </w:pPr>
      <w:r>
        <w:t>Fear of caning ایک اصول ملتا ہے آپ کو، principle ملتا ہے۔</w:t>
      </w:r>
    </w:p>
    <w:p>
      <w:r>
        <w:rPr>
          <w:b/>
        </w:rPr>
        <w:t xml:space="preserve">[15:49] </w:t>
      </w:r>
      <w:r>
        <w:t>lekin is ka jo greater application to hai, wahan jahan masla Fear of God ka hota hai.</w:t>
      </w:r>
    </w:p>
    <w:p>
      <w:pPr>
        <w:jc w:val="right"/>
      </w:pPr>
      <w:r>
        <w:t>لیکن اس کا جو greater application تو ہے، وہاں جہاں مسئلہ Fear of God کا ہوتا ہے۔</w:t>
      </w:r>
    </w:p>
    <w:p>
      <w:r>
        <w:rPr>
          <w:b/>
        </w:rPr>
        <w:t xml:space="preserve">[15:55] </w:t>
      </w:r>
      <w:r>
        <w:t>to dekhen, ye jo principle hai, ye individual ke liye bhi hai aur kai logon ke liye bhi</w:t>
      </w:r>
    </w:p>
    <w:p>
      <w:pPr>
        <w:jc w:val="right"/>
      </w:pPr>
      <w:r>
        <w:t>تو دیکھیں، یہ جو principle ہے، یہ individual کے لیے بھی ہے اور کئی لوگوں کے لیے بھی</w:t>
      </w:r>
    </w:p>
    <w:p>
      <w:r>
        <w:rPr>
          <w:b/>
        </w:rPr>
        <w:t xml:space="preserve">[16:01] </w:t>
      </w:r>
      <w:r>
        <w:t>hai aur poori humanity ke liye bhi hai, nation ke liye bhi hai, sab ke liye hai.</w:t>
      </w:r>
    </w:p>
    <w:p>
      <w:pPr>
        <w:jc w:val="right"/>
      </w:pPr>
      <w:r>
        <w:t>ہے اور پوری humanity کے لیے بھی ہے، nation کے لیے بھی ہے، سب کے لیے ہے۔</w:t>
      </w:r>
    </w:p>
    <w:p>
      <w:r>
        <w:rPr>
          <w:b/>
        </w:rPr>
        <w:t xml:space="preserve">[16:08] </w:t>
      </w:r>
      <w:r>
        <w:t>sab ke liye hai.</w:t>
      </w:r>
    </w:p>
    <w:p>
      <w:pPr>
        <w:jc w:val="right"/>
      </w:pPr>
      <w:r>
        <w:t>سب کے لیے ہے۔</w:t>
      </w:r>
    </w:p>
    <w:p>
      <w:r>
        <w:rPr>
          <w:b/>
        </w:rPr>
        <w:t xml:space="preserve">[16:14] </w:t>
      </w:r>
      <w:r>
        <w:t>misalan, misalan jo log aaj military chala rahe hain, maar rahe hain, suicide bombing kar rahe hain, agar</w:t>
      </w:r>
    </w:p>
    <w:p>
      <w:pPr>
        <w:jc w:val="right"/>
      </w:pPr>
      <w:r>
        <w:t>مثلاً، مثلاً جو لوگ آج military چلا رہے ہیں، مار رہے ہیں، suicide bombing کر رہے ہیں، اگر</w:t>
      </w:r>
    </w:p>
    <w:p>
      <w:r>
        <w:rPr>
          <w:b/>
        </w:rPr>
        <w:t xml:space="preserve">[16:21] </w:t>
      </w:r>
      <w:r>
        <w:t>woh jannay ke is ka yeh mamla Allah ke samnay pesh hoga to achaanak sab kuch chhod dein.</w:t>
      </w:r>
    </w:p>
    <w:p>
      <w:pPr>
        <w:jc w:val="right"/>
      </w:pPr>
      <w:r>
        <w:t>وہ جانیں کہ اس کا یہ معاملہ اللہ کے سامنے پیش ہوگا تو اچانک سب کچھ چھوڑ دیں۔</w:t>
      </w:r>
    </w:p>
    <w:p>
      <w:r>
        <w:rPr>
          <w:b/>
        </w:rPr>
        <w:t xml:space="preserve">[16:27] </w:t>
      </w:r>
      <w:r>
        <w:t>chand mahinay pehlay aap jantay hain ke meri brain surgery hui thi.</w:t>
      </w:r>
    </w:p>
    <w:p>
      <w:pPr>
        <w:jc w:val="right"/>
      </w:pPr>
      <w:r>
        <w:t>چند مہینے پہلے آپ جانتے ہیں کہ میری brain surgery ہوئی تھی۔</w:t>
      </w:r>
    </w:p>
    <w:p>
      <w:r>
        <w:rPr>
          <w:b/>
        </w:rPr>
        <w:t xml:space="preserve">[16:33] </w:t>
      </w:r>
      <w:r>
        <w:t>mein aaj hospitalize hogaya tha isi Delhi ke aik baray hospital mein.</w:t>
      </w:r>
    </w:p>
    <w:p>
      <w:pPr>
        <w:jc w:val="right"/>
      </w:pPr>
      <w:r>
        <w:t>میں آج hospitalize ہوگیا تھا اسی Delhi کے ایک بڑے hospital میں۔</w:t>
      </w:r>
    </w:p>
    <w:p>
      <w:r>
        <w:rPr>
          <w:b/>
        </w:rPr>
        <w:t xml:space="preserve">[16:40] </w:t>
      </w:r>
      <w:r>
        <w:t>to jab mein hospital ke bed pe laita hua tha to aik baat yaad aayi mujhe jis nay</w:t>
      </w:r>
    </w:p>
    <w:p>
      <w:pPr>
        <w:jc w:val="right"/>
      </w:pPr>
      <w:r>
        <w:t>تو جب میں hospital کے bed پہ لیٹا ہوا تھا تو ایک بات یاد آئی مجھے جس نے</w:t>
      </w:r>
    </w:p>
    <w:p>
      <w:r>
        <w:rPr>
          <w:b/>
        </w:rPr>
        <w:t xml:space="preserve">[16:46] </w:t>
      </w:r>
      <w:r>
        <w:t>mujhe apnay pain ko bhula diya.</w:t>
      </w:r>
    </w:p>
    <w:p>
      <w:pPr>
        <w:jc w:val="right"/>
      </w:pPr>
      <w:r>
        <w:t>مجھے اپنے pain کو بھلا دیا۔</w:t>
      </w:r>
    </w:p>
    <w:p>
      <w:r>
        <w:rPr>
          <w:b/>
        </w:rPr>
        <w:t xml:space="preserve">[16:52] </w:t>
      </w:r>
      <w:r>
        <w:t>zahir hai ke mein pain mein tha us waqt jab ke mein laita hua tha bed par.</w:t>
      </w:r>
    </w:p>
    <w:p>
      <w:pPr>
        <w:jc w:val="right"/>
      </w:pPr>
      <w:r>
        <w:t>ظاہر ہے کہ میں pain میں تھا اس وقت جب کہ میں لیٹا ہوا تھا bed پر۔</w:t>
      </w:r>
    </w:p>
    <w:p>
      <w:r>
        <w:rPr>
          <w:b/>
        </w:rPr>
        <w:t xml:space="preserve">[16:59] </w:t>
      </w:r>
      <w:r>
        <w:t>phir mujhe khayal aaya ke woh log jo suicide bombing kar rahe hain, suicide bombing kar ke marte</w:t>
      </w:r>
    </w:p>
    <w:p>
      <w:pPr>
        <w:jc w:val="right"/>
      </w:pPr>
      <w:r>
        <w:t>پھر مجھے خیال آیا کہ وہ لوگ جو suicide bombing کر رہے ہیں، suicide bombing کر کے مرتے</w:t>
      </w:r>
    </w:p>
    <w:p>
      <w:r>
        <w:rPr>
          <w:b/>
        </w:rPr>
        <w:t xml:space="preserve">[17:05] </w:t>
      </w:r>
      <w:r>
        <w:t>hain, to is ka kya kya hoga un ka? marne ke baad kya hoga? to phir mujhe aik</w:t>
      </w:r>
    </w:p>
    <w:p>
      <w:pPr>
        <w:jc w:val="right"/>
      </w:pPr>
      <w:r>
        <w:t>ہیں، تو اس کا کیا کیا ہوگا ان کا؟ مرنے کے بعد کیا ہوگا؟ تو پھر مجھے ایک</w:t>
      </w:r>
    </w:p>
    <w:p>
      <w:r>
        <w:rPr>
          <w:b/>
        </w:rPr>
        <w:t xml:space="preserve">[17:11] </w:t>
      </w:r>
      <w:r>
        <w:t>hadees yaad aayi.</w:t>
      </w:r>
    </w:p>
    <w:p>
      <w:pPr>
        <w:jc w:val="right"/>
      </w:pPr>
      <w:r>
        <w:t>حدیث یاد آئی۔</w:t>
      </w:r>
    </w:p>
    <w:p>
      <w:r>
        <w:rPr>
          <w:b/>
        </w:rPr>
        <w:t xml:space="preserve">[17:18] </w:t>
      </w:r>
      <w:r>
        <w:t>aik hadees hai ke aik ghazwa yani Rasool Allah صلی اللہ علیہ وسلم sab jis mein shareek thay,</w:t>
      </w:r>
    </w:p>
    <w:p>
      <w:pPr>
        <w:jc w:val="right"/>
      </w:pPr>
      <w:r>
        <w:t>ایک حدیث ہے کہ ایک غزوہ یعنی رسول اللہ صلی اللہ علیہ وسلم سب جس میں شریک تھے،</w:t>
      </w:r>
    </w:p>
    <w:p>
      <w:r>
        <w:rPr>
          <w:b/>
        </w:rPr>
        <w:t xml:space="preserve">[17:24] </w:t>
      </w:r>
      <w:r>
        <w:t>is mein aap ko bataya gaya ke falan shakhs jo hai woh ghazwa mein mara gaya.</w:t>
      </w:r>
    </w:p>
    <w:p>
      <w:pPr>
        <w:jc w:val="right"/>
      </w:pPr>
      <w:r>
        <w:t>اس میں آپ کو بتایا گیا کہ فلاں شخص جو ہے وہ غزوہ میں مارا گیا۔</w:t>
      </w:r>
    </w:p>
    <w:p>
      <w:r>
        <w:rPr>
          <w:b/>
        </w:rPr>
        <w:t xml:space="preserve">[17:30] </w:t>
      </w:r>
      <w:r>
        <w:t>yani woh woh wahi woh aap par iman la chuka tha, woh momin tha, bai'at kar chuka tha.</w:t>
      </w:r>
    </w:p>
    <w:p>
      <w:pPr>
        <w:jc w:val="right"/>
      </w:pPr>
      <w:r>
        <w:t>یعنی وہ وہ وہی وہ آپ پر ایمان لا چکا تھا، وہ مومن تھا، بیعت کر چکا تھا۔</w:t>
      </w:r>
    </w:p>
    <w:p>
      <w:r>
        <w:rPr>
          <w:b/>
        </w:rPr>
        <w:t xml:space="preserve">[17:37] </w:t>
      </w:r>
      <w:r>
        <w:t>to us ke baray mein bataya gaya ke woh matlab shaheed hogaya.</w:t>
      </w:r>
    </w:p>
    <w:p>
      <w:pPr>
        <w:jc w:val="right"/>
      </w:pPr>
      <w:r>
        <w:t>تو اس کے بارے میں بتایا گیا کہ وہ مطلب شہید ہوگیا۔</w:t>
      </w:r>
    </w:p>
    <w:p>
      <w:r>
        <w:rPr>
          <w:b/>
        </w:rPr>
        <w:t xml:space="preserve">[17:43] </w:t>
      </w:r>
      <w:r>
        <w:t>aur bohat tareef karne lagay ke bari bahaduri se lada, woh yahan tak ke shaheed hogaya.</w:t>
      </w:r>
    </w:p>
    <w:p>
      <w:pPr>
        <w:jc w:val="right"/>
      </w:pPr>
      <w:r>
        <w:t>اور بہت تعریف کرنے لگے کہ بڑی بہادری سے لڑا، وہ یہاں تک کہ شہید ہوگیا۔</w:t>
      </w:r>
    </w:p>
    <w:p>
      <w:r>
        <w:rPr>
          <w:b/>
        </w:rPr>
        <w:t xml:space="preserve">[17:49] </w:t>
      </w:r>
      <w:r>
        <w:t>to Rasool Allah nay kaha ke إنه من أهل النار ۔</w:t>
      </w:r>
    </w:p>
    <w:p>
      <w:pPr>
        <w:jc w:val="right"/>
      </w:pPr>
      <w:r>
        <w:t>تو رسول اللہ نے کہا کہ إنه من أهل النار ۔</w:t>
      </w:r>
    </w:p>
    <w:p>
      <w:r>
        <w:rPr>
          <w:b/>
        </w:rPr>
        <w:t xml:space="preserve">[17:56] </w:t>
      </w:r>
      <w:r>
        <w:t>إنه من أهل النار ۔</w:t>
      </w:r>
    </w:p>
    <w:p>
      <w:pPr>
        <w:jc w:val="right"/>
      </w:pPr>
      <w:r>
        <w:t>إنه من أهل النار ۔</w:t>
      </w:r>
    </w:p>
    <w:p>
      <w:r>
        <w:rPr>
          <w:b/>
        </w:rPr>
        <w:t xml:space="preserve">[18:02] </w:t>
      </w:r>
      <w:r>
        <w:t>woh dozakh walon mein say hoga.</w:t>
      </w:r>
    </w:p>
    <w:p>
      <w:pPr>
        <w:jc w:val="right"/>
      </w:pPr>
      <w:r>
        <w:t>وہ دوزخ والوں میں سے ہوگا۔</w:t>
      </w:r>
    </w:p>
    <w:p>
      <w:r>
        <w:rPr>
          <w:b/>
        </w:rPr>
        <w:t xml:space="preserve">[18:08] </w:t>
      </w:r>
      <w:r>
        <w:t>logon ko bohat ta'ajjub hua.</w:t>
      </w:r>
    </w:p>
    <w:p>
      <w:pPr>
        <w:jc w:val="right"/>
      </w:pPr>
      <w:r>
        <w:t>لوگوں کو بہت تعجب ہوا۔</w:t>
      </w:r>
    </w:p>
    <w:p>
      <w:r>
        <w:rPr>
          <w:b/>
        </w:rPr>
        <w:t xml:space="preserve">[18:15] </w:t>
      </w:r>
      <w:r>
        <w:t>kyun? kyunkay unhon nay dekha tha ke woh to bari bahaduri se lada tha ghazwa mein.</w:t>
      </w:r>
    </w:p>
    <w:p>
      <w:pPr>
        <w:jc w:val="right"/>
      </w:pPr>
      <w:r>
        <w:t>کیوں؟ کیونکہ انہوں نے دیکھا تھا کہ وہ تو بڑی بہادری سے لڑا تھا غزوہ میں۔</w:t>
      </w:r>
    </w:p>
    <w:p>
      <w:r>
        <w:rPr>
          <w:b/>
        </w:rPr>
        <w:t xml:space="preserve">[18:21] </w:t>
      </w:r>
      <w:r>
        <w:t>woh bai'at kar ke iman laya tha.</w:t>
      </w:r>
    </w:p>
    <w:p>
      <w:pPr>
        <w:jc w:val="right"/>
      </w:pPr>
      <w:r>
        <w:t>وہ بیعت کر کے ایمان لایا تھا۔</w:t>
      </w:r>
    </w:p>
    <w:p>
      <w:r>
        <w:rPr>
          <w:b/>
        </w:rPr>
        <w:t xml:space="preserve">[18:27] </w:t>
      </w:r>
      <w:r>
        <w:t>rasool Allah ke sath jang mein shareek tha.</w:t>
      </w:r>
    </w:p>
    <w:p>
      <w:pPr>
        <w:jc w:val="right"/>
      </w:pPr>
      <w:r>
        <w:t>رسول اللہ کے ساتھ جنگ میں شریک تھا۔</w:t>
      </w:r>
    </w:p>
    <w:p>
      <w:r>
        <w:rPr>
          <w:b/>
        </w:rPr>
        <w:t xml:space="preserve">[18:34] </w:t>
      </w:r>
      <w:r>
        <w:t>to wo kaise jayega dozakh mein? to logon ko bohat shakk hua is par.</w:t>
      </w:r>
    </w:p>
    <w:p>
      <w:pPr>
        <w:jc w:val="right"/>
      </w:pPr>
      <w:r>
        <w:t>تو وہ کیسے جائے گا دوزخ میں؟ تو لوگوں کو بہت شک ہوا اس پر۔</w:t>
      </w:r>
    </w:p>
    <w:p>
      <w:r>
        <w:rPr>
          <w:b/>
        </w:rPr>
        <w:t xml:space="preserve">[18:40] </w:t>
      </w:r>
      <w:r>
        <w:t>to rasool Allah ne kaha ke jao pata karo ke is ki maut kaise hui? is ki maut</w:t>
      </w:r>
    </w:p>
    <w:p>
      <w:pPr>
        <w:jc w:val="right"/>
      </w:pPr>
      <w:r>
        <w:t>تو رسول اللہ نے کہا کہ جاؤ پتہ کرو کہ اس کی موت کیسے ہوئی؟ اس کی موت</w:t>
      </w:r>
    </w:p>
    <w:p>
      <w:r>
        <w:rPr>
          <w:b/>
        </w:rPr>
        <w:t xml:space="preserve">[18:46] </w:t>
      </w:r>
      <w:r>
        <w:t>kaise hui? to log gaye aur dhoondte dhoondte is ki lash tak pohanche.</w:t>
      </w:r>
    </w:p>
    <w:p>
      <w:pPr>
        <w:jc w:val="right"/>
      </w:pPr>
      <w:r>
        <w:t>کیسے ہوئی؟ تو لوگ گئے اور ڈھونڈتے ڈھونڈتے اس کی لاش تک پہنچے۔</w:t>
      </w:r>
    </w:p>
    <w:p>
      <w:r>
        <w:rPr>
          <w:b/>
        </w:rPr>
        <w:t xml:space="preserve">[18:53] </w:t>
      </w:r>
      <w:r>
        <w:t>phir pata kiya ke ye kaise mara? ye to dekhne walon ne bataya ke ye bohat bahaduri se</w:t>
      </w:r>
    </w:p>
    <w:p>
      <w:pPr>
        <w:jc w:val="right"/>
      </w:pPr>
      <w:r>
        <w:t>پھر پتہ کیا کہ یہ کیسے مرا؟ یہ تو دیکھنے والوں نے بتایا کہ یہ بہت بہادری سے</w:t>
      </w:r>
    </w:p>
    <w:p>
      <w:r>
        <w:rPr>
          <w:b/>
        </w:rPr>
        <w:t xml:space="preserve">[18:59] </w:t>
      </w:r>
      <w:r>
        <w:t>lra tha ye aadmi.</w:t>
      </w:r>
    </w:p>
    <w:p>
      <w:pPr>
        <w:jc w:val="right"/>
      </w:pPr>
      <w:r>
        <w:t>لڑا تھا یہ آدمی۔</w:t>
      </w:r>
    </w:p>
    <w:p>
      <w:r>
        <w:rPr>
          <w:b/>
        </w:rPr>
        <w:t xml:space="preserve">[19:05] </w:t>
      </w:r>
      <w:r>
        <w:t>lekin aakhir mein wo zakhmi ho kar gir pada.</w:t>
      </w:r>
    </w:p>
    <w:p>
      <w:pPr>
        <w:jc w:val="right"/>
      </w:pPr>
      <w:r>
        <w:t>لیکن آخر میں وہ زخمی ہو کر گر پڑا۔</w:t>
      </w:r>
    </w:p>
    <w:p>
      <w:r>
        <w:rPr>
          <w:b/>
        </w:rPr>
        <w:t xml:space="preserve">[19:12] </w:t>
      </w:r>
      <w:r>
        <w:t>kafi zakhmi tha.</w:t>
      </w:r>
    </w:p>
    <w:p>
      <w:pPr>
        <w:jc w:val="right"/>
      </w:pPr>
      <w:r>
        <w:t>کافی زخمی تھا۔</w:t>
      </w:r>
    </w:p>
    <w:p>
      <w:r>
        <w:rPr>
          <w:b/>
        </w:rPr>
        <w:t xml:space="preserve">[19:18] </w:t>
      </w:r>
      <w:r>
        <w:t>zakhmi ho kar gir pada.</w:t>
      </w:r>
    </w:p>
    <w:p>
      <w:pPr>
        <w:jc w:val="right"/>
      </w:pPr>
      <w:r>
        <w:t>زخمی ہو کر گر پڑا۔</w:t>
      </w:r>
    </w:p>
    <w:p>
      <w:r>
        <w:rPr>
          <w:b/>
        </w:rPr>
        <w:t xml:space="preserve">[19:24] </w:t>
      </w:r>
      <w:r>
        <w:t>to us waqt is ko itna takleef thi, itna pain tha ke bardasht nahi kar saka wo.</w:t>
      </w:r>
    </w:p>
    <w:p>
      <w:pPr>
        <w:jc w:val="right"/>
      </w:pPr>
      <w:r>
        <w:t>تو اس وقت اس کو اتنا تکلیف تھی، اتنا pain تھا کہ برداشت نہیں کر سکا وہ۔</w:t>
      </w:r>
    </w:p>
    <w:p>
      <w:r>
        <w:rPr>
          <w:b/>
        </w:rPr>
        <w:t xml:space="preserve">[19:31] </w:t>
      </w:r>
      <w:r>
        <w:t>is takleef ko bardasht nahi kar saka.</w:t>
      </w:r>
    </w:p>
    <w:p>
      <w:pPr>
        <w:jc w:val="right"/>
      </w:pPr>
      <w:r>
        <w:t>اس تکلیف کو برداشت نہیں کر سکا۔</w:t>
      </w:r>
    </w:p>
    <w:p>
      <w:r>
        <w:rPr>
          <w:b/>
        </w:rPr>
        <w:t xml:space="preserve">[19:37] </w:t>
      </w:r>
      <w:r>
        <w:t>to khud apni hi talwar se apni gardan kaat li is ne.</w:t>
      </w:r>
    </w:p>
    <w:p>
      <w:pPr>
        <w:jc w:val="right"/>
      </w:pPr>
      <w:r>
        <w:t>تو خود اپنی ہی تلوار سے اپنی گردن کاٹ لی اس نے۔</w:t>
      </w:r>
    </w:p>
    <w:p>
      <w:r>
        <w:rPr>
          <w:b/>
        </w:rPr>
        <w:t xml:space="preserve">[19:43] </w:t>
      </w:r>
      <w:r>
        <w:t>yani aakhri khatma is ka suicide par hua.</w:t>
      </w:r>
    </w:p>
    <w:p>
      <w:pPr>
        <w:jc w:val="right"/>
      </w:pPr>
      <w:r>
        <w:t>یعنی آخری خاتمہ اس کا suicide پر ہوا۔</w:t>
      </w:r>
    </w:p>
    <w:p>
      <w:r>
        <w:rPr>
          <w:b/>
        </w:rPr>
        <w:t xml:space="preserve">[19:50] </w:t>
      </w:r>
      <w:r>
        <w:t>to hadith mein aata hai ke innamal aamal bil khawateem.</w:t>
      </w:r>
    </w:p>
    <w:p>
      <w:pPr>
        <w:jc w:val="right"/>
      </w:pPr>
      <w:r>
        <w:t>تو حدیث میں آتا ہے کہ إنما الأعمال بالخواتيم ۔</w:t>
      </w:r>
    </w:p>
    <w:p>
      <w:r>
        <w:rPr>
          <w:b/>
        </w:rPr>
        <w:t xml:space="preserve">[19:56] </w:t>
      </w:r>
      <w:r>
        <w:t>yani aakhir mein jo kaam kare aadmi, bilkul aakhir mein usi par aitbaar hota hai, usi ka Allah</w:t>
      </w:r>
    </w:p>
    <w:p>
      <w:pPr>
        <w:jc w:val="right"/>
      </w:pPr>
      <w:r>
        <w:t>یعنی آخر میں جو کام کرے آدمی، بالکل آخر میں اسی پر اعتبار ہوتا ہے، اسی کا اللہ</w:t>
      </w:r>
    </w:p>
    <w:p>
      <w:r>
        <w:rPr>
          <w:b/>
        </w:rPr>
        <w:t xml:space="preserve">[20:02] </w:t>
      </w:r>
      <w:r>
        <w:t>ke haan usi par is ka faisla kiya jayega.</w:t>
      </w:r>
    </w:p>
    <w:p>
      <w:pPr>
        <w:jc w:val="right"/>
      </w:pPr>
      <w:r>
        <w:t>کے ہاں اسی پر اس کا فیصلہ کیا جائے گا۔</w:t>
      </w:r>
    </w:p>
    <w:p>
      <w:r>
        <w:rPr>
          <w:b/>
        </w:rPr>
        <w:t xml:space="preserve">[20:09] </w:t>
      </w:r>
      <w:r>
        <w:t>to goya ke wo iman laya, bait ki, ghazwa mein shareek hua, sab kuch kiya is ne.</w:t>
      </w:r>
    </w:p>
    <w:p>
      <w:pPr>
        <w:jc w:val="right"/>
      </w:pPr>
      <w:r>
        <w:t>تو گویا کہ وہ ایمان لایا، بیعت کی، غزوہ میں شریک ہوا، سب کچھ کیا اس نے۔</w:t>
      </w:r>
    </w:p>
    <w:p>
      <w:r>
        <w:rPr>
          <w:b/>
        </w:rPr>
        <w:t xml:space="preserve">[20:15] </w:t>
      </w:r>
      <w:r>
        <w:t>lekin aakhir mein wo khudkushi kar ke mara.</w:t>
      </w:r>
    </w:p>
    <w:p>
      <w:pPr>
        <w:jc w:val="right"/>
      </w:pPr>
      <w:r>
        <w:t>لیکن آخر میں وہ خودکشی کر کے مرا۔</w:t>
      </w:r>
    </w:p>
    <w:p>
      <w:r>
        <w:rPr>
          <w:b/>
        </w:rPr>
        <w:t xml:space="preserve">[20:21] </w:t>
      </w:r>
      <w:r>
        <w:t>yani aakhir mein is ka case khudkushi ka case ban gaya.</w:t>
      </w:r>
    </w:p>
    <w:p>
      <w:pPr>
        <w:jc w:val="right"/>
      </w:pPr>
      <w:r>
        <w:t>یعنی آخر میں اس کا case خودکشی کا case بن گیا۔</w:t>
      </w:r>
    </w:p>
    <w:p>
      <w:r>
        <w:rPr>
          <w:b/>
        </w:rPr>
        <w:t xml:space="preserve">[20:28] </w:t>
      </w:r>
      <w:r>
        <w:t>تو میں نے سوچا کہ یہ لوگ جو اس طرح سے اپنے آپ کو سوسائیڈ بومبنگ کر کے</w:t>
      </w:r>
    </w:p>
    <w:p>
      <w:pPr>
        <w:jc w:val="right"/>
      </w:pPr>
      <w:r>
        <w:t>تو میں نے سوچا کہ یہ لوگ جو اس طرح سے اپنے آپ کو suicide bombing کر کے</w:t>
      </w:r>
    </w:p>
    <w:p>
      <w:r>
        <w:rPr>
          <w:b/>
        </w:rPr>
        <w:t xml:space="preserve">[20:34] </w:t>
      </w:r>
      <w:r>
        <w:t>marwa rahe hain, wo to yahi kar rahe hain.</w:t>
      </w:r>
    </w:p>
    <w:p>
      <w:pPr>
        <w:jc w:val="right"/>
      </w:pPr>
      <w:r>
        <w:t>مروا رہے ہیں، وہ تو یہی کر رہے ہیں۔</w:t>
      </w:r>
    </w:p>
    <w:p>
      <w:r>
        <w:rPr>
          <w:b/>
        </w:rPr>
        <w:t xml:space="preserve">[20:40] </w:t>
      </w:r>
      <w:r>
        <w:t>jo suicide bombing kar ke apne ko maar rahe hain ya doosron ko marwa rahe hain, un ka</w:t>
      </w:r>
    </w:p>
    <w:p>
      <w:pPr>
        <w:jc w:val="right"/>
      </w:pPr>
      <w:r>
        <w:t>جو suicide bombing کر کے اپنے کو مار رہے ہیں یا دوسروں کو مروا رہے ہیں، ان کا</w:t>
      </w:r>
    </w:p>
    <w:p>
      <w:r>
        <w:rPr>
          <w:b/>
        </w:rPr>
        <w:t xml:space="preserve">[20:47] </w:t>
      </w:r>
      <w:r>
        <w:t>case yahi to hai.</w:t>
      </w:r>
    </w:p>
    <w:p>
      <w:pPr>
        <w:jc w:val="right"/>
      </w:pPr>
      <w:r>
        <w:t>case یہی تو ہے۔</w:t>
      </w:r>
    </w:p>
    <w:p>
      <w:r>
        <w:rPr>
          <w:b/>
        </w:rPr>
        <w:t xml:space="preserve">[20:53] </w:t>
      </w:r>
      <w:r>
        <w:t>to itna zyada mere zehan par is ka ghalba hua ke kaise bardasht karenge wo? is waqt</w:t>
      </w:r>
    </w:p>
    <w:p>
      <w:pPr>
        <w:jc w:val="right"/>
      </w:pPr>
      <w:r>
        <w:t>تو اتنا زیادہ میرے ذہن پر اس کا غلبہ ہوا کہ کیسے برداشت کریں گے وہ؟ اس وقت</w:t>
      </w:r>
    </w:p>
    <w:p>
      <w:r>
        <w:rPr>
          <w:b/>
        </w:rPr>
        <w:t xml:space="preserve">[20:59] </w:t>
      </w:r>
      <w:r>
        <w:t>jo hai bed par mujhe thori si takleef thi.</w:t>
      </w:r>
    </w:p>
    <w:p>
      <w:pPr>
        <w:jc w:val="right"/>
      </w:pPr>
      <w:r>
        <w:t>جو ہے bed پر مجھے تھوڑی سی تکلیف تھی۔</w:t>
      </w:r>
    </w:p>
    <w:p>
      <w:r>
        <w:rPr>
          <w:b/>
        </w:rPr>
        <w:t xml:space="preserve">[21:06] </w:t>
      </w:r>
      <w:r>
        <w:t>kyun ke painkiller bhi khaye hue tha mein.</w:t>
      </w:r>
    </w:p>
    <w:p>
      <w:pPr>
        <w:jc w:val="right"/>
      </w:pPr>
      <w:r>
        <w:t>کیونکہ painkiller بھی کھائے ہوئے تھا میں۔</w:t>
      </w:r>
    </w:p>
    <w:p>
      <w:r>
        <w:rPr>
          <w:b/>
        </w:rPr>
        <w:t xml:space="preserve">[21:12] </w:t>
      </w:r>
      <w:r>
        <w:t>painkiller ki wajah se mujhe jo takleef thi, woh kam thi.</w:t>
      </w:r>
    </w:p>
    <w:p>
      <w:pPr>
        <w:jc w:val="right"/>
      </w:pPr>
      <w:r>
        <w:t>painkiller کی وجہ سے مجھے جو تکلیف تھی، وہ کم تھی۔</w:t>
      </w:r>
    </w:p>
    <w:p>
      <w:r>
        <w:rPr>
          <w:b/>
        </w:rPr>
        <w:t xml:space="preserve">[21:18] </w:t>
      </w:r>
      <w:r>
        <w:t>woh kam bhi mujhe bardasht nahi ho rahi thi.</w:t>
      </w:r>
    </w:p>
    <w:p>
      <w:pPr>
        <w:jc w:val="right"/>
      </w:pPr>
      <w:r>
        <w:t>وہ کم بھی مجھے برداشت نہیں ہو رہی تھی۔</w:t>
      </w:r>
    </w:p>
    <w:p>
      <w:r>
        <w:rPr>
          <w:b/>
        </w:rPr>
        <w:t xml:space="preserve">[21:25] </w:t>
      </w:r>
      <w:r>
        <w:t>toh maine socha ke insaan itna kamzor hai.</w:t>
      </w:r>
    </w:p>
    <w:p>
      <w:pPr>
        <w:jc w:val="right"/>
      </w:pPr>
      <w:r>
        <w:t>تو میں نے سوچا کہ انسان اتنا کمزور ہے۔</w:t>
      </w:r>
    </w:p>
    <w:p>
      <w:r>
        <w:rPr>
          <w:b/>
        </w:rPr>
        <w:t xml:space="preserve">[21:31] </w:t>
      </w:r>
      <w:r>
        <w:t>khalaq al-insan da'eefan.</w:t>
      </w:r>
    </w:p>
    <w:p>
      <w:pPr>
        <w:jc w:val="right"/>
      </w:pPr>
      <w:r>
        <w:t>خلق الإنسان ضعیفًا ۔</w:t>
      </w:r>
    </w:p>
    <w:p>
      <w:r>
        <w:rPr>
          <w:b/>
        </w:rPr>
        <w:t xml:space="preserve">[21:37] </w:t>
      </w:r>
      <w:r>
        <w:t>itna kamzor hai ke thori si takleef bhi us ko bardasht nahi hoti.</w:t>
      </w:r>
    </w:p>
    <w:p>
      <w:pPr>
        <w:jc w:val="right"/>
      </w:pPr>
      <w:r>
        <w:t>اتنا کمزور ہے کہ تھوڑی سی تکلیف بھی اس کو برداشت نہیں ہوتی۔</w:t>
      </w:r>
    </w:p>
    <w:p>
      <w:r>
        <w:rPr>
          <w:b/>
        </w:rPr>
        <w:t xml:space="preserve">[21:44] </w:t>
      </w:r>
      <w:r>
        <w:t>waqti takleef, woh bhi waqti takleef.</w:t>
      </w:r>
    </w:p>
    <w:p>
      <w:pPr>
        <w:jc w:val="right"/>
      </w:pPr>
      <w:r>
        <w:t>وقتی تکلیف، وہ بھی وقتی تکلیف۔</w:t>
      </w:r>
    </w:p>
    <w:p>
      <w:r>
        <w:rPr>
          <w:b/>
        </w:rPr>
        <w:t xml:space="preserve">[21:50] </w:t>
      </w:r>
      <w:r>
        <w:t>toh zyada bari takleef, woh bhi hamesha ke liye insaan kaise bardasht karega? toh apne pain par</w:t>
      </w:r>
    </w:p>
    <w:p>
      <w:pPr>
        <w:jc w:val="right"/>
      </w:pPr>
      <w:r>
        <w:t>تو زیادہ بڑی تکلیف، وہ بھی ہمیشہ کے لیے انسان کیسے برداشت کرے گا؟ تو اپنے pain پر</w:t>
      </w:r>
    </w:p>
    <w:p>
      <w:r>
        <w:rPr>
          <w:b/>
        </w:rPr>
        <w:t xml:space="preserve">[21:56] </w:t>
      </w:r>
      <w:r>
        <w:t>dusron ka pain ghalib aa gaya.</w:t>
      </w:r>
    </w:p>
    <w:p>
      <w:pPr>
        <w:jc w:val="right"/>
      </w:pPr>
      <w:r>
        <w:t>دوسروں کا pain غالب آگیا۔</w:t>
      </w:r>
    </w:p>
    <w:p>
      <w:r>
        <w:rPr>
          <w:b/>
        </w:rPr>
        <w:t xml:space="preserve">[22:03] </w:t>
      </w:r>
      <w:r>
        <w:t>main laga dusron ke bare mein sochne.</w:t>
      </w:r>
    </w:p>
    <w:p>
      <w:pPr>
        <w:jc w:val="right"/>
      </w:pPr>
      <w:r>
        <w:t>میں لگا دوسروں کے بارے میں سوچنے۔</w:t>
      </w:r>
    </w:p>
    <w:p>
      <w:r>
        <w:rPr>
          <w:b/>
        </w:rPr>
        <w:t xml:space="preserve">[22:09] </w:t>
      </w:r>
      <w:r>
        <w:t>phir sochte sochte mere mind mein aaya ke mujhe ek kitaab likhna hai.</w:t>
      </w:r>
    </w:p>
    <w:p>
      <w:pPr>
        <w:jc w:val="right"/>
      </w:pPr>
      <w:r>
        <w:t>پھر سوچتے سوچتے میرے mind میں آیا کہ مجھے ایک کتاب لکھنا ہے۔</w:t>
      </w:r>
    </w:p>
    <w:p>
      <w:r>
        <w:rPr>
          <w:b/>
        </w:rPr>
        <w:t xml:space="preserve">[22:15] </w:t>
      </w:r>
      <w:r>
        <w:t>yeh bed par tha main.</w:t>
      </w:r>
    </w:p>
    <w:p>
      <w:pPr>
        <w:jc w:val="right"/>
      </w:pPr>
      <w:r>
        <w:t>یہ bed پر تھا میں۔</w:t>
      </w:r>
    </w:p>
    <w:p>
      <w:r>
        <w:rPr>
          <w:b/>
        </w:rPr>
        <w:t xml:space="preserve">[22:22] </w:t>
      </w:r>
      <w:r>
        <w:t>toh baad ko jo kitaab chhapi hai, "Age of Peace".</w:t>
      </w:r>
    </w:p>
    <w:p>
      <w:pPr>
        <w:jc w:val="right"/>
      </w:pPr>
      <w:r>
        <w:t>تو بعد کو جو کتاب چھپی ہے، "Age of Peace"۔</w:t>
      </w:r>
    </w:p>
    <w:p>
      <w:r>
        <w:rPr>
          <w:b/>
        </w:rPr>
        <w:t xml:space="preserve">[22:28] </w:t>
      </w:r>
      <w:r>
        <w:t>is ki theme mujhe aayi thi jab ke main hospital ke bed par pada hua tha.</w:t>
      </w:r>
    </w:p>
    <w:p>
      <w:pPr>
        <w:jc w:val="right"/>
      </w:pPr>
      <w:r>
        <w:t>اس کی theme مجھے آئی تھی جب کہ میں hospital کے bed پر پڑا ہوا تھا۔</w:t>
      </w:r>
    </w:p>
    <w:p>
      <w:r>
        <w:rPr>
          <w:b/>
        </w:rPr>
        <w:t xml:space="preserve">[22:34] </w:t>
      </w:r>
      <w:r>
        <w:t>yeh bohat ajeeb baat hai.</w:t>
      </w:r>
    </w:p>
    <w:p>
      <w:pPr>
        <w:jc w:val="right"/>
      </w:pPr>
      <w:r>
        <w:t>یہ بہت عجیب بات ہے۔</w:t>
      </w:r>
    </w:p>
    <w:p>
      <w:r>
        <w:rPr>
          <w:b/>
        </w:rPr>
        <w:t xml:space="preserve">[22:41] </w:t>
      </w:r>
      <w:r>
        <w:t>toh beharhaal chahe ghar ka mamla ho, jaise husband aur wife hain.</w:t>
      </w:r>
    </w:p>
    <w:p>
      <w:pPr>
        <w:jc w:val="right"/>
      </w:pPr>
      <w:r>
        <w:t>تو بہرحال چاہے گھر کا معاملہ ہو، جیسے husband اور wife ہیں۔</w:t>
      </w:r>
    </w:p>
    <w:p>
      <w:r>
        <w:rPr>
          <w:b/>
        </w:rPr>
        <w:t xml:space="preserve">[22:47] </w:t>
      </w:r>
      <w:r>
        <w:t>jis waqt jahan dekhen husband aur wife mein jhagda hai, aap pata hai ke yeh toh love marriage</w:t>
      </w:r>
    </w:p>
    <w:p>
      <w:pPr>
        <w:jc w:val="right"/>
      </w:pPr>
      <w:r>
        <w:t>جس وقت جہاں دیکھیں husband اور wife میں جھگڑا ہے، آپ پتہ ہے کہ یہ تو love marriage</w:t>
      </w:r>
    </w:p>
    <w:p>
      <w:r>
        <w:rPr>
          <w:b/>
        </w:rPr>
        <w:t xml:space="preserve">[22:53] </w:t>
      </w:r>
      <w:r>
        <w:t>hoti hai aur is mein aapas mein jhagda.</w:t>
      </w:r>
    </w:p>
    <w:p>
      <w:pPr>
        <w:jc w:val="right"/>
      </w:pPr>
      <w:r>
        <w:t>ہوتی ہے اور اس میں آپس میں جھگڑا۔</w:t>
      </w:r>
    </w:p>
    <w:p>
      <w:r>
        <w:rPr>
          <w:b/>
        </w:rPr>
        <w:t xml:space="preserve">[23:00] </w:t>
      </w:r>
      <w:r>
        <w:t>har jagah yahi haal hai.</w:t>
      </w:r>
    </w:p>
    <w:p>
      <w:pPr>
        <w:jc w:val="right"/>
      </w:pPr>
      <w:r>
        <w:t>ہر جگہ یہی حال ہے۔</w:t>
      </w:r>
    </w:p>
    <w:p>
      <w:r>
        <w:rPr>
          <w:b/>
        </w:rPr>
        <w:t xml:space="preserve">[23:06] </w:t>
      </w:r>
      <w:r>
        <w:t>karenge love marriage aur aapas mein jhagda.</w:t>
      </w:r>
    </w:p>
    <w:p>
      <w:pPr>
        <w:jc w:val="right"/>
      </w:pPr>
      <w:r>
        <w:t>کریں گے love marriage اور آپس میں جھگڑا۔</w:t>
      </w:r>
    </w:p>
    <w:p>
      <w:r>
        <w:rPr>
          <w:b/>
        </w:rPr>
        <w:t xml:space="preserve">[23:12] </w:t>
      </w:r>
      <w:r>
        <w:t>toh kyun har aadmi apne ko jaanta hai? yaani har aadmi dusron ko dictate kar raha hai ke</w:t>
      </w:r>
    </w:p>
    <w:p>
      <w:pPr>
        <w:jc w:val="right"/>
      </w:pPr>
      <w:r>
        <w:t>تو کیوں ہر آدمی اپنے کو جانتا ہے؟ یعنی ہر آدمی دوسروں کو dictate کر رہا ہے کہ</w:t>
      </w:r>
    </w:p>
    <w:p>
      <w:r>
        <w:rPr>
          <w:b/>
        </w:rPr>
        <w:t xml:space="preserve">[23:19] </w:t>
      </w:r>
      <w:r>
        <w:t>tum ko yeh karna hai, tum ko woh karna hai.</w:t>
      </w:r>
    </w:p>
    <w:p>
      <w:pPr>
        <w:jc w:val="right"/>
      </w:pPr>
      <w:r>
        <w:t>تم کو یہ کرنا ہے، تم کو وہ کرنا ہے۔</w:t>
      </w:r>
    </w:p>
    <w:p>
      <w:r>
        <w:rPr>
          <w:b/>
        </w:rPr>
        <w:t xml:space="preserve">[23:25] </w:t>
      </w:r>
      <w:r>
        <w:t>aur doosri party yeh kehti hai ke tum karo, main kyun karoon? yaani husband yeh kehta hai ke</w:t>
      </w:r>
    </w:p>
    <w:p>
      <w:pPr>
        <w:jc w:val="right"/>
      </w:pPr>
      <w:r>
        <w:t>اور دوسری party یہ کہتی ہے کہ تم کرو، میں کیوں کروں؟ یعنی husband یہ کہتا ہے کہ</w:t>
      </w:r>
    </w:p>
    <w:p>
      <w:r>
        <w:rPr>
          <w:b/>
        </w:rPr>
        <w:t xml:space="preserve">[23:31] </w:t>
      </w:r>
      <w:r>
        <w:t>tum ko meri baat maanni hogi.</w:t>
      </w:r>
    </w:p>
    <w:p>
      <w:pPr>
        <w:jc w:val="right"/>
      </w:pPr>
      <w:r>
        <w:t>تم کو میری بات ماننی ہوگی۔</w:t>
      </w:r>
    </w:p>
    <w:p>
      <w:r>
        <w:rPr>
          <w:b/>
        </w:rPr>
        <w:t xml:space="preserve">[23:38] </w:t>
      </w:r>
      <w:r>
        <w:t>toh biwi kehti hai ke main kyun maanon? tum maano meri baat.</w:t>
      </w:r>
    </w:p>
    <w:p>
      <w:pPr>
        <w:jc w:val="right"/>
      </w:pPr>
      <w:r>
        <w:t>تو بیوی کہتی ہے کہ میں کیوں مانوں؟ تم مانو میری بات۔</w:t>
      </w:r>
    </w:p>
    <w:p>
      <w:r>
        <w:rPr>
          <w:b/>
        </w:rPr>
        <w:t xml:space="preserve">[23:44] </w:t>
      </w:r>
      <w:r>
        <w:t>yeh jhagda chal raha hai.</w:t>
      </w:r>
    </w:p>
    <w:p>
      <w:pPr>
        <w:jc w:val="right"/>
      </w:pPr>
      <w:r>
        <w:t>یہ جھگڑا چل رہا ہے۔</w:t>
      </w:r>
    </w:p>
    <w:p>
      <w:r>
        <w:rPr>
          <w:b/>
        </w:rPr>
        <w:t xml:space="preserve">[23:51] </w:t>
      </w:r>
      <w:r>
        <w:t>is ki wajah se kisi ghar mein aap ko khushi nahi milegi.</w:t>
      </w:r>
    </w:p>
    <w:p>
      <w:pPr>
        <w:jc w:val="right"/>
      </w:pPr>
      <w:r>
        <w:t>اس کی وجہ سے کسی گھر میں آپ کو خوشی نہیں ملے گی۔</w:t>
      </w:r>
    </w:p>
    <w:p>
      <w:r>
        <w:rPr>
          <w:b/>
        </w:rPr>
        <w:t xml:space="preserve">[23:57] </w:t>
      </w:r>
      <w:r>
        <w:t>love ka mahol nahi milega.</w:t>
      </w:r>
    </w:p>
    <w:p>
      <w:pPr>
        <w:jc w:val="right"/>
      </w:pPr>
      <w:r>
        <w:t>love کا ماحول نہیں ملے گا۔</w:t>
      </w:r>
    </w:p>
    <w:p>
      <w:r>
        <w:rPr>
          <w:b/>
        </w:rPr>
        <w:t xml:space="preserve">[24:03] </w:t>
      </w:r>
      <w:r>
        <w:t>to kyon aisa hai? har aadmi bas apne mein jeeta hai.</w:t>
      </w:r>
    </w:p>
    <w:p>
      <w:pPr>
        <w:jc w:val="right"/>
      </w:pPr>
      <w:r>
        <w:t>تو کیوں ایسا ہے؟ ہر آدمی بس اپنے میں جیتا ہے۔</w:t>
      </w:r>
    </w:p>
    <w:p>
      <w:r>
        <w:rPr>
          <w:b/>
        </w:rPr>
        <w:t xml:space="preserve">[24:10] </w:t>
      </w:r>
      <w:r>
        <w:t>sahi maano mein koi master of thoughts bana nahi.</w:t>
      </w:r>
    </w:p>
    <w:p>
      <w:pPr>
        <w:jc w:val="right"/>
      </w:pPr>
      <w:r>
        <w:t>صحیح معنوں میں کوئی master of thoughts بنا نہیں۔</w:t>
      </w:r>
    </w:p>
    <w:p>
      <w:r>
        <w:rPr>
          <w:b/>
        </w:rPr>
        <w:t xml:space="preserve">[24:16] </w:t>
      </w:r>
      <w:r>
        <w:t>kyonke koi apne ko Allah ke samne accountable nahi manta.</w:t>
      </w:r>
    </w:p>
    <w:p>
      <w:pPr>
        <w:jc w:val="right"/>
      </w:pPr>
      <w:r>
        <w:t>کیونکہ کوئی اپنے کو اللہ کے سامنے accountable نہیں مانتا۔</w:t>
      </w:r>
    </w:p>
    <w:p>
      <w:r>
        <w:rPr>
          <w:b/>
        </w:rPr>
        <w:t xml:space="preserve">[24:22] </w:t>
      </w:r>
      <w:r>
        <w:t>bas apne sath apne samajhta hai ke bas mein hi mein hi sab kuch hoon.</w:t>
      </w:r>
    </w:p>
    <w:p>
      <w:pPr>
        <w:jc w:val="right"/>
      </w:pPr>
      <w:r>
        <w:t>بس اپنے ساتھ اپنے سمجھتا ہے کہ بس میں ہی میں ہی سب کچھ ہوں۔</w:t>
      </w:r>
    </w:p>
    <w:p>
      <w:r>
        <w:rPr>
          <w:b/>
        </w:rPr>
        <w:t xml:space="preserve">[24:29] </w:t>
      </w:r>
      <w:r>
        <w:t>to raas al-hikmah mukhafah Allah jo hai, us ko agar hum is tarah kahein to zyada clear hoti hai baat.</w:t>
      </w:r>
    </w:p>
    <w:p>
      <w:pPr>
        <w:jc w:val="right"/>
      </w:pPr>
      <w:r>
        <w:t>تو رأس الحكمة مخافة الله جو ہے، اس کو اگر ہم اس طرح کہیں تو زیادہ clear ہوتی ہے بات۔</w:t>
      </w:r>
    </w:p>
    <w:p>
      <w:r>
        <w:rPr>
          <w:b/>
        </w:rPr>
        <w:t xml:space="preserve">[24:35] </w:t>
      </w:r>
      <w:r>
        <w:t>ke insan agar yeh jaane ke mein jo sochunga, mein jo bolunga, ya mein jo kuch</w:t>
      </w:r>
    </w:p>
    <w:p>
      <w:pPr>
        <w:jc w:val="right"/>
      </w:pPr>
      <w:r>
        <w:t>کہ انسان اگر یہ جانے کہ میں جو سوچوں گا، میں جو بولوں گا، یا میں جو کچھ</w:t>
      </w:r>
    </w:p>
    <w:p>
      <w:r>
        <w:rPr>
          <w:b/>
        </w:rPr>
        <w:t xml:space="preserve">[24:41] </w:t>
      </w:r>
      <w:r>
        <w:t>karunga, jaisa mera behavior hoga, yeh sara ka sara Allah ke ilm mein hai.</w:t>
      </w:r>
    </w:p>
    <w:p>
      <w:pPr>
        <w:jc w:val="right"/>
      </w:pPr>
      <w:r>
        <w:t>کروں گا، جیسا میرا behavior ہوگا، یہ سارا کا سارا اللہ کے علم میں ہے۔</w:t>
      </w:r>
    </w:p>
    <w:p>
      <w:r>
        <w:rPr>
          <w:b/>
        </w:rPr>
        <w:t xml:space="preserve">[24:48] </w:t>
      </w:r>
      <w:r>
        <w:t>aur ek din aisa aane wala hai jab ke Allah mujh se mere sare karname hayat ka hisab le.</w:t>
      </w:r>
    </w:p>
    <w:p>
      <w:pPr>
        <w:jc w:val="right"/>
      </w:pPr>
      <w:r>
        <w:t>اور ایک دن ایسا آنے والا ہے جب کہ اللہ مجھ سے میرے سارے کارنامہ حیات کا حساب لے۔</w:t>
      </w:r>
    </w:p>
    <w:p>
      <w:r>
        <w:rPr>
          <w:b/>
        </w:rPr>
        <w:t xml:space="preserve">[24:54] </w:t>
      </w:r>
      <w:r>
        <w:t>aur phir ya to mujhe punishment de ya reward de, amal ke mutabiq.</w:t>
      </w:r>
    </w:p>
    <w:p>
      <w:pPr>
        <w:jc w:val="right"/>
      </w:pPr>
      <w:r>
        <w:t>اور پھر یا تو مجھے punishment دے یا reward دے، عمل کے مطابق۔</w:t>
      </w:r>
    </w:p>
    <w:p>
      <w:r>
        <w:rPr>
          <w:b/>
        </w:rPr>
        <w:t xml:space="preserve">[25:00] </w:t>
      </w:r>
      <w:r>
        <w:t>to yeh agar aadmi ka andar soch ho, yani Fear of God ho, to us ki zindagi bilkul</w:t>
      </w:r>
    </w:p>
    <w:p>
      <w:pPr>
        <w:jc w:val="right"/>
      </w:pPr>
      <w:r>
        <w:t>تو یہ اگر آدمی کا اندر سوچ ہو، یعنی Fear of God ہو، تو اس کی زندگی بالکل</w:t>
      </w:r>
    </w:p>
    <w:p>
      <w:r>
        <w:rPr>
          <w:b/>
        </w:rPr>
        <w:t xml:space="preserve">[25:07] </w:t>
      </w:r>
      <w:r>
        <w:t>badal jayegi.</w:t>
      </w:r>
    </w:p>
    <w:p>
      <w:pPr>
        <w:jc w:val="right"/>
      </w:pPr>
      <w:r>
        <w:t>بدل جائے گی۔</w:t>
      </w:r>
    </w:p>
    <w:p>
      <w:r>
        <w:rPr>
          <w:b/>
        </w:rPr>
        <w:t xml:space="preserve">[25:13] </w:t>
      </w:r>
      <w:r>
        <w:t>bilkul badal jayegi.</w:t>
      </w:r>
    </w:p>
    <w:p>
      <w:pPr>
        <w:jc w:val="right"/>
      </w:pPr>
      <w:r>
        <w:t>بالکل بدل جائے گی۔</w:t>
      </w:r>
    </w:p>
    <w:p>
      <w:r>
        <w:rPr>
          <w:b/>
        </w:rPr>
        <w:t xml:space="preserve">[25:19] </w:t>
      </w:r>
      <w:r>
        <w:t>is par mein sochta raha, sochta raha, sochta raha.</w:t>
      </w:r>
    </w:p>
    <w:p>
      <w:pPr>
        <w:jc w:val="right"/>
      </w:pPr>
      <w:r>
        <w:t>اس پر میں سوچتا رہا، سوچتا رہا، سوچتا رہا۔</w:t>
      </w:r>
    </w:p>
    <w:p>
      <w:r>
        <w:rPr>
          <w:b/>
        </w:rPr>
        <w:t xml:space="preserve">[25:26] </w:t>
      </w:r>
      <w:r>
        <w:t>to mere samne aaya ke raas al-hikmah mukhafah Allah mein jo yeh ek Allah ka dar, Fear of</w:t>
      </w:r>
    </w:p>
    <w:p>
      <w:pPr>
        <w:jc w:val="right"/>
      </w:pPr>
      <w:r>
        <w:t>تو میرے سامنے آیا کہ رأس الحكمة مخافة الله میں جو یہ ایک اللہ کا ڈر، Fear of</w:t>
      </w:r>
    </w:p>
    <w:p>
      <w:r>
        <w:rPr>
          <w:b/>
        </w:rPr>
        <w:t xml:space="preserve">[25:32] </w:t>
      </w:r>
      <w:r>
        <w:t>God, sab bari wisdom hai.</w:t>
      </w:r>
    </w:p>
    <w:p>
      <w:pPr>
        <w:jc w:val="right"/>
      </w:pPr>
      <w:r>
        <w:t>God، سب بڑی wisdom ہے۔</w:t>
      </w:r>
    </w:p>
    <w:p>
      <w:r>
        <w:rPr>
          <w:b/>
        </w:rPr>
        <w:t xml:space="preserve">[25:38] </w:t>
      </w:r>
      <w:r>
        <w:t>to wisdom kyon hai? is liye ke Fear of God se aap ke andar right thinking aati hai.</w:t>
      </w:r>
    </w:p>
    <w:p>
      <w:pPr>
        <w:jc w:val="right"/>
      </w:pPr>
      <w:r>
        <w:t>تو wisdom کیوں ہے؟ اس لیے کہ Fear of God سے آپ کے اندر right thinking آتی ہے۔</w:t>
      </w:r>
    </w:p>
    <w:p>
      <w:r>
        <w:rPr>
          <w:b/>
        </w:rPr>
        <w:t xml:space="preserve">[25:45] </w:t>
      </w:r>
      <w:r>
        <w:t>aap us ko afford nahi kar pate ke mein ulti ulti baat sochun.</w:t>
      </w:r>
    </w:p>
    <w:p>
      <w:pPr>
        <w:jc w:val="right"/>
      </w:pPr>
      <w:r>
        <w:t>آپ اس کو afford نہیں کر پاتے کہ میں الٹی الٹی بات سوچوں۔</w:t>
      </w:r>
    </w:p>
    <w:p>
      <w:r>
        <w:rPr>
          <w:b/>
        </w:rPr>
        <w:t xml:space="preserve">[25:51] </w:t>
      </w:r>
      <w:r>
        <w:t>aap ko idhar modesty aati hai.</w:t>
      </w:r>
    </w:p>
    <w:p>
      <w:pPr>
        <w:jc w:val="right"/>
      </w:pPr>
      <w:r>
        <w:t>آپ کو ادھر modesty آتی ہے۔</w:t>
      </w:r>
    </w:p>
    <w:p>
      <w:r>
        <w:rPr>
          <w:b/>
        </w:rPr>
        <w:t xml:space="preserve">[25:57] </w:t>
      </w:r>
      <w:r>
        <w:t>aap us ko afford nahi kar pate ke mein argument par jaon.</w:t>
      </w:r>
    </w:p>
    <w:p>
      <w:pPr>
        <w:jc w:val="right"/>
      </w:pPr>
      <w:r>
        <w:t>آپ اس کو afford نہیں کر پاتے کہ میں argument پر جاؤں۔</w:t>
      </w:r>
    </w:p>
    <w:p>
      <w:r>
        <w:rPr>
          <w:b/>
        </w:rPr>
        <w:t xml:space="preserve">[26:04] </w:t>
      </w:r>
      <w:r>
        <w:t>aap ke andar brave thyself aata hai.</w:t>
      </w:r>
    </w:p>
    <w:p>
      <w:pPr>
        <w:jc w:val="right"/>
      </w:pPr>
      <w:r>
        <w:t>آپ کے اندر brave thyself آتا ہے۔</w:t>
      </w:r>
    </w:p>
    <w:p>
      <w:r>
        <w:rPr>
          <w:b/>
        </w:rPr>
        <w:t xml:space="preserve">[26:10] </w:t>
      </w:r>
      <w:r>
        <w:t>aap us ko afford nahi kar pate ke bla madad ke concept par le kar jite hue jite rahen.</w:t>
      </w:r>
    </w:p>
    <w:p>
      <w:pPr>
        <w:jc w:val="right"/>
      </w:pPr>
      <w:r>
        <w:t>آپ اس کو afford نہیں کر پاتے کہ بلا مدد کے concept پر لے کر جیتے ہوئے جیتے رہیں۔</w:t>
      </w:r>
    </w:p>
    <w:p>
      <w:r>
        <w:rPr>
          <w:b/>
        </w:rPr>
        <w:t xml:space="preserve">[26:16] </w:t>
      </w:r>
      <w:r>
        <w:t>aap us ko afford nahi kar pate ke aap egoist ban jayen.</w:t>
      </w:r>
    </w:p>
    <w:p>
      <w:pPr>
        <w:jc w:val="right"/>
      </w:pPr>
      <w:r>
        <w:t>آپ اس کو afford نہیں کر پاتے کہ آپ egoist بن جائیں۔</w:t>
      </w:r>
    </w:p>
    <w:p>
      <w:r>
        <w:rPr>
          <w:b/>
        </w:rPr>
        <w:t xml:space="preserve">[26:23] </w:t>
      </w:r>
      <w:r>
        <w:t>kyonke egoist banenge to Allah ke haan pakde jayenge.</w:t>
      </w:r>
    </w:p>
    <w:p>
      <w:pPr>
        <w:jc w:val="right"/>
      </w:pPr>
      <w:r>
        <w:t>کیونکہ egoist بنیں گے تو اللہ کے ہاں پکڑے جائیں گے۔</w:t>
      </w:r>
    </w:p>
    <w:p>
      <w:r>
        <w:rPr>
          <w:b/>
        </w:rPr>
        <w:t xml:space="preserve">[26:29] </w:t>
      </w:r>
      <w:r>
        <w:t>aap us ko afford nahi kar pate ke insan ke huqooq jo hain, pamal karen us ko.</w:t>
      </w:r>
    </w:p>
    <w:p>
      <w:pPr>
        <w:jc w:val="right"/>
      </w:pPr>
      <w:r>
        <w:t>آپ اس کو afford نہیں کر پاتے کہ انسان کے حقوق جو ہیں، پامال کریں اس کو۔</w:t>
      </w:r>
    </w:p>
    <w:p>
      <w:r>
        <w:rPr>
          <w:b/>
        </w:rPr>
        <w:t xml:space="preserve">[26:35] </w:t>
      </w:r>
      <w:r>
        <w:t>kyunke agar aap ne insaan ke huqooq ko paamaal kiya to Allah pakde ga.</w:t>
      </w:r>
    </w:p>
    <w:p>
      <w:pPr>
        <w:jc w:val="right"/>
      </w:pPr>
      <w:r>
        <w:t>کیونکہ اگر آپ نے انسان کے حقوق کو پامال کیا تو اللہ پکڑے گا۔</w:t>
      </w:r>
    </w:p>
    <w:p>
      <w:r>
        <w:rPr>
          <w:b/>
        </w:rPr>
        <w:t xml:space="preserve">[26:42] </w:t>
      </w:r>
      <w:r>
        <w:t>yeh hai yeh hai woh raaz.</w:t>
      </w:r>
    </w:p>
    <w:p>
      <w:pPr>
        <w:jc w:val="right"/>
      </w:pPr>
      <w:r>
        <w:t>یہ ہے یہ ہے وہ راز۔</w:t>
      </w:r>
    </w:p>
    <w:p>
      <w:r>
        <w:rPr>
          <w:b/>
        </w:rPr>
        <w:t xml:space="preserve">[26:48] </w:t>
      </w:r>
      <w:r>
        <w:t>yaani Fear of God is tareeqe se aadmi ko ke aadmi ke liye check ban jaata hai. check.</w:t>
      </w:r>
    </w:p>
    <w:p>
      <w:pPr>
        <w:jc w:val="right"/>
      </w:pPr>
      <w:r>
        <w:t>یعنی Fear of God اس طریقے سے آدمی کو کہ آدمی کے لیے چیک بن جاتا ہے۔ چیک۔</w:t>
      </w:r>
    </w:p>
    <w:p>
      <w:r>
        <w:rPr>
          <w:b/>
        </w:rPr>
        <w:t xml:space="preserve">[26:54] </w:t>
      </w:r>
      <w:r>
        <w:t>check ban jaata hai.</w:t>
      </w:r>
    </w:p>
    <w:p>
      <w:pPr>
        <w:jc w:val="right"/>
      </w:pPr>
      <w:r>
        <w:t>چیک بن جاتا ہے۔</w:t>
      </w:r>
    </w:p>
    <w:p>
      <w:r>
        <w:rPr>
          <w:b/>
        </w:rPr>
        <w:t xml:space="preserve">[27:01] </w:t>
      </w:r>
      <w:r>
        <w:t>jaise aap jaante hain ke agar aap apni gaadi daura rahe hon aur saamne aap ko dikhai pade</w:t>
      </w:r>
    </w:p>
    <w:p>
      <w:pPr>
        <w:jc w:val="right"/>
      </w:pPr>
      <w:r>
        <w:t>جیسے آپ جانتے ہیں کہ اگر آپ اپنی گاڑی دوڑا رہے ہوں اور سامنے آپ کو دکھائی پڑے</w:t>
      </w:r>
    </w:p>
    <w:p>
      <w:r>
        <w:rPr>
          <w:b/>
        </w:rPr>
        <w:t xml:space="preserve">[27:07] </w:t>
      </w:r>
      <w:r>
        <w:t>ke wahan speed breaker hai, aap gaadi daura rahe hain, aap ko nazar aata hai ke saamne speed</w:t>
      </w:r>
    </w:p>
    <w:p>
      <w:pPr>
        <w:jc w:val="right"/>
      </w:pPr>
      <w:r>
        <w:t>کہ وہاں سپیڈ بریکر ہے، آپ گاڑی دوڑا رہے ہیں، آپ کو نظر آتا ہے کہ سامنے سپیڈ</w:t>
      </w:r>
    </w:p>
    <w:p>
      <w:r>
        <w:rPr>
          <w:b/>
        </w:rPr>
        <w:t xml:space="preserve">[27:13] </w:t>
      </w:r>
      <w:r>
        <w:t>breaker hai, to aap foran apni gaadi ki speed kam kar lete hain.</w:t>
      </w:r>
    </w:p>
    <w:p>
      <w:pPr>
        <w:jc w:val="right"/>
      </w:pPr>
      <w:r>
        <w:t>بریکر ہے، تو آپ فوراً اپنی گاڑی کی سپیڈ کم کر لیتے ہیں۔</w:t>
      </w:r>
    </w:p>
    <w:p>
      <w:r>
        <w:rPr>
          <w:b/>
        </w:rPr>
        <w:t xml:space="preserve">[27:20] </w:t>
      </w:r>
      <w:r>
        <w:t>foran apni gaadi ki speed kam kar lete hain.</w:t>
      </w:r>
    </w:p>
    <w:p>
      <w:pPr>
        <w:jc w:val="right"/>
      </w:pPr>
      <w:r>
        <w:t>فوراً اپنی گاڑی کی سپیڈ کم کر لیتے ہیں۔</w:t>
      </w:r>
    </w:p>
    <w:p>
      <w:r>
        <w:rPr>
          <w:b/>
        </w:rPr>
        <w:t xml:space="preserve">[27:26] </w:t>
      </w:r>
      <w:r>
        <w:t>kyunke agar aap gaadi ki speed kam na karein to to accident hoga.</w:t>
      </w:r>
    </w:p>
    <w:p>
      <w:pPr>
        <w:jc w:val="right"/>
      </w:pPr>
      <w:r>
        <w:t>کیونکہ اگر آپ گاڑی کی سپیڈ کم نہ کریں تو تو accident ہوگا۔</w:t>
      </w:r>
    </w:p>
    <w:p>
      <w:r>
        <w:rPr>
          <w:b/>
        </w:rPr>
        <w:t xml:space="preserve">[27:32] </w:t>
      </w:r>
      <w:r>
        <w:t>Accident hoga to phir aap jaante hain ke kuch bhi ho sakta hai, aap ki jaan ja sakti</w:t>
      </w:r>
    </w:p>
    <w:p>
      <w:pPr>
        <w:jc w:val="right"/>
      </w:pPr>
      <w:r>
        <w:t>Accident ہوگا تو پھر آپ جانتے ہیں کہ کچھ بھی ہو سکتا ہے، آپ کی جان جا سکتی</w:t>
      </w:r>
    </w:p>
    <w:p>
      <w:r>
        <w:rPr>
          <w:b/>
        </w:rPr>
        <w:t xml:space="preserve">[27:39] </w:t>
      </w:r>
      <w:r>
        <w:t>hai, aap ka haath paon toot sakte hain.</w:t>
      </w:r>
    </w:p>
    <w:p>
      <w:pPr>
        <w:jc w:val="right"/>
      </w:pPr>
      <w:r>
        <w:t>ہے، آپ کا ہاتھ پاؤں ٹوٹ سکتے ہیں۔</w:t>
      </w:r>
    </w:p>
    <w:p>
      <w:r>
        <w:rPr>
          <w:b/>
        </w:rPr>
        <w:t xml:space="preserve">[27:45] </w:t>
      </w:r>
      <w:r>
        <w:t>to is ka matlab kya hai? ke Fear of God jo hai, woh master of thoughts hai, woh</w:t>
      </w:r>
    </w:p>
    <w:p>
      <w:pPr>
        <w:jc w:val="right"/>
      </w:pPr>
      <w:r>
        <w:t>تو اس کا مطلب کیا ہے؟ کہ Fear of God جو ہے، وہ master of thoughts ہے، وہ</w:t>
      </w:r>
    </w:p>
    <w:p>
      <w:r>
        <w:rPr>
          <w:b/>
        </w:rPr>
        <w:t xml:space="preserve">[27:51] </w:t>
      </w:r>
      <w:r>
        <w:t>speed breaker hai, woh aap ke zehen mein ek super shaker ka kaam karta hai.</w:t>
      </w:r>
    </w:p>
    <w:p>
      <w:pPr>
        <w:jc w:val="right"/>
      </w:pPr>
      <w:r>
        <w:t>سپیڈ بریکر ہے، وہ آپ کے ذہن میں ایک super shaker کا کام کرتا ہے۔</w:t>
      </w:r>
    </w:p>
    <w:p>
      <w:r>
        <w:rPr>
          <w:b/>
        </w:rPr>
        <w:t xml:space="preserve">[27:58] </w:t>
      </w:r>
      <w:r>
        <w:t>is liye yeh hadees jo hai, mujh ko bohat hi zyada wisdom ki hadees lagti hai.</w:t>
      </w:r>
    </w:p>
    <w:p>
      <w:pPr>
        <w:jc w:val="right"/>
      </w:pPr>
      <w:r>
        <w:t>اس لیے یہ حدیث جو ہے، مجھ کو بہت ہی زیادہ wisdom کی حدیث لگتی ہے۔</w:t>
      </w:r>
    </w:p>
    <w:p>
      <w:r>
        <w:rPr>
          <w:b/>
        </w:rPr>
        <w:t xml:space="preserve">[28:04] </w:t>
      </w:r>
      <w:r>
        <w:t>mein ek din soch raha tha ke mein ek kitaab, aap ko maloom hoga, ab meri chapi hai</w:t>
      </w:r>
    </w:p>
    <w:p>
      <w:pPr>
        <w:jc w:val="right"/>
      </w:pPr>
      <w:r>
        <w:t>میں ایک دن سوچ رہا تھا کہ میں ایک کتاب، آپ کو معلوم ہوگا، اب میری چھپی ہے</w:t>
      </w:r>
    </w:p>
    <w:p>
      <w:r>
        <w:rPr>
          <w:b/>
        </w:rPr>
        <w:t xml:space="preserve">[28:10] </w:t>
      </w:r>
      <w:r>
        <w:t>ke Quranic Wisdom.</w:t>
      </w:r>
    </w:p>
    <w:p>
      <w:pPr>
        <w:jc w:val="right"/>
      </w:pPr>
      <w:r>
        <w:t>کہ Quranic Wisdom۔</w:t>
      </w:r>
    </w:p>
    <w:p>
      <w:r>
        <w:rPr>
          <w:b/>
        </w:rPr>
        <w:t xml:space="preserve">[28:17] </w:t>
      </w:r>
      <w:r>
        <w:t>mein soch raha tha ke is tarah se mein ek kitaab likhoon jo hai Prophetic Wisdom, hadeeson ko</w:t>
      </w:r>
    </w:p>
    <w:p>
      <w:pPr>
        <w:jc w:val="right"/>
      </w:pPr>
      <w:r>
        <w:t>میں سوچ رہا تھا کہ اس طرح سے میں ایک کتاب لکھوں جو ہے Prophetic Wisdom، حدیثوں کو</w:t>
      </w:r>
    </w:p>
    <w:p>
      <w:r>
        <w:rPr>
          <w:b/>
        </w:rPr>
        <w:t xml:space="preserve">[28:23] </w:t>
      </w:r>
      <w:r>
        <w:t>le kar Prophetic Wisdom.</w:t>
      </w:r>
    </w:p>
    <w:p>
      <w:pPr>
        <w:jc w:val="right"/>
      </w:pPr>
      <w:r>
        <w:t>لے کر Prophetic Wisdom۔</w:t>
      </w:r>
    </w:p>
    <w:p>
      <w:r>
        <w:rPr>
          <w:b/>
        </w:rPr>
        <w:t xml:space="preserve">[28:29] </w:t>
      </w:r>
      <w:r>
        <w:t>kyunke hadeeson ko Quran mein hikmat kaha gaya hai.</w:t>
      </w:r>
    </w:p>
    <w:p>
      <w:pPr>
        <w:jc w:val="right"/>
      </w:pPr>
      <w:r>
        <w:t>کیونکہ حدیثوں کو قرآن میں حکمت کہا گیا ہے۔</w:t>
      </w:r>
    </w:p>
    <w:p>
      <w:r>
        <w:rPr>
          <w:b/>
        </w:rPr>
        <w:t xml:space="preserve">[28:36] </w:t>
      </w:r>
      <w:r>
        <w:t>wa yu allimuna al kitaba wal hikmata.</w:t>
      </w:r>
    </w:p>
    <w:p>
      <w:pPr>
        <w:jc w:val="right"/>
      </w:pPr>
      <w:r>
        <w:t>وَيُعَلَّمُونَ الْكِتَابَ وَالْحِكْمَةَ ۔</w:t>
      </w:r>
    </w:p>
    <w:p>
      <w:r>
        <w:rPr>
          <w:b/>
        </w:rPr>
        <w:t xml:space="preserve">[28:42] </w:t>
      </w:r>
      <w:r>
        <w:t>to mein soch raha tha ke ek kitaab mein likhoon Prophetic Wisdom.</w:t>
      </w:r>
    </w:p>
    <w:p>
      <w:pPr>
        <w:jc w:val="right"/>
      </w:pPr>
      <w:r>
        <w:t>تو میں سوچ رہا تھا کہ ایک کتاب میں لکھوں Prophetic Wisdom۔</w:t>
      </w:r>
    </w:p>
    <w:p>
      <w:r>
        <w:rPr>
          <w:b/>
        </w:rPr>
        <w:t xml:space="preserve">[28:48] </w:t>
      </w:r>
      <w:r>
        <w:t>par to sochte sochte yeh hadees sab se pehle mere zehen mein aayi.</w:t>
      </w:r>
    </w:p>
    <w:p>
      <w:pPr>
        <w:jc w:val="right"/>
      </w:pPr>
      <w:r>
        <w:t>پر تو سوچتے سوچتے یہ حدیث سب سے پہلے میرے ذہن میں آئی۔</w:t>
      </w:r>
    </w:p>
    <w:p>
      <w:r>
        <w:rPr>
          <w:b/>
        </w:rPr>
        <w:t xml:space="preserve">[28:55] </w:t>
      </w:r>
      <w:r>
        <w:t>raas al hikmati makhafatu Allah wali hadees jo hai, sab se pehle mere zehen mein aayi ke is ko</w:t>
      </w:r>
    </w:p>
    <w:p>
      <w:pPr>
        <w:jc w:val="right"/>
      </w:pPr>
      <w:r>
        <w:t>رأس الحكمة مخافة الله والی حدیث جو ہے، سب سے پہلے میرے ذہن میں آئی کہ اس کو</w:t>
      </w:r>
    </w:p>
    <w:p>
      <w:r>
        <w:rPr>
          <w:b/>
        </w:rPr>
        <w:t xml:space="preserve">[29:01] </w:t>
      </w:r>
      <w:r>
        <w:t>lena chahiye is kitaab mein.</w:t>
      </w:r>
    </w:p>
    <w:p>
      <w:pPr>
        <w:jc w:val="right"/>
      </w:pPr>
      <w:r>
        <w:t>لینا چاہیے اس کتاب میں۔</w:t>
      </w:r>
    </w:p>
    <w:p>
      <w:r>
        <w:rPr>
          <w:b/>
        </w:rPr>
        <w:t xml:space="preserve">[29:07] </w:t>
      </w:r>
      <w:r>
        <w:t>haqeeqat yeh hai ke yeh bohat bari hikmat is hadees mein batai gayi hai.</w:t>
      </w:r>
    </w:p>
    <w:p>
      <w:pPr>
        <w:jc w:val="right"/>
      </w:pPr>
      <w:r>
        <w:t>حقیقت یہ ہے کہ یہ بہت بڑی حکمت اس حدیث میں بتائی گئی ہے۔</w:t>
      </w:r>
    </w:p>
    <w:p>
      <w:r>
        <w:rPr>
          <w:b/>
        </w:rPr>
        <w:t xml:space="preserve">[29:14] </w:t>
      </w:r>
      <w:r>
        <w:t>hikmat-e-hayat, Wisdom of Life.</w:t>
      </w:r>
    </w:p>
    <w:p>
      <w:pPr>
        <w:jc w:val="right"/>
      </w:pPr>
      <w:r>
        <w:t>حکمت حیات، Wisdom of Life۔</w:t>
      </w:r>
    </w:p>
    <w:p>
      <w:r>
        <w:rPr>
          <w:b/>
        </w:rPr>
        <w:t xml:space="preserve">[29:20] </w:t>
      </w:r>
      <w:r>
        <w:t>kyunke jab aap Allah ka darr aap ke andar aa jaye to is ka matlab kya hai? aap sochte</w:t>
      </w:r>
    </w:p>
    <w:p>
      <w:pPr>
        <w:jc w:val="right"/>
      </w:pPr>
      <w:r>
        <w:t>کیونکہ جب آپ اللہ کا ڈر آپ کے اندر آجائے تو اس کا مطلب کیا ہے؟ آپ سوچتے</w:t>
      </w:r>
    </w:p>
    <w:p>
      <w:r>
        <w:rPr>
          <w:b/>
        </w:rPr>
        <w:t xml:space="preserve">[29:26] </w:t>
      </w:r>
      <w:r>
        <w:t>hain ke main ek aisi hasti ke under mein hoon jis ke upar, jis ko to, jis ko</w:t>
      </w:r>
    </w:p>
    <w:p>
      <w:pPr>
        <w:jc w:val="right"/>
      </w:pPr>
      <w:r>
        <w:t>ہیں کہ میں ایک ایسی ہستی کے under میں ہوں جس کے اوپر، جس کو تو، جس کو</w:t>
      </w:r>
    </w:p>
    <w:p>
      <w:r>
        <w:rPr>
          <w:b/>
        </w:rPr>
        <w:t xml:space="preserve">[29:33] </w:t>
      </w:r>
      <w:r>
        <w:t>mere upar to sara ikhtiyar hasil hai ke mujh ko is ke upar koi ikhtiyar hasil nahin hai.</w:t>
      </w:r>
    </w:p>
    <w:p>
      <w:pPr>
        <w:jc w:val="right"/>
      </w:pPr>
      <w:r>
        <w:t>میرے اوپر تو سارا اختیار حاصل ہے کہ مجھ کو اس کے اوپر کوئی اختیار حاصل نہیں ہے۔</w:t>
      </w:r>
    </w:p>
    <w:p>
      <w:r>
        <w:rPr>
          <w:b/>
        </w:rPr>
        <w:t xml:space="preserve">[29:39] </w:t>
      </w:r>
      <w:r>
        <w:t>main Allah ke upar koi ikhtiyar nahin rakhta.</w:t>
      </w:r>
    </w:p>
    <w:p>
      <w:pPr>
        <w:jc w:val="right"/>
      </w:pPr>
      <w:r>
        <w:t>میں اللہ کے اوپر کوئی اختیار نہیں رکھتا۔</w:t>
      </w:r>
    </w:p>
    <w:p>
      <w:r>
        <w:rPr>
          <w:b/>
        </w:rPr>
        <w:t xml:space="preserve">[29:45] </w:t>
      </w:r>
      <w:r>
        <w:t>jabke Allah ko mere upar sara ikhtiyar hasil hai.</w:t>
      </w:r>
    </w:p>
    <w:p>
      <w:pPr>
        <w:jc w:val="right"/>
      </w:pPr>
      <w:r>
        <w:t>جبکہ اللہ کو میرے اوپر سارا اختیار حاصل ہے۔</w:t>
      </w:r>
    </w:p>
    <w:p>
      <w:r>
        <w:rPr>
          <w:b/>
        </w:rPr>
        <w:t xml:space="preserve">[29:52] </w:t>
      </w:r>
      <w:r>
        <w:t>kaisi anokhi baat hai? kaisi anokhi baat hai? aur phir yeh hai ke Allah ke hath mein maut</w:t>
      </w:r>
    </w:p>
    <w:p>
      <w:pPr>
        <w:jc w:val="right"/>
      </w:pPr>
      <w:r>
        <w:t>کیسی انوکھی بات ہے؟ کیسی انوکھی بات ہے؟ اور پھر یہ ہے کہ اللہ کے ہاتھ میں موت</w:t>
      </w:r>
    </w:p>
    <w:p>
      <w:r>
        <w:rPr>
          <w:b/>
        </w:rPr>
        <w:t xml:space="preserve">[29:58] </w:t>
      </w:r>
      <w:r>
        <w:t>hai, Allah ke hath mein jannat hai, Allah ke hath mein jahannum hai, Allah ke hath mein meri</w:t>
      </w:r>
    </w:p>
    <w:p>
      <w:pPr>
        <w:jc w:val="right"/>
      </w:pPr>
      <w:r>
        <w:t>ہے، اللہ کے ہاتھ میں جنت ہے، اللہ کے ہاتھ میں جہنم ہے، اللہ کے ہاتھ میں میری</w:t>
      </w:r>
    </w:p>
    <w:p>
      <w:r>
        <w:rPr>
          <w:b/>
        </w:rPr>
        <w:t xml:space="preserve">[30:04] </w:t>
      </w:r>
      <w:r>
        <w:t>Eternal Life ka faisla, Allah ka ikhtiyar, Allah ko hasil hai.</w:t>
      </w:r>
    </w:p>
    <w:p>
      <w:pPr>
        <w:jc w:val="right"/>
      </w:pPr>
      <w:r>
        <w:t>Eternal Life کا فیصلہ، اللہ کا اختیار، اللہ کو حاصل ہے۔</w:t>
      </w:r>
    </w:p>
    <w:p>
      <w:r>
        <w:rPr>
          <w:b/>
        </w:rPr>
        <w:t xml:space="preserve">[30:11] </w:t>
      </w:r>
      <w:r>
        <w:t>yeh sab mil kar ke ek bohat hi ajeeb cheez aati hai aadmi ke mind mein.</w:t>
      </w:r>
    </w:p>
    <w:p>
      <w:pPr>
        <w:jc w:val="right"/>
      </w:pPr>
      <w:r>
        <w:t>یہ سب مل کر کے ایک بہت ہی عجیب چیز آتی ہے آدمی کے mind میں۔</w:t>
      </w:r>
    </w:p>
    <w:p>
      <w:r>
        <w:rPr>
          <w:b/>
        </w:rPr>
        <w:t xml:space="preserve">[30:17] </w:t>
      </w:r>
      <w:r>
        <w:t>wo afford nahin kar sakta ke koi aisa kaam kare jis ko karne ke baad wo Allah ke</w:t>
      </w:r>
    </w:p>
    <w:p>
      <w:pPr>
        <w:jc w:val="right"/>
      </w:pPr>
      <w:r>
        <w:t>وہ afford نہیں کر سکتا کہ کوئی ایسا کام کرے جس کو کرنے کے بعد وہ اللہ کے</w:t>
      </w:r>
    </w:p>
    <w:p>
      <w:r>
        <w:rPr>
          <w:b/>
        </w:rPr>
        <w:t xml:space="preserve">[30:23] </w:t>
      </w:r>
      <w:r>
        <w:t>samne sharminda hona pare us ko.</w:t>
      </w:r>
    </w:p>
    <w:p>
      <w:pPr>
        <w:jc w:val="right"/>
      </w:pPr>
      <w:r>
        <w:t>سامنے شرمندہ ہونا پڑے اس کو۔</w:t>
      </w:r>
    </w:p>
    <w:p>
      <w:r>
        <w:rPr>
          <w:b/>
        </w:rPr>
        <w:t xml:space="preserve">[30:30] </w:t>
      </w:r>
      <w:r>
        <w:t>wo is ko afford nahin kar sakta ke koi aisa kaam kare ke Allah ke samne us ko</w:t>
      </w:r>
    </w:p>
    <w:p>
      <w:pPr>
        <w:jc w:val="right"/>
      </w:pPr>
      <w:r>
        <w:t>وہ اس کو afford نہیں کر سکتا کہ کوئی ایسا کام کرے کہ اللہ کے سامنے اس کو</w:t>
      </w:r>
    </w:p>
    <w:p>
      <w:r>
        <w:rPr>
          <w:b/>
        </w:rPr>
        <w:t xml:space="preserve">[30:36] </w:t>
      </w:r>
      <w:r>
        <w:t>sharminda hona pare.</w:t>
      </w:r>
    </w:p>
    <w:p>
      <w:pPr>
        <w:jc w:val="right"/>
      </w:pPr>
      <w:r>
        <w:t>شرمندہ ہونا پڑے۔</w:t>
      </w:r>
    </w:p>
    <w:p>
      <w:r>
        <w:rPr>
          <w:b/>
        </w:rPr>
        <w:t xml:space="preserve">[30:42] </w:t>
      </w:r>
      <w:r>
        <w:t>yaani Allah ke samne wo justify na kar sake.</w:t>
      </w:r>
    </w:p>
    <w:p>
      <w:pPr>
        <w:jc w:val="right"/>
      </w:pPr>
      <w:r>
        <w:t>یعنی اللہ کے سامنے وہ justify نہ کر سکے۔</w:t>
      </w:r>
    </w:p>
    <w:p>
      <w:r>
        <w:rPr>
          <w:b/>
        </w:rPr>
        <w:t xml:space="preserve">[30:49] </w:t>
      </w:r>
      <w:r>
        <w:t>wo is ko afford nahin kar sakta ke wo koi aisa kaam kare jis ke bare mein wo</w:t>
      </w:r>
    </w:p>
    <w:p>
      <w:pPr>
        <w:jc w:val="right"/>
      </w:pPr>
      <w:r>
        <w:t>وہ اس کو afford نہیں کر سکتا کہ وہ کوئی ایسا کام کرے جس کے بارے میں وہ</w:t>
      </w:r>
    </w:p>
    <w:p>
      <w:r>
        <w:rPr>
          <w:b/>
        </w:rPr>
        <w:t xml:space="preserve">[30:55] </w:t>
      </w:r>
      <w:r>
        <w:t>Allah ke samne apne ko justify na kar sake.</w:t>
      </w:r>
    </w:p>
    <w:p>
      <w:pPr>
        <w:jc w:val="right"/>
      </w:pPr>
      <w:r>
        <w:t>اللہ کے سامنے اپنے کو justify نہ کر سکے۔</w:t>
      </w:r>
    </w:p>
    <w:p>
      <w:r>
        <w:rPr>
          <w:b/>
        </w:rPr>
        <w:t xml:space="preserve">[31:02] </w:t>
      </w:r>
      <w:r>
        <w:t>kyunke hadith mein dekhen ke aata hai ke waqt aane wala hai jab ke har insaan Allah ke</w:t>
      </w:r>
    </w:p>
    <w:p>
      <w:pPr>
        <w:jc w:val="right"/>
      </w:pPr>
      <w:r>
        <w:t>کیونکہ حدیث میں دیکھیں کہ آتا ہے کہ وقت آنے والا ہے جب کہ ہر انسان اللہ کے</w:t>
      </w:r>
    </w:p>
    <w:p>
      <w:r>
        <w:rPr>
          <w:b/>
        </w:rPr>
        <w:t xml:space="preserve">[31:08] </w:t>
      </w:r>
      <w:r>
        <w:t>samne hazir kiya jayega aur barah-e-rast Allah se us ki baat cheet hogi.</w:t>
      </w:r>
    </w:p>
    <w:p>
      <w:pPr>
        <w:jc w:val="right"/>
      </w:pPr>
      <w:r>
        <w:t>سامنے حاضر کیا جائے گا اور براہ راست اللہ سے اس کی بات چیت ہوگی۔</w:t>
      </w:r>
    </w:p>
    <w:p>
      <w:r>
        <w:rPr>
          <w:b/>
        </w:rPr>
        <w:t xml:space="preserve">[31:14] </w:t>
      </w:r>
      <w:r>
        <w:t>Laysa banahu wa banahu tarjuman.</w:t>
      </w:r>
    </w:p>
    <w:p>
      <w:pPr>
        <w:jc w:val="right"/>
      </w:pPr>
      <w:r>
        <w:t>لَيْسَ بَانَهُ وَبَانَهُ تَرْجَمَانٌ ۔</w:t>
      </w:r>
    </w:p>
    <w:p>
      <w:r>
        <w:rPr>
          <w:b/>
        </w:rPr>
        <w:t xml:space="preserve">[31:21] </w:t>
      </w:r>
      <w:r>
        <w:t>Allah aur us bande ke darmiyan koi tarjuman nahin hoga, direct hogi.</w:t>
      </w:r>
    </w:p>
    <w:p>
      <w:pPr>
        <w:jc w:val="right"/>
      </w:pPr>
      <w:r>
        <w:t>اللہ اور اس بندے کے درمیان کوئی ترجمان نہیں ہوگا، direct ہوگی۔</w:t>
      </w:r>
    </w:p>
    <w:p>
      <w:r>
        <w:rPr>
          <w:b/>
        </w:rPr>
        <w:t xml:space="preserve">[31:27] </w:t>
      </w:r>
      <w:r>
        <w:t>to yeh sab baatein us ko yaad aati hain.</w:t>
      </w:r>
    </w:p>
    <w:p>
      <w:pPr>
        <w:jc w:val="right"/>
      </w:pPr>
      <w:r>
        <w:t>تو یہ سب باتیں اس کو یاد آتی ہیں۔</w:t>
      </w:r>
    </w:p>
    <w:p>
      <w:r>
        <w:rPr>
          <w:b/>
        </w:rPr>
        <w:t xml:space="preserve">[31:33] </w:t>
      </w:r>
      <w:r>
        <w:t>aur phir sochne lagta hai ke main kaise afford kar sakta hoon jab ke aisa din aane wala hai.</w:t>
      </w:r>
    </w:p>
    <w:p>
      <w:pPr>
        <w:jc w:val="right"/>
      </w:pPr>
      <w:r>
        <w:t>اور پھر سوچنے لگتا ہے کہ میں کیسے afford کر سکتا ہوں جب کہ ایسا دن آنے والا ہے۔</w:t>
      </w:r>
    </w:p>
    <w:p>
      <w:r>
        <w:rPr>
          <w:b/>
        </w:rPr>
        <w:t xml:space="preserve">[31:40] </w:t>
      </w:r>
      <w:r>
        <w:t>to raas al-hikmat makhāfat Allah waqe'an hikmat ka sira hai, greater wisdom hai.</w:t>
      </w:r>
    </w:p>
    <w:p>
      <w:pPr>
        <w:jc w:val="right"/>
      </w:pPr>
      <w:r>
        <w:t>تو رأس الحكمة مخافة الله واقعتاً حکمت کا سرا ہے، greater wisdom ہے۔</w:t>
      </w:r>
    </w:p>
    <w:p>
      <w:r>
        <w:rPr>
          <w:b/>
        </w:rPr>
        <w:t xml:space="preserve">[31:46] </w:t>
      </w:r>
      <w:r>
        <w:t>ab dekhen Quran mein ek ayat hai idh yatalaqqal mutalaqqani anil yameeni wa anish shamali qaydun ma yalfaẓu bil qawli</w:t>
      </w:r>
    </w:p>
    <w:p>
      <w:pPr>
        <w:jc w:val="right"/>
      </w:pPr>
      <w:r>
        <w:t>اب دیکھیں قرآن میں ایک آیت ہے إِذْ يَتَلَقَّى الْمُتَلَقِّانَ عَنِ الْيَمِينِ وَعَنِ الشَّمَالِ قَيِّدٌ مَا يَلْفَظُ بِالْقَوْلِ</w:t>
      </w:r>
    </w:p>
    <w:p>
      <w:r>
        <w:rPr>
          <w:b/>
        </w:rPr>
        <w:t xml:space="preserve">[31:52] </w:t>
      </w:r>
      <w:r>
        <w:t>illa ladaihe raqibun atidun .</w:t>
      </w:r>
    </w:p>
    <w:p>
      <w:pPr>
        <w:jc w:val="right"/>
      </w:pPr>
      <w:r>
        <w:t>إِلَّا لَدَيهِ رَقِيبٌ عَتِيدٌ ۔</w:t>
      </w:r>
    </w:p>
    <w:p>
      <w:r>
        <w:rPr>
          <w:b/>
        </w:rPr>
        <w:t xml:space="preserve">[31:59] </w:t>
      </w:r>
      <w:r>
        <w:t>quran ki is ayat mein bataya gaya hai ke har aadmi ke sath do farishte lage hue hain.</w:t>
      </w:r>
    </w:p>
    <w:p>
      <w:pPr>
        <w:jc w:val="right"/>
      </w:pPr>
      <w:r>
        <w:t>قرآن کی اس آیت میں بتایا گیا ہے کہ ہر آدمی کے ساتھ دو فرشتے لگے ہوئے ہیں۔</w:t>
      </w:r>
    </w:p>
    <w:p>
      <w:r>
        <w:rPr>
          <w:b/>
        </w:rPr>
        <w:t xml:space="preserve">[32:05] </w:t>
      </w:r>
      <w:r>
        <w:t>har aadmi ke sath do farishte lage hue hain.</w:t>
      </w:r>
    </w:p>
    <w:p>
      <w:pPr>
        <w:jc w:val="right"/>
      </w:pPr>
      <w:r>
        <w:t>ہر آدمی کے ساتھ دو فرشتے لگے ہوئے ہیں۔</w:t>
      </w:r>
    </w:p>
    <w:p>
      <w:r>
        <w:rPr>
          <w:b/>
        </w:rPr>
        <w:t xml:space="preserve">[32:11] </w:t>
      </w:r>
      <w:r>
        <w:t>aur jab bhi woh kuch bolta hai to foran woh record kar lete hain.</w:t>
      </w:r>
    </w:p>
    <w:p>
      <w:pPr>
        <w:jc w:val="right"/>
      </w:pPr>
      <w:r>
        <w:t>اور جب بھی وہ کچھ بولتا ہے تو فوراً وہ ریکارڈ کر لیتے ہیں۔</w:t>
      </w:r>
    </w:p>
    <w:p>
      <w:r>
        <w:rPr>
          <w:b/>
        </w:rPr>
        <w:t xml:space="preserve">[32:18] </w:t>
      </w:r>
      <w:r>
        <w:t>ab ghor kijiye ke agar aadmi ko is baat ka yaqin ho ke mere dayen bayen do farishte</w:t>
      </w:r>
    </w:p>
    <w:p>
      <w:pPr>
        <w:jc w:val="right"/>
      </w:pPr>
      <w:r>
        <w:t>اب غور کیجئے کہ اگر آدمی کو اس بات کا یقین ہو کہ میرے دائیں بائیں دو فرشتے</w:t>
      </w:r>
    </w:p>
    <w:p>
      <w:r>
        <w:rPr>
          <w:b/>
        </w:rPr>
        <w:t xml:space="preserve">[32:24] </w:t>
      </w:r>
      <w:r>
        <w:t>meri baton ko sunne ke liye, us ko record karne ke liye khare hue hain to uska</w:t>
      </w:r>
    </w:p>
    <w:p>
      <w:pPr>
        <w:jc w:val="right"/>
      </w:pPr>
      <w:r>
        <w:t>میری باتوں کو سننے کے لیے، اس کو ریکارڈ کرنے کے لیے کھڑے ہوئے ہیں تو اس کا</w:t>
      </w:r>
    </w:p>
    <w:p>
      <w:r>
        <w:rPr>
          <w:b/>
        </w:rPr>
        <w:t xml:space="preserve">[32:30] </w:t>
      </w:r>
      <w:r>
        <w:t>haal kya hoga? woh us ko afford nahi kar sakega ke aisi baat kahe jo Allah ke</w:t>
      </w:r>
    </w:p>
    <w:p>
      <w:pPr>
        <w:jc w:val="right"/>
      </w:pPr>
      <w:r>
        <w:t>حال کیا ہوگا؟ وہ اس کو afford نہیں کر سکے گا کہ ایسی بات کہے جو اللہ کے</w:t>
      </w:r>
    </w:p>
    <w:p>
      <w:r>
        <w:rPr>
          <w:b/>
        </w:rPr>
        <w:t xml:space="preserve">[32:37] </w:t>
      </w:r>
      <w:r>
        <w:t>nazdeek ghalat qarar paye.</w:t>
      </w:r>
    </w:p>
    <w:p>
      <w:pPr>
        <w:jc w:val="right"/>
      </w:pPr>
      <w:r>
        <w:t>نزدیک غلط قرار پائے۔</w:t>
      </w:r>
    </w:p>
    <w:p>
      <w:r>
        <w:rPr>
          <w:b/>
        </w:rPr>
        <w:t xml:space="preserve">[32:43] </w:t>
      </w:r>
      <w:r>
        <w:t>afford nahi kar sakta.</w:t>
      </w:r>
    </w:p>
    <w:p>
      <w:pPr>
        <w:jc w:val="right"/>
      </w:pPr>
      <w:r>
        <w:t>afford نہیں کر سکتا۔</w:t>
      </w:r>
    </w:p>
    <w:p>
      <w:r>
        <w:rPr>
          <w:b/>
        </w:rPr>
        <w:t xml:space="preserve">[32:49] </w:t>
      </w:r>
      <w:r>
        <w:t>main ne ek qissa parha tha jab jawahar lal nehru india mein Prime Minister the to ek Leader</w:t>
      </w:r>
    </w:p>
    <w:p>
      <w:pPr>
        <w:jc w:val="right"/>
      </w:pPr>
      <w:r>
        <w:t>میں نے ایک قصہ پڑھا تھا جب جواہر لال نہرو انڈیا میں Prime Minister تھے تو ایک Leader</w:t>
      </w:r>
    </w:p>
    <w:p>
      <w:r>
        <w:rPr>
          <w:b/>
        </w:rPr>
        <w:t xml:space="preserve">[32:56] </w:t>
      </w:r>
      <w:r>
        <w:t>the, Parliament ke member the woh, woh nehru ke khilaf the.</w:t>
      </w:r>
    </w:p>
    <w:p>
      <w:pPr>
        <w:jc w:val="right"/>
      </w:pPr>
      <w:r>
        <w:t>تھے، Parliament کے ممبر تھے وہ، وہ نہرو کے خلاف تھے۔</w:t>
      </w:r>
    </w:p>
    <w:p>
      <w:r>
        <w:rPr>
          <w:b/>
        </w:rPr>
        <w:t xml:space="preserve">[33:02] </w:t>
      </w:r>
      <w:r>
        <w:t>nehru ke mukhalif party mein the woh.</w:t>
      </w:r>
    </w:p>
    <w:p>
      <w:pPr>
        <w:jc w:val="right"/>
      </w:pPr>
      <w:r>
        <w:t>نہرو کے مخالف Party میں تھے وہ۔</w:t>
      </w:r>
    </w:p>
    <w:p>
      <w:r>
        <w:rPr>
          <w:b/>
        </w:rPr>
        <w:t xml:space="preserve">[33:08] </w:t>
      </w:r>
      <w:r>
        <w:t>to woh Parliament mein bol rahe the nehru ke khilaf.</w:t>
      </w:r>
    </w:p>
    <w:p>
      <w:pPr>
        <w:jc w:val="right"/>
      </w:pPr>
      <w:r>
        <w:t>تو وہ Parliament میں بول رہے تھے نہرو کے خلاف۔</w:t>
      </w:r>
    </w:p>
    <w:p>
      <w:r>
        <w:rPr>
          <w:b/>
        </w:rPr>
        <w:t xml:space="preserve">[33:15] </w:t>
      </w:r>
      <w:r>
        <w:t>to us waqt main ne parha tha ke achank nehru Parliament mein dakhil hue.</w:t>
      </w:r>
    </w:p>
    <w:p>
      <w:pPr>
        <w:jc w:val="right"/>
      </w:pPr>
      <w:r>
        <w:t>تو اس وقت میں نے پڑھا تھا کہ اچانک نہرو Parliament میں داخل ہوئے۔</w:t>
      </w:r>
    </w:p>
    <w:p>
      <w:r>
        <w:rPr>
          <w:b/>
        </w:rPr>
        <w:t xml:space="preserve">[33:21] </w:t>
      </w:r>
      <w:r>
        <w:t>us waqt nehru maujud nahi the Parliament mein.</w:t>
      </w:r>
    </w:p>
    <w:p>
      <w:pPr>
        <w:jc w:val="right"/>
      </w:pPr>
      <w:r>
        <w:t>اس وقت نہرو موجود نہیں تھے Parliament میں۔</w:t>
      </w:r>
    </w:p>
    <w:p>
      <w:r>
        <w:rPr>
          <w:b/>
        </w:rPr>
        <w:t xml:space="preserve">[33:27] </w:t>
      </w:r>
      <w:r>
        <w:t>jab woh bol rahe the us waqt jawahar lal nehru Parliament mein maujud nahi the.</w:t>
      </w:r>
    </w:p>
    <w:p>
      <w:pPr>
        <w:jc w:val="right"/>
      </w:pPr>
      <w:r>
        <w:t>جب وہ بول رہے تھے اس وقت جواہر لال نہرو Parliament میں موجود نہیں تھے۔</w:t>
      </w:r>
    </w:p>
    <w:p>
      <w:r>
        <w:rPr>
          <w:b/>
        </w:rPr>
        <w:t xml:space="preserve">[33:34] </w:t>
      </w:r>
      <w:r>
        <w:t>un ke bolne ke douran hi woh Parliament mein dakhil hue.</w:t>
      </w:r>
    </w:p>
    <w:p>
      <w:pPr>
        <w:jc w:val="right"/>
      </w:pPr>
      <w:r>
        <w:t>ان کے بولنے کے دوران ہی وہ Parliament میں داخل ہوئے۔</w:t>
      </w:r>
    </w:p>
    <w:p>
      <w:r>
        <w:rPr>
          <w:b/>
        </w:rPr>
        <w:t xml:space="preserve">[33:40] </w:t>
      </w:r>
      <w:r>
        <w:t>to aadmi ne bataya tha ke jaise hi nehru dakhil hue speaker ka tone bilkul badal gaya.</w:t>
      </w:r>
    </w:p>
    <w:p>
      <w:pPr>
        <w:jc w:val="right"/>
      </w:pPr>
      <w:r>
        <w:t>تو آدمی نے بتایا تھا کہ جیسے ہی نہرو داخل ہوئے اسپیکر کا ٹون بالکل بدل گیا۔</w:t>
      </w:r>
    </w:p>
    <w:p>
      <w:r>
        <w:rPr>
          <w:b/>
        </w:rPr>
        <w:t xml:space="preserve">[33:46] </w:t>
      </w:r>
      <w:r>
        <w:t>yani is se pehle high tone mein bol rahe the ab ek dam low tone mein bolne lage woh.</w:t>
      </w:r>
    </w:p>
    <w:p>
      <w:pPr>
        <w:jc w:val="right"/>
      </w:pPr>
      <w:r>
        <w:t>یعنی اس سے پہلے ہائی ٹون میں بول رہے تھے اب ایک دم لو ٹون میں بولنے لگے وہ۔</w:t>
      </w:r>
    </w:p>
    <w:p>
      <w:r>
        <w:rPr>
          <w:b/>
        </w:rPr>
        <w:t xml:space="preserve">[33:53] </w:t>
      </w:r>
      <w:r>
        <w:t>to main ne socha ke jab ek Prime Minister ka itna heebat hai, ek Prime Minister ki itni</w:t>
      </w:r>
    </w:p>
    <w:p>
      <w:pPr>
        <w:jc w:val="right"/>
      </w:pPr>
      <w:r>
        <w:t>تو میں نے سوچا کہ جب ایک Prime Minister کا اتنا ہیبت ہے، ایک Prime Minister کی اتنی</w:t>
      </w:r>
    </w:p>
    <w:p>
      <w:r>
        <w:rPr>
          <w:b/>
        </w:rPr>
        <w:t xml:space="preserve">[33:59] </w:t>
      </w:r>
      <w:r>
        <w:t>heebat hai ke aadmi ki boli badal jati hai to ghor karen Rab-ul-Alameen ki heebat kitni zyada</w:t>
      </w:r>
    </w:p>
    <w:p>
      <w:pPr>
        <w:jc w:val="right"/>
      </w:pPr>
      <w:r>
        <w:t>ہیبت ہے کہ آدمی کی بولی بدل جاتی ہے تو غور کریں رب العالمین کی ہیبت کتنی زیادہ</w:t>
      </w:r>
    </w:p>
    <w:p>
      <w:r>
        <w:rPr>
          <w:b/>
        </w:rPr>
        <w:t xml:space="preserve">[34:05] </w:t>
      </w:r>
      <w:r>
        <w:t>hogi? Rab-ul-Alameen ki heebat kitni zyada hogi? to yeh hadith waqeatan hikmat ka khazana hai.</w:t>
      </w:r>
    </w:p>
    <w:p>
      <w:pPr>
        <w:jc w:val="right"/>
      </w:pPr>
      <w:r>
        <w:t>ہوگی؟ رب العالمین کی ہیبت کتنی زیادہ ہوگی؟ تو یہ حدیث واقعتاً حکمت کا خزانہ ہے۔</w:t>
      </w:r>
    </w:p>
    <w:p>
      <w:r>
        <w:rPr>
          <w:b/>
        </w:rPr>
        <w:t xml:space="preserve">[34:12] </w:t>
      </w:r>
      <w:r>
        <w:t>ra's al-hikmati makhofatullah .</w:t>
      </w:r>
    </w:p>
    <w:p>
      <w:pPr>
        <w:jc w:val="right"/>
      </w:pPr>
      <w:r>
        <w:t>رأس الحكمة مخافة الله ۔</w:t>
      </w:r>
    </w:p>
    <w:p>
      <w:r>
        <w:rPr>
          <w:b/>
        </w:rPr>
        <w:t xml:space="preserve">[34:18] </w:t>
      </w:r>
      <w:r>
        <w:t>Allah ka khof sab se bari hikmat hai.</w:t>
      </w:r>
    </w:p>
    <w:p>
      <w:pPr>
        <w:jc w:val="right"/>
      </w:pPr>
      <w:r>
        <w:t>اللہ کا خوف سب سے بڑی حکمت ہے۔</w:t>
      </w:r>
    </w:p>
    <w:p>
      <w:r>
        <w:rPr>
          <w:b/>
        </w:rPr>
        <w:t xml:space="preserve">[34:24] </w:t>
      </w:r>
      <w:r>
        <w:t>Fear of God is the greatest wisdom .</w:t>
      </w:r>
    </w:p>
    <w:p>
      <w:pPr>
        <w:jc w:val="right"/>
      </w:pPr>
      <w:r>
        <w:t>Fear of God is the greatest wisdom ۔</w:t>
      </w:r>
    </w:p>
    <w:p>
      <w:r>
        <w:rPr>
          <w:b/>
        </w:rPr>
        <w:t xml:space="preserve">[34:31] </w:t>
      </w:r>
      <w:r>
        <w:t>yani yeh jo aqeedah hai, khauf-e-Khuda ka, woh hamari poori zindagi ko samait leta hai.</w:t>
      </w:r>
    </w:p>
    <w:p>
      <w:pPr>
        <w:jc w:val="right"/>
      </w:pPr>
      <w:r>
        <w:t>یعنی یہ جو عقیدہ ہے، خوف خدا کا، وہ ہماری پوری زندگی کو سمیٹ لیتا ہے۔</w:t>
      </w:r>
    </w:p>
    <w:p>
      <w:r>
        <w:rPr>
          <w:b/>
        </w:rPr>
        <w:t xml:space="preserve">[34:37] </w:t>
      </w:r>
      <w:r>
        <w:t>Poori zindagi ko cover karta hai woh.</w:t>
      </w:r>
    </w:p>
    <w:p>
      <w:pPr>
        <w:jc w:val="right"/>
      </w:pPr>
      <w:r>
        <w:t>پوری زندگی کو cover کرتا ہے وہ۔</w:t>
      </w:r>
    </w:p>
    <w:p>
      <w:r>
        <w:rPr>
          <w:b/>
        </w:rPr>
        <w:t xml:space="preserve">[34:43] </w:t>
      </w:r>
      <w:r>
        <w:t>Koi aspect hamare se bachta nahin.</w:t>
      </w:r>
    </w:p>
    <w:p>
      <w:pPr>
        <w:jc w:val="right"/>
      </w:pPr>
      <w:r>
        <w:t>کوئی aspect ہمارے سے بچتا نہیں۔</w:t>
      </w:r>
    </w:p>
    <w:p>
      <w:r>
        <w:rPr>
          <w:b/>
        </w:rPr>
        <w:t xml:space="preserve">[34:50] </w:t>
      </w:r>
      <w:r>
        <w:t>Toh sahi ma'ano mein, yani thoughts ka, apne thoughts ke master bano.</w:t>
      </w:r>
    </w:p>
    <w:p>
      <w:pPr>
        <w:jc w:val="right"/>
      </w:pPr>
      <w:r>
        <w:t>تو صحیح معنوں میں، یعنی thoughts کا، اپنے thoughts کے master بنو۔</w:t>
      </w:r>
    </w:p>
    <w:p>
      <w:r>
        <w:rPr>
          <w:b/>
        </w:rPr>
        <w:t xml:space="preserve">[34:56] </w:t>
      </w:r>
      <w:r>
        <w:t>Toh aise nahin ban sakta aadmi.</w:t>
      </w:r>
    </w:p>
    <w:p>
      <w:pPr>
        <w:jc w:val="right"/>
      </w:pPr>
      <w:r>
        <w:t>تو ایسے نہیں بن سکتا آدمی۔</w:t>
      </w:r>
    </w:p>
    <w:p>
      <w:r>
        <w:rPr>
          <w:b/>
        </w:rPr>
        <w:t xml:space="preserve">[35:02] </w:t>
      </w:r>
      <w:r>
        <w:t>Apne thoughts ke master bano ya apne aap nahin ban sakta.</w:t>
      </w:r>
    </w:p>
    <w:p>
      <w:pPr>
        <w:jc w:val="right"/>
      </w:pPr>
      <w:r>
        <w:t>اپنے thoughts کے master بنو یا اپنے آپ نہیں بن سکتا۔</w:t>
      </w:r>
    </w:p>
    <w:p>
      <w:r>
        <w:rPr>
          <w:b/>
        </w:rPr>
        <w:t xml:space="preserve">[35:09] </w:t>
      </w:r>
      <w:r>
        <w:t>Is ke upar ek aur chahiye, ek aur aqeedah.</w:t>
      </w:r>
    </w:p>
    <w:p>
      <w:pPr>
        <w:jc w:val="right"/>
      </w:pPr>
      <w:r>
        <w:t>اس کے اوپر ایک اور چاہیے، ایک اور عقیدہ۔</w:t>
      </w:r>
    </w:p>
    <w:p>
      <w:r>
        <w:rPr>
          <w:b/>
        </w:rPr>
        <w:t xml:space="preserve">[35:15] </w:t>
      </w:r>
      <w:r>
        <w:t>Ke Rab-ul-Alameen dekh raha hai ab is ko.</w:t>
      </w:r>
    </w:p>
    <w:p>
      <w:pPr>
        <w:jc w:val="right"/>
      </w:pPr>
      <w:r>
        <w:t>کہ رب العالمین دیکھ رہا ہے اب اس کو۔</w:t>
      </w:r>
    </w:p>
    <w:p>
      <w:r>
        <w:rPr>
          <w:b/>
        </w:rPr>
        <w:t xml:space="preserve">[35:21] </w:t>
      </w:r>
      <w:r>
        <w:t>Rab-ul-Alameen ke saamne main accountable hoon.</w:t>
      </w:r>
    </w:p>
    <w:p>
      <w:pPr>
        <w:jc w:val="right"/>
      </w:pPr>
      <w:r>
        <w:t>رب العالمین کے سامنے میں accountable ہوں۔</w:t>
      </w:r>
    </w:p>
    <w:p>
      <w:r>
        <w:rPr>
          <w:b/>
        </w:rPr>
        <w:t xml:space="preserve">[35:28] </w:t>
      </w:r>
      <w:r>
        <w:t>Rab-ul-Alameen ke saamne main responsible hoon.</w:t>
      </w:r>
    </w:p>
    <w:p>
      <w:pPr>
        <w:jc w:val="right"/>
      </w:pPr>
      <w:r>
        <w:t>رب العالمین کے سامنے میں responsible ہوں۔</w:t>
      </w:r>
    </w:p>
    <w:p>
      <w:r>
        <w:rPr>
          <w:b/>
        </w:rPr>
        <w:t xml:space="preserve">[35:34] </w:t>
      </w:r>
      <w:r>
        <w:t>Tab aisa hoga ke aadmi sahi andaaz mein ab thoughts ka master banega.</w:t>
      </w:r>
    </w:p>
    <w:p>
      <w:pPr>
        <w:jc w:val="right"/>
      </w:pPr>
      <w:r>
        <w:t>تب ایسا ہوگا کہ آدمی صحیح انداز میں اب thoughts کا master بنے گا۔</w:t>
      </w:r>
    </w:p>
    <w:p>
      <w:r>
        <w:rPr>
          <w:b/>
        </w:rPr>
        <w:t xml:space="preserve">[35:40] </w:t>
      </w:r>
      <w:r>
        <w:t>Toh main sochta hoon ke is hadees ko chahiye ke log khoob khoob yaad rakhen.</w:t>
      </w:r>
    </w:p>
    <w:p>
      <w:pPr>
        <w:jc w:val="right"/>
      </w:pPr>
      <w:r>
        <w:t>تو میں سوچتا ہوں کہ اس حدیث کو چاہیے کہ لوگ خوب خوب یاد رکھیں۔</w:t>
      </w:r>
    </w:p>
    <w:p>
      <w:r>
        <w:rPr>
          <w:b/>
        </w:rPr>
        <w:t xml:space="preserve">[35:47] </w:t>
      </w:r>
      <w:r>
        <w:t>Har subah shaam is ko yaad rakhen.</w:t>
      </w:r>
    </w:p>
    <w:p>
      <w:pPr>
        <w:jc w:val="right"/>
      </w:pPr>
      <w:r>
        <w:t>ہر صبح شام اس کو یاد رکھیں۔</w:t>
      </w:r>
    </w:p>
    <w:p>
      <w:r>
        <w:rPr>
          <w:b/>
        </w:rPr>
        <w:t xml:space="preserve">[35:53] </w:t>
      </w:r>
      <w:r>
        <w:t>Apne diary mein likhen.</w:t>
      </w:r>
    </w:p>
    <w:p>
      <w:pPr>
        <w:jc w:val="right"/>
      </w:pPr>
      <w:r>
        <w:t>اپنے diary میں لکھیں۔</w:t>
      </w:r>
    </w:p>
    <w:p>
      <w:r>
        <w:rPr>
          <w:b/>
        </w:rPr>
        <w:t xml:space="preserve">[35:59] </w:t>
      </w:r>
      <w:r>
        <w:t>Apne kamre mein likhen.</w:t>
      </w:r>
    </w:p>
    <w:p>
      <w:pPr>
        <w:jc w:val="right"/>
      </w:pPr>
      <w:r>
        <w:t>اپنے کمرے میں لکھیں۔</w:t>
      </w:r>
    </w:p>
    <w:p>
      <w:r>
        <w:rPr>
          <w:b/>
        </w:rPr>
        <w:t xml:space="preserve">[36:06] </w:t>
      </w:r>
      <w:r>
        <w:t>Apne mind mein is ko taaza rakhen.</w:t>
      </w:r>
    </w:p>
    <w:p>
      <w:pPr>
        <w:jc w:val="right"/>
      </w:pPr>
      <w:r>
        <w:t>اپنے mind میں اس کو تازہ رکھیں۔</w:t>
      </w:r>
    </w:p>
    <w:p>
      <w:r>
        <w:rPr>
          <w:b/>
        </w:rPr>
        <w:t xml:space="preserve">[36:12] </w:t>
      </w:r>
      <w:r>
        <w:t>Quran mein yeh baat toh hai ke wa lam yakhsha illa Allah.</w:t>
      </w:r>
    </w:p>
    <w:p>
      <w:pPr>
        <w:jc w:val="right"/>
      </w:pPr>
      <w:r>
        <w:t>قرآن میں یہ بات تو ہے کہ وَلَمْ يَخْشَ إِلَّا اللَّهَ ۔</w:t>
      </w:r>
    </w:p>
    <w:p>
      <w:r>
        <w:rPr>
          <w:b/>
        </w:rPr>
        <w:t xml:space="preserve">[36:18] </w:t>
      </w:r>
      <w:r>
        <w:t>Wa lam yakhsha illa Allah.</w:t>
      </w:r>
    </w:p>
    <w:p>
      <w:pPr>
        <w:jc w:val="right"/>
      </w:pPr>
      <w:r>
        <w:t>وَلَمْ يَخْشَ إِلَّا اللَّهَ ۔</w:t>
      </w:r>
    </w:p>
    <w:p>
      <w:r>
        <w:rPr>
          <w:b/>
        </w:rPr>
        <w:t xml:space="preserve">[36:25] </w:t>
      </w:r>
      <w:r>
        <w:t>Momin ki tareef yeh hai ke woh sirf Allah se darta hai.</w:t>
      </w:r>
    </w:p>
    <w:p>
      <w:pPr>
        <w:jc w:val="right"/>
      </w:pPr>
      <w:r>
        <w:t>مومن کی تعریف یہ ہے کہ وہ صرف اللہ سے ڈرتا ہے۔</w:t>
      </w:r>
    </w:p>
    <w:p>
      <w:r>
        <w:rPr>
          <w:b/>
        </w:rPr>
        <w:t xml:space="preserve">[36:31] </w:t>
      </w:r>
      <w:r>
        <w:t>Wa lam yakhsha illa Allah.</w:t>
      </w:r>
    </w:p>
    <w:p>
      <w:pPr>
        <w:jc w:val="right"/>
      </w:pPr>
      <w:r>
        <w:t>وَلَمْ يَخْشَ إِلَّا اللَّهَ ۔</w:t>
      </w:r>
    </w:p>
    <w:p>
      <w:r>
        <w:rPr>
          <w:b/>
        </w:rPr>
        <w:t xml:space="preserve">[36:37] </w:t>
      </w:r>
      <w:r>
        <w:t>Woh sirf Allah se darta hai.</w:t>
      </w:r>
    </w:p>
    <w:p>
      <w:pPr>
        <w:jc w:val="right"/>
      </w:pPr>
      <w:r>
        <w:t>وہ صرف اللہ سے ڈرتا ہے۔</w:t>
      </w:r>
    </w:p>
    <w:p>
      <w:r>
        <w:rPr>
          <w:b/>
        </w:rPr>
        <w:t xml:space="preserve">[36:44] </w:t>
      </w:r>
      <w:r>
        <w:t>Ke main sochta hoon ke khud Quran mein bataya gaya hai ke hadees hikmat.</w:t>
      </w:r>
    </w:p>
    <w:p>
      <w:pPr>
        <w:jc w:val="right"/>
      </w:pPr>
      <w:r>
        <w:t>کہ میں سوچتا ہوں کہ خود قرآن میں بتایا گیا ہے کہ حدیث حکمت۔</w:t>
      </w:r>
    </w:p>
    <w:p>
      <w:r>
        <w:rPr>
          <w:b/>
        </w:rPr>
        <w:t xml:space="preserve">[36:50] </w:t>
      </w:r>
      <w:r>
        <w:t>Khud Quran mein hadees ko hikmat kaha gaya kai jagah.</w:t>
      </w:r>
    </w:p>
    <w:p>
      <w:pPr>
        <w:jc w:val="right"/>
      </w:pPr>
      <w:r>
        <w:t>خود قرآن میں حدیث کو حکمت کہا گیا۔ کئی جگہ۔</w:t>
      </w:r>
    </w:p>
    <w:p>
      <w:r>
        <w:rPr>
          <w:b/>
        </w:rPr>
        <w:t xml:space="preserve">[36:56] </w:t>
      </w:r>
      <w:r>
        <w:t>Yani hikmat ke ma'ani hote hain wisdom.</w:t>
      </w:r>
    </w:p>
    <w:p>
      <w:pPr>
        <w:jc w:val="right"/>
      </w:pPr>
      <w:r>
        <w:t>یعنی حکمت کے معنی ہوتے ہیں wisdom۔</w:t>
      </w:r>
    </w:p>
    <w:p>
      <w:r>
        <w:rPr>
          <w:b/>
        </w:rPr>
        <w:t xml:space="preserve">[37:03] </w:t>
      </w:r>
      <w:r>
        <w:t>Toh Quran ka jo wisdom hai woh hadeeson mein milta hai aap ko.</w:t>
      </w:r>
    </w:p>
    <w:p>
      <w:pPr>
        <w:jc w:val="right"/>
      </w:pPr>
      <w:r>
        <w:t>تو قرآن کا جو wisdom ہے وہ حدیثوں میں ملتا ہے آپ کو۔</w:t>
      </w:r>
    </w:p>
    <w:p>
      <w:r>
        <w:rPr>
          <w:b/>
        </w:rPr>
        <w:t xml:space="preserve">[37:09] </w:t>
      </w:r>
      <w:r>
        <w:t>khud quran mein bhi wisdom hai.</w:t>
      </w:r>
    </w:p>
    <w:p>
      <w:pPr>
        <w:jc w:val="right"/>
      </w:pPr>
      <w:r>
        <w:t>خود قرآن میں بھی wisdom ہے۔</w:t>
      </w:r>
    </w:p>
    <w:p>
      <w:r>
        <w:rPr>
          <w:b/>
        </w:rPr>
        <w:t xml:space="preserve">[37:15] </w:t>
      </w:r>
      <w:r>
        <w:t>lekin jo hadeesein hain woh sab wisdom hi wisdom hain.</w:t>
      </w:r>
    </w:p>
    <w:p>
      <w:pPr>
        <w:jc w:val="right"/>
      </w:pPr>
      <w:r>
        <w:t>لیکن جو حدیثیں ہیں وہ سب wisdom ہی wisdom ہیں۔</w:t>
      </w:r>
    </w:p>
    <w:p>
      <w:r>
        <w:rPr>
          <w:b/>
        </w:rPr>
        <w:t xml:space="preserve">[37:22] </w:t>
      </w:r>
      <w:r>
        <w:t>to main sochta hoon ke koi bhi ethical course, koi bhi kitaab ya koi bhi taqreer, chahe woh</w:t>
      </w:r>
    </w:p>
    <w:p>
      <w:pPr>
        <w:jc w:val="right"/>
      </w:pPr>
      <w:r>
        <w:t>تو میں سوچتا ہوں کہ کوئی بھی ethical course، کوئی بھی کتاب یا کوئی بھی تقریر، چاہے وہ</w:t>
      </w:r>
    </w:p>
    <w:p>
      <w:r>
        <w:rPr>
          <w:b/>
        </w:rPr>
        <w:t xml:space="preserve">[37:28] </w:t>
      </w:r>
      <w:r>
        <w:t>kitni achhi ho, aadmi ko sahi maano mein wahid bana sakti hai.</w:t>
      </w:r>
    </w:p>
    <w:p>
      <w:pPr>
        <w:jc w:val="right"/>
      </w:pPr>
      <w:r>
        <w:t>کتنی اچھی ہو، آدمی کو صحیح معنوں میں واحد بنا سکتی ہے۔</w:t>
      </w:r>
    </w:p>
    <w:p>
      <w:r>
        <w:rPr>
          <w:b/>
        </w:rPr>
        <w:t xml:space="preserve">[37:34] </w:t>
      </w:r>
      <w:r>
        <w:t>wahid bana sakti hai.</w:t>
      </w:r>
    </w:p>
    <w:p>
      <w:pPr>
        <w:jc w:val="right"/>
      </w:pPr>
      <w:r>
        <w:t>واحد بنا سکتی ہے۔</w:t>
      </w:r>
    </w:p>
    <w:p>
      <w:r>
        <w:rPr>
          <w:b/>
        </w:rPr>
        <w:t xml:space="preserve">[37:41] </w:t>
      </w:r>
      <w:r>
        <w:t>wahid banne ke liye zaroori hai ke ek aur cheez zaroori hai.</w:t>
      </w:r>
    </w:p>
    <w:p>
      <w:pPr>
        <w:jc w:val="right"/>
      </w:pPr>
      <w:r>
        <w:t>واحد بننے کے لیے ضروری ہے کہ ایک اور چیز ضروری ہے۔</w:t>
      </w:r>
    </w:p>
    <w:p>
      <w:r>
        <w:rPr>
          <w:b/>
        </w:rPr>
        <w:t xml:space="preserve">[37:47] </w:t>
      </w:r>
      <w:r>
        <w:t>woh hai Allah ka khauf.</w:t>
      </w:r>
    </w:p>
    <w:p>
      <w:pPr>
        <w:jc w:val="right"/>
      </w:pPr>
      <w:r>
        <w:t>وہ ہے اللہ کا خوف۔</w:t>
      </w:r>
    </w:p>
    <w:p>
      <w:r>
        <w:rPr>
          <w:b/>
        </w:rPr>
        <w:t xml:space="preserve">[37:53] </w:t>
      </w:r>
      <w:r>
        <w:t>iska sabab yeh hai ke insaan ke andar, insaan ke andar temptation hai.</w:t>
      </w:r>
    </w:p>
    <w:p>
      <w:pPr>
        <w:jc w:val="right"/>
      </w:pPr>
      <w:r>
        <w:t>اس کا سبب یہ ہے کہ انسان کے اندر، انسان کے اندر temptation ہے۔</w:t>
      </w:r>
    </w:p>
    <w:p>
      <w:r>
        <w:rPr>
          <w:b/>
        </w:rPr>
        <w:t xml:space="preserve">[38:00] </w:t>
      </w:r>
      <w:r>
        <w:t>insaan ke andar ego hai.</w:t>
      </w:r>
    </w:p>
    <w:p>
      <w:pPr>
        <w:jc w:val="right"/>
      </w:pPr>
      <w:r>
        <w:t>انسان کے اندر ego ہے۔</w:t>
      </w:r>
    </w:p>
    <w:p>
      <w:r>
        <w:rPr>
          <w:b/>
        </w:rPr>
        <w:t xml:space="preserve">[38:06] </w:t>
      </w:r>
      <w:r>
        <w:t>insaan shaitan ke waswase se mutasir hota hai.</w:t>
      </w:r>
    </w:p>
    <w:p>
      <w:pPr>
        <w:jc w:val="right"/>
      </w:pPr>
      <w:r>
        <w:t>انسان شیطان کے وسوسے سے متاثر ہوتا ہے۔</w:t>
      </w:r>
    </w:p>
    <w:p>
      <w:r>
        <w:rPr>
          <w:b/>
        </w:rPr>
        <w:t xml:space="preserve">[38:12] </w:t>
      </w:r>
      <w:r>
        <w:t>to in sab ke upar, insaan ke upar ek ek aur super control hona chahiye.</w:t>
      </w:r>
    </w:p>
    <w:p>
      <w:pPr>
        <w:jc w:val="right"/>
      </w:pPr>
      <w:r>
        <w:t>تو ان سب کے اوپر، انسان کے اوپر ایک ایک اور super control ہونا چاہیے۔</w:t>
      </w:r>
    </w:p>
    <w:p>
      <w:r>
        <w:rPr>
          <w:b/>
        </w:rPr>
        <w:t xml:space="preserve">[38:19] </w:t>
      </w:r>
      <w:r>
        <w:t>insaan ke upar ek super controller.</w:t>
      </w:r>
    </w:p>
    <w:p>
      <w:pPr>
        <w:jc w:val="right"/>
      </w:pPr>
      <w:r>
        <w:t>انسان کے اوپر ایک super controller۔</w:t>
      </w:r>
    </w:p>
    <w:p>
      <w:r>
        <w:rPr>
          <w:b/>
        </w:rPr>
        <w:t xml:space="preserve">[38:25] </w:t>
      </w:r>
      <w:r>
        <w:t>tab woh right, mr.</w:t>
      </w:r>
    </w:p>
    <w:p>
      <w:pPr>
        <w:jc w:val="right"/>
      </w:pPr>
      <w:r>
        <w:t>تب وہ right، Mr.</w:t>
      </w:r>
    </w:p>
    <w:p>
      <w:r>
        <w:rPr>
          <w:b/>
        </w:rPr>
        <w:t xml:space="preserve">[38:32] </w:t>
      </w:r>
      <w:r>
        <w:t>right bana rahega.</w:t>
      </w:r>
    </w:p>
    <w:p>
      <w:pPr>
        <w:jc w:val="right"/>
      </w:pPr>
      <w:r>
        <w:t>Right بنا رہے گا۔</w:t>
      </w:r>
    </w:p>
    <w:p>
      <w:r>
        <w:rPr>
          <w:b/>
        </w:rPr>
        <w:t xml:space="preserve">[38:38] </w:t>
      </w:r>
      <w:r>
        <w:t>main sochta hoon ke koi bhi law, aam taur par log law ke banane ki baat karte hain.</w:t>
      </w:r>
    </w:p>
    <w:p>
      <w:pPr>
        <w:jc w:val="right"/>
      </w:pPr>
      <w:r>
        <w:t>میں سوچتا ہوں کہ کوئی بھی law، عام طور پر لوگ law کے بنانے کی بات کرتے ہیں۔</w:t>
      </w:r>
    </w:p>
    <w:p>
      <w:r>
        <w:rPr>
          <w:b/>
        </w:rPr>
        <w:t xml:space="preserve">[38:44] </w:t>
      </w:r>
      <w:r>
        <w:t>jab samaj mein koi burai hoti hai to maang karte hain ke ek law banaya jaye.</w:t>
      </w:r>
    </w:p>
    <w:p>
      <w:pPr>
        <w:jc w:val="right"/>
      </w:pPr>
      <w:r>
        <w:t>جب سماج میں کوئی برائی ہوتی ہے تو مانگ کرتے ہیں کہ ایک law بنایا جائے۔</w:t>
      </w:r>
    </w:p>
    <w:p>
      <w:r>
        <w:rPr>
          <w:b/>
        </w:rPr>
        <w:t xml:space="preserve">[38:51] </w:t>
      </w:r>
      <w:r>
        <w:t>sawal yeh hai ke law banane se kya hota hai? india mein to law ke bharmar hain.</w:t>
      </w:r>
    </w:p>
    <w:p>
      <w:pPr>
        <w:jc w:val="right"/>
      </w:pPr>
      <w:r>
        <w:t>سوال یہ ہے کہ law بنانے سے کیا ہوتا ہے؟ انڈیا میں تو law کے بھرمار ہیں۔</w:t>
      </w:r>
    </w:p>
    <w:p>
      <w:r>
        <w:rPr>
          <w:b/>
        </w:rPr>
        <w:t xml:space="preserve">[38:57] </w:t>
      </w:r>
      <w:r>
        <w:t>beshumar laws hain india mein.</w:t>
      </w:r>
    </w:p>
    <w:p>
      <w:pPr>
        <w:jc w:val="right"/>
      </w:pPr>
      <w:r>
        <w:t>بے شمار laws ہیں انڈیا میں۔</w:t>
      </w:r>
    </w:p>
    <w:p>
      <w:r>
        <w:rPr>
          <w:b/>
        </w:rPr>
        <w:t xml:space="preserve">[39:03] </w:t>
      </w:r>
      <w:r>
        <w:t>lekin iske bawajood india ek corrupt country bana hua hai.</w:t>
      </w:r>
    </w:p>
    <w:p>
      <w:pPr>
        <w:jc w:val="right"/>
      </w:pPr>
      <w:r>
        <w:t>لیکن اس کے باوجود انڈیا ایک corrupt country بنا ہوا ہے۔</w:t>
      </w:r>
    </w:p>
    <w:p>
      <w:r>
        <w:rPr>
          <w:b/>
        </w:rPr>
        <w:t xml:space="preserve">[39:10] </w:t>
      </w:r>
      <w:r>
        <w:t>koi corruption ka tod koi law nahi hai.</w:t>
      </w:r>
    </w:p>
    <w:p>
      <w:pPr>
        <w:jc w:val="right"/>
      </w:pPr>
      <w:r>
        <w:t>کوئی corruption کا توڑ کوئی law نہیں ہے۔</w:t>
      </w:r>
    </w:p>
    <w:p>
      <w:r>
        <w:rPr>
          <w:b/>
        </w:rPr>
        <w:t xml:space="preserve">[39:16] </w:t>
      </w:r>
      <w:r>
        <w:t>kitni law banate rahe aap, isse corruption ka khatma nahi hota.</w:t>
      </w:r>
    </w:p>
    <w:p>
      <w:pPr>
        <w:jc w:val="right"/>
      </w:pPr>
      <w:r>
        <w:t>کتنی law بناتے رہے آپ، اس سے corruption کا خاتمہ نہیں ہوتا۔</w:t>
      </w:r>
    </w:p>
    <w:p>
      <w:r>
        <w:rPr>
          <w:b/>
        </w:rPr>
        <w:t xml:space="preserve">[39:22] </w:t>
      </w:r>
      <w:r>
        <w:t>humne dekhein kya hai aaj kal hamare courton mein.</w:t>
      </w:r>
    </w:p>
    <w:p>
      <w:pPr>
        <w:jc w:val="right"/>
      </w:pPr>
      <w:r>
        <w:t>ہم نے دیکھیں کیا ہے آج کل ہمارے courtوں میں۔</w:t>
      </w:r>
    </w:p>
    <w:p>
      <w:r>
        <w:rPr>
          <w:b/>
        </w:rPr>
        <w:t xml:space="preserve">[39:29] </w:t>
      </w:r>
      <w:r>
        <w:t>hamare courton mein law par faisla nahi hota.</w:t>
      </w:r>
    </w:p>
    <w:p>
      <w:pPr>
        <w:jc w:val="right"/>
      </w:pPr>
      <w:r>
        <w:t>ہمارے courtوں میں law پر فیصلہ نہیں ہوتا۔</w:t>
      </w:r>
    </w:p>
    <w:p>
      <w:r>
        <w:rPr>
          <w:b/>
        </w:rPr>
        <w:t xml:space="preserve">[39:35] </w:t>
      </w:r>
      <w:r>
        <w:t>technical point par faisla hota hai.</w:t>
      </w:r>
    </w:p>
    <w:p>
      <w:pPr>
        <w:jc w:val="right"/>
      </w:pPr>
      <w:r>
        <w:t>Technical point پر فیصلہ ہوتا ہے۔</w:t>
      </w:r>
    </w:p>
    <w:p>
      <w:r>
        <w:rPr>
          <w:b/>
        </w:rPr>
        <w:t xml:space="preserve">[39:41] </w:t>
      </w:r>
      <w:r>
        <w:t>technical point par.</w:t>
      </w:r>
    </w:p>
    <w:p>
      <w:pPr>
        <w:jc w:val="right"/>
      </w:pPr>
      <w:r>
        <w:t>Technical point پر۔</w:t>
      </w:r>
    </w:p>
    <w:p>
      <w:r>
        <w:rPr>
          <w:b/>
        </w:rPr>
        <w:t xml:space="preserve">[39:48] </w:t>
      </w:r>
      <w:r>
        <w:t>yani law mein agar aap apna case le jayen, court mein agar aap apna case le jayen, court</w:t>
      </w:r>
    </w:p>
    <w:p>
      <w:pPr>
        <w:jc w:val="right"/>
      </w:pPr>
      <w:r>
        <w:t>یعنی law میں اگر آپ اپنا case لے جائیں، court میں اگر آپ اپنا case لے جائیں، court</w:t>
      </w:r>
    </w:p>
    <w:p>
      <w:r>
        <w:rPr>
          <w:b/>
        </w:rPr>
        <w:t xml:space="preserve">[39:54] </w:t>
      </w:r>
      <w:r>
        <w:t>ke samne wo pesh ho to aap aur aur judge ke siwa bhi ek ek wahan par ek</w:t>
      </w:r>
    </w:p>
    <w:p>
      <w:pPr>
        <w:jc w:val="right"/>
      </w:pPr>
      <w:r>
        <w:t>کے سامنے وہ پیش ہو تو آپ اور اور جج کے سوا بھی ایک ایک وہاں پر ایک</w:t>
      </w:r>
    </w:p>
    <w:p>
      <w:r>
        <w:rPr>
          <w:b/>
        </w:rPr>
        <w:t xml:space="preserve">[40:00] </w:t>
      </w:r>
      <w:r>
        <w:t>hota hai, wo hai wakeel.</w:t>
      </w:r>
    </w:p>
    <w:p>
      <w:pPr>
        <w:jc w:val="right"/>
      </w:pPr>
      <w:r>
        <w:t>ہوتا ہے، وہ ہے وکیل۔</w:t>
      </w:r>
    </w:p>
    <w:p>
      <w:r>
        <w:rPr>
          <w:b/>
        </w:rPr>
        <w:t xml:space="preserve">[40:07] </w:t>
      </w:r>
      <w:r>
        <w:t>to wakeel kya karta hai? Lazmi loophole talash karta hai.</w:t>
      </w:r>
    </w:p>
    <w:p>
      <w:pPr>
        <w:jc w:val="right"/>
      </w:pPr>
      <w:r>
        <w:t>تو وکیل کیا کرتا ہے؟ لازمی loophole تلاش کرتا ہے۔</w:t>
      </w:r>
    </w:p>
    <w:p>
      <w:r>
        <w:rPr>
          <w:b/>
        </w:rPr>
        <w:t xml:space="preserve">[40:13] </w:t>
      </w:r>
      <w:r>
        <w:t>Technical point talash karta hai.</w:t>
      </w:r>
    </w:p>
    <w:p>
      <w:pPr>
        <w:jc w:val="right"/>
      </w:pPr>
      <w:r>
        <w:t>Technical point تلاش کرتا ہے۔</w:t>
      </w:r>
    </w:p>
    <w:p>
      <w:r>
        <w:rPr>
          <w:b/>
        </w:rPr>
        <w:t xml:space="preserve">[40:19] </w:t>
      </w:r>
      <w:r>
        <w:t>aur judge ko, judge ke samne wahi point lata hai wo.</w:t>
      </w:r>
    </w:p>
    <w:p>
      <w:pPr>
        <w:jc w:val="right"/>
      </w:pPr>
      <w:r>
        <w:t>اور جج کو، جج کے سامنے وہی point لاتا ہے وہ۔</w:t>
      </w:r>
    </w:p>
    <w:p>
      <w:r>
        <w:rPr>
          <w:b/>
        </w:rPr>
        <w:t xml:space="preserve">[40:26] </w:t>
      </w:r>
      <w:r>
        <w:t>yani judge ko majboor karta hai ke law ki spirit khamosh ho.</w:t>
      </w:r>
    </w:p>
    <w:p>
      <w:pPr>
        <w:jc w:val="right"/>
      </w:pPr>
      <w:r>
        <w:t>یعنی جج کو مجبور کرتا ہے کہ law کی spirit خاموش ہو۔</w:t>
      </w:r>
    </w:p>
    <w:p>
      <w:r>
        <w:rPr>
          <w:b/>
        </w:rPr>
        <w:t xml:space="preserve">[40:32] </w:t>
      </w:r>
      <w:r>
        <w:t>law ki spirit khamosh ho.</w:t>
      </w:r>
    </w:p>
    <w:p>
      <w:pPr>
        <w:jc w:val="right"/>
      </w:pPr>
      <w:r>
        <w:t>law کی spirit خاموش ہو۔</w:t>
      </w:r>
    </w:p>
    <w:p>
      <w:r>
        <w:rPr>
          <w:b/>
        </w:rPr>
        <w:t xml:space="preserve">[40:38] </w:t>
      </w:r>
      <w:r>
        <w:t>lekin is technical point ki waja se is ko majboor karta hai wakeel ke is ke mutabiq wo faisla de.</w:t>
      </w:r>
    </w:p>
    <w:p>
      <w:pPr>
        <w:jc w:val="right"/>
      </w:pPr>
      <w:r>
        <w:t>لیکن اس technical point کی وجہ سے اس کو مجبور کرتا ہے وکیل کہ اس کے مطابق وہ فیصلہ دے۔</w:t>
      </w:r>
    </w:p>
    <w:p>
      <w:r>
        <w:rPr>
          <w:b/>
        </w:rPr>
        <w:t xml:space="preserve">[40:45] </w:t>
      </w:r>
      <w:r>
        <w:t>to law kitni hi banayen, aap kitni hi banayen, kitni hi banayen, is se kuch hone wala nahi hai.</w:t>
      </w:r>
    </w:p>
    <w:p>
      <w:pPr>
        <w:jc w:val="right"/>
      </w:pPr>
      <w:r>
        <w:t>تو law کتنی ہی بنائیں، آپ کتنی ہی بنائیں، کتنی ہی بنائیں، اس سے کچھ ہونے والا نہیں ہے۔</w:t>
      </w:r>
    </w:p>
    <w:p>
      <w:r>
        <w:rPr>
          <w:b/>
        </w:rPr>
        <w:t xml:space="preserve">[40:51] </w:t>
      </w:r>
      <w:r>
        <w:t>insan ke andar khud ek motivation paida karna parega.</w:t>
      </w:r>
    </w:p>
    <w:p>
      <w:pPr>
        <w:jc w:val="right"/>
      </w:pPr>
      <w:r>
        <w:t>انسان کے اندر خود ایک motivation پیدا کرنا پڑے گا۔</w:t>
      </w:r>
    </w:p>
    <w:p>
      <w:r>
        <w:rPr>
          <w:b/>
        </w:rPr>
        <w:t xml:space="preserve">[40:57] </w:t>
      </w:r>
      <w:r>
        <w:t>self checking ka motivation.</w:t>
      </w:r>
    </w:p>
    <w:p>
      <w:pPr>
        <w:jc w:val="right"/>
      </w:pPr>
      <w:r>
        <w:t>self checking کا motivation۔</w:t>
      </w:r>
    </w:p>
    <w:p>
      <w:r>
        <w:rPr>
          <w:b/>
        </w:rPr>
        <w:t xml:space="preserve">[41:04] </w:t>
      </w:r>
      <w:r>
        <w:t>yani wo self checking jab ke insan khud apne thoughts ka master ban jaye.</w:t>
      </w:r>
    </w:p>
    <w:p>
      <w:pPr>
        <w:jc w:val="right"/>
      </w:pPr>
      <w:r>
        <w:t>یعنی وہ self checking جب کہ انسان خود اپنے thoughts کا master بن جائے۔</w:t>
      </w:r>
    </w:p>
    <w:p>
      <w:r>
        <w:rPr>
          <w:b/>
        </w:rPr>
        <w:t xml:space="preserve">[41:10] </w:t>
      </w:r>
      <w:r>
        <w:t>khud apna prosecutor ban jaye.</w:t>
      </w:r>
    </w:p>
    <w:p>
      <w:pPr>
        <w:jc w:val="right"/>
      </w:pPr>
      <w:r>
        <w:t>خود اپنا prosecutor بن جائے۔</w:t>
      </w:r>
    </w:p>
    <w:p>
      <w:r>
        <w:rPr>
          <w:b/>
        </w:rPr>
        <w:t xml:space="preserve">[41:16] </w:t>
      </w:r>
      <w:r>
        <w:t>khud apna muhasba karne lage.</w:t>
      </w:r>
    </w:p>
    <w:p>
      <w:pPr>
        <w:jc w:val="right"/>
      </w:pPr>
      <w:r>
        <w:t>خود اپنا محاسبہ کرنے لگے۔</w:t>
      </w:r>
    </w:p>
    <w:p>
      <w:r>
        <w:rPr>
          <w:b/>
        </w:rPr>
        <w:t xml:space="preserve">[41:23] </w:t>
      </w:r>
      <w:r>
        <w:t>to dekhen ji, ye sada baat nahi hai.</w:t>
      </w:r>
    </w:p>
    <w:p>
      <w:pPr>
        <w:jc w:val="right"/>
      </w:pPr>
      <w:r>
        <w:t>تو دیکھیں جی، یہ سادہ بات نہیں ہے۔</w:t>
      </w:r>
    </w:p>
    <w:p>
      <w:r>
        <w:rPr>
          <w:b/>
        </w:rPr>
        <w:t xml:space="preserve">[41:29] </w:t>
      </w:r>
      <w:r>
        <w:t>apna muhasba karna ye bohat bara reward hai is ka.</w:t>
      </w:r>
    </w:p>
    <w:p>
      <w:pPr>
        <w:jc w:val="right"/>
      </w:pPr>
      <w:r>
        <w:t>اپنا محاسبہ کرنا یہ بہت بڑا reward ہے اس کا۔</w:t>
      </w:r>
    </w:p>
    <w:p>
      <w:r>
        <w:rPr>
          <w:b/>
        </w:rPr>
        <w:t xml:space="preserve">[41:35] </w:t>
      </w:r>
      <w:r>
        <w:t>baad ki dunya mein jin logon ko jannat mein jo hai milegi, jannat jo ke ideal jagah</w:t>
      </w:r>
    </w:p>
    <w:p>
      <w:pPr>
        <w:jc w:val="right"/>
      </w:pPr>
      <w:r>
        <w:t>بعد کی دنیا میں جن لوگوں کو جنت میں جو ہے ملے گی، جنت جو کہ ideal جگہ</w:t>
      </w:r>
    </w:p>
    <w:p>
      <w:r>
        <w:rPr>
          <w:b/>
        </w:rPr>
        <w:t xml:space="preserve">[41:42] </w:t>
      </w:r>
      <w:r>
        <w:t>hai, perfect jagah hai, wo inhi logon ke liye hai jo apne thoughts ke master banen.</w:t>
      </w:r>
    </w:p>
    <w:p>
      <w:pPr>
        <w:jc w:val="right"/>
      </w:pPr>
      <w:r>
        <w:t>ہے، perfect جگہ ہے، وہ انہی لوگوں کے لیے ہے جو اپنے thoughts کے master بنیں۔</w:t>
      </w:r>
    </w:p>
    <w:p>
      <w:r>
        <w:rPr>
          <w:b/>
        </w:rPr>
        <w:t xml:space="preserve">[41:48] </w:t>
      </w:r>
      <w:r>
        <w:t>True sense mein.</w:t>
      </w:r>
    </w:p>
    <w:p>
      <w:pPr>
        <w:jc w:val="right"/>
      </w:pPr>
      <w:r>
        <w:t>True sense میں۔</w:t>
      </w:r>
    </w:p>
    <w:p>
      <w:r>
        <w:rPr>
          <w:b/>
        </w:rPr>
        <w:t xml:space="preserve">[41:54] </w:t>
      </w:r>
      <w:r>
        <w:t>khud apne aap ko control karen.</w:t>
      </w:r>
    </w:p>
    <w:p>
      <w:pPr>
        <w:jc w:val="right"/>
      </w:pPr>
      <w:r>
        <w:t>خود اپنے آپ کو کنٹرول کریں۔</w:t>
      </w:r>
    </w:p>
    <w:p>
      <w:r>
        <w:rPr>
          <w:b/>
        </w:rPr>
        <w:t xml:space="preserve">[42:01] </w:t>
      </w:r>
      <w:r>
        <w:t>khud apna muhasba karen.</w:t>
      </w:r>
    </w:p>
    <w:p>
      <w:pPr>
        <w:jc w:val="right"/>
      </w:pPr>
      <w:r>
        <w:t>خود اپنا محاسبہ کریں۔</w:t>
      </w:r>
    </w:p>
    <w:p>
      <w:r>
        <w:rPr>
          <w:b/>
        </w:rPr>
        <w:t xml:space="preserve">[42:07] </w:t>
      </w:r>
      <w:r>
        <w:t>khud apne ko durust karen.</w:t>
      </w:r>
    </w:p>
    <w:p>
      <w:pPr>
        <w:jc w:val="right"/>
      </w:pPr>
      <w:r>
        <w:t>خود اپنے کو درست کریں۔</w:t>
      </w:r>
    </w:p>
    <w:p>
      <w:r>
        <w:rPr>
          <w:b/>
        </w:rPr>
        <w:t xml:space="preserve">[42:13] </w:t>
      </w:r>
      <w:r>
        <w:t>ye self control ka jo mamla hai, is mein jo, is mein jo kamyab ho jaye, usi ke</w:t>
      </w:r>
    </w:p>
    <w:p>
      <w:pPr>
        <w:jc w:val="right"/>
      </w:pPr>
      <w:r>
        <w:t>یہ self control کا جو معاملہ ہے، اس میں جو، اس میں جو کامیاب ہو جائے، اسی کے</w:t>
      </w:r>
    </w:p>
    <w:p>
      <w:r>
        <w:rPr>
          <w:b/>
        </w:rPr>
        <w:t xml:space="preserve">[42:20] </w:t>
      </w:r>
      <w:r>
        <w:t>liye, usi ke liye to jannat hai.</w:t>
      </w:r>
    </w:p>
    <w:p>
      <w:pPr>
        <w:jc w:val="right"/>
      </w:pPr>
      <w:r>
        <w:t>لیے، اسی کے لیے تو جنت ہے۔</w:t>
      </w:r>
    </w:p>
    <w:p>
      <w:r>
        <w:rPr>
          <w:b/>
        </w:rPr>
        <w:t xml:space="preserve">[42:26] </w:t>
      </w:r>
      <w:r>
        <w:t>jannat isi ke liye to hai.</w:t>
      </w:r>
    </w:p>
    <w:p>
      <w:pPr>
        <w:jc w:val="right"/>
      </w:pPr>
      <w:r>
        <w:t>جنت اسی کے لیے تو ہے۔</w:t>
      </w:r>
    </w:p>
    <w:p>
      <w:r>
        <w:rPr>
          <w:b/>
        </w:rPr>
        <w:t xml:space="preserve">[42:32] </w:t>
      </w:r>
      <w:r>
        <w:t>yani Allah ne insaan ko azaadi di hai, aap jante hain.</w:t>
      </w:r>
    </w:p>
    <w:p>
      <w:pPr>
        <w:jc w:val="right"/>
      </w:pPr>
      <w:r>
        <w:t>یعنی اللہ نے انسان کو آزادی دی ہے، آپ جانتے ہیں۔</w:t>
      </w:r>
    </w:p>
    <w:p>
      <w:r>
        <w:rPr>
          <w:b/>
        </w:rPr>
        <w:t xml:space="preserve">[42:39] </w:t>
      </w:r>
      <w:r>
        <w:t>ego diya hai, desire di hai.</w:t>
      </w:r>
    </w:p>
    <w:p>
      <w:pPr>
        <w:jc w:val="right"/>
      </w:pPr>
      <w:r>
        <w:t>Ego دیا ہے، desire دی ہے۔</w:t>
      </w:r>
    </w:p>
    <w:p>
      <w:r>
        <w:rPr>
          <w:b/>
        </w:rPr>
        <w:t xml:space="preserve">[42:45] </w:t>
      </w:r>
      <w:r>
        <w:t>is ke bawajood yeh kaha gaya hai ke apne aap ko bachao ghaltiyon se.</w:t>
      </w:r>
    </w:p>
    <w:p>
      <w:pPr>
        <w:jc w:val="right"/>
      </w:pPr>
      <w:r>
        <w:t>اس کے باوجود یہ کہا گیا ہے کہ اپنے آپ کو بچاؤ غلطیوں سے۔</w:t>
      </w:r>
    </w:p>
    <w:p>
      <w:r>
        <w:rPr>
          <w:b/>
        </w:rPr>
        <w:t xml:space="preserve">[42:51] </w:t>
      </w:r>
      <w:r>
        <w:t>to woh kaise karega? apne isi tarah to karega ke apne upar master banega woh.</w:t>
      </w:r>
    </w:p>
    <w:p>
      <w:pPr>
        <w:jc w:val="right"/>
      </w:pPr>
      <w:r>
        <w:t>تو وہ کیسے کرے گا؟ اپنے اسی طرح تو کرے گا کہ اپنے اوپر master بنے گا وہ۔</w:t>
      </w:r>
    </w:p>
    <w:p>
      <w:r>
        <w:rPr>
          <w:b/>
        </w:rPr>
        <w:t xml:space="preserve">[42:58] </w:t>
      </w:r>
      <w:r>
        <w:t>apni khwahishon ko control karega.</w:t>
      </w:r>
    </w:p>
    <w:p>
      <w:pPr>
        <w:jc w:val="right"/>
      </w:pPr>
      <w:r>
        <w:t>اپنی خواہشوں کو کنٹرول کرے گا۔</w:t>
      </w:r>
    </w:p>
    <w:p>
      <w:r>
        <w:rPr>
          <w:b/>
        </w:rPr>
        <w:t xml:space="preserve">[43:04] </w:t>
      </w:r>
      <w:r>
        <w:t>apni temperature ko control karega.</w:t>
      </w:r>
    </w:p>
    <w:p>
      <w:pPr>
        <w:jc w:val="right"/>
      </w:pPr>
      <w:r>
        <w:t>اپنی temperature کو کنٹرول کرے گا۔</w:t>
      </w:r>
    </w:p>
    <w:p>
      <w:r>
        <w:rPr>
          <w:b/>
        </w:rPr>
        <w:t xml:space="preserve">[43:10] </w:t>
      </w:r>
      <w:r>
        <w:t>shaitan ki tazeen ko samjhega, samajh kar is se bachega.</w:t>
      </w:r>
    </w:p>
    <w:p>
      <w:pPr>
        <w:jc w:val="right"/>
      </w:pPr>
      <w:r>
        <w:t>شیطان کی تزئین کو سمجھے گا، سمجھ کر اس سے بچے گا۔</w:t>
      </w:r>
    </w:p>
    <w:p>
      <w:r>
        <w:rPr>
          <w:b/>
        </w:rPr>
        <w:t xml:space="preserve">[43:17] </w:t>
      </w:r>
      <w:r>
        <w:t>to yeh to hai matlab apne aap ko control karne ka, apne aap par master banne ka.</w:t>
      </w:r>
    </w:p>
    <w:p>
      <w:pPr>
        <w:jc w:val="right"/>
      </w:pPr>
      <w:r>
        <w:t>تو یہ تو ہے مطلب اپنے آپ کو کنٹرول کرنے کا، اپنے آپ پر master بننے کا۔</w:t>
      </w:r>
    </w:p>
    <w:p>
      <w:r>
        <w:rPr>
          <w:b/>
        </w:rPr>
        <w:t xml:space="preserve">[43:23] </w:t>
      </w:r>
      <w:r>
        <w:t>jo log aisa karenge, wahi apna tazkiya kar sakte hain. apna tazkiya.</w:t>
      </w:r>
    </w:p>
    <w:p>
      <w:pPr>
        <w:jc w:val="right"/>
      </w:pPr>
      <w:r>
        <w:t>جو لوگ ایسا کریں گے، وہی اپنا تزکیہ کر سکتے ہیں۔ اپنا تزکیہ۔</w:t>
      </w:r>
    </w:p>
    <w:p>
      <w:r>
        <w:rPr>
          <w:b/>
        </w:rPr>
        <w:t xml:space="preserve">[43:29] </w:t>
      </w:r>
      <w:r>
        <w:t>jisko kehte hain apni islaah aap.</w:t>
      </w:r>
    </w:p>
    <w:p>
      <w:pPr>
        <w:jc w:val="right"/>
      </w:pPr>
      <w:r>
        <w:t>جس کو کہتے ہیں اپنی اصلاح آپ۔</w:t>
      </w:r>
    </w:p>
    <w:p>
      <w:r>
        <w:rPr>
          <w:b/>
        </w:rPr>
        <w:t xml:space="preserve">[43:36] </w:t>
      </w:r>
      <w:r>
        <w:t>to jo log apna tazkiya khud karen, jo Allah ke dar ki bina par khud apne controller ban</w:t>
      </w:r>
    </w:p>
    <w:p>
      <w:pPr>
        <w:jc w:val="right"/>
      </w:pPr>
      <w:r>
        <w:t>تو جو لوگ اپنا تزکیہ خود کریں، جو اللہ کے ڈر کی بنا پر خود اپنے کنٹرولر بن</w:t>
      </w:r>
    </w:p>
    <w:p>
      <w:r>
        <w:rPr>
          <w:b/>
        </w:rPr>
        <w:t xml:space="preserve">[43:42] </w:t>
      </w:r>
      <w:r>
        <w:t>jayen, khud apne master ban jayen, wahi woh log hain jo jannat mein dakhle ke mustahiq qarar payenge.</w:t>
      </w:r>
    </w:p>
    <w:p>
      <w:pPr>
        <w:jc w:val="right"/>
      </w:pPr>
      <w:r>
        <w:t>جائیں، خود اپنے master بن جائیں، وہی وہ لوگ ہیں جو جنت میں داخلے کے مستحق قرار پائیں گے۔</w:t>
      </w:r>
    </w:p>
    <w:p>
      <w:r>
        <w:rPr>
          <w:b/>
        </w:rPr>
        <w:t xml:space="preserve">[43:48] </w:t>
      </w:r>
      <w:r>
        <w:t>quran mein yeh baat in alfaaz mein aayi hai ke wa ma man khaafa maqaama rabbhi wa nafsun anil hawa.</w:t>
      </w:r>
    </w:p>
    <w:p>
      <w:pPr>
        <w:jc w:val="right"/>
      </w:pPr>
      <w:r>
        <w:t>قرآن میں یہ بات ان الفاظ میں آئی ہے کہ وَمَا مَنْ خَافَ مَقَامَ رَبِّهِ وَنَا نَفْسٌ عَنِ الْهَوَى ۔</w:t>
      </w:r>
    </w:p>
    <w:p>
      <w:r>
        <w:rPr>
          <w:b/>
        </w:rPr>
        <w:t xml:space="preserve">[43:55] </w:t>
      </w:r>
      <w:r>
        <w:t>wahi baat yahan in lafzon mein hai.</w:t>
      </w:r>
    </w:p>
    <w:p>
      <w:pPr>
        <w:jc w:val="right"/>
      </w:pPr>
      <w:r>
        <w:t>وہی بات یہاں ان لفظوں میں ہے۔</w:t>
      </w:r>
    </w:p>
    <w:p>
      <w:r>
        <w:rPr>
          <w:b/>
        </w:rPr>
        <w:t xml:space="preserve">[44:01] </w:t>
      </w:r>
      <w:r>
        <w:t>jo baat hadees mein hai, wahi in quran mein is tareeqe se hai.</w:t>
      </w:r>
    </w:p>
    <w:p>
      <w:pPr>
        <w:jc w:val="right"/>
      </w:pPr>
      <w:r>
        <w:t>جو بات حدیث میں ہے، وہی ان قرآن میں اس طریقے سے ہے۔</w:t>
      </w:r>
    </w:p>
    <w:p>
      <w:r>
        <w:rPr>
          <w:b/>
        </w:rPr>
        <w:t xml:space="preserve">[44:07] </w:t>
      </w:r>
      <w:r>
        <w:t>wa ma man khaafa maqaama rabbhi wa nafsun anil hawa.</w:t>
      </w:r>
    </w:p>
    <w:p>
      <w:pPr>
        <w:jc w:val="right"/>
      </w:pPr>
      <w:r>
        <w:t>وَمَا مَنْ خَافَ مَقَامَ رَبِّهِ وَنَا نَفْسٌ عَنِ الْهَوَى ۔</w:t>
      </w:r>
    </w:p>
    <w:p>
      <w:r>
        <w:rPr>
          <w:b/>
        </w:rPr>
        <w:t xml:space="preserve">[44:14] </w:t>
      </w:r>
      <w:r>
        <w:t>yani jo shakhs Allah ke saamne khada hone se dara, jo shakhs Allah ke saamne khada hone se</w:t>
      </w:r>
    </w:p>
    <w:p>
      <w:pPr>
        <w:jc w:val="right"/>
      </w:pPr>
      <w:r>
        <w:t>یعنی جو شخص اللہ کے سامنے کھڑا ہونے سے ڈرا، جو شخص اللہ کے سامنے کھڑا ہونے سے</w:t>
      </w:r>
    </w:p>
    <w:p>
      <w:r>
        <w:rPr>
          <w:b/>
        </w:rPr>
        <w:t xml:space="preserve">[44:20] </w:t>
      </w:r>
      <w:r>
        <w:t>dara aur apne nafs ko khwahishon se roka, to us ke liye jannat hai.</w:t>
      </w:r>
    </w:p>
    <w:p>
      <w:pPr>
        <w:jc w:val="right"/>
      </w:pPr>
      <w:r>
        <w:t>ڈرا اور اپنے نفس کو خواہشوں سے روکا، تو اس کے لیے جنت ہے۔</w:t>
      </w:r>
    </w:p>
    <w:p>
      <w:r>
        <w:rPr>
          <w:b/>
        </w:rPr>
        <w:t xml:space="preserve">[44:26] </w:t>
      </w:r>
      <w:r>
        <w:t>to main sochta hoon ke yeh ayat aur yeh hadees agar log yaad rakhen to yeh un ke</w:t>
      </w:r>
    </w:p>
    <w:p>
      <w:pPr>
        <w:jc w:val="right"/>
      </w:pPr>
      <w:r>
        <w:t>تو میں سوچتا ہوں کہ یہ آیت اور یہ حدیث اگر لوگ یاد رکھیں تو یہ ان کے</w:t>
      </w:r>
    </w:p>
    <w:p>
      <w:r>
        <w:rPr>
          <w:b/>
        </w:rPr>
        <w:t xml:space="preserve">[44:33] </w:t>
      </w:r>
      <w:r>
        <w:t>liye kaafi ho jaye.</w:t>
      </w:r>
    </w:p>
    <w:p>
      <w:pPr>
        <w:jc w:val="right"/>
      </w:pPr>
      <w:r>
        <w:t>لیے کافی ہو جائے۔</w:t>
      </w:r>
    </w:p>
    <w:p>
      <w:r>
        <w:rPr>
          <w:b/>
        </w:rPr>
        <w:t xml:space="preserve">[44:39] </w:t>
      </w:r>
      <w:r>
        <w:t>wa ma man khaafa maqaama rabbhi wa nafsun anil hawa.</w:t>
      </w:r>
    </w:p>
    <w:p>
      <w:pPr>
        <w:jc w:val="right"/>
      </w:pPr>
      <w:r>
        <w:t>وَمَا مَنْ خَافَ مَقَامَ رَبِّهِ وَنَا نَفْسٌ عَنِ الْهَوَى ۔</w:t>
      </w:r>
    </w:p>
    <w:p>
      <w:r>
        <w:rPr>
          <w:b/>
        </w:rPr>
        <w:t xml:space="preserve">[44:45] </w:t>
      </w:r>
      <w:r>
        <w:t>fa innal jannata hiyal maawa.</w:t>
      </w:r>
    </w:p>
    <w:p>
      <w:pPr>
        <w:jc w:val="right"/>
      </w:pPr>
      <w:r>
        <w:t>فَإِنَّ الْجَنَّةَ هَيَ الْمَاوَى ۔</w:t>
      </w:r>
    </w:p>
    <w:p>
      <w:r>
        <w:rPr>
          <w:b/>
        </w:rPr>
        <w:t xml:space="preserve">[44:52] </w:t>
      </w:r>
      <w:r>
        <w:t>jo dara Allah ke saamne khada hone se aur bachaya apne aap ko khwahishon se, to us ke</w:t>
      </w:r>
    </w:p>
    <w:p>
      <w:pPr>
        <w:jc w:val="right"/>
      </w:pPr>
      <w:r>
        <w:t>جو ڈرا اللہ کے سامنے کھڑا ہونے سے اور بچایا اپنے آپ کو خواہشوں سے، تو اس کے</w:t>
      </w:r>
    </w:p>
    <w:p>
      <w:r>
        <w:rPr>
          <w:b/>
        </w:rPr>
        <w:t xml:space="preserve">[44:58] </w:t>
      </w:r>
      <w:r>
        <w:t>liye jannat hai.</w:t>
      </w:r>
    </w:p>
    <w:p>
      <w:pPr>
        <w:jc w:val="right"/>
      </w:pPr>
      <w:r>
        <w:t>لیے جنت ہے۔</w:t>
      </w:r>
    </w:p>
    <w:p>
      <w:r>
        <w:rPr>
          <w:b/>
        </w:rPr>
        <w:t xml:space="preserve">[45:04] </w:t>
      </w:r>
      <w:r>
        <w:t>aur hadith ke alfaaz hain raas ul hikmah wa khaft ul lah.</w:t>
      </w:r>
    </w:p>
    <w:p>
      <w:pPr>
        <w:jc w:val="right"/>
      </w:pPr>
      <w:r>
        <w:t>اور حدیث کے الفاظ ہیں رَاسُ الْحِكْمَةِ وَخَافْتُ اللَّهِ ۔</w:t>
      </w:r>
    </w:p>
    <w:p>
      <w:r>
        <w:rPr>
          <w:b/>
        </w:rPr>
        <w:t xml:space="preserve">[45:11] </w:t>
      </w:r>
      <w:r>
        <w:t>jo Allah se darega, to yeh khauf is ke andar hikmah, wisdom paida karega.</w:t>
      </w:r>
    </w:p>
    <w:p>
      <w:pPr>
        <w:jc w:val="right"/>
      </w:pPr>
      <w:r>
        <w:t>جو اللہ سے ڈرے گا، تو یہ خوف اس کے اندر حکمت، wisdom پیدا کرے گا۔</w:t>
      </w:r>
    </w:p>
    <w:p>
      <w:r>
        <w:rPr>
          <w:b/>
        </w:rPr>
        <w:t xml:space="preserve">[45:17] </w:t>
      </w:r>
      <w:r>
        <w:t>woh wisdom is ka, is wisdom ki bina par woh apna master aap ban jayega.</w:t>
      </w:r>
    </w:p>
    <w:p>
      <w:pPr>
        <w:jc w:val="right"/>
      </w:pPr>
      <w:r>
        <w:t>وہ wisdom اس کا، اس wisdom کی بنا پر وہ اپنا master آپ بن جائے گا۔</w:t>
      </w:r>
    </w:p>
    <w:p>
      <w:r>
        <w:rPr>
          <w:b/>
        </w:rPr>
        <w:t xml:space="preserve">[45:23] </w:t>
      </w:r>
      <w:r>
        <w:t>to meri dua hai ke Allah taala mujh ko aur aap ko tofeeq de ke hum is ayat</w:t>
      </w:r>
    </w:p>
    <w:p>
      <w:pPr>
        <w:jc w:val="right"/>
      </w:pPr>
      <w:r>
        <w:t>تو میری دعا ہے کہ اللہ تعالیٰ مجھ کو اور آپ کو توفیق دے کہ ہم اس آیت</w:t>
      </w:r>
    </w:p>
    <w:p>
      <w:r>
        <w:rPr>
          <w:b/>
        </w:rPr>
        <w:t xml:space="preserve">[45:30] </w:t>
      </w:r>
      <w:r>
        <w:t>aur is hadith ka misdaq banen.</w:t>
      </w:r>
    </w:p>
    <w:p>
      <w:pPr>
        <w:jc w:val="right"/>
      </w:pPr>
      <w:r>
        <w:t>اور اس حدیث کا مصداق بنیں۔</w:t>
      </w:r>
    </w:p>
    <w:p>
      <w:r>
        <w:rPr>
          <w:b/>
        </w:rPr>
        <w:t xml:space="preserve">[45:36] </w:t>
      </w:r>
      <w:r>
        <w:t>assalam o alaikum warahmatullah.</w:t>
      </w:r>
    </w:p>
    <w:p>
      <w:pPr>
        <w:jc w:val="right"/>
      </w:pPr>
      <w:r>
        <w:t>السلام عليكم ورحمة الله.</w:t>
      </w:r>
    </w:p>
    <w:p>
      <w:r>
        <w:rPr>
          <w:b/>
        </w:rPr>
        <w:t xml:space="preserve">[45:43] </w:t>
      </w:r>
      <w:r>
        <w:t>Okay, we'll be starting with the question-answer session.</w:t>
      </w:r>
    </w:p>
    <w:p>
      <w:pPr>
        <w:jc w:val="right"/>
      </w:pPr>
      <w:r>
        <w:t>اوکے، ویل بی سٹارٹنگ ود دی کوئسچن انسر سیشن۔</w:t>
      </w:r>
    </w:p>
    <w:p>
      <w:r>
        <w:rPr>
          <w:b/>
        </w:rPr>
        <w:t xml:space="preserve">[45:48] </w:t>
      </w:r>
      <w:r>
        <w:t>We request all the online viewers to send their questions on info@cpsglobal.</w:t>
      </w:r>
    </w:p>
    <w:p>
      <w:pPr>
        <w:jc w:val="right"/>
      </w:pPr>
      <w:r>
        <w:t>وی ریکویسٹ آل دی آن لائن ویورز ٹو سینڈ دے کوئسچنز آن انفو ایٹ سی پی ایس گلوبل</w:t>
      </w:r>
    </w:p>
    <w:p>
      <w:r>
        <w:rPr>
          <w:b/>
        </w:rPr>
        <w:t xml:space="preserve">[45:53] </w:t>
      </w:r>
      <w:r>
        <w:t>dot org.</w:t>
      </w:r>
    </w:p>
    <w:p>
      <w:pPr>
        <w:jc w:val="right"/>
      </w:pPr>
      <w:r>
        <w:t>ڈاٹ او آر جی۔</w:t>
      </w:r>
    </w:p>
    <w:p>
      <w:r>
        <w:rPr>
          <w:b/>
        </w:rPr>
        <w:t xml:space="preserve">[45:58] </w:t>
      </w:r>
      <w:r>
        <w:t>Maulana, yeh sawal aaya hai Usman Sahab ka Ahmedabad se, aur unhon ne likha hai: "Maulana, you</w:t>
      </w:r>
    </w:p>
    <w:p>
      <w:pPr>
        <w:jc w:val="right"/>
      </w:pPr>
      <w:r>
        <w:t>مولانا، یہ سوال آیا ہے عثمان صاحب کا احمد آباد سے، اور انہوں نے لکھا ہے: "Maulana, you</w:t>
      </w:r>
    </w:p>
    <w:p>
      <w:r>
        <w:rPr>
          <w:b/>
        </w:rPr>
        <w:t xml:space="preserve">[46:03] </w:t>
      </w:r>
      <w:r>
        <w:t>spoke about wisdom in today's talk.</w:t>
      </w:r>
    </w:p>
    <w:p>
      <w:pPr>
        <w:jc w:val="right"/>
      </w:pPr>
      <w:r>
        <w:t>spoke about wisdom in today's talk.</w:t>
      </w:r>
    </w:p>
    <w:p>
      <w:r>
        <w:rPr>
          <w:b/>
        </w:rPr>
        <w:t xml:space="preserve">[46:08] </w:t>
      </w:r>
      <w:r>
        <w:t>My question is, if I want to become wise, then from where should I begin?</w:t>
      </w:r>
    </w:p>
    <w:p>
      <w:pPr>
        <w:jc w:val="right"/>
      </w:pPr>
      <w:r>
        <w:t>My question is, if I want to become wise, then from where should I begin?</w:t>
      </w:r>
    </w:p>
    <w:p>
      <w:r>
        <w:rPr>
          <w:b/>
        </w:rPr>
        <w:t xml:space="preserve">[46:14] </w:t>
      </w:r>
      <w:r>
        <w:t>Is reading of the books enough to become wise?</w:t>
      </w:r>
    </w:p>
    <w:p>
      <w:pPr>
        <w:jc w:val="right"/>
      </w:pPr>
      <w:r>
        <w:t>Is reading of the books enough to become wise?</w:t>
      </w:r>
    </w:p>
    <w:p>
      <w:r>
        <w:rPr>
          <w:b/>
        </w:rPr>
        <w:t xml:space="preserve">[46:21] </w:t>
      </w:r>
      <w:r>
        <w:t>Please advise." دیکھیں، wisdom کیا ہے؟ میں کہ کہتا ہوں کہ wisdom کوئی acquire کرنے کی چیز نہیں ہے،</w:t>
      </w:r>
    </w:p>
    <w:p>
      <w:pPr>
        <w:jc w:val="right"/>
      </w:pPr>
      <w:r>
        <w:t>Please advise." دیکھیں، wisdom کیا ہے؟ میں کہتا ہوں کہ wisdom کوئی acquire کرنے کی چیز نہیں ہے،</w:t>
      </w:r>
    </w:p>
    <w:p>
      <w:r>
        <w:rPr>
          <w:b/>
        </w:rPr>
        <w:t xml:space="preserve">[46:28] </w:t>
      </w:r>
      <w:r>
        <w:t>woh all ready aap ke andar hai.</w:t>
      </w:r>
    </w:p>
    <w:p>
      <w:pPr>
        <w:jc w:val="right"/>
      </w:pPr>
      <w:r>
        <w:t>وہ آل ریڈی آپ کے اندر ہے۔</w:t>
      </w:r>
    </w:p>
    <w:p>
      <w:r>
        <w:rPr>
          <w:b/>
        </w:rPr>
        <w:t xml:space="preserve">[46:35] </w:t>
      </w:r>
      <w:r>
        <w:t>jo Quran mein kaha gaya hai: "Al Fitrah" yaani paida karne wale ne aap ko paida kiya hai Al Fitrah</w:t>
      </w:r>
    </w:p>
    <w:p>
      <w:pPr>
        <w:jc w:val="right"/>
      </w:pPr>
      <w:r>
        <w:t>جو قرآن میں کہا گیا ہے: "الفطرہ" یعنی پیدا کرنے والے نے آپ کو پیدا کیا ہے الفطرہ</w:t>
      </w:r>
    </w:p>
    <w:p>
      <w:r>
        <w:rPr>
          <w:b/>
        </w:rPr>
        <w:t xml:space="preserve">[46:42] </w:t>
      </w:r>
      <w:r>
        <w:t>par, right nature par.</w:t>
      </w:r>
    </w:p>
    <w:p>
      <w:pPr>
        <w:jc w:val="right"/>
      </w:pPr>
      <w:r>
        <w:t>پر، right nature پر۔</w:t>
      </w:r>
    </w:p>
    <w:p>
      <w:r>
        <w:rPr>
          <w:b/>
        </w:rPr>
        <w:t xml:space="preserve">[46:50] </w:t>
      </w:r>
      <w:r>
        <w:t>isi right nature, is liye is right nature mein sab kuch bhara hua hai, sara wisdom, sari hikmah</w:t>
      </w:r>
    </w:p>
    <w:p>
      <w:pPr>
        <w:jc w:val="right"/>
      </w:pPr>
      <w:r>
        <w:t>اسی right nature، اس لیے اس right nature میں سب کچھ بھرا ہوا ہے، سارا wisdom، ساری حکمت</w:t>
      </w:r>
    </w:p>
    <w:p>
      <w:r>
        <w:rPr>
          <w:b/>
        </w:rPr>
        <w:t xml:space="preserve">[46:57] </w:t>
      </w:r>
      <w:r>
        <w:t>is mein maujood hai.</w:t>
      </w:r>
    </w:p>
    <w:p>
      <w:pPr>
        <w:jc w:val="right"/>
      </w:pPr>
      <w:r>
        <w:t>اس میں موجود ہے۔</w:t>
      </w:r>
    </w:p>
    <w:p>
      <w:r>
        <w:rPr>
          <w:b/>
        </w:rPr>
        <w:t xml:space="preserve">[47:04] </w:t>
      </w:r>
      <w:r>
        <w:t>to asal problem paida hota hai kis se? Conditioning se.</w:t>
      </w:r>
    </w:p>
    <w:p>
      <w:pPr>
        <w:jc w:val="right"/>
      </w:pPr>
      <w:r>
        <w:t>تو اصل problem پیدا ہوتا ہے کس سے؟ Conditioning سے۔</w:t>
      </w:r>
    </w:p>
    <w:p>
      <w:r>
        <w:rPr>
          <w:b/>
        </w:rPr>
        <w:t xml:space="preserve">[47:11] </w:t>
      </w:r>
      <w:r>
        <w:t>to main sochta hoon ke conditioning se apne ko bacha to sakta nahin.</w:t>
      </w:r>
    </w:p>
    <w:p>
      <w:pPr>
        <w:jc w:val="right"/>
      </w:pPr>
      <w:r>
        <w:t>تو میں سوچتا ہوں کہ conditioning سے اپنے کو بچا تو سکتا نہیں۔</w:t>
      </w:r>
    </w:p>
    <w:p>
      <w:r>
        <w:rPr>
          <w:b/>
        </w:rPr>
        <w:t xml:space="preserve">[47:18] </w:t>
      </w:r>
      <w:r>
        <w:t>kyun ke conditioning shuru hoti hai bachpan se.</w:t>
      </w:r>
    </w:p>
    <w:p>
      <w:pPr>
        <w:jc w:val="right"/>
      </w:pPr>
      <w:r>
        <w:t>کیونکہ conditioning شروع ہوتی ہے بچپن سے۔</w:t>
      </w:r>
    </w:p>
    <w:p>
      <w:r>
        <w:rPr>
          <w:b/>
        </w:rPr>
        <w:t xml:space="preserve">[47:26] </w:t>
      </w:r>
      <w:r>
        <w:t>is liye karna yeh hai ke jab aap maturity ke umar ko pahunchen to apni deconditioning shuru kar den.</w:t>
      </w:r>
    </w:p>
    <w:p>
      <w:pPr>
        <w:jc w:val="right"/>
      </w:pPr>
      <w:r>
        <w:t>اس لیے کرنا یہ ہے کہ جب آپ maturity کے عمر کو پہنچیں تو اپنی deconditioning شروع کر دیں۔</w:t>
      </w:r>
    </w:p>
    <w:p>
      <w:r>
        <w:rPr>
          <w:b/>
        </w:rPr>
        <w:t xml:space="preserve">[47:33] </w:t>
      </w:r>
      <w:r>
        <w:t>main samajhta hoon ke koi bhi shakhs, koi bhi shakhs conditioning se bach nahin sakta.</w:t>
      </w:r>
    </w:p>
    <w:p>
      <w:pPr>
        <w:jc w:val="right"/>
      </w:pPr>
      <w:r>
        <w:t>میں سمجھتا ہوں کہ کوئی بھی شخص، کوئی بھی شخص conditioning سے بچ نہیں سکتا۔</w:t>
      </w:r>
    </w:p>
    <w:p>
      <w:r>
        <w:rPr>
          <w:b/>
        </w:rPr>
        <w:t xml:space="preserve">[47:40] </w:t>
      </w:r>
      <w:r>
        <w:t>to har aadmi apni Al Fitrah par parda daal deta hai conditioning ke zariye.</w:t>
      </w:r>
    </w:p>
    <w:p>
      <w:pPr>
        <w:jc w:val="right"/>
      </w:pPr>
      <w:r>
        <w:t>تو ہر آدمی اپنی الفطرہ پر پردہ ڈال دیتا ہے conditioning کے ذریعے۔</w:t>
      </w:r>
    </w:p>
    <w:p>
      <w:r>
        <w:rPr>
          <w:b/>
        </w:rPr>
        <w:t xml:space="preserve">[47:47] </w:t>
      </w:r>
      <w:r>
        <w:t>is liye beginning yahi hai, beginning ke apni study kijiye, apna introspection kijiye, apna muhasbah kijiye, aur bar</w:t>
      </w:r>
    </w:p>
    <w:p>
      <w:pPr>
        <w:jc w:val="right"/>
      </w:pPr>
      <w:r>
        <w:t>اس لیے beginning یہی ہے، beginning کہ اپنی study کیجئے، اپنا introspection کیجئے، اپنا محاسبہ کیجئے، اور بار</w:t>
      </w:r>
    </w:p>
    <w:p>
      <w:r>
        <w:rPr>
          <w:b/>
        </w:rPr>
        <w:t xml:space="preserve">[47:54] </w:t>
      </w:r>
      <w:r>
        <w:t>bar apni deconditioning kijiye.</w:t>
      </w:r>
    </w:p>
    <w:p>
      <w:pPr>
        <w:jc w:val="right"/>
      </w:pPr>
      <w:r>
        <w:t>بار اپنی deconditioning کیجئے۔</w:t>
      </w:r>
    </w:p>
    <w:p>
      <w:r>
        <w:rPr>
          <w:b/>
        </w:rPr>
        <w:t xml:space="preserve">[48:02] </w:t>
      </w:r>
      <w:r>
        <w:t>to deconditioning is the beginning.</w:t>
      </w:r>
    </w:p>
    <w:p>
      <w:pPr>
        <w:jc w:val="right"/>
      </w:pPr>
      <w:r>
        <w:t>تو deconditioning is the beginning.</w:t>
      </w:r>
    </w:p>
    <w:p>
      <w:r>
        <w:rPr>
          <w:b/>
        </w:rPr>
        <w:t xml:space="preserve">[48:09] </w:t>
      </w:r>
      <w:r>
        <w:t>mere tajrube ke mutabiq to yahi hai ke deconditioning jo hai, wahi wahin se process ka aaghaz hota hai.</w:t>
      </w:r>
    </w:p>
    <w:p>
      <w:pPr>
        <w:jc w:val="right"/>
      </w:pPr>
      <w:r>
        <w:t>میرے تجربے کے مطابق تو یہی ہے کہ deconditioning جو ہے، وہی وہیں سے process کا آغاز ہوتا ہے۔</w:t>
      </w:r>
    </w:p>
    <w:p>
      <w:r>
        <w:rPr>
          <w:b/>
        </w:rPr>
        <w:t xml:space="preserve">[48:16] </w:t>
      </w:r>
      <w:r>
        <w:t>maulana, agla sawal kya hai miss naghma siddiqui ne, dilli se, aur unhone likha hai: "While we</w:t>
      </w:r>
    </w:p>
    <w:p>
      <w:pPr>
        <w:jc w:val="right"/>
      </w:pPr>
      <w:r>
        <w:t>مولانا، اگلا سوال کیا ہے مس نغمہ صدیقی نے، دلی سے، اور انہوں نے لکھا ہے: "While we</w:t>
      </w:r>
    </w:p>
    <w:p>
      <w:r>
        <w:rPr>
          <w:b/>
        </w:rPr>
        <w:t xml:space="preserve">[48:23] </w:t>
      </w:r>
      <w:r>
        <w:t>know we are accountable to god as we fear him, but still we often do wrong as we lose focus.</w:t>
      </w:r>
    </w:p>
    <w:p>
      <w:pPr>
        <w:jc w:val="right"/>
      </w:pPr>
      <w:r>
        <w:t>know we are accountable to God as we fear Him, but still we often do wrong as we lose focus.</w:t>
      </w:r>
    </w:p>
    <w:p>
      <w:r>
        <w:rPr>
          <w:b/>
        </w:rPr>
        <w:t xml:space="preserve">[48:30] </w:t>
      </w:r>
      <w:r>
        <w:t>how can we retain focus of fear of god?</w:t>
      </w:r>
    </w:p>
    <w:p>
      <w:pPr>
        <w:jc w:val="right"/>
      </w:pPr>
      <w:r>
        <w:t>How can we retain focus of fear of God?</w:t>
      </w:r>
    </w:p>
    <w:p>
      <w:r>
        <w:rPr>
          <w:b/>
        </w:rPr>
        <w:t xml:space="preserve">[48:38] </w:t>
      </w:r>
      <w:r>
        <w:t>"dekhen, baat yeh hai ke aadmi har waqt apne temperature se ke andar hota hai, shaitan ke</w:t>
      </w:r>
    </w:p>
    <w:p>
      <w:pPr>
        <w:jc w:val="right"/>
      </w:pPr>
      <w:r>
        <w:t>" دیکھیں، بات یہ ہے کہ آدمی ہر وقت اپنے temperature سے کے اندر ہوتا ہے، شیطان کے</w:t>
      </w:r>
    </w:p>
    <w:p>
      <w:r>
        <w:rPr>
          <w:b/>
        </w:rPr>
        <w:t xml:space="preserve">[48:43] </w:t>
      </w:r>
      <w:r>
        <w:t>waswase ke andar hota hai.</w:t>
      </w:r>
    </w:p>
    <w:p>
      <w:pPr>
        <w:jc w:val="right"/>
      </w:pPr>
      <w:r>
        <w:t>وسوسے کے اندر ہوتا ہے۔</w:t>
      </w:r>
    </w:p>
    <w:p>
      <w:r>
        <w:rPr>
          <w:b/>
        </w:rPr>
        <w:t xml:space="preserve">[48:49] </w:t>
      </w:r>
      <w:r>
        <w:t>to ek taraf aadmi ki apni khwahishen aur doosri taraf shaitan ka waswasa.</w:t>
      </w:r>
    </w:p>
    <w:p>
      <w:pPr>
        <w:jc w:val="right"/>
      </w:pPr>
      <w:r>
        <w:t>تو ایک طرف آدمی کی اپنی خواہشیں اور دوسری طرف شیطان کا وسوسہ۔</w:t>
      </w:r>
    </w:p>
    <w:p>
      <w:r>
        <w:rPr>
          <w:b/>
        </w:rPr>
        <w:t xml:space="preserve">[48:55] </w:t>
      </w:r>
      <w:r>
        <w:t>jaise koi baat kisi ne kahi to zaroor aisa hota hai ke aadmi ka ego touch ho jata hai.</w:t>
      </w:r>
    </w:p>
    <w:p>
      <w:pPr>
        <w:jc w:val="right"/>
      </w:pPr>
      <w:r>
        <w:t>جیسے کوئی بات کسی نے کہی تو ضرور ایسا ہوتا ہے کہ آدمی کا ego touch ہو جاتا ہے۔</w:t>
      </w:r>
    </w:p>
    <w:p>
      <w:r>
        <w:rPr>
          <w:b/>
        </w:rPr>
        <w:t xml:space="preserve">[49:01] </w:t>
      </w:r>
      <w:r>
        <w:t>agar aadmi ke khilaf aisi baat kahi jaye jo usko buri lage, us mein woh offend ho</w:t>
      </w:r>
    </w:p>
    <w:p>
      <w:pPr>
        <w:jc w:val="right"/>
      </w:pPr>
      <w:r>
        <w:t>اگر آدمی کے خلاف ایسی بات کہی جائے جو اس کو بری لگے، اس میں وہ offend ہو</w:t>
      </w:r>
    </w:p>
    <w:p>
      <w:r>
        <w:rPr>
          <w:b/>
        </w:rPr>
        <w:t xml:space="preserve">[49:07] </w:t>
      </w:r>
      <w:r>
        <w:t>jaye to uska matlab kya hai? iska ego touch ho gaya.</w:t>
      </w:r>
    </w:p>
    <w:p>
      <w:pPr>
        <w:jc w:val="right"/>
      </w:pPr>
      <w:r>
        <w:t>جائے تو اس کا مطلب کیا ہے؟ اس کا ego touch ہو گیا۔</w:t>
      </w:r>
    </w:p>
    <w:p>
      <w:r>
        <w:rPr>
          <w:b/>
        </w:rPr>
        <w:t xml:space="preserve">[49:13] </w:t>
      </w:r>
      <w:r>
        <w:t>jab bhi koi aadmi offend hota hai ya kisi cheez ko bura manta hai to uska sabab</w:t>
      </w:r>
    </w:p>
    <w:p>
      <w:pPr>
        <w:jc w:val="right"/>
      </w:pPr>
      <w:r>
        <w:t>جب بھی کوئی آدمی offend ہوتا ہے یا کسی چیز کو برا مانتا ہے تو اس کا سبب</w:t>
      </w:r>
    </w:p>
    <w:p>
      <w:r>
        <w:rPr>
          <w:b/>
        </w:rPr>
        <w:t xml:space="preserve">[49:19] </w:t>
      </w:r>
      <w:r>
        <w:t>yeh hota hai ke uska ego touch ho gaya.</w:t>
      </w:r>
    </w:p>
    <w:p>
      <w:pPr>
        <w:jc w:val="right"/>
      </w:pPr>
      <w:r>
        <w:t>یہ ہوتا ہے کہ اس کا ego touch ہو گیا۔</w:t>
      </w:r>
    </w:p>
    <w:p>
      <w:r>
        <w:rPr>
          <w:b/>
        </w:rPr>
        <w:t xml:space="preserve">[49:25] </w:t>
      </w:r>
      <w:r>
        <w:t>to isko aadmi ko bohat zyada alert rehna padega ke jaise hi uska ego touch</w:t>
      </w:r>
    </w:p>
    <w:p>
      <w:pPr>
        <w:jc w:val="right"/>
      </w:pPr>
      <w:r>
        <w:t>تو اس کو آدمی کو بہت زیادہ alert رہنا پڑے گا کہ جیسے ہی اس کا ego touch</w:t>
      </w:r>
    </w:p>
    <w:p>
      <w:r>
        <w:rPr>
          <w:b/>
        </w:rPr>
        <w:t xml:space="preserve">[49:30] </w:t>
      </w:r>
      <w:r>
        <w:t>ho, foran woh usko loote, apne ko correct kare.</w:t>
      </w:r>
    </w:p>
    <w:p>
      <w:pPr>
        <w:jc w:val="right"/>
      </w:pPr>
      <w:r>
        <w:t>ہو، فوراً وہ اس کو لوٹے، اپنے کو correct کرے۔</w:t>
      </w:r>
    </w:p>
    <w:p>
      <w:r>
        <w:rPr>
          <w:b/>
        </w:rPr>
        <w:t xml:space="preserve">[49:36] </w:t>
      </w:r>
      <w:r>
        <w:t>to yeh yeh baat is mein bohat sahi likhi hai ke apne thought ke master banao, apne thought</w:t>
      </w:r>
    </w:p>
    <w:p>
      <w:pPr>
        <w:jc w:val="right"/>
      </w:pPr>
      <w:r>
        <w:t>تو یہ یہ بات اس میں بہت صحیح لکھی ہے کہ اپنے thought کے master بناؤ، اپنے thought</w:t>
      </w:r>
    </w:p>
    <w:p>
      <w:r>
        <w:rPr>
          <w:b/>
        </w:rPr>
        <w:t xml:space="preserve">[49:42] </w:t>
      </w:r>
      <w:r>
        <w:t>ke master banao.</w:t>
      </w:r>
    </w:p>
    <w:p>
      <w:pPr>
        <w:jc w:val="right"/>
      </w:pPr>
      <w:r>
        <w:t>کے master بناؤ۔</w:t>
      </w:r>
    </w:p>
    <w:p>
      <w:r>
        <w:rPr>
          <w:b/>
        </w:rPr>
        <w:t xml:space="preserve">[49:48] </w:t>
      </w:r>
      <w:r>
        <w:t>lekin apne thought ka master banaye ga wohi.</w:t>
      </w:r>
    </w:p>
    <w:p>
      <w:pPr>
        <w:jc w:val="right"/>
      </w:pPr>
      <w:r>
        <w:t>لیکن اپنے thought کا master بنائے گا وہی۔</w:t>
      </w:r>
    </w:p>
    <w:p>
      <w:r>
        <w:rPr>
          <w:b/>
        </w:rPr>
        <w:t xml:space="preserve">[49:54] </w:t>
      </w:r>
      <w:r>
        <w:t>yeh jo hai master your thoughts .</w:t>
      </w:r>
    </w:p>
    <w:p>
      <w:pPr>
        <w:jc w:val="right"/>
      </w:pPr>
      <w:r>
        <w:t>یہ جو ہے master your thoughts ۔</w:t>
      </w:r>
    </w:p>
    <w:p>
      <w:r>
        <w:rPr>
          <w:b/>
        </w:rPr>
        <w:t xml:space="preserve">[50:00] </w:t>
      </w:r>
      <w:r>
        <w:t>bohat gehri baat yeh hai ke master your thoughts .</w:t>
      </w:r>
    </w:p>
    <w:p>
      <w:pPr>
        <w:jc w:val="right"/>
      </w:pPr>
      <w:r>
        <w:t>بہت گہری بات یہ ہے کہ master your thoughts ۔</w:t>
      </w:r>
    </w:p>
    <w:p>
      <w:r>
        <w:rPr>
          <w:b/>
        </w:rPr>
        <w:t xml:space="preserve">[50:06] </w:t>
      </w:r>
      <w:r>
        <w:t>lekin mein is tarah koi master ban nahi sakta jab tak usko yeh na ho ke agar</w:t>
      </w:r>
    </w:p>
    <w:p>
      <w:pPr>
        <w:jc w:val="right"/>
      </w:pPr>
      <w:r>
        <w:t>لیکن میں اس طرح کوئی master بن نہیں سکتا جب تک اس کو یہ نہ ہو کہ اگر</w:t>
      </w:r>
    </w:p>
    <w:p>
      <w:r>
        <w:rPr>
          <w:b/>
        </w:rPr>
        <w:t xml:space="preserve">[50:12] </w:t>
      </w:r>
      <w:r>
        <w:t>mein master nahi banunga to mujhe iska bura anjam bhugtna padega.</w:t>
      </w:r>
    </w:p>
    <w:p>
      <w:pPr>
        <w:jc w:val="right"/>
      </w:pPr>
      <w:r>
        <w:t>میں master نہیں بنوں گا تو مجھے اس کا برا انجام بھگتنا پڑے گا۔</w:t>
      </w:r>
    </w:p>
    <w:p>
      <w:r>
        <w:rPr>
          <w:b/>
        </w:rPr>
        <w:t xml:space="preserve">[50:17] </w:t>
      </w:r>
      <w:r>
        <w:t>jaise singapore mein unko dar hai ke agar mein galati karunga to mujhe canning ka samna</w:t>
      </w:r>
    </w:p>
    <w:p>
      <w:pPr>
        <w:jc w:val="right"/>
      </w:pPr>
      <w:r>
        <w:t>جیسے سنگاپور میں ان کو ڈر ہے کہ اگر میں غلطی کروں گا تو مجھے canning کا سامنا</w:t>
      </w:r>
    </w:p>
    <w:p>
      <w:r>
        <w:rPr>
          <w:b/>
        </w:rPr>
        <w:t xml:space="preserve">[50:23] </w:t>
      </w:r>
      <w:r>
        <w:t>karna padega.</w:t>
      </w:r>
    </w:p>
    <w:p>
      <w:pPr>
        <w:jc w:val="right"/>
      </w:pPr>
      <w:r>
        <w:t>کرنا پڑے گا۔</w:t>
      </w:r>
    </w:p>
    <w:p>
      <w:r>
        <w:rPr>
          <w:b/>
        </w:rPr>
        <w:t xml:space="preserve">[50:29] </w:t>
      </w:r>
      <w:r>
        <w:t>to canning ka dar unko rokta hai.</w:t>
      </w:r>
    </w:p>
    <w:p>
      <w:pPr>
        <w:jc w:val="right"/>
      </w:pPr>
      <w:r>
        <w:t>تو canning کا ڈر ان کو روکتا ہے۔</w:t>
      </w:r>
    </w:p>
    <w:p>
      <w:r>
        <w:rPr>
          <w:b/>
        </w:rPr>
        <w:t xml:space="preserve">[50:35] </w:t>
      </w:r>
      <w:r>
        <w:t>india mein kisi ko dar hi nahi canning ki.</w:t>
      </w:r>
    </w:p>
    <w:p>
      <w:pPr>
        <w:jc w:val="right"/>
      </w:pPr>
      <w:r>
        <w:t>انڈیا میں کسی کو ڈر ہی نہیں canning کی۔</w:t>
      </w:r>
    </w:p>
    <w:p>
      <w:r>
        <w:rPr>
          <w:b/>
        </w:rPr>
        <w:t xml:space="preserve">[50:41] </w:t>
      </w:r>
      <w:r>
        <w:t>to subah shaam yahan crime hote hain.</w:t>
      </w:r>
    </w:p>
    <w:p>
      <w:pPr>
        <w:jc w:val="right"/>
      </w:pPr>
      <w:r>
        <w:t>تو صبح شام یہاں crime ہوتے ہیں۔</w:t>
      </w:r>
    </w:p>
    <w:p>
      <w:r>
        <w:rPr>
          <w:b/>
        </w:rPr>
        <w:t xml:space="preserve">[50:47] </w:t>
      </w:r>
      <w:r>
        <w:t>to master of thoughts jo hai, bohat hi acha formula hai.</w:t>
      </w:r>
    </w:p>
    <w:p>
      <w:pPr>
        <w:jc w:val="right"/>
      </w:pPr>
      <w:r>
        <w:t>تو master of thoughts جو ہے، بہت ہی اچھا فارمولا ہے۔</w:t>
      </w:r>
    </w:p>
    <w:p>
      <w:r>
        <w:rPr>
          <w:b/>
        </w:rPr>
        <w:t xml:space="preserve">[50:53] </w:t>
      </w:r>
      <w:r>
        <w:t>lekin is formula ke upar aik cheez hai.</w:t>
      </w:r>
    </w:p>
    <w:p>
      <w:pPr>
        <w:jc w:val="right"/>
      </w:pPr>
      <w:r>
        <w:t>لیکن اس فارمولے کے اوپر ایک چیز ہے۔</w:t>
      </w:r>
    </w:p>
    <w:p>
      <w:r>
        <w:rPr>
          <w:b/>
        </w:rPr>
        <w:t xml:space="preserve">[50:59] </w:t>
      </w:r>
      <w:r>
        <w:t>woh yeh hai ke aap yeh sochen ke agar maine apne thoughts ko manage nahi kiya, apne</w:t>
      </w:r>
    </w:p>
    <w:p>
      <w:pPr>
        <w:jc w:val="right"/>
      </w:pPr>
      <w:r>
        <w:t>وہ یہ ہے کہ آپ یہ سوچیں کہ اگر میں نے اپنے thoughts کو manage نہیں کیا، اپنے</w:t>
      </w:r>
    </w:p>
    <w:p>
      <w:r>
        <w:rPr>
          <w:b/>
        </w:rPr>
        <w:t xml:space="preserve">[51:04] </w:t>
      </w:r>
      <w:r>
        <w:t>thoughts ko control nahi kiya, apne thoughts ka master nahi bana to Allah ke haan meri pakar ho gi.</w:t>
      </w:r>
    </w:p>
    <w:p>
      <w:pPr>
        <w:jc w:val="right"/>
      </w:pPr>
      <w:r>
        <w:t>thoughts کو کنٹرول نہیں کیا، اپنے thoughts کا master نہیں بنا تو اللہ کے ہاں میری پکڑ ہو گی۔</w:t>
      </w:r>
    </w:p>
    <w:p>
      <w:r>
        <w:rPr>
          <w:b/>
        </w:rPr>
        <w:t xml:space="preserve">[51:10] </w:t>
      </w:r>
      <w:r>
        <w:t>Allah ke haan meri pakar ho gi.</w:t>
      </w:r>
    </w:p>
    <w:p>
      <w:pPr>
        <w:jc w:val="right"/>
      </w:pPr>
      <w:r>
        <w:t>اللہ کے ہاں میری پکڑ ہو گی۔</w:t>
      </w:r>
    </w:p>
    <w:p>
      <w:r>
        <w:rPr>
          <w:b/>
        </w:rPr>
        <w:t xml:space="preserve">[51:16] </w:t>
      </w:r>
      <w:r>
        <w:t>mere baap, hamare jo baap the, woh parhe likhe zyada nahi the.</w:t>
      </w:r>
    </w:p>
    <w:p>
      <w:pPr>
        <w:jc w:val="right"/>
      </w:pPr>
      <w:r>
        <w:t>میرے باپ، ہمارے جو باپ تھے، وہ پڑھے لکھے زیادہ نہیں تھے۔</w:t>
      </w:r>
    </w:p>
    <w:p>
      <w:r>
        <w:rPr>
          <w:b/>
        </w:rPr>
        <w:t xml:space="preserve">[51:22] </w:t>
      </w:r>
      <w:r>
        <w:t>Urdu, Farsi thori parhi thi.</w:t>
      </w:r>
    </w:p>
    <w:p>
      <w:pPr>
        <w:jc w:val="right"/>
      </w:pPr>
      <w:r>
        <w:t>اردو، فارسی تھوڑی پڑھی تھی۔</w:t>
      </w:r>
    </w:p>
    <w:p>
      <w:r>
        <w:rPr>
          <w:b/>
        </w:rPr>
        <w:t xml:space="preserve">[51:28] </w:t>
      </w:r>
      <w:r>
        <w:t>lekin bohat hi naik aadmi the.</w:t>
      </w:r>
    </w:p>
    <w:p>
      <w:pPr>
        <w:jc w:val="right"/>
      </w:pPr>
      <w:r>
        <w:t>لیکن بہت ہی نیک آدمی تھے۔</w:t>
      </w:r>
    </w:p>
    <w:p>
      <w:r>
        <w:rPr>
          <w:b/>
        </w:rPr>
        <w:t xml:space="preserve">[51:34] </w:t>
      </w:r>
      <w:r>
        <w:t>to aksar woh kaha karte the: "Khuda ko munh dikhana hai." "Khuda ko munh dikhana hai." matlab Khuda</w:t>
      </w:r>
    </w:p>
    <w:p>
      <w:pPr>
        <w:jc w:val="right"/>
      </w:pPr>
      <w:r>
        <w:t>تو اکثر وہ کہا کرتے تھے: "خدا کو منہ دکھانا ہے۔" "خدا کو منہ دکھانا ہے۔" مطلب خدا</w:t>
      </w:r>
    </w:p>
    <w:p>
      <w:r>
        <w:rPr>
          <w:b/>
        </w:rPr>
        <w:t xml:space="preserve">[51:40] </w:t>
      </w:r>
      <w:r>
        <w:t>ke samne khara hona hai.</w:t>
      </w:r>
    </w:p>
    <w:p>
      <w:pPr>
        <w:jc w:val="right"/>
      </w:pPr>
      <w:r>
        <w:t>کے سامنے کھڑا ہونا ہے۔</w:t>
      </w:r>
    </w:p>
    <w:p>
      <w:r>
        <w:rPr>
          <w:b/>
        </w:rPr>
        <w:t xml:space="preserve">[51:46] </w:t>
      </w:r>
      <w:r>
        <w:t>to apne thought ka master banna bohat acha formula hai.</w:t>
      </w:r>
    </w:p>
    <w:p>
      <w:pPr>
        <w:jc w:val="right"/>
      </w:pPr>
      <w:r>
        <w:t>تو اپنے thought کا master بننا بہت اچھا فارمولا ہے۔</w:t>
      </w:r>
    </w:p>
    <w:p>
      <w:r>
        <w:rPr>
          <w:b/>
        </w:rPr>
        <w:t xml:space="preserve">[51:51] </w:t>
      </w:r>
      <w:r>
        <w:t>lekin yeh kaam woh kar paye ga jo yeh soche ke mujhe guard ke samne khara hona hai.</w:t>
      </w:r>
    </w:p>
    <w:p>
      <w:pPr>
        <w:jc w:val="right"/>
      </w:pPr>
      <w:r>
        <w:t>لیکن یہ کام وہ کر پائے گا جو یہ سوچے کہ مجھے guard کے سامنے کھڑا ہونا ہے۔</w:t>
      </w:r>
    </w:p>
    <w:p>
      <w:r>
        <w:rPr>
          <w:b/>
        </w:rPr>
        <w:t xml:space="preserve">[51:57] </w:t>
      </w:r>
      <w:r>
        <w:t>us ke samne, us mein guard ke samne main accountable hoon.</w:t>
      </w:r>
    </w:p>
    <w:p>
      <w:pPr>
        <w:jc w:val="right"/>
      </w:pPr>
      <w:r>
        <w:t>اس کے سامنے، اس میں guard کے سامنے میں accountable ہوں۔</w:t>
      </w:r>
    </w:p>
    <w:p>
      <w:r>
        <w:rPr>
          <w:b/>
        </w:rPr>
        <w:t xml:space="preserve">[52:03] </w:t>
      </w:r>
      <w:r>
        <w:t>tab ja kar yeh formula kaam kare ga.</w:t>
      </w:r>
    </w:p>
    <w:p>
      <w:pPr>
        <w:jc w:val="right"/>
      </w:pPr>
      <w:r>
        <w:t>تب جا کر یہ فارمولا کام کرے گا۔</w:t>
      </w:r>
    </w:p>
    <w:p>
      <w:r>
        <w:rPr>
          <w:b/>
        </w:rPr>
        <w:t xml:space="preserve">[52:09] </w:t>
      </w:r>
      <w:r>
        <w:t>warna kaam nahi kare ga.</w:t>
      </w:r>
    </w:p>
    <w:p>
      <w:pPr>
        <w:jc w:val="right"/>
      </w:pPr>
      <w:r>
        <w:t>ورنہ کام نہیں کرے گا۔</w:t>
      </w:r>
    </w:p>
    <w:p>
      <w:r>
        <w:rPr>
          <w:b/>
        </w:rPr>
        <w:t xml:space="preserve">[52:15] </w:t>
      </w:r>
      <w:r>
        <w:t>Maulana, agla sawal lene se pehle aik comment parhna chahen ge jo Dr. Safeena ne bheja hai Ajmer se.</w:t>
      </w:r>
    </w:p>
    <w:p>
      <w:pPr>
        <w:jc w:val="right"/>
      </w:pPr>
      <w:r>
        <w:t>مولانا، اگلا سوال لینے سے پہلے ایک کمنٹ پڑھنا چاہیں گے جو ڈاکٹر سفینہ نے بھیجا ہے اجمیر سے۔</w:t>
      </w:r>
    </w:p>
    <w:p>
      <w:r>
        <w:rPr>
          <w:b/>
        </w:rPr>
        <w:t xml:space="preserve">[52:21] </w:t>
      </w:r>
      <w:r>
        <w:t>unhon ne likha hai: "Maulana, the hadith that you quoted in today's talk is really an eye-opener.</w:t>
      </w:r>
    </w:p>
    <w:p>
      <w:pPr>
        <w:jc w:val="right"/>
      </w:pPr>
      <w:r>
        <w:t>انہوں نے لکھا ہے: "Maulana, the حدیث that you quoted in today's talk is really an eye-opener.</w:t>
      </w:r>
    </w:p>
    <w:p>
      <w:r>
        <w:rPr>
          <w:b/>
        </w:rPr>
        <w:t xml:space="preserve">[52:27] </w:t>
      </w:r>
      <w:r>
        <w:t>This is the secret of every kind of reform.</w:t>
      </w:r>
    </w:p>
    <w:p>
      <w:pPr>
        <w:jc w:val="right"/>
      </w:pPr>
      <w:r>
        <w:t>This is the secret of every kind of reform.</w:t>
      </w:r>
    </w:p>
    <w:p>
      <w:r>
        <w:rPr>
          <w:b/>
        </w:rPr>
        <w:t xml:space="preserve">[52:33] </w:t>
      </w:r>
      <w:r>
        <w:t>jazak allah, Maulana, for such a clear talk." Maulana, agla sawal bheja hai Abdul Haq sahib ne Bhopal se, aur unhone likha hai: "Maulana, people often say that fear of God is a lesser form of faith than love for God.</w:t>
      </w:r>
    </w:p>
    <w:p>
      <w:pPr>
        <w:jc w:val="right"/>
      </w:pPr>
      <w:r>
        <w:t>JazakAllah, Maulana, for such a clear talk." مولانا، اگلا سوال بھیجا ہے عبدالحق صاحب نے بھوپال سے، اور انہوں نے لکھا ہے: "Maulana, people often say that fear of God is a lesser form of faith than love for God.</w:t>
      </w:r>
    </w:p>
    <w:p>
      <w:r>
        <w:rPr>
          <w:b/>
        </w:rPr>
        <w:t xml:space="preserve">[52:54] </w:t>
      </w:r>
      <w:r>
        <w:t>love for God is a greater form of worship, but people mostly do things out of fear or accountability. Should we not master our thoughts towards love for God instead of fear for God? What is your opinion on this?</w:t>
      </w:r>
    </w:p>
    <w:p>
      <w:pPr>
        <w:jc w:val="right"/>
      </w:pPr>
      <w:r>
        <w:t>Love for God is a greater form of worship, but people mostly do things out of fear or accountability. Should we not master our thoughts towards love for God instead of fear for God? What is your opinion on this?</w:t>
      </w:r>
    </w:p>
    <w:p>
      <w:r>
        <w:rPr>
          <w:b/>
        </w:rPr>
        <w:t xml:space="preserve">[53:12] </w:t>
      </w:r>
      <w:r>
        <w:t>"dekhen, Quran mein Allah se mohabbat ka bhi zikr hai, Allah se khauf ka bhi hai.</w:t>
      </w:r>
    </w:p>
    <w:p>
      <w:pPr>
        <w:jc w:val="right"/>
      </w:pPr>
      <w:r>
        <w:t>" دیکھیں، قرآن میں اللہ سے محبت کا بھی ذکر ہے، اللہ سے خوف کا بھی ہے۔</w:t>
      </w:r>
    </w:p>
    <w:p>
      <w:r>
        <w:rPr>
          <w:b/>
        </w:rPr>
        <w:t xml:space="preserve">[53:18] </w:t>
      </w:r>
      <w:r>
        <w:t>is liye ke insan jaisi jo makhlooq hai, to us ko dono cheezen chahiye.</w:t>
      </w:r>
    </w:p>
    <w:p>
      <w:pPr>
        <w:jc w:val="right"/>
      </w:pPr>
      <w:r>
        <w:t>اس لیے کہ انسان جیسی جو مخلوق ہے، تو اس کو دونوں چیزیں چاہیے۔</w:t>
      </w:r>
    </w:p>
    <w:p>
      <w:r>
        <w:rPr>
          <w:b/>
        </w:rPr>
        <w:t xml:space="preserve">[53:24] </w:t>
      </w:r>
      <w:r>
        <w:t>is mein shaq nahi ke jo blessing hai Allah ki, us ko soch kar aap ke andar Allah</w:t>
      </w:r>
    </w:p>
    <w:p>
      <w:pPr>
        <w:jc w:val="right"/>
      </w:pPr>
      <w:r>
        <w:t>اس میں شک نہیں کہ جو blessing ہے اللہ کی، اس کو سوچ کر آپ کے اندر اللہ</w:t>
      </w:r>
    </w:p>
    <w:p>
      <w:r>
        <w:rPr>
          <w:b/>
        </w:rPr>
        <w:t xml:space="preserve">[53:31] </w:t>
      </w:r>
      <w:r>
        <w:t>se mohabbat aati hai.</w:t>
      </w:r>
    </w:p>
    <w:p>
      <w:pPr>
        <w:jc w:val="right"/>
      </w:pPr>
      <w:r>
        <w:t>سے محبت آتی ہے۔</w:t>
      </w:r>
    </w:p>
    <w:p>
      <w:r>
        <w:rPr>
          <w:b/>
        </w:rPr>
        <w:t xml:space="preserve">[53:37] </w:t>
      </w:r>
      <w:r>
        <w:t>lekin apne aap ko bachana ghalat soch se, ghalat bol se, ghalat behavior se, yeh sirf us se</w:t>
      </w:r>
    </w:p>
    <w:p>
      <w:pPr>
        <w:jc w:val="right"/>
      </w:pPr>
      <w:r>
        <w:t>لیکن اپنے آپ کو بچانا غلط سوچ سے، غلط بول سے، غلط behavior سے، یہ صرف اس سے</w:t>
      </w:r>
    </w:p>
    <w:p>
      <w:r>
        <w:rPr>
          <w:b/>
        </w:rPr>
        <w:t xml:space="preserve">[53:43] </w:t>
      </w:r>
      <w:r>
        <w:t>nahi ho sakta love se.</w:t>
      </w:r>
    </w:p>
    <w:p>
      <w:pPr>
        <w:jc w:val="right"/>
      </w:pPr>
      <w:r>
        <w:t>نہیں ہو سکتا love سے۔</w:t>
      </w:r>
    </w:p>
    <w:p>
      <w:r>
        <w:rPr>
          <w:b/>
        </w:rPr>
        <w:t xml:space="preserve">[53:50] </w:t>
      </w:r>
      <w:r>
        <w:t>is ke liye aap ko dar zaroori hai ke agar maine ghalti ki to main pakra jaon</w:t>
      </w:r>
    </w:p>
    <w:p>
      <w:pPr>
        <w:jc w:val="right"/>
      </w:pPr>
      <w:r>
        <w:t>اس کے لیے آپ کو ڈر ضروری ہے کہ اگر میں نے غلطی کی تو میں پکڑ جاؤں</w:t>
      </w:r>
    </w:p>
    <w:p>
      <w:r>
        <w:rPr>
          <w:b/>
        </w:rPr>
        <w:t xml:space="preserve">[53:56] </w:t>
      </w:r>
      <w:r>
        <w:t>ga, main is ka bhugtna pare ga.</w:t>
      </w:r>
    </w:p>
    <w:p>
      <w:pPr>
        <w:jc w:val="right"/>
      </w:pPr>
      <w:r>
        <w:t>گا، میں اس کا بھگتنا پڑے گا۔</w:t>
      </w:r>
    </w:p>
    <w:p>
      <w:r>
        <w:rPr>
          <w:b/>
        </w:rPr>
        <w:t xml:space="preserve">[54:02] </w:t>
      </w:r>
      <w:r>
        <w:t>mujhe is ka insan ke nature ki jo study hai, wo yeh batati hai ke sare jo reformers</w:t>
      </w:r>
    </w:p>
    <w:p>
      <w:pPr>
        <w:jc w:val="right"/>
      </w:pPr>
      <w:r>
        <w:t>مجھے اس کا انسان کے nature کی جو study ہے، وہ یہ بتاتی ہے کہ سارے جو reformers</w:t>
      </w:r>
    </w:p>
    <w:p>
      <w:r>
        <w:rPr>
          <w:b/>
        </w:rPr>
        <w:t xml:space="preserve">[54:09] </w:t>
      </w:r>
      <w:r>
        <w:t>hain, aaj kal kuch log aisay paida hue hain jo is ko nahi mante, lekin poori tareekh mein</w:t>
      </w:r>
    </w:p>
    <w:p>
      <w:pPr>
        <w:jc w:val="right"/>
      </w:pPr>
      <w:r>
        <w:t>ہیں، آج کل کچھ لوگ ایسے پیدا ہوئے ہیں جو اس کو نہیں مانتے، لیکن پوری تاریخ میں</w:t>
      </w:r>
    </w:p>
    <w:p>
      <w:r>
        <w:rPr>
          <w:b/>
        </w:rPr>
        <w:t xml:space="preserve">[54:15] </w:t>
      </w:r>
      <w:r>
        <w:t>jo reformers paida hue hain, wo yehi kehte rahe hain ke baghair fear ke aadmi apne aap ko</w:t>
      </w:r>
    </w:p>
    <w:p>
      <w:pPr>
        <w:jc w:val="right"/>
      </w:pPr>
      <w:r>
        <w:t>جو reformers پیدا ہوئے ہیں، وہ یہی کہتے رہے ہیں کہ بغیر fear کے آدمی اپنے آپ کو</w:t>
      </w:r>
    </w:p>
    <w:p>
      <w:r>
        <w:rPr>
          <w:b/>
        </w:rPr>
        <w:t xml:space="preserve">[54:21] </w:t>
      </w:r>
      <w:r>
        <w:t>right mister right nahi ban pata.</w:t>
      </w:r>
    </w:p>
    <w:p>
      <w:pPr>
        <w:jc w:val="right"/>
      </w:pPr>
      <w:r>
        <w:t>right mister right نہیں بن پاتا۔</w:t>
      </w:r>
    </w:p>
    <w:p>
      <w:r>
        <w:rPr>
          <w:b/>
        </w:rPr>
        <w:t xml:space="preserve">[54:28] </w:t>
      </w:r>
      <w:r>
        <w:t>Fear zaroori hai.</w:t>
      </w:r>
    </w:p>
    <w:p>
      <w:pPr>
        <w:jc w:val="right"/>
      </w:pPr>
      <w:r>
        <w:t>Fear ضروری ہے۔</w:t>
      </w:r>
    </w:p>
    <w:p>
      <w:r>
        <w:rPr>
          <w:b/>
        </w:rPr>
        <w:t xml:space="preserve">[54:34] </w:t>
      </w:r>
      <w:r>
        <w:t>jaise ke hamare aap ko misaal di india ki aur singapore ki.</w:t>
      </w:r>
    </w:p>
    <w:p>
      <w:pPr>
        <w:jc w:val="right"/>
      </w:pPr>
      <w:r>
        <w:t>جیسے کہ ہمارے آپ کو مثال دی انڈیا کی اور سنگاپور کی۔</w:t>
      </w:r>
    </w:p>
    <w:p>
      <w:r>
        <w:rPr>
          <w:b/>
        </w:rPr>
        <w:t xml:space="preserve">[54:40] </w:t>
      </w:r>
      <w:r>
        <w:t>india mein rozana crime hote hain, log khoob taqreerein karte hain, khoob hashiye hote hain.</w:t>
      </w:r>
    </w:p>
    <w:p>
      <w:pPr>
        <w:jc w:val="right"/>
      </w:pPr>
      <w:r>
        <w:t>انڈیا میں روزانہ crime ہوتے ہیں، لوگ خوب تقریریں کرتے ہیں، خوب حاشیے ہوتے ہیں۔</w:t>
      </w:r>
    </w:p>
    <w:p>
      <w:r>
        <w:rPr>
          <w:b/>
        </w:rPr>
        <w:t xml:space="preserve">[54:47] </w:t>
      </w:r>
      <w:r>
        <w:t>main radio sunta hoon aur radio par rozana bharmar hoti hai achi achi baaton ki.</w:t>
      </w:r>
    </w:p>
    <w:p>
      <w:pPr>
        <w:jc w:val="right"/>
      </w:pPr>
      <w:r>
        <w:t>میں radio سنتا ہوں اور radio پر روزانہ بھرمار ہوتی ہے اچھی اچھی باتوں کی۔</w:t>
      </w:r>
    </w:p>
    <w:p>
      <w:r>
        <w:rPr>
          <w:b/>
        </w:rPr>
        <w:t xml:space="preserve">[54:53] </w:t>
      </w:r>
      <w:r>
        <w:t>lekin corruption mein koi kami nahi.</w:t>
      </w:r>
    </w:p>
    <w:p>
      <w:pPr>
        <w:jc w:val="right"/>
      </w:pPr>
      <w:r>
        <w:t>لیکن corruption میں کوئی کمی نہیں۔</w:t>
      </w:r>
    </w:p>
    <w:p>
      <w:r>
        <w:rPr>
          <w:b/>
        </w:rPr>
        <w:t xml:space="preserve">[54:59] </w:t>
      </w:r>
      <w:r>
        <w:t>lekin corruption mein koi kami nahi.</w:t>
      </w:r>
    </w:p>
    <w:p>
      <w:pPr>
        <w:jc w:val="right"/>
      </w:pPr>
      <w:r>
        <w:t>corruption میں کوئی کمی نہیں۔</w:t>
      </w:r>
    </w:p>
    <w:p>
      <w:r>
        <w:rPr>
          <w:b/>
        </w:rPr>
        <w:t xml:space="preserve">[55:06] </w:t>
      </w:r>
      <w:r>
        <w:t>lekin singapore corruption free country ban gaya hai kyunke wahan par canning ka masla hai.</w:t>
      </w:r>
    </w:p>
    <w:p>
      <w:pPr>
        <w:jc w:val="right"/>
      </w:pPr>
      <w:r>
        <w:t>لیکن سنگاپور corruption free country بن گیا ہے کیونکہ وہاں پر canning کا مسئلہ ہے۔</w:t>
      </w:r>
    </w:p>
    <w:p>
      <w:r>
        <w:rPr>
          <w:b/>
        </w:rPr>
        <w:t xml:space="preserve">[55:12] </w:t>
      </w:r>
      <w:r>
        <w:t>wahan government bohat sakht hai.</w:t>
      </w:r>
    </w:p>
    <w:p>
      <w:pPr>
        <w:jc w:val="right"/>
      </w:pPr>
      <w:r>
        <w:t>وہاں government بہت سخت ہے۔</w:t>
      </w:r>
    </w:p>
    <w:p>
      <w:r>
        <w:rPr>
          <w:b/>
        </w:rPr>
        <w:t xml:space="preserve">[55:18] </w:t>
      </w:r>
      <w:r>
        <w:t>koi aadmi crime karne ke baad canning se bach nahi sakta.</w:t>
      </w:r>
    </w:p>
    <w:p>
      <w:pPr>
        <w:jc w:val="right"/>
      </w:pPr>
      <w:r>
        <w:t>کوئی آدمی crime کرنے کے بعد canning سے بچ نہیں سکتا۔</w:t>
      </w:r>
    </w:p>
    <w:p>
      <w:r>
        <w:rPr>
          <w:b/>
        </w:rPr>
        <w:t xml:space="preserve">[55:25] </w:t>
      </w:r>
      <w:r>
        <w:t>to dekhein, yeh sahi hai ke love bohat important baat hai aur supreme hai, lekin insan ko yani</w:t>
      </w:r>
    </w:p>
    <w:p>
      <w:pPr>
        <w:jc w:val="right"/>
      </w:pPr>
      <w:r>
        <w:t>تو دیکھیں، یہ صحیح ہے کہ love بہت important بات ہے اور supreme ہے، لیکن انسان کو یعنی</w:t>
      </w:r>
    </w:p>
    <w:p>
      <w:r>
        <w:rPr>
          <w:b/>
        </w:rPr>
        <w:t xml:space="preserve">[55:31] </w:t>
      </w:r>
      <w:r>
        <w:t>mister right banne ke liye zaroori hai ke is ko fear bhi ho ke agar main aisa nahi</w:t>
      </w:r>
    </w:p>
    <w:p>
      <w:pPr>
        <w:jc w:val="right"/>
      </w:pPr>
      <w:r>
        <w:t>mister right بننے کے لیے ضروری ہے کہ اس کو fear بھی ہو کہ اگر میں ایسا نہیں</w:t>
      </w:r>
    </w:p>
    <w:p>
      <w:r>
        <w:rPr>
          <w:b/>
        </w:rPr>
        <w:t xml:space="preserve">[55:37] </w:t>
      </w:r>
      <w:r>
        <w:t>kiya to mujhe saza bhugtni pare gi.</w:t>
      </w:r>
    </w:p>
    <w:p>
      <w:pPr>
        <w:jc w:val="right"/>
      </w:pPr>
      <w:r>
        <w:t>کیا تو مجھے سزا بھگتنی پڑے گی۔</w:t>
      </w:r>
    </w:p>
    <w:p>
      <w:r>
        <w:rPr>
          <w:b/>
        </w:rPr>
        <w:t xml:space="preserve">[55:44] </w:t>
      </w:r>
      <w:r>
        <w:t>yeh to insan ki fitrat ka moamla hai.</w:t>
      </w:r>
    </w:p>
    <w:p>
      <w:pPr>
        <w:jc w:val="right"/>
      </w:pPr>
      <w:r>
        <w:t>یہ تو انسان کی فطرت کا معاملہ ہے۔</w:t>
      </w:r>
    </w:p>
    <w:p>
      <w:r>
        <w:rPr>
          <w:b/>
        </w:rPr>
        <w:t xml:space="preserve">[55:50] </w:t>
      </w:r>
      <w:r>
        <w:t>is se aap inkar nahi kar sakte ke india mein dar nahi hai to yahan par corruption hai.</w:t>
      </w:r>
    </w:p>
    <w:p>
      <w:pPr>
        <w:jc w:val="right"/>
      </w:pPr>
      <w:r>
        <w:t>اس سے آپ انکار نہیں کر سکتے کہ انڈیا میں ڈر نہیں ہے تو یہاں پر corruption ہے۔</w:t>
      </w:r>
    </w:p>
    <w:p>
      <w:r>
        <w:rPr>
          <w:b/>
        </w:rPr>
        <w:t xml:space="preserve">[55:56] </w:t>
      </w:r>
      <w:r>
        <w:t>singapore mein canning ka dar hai to wahan corruption nahi hai.</w:t>
      </w:r>
    </w:p>
    <w:p>
      <w:pPr>
        <w:jc w:val="right"/>
      </w:pPr>
      <w:r>
        <w:t>سنگاپور میں canning کا ڈر ہے تو وہاں corruption نہیں ہے۔</w:t>
      </w:r>
    </w:p>
    <w:p>
      <w:r>
        <w:rPr>
          <w:b/>
        </w:rPr>
        <w:t xml:space="preserve">[56:03] </w:t>
      </w:r>
      <w:r>
        <w:t>yeh to aik taza tajrube ki baat hai, is ko kaise inkar kar sakte hain aap? Maulana, agla</w:t>
      </w:r>
    </w:p>
    <w:p>
      <w:pPr>
        <w:jc w:val="right"/>
      </w:pPr>
      <w:r>
        <w:t>یہ تو ایک تازہ تجربے کی بات ہے، اس کو کیسے انکار کر سکتے ہیں آپ؟ مولانا، اگلا</w:t>
      </w:r>
    </w:p>
    <w:p>
      <w:r>
        <w:rPr>
          <w:b/>
        </w:rPr>
        <w:t xml:space="preserve">[56:09] </w:t>
      </w:r>
      <w:r>
        <w:t>sawal bheja hai kashif sahab ne bangalore se, aur unhon ne likha hai: "Maulana, you spoke in reference</w:t>
      </w:r>
    </w:p>
    <w:p>
      <w:pPr>
        <w:jc w:val="right"/>
      </w:pPr>
      <w:r>
        <w:t>سوال بھیجا ہے کاشف صاحب نے بنگلور سے، اور انہوں نے لکھا ہے: "Maulana, you spoke in reference</w:t>
      </w:r>
    </w:p>
    <w:p>
      <w:r>
        <w:rPr>
          <w:b/>
        </w:rPr>
        <w:t xml:space="preserve">[56:15] </w:t>
      </w:r>
      <w:r>
        <w:t>to Master of Thoughts today, and the lecture was extremely useful.</w:t>
      </w:r>
    </w:p>
    <w:p>
      <w:pPr>
        <w:jc w:val="right"/>
      </w:pPr>
      <w:r>
        <w:t>to Master of Thoughts today, and the lecture was extremely useful.</w:t>
      </w:r>
    </w:p>
    <w:p>
      <w:r>
        <w:rPr>
          <w:b/>
        </w:rPr>
        <w:t xml:space="preserve">[56:22] </w:t>
      </w:r>
      <w:r>
        <w:t>I need your help in this regard.</w:t>
      </w:r>
    </w:p>
    <w:p>
      <w:pPr>
        <w:jc w:val="right"/>
      </w:pPr>
      <w:r>
        <w:t>I need your help in this regard.</w:t>
      </w:r>
    </w:p>
    <w:p>
      <w:r>
        <w:rPr>
          <w:b/>
        </w:rPr>
        <w:t xml:space="preserve">[56:28] </w:t>
      </w:r>
      <w:r>
        <w:t>Many are times, and I am sure that there would be many people like me who are trying</w:t>
      </w:r>
    </w:p>
    <w:p>
      <w:pPr>
        <w:jc w:val="right"/>
      </w:pPr>
      <w:r>
        <w:t>Many are times, and I am sure that there would be many people like me who are trying</w:t>
      </w:r>
    </w:p>
    <w:p>
      <w:r>
        <w:rPr>
          <w:b/>
        </w:rPr>
        <w:t xml:space="preserve">[56:34] </w:t>
      </w:r>
      <w:r>
        <w:t>to master their thoughts at a conscious level but fail to do so.</w:t>
      </w:r>
    </w:p>
    <w:p>
      <w:pPr>
        <w:jc w:val="right"/>
      </w:pPr>
      <w:r>
        <w:t>to master their thoughts at a conscious level but fail to do so.</w:t>
      </w:r>
    </w:p>
    <w:p>
      <w:r>
        <w:rPr>
          <w:b/>
        </w:rPr>
        <w:t xml:space="preserve">[56:41] </w:t>
      </w:r>
      <w:r>
        <w:t>My question is how to increase our willpower and determination so that we can train our thoughts.</w:t>
      </w:r>
    </w:p>
    <w:p>
      <w:pPr>
        <w:jc w:val="right"/>
      </w:pPr>
      <w:r>
        <w:t>My question is how to increase our willpower and determination so that we can train our thoughts.</w:t>
      </w:r>
    </w:p>
    <w:p>
      <w:r>
        <w:rPr>
          <w:b/>
        </w:rPr>
        <w:t xml:space="preserve">[56:47] </w:t>
      </w:r>
      <w:r>
        <w:t>Please give a practical advice as I am a college-going student and want to develop myself on the</w:t>
      </w:r>
    </w:p>
    <w:p>
      <w:pPr>
        <w:jc w:val="right"/>
      </w:pPr>
      <w:r>
        <w:t>Please give a practical advice as I am a college-going student and want to develop myself on the</w:t>
      </w:r>
    </w:p>
    <w:p>
      <w:r>
        <w:rPr>
          <w:b/>
        </w:rPr>
        <w:t xml:space="preserve">[56:53] </w:t>
      </w:r>
      <w:r>
        <w:t>lines of your advice." mein bas yahi sochta hoon ke thought ko develop karna ka mamla hai.</w:t>
      </w:r>
    </w:p>
    <w:p>
      <w:pPr>
        <w:jc w:val="right"/>
      </w:pPr>
      <w:r>
        <w:t>lines of your advice." میں بس یہی سوچتا ہوں کہ thought کو develop کرنا کا معاملہ ہے۔</w:t>
      </w:r>
    </w:p>
    <w:p>
      <w:r>
        <w:rPr>
          <w:b/>
        </w:rPr>
        <w:t xml:space="preserve">[57:00] </w:t>
      </w:r>
      <w:r>
        <w:t>yeh jaise qiston mein ne baar baar aap ko bataya hai ke Hazrat Umar ki khilafat ke zaman</w:t>
      </w:r>
    </w:p>
    <w:p>
      <w:pPr>
        <w:jc w:val="right"/>
      </w:pPr>
      <w:r>
        <w:t>یہ جیسے قسطوں میں نے بار بار آپ کو بتایا ہے کہ حضرت عمر کی خلافت کے زمانے</w:t>
      </w:r>
    </w:p>
    <w:p>
      <w:r>
        <w:rPr>
          <w:b/>
        </w:rPr>
        <w:t xml:space="preserve">[57:06] </w:t>
      </w:r>
      <w:r>
        <w:t>mein Khalid ko maazoor kar diya gaya.</w:t>
      </w:r>
    </w:p>
    <w:p>
      <w:pPr>
        <w:jc w:val="right"/>
      </w:pPr>
      <w:r>
        <w:t>میں خالد کو معذور کر دیا گیا۔</w:t>
      </w:r>
    </w:p>
    <w:p>
      <w:r>
        <w:rPr>
          <w:b/>
        </w:rPr>
        <w:t xml:space="preserve">[57:12] </w:t>
      </w:r>
      <w:r>
        <w:t>Khalid ko maazoor kar diya gaya to un ke paas log aaye, jo un ke fauji, jo un</w:t>
      </w:r>
    </w:p>
    <w:p>
      <w:pPr>
        <w:jc w:val="right"/>
      </w:pPr>
      <w:r>
        <w:t>خالد کو معذور کر دیا گیا تو ان کے پاس لوگ آئے، جو ان کے فوجی، جو ان</w:t>
      </w:r>
    </w:p>
    <w:p>
      <w:r>
        <w:rPr>
          <w:b/>
        </w:rPr>
        <w:t xml:space="preserve">[57:19] </w:t>
      </w:r>
      <w:r>
        <w:t>ke bohat bohat ziyada un ko mante the, ke kaha ke aap khalifa ka hukum badbari hai.</w:t>
      </w:r>
    </w:p>
    <w:p>
      <w:pPr>
        <w:jc w:val="right"/>
      </w:pPr>
      <w:r>
        <w:t>کے بہت بہت زیادہ ان کو مانتے تھے، کہ کہا کہ آپ خلیفہ کا حکم بدباری ہے۔</w:t>
      </w:r>
    </w:p>
    <w:p>
      <w:r>
        <w:rPr>
          <w:b/>
        </w:rPr>
        <w:t xml:space="preserve">[57:25] </w:t>
      </w:r>
      <w:r>
        <w:t>hum aap, hum hum sab aap ke saath hain, matlab qoo kar dijiye.</w:t>
      </w:r>
    </w:p>
    <w:p>
      <w:pPr>
        <w:jc w:val="right"/>
      </w:pPr>
      <w:r>
        <w:t>ہم آپ، ہم ہم سب آپ کے ساتھ ہیں، مطلب قو کر دیجیے۔</w:t>
      </w:r>
    </w:p>
    <w:p>
      <w:r>
        <w:rPr>
          <w:b/>
        </w:rPr>
        <w:t xml:space="preserve">[57:31] </w:t>
      </w:r>
      <w:r>
        <w:t>to unhon ne bohat hi tareekhi jawab diya tha: INNI LA AQATILU FI SABILI UMAR WA LA KIN UQATILU</w:t>
      </w:r>
    </w:p>
    <w:p>
      <w:pPr>
        <w:jc w:val="right"/>
      </w:pPr>
      <w:r>
        <w:t>تو انہوں نے بہت ہی تاریخی جواب دیا تھا: إِنِّي لَا أَقَاتِلُ فِي سَبِلِ عُمَرٍ وَلَا كِنْ أُقَاتِلُ</w:t>
      </w:r>
    </w:p>
    <w:p>
      <w:r>
        <w:rPr>
          <w:b/>
        </w:rPr>
        <w:t xml:space="preserve">[57:38] </w:t>
      </w:r>
      <w:r>
        <w:t>FI SABILI RABBI UMAR mein Umar ke liye nahi karta, mein jo karta hoon woh Allah ke liye karta hoon.</w:t>
      </w:r>
    </w:p>
    <w:p>
      <w:pPr>
        <w:jc w:val="right"/>
      </w:pPr>
      <w:r>
        <w:t>فِي سَبِلِ رَبِّ عُمَرٍ میں عمر کے لیے نہیں کرتا، میں جو کرتا ہوں وہ اللہ کے لیے کرتا ہوں۔</w:t>
      </w:r>
    </w:p>
    <w:p>
      <w:r>
        <w:rPr>
          <w:b/>
        </w:rPr>
        <w:t xml:space="preserve">[57:44] </w:t>
      </w:r>
      <w:r>
        <w:t>to yeh is shor ko zinda rakhna, har mauqe par is ko revive karna, yeh zaroori hai.</w:t>
      </w:r>
    </w:p>
    <w:p>
      <w:pPr>
        <w:jc w:val="right"/>
      </w:pPr>
      <w:r>
        <w:t>تو یہ اس شور کو زندہ رکھنا، ہر موقع پر اس کو revive کرنا، یہ ضروری ہے۔</w:t>
      </w:r>
    </w:p>
    <w:p>
      <w:r>
        <w:rPr>
          <w:b/>
        </w:rPr>
        <w:t xml:space="preserve">[57:50] </w:t>
      </w:r>
      <w:r>
        <w:t>jahan aadmi is shor ko zinda na rakh sake, wahin par woh fail ho jayega.</w:t>
      </w:r>
    </w:p>
    <w:p>
      <w:pPr>
        <w:jc w:val="right"/>
      </w:pPr>
      <w:r>
        <w:t>جہاں آدمی اس شور کو زندہ نہ رکھ سکے، وہیں پر وہ fail ہو جائے گا۔</w:t>
      </w:r>
    </w:p>
    <w:p>
      <w:r>
        <w:rPr>
          <w:b/>
        </w:rPr>
        <w:t xml:space="preserve">[57:57] </w:t>
      </w:r>
      <w:r>
        <w:t>Maulana, agla sawal kya hai doctor Hina ne UK se, aur unhon ne likha hai ke Is</w:t>
      </w:r>
    </w:p>
    <w:p>
      <w:pPr>
        <w:jc w:val="right"/>
      </w:pPr>
      <w:r>
        <w:t>مولانا، اگلا سوال کیا ہے ڈاکٹر حنا نے یو کے سے، اور انہوں نے لکھا ہے کہ Is</w:t>
      </w:r>
    </w:p>
    <w:p>
      <w:r>
        <w:rPr>
          <w:b/>
        </w:rPr>
        <w:t xml:space="preserve">[58:03] </w:t>
      </w:r>
      <w:r>
        <w:t>it right that the main message of the Quran is indhaar, that is fear?</w:t>
      </w:r>
    </w:p>
    <w:p>
      <w:pPr>
        <w:jc w:val="right"/>
      </w:pPr>
      <w:r>
        <w:t>it right that the main message of the Quran is انذار, that is fear?</w:t>
      </w:r>
    </w:p>
    <w:p>
      <w:r>
        <w:rPr>
          <w:b/>
        </w:rPr>
        <w:t xml:space="preserve">[58:10] </w:t>
      </w:r>
      <w:r>
        <w:t>indhaar ke maani hain warning.</w:t>
      </w:r>
    </w:p>
    <w:p>
      <w:pPr>
        <w:jc w:val="right"/>
      </w:pPr>
      <w:r>
        <w:t>انذار کے معنی ہیں warning۔</w:t>
      </w:r>
    </w:p>
    <w:p>
      <w:r>
        <w:rPr>
          <w:b/>
        </w:rPr>
        <w:t xml:space="preserve">[58:15] </w:t>
      </w:r>
      <w:r>
        <w:t>wahan jo lafz aaya hai, indhaar wala, woh dawat ke liye aaya hai.</w:t>
      </w:r>
    </w:p>
    <w:p>
      <w:pPr>
        <w:jc w:val="right"/>
      </w:pPr>
      <w:r>
        <w:t>وہاں جو لفظ آیا ہے، انذار والا، وہ دعوت کے لیے آیا ہے۔</w:t>
      </w:r>
    </w:p>
    <w:p>
      <w:r>
        <w:rPr>
          <w:b/>
        </w:rPr>
        <w:t xml:space="preserve">[58:20] </w:t>
      </w:r>
      <w:r>
        <w:t>dawat ke liye.</w:t>
      </w:r>
    </w:p>
    <w:p>
      <w:pPr>
        <w:jc w:val="right"/>
      </w:pPr>
      <w:r>
        <w:t>دعوت کے لیے۔</w:t>
      </w:r>
    </w:p>
    <w:p>
      <w:r>
        <w:rPr>
          <w:b/>
        </w:rPr>
        <w:t xml:space="preserve">[58:25] </w:t>
      </w:r>
      <w:r>
        <w:t>to is ka matlab hota hai warning.</w:t>
      </w:r>
    </w:p>
    <w:p>
      <w:pPr>
        <w:jc w:val="right"/>
      </w:pPr>
      <w:r>
        <w:t>تو اس کا مطلب ہوتا ہے warning۔</w:t>
      </w:r>
    </w:p>
    <w:p>
      <w:r>
        <w:rPr>
          <w:b/>
        </w:rPr>
        <w:t xml:space="preserve">[58:30] </w:t>
      </w:r>
      <w:r>
        <w:t>Warning ka matlab kya hota hai? ke logon ko christian plan of God se aagah karna.</w:t>
      </w:r>
    </w:p>
    <w:p>
      <w:pPr>
        <w:jc w:val="right"/>
      </w:pPr>
      <w:r>
        <w:t>Warning کا مطلب کیا ہوتا ہے؟ کہ لوگوں کو کرسچن پلان آف گارڈ سے آگاہ کرنا۔</w:t>
      </w:r>
    </w:p>
    <w:p>
      <w:r>
        <w:rPr>
          <w:b/>
        </w:rPr>
        <w:t xml:space="preserve">[58:35] </w:t>
      </w:r>
      <w:r>
        <w:t>yani urdu mein hum kahein ke aagah karne wala.</w:t>
      </w:r>
    </w:p>
    <w:p>
      <w:pPr>
        <w:jc w:val="right"/>
      </w:pPr>
      <w:r>
        <w:t>یعنی اردو میں ہم کہیں کہ آگاہ کرنے والا۔</w:t>
      </w:r>
    </w:p>
    <w:p>
      <w:r>
        <w:rPr>
          <w:b/>
        </w:rPr>
        <w:t xml:space="preserve">[58:40] </w:t>
      </w:r>
      <w:r>
        <w:t>insaan sara dawat ka jo khulasa hai ke logon ko yeh batana ke What is the Christian plan of God?</w:t>
      </w:r>
    </w:p>
    <w:p>
      <w:pPr>
        <w:jc w:val="right"/>
      </w:pPr>
      <w:r>
        <w:t>انسان سارا دعوت کا جو خلاصہ ہے کہ لوگوں کو یہ بتانا کہ What is the Christian plan of God?</w:t>
      </w:r>
    </w:p>
    <w:p>
      <w:r>
        <w:rPr>
          <w:b/>
        </w:rPr>
        <w:t xml:space="preserve">[58:46] </w:t>
      </w:r>
      <w:r>
        <w:t>yeh batana.</w:t>
      </w:r>
    </w:p>
    <w:p>
      <w:pPr>
        <w:jc w:val="right"/>
      </w:pPr>
      <w:r>
        <w:t>یہ بتانا۔</w:t>
      </w:r>
    </w:p>
    <w:p>
      <w:r>
        <w:rPr>
          <w:b/>
        </w:rPr>
        <w:t xml:space="preserve">[58:52] </w:t>
      </w:r>
      <w:r>
        <w:t>to isi ko bohat hi sakht lafz kaha gaya hai indhaar.</w:t>
      </w:r>
    </w:p>
    <w:p>
      <w:pPr>
        <w:jc w:val="right"/>
      </w:pPr>
      <w:r>
        <w:t>تو اسی کو بہت ہی سخت لفظ کہا گیا ہے انذار۔</w:t>
      </w:r>
    </w:p>
    <w:p>
      <w:r>
        <w:rPr>
          <w:b/>
        </w:rPr>
        <w:t xml:space="preserve">[58:58] </w:t>
      </w:r>
      <w:r>
        <w:t>indhaar karo, warning do, un ko aagah karo, un ko bohat hi effective andaaz mein batao, yeh hai dawat.</w:t>
      </w:r>
    </w:p>
    <w:p>
      <w:pPr>
        <w:jc w:val="right"/>
      </w:pPr>
      <w:r>
        <w:t>انذار کرو، warning دو، ان کو آگاہ کرو، ان کو بہت ہی effective انداز میں بتاؤ، یہ ہے دعوت۔</w:t>
      </w:r>
    </w:p>
    <w:p>
      <w:r>
        <w:rPr>
          <w:b/>
        </w:rPr>
        <w:t xml:space="preserve">[59:04] </w:t>
      </w:r>
      <w:r>
        <w:t>yeh sahih hai, is mani mein aap theek kaha.</w:t>
      </w:r>
    </w:p>
    <w:p>
      <w:pPr>
        <w:jc w:val="right"/>
      </w:pPr>
      <w:r>
        <w:t>یہ صحیح ہے، اس معنی میں آپ ٹھیک کہا۔</w:t>
      </w:r>
    </w:p>
    <w:p>
      <w:r>
        <w:rPr>
          <w:b/>
        </w:rPr>
        <w:t xml:space="preserve">[59:10] </w:t>
      </w:r>
      <w:r>
        <w:t>maulana, agla sawal kya hai dilli se maulana farhad umri ne, aur unhon ne likha hai is there</w:t>
      </w:r>
    </w:p>
    <w:p>
      <w:pPr>
        <w:jc w:val="right"/>
      </w:pPr>
      <w:r>
        <w:t>مولانا، اگلا سوال کیا ہے دلی سے مولانا فرہاد عمری نے، اور انہوں نے لکھا ہے Is there</w:t>
      </w:r>
    </w:p>
    <w:p>
      <w:r>
        <w:rPr>
          <w:b/>
        </w:rPr>
        <w:t xml:space="preserve">[59:16] </w:t>
      </w:r>
      <w:r>
        <w:t>any difference between hikmat and aql?</w:t>
      </w:r>
    </w:p>
    <w:p>
      <w:pPr>
        <w:jc w:val="right"/>
      </w:pPr>
      <w:r>
        <w:t>any difference between حکمت and عقل?</w:t>
      </w:r>
    </w:p>
    <w:p>
      <w:r>
        <w:rPr>
          <w:b/>
        </w:rPr>
        <w:t xml:space="preserve">[59:22] </w:t>
      </w:r>
      <w:r>
        <w:t>Because many ulema do not appreciate aql and say that it makes people wrong. Maulana, What is your opinion on this?</w:t>
      </w:r>
    </w:p>
    <w:p>
      <w:pPr>
        <w:jc w:val="right"/>
      </w:pPr>
      <w:r>
        <w:t>Because many ulema do not appreciate عقل and say that it makes people wrong. مولانا، What is your opinion on this?</w:t>
      </w:r>
    </w:p>
    <w:p>
      <w:r>
        <w:rPr>
          <w:b/>
        </w:rPr>
        <w:t xml:space="preserve">[59:32] </w:t>
      </w:r>
      <w:r>
        <w:t>bhai, aql to khuda ki ek takhleeq hai.</w:t>
      </w:r>
    </w:p>
    <w:p>
      <w:pPr>
        <w:jc w:val="right"/>
      </w:pPr>
      <w:r>
        <w:t>بھئی، عقل تو خدا کی ایک تخلیق ہے۔</w:t>
      </w:r>
    </w:p>
    <w:p>
      <w:r>
        <w:rPr>
          <w:b/>
        </w:rPr>
        <w:t xml:space="preserve">[59:38] </w:t>
      </w:r>
      <w:r>
        <w:t>khuda ne paida kiya.</w:t>
      </w:r>
    </w:p>
    <w:p>
      <w:pPr>
        <w:jc w:val="right"/>
      </w:pPr>
      <w:r>
        <w:t>خدا نے پیدا کیا۔</w:t>
      </w:r>
    </w:p>
    <w:p>
      <w:r>
        <w:rPr>
          <w:b/>
        </w:rPr>
        <w:t xml:space="preserve">[59:44] </w:t>
      </w:r>
      <w:r>
        <w:t>hadith mein aata hai ke Allah ne aql ko paida kiya.</w:t>
      </w:r>
    </w:p>
    <w:p>
      <w:pPr>
        <w:jc w:val="right"/>
      </w:pPr>
      <w:r>
        <w:t>حدیث میں آتا ہے کہ اللہ نے عقل کو پیدا کیا۔</w:t>
      </w:r>
    </w:p>
    <w:p>
      <w:r>
        <w:rPr>
          <w:b/>
        </w:rPr>
        <w:t xml:space="preserve">[59:50] </w:t>
      </w:r>
      <w:r>
        <w:t>to is mein appreciate na karne ki koi baat hi nahin.</w:t>
      </w:r>
    </w:p>
    <w:p>
      <w:pPr>
        <w:jc w:val="right"/>
      </w:pPr>
      <w:r>
        <w:t>تو اس میں appreciate نہ کرنے کی کوئی بات ہی نہیں۔</w:t>
      </w:r>
    </w:p>
    <w:p>
      <w:r>
        <w:rPr>
          <w:b/>
        </w:rPr>
        <w:t xml:space="preserve">[59:56] </w:t>
      </w:r>
      <w:r>
        <w:t>yeh hadith sabit hai ke aql ko Allah ne paida kiya.</w:t>
      </w:r>
    </w:p>
    <w:p>
      <w:pPr>
        <w:jc w:val="right"/>
      </w:pPr>
      <w:r>
        <w:t>یہ حدیث ثابت ہے کہ عقل کو اللہ نے پیدا کیا۔</w:t>
      </w:r>
    </w:p>
    <w:p>
      <w:r>
        <w:rPr>
          <w:b/>
        </w:rPr>
        <w:t xml:space="preserve">[1:00:02] </w:t>
      </w:r>
      <w:r>
        <w:t>to jab Allah ne paida kiya to bilashuba woh woh ek aisi cheez hai jis ko hamein manna hi hoga.</w:t>
      </w:r>
    </w:p>
    <w:p>
      <w:pPr>
        <w:jc w:val="right"/>
      </w:pPr>
      <w:r>
        <w:t>تو جب اللہ نے پیدا کیا تو بلاشبہ وہ وہ ایک ایسی چیز ہے جس کو ہمیں ماننا ہی ہوگا۔</w:t>
      </w:r>
    </w:p>
    <w:p>
      <w:r>
        <w:rPr>
          <w:b/>
        </w:rPr>
        <w:t xml:space="preserve">[1:00:09] </w:t>
      </w:r>
      <w:r>
        <w:t>baqi woh ek alag cheez hai ke aql ka galat istemal.</w:t>
      </w:r>
    </w:p>
    <w:p>
      <w:pPr>
        <w:jc w:val="right"/>
      </w:pPr>
      <w:r>
        <w:t>باقی وہ ایک الگ چیز ہے کہ عقل کا غلط استعمال۔</w:t>
      </w:r>
    </w:p>
    <w:p>
      <w:r>
        <w:rPr>
          <w:b/>
        </w:rPr>
        <w:t xml:space="preserve">[1:00:15] </w:t>
      </w:r>
      <w:r>
        <w:t>jo kaha jata hai ke man tamman taqee tazill taqee to man tamman taqee tazill taqee yeh yeh</w:t>
      </w:r>
    </w:p>
    <w:p>
      <w:pPr>
        <w:jc w:val="right"/>
      </w:pPr>
      <w:r>
        <w:t>جو کہا جاتا ہے کہ من تمن تقى تذل تقى تو من تمن تقى تذل تقى یہ یہ</w:t>
      </w:r>
    </w:p>
    <w:p>
      <w:r>
        <w:rPr>
          <w:b/>
        </w:rPr>
        <w:t xml:space="preserve">[1:00:21] </w:t>
      </w:r>
      <w:r>
        <w:t>aql ka galat istemal hai.</w:t>
      </w:r>
    </w:p>
    <w:p>
      <w:pPr>
        <w:jc w:val="right"/>
      </w:pPr>
      <w:r>
        <w:t>عقل کا غلط استعمال ہے۔</w:t>
      </w:r>
    </w:p>
    <w:p>
      <w:r>
        <w:rPr>
          <w:b/>
        </w:rPr>
        <w:t xml:space="preserve">[1:00:27] </w:t>
      </w:r>
      <w:r>
        <w:t>lekin aql ka sahi istemal jo hai, woh to zahir hai ke bohat bari aur sawab ka kaam hai.</w:t>
      </w:r>
    </w:p>
    <w:p>
      <w:pPr>
        <w:jc w:val="right"/>
      </w:pPr>
      <w:r>
        <w:t>لیکن عقل کا صحیح استعمال جو ہے، وہ تو ظاہر ہے کہ بہت بڑی اور ثواب کا کام ہے۔</w:t>
      </w:r>
    </w:p>
    <w:p>
      <w:r>
        <w:rPr>
          <w:b/>
        </w:rPr>
        <w:t xml:space="preserve">[1:00:33] </w:t>
      </w:r>
      <w:r>
        <w:t>quran mein bhara hua hai is se ke ke aql ko istemal karo, tafkeer karo.</w:t>
      </w:r>
    </w:p>
    <w:p>
      <w:pPr>
        <w:jc w:val="right"/>
      </w:pPr>
      <w:r>
        <w:t>قرآن میں بھرا ہوا ہے اس سے کہ کہ عقل کو استعمال کرو، تفکیر کرو۔</w:t>
      </w:r>
    </w:p>
    <w:p>
      <w:r>
        <w:rPr>
          <w:b/>
        </w:rPr>
        <w:t xml:space="preserve">[1:00:39] </w:t>
      </w:r>
      <w:r>
        <w:t>yeh to bohat bohat zyada quran mein bar bar aa raha hai: afala taqiloon afala taqiloon yeh to</w:t>
      </w:r>
    </w:p>
    <w:p>
      <w:pPr>
        <w:jc w:val="right"/>
      </w:pPr>
      <w:r>
        <w:t>یہ تو بہت بہت زیادہ قرآن میں بار بار آ رہا ہے: أفلا تعقلون أفلا تعقلون یہ تو</w:t>
      </w:r>
    </w:p>
    <w:p>
      <w:r>
        <w:rPr>
          <w:b/>
        </w:rPr>
        <w:t xml:space="preserve">[1:00:46] </w:t>
      </w:r>
      <w:r>
        <w:t>aql ko istemal karo, yeh to Allah ko matlab hai ke log aql ko istemal karen.</w:t>
      </w:r>
    </w:p>
    <w:p>
      <w:pPr>
        <w:jc w:val="right"/>
      </w:pPr>
      <w:r>
        <w:t>عقل کو استعمال کرو، یہ تو اللہ کو مطلوب ہے کہ لوگ عقل کو استعمال کریں۔</w:t>
      </w:r>
    </w:p>
    <w:p>
      <w:r>
        <w:rPr>
          <w:b/>
        </w:rPr>
        <w:t xml:space="preserve">[1:00:52] </w:t>
      </w:r>
      <w:r>
        <w:t>is liye aql bohat bari nemat hai, albattah misuse kar ke aadmi apne ko is ka yaani ulta</w:t>
      </w:r>
    </w:p>
    <w:p>
      <w:pPr>
        <w:jc w:val="right"/>
      </w:pPr>
      <w:r>
        <w:t>اس لیے عقل بہت بڑی نعمت ہے، البتہ misuse کر کے آدمی اپنے کو اس کا یعنی الٹا</w:t>
      </w:r>
    </w:p>
    <w:p>
      <w:r>
        <w:rPr>
          <w:b/>
        </w:rPr>
        <w:t xml:space="preserve">[1:00:58] </w:t>
      </w:r>
      <w:r>
        <w:t>bana leta hai.</w:t>
      </w:r>
    </w:p>
    <w:p>
      <w:pPr>
        <w:jc w:val="right"/>
      </w:pPr>
      <w:r>
        <w:t>بنا لیتا ہے۔</w:t>
      </w:r>
    </w:p>
    <w:p>
      <w:r>
        <w:rPr>
          <w:b/>
        </w:rPr>
        <w:t xml:space="preserve">[1:01:04] </w:t>
      </w:r>
      <w:r>
        <w:t>maulana, in ka pehla hissa jo sawal ka tha, woh yeh bhi tha ke kya hikmat aur aql</w:t>
      </w:r>
    </w:p>
    <w:p>
      <w:pPr>
        <w:jc w:val="right"/>
      </w:pPr>
      <w:r>
        <w:t>مولانا، ان کا پہلا حصہ جو سوال کا تھا، وہ یہ بھی تھا کہ کیا حکمت اور عقل</w:t>
      </w:r>
    </w:p>
    <w:p>
      <w:r>
        <w:rPr>
          <w:b/>
        </w:rPr>
        <w:t xml:space="preserve">[1:01:10] </w:t>
      </w:r>
      <w:r>
        <w:t>mein koi difference hai? main is baat se to koi difference nahin hai.</w:t>
      </w:r>
    </w:p>
    <w:p>
      <w:pPr>
        <w:jc w:val="right"/>
      </w:pPr>
      <w:r>
        <w:t>میں کوئی difference ہے؟ میں اس بات سے تو کوئی difference نہیں ہے۔</w:t>
      </w:r>
    </w:p>
    <w:p>
      <w:r>
        <w:rPr>
          <w:b/>
        </w:rPr>
        <w:t xml:space="preserve">[1:01:16] </w:t>
      </w:r>
      <w:r>
        <w:t>hikmat ke lafzi mani to wisdom hain, aur wisdom ka aql jo hai, woh source of wisdom hai.</w:t>
      </w:r>
    </w:p>
    <w:p>
      <w:pPr>
        <w:jc w:val="right"/>
      </w:pPr>
      <w:r>
        <w:t>حکمت کے لفظی معنی تو wisdom ہیں، اور wisdom کا عقل جو ہے، وہ source of wisdom ہے۔</w:t>
      </w:r>
    </w:p>
    <w:p>
      <w:r>
        <w:rPr>
          <w:b/>
        </w:rPr>
        <w:t xml:space="preserve">[1:01:23] </w:t>
      </w:r>
      <w:r>
        <w:t>wisdom jo hai, woh kahan se aati hai? aql se aati hai.</w:t>
      </w:r>
    </w:p>
    <w:p>
      <w:pPr>
        <w:jc w:val="right"/>
      </w:pPr>
      <w:r>
        <w:t>wisdom جو ہے، وہ کہاں سے آتی ہے؟ عقل سے آتی ہے۔</w:t>
      </w:r>
    </w:p>
    <w:p>
      <w:r>
        <w:rPr>
          <w:b/>
        </w:rPr>
        <w:t xml:space="preserve">[1:01:29] </w:t>
      </w:r>
      <w:r>
        <w:t>aur hikmat ka lafzi matlab wisdom hai.</w:t>
      </w:r>
    </w:p>
    <w:p>
      <w:pPr>
        <w:jc w:val="right"/>
      </w:pPr>
      <w:r>
        <w:t>اور حکمت کا لفظی مطلب wisdom ہے۔</w:t>
      </w:r>
    </w:p>
    <w:p>
      <w:r>
        <w:rPr>
          <w:b/>
        </w:rPr>
        <w:t xml:space="preserve">[1:01:35] </w:t>
      </w:r>
      <w:r>
        <w:t>donon mein koi yaani safed aur yaani black aur black aur white ka farq nahin hai.</w:t>
      </w:r>
    </w:p>
    <w:p>
      <w:pPr>
        <w:jc w:val="right"/>
      </w:pPr>
      <w:r>
        <w:t>دونوں میں کوئی یعنی سفید اور یعنی بلیک اور بلیک اور white کا فرق نہیں ہے۔</w:t>
      </w:r>
    </w:p>
    <w:p>
      <w:r>
        <w:rPr>
          <w:b/>
        </w:rPr>
        <w:t xml:space="preserve">[1:01:41] </w:t>
      </w:r>
      <w:r>
        <w:t>donon mere nazdeek ek doosre ka hissa hain.</w:t>
      </w:r>
    </w:p>
    <w:p>
      <w:pPr>
        <w:jc w:val="right"/>
      </w:pPr>
      <w:r>
        <w:t>دونوں میرے نزدیک ایک دوسرے کا حصہ ہیں۔</w:t>
      </w:r>
    </w:p>
    <w:p>
      <w:r>
        <w:rPr>
          <w:b/>
        </w:rPr>
        <w:t xml:space="preserve">[1:01:47] </w:t>
      </w:r>
      <w:r>
        <w:t>maulana, agla sawal kya hai agra se farooq sahib ne, aur unhon ne likha hai ke How can</w:t>
      </w:r>
    </w:p>
    <w:p>
      <w:pPr>
        <w:jc w:val="right"/>
      </w:pPr>
      <w:r>
        <w:t>مولانا، اگلا سوال کیا ہے آگرہ سے فاروق صاحب نے، اور انہوں نے لکھا ہے کہ How can</w:t>
      </w:r>
    </w:p>
    <w:p>
      <w:r>
        <w:rPr>
          <w:b/>
        </w:rPr>
        <w:t xml:space="preserve">[1:01:53] </w:t>
      </w:r>
      <w:r>
        <w:t>we control our desires of greed, lust, and arrogance?</w:t>
      </w:r>
    </w:p>
    <w:p>
      <w:pPr>
        <w:jc w:val="right"/>
      </w:pPr>
      <w:r>
        <w:t>we control our desires of greed, lust, and arrogance?</w:t>
      </w:r>
    </w:p>
    <w:p>
      <w:r>
        <w:rPr>
          <w:b/>
        </w:rPr>
        <w:t xml:space="preserve">[1:02:00] </w:t>
      </w:r>
      <w:r>
        <w:t>These are the desires which are governing the people in the society today. Please guide us, Maulana, on the same. bas yeh samjhein ke control karen to sawab barh jayega. agar greed waghera ke problem na hote to hamein control karne ki zaroorat nahin thi. to quran se sabit hai ke jo jo sabr kare, us ko ziyada sawab milta hai. to sabr kya hai? yahi to hai control karna. to yeh sab jo mahol hai, woh sirf is liye hai ke aap ke sawab ko, aap ke reward ko barhaye. aap ke reward ko barhaye. to bohat achi cheez hai. maulana, agla sawal dilli se kya hai raj malik sahib ne, aur unhon ne likha hai ke aik sahib keh rahe the ke kaise yaqeen kiya jaye ke marne ke baad jannat aur jahannum hai? kyunke quran aur hadees mein bhi ikhtilaf is ke is mein hai. is ke baray mein batayen. bhai, yeh mamla study ka hai. aap study kijiye. mein to yeh samajhta hoon yani kam study se yeh sab sawalat paida hote hain. ziyada study se yeh sawalat khatam ho jate hain. hamara jo magazine hai al risala, us mein barabar is mozu pe likha jata hai. taqreeban har shumaray mein kuch na kuch zaroor hota hai. to mein yahi kahunga ke yeh koi qanoon ki baat nahin ke aap aik qanoon ki dafa batayen. yeh yeh study barhane ki baat hai. to aise logon ko chahiye ke woh study barhayen. is ke baad woh zaroor aisa yani zehn paida ho jayega un ke andar. Okay, so we will end this session now.</w:t>
      </w:r>
    </w:p>
    <w:p>
      <w:pPr>
        <w:jc w:val="right"/>
      </w:pPr>
      <w:r>
        <w:t>These are the desires which are governing the people in the society today. Please guide us, Maulana, on the same. بس یہ سمجھیں کہ کنٹرول کریں تو ثواب بڑھ جائے گا۔ اگر greed وغیرہ کے problem نہ ہوتے تو ہمیں کنٹرول کرنے کی ضرورت نہیں تھی۔ تو قرآن سے ثابت ہے کہ جو جو صبر کرے، اس کو زیادہ ثواب ملتا ہے۔ تو صبر کیا ہے؟ یہی تو ہے کنٹرول کرنا۔ تو یہ سب جو ماحول ہے، وہ صرف اس لیے ہے کہ آپ کے ثواب کو، آپ کے reward کو بڑھائے۔ آپ کے reward کو بڑھائے۔ تو بہت اچھی چیز ہے۔ مولانا، اگلا سوال دلی سے کیا ہے راج ملک صاحب نے، اور انہوں نے لکھا ہے کہ ایک صاحب کہہ رہے تھے کہ کیسے یقین کیا جائے کہ مرنے کے بعد جنت اور جہنم ہے؟ کیونکہ قرآن اور حدیث میں بھی اختلاف اس کے اس میں ہے۔ اس کے بارے میں بتائیں۔ بھئی، یہ معاملہ study کا ہے۔ آپ study کیجیے۔ میں تو یہ سمجھتا ہوں یعنی کم study سے یہ سب سوالات پیدا ہوتے ہیں۔ زیادہ study سے یہ سوالات ختم ہو جاتے ہیں۔ ہمارا جو magazine ہے الرسالہ، اس میں برابر اس موضوع پہ لکھا جاتا ہے۔ تقریباً ہر شمارے میں کچھ نہ کچھ ضرور ہوتا ہے۔ تو میں یہی کہوں گا کہ یہ کوئی قانون کی بات نہیں کہ آپ ایک قانون کی دفعہ بتا دیں۔ یہ یہ study بڑھانے کی بات ہے۔ تو ایسے لوگوں کو چاہیے کہ وہ study بڑھائیں۔ اس کے بعد وہ ضرور ایسا یعنی ذہن پیدا ہو جائے گا ان کے اندر۔ Okay, so we will end this session now.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