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Complex Free Soul November 22, 2015 Maulana Wahiduddin Khan</w:t>
      </w:r>
    </w:p>
    <w:p>
      <w:r>
        <w:t>https://www.youtube.com/watch?v=lDfAs6miZq4</w:t>
      </w:r>
    </w:p>
    <w:p>
      <w:r>
        <w:rPr>
          <w:b/>
        </w:rPr>
        <w:t xml:space="preserve">[00:21] </w:t>
      </w:r>
      <w:r>
        <w:t>bismillah hir rahman nir rahim, wa salallahu ala nabiyyil 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[00:26] </w:t>
      </w:r>
      <w:r>
        <w:t>rab ishrah li sadri, wa yassir li amri, wah-lul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[00:32] </w:t>
      </w:r>
      <w:r>
        <w:t>22 november 2015.</w:t>
      </w:r>
    </w:p>
    <w:p>
      <w:pPr>
        <w:jc w:val="right"/>
      </w:pPr>
      <w:r>
        <w:t>22 نومبر 2015۔</w:t>
      </w:r>
    </w:p>
    <w:p>
      <w:r>
        <w:rPr>
          <w:b/>
        </w:rPr>
        <w:t xml:space="preserve">[00:38] </w:t>
      </w:r>
      <w:r>
        <w:t>aaj ka topic hai: nafs mutmainna.</w:t>
      </w:r>
    </w:p>
    <w:p>
      <w:pPr>
        <w:jc w:val="right"/>
      </w:pPr>
      <w:r>
        <w:t>آج کا ٹاپک ہے: نفس مطمئن۔</w:t>
      </w:r>
    </w:p>
    <w:p>
      <w:r>
        <w:rPr>
          <w:b/>
        </w:rPr>
        <w:t xml:space="preserve">[00:44] </w:t>
      </w:r>
      <w:r>
        <w:t>quran mein momin ki sifaat ke liye jo alfaaz aaye hain, un mein se ek khaas lafz hai: itminan.</w:t>
      </w:r>
    </w:p>
    <w:p>
      <w:pPr>
        <w:jc w:val="right"/>
      </w:pPr>
      <w:r>
        <w:t>قرآن میں مومن کی صفات کے لیے جو الفاظ آئے ہیں، ان میں سے ایک خاص لفظ ہے: اطمینان۔</w:t>
      </w:r>
    </w:p>
    <w:p>
      <w:r>
        <w:rPr>
          <w:b/>
        </w:rPr>
        <w:t xml:space="preserve">[00:50] </w:t>
      </w:r>
      <w:r>
        <w:t>yani woh insan jis ko itminan hasil ho gaya ho.</w:t>
      </w:r>
    </w:p>
    <w:p>
      <w:pPr>
        <w:jc w:val="right"/>
      </w:pPr>
      <w:r>
        <w:t>یعنی وہ انسان جس کو اطمینان حاصل ہو گیا ہو۔</w:t>
      </w:r>
    </w:p>
    <w:p>
      <w:r>
        <w:rPr>
          <w:b/>
        </w:rPr>
        <w:t xml:space="preserve">[00:56] </w:t>
      </w:r>
      <w:r>
        <w:t>quran mein hai ke: ya ayyatan nafsul mutmainnah isi tarah se hai: ala bi zikrullahi tatma'innul qulub hadith</w:t>
      </w:r>
    </w:p>
    <w:p>
      <w:pPr>
        <w:jc w:val="right"/>
      </w:pPr>
      <w:r>
        <w:t>قرآن میں ہے کہ: يَا أَيَّةَ النَّفْسِ الْمُطْمَئِنَّةَ اسی طرح سے ہے: َعَلَىٰ بِذِكْرِ اللَّهِ تَطْمَئِنُ الْقُلُوبُ حدیث</w:t>
      </w:r>
    </w:p>
    <w:p>
      <w:r>
        <w:rPr>
          <w:b/>
        </w:rPr>
        <w:t xml:space="preserve">[01:02] </w:t>
      </w:r>
      <w:r>
        <w:t>mein bhi isi tarah ke alfaaz aaye hain.</w:t>
      </w:r>
    </w:p>
    <w:p>
      <w:pPr>
        <w:jc w:val="right"/>
      </w:pPr>
      <w:r>
        <w:t>میں بھی اسی طرح کے الفاظ آئے ہیں۔</w:t>
      </w:r>
    </w:p>
    <w:p>
      <w:r>
        <w:rPr>
          <w:b/>
        </w:rPr>
        <w:t xml:space="preserve">[01:08] </w:t>
      </w:r>
      <w:r>
        <w:t>to momin ki sifat yeh batai gayi hai ke is ko Allah ke upar kamil itminan hasil ho jata hai. kamil itminan.</w:t>
      </w:r>
    </w:p>
    <w:p>
      <w:pPr>
        <w:jc w:val="right"/>
      </w:pPr>
      <w:r>
        <w:t>تو مومن کی صفت یہ بتائی گئی ہے کہ اس کو اللہ کے اوپر کامل اطمینان حاصل ہو جاتا ہے۔ کامل اطمینان۔</w:t>
      </w:r>
    </w:p>
    <w:p>
      <w:r>
        <w:rPr>
          <w:b/>
        </w:rPr>
        <w:t xml:space="preserve">[01:13] </w:t>
      </w:r>
      <w:r>
        <w:t>aur isi par is ki maut hoti hai.</w:t>
      </w:r>
    </w:p>
    <w:p>
      <w:pPr>
        <w:jc w:val="right"/>
      </w:pPr>
      <w:r>
        <w:t>اور اسی پر اس کی موت ہوتی ہے۔</w:t>
      </w:r>
    </w:p>
    <w:p>
      <w:r>
        <w:rPr>
          <w:b/>
        </w:rPr>
        <w:t xml:space="preserve">[01:19] </w:t>
      </w:r>
      <w:r>
        <w:t>isi par jeeta hai, isi par barhta hai.</w:t>
      </w:r>
    </w:p>
    <w:p>
      <w:pPr>
        <w:jc w:val="right"/>
      </w:pPr>
      <w:r>
        <w:t>اسی پر جیتا ہے، اسی پر بڑھتا ہے۔</w:t>
      </w:r>
    </w:p>
    <w:p>
      <w:r>
        <w:rPr>
          <w:b/>
        </w:rPr>
        <w:t xml:space="preserve">[01:25] </w:t>
      </w:r>
      <w:r>
        <w:t>itminan ka lafz arabi zaban mein thahraao ke mani mein aata hai. thahraao.</w:t>
      </w:r>
    </w:p>
    <w:p>
      <w:pPr>
        <w:jc w:val="right"/>
      </w:pPr>
      <w:r>
        <w:t>اطمینان کا لفظ عربی زبان میں ٹھہراؤ کے معنی میں آتا ہے۔ ٹھہراؤ۔</w:t>
      </w:r>
    </w:p>
    <w:p>
      <w:r>
        <w:rPr>
          <w:b/>
        </w:rPr>
        <w:t xml:space="preserve">[01:31] </w:t>
      </w:r>
      <w:r>
        <w:t>kaha jata hai ke: itminanat ul quraa itminanat ul quraa.</w:t>
      </w:r>
    </w:p>
    <w:p>
      <w:pPr>
        <w:jc w:val="right"/>
      </w:pPr>
      <w:r>
        <w:t>کہا جاتا ہے کہ: اطْمَانَةُ الْقُرْآءِ اطمینانۃ القرآء۔</w:t>
      </w:r>
    </w:p>
    <w:p>
      <w:r>
        <w:rPr>
          <w:b/>
        </w:rPr>
        <w:t xml:space="preserve">[01:37] </w:t>
      </w:r>
      <w:r>
        <w:t>quraa mani gend.</w:t>
      </w:r>
    </w:p>
    <w:p>
      <w:pPr>
        <w:jc w:val="right"/>
      </w:pPr>
      <w:r>
        <w:t>قرآء معنی گیند۔</w:t>
      </w:r>
    </w:p>
    <w:p>
      <w:r>
        <w:rPr>
          <w:b/>
        </w:rPr>
        <w:t xml:space="preserve">[01:43] </w:t>
      </w:r>
      <w:r>
        <w:t>yani gend aap ne phenki aur woh nashe faragh se guzarti hui ek jagah bilkul ruk gayi, thahar gayi.</w:t>
      </w:r>
    </w:p>
    <w:p>
      <w:pPr>
        <w:jc w:val="right"/>
      </w:pPr>
      <w:r>
        <w:t>یعنی گیند آپ نے پھینکی اور وہ نشے فراغ سے گزرتی ہوئی ایک جگہ بالکل ٹ رک گئی، ٹھہر گئی۔</w:t>
      </w:r>
    </w:p>
    <w:p>
      <w:r>
        <w:rPr>
          <w:b/>
        </w:rPr>
        <w:t xml:space="preserve">[01:49] </w:t>
      </w:r>
      <w:r>
        <w:t>is ko kahenge ke: itminanat ul quraa.</w:t>
      </w:r>
    </w:p>
    <w:p>
      <w:pPr>
        <w:jc w:val="right"/>
      </w:pPr>
      <w:r>
        <w:t>اس کو کہیں گے کہ: اطْمَانَةُ القرآءِ۔</w:t>
      </w:r>
    </w:p>
    <w:p>
      <w:r>
        <w:rPr>
          <w:b/>
        </w:rPr>
        <w:t xml:space="preserve">[01:55] </w:t>
      </w:r>
      <w:r>
        <w:t>yani gend apni mutmain halat par pahunch gaya.</w:t>
      </w:r>
    </w:p>
    <w:p>
      <w:pPr>
        <w:jc w:val="right"/>
      </w:pPr>
      <w:r>
        <w:t>یعنی گیند اپنی مطمئن حالت پر پہنچ گیا۔</w:t>
      </w:r>
    </w:p>
    <w:p>
      <w:r>
        <w:rPr>
          <w:b/>
        </w:rPr>
        <w:t xml:space="preserve">[02:00] </w:t>
      </w:r>
      <w:r>
        <w:t>yeh hai momin ki sifat.</w:t>
      </w:r>
    </w:p>
    <w:p>
      <w:pPr>
        <w:jc w:val="right"/>
      </w:pPr>
      <w:r>
        <w:t>یہ ہے مومن کی صفت۔</w:t>
      </w:r>
    </w:p>
    <w:p>
      <w:r>
        <w:rPr>
          <w:b/>
        </w:rPr>
        <w:t xml:space="preserve">[02:06] </w:t>
      </w:r>
      <w:r>
        <w:t>aur phir is ke liye jannat hai.</w:t>
      </w:r>
    </w:p>
    <w:p>
      <w:pPr>
        <w:jc w:val="right"/>
      </w:pPr>
      <w:r>
        <w:t>اور پھر اس کے لیے جنت ہے۔</w:t>
      </w:r>
    </w:p>
    <w:p>
      <w:r>
        <w:rPr>
          <w:b/>
        </w:rPr>
        <w:t xml:space="preserve">[02:12] </w:t>
      </w:r>
      <w:r>
        <w:t>jannat ki basharat hai.</w:t>
      </w:r>
    </w:p>
    <w:p>
      <w:pPr>
        <w:jc w:val="right"/>
      </w:pPr>
      <w:r>
        <w:t>جنت کی بشارت ہے۔</w:t>
      </w:r>
    </w:p>
    <w:p>
      <w:r>
        <w:rPr>
          <w:b/>
        </w:rPr>
        <w:t xml:space="preserve">[02:18] </w:t>
      </w:r>
      <w:r>
        <w:t>ya ayyatan nafsul mutmainnah irji'i ila rabbiki radiyatan mardiyyah.</w:t>
      </w:r>
    </w:p>
    <w:p>
      <w:pPr>
        <w:jc w:val="right"/>
      </w:pPr>
      <w:r>
        <w:t>يَا أَيَّةَ النَّفْسِ الْمُطْمَئِنَّةَ ارجع الی ربک راضی و مرضیہ۔</w:t>
      </w:r>
    </w:p>
    <w:p>
      <w:r>
        <w:rPr>
          <w:b/>
        </w:rPr>
        <w:t xml:space="preserve">[02:24] </w:t>
      </w:r>
      <w:r>
        <w:t>fadkhuli fi ibadi wadkhuli jannati ke aise insan ko jab maut aati hai to farishte is ko jannat</w:t>
      </w:r>
    </w:p>
    <w:p>
      <w:pPr>
        <w:jc w:val="right"/>
      </w:pPr>
      <w:r>
        <w:t>فَادْخُلِي فِي الْعَبَادِ وَادْخُلِي جَنَّتِي کہ ایسے انسان کو جب موت آتی ہے تو فرشتے اس کو جنت</w:t>
      </w:r>
    </w:p>
    <w:p>
      <w:r>
        <w:rPr>
          <w:b/>
        </w:rPr>
        <w:t xml:space="preserve">[02:30] </w:t>
      </w:r>
      <w:r>
        <w:t>ki basharat dete hain.</w:t>
      </w:r>
    </w:p>
    <w:p>
      <w:pPr>
        <w:jc w:val="right"/>
      </w:pPr>
      <w:r>
        <w:t>کی بشارت دیتے ہیں۔</w:t>
      </w:r>
    </w:p>
    <w:p>
      <w:r>
        <w:rPr>
          <w:b/>
        </w:rPr>
        <w:t xml:space="preserve">[02:36] </w:t>
      </w:r>
      <w:r>
        <w:t>is par maine bohat socha hai.</w:t>
      </w:r>
    </w:p>
    <w:p>
      <w:pPr>
        <w:jc w:val="right"/>
      </w:pPr>
      <w:r>
        <w:t>اس پر میں نے بہت سوچا ہے۔</w:t>
      </w:r>
    </w:p>
    <w:p>
      <w:r>
        <w:rPr>
          <w:b/>
        </w:rPr>
        <w:t xml:space="preserve">[02:42] </w:t>
      </w:r>
      <w:r>
        <w:t>sabhi log sochte hain.</w:t>
      </w:r>
    </w:p>
    <w:p>
      <w:pPr>
        <w:jc w:val="right"/>
      </w:pPr>
      <w:r>
        <w:t>سبھی لوگ سوچتے ہیں۔</w:t>
      </w:r>
    </w:p>
    <w:p>
      <w:r>
        <w:rPr>
          <w:b/>
        </w:rPr>
        <w:t xml:space="preserve">[02:47] </w:t>
      </w:r>
      <w:r>
        <w:t>میں اپنے لفظوں میں کہوں گا کہ نفس مطمئن جو ہے یہ higher stage of spirituality ہے۔</w:t>
      </w:r>
    </w:p>
    <w:p>
      <w:pPr>
        <w:jc w:val="right"/>
      </w:pPr>
      <w:r>
        <w:t>میں اپنے لفظوں میں کہوں گا کہ نفس مطمئن جو ہے یہ Higher Stage of Spirituality ہے۔</w:t>
      </w:r>
    </w:p>
    <w:p>
      <w:r>
        <w:rPr>
          <w:b/>
        </w:rPr>
        <w:t xml:space="preserve">[02:53] </w:t>
      </w:r>
      <w:r>
        <w:t>یعنی Spiritual Development کا سب se ooncha darja.</w:t>
      </w:r>
    </w:p>
    <w:p>
      <w:pPr>
        <w:jc w:val="right"/>
      </w:pPr>
      <w:r>
        <w:t>یعنی Spiritual Development کا سب سے اونچا درجہ۔</w:t>
      </w:r>
    </w:p>
    <w:p>
      <w:r>
        <w:rPr>
          <w:b/>
        </w:rPr>
        <w:t xml:space="preserve">[02:59] </w:t>
      </w:r>
      <w:r>
        <w:t>جب آدمی spiritual development میں ترقی کرتا ہے تو آخری درجہ جہاں پہنچتا ہے وہ قرآن کے لفظوں</w:t>
      </w:r>
    </w:p>
    <w:p>
      <w:pPr>
        <w:jc w:val="right"/>
      </w:pPr>
      <w:r>
        <w:t>جب آدمی Spiritual Development میں ترقی کرتا ہے تو آخری درجہ جہاں پہنچتا ہے وہ قرآن کے لفظوں</w:t>
      </w:r>
    </w:p>
    <w:p>
      <w:r>
        <w:rPr>
          <w:b/>
        </w:rPr>
        <w:t xml:space="preserve">[03:05] </w:t>
      </w:r>
      <w:r>
        <w:t>main woh hota hai: itminan-e-qalb. nafs mutmain.</w:t>
      </w:r>
    </w:p>
    <w:p>
      <w:pPr>
        <w:jc w:val="right"/>
      </w:pPr>
      <w:r>
        <w:t>میں وہ ہوتا ہے: اطمینان قلب۔ نفس مطمئن۔</w:t>
      </w:r>
    </w:p>
    <w:p>
      <w:r>
        <w:rPr>
          <w:b/>
        </w:rPr>
        <w:t xml:space="preserve">[03:11] </w:t>
      </w:r>
      <w:r>
        <w:t>yeh kya cheez hai? dekhiye, maamla yeh hai ke insaan ko paida kiya gaya hai ek poori Universe</w:t>
      </w:r>
    </w:p>
    <w:p>
      <w:pPr>
        <w:jc w:val="right"/>
      </w:pPr>
      <w:r>
        <w:t>یہ کیا چیز ہے؟ دیکھیے، معاملہ یہ ہے کہ انسان کو پیدا کیا گیا ہے ایک پوری Universe</w:t>
      </w:r>
    </w:p>
    <w:p>
      <w:r>
        <w:rPr>
          <w:b/>
        </w:rPr>
        <w:t xml:space="preserve">[03:17] </w:t>
      </w:r>
      <w:r>
        <w:t>hai, bohat bari.</w:t>
      </w:r>
    </w:p>
    <w:p>
      <w:pPr>
        <w:jc w:val="right"/>
      </w:pPr>
      <w:r>
        <w:t>ہے، بہت بڑی۔</w:t>
      </w:r>
    </w:p>
    <w:p>
      <w:r>
        <w:rPr>
          <w:b/>
        </w:rPr>
        <w:t xml:space="preserve">[03:23] </w:t>
      </w:r>
      <w:r>
        <w:t>jis ki barhai mind-boggling hai.</w:t>
      </w:r>
    </w:p>
    <w:p>
      <w:pPr>
        <w:jc w:val="right"/>
      </w:pPr>
      <w:r>
        <w:t>جس کی بڑائی Mind-boggling ہے۔</w:t>
      </w:r>
    </w:p>
    <w:p>
      <w:r>
        <w:rPr>
          <w:b/>
        </w:rPr>
        <w:t xml:space="preserve">[03:29] </w:t>
      </w:r>
      <w:r>
        <w:t>bohat hi bari, bohat hi bari.</w:t>
      </w:r>
    </w:p>
    <w:p>
      <w:pPr>
        <w:jc w:val="right"/>
      </w:pPr>
      <w:r>
        <w:t>بہت ہی بڑی، بہت ہی بڑی۔</w:t>
      </w:r>
    </w:p>
    <w:p>
      <w:r>
        <w:rPr>
          <w:b/>
        </w:rPr>
        <w:t xml:space="preserve">[03:34] </w:t>
      </w:r>
      <w:r>
        <w:t>phir is mein yaani billion billion stars hain.</w:t>
      </w:r>
    </w:p>
    <w:p>
      <w:pPr>
        <w:jc w:val="right"/>
      </w:pPr>
      <w:r>
        <w:t>پھر اس میں یعنی بلین بلین Stars ہیں۔</w:t>
      </w:r>
    </w:p>
    <w:p>
      <w:r>
        <w:rPr>
          <w:b/>
        </w:rPr>
        <w:t xml:space="preserve">[03:40] </w:t>
      </w:r>
      <w:r>
        <w:t>phir un ke beech mein ek ek galaxy hai.</w:t>
      </w:r>
    </w:p>
    <w:p>
      <w:pPr>
        <w:jc w:val="right"/>
      </w:pPr>
      <w:r>
        <w:t>پھر ان کے بیچ میں ایک ایک Galaxy ہے۔</w:t>
      </w:r>
    </w:p>
    <w:p>
      <w:r>
        <w:rPr>
          <w:b/>
        </w:rPr>
        <w:t xml:space="preserve">[03:46] </w:t>
      </w:r>
      <w:r>
        <w:t>yaani billion billion galaxy hain.</w:t>
      </w:r>
    </w:p>
    <w:p>
      <w:pPr>
        <w:jc w:val="right"/>
      </w:pPr>
      <w:r>
        <w:t>یعنی بلین بلین Galaxy ہیں۔</w:t>
      </w:r>
    </w:p>
    <w:p>
      <w:r>
        <w:rPr>
          <w:b/>
        </w:rPr>
        <w:t xml:space="preserve">[03:52] </w:t>
      </w:r>
      <w:r>
        <w:t>phir un mein ek galaxy hai jis ko hum kehte hain: Milky Way.</w:t>
      </w:r>
    </w:p>
    <w:p>
      <w:pPr>
        <w:jc w:val="right"/>
      </w:pPr>
      <w:r>
        <w:t>پھر ان میں ایک Galaxy ہے جس کو ہم کہتے ہیں: Milky Way۔</w:t>
      </w:r>
    </w:p>
    <w:p>
      <w:r>
        <w:rPr>
          <w:b/>
        </w:rPr>
        <w:t xml:space="preserve">[03:58] </w:t>
      </w:r>
      <w:r>
        <w:t>is Milky Way ke ek kinare hai hamara Solar System.</w:t>
      </w:r>
    </w:p>
    <w:p>
      <w:pPr>
        <w:jc w:val="right"/>
      </w:pPr>
      <w:r>
        <w:t>اس Milky Way کے ایک کنارے ہے ہمارا Solar System۔</w:t>
      </w:r>
    </w:p>
    <w:p>
      <w:r>
        <w:rPr>
          <w:b/>
        </w:rPr>
        <w:t xml:space="preserve">[04:04] </w:t>
      </w:r>
      <w:r>
        <w:t>is Solar System mein kai sayare hain, un mein se ek hai zameen.</w:t>
      </w:r>
    </w:p>
    <w:p>
      <w:pPr>
        <w:jc w:val="right"/>
      </w:pPr>
      <w:r>
        <w:t>اس Solar System میں کئی سیارے ہیں، ان میں سے ایک ہے زمین۔</w:t>
      </w:r>
    </w:p>
    <w:p>
      <w:r>
        <w:rPr>
          <w:b/>
        </w:rPr>
        <w:t xml:space="preserve">[04:10] </w:t>
      </w:r>
      <w:r>
        <w:t>yaani Planet Earth.</w:t>
      </w:r>
    </w:p>
    <w:p>
      <w:pPr>
        <w:jc w:val="right"/>
      </w:pPr>
      <w:r>
        <w:t>یعنی Planet Earth۔</w:t>
      </w:r>
    </w:p>
    <w:p>
      <w:r>
        <w:rPr>
          <w:b/>
        </w:rPr>
        <w:t xml:space="preserve">[04:16] </w:t>
      </w:r>
      <w:r>
        <w:t>is par insaan hai.</w:t>
      </w:r>
    </w:p>
    <w:p>
      <w:pPr>
        <w:jc w:val="right"/>
      </w:pPr>
      <w:r>
        <w:t>اس پر انسان ہے۔</w:t>
      </w:r>
    </w:p>
    <w:p>
      <w:r>
        <w:rPr>
          <w:b/>
        </w:rPr>
        <w:t xml:space="preserve">[04:22] </w:t>
      </w:r>
      <w:r>
        <w:t>yeh hamari jo Planet Earth hai, pehle aag thi, phir thandi hui, phir is par pani barsa, phir</w:t>
      </w:r>
    </w:p>
    <w:p>
      <w:pPr>
        <w:jc w:val="right"/>
      </w:pPr>
      <w:r>
        <w:t>یہ ہماری جو Planet Earth ہے، پہلے آگ تھی، پھر ٹھنڈی ہوئی، پھر اس پر پانی برسا، پھر</w:t>
      </w:r>
    </w:p>
    <w:p>
      <w:r>
        <w:rPr>
          <w:b/>
        </w:rPr>
        <w:t xml:space="preserve">[04:27] </w:t>
      </w:r>
      <w:r>
        <w:t>is par plant agay, phir is par animal paida kiye gaye, phir insaan paida kiya gaya.</w:t>
      </w:r>
    </w:p>
    <w:p>
      <w:pPr>
        <w:jc w:val="right"/>
      </w:pPr>
      <w:r>
        <w:t>اس پر Plant اگے، پھر اس پر Animal پیدا کیے گئے، پھر انسان پیدا کیا گیا۔</w:t>
      </w:r>
    </w:p>
    <w:p>
      <w:r>
        <w:rPr>
          <w:b/>
        </w:rPr>
        <w:t xml:space="preserve">[04:33] </w:t>
      </w:r>
      <w:r>
        <w:t>phir insaan ki civilization chali zameen ke ooper.</w:t>
      </w:r>
    </w:p>
    <w:p>
      <w:pPr>
        <w:jc w:val="right"/>
      </w:pPr>
      <w:r>
        <w:t>پھر انسان کی Civilization چلی زمین کے اوپر۔</w:t>
      </w:r>
    </w:p>
    <w:p>
      <w:r>
        <w:rPr>
          <w:b/>
        </w:rPr>
        <w:t xml:space="preserve">[04:39] </w:t>
      </w:r>
      <w:r>
        <w:t>insaan paida hota hai hamesha ke liye nahi, balkeh insaan ki umar average jo hai, insaan ki umar</w:t>
      </w:r>
    </w:p>
    <w:p>
      <w:pPr>
        <w:jc w:val="right"/>
      </w:pPr>
      <w:r>
        <w:t>انسان پیدا ہوتا ہے ہمیشہ کے لیے نہیں، بلکہ انسان کی عمر Average جو ہے، انسان کی عمر</w:t>
      </w:r>
    </w:p>
    <w:p>
      <w:r>
        <w:rPr>
          <w:b/>
        </w:rPr>
        <w:t xml:space="preserve">[04:45] </w:t>
      </w:r>
      <w:r>
        <w:t>ka sattar saal hai.</w:t>
      </w:r>
    </w:p>
    <w:p>
      <w:pPr>
        <w:jc w:val="right"/>
      </w:pPr>
      <w:r>
        <w:t>کا ستر سال ہے۔</w:t>
      </w:r>
    </w:p>
    <w:p>
      <w:r>
        <w:rPr>
          <w:b/>
        </w:rPr>
        <w:t xml:space="preserve">[04:51] </w:t>
      </w:r>
      <w:r>
        <w:t>toh is sattar saal mein woh kaise rahe? sattar saal, assi saal is duniya mein woh kaise rahe?</w:t>
      </w:r>
    </w:p>
    <w:p>
      <w:pPr>
        <w:jc w:val="right"/>
      </w:pPr>
      <w:r>
        <w:t>تو اس ستر سال میں وہ کیسے رہے؟ ستر سال، اسی سال اس دنیا میں وہ کیسے رہے؟</w:t>
      </w:r>
    </w:p>
    <w:p>
      <w:r>
        <w:rPr>
          <w:b/>
        </w:rPr>
        <w:t xml:space="preserve">[04:57] </w:t>
      </w:r>
      <w:r>
        <w:t>isi ke liye yeh lafz hai: itminan. nafs mutmain.</w:t>
      </w:r>
    </w:p>
    <w:p>
      <w:pPr>
        <w:jc w:val="right"/>
      </w:pPr>
      <w:r>
        <w:t>اسی کے لیے یہ لفظ ہے: اطمینان۔ نفس مطمئن۔</w:t>
      </w:r>
    </w:p>
    <w:p>
      <w:r>
        <w:rPr>
          <w:b/>
        </w:rPr>
        <w:t xml:space="preserve">[05:03] </w:t>
      </w:r>
      <w:r>
        <w:t>toh insaan ko Allah ne paida kiya hai bilkul azaad.</w:t>
      </w:r>
    </w:p>
    <w:p>
      <w:pPr>
        <w:jc w:val="right"/>
      </w:pPr>
      <w:r>
        <w:t>تو انسان کو اللہ نے پیدا کیا ہے بالکل آزاد۔</w:t>
      </w:r>
    </w:p>
    <w:p>
      <w:r>
        <w:rPr>
          <w:b/>
        </w:rPr>
        <w:t xml:space="preserve">[05:09] </w:t>
      </w:r>
      <w:r>
        <w:t>total freedom de kar. total freedom.</w:t>
      </w:r>
    </w:p>
    <w:p>
      <w:pPr>
        <w:jc w:val="right"/>
      </w:pPr>
      <w:r>
        <w:t>Total Freedom دے کر۔ Total Freedom۔</w:t>
      </w:r>
    </w:p>
    <w:p>
      <w:r>
        <w:rPr>
          <w:b/>
        </w:rPr>
        <w:t xml:space="preserve">[05:14] </w:t>
      </w:r>
      <w:r>
        <w:t>baqi cheezon mein kisi ko freedom nahi hai.</w:t>
      </w:r>
    </w:p>
    <w:p>
      <w:pPr>
        <w:jc w:val="right"/>
      </w:pPr>
      <w:r>
        <w:t>باقی چیزوں میں کسی کو Freedom نہیں ہے۔</w:t>
      </w:r>
    </w:p>
    <w:p>
      <w:r>
        <w:rPr>
          <w:b/>
        </w:rPr>
        <w:t xml:space="preserve">[05:20] </w:t>
      </w:r>
      <w:r>
        <w:t>Galaxy ko Freedom nahi hai.</w:t>
      </w:r>
    </w:p>
    <w:p>
      <w:pPr>
        <w:jc w:val="right"/>
      </w:pPr>
      <w:r>
        <w:t>Galaxy کو Freedom نہیں ہے۔</w:t>
      </w:r>
    </w:p>
    <w:p>
      <w:r>
        <w:rPr>
          <w:b/>
        </w:rPr>
        <w:t xml:space="preserve">[05:26] </w:t>
      </w:r>
      <w:r>
        <w:t>Solar System ko Freedom nahi hai.</w:t>
      </w:r>
    </w:p>
    <w:p>
      <w:pPr>
        <w:jc w:val="right"/>
      </w:pPr>
      <w:r>
        <w:t>Solar System کو Freedom نہیں ہے۔</w:t>
      </w:r>
    </w:p>
    <w:p>
      <w:r>
        <w:rPr>
          <w:b/>
        </w:rPr>
        <w:t xml:space="preserve">[05:32] </w:t>
      </w:r>
      <w:r>
        <w:t>Nabatat ko, haiwanat ko Freedom nahi hai.</w:t>
      </w:r>
    </w:p>
    <w:p>
      <w:pPr>
        <w:jc w:val="right"/>
      </w:pPr>
      <w:r>
        <w:t>نباتات کو، حیوانات کو Freedom نہیں ہے۔</w:t>
      </w:r>
    </w:p>
    <w:p>
      <w:r>
        <w:rPr>
          <w:b/>
        </w:rPr>
        <w:t xml:space="preserve">[05:38] </w:t>
      </w:r>
      <w:r>
        <w:t>Insaan ko Total Freedom hai.</w:t>
      </w:r>
    </w:p>
    <w:p>
      <w:pPr>
        <w:jc w:val="right"/>
      </w:pPr>
      <w:r>
        <w:t>انسان کو Total Freedom ہے۔</w:t>
      </w:r>
    </w:p>
    <w:p>
      <w:r>
        <w:rPr>
          <w:b/>
        </w:rPr>
        <w:t xml:space="preserve">[05:44] </w:t>
      </w:r>
      <w:r>
        <w:t>To insaan is zameen par jab paida hota hai to aankh kholta hai to us ko ek poori</w:t>
      </w:r>
    </w:p>
    <w:p>
      <w:pPr>
        <w:jc w:val="right"/>
      </w:pPr>
      <w:r>
        <w:t>تو انسان اس زمین پر جب پیدا ہوتا ہے تو آنکھ کھولتا ہے تو اس کو ایک پوری</w:t>
      </w:r>
    </w:p>
    <w:p>
      <w:r>
        <w:rPr>
          <w:b/>
        </w:rPr>
        <w:t xml:space="preserve">[05:50] </w:t>
      </w:r>
      <w:r>
        <w:t>duniya dikhai deti hai.</w:t>
      </w:r>
    </w:p>
    <w:p>
      <w:pPr>
        <w:jc w:val="right"/>
      </w:pPr>
      <w:r>
        <w:t>دنیا دکھائی دیتی ہے۔</w:t>
      </w:r>
    </w:p>
    <w:p>
      <w:r>
        <w:rPr>
          <w:b/>
        </w:rPr>
        <w:t xml:space="preserve">[05:56] </w:t>
      </w:r>
      <w:r>
        <w:t>Yahan par tarah tarah ke halaat se guzarta hai woh.</w:t>
      </w:r>
    </w:p>
    <w:p>
      <w:pPr>
        <w:jc w:val="right"/>
      </w:pPr>
      <w:r>
        <w:t>یہاں پر طرح طرح کے حالات سے گزرتا ہے وہ۔</w:t>
      </w:r>
    </w:p>
    <w:p>
      <w:r>
        <w:rPr>
          <w:b/>
        </w:rPr>
        <w:t xml:space="preserve">[06:01] </w:t>
      </w:r>
      <w:r>
        <w:t>Tarah tarah ke Experience hote hain.</w:t>
      </w:r>
    </w:p>
    <w:p>
      <w:pPr>
        <w:jc w:val="right"/>
      </w:pPr>
      <w:r>
        <w:t>طرح طرح کے Experience ہوتے ہیں۔</w:t>
      </w:r>
    </w:p>
    <w:p>
      <w:r>
        <w:rPr>
          <w:b/>
        </w:rPr>
        <w:t xml:space="preserve">[06:07] </w:t>
      </w:r>
      <w:r>
        <w:t>Positive bhi, Negative bhi.</w:t>
      </w:r>
    </w:p>
    <w:p>
      <w:pPr>
        <w:jc w:val="right"/>
      </w:pPr>
      <w:r>
        <w:t>Positive بھی، Negative بھی۔</w:t>
      </w:r>
    </w:p>
    <w:p>
      <w:r>
        <w:rPr>
          <w:b/>
        </w:rPr>
        <w:t xml:space="preserve">[06:13] </w:t>
      </w:r>
      <w:r>
        <w:t>In sab ke beech mein insaan agar bilkul mutma'in rahe, yaani Allah ke Creation Plan par raazi rahe.</w:t>
      </w:r>
    </w:p>
    <w:p>
      <w:pPr>
        <w:jc w:val="right"/>
      </w:pPr>
      <w:r>
        <w:t>ان سب کے بیچ میں انسان اگر بالکل مطمئن رہے، یعنی اللہ کے Creation Plan پر راضی رہے۔</w:t>
      </w:r>
    </w:p>
    <w:p>
      <w:r>
        <w:rPr>
          <w:b/>
        </w:rPr>
        <w:t xml:space="preserve">[06:19] </w:t>
      </w:r>
      <w:r>
        <w:t>Jo kuch ho raha hai woh Allah ke Creation Plan ke mutabiq ho raha hai.</w:t>
      </w:r>
    </w:p>
    <w:p>
      <w:pPr>
        <w:jc w:val="right"/>
      </w:pPr>
      <w:r>
        <w:t>جو کچھ ہو رہا ہے وہ اللہ کے Creation Plan کے مطابق ہو رہا ہے۔</w:t>
      </w:r>
    </w:p>
    <w:p>
      <w:r>
        <w:rPr>
          <w:b/>
        </w:rPr>
        <w:t xml:space="preserve">[06:25] </w:t>
      </w:r>
      <w:r>
        <w:t>Yaani Galaxy se le kar ke ek ek Atom tak sab kuch Allah ke jo Creation Plan</w:t>
      </w:r>
    </w:p>
    <w:p>
      <w:pPr>
        <w:jc w:val="right"/>
      </w:pPr>
      <w:r>
        <w:t>یعنی Galaxy سے لے کر کے ایک ایک Atom تک سب کچھ اللہ کے کا جو Creation Plan</w:t>
      </w:r>
    </w:p>
    <w:p>
      <w:r>
        <w:rPr>
          <w:b/>
        </w:rPr>
        <w:t xml:space="preserve">[06:31] </w:t>
      </w:r>
      <w:r>
        <w:t>hai, us ke mutabiq ho raha hai.</w:t>
      </w:r>
    </w:p>
    <w:p>
      <w:pPr>
        <w:jc w:val="right"/>
      </w:pPr>
      <w:r>
        <w:t>ہے، اس کے مطابق ہو رہا ہے۔</w:t>
      </w:r>
    </w:p>
    <w:p>
      <w:r>
        <w:rPr>
          <w:b/>
        </w:rPr>
        <w:t xml:space="preserve">[06:37] </w:t>
      </w:r>
      <w:r>
        <w:t>To insaan azadi rakhte hue, yaani insaan ko azadi hai ke woh har cheez se inkar kar de.</w:t>
      </w:r>
    </w:p>
    <w:p>
      <w:pPr>
        <w:jc w:val="right"/>
      </w:pPr>
      <w:r>
        <w:t>تو انسان آزادی رکھتے ہوئے، یعنی انسان کو آزادی ہے کہ وہ ہر چیز سے انکار کر دے۔</w:t>
      </w:r>
    </w:p>
    <w:p>
      <w:r>
        <w:rPr>
          <w:b/>
        </w:rPr>
        <w:t xml:space="preserve">[06:43] </w:t>
      </w:r>
      <w:r>
        <w:t>Woh Khuda ka bhi na maane.</w:t>
      </w:r>
    </w:p>
    <w:p>
      <w:pPr>
        <w:jc w:val="right"/>
      </w:pPr>
      <w:r>
        <w:t>وہ خدا کا بھی نہ مانے۔</w:t>
      </w:r>
    </w:p>
    <w:p>
      <w:r>
        <w:rPr>
          <w:b/>
        </w:rPr>
        <w:t xml:space="preserve">[06:48] </w:t>
      </w:r>
      <w:r>
        <w:t>Woh Creation Plan ko bhi na maane.</w:t>
      </w:r>
    </w:p>
    <w:p>
      <w:pPr>
        <w:jc w:val="right"/>
      </w:pPr>
      <w:r>
        <w:t>وہ Creation Plan کو بھی نہ مانے۔</w:t>
      </w:r>
    </w:p>
    <w:p>
      <w:r>
        <w:rPr>
          <w:b/>
        </w:rPr>
        <w:t xml:space="preserve">[06:54] </w:t>
      </w:r>
      <w:r>
        <w:t>Lekin insaan jo hai, har cheez par raazi ho jaye, har cheez par mutma'in ho jaye, us haalat</w:t>
      </w:r>
    </w:p>
    <w:p>
      <w:pPr>
        <w:jc w:val="right"/>
      </w:pPr>
      <w:r>
        <w:t>لیکن انسان جو ہے، ہر چیز پر راضی ہو جائے، ہر چیز پر مطمئن ہو جائے، اس حالت</w:t>
      </w:r>
    </w:p>
    <w:p>
      <w:r>
        <w:rPr>
          <w:b/>
        </w:rPr>
        <w:t xml:space="preserve">[07:00] </w:t>
      </w:r>
      <w:r>
        <w:t>mein woh is duniya se jaye ke woh Allah ke naqsha-e-takhlioq par raazi ho, to woh hai nafs-e-mutma'in.</w:t>
      </w:r>
    </w:p>
    <w:p>
      <w:pPr>
        <w:jc w:val="right"/>
      </w:pPr>
      <w:r>
        <w:t>میں وہ اس دنیا سے جائے کہ وہ اللہ کے نقشہ تخلیق پر راضی ہو، تو وہ ہے نفس مطمئن۔</w:t>
      </w:r>
    </w:p>
    <w:p>
      <w:r>
        <w:rPr>
          <w:b/>
        </w:rPr>
        <w:t xml:space="preserve">[07:06] </w:t>
      </w:r>
      <w:r>
        <w:t>Aur isi ke liye jannat hai.</w:t>
      </w:r>
    </w:p>
    <w:p>
      <w:pPr>
        <w:jc w:val="right"/>
      </w:pPr>
      <w:r>
        <w:t>اور اسی کے لیے جنت ہے۔</w:t>
      </w:r>
    </w:p>
    <w:p>
      <w:r>
        <w:rPr>
          <w:b/>
        </w:rPr>
        <w:t xml:space="preserve">[07:12] </w:t>
      </w:r>
      <w:r>
        <w:t>Yeh kaise hota hai? Yeh hota hai Intellectual Development ke zariye.</w:t>
      </w:r>
    </w:p>
    <w:p>
      <w:pPr>
        <w:jc w:val="right"/>
      </w:pPr>
      <w:r>
        <w:t>یہ کیسے ہوتا ہے؟ یہ ہوتا ہے Intellectual Development کے ذریعے۔</w:t>
      </w:r>
    </w:p>
    <w:p>
      <w:r>
        <w:rPr>
          <w:b/>
        </w:rPr>
        <w:t xml:space="preserve">[07:18] </w:t>
      </w:r>
      <w:r>
        <w:t>Yaani insaan ko Allah Ta'ala ne jo di hai, Mind jo diya hai, Mind, us se sochna, sochna,</w:t>
      </w:r>
    </w:p>
    <w:p>
      <w:pPr>
        <w:jc w:val="right"/>
      </w:pPr>
      <w:r>
        <w:t>یعنی انسان کو اللہ تعالیٰ نے جو دی ہے، Mind جو دیا ہے، Mind، اس سے سوچنا، سوچنا،</w:t>
      </w:r>
    </w:p>
    <w:p>
      <w:r>
        <w:rPr>
          <w:b/>
        </w:rPr>
        <w:t xml:space="preserve">[07:24] </w:t>
      </w:r>
      <w:r>
        <w:t>tadabbur karna, Contemplation, ghore-o-fikr, us se cheezon ko Discover karna.</w:t>
      </w:r>
    </w:p>
    <w:p>
      <w:pPr>
        <w:jc w:val="right"/>
      </w:pPr>
      <w:r>
        <w:t>تدبر کرنا، Contemplation، غور و فکر، اس سے چیزوں کو Discover کرنا۔</w:t>
      </w:r>
    </w:p>
    <w:p>
      <w:r>
        <w:rPr>
          <w:b/>
        </w:rPr>
        <w:t xml:space="preserve">[07:30] </w:t>
      </w:r>
      <w:r>
        <w:t>Discover kar ke un ki Meaning ko daryaft karna.</w:t>
      </w:r>
    </w:p>
    <w:p>
      <w:pPr>
        <w:jc w:val="right"/>
      </w:pPr>
      <w:r>
        <w:t>Discover کر کے ان کی Meaning کو دریافت کرنا۔</w:t>
      </w:r>
    </w:p>
    <w:p>
      <w:r>
        <w:rPr>
          <w:b/>
        </w:rPr>
        <w:t xml:space="preserve">[07:36] </w:t>
      </w:r>
      <w:r>
        <w:t>Un ke andar jo Wisdom hai, us ko jaanna.</w:t>
      </w:r>
    </w:p>
    <w:p>
      <w:pPr>
        <w:jc w:val="right"/>
      </w:pPr>
      <w:r>
        <w:t>ان کے اندر جو Wisdom ہے، اس کو جاننا۔</w:t>
      </w:r>
    </w:p>
    <w:p>
      <w:r>
        <w:rPr>
          <w:b/>
        </w:rPr>
        <w:t xml:space="preserve">[07:41] </w:t>
      </w:r>
      <w:r>
        <w:t>Jab aap jaanen ge, jab aap ka Mind address ho jaye ga, tab bhi aap mutma'in ho sakte hain.</w:t>
      </w:r>
    </w:p>
    <w:p>
      <w:pPr>
        <w:jc w:val="right"/>
      </w:pPr>
      <w:r>
        <w:t>جب آپ جانیں گے، جب آپ کا Mind Address ہو جائے گا، تب بھی آپ مطمئن ہو سکتے ہیں۔</w:t>
      </w:r>
    </w:p>
    <w:p>
      <w:r>
        <w:rPr>
          <w:b/>
        </w:rPr>
        <w:t xml:space="preserve">[07:47] </w:t>
      </w:r>
      <w:r>
        <w:t>aise nahi hai.</w:t>
      </w:r>
    </w:p>
    <w:p>
      <w:pPr>
        <w:jc w:val="right"/>
      </w:pPr>
      <w:r>
        <w:t>ایسے نہیں ہے۔</w:t>
      </w:r>
    </w:p>
    <w:p>
      <w:r>
        <w:rPr>
          <w:b/>
        </w:rPr>
        <w:t xml:space="preserve">[07:53] </w:t>
      </w:r>
      <w:r>
        <w:t>insan ka mizaj yeh hai ke kisi cheez par woh mutma'in hota hai us waqt jab ke us</w:t>
      </w:r>
    </w:p>
    <w:p>
      <w:pPr>
        <w:jc w:val="right"/>
      </w:pPr>
      <w:r>
        <w:t>انسان کا مزاج یہ ہے کہ کسی چیز پر وہ مطمئن ہوتا ہے اس وقت جب کہ اس</w:t>
      </w:r>
    </w:p>
    <w:p>
      <w:r>
        <w:rPr>
          <w:b/>
        </w:rPr>
        <w:t xml:space="preserve">[07:59] </w:t>
      </w:r>
      <w:r>
        <w:t>ka Mind Address ho jaye.</w:t>
      </w:r>
    </w:p>
    <w:p>
      <w:pPr>
        <w:jc w:val="right"/>
      </w:pPr>
      <w:r>
        <w:t>کا Mind Address ہو جائے۔</w:t>
      </w:r>
    </w:p>
    <w:p>
      <w:r>
        <w:rPr>
          <w:b/>
        </w:rPr>
        <w:t xml:space="preserve">[08:05] </w:t>
      </w:r>
      <w:r>
        <w:t>us ko us ka Rationale maloom ho jaye.</w:t>
      </w:r>
    </w:p>
    <w:p>
      <w:pPr>
        <w:jc w:val="right"/>
      </w:pPr>
      <w:r>
        <w:t>اس کو اس کا Rationale معلوم ہو جائے۔</w:t>
      </w:r>
    </w:p>
    <w:p>
      <w:r>
        <w:rPr>
          <w:b/>
        </w:rPr>
        <w:t xml:space="preserve">[08:11] </w:t>
      </w:r>
      <w:r>
        <w:t>us ko us ka, us ko woh, us ko Reason Out kar sake.</w:t>
      </w:r>
    </w:p>
    <w:p>
      <w:pPr>
        <w:jc w:val="right"/>
      </w:pPr>
      <w:r>
        <w:t>اس کو اس کا، اس کو وہ، اس کو Reason Out کر سکے۔</w:t>
      </w:r>
    </w:p>
    <w:p>
      <w:r>
        <w:rPr>
          <w:b/>
        </w:rPr>
        <w:t xml:space="preserve">[08:17] </w:t>
      </w:r>
      <w:r>
        <w:t>tab mutma'in hota hai woh.</w:t>
      </w:r>
    </w:p>
    <w:p>
      <w:pPr>
        <w:jc w:val="right"/>
      </w:pPr>
      <w:r>
        <w:t>تب مطمئن ہوتا ہے وہ۔</w:t>
      </w:r>
    </w:p>
    <w:p>
      <w:r>
        <w:rPr>
          <w:b/>
        </w:rPr>
        <w:t xml:space="preserve">[08:23] </w:t>
      </w:r>
      <w:r>
        <w:t>to nafs-e-mutma'in woh hai jo dunya mein paida hua, azaad, Total Freedom ke sath, phir us ne</w:t>
      </w:r>
    </w:p>
    <w:p>
      <w:pPr>
        <w:jc w:val="right"/>
      </w:pPr>
      <w:r>
        <w:t>تو نفس مطمئن وہ ہے جو دنیا میں پیدا ہوا، آزاد، Total Freedom کے ساتھ، پھر اس نے</w:t>
      </w:r>
    </w:p>
    <w:p>
      <w:r>
        <w:rPr>
          <w:b/>
        </w:rPr>
        <w:t xml:space="preserve">[08:28] </w:t>
      </w:r>
      <w:r>
        <w:t>socha, socha, socha, socha, cheezon ko daryaft kiya, Allah ke jo Law of Nature hai, us ko jana,</w:t>
      </w:r>
    </w:p>
    <w:p>
      <w:pPr>
        <w:jc w:val="right"/>
      </w:pPr>
      <w:r>
        <w:t>سوچا، سوچا، سوچا، سوچا، چیزوں کو دریافت کیا، اللہ کے جو Law of Nature ہے، اس کو جانا،</w:t>
      </w:r>
    </w:p>
    <w:p>
      <w:r>
        <w:rPr>
          <w:b/>
        </w:rPr>
        <w:t xml:space="preserve">[08:34] </w:t>
      </w:r>
      <w:r>
        <w:t>jo Creation Plan of God hai, us ko jana, sab kuch ko jan kar ke us ne cheezon</w:t>
      </w:r>
    </w:p>
    <w:p>
      <w:pPr>
        <w:jc w:val="right"/>
      </w:pPr>
      <w:r>
        <w:t>جو Creation Plan of God ہے، اس کو جانا، سب کچھ کو جان کر کے اس نے چیزوں</w:t>
      </w:r>
    </w:p>
    <w:p>
      <w:r>
        <w:rPr>
          <w:b/>
        </w:rPr>
        <w:t xml:space="preserve">[08:40] </w:t>
      </w:r>
      <w:r>
        <w:t>ko Reason Out kiya, aur phir us ka Mind mutma'in ho gaya Allah ke naqsha-e-takhlioq par.</w:t>
      </w:r>
    </w:p>
    <w:p>
      <w:pPr>
        <w:jc w:val="right"/>
      </w:pPr>
      <w:r>
        <w:t>کو Reason Out کیا، اور پھر اس کا Mind مطمئن ہو گیا اللہ کے نقشہ تخلیق پر۔</w:t>
      </w:r>
    </w:p>
    <w:p>
      <w:r>
        <w:rPr>
          <w:b/>
        </w:rPr>
        <w:t xml:space="preserve">[08:46] </w:t>
      </w:r>
      <w:r>
        <w:t>goya ke Divine Wisdom ko Discover, Divine Wisdom ko Discover karne ke baad yeh haal aati hai.</w:t>
      </w:r>
    </w:p>
    <w:p>
      <w:pPr>
        <w:jc w:val="right"/>
      </w:pPr>
      <w:r>
        <w:t>گویا کہ Divine Wisdom کو Discover، Divine Wisdom کو Discover کرنے کے بعد یہ حال آتی ہے۔</w:t>
      </w:r>
    </w:p>
    <w:p>
      <w:r>
        <w:rPr>
          <w:b/>
        </w:rPr>
        <w:t xml:space="preserve">[08:52] </w:t>
      </w:r>
      <w:r>
        <w:t>to goya ke nafs-e-mutma'in woh hua jo Divine Wisdom ko Discover kare.</w:t>
      </w:r>
    </w:p>
    <w:p>
      <w:pPr>
        <w:jc w:val="right"/>
      </w:pPr>
      <w:r>
        <w:t>تو گویا کہ نفس مطمئن وہ ہوا جو Divine Wisdom کو Discover کرے۔</w:t>
      </w:r>
    </w:p>
    <w:p>
      <w:r>
        <w:rPr>
          <w:b/>
        </w:rPr>
        <w:t xml:space="preserve">[08:58] </w:t>
      </w:r>
      <w:r>
        <w:t>jaise mein kal soch raha tha, ek misaal deta hoon ke is poori tareekh mein saare log Injustice</w:t>
      </w:r>
    </w:p>
    <w:p>
      <w:pPr>
        <w:jc w:val="right"/>
      </w:pPr>
      <w:r>
        <w:t>جیسے میں کل سوچ رہا تھا، ایک مثال دیتا ہوں کہ اس پوری تاریخ میں سارے لوگ Injustice</w:t>
      </w:r>
    </w:p>
    <w:p>
      <w:r>
        <w:rPr>
          <w:b/>
        </w:rPr>
        <w:t xml:space="preserve">[09:04] </w:t>
      </w:r>
      <w:r>
        <w:t>ke khilaf Protest karte rahe.</w:t>
      </w:r>
    </w:p>
    <w:p>
      <w:pPr>
        <w:jc w:val="right"/>
      </w:pPr>
      <w:r>
        <w:t>کے خلاف Protest کرتے رہے۔</w:t>
      </w:r>
    </w:p>
    <w:p>
      <w:r>
        <w:rPr>
          <w:b/>
        </w:rPr>
        <w:t xml:space="preserve">[09:10] </w:t>
      </w:r>
      <w:r>
        <w:t>philosopher, reformers, educationist, leaders, sab ke sab Injustice, Injustice, koi Injustice ke khilaf protest kar raha, Injustice ko</w:t>
      </w:r>
    </w:p>
    <w:p>
      <w:pPr>
        <w:jc w:val="right"/>
      </w:pPr>
      <w:r>
        <w:t>فلاسفر، ریفارمرز، Educationist، Leaders، سب کے سب Injustice، Injustice، کوئی Injustice کے خلاف Protest کر رہا، Injustice کو</w:t>
      </w:r>
    </w:p>
    <w:p>
      <w:r>
        <w:rPr>
          <w:b/>
        </w:rPr>
        <w:t xml:space="preserve">[09:15] </w:t>
      </w:r>
      <w:r>
        <w:t>khatam kar raha, yeh sab ka Goal raha hai.</w:t>
      </w:r>
    </w:p>
    <w:p>
      <w:pPr>
        <w:jc w:val="right"/>
      </w:pPr>
      <w:r>
        <w:t>ختم کر رہا، یہ سب کا Goal رہا ہے۔</w:t>
      </w:r>
    </w:p>
    <w:p>
      <w:r>
        <w:rPr>
          <w:b/>
        </w:rPr>
        <w:t xml:space="preserve">[09:21] </w:t>
      </w:r>
      <w:r>
        <w:t>phir maine socha ke Injustice to kabhi khatam nahi hui.</w:t>
      </w:r>
    </w:p>
    <w:p>
      <w:pPr>
        <w:jc w:val="right"/>
      </w:pPr>
      <w:r>
        <w:t>پھر میں نے سوچا کہ Injustice تو کبھی ختم نہیں ہوئی۔</w:t>
      </w:r>
    </w:p>
    <w:p>
      <w:r>
        <w:rPr>
          <w:b/>
        </w:rPr>
        <w:t xml:space="preserve">[09:27] </w:t>
      </w:r>
      <w:r>
        <w:t>Goal to kisi ka poora hua nahi.</w:t>
      </w:r>
    </w:p>
    <w:p>
      <w:pPr>
        <w:jc w:val="right"/>
      </w:pPr>
      <w:r>
        <w:t>Goal تو کسی کا پورا ہوا نہیں۔</w:t>
      </w:r>
    </w:p>
    <w:p>
      <w:r>
        <w:rPr>
          <w:b/>
        </w:rPr>
        <w:t xml:space="preserve">[09:33] </w:t>
      </w:r>
      <w:r>
        <w:t>koi bhi History mein koi bhi aisa period nahi hai jahan Injustice na ho.</w:t>
      </w:r>
    </w:p>
    <w:p>
      <w:pPr>
        <w:jc w:val="right"/>
      </w:pPr>
      <w:r>
        <w:t>کوئی بھی History میں کوئی بھی ایسا Period نہیں ہے جہاں Injustice نہ ہو۔</w:t>
      </w:r>
    </w:p>
    <w:p>
      <w:r>
        <w:rPr>
          <w:b/>
        </w:rPr>
        <w:t xml:space="preserve">[09:39] </w:t>
      </w:r>
      <w:r>
        <w:t>Including Muslim period.</w:t>
      </w:r>
    </w:p>
    <w:p>
      <w:pPr>
        <w:jc w:val="right"/>
      </w:pPr>
      <w:r>
        <w:t>Including مسلم Period۔</w:t>
      </w:r>
    </w:p>
    <w:p>
      <w:r>
        <w:rPr>
          <w:b/>
        </w:rPr>
        <w:t xml:space="preserve">[09:45] </w:t>
      </w:r>
      <w:r>
        <w:t>to phir saare logon ki koshish.</w:t>
      </w:r>
    </w:p>
    <w:p>
      <w:pPr>
        <w:jc w:val="right"/>
      </w:pPr>
      <w:r>
        <w:t>تو پھر سارے لوگوں کی کوشش۔</w:t>
      </w:r>
    </w:p>
    <w:p>
      <w:r>
        <w:rPr>
          <w:b/>
        </w:rPr>
        <w:t xml:space="preserve">[09:51] </w:t>
      </w:r>
      <w:r>
        <w:t>kya matlab tha? is ka matlab maine yeh nikala hai ke sab log ghair-mutma'in nafs ke</w:t>
      </w:r>
    </w:p>
    <w:p>
      <w:pPr>
        <w:jc w:val="right"/>
      </w:pPr>
      <w:r>
        <w:t>کیا مطلب تھا؟ اس کا مطلب میں نے یہ نکالا ہے کہ سب لوگ غیر مطمئن نفس کے</w:t>
      </w:r>
    </w:p>
    <w:p>
      <w:r>
        <w:rPr>
          <w:b/>
        </w:rPr>
        <w:t xml:space="preserve">[09:57] </w:t>
      </w:r>
      <w:r>
        <w:t>sath dunya mein jeete rahe.</w:t>
      </w:r>
    </w:p>
    <w:p>
      <w:pPr>
        <w:jc w:val="right"/>
      </w:pPr>
      <w:r>
        <w:t>ساتھ دنیا میں جیتے رہے۔</w:t>
      </w:r>
    </w:p>
    <w:p>
      <w:r>
        <w:rPr>
          <w:b/>
        </w:rPr>
        <w:t xml:space="preserve">[10:02] </w:t>
      </w:r>
      <w:r>
        <w:t>nafs-e-mutma'in ke sath nahi.</w:t>
      </w:r>
    </w:p>
    <w:p>
      <w:pPr>
        <w:jc w:val="right"/>
      </w:pPr>
      <w:r>
        <w:t>نفس مطمئنہ کے ساتھ نہیں۔</w:t>
      </w:r>
    </w:p>
    <w:p>
      <w:r>
        <w:rPr>
          <w:b/>
        </w:rPr>
        <w:t xml:space="preserve">[10:08] </w:t>
      </w:r>
      <w:r>
        <w:t>kyun ke jo cheez khatam na ho, saari koshishon ke bawajood, woh khatam hone ke qabil nahi.</w:t>
      </w:r>
    </w:p>
    <w:p>
      <w:pPr>
        <w:jc w:val="right"/>
      </w:pPr>
      <w:r>
        <w:t>کیونکہ جو چیز ختم نہ ہو، ساری کوششوں کے باوجود، وہ ختم ہونے کے قابل نہیں۔</w:t>
      </w:r>
    </w:p>
    <w:p>
      <w:r>
        <w:rPr>
          <w:b/>
        </w:rPr>
        <w:t xml:space="preserve">[10:14] </w:t>
      </w:r>
      <w:r>
        <w:t>woh persist kare gi.</w:t>
      </w:r>
    </w:p>
    <w:p>
      <w:pPr>
        <w:jc w:val="right"/>
      </w:pPr>
      <w:r>
        <w:t>وہ Persist کرے گی۔</w:t>
      </w:r>
    </w:p>
    <w:p>
      <w:r>
        <w:rPr>
          <w:b/>
        </w:rPr>
        <w:t xml:space="preserve">[10:20] </w:t>
      </w:r>
      <w:r>
        <w:t>poori tareekh mein jab sab log yahi koshish karte rahe ke injustice ko khatm karein, lekin koi khatm</w:t>
      </w:r>
    </w:p>
    <w:p>
      <w:pPr>
        <w:jc w:val="right"/>
      </w:pPr>
      <w:r>
        <w:t>پوری تاریخ میں جب سب لوگ یہی کوشش کرتے رہے کہ Injustice کو ختم کریں، لیکن کوئی ختم</w:t>
      </w:r>
    </w:p>
    <w:p>
      <w:r>
        <w:rPr>
          <w:b/>
        </w:rPr>
        <w:t xml:space="preserve">[10:26] </w:t>
      </w:r>
      <w:r>
        <w:t>nahi kar paya.</w:t>
      </w:r>
    </w:p>
    <w:p>
      <w:pPr>
        <w:jc w:val="right"/>
      </w:pPr>
      <w:r>
        <w:t>نہیں کر پایا۔</w:t>
      </w:r>
    </w:p>
    <w:p>
      <w:r>
        <w:rPr>
          <w:b/>
        </w:rPr>
        <w:t xml:space="preserve">[10:32] </w:t>
      </w:r>
      <w:r>
        <w:t>hamesha injustice baqi raha.</w:t>
      </w:r>
    </w:p>
    <w:p>
      <w:pPr>
        <w:jc w:val="right"/>
      </w:pPr>
      <w:r>
        <w:t>ہمیشہ Injustice باقی رہا۔</w:t>
      </w:r>
    </w:p>
    <w:p>
      <w:r>
        <w:rPr>
          <w:b/>
        </w:rPr>
        <w:t xml:space="preserve">[10:38] </w:t>
      </w:r>
      <w:r>
        <w:t>toh yeh manna pare ga ke injustice is a part of law of nature.</w:t>
      </w:r>
    </w:p>
    <w:p>
      <w:pPr>
        <w:jc w:val="right"/>
      </w:pPr>
      <w:r>
        <w:t>تو یہ ماننا پڑے گا کہ Injustice is a part of Law of Nature۔</w:t>
      </w:r>
    </w:p>
    <w:p>
      <w:r>
        <w:rPr>
          <w:b/>
        </w:rPr>
        <w:t xml:space="preserve">[10:44] </w:t>
      </w:r>
      <w:r>
        <w:t>injustice jo hai woh Allah taala ke creation plan of god ka hissa hai.</w:t>
      </w:r>
    </w:p>
    <w:p>
      <w:pPr>
        <w:jc w:val="right"/>
      </w:pPr>
      <w:r>
        <w:t>Injustice جو ہے وہ اللہ تعالیٰ کے Creation Plan of God کا حصہ ہے۔</w:t>
      </w:r>
    </w:p>
    <w:p>
      <w:r>
        <w:rPr>
          <w:b/>
        </w:rPr>
        <w:t xml:space="preserve">[10:49] </w:t>
      </w:r>
      <w:r>
        <w:t>manna pare ga.</w:t>
      </w:r>
    </w:p>
    <w:p>
      <w:pPr>
        <w:jc w:val="right"/>
      </w:pPr>
      <w:r>
        <w:t>ماننا پڑے گا۔</w:t>
      </w:r>
    </w:p>
    <w:p>
      <w:r>
        <w:rPr>
          <w:b/>
        </w:rPr>
        <w:t xml:space="preserve">[10:55] </w:t>
      </w:r>
      <w:r>
        <w:t>toh is ke maani kya hue? yeh saare log jo hain, apne andar is cheez ko develop na</w:t>
      </w:r>
    </w:p>
    <w:p>
      <w:pPr>
        <w:jc w:val="right"/>
      </w:pPr>
      <w:r>
        <w:t>تو اس کے معنی کیا ہوئے؟ یہ سارے لوگ جو ہیں، اپنے اندر اس چیز کو Develop نہ</w:t>
      </w:r>
    </w:p>
    <w:p>
      <w:r>
        <w:rPr>
          <w:b/>
        </w:rPr>
        <w:t xml:space="preserve">[11:01] </w:t>
      </w:r>
      <w:r>
        <w:t>kar paye jis ko kehte hain itminan e qalb.</w:t>
      </w:r>
    </w:p>
    <w:p>
      <w:pPr>
        <w:jc w:val="right"/>
      </w:pPr>
      <w:r>
        <w:t>کر پائے جس کو کہتے ہیں اطمینان قلب۔</w:t>
      </w:r>
    </w:p>
    <w:p>
      <w:r>
        <w:rPr>
          <w:b/>
        </w:rPr>
        <w:t xml:space="preserve">[11:07] </w:t>
      </w:r>
      <w:r>
        <w:t>yeh jo protest karte rahe, protest karte rahe, aur protest kar, protest ke haal par mar gaye.</w:t>
      </w:r>
    </w:p>
    <w:p>
      <w:pPr>
        <w:jc w:val="right"/>
      </w:pPr>
      <w:r>
        <w:t>یہ جو Protest کرتے رہے، Protest کرتے رہے، اور Protest کر، Protest کے حال پر مر گئے۔</w:t>
      </w:r>
    </w:p>
    <w:p>
      <w:r>
        <w:rPr>
          <w:b/>
        </w:rPr>
        <w:t xml:space="preserve">[11:13] </w:t>
      </w:r>
      <w:r>
        <w:t>unhone is wisdom ko daryaft nahi kiya.</w:t>
      </w:r>
    </w:p>
    <w:p>
      <w:pPr>
        <w:jc w:val="right"/>
      </w:pPr>
      <w:r>
        <w:t>انہوں نے اس Wisdom کو دریافت نہیں کیا۔</w:t>
      </w:r>
    </w:p>
    <w:p>
      <w:r>
        <w:rPr>
          <w:b/>
        </w:rPr>
        <w:t xml:space="preserve">[11:19] </w:t>
      </w:r>
      <w:r>
        <w:t>dekhiye, fact yeh hai ke injustice aik aik nickname ka case hai.</w:t>
      </w:r>
    </w:p>
    <w:p>
      <w:pPr>
        <w:jc w:val="right"/>
      </w:pPr>
      <w:r>
        <w:t>دیکھیے، Fact یہ ہے کہ Injustice ایک ایک Nickname کا Case ہے۔</w:t>
      </w:r>
    </w:p>
    <w:p>
      <w:r>
        <w:rPr>
          <w:b/>
        </w:rPr>
        <w:t xml:space="preserve">[11:25] </w:t>
      </w:r>
      <w:r>
        <w:t>yaani ghalat naam.</w:t>
      </w:r>
    </w:p>
    <w:p>
      <w:pPr>
        <w:jc w:val="right"/>
      </w:pPr>
      <w:r>
        <w:t>یعنی غلط نام۔</w:t>
      </w:r>
    </w:p>
    <w:p>
      <w:r>
        <w:rPr>
          <w:b/>
        </w:rPr>
        <w:t xml:space="preserve">[11:31] </w:t>
      </w:r>
      <w:r>
        <w:t>yaani nomenclature ka case hai.</w:t>
      </w:r>
    </w:p>
    <w:p>
      <w:pPr>
        <w:jc w:val="right"/>
      </w:pPr>
      <w:r>
        <w:t>یعنی Nomenclature کا Case ہے۔</w:t>
      </w:r>
    </w:p>
    <w:p>
      <w:r>
        <w:rPr>
          <w:b/>
        </w:rPr>
        <w:t xml:space="preserve">[11:37] </w:t>
      </w:r>
      <w:r>
        <w:t>yeh aik soorat e haal ko keh diya hai injustice.</w:t>
      </w:r>
    </w:p>
    <w:p>
      <w:pPr>
        <w:jc w:val="right"/>
      </w:pPr>
      <w:r>
        <w:t>یہ ایک صورتحال کو کہہ دیا ہے Injustice۔</w:t>
      </w:r>
    </w:p>
    <w:p>
      <w:r>
        <w:rPr>
          <w:b/>
        </w:rPr>
        <w:t xml:space="preserve">[11:42] </w:t>
      </w:r>
      <w:r>
        <w:t>woh injustice nahi hai.</w:t>
      </w:r>
    </w:p>
    <w:p>
      <w:pPr>
        <w:jc w:val="right"/>
      </w:pPr>
      <w:r>
        <w:t>وہ Injustice نہیں ہے۔</w:t>
      </w:r>
    </w:p>
    <w:p>
      <w:r>
        <w:rPr>
          <w:b/>
        </w:rPr>
        <w:t xml:space="preserve">[11:48] </w:t>
      </w:r>
      <w:r>
        <w:t>hum ne is ko naam de diya hai injustice ka.</w:t>
      </w:r>
    </w:p>
    <w:p>
      <w:pPr>
        <w:jc w:val="right"/>
      </w:pPr>
      <w:r>
        <w:t>ہم نے اس کو نام دے دیا ہے Injustice کا۔</w:t>
      </w:r>
    </w:p>
    <w:p>
      <w:r>
        <w:rPr>
          <w:b/>
        </w:rPr>
        <w:t xml:space="preserve">[11:54] </w:t>
      </w:r>
      <w:r>
        <w:t>jaise aik sahab hamare is ke is mein aaye class mein, woh gate par khare hue aur dekha</w:t>
      </w:r>
    </w:p>
    <w:p>
      <w:pPr>
        <w:jc w:val="right"/>
      </w:pPr>
      <w:r>
        <w:t>جیسے ایک صاحب ہمارے اس کے اس میں آئے کلاس میں، وہ Gate پر کھڑے ہوئے اور دیکھا</w:t>
      </w:r>
    </w:p>
    <w:p>
      <w:r>
        <w:rPr>
          <w:b/>
        </w:rPr>
        <w:t xml:space="preserve">[12:00] </w:t>
      </w:r>
      <w:r>
        <w:t>ke aurtein bhi hain, mard bhi hain, log baithe hue hain.</w:t>
      </w:r>
    </w:p>
    <w:p>
      <w:pPr>
        <w:jc w:val="right"/>
      </w:pPr>
      <w:r>
        <w:t>کہ عورتیں بھی ہیں، مرد بھی ہیں، لوگ بیٹھے ہوئے ہیں۔</w:t>
      </w:r>
    </w:p>
    <w:p>
      <w:r>
        <w:rPr>
          <w:b/>
        </w:rPr>
        <w:t xml:space="preserve">[12:06] </w:t>
      </w:r>
      <w:r>
        <w:t>toh kuch der dekha, is ke baad yeh kaha ke chale gaye.</w:t>
      </w:r>
    </w:p>
    <w:p>
      <w:pPr>
        <w:jc w:val="right"/>
      </w:pPr>
      <w:r>
        <w:t>تو کچھ دیر دیکھا، اس کے بعد یہ کہا کہ چلے گئے۔</w:t>
      </w:r>
    </w:p>
    <w:p>
      <w:r>
        <w:rPr>
          <w:b/>
        </w:rPr>
        <w:t xml:space="preserve">[12:12] </w:t>
      </w:r>
      <w:r>
        <w:t>yeh toh koi qalam maloom hota hai.</w:t>
      </w:r>
    </w:p>
    <w:p>
      <w:pPr>
        <w:jc w:val="right"/>
      </w:pPr>
      <w:r>
        <w:t>یہ تو کوئی قلم معلوم ہوتا ہے۔</w:t>
      </w:r>
    </w:p>
    <w:p>
      <w:r>
        <w:rPr>
          <w:b/>
        </w:rPr>
        <w:t xml:space="preserve">[12:18] </w:t>
      </w:r>
      <w:r>
        <w:t>yeh toh koi qalam maloom hota hai.</w:t>
      </w:r>
    </w:p>
    <w:p>
      <w:pPr>
        <w:jc w:val="right"/>
      </w:pPr>
      <w:r>
        <w:t>یہ تو کوئی قلم معلوم ہوتا ہے۔</w:t>
      </w:r>
    </w:p>
    <w:p>
      <w:r>
        <w:rPr>
          <w:b/>
        </w:rPr>
        <w:t xml:space="preserve">[12:24] </w:t>
      </w:r>
      <w:r>
        <w:t>toh yeh qalam nahi tha.</w:t>
      </w:r>
    </w:p>
    <w:p>
      <w:pPr>
        <w:jc w:val="right"/>
      </w:pPr>
      <w:r>
        <w:t>تو یہ قلم نہیں تھا۔</w:t>
      </w:r>
    </w:p>
    <w:p>
      <w:r>
        <w:rPr>
          <w:b/>
        </w:rPr>
        <w:t xml:space="preserve">[12:29] </w:t>
      </w:r>
      <w:r>
        <w:t>unhone is ka naam de diya qalam.</w:t>
      </w:r>
    </w:p>
    <w:p>
      <w:pPr>
        <w:jc w:val="right"/>
      </w:pPr>
      <w:r>
        <w:t>انہوں نے اس کا نام دے دیا قلم۔</w:t>
      </w:r>
    </w:p>
    <w:p>
      <w:r>
        <w:rPr>
          <w:b/>
        </w:rPr>
        <w:t xml:space="preserve">[12:35] </w:t>
      </w:r>
      <w:r>
        <w:t>yeh toh spiritual class hai.</w:t>
      </w:r>
    </w:p>
    <w:p>
      <w:pPr>
        <w:jc w:val="right"/>
      </w:pPr>
      <w:r>
        <w:t>یہ تو Spiritual Class ہے۔</w:t>
      </w:r>
    </w:p>
    <w:p>
      <w:r>
        <w:rPr>
          <w:b/>
        </w:rPr>
        <w:t xml:space="preserve">[12:41] </w:t>
      </w:r>
      <w:r>
        <w:t>haqeeqat ke aitbaar se yeh Spirit Class hai.</w:t>
      </w:r>
    </w:p>
    <w:p>
      <w:pPr>
        <w:jc w:val="right"/>
      </w:pPr>
      <w:r>
        <w:t>حقیقت کے اعتبار سے یہ Spirit Class ہے۔</w:t>
      </w:r>
    </w:p>
    <w:p>
      <w:r>
        <w:rPr>
          <w:b/>
        </w:rPr>
        <w:t xml:space="preserve">[12:47] </w:t>
      </w:r>
      <w:r>
        <w:t>unhon ne is ko naam de diya qalam ka.</w:t>
      </w:r>
    </w:p>
    <w:p>
      <w:pPr>
        <w:jc w:val="right"/>
      </w:pPr>
      <w:r>
        <w:t>انہوں نے اس کو نام دے دیا قلم کا۔</w:t>
      </w:r>
    </w:p>
    <w:p>
      <w:r>
        <w:rPr>
          <w:b/>
        </w:rPr>
        <w:t xml:space="preserve">[12:53] </w:t>
      </w:r>
      <w:r>
        <w:t>is tarah se ek soorat-e-haal duniya mein qaaim hai, is ko naam de diya Injustice.</w:t>
      </w:r>
    </w:p>
    <w:p>
      <w:pPr>
        <w:jc w:val="right"/>
      </w:pPr>
      <w:r>
        <w:t>اس طرح سے ایک صورتحال دنیا میں قائم ہے، اس کو نام دے دیا Injustice۔</w:t>
      </w:r>
    </w:p>
    <w:p>
      <w:r>
        <w:rPr>
          <w:b/>
        </w:rPr>
        <w:t xml:space="preserve">[12:59] </w:t>
      </w:r>
      <w:r>
        <w:t>haalanki woh Injustice nahin hai.</w:t>
      </w:r>
    </w:p>
    <w:p>
      <w:pPr>
        <w:jc w:val="right"/>
      </w:pPr>
      <w:r>
        <w:t>حالانکہ وہ Injustice نہیں ہے۔</w:t>
      </w:r>
    </w:p>
    <w:p>
      <w:r>
        <w:rPr>
          <w:b/>
        </w:rPr>
        <w:t xml:space="preserve">[13:05] </w:t>
      </w:r>
      <w:r>
        <w:t>woh hai Problem of Freedom.</w:t>
      </w:r>
    </w:p>
    <w:p>
      <w:pPr>
        <w:jc w:val="right"/>
      </w:pPr>
      <w:r>
        <w:t>وہ ہے Problem of Freedom۔</w:t>
      </w:r>
    </w:p>
    <w:p>
      <w:r>
        <w:rPr>
          <w:b/>
        </w:rPr>
        <w:t xml:space="preserve">[13:11] </w:t>
      </w:r>
      <w:r>
        <w:t>yaani insaanon ko jo ke azaadi di gayi hai, to azaadi ko kabhi ek tareeqe se istemaal kar</w:t>
      </w:r>
    </w:p>
    <w:p>
      <w:pPr>
        <w:jc w:val="right"/>
      </w:pPr>
      <w:r>
        <w:t>یعنی انسانوں کو جو کہ آزادی دی گئی ہے، تو آزادی کو کبھی ایک طریقے سے استعمال کر</w:t>
      </w:r>
    </w:p>
    <w:p>
      <w:r>
        <w:rPr>
          <w:b/>
        </w:rPr>
        <w:t xml:space="preserve">[13:16] </w:t>
      </w:r>
      <w:r>
        <w:t>ke, kabhi doosre tareeqe se.</w:t>
      </w:r>
    </w:p>
    <w:p>
      <w:pPr>
        <w:jc w:val="right"/>
      </w:pPr>
      <w:r>
        <w:t>کے، کبھی دوسرے طریقے سے۔</w:t>
      </w:r>
    </w:p>
    <w:p>
      <w:r>
        <w:rPr>
          <w:b/>
        </w:rPr>
        <w:t xml:space="preserve">[13:22] </w:t>
      </w:r>
      <w:r>
        <w:t>is ko haq hai ke jaise chaahe, is wajah se istemaal karein.</w:t>
      </w:r>
    </w:p>
    <w:p>
      <w:pPr>
        <w:jc w:val="right"/>
      </w:pPr>
      <w:r>
        <w:t>اس کو حق ہے کہ جیسے چاہے، اس وجہ سے استعمال کریں۔</w:t>
      </w:r>
    </w:p>
    <w:p>
      <w:r>
        <w:rPr>
          <w:b/>
        </w:rPr>
        <w:t xml:space="preserve">[13:28] </w:t>
      </w:r>
      <w:r>
        <w:t>to istemaal karne ki wajah se Problem paida hote hain.</w:t>
      </w:r>
    </w:p>
    <w:p>
      <w:pPr>
        <w:jc w:val="right"/>
      </w:pPr>
      <w:r>
        <w:t>تو استعمال کرنے کی وجہ سے Problem پیدا ہوتے ہیں۔</w:t>
      </w:r>
    </w:p>
    <w:p>
      <w:r>
        <w:rPr>
          <w:b/>
        </w:rPr>
        <w:t xml:space="preserve">[13:34] </w:t>
      </w:r>
      <w:r>
        <w:t>is simt haalaat kabhi rehte nahin.</w:t>
      </w:r>
    </w:p>
    <w:p>
      <w:pPr>
        <w:jc w:val="right"/>
      </w:pPr>
      <w:r>
        <w:t>اس سمت حالات کبھی رہتے نہیں۔</w:t>
      </w:r>
    </w:p>
    <w:p>
      <w:r>
        <w:rPr>
          <w:b/>
        </w:rPr>
        <w:t xml:space="preserve">[13:40] </w:t>
      </w:r>
      <w:r>
        <w:t>to Problem of Freedom ko unhon ne naam de diya Injustice.</w:t>
      </w:r>
    </w:p>
    <w:p>
      <w:pPr>
        <w:jc w:val="right"/>
      </w:pPr>
      <w:r>
        <w:t>تو Problem of Freedom کو انہوں نے نام دے دیا Injustice۔</w:t>
      </w:r>
    </w:p>
    <w:p>
      <w:r>
        <w:rPr>
          <w:b/>
        </w:rPr>
        <w:t xml:space="preserve">[13:46] </w:t>
      </w:r>
      <w:r>
        <w:t>woh aadmi ke apne dimaagh ki baat thi.</w:t>
      </w:r>
    </w:p>
    <w:p>
      <w:pPr>
        <w:jc w:val="right"/>
      </w:pPr>
      <w:r>
        <w:t>وہ آدمی کے اپنے دماغ کی بات تھی۔</w:t>
      </w:r>
    </w:p>
    <w:p>
      <w:r>
        <w:rPr>
          <w:b/>
        </w:rPr>
        <w:t xml:space="preserve">[13:52] </w:t>
      </w:r>
      <w:r>
        <w:t>woh Injustice nahin thi.</w:t>
      </w:r>
    </w:p>
    <w:p>
      <w:pPr>
        <w:jc w:val="right"/>
      </w:pPr>
      <w:r>
        <w:t>وہ Injustice نہیں تھی۔</w:t>
      </w:r>
    </w:p>
    <w:p>
      <w:r>
        <w:rPr>
          <w:b/>
        </w:rPr>
        <w:t xml:space="preserve">[13:58] </w:t>
      </w:r>
      <w:r>
        <w:t>mislaan dekhiye, aaj mein ek baat soch raha tha, aaj subah ko, ke Quran mein ek aayat hai</w:t>
      </w:r>
    </w:p>
    <w:p>
      <w:pPr>
        <w:jc w:val="right"/>
      </w:pPr>
      <w:r>
        <w:t>مثلاً دیکھیے، آج میں ایک بات سوچ رہا تھا، آج صبح کو، کہ قرآن میں ایک آیت ہے</w:t>
      </w:r>
    </w:p>
    <w:p>
      <w:r>
        <w:rPr>
          <w:b/>
        </w:rPr>
        <w:t xml:space="preserve">[14:03] </w:t>
      </w:r>
      <w:r>
        <w:t>wa tilka al ayyamu nudaoo laha banu al naas wa tilka al ayyamu nudaoo laha banu al naas yaani yeh jo duniya mein maal</w:t>
      </w:r>
    </w:p>
    <w:p>
      <w:pPr>
        <w:jc w:val="right"/>
      </w:pPr>
      <w:r>
        <w:t>وَتِلْكُ الْأَيَّامُ نُدَاۤا لُهَا بَنَ النَّاسِ وَتِلْكُ الْأَيَّامُ نُدَاۤا لُهَا بَنَ النَّاسِ یعنی یہ جو دنیا میں مال</w:t>
      </w:r>
    </w:p>
    <w:p>
      <w:r>
        <w:rPr>
          <w:b/>
        </w:rPr>
        <w:t xml:space="preserve">[14:09] </w:t>
      </w:r>
      <w:r>
        <w:t>hai, Political Power hai, yeh kisi ke paas aata hai to mustaqil is ke paas nahin rehta.</w:t>
      </w:r>
    </w:p>
    <w:p>
      <w:pPr>
        <w:jc w:val="right"/>
      </w:pPr>
      <w:r>
        <w:t>ہے، Political Power ہے، یہ کسی کے پاس آتا ہے تو مستقل اس کے پاس نہیں رہتا۔</w:t>
      </w:r>
    </w:p>
    <w:p>
      <w:r>
        <w:rPr>
          <w:b/>
        </w:rPr>
        <w:t xml:space="preserve">[14:15] </w:t>
      </w:r>
      <w:r>
        <w:t>badalta rehta hai.</w:t>
      </w:r>
    </w:p>
    <w:p>
      <w:pPr>
        <w:jc w:val="right"/>
      </w:pPr>
      <w:r>
        <w:t>بدلتا رہتا ہے۔</w:t>
      </w:r>
    </w:p>
    <w:p>
      <w:r>
        <w:rPr>
          <w:b/>
        </w:rPr>
        <w:t xml:space="preserve">[14:21] </w:t>
      </w:r>
      <w:r>
        <w:t>aaj aadmi daulatmand hai, kal is ke ghar se daulat chali jayegi.</w:t>
      </w:r>
    </w:p>
    <w:p>
      <w:pPr>
        <w:jc w:val="right"/>
      </w:pPr>
      <w:r>
        <w:t>آج آدمی دولت مند ہے، کل اس کے گھر سے دولت چلی جائے گی۔</w:t>
      </w:r>
    </w:p>
    <w:p>
      <w:r>
        <w:rPr>
          <w:b/>
        </w:rPr>
        <w:t xml:space="preserve">[14:27] </w:t>
      </w:r>
      <w:r>
        <w:t>aaj ek aadmi ko Political Power mila hua hai, kal is ko Political Power nahin rahegi is ke paas.</w:t>
      </w:r>
    </w:p>
    <w:p>
      <w:pPr>
        <w:jc w:val="right"/>
      </w:pPr>
      <w:r>
        <w:t>آج ایک آدمی کو Political Power ملا ہوا ہے، کل اس کو Political Power نہیں رہے گی اس کے پاس۔</w:t>
      </w:r>
    </w:p>
    <w:p>
      <w:r>
        <w:rPr>
          <w:b/>
        </w:rPr>
        <w:t xml:space="preserve">[14:33] </w:t>
      </w:r>
      <w:r>
        <w:t>yeh hai tilka al ayyamu nudaoo laha banu al naas yeh Turn by Turn, un kabhi un ko, kabhi in</w:t>
      </w:r>
    </w:p>
    <w:p>
      <w:pPr>
        <w:jc w:val="right"/>
      </w:pPr>
      <w:r>
        <w:t>یہ ہے تِلْكُ الْأَيَّامُ نُدَاۤا لُهَا بَنَ النَّاسِ یہ Turn by Turn، ان کبھی ان کو، کبھی ان</w:t>
      </w:r>
    </w:p>
    <w:p>
      <w:r>
        <w:rPr>
          <w:b/>
        </w:rPr>
        <w:t xml:space="preserve">[14:39] </w:t>
      </w:r>
      <w:r>
        <w:t>ko, kabhi un ko, kabhi un ko.</w:t>
      </w:r>
    </w:p>
    <w:p>
      <w:pPr>
        <w:jc w:val="right"/>
      </w:pPr>
      <w:r>
        <w:t>کو، کبھی ان کو، کبھی ان کو۔</w:t>
      </w:r>
    </w:p>
    <w:p>
      <w:r>
        <w:rPr>
          <w:b/>
        </w:rPr>
        <w:t xml:space="preserve">[14:45] </w:t>
      </w:r>
      <w:r>
        <w:t>to is ka raaz kya hai? to jin se daulat ya iqtidaar chheena hoga, un se poochhein to</w:t>
      </w:r>
    </w:p>
    <w:p>
      <w:pPr>
        <w:jc w:val="right"/>
      </w:pPr>
      <w:r>
        <w:t>تو اس کا راز کیا ہے؟ تو جن سے دولت یا اقتدار چھینا ہوگا، ان سے پوچھیں تو</w:t>
      </w:r>
    </w:p>
    <w:p>
      <w:r>
        <w:rPr>
          <w:b/>
        </w:rPr>
        <w:t xml:space="preserve">[14:51] </w:t>
      </w:r>
      <w:r>
        <w:t>woh kahenge Injustice Injustice tha? Injustice nahin tha woh.</w:t>
      </w:r>
    </w:p>
    <w:p>
      <w:pPr>
        <w:jc w:val="right"/>
      </w:pPr>
      <w:r>
        <w:t>وہ کہیں گے Injustice Injustice تھا؟ Injustice نہیں تھا وہ۔</w:t>
      </w:r>
    </w:p>
    <w:p>
      <w:r>
        <w:rPr>
          <w:b/>
        </w:rPr>
        <w:t xml:space="preserve">[14:56] </w:t>
      </w:r>
      <w:r>
        <w:t>woh Allah ka ek qanoon tha.</w:t>
      </w:r>
    </w:p>
    <w:p>
      <w:pPr>
        <w:jc w:val="right"/>
      </w:pPr>
      <w:r>
        <w:t>وہ اللہ کا ایک قانون تھا۔</w:t>
      </w:r>
    </w:p>
    <w:p>
      <w:r>
        <w:rPr>
          <w:b/>
        </w:rPr>
        <w:t xml:space="preserve">[15:02] </w:t>
      </w:r>
      <w:r>
        <w:t>kyon? kya hai qanoon? dekhein, jab kisi ke paas, kisi Family ke paas bohat ziyaada daulat aa gayi,</w:t>
      </w:r>
    </w:p>
    <w:p>
      <w:pPr>
        <w:jc w:val="right"/>
      </w:pPr>
      <w:r>
        <w:t>کیوں؟ کیا ہے قانون؟ دیکھیں، جب کسی کے پاس، کسی Family کے پاس بہت زیادہ دولت آ گئی،</w:t>
      </w:r>
    </w:p>
    <w:p>
      <w:r>
        <w:rPr>
          <w:b/>
        </w:rPr>
        <w:t xml:space="preserve">[15:08] </w:t>
      </w:r>
      <w:r>
        <w:t>bahut dinon tak woh Influence rahe un ke haan, to kya hota hai? un ke andar Incentive ghat jata hai.</w:t>
      </w:r>
    </w:p>
    <w:p>
      <w:pPr>
        <w:jc w:val="right"/>
      </w:pPr>
      <w:r>
        <w:t>بہت دنوں تک وہ Influence رہے ان کے ہاں، تو کیا ہوتا ہے؟ ان کے اندر Incentive گھٹ جاتا ہے۔</w:t>
      </w:r>
    </w:p>
    <w:p>
      <w:r>
        <w:rPr>
          <w:b/>
        </w:rPr>
        <w:t xml:space="preserve">[15:14] </w:t>
      </w:r>
      <w:r>
        <w:t>sab kaam ho raha hai, sab kaam ho raha hai, sab kaam ho raha hai, koi, koi, koi,</w:t>
      </w:r>
    </w:p>
    <w:p>
      <w:pPr>
        <w:jc w:val="right"/>
      </w:pPr>
      <w:r>
        <w:t>سب کام ہو رہا ہے، سب کام ہو رہا ہے، سب کام ہو رہا ہے، کوئی، کوئی، کوئی،</w:t>
      </w:r>
    </w:p>
    <w:p>
      <w:r>
        <w:rPr>
          <w:b/>
        </w:rPr>
        <w:t xml:space="preserve">[15:20] </w:t>
      </w:r>
      <w:r>
        <w:t>kahin atakta nahin koi kaam.</w:t>
      </w:r>
    </w:p>
    <w:p>
      <w:pPr>
        <w:jc w:val="right"/>
      </w:pPr>
      <w:r>
        <w:t>کہیں اٹکتا نہیں کوئی کام۔</w:t>
      </w:r>
    </w:p>
    <w:p>
      <w:r>
        <w:rPr>
          <w:b/>
        </w:rPr>
        <w:t xml:space="preserve">[15:26] </w:t>
      </w:r>
      <w:r>
        <w:t>to un ke haan jo un ke bete, pote, nawase paida hote hain, bilkul woh Incentive se khali hote hain.</w:t>
      </w:r>
    </w:p>
    <w:p>
      <w:pPr>
        <w:jc w:val="right"/>
      </w:pPr>
      <w:r>
        <w:t>تو ان کے ہاں جو ان کے بیٹے، پوتے، نواسے پیدا ہوتے ہیں، بالکل وہ Incentive سے خالی ہوتے ہیں۔</w:t>
      </w:r>
    </w:p>
    <w:p>
      <w:r>
        <w:rPr>
          <w:b/>
        </w:rPr>
        <w:t xml:space="preserve">[15:32] </w:t>
      </w:r>
      <w:r>
        <w:t>un ke haan to har kaam munh se bola aur kaam ho gaya.</w:t>
      </w:r>
    </w:p>
    <w:p>
      <w:pPr>
        <w:jc w:val="right"/>
      </w:pPr>
      <w:r>
        <w:t>ان کے ہاں تو ہر کام منہ سے بولا اور کام ہو گیا۔</w:t>
      </w:r>
    </w:p>
    <w:p>
      <w:r>
        <w:rPr>
          <w:b/>
        </w:rPr>
        <w:t xml:space="preserve">[15:38] </w:t>
      </w:r>
      <w:r>
        <w:t>munh se bole to car aa gayi, munh se bole to khana aa gaya, munh se bole to</w:t>
      </w:r>
    </w:p>
    <w:p>
      <w:pPr>
        <w:jc w:val="right"/>
      </w:pPr>
      <w:r>
        <w:t>منہ سے بولے تو کار آ گئی، منہ سے بولے تو کھانا آ گیا، منہ سے بولے تو</w:t>
      </w:r>
    </w:p>
    <w:p>
      <w:r>
        <w:rPr>
          <w:b/>
        </w:rPr>
        <w:t xml:space="preserve">[15:43] </w:t>
      </w:r>
      <w:r>
        <w:t>har kaam ho gaya.</w:t>
      </w:r>
    </w:p>
    <w:p>
      <w:pPr>
        <w:jc w:val="right"/>
      </w:pPr>
      <w:r>
        <w:t>ہر کام ہو گیا۔</w:t>
      </w:r>
    </w:p>
    <w:p>
      <w:r>
        <w:rPr>
          <w:b/>
        </w:rPr>
        <w:t xml:space="preserve">[15:49] </w:t>
      </w:r>
      <w:r>
        <w:t>to un ko, un ke andar Incentive ka karne ka Incentive khatm ho jata hai.</w:t>
      </w:r>
    </w:p>
    <w:p>
      <w:pPr>
        <w:jc w:val="right"/>
      </w:pPr>
      <w:r>
        <w:t>تو ان کو، ان کے اندر Incentive کا کرنے کا Incentive ختم ہو جاتا ہے۔</w:t>
      </w:r>
    </w:p>
    <w:p>
      <w:r>
        <w:rPr>
          <w:b/>
        </w:rPr>
        <w:t xml:space="preserve">[15:55] </w:t>
      </w:r>
      <w:r>
        <w:t>ke main karunga tab mujhe khana milega, main karunga tab mujhe car milegi.</w:t>
      </w:r>
    </w:p>
    <w:p>
      <w:pPr>
        <w:jc w:val="right"/>
      </w:pPr>
      <w:r>
        <w:t>کہ میں کروں گا تب مجھے کھانا ملے گا، میں کروں گا تب مجھے کار ملے گی۔</w:t>
      </w:r>
    </w:p>
    <w:p>
      <w:r>
        <w:rPr>
          <w:b/>
        </w:rPr>
        <w:t xml:space="preserve">[16:01] </w:t>
      </w:r>
      <w:r>
        <w:t>yeh khatm ho jata hai.</w:t>
      </w:r>
    </w:p>
    <w:p>
      <w:pPr>
        <w:jc w:val="right"/>
      </w:pPr>
      <w:r>
        <w:t>یہ ختم ہو جاتا ہے۔</w:t>
      </w:r>
    </w:p>
    <w:p>
      <w:r>
        <w:rPr>
          <w:b/>
        </w:rPr>
        <w:t xml:space="preserve">[16:07] </w:t>
      </w:r>
      <w:r>
        <w:t>jab Incentive khatm hua to kya hua? is ka matlab ke aadmi Stagnation aa gaya.</w:t>
      </w:r>
    </w:p>
    <w:p>
      <w:pPr>
        <w:jc w:val="right"/>
      </w:pPr>
      <w:r>
        <w:t>جب Incentive ختم ہوا تو کیا ہوا؟ اس کا مطلب کہ آدمی Stagnation آ گیا۔</w:t>
      </w:r>
    </w:p>
    <w:p>
      <w:r>
        <w:rPr>
          <w:b/>
        </w:rPr>
        <w:t xml:space="preserve">[16:13] </w:t>
      </w:r>
      <w:r>
        <w:t>jahan Incentive na rahe, jahan Motivation na rahe, to wahan par kya hoga? Stagnation aa jayega.</w:t>
      </w:r>
    </w:p>
    <w:p>
      <w:pPr>
        <w:jc w:val="right"/>
      </w:pPr>
      <w:r>
        <w:t>جہاں Incentive نہ رہے، جہاں Motivation نہ رہے، تو وہاں پر کیا ہوگا؟ Stagnation آ جائے گا۔</w:t>
      </w:r>
    </w:p>
    <w:p>
      <w:r>
        <w:rPr>
          <w:b/>
        </w:rPr>
        <w:t xml:space="preserve">[16:19] </w:t>
      </w:r>
      <w:r>
        <w:t>yeh maamla Political Power ka hai.</w:t>
      </w:r>
    </w:p>
    <w:p>
      <w:pPr>
        <w:jc w:val="right"/>
      </w:pPr>
      <w:r>
        <w:t>یہ معاملہ Political Power کا ہے۔</w:t>
      </w:r>
    </w:p>
    <w:p>
      <w:r>
        <w:rPr>
          <w:b/>
        </w:rPr>
        <w:t xml:space="preserve">[16:25] </w:t>
      </w:r>
      <w:r>
        <w:t>kisi Family mein ya kisi Party mein bahut dinon tak Political Power rahe, to aap un ka Survey</w:t>
      </w:r>
    </w:p>
    <w:p>
      <w:pPr>
        <w:jc w:val="right"/>
      </w:pPr>
      <w:r>
        <w:t>کسی Family میں یا کسی Party میں بہت دنوں تک Political Power رہے، تو آپ ان کا Survey</w:t>
      </w:r>
    </w:p>
    <w:p>
      <w:r>
        <w:rPr>
          <w:b/>
        </w:rPr>
        <w:t xml:space="preserve">[16:30] </w:t>
      </w:r>
      <w:r>
        <w:t>kijiye, un logon mein Incentive khatm ho jayega.</w:t>
      </w:r>
    </w:p>
    <w:p>
      <w:pPr>
        <w:jc w:val="right"/>
      </w:pPr>
      <w:r>
        <w:t>کیجیے، ان لوگوں میں Incentive ختم ہو جائے گا۔</w:t>
      </w:r>
    </w:p>
    <w:p>
      <w:r>
        <w:rPr>
          <w:b/>
        </w:rPr>
        <w:t xml:space="preserve">[16:36] </w:t>
      </w:r>
      <w:r>
        <w:t>aur Incentive jaan hai tarraqi ki.</w:t>
      </w:r>
    </w:p>
    <w:p>
      <w:pPr>
        <w:jc w:val="right"/>
      </w:pPr>
      <w:r>
        <w:t>اور Incentive جان ہے ترقی کی۔</w:t>
      </w:r>
    </w:p>
    <w:p>
      <w:r>
        <w:rPr>
          <w:b/>
        </w:rPr>
        <w:t xml:space="preserve">[16:42] </w:t>
      </w:r>
      <w:r>
        <w:t>Incentive tarraqi ki jaan hai ke mujhe karna hai, nahin karunga to mujhe nahin milega.</w:t>
      </w:r>
    </w:p>
    <w:p>
      <w:pPr>
        <w:jc w:val="right"/>
      </w:pPr>
      <w:r>
        <w:t>Incentive ترقی کی جان ہے کہ مجھے کرنا ہے، نہیں کروں گا تو مجھے نہیں ملے گا۔</w:t>
      </w:r>
    </w:p>
    <w:p>
      <w:r>
        <w:rPr>
          <w:b/>
        </w:rPr>
        <w:t xml:space="preserve">[16:48] </w:t>
      </w:r>
      <w:r>
        <w:t>to Allah taala ki is qeemat mein yeh cheez nahin ke logon ko cheezen Free milti rahen.</w:t>
      </w:r>
    </w:p>
    <w:p>
      <w:pPr>
        <w:jc w:val="right"/>
      </w:pPr>
      <w:r>
        <w:t>تو اللہ تعالیٰ کی اس قیمت میں یہ چیز نہیں کہ لوگوں کو چیزیں Free ملتی رہیں۔</w:t>
      </w:r>
    </w:p>
    <w:p>
      <w:r>
        <w:rPr>
          <w:b/>
        </w:rPr>
        <w:t xml:space="preserve">[16:54] </w:t>
      </w:r>
      <w:r>
        <w:t>daulat bhi Free mein, Political Power Free mein.</w:t>
      </w:r>
    </w:p>
    <w:p>
      <w:pPr>
        <w:jc w:val="right"/>
      </w:pPr>
      <w:r>
        <w:t>دولت بھی Free میں، Political Power Free میں۔</w:t>
      </w:r>
    </w:p>
    <w:p>
      <w:r>
        <w:rPr>
          <w:b/>
        </w:rPr>
        <w:t xml:space="preserve">[17:00] </w:t>
      </w:r>
      <w:r>
        <w:t>to badalta hai, Allah taala badalta hai.</w:t>
      </w:r>
    </w:p>
    <w:p>
      <w:pPr>
        <w:jc w:val="right"/>
      </w:pPr>
      <w:r>
        <w:t>تو بدلتا ہے، اللہ تعالیٰ بدلتا ہے۔</w:t>
      </w:r>
    </w:p>
    <w:p>
      <w:r>
        <w:rPr>
          <w:b/>
        </w:rPr>
        <w:t xml:space="preserve">[17:06] </w:t>
      </w:r>
      <w:r>
        <w:t>wa tilka al ayyam nudaluha bayna al nas taake Incentive baqi rahe, Motivation baqi rahe, Challenge baqi rahe.</w:t>
      </w:r>
    </w:p>
    <w:p>
      <w:pPr>
        <w:jc w:val="right"/>
      </w:pPr>
      <w:r>
        <w:t>وَتِلْكُ الْأَيَّامُ نُدَاۤا لُهَا بَنَ النَّاسِ تاکہ Incentive باقی رہے، Motivation باقی رہے، Challenge باقی رہے۔</w:t>
      </w:r>
    </w:p>
    <w:p>
      <w:r>
        <w:rPr>
          <w:b/>
        </w:rPr>
        <w:t xml:space="preserve">[17:12] </w:t>
      </w:r>
      <w:r>
        <w:t>insan Stagnation se bacha rahe.</w:t>
      </w:r>
    </w:p>
    <w:p>
      <w:pPr>
        <w:jc w:val="right"/>
      </w:pPr>
      <w:r>
        <w:t>انسان Stagnation سے بچا رہے۔</w:t>
      </w:r>
    </w:p>
    <w:p>
      <w:r>
        <w:rPr>
          <w:b/>
        </w:rPr>
        <w:t xml:space="preserve">[17:17] </w:t>
      </w:r>
      <w:r>
        <w:t>ab jo is ko na jaane to kahega dekho yeh kitna galat hai ke Mughlon ke jab</w:t>
      </w:r>
    </w:p>
    <w:p>
      <w:pPr>
        <w:jc w:val="right"/>
      </w:pPr>
      <w:r>
        <w:t>اب جو اس کو نہ جانے تو کہے گا دیکھو یہ کتنا غلط ہے کہ مغلوں کے جب</w:t>
      </w:r>
    </w:p>
    <w:p>
      <w:r>
        <w:rPr>
          <w:b/>
        </w:rPr>
        <w:t xml:space="preserve">[17:23] </w:t>
      </w:r>
      <w:r>
        <w:t>ikhtedar chhin gaya Mughlon se to un ki nasal jo thi woh shikayat karti rahi ke qatey kharab hain.</w:t>
      </w:r>
    </w:p>
    <w:p>
      <w:pPr>
        <w:jc w:val="right"/>
      </w:pPr>
      <w:r>
        <w:t>اقتدار چھن گیا مغلوں سے تو ان کی نسل جو تھی وہ شکایت کرتی رہی کہ قطعے خراب ہیں۔</w:t>
      </w:r>
    </w:p>
    <w:p>
      <w:r>
        <w:rPr>
          <w:b/>
        </w:rPr>
        <w:t xml:space="preserve">[17:29] </w:t>
      </w:r>
      <w:r>
        <w:t>We British aise hum hamesha hota hai ke jis se chhinata hai to woh shikayat karta hai.</w:t>
      </w:r>
    </w:p>
    <w:p>
      <w:pPr>
        <w:jc w:val="right"/>
      </w:pPr>
      <w:r>
        <w:t>We British ایسے ہم ہمیشہ ہوتا ہے کہ جس سے چھنتا ہے تو وہ شکایت کرتا ہے۔</w:t>
      </w:r>
    </w:p>
    <w:p>
      <w:r>
        <w:rPr>
          <w:b/>
        </w:rPr>
        <w:t xml:space="preserve">[17:35] </w:t>
      </w:r>
      <w:r>
        <w:t>halankey woh chhanna jo hai is liye hai ke un ke andar Incentive jagaya jaye, un ko Challenge</w:t>
      </w:r>
    </w:p>
    <w:p>
      <w:pPr>
        <w:jc w:val="right"/>
      </w:pPr>
      <w:r>
        <w:t>حالانکہ وہ چھننا جو ہے اس لیے ہے کہ ان کے اندر Incentive جگایا جائے، ان کو Challenge</w:t>
      </w:r>
    </w:p>
    <w:p>
      <w:r>
        <w:rPr>
          <w:b/>
        </w:rPr>
        <w:t xml:space="preserve">[17:41] </w:t>
      </w:r>
      <w:r>
        <w:t>ka samna karna parey.</w:t>
      </w:r>
    </w:p>
    <w:p>
      <w:pPr>
        <w:jc w:val="right"/>
      </w:pPr>
      <w:r>
        <w:t>کا سامنا کرنا پڑے۔</w:t>
      </w:r>
    </w:p>
    <w:p>
      <w:r>
        <w:rPr>
          <w:b/>
        </w:rPr>
        <w:t xml:space="preserve">[17:47] </w:t>
      </w:r>
      <w:r>
        <w:t>to jo log is ko janen to woh nafs mutma'in ban jayen ge.</w:t>
      </w:r>
    </w:p>
    <w:p>
      <w:pPr>
        <w:jc w:val="right"/>
      </w:pPr>
      <w:r>
        <w:t>تو جو لوگ اس کو جانیں تو وہ نفس مطمئن بن جائیں گے۔</w:t>
      </w:r>
    </w:p>
    <w:p>
      <w:r>
        <w:rPr>
          <w:b/>
        </w:rPr>
        <w:t xml:space="preserve">[17:53] </w:t>
      </w:r>
      <w:r>
        <w:t>jo na janen woh be itminani ki zindagi guzaren ge.</w:t>
      </w:r>
    </w:p>
    <w:p>
      <w:pPr>
        <w:jc w:val="right"/>
      </w:pPr>
      <w:r>
        <w:t>جو نہ جانیں وہ بے اطمینانی کی زندگی گزاریں گے۔</w:t>
      </w:r>
    </w:p>
    <w:p>
      <w:r>
        <w:rPr>
          <w:b/>
        </w:rPr>
        <w:t xml:space="preserve">[17:59] </w:t>
      </w:r>
      <w:r>
        <w:t>Tension mein rahen ge.</w:t>
      </w:r>
    </w:p>
    <w:p>
      <w:pPr>
        <w:jc w:val="right"/>
      </w:pPr>
      <w:r>
        <w:t>Tension میں رہیں گے۔</w:t>
      </w:r>
    </w:p>
    <w:p>
      <w:r>
        <w:rPr>
          <w:b/>
        </w:rPr>
        <w:t xml:space="preserve">[18:04] </w:t>
      </w:r>
      <w:r>
        <w:t>shikayat karen ge.</w:t>
      </w:r>
    </w:p>
    <w:p>
      <w:pPr>
        <w:jc w:val="right"/>
      </w:pPr>
      <w:r>
        <w:t>شکایت کریں گے۔</w:t>
      </w:r>
    </w:p>
    <w:p>
      <w:r>
        <w:rPr>
          <w:b/>
        </w:rPr>
        <w:t xml:space="preserve">[18:10] </w:t>
      </w:r>
      <w:r>
        <w:t>Protest karen ge.</w:t>
      </w:r>
    </w:p>
    <w:p>
      <w:pPr>
        <w:jc w:val="right"/>
      </w:pPr>
      <w:r>
        <w:t>Protest کریں گے۔</w:t>
      </w:r>
    </w:p>
    <w:p>
      <w:r>
        <w:rPr>
          <w:b/>
        </w:rPr>
        <w:t xml:space="preserve">[18:16] </w:t>
      </w:r>
      <w:r>
        <w:t>yani lafz badal kar mein kahun ga ke jab naye khoon zindagi mein, zindagi ke karobar ko chalane</w:t>
      </w:r>
    </w:p>
    <w:p>
      <w:pPr>
        <w:jc w:val="right"/>
      </w:pPr>
      <w:r>
        <w:t>یعنی لفظ بدل کر میں کہوں گا کہ جب نئے خون زندگی میں، زندگی کے کاروبار کو چلانے</w:t>
      </w:r>
    </w:p>
    <w:p>
      <w:r>
        <w:rPr>
          <w:b/>
        </w:rPr>
        <w:t xml:space="preserve">[18:22] </w:t>
      </w:r>
      <w:r>
        <w:t>ke liye hamesha naye khoon ki zaroorat hoti hai.</w:t>
      </w:r>
    </w:p>
    <w:p>
      <w:pPr>
        <w:jc w:val="right"/>
      </w:pPr>
      <w:r>
        <w:t>کے لیے ہمیشہ نئے خون کی ضرورت ہوتی ہے۔</w:t>
      </w:r>
    </w:p>
    <w:p>
      <w:r>
        <w:rPr>
          <w:b/>
        </w:rPr>
        <w:t xml:space="preserve">[18:28] </w:t>
      </w:r>
      <w:r>
        <w:t>purana khoon sar rahe, naya khoon na aye to taraqqi nahi hogi.</w:t>
      </w:r>
    </w:p>
    <w:p>
      <w:pPr>
        <w:jc w:val="right"/>
      </w:pPr>
      <w:r>
        <w:t>پرانا خون سر رہے، نیا خون نہ آئے تو ترقی نہیں ہوگی۔</w:t>
      </w:r>
    </w:p>
    <w:p>
      <w:r>
        <w:rPr>
          <w:b/>
        </w:rPr>
        <w:t xml:space="preserve">[18:34] </w:t>
      </w:r>
      <w:r>
        <w:t>jaise aap dekhiye, ek garha hai, us mein pani bhara hua hai.</w:t>
      </w:r>
    </w:p>
    <w:p>
      <w:pPr>
        <w:jc w:val="right"/>
      </w:pPr>
      <w:r>
        <w:t>جیسے آپ دیکھیے، ایک گڑھا ہے، اس میں پانی بھرا ہوا ہے۔</w:t>
      </w:r>
    </w:p>
    <w:p>
      <w:r>
        <w:rPr>
          <w:b/>
        </w:rPr>
        <w:t xml:space="preserve">[18:40] </w:t>
      </w:r>
      <w:r>
        <w:t>kuch dinon ke baad us mein aap dekhen ke Pollution, Polluted Water ban gaya, ban gaya woh.</w:t>
      </w:r>
    </w:p>
    <w:p>
      <w:pPr>
        <w:jc w:val="right"/>
      </w:pPr>
      <w:r>
        <w:t>کچھ دنوں کے بعد اس میں آپ دیکھیں کہ Pollution، Polluted Water بن گیا، بن گیا وہ۔</w:t>
      </w:r>
    </w:p>
    <w:p>
      <w:r>
        <w:rPr>
          <w:b/>
        </w:rPr>
        <w:t xml:space="preserve">[18:46] </w:t>
      </w:r>
      <w:r>
        <w:t>lekin jo behta hua chashma hai, behta hua darya hai, us ke pani mein kabhi Pollution nahi hota.</w:t>
      </w:r>
    </w:p>
    <w:p>
      <w:pPr>
        <w:jc w:val="right"/>
      </w:pPr>
      <w:r>
        <w:t>لیکن جو بہتا ہوا چشمہ ہے، بہتا ہوا دریا ہے، اس کے پانی میں کبھی Pollution نہیں ہوتا۔</w:t>
      </w:r>
    </w:p>
    <w:p>
      <w:r>
        <w:rPr>
          <w:b/>
        </w:rPr>
        <w:t xml:space="preserve">[18:52] </w:t>
      </w:r>
      <w:r>
        <w:t>kyun ke woh to beh raha hai.</w:t>
      </w:r>
    </w:p>
    <w:p>
      <w:pPr>
        <w:jc w:val="right"/>
      </w:pPr>
      <w:r>
        <w:t>کیونکہ وہ تو بہہ رہا ہے۔</w:t>
      </w:r>
    </w:p>
    <w:p>
      <w:r>
        <w:rPr>
          <w:b/>
        </w:rPr>
        <w:t xml:space="preserve">[18:57] </w:t>
      </w:r>
      <w:r>
        <w:t>hamesha yani purane pani ki jagah naya pani ata hai.</w:t>
      </w:r>
    </w:p>
    <w:p>
      <w:pPr>
        <w:jc w:val="right"/>
      </w:pPr>
      <w:r>
        <w:t>ہمیشہ یعنی پرانے پانی کی جگہ نیا پانی آتا ہے۔</w:t>
      </w:r>
    </w:p>
    <w:p>
      <w:r>
        <w:rPr>
          <w:b/>
        </w:rPr>
        <w:t xml:space="preserve">[19:03] </w:t>
      </w:r>
      <w:r>
        <w:t>paharon se chashme chale aa rahe hain, woh hamesha purani ki jagah naya, purani ki jagah naya ata rehta hai.</w:t>
      </w:r>
    </w:p>
    <w:p>
      <w:pPr>
        <w:jc w:val="right"/>
      </w:pPr>
      <w:r>
        <w:t>پہاڑوں سے چشمے چلے آ رہے ہیں، وہ ہمیشہ پرانی کی جگہ نیا، پرانی کی جگہ نیا آتا رہتا ہے۔</w:t>
      </w:r>
    </w:p>
    <w:p>
      <w:r>
        <w:rPr>
          <w:b/>
        </w:rPr>
        <w:t xml:space="preserve">[19:09] </w:t>
      </w:r>
      <w:r>
        <w:t>to yeh Khuda ka Creation Plan hai.</w:t>
      </w:r>
    </w:p>
    <w:p>
      <w:pPr>
        <w:jc w:val="right"/>
      </w:pPr>
      <w:r>
        <w:t>تو یہ خدا کا Creation Plan ہے۔</w:t>
      </w:r>
    </w:p>
    <w:p>
      <w:r>
        <w:rPr>
          <w:b/>
        </w:rPr>
        <w:t xml:space="preserve">[19:15] </w:t>
      </w:r>
      <w:r>
        <w:t>ab is mein kisi ko, kisi ko kuch kaam bigar jaye to woh kahe ga Injustice hai.</w:t>
      </w:r>
    </w:p>
    <w:p>
      <w:pPr>
        <w:jc w:val="right"/>
      </w:pPr>
      <w:r>
        <w:t>اب اس میں کسی کو، کسی کو کچھ کام بگڑ جائے تو وہ کہے گا Injustice ہے۔</w:t>
      </w:r>
    </w:p>
    <w:p>
      <w:r>
        <w:rPr>
          <w:b/>
        </w:rPr>
        <w:t xml:space="preserve">[19:21] </w:t>
      </w:r>
      <w:r>
        <w:t>kisi ka kaam na bane to kahe ga Injustice hai.</w:t>
      </w:r>
    </w:p>
    <w:p>
      <w:pPr>
        <w:jc w:val="right"/>
      </w:pPr>
      <w:r>
        <w:t>کسی کا کام نہ بنے تو کہے گا Injustice ہے۔</w:t>
      </w:r>
    </w:p>
    <w:p>
      <w:r>
        <w:rPr>
          <w:b/>
        </w:rPr>
        <w:t xml:space="preserve">[19:27] </w:t>
      </w:r>
      <w:r>
        <w:t>yeh Failure of Explanation hai.</w:t>
      </w:r>
    </w:p>
    <w:p>
      <w:pPr>
        <w:jc w:val="right"/>
      </w:pPr>
      <w:r>
        <w:t>یہ Failure of Explanation ہے۔</w:t>
      </w:r>
    </w:p>
    <w:p>
      <w:r>
        <w:rPr>
          <w:b/>
        </w:rPr>
        <w:t xml:space="preserve">[19:33] </w:t>
      </w:r>
      <w:r>
        <w:t>Injustice nahi hai.</w:t>
      </w:r>
    </w:p>
    <w:p>
      <w:pPr>
        <w:jc w:val="right"/>
      </w:pPr>
      <w:r>
        <w:t>Injustice نہیں ہے۔</w:t>
      </w:r>
    </w:p>
    <w:p>
      <w:r>
        <w:rPr>
          <w:b/>
        </w:rPr>
        <w:t xml:space="preserve">[19:39] </w:t>
      </w:r>
      <w:r>
        <w:t>تو جو تو راضی ہونے کا مطلب کیا ہے؟ کہ آپ اتنا intellectually اتنا awakened ہوں، intellectually آپ</w:t>
      </w:r>
    </w:p>
    <w:p>
      <w:pPr>
        <w:jc w:val="right"/>
      </w:pPr>
      <w:r>
        <w:t>تو جو تو راضی ہونے کا مطلب کیا ہے؟ کہ آپ اتنا Intellectually اتنا Awakened ہوں، Intellectually آپ</w:t>
      </w:r>
    </w:p>
    <w:p>
      <w:r>
        <w:rPr>
          <w:b/>
        </w:rPr>
        <w:t xml:space="preserve">[19:44] </w:t>
      </w:r>
      <w:r>
        <w:t>اتنے awakened ہوں کہ آپ اللہ کے، اللہ کے جو management ہے، اس کو سمجھ سکیں۔</w:t>
      </w:r>
    </w:p>
    <w:p>
      <w:pPr>
        <w:jc w:val="right"/>
      </w:pPr>
      <w:r>
        <w:t>اتنے Awakened ہوں کہ آپ اللہ کے، اللہ کے جو Management ہے، اس کو سمجھ سکیں۔</w:t>
      </w:r>
    </w:p>
    <w:p>
      <w:r>
        <w:rPr>
          <w:b/>
        </w:rPr>
        <w:t xml:space="preserve">[19:50] </w:t>
      </w:r>
      <w:r>
        <w:t>aisa kyun hua? waisa kyun hua? Allah History ko Manage kar raha hai.</w:t>
      </w:r>
    </w:p>
    <w:p>
      <w:pPr>
        <w:jc w:val="right"/>
      </w:pPr>
      <w:r>
        <w:t>ایسا کیوں ہوا؟ ویسا کیوں ہوا؟ اللہ History کو Manage کر رہا ہے۔</w:t>
      </w:r>
    </w:p>
    <w:p>
      <w:r>
        <w:rPr>
          <w:b/>
        </w:rPr>
        <w:t xml:space="preserve">[19:56] </w:t>
      </w:r>
      <w:r>
        <w:t>Allah History ko Manage kar raha hai, woh aap apne tadabbur ke zariye jaan saken.</w:t>
      </w:r>
    </w:p>
    <w:p>
      <w:pPr>
        <w:jc w:val="right"/>
      </w:pPr>
      <w:r>
        <w:t>اللہ History کو Manage کر رہا ہے، وہ آپ اپنے تدبر کے ذریعے جان سکیں۔</w:t>
      </w:r>
    </w:p>
    <w:p>
      <w:r>
        <w:rPr>
          <w:b/>
        </w:rPr>
        <w:t xml:space="preserve">[20:02] </w:t>
      </w:r>
      <w:r>
        <w:t>tab aap hain nafs mutma'in.</w:t>
      </w:r>
    </w:p>
    <w:p>
      <w:pPr>
        <w:jc w:val="right"/>
      </w:pPr>
      <w:r>
        <w:t>تب آپ ہیں نفس مطمئن۔</w:t>
      </w:r>
    </w:p>
    <w:p>
      <w:r>
        <w:rPr>
          <w:b/>
        </w:rPr>
        <w:t xml:space="preserve">[20:08] </w:t>
      </w:r>
      <w:r>
        <w:t>warna nafs mutma'in nahi hai.</w:t>
      </w:r>
    </w:p>
    <w:p>
      <w:pPr>
        <w:jc w:val="right"/>
      </w:pPr>
      <w:r>
        <w:t>ورنہ نفس مطمئن نہیں ہے۔</w:t>
      </w:r>
    </w:p>
    <w:p>
      <w:r>
        <w:rPr>
          <w:b/>
        </w:rPr>
        <w:t xml:space="preserve">[20:14] </w:t>
      </w:r>
      <w:r>
        <w:t>aaj dekhiye, phir mein soch raha tha ke misr mein saath baras se Justice ke qaim karne ki</w:t>
      </w:r>
    </w:p>
    <w:p>
      <w:pPr>
        <w:jc w:val="right"/>
      </w:pPr>
      <w:r>
        <w:t>آج دیکھیے، پھر میں سوچ رہا تھا کہ مصر میں ساٹھ برس سے Justice کے قائم کرنے کی</w:t>
      </w:r>
    </w:p>
    <w:p>
      <w:r>
        <w:rPr>
          <w:b/>
        </w:rPr>
        <w:t xml:space="preserve">[20:20] </w:t>
      </w:r>
      <w:r>
        <w:t>tareekh shuru hui.</w:t>
      </w:r>
    </w:p>
    <w:p>
      <w:pPr>
        <w:jc w:val="right"/>
      </w:pPr>
      <w:r>
        <w:t>تاریخ شروع ہوئی۔</w:t>
      </w:r>
    </w:p>
    <w:p>
      <w:r>
        <w:rPr>
          <w:b/>
        </w:rPr>
        <w:t xml:space="preserve">[20:26] </w:t>
      </w:r>
      <w:r>
        <w:t>ke misr mein Justice laya jaye, Justice laya jaye.</w:t>
      </w:r>
    </w:p>
    <w:p>
      <w:pPr>
        <w:jc w:val="right"/>
      </w:pPr>
      <w:r>
        <w:t>کہ مصر میں Justice لایا جائے، Justice لایا جائے۔</w:t>
      </w:r>
    </w:p>
    <w:p>
      <w:r>
        <w:rPr>
          <w:b/>
        </w:rPr>
        <w:t xml:space="preserve">[20:31] </w:t>
      </w:r>
      <w:r>
        <w:t>wahan ek baqayeda Party bani hui hai, Justice Party.</w:t>
      </w:r>
    </w:p>
    <w:p>
      <w:pPr>
        <w:jc w:val="right"/>
      </w:pPr>
      <w:r>
        <w:t>وہاں ایک باقاعدہ Party بنی ہوئی ہے، Justice Party۔</w:t>
      </w:r>
    </w:p>
    <w:p>
      <w:r>
        <w:rPr>
          <w:b/>
        </w:rPr>
        <w:t xml:space="preserve">[20:37] </w:t>
      </w:r>
      <w:r>
        <w:t>yeh kya hai? wajah yeh hai ke saare log jee rahe hain Tension mein, nafs ghair mutmain bane hue hain.</w:t>
      </w:r>
    </w:p>
    <w:p>
      <w:pPr>
        <w:jc w:val="right"/>
      </w:pPr>
      <w:r>
        <w:t>یہ کیا ہے؟ وجہ یہ ہے کہ سارے لوگ جی رہے ہیں Tension میں، نفس غیر مطمئن بنے ہوئے ہیں۔</w:t>
      </w:r>
    </w:p>
    <w:p>
      <w:r>
        <w:rPr>
          <w:b/>
        </w:rPr>
        <w:t xml:space="preserve">[20:43] </w:t>
      </w:r>
      <w:r>
        <w:t>shikayat, Protest, kahin ladte hain, kahin kuch karte hain.</w:t>
      </w:r>
    </w:p>
    <w:p>
      <w:pPr>
        <w:jc w:val="right"/>
      </w:pPr>
      <w:r>
        <w:t>شکایت، Protest، کہیں لڑتے ہیں، کہیں کچھ کرتے ہیں۔</w:t>
      </w:r>
    </w:p>
    <w:p>
      <w:r>
        <w:rPr>
          <w:b/>
        </w:rPr>
        <w:t xml:space="preserve">[20:49] </w:t>
      </w:r>
      <w:r>
        <w:t>to yeh bhi kya hai? yeh Allah ke, ka jo Creation Plan hai, us se bekhabari karti hai.</w:t>
      </w:r>
    </w:p>
    <w:p>
      <w:pPr>
        <w:jc w:val="right"/>
      </w:pPr>
      <w:r>
        <w:t>تو یہ بھی کیا ہے؟ یہ اللہ کے، کا جو Creation Plan ہے، اس سے بے خبری کرتی ہے۔</w:t>
      </w:r>
    </w:p>
    <w:p>
      <w:r>
        <w:rPr>
          <w:b/>
        </w:rPr>
        <w:t xml:space="preserve">[20:55] </w:t>
      </w:r>
      <w:r>
        <w:t>dekhiye, Allah taala ki yeh majboori nahi hai ke dunya mein Ideal Justice qaim ho jaye.</w:t>
      </w:r>
    </w:p>
    <w:p>
      <w:pPr>
        <w:jc w:val="right"/>
      </w:pPr>
      <w:r>
        <w:t>دیکھیے، اللہ تعالیٰ کی یہ مجبوری نہیں ہے کہ دنیا میں Ideal Justice قائم ہو جائے۔</w:t>
      </w:r>
    </w:p>
    <w:p>
      <w:r>
        <w:rPr>
          <w:b/>
        </w:rPr>
        <w:t xml:space="preserve">[21:01] </w:t>
      </w:r>
      <w:r>
        <w:t>kyunke Ideal Justice jahan qaim hoga, wahan Stagnation aa jayega. Intellectual Stagnation.</w:t>
      </w:r>
    </w:p>
    <w:p>
      <w:pPr>
        <w:jc w:val="right"/>
      </w:pPr>
      <w:r>
        <w:t>کیونکہ Ideal Justice جہاں قائم ہوگا، وہاں Stagnation آ جائے گا۔ Intellectual Stagnation۔</w:t>
      </w:r>
    </w:p>
    <w:p>
      <w:r>
        <w:rPr>
          <w:b/>
        </w:rPr>
        <w:t xml:space="preserve">[21:07] </w:t>
      </w:r>
      <w:r>
        <w:t>utar putar nahi rahega, wahan Challenge nahi rahega.</w:t>
      </w:r>
    </w:p>
    <w:p>
      <w:pPr>
        <w:jc w:val="right"/>
      </w:pPr>
      <w:r>
        <w:t>اتر پتر نہیں رہے گا، وہاں Challenge نہیں رہے گا۔</w:t>
      </w:r>
    </w:p>
    <w:p>
      <w:r>
        <w:rPr>
          <w:b/>
        </w:rPr>
        <w:t xml:space="preserve">[21:13] </w:t>
      </w:r>
      <w:r>
        <w:t>to Stagnation, Allah taala ki majboori nahi hai ke Stagnation rahe.</w:t>
      </w:r>
    </w:p>
    <w:p>
      <w:pPr>
        <w:jc w:val="right"/>
      </w:pPr>
      <w:r>
        <w:t>تو Stagnation، اللہ تعالیٰ کی مجبوری نہیں ہے کہ Stagnation رہے۔</w:t>
      </w:r>
    </w:p>
    <w:p>
      <w:r>
        <w:rPr>
          <w:b/>
        </w:rPr>
        <w:t xml:space="preserve">[21:18] </w:t>
      </w:r>
      <w:r>
        <w:t>to chunke insaan ko azadi mili hui hai, is bana par is ka azadi to kabhi khatm nahi ki jati.</w:t>
      </w:r>
    </w:p>
    <w:p>
      <w:pPr>
        <w:jc w:val="right"/>
      </w:pPr>
      <w:r>
        <w:t>تو چونکہ انسان کو آزادی ملی ہوئی ہے، اس بنا پر اس کا آزادی تو کبھی ختم نہیں کی جاتی۔</w:t>
      </w:r>
    </w:p>
    <w:p>
      <w:r>
        <w:rPr>
          <w:b/>
        </w:rPr>
        <w:t xml:space="preserve">[21:24] </w:t>
      </w:r>
      <w:r>
        <w:t>to azadi ko Maintain karte hue Khuda insaan ki History ko Manage kar raha hai.</w:t>
      </w:r>
    </w:p>
    <w:p>
      <w:pPr>
        <w:jc w:val="right"/>
      </w:pPr>
      <w:r>
        <w:t>تو آزادی کو Maintain کرتے ہوئے خدا انسان کی History کو Manage کر رہا ہے۔</w:t>
      </w:r>
    </w:p>
    <w:p>
      <w:r>
        <w:rPr>
          <w:b/>
        </w:rPr>
        <w:t xml:space="preserve">[21:30] </w:t>
      </w:r>
      <w:r>
        <w:t>azadi ko Maintain karte hue Khuda insani History ko Manage kar raha hai.</w:t>
      </w:r>
    </w:p>
    <w:p>
      <w:pPr>
        <w:jc w:val="right"/>
      </w:pPr>
      <w:r>
        <w:t>آزادی کو Maintain کرتے ہوئے خدا انسانی History کو Manage کر رہا ہے۔</w:t>
      </w:r>
    </w:p>
    <w:p>
      <w:r>
        <w:rPr>
          <w:b/>
        </w:rPr>
        <w:t xml:space="preserve">[21:36] </w:t>
      </w:r>
      <w:r>
        <w:t>isi se kuch aisi baatein hoti hain jo kisi ko shakhsi tor par, jise nuqsan ho jaye, shakhsi</w:t>
      </w:r>
    </w:p>
    <w:p>
      <w:pPr>
        <w:jc w:val="right"/>
      </w:pPr>
      <w:r>
        <w:t>اسی سے کچھ ایسی باتیں ہوتی ہیں جو کسی کو شخصی طور پر، جسے نقصان ہو جائے، شخصی</w:t>
      </w:r>
    </w:p>
    <w:p>
      <w:r>
        <w:rPr>
          <w:b/>
        </w:rPr>
        <w:t xml:space="preserve">[21:42] </w:t>
      </w:r>
      <w:r>
        <w:t>tor par woh bura lagay.</w:t>
      </w:r>
    </w:p>
    <w:p>
      <w:pPr>
        <w:jc w:val="right"/>
      </w:pPr>
      <w:r>
        <w:t>طور پر وہ برا لگے۔</w:t>
      </w:r>
    </w:p>
    <w:p>
      <w:r>
        <w:rPr>
          <w:b/>
        </w:rPr>
        <w:t xml:space="preserve">[21:48] </w:t>
      </w:r>
      <w:r>
        <w:t>shakhsi tor par us ko takleef ho jaye.</w:t>
      </w:r>
    </w:p>
    <w:p>
      <w:pPr>
        <w:jc w:val="right"/>
      </w:pPr>
      <w:r>
        <w:t>شخصی طور پر اس کو تکلیف ہو جائے۔</w:t>
      </w:r>
    </w:p>
    <w:p>
      <w:r>
        <w:rPr>
          <w:b/>
        </w:rPr>
        <w:t xml:space="preserve">[21:54] </w:t>
      </w:r>
      <w:r>
        <w:t>us ko kahain ke yeh Problem hai, Evil hai, Injustice hai.</w:t>
      </w:r>
    </w:p>
    <w:p>
      <w:pPr>
        <w:jc w:val="right"/>
      </w:pPr>
      <w:r>
        <w:t>اس کو کہیں کہ یہ Problem ہے، Evil ہے، Injustice ہے۔</w:t>
      </w:r>
    </w:p>
    <w:p>
      <w:r>
        <w:rPr>
          <w:b/>
        </w:rPr>
        <w:t xml:space="preserve">[22:00] </w:t>
      </w:r>
      <w:r>
        <w:t>aisa kuch bhi nahi hai.</w:t>
      </w:r>
    </w:p>
    <w:p>
      <w:pPr>
        <w:jc w:val="right"/>
      </w:pPr>
      <w:r>
        <w:t>ایسا کچھ بھی نہیں ہے۔</w:t>
      </w:r>
    </w:p>
    <w:p>
      <w:r>
        <w:rPr>
          <w:b/>
        </w:rPr>
        <w:t xml:space="preserve">[22:06] </w:t>
      </w:r>
      <w:r>
        <w:t>woh Allah taala ke nizam ke, yani ke nateejay mein ho raha hai.</w:t>
      </w:r>
    </w:p>
    <w:p>
      <w:pPr>
        <w:jc w:val="right"/>
      </w:pPr>
      <w:r>
        <w:t>وہ اللہ تعالیٰ کے نظام کے، یعنی کے نتیجے میں ہو رہا ہے۔</w:t>
      </w:r>
    </w:p>
    <w:p>
      <w:r>
        <w:rPr>
          <w:b/>
        </w:rPr>
        <w:t xml:space="preserve">[22:11] </w:t>
      </w:r>
      <w:r>
        <w:t>woh na ho to woh woh intezam na chale Allah taala ka.</w:t>
      </w:r>
    </w:p>
    <w:p>
      <w:pPr>
        <w:jc w:val="right"/>
      </w:pPr>
      <w:r>
        <w:t>وہ نہ ہو تو وہ وہ انتظام نہ چلے اللہ تعالیٰ کا۔</w:t>
      </w:r>
    </w:p>
    <w:p>
      <w:r>
        <w:rPr>
          <w:b/>
        </w:rPr>
        <w:t xml:space="preserve">[22:17] </w:t>
      </w:r>
      <w:r>
        <w:t>to yeh saare log jo koi kehta hai Problem of Will, koi kehta hai Problem of Injustice, koi</w:t>
      </w:r>
    </w:p>
    <w:p>
      <w:pPr>
        <w:jc w:val="right"/>
      </w:pPr>
      <w:r>
        <w:t>تو یہ سارے لوگ جو کوئی کہتا ہے Problem of Will، کوئی کہتا ہے Problem of Injustice، کوئی</w:t>
      </w:r>
    </w:p>
    <w:p>
      <w:r>
        <w:rPr>
          <w:b/>
        </w:rPr>
        <w:t xml:space="preserve">[22:23] </w:t>
      </w:r>
      <w:r>
        <w:t>kehta hai Violation of Rights, Violation of Human Rights, jitne alfaaz hain, sab sab isi liye hain ke</w:t>
      </w:r>
    </w:p>
    <w:p>
      <w:pPr>
        <w:jc w:val="right"/>
      </w:pPr>
      <w:r>
        <w:t>کہتا ہے Violation of Rights، Violation of Human Rights، جتنے الفاظ ہیں، سب سب اسی لیے ہیں کہ</w:t>
      </w:r>
    </w:p>
    <w:p>
      <w:r>
        <w:rPr>
          <w:b/>
        </w:rPr>
        <w:t xml:space="preserve">[22:29] </w:t>
      </w:r>
      <w:r>
        <w:t>log Creation ke, log Creator ka jo naqsha hai, us ko samjhe baghair cheezon ko Explain karna chahte hain.</w:t>
      </w:r>
    </w:p>
    <w:p>
      <w:pPr>
        <w:jc w:val="right"/>
      </w:pPr>
      <w:r>
        <w:t>لوگ Creation کے، لوگ Creator کا جو نقشہ ہے، اس کو سمجھے بغیر چیزوں کو Explain کرنا چاہتے ہیں۔</w:t>
      </w:r>
    </w:p>
    <w:p>
      <w:r>
        <w:rPr>
          <w:b/>
        </w:rPr>
        <w:t xml:space="preserve">[22:35] </w:t>
      </w:r>
      <w:r>
        <w:t>Problem of Evil, Problem of Injustice is tarah ke jitne alfaaz hain, woh sab isi liye hain ke</w:t>
      </w:r>
    </w:p>
    <w:p>
      <w:pPr>
        <w:jc w:val="right"/>
      </w:pPr>
      <w:r>
        <w:t>Problem of Evil, Problem of Injustice اس طرح کے جتنے الفاظ ہیں، وہ سب اسی لیے ہیں کہ</w:t>
      </w:r>
    </w:p>
    <w:p>
      <w:r>
        <w:rPr>
          <w:b/>
        </w:rPr>
        <w:t xml:space="preserve">[22:41] </w:t>
      </w:r>
      <w:r>
        <w:t>log nafs ghair mutma'in banay hue hain.</w:t>
      </w:r>
    </w:p>
    <w:p>
      <w:pPr>
        <w:jc w:val="right"/>
      </w:pPr>
      <w:r>
        <w:t>لوگ نفس غیر مطمئن بنے ہوئے ہیں۔</w:t>
      </w:r>
    </w:p>
    <w:p>
      <w:r>
        <w:rPr>
          <w:b/>
        </w:rPr>
        <w:t xml:space="preserve">[22:47] </w:t>
      </w:r>
      <w:r>
        <w:t>nafs mutma'in nahi hain.</w:t>
      </w:r>
    </w:p>
    <w:p>
      <w:pPr>
        <w:jc w:val="right"/>
      </w:pPr>
      <w:r>
        <w:t>نفس مطمئن نہیں ہیں۔</w:t>
      </w:r>
    </w:p>
    <w:p>
      <w:r>
        <w:rPr>
          <w:b/>
        </w:rPr>
        <w:t xml:space="preserve">[22:53] </w:t>
      </w:r>
      <w:r>
        <w:t>yani chuna'nche unhon ne Creator ke, Creator ke ki jo jo planning hai, us ke lehaz se mutala nahi kiya.</w:t>
      </w:r>
    </w:p>
    <w:p>
      <w:pPr>
        <w:jc w:val="right"/>
      </w:pPr>
      <w:r>
        <w:t>یعنی چونکہ انہوں نے Creator کے، Creator کے کی جو جو Planning ہے، اس کے لحاظ سے مطالعہ نہیں کیا۔</w:t>
      </w:r>
    </w:p>
    <w:p>
      <w:r>
        <w:rPr>
          <w:b/>
        </w:rPr>
        <w:t xml:space="preserve">[22:58] </w:t>
      </w:r>
      <w:r>
        <w:t>us ke lehaz se cheezon ko samajhne ki koshish nahi ki.</w:t>
      </w:r>
    </w:p>
    <w:p>
      <w:pPr>
        <w:jc w:val="right"/>
      </w:pPr>
      <w:r>
        <w:t>اس کے لحاظ سے چیزوں کو سمجھنے کی کوشش نہیں کی۔</w:t>
      </w:r>
    </w:p>
    <w:p>
      <w:r>
        <w:rPr>
          <w:b/>
        </w:rPr>
        <w:t xml:space="preserve">[23:04] </w:t>
      </w:r>
      <w:r>
        <w:t>Creator ka jo is keem of things hai, us ke mutabiq janne ki koshish nahi ki.</w:t>
      </w:r>
    </w:p>
    <w:p>
      <w:pPr>
        <w:jc w:val="right"/>
      </w:pPr>
      <w:r>
        <w:t>Creator کا جو اس کیم آف تھنگز ہے، اس کے مطابق جاننے کی کوشش نہیں کی۔</w:t>
      </w:r>
    </w:p>
    <w:p>
      <w:r>
        <w:rPr>
          <w:b/>
        </w:rPr>
        <w:t xml:space="preserve">[23:10] </w:t>
      </w:r>
      <w:r>
        <w:t>apne mind se unhon ne cheezon ko liya.</w:t>
      </w:r>
    </w:p>
    <w:p>
      <w:pPr>
        <w:jc w:val="right"/>
      </w:pPr>
      <w:r>
        <w:t>اپنے Mind سے انہوں نے چیزوں کو لیا۔</w:t>
      </w:r>
    </w:p>
    <w:p>
      <w:r>
        <w:rPr>
          <w:b/>
        </w:rPr>
        <w:t xml:space="preserve">[23:16] </w:t>
      </w:r>
      <w:r>
        <w:t>unhon ne har cheez ko, history ko apne mind se liya.</w:t>
      </w:r>
    </w:p>
    <w:p>
      <w:pPr>
        <w:jc w:val="right"/>
      </w:pPr>
      <w:r>
        <w:t>انہوں نے ہر چیز کو، History کو اپنے Mind سے لیا۔</w:t>
      </w:r>
    </w:p>
    <w:p>
      <w:r>
        <w:rPr>
          <w:b/>
        </w:rPr>
        <w:t xml:space="preserve">[23:22] </w:t>
      </w:r>
      <w:r>
        <w:t>to kya hai? phir tension mein par gaye, shikayat mein par gaye, protest karne lagay.</w:t>
      </w:r>
    </w:p>
    <w:p>
      <w:pPr>
        <w:jc w:val="right"/>
      </w:pPr>
      <w:r>
        <w:t>تو کیا ہے؟ پھر Tension میں پڑ گئے، شکایت میں پڑ گئے، Protest کرنے لگے۔</w:t>
      </w:r>
    </w:p>
    <w:p>
      <w:r>
        <w:rPr>
          <w:b/>
        </w:rPr>
        <w:t xml:space="preserve">[23:28] </w:t>
      </w:r>
      <w:r>
        <w:t>yani nafs ghair mutma'in ban gaye.</w:t>
      </w:r>
    </w:p>
    <w:p>
      <w:pPr>
        <w:jc w:val="right"/>
      </w:pPr>
      <w:r>
        <w:t>یعنی نفس غیر مطمئن بن گئے۔</w:t>
      </w:r>
    </w:p>
    <w:p>
      <w:r>
        <w:rPr>
          <w:b/>
        </w:rPr>
        <w:t xml:space="preserve">[23:34] </w:t>
      </w:r>
      <w:r>
        <w:t>to main samajhta hoon ke nafs mutma'in jo hai, woh spiritual development ka sab se ooncha darja hai.</w:t>
      </w:r>
    </w:p>
    <w:p>
      <w:pPr>
        <w:jc w:val="right"/>
      </w:pPr>
      <w:r>
        <w:t>تو میں سمجھتا ہوں کہ نفس مطمئن جو ہے، وہ Spiritual Development کا سب سے اونچا درجہ ہے۔</w:t>
      </w:r>
    </w:p>
    <w:p>
      <w:r>
        <w:rPr>
          <w:b/>
        </w:rPr>
        <w:t xml:space="preserve">[23:40] </w:t>
      </w:r>
      <w:r>
        <w:t>spiritual development ka sab se ooncha darja hai ke aadmi Creator ke naqsha-e-takhlīq ko jaan le.</w:t>
      </w:r>
    </w:p>
    <w:p>
      <w:pPr>
        <w:jc w:val="right"/>
      </w:pPr>
      <w:r>
        <w:t>Spiritual Development کا سب سے اونچا درجہ ہے کہ آدمی Creator کے نقشہ تخلیق کو جان لے۔</w:t>
      </w:r>
    </w:p>
    <w:p>
      <w:r>
        <w:rPr>
          <w:b/>
        </w:rPr>
        <w:t xml:space="preserve">[23:45] </w:t>
      </w:r>
      <w:r>
        <w:t>aadmi Creator ke jo is keem of things hai, Creator ke jo is keem of things hai, us</w:t>
      </w:r>
    </w:p>
    <w:p>
      <w:pPr>
        <w:jc w:val="right"/>
      </w:pPr>
      <w:r>
        <w:t>آدمی Creator کے جو اس کیم آف تھنگز ہے، Creator کے جو اس کیم آف تھنگز ہے، اس</w:t>
      </w:r>
    </w:p>
    <w:p>
      <w:r>
        <w:rPr>
          <w:b/>
        </w:rPr>
        <w:t xml:space="preserve">[23:51] </w:t>
      </w:r>
      <w:r>
        <w:t>ko samajh le.</w:t>
      </w:r>
    </w:p>
    <w:p>
      <w:pPr>
        <w:jc w:val="right"/>
      </w:pPr>
      <w:r>
        <w:t>کو سمجھ لے۔</w:t>
      </w:r>
    </w:p>
    <w:p>
      <w:r>
        <w:rPr>
          <w:b/>
        </w:rPr>
        <w:t xml:space="preserve">[23:57] </w:t>
      </w:r>
      <w:r>
        <w:t>Creator kis tarah manage kar raha hai history ko, us ko samajh le.</w:t>
      </w:r>
    </w:p>
    <w:p>
      <w:pPr>
        <w:jc w:val="right"/>
      </w:pPr>
      <w:r>
        <w:t>Creator کس طرح Manage کر رہا ہے History کو، اس کو سمجھ لے۔</w:t>
      </w:r>
    </w:p>
    <w:p>
      <w:r>
        <w:rPr>
          <w:b/>
        </w:rPr>
        <w:t xml:space="preserve">[24:03] </w:t>
      </w:r>
      <w:r>
        <w:t>ek lafz mein main kahoon ga ke Creator jo hai, jis tarah se woh galaxy ko manage kar</w:t>
      </w:r>
    </w:p>
    <w:p>
      <w:pPr>
        <w:jc w:val="right"/>
      </w:pPr>
      <w:r>
        <w:t>ایک لفظ میں میں کہوں گا کہ Creator جو ہے، جس طرح سے وہ Galaxy کو Manage کر</w:t>
      </w:r>
    </w:p>
    <w:p>
      <w:r>
        <w:rPr>
          <w:b/>
        </w:rPr>
        <w:t xml:space="preserve">[24:09] </w:t>
      </w:r>
      <w:r>
        <w:t>raha hai, solar system ko kar raha hai, aise hi human history ko bhi kar raha hai.</w:t>
      </w:r>
    </w:p>
    <w:p>
      <w:pPr>
        <w:jc w:val="right"/>
      </w:pPr>
      <w:r>
        <w:t>رہا ہے، Solar System کو کر رہا ہے، ایسے ہی Human History کو بھی کر رہا ہے۔</w:t>
      </w:r>
    </w:p>
    <w:p>
      <w:r>
        <w:rPr>
          <w:b/>
        </w:rPr>
        <w:t xml:space="preserve">[24:15] </w:t>
      </w:r>
      <w:r>
        <w:t>woh yeh poori universe ko, jo jo physical universe hai, physical, us ko Creator manage kar raha hai.</w:t>
      </w:r>
    </w:p>
    <w:p>
      <w:pPr>
        <w:jc w:val="right"/>
      </w:pPr>
      <w:r>
        <w:t>وہ یہ پوری Universe کو، جو جو Physical Universe ہے، Physical، اس کو Creator Manage کر رہا ہے۔</w:t>
      </w:r>
    </w:p>
    <w:p>
      <w:r>
        <w:rPr>
          <w:b/>
        </w:rPr>
        <w:t xml:space="preserve">[24:21] </w:t>
      </w:r>
      <w:r>
        <w:t>is tarah se Creator insaan ki history ko bhi manage kar raha hai.</w:t>
      </w:r>
    </w:p>
    <w:p>
      <w:pPr>
        <w:jc w:val="right"/>
      </w:pPr>
      <w:r>
        <w:t>اس طرح سے Creator انسان کی History کو بھی Manage کر رہا ہے۔</w:t>
      </w:r>
    </w:p>
    <w:p>
      <w:r>
        <w:rPr>
          <w:b/>
        </w:rPr>
        <w:t xml:space="preserve">[24:27] </w:t>
      </w:r>
      <w:r>
        <w:t>lekin ek farq hai, woh yeh hai ke physical universe Creator ke mukammal control mein hai.</w:t>
      </w:r>
    </w:p>
    <w:p>
      <w:pPr>
        <w:jc w:val="right"/>
      </w:pPr>
      <w:r>
        <w:t>لیکن ایک فرق ہے، وہ یہ ہے کہ Physical Universe Creator کے مکمل کنٹرول میں ہے۔</w:t>
      </w:r>
    </w:p>
    <w:p>
      <w:r>
        <w:rPr>
          <w:b/>
        </w:rPr>
        <w:t xml:space="preserve">[24:32] </w:t>
      </w:r>
      <w:r>
        <w:t>physical universe jo hai, woh Creator ke mukammal control mein hai.</w:t>
      </w:r>
    </w:p>
    <w:p>
      <w:pPr>
        <w:jc w:val="right"/>
      </w:pPr>
      <w:r>
        <w:t>Physical Universe جو ہے، وہ Creator کے مکمل کنٹرول میں ہے۔</w:t>
      </w:r>
    </w:p>
    <w:p>
      <w:r>
        <w:rPr>
          <w:b/>
        </w:rPr>
        <w:t xml:space="preserve">[24:38] </w:t>
      </w:r>
      <w:r>
        <w:t>is liye wahan bilkul precision hai.</w:t>
      </w:r>
    </w:p>
    <w:p>
      <w:pPr>
        <w:jc w:val="right"/>
      </w:pPr>
      <w:r>
        <w:t>اس لیے وہاں بالکل Precision ہے۔</w:t>
      </w:r>
    </w:p>
    <w:p>
      <w:r>
        <w:rPr>
          <w:b/>
        </w:rPr>
        <w:t xml:space="preserve">[24:44] </w:t>
      </w:r>
      <w:r>
        <w:t>precision, har cheez zero defect ke level par chal rahi hai.</w:t>
      </w:r>
    </w:p>
    <w:p>
      <w:pPr>
        <w:jc w:val="right"/>
      </w:pPr>
      <w:r>
        <w:t>Precision، ہر چیز Zero Defect کے Level پر چل رہی ہے۔</w:t>
      </w:r>
    </w:p>
    <w:p>
      <w:r>
        <w:rPr>
          <w:b/>
        </w:rPr>
        <w:t xml:space="preserve">[24:50] </w:t>
      </w:r>
      <w:r>
        <w:t>zara bhi koi farq nahi.</w:t>
      </w:r>
    </w:p>
    <w:p>
      <w:pPr>
        <w:jc w:val="right"/>
      </w:pPr>
      <w:r>
        <w:t>ذرا بھی کوئی فرق نہیں۔</w:t>
      </w:r>
    </w:p>
    <w:p>
      <w:r>
        <w:rPr>
          <w:b/>
        </w:rPr>
        <w:t xml:space="preserve">[24:56] </w:t>
      </w:r>
      <w:r>
        <w:t>isi Quran mein kaha gaya hai hal tara bil futoor hal tara bil futoor ke poori universe mein jahan bhi</w:t>
      </w:r>
    </w:p>
    <w:p>
      <w:pPr>
        <w:jc w:val="right"/>
      </w:pPr>
      <w:r>
        <w:t>اسی قرآن میں کہا گیا ہے هَلْ تَرَى بِالْفَطُورِ ہل تراب الفطور کہ پوری Universe میں جہاں بھی</w:t>
      </w:r>
    </w:p>
    <w:p>
      <w:r>
        <w:rPr>
          <w:b/>
        </w:rPr>
        <w:t xml:space="preserve">[25:02] </w:t>
      </w:r>
      <w:r>
        <w:t>aap study karein, us mein precision hoga.</w:t>
      </w:r>
    </w:p>
    <w:p>
      <w:pPr>
        <w:jc w:val="right"/>
      </w:pPr>
      <w:r>
        <w:t>آپ Study کریں، اس میں Precision ہوگا۔</w:t>
      </w:r>
    </w:p>
    <w:p>
      <w:r>
        <w:rPr>
          <w:b/>
        </w:rPr>
        <w:t xml:space="preserve">[25:08] </w:t>
      </w:r>
      <w:r>
        <w:t>zara bhi koi fitoor nahi hoga, koi Defect nahi hoga.</w:t>
      </w:r>
    </w:p>
    <w:p>
      <w:pPr>
        <w:jc w:val="right"/>
      </w:pPr>
      <w:r>
        <w:t>ذرا بھی کوئی فتور نہیں ہوگا، کوئی Defect نہیں ہوگا۔</w:t>
      </w:r>
    </w:p>
    <w:p>
      <w:r>
        <w:rPr>
          <w:b/>
        </w:rPr>
        <w:t xml:space="preserve">[25:14] </w:t>
      </w:r>
      <w:r>
        <w:t>yeh jo Defect hai, woh insaan ki zindagi mein hai.</w:t>
      </w:r>
    </w:p>
    <w:p>
      <w:pPr>
        <w:jc w:val="right"/>
      </w:pPr>
      <w:r>
        <w:t>یہ جو Defect ہے، وہ انسان کی زندگی میں ہے۔</w:t>
      </w:r>
    </w:p>
    <w:p>
      <w:r>
        <w:rPr>
          <w:b/>
        </w:rPr>
        <w:t xml:space="preserve">[25:19] </w:t>
      </w:r>
      <w:r>
        <w:t>kyun? Freedom ki wajah se.</w:t>
      </w:r>
    </w:p>
    <w:p>
      <w:pPr>
        <w:jc w:val="right"/>
      </w:pPr>
      <w:r>
        <w:t>کیوں؟ Freedom کی وجہ سے۔</w:t>
      </w:r>
    </w:p>
    <w:p>
      <w:r>
        <w:rPr>
          <w:b/>
        </w:rPr>
        <w:t xml:space="preserve">[25:25] </w:t>
      </w:r>
      <w:r>
        <w:t>chunki insaan ko Allah ne Freedom diya hai, to Freedom ko istemal karna bhi uski apni marzi</w:t>
      </w:r>
    </w:p>
    <w:p>
      <w:pPr>
        <w:jc w:val="right"/>
      </w:pPr>
      <w:r>
        <w:t>چونکہ انسان کو اللہ نے Freedom دیا ہے، تو Freedom کو استعمال کرنا بھی اس کی اپنی مرضی</w:t>
      </w:r>
    </w:p>
    <w:p>
      <w:r>
        <w:rPr>
          <w:b/>
        </w:rPr>
        <w:t xml:space="preserve">[25:31] </w:t>
      </w:r>
      <w:r>
        <w:t>se hota hai.</w:t>
      </w:r>
    </w:p>
    <w:p>
      <w:pPr>
        <w:jc w:val="right"/>
      </w:pPr>
      <w:r>
        <w:t>سے ہوتا ہے۔</w:t>
      </w:r>
    </w:p>
    <w:p>
      <w:r>
        <w:rPr>
          <w:b/>
        </w:rPr>
        <w:t xml:space="preserve">[25:37] </w:t>
      </w:r>
      <w:r>
        <w:t>to main karunga apne lehaz se, to aap ko theek nahi padega.</w:t>
      </w:r>
    </w:p>
    <w:p>
      <w:pPr>
        <w:jc w:val="right"/>
      </w:pPr>
      <w:r>
        <w:t>تو میں کروں گا اپنے لحاظ سے، تو آپ کو ٹھیک نہیں پڑے گا۔</w:t>
      </w:r>
    </w:p>
    <w:p>
      <w:r>
        <w:rPr>
          <w:b/>
        </w:rPr>
        <w:t xml:space="preserve">[25:43] </w:t>
      </w:r>
      <w:r>
        <w:t>aap karenge apne lehaz se, to mujhe theek nahi padega.</w:t>
      </w:r>
    </w:p>
    <w:p>
      <w:pPr>
        <w:jc w:val="right"/>
      </w:pPr>
      <w:r>
        <w:t>آپ کریں گے اپنے لحاظ سے، تو مجھے ٹھیک نہیں پڑے گا۔</w:t>
      </w:r>
    </w:p>
    <w:p>
      <w:r>
        <w:rPr>
          <w:b/>
        </w:rPr>
        <w:t xml:space="preserve">[25:49] </w:t>
      </w:r>
      <w:r>
        <w:t>to main keh dunga ke yeh Injustice hai, yeh to Evil hai, yeh to Human Rights ka Violation hai.</w:t>
      </w:r>
    </w:p>
    <w:p>
      <w:pPr>
        <w:jc w:val="right"/>
      </w:pPr>
      <w:r>
        <w:t>تو میں کہہ دوں گا کہ یہ Injustice ہے، یہ تو Evil ہے، یہ تو Human Rights کا Violation ہے۔</w:t>
      </w:r>
    </w:p>
    <w:p>
      <w:r>
        <w:rPr>
          <w:b/>
        </w:rPr>
        <w:t xml:space="preserve">[25:55] </w:t>
      </w:r>
      <w:r>
        <w:t>aisa nahi hai.</w:t>
      </w:r>
    </w:p>
    <w:p>
      <w:pPr>
        <w:jc w:val="right"/>
      </w:pPr>
      <w:r>
        <w:t>ایسا نہیں ہے۔</w:t>
      </w:r>
    </w:p>
    <w:p>
      <w:r>
        <w:rPr>
          <w:b/>
        </w:rPr>
        <w:t xml:space="preserve">[26:01] </w:t>
      </w:r>
      <w:r>
        <w:t>yeh us maslehat ko samjhiye, jis maslehat ke tehat Creator ne insaan ko azadi di hai.</w:t>
      </w:r>
    </w:p>
    <w:p>
      <w:pPr>
        <w:jc w:val="right"/>
      </w:pPr>
      <w:r>
        <w:t>یہ اس مصلحت کو سمجھیے، جس مصلحت کے تحت Creator نے انسان کو آزادی دی ہے۔</w:t>
      </w:r>
    </w:p>
    <w:p>
      <w:r>
        <w:rPr>
          <w:b/>
        </w:rPr>
        <w:t xml:space="preserve">[26:07] </w:t>
      </w:r>
      <w:r>
        <w:t>tab yeh baat samajh aayegi.</w:t>
      </w:r>
    </w:p>
    <w:p>
      <w:pPr>
        <w:jc w:val="right"/>
      </w:pPr>
      <w:r>
        <w:t>تب یہ بات سمجھ آئے گی۔</w:t>
      </w:r>
    </w:p>
    <w:p>
      <w:r>
        <w:rPr>
          <w:b/>
        </w:rPr>
        <w:t xml:space="preserve">[26:12] </w:t>
      </w:r>
      <w:r>
        <w:t>acha, azadi kyun di hai? insaan ko azadi kyun di hai? Allah taala ko chahiye aise insaan jo</w:t>
      </w:r>
    </w:p>
    <w:p>
      <w:pPr>
        <w:jc w:val="right"/>
      </w:pPr>
      <w:r>
        <w:t>اچھا، آزادی کیوں دی ہے؟ انسان کو آزادی کیوں دی ہے؟ اللہ تعالیٰ کو چاہیے ایسے انسان جو</w:t>
      </w:r>
    </w:p>
    <w:p>
      <w:r>
        <w:rPr>
          <w:b/>
        </w:rPr>
        <w:t xml:space="preserve">[26:18] </w:t>
      </w:r>
      <w:r>
        <w:t>Self-Discovered Truth ki satah par jayen.</w:t>
      </w:r>
    </w:p>
    <w:p>
      <w:pPr>
        <w:jc w:val="right"/>
      </w:pPr>
      <w:r>
        <w:t>Self-Discovered Truth کی سطح پر جئیں۔</w:t>
      </w:r>
    </w:p>
    <w:p>
      <w:r>
        <w:rPr>
          <w:b/>
        </w:rPr>
        <w:t xml:space="preserve">[26:24] </w:t>
      </w:r>
      <w:r>
        <w:t>Self-Discovered Faith Self-Discovered sachai, Self-Discovered sachai ki satah par jayen.</w:t>
      </w:r>
    </w:p>
    <w:p>
      <w:pPr>
        <w:jc w:val="right"/>
      </w:pPr>
      <w:r>
        <w:t>Self-Discovered Faith Self-Discovered سچائی، Self-Discovered سچائی کی سطح پر جئیں۔</w:t>
      </w:r>
    </w:p>
    <w:p>
      <w:r>
        <w:rPr>
          <w:b/>
        </w:rPr>
        <w:t xml:space="preserve">[26:30] </w:t>
      </w:r>
      <w:r>
        <w:t>khud daryaft karen, khud apni aqal ko istemal karen.</w:t>
      </w:r>
    </w:p>
    <w:p>
      <w:pPr>
        <w:jc w:val="right"/>
      </w:pPr>
      <w:r>
        <w:t>خود دریافت کریں، خود اپنی عقل کو استعمال کریں۔</w:t>
      </w:r>
    </w:p>
    <w:p>
      <w:r>
        <w:rPr>
          <w:b/>
        </w:rPr>
        <w:t xml:space="preserve">[26:36] </w:t>
      </w:r>
      <w:r>
        <w:t>inhi logon ke liye jannat hai.</w:t>
      </w:r>
    </w:p>
    <w:p>
      <w:pPr>
        <w:jc w:val="right"/>
      </w:pPr>
      <w:r>
        <w:t>انہی لوگوں کے لیے جنت ہے۔</w:t>
      </w:r>
    </w:p>
    <w:p>
      <w:r>
        <w:rPr>
          <w:b/>
        </w:rPr>
        <w:t xml:space="preserve">[26:42] </w:t>
      </w:r>
      <w:r>
        <w:t>jannat un logon ke liye hai jo nafs mutmain ki halat mein akhirat mein pahunchen.</w:t>
      </w:r>
    </w:p>
    <w:p>
      <w:pPr>
        <w:jc w:val="right"/>
      </w:pPr>
      <w:r>
        <w:t>جنت ان لوگوں کے لیے ہے جو نفس مطمئن کی حالت میں آخرت میں پہنچیں۔</w:t>
      </w:r>
    </w:p>
    <w:p>
      <w:r>
        <w:rPr>
          <w:b/>
        </w:rPr>
        <w:t xml:space="preserve">[26:48] </w:t>
      </w:r>
      <w:r>
        <w:t>to yeh nafs mutmain kaun hai? nafs mutmain kaun hai? jinhon ne Creator ke naqshe takhleeq ko Discover kiya ho.</w:t>
      </w:r>
    </w:p>
    <w:p>
      <w:pPr>
        <w:jc w:val="right"/>
      </w:pPr>
      <w:r>
        <w:t>تو یہ نفس مطمئن کون ہے؟ نفس مطمئن کون ہے؟ جنہوں نے Creator کے نقشہ تخلیق کو Discover کیا ہو۔</w:t>
      </w:r>
    </w:p>
    <w:p>
      <w:r>
        <w:rPr>
          <w:b/>
        </w:rPr>
        <w:t xml:space="preserve">[26:54] </w:t>
      </w:r>
      <w:r>
        <w:t>aur Discover khud karna padta hai aap ko apni aqal ko istemal kar ke.</w:t>
      </w:r>
    </w:p>
    <w:p>
      <w:pPr>
        <w:jc w:val="right"/>
      </w:pPr>
      <w:r>
        <w:t>اور Discover خود کرنا پڑتا ہے آپ کو اپنی عقل کو استعمال کر کے۔</w:t>
      </w:r>
    </w:p>
    <w:p>
      <w:r>
        <w:rPr>
          <w:b/>
        </w:rPr>
        <w:t xml:space="preserve">[26:59] </w:t>
      </w:r>
      <w:r>
        <w:t>Self-Discovery se aata hai nafs mutmain.</w:t>
      </w:r>
    </w:p>
    <w:p>
      <w:pPr>
        <w:jc w:val="right"/>
      </w:pPr>
      <w:r>
        <w:t>Self-Discovery سے آتا ہے نفس مطمئن۔</w:t>
      </w:r>
    </w:p>
    <w:p>
      <w:r>
        <w:rPr>
          <w:b/>
        </w:rPr>
        <w:t xml:space="preserve">[27:05] </w:t>
      </w:r>
      <w:r>
        <w:t>aur nafs mutmain jo hoga, woh uski jannat hai.</w:t>
      </w:r>
    </w:p>
    <w:p>
      <w:pPr>
        <w:jc w:val="right"/>
      </w:pPr>
      <w:r>
        <w:t>اور نفس مطمئن جو ہوگا، وہ اس کی جنت ہے۔</w:t>
      </w:r>
    </w:p>
    <w:p>
      <w:r>
        <w:rPr>
          <w:b/>
        </w:rPr>
        <w:t xml:space="preserve">[27:11] </w:t>
      </w:r>
      <w:r>
        <w:t>to chunke Allah ne chaha ke insaan ko azadi di hai, azadi di, usko aqal diya ke</w:t>
      </w:r>
    </w:p>
    <w:p>
      <w:pPr>
        <w:jc w:val="right"/>
      </w:pPr>
      <w:r>
        <w:t>تو چونکہ اللہ نے چاہا کہ انسان کو آزادی دی ہے، آزادی دی، اس کو عقل دیا کہ</w:t>
      </w:r>
    </w:p>
    <w:p>
      <w:r>
        <w:rPr>
          <w:b/>
        </w:rPr>
        <w:t xml:space="preserve">[27:17] </w:t>
      </w:r>
      <w:r>
        <w:t>woh Self-Discovered Truth par khada ho, to uski wajah se kuch oonch neech hoga.</w:t>
      </w:r>
    </w:p>
    <w:p>
      <w:pPr>
        <w:jc w:val="right"/>
      </w:pPr>
      <w:r>
        <w:t>وہ Self-Discovered Truth پر کھڑا ہو، تو اس کی وجہ سے کچھ اونچ نیچ ہوگا۔</w:t>
      </w:r>
    </w:p>
    <w:p>
      <w:r>
        <w:rPr>
          <w:b/>
        </w:rPr>
        <w:t xml:space="preserve">[27:23] </w:t>
      </w:r>
      <w:r>
        <w:t>kabhi mujhe, mere lehaz se nahi theek lagega, kabhi aap ke lehaz se theek nahi hoga.</w:t>
      </w:r>
    </w:p>
    <w:p>
      <w:pPr>
        <w:jc w:val="right"/>
      </w:pPr>
      <w:r>
        <w:t>کبھی مجھے، میرے لحاظ سے نہیں ٹھیک لگے گا، کبھی آپ کے لحاظ سے ٹھیک نہیں ہوگا۔</w:t>
      </w:r>
    </w:p>
    <w:p>
      <w:r>
        <w:rPr>
          <w:b/>
        </w:rPr>
        <w:t xml:space="preserve">[27:29] </w:t>
      </w:r>
      <w:r>
        <w:t>lekin jo Greater jo maslehat hai, uske lehaz se to sab theek hai.</w:t>
      </w:r>
    </w:p>
    <w:p>
      <w:pPr>
        <w:jc w:val="right"/>
      </w:pPr>
      <w:r>
        <w:t>لیکن جو Greater جو مصلحت ہے، اس کے لحاظ سے تو سب ٹھیک ہے۔</w:t>
      </w:r>
    </w:p>
    <w:p>
      <w:r>
        <w:rPr>
          <w:b/>
        </w:rPr>
        <w:t xml:space="preserve">[27:35] </w:t>
      </w:r>
      <w:r>
        <w:t>woh toh yeh insaan ki apni samajhne ki ghalti hai ke woh kehta hai ke Human Rights ka Violation.</w:t>
      </w:r>
    </w:p>
    <w:p>
      <w:pPr>
        <w:jc w:val="right"/>
      </w:pPr>
      <w:r>
        <w:t>وہ تو یہ انسان کی اپنی سمجھنے کی غلطی ہے کہ وہ کہتا ہے کہ Human Rights کا Violation۔</w:t>
      </w:r>
    </w:p>
    <w:p>
      <w:r>
        <w:rPr>
          <w:b/>
        </w:rPr>
        <w:t xml:space="preserve">[27:41] </w:t>
      </w:r>
      <w:r>
        <w:t>dekhiye, jis ko kehte hain Human Rights ka Violation, woh kya hai? woh yeh hai ke ek insaan</w:t>
      </w:r>
    </w:p>
    <w:p>
      <w:pPr>
        <w:jc w:val="right"/>
      </w:pPr>
      <w:r>
        <w:t>دیکھیے، جس کو کہتے ہیں Human Rights کا Violation، وہ کیا ہے؟ وہ یہ ہے کہ ایک انسان</w:t>
      </w:r>
    </w:p>
    <w:p>
      <w:r>
        <w:rPr>
          <w:b/>
        </w:rPr>
        <w:t xml:space="preserve">[27:46] </w:t>
      </w:r>
      <w:r>
        <w:t>Competition mein kamzor par gaya.</w:t>
      </w:r>
    </w:p>
    <w:p>
      <w:pPr>
        <w:jc w:val="right"/>
      </w:pPr>
      <w:r>
        <w:t>Competition میں کمزور پڑ گیا۔</w:t>
      </w:r>
    </w:p>
    <w:p>
      <w:r>
        <w:rPr>
          <w:b/>
        </w:rPr>
        <w:t xml:space="preserve">[27:52] </w:t>
      </w:r>
      <w:r>
        <w:t>Competition ke jo mahol tha, us mein woh kamzor par gaya.</w:t>
      </w:r>
    </w:p>
    <w:p>
      <w:pPr>
        <w:jc w:val="right"/>
      </w:pPr>
      <w:r>
        <w:t>Competition کے جو ماحول تھا، اس میں وہ کمزور پڑ گیا۔</w:t>
      </w:r>
    </w:p>
    <w:p>
      <w:r>
        <w:rPr>
          <w:b/>
        </w:rPr>
        <w:t xml:space="preserve">[27:58] </w:t>
      </w:r>
      <w:r>
        <w:t>toh kya hua? ke us ko kahin laga ke mujhe, mujhe nahi mila jo maine chaha tha,</w:t>
      </w:r>
    </w:p>
    <w:p>
      <w:pPr>
        <w:jc w:val="right"/>
      </w:pPr>
      <w:r>
        <w:t>تو کیا ہوا؟ کہ اس کو کہیں لگا کہ مجھے، مجھے نہیں ملا جو میں نے چاہا تھا،</w:t>
      </w:r>
    </w:p>
    <w:p>
      <w:r>
        <w:rPr>
          <w:b/>
        </w:rPr>
        <w:t xml:space="preserve">[28:04] </w:t>
      </w:r>
      <w:r>
        <w:t>woh nahi mila mujh ko.</w:t>
      </w:r>
    </w:p>
    <w:p>
      <w:pPr>
        <w:jc w:val="right"/>
      </w:pPr>
      <w:r>
        <w:t>وہ نہیں ملا مجھ کو۔</w:t>
      </w:r>
    </w:p>
    <w:p>
      <w:r>
        <w:rPr>
          <w:b/>
        </w:rPr>
        <w:t xml:space="preserve">[28:10] </w:t>
      </w:r>
      <w:r>
        <w:t>magar woh Violation nahi hai, woh aap ke liye Impetus hai, woh aap ke liye Shock Treatment hai,</w:t>
      </w:r>
    </w:p>
    <w:p>
      <w:pPr>
        <w:jc w:val="right"/>
      </w:pPr>
      <w:r>
        <w:t>مگر وہ Violation نہیں ہے، وہ آپ کے لیے Impetus ہے، وہ آپ کے لیے Shock Treatment ہے،</w:t>
      </w:r>
    </w:p>
    <w:p>
      <w:r>
        <w:rPr>
          <w:b/>
        </w:rPr>
        <w:t xml:space="preserve">[28:16] </w:t>
      </w:r>
      <w:r>
        <w:t>woh aap ke Mind ki Awakening ke liye hai, aap ke Potential ko jagane ke liye.</w:t>
      </w:r>
    </w:p>
    <w:p>
      <w:pPr>
        <w:jc w:val="right"/>
      </w:pPr>
      <w:r>
        <w:t>وہ آپ کے Mind کی Awakening کے لیے ہے، آپ کے Potential کو جگانے کے لیے۔</w:t>
      </w:r>
    </w:p>
    <w:p>
      <w:r>
        <w:rPr>
          <w:b/>
        </w:rPr>
        <w:t xml:space="preserve">[28:22] </w:t>
      </w:r>
      <w:r>
        <w:t>Potential taake aap ka Potential jo hai, woh jaage aur Actual bane.</w:t>
      </w:r>
    </w:p>
    <w:p>
      <w:pPr>
        <w:jc w:val="right"/>
      </w:pPr>
      <w:r>
        <w:t>Potential تاکہ آپ کا Potential جو ہے، وہ جاگے اور Actual بنے۔</w:t>
      </w:r>
    </w:p>
    <w:p>
      <w:r>
        <w:rPr>
          <w:b/>
        </w:rPr>
        <w:t xml:space="preserve">[28:28] </w:t>
      </w:r>
      <w:r>
        <w:t>toh Largest Sense mein jo Allah Ta'ala ki wasiyat hai, maslehat hai, us ke lehaz se yahan na</w:t>
      </w:r>
    </w:p>
    <w:p>
      <w:pPr>
        <w:jc w:val="right"/>
      </w:pPr>
      <w:r>
        <w:t>تو Largest Sense میں جو اللہ تعالیٰ کی وصیت ہے، مصلحت ہے، اس کے لحاظ سے یہاں نہ</w:t>
      </w:r>
    </w:p>
    <w:p>
      <w:r>
        <w:rPr>
          <w:b/>
        </w:rPr>
        <w:t xml:space="preserve">[28:33] </w:t>
      </w:r>
      <w:r>
        <w:t>koi Human Rights ka Violation hai, na koi Injustice hai, na koi Evil hai, kuch bhi nahi.</w:t>
      </w:r>
    </w:p>
    <w:p>
      <w:pPr>
        <w:jc w:val="right"/>
      </w:pPr>
      <w:r>
        <w:t>کوئی Human Rights کا Violation ہے، نہ کوئی Injustice ہے، نہ کوئی Evil ہے، کچھ بھی نہیں۔</w:t>
      </w:r>
    </w:p>
    <w:p>
      <w:r>
        <w:rPr>
          <w:b/>
        </w:rPr>
        <w:t xml:space="preserve">[28:39] </w:t>
      </w:r>
      <w:r>
        <w:t>Greater Plan ke lehaz se sochein aap.</w:t>
      </w:r>
    </w:p>
    <w:p>
      <w:pPr>
        <w:jc w:val="right"/>
      </w:pPr>
      <w:r>
        <w:t>Greater Plan کے لحاظ سے سوچیں آپ۔</w:t>
      </w:r>
    </w:p>
    <w:p>
      <w:r>
        <w:rPr>
          <w:b/>
        </w:rPr>
        <w:t xml:space="preserve">[28:45] </w:t>
      </w:r>
      <w:r>
        <w:t>misal ke taur par dekhiye, India ko lijiye.</w:t>
      </w:r>
    </w:p>
    <w:p>
      <w:pPr>
        <w:jc w:val="right"/>
      </w:pPr>
      <w:r>
        <w:t>مثلاً دیکھیے، انڈیا کو لیجیے۔</w:t>
      </w:r>
    </w:p>
    <w:p>
      <w:r>
        <w:rPr>
          <w:b/>
        </w:rPr>
        <w:t xml:space="preserve">[28:51] </w:t>
      </w:r>
      <w:r>
        <w:t>India mein Raja log hukumat karte thay.</w:t>
      </w:r>
    </w:p>
    <w:p>
      <w:pPr>
        <w:jc w:val="right"/>
      </w:pPr>
      <w:r>
        <w:t>انڈیا میں راجہ لوگ حکومت کرتے تھے۔</w:t>
      </w:r>
    </w:p>
    <w:p>
      <w:r>
        <w:rPr>
          <w:b/>
        </w:rPr>
        <w:t xml:space="preserve">[28:57] </w:t>
      </w:r>
      <w:r>
        <w:t>phir Muslim daur aaya.</w:t>
      </w:r>
    </w:p>
    <w:p>
      <w:pPr>
        <w:jc w:val="right"/>
      </w:pPr>
      <w:r>
        <w:t>پھر مسلم دور آیا۔</w:t>
      </w:r>
    </w:p>
    <w:p>
      <w:r>
        <w:rPr>
          <w:b/>
        </w:rPr>
        <w:t xml:space="preserve">[29:03] </w:t>
      </w:r>
      <w:r>
        <w:t>toh us mein Negative Development ka daur aaya.</w:t>
      </w:r>
    </w:p>
    <w:p>
      <w:pPr>
        <w:jc w:val="right"/>
      </w:pPr>
      <w:r>
        <w:t>تو اس میں Negative Development کا دور آیا۔</w:t>
      </w:r>
    </w:p>
    <w:p>
      <w:r>
        <w:rPr>
          <w:b/>
        </w:rPr>
        <w:t xml:space="preserve">[29:09] </w:t>
      </w:r>
      <w:r>
        <w:t>woh kyunke Raja log jo hain, woh Establishment un ka ho chuka tha.</w:t>
      </w:r>
    </w:p>
    <w:p>
      <w:pPr>
        <w:jc w:val="right"/>
      </w:pPr>
      <w:r>
        <w:t>وہ کیونکہ راجہ لوگ جو ہیں، وہ Establishment ان کا ہو چکا تھا۔</w:t>
      </w:r>
    </w:p>
    <w:p>
      <w:r>
        <w:rPr>
          <w:b/>
        </w:rPr>
        <w:t xml:space="preserve">[29:15] </w:t>
      </w:r>
      <w:r>
        <w:t>phir Musalmanon ki riyasaton mein Establishment aaya.</w:t>
      </w:r>
    </w:p>
    <w:p>
      <w:pPr>
        <w:jc w:val="right"/>
      </w:pPr>
      <w:r>
        <w:t>پھر مسلمانوں کی ریاستوں میں Establishment آیا۔</w:t>
      </w:r>
    </w:p>
    <w:p>
      <w:r>
        <w:rPr>
          <w:b/>
        </w:rPr>
        <w:t xml:space="preserve">[29:21] </w:t>
      </w:r>
      <w:r>
        <w:t>woh jis ko kehte hain Saturation Point aa gaya.</w:t>
      </w:r>
    </w:p>
    <w:p>
      <w:pPr>
        <w:jc w:val="right"/>
      </w:pPr>
      <w:r>
        <w:t>وہ جس کو کہتے ہیں Saturation Point آگیا۔</w:t>
      </w:r>
    </w:p>
    <w:p>
      <w:r>
        <w:rPr>
          <w:b/>
        </w:rPr>
        <w:t xml:space="preserve">[29:26] </w:t>
      </w:r>
      <w:r>
        <w:t>toh British aaye.</w:t>
      </w:r>
    </w:p>
    <w:p>
      <w:pPr>
        <w:jc w:val="right"/>
      </w:pPr>
      <w:r>
        <w:t>تو برٹش آئے۔</w:t>
      </w:r>
    </w:p>
    <w:p>
      <w:r>
        <w:rPr>
          <w:b/>
        </w:rPr>
        <w:t xml:space="preserve">[29:32] </w:t>
      </w:r>
      <w:r>
        <w:t>toh unhone India ko aage badhaya.</w:t>
      </w:r>
    </w:p>
    <w:p>
      <w:pPr>
        <w:jc w:val="right"/>
      </w:pPr>
      <w:r>
        <w:t>تو انہوں نے انڈیا کو آگے بڑھایا۔</w:t>
      </w:r>
    </w:p>
    <w:p>
      <w:r>
        <w:rPr>
          <w:b/>
        </w:rPr>
        <w:t xml:space="preserve">[29:38] </w:t>
      </w:r>
      <w:r>
        <w:t>aise ek ke baad ek log aa rahe hain.</w:t>
      </w:r>
    </w:p>
    <w:p>
      <w:pPr>
        <w:jc w:val="right"/>
      </w:pPr>
      <w:r>
        <w:t>ایسے ایک کے بعد ایک لوگ آ رہے ہیں۔</w:t>
      </w:r>
    </w:p>
    <w:p>
      <w:r>
        <w:rPr>
          <w:b/>
        </w:rPr>
        <w:t xml:space="preserve">[29:44] </w:t>
      </w:r>
      <w:r>
        <w:t>isi tarah se dekhiye, Crusades huin.</w:t>
      </w:r>
    </w:p>
    <w:p>
      <w:pPr>
        <w:jc w:val="right"/>
      </w:pPr>
      <w:r>
        <w:t>اسی طریقے سے دیکھیے، Crusades ہوئیں۔</w:t>
      </w:r>
    </w:p>
    <w:p>
      <w:r>
        <w:rPr>
          <w:b/>
        </w:rPr>
        <w:t xml:space="preserve">[29:50] </w:t>
      </w:r>
      <w:r>
        <w:t>Crusades mein Muslim hukumatain jeet gayin.</w:t>
      </w:r>
    </w:p>
    <w:p>
      <w:pPr>
        <w:jc w:val="right"/>
      </w:pPr>
      <w:r>
        <w:t>Crusades میں مسلم حکومتیں جیت گئیں۔</w:t>
      </w:r>
    </w:p>
    <w:p>
      <w:r>
        <w:rPr>
          <w:b/>
        </w:rPr>
        <w:t xml:space="preserve">[29:56] </w:t>
      </w:r>
      <w:r>
        <w:t>aur Christians ko Humiliated Defeat hui.</w:t>
      </w:r>
    </w:p>
    <w:p>
      <w:pPr>
        <w:jc w:val="right"/>
      </w:pPr>
      <w:r>
        <w:t>اور Christians کو Humiliated Defeat ہوئی۔</w:t>
      </w:r>
    </w:p>
    <w:p>
      <w:r>
        <w:rPr>
          <w:b/>
        </w:rPr>
        <w:t xml:space="preserve">[30:02] </w:t>
      </w:r>
      <w:r>
        <w:t>lekin Result kiya nikla? Result yeh nikla ke thoray dinon ke baad History badal gai.</w:t>
      </w:r>
    </w:p>
    <w:p>
      <w:pPr>
        <w:jc w:val="right"/>
      </w:pPr>
      <w:r>
        <w:t>لیکن Result کیا نکلا؟ Result یہ نکلا کہ تھوڑے دنوں کے بعد History بدل گئی۔</w:t>
      </w:r>
    </w:p>
    <w:p>
      <w:r>
        <w:rPr>
          <w:b/>
        </w:rPr>
        <w:t xml:space="preserve">[30:08] </w:t>
      </w:r>
      <w:r>
        <w:t>Musalman jo hain, maghloob ho gaye aur Christian taqat ghalib aa gayi.</w:t>
      </w:r>
    </w:p>
    <w:p>
      <w:pPr>
        <w:jc w:val="right"/>
      </w:pPr>
      <w:r>
        <w:t>مسلمان جو ہیں، مغلوب ہو گئے اور Christian طاقت غالب آ گئی۔</w:t>
      </w:r>
    </w:p>
    <w:p>
      <w:r>
        <w:rPr>
          <w:b/>
        </w:rPr>
        <w:t xml:space="preserve">[30:13] </w:t>
      </w:r>
      <w:r>
        <w:t>Unhon ne Civilization banai.</w:t>
      </w:r>
    </w:p>
    <w:p>
      <w:pPr>
        <w:jc w:val="right"/>
      </w:pPr>
      <w:r>
        <w:t>انہوں نے Civilization بنائی۔</w:t>
      </w:r>
    </w:p>
    <w:p>
      <w:r>
        <w:rPr>
          <w:b/>
        </w:rPr>
        <w:t xml:space="preserve">[30:19] </w:t>
      </w:r>
      <w:r>
        <w:t>Musalmanon ne insaan ki tareekh ko jitni taraqqi di thi, us se hazar guna taraqqi di Christian qaumon ne.</w:t>
      </w:r>
    </w:p>
    <w:p>
      <w:pPr>
        <w:jc w:val="right"/>
      </w:pPr>
      <w:r>
        <w:t>مسلمانوں نے انسان کی تاریخ کو جتنی ترقی دی تھی، اس سے ہزار گنا ترقی دی Christian قوموں نے۔</w:t>
      </w:r>
    </w:p>
    <w:p>
      <w:r>
        <w:rPr>
          <w:b/>
        </w:rPr>
        <w:t xml:space="preserve">[30:25] </w:t>
      </w:r>
      <w:r>
        <w:t>Toh agar woh yeh jo is ko aap kahein ke Defeat, yeh Defeat nahi thi.</w:t>
      </w:r>
    </w:p>
    <w:p>
      <w:pPr>
        <w:jc w:val="right"/>
      </w:pPr>
      <w:r>
        <w:t>تو اگر وہ یہ جو اس کو آپ کہیں کہ Defeat، یہ Defeat نہیں تھی۔</w:t>
      </w:r>
    </w:p>
    <w:p>
      <w:r>
        <w:rPr>
          <w:b/>
        </w:rPr>
        <w:t xml:space="preserve">[30:31] </w:t>
      </w:r>
      <w:r>
        <w:t>Yeh Shock Treatment hota hai.</w:t>
      </w:r>
    </w:p>
    <w:p>
      <w:pPr>
        <w:jc w:val="right"/>
      </w:pPr>
      <w:r>
        <w:t>یہ Shock Treatment ہوتا ہے۔</w:t>
      </w:r>
    </w:p>
    <w:p>
      <w:r>
        <w:rPr>
          <w:b/>
        </w:rPr>
        <w:t xml:space="preserve">[30:37] </w:t>
      </w:r>
      <w:r>
        <w:t>Yeh Challenge hota hai.</w:t>
      </w:r>
    </w:p>
    <w:p>
      <w:pPr>
        <w:jc w:val="right"/>
      </w:pPr>
      <w:r>
        <w:t>یہ Challenge ہوتا ہے۔</w:t>
      </w:r>
    </w:p>
    <w:p>
      <w:r>
        <w:rPr>
          <w:b/>
        </w:rPr>
        <w:t xml:space="preserve">[30:43] </w:t>
      </w:r>
      <w:r>
        <w:t>Yeh logon ko jagana hota hai, jagana.</w:t>
      </w:r>
    </w:p>
    <w:p>
      <w:pPr>
        <w:jc w:val="right"/>
      </w:pPr>
      <w:r>
        <w:t>یہ لوگوں کو جگانا ہوتا ہے، جگانا۔</w:t>
      </w:r>
    </w:p>
    <w:p>
      <w:r>
        <w:rPr>
          <w:b/>
        </w:rPr>
        <w:t xml:space="preserve">[30:49] </w:t>
      </w:r>
      <w:r>
        <w:t>Toh is ka matlab hai ke aap jab yeh daryaft kar lein ke jis tareeqay se Physical World</w:t>
      </w:r>
    </w:p>
    <w:p>
      <w:pPr>
        <w:jc w:val="right"/>
      </w:pPr>
      <w:r>
        <w:t>تو اس کا معنی ہے کہ آپ جب یہ دریافت کر لیں کہ جس طریقے سے Physical World</w:t>
      </w:r>
    </w:p>
    <w:p>
      <w:r>
        <w:rPr>
          <w:b/>
        </w:rPr>
        <w:t xml:space="preserve">[30:55] </w:t>
      </w:r>
      <w:r>
        <w:t>ko Khuda Precise Way mein Manage kar raha hai, is tarah History ko bhi Precise Way mein Manage</w:t>
      </w:r>
    </w:p>
    <w:p>
      <w:pPr>
        <w:jc w:val="right"/>
      </w:pPr>
      <w:r>
        <w:t>کو خدا Precise Way میں Manage کر رہا ہے، اس طرح History کو بھی Precise Way میں Manage</w:t>
      </w:r>
    </w:p>
    <w:p>
      <w:r>
        <w:rPr>
          <w:b/>
        </w:rPr>
        <w:t xml:space="preserve">[31:00] </w:t>
      </w:r>
      <w:r>
        <w:t>kar raha hai.</w:t>
      </w:r>
    </w:p>
    <w:p>
      <w:pPr>
        <w:jc w:val="right"/>
      </w:pPr>
      <w:r>
        <w:t>کر رہا ہے۔</w:t>
      </w:r>
    </w:p>
    <w:p>
      <w:r>
        <w:rPr>
          <w:b/>
        </w:rPr>
        <w:t xml:space="preserve">[31:06] </w:t>
      </w:r>
      <w:r>
        <w:t>Jo Khuda Physical World ko nihayat hi Precise Way mein Manage kar raha hai, Zero Defect ke Level</w:t>
      </w:r>
    </w:p>
    <w:p>
      <w:pPr>
        <w:jc w:val="right"/>
      </w:pPr>
      <w:r>
        <w:t>جو خدا Physical World کو نہایت ہی Precise Way میں Manage کر رہا ہے، Zero Defect کے Level</w:t>
      </w:r>
    </w:p>
    <w:p>
      <w:r>
        <w:rPr>
          <w:b/>
        </w:rPr>
        <w:t xml:space="preserve">[31:12] </w:t>
      </w:r>
      <w:r>
        <w:t>par Manage kar raha hai, aise hi insaan ki History ko bhi Precise Way mein Manage kar raha hai.</w:t>
      </w:r>
    </w:p>
    <w:p>
      <w:pPr>
        <w:jc w:val="right"/>
      </w:pPr>
      <w:r>
        <w:t>پر Manage کر رہا ہے، ایسے ہی انسان کی History کو بھی Precise Way میں Manage کر رہا ہے۔</w:t>
      </w:r>
    </w:p>
    <w:p>
      <w:r>
        <w:rPr>
          <w:b/>
        </w:rPr>
        <w:t xml:space="preserve">[31:18] </w:t>
      </w:r>
      <w:r>
        <w:t>Lekin chunke insaan ko azaadi di gayi hai aur azaadi ko Maintain karte hue Management ho raha hai,</w:t>
      </w:r>
    </w:p>
    <w:p>
      <w:pPr>
        <w:jc w:val="right"/>
      </w:pPr>
      <w:r>
        <w:t>لیکن چونکہ انسان کو آزادی دی گئی ہے اور آزادی کو Maintain کرتے ہوئے Management ہو رہا ہے،</w:t>
      </w:r>
    </w:p>
    <w:p>
      <w:r>
        <w:rPr>
          <w:b/>
        </w:rPr>
        <w:t xml:space="preserve">[31:24] </w:t>
      </w:r>
      <w:r>
        <w:t>usay aap samajh nahi paate.</w:t>
      </w:r>
    </w:p>
    <w:p>
      <w:pPr>
        <w:jc w:val="right"/>
      </w:pPr>
      <w:r>
        <w:t>اسے آپ سمجھ نہیں پاتے۔</w:t>
      </w:r>
    </w:p>
    <w:p>
      <w:r>
        <w:rPr>
          <w:b/>
        </w:rPr>
        <w:t xml:space="preserve">[31:30] </w:t>
      </w:r>
      <w:r>
        <w:t>Physical World mein koi azaadi nahi hai ya bas Problem wahan nahi hai.</w:t>
      </w:r>
    </w:p>
    <w:p>
      <w:pPr>
        <w:jc w:val="right"/>
      </w:pPr>
      <w:r>
        <w:t>Physical World میں کوئی آزادی نہیں ہے یا بس Problem وہاں نہیں ہے۔</w:t>
      </w:r>
    </w:p>
    <w:p>
      <w:r>
        <w:rPr>
          <w:b/>
        </w:rPr>
        <w:t xml:space="preserve">[31:36] </w:t>
      </w:r>
      <w:r>
        <w:t>Wahan Total Control hai, Total Control hai.</w:t>
      </w:r>
    </w:p>
    <w:p>
      <w:pPr>
        <w:jc w:val="right"/>
      </w:pPr>
      <w:r>
        <w:t>وہاں Total Control ہے، Total Control ہے۔</w:t>
      </w:r>
    </w:p>
    <w:p>
      <w:r>
        <w:rPr>
          <w:b/>
        </w:rPr>
        <w:t xml:space="preserve">[31:42] </w:t>
      </w:r>
      <w:r>
        <w:t>Yahan par insaan ko azaadi hai.</w:t>
      </w:r>
    </w:p>
    <w:p>
      <w:pPr>
        <w:jc w:val="right"/>
      </w:pPr>
      <w:r>
        <w:t>یہاں پر انسان کو آزادی ہے۔</w:t>
      </w:r>
    </w:p>
    <w:p>
      <w:r>
        <w:rPr>
          <w:b/>
        </w:rPr>
        <w:t xml:space="preserve">[31:47] </w:t>
      </w:r>
      <w:r>
        <w:t>Toh insaan kabhi aisa karta hai, kabhi waisa karta hai.</w:t>
      </w:r>
    </w:p>
    <w:p>
      <w:pPr>
        <w:jc w:val="right"/>
      </w:pPr>
      <w:r>
        <w:t>تو انسان کبھی ایسا کرتا ہے، کبھی ویسا کرتا ہے۔</w:t>
      </w:r>
    </w:p>
    <w:p>
      <w:r>
        <w:rPr>
          <w:b/>
        </w:rPr>
        <w:t xml:space="preserve">[31:53] </w:t>
      </w:r>
      <w:r>
        <w:t>Toh insaan ki azaadi ko Maintain karte hue Creator insaan ki History ko Manage kar raha hai.</w:t>
      </w:r>
    </w:p>
    <w:p>
      <w:pPr>
        <w:jc w:val="right"/>
      </w:pPr>
      <w:r>
        <w:t>تو انسان کی آزادی کو Maintain کرتے ہوئے Creator انسان کی History کو Manage کر رہا ہے۔</w:t>
      </w:r>
    </w:p>
    <w:p>
      <w:r>
        <w:rPr>
          <w:b/>
        </w:rPr>
        <w:t xml:space="preserve">[31:59] </w:t>
      </w:r>
      <w:r>
        <w:t>Yeh hai asal raaz.</w:t>
      </w:r>
    </w:p>
    <w:p>
      <w:pPr>
        <w:jc w:val="right"/>
      </w:pPr>
      <w:r>
        <w:t>یہ ہے اصل راز۔</w:t>
      </w:r>
    </w:p>
    <w:p>
      <w:r>
        <w:rPr>
          <w:b/>
        </w:rPr>
        <w:t xml:space="preserve">[32:05] </w:t>
      </w:r>
      <w:r>
        <w:t>Jo is raaz ko samjhe, wahi nafs mutmain hai.</w:t>
      </w:r>
    </w:p>
    <w:p>
      <w:pPr>
        <w:jc w:val="right"/>
      </w:pPr>
      <w:r>
        <w:t>جو اس راز کو سمجھے، وہی نفس مطمئن ہے۔</w:t>
      </w:r>
    </w:p>
    <w:p>
      <w:r>
        <w:rPr>
          <w:b/>
        </w:rPr>
        <w:t xml:space="preserve">[32:11] </w:t>
      </w:r>
      <w:r>
        <w:t>Isi ke liye Jannat hai.</w:t>
      </w:r>
    </w:p>
    <w:p>
      <w:pPr>
        <w:jc w:val="right"/>
      </w:pPr>
      <w:r>
        <w:t>اسی کے لیے جنت ہے۔</w:t>
      </w:r>
    </w:p>
    <w:p>
      <w:r>
        <w:rPr>
          <w:b/>
        </w:rPr>
        <w:t xml:space="preserve">[32:17] </w:t>
      </w:r>
      <w:r>
        <w:t>Raziya mardiya yani raazi ho kar.</w:t>
      </w:r>
    </w:p>
    <w:p>
      <w:pPr>
        <w:jc w:val="right"/>
      </w:pPr>
      <w:r>
        <w:t>رَاضِيَةً مَرْضِيًّا یعنی راضی ہو کر۔</w:t>
      </w:r>
    </w:p>
    <w:p>
      <w:r>
        <w:rPr>
          <w:b/>
        </w:rPr>
        <w:t xml:space="preserve">[32:23] </w:t>
      </w:r>
      <w:r>
        <w:t>Yani woh, woh aisa, aisa insaan jab marta hai toh woh raazi ho kar marta hai.</w:t>
      </w:r>
    </w:p>
    <w:p>
      <w:pPr>
        <w:jc w:val="right"/>
      </w:pPr>
      <w:r>
        <w:t>یعنی وہ، وہ ایسا، ایسا انسان جب مرتا ہے تو وہ راضی ہو کر مرتا ہے۔</w:t>
      </w:r>
    </w:p>
    <w:p>
      <w:r>
        <w:rPr>
          <w:b/>
        </w:rPr>
        <w:t xml:space="preserve">[32:29] </w:t>
      </w:r>
      <w:r>
        <w:t>farishtay, farishtay gawahi detay hain ke a Allah!</w:t>
      </w:r>
    </w:p>
    <w:p>
      <w:pPr>
        <w:jc w:val="right"/>
      </w:pPr>
      <w:r>
        <w:t>فرشتے، فرشتے گواہی دیتے ہیں کہ اے اللہ!</w:t>
      </w:r>
    </w:p>
    <w:p>
      <w:r>
        <w:rPr>
          <w:b/>
        </w:rPr>
        <w:t xml:space="preserve">[32:35] </w:t>
      </w:r>
      <w:r>
        <w:t>yeh insan woh hai jo teri takhleeq par razi tha, tere Creation Plan par razi tha, teri is</w:t>
      </w:r>
    </w:p>
    <w:p>
      <w:pPr>
        <w:jc w:val="right"/>
      </w:pPr>
      <w:r>
        <w:t>یہ انسان وہ ہے جو تیری تخلیق پر راضی تھا، تیرے Creation Plan پر راضی تھا، تیری اس</w:t>
      </w:r>
    </w:p>
    <w:p>
      <w:r>
        <w:rPr>
          <w:b/>
        </w:rPr>
        <w:t xml:space="preserve">[32:40] </w:t>
      </w:r>
      <w:r>
        <w:t>kame of things par razi tha.</w:t>
      </w:r>
    </w:p>
    <w:p>
      <w:pPr>
        <w:jc w:val="right"/>
      </w:pPr>
      <w:r>
        <w:t>کیم آف تھنگز پر راضی تھا۔</w:t>
      </w:r>
    </w:p>
    <w:p>
      <w:r>
        <w:rPr>
          <w:b/>
        </w:rPr>
        <w:t xml:space="preserve">[32:46] </w:t>
      </w:r>
      <w:r>
        <w:t>is ke andar jo Wisdom hai, is Wisdom ko is ne daryaft kar liya tha.</w:t>
      </w:r>
    </w:p>
    <w:p>
      <w:pPr>
        <w:jc w:val="right"/>
      </w:pPr>
      <w:r>
        <w:t>اس کے اندر جو Wisdom ہے، اس Wisdom کو اس نے دریافت کر لیا تھا۔</w:t>
      </w:r>
    </w:p>
    <w:p>
      <w:r>
        <w:rPr>
          <w:b/>
        </w:rPr>
        <w:t xml:space="preserve">[32:52] </w:t>
      </w:r>
      <w:r>
        <w:t>jis tarah scientist jo hai, Physical World ki Wisdom ko daryaft karta hai, to wahan Mathematics kaam aa jati hai.</w:t>
      </w:r>
    </w:p>
    <w:p>
      <w:pPr>
        <w:jc w:val="right"/>
      </w:pPr>
      <w:r>
        <w:t>جس طرح سائنٹسٹ جو ہے، Physical World کی Wisdom کو دریافت کرتا ہے، تو وہاں Mathematics کام آ جاتی ہے۔</w:t>
      </w:r>
    </w:p>
    <w:p>
      <w:r>
        <w:rPr>
          <w:b/>
        </w:rPr>
        <w:t xml:space="preserve">[32:58] </w:t>
      </w:r>
      <w:r>
        <w:t>Mathematics kafi hai.</w:t>
      </w:r>
    </w:p>
    <w:p>
      <w:pPr>
        <w:jc w:val="right"/>
      </w:pPr>
      <w:r>
        <w:t>Mathematics کافی ہے۔</w:t>
      </w:r>
    </w:p>
    <w:p>
      <w:r>
        <w:rPr>
          <w:b/>
        </w:rPr>
        <w:t xml:space="preserve">[33:03] </w:t>
      </w:r>
      <w:r>
        <w:t>scientist jo hai, Physical World ki Wisdom ko daryaft karta hai Through Mathematics.</w:t>
      </w:r>
    </w:p>
    <w:p>
      <w:pPr>
        <w:jc w:val="right"/>
      </w:pPr>
      <w:r>
        <w:t>سائنٹسٹ جو ہے، Physical World کی Wisdom کو دریافت کرتا ہے Through Mathematics۔</w:t>
      </w:r>
    </w:p>
    <w:p>
      <w:r>
        <w:rPr>
          <w:b/>
        </w:rPr>
        <w:t xml:space="preserve">[33:09] </w:t>
      </w:r>
      <w:r>
        <w:t>insan ki, insan ki tareekh ko, insan ki zindagi ko aap Mathematics se Discover nahi kar sakte.</w:t>
      </w:r>
    </w:p>
    <w:p>
      <w:pPr>
        <w:jc w:val="right"/>
      </w:pPr>
      <w:r>
        <w:t>انسان کی، انسان کی تاریخ کو، انسان کی زندگی کو آپ Mathematics سے Discover نہیں کر سکتے۔</w:t>
      </w:r>
    </w:p>
    <w:p>
      <w:r>
        <w:rPr>
          <w:b/>
        </w:rPr>
        <w:t xml:space="preserve">[33:15] </w:t>
      </w:r>
      <w:r>
        <w:t>Mathematics se aap Explain nahi kar sakte.</w:t>
      </w:r>
    </w:p>
    <w:p>
      <w:pPr>
        <w:jc w:val="right"/>
      </w:pPr>
      <w:r>
        <w:t>Mathematics سے آپ Explain نہیں کر سکتے۔</w:t>
      </w:r>
    </w:p>
    <w:p>
      <w:r>
        <w:rPr>
          <w:b/>
        </w:rPr>
        <w:t xml:space="preserve">[33:21] </w:t>
      </w:r>
      <w:r>
        <w:t>kuch logon ne koshish ki to Fail ho gaye.</w:t>
      </w:r>
    </w:p>
    <w:p>
      <w:pPr>
        <w:jc w:val="right"/>
      </w:pPr>
      <w:r>
        <w:t>کچھ لوگوں نے کوشش کی تو Fail ہو گئے۔</w:t>
      </w:r>
    </w:p>
    <w:p>
      <w:r>
        <w:rPr>
          <w:b/>
        </w:rPr>
        <w:t xml:space="preserve">[33:26] </w:t>
      </w:r>
      <w:r>
        <w:t>jaise Karl Marx hai, Karl Marx ya Darwin, unhon ne Mathematical Methods ko Apply kiya insan ke upar,</w:t>
      </w:r>
    </w:p>
    <w:p>
      <w:pPr>
        <w:jc w:val="right"/>
      </w:pPr>
      <w:r>
        <w:t>جیسے Karl Marx ہے، Karl Marx یا Darwin، انہوں نے Mathematical Methods کو Apply کیا انسان کے اوپر،</w:t>
      </w:r>
    </w:p>
    <w:p>
      <w:r>
        <w:rPr>
          <w:b/>
        </w:rPr>
        <w:t xml:space="preserve">[33:32] </w:t>
      </w:r>
      <w:r>
        <w:t>woh Fail ho gaye.</w:t>
      </w:r>
    </w:p>
    <w:p>
      <w:pPr>
        <w:jc w:val="right"/>
      </w:pPr>
      <w:r>
        <w:t>وہ Fail ہو گئے۔</w:t>
      </w:r>
    </w:p>
    <w:p>
      <w:r>
        <w:rPr>
          <w:b/>
        </w:rPr>
        <w:t xml:space="preserve">[33:38] </w:t>
      </w:r>
      <w:r>
        <w:t>Mathematical Methods insan par Apply nahi hoga.</w:t>
      </w:r>
    </w:p>
    <w:p>
      <w:pPr>
        <w:jc w:val="right"/>
      </w:pPr>
      <w:r>
        <w:t>Mathematical Methods انسان پر Apply نہیں ہوگا۔</w:t>
      </w:r>
    </w:p>
    <w:p>
      <w:r>
        <w:rPr>
          <w:b/>
        </w:rPr>
        <w:t xml:space="preserve">[33:44] </w:t>
      </w:r>
      <w:r>
        <w:t>yahan doosra Method hai ke insan ki azadi ko maintain karte hue History ko manage karna.</w:t>
      </w:r>
    </w:p>
    <w:p>
      <w:pPr>
        <w:jc w:val="right"/>
      </w:pPr>
      <w:r>
        <w:t>یہاں دوسرا Method ہے کہ انسان کی آزادی کو Maintain کرتے ہوئے History کو Manage کرنا۔</w:t>
      </w:r>
    </w:p>
    <w:p>
      <w:r>
        <w:rPr>
          <w:b/>
        </w:rPr>
        <w:t xml:space="preserve">[33:49] </w:t>
      </w:r>
      <w:r>
        <w:t>ek, ek, ek soche samjhe Goal ki taraf.</w:t>
      </w:r>
    </w:p>
    <w:p>
      <w:pPr>
        <w:jc w:val="right"/>
      </w:pPr>
      <w:r>
        <w:t>ایک، ایک، ایک سوچے سمجھے Goal کی طرف۔</w:t>
      </w:r>
    </w:p>
    <w:p>
      <w:r>
        <w:rPr>
          <w:b/>
        </w:rPr>
        <w:t xml:space="preserve">[33:55] </w:t>
      </w:r>
      <w:r>
        <w:t>to koi Mathematical Method wahan Apply nahi hoga.</w:t>
      </w:r>
    </w:p>
    <w:p>
      <w:pPr>
        <w:jc w:val="right"/>
      </w:pPr>
      <w:r>
        <w:t>تو کوئی Mathematical Method وہاں Apply نہیں ہوگا۔</w:t>
      </w:r>
    </w:p>
    <w:p>
      <w:r>
        <w:rPr>
          <w:b/>
        </w:rPr>
        <w:t xml:space="preserve">[34:01] </w:t>
      </w:r>
      <w:r>
        <w:t>isi liye Karl Marx Fail ho gaya, mere nazdeek Darwin bhi Fail ho gaya.</w:t>
      </w:r>
    </w:p>
    <w:p>
      <w:pPr>
        <w:jc w:val="right"/>
      </w:pPr>
      <w:r>
        <w:t>اسی لیے Karl Marx Fail ہو گیا، میرے نزدیک Darwin بھی Fail ہو گیا۔</w:t>
      </w:r>
    </w:p>
    <w:p>
      <w:r>
        <w:rPr>
          <w:b/>
        </w:rPr>
        <w:t xml:space="preserve">[34:07] </w:t>
      </w:r>
      <w:r>
        <w:t>to jo aadmi is Criterion par poora utre, jo aadmi is, is shart ko poora kar sake ke</w:t>
      </w:r>
    </w:p>
    <w:p>
      <w:pPr>
        <w:jc w:val="right"/>
      </w:pPr>
      <w:r>
        <w:t>تو جو آدمی اس Criterion پر پورا اترے، جو آدمی اس، اس شرط کو پورا کر سکے کہ</w:t>
      </w:r>
    </w:p>
    <w:p>
      <w:r>
        <w:rPr>
          <w:b/>
        </w:rPr>
        <w:t xml:space="preserve">[34:12] </w:t>
      </w:r>
      <w:r>
        <w:t>woh Wisdom ko daryaft kar le.</w:t>
      </w:r>
    </w:p>
    <w:p>
      <w:pPr>
        <w:jc w:val="right"/>
      </w:pPr>
      <w:r>
        <w:t>وہ Wisdom کو دریافت کر لے۔</w:t>
      </w:r>
    </w:p>
    <w:p>
      <w:r>
        <w:rPr>
          <w:b/>
        </w:rPr>
        <w:t xml:space="preserve">[34:18] </w:t>
      </w:r>
      <w:r>
        <w:t>yani Wisdom ka matlab mein yeh kahoon ga ke kyun duniya mein bazahir Violation of Human Rights hai,</w:t>
      </w:r>
    </w:p>
    <w:p>
      <w:pPr>
        <w:jc w:val="right"/>
      </w:pPr>
      <w:r>
        <w:t>یعنی Wisdom کا مطلب میں یہ کہوں گا کہ کیوں دنیا میں بظاہر Violation of Human Rights ہے،</w:t>
      </w:r>
    </w:p>
    <w:p>
      <w:r>
        <w:rPr>
          <w:b/>
        </w:rPr>
        <w:t xml:space="preserve">[34:24] </w:t>
      </w:r>
      <w:r>
        <w:t>kyun duniya mein bazahir Injustice hai, kyun duniya mein, duniya mein bazahir Evil hai, is ko daryaft kare,</w:t>
      </w:r>
    </w:p>
    <w:p>
      <w:pPr>
        <w:jc w:val="right"/>
      </w:pPr>
      <w:r>
        <w:t>کیوں دنیا میں بظاہر Injustice ہے، کیوں دنیا میں، دنیا میں بظاہر Evil ہے، اس کو دریافت کرے،</w:t>
      </w:r>
    </w:p>
    <w:p>
      <w:r>
        <w:rPr>
          <w:b/>
        </w:rPr>
        <w:t xml:space="preserve">[34:30] </w:t>
      </w:r>
      <w:r>
        <w:t>is ki Wisdom ko daryaft kare, is ke peechay ek Wisdom hai, is ko daryaft kar le.</w:t>
      </w:r>
    </w:p>
    <w:p>
      <w:pPr>
        <w:jc w:val="right"/>
      </w:pPr>
      <w:r>
        <w:t>اس کی Wisdom کو دریافت کرے، اس کے پیچھے ایک Wisdom ہے، اس کو دریافت کر لے۔</w:t>
      </w:r>
    </w:p>
    <w:p>
      <w:r>
        <w:rPr>
          <w:b/>
        </w:rPr>
        <w:t xml:space="preserve">[34:35] </w:t>
      </w:r>
      <w:r>
        <w:t>yeh, yeh ek Evil nahi hai, yeh, yeh Injustice nahi hai, yeh, yeh Violation of Human Rights nahi</w:t>
      </w:r>
    </w:p>
    <w:p>
      <w:pPr>
        <w:jc w:val="right"/>
      </w:pPr>
      <w:r>
        <w:t>یہ، یہ ایک Evil نہیں ہے، یہ، یہ Injustice نہیں ہے، یہ، یہ Violation of Human Rights نہیں</w:t>
      </w:r>
    </w:p>
    <w:p>
      <w:r>
        <w:rPr>
          <w:b/>
        </w:rPr>
        <w:t xml:space="preserve">[34:41] </w:t>
      </w:r>
      <w:r>
        <w:t>hai, yeh Apparently it is, but in fact it is not to jo, jis jo apne aap, apne</w:t>
      </w:r>
    </w:p>
    <w:p>
      <w:pPr>
        <w:jc w:val="right"/>
      </w:pPr>
      <w:r>
        <w:t>ہے، یہ Apparently it is, but in fact it is not تو جو، جس جو اپنے آپ، اپنے</w:t>
      </w:r>
    </w:p>
    <w:p>
      <w:r>
        <w:rPr>
          <w:b/>
        </w:rPr>
        <w:t xml:space="preserve">[34:47] </w:t>
      </w:r>
      <w:r>
        <w:t>Intellectual, apne, apne Mind ko itna zyada develop kare ke woh is Wisdom tak puhanch jaye, yeh bohat,</w:t>
      </w:r>
    </w:p>
    <w:p>
      <w:pPr>
        <w:jc w:val="right"/>
      </w:pPr>
      <w:r>
        <w:t>Intellectual, اپنے، اپنے Mind کو اتنا زیادہ Develop کرے کہ وہ اس Wisdom تک پہنچ جائے، یہ بہت،</w:t>
      </w:r>
    </w:p>
    <w:p>
      <w:r>
        <w:rPr>
          <w:b/>
        </w:rPr>
        <w:t xml:space="preserve">[34:53] </w:t>
      </w:r>
      <w:r>
        <w:t>is Wisdom tak pohnchne ke liye aap ko bohat cheezon ko Eliminate karna parta hai.</w:t>
      </w:r>
    </w:p>
    <w:p>
      <w:pPr>
        <w:jc w:val="right"/>
      </w:pPr>
      <w:r>
        <w:t>اس Wisdom تک پہنچنے کے لیے آپ کو بہت چیزوں کو Eliminate کرنا پڑتا ہے۔</w:t>
      </w:r>
    </w:p>
    <w:p>
      <w:r>
        <w:rPr>
          <w:b/>
        </w:rPr>
        <w:t xml:space="preserve">[34:58] </w:t>
      </w:r>
      <w:r>
        <w:t>bohat cheezon ko jab Eliminate karenge aap, tab ja kar aap, aap is Wisdom tak pohnchenge,</w:t>
      </w:r>
    </w:p>
    <w:p>
      <w:pPr>
        <w:jc w:val="right"/>
      </w:pPr>
      <w:r>
        <w:t>بہت چیزوں کو جب Eliminate کریں گے آپ، تب جا کر آپ، آپ اس Wisdom تک پہنچیں گے،</w:t>
      </w:r>
    </w:p>
    <w:p>
      <w:r>
        <w:rPr>
          <w:b/>
        </w:rPr>
        <w:t xml:space="preserve">[35:04] </w:t>
      </w:r>
      <w:r>
        <w:t>nahi to atak kar reh jayenge.</w:t>
      </w:r>
    </w:p>
    <w:p>
      <w:pPr>
        <w:jc w:val="right"/>
      </w:pPr>
      <w:r>
        <w:t>نہیں تو اٹک کر رہ جائیں گے۔</w:t>
      </w:r>
    </w:p>
    <w:p>
      <w:r>
        <w:rPr>
          <w:b/>
        </w:rPr>
        <w:t xml:space="preserve">[35:10] </w:t>
      </w:r>
      <w:r>
        <w:t>yeh matlab hai nafs mutmain ka ya ayyuha al nafs al mutmainna itji ila rabbiki raziyatan mardiyya fadkhuli fi ibadi</w:t>
      </w:r>
    </w:p>
    <w:p>
      <w:pPr>
        <w:jc w:val="right"/>
      </w:pPr>
      <w:r>
        <w:t>یہ مطلب ہے نفس مطمئن کا يَا أَيُّهَا النَّسُّ الْمُطْمَئِنَّةُ إِذِ إِلَى رَبِّكَ رَاجِتًا مَرْضِيًّا فَادْخُلِي فِي عَبَادِي</w:t>
      </w:r>
    </w:p>
    <w:p>
      <w:r>
        <w:rPr>
          <w:b/>
        </w:rPr>
        <w:t xml:space="preserve">[35:16] </w:t>
      </w:r>
      <w:r>
        <w:t>wadkhuli jannati yeh hai is ka matlab.</w:t>
      </w:r>
    </w:p>
    <w:p>
      <w:pPr>
        <w:jc w:val="right"/>
      </w:pPr>
      <w:r>
        <w:t>وَادْخُلِي جَنَتِي یہ ہے اس کا مطلب۔</w:t>
      </w:r>
    </w:p>
    <w:p>
      <w:r>
        <w:rPr>
          <w:b/>
        </w:rPr>
        <w:t xml:space="preserve">[35:21] </w:t>
      </w:r>
      <w:r>
        <w:t>aap dekhen, tareekh mein jitne bhi nikle hain, paida hue hain, philosopher, reformer, educationist, sab complaint ki boli</w:t>
      </w:r>
    </w:p>
    <w:p>
      <w:pPr>
        <w:jc w:val="right"/>
      </w:pPr>
      <w:r>
        <w:t>آپ دیکھیں، تاریخ میں جتنے بھی نکلے ہیں، پیدا ہوئے ہیں، فلاسفر، ریفارمر، ایجوکیشنسٹ، سب کمپلینٹ کی بولی</w:t>
      </w:r>
    </w:p>
    <w:p>
      <w:r>
        <w:rPr>
          <w:b/>
        </w:rPr>
        <w:t xml:space="preserve">[35:27] </w:t>
      </w:r>
      <w:r>
        <w:t>bolte hain, complaint ki boli bolte rahe hain.</w:t>
      </w:r>
    </w:p>
    <w:p>
      <w:pPr>
        <w:jc w:val="right"/>
      </w:pPr>
      <w:r>
        <w:t>بولتے ہیں، کمپلینٹ کی بولی بولتے رہے ہیں۔</w:t>
      </w:r>
    </w:p>
    <w:p>
      <w:r>
        <w:rPr>
          <w:b/>
        </w:rPr>
        <w:t xml:space="preserve">[35:33] </w:t>
      </w:r>
      <w:r>
        <w:t>sab ke sab, jahan tak mein jaanta hoon, complaint ki boli, protest ki boli, kyun? is, is, is</w:t>
      </w:r>
    </w:p>
    <w:p>
      <w:pPr>
        <w:jc w:val="right"/>
      </w:pPr>
      <w:r>
        <w:t>سب کے سب، جہاں تک میں جانتا ہوں، کمپلینٹ کی بولی، پروٹیسٹ کی بولی، کیوں؟ اس، اس، اس</w:t>
      </w:r>
    </w:p>
    <w:p>
      <w:r>
        <w:rPr>
          <w:b/>
        </w:rPr>
        <w:t xml:space="preserve">[35:39] </w:t>
      </w:r>
      <w:r>
        <w:t>Wisdom ko daryaft nahi kar sake jis Wisdom ke tehat Creator insan ki History ko manage kar raha hai.</w:t>
      </w:r>
    </w:p>
    <w:p>
      <w:pPr>
        <w:jc w:val="right"/>
      </w:pPr>
      <w:r>
        <w:t>Wisdom کو دریافت نہیں کر سکے جس Wisdom کے تحت Creator انسان کی History کو Manage کر رہا ہے۔</w:t>
      </w:r>
    </w:p>
    <w:p>
      <w:r>
        <w:rPr>
          <w:b/>
        </w:rPr>
        <w:t xml:space="preserve">[35:44] </w:t>
      </w:r>
      <w:r>
        <w:t>scientiston ne physical world ki Wisdom pata kar li.</w:t>
      </w:r>
    </w:p>
    <w:p>
      <w:pPr>
        <w:jc w:val="right"/>
      </w:pPr>
      <w:r>
        <w:t>سائنسدانوں نے Physical World کی Wisdom پتہ کر لی۔</w:t>
      </w:r>
    </w:p>
    <w:p>
      <w:r>
        <w:rPr>
          <w:b/>
        </w:rPr>
        <w:t xml:space="preserve">[35:50] </w:t>
      </w:r>
      <w:r>
        <w:t>scientiston ne physical world ki Wisdom ko pata kar liya kyun ke wahan mathematical method ab kafi hota tha.</w:t>
      </w:r>
    </w:p>
    <w:p>
      <w:pPr>
        <w:jc w:val="right"/>
      </w:pPr>
      <w:r>
        <w:t>سائنسدانوں نے Physical World کی Wisdom کو پتہ کر لیا کیوں کہ وہاں Mathematical Method اب کافی ہوتا تھا۔</w:t>
      </w:r>
    </w:p>
    <w:p>
      <w:r>
        <w:rPr>
          <w:b/>
        </w:rPr>
        <w:t xml:space="preserve">[35:56] </w:t>
      </w:r>
      <w:r>
        <w:t>lekin insani zindagi mein jo Wisdom hai, us ko daryaft nahi kar sake yeh log kyun ke woh</w:t>
      </w:r>
    </w:p>
    <w:p>
      <w:pPr>
        <w:jc w:val="right"/>
      </w:pPr>
      <w:r>
        <w:t>لیکن انسانی زندگی میں جو Wisdom ہے، اس کو دریافت نہیں کر سکے یہ لوگ کیوں کہ وہ</w:t>
      </w:r>
    </w:p>
    <w:p>
      <w:r>
        <w:rPr>
          <w:b/>
        </w:rPr>
        <w:t xml:space="preserve">[36:02] </w:t>
      </w:r>
      <w:r>
        <w:t>method yahan apply nahi hota tha.</w:t>
      </w:r>
    </w:p>
    <w:p>
      <w:pPr>
        <w:jc w:val="right"/>
      </w:pPr>
      <w:r>
        <w:t>Method یہاں Apply نہیں ہوتا تھا۔</w:t>
      </w:r>
    </w:p>
    <w:p>
      <w:r>
        <w:rPr>
          <w:b/>
        </w:rPr>
        <w:t xml:space="preserve">[36:07] </w:t>
      </w:r>
      <w:r>
        <w:t>woh method yahan apply hota nahi tha.</w:t>
      </w:r>
    </w:p>
    <w:p>
      <w:pPr>
        <w:jc w:val="right"/>
      </w:pPr>
      <w:r>
        <w:t>وہ Method یہاں Apply ہوتا نہیں تھا۔</w:t>
      </w:r>
    </w:p>
    <w:p>
      <w:r>
        <w:rPr>
          <w:b/>
        </w:rPr>
        <w:t xml:space="preserve">[36:13] </w:t>
      </w:r>
      <w:r>
        <w:t>kuch logon ne apne zehen ke tehat har cheez ko science kehna shuru kar diya.</w:t>
      </w:r>
    </w:p>
    <w:p>
      <w:pPr>
        <w:jc w:val="right"/>
      </w:pPr>
      <w:r>
        <w:t>کچھ لوگوں نے اپنے ذہن کے تحت ہر چیز کو سائنس کہنا شروع کر دیا۔</w:t>
      </w:r>
    </w:p>
    <w:p>
      <w:r>
        <w:rPr>
          <w:b/>
        </w:rPr>
        <w:t xml:space="preserve">[36:19] </w:t>
      </w:r>
      <w:r>
        <w:t>Human Science, Social Science, Political Science, yeh woh science hai hi nahi.</w:t>
      </w:r>
    </w:p>
    <w:p>
      <w:pPr>
        <w:jc w:val="right"/>
      </w:pPr>
      <w:r>
        <w:t>Human Science، Social Science، Political Science، یہ وہ سائنس ہے ہی نہیں۔</w:t>
      </w:r>
    </w:p>
    <w:p>
      <w:r>
        <w:rPr>
          <w:b/>
        </w:rPr>
        <w:t xml:space="preserve">[36:25] </w:t>
      </w:r>
      <w:r>
        <w:t>yeh sab science jo hai, jo jo mathematical usool par chalti hai, woh alag cheez hai.</w:t>
      </w:r>
    </w:p>
    <w:p>
      <w:pPr>
        <w:jc w:val="right"/>
      </w:pPr>
      <w:r>
        <w:t>یہ سب سائنس جو ہے، جو جو Mathematical اصول پر چلتی ہے، وہ الگ چیز ہے۔</w:t>
      </w:r>
    </w:p>
    <w:p>
      <w:r>
        <w:rPr>
          <w:b/>
        </w:rPr>
        <w:t xml:space="preserve">[36:30] </w:t>
      </w:r>
      <w:r>
        <w:t>woh jis ko kehte hain Exact Sciences.</w:t>
      </w:r>
    </w:p>
    <w:p>
      <w:pPr>
        <w:jc w:val="right"/>
      </w:pPr>
      <w:r>
        <w:t>وہ جس کو کہتے ہیں Exact Sciences۔</w:t>
      </w:r>
    </w:p>
    <w:p>
      <w:r>
        <w:rPr>
          <w:b/>
        </w:rPr>
        <w:t xml:space="preserve">[36:36] </w:t>
      </w:r>
      <w:r>
        <w:t>Exact Sciences ke liye jo usool hai, woh yahan apply nahi hota.</w:t>
      </w:r>
    </w:p>
    <w:p>
      <w:pPr>
        <w:jc w:val="right"/>
      </w:pPr>
      <w:r>
        <w:t>Exact Sciences کے لیے جو اصول ہے، وہ یہاں Apply نہیں ہوتا۔</w:t>
      </w:r>
    </w:p>
    <w:p>
      <w:r>
        <w:rPr>
          <w:b/>
        </w:rPr>
        <w:t xml:space="preserve">[36:42] </w:t>
      </w:r>
      <w:r>
        <w:t>to yeh alfaaz hi galat hain mere nazdeek ke Human Science aur Social Science aur Political Science, yeh</w:t>
      </w:r>
    </w:p>
    <w:p>
      <w:pPr>
        <w:jc w:val="right"/>
      </w:pPr>
      <w:r>
        <w:t>تو یہ الفاظ ہی غلط ہیں میرے نزدیک کہ Human Science اور Social Science اور Political Science، یہ</w:t>
      </w:r>
    </w:p>
    <w:p>
      <w:r>
        <w:rPr>
          <w:b/>
        </w:rPr>
        <w:t xml:space="preserve">[36:48] </w:t>
      </w:r>
      <w:r>
        <w:t>sab yahan science nahi hai.</w:t>
      </w:r>
    </w:p>
    <w:p>
      <w:pPr>
        <w:jc w:val="right"/>
      </w:pPr>
      <w:r>
        <w:t>سب یہاں سائنس نہیں ہے۔</w:t>
      </w:r>
    </w:p>
    <w:p>
      <w:r>
        <w:rPr>
          <w:b/>
        </w:rPr>
        <w:t xml:space="preserve">[36:53] </w:t>
      </w:r>
      <w:r>
        <w:t>yeh kyun ke yahan par wanted ke sath unwanted shamil hai.</w:t>
      </w:r>
    </w:p>
    <w:p>
      <w:pPr>
        <w:jc w:val="right"/>
      </w:pPr>
      <w:r>
        <w:t>یہ کیوں کہ یہاں پر Wanted کے ساتھ Unwanted شامل ہے۔</w:t>
      </w:r>
    </w:p>
    <w:p>
      <w:r>
        <w:rPr>
          <w:b/>
        </w:rPr>
        <w:t xml:space="preserve">[36:59] </w:t>
      </w:r>
      <w:r>
        <w:t>yahan positive ke sath negative shamil hai.</w:t>
      </w:r>
    </w:p>
    <w:p>
      <w:pPr>
        <w:jc w:val="right"/>
      </w:pPr>
      <w:r>
        <w:t>یہاں Positive کے ساتھ Negative شامل ہے۔</w:t>
      </w:r>
    </w:p>
    <w:p>
      <w:r>
        <w:rPr>
          <w:b/>
        </w:rPr>
        <w:t xml:space="preserve">[37:05] </w:t>
      </w:r>
      <w:r>
        <w:t>apparently wahan aisa nahi hai.</w:t>
      </w:r>
    </w:p>
    <w:p>
      <w:pPr>
        <w:jc w:val="right"/>
      </w:pPr>
      <w:r>
        <w:t>Apparently وہاں ایسا نہیں ہے۔</w:t>
      </w:r>
    </w:p>
    <w:p>
      <w:r>
        <w:rPr>
          <w:b/>
        </w:rPr>
        <w:t xml:space="preserve">[37:11] </w:t>
      </w:r>
      <w:r>
        <w:t>physical sciences mein aisa nahi hai.</w:t>
      </w:r>
    </w:p>
    <w:p>
      <w:pPr>
        <w:jc w:val="right"/>
      </w:pPr>
      <w:r>
        <w:t>Physical Sciences میں ایسا نہیں ہے۔</w:t>
      </w:r>
    </w:p>
    <w:p>
      <w:r>
        <w:rPr>
          <w:b/>
        </w:rPr>
        <w:t xml:space="preserve">[37:16] </w:t>
      </w:r>
      <w:r>
        <w:t>Human Sciences mein aisa hai.</w:t>
      </w:r>
    </w:p>
    <w:p>
      <w:pPr>
        <w:jc w:val="right"/>
      </w:pPr>
      <w:r>
        <w:t>Human Sciences میں ایسا ہے۔</w:t>
      </w:r>
    </w:p>
    <w:p>
      <w:r>
        <w:rPr>
          <w:b/>
        </w:rPr>
        <w:t xml:space="preserve">[37:22] </w:t>
      </w:r>
      <w:r>
        <w:t>Insaan ki History mein aisa hai.</w:t>
      </w:r>
    </w:p>
    <w:p>
      <w:pPr>
        <w:jc w:val="right"/>
      </w:pPr>
      <w:r>
        <w:t>انسان کی History میں ایسا ہے۔</w:t>
      </w:r>
    </w:p>
    <w:p>
      <w:r>
        <w:rPr>
          <w:b/>
        </w:rPr>
        <w:t xml:space="preserve">[37:28] </w:t>
      </w:r>
      <w:r>
        <w:t>Jaise mujhe dekhein, yeh aaj mein Iqbal ka aik shair mujhe yaad aaya hai ke aasman-e-daulat-e-ghana</w:t>
      </w:r>
    </w:p>
    <w:p>
      <w:pPr>
        <w:jc w:val="right"/>
      </w:pPr>
      <w:r>
        <w:t>جیسے مجھے دیکھیں، یہ آج میں اقبال کا ایک شعر مجھے یاد آیا ہے کہ آسمانِ دولتِ غنہ</w:t>
      </w:r>
    </w:p>
    <w:p>
      <w:r>
        <w:rPr>
          <w:b/>
        </w:rPr>
        <w:t xml:space="preserve">[37:34] </w:t>
      </w:r>
      <w:r>
        <w:t>tha jab barbaad ki, Ibn-e-Badroon ke dil-e-nishad ne faryaad ki, bad naseeb Iqbal ko bakhsha gaya</w:t>
      </w:r>
    </w:p>
    <w:p>
      <w:pPr>
        <w:jc w:val="right"/>
      </w:pPr>
      <w:r>
        <w:t>تھا جب برباد کی، ابنِ بدروں کے دلِ نشاد نے فریاد کی، بد نصیب اقبال کو بخشا گیا</w:t>
      </w:r>
    </w:p>
    <w:p>
      <w:r>
        <w:rPr>
          <w:b/>
        </w:rPr>
        <w:t xml:space="preserve">[37:40] </w:t>
      </w:r>
      <w:r>
        <w:t>matam tera, bad naseeb Iqbal ko bakhsha gaya matam tera, chun liya taqdeer ne woh dil ke tha</w:t>
      </w:r>
    </w:p>
    <w:p>
      <w:pPr>
        <w:jc w:val="right"/>
      </w:pPr>
      <w:r>
        <w:t>ماتم تیرا، بد نصیب اقبال کو بخشا گیا ماتم تیرا، چن لیا تقدیر نے وہ دل کہ تھا</w:t>
      </w:r>
    </w:p>
    <w:p>
      <w:r>
        <w:rPr>
          <w:b/>
        </w:rPr>
        <w:t xml:space="preserve">[37:45] </w:t>
      </w:r>
      <w:r>
        <w:t>woh ram tera.</w:t>
      </w:r>
    </w:p>
    <w:p>
      <w:pPr>
        <w:jc w:val="right"/>
      </w:pPr>
      <w:r>
        <w:t>وہ رم تیرا۔</w:t>
      </w:r>
    </w:p>
    <w:p>
      <w:r>
        <w:rPr>
          <w:b/>
        </w:rPr>
        <w:t xml:space="preserve">[37:51] </w:t>
      </w:r>
      <w:r>
        <w:t>Yeh, yeh matam kya hai? Matam yahi hai ke aap nafs-e-mutmain nahi ban sakay.</w:t>
      </w:r>
    </w:p>
    <w:p>
      <w:pPr>
        <w:jc w:val="right"/>
      </w:pPr>
      <w:r>
        <w:t>یہ، یہ ماتم کیا ہے؟ ماتم یہی ہے کہ آپ نفس مطمئن نہیں بن سکے۔</w:t>
      </w:r>
    </w:p>
    <w:p>
      <w:r>
        <w:rPr>
          <w:b/>
        </w:rPr>
        <w:t xml:space="preserve">[37:57] </w:t>
      </w:r>
      <w:r>
        <w:t>To koi Dilli ki barbadi ka matam kar raha hai, koi ghana tha barbadi ka matam kar raha</w:t>
      </w:r>
    </w:p>
    <w:p>
      <w:pPr>
        <w:jc w:val="right"/>
      </w:pPr>
      <w:r>
        <w:t>تو کوئی دلی کی بربادی کا ماتم کر رہا ہے، کوئی غنہ تھا بربادی کا ماتم کر رہا</w:t>
      </w:r>
    </w:p>
    <w:p>
      <w:r>
        <w:rPr>
          <w:b/>
        </w:rPr>
        <w:t xml:space="preserve">[38:03] </w:t>
      </w:r>
      <w:r>
        <w:t>hai, koi Turkish Empire ki barbadi ka matam kar raha hai.</w:t>
      </w:r>
    </w:p>
    <w:p>
      <w:pPr>
        <w:jc w:val="right"/>
      </w:pPr>
      <w:r>
        <w:t>ہے، کوئی Turkish Empire کی بربادی کا ماتم کر رہا ہے۔</w:t>
      </w:r>
    </w:p>
    <w:p>
      <w:r>
        <w:rPr>
          <w:b/>
        </w:rPr>
        <w:t xml:space="preserve">[38:08] </w:t>
      </w:r>
      <w:r>
        <w:t>Yeh kya hai ke nafs-e-mutmain nahi ban sakay? Woh jo kuch hua tha, woh Creator ki Planning</w:t>
      </w:r>
    </w:p>
    <w:p>
      <w:pPr>
        <w:jc w:val="right"/>
      </w:pPr>
      <w:r>
        <w:t>یہ کیا ہے کہ نفس مطمئن نہیں بن سکے؟ وہ جو کچھ ہوا تھا، وہ Creator کی Planning</w:t>
      </w:r>
    </w:p>
    <w:p>
      <w:r>
        <w:rPr>
          <w:b/>
        </w:rPr>
        <w:t xml:space="preserve">[38:14] </w:t>
      </w:r>
      <w:r>
        <w:t>ke tehat hua tha, Creator ke Management ke tehat hua tha, lekin is ko matam bana liya ke</w:t>
      </w:r>
    </w:p>
    <w:p>
      <w:pPr>
        <w:jc w:val="right"/>
      </w:pPr>
      <w:r>
        <w:t>کے تحت ہوا تھا، Creator کے Management کے تحت ہوا تھا، لیکن اس کو ماتم بنا لیا کہ</w:t>
      </w:r>
    </w:p>
    <w:p>
      <w:r>
        <w:rPr>
          <w:b/>
        </w:rPr>
        <w:t xml:space="preserve">[38:20] </w:t>
      </w:r>
      <w:r>
        <w:t>agar aisa na hota to taraqqi ka naya daur in ko panah aata.</w:t>
      </w:r>
    </w:p>
    <w:p>
      <w:pPr>
        <w:jc w:val="right"/>
      </w:pPr>
      <w:r>
        <w:t>اگر ایسا نہ ہوتا تو ترقی کا نیا دور ان کو پناہ آتا۔</w:t>
      </w:r>
    </w:p>
    <w:p>
      <w:r>
        <w:rPr>
          <w:b/>
        </w:rPr>
        <w:t xml:space="preserve">[38:26] </w:t>
      </w:r>
      <w:r>
        <w:t>Aap Turkey jaiye aur Turkey ki kitaab tareekh parhiye.</w:t>
      </w:r>
    </w:p>
    <w:p>
      <w:pPr>
        <w:jc w:val="right"/>
      </w:pPr>
      <w:r>
        <w:t>آپ ترکی جائیے اور ترکی کی کتاب تاریخ پڑھیے۔</w:t>
      </w:r>
    </w:p>
    <w:p>
      <w:r>
        <w:rPr>
          <w:b/>
        </w:rPr>
        <w:t xml:space="preserve">[38:31] </w:t>
      </w:r>
      <w:r>
        <w:t>Aap Turkey ki khilafat mein koi taraqqi nahi ho rahi thi.</w:t>
      </w:r>
    </w:p>
    <w:p>
      <w:pPr>
        <w:jc w:val="right"/>
      </w:pPr>
      <w:r>
        <w:t>آپ ترکی کی خلافت میں کوئی ترقی نہیں ہو رہی تھی۔</w:t>
      </w:r>
    </w:p>
    <w:p>
      <w:r>
        <w:rPr>
          <w:b/>
        </w:rPr>
        <w:t xml:space="preserve">[38:37] </w:t>
      </w:r>
      <w:r>
        <w:t>Establishment aa gaya tha, lekin jab Turkish khilafat tooti, aaj ka, aaj ka jo Turkey hai, woh poori Muslim</w:t>
      </w:r>
    </w:p>
    <w:p>
      <w:pPr>
        <w:jc w:val="right"/>
      </w:pPr>
      <w:r>
        <w:t>Establishment آگیا تھا، لیکن جب Turkish خلافت ٹوٹی، آج کا، آج کا جو ترکی ہے، وہ پوری مسلم</w:t>
      </w:r>
    </w:p>
    <w:p>
      <w:r>
        <w:rPr>
          <w:b/>
        </w:rPr>
        <w:t xml:space="preserve">[38:43] </w:t>
      </w:r>
      <w:r>
        <w:t>dunya ke number one mulk hai.</w:t>
      </w:r>
    </w:p>
    <w:p>
      <w:pPr>
        <w:jc w:val="right"/>
      </w:pPr>
      <w:r>
        <w:t>دنیا کے نمبر ون ملک ہے۔</w:t>
      </w:r>
    </w:p>
    <w:p>
      <w:r>
        <w:rPr>
          <w:b/>
        </w:rPr>
        <w:t xml:space="preserve">[38:49] </w:t>
      </w:r>
      <w:r>
        <w:t>Aaj ka Turkey jo hai, woh poori Muslim dunya ka number one mulk hai.</w:t>
      </w:r>
    </w:p>
    <w:p>
      <w:pPr>
        <w:jc w:val="right"/>
      </w:pPr>
      <w:r>
        <w:t>آج کا ترکی جو ہے، وہ پوری مسلم دنیا کا نمبر ون ملک ہے۔</w:t>
      </w:r>
    </w:p>
    <w:p>
      <w:r>
        <w:rPr>
          <w:b/>
        </w:rPr>
        <w:t xml:space="preserve">[38:54] </w:t>
      </w:r>
      <w:r>
        <w:t>Is ki aik misaal yeh hai ke Turkey ke logon ne America mein bohat se school kholay hain.</w:t>
      </w:r>
    </w:p>
    <w:p>
      <w:pPr>
        <w:jc w:val="right"/>
      </w:pPr>
      <w:r>
        <w:t>اس کی ایک مثال یہ ہے کہ ترکی کے لوگوں نے امریکہ میں بہت سے اسکول کھولے ہیں۔</w:t>
      </w:r>
    </w:p>
    <w:p>
      <w:r>
        <w:rPr>
          <w:b/>
        </w:rPr>
        <w:t xml:space="preserve">[39:00] </w:t>
      </w:r>
      <w:r>
        <w:t>Abhi is safar mein mein un ke aik, aik school mein gaya tha to bohat hi high standard</w:t>
      </w:r>
    </w:p>
    <w:p>
      <w:pPr>
        <w:jc w:val="right"/>
      </w:pPr>
      <w:r>
        <w:t>ابھی اس سفر میں میں ان کے ایک، ایک اسکول میں گیا تھا تو بہت ہی ہائی سٹینڈرڈ</w:t>
      </w:r>
    </w:p>
    <w:p>
      <w:r>
        <w:rPr>
          <w:b/>
        </w:rPr>
        <w:t xml:space="preserve">[39:06] </w:t>
      </w:r>
      <w:r>
        <w:t>ke school hain, bilkul American hi standard ke, jo Turkey ke siwa koi, koi Muslim mulk ne aisa</w:t>
      </w:r>
    </w:p>
    <w:p>
      <w:pPr>
        <w:jc w:val="right"/>
      </w:pPr>
      <w:r>
        <w:t>کے اسکول ہیں، بالکل امریکن ہی سٹینڈرڈ کے، جو ترکی کے سوا کوئی، کوئی مسلم ملک نے ایسا</w:t>
      </w:r>
    </w:p>
    <w:p>
      <w:r>
        <w:rPr>
          <w:b/>
        </w:rPr>
        <w:t xml:space="preserve">[39:12] </w:t>
      </w:r>
      <w:r>
        <w:t>nahi kar saka.</w:t>
      </w:r>
    </w:p>
    <w:p>
      <w:pPr>
        <w:jc w:val="right"/>
      </w:pPr>
      <w:r>
        <w:t>نہیں کر سکا۔</w:t>
      </w:r>
    </w:p>
    <w:p>
      <w:r>
        <w:rPr>
          <w:b/>
        </w:rPr>
        <w:t xml:space="preserve">[39:17] </w:t>
      </w:r>
      <w:r>
        <w:t>To agar khilafat todi na gayi hoti to na Turkey na ubharta.</w:t>
      </w:r>
    </w:p>
    <w:p>
      <w:pPr>
        <w:jc w:val="right"/>
      </w:pPr>
      <w:r>
        <w:t>تو اگر خلافت توڑی نہ گئی ہوتی تو نہ ترکی نہ ابھرتا۔</w:t>
      </w:r>
    </w:p>
    <w:p>
      <w:r>
        <w:rPr>
          <w:b/>
        </w:rPr>
        <w:t xml:space="preserve">[39:23] </w:t>
      </w:r>
      <w:r>
        <w:t>Aaj ka jo Modern Turkey hai, woh direct nateeja hai ke Old Turkey ko Khuda ne devise kar</w:t>
      </w:r>
    </w:p>
    <w:p>
      <w:pPr>
        <w:jc w:val="right"/>
      </w:pPr>
      <w:r>
        <w:t>آج کا جو Modern ترکی ہے، وہ ڈائریکٹ نتیجہ ہے کہ Old ترکی کو خدا نے ڈیوائس کر</w:t>
      </w:r>
    </w:p>
    <w:p>
      <w:r>
        <w:rPr>
          <w:b/>
        </w:rPr>
        <w:t xml:space="preserve">[39:29] </w:t>
      </w:r>
      <w:r>
        <w:t>diya, lekin log isi ke matam kar rahe hain, isi ke matam kar rahe hain, isi ke matam</w:t>
      </w:r>
    </w:p>
    <w:p>
      <w:pPr>
        <w:jc w:val="right"/>
      </w:pPr>
      <w:r>
        <w:t>دیا، لیکن لوگ اسی کے ماتم کر رہے ہیں، اسی کے ماتم کر رہے ہیں، اسی کے ماتم</w:t>
      </w:r>
    </w:p>
    <w:p>
      <w:r>
        <w:rPr>
          <w:b/>
        </w:rPr>
        <w:t xml:space="preserve">[39:35] </w:t>
      </w:r>
      <w:r>
        <w:t>kar rahe hain.</w:t>
      </w:r>
    </w:p>
    <w:p>
      <w:pPr>
        <w:jc w:val="right"/>
      </w:pPr>
      <w:r>
        <w:t>کر رہے ہیں۔</w:t>
      </w:r>
    </w:p>
    <w:p>
      <w:r>
        <w:rPr>
          <w:b/>
        </w:rPr>
        <w:t xml:space="preserve">[39:40] </w:t>
      </w:r>
      <w:r>
        <w:t>to dekhen, log History ko Explain nahin kar sake kyun ke unhon ne Explain karna chaha apne Mindset ke mutabiq.</w:t>
      </w:r>
    </w:p>
    <w:p>
      <w:pPr>
        <w:jc w:val="right"/>
      </w:pPr>
      <w:r>
        <w:t>تو دیکھیں، لوگ History کو Explain نہیں کر سکے کیوں کہ انہوں نے Explain کرنا چاہا اپنے Mindset کے مطابق۔</w:t>
      </w:r>
    </w:p>
    <w:p>
      <w:r>
        <w:rPr>
          <w:b/>
        </w:rPr>
        <w:t xml:space="preserve">[39:46] </w:t>
      </w:r>
      <w:r>
        <w:t>Logon ne Human History ko apne Mindset ke mutabiq Explain karna chaha.</w:t>
      </w:r>
    </w:p>
    <w:p>
      <w:pPr>
        <w:jc w:val="right"/>
      </w:pPr>
      <w:r>
        <w:t>لوگوں نے Human History کو اپنے Mindset کے مطابق Explain کرنا چاہا۔</w:t>
      </w:r>
    </w:p>
    <w:p>
      <w:r>
        <w:rPr>
          <w:b/>
        </w:rPr>
        <w:t xml:space="preserve">[39:52] </w:t>
      </w:r>
      <w:r>
        <w:t>Khuda ka jo Mindset tha, us ke mutabiq nahin, halanke us ki qolu maujud thi Quran majeed mein</w:t>
      </w:r>
    </w:p>
    <w:p>
      <w:pPr>
        <w:jc w:val="right"/>
      </w:pPr>
      <w:r>
        <w:t>خدا کا جو Mindset تھا، اس کے مطابق نہیں، حالانکہ اس کی قلو موجود تھی قرآن مجید میں</w:t>
      </w:r>
    </w:p>
    <w:p>
      <w:r>
        <w:rPr>
          <w:b/>
        </w:rPr>
        <w:t xml:space="preserve">[39:58] </w:t>
      </w:r>
      <w:r>
        <w:t>wa tilka al ayyam nudawaluha banay al nas nida Allah banne ka matlab kya hai? Is dunya mein Competition hoga,</w:t>
      </w:r>
    </w:p>
    <w:p>
      <w:pPr>
        <w:jc w:val="right"/>
      </w:pPr>
      <w:r>
        <w:t>وَتِلْكَ الْاَيَّامُ نُدَاوَ لَهَا بَنَى النَّاسِ نداء اللہ بننے کا معنی کیا ہے؟ اس دنیا میں Competition ہوگا،</w:t>
      </w:r>
    </w:p>
    <w:p>
      <w:r>
        <w:rPr>
          <w:b/>
        </w:rPr>
        <w:t xml:space="preserve">[40:03] </w:t>
      </w:r>
      <w:r>
        <w:t>Challenge hoga, ek jayega, doosra aayega.</w:t>
      </w:r>
    </w:p>
    <w:p>
      <w:pPr>
        <w:jc w:val="right"/>
      </w:pPr>
      <w:r>
        <w:t>Challenge ہوگا، ایک جائے گا، دوسرا آئے گا۔</w:t>
      </w:r>
    </w:p>
    <w:p>
      <w:r>
        <w:rPr>
          <w:b/>
        </w:rPr>
        <w:t xml:space="preserve">[40:09] </w:t>
      </w:r>
      <w:r>
        <w:t>Is mein kuch na kuch aisi cheezen hongi jo aap bazahir Evil dikhai dengi, Injustice dikhai</w:t>
      </w:r>
    </w:p>
    <w:p>
      <w:pPr>
        <w:jc w:val="right"/>
      </w:pPr>
      <w:r>
        <w:t>اس میں کچھ نہ کچھ ایسی چیزیں ہوں گی جو آپ بظاہر Evil دکھائی دیں گی، Injustice دکھائی</w:t>
      </w:r>
    </w:p>
    <w:p>
      <w:r>
        <w:rPr>
          <w:b/>
        </w:rPr>
        <w:t xml:space="preserve">[40:15] </w:t>
      </w:r>
      <w:r>
        <w:t>dengi, Violation dikhai dega, lekin haqeeqat mein nahin, aisa nahin hoga.</w:t>
      </w:r>
    </w:p>
    <w:p>
      <w:pPr>
        <w:jc w:val="right"/>
      </w:pPr>
      <w:r>
        <w:t>دیں گی، Violation دکھائی دے گا، لیکن حقیقت میں نہیں، ایسا نہیں ہوگا۔</w:t>
      </w:r>
    </w:p>
    <w:p>
      <w:r>
        <w:rPr>
          <w:b/>
        </w:rPr>
        <w:t xml:space="preserve">[40:21] </w:t>
      </w:r>
      <w:r>
        <w:t>Wo to Change ke liye, Change lane ke liye aisa hoga, na ke kisi Evil ki wajah se ho.</w:t>
      </w:r>
    </w:p>
    <w:p>
      <w:pPr>
        <w:jc w:val="right"/>
      </w:pPr>
      <w:r>
        <w:t>وہ تو Change کے لیے، Change لانے کے لیے ایسا ہوگا، نہ کہ کسی Evil کی وجہ سے ہو۔</w:t>
      </w:r>
    </w:p>
    <w:p>
      <w:r>
        <w:rPr>
          <w:b/>
        </w:rPr>
        <w:t xml:space="preserve">[40:26] </w:t>
      </w:r>
      <w:r>
        <w:t>Jahan tak main janta hoon, koi bhi Muslim Thinker ya Non-Muslim Thinker is raaz ko na samajh saka,</w:t>
      </w:r>
    </w:p>
    <w:p>
      <w:pPr>
        <w:jc w:val="right"/>
      </w:pPr>
      <w:r>
        <w:t>جہاں تک میں جانتا ہوں، کوئی بھی مسلم Thinker یا Non-Muslim Thinker اس راز کو نہ سمجھ سکا،</w:t>
      </w:r>
    </w:p>
    <w:p>
      <w:r>
        <w:rPr>
          <w:b/>
        </w:rPr>
        <w:t xml:space="preserve">[40:32] </w:t>
      </w:r>
      <w:r>
        <w:t>is raaz ko nahin samajh saka.</w:t>
      </w:r>
    </w:p>
    <w:p>
      <w:pPr>
        <w:jc w:val="right"/>
      </w:pPr>
      <w:r>
        <w:t>اس راز کو نہیں سمجھ سکا۔</w:t>
      </w:r>
    </w:p>
    <w:p>
      <w:r>
        <w:rPr>
          <w:b/>
        </w:rPr>
        <w:t xml:space="preserve">[40:38] </w:t>
      </w:r>
      <w:r>
        <w:t>Yaani jitna nakaam hai Bartlett Russell samajhne mein is raaz ko, utne hi nakaam hai Iqbal bhi is</w:t>
      </w:r>
    </w:p>
    <w:p>
      <w:pPr>
        <w:jc w:val="right"/>
      </w:pPr>
      <w:r>
        <w:t>یعنی جتنا ناکام ہے Bartlett Russell سمجھنے میں اس راز کو، اتنے ہی ناکام ہے اقبال بھی اس</w:t>
      </w:r>
    </w:p>
    <w:p>
      <w:r>
        <w:rPr>
          <w:b/>
        </w:rPr>
        <w:t xml:space="preserve">[40:44] </w:t>
      </w:r>
      <w:r>
        <w:t>raaz ko samajhne mein.</w:t>
      </w:r>
    </w:p>
    <w:p>
      <w:pPr>
        <w:jc w:val="right"/>
      </w:pPr>
      <w:r>
        <w:t>راز کو سمجھنے میں۔</w:t>
      </w:r>
    </w:p>
    <w:p>
      <w:r>
        <w:rPr>
          <w:b/>
        </w:rPr>
        <w:t xml:space="preserve">[40:49] </w:t>
      </w:r>
      <w:r>
        <w:t>Koi farq nahin hai is nakaami mein.</w:t>
      </w:r>
    </w:p>
    <w:p>
      <w:pPr>
        <w:jc w:val="right"/>
      </w:pPr>
      <w:r>
        <w:t>کوئی فرق نہیں ہے اس ناکامی میں۔</w:t>
      </w:r>
    </w:p>
    <w:p>
      <w:r>
        <w:rPr>
          <w:b/>
        </w:rPr>
        <w:t xml:space="preserve">[40:55] </w:t>
      </w:r>
      <w:r>
        <w:t>Yaani Bartlett Russell ki nakaami aur Iqbal ki nakaami dono ek hi satah ki hain kyun ke wo</w:t>
      </w:r>
    </w:p>
    <w:p>
      <w:pPr>
        <w:jc w:val="right"/>
      </w:pPr>
      <w:r>
        <w:t>یعنی Bartlett Russell کی ناکامی اور اقبال کی ناکامی دونوں ایک ہی سطح کی ہیں کیوں کہ وہ</w:t>
      </w:r>
    </w:p>
    <w:p>
      <w:r>
        <w:rPr>
          <w:b/>
        </w:rPr>
        <w:t xml:space="preserve">[41:01] </w:t>
      </w:r>
      <w:r>
        <w:t>is qolu ko daryaft nahin kar sake jis qolu ko le kar ke wo Explain karen Human History</w:t>
      </w:r>
    </w:p>
    <w:p>
      <w:pPr>
        <w:jc w:val="right"/>
      </w:pPr>
      <w:r>
        <w:t>اس قلو کو دریافت نہیں کر سکے جس قلو کو لے کر کے وہ Explain کریں Human History</w:t>
      </w:r>
    </w:p>
    <w:p>
      <w:r>
        <w:rPr>
          <w:b/>
        </w:rPr>
        <w:t xml:space="preserve">[41:07] </w:t>
      </w:r>
      <w:r>
        <w:t>ko wa tilka al ayyam nudawaluha banay al nas is ka matlab yeh hai ke is dunya mein Competition hoga,</w:t>
      </w:r>
    </w:p>
    <w:p>
      <w:pPr>
        <w:jc w:val="right"/>
      </w:pPr>
      <w:r>
        <w:t>کو وَتِلْكَ الْاَيَّامُ نُدَاوَ لَهَا بَنَى النَّاسِ اس کا مطلب یہ ہے کہ اس دنیا میں Competition ہوگا،</w:t>
      </w:r>
    </w:p>
    <w:p>
      <w:r>
        <w:rPr>
          <w:b/>
        </w:rPr>
        <w:t xml:space="preserve">[41:12] </w:t>
      </w:r>
      <w:r>
        <w:t>takrao hoga, Challenge hoga.</w:t>
      </w:r>
    </w:p>
    <w:p>
      <w:pPr>
        <w:jc w:val="right"/>
      </w:pPr>
      <w:r>
        <w:t>ٹکراؤ ہوگا، Challenge ہوگا۔</w:t>
      </w:r>
    </w:p>
    <w:p>
      <w:r>
        <w:rPr>
          <w:b/>
        </w:rPr>
        <w:t xml:space="preserve">[41:18] </w:t>
      </w:r>
      <w:r>
        <w:t>Ek jayega, doosra aayega.</w:t>
      </w:r>
    </w:p>
    <w:p>
      <w:pPr>
        <w:jc w:val="right"/>
      </w:pPr>
      <w:r>
        <w:t>ایک جائے گا، دوسرا آئے گا۔</w:t>
      </w:r>
    </w:p>
    <w:p>
      <w:r>
        <w:rPr>
          <w:b/>
        </w:rPr>
        <w:t xml:space="preserve">[41:24] </w:t>
      </w:r>
      <w:r>
        <w:t>Old Blood hataya jayega, naya Blood aayega.</w:t>
      </w:r>
    </w:p>
    <w:p>
      <w:pPr>
        <w:jc w:val="right"/>
      </w:pPr>
      <w:r>
        <w:t>Old Blood ہٹایا جائے گا، نیا Blood آئے گا۔</w:t>
      </w:r>
    </w:p>
    <w:p>
      <w:r>
        <w:rPr>
          <w:b/>
        </w:rPr>
        <w:t xml:space="preserve">[41:30] </w:t>
      </w:r>
      <w:r>
        <w:t>Is sab ke beech mein kuch aisa hoga jis ko tum ko dekhne mein lagega ke are</w:t>
      </w:r>
    </w:p>
    <w:p>
      <w:pPr>
        <w:jc w:val="right"/>
      </w:pPr>
      <w:r>
        <w:t>اس سب کے بیچ میں کچھ ایسا ہوگا جس کو تم کو دیکھنے میں لگے گا کہ ارے</w:t>
      </w:r>
    </w:p>
    <w:p>
      <w:r>
        <w:rPr>
          <w:b/>
        </w:rPr>
        <w:t xml:space="preserve">[41:35] </w:t>
      </w:r>
      <w:r>
        <w:t>yeh to Injustice hai, are yeh to Problem hai.</w:t>
      </w:r>
    </w:p>
    <w:p>
      <w:pPr>
        <w:jc w:val="right"/>
      </w:pPr>
      <w:r>
        <w:t>یہ تو Injustice ہے، ارے یہ تو Problem ہے۔</w:t>
      </w:r>
    </w:p>
    <w:p>
      <w:r>
        <w:rPr>
          <w:b/>
        </w:rPr>
        <w:t xml:space="preserve">[41:41] </w:t>
      </w:r>
      <w:r>
        <w:t>Real sach mein nahin hai wo.</w:t>
      </w:r>
    </w:p>
    <w:p>
      <w:pPr>
        <w:jc w:val="right"/>
      </w:pPr>
      <w:r>
        <w:t>Real سچ میں نہیں ہے وہ۔</w:t>
      </w:r>
    </w:p>
    <w:p>
      <w:r>
        <w:rPr>
          <w:b/>
        </w:rPr>
        <w:t xml:space="preserve">[41:47] </w:t>
      </w:r>
      <w:r>
        <w:t>Wo to Price hai naye Development ki, Price hai naye Change ki. Wo hoga.</w:t>
      </w:r>
    </w:p>
    <w:p>
      <w:pPr>
        <w:jc w:val="right"/>
      </w:pPr>
      <w:r>
        <w:t>وہ تو Price ہے نئے Development کی، Price ہے نئے Change کی۔ وہ ہوگا۔</w:t>
      </w:r>
    </w:p>
    <w:p>
      <w:r>
        <w:rPr>
          <w:b/>
        </w:rPr>
        <w:t xml:space="preserve">[41:53] </w:t>
      </w:r>
      <w:r>
        <w:t>You have to Explain it in a positive way nahin to kya hai? Aap jiyenge shikayat mein, Tension mein.</w:t>
      </w:r>
    </w:p>
    <w:p>
      <w:pPr>
        <w:jc w:val="right"/>
      </w:pPr>
      <w:r>
        <w:t>You have to Explain it in a positive way نہیں تو کیا ہے؟ آپ جئیں گے شکایت میں، Tension میں۔</w:t>
      </w:r>
    </w:p>
    <w:p>
      <w:r>
        <w:rPr>
          <w:b/>
        </w:rPr>
        <w:t xml:space="preserve">[41:58] </w:t>
      </w:r>
      <w:r>
        <w:t>Aap ko Tension Free Mind nahin milega.</w:t>
      </w:r>
    </w:p>
    <w:p>
      <w:pPr>
        <w:jc w:val="right"/>
      </w:pPr>
      <w:r>
        <w:t>آپ کو Tension Free Mind نہیں ملے گا۔</w:t>
      </w:r>
    </w:p>
    <w:p>
      <w:r>
        <w:rPr>
          <w:b/>
        </w:rPr>
        <w:t xml:space="preserve">[42:04] </w:t>
      </w:r>
      <w:r>
        <w:t>sehi ma'non mein aap ko Spirituality nahi mile gi.</w:t>
      </w:r>
    </w:p>
    <w:p>
      <w:pPr>
        <w:jc w:val="right"/>
      </w:pPr>
      <w:r>
        <w:t>صحیح معنوں میں آپ کو Spirituality نہیں ملے گی۔</w:t>
      </w:r>
    </w:p>
    <w:p>
      <w:r>
        <w:rPr>
          <w:b/>
        </w:rPr>
        <w:t xml:space="preserve">[42:10] </w:t>
      </w:r>
      <w:r>
        <w:t>sehi ma'non mein Spiritual Development aap ke andar nahi hoga.</w:t>
      </w:r>
    </w:p>
    <w:p>
      <w:pPr>
        <w:jc w:val="right"/>
      </w:pPr>
      <w:r>
        <w:t>صحیح معنوں میں Spiritual Development آپ کے اندر نہیں ہوگا۔</w:t>
      </w:r>
    </w:p>
    <w:p>
      <w:r>
        <w:rPr>
          <w:b/>
        </w:rPr>
        <w:t xml:space="preserve">[42:16] </w:t>
      </w:r>
      <w:r>
        <w:t>isi liye Spiritual Development ke liye unhon ne kiya kiya ke Contemplation ki ke bajaye Meditation ikhtiyar kar</w:t>
      </w:r>
    </w:p>
    <w:p>
      <w:pPr>
        <w:jc w:val="right"/>
      </w:pPr>
      <w:r>
        <w:t>اسی لیے Spiritual Development کے لیے انہوں نے کیا کیا کہ Contemplation کی کے بجائے Meditation اختیار کر</w:t>
      </w:r>
    </w:p>
    <w:p>
      <w:r>
        <w:rPr>
          <w:b/>
        </w:rPr>
        <w:t xml:space="preserve">[42:21] </w:t>
      </w:r>
      <w:r>
        <w:t>liya kyun ke Contemplation mein aisi baatein Explain nahi hoti theen.</w:t>
      </w:r>
    </w:p>
    <w:p>
      <w:pPr>
        <w:jc w:val="right"/>
      </w:pPr>
      <w:r>
        <w:t>لیا کیوں کہ Contemplation میں ایسی باتیں Explain نہیں ہوتی تھیں۔</w:t>
      </w:r>
    </w:p>
    <w:p>
      <w:r>
        <w:rPr>
          <w:b/>
        </w:rPr>
        <w:t xml:space="preserve">[42:27] </w:t>
      </w:r>
      <w:r>
        <w:t>to unhon ne is ko chhod diya aur Meditation karne lagay.</w:t>
      </w:r>
    </w:p>
    <w:p>
      <w:pPr>
        <w:jc w:val="right"/>
      </w:pPr>
      <w:r>
        <w:t>تو انہوں نے اس کو چھوڑ دیا اور Meditation کرنے لگے۔</w:t>
      </w:r>
    </w:p>
    <w:p>
      <w:r>
        <w:rPr>
          <w:b/>
        </w:rPr>
        <w:t xml:space="preserve">[42:33] </w:t>
      </w:r>
      <w:r>
        <w:t>to Ecstasy ke Level par unhon ne Peace daryaft kiya.</w:t>
      </w:r>
    </w:p>
    <w:p>
      <w:pPr>
        <w:jc w:val="right"/>
      </w:pPr>
      <w:r>
        <w:t>تو Ecstasy کے Level پر انہوں نے Peace دریافت کیا۔</w:t>
      </w:r>
    </w:p>
    <w:p>
      <w:r>
        <w:rPr>
          <w:b/>
        </w:rPr>
        <w:t xml:space="preserve">[42:39] </w:t>
      </w:r>
      <w:r>
        <w:t>یعنی Intellectual Development, یعنی Contemplation کا طریقہ یہ ہے کہ آپ Intellectual Development کے Level پر Peace دریافت کریں۔</w:t>
      </w:r>
    </w:p>
    <w:p>
      <w:pPr>
        <w:jc w:val="right"/>
      </w:pPr>
      <w:r>
        <w:t>یعنی Intellectual Development، یعنی Contemplation کا طریقہ یہ ہے کہ آپ Intellectual Development کے Level پر Peace دریافت کریں۔</w:t>
      </w:r>
    </w:p>
    <w:p>
      <w:r>
        <w:rPr>
          <w:b/>
        </w:rPr>
        <w:t xml:space="preserve">[42:45] </w:t>
      </w:r>
      <w:r>
        <w:t>to chunke wahan se Fail ho rahe thay, Fail ho rahe thay, Fail ho rahe thay, to logon</w:t>
      </w:r>
    </w:p>
    <w:p>
      <w:pPr>
        <w:jc w:val="right"/>
      </w:pPr>
      <w:r>
        <w:t>تو چونکہ وہاں سے Fail ہو رہے تھے، Fail ہو رہے تھے، Fail ہو رہے تھے، تو لوگوں</w:t>
      </w:r>
    </w:p>
    <w:p>
      <w:r>
        <w:rPr>
          <w:b/>
        </w:rPr>
        <w:t xml:space="preserve">[42:50] </w:t>
      </w:r>
      <w:r>
        <w:t>ne Ecstasy ke Level par Meditation ke zariye is Peace daryaft karne ki koshish ki.</w:t>
      </w:r>
    </w:p>
    <w:p>
      <w:pPr>
        <w:jc w:val="right"/>
      </w:pPr>
      <w:r>
        <w:t>نے Ecstasy کے Level پر Meditation کے ذریعے اس Peace دریافت کرنے کی کوشش کی۔</w:t>
      </w:r>
    </w:p>
    <w:p>
      <w:r>
        <w:rPr>
          <w:b/>
        </w:rPr>
        <w:t xml:space="preserve">[42:56] </w:t>
      </w:r>
      <w:r>
        <w:t>That was failure. Spirituality صحیح وہ تھی جو آپ کو Contemplation کے Level پر ملے۔</w:t>
      </w:r>
    </w:p>
    <w:p>
      <w:pPr>
        <w:jc w:val="right"/>
      </w:pPr>
      <w:r>
        <w:t>That was failure Spirituality صحیح وہ تھی جو آپ کو Contemplation کے Level پر ملے۔</w:t>
      </w:r>
    </w:p>
    <w:p>
      <w:r>
        <w:rPr>
          <w:b/>
        </w:rPr>
        <w:t xml:space="preserve">[43:02] </w:t>
      </w:r>
      <w:r>
        <w:t>yani Source samajh kar ke, ghaur o fikr ke zariye cheezon ko Reason Out kar ke mile.</w:t>
      </w:r>
    </w:p>
    <w:p>
      <w:pPr>
        <w:jc w:val="right"/>
      </w:pPr>
      <w:r>
        <w:t>یعنی Source سمجھ کر کے، غور و فکر کے ذریعے چیزوں کو Reason Out کر کے ملے۔</w:t>
      </w:r>
    </w:p>
    <w:p>
      <w:r>
        <w:rPr>
          <w:b/>
        </w:rPr>
        <w:t xml:space="preserve">[43:08] </w:t>
      </w:r>
      <w:r>
        <w:t>wo sahi Spirituality hai lekin wahan Fail ho gaye, Explain karne nahi sakay.</w:t>
      </w:r>
    </w:p>
    <w:p>
      <w:pPr>
        <w:jc w:val="right"/>
      </w:pPr>
      <w:r>
        <w:t>وہ صحیح Spirituality ہے لیکن وہاں Fail ہو گئے، Explain کرنے نہیں سکے۔</w:t>
      </w:r>
    </w:p>
    <w:p>
      <w:r>
        <w:rPr>
          <w:b/>
        </w:rPr>
        <w:t xml:space="preserve">[43:13] </w:t>
      </w:r>
      <w:r>
        <w:t>har jagah Evil dikhai diya, Injustice dikhai diya.</w:t>
      </w:r>
    </w:p>
    <w:p>
      <w:pPr>
        <w:jc w:val="right"/>
      </w:pPr>
      <w:r>
        <w:t>ہر جگہ Evil دکھائی دیا، Injustice دکھائی دیا۔</w:t>
      </w:r>
    </w:p>
    <w:p>
      <w:r>
        <w:rPr>
          <w:b/>
        </w:rPr>
        <w:t xml:space="preserve">[43:19] </w:t>
      </w:r>
      <w:r>
        <w:t>to ek Lower Level par unhon ne chaha ke Spirituality ko hasil karein.</w:t>
      </w:r>
    </w:p>
    <w:p>
      <w:pPr>
        <w:jc w:val="right"/>
      </w:pPr>
      <w:r>
        <w:t>تو ایک Lower Level پر انہوں نے چاہا کہ Spirituality کو حاصل کریں۔</w:t>
      </w:r>
    </w:p>
    <w:p>
      <w:r>
        <w:rPr>
          <w:b/>
        </w:rPr>
        <w:t xml:space="preserve">[43:25] </w:t>
      </w:r>
      <w:r>
        <w:t>yeh Lower Level hai yani Meditation, muraqba.</w:t>
      </w:r>
    </w:p>
    <w:p>
      <w:pPr>
        <w:jc w:val="right"/>
      </w:pPr>
      <w:r>
        <w:t>یہ Lower Level ہے یعنی Meditation, مراقبہ۔</w:t>
      </w:r>
    </w:p>
    <w:p>
      <w:r>
        <w:rPr>
          <w:b/>
        </w:rPr>
        <w:t xml:space="preserve">[43:31] </w:t>
      </w:r>
      <w:r>
        <w:t>is ke nateejay mein kiya mila un ko? Ecstasy.</w:t>
      </w:r>
    </w:p>
    <w:p>
      <w:pPr>
        <w:jc w:val="right"/>
      </w:pPr>
      <w:r>
        <w:t>اس کے نتیجے میں کیا ملا ان کو؟ Ecstasy۔</w:t>
      </w:r>
    </w:p>
    <w:p>
      <w:r>
        <w:rPr>
          <w:b/>
        </w:rPr>
        <w:t xml:space="preserve">[43:36] </w:t>
      </w:r>
      <w:r>
        <w:t>yeh poori tareekh ka Picture hai.</w:t>
      </w:r>
    </w:p>
    <w:p>
      <w:pPr>
        <w:jc w:val="right"/>
      </w:pPr>
      <w:r>
        <w:t>یہ پوری تاریخ کا Picture ہے۔</w:t>
      </w:r>
    </w:p>
    <w:p>
      <w:r>
        <w:rPr>
          <w:b/>
        </w:rPr>
        <w:t xml:space="preserve">[43:42] </w:t>
      </w:r>
      <w:r>
        <w:t>to hamara Mission yeh hai ke insaan ke andar wo Intellectual Development aaye jis ko Quran mein nafs</w:t>
      </w:r>
    </w:p>
    <w:p>
      <w:pPr>
        <w:jc w:val="right"/>
      </w:pPr>
      <w:r>
        <w:t>تو ہمارا Mission یہ ہے کہ انسان کے اندر وہ Intellectual Development آئے جس کو قرآن میں نفس</w:t>
      </w:r>
    </w:p>
    <w:p>
      <w:r>
        <w:rPr>
          <w:b/>
        </w:rPr>
        <w:t xml:space="preserve">[43:48] </w:t>
      </w:r>
      <w:r>
        <w:t>mutma'in kaha gaya hai.</w:t>
      </w:r>
    </w:p>
    <w:p>
      <w:pPr>
        <w:jc w:val="right"/>
      </w:pPr>
      <w:r>
        <w:t>مطمئن کہا گیا ہے۔</w:t>
      </w:r>
    </w:p>
    <w:p>
      <w:r>
        <w:rPr>
          <w:b/>
        </w:rPr>
        <w:t xml:space="preserve">[43:54] </w:t>
      </w:r>
      <w:r>
        <w:t>yeh hi Mission hai hamara, yeh hi hamara Goal hai ke insaan ke andar is noiyat ka Spiritual Development, Intellectual</w:t>
      </w:r>
    </w:p>
    <w:p>
      <w:pPr>
        <w:jc w:val="right"/>
      </w:pPr>
      <w:r>
        <w:t>یہی Mission ہے ہمارا، یہی ہمارا Goal ہے کہ انسان کے اندر اس نوعیت کا Spiritual Development، Intellectual</w:t>
      </w:r>
    </w:p>
    <w:p>
      <w:r>
        <w:rPr>
          <w:b/>
        </w:rPr>
        <w:t xml:space="preserve">[43:59] </w:t>
      </w:r>
      <w:r>
        <w:t>Development laya jaye jis ko Quran mein nafs mutma'in kaha gaya hai.</w:t>
      </w:r>
    </w:p>
    <w:p>
      <w:pPr>
        <w:jc w:val="right"/>
      </w:pPr>
      <w:r>
        <w:t>Development لایا جائے جس کو قرآن میں نفس مطمئن کہا گیا ہے۔</w:t>
      </w:r>
    </w:p>
    <w:p>
      <w:r>
        <w:rPr>
          <w:b/>
        </w:rPr>
        <w:t xml:space="preserve">[44:05] </w:t>
      </w:r>
      <w:r>
        <w:t>to meri dua hai ke Allah Ta'ala mujh ko aur aap ko tofeeq de ke hum is Mission</w:t>
      </w:r>
    </w:p>
    <w:p>
      <w:pPr>
        <w:jc w:val="right"/>
      </w:pPr>
      <w:r>
        <w:t>تو میری دعا ہے کہ اللہ تعالیٰ مجھ کو اور آپ کو توفیق دے کہ ہم اس Mission</w:t>
      </w:r>
    </w:p>
    <w:p>
      <w:r>
        <w:rPr>
          <w:b/>
        </w:rPr>
        <w:t xml:space="preserve">[44:11] </w:t>
      </w:r>
      <w:r>
        <w:t>ko aage badha sakein.</w:t>
      </w:r>
    </w:p>
    <w:p>
      <w:pPr>
        <w:jc w:val="right"/>
      </w:pPr>
      <w:r>
        <w:t>کو آگے بڑھا سکیں۔</w:t>
      </w:r>
    </w:p>
    <w:p>
      <w:r>
        <w:rPr>
          <w:b/>
        </w:rPr>
        <w:t xml:space="preserve">[44:17] </w:t>
      </w:r>
      <w:r>
        <w:t>Allah Ta'ala ki madad se hi yeh kaam ho sakta hai.</w:t>
      </w:r>
    </w:p>
    <w:p>
      <w:pPr>
        <w:jc w:val="right"/>
      </w:pPr>
      <w:r>
        <w:t>اللہ تعالیٰ کی مدد سے ہی یہ کام ہو سکتا ہے۔</w:t>
      </w:r>
    </w:p>
    <w:p>
      <w:r>
        <w:rPr>
          <w:b/>
        </w:rPr>
        <w:t xml:space="preserve">[44:22] </w:t>
      </w:r>
      <w:r>
        <w:t>Allah Ta'ala hamari madad farmaye.</w:t>
      </w:r>
    </w:p>
    <w:p>
      <w:pPr>
        <w:jc w:val="right"/>
      </w:pPr>
      <w:r>
        <w:t>اللہ تعالیٰ ہماری مدد فرمائے۔</w:t>
      </w:r>
    </w:p>
    <w:p>
      <w:r>
        <w:rPr>
          <w:b/>
        </w:rPr>
        <w:t xml:space="preserve">[44:28] </w:t>
      </w:r>
      <w:r>
        <w:t>Allah ki madad ke baghair yeh kaam shuru bhi nahi kar sakta aur khatme tak pahunchna to bohat</w:t>
      </w:r>
    </w:p>
    <w:p>
      <w:pPr>
        <w:jc w:val="right"/>
      </w:pPr>
      <w:r>
        <w:t>اللہ کی مدد کے بغیر یہ کام شروع بھی نہیں کر سکتا اور خاتمے تک پہنچنا تو بہت</w:t>
      </w:r>
    </w:p>
    <w:p>
      <w:r>
        <w:rPr>
          <w:b/>
        </w:rPr>
        <w:t xml:space="preserve">[44:34] </w:t>
      </w:r>
      <w:r>
        <w:t>door ki baat hai.</w:t>
      </w:r>
    </w:p>
    <w:p>
      <w:pPr>
        <w:jc w:val="right"/>
      </w:pPr>
      <w:r>
        <w:t>دور کی بات ہے۔</w:t>
      </w:r>
    </w:p>
    <w:p>
      <w:r>
        <w:rPr>
          <w:b/>
        </w:rPr>
        <w:t xml:space="preserve">[44:40] </w:t>
      </w:r>
      <w:r>
        <w:t>to Allah taala hamari aap ki rehnumai farmaye aur madad farmaye.</w:t>
      </w:r>
    </w:p>
    <w:p>
      <w:pPr>
        <w:jc w:val="right"/>
      </w:pPr>
      <w:r>
        <w:t>تو اللہ تعالیٰ ہماری آپ کی رہنمائی فرمائے اور مدد فرمائے۔</w:t>
      </w:r>
    </w:p>
    <w:p>
      <w:r>
        <w:rPr>
          <w:b/>
        </w:rPr>
        <w:t xml:space="preserve">[44:45] </w:t>
      </w:r>
      <w:r>
        <w:t>Assalam o alaikum wa rehmatullah. Dekhiye, yeh inhone sawal kiya hai ke Islam ki tareekh mein Organ Donation</w:t>
      </w:r>
    </w:p>
    <w:p>
      <w:pPr>
        <w:jc w:val="right"/>
      </w:pPr>
      <w:r>
        <w:t>السلام علیکم ورحمة الله دیکھئے، یہ انہوں نے سوال کیا ہے کہ اسلام کی تاریخ میں Organ Donation</w:t>
      </w:r>
    </w:p>
    <w:p>
      <w:r>
        <w:rPr>
          <w:b/>
        </w:rPr>
        <w:t xml:space="preserve">[44:51] </w:t>
      </w:r>
      <w:r>
        <w:t>ki koi misaal milti hai.</w:t>
      </w:r>
    </w:p>
    <w:p>
      <w:pPr>
        <w:jc w:val="right"/>
      </w:pPr>
      <w:r>
        <w:t>کی کوئی مثال ملتی ہے۔</w:t>
      </w:r>
    </w:p>
    <w:p>
      <w:r>
        <w:rPr>
          <w:b/>
        </w:rPr>
        <w:t xml:space="preserve">[44:57] </w:t>
      </w:r>
      <w:r>
        <w:t>تو دیکھئے، Organ Donation یہ 28th Century کی Medical Research کا Phenomena ہے۔</w:t>
      </w:r>
    </w:p>
    <w:p>
      <w:pPr>
        <w:jc w:val="right"/>
      </w:pPr>
      <w:r>
        <w:t>تو دیکھئے، Organ Donation یہ Twenty-Eighth Century کی Medical Research کا Phenomena ہے۔</w:t>
      </w:r>
    </w:p>
    <w:p>
      <w:r>
        <w:rPr>
          <w:b/>
        </w:rPr>
        <w:t xml:space="preserve">[45:03] </w:t>
      </w:r>
      <w:r>
        <w:t>Twenty-Eighth Century se pehle yeh Research nahi hui thi.</w:t>
      </w:r>
    </w:p>
    <w:p>
      <w:pPr>
        <w:jc w:val="right"/>
      </w:pPr>
      <w:r>
        <w:t>Twenty-Eighth Century سے پہلے یہ Research نہیں ہوئی تھی۔</w:t>
      </w:r>
    </w:p>
    <w:p>
      <w:r>
        <w:rPr>
          <w:b/>
        </w:rPr>
        <w:t xml:space="preserve">[45:08] </w:t>
      </w:r>
      <w:r>
        <w:t>Yeh insaan jaanta nahi tha.</w:t>
      </w:r>
    </w:p>
    <w:p>
      <w:pPr>
        <w:jc w:val="right"/>
      </w:pPr>
      <w:r>
        <w:t>یہ انسان جانتا نہیں تھا۔</w:t>
      </w:r>
    </w:p>
    <w:p>
      <w:r>
        <w:rPr>
          <w:b/>
        </w:rPr>
        <w:t xml:space="preserve">[45:14] </w:t>
      </w:r>
      <w:r>
        <w:t>Jaise ke maine dekhiye, yeh yeh Plastic Surgery hui hai.</w:t>
      </w:r>
    </w:p>
    <w:p>
      <w:pPr>
        <w:jc w:val="right"/>
      </w:pPr>
      <w:r>
        <w:t>جیسے کہ میں نے دیکھئے، یہ یہ Plastic Surgery ہوئی ہے۔</w:t>
      </w:r>
    </w:p>
    <w:p>
      <w:r>
        <w:rPr>
          <w:b/>
        </w:rPr>
        <w:t xml:space="preserve">[45:20] </w:t>
      </w:r>
      <w:r>
        <w:t>Yaani ek doosra khaal Skin nikaal kar ghar lagaya gaya aur woh meri Body ne is ko Accept</w:t>
      </w:r>
    </w:p>
    <w:p>
      <w:pPr>
        <w:jc w:val="right"/>
      </w:pPr>
      <w:r>
        <w:t>یعنی ایک دوسرا کھال Skin نکال کر گھر لگایا گیا اور وہ میری Body نے اس کو Accept</w:t>
      </w:r>
    </w:p>
    <w:p>
      <w:r>
        <w:rPr>
          <w:b/>
        </w:rPr>
        <w:t xml:space="preserve">[45:26] </w:t>
      </w:r>
      <w:r>
        <w:t>kar liya aur aaj woh is ka hissa bana hua hai.</w:t>
      </w:r>
    </w:p>
    <w:p>
      <w:pPr>
        <w:jc w:val="right"/>
      </w:pPr>
      <w:r>
        <w:t>کر لیا اور آج وہ اس کا حصہ بنا ہوا ہے۔</w:t>
      </w:r>
    </w:p>
    <w:p>
      <w:r>
        <w:rPr>
          <w:b/>
        </w:rPr>
        <w:t xml:space="preserve">[45:31] </w:t>
      </w:r>
      <w:r>
        <w:t>Toh insaan jaanta nahi tha pehle yeh baat ke insaan ki Body mein yeh salahiyat hai ke woh</w:t>
      </w:r>
    </w:p>
    <w:p>
      <w:pPr>
        <w:jc w:val="right"/>
      </w:pPr>
      <w:r>
        <w:t>تو انسان جانتا نہیں تھا پہلے یہ بات کہ انسان کی Body میں یہ صلاحیت ہے کہ وہ</w:t>
      </w:r>
    </w:p>
    <w:p>
      <w:r>
        <w:rPr>
          <w:b/>
        </w:rPr>
        <w:t xml:space="preserve">[45:37] </w:t>
      </w:r>
      <w:r>
        <w:t>koi cheez Donate ki jaye aur us ko woh Accept kar le.</w:t>
      </w:r>
    </w:p>
    <w:p>
      <w:pPr>
        <w:jc w:val="right"/>
      </w:pPr>
      <w:r>
        <w:t>کوئی چیز Donate کی جائے اور اس کو وہ Accept کر لے۔</w:t>
      </w:r>
    </w:p>
    <w:p>
      <w:r>
        <w:rPr>
          <w:b/>
        </w:rPr>
        <w:t xml:space="preserve">[45:43] </w:t>
      </w:r>
      <w:r>
        <w:t>Yeh bhi isi ki misaal hai.</w:t>
      </w:r>
    </w:p>
    <w:p>
      <w:pPr>
        <w:jc w:val="right"/>
      </w:pPr>
      <w:r>
        <w:t>یہ بھی اسی کی مثال ہے۔</w:t>
      </w:r>
    </w:p>
    <w:p>
      <w:r>
        <w:rPr>
          <w:b/>
        </w:rPr>
        <w:t xml:space="preserve">[45:49] </w:t>
      </w:r>
      <w:r>
        <w:t>Donation, is Donation ko Accept kar liya meri Body ne.</w:t>
      </w:r>
    </w:p>
    <w:p>
      <w:pPr>
        <w:jc w:val="right"/>
      </w:pPr>
      <w:r>
        <w:t>Donation، اس Donation کو Accept کر لیا میری Body نے۔</w:t>
      </w:r>
    </w:p>
    <w:p>
      <w:r>
        <w:rPr>
          <w:b/>
        </w:rPr>
        <w:t xml:space="preserve">[45:54] </w:t>
      </w:r>
      <w:r>
        <w:t>Toh pehle yeh yeh Science Develop nahi hui thi.</w:t>
      </w:r>
    </w:p>
    <w:p>
      <w:pPr>
        <w:jc w:val="right"/>
      </w:pPr>
      <w:r>
        <w:t>تو پہلے یہ یہ Science Develop نہیں ہوئی تھی۔</w:t>
      </w:r>
    </w:p>
    <w:p>
      <w:r>
        <w:rPr>
          <w:b/>
        </w:rPr>
        <w:t xml:space="preserve">[46:00] </w:t>
      </w:r>
      <w:r>
        <w:t>Toh yeh yeh sawal jo hai, yeh yeh sawal bohat zyada Relevant sawal nahi hai.</w:t>
      </w:r>
    </w:p>
    <w:p>
      <w:pPr>
        <w:jc w:val="right"/>
      </w:pPr>
      <w:r>
        <w:t>تو یہ یہ سوال جو ہے، یہ یہ سوال بہت زیادہ Relevant سوال نہیں ہے۔</w:t>
      </w:r>
    </w:p>
    <w:p>
      <w:r>
        <w:rPr>
          <w:b/>
        </w:rPr>
        <w:t xml:space="preserve">[46:06] </w:t>
      </w:r>
      <w:r>
        <w:t>Bohat zyada Relevant sawal nahi hai.</w:t>
      </w:r>
    </w:p>
    <w:p>
      <w:pPr>
        <w:jc w:val="right"/>
      </w:pPr>
      <w:r>
        <w:t>بہت زیادہ Relevant سوال نہیں ہے۔</w:t>
      </w:r>
    </w:p>
    <w:p>
      <w:r>
        <w:rPr>
          <w:b/>
        </w:rPr>
        <w:t xml:space="preserve">[46:12] </w:t>
      </w:r>
      <w:r>
        <w:t>Sirf aap yeh keh sakte hain ke yeh jaiz hai ke nahi jaiz hai.</w:t>
      </w:r>
    </w:p>
    <w:p>
      <w:pPr>
        <w:jc w:val="right"/>
      </w:pPr>
      <w:r>
        <w:t>صرف آپ یہ کہہ سکتے ہیں کہ یہ جائز ہے کہ نہیں جائز ہے۔</w:t>
      </w:r>
    </w:p>
    <w:p>
      <w:r>
        <w:rPr>
          <w:b/>
        </w:rPr>
        <w:t xml:space="preserve">[46:17] </w:t>
      </w:r>
      <w:r>
        <w:t>Toh bilashuba yeh jaiz hai.</w:t>
      </w:r>
    </w:p>
    <w:p>
      <w:pPr>
        <w:jc w:val="right"/>
      </w:pPr>
      <w:r>
        <w:t>تو بلاشبہ یہ جائز ہے۔</w:t>
      </w:r>
    </w:p>
    <w:p>
      <w:r>
        <w:rPr>
          <w:b/>
        </w:rPr>
        <w:t xml:space="preserve">[46:23] </w:t>
      </w:r>
      <w:r>
        <w:t>Is ke jaiz hone mein koi shaq nahi hai.</w:t>
      </w:r>
    </w:p>
    <w:p>
      <w:pPr>
        <w:jc w:val="right"/>
      </w:pPr>
      <w:r>
        <w:t>اس کے جائز ہونے میں کوئی شک نہیں ہے۔</w:t>
      </w:r>
    </w:p>
    <w:p>
      <w:r>
        <w:rPr>
          <w:b/>
        </w:rPr>
        <w:t xml:space="preserve">[46:29] </w:t>
      </w:r>
      <w:r>
        <w:t>Aur kyunke Allah taala ki jo Creation hai, Allah taala ne jo Potential rakha hai, Potential hamari Body</w:t>
      </w:r>
    </w:p>
    <w:p>
      <w:pPr>
        <w:jc w:val="right"/>
      </w:pPr>
      <w:r>
        <w:t>اور کیونکہ اللہ تعالیٰ کی جو Creation ہے، اللہ تعالیٰ نے جو Potential رکھا ہے، Potential ہماری Body</w:t>
      </w:r>
    </w:p>
    <w:p>
      <w:r>
        <w:rPr>
          <w:b/>
        </w:rPr>
        <w:t xml:space="preserve">[46:35] </w:t>
      </w:r>
      <w:r>
        <w:t>mein, is Potential ko aap Actual banate hain toh ayn jaiz hai.</w:t>
      </w:r>
    </w:p>
    <w:p>
      <w:pPr>
        <w:jc w:val="right"/>
      </w:pPr>
      <w:r>
        <w:t>میں، اس Potential کو آپ Actual بناتے ہیں تو عین جائز ہے۔</w:t>
      </w:r>
    </w:p>
    <w:p>
      <w:r>
        <w:rPr>
          <w:b/>
        </w:rPr>
        <w:t xml:space="preserve">[46:40] </w:t>
      </w:r>
      <w:r>
        <w:t>Yeh is mein koi najais hone ki baat hi nahi hai.</w:t>
      </w:r>
    </w:p>
    <w:p>
      <w:pPr>
        <w:jc w:val="right"/>
      </w:pPr>
      <w:r>
        <w:t>یہ اس میں کوئی ناجائز ہونے کی بات ہی نہیں ہے۔</w:t>
      </w:r>
    </w:p>
    <w:p>
      <w:r>
        <w:rPr>
          <w:b/>
        </w:rPr>
        <w:t xml:space="preserve">[46:46] </w:t>
      </w:r>
      <w:r>
        <w:t>Maulana in ka yeh kehna hai ke yeh Donation mein kya hota hai ke Skin, Bone, aankhein sab</w:t>
      </w:r>
    </w:p>
    <w:p>
      <w:pPr>
        <w:jc w:val="right"/>
      </w:pPr>
      <w:r>
        <w:t>مولانا ان کا یہ کہنا ہے کہ یہ Donation میں کیا ہوتا ہے کہ Skin, Bone، آنکھیں سب</w:t>
      </w:r>
    </w:p>
    <w:p>
      <w:r>
        <w:rPr>
          <w:b/>
        </w:rPr>
        <w:t xml:space="preserve">[46:52] </w:t>
      </w:r>
      <w:r>
        <w:t>Donate kar diya jaye.</w:t>
      </w:r>
    </w:p>
    <w:p>
      <w:pPr>
        <w:jc w:val="right"/>
      </w:pPr>
      <w:r>
        <w:t>Donate کر دیا جائے۔</w:t>
      </w:r>
    </w:p>
    <w:p>
      <w:r>
        <w:rPr>
          <w:b/>
        </w:rPr>
        <w:t xml:space="preserve">[46:58] </w:t>
      </w:r>
      <w:r>
        <w:t>Donation jab kar diya jaye ga, mayyat ki cheezein toh phir dafan kiya karenge aap? Dafan jaise</w:t>
      </w:r>
    </w:p>
    <w:p>
      <w:pPr>
        <w:jc w:val="right"/>
      </w:pPr>
      <w:r>
        <w:t>Donation جب کر دیا جائے گا، میت کی چیزیں تو پھر دفن کیا کریں گے آپ؟ دفن جیسے</w:t>
      </w:r>
    </w:p>
    <w:p>
      <w:r>
        <w:rPr>
          <w:b/>
        </w:rPr>
        <w:t xml:space="preserve">[47:03] </w:t>
      </w:r>
      <w:r>
        <w:t>jihad hota tha toh us mein kisi ka haath kat gaya, kisi ka paon kat gaya, kisi ka</w:t>
      </w:r>
    </w:p>
    <w:p>
      <w:pPr>
        <w:jc w:val="right"/>
      </w:pPr>
      <w:r>
        <w:t>جہاد ہوتا تھا تو اس میں کسی کا ہاتھ کٹ گیا، کسی کا پاؤں کٹ گیا، کسی کا</w:t>
      </w:r>
    </w:p>
    <w:p>
      <w:r>
        <w:rPr>
          <w:b/>
        </w:rPr>
        <w:t xml:space="preserve">[47:09] </w:t>
      </w:r>
      <w:r>
        <w:t>kaan kat gaya to dafan karte the woh.</w:t>
      </w:r>
    </w:p>
    <w:p>
      <w:pPr>
        <w:jc w:val="right"/>
      </w:pPr>
      <w:r>
        <w:t>کان کٹ گیا تو دفن کرتے تھے وہ۔</w:t>
      </w:r>
    </w:p>
    <w:p>
      <w:r>
        <w:rPr>
          <w:b/>
        </w:rPr>
        <w:t xml:space="preserve">[47:15] </w:t>
      </w:r>
      <w:r>
        <w:t>woh Body jo aap ko mil raha hai, woh Body dafan karenge aap? yeh to nahi ke</w:t>
      </w:r>
    </w:p>
    <w:p>
      <w:pPr>
        <w:jc w:val="right"/>
      </w:pPr>
      <w:r>
        <w:t>وہ Body جو آپ کو مل رہا ہے، وہ Body دفن کریں گے آپ؟ یہ تو نہیں کہ</w:t>
      </w:r>
    </w:p>
    <w:p>
      <w:r>
        <w:rPr>
          <w:b/>
        </w:rPr>
        <w:t xml:space="preserve">[47:21] </w:t>
      </w:r>
      <w:r>
        <w:t>jo Body pait se nikla hai, usi ko dafan karna hai aap ko? nahi, nahi, bohat se is ko.</w:t>
      </w:r>
    </w:p>
    <w:p>
      <w:pPr>
        <w:jc w:val="right"/>
      </w:pPr>
      <w:r>
        <w:t>جو Body پیٹ سے نکلا ہے، اسی کو دفن کرنا ہے آپ کو؟ نہیں، نہیں، بہت سے اس کو۔</w:t>
      </w:r>
    </w:p>
    <w:p>
      <w:r>
        <w:rPr>
          <w:b/>
        </w:rPr>
        <w:t xml:space="preserve">[47:26] </w:t>
      </w:r>
      <w:r>
        <w:t>yeh to Body aap jante hain ke har das saal mein Body badal jata hai.</w:t>
      </w:r>
    </w:p>
    <w:p>
      <w:pPr>
        <w:jc w:val="right"/>
      </w:pPr>
      <w:r>
        <w:t>یہ تو Body آپ جانتے ہیں کہ ہر دس سال میں Body بدل جاتا ہے۔</w:t>
      </w:r>
    </w:p>
    <w:p>
      <w:r>
        <w:rPr>
          <w:b/>
        </w:rPr>
        <w:t xml:space="preserve">[47:32] </w:t>
      </w:r>
      <w:r>
        <w:t>dafan karne ke liye woh Body aati nahi hai aap ke paas.</w:t>
      </w:r>
    </w:p>
    <w:p>
      <w:pPr>
        <w:jc w:val="right"/>
      </w:pPr>
      <w:r>
        <w:t>دفن کرنے کے لیے وہ Body آتی نہیں ہے آپ کے پاس۔</w:t>
      </w:r>
    </w:p>
    <w:p>
      <w:r>
        <w:rPr>
          <w:b/>
        </w:rPr>
        <w:t xml:space="preserve">[47:38] </w:t>
      </w:r>
      <w:r>
        <w:t>aap jante hain ke yeh Cells hain, hamare badalte rehte hain, badalte rehte hain, badalte rehte hain.</w:t>
      </w:r>
    </w:p>
    <w:p>
      <w:pPr>
        <w:jc w:val="right"/>
      </w:pPr>
      <w:r>
        <w:t>آپ جانتے ہیں کہ یہ Cells ہیں، ہمارے بدلتے رہتے ہیں، بدلتے رہتے ہیں، بدلتے رہتے ہیں۔</w:t>
      </w:r>
    </w:p>
    <w:p>
      <w:r>
        <w:rPr>
          <w:b/>
        </w:rPr>
        <w:t xml:space="preserve">[47:44] </w:t>
      </w:r>
      <w:r>
        <w:t>to jis Body ko aap dafan karte hain, woh to naya Body hota hai.</w:t>
      </w:r>
    </w:p>
    <w:p>
      <w:pPr>
        <w:jc w:val="right"/>
      </w:pPr>
      <w:r>
        <w:t>تو جس Body کو آپ دفن کرتے ہیں، وہ تو نیا Body ہوتا ہے۔</w:t>
      </w:r>
    </w:p>
    <w:p>
      <w:r>
        <w:rPr>
          <w:b/>
        </w:rPr>
        <w:t xml:space="preserve">[47:50] </w:t>
      </w:r>
      <w:r>
        <w:t>woh Body hota hi nahi jo paida hua tha maa ke pait se.</w:t>
      </w:r>
    </w:p>
    <w:p>
      <w:pPr>
        <w:jc w:val="right"/>
      </w:pPr>
      <w:r>
        <w:t>وہ Body ہوتا ہی نہیں جو پیدا ہوا تھا ماں کے پیٹ سے۔</w:t>
      </w:r>
    </w:p>
    <w:p>
      <w:r>
        <w:rPr>
          <w:b/>
        </w:rPr>
        <w:t xml:space="preserve">[47:55] </w:t>
      </w:r>
      <w:r>
        <w:t>to yeh koi sawal nahi hai.</w:t>
      </w:r>
    </w:p>
    <w:p>
      <w:pPr>
        <w:jc w:val="right"/>
      </w:pPr>
      <w:r>
        <w:t>تو یہ کوئی سوال نہیں ہے۔</w:t>
      </w:r>
    </w:p>
    <w:p>
      <w:r>
        <w:rPr>
          <w:b/>
        </w:rPr>
        <w:t xml:space="preserve">[48:01] </w:t>
      </w:r>
      <w:r>
        <w:t>woh yeh keh rahe hain ke Body Disfigure ho jati hai.</w:t>
      </w:r>
    </w:p>
    <w:p>
      <w:pPr>
        <w:jc w:val="right"/>
      </w:pPr>
      <w:r>
        <w:t>وہ یہ کہہ رہے ہیں کہ Body Disfigure ہو جاتی ہے۔</w:t>
      </w:r>
    </w:p>
    <w:p>
      <w:r>
        <w:rPr>
          <w:b/>
        </w:rPr>
        <w:t xml:space="preserve">[48:07] </w:t>
      </w:r>
      <w:r>
        <w:t>masla, masla samajh rahe hain. Disfigure.</w:t>
      </w:r>
    </w:p>
    <w:p>
      <w:pPr>
        <w:jc w:val="right"/>
      </w:pPr>
      <w:r>
        <w:t>مسئلہ، مسئلہ سمجھ رہے ہیں۔ Disfigure۔</w:t>
      </w:r>
    </w:p>
    <w:p>
      <w:r>
        <w:rPr>
          <w:b/>
        </w:rPr>
        <w:t xml:space="preserve">[48:13] </w:t>
      </w:r>
      <w:r>
        <w:t>yani yeh to kaha nahi unhon ne.</w:t>
      </w:r>
    </w:p>
    <w:p>
      <w:pPr>
        <w:jc w:val="right"/>
      </w:pPr>
      <w:r>
        <w:t>یعنی یہ تو کہا نہیں انہوں نے۔</w:t>
      </w:r>
    </w:p>
    <w:p>
      <w:r>
        <w:rPr>
          <w:b/>
        </w:rPr>
        <w:t xml:space="preserve">[48:18] </w:t>
      </w:r>
      <w:r>
        <w:t>yeh sawal, sawal aap ka doosra hai jo aap sahi tareeqe se kar saken.</w:t>
      </w:r>
    </w:p>
    <w:p>
      <w:pPr>
        <w:jc w:val="right"/>
      </w:pPr>
      <w:r>
        <w:t>یہ سوال، سوال آپ کا دوسرا ہے جو آپ صحیح طریقے سے کر سکیں۔</w:t>
      </w:r>
    </w:p>
    <w:p>
      <w:r>
        <w:rPr>
          <w:b/>
        </w:rPr>
        <w:t xml:space="preserve">[48:24] </w:t>
      </w:r>
      <w:r>
        <w:t>dekhiye, mein batata hoon aap ko ke jo Eye Donation masla hai to aadmi likh deta hai ke</w:t>
      </w:r>
    </w:p>
    <w:p>
      <w:pPr>
        <w:jc w:val="right"/>
      </w:pPr>
      <w:r>
        <w:t>دیکھئے، میں بتاتا ہوں آپ کو کہ جو Eye Donation مسئلہ ہے تو آدمی لکھ دیتا ہے کہ</w:t>
      </w:r>
    </w:p>
    <w:p>
      <w:r>
        <w:rPr>
          <w:b/>
        </w:rPr>
        <w:t xml:space="preserve">[48:30] </w:t>
      </w:r>
      <w:r>
        <w:t>mere marne ke baad meri Eye jo hai, kisi ko Donate kar di jaye marne ke baad.</w:t>
      </w:r>
    </w:p>
    <w:p>
      <w:pPr>
        <w:jc w:val="right"/>
      </w:pPr>
      <w:r>
        <w:t>میرے مرنے کے بعد میری Eye جو ہے، کسی کو Donate کر دی جائے مرنے کے بعد۔</w:t>
      </w:r>
    </w:p>
    <w:p>
      <w:r>
        <w:rPr>
          <w:b/>
        </w:rPr>
        <w:t xml:space="preserve">[48:36] </w:t>
      </w:r>
      <w:r>
        <w:t>to is par kuch log nawaqif log ehtiyat karte hain ke sahib, yeh to masla hai.</w:t>
      </w:r>
    </w:p>
    <w:p>
      <w:pPr>
        <w:jc w:val="right"/>
      </w:pPr>
      <w:r>
        <w:t>تو اس پر کچھ لوگ ناواقف لوگ احتیاط کرتے ہیں کہ صاحب، یہ تو مسئلہ ہے۔</w:t>
      </w:r>
    </w:p>
    <w:p>
      <w:r>
        <w:rPr>
          <w:b/>
        </w:rPr>
        <w:t xml:space="preserve">[48:41] </w:t>
      </w:r>
      <w:r>
        <w:t>masla kehte hain Disfigurement ko.</w:t>
      </w:r>
    </w:p>
    <w:p>
      <w:pPr>
        <w:jc w:val="right"/>
      </w:pPr>
      <w:r>
        <w:t>مسئلہ کہتے ہیں Disfigurement کو۔</w:t>
      </w:r>
    </w:p>
    <w:p>
      <w:r>
        <w:rPr>
          <w:b/>
        </w:rPr>
        <w:t xml:space="preserve">[48:47] </w:t>
      </w:r>
      <w:r>
        <w:t>to woh Disfigurement hai hi nahi woh.</w:t>
      </w:r>
    </w:p>
    <w:p>
      <w:pPr>
        <w:jc w:val="right"/>
      </w:pPr>
      <w:r>
        <w:t>تو وہ Disfigurement ہے ہی نہیں وہ۔</w:t>
      </w:r>
    </w:p>
    <w:p>
      <w:r>
        <w:rPr>
          <w:b/>
        </w:rPr>
        <w:t xml:space="preserve">[48:53] </w:t>
      </w:r>
      <w:r>
        <w:t>kyunke woh nikalte hain insaan ka ke ek hissa nikalte hain, sari woh nahi hai.</w:t>
      </w:r>
    </w:p>
    <w:p>
      <w:pPr>
        <w:jc w:val="right"/>
      </w:pPr>
      <w:r>
        <w:t>کیونکہ وہ نکالتے ہیں انسان کا کہ ایک حصہ نکالتے ہیں، ساری وہ نہیں ہے۔</w:t>
      </w:r>
    </w:p>
    <w:p>
      <w:r>
        <w:rPr>
          <w:b/>
        </w:rPr>
        <w:t xml:space="preserve">[48:59] </w:t>
      </w:r>
      <w:r>
        <w:t>aur is mein phir fit kar dete hain Plastic ka ya shishe ka.</w:t>
      </w:r>
    </w:p>
    <w:p>
      <w:pPr>
        <w:jc w:val="right"/>
      </w:pPr>
      <w:r>
        <w:t>اور اس میں پھر فٹ کر دیتے ہیں Plastic کا یا شیشے کا۔</w:t>
      </w:r>
    </w:p>
    <w:p>
      <w:r>
        <w:rPr>
          <w:b/>
        </w:rPr>
        <w:t xml:space="preserve">[49:04] </w:t>
      </w:r>
      <w:r>
        <w:t>to dekhne mein lagta hai ke wahi, wahi ab bhi hai.</w:t>
      </w:r>
    </w:p>
    <w:p>
      <w:pPr>
        <w:jc w:val="right"/>
      </w:pPr>
      <w:r>
        <w:t>تو دیکھنے میں لگتا ہے کہ وہی، وہی اب بھی ہے۔</w:t>
      </w:r>
    </w:p>
    <w:p>
      <w:r>
        <w:rPr>
          <w:b/>
        </w:rPr>
        <w:t xml:space="preserve">[49:10] </w:t>
      </w:r>
      <w:r>
        <w:t>woh pehle jaisa pada tha.</w:t>
      </w:r>
    </w:p>
    <w:p>
      <w:pPr>
        <w:jc w:val="right"/>
      </w:pPr>
      <w:r>
        <w:t>وہ پہلے جیسا پڑا تھا۔</w:t>
      </w:r>
    </w:p>
    <w:p>
      <w:r>
        <w:rPr>
          <w:b/>
        </w:rPr>
        <w:t xml:space="preserve">[49:16] </w:t>
      </w:r>
      <w:r>
        <w:t>to Disfigurement jo hai, dekhiye, hadith mein aata hai INNAMA AL AWALU BIN NIYAD Disfigurement hota hai kisi ki toheen</w:t>
      </w:r>
    </w:p>
    <w:p>
      <w:pPr>
        <w:jc w:val="right"/>
      </w:pPr>
      <w:r>
        <w:t>تو Disfigurement جو ہے، دیکھئے، حدیث میں آتا ہے إِنَّمَا الْأَوْالُ بِالنِّيَادِ Disfigurement ہوتا ہے کسی کی توہین</w:t>
      </w:r>
    </w:p>
    <w:p>
      <w:r>
        <w:rPr>
          <w:b/>
        </w:rPr>
        <w:t xml:space="preserve">[49:22] </w:t>
      </w:r>
      <w:r>
        <w:t>karne ke liye, kisi ko zaleel karne ke liye.</w:t>
      </w:r>
    </w:p>
    <w:p>
      <w:pPr>
        <w:jc w:val="right"/>
      </w:pPr>
      <w:r>
        <w:t>کرنے کے لیے، کسی کو ذلیل کرنے کے لیے۔</w:t>
      </w:r>
    </w:p>
    <w:p>
      <w:r>
        <w:rPr>
          <w:b/>
        </w:rPr>
        <w:t xml:space="preserve">[49:27] </w:t>
      </w:r>
      <w:r>
        <w:t>to Disfigurement ka matlab hai kisi ko zaleel karne ke liye, us ke jism ko kaat chhaant karna.</w:t>
      </w:r>
    </w:p>
    <w:p>
      <w:pPr>
        <w:jc w:val="right"/>
      </w:pPr>
      <w:r>
        <w:t>تو Disfigurement کا معنی ہے کسی کو ذلیل کرنے کے لیے، اس کے جسم کو کاٹ چھاٹ کرنا۔</w:t>
      </w:r>
    </w:p>
    <w:p>
      <w:r>
        <w:rPr>
          <w:b/>
        </w:rPr>
        <w:t xml:space="preserve">[49:33] </w:t>
      </w:r>
      <w:r>
        <w:t>yahan Disfigurement is sans mein hota hi nahin hai.</w:t>
      </w:r>
    </w:p>
    <w:p>
      <w:pPr>
        <w:jc w:val="right"/>
      </w:pPr>
      <w:r>
        <w:t>یہاں Disfigurement اس سنس میں ہوتا ہی نہیں ہے۔</w:t>
      </w:r>
    </w:p>
    <w:p>
      <w:r>
        <w:rPr>
          <w:b/>
        </w:rPr>
        <w:t xml:space="preserve">[49:39] </w:t>
      </w:r>
      <w:r>
        <w:t>kuchh bhi nahin.</w:t>
      </w:r>
    </w:p>
    <w:p>
      <w:pPr>
        <w:jc w:val="right"/>
      </w:pPr>
      <w:r>
        <w:t>کچھ بھی نہیں۔</w:t>
      </w:r>
    </w:p>
    <w:p>
      <w:r>
        <w:rPr>
          <w:b/>
        </w:rPr>
        <w:t xml:space="preserve">[49:45] </w:t>
      </w:r>
      <w:r>
        <w:t>balkeh main to kahunga yeh marne wale ke liye ek sadqa-e-jariya hai.</w:t>
      </w:r>
    </w:p>
    <w:p>
      <w:pPr>
        <w:jc w:val="right"/>
      </w:pPr>
      <w:r>
        <w:t>بلکہ میں تو کہوں گا یہ مرنے والے کے لیے ایک صدقہ جاری ہے۔</w:t>
      </w:r>
    </w:p>
    <w:p>
      <w:r>
        <w:rPr>
          <w:b/>
        </w:rPr>
        <w:t xml:space="preserve">[49:50] </w:t>
      </w:r>
      <w:r>
        <w:t>ek Concept Islam mein yeh hai ke aadmi aisa kaam kare ke iske marne ke baad bhi</w:t>
      </w:r>
    </w:p>
    <w:p>
      <w:pPr>
        <w:jc w:val="right"/>
      </w:pPr>
      <w:r>
        <w:t>ایک Concept اسلام میں یہ ہے کہ آدمی ایسا کام کرے کہ اس کے مرنے کے بعد بھی</w:t>
      </w:r>
    </w:p>
    <w:p>
      <w:r>
        <w:rPr>
          <w:b/>
        </w:rPr>
        <w:t xml:space="preserve">[49:56] </w:t>
      </w:r>
      <w:r>
        <w:t>zindon ko iska faida milta rahe.</w:t>
      </w:r>
    </w:p>
    <w:p>
      <w:pPr>
        <w:jc w:val="right"/>
      </w:pPr>
      <w:r>
        <w:t>زندوں کو اس کا فائدہ ملتا رہے۔</w:t>
      </w:r>
    </w:p>
    <w:p>
      <w:r>
        <w:rPr>
          <w:b/>
        </w:rPr>
        <w:t xml:space="preserve">[50:02] </w:t>
      </w:r>
      <w:r>
        <w:t>isko kehte hain Islam mein sadqa-e-jariya.</w:t>
      </w:r>
    </w:p>
    <w:p>
      <w:pPr>
        <w:jc w:val="right"/>
      </w:pPr>
      <w:r>
        <w:t>اس کو کہتے ہیں اسلام میں صدقہ جاریہ۔</w:t>
      </w:r>
    </w:p>
    <w:p>
      <w:r>
        <w:rPr>
          <w:b/>
        </w:rPr>
        <w:t xml:space="preserve">[50:08] </w:t>
      </w:r>
      <w:r>
        <w:t>to yeh to Best sadqa-e-jariya hai ke main jo mar gaya aur dafan ho gaya to meri</w:t>
      </w:r>
    </w:p>
    <w:p>
      <w:pPr>
        <w:jc w:val="right"/>
      </w:pPr>
      <w:r>
        <w:t>تو یہ تو Best صدقہ جاریہ ہے کہ میں جو مر گیا اور دفن ہو گیا تو میری</w:t>
      </w:r>
    </w:p>
    <w:p>
      <w:r>
        <w:rPr>
          <w:b/>
        </w:rPr>
        <w:t xml:space="preserve">[50:13] </w:t>
      </w:r>
      <w:r>
        <w:t>aankh se koi dekh raha hai.</w:t>
      </w:r>
    </w:p>
    <w:p>
      <w:pPr>
        <w:jc w:val="right"/>
      </w:pPr>
      <w:r>
        <w:t>آنکھ سے کوئی دیکھ رہا ہے۔</w:t>
      </w:r>
    </w:p>
    <w:p>
      <w:r>
        <w:rPr>
          <w:b/>
        </w:rPr>
        <w:t xml:space="preserve">[50:19] </w:t>
      </w:r>
      <w:r>
        <w:t>yani mare hue insaan ki aankh se koi zinda insaan dekh raha hai.</w:t>
      </w:r>
    </w:p>
    <w:p>
      <w:pPr>
        <w:jc w:val="right"/>
      </w:pPr>
      <w:r>
        <w:t>یعنی مرے ہوئے انسان کی آنکھ سے کوئی زندہ انسان دیکھ رہا ہے۔</w:t>
      </w:r>
    </w:p>
    <w:p>
      <w:r>
        <w:rPr>
          <w:b/>
        </w:rPr>
        <w:t xml:space="preserve">[50:25] </w:t>
      </w:r>
      <w:r>
        <w:t>to yani sab se achha sadqa-e-jariya yeh hai.</w:t>
      </w:r>
    </w:p>
    <w:p>
      <w:pPr>
        <w:jc w:val="right"/>
      </w:pPr>
      <w:r>
        <w:t>تو یعنی سب سے اچھا صدقہ جاریہ یہ ہے۔</w:t>
      </w:r>
    </w:p>
    <w:p>
      <w:r>
        <w:rPr>
          <w:b/>
        </w:rPr>
        <w:t xml:space="preserve">[50:31] </w:t>
      </w:r>
      <w:r>
        <w:t>to is mein koi burai ka sawal nahin hai.</w:t>
      </w:r>
    </w:p>
    <w:p>
      <w:pPr>
        <w:jc w:val="right"/>
      </w:pPr>
      <w:r>
        <w:t>تو اس میں کوئی برائی کا سوال نہیں ہے۔</w:t>
      </w:r>
    </w:p>
    <w:p>
      <w:r>
        <w:rPr>
          <w:b/>
        </w:rPr>
        <w:t xml:space="preserve">[50:36] </w:t>
      </w:r>
      <w:r>
        <w:t>yeh bohat hi achha kaam hai.</w:t>
      </w:r>
    </w:p>
    <w:p>
      <w:pPr>
        <w:jc w:val="right"/>
      </w:pPr>
      <w:r>
        <w:t>یہ بہت ہی اچھا کام ہے۔</w:t>
      </w:r>
    </w:p>
    <w:p>
      <w:r>
        <w:rPr>
          <w:b/>
        </w:rPr>
        <w:t xml:space="preserve">[50:42] </w:t>
      </w:r>
      <w:r>
        <w:t>aur is mein sawab mein to samajhta hoon ke jo is mein Donate, Donate kare, woh is sawab</w:t>
      </w:r>
    </w:p>
    <w:p>
      <w:pPr>
        <w:jc w:val="right"/>
      </w:pPr>
      <w:r>
        <w:t>اور اس میں ثواب میں تو سمجھتا ہوں کہ جو اس میں Donate، Donate کرے، وہ اس ثواب</w:t>
      </w:r>
    </w:p>
    <w:p>
      <w:r>
        <w:rPr>
          <w:b/>
        </w:rPr>
        <w:t xml:space="preserve">[50:48] </w:t>
      </w:r>
      <w:r>
        <w:t>ka kaam karega.</w:t>
      </w:r>
    </w:p>
    <w:p>
      <w:pPr>
        <w:jc w:val="right"/>
      </w:pPr>
      <w:r>
        <w:t>کا کام کرے گا۔</w:t>
      </w:r>
    </w:p>
    <w:p>
      <w:r>
        <w:rPr>
          <w:b/>
        </w:rPr>
        <w:t xml:space="preserve">[50:54] </w:t>
      </w:r>
      <w:r>
        <w:t>Maulana aap yeh keh rahe hain ke ek Eye Specialist ne in se yeh kaha ke Musalmanon ka</w:t>
      </w:r>
    </w:p>
    <w:p>
      <w:pPr>
        <w:jc w:val="right"/>
      </w:pPr>
      <w:r>
        <w:t>مولانا آپ یہ کہہ رہے ہیں کہ ایک Eye Specialist نے ان سے یہ کہا کہ مسلمانوں کا</w:t>
      </w:r>
    </w:p>
    <w:p>
      <w:r>
        <w:rPr>
          <w:b/>
        </w:rPr>
        <w:t xml:space="preserve">[50:59] </w:t>
      </w:r>
      <w:r>
        <w:t>masla yeh hai ke woh dene ke liye to tarah tarah ke masail batate hain lekin lene ki</w:t>
      </w:r>
    </w:p>
    <w:p>
      <w:pPr>
        <w:jc w:val="right"/>
      </w:pPr>
      <w:r>
        <w:t>مسئلہ یہ ہے کہ وہ دینے کے لیے تو طرح طرح کے مسائل بتاتے ہیں لیکن لینے کی</w:t>
      </w:r>
    </w:p>
    <w:p>
      <w:r>
        <w:rPr>
          <w:b/>
        </w:rPr>
        <w:t xml:space="preserve">[51:05] </w:t>
      </w:r>
      <w:r>
        <w:t>Musalmanon ke andar lambi line hoti hai.</w:t>
      </w:r>
    </w:p>
    <w:p>
      <w:pPr>
        <w:jc w:val="right"/>
      </w:pPr>
      <w:r>
        <w:t>مسلمانوں کے اندر لمبی لائن ہوتی ہے۔</w:t>
      </w:r>
    </w:p>
    <w:p>
      <w:r>
        <w:rPr>
          <w:b/>
        </w:rPr>
        <w:t xml:space="preserve">[51:11] </w:t>
      </w:r>
      <w:r>
        <w:t>dekhiye, yeh to munafiqat hai. munafiqat hai.</w:t>
      </w:r>
    </w:p>
    <w:p>
      <w:pPr>
        <w:jc w:val="right"/>
      </w:pPr>
      <w:r>
        <w:t>دیکھئے، یہ تو منافقت ہے۔ منافقت ہے۔</w:t>
      </w:r>
    </w:p>
    <w:p>
      <w:r>
        <w:rPr>
          <w:b/>
        </w:rPr>
        <w:t xml:space="preserve">[51:17] </w:t>
      </w:r>
      <w:r>
        <w:t>lene ke liye lambi line hai aur dene ke liye nahin.</w:t>
      </w:r>
    </w:p>
    <w:p>
      <w:pPr>
        <w:jc w:val="right"/>
      </w:pPr>
      <w:r>
        <w:t>لینے کے لیے لمبی لائن ہے اور دینے کے لیے نہیں۔</w:t>
      </w:r>
    </w:p>
    <w:p>
      <w:r>
        <w:rPr>
          <w:b/>
        </w:rPr>
        <w:t xml:space="preserve">[51:22] </w:t>
      </w:r>
      <w:r>
        <w:t>yeh to munafiqat hai.</w:t>
      </w:r>
    </w:p>
    <w:p>
      <w:pPr>
        <w:jc w:val="right"/>
      </w:pPr>
      <w:r>
        <w:t>یہ تو منافقت ہے۔</w:t>
      </w:r>
    </w:p>
    <w:p>
      <w:r>
        <w:rPr>
          <w:b/>
        </w:rPr>
        <w:t xml:space="preserve">[51:28] </w:t>
      </w:r>
      <w:r>
        <w:t>yeh Islam nahin hai.</w:t>
      </w:r>
    </w:p>
    <w:p>
      <w:pPr>
        <w:jc w:val="right"/>
      </w:pPr>
      <w:r>
        <w:t>یہ اسلام نہیں ہے۔</w:t>
      </w:r>
    </w:p>
    <w:p>
      <w:r>
        <w:rPr>
          <w:b/>
        </w:rPr>
        <w:t xml:space="preserve">[51:34] </w:t>
      </w:r>
      <w:r>
        <w:t>yeh Islam nahin hai.</w:t>
      </w:r>
    </w:p>
    <w:p>
      <w:pPr>
        <w:jc w:val="right"/>
      </w:pPr>
      <w:r>
        <w:t>یہ اسلام نہیں ہے۔</w:t>
      </w:r>
    </w:p>
    <w:p>
      <w:r>
        <w:rPr>
          <w:b/>
        </w:rPr>
        <w:t xml:space="preserve">[51:40] </w:t>
      </w:r>
      <w:r>
        <w:t>Maulana, aaj ke aaj ke Topic mein jo aap ne nafs-e-mutmainnah par bataya to yeh nafs-e-mutmainnah</w:t>
      </w:r>
    </w:p>
    <w:p>
      <w:pPr>
        <w:jc w:val="right"/>
      </w:pPr>
      <w:r>
        <w:t>مولانا، آج کے آج کے Topic میں جو آپ نے نفس مطمئنہ پر بتایا تو یہ نفس مطمئنہ</w:t>
      </w:r>
    </w:p>
    <w:p>
      <w:r>
        <w:rPr>
          <w:b/>
        </w:rPr>
        <w:t xml:space="preserve">[51:45] </w:t>
      </w:r>
      <w:r>
        <w:t>jo Quran mein kaha gaya hai, woh bohat hi Mysterious tha Maulana mere liye.</w:t>
      </w:r>
    </w:p>
    <w:p>
      <w:pPr>
        <w:jc w:val="right"/>
      </w:pPr>
      <w:r>
        <w:t>جو قرآن میں کہا گیا ہے، وہ بہت ہی Mysterious تھا مولانا میرے لیے۔</w:t>
      </w:r>
    </w:p>
    <w:p>
      <w:r>
        <w:rPr>
          <w:b/>
        </w:rPr>
        <w:t xml:space="preserve">[51:51] </w:t>
      </w:r>
      <w:r>
        <w:t>lekin aaj bahut achi tarah explain ho gaya ke nafs mutmainnah yeh hai ke Divine Wisdom ko daryaft</w:t>
      </w:r>
    </w:p>
    <w:p>
      <w:pPr>
        <w:jc w:val="right"/>
      </w:pPr>
      <w:r>
        <w:t>لیکن آج بہت اچھی طرح Explain ہو گیا کہ نفس مطمئنہ یہ ہے کہ Divine Wisdom کو دریافت</w:t>
      </w:r>
    </w:p>
    <w:p>
      <w:r>
        <w:rPr>
          <w:b/>
        </w:rPr>
        <w:t xml:space="preserve">[51:57] </w:t>
      </w:r>
      <w:r>
        <w:t>kya jaye zindagi mein.</w:t>
      </w:r>
    </w:p>
    <w:p>
      <w:pPr>
        <w:jc w:val="right"/>
      </w:pPr>
      <w:r>
        <w:t>کیا جائے زندگی میں۔</w:t>
      </w:r>
    </w:p>
    <w:p>
      <w:r>
        <w:rPr>
          <w:b/>
        </w:rPr>
        <w:t xml:space="preserve">[52:03] </w:t>
      </w:r>
      <w:r>
        <w:t>to aise hi aadmi ko itminan hasil hota hai aur woh insaan jannat ka mustahiq hota hai.</w:t>
      </w:r>
    </w:p>
    <w:p>
      <w:pPr>
        <w:jc w:val="right"/>
      </w:pPr>
      <w:r>
        <w:t>تو ایسے ہی آدمی کو اطمینان حاصل ہوتا ہے اور وہ انسان جنت کا مستحق ہوتا ہے۔</w:t>
      </w:r>
    </w:p>
    <w:p>
      <w:r>
        <w:rPr>
          <w:b/>
        </w:rPr>
        <w:t xml:space="preserve">[52:08] </w:t>
      </w:r>
      <w:r>
        <w:t>yeh bohat bari baat jo mujhe aaj clear hui Maulana. Masha Allah.</w:t>
      </w:r>
    </w:p>
    <w:p>
      <w:pPr>
        <w:jc w:val="right"/>
      </w:pPr>
      <w:r>
        <w:t>یہ بہت بڑی بات جو مجھے آج Clear ہوئی مولانا۔ ماشاءاللہ۔</w:t>
      </w:r>
    </w:p>
    <w:p>
      <w:r>
        <w:rPr>
          <w:b/>
        </w:rPr>
        <w:t xml:space="preserve">[52:14] </w:t>
      </w:r>
      <w:r>
        <w:t>کیونکہ انسان دیکھئے، مطمئن اس وقت ہوتا ہے جب کہ وہ کسی چیز کو reason out کر لے۔</w:t>
      </w:r>
    </w:p>
    <w:p>
      <w:pPr>
        <w:jc w:val="right"/>
      </w:pPr>
      <w:r>
        <w:t>کیونکہ انسان دیکھئے، مطمئن اس وقت ہوتا ہے جب کہ وہ کسی چیز کو Reason Out کر لے۔</w:t>
      </w:r>
    </w:p>
    <w:p>
      <w:r>
        <w:rPr>
          <w:b/>
        </w:rPr>
        <w:t xml:space="preserve">[52:20] </w:t>
      </w:r>
      <w:r>
        <w:t>جب تک reason out نہیں کرے گا، تب تو مطمئن نہیں ہو سکتا۔</w:t>
      </w:r>
    </w:p>
    <w:p>
      <w:pPr>
        <w:jc w:val="right"/>
      </w:pPr>
      <w:r>
        <w:t>جب تک Reason Out نہیں کرے گا، تب تو مطمئن نہیں ہو سکتا۔</w:t>
      </w:r>
    </w:p>
    <w:p>
      <w:r>
        <w:rPr>
          <w:b/>
        </w:rPr>
        <w:t xml:space="preserve">[52:26] </w:t>
      </w:r>
      <w:r>
        <w:t>to nafs mutmain jo hota hai, woh poori universe ko reason out karta hai.</w:t>
      </w:r>
    </w:p>
    <w:p>
      <w:pPr>
        <w:jc w:val="right"/>
      </w:pPr>
      <w:r>
        <w:t>تو نفس مطمئن جو ہوتا ہے، وہ پوری Universe کو Reason Out کرتا ہے۔</w:t>
      </w:r>
    </w:p>
    <w:p>
      <w:r>
        <w:rPr>
          <w:b/>
        </w:rPr>
        <w:t xml:space="preserve">[52:31] </w:t>
      </w:r>
      <w:r>
        <w:t>ek chote se waqeye ko nahi.</w:t>
      </w:r>
    </w:p>
    <w:p>
      <w:pPr>
        <w:jc w:val="right"/>
      </w:pPr>
      <w:r>
        <w:t>ایک چھوٹے سے واقعے کو نہیں۔</w:t>
      </w:r>
    </w:p>
    <w:p>
      <w:r>
        <w:rPr>
          <w:b/>
        </w:rPr>
        <w:t xml:space="preserve">[52:37] </w:t>
      </w:r>
      <w:r>
        <w:t>yeh to har aadmi jaanta hai ke insaan ke liye zaroori hai ke woh mutmain hone ke liye</w:t>
      </w:r>
    </w:p>
    <w:p>
      <w:pPr>
        <w:jc w:val="right"/>
      </w:pPr>
      <w:r>
        <w:t>یہ تو ہر آدمی جانتا ہے کہ انسان کے لیے ضروری ہے کہ وہ مطمئن ہونے کے لیے</w:t>
      </w:r>
    </w:p>
    <w:p>
      <w:r>
        <w:rPr>
          <w:b/>
        </w:rPr>
        <w:t xml:space="preserve">[52:43] </w:t>
      </w:r>
      <w:r>
        <w:t>کہ وہ کسی چیز کو reason out کر لے۔</w:t>
      </w:r>
    </w:p>
    <w:p>
      <w:pPr>
        <w:jc w:val="right"/>
      </w:pPr>
      <w:r>
        <w:t>کہ وہ کسی چیز کو Reason Out کر لے۔</w:t>
      </w:r>
    </w:p>
    <w:p>
      <w:r>
        <w:rPr>
          <w:b/>
        </w:rPr>
        <w:t xml:space="preserve">[52:49] </w:t>
      </w:r>
      <w:r>
        <w:t>nahi, mutmain nahi hoga woh.</w:t>
      </w:r>
    </w:p>
    <w:p>
      <w:pPr>
        <w:jc w:val="right"/>
      </w:pPr>
      <w:r>
        <w:t>نہیں، مطمئن نہیں ہوگا وہ۔</w:t>
      </w:r>
    </w:p>
    <w:p>
      <w:r>
        <w:rPr>
          <w:b/>
        </w:rPr>
        <w:t xml:space="preserve">[52:55] </w:t>
      </w:r>
      <w:r>
        <w:t>تو نفس مطمئن وہ شخص ہے جو پوری universe کو reason out کر لے۔</w:t>
      </w:r>
    </w:p>
    <w:p>
      <w:pPr>
        <w:jc w:val="right"/>
      </w:pPr>
      <w:r>
        <w:t>تو نفس مطمئن وہ شخص ہے جو پوری Universe کو Reason Out کر لے۔</w:t>
      </w:r>
    </w:p>
    <w:p>
      <w:r>
        <w:rPr>
          <w:b/>
        </w:rPr>
        <w:t xml:space="preserve">[53:00] </w:t>
      </w:r>
      <w:r>
        <w:t>to kitna bara darje ka yeh itminan hai.</w:t>
      </w:r>
    </w:p>
    <w:p>
      <w:pPr>
        <w:jc w:val="right"/>
      </w:pPr>
      <w:r>
        <w:t>تو کتنا بڑا درجے کا یہ اطمینان ہے۔</w:t>
      </w:r>
    </w:p>
    <w:p>
      <w:r>
        <w:rPr>
          <w:b/>
        </w:rPr>
        <w:t xml:space="preserve">[53:06] </w:t>
      </w:r>
      <w:r>
        <w:t>bohat bara darje ka itminan hai.</w:t>
      </w:r>
    </w:p>
    <w:p>
      <w:pPr>
        <w:jc w:val="right"/>
      </w:pPr>
      <w:r>
        <w:t>بہت بڑا درجے کا اطمینان ہے۔</w:t>
      </w:r>
    </w:p>
    <w:p>
      <w:r>
        <w:rPr>
          <w:b/>
        </w:rPr>
        <w:t xml:space="preserve">[53:12] </w:t>
      </w:r>
      <w:r>
        <w:t>Maulana, aaj jo aap ne nafs mutmain ki baat kari, is se insaan apne ko bhi evaluate kar</w:t>
      </w:r>
    </w:p>
    <w:p>
      <w:pPr>
        <w:jc w:val="right"/>
      </w:pPr>
      <w:r>
        <w:t>مولانا، آج جو آپ نے نفس مطمئن کی بات کری، اس سے انسان اپنے کو بھی Evaluate کر</w:t>
      </w:r>
    </w:p>
    <w:p>
      <w:r>
        <w:rPr>
          <w:b/>
        </w:rPr>
        <w:t xml:space="preserve">[53:18] </w:t>
      </w:r>
      <w:r>
        <w:t>sakta hai ke hum kahan hain.</w:t>
      </w:r>
    </w:p>
    <w:p>
      <w:pPr>
        <w:jc w:val="right"/>
      </w:pPr>
      <w:r>
        <w:t>سکتا ہے کہ ہم کہاں ہیں۔</w:t>
      </w:r>
    </w:p>
    <w:p>
      <w:r>
        <w:rPr>
          <w:b/>
        </w:rPr>
        <w:t xml:space="preserve">[53:23] </w:t>
      </w:r>
      <w:r>
        <w:t>hum kitne mutmain hain aur hamein kitna waqai mein hum, aah, woh complain karte hain, kya karte hain.</w:t>
      </w:r>
    </w:p>
    <w:p>
      <w:pPr>
        <w:jc w:val="right"/>
      </w:pPr>
      <w:r>
        <w:t>ہم کتنے مطمئن ہیں اور ہمیں کتنا واقعی میں ہم، آہ، وہ Complain کرتے ہیں، کیا کرتے ہیں۔</w:t>
      </w:r>
    </w:p>
    <w:p>
      <w:r>
        <w:rPr>
          <w:b/>
        </w:rPr>
        <w:t xml:space="preserve">[53:29] </w:t>
      </w:r>
      <w:r>
        <w:t>to is discussion se, aah, yeh bohat understanding hui ke hum apne andar kya changes laein.</w:t>
      </w:r>
    </w:p>
    <w:p>
      <w:pPr>
        <w:jc w:val="right"/>
      </w:pPr>
      <w:r>
        <w:t>تو اس Discussion سے، آہ، یہ بہت Understanding ہوئی کہ ہم اپنے اندر کیا Changes لائیں۔</w:t>
      </w:r>
    </w:p>
    <w:p>
      <w:r>
        <w:rPr>
          <w:b/>
        </w:rPr>
        <w:t xml:space="preserve">[53:35] </w:t>
      </w:r>
      <w:r>
        <w:t>aah, doosre aap ne yeh kaha ke, aah, that nafs mutmain comes from self-discovery lekin is ke liye</w:t>
      </w:r>
    </w:p>
    <w:p>
      <w:pPr>
        <w:jc w:val="right"/>
      </w:pPr>
      <w:r>
        <w:t>آہ، دوسرے آپ نے یہ کہا کہ، آہ، that نفس مطمئن comes from self-discovery لیکن اس کے لیے</w:t>
      </w:r>
    </w:p>
    <w:p>
      <w:r>
        <w:rPr>
          <w:b/>
        </w:rPr>
        <w:t xml:space="preserve">[53:41] </w:t>
      </w:r>
      <w:r>
        <w:t>batana, jaise aap ke lectures se hamare samajh mein aa raha hai, to yeh bhi to bohat important</w:t>
      </w:r>
    </w:p>
    <w:p>
      <w:pPr>
        <w:jc w:val="right"/>
      </w:pPr>
      <w:r>
        <w:t>بتانا، جیسے آپ کے Lectures سے ہمارے سمجھ میں آ رہا ہے، تو یہ بھی تو بہت Important</w:t>
      </w:r>
    </w:p>
    <w:p>
      <w:r>
        <w:rPr>
          <w:b/>
        </w:rPr>
        <w:t xml:space="preserve">[53:46] </w:t>
      </w:r>
      <w:r>
        <w:t>hai ke log is ke bare mein parhein, aah, sunein.</w:t>
      </w:r>
    </w:p>
    <w:p>
      <w:pPr>
        <w:jc w:val="right"/>
      </w:pPr>
      <w:r>
        <w:t>ہے کہ لوگ اس کے بارے میں پڑھیں، آہ، سنیں۔</w:t>
      </w:r>
    </w:p>
    <w:p>
      <w:r>
        <w:rPr>
          <w:b/>
        </w:rPr>
        <w:t xml:space="preserve">[53:52] </w:t>
      </w:r>
      <w:r>
        <w:t>yeh bhi to bohat important hai.</w:t>
      </w:r>
    </w:p>
    <w:p>
      <w:pPr>
        <w:jc w:val="right"/>
      </w:pPr>
      <w:r>
        <w:t>یہ بھی تو بہت Important ہے۔</w:t>
      </w:r>
    </w:p>
    <w:p>
      <w:r>
        <w:rPr>
          <w:b/>
        </w:rPr>
        <w:t xml:space="preserve">[53:58] </w:t>
      </w:r>
      <w:r>
        <w:t>haan, sahi farmaya aap ne.</w:t>
      </w:r>
    </w:p>
    <w:p>
      <w:pPr>
        <w:jc w:val="right"/>
      </w:pPr>
      <w:r>
        <w:t>ہاں، صحیح فرمایا آپ نے۔</w:t>
      </w:r>
    </w:p>
    <w:p>
      <w:r>
        <w:rPr>
          <w:b/>
        </w:rPr>
        <w:t xml:space="preserve">[54:04] </w:t>
      </w:r>
      <w:r>
        <w:t>yeh lafz aap ne bohat acha istemal kiya ke evaluate karna.</w:t>
      </w:r>
    </w:p>
    <w:p>
      <w:pPr>
        <w:jc w:val="right"/>
      </w:pPr>
      <w:r>
        <w:t>یہ لفظ آپ نے بہت اچھا استعمال کیا کہ Evaluate کرنا۔</w:t>
      </w:r>
    </w:p>
    <w:p>
      <w:r>
        <w:rPr>
          <w:b/>
        </w:rPr>
        <w:t xml:space="preserve">[54:09] </w:t>
      </w:r>
      <w:r>
        <w:t>jo sahi maano mein evaluate kar lega, tabhi us ko nafs mutmain ka darja milega.</w:t>
      </w:r>
    </w:p>
    <w:p>
      <w:pPr>
        <w:jc w:val="right"/>
      </w:pPr>
      <w:r>
        <w:t>جو صحیح معنوں میں Evaluate کر لے گا، تبھی اس کو نفس مطمئن کا درجہ ملے گا۔</w:t>
      </w:r>
    </w:p>
    <w:p>
      <w:r>
        <w:rPr>
          <w:b/>
        </w:rPr>
        <w:t xml:space="preserve">[54:15] </w:t>
      </w:r>
      <w:r>
        <w:t>ek cheez ka riwaj Musalmanon mein nahi hai, woh hai intellectual exchange, objective tareeqe se.</w:t>
      </w:r>
    </w:p>
    <w:p>
      <w:pPr>
        <w:jc w:val="right"/>
      </w:pPr>
      <w:r>
        <w:t>ایک چیز کا رواج مسلمانوں میں نہیں ہے، وہ ہے Intellectual Exchange، Objective طریقے سے۔</w:t>
      </w:r>
    </w:p>
    <w:p>
      <w:r>
        <w:rPr>
          <w:b/>
        </w:rPr>
        <w:t xml:space="preserve">[54:21] </w:t>
      </w:r>
      <w:r>
        <w:t>bas woh debate karna jaante hain, apni baat doosron par thopna. Debate karna.</w:t>
      </w:r>
    </w:p>
    <w:p>
      <w:pPr>
        <w:jc w:val="right"/>
      </w:pPr>
      <w:r>
        <w:t>بس وہ Debate کرنا جانتے ہیں، اپنی بات دوسروں پر تھوپنا۔ Debate کرنا۔</w:t>
      </w:r>
    </w:p>
    <w:p>
      <w:r>
        <w:rPr>
          <w:b/>
        </w:rPr>
        <w:t xml:space="preserve">[54:27] </w:t>
      </w:r>
      <w:r>
        <w:t>Musalman mizaj ke aitbar se debate karna jaante hain.</w:t>
      </w:r>
    </w:p>
    <w:p>
      <w:pPr>
        <w:jc w:val="right"/>
      </w:pPr>
      <w:r>
        <w:t>مسلمان مزاج کے اعتبار سے Debate کرنا جانتے ہیں۔</w:t>
      </w:r>
    </w:p>
    <w:p>
      <w:r>
        <w:rPr>
          <w:b/>
        </w:rPr>
        <w:t xml:space="preserve">[54:32] </w:t>
      </w:r>
      <w:r>
        <w:t>intellectual exchange kar ke learning karna, woh nahi jaante.</w:t>
      </w:r>
    </w:p>
    <w:p>
      <w:pPr>
        <w:jc w:val="right"/>
      </w:pPr>
      <w:r>
        <w:t>Intellectual Exchange کر کے Learning کرنا، وہ نہیں جانتے۔</w:t>
      </w:r>
    </w:p>
    <w:p>
      <w:r>
        <w:rPr>
          <w:b/>
        </w:rPr>
        <w:t xml:space="preserve">[54:38] </w:t>
      </w:r>
      <w:r>
        <w:t>halanke Hazrat Umar ke bare mein aata hai ke kaan yata'allam min kulli had har ek se seekhte thay.</w:t>
      </w:r>
    </w:p>
    <w:p>
      <w:pPr>
        <w:jc w:val="right"/>
      </w:pPr>
      <w:r>
        <w:t>حالانکہ حضرت عمر کے بارے میں آتا ہے کہ كان يتعلم من كل حد ہر ایک سے سیکھتے تھے۔</w:t>
      </w:r>
    </w:p>
    <w:p>
      <w:r>
        <w:rPr>
          <w:b/>
        </w:rPr>
        <w:t xml:space="preserve">[54:44] </w:t>
      </w:r>
      <w:r>
        <w:t>to learning ke liye exchange karna, yeh riwaj hi nahi hai Musalmanon mein.</w:t>
      </w:r>
    </w:p>
    <w:p>
      <w:pPr>
        <w:jc w:val="right"/>
      </w:pPr>
      <w:r>
        <w:t>تو Learning کے لیے Exchange کرنا، یہ رواج ہی نہیں ہے مسلمانوں میں۔</w:t>
      </w:r>
    </w:p>
    <w:p>
      <w:r>
        <w:rPr>
          <w:b/>
        </w:rPr>
        <w:t xml:space="preserve">[54:50] </w:t>
      </w:r>
      <w:r>
        <w:t>bas Debate ka riwaj hai.</w:t>
      </w:r>
    </w:p>
    <w:p>
      <w:pPr>
        <w:jc w:val="right"/>
      </w:pPr>
      <w:r>
        <w:t>بس Debate کا رواج ہے۔</w:t>
      </w:r>
    </w:p>
    <w:p>
      <w:r>
        <w:rPr>
          <w:b/>
        </w:rPr>
        <w:t xml:space="preserve">[54:55] </w:t>
      </w:r>
      <w:r>
        <w:t>yeh koi achi alamat nahi hai.</w:t>
      </w:r>
    </w:p>
    <w:p>
      <w:pPr>
        <w:jc w:val="right"/>
      </w:pPr>
      <w:r>
        <w:t>یہ کوئی اچھی علامت نہیں ہے۔</w:t>
      </w:r>
    </w:p>
    <w:p>
      <w:r>
        <w:rPr>
          <w:b/>
        </w:rPr>
        <w:t xml:space="preserve">[55:01] </w:t>
      </w:r>
      <w:r>
        <w:t>Muslims don't even understand the difference between debate and dialogue.</w:t>
      </w:r>
    </w:p>
    <w:p>
      <w:pPr>
        <w:jc w:val="right"/>
      </w:pPr>
      <w:r>
        <w:t>Muslims don't even understand the difference between debate and dialogue.</w:t>
      </w:r>
    </w:p>
    <w:p>
      <w:r>
        <w:rPr>
          <w:b/>
        </w:rPr>
        <w:t xml:space="preserve">[55:07] </w:t>
      </w:r>
      <w:r>
        <w:t>haan, yeh sahi hai.</w:t>
      </w:r>
    </w:p>
    <w:p>
      <w:pPr>
        <w:jc w:val="right"/>
      </w:pPr>
      <w:r>
        <w:t>ہاں، یہ صحیح ہے۔</w:t>
      </w:r>
    </w:p>
    <w:p>
      <w:r>
        <w:rPr>
          <w:b/>
        </w:rPr>
        <w:t xml:space="preserve">[55:13] </w:t>
      </w:r>
      <w:r>
        <w:t>mera zaati tajurba hai. zaati tajurba.</w:t>
      </w:r>
    </w:p>
    <w:p>
      <w:pPr>
        <w:jc w:val="right"/>
      </w:pPr>
      <w:r>
        <w:t>میرا ذاتی تجربہ ہے۔ ذاتی تجربہ۔</w:t>
      </w:r>
    </w:p>
    <w:p>
      <w:r>
        <w:rPr>
          <w:b/>
        </w:rPr>
        <w:t xml:space="preserve">[55:18] </w:t>
      </w:r>
      <w:r>
        <w:t>misalan, mein America mein aik martaba tha to wahan par aik woh tha. Dialogue tha.</w:t>
      </w:r>
    </w:p>
    <w:p>
      <w:pPr>
        <w:jc w:val="right"/>
      </w:pPr>
      <w:r>
        <w:t>مثلاً، میں امریکہ میں ایک مرتبہ تھا تو وہاں پر ایک وہ تھا۔ Dialogue تھا۔</w:t>
      </w:r>
    </w:p>
    <w:p>
      <w:r>
        <w:rPr>
          <w:b/>
        </w:rPr>
        <w:t xml:space="preserve">[55:24] </w:t>
      </w:r>
      <w:r>
        <w:t>balkay Trialogue tha. Trialogue.</w:t>
      </w:r>
    </w:p>
    <w:p>
      <w:pPr>
        <w:jc w:val="right"/>
      </w:pPr>
      <w:r>
        <w:t>بلکہ Trialogue تھا۔ Trialogue۔</w:t>
      </w:r>
    </w:p>
    <w:p>
      <w:r>
        <w:rPr>
          <w:b/>
        </w:rPr>
        <w:t xml:space="preserve">[55:30] </w:t>
      </w:r>
      <w:r>
        <w:t>yani Muslim, Christian aur Jew.</w:t>
      </w:r>
    </w:p>
    <w:p>
      <w:pPr>
        <w:jc w:val="right"/>
      </w:pPr>
      <w:r>
        <w:t>یعنی مسلم، Christian اور Jew۔</w:t>
      </w:r>
    </w:p>
    <w:p>
      <w:r>
        <w:rPr>
          <w:b/>
        </w:rPr>
        <w:t xml:space="preserve">[55:36] </w:t>
      </w:r>
      <w:r>
        <w:t>to Trialogue tha.</w:t>
      </w:r>
    </w:p>
    <w:p>
      <w:pPr>
        <w:jc w:val="right"/>
      </w:pPr>
      <w:r>
        <w:t>تو Trialogue تھا۔</w:t>
      </w:r>
    </w:p>
    <w:p>
      <w:r>
        <w:rPr>
          <w:b/>
        </w:rPr>
        <w:t xml:space="preserve">[55:41] </w:t>
      </w:r>
      <w:r>
        <w:t>to mujh ko le gaye wahan log.</w:t>
      </w:r>
    </w:p>
    <w:p>
      <w:pPr>
        <w:jc w:val="right"/>
      </w:pPr>
      <w:r>
        <w:t>تو مجھ کو لے گئے وہاں لوگ۔</w:t>
      </w:r>
    </w:p>
    <w:p>
      <w:r>
        <w:rPr>
          <w:b/>
        </w:rPr>
        <w:t xml:space="preserve">[55:47] </w:t>
      </w:r>
      <w:r>
        <w:t>mein ne dekha ke jo Christian thay aur jo Jew thay, woh to bohat hi Scientific andaaz mein bolte thay.</w:t>
      </w:r>
    </w:p>
    <w:p>
      <w:pPr>
        <w:jc w:val="right"/>
      </w:pPr>
      <w:r>
        <w:t>میں نے دیکھا کہ جو Christian تھے اور جو Jew تھے، وہ تو بہت ہی Scientific انداز میں بولتے تھے۔</w:t>
      </w:r>
    </w:p>
    <w:p>
      <w:r>
        <w:rPr>
          <w:b/>
        </w:rPr>
        <w:t xml:space="preserve">[55:53] </w:t>
      </w:r>
      <w:r>
        <w:t>aur Musalman jaisay bilkul Debate karte thay. chilaate thay.</w:t>
      </w:r>
    </w:p>
    <w:p>
      <w:pPr>
        <w:jc w:val="right"/>
      </w:pPr>
      <w:r>
        <w:t>اور مسلمان جیسے بالکل Debate کرتے تھے۔ چلاتے تھے۔</w:t>
      </w:r>
    </w:p>
    <w:p>
      <w:r>
        <w:rPr>
          <w:b/>
        </w:rPr>
        <w:t xml:space="preserve">[55:59] </w:t>
      </w:r>
      <w:r>
        <w:t>apni baat kar rahe thay.</w:t>
      </w:r>
    </w:p>
    <w:p>
      <w:pPr>
        <w:jc w:val="right"/>
      </w:pPr>
      <w:r>
        <w:t>اپنی بات کر رہے تھے۔</w:t>
      </w:r>
    </w:p>
    <w:p>
      <w:r>
        <w:rPr>
          <w:b/>
        </w:rPr>
        <w:t xml:space="preserve">[56:04] </w:t>
      </w:r>
      <w:r>
        <w:t>yani America mein yeh ho raha tha.</w:t>
      </w:r>
    </w:p>
    <w:p>
      <w:pPr>
        <w:jc w:val="right"/>
      </w:pPr>
      <w:r>
        <w:t>یعنی امریکہ میں یہ ہو رہا تھا۔</w:t>
      </w:r>
    </w:p>
    <w:p>
      <w:r>
        <w:rPr>
          <w:b/>
        </w:rPr>
        <w:t xml:space="preserve">[56:10] </w:t>
      </w:r>
      <w:r>
        <w:t>to woh beech mein uth ke chala aaya.</w:t>
      </w:r>
    </w:p>
    <w:p>
      <w:pPr>
        <w:jc w:val="right"/>
      </w:pPr>
      <w:r>
        <w:t>تو وہ بیچ میں اٹھ کے چلا آیا۔</w:t>
      </w:r>
    </w:p>
    <w:p>
      <w:r>
        <w:rPr>
          <w:b/>
        </w:rPr>
        <w:t xml:space="preserve">[56:16] </w:t>
      </w:r>
      <w:r>
        <w:t>itna mujhe, itna to mein ziyada pareshan hua.</w:t>
      </w:r>
    </w:p>
    <w:p>
      <w:pPr>
        <w:jc w:val="right"/>
      </w:pPr>
      <w:r>
        <w:t>اتنا مجھے، اتنا تو میں زیادہ پریشان ہوا۔</w:t>
      </w:r>
    </w:p>
    <w:p>
      <w:r>
        <w:rPr>
          <w:b/>
        </w:rPr>
        <w:t xml:space="preserve">[56:22] </w:t>
      </w:r>
      <w:r>
        <w:t>har Musalman Debater bana hua tha.</w:t>
      </w:r>
    </w:p>
    <w:p>
      <w:pPr>
        <w:jc w:val="right"/>
      </w:pPr>
      <w:r>
        <w:t>ہر مسلمان Debater بنا ہوا تھا۔</w:t>
      </w:r>
    </w:p>
    <w:p>
      <w:r>
        <w:rPr>
          <w:b/>
        </w:rPr>
        <w:t xml:space="preserve">[56:27] </w:t>
      </w:r>
      <w:r>
        <w:t>jabkay isi jagah jo Jew thay aur jo Christian thay, woh Objective tor par apni baat karte thay.</w:t>
      </w:r>
    </w:p>
    <w:p>
      <w:pPr>
        <w:jc w:val="right"/>
      </w:pPr>
      <w:r>
        <w:t>جبکہ اسی جگہ جو Jew تھے اور جو Christian تھے، وہ Objective طور پر اپنی بات کرتے تھے۔</w:t>
      </w:r>
    </w:p>
    <w:p>
      <w:r>
        <w:rPr>
          <w:b/>
        </w:rPr>
        <w:t xml:space="preserve">[56:33] </w:t>
      </w:r>
      <w:r>
        <w:t>to yeh waqia hai ke Musalman jo hain, chahe East ke hon ya West ke hon, woh jante</w:t>
      </w:r>
    </w:p>
    <w:p>
      <w:pPr>
        <w:jc w:val="right"/>
      </w:pPr>
      <w:r>
        <w:t>تو یہ واقعہ ہے کہ مسلمان جو ہیں، چاہے East کے ہوں یا West کے ہوں، وہ جانتے</w:t>
      </w:r>
    </w:p>
    <w:p>
      <w:r>
        <w:rPr>
          <w:b/>
        </w:rPr>
        <w:t xml:space="preserve">[56:39] </w:t>
      </w:r>
      <w:r>
        <w:t>ہی نہیں intellectual discussion کو۔</w:t>
      </w:r>
    </w:p>
    <w:p>
      <w:pPr>
        <w:jc w:val="right"/>
      </w:pPr>
      <w:r>
        <w:t>ہی نہیں Intellectual Discussion کو۔</w:t>
      </w:r>
    </w:p>
    <w:p>
      <w:r>
        <w:rPr>
          <w:b/>
        </w:rPr>
        <w:t xml:space="preserve">[56:45] </w:t>
      </w:r>
      <w:r>
        <w:t>woh Debate karna jante hain. Debate.</w:t>
      </w:r>
    </w:p>
    <w:p>
      <w:pPr>
        <w:jc w:val="right"/>
      </w:pPr>
      <w:r>
        <w:t>وہ Debate کرنا جانتے ہیں۔ Debate۔</w:t>
      </w:r>
    </w:p>
    <w:p>
      <w:r>
        <w:rPr>
          <w:b/>
        </w:rPr>
        <w:t xml:space="preserve">[56:50] </w:t>
      </w:r>
      <w:r>
        <w:t>bas apni baat bolenge, doosre ka sunenge nahi.</w:t>
      </w:r>
    </w:p>
    <w:p>
      <w:pPr>
        <w:jc w:val="right"/>
      </w:pPr>
      <w:r>
        <w:t>بس اپنی بات بولیں گے، دوسرے کا سنیں گے نہیں۔</w:t>
      </w:r>
    </w:p>
    <w:p>
      <w:r>
        <w:rPr>
          <w:b/>
        </w:rPr>
        <w:t xml:space="preserve">[56:56] </w:t>
      </w:r>
      <w:r>
        <w:t>is ka bohat bara yani nuqsan hai.</w:t>
      </w:r>
    </w:p>
    <w:p>
      <w:pPr>
        <w:jc w:val="right"/>
      </w:pPr>
      <w:r>
        <w:t>اس کا بہت بڑا یعنی نقصان ہے۔</w:t>
      </w:r>
    </w:p>
    <w:p>
      <w:r>
        <w:rPr>
          <w:b/>
        </w:rPr>
        <w:t xml:space="preserve">[57:02] </w:t>
      </w:r>
      <w:r>
        <w:t>is ki bohat bari Price deni parti hai.</w:t>
      </w:r>
    </w:p>
    <w:p>
      <w:pPr>
        <w:jc w:val="right"/>
      </w:pPr>
      <w:r>
        <w:t>اس کی بہت بڑی Price دینی پڑتی ہے۔</w:t>
      </w:r>
    </w:p>
    <w:p>
      <w:r>
        <w:rPr>
          <w:b/>
        </w:rPr>
        <w:t xml:space="preserve">[57:08] </w:t>
      </w:r>
      <w:r>
        <w:t>woh kya hai? Musalmanon ke andar Intellectual Development taqreeban ruk gaya hai.</w:t>
      </w:r>
    </w:p>
    <w:p>
      <w:pPr>
        <w:jc w:val="right"/>
      </w:pPr>
      <w:r>
        <w:t>وہ کیا ہے؟ مسلمانوں کے اندر Intellectual Development تقریباً رک گیا ہے۔</w:t>
      </w:r>
    </w:p>
    <w:p>
      <w:r>
        <w:rPr>
          <w:b/>
        </w:rPr>
        <w:t xml:space="preserve">[57:13] </w:t>
      </w:r>
      <w:r>
        <w:t>mein zaati tajurba yeh kahunga ke Musalmanon ke andar Intellectual Development taqreeban ruk gaya hai.</w:t>
      </w:r>
    </w:p>
    <w:p>
      <w:pPr>
        <w:jc w:val="right"/>
      </w:pPr>
      <w:r>
        <w:t>میں ذاتی تجربہ یہ کہوں گا کہ مسلمانوں کے اندر Intellectual Development تقریباً رک گیا ہے۔</w:t>
      </w:r>
    </w:p>
    <w:p>
      <w:r>
        <w:rPr>
          <w:b/>
        </w:rPr>
        <w:t xml:space="preserve">[57:19] </w:t>
      </w:r>
      <w:r>
        <w:t>kyunke woh hota hai wohi jo hazrat umar ka jo Mutual Learning se hota hai.</w:t>
      </w:r>
    </w:p>
    <w:p>
      <w:pPr>
        <w:jc w:val="right"/>
      </w:pPr>
      <w:r>
        <w:t>کیونکہ وہ ہوتا ہے وہی جو حضرت عمر کا جو Mutual Learning سے ہوتا ہے۔</w:t>
      </w:r>
    </w:p>
    <w:p>
      <w:r>
        <w:rPr>
          <w:b/>
        </w:rPr>
        <w:t xml:space="preserve">[57:25] </w:t>
      </w:r>
      <w:r>
        <w:t>woh Mutual Learning ki Spirit hi nahi hoti.</w:t>
      </w:r>
    </w:p>
    <w:p>
      <w:pPr>
        <w:jc w:val="right"/>
      </w:pPr>
      <w:r>
        <w:t>وہ Mutual Learning کی Spirit ہی نہیں ہوتی۔</w:t>
      </w:r>
    </w:p>
    <w:p>
      <w:r>
        <w:rPr>
          <w:b/>
        </w:rPr>
        <w:t xml:space="preserve">[57:31] </w:t>
      </w:r>
      <w:r>
        <w:t>bas Debate, Debate, Debate.</w:t>
      </w:r>
    </w:p>
    <w:p>
      <w:pPr>
        <w:jc w:val="right"/>
      </w:pPr>
      <w:r>
        <w:t>بس Debate, Debate, Debate۔</w:t>
      </w:r>
    </w:p>
    <w:p>
      <w:r>
        <w:rPr>
          <w:b/>
        </w:rPr>
        <w:t xml:space="preserve">[57:36] </w:t>
      </w:r>
      <w:r>
        <w:t>yeh mera zaati tajurba hai.</w:t>
      </w:r>
    </w:p>
    <w:p>
      <w:pPr>
        <w:jc w:val="right"/>
      </w:pPr>
      <w:r>
        <w:t>یہ میرا ذاتی تجربہ ہے۔</w:t>
      </w:r>
    </w:p>
    <w:p>
      <w:r>
        <w:rPr>
          <w:b/>
        </w:rPr>
        <w:t xml:space="preserve">[57:42] </w:t>
      </w:r>
      <w:r>
        <w:t>Maulana, ek Question aaya hai Danish Sahab ki taraf se.</w:t>
      </w:r>
    </w:p>
    <w:p>
      <w:pPr>
        <w:jc w:val="right"/>
      </w:pPr>
      <w:r>
        <w:t>مولانا، ایک Question آیا ہے دانش صاحب کی طرف سے۔</w:t>
      </w:r>
    </w:p>
    <w:p>
      <w:r>
        <w:rPr>
          <w:b/>
        </w:rPr>
        <w:t xml:space="preserve">[57:48] </w:t>
      </w:r>
      <w:r>
        <w:t>Aah If someone committed shirk or kufr anywhere in the world, it is a crime and punishable to</w:t>
      </w:r>
    </w:p>
    <w:p>
      <w:pPr>
        <w:jc w:val="right"/>
      </w:pPr>
      <w:r>
        <w:t>آہ If someone committed shirk or kufr anywhere in the world, it is a crime and punishable to</w:t>
      </w:r>
    </w:p>
    <w:p>
      <w:r>
        <w:rPr>
          <w:b/>
        </w:rPr>
        <w:t xml:space="preserve">[57:54] </w:t>
      </w:r>
      <w:r>
        <w:t>death, and we have the right to implement that punishment.</w:t>
      </w:r>
    </w:p>
    <w:p>
      <w:pPr>
        <w:jc w:val="right"/>
      </w:pPr>
      <w:r>
        <w:t>death, and we have the right to implement that punishment.</w:t>
      </w:r>
    </w:p>
    <w:p>
      <w:r>
        <w:rPr>
          <w:b/>
        </w:rPr>
        <w:t xml:space="preserve">[58:00] </w:t>
      </w:r>
      <w:r>
        <w:t>Is this Allah want from us?</w:t>
      </w:r>
    </w:p>
    <w:p>
      <w:pPr>
        <w:jc w:val="right"/>
      </w:pPr>
      <w:r>
        <w:t>Is this Allah want from us?</w:t>
      </w:r>
    </w:p>
    <w:p>
      <w:r>
        <w:rPr>
          <w:b/>
        </w:rPr>
        <w:t xml:space="preserve">[58:02] </w:t>
      </w:r>
      <w:r>
        <w:t>yeh bilkul galat hai.</w:t>
      </w:r>
    </w:p>
    <w:p>
      <w:pPr>
        <w:jc w:val="right"/>
      </w:pPr>
      <w:r>
        <w:t>یہ بالکل غلط ہے۔</w:t>
      </w:r>
    </w:p>
    <w:p>
      <w:r>
        <w:rPr>
          <w:b/>
        </w:rPr>
        <w:t xml:space="preserve">[58:04] </w:t>
      </w:r>
      <w:r>
        <w:t>yeh kaha kaha hai Quran mein likha hua hai ke shirk aur kufr jo kare, us ko maro,</w:t>
      </w:r>
    </w:p>
    <w:p>
      <w:pPr>
        <w:jc w:val="right"/>
      </w:pPr>
      <w:r>
        <w:t>یہ کہا کہا ہے قرآن میں لکھا ہوا ہے کہ shirk اور kufr جو کرے، اس کو مارو،</w:t>
      </w:r>
    </w:p>
    <w:p>
      <w:r>
        <w:rPr>
          <w:b/>
        </w:rPr>
        <w:t xml:space="preserve">[58:12] </w:t>
      </w:r>
      <w:r>
        <w:t>punish karo, tabligh kar sakte hain aap bas.</w:t>
      </w:r>
    </w:p>
    <w:p>
      <w:pPr>
        <w:jc w:val="right"/>
      </w:pPr>
      <w:r>
        <w:t>punish کرو، تبلیغ کر سکتے ہیں آپ بس۔</w:t>
      </w:r>
    </w:p>
    <w:p>
      <w:r>
        <w:rPr>
          <w:b/>
        </w:rPr>
        <w:t xml:space="preserve">[58:15] </w:t>
      </w:r>
      <w:r>
        <w:t>yeh bilkul hi, bilkul hi yani intihaai had tak Baseless baat yeh hai.</w:t>
      </w:r>
    </w:p>
    <w:p>
      <w:pPr>
        <w:jc w:val="right"/>
      </w:pPr>
      <w:r>
        <w:t>یہ بالکل ہی، بالکل ہی یعنی انتہائی حد تک Baseless بات یہ ہے۔</w:t>
      </w:r>
    </w:p>
    <w:p>
      <w:r>
        <w:rPr>
          <w:b/>
        </w:rPr>
        <w:t xml:space="preserve">[58:21] </w:t>
      </w:r>
      <w:r>
        <w:t>aakhri had tak Baseless hai ke shirk aur kufr punishable crime nahin hai.</w:t>
      </w:r>
    </w:p>
    <w:p>
      <w:pPr>
        <w:jc w:val="right"/>
      </w:pPr>
      <w:r>
        <w:t>آخری حد تک Baseless ہے کہ shirk اور kufr punishable crime نہیں ہے۔</w:t>
      </w:r>
    </w:p>
    <w:p>
      <w:r>
        <w:rPr>
          <w:b/>
        </w:rPr>
        <w:t xml:space="preserve">[58:26] </w:t>
      </w:r>
      <w:r>
        <w:t>woh Deviation hai.</w:t>
      </w:r>
    </w:p>
    <w:p>
      <w:pPr>
        <w:jc w:val="right"/>
      </w:pPr>
      <w:r>
        <w:t>وہ Deviation ہے۔</w:t>
      </w:r>
    </w:p>
    <w:p>
      <w:r>
        <w:rPr>
          <w:b/>
        </w:rPr>
        <w:t xml:space="preserve">[58:28] </w:t>
      </w:r>
      <w:r>
        <w:t>Freedom ka Deviation hai.</w:t>
      </w:r>
    </w:p>
    <w:p>
      <w:pPr>
        <w:jc w:val="right"/>
      </w:pPr>
      <w:r>
        <w:t>Freedom کا Deviation ہے۔</w:t>
      </w:r>
    </w:p>
    <w:p>
      <w:r>
        <w:rPr>
          <w:b/>
        </w:rPr>
        <w:t xml:space="preserve">[58:29] </w:t>
      </w:r>
      <w:r>
        <w:t>to aap is ko samjhaiye.</w:t>
      </w:r>
    </w:p>
    <w:p>
      <w:pPr>
        <w:jc w:val="right"/>
      </w:pPr>
      <w:r>
        <w:t>تو آپ اس کو سمجھائیے۔</w:t>
      </w:r>
    </w:p>
    <w:p>
      <w:r>
        <w:rPr>
          <w:b/>
        </w:rPr>
        <w:t xml:space="preserve">[58:31] </w:t>
      </w:r>
      <w:r>
        <w:t>Crime is cheez ka naam hai.</w:t>
      </w:r>
    </w:p>
    <w:p>
      <w:pPr>
        <w:jc w:val="right"/>
      </w:pPr>
      <w:r>
        <w:t>Crime اس چیز کا نام ہے۔</w:t>
      </w:r>
    </w:p>
    <w:p>
      <w:r>
        <w:rPr>
          <w:b/>
        </w:rPr>
        <w:t xml:space="preserve">[58:34] </w:t>
      </w:r>
      <w:r>
        <w:t>is mein Social Injury ka naam hai.</w:t>
      </w:r>
    </w:p>
    <w:p>
      <w:pPr>
        <w:jc w:val="right"/>
      </w:pPr>
      <w:r>
        <w:t>اس میں Social Injury کا نام ہے۔</w:t>
      </w:r>
    </w:p>
    <w:p>
      <w:r>
        <w:rPr>
          <w:b/>
        </w:rPr>
        <w:t xml:space="preserve">[58:37] </w:t>
      </w:r>
      <w:r>
        <w:t>aap Society mein aik insaan ko koi Injury pahunchayein, That is, maslan qatal kar dein, That is Crime.</w:t>
      </w:r>
    </w:p>
    <w:p>
      <w:pPr>
        <w:jc w:val="right"/>
      </w:pPr>
      <w:r>
        <w:t>آپ Society میں ایک انسان کو کوئی Injury پہنچائیں، That is، مثلاً قتل کر دیں، That is Crime.</w:t>
      </w:r>
    </w:p>
    <w:p>
      <w:r>
        <w:rPr>
          <w:b/>
        </w:rPr>
        <w:t xml:space="preserve">[58:45] </w:t>
      </w:r>
      <w:r>
        <w:t>baqi yeh jo shirk, kufr hai, yeh to Deviation hai.</w:t>
      </w:r>
    </w:p>
    <w:p>
      <w:pPr>
        <w:jc w:val="right"/>
      </w:pPr>
      <w:r>
        <w:t>باقی یہ جو shirk، kufr ہے، یہ تو Deviation ہے۔</w:t>
      </w:r>
    </w:p>
    <w:p>
      <w:r>
        <w:rPr>
          <w:b/>
        </w:rPr>
        <w:t xml:space="preserve">[58:49] </w:t>
      </w:r>
      <w:r>
        <w:t>insani azadi ko aadmi galat istemal kar raha hai.</w:t>
      </w:r>
    </w:p>
    <w:p>
      <w:pPr>
        <w:jc w:val="right"/>
      </w:pPr>
      <w:r>
        <w:t>انسانی آزادی کو آدمی غلط استعمال کر رہا ہے۔</w:t>
      </w:r>
    </w:p>
    <w:p>
      <w:r>
        <w:rPr>
          <w:b/>
        </w:rPr>
        <w:t xml:space="preserve">[58:53] </w:t>
      </w:r>
      <w:r>
        <w:t>to aap is ko samjhaiye.</w:t>
      </w:r>
    </w:p>
    <w:p>
      <w:pPr>
        <w:jc w:val="right"/>
      </w:pPr>
      <w:r>
        <w:t>تو آپ اس کو سمجھائیے۔</w:t>
      </w:r>
    </w:p>
    <w:p>
      <w:r>
        <w:rPr>
          <w:b/>
        </w:rPr>
        <w:t xml:space="preserve">[58:55] </w:t>
      </w:r>
      <w:r>
        <w:t>lasta alayhim bimusaitir quran mein is ke ultā likha hua hai.</w:t>
      </w:r>
    </w:p>
    <w:p>
      <w:pPr>
        <w:jc w:val="right"/>
      </w:pPr>
      <w:r>
        <w:t>لَسْتَ عَلَيْهِمْ بِمُسَيْطِرٍ قرآن میں اس کے الٹا لکھا ہوا ہے۔</w:t>
      </w:r>
    </w:p>
    <w:p>
      <w:r>
        <w:rPr>
          <w:b/>
        </w:rPr>
        <w:t xml:space="preserve">[59:00] </w:t>
      </w:r>
      <w:r>
        <w:t>lasta alayhim bimusaitir tum tumhara kaam yeh nahi ke in par woh saza nafiz karo.</w:t>
      </w:r>
    </w:p>
    <w:p>
      <w:pPr>
        <w:jc w:val="right"/>
      </w:pPr>
      <w:r>
        <w:t>لَسْتَ عَلَيْهِمْ بِمُسَيْطِرٍ تم، تمہارا کام یہ نہیں کہ ان پر وہ سزا نافذ کرو۔</w:t>
      </w:r>
    </w:p>
    <w:p>
      <w:r>
        <w:rPr>
          <w:b/>
        </w:rPr>
        <w:t xml:space="preserve">[59:06] </w:t>
      </w:r>
      <w:r>
        <w:t>al-ghashiyah mein padh lijiyey.</w:t>
      </w:r>
    </w:p>
    <w:p>
      <w:pPr>
        <w:jc w:val="right"/>
      </w:pPr>
      <w:r>
        <w:t>الغاشیہ میں پڑھ لیجئے۔</w:t>
      </w:r>
    </w:p>
    <w:p>
      <w:r>
        <w:rPr>
          <w:b/>
        </w:rPr>
        <w:t xml:space="preserve">[59:08] </w:t>
      </w:r>
      <w:r>
        <w:t>padhiye woh is hissay.</w:t>
      </w:r>
    </w:p>
    <w:p>
      <w:pPr>
        <w:jc w:val="right"/>
      </w:pPr>
      <w:r>
        <w:t>پڑھیے وہ اس حصہ۔</w:t>
      </w:r>
    </w:p>
    <w:p>
      <w:r>
        <w:rPr>
          <w:b/>
        </w:rPr>
        <w:t xml:space="preserve">[59:10] </w:t>
      </w:r>
      <w:r>
        <w:t>innama anta muzakkir lasta alayhim bimusaitir innama anta muzakkir lasta alayhim bimusaitir tumhara kaam yaad dahani karna hai.</w:t>
      </w:r>
    </w:p>
    <w:p>
      <w:pPr>
        <w:jc w:val="right"/>
      </w:pPr>
      <w:r>
        <w:t>إِنَّمَا أَنْتَ مُذَكِّرٌ لَسْتَ عَلَيْهِمْ بِمُسَيْطِرٍ إِنَّمَا أَنْتَ مُذَكِّرٌ لَسْتَ عَلَيْهِمْ بِمُسَيْطِرٍ تمہارا کام یاد دہانی کرنا ہے۔</w:t>
      </w:r>
    </w:p>
    <w:p>
      <w:r>
        <w:rPr>
          <w:b/>
        </w:rPr>
        <w:t xml:space="preserve">[59:17] </w:t>
      </w:r>
      <w:r>
        <w:t>tumhara kaam saza dena nahi hai.</w:t>
      </w:r>
    </w:p>
    <w:p>
      <w:pPr>
        <w:jc w:val="right"/>
      </w:pPr>
      <w:r>
        <w:t>تمہارا کام سزا دینا نہیں ہے۔</w:t>
      </w:r>
    </w:p>
    <w:p>
      <w:r>
        <w:rPr>
          <w:b/>
        </w:rPr>
        <w:t xml:space="preserve">[59:20] </w:t>
      </w:r>
      <w:r>
        <w:t>implement karna nahi hai.</w:t>
      </w:r>
    </w:p>
    <w:p>
      <w:pPr>
        <w:jc w:val="right"/>
      </w:pPr>
      <w:r>
        <w:t>Implement کرنا نہیں ہے۔</w:t>
      </w:r>
    </w:p>
    <w:p>
      <w:r>
        <w:rPr>
          <w:b/>
        </w:rPr>
        <w:t xml:space="preserve">[59:22] </w:t>
      </w:r>
      <w:r>
        <w:t>kalla man tawalla wa kafara fayuazzibuhullahu al-azaba al-aqsa jo jo shirk kare kufr kare to us ka muamla</w:t>
      </w:r>
    </w:p>
    <w:p>
      <w:pPr>
        <w:jc w:val="right"/>
      </w:pPr>
      <w:r>
        <w:t>كَلَّا مَنْ تَوَلَّىٰ وَكَفَرَ فَيُعَذِّبُهُ اللَّهُ الْعَذَابَ الْأَقْسِى جو جو shirk کرے، kufr کرے، تو اس کا معاملہ</w:t>
      </w:r>
    </w:p>
    <w:p>
      <w:r>
        <w:rPr>
          <w:b/>
        </w:rPr>
        <w:t xml:space="preserve">[59:29] </w:t>
      </w:r>
      <w:r>
        <w:t>allah ke hawale hai.</w:t>
      </w:r>
    </w:p>
    <w:p>
      <w:pPr>
        <w:jc w:val="right"/>
      </w:pPr>
      <w:r>
        <w:t>اللہ کے حوالے ہے۔</w:t>
      </w:r>
    </w:p>
    <w:p>
      <w:r>
        <w:rPr>
          <w:b/>
        </w:rPr>
        <w:t xml:space="preserve">[59:31] </w:t>
      </w:r>
      <w:r>
        <w:t>wahan us ko jo khuda jo chahega us ka muamla karega.</w:t>
      </w:r>
    </w:p>
    <w:p>
      <w:pPr>
        <w:jc w:val="right"/>
      </w:pPr>
      <w:r>
        <w:t>وہاں اس کو جو خدا جو چاہے گا، اس کا معاملہ کرے گا۔</w:t>
      </w:r>
    </w:p>
    <w:p>
      <w:r>
        <w:rPr>
          <w:b/>
        </w:rPr>
        <w:t xml:space="preserve">[59:37] </w:t>
      </w:r>
      <w:r>
        <w:t>koi insan insan ke aage accountable nahi hai.</w:t>
      </w:r>
    </w:p>
    <w:p>
      <w:pPr>
        <w:jc w:val="right"/>
      </w:pPr>
      <w:r>
        <w:t>کوئی انسان انسان کے آگے Accountable نہیں ہے۔</w:t>
      </w:r>
    </w:p>
    <w:p>
      <w:r>
        <w:rPr>
          <w:b/>
        </w:rPr>
        <w:t xml:space="preserve">[59:40] </w:t>
      </w:r>
      <w:r>
        <w:t>yaad rakhiye allah ke aage accountable hai.</w:t>
      </w:r>
    </w:p>
    <w:p>
      <w:pPr>
        <w:jc w:val="right"/>
      </w:pPr>
      <w:r>
        <w:t>یاد رکھیے، اللہ کے آگے Accountable ہے۔</w:t>
      </w:r>
    </w:p>
    <w:p>
      <w:r>
        <w:rPr>
          <w:b/>
        </w:rPr>
        <w:t xml:space="preserve">[59:43] </w:t>
      </w:r>
      <w:r>
        <w:t>jo shirk aur kufr ko kahe ke punishable karaye hue hain to bahut hi bada gunah karta hai.</w:t>
      </w:r>
    </w:p>
    <w:p>
      <w:pPr>
        <w:jc w:val="right"/>
      </w:pPr>
      <w:r>
        <w:t>جو shirk اور kufr کو کہے کہ punishable کرائے ہوئے ہیں، تو بہت ہی بڑا گناہ کرتا ہے۔</w:t>
      </w:r>
    </w:p>
    <w:p>
      <w:r>
        <w:rPr>
          <w:b/>
        </w:rPr>
        <w:t xml:space="preserve">[59:51] </w:t>
      </w:r>
      <w:r>
        <w:t>gunah.</w:t>
      </w:r>
    </w:p>
    <w:p>
      <w:pPr>
        <w:jc w:val="right"/>
      </w:pPr>
      <w:r>
        <w:t>گناہ۔</w:t>
      </w:r>
    </w:p>
    <w:p>
      <w:r>
        <w:rPr>
          <w:b/>
        </w:rPr>
        <w:t xml:space="preserve">[59:52] </w:t>
      </w:r>
      <w:r>
        <w:t>kyunke yeh khuda ke seat par baithe gwaney hain.</w:t>
      </w:r>
    </w:p>
    <w:p>
      <w:pPr>
        <w:jc w:val="right"/>
      </w:pPr>
      <w:r>
        <w:t>کیونکہ یہ خدا کے Seat پر بیٹھے گوانے ہیں۔</w:t>
      </w:r>
    </w:p>
    <w:p>
      <w:r>
        <w:rPr>
          <w:b/>
        </w:rPr>
        <w:t xml:space="preserve">[59:56] </w:t>
      </w:r>
      <w:r>
        <w:t>khuda ke seat par baith rahe hain aap.</w:t>
      </w:r>
    </w:p>
    <w:p>
      <w:pPr>
        <w:jc w:val="right"/>
      </w:pPr>
      <w:r>
        <w:t>خدا کے Seat پر بیٹھ رہے ہیں آپ۔</w:t>
      </w:r>
    </w:p>
    <w:p>
      <w:r>
        <w:rPr>
          <w:b/>
        </w:rPr>
        <w:t xml:space="preserve">[1:00:00] </w:t>
      </w:r>
      <w:r>
        <w:t>shirk aur kufr ka muamla allah ka muamla hai.</w:t>
      </w:r>
    </w:p>
    <w:p>
      <w:pPr>
        <w:jc w:val="right"/>
      </w:pPr>
      <w:r>
        <w:t>shirk اور kufr کا معاملہ اللہ کا معاملہ ہے۔</w:t>
      </w:r>
    </w:p>
    <w:p>
      <w:r>
        <w:rPr>
          <w:b/>
        </w:rPr>
        <w:t xml:space="preserve">[1:00:03] </w:t>
      </w:r>
      <w:r>
        <w:t>woh allah ke aage woh aap jo accountable hain.</w:t>
      </w:r>
    </w:p>
    <w:p>
      <w:pPr>
        <w:jc w:val="right"/>
      </w:pPr>
      <w:r>
        <w:t>وہ اللہ کے آگے وہ آپ جو Accountable ہیں۔</w:t>
      </w:r>
    </w:p>
    <w:p>
      <w:r>
        <w:rPr>
          <w:b/>
        </w:rPr>
        <w:t xml:space="preserve">[1:00:07] </w:t>
      </w:r>
      <w:r>
        <w:t>insan ke to hum accountable nahi hain.</w:t>
      </w:r>
    </w:p>
    <w:p>
      <w:pPr>
        <w:jc w:val="right"/>
      </w:pPr>
      <w:r>
        <w:t>انسان کے تو ہم Accountable نہیں ہیں۔</w:t>
      </w:r>
    </w:p>
    <w:p>
      <w:r>
        <w:rPr>
          <w:b/>
        </w:rPr>
        <w:t xml:space="preserve">[1:00:10] </w:t>
      </w:r>
      <w:r>
        <w:t>sirf social injury jo hoti hai woh hai crime islam mein.</w:t>
      </w:r>
    </w:p>
    <w:p>
      <w:pPr>
        <w:jc w:val="right"/>
      </w:pPr>
      <w:r>
        <w:t>صرف Social Injury جو ہوتی ہے، وہ ہے Crime اسلام میں۔</w:t>
      </w:r>
    </w:p>
    <w:p>
      <w:r>
        <w:rPr>
          <w:b/>
        </w:rPr>
        <w:t xml:space="preserve">[1:00:15] </w:t>
      </w:r>
      <w:r>
        <w:t>maulana yeh doctor safeena ne comment mein bheja hai.</w:t>
      </w:r>
    </w:p>
    <w:p>
      <w:pPr>
        <w:jc w:val="right"/>
      </w:pPr>
      <w:r>
        <w:t>مولانا، یہ ڈاکٹر سفینہ نے آہ Comment میں بھیجا ہے۔</w:t>
      </w:r>
    </w:p>
    <w:p>
      <w:r>
        <w:rPr>
          <w:b/>
        </w:rPr>
        <w:t xml:space="preserve">[1:00:19] </w:t>
      </w:r>
      <w:r>
        <w:t>maulana sahib bahut clarity se aaj aap ne bataya nafs mutmain ka ke bare mein.</w:t>
      </w:r>
    </w:p>
    <w:p>
      <w:pPr>
        <w:jc w:val="right"/>
      </w:pPr>
      <w:r>
        <w:t>مولانا صاحب، بہت Clarity سے آج آپ نے بتایا نفس مطمئن کا کے بارے میں۔</w:t>
      </w:r>
    </w:p>
    <w:p>
      <w:r>
        <w:rPr>
          <w:b/>
        </w:rPr>
        <w:t xml:space="preserve">[1:00:26] </w:t>
      </w:r>
      <w:r>
        <w:t>magar ek sawal hai maulana sahib agar insan har situation se razi ho jaye to us ko as</w:t>
      </w:r>
    </w:p>
    <w:p>
      <w:pPr>
        <w:jc w:val="right"/>
      </w:pPr>
      <w:r>
        <w:t>مگر ایک سوال ہے، مولانا صاحب، اگر انسان ہر Situation سے راضی ہو جائے تو اس کو as</w:t>
      </w:r>
    </w:p>
    <w:p>
      <w:r>
        <w:rPr>
          <w:b/>
        </w:rPr>
        <w:t xml:space="preserve">[1:00:33] </w:t>
      </w:r>
      <w:r>
        <w:t>a challenge kaise payega razi hone ke mani us ko explain karna.</w:t>
      </w:r>
    </w:p>
    <w:p>
      <w:pPr>
        <w:jc w:val="right"/>
      </w:pPr>
      <w:r>
        <w:t>a Challenge کیسے پائے گا؟ راضی ہونے کے معنی اس کو Explain کرنا۔</w:t>
      </w:r>
    </w:p>
    <w:p>
      <w:r>
        <w:rPr>
          <w:b/>
        </w:rPr>
        <w:t xml:space="preserve">[1:00:39] </w:t>
      </w:r>
      <w:r>
        <w:t>explain karna.</w:t>
      </w:r>
    </w:p>
    <w:p>
      <w:pPr>
        <w:jc w:val="right"/>
      </w:pPr>
      <w:r>
        <w:t>Explain کرنا۔</w:t>
      </w:r>
    </w:p>
    <w:p>
      <w:r>
        <w:rPr>
          <w:b/>
        </w:rPr>
        <w:t xml:space="preserve">[1:00:40] </w:t>
      </w:r>
      <w:r>
        <w:t>baqi Challenge to har lehaz se Challenge hai.</w:t>
      </w:r>
    </w:p>
    <w:p>
      <w:pPr>
        <w:jc w:val="right"/>
      </w:pPr>
      <w:r>
        <w:t>باقی Challenge تو ہر لحاظ سے Challenge ہے۔</w:t>
      </w:r>
    </w:p>
    <w:p>
      <w:r>
        <w:rPr>
          <w:b/>
        </w:rPr>
        <w:t xml:space="preserve">[1:00:44] </w:t>
      </w:r>
      <w:r>
        <w:t>Challenge ko koi Eliminate nahi kar sakta.</w:t>
      </w:r>
    </w:p>
    <w:p>
      <w:pPr>
        <w:jc w:val="right"/>
      </w:pPr>
      <w:r>
        <w:t>Challenge کو کوئی Eliminate نہیں کر سکتا۔</w:t>
      </w:r>
    </w:p>
    <w:p>
      <w:r>
        <w:rPr>
          <w:b/>
        </w:rPr>
        <w:t xml:space="preserve">[1:00:47] </w:t>
      </w:r>
      <w:r>
        <w:t>har waqt Challenge hai.</w:t>
      </w:r>
    </w:p>
    <w:p>
      <w:pPr>
        <w:jc w:val="right"/>
      </w:pPr>
      <w:r>
        <w:t>ہر وقت Challenge ہے۔</w:t>
      </w:r>
    </w:p>
    <w:p>
      <w:r>
        <w:rPr>
          <w:b/>
        </w:rPr>
        <w:t xml:space="preserve">[1:00:49] </w:t>
      </w:r>
      <w:r>
        <w:t>abhi mein aa raha tha to aik aik scooter wala tha, wo hamare liye Challenge ban gaya.</w:t>
      </w:r>
    </w:p>
    <w:p>
      <w:pPr>
        <w:jc w:val="right"/>
      </w:pPr>
      <w:r>
        <w:t>ابھی میں آ رہا تھا تو ایک ایک سکوٹر والا تھا، وہ ہمارے لیے Challenge بن گیا۔</w:t>
      </w:r>
    </w:p>
    <w:p>
      <w:r>
        <w:rPr>
          <w:b/>
        </w:rPr>
        <w:t xml:space="preserve">[1:00:56] </w:t>
      </w:r>
      <w:r>
        <w:t>to Challenge to aap ko lana hai na Eliminate karna hai.</w:t>
      </w:r>
    </w:p>
    <w:p>
      <w:pPr>
        <w:jc w:val="right"/>
      </w:pPr>
      <w:r>
        <w:t>تو Challenge تو آپ کو لانا ہے نہ Eliminate کرنا ہے۔</w:t>
      </w:r>
    </w:p>
    <w:p>
      <w:r>
        <w:rPr>
          <w:b/>
        </w:rPr>
        <w:t xml:space="preserve">[1:01:01] </w:t>
      </w:r>
      <w:r>
        <w:t>wo Already There hai.</w:t>
      </w:r>
    </w:p>
    <w:p>
      <w:pPr>
        <w:jc w:val="right"/>
      </w:pPr>
      <w:r>
        <w:t>وہ Already There ہے۔</w:t>
      </w:r>
    </w:p>
    <w:p>
      <w:r>
        <w:rPr>
          <w:b/>
        </w:rPr>
        <w:t xml:space="preserve">[1:01:02] </w:t>
      </w:r>
      <w:r>
        <w:t>har waqt Challenge.</w:t>
      </w:r>
    </w:p>
    <w:p>
      <w:pPr>
        <w:jc w:val="right"/>
      </w:pPr>
      <w:r>
        <w:t>ہر وقت Challenge۔</w:t>
      </w:r>
    </w:p>
    <w:p>
      <w:r>
        <w:rPr>
          <w:b/>
        </w:rPr>
        <w:t xml:space="preserve">[1:01:04] </w:t>
      </w:r>
      <w:r>
        <w:t>har waqt Challenge.</w:t>
      </w:r>
    </w:p>
    <w:p>
      <w:pPr>
        <w:jc w:val="right"/>
      </w:pPr>
      <w:r>
        <w:t>ہر وقت Challenge۔</w:t>
      </w:r>
    </w:p>
    <w:p>
      <w:r>
        <w:rPr>
          <w:b/>
        </w:rPr>
        <w:t xml:space="preserve">[1:01:05] </w:t>
      </w:r>
      <w:r>
        <w:t>sirf Negative Explanation nahi karna chahiye aap ko.</w:t>
      </w:r>
    </w:p>
    <w:p>
      <w:pPr>
        <w:jc w:val="right"/>
      </w:pPr>
      <w:r>
        <w:t>صرف Negative Explanation نہیں کرنا چاہیے آپ کو۔</w:t>
      </w:r>
    </w:p>
    <w:p>
      <w:r>
        <w:rPr>
          <w:b/>
        </w:rPr>
        <w:t xml:space="preserve">[1:01:09] </w:t>
      </w:r>
      <w:r>
        <w:t>Negative Explanation nahi.</w:t>
      </w:r>
    </w:p>
    <w:p>
      <w:pPr>
        <w:jc w:val="right"/>
      </w:pPr>
      <w:r>
        <w:t>Negative Explanation نہیں۔</w:t>
      </w:r>
    </w:p>
    <w:p>
      <w:r>
        <w:rPr>
          <w:b/>
        </w:rPr>
        <w:t xml:space="preserve">[1:01:10] </w:t>
      </w:r>
      <w:r>
        <w:t>ke scooter wala aa gaya to aap ghussa hon aur kahein ke ye kya hai, wo kya hai.</w:t>
      </w:r>
    </w:p>
    <w:p>
      <w:pPr>
        <w:jc w:val="right"/>
      </w:pPr>
      <w:r>
        <w:t>کہ سکوٹر والا آ گیا تو آپ غصہ ہوں اور کہیں کہ یہ کیا ہے، وہ کیا ہے۔</w:t>
      </w:r>
    </w:p>
    <w:p>
      <w:r>
        <w:rPr>
          <w:b/>
        </w:rPr>
        <w:t xml:space="preserve">[1:01:18] </w:t>
      </w:r>
      <w:r>
        <w:t>Challenge to har waqt hai hi hai.</w:t>
      </w:r>
    </w:p>
    <w:p>
      <w:pPr>
        <w:jc w:val="right"/>
      </w:pPr>
      <w:r>
        <w:t>Challenge تو ہر وقت ہے ہی ہے۔</w:t>
      </w:r>
    </w:p>
    <w:p>
      <w:r>
        <w:rPr>
          <w:b/>
        </w:rPr>
        <w:t xml:space="preserve">[1:01:21] </w:t>
      </w:r>
      <w:r>
        <w:t>Challenge.</w:t>
      </w:r>
    </w:p>
    <w:p>
      <w:pPr>
        <w:jc w:val="right"/>
      </w:pPr>
      <w:r>
        <w:t>Challenge۔</w:t>
      </w:r>
    </w:p>
    <w:p>
      <w:r>
        <w:rPr>
          <w:b/>
        </w:rPr>
        <w:t xml:space="preserve">[1:01:22] </w:t>
      </w:r>
      <w:r>
        <w:t>koi aadmi Challenge ko na la sakta hai na is ko khatam kar sakta hai.</w:t>
      </w:r>
    </w:p>
    <w:p>
      <w:pPr>
        <w:jc w:val="right"/>
      </w:pPr>
      <w:r>
        <w:t>کوئی آدمی Challenge کو نہ لا سکتا ہے نہ اس کو ختم کر سکتا ہے۔</w:t>
      </w:r>
    </w:p>
    <w:p>
      <w:r>
        <w:rPr>
          <w:b/>
        </w:rPr>
        <w:t xml:space="preserve">[1:01:29] </w:t>
      </w:r>
      <w:r>
        <w:t>Maulana, is ko aah jaise Accept karna aik Positivity bhi hai ke ye to hota hi hai.</w:t>
      </w:r>
    </w:p>
    <w:p>
      <w:pPr>
        <w:jc w:val="right"/>
      </w:pPr>
      <w:r>
        <w:t>مولانا، اس کو آہ جیسے Accept کرنا ایک Positivity بھی ہے کہ یہ تو ہوتا ہی ہے۔</w:t>
      </w:r>
    </w:p>
    <w:p>
      <w:r>
        <w:rPr>
          <w:b/>
        </w:rPr>
        <w:t xml:space="preserve">[1:01:36] </w:t>
      </w:r>
      <w:r>
        <w:t>aur is se Overreact kar ke, Overreact karna Negativity ho jayegi.</w:t>
      </w:r>
    </w:p>
    <w:p>
      <w:pPr>
        <w:jc w:val="right"/>
      </w:pPr>
      <w:r>
        <w:t>اور اس سے Overreact کر کے، Overreact کرنا Negativity ہو جائے گی۔</w:t>
      </w:r>
    </w:p>
    <w:p>
      <w:r>
        <w:rPr>
          <w:b/>
        </w:rPr>
        <w:t xml:space="preserve">[1:01:41] </w:t>
      </w:r>
      <w:r>
        <w:t>لیکن اس کو as a challenge لینا will be a positive thing.</w:t>
      </w:r>
    </w:p>
    <w:p>
      <w:pPr>
        <w:jc w:val="right"/>
      </w:pPr>
      <w:r>
        <w:t>لیکن اس کو as a Challenge لینا will be a Positive thing ۔</w:t>
      </w:r>
    </w:p>
    <w:p>
      <w:r>
        <w:rPr>
          <w:b/>
        </w:rPr>
        <w:t xml:space="preserve">[1:01:47] </w:t>
      </w:r>
      <w:r>
        <w:t>theek.</w:t>
      </w:r>
    </w:p>
    <w:p>
      <w:pPr>
        <w:jc w:val="right"/>
      </w:pPr>
      <w:r>
        <w:t>ٹھیک۔</w:t>
      </w:r>
    </w:p>
    <w:p>
      <w:r>
        <w:rPr>
          <w:b/>
        </w:rPr>
        <w:t xml:space="preserve">[1:01:48] </w:t>
      </w:r>
      <w:r>
        <w:t>theek hai.</w:t>
      </w:r>
    </w:p>
    <w:p>
      <w:pPr>
        <w:jc w:val="right"/>
      </w:pPr>
      <w:r>
        <w:t>ٹھیک ہے۔</w:t>
      </w:r>
    </w:p>
    <w:p>
      <w:r>
        <w:rPr>
          <w:b/>
        </w:rPr>
        <w:t xml:space="preserve">[1:01:50] </w:t>
      </w:r>
      <w:r>
        <w:t>theek hai.</w:t>
      </w:r>
    </w:p>
    <w:p>
      <w:pPr>
        <w:jc w:val="right"/>
      </w:pPr>
      <w:r>
        <w:t>ٹھیک ہے۔</w:t>
      </w:r>
    </w:p>
    <w:p>
      <w:r>
        <w:rPr>
          <w:b/>
        </w:rPr>
        <w:t xml:space="preserve">[1:01:51] </w:t>
      </w:r>
      <w:r>
        <w:t>aap theek hain.</w:t>
      </w:r>
    </w:p>
    <w:p>
      <w:pPr>
        <w:jc w:val="right"/>
      </w:pPr>
      <w:r>
        <w:t>آپ ٹھیک ہیں۔</w:t>
      </w:r>
    </w:p>
    <w:p>
      <w:r>
        <w:rPr>
          <w:b/>
        </w:rPr>
        <w:t xml:space="preserve">[1:01:53] </w:t>
      </w:r>
      <w:r>
        <w:t>Maulana, ye keh rahi hain aap ke Creation Plan ko samajhna jo hai, ye to bohat hi aah</w:t>
      </w:r>
    </w:p>
    <w:p>
      <w:pPr>
        <w:jc w:val="right"/>
      </w:pPr>
      <w:r>
        <w:t>مولانا، یہ کہہ رہی ہیں آپ کہ Creation Plan کو سمجھنا جو ہے، یہ تو بہت ہی آہ</w:t>
      </w:r>
    </w:p>
    <w:p>
      <w:r>
        <w:rPr>
          <w:b/>
        </w:rPr>
        <w:t xml:space="preserve">[1:02:01] </w:t>
      </w:r>
      <w:r>
        <w:t>Deeper kaam hai.</w:t>
      </w:r>
    </w:p>
    <w:p>
      <w:pPr>
        <w:jc w:val="right"/>
      </w:pPr>
      <w:r>
        <w:t>Deeper کام ہے۔</w:t>
      </w:r>
    </w:p>
    <w:p>
      <w:r>
        <w:rPr>
          <w:b/>
        </w:rPr>
        <w:t xml:space="preserve">[1:02:02] </w:t>
      </w:r>
      <w:r>
        <w:t>aur bohat hi mushkil kaam hai.</w:t>
      </w:r>
    </w:p>
    <w:p>
      <w:pPr>
        <w:jc w:val="right"/>
      </w:pPr>
      <w:r>
        <w:t>اور بہت ہی مشکل کام ہے۔</w:t>
      </w:r>
    </w:p>
    <w:p>
      <w:r>
        <w:rPr>
          <w:b/>
        </w:rPr>
        <w:t xml:space="preserve">[1:02:05] </w:t>
      </w:r>
      <w:r>
        <w:t>Deeper kaam hai to mushkil kaam hai.</w:t>
      </w:r>
    </w:p>
    <w:p>
      <w:pPr>
        <w:jc w:val="right"/>
      </w:pPr>
      <w:r>
        <w:t>Deeper کام ہے تو مشکل کام ہے۔</w:t>
      </w:r>
    </w:p>
    <w:p>
      <w:r>
        <w:rPr>
          <w:b/>
        </w:rPr>
        <w:t xml:space="preserve">[1:02:08] </w:t>
      </w:r>
      <w:r>
        <w:t>to itni mushkil mein Allah taala ne insan ko kyun dala? acha ji, har aadmi ka test is</w:t>
      </w:r>
    </w:p>
    <w:p>
      <w:pPr>
        <w:jc w:val="right"/>
      </w:pPr>
      <w:r>
        <w:t>تو اتنی مشکل میں اللہ تعالیٰ نے انسان کو کیوں ڈالا؟ اچھا جی، ہر آدمی کا ٹیسٹ اس</w:t>
      </w:r>
    </w:p>
    <w:p>
      <w:r>
        <w:rPr>
          <w:b/>
        </w:rPr>
        <w:t xml:space="preserve">[1:02:15] </w:t>
      </w:r>
      <w:r>
        <w:t>ke Level par hota hai.</w:t>
      </w:r>
    </w:p>
    <w:p>
      <w:pPr>
        <w:jc w:val="right"/>
      </w:pPr>
      <w:r>
        <w:t>کے Level پر ہوتا ہے۔</w:t>
      </w:r>
    </w:p>
    <w:p>
      <w:r>
        <w:rPr>
          <w:b/>
        </w:rPr>
        <w:t xml:space="preserve">[1:02:18] </w:t>
      </w:r>
      <w:r>
        <w:t>jis Level ka aadmi hai, usi Level ka test.</w:t>
      </w:r>
    </w:p>
    <w:p>
      <w:pPr>
        <w:jc w:val="right"/>
      </w:pPr>
      <w:r>
        <w:t>جس Level کا آدمی ہے، اسی Level کا ٹیسٹ۔</w:t>
      </w:r>
    </w:p>
    <w:p>
      <w:r>
        <w:rPr>
          <w:b/>
        </w:rPr>
        <w:t xml:space="preserve">[1:02:21] </w:t>
      </w:r>
      <w:r>
        <w:t>is se zyada nahin.</w:t>
      </w:r>
    </w:p>
    <w:p>
      <w:pPr>
        <w:jc w:val="right"/>
      </w:pPr>
      <w:r>
        <w:t>اس سے زیادہ نہیں۔</w:t>
      </w:r>
    </w:p>
    <w:p>
      <w:r>
        <w:rPr>
          <w:b/>
        </w:rPr>
        <w:t xml:space="preserve">[1:02:23] </w:t>
      </w:r>
      <w:r>
        <w:t>jis Level ka, Quran mein yeh baat ek se zyada jagah par aayi hai ke la yukallif Allah</w:t>
      </w:r>
    </w:p>
    <w:p>
      <w:pPr>
        <w:jc w:val="right"/>
      </w:pPr>
      <w:r>
        <w:t>جس Level کا، قرآن میں یہ بات ایک سے زیادہ جگہ پر آئی ہے کہ لا يكلف الله</w:t>
      </w:r>
    </w:p>
    <w:p>
      <w:r>
        <w:rPr>
          <w:b/>
        </w:rPr>
        <w:t xml:space="preserve">[1:02:31] </w:t>
      </w:r>
      <w:r>
        <w:t>nafsan illa wus'ahaa.</w:t>
      </w:r>
    </w:p>
    <w:p>
      <w:pPr>
        <w:jc w:val="right"/>
      </w:pPr>
      <w:r>
        <w:t>نفسا إلا وسعها ۔</w:t>
      </w:r>
    </w:p>
    <w:p>
      <w:r>
        <w:rPr>
          <w:b/>
        </w:rPr>
        <w:t xml:space="preserve">[1:02:33] </w:t>
      </w:r>
      <w:r>
        <w:t>to test hoga har aadmi ka, us ki apni aqal ke lehaz se, apni jo us ke bas</w:t>
      </w:r>
    </w:p>
    <w:p>
      <w:pPr>
        <w:jc w:val="right"/>
      </w:pPr>
      <w:r>
        <w:t>تو ٹیسٹ ہوگا ہر آدمی کا، اس کی اپنی عقل کے لحاظ سے، اپنی جو اس کے بس</w:t>
      </w:r>
    </w:p>
    <w:p>
      <w:r>
        <w:rPr>
          <w:b/>
        </w:rPr>
        <w:t xml:space="preserve">[1:02:40] </w:t>
      </w:r>
      <w:r>
        <w:t>mein hai, us ke lehaz se.</w:t>
      </w:r>
    </w:p>
    <w:p>
      <w:pPr>
        <w:jc w:val="right"/>
      </w:pPr>
      <w:r>
        <w:t>میں ہے، اس کے لحاظ سے۔</w:t>
      </w:r>
    </w:p>
    <w:p>
      <w:r>
        <w:rPr>
          <w:b/>
        </w:rPr>
        <w:t xml:space="preserve">[1:02:43] </w:t>
      </w:r>
      <w:r>
        <w:t>jo bas mein nahin hai, us ke lehaz se nahin.</w:t>
      </w:r>
    </w:p>
    <w:p>
      <w:pPr>
        <w:jc w:val="right"/>
      </w:pPr>
      <w:r>
        <w:t>جو بس میں نہیں ہے، اس کے لحاظ سے نہیں۔</w:t>
      </w:r>
    </w:p>
    <w:p>
      <w:r>
        <w:rPr>
          <w:b/>
        </w:rPr>
        <w:t xml:space="preserve">[1:02:47] </w:t>
      </w:r>
      <w:r>
        <w:t>yeh to bohat ma'ni woh usool hai Islam ka.</w:t>
      </w:r>
    </w:p>
    <w:p>
      <w:pPr>
        <w:jc w:val="right"/>
      </w:pPr>
      <w:r>
        <w:t>یہ تو بہت معنی وہ اصول ہے اسلام کا۔</w:t>
      </w:r>
    </w:p>
    <w:p>
      <w:r>
        <w:rPr>
          <w:b/>
        </w:rPr>
        <w:t xml:space="preserve">[1:02:51] </w:t>
      </w:r>
      <w:r>
        <w:t>Maulana, yeh Iqbal sahib ka yeh Comment hai.</w:t>
      </w:r>
    </w:p>
    <w:p>
      <w:pPr>
        <w:jc w:val="right"/>
      </w:pPr>
      <w:r>
        <w:t>مولانا، یہ اقبال صاحب کا یہ Comment ہے۔</w:t>
      </w:r>
    </w:p>
    <w:p>
      <w:r>
        <w:rPr>
          <w:b/>
        </w:rPr>
        <w:t xml:space="preserve">[1:02:54] </w:t>
      </w:r>
      <w:r>
        <w:t>Maulana, nafs e mutma'innah kya hai, aaj wazeh hua.</w:t>
      </w:r>
    </w:p>
    <w:p>
      <w:pPr>
        <w:jc w:val="right"/>
      </w:pPr>
      <w:r>
        <w:t>مولانا، نفس مطمئنہ کیا ہے، آج واضح ہوا۔</w:t>
      </w:r>
    </w:p>
    <w:p>
      <w:r>
        <w:rPr>
          <w:b/>
        </w:rPr>
        <w:t xml:space="preserve">[1:02:58] </w:t>
      </w:r>
      <w:r>
        <w:t>Creation Plan par raazi nafs jo Problem of Evil mein nahin, balkeh Human History ko Positive Mind se</w:t>
      </w:r>
    </w:p>
    <w:p>
      <w:pPr>
        <w:jc w:val="right"/>
      </w:pPr>
      <w:r>
        <w:t>Creation Plan پر راضی نفس جو Problem of Evil میں نہیں، بلکہ Human History کو Positive Mind سے</w:t>
      </w:r>
    </w:p>
    <w:p>
      <w:r>
        <w:rPr>
          <w:b/>
        </w:rPr>
        <w:t xml:space="preserve">[1:03:06] </w:t>
      </w:r>
      <w:r>
        <w:t>sochta ho.</w:t>
      </w:r>
    </w:p>
    <w:p>
      <w:pPr>
        <w:jc w:val="right"/>
      </w:pPr>
      <w:r>
        <w:t>سوچتا ہو۔</w:t>
      </w:r>
    </w:p>
    <w:p>
      <w:r>
        <w:rPr>
          <w:b/>
        </w:rPr>
        <w:t xml:space="preserve">[1:03:07] </w:t>
      </w:r>
      <w:r>
        <w:t>Negative Remarks mein jeena, Khuda se na raazi, naraz ho ke jeena hai.</w:t>
      </w:r>
    </w:p>
    <w:p>
      <w:pPr>
        <w:jc w:val="right"/>
      </w:pPr>
      <w:r>
        <w:t>Negative Remarks میں جینا، خدا سے نہ راضی، ناراض ہو کے جینا ہے۔</w:t>
      </w:r>
    </w:p>
    <w:p>
      <w:r>
        <w:rPr>
          <w:b/>
        </w:rPr>
        <w:t xml:space="preserve">[1:03:13] </w:t>
      </w:r>
      <w:r>
        <w:t>theek.</w:t>
      </w:r>
    </w:p>
    <w:p>
      <w:pPr>
        <w:jc w:val="right"/>
      </w:pPr>
      <w:r>
        <w:t>ٹھیک۔</w:t>
      </w:r>
    </w:p>
    <w:p>
      <w:r>
        <w:rPr>
          <w:b/>
        </w:rPr>
        <w:t xml:space="preserve">[1:03:14] </w:t>
      </w:r>
      <w:r>
        <w:t>theek hai.</w:t>
      </w:r>
    </w:p>
    <w:p>
      <w:pPr>
        <w:jc w:val="right"/>
      </w:pPr>
      <w:r>
        <w:t>ٹھیک ہے۔</w:t>
      </w:r>
    </w:p>
    <w:p>
      <w:r>
        <w:rPr>
          <w:b/>
        </w:rPr>
        <w:t xml:space="preserve">[1:03:16] </w:t>
      </w:r>
      <w:r>
        <w:t>JazakAllah.</w:t>
      </w:r>
    </w:p>
    <w:p>
      <w:pPr>
        <w:jc w:val="right"/>
      </w:pPr>
      <w:r>
        <w:t>جزاکم اللہ۔</w:t>
      </w:r>
    </w:p>
    <w:p>
      <w:r>
        <w:rPr>
          <w:b/>
        </w:rPr>
        <w:t xml:space="preserve">[1:03:17] </w:t>
      </w:r>
      <w:r>
        <w:t>Maulana, abhi jo aap ne yeh kaha ke har aadmi ko us ke Level ke hisab se jaancha</w:t>
      </w:r>
    </w:p>
    <w:p>
      <w:pPr>
        <w:jc w:val="right"/>
      </w:pPr>
      <w:r>
        <w:t>مولانا، ابھی جو آپ نے یہ کہا کہ ہر آدمی کو اس کے Level کے حساب سے جانچا</w:t>
      </w:r>
    </w:p>
    <w:p>
      <w:r>
        <w:rPr>
          <w:b/>
        </w:rPr>
        <w:t xml:space="preserve">[1:03:25] </w:t>
      </w:r>
      <w:r>
        <w:t>jayega, to hum dekhte hain ke bohat sare log jo mutashaddid Mind rakhte hain, tashaddud wala Mind</w:t>
      </w:r>
    </w:p>
    <w:p>
      <w:pPr>
        <w:jc w:val="right"/>
      </w:pPr>
      <w:r>
        <w:t>جائے گا، تو ہم دیکھتے ہیں کہ بہت سارے لوگ جو متشدد Mind رکھتے ہیں، تشدد والا Mind</w:t>
      </w:r>
    </w:p>
    <w:p>
      <w:r>
        <w:rPr>
          <w:b/>
        </w:rPr>
        <w:t xml:space="preserve">[1:03:33] </w:t>
      </w:r>
      <w:r>
        <w:t>rakhte hain, Quran ko bohat zyada parhte hain, to is ko kis Level se jaancha jayega? Quran</w:t>
      </w:r>
    </w:p>
    <w:p>
      <w:pPr>
        <w:jc w:val="right"/>
      </w:pPr>
      <w:r>
        <w:t>رکھتے ہیں، قرآن کو بہت زیادہ پڑھتے ہیں، تو اس کو کس Level سے جانچا جائے گا؟ قرآن</w:t>
      </w:r>
    </w:p>
    <w:p>
      <w:r>
        <w:rPr>
          <w:b/>
        </w:rPr>
        <w:t xml:space="preserve">[1:03:40] </w:t>
      </w:r>
      <w:r>
        <w:t>ko bohat parhte hain lekin woh Khuda ke Creation Plan ko daryaft nahin kar paye, is wajah se</w:t>
      </w:r>
    </w:p>
    <w:p>
      <w:pPr>
        <w:jc w:val="right"/>
      </w:pPr>
      <w:r>
        <w:t>کو بہت پڑھتے ہیں لیکن وہ خدا کے Creation Plan کو دریافت نہیں کر پائے، اس وجہ سے</w:t>
      </w:r>
    </w:p>
    <w:p>
      <w:r>
        <w:rPr>
          <w:b/>
        </w:rPr>
        <w:t xml:space="preserve">[1:03:48] </w:t>
      </w:r>
      <w:r>
        <w:t>tashaddud.</w:t>
      </w:r>
    </w:p>
    <w:p>
      <w:pPr>
        <w:jc w:val="right"/>
      </w:pPr>
      <w:r>
        <w:t>تشدد۔</w:t>
      </w:r>
    </w:p>
    <w:p>
      <w:r>
        <w:rPr>
          <w:b/>
        </w:rPr>
        <w:t xml:space="preserve">[1:03:49] </w:t>
      </w:r>
      <w:r>
        <w:t>nahin, tashaddud kya hai? Azadi galat istemal hai.</w:t>
      </w:r>
    </w:p>
    <w:p>
      <w:pPr>
        <w:jc w:val="right"/>
      </w:pPr>
      <w:r>
        <w:t>نہیں، تشدد کیا ہے؟ آزادی غلط استعمال ہے۔</w:t>
      </w:r>
    </w:p>
    <w:p>
      <w:r>
        <w:rPr>
          <w:b/>
        </w:rPr>
        <w:t xml:space="preserve">[1:03:53] </w:t>
      </w:r>
      <w:r>
        <w:t>ji, kisi ko kaha jaye ke woh tashaddud kare? Tashaddud itself is a misuse of freedom.</w:t>
      </w:r>
    </w:p>
    <w:p>
      <w:pPr>
        <w:jc w:val="right"/>
      </w:pPr>
      <w:r>
        <w:t>جی، کسی کو کہا جائے کہ وہ تشدد کرے؟ تشدد itself is a misuse of freedom ۔</w:t>
      </w:r>
    </w:p>
    <w:p>
      <w:r>
        <w:rPr>
          <w:b/>
        </w:rPr>
        <w:t xml:space="preserve">[1:04:00] </w:t>
      </w:r>
      <w:r>
        <w:t>kisi ko haq hai azadi ka, kisi ko kisi ke upar misuse kare, kisi ko mare, kisi ko</w:t>
      </w:r>
    </w:p>
    <w:p>
      <w:pPr>
        <w:jc w:val="right"/>
      </w:pPr>
      <w:r>
        <w:t>کسی کو حق ہے آزادی کا، کسی کو کسی کے اوپر مسوز کرے، کسی کو مارے، کسی کو</w:t>
      </w:r>
    </w:p>
    <w:p>
      <w:r>
        <w:rPr>
          <w:b/>
        </w:rPr>
        <w:t xml:space="preserve">[1:04:08] </w:t>
      </w:r>
      <w:r>
        <w:t>pakre, yeh Right hi nahi hai.</w:t>
      </w:r>
    </w:p>
    <w:p>
      <w:pPr>
        <w:jc w:val="right"/>
      </w:pPr>
      <w:r>
        <w:t>پکڑے، یہ Right ہی نہیں ہے۔</w:t>
      </w:r>
    </w:p>
    <w:p>
      <w:r>
        <w:rPr>
          <w:b/>
        </w:rPr>
        <w:t xml:space="preserve">[1:04:10] </w:t>
      </w:r>
      <w:r>
        <w:t>to is se poocha jaye ga, tum ne kis Right se tashaddud kiya? tashaddud is a misuse of</w:t>
      </w:r>
    </w:p>
    <w:p>
      <w:pPr>
        <w:jc w:val="right"/>
      </w:pPr>
      <w:r>
        <w:t>تو اس سے پوچھا جائے گا، تم نے کس Right سے تشدد کیا؟ تشدد is a misuse of</w:t>
      </w:r>
    </w:p>
    <w:p>
      <w:r>
        <w:rPr>
          <w:b/>
        </w:rPr>
        <w:t xml:space="preserve">[1:04:18] </w:t>
      </w:r>
      <w:r>
        <w:t>freedom.</w:t>
      </w:r>
    </w:p>
    <w:p>
      <w:pPr>
        <w:jc w:val="right"/>
      </w:pPr>
      <w:r>
        <w:t>freedom.</w:t>
      </w:r>
    </w:p>
    <w:p>
      <w:r>
        <w:rPr>
          <w:b/>
        </w:rPr>
        <w:t xml:space="preserve">[1:04:20] </w:t>
      </w:r>
      <w:r>
        <w:t>maulana, woh yeh, woh jo hindu Concept ke mutabiq yeh hota hai ke har cheez mein Khuda hai,</w:t>
      </w:r>
    </w:p>
    <w:p>
      <w:pPr>
        <w:jc w:val="right"/>
      </w:pPr>
      <w:r>
        <w:t>مولانا، وہ یہ، وہ جو ہندو Concept کے مطابق یہ ہوتا ہے کہ ہر چیز میں خدا ہے،</w:t>
      </w:r>
    </w:p>
    <w:p>
      <w:r>
        <w:rPr>
          <w:b/>
        </w:rPr>
        <w:t xml:space="preserve">[1:04:27] </w:t>
      </w:r>
      <w:r>
        <w:t>seva karo to Khuda mile ga, usi ke andar Khuda hai, to woh bol rahe hain ke phir</w:t>
      </w:r>
    </w:p>
    <w:p>
      <w:pPr>
        <w:jc w:val="right"/>
      </w:pPr>
      <w:r>
        <w:t>सेवा کرو تو خدا ملے گا، اسی کے اندر خدا ہے، تو وہ بول رہے ہیں کہ پھر</w:t>
      </w:r>
    </w:p>
    <w:p>
      <w:r>
        <w:rPr>
          <w:b/>
        </w:rPr>
        <w:t xml:space="preserve">[1:04:35] </w:t>
      </w:r>
      <w:r>
        <w:t>khaliq aur makhlooq mein farq kya raha? dekhein, yeh jo Concept hai, is ko kehte hain monism ya</w:t>
      </w:r>
    </w:p>
    <w:p>
      <w:pPr>
        <w:jc w:val="right"/>
      </w:pPr>
      <w:r>
        <w:t>خالق اور مخلوق میں فرق کیا رہا؟ دیکھیں، یہ جو Concept ہے، اس کو کہتے ہیں مونزم یا</w:t>
      </w:r>
    </w:p>
    <w:p>
      <w:r>
        <w:rPr>
          <w:b/>
        </w:rPr>
        <w:t xml:space="preserve">[1:04:43] </w:t>
      </w:r>
      <w:r>
        <w:t>wahdat ul wujood.</w:t>
      </w:r>
    </w:p>
    <w:p>
      <w:pPr>
        <w:jc w:val="right"/>
      </w:pPr>
      <w:r>
        <w:t>وحدت وجود۔</w:t>
      </w:r>
    </w:p>
    <w:p>
      <w:r>
        <w:rPr>
          <w:b/>
        </w:rPr>
        <w:t xml:space="preserve">[1:04:44] </w:t>
      </w:r>
      <w:r>
        <w:t>yeh to ek Philosophy hai, yeh Religion nahi hai, yeh na science hai.</w:t>
      </w:r>
    </w:p>
    <w:p>
      <w:pPr>
        <w:jc w:val="right"/>
      </w:pPr>
      <w:r>
        <w:t>یہ تو ایک Philosophy ہے، یہ Religion نہیں ہے، یہ نہ سائنس ہے۔</w:t>
      </w:r>
    </w:p>
    <w:p>
      <w:r>
        <w:rPr>
          <w:b/>
        </w:rPr>
        <w:t xml:space="preserve">[1:04:50] </w:t>
      </w:r>
      <w:r>
        <w:t>indian ideology aur vivekanand jo hain, woh sab ne yahi.</w:t>
      </w:r>
    </w:p>
    <w:p>
      <w:pPr>
        <w:jc w:val="right"/>
      </w:pPr>
      <w:r>
        <w:t>انڈین آئیڈیالوجی اور وویکانند جو ہیں، وہ سب نے یہی۔</w:t>
      </w:r>
    </w:p>
    <w:p>
      <w:r>
        <w:rPr>
          <w:b/>
        </w:rPr>
        <w:t xml:space="preserve">[1:04:54] </w:t>
      </w:r>
      <w:r>
        <w:t>dekhein, yeh mein arz kar raha hoon ke monism na to na to science hai, na mazhab hai.</w:t>
      </w:r>
    </w:p>
    <w:p>
      <w:pPr>
        <w:jc w:val="right"/>
      </w:pPr>
      <w:r>
        <w:t>دیکھیں، یہ میں عرض کر رہا ہوں کہ مونزم نہ تو نہ تو سائنس ہے، نہ مذہب ہے۔</w:t>
      </w:r>
    </w:p>
    <w:p>
      <w:r>
        <w:rPr>
          <w:b/>
        </w:rPr>
        <w:t xml:space="preserve">[1:05:02] </w:t>
      </w:r>
      <w:r>
        <w:t>yaad rakhiye, woh na science hai, na mazhab hai, woh ek Philosophy hai.</w:t>
      </w:r>
    </w:p>
    <w:p>
      <w:pPr>
        <w:jc w:val="right"/>
      </w:pPr>
      <w:r>
        <w:t>یاد رکھیے، وہ نہ سائنس ہے، نہ مذہب ہے، وہ ایک Philosophy ہے۔</w:t>
      </w:r>
    </w:p>
    <w:p>
      <w:r>
        <w:rPr>
          <w:b/>
        </w:rPr>
        <w:t xml:space="preserve">[1:05:07] </w:t>
      </w:r>
      <w:r>
        <w:t>aur Philosophy zehn ki pedawar hoti hai.</w:t>
      </w:r>
    </w:p>
    <w:p>
      <w:pPr>
        <w:jc w:val="right"/>
      </w:pPr>
      <w:r>
        <w:t>اور Philosophy ذہن کی پیداوار ہوتی ہے۔</w:t>
      </w:r>
    </w:p>
    <w:p>
      <w:r>
        <w:rPr>
          <w:b/>
        </w:rPr>
        <w:t xml:space="preserve">[1:05:10] </w:t>
      </w:r>
      <w:r>
        <w:t>apne Mind se aadmi ne soch liya, koi Base is ki koi nahi hoti.</w:t>
      </w:r>
    </w:p>
    <w:p>
      <w:pPr>
        <w:jc w:val="right"/>
      </w:pPr>
      <w:r>
        <w:t>اپنے Mind سے آدمی نے سوچ لیا، کوئی Base اس کی کوئی نہیں ہوتی۔</w:t>
      </w:r>
    </w:p>
    <w:p>
      <w:r>
        <w:rPr>
          <w:b/>
        </w:rPr>
        <w:t xml:space="preserve">[1:05:16] </w:t>
      </w:r>
      <w:r>
        <w:t>to do Base do hi hain, ya to science ki Base par aap bolein, ya mazhab, Revealed mazhab</w:t>
      </w:r>
    </w:p>
    <w:p>
      <w:pPr>
        <w:jc w:val="right"/>
      </w:pPr>
      <w:r>
        <w:t>تو دو Base دو ہی ہیں، یا تو سائنس کی Base پر آپ بولیں، یا مذہب، Revealed مذہب</w:t>
      </w:r>
    </w:p>
    <w:p>
      <w:r>
        <w:rPr>
          <w:b/>
        </w:rPr>
        <w:t xml:space="preserve">[1:05:24] </w:t>
      </w:r>
      <w:r>
        <w:t>Base par bolein.</w:t>
      </w:r>
    </w:p>
    <w:p>
      <w:pPr>
        <w:jc w:val="right"/>
      </w:pPr>
      <w:r>
        <w:t>Base پر بولیں۔</w:t>
      </w:r>
    </w:p>
    <w:p>
      <w:r>
        <w:rPr>
          <w:b/>
        </w:rPr>
        <w:t xml:space="preserve">[1:05:26] </w:t>
      </w:r>
      <w:r>
        <w:t>to monism na to Revealed mazhab ki Base par hai, aur na science ki Base par hai ke</w:t>
      </w:r>
    </w:p>
    <w:p>
      <w:pPr>
        <w:jc w:val="right"/>
      </w:pPr>
      <w:r>
        <w:t>تو مونزم نہ تو Revealed مذہب کی Base پر ہے، اور نہ سائنس کی Base پر ہے کہ</w:t>
      </w:r>
    </w:p>
    <w:p>
      <w:r>
        <w:rPr>
          <w:b/>
        </w:rPr>
        <w:t xml:space="preserve">[1:05:33] </w:t>
      </w:r>
      <w:r>
        <w:t>har cheez Khuda hai.</w:t>
      </w:r>
    </w:p>
    <w:p>
      <w:pPr>
        <w:jc w:val="right"/>
      </w:pPr>
      <w:r>
        <w:t>ہر چیز خدا ہے۔</w:t>
      </w:r>
    </w:p>
    <w:p>
      <w:r>
        <w:rPr>
          <w:b/>
        </w:rPr>
        <w:t xml:space="preserve">[1:05:35] </w:t>
      </w:r>
      <w:r>
        <w:t>yeh to Unscientific baat hi hai ke har zarre mein Khuda hai, yeh to koi baat hi nahi.</w:t>
      </w:r>
    </w:p>
    <w:p>
      <w:pPr>
        <w:jc w:val="right"/>
      </w:pPr>
      <w:r>
        <w:t>یہ تو Unscientific بات ہی ہے کہ ہر ذرے میں خدا ہے، یہ تو کوئی بات ہی نہیں۔</w:t>
      </w:r>
    </w:p>
    <w:p>
      <w:r>
        <w:rPr>
          <w:b/>
        </w:rPr>
        <w:t xml:space="preserve">[1:05:43] </w:t>
      </w:r>
      <w:r>
        <w:t>Scientifically Ridiculous baat hai.</w:t>
      </w:r>
    </w:p>
    <w:p>
      <w:pPr>
        <w:jc w:val="right"/>
      </w:pPr>
      <w:r>
        <w:t>Scientifically Ridiculous بات ہے۔</w:t>
      </w:r>
    </w:p>
    <w:p>
      <w:r>
        <w:rPr>
          <w:b/>
        </w:rPr>
        <w:t xml:space="preserve">[1:05:45] </w:t>
      </w:r>
      <w:r>
        <w:t>science ke lehaz se Ridiculous baat hai ke har zarre mein Khuda hai.</w:t>
      </w:r>
    </w:p>
    <w:p>
      <w:pPr>
        <w:jc w:val="right"/>
      </w:pPr>
      <w:r>
        <w:t>سائنس کے لحاظ سے Ridiculous بات ہے کہ ہر ذرے میں خدا ہے۔</w:t>
      </w:r>
    </w:p>
    <w:p>
      <w:r>
        <w:rPr>
          <w:b/>
        </w:rPr>
        <w:t xml:space="preserve">[1:05:50] </w:t>
      </w:r>
      <w:r>
        <w:t>to behal, mein yeh kahoon ga ke monism jo hai, woh ek Philosophy hai, woh na to science</w:t>
      </w:r>
    </w:p>
    <w:p>
      <w:pPr>
        <w:jc w:val="right"/>
      </w:pPr>
      <w:r>
        <w:t>تو بہرحال، میں یہ کہوں گا کہ مونزم جو ہے، وہ ایک Philosophy ہے، وہ نہ تو سائنس</w:t>
      </w:r>
    </w:p>
    <w:p>
      <w:r>
        <w:rPr>
          <w:b/>
        </w:rPr>
        <w:t xml:space="preserve">[1:05:58] </w:t>
      </w:r>
      <w:r>
        <w:t>hai, aur na kisi Revealed Religion ko Base karti hai.</w:t>
      </w:r>
    </w:p>
    <w:p>
      <w:pPr>
        <w:jc w:val="right"/>
      </w:pPr>
      <w:r>
        <w:t>ہے، اور نہ کسی Revealed Religion کو Base کرتی ہے۔</w:t>
      </w:r>
    </w:p>
    <w:p>
      <w:r>
        <w:rPr>
          <w:b/>
        </w:rPr>
        <w:t xml:space="preserve">[1:06:02] </w:t>
      </w:r>
      <w:r>
        <w:t>aur do hi Base par bandhta hoon, ya to science ho, ya koi Revealed Religion ho.</w:t>
      </w:r>
    </w:p>
    <w:p>
      <w:pPr>
        <w:jc w:val="right"/>
      </w:pPr>
      <w:r>
        <w:t>اور دو ہی Base پر باندھتا ہوں، یا تو سائنس ہو، یا کوئی Revealed Religion ہو۔</w:t>
      </w:r>
    </w:p>
    <w:p>
      <w:r>
        <w:rPr>
          <w:b/>
        </w:rPr>
        <w:t xml:space="preserve">[1:06:09] </w:t>
      </w:r>
      <w:r>
        <w:t>apne zehn se aap kuch soch lein, aap samjhein ke jaise log samajhte the ke chand jo hai,</w:t>
      </w:r>
    </w:p>
    <w:p>
      <w:pPr>
        <w:jc w:val="right"/>
      </w:pPr>
      <w:r>
        <w:t>اپنے ذہن سے آپ کچھ سوچ لیں، آپ سمجھیں کہ جیسے لوگ سمجھتے تھے کہ چاند جو ہے،</w:t>
      </w:r>
    </w:p>
    <w:p>
      <w:r>
        <w:rPr>
          <w:b/>
        </w:rPr>
        <w:t xml:space="preserve">[1:06:17] </w:t>
      </w:r>
      <w:r>
        <w:t>deota hai, aur chand par insaan ne qadam rakh diya, yani insaan ke qadmon ke neeche chand ho</w:t>
      </w:r>
    </w:p>
    <w:p>
      <w:pPr>
        <w:jc w:val="right"/>
      </w:pPr>
      <w:r>
        <w:t>دیوتا ہے، اور چاند پر انسان نے قدم رکھ دیا، یعنی انسان کے قدموں کے نیچے چاند ہو</w:t>
      </w:r>
    </w:p>
    <w:p>
      <w:r>
        <w:rPr>
          <w:b/>
        </w:rPr>
        <w:t xml:space="preserve">[1:06:24] </w:t>
      </w:r>
      <w:r>
        <w:t>giya.</w:t>
      </w:r>
    </w:p>
    <w:p>
      <w:pPr>
        <w:jc w:val="right"/>
      </w:pPr>
      <w:r>
        <w:t>گیا۔</w:t>
      </w:r>
    </w:p>
    <w:p>
      <w:r>
        <w:rPr>
          <w:b/>
        </w:rPr>
        <w:t xml:space="preserve">[1:06:26] </w:t>
      </w:r>
      <w:r>
        <w:t>yeh to aik insan ne soch rakha tha ke chand khuda hai, chand devta hai.</w:t>
      </w:r>
    </w:p>
    <w:p>
      <w:pPr>
        <w:jc w:val="right"/>
      </w:pPr>
      <w:r>
        <w:t>یہ تو ایک انسان نے سوچ رکھا تھا کہ چاند خدا ہے، چاند دیوتا ہے۔</w:t>
      </w:r>
    </w:p>
    <w:p>
      <w:r>
        <w:rPr>
          <w:b/>
        </w:rPr>
        <w:t xml:space="preserve">[1:06:32] </w:t>
      </w:r>
      <w:r>
        <w:t>koi is ki Base nahi thi, na Revealed Religion mein, aur na science mein.</w:t>
      </w:r>
    </w:p>
    <w:p>
      <w:pPr>
        <w:jc w:val="right"/>
      </w:pPr>
      <w:r>
        <w:t>کوئی اس کی Base نہیں تھی، نہ Revealed Religion میں، اور نہ سائنس میں۔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