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the Modern Age (Jamia Miallia Islamia) August 17, 2016</w:t>
      </w:r>
    </w:p>
    <w:p>
      <w:r>
        <w:t>https://www.youtube.com/watch?v=OdUdw9IkB1k</w:t>
      </w:r>
    </w:p>
    <w:p>
      <w:r>
        <w:rPr>
          <w:b/>
        </w:rPr>
        <w:t xml:space="preserve">[00:31] </w:t>
      </w:r>
      <w:r>
        <w:t>aaj ka jo topic hai woh hai Islam and Modern Age.</w:t>
      </w:r>
    </w:p>
    <w:p>
      <w:pPr>
        <w:jc w:val="right"/>
      </w:pPr>
      <w:r>
        <w:t>آج کا جو ٹاپک ہے وہ ہے اسلام اینڈ ماڈرن ایج۔</w:t>
      </w:r>
    </w:p>
    <w:p>
      <w:r>
        <w:rPr>
          <w:b/>
        </w:rPr>
        <w:t xml:space="preserve">[00:36] </w:t>
      </w:r>
      <w:r>
        <w:t>aap jante hain ke yeh bohat hi controversy topic hai, is liye ke bohat se log yeh sochte</w:t>
      </w:r>
    </w:p>
    <w:p>
      <w:pPr>
        <w:jc w:val="right"/>
      </w:pPr>
      <w:r>
        <w:t>آپ جانتے ہیں کہ یہ بہت ہی کنٹروورسی ٹاپک ہے، اس لیے کہ بہت سے لوگ یہ سوچتے</w:t>
      </w:r>
    </w:p>
    <w:p>
      <w:r>
        <w:rPr>
          <w:b/>
        </w:rPr>
        <w:t xml:space="preserve">[00:42] </w:t>
      </w:r>
      <w:r>
        <w:t>hain ke Modern Age Islam ka rival age hai.</w:t>
      </w:r>
    </w:p>
    <w:p>
      <w:pPr>
        <w:jc w:val="right"/>
      </w:pPr>
      <w:r>
        <w:t>ہیں کہ ماڈرن ایج اسلام کا رائیول ایج ہے۔</w:t>
      </w:r>
    </w:p>
    <w:p>
      <w:r>
        <w:rPr>
          <w:b/>
        </w:rPr>
        <w:t xml:space="preserve">[00:48] </w:t>
      </w:r>
      <w:r>
        <w:t>kuch log samajhte hain ke Modern Age Islam ka dushman hai, isi ke liye ek term bhi bana</w:t>
      </w:r>
    </w:p>
    <w:p>
      <w:pPr>
        <w:jc w:val="right"/>
      </w:pPr>
      <w:r>
        <w:t>کچھ لوگ سمجھتے ہیں کہ ماڈرن ایج اسلام کا دشمن ہے، اسی کے لیے ایک ٹرم بھی بنا</w:t>
      </w:r>
    </w:p>
    <w:p>
      <w:r>
        <w:rPr>
          <w:b/>
        </w:rPr>
        <w:t xml:space="preserve">[00:54] </w:t>
      </w:r>
      <w:r>
        <w:t>rakha hai unhon ne, Islamophobia.</w:t>
      </w:r>
    </w:p>
    <w:p>
      <w:pPr>
        <w:jc w:val="right"/>
      </w:pPr>
      <w:r>
        <w:t>رکھا ہے انہوں نے، اسلاموفوبیا۔</w:t>
      </w:r>
    </w:p>
    <w:p>
      <w:r>
        <w:rPr>
          <w:b/>
        </w:rPr>
        <w:t xml:space="preserve">[01:00] </w:t>
      </w:r>
      <w:r>
        <w:t>maine is ko bator subject bhi study kiya hai, bohat zyada, bohat zyada.</w:t>
      </w:r>
    </w:p>
    <w:p>
      <w:pPr>
        <w:jc w:val="right"/>
      </w:pPr>
      <w:r>
        <w:t>میں نے اس کو بطور سبجیکٹ بھی اسٹڈی کیا ہے، بہت زیادہ، بہت زیادہ۔</w:t>
      </w:r>
    </w:p>
    <w:p>
      <w:r>
        <w:rPr>
          <w:b/>
        </w:rPr>
        <w:t xml:space="preserve">[01:06] </w:t>
      </w:r>
      <w:r>
        <w:t>main yeh keh sakta hoon ke jo log aisa kehte hain woh Islam ke concept of history se</w:t>
      </w:r>
    </w:p>
    <w:p>
      <w:pPr>
        <w:jc w:val="right"/>
      </w:pPr>
      <w:r>
        <w:t>میں یہ کہہ سکتا ہوں کہ جو لوگ ایسا کہتے ہیں وہ اسلام کے کانسیپٹ آف ہسٹری سے</w:t>
      </w:r>
    </w:p>
    <w:p>
      <w:r>
        <w:rPr>
          <w:b/>
        </w:rPr>
        <w:t xml:space="preserve">[01:12] </w:t>
      </w:r>
      <w:r>
        <w:t>un aware hain.</w:t>
      </w:r>
    </w:p>
    <w:p>
      <w:pPr>
        <w:jc w:val="right"/>
      </w:pPr>
      <w:r>
        <w:t>ان اویئر ہیں۔</w:t>
      </w:r>
    </w:p>
    <w:p>
      <w:r>
        <w:rPr>
          <w:b/>
        </w:rPr>
        <w:t xml:space="preserve">[01:18] </w:t>
      </w:r>
      <w:r>
        <w:t>haqeeqat hai ke Islam ne duniya mein pehli baar history ke concept ko badal diya.</w:t>
      </w:r>
    </w:p>
    <w:p>
      <w:pPr>
        <w:jc w:val="right"/>
      </w:pPr>
      <w:r>
        <w:t>حقیقت ہے کہ اسلام نے دنیا میں پہلی بار ہسٹری کے کانسیپٹ کو بدل دیا۔</w:t>
      </w:r>
    </w:p>
    <w:p>
      <w:r>
        <w:rPr>
          <w:b/>
        </w:rPr>
        <w:t xml:space="preserve">[01:24] </w:t>
      </w:r>
      <w:r>
        <w:t>دیکھیں، اسلام سے پہلے دنیا میں واقعتاً ایسا تھا کہ جو equation تھا، equation، وہ تھا friend اور enemy کا۔</w:t>
      </w:r>
    </w:p>
    <w:p>
      <w:pPr>
        <w:jc w:val="right"/>
      </w:pPr>
      <w:r>
        <w:t>دیکھیں، اسلام سے پہلے دنیا میں واقعتاً ایسا تھا کہ جو ایکویشن تھا، ایکویشن، وہ تھا فرینڈ اور اینمی کا۔</w:t>
      </w:r>
    </w:p>
    <w:p>
      <w:r>
        <w:rPr>
          <w:b/>
        </w:rPr>
        <w:t xml:space="preserve">[01:30] </w:t>
      </w:r>
      <w:r>
        <w:t>pehlay zamanay mein jab ke kingship thi duniya mein to kuch enemy to hotay thay, kuch friend</w:t>
      </w:r>
    </w:p>
    <w:p>
      <w:pPr>
        <w:jc w:val="right"/>
      </w:pPr>
      <w:r>
        <w:t>پہلے زمانے میں جب کہ کنگ شپ تھی دنیا میں تو کچھ اینمی تو ہوتے تھے، کچھ فرینڈ</w:t>
      </w:r>
    </w:p>
    <w:p>
      <w:r>
        <w:rPr>
          <w:b/>
        </w:rPr>
        <w:t xml:space="preserve">[01:35] </w:t>
      </w:r>
      <w:r>
        <w:t>hotay thay, yehi equation tha.</w:t>
      </w:r>
    </w:p>
    <w:p>
      <w:pPr>
        <w:jc w:val="right"/>
      </w:pPr>
      <w:r>
        <w:t>ہوتے تھے، یہی ایکویشن تھا۔</w:t>
      </w:r>
    </w:p>
    <w:p>
      <w:r>
        <w:rPr>
          <w:b/>
        </w:rPr>
        <w:t xml:space="preserve">[01:41] </w:t>
      </w:r>
      <w:r>
        <w:t>Islam ne is equation ko badal diya.</w:t>
      </w:r>
    </w:p>
    <w:p>
      <w:pPr>
        <w:jc w:val="right"/>
      </w:pPr>
      <w:r>
        <w:t>اسلام نے اس ایکویشن کو بدل دیا۔</w:t>
      </w:r>
    </w:p>
    <w:p>
      <w:r>
        <w:rPr>
          <w:b/>
        </w:rPr>
        <w:t xml:space="preserve">[01:47] </w:t>
      </w:r>
      <w:r>
        <w:t>ab jo equation hai duniya mein woh hai Islam aur mu'eed Islam, ya supporter of Islam.</w:t>
      </w:r>
    </w:p>
    <w:p>
      <w:pPr>
        <w:jc w:val="right"/>
      </w:pPr>
      <w:r>
        <w:t>اب جو ایکویشن ہے دنیا میں وہ ہے اسلام اور معید اسلام، یا سپورٹر آف اسلام۔</w:t>
      </w:r>
    </w:p>
    <w:p>
      <w:r>
        <w:rPr>
          <w:b/>
        </w:rPr>
        <w:t xml:space="preserve">[01:53] </w:t>
      </w:r>
      <w:r>
        <w:t>yeh baat Quran mein bhi isharatan hai, ahadees mein bohat hi saaf sarahatan ke sath aaya hai ke</w:t>
      </w:r>
    </w:p>
    <w:p>
      <w:pPr>
        <w:jc w:val="right"/>
      </w:pPr>
      <w:r>
        <w:t>یہ بات قرآن میں بھی اشارتاً ہے، احادیث میں بہت ہی صاف صراحتاً کے ساتھ آیا ہے کہ</w:t>
      </w:r>
    </w:p>
    <w:p>
      <w:r>
        <w:rPr>
          <w:b/>
        </w:rPr>
        <w:t xml:space="preserve">[01:59] </w:t>
      </w:r>
      <w:r>
        <w:t>إِنَّ اللَّهَ لَا يَعِيِّدُ هَذَا الدِّينَ بِقَوْمٍ لَا يُؤْمِنُونَ بِهِ ۔</w:t>
      </w:r>
    </w:p>
    <w:p>
      <w:pPr>
        <w:jc w:val="right"/>
      </w:pPr>
      <w:r>
        <w:t>إِنَّ اللَّهَ لَا يَعِيِّدُ هَذَا الدِّينَ بِقَوْمٍ لَا يُؤْمِنُونَ بِهِ ۔</w:t>
      </w:r>
    </w:p>
    <w:p>
      <w:r>
        <w:rPr>
          <w:b/>
        </w:rPr>
        <w:t xml:space="preserve">[02:05] </w:t>
      </w:r>
      <w:r>
        <w:t>ya Islam ke baad jo daur aaya hai woh ta'eed Islam ka daur hai, mukhalif Islam ka daur nahi hai.</w:t>
      </w:r>
    </w:p>
    <w:p>
      <w:pPr>
        <w:jc w:val="right"/>
      </w:pPr>
      <w:r>
        <w:t>یا اسلام کے بعد جو دور آیا ہے وہ تائید اسلام کا دور ہے، مخالف اسلام کا دور نہیں ہے۔</w:t>
      </w:r>
    </w:p>
    <w:p>
      <w:r>
        <w:rPr>
          <w:b/>
        </w:rPr>
        <w:t xml:space="preserve">[02:11] </w:t>
      </w:r>
      <w:r>
        <w:t>kuch log Islam ke agar friend hain to baqi log Islam ke supporter hain.</w:t>
      </w:r>
    </w:p>
    <w:p>
      <w:pPr>
        <w:jc w:val="right"/>
      </w:pPr>
      <w:r>
        <w:t>کچھ لوگ اسلام کے اگر فرینڈ ہیں تو بقیہ لوگ اسلام کے سپورٹر ہیں۔</w:t>
      </w:r>
    </w:p>
    <w:p>
      <w:r>
        <w:rPr>
          <w:b/>
        </w:rPr>
        <w:t xml:space="preserve">[02:17] </w:t>
      </w:r>
      <w:r>
        <w:t>yeh bohat bara change aaya hai history mein Islam ke baad.</w:t>
      </w:r>
    </w:p>
    <w:p>
      <w:pPr>
        <w:jc w:val="right"/>
      </w:pPr>
      <w:r>
        <w:t>یہ بہت بڑا چینج آیا ہے ہسٹری میں اسلام کے بعد۔</w:t>
      </w:r>
    </w:p>
    <w:p>
      <w:r>
        <w:rPr>
          <w:b/>
        </w:rPr>
        <w:t xml:space="preserve">[02:23] </w:t>
      </w:r>
      <w:r>
        <w:t>اس کی وجہ سے، اس کو نہ جاننے کی وجہ سے کوئی کہتا ہے کہ Islamophobia کا term</w:t>
      </w:r>
    </w:p>
    <w:p>
      <w:pPr>
        <w:jc w:val="right"/>
      </w:pPr>
      <w:r>
        <w:t>اس کی وجہ سے، اس کو نہ جاننے کی وجہ سے کوئی کہتا ہے کہ اسلاموفوبیا کا ٹرم</w:t>
      </w:r>
    </w:p>
    <w:p>
      <w:r>
        <w:rPr>
          <w:b/>
        </w:rPr>
        <w:t xml:space="preserve">[02:29] </w:t>
      </w:r>
      <w:r>
        <w:t>یوز کرتا ہے، کوئی کہتا ہے کہ America is enemy number one of Islam.</w:t>
      </w:r>
    </w:p>
    <w:p>
      <w:pPr>
        <w:jc w:val="right"/>
      </w:pPr>
      <w:r>
        <w:t>یوز کرتا ہے، کوئی کہتا ہے کہ امریکہ از اینمی نمبر ون آف اسلام۔</w:t>
      </w:r>
    </w:p>
    <w:p>
      <w:r>
        <w:rPr>
          <w:b/>
        </w:rPr>
        <w:t xml:space="preserve">[02:35] </w:t>
      </w:r>
      <w:r>
        <w:t>یہ سب باتیں irrelevant ہیں۔ irrelevant ہیں۔ irrelevant ہیں۔</w:t>
      </w:r>
    </w:p>
    <w:p>
      <w:pPr>
        <w:jc w:val="right"/>
      </w:pPr>
      <w:r>
        <w:t>یہ سب باتیں ارریلیونٹ ہیں۔ ارریلیونٹ ہیں۔ ارریلیونٹ ہیں۔</w:t>
      </w:r>
    </w:p>
    <w:p>
      <w:r>
        <w:rPr>
          <w:b/>
        </w:rPr>
        <w:t xml:space="preserve">[02:40] </w:t>
      </w:r>
      <w:r>
        <w:t>dekhen, main yeh kahoon ga ke yeh jo, yeh jo, yeh jo issue hai, yeh aik, aik bohat</w:t>
      </w:r>
    </w:p>
    <w:p>
      <w:pPr>
        <w:jc w:val="right"/>
      </w:pPr>
      <w:r>
        <w:t>دیکھیں، میں یہ کہوں گا کہ یہ جو، یہ جو، یہ جو ایشو ہے، یہ ایک، ایک بہت</w:t>
      </w:r>
    </w:p>
    <w:p>
      <w:r>
        <w:rPr>
          <w:b/>
        </w:rPr>
        <w:t xml:space="preserve">[02:46] </w:t>
      </w:r>
      <w:r>
        <w:t>hi, bohat hi complex issue hai.</w:t>
      </w:r>
    </w:p>
    <w:p>
      <w:pPr>
        <w:jc w:val="right"/>
      </w:pPr>
      <w:r>
        <w:t>ہی، بہت ہی کمپلیکس ایشو ہے۔</w:t>
      </w:r>
    </w:p>
    <w:p>
      <w:r>
        <w:rPr>
          <w:b/>
        </w:rPr>
        <w:t xml:space="preserve">[02:52] </w:t>
      </w:r>
      <w:r>
        <w:t>اس کو سمجھنے کے لیے ہمیں wisdom کو اپلائی کرنا ہوگا۔ Wisdom.</w:t>
      </w:r>
    </w:p>
    <w:p>
      <w:pPr>
        <w:jc w:val="right"/>
      </w:pPr>
      <w:r>
        <w:t>اس کو سمجھنے کے لیے ہمیں وزڈم کو اپلائی کرنا ہوگا۔ وزڈم۔</w:t>
      </w:r>
    </w:p>
    <w:p>
      <w:r>
        <w:rPr>
          <w:b/>
        </w:rPr>
        <w:t xml:space="preserve">[02:58] </w:t>
      </w:r>
      <w:r>
        <w:t>wisdom ki definition kya hai? Wisdom is the ability to discover the relevant by sorting out the irrelevant.</w:t>
      </w:r>
    </w:p>
    <w:p>
      <w:pPr>
        <w:jc w:val="right"/>
      </w:pPr>
      <w:r>
        <w:t>وزڈم کی ڈیفینیشن کیا ہے؟ Wisdom is the ability to discover the relevant by sorting out the irrelevant.</w:t>
      </w:r>
    </w:p>
    <w:p>
      <w:r>
        <w:rPr>
          <w:b/>
        </w:rPr>
        <w:t xml:space="preserve">[03:04] </w:t>
      </w:r>
      <w:r>
        <w:t>hamesha yaad rakhiye, history mein kuch cheezen relevant hoti hain, kuch irrelevant.</w:t>
      </w:r>
    </w:p>
    <w:p>
      <w:pPr>
        <w:jc w:val="right"/>
      </w:pPr>
      <w:r>
        <w:t>ہمیشہ یاد رکھیے، ہسٹری میں کچھ چیزیں ریلیونٹ ہوتی ہیں، کچھ ارریلیونٹ۔</w:t>
      </w:r>
    </w:p>
    <w:p>
      <w:r>
        <w:rPr>
          <w:b/>
        </w:rPr>
        <w:t xml:space="preserve">[03:10] </w:t>
      </w:r>
      <w:r>
        <w:t>to jab tak hum irrelevant ko alag na karen, hum is ko objective tor par samajh nahin paayenge.</w:t>
      </w:r>
    </w:p>
    <w:p>
      <w:pPr>
        <w:jc w:val="right"/>
      </w:pPr>
      <w:r>
        <w:t>تو جب تک ہم ارریلیونٹ کو الگ نہ کریں، ہم اس کو آبجیکٹو طور پر سمجھ نہیں پائیں گے۔</w:t>
      </w:r>
    </w:p>
    <w:p>
      <w:r>
        <w:rPr>
          <w:b/>
        </w:rPr>
        <w:t xml:space="preserve">[03:16] </w:t>
      </w:r>
      <w:r>
        <w:t>yeh hai masla.</w:t>
      </w:r>
    </w:p>
    <w:p>
      <w:pPr>
        <w:jc w:val="right"/>
      </w:pPr>
      <w:r>
        <w:t>یہ ہے مسئلہ۔</w:t>
      </w:r>
    </w:p>
    <w:p>
      <w:r>
        <w:rPr>
          <w:b/>
        </w:rPr>
        <w:t xml:space="preserve">[03:22] </w:t>
      </w:r>
      <w:r>
        <w:t>yeh hai masla.</w:t>
      </w:r>
    </w:p>
    <w:p>
      <w:pPr>
        <w:jc w:val="right"/>
      </w:pPr>
      <w:r>
        <w:t>یہ ہے مسئلہ۔</w:t>
      </w:r>
    </w:p>
    <w:p>
      <w:r>
        <w:rPr>
          <w:b/>
        </w:rPr>
        <w:t xml:space="preserve">[03:28] </w:t>
      </w:r>
      <w:r>
        <w:t>to Islam ne, Islam ke, Islam ke zariye jo change aaya dunya mein, history mein, woh aik naya daur tha.</w:t>
      </w:r>
    </w:p>
    <w:p>
      <w:pPr>
        <w:jc w:val="right"/>
      </w:pPr>
      <w:r>
        <w:t>تو اسلام نے، اسلام کے، اسلام کے ذریعے جو چینج آیا دنیا میں، ہسٹری میں، وہ ایک نیا دور تھا۔</w:t>
      </w:r>
    </w:p>
    <w:p>
      <w:r>
        <w:rPr>
          <w:b/>
        </w:rPr>
        <w:t xml:space="preserve">[03:34] </w:t>
      </w:r>
      <w:r>
        <w:t>lekin yeh daur aaya process ke roop mein, process.</w:t>
      </w:r>
    </w:p>
    <w:p>
      <w:pPr>
        <w:jc w:val="right"/>
      </w:pPr>
      <w:r>
        <w:t>لیکن یہ دور آیا پروسیس کے روپ میں، پروسیس۔</w:t>
      </w:r>
    </w:p>
    <w:p>
      <w:r>
        <w:rPr>
          <w:b/>
        </w:rPr>
        <w:t xml:space="preserve">[03:39] </w:t>
      </w:r>
      <w:r>
        <w:t>ab is ka culmination hai.</w:t>
      </w:r>
    </w:p>
    <w:p>
      <w:pPr>
        <w:jc w:val="right"/>
      </w:pPr>
      <w:r>
        <w:t>اب اس کا کلمنیشن ہے۔</w:t>
      </w:r>
    </w:p>
    <w:p>
      <w:r>
        <w:rPr>
          <w:b/>
        </w:rPr>
        <w:t xml:space="preserve">[03:45] </w:t>
      </w:r>
      <w:r>
        <w:t>main chand aik misalen doon ga.</w:t>
      </w:r>
    </w:p>
    <w:p>
      <w:pPr>
        <w:jc w:val="right"/>
      </w:pPr>
      <w:r>
        <w:t>میں چند ایک مثالیں دوں گا۔</w:t>
      </w:r>
    </w:p>
    <w:p>
      <w:r>
        <w:rPr>
          <w:b/>
        </w:rPr>
        <w:t xml:space="preserve">[03:51] </w:t>
      </w:r>
      <w:r>
        <w:t>dekhen, main aik baar Lucknow mein tha, ghaliban 1965 mein.</w:t>
      </w:r>
    </w:p>
    <w:p>
      <w:pPr>
        <w:jc w:val="right"/>
      </w:pPr>
      <w:r>
        <w:t>دیکھیں، میں ایک بار لکھنو میں تھا، غالباً 1965 میں۔</w:t>
      </w:r>
    </w:p>
    <w:p>
      <w:r>
        <w:rPr>
          <w:b/>
        </w:rPr>
        <w:t xml:space="preserve">[03:57] </w:t>
      </w:r>
      <w:r>
        <w:t>to aik baray scholar thay, woh secular thay, woh Khuda ko nahin mante thay.</w:t>
      </w:r>
    </w:p>
    <w:p>
      <w:pPr>
        <w:jc w:val="right"/>
      </w:pPr>
      <w:r>
        <w:t>تو ایک بڑے اسکالر تھے، وہ سیکولر تھے، وہ خدا کو نہیں مانتے تھے۔</w:t>
      </w:r>
    </w:p>
    <w:p>
      <w:r>
        <w:rPr>
          <w:b/>
        </w:rPr>
        <w:t xml:space="preserve">[04:03] </w:t>
      </w:r>
      <w:r>
        <w:t>to unhon ne kaha ke agar Islam ko history se nikaal diya jaye to history mein kya kami</w:t>
      </w:r>
    </w:p>
    <w:p>
      <w:pPr>
        <w:jc w:val="right"/>
      </w:pPr>
      <w:r>
        <w:t>تو انہوں نے کہا کہ اگر اسلام کو ہسٹری سے نکال دیا جائے تو ہسٹری میں کیا کمی</w:t>
      </w:r>
    </w:p>
    <w:p>
      <w:r>
        <w:rPr>
          <w:b/>
        </w:rPr>
        <w:t xml:space="preserve">[04:09] </w:t>
      </w:r>
      <w:r>
        <w:t>reh jaye gi? To main ne us waqt meri zuban se nikla wahi kami jo Islam se pehle</w:t>
      </w:r>
    </w:p>
    <w:p>
      <w:pPr>
        <w:jc w:val="right"/>
      </w:pPr>
      <w:r>
        <w:t>رہ جائے گی؟ تو میں نے اس وقت میری زبان سے نکلا وہی کمی جو اسلام سے پہلے</w:t>
      </w:r>
    </w:p>
    <w:p>
      <w:r>
        <w:rPr>
          <w:b/>
        </w:rPr>
        <w:t xml:space="preserve">[04:15] </w:t>
      </w:r>
      <w:r>
        <w:t>tareekh mein thi.</w:t>
      </w:r>
    </w:p>
    <w:p>
      <w:pPr>
        <w:jc w:val="right"/>
      </w:pPr>
      <w:r>
        <w:t>تاریخ میں تھی۔</w:t>
      </w:r>
    </w:p>
    <w:p>
      <w:r>
        <w:rPr>
          <w:b/>
        </w:rPr>
        <w:t xml:space="preserve">[04:21] </w:t>
      </w:r>
      <w:r>
        <w:t>phir is ke baad main ne is ki study ki, is ki.</w:t>
      </w:r>
    </w:p>
    <w:p>
      <w:pPr>
        <w:jc w:val="right"/>
      </w:pPr>
      <w:r>
        <w:t>پھر اس کے بعد میں نے اس کی اسٹڈی کی، اس کی۔</w:t>
      </w:r>
    </w:p>
    <w:p>
      <w:r>
        <w:rPr>
          <w:b/>
        </w:rPr>
        <w:t xml:space="preserve">[04:27] </w:t>
      </w:r>
      <w:r>
        <w:t>study karte karte main Toynbee ke aik article pohncha, jo New York Times mein shaya hua tha.</w:t>
      </w:r>
    </w:p>
    <w:p>
      <w:pPr>
        <w:jc w:val="right"/>
      </w:pPr>
      <w:r>
        <w:t>اسٹڈی کرتے کرتے میں ٹائن بی کے ایک آرٹیکل پہنچا، جو نیویارک ٹائمز میں شائع ہوا تھا۔</w:t>
      </w:r>
    </w:p>
    <w:p>
      <w:r>
        <w:rPr>
          <w:b/>
        </w:rPr>
        <w:t xml:space="preserve">[04:33] </w:t>
      </w:r>
      <w:r>
        <w:t>Arnold Toynbee, jo bohat hi mashhoor historian hain, Arnold Toynbee ne aik sawal uthaya hai ke</w:t>
      </w:r>
    </w:p>
    <w:p>
      <w:pPr>
        <w:jc w:val="right"/>
      </w:pPr>
      <w:r>
        <w:t>آرنلڈ ٹائن بی، جو بہت ہی مشہور ہسٹورین ہیں، آرنلڈ ٹائن بی نے ایک سوال اٹھایا ہے کہ</w:t>
      </w:r>
    </w:p>
    <w:p>
      <w:r>
        <w:rPr>
          <w:b/>
        </w:rPr>
        <w:t xml:space="preserve">[04:39] </w:t>
      </w:r>
      <w:r>
        <w:t>jis cheez ko hum kehte hain industrial revolution, technological revolution, woh kya hai? Woh nature ko explore karne</w:t>
      </w:r>
    </w:p>
    <w:p>
      <w:pPr>
        <w:jc w:val="right"/>
      </w:pPr>
      <w:r>
        <w:t>جس چیز کو ہم کہتے ہیں انڈسٹریل ریولوشن، ٹیکنالوجیکل ریولوشن، وہ کیا ہے؟ وہ نیچر کو ایکسپلور کرنے</w:t>
      </w:r>
    </w:p>
    <w:p>
      <w:r>
        <w:rPr>
          <w:b/>
        </w:rPr>
        <w:t xml:space="preserve">[04:44] </w:t>
      </w:r>
      <w:r>
        <w:t>ka naam hai.</w:t>
      </w:r>
    </w:p>
    <w:p>
      <w:pPr>
        <w:jc w:val="right"/>
      </w:pPr>
      <w:r>
        <w:t>کا نام ہے۔</w:t>
      </w:r>
    </w:p>
    <w:p>
      <w:r>
        <w:rPr>
          <w:b/>
        </w:rPr>
        <w:t xml:space="preserve">[04:50] </w:t>
      </w:r>
      <w:r>
        <w:t>insan ne nature ko explore kiya, tab technology bani, tab modern history aur industry bani, tab car o hawajat bane.</w:t>
      </w:r>
    </w:p>
    <w:p>
      <w:pPr>
        <w:jc w:val="right"/>
      </w:pPr>
      <w:r>
        <w:t>انسان نے نیچر کو ایکسپلور کیا، تب ٹیکنالوجی بنی، تب ماڈرن ہسٹری اور انڈسٹری بنی، تب کار و حواجات بنے۔</w:t>
      </w:r>
    </w:p>
    <w:p>
      <w:r>
        <w:rPr>
          <w:b/>
        </w:rPr>
        <w:t xml:space="preserve">[04:56] </w:t>
      </w:r>
      <w:r>
        <w:t>to phir woh sawal karta hai ke yeh nature jo hai, yeh to hamesha se tha, jab se dunya hai.</w:t>
      </w:r>
    </w:p>
    <w:p>
      <w:pPr>
        <w:jc w:val="right"/>
      </w:pPr>
      <w:r>
        <w:t>تو پھر وہ سوال کرتا ہے کہ یہ نیچر جو ہے، یہ تو ہمیشہ سے تھا، جب سے دنیا ہے۔</w:t>
      </w:r>
    </w:p>
    <w:p>
      <w:r>
        <w:rPr>
          <w:b/>
        </w:rPr>
        <w:t xml:space="preserve">[05:02] </w:t>
      </w:r>
      <w:r>
        <w:t>phir is ko explore karne mein itni der kyun lagi? To apne alfaaz mein woh kehta hai ke</w:t>
      </w:r>
    </w:p>
    <w:p>
      <w:pPr>
        <w:jc w:val="right"/>
      </w:pPr>
      <w:r>
        <w:t>پھر اس کو ایکسپلور کرنے میں اتنی دیر کیوں لگی؟ تو اپنے الفاظ میں وہ کہتا ہے کہ</w:t>
      </w:r>
    </w:p>
    <w:p>
      <w:r>
        <w:rPr>
          <w:b/>
        </w:rPr>
        <w:t xml:space="preserve">[05:08] </w:t>
      </w:r>
      <w:r>
        <w:t>is ka raaz hai nature worship. Nature worship.</w:t>
      </w:r>
    </w:p>
    <w:p>
      <w:pPr>
        <w:jc w:val="right"/>
      </w:pPr>
      <w:r>
        <w:t>اس کا راز ہے نیچر ورشپ۔ نیچر ورشپ۔</w:t>
      </w:r>
    </w:p>
    <w:p>
      <w:r>
        <w:rPr>
          <w:b/>
        </w:rPr>
        <w:t xml:space="preserve">[05:14] </w:t>
      </w:r>
      <w:r>
        <w:t>us ne manotheim ka lafz istemal kiya hai.</w:t>
      </w:r>
    </w:p>
    <w:p>
      <w:pPr>
        <w:jc w:val="right"/>
      </w:pPr>
      <w:r>
        <w:t>اس نے مانوتھیم کا لفظ استعمال کیا ہے۔</w:t>
      </w:r>
    </w:p>
    <w:p>
      <w:r>
        <w:rPr>
          <w:b/>
        </w:rPr>
        <w:t xml:space="preserve">[05:20] </w:t>
      </w:r>
      <w:r>
        <w:t>to woh kehna hai is ka ke jab insan nature ko object of worship bana raha tha to</w:t>
      </w:r>
    </w:p>
    <w:p>
      <w:pPr>
        <w:jc w:val="right"/>
      </w:pPr>
      <w:r>
        <w:t>تو وہ کہنا ہے اس کا کہ جب انسان نیچر کو آبجیکٹ آف ورشپ بنا رہا تھا تو</w:t>
      </w:r>
    </w:p>
    <w:p>
      <w:r>
        <w:rPr>
          <w:b/>
        </w:rPr>
        <w:t xml:space="preserve">[05:26] </w:t>
      </w:r>
      <w:r>
        <w:t>ain usi waqt yeh mumkin nahi tha ke woh nature ko object of investigation banaye.</w:t>
      </w:r>
    </w:p>
    <w:p>
      <w:pPr>
        <w:jc w:val="right"/>
      </w:pPr>
      <w:r>
        <w:t>عین اسی وقت یہ ممکن نہیں تھا کہ وہ نیچر کو آبجیکٹ آف انویسٹیگیشن بنائے۔</w:t>
      </w:r>
    </w:p>
    <w:p>
      <w:r>
        <w:rPr>
          <w:b/>
        </w:rPr>
        <w:t xml:space="preserve">[05:32] </w:t>
      </w:r>
      <w:r>
        <w:t>yeh raaz hai.</w:t>
      </w:r>
    </w:p>
    <w:p>
      <w:pPr>
        <w:jc w:val="right"/>
      </w:pPr>
      <w:r>
        <w:t>یہ راز ہے۔</w:t>
      </w:r>
    </w:p>
    <w:p>
      <w:r>
        <w:rPr>
          <w:b/>
        </w:rPr>
        <w:t xml:space="preserve">[05:38] </w:t>
      </w:r>
      <w:r>
        <w:t>to yeh change kis ne paida kiya tareekh mein? us ne lafz istemal kiya manotheim, lekin haqeeqat mein</w:t>
      </w:r>
    </w:p>
    <w:p>
      <w:pPr>
        <w:jc w:val="right"/>
      </w:pPr>
      <w:r>
        <w:t>تو یہ چینج کس نے پیدا کیا تاریخ میں؟ اس نے لفظ استعمال کیا مانوتھیم، لیکن حقیقت میں</w:t>
      </w:r>
    </w:p>
    <w:p>
      <w:r>
        <w:rPr>
          <w:b/>
        </w:rPr>
        <w:t xml:space="preserve">[05:44] </w:t>
      </w:r>
      <w:r>
        <w:t>woh Islam hai.</w:t>
      </w:r>
    </w:p>
    <w:p>
      <w:pPr>
        <w:jc w:val="right"/>
      </w:pPr>
      <w:r>
        <w:t>وہ اسلام ہے۔</w:t>
      </w:r>
    </w:p>
    <w:p>
      <w:r>
        <w:rPr>
          <w:b/>
        </w:rPr>
        <w:t xml:space="preserve">[05:49] </w:t>
      </w:r>
      <w:r>
        <w:t>aap Quran ko parhein to Quran bhara hua hai is se ke tasweer karo, kainat ki tasweer karo.</w:t>
      </w:r>
    </w:p>
    <w:p>
      <w:pPr>
        <w:jc w:val="right"/>
      </w:pPr>
      <w:r>
        <w:t>آپ قرآن کو پڑھیں تو قرآن بھرا ہوا ہے اس سے کہ تصویر کرو، کائنات کی تصویر کرو۔</w:t>
      </w:r>
    </w:p>
    <w:p>
      <w:r>
        <w:rPr>
          <w:b/>
        </w:rPr>
        <w:t xml:space="preserve">[05:55] </w:t>
      </w:r>
      <w:r>
        <w:t>sab insan ke liye banaya gaya hai.</w:t>
      </w:r>
    </w:p>
    <w:p>
      <w:pPr>
        <w:jc w:val="right"/>
      </w:pPr>
      <w:r>
        <w:t>سب انسان کے لیے بنایا گیا ہے۔</w:t>
      </w:r>
    </w:p>
    <w:p>
      <w:r>
        <w:rPr>
          <w:b/>
        </w:rPr>
        <w:t xml:space="preserve">[06:01] </w:t>
      </w:r>
      <w:r>
        <w:t>to jo jis cheez ko scientist kehte hain exploration, woh yahi to hai, tareekh tasweer hi to hai.</w:t>
      </w:r>
    </w:p>
    <w:p>
      <w:pPr>
        <w:jc w:val="right"/>
      </w:pPr>
      <w:r>
        <w:t>تو جو جس چیز کو سائنسدان کہتے ہیں ایکسپلوریشن، وہ یہی تو ہے، تاریخ تصویر ہی تو ہے۔</w:t>
      </w:r>
    </w:p>
    <w:p>
      <w:r>
        <w:rPr>
          <w:b/>
        </w:rPr>
        <w:t xml:space="preserve">[06:07] </w:t>
      </w:r>
      <w:r>
        <w:t>to Allah taala ne nature mein sari cheezein in tarah se potential ke taur par rakh di theen, potential.</w:t>
      </w:r>
    </w:p>
    <w:p>
      <w:pPr>
        <w:jc w:val="right"/>
      </w:pPr>
      <w:r>
        <w:t>تو اللہ تعالیٰ نے نیچر میں ساری چیزیں ان طرح سے پوٹینشل کے طور پر رکھ دی تھیں، پوٹینشل۔</w:t>
      </w:r>
    </w:p>
    <w:p>
      <w:r>
        <w:rPr>
          <w:b/>
        </w:rPr>
        <w:t xml:space="preserve">[06:13] </w:t>
      </w:r>
      <w:r>
        <w:t>ab insan ko chahiye tha ke is potential ko discover kare, is ko actual banaye.</w:t>
      </w:r>
    </w:p>
    <w:p>
      <w:pPr>
        <w:jc w:val="right"/>
      </w:pPr>
      <w:r>
        <w:t>اب انسان کو چاہیے تھا کہ اس پوٹینشل کو ڈسکور کرے، اس کو ایکچول بنائے۔</w:t>
      </w:r>
    </w:p>
    <w:p>
      <w:r>
        <w:rPr>
          <w:b/>
        </w:rPr>
        <w:t xml:space="preserve">[06:19] </w:t>
      </w:r>
      <w:r>
        <w:t>yeh kaam shuru ho gaya tha Islam ke daur mein, lekin is ka culmination hua hai West mein.</w:t>
      </w:r>
    </w:p>
    <w:p>
      <w:pPr>
        <w:jc w:val="right"/>
      </w:pPr>
      <w:r>
        <w:t>یہ کام شروع ہو گیا تھا اسلام کے دور میں، لیکن اس کا کلمنیشن ہوا ہے ویسٹ میں۔</w:t>
      </w:r>
    </w:p>
    <w:p>
      <w:r>
        <w:rPr>
          <w:b/>
        </w:rPr>
        <w:t xml:space="preserve">[06:25] </w:t>
      </w:r>
      <w:r>
        <w:t>yahan mein aik baat arz karunga ke Islam ne aik ajeeb concept diya hai.</w:t>
      </w:r>
    </w:p>
    <w:p>
      <w:pPr>
        <w:jc w:val="right"/>
      </w:pPr>
      <w:r>
        <w:t>یہاں میں ایک بات عرض کروں گا کہ اسلام نے ایک عجیب کانسیپٹ دیا ہے۔</w:t>
      </w:r>
    </w:p>
    <w:p>
      <w:r>
        <w:rPr>
          <w:b/>
        </w:rPr>
        <w:t xml:space="preserve">[06:31] </w:t>
      </w:r>
      <w:r>
        <w:t>is ki mein misaal deta hoon ke dekhein, Rasool Allah sal Allah alaihi wasallam Makah mein aaye to</w:t>
      </w:r>
    </w:p>
    <w:p>
      <w:pPr>
        <w:jc w:val="right"/>
      </w:pPr>
      <w:r>
        <w:t>اس کی میں مثال دیتا ہوں کہ دیکھیں، رسول اللہ صلی اللہ علیہ وسلم مکہ میں آئے تو</w:t>
      </w:r>
    </w:p>
    <w:p>
      <w:r>
        <w:rPr>
          <w:b/>
        </w:rPr>
        <w:t xml:space="preserve">[06:37] </w:t>
      </w:r>
      <w:r>
        <w:t>wohan par jo Kaba tha, muqaddas Kaba, woh kya tha? Hazrat Ibrahim ke naqshe wala Kaba nahi tha woh.</w:t>
      </w:r>
    </w:p>
    <w:p>
      <w:pPr>
        <w:jc w:val="right"/>
      </w:pPr>
      <w:r>
        <w:t>وہاں پر جو کعبہ تھا، مقدس کعبہ، وہ کیا تھا؟ حضرت ابراہیم کے نقشے والا کعبہ نہیں تھا وہ۔</w:t>
      </w:r>
    </w:p>
    <w:p>
      <w:r>
        <w:rPr>
          <w:b/>
        </w:rPr>
        <w:t xml:space="preserve">[06:43] </w:t>
      </w:r>
      <w:r>
        <w:t>Hazrat Ibrahim ke naqshe wale Kabe mein Rasool Allah se pehle jo wahan par log thay, jo zahir</w:t>
      </w:r>
    </w:p>
    <w:p>
      <w:pPr>
        <w:jc w:val="right"/>
      </w:pPr>
      <w:r>
        <w:t>حضرت ابراہیم کے نقشے والے کعبے میں رسول اللہ سے پہلے جو وہاں پر لوگ تھے، جو ظاہر</w:t>
      </w:r>
    </w:p>
    <w:p>
      <w:r>
        <w:rPr>
          <w:b/>
        </w:rPr>
        <w:t xml:space="preserve">[06:48] </w:t>
      </w:r>
      <w:r>
        <w:t>hai ke un believer thay, unhon ne is ko reconstruct kiya, taameer-e-nau kiya is ki.</w:t>
      </w:r>
    </w:p>
    <w:p>
      <w:pPr>
        <w:jc w:val="right"/>
      </w:pPr>
      <w:r>
        <w:t>ہے کہ ان بیلیور تھے، انہوں نے اس کو ری کانسٹرکٹ کیا، تعمیر نو کیا اس کی۔</w:t>
      </w:r>
    </w:p>
    <w:p>
      <w:r>
        <w:rPr>
          <w:b/>
        </w:rPr>
        <w:t xml:space="preserve">[06:54] </w:t>
      </w:r>
      <w:r>
        <w:t>to Hazrat Ibrahim ke naqshe ke aadhe hisse ko unhon ne covered area banaya, jo aaj jis ko</w:t>
      </w:r>
    </w:p>
    <w:p>
      <w:pPr>
        <w:jc w:val="right"/>
      </w:pPr>
      <w:r>
        <w:t>تو حضرت ابراہیم کے نقشے کے آدھے حصے کو انہوں نے کورڈ ایریا بنایا، جو آج جس کو</w:t>
      </w:r>
    </w:p>
    <w:p>
      <w:r>
        <w:rPr>
          <w:b/>
        </w:rPr>
        <w:t xml:space="preserve">[07:00] </w:t>
      </w:r>
      <w:r>
        <w:t>hum aaj Kaba kehte hain.</w:t>
      </w:r>
    </w:p>
    <w:p>
      <w:pPr>
        <w:jc w:val="right"/>
      </w:pPr>
      <w:r>
        <w:t>ہم آج کعبہ کہتے ہیں۔</w:t>
      </w:r>
    </w:p>
    <w:p>
      <w:r>
        <w:rPr>
          <w:b/>
        </w:rPr>
        <w:t xml:space="preserve">[07:06] </w:t>
      </w:r>
      <w:r>
        <w:t>aadhe hisse ko chhod diya, un covered, jis ko hum hatim kehte hain.</w:t>
      </w:r>
    </w:p>
    <w:p>
      <w:pPr>
        <w:jc w:val="right"/>
      </w:pPr>
      <w:r>
        <w:t>آدھے حصے کو چھوڑ دیا، ان کورڈ، جس کو ہم حتیم کہتے ہیں۔</w:t>
      </w:r>
    </w:p>
    <w:p>
      <w:r>
        <w:rPr>
          <w:b/>
        </w:rPr>
        <w:t xml:space="preserve">[07:12] </w:t>
      </w:r>
      <w:r>
        <w:t>Rasool Allah sal Allah alaihi wasallam ne Fatah Makah ke baad mumkin tha ke aap is ko dobara</w:t>
      </w:r>
    </w:p>
    <w:p>
      <w:pPr>
        <w:jc w:val="right"/>
      </w:pPr>
      <w:r>
        <w:t>رسول اللہ صلی اللہ علیہ وسلم نے فتح مکہ کے بعد ممکن تھا کہ آپ اس کو دوبارہ</w:t>
      </w:r>
    </w:p>
    <w:p>
      <w:r>
        <w:rPr>
          <w:b/>
        </w:rPr>
        <w:t xml:space="preserve">[07:18] </w:t>
      </w:r>
      <w:r>
        <w:t>banayein, Hazrat Ibrahim ke naqshe par.</w:t>
      </w:r>
    </w:p>
    <w:p>
      <w:pPr>
        <w:jc w:val="right"/>
      </w:pPr>
      <w:r>
        <w:t>بنائیں، حضرت ابراہیم کے نقشے پر۔</w:t>
      </w:r>
    </w:p>
    <w:p>
      <w:r>
        <w:rPr>
          <w:b/>
        </w:rPr>
        <w:t xml:space="preserve">[07:24] </w:t>
      </w:r>
      <w:r>
        <w:t>aap ne aisa nahi kiya.</w:t>
      </w:r>
    </w:p>
    <w:p>
      <w:pPr>
        <w:jc w:val="right"/>
      </w:pPr>
      <w:r>
        <w:t>آپ نے ایسا نہیں کیا۔</w:t>
      </w:r>
    </w:p>
    <w:p>
      <w:r>
        <w:rPr>
          <w:b/>
        </w:rPr>
        <w:t xml:space="preserve">[07:30] </w:t>
      </w:r>
      <w:r>
        <w:t>yeh bohat hi ajeeb Rasool Allah ki sunnat hai ke aaj hum, yani aaj jo hatim jo hai,</w:t>
      </w:r>
    </w:p>
    <w:p>
      <w:pPr>
        <w:jc w:val="right"/>
      </w:pPr>
      <w:r>
        <w:t>یہ بہت ہی عجیب رسول اللہ کی سنت ہے کہ آج ہم، یعنی آج جو حتیم جو ہے،</w:t>
      </w:r>
    </w:p>
    <w:p>
      <w:r>
        <w:rPr>
          <w:b/>
        </w:rPr>
        <w:t xml:space="preserve">[07:36] </w:t>
      </w:r>
      <w:r>
        <w:t>Hatim, وہ undiscovered part of Islamic history ہے۔</w:t>
      </w:r>
    </w:p>
    <w:p>
      <w:pPr>
        <w:jc w:val="right"/>
      </w:pPr>
      <w:r>
        <w:t>حتیم، وہ ان ڈسکورڈ پارٹ آف اسلامک ہسٹری ہے۔</w:t>
      </w:r>
    </w:p>
    <w:p>
      <w:r>
        <w:rPr>
          <w:b/>
        </w:rPr>
        <w:t xml:space="preserve">[07:42] </w:t>
      </w:r>
      <w:r>
        <w:t>kaisa ajeeb baat hai yeh.</w:t>
      </w:r>
    </w:p>
    <w:p>
      <w:pPr>
        <w:jc w:val="right"/>
      </w:pPr>
      <w:r>
        <w:t>کیسی عجیب بات ہے یہ۔</w:t>
      </w:r>
    </w:p>
    <w:p>
      <w:r>
        <w:rPr>
          <w:b/>
        </w:rPr>
        <w:t xml:space="preserve">[07:48] </w:t>
      </w:r>
      <w:r>
        <w:t>جو حتیم کے بنایا تھا مکہ کے non-believers نے، وہ آج اسلام کی ہسٹری کا undiscovered</w:t>
      </w:r>
    </w:p>
    <w:p>
      <w:pPr>
        <w:jc w:val="right"/>
      </w:pPr>
      <w:r>
        <w:t>جو حتیم کے بنایا تھا مکہ کے نان بیلیورز نے، وہ آج اسلام کی ہسٹری کا ان ڈسکورڈ</w:t>
      </w:r>
    </w:p>
    <w:p>
      <w:r>
        <w:rPr>
          <w:b/>
        </w:rPr>
        <w:t xml:space="preserve">[07:53] </w:t>
      </w:r>
      <w:r>
        <w:t>part hai, undecorated part hai.</w:t>
      </w:r>
    </w:p>
    <w:p>
      <w:pPr>
        <w:jc w:val="right"/>
      </w:pPr>
      <w:r>
        <w:t>پارٹ ہے، ان ڈیکریٹڈ پارٹ ہے۔</w:t>
      </w:r>
    </w:p>
    <w:p>
      <w:r>
        <w:rPr>
          <w:b/>
        </w:rPr>
        <w:t xml:space="preserve">[07:59] </w:t>
      </w:r>
      <w:r>
        <w:t>is se andaza kijiye ke islam mein kitna openness hai, kitna openness hai.</w:t>
      </w:r>
    </w:p>
    <w:p>
      <w:pPr>
        <w:jc w:val="right"/>
      </w:pPr>
      <w:r>
        <w:t>اس سے اندازہ کیجیے کہ اسلام میں کتنا اوپننس ہے، کتنا اوپننس ہے۔</w:t>
      </w:r>
    </w:p>
    <w:p>
      <w:r>
        <w:rPr>
          <w:b/>
        </w:rPr>
        <w:t xml:space="preserve">[08:05] </w:t>
      </w:r>
      <w:r>
        <w:t>kattar pan islam mein hai hi nahin.</w:t>
      </w:r>
    </w:p>
    <w:p>
      <w:pPr>
        <w:jc w:val="right"/>
      </w:pPr>
      <w:r>
        <w:t>کٹر پن اسلام میں ہے ہی نہیں۔</w:t>
      </w:r>
    </w:p>
    <w:p>
      <w:r>
        <w:rPr>
          <w:b/>
        </w:rPr>
        <w:t xml:space="preserve">[08:11] </w:t>
      </w:r>
      <w:r>
        <w:t>aise hi dekhen, jis ko hum kehte hain ghazwa-e-khandaq, ya woh kya tha? barah hazar ka lashkar</w:t>
      </w:r>
    </w:p>
    <w:p>
      <w:pPr>
        <w:jc w:val="right"/>
      </w:pPr>
      <w:r>
        <w:t>ایسے ہی دیکھیں، جس کو ہم کہتے ہیں غزوہ خندق، یا وہ کیا تھا؟ بارہ ہزار کا لشکر</w:t>
      </w:r>
    </w:p>
    <w:p>
      <w:r>
        <w:rPr>
          <w:b/>
        </w:rPr>
        <w:t xml:space="preserve">[08:17] </w:t>
      </w:r>
      <w:r>
        <w:t>madine ke paas aa gaya, aur us waqt Rasool Allah sal-lal-lahu alaihi wasallam is position mein nahin</w:t>
      </w:r>
    </w:p>
    <w:p>
      <w:pPr>
        <w:jc w:val="right"/>
      </w:pPr>
      <w:r>
        <w:t>مدینے کے پاس آ گیا، اور اس وقت رسول اللہ صلی اللہ علیہ وسلم اس پوزیشن میں نہیں</w:t>
      </w:r>
    </w:p>
    <w:p>
      <w:r>
        <w:rPr>
          <w:b/>
        </w:rPr>
        <w:t xml:space="preserve">[08:23] </w:t>
      </w:r>
      <w:r>
        <w:t>the ke bahar nikal kar un se muqabla karen.</w:t>
      </w:r>
    </w:p>
    <w:p>
      <w:pPr>
        <w:jc w:val="right"/>
      </w:pPr>
      <w:r>
        <w:t>تھے کہ باہر نکل کر ان سے مقابلہ کریں۔</w:t>
      </w:r>
    </w:p>
    <w:p>
      <w:r>
        <w:rPr>
          <w:b/>
        </w:rPr>
        <w:t xml:space="preserve">[08:29] </w:t>
      </w:r>
      <w:r>
        <w:t>to jab khabar mili ke aisa lashkar aa raha hai to aap ne mashwara kiya.</w:t>
      </w:r>
    </w:p>
    <w:p>
      <w:pPr>
        <w:jc w:val="right"/>
      </w:pPr>
      <w:r>
        <w:t>تو جب خبر ملی کہ ایسا لشکر آ رہا ہے تو آپ نے مشورہ کیا۔</w:t>
      </w:r>
    </w:p>
    <w:p>
      <w:r>
        <w:rPr>
          <w:b/>
        </w:rPr>
        <w:t xml:space="preserve">[08:35] </w:t>
      </w:r>
      <w:r>
        <w:t>us waqt hazreen mein ek sahab the jo farsi se aaye the, un ka naam tha Salman Farsi.</w:t>
      </w:r>
    </w:p>
    <w:p>
      <w:pPr>
        <w:jc w:val="right"/>
      </w:pPr>
      <w:r>
        <w:t>اس وقت حاضرین میں ایک صاحب تھے جو فارس سے آئے تھے، ان کا نام تھا سلمان فارسی۔</w:t>
      </w:r>
    </w:p>
    <w:p>
      <w:r>
        <w:rPr>
          <w:b/>
        </w:rPr>
        <w:t xml:space="preserve">[08:41] </w:t>
      </w:r>
      <w:r>
        <w:t>unhon ne kaha ke hamare haan jo badshah log hain, jab woh chahte hain ke ladai na karen,</w:t>
      </w:r>
    </w:p>
    <w:p>
      <w:pPr>
        <w:jc w:val="right"/>
      </w:pPr>
      <w:r>
        <w:t>انہوں نے کہا کہ ہمارے ہاں جو بادشاہ لوگ ہیں، جب وہ چاہتے ہیں کہ لڑائی نہ کریں،</w:t>
      </w:r>
    </w:p>
    <w:p>
      <w:r>
        <w:rPr>
          <w:b/>
        </w:rPr>
        <w:t xml:space="preserve">[08:47] </w:t>
      </w:r>
      <w:r>
        <w:t>ladai ko avoid karen, to apne aur dushman ke darmiyan ek rukawat daal dete hain, rukawat, khandaq khod kar ke.</w:t>
      </w:r>
    </w:p>
    <w:p>
      <w:pPr>
        <w:jc w:val="right"/>
      </w:pPr>
      <w:r>
        <w:t>لڑائی کو اوائڈ کریں، تو اپنے اور دشمن کے درمیان ایک رکاوٹ ڈال دیتے ہیں، رکاوٹ، خندق کھود کر کے۔</w:t>
      </w:r>
    </w:p>
    <w:p>
      <w:r>
        <w:rPr>
          <w:b/>
        </w:rPr>
        <w:t xml:space="preserve">[08:52] </w:t>
      </w:r>
      <w:r>
        <w:t>to Rasool Allah sal-lal-lahu alaihi wasallam ne bohat pasand kiya is mushrik ko, aur us ke baad</w:t>
      </w:r>
    </w:p>
    <w:p>
      <w:pPr>
        <w:jc w:val="right"/>
      </w:pPr>
      <w:r>
        <w:t>تو رسول اللہ صلی اللہ علیہ وسلم نے بہت پسند کیا اس مشرک کو، اور اس کے بعد</w:t>
      </w:r>
    </w:p>
    <w:p>
      <w:r>
        <w:rPr>
          <w:b/>
        </w:rPr>
        <w:t xml:space="preserve">[08:58] </w:t>
      </w:r>
      <w:r>
        <w:t>رات دن، رات دن ایک کر کے آپ نے مدینے کے ایک طرف، تین طرف سے مدینہ impenetrable</w:t>
      </w:r>
    </w:p>
    <w:p>
      <w:pPr>
        <w:jc w:val="right"/>
      </w:pPr>
      <w:r>
        <w:t>رات دن، رات دن ایک کر کے آپ نے مدینے کے ایک طرف، تین طرف سے مدینہ پینٹیبل</w:t>
      </w:r>
    </w:p>
    <w:p>
      <w:r>
        <w:rPr>
          <w:b/>
        </w:rPr>
        <w:t xml:space="preserve">[09:04] </w:t>
      </w:r>
      <w:r>
        <w:t>nahin tha, ek hi taraf se pentable tha, to aap ne khandaq khodi.</w:t>
      </w:r>
    </w:p>
    <w:p>
      <w:pPr>
        <w:jc w:val="right"/>
      </w:pPr>
      <w:r>
        <w:t>نہیں تھا، ایک ہی طرف سے پینٹیبل تھا، تو آپ نے خندق کھودی۔</w:t>
      </w:r>
    </w:p>
    <w:p>
      <w:r>
        <w:rPr>
          <w:b/>
        </w:rPr>
        <w:t xml:space="preserve">[09:10] </w:t>
      </w:r>
      <w:r>
        <w:t>ek taraf poori ki poori.</w:t>
      </w:r>
    </w:p>
    <w:p>
      <w:pPr>
        <w:jc w:val="right"/>
      </w:pPr>
      <w:r>
        <w:t>ایک طرف پوری کی پوری۔</w:t>
      </w:r>
    </w:p>
    <w:p>
      <w:r>
        <w:rPr>
          <w:b/>
        </w:rPr>
        <w:t xml:space="preserve">[09:16] </w:t>
      </w:r>
      <w:r>
        <w:t>is ka matlab yeh hai ke apne aur enemy ke darmiyan buffer qaim kar diya, buffer.</w:t>
      </w:r>
    </w:p>
    <w:p>
      <w:pPr>
        <w:jc w:val="right"/>
      </w:pPr>
      <w:r>
        <w:t>اس کا مطلب یہ ہے کہ اپنے اور انمی کے درمیان بفر قائم کر دیا، بفر۔</w:t>
      </w:r>
    </w:p>
    <w:p>
      <w:r>
        <w:rPr>
          <w:b/>
        </w:rPr>
        <w:t xml:space="preserve">[09:22] </w:t>
      </w:r>
      <w:r>
        <w:t>That was first instance of جس کو کہتے ہیں آپ، جس کو آپ outsourcing، یہ رسول اللہ</w:t>
      </w:r>
    </w:p>
    <w:p>
      <w:pPr>
        <w:jc w:val="right"/>
      </w:pPr>
      <w:r>
        <w:t>That was first instance of جس کو کہتے ہیں آپ، جس کو آپ آؤٹ سورسنگ، یہ رسول اللہ</w:t>
      </w:r>
    </w:p>
    <w:p>
      <w:r>
        <w:rPr>
          <w:b/>
        </w:rPr>
        <w:t xml:space="preserve">[09:28] </w:t>
      </w:r>
      <w:r>
        <w:t>کی زندگی میں outsourcing کی پہلی مثال تھی کہ مکہ کے جو، یعنی جو ایران کے جو،</w:t>
      </w:r>
    </w:p>
    <w:p>
      <w:pPr>
        <w:jc w:val="right"/>
      </w:pPr>
      <w:r>
        <w:t>کی زندگی میں آؤٹ سورسنگ کی پہلی مثال تھی کہ مکہ کے جو، یعنی جو ایران کے جو،</w:t>
      </w:r>
    </w:p>
    <w:p>
      <w:r>
        <w:rPr>
          <w:b/>
        </w:rPr>
        <w:t xml:space="preserve">[09:34] </w:t>
      </w:r>
      <w:r>
        <w:t>iran ke jo badshah the, zahir hai ke woh sab believer nahin the, woh to, woh to doosre</w:t>
      </w:r>
    </w:p>
    <w:p>
      <w:pPr>
        <w:jc w:val="right"/>
      </w:pPr>
      <w:r>
        <w:t>ایران کے جو بادشاہ تھے، ظاہر ہے کہ وہ سب بیلیور نہیں تھے، وہ تو، وہ تو دوسرے</w:t>
      </w:r>
    </w:p>
    <w:p>
      <w:r>
        <w:rPr>
          <w:b/>
        </w:rPr>
        <w:t xml:space="preserve">[09:40] </w:t>
      </w:r>
      <w:r>
        <w:t>mazhab ko maanne wale the.</w:t>
      </w:r>
    </w:p>
    <w:p>
      <w:pPr>
        <w:jc w:val="right"/>
      </w:pPr>
      <w:r>
        <w:t>مذہب کو ماننے والے تھے۔</w:t>
      </w:r>
    </w:p>
    <w:p>
      <w:r>
        <w:rPr>
          <w:b/>
        </w:rPr>
        <w:t xml:space="preserve">[09:46] </w:t>
      </w:r>
      <w:r>
        <w:t>un ki misaal ko le kar ke aap ne madine mein apply kiya.</w:t>
      </w:r>
    </w:p>
    <w:p>
      <w:pPr>
        <w:jc w:val="right"/>
      </w:pPr>
      <w:r>
        <w:t>ان کی مثال کو لے کر کے آپ نے مدینے میں اپلائی کیا۔</w:t>
      </w:r>
    </w:p>
    <w:p>
      <w:r>
        <w:rPr>
          <w:b/>
        </w:rPr>
        <w:t xml:space="preserve">[09:52] </w:t>
      </w:r>
      <w:r>
        <w:t>yeh thi outsourcing.</w:t>
      </w:r>
    </w:p>
    <w:p>
      <w:pPr>
        <w:jc w:val="right"/>
      </w:pPr>
      <w:r>
        <w:t>یہ تھی آؤٹ سورسنگ۔</w:t>
      </w:r>
    </w:p>
    <w:p>
      <w:r>
        <w:rPr>
          <w:b/>
        </w:rPr>
        <w:t xml:space="preserve">[09:57] </w:t>
      </w:r>
      <w:r>
        <w:t>to yeh sab mein is ko study kar ke main samjha hoon ke Allah taala ne islam ke</w:t>
      </w:r>
    </w:p>
    <w:p>
      <w:pPr>
        <w:jc w:val="right"/>
      </w:pPr>
      <w:r>
        <w:t>تو یہ سب میں اس کو اسٹڈی کر کے میں سمجھا ہوں کہ اللہ تعالیٰ نے اسلام کے</w:t>
      </w:r>
    </w:p>
    <w:p>
      <w:r>
        <w:rPr>
          <w:b/>
        </w:rPr>
        <w:t xml:space="preserve">[10:03] </w:t>
      </w:r>
      <w:r>
        <w:t>baad jo daur paida kiya hai, is mein poori history ko islam ka supporter bana diya, supporter.</w:t>
      </w:r>
    </w:p>
    <w:p>
      <w:pPr>
        <w:jc w:val="right"/>
      </w:pPr>
      <w:r>
        <w:t>بعد جو دور پیدا کیا ہے، اس میں پوری ہسٹری کو اسلام کا سپورٹر بنا دیا، سپورٹر۔</w:t>
      </w:r>
    </w:p>
    <w:p>
      <w:r>
        <w:rPr>
          <w:b/>
        </w:rPr>
        <w:t xml:space="preserve">[10:09] </w:t>
      </w:r>
      <w:r>
        <w:t>yani jo log believe nahin karte islam mein, woh bhi is ke supporter hain.</w:t>
      </w:r>
    </w:p>
    <w:p>
      <w:pPr>
        <w:jc w:val="right"/>
      </w:pPr>
      <w:r>
        <w:t>یعنی جو لوگ بیلیو نہیں کرتے اسلام میں، وہ بھی اس کے سپورٹر ہیں۔</w:t>
      </w:r>
    </w:p>
    <w:p>
      <w:r>
        <w:rPr>
          <w:b/>
        </w:rPr>
        <w:t xml:space="preserve">[10:15] </w:t>
      </w:r>
      <w:r>
        <w:t>jo bazahir enemy hain, woh bhi is ke supporter hain.</w:t>
      </w:r>
    </w:p>
    <w:p>
      <w:pPr>
        <w:jc w:val="right"/>
      </w:pPr>
      <w:r>
        <w:t>جو بظاہر انمی ہیں، وہ بھی اس کے سپورٹر ہیں۔</w:t>
      </w:r>
    </w:p>
    <w:p>
      <w:r>
        <w:rPr>
          <w:b/>
        </w:rPr>
        <w:t xml:space="preserve">[10:21] </w:t>
      </w:r>
      <w:r>
        <w:t>to Arnold Toynbee ne jo baat kahi thi, woh bohat zyada apni qabool hai yahan par ke</w:t>
      </w:r>
    </w:p>
    <w:p>
      <w:pPr>
        <w:jc w:val="right"/>
      </w:pPr>
      <w:r>
        <w:t>تو آرنلڈ ٹائن بی نے جو بات کہی تھی، وہ بہت زیادہ اپنی قبول ہے یہاں پر کہ</w:t>
      </w:r>
    </w:p>
    <w:p>
      <w:r>
        <w:rPr>
          <w:b/>
        </w:rPr>
        <w:t xml:space="preserve">[10:27] </w:t>
      </w:r>
      <w:r>
        <w:t>nature ko divinity ke maqam se hataya tauheed ne, tauheed ki ideology ne.</w:t>
      </w:r>
    </w:p>
    <w:p>
      <w:pPr>
        <w:jc w:val="right"/>
      </w:pPr>
      <w:r>
        <w:t>نیچر کو ڈیونٹی کے مقام سے ہٹایا توحید نے، توحید کی آئیڈالوجی نے۔</w:t>
      </w:r>
    </w:p>
    <w:p>
      <w:r>
        <w:rPr>
          <w:b/>
        </w:rPr>
        <w:t xml:space="preserve">[10:33] </w:t>
      </w:r>
      <w:r>
        <w:t>tab modern science aayi, tab modern technology aayi.</w:t>
      </w:r>
    </w:p>
    <w:p>
      <w:pPr>
        <w:jc w:val="right"/>
      </w:pPr>
      <w:r>
        <w:t>تب ماڈرن سائنس آئی، تب ماڈرن ٹیکنالوجی آئی۔</w:t>
      </w:r>
    </w:p>
    <w:p>
      <w:r>
        <w:rPr>
          <w:b/>
        </w:rPr>
        <w:t xml:space="preserve">[10:39] </w:t>
      </w:r>
      <w:r>
        <w:t>kyunke nature ko explore kar ke sari baatein hasil hoti hain.</w:t>
      </w:r>
    </w:p>
    <w:p>
      <w:pPr>
        <w:jc w:val="right"/>
      </w:pPr>
      <w:r>
        <w:t>کیونکہ نیچر کو ایکسپلور کر کے ساری باتیں حاصل ہوتی ہیں۔</w:t>
      </w:r>
    </w:p>
    <w:p>
      <w:r>
        <w:rPr>
          <w:b/>
        </w:rPr>
        <w:t xml:space="preserve">[10:45] </w:t>
      </w:r>
      <w:r>
        <w:t>to is ka matlab hai ke islam aur doosri cheezon ke darmiyan, doosre system ke darmiyan, friend aur</w:t>
      </w:r>
    </w:p>
    <w:p>
      <w:pPr>
        <w:jc w:val="right"/>
      </w:pPr>
      <w:r>
        <w:t>تو اس کا معنی ہے کہ اسلام اور دوسری چیزوں کے درمیان، دوسرے سسٹم کے درمیان، فرینڈ اور</w:t>
      </w:r>
    </w:p>
    <w:p>
      <w:r>
        <w:rPr>
          <w:b/>
        </w:rPr>
        <w:t xml:space="preserve">[10:51] </w:t>
      </w:r>
      <w:r>
        <w:t>enemy ka equation nahin hai, balkeh friend aur supporter ka equation hai.</w:t>
      </w:r>
    </w:p>
    <w:p>
      <w:pPr>
        <w:jc w:val="right"/>
      </w:pPr>
      <w:r>
        <w:t>اینمی کا ایکویشن نہیں ہے، بلکہ فرینڈ اور سپورٹر کا ایکویشن ہے۔</w:t>
      </w:r>
    </w:p>
    <w:p>
      <w:r>
        <w:rPr>
          <w:b/>
        </w:rPr>
        <w:t xml:space="preserve">[10:57] </w:t>
      </w:r>
      <w:r>
        <w:t>ab dekhen, modern civilization ne jo baatein daryaft ki hain, jo industry, jo communication hai, woh sara ka</w:t>
      </w:r>
    </w:p>
    <w:p>
      <w:pPr>
        <w:jc w:val="right"/>
      </w:pPr>
      <w:r>
        <w:t>اب دیکھیں، ماڈرن سولائزیشن نے جو باتیں دریافت کی ہیں، جو انڈسٹری، جو کمیونیکیشن ہے، وہ سارا کا</w:t>
      </w:r>
    </w:p>
    <w:p>
      <w:r>
        <w:rPr>
          <w:b/>
        </w:rPr>
        <w:t xml:space="preserve">[11:02] </w:t>
      </w:r>
      <w:r>
        <w:t>sara mu'eed islam hai.</w:t>
      </w:r>
    </w:p>
    <w:p>
      <w:pPr>
        <w:jc w:val="right"/>
      </w:pPr>
      <w:r>
        <w:t>سارا معید اسلام ہے۔</w:t>
      </w:r>
    </w:p>
    <w:p>
      <w:r>
        <w:rPr>
          <w:b/>
        </w:rPr>
        <w:t xml:space="preserve">[11:08] </w:t>
      </w:r>
      <w:r>
        <w:t>is waqt jo bol raha hoon main, yeh jis system par, yeh system kya hai? Yeh system western</w:t>
      </w:r>
    </w:p>
    <w:p>
      <w:pPr>
        <w:jc w:val="right"/>
      </w:pPr>
      <w:r>
        <w:t>اس وقت جو بول رہا ہوں میں، یہ جس سسٹم پر، یہ سسٹم کیا ہے؟ یہ سسٹم ویسٹرن</w:t>
      </w:r>
    </w:p>
    <w:p>
      <w:r>
        <w:rPr>
          <w:b/>
        </w:rPr>
        <w:t xml:space="preserve">[11:14] </w:t>
      </w:r>
      <w:r>
        <w:t>ne develop, west ke logon ne develop kiya hai, aur hum is ko istemal kar rahe hain.</w:t>
      </w:r>
    </w:p>
    <w:p>
      <w:pPr>
        <w:jc w:val="right"/>
      </w:pPr>
      <w:r>
        <w:t>نے ڈویلپ، ویسٹ کے لوگوں نے ڈویلپ کیا ہے، اور ہم اس کو استعمال کر رہے ہیں۔</w:t>
      </w:r>
    </w:p>
    <w:p>
      <w:r>
        <w:rPr>
          <w:b/>
        </w:rPr>
        <w:t xml:space="preserve">[11:20] </w:t>
      </w:r>
      <w:r>
        <w:t>main delhi mein bolta hoon, shayad duniya mein meri awaaz pohnchti hai, potentially.</w:t>
      </w:r>
    </w:p>
    <w:p>
      <w:pPr>
        <w:jc w:val="right"/>
      </w:pPr>
      <w:r>
        <w:t>میں دلی میں بولتا ہوں، شاید دنیا میں میری آواز پہنچتی ہے، پوٹینشلی۔</w:t>
      </w:r>
    </w:p>
    <w:p>
      <w:r>
        <w:rPr>
          <w:b/>
        </w:rPr>
        <w:t xml:space="preserve">[11:26] </w:t>
      </w:r>
      <w:r>
        <w:t>to yeh hai, isi ko main kehta hoon ke equation badal diya.</w:t>
      </w:r>
    </w:p>
    <w:p>
      <w:pPr>
        <w:jc w:val="right"/>
      </w:pPr>
      <w:r>
        <w:t>تو یہ ہے، اسی کو میں کہتا ہوں کہ ایکویشن بدل دیا۔</w:t>
      </w:r>
    </w:p>
    <w:p>
      <w:r>
        <w:rPr>
          <w:b/>
        </w:rPr>
        <w:t xml:space="preserve">[11:32] </w:t>
      </w:r>
      <w:r>
        <w:t>yaani islam ek taraf hai, ek taraf ta'eed, ta'eed islam hai.</w:t>
      </w:r>
    </w:p>
    <w:p>
      <w:pPr>
        <w:jc w:val="right"/>
      </w:pPr>
      <w:r>
        <w:t>یعنی اسلام ایک طرف ہے، ایک طرف تائید، تائید اسلام ہے۔</w:t>
      </w:r>
    </w:p>
    <w:p>
      <w:r>
        <w:rPr>
          <w:b/>
        </w:rPr>
        <w:t xml:space="preserve">[11:38] </w:t>
      </w:r>
      <w:r>
        <w:t>yeh hai is hadith ka matlab ke innallaha la yua'yyidu hadhad-deen bi-qaumin la yu'minoona bih.</w:t>
      </w:r>
    </w:p>
    <w:p>
      <w:pPr>
        <w:jc w:val="right"/>
      </w:pPr>
      <w:r>
        <w:t>یہ ہے اس حدیث کا مطلب کہ إِنَّ اللَّهَ لَا يَعِيِّدُ هَذَا الدِّينَ بِقَوْمٍ لَا يُؤْمِنُونَ بِهِ ۔</w:t>
      </w:r>
    </w:p>
    <w:p>
      <w:r>
        <w:rPr>
          <w:b/>
        </w:rPr>
        <w:t xml:space="preserve">[11:44] </w:t>
      </w:r>
      <w:r>
        <w:t>to sab cheez mu'eed islam ban gayi.</w:t>
      </w:r>
    </w:p>
    <w:p>
      <w:pPr>
        <w:jc w:val="right"/>
      </w:pPr>
      <w:r>
        <w:t>تو سب چیز معید اسلام بن گئی۔</w:t>
      </w:r>
    </w:p>
    <w:p>
      <w:r>
        <w:rPr>
          <w:b/>
        </w:rPr>
        <w:t xml:space="preserve">[11:50] </w:t>
      </w:r>
      <w:r>
        <w:t>ab koi dushman nahin hai, koi dushman nahin hai.</w:t>
      </w:r>
    </w:p>
    <w:p>
      <w:pPr>
        <w:jc w:val="right"/>
      </w:pPr>
      <w:r>
        <w:t>اب کوئی دشمن نہیں ہے، کوئی دشمن نہیں ہے۔</w:t>
      </w:r>
    </w:p>
    <w:p>
      <w:r>
        <w:rPr>
          <w:b/>
        </w:rPr>
        <w:t xml:space="preserve">[11:56] </w:t>
      </w:r>
      <w:r>
        <w:t>aise hi dekhen, democracy ko lijiyey.</w:t>
      </w:r>
    </w:p>
    <w:p>
      <w:pPr>
        <w:jc w:val="right"/>
      </w:pPr>
      <w:r>
        <w:t>ایسے ہی دیکھیں، ڈیموکریسی کو لیجیے۔</w:t>
      </w:r>
    </w:p>
    <w:p>
      <w:r>
        <w:rPr>
          <w:b/>
        </w:rPr>
        <w:t xml:space="preserve">[12:01] </w:t>
      </w:r>
      <w:r>
        <w:t>democracy zamane mein bohat bari cheez maani jaati hai, waqai mein hai.</w:t>
      </w:r>
    </w:p>
    <w:p>
      <w:pPr>
        <w:jc w:val="right"/>
      </w:pPr>
      <w:r>
        <w:t>ڈیموکریسی زمانے میں بہت بڑی چیز مانی جاتی ہے، واقعتاً ہے۔</w:t>
      </w:r>
    </w:p>
    <w:p>
      <w:r>
        <w:rPr>
          <w:b/>
        </w:rPr>
        <w:t xml:space="preserve">[12:07] </w:t>
      </w:r>
      <w:r>
        <w:t>to democracy hai kya? Democracy hai everything for everyone.</w:t>
      </w:r>
    </w:p>
    <w:p>
      <w:pPr>
        <w:jc w:val="right"/>
      </w:pPr>
      <w:r>
        <w:t>تو ڈیموکریسی ہے کیا؟ ڈیموکریسی ہے everything for everyone ۔</w:t>
      </w:r>
    </w:p>
    <w:p>
      <w:r>
        <w:rPr>
          <w:b/>
        </w:rPr>
        <w:t xml:space="preserve">[12:13] </w:t>
      </w:r>
      <w:r>
        <w:t>pehley zamane mein dekhen, badshah log hote they, to is zamane mein political monopoly qaim thi.</w:t>
      </w:r>
    </w:p>
    <w:p>
      <w:pPr>
        <w:jc w:val="right"/>
      </w:pPr>
      <w:r>
        <w:t>پہلے زمانے میں دیکھیں، بادشاہ لوگ ہوتے تھے، تو اس زمانے میں پولیٹیکل موناپولی قائم تھی۔</w:t>
      </w:r>
    </w:p>
    <w:p>
      <w:r>
        <w:rPr>
          <w:b/>
        </w:rPr>
        <w:t xml:space="preserve">[12:19] </w:t>
      </w:r>
      <w:r>
        <w:t>ab political monopoly se sari cheezein badshah ki ho gayi theen.</w:t>
      </w:r>
    </w:p>
    <w:p>
      <w:pPr>
        <w:jc w:val="right"/>
      </w:pPr>
      <w:r>
        <w:t>اب پولیٹیکل موناپولی سے ساری چیزیں بادشاہ کی ہو گئی تھیں۔</w:t>
      </w:r>
    </w:p>
    <w:p>
      <w:r>
        <w:rPr>
          <w:b/>
        </w:rPr>
        <w:t xml:space="preserve">[12:25] </w:t>
      </w:r>
      <w:r>
        <w:t>badshah ki monopoly har cheez par qaim thi.</w:t>
      </w:r>
    </w:p>
    <w:p>
      <w:pPr>
        <w:jc w:val="right"/>
      </w:pPr>
      <w:r>
        <w:t>بادشاہ کی موناپولی ہر چیز پر قائم تھی۔</w:t>
      </w:r>
    </w:p>
    <w:p>
      <w:r>
        <w:rPr>
          <w:b/>
        </w:rPr>
        <w:t xml:space="preserve">[12:31] </w:t>
      </w:r>
      <w:r>
        <w:t>baqi log they, subject they, re'aya thi.</w:t>
      </w:r>
    </w:p>
    <w:p>
      <w:pPr>
        <w:jc w:val="right"/>
      </w:pPr>
      <w:r>
        <w:t>باقی لوگ تھے، سبجیکٹ تھے، رعایا تھی۔</w:t>
      </w:r>
    </w:p>
    <w:p>
      <w:r>
        <w:rPr>
          <w:b/>
        </w:rPr>
        <w:t xml:space="preserve">[12:37] </w:t>
      </w:r>
      <w:r>
        <w:t>lekin yeh daur kahan se shuru hua? Is daur ki beginning islam ke daur mein hui.</w:t>
      </w:r>
    </w:p>
    <w:p>
      <w:pPr>
        <w:jc w:val="right"/>
      </w:pPr>
      <w:r>
        <w:t>لیکن یہ دور کہاں سے شروع ہوا؟ اس دور کی بگننگ اسلام کے دور میں ہوئی۔</w:t>
      </w:r>
    </w:p>
    <w:p>
      <w:r>
        <w:rPr>
          <w:b/>
        </w:rPr>
        <w:t xml:space="preserve">[12:43] </w:t>
      </w:r>
      <w:r>
        <w:t>dekhen, saatveen sadi isvi mein Hazrat Umar khaleefa they, doosre khaleefa.</w:t>
      </w:r>
    </w:p>
    <w:p>
      <w:pPr>
        <w:jc w:val="right"/>
      </w:pPr>
      <w:r>
        <w:t>دیکھیں، ساتویں صدی عیسوی میں حضرت عمر خلیفہ تھے، دوسرے خلیفہ۔</w:t>
      </w:r>
    </w:p>
    <w:p>
      <w:r>
        <w:rPr>
          <w:b/>
        </w:rPr>
        <w:t xml:space="preserve">[12:49] </w:t>
      </w:r>
      <w:r>
        <w:t>un ke zamane mein misr jo tha, misr islami saltanat mein shamil tha, shamil ho chuka tha.</w:t>
      </w:r>
    </w:p>
    <w:p>
      <w:pPr>
        <w:jc w:val="right"/>
      </w:pPr>
      <w:r>
        <w:t>ان کے زمانے میں مصر جو تھا، مصر اسلامی سلطنت میں شامل تھا، شامل ہو چکا تھا۔</w:t>
      </w:r>
    </w:p>
    <w:p>
      <w:r>
        <w:rPr>
          <w:b/>
        </w:rPr>
        <w:t xml:space="preserve">[12:55] </w:t>
      </w:r>
      <w:r>
        <w:t>to misr mein ek ghode daud hui.</w:t>
      </w:r>
    </w:p>
    <w:p>
      <w:pPr>
        <w:jc w:val="right"/>
      </w:pPr>
      <w:r>
        <w:t>تو مصر میں ایک گھڑ دوڑ ہوئی۔</w:t>
      </w:r>
    </w:p>
    <w:p>
      <w:r>
        <w:rPr>
          <w:b/>
        </w:rPr>
        <w:t xml:space="preserve">[13:01] </w:t>
      </w:r>
      <w:r>
        <w:t>wahan par jo islam, islami khaleefa ki taraf se jo governor they, woh they Amr bin al-Aas.</w:t>
      </w:r>
    </w:p>
    <w:p>
      <w:pPr>
        <w:jc w:val="right"/>
      </w:pPr>
      <w:r>
        <w:t>وہاں پر جو اسلام، اسلامی خلیفہ کی طرف سے جو گورنر تھے، وہ تھے عمر بن العاص۔</w:t>
      </w:r>
    </w:p>
    <w:p>
      <w:r>
        <w:rPr>
          <w:b/>
        </w:rPr>
        <w:t xml:space="preserve">[13:06] </w:t>
      </w:r>
      <w:r>
        <w:t>to gharh dor mein umar bin al aas ke bete aur aik qabti, yaani aik local aadmi ke darmiyan muqabla hua.</w:t>
      </w:r>
    </w:p>
    <w:p>
      <w:pPr>
        <w:jc w:val="right"/>
      </w:pPr>
      <w:r>
        <w:t>تو گھڑ دوڑ میں عمر بن العاص کے بیٹے اور ایک قبطی، یعنی ایک لوکل آدمی کے درمیان مقابلہ ہوا۔</w:t>
      </w:r>
    </w:p>
    <w:p>
      <w:r>
        <w:rPr>
          <w:b/>
        </w:rPr>
        <w:t xml:space="preserve">[13:12] </w:t>
      </w:r>
      <w:r>
        <w:t>to qabti ka ghora aagay barh gaya aur umar bin al aas ka ghora peechay reh gaya.</w:t>
      </w:r>
    </w:p>
    <w:p>
      <w:pPr>
        <w:jc w:val="right"/>
      </w:pPr>
      <w:r>
        <w:t>تو قبطی کا گھوڑا آگے بڑھ گیا اور عمر بن العاص کا گھوڑا پیچھے رہ گیا۔</w:t>
      </w:r>
    </w:p>
    <w:p>
      <w:r>
        <w:rPr>
          <w:b/>
        </w:rPr>
        <w:t xml:space="preserve">[13:18] </w:t>
      </w:r>
      <w:r>
        <w:t>to woh ghussa ho gaye.</w:t>
      </w:r>
    </w:p>
    <w:p>
      <w:pPr>
        <w:jc w:val="right"/>
      </w:pPr>
      <w:r>
        <w:t>تو وہ غصہ ہو گئے۔</w:t>
      </w:r>
    </w:p>
    <w:p>
      <w:r>
        <w:rPr>
          <w:b/>
        </w:rPr>
        <w:t xml:space="preserve">[13:24] </w:t>
      </w:r>
      <w:r>
        <w:t>umar bin al aas jo governor thay wahan misr ke, un ka beta ghussa ho gaya.</w:t>
      </w:r>
    </w:p>
    <w:p>
      <w:pPr>
        <w:jc w:val="right"/>
      </w:pPr>
      <w:r>
        <w:t>عمر بن العاص جو گورنر تھے وہاں مصر کے، ان کا بیٹا غصہ ہو گیا۔</w:t>
      </w:r>
    </w:p>
    <w:p>
      <w:r>
        <w:rPr>
          <w:b/>
        </w:rPr>
        <w:t xml:space="preserve">[13:30] </w:t>
      </w:r>
      <w:r>
        <w:t>us ne koday se mara qabti ko, yaani local ki misri ko.</w:t>
      </w:r>
    </w:p>
    <w:p>
      <w:pPr>
        <w:jc w:val="right"/>
      </w:pPr>
      <w:r>
        <w:t>اس نے کوڑے سے مارا قبطی کو، یعنی لوکل کی مصری کو۔</w:t>
      </w:r>
    </w:p>
    <w:p>
      <w:r>
        <w:rPr>
          <w:b/>
        </w:rPr>
        <w:t xml:space="preserve">[13:36] </w:t>
      </w:r>
      <w:r>
        <w:t>to woh misri misr se chal kar madina aaya, jahan hazrat umar thay.</w:t>
      </w:r>
    </w:p>
    <w:p>
      <w:pPr>
        <w:jc w:val="right"/>
      </w:pPr>
      <w:r>
        <w:t>تو وہ مصری مصر سے چل کر مدینہ آیا، جہاں حضرت عمر تھے۔</w:t>
      </w:r>
    </w:p>
    <w:p>
      <w:r>
        <w:rPr>
          <w:b/>
        </w:rPr>
        <w:t xml:space="preserve">[13:42] </w:t>
      </w:r>
      <w:r>
        <w:t>us ne shikayat ki ke aisa hua.</w:t>
      </w:r>
    </w:p>
    <w:p>
      <w:pPr>
        <w:jc w:val="right"/>
      </w:pPr>
      <w:r>
        <w:t>اس نے شکایت کی کہ ایسا ہوا۔</w:t>
      </w:r>
    </w:p>
    <w:p>
      <w:r>
        <w:rPr>
          <w:b/>
        </w:rPr>
        <w:t xml:space="preserve">[13:48] </w:t>
      </w:r>
      <w:r>
        <w:t>hazrat umar ne aadmi bhej kar ke dono ko bulwaya, yaani umar bin al aas ko bhi aur un</w:t>
      </w:r>
    </w:p>
    <w:p>
      <w:pPr>
        <w:jc w:val="right"/>
      </w:pPr>
      <w:r>
        <w:t>حضرت عمر نے آدمی بھیج کر کے دونوں کو بلوایا، یعنی عمر بن العاص کو بھی اور ان</w:t>
      </w:r>
    </w:p>
    <w:p>
      <w:r>
        <w:rPr>
          <w:b/>
        </w:rPr>
        <w:t xml:space="preserve">[13:54] </w:t>
      </w:r>
      <w:r>
        <w:t>ke bete ko bhi.</w:t>
      </w:r>
    </w:p>
    <w:p>
      <w:pPr>
        <w:jc w:val="right"/>
      </w:pPr>
      <w:r>
        <w:t>کے بیٹے کو بھی۔</w:t>
      </w:r>
    </w:p>
    <w:p>
      <w:r>
        <w:rPr>
          <w:b/>
        </w:rPr>
        <w:t xml:space="preserve">[14:00] </w:t>
      </w:r>
      <w:r>
        <w:t>jab woh madina aa gaye to aap ne us qabti ko koda diya, kaha ke maro un ko,</w:t>
      </w:r>
    </w:p>
    <w:p>
      <w:pPr>
        <w:jc w:val="right"/>
      </w:pPr>
      <w:r>
        <w:t>جب وہ مدینہ آ گئے تو آپ نے اس قبطی کو کوڑا دیا، کہا کہ مارو ان کو،</w:t>
      </w:r>
    </w:p>
    <w:p>
      <w:r>
        <w:rPr>
          <w:b/>
        </w:rPr>
        <w:t xml:space="preserve">[14:05] </w:t>
      </w:r>
      <w:r>
        <w:t>un ke bete ko maro.</w:t>
      </w:r>
    </w:p>
    <w:p>
      <w:pPr>
        <w:jc w:val="right"/>
      </w:pPr>
      <w:r>
        <w:t>ان کے بیٹے کو مارو۔</w:t>
      </w:r>
    </w:p>
    <w:p>
      <w:r>
        <w:rPr>
          <w:b/>
        </w:rPr>
        <w:t xml:space="preserve">[14:11] </w:t>
      </w:r>
      <w:r>
        <w:t>to riwayat mein aata hai ke us ne itna mara itna mara ke woh thak gaya, to chhod</w:t>
      </w:r>
    </w:p>
    <w:p>
      <w:pPr>
        <w:jc w:val="right"/>
      </w:pPr>
      <w:r>
        <w:t>تو روایت میں آتا ہے کہ اس نے اتنا مارا اتنا مارا کہ وہ تھک گیا، تو چھوڑ</w:t>
      </w:r>
    </w:p>
    <w:p>
      <w:r>
        <w:rPr>
          <w:b/>
        </w:rPr>
        <w:t xml:space="preserve">[14:17] </w:t>
      </w:r>
      <w:r>
        <w:t>diya us ne.</w:t>
      </w:r>
    </w:p>
    <w:p>
      <w:pPr>
        <w:jc w:val="right"/>
      </w:pPr>
      <w:r>
        <w:t>دیا اس نے۔</w:t>
      </w:r>
    </w:p>
    <w:p>
      <w:r>
        <w:rPr>
          <w:b/>
        </w:rPr>
        <w:t xml:space="preserve">[14:23] </w:t>
      </w:r>
      <w:r>
        <w:t>to hazrat umar ne kaha un ke bete ko hi maro, un ke baap ko hi maro.</w:t>
      </w:r>
    </w:p>
    <w:p>
      <w:pPr>
        <w:jc w:val="right"/>
      </w:pPr>
      <w:r>
        <w:t>تو حضرت عمر نے کہا ان کے بیٹے کو ہی مارو، ان کے باپ کو ہی مارو۔</w:t>
      </w:r>
    </w:p>
    <w:p>
      <w:r>
        <w:rPr>
          <w:b/>
        </w:rPr>
        <w:t xml:space="preserve">[14:29] </w:t>
      </w:r>
      <w:r>
        <w:t>to unhon ne kaha nahi, mujhe baap se koi matlab nahi, bete se maine intiqam le liya.</w:t>
      </w:r>
    </w:p>
    <w:p>
      <w:pPr>
        <w:jc w:val="right"/>
      </w:pPr>
      <w:r>
        <w:t>تو انہوں نے کہا نہیں، مجھے باپ سے کوئی مطلب نہیں، بیٹے سے میں نے انتقام لے لیا۔</w:t>
      </w:r>
    </w:p>
    <w:p>
      <w:r>
        <w:rPr>
          <w:b/>
        </w:rPr>
        <w:t xml:space="preserve">[14:35] </w:t>
      </w:r>
      <w:r>
        <w:t>us waqt hazrat umar ne jumla kaha tha umar bin al aas ko khitab karte hue ya umar mata</w:t>
      </w:r>
    </w:p>
    <w:p>
      <w:pPr>
        <w:jc w:val="right"/>
      </w:pPr>
      <w:r>
        <w:t>اس وقت حضرت عمر نے جملہ کہا تھا عمر بن العاص کو خطاب کرتے ہوئے يا عمر متى</w:t>
      </w:r>
    </w:p>
    <w:p>
      <w:r>
        <w:rPr>
          <w:b/>
        </w:rPr>
        <w:t xml:space="preserve">[14:41] </w:t>
      </w:r>
      <w:r>
        <w:t>istacbaadta nnaasa waqta wiladatihim ummahatuhum ahraaran.</w:t>
      </w:r>
    </w:p>
    <w:p>
      <w:pPr>
        <w:jc w:val="right"/>
      </w:pPr>
      <w:r>
        <w:t>استعبدت الناس ووقت ولادتهم أمهاتهم أحراراً ۔</w:t>
      </w:r>
    </w:p>
    <w:p>
      <w:r>
        <w:rPr>
          <w:b/>
        </w:rPr>
        <w:t xml:space="preserve">[14:47] </w:t>
      </w:r>
      <w:r>
        <w:t>ae umar, tab kab tum ne tum logon ko ghulam bana liya jabke un ki maon ne un</w:t>
      </w:r>
    </w:p>
    <w:p>
      <w:pPr>
        <w:jc w:val="right"/>
      </w:pPr>
      <w:r>
        <w:t>اے عمر، تب کب تم نے تم لوگوں کو غلام بنا لیا جبکہ ان کی ماؤں نے ان</w:t>
      </w:r>
    </w:p>
    <w:p>
      <w:r>
        <w:rPr>
          <w:b/>
        </w:rPr>
        <w:t xml:space="preserve">[14:53] </w:t>
      </w:r>
      <w:r>
        <w:t>ko azaad jana tha? is ke taqreeban aik hazar saal baad paida hota hai russo, france mein, jo</w:t>
      </w:r>
    </w:p>
    <w:p>
      <w:pPr>
        <w:jc w:val="right"/>
      </w:pPr>
      <w:r>
        <w:t>کو آزاد جنا تھا؟ اس کے تقریباً ایک ہزار سال بعد پیدا ہوتا ہے روسو، فرانس میں، جو</w:t>
      </w:r>
    </w:p>
    <w:p>
      <w:r>
        <w:rPr>
          <w:b/>
        </w:rPr>
        <w:t xml:space="preserve">[14:59] </w:t>
      </w:r>
      <w:r>
        <w:t>political philosopher tha.</w:t>
      </w:r>
    </w:p>
    <w:p>
      <w:pPr>
        <w:jc w:val="right"/>
      </w:pPr>
      <w:r>
        <w:t>پولیٹیکل فلاسفر تھا۔</w:t>
      </w:r>
    </w:p>
    <w:p>
      <w:r>
        <w:rPr>
          <w:b/>
        </w:rPr>
        <w:t xml:space="preserve">[15:05] </w:t>
      </w:r>
      <w:r>
        <w:t>us ki aik mashhoor kitaab hai "Social Contract".</w:t>
      </w:r>
    </w:p>
    <w:p>
      <w:pPr>
        <w:jc w:val="right"/>
      </w:pPr>
      <w:r>
        <w:t>اس کی ایک مشہور کتاب ہے "Social Contract"۔</w:t>
      </w:r>
    </w:p>
    <w:p>
      <w:r>
        <w:rPr>
          <w:b/>
        </w:rPr>
        <w:t xml:space="preserve">[15:10] </w:t>
      </w:r>
      <w:r>
        <w:t>aap "Social Contract" ko parhiye, is ka pehla jumla yahi hai, pehla jumla "Man was born free, but</w:t>
      </w:r>
    </w:p>
    <w:p>
      <w:pPr>
        <w:jc w:val="right"/>
      </w:pPr>
      <w:r>
        <w:t>آپ "Social Contract" کو پڑھئے، اس کا پہلا جملہ یہی ہے، پہلا جملہ "Man was born free, but</w:t>
      </w:r>
    </w:p>
    <w:p>
      <w:r>
        <w:rPr>
          <w:b/>
        </w:rPr>
        <w:t xml:space="preserve">[15:16] </w:t>
      </w:r>
      <w:r>
        <w:t>I see him in chains" .</w:t>
      </w:r>
    </w:p>
    <w:p>
      <w:pPr>
        <w:jc w:val="right"/>
      </w:pPr>
      <w:r>
        <w:t>I see him in chains" ۔</w:t>
      </w:r>
    </w:p>
    <w:p>
      <w:r>
        <w:rPr>
          <w:b/>
        </w:rPr>
        <w:t xml:space="preserve">[15:22] </w:t>
      </w:r>
      <w:r>
        <w:t>yeh goya hazrat umar ke qaul ka isi ko dohraya us ne.</w:t>
      </w:r>
    </w:p>
    <w:p>
      <w:pPr>
        <w:jc w:val="right"/>
      </w:pPr>
      <w:r>
        <w:t>یہ گویا حضرت عمر کے قول کا اسی کو دہرایا اس نے۔</w:t>
      </w:r>
    </w:p>
    <w:p>
      <w:r>
        <w:rPr>
          <w:b/>
        </w:rPr>
        <w:t xml:space="preserve">[15:28] </w:t>
      </w:r>
      <w:r>
        <w:t>is ka maani hai ke aap is position mein hain ke aap yeh keh saken ke jamhoori inqilab</w:t>
      </w:r>
    </w:p>
    <w:p>
      <w:pPr>
        <w:jc w:val="right"/>
      </w:pPr>
      <w:r>
        <w:t>اس کا معنی ہے کہ آپ اس پوزیشن میں ہیں کہ آپ یہ کہہ سکیں کہ جمہوری انقلاب</w:t>
      </w:r>
    </w:p>
    <w:p>
      <w:r>
        <w:rPr>
          <w:b/>
        </w:rPr>
        <w:t xml:space="preserve">[15:34] </w:t>
      </w:r>
      <w:r>
        <w:t>jo aya hai, wo hamari tareekh ka hissa hai.</w:t>
      </w:r>
    </w:p>
    <w:p>
      <w:pPr>
        <w:jc w:val="right"/>
      </w:pPr>
      <w:r>
        <w:t>جو آیا ہے، وہ ہماری تاریخ کا حصہ ہے۔</w:t>
      </w:r>
    </w:p>
    <w:p>
      <w:r>
        <w:rPr>
          <w:b/>
        </w:rPr>
        <w:t xml:space="preserve">[15:40] </w:t>
      </w:r>
      <w:r>
        <w:t>jo tareekh shuru hui thi hazrat umar ke zamanay mein, aur phir chalti rahi, chalti rahi, chalti rahi,</w:t>
      </w:r>
    </w:p>
    <w:p>
      <w:pPr>
        <w:jc w:val="right"/>
      </w:pPr>
      <w:r>
        <w:t>جو تاریخ شروع ہوئی تھی حضرت عمر کے زمانے میں، اور پھر چلتی رہی، چلتی رہی، چلتی رہی،</w:t>
      </w:r>
    </w:p>
    <w:p>
      <w:r>
        <w:rPr>
          <w:b/>
        </w:rPr>
        <w:t xml:space="preserve">[15:46] </w:t>
      </w:r>
      <w:r>
        <w:t>is ka hissa hai "French Revolution" . jamhoori inqilab.</w:t>
      </w:r>
    </w:p>
    <w:p>
      <w:pPr>
        <w:jc w:val="right"/>
      </w:pPr>
      <w:r>
        <w:t>اس کا حصہ ہے "French Revolution"۔ جمہوری انقلاب۔</w:t>
      </w:r>
    </w:p>
    <w:p>
      <w:r>
        <w:rPr>
          <w:b/>
        </w:rPr>
        <w:t xml:space="preserve">[15:52] </w:t>
      </w:r>
      <w:r>
        <w:t>kaisi ajeeb concept hai jo rasool ALLAH ne diya hum ko ke poori tareekh ko apna hissa samjh</w:t>
      </w:r>
    </w:p>
    <w:p>
      <w:pPr>
        <w:jc w:val="right"/>
      </w:pPr>
      <w:r>
        <w:t>کیسی عجیب کانسیپٹ ہے جو رسول اللہ نے دیا ہم کو کہ پوری تاریخ کو اپنا حصہ سمجھ</w:t>
      </w:r>
    </w:p>
    <w:p>
      <w:r>
        <w:rPr>
          <w:b/>
        </w:rPr>
        <w:t xml:space="preserve">[15:58] </w:t>
      </w:r>
      <w:r>
        <w:t>lo, apna hissa bana lo.</w:t>
      </w:r>
    </w:p>
    <w:p>
      <w:pPr>
        <w:jc w:val="right"/>
      </w:pPr>
      <w:r>
        <w:t>لو، اپنا حصہ بنا لو۔</w:t>
      </w:r>
    </w:p>
    <w:p>
      <w:r>
        <w:rPr>
          <w:b/>
        </w:rPr>
        <w:t xml:space="preserve">[16:04] </w:t>
      </w:r>
      <w:r>
        <w:t>koi rivalry nahi, koi dushmani nahi, koi raqib nahi.</w:t>
      </w:r>
    </w:p>
    <w:p>
      <w:pPr>
        <w:jc w:val="right"/>
      </w:pPr>
      <w:r>
        <w:t>کوئی رائیولری نہیں، کوئی دشمنی نہیں، کوئی رقیب نہیں۔</w:t>
      </w:r>
    </w:p>
    <w:p>
      <w:r>
        <w:rPr>
          <w:b/>
        </w:rPr>
        <w:t xml:space="preserve">[16:10] </w:t>
      </w:r>
      <w:r>
        <w:t>sab tumharay supporter hain, sab tumharay supporter hain.</w:t>
      </w:r>
    </w:p>
    <w:p>
      <w:pPr>
        <w:jc w:val="right"/>
      </w:pPr>
      <w:r>
        <w:t>سب تمہارے سپورٹر ہیں، سب تمہارے سپورٹر ہیں۔</w:t>
      </w:r>
    </w:p>
    <w:p>
      <w:r>
        <w:rPr>
          <w:b/>
        </w:rPr>
        <w:t xml:space="preserve">[16:15] </w:t>
      </w:r>
      <w:r>
        <w:t>to jab yeh zehn agar hoga hamare andar, to hum bilkul, yani bohat hi positive thinking aajayegi hamare andar.</w:t>
      </w:r>
    </w:p>
    <w:p>
      <w:pPr>
        <w:jc w:val="right"/>
      </w:pPr>
      <w:r>
        <w:t>تو جب یہ ذہن اگر ہوگا ہمارے اندر، تو ہم بالکل، یعنی بہت ہی پازیٹیو تھنکنگ آجائے گی ہمارے اندر۔</w:t>
      </w:r>
    </w:p>
    <w:p>
      <w:r>
        <w:rPr>
          <w:b/>
        </w:rPr>
        <w:t xml:space="preserve">[16:21] </w:t>
      </w:r>
      <w:r>
        <w:t>phir har cheez hamein dikhai gayi, di gayi ke hamari har cheez hamare dost hai, har cheez hamare</w:t>
      </w:r>
    </w:p>
    <w:p>
      <w:pPr>
        <w:jc w:val="right"/>
      </w:pPr>
      <w:r>
        <w:t>پھر ہر چیز ہمیں دکھائی گئی، دی گئی کہ ہماری ہر چیز ہمارے دوست ہے، ہر چیز ہمارے</w:t>
      </w:r>
    </w:p>
    <w:p>
      <w:r>
        <w:rPr>
          <w:b/>
        </w:rPr>
        <w:t xml:space="preserve">[16:27] </w:t>
      </w:r>
      <w:r>
        <w:t>kaam ki hai, har cheez hamari taeed ke liye hai.</w:t>
      </w:r>
    </w:p>
    <w:p>
      <w:pPr>
        <w:jc w:val="right"/>
      </w:pPr>
      <w:r>
        <w:t>کام کی ہے، ہر چیز ہماری تائید کے لیے ہے۔</w:t>
      </w:r>
    </w:p>
    <w:p>
      <w:r>
        <w:rPr>
          <w:b/>
        </w:rPr>
        <w:t xml:space="preserve">[16:33] </w:t>
      </w:r>
      <w:r>
        <w:t>isi liye dekhen, is zamanay mein musalman ka jo asal mission hai, dawat ALLAH, wo ruka hua hai.</w:t>
      </w:r>
    </w:p>
    <w:p>
      <w:pPr>
        <w:jc w:val="right"/>
      </w:pPr>
      <w:r>
        <w:t>اسی لیے دیکھیں، اس زمانے میں مسلمان کا جو اصل مشن ہے، دعوت اللہ، وہ رکا ہوا ہے۔</w:t>
      </w:r>
    </w:p>
    <w:p>
      <w:r>
        <w:rPr>
          <w:b/>
        </w:rPr>
        <w:t xml:space="preserve">[16:39] </w:t>
      </w:r>
      <w:r>
        <w:t>kyun? dawat ALLAH ka kaam chahta hai ke doosron ko aap apna dost samjhen.</w:t>
      </w:r>
    </w:p>
    <w:p>
      <w:pPr>
        <w:jc w:val="right"/>
      </w:pPr>
      <w:r>
        <w:t>کیوں؟ دعوت اللہ کا کام چاہتا ہے کہ دوسروں کو آپ اپنا دوست سمجھیں۔</w:t>
      </w:r>
    </w:p>
    <w:p>
      <w:r>
        <w:rPr>
          <w:b/>
        </w:rPr>
        <w:t xml:space="preserve">[16:45] </w:t>
      </w:r>
      <w:r>
        <w:t>quran mein hai ke INNI LAKUM NASIRUN .</w:t>
      </w:r>
    </w:p>
    <w:p>
      <w:pPr>
        <w:jc w:val="right"/>
      </w:pPr>
      <w:r>
        <w:t>قرآن میں ہے کہ إِنَّي لَكُمْ نَاصِرٌ ۔</w:t>
      </w:r>
    </w:p>
    <w:p>
      <w:r>
        <w:rPr>
          <w:b/>
        </w:rPr>
        <w:t xml:space="preserve">[16:51] </w:t>
      </w:r>
      <w:r>
        <w:t>mein tumhara khair khwah hoon, mein tumhara khair khwah hoon.</w:t>
      </w:r>
    </w:p>
    <w:p>
      <w:pPr>
        <w:jc w:val="right"/>
      </w:pPr>
      <w:r>
        <w:t>میں تمہارا خیر خواہ ہوں، میں تمہارا خیر خواہ ہوں۔</w:t>
      </w:r>
    </w:p>
    <w:p>
      <w:r>
        <w:rPr>
          <w:b/>
        </w:rPr>
        <w:t xml:space="preserve">[16:57] </w:t>
      </w:r>
      <w:r>
        <w:t>to dawat ka kaam hota hai is tasawwur par ke doosron ka ke aap khair khwah banen, doosron</w:t>
      </w:r>
    </w:p>
    <w:p>
      <w:pPr>
        <w:jc w:val="right"/>
      </w:pPr>
      <w:r>
        <w:t>تو دعوت کا کام ہوتا ہے اس تصور پر کہ دوسروں کا کہ آپ خیر خواہ بنیں، دوسروں</w:t>
      </w:r>
    </w:p>
    <w:p>
      <w:r>
        <w:rPr>
          <w:b/>
        </w:rPr>
        <w:t xml:space="preserve">[17:03] </w:t>
      </w:r>
      <w:r>
        <w:t>ko aap sachai pohanchana chahen, doosron ko aap jannat ka rasta dikhana chahen.</w:t>
      </w:r>
    </w:p>
    <w:p>
      <w:pPr>
        <w:jc w:val="right"/>
      </w:pPr>
      <w:r>
        <w:t>کو آپ سچائی پہنچانا چاہیں، دوسروں کو آپ جنت کا راستہ دکھانا چاہیں۔</w:t>
      </w:r>
    </w:p>
    <w:p>
      <w:r>
        <w:rPr>
          <w:b/>
        </w:rPr>
        <w:t xml:space="preserve">[17:09] </w:t>
      </w:r>
      <w:r>
        <w:t>to jab aap doosron ko apne dushman samajh lenge to yeh jazba kyun aayega? jaise business</w:t>
      </w:r>
    </w:p>
    <w:p>
      <w:pPr>
        <w:jc w:val="right"/>
      </w:pPr>
      <w:r>
        <w:t>تو جب آپ دوسروں کو اپنے دشمن سمجھ لیں گے تو یہ جذبہ کیوں آئے گا؟ جیسے بزنس</w:t>
      </w:r>
    </w:p>
    <w:p>
      <w:r>
        <w:rPr>
          <w:b/>
        </w:rPr>
        <w:t xml:space="preserve">[17:14] </w:t>
      </w:r>
      <w:r>
        <w:t>mein aap jante hain ke nazariya hai ke businessman us ko kehte hain "Customer Friendly Behavior".</w:t>
      </w:r>
    </w:p>
    <w:p>
      <w:pPr>
        <w:jc w:val="right"/>
      </w:pPr>
      <w:r>
        <w:t>میں آپ جانتے ہیں کہ نظریہ ہے کہ بزنس مین اس کو کہتے ہیں "Customer Friendly Behavior"۔</w:t>
      </w:r>
    </w:p>
    <w:p>
      <w:r>
        <w:rPr>
          <w:b/>
        </w:rPr>
        <w:t xml:space="preserve">[17:20] </w:t>
      </w:r>
      <w:r>
        <w:t>yani khareedar ko wo apna apna dost samajhta hai.</w:t>
      </w:r>
    </w:p>
    <w:p>
      <w:pPr>
        <w:jc w:val="right"/>
      </w:pPr>
      <w:r>
        <w:t>یعنی خریدار کو وہ اپنا اپنا دوست سمجھتا ہے۔</w:t>
      </w:r>
    </w:p>
    <w:p>
      <w:r>
        <w:rPr>
          <w:b/>
        </w:rPr>
        <w:t xml:space="preserve">[17:26] </w:t>
      </w:r>
      <w:r>
        <w:t>"Customer Friendly Behavior".</w:t>
      </w:r>
    </w:p>
    <w:p>
      <w:pPr>
        <w:jc w:val="right"/>
      </w:pPr>
      <w:r>
        <w:t>"Customer Friendly Behavior"۔</w:t>
      </w:r>
    </w:p>
    <w:p>
      <w:r>
        <w:rPr>
          <w:b/>
        </w:rPr>
        <w:t xml:space="preserve">[17:32] </w:t>
      </w:r>
      <w:r>
        <w:t>to agar aap ko wo islam ka jo sacha tasawwur hai, wo aap ke mind mein aaye to</w:t>
      </w:r>
    </w:p>
    <w:p>
      <w:pPr>
        <w:jc w:val="right"/>
      </w:pPr>
      <w:r>
        <w:t>تو اگر آپ کو وہ اسلام کا جو سچا تصور ہے، وہ آپ کے مائنڈ میں آئے تو</w:t>
      </w:r>
    </w:p>
    <w:p>
      <w:r>
        <w:rPr>
          <w:b/>
        </w:rPr>
        <w:t xml:space="preserve">[17:38] </w:t>
      </w:r>
      <w:r>
        <w:t>aap ke andar madu friendly tasawwur aayega, insan friendly tasawwur aayega.</w:t>
      </w:r>
    </w:p>
    <w:p>
      <w:pPr>
        <w:jc w:val="right"/>
      </w:pPr>
      <w:r>
        <w:t>آپ کے اندر مدعو فرینڈلی تصور آئے گا، انسان فرینڈلی تصور آئے گا۔</w:t>
      </w:r>
    </w:p>
    <w:p>
      <w:r>
        <w:rPr>
          <w:b/>
        </w:rPr>
        <w:t xml:space="preserve">[17:44] </w:t>
      </w:r>
      <w:r>
        <w:t>jab insan friendly tasawwur aayega, tab hi aap dawat ALLAH ka kaam karenge, tab hi aap</w:t>
      </w:r>
    </w:p>
    <w:p>
      <w:pPr>
        <w:jc w:val="right"/>
      </w:pPr>
      <w:r>
        <w:t>جب انسان فرینڈلی تصور آئے گا، تب ہی آپ دعوت اللہ کا کام کریں گے، تب ہی آپ</w:t>
      </w:r>
    </w:p>
    <w:p>
      <w:r>
        <w:rPr>
          <w:b/>
        </w:rPr>
        <w:t xml:space="preserve">[17:50] </w:t>
      </w:r>
      <w:r>
        <w:t>dawat ALLAH ka kaam karenge.</w:t>
      </w:r>
    </w:p>
    <w:p>
      <w:pPr>
        <w:jc w:val="right"/>
      </w:pPr>
      <w:r>
        <w:t>دعوت اللہ کا کام کریں گے۔</w:t>
      </w:r>
    </w:p>
    <w:p>
      <w:r>
        <w:rPr>
          <w:b/>
        </w:rPr>
        <w:t xml:space="preserve">[17:56] </w:t>
      </w:r>
      <w:r>
        <w:t>warna dawat ALLAH ka kaam jab thap ho jayega ke aap kahenge jaen bhaad mein, jaen</w:t>
      </w:r>
    </w:p>
    <w:p>
      <w:pPr>
        <w:jc w:val="right"/>
      </w:pPr>
      <w:r>
        <w:t>ورنہ دعوت اللہ کا کام جب ٹھپ ہو جائے گا کہ آپ کہیں گے جائیں بھاڑ میں، جائیں</w:t>
      </w:r>
    </w:p>
    <w:p>
      <w:r>
        <w:rPr>
          <w:b/>
        </w:rPr>
        <w:t xml:space="preserve">[18:02] </w:t>
      </w:r>
      <w:r>
        <w:t>jahannam mein, hum se kya matlab hai? ek martaba mein ek ek juloos ja raha tha, us ka</w:t>
      </w:r>
    </w:p>
    <w:p>
      <w:pPr>
        <w:jc w:val="right"/>
      </w:pPr>
      <w:r>
        <w:t>جہنم میں، ہم سے کیا مطلب ہے؟ ایک مرتبہ میں ایک ایک جلوس جا رہا تھا، اس کا</w:t>
      </w:r>
    </w:p>
    <w:p>
      <w:r>
        <w:rPr>
          <w:b/>
        </w:rPr>
        <w:t xml:space="preserve">[18:08] </w:t>
      </w:r>
      <w:r>
        <w:t>ek janaze ka, woh muslim nahi tha, woh ghair muslim.</w:t>
      </w:r>
    </w:p>
    <w:p>
      <w:pPr>
        <w:jc w:val="right"/>
      </w:pPr>
      <w:r>
        <w:t>ایک جنازے کا، وہ مسلم نہیں تھا، وہ غیر مسلم۔</w:t>
      </w:r>
    </w:p>
    <w:p>
      <w:r>
        <w:rPr>
          <w:b/>
        </w:rPr>
        <w:t xml:space="preserve">[18:14] </w:t>
      </w:r>
      <w:r>
        <w:t>to maine dekha kuch musalman wahan thay, un ko jab maloom hua ke ghair muslim ka janaze</w:t>
      </w:r>
    </w:p>
    <w:p>
      <w:pPr>
        <w:jc w:val="right"/>
      </w:pPr>
      <w:r>
        <w:t>تو میں نے دیکھا کچھ مسلمان وہاں تھے، ان کو جب معلوم ہوا کہ غیر مسلم کا جنازے</w:t>
      </w:r>
    </w:p>
    <w:p>
      <w:r>
        <w:rPr>
          <w:b/>
        </w:rPr>
        <w:t xml:space="preserve">[18:19] </w:t>
      </w:r>
      <w:r>
        <w:t>ka juloos hai to unhon ne kaha finnaroha sakhar.</w:t>
      </w:r>
    </w:p>
    <w:p>
      <w:pPr>
        <w:jc w:val="right"/>
      </w:pPr>
      <w:r>
        <w:t>کا جلوس ہے تو انہوں نے کہا فِنَّارِهَا صَخَرٌ ۔</w:t>
      </w:r>
    </w:p>
    <w:p>
      <w:r>
        <w:rPr>
          <w:b/>
        </w:rPr>
        <w:t xml:space="preserve">[18:25] </w:t>
      </w:r>
      <w:r>
        <w:t>to ab jab aap ka zehan yeh ho ke finnaroha sakhar.</w:t>
      </w:r>
    </w:p>
    <w:p>
      <w:pPr>
        <w:jc w:val="right"/>
      </w:pPr>
      <w:r>
        <w:t>تو اب جب آپ کا ذہن یہ ہو کہ فِنَّارِهَا صَخَرٌ ۔</w:t>
      </w:r>
    </w:p>
    <w:p>
      <w:r>
        <w:rPr>
          <w:b/>
        </w:rPr>
        <w:t xml:space="preserve">[18:31] </w:t>
      </w:r>
      <w:r>
        <w:t>to aap dawat kyun den ge? aise hi waqia pesh aaya madine mein.</w:t>
      </w:r>
    </w:p>
    <w:p>
      <w:pPr>
        <w:jc w:val="right"/>
      </w:pPr>
      <w:r>
        <w:t>تو آپ دعوت کیوں دیں گے؟ ایسے ہی واقعہ پیش آیا مدینے میں۔</w:t>
      </w:r>
    </w:p>
    <w:p>
      <w:r>
        <w:rPr>
          <w:b/>
        </w:rPr>
        <w:t xml:space="preserve">[18:37] </w:t>
      </w:r>
      <w:r>
        <w:t>rasool Allah madine mein ek maqam par bethe hue thay to ek janaza guzra, aap us ki rasam</w:t>
      </w:r>
    </w:p>
    <w:p>
      <w:pPr>
        <w:jc w:val="right"/>
      </w:pPr>
      <w:r>
        <w:t>رسول اللہ مدینے میں ایک مقام پر بیٹھے ہوئے تھے تو ایک جنازہ گزرا، آپ اس کی رسم</w:t>
      </w:r>
    </w:p>
    <w:p>
      <w:r>
        <w:rPr>
          <w:b/>
        </w:rPr>
        <w:t xml:space="preserve">[18:43] </w:t>
      </w:r>
      <w:r>
        <w:t>ke liye khare ho gaye.</w:t>
      </w:r>
    </w:p>
    <w:p>
      <w:pPr>
        <w:jc w:val="right"/>
      </w:pPr>
      <w:r>
        <w:t>کے لیے کھڑے ہو گئے۔</w:t>
      </w:r>
    </w:p>
    <w:p>
      <w:r>
        <w:rPr>
          <w:b/>
        </w:rPr>
        <w:t xml:space="preserve">[18:49] </w:t>
      </w:r>
      <w:r>
        <w:t>yeh waqia bukhari mein maujood hai.</w:t>
      </w:r>
    </w:p>
    <w:p>
      <w:pPr>
        <w:jc w:val="right"/>
      </w:pPr>
      <w:r>
        <w:t>یہ واقعہ بخاری میں موجود ہے۔</w:t>
      </w:r>
    </w:p>
    <w:p>
      <w:r>
        <w:rPr>
          <w:b/>
        </w:rPr>
        <w:t xml:space="preserve">[18:55] </w:t>
      </w:r>
      <w:r>
        <w:t>to kisi ne kaha ke rasool Allah, yeh to yahoodi ka janaza tha.</w:t>
      </w:r>
    </w:p>
    <w:p>
      <w:pPr>
        <w:jc w:val="right"/>
      </w:pPr>
      <w:r>
        <w:t>تو کسی نے کہا کہ رسول اللہ، یہ تو یہودی کا جنازہ تھا۔</w:t>
      </w:r>
    </w:p>
    <w:p>
      <w:r>
        <w:rPr>
          <w:b/>
        </w:rPr>
        <w:t xml:space="preserve">[19:01] </w:t>
      </w:r>
      <w:r>
        <w:t>تو رسول اللہ نے کیا کہا؟ عَلَيْهِ الْسَّوْد نَفْسًا It was not a human being.</w:t>
      </w:r>
    </w:p>
    <w:p>
      <w:pPr>
        <w:jc w:val="right"/>
      </w:pPr>
      <w:r>
        <w:t>تو رسول اللہ نے کیا کہا؟ عَلَيْهِ الْسَّوْد نَفْسًا وَازْهِ نَاٹْ اَ ہیومَن بِيِّنگ ۔</w:t>
      </w:r>
    </w:p>
    <w:p>
      <w:r>
        <w:rPr>
          <w:b/>
        </w:rPr>
        <w:t xml:space="preserve">[19:07] </w:t>
      </w:r>
      <w:r>
        <w:t>to jin logon ka zehan yeh ho ke woh finnaroha sakhar.</w:t>
      </w:r>
    </w:p>
    <w:p>
      <w:pPr>
        <w:jc w:val="right"/>
      </w:pPr>
      <w:r>
        <w:t>تو جن لوگوں کا ذہن یہ ہو کہ وہ فِنَّارِهَا صَخَرٌ ۔</w:t>
      </w:r>
    </w:p>
    <w:p>
      <w:r>
        <w:rPr>
          <w:b/>
        </w:rPr>
        <w:t xml:space="preserve">[19:13] </w:t>
      </w:r>
      <w:r>
        <w:t>kehte hon, un ko dekh kar ke to un ka dawat ka maza khatam ho jayega.</w:t>
      </w:r>
    </w:p>
    <w:p>
      <w:pPr>
        <w:jc w:val="right"/>
      </w:pPr>
      <w:r>
        <w:t>کہتے ہوں، ان کو دیکھ کر کے تو ان کا دعوت کا مزہ ختم ہو جائے گا۔</w:t>
      </w:r>
    </w:p>
    <w:p>
      <w:r>
        <w:rPr>
          <w:b/>
        </w:rPr>
        <w:t xml:space="preserve">[19:18] </w:t>
      </w:r>
      <w:r>
        <w:t>رسول اللہ نے جب کہا کہ عَلَيْهِ الْسَّوْد نَفْسًا وَازْهِ not a human being.</w:t>
      </w:r>
    </w:p>
    <w:p>
      <w:pPr>
        <w:jc w:val="right"/>
      </w:pPr>
      <w:r>
        <w:t>رسول اللہ نے جب کہا کہ عَلَيْهِ الْسَّوْد نَفْسًا وَازْهِ نَاٹْ اَ هيومَن بِيِّنگ ۔</w:t>
      </w:r>
    </w:p>
    <w:p>
      <w:r>
        <w:rPr>
          <w:b/>
        </w:rPr>
        <w:t xml:space="preserve">[19:24] </w:t>
      </w:r>
      <w:r>
        <w:t>to aap ke andar dawat ka jazba aayega ke un ko Allah ka banda banayein, un ko</w:t>
      </w:r>
    </w:p>
    <w:p>
      <w:pPr>
        <w:jc w:val="right"/>
      </w:pPr>
      <w:r>
        <w:t>تو آپ کے اندر دعوت کا جذبہ آئے گا کہ ان کو اللہ کا بندہ بنائیں، ان کو</w:t>
      </w:r>
    </w:p>
    <w:p>
      <w:r>
        <w:rPr>
          <w:b/>
        </w:rPr>
        <w:t xml:space="preserve">[19:30] </w:t>
      </w:r>
      <w:r>
        <w:t>jannat ka rasta dikhayein, un ki taraqqi ka rasta dikhayein, un ko quran pahunchayein.</w:t>
      </w:r>
    </w:p>
    <w:p>
      <w:pPr>
        <w:jc w:val="right"/>
      </w:pPr>
      <w:r>
        <w:t>جنت کا راستہ دکھائیں، ان کی ترقی کا راستہ دکھائیں، ان کو قرآن پہنچائیں۔</w:t>
      </w:r>
    </w:p>
    <w:p>
      <w:r>
        <w:rPr>
          <w:b/>
        </w:rPr>
        <w:t xml:space="preserve">[19:36] </w:t>
      </w:r>
      <w:r>
        <w:t>aaj kal dekhein, quran ko logon ko pahunchane ka zehan bilkul nahi hai.</w:t>
      </w:r>
    </w:p>
    <w:p>
      <w:pPr>
        <w:jc w:val="right"/>
      </w:pPr>
      <w:r>
        <w:t>آج کل دیکھیں، قرآن کو لوگوں کو پہنچانے کا ذہن بالکل نہیں ہے۔</w:t>
      </w:r>
    </w:p>
    <w:p>
      <w:r>
        <w:rPr>
          <w:b/>
        </w:rPr>
        <w:t xml:space="preserve">[19:42] </w:t>
      </w:r>
      <w:r>
        <w:t>log samajhte hain ke is mein to quran ki be-hurmati hogi.</w:t>
      </w:r>
    </w:p>
    <w:p>
      <w:pPr>
        <w:jc w:val="right"/>
      </w:pPr>
      <w:r>
        <w:t>لوگ سمجھتے ہیں کہ اس میں تو قرآن کی بے حرمتی ہوگی۔</w:t>
      </w:r>
    </w:p>
    <w:p>
      <w:r>
        <w:rPr>
          <w:b/>
        </w:rPr>
        <w:t xml:space="preserve">[19:48] </w:t>
      </w:r>
      <w:r>
        <w:t>yani logon ke andar chounke insaan ko dushman samjhe hue hain, insaan ko dushman samjhe hue hain, apne</w:t>
      </w:r>
    </w:p>
    <w:p>
      <w:pPr>
        <w:jc w:val="right"/>
      </w:pPr>
      <w:r>
        <w:t>یعنی لوگوں کے اندر چونکہ انسان کو دشمن سمجھے ہوئے ہیں، انسان کو دشمن سمجھے ہوئے ہیں، اپنے</w:t>
      </w:r>
    </w:p>
    <w:p>
      <w:r>
        <w:rPr>
          <w:b/>
        </w:rPr>
        <w:t xml:space="preserve">[19:54] </w:t>
      </w:r>
      <w:r>
        <w:t>insaan ko apna dost nahi samajhte, to kuch bhi jazba nahi ke quran ko pahunchayein, un ki zuban</w:t>
      </w:r>
    </w:p>
    <w:p>
      <w:pPr>
        <w:jc w:val="right"/>
      </w:pPr>
      <w:r>
        <w:t>انسان کو اپنا دوست نہیں سمجھتے، تو کچھ بھی جذبہ نہیں کہ قرآن کو پہنچائیں، ان کی زبان</w:t>
      </w:r>
    </w:p>
    <w:p>
      <w:r>
        <w:rPr>
          <w:b/>
        </w:rPr>
        <w:t xml:space="preserve">[20:00] </w:t>
      </w:r>
      <w:r>
        <w:t>mein tarjuma karein.</w:t>
      </w:r>
    </w:p>
    <w:p>
      <w:pPr>
        <w:jc w:val="right"/>
      </w:pPr>
      <w:r>
        <w:t>میں ترجمہ کریں۔</w:t>
      </w:r>
    </w:p>
    <w:p>
      <w:r>
        <w:rPr>
          <w:b/>
        </w:rPr>
        <w:t xml:space="preserve">[20:06] </w:t>
      </w:r>
      <w:r>
        <w:t>kaisi ajeeb baat hai, kaisi ajeeb baat hai.</w:t>
      </w:r>
    </w:p>
    <w:p>
      <w:pPr>
        <w:jc w:val="right"/>
      </w:pPr>
      <w:r>
        <w:t>کیسی عجیب بات ہے، کیسی عجیب بات ہے۔</w:t>
      </w:r>
    </w:p>
    <w:p>
      <w:r>
        <w:rPr>
          <w:b/>
        </w:rPr>
        <w:t xml:space="preserve">[20:12] </w:t>
      </w:r>
      <w:r>
        <w:t>to yeh bohat hi jar ki baat hai ke aap jo, yani Islam ne jo history mein jo</w:t>
      </w:r>
    </w:p>
    <w:p>
      <w:pPr>
        <w:jc w:val="right"/>
      </w:pPr>
      <w:r>
        <w:t>تو یہ بہت ہی جڑ کی بات ہے کہ آپ جو، یعنی اسلام نے جو ہسٹری میں جو</w:t>
      </w:r>
    </w:p>
    <w:p>
      <w:r>
        <w:rPr>
          <w:b/>
        </w:rPr>
        <w:t xml:space="preserve">[20:18] </w:t>
      </w:r>
      <w:r>
        <w:t>change paida kiya hai, jo equation badla hai, yani dushman aur dost ka equation badal kar ke dost</w:t>
      </w:r>
    </w:p>
    <w:p>
      <w:pPr>
        <w:jc w:val="right"/>
      </w:pPr>
      <w:r>
        <w:t>چینج پیدا کیا ہے، جو ایکویشن بدلا ہے، یعنی دشمن اور دوست کا ایکویشن بدل کر کے دوست</w:t>
      </w:r>
    </w:p>
    <w:p>
      <w:r>
        <w:rPr>
          <w:b/>
        </w:rPr>
        <w:t xml:space="preserve">[20:23] </w:t>
      </w:r>
      <w:r>
        <w:t>aur mu'eed ka equation badla hai tareekh mein Islam.</w:t>
      </w:r>
    </w:p>
    <w:p>
      <w:pPr>
        <w:jc w:val="right"/>
      </w:pPr>
      <w:r>
        <w:t>اور معید کا ایکویشن بدلا ہے تاریخ میں اسلام۔</w:t>
      </w:r>
    </w:p>
    <w:p>
      <w:r>
        <w:rPr>
          <w:b/>
        </w:rPr>
        <w:t xml:space="preserve">[20:29] </w:t>
      </w:r>
      <w:r>
        <w:t>tab ja kar dawat ka jazba aayega, tab ja kar aap duniya mein apna taraqqi kar sakenge.</w:t>
      </w:r>
    </w:p>
    <w:p>
      <w:pPr>
        <w:jc w:val="right"/>
      </w:pPr>
      <w:r>
        <w:t>تب جا کر دعوت کا جذبہ آئے گا، تب جا کر آپ دنیا میں اپنا ترقی کر سکیں گے۔</w:t>
      </w:r>
    </w:p>
    <w:p>
      <w:r>
        <w:rPr>
          <w:b/>
        </w:rPr>
        <w:t xml:space="preserve">[20:35] </w:t>
      </w:r>
      <w:r>
        <w:t>har cheez juri hui hai.</w:t>
      </w:r>
    </w:p>
    <w:p>
      <w:pPr>
        <w:jc w:val="right"/>
      </w:pPr>
      <w:r>
        <w:t>ہر چیز جڑی ہوئی ہے۔</w:t>
      </w:r>
    </w:p>
    <w:p>
      <w:r>
        <w:rPr>
          <w:b/>
        </w:rPr>
        <w:t xml:space="preserve">[20:41] </w:t>
      </w:r>
      <w:r>
        <w:t>kyunke yeh jo soch hai, woh to negative banaye gi aap ko.</w:t>
      </w:r>
    </w:p>
    <w:p>
      <w:pPr>
        <w:jc w:val="right"/>
      </w:pPr>
      <w:r>
        <w:t>کیونکہ یہ جو سوچ ہے، وہ تو نیگیٹیو بنائے گی آپ کو۔</w:t>
      </w:r>
    </w:p>
    <w:p>
      <w:r>
        <w:rPr>
          <w:b/>
        </w:rPr>
        <w:t xml:space="preserve">[20:47] </w:t>
      </w:r>
      <w:r>
        <w:t>to negative jo log hon, un ki bara plan nahi kar sakte.</w:t>
      </w:r>
    </w:p>
    <w:p>
      <w:pPr>
        <w:jc w:val="right"/>
      </w:pPr>
      <w:r>
        <w:t>تو نیگیٹیو جو لوگ ہوں، ان کی بڑا پلان نہیں کر سکتے۔</w:t>
      </w:r>
    </w:p>
    <w:p>
      <w:r>
        <w:rPr>
          <w:b/>
        </w:rPr>
        <w:t xml:space="preserve">[20:53] </w:t>
      </w:r>
      <w:r>
        <w:t>dekhen, quran mein yeh ayat hai ke la tastaghil hasanat wal sayyi'at, idfa' bil lati hi ahsan, fayazallazi bainaka</w:t>
      </w:r>
    </w:p>
    <w:p>
      <w:pPr>
        <w:jc w:val="right"/>
      </w:pPr>
      <w:r>
        <w:t>دیکھیں، قرآن میں یہ آیت ہے کہ لا تستغل حسنۃ والسيئة، اتفق بالتي هي أحسن، فَيَضَىٰ الَّذِي بَيْنِكَ</w:t>
      </w:r>
    </w:p>
    <w:p>
      <w:r>
        <w:rPr>
          <w:b/>
        </w:rPr>
        <w:t xml:space="preserve">[20:59] </w:t>
      </w:r>
      <w:r>
        <w:t>wa baina aduwaka ka'annahu waliyyun hameem.</w:t>
      </w:r>
    </w:p>
    <w:p>
      <w:pPr>
        <w:jc w:val="right"/>
      </w:pPr>
      <w:r>
        <w:t>وَبَيْنِ عُدَاوَكَ كَانُهُ وَلِيٌّ حَمِيمٌ ۔</w:t>
      </w:r>
    </w:p>
    <w:p>
      <w:r>
        <w:rPr>
          <w:b/>
        </w:rPr>
        <w:t xml:space="preserve">[21:05] </w:t>
      </w:r>
      <w:r>
        <w:t>yeh chapter 41 mein yeh ayat maujood hai.</w:t>
      </w:r>
    </w:p>
    <w:p>
      <w:pPr>
        <w:jc w:val="right"/>
      </w:pPr>
      <w:r>
        <w:t>یہ چیپٹر 41 میں یہ آیت موجود ہے۔</w:t>
      </w:r>
    </w:p>
    <w:p>
      <w:r>
        <w:rPr>
          <w:b/>
        </w:rPr>
        <w:t xml:space="preserve">[21:11] </w:t>
      </w:r>
      <w:r>
        <w:t>yani jo tum ko bazahir dushman dikhai parta hai, us ko dushman mat samjho, us ko dawat do,</w:t>
      </w:r>
    </w:p>
    <w:p>
      <w:pPr>
        <w:jc w:val="right"/>
      </w:pPr>
      <w:r>
        <w:t>یعنی جو تم کو بظاہر دشمن دکھائی پڑتا ہے، اس کو دشمن مت سمجھو، اس کو دعوت دو،</w:t>
      </w:r>
    </w:p>
    <w:p>
      <w:r>
        <w:rPr>
          <w:b/>
        </w:rPr>
        <w:t xml:space="preserve">[21:17] </w:t>
      </w:r>
      <w:r>
        <w:t>us ko quran pohanchao, to tumhara dost ban jaye ga woh.</w:t>
      </w:r>
    </w:p>
    <w:p>
      <w:pPr>
        <w:jc w:val="right"/>
      </w:pPr>
      <w:r>
        <w:t>اس کو قرآن پہنچاؤ، تو تمہارا دوست بن جائے گا وہ۔</w:t>
      </w:r>
    </w:p>
    <w:p>
      <w:r>
        <w:rPr>
          <w:b/>
        </w:rPr>
        <w:t xml:space="preserve">[21:23] </w:t>
      </w:r>
      <w:r>
        <w:t>tumhara dost ban jaye ga.</w:t>
      </w:r>
    </w:p>
    <w:p>
      <w:pPr>
        <w:jc w:val="right"/>
      </w:pPr>
      <w:r>
        <w:t>تمہارا دوست بن جائے گا۔</w:t>
      </w:r>
    </w:p>
    <w:p>
      <w:r>
        <w:rPr>
          <w:b/>
        </w:rPr>
        <w:t xml:space="preserve">[21:28] </w:t>
      </w:r>
      <w:r>
        <w:t>is ka matlab hai ke quran aap ko yeh taleem de raha hai ke potentially har aadmi tumhara dost hai.</w:t>
      </w:r>
    </w:p>
    <w:p>
      <w:pPr>
        <w:jc w:val="right"/>
      </w:pPr>
      <w:r>
        <w:t>اس کا معنی ہے کہ قرآن آپ کو یہ تعلیم دے رہا ہے کہ پوٹینشلی ہر آدمی تمہارا دوست ہے۔</w:t>
      </w:r>
    </w:p>
    <w:p>
      <w:r>
        <w:rPr>
          <w:b/>
        </w:rPr>
        <w:t xml:space="preserve">[21:34] </w:t>
      </w:r>
      <w:r>
        <w:t>jo bazahir dushman hai, woh bhi potentially dost hai.</w:t>
      </w:r>
    </w:p>
    <w:p>
      <w:pPr>
        <w:jc w:val="right"/>
      </w:pPr>
      <w:r>
        <w:t>جو بظاہر دشمن ہے، وہ بھی پوٹینشلی دوست ہے۔</w:t>
      </w:r>
    </w:p>
    <w:p>
      <w:r>
        <w:rPr>
          <w:b/>
        </w:rPr>
        <w:t xml:space="preserve">[21:40] </w:t>
      </w:r>
      <w:r>
        <w:t>jo aadmi bazahir dushman dikhai deta hai, woh bhi potentially tumhara dost hai.</w:t>
      </w:r>
    </w:p>
    <w:p>
      <w:pPr>
        <w:jc w:val="right"/>
      </w:pPr>
      <w:r>
        <w:t>جو آدمی بظاہر دشمن دکھائی دیتا ہے، وہ بھی پوٹینشلی تمہارا دوست ہے۔</w:t>
      </w:r>
    </w:p>
    <w:p>
      <w:r>
        <w:rPr>
          <w:b/>
        </w:rPr>
        <w:t xml:space="preserve">[21:46] </w:t>
      </w:r>
      <w:r>
        <w:t>to is potential ko actual banao, is potential ko actual banao.</w:t>
      </w:r>
    </w:p>
    <w:p>
      <w:pPr>
        <w:jc w:val="right"/>
      </w:pPr>
      <w:r>
        <w:t>تو اس پوٹینشل کو ایکچوئل بناؤ، اس پوٹینشل کو ایکچوئل بناؤ۔</w:t>
      </w:r>
    </w:p>
    <w:p>
      <w:r>
        <w:rPr>
          <w:b/>
        </w:rPr>
        <w:t xml:space="preserve">[21:52] </w:t>
      </w:r>
      <w:r>
        <w:t>yeh hai islam ka concept.</w:t>
      </w:r>
    </w:p>
    <w:p>
      <w:pPr>
        <w:jc w:val="right"/>
      </w:pPr>
      <w:r>
        <w:t>یہ ہے اسلام کا کانسیپٹ۔</w:t>
      </w:r>
    </w:p>
    <w:p>
      <w:r>
        <w:rPr>
          <w:b/>
        </w:rPr>
        <w:t xml:space="preserve">[21:58] </w:t>
      </w:r>
      <w:r>
        <w:t>jo log is tarah sochte hain, jab maine, maine jo study ki hai, to maine</w:t>
      </w:r>
    </w:p>
    <w:p>
      <w:pPr>
        <w:jc w:val="right"/>
      </w:pPr>
      <w:r>
        <w:t>جو لوگ اس طرح سوچتے ہیں، جب میں نے، میں نے جو اسٹڈی کی ہے، تو میں نے</w:t>
      </w:r>
    </w:p>
    <w:p>
      <w:r>
        <w:rPr>
          <w:b/>
        </w:rPr>
        <w:t xml:space="preserve">[22:04] </w:t>
      </w:r>
      <w:r>
        <w:t>yeh paya hai ke jo non muslim hain, woh islam ki is gehrai ko zyada sochte hain.</w:t>
      </w:r>
    </w:p>
    <w:p>
      <w:pPr>
        <w:jc w:val="right"/>
      </w:pPr>
      <w:r>
        <w:t>یہ پایا ہے کہ جو نان مسلم ہیں، وہ اسلام کی اس گہرائی کو زیادہ سوچتے ہیں۔</w:t>
      </w:r>
    </w:p>
    <w:p>
      <w:r>
        <w:rPr>
          <w:b/>
        </w:rPr>
        <w:t xml:space="preserve">[22:10] </w:t>
      </w:r>
      <w:r>
        <w:t>musalmanon ke haan to naat khwani hoti hai, naat khwani.</w:t>
      </w:r>
    </w:p>
    <w:p>
      <w:pPr>
        <w:jc w:val="right"/>
      </w:pPr>
      <w:r>
        <w:t>مسلمانوں کے ہاں تو نعت خوانی ہوتی ہے، نعت خوانی۔</w:t>
      </w:r>
    </w:p>
    <w:p>
      <w:r>
        <w:rPr>
          <w:b/>
        </w:rPr>
        <w:t xml:space="preserve">[22:16] </w:t>
      </w:r>
      <w:r>
        <w:t>lekin woh certified kitabein likhte hain.</w:t>
      </w:r>
    </w:p>
    <w:p>
      <w:pPr>
        <w:jc w:val="right"/>
      </w:pPr>
      <w:r>
        <w:t>لیکن وہ سرٹیفائیڈ کتابیں لکھتے ہیں۔</w:t>
      </w:r>
    </w:p>
    <w:p>
      <w:r>
        <w:rPr>
          <w:b/>
        </w:rPr>
        <w:t xml:space="preserve">[22:22] </w:t>
      </w:r>
      <w:r>
        <w:t>misal ke taur par dekhen, America ka jo doctor Michael Hart hai, us ne jo kitab likhi hai, "The Hundred".</w:t>
      </w:r>
    </w:p>
    <w:p>
      <w:pPr>
        <w:jc w:val="right"/>
      </w:pPr>
      <w:r>
        <w:t>مثلاً دیکھیں، امریکہ کا جو ڈاکٹر مائیکل ہارٹ ہے، اس نے جو کتاب لکھی ہے، "The Hundred"۔</w:t>
      </w:r>
    </w:p>
    <w:p>
      <w:r>
        <w:rPr>
          <w:b/>
        </w:rPr>
        <w:t xml:space="preserve">[22:27] </w:t>
      </w:r>
      <w:r>
        <w:t>aisi koi kitab musalman nahi likh saka.</w:t>
      </w:r>
    </w:p>
    <w:p>
      <w:pPr>
        <w:jc w:val="right"/>
      </w:pPr>
      <w:r>
        <w:t>ایسی کوئی کتاب مسلمان نہیں لکھ سکے۔</w:t>
      </w:r>
    </w:p>
    <w:p>
      <w:r>
        <w:rPr>
          <w:b/>
        </w:rPr>
        <w:t xml:space="preserve">[22:33] </w:t>
      </w:r>
      <w:r>
        <w:t>France ka ek historian tha, Henry Pirenne, us ne kai kitabein likhi hain islam par.</w:t>
      </w:r>
    </w:p>
    <w:p>
      <w:pPr>
        <w:jc w:val="right"/>
      </w:pPr>
      <w:r>
        <w:t>فرانس کا ایک ہسٹورین تھا، ہنری پرین، اس نے کئی کتابیں لکھی ہیں اسلام پر۔</w:t>
      </w:r>
    </w:p>
    <w:p>
      <w:r>
        <w:rPr>
          <w:b/>
        </w:rPr>
        <w:t xml:space="preserve">[22:39] </w:t>
      </w:r>
      <w:r>
        <w:t>bohat ajeeb cheez us ne likhi hai ke islam ne to tareekh ko badal diya bilkul.</w:t>
      </w:r>
    </w:p>
    <w:p>
      <w:pPr>
        <w:jc w:val="right"/>
      </w:pPr>
      <w:r>
        <w:t>بہت عجیب چیز اس نے لکھی ہے کہ اسلام نے تو تاریخ کو بدل دیا بالکل۔</w:t>
      </w:r>
    </w:p>
    <w:p>
      <w:r>
        <w:rPr>
          <w:b/>
        </w:rPr>
        <w:t xml:space="preserve">[22:45] </w:t>
      </w:r>
      <w:r>
        <w:t>us ke alfaaz hain: "Islam changed the course of human history.</w:t>
      </w:r>
    </w:p>
    <w:p>
      <w:pPr>
        <w:jc w:val="right"/>
      </w:pPr>
      <w:r>
        <w:t>اس کے الفاظ ہیں: "Islam changed the course of human history.</w:t>
      </w:r>
    </w:p>
    <w:p>
      <w:r>
        <w:rPr>
          <w:b/>
        </w:rPr>
        <w:t xml:space="preserve">[22:51] </w:t>
      </w:r>
      <w:r>
        <w:t>The traditional order of history was overthrown." .</w:t>
      </w:r>
    </w:p>
    <w:p>
      <w:pPr>
        <w:jc w:val="right"/>
      </w:pPr>
      <w:r>
        <w:t>The traditional order of history was overthrown." ۔</w:t>
      </w:r>
    </w:p>
    <w:p>
      <w:r>
        <w:rPr>
          <w:b/>
        </w:rPr>
        <w:t xml:space="preserve">[22:57] </w:t>
      </w:r>
      <w:r>
        <w:t>yeh Henry Pirenne ke alfaaz hain.</w:t>
      </w:r>
    </w:p>
    <w:p>
      <w:pPr>
        <w:jc w:val="right"/>
      </w:pPr>
      <w:r>
        <w:t>یہ ہنری پرین کے الفاظ ہیں۔</w:t>
      </w:r>
    </w:p>
    <w:p>
      <w:r>
        <w:rPr>
          <w:b/>
        </w:rPr>
        <w:t xml:space="preserve">[23:03] </w:t>
      </w:r>
      <w:r>
        <w:t>"Islam changed the course of human history.</w:t>
      </w:r>
    </w:p>
    <w:p>
      <w:pPr>
        <w:jc w:val="right"/>
      </w:pPr>
      <w:r>
        <w:t>"Islam changed the course of human history.</w:t>
      </w:r>
    </w:p>
    <w:p>
      <w:r>
        <w:rPr>
          <w:b/>
        </w:rPr>
        <w:t xml:space="preserve">[23:09] </w:t>
      </w:r>
      <w:r>
        <w:t>The traditional order of history was overthrown."</w:t>
      </w:r>
    </w:p>
    <w:p>
      <w:pPr>
        <w:jc w:val="right"/>
      </w:pPr>
      <w:r>
        <w:t>The traditional order of history was overthrown." ۔</w:t>
      </w:r>
    </w:p>
    <w:p>
      <w:r>
        <w:rPr>
          <w:b/>
        </w:rPr>
        <w:t xml:space="preserve">[23:15] </w:t>
      </w:r>
      <w:r>
        <w:t>to yeh baatein jo hain ke islam ne equation ko badal diya, islam ne nature ko tasweer ka</w:t>
      </w:r>
    </w:p>
    <w:p>
      <w:pPr>
        <w:jc w:val="right"/>
      </w:pPr>
      <w:r>
        <w:t>تو یہ باتیں جو ہیں کہ اسلام نے ایکویشن کو بدل دیا، اسلام نے نیچر کو تصویر کا</w:t>
      </w:r>
    </w:p>
    <w:p>
      <w:r>
        <w:rPr>
          <w:b/>
        </w:rPr>
        <w:t xml:space="preserve">[23:21] </w:t>
      </w:r>
      <w:r>
        <w:t>mozu banaya, nature jo worship ka mozu bani hui thi.</w:t>
      </w:r>
    </w:p>
    <w:p>
      <w:pPr>
        <w:jc w:val="right"/>
      </w:pPr>
      <w:r>
        <w:t>موضوع بنایا، نیچر جو ورشپ کا موضوع بنی ہوئی تھی۔</w:t>
      </w:r>
    </w:p>
    <w:p>
      <w:r>
        <w:rPr>
          <w:b/>
        </w:rPr>
        <w:t xml:space="preserve">[23:27] </w:t>
      </w:r>
      <w:r>
        <w:t>aur phir dunya mein science aayi, dunya mein technology aayi.</w:t>
      </w:r>
    </w:p>
    <w:p>
      <w:pPr>
        <w:jc w:val="right"/>
      </w:pPr>
      <w:r>
        <w:t>اور پھر دنیا میں سائنس آئی، دنیا میں ٹیکنالوجی آئی۔</w:t>
      </w:r>
    </w:p>
    <w:p>
      <w:r>
        <w:rPr>
          <w:b/>
        </w:rPr>
        <w:t xml:space="preserve">[23:32] </w:t>
      </w:r>
      <w:r>
        <w:t>to hum bajaye is ke ke hum in ko enemy samjhein, hum is ko apni history ka part samjhein.</w:t>
      </w:r>
    </w:p>
    <w:p>
      <w:pPr>
        <w:jc w:val="right"/>
      </w:pPr>
      <w:r>
        <w:t>تو ہم بجائے اس کے کہ ہم ان کو اینمی سمجھیں، ہم اس کو اپنی ہسٹری کا پارٹ سمجھیں۔</w:t>
      </w:r>
    </w:p>
    <w:p>
      <w:r>
        <w:rPr>
          <w:b/>
        </w:rPr>
        <w:t xml:space="preserve">[23:38] </w:t>
      </w:r>
      <w:r>
        <w:t>mein aap ko aik misaal doonga.</w:t>
      </w:r>
    </w:p>
    <w:p>
      <w:pPr>
        <w:jc w:val="right"/>
      </w:pPr>
      <w:r>
        <w:t>میں آپ کو ایک مثال دوں گا۔</w:t>
      </w:r>
    </w:p>
    <w:p>
      <w:r>
        <w:rPr>
          <w:b/>
        </w:rPr>
        <w:t xml:space="preserve">[23:44] </w:t>
      </w:r>
      <w:r>
        <w:t>spain mein do baar gaya hoon.</w:t>
      </w:r>
    </w:p>
    <w:p>
      <w:pPr>
        <w:jc w:val="right"/>
      </w:pPr>
      <w:r>
        <w:t>اسپین میں دو بار گیا ہوں۔</w:t>
      </w:r>
    </w:p>
    <w:p>
      <w:r>
        <w:rPr>
          <w:b/>
        </w:rPr>
        <w:t xml:space="preserve">[23:50] </w:t>
      </w:r>
      <w:r>
        <w:t>aik bohat hi ajeeb o ghareeb cheez wahan paida hui hai spain mein.</w:t>
      </w:r>
    </w:p>
    <w:p>
      <w:pPr>
        <w:jc w:val="right"/>
      </w:pPr>
      <w:r>
        <w:t>ایک بہت ہی عجیب و غریب چیز وہاں پیدا ہوئی ہے اسپین میں۔</w:t>
      </w:r>
    </w:p>
    <w:p>
      <w:r>
        <w:rPr>
          <w:b/>
        </w:rPr>
        <w:t xml:space="preserve">[23:56] </w:t>
      </w:r>
      <w:r>
        <w:t>aap jante hain ke spain ke aik hissay mein, jis ko andlus kehte thay, wahan musalmanon ki hukumat thi.</w:t>
      </w:r>
    </w:p>
    <w:p>
      <w:pPr>
        <w:jc w:val="right"/>
      </w:pPr>
      <w:r>
        <w:t>آپ جانتے ہیں کہ اسپین کے ایک حصے میں، جس کو اندلس کہتے تھے، وہاں مسلمانوں کی حکومت تھی۔</w:t>
      </w:r>
    </w:p>
    <w:p>
      <w:r>
        <w:rPr>
          <w:b/>
        </w:rPr>
        <w:t xml:space="preserve">[24:02] </w:t>
      </w:r>
      <w:r>
        <w:t>wahan bohat ziyada unhon ne sainsi taraqqi ki.</w:t>
      </w:r>
    </w:p>
    <w:p>
      <w:pPr>
        <w:jc w:val="right"/>
      </w:pPr>
      <w:r>
        <w:t>وہاں بہت زیادہ انہوں نے سائنسی ترقی کی۔</w:t>
      </w:r>
    </w:p>
    <w:p>
      <w:r>
        <w:rPr>
          <w:b/>
        </w:rPr>
        <w:t xml:space="preserve">[24:08] </w:t>
      </w:r>
      <w:r>
        <w:t>turkey ke istanbul jo shehar hai, wahan bohat bara museum banaya gaya hai.</w:t>
      </w:r>
    </w:p>
    <w:p>
      <w:pPr>
        <w:jc w:val="right"/>
      </w:pPr>
      <w:r>
        <w:t>ترکی کے استنبول جو شہر ہے، وہاں بہت بڑا میوزیم بنایا گیا ہے۔</w:t>
      </w:r>
    </w:p>
    <w:p>
      <w:r>
        <w:rPr>
          <w:b/>
        </w:rPr>
        <w:t xml:space="preserve">[24:14] </w:t>
      </w:r>
      <w:r>
        <w:t>is mein woh saari cheezein mein ne dekhi hain khud ja kar ke.</w:t>
      </w:r>
    </w:p>
    <w:p>
      <w:pPr>
        <w:jc w:val="right"/>
      </w:pPr>
      <w:r>
        <w:t>اس میں وہ ساری چیزیں میں نے دیکھی ہیں خود جا کر کے۔</w:t>
      </w:r>
    </w:p>
    <w:p>
      <w:r>
        <w:rPr>
          <w:b/>
        </w:rPr>
        <w:t xml:space="preserve">[24:20] </w:t>
      </w:r>
      <w:r>
        <w:t>bohat shandar museum.</w:t>
      </w:r>
    </w:p>
    <w:p>
      <w:pPr>
        <w:jc w:val="right"/>
      </w:pPr>
      <w:r>
        <w:t>بہت شاندار میوزیم۔</w:t>
      </w:r>
    </w:p>
    <w:p>
      <w:r>
        <w:rPr>
          <w:b/>
        </w:rPr>
        <w:t xml:space="preserve">[24:26] </w:t>
      </w:r>
      <w:r>
        <w:t>So that was the beginning of science.</w:t>
      </w:r>
    </w:p>
    <w:p>
      <w:pPr>
        <w:jc w:val="right"/>
      </w:pPr>
      <w:r>
        <w:t>So that was the beginning of science.</w:t>
      </w:r>
    </w:p>
    <w:p>
      <w:r>
        <w:rPr>
          <w:b/>
        </w:rPr>
        <w:t xml:space="preserve">[24:32] </w:t>
      </w:r>
      <w:r>
        <w:t>—</w:t>
      </w:r>
    </w:p>
    <w:p>
      <w:pPr>
        <w:jc w:val="right"/>
      </w:pPr>
      <w:r>
        <w:t>۔</w:t>
      </w:r>
    </w:p>
    <w:p>
      <w:r>
        <w:rPr>
          <w:b/>
        </w:rPr>
        <w:t xml:space="preserve">[24:36] </w:t>
      </w:r>
      <w:r>
        <w:t>to is science ka aaghaz jo hua, woh spain mein hua, muslim spain mein.</w:t>
      </w:r>
    </w:p>
    <w:p>
      <w:pPr>
        <w:jc w:val="right"/>
      </w:pPr>
      <w:r>
        <w:t>تو اس سائنس کا آغاز جو ہوا، وہ اسپین میں ہوا، مسلم اسپین میں۔</w:t>
      </w:r>
    </w:p>
    <w:p>
      <w:r>
        <w:rPr>
          <w:b/>
        </w:rPr>
        <w:t xml:space="preserve">[24:41] </w:t>
      </w:r>
      <w:r>
        <w:t>lekin jab spain mein anti muslim ki tareekh chali to unhon ne musalmanon ko apna invader ke khane</w:t>
      </w:r>
    </w:p>
    <w:p>
      <w:pPr>
        <w:jc w:val="right"/>
      </w:pPr>
      <w:r>
        <w:t>لیکن جب اسپین میں اینٹی مسلم کی تاریخ چلی تو انہوں نے مسلمانوں کو اپنا انویڈر کے خانے</w:t>
      </w:r>
    </w:p>
    <w:p>
      <w:r>
        <w:rPr>
          <w:b/>
        </w:rPr>
        <w:t xml:space="preserve">[24:46] </w:t>
      </w:r>
      <w:r>
        <w:t>mein daal diya.</w:t>
      </w:r>
    </w:p>
    <w:p>
      <w:pPr>
        <w:jc w:val="right"/>
      </w:pPr>
      <w:r>
        <w:t>میں ڈال دیا۔</w:t>
      </w:r>
    </w:p>
    <w:p>
      <w:r>
        <w:rPr>
          <w:b/>
        </w:rPr>
        <w:t xml:space="preserve">[24:50] </w:t>
      </w:r>
      <w:r>
        <w:t>invader, invader, invader.</w:t>
      </w:r>
    </w:p>
    <w:p>
      <w:pPr>
        <w:jc w:val="right"/>
      </w:pPr>
      <w:r>
        <w:t>انویڈر، انویڈر، انویڈر۔</w:t>
      </w:r>
    </w:p>
    <w:p>
      <w:r>
        <w:rPr>
          <w:b/>
        </w:rPr>
        <w:t xml:space="preserve">[24:55] </w:t>
      </w:r>
      <w:r>
        <w:t>un se nafrat karne lagay.</w:t>
      </w:r>
    </w:p>
    <w:p>
      <w:pPr>
        <w:jc w:val="right"/>
      </w:pPr>
      <w:r>
        <w:t>ان سے نفرت کرنے لگے۔</w:t>
      </w:r>
    </w:p>
    <w:p>
      <w:r>
        <w:rPr>
          <w:b/>
        </w:rPr>
        <w:t xml:space="preserve">[25:00] </w:t>
      </w:r>
      <w:r>
        <w:t>bohat baad ko unhein pata chala ke is ki wajah se hum aik bohat bara credit se mehroom</w:t>
      </w:r>
    </w:p>
    <w:p>
      <w:pPr>
        <w:jc w:val="right"/>
      </w:pPr>
      <w:r>
        <w:t>بہت بعد کو انہیں پتہ چلا کہ اس کی وجہ سے ہم ایک بہت بڑا کریڈٹ سے محروم</w:t>
      </w:r>
    </w:p>
    <w:p>
      <w:r>
        <w:rPr>
          <w:b/>
        </w:rPr>
        <w:t xml:space="preserve">[25:04] </w:t>
      </w:r>
      <w:r>
        <w:t>ho rahe hain.</w:t>
      </w:r>
    </w:p>
    <w:p>
      <w:pPr>
        <w:jc w:val="right"/>
      </w:pPr>
      <w:r>
        <w:t>ہو رہے ہیں۔</w:t>
      </w:r>
    </w:p>
    <w:p>
      <w:r>
        <w:rPr>
          <w:b/>
        </w:rPr>
        <w:t xml:space="preserve">[25:09] </w:t>
      </w:r>
      <w:r>
        <w:t>woh credit yeh hai ke yeh jo renaissance ko hum kehte hain, jis ko hum certified revolution kehte</w:t>
      </w:r>
    </w:p>
    <w:p>
      <w:pPr>
        <w:jc w:val="right"/>
      </w:pPr>
      <w:r>
        <w:t>وہ کریڈٹ یہ ہے کہ یہ جو رینیسانس کو ہم کہتے ہیں، جس کو ہم سرٹیفائیڈ ریولوشن کہتے</w:t>
      </w:r>
    </w:p>
    <w:p>
      <w:r>
        <w:rPr>
          <w:b/>
        </w:rPr>
        <w:t xml:space="preserve">[25:14] </w:t>
      </w:r>
      <w:r>
        <w:t>hain, is ke hum founder ban jatay hain.</w:t>
      </w:r>
    </w:p>
    <w:p>
      <w:pPr>
        <w:jc w:val="right"/>
      </w:pPr>
      <w:r>
        <w:t>ہیں، اس کے ہم فاؤنڈر بن جاتے ہیں۔</w:t>
      </w:r>
    </w:p>
    <w:p>
      <w:r>
        <w:rPr>
          <w:b/>
        </w:rPr>
        <w:t xml:space="preserve">[25:18] </w:t>
      </w:r>
      <w:r>
        <w:t>agar hum islam history ko apna lein, yaani spain ke logon ne socha ke hum agar musalmanon ko</w:t>
      </w:r>
    </w:p>
    <w:p>
      <w:pPr>
        <w:jc w:val="right"/>
      </w:pPr>
      <w:r>
        <w:t>اگر ہم اسلام ہسٹری کو اپنا لیں، یعنی اسپین کے لوگوں نے سوچا کہ ہم اگر مسلمانوں کو</w:t>
      </w:r>
    </w:p>
    <w:p>
      <w:r>
        <w:rPr>
          <w:b/>
        </w:rPr>
        <w:t xml:space="preserve">[25:23] </w:t>
      </w:r>
      <w:r>
        <w:t>invader na kahein, dushman na kahein, balkeh un ko hum espani samjhein to hum europe ka jo renaissance</w:t>
      </w:r>
    </w:p>
    <w:p>
      <w:pPr>
        <w:jc w:val="right"/>
      </w:pPr>
      <w:r>
        <w:t>انویڈر نہ کہیں، دشمن نہ کہیں، بلکہ ان کو ہم اسپینی سمجھیں تو ہم یورپ کا جو رینیسانس</w:t>
      </w:r>
    </w:p>
    <w:p>
      <w:r>
        <w:rPr>
          <w:b/>
        </w:rPr>
        <w:t xml:space="preserve">[25:28] </w:t>
      </w:r>
      <w:r>
        <w:t>aaya, phir europe mein jo siyasi inqilab aaya, us ke hum founder ban jaate hain.</w:t>
      </w:r>
    </w:p>
    <w:p>
      <w:pPr>
        <w:jc w:val="right"/>
      </w:pPr>
      <w:r>
        <w:t>آیا، پھر یورپ میں جو سیاسی انقلاب آیا، اس کے ہم فاؤنڈر بن جاتے ہیں۔</w:t>
      </w:r>
    </w:p>
    <w:p>
      <w:r>
        <w:rPr>
          <w:b/>
        </w:rPr>
        <w:t xml:space="preserve">[25:32] </w:t>
      </w:r>
      <w:r>
        <w:t>to bilkul ek naya espain mein ek naya concept aagaya hai.</w:t>
      </w:r>
    </w:p>
    <w:p>
      <w:pPr>
        <w:jc w:val="right"/>
      </w:pPr>
      <w:r>
        <w:t>تو بالکل ایک نیا اسپین میں ایک نیا کانسیپٹ آگیا ہے۔</w:t>
      </w:r>
    </w:p>
    <w:p>
      <w:r>
        <w:rPr>
          <w:b/>
        </w:rPr>
        <w:t xml:space="preserve">[25:37] </w:t>
      </w:r>
      <w:r>
        <w:t>ek europi murekh hai, uska naam hai lecky.</w:t>
      </w:r>
    </w:p>
    <w:p>
      <w:pPr>
        <w:jc w:val="right"/>
      </w:pPr>
      <w:r>
        <w:t>ایک یورپی مورخ ہے، اس کا نام ہے لیکی۔</w:t>
      </w:r>
    </w:p>
    <w:p>
      <w:r>
        <w:rPr>
          <w:b/>
        </w:rPr>
        <w:t xml:space="preserve">[25:42] </w:t>
      </w:r>
      <w:r>
        <w:t>iski kitaab hai "History of Europe".</w:t>
      </w:r>
    </w:p>
    <w:p>
      <w:pPr>
        <w:jc w:val="right"/>
      </w:pPr>
      <w:r>
        <w:t>اس کی کتاب ہے "History of Europe"۔</w:t>
      </w:r>
    </w:p>
    <w:p>
      <w:r>
        <w:rPr>
          <w:b/>
        </w:rPr>
        <w:t xml:space="preserve">[25:46] </w:t>
      </w:r>
      <w:r>
        <w:t>is mein woh likhta hai ke "But for the Arabs, the modern industrial civilization would have never arisen</w:t>
      </w:r>
    </w:p>
    <w:p>
      <w:pPr>
        <w:jc w:val="right"/>
      </w:pPr>
      <w:r>
        <w:t>اس میں وہ لکھتا ہے کہ "But for the Arabs, the modern industrial civilization would have never arisen</w:t>
      </w:r>
    </w:p>
    <w:p>
      <w:r>
        <w:rPr>
          <w:b/>
        </w:rPr>
        <w:t xml:space="preserve">[25:51] </w:t>
      </w:r>
      <w:r>
        <w:t>at all." .</w:t>
      </w:r>
    </w:p>
    <w:p>
      <w:pPr>
        <w:jc w:val="right"/>
      </w:pPr>
      <w:r>
        <w:t>at all." ۔</w:t>
      </w:r>
    </w:p>
    <w:p>
      <w:r>
        <w:rPr>
          <w:b/>
        </w:rPr>
        <w:t xml:space="preserve">[25:56] </w:t>
      </w:r>
      <w:r>
        <w:t>yeh modern jo taraqqiyan hain scieni, woh wajood hi mein na aatin kyunke start to wahan hua.</w:t>
      </w:r>
    </w:p>
    <w:p>
      <w:pPr>
        <w:jc w:val="right"/>
      </w:pPr>
      <w:r>
        <w:t>یہ ماڈرن جو ترقیاں ہیں سائنسی، وہ وجود ہی میں نہ آتیں کیونکہ اسٹارٹ تو وہاں ہوا۔</w:t>
      </w:r>
    </w:p>
    <w:p>
      <w:r>
        <w:rPr>
          <w:b/>
        </w:rPr>
        <w:t xml:space="preserve">[26:00] </w:t>
      </w:r>
      <w:r>
        <w:t>yaani is ke founder to woh espain ke musalman thay.</w:t>
      </w:r>
    </w:p>
    <w:p>
      <w:pPr>
        <w:jc w:val="right"/>
      </w:pPr>
      <w:r>
        <w:t>یعنی اس کے فاؤنڈر تو وہ اسپین کے مسلمان تھے۔</w:t>
      </w:r>
    </w:p>
    <w:p>
      <w:r>
        <w:rPr>
          <w:b/>
        </w:rPr>
        <w:t xml:space="preserve">[26:05] </w:t>
      </w:r>
      <w:r>
        <w:t>jab espaniyon ki daryaft hui to unhon ne musalmanon ko invader khane se nikal diya.</w:t>
      </w:r>
    </w:p>
    <w:p>
      <w:pPr>
        <w:jc w:val="right"/>
      </w:pPr>
      <w:r>
        <w:t>جب اسپینیوں کی دریافت ہوئی تو انہوں نے مسلمانوں کو انویڈر خانے سے نکال دیا۔</w:t>
      </w:r>
    </w:p>
    <w:p>
      <w:r>
        <w:rPr>
          <w:b/>
        </w:rPr>
        <w:t xml:space="preserve">[26:10] </w:t>
      </w:r>
      <w:r>
        <w:t>unhon ne is ko espain ki history ka part banaya taake woh jo europe mein taraqqiyan huien, jo</w:t>
      </w:r>
    </w:p>
    <w:p>
      <w:pPr>
        <w:jc w:val="right"/>
      </w:pPr>
      <w:r>
        <w:t>انہوں نے اس کو اسپین کی ہسٹری کا پارٹ بنایا تاکہ وہ جو یورپ میں ترقیاں ہوئیں، جو</w:t>
      </w:r>
    </w:p>
    <w:p>
      <w:r>
        <w:rPr>
          <w:b/>
        </w:rPr>
        <w:t xml:space="preserve">[26:14] </w:t>
      </w:r>
      <w:r>
        <w:t>jo western civilization hui, us ko aap espain ki history ka part bana sakein.</w:t>
      </w:r>
    </w:p>
    <w:p>
      <w:pPr>
        <w:jc w:val="right"/>
      </w:pPr>
      <w:r>
        <w:t>جو ویسٹرن سولائزیشن ہوئی، اس کو آپ اسپین کی ہسٹری کا پارٹ بنا سکیں۔</w:t>
      </w:r>
    </w:p>
    <w:p>
      <w:r>
        <w:rPr>
          <w:b/>
        </w:rPr>
        <w:t xml:space="preserve">[26:19] </w:t>
      </w:r>
      <w:r>
        <w:t>kyunke beech ki kadi jo agar hazam kar lete, woh muslim espain ko to uska founder nahi bante thay.</w:t>
      </w:r>
    </w:p>
    <w:p>
      <w:pPr>
        <w:jc w:val="right"/>
      </w:pPr>
      <w:r>
        <w:t>کیونکہ بیچ کی کڑی جو اگر ہضم کر لیتے، وہ مسلم اسپین کو تو اس کا فاؤنڈر نہیں بنتے تھے۔</w:t>
      </w:r>
    </w:p>
    <w:p>
      <w:r>
        <w:rPr>
          <w:b/>
        </w:rPr>
        <w:t xml:space="preserve">[26:24] </w:t>
      </w:r>
      <w:r>
        <w:t>woh to unhon ne apni history ko rewrite kiya.</w:t>
      </w:r>
    </w:p>
    <w:p>
      <w:pPr>
        <w:jc w:val="right"/>
      </w:pPr>
      <w:r>
        <w:t>وہ تو انہوں نے اپنی ہسٹری کو ری رائٹ کیا۔</w:t>
      </w:r>
    </w:p>
    <w:p>
      <w:r>
        <w:rPr>
          <w:b/>
        </w:rPr>
        <w:t xml:space="preserve">[26:28] </w:t>
      </w:r>
      <w:r>
        <w:t>apni history ko rewrite kiya unhon ne.</w:t>
      </w:r>
    </w:p>
    <w:p>
      <w:pPr>
        <w:jc w:val="right"/>
      </w:pPr>
      <w:r>
        <w:t>اپنی ہسٹری کو ری رائٹ کیا انہوں نے۔</w:t>
      </w:r>
    </w:p>
    <w:p>
      <w:r>
        <w:rPr>
          <w:b/>
        </w:rPr>
        <w:t xml:space="preserve">[26:33] </w:t>
      </w:r>
      <w:r>
        <w:t>aur jis ko moorish kehte thay, moorish ko unhon ne espain ki tareekh ka hissa banaya taake modern</w:t>
      </w:r>
    </w:p>
    <w:p>
      <w:pPr>
        <w:jc w:val="right"/>
      </w:pPr>
      <w:r>
        <w:t>اور جس کو مورش کہتے تھے، مورش کو انہوں نے اسپین کی تاریخ کا حصہ بنایا تاکہ ماڈرن</w:t>
      </w:r>
    </w:p>
    <w:p>
      <w:r>
        <w:rPr>
          <w:b/>
        </w:rPr>
        <w:t xml:space="preserve">[26:38] </w:t>
      </w:r>
      <w:r>
        <w:t>jo taraqqiyan huien hain, jo modern age hai, us ke woh founder ban sakein.</w:t>
      </w:r>
    </w:p>
    <w:p>
      <w:pPr>
        <w:jc w:val="right"/>
      </w:pPr>
      <w:r>
        <w:t>جو ترقیاں ہوئی ہیں، جو ماڈرن ایج ہے، اس کے وہ فاؤنڈر بن سکیں۔</w:t>
      </w:r>
    </w:p>
    <w:p>
      <w:r>
        <w:rPr>
          <w:b/>
        </w:rPr>
        <w:t xml:space="preserve">[26:42] </w:t>
      </w:r>
      <w:r>
        <w:t>wahan par aap agar jaein to aap ek bohat ajeeb o ghareeb cheez dekhein ge ke abdul ammar al dakhil,</w:t>
      </w:r>
    </w:p>
    <w:p>
      <w:pPr>
        <w:jc w:val="right"/>
      </w:pPr>
      <w:r>
        <w:t>وہاں پر آپ اگر جائیں تو آپ ایک بہت عجیب و غریب چیز دیکھیں گے کہ عبدالعمار الداخل،</w:t>
      </w:r>
    </w:p>
    <w:p>
      <w:r>
        <w:rPr>
          <w:b/>
        </w:rPr>
        <w:t xml:space="preserve">[26:47] </w:t>
      </w:r>
      <w:r>
        <w:t>jo pehla shakhs tha jo espain gaya tha, jis ne wahan par yaani hukoomat qaim ki thi pehli.</w:t>
      </w:r>
    </w:p>
    <w:p>
      <w:pPr>
        <w:jc w:val="right"/>
      </w:pPr>
      <w:r>
        <w:t>جو پہلا شخص تھا جو اسپین گیا تھا، جس نے وہاں پر یعنی حکومت قائم کی تھی پہلی۔</w:t>
      </w:r>
    </w:p>
    <w:p>
      <w:r>
        <w:rPr>
          <w:b/>
        </w:rPr>
        <w:t xml:space="preserve">[26:52] </w:t>
      </w:r>
      <w:r>
        <w:t>to pehle to us ko woh daaku samajhte thay. daaku.</w:t>
      </w:r>
    </w:p>
    <w:p>
      <w:pPr>
        <w:jc w:val="right"/>
      </w:pPr>
      <w:r>
        <w:t>تو پہلے تو اس کو وہ ڈاکو سمجھتے تھے۔ ڈاکو۔</w:t>
      </w:r>
    </w:p>
    <w:p>
      <w:r>
        <w:rPr>
          <w:b/>
        </w:rPr>
        <w:t xml:space="preserve">[26:56] </w:t>
      </w:r>
      <w:r>
        <w:t>ab is ka bohat shandaar statue bana kar ke wahan lagaya gaya hai, jahan jis samandar ke maqam</w:t>
      </w:r>
    </w:p>
    <w:p>
      <w:pPr>
        <w:jc w:val="right"/>
      </w:pPr>
      <w:r>
        <w:t>اب اس کا بہت شاندار اسٹیچو بنا کر کے وہاں لگایا گیا ہے، جہاں جس سمندر کے مقام</w:t>
      </w:r>
    </w:p>
    <w:p>
      <w:r>
        <w:rPr>
          <w:b/>
        </w:rPr>
        <w:t xml:space="preserve">[27:01] </w:t>
      </w:r>
      <w:r>
        <w:t>se woh dakhil hua tha espain mein.</w:t>
      </w:r>
    </w:p>
    <w:p>
      <w:pPr>
        <w:jc w:val="right"/>
      </w:pPr>
      <w:r>
        <w:t>سے وہ داخل ہوا تھا اسپین میں۔</w:t>
      </w:r>
    </w:p>
    <w:p>
      <w:r>
        <w:rPr>
          <w:b/>
        </w:rPr>
        <w:t xml:space="preserve">[27:06] </w:t>
      </w:r>
      <w:r>
        <w:t>aur mein ne khud dekha ja kar ke jo yaadgaarein hain tareekhi muslim ahad ki, bohat zabardast tareeqe</w:t>
      </w:r>
    </w:p>
    <w:p>
      <w:pPr>
        <w:jc w:val="right"/>
      </w:pPr>
      <w:r>
        <w:t>اور میں نے خود دیکھا جا کر کے جو یادگاریں ہیں تاریخی مسلم عہد کی، بہت زبردست طریقے</w:t>
      </w:r>
    </w:p>
    <w:p>
      <w:r>
        <w:rPr>
          <w:b/>
        </w:rPr>
        <w:t xml:space="preserve">[27:10] </w:t>
      </w:r>
      <w:r>
        <w:t>se invader kiya gaya.</w:t>
      </w:r>
    </w:p>
    <w:p>
      <w:pPr>
        <w:jc w:val="right"/>
      </w:pPr>
      <w:r>
        <w:t>سے انویڈ کیا گیا۔</w:t>
      </w:r>
    </w:p>
    <w:p>
      <w:r>
        <w:rPr>
          <w:b/>
        </w:rPr>
        <w:t xml:space="preserve">[27:15] </w:t>
      </w:r>
      <w:r>
        <w:t>bohat achi road banai gayi hain kyunke tourist ko attract karne ke liye.</w:t>
      </w:r>
    </w:p>
    <w:p>
      <w:pPr>
        <w:jc w:val="right"/>
      </w:pPr>
      <w:r>
        <w:t>بہت اچھی روڈ بنائی گئی ہیں کیونکہ ٹورسٹ کو اٹریکٹ کرنے کے لیے۔</w:t>
      </w:r>
    </w:p>
    <w:p>
      <w:r>
        <w:rPr>
          <w:b/>
        </w:rPr>
        <w:t xml:space="preserve">[27:20] </w:t>
      </w:r>
      <w:r>
        <w:t>ab bohat tourist atay hain wahan par.</w:t>
      </w:r>
    </w:p>
    <w:p>
      <w:pPr>
        <w:jc w:val="right"/>
      </w:pPr>
      <w:r>
        <w:t>اب بہت ٹورسٹ آتے ہیں وہاں پر۔</w:t>
      </w:r>
    </w:p>
    <w:p>
      <w:r>
        <w:rPr>
          <w:b/>
        </w:rPr>
        <w:t xml:space="preserve">[27:24] </w:t>
      </w:r>
      <w:r>
        <w:t>is daur ka jo spain tha, us ko dekhnay ke liye bohat tourist atay hain.</w:t>
      </w:r>
    </w:p>
    <w:p>
      <w:pPr>
        <w:jc w:val="right"/>
      </w:pPr>
      <w:r>
        <w:t>اس دور کا جو اسپین تھا، اس کو دیکھنے کے لیے بہت ٹورسٹ آتے ہیں۔</w:t>
      </w:r>
    </w:p>
    <w:p>
      <w:r>
        <w:rPr>
          <w:b/>
        </w:rPr>
        <w:t xml:space="preserve">[27:29] </w:t>
      </w:r>
      <w:r>
        <w:t>yahi hamein karna hai.</w:t>
      </w:r>
    </w:p>
    <w:p>
      <w:pPr>
        <w:jc w:val="right"/>
      </w:pPr>
      <w:r>
        <w:t>یہی ہمیں کرنا ہے۔</w:t>
      </w:r>
    </w:p>
    <w:p>
      <w:r>
        <w:rPr>
          <w:b/>
        </w:rPr>
        <w:t xml:space="preserve">[27:34] </w:t>
      </w:r>
      <w:r>
        <w:t>hum is ko, hamein chahiye ke hum is ko own karein.</w:t>
      </w:r>
    </w:p>
    <w:p>
      <w:pPr>
        <w:jc w:val="right"/>
      </w:pPr>
      <w:r>
        <w:t>ہم اس کو، ہمیں چاہیے کہ ہم اس کو اون کریں۔</w:t>
      </w:r>
    </w:p>
    <w:p>
      <w:r>
        <w:rPr>
          <w:b/>
        </w:rPr>
        <w:t xml:space="preserve">[27:38] </w:t>
      </w:r>
      <w:r>
        <w:t>jo jo democracy hai, jo scientific inqilab hai, jo jadeed taraqqiyan hain, jo modern civilization hai, woh sab</w:t>
      </w:r>
    </w:p>
    <w:p>
      <w:pPr>
        <w:jc w:val="right"/>
      </w:pPr>
      <w:r>
        <w:t>جو جو ڈیموکریسی ہے، جو سائنٹیفک انقلاب ہے، جو جدید ترقیاں ہیں، جو ماڈرن سولائزیشن ہے، وہ سب</w:t>
      </w:r>
    </w:p>
    <w:p>
      <w:r>
        <w:rPr>
          <w:b/>
        </w:rPr>
        <w:t xml:space="preserve">[27:43] </w:t>
      </w:r>
      <w:r>
        <w:t>hamari history ka hissa hai.</w:t>
      </w:r>
    </w:p>
    <w:p>
      <w:pPr>
        <w:jc w:val="right"/>
      </w:pPr>
      <w:r>
        <w:t>ہماری ہسٹری کا حصہ ہے۔</w:t>
      </w:r>
    </w:p>
    <w:p>
      <w:r>
        <w:rPr>
          <w:b/>
        </w:rPr>
        <w:t xml:space="preserve">[27:48] </w:t>
      </w:r>
      <w:r>
        <w:t>woh dushman nahi hai hamara.</w:t>
      </w:r>
    </w:p>
    <w:p>
      <w:pPr>
        <w:jc w:val="right"/>
      </w:pPr>
      <w:r>
        <w:t>وہ دشمن نہیں ہے ہمارا۔</w:t>
      </w:r>
    </w:p>
    <w:p>
      <w:r>
        <w:rPr>
          <w:b/>
        </w:rPr>
        <w:t xml:space="preserve">[27:52] </w:t>
      </w:r>
      <w:r>
        <w:t>hamari history ka taayidi hissa hai, taayidi supporting part.</w:t>
      </w:r>
    </w:p>
    <w:p>
      <w:pPr>
        <w:jc w:val="right"/>
      </w:pPr>
      <w:r>
        <w:t>ہماری ہسٹری کا تائیدی حصہ ہے، تائیدی سپورٹنگ پارٹ۔</w:t>
      </w:r>
    </w:p>
    <w:p>
      <w:r>
        <w:rPr>
          <w:b/>
        </w:rPr>
        <w:t xml:space="preserve">[27:57] </w:t>
      </w:r>
      <w:r>
        <w:t>to kaisi ajeeb mehroomi hai jo musalmanon mein aa gayi hai ke jo cheez hamari tareekh ka hissa thi,</w:t>
      </w:r>
    </w:p>
    <w:p>
      <w:pPr>
        <w:jc w:val="right"/>
      </w:pPr>
      <w:r>
        <w:t>تو کیسی عجیب محرومی ہے جو مسلمانوں میں آگئی ہے کہ جو چیز ہماری تاریخ کا حصہ تھی،</w:t>
      </w:r>
    </w:p>
    <w:p>
      <w:r>
        <w:rPr>
          <w:b/>
        </w:rPr>
        <w:t xml:space="preserve">[28:02] </w:t>
      </w:r>
      <w:r>
        <w:t>us ko aap ne dushman banai hui hai.</w:t>
      </w:r>
    </w:p>
    <w:p>
      <w:pPr>
        <w:jc w:val="right"/>
      </w:pPr>
      <w:r>
        <w:t>اس کو آپ نے دشمن بنائی ہوئی ہے۔</w:t>
      </w:r>
    </w:p>
    <w:p>
      <w:r>
        <w:rPr>
          <w:b/>
        </w:rPr>
        <w:t xml:space="preserve">[28:06] </w:t>
      </w:r>
      <w:r>
        <w:t>to main ne us waqt jaana hai is baat ko ke jab main ne mustashriqeen ki, yani orientalist</w:t>
      </w:r>
    </w:p>
    <w:p>
      <w:pPr>
        <w:jc w:val="right"/>
      </w:pPr>
      <w:r>
        <w:t>تو میں نے اس وقت جانا ہے اس بات کو کہ جب میں نے مستسقین کی، یعنی اورینٹلسٹ</w:t>
      </w:r>
    </w:p>
    <w:p>
      <w:r>
        <w:rPr>
          <w:b/>
        </w:rPr>
        <w:t xml:space="preserve">[28:11] </w:t>
      </w:r>
      <w:r>
        <w:t>ki kitabon ko parha, orientalist ki kitabon ko parha, unhon ne yeh bohat achhay tareeqay se is ko</w:t>
      </w:r>
    </w:p>
    <w:p>
      <w:pPr>
        <w:jc w:val="right"/>
      </w:pPr>
      <w:r>
        <w:t>کی کتابوں کو پڑھا، اورینٹلسٹ کی کتابوں کو پڑھا، انہوں نے یہ بہت اچھے طریقے سے اس کو</w:t>
      </w:r>
    </w:p>
    <w:p>
      <w:r>
        <w:rPr>
          <w:b/>
        </w:rPr>
        <w:t xml:space="preserve">[28:16] </w:t>
      </w:r>
      <w:r>
        <w:t>bataya hai ke renaissance ka jo aaghaz hua, woh Spain mein hua.</w:t>
      </w:r>
    </w:p>
    <w:p>
      <w:pPr>
        <w:jc w:val="right"/>
      </w:pPr>
      <w:r>
        <w:t>بتایا ہے کہ رینیسانس کا جو آغاز ہوا، وہ اسپین میں ہوا۔</w:t>
      </w:r>
    </w:p>
    <w:p>
      <w:r>
        <w:rPr>
          <w:b/>
        </w:rPr>
        <w:t xml:space="preserve">[28:20] </w:t>
      </w:r>
      <w:r>
        <w:t>jo scientific, jis ko hum kehte hain scientific revolution, is ka aaghaz Spain mein hua, Baghdad mein hua.</w:t>
      </w:r>
    </w:p>
    <w:p>
      <w:pPr>
        <w:jc w:val="right"/>
      </w:pPr>
      <w:r>
        <w:t>جو سائنٹیفک، جس کو ہم کہتے ہیں سائنٹیفک ریولوشن، اس کا آغاز اسپین میں ہوا، بغداد میں ہوا۔</w:t>
      </w:r>
    </w:p>
    <w:p>
      <w:r>
        <w:rPr>
          <w:b/>
        </w:rPr>
        <w:t xml:space="preserve">[28:25] </w:t>
      </w:r>
      <w:r>
        <w:t>yani musalman is ke founder thay.</w:t>
      </w:r>
    </w:p>
    <w:p>
      <w:pPr>
        <w:jc w:val="right"/>
      </w:pPr>
      <w:r>
        <w:t>یعنی مسلمان اس کے فاؤنڈر تھے۔</w:t>
      </w:r>
    </w:p>
    <w:p>
      <w:r>
        <w:rPr>
          <w:b/>
        </w:rPr>
        <w:t xml:space="preserve">[28:30] </w:t>
      </w:r>
      <w:r>
        <w:t>musalman is ke founder thay.</w:t>
      </w:r>
    </w:p>
    <w:p>
      <w:pPr>
        <w:jc w:val="right"/>
      </w:pPr>
      <w:r>
        <w:t>مسلمان اس کے فاؤنڈر تھے۔</w:t>
      </w:r>
    </w:p>
    <w:p>
      <w:r>
        <w:rPr>
          <w:b/>
        </w:rPr>
        <w:t xml:space="preserve">[28:34] </w:t>
      </w:r>
      <w:r>
        <w:t>to main yeh is ko fakhr ke taur par nahi keh raha hoon.</w:t>
      </w:r>
    </w:p>
    <w:p>
      <w:pPr>
        <w:jc w:val="right"/>
      </w:pPr>
      <w:r>
        <w:t>تو میں یہ اس کو فخر کے طور پر نہیں کہہ رہا ہوں۔</w:t>
      </w:r>
    </w:p>
    <w:p>
      <w:r>
        <w:rPr>
          <w:b/>
        </w:rPr>
        <w:t xml:space="preserve">[28:39] </w:t>
      </w:r>
      <w:r>
        <w:t>yeh fakhr ki baat nahi hai.</w:t>
      </w:r>
    </w:p>
    <w:p>
      <w:pPr>
        <w:jc w:val="right"/>
      </w:pPr>
      <w:r>
        <w:t>یہ فخر کی بات نہیں ہے۔</w:t>
      </w:r>
    </w:p>
    <w:p>
      <w:r>
        <w:rPr>
          <w:b/>
        </w:rPr>
        <w:t xml:space="preserve">[28:44] </w:t>
      </w:r>
      <w:r>
        <w:t>history mein koi cheez fakhr nahi hoti.</w:t>
      </w:r>
    </w:p>
    <w:p>
      <w:pPr>
        <w:jc w:val="right"/>
      </w:pPr>
      <w:r>
        <w:t>ہسٹری میں کوئی چیز فخر نہیں ہوتی۔</w:t>
      </w:r>
    </w:p>
    <w:p>
      <w:r>
        <w:rPr>
          <w:b/>
        </w:rPr>
        <w:t xml:space="preserve">[28:48] </w:t>
      </w:r>
      <w:r>
        <w:t>kyun ke history mein saaray waqeaat poori insaniyat ke taawun se wuqoo mein atay hain.</w:t>
      </w:r>
    </w:p>
    <w:p>
      <w:pPr>
        <w:jc w:val="right"/>
      </w:pPr>
      <w:r>
        <w:t>کیونکہ ہسٹری میں سارے واقعات پوری انسانیت کے تعاون سے وقوع میں آتے ہیں۔</w:t>
      </w:r>
    </w:p>
    <w:p>
      <w:r>
        <w:rPr>
          <w:b/>
        </w:rPr>
        <w:t xml:space="preserve">[28:53] </w:t>
      </w:r>
      <w:r>
        <w:t>kisi ek shakhs ke nahi hain.</w:t>
      </w:r>
    </w:p>
    <w:p>
      <w:pPr>
        <w:jc w:val="right"/>
      </w:pPr>
      <w:r>
        <w:t>کسی ایک شخص کے نہیں ہیں۔</w:t>
      </w:r>
    </w:p>
    <w:p>
      <w:r>
        <w:rPr>
          <w:b/>
        </w:rPr>
        <w:t xml:space="preserve">[28:58] </w:t>
      </w:r>
      <w:r>
        <w:t>to main bohat ziyada fakhr nahi kar raha hoon.</w:t>
      </w:r>
    </w:p>
    <w:p>
      <w:pPr>
        <w:jc w:val="right"/>
      </w:pPr>
      <w:r>
        <w:t>تو میں بہت زیادہ فخر نہیں کر رہا ہوں۔</w:t>
      </w:r>
    </w:p>
    <w:p>
      <w:r>
        <w:rPr>
          <w:b/>
        </w:rPr>
        <w:t xml:space="preserve">[29:02] </w:t>
      </w:r>
      <w:r>
        <w:t>balkay is tarah ke musalmanon ko apni soch ko badalna chahiye ke poori history un ki history hai.</w:t>
      </w:r>
    </w:p>
    <w:p>
      <w:pPr>
        <w:jc w:val="right"/>
      </w:pPr>
      <w:r>
        <w:t>بلکہ اس طرح کے مسلمانوں کو اپنی سوچ کو بدلنا چاہیے کہ پوری ہسٹری ان کی ہسٹری ہے۔</w:t>
      </w:r>
    </w:p>
    <w:p>
      <w:r>
        <w:rPr>
          <w:b/>
        </w:rPr>
        <w:t xml:space="preserve">[29:07] </w:t>
      </w:r>
      <w:r>
        <w:t>poori history ko aap apni history samjhiye.</w:t>
      </w:r>
    </w:p>
    <w:p>
      <w:pPr>
        <w:jc w:val="right"/>
      </w:pPr>
      <w:r>
        <w:t>پوری ہسٹری کو آپ اپنی ہسٹری سمجھیے۔</w:t>
      </w:r>
    </w:p>
    <w:p>
      <w:r>
        <w:rPr>
          <w:b/>
        </w:rPr>
        <w:t xml:space="preserve">[29:12] </w:t>
      </w:r>
      <w:r>
        <w:t>jis tarah se Spainiyon ne poori is is history ko, Andalusia ki history ko apni history ka part</w:t>
      </w:r>
    </w:p>
    <w:p>
      <w:pPr>
        <w:jc w:val="right"/>
      </w:pPr>
      <w:r>
        <w:t>جس طرح سے اسپینیوں نے پوری اس اس ہسٹری کو، اندلس کی ہسٹری کو اپنی ہسٹری کا پارٹ</w:t>
      </w:r>
    </w:p>
    <w:p>
      <w:r>
        <w:rPr>
          <w:b/>
        </w:rPr>
        <w:t xml:space="preserve">[29:16] </w:t>
      </w:r>
      <w:r>
        <w:t>bana liya taake is ka un ko credit mil sake.</w:t>
      </w:r>
    </w:p>
    <w:p>
      <w:pPr>
        <w:jc w:val="right"/>
      </w:pPr>
      <w:r>
        <w:t>بنا لیا تاکہ اس کا ان کو کریڈٹ مل سکے۔</w:t>
      </w:r>
    </w:p>
    <w:p>
      <w:r>
        <w:rPr>
          <w:b/>
        </w:rPr>
        <w:t xml:space="preserve">[29:21] </w:t>
      </w:r>
      <w:r>
        <w:t>yeh yeh cheez jo hai musalmanon mein, is ki wajah se saari duniya ke musalmanon mein negative thinking aa gayi hai. negative thinking.</w:t>
      </w:r>
    </w:p>
    <w:p>
      <w:pPr>
        <w:jc w:val="right"/>
      </w:pPr>
      <w:r>
        <w:t>یہ یہ چیز جو ہے مسلمانوں میں، اس کی وجہ سے ساری دنیا کے مسلمانوں میں نیگیٹیو تھنکنگ آگئی ہے۔ نیگیٹیو تھنکنگ۔</w:t>
      </w:r>
    </w:p>
    <w:p>
      <w:r>
        <w:rPr>
          <w:b/>
        </w:rPr>
        <w:t xml:space="preserve">[29:26] </w:t>
      </w:r>
      <w:r>
        <w:t>aur jahan negative thinking aaye gi, wahan koi development nahi hai.</w:t>
      </w:r>
    </w:p>
    <w:p>
      <w:pPr>
        <w:jc w:val="right"/>
      </w:pPr>
      <w:r>
        <w:t>اور جہاں نیگیٹیو تھنکنگ آئے گی، وہاں کوئی ڈویلپمنٹ نہیں ہے۔</w:t>
      </w:r>
    </w:p>
    <w:p>
      <w:r>
        <w:rPr>
          <w:b/>
        </w:rPr>
        <w:t xml:space="preserve">[29:30] </w:t>
      </w:r>
      <w:r>
        <w:t>koi development nahi hai.</w:t>
      </w:r>
    </w:p>
    <w:p>
      <w:pPr>
        <w:jc w:val="right"/>
      </w:pPr>
      <w:r>
        <w:t>کوئی ڈویلپمنٹ نہیں ہے۔</w:t>
      </w:r>
    </w:p>
    <w:p>
      <w:r>
        <w:rPr>
          <w:b/>
        </w:rPr>
        <w:t xml:space="preserve">[29:35] </w:t>
      </w:r>
      <w:r>
        <w:t>yeh baat to mein is liye keh raha hoon ke duniya mein musalmanon ki thinking ko dobara positive</w:t>
      </w:r>
    </w:p>
    <w:p>
      <w:pPr>
        <w:jc w:val="right"/>
      </w:pPr>
      <w:r>
        <w:t>یہ بات تو میں اس لیے کہہ رہا ہوں کہ دنیا میں مسلمانوں کی تھنکنگ کو دوبارہ پازیٹیو</w:t>
      </w:r>
    </w:p>
    <w:p>
      <w:r>
        <w:rPr>
          <w:b/>
        </w:rPr>
        <w:t xml:space="preserve">[29:40] </w:t>
      </w:r>
      <w:r>
        <w:t>thinking banaya jaye.</w:t>
      </w:r>
    </w:p>
    <w:p>
      <w:pPr>
        <w:jc w:val="right"/>
      </w:pPr>
      <w:r>
        <w:t>تھنکنگ بنایا جائے۔</w:t>
      </w:r>
    </w:p>
    <w:p>
      <w:r>
        <w:rPr>
          <w:b/>
        </w:rPr>
        <w:t xml:space="preserve">[29:44] </w:t>
      </w:r>
      <w:r>
        <w:t>musalmanon ki thinking ko dobara positive thinking banaya jaye.</w:t>
      </w:r>
    </w:p>
    <w:p>
      <w:pPr>
        <w:jc w:val="right"/>
      </w:pPr>
      <w:r>
        <w:t>مسلمانوں کی تھنکنگ کو دوبارہ پازیٹیو تھنکنگ بنایا جائے۔</w:t>
      </w:r>
    </w:p>
    <w:p>
      <w:r>
        <w:rPr>
          <w:b/>
        </w:rPr>
        <w:t xml:space="preserve">[29:49] </w:t>
      </w:r>
      <w:r>
        <w:t>aur saari duniya ko apna woh we and de ka jo concept musalmanon mein is waqt hai, woh khatam ho.</w:t>
      </w:r>
    </w:p>
    <w:p>
      <w:pPr>
        <w:jc w:val="right"/>
      </w:pPr>
      <w:r>
        <w:t>اور ساری دنیا کو اپنا وہ وی اینڈ دے کا جو کانسیپٹ مسلمانوں میں اس وقت ہے، وہ ختم ہو۔</w:t>
      </w:r>
    </w:p>
    <w:p>
      <w:r>
        <w:rPr>
          <w:b/>
        </w:rPr>
        <w:t xml:space="preserve">[29:54] </w:t>
      </w:r>
      <w:r>
        <w:t>separation ka concept.</w:t>
      </w:r>
    </w:p>
    <w:p>
      <w:pPr>
        <w:jc w:val="right"/>
      </w:pPr>
      <w:r>
        <w:t>سیپریشن کا کانسیپٹ۔</w:t>
      </w:r>
    </w:p>
    <w:p>
      <w:r>
        <w:rPr>
          <w:b/>
        </w:rPr>
        <w:t xml:space="preserve">[29:58] </w:t>
      </w:r>
      <w:r>
        <w:t>aur we and week ka concept musalmanon mein raaij ho.</w:t>
      </w:r>
    </w:p>
    <w:p>
      <w:pPr>
        <w:jc w:val="right"/>
      </w:pPr>
      <w:r>
        <w:t>اور وی اینڈ ویک کا کانسیپٹ مسلمانوں میں رائج ہو۔</w:t>
      </w:r>
    </w:p>
    <w:p>
      <w:r>
        <w:rPr>
          <w:b/>
        </w:rPr>
        <w:t xml:space="preserve">[30:03] </w:t>
      </w:r>
      <w:r>
        <w:t>is waqt musalmanon mein separation ka concept aa gaya hai.</w:t>
      </w:r>
    </w:p>
    <w:p>
      <w:pPr>
        <w:jc w:val="right"/>
      </w:pPr>
      <w:r>
        <w:t>اس وقت مسلمانوں میں سیپریشن کا کانسیپٹ آگیا ہے۔</w:t>
      </w:r>
    </w:p>
    <w:p>
      <w:r>
        <w:rPr>
          <w:b/>
        </w:rPr>
        <w:t xml:space="preserve">[30:08] </w:t>
      </w:r>
      <w:r>
        <w:t>muslim aur kafir, muslim aur kafir.</w:t>
      </w:r>
    </w:p>
    <w:p>
      <w:pPr>
        <w:jc w:val="right"/>
      </w:pPr>
      <w:r>
        <w:t>مسلم اور کافر، مسلم اور کافر۔</w:t>
      </w:r>
    </w:p>
    <w:p>
      <w:r>
        <w:rPr>
          <w:b/>
        </w:rPr>
        <w:t xml:space="preserve">[30:12] </w:t>
      </w:r>
      <w:r>
        <w:t>koi kafir nahi hai.</w:t>
      </w:r>
    </w:p>
    <w:p>
      <w:pPr>
        <w:jc w:val="right"/>
      </w:pPr>
      <w:r>
        <w:t>کوئی کافر نہیں ہے۔</w:t>
      </w:r>
    </w:p>
    <w:p>
      <w:r>
        <w:rPr>
          <w:b/>
        </w:rPr>
        <w:t xml:space="preserve">[30:17] </w:t>
      </w:r>
      <w:r>
        <w:t>muslim aur insan.</w:t>
      </w:r>
    </w:p>
    <w:p>
      <w:pPr>
        <w:jc w:val="right"/>
      </w:pPr>
      <w:r>
        <w:t>مسلم اور انسان۔</w:t>
      </w:r>
    </w:p>
    <w:p>
      <w:r>
        <w:rPr>
          <w:b/>
        </w:rPr>
        <w:t xml:space="preserve">[30:22] </w:t>
      </w:r>
      <w:r>
        <w:t>aap dekhen, aap quran ko parhen.</w:t>
      </w:r>
    </w:p>
    <w:p>
      <w:pPr>
        <w:jc w:val="right"/>
      </w:pPr>
      <w:r>
        <w:t>آپ دیکھیں، آپ قرآن کو پڑھئے۔</w:t>
      </w:r>
    </w:p>
    <w:p>
      <w:r>
        <w:rPr>
          <w:b/>
        </w:rPr>
        <w:t xml:space="preserve">[30:27] </w:t>
      </w:r>
      <w:r>
        <w:t>bar bar quran mein insan, insan, anas, anas, bani adam, bani adam.</w:t>
      </w:r>
    </w:p>
    <w:p>
      <w:pPr>
        <w:jc w:val="right"/>
      </w:pPr>
      <w:r>
        <w:t>بار بار قرآن میں انسان، انسان، اناس، اناس، بنی آدم، بنی آدم۔</w:t>
      </w:r>
    </w:p>
    <w:p>
      <w:r>
        <w:rPr>
          <w:b/>
        </w:rPr>
        <w:t xml:space="preserve">[30:31] </w:t>
      </w:r>
      <w:r>
        <w:t>jis ka matlab hai ke quran ke nazdeek jo equation hai, woh muslim aur insan ki hai.</w:t>
      </w:r>
    </w:p>
    <w:p>
      <w:pPr>
        <w:jc w:val="right"/>
      </w:pPr>
      <w:r>
        <w:t>جس کا معنی ہے کہ قرآن کے نزدیک جو ایکویشن ہے، وہ مسلم اور انسان کی ہے۔</w:t>
      </w:r>
    </w:p>
    <w:p>
      <w:r>
        <w:rPr>
          <w:b/>
        </w:rPr>
        <w:t xml:space="preserve">[30:36] </w:t>
      </w:r>
      <w:r>
        <w:t>muslim aur kafir ka nahi hai.</w:t>
      </w:r>
    </w:p>
    <w:p>
      <w:pPr>
        <w:jc w:val="right"/>
      </w:pPr>
      <w:r>
        <w:t>مسلم اور کافر کا نہیں ہے۔</w:t>
      </w:r>
    </w:p>
    <w:p>
      <w:r>
        <w:rPr>
          <w:b/>
        </w:rPr>
        <w:t xml:space="preserve">[30:41] </w:t>
      </w:r>
      <w:r>
        <w:t>duniya ki jo abadi hai, saari ki saari, woh muslim aur insan ki hai.</w:t>
      </w:r>
    </w:p>
    <w:p>
      <w:pPr>
        <w:jc w:val="right"/>
      </w:pPr>
      <w:r>
        <w:t>دنیا کی جو آبادی ہے، ساری کی ساری، وہ مسلم اور انسان کی ہے۔</w:t>
      </w:r>
    </w:p>
    <w:p>
      <w:r>
        <w:rPr>
          <w:b/>
        </w:rPr>
        <w:t xml:space="preserve">[30:45] </w:t>
      </w:r>
      <w:r>
        <w:t>woh muslim aur kafir ki nahi hai.</w:t>
      </w:r>
    </w:p>
    <w:p>
      <w:pPr>
        <w:jc w:val="right"/>
      </w:pPr>
      <w:r>
        <w:t>وہ مسلم اور کافر کی نہیں ہے۔</w:t>
      </w:r>
    </w:p>
    <w:p>
      <w:r>
        <w:rPr>
          <w:b/>
        </w:rPr>
        <w:t xml:space="preserve">[30:50] </w:t>
      </w:r>
      <w:r>
        <w:t>yeh soch jab aaye gi, tab ja kar yeh hoga ke hamare andar positive thinking aaye gi.</w:t>
      </w:r>
    </w:p>
    <w:p>
      <w:pPr>
        <w:jc w:val="right"/>
      </w:pPr>
      <w:r>
        <w:t>یہ سوچ جب آئے گی، تب جا کر یہ ہوگا کہ ہمارے اندر پازیٹیو تھنکنگ آئے گی۔</w:t>
      </w:r>
    </w:p>
    <w:p>
      <w:r>
        <w:rPr>
          <w:b/>
        </w:rPr>
        <w:t xml:space="preserve">[30:55] </w:t>
      </w:r>
      <w:r>
        <w:t>aur constructive thinking aaye gi.</w:t>
      </w:r>
    </w:p>
    <w:p>
      <w:pPr>
        <w:jc w:val="right"/>
      </w:pPr>
      <w:r>
        <w:t>اور کنسٹرکٹو تھنکنگ آئے گی۔</w:t>
      </w:r>
    </w:p>
    <w:p>
      <w:r>
        <w:rPr>
          <w:b/>
        </w:rPr>
        <w:t xml:space="preserve">[30:59] </w:t>
      </w:r>
      <w:r>
        <w:t>healthy thinking aaye gi.</w:t>
      </w:r>
    </w:p>
    <w:p>
      <w:pPr>
        <w:jc w:val="right"/>
      </w:pPr>
      <w:r>
        <w:t>ہیلدی تھنکنگ آئے گی۔</w:t>
      </w:r>
    </w:p>
    <w:p>
      <w:r>
        <w:rPr>
          <w:b/>
        </w:rPr>
        <w:t xml:space="preserve">[31:04] </w:t>
      </w:r>
      <w:r>
        <w:t>tab hamari taraqqiyon ka aaghaz hoga.</w:t>
      </w:r>
    </w:p>
    <w:p>
      <w:pPr>
        <w:jc w:val="right"/>
      </w:pPr>
      <w:r>
        <w:t>تب ہماری ترقیوں کا آغاز ہوگا۔</w:t>
      </w:r>
    </w:p>
    <w:p>
      <w:r>
        <w:rPr>
          <w:b/>
        </w:rPr>
        <w:t xml:space="preserve">[31:09] </w:t>
      </w:r>
      <w:r>
        <w:t>abhi to kuch nahi, bas yahi hai ke yani aap dekh rahe hain ke hum kahan pahunche hain.</w:t>
      </w:r>
    </w:p>
    <w:p>
      <w:pPr>
        <w:jc w:val="right"/>
      </w:pPr>
      <w:r>
        <w:t>ابھی تو کچھ نہیں، بس یہی ہے کہ یعنی آپ دیکھ رہے ہیں کہ ہم کہاں پہنچے ہیں۔</w:t>
      </w:r>
    </w:p>
    <w:p>
      <w:r>
        <w:rPr>
          <w:b/>
        </w:rPr>
        <w:t xml:space="preserve">[31:13] </w:t>
      </w:r>
      <w:r>
        <w:t>society bombing pe pohanchay hain.</w:t>
      </w:r>
    </w:p>
    <w:p>
      <w:pPr>
        <w:jc w:val="right"/>
      </w:pPr>
      <w:r>
        <w:t>سوسائٹی بمبنگ پہ پہنچے ہیں۔</w:t>
      </w:r>
    </w:p>
    <w:p>
      <w:r>
        <w:rPr>
          <w:b/>
        </w:rPr>
        <w:t xml:space="preserve">[31:18] </w:t>
      </w:r>
      <w:r>
        <w:t>yani apnay ko kharab karna.</w:t>
      </w:r>
    </w:p>
    <w:p>
      <w:pPr>
        <w:jc w:val="right"/>
      </w:pPr>
      <w:r>
        <w:t>یعنی اپنے کو خراب کرنا۔</w:t>
      </w:r>
    </w:p>
    <w:p>
      <w:r>
        <w:rPr>
          <w:b/>
        </w:rPr>
        <w:t xml:space="preserve">[31:23] </w:t>
      </w:r>
      <w:r>
        <w:t>society bombing ki philosophy kya hai? dekhen, jab koi groh larai ke zariye apna maqsad hasil karna chahe,</w:t>
      </w:r>
    </w:p>
    <w:p>
      <w:pPr>
        <w:jc w:val="right"/>
      </w:pPr>
      <w:r>
        <w:t>سوسائٹی بمبنگ کی فلاسفی کیا ہے؟ دیکھیں، جب کوئی گروہ لڑائی کے ذریعے اپنا مقصد حاصل کرنا چاہے،</w:t>
      </w:r>
    </w:p>
    <w:p>
      <w:r>
        <w:rPr>
          <w:b/>
        </w:rPr>
        <w:t xml:space="preserve">[31:27] </w:t>
      </w:r>
      <w:r>
        <w:t>aur woh haar jaye, to apni haar ko accept nahi karta.</w:t>
      </w:r>
    </w:p>
    <w:p>
      <w:pPr>
        <w:jc w:val="right"/>
      </w:pPr>
      <w:r>
        <w:t>اور وہ ہار جائے، تو اپنی ہار کو ایکسیپٹ نہیں کرتا۔</w:t>
      </w:r>
    </w:p>
    <w:p>
      <w:r>
        <w:rPr>
          <w:b/>
        </w:rPr>
        <w:t xml:space="preserve">[31:32] </w:t>
      </w:r>
      <w:r>
        <w:t>tab woh revenge aata hai is ke andar.</w:t>
      </w:r>
    </w:p>
    <w:p>
      <w:pPr>
        <w:jc w:val="right"/>
      </w:pPr>
      <w:r>
        <w:t>تب وہ ریونج آتا ہے اس کے اندر۔</w:t>
      </w:r>
    </w:p>
    <w:p>
      <w:r>
        <w:rPr>
          <w:b/>
        </w:rPr>
        <w:t xml:space="preserve">[31:37] </w:t>
      </w:r>
      <w:r>
        <w:t>yeh yeh insaan ki nafsiyat hai ke jab koi groh kisi ko dushman samajh kar use larai chhod</w:t>
      </w:r>
    </w:p>
    <w:p>
      <w:pPr>
        <w:jc w:val="right"/>
      </w:pPr>
      <w:r>
        <w:t>یہ یہ انسان کی نفسیات ہے کہ جب کوئی گروہ کسی کو دشمن سمجھ کر اسے لڑائی چھوڑ</w:t>
      </w:r>
    </w:p>
    <w:p>
      <w:r>
        <w:rPr>
          <w:b/>
        </w:rPr>
        <w:t xml:space="preserve">[31:41] </w:t>
      </w:r>
      <w:r>
        <w:t>de, aur woh haar jaye, to phir haar nahi manay ga.</w:t>
      </w:r>
    </w:p>
    <w:p>
      <w:pPr>
        <w:jc w:val="right"/>
      </w:pPr>
      <w:r>
        <w:t>دے، اور وہ ہار جائے، تو پھر ہار نہیں مانے گا۔</w:t>
      </w:r>
    </w:p>
    <w:p>
      <w:r>
        <w:rPr>
          <w:b/>
        </w:rPr>
        <w:t xml:space="preserve">[31:46] </w:t>
      </w:r>
      <w:r>
        <w:t>woh is ko revenge dena shuru kar de ga.</w:t>
      </w:r>
    </w:p>
    <w:p>
      <w:pPr>
        <w:jc w:val="right"/>
      </w:pPr>
      <w:r>
        <w:t>وہ اس کو ریونج دینا شروع کر دے گا۔</w:t>
      </w:r>
    </w:p>
    <w:p>
      <w:r>
        <w:rPr>
          <w:b/>
        </w:rPr>
        <w:t xml:space="preserve">[31:51] </w:t>
      </w:r>
      <w:r>
        <w:t>to yeh revenge ki nafsiyat hai.</w:t>
      </w:r>
    </w:p>
    <w:p>
      <w:pPr>
        <w:jc w:val="right"/>
      </w:pPr>
      <w:r>
        <w:t>تو یہ ریونج کی نفسیات ہے۔</w:t>
      </w:r>
    </w:p>
    <w:p>
      <w:r>
        <w:rPr>
          <w:b/>
        </w:rPr>
        <w:t xml:space="preserve">[31:55] </w:t>
      </w:r>
      <w:r>
        <w:t>kyun ke musalmanon ne dekhen, jab colonialism aaya duniya mein, nauabadi zamana, to musalmanon ne larai chhod di.</w:t>
      </w:r>
    </w:p>
    <w:p>
      <w:pPr>
        <w:jc w:val="right"/>
      </w:pPr>
      <w:r>
        <w:t>کیونکہ مسلمانوں نے دیکھیں، جب کلونیلزم آیا دنیا میں، نوآبادی زمانہ، تو مسلمانوں نے لڑائی چھوڑ دی۔</w:t>
      </w:r>
    </w:p>
    <w:p>
      <w:r>
        <w:rPr>
          <w:b/>
        </w:rPr>
        <w:t xml:space="preserve">[32:00] </w:t>
      </w:r>
      <w:r>
        <w:t>afrique mein, asia mein, har jagah.</w:t>
      </w:r>
    </w:p>
    <w:p>
      <w:pPr>
        <w:jc w:val="right"/>
      </w:pPr>
      <w:r>
        <w:t>افریقہ میں، ایشیا میں، ہر جگہ۔</w:t>
      </w:r>
    </w:p>
    <w:p>
      <w:r>
        <w:rPr>
          <w:b/>
        </w:rPr>
        <w:t xml:space="preserve">[32:05] </w:t>
      </w:r>
      <w:r>
        <w:t>aur har jagah haaray woh.</w:t>
      </w:r>
    </w:p>
    <w:p>
      <w:pPr>
        <w:jc w:val="right"/>
      </w:pPr>
      <w:r>
        <w:t>اور ہر جگہ ہارے وہ۔</w:t>
      </w:r>
    </w:p>
    <w:p>
      <w:r>
        <w:rPr>
          <w:b/>
        </w:rPr>
        <w:t xml:space="preserve">[32:09] </w:t>
      </w:r>
      <w:r>
        <w:t>har jagah haaray.</w:t>
      </w:r>
    </w:p>
    <w:p>
      <w:pPr>
        <w:jc w:val="right"/>
      </w:pPr>
      <w:r>
        <w:t>ہر جگہ ہارے۔</w:t>
      </w:r>
    </w:p>
    <w:p>
      <w:r>
        <w:rPr>
          <w:b/>
        </w:rPr>
        <w:t xml:space="preserve">[32:14] </w:t>
      </w:r>
      <w:r>
        <w:t>to is haar ke baad jo un ke dil mein paida hui, woh haar ko accept karna nahi tha.</w:t>
      </w:r>
    </w:p>
    <w:p>
      <w:pPr>
        <w:jc w:val="right"/>
      </w:pPr>
      <w:r>
        <w:t>تو اس ہار کے بعد جو ان کے دل میں پیدا ہوئی، وہ ہار کو ایکسیپٹ کرنا نہیں تھا۔</w:t>
      </w:r>
    </w:p>
    <w:p>
      <w:r>
        <w:rPr>
          <w:b/>
        </w:rPr>
        <w:t xml:space="preserve">[32:19] </w:t>
      </w:r>
      <w:r>
        <w:t>yani hara hua aadmi apni haar ko accept nahi karta.</w:t>
      </w:r>
    </w:p>
    <w:p>
      <w:pPr>
        <w:jc w:val="right"/>
      </w:pPr>
      <w:r>
        <w:t>یعنی ہارا ہوا آدمی اپنی ہار کو ایکسیپٹ نہیں کرتا۔</w:t>
      </w:r>
    </w:p>
    <w:p>
      <w:r>
        <w:rPr>
          <w:b/>
        </w:rPr>
        <w:t xml:space="preserve">[32:23] </w:t>
      </w:r>
      <w:r>
        <w:t>yaad rakhiye, yeh nafsiyat hai insaan ki.</w:t>
      </w:r>
    </w:p>
    <w:p>
      <w:pPr>
        <w:jc w:val="right"/>
      </w:pPr>
      <w:r>
        <w:t>یاد رکھیے، یہ نفسیات ہے انسان کی۔</w:t>
      </w:r>
    </w:p>
    <w:p>
      <w:r>
        <w:rPr>
          <w:b/>
        </w:rPr>
        <w:t xml:space="preserve">[32:28] </w:t>
      </w:r>
      <w:r>
        <w:t>ke hara hua aadmi apni haar ko accept nahi karta.</w:t>
      </w:r>
    </w:p>
    <w:p>
      <w:pPr>
        <w:jc w:val="right"/>
      </w:pPr>
      <w:r>
        <w:t>کہ ہارا ہوا آدمی اپنی ہار کو ایکسیپٹ نہیں کرتا۔</w:t>
      </w:r>
    </w:p>
    <w:p>
      <w:r>
        <w:rPr>
          <w:b/>
        </w:rPr>
        <w:t xml:space="preserve">[32:33] </w:t>
      </w:r>
      <w:r>
        <w:t>balkay is ke andar aata hai inteqam, revenge.</w:t>
      </w:r>
    </w:p>
    <w:p>
      <w:pPr>
        <w:jc w:val="right"/>
      </w:pPr>
      <w:r>
        <w:t>بلکہ اس کے اندر آتا ہے انتقام، ریونج۔</w:t>
      </w:r>
    </w:p>
    <w:p>
      <w:r>
        <w:rPr>
          <w:b/>
        </w:rPr>
        <w:t xml:space="preserve">[32:37] </w:t>
      </w:r>
      <w:r>
        <w:t>to inteqami nafsiyat hai yeh jo society bombing ho rahi hai jagah jagah.</w:t>
      </w:r>
    </w:p>
    <w:p>
      <w:pPr>
        <w:jc w:val="right"/>
      </w:pPr>
      <w:r>
        <w:t>تو انتقامی نفسیات ہے یہ جو سوسائٹی بمبنگ ہو رہی ہے جگہ جگہ۔</w:t>
      </w:r>
    </w:p>
    <w:p>
      <w:r>
        <w:rPr>
          <w:b/>
        </w:rPr>
        <w:t xml:space="preserve">[32:42] </w:t>
      </w:r>
      <w:r>
        <w:t>yeh kitni unhealthy, yeh unhealthy yeh mizaj hai jo musalmanon mein aa gaya hai. unhealthy.</w:t>
      </w:r>
    </w:p>
    <w:p>
      <w:pPr>
        <w:jc w:val="right"/>
      </w:pPr>
      <w:r>
        <w:t>یہ کتنی ان ہیلدی، یہ ان ہیلدی یہ مزاج ہے جو مسلمانوں میں آگیا ہے۔ ان ہیلدی۔</w:t>
      </w:r>
    </w:p>
    <w:p>
      <w:r>
        <w:rPr>
          <w:b/>
        </w:rPr>
        <w:t xml:space="preserve">[32:47] </w:t>
      </w:r>
      <w:r>
        <w:t>humein is ko badalna pare ga.</w:t>
      </w:r>
    </w:p>
    <w:p>
      <w:pPr>
        <w:jc w:val="right"/>
      </w:pPr>
      <w:r>
        <w:t>ہمیں اس کو بدلنا پڑے گا۔</w:t>
      </w:r>
    </w:p>
    <w:p>
      <w:r>
        <w:rPr>
          <w:b/>
        </w:rPr>
        <w:t xml:space="preserve">[32:51] </w:t>
      </w:r>
      <w:r>
        <w:t>aur is ki jar se ukharna pare ga is ko.</w:t>
      </w:r>
    </w:p>
    <w:p>
      <w:pPr>
        <w:jc w:val="right"/>
      </w:pPr>
      <w:r>
        <w:t>اور اس کی جڑ سے اکھاڑنا پڑے گا اس کو۔</w:t>
      </w:r>
    </w:p>
    <w:p>
      <w:r>
        <w:rPr>
          <w:b/>
        </w:rPr>
        <w:t xml:space="preserve">[32:56] </w:t>
      </w:r>
      <w:r>
        <w:t>is mizaj ko jar se ukharna pare ga.</w:t>
      </w:r>
    </w:p>
    <w:p>
      <w:pPr>
        <w:jc w:val="right"/>
      </w:pPr>
      <w:r>
        <w:t>اس مزاج کو جڑ سے اکھاڑنا پڑے گا۔</w:t>
      </w:r>
    </w:p>
    <w:p>
      <w:r>
        <w:rPr>
          <w:b/>
        </w:rPr>
        <w:t xml:space="preserve">[33:01] </w:t>
      </w:r>
      <w:r>
        <w:t>humein woh ideology deni pare gi.</w:t>
      </w:r>
    </w:p>
    <w:p>
      <w:pPr>
        <w:jc w:val="right"/>
      </w:pPr>
      <w:r>
        <w:t>ہمیں وہ آئیڈیالوجی دینی پڑے گی۔</w:t>
      </w:r>
    </w:p>
    <w:p>
      <w:r>
        <w:rPr>
          <w:b/>
        </w:rPr>
        <w:t xml:space="preserve">[33:05] </w:t>
      </w:r>
      <w:r>
        <w:t>woh soch musalmanon mein dalna pare ga.</w:t>
      </w:r>
    </w:p>
    <w:p>
      <w:pPr>
        <w:jc w:val="right"/>
      </w:pPr>
      <w:r>
        <w:t>وہ سوچ مسلمانوں میں ڈالنا پڑے گا۔</w:t>
      </w:r>
    </w:p>
    <w:p>
      <w:r>
        <w:rPr>
          <w:b/>
        </w:rPr>
        <w:t xml:space="preserve">[33:10] </w:t>
      </w:r>
      <w:r>
        <w:t>keh sari dunya in ko apni dikhai de.</w:t>
      </w:r>
    </w:p>
    <w:p>
      <w:pPr>
        <w:jc w:val="right"/>
      </w:pPr>
      <w:r>
        <w:t>کہ ساری دنیا ان کو اپنی دکھائی دے۔</w:t>
      </w:r>
    </w:p>
    <w:p>
      <w:r>
        <w:rPr>
          <w:b/>
        </w:rPr>
        <w:t xml:space="preserve">[33:15] </w:t>
      </w:r>
      <w:r>
        <w:t>sare insan in ko apne dost dikhai dein.</w:t>
      </w:r>
    </w:p>
    <w:p>
      <w:pPr>
        <w:jc w:val="right"/>
      </w:pPr>
      <w:r>
        <w:t>سارے انسان ان کو اپنے دوست دکھائی دیں۔</w:t>
      </w:r>
    </w:p>
    <w:p>
      <w:r>
        <w:rPr>
          <w:b/>
        </w:rPr>
        <w:t xml:space="preserve">[33:19] </w:t>
      </w:r>
      <w:r>
        <w:t>sari tareekh, apni tareekh ka hissa dikhai de.</w:t>
      </w:r>
    </w:p>
    <w:p>
      <w:pPr>
        <w:jc w:val="right"/>
      </w:pPr>
      <w:r>
        <w:t>ساری تاریخ، اپنی تاریخ کا حصہ دکھائی دے۔</w:t>
      </w:r>
    </w:p>
    <w:p>
      <w:r>
        <w:rPr>
          <w:b/>
        </w:rPr>
        <w:t xml:space="preserve">[33:24] </w:t>
      </w:r>
      <w:r>
        <w:t>sari tareekh jo hai, hum ko apni tareekh ka hissa nazar aaye.</w:t>
      </w:r>
    </w:p>
    <w:p>
      <w:pPr>
        <w:jc w:val="right"/>
      </w:pPr>
      <w:r>
        <w:t>ساری تاریخ جو ہے، ہم کو اپنی تاریخ کا حصہ نظر آئے۔</w:t>
      </w:r>
    </w:p>
    <w:p>
      <w:r>
        <w:rPr>
          <w:b/>
        </w:rPr>
        <w:t xml:space="preserve">[33:29] </w:t>
      </w:r>
      <w:r>
        <w:t>tab ja kar yeh sab cheezen khatam hongi.</w:t>
      </w:r>
    </w:p>
    <w:p>
      <w:pPr>
        <w:jc w:val="right"/>
      </w:pPr>
      <w:r>
        <w:t>تب جا کر یہ سب چیزیں ختم ہوں گی۔</w:t>
      </w:r>
    </w:p>
    <w:p>
      <w:r>
        <w:rPr>
          <w:b/>
        </w:rPr>
        <w:t xml:space="preserve">[33:33] </w:t>
      </w:r>
      <w:r>
        <w:t>warna khatam nahi hongi.</w:t>
      </w:r>
    </w:p>
    <w:p>
      <w:pPr>
        <w:jc w:val="right"/>
      </w:pPr>
      <w:r>
        <w:t>ورنہ ختم نہیں ہوں گی۔</w:t>
      </w:r>
    </w:p>
    <w:p>
      <w:r>
        <w:rPr>
          <w:b/>
        </w:rPr>
        <w:t xml:space="preserve">[33:38] </w:t>
      </w:r>
      <w:r>
        <w:t>aap ghore kijiye keh jo arnor tan ne jo baat kahi hai keh yeh islam tha ya mazhab</w:t>
      </w:r>
    </w:p>
    <w:p>
      <w:pPr>
        <w:jc w:val="right"/>
      </w:pPr>
      <w:r>
        <w:t>آپ غور کیجیے کہ جو آرنر ٹان نے جو بات کہی ہے کہ یہ اسلام تھا یا مذہب</w:t>
      </w:r>
    </w:p>
    <w:p>
      <w:r>
        <w:rPr>
          <w:b/>
        </w:rPr>
        <w:t xml:space="preserve">[33:43] </w:t>
      </w:r>
      <w:r>
        <w:t>tauheed tha jis ne nature ko duty ke maqam se hataya.</w:t>
      </w:r>
    </w:p>
    <w:p>
      <w:pPr>
        <w:jc w:val="right"/>
      </w:pPr>
      <w:r>
        <w:t>توحید تھا جس نے نیچر کو ڈیوٹی کے مقام سے ہٹایا۔</w:t>
      </w:r>
    </w:p>
    <w:p>
      <w:r>
        <w:rPr>
          <w:b/>
        </w:rPr>
        <w:t xml:space="preserve">[33:47] </w:t>
      </w:r>
      <w:r>
        <w:t>aur taskheer ka tasawwur diya.</w:t>
      </w:r>
    </w:p>
    <w:p>
      <w:pPr>
        <w:jc w:val="right"/>
      </w:pPr>
      <w:r>
        <w:t>اور تسخیر کا تصور دیا۔</w:t>
      </w:r>
    </w:p>
    <w:p>
      <w:r>
        <w:rPr>
          <w:b/>
        </w:rPr>
        <w:t xml:space="preserve">[33:52] </w:t>
      </w:r>
      <w:r>
        <w:t>tab ja kar scientific discovery shuru hui.</w:t>
      </w:r>
    </w:p>
    <w:p>
      <w:pPr>
        <w:jc w:val="right"/>
      </w:pPr>
      <w:r>
        <w:t>تب جا کر سائنٹیفک ڈسکوری شروع ہوئی۔</w:t>
      </w:r>
    </w:p>
    <w:p>
      <w:r>
        <w:rPr>
          <w:b/>
        </w:rPr>
        <w:t xml:space="preserve">[33:57] </w:t>
      </w:r>
      <w:r>
        <w:t>aur tab ja kar taraqqiyan huien.</w:t>
      </w:r>
    </w:p>
    <w:p>
      <w:pPr>
        <w:jc w:val="right"/>
      </w:pPr>
      <w:r>
        <w:t>اور تب جا کر ترقیاں ہوئیں۔</w:t>
      </w:r>
    </w:p>
    <w:p>
      <w:r>
        <w:rPr>
          <w:b/>
        </w:rPr>
        <w:t xml:space="preserve">[34:01] </w:t>
      </w:r>
      <w:r>
        <w:t>yeh soch agar aa jaye musalmanon mein to kitna bara inqilab aa jaye.</w:t>
      </w:r>
    </w:p>
    <w:p>
      <w:pPr>
        <w:jc w:val="right"/>
      </w:pPr>
      <w:r>
        <w:t>یہ سوچ اگر آجائے مسلمانوں میں تو کتنا بڑا انقلاب آجائے۔</w:t>
      </w:r>
    </w:p>
    <w:p>
      <w:r>
        <w:rPr>
          <w:b/>
        </w:rPr>
        <w:t xml:space="preserve">[34:06] </w:t>
      </w:r>
      <w:r>
        <w:t>phir samjhiye keh yeh sara hamari tareekh ka hissa hai.</w:t>
      </w:r>
    </w:p>
    <w:p>
      <w:pPr>
        <w:jc w:val="right"/>
      </w:pPr>
      <w:r>
        <w:t>پھر سمجھیے کہ یہ سارا ہماری تاریخ کا حصہ ہے۔</w:t>
      </w:r>
    </w:p>
    <w:p>
      <w:r>
        <w:rPr>
          <w:b/>
        </w:rPr>
        <w:t xml:space="preserve">[34:11] </w:t>
      </w:r>
      <w:r>
        <w:t>sari civilization, sari tehzeeb, sari taraqqiyan, sari science hamari apni tareekh ka hissa hai.</w:t>
      </w:r>
    </w:p>
    <w:p>
      <w:pPr>
        <w:jc w:val="right"/>
      </w:pPr>
      <w:r>
        <w:t>ساری سولائزیشن، ساری تہذیب، ساری ترقیاں، ساری سائنس ہماری اپنی تاریخ کا حصہ ہے۔</w:t>
      </w:r>
    </w:p>
    <w:p>
      <w:r>
        <w:rPr>
          <w:b/>
        </w:rPr>
        <w:t xml:space="preserve">[34:15] </w:t>
      </w:r>
      <w:r>
        <w:t>mein jab gaya tha wahan par spain pehli bar, mein utra wahan par airport jo hai. airport.</w:t>
      </w:r>
    </w:p>
    <w:p>
      <w:pPr>
        <w:jc w:val="right"/>
      </w:pPr>
      <w:r>
        <w:t>میں جب گیا تھا وہاں پر اسپین پہلی بار، میں اترا وہاں پر ایئرپورٹ جو ہے۔ ایئرپورٹ۔</w:t>
      </w:r>
    </w:p>
    <w:p>
      <w:r>
        <w:rPr>
          <w:b/>
        </w:rPr>
        <w:t xml:space="preserve">[34:20] </w:t>
      </w:r>
      <w:r>
        <w:t>bohat hi shandar airport.</w:t>
      </w:r>
    </w:p>
    <w:p>
      <w:pPr>
        <w:jc w:val="right"/>
      </w:pPr>
      <w:r>
        <w:t>بہت ہی شاندار ایئرپورٹ۔</w:t>
      </w:r>
    </w:p>
    <w:p>
      <w:r>
        <w:rPr>
          <w:b/>
        </w:rPr>
        <w:t xml:space="preserve">[34:25] </w:t>
      </w:r>
      <w:r>
        <w:t>to mein is ko dekh kar, yani waqea ek, mein rone laga.</w:t>
      </w:r>
    </w:p>
    <w:p>
      <w:pPr>
        <w:jc w:val="right"/>
      </w:pPr>
      <w:r>
        <w:t>تو میں اس کو دیکھ کر، یعنی واقعہ ایک، میں رونے لگا۔</w:t>
      </w:r>
    </w:p>
    <w:p>
      <w:r>
        <w:rPr>
          <w:b/>
        </w:rPr>
        <w:t xml:space="preserve">[34:29] </w:t>
      </w:r>
      <w:r>
        <w:t>keh kyun hum jo soch samajhte hain in logon ko.</w:t>
      </w:r>
    </w:p>
    <w:p>
      <w:pPr>
        <w:jc w:val="right"/>
      </w:pPr>
      <w:r>
        <w:t>کہ کیوں ہم جو سوچ سمجھتے ہیں ان لوگوں کو۔</w:t>
      </w:r>
    </w:p>
    <w:p>
      <w:r>
        <w:rPr>
          <w:b/>
        </w:rPr>
        <w:t xml:space="preserve">[34:34] </w:t>
      </w:r>
      <w:r>
        <w:t>humein kehna chahiye keh hum ne tareekh ko jahan tak pohanchaya tha, tum ne use aage le gaye.</w:t>
      </w:r>
    </w:p>
    <w:p>
      <w:pPr>
        <w:jc w:val="right"/>
      </w:pPr>
      <w:r>
        <w:t>ہمیں کہنا چاہیے کہ ہم نے تاریخ کو جہاں تک پہنچایا تھا، تم نے اسے آگے لے گئے۔</w:t>
      </w:r>
    </w:p>
    <w:p>
      <w:r>
        <w:rPr>
          <w:b/>
        </w:rPr>
        <w:t xml:space="preserve">[34:39] </w:t>
      </w:r>
      <w:r>
        <w:t>hum ne tareekh ko pohanchaya tha motor bakri ke maqam par, tum ne is ko hawai jahaz ke</w:t>
      </w:r>
    </w:p>
    <w:p>
      <w:pPr>
        <w:jc w:val="right"/>
      </w:pPr>
      <w:r>
        <w:t>ہم نے تاریخ کو پہنچایا تھا موٹر بکری کے مقام پر، تم نے اس کو ہوائی جہاز کے</w:t>
      </w:r>
    </w:p>
    <w:p>
      <w:r>
        <w:rPr>
          <w:b/>
        </w:rPr>
        <w:t xml:space="preserve">[34:43] </w:t>
      </w:r>
      <w:r>
        <w:t>maqam par pohanchaya.</w:t>
      </w:r>
    </w:p>
    <w:p>
      <w:pPr>
        <w:jc w:val="right"/>
      </w:pPr>
      <w:r>
        <w:t>مقام پر پہنچایا۔</w:t>
      </w:r>
    </w:p>
    <w:p>
      <w:r>
        <w:rPr>
          <w:b/>
        </w:rPr>
        <w:t xml:space="preserve">[34:48] </w:t>
      </w:r>
      <w:r>
        <w:t>ab bhi wahan buildingen pari hui hain, mein ne dekha un ko.</w:t>
      </w:r>
    </w:p>
    <w:p>
      <w:pPr>
        <w:jc w:val="right"/>
      </w:pPr>
      <w:r>
        <w:t>اب بھی وہاں بلڈنگیں پڑی ہوئی ہیں، میں نے دیکھا ان کو۔</w:t>
      </w:r>
    </w:p>
    <w:p>
      <w:r>
        <w:rPr>
          <w:b/>
        </w:rPr>
        <w:t xml:space="preserve">[34:53] </w:t>
      </w:r>
      <w:r>
        <w:t>purane andaaz ki buildingen, unhon ne naye andaaz ki buildingen banain.</w:t>
      </w:r>
    </w:p>
    <w:p>
      <w:pPr>
        <w:jc w:val="right"/>
      </w:pPr>
      <w:r>
        <w:t>پرانے انداز کی بلڈنگیں، انہوں نے نئے انداز کی بلڈنگیں بنائیں۔</w:t>
      </w:r>
    </w:p>
    <w:p>
      <w:r>
        <w:rPr>
          <w:b/>
        </w:rPr>
        <w:t xml:space="preserve">[34:57] </w:t>
      </w:r>
      <w:r>
        <w:t>airport banaya, kya kya banaya.</w:t>
      </w:r>
    </w:p>
    <w:p>
      <w:pPr>
        <w:jc w:val="right"/>
      </w:pPr>
      <w:r>
        <w:t>ایئرپورٹ بنایا، کیا کیا بنایا۔</w:t>
      </w:r>
    </w:p>
    <w:p>
      <w:r>
        <w:rPr>
          <w:b/>
        </w:rPr>
        <w:t xml:space="preserve">[35:02] </w:t>
      </w:r>
      <w:r>
        <w:t>to mujhe laga keh hamari tareekh ka hissa hai yeh.</w:t>
      </w:r>
    </w:p>
    <w:p>
      <w:pPr>
        <w:jc w:val="right"/>
      </w:pPr>
      <w:r>
        <w:t>تو مجھے لگا کہ ہماری تاریخ کا حصہ ہے یہ۔</w:t>
      </w:r>
    </w:p>
    <w:p>
      <w:r>
        <w:rPr>
          <w:b/>
        </w:rPr>
        <w:t xml:space="preserve">[35:07] </w:t>
      </w:r>
      <w:r>
        <w:t>to agla hissa, agla hissa.</w:t>
      </w:r>
    </w:p>
    <w:p>
      <w:pPr>
        <w:jc w:val="right"/>
      </w:pPr>
      <w:r>
        <w:t>تو اگلا حصہ، اگلا حصہ۔</w:t>
      </w:r>
    </w:p>
    <w:p>
      <w:r>
        <w:rPr>
          <w:b/>
        </w:rPr>
        <w:t xml:space="preserve">[35:11] </w:t>
      </w:r>
      <w:r>
        <w:t>aik history shuru hui thi islam ke dour se, to isi ka agla hissa yeh hai.</w:t>
      </w:r>
    </w:p>
    <w:p>
      <w:pPr>
        <w:jc w:val="right"/>
      </w:pPr>
      <w:r>
        <w:t>ایک ہسٹری شروع ہوئی تھی اسلام کے دور سے، تو اسی کا اگلا حصہ یہ ہے۔</w:t>
      </w:r>
    </w:p>
    <w:p>
      <w:r>
        <w:rPr>
          <w:b/>
        </w:rPr>
        <w:t xml:space="preserve">[35:16] </w:t>
      </w:r>
      <w:r>
        <w:t>to ab is ko aap apni tareekh ka hissa maniye, to aik dam soch badal jayegi.</w:t>
      </w:r>
    </w:p>
    <w:p>
      <w:pPr>
        <w:jc w:val="right"/>
      </w:pPr>
      <w:r>
        <w:t>تو اب اس کو آپ اپنی تاریخ کا حصہ مانیے، تو ایک دم سوچ بدل جائے گی۔</w:t>
      </w:r>
    </w:p>
    <w:p>
      <w:r>
        <w:rPr>
          <w:b/>
        </w:rPr>
        <w:t xml:space="preserve">[35:21] </w:t>
      </w:r>
      <w:r>
        <w:t>aik dam soch badal jayegi.</w:t>
      </w:r>
    </w:p>
    <w:p>
      <w:pPr>
        <w:jc w:val="right"/>
      </w:pPr>
      <w:r>
        <w:t>ایک دم سوچ بدل جائے گی۔</w:t>
      </w:r>
    </w:p>
    <w:p>
      <w:r>
        <w:rPr>
          <w:b/>
        </w:rPr>
        <w:t xml:space="preserve">[35:25] </w:t>
      </w:r>
      <w:r>
        <w:t>jaise aik aik potay ko maine dekha jo bohat zikr kar raha tha apne dada ki taraqqiyon ka.</w:t>
      </w:r>
    </w:p>
    <w:p>
      <w:pPr>
        <w:jc w:val="right"/>
      </w:pPr>
      <w:r>
        <w:t>جیسے ایک ایک پوتے کو میں نے دیکھا جو بہت ذکر کر رہا تھا اپنے دادا کی ترقیوں کا۔</w:t>
      </w:r>
    </w:p>
    <w:p>
      <w:r>
        <w:rPr>
          <w:b/>
        </w:rPr>
        <w:t xml:space="preserve">[35:30] </w:t>
      </w:r>
      <w:r>
        <w:t>woh dada ki jo taraqqiyan thin, us ko apna hissa samajh raha tha woh.</w:t>
      </w:r>
    </w:p>
    <w:p>
      <w:pPr>
        <w:jc w:val="right"/>
      </w:pPr>
      <w:r>
        <w:t>وہ دادا کی جو ترقیاں تھیں، اس کو اپنا حصہ سمجھ رہا تھا وہ۔</w:t>
      </w:r>
    </w:p>
    <w:p>
      <w:r>
        <w:rPr>
          <w:b/>
        </w:rPr>
        <w:t xml:space="preserve">[35:35] </w:t>
      </w:r>
      <w:r>
        <w:t>to bas josh o kharosh se zikr kar raha tha us ko.</w:t>
      </w:r>
    </w:p>
    <w:p>
      <w:pPr>
        <w:jc w:val="right"/>
      </w:pPr>
      <w:r>
        <w:t>تو بس جوش و خروش سے ذکر کر رہا تھا اس کو۔</w:t>
      </w:r>
    </w:p>
    <w:p>
      <w:r>
        <w:rPr>
          <w:b/>
        </w:rPr>
        <w:t xml:space="preserve">[35:39] </w:t>
      </w:r>
      <w:r>
        <w:t>mere dada ne yeh kiya, mere dada ne woh kiya.</w:t>
      </w:r>
    </w:p>
    <w:p>
      <w:pPr>
        <w:jc w:val="right"/>
      </w:pPr>
      <w:r>
        <w:t>میرے دادا نے یہ کیا، میرے دادا نے وہ کیا۔</w:t>
      </w:r>
    </w:p>
    <w:p>
      <w:r>
        <w:rPr>
          <w:b/>
        </w:rPr>
        <w:t xml:space="preserve">[35:44] </w:t>
      </w:r>
      <w:r>
        <w:t>yehi poori muslim nafsiyat ban jayegi.</w:t>
      </w:r>
    </w:p>
    <w:p>
      <w:pPr>
        <w:jc w:val="right"/>
      </w:pPr>
      <w:r>
        <w:t>یہی پوری مسلم نفسیات بن جائے گی۔</w:t>
      </w:r>
    </w:p>
    <w:p>
      <w:r>
        <w:rPr>
          <w:b/>
        </w:rPr>
        <w:t xml:space="preserve">[35:49] </w:t>
      </w:r>
      <w:r>
        <w:t>poori muslim ki.</w:t>
      </w:r>
    </w:p>
    <w:p>
      <w:pPr>
        <w:jc w:val="right"/>
      </w:pPr>
      <w:r>
        <w:t>پوری مسلم کی۔</w:t>
      </w:r>
    </w:p>
    <w:p>
      <w:r>
        <w:rPr>
          <w:b/>
        </w:rPr>
        <w:t xml:space="preserve">[35:53] </w:t>
      </w:r>
      <w:r>
        <w:t>ke aik aik aik aik beginning thi jo baghdad mein hui, jo jo spain mein hui.</w:t>
      </w:r>
    </w:p>
    <w:p>
      <w:pPr>
        <w:jc w:val="right"/>
      </w:pPr>
      <w:r>
        <w:t>کہ ایک ایک ایک ایک بگننگ تھی جو بغداد میں ہوئی، جو جو اسپین میں ہوئی۔</w:t>
      </w:r>
    </w:p>
    <w:p>
      <w:r>
        <w:rPr>
          <w:b/>
        </w:rPr>
        <w:t xml:space="preserve">[35:58] </w:t>
      </w:r>
      <w:r>
        <w:t>yani aik aik aik beginning thi jo is ka aaghaz madine mein hua, phir damishq pohncha, phir baghdad</w:t>
      </w:r>
    </w:p>
    <w:p>
      <w:pPr>
        <w:jc w:val="right"/>
      </w:pPr>
      <w:r>
        <w:t>یعنی ایک ایک ایک بگننگ تھی جو اس کا آغاز مدینے میں ہوا، پھر دمشق پہنچا، پھر بغداد</w:t>
      </w:r>
    </w:p>
    <w:p>
      <w:r>
        <w:rPr>
          <w:b/>
        </w:rPr>
        <w:t xml:space="preserve">[36:03] </w:t>
      </w:r>
      <w:r>
        <w:t>pohncha, phir spain pohncha, qurtuba, baghdad, ghanata pohncha.</w:t>
      </w:r>
    </w:p>
    <w:p>
      <w:pPr>
        <w:jc w:val="right"/>
      </w:pPr>
      <w:r>
        <w:t>پہنچا، پھر اسپین پہنچا، قرطبہ، بغداد، غرناطہ پہنچا۔</w:t>
      </w:r>
    </w:p>
    <w:p>
      <w:r>
        <w:rPr>
          <w:b/>
        </w:rPr>
        <w:t xml:space="preserve">[36:07] </w:t>
      </w:r>
      <w:r>
        <w:t>aik history thi.</w:t>
      </w:r>
    </w:p>
    <w:p>
      <w:pPr>
        <w:jc w:val="right"/>
      </w:pPr>
      <w:r>
        <w:t>ایک ہسٹری تھی۔</w:t>
      </w:r>
    </w:p>
    <w:p>
      <w:r>
        <w:rPr>
          <w:b/>
        </w:rPr>
        <w:t xml:space="preserve">[36:12] </w:t>
      </w:r>
      <w:r>
        <w:t>is ka convolution hua ja kar europe mein, america mein.</w:t>
      </w:r>
    </w:p>
    <w:p>
      <w:pPr>
        <w:jc w:val="right"/>
      </w:pPr>
      <w:r>
        <w:t>اس کا کنولیشن ہوا جا کر یورپ میں، امریکہ میں۔</w:t>
      </w:r>
    </w:p>
    <w:p>
      <w:r>
        <w:rPr>
          <w:b/>
        </w:rPr>
        <w:t xml:space="preserve">[36:17] </w:t>
      </w:r>
      <w:r>
        <w:t>isi history ka, yani isi taraqqiyati history ka, jo taraqqiyati history shuru hui thi, jab quran ne taskheer</w:t>
      </w:r>
    </w:p>
    <w:p>
      <w:pPr>
        <w:jc w:val="right"/>
      </w:pPr>
      <w:r>
        <w:t>اسی ہسٹری کا، یعنی اسی ترقیاتی ہسٹری کا، جو ترقیاتی ہسٹری شروع ہوئی تھی، جب قرآن نے تسخیر</w:t>
      </w:r>
    </w:p>
    <w:p>
      <w:r>
        <w:rPr>
          <w:b/>
        </w:rPr>
        <w:t xml:space="preserve">[36:22] </w:t>
      </w:r>
      <w:r>
        <w:t>ka tasawwur diya, taskheer.</w:t>
      </w:r>
    </w:p>
    <w:p>
      <w:pPr>
        <w:jc w:val="right"/>
      </w:pPr>
      <w:r>
        <w:t>کا تصور دیا، تسخیر۔</w:t>
      </w:r>
    </w:p>
    <w:p>
      <w:r>
        <w:rPr>
          <w:b/>
        </w:rPr>
        <w:t xml:space="preserve">[36:26] </w:t>
      </w:r>
      <w:r>
        <w:t>fasakhkhar lakum ma fis samawati wal ardi to quran ne jo taskheer ka tasawwur diya, us ka aaghaz hua</w:t>
      </w:r>
    </w:p>
    <w:p>
      <w:pPr>
        <w:jc w:val="right"/>
      </w:pPr>
      <w:r>
        <w:t>فَسَخَّرَ لَكُمْ مَا فِي السَّمٰوَاتِ وَالْأَرْضِ تو قرآن نے جو تسخیر کا تصور دیا، اس کا آغاز ہوا</w:t>
      </w:r>
    </w:p>
    <w:p>
      <w:r>
        <w:rPr>
          <w:b/>
        </w:rPr>
        <w:t xml:space="preserve">[36:31] </w:t>
      </w:r>
      <w:r>
        <w:t>madine mein, phir woh pohncha damishq mein, phir pohncha baghdad mein, phir pohncha spain mein, phir qurtuba aur ghanata.</w:t>
      </w:r>
    </w:p>
    <w:p>
      <w:pPr>
        <w:jc w:val="right"/>
      </w:pPr>
      <w:r>
        <w:t>مدینے میں، پھر وہ پہنچا دمشق میں، پھر پہنچا بغداد میں، پھر پہنچا اسپین میں، پھر قرطبہ اور غرناطہ۔</w:t>
      </w:r>
    </w:p>
    <w:p>
      <w:r>
        <w:rPr>
          <w:b/>
        </w:rPr>
        <w:t xml:space="preserve">[36:36] </w:t>
      </w:r>
      <w:r>
        <w:t>isi history ka yeh convolution hai jo europe aur america mein pohncha.</w:t>
      </w:r>
    </w:p>
    <w:p>
      <w:pPr>
        <w:jc w:val="right"/>
      </w:pPr>
      <w:r>
        <w:t>اسی ہسٹری کا یہ کنولیشن ہے جو یورپ اور امریکہ میں پہنچا۔</w:t>
      </w:r>
    </w:p>
    <w:p>
      <w:r>
        <w:rPr>
          <w:b/>
        </w:rPr>
        <w:t xml:space="preserve">[36:40] </w:t>
      </w:r>
      <w:r>
        <w:t>yeh aap sochen ge to aap ka haal wahi hoga jo jab beta apne dada ki taraqqi par</w:t>
      </w:r>
    </w:p>
    <w:p>
      <w:pPr>
        <w:jc w:val="right"/>
      </w:pPr>
      <w:r>
        <w:t>یہ آپ سوچیں گے تو آپ کا حال وہی ہوگا جو جب بیٹا اپنے دادا کی ترقی پر</w:t>
      </w:r>
    </w:p>
    <w:p>
      <w:r>
        <w:rPr>
          <w:b/>
        </w:rPr>
        <w:t xml:space="preserve">[36:45] </w:t>
      </w:r>
      <w:r>
        <w:t>fakhar kar raha tha.</w:t>
      </w:r>
    </w:p>
    <w:p>
      <w:pPr>
        <w:jc w:val="right"/>
      </w:pPr>
      <w:r>
        <w:t>فخر کر رہا تھا۔</w:t>
      </w:r>
    </w:p>
    <w:p>
      <w:r>
        <w:rPr>
          <w:b/>
        </w:rPr>
        <w:t xml:space="preserve">[36:50] </w:t>
      </w:r>
      <w:r>
        <w:t>aap ke bhi hoga.</w:t>
      </w:r>
    </w:p>
    <w:p>
      <w:pPr>
        <w:jc w:val="right"/>
      </w:pPr>
      <w:r>
        <w:t>آپ کے بھی ہوگا۔</w:t>
      </w:r>
    </w:p>
    <w:p>
      <w:r>
        <w:rPr>
          <w:b/>
        </w:rPr>
        <w:t xml:space="preserve">[36:54] </w:t>
      </w:r>
      <w:r>
        <w:t>aap europe par fakhar karen ge, america par fakhar karen ge.</w:t>
      </w:r>
    </w:p>
    <w:p>
      <w:pPr>
        <w:jc w:val="right"/>
      </w:pPr>
      <w:r>
        <w:t>آپ یورپ پر فخر کریں گے، امریکہ پر فخر کریں گے۔</w:t>
      </w:r>
    </w:p>
    <w:p>
      <w:r>
        <w:rPr>
          <w:b/>
        </w:rPr>
        <w:t xml:space="preserve">[36:59] </w:t>
      </w:r>
      <w:r>
        <w:t>bajaye is ke ke is ko aap dushman samjhen.</w:t>
      </w:r>
    </w:p>
    <w:p>
      <w:pPr>
        <w:jc w:val="right"/>
      </w:pPr>
      <w:r>
        <w:t>بجائے اس کے کہ اس کو آپ دشمن سمجھیں۔</w:t>
      </w:r>
    </w:p>
    <w:p>
      <w:r>
        <w:rPr>
          <w:b/>
        </w:rPr>
        <w:t xml:space="preserve">[37:04] </w:t>
      </w:r>
      <w:r>
        <w:t>aaj ke musalman jo maghrib ko dushman samajhte hain apna, ab fakhr karne lagenge ke hamari tareekh</w:t>
      </w:r>
    </w:p>
    <w:p>
      <w:pPr>
        <w:jc w:val="right"/>
      </w:pPr>
      <w:r>
        <w:t>آج کے مسلمان جو مغرب کو دشمن سمجھتے ہیں اپنا، اب فخر کرنے لگیں گے کہ ہماری تاریخ</w:t>
      </w:r>
    </w:p>
    <w:p>
      <w:r>
        <w:rPr>
          <w:b/>
        </w:rPr>
        <w:t xml:space="preserve">[37:08] </w:t>
      </w:r>
      <w:r>
        <w:t>kuffar t hai yeh.</w:t>
      </w:r>
    </w:p>
    <w:p>
      <w:pPr>
        <w:jc w:val="right"/>
      </w:pPr>
      <w:r>
        <w:t>کفارٹ ہے یہ۔</w:t>
      </w:r>
    </w:p>
    <w:p>
      <w:r>
        <w:rPr>
          <w:b/>
        </w:rPr>
        <w:t xml:space="preserve">[37:13] </w:t>
      </w:r>
      <w:r>
        <w:t>tab ja kar ke woh sab se bara jo kaam hona chahiye, dawat-e-ilahi ka kaam, quran ko</w:t>
      </w:r>
    </w:p>
    <w:p>
      <w:pPr>
        <w:jc w:val="right"/>
      </w:pPr>
      <w:r>
        <w:t>تب جا کر کے وہ سب سے بڑا جو کام ہونا چاہیے، دعوت الہٰی کا کام، قرآن کو</w:t>
      </w:r>
    </w:p>
    <w:p>
      <w:r>
        <w:rPr>
          <w:b/>
        </w:rPr>
        <w:t xml:space="preserve">[37:18] </w:t>
      </w:r>
      <w:r>
        <w:t>phailane ka kaam, woh shuru hoga.</w:t>
      </w:r>
    </w:p>
    <w:p>
      <w:pPr>
        <w:jc w:val="right"/>
      </w:pPr>
      <w:r>
        <w:t>پھیلانے کا کام، وہ شروع ہوگا۔</w:t>
      </w:r>
    </w:p>
    <w:p>
      <w:r>
        <w:rPr>
          <w:b/>
        </w:rPr>
        <w:t xml:space="preserve">[37:22] </w:t>
      </w:r>
      <w:r>
        <w:t>ان سب چیزوں سے positive thinking آئے گی۔</w:t>
      </w:r>
    </w:p>
    <w:p>
      <w:pPr>
        <w:jc w:val="right"/>
      </w:pPr>
      <w:r>
        <w:t>ان سب چیزوں سے پازیٹیو تھنکنگ آئے گی۔</w:t>
      </w:r>
    </w:p>
    <w:p>
      <w:r>
        <w:rPr>
          <w:b/>
        </w:rPr>
        <w:t xml:space="preserve">[37:27] </w:t>
      </w:r>
      <w:r>
        <w:t>duniya ko aap dost samjhenge.</w:t>
      </w:r>
    </w:p>
    <w:p>
      <w:pPr>
        <w:jc w:val="right"/>
      </w:pPr>
      <w:r>
        <w:t>دنیا کو آپ دوست سمجھیں گے۔</w:t>
      </w:r>
    </w:p>
    <w:p>
      <w:r>
        <w:rPr>
          <w:b/>
        </w:rPr>
        <w:t xml:space="preserve">[37:32] </w:t>
      </w:r>
      <w:r>
        <w:t>duniya ko chahenge ke woh un ko jannat ka rasta dikhaye.</w:t>
      </w:r>
    </w:p>
    <w:p>
      <w:pPr>
        <w:jc w:val="right"/>
      </w:pPr>
      <w:r>
        <w:t>دنیا کو چاہیں گے کہ وہ ان کو جنت کا راستہ دکھائے۔</w:t>
      </w:r>
    </w:p>
    <w:p>
      <w:r>
        <w:rPr>
          <w:b/>
        </w:rPr>
        <w:t xml:space="preserve">[37:36] </w:t>
      </w:r>
      <w:r>
        <w:t>khair khwahi aayegi.</w:t>
      </w:r>
    </w:p>
    <w:p>
      <w:pPr>
        <w:jc w:val="right"/>
      </w:pPr>
      <w:r>
        <w:t>خیر خواہی آئے گی۔</w:t>
      </w:r>
    </w:p>
    <w:p>
      <w:r>
        <w:rPr>
          <w:b/>
        </w:rPr>
        <w:t xml:space="preserve">[37:41] </w:t>
      </w:r>
      <w:r>
        <w:t>to phir is ke baad dawat-e-ilahi zinda hoga.</w:t>
      </w:r>
    </w:p>
    <w:p>
      <w:pPr>
        <w:jc w:val="right"/>
      </w:pPr>
      <w:r>
        <w:t>تو پھر اس کے بعد دعوت الہٰی زندہ ہوگا۔</w:t>
      </w:r>
    </w:p>
    <w:p>
      <w:r>
        <w:rPr>
          <w:b/>
        </w:rPr>
        <w:t xml:space="preserve">[37:46] </w:t>
      </w:r>
      <w:r>
        <w:t>phir quran phailayega.</w:t>
      </w:r>
    </w:p>
    <w:p>
      <w:pPr>
        <w:jc w:val="right"/>
      </w:pPr>
      <w:r>
        <w:t>پھر قرآن پھیلے گا۔</w:t>
      </w:r>
    </w:p>
    <w:p>
      <w:r>
        <w:rPr>
          <w:b/>
        </w:rPr>
        <w:t xml:space="preserve">[37:50] </w:t>
      </w:r>
      <w:r>
        <w:t>sari duniya mein.</w:t>
      </w:r>
    </w:p>
    <w:p>
      <w:pPr>
        <w:jc w:val="right"/>
      </w:pPr>
      <w:r>
        <w:t>ساری دنیا میں۔</w:t>
      </w:r>
    </w:p>
    <w:p>
      <w:r>
        <w:rPr>
          <w:b/>
        </w:rPr>
        <w:t xml:space="preserve">[37:55] </w:t>
      </w:r>
      <w:r>
        <w:t>yahi duniya ki falah ka rasta bhi hai, yahi jannat ka rasta bhi hai.</w:t>
      </w:r>
    </w:p>
    <w:p>
      <w:pPr>
        <w:jc w:val="right"/>
      </w:pPr>
      <w:r>
        <w:t>یہی دنیا کی فلاح کا راستہ بھی ہے، یہی جنت کا راستہ بھی ہے۔</w:t>
      </w:r>
    </w:p>
    <w:p>
      <w:r>
        <w:rPr>
          <w:b/>
        </w:rPr>
        <w:t xml:space="preserve">[38:00] </w:t>
      </w:r>
      <w:r>
        <w:t>jahan tak maine study ki hai.</w:t>
      </w:r>
    </w:p>
    <w:p>
      <w:pPr>
        <w:jc w:val="right"/>
      </w:pPr>
      <w:r>
        <w:t>جہاں تک میں نے اسٹڈی کی ہے۔</w:t>
      </w:r>
    </w:p>
    <w:p>
      <w:r>
        <w:rPr>
          <w:b/>
        </w:rPr>
        <w:t xml:space="preserve">[38:04] </w:t>
      </w:r>
      <w:r>
        <w:t>to unesco ka ek dictum hai ke "Violence begins from mind." main kahunga "Everything begins from mind." har baat.</w:t>
      </w:r>
    </w:p>
    <w:p>
      <w:pPr>
        <w:jc w:val="right"/>
      </w:pPr>
      <w:r>
        <w:t>تو یونیسکو کا ایک ڈکٹم ہے کہ "Violence begins from mind." میں کہوں گا "Everything begins from mind." ہر بات۔</w:t>
      </w:r>
    </w:p>
    <w:p>
      <w:r>
        <w:rPr>
          <w:b/>
        </w:rPr>
        <w:t xml:space="preserve">[38:09] </w:t>
      </w:r>
      <w:r>
        <w:t>to aap ko agar change lana hai logon mein, change, to mind mein change lana padega.</w:t>
      </w:r>
    </w:p>
    <w:p>
      <w:pPr>
        <w:jc w:val="right"/>
      </w:pPr>
      <w:r>
        <w:t>تو آپ کو اگر چینج لانا ہے لوگوں میں، چینج، تو مائنڈ میں چینج لانا پڑے گا۔</w:t>
      </w:r>
    </w:p>
    <w:p>
      <w:r>
        <w:rPr>
          <w:b/>
        </w:rPr>
        <w:t xml:space="preserve">[38:14] </w:t>
      </w:r>
      <w:r>
        <w:t>mind badlega to zindagi badlegi.</w:t>
      </w:r>
    </w:p>
    <w:p>
      <w:pPr>
        <w:jc w:val="right"/>
      </w:pPr>
      <w:r>
        <w:t>مائنڈ بدلے گا تو زندگی بدلے گی۔</w:t>
      </w:r>
    </w:p>
    <w:p>
      <w:r>
        <w:rPr>
          <w:b/>
        </w:rPr>
        <w:t xml:space="preserve">[38:18] </w:t>
      </w:r>
      <w:r>
        <w:t>zindagi badlegi to history badlegi.</w:t>
      </w:r>
    </w:p>
    <w:p>
      <w:pPr>
        <w:jc w:val="right"/>
      </w:pPr>
      <w:r>
        <w:t>زندگی بدلے گی تو ہسٹری بدلے گی۔</w:t>
      </w:r>
    </w:p>
    <w:p>
      <w:r>
        <w:rPr>
          <w:b/>
        </w:rPr>
        <w:t xml:space="preserve">[38:23] </w:t>
      </w:r>
      <w:r>
        <w:t>history badlegi to sari cheezein taraqqi kar lengi.</w:t>
      </w:r>
    </w:p>
    <w:p>
      <w:pPr>
        <w:jc w:val="right"/>
      </w:pPr>
      <w:r>
        <w:t>ہسٹری بدلے گی تو ساری چیزیں ترقی کر لیں گی۔</w:t>
      </w:r>
    </w:p>
    <w:p>
      <w:r>
        <w:rPr>
          <w:b/>
        </w:rPr>
        <w:t xml:space="preserve">[38:28] </w:t>
      </w:r>
      <w:r>
        <w:t>aur phir woh bhi cheez zinda hogi jo hamare par Allah taala ka qarz hai ke quran ko</w:t>
      </w:r>
    </w:p>
    <w:p>
      <w:pPr>
        <w:jc w:val="right"/>
      </w:pPr>
      <w:r>
        <w:t>اور پھر وہ بھی چیز زندہ ہوگی جو ہمارے پر اللہ تعالیٰ کا قرض ہے کہ قرآن کو</w:t>
      </w:r>
    </w:p>
    <w:p>
      <w:r>
        <w:rPr>
          <w:b/>
        </w:rPr>
        <w:t xml:space="preserve">[38:32] </w:t>
      </w:r>
      <w:r>
        <w:t>sari duniya tak pahunchana.</w:t>
      </w:r>
    </w:p>
    <w:p>
      <w:pPr>
        <w:jc w:val="right"/>
      </w:pPr>
      <w:r>
        <w:t>ساری دنیا تک پہنچانا۔</w:t>
      </w:r>
    </w:p>
    <w:p>
      <w:r>
        <w:rPr>
          <w:b/>
        </w:rPr>
        <w:t xml:space="preserve">[38:37] </w:t>
      </w:r>
      <w:r>
        <w:t>"Nadhir al-furqan lil-'abd li-yakuna lil-'alam nadhira." yani hamare par Allah taala ka qarz hai ke hum quran ko</w:t>
      </w:r>
    </w:p>
    <w:p>
      <w:pPr>
        <w:jc w:val="right"/>
      </w:pPr>
      <w:r>
        <w:t>"نذر الفرقان للعبد ليكون للعالم نذيراً." یعنی ہمارے پر اللہ تعالیٰ کا قرض ہے کہ ہم قرآن کو</w:t>
      </w:r>
    </w:p>
    <w:p>
      <w:r>
        <w:rPr>
          <w:b/>
        </w:rPr>
        <w:t xml:space="preserve">[38:42] </w:t>
      </w:r>
      <w:r>
        <w:t>sari duniya tak pahunchayein.</w:t>
      </w:r>
    </w:p>
    <w:p>
      <w:pPr>
        <w:jc w:val="right"/>
      </w:pPr>
      <w:r>
        <w:t>ساری دنیا تک پہنچائیں۔</w:t>
      </w:r>
    </w:p>
    <w:p>
      <w:r>
        <w:rPr>
          <w:b/>
        </w:rPr>
        <w:t xml:space="preserve">[38:46] </w:t>
      </w:r>
      <w:r>
        <w:t>quran ko hum sari duniya tak pahunchayein.</w:t>
      </w:r>
    </w:p>
    <w:p>
      <w:pPr>
        <w:jc w:val="right"/>
      </w:pPr>
      <w:r>
        <w:t>قرآن کو ہم ساری دنیا تک پہنچائیں۔</w:t>
      </w:r>
    </w:p>
    <w:p>
      <w:r>
        <w:rPr>
          <w:b/>
        </w:rPr>
        <w:t xml:space="preserve">[38:51] </w:t>
      </w:r>
      <w:r>
        <w:t>iska tarjuma har zaban mein.</w:t>
      </w:r>
    </w:p>
    <w:p>
      <w:pPr>
        <w:jc w:val="right"/>
      </w:pPr>
      <w:r>
        <w:t>اس کا ترجمہ ہر زبان میں۔</w:t>
      </w:r>
    </w:p>
    <w:p>
      <w:r>
        <w:rPr>
          <w:b/>
        </w:rPr>
        <w:t xml:space="preserve">[38:56] </w:t>
      </w:r>
      <w:r>
        <w:t>lekin hum nahi kar pa rahe hain is ko.</w:t>
      </w:r>
    </w:p>
    <w:p>
      <w:pPr>
        <w:jc w:val="right"/>
      </w:pPr>
      <w:r>
        <w:t>لیکن ہم نہیں کر پا رہے ہیں اس کو۔</w:t>
      </w:r>
    </w:p>
    <w:p>
      <w:r>
        <w:rPr>
          <w:b/>
        </w:rPr>
        <w:t xml:space="preserve">[39:00] </w:t>
      </w:r>
      <w:r>
        <w:t>kyun? insan ko hum samajhte hain ke fana fisq o fisq ka mamla is ka hai.</w:t>
      </w:r>
    </w:p>
    <w:p>
      <w:pPr>
        <w:jc w:val="right"/>
      </w:pPr>
      <w:r>
        <w:t>کیوں؟ انسان کو ہم سمجھتے ہیں کہ فنار فسق و فسق کا معاملہ اس کا ہے۔</w:t>
      </w:r>
    </w:p>
    <w:p>
      <w:r>
        <w:rPr>
          <w:b/>
        </w:rPr>
        <w:t xml:space="preserve">[39:05] </w:t>
      </w:r>
      <w:r>
        <w:t>humein insaan se koi khair khwahi nahi, humein insaan se koi muhabbat nahi hai.</w:t>
      </w:r>
    </w:p>
    <w:p>
      <w:pPr>
        <w:jc w:val="right"/>
      </w:pPr>
      <w:r>
        <w:t>ہمیں انسان سے کوئی خیر خواہی نہیں، ہمیں انسان سے کوئی محبت نہیں ہے۔</w:t>
      </w:r>
    </w:p>
    <w:p>
      <w:r>
        <w:rPr>
          <w:b/>
        </w:rPr>
        <w:t xml:space="preserve">[39:10] </w:t>
      </w:r>
      <w:r>
        <w:t>insaan ko hum apni tareekh ka hissa nahi samajhte.</w:t>
      </w:r>
    </w:p>
    <w:p>
      <w:pPr>
        <w:jc w:val="right"/>
      </w:pPr>
      <w:r>
        <w:t>انسان کو ہم اپنی تاریخ کا حصہ نہیں سمجھتے۔</w:t>
      </w:r>
    </w:p>
    <w:p>
      <w:r>
        <w:rPr>
          <w:b/>
        </w:rPr>
        <w:t xml:space="preserve">[39:14] </w:t>
      </w:r>
      <w:r>
        <w:t>is wajah se mein is baat par itna zyada zor deta hoon.</w:t>
      </w:r>
    </w:p>
    <w:p>
      <w:pPr>
        <w:jc w:val="right"/>
      </w:pPr>
      <w:r>
        <w:t>اس وجہ سے میں اس بات پر اتنا زیادہ زور دیتا ہوں۔</w:t>
      </w:r>
    </w:p>
    <w:p>
      <w:r>
        <w:rPr>
          <w:b/>
        </w:rPr>
        <w:t xml:space="preserve">[39:19] </w:t>
      </w:r>
      <w:r>
        <w:t>kyunke jab tak mind nahi badlega, zindagiyaan nahi badlengi.</w:t>
      </w:r>
    </w:p>
    <w:p>
      <w:pPr>
        <w:jc w:val="right"/>
      </w:pPr>
      <w:r>
        <w:t>کیونکہ جب تک مائنڈ نہیں بدلے گا، زندگیاں نہیں بدلیں گی۔</w:t>
      </w:r>
    </w:p>
    <w:p>
      <w:r>
        <w:rPr>
          <w:b/>
        </w:rPr>
        <w:t xml:space="preserve">[39:24] </w:t>
      </w:r>
      <w:r>
        <w:t>phir jannat ke rastay bhi nahi khulenge hamare par.</w:t>
      </w:r>
    </w:p>
    <w:p>
      <w:pPr>
        <w:jc w:val="right"/>
      </w:pPr>
      <w:r>
        <w:t>پھر جنت کے راستے بھی نہیں کھلیں گے ہمارے پر۔</w:t>
      </w:r>
    </w:p>
    <w:p>
      <w:r>
        <w:rPr>
          <w:b/>
        </w:rPr>
        <w:t xml:space="preserve">[39:28] </w:t>
      </w:r>
      <w:r>
        <w:t>jannat ke darwazay band rahenge.</w:t>
      </w:r>
    </w:p>
    <w:p>
      <w:pPr>
        <w:jc w:val="right"/>
      </w:pPr>
      <w:r>
        <w:t>جنت کے دروازے بند رہیں گے۔</w:t>
      </w:r>
    </w:p>
    <w:p>
      <w:r>
        <w:rPr>
          <w:b/>
        </w:rPr>
        <w:t xml:space="preserve">[39:33] </w:t>
      </w:r>
      <w:r>
        <w:t>ab dekhein, ek hadith hai ke "la baqiya ala zahr al-ard bait badar wa la wabar illa adkhala Allah</w:t>
      </w:r>
    </w:p>
    <w:p>
      <w:pPr>
        <w:jc w:val="right"/>
      </w:pPr>
      <w:r>
        <w:t>اب دیکھیں، ایک حدیث ہے کہ "لا يبقى على ظهر الأرض بيت بدر ولا وبر إلا أدخل الله</w:t>
      </w:r>
    </w:p>
    <w:p>
      <w:r>
        <w:rPr>
          <w:b/>
        </w:rPr>
        <w:t xml:space="preserve">[39:38] </w:t>
      </w:r>
      <w:r>
        <w:t>kalimat al-islam." yaani zameen ka koi insaan nahi bachega jis tak Allah ka kalma na pohanchay.</w:t>
      </w:r>
    </w:p>
    <w:p>
      <w:pPr>
        <w:jc w:val="right"/>
      </w:pPr>
      <w:r>
        <w:t>كلمة الإسلام." یعنی زمین کا کوئی انسان نہیں بچے گا جس تک اللہ کا کلمہ نہ پہنچ جائے۔</w:t>
      </w:r>
    </w:p>
    <w:p>
      <w:r>
        <w:rPr>
          <w:b/>
        </w:rPr>
        <w:t xml:space="preserve">[39:42] </w:t>
      </w:r>
      <w:r>
        <w:t>kalma kya hai? quran hai.</w:t>
      </w:r>
    </w:p>
    <w:p>
      <w:pPr>
        <w:jc w:val="right"/>
      </w:pPr>
      <w:r>
        <w:t>کلمہ کیا ہے؟ قرآن ہے۔</w:t>
      </w:r>
    </w:p>
    <w:p>
      <w:r>
        <w:rPr>
          <w:b/>
        </w:rPr>
        <w:t xml:space="preserve">[39:47] </w:t>
      </w:r>
      <w:r>
        <w:t>"Word of God" jo hai, wahi kalma, wahi quran hai.</w:t>
      </w:r>
    </w:p>
    <w:p>
      <w:pPr>
        <w:jc w:val="right"/>
      </w:pPr>
      <w:r>
        <w:t>"Word of God" جو ہے، وہی کلمہ، وہی قرآن ہے۔</w:t>
      </w:r>
    </w:p>
    <w:p>
      <w:r>
        <w:rPr>
          <w:b/>
        </w:rPr>
        <w:t xml:space="preserve">[39:52] </w:t>
      </w:r>
      <w:r>
        <w:t>to qadeem zamanay mein aap kaise pohanchatay? is ke liye jo sadhan chahiye, jo wasail chahiye, woh hasil nahi thay.</w:t>
      </w:r>
    </w:p>
    <w:p>
      <w:pPr>
        <w:jc w:val="right"/>
      </w:pPr>
      <w:r>
        <w:t>تو قدیم زمانے میں آپ کیسے پہنچاتے؟ اس کے لیے جو سادھن چاہیے، جو وسائل چاہیے، وہ حاصل نہیں تھے۔</w:t>
      </w:r>
    </w:p>
    <w:p>
      <w:r>
        <w:rPr>
          <w:b/>
        </w:rPr>
        <w:t xml:space="preserve">[39:56] </w:t>
      </w:r>
      <w:r>
        <w:t>joghrafi maloom nahi thi.</w:t>
      </w:r>
    </w:p>
    <w:p>
      <w:pPr>
        <w:jc w:val="right"/>
      </w:pPr>
      <w:r>
        <w:t>جغرافی معلوم نہیں تھی۔</w:t>
      </w:r>
    </w:p>
    <w:p>
      <w:r>
        <w:rPr>
          <w:b/>
        </w:rPr>
        <w:t xml:space="preserve">[40:01] </w:t>
      </w:r>
      <w:r>
        <w:t>communication nahi tha.</w:t>
      </w:r>
    </w:p>
    <w:p>
      <w:pPr>
        <w:jc w:val="right"/>
      </w:pPr>
      <w:r>
        <w:t>کمیونیکیشن نہیں تھا۔</w:t>
      </w:r>
    </w:p>
    <w:p>
      <w:r>
        <w:rPr>
          <w:b/>
        </w:rPr>
        <w:t xml:space="preserve">[40:06] </w:t>
      </w:r>
      <w:r>
        <w:t>openness nahi tha.</w:t>
      </w:r>
    </w:p>
    <w:p>
      <w:pPr>
        <w:jc w:val="right"/>
      </w:pPr>
      <w:r>
        <w:t>اوپنڈنس نہیں تھا۔</w:t>
      </w:r>
    </w:p>
    <w:p>
      <w:r>
        <w:rPr>
          <w:b/>
        </w:rPr>
        <w:t xml:space="preserve">[40:10] </w:t>
      </w:r>
      <w:r>
        <w:t>radius freedom nahi tha.</w:t>
      </w:r>
    </w:p>
    <w:p>
      <w:pPr>
        <w:jc w:val="right"/>
      </w:pPr>
      <w:r>
        <w:t>ریڈیس فریڈم نہیں تھا۔</w:t>
      </w:r>
    </w:p>
    <w:p>
      <w:r>
        <w:rPr>
          <w:b/>
        </w:rPr>
        <w:t xml:space="preserve">[40:15] </w:t>
      </w:r>
      <w:r>
        <w:t>sab kuch nahi tha.</w:t>
      </w:r>
    </w:p>
    <w:p>
      <w:pPr>
        <w:jc w:val="right"/>
      </w:pPr>
      <w:r>
        <w:t>سب کچھ نہیں تھا۔</w:t>
      </w:r>
    </w:p>
    <w:p>
      <w:r>
        <w:rPr>
          <w:b/>
        </w:rPr>
        <w:t xml:space="preserve">[40:20] </w:t>
      </w:r>
      <w:r>
        <w:t>ab yeh sab kuch ho gaya.</w:t>
      </w:r>
    </w:p>
    <w:p>
      <w:pPr>
        <w:jc w:val="right"/>
      </w:pPr>
      <w:r>
        <w:t>اب یہ سب کچھ ہو گیا۔</w:t>
      </w:r>
    </w:p>
    <w:p>
      <w:r>
        <w:rPr>
          <w:b/>
        </w:rPr>
        <w:t xml:space="preserve">[40:24] </w:t>
      </w:r>
      <w:r>
        <w:t>aap dilli mein boliye, aap ki awaaz sari duniya mein sunai degi.</w:t>
      </w:r>
    </w:p>
    <w:p>
      <w:pPr>
        <w:jc w:val="right"/>
      </w:pPr>
      <w:r>
        <w:t>آپ دلی میں بولیے، آپ کی آواز ساری دنیا میں سنائی دے گی۔</w:t>
      </w:r>
    </w:p>
    <w:p>
      <w:r>
        <w:rPr>
          <w:b/>
        </w:rPr>
        <w:t xml:space="preserve">[40:29] </w:t>
      </w:r>
      <w:r>
        <w:t>dilli mein quran pohanchaiye aur communication ke zariye sari duniya mein phaila dijiye.</w:t>
      </w:r>
    </w:p>
    <w:p>
      <w:pPr>
        <w:jc w:val="right"/>
      </w:pPr>
      <w:r>
        <w:t>دلی میں قرآن پہنچائیے اور کمیونیکیشن کے ذریعے ساری دنیا میں پھیلا دیجیے۔</w:t>
      </w:r>
    </w:p>
    <w:p>
      <w:r>
        <w:rPr>
          <w:b/>
        </w:rPr>
        <w:t xml:space="preserve">[40:34] </w:t>
      </w:r>
      <w:r>
        <w:t>to woh jo asal mission musalman ka hai, wahi ruka pada hai.</w:t>
      </w:r>
    </w:p>
    <w:p>
      <w:pPr>
        <w:jc w:val="right"/>
      </w:pPr>
      <w:r>
        <w:t>تو وہ جو اصل مشن مسلمان کا ہے، وہی رکا پڑا ہے۔</w:t>
      </w:r>
    </w:p>
    <w:p>
      <w:r>
        <w:rPr>
          <w:b/>
        </w:rPr>
        <w:t xml:space="preserve">[40:38] </w:t>
      </w:r>
      <w:r>
        <w:t>kyunke soch negative hai, positive nahi hai.</w:t>
      </w:r>
    </w:p>
    <w:p>
      <w:pPr>
        <w:jc w:val="right"/>
      </w:pPr>
      <w:r>
        <w:t>کیونکہ سوچ نیگیٹیو ہے، پازیٹیو نہیں ہے۔</w:t>
      </w:r>
    </w:p>
    <w:p>
      <w:r>
        <w:rPr>
          <w:b/>
        </w:rPr>
        <w:t xml:space="preserve">[40:43] </w:t>
      </w:r>
      <w:r>
        <w:t>is ki misaal mein doonga japan ki.</w:t>
      </w:r>
    </w:p>
    <w:p>
      <w:pPr>
        <w:jc w:val="right"/>
      </w:pPr>
      <w:r>
        <w:t>اس کی مثال میں دوں گا جاپان کی۔</w:t>
      </w:r>
    </w:p>
    <w:p>
      <w:r>
        <w:rPr>
          <w:b/>
        </w:rPr>
        <w:t xml:space="preserve">[40:48] </w:t>
      </w:r>
      <w:r>
        <w:t>japan pehli qaum hai duniya mein jis ne khudkush bambari ki.</w:t>
      </w:r>
    </w:p>
    <w:p>
      <w:pPr>
        <w:jc w:val="right"/>
      </w:pPr>
      <w:r>
        <w:t>جاپان پہلی قوم ہے دنیا میں جس نے خودکش بمباری کی۔</w:t>
      </w:r>
    </w:p>
    <w:p>
      <w:r>
        <w:rPr>
          <w:b/>
        </w:rPr>
        <w:t xml:space="preserve">[40:52] </w:t>
      </w:r>
      <w:r>
        <w:t>pearl harbor ko unhon ne tabah kar diya.</w:t>
      </w:r>
    </w:p>
    <w:p>
      <w:pPr>
        <w:jc w:val="right"/>
      </w:pPr>
      <w:r>
        <w:t>پرل ہاربر کو انہوں نے تباہ کر دیا۔</w:t>
      </w:r>
    </w:p>
    <w:p>
      <w:r>
        <w:rPr>
          <w:b/>
        </w:rPr>
        <w:t xml:space="preserve">[40:57] </w:t>
      </w:r>
      <w:r>
        <w:t>america ke pearl harbor ko.</w:t>
      </w:r>
    </w:p>
    <w:p>
      <w:pPr>
        <w:jc w:val="right"/>
      </w:pPr>
      <w:r>
        <w:t>امریکہ کے پرل ہاربر کو۔</w:t>
      </w:r>
    </w:p>
    <w:p>
      <w:r>
        <w:rPr>
          <w:b/>
        </w:rPr>
        <w:t xml:space="preserve">[41:02] </w:t>
      </w:r>
      <w:r>
        <w:t>khud, khud yani society bombing ke zariye unhon ne amreeka ke pearl harbor ko tabah kar diya.</w:t>
      </w:r>
    </w:p>
    <w:p>
      <w:pPr>
        <w:jc w:val="right"/>
      </w:pPr>
      <w:r>
        <w:t>خود، خود یعنی سوسائٹی بمبنگ کے ذریعے انہوں نے امریکہ کے پرل ہاربر کو تباہ کر دیا۔</w:t>
      </w:r>
    </w:p>
    <w:p>
      <w:r>
        <w:rPr>
          <w:b/>
        </w:rPr>
        <w:t xml:space="preserve">[41:06] </w:t>
      </w:r>
      <w:r>
        <w:t>itna zyada un ke andar yani negative soch thi. negative.</w:t>
      </w:r>
    </w:p>
    <w:p>
      <w:pPr>
        <w:jc w:val="right"/>
      </w:pPr>
      <w:r>
        <w:t>اتنا زیادہ ان کے اندر یعنی نیگیٹیو سوچ تھی۔ نیگیٹیو۔</w:t>
      </w:r>
    </w:p>
    <w:p>
      <w:r>
        <w:rPr>
          <w:b/>
        </w:rPr>
        <w:t xml:space="preserve">[41:11] </w:t>
      </w:r>
      <w:r>
        <w:t>lekin kya hua? second world war mein amreeka ne un par do bomb gira diye. atom bomb.</w:t>
      </w:r>
    </w:p>
    <w:p>
      <w:pPr>
        <w:jc w:val="right"/>
      </w:pPr>
      <w:r>
        <w:t>لیکن کیا ہوا؟ سیکنڈ ورلڈ وار میں امریکہ نے ان پر دو بم گرا دیے۔ ایٹم بم۔</w:t>
      </w:r>
    </w:p>
    <w:p>
      <w:r>
        <w:rPr>
          <w:b/>
        </w:rPr>
        <w:t xml:space="preserve">[41:16] </w:t>
      </w:r>
      <w:r>
        <w:t>to un ke jo taraqqi yafta shehar thay, nagasaki aur hiroshima, tabah ho gaye.</w:t>
      </w:r>
    </w:p>
    <w:p>
      <w:pPr>
        <w:jc w:val="right"/>
      </w:pPr>
      <w:r>
        <w:t>تو ان کے جو ترقی یافتہ شہر تھے، ناگاساکی اور ہیروشیما، تباہ ہو گئے۔</w:t>
      </w:r>
    </w:p>
    <w:p>
      <w:r>
        <w:rPr>
          <w:b/>
        </w:rPr>
        <w:t xml:space="preserve">[41:20] </w:t>
      </w:r>
      <w:r>
        <w:t>to is ke baad kya hua? japan ke andar nai soch aai.</w:t>
      </w:r>
    </w:p>
    <w:p>
      <w:pPr>
        <w:jc w:val="right"/>
      </w:pPr>
      <w:r>
        <w:t>تو اس کے بعد کیا ہوا؟ جاپان کے اندر نئی سوچ آئی۔</w:t>
      </w:r>
    </w:p>
    <w:p>
      <w:r>
        <w:rPr>
          <w:b/>
        </w:rPr>
        <w:t xml:space="preserve">[41:25] </w:t>
      </w:r>
      <w:r>
        <w:t>rethinking aai. rethinking.</w:t>
      </w:r>
    </w:p>
    <w:p>
      <w:pPr>
        <w:jc w:val="right"/>
      </w:pPr>
      <w:r>
        <w:t>ری تھنکنگ آئی۔ ری تھنکنگ۔</w:t>
      </w:r>
    </w:p>
    <w:p>
      <w:r>
        <w:rPr>
          <w:b/>
        </w:rPr>
        <w:t xml:space="preserve">[41:30] </w:t>
      </w:r>
      <w:r>
        <w:t>ke hum ne sab kuch kar dala, sab kuch dala, lekin mila to kuch nahin.</w:t>
      </w:r>
    </w:p>
    <w:p>
      <w:pPr>
        <w:jc w:val="right"/>
      </w:pPr>
      <w:r>
        <w:t>کہ ہم نے سب کچھ کر ڈالا، سب کچھ ڈالا، لیکن ملا تو کچھ نہیں۔</w:t>
      </w:r>
    </w:p>
    <w:p>
      <w:r>
        <w:rPr>
          <w:b/>
        </w:rPr>
        <w:t xml:space="preserve">[41:34] </w:t>
      </w:r>
      <w:r>
        <w:t>sab kuch kar dala, yani society bombing bhi kar dala, lekin hamein mila kya? sirf haar, sirf haar, sirf haar.</w:t>
      </w:r>
    </w:p>
    <w:p>
      <w:pPr>
        <w:jc w:val="right"/>
      </w:pPr>
      <w:r>
        <w:t>سب کچھ کر ڈالا، یعنی سوسائٹی بمبنگ بھی کر ڈالا، لیکن ہمیں ملا کیا؟ صرف ہار، صرف ہار، صرف ہار۔</w:t>
      </w:r>
    </w:p>
    <w:p>
      <w:r>
        <w:rPr>
          <w:b/>
        </w:rPr>
        <w:t xml:space="preserve">[41:39] </w:t>
      </w:r>
      <w:r>
        <w:t>hamare shehar tabah ho gaye.</w:t>
      </w:r>
    </w:p>
    <w:p>
      <w:pPr>
        <w:jc w:val="right"/>
      </w:pPr>
      <w:r>
        <w:t>ہمارے شہر تباہ ہو گئے۔</w:t>
      </w:r>
    </w:p>
    <w:p>
      <w:r>
        <w:rPr>
          <w:b/>
        </w:rPr>
        <w:t xml:space="preserve">[41:44] </w:t>
      </w:r>
      <w:r>
        <w:t>to un ka jo badshah tha, hirohito, us ne taqreer ki.</w:t>
      </w:r>
    </w:p>
    <w:p>
      <w:pPr>
        <w:jc w:val="right"/>
      </w:pPr>
      <w:r>
        <w:t>تو ان کا جو بادشاہ تھا، ہیروہیٹو، اس نے تقریر کی۔</w:t>
      </w:r>
    </w:p>
    <w:p>
      <w:r>
        <w:rPr>
          <w:b/>
        </w:rPr>
        <w:t xml:space="preserve">[41:48] </w:t>
      </w:r>
      <w:r>
        <w:t>us zamane mein radio hua karta tha.</w:t>
      </w:r>
    </w:p>
    <w:p>
      <w:pPr>
        <w:jc w:val="right"/>
      </w:pPr>
      <w:r>
        <w:t>اس زمانے میں ریڈیو ہوا کرتا تھا۔</w:t>
      </w:r>
    </w:p>
    <w:p>
      <w:r>
        <w:rPr>
          <w:b/>
        </w:rPr>
        <w:t xml:space="preserve">[41:53] </w:t>
      </w:r>
      <w:r>
        <w:t>yeh aaj kal ki tarah yeh tv nahin tha.</w:t>
      </w:r>
    </w:p>
    <w:p>
      <w:pPr>
        <w:jc w:val="right"/>
      </w:pPr>
      <w:r>
        <w:t>یہ آج کل کی طرح یہ ٹی وی نہیں تھا۔</w:t>
      </w:r>
    </w:p>
    <w:p>
      <w:r>
        <w:rPr>
          <w:b/>
        </w:rPr>
        <w:t xml:space="preserve">[41:58] </w:t>
      </w:r>
      <w:r>
        <w:t>us ne kaha ke "We have to endure the unendurable.</w:t>
      </w:r>
    </w:p>
    <w:p>
      <w:pPr>
        <w:jc w:val="right"/>
      </w:pPr>
      <w:r>
        <w:t>اس نے کہا کہ "We have to endure the unendurable.</w:t>
      </w:r>
    </w:p>
    <w:p>
      <w:r>
        <w:rPr>
          <w:b/>
        </w:rPr>
        <w:t xml:space="preserve">[42:03] </w:t>
      </w:r>
      <w:r>
        <w:t>We have to suffer the unsufferable." hamein hamein haar ko bardasht karna hai.</w:t>
      </w:r>
    </w:p>
    <w:p>
      <w:pPr>
        <w:jc w:val="right"/>
      </w:pPr>
      <w:r>
        <w:t>We have to suffer the unsufferable." ہمیں ہمیں ہار کو برداشت کرنا ہے۔</w:t>
      </w:r>
    </w:p>
    <w:p>
      <w:r>
        <w:rPr>
          <w:b/>
        </w:rPr>
        <w:t xml:space="preserve">[42:06] </w:t>
      </w:r>
      <w:r>
        <w:t>hamein haar ko bhulana hai.</w:t>
      </w:r>
    </w:p>
    <w:p>
      <w:pPr>
        <w:jc w:val="right"/>
      </w:pPr>
      <w:r>
        <w:t>ہمیں ہار کو بھلانا ہے۔</w:t>
      </w:r>
    </w:p>
    <w:p>
      <w:r>
        <w:rPr>
          <w:b/>
        </w:rPr>
        <w:t xml:space="preserve">[42:09] </w:t>
      </w:r>
      <w:r>
        <w:t>taake hum japan ki nai history likh saken.</w:t>
      </w:r>
    </w:p>
    <w:p>
      <w:pPr>
        <w:jc w:val="right"/>
      </w:pPr>
      <w:r>
        <w:t>تاکہ ہم جاپان کی نئی ہسٹری لکھ سکیں۔</w:t>
      </w:r>
    </w:p>
    <w:p>
      <w:r>
        <w:rPr>
          <w:b/>
        </w:rPr>
        <w:t xml:space="preserve">[42:13] </w:t>
      </w:r>
      <w:r>
        <w:t>chunanche ek naya daur shuru hua.</w:t>
      </w:r>
    </w:p>
    <w:p>
      <w:pPr>
        <w:jc w:val="right"/>
      </w:pPr>
      <w:r>
        <w:t>چنانچہ ایک نیا دور شروع ہوا۔</w:t>
      </w:r>
    </w:p>
    <w:p>
      <w:r>
        <w:rPr>
          <w:b/>
        </w:rPr>
        <w:t xml:space="preserve">[42:16] </w:t>
      </w:r>
      <w:r>
        <w:t>saare japan ne chhod diya tashaddud ko.</w:t>
      </w:r>
    </w:p>
    <w:p>
      <w:pPr>
        <w:jc w:val="right"/>
      </w:pPr>
      <w:r>
        <w:t>سارے جاپان نے چھوڑ دیا تشدد کو۔</w:t>
      </w:r>
    </w:p>
    <w:p>
      <w:r>
        <w:rPr>
          <w:b/>
        </w:rPr>
        <w:t xml:space="preserve">[42:20] </w:t>
      </w:r>
      <w:r>
        <w:t>saari japani qaum ne chhod diya tashaddud ko.</w:t>
      </w:r>
    </w:p>
    <w:p>
      <w:pPr>
        <w:jc w:val="right"/>
      </w:pPr>
      <w:r>
        <w:t>ساری جاپانی قوم نے چھوڑ دیا تشدد کو۔</w:t>
      </w:r>
    </w:p>
    <w:p>
      <w:r>
        <w:rPr>
          <w:b/>
        </w:rPr>
        <w:t xml:space="preserve">[42:23] </w:t>
      </w:r>
      <w:r>
        <w:t>bilkul ek laqt chhod diya.</w:t>
      </w:r>
    </w:p>
    <w:p>
      <w:pPr>
        <w:jc w:val="right"/>
      </w:pPr>
      <w:r>
        <w:t>بالکل ایک لخت چھوڑ دیا۔</w:t>
      </w:r>
    </w:p>
    <w:p>
      <w:r>
        <w:rPr>
          <w:b/>
        </w:rPr>
        <w:t xml:space="preserve">[42:27] </w:t>
      </w:r>
      <w:r>
        <w:t>aur lag gaye scientific education industry mein.</w:t>
      </w:r>
    </w:p>
    <w:p>
      <w:pPr>
        <w:jc w:val="right"/>
      </w:pPr>
      <w:r>
        <w:t>اور لگ گئے سائنٹیفک ایجوکیشن انڈسٹری میں۔</w:t>
      </w:r>
    </w:p>
    <w:p>
      <w:r>
        <w:rPr>
          <w:b/>
        </w:rPr>
        <w:t xml:space="preserve">[42:30] </w:t>
      </w:r>
      <w:r>
        <w:t>aap jante hain ke pachees saal ke baad kya hua? ek inqilab.</w:t>
      </w:r>
    </w:p>
    <w:p>
      <w:pPr>
        <w:jc w:val="right"/>
      </w:pPr>
      <w:r>
        <w:t>آپ جانتے ہیں کہ پچیس سال کے بعد کیا ہوا؟ ایک انقلاب۔</w:t>
      </w:r>
    </w:p>
    <w:p>
      <w:r>
        <w:rPr>
          <w:b/>
        </w:rPr>
        <w:t xml:space="preserve">[42:34] </w:t>
      </w:r>
      <w:r>
        <w:t>ke japan economic superpower ban gaya.</w:t>
      </w:r>
    </w:p>
    <w:p>
      <w:pPr>
        <w:jc w:val="right"/>
      </w:pPr>
      <w:r>
        <w:t>کہ جاپان اکانومک سپر پاور بن گیا۔</w:t>
      </w:r>
    </w:p>
    <w:p>
      <w:r>
        <w:rPr>
          <w:b/>
        </w:rPr>
        <w:t xml:space="preserve">[42:37] </w:t>
      </w:r>
      <w:r>
        <w:t>to yeh Allah taala ne misaal dikhai hai musalmanon ko.</w:t>
      </w:r>
    </w:p>
    <w:p>
      <w:pPr>
        <w:jc w:val="right"/>
      </w:pPr>
      <w:r>
        <w:t>تو یہ اللہ تعالیٰ نے مثال دکھائی ہے مسلمانوں کو۔</w:t>
      </w:r>
    </w:p>
    <w:p>
      <w:r>
        <w:rPr>
          <w:b/>
        </w:rPr>
        <w:t xml:space="preserve">[42:41] </w:t>
      </w:r>
      <w:r>
        <w:t>ke tum bhi apne andar change lao.</w:t>
      </w:r>
    </w:p>
    <w:p>
      <w:pPr>
        <w:jc w:val="right"/>
      </w:pPr>
      <w:r>
        <w:t>کہ تم بھی اپنے اندر چینج لاؤ۔</w:t>
      </w:r>
    </w:p>
    <w:p>
      <w:r>
        <w:rPr>
          <w:b/>
        </w:rPr>
        <w:t xml:space="preserve">[42:44] </w:t>
      </w:r>
      <w:r>
        <w:t>"You turn low."</w:t>
      </w:r>
    </w:p>
    <w:p>
      <w:pPr>
        <w:jc w:val="right"/>
      </w:pPr>
      <w:r>
        <w:t>"You turn low.</w:t>
      </w:r>
    </w:p>
    <w:p>
      <w:r>
        <w:rPr>
          <w:b/>
        </w:rPr>
        <w:t xml:space="preserve">[42:48] </w:t>
      </w:r>
      <w:r>
        <w:t>re-thinking." paida karo apne andar. aur phir tumhari tareekh dobara badal jayegi. aakhir mein main dua karta hoon ke Allah taala mujh ko aur aap ko sahi raaste ki tofeeq de. Allah taala hum ko sahi raaste par chalaye. Allah taala hamari duniya ko aur hamari akhirat ko taameer o tahaffuz farmaye. Assalam o alaikum wa rehmatullahi.</w:t>
      </w:r>
    </w:p>
    <w:p>
      <w:pPr>
        <w:jc w:val="right"/>
      </w:pPr>
      <w:r>
        <w:t>Re-thinking." پیدا کرو اپنے اندر۔ اور پھر تمہاری تاریخ دوبارہ بدل جائے گی۔ آخر میں میں دعا کرتا ہوں کہ اللہ تعالیٰ مجھ کو اور آپ کو صحیح راستے کی توفیق دے۔ اللہ تعالیٰ ہم کو صحیح راستے پر چلائے۔ اللہ تعالیٰ ہماری دنیا کو اور ہماری آخرت کو تعمیر و تحفظ فرمائے۔ السلام علیکم ورحمة الله.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