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Divine Love July 31, 2016</w:t>
      </w:r>
    </w:p>
    <w:p>
      <w:r>
        <w:t>https://www.youtube.com/watch?v=-gQiWX3l6J4</w:t>
      </w:r>
    </w:p>
    <w:p>
      <w:r>
        <w:rPr>
          <w:b/>
        </w:rPr>
        <w:t xml:space="preserve">[00:15] </w:t>
      </w:r>
      <w:r>
        <w:t>bismillah ir rehman ir rahim.</w:t>
      </w:r>
    </w:p>
    <w:p>
      <w:pPr>
        <w:jc w:val="right"/>
      </w:pPr>
      <w:r>
        <w:t>بسم اللہ الرحمن الرحیم۔</w:t>
      </w:r>
    </w:p>
    <w:p>
      <w:r>
        <w:rPr>
          <w:b/>
        </w:rPr>
        <w:t xml:space="preserve">[00:20] </w:t>
      </w:r>
      <w:r>
        <w:t>wasallallahu ala nabiyyil karim.</w:t>
      </w:r>
    </w:p>
    <w:p>
      <w:pPr>
        <w:jc w:val="right"/>
      </w:pPr>
      <w:r>
        <w:t>وصلی اللہ علی النبی الکریم۔</w:t>
      </w:r>
    </w:p>
    <w:p>
      <w:r>
        <w:rPr>
          <w:b/>
        </w:rPr>
        <w:t xml:space="preserve">[00:26]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[00:32] </w:t>
      </w:r>
      <w:r>
        <w:t>31 julaee 2016.</w:t>
      </w:r>
    </w:p>
    <w:p>
      <w:pPr>
        <w:jc w:val="right"/>
      </w:pPr>
      <w:r>
        <w:t>31 جولائی 2016۔</w:t>
      </w:r>
    </w:p>
    <w:p>
      <w:r>
        <w:rPr>
          <w:b/>
        </w:rPr>
        <w:t xml:space="preserve">[00:38] </w:t>
      </w:r>
      <w:r>
        <w:t>kal ka waqea hai, main isi kamre mein tha dopahar baad, ke bohat zor se badal garajne ki</w:t>
      </w:r>
    </w:p>
    <w:p>
      <w:pPr>
        <w:jc w:val="right"/>
      </w:pPr>
      <w:r>
        <w:t>کل کا واقعہ ہے، میں اسی کمرے میں تھا دوپہر بعد، کہ بہت زور سے بادل گرجنے کی</w:t>
      </w:r>
    </w:p>
    <w:p>
      <w:r>
        <w:rPr>
          <w:b/>
        </w:rPr>
        <w:t xml:space="preserve">[00:43] </w:t>
      </w:r>
      <w:r>
        <w:t>awaz aai, jis ko kehte hain thunder.</w:t>
      </w:r>
    </w:p>
    <w:p>
      <w:pPr>
        <w:jc w:val="right"/>
      </w:pPr>
      <w:r>
        <w:t>آواز آئی، جس کو کہتے ہیں thunder۔</w:t>
      </w:r>
    </w:p>
    <w:p>
      <w:r>
        <w:rPr>
          <w:b/>
        </w:rPr>
        <w:t xml:space="preserve">[00:49] </w:t>
      </w:r>
      <w:r>
        <w:t>koi unusual taur par woh bohat zyada tez awaz thi.</w:t>
      </w:r>
    </w:p>
    <w:p>
      <w:pPr>
        <w:jc w:val="right"/>
      </w:pPr>
      <w:r>
        <w:t>کوئی unusual طور پر وہ بہت زیادہ تیز آواز تھی۔</w:t>
      </w:r>
    </w:p>
    <w:p>
      <w:r>
        <w:rPr>
          <w:b/>
        </w:rPr>
        <w:t xml:space="preserve">[00:55] </w:t>
      </w:r>
      <w:r>
        <w:t>to main jaldi se woh ayat jo quran ki hai woh parhne laga.</w:t>
      </w:r>
    </w:p>
    <w:p>
      <w:pPr>
        <w:jc w:val="right"/>
      </w:pPr>
      <w:r>
        <w:t>تو میں جلدی سے وہ آیت جو قرآن کی ہے وہ پڑھنے لگا۔</w:t>
      </w:r>
    </w:p>
    <w:p>
      <w:r>
        <w:rPr>
          <w:b/>
        </w:rPr>
        <w:t xml:space="preserve">[01:01] </w:t>
      </w:r>
      <w:r>
        <w:t>ashibbur ra'du bihamdi wal malaikatu min khiyafati.</w:t>
      </w:r>
    </w:p>
    <w:p>
      <w:pPr>
        <w:jc w:val="right"/>
      </w:pPr>
      <w:r>
        <w:t>اشبع الرعد بحمري والملائكة من خيفتي.</w:t>
      </w:r>
    </w:p>
    <w:p>
      <w:r>
        <w:rPr>
          <w:b/>
        </w:rPr>
        <w:t xml:space="preserve">[01:06] </w:t>
      </w:r>
      <w:r>
        <w:t>is ayat mein yeh bataya gaya hai ke thunder jo hota hai, badalon ki garaj jo hoti hai,</w:t>
      </w:r>
    </w:p>
    <w:p>
      <w:pPr>
        <w:jc w:val="right"/>
      </w:pPr>
      <w:r>
        <w:t>اس آیت میں یہ بتایا گیا ہے کہ thunder جو ہوتا ہے، بادلوں کی گرج جو ہوتی ہے،</w:t>
      </w:r>
    </w:p>
    <w:p>
      <w:r>
        <w:rPr>
          <w:b/>
        </w:rPr>
        <w:t xml:space="preserve">[01:12] </w:t>
      </w:r>
      <w:r>
        <w:t>woh khauf ka lamha hota hai.</w:t>
      </w:r>
    </w:p>
    <w:p>
      <w:pPr>
        <w:jc w:val="right"/>
      </w:pPr>
      <w:r>
        <w:t>وہ خوف کا لمحہ ہوتا ہے۔</w:t>
      </w:r>
    </w:p>
    <w:p>
      <w:r>
        <w:rPr>
          <w:b/>
        </w:rPr>
        <w:t xml:space="preserve">[01:18] </w:t>
      </w:r>
      <w:r>
        <w:t>yani insan ko chahiye ke is waqt woh khauf ke sath Allah ko yaad kare.</w:t>
      </w:r>
    </w:p>
    <w:p>
      <w:pPr>
        <w:jc w:val="right"/>
      </w:pPr>
      <w:r>
        <w:t>یعنی انسان کو چاہیے کہ اس وقت وہ خوف کے ساتھ اللہ کو یاد کرے۔</w:t>
      </w:r>
    </w:p>
    <w:p>
      <w:r>
        <w:rPr>
          <w:b/>
        </w:rPr>
        <w:t xml:space="preserve">[01:24] </w:t>
      </w:r>
      <w:r>
        <w:t>kyun ke yeh thunder agar barh jaye to aadmi afford nahi kar sake ga.</w:t>
      </w:r>
    </w:p>
    <w:p>
      <w:pPr>
        <w:jc w:val="right"/>
      </w:pPr>
      <w:r>
        <w:t>کیونکہ یہ thunder اگر بڑھ جائے تو آدمی afford نہیں کر سکے گا۔</w:t>
      </w:r>
    </w:p>
    <w:p>
      <w:r>
        <w:rPr>
          <w:b/>
        </w:rPr>
        <w:t xml:space="preserve">[01:29] </w:t>
      </w:r>
      <w:r>
        <w:t>to is waqea se main jo kaha karta hoon aksar ke mera mind trigger hua, main sochne laga.</w:t>
      </w:r>
    </w:p>
    <w:p>
      <w:pPr>
        <w:jc w:val="right"/>
      </w:pPr>
      <w:r>
        <w:t>تو اس واقعے سے میں جو کہا کرتا ہوں اکثر کہ میرا mind trigger ہوا، میں سوچنے لگا۔</w:t>
      </w:r>
    </w:p>
    <w:p>
      <w:r>
        <w:rPr>
          <w:b/>
        </w:rPr>
        <w:t xml:space="preserve">[01:35] </w:t>
      </w:r>
      <w:r>
        <w:t>to main ne socha ke quran mein momin ki do sifat batayi gayi hai.</w:t>
      </w:r>
    </w:p>
    <w:p>
      <w:pPr>
        <w:jc w:val="right"/>
      </w:pPr>
      <w:r>
        <w:t>تو میں نے سوچا کہ قرآن میں مومن کی دو صفت بتائی گئی ہے۔</w:t>
      </w:r>
    </w:p>
    <w:p>
      <w:r>
        <w:rPr>
          <w:b/>
        </w:rPr>
        <w:t xml:space="preserve">[01:41] </w:t>
      </w:r>
      <w:r>
        <w:t>ek hai wa lam yakhsha illallaha Allah se bohat zyada darna.</w:t>
      </w:r>
    </w:p>
    <w:p>
      <w:pPr>
        <w:jc w:val="right"/>
      </w:pPr>
      <w:r>
        <w:t>ایک ہے وَلَمْ يَخْشَ إِلَّا اللَّهَ اللہ سے بہت زیادہ ڈرنا۔</w:t>
      </w:r>
    </w:p>
    <w:p>
      <w:r>
        <w:rPr>
          <w:b/>
        </w:rPr>
        <w:t xml:space="preserve">[01:47] </w:t>
      </w:r>
      <w:r>
        <w:t>aur doosra hai walladhina amanu ashadd hubban lillaha Allah se bohat zyada mohabbat karna.</w:t>
      </w:r>
    </w:p>
    <w:p>
      <w:pPr>
        <w:jc w:val="right"/>
      </w:pPr>
      <w:r>
        <w:t>اور دوسرا ہے وَالَّذِينَ آمَنُوا أَشَدُّ حَبًّا لِلَّهِ اللہ سے بہت زیادہ محبت کرنا۔</w:t>
      </w:r>
    </w:p>
    <w:p>
      <w:r>
        <w:rPr>
          <w:b/>
        </w:rPr>
        <w:t xml:space="preserve">[01:52] </w:t>
      </w:r>
      <w:r>
        <w:t>to main sochne laga ke Allah se darne ki misalon mein tareekh mein bohat hain, bohat zyada hain.</w:t>
      </w:r>
    </w:p>
    <w:p>
      <w:pPr>
        <w:jc w:val="right"/>
      </w:pPr>
      <w:r>
        <w:t>تو میں سوچنے لگا کہ اللہ سے ڈرنے کی مثالیں تاریخ میں بہت ہیں، بہت زیادہ ہیں۔</w:t>
      </w:r>
    </w:p>
    <w:p>
      <w:r>
        <w:rPr>
          <w:b/>
        </w:rPr>
        <w:t xml:space="preserve">[01:58] </w:t>
      </w:r>
      <w:r>
        <w:t>bohat zyada aise log paida hue jo mutaqqi the, Allah se darne wale the.</w:t>
      </w:r>
    </w:p>
    <w:p>
      <w:pPr>
        <w:jc w:val="right"/>
      </w:pPr>
      <w:r>
        <w:t>بہت زیادہ ایسے لوگ پیدا ہوئے جو متقید تھے، اللہ سے ڈرنے والے تھے۔</w:t>
      </w:r>
    </w:p>
    <w:p>
      <w:r>
        <w:rPr>
          <w:b/>
        </w:rPr>
        <w:t xml:space="preserve">[02:04] </w:t>
      </w:r>
      <w:r>
        <w:t>lekin jahan tak main janta hoon, Allah se mohabbat karne wale log kam paida hue hain, mere mutaliq mutabiq.</w:t>
      </w:r>
    </w:p>
    <w:p>
      <w:pPr>
        <w:jc w:val="right"/>
      </w:pPr>
      <w:r>
        <w:t>لیکن جہاں تک میں جانتا ہوں، اللہ سے محبت کرنے والے لوگ کم پیدا ہوئے ہیں، میرے متعلق مطابق۔</w:t>
      </w:r>
    </w:p>
    <w:p>
      <w:r>
        <w:rPr>
          <w:b/>
        </w:rPr>
        <w:t xml:space="preserve">[02:10] </w:t>
      </w:r>
      <w:r>
        <w:t>to is ka raaz kya hai? is ka raaz kya hai? to dekhen, is ka raaz yeh hai,</w:t>
      </w:r>
    </w:p>
    <w:p>
      <w:pPr>
        <w:jc w:val="right"/>
      </w:pPr>
      <w:r>
        <w:t>تو اس کا راز کیا ہے؟ اس کا راز کیا ہے؟ تو دیکھیں، اس کا راز یہ ہے،</w:t>
      </w:r>
    </w:p>
    <w:p>
      <w:r>
        <w:rPr>
          <w:b/>
        </w:rPr>
        <w:t xml:space="preserve">[02:15] </w:t>
      </w:r>
      <w:r>
        <w:t>meri samajh ke mutabiq, ke dono ke liye, khauf ke liye, mohabbat ke liye, dono ke liye framework chahiye.</w:t>
      </w:r>
    </w:p>
    <w:p>
      <w:pPr>
        <w:jc w:val="right"/>
      </w:pPr>
      <w:r>
        <w:t>میری سمجھ کے مطابق، کہ دونوں کے لیے، خوف کے لیے، محبت کے لیے، دونوں کے لیے framework چاہیے۔</w:t>
      </w:r>
    </w:p>
    <w:p>
      <w:r>
        <w:rPr>
          <w:b/>
        </w:rPr>
        <w:t xml:space="preserve">[02:21] </w:t>
      </w:r>
      <w:r>
        <w:t>to khauf ke liye framework bohat zyada maujood tha.</w:t>
      </w:r>
    </w:p>
    <w:p>
      <w:pPr>
        <w:jc w:val="right"/>
      </w:pPr>
      <w:r>
        <w:t>تو خوف کے لیے framework بہت زیادہ موجود تھا۔</w:t>
      </w:r>
    </w:p>
    <w:p>
      <w:r>
        <w:rPr>
          <w:b/>
        </w:rPr>
        <w:t xml:space="preserve">[02:27] </w:t>
      </w:r>
      <w:r>
        <w:t>kyun ke khauf jo hai woh nature mein maujood hai, climatic change mein maujood hai.</w:t>
      </w:r>
    </w:p>
    <w:p>
      <w:pPr>
        <w:jc w:val="right"/>
      </w:pPr>
      <w:r>
        <w:t>کیونکہ خوف جو ہے وہ nature میں موجود ہے، climatic change میں موجود ہے۔</w:t>
      </w:r>
    </w:p>
    <w:p>
      <w:r>
        <w:rPr>
          <w:b/>
        </w:rPr>
        <w:t xml:space="preserve">[02:33] </w:t>
      </w:r>
      <w:r>
        <w:t>misal‌an badal ka garajna, toofan, flood, landslide, earthquake waghera waghera.</w:t>
      </w:r>
    </w:p>
    <w:p>
      <w:pPr>
        <w:jc w:val="right"/>
      </w:pPr>
      <w:r>
        <w:t>مثلاً بادل کا گرجنا، طوفان، flood، landslide، earthquake وغیرہ وغیرہ۔</w:t>
      </w:r>
    </w:p>
    <w:p>
      <w:r>
        <w:rPr>
          <w:b/>
        </w:rPr>
        <w:t xml:space="preserve">[02:38] </w:t>
      </w:r>
      <w:r>
        <w:t>yeh sab nature mein paish anay walay waqiat hain.</w:t>
      </w:r>
    </w:p>
    <w:p>
      <w:pPr>
        <w:jc w:val="right"/>
      </w:pPr>
      <w:r>
        <w:t>یہ سب nature میں پیش آنے والے واقعات ہیں۔</w:t>
      </w:r>
    </w:p>
    <w:p>
      <w:r>
        <w:rPr>
          <w:b/>
        </w:rPr>
        <w:t xml:space="preserve">[02:44] </w:t>
      </w:r>
      <w:r>
        <w:t>jo insaan hamesha se jab woh waqia hota hai to foran us ko mehsoos karta hai aur woh</w:t>
      </w:r>
    </w:p>
    <w:p>
      <w:pPr>
        <w:jc w:val="right"/>
      </w:pPr>
      <w:r>
        <w:t>جو انسان ہمیشہ سے جب وہ واقعہ ہوتا ہے تو فوراً اس کو محسوس کرتا ہے اور وہ</w:t>
      </w:r>
    </w:p>
    <w:p>
      <w:r>
        <w:rPr>
          <w:b/>
        </w:rPr>
        <w:t xml:space="preserve">[02:50] </w:t>
      </w:r>
      <w:r>
        <w:t>sanp uthta hai.</w:t>
      </w:r>
    </w:p>
    <w:p>
      <w:pPr>
        <w:jc w:val="right"/>
      </w:pPr>
      <w:r>
        <w:t>سانپ اٹھتا ہے۔</w:t>
      </w:r>
    </w:p>
    <w:p>
      <w:r>
        <w:rPr>
          <w:b/>
        </w:rPr>
        <w:t xml:space="preserve">[02:56] </w:t>
      </w:r>
      <w:r>
        <w:t>to Allah se darne ke liye jo jo asbab chahiye, jo framework chahiye, woh framework har aik ke</w:t>
      </w:r>
    </w:p>
    <w:p>
      <w:pPr>
        <w:jc w:val="right"/>
      </w:pPr>
      <w:r>
        <w:t>تو اللہ سے ڈرنے کے لیے جو جو اسباب چاہیے، جو framework چاہیے، وہ framework ہر ایک کے</w:t>
      </w:r>
    </w:p>
    <w:p>
      <w:r>
        <w:rPr>
          <w:b/>
        </w:rPr>
        <w:t xml:space="preserve">[03:01] </w:t>
      </w:r>
      <w:r>
        <w:t>liye maloom tha.</w:t>
      </w:r>
    </w:p>
    <w:p>
      <w:pPr>
        <w:jc w:val="right"/>
      </w:pPr>
      <w:r>
        <w:t>لیے معلوم تھا۔</w:t>
      </w:r>
    </w:p>
    <w:p>
      <w:r>
        <w:rPr>
          <w:b/>
        </w:rPr>
        <w:t xml:space="preserve">[03:07] </w:t>
      </w:r>
      <w:r>
        <w:t>woh yani thunder maloom hai, flood maloom hai, landslide maloom hai, sab ko.</w:t>
      </w:r>
    </w:p>
    <w:p>
      <w:pPr>
        <w:jc w:val="right"/>
      </w:pPr>
      <w:r>
        <w:t>وہ یعنی thunder معلوم ہے، flood معلوم ہے، landslide معلوم ہے، سب کو۔</w:t>
      </w:r>
    </w:p>
    <w:p>
      <w:r>
        <w:rPr>
          <w:b/>
        </w:rPr>
        <w:t xml:space="preserve">[03:13] </w:t>
      </w:r>
      <w:r>
        <w:t>earthquake maloom hai, climatic change se jo museebatein aati hain woh sab log jante hain.</w:t>
      </w:r>
    </w:p>
    <w:p>
      <w:pPr>
        <w:jc w:val="right"/>
      </w:pPr>
      <w:r>
        <w:t>Earthquake معلوم ہے، climatic change سے جو مصیبتیں آتی ہیں وہ سب لوگ جانتے ہیں۔</w:t>
      </w:r>
    </w:p>
    <w:p>
      <w:r>
        <w:rPr>
          <w:b/>
        </w:rPr>
        <w:t xml:space="preserve">[03:19] </w:t>
      </w:r>
      <w:r>
        <w:t>lekin jahan tak mera khayal hai, Allah se mohabbat ke jo item hain, jo uska framework hai,</w:t>
      </w:r>
    </w:p>
    <w:p>
      <w:pPr>
        <w:jc w:val="right"/>
      </w:pPr>
      <w:r>
        <w:t>لیکن جہاں تک میرا خیال ہے، اللہ سے محبت کے جو item ہیں، جو اس کا framework ہے،</w:t>
      </w:r>
    </w:p>
    <w:p>
      <w:r>
        <w:rPr>
          <w:b/>
        </w:rPr>
        <w:t xml:space="preserve">[03:24] </w:t>
      </w:r>
      <w:r>
        <w:t>woh kam darjay mein logon ko maloom hai.</w:t>
      </w:r>
    </w:p>
    <w:p>
      <w:pPr>
        <w:jc w:val="right"/>
      </w:pPr>
      <w:r>
        <w:t>وہ کم درجے میں لوگوں کو معلوم ہے۔</w:t>
      </w:r>
    </w:p>
    <w:p>
      <w:r>
        <w:rPr>
          <w:b/>
        </w:rPr>
        <w:t xml:space="preserve">[03:30] </w:t>
      </w:r>
      <w:r>
        <w:t>aala darjay mein shayad nahin.</w:t>
      </w:r>
    </w:p>
    <w:p>
      <w:pPr>
        <w:jc w:val="right"/>
      </w:pPr>
      <w:r>
        <w:t>اعلیٰ درجے میں شاید نہیں۔</w:t>
      </w:r>
    </w:p>
    <w:p>
      <w:r>
        <w:rPr>
          <w:b/>
        </w:rPr>
        <w:t xml:space="preserve">[03:36] </w:t>
      </w:r>
      <w:r>
        <w:t>is wajah se Allah se darne walay to bohat paida ho gaye.</w:t>
      </w:r>
    </w:p>
    <w:p>
      <w:pPr>
        <w:jc w:val="right"/>
      </w:pPr>
      <w:r>
        <w:t>اس وجہ سے اللہ سے ڈرنے والے تو بہت پیدا ہو گئے۔</w:t>
      </w:r>
    </w:p>
    <w:p>
      <w:r>
        <w:rPr>
          <w:b/>
        </w:rPr>
        <w:t xml:space="preserve">[03:42] </w:t>
      </w:r>
      <w:r>
        <w:t>kyunke unka aik tajurba batata tha ke Allah se daro.</w:t>
      </w:r>
    </w:p>
    <w:p>
      <w:pPr>
        <w:jc w:val="right"/>
      </w:pPr>
      <w:r>
        <w:t>کیونکہ ان کا ایک تجربہ بتاتا تھا کہ اللہ سے ڈرو۔</w:t>
      </w:r>
    </w:p>
    <w:p>
      <w:r>
        <w:rPr>
          <w:b/>
        </w:rPr>
        <w:t xml:space="preserve">[03:47] </w:t>
      </w:r>
      <w:r>
        <w:t>jab unhon ne dekha ke flood aaya aur tabahiyan ho gayin har taraf.</w:t>
      </w:r>
    </w:p>
    <w:p>
      <w:pPr>
        <w:jc w:val="right"/>
      </w:pPr>
      <w:r>
        <w:t>جب انہوں نے دیکھا کہ flood آیا اور تباہیاں ہو گئیں ہر طرف۔</w:t>
      </w:r>
    </w:p>
    <w:p>
      <w:r>
        <w:rPr>
          <w:b/>
        </w:rPr>
        <w:t xml:space="preserve">[03:53] </w:t>
      </w:r>
      <w:r>
        <w:t>misal‌an hum, mujhe yaad hai ke hum gaon mein rehte thay.</w:t>
      </w:r>
    </w:p>
    <w:p>
      <w:pPr>
        <w:jc w:val="right"/>
      </w:pPr>
      <w:r>
        <w:t>مثلاً ہم، مجھے یاد ہے کہ ہم گاؤں میں رہتے تھے۔</w:t>
      </w:r>
    </w:p>
    <w:p>
      <w:r>
        <w:rPr>
          <w:b/>
        </w:rPr>
        <w:t xml:space="preserve">[03:59] </w:t>
      </w:r>
      <w:r>
        <w:t>to hamare gaon ke paas aik nadi thi, us mein flood aaya.</w:t>
      </w:r>
    </w:p>
    <w:p>
      <w:pPr>
        <w:jc w:val="right"/>
      </w:pPr>
      <w:r>
        <w:t>تو ہمارے گاؤں کے پاس ایک ندی تھی، اس میں flood آیا۔</w:t>
      </w:r>
    </w:p>
    <w:p>
      <w:r>
        <w:rPr>
          <w:b/>
        </w:rPr>
        <w:t xml:space="preserve">[04:05] </w:t>
      </w:r>
      <w:r>
        <w:t>aur itna ziyada aaya ke gaon tak pani puhanch gaya.</w:t>
      </w:r>
    </w:p>
    <w:p>
      <w:pPr>
        <w:jc w:val="right"/>
      </w:pPr>
      <w:r>
        <w:t>اور اتنا زیادہ آیا کہ گاؤں تک پانی پہنچ گیا۔</w:t>
      </w:r>
    </w:p>
    <w:p>
      <w:r>
        <w:rPr>
          <w:b/>
        </w:rPr>
        <w:t xml:space="preserve">[04:10] </w:t>
      </w:r>
      <w:r>
        <w:t>aisa aik hi baar hua hai ghaliban.</w:t>
      </w:r>
    </w:p>
    <w:p>
      <w:pPr>
        <w:jc w:val="right"/>
      </w:pPr>
      <w:r>
        <w:t>ایسا ایک ہی بار ہوا ہے غالباً۔</w:t>
      </w:r>
    </w:p>
    <w:p>
      <w:r>
        <w:rPr>
          <w:b/>
        </w:rPr>
        <w:t xml:space="preserve">[04:16] </w:t>
      </w:r>
      <w:r>
        <w:t>to aik ajeeb ehsas hua.</w:t>
      </w:r>
    </w:p>
    <w:p>
      <w:pPr>
        <w:jc w:val="right"/>
      </w:pPr>
      <w:r>
        <w:t>تو ایک عجیب احساس ہوا۔</w:t>
      </w:r>
    </w:p>
    <w:p>
      <w:r>
        <w:rPr>
          <w:b/>
        </w:rPr>
        <w:t xml:space="preserve">[04:22] </w:t>
      </w:r>
      <w:r>
        <w:t>mere zamanay mein aik waqt zalzala bhi aaya tha, ghaliban 1930 mein.</w:t>
      </w:r>
    </w:p>
    <w:p>
      <w:pPr>
        <w:jc w:val="right"/>
      </w:pPr>
      <w:r>
        <w:t>میرے زمانے میں ایک وقت زلزلہ بھی آیا تھا، غالباً 1930 میں۔</w:t>
      </w:r>
    </w:p>
    <w:p>
      <w:r>
        <w:rPr>
          <w:b/>
        </w:rPr>
        <w:t xml:space="preserve">[04:28] </w:t>
      </w:r>
      <w:r>
        <w:t>woh bhi aik ajeeb waqia tha.</w:t>
      </w:r>
    </w:p>
    <w:p>
      <w:pPr>
        <w:jc w:val="right"/>
      </w:pPr>
      <w:r>
        <w:t>وہ بھی ایک عجیب واقعہ تھا۔</w:t>
      </w:r>
    </w:p>
    <w:p>
      <w:r>
        <w:rPr>
          <w:b/>
        </w:rPr>
        <w:t xml:space="preserve">[04:33] </w:t>
      </w:r>
      <w:r>
        <w:t>to khauf ka jo framework hai ya jo khauf ke jo item hain, woh aisay hain jo foran</w:t>
      </w:r>
    </w:p>
    <w:p>
      <w:pPr>
        <w:jc w:val="right"/>
      </w:pPr>
      <w:r>
        <w:t>تو خوف کا جو framework ہے یا جو خوف کے جو item ہیں، وہ ایسے ہیں جو فوراً</w:t>
      </w:r>
    </w:p>
    <w:p>
      <w:r>
        <w:rPr>
          <w:b/>
        </w:rPr>
        <w:t xml:space="preserve">[04:39] </w:t>
      </w:r>
      <w:r>
        <w:t>hi aadmi jaan leta hai un ko.</w:t>
      </w:r>
    </w:p>
    <w:p>
      <w:pPr>
        <w:jc w:val="right"/>
      </w:pPr>
      <w:r>
        <w:t>ہی آدمی جان لیتا ہے ان کو۔</w:t>
      </w:r>
    </w:p>
    <w:p>
      <w:r>
        <w:rPr>
          <w:b/>
        </w:rPr>
        <w:t xml:space="preserve">[04:45] </w:t>
      </w:r>
      <w:r>
        <w:t>foran jaan leta hai.</w:t>
      </w:r>
    </w:p>
    <w:p>
      <w:pPr>
        <w:jc w:val="right"/>
      </w:pPr>
      <w:r>
        <w:t>فوراً جان لیتا ہے۔</w:t>
      </w:r>
    </w:p>
    <w:p>
      <w:r>
        <w:rPr>
          <w:b/>
        </w:rPr>
        <w:t xml:space="preserve">[04:51] </w:t>
      </w:r>
      <w:r>
        <w:t>lekin Allah se mohabbat karne ke liye jo item hain, woh muqablay yani comparatively kam jaan pata hai.</w:t>
      </w:r>
    </w:p>
    <w:p>
      <w:pPr>
        <w:jc w:val="right"/>
      </w:pPr>
      <w:r>
        <w:t>لیکن اللہ سے محبت کرنے کے لیے جو item ہیں، وہ مقابلے یعنی comparatively کم جان پاتا ہے۔</w:t>
      </w:r>
    </w:p>
    <w:p>
      <w:r>
        <w:rPr>
          <w:b/>
        </w:rPr>
        <w:t xml:space="preserve">[04:56] </w:t>
      </w:r>
      <w:r>
        <w:t>is wajah se khauf ki misalein bohat qaim hui tareekh mein.</w:t>
      </w:r>
    </w:p>
    <w:p>
      <w:pPr>
        <w:jc w:val="right"/>
      </w:pPr>
      <w:r>
        <w:t>اس وجہ سے خوف کی مثالیں بہت قائم ہوئی تاریخ میں۔</w:t>
      </w:r>
    </w:p>
    <w:p>
      <w:r>
        <w:rPr>
          <w:b/>
        </w:rPr>
        <w:t xml:space="preserve">[05:02] </w:t>
      </w:r>
      <w:r>
        <w:t>lekin mohabbat ki, mohabbat se aala, mohabbat se aala ki misalein kam qaim hui.</w:t>
      </w:r>
    </w:p>
    <w:p>
      <w:pPr>
        <w:jc w:val="right"/>
      </w:pPr>
      <w:r>
        <w:t>لیکن محبت کی، محبت سے اعلیٰ، محبت سے اعلیٰ کی مثالیں کم قائم ہوئی۔</w:t>
      </w:r>
    </w:p>
    <w:p>
      <w:r>
        <w:rPr>
          <w:b/>
        </w:rPr>
        <w:t xml:space="preserve">[05:08] </w:t>
      </w:r>
      <w:r>
        <w:t>main yeh sochta raha, sochta raha.</w:t>
      </w:r>
    </w:p>
    <w:p>
      <w:pPr>
        <w:jc w:val="right"/>
      </w:pPr>
      <w:r>
        <w:t>میں یہ سوچتا رہا، سوچتا رہا۔</w:t>
      </w:r>
    </w:p>
    <w:p>
      <w:r>
        <w:rPr>
          <w:b/>
        </w:rPr>
        <w:t xml:space="preserve">[05:14] </w:t>
      </w:r>
      <w:r>
        <w:t>phir main ek cheez mujhe daryaft hui ke maujooda zamane mein mohabbat ke item bohat barh gaye hain.</w:t>
      </w:r>
    </w:p>
    <w:p>
      <w:pPr>
        <w:jc w:val="right"/>
      </w:pPr>
      <w:r>
        <w:t>پھر میں ایک چیز مجھے دریافت ہوئی کہ موجودہ زمانے میں محبت کے item بہت بڑھ چکے ہیں۔</w:t>
      </w:r>
    </w:p>
    <w:p>
      <w:r>
        <w:rPr>
          <w:b/>
        </w:rPr>
        <w:t xml:space="preserve">[05:19] </w:t>
      </w:r>
      <w:r>
        <w:t>lekin yeh item jo hain, yeh nature mein chhpe hue thay.</w:t>
      </w:r>
    </w:p>
    <w:p>
      <w:pPr>
        <w:jc w:val="right"/>
      </w:pPr>
      <w:r>
        <w:t>لیکن یہ item جو ہیں، یہ nature میں چھپے ہوئے تھے۔</w:t>
      </w:r>
    </w:p>
    <w:p>
      <w:r>
        <w:rPr>
          <w:b/>
        </w:rPr>
        <w:t xml:space="preserve">[05:25] </w:t>
      </w:r>
      <w:r>
        <w:t>nature mein chhpe hue thay.</w:t>
      </w:r>
    </w:p>
    <w:p>
      <w:pPr>
        <w:jc w:val="right"/>
      </w:pPr>
      <w:r>
        <w:t>Nature میں چھپے ہوئے تھے۔</w:t>
      </w:r>
    </w:p>
    <w:p>
      <w:r>
        <w:rPr>
          <w:b/>
        </w:rPr>
        <w:t xml:space="preserve">[05:31] </w:t>
      </w:r>
      <w:r>
        <w:t>kyunke yeh technology se daryaft hui hain.</w:t>
      </w:r>
    </w:p>
    <w:p>
      <w:pPr>
        <w:jc w:val="right"/>
      </w:pPr>
      <w:r>
        <w:t>کیونکہ یہ ٹیکنالوجی سے دریافت ہوئی ہیں۔</w:t>
      </w:r>
    </w:p>
    <w:p>
      <w:r>
        <w:rPr>
          <w:b/>
        </w:rPr>
        <w:t xml:space="preserve">[05:37] </w:t>
      </w:r>
      <w:r>
        <w:t>technology, maslan car hai, motor, hawai jahaz hai, yeh sab technology thi un ki nature mein chhpi hui.</w:t>
      </w:r>
    </w:p>
    <w:p>
      <w:pPr>
        <w:jc w:val="right"/>
      </w:pPr>
      <w:r>
        <w:t>ٹیکنالوجی، مثلاً کار ہے، موٹر، ہوائی جہاز ہے، یہ سب ٹیکنالوجی تھی ان کی nature میں چھپی ہوئی۔</w:t>
      </w:r>
    </w:p>
    <w:p>
      <w:r>
        <w:rPr>
          <w:b/>
        </w:rPr>
        <w:t xml:space="preserve">[05:42] </w:t>
      </w:r>
      <w:r>
        <w:t>to traditional age jo pehle jo tha, us mein yeh baatein chhpi hui theen.</w:t>
      </w:r>
    </w:p>
    <w:p>
      <w:pPr>
        <w:jc w:val="right"/>
      </w:pPr>
      <w:r>
        <w:t>تو traditional age جو پہلے جو تھا، اس میں یہ باتیں چھپی ہوئی تھیں۔</w:t>
      </w:r>
    </w:p>
    <w:p>
      <w:r>
        <w:rPr>
          <w:b/>
        </w:rPr>
        <w:t xml:space="preserve">[05:48] </w:t>
      </w:r>
      <w:r>
        <w:t>yeh to maujooda zamane mein, yani 19 sadi mein, 20 sadi mein, technology daryaft hui. technology.</w:t>
      </w:r>
    </w:p>
    <w:p>
      <w:pPr>
        <w:jc w:val="right"/>
      </w:pPr>
      <w:r>
        <w:t>یہ تو موجودہ زمانے میں، یعنی 19 صدی میں، 20 صدی میں، ٹیکنالوجی دریافت ہوئی۔ ٹیکنالوجی۔</w:t>
      </w:r>
    </w:p>
    <w:p>
      <w:r>
        <w:rPr>
          <w:b/>
        </w:rPr>
        <w:t xml:space="preserve">[05:54] </w:t>
      </w:r>
      <w:r>
        <w:t>ab peshawar naye item aa gaye.</w:t>
      </w:r>
    </w:p>
    <w:p>
      <w:pPr>
        <w:jc w:val="right"/>
      </w:pPr>
      <w:r>
        <w:t>اب پیشوار نئے item آ گئے۔</w:t>
      </w:r>
    </w:p>
    <w:p>
      <w:r>
        <w:rPr>
          <w:b/>
        </w:rPr>
        <w:t xml:space="preserve">[06:00] </w:t>
      </w:r>
      <w:r>
        <w:t>woh sab ke sab mohabbat ilahi ke item thay.</w:t>
      </w:r>
    </w:p>
    <w:p>
      <w:pPr>
        <w:jc w:val="right"/>
      </w:pPr>
      <w:r>
        <w:t>وہ سب کے سب محبت الہی کے item تھے۔</w:t>
      </w:r>
    </w:p>
    <w:p>
      <w:r>
        <w:rPr>
          <w:b/>
        </w:rPr>
        <w:t xml:space="preserve">[06:05] </w:t>
      </w:r>
      <w:r>
        <w:t>jaise aaj main kitchen mein gaya to gas chal rahi thi, khana pak raha tha.</w:t>
      </w:r>
    </w:p>
    <w:p>
      <w:pPr>
        <w:jc w:val="right"/>
      </w:pPr>
      <w:r>
        <w:t>جیسے آج میں کچن میں گیا تو گیس چل رہی تھی، کھانا پک رہا تھا۔</w:t>
      </w:r>
    </w:p>
    <w:p>
      <w:r>
        <w:rPr>
          <w:b/>
        </w:rPr>
        <w:t xml:space="preserve">[06:11] </w:t>
      </w:r>
      <w:r>
        <w:t>to mujhe woh zamana yaad aaya jo mere bachpan ka zamana hai, main ne khud dekha hai is ko.</w:t>
      </w:r>
    </w:p>
    <w:p>
      <w:pPr>
        <w:jc w:val="right"/>
      </w:pPr>
      <w:r>
        <w:t>تو مجھے وہ زمانہ یاد آیا جو میرے بچپن کا زمانہ ہے، میں نے خود دیکھا ہے اس کو۔</w:t>
      </w:r>
    </w:p>
    <w:p>
      <w:r>
        <w:rPr>
          <w:b/>
        </w:rPr>
        <w:t xml:space="preserve">[06:17] </w:t>
      </w:r>
      <w:r>
        <w:t>meri maa jo thi, un ke liye khana pakana ek museebat tha.</w:t>
      </w:r>
    </w:p>
    <w:p>
      <w:pPr>
        <w:jc w:val="right"/>
      </w:pPr>
      <w:r>
        <w:t>میری ماں جو تھی، ان کے لیے کھانا پکانا ایک مصیبت تھا۔</w:t>
      </w:r>
    </w:p>
    <w:p>
      <w:r>
        <w:rPr>
          <w:b/>
        </w:rPr>
        <w:t xml:space="preserve">[06:23] </w:t>
      </w:r>
      <w:r>
        <w:t>hamare gaon mein yeh halat thi ke subah ko log niklte thay aag talash karne ke liye, mere</w:t>
      </w:r>
    </w:p>
    <w:p>
      <w:pPr>
        <w:jc w:val="right"/>
      </w:pPr>
      <w:r>
        <w:t>ہمارے گاؤں میں یہ حالت تھی کہ صبح کو لوگ نکلتے تھے آگ تلاش کرنے کے لیے، میرے</w:t>
      </w:r>
    </w:p>
    <w:p>
      <w:r>
        <w:rPr>
          <w:b/>
        </w:rPr>
        <w:t xml:space="preserve">[06:28] </w:t>
      </w:r>
      <w:r>
        <w:t>apne gaon mein.</w:t>
      </w:r>
    </w:p>
    <w:p>
      <w:pPr>
        <w:jc w:val="right"/>
      </w:pPr>
      <w:r>
        <w:t>اپنے گاؤں میں۔</w:t>
      </w:r>
    </w:p>
    <w:p>
      <w:r>
        <w:rPr>
          <w:b/>
        </w:rPr>
        <w:t xml:space="preserve">[06:34] </w:t>
      </w:r>
      <w:r>
        <w:t>kyunke aag kisi ke paas hoti thi jo sham ko us ne rakh mein daba di hoti thi.</w:t>
      </w:r>
    </w:p>
    <w:p>
      <w:pPr>
        <w:jc w:val="right"/>
      </w:pPr>
      <w:r>
        <w:t>کیونکہ آگ کسی کے پاس ہوتی تھی جو شام کو اس نے راکھ میں دبا دی ہوتی تھی۔</w:t>
      </w:r>
    </w:p>
    <w:p>
      <w:r>
        <w:rPr>
          <w:b/>
        </w:rPr>
        <w:t xml:space="preserve">[06:40] </w:t>
      </w:r>
      <w:r>
        <w:t>aur woh subah tak us ki bujhti nahi thi, chingariyan baqi rehti theen.</w:t>
      </w:r>
    </w:p>
    <w:p>
      <w:pPr>
        <w:jc w:val="right"/>
      </w:pPr>
      <w:r>
        <w:t>اور وہ صبح تک اس کی بجھتی نہیں تھی، چنگاریاں باقی رہتی تھیں۔</w:t>
      </w:r>
    </w:p>
    <w:p>
      <w:r>
        <w:rPr>
          <w:b/>
        </w:rPr>
        <w:t xml:space="preserve">[06:46] </w:t>
      </w:r>
      <w:r>
        <w:t>to log dhoondne niklte thay kis ke ghar mein aag hai.</w:t>
      </w:r>
    </w:p>
    <w:p>
      <w:pPr>
        <w:jc w:val="right"/>
      </w:pPr>
      <w:r>
        <w:t>تو لوگ ڈھونڈنے نکلتے تھے کس کے گھر میں آگ ہے۔</w:t>
      </w:r>
    </w:p>
    <w:p>
      <w:r>
        <w:rPr>
          <w:b/>
        </w:rPr>
        <w:t xml:space="preserve">[06:51] </w:t>
      </w:r>
      <w:r>
        <w:t>to woh late thay, phir phoonk phoonk kar us ko jalate thay.</w:t>
      </w:r>
    </w:p>
    <w:p>
      <w:pPr>
        <w:jc w:val="right"/>
      </w:pPr>
      <w:r>
        <w:t>تو وہ لاتے تھے، پھر پھونک پھونک کر اس کو جلاتے تھے۔</w:t>
      </w:r>
    </w:p>
    <w:p>
      <w:r>
        <w:rPr>
          <w:b/>
        </w:rPr>
        <w:t xml:space="preserve">[06:57] </w:t>
      </w:r>
      <w:r>
        <w:t>phir indhan jo hota tha, indhan bohat hi museebat.</w:t>
      </w:r>
    </w:p>
    <w:p>
      <w:pPr>
        <w:jc w:val="right"/>
      </w:pPr>
      <w:r>
        <w:t>پھر ایندھن جو ہوتا تھا، ایندھن بہت ہی مصیبت۔</w:t>
      </w:r>
    </w:p>
    <w:p>
      <w:r>
        <w:rPr>
          <w:b/>
        </w:rPr>
        <w:t xml:space="preserve">[07:03] </w:t>
      </w:r>
      <w:r>
        <w:t>ab kya hai ke aap ek switch ghumaiye aur foran gas nikalne lagti hai.</w:t>
      </w:r>
    </w:p>
    <w:p>
      <w:pPr>
        <w:jc w:val="right"/>
      </w:pPr>
      <w:r>
        <w:t>اب کیا ہے کہ آپ ایک سوئچ گھمائیے اور فوراً گیس نکلنے لگتی ہے۔</w:t>
      </w:r>
    </w:p>
    <w:p>
      <w:r>
        <w:rPr>
          <w:b/>
        </w:rPr>
        <w:t xml:space="preserve">[07:09] </w:t>
      </w:r>
      <w:r>
        <w:t>to mujhe laga kitna bara item hai shukr ka yeh.</w:t>
      </w:r>
    </w:p>
    <w:p>
      <w:pPr>
        <w:jc w:val="right"/>
      </w:pPr>
      <w:r>
        <w:t>تو مجھے لگا کتنا بڑا item ہے شکر کا یہ۔</w:t>
      </w:r>
    </w:p>
    <w:p>
      <w:r>
        <w:rPr>
          <w:b/>
        </w:rPr>
        <w:t xml:space="preserve">[07:14] </w:t>
      </w:r>
      <w:r>
        <w:t>jis ne is zamane ko dekha hai ke khana kaise pakta tha, ya aap jo boodhe logon se pooch li jiye.</w:t>
      </w:r>
    </w:p>
    <w:p>
      <w:pPr>
        <w:jc w:val="right"/>
      </w:pPr>
      <w:r>
        <w:t>جس نے اس زمانے کو دیکھا ہے کہ کھانا کیسے پکتا تھا، یا آپ جو بوڑھے لوگوں سے پوچھ لیجیے۔</w:t>
      </w:r>
    </w:p>
    <w:p>
      <w:r>
        <w:rPr>
          <w:b/>
        </w:rPr>
        <w:t xml:space="preserve">[07:20] </w:t>
      </w:r>
      <w:r>
        <w:t>to is ke muqable mein aaj jo hai itna zyada shukr ka item hai, itna bara.</w:t>
      </w:r>
    </w:p>
    <w:p>
      <w:pPr>
        <w:jc w:val="right"/>
      </w:pPr>
      <w:r>
        <w:t>تو اس کے مقابلے میں آج جو ہے اتنا زیادہ شکر کا item ہے، اتنا بڑا۔</w:t>
      </w:r>
    </w:p>
    <w:p>
      <w:r>
        <w:rPr>
          <w:b/>
        </w:rPr>
        <w:t xml:space="preserve">[07:26] </w:t>
      </w:r>
      <w:r>
        <w:t>ke aadmi agar soche to har khane ke waqt wo der tak shukr hi karta rahe.</w:t>
      </w:r>
    </w:p>
    <w:p>
      <w:pPr>
        <w:jc w:val="right"/>
      </w:pPr>
      <w:r>
        <w:t>کہ آدمی اگر سوچے تو ہر کھانے کے وقت وہ دیر تک شکر ہی کرتا رہے۔</w:t>
      </w:r>
    </w:p>
    <w:p>
      <w:r>
        <w:rPr>
          <w:b/>
        </w:rPr>
        <w:t xml:space="preserve">[07:32] </w:t>
      </w:r>
      <w:r>
        <w:t>ایسے ہی ایک دو نہیں، million item ہیں۔</w:t>
      </w:r>
    </w:p>
    <w:p>
      <w:pPr>
        <w:jc w:val="right"/>
      </w:pPr>
      <w:r>
        <w:t>ایسے ہی ایک دو نہیں، ملین item ہیں۔</w:t>
      </w:r>
    </w:p>
    <w:p>
      <w:r>
        <w:rPr>
          <w:b/>
        </w:rPr>
        <w:t xml:space="preserve">[07:37] </w:t>
      </w:r>
      <w:r>
        <w:t>to yeh aaj yeh bhi ayat hai, Allah taala ko manzoor tha ke log bara shukr karen.</w:t>
      </w:r>
    </w:p>
    <w:p>
      <w:pPr>
        <w:jc w:val="right"/>
      </w:pPr>
      <w:r>
        <w:t>تو یہ آج یہ بھی آیت ہے، اللہ تعالیٰ کو منظور تھا کہ لوگ بڑا شکر کریں۔</w:t>
      </w:r>
    </w:p>
    <w:p>
      <w:r>
        <w:rPr>
          <w:b/>
        </w:rPr>
        <w:t xml:space="preserve">[07:43] </w:t>
      </w:r>
      <w:r>
        <w:t>ashad hubbillah, bara shukr karne wale banen.</w:t>
      </w:r>
    </w:p>
    <w:p>
      <w:pPr>
        <w:jc w:val="right"/>
      </w:pPr>
      <w:r>
        <w:t>اشد حب للہ، بڑا شکر کرنے والے بنیں۔</w:t>
      </w:r>
    </w:p>
    <w:p>
      <w:r>
        <w:rPr>
          <w:b/>
        </w:rPr>
        <w:t xml:space="preserve">[07:49] </w:t>
      </w:r>
      <w:r>
        <w:t>to Allah ne sari technology jo hai khol di.</w:t>
      </w:r>
    </w:p>
    <w:p>
      <w:pPr>
        <w:jc w:val="right"/>
      </w:pPr>
      <w:r>
        <w:t>تو اللہ نے ساری ٹیکنالوجی جو ہے کھول دی۔</w:t>
      </w:r>
    </w:p>
    <w:p>
      <w:r>
        <w:rPr>
          <w:b/>
        </w:rPr>
        <w:t xml:space="preserve">[07:55] </w:t>
      </w:r>
      <w:r>
        <w:t>mera manna yeh hai ke jo West ke logon ne jo tamam discoveries keen aur technology ko daryaft</w:t>
      </w:r>
    </w:p>
    <w:p>
      <w:pPr>
        <w:jc w:val="right"/>
      </w:pPr>
      <w:r>
        <w:t>میرا ماننا یہ ہے کہ جو West کے لوگوں نے جو تمام discoveries کیں اور ٹیکنالوجی کو دریافت</w:t>
      </w:r>
    </w:p>
    <w:p>
      <w:r>
        <w:rPr>
          <w:b/>
        </w:rPr>
        <w:t xml:space="preserve">[08:00] </w:t>
      </w:r>
      <w:r>
        <w:t>kiya, wo barah-e-rast Allah ki madad se hua.</w:t>
      </w:r>
    </w:p>
    <w:p>
      <w:pPr>
        <w:jc w:val="right"/>
      </w:pPr>
      <w:r>
        <w:t>کیا، وہ براہ راست اللہ کی مدد سے ہوا۔</w:t>
      </w:r>
    </w:p>
    <w:p>
      <w:r>
        <w:rPr>
          <w:b/>
        </w:rPr>
        <w:t xml:space="preserve">[08:06] </w:t>
      </w:r>
      <w:r>
        <w:t>kaise koi soch sakta tha pehle ke kaise car ki technology banaye, kaise wo hawai jahaz ki technology banaye.</w:t>
      </w:r>
    </w:p>
    <w:p>
      <w:pPr>
        <w:jc w:val="right"/>
      </w:pPr>
      <w:r>
        <w:t>کیسے کوئی سوچ سکتا تھا پہلے کہ کیسے کار کی ٹیکنالوجی بنائے، کیسے وہ ہوائی جہاز کی ٹیکنالوجی بنائے۔</w:t>
      </w:r>
    </w:p>
    <w:p>
      <w:r>
        <w:rPr>
          <w:b/>
        </w:rPr>
        <w:t xml:space="preserve">[08:12] </w:t>
      </w:r>
      <w:r>
        <w:t>ایسے ہزاروں نہیں، ملین آئٹم کیسے وہ بنائے۔</w:t>
      </w:r>
    </w:p>
    <w:p>
      <w:pPr>
        <w:jc w:val="right"/>
      </w:pPr>
      <w:r>
        <w:t>ایسے ہزاروں نہیں، ملین item کیسے وہ بنائے۔</w:t>
      </w:r>
    </w:p>
    <w:p>
      <w:r>
        <w:rPr>
          <w:b/>
        </w:rPr>
        <w:t xml:space="preserve">[08:18] </w:t>
      </w:r>
      <w:r>
        <w:t>insan khud se jaan nahin sakta tha.</w:t>
      </w:r>
    </w:p>
    <w:p>
      <w:pPr>
        <w:jc w:val="right"/>
      </w:pPr>
      <w:r>
        <w:t>انسان خود سے جان نہیں سکتا تھا۔</w:t>
      </w:r>
    </w:p>
    <w:p>
      <w:r>
        <w:rPr>
          <w:b/>
        </w:rPr>
        <w:t xml:space="preserve">[08:23] </w:t>
      </w:r>
      <w:r>
        <w:t>to Allah ne farishton ke zariye insan ke mind mein dala, tab yeh sari baaten daryaft huin.</w:t>
      </w:r>
    </w:p>
    <w:p>
      <w:pPr>
        <w:jc w:val="right"/>
      </w:pPr>
      <w:r>
        <w:t>تو اللہ نے فرشتوں کے ذریعے انسان کے mind میں ڈالا، تب یہ ساری باتیں دریافت ہوئیں۔</w:t>
      </w:r>
    </w:p>
    <w:p>
      <w:r>
        <w:rPr>
          <w:b/>
        </w:rPr>
        <w:t xml:space="preserve">[08:29] </w:t>
      </w:r>
      <w:r>
        <w:t>aur ab pehle ke zamane ke muqable mein million times zyada bara shukr logon ko to hona chahiye.</w:t>
      </w:r>
    </w:p>
    <w:p>
      <w:pPr>
        <w:jc w:val="right"/>
      </w:pPr>
      <w:r>
        <w:t>اور اب پہلے کے زمانے کے مقابلے میں ملین times زیادہ بڑا شکر لوگوں کو تو ہونا چاہیے۔</w:t>
      </w:r>
    </w:p>
    <w:p>
      <w:r>
        <w:rPr>
          <w:b/>
        </w:rPr>
        <w:t xml:space="preserve">[08:35] </w:t>
      </w:r>
      <w:r>
        <w:t>misalan mein aap ko ek waqea dilao ke Columbus jo tha, Columbus Spain se chala America jaane ke liye.</w:t>
      </w:r>
    </w:p>
    <w:p>
      <w:pPr>
        <w:jc w:val="right"/>
      </w:pPr>
      <w:r>
        <w:t>مثلاً میں آپ کو ایک واقعہ دلاؤں کہ کولمبس جو تھا، کولمبس اسپین سے چلا امریکہ جانے کے لیے۔</w:t>
      </w:r>
    </w:p>
    <w:p>
      <w:r>
        <w:rPr>
          <w:b/>
        </w:rPr>
        <w:t xml:space="preserve">[08:41] </w:t>
      </w:r>
      <w:r>
        <w:t>Spain se America jaane ke liye trader ki kashti mein.</w:t>
      </w:r>
    </w:p>
    <w:p>
      <w:pPr>
        <w:jc w:val="right"/>
      </w:pPr>
      <w:r>
        <w:t>اسپین سے امریکہ جانے کے لیے ٹریڈر کی کشتی میں۔</w:t>
      </w:r>
    </w:p>
    <w:p>
      <w:r>
        <w:rPr>
          <w:b/>
        </w:rPr>
        <w:t xml:space="preserve">[08:46] </w:t>
      </w:r>
      <w:r>
        <w:t>to us ko Spain se America pahunchne ke liye do mahine lag gaye.</w:t>
      </w:r>
    </w:p>
    <w:p>
      <w:pPr>
        <w:jc w:val="right"/>
      </w:pPr>
      <w:r>
        <w:t>تو اس کو اسپین سے امریکہ پہنچنے کے لیے دو مہینے لگ گئے۔</w:t>
      </w:r>
    </w:p>
    <w:p>
      <w:r>
        <w:rPr>
          <w:b/>
        </w:rPr>
        <w:t xml:space="preserve">[08:52] </w:t>
      </w:r>
      <w:r>
        <w:t>do mahine se zyada shayad. do mahine.</w:t>
      </w:r>
    </w:p>
    <w:p>
      <w:pPr>
        <w:jc w:val="right"/>
      </w:pPr>
      <w:r>
        <w:t>دو مہینے سے زیادہ شاید۔ دو مہینے۔</w:t>
      </w:r>
    </w:p>
    <w:p>
      <w:r>
        <w:rPr>
          <w:b/>
        </w:rPr>
        <w:t xml:space="preserve">[08:58] </w:t>
      </w:r>
      <w:r>
        <w:t>ab aap hawai jahaz mein baithte hain, chand ghante mein aap America pahunch jaate hain.</w:t>
      </w:r>
    </w:p>
    <w:p>
      <w:pPr>
        <w:jc w:val="right"/>
      </w:pPr>
      <w:r>
        <w:t>اب آپ ہوائی جہاز میں بیٹھتے ہیں، چند گھنٹے میں آپ امریکہ پہنچ جاتے ہیں۔</w:t>
      </w:r>
    </w:p>
    <w:p>
      <w:r>
        <w:rPr>
          <w:b/>
        </w:rPr>
        <w:t xml:space="preserve">[09:04] </w:t>
      </w:r>
      <w:r>
        <w:t>aur bohat aaram ke sath.</w:t>
      </w:r>
    </w:p>
    <w:p>
      <w:pPr>
        <w:jc w:val="right"/>
      </w:pPr>
      <w:r>
        <w:t>اور بہت آرام کے ساتھ۔</w:t>
      </w:r>
    </w:p>
    <w:p>
      <w:r>
        <w:rPr>
          <w:b/>
        </w:rPr>
        <w:t xml:space="preserve">[09:09] </w:t>
      </w:r>
      <w:r>
        <w:t>is tarah ke kitne item hain, ek do nahin, jo aap ko yani yaad dilate hain ke Allah</w:t>
      </w:r>
    </w:p>
    <w:p>
      <w:pPr>
        <w:jc w:val="right"/>
      </w:pPr>
      <w:r>
        <w:t>اس طرح کے کتنے item ہیں، ایک دو نہیں، جو آپ کو یعنی یاد دلاتے ہیں کہ اللہ</w:t>
      </w:r>
    </w:p>
    <w:p>
      <w:r>
        <w:rPr>
          <w:b/>
        </w:rPr>
        <w:t xml:space="preserve">[09:15] </w:t>
      </w:r>
      <w:r>
        <w:t>ka bohat shukr karo, bohat shukr karo.</w:t>
      </w:r>
    </w:p>
    <w:p>
      <w:pPr>
        <w:jc w:val="right"/>
      </w:pPr>
      <w:r>
        <w:t>کا بہت شکر کرو، بہت شکر کرو۔</w:t>
      </w:r>
    </w:p>
    <w:p>
      <w:r>
        <w:rPr>
          <w:b/>
        </w:rPr>
        <w:t xml:space="preserve">[09:21] </w:t>
      </w:r>
      <w:r>
        <w:t>ashad hubbillah banao.</w:t>
      </w:r>
    </w:p>
    <w:p>
      <w:pPr>
        <w:jc w:val="right"/>
      </w:pPr>
      <w:r>
        <w:t>اشد حب للہ بناؤ۔</w:t>
      </w:r>
    </w:p>
    <w:p>
      <w:r>
        <w:rPr>
          <w:b/>
        </w:rPr>
        <w:t xml:space="preserve">[09:27] </w:t>
      </w:r>
      <w:r>
        <w:t>lekin insan shukr kyon nahin karta? mein is par bohat socha maine ke itne bare bare item</w:t>
      </w:r>
    </w:p>
    <w:p>
      <w:pPr>
        <w:jc w:val="right"/>
      </w:pPr>
      <w:r>
        <w:t>لیکن انسان شکر کیوں نہیں کرتا؟ میں اس پر بہت سوچا میں نے کہ اتنے بڑے بڑے item</w:t>
      </w:r>
    </w:p>
    <w:p>
      <w:r>
        <w:rPr>
          <w:b/>
        </w:rPr>
        <w:t xml:space="preserve">[09:32] </w:t>
      </w:r>
      <w:r>
        <w:t>aaye samne to shukr kyon nahin karta insan? to achaanak mujhe ek daryaft hui ke jab yeh item</w:t>
      </w:r>
    </w:p>
    <w:p>
      <w:pPr>
        <w:jc w:val="right"/>
      </w:pPr>
      <w:r>
        <w:t>آئے سامنے تو شکر کیوں نہیں کرتا انسان؟ تو اچانک مجھے ایک دریافت ہوئی کہ جب یہ item</w:t>
      </w:r>
    </w:p>
    <w:p>
      <w:r>
        <w:rPr>
          <w:b/>
        </w:rPr>
        <w:t xml:space="preserve">[09:38] </w:t>
      </w:r>
      <w:r>
        <w:t>aaye, yeh endhan, yeh car, yeh hawai jahaz, yeh sari cheezen, to isi waqt industrialization bhi hua, industry bhi bani.</w:t>
      </w:r>
    </w:p>
    <w:p>
      <w:pPr>
        <w:jc w:val="right"/>
      </w:pPr>
      <w:r>
        <w:t>آئے، یہ ایندھن، یہ کار، یہ ہوائی جہاز، یہ ساری چیزیں، تو اسی وقت industrialization بھی ہوا، industry بھی بنی۔</w:t>
      </w:r>
    </w:p>
    <w:p>
      <w:r>
        <w:rPr>
          <w:b/>
        </w:rPr>
        <w:t xml:space="preserve">[09:44] </w:t>
      </w:r>
      <w:r>
        <w:t>to yeh sari cheezen jo hain, yeh shopping item ban gayeen.</w:t>
      </w:r>
    </w:p>
    <w:p>
      <w:pPr>
        <w:jc w:val="right"/>
      </w:pPr>
      <w:r>
        <w:t>تو یہ ساری چیزیں جو ہیں، یہ shopping item بن گئیں۔</w:t>
      </w:r>
    </w:p>
    <w:p>
      <w:r>
        <w:rPr>
          <w:b/>
        </w:rPr>
        <w:t xml:space="preserve">[09:50] </w:t>
      </w:r>
      <w:r>
        <w:t>paisa ho to ja kar khareed lo.</w:t>
      </w:r>
    </w:p>
    <w:p>
      <w:pPr>
        <w:jc w:val="right"/>
      </w:pPr>
      <w:r>
        <w:t>پیسہ ہو تو جا کر خرید لو۔</w:t>
      </w:r>
    </w:p>
    <w:p>
      <w:r>
        <w:rPr>
          <w:b/>
        </w:rPr>
        <w:t xml:space="preserve">[09:55] </w:t>
      </w:r>
      <w:r>
        <w:t>sui se le kar hawai jahaz tak har cheez khareed ka item ban gai.</w:t>
      </w:r>
    </w:p>
    <w:p>
      <w:pPr>
        <w:jc w:val="right"/>
      </w:pPr>
      <w:r>
        <w:t>سوئی سے لے کر ہوائی جہاز تک ہر چیز خرید کا item بن گئی۔</w:t>
      </w:r>
    </w:p>
    <w:p>
      <w:r>
        <w:rPr>
          <w:b/>
        </w:rPr>
        <w:t xml:space="preserve">[10:01] </w:t>
      </w:r>
      <w:r>
        <w:t>jeeb mein paisa ho to har cheez ja kar khareed li.</w:t>
      </w:r>
    </w:p>
    <w:p>
      <w:pPr>
        <w:jc w:val="right"/>
      </w:pPr>
      <w:r>
        <w:t>جیب میں پیسہ ہو تو ہر چیز جا کر خرید لی۔</w:t>
      </w:r>
    </w:p>
    <w:p>
      <w:r>
        <w:rPr>
          <w:b/>
        </w:rPr>
        <w:t xml:space="preserve">[10:07] </w:t>
      </w:r>
      <w:r>
        <w:t>to insan ke zehen mein aya ke yeh cheezen sab jo hain, yeh shopping item hain.</w:t>
      </w:r>
    </w:p>
    <w:p>
      <w:pPr>
        <w:jc w:val="right"/>
      </w:pPr>
      <w:r>
        <w:t>تو انسان کے ذہن میں آیا کہ یہ چیزیں سب جو ہیں، یہ shopping item ہیں۔</w:t>
      </w:r>
    </w:p>
    <w:p>
      <w:r>
        <w:rPr>
          <w:b/>
        </w:rPr>
        <w:t xml:space="preserve">[10:13] </w:t>
      </w:r>
      <w:r>
        <w:t>to ab dhyan kahan chala gaya? ke aur paisa, aur paisa.</w:t>
      </w:r>
    </w:p>
    <w:p>
      <w:pPr>
        <w:jc w:val="right"/>
      </w:pPr>
      <w:r>
        <w:t>تو اب دھیان کہاں چلا گیا؟ کہ اور پیسہ، اور پیسہ۔</w:t>
      </w:r>
    </w:p>
    <w:p>
      <w:r>
        <w:rPr>
          <w:b/>
        </w:rPr>
        <w:t xml:space="preserve">[10:18] </w:t>
      </w:r>
      <w:r>
        <w:t>zyada se zyada paisa kamao taake sab cheezen khareed sako.</w:t>
      </w:r>
    </w:p>
    <w:p>
      <w:pPr>
        <w:jc w:val="right"/>
      </w:pPr>
      <w:r>
        <w:t>زیادہ سے زیادہ پیسہ کماؤ تاکہ سب چیزیں خرید سکو۔</w:t>
      </w:r>
    </w:p>
    <w:p>
      <w:r>
        <w:rPr>
          <w:b/>
        </w:rPr>
        <w:t xml:space="preserve">[10:24] </w:t>
      </w:r>
      <w:r>
        <w:t>to zehen chala gaya paise ki taraf.</w:t>
      </w:r>
    </w:p>
    <w:p>
      <w:pPr>
        <w:jc w:val="right"/>
      </w:pPr>
      <w:r>
        <w:t>تو ذہن چلا گیا پیسے کی طرف۔</w:t>
      </w:r>
    </w:p>
    <w:p>
      <w:r>
        <w:rPr>
          <w:b/>
        </w:rPr>
        <w:t xml:space="preserve">[10:30] </w:t>
      </w:r>
      <w:r>
        <w:t>zehen jana chahiye tha creator ki taraf. Creator.</w:t>
      </w:r>
    </w:p>
    <w:p>
      <w:pPr>
        <w:jc w:val="right"/>
      </w:pPr>
      <w:r>
        <w:t>ذہن جانا چاہیے تھا creator کی طرف۔ Creator۔</w:t>
      </w:r>
    </w:p>
    <w:p>
      <w:r>
        <w:rPr>
          <w:b/>
        </w:rPr>
        <w:t xml:space="preserve">[10:36] </w:t>
      </w:r>
      <w:r>
        <w:t>yahan tak ke aap ko farz kiya ke ek mobile chahiye, ek computer chahiye, ek internet chahiye.</w:t>
      </w:r>
    </w:p>
    <w:p>
      <w:pPr>
        <w:jc w:val="right"/>
      </w:pPr>
      <w:r>
        <w:t>یہاں تک کہ آپ کو فرض کیا کہ ایک موبائل چاہیے، ایک کمپیوٹر چاہیے، ایک انٹرنیٹ چاہیے۔</w:t>
      </w:r>
    </w:p>
    <w:p>
      <w:r>
        <w:rPr>
          <w:b/>
        </w:rPr>
        <w:t xml:space="preserve">[10:41] </w:t>
      </w:r>
      <w:r>
        <w:t>to aap foran zehen kahan jata hai? paise ki taraf.</w:t>
      </w:r>
    </w:p>
    <w:p>
      <w:pPr>
        <w:jc w:val="right"/>
      </w:pPr>
      <w:r>
        <w:t>تو آپ فوراً ذہن کہاں جاتا ہے؟ پیسے کی طرف۔</w:t>
      </w:r>
    </w:p>
    <w:p>
      <w:r>
        <w:rPr>
          <w:b/>
        </w:rPr>
        <w:t xml:space="preserve">[10:47] </w:t>
      </w:r>
      <w:r>
        <w:t>paise ki taraf.</w:t>
      </w:r>
    </w:p>
    <w:p>
      <w:pPr>
        <w:jc w:val="right"/>
      </w:pPr>
      <w:r>
        <w:t>پیسے کی طرف۔</w:t>
      </w:r>
    </w:p>
    <w:p>
      <w:r>
        <w:rPr>
          <w:b/>
        </w:rPr>
        <w:t xml:space="preserve">[10:53] </w:t>
      </w:r>
      <w:r>
        <w:t>itna paisa jeeb mein lete hain aur pohanch jate hain shopping center mein.</w:t>
      </w:r>
    </w:p>
    <w:p>
      <w:pPr>
        <w:jc w:val="right"/>
      </w:pPr>
      <w:r>
        <w:t>اتنا پیسہ جیب میں لیتے ہیں اور پہنچ جاتے ہیں shopping center میں۔</w:t>
      </w:r>
    </w:p>
    <w:p>
      <w:r>
        <w:rPr>
          <w:b/>
        </w:rPr>
        <w:t xml:space="preserve">[10:59] </w:t>
      </w:r>
      <w:r>
        <w:t>aur khareed ke late hain.</w:t>
      </w:r>
    </w:p>
    <w:p>
      <w:pPr>
        <w:jc w:val="right"/>
      </w:pPr>
      <w:r>
        <w:t>اور خرید کے لاتے ہیں۔</w:t>
      </w:r>
    </w:p>
    <w:p>
      <w:r>
        <w:rPr>
          <w:b/>
        </w:rPr>
        <w:t xml:space="preserve">[11:04] </w:t>
      </w:r>
      <w:r>
        <w:t>to aap ka jo mind hai, us mein kya cheez register hui? paisa tha is liye mein ne khareed liya.</w:t>
      </w:r>
    </w:p>
    <w:p>
      <w:pPr>
        <w:jc w:val="right"/>
      </w:pPr>
      <w:r>
        <w:t>تو آپ کا جو mind ہے، اس میں کیا چیز رجسٹر ہوئی؟ پیسہ تھا اس لیے میں نے خرید لیا۔</w:t>
      </w:r>
    </w:p>
    <w:p>
      <w:r>
        <w:rPr>
          <w:b/>
        </w:rPr>
        <w:t xml:space="preserve">[11:10] </w:t>
      </w:r>
      <w:r>
        <w:t>paisa na hota to mein nahi khareed sakta tha.</w:t>
      </w:r>
    </w:p>
    <w:p>
      <w:pPr>
        <w:jc w:val="right"/>
      </w:pPr>
      <w:r>
        <w:t>پیسہ نہ ہوتا تو میں نہیں خرید سکتا تھا۔</w:t>
      </w:r>
    </w:p>
    <w:p>
      <w:r>
        <w:rPr>
          <w:b/>
        </w:rPr>
        <w:t xml:space="preserve">[11:16] </w:t>
      </w:r>
      <w:r>
        <w:t>to sari importance jo banni chahiye thi creator ke liye, wo ban gai paise ki taraf.</w:t>
      </w:r>
    </w:p>
    <w:p>
      <w:pPr>
        <w:jc w:val="right"/>
      </w:pPr>
      <w:r>
        <w:t>تو ساری importance جو بننی چاہیے تھی creator کے لیے، وہ بن گئی پیسے کی طرف۔</w:t>
      </w:r>
    </w:p>
    <w:p>
      <w:r>
        <w:rPr>
          <w:b/>
        </w:rPr>
        <w:t xml:space="preserve">[11:22] </w:t>
      </w:r>
      <w:r>
        <w:t>ab money culture aa gaya. Money culture.</w:t>
      </w:r>
    </w:p>
    <w:p>
      <w:pPr>
        <w:jc w:val="right"/>
      </w:pPr>
      <w:r>
        <w:t>اب money culture آ گیا۔ Money culture۔</w:t>
      </w:r>
    </w:p>
    <w:p>
      <w:r>
        <w:rPr>
          <w:b/>
        </w:rPr>
        <w:t xml:space="preserve">[11:27] </w:t>
      </w:r>
      <w:r>
        <w:t>har aadmi money, money, money.</w:t>
      </w:r>
    </w:p>
    <w:p>
      <w:pPr>
        <w:jc w:val="right"/>
      </w:pPr>
      <w:r>
        <w:t>ہر آدمی money, money, money۔</w:t>
      </w:r>
    </w:p>
    <w:p>
      <w:r>
        <w:rPr>
          <w:b/>
        </w:rPr>
        <w:t xml:space="preserve">[11:33] </w:t>
      </w:r>
      <w:r>
        <w:t>God culture nahi aya.</w:t>
      </w:r>
    </w:p>
    <w:p>
      <w:pPr>
        <w:jc w:val="right"/>
      </w:pPr>
      <w:r>
        <w:t>God culture نہیں آیا۔</w:t>
      </w:r>
    </w:p>
    <w:p>
      <w:r>
        <w:rPr>
          <w:b/>
        </w:rPr>
        <w:t xml:space="preserve">[11:39] </w:t>
      </w:r>
      <w:r>
        <w:t>ya creator culture nahi aya.</w:t>
      </w:r>
    </w:p>
    <w:p>
      <w:pPr>
        <w:jc w:val="right"/>
      </w:pPr>
      <w:r>
        <w:t>یا creator culture نہیں آیا۔</w:t>
      </w:r>
    </w:p>
    <w:p>
      <w:r>
        <w:rPr>
          <w:b/>
        </w:rPr>
        <w:t xml:space="preserve">[11:45] </w:t>
      </w:r>
      <w:r>
        <w:t>Money culture aya.</w:t>
      </w:r>
    </w:p>
    <w:p>
      <w:pPr>
        <w:jc w:val="right"/>
      </w:pPr>
      <w:r>
        <w:t>Money culture آیا۔</w:t>
      </w:r>
    </w:p>
    <w:p>
      <w:r>
        <w:rPr>
          <w:b/>
        </w:rPr>
        <w:t xml:space="preserve">[11:50] </w:t>
      </w:r>
      <w:r>
        <w:t>yeh hai raaz ke kyun wo wo zamana jabke bara shukr aana chahiye logon ki taraf. Bara shukr.</w:t>
      </w:r>
    </w:p>
    <w:p>
      <w:pPr>
        <w:jc w:val="right"/>
      </w:pPr>
      <w:r>
        <w:t>یہ ہے راز کہ کیوں وہ وہ زمانہ جبکہ بڑا شکر آنا چاہیے لوگوں کی طرف۔ بڑا شکر۔</w:t>
      </w:r>
    </w:p>
    <w:p>
      <w:r>
        <w:rPr>
          <w:b/>
        </w:rPr>
        <w:t xml:space="preserve">[11:56] </w:t>
      </w:r>
      <w:r>
        <w:t>is zamane mein shukr bilkul lip service ban kar reh gaya hai. bas.</w:t>
      </w:r>
    </w:p>
    <w:p>
      <w:pPr>
        <w:jc w:val="right"/>
      </w:pPr>
      <w:r>
        <w:t>اس زمانے میں شکر بالکل lip service بن کر رہ گیا ہے۔ بس۔</w:t>
      </w:r>
    </w:p>
    <w:p>
      <w:r>
        <w:rPr>
          <w:b/>
        </w:rPr>
        <w:t xml:space="preserve">[12:02] </w:t>
      </w:r>
      <w:r>
        <w:t>baqi sab kuch jo hai, sara concern aadmi ka bana hua hai. paisa.</w:t>
      </w:r>
    </w:p>
    <w:p>
      <w:pPr>
        <w:jc w:val="right"/>
      </w:pPr>
      <w:r>
        <w:t>باقی سب کچھ جو ہے، سارا concern آدمی کا بنا ہوا ہے۔ پیسہ۔</w:t>
      </w:r>
    </w:p>
    <w:p>
      <w:r>
        <w:rPr>
          <w:b/>
        </w:rPr>
        <w:t xml:space="preserve">[12:08] </w:t>
      </w:r>
      <w:r>
        <w:t>ab mein aap ko apni chand tajrubay batata hoon.</w:t>
      </w:r>
    </w:p>
    <w:p>
      <w:pPr>
        <w:jc w:val="right"/>
      </w:pPr>
      <w:r>
        <w:t>اب میں آپ کو اپنی چند تجربے بتاتا ہوں۔</w:t>
      </w:r>
    </w:p>
    <w:p>
      <w:r>
        <w:rPr>
          <w:b/>
        </w:rPr>
        <w:t xml:space="preserve">[12:13] </w:t>
      </w:r>
      <w:r>
        <w:t>jab mein gaon mein rehta tha, chota jab tha, to mujhe nature se bohat shauq tha.</w:t>
      </w:r>
    </w:p>
    <w:p>
      <w:pPr>
        <w:jc w:val="right"/>
      </w:pPr>
      <w:r>
        <w:t>جب میں گاؤں میں رہتا تھا، چھوٹا جب تھا، تو مجھے nature سے بہت شوق تھا۔</w:t>
      </w:r>
    </w:p>
    <w:p>
      <w:r>
        <w:rPr>
          <w:b/>
        </w:rPr>
        <w:t xml:space="preserve">[12:19] </w:t>
      </w:r>
      <w:r>
        <w:t>baagh mein chale jaana, khet mein chale jaana, bohat achha lagta tha mujh ko.</w:t>
      </w:r>
    </w:p>
    <w:p>
      <w:pPr>
        <w:jc w:val="right"/>
      </w:pPr>
      <w:r>
        <w:t>باغ میں چلے جانا، کھیت میں چلے جانا، بہت اچھا لگتا تھا مجھ کو۔</w:t>
      </w:r>
    </w:p>
    <w:p>
      <w:r>
        <w:rPr>
          <w:b/>
        </w:rPr>
        <w:t xml:space="preserve">[12:25] </w:t>
      </w:r>
      <w:r>
        <w:t>is mein se ek tha tha ke main taqreeban rozana jaata tha.</w:t>
      </w:r>
    </w:p>
    <w:p>
      <w:pPr>
        <w:jc w:val="right"/>
      </w:pPr>
      <w:r>
        <w:t>اس میں سے ایک تھا تھا کہ میں تقریباً روزانہ جاتا تھا۔</w:t>
      </w:r>
    </w:p>
    <w:p>
      <w:r>
        <w:rPr>
          <w:b/>
        </w:rPr>
        <w:t xml:space="preserve">[12:31] </w:t>
      </w:r>
      <w:r>
        <w:t>hamare gaon ke kinare nadi thi.</w:t>
      </w:r>
    </w:p>
    <w:p>
      <w:pPr>
        <w:jc w:val="right"/>
      </w:pPr>
      <w:r>
        <w:t>ہمارے گاؤں کے کنارے ندی تھی۔</w:t>
      </w:r>
    </w:p>
    <w:p>
      <w:r>
        <w:rPr>
          <w:b/>
        </w:rPr>
        <w:t xml:space="preserve">[12:36] </w:t>
      </w:r>
      <w:r>
        <w:t>is par ek pul tha.</w:t>
      </w:r>
    </w:p>
    <w:p>
      <w:pPr>
        <w:jc w:val="right"/>
      </w:pPr>
      <w:r>
        <w:t>اس پر ایک پل تھا۔</w:t>
      </w:r>
    </w:p>
    <w:p>
      <w:r>
        <w:rPr>
          <w:b/>
        </w:rPr>
        <w:t xml:space="preserve">[12:42] </w:t>
      </w:r>
      <w:r>
        <w:t>yeh pul bana tha 1936 mein. mere saamne.</w:t>
      </w:r>
    </w:p>
    <w:p>
      <w:pPr>
        <w:jc w:val="right"/>
      </w:pPr>
      <w:r>
        <w:t>یہ پل بنا تھا 1936 میں۔ میرے سامنے۔</w:t>
      </w:r>
    </w:p>
    <w:p>
      <w:r>
        <w:rPr>
          <w:b/>
        </w:rPr>
        <w:t xml:space="preserve">[12:48] </w:t>
      </w:r>
      <w:r>
        <w:t>mere saamne woh pul bana tha.</w:t>
      </w:r>
    </w:p>
    <w:p>
      <w:pPr>
        <w:jc w:val="right"/>
      </w:pPr>
      <w:r>
        <w:t>میرے سامنے وہ پل بنا تھا۔</w:t>
      </w:r>
    </w:p>
    <w:p>
      <w:r>
        <w:rPr>
          <w:b/>
        </w:rPr>
        <w:t xml:space="preserve">[12:54] </w:t>
      </w:r>
      <w:r>
        <w:t>is par ja kar baithta tha main.</w:t>
      </w:r>
    </w:p>
    <w:p>
      <w:pPr>
        <w:jc w:val="right"/>
      </w:pPr>
      <w:r>
        <w:t>اس پر جا کر بیٹھتا تھا میں۔</w:t>
      </w:r>
    </w:p>
    <w:p>
      <w:r>
        <w:rPr>
          <w:b/>
        </w:rPr>
        <w:t xml:space="preserve">[12:59] </w:t>
      </w:r>
      <w:r>
        <w:t>to woh subah ko aur shaam ko suraj ko dekhta tha main.</w:t>
      </w:r>
    </w:p>
    <w:p>
      <w:pPr>
        <w:jc w:val="right"/>
      </w:pPr>
      <w:r>
        <w:t>تو وہ صبح کو اور شام کو سورج کو دیکھتا تھا میں۔</w:t>
      </w:r>
    </w:p>
    <w:p>
      <w:r>
        <w:rPr>
          <w:b/>
        </w:rPr>
        <w:t xml:space="preserve">[13:05] </w:t>
      </w:r>
      <w:r>
        <w:t>to us waqt jo hai sirf achha lagta tha mujhe.</w:t>
      </w:r>
    </w:p>
    <w:p>
      <w:pPr>
        <w:jc w:val="right"/>
      </w:pPr>
      <w:r>
        <w:t>تو اس وقت جو ہے صرف اچھا لگتا تھا مجھے۔</w:t>
      </w:r>
    </w:p>
    <w:p>
      <w:r>
        <w:rPr>
          <w:b/>
        </w:rPr>
        <w:t xml:space="preserve">[13:11] </w:t>
      </w:r>
      <w:r>
        <w:t>bas is liye dekhta tha ke achha lagta hai.</w:t>
      </w:r>
    </w:p>
    <w:p>
      <w:pPr>
        <w:jc w:val="right"/>
      </w:pPr>
      <w:r>
        <w:t>بس اس لیے دیکھتا تھا کہ اچھا لگتا ہے۔</w:t>
      </w:r>
    </w:p>
    <w:p>
      <w:r>
        <w:rPr>
          <w:b/>
        </w:rPr>
        <w:t xml:space="preserve">[13:17] </w:t>
      </w:r>
      <w:r>
        <w:t>baat ko jab maine study ki to maloom hua ke suraj jo hai is ke andar to</w:t>
      </w:r>
    </w:p>
    <w:p>
      <w:pPr>
        <w:jc w:val="right"/>
      </w:pPr>
      <w:r>
        <w:t>بات کو جب میں نے study کی تو معلوم ہوا کہ سورج جو ہے اس کے اندر تو</w:t>
      </w:r>
    </w:p>
    <w:p>
      <w:r>
        <w:rPr>
          <w:b/>
        </w:rPr>
        <w:t xml:space="preserve">[13:22] </w:t>
      </w:r>
      <w:r>
        <w:t>bohat bara shukr ka item hai.</w:t>
      </w:r>
    </w:p>
    <w:p>
      <w:pPr>
        <w:jc w:val="right"/>
      </w:pPr>
      <w:r>
        <w:t>بہت بڑا شکر کا item ہے۔</w:t>
      </w:r>
    </w:p>
    <w:p>
      <w:r>
        <w:rPr>
          <w:b/>
        </w:rPr>
        <w:t xml:space="preserve">[13:28] </w:t>
      </w:r>
      <w:r>
        <w:t>achha lagne ki baat nahi hai.</w:t>
      </w:r>
    </w:p>
    <w:p>
      <w:pPr>
        <w:jc w:val="right"/>
      </w:pPr>
      <w:r>
        <w:t>اچھا لگنے کی بات نہیں ہے۔</w:t>
      </w:r>
    </w:p>
    <w:p>
      <w:r>
        <w:rPr>
          <w:b/>
        </w:rPr>
        <w:t xml:space="preserve">[13:34] </w:t>
      </w:r>
      <w:r>
        <w:t>misalan dekhen, baat ko mujhe pata chala, yeh jaana maine ke zameen aur suraj ke darmiyan jo</w:t>
      </w:r>
    </w:p>
    <w:p>
      <w:pPr>
        <w:jc w:val="right"/>
      </w:pPr>
      <w:r>
        <w:t>مثلاً دیکھیں، بات کو مجھے پتہ چلا، یہ جانا میں نے کہ زمین اور سورج کے درمیان جو</w:t>
      </w:r>
    </w:p>
    <w:p>
      <w:r>
        <w:rPr>
          <w:b/>
        </w:rPr>
        <w:t xml:space="preserve">[13:40] </w:t>
      </w:r>
      <w:r>
        <w:t>faasla hai woh taqreeban nau karor tees lakh meil ka faasla hai.</w:t>
      </w:r>
    </w:p>
    <w:p>
      <w:pPr>
        <w:jc w:val="right"/>
      </w:pPr>
      <w:r>
        <w:t>فاصلہ ہے وہ تقریباً نو کروڑ تیس لاکھ میل کا فاصلہ ہے۔</w:t>
      </w:r>
    </w:p>
    <w:p>
      <w:r>
        <w:rPr>
          <w:b/>
        </w:rPr>
        <w:t xml:space="preserve">[13:45] </w:t>
      </w:r>
      <w:r>
        <w:t>yani hamari zameen suraj se taqreeban nau karor tees lakh meil ki doori par hai.</w:t>
      </w:r>
    </w:p>
    <w:p>
      <w:pPr>
        <w:jc w:val="right"/>
      </w:pPr>
      <w:r>
        <w:t>یعنی ہماری زمین سورج سے تقریباً نو کروڑ تیس لاکھ میل کی دوری پر ہے۔</w:t>
      </w:r>
    </w:p>
    <w:p>
      <w:r>
        <w:rPr>
          <w:b/>
        </w:rPr>
        <w:t xml:space="preserve">[13:51] </w:t>
      </w:r>
      <w:r>
        <w:t>ab maine kya socha ke agar yeh yeh yeh yeh jo faasla hai bohat hi well calculated hai. bohat ziyada.</w:t>
      </w:r>
    </w:p>
    <w:p>
      <w:pPr>
        <w:jc w:val="right"/>
      </w:pPr>
      <w:r>
        <w:t>اب میں نے کیا سوچا کہ اگر یہ یہ یہ یہ جو فاصلہ ہے بہت ہی well calculated ہے۔ بہت زیادہ۔</w:t>
      </w:r>
    </w:p>
    <w:p>
      <w:r>
        <w:rPr>
          <w:b/>
        </w:rPr>
        <w:t xml:space="preserve">[13:57] </w:t>
      </w:r>
      <w:r>
        <w:t>yani agar faasla aadha ho jaye, farz kijiye, yani paanch karor ho kar reh jaye to kya hoga?</w:t>
      </w:r>
    </w:p>
    <w:p>
      <w:pPr>
        <w:jc w:val="right"/>
      </w:pPr>
      <w:r>
        <w:t>یعنی اگر فاصلہ آدھا ہو جائے، فرض کیجئے، یعنی پانچ کروڑ ہو کر رہ جائے تو کیا ہوگا؟</w:t>
      </w:r>
    </w:p>
    <w:p>
      <w:r>
        <w:rPr>
          <w:b/>
        </w:rPr>
        <w:t xml:space="preserve">[14:03] </w:t>
      </w:r>
      <w:r>
        <w:t>zameen par itni garmi aayegi, itni garmi, hum sab log jal jayenge.</w:t>
      </w:r>
    </w:p>
    <w:p>
      <w:pPr>
        <w:jc w:val="right"/>
      </w:pPr>
      <w:r>
        <w:t>زمین پر اتنی گرمی آئے گی، اتنی گرمی، ہم سب لوگ جل جائیں گے۔</w:t>
      </w:r>
    </w:p>
    <w:p>
      <w:r>
        <w:rPr>
          <w:b/>
        </w:rPr>
        <w:t xml:space="preserve">[14:08] </w:t>
      </w:r>
      <w:r>
        <w:t>suraj agar itne qareeb aa jaye ke hum se is ka doori sirf paanch karor meil baqi rahe,</w:t>
      </w:r>
    </w:p>
    <w:p>
      <w:pPr>
        <w:jc w:val="right"/>
      </w:pPr>
      <w:r>
        <w:t>سورج اگر اتنے قریب آ جائے کہ ہم سے اس کا دوری صرف پانچ کروڑ میل باقی رہے،</w:t>
      </w:r>
    </w:p>
    <w:p>
      <w:r>
        <w:rPr>
          <w:b/>
        </w:rPr>
        <w:t xml:space="preserve">[14:14] </w:t>
      </w:r>
      <w:r>
        <w:t>yani aadhi, to hum sab jal jayenge.</w:t>
      </w:r>
    </w:p>
    <w:p>
      <w:pPr>
        <w:jc w:val="right"/>
      </w:pPr>
      <w:r>
        <w:t>یعنی آدھی، تو ہم سب جل جائیں گے۔</w:t>
      </w:r>
    </w:p>
    <w:p>
      <w:r>
        <w:rPr>
          <w:b/>
        </w:rPr>
        <w:t xml:space="preserve">[14:20] </w:t>
      </w:r>
      <w:r>
        <w:t>darakht jal jayenge, sabzi jal jayegi.</w:t>
      </w:r>
    </w:p>
    <w:p>
      <w:pPr>
        <w:jc w:val="right"/>
      </w:pPr>
      <w:r>
        <w:t>درخت جل جائیں گے، سبزی جل جائے گی۔</w:t>
      </w:r>
    </w:p>
    <w:p>
      <w:r>
        <w:rPr>
          <w:b/>
        </w:rPr>
        <w:t xml:space="preserve">[14:26] </w:t>
      </w:r>
      <w:r>
        <w:t>sab khaak is tarah ho jayega.</w:t>
      </w:r>
    </w:p>
    <w:p>
      <w:pPr>
        <w:jc w:val="right"/>
      </w:pPr>
      <w:r>
        <w:t>سب خاک اس طرح ہو جائے گا۔</w:t>
      </w:r>
    </w:p>
    <w:p>
      <w:r>
        <w:rPr>
          <w:b/>
        </w:rPr>
        <w:t xml:space="preserve">[14:31] </w:t>
      </w:r>
      <w:r>
        <w:t>achha, agar is ka ulta ho, yani double ho jaye, is ka ulta ho jaye, itna doori ho</w:t>
      </w:r>
    </w:p>
    <w:p>
      <w:pPr>
        <w:jc w:val="right"/>
      </w:pPr>
      <w:r>
        <w:t>اچھا، اگر اس کا الٹا ہو، یعنی double ہو جائے، اس کا الٹا ہو جائے، اتنا دوری ہو</w:t>
      </w:r>
    </w:p>
    <w:p>
      <w:r>
        <w:rPr>
          <w:b/>
        </w:rPr>
        <w:t xml:space="preserve">[14:37] </w:t>
      </w:r>
      <w:r>
        <w:t>jaye, double doori ho jaye, masalan is ka faasla bees karor meil, pachis karor meil ho jaye to</w:t>
      </w:r>
    </w:p>
    <w:p>
      <w:pPr>
        <w:jc w:val="right"/>
      </w:pPr>
      <w:r>
        <w:t>جائے، double دوری ہو جائے، مثلاً اس کا فاصلہ بیس کروڑ میل، پچیس کروڑ میل ہو جائے تو</w:t>
      </w:r>
    </w:p>
    <w:p>
      <w:r>
        <w:rPr>
          <w:b/>
        </w:rPr>
        <w:t xml:space="preserve">[14:43] </w:t>
      </w:r>
      <w:r>
        <w:t>kya hoga? zameen par itna thanda hoga, itna thanda hoga ke sab kuch jam jayega.</w:t>
      </w:r>
    </w:p>
    <w:p>
      <w:pPr>
        <w:jc w:val="right"/>
      </w:pPr>
      <w:r>
        <w:t>کیا ہوگا؟ زمین پر اتنا ٹھنڈا ہوگا، اتنا ٹھنڈا ہوگا کہ سب کچھ جم جائے گا۔</w:t>
      </w:r>
    </w:p>
    <w:p>
      <w:r>
        <w:rPr>
          <w:b/>
        </w:rPr>
        <w:t xml:space="preserve">[14:49] </w:t>
      </w:r>
      <w:r>
        <w:t>hum bhi jam jayenge.</w:t>
      </w:r>
    </w:p>
    <w:p>
      <w:pPr>
        <w:jc w:val="right"/>
      </w:pPr>
      <w:r>
        <w:t>ہم بھی جم جائیں گے۔</w:t>
      </w:r>
    </w:p>
    <w:p>
      <w:r>
        <w:rPr>
          <w:b/>
        </w:rPr>
        <w:t xml:space="preserve">[14:54] </w:t>
      </w:r>
      <w:r>
        <w:t>sab kuch barf ho jayega.</w:t>
      </w:r>
    </w:p>
    <w:p>
      <w:pPr>
        <w:jc w:val="right"/>
      </w:pPr>
      <w:r>
        <w:t>سب کچھ برف ہو جائے گا۔</w:t>
      </w:r>
    </w:p>
    <w:p>
      <w:r>
        <w:rPr>
          <w:b/>
        </w:rPr>
        <w:t xml:space="preserve">[15:00] </w:t>
      </w:r>
      <w:r>
        <w:t>tab maine socha ke jo jo creator hai woh kitna zyada mehrban hai.</w:t>
      </w:r>
    </w:p>
    <w:p>
      <w:pPr>
        <w:jc w:val="right"/>
      </w:pPr>
      <w:r>
        <w:t>تب میں نے سوچا کہ جو جو creator ہے وہ کتنا زیادہ مہربان ہے۔</w:t>
      </w:r>
    </w:p>
    <w:p>
      <w:r>
        <w:rPr>
          <w:b/>
        </w:rPr>
        <w:t xml:space="preserve">[15:06] </w:t>
      </w:r>
      <w:r>
        <w:t>kitna zyada woh qabil-e-mohabbat hai.</w:t>
      </w:r>
    </w:p>
    <w:p>
      <w:pPr>
        <w:jc w:val="right"/>
      </w:pPr>
      <w:r>
        <w:t>کتنا زیادہ وہ قابل محبت ہے۔</w:t>
      </w:r>
    </w:p>
    <w:p>
      <w:r>
        <w:rPr>
          <w:b/>
        </w:rPr>
        <w:t xml:space="preserve">[15:12] </w:t>
      </w:r>
      <w:r>
        <w:t>kitna zyada mehrban hai.</w:t>
      </w:r>
    </w:p>
    <w:p>
      <w:pPr>
        <w:jc w:val="right"/>
      </w:pPr>
      <w:r>
        <w:t>کتنا زیادہ مہربان ہے۔</w:t>
      </w:r>
    </w:p>
    <w:p>
      <w:r>
        <w:rPr>
          <w:b/>
        </w:rPr>
        <w:t xml:space="preserve">[15:17] </w:t>
      </w:r>
      <w:r>
        <w:t>ke theek theek jo fasla hamare liye acha tha, hamare liye behtar tha, usi fasle par suraj ko rakha hai.</w:t>
      </w:r>
    </w:p>
    <w:p>
      <w:pPr>
        <w:jc w:val="right"/>
      </w:pPr>
      <w:r>
        <w:t>کہ ٹھیک ٹھیک جو فاصلہ ہمارے لیے اچھا تھا، ہمارے لیے بہتر تھا، اسی فاصلے پر سورج کو رکھا ہے۔</w:t>
      </w:r>
    </w:p>
    <w:p>
      <w:r>
        <w:rPr>
          <w:b/>
        </w:rPr>
        <w:t xml:space="preserve">[15:23] </w:t>
      </w:r>
      <w:r>
        <w:t>na is se kam, na is se zyada.</w:t>
      </w:r>
    </w:p>
    <w:p>
      <w:pPr>
        <w:jc w:val="right"/>
      </w:pPr>
      <w:r>
        <w:t>نہ اس سے کم، نہ اس سے زیادہ۔</w:t>
      </w:r>
    </w:p>
    <w:p>
      <w:r>
        <w:rPr>
          <w:b/>
        </w:rPr>
        <w:t xml:space="preserve">[15:29] </w:t>
      </w:r>
      <w:r>
        <w:t>to maine Allah ki mohabbat ka ek sar-chashma daryaft kiya.</w:t>
      </w:r>
    </w:p>
    <w:p>
      <w:pPr>
        <w:jc w:val="right"/>
      </w:pPr>
      <w:r>
        <w:t>تو میں نے اللہ کی محبت کا ایک سرچشمہ دریافت کیا۔</w:t>
      </w:r>
    </w:p>
    <w:p>
      <w:r>
        <w:rPr>
          <w:b/>
        </w:rPr>
        <w:t xml:space="preserve">[15:35] </w:t>
      </w:r>
      <w:r>
        <w:t>phir maine padha to maloom hua ke suraj jo hai iski jo sain aati hain, aisi</w:t>
      </w:r>
    </w:p>
    <w:p>
      <w:pPr>
        <w:jc w:val="right"/>
      </w:pPr>
      <w:r>
        <w:t>پھر میں نے پڑھا تو معلوم ہوا کہ سورج جو ہے اس کی جو سائیں آتی ہیں، ایسی</w:t>
      </w:r>
    </w:p>
    <w:p>
      <w:r>
        <w:rPr>
          <w:b/>
        </w:rPr>
        <w:t xml:space="preserve">[15:40] </w:t>
      </w:r>
      <w:r>
        <w:t>rays hain jo hamare liye bohat hi zyada fatal hain.</w:t>
      </w:r>
    </w:p>
    <w:p>
      <w:pPr>
        <w:jc w:val="right"/>
      </w:pPr>
      <w:r>
        <w:t>rays ہیں جو ہمارے لیے بہت ہی زیادہ fatal ہیں۔</w:t>
      </w:r>
    </w:p>
    <w:p>
      <w:r>
        <w:rPr>
          <w:b/>
        </w:rPr>
        <w:t xml:space="preserve">[15:46] </w:t>
      </w:r>
      <w:r>
        <w:t>yani direct agar woh rays aa jayen hamare upar to hum mar jayen.</w:t>
      </w:r>
    </w:p>
    <w:p>
      <w:pPr>
        <w:jc w:val="right"/>
      </w:pPr>
      <w:r>
        <w:t>یعنی direct اگر وہ rays آ جائیں ہمارے اوپر تو ہم مر جائیں۔</w:t>
      </w:r>
    </w:p>
    <w:p>
      <w:r>
        <w:rPr>
          <w:b/>
        </w:rPr>
        <w:t xml:space="preserve">[15:52] </w:t>
      </w:r>
      <w:r>
        <w:t>to Allah taala ne kya kiya ke taqreeban das mil ki unchai par ek layer banai jis ko</w:t>
      </w:r>
    </w:p>
    <w:p>
      <w:pPr>
        <w:jc w:val="right"/>
      </w:pPr>
      <w:r>
        <w:t>تو اللہ تعالیٰ نے کیا کیا کہ تقریباً دس میل کی اونچائی پر ایک layer بنائی جس کو</w:t>
      </w:r>
    </w:p>
    <w:p>
      <w:r>
        <w:rPr>
          <w:b/>
        </w:rPr>
        <w:t xml:space="preserve">[15:58] </w:t>
      </w:r>
      <w:r>
        <w:t>kehte hain ozone layer.</w:t>
      </w:r>
    </w:p>
    <w:p>
      <w:pPr>
        <w:jc w:val="right"/>
      </w:pPr>
      <w:r>
        <w:t>کہتے ہیں ozone layer۔</w:t>
      </w:r>
    </w:p>
    <w:p>
      <w:r>
        <w:rPr>
          <w:b/>
        </w:rPr>
        <w:t xml:space="preserve">[16:03] </w:t>
      </w:r>
      <w:r>
        <w:t>yani zameen se taqreeban das mil ki bulandi par ozone layer hai.</w:t>
      </w:r>
    </w:p>
    <w:p>
      <w:pPr>
        <w:jc w:val="right"/>
      </w:pPr>
      <w:r>
        <w:t>یعنی زمین سے تقریباً دس میل کی بلندی پر ozone layer ہے۔</w:t>
      </w:r>
    </w:p>
    <w:p>
      <w:r>
        <w:rPr>
          <w:b/>
        </w:rPr>
        <w:t xml:space="preserve">[16:09] </w:t>
      </w:r>
      <w:r>
        <w:t>wo ozone layer suraj ki nuksan wali kirnein hain, woh rok leti hain, woh jazb kar leti hain,</w:t>
      </w:r>
    </w:p>
    <w:p>
      <w:pPr>
        <w:jc w:val="right"/>
      </w:pPr>
      <w:r>
        <w:t>وہ ozone layer سورج کی نقصان والی کرنیں ہیں، وہ روک لیتی ہیں، وہ جذب کر لیتی ہیں،</w:t>
      </w:r>
    </w:p>
    <w:p>
      <w:r>
        <w:rPr>
          <w:b/>
        </w:rPr>
        <w:t xml:space="preserve">[16:15] </w:t>
      </w:r>
      <w:r>
        <w:t>aane aane deti hain hamare paas.</w:t>
      </w:r>
    </w:p>
    <w:p>
      <w:pPr>
        <w:jc w:val="right"/>
      </w:pPr>
      <w:r>
        <w:t>آنے آنے دیتی ہیں ہمارے پاس۔</w:t>
      </w:r>
    </w:p>
    <w:p>
      <w:r>
        <w:rPr>
          <w:b/>
        </w:rPr>
        <w:t xml:space="preserve">[16:21] </w:t>
      </w:r>
      <w:r>
        <w:t>ab yeh soch kar ke mujhe kitna zyada ke Allah kitna mehrban hai, kitna insan se mohabbat karta hai woh.</w:t>
      </w:r>
    </w:p>
    <w:p>
      <w:pPr>
        <w:jc w:val="right"/>
      </w:pPr>
      <w:r>
        <w:t>اب یہ سوچ کر کہ مجھے کتنا زیادہ کہ اللہ کتنا مہربان ہے، کتنا انسان سے محبت کرتا ہے وہ۔</w:t>
      </w:r>
    </w:p>
    <w:p>
      <w:r>
        <w:rPr>
          <w:b/>
        </w:rPr>
        <w:t xml:space="preserve">[16:26] </w:t>
      </w:r>
      <w:r>
        <w:t>to is mein ek mujhe mohabbat-e-ilahi ka ek item mila.</w:t>
      </w:r>
    </w:p>
    <w:p>
      <w:pPr>
        <w:jc w:val="right"/>
      </w:pPr>
      <w:r>
        <w:t>تو اس میں ایک مجھے محبت الہی کا ایک item ملا۔</w:t>
      </w:r>
    </w:p>
    <w:p>
      <w:r>
        <w:rPr>
          <w:b/>
        </w:rPr>
        <w:t xml:space="preserve">[16:32] </w:t>
      </w:r>
      <w:r>
        <w:t>aise hi dekhen, pani ko lijiyen.</w:t>
      </w:r>
    </w:p>
    <w:p>
      <w:pPr>
        <w:jc w:val="right"/>
      </w:pPr>
      <w:r>
        <w:t>ایسے ہی دیکھیں، پانی کو لیجئے۔</w:t>
      </w:r>
    </w:p>
    <w:p>
      <w:r>
        <w:rPr>
          <w:b/>
        </w:rPr>
        <w:t xml:space="preserve">[16:38] </w:t>
      </w:r>
      <w:r>
        <w:t>pani ke bare mein main yeh janta tha ke bas kanwen se le lo, pani pi lo pehle,</w:t>
      </w:r>
    </w:p>
    <w:p>
      <w:pPr>
        <w:jc w:val="right"/>
      </w:pPr>
      <w:r>
        <w:t>پانی کے بارے میں میں یہ جانتا تھا کہ بس کنویں سے لے لو، پانی پی لو پہلے،</w:t>
      </w:r>
    </w:p>
    <w:p>
      <w:r>
        <w:rPr>
          <w:b/>
        </w:rPr>
        <w:t xml:space="preserve">[16:44] </w:t>
      </w:r>
      <w:r>
        <w:t>to bhi ek Allah ki ek nemat thi.</w:t>
      </w:r>
    </w:p>
    <w:p>
      <w:pPr>
        <w:jc w:val="right"/>
      </w:pPr>
      <w:r>
        <w:t>تو بھی ایک اللہ کی ایک نعمت تھی۔</w:t>
      </w:r>
    </w:p>
    <w:p>
      <w:r>
        <w:rPr>
          <w:b/>
        </w:rPr>
        <w:t xml:space="preserve">[16:49] </w:t>
      </w:r>
      <w:r>
        <w:t>kanwen se liya aur pani pi liya.</w:t>
      </w:r>
    </w:p>
    <w:p>
      <w:pPr>
        <w:jc w:val="right"/>
      </w:pPr>
      <w:r>
        <w:t>کنویں سے لیا اور پانی پی لیا۔</w:t>
      </w:r>
    </w:p>
    <w:p>
      <w:r>
        <w:rPr>
          <w:b/>
        </w:rPr>
        <w:t xml:space="preserve">[16:55] </w:t>
      </w:r>
      <w:r>
        <w:t>baat ko jab padha to maloom hua ke pani is tarah bana hai ke bohat pehle, bohat pehle</w:t>
      </w:r>
    </w:p>
    <w:p>
      <w:pPr>
        <w:jc w:val="right"/>
      </w:pPr>
      <w:r>
        <w:t>بات کو جب پڑھا تو معلوم ہوا کہ پانی اس طرح بنا ہے کہ بہت پہلے، بہت پہلے</w:t>
      </w:r>
    </w:p>
    <w:p>
      <w:r>
        <w:rPr>
          <w:b/>
        </w:rPr>
        <w:t xml:space="preserve">[17:01] </w:t>
      </w:r>
      <w:r>
        <w:t>is zameen par gases theen.</w:t>
      </w:r>
    </w:p>
    <w:p>
      <w:pPr>
        <w:jc w:val="right"/>
      </w:pPr>
      <w:r>
        <w:t>اس زمین پر گیسیں تھیں۔</w:t>
      </w:r>
    </w:p>
    <w:p>
      <w:r>
        <w:rPr>
          <w:b/>
        </w:rPr>
        <w:t xml:space="preserve">[17:07] </w:t>
      </w:r>
      <w:r>
        <w:t>do gaisain ikatha ho kar ke liquid ban jayengi.</w:t>
      </w:r>
    </w:p>
    <w:p>
      <w:pPr>
        <w:jc w:val="right"/>
      </w:pPr>
      <w:r>
        <w:t>دو گیسیں اکٹھا ہو کر کے liquid بن جائیں گی۔</w:t>
      </w:r>
    </w:p>
    <w:p>
      <w:r>
        <w:rPr>
          <w:b/>
        </w:rPr>
        <w:t xml:space="preserve">[17:12] </w:t>
      </w:r>
      <w:r>
        <w:t>do gaisain mil kar ke creator ne aisa kiya ke do gaisain mil kar liquid ban gayeen.</w:t>
      </w:r>
    </w:p>
    <w:p>
      <w:pPr>
        <w:jc w:val="right"/>
      </w:pPr>
      <w:r>
        <w:t>دو گیسیں مل کر کے creator نے ایسا کیا کہ دو گیسیں مل کر liquid بن گئی۔</w:t>
      </w:r>
    </w:p>
    <w:p>
      <w:r>
        <w:rPr>
          <w:b/>
        </w:rPr>
        <w:t xml:space="preserve">[17:18] </w:t>
      </w:r>
      <w:r>
        <w:t>yani pani, hydrogen aur oxygen.</w:t>
      </w:r>
    </w:p>
    <w:p>
      <w:pPr>
        <w:jc w:val="right"/>
      </w:pPr>
      <w:r>
        <w:t>یعنی پانی، hydrogen اور oxygen۔</w:t>
      </w:r>
    </w:p>
    <w:p>
      <w:r>
        <w:rPr>
          <w:b/>
        </w:rPr>
        <w:t xml:space="preserve">[17:24] </w:t>
      </w:r>
      <w:r>
        <w:t>phir pani ki bohat bari miqdar jo hai paida hui, woh sab samundaron mein ikatha ho gayi.</w:t>
      </w:r>
    </w:p>
    <w:p>
      <w:pPr>
        <w:jc w:val="right"/>
      </w:pPr>
      <w:r>
        <w:t>پھر پانی کی بہت بڑی مقدار جو ہے پیدا ہوئی، وہ سب سمندروں میں اکٹھا ہو گئی۔</w:t>
      </w:r>
    </w:p>
    <w:p>
      <w:r>
        <w:rPr>
          <w:b/>
        </w:rPr>
        <w:t xml:space="preserve">[17:30] </w:t>
      </w:r>
      <w:r>
        <w:t>lekin creator ne kiya kiya? Creator ko maloom tha ke pani agar aise hi rahega to woh</w:t>
      </w:r>
    </w:p>
    <w:p>
      <w:pPr>
        <w:jc w:val="right"/>
      </w:pPr>
      <w:r>
        <w:t>لیکن creator نے کیا کیا؟ Creator کو معلوم تھا کہ پانی اگر ایسے ہی رہے گا تو وہ</w:t>
      </w:r>
    </w:p>
    <w:p>
      <w:r>
        <w:rPr>
          <w:b/>
        </w:rPr>
        <w:t xml:space="preserve">[17:35] </w:t>
      </w:r>
      <w:r>
        <w:t>kharab ho jayega.</w:t>
      </w:r>
    </w:p>
    <w:p>
      <w:pPr>
        <w:jc w:val="right"/>
      </w:pPr>
      <w:r>
        <w:t>خراب ہو جائے گا۔</w:t>
      </w:r>
    </w:p>
    <w:p>
      <w:r>
        <w:rPr>
          <w:b/>
        </w:rPr>
        <w:t xml:space="preserve">[17:41] </w:t>
      </w:r>
      <w:r>
        <w:t>is mein ta'affun paida ho jayega.</w:t>
      </w:r>
    </w:p>
    <w:p>
      <w:pPr>
        <w:jc w:val="right"/>
      </w:pPr>
      <w:r>
        <w:t>اس میں تعفن پیدا ہو جائے گا۔</w:t>
      </w:r>
    </w:p>
    <w:p>
      <w:r>
        <w:rPr>
          <w:b/>
        </w:rPr>
        <w:t xml:space="preserve">[17:47] </w:t>
      </w:r>
      <w:r>
        <w:t>to creator ne pani mein taqreeban teen percent salt mila diya, namak.</w:t>
      </w:r>
    </w:p>
    <w:p>
      <w:pPr>
        <w:jc w:val="right"/>
      </w:pPr>
      <w:r>
        <w:t>تو creator نے پانی میں تقریباً تین percent salt ملا دیا، نمک۔</w:t>
      </w:r>
    </w:p>
    <w:p>
      <w:r>
        <w:rPr>
          <w:b/>
        </w:rPr>
        <w:t xml:space="preserve">[17:53] </w:t>
      </w:r>
      <w:r>
        <w:t>isi salt ki wajah se samundar ka pani bohat hi khari hota hai.</w:t>
      </w:r>
    </w:p>
    <w:p>
      <w:pPr>
        <w:jc w:val="right"/>
      </w:pPr>
      <w:r>
        <w:t>اسی salt کی وجہ سے سمندر کا پانی بہت ہی کھاری ہوتا ہے۔</w:t>
      </w:r>
    </w:p>
    <w:p>
      <w:r>
        <w:rPr>
          <w:b/>
        </w:rPr>
        <w:t xml:space="preserve">[17:58] </w:t>
      </w:r>
      <w:r>
        <w:t>to woh hamein, hum na to gas ko istemal kar sakte thay aur na hum namkeen pani ko</w:t>
      </w:r>
    </w:p>
    <w:p>
      <w:pPr>
        <w:jc w:val="right"/>
      </w:pPr>
      <w:r>
        <w:t>تو وہ ہمیں، ہم نہ تو گیس کو استعمال کر سکتے تھے اور نہ ہم نمکین پانی کو</w:t>
      </w:r>
    </w:p>
    <w:p>
      <w:r>
        <w:rPr>
          <w:b/>
        </w:rPr>
        <w:t xml:space="preserve">[18:04] </w:t>
      </w:r>
      <w:r>
        <w:t>istemal kar sakte thay.</w:t>
      </w:r>
    </w:p>
    <w:p>
      <w:pPr>
        <w:jc w:val="right"/>
      </w:pPr>
      <w:r>
        <w:t>استعمال کر سکتے تھے۔</w:t>
      </w:r>
    </w:p>
    <w:p>
      <w:r>
        <w:rPr>
          <w:b/>
        </w:rPr>
        <w:t xml:space="preserve">[18:10] </w:t>
      </w:r>
      <w:r>
        <w:t>hata ke yeh jo samundar ka pani hota hai, woh hamare agriculture ke liye bhi bekar hai.</w:t>
      </w:r>
    </w:p>
    <w:p>
      <w:pPr>
        <w:jc w:val="right"/>
      </w:pPr>
      <w:r>
        <w:t>حتیٰ کہ یہ جو سمندر کا پانی ہوتا ہے، وہ ہمارے agriculture کے لیے بھی بیکار ہے۔</w:t>
      </w:r>
    </w:p>
    <w:p>
      <w:r>
        <w:rPr>
          <w:b/>
        </w:rPr>
        <w:t xml:space="preserve">[18:16] </w:t>
      </w:r>
      <w:r>
        <w:t>agriculture mein kaam nahi aa sakta.</w:t>
      </w:r>
    </w:p>
    <w:p>
      <w:pPr>
        <w:jc w:val="right"/>
      </w:pPr>
      <w:r>
        <w:t>Agriculture میں کام نہیں آ سکتا۔</w:t>
      </w:r>
    </w:p>
    <w:p>
      <w:r>
        <w:rPr>
          <w:b/>
        </w:rPr>
        <w:t xml:space="preserve">[18:21] </w:t>
      </w:r>
      <w:r>
        <w:t>to creator ne kiya kiya? Suraj ke zariye bohat hi garmi dali samundar ke upar.</w:t>
      </w:r>
    </w:p>
    <w:p>
      <w:pPr>
        <w:jc w:val="right"/>
      </w:pPr>
      <w:r>
        <w:t>تو creator نے کیا کیا؟ سورج کے ذریعے بہت ہی گرمی ڈالی سمندر کے اوپر۔</w:t>
      </w:r>
    </w:p>
    <w:p>
      <w:r>
        <w:rPr>
          <w:b/>
        </w:rPr>
        <w:t xml:space="preserve">[18:27] </w:t>
      </w:r>
      <w:r>
        <w:t>aur dekhein, is tarah se kiya ke namkeen, woh namak ka jo content hai, woh bhari hota hai,</w:t>
      </w:r>
    </w:p>
    <w:p>
      <w:pPr>
        <w:jc w:val="right"/>
      </w:pPr>
      <w:r>
        <w:t>اور دیکھیں، اس طرح سے کیا کہ نمکین، وہ نمک کا جو content ہے، وہ بھاری ہوتا ہے،</w:t>
      </w:r>
    </w:p>
    <w:p>
      <w:r>
        <w:rPr>
          <w:b/>
        </w:rPr>
        <w:t xml:space="preserve">[18:33] </w:t>
      </w:r>
      <w:r>
        <w:t>iska weight zyada hota hai.</w:t>
      </w:r>
    </w:p>
    <w:p>
      <w:pPr>
        <w:jc w:val="right"/>
      </w:pPr>
      <w:r>
        <w:t>اس کا weight زیادہ ہوتا ہے۔</w:t>
      </w:r>
    </w:p>
    <w:p>
      <w:r>
        <w:rPr>
          <w:b/>
        </w:rPr>
        <w:t xml:space="preserve">[18:39] </w:t>
      </w:r>
      <w:r>
        <w:t>aur jo water content hai, woh halka hota hai.</w:t>
      </w:r>
    </w:p>
    <w:p>
      <w:pPr>
        <w:jc w:val="right"/>
      </w:pPr>
      <w:r>
        <w:t>اور جو water content ہے، وہ ہلکا ہوتا ہے۔</w:t>
      </w:r>
    </w:p>
    <w:p>
      <w:r>
        <w:rPr>
          <w:b/>
        </w:rPr>
        <w:t xml:space="preserve">[18:44] </w:t>
      </w:r>
      <w:r>
        <w:t>to suraj ki jo garmi parti hai, to bhap banti hai.</w:t>
      </w:r>
    </w:p>
    <w:p>
      <w:pPr>
        <w:jc w:val="right"/>
      </w:pPr>
      <w:r>
        <w:t>تو سورج کی جو گرمی پڑتی ہے، تو بھاپ بنتی ہے۔</w:t>
      </w:r>
    </w:p>
    <w:p>
      <w:r>
        <w:rPr>
          <w:b/>
        </w:rPr>
        <w:t xml:space="preserve">[18:50] </w:t>
      </w:r>
      <w:r>
        <w:t>bhap banti hai.</w:t>
      </w:r>
    </w:p>
    <w:p>
      <w:pPr>
        <w:jc w:val="right"/>
      </w:pPr>
      <w:r>
        <w:t>بھاپ بنتی ہے۔</w:t>
      </w:r>
    </w:p>
    <w:p>
      <w:r>
        <w:rPr>
          <w:b/>
        </w:rPr>
        <w:t xml:space="preserve">[18:56] </w:t>
      </w:r>
      <w:r>
        <w:t>jab bhap banti hai to uthti hai woh.</w:t>
      </w:r>
    </w:p>
    <w:p>
      <w:pPr>
        <w:jc w:val="right"/>
      </w:pPr>
      <w:r>
        <w:t>جب بھاپ بنتی ہے تو اٹھتی ہے وہ۔</w:t>
      </w:r>
    </w:p>
    <w:p>
      <w:r>
        <w:rPr>
          <w:b/>
        </w:rPr>
        <w:t xml:space="preserve">[19:02] </w:t>
      </w:r>
      <w:r>
        <w:t>to hota yeh hai ke namak chuki weight zyada hai, to woh neeche rehta hai.</w:t>
      </w:r>
    </w:p>
    <w:p>
      <w:pPr>
        <w:jc w:val="right"/>
      </w:pPr>
      <w:r>
        <w:t>تو ہوتا یہ ہے کہ نمک چونکہ weight زیادہ ہے، تو وہ نیچے رہتا ہے۔</w:t>
      </w:r>
    </w:p>
    <w:p>
      <w:r>
        <w:rPr>
          <w:b/>
        </w:rPr>
        <w:t xml:space="preserve">[19:07] </w:t>
      </w:r>
      <w:r>
        <w:t>aur bhap upar chali jati hai.</w:t>
      </w:r>
    </w:p>
    <w:p>
      <w:pPr>
        <w:jc w:val="right"/>
      </w:pPr>
      <w:r>
        <w:t>اور بھاپ اوپر چلی جاتی ہے۔</w:t>
      </w:r>
    </w:p>
    <w:p>
      <w:r>
        <w:rPr>
          <w:b/>
        </w:rPr>
        <w:t xml:space="preserve">[19:13] </w:t>
      </w:r>
      <w:r>
        <w:t>yani bhap aur namak alag ho jate hain.</w:t>
      </w:r>
    </w:p>
    <w:p>
      <w:pPr>
        <w:jc w:val="right"/>
      </w:pPr>
      <w:r>
        <w:t>یعنی بھاپ اور نمک الگ ہو جاتے ہیں۔</w:t>
      </w:r>
    </w:p>
    <w:p>
      <w:r>
        <w:rPr>
          <w:b/>
        </w:rPr>
        <w:t xml:space="preserve">[19:19] </w:t>
      </w:r>
      <w:r>
        <w:t>aur phir yeh bhap charhte charhte upar jati hai fiza mein.</w:t>
      </w:r>
    </w:p>
    <w:p>
      <w:pPr>
        <w:jc w:val="right"/>
      </w:pPr>
      <w:r>
        <w:t>اور پھر یہ بھاپ چڑھتے چڑھتے اوپر جاتی ہے فضا میں۔</w:t>
      </w:r>
    </w:p>
    <w:p>
      <w:r>
        <w:rPr>
          <w:b/>
        </w:rPr>
        <w:t xml:space="preserve">[19:25] </w:t>
      </w:r>
      <w:r>
        <w:t>phir wahan par bohat zyada zarat hain.</w:t>
      </w:r>
    </w:p>
    <w:p>
      <w:pPr>
        <w:jc w:val="right"/>
      </w:pPr>
      <w:r>
        <w:t>پھر وہاں پر بہت زیادہ ذرات ہیں۔</w:t>
      </w:r>
    </w:p>
    <w:p>
      <w:r>
        <w:rPr>
          <w:b/>
        </w:rPr>
        <w:t xml:space="preserve">[19:30] </w:t>
      </w:r>
      <w:r>
        <w:t>in zarat mein shamil ho kar ke phir woh bhari ho jata hai pani.</w:t>
      </w:r>
    </w:p>
    <w:p>
      <w:pPr>
        <w:jc w:val="right"/>
      </w:pPr>
      <w:r>
        <w:t>ان ذرات میں شامل ہو کر کے پھر وہ بھاری ہو جاتا ہے پانی۔</w:t>
      </w:r>
    </w:p>
    <w:p>
      <w:r>
        <w:rPr>
          <w:b/>
        </w:rPr>
        <w:t xml:space="preserve">[19:36] </w:t>
      </w:r>
      <w:r>
        <w:t>aur phir barta hai woh.</w:t>
      </w:r>
    </w:p>
    <w:p>
      <w:pPr>
        <w:jc w:val="right"/>
      </w:pPr>
      <w:r>
        <w:t>اور پھر برستا ہے وہ۔</w:t>
      </w:r>
    </w:p>
    <w:p>
      <w:r>
        <w:rPr>
          <w:b/>
        </w:rPr>
        <w:t xml:space="preserve">[19:42] </w:t>
      </w:r>
      <w:r>
        <w:t>to fresh water hum ko milta hai.</w:t>
      </w:r>
    </w:p>
    <w:p>
      <w:pPr>
        <w:jc w:val="right"/>
      </w:pPr>
      <w:r>
        <w:t>تو fresh water ہم کو ملتا ہے۔</w:t>
      </w:r>
    </w:p>
    <w:p>
      <w:r>
        <w:rPr>
          <w:b/>
        </w:rPr>
        <w:t xml:space="preserve">[19:48] </w:t>
      </w:r>
      <w:r>
        <w:t>yeh baat mein is waqt bachpan mein nahi janta tha jab mein ja kar naddi kinare baitha rehta tha.</w:t>
      </w:r>
    </w:p>
    <w:p>
      <w:pPr>
        <w:jc w:val="right"/>
      </w:pPr>
      <w:r>
        <w:t>یہ بات میں اس وقت بچپن میں نہیں جانتا تھا جب میں جا کر ندی کنارے بیٹھا رہتا تھا۔</w:t>
      </w:r>
    </w:p>
    <w:p>
      <w:r>
        <w:rPr>
          <w:b/>
        </w:rPr>
        <w:t xml:space="preserve">[19:53] </w:t>
      </w:r>
      <w:r>
        <w:t>acha lagta tha mujhe, is liye baithta tha.</w:t>
      </w:r>
    </w:p>
    <w:p>
      <w:pPr>
        <w:jc w:val="right"/>
      </w:pPr>
      <w:r>
        <w:t>اچھا لگتا تھا مجھے، اس لیے بیٹھتا تھا۔</w:t>
      </w:r>
    </w:p>
    <w:p>
      <w:r>
        <w:rPr>
          <w:b/>
        </w:rPr>
        <w:t xml:space="preserve">[19:59] </w:t>
      </w:r>
      <w:r>
        <w:t>parhne ke baad maloom hua ke yeh to bohat bara shukr ka item hai.</w:t>
      </w:r>
    </w:p>
    <w:p>
      <w:pPr>
        <w:jc w:val="right"/>
      </w:pPr>
      <w:r>
        <w:t>پڑھنے کے بعد معلوم ہوا کہ یہ تو بہت بڑا شکر کا item ہے۔</w:t>
      </w:r>
    </w:p>
    <w:p>
      <w:r>
        <w:rPr>
          <w:b/>
        </w:rPr>
        <w:t xml:space="preserve">[20:05] </w:t>
      </w:r>
      <w:r>
        <w:t>aur Rab-ul-alameen se be-panah mohabbat paida hone ka item hai.</w:t>
      </w:r>
    </w:p>
    <w:p>
      <w:pPr>
        <w:jc w:val="right"/>
      </w:pPr>
      <w:r>
        <w:t>اور رب العالمین سے بے پناہ محبت پیدا ہونے کا item ہے۔</w:t>
      </w:r>
    </w:p>
    <w:p>
      <w:r>
        <w:rPr>
          <w:b/>
        </w:rPr>
        <w:t xml:space="preserve">[20:11] </w:t>
      </w:r>
      <w:r>
        <w:t>aise hi dekhein, hum saans lete hain to hum bachpan mein yahi jante the ke hawa mein, hawa</w:t>
      </w:r>
    </w:p>
    <w:p>
      <w:pPr>
        <w:jc w:val="right"/>
      </w:pPr>
      <w:r>
        <w:t>ایسے ہی دیکھیں، ہم سانس لیتے ہیں تو ہم بچپن میں یہی جانتے تھے کہ ہوا میں، ہوا</w:t>
      </w:r>
    </w:p>
    <w:p>
      <w:r>
        <w:rPr>
          <w:b/>
        </w:rPr>
        <w:t xml:space="preserve">[20:16] </w:t>
      </w:r>
      <w:r>
        <w:t>se saans lete hain. hawa mein.</w:t>
      </w:r>
    </w:p>
    <w:p>
      <w:pPr>
        <w:jc w:val="right"/>
      </w:pPr>
      <w:r>
        <w:t>سے سانس لیتے ہیں۔ ہوا میں۔</w:t>
      </w:r>
    </w:p>
    <w:p>
      <w:r>
        <w:rPr>
          <w:b/>
        </w:rPr>
        <w:t xml:space="preserve">[20:22] </w:t>
      </w:r>
      <w:r>
        <w:t>yeh shayar ka she'r tha ke saans se hazar ke nagre nagre khalis hawa, bagh umar aadmi ka</w:t>
      </w:r>
    </w:p>
    <w:p>
      <w:pPr>
        <w:jc w:val="right"/>
      </w:pPr>
      <w:r>
        <w:t>یہ شاعر کا شعر تھا کہ سانس سے ہزار کے نگرے نگر خالص ہوا، باغ عمر آدمی کا</w:t>
      </w:r>
    </w:p>
    <w:p>
      <w:r>
        <w:rPr>
          <w:b/>
        </w:rPr>
        <w:t xml:space="preserve">[20:28] </w:t>
      </w:r>
      <w:r>
        <w:t>khushk ho nakh umraad.</w:t>
      </w:r>
    </w:p>
    <w:p>
      <w:pPr>
        <w:jc w:val="right"/>
      </w:pPr>
      <w:r>
        <w:t>خشک ہو نخ عمراد۔</w:t>
      </w:r>
    </w:p>
    <w:p>
      <w:r>
        <w:rPr>
          <w:b/>
        </w:rPr>
        <w:t xml:space="preserve">[20:34] </w:t>
      </w:r>
      <w:r>
        <w:t>yani hum samajhte the bachpan mein ke hawa mein hum saans lete hain, is se hum zinda hain.</w:t>
      </w:r>
    </w:p>
    <w:p>
      <w:pPr>
        <w:jc w:val="right"/>
      </w:pPr>
      <w:r>
        <w:t>یعنی ہم سمجھتے تھے بچپن میں کہ ہوا میں ہم سانس لیتے ہیں، اس سے ہم زندہ ہیں۔</w:t>
      </w:r>
    </w:p>
    <w:p>
      <w:r>
        <w:rPr>
          <w:b/>
        </w:rPr>
        <w:t xml:space="preserve">[20:39] </w:t>
      </w:r>
      <w:r>
        <w:t>baat ko jab parha to maloom hua ke nahi, darakhton mein ek bohat bari factory chalti hai.</w:t>
      </w:r>
    </w:p>
    <w:p>
      <w:pPr>
        <w:jc w:val="right"/>
      </w:pPr>
      <w:r>
        <w:t>بات کو جب پڑھا تو معلوم ہوا کہ نہیں، درختوں میں ایک بہت بڑی factory چلتی ہے۔</w:t>
      </w:r>
    </w:p>
    <w:p>
      <w:r>
        <w:rPr>
          <w:b/>
        </w:rPr>
        <w:t xml:space="preserve">[20:45] </w:t>
      </w:r>
      <w:r>
        <w:t>jis ko kehte hain photosynthesis.</w:t>
      </w:r>
    </w:p>
    <w:p>
      <w:pPr>
        <w:jc w:val="right"/>
      </w:pPr>
      <w:r>
        <w:t>جس کو کہتے ہیں photosynthesis۔</w:t>
      </w:r>
    </w:p>
    <w:p>
      <w:r>
        <w:rPr>
          <w:b/>
        </w:rPr>
        <w:t xml:space="preserve">[20:51] </w:t>
      </w:r>
      <w:r>
        <w:t>Photosynthesis jo hai, woh bohat bare peymane par oxygen paida karta hai.</w:t>
      </w:r>
    </w:p>
    <w:p>
      <w:pPr>
        <w:jc w:val="right"/>
      </w:pPr>
      <w:r>
        <w:t>Photosynthesis جو ہے، وہ بہت بڑے پیمانے پر oxygen پیدا کرتا ہے۔</w:t>
      </w:r>
    </w:p>
    <w:p>
      <w:r>
        <w:rPr>
          <w:b/>
        </w:rPr>
        <w:t xml:space="preserve">[20:57] </w:t>
      </w:r>
      <w:r>
        <w:t>is oxygen ko woh hawa mein shamil karta hai.</w:t>
      </w:r>
    </w:p>
    <w:p>
      <w:pPr>
        <w:jc w:val="right"/>
      </w:pPr>
      <w:r>
        <w:t>اس oxygen کو وہ ہوا میں شامل کرتا ہے۔</w:t>
      </w:r>
    </w:p>
    <w:p>
      <w:r>
        <w:rPr>
          <w:b/>
        </w:rPr>
        <w:t xml:space="preserve">[21:02] </w:t>
      </w:r>
      <w:r>
        <w:t>to hawa mein shamil ho kar ke oxygen hum ooper aati hai.</w:t>
      </w:r>
    </w:p>
    <w:p>
      <w:pPr>
        <w:jc w:val="right"/>
      </w:pPr>
      <w:r>
        <w:t>تو ہوا میں شامل ہو کر کے oxygen ہم اوپر آتی ہے۔</w:t>
      </w:r>
    </w:p>
    <w:p>
      <w:r>
        <w:rPr>
          <w:b/>
        </w:rPr>
        <w:t xml:space="preserve">[21:08] </w:t>
      </w:r>
      <w:r>
        <w:t>hum is ko saans lete hain.</w:t>
      </w:r>
    </w:p>
    <w:p>
      <w:pPr>
        <w:jc w:val="right"/>
      </w:pPr>
      <w:r>
        <w:t>ہم اس کو سانس لیتے ہیں۔</w:t>
      </w:r>
    </w:p>
    <w:p>
      <w:r>
        <w:rPr>
          <w:b/>
        </w:rPr>
        <w:t xml:space="preserve">[21:14] </w:t>
      </w:r>
      <w:r>
        <w:t>ab jahan bhi aap jayen, America jayen, Europe jayen, Arab jayen, har jagah hawa aap ko supply kar</w:t>
      </w:r>
    </w:p>
    <w:p>
      <w:pPr>
        <w:jc w:val="right"/>
      </w:pPr>
      <w:r>
        <w:t>اب جہاں بھی آپ جائیں، امریکہ جائیں، یورپ جائیں، عرب جائیں، ہر جگہ ہوا آپ کو supply کر</w:t>
      </w:r>
    </w:p>
    <w:p>
      <w:r>
        <w:rPr>
          <w:b/>
        </w:rPr>
        <w:t xml:space="preserve">[21:20] </w:t>
      </w:r>
      <w:r>
        <w:t>rahi hai oxygen.</w:t>
      </w:r>
    </w:p>
    <w:p>
      <w:pPr>
        <w:jc w:val="right"/>
      </w:pPr>
      <w:r>
        <w:t>رہی ہے oxygen۔</w:t>
      </w:r>
    </w:p>
    <w:p>
      <w:r>
        <w:rPr>
          <w:b/>
        </w:rPr>
        <w:t xml:space="preserve">[21:25] </w:t>
      </w:r>
      <w:r>
        <w:t>ab maloom hua ke itna yeh hawa jo hai, is mein Allah ki mohabbat kitni bari is mein</w:t>
      </w:r>
    </w:p>
    <w:p>
      <w:pPr>
        <w:jc w:val="right"/>
      </w:pPr>
      <w:r>
        <w:t>اب معلوم ہوا کہ اتنا یہ ہوا جو ہے، اس میں اللہ کی محبت کتنی بڑی اس میں</w:t>
      </w:r>
    </w:p>
    <w:p>
      <w:r>
        <w:rPr>
          <w:b/>
        </w:rPr>
        <w:t xml:space="preserve">[21:31] </w:t>
      </w:r>
      <w:r>
        <w:t>daryaft hoti hai.</w:t>
      </w:r>
    </w:p>
    <w:p>
      <w:pPr>
        <w:jc w:val="right"/>
      </w:pPr>
      <w:r>
        <w:t>دریافت ہوتی ہے۔</w:t>
      </w:r>
    </w:p>
    <w:p>
      <w:r>
        <w:rPr>
          <w:b/>
        </w:rPr>
        <w:t xml:space="preserve">[21:37] </w:t>
      </w:r>
      <w:r>
        <w:t>ke insaan ke liye Khuda ne itna bara intezam kiya global level par.</w:t>
      </w:r>
    </w:p>
    <w:p>
      <w:pPr>
        <w:jc w:val="right"/>
      </w:pPr>
      <w:r>
        <w:t>کہ انسان کے لیے خدا نے اتنا بڑا انتظام کیا global level پر۔</w:t>
      </w:r>
    </w:p>
    <w:p>
      <w:r>
        <w:rPr>
          <w:b/>
        </w:rPr>
        <w:t xml:space="preserve">[21:43] </w:t>
      </w:r>
      <w:r>
        <w:t>to phir maine study ki aur kai kitaben parhin, phir kitab likhi jis ka naam hai Mazhab</w:t>
      </w:r>
    </w:p>
    <w:p>
      <w:pPr>
        <w:jc w:val="right"/>
      </w:pPr>
      <w:r>
        <w:t>تو پھر میں نے study کی اور کئی کتابیں پڑھیں، پھر کتاب لکھی جس کا نام ہے مذہب</w:t>
      </w:r>
    </w:p>
    <w:p>
      <w:r>
        <w:rPr>
          <w:b/>
        </w:rPr>
        <w:t xml:space="preserve">[21:48] </w:t>
      </w:r>
      <w:r>
        <w:t>aur Jadeed Challenge.</w:t>
      </w:r>
    </w:p>
    <w:p>
      <w:pPr>
        <w:jc w:val="right"/>
      </w:pPr>
      <w:r>
        <w:t>اور جدید چیلنج۔</w:t>
      </w:r>
    </w:p>
    <w:p>
      <w:r>
        <w:rPr>
          <w:b/>
        </w:rPr>
        <w:t xml:space="preserve">[21:54] </w:t>
      </w:r>
      <w:r>
        <w:t>angrezi mein is ka naam hai God Rising.</w:t>
      </w:r>
    </w:p>
    <w:p>
      <w:pPr>
        <w:jc w:val="right"/>
      </w:pPr>
      <w:r>
        <w:t>انگریزی میں اس کا نام ہے God Rising۔</w:t>
      </w:r>
    </w:p>
    <w:p>
      <w:r>
        <w:rPr>
          <w:b/>
        </w:rPr>
        <w:t xml:space="preserve">[22:00] </w:t>
      </w:r>
      <w:r>
        <w:t>is tarah ka item is mein hazaron aap parh sakte hain.</w:t>
      </w:r>
    </w:p>
    <w:p>
      <w:pPr>
        <w:jc w:val="right"/>
      </w:pPr>
      <w:r>
        <w:t>اس طرح کا item اس میں ہزاروں آپ پڑھ سکتے ہیں۔</w:t>
      </w:r>
    </w:p>
    <w:p>
      <w:r>
        <w:rPr>
          <w:b/>
        </w:rPr>
        <w:t xml:space="preserve">[22:06] </w:t>
      </w:r>
      <w:r>
        <w:t>to dekhen, yeh jo modern science hai, modern science jis ka development atharween sadi aur unneesween sadi, beesween</w:t>
      </w:r>
    </w:p>
    <w:p>
      <w:pPr>
        <w:jc w:val="right"/>
      </w:pPr>
      <w:r>
        <w:t>تو دیکھیں، یہ جو modern science ہے، modern science جس کا development اٹھارویں صدی اور انیسویں صدی، بیسویں</w:t>
      </w:r>
    </w:p>
    <w:p>
      <w:r>
        <w:rPr>
          <w:b/>
        </w:rPr>
        <w:t xml:space="preserve">[22:11] </w:t>
      </w:r>
      <w:r>
        <w:t>sadi mein hua, is ne aise atom daryaft kiye.</w:t>
      </w:r>
    </w:p>
    <w:p>
      <w:pPr>
        <w:jc w:val="right"/>
      </w:pPr>
      <w:r>
        <w:t>صدی میں ہوا، اس نے ایسے atom دریافت کیے۔</w:t>
      </w:r>
    </w:p>
    <w:p>
      <w:r>
        <w:rPr>
          <w:b/>
        </w:rPr>
        <w:t xml:space="preserve">[22:17] </w:t>
      </w:r>
      <w:r>
        <w:t>aise atom daryaft kiye.</w:t>
      </w:r>
    </w:p>
    <w:p>
      <w:pPr>
        <w:jc w:val="right"/>
      </w:pPr>
      <w:r>
        <w:t>ایسے atom دریافت کیے۔</w:t>
      </w:r>
    </w:p>
    <w:p>
      <w:r>
        <w:rPr>
          <w:b/>
        </w:rPr>
        <w:t xml:space="preserve">[22:23] </w:t>
      </w:r>
      <w:r>
        <w:t>to ek ek mulhid philosopher tha, is ka naam tha Julian Huxley.</w:t>
      </w:r>
    </w:p>
    <w:p>
      <w:pPr>
        <w:jc w:val="right"/>
      </w:pPr>
      <w:r>
        <w:t>تو ایک ایک ملحد philosopher تھا، اس کا نام تھا جولین ہکسلے۔</w:t>
      </w:r>
    </w:p>
    <w:p>
      <w:r>
        <w:rPr>
          <w:b/>
        </w:rPr>
        <w:t xml:space="preserve">[22:29] </w:t>
      </w:r>
      <w:r>
        <w:t>Julian Huxley jo tha, woh atheist tha.</w:t>
      </w:r>
    </w:p>
    <w:p>
      <w:pPr>
        <w:jc w:val="right"/>
      </w:pPr>
      <w:r>
        <w:t>جولین ہکسلے جو تھا، وہ atheist تھا۔</w:t>
      </w:r>
    </w:p>
    <w:p>
      <w:r>
        <w:rPr>
          <w:b/>
        </w:rPr>
        <w:t xml:space="preserve">[22:34] </w:t>
      </w:r>
      <w:r>
        <w:t>is ne ek kitab likhi, is ka title tha Man Stands Alone.</w:t>
      </w:r>
    </w:p>
    <w:p>
      <w:pPr>
        <w:jc w:val="right"/>
      </w:pPr>
      <w:r>
        <w:t>اس نے ایک کتاب لکھی، اس کا title تھا Man Stands Alone۔</w:t>
      </w:r>
    </w:p>
    <w:p>
      <w:r>
        <w:rPr>
          <w:b/>
        </w:rPr>
        <w:t xml:space="preserve">[22:40] </w:t>
      </w:r>
      <w:r>
        <w:t>ab Khuda ki zaroorat nahin hai, ab hum akele hi is dunya mein zinda reh sakte hain.</w:t>
      </w:r>
    </w:p>
    <w:p>
      <w:pPr>
        <w:jc w:val="right"/>
      </w:pPr>
      <w:r>
        <w:t>اب خدا کی ضرورت نہیں ہے، اب ہم اکیلے ہی اس دنیا میں زندہ رہ سکتے ہیں۔</w:t>
      </w:r>
    </w:p>
    <w:p>
      <w:r>
        <w:rPr>
          <w:b/>
        </w:rPr>
        <w:t xml:space="preserve">[22:46] </w:t>
      </w:r>
      <w:r>
        <w:t>Man Stands Alone.</w:t>
      </w:r>
    </w:p>
    <w:p>
      <w:pPr>
        <w:jc w:val="right"/>
      </w:pPr>
      <w:r>
        <w:t>Man Stands Alone۔</w:t>
      </w:r>
    </w:p>
    <w:p>
      <w:r>
        <w:rPr>
          <w:b/>
        </w:rPr>
        <w:t xml:space="preserve">[22:52] </w:t>
      </w:r>
      <w:r>
        <w:t>is ke jawab mein ek ek scientist tha, American scientist.</w:t>
      </w:r>
    </w:p>
    <w:p>
      <w:pPr>
        <w:jc w:val="right"/>
      </w:pPr>
      <w:r>
        <w:t>اس کے جواب میں ایک ایک scientist تھا، American scientist۔</w:t>
      </w:r>
    </w:p>
    <w:p>
      <w:r>
        <w:rPr>
          <w:b/>
        </w:rPr>
        <w:t xml:space="preserve">[22:57] </w:t>
      </w:r>
      <w:r>
        <w:t>is ne ek kitab likhi, is ka naam tha Man Does Not Stand Alone.</w:t>
      </w:r>
    </w:p>
    <w:p>
      <w:pPr>
        <w:jc w:val="right"/>
      </w:pPr>
      <w:r>
        <w:t>اس نے ایک کتاب لکھی، اس کا نام تھا Man Does Not Stand Alone۔</w:t>
      </w:r>
    </w:p>
    <w:p>
      <w:r>
        <w:rPr>
          <w:b/>
        </w:rPr>
        <w:t xml:space="preserve">[23:03] </w:t>
      </w:r>
      <w:r>
        <w:t>Man Does Not Stand Alone.</w:t>
      </w:r>
    </w:p>
    <w:p>
      <w:pPr>
        <w:jc w:val="right"/>
      </w:pPr>
      <w:r>
        <w:t>Man Does Not Stand Alone۔</w:t>
      </w:r>
    </w:p>
    <w:p>
      <w:r>
        <w:rPr>
          <w:b/>
        </w:rPr>
        <w:t xml:space="preserve">[23:09] </w:t>
      </w:r>
      <w:r>
        <w:t>Man akela khara nahin hota, yani Khuda ki madad ke baghair nahin khara hota woh.</w:t>
      </w:r>
    </w:p>
    <w:p>
      <w:pPr>
        <w:jc w:val="right"/>
      </w:pPr>
      <w:r>
        <w:t>Man اکیلا کھڑا نہیں ہوتا، یعنی خدا کی مدد کے بغیر نہیں کھڑا ہوتا وہ۔</w:t>
      </w:r>
    </w:p>
    <w:p>
      <w:r>
        <w:rPr>
          <w:b/>
        </w:rPr>
        <w:t xml:space="preserve">[23:15] </w:t>
      </w:r>
      <w:r>
        <w:t>jo Khuda ki ehtiyat hain, jo Khuda ke qanoon hain, jo Khuda ki cheezen supply ho rahi hain,</w:t>
      </w:r>
    </w:p>
    <w:p>
      <w:pPr>
        <w:jc w:val="right"/>
      </w:pPr>
      <w:r>
        <w:t>جو خدا کی احتیاط ہیں، جو خدا کے قوانین ہیں، جو خدا کی چیزیں supply ہو رہی ہیں،</w:t>
      </w:r>
    </w:p>
    <w:p>
      <w:r>
        <w:rPr>
          <w:b/>
        </w:rPr>
        <w:t xml:space="preserve">[23:20] </w:t>
      </w:r>
      <w:r>
        <w:t>woh na ho to insan mar jaye.</w:t>
      </w:r>
    </w:p>
    <w:p>
      <w:pPr>
        <w:jc w:val="right"/>
      </w:pPr>
      <w:r>
        <w:t>وہ نہ ہو تو انسان مر جائے۔</w:t>
      </w:r>
    </w:p>
    <w:p>
      <w:r>
        <w:rPr>
          <w:b/>
        </w:rPr>
        <w:t xml:space="preserve">[23:26] </w:t>
      </w:r>
      <w:r>
        <w:t>bohat achi kitab hai woh, Man Does Not Stand Alone.</w:t>
      </w:r>
    </w:p>
    <w:p>
      <w:pPr>
        <w:jc w:val="right"/>
      </w:pPr>
      <w:r>
        <w:t>بہت اچھی کتاب ہے وہ، Man Does Not Stand Alone۔</w:t>
      </w:r>
    </w:p>
    <w:p>
      <w:r>
        <w:rPr>
          <w:b/>
        </w:rPr>
        <w:t xml:space="preserve">[23:32] </w:t>
      </w:r>
      <w:r>
        <w:t>bohat achi kitab hai.</w:t>
      </w:r>
    </w:p>
    <w:p>
      <w:pPr>
        <w:jc w:val="right"/>
      </w:pPr>
      <w:r>
        <w:t>بہت اچھی کتاب ہے۔</w:t>
      </w:r>
    </w:p>
    <w:p>
      <w:r>
        <w:rPr>
          <w:b/>
        </w:rPr>
        <w:t xml:space="preserve">[23:38] </w:t>
      </w:r>
      <w:r>
        <w:t>to yeh main sochta raha, sochta raha.</w:t>
      </w:r>
    </w:p>
    <w:p>
      <w:pPr>
        <w:jc w:val="right"/>
      </w:pPr>
      <w:r>
        <w:t>تو یہ میں سوچتا رہا، سوچتا رہا۔</w:t>
      </w:r>
    </w:p>
    <w:p>
      <w:r>
        <w:rPr>
          <w:b/>
        </w:rPr>
        <w:t xml:space="preserve">[23:43] </w:t>
      </w:r>
      <w:r>
        <w:t>to main ne yeh discovery mujhe hui ke mohabbat ilahi ke items is zamane mein billion billion hain.</w:t>
      </w:r>
    </w:p>
    <w:p>
      <w:pPr>
        <w:jc w:val="right"/>
      </w:pPr>
      <w:r>
        <w:t>تو میں نے یہ discovery مجھے ہوئی کہ محبت الہی کے items اس زمانے میں بلین بلین ہیں۔</w:t>
      </w:r>
    </w:p>
    <w:p>
      <w:r>
        <w:rPr>
          <w:b/>
        </w:rPr>
        <w:t xml:space="preserve">[23:49] </w:t>
      </w:r>
      <w:r>
        <w:t>ek do nahin, jo ke science ne daryaft kiye.</w:t>
      </w:r>
    </w:p>
    <w:p>
      <w:pPr>
        <w:jc w:val="right"/>
      </w:pPr>
      <w:r>
        <w:t>ایک دو نہیں، جو کہ سائنس نے دریافت کیے۔</w:t>
      </w:r>
    </w:p>
    <w:p>
      <w:r>
        <w:rPr>
          <w:b/>
        </w:rPr>
        <w:t xml:space="preserve">[23:55] </w:t>
      </w:r>
      <w:r>
        <w:t>aur yeh bilkul sahi title hai is ka ke Man Does Not Stand Alone.</w:t>
      </w:r>
    </w:p>
    <w:p>
      <w:pPr>
        <w:jc w:val="right"/>
      </w:pPr>
      <w:r>
        <w:t>اور یہ بالکل صحیح title ہے اس کا کہ Man Does Not Stand Alone۔</w:t>
      </w:r>
    </w:p>
    <w:p>
      <w:r>
        <w:rPr>
          <w:b/>
        </w:rPr>
        <w:t xml:space="preserve">[24:01] </w:t>
      </w:r>
      <w:r>
        <w:t>to insan ke dil mohabbat ke sath bhar jaye.</w:t>
      </w:r>
    </w:p>
    <w:p>
      <w:pPr>
        <w:jc w:val="right"/>
      </w:pPr>
      <w:r>
        <w:t>تو انسان کے دل محبت کے ساتھ بھر جائے۔</w:t>
      </w:r>
    </w:p>
    <w:p>
      <w:r>
        <w:rPr>
          <w:b/>
        </w:rPr>
        <w:t xml:space="preserve">[24:06] </w:t>
      </w:r>
      <w:r>
        <w:t>kyun aisa nahin hua? kyunke isi waqt agaya commercialization, cheezen ban ban ke bazaar mein bikne lagin.</w:t>
      </w:r>
    </w:p>
    <w:p>
      <w:pPr>
        <w:jc w:val="right"/>
      </w:pPr>
      <w:r>
        <w:t>کیوں ایسا نہیں ہوا؟ کیونکہ اسی وقت آگیا commercialization، چیزیں بن بن کے بازار میں بکنے لگیں۔</w:t>
      </w:r>
    </w:p>
    <w:p>
      <w:r>
        <w:rPr>
          <w:b/>
        </w:rPr>
        <w:t xml:space="preserve">[24:12] </w:t>
      </w:r>
      <w:r>
        <w:t>to hum amalan yeh hua, amalan ke hamare zehn yeh bana ke paisa ho to ja kar shopping</w:t>
      </w:r>
    </w:p>
    <w:p>
      <w:pPr>
        <w:jc w:val="right"/>
      </w:pPr>
      <w:r>
        <w:t>تو ہم عملاً یہ ہوا، عملاً کہ ہمارے ذہن یہ بنا کہ پیسہ ہو تو جا کر shopping</w:t>
      </w:r>
    </w:p>
    <w:p>
      <w:r>
        <w:rPr>
          <w:b/>
        </w:rPr>
        <w:t xml:space="preserve">[24:18] </w:t>
      </w:r>
      <w:r>
        <w:t>center se khareed lo har cheez.</w:t>
      </w:r>
    </w:p>
    <w:p>
      <w:pPr>
        <w:jc w:val="right"/>
      </w:pPr>
      <w:r>
        <w:t>center سے خرید لو ہر چیز۔</w:t>
      </w:r>
    </w:p>
    <w:p>
      <w:r>
        <w:rPr>
          <w:b/>
        </w:rPr>
        <w:t xml:space="preserve">[24:24] </w:t>
      </w:r>
      <w:r>
        <w:t>to yeh ghaleban shaoori kam, ghair shaoori zyada, unconsciously zyada yeh dharm bana ke sari ahmiyat to paise ki hai.</w:t>
      </w:r>
    </w:p>
    <w:p>
      <w:pPr>
        <w:jc w:val="right"/>
      </w:pPr>
      <w:r>
        <w:t>تو یہ غالباً شعوری کم، غیر شعوری زیادہ، unconsciously زیادہ یہ دھرم بنا کہ ساری اہمیت تو پیسے کی ہے۔</w:t>
      </w:r>
    </w:p>
    <w:p>
      <w:r>
        <w:rPr>
          <w:b/>
        </w:rPr>
        <w:t xml:space="preserve">[24:29] </w:t>
      </w:r>
      <w:r>
        <w:t>kisi shayar ne kaha ke aye dard tu khuda nahi, woh lekin ba khuda sitare ayub qaziul hajat ke</w:t>
      </w:r>
    </w:p>
    <w:p>
      <w:pPr>
        <w:jc w:val="right"/>
      </w:pPr>
      <w:r>
        <w:t>کسی شاعر نے کہا کہ اے درد تو خدا نہیں، وہ لیکن بخدا ستارے ایوب قاضی الحاجاتی کہ</w:t>
      </w:r>
    </w:p>
    <w:p>
      <w:r>
        <w:rPr>
          <w:b/>
        </w:rPr>
        <w:t xml:space="preserve">[24:35] </w:t>
      </w:r>
      <w:r>
        <w:t>aye munni tu khuda to nahi hai, lekin agar tu hai to sab kuch mere paas hai.</w:t>
      </w:r>
    </w:p>
    <w:p>
      <w:pPr>
        <w:jc w:val="right"/>
      </w:pPr>
      <w:r>
        <w:t>اے منی تو خدا تو نہیں ہے، لیکن اگر تو ہے تو سب کچھ میرے پاس ہے۔</w:t>
      </w:r>
    </w:p>
    <w:p>
      <w:r>
        <w:rPr>
          <w:b/>
        </w:rPr>
        <w:t xml:space="preserve">[24:41] </w:t>
      </w:r>
      <w:r>
        <w:t>to yeh jo commercialization hua, is ke baad sari cheez shopping center mein milne lagi.</w:t>
      </w:r>
    </w:p>
    <w:p>
      <w:pPr>
        <w:jc w:val="right"/>
      </w:pPr>
      <w:r>
        <w:t>تو یہ جو commercialization ہوا، اس کے بعد ساری چیز shopping center میں ملنے لگی۔</w:t>
      </w:r>
    </w:p>
    <w:p>
      <w:r>
        <w:rPr>
          <w:b/>
        </w:rPr>
        <w:t xml:space="preserve">[24:47] </w:t>
      </w:r>
      <w:r>
        <w:t>is se insaan ke andar mohabbat ka development nahi hua, mohabbat ilahi ka, mohabbat munni ka development hua.</w:t>
      </w:r>
    </w:p>
    <w:p>
      <w:pPr>
        <w:jc w:val="right"/>
      </w:pPr>
      <w:r>
        <w:t>اس سے انسان کے اندر محبت کا development نہیں ہوا، محبت الہی کا، محبت منی کا development ہوا۔</w:t>
      </w:r>
    </w:p>
    <w:p>
      <w:r>
        <w:rPr>
          <w:b/>
        </w:rPr>
        <w:t xml:space="preserve">[24:52] </w:t>
      </w:r>
      <w:r>
        <w:t>ab har aadmi munni ke peeche daud raha hai.</w:t>
      </w:r>
    </w:p>
    <w:p>
      <w:pPr>
        <w:jc w:val="right"/>
      </w:pPr>
      <w:r>
        <w:t>اب ہر آدمی منی کے پیچھے دوڑ رہا ہے۔</w:t>
      </w:r>
    </w:p>
    <w:p>
      <w:r>
        <w:rPr>
          <w:b/>
        </w:rPr>
        <w:t xml:space="preserve">[24:58] </w:t>
      </w:r>
      <w:r>
        <w:t>daudna chahiye tha Rab-ul-alameen ki taraf, lekin daudne munni ki taraf.</w:t>
      </w:r>
    </w:p>
    <w:p>
      <w:pPr>
        <w:jc w:val="right"/>
      </w:pPr>
      <w:r>
        <w:t>دوڑنا چاہیے تھا رب العالمین کی طرف، لیکن دوڑنے منی کی طرف۔</w:t>
      </w:r>
    </w:p>
    <w:p>
      <w:r>
        <w:rPr>
          <w:b/>
        </w:rPr>
        <w:t xml:space="preserve">[25:04] </w:t>
      </w:r>
      <w:r>
        <w:t>to dekhen, hamara jo mission hai, is mission ke samne ek bohat hi bara kaam hai.</w:t>
      </w:r>
    </w:p>
    <w:p>
      <w:pPr>
        <w:jc w:val="right"/>
      </w:pPr>
      <w:r>
        <w:t>تو دیکھیں، ہمارا جو mission ہے، اس mission کے سامنے ایک بہت ہی بڑا کام ہے۔</w:t>
      </w:r>
    </w:p>
    <w:p>
      <w:r>
        <w:rPr>
          <w:b/>
        </w:rPr>
        <w:t xml:space="preserve">[25:10] </w:t>
      </w:r>
      <w:r>
        <w:t>main samajhta hoon ke itna bara kaam jo history mein sab se bara kaam hai, sab se bara kaam hai.</w:t>
      </w:r>
    </w:p>
    <w:p>
      <w:pPr>
        <w:jc w:val="right"/>
      </w:pPr>
      <w:r>
        <w:t>میں سمجھتا ہوں کہ اتنا بڑا کام جو history میں سب سے بڑا کام ہے، سب سے بڑا کام ہے۔</w:t>
      </w:r>
    </w:p>
    <w:p>
      <w:r>
        <w:rPr>
          <w:b/>
        </w:rPr>
        <w:t xml:space="preserve">[25:15] </w:t>
      </w:r>
      <w:r>
        <w:t>shayad poori history mein jo sab se bara kaam jo abhi baqi hai, woh aap ko karne ki karna hai.</w:t>
      </w:r>
    </w:p>
    <w:p>
      <w:pPr>
        <w:jc w:val="right"/>
      </w:pPr>
      <w:r>
        <w:t>شاید پوری history میں جو سب سے بڑا کام جو ابھی باقی ہے، وہ آپ کو کرنے کی کرنا ہے۔</w:t>
      </w:r>
    </w:p>
    <w:p>
      <w:r>
        <w:rPr>
          <w:b/>
        </w:rPr>
        <w:t xml:space="preserve">[25:21] </w:t>
      </w:r>
      <w:r>
        <w:t>woh kya hai? insaan ko Allah se mohabbat karne wala banana.</w:t>
      </w:r>
    </w:p>
    <w:p>
      <w:pPr>
        <w:jc w:val="right"/>
      </w:pPr>
      <w:r>
        <w:t>وہ کیا ہے؟ انسان کو اللہ سے محبت کرنے والا بنانا۔</w:t>
      </w:r>
    </w:p>
    <w:p>
      <w:r>
        <w:rPr>
          <w:b/>
        </w:rPr>
        <w:t xml:space="preserve">[25:27] </w:t>
      </w:r>
      <w:r>
        <w:t>asad tuhibbullah ki tareef tafseer likhna.</w:t>
      </w:r>
    </w:p>
    <w:p>
      <w:pPr>
        <w:jc w:val="right"/>
      </w:pPr>
      <w:r>
        <w:t>اسد تحب اللہ کی تعریف تفسیر لکھنا۔</w:t>
      </w:r>
    </w:p>
    <w:p>
      <w:r>
        <w:rPr>
          <w:b/>
        </w:rPr>
        <w:t xml:space="preserve">[25:33] </w:t>
      </w:r>
      <w:r>
        <w:t>yeh chapter kitaab-e-marifat mein abhi unwritten pada hua hai.</w:t>
      </w:r>
    </w:p>
    <w:p>
      <w:pPr>
        <w:jc w:val="right"/>
      </w:pPr>
      <w:r>
        <w:t>یہ chapter کتاب معرفت میں ابھی unwritten پڑا ہوا ہے۔</w:t>
      </w:r>
    </w:p>
    <w:p>
      <w:r>
        <w:rPr>
          <w:b/>
        </w:rPr>
        <w:t xml:space="preserve">[25:38] </w:t>
      </w:r>
      <w:r>
        <w:t>is chapter ko likhna.</w:t>
      </w:r>
    </w:p>
    <w:p>
      <w:pPr>
        <w:jc w:val="right"/>
      </w:pPr>
      <w:r>
        <w:t>اس chapter کو لکھنا۔</w:t>
      </w:r>
    </w:p>
    <w:p>
      <w:r>
        <w:rPr>
          <w:b/>
        </w:rPr>
        <w:t xml:space="preserve">[25:44] </w:t>
      </w:r>
      <w:r>
        <w:t>insaan ko batana ke jis duniya jis mein tum ho, is duniya mein beshumar item hain jo</w:t>
      </w:r>
    </w:p>
    <w:p>
      <w:pPr>
        <w:jc w:val="right"/>
      </w:pPr>
      <w:r>
        <w:t>انسان کو بتانا کہ جس دنیا جس میں تم ہو، اس دنیا میں بے شمار item ہیں جو</w:t>
      </w:r>
    </w:p>
    <w:p>
      <w:r>
        <w:rPr>
          <w:b/>
        </w:rPr>
        <w:t xml:space="preserve">[25:50] </w:t>
      </w:r>
      <w:r>
        <w:t>tum ko batate hain ke Allah to sab se zyada mohabbat wala to Allah tum se sab se</w:t>
      </w:r>
    </w:p>
    <w:p>
      <w:pPr>
        <w:jc w:val="right"/>
      </w:pPr>
      <w:r>
        <w:t>تم کو بتاتے ہیں کہ اللہ تو سب سے زیادہ محبت والا تو اللہ تم سے سب سے</w:t>
      </w:r>
    </w:p>
    <w:p>
      <w:r>
        <w:rPr>
          <w:b/>
        </w:rPr>
        <w:t xml:space="preserve">[25:56] </w:t>
      </w:r>
      <w:r>
        <w:t>zyada mohabbat karta hai.</w:t>
      </w:r>
    </w:p>
    <w:p>
      <w:pPr>
        <w:jc w:val="right"/>
      </w:pPr>
      <w:r>
        <w:t>زیادہ محبت کرتا ہے۔</w:t>
      </w:r>
    </w:p>
    <w:p>
      <w:r>
        <w:rPr>
          <w:b/>
        </w:rPr>
        <w:t xml:space="preserve">[26:01] </w:t>
      </w:r>
      <w:r>
        <w:t>tabhi to itne item de diye.</w:t>
      </w:r>
    </w:p>
    <w:p>
      <w:pPr>
        <w:jc w:val="right"/>
      </w:pPr>
      <w:r>
        <w:t>تبھی تو اتنے item دے دیے۔</w:t>
      </w:r>
    </w:p>
    <w:p>
      <w:r>
        <w:rPr>
          <w:b/>
        </w:rPr>
        <w:t xml:space="preserve">[26:07] </w:t>
      </w:r>
      <w:r>
        <w:t>quran mein ek ayat bohat hi ajeeb ayat hai, lekin mufassireen ne is ko samjha nahi.</w:t>
      </w:r>
    </w:p>
    <w:p>
      <w:pPr>
        <w:jc w:val="right"/>
      </w:pPr>
      <w:r>
        <w:t>قرآن میں ایک آیت بہت ہی عجیب آیت ہے، لیکن مفسرین نے اس کو سمجھا نہیں۔</w:t>
      </w:r>
    </w:p>
    <w:p>
      <w:r>
        <w:rPr>
          <w:b/>
        </w:rPr>
        <w:t xml:space="preserve">[26:13] </w:t>
      </w:r>
      <w:r>
        <w:t>yani zameen o asman mein sab nishaniyan bikhri hui hain.</w:t>
      </w:r>
    </w:p>
    <w:p>
      <w:pPr>
        <w:jc w:val="right"/>
      </w:pPr>
      <w:r>
        <w:t>یعنی زمین و آسمان میں سب نشانیاں بکھری ہوئی ہیں۔</w:t>
      </w:r>
    </w:p>
    <w:p>
      <w:r>
        <w:rPr>
          <w:b/>
        </w:rPr>
        <w:t xml:space="preserve">[26:19] </w:t>
      </w:r>
      <w:r>
        <w:t>is se guzarta hai aadmi, yani use dekhta hai, sunta hai, jaanta hai.</w:t>
      </w:r>
    </w:p>
    <w:p>
      <w:pPr>
        <w:jc w:val="right"/>
      </w:pPr>
      <w:r>
        <w:t>اس سے گزرتا ہے آدمی، یعنی اسے دیکھتا ہے، سنتا ہے، جانتا ہے۔</w:t>
      </w:r>
    </w:p>
    <w:p>
      <w:r>
        <w:rPr>
          <w:b/>
        </w:rPr>
        <w:t xml:space="preserve">[26:24] </w:t>
      </w:r>
      <w:r>
        <w:t>lekin is se food nahi leta, food of love nahi leta.</w:t>
      </w:r>
    </w:p>
    <w:p>
      <w:pPr>
        <w:jc w:val="right"/>
      </w:pPr>
      <w:r>
        <w:t>لیکن اس سے food نہیں لیتا، food of love نہیں لیتا۔</w:t>
      </w:r>
    </w:p>
    <w:p>
      <w:r>
        <w:rPr>
          <w:b/>
        </w:rPr>
        <w:t xml:space="preserve">[26:30] </w:t>
      </w:r>
      <w:r>
        <w:t>bas guzar jata hai.</w:t>
      </w:r>
    </w:p>
    <w:p>
      <w:pPr>
        <w:jc w:val="right"/>
      </w:pPr>
      <w:r>
        <w:t>بس گزر جاتا ہے۔</w:t>
      </w:r>
    </w:p>
    <w:p>
      <w:r>
        <w:rPr>
          <w:b/>
        </w:rPr>
        <w:t xml:space="preserve">[26:36] </w:t>
      </w:r>
      <w:r>
        <w:t>agar aap prepared mind ho to aap kahenge ke aaj jo kitchen, jo modern kitchen hai, jo</w:t>
      </w:r>
    </w:p>
    <w:p>
      <w:pPr>
        <w:jc w:val="right"/>
      </w:pPr>
      <w:r>
        <w:t>اگر آپ prepared mind ہو تو آپ کہیں گے کہ آج جو کچن، جو modern کچن ہے، جو</w:t>
      </w:r>
    </w:p>
    <w:p>
      <w:r>
        <w:rPr>
          <w:b/>
        </w:rPr>
        <w:t xml:space="preserve">[26:42] </w:t>
      </w:r>
      <w:r>
        <w:t>modern bath room hai, jo modern furniture hai, jo modern technology hai, jo modern sawariyan hain, woh sab</w:t>
      </w:r>
    </w:p>
    <w:p>
      <w:pPr>
        <w:jc w:val="right"/>
      </w:pPr>
      <w:r>
        <w:t>modern باتھ روم ہے، جو modern فرنیچر ہے، جو modern ٹیکنالوجی ہے، جو modern سواریاں ہیں، وہ سب</w:t>
      </w:r>
    </w:p>
    <w:p>
      <w:r>
        <w:rPr>
          <w:b/>
        </w:rPr>
        <w:t xml:space="preserve">[26:47] </w:t>
      </w:r>
      <w:r>
        <w:t>ke sab yani mohabbat khundawandi ka samandar hain.</w:t>
      </w:r>
    </w:p>
    <w:p>
      <w:pPr>
        <w:jc w:val="right"/>
      </w:pPr>
      <w:r>
        <w:t>کے سب یعنی محبت خداوندی کا سمندر ہیں۔</w:t>
      </w:r>
    </w:p>
    <w:p>
      <w:r>
        <w:rPr>
          <w:b/>
        </w:rPr>
        <w:t xml:space="preserve">[26:53] </w:t>
      </w:r>
      <w:r>
        <w:t>mohabbat khundawandi ka samandar hain.</w:t>
      </w:r>
    </w:p>
    <w:p>
      <w:pPr>
        <w:jc w:val="right"/>
      </w:pPr>
      <w:r>
        <w:t>محبت خداوندی کا سمندر ہیں۔</w:t>
      </w:r>
    </w:p>
    <w:p>
      <w:r>
        <w:rPr>
          <w:b/>
        </w:rPr>
        <w:t xml:space="preserve">[26:59] </w:t>
      </w:r>
      <w:r>
        <w:t>jaise mein bachpan mein safar karna parta tha, mujh ko bail gaadi mein.</w:t>
      </w:r>
    </w:p>
    <w:p>
      <w:pPr>
        <w:jc w:val="right"/>
      </w:pPr>
      <w:r>
        <w:t>جیسے میں بچپن میں سفر کرنا پڑتا تھا، مجھ کو بیل گاڑی میں۔</w:t>
      </w:r>
    </w:p>
    <w:p>
      <w:r>
        <w:rPr>
          <w:b/>
        </w:rPr>
        <w:t xml:space="preserve">[27:05] </w:t>
      </w:r>
      <w:r>
        <w:t>ab bail gaadi mein safar karna ek bohat hi museebat thi.</w:t>
      </w:r>
    </w:p>
    <w:p>
      <w:pPr>
        <w:jc w:val="right"/>
      </w:pPr>
      <w:r>
        <w:t>اب بیل گاڑی میں سفر کرنا ایک بہت ہی مصیبت تھی۔</w:t>
      </w:r>
    </w:p>
    <w:p>
      <w:r>
        <w:rPr>
          <w:b/>
        </w:rPr>
        <w:t xml:space="preserve">[27:10] </w:t>
      </w:r>
      <w:r>
        <w:t>ab jab mein car par hawa jaat baithta hoon to ek dam bilkul jaise lagta hai ke Allah</w:t>
      </w:r>
    </w:p>
    <w:p>
      <w:pPr>
        <w:jc w:val="right"/>
      </w:pPr>
      <w:r>
        <w:t>اب جب میں کار پر ہوا جات بیٹھتا ہوں تو ایک دم بالکل جیسے لگتا ہے کہ اللہ</w:t>
      </w:r>
    </w:p>
    <w:p>
      <w:r>
        <w:rPr>
          <w:b/>
        </w:rPr>
        <w:t xml:space="preserve">[27:16] </w:t>
      </w:r>
      <w:r>
        <w:t>apni mohabbat ki baarish kar raha hai.</w:t>
      </w:r>
    </w:p>
    <w:p>
      <w:pPr>
        <w:jc w:val="right"/>
      </w:pPr>
      <w:r>
        <w:t>اپنی محبت کی بارش کر رہا ہے۔</w:t>
      </w:r>
    </w:p>
    <w:p>
      <w:r>
        <w:rPr>
          <w:b/>
        </w:rPr>
        <w:t xml:space="preserve">[27:22] </w:t>
      </w:r>
      <w:r>
        <w:t>to yeh insaan ko yeh batana hai.</w:t>
      </w:r>
    </w:p>
    <w:p>
      <w:pPr>
        <w:jc w:val="right"/>
      </w:pPr>
      <w:r>
        <w:t>تو یہ انسان کو یہ بتانا ہے۔</w:t>
      </w:r>
    </w:p>
    <w:p>
      <w:r>
        <w:rPr>
          <w:b/>
        </w:rPr>
        <w:t xml:space="preserve">[27:28] </w:t>
      </w:r>
      <w:r>
        <w:t>insaan ke liye Allah ki mohabbat ko us ki discovery banana hai.</w:t>
      </w:r>
    </w:p>
    <w:p>
      <w:pPr>
        <w:jc w:val="right"/>
      </w:pPr>
      <w:r>
        <w:t>انسان کے لیے اللہ کی محبت کو اس کی discovery بنانا ہے۔</w:t>
      </w:r>
    </w:p>
    <w:p>
      <w:r>
        <w:rPr>
          <w:b/>
        </w:rPr>
        <w:t xml:space="preserve">[27:33] </w:t>
      </w:r>
      <w:r>
        <w:t>insaan bhoola hua hai.</w:t>
      </w:r>
    </w:p>
    <w:p>
      <w:pPr>
        <w:jc w:val="right"/>
      </w:pPr>
      <w:r>
        <w:t>انسان بھولا ہوا ہے۔</w:t>
      </w:r>
    </w:p>
    <w:p>
      <w:r>
        <w:rPr>
          <w:b/>
        </w:rPr>
        <w:t xml:space="preserve">[27:39] </w:t>
      </w:r>
      <w:r>
        <w:t>yani mohabbat ilahi ke item mein jeeta hai woh.</w:t>
      </w:r>
    </w:p>
    <w:p>
      <w:pPr>
        <w:jc w:val="right"/>
      </w:pPr>
      <w:r>
        <w:t>یعنی محبت الہی کے item میں جیتا ہے وہ۔</w:t>
      </w:r>
    </w:p>
    <w:p>
      <w:r>
        <w:rPr>
          <w:b/>
        </w:rPr>
        <w:t xml:space="preserve">[27:45] </w:t>
      </w:r>
      <w:r>
        <w:t>har lamha, har lamha is ka tajurba isi mein jeeta hai woh.</w:t>
      </w:r>
    </w:p>
    <w:p>
      <w:pPr>
        <w:jc w:val="right"/>
      </w:pPr>
      <w:r>
        <w:t>ہر لمحہ، ہر لمحہ اس کا تجربہ اسی میں جیتا ہے وہ۔</w:t>
      </w:r>
    </w:p>
    <w:p>
      <w:r>
        <w:rPr>
          <w:b/>
        </w:rPr>
        <w:t xml:space="preserve">[27:51] </w:t>
      </w:r>
      <w:r>
        <w:t>lekin shaoori tor par, consciously woh is se bekhabar hai.</w:t>
      </w:r>
    </w:p>
    <w:p>
      <w:pPr>
        <w:jc w:val="right"/>
      </w:pPr>
      <w:r>
        <w:t>لیکن شعوری طور پر، consciously وہ اس سے بے خبر ہے۔</w:t>
      </w:r>
    </w:p>
    <w:p>
      <w:r>
        <w:rPr>
          <w:b/>
        </w:rPr>
        <w:t xml:space="preserve">[27:56] </w:t>
      </w:r>
      <w:r>
        <w:t>to is insaan ki is unawareness ko todna hai.</w:t>
      </w:r>
    </w:p>
    <w:p>
      <w:pPr>
        <w:jc w:val="right"/>
      </w:pPr>
      <w:r>
        <w:t>تو اس انسان کی اس unawareness کو توڑنا ہے۔</w:t>
      </w:r>
    </w:p>
    <w:p>
      <w:r>
        <w:rPr>
          <w:b/>
        </w:rPr>
        <w:t xml:space="preserve">[28:02] </w:t>
      </w:r>
      <w:r>
        <w:t>tab insaan jo hai, yani mohabbat ilahi ke samandar mein jeene lage ga.</w:t>
      </w:r>
    </w:p>
    <w:p>
      <w:pPr>
        <w:jc w:val="right"/>
      </w:pPr>
      <w:r>
        <w:t>تب انسان جو ہے، یعنی محبت الہی کے سمندر میں جینے لگے گا۔</w:t>
      </w:r>
    </w:p>
    <w:p>
      <w:r>
        <w:rPr>
          <w:b/>
        </w:rPr>
        <w:t xml:space="preserve">[28:08] </w:t>
      </w:r>
      <w:r>
        <w:t>mohabbat ilahi ke hawaon mein, hawaon mein woh saans le ga.</w:t>
      </w:r>
    </w:p>
    <w:p>
      <w:pPr>
        <w:jc w:val="right"/>
      </w:pPr>
      <w:r>
        <w:t>محبت الہی کے ہواؤں میں، ہواؤں میں وہ سانس لے گا۔</w:t>
      </w:r>
    </w:p>
    <w:p>
      <w:r>
        <w:rPr>
          <w:b/>
        </w:rPr>
        <w:t xml:space="preserve">[28:14] </w:t>
      </w:r>
      <w:r>
        <w:t>mohabbat ilahi ke samandar mein woh ghota le ga.</w:t>
      </w:r>
    </w:p>
    <w:p>
      <w:pPr>
        <w:jc w:val="right"/>
      </w:pPr>
      <w:r>
        <w:t>محبت الہی کے سمندر میں وہ غوطہ لے گا۔</w:t>
      </w:r>
    </w:p>
    <w:p>
      <w:r>
        <w:rPr>
          <w:b/>
        </w:rPr>
        <w:t xml:space="preserve">[28:19] </w:t>
      </w:r>
      <w:r>
        <w:t>har lamha is ko lage ga ke Allah ki mohabbat ka koi naya item mujhe mil raha hai.</w:t>
      </w:r>
    </w:p>
    <w:p>
      <w:pPr>
        <w:jc w:val="right"/>
      </w:pPr>
      <w:r>
        <w:t>ہر لمحہ اس کو لگے گا کہ اللہ کی محبت کا کوئی نیا item مجھے مل رہا ہے۔</w:t>
      </w:r>
    </w:p>
    <w:p>
      <w:r>
        <w:rPr>
          <w:b/>
        </w:rPr>
        <w:t xml:space="preserve">[28:25] </w:t>
      </w:r>
      <w:r>
        <w:t>koi naya item mujh ko mil raha hai.</w:t>
      </w:r>
    </w:p>
    <w:p>
      <w:pPr>
        <w:jc w:val="right"/>
      </w:pPr>
      <w:r>
        <w:t>کوئی نیا item مجھ کو مل رہا ہے۔</w:t>
      </w:r>
    </w:p>
    <w:p>
      <w:r>
        <w:rPr>
          <w:b/>
        </w:rPr>
        <w:t xml:space="preserve">[28:31] </w:t>
      </w:r>
      <w:r>
        <w:t>ab ghor kijiye ke aaj aap agar safar karein India se Canada ke liye, America ke liye, to</w:t>
      </w:r>
    </w:p>
    <w:p>
      <w:pPr>
        <w:jc w:val="right"/>
      </w:pPr>
      <w:r>
        <w:t>اب غور کیجئے کہ آج آپ اگر سفر کریں انڈیا سے کینیڈا کے لیے، امریکہ کے لیے، تو</w:t>
      </w:r>
    </w:p>
    <w:p>
      <w:r>
        <w:rPr>
          <w:b/>
        </w:rPr>
        <w:t xml:space="preserve">[28:37] </w:t>
      </w:r>
      <w:r>
        <w:t>wahan jo aap ka janne wala hai, wahan jo aap ka dost ya rishtedar hai, us ko</w:t>
      </w:r>
    </w:p>
    <w:p>
      <w:pPr>
        <w:jc w:val="right"/>
      </w:pPr>
      <w:r>
        <w:t>وہاں جو آپ کا جاننے والا ہے، وہاں جو آپ کا دوست یا رشتہ دار ہے، اس کو</w:t>
      </w:r>
    </w:p>
    <w:p>
      <w:r>
        <w:rPr>
          <w:b/>
        </w:rPr>
        <w:t xml:space="preserve">[28:42] </w:t>
      </w:r>
      <w:r>
        <w:t>peshgi tor par pata hai ke kitne minute, kitne baj kar, kitne minute par aap wahan pahunchen ge.</w:t>
      </w:r>
    </w:p>
    <w:p>
      <w:pPr>
        <w:jc w:val="right"/>
      </w:pPr>
      <w:r>
        <w:t>پیشگی طور پر پتہ ہے کہ کتنے منٹ، کتنے بج کر، کتنے منٹ پر آپ وہاں پہنچیں گے۔</w:t>
      </w:r>
    </w:p>
    <w:p>
      <w:r>
        <w:rPr>
          <w:b/>
        </w:rPr>
        <w:t xml:space="preserve">[28:48] </w:t>
      </w:r>
      <w:r>
        <w:t>kab jahaz utre ga aap ka.</w:t>
      </w:r>
    </w:p>
    <w:p>
      <w:pPr>
        <w:jc w:val="right"/>
      </w:pPr>
      <w:r>
        <w:t>کب جہاز اترے گا آپ کا۔</w:t>
      </w:r>
    </w:p>
    <w:p>
      <w:r>
        <w:rPr>
          <w:b/>
        </w:rPr>
        <w:t xml:space="preserve">[28:54] </w:t>
      </w:r>
      <w:r>
        <w:t>ab woh wahan aap ko receive karne ke liye maujood hote hain.</w:t>
      </w:r>
    </w:p>
    <w:p>
      <w:pPr>
        <w:jc w:val="right"/>
      </w:pPr>
      <w:r>
        <w:t>اب وہ وہاں آپ کو receive کرنے کے لیے موجود ہوتے ہیں۔</w:t>
      </w:r>
    </w:p>
    <w:p>
      <w:r>
        <w:rPr>
          <w:b/>
        </w:rPr>
        <w:t xml:space="preserve">[29:00] </w:t>
      </w:r>
      <w:r>
        <w:t>wahan receive karne ke liye aap ko maujood hote hain.</w:t>
      </w:r>
    </w:p>
    <w:p>
      <w:pPr>
        <w:jc w:val="right"/>
      </w:pPr>
      <w:r>
        <w:t>وہاں receive کرنے کے لیے آپ کو موجود ہوتے ہیں۔</w:t>
      </w:r>
    </w:p>
    <w:p>
      <w:r>
        <w:rPr>
          <w:b/>
        </w:rPr>
        <w:t xml:space="preserve">[29:05] </w:t>
      </w:r>
      <w:r>
        <w:t>woh kaisay hua? yeh communication, modern communication itni bari nemat hai ke pehle kisi badshah ke paas hazri</w:t>
      </w:r>
    </w:p>
    <w:p>
      <w:pPr>
        <w:jc w:val="right"/>
      </w:pPr>
      <w:r>
        <w:t>وہ کیسے ہوا؟ یہ communication، modern communication اتنی بڑی نعمت ہے کہ پہلے کسی بادشاہ کے پاس حاضری</w:t>
      </w:r>
    </w:p>
    <w:p>
      <w:r>
        <w:rPr>
          <w:b/>
        </w:rPr>
        <w:t xml:space="preserve">[29:11] </w:t>
      </w:r>
      <w:r>
        <w:t>leti ke itna lamba safar aadmi kar ke ke pahunch raha hai aur peshgi tor par wahan logon</w:t>
      </w:r>
    </w:p>
    <w:p>
      <w:pPr>
        <w:jc w:val="right"/>
      </w:pPr>
      <w:r>
        <w:t>لیتی کہ اتنا لمبا سفر آدمی کر کے کہ پہنچ رہا ہے اور پیشگی طور پر وہاں لوگوں</w:t>
      </w:r>
    </w:p>
    <w:p>
      <w:r>
        <w:rPr>
          <w:b/>
        </w:rPr>
        <w:t xml:space="preserve">[29:17] </w:t>
      </w:r>
      <w:r>
        <w:t>ko maloom hai ke aap yahan itnay bajay utren ge.</w:t>
      </w:r>
    </w:p>
    <w:p>
      <w:pPr>
        <w:jc w:val="right"/>
      </w:pPr>
      <w:r>
        <w:t>کو معلوم ہے کہ آپ یہاں اتنے بجے اتریں گے۔</w:t>
      </w:r>
    </w:p>
    <w:p>
      <w:r>
        <w:rPr>
          <w:b/>
        </w:rPr>
        <w:t xml:space="preserve">[29:23] </w:t>
      </w:r>
      <w:r>
        <w:t>ab wahan aap ko receive karne ke liye aa jatay hain.</w:t>
      </w:r>
    </w:p>
    <w:p>
      <w:pPr>
        <w:jc w:val="right"/>
      </w:pPr>
      <w:r>
        <w:t>اب وہاں آپ کو receive کرنے کے لیے آ جاتے ہیں۔</w:t>
      </w:r>
    </w:p>
    <w:p>
      <w:r>
        <w:rPr>
          <w:b/>
        </w:rPr>
        <w:t xml:space="preserve">[29:28] </w:t>
      </w:r>
      <w:r>
        <w:t>woh toh yeh sab ke sab mohabbat ilahi ke item hain.</w:t>
      </w:r>
    </w:p>
    <w:p>
      <w:pPr>
        <w:jc w:val="right"/>
      </w:pPr>
      <w:r>
        <w:t>وہ تو یہ سب کے سب محبت الہی کے item ہیں۔</w:t>
      </w:r>
    </w:p>
    <w:p>
      <w:r>
        <w:rPr>
          <w:b/>
        </w:rPr>
        <w:t xml:space="preserve">[29:34] </w:t>
      </w:r>
      <w:r>
        <w:t>pehli baar jab mein America gaya tha, wahan par airport se bahar aaya toh acha achanak ehsas hua</w:t>
      </w:r>
    </w:p>
    <w:p>
      <w:pPr>
        <w:jc w:val="right"/>
      </w:pPr>
      <w:r>
        <w:t>پہلی بار جب میں امریکہ گیا تھا، وہاں پر airport سے باہر آیا تو اچھا اچانک احساس ہوا</w:t>
      </w:r>
    </w:p>
    <w:p>
      <w:r>
        <w:rPr>
          <w:b/>
        </w:rPr>
        <w:t xml:space="preserve">[29:40] </w:t>
      </w:r>
      <w:r>
        <w:t>ke mein saans le raha tha hawa mein.</w:t>
      </w:r>
    </w:p>
    <w:p>
      <w:pPr>
        <w:jc w:val="right"/>
      </w:pPr>
      <w:r>
        <w:t>کہ میں سانس لے رہا تھا ہوا میں۔</w:t>
      </w:r>
    </w:p>
    <w:p>
      <w:r>
        <w:rPr>
          <w:b/>
        </w:rPr>
        <w:t xml:space="preserve">[29:46] </w:t>
      </w:r>
      <w:r>
        <w:t>wahan fresh air thi, pollution nahi tha.</w:t>
      </w:r>
    </w:p>
    <w:p>
      <w:pPr>
        <w:jc w:val="right"/>
      </w:pPr>
      <w:r>
        <w:t>وہاں fresh air تھی، pollution نہیں تھا۔</w:t>
      </w:r>
    </w:p>
    <w:p>
      <w:r>
        <w:rPr>
          <w:b/>
        </w:rPr>
        <w:t xml:space="preserve">[29:51] </w:t>
      </w:r>
      <w:r>
        <w:t>toh ajeeb ehsas hua ke jo Khuda mujhe Delhi mein oxygen supply kar raha tha, woh Khuda mujhe</w:t>
      </w:r>
    </w:p>
    <w:p>
      <w:pPr>
        <w:jc w:val="right"/>
      </w:pPr>
      <w:r>
        <w:t>تو عجیب احساس ہوا کہ جو خدا مجھے دہلی میں oxygen supply کر رہا تھا، وہ خدا مجھے</w:t>
      </w:r>
    </w:p>
    <w:p>
      <w:r>
        <w:rPr>
          <w:b/>
        </w:rPr>
        <w:t xml:space="preserve">[29:57] </w:t>
      </w:r>
      <w:r>
        <w:t>New York mein supply kar raha hai.</w:t>
      </w:r>
    </w:p>
    <w:p>
      <w:pPr>
        <w:jc w:val="right"/>
      </w:pPr>
      <w:r>
        <w:t>نیویارک میں supply کر رہا ہے۔</w:t>
      </w:r>
    </w:p>
    <w:p>
      <w:r>
        <w:rPr>
          <w:b/>
        </w:rPr>
        <w:t xml:space="preserve">[30:03] </w:t>
      </w:r>
      <w:r>
        <w:t>yani jo Khuda mujhe Delhi mein oxygen supply kar raha tha, woh Khuda mujhe New York mein bhi oxygen</w:t>
      </w:r>
    </w:p>
    <w:p>
      <w:pPr>
        <w:jc w:val="right"/>
      </w:pPr>
      <w:r>
        <w:t>یعنی جو خدا مجھے دہلی میں oxygen supply کر رہا تھا، وہ خدا مجھے نیویارک میں بھی oxygen</w:t>
      </w:r>
    </w:p>
    <w:p>
      <w:r>
        <w:rPr>
          <w:b/>
        </w:rPr>
        <w:t xml:space="preserve">[30:09] </w:t>
      </w:r>
      <w:r>
        <w:t>supply kar raha hai.</w:t>
      </w:r>
    </w:p>
    <w:p>
      <w:pPr>
        <w:jc w:val="right"/>
      </w:pPr>
      <w:r>
        <w:t>supply کر رہا ہے۔</w:t>
      </w:r>
    </w:p>
    <w:p>
      <w:r>
        <w:rPr>
          <w:b/>
        </w:rPr>
        <w:t xml:space="preserve">[30:14] </w:t>
      </w:r>
      <w:r>
        <w:t>toh aik ajeeb ehsas hua.</w:t>
      </w:r>
    </w:p>
    <w:p>
      <w:pPr>
        <w:jc w:val="right"/>
      </w:pPr>
      <w:r>
        <w:t>تو ایک عجیب احساس ہوا۔</w:t>
      </w:r>
    </w:p>
    <w:p>
      <w:r>
        <w:rPr>
          <w:b/>
        </w:rPr>
        <w:t xml:space="preserve">[30:20] </w:t>
      </w:r>
      <w:r>
        <w:t>mein aksar parhta hoon kitabon ko, yeh radio sunta hoon toh log apni maan ke bohat zikr karte hain.</w:t>
      </w:r>
    </w:p>
    <w:p>
      <w:pPr>
        <w:jc w:val="right"/>
      </w:pPr>
      <w:r>
        <w:t>میں اکثر پڑھتا ہوں کتابوں کو، یہ radio سنتا ہوں تو لوگ اپنی ماں کے بہت ذکر کرتے ہیں۔</w:t>
      </w:r>
    </w:p>
    <w:p>
      <w:r>
        <w:rPr>
          <w:b/>
        </w:rPr>
        <w:t xml:space="preserve">[30:26] </w:t>
      </w:r>
      <w:r>
        <w:t>haan, meri maan.</w:t>
      </w:r>
    </w:p>
    <w:p>
      <w:pPr>
        <w:jc w:val="right"/>
      </w:pPr>
      <w:r>
        <w:t>ہاں، میری ماں۔</w:t>
      </w:r>
    </w:p>
    <w:p>
      <w:r>
        <w:rPr>
          <w:b/>
        </w:rPr>
        <w:t xml:space="preserve">[30:32] </w:t>
      </w:r>
      <w:r>
        <w:t>sab samajhte hain ke sab se zyada mohabbat ki cheez maan hai.</w:t>
      </w:r>
    </w:p>
    <w:p>
      <w:pPr>
        <w:jc w:val="right"/>
      </w:pPr>
      <w:r>
        <w:t>سب سمجھتے ہیں کہ سب سے زیادہ محبت کی چیز ماں ہے۔</w:t>
      </w:r>
    </w:p>
    <w:p>
      <w:r>
        <w:rPr>
          <w:b/>
        </w:rPr>
        <w:t xml:space="preserve">[30:37] </w:t>
      </w:r>
      <w:r>
        <w:t>sab sab ka hi haal hai.</w:t>
      </w:r>
    </w:p>
    <w:p>
      <w:pPr>
        <w:jc w:val="right"/>
      </w:pPr>
      <w:r>
        <w:t>سب سب کا ہی حال ہے۔</w:t>
      </w:r>
    </w:p>
    <w:p>
      <w:r>
        <w:rPr>
          <w:b/>
        </w:rPr>
        <w:t xml:space="preserve">[30:43] </w:t>
      </w:r>
      <w:r>
        <w:t>sab sab se zyada mohabbat ki cheez maan ko samajhte hain woh.</w:t>
      </w:r>
    </w:p>
    <w:p>
      <w:pPr>
        <w:jc w:val="right"/>
      </w:pPr>
      <w:r>
        <w:t>سب سب سے زیادہ محبت کی چیز ماں کو سمجھتے ہیں وہ۔</w:t>
      </w:r>
    </w:p>
    <w:p>
      <w:r>
        <w:rPr>
          <w:b/>
        </w:rPr>
        <w:t xml:space="preserve">[30:49] </w:t>
      </w:r>
      <w:r>
        <w:t>lekin sawal yeh hai, mein yeh sochta hoon ke maan ko banaya kis ne? Kya mein bana sakta</w:t>
      </w:r>
    </w:p>
    <w:p>
      <w:pPr>
        <w:jc w:val="right"/>
      </w:pPr>
      <w:r>
        <w:t>لیکن سوال یہ ہے، میں یہ سوچتا ہوں کہ ماں کو بنایا کس نے؟ کیا میں بنا سکتا</w:t>
      </w:r>
    </w:p>
    <w:p>
      <w:r>
        <w:rPr>
          <w:b/>
        </w:rPr>
        <w:t xml:space="preserve">[30:55] </w:t>
      </w:r>
      <w:r>
        <w:t>hoon maan ko? Maan ke dil mein bachay ki mohabbat kis ne dali? Toh maan se billion trillion</w:t>
      </w:r>
    </w:p>
    <w:p>
      <w:pPr>
        <w:jc w:val="right"/>
      </w:pPr>
      <w:r>
        <w:t>ہوں ماں کو؟ ماں کے دل میں بچے کی محبت کس نے ڈالی؟ تو ماں سے بلین ٹریلین</w:t>
      </w:r>
    </w:p>
    <w:p>
      <w:r>
        <w:rPr>
          <w:b/>
        </w:rPr>
        <w:t xml:space="preserve">[31:00] </w:t>
      </w:r>
      <w:r>
        <w:t>time zyada qabil mohabbat khud Rab hai, creator hai.</w:t>
      </w:r>
    </w:p>
    <w:p>
      <w:pPr>
        <w:jc w:val="right"/>
      </w:pPr>
      <w:r>
        <w:t>ٹائم زیادہ قابل محبت خود رب ہے، creator ہے۔</w:t>
      </w:r>
    </w:p>
    <w:p>
      <w:r>
        <w:rPr>
          <w:b/>
        </w:rPr>
        <w:t xml:space="preserve">[31:06] </w:t>
      </w:r>
      <w:r>
        <w:t>bilashuba maan se aap insaan ko mohabbat karna chahiye, woh achi baat hai.</w:t>
      </w:r>
    </w:p>
    <w:p>
      <w:pPr>
        <w:jc w:val="right"/>
      </w:pPr>
      <w:r>
        <w:t>بلاشبہ ماں سے آپ انسان کو محبت کرنا چاہیے، وہ اچھی بات ہے۔</w:t>
      </w:r>
    </w:p>
    <w:p>
      <w:r>
        <w:rPr>
          <w:b/>
        </w:rPr>
        <w:t xml:space="preserve">[31:12] </w:t>
      </w:r>
      <w:r>
        <w:t>lekin mein yeh sochta hoon ke maan jaisi cheez, jis ke pait mein mein nau mahine rahoon, us</w:t>
      </w:r>
    </w:p>
    <w:p>
      <w:pPr>
        <w:jc w:val="right"/>
      </w:pPr>
      <w:r>
        <w:t>لیکن میں یہ سوچتا ہوں کہ ماں جیسی چیز، جس کے پیٹ میں میں نو مہینے رہوں، اس</w:t>
      </w:r>
    </w:p>
    <w:p>
      <w:r>
        <w:rPr>
          <w:b/>
        </w:rPr>
        <w:t xml:space="preserve">[31:18] </w:t>
      </w:r>
      <w:r>
        <w:t>mein mujhe khana peena milta rahe, phir bahar aaon toh mujhe shafqat ke sath mohabbat ke sath paale</w:t>
      </w:r>
    </w:p>
    <w:p>
      <w:pPr>
        <w:jc w:val="right"/>
      </w:pPr>
      <w:r>
        <w:t>میں مجھے کھانا پینا ملتا رہے، پھر باہر آؤں تو مجھے شفقت کے ساتھ محبت کے ساتھ پالے</w:t>
      </w:r>
    </w:p>
    <w:p>
      <w:r>
        <w:rPr>
          <w:b/>
        </w:rPr>
        <w:t xml:space="preserve">[31:23] </w:t>
      </w:r>
      <w:r>
        <w:t>mujh ko woh aur hazaron tareeqay se woh mujh ko us ki meharbaniyan milen mujh ko.</w:t>
      </w:r>
    </w:p>
    <w:p>
      <w:pPr>
        <w:jc w:val="right"/>
      </w:pPr>
      <w:r>
        <w:t>مجھ کو وہ اور ہزاروں طریقے سے وہ مجھ کو اس کی مہربانیاں ملیں مجھ کو۔</w:t>
      </w:r>
    </w:p>
    <w:p>
      <w:r>
        <w:rPr>
          <w:b/>
        </w:rPr>
        <w:t xml:space="preserve">[31:29] </w:t>
      </w:r>
      <w:r>
        <w:t>to is se mohabbat ek fitri cheez hai.</w:t>
      </w:r>
    </w:p>
    <w:p>
      <w:pPr>
        <w:jc w:val="right"/>
      </w:pPr>
      <w:r>
        <w:t>تو اس سے محبت ایک فطری چیز ہے۔</w:t>
      </w:r>
    </w:p>
    <w:p>
      <w:r>
        <w:rPr>
          <w:b/>
        </w:rPr>
        <w:t xml:space="preserve">[31:35] </w:t>
      </w:r>
      <w:r>
        <w:t>lekin yeh sochiye ke maa ko banaya kis ne? aur maa ke dil mein bachche ke liye mohabbat</w:t>
      </w:r>
    </w:p>
    <w:p>
      <w:pPr>
        <w:jc w:val="right"/>
      </w:pPr>
      <w:r>
        <w:t>لیکن یہ سوچیے کہ ماں کو بنایا کس نے؟ اور ماں کے دل میں بچے کے لیے محبت</w:t>
      </w:r>
    </w:p>
    <w:p>
      <w:r>
        <w:rPr>
          <w:b/>
        </w:rPr>
        <w:t xml:space="preserve">[31:41] </w:t>
      </w:r>
      <w:r>
        <w:t>rakhi kis ne? mohabbat dekhein, mohabbat ek non-physical item hai.</w:t>
      </w:r>
    </w:p>
    <w:p>
      <w:pPr>
        <w:jc w:val="right"/>
      </w:pPr>
      <w:r>
        <w:t>رکھی کس نے؟ محبت دیکھیں، محبت ایک non-physical item ہے۔</w:t>
      </w:r>
    </w:p>
    <w:p>
      <w:r>
        <w:rPr>
          <w:b/>
        </w:rPr>
        <w:t xml:space="preserve">[31:46] </w:t>
      </w:r>
      <w:r>
        <w:t>aap ke mohabbat aap ke dil mein hai to kahin operation kar ke nikaal nahin sakte is ko.</w:t>
      </w:r>
    </w:p>
    <w:p>
      <w:pPr>
        <w:jc w:val="right"/>
      </w:pPr>
      <w:r>
        <w:t>آپ کے محبت آپ کے دل میں ہے تو کہیں آپریشن کر کے نکال نہیں سکتے اس کو۔</w:t>
      </w:r>
    </w:p>
    <w:p>
      <w:r>
        <w:rPr>
          <w:b/>
        </w:rPr>
        <w:t xml:space="preserve">[31:52] </w:t>
      </w:r>
      <w:r>
        <w:t>aap jaise haddi ko gosht se nikaal lete hain, aap to mohabbat ko kahin operation kar ke nahin paa sakte.</w:t>
      </w:r>
    </w:p>
    <w:p>
      <w:pPr>
        <w:jc w:val="right"/>
      </w:pPr>
      <w:r>
        <w:t>آپ جیسے ہڈی کو گوشت سے نکال لیتے ہیں، آپ تو محبت کو کہیں آپریشن کر کے نہیں پا سکتے۔</w:t>
      </w:r>
    </w:p>
    <w:p>
      <w:r>
        <w:rPr>
          <w:b/>
        </w:rPr>
        <w:t xml:space="preserve">[31:58] </w:t>
      </w:r>
      <w:r>
        <w:t>kahan woh mohabbat hai? woh ek non-physical cheez hai.</w:t>
      </w:r>
    </w:p>
    <w:p>
      <w:pPr>
        <w:jc w:val="right"/>
      </w:pPr>
      <w:r>
        <w:t>کہاں وہ محبت ہے؟ وہ ایک non-physical چیز ہے۔</w:t>
      </w:r>
    </w:p>
    <w:p>
      <w:r>
        <w:rPr>
          <w:b/>
        </w:rPr>
        <w:t xml:space="preserve">[32:04] </w:t>
      </w:r>
      <w:r>
        <w:t>is non-physical cheez ko kis tarah inculcate kiya rab-ul-alameen ne maa ke andar? yeh sab sochen to</w:t>
      </w:r>
    </w:p>
    <w:p>
      <w:pPr>
        <w:jc w:val="right"/>
      </w:pPr>
      <w:r>
        <w:t>اس non-physical چیز کو کس طرح inculcate کیا رب العالمین نے ماں کے اندر؟ یہ سب سوچیں تو</w:t>
      </w:r>
    </w:p>
    <w:p>
      <w:r>
        <w:rPr>
          <w:b/>
        </w:rPr>
        <w:t xml:space="preserve">[32:09] </w:t>
      </w:r>
      <w:r>
        <w:t>bilkul mind-boggling tajurba hota hai.</w:t>
      </w:r>
    </w:p>
    <w:p>
      <w:pPr>
        <w:jc w:val="right"/>
      </w:pPr>
      <w:r>
        <w:t>بالکل mind-boggling تجربہ ہوتا ہے۔</w:t>
      </w:r>
    </w:p>
    <w:p>
      <w:r>
        <w:rPr>
          <w:b/>
        </w:rPr>
        <w:t xml:space="preserve">[32:15] </w:t>
      </w:r>
      <w:r>
        <w:t>aisa baat hai, aap sochen to mind-boggling tajurba hota hai ke kaisa rab, rab kaisa hai, khuda kaisa</w:t>
      </w:r>
    </w:p>
    <w:p>
      <w:pPr>
        <w:jc w:val="right"/>
      </w:pPr>
      <w:r>
        <w:t>ایسا بات ہے، آپ سوچیں تو mind-boggling تجربہ ہوتا ہے کہ کیسا رب، رب کیسا ہے، خدا کیسا</w:t>
      </w:r>
    </w:p>
    <w:p>
      <w:r>
        <w:rPr>
          <w:b/>
        </w:rPr>
        <w:t xml:space="preserve">[32:21] </w:t>
      </w:r>
      <w:r>
        <w:t>hai, creator kaisa hai.</w:t>
      </w:r>
    </w:p>
    <w:p>
      <w:pPr>
        <w:jc w:val="right"/>
      </w:pPr>
      <w:r>
        <w:t>ہے، creator کیسا ہے۔</w:t>
      </w:r>
    </w:p>
    <w:p>
      <w:r>
        <w:rPr>
          <w:b/>
        </w:rPr>
        <w:t xml:space="preserve">[32:27] </w:t>
      </w:r>
      <w:r>
        <w:t>itni badi badi mohabbat ke items is ne meri is duniya mein rakh diye hain.</w:t>
      </w:r>
    </w:p>
    <w:p>
      <w:pPr>
        <w:jc w:val="right"/>
      </w:pPr>
      <w:r>
        <w:t>اتنی بڑی بڑی محبت کے items اس نے میری اس دنیا میں رکھ دیے ہیں۔</w:t>
      </w:r>
    </w:p>
    <w:p>
      <w:r>
        <w:rPr>
          <w:b/>
        </w:rPr>
        <w:t xml:space="preserve">[32:32] </w:t>
      </w:r>
      <w:r>
        <w:t>lekin saara masla yeh hai ke jitne items mohabbat ke hain, woh sab aaj is zamaane mein bazaar</w:t>
      </w:r>
    </w:p>
    <w:p>
      <w:pPr>
        <w:jc w:val="right"/>
      </w:pPr>
      <w:r>
        <w:t>لیکن سارا مسئلہ یہ ہے کہ جتنے items محبت کے ہیں، وہ سب آج اس زمانے میں بازار</w:t>
      </w:r>
    </w:p>
    <w:p>
      <w:r>
        <w:rPr>
          <w:b/>
        </w:rPr>
        <w:t xml:space="preserve">[32:38] </w:t>
      </w:r>
      <w:r>
        <w:t>mein bikte hain.</w:t>
      </w:r>
    </w:p>
    <w:p>
      <w:pPr>
        <w:jc w:val="right"/>
      </w:pPr>
      <w:r>
        <w:t>میں بکتے ہیں۔</w:t>
      </w:r>
    </w:p>
    <w:p>
      <w:r>
        <w:rPr>
          <w:b/>
        </w:rPr>
        <w:t xml:space="preserve">[32:44] </w:t>
      </w:r>
      <w:r>
        <w:t>to ahmiyat ban gayi kis ki? paisay ki.</w:t>
      </w:r>
    </w:p>
    <w:p>
      <w:pPr>
        <w:jc w:val="right"/>
      </w:pPr>
      <w:r>
        <w:t>تو اہمیت بن گئی کس کی؟ پیسے کی۔</w:t>
      </w:r>
    </w:p>
    <w:p>
      <w:r>
        <w:rPr>
          <w:b/>
        </w:rPr>
        <w:t xml:space="preserve">[32:50] </w:t>
      </w:r>
      <w:r>
        <w:t>jo ahmiyat honi chahiye thi creator ki, woh ahmiyat ban gayi paisay ki.</w:t>
      </w:r>
    </w:p>
    <w:p>
      <w:pPr>
        <w:jc w:val="right"/>
      </w:pPr>
      <w:r>
        <w:t>جو اہمیت ہونی چاہیے تھی creator کی، وہ اہمیت بن گئی پیسے کی۔</w:t>
      </w:r>
    </w:p>
    <w:p>
      <w:r>
        <w:rPr>
          <w:b/>
        </w:rPr>
        <w:t xml:space="preserve">[32:55] </w:t>
      </w:r>
      <w:r>
        <w:t>to hamari team ko, hamare besham jo joine hain, un ko yahi kaam karna hai.</w:t>
      </w:r>
    </w:p>
    <w:p>
      <w:pPr>
        <w:jc w:val="right"/>
      </w:pPr>
      <w:r>
        <w:t>تو ہماری ٹیم کو، ہمارے بشم جو جوائن ہیں، ان کو یہی کام کرنا ہے۔</w:t>
      </w:r>
    </w:p>
    <w:p>
      <w:r>
        <w:rPr>
          <w:b/>
        </w:rPr>
        <w:t xml:space="preserve">[33:01] </w:t>
      </w:r>
      <w:r>
        <w:t>un ko replace karna hai.</w:t>
      </w:r>
    </w:p>
    <w:p>
      <w:pPr>
        <w:jc w:val="right"/>
      </w:pPr>
      <w:r>
        <w:t>ان کو replace کرنا ہے۔</w:t>
      </w:r>
    </w:p>
    <w:p>
      <w:r>
        <w:rPr>
          <w:b/>
        </w:rPr>
        <w:t xml:space="preserve">[33:07] </w:t>
      </w:r>
      <w:r>
        <w:t>money ki jagah khuda ko bithana hai.</w:t>
      </w:r>
    </w:p>
    <w:p>
      <w:pPr>
        <w:jc w:val="right"/>
      </w:pPr>
      <w:r>
        <w:t>منی کی جگہ خدا کو بٹھانا ہے۔</w:t>
      </w:r>
    </w:p>
    <w:p>
      <w:r>
        <w:rPr>
          <w:b/>
        </w:rPr>
        <w:t xml:space="preserve">[33:13] </w:t>
      </w:r>
      <w:r>
        <w:t>yaani insaan jo mohabbat karne laga money se, us ko bataana hai ke tum yeh apni mohabbat ka</w:t>
      </w:r>
    </w:p>
    <w:p>
      <w:pPr>
        <w:jc w:val="right"/>
      </w:pPr>
      <w:r>
        <w:t>یعنی انسان جو محبت کرنے لگا منی سے، اس کو بتانا ہے کہ تم یہ اپنی محبت کا</w:t>
      </w:r>
    </w:p>
    <w:p>
      <w:r>
        <w:rPr>
          <w:b/>
        </w:rPr>
        <w:t xml:space="preserve">[33:18] </w:t>
      </w:r>
      <w:r>
        <w:t>jo jazba hai, us ko galat jagah laga rahe ho.</w:t>
      </w:r>
    </w:p>
    <w:p>
      <w:pPr>
        <w:jc w:val="right"/>
      </w:pPr>
      <w:r>
        <w:t>جو جذبہ ہے، اس کو غلط جگہ لگا رہے ہو۔</w:t>
      </w:r>
    </w:p>
    <w:p>
      <w:r>
        <w:rPr>
          <w:b/>
        </w:rPr>
        <w:t xml:space="preserve">[33:24] </w:t>
      </w:r>
      <w:r>
        <w:t>sab se asal jo jagah hai, woh to rab-ul-alameen hai, woh creator hai.</w:t>
      </w:r>
    </w:p>
    <w:p>
      <w:pPr>
        <w:jc w:val="right"/>
      </w:pPr>
      <w:r>
        <w:t>سب سے اصل جو جگہ ہے، وہ تو رب العالمین ہے، وہ creator ہے۔</w:t>
      </w:r>
    </w:p>
    <w:p>
      <w:r>
        <w:rPr>
          <w:b/>
        </w:rPr>
        <w:t xml:space="preserve">[33:30] </w:t>
      </w:r>
      <w:r>
        <w:t>to tareekh mein pehli baar yeh framework bana ke insaan creator se bohat ziyada mohabbat kar sake.</w:t>
      </w:r>
    </w:p>
    <w:p>
      <w:pPr>
        <w:jc w:val="right"/>
      </w:pPr>
      <w:r>
        <w:t>تو تاریخ میں پہلی بار یہ framework بنا کہ انسان creator سے بہت زیادہ محبت کر سکے۔</w:t>
      </w:r>
    </w:p>
    <w:p>
      <w:r>
        <w:rPr>
          <w:b/>
        </w:rPr>
        <w:t xml:space="preserve">[33:36] </w:t>
      </w:r>
      <w:r>
        <w:t>creator se bohat ziyada mohabbat kar sake.</w:t>
      </w:r>
    </w:p>
    <w:p>
      <w:pPr>
        <w:jc w:val="right"/>
      </w:pPr>
      <w:r>
        <w:t>creator سے بہت زیادہ محبت کر سکے۔</w:t>
      </w:r>
    </w:p>
    <w:p>
      <w:r>
        <w:rPr>
          <w:b/>
        </w:rPr>
        <w:t xml:space="preserve">[33:41] </w:t>
      </w:r>
      <w:r>
        <w:t>lekin is zamaane mein ek masla paida ho gaya ke mohabbat ke items bik rahe the bazaar mein, aap lage khareedne.</w:t>
      </w:r>
    </w:p>
    <w:p>
      <w:pPr>
        <w:jc w:val="right"/>
      </w:pPr>
      <w:r>
        <w:t>لیکن اس زمانے میں ایک مسئلہ پیدا ہوگیا کہ محبت کے items بک رہے تھے بازار میں، آپ لگے خریدنے۔</w:t>
      </w:r>
    </w:p>
    <w:p>
      <w:r>
        <w:rPr>
          <w:b/>
        </w:rPr>
        <w:t xml:space="preserve">[33:47] </w:t>
      </w:r>
      <w:r>
        <w:t>to jo jazba paida hona chahiye tha creator ke liye, woh jazba aagaya money ke liye.</w:t>
      </w:r>
    </w:p>
    <w:p>
      <w:pPr>
        <w:jc w:val="right"/>
      </w:pPr>
      <w:r>
        <w:t>تو جو جذبہ پیدا ہونا چاہیے تھا creator کے لیے، وہ جذبہ آگیا منی کے لیے۔</w:t>
      </w:r>
    </w:p>
    <w:p>
      <w:r>
        <w:rPr>
          <w:b/>
        </w:rPr>
        <w:t xml:space="preserve">[33:53] </w:t>
      </w:r>
      <w:r>
        <w:t>ab log daur rahe hain mani ke peeche, halanke daurana chahiye khuda ke peechay.</w:t>
      </w:r>
    </w:p>
    <w:p>
      <w:pPr>
        <w:jc w:val="right"/>
      </w:pPr>
      <w:r>
        <w:t>اب لوگ دوڑ رہے ہیں منی کے پیچھے، حالانکہ دوڑنا چاہیے خدا کے پیچھے۔</w:t>
      </w:r>
    </w:p>
    <w:p>
      <w:r>
        <w:rPr>
          <w:b/>
        </w:rPr>
        <w:t xml:space="preserve">[33:59] </w:t>
      </w:r>
      <w:r>
        <w:t>main ne jo abhi bataya ke hamare gaon ke paas jo nadi thi, us mein flood aa gaya.</w:t>
      </w:r>
    </w:p>
    <w:p>
      <w:pPr>
        <w:jc w:val="right"/>
      </w:pPr>
      <w:r>
        <w:t>میں نے جو ابھی بتایا کہ ہمارے گاؤں کے پاس جو ندی تھی، اس میں flood آگیا۔</w:t>
      </w:r>
    </w:p>
    <w:p>
      <w:r>
        <w:rPr>
          <w:b/>
        </w:rPr>
        <w:t xml:space="preserve">[34:04] </w:t>
      </w:r>
      <w:r>
        <w:t>pani gaon tak pahunch gaya.</w:t>
      </w:r>
    </w:p>
    <w:p>
      <w:pPr>
        <w:jc w:val="right"/>
      </w:pPr>
      <w:r>
        <w:t>پانی گاؤں تک پہنچ گیا۔</w:t>
      </w:r>
    </w:p>
    <w:p>
      <w:r>
        <w:rPr>
          <w:b/>
        </w:rPr>
        <w:t xml:space="preserve">[34:10] </w:t>
      </w:r>
      <w:r>
        <w:t>isi zamane mein mujh ko gaon se jana tha Saraymber.</w:t>
      </w:r>
    </w:p>
    <w:p>
      <w:pPr>
        <w:jc w:val="right"/>
      </w:pPr>
      <w:r>
        <w:t>اسی زمانے میں مجھ کو گاؤں سے جانا تھا سرائمبیر۔</w:t>
      </w:r>
    </w:p>
    <w:p>
      <w:r>
        <w:rPr>
          <w:b/>
        </w:rPr>
        <w:t xml:space="preserve">[34:16] </w:t>
      </w:r>
      <w:r>
        <w:t>Saraymber hamare gaon se taqreeban teen mil ki doori par hai. Teen mil.</w:t>
      </w:r>
    </w:p>
    <w:p>
      <w:pPr>
        <w:jc w:val="right"/>
      </w:pPr>
      <w:r>
        <w:t>سرائمبیر ہمارے گاؤں سے تقریباً تین میل کی دوری پر ہے۔ تین میل۔</w:t>
      </w:r>
    </w:p>
    <w:p>
      <w:r>
        <w:rPr>
          <w:b/>
        </w:rPr>
        <w:t xml:space="preserve">[34:22] </w:t>
      </w:r>
      <w:r>
        <w:t>lekin woh nadi do taraf thi.</w:t>
      </w:r>
    </w:p>
    <w:p>
      <w:pPr>
        <w:jc w:val="right"/>
      </w:pPr>
      <w:r>
        <w:t>لیکن وہ ندی دو طرف تھی۔</w:t>
      </w:r>
    </w:p>
    <w:p>
      <w:r>
        <w:rPr>
          <w:b/>
        </w:rPr>
        <w:t xml:space="preserve">[34:27] </w:t>
      </w:r>
      <w:r>
        <w:t>yeh gaon ke is taraf bhi hai, gaon ke is taraf bhi hai.</w:t>
      </w:r>
    </w:p>
    <w:p>
      <w:pPr>
        <w:jc w:val="right"/>
      </w:pPr>
      <w:r>
        <w:t>یہ گاؤں کے اس طرف بھی ہے، گاؤں کے اس طرف بھی ہے۔</w:t>
      </w:r>
    </w:p>
    <w:p>
      <w:r>
        <w:rPr>
          <w:b/>
        </w:rPr>
        <w:t xml:space="preserve">[34:33] </w:t>
      </w:r>
      <w:r>
        <w:t>aise ghoom ghoom kar ke.</w:t>
      </w:r>
    </w:p>
    <w:p>
      <w:pPr>
        <w:jc w:val="right"/>
      </w:pPr>
      <w:r>
        <w:t>ایسے گھوم گھوم کر کے۔</w:t>
      </w:r>
    </w:p>
    <w:p>
      <w:r>
        <w:rPr>
          <w:b/>
        </w:rPr>
        <w:t xml:space="preserve">[34:39] </w:t>
      </w:r>
      <w:r>
        <w:t>to main apne gaon se nikla, paidal chal kar ke Saraymber pahuncha.</w:t>
      </w:r>
    </w:p>
    <w:p>
      <w:pPr>
        <w:jc w:val="right"/>
      </w:pPr>
      <w:r>
        <w:t>تو میں اپنے گاؤں سے نکلا، پیدل چل کر کے سرائمبیر پہنچا۔</w:t>
      </w:r>
    </w:p>
    <w:p>
      <w:r>
        <w:rPr>
          <w:b/>
        </w:rPr>
        <w:t xml:space="preserve">[34:45] </w:t>
      </w:r>
      <w:r>
        <w:t>subah ko nikla.</w:t>
      </w:r>
    </w:p>
    <w:p>
      <w:pPr>
        <w:jc w:val="right"/>
      </w:pPr>
      <w:r>
        <w:t>صبح کو نکلا۔</w:t>
      </w:r>
    </w:p>
    <w:p>
      <w:r>
        <w:rPr>
          <w:b/>
        </w:rPr>
        <w:t xml:space="preserve">[34:50] </w:t>
      </w:r>
      <w:r>
        <w:t>aur jab wapas aaya to sham ho chuki thi.</w:t>
      </w:r>
    </w:p>
    <w:p>
      <w:pPr>
        <w:jc w:val="right"/>
      </w:pPr>
      <w:r>
        <w:t>اور جب واپس آیا تو شام ہو چکی تھی۔</w:t>
      </w:r>
    </w:p>
    <w:p>
      <w:r>
        <w:rPr>
          <w:b/>
        </w:rPr>
        <w:t xml:space="preserve">[34:56] </w:t>
      </w:r>
      <w:r>
        <w:t>wapas aaya to sham ho chuki thi.</w:t>
      </w:r>
    </w:p>
    <w:p>
      <w:pPr>
        <w:jc w:val="right"/>
      </w:pPr>
      <w:r>
        <w:t>واپس آیا تو شام ہو چکی تھی۔</w:t>
      </w:r>
    </w:p>
    <w:p>
      <w:r>
        <w:rPr>
          <w:b/>
        </w:rPr>
        <w:t xml:space="preserve">[35:02] </w:t>
      </w:r>
      <w:r>
        <w:t>sirf teen mil ke fasle ka jo tha, woh is mein sara din lag gaya.</w:t>
      </w:r>
    </w:p>
    <w:p>
      <w:pPr>
        <w:jc w:val="right"/>
      </w:pPr>
      <w:r>
        <w:t>صرف تین میل کے فاصلے کا جو تھا، وہ اس میں سارا دن لگ گیا۔</w:t>
      </w:r>
    </w:p>
    <w:p>
      <w:r>
        <w:rPr>
          <w:b/>
        </w:rPr>
        <w:t xml:space="preserve">[35:08] </w:t>
      </w:r>
      <w:r>
        <w:t>aaj kya hai? aaj aap isi aap wahan par carain chalti hain, train chalti hai, aur zyada pursawar</w:t>
      </w:r>
    </w:p>
    <w:p>
      <w:pPr>
        <w:jc w:val="right"/>
      </w:pPr>
      <w:r>
        <w:t>آج کیا ہے؟ آج آپ اسی آپ وہاں پر کاریں چلتی ہیں، ٹرین چلتی ہے، اور زیادہ پرسوار</w:t>
      </w:r>
    </w:p>
    <w:p>
      <w:r>
        <w:rPr>
          <w:b/>
        </w:rPr>
        <w:t xml:space="preserve">[35:13] </w:t>
      </w:r>
      <w:r>
        <w:t>jo log hain, woh helicopters chalaate hain.</w:t>
      </w:r>
    </w:p>
    <w:p>
      <w:pPr>
        <w:jc w:val="right"/>
      </w:pPr>
      <w:r>
        <w:t>جو لوگ ہیں، وہ ہیلی کاپٹرز چلاتے ہیں۔</w:t>
      </w:r>
    </w:p>
    <w:p>
      <w:r>
        <w:rPr>
          <w:b/>
        </w:rPr>
        <w:t xml:space="preserve">[35:19] </w:t>
      </w:r>
      <w:r>
        <w:t>to yeh sab kis ne kiya? ek technology rakh di thi Allah Ta'ala ne is nature ke andar. Technology.</w:t>
      </w:r>
    </w:p>
    <w:p>
      <w:pPr>
        <w:jc w:val="right"/>
      </w:pPr>
      <w:r>
        <w:t>تو یہ سب کس نے کیا؟ ایک ٹیکنالوجی رکھ دی تھی اللہ تعالیٰ نے اس نیچر کے اندر۔ ٹیکنالوجی۔</w:t>
      </w:r>
    </w:p>
    <w:p>
      <w:r>
        <w:rPr>
          <w:b/>
        </w:rPr>
        <w:t xml:space="preserve">[35:25] </w:t>
      </w:r>
      <w:r>
        <w:t>car ki technology, hawa jaat ki technology, is ko insaan ne daryaft kiya.</w:t>
      </w:r>
    </w:p>
    <w:p>
      <w:pPr>
        <w:jc w:val="right"/>
      </w:pPr>
      <w:r>
        <w:t>کار کی ٹیکنالوجی، ہوا جات کی ٹیکنالوجی، اس کو انسان نے دریافت کیا۔</w:t>
      </w:r>
    </w:p>
    <w:p>
      <w:r>
        <w:rPr>
          <w:b/>
        </w:rPr>
        <w:t xml:space="preserve">[35:31] </w:t>
      </w:r>
      <w:r>
        <w:t>aur convert kiya is ko sawariyon mein, machineon mein.</w:t>
      </w:r>
    </w:p>
    <w:p>
      <w:pPr>
        <w:jc w:val="right"/>
      </w:pPr>
      <w:r>
        <w:t>اور convert کیا اس کو سواریوں میں، مشینوں میں۔</w:t>
      </w:r>
    </w:p>
    <w:p>
      <w:r>
        <w:rPr>
          <w:b/>
        </w:rPr>
        <w:t xml:space="preserve">[35:36] </w:t>
      </w:r>
      <w:r>
        <w:t>lekin lekin asal jo hai ke woh to asal jo karkhana hai, woh to creator ka karkhana hai.</w:t>
      </w:r>
    </w:p>
    <w:p>
      <w:pPr>
        <w:jc w:val="right"/>
      </w:pPr>
      <w:r>
        <w:t>لیکن لیکن اصل جو ہے کہ وہ تو اصل جو کارنامہ ہے، وہ تو creator کا کارنامہ ہے۔</w:t>
      </w:r>
    </w:p>
    <w:p>
      <w:r>
        <w:rPr>
          <w:b/>
        </w:rPr>
        <w:t xml:space="preserve">[35:42] </w:t>
      </w:r>
      <w:r>
        <w:t>to aap shukr karein engineer ka, shukr karein marker banane walon ka.</w:t>
      </w:r>
    </w:p>
    <w:p>
      <w:pPr>
        <w:jc w:val="right"/>
      </w:pPr>
      <w:r>
        <w:t>تو آپ شکر کریں انجینئر کا، شکر کریں marker بنانے والوں کا۔</w:t>
      </w:r>
    </w:p>
    <w:p>
      <w:r>
        <w:rPr>
          <w:b/>
        </w:rPr>
        <w:t xml:space="preserve">[35:48] </w:t>
      </w:r>
      <w:r>
        <w:t>lekin jo be-panah jo jazba mohabbat aana chahiye, woh to creator ke liye.</w:t>
      </w:r>
    </w:p>
    <w:p>
      <w:pPr>
        <w:jc w:val="right"/>
      </w:pPr>
      <w:r>
        <w:t>لیکن جو بے پناہ جو جذبہ محبت آنا چاہیے، وہ تو creator کے لیے۔</w:t>
      </w:r>
    </w:p>
    <w:p>
      <w:r>
        <w:rPr>
          <w:b/>
        </w:rPr>
        <w:t xml:space="preserve">[35:54] </w:t>
      </w:r>
      <w:r>
        <w:t>kyun ke kisi scientist ne sahi kaha hai ke kainat mein be-shumar particle hain.</w:t>
      </w:r>
    </w:p>
    <w:p>
      <w:pPr>
        <w:jc w:val="right"/>
      </w:pPr>
      <w:r>
        <w:t>کیونکہ کسی سائنسدان نے صحیح کہا ہے کہ کائنات میں بے شمار particle ہیں۔</w:t>
      </w:r>
    </w:p>
    <w:p>
      <w:r>
        <w:rPr>
          <w:b/>
        </w:rPr>
        <w:t xml:space="preserve">[35:59] </w:t>
      </w:r>
      <w:r>
        <w:t>lekin hum ek particle ko na to ghata sakte, na ek particle badha sakte.</w:t>
      </w:r>
    </w:p>
    <w:p>
      <w:pPr>
        <w:jc w:val="right"/>
      </w:pPr>
      <w:r>
        <w:t>لیکن ہم ایک particle کو نہ تو گھٹا سکتے، نہ ایک particle بڑھا سکتے۔</w:t>
      </w:r>
    </w:p>
    <w:p>
      <w:r>
        <w:rPr>
          <w:b/>
        </w:rPr>
        <w:t xml:space="preserve">[36:05] </w:t>
      </w:r>
      <w:r>
        <w:t>hamare bas mein nahi hai ke kainat mein jo be-shumar particle hain, un mein se ek particle</w:t>
      </w:r>
    </w:p>
    <w:p>
      <w:pPr>
        <w:jc w:val="right"/>
      </w:pPr>
      <w:r>
        <w:t>ہمارے بس میں نہیں ہے کہ کائنات میں جو بے شمار particle ہیں، ان میں سے ایک particle</w:t>
      </w:r>
    </w:p>
    <w:p>
      <w:r>
        <w:rPr>
          <w:b/>
        </w:rPr>
        <w:t xml:space="preserve">[36:11] </w:t>
      </w:r>
      <w:r>
        <w:t>ko khatam kar de, ghata de, aur yahi ke ab ek particle badha de.</w:t>
      </w:r>
    </w:p>
    <w:p>
      <w:pPr>
        <w:jc w:val="right"/>
      </w:pPr>
      <w:r>
        <w:t>کو ختم کر دے، گھٹا دے، اور یہی کہ اب ایک particle بڑھا دے۔</w:t>
      </w:r>
    </w:p>
    <w:p>
      <w:r>
        <w:rPr>
          <w:b/>
        </w:rPr>
        <w:t xml:space="preserve">[36:17] </w:t>
      </w:r>
      <w:r>
        <w:t>hamare bas mein nahin hai.</w:t>
      </w:r>
    </w:p>
    <w:p>
      <w:pPr>
        <w:jc w:val="right"/>
      </w:pPr>
      <w:r>
        <w:t>ہمارے بس میں نہیں ہے۔</w:t>
      </w:r>
    </w:p>
    <w:p>
      <w:r>
        <w:rPr>
          <w:b/>
        </w:rPr>
        <w:t xml:space="preserve">[36:22] </w:t>
      </w:r>
      <w:r>
        <w:t>phir itni bari kainat banai.</w:t>
      </w:r>
    </w:p>
    <w:p>
      <w:pPr>
        <w:jc w:val="right"/>
      </w:pPr>
      <w:r>
        <w:t>پھر اتنی بڑی کائنات بنائی۔</w:t>
      </w:r>
    </w:p>
    <w:p>
      <w:r>
        <w:rPr>
          <w:b/>
        </w:rPr>
        <w:t xml:space="preserve">[36:28] </w:t>
      </w:r>
      <w:r>
        <w:t>science ne ek bahut bari cheez daryaft ki hai ke poori universe custom made universe hai.</w:t>
      </w:r>
    </w:p>
    <w:p>
      <w:pPr>
        <w:jc w:val="right"/>
      </w:pPr>
      <w:r>
        <w:t>سائنس نے ایک بہت بڑی چیز دریافت کی ہے کہ پوری universe custom made universe ہے۔</w:t>
      </w:r>
    </w:p>
    <w:p>
      <w:r>
        <w:rPr>
          <w:b/>
        </w:rPr>
        <w:t xml:space="preserve">[36:34] </w:t>
      </w:r>
      <w:r>
        <w:t>yeh hum nahin jante thay.</w:t>
      </w:r>
    </w:p>
    <w:p>
      <w:pPr>
        <w:jc w:val="right"/>
      </w:pPr>
      <w:r>
        <w:t>یہ ہم نہیں جانتے تھے۔</w:t>
      </w:r>
    </w:p>
    <w:p>
      <w:r>
        <w:rPr>
          <w:b/>
        </w:rPr>
        <w:t xml:space="preserve">[36:40] </w:t>
      </w:r>
      <w:r>
        <w:t>mein khud apne bachpan mein mujhe nahin pata tha.</w:t>
      </w:r>
    </w:p>
    <w:p>
      <w:pPr>
        <w:jc w:val="right"/>
      </w:pPr>
      <w:r>
        <w:t>میں خود اپنے بچپن میں مجھے نہیں پتا تھا۔</w:t>
      </w:r>
    </w:p>
    <w:p>
      <w:r>
        <w:rPr>
          <w:b/>
        </w:rPr>
        <w:t xml:space="preserve">[36:45] </w:t>
      </w:r>
      <w:r>
        <w:t>aur poori history mein insan ko pata nahin tha ke universe custom made universe hai.</w:t>
      </w:r>
    </w:p>
    <w:p>
      <w:pPr>
        <w:jc w:val="right"/>
      </w:pPr>
      <w:r>
        <w:t>اور پوری history میں انسان کو پتا نہیں تھا کہ universe custom made universe ہے۔</w:t>
      </w:r>
    </w:p>
    <w:p>
      <w:r>
        <w:rPr>
          <w:b/>
        </w:rPr>
        <w:t xml:space="preserve">[36:51] </w:t>
      </w:r>
      <w:r>
        <w:t>yeh bilkul hamare hisab se bani hai.</w:t>
      </w:r>
    </w:p>
    <w:p>
      <w:pPr>
        <w:jc w:val="right"/>
      </w:pPr>
      <w:r>
        <w:t>یہ بالکل ہمارے حساب سے بنی ہے۔</w:t>
      </w:r>
    </w:p>
    <w:p>
      <w:r>
        <w:rPr>
          <w:b/>
        </w:rPr>
        <w:t xml:space="preserve">[36:57] </w:t>
      </w:r>
      <w:r>
        <w:t>jaise quran mein kaha ke musakhkhar.</w:t>
      </w:r>
    </w:p>
    <w:p>
      <w:pPr>
        <w:jc w:val="right"/>
      </w:pPr>
      <w:r>
        <w:t>جیسے قرآن میں کہا کہ مسخر۔</w:t>
      </w:r>
    </w:p>
    <w:p>
      <w:r>
        <w:rPr>
          <w:b/>
        </w:rPr>
        <w:t xml:space="preserve">[37:03] </w:t>
      </w:r>
      <w:r>
        <w:t>quran mein kaha hai ke sara zameen aasman ko hum ne musakhkhar kar diya.</w:t>
      </w:r>
    </w:p>
    <w:p>
      <w:pPr>
        <w:jc w:val="right"/>
      </w:pPr>
      <w:r>
        <w:t>قرآن میں کہا ہے کہ سارا زمین آسمان کو ہم نے مسخر کر دیا۔</w:t>
      </w:r>
    </w:p>
    <w:p>
      <w:r>
        <w:rPr>
          <w:b/>
        </w:rPr>
        <w:t xml:space="preserve">[37:08] </w:t>
      </w:r>
      <w:r>
        <w:t>musakhkhar ka matlab yahi hai ke sare zameen aasman ko hum ne custom made bana diya.</w:t>
      </w:r>
    </w:p>
    <w:p>
      <w:pPr>
        <w:jc w:val="right"/>
      </w:pPr>
      <w:r>
        <w:t>مسخر کا معنی یہی ہے کہ سارے زمین آسمان کو ہم نے custom made بنا دیا۔</w:t>
      </w:r>
    </w:p>
    <w:p>
      <w:r>
        <w:rPr>
          <w:b/>
        </w:rPr>
        <w:t xml:space="preserve">[37:14] </w:t>
      </w:r>
      <w:r>
        <w:t>custom made universe.</w:t>
      </w:r>
    </w:p>
    <w:p>
      <w:pPr>
        <w:jc w:val="right"/>
      </w:pPr>
      <w:r>
        <w:t>custom made universe۔</w:t>
      </w:r>
    </w:p>
    <w:p>
      <w:r>
        <w:rPr>
          <w:b/>
        </w:rPr>
        <w:t xml:space="preserve">[37:20] </w:t>
      </w:r>
      <w:r>
        <w:t>phir is zameen par life support system.</w:t>
      </w:r>
    </w:p>
    <w:p>
      <w:pPr>
        <w:jc w:val="right"/>
      </w:pPr>
      <w:r>
        <w:t>پھر اس زمین پر life support system۔</w:t>
      </w:r>
    </w:p>
    <w:p>
      <w:r>
        <w:rPr>
          <w:b/>
        </w:rPr>
        <w:t xml:space="preserve">[37:26] </w:t>
      </w:r>
      <w:r>
        <w:t>agar life support system na ho to hum zinda nahin reh sakte.</w:t>
      </w:r>
    </w:p>
    <w:p>
      <w:pPr>
        <w:jc w:val="right"/>
      </w:pPr>
      <w:r>
        <w:t>اگر life support system نہ ہو تو ہم زندہ نہیں رہ سکتے۔</w:t>
      </w:r>
    </w:p>
    <w:p>
      <w:r>
        <w:rPr>
          <w:b/>
        </w:rPr>
        <w:t xml:space="preserve">[37:31] </w:t>
      </w:r>
      <w:r>
        <w:t>to yeh sari cheezen jo hain, aaj ka insan hamesha se zyada janta hai in cheezon ko.</w:t>
      </w:r>
    </w:p>
    <w:p>
      <w:pPr>
        <w:jc w:val="right"/>
      </w:pPr>
      <w:r>
        <w:t>تو یہ ساری چیزیں جو ہیں، آج کا انسان ہمیشہ سے زیادہ جانتا ہے ان چیزوں کو۔</w:t>
      </w:r>
    </w:p>
    <w:p>
      <w:r>
        <w:rPr>
          <w:b/>
        </w:rPr>
        <w:t xml:space="preserve">[37:37] </w:t>
      </w:r>
      <w:r>
        <w:t>aaj ka jo insan hai, woh in cheezon ko hamesha se zyada janta hai.</w:t>
      </w:r>
    </w:p>
    <w:p>
      <w:pPr>
        <w:jc w:val="right"/>
      </w:pPr>
      <w:r>
        <w:t>آج کا جو انسان ہے، وہ ان چیزوں کو ہمیشہ سے زیادہ جانتا ہے۔</w:t>
      </w:r>
    </w:p>
    <w:p>
      <w:r>
        <w:rPr>
          <w:b/>
        </w:rPr>
        <w:t xml:space="preserve">[37:43] </w:t>
      </w:r>
      <w:r>
        <w:t>lekin janta hai kis matlab mein? shopping item ke matlab mein. shopping item.</w:t>
      </w:r>
    </w:p>
    <w:p>
      <w:pPr>
        <w:jc w:val="right"/>
      </w:pPr>
      <w:r>
        <w:t>لیکن جانتا ہے کس معنی میں؟ شاپنگ آئٹم کے معنی میں۔ شاپنگ آئٹم۔</w:t>
      </w:r>
    </w:p>
    <w:p>
      <w:r>
        <w:rPr>
          <w:b/>
        </w:rPr>
        <w:t xml:space="preserve">[37:49] </w:t>
      </w:r>
      <w:r>
        <w:t>aap jante hain ke aap ko ek pencil lena ho to tab bhi aap ko bazaar mein ja</w:t>
      </w:r>
    </w:p>
    <w:p>
      <w:pPr>
        <w:jc w:val="right"/>
      </w:pPr>
      <w:r>
        <w:t>آپ جانتے ہیں کہ آپ کو ایک پینسل لینا ہو تو تب بھی آپ کو بازار میں جا</w:t>
      </w:r>
    </w:p>
    <w:p>
      <w:r>
        <w:rPr>
          <w:b/>
        </w:rPr>
        <w:t xml:space="preserve">[37:54] </w:t>
      </w:r>
      <w:r>
        <w:t>ke mil jayegi.</w:t>
      </w:r>
    </w:p>
    <w:p>
      <w:pPr>
        <w:jc w:val="right"/>
      </w:pPr>
      <w:r>
        <w:t>کے مل جائے گی۔</w:t>
      </w:r>
    </w:p>
    <w:p>
      <w:r>
        <w:rPr>
          <w:b/>
        </w:rPr>
        <w:t xml:space="preserve">[38:00] </w:t>
      </w:r>
      <w:r>
        <w:t>ek jahaz lena ho to tab bhi aap bazaar mein ja ke khareed sakte hain.</w:t>
      </w:r>
    </w:p>
    <w:p>
      <w:pPr>
        <w:jc w:val="right"/>
      </w:pPr>
      <w:r>
        <w:t>ایک جہاز لینا ہو تو تب بھی آپ بازار میں جا کے خرید سکتے ہیں۔</w:t>
      </w:r>
    </w:p>
    <w:p>
      <w:r>
        <w:rPr>
          <w:b/>
        </w:rPr>
        <w:t xml:space="preserve">[38:06] </w:t>
      </w:r>
      <w:r>
        <w:t>aap paisa agar hai aap ke paas to.</w:t>
      </w:r>
    </w:p>
    <w:p>
      <w:pPr>
        <w:jc w:val="right"/>
      </w:pPr>
      <w:r>
        <w:t>آپ پیسہ اگر ہے آپ کے پاس تو۔</w:t>
      </w:r>
    </w:p>
    <w:p>
      <w:r>
        <w:rPr>
          <w:b/>
        </w:rPr>
        <w:t xml:space="preserve">[38:12] </w:t>
      </w:r>
      <w:r>
        <w:t>yeh jo hamare samne hai, yeh internet, yeh computer, yeh sari technology, yeh sab bhi paise ka karishma hai bazahir.</w:t>
      </w:r>
    </w:p>
    <w:p>
      <w:pPr>
        <w:jc w:val="right"/>
      </w:pPr>
      <w:r>
        <w:t>یہ جو ہمارے سامنے ہے، یہ انٹرنیٹ، یہ کمپیوٹر، یہ ساری ٹیکنالوجی، یہ سب بھی پیسے کا کرشمہ ہے بظاہر۔</w:t>
      </w:r>
    </w:p>
    <w:p>
      <w:r>
        <w:rPr>
          <w:b/>
        </w:rPr>
        <w:t xml:space="preserve">[38:17] </w:t>
      </w:r>
      <w:r>
        <w:t>lekin asal mein to karishma hai rab creator ka.</w:t>
      </w:r>
    </w:p>
    <w:p>
      <w:pPr>
        <w:jc w:val="right"/>
      </w:pPr>
      <w:r>
        <w:t>لیکن اصل میں تو کرشمہ ہے رب creator کا۔</w:t>
      </w:r>
    </w:p>
    <w:p>
      <w:r>
        <w:rPr>
          <w:b/>
        </w:rPr>
        <w:t xml:space="preserve">[38:23] </w:t>
      </w:r>
      <w:r>
        <w:t>asal mein karishma hai creator ka.</w:t>
      </w:r>
    </w:p>
    <w:p>
      <w:pPr>
        <w:jc w:val="right"/>
      </w:pPr>
      <w:r>
        <w:t>اصل میں کرشمہ ہے creator کا۔</w:t>
      </w:r>
    </w:p>
    <w:p>
      <w:r>
        <w:rPr>
          <w:b/>
        </w:rPr>
        <w:t xml:space="preserve">[38:29] </w:t>
      </w:r>
      <w:r>
        <w:t>to aap ko ek bahut bara scope khula hua hai aap ke liye.</w:t>
      </w:r>
    </w:p>
    <w:p>
      <w:pPr>
        <w:jc w:val="right"/>
      </w:pPr>
      <w:r>
        <w:t>تو آپ کو ایک بہت بڑا scope کھلا ہوا ہے آپ کے لیے۔</w:t>
      </w:r>
    </w:p>
    <w:p>
      <w:r>
        <w:rPr>
          <w:b/>
        </w:rPr>
        <w:t xml:space="preserve">[38:35] </w:t>
      </w:r>
      <w:r>
        <w:t>ke history mein kisi ko jo mauqa nahin mila.</w:t>
      </w:r>
    </w:p>
    <w:p>
      <w:pPr>
        <w:jc w:val="right"/>
      </w:pPr>
      <w:r>
        <w:t>کہ history میں کسی کو جو موقع نہیں ملا۔</w:t>
      </w:r>
    </w:p>
    <w:p>
      <w:r>
        <w:rPr>
          <w:b/>
        </w:rPr>
        <w:t xml:space="preserve">[38:40] </w:t>
      </w:r>
      <w:r>
        <w:t>keh aap history mein aik chapter jo abhi likha nahin gaya tha, us ko likha hain aap.</w:t>
      </w:r>
    </w:p>
    <w:p>
      <w:pPr>
        <w:jc w:val="right"/>
      </w:pPr>
      <w:r>
        <w:t>کہ آپ history میں ایک چیپٹر جو ابھی لکھا نہیں گیا تھا، اس کو لکھا ہیں آپ۔</w:t>
      </w:r>
    </w:p>
    <w:p>
      <w:r>
        <w:rPr>
          <w:b/>
        </w:rPr>
        <w:t xml:space="preserve">[38:46] </w:t>
      </w:r>
      <w:r>
        <w:t>yani Allah ki mohabbat ka chapter.</w:t>
      </w:r>
    </w:p>
    <w:p>
      <w:pPr>
        <w:jc w:val="right"/>
      </w:pPr>
      <w:r>
        <w:t>یعنی اللہ کی محبت کا چیپٹر۔</w:t>
      </w:r>
    </w:p>
    <w:p>
      <w:r>
        <w:rPr>
          <w:b/>
        </w:rPr>
        <w:t xml:space="preserve">[38:52] </w:t>
      </w:r>
      <w:r>
        <w:t>creator ki mohabbat ka chapter.</w:t>
      </w:r>
    </w:p>
    <w:p>
      <w:pPr>
        <w:jc w:val="right"/>
      </w:pPr>
      <w:r>
        <w:t>creator کی محبت کا چیپٹر۔</w:t>
      </w:r>
    </w:p>
    <w:p>
      <w:r>
        <w:rPr>
          <w:b/>
        </w:rPr>
        <w:t xml:space="preserve">[38:58] </w:t>
      </w:r>
      <w:r>
        <w:t>aur phir logon ke andar mohabbat paida ho.</w:t>
      </w:r>
    </w:p>
    <w:p>
      <w:pPr>
        <w:jc w:val="right"/>
      </w:pPr>
      <w:r>
        <w:t>اور پھر لوگوں کے اندر محبت پیدا ہو۔</w:t>
      </w:r>
    </w:p>
    <w:p>
      <w:r>
        <w:rPr>
          <w:b/>
        </w:rPr>
        <w:t xml:space="preserve">[39:03] </w:t>
      </w:r>
      <w:r>
        <w:t>aur wal-ladheena aamanoo ashadd hubb-Allah ka waqia zahir ho.</w:t>
      </w:r>
    </w:p>
    <w:p>
      <w:pPr>
        <w:jc w:val="right"/>
      </w:pPr>
      <w:r>
        <w:t>اور والذین آمنوا اشد حب اللہ کا واقعہ ظاہر ہو۔</w:t>
      </w:r>
    </w:p>
    <w:p>
      <w:r>
        <w:rPr>
          <w:b/>
        </w:rPr>
        <w:t xml:space="preserve">[39:09] </w:t>
      </w:r>
      <w:r>
        <w:t>to yeh sab baatein sochte hue maine socha keh kitna bara moqa aik khali hai abhi tak.</w:t>
      </w:r>
    </w:p>
    <w:p>
      <w:pPr>
        <w:jc w:val="right"/>
      </w:pPr>
      <w:r>
        <w:t>تو یہ سب باتیں سوچتے ہوئے میں نے سوچا کہ کتنا بڑا موقع ایک خالی ہے ابھی تک۔</w:t>
      </w:r>
    </w:p>
    <w:p>
      <w:r>
        <w:rPr>
          <w:b/>
        </w:rPr>
        <w:t xml:space="preserve">[39:15] </w:t>
      </w:r>
      <w:r>
        <w:t>aik kitna bara chapter abhi dekhna baqi hai.</w:t>
      </w:r>
    </w:p>
    <w:p>
      <w:pPr>
        <w:jc w:val="right"/>
      </w:pPr>
      <w:r>
        <w:t>ایک کتنا بڑا چیپٹر ابھی دیکھنا باقی ہے۔</w:t>
      </w:r>
    </w:p>
    <w:p>
      <w:r>
        <w:rPr>
          <w:b/>
        </w:rPr>
        <w:t xml:space="preserve">[39:21] </w:t>
      </w:r>
      <w:r>
        <w:t>Allah se mohabbat ka chapter.</w:t>
      </w:r>
    </w:p>
    <w:p>
      <w:pPr>
        <w:jc w:val="right"/>
      </w:pPr>
      <w:r>
        <w:t>اللہ سے محبت کا چیپٹر۔</w:t>
      </w:r>
    </w:p>
    <w:p>
      <w:r>
        <w:rPr>
          <w:b/>
        </w:rPr>
        <w:t xml:space="preserve">[39:26] </w:t>
      </w:r>
      <w:r>
        <w:t>aur sara kaam to maghrib ne kar diya hai.</w:t>
      </w:r>
    </w:p>
    <w:p>
      <w:pPr>
        <w:jc w:val="right"/>
      </w:pPr>
      <w:r>
        <w:t>اور سارا کام تو مغرب نے کر دیا ہے۔</w:t>
      </w:r>
    </w:p>
    <w:p>
      <w:r>
        <w:rPr>
          <w:b/>
        </w:rPr>
        <w:t xml:space="preserve">[39:32] </w:t>
      </w:r>
      <w:r>
        <w:t>west ke logon ne kar diya hai.</w:t>
      </w:r>
    </w:p>
    <w:p>
      <w:pPr>
        <w:jc w:val="right"/>
      </w:pPr>
      <w:r>
        <w:t>west کے لوگوں نے کر دیا ہے۔</w:t>
      </w:r>
    </w:p>
    <w:p>
      <w:r>
        <w:rPr>
          <w:b/>
        </w:rPr>
        <w:t xml:space="preserve">[39:38] </w:t>
      </w:r>
      <w:r>
        <w:t>humain to sirf is ko istemal karna hai.</w:t>
      </w:r>
    </w:p>
    <w:p>
      <w:pPr>
        <w:jc w:val="right"/>
      </w:pPr>
      <w:r>
        <w:t>ہمیں تو صرف اس کو استعمال کرنا ہے۔</w:t>
      </w:r>
    </w:p>
    <w:p>
      <w:r>
        <w:rPr>
          <w:b/>
        </w:rPr>
        <w:t xml:space="preserve">[39:44] </w:t>
      </w:r>
      <w:r>
        <w:t>sara kaam is mamle mein maghrib ke logon ne kar diya hai.</w:t>
      </w:r>
    </w:p>
    <w:p>
      <w:pPr>
        <w:jc w:val="right"/>
      </w:pPr>
      <w:r>
        <w:t>سارا کام اس معاملے میں مغرب کے لوگوں نے کر دیا ہے۔</w:t>
      </w:r>
    </w:p>
    <w:p>
      <w:r>
        <w:rPr>
          <w:b/>
        </w:rPr>
        <w:t xml:space="preserve">[39:49] </w:t>
      </w:r>
      <w:r>
        <w:t>balkeh main to yeh sochta hoon keh yeh kaam musalmanon ko karna tha.</w:t>
      </w:r>
    </w:p>
    <w:p>
      <w:pPr>
        <w:jc w:val="right"/>
      </w:pPr>
      <w:r>
        <w:t>بلکہ میں تو یہ سوچتا ہوں کہ یہ کام مسلمانوں کو کرنا تھا۔</w:t>
      </w:r>
    </w:p>
    <w:p>
      <w:r>
        <w:rPr>
          <w:b/>
        </w:rPr>
        <w:t xml:space="preserve">[39:55] </w:t>
      </w:r>
      <w:r>
        <w:t>jo Quran ke jin par Quran jin ko diya gaya hai.</w:t>
      </w:r>
    </w:p>
    <w:p>
      <w:pPr>
        <w:jc w:val="right"/>
      </w:pPr>
      <w:r>
        <w:t>جو قرآن کے جن پر قرآن جن کو دیا گیا ہے۔</w:t>
      </w:r>
    </w:p>
    <w:p>
      <w:r>
        <w:rPr>
          <w:b/>
        </w:rPr>
        <w:t xml:space="preserve">[40:01] </w:t>
      </w:r>
      <w:r>
        <w:t>musalmanon ko karna tha yeh kaam.</w:t>
      </w:r>
    </w:p>
    <w:p>
      <w:pPr>
        <w:jc w:val="right"/>
      </w:pPr>
      <w:r>
        <w:t>مسلمانوں کو کرنا تھا یہ کام۔</w:t>
      </w:r>
    </w:p>
    <w:p>
      <w:r>
        <w:rPr>
          <w:b/>
        </w:rPr>
        <w:t xml:space="preserve">[40:07] </w:t>
      </w:r>
      <w:r>
        <w:t>keh mohabbat ke item jo hain woh kholain.</w:t>
      </w:r>
    </w:p>
    <w:p>
      <w:pPr>
        <w:jc w:val="right"/>
      </w:pPr>
      <w:r>
        <w:t>کہ محبت کے آئٹم جو ہیں وہ کھولیں۔</w:t>
      </w:r>
    </w:p>
    <w:p>
      <w:r>
        <w:rPr>
          <w:b/>
        </w:rPr>
        <w:t xml:space="preserve">[40:12] </w:t>
      </w:r>
      <w:r>
        <w:t>aur woh batain keh khaliq insaan se kitna zyada mohabbat karta hai.</w:t>
      </w:r>
    </w:p>
    <w:p>
      <w:pPr>
        <w:jc w:val="right"/>
      </w:pPr>
      <w:r>
        <w:t>اور وہ بتائیں کہ خالق انسان سے کتنا زیادہ محبت کرتا ہے۔</w:t>
      </w:r>
    </w:p>
    <w:p>
      <w:r>
        <w:rPr>
          <w:b/>
        </w:rPr>
        <w:t xml:space="preserve">[40:18] </w:t>
      </w:r>
      <w:r>
        <w:t>aur tumhain kitna zyada Allah se mohabbat karna chahiye.</w:t>
      </w:r>
    </w:p>
    <w:p>
      <w:pPr>
        <w:jc w:val="right"/>
      </w:pPr>
      <w:r>
        <w:t>اور تمہیں کتنا زیادہ اللہ سے محبت کرنا چاہیے۔</w:t>
      </w:r>
    </w:p>
    <w:p>
      <w:r>
        <w:rPr>
          <w:b/>
        </w:rPr>
        <w:t xml:space="preserve">[40:24] </w:t>
      </w:r>
      <w:r>
        <w:t>yeh yeh musalmanon ka kaam tha keh is ko kholain.</w:t>
      </w:r>
    </w:p>
    <w:p>
      <w:pPr>
        <w:jc w:val="right"/>
      </w:pPr>
      <w:r>
        <w:t>یہ یہ مسلمانوں کا کام تھا کہ اس کو کھولیں۔</w:t>
      </w:r>
    </w:p>
    <w:p>
      <w:r>
        <w:rPr>
          <w:b/>
        </w:rPr>
        <w:t xml:space="preserve">[40:30] </w:t>
      </w:r>
      <w:r>
        <w:t>lekin musalman yeh kaam nahin kar sake.</w:t>
      </w:r>
    </w:p>
    <w:p>
      <w:pPr>
        <w:jc w:val="right"/>
      </w:pPr>
      <w:r>
        <w:t>لیکن مسلمان یہ کام نہیں کر سکے۔</w:t>
      </w:r>
    </w:p>
    <w:p>
      <w:r>
        <w:rPr>
          <w:b/>
        </w:rPr>
        <w:t xml:space="preserve">[40:35] </w:t>
      </w:r>
      <w:r>
        <w:t>kuch traditional tor par kuch kiya hoga.</w:t>
      </w:r>
    </w:p>
    <w:p>
      <w:pPr>
        <w:jc w:val="right"/>
      </w:pPr>
      <w:r>
        <w:t>کچھ traditional طور پر کچھ کیا ہوگا۔</w:t>
      </w:r>
    </w:p>
    <w:p>
      <w:r>
        <w:rPr>
          <w:b/>
        </w:rPr>
        <w:t xml:space="preserve">[40:41] </w:t>
      </w:r>
      <w:r>
        <w:t>sara kaam taqreeban jo hai woh kiya hai ahl-e-maghrib ne.</w:t>
      </w:r>
    </w:p>
    <w:p>
      <w:pPr>
        <w:jc w:val="right"/>
      </w:pPr>
      <w:r>
        <w:t>سارا کام تقریباً جو ہے وہ کیا ہے اہل مغرب نے۔</w:t>
      </w:r>
    </w:p>
    <w:p>
      <w:r>
        <w:rPr>
          <w:b/>
        </w:rPr>
        <w:t xml:space="preserve">[40:47] </w:t>
      </w:r>
      <w:r>
        <w:t>jitne nai nai cheezein hain, ahl-e-maghrib ne kiya hai.</w:t>
      </w:r>
    </w:p>
    <w:p>
      <w:pPr>
        <w:jc w:val="right"/>
      </w:pPr>
      <w:r>
        <w:t>جتنے نئی نئی چیزیں ہیں، اہل مغرب نے کیا ہے۔</w:t>
      </w:r>
    </w:p>
    <w:p>
      <w:r>
        <w:rPr>
          <w:b/>
        </w:rPr>
        <w:t xml:space="preserve">[40:53] </w:t>
      </w:r>
      <w:r>
        <w:t>to hamara to kaam yani doosron ne kar diya, humain to sirf istemal karna hai.</w:t>
      </w:r>
    </w:p>
    <w:p>
      <w:pPr>
        <w:jc w:val="right"/>
      </w:pPr>
      <w:r>
        <w:t>تو ہمارا تو کام یعنی دوسروں نے کر دیا، ہمیں تو صرف استعمال کرنا ہے۔</w:t>
      </w:r>
    </w:p>
    <w:p>
      <w:r>
        <w:rPr>
          <w:b/>
        </w:rPr>
        <w:t xml:space="preserve">[40:58] </w:t>
      </w:r>
      <w:r>
        <w:t>aur shayad yahan bhi wahi hadees ab apply hoti hai keh in Allah la yani is Allah is</w:t>
      </w:r>
    </w:p>
    <w:p>
      <w:pPr>
        <w:jc w:val="right"/>
      </w:pPr>
      <w:r>
        <w:t>اور شاید یہاں بھی وہی حدیث اب اپلائی ہوتی ہے کہ ان اللہ لا یعنی اس اللہ اس</w:t>
      </w:r>
    </w:p>
    <w:p>
      <w:r>
        <w:rPr>
          <w:b/>
        </w:rPr>
        <w:t xml:space="preserve">[41:04] </w:t>
      </w:r>
      <w:r>
        <w:t>deen ki taeed doosri qomon ke zariye bhi karega.</w:t>
      </w:r>
    </w:p>
    <w:p>
      <w:pPr>
        <w:jc w:val="right"/>
      </w:pPr>
      <w:r>
        <w:t>دین کی تائید دوسری قوموں کے ذریعے بھی کرے گا۔</w:t>
      </w:r>
    </w:p>
    <w:p>
      <w:r>
        <w:rPr>
          <w:b/>
        </w:rPr>
        <w:t xml:space="preserve">[41:10] </w:t>
      </w:r>
      <w:r>
        <w:t>to taeed kya hai? yahi to hai taeed.</w:t>
      </w:r>
    </w:p>
    <w:p>
      <w:pPr>
        <w:jc w:val="right"/>
      </w:pPr>
      <w:r>
        <w:t>تو تائید کیا ہے؟ یہی تو ہے تائید۔</w:t>
      </w:r>
    </w:p>
    <w:p>
      <w:r>
        <w:rPr>
          <w:b/>
        </w:rPr>
        <w:t xml:space="preserve">[41:16] </w:t>
      </w:r>
      <w:r>
        <w:t>supporting item انہوں نے سب ہمیں دے دیا ہے۔</w:t>
      </w:r>
    </w:p>
    <w:p>
      <w:pPr>
        <w:jc w:val="right"/>
      </w:pPr>
      <w:r>
        <w:t>سپورٹنگ آئٹم انہوں نے سب ہمیں دے دیا ہے۔</w:t>
      </w:r>
    </w:p>
    <w:p>
      <w:r>
        <w:rPr>
          <w:b/>
        </w:rPr>
        <w:t xml:space="preserve">[41:21] </w:t>
      </w:r>
      <w:r>
        <w:t>ab is ko istemal karna hai.</w:t>
      </w:r>
    </w:p>
    <w:p>
      <w:pPr>
        <w:jc w:val="right"/>
      </w:pPr>
      <w:r>
        <w:t>اب اس کو استعمال کرنا ہے۔</w:t>
      </w:r>
    </w:p>
    <w:p>
      <w:r>
        <w:rPr>
          <w:b/>
        </w:rPr>
        <w:t xml:space="preserve">[41:27] </w:t>
      </w:r>
      <w:r>
        <w:t>mein jab pehli baar gaya tha rome to ek tajurba mujhe pehli baar hua.</w:t>
      </w:r>
    </w:p>
    <w:p>
      <w:pPr>
        <w:jc w:val="right"/>
      </w:pPr>
      <w:r>
        <w:t>میں جب پہلی بار گیا تھا روم تو ایک تجربہ مجھے پہلی بار ہوا۔</w:t>
      </w:r>
    </w:p>
    <w:p>
      <w:r>
        <w:rPr>
          <w:b/>
        </w:rPr>
        <w:t xml:space="preserve">[41:33] </w:t>
      </w:r>
      <w:r>
        <w:t>ab to isi india mein, delhi mein bhi is tarah ke hote honge.</w:t>
      </w:r>
    </w:p>
    <w:p>
      <w:pPr>
        <w:jc w:val="right"/>
      </w:pPr>
      <w:r>
        <w:t>اب تو اسی انڈیا میں، دہلی میں بھی اس طرح کے ہوتے ہوں گے۔</w:t>
      </w:r>
    </w:p>
    <w:p>
      <w:r>
        <w:rPr>
          <w:b/>
        </w:rPr>
        <w:t xml:space="preserve">[41:39] </w:t>
      </w:r>
      <w:r>
        <w:t>wahan door jo the to mein is mein chalna tha, mujhe yahan se wahan jana tha chalkar ke. airport par.</w:t>
      </w:r>
    </w:p>
    <w:p>
      <w:pPr>
        <w:jc w:val="right"/>
      </w:pPr>
      <w:r>
        <w:t>وہاں ڈور جو تھے تو میں اس میں چلنا تھا، مجھے یہاں سے وہاں جانا تھا چل کر کے۔ ایئرپورٹ پر۔</w:t>
      </w:r>
    </w:p>
    <w:p>
      <w:r>
        <w:rPr>
          <w:b/>
        </w:rPr>
        <w:t xml:space="preserve">[41:44] </w:t>
      </w:r>
      <w:r>
        <w:t>to airport par kai door se guzarna tha.</w:t>
      </w:r>
    </w:p>
    <w:p>
      <w:pPr>
        <w:jc w:val="right"/>
      </w:pPr>
      <w:r>
        <w:t>تو ایئرپورٹ پر کئی ڈور سے گزرنا تھا۔</w:t>
      </w:r>
    </w:p>
    <w:p>
      <w:r>
        <w:rPr>
          <w:b/>
        </w:rPr>
        <w:t xml:space="preserve">[41:50] </w:t>
      </w:r>
      <w:r>
        <w:t>aur sab mein shishe ki door lagi hui thi.</w:t>
      </w:r>
    </w:p>
    <w:p>
      <w:pPr>
        <w:jc w:val="right"/>
      </w:pPr>
      <w:r>
        <w:t>اور سب میں شیشے کی ڈور لگی ہوئی تھی۔</w:t>
      </w:r>
    </w:p>
    <w:p>
      <w:r>
        <w:rPr>
          <w:b/>
        </w:rPr>
        <w:t xml:space="preserve">[41:56] </w:t>
      </w:r>
      <w:r>
        <w:t>to mein apne jo hamare hamare jo guide the, un ke sath chal raha tha.</w:t>
      </w:r>
    </w:p>
    <w:p>
      <w:pPr>
        <w:jc w:val="right"/>
      </w:pPr>
      <w:r>
        <w:t>تو میں اپنے جو ہمارے ہمارے جو گائیڈ تھے، ان کے ساتھ چل رہا تھا۔</w:t>
      </w:r>
    </w:p>
    <w:p>
      <w:r>
        <w:rPr>
          <w:b/>
        </w:rPr>
        <w:t xml:space="preserve">[42:02] </w:t>
      </w:r>
      <w:r>
        <w:t>to jab mein ek door pahunchta to darwaza apne aap khul jata.</w:t>
      </w:r>
    </w:p>
    <w:p>
      <w:pPr>
        <w:jc w:val="right"/>
      </w:pPr>
      <w:r>
        <w:t>تو جب میں ایک ڈور پہنچتا تو دروازہ اپنے آپ کھل جاتا۔</w:t>
      </w:r>
    </w:p>
    <w:p>
      <w:r>
        <w:rPr>
          <w:b/>
        </w:rPr>
        <w:t xml:space="preserve">[42:07] </w:t>
      </w:r>
      <w:r>
        <w:t>apne aap phir band ho jata.</w:t>
      </w:r>
    </w:p>
    <w:p>
      <w:pPr>
        <w:jc w:val="right"/>
      </w:pPr>
      <w:r>
        <w:t>اپنے آپ پھر بند ہو جاتا۔</w:t>
      </w:r>
    </w:p>
    <w:p>
      <w:r>
        <w:rPr>
          <w:b/>
        </w:rPr>
        <w:t xml:space="preserve">[42:13] </w:t>
      </w:r>
      <w:r>
        <w:t>phir pahunchta to apne aap khul jata, phir band ho jata.</w:t>
      </w:r>
    </w:p>
    <w:p>
      <w:pPr>
        <w:jc w:val="right"/>
      </w:pPr>
      <w:r>
        <w:t>پھر پہنچتا تو اپنے آپ کھل جاتا، پھر بند ہو جاتا۔</w:t>
      </w:r>
    </w:p>
    <w:p>
      <w:r>
        <w:rPr>
          <w:b/>
        </w:rPr>
        <w:t xml:space="preserve">[42:19] </w:t>
      </w:r>
      <w:r>
        <w:t>to mujhe ek ajeeb ehsas hua.</w:t>
      </w:r>
    </w:p>
    <w:p>
      <w:pPr>
        <w:jc w:val="right"/>
      </w:pPr>
      <w:r>
        <w:t>تو مجھے ایک عجیب احساس ہوا۔</w:t>
      </w:r>
    </w:p>
    <w:p>
      <w:r>
        <w:rPr>
          <w:b/>
        </w:rPr>
        <w:t xml:space="preserve">[42:25] </w:t>
      </w:r>
      <w:r>
        <w:t>kyun ke jannat ke bare mein tasawwur hai ke wahan jab jayenge, ahl-e-jannat, to darwaza apne aap</w:t>
      </w:r>
    </w:p>
    <w:p>
      <w:pPr>
        <w:jc w:val="right"/>
      </w:pPr>
      <w:r>
        <w:t>کیونکہ جنت کے بارے میں تصور ہے کہ وہاں جب جائیں گے، اہل جنت، تو دروازہ اپنے آپ</w:t>
      </w:r>
    </w:p>
    <w:p>
      <w:r>
        <w:rPr>
          <w:b/>
        </w:rPr>
        <w:t xml:space="preserve">[42:30] </w:t>
      </w:r>
      <w:r>
        <w:t>khul jayega.</w:t>
      </w:r>
    </w:p>
    <w:p>
      <w:pPr>
        <w:jc w:val="right"/>
      </w:pPr>
      <w:r>
        <w:t>کھل جائے گا۔</w:t>
      </w:r>
    </w:p>
    <w:p>
      <w:r>
        <w:rPr>
          <w:b/>
        </w:rPr>
        <w:t xml:space="preserve">[42:36] </w:t>
      </w:r>
      <w:r>
        <w:t>ahl-e-jannat jab wahan pahunchenge to jannat ke darwaze apne aap khul jayenge.</w:t>
      </w:r>
    </w:p>
    <w:p>
      <w:pPr>
        <w:jc w:val="right"/>
      </w:pPr>
      <w:r>
        <w:t>اہل جنت جب وہاں پہنچیں گے تو جنت کے دروازے اپنے آپ کھل جائیں گے۔</w:t>
      </w:r>
    </w:p>
    <w:p>
      <w:r>
        <w:rPr>
          <w:b/>
        </w:rPr>
        <w:t xml:space="preserve">[42:42] </w:t>
      </w:r>
      <w:r>
        <w:t>to is tajurbe ko jo jannat mein hone wala hai, is ko illustrate kar diya is duniya mein.</w:t>
      </w:r>
    </w:p>
    <w:p>
      <w:pPr>
        <w:jc w:val="right"/>
      </w:pPr>
      <w:r>
        <w:t>تو اس تجربے کو جو جنت میں ہونے والا ہے، اس کو illustrate کر دیا اس دنیا میں۔</w:t>
      </w:r>
    </w:p>
    <w:p>
      <w:r>
        <w:rPr>
          <w:b/>
        </w:rPr>
        <w:t xml:space="preserve">[42:48] </w:t>
      </w:r>
      <w:r>
        <w:t>ahl-e-jannat jab wahan pahunchenge to is mein jahannum kahan to wow hai.</w:t>
      </w:r>
    </w:p>
    <w:p>
      <w:pPr>
        <w:jc w:val="right"/>
      </w:pPr>
      <w:r>
        <w:t>اہل جنت جب وہاں پہنچیں گے تو اس میں جہنم کہاں تو واو ہے۔</w:t>
      </w:r>
    </w:p>
    <w:p>
      <w:r>
        <w:rPr>
          <w:b/>
        </w:rPr>
        <w:t xml:space="preserve">[42:53] </w:t>
      </w:r>
      <w:r>
        <w:t>aur jannat ke darwaze khul jayenge jahannum ke.</w:t>
      </w:r>
    </w:p>
    <w:p>
      <w:pPr>
        <w:jc w:val="right"/>
      </w:pPr>
      <w:r>
        <w:t>اور جنت کے دروازے کھل جائیں گے جہنم کے۔</w:t>
      </w:r>
    </w:p>
    <w:p>
      <w:r>
        <w:rPr>
          <w:b/>
        </w:rPr>
        <w:t xml:space="preserve">[42:59] </w:t>
      </w:r>
      <w:r>
        <w:t>wahan wow nahi hai.</w:t>
      </w:r>
    </w:p>
    <w:p>
      <w:pPr>
        <w:jc w:val="right"/>
      </w:pPr>
      <w:r>
        <w:t>وہاں واو نہیں ہے۔</w:t>
      </w:r>
    </w:p>
    <w:p>
      <w:r>
        <w:rPr>
          <w:b/>
        </w:rPr>
        <w:t xml:space="preserve">[43:05] </w:t>
      </w:r>
      <w:r>
        <w:t>pahunchte hi khul jayenge.</w:t>
      </w:r>
    </w:p>
    <w:p>
      <w:pPr>
        <w:jc w:val="right"/>
      </w:pPr>
      <w:r>
        <w:t>پہنچتے ہی کھل جائیں گے۔</w:t>
      </w:r>
    </w:p>
    <w:p>
      <w:r>
        <w:rPr>
          <w:b/>
        </w:rPr>
        <w:t xml:space="preserve">[43:11] </w:t>
      </w:r>
      <w:r>
        <w:t>matlab ahl-e-jannat jab wahan pahunchenge, jaise hi pahunchenge, waise hi darwaze khul jayenge.</w:t>
      </w:r>
    </w:p>
    <w:p>
      <w:pPr>
        <w:jc w:val="right"/>
      </w:pPr>
      <w:r>
        <w:t>مطلب اہل جنت جب وہاں پہنچیں گے، جیسے ہی پہنچیں گے، ویسے ہی دروازے کھل جائیں گے۔</w:t>
      </w:r>
    </w:p>
    <w:p>
      <w:r>
        <w:rPr>
          <w:b/>
        </w:rPr>
        <w:t xml:space="preserve">[43:16] </w:t>
      </w:r>
      <w:r>
        <w:t>to is ko mein ne dekha ke yahan wo is ka illustration hai, yeh is ka ek namuna hai.</w:t>
      </w:r>
    </w:p>
    <w:p>
      <w:pPr>
        <w:jc w:val="right"/>
      </w:pPr>
      <w:r>
        <w:t>تو اس کو میں نے دیکھا کہ یہاں وہ اس کا illustration ہے، یہ اس کا ایک نمونہ ہے۔</w:t>
      </w:r>
    </w:p>
    <w:p>
      <w:r>
        <w:rPr>
          <w:b/>
        </w:rPr>
        <w:t xml:space="preserve">[43:22] </w:t>
      </w:r>
      <w:r>
        <w:t>jannat mein jo waqea pesh aane wala hai, is ka ek namuna is duniya mein hamare samne rakh diya gaya.</w:t>
      </w:r>
    </w:p>
    <w:p>
      <w:pPr>
        <w:jc w:val="right"/>
      </w:pPr>
      <w:r>
        <w:t>جنت میں جو واقعہ پیش آنے والا ہے، اس کا ایک نمونہ اس دنیا میں ہمارے سامنے رکھ دیا گیا۔</w:t>
      </w:r>
    </w:p>
    <w:p>
      <w:r>
        <w:rPr>
          <w:b/>
        </w:rPr>
        <w:t xml:space="preserve">[43:28] </w:t>
      </w:r>
      <w:r>
        <w:t>yeh kis ne kiya? ahl-e-maghrib ne.</w:t>
      </w:r>
    </w:p>
    <w:p>
      <w:pPr>
        <w:jc w:val="right"/>
      </w:pPr>
      <w:r>
        <w:t>یہ کس نے کیا؟ اہل مغرب نے۔</w:t>
      </w:r>
    </w:p>
    <w:p>
      <w:r>
        <w:rPr>
          <w:b/>
        </w:rPr>
        <w:t xml:space="preserve">[43:34] </w:t>
      </w:r>
      <w:r>
        <w:t>modern technology ke zariye.</w:t>
      </w:r>
    </w:p>
    <w:p>
      <w:pPr>
        <w:jc w:val="right"/>
      </w:pPr>
      <w:r>
        <w:t>modern technology کے ذریعے۔</w:t>
      </w:r>
    </w:p>
    <w:p>
      <w:r>
        <w:rPr>
          <w:b/>
        </w:rPr>
        <w:t xml:space="preserve">[43:39] </w:t>
      </w:r>
      <w:r>
        <w:t>to dekhen, is zamane mein saare asbab jama kar diye gaye hain.</w:t>
      </w:r>
    </w:p>
    <w:p>
      <w:pPr>
        <w:jc w:val="right"/>
      </w:pPr>
      <w:r>
        <w:t>تو دیکھیں، اس زمانے میں سارے اسباب جمع کر دیے گئے ہیں۔</w:t>
      </w:r>
    </w:p>
    <w:p>
      <w:r>
        <w:rPr>
          <w:b/>
        </w:rPr>
        <w:t xml:space="preserve">[43:45] </w:t>
      </w:r>
      <w:r>
        <w:t>jo mohabbat ke item hain.</w:t>
      </w:r>
    </w:p>
    <w:p>
      <w:pPr>
        <w:jc w:val="right"/>
      </w:pPr>
      <w:r>
        <w:t>جو محبت کے آئٹم ہیں۔</w:t>
      </w:r>
    </w:p>
    <w:p>
      <w:r>
        <w:rPr>
          <w:b/>
        </w:rPr>
        <w:t xml:space="preserve">[43:51] </w:t>
      </w:r>
      <w:r>
        <w:t>jo insan ke andar aala mohabbat ka ka chashma uga denge.</w:t>
      </w:r>
    </w:p>
    <w:p>
      <w:pPr>
        <w:jc w:val="right"/>
      </w:pPr>
      <w:r>
        <w:t>جو انسان کے اندر اعلیٰ محبت کا کا چشمہ اگا دیں گے۔</w:t>
      </w:r>
    </w:p>
    <w:p>
      <w:r>
        <w:rPr>
          <w:b/>
        </w:rPr>
        <w:t xml:space="preserve">[43:57] </w:t>
      </w:r>
      <w:r>
        <w:t>aala mohabbat ka samandar jari kar denge.</w:t>
      </w:r>
    </w:p>
    <w:p>
      <w:pPr>
        <w:jc w:val="right"/>
      </w:pPr>
      <w:r>
        <w:t>اعلیٰ محبت کا سمندر جاری کر دیں گے۔</w:t>
      </w:r>
    </w:p>
    <w:p>
      <w:r>
        <w:rPr>
          <w:b/>
        </w:rPr>
        <w:t xml:space="preserve">[44:02] </w:t>
      </w:r>
      <w:r>
        <w:t>lekin logon ne is ko samajh liya hai.</w:t>
      </w:r>
    </w:p>
    <w:p>
      <w:pPr>
        <w:jc w:val="right"/>
      </w:pPr>
      <w:r>
        <w:t>لیکن لوگوں نے اس کو سمجھ لیا ہے۔</w:t>
      </w:r>
    </w:p>
    <w:p>
      <w:r>
        <w:rPr>
          <w:b/>
        </w:rPr>
        <w:t xml:space="preserve">[44:08] </w:t>
      </w:r>
      <w:r>
        <w:t>is ka bazaar ka item.</w:t>
      </w:r>
    </w:p>
    <w:p>
      <w:pPr>
        <w:jc w:val="right"/>
      </w:pPr>
      <w:r>
        <w:t>اس کا بازار کا آئٹم۔</w:t>
      </w:r>
    </w:p>
    <w:p>
      <w:r>
        <w:rPr>
          <w:b/>
        </w:rPr>
        <w:t xml:space="preserve">[44:14] </w:t>
      </w:r>
      <w:r>
        <w:t>aap ko yeh karna hai ke is ko jaanen aur jaan kar duniya ko bataen ke yeh Khuda</w:t>
      </w:r>
    </w:p>
    <w:p>
      <w:pPr>
        <w:jc w:val="right"/>
      </w:pPr>
      <w:r>
        <w:t>آپ کو یہ کرنا ہے کہ اس کو جانیں اور جان کر دنیا کو بتائیں کہ یہ خدا</w:t>
      </w:r>
    </w:p>
    <w:p>
      <w:r>
        <w:rPr>
          <w:b/>
        </w:rPr>
        <w:t xml:space="preserve">[44:20] </w:t>
      </w:r>
      <w:r>
        <w:t>ka item hai.</w:t>
      </w:r>
    </w:p>
    <w:p>
      <w:pPr>
        <w:jc w:val="right"/>
      </w:pPr>
      <w:r>
        <w:t>کا آئٹم ہے۔</w:t>
      </w:r>
    </w:p>
    <w:p>
      <w:r>
        <w:rPr>
          <w:b/>
        </w:rPr>
        <w:t xml:space="preserve">[44:25] </w:t>
      </w:r>
      <w:r>
        <w:t>yeh bazaar ka item nahin hai.</w:t>
      </w:r>
    </w:p>
    <w:p>
      <w:pPr>
        <w:jc w:val="right"/>
      </w:pPr>
      <w:r>
        <w:t>یہ بازار کا آئٹم نہیں ہے۔</w:t>
      </w:r>
    </w:p>
    <w:p>
      <w:r>
        <w:rPr>
          <w:b/>
        </w:rPr>
        <w:t xml:space="preserve">[44:31] </w:t>
      </w:r>
      <w:r>
        <w:t>rehmat KhudaWandi ka item hai.</w:t>
      </w:r>
    </w:p>
    <w:p>
      <w:pPr>
        <w:jc w:val="right"/>
      </w:pPr>
      <w:r>
        <w:t>رحمت خداوندی کا آئٹم ہے۔</w:t>
      </w:r>
    </w:p>
    <w:p>
      <w:r>
        <w:rPr>
          <w:b/>
        </w:rPr>
        <w:t xml:space="preserve">[44:37] </w:t>
      </w:r>
      <w:r>
        <w:t>duniya mein, sari duniya mein jis cheez ko logon ne samajh rakha hai ke yeh yeh jo yeh</w:t>
      </w:r>
    </w:p>
    <w:p>
      <w:pPr>
        <w:jc w:val="right"/>
      </w:pPr>
      <w:r>
        <w:t>دنیا میں، ساری دنیا میں جس چیز کو لوگوں نے سمجھ رکھا ہے کہ یہ یہ جو یہ</w:t>
      </w:r>
    </w:p>
    <w:p>
      <w:r>
        <w:rPr>
          <w:b/>
        </w:rPr>
        <w:t xml:space="preserve">[44:43] </w:t>
      </w:r>
      <w:r>
        <w:t>itni beshumar jo item hai, nemat ka item, woh shopping item hai.</w:t>
      </w:r>
    </w:p>
    <w:p>
      <w:pPr>
        <w:jc w:val="right"/>
      </w:pPr>
      <w:r>
        <w:t>اتنی بے شمار جو آئٹم ہے، نعمت کا آئٹم، وہ شاپنگ آئٹم ہے۔</w:t>
      </w:r>
    </w:p>
    <w:p>
      <w:r>
        <w:rPr>
          <w:b/>
        </w:rPr>
        <w:t xml:space="preserve">[44:48] </w:t>
      </w:r>
      <w:r>
        <w:t>aap ko duniya ko batana hai ke nahin, yeh.</w:t>
      </w:r>
    </w:p>
    <w:p>
      <w:pPr>
        <w:jc w:val="right"/>
      </w:pPr>
      <w:r>
        <w:t>آپ کو دنیا کو بتانا ہے کہ نہیں، یہ۔</w:t>
      </w:r>
    </w:p>
    <w:p>
      <w:r>
        <w:rPr>
          <w:b/>
        </w:rPr>
        <w:t xml:space="preserve">[44:54] </w:t>
      </w:r>
      <w:r>
        <w:t>yeh divine item hai.</w:t>
      </w:r>
    </w:p>
    <w:p>
      <w:pPr>
        <w:jc w:val="right"/>
      </w:pPr>
      <w:r>
        <w:t>یہ divine آئٹم ہے۔</w:t>
      </w:r>
    </w:p>
    <w:p>
      <w:r>
        <w:rPr>
          <w:b/>
        </w:rPr>
        <w:t xml:space="preserve">[45:00] </w:t>
      </w:r>
      <w:r>
        <w:t>divine love ka item hai.</w:t>
      </w:r>
    </w:p>
    <w:p>
      <w:pPr>
        <w:jc w:val="right"/>
      </w:pPr>
      <w:r>
        <w:t>divine love کا آئٹم ہے۔</w:t>
      </w:r>
    </w:p>
    <w:p>
      <w:r>
        <w:rPr>
          <w:b/>
        </w:rPr>
        <w:t xml:space="preserve">[45:06] </w:t>
      </w:r>
      <w:r>
        <w:t>phir insan ke andar woh cheez aayegi jis ko kaha gaya Quran mein ke wallazina amanua ashadd huban lillah.</w:t>
      </w:r>
    </w:p>
    <w:p>
      <w:pPr>
        <w:jc w:val="right"/>
      </w:pPr>
      <w:r>
        <w:t>پھر انسان کے اندر وہ چیز آئے گی جس کو کہا گیا قرآن میں کہ والذین آمنوا اشد حباً لله۔</w:t>
      </w:r>
    </w:p>
    <w:p>
      <w:r>
        <w:rPr>
          <w:b/>
        </w:rPr>
        <w:t xml:space="preserve">[45:11] </w:t>
      </w:r>
      <w:r>
        <w:t>meri dua hai ke Allah Ta'ala mujh ko aur aap ko tofeeq de ke hum is mein poore utren.</w:t>
      </w:r>
    </w:p>
    <w:p>
      <w:pPr>
        <w:jc w:val="right"/>
      </w:pPr>
      <w:r>
        <w:t>میری دعا ہے کہ اللہ تعالیٰ مجھ کو اور آپ کو توفیق دے کہ ہم اس میں پورے اتریں۔</w:t>
      </w:r>
    </w:p>
    <w:p>
      <w:r>
        <w:rPr>
          <w:b/>
        </w:rPr>
        <w:t xml:space="preserve">[45:17] </w:t>
      </w:r>
      <w:r>
        <w:t>Assalamu Alaikum wa Rahmatullahi.</w:t>
      </w:r>
    </w:p>
    <w:p>
      <w:pPr>
        <w:jc w:val="right"/>
      </w:pPr>
      <w:r>
        <w:t>السلام علیکم ورحمتہ اللہ۔</w:t>
      </w:r>
    </w:p>
    <w:p>
      <w:r>
        <w:rPr>
          <w:b/>
        </w:rPr>
        <w:t xml:space="preserve">[45:23] </w:t>
      </w:r>
      <w:r>
        <w:t>Okay before we start the question answer session there is an important announcement.</w:t>
      </w:r>
    </w:p>
    <w:p>
      <w:pPr>
        <w:jc w:val="right"/>
      </w:pPr>
      <w:r>
        <w:t>Okay before we start the question answer session there is an important announcement.</w:t>
      </w:r>
    </w:p>
    <w:p>
      <w:r>
        <w:rPr>
          <w:b/>
        </w:rPr>
        <w:t xml:space="preserve">[45:29] </w:t>
      </w:r>
      <w:r>
        <w:t>As you all know that CPS team globally has been involved in translation of Quran in several languages. We are very happy to share with all of you that another translation of Quran has been prepared and the language is Tamil.</w:t>
      </w:r>
    </w:p>
    <w:p>
      <w:pPr>
        <w:jc w:val="right"/>
      </w:pPr>
      <w:r>
        <w:t>As you all know that CPS team globally has been involved in translation of Quran in several languages. We are very happy to share with all of you that another translation of Quran has been prepared and the language is Tamil.</w:t>
      </w:r>
    </w:p>
    <w:p>
      <w:r>
        <w:rPr>
          <w:b/>
        </w:rPr>
        <w:t xml:space="preserve">[45:46] </w:t>
      </w:r>
      <w:r>
        <w:t>So we would request Maulana sahib to do the inauguration or the release of the new translation of</w:t>
      </w:r>
    </w:p>
    <w:p>
      <w:pPr>
        <w:jc w:val="right"/>
      </w:pPr>
      <w:r>
        <w:t>So we would request مولانا صاحب to do the inauguration or the release of the new translation of</w:t>
      </w:r>
    </w:p>
    <w:p>
      <w:r>
        <w:rPr>
          <w:b/>
        </w:rPr>
        <w:t xml:space="preserve">[45:52] </w:t>
      </w:r>
      <w:r>
        <w:t>Quran in Tamil language.</w:t>
      </w:r>
    </w:p>
    <w:p>
      <w:pPr>
        <w:jc w:val="right"/>
      </w:pPr>
      <w:r>
        <w:t>Quran in Tamil language.</w:t>
      </w:r>
    </w:p>
    <w:p>
      <w:r>
        <w:rPr>
          <w:b/>
        </w:rPr>
        <w:t xml:space="preserve">[45:59] </w:t>
      </w:r>
      <w:r>
        <w:t>to yeh hai tarjuma Tamil zaban mein.</w:t>
      </w:r>
    </w:p>
    <w:p>
      <w:pPr>
        <w:jc w:val="right"/>
      </w:pPr>
      <w:r>
        <w:t>تو یہ ہے ترجمہ Tamil زبان میں۔</w:t>
      </w:r>
    </w:p>
    <w:p>
      <w:r>
        <w:rPr>
          <w:b/>
        </w:rPr>
        <w:t xml:space="preserve">[46:06] </w:t>
      </w:r>
      <w:r>
        <w:t>aap jante hain ke Tamil South ki bohat important zaban hai.</w:t>
      </w:r>
    </w:p>
    <w:p>
      <w:pPr>
        <w:jc w:val="right"/>
      </w:pPr>
      <w:r>
        <w:t>آپ جانتے ہیں کہ Tamil ساؤتھ کی بہت important زبان ہے۔</w:t>
      </w:r>
    </w:p>
    <w:p>
      <w:r>
        <w:rPr>
          <w:b/>
        </w:rPr>
        <w:t xml:space="preserve">[46:12] </w:t>
      </w:r>
      <w:r>
        <w:t>Tamil jo hai South India ki bohat important zaban hai.</w:t>
      </w:r>
    </w:p>
    <w:p>
      <w:pPr>
        <w:jc w:val="right"/>
      </w:pPr>
      <w:r>
        <w:t>Tamil جو ہے ساؤتھ انڈیا کی بہت important زبان ہے۔</w:t>
      </w:r>
    </w:p>
    <w:p>
      <w:r>
        <w:rPr>
          <w:b/>
        </w:rPr>
        <w:t xml:space="preserve">[46:19] </w:t>
      </w:r>
      <w:r>
        <w:t>yeh is ka poora tarjuma hai quran ka aur abhi chhap kar aaya hai.</w:t>
      </w:r>
    </w:p>
    <w:p>
      <w:pPr>
        <w:jc w:val="right"/>
      </w:pPr>
      <w:r>
        <w:t>یہ اس کا پورا ترجمہ ہے قرآن کا اور ابھی چھپ کر آیا ہے۔</w:t>
      </w:r>
    </w:p>
    <w:p>
      <w:r>
        <w:rPr>
          <w:b/>
        </w:rPr>
        <w:t xml:space="preserve">[46:26] </w:t>
      </w:r>
      <w:r>
        <w:t>is mein Goodword ne kaam kiya hai aur hamare jo umri saathi hain yaani Maulana Iqbal Umri, Maulana</w:t>
      </w:r>
    </w:p>
    <w:p>
      <w:pPr>
        <w:jc w:val="right"/>
      </w:pPr>
      <w:r>
        <w:t>اس میں Goodword نے کام کیا ہے اور ہمارے جو عمری ساتھی ہیں یعنی مولانا اقبال عمری، مولانا</w:t>
      </w:r>
    </w:p>
    <w:p>
      <w:r>
        <w:rPr>
          <w:b/>
        </w:rPr>
        <w:t xml:space="preserve">[46:33] </w:t>
      </w:r>
      <w:r>
        <w:t>Khateeb Israr Umri waghera, woh logon ne bohat kaam kiya hai is mein.</w:t>
      </w:r>
    </w:p>
    <w:p>
      <w:pPr>
        <w:jc w:val="right"/>
      </w:pPr>
      <w:r>
        <w:t>خطیب اسرار عمری وغیرہ، وہ لوگوں نے بہت کام کیا ہے اس میں۔</w:t>
      </w:r>
    </w:p>
    <w:p>
      <w:r>
        <w:rPr>
          <w:b/>
        </w:rPr>
        <w:t xml:space="preserve">[46:39] </w:t>
      </w:r>
      <w:r>
        <w:t>to hum sab ke liye dua karte hain Goodword ke liye aur Umri logon ke liye, sab ke</w:t>
      </w:r>
    </w:p>
    <w:p>
      <w:pPr>
        <w:jc w:val="right"/>
      </w:pPr>
      <w:r>
        <w:t>تو ہم سب کے لیے دعا کرتے ہیں Goodword کے لیے اور عمری لوگوں کے لیے، سب کے</w:t>
      </w:r>
    </w:p>
    <w:p>
      <w:r>
        <w:rPr>
          <w:b/>
        </w:rPr>
        <w:t xml:space="preserve">[46:46] </w:t>
      </w:r>
      <w:r>
        <w:t>liye ke un ki koshish ko Allah qabool farmaye aur ziyada se ziyada logon tak yeh tarjuma quran ka pohnchaye. Ameen.</w:t>
      </w:r>
    </w:p>
    <w:p>
      <w:pPr>
        <w:jc w:val="right"/>
      </w:pPr>
      <w:r>
        <w:t>لیے کہ ان کی کوشش کو اللہ قبول فرمائے اور زیادہ سے زیادہ لوگوں تک یہ ترجمہ قرآن کا پہنچائے۔ آمین۔</w:t>
      </w:r>
    </w:p>
    <w:p>
      <w:r>
        <w:rPr>
          <w:b/>
        </w:rPr>
        <w:t xml:space="preserve">[46:53] </w:t>
      </w:r>
      <w:r>
        <w:t>So if you want your copy of Tamil translation to spread in your local area please write to info@cpsglobal.org.</w:t>
      </w:r>
    </w:p>
    <w:p>
      <w:pPr>
        <w:jc w:val="right"/>
      </w:pPr>
      <w:r>
        <w:t>So if you want your copy of Tamil translation to spread in your local area please write to info@cpsglobal.org.</w:t>
      </w:r>
    </w:p>
    <w:p>
      <w:r>
        <w:rPr>
          <w:b/>
        </w:rPr>
        <w:t xml:space="preserve">[47:00] </w:t>
      </w:r>
      <w:r>
        <w:t>I repeat info@cpsglobal.org.</w:t>
      </w:r>
    </w:p>
    <w:p>
      <w:pPr>
        <w:jc w:val="right"/>
      </w:pPr>
      <w:r>
        <w:t>I repeat info@cpsglobal.org.</w:t>
      </w:r>
    </w:p>
    <w:p>
      <w:r>
        <w:rPr>
          <w:b/>
        </w:rPr>
        <w:t xml:space="preserve">[47:05] </w:t>
      </w:r>
      <w:r>
        <w:t>We will now begin the question answer session.</w:t>
      </w:r>
    </w:p>
    <w:p>
      <w:pPr>
        <w:jc w:val="right"/>
      </w:pPr>
      <w:r>
        <w:t>We will now begin the question answer session.</w:t>
      </w:r>
    </w:p>
    <w:p>
      <w:r>
        <w:rPr>
          <w:b/>
        </w:rPr>
        <w:t xml:space="preserve">[47:11] </w:t>
      </w:r>
      <w:r>
        <w:t>Maulana sahib sawal shuru karne se pehle ek comment parhna chahenge jo aaj ke subject ke upar</w:t>
      </w:r>
    </w:p>
    <w:p>
      <w:pPr>
        <w:jc w:val="right"/>
      </w:pPr>
      <w:r>
        <w:t>مولانا صاحب سوال شروع کرنے سے پہلے ایک comment پڑھنا چاہیں گے جو آج کے subject کے اوپر</w:t>
      </w:r>
    </w:p>
    <w:p>
      <w:r>
        <w:rPr>
          <w:b/>
        </w:rPr>
        <w:t xml:space="preserve">[47:17] </w:t>
      </w:r>
      <w:r>
        <w:t>bheja hai Dr. Safeena Tabassum ne Ajmer se.</w:t>
      </w:r>
    </w:p>
    <w:p>
      <w:pPr>
        <w:jc w:val="right"/>
      </w:pPr>
      <w:r>
        <w:t>بھیجا ہے ڈاکٹر سفینہ تبسم نے اجمیر سے۔</w:t>
      </w:r>
    </w:p>
    <w:p>
      <w:r>
        <w:rPr>
          <w:b/>
        </w:rPr>
        <w:t xml:space="preserve">[47:23] </w:t>
      </w:r>
      <w:r>
        <w:t>unhon ne likha hai Maulana sahib very nicely explained that how commercialism has prevented us to be grateful</w:t>
      </w:r>
    </w:p>
    <w:p>
      <w:pPr>
        <w:jc w:val="right"/>
      </w:pPr>
      <w:r>
        <w:t>انہوں نے لکھا ہے مولانا صاحب very nicely explained that how commercialism has prevented us to be grateful</w:t>
      </w:r>
    </w:p>
    <w:p>
      <w:r>
        <w:rPr>
          <w:b/>
        </w:rPr>
        <w:t xml:space="preserve">[47:29] </w:t>
      </w:r>
      <w:r>
        <w:t>to God in real sense.</w:t>
      </w:r>
    </w:p>
    <w:p>
      <w:pPr>
        <w:jc w:val="right"/>
      </w:pPr>
      <w:r>
        <w:t>to God in real sense.</w:t>
      </w:r>
    </w:p>
    <w:p>
      <w:r>
        <w:rPr>
          <w:b/>
        </w:rPr>
        <w:t xml:space="preserve">[47:35] </w:t>
      </w:r>
      <w:r>
        <w:t>This is a very new thing to me. Jazak Allah.</w:t>
      </w:r>
    </w:p>
    <w:p>
      <w:pPr>
        <w:jc w:val="right"/>
      </w:pPr>
      <w:r>
        <w:t>This is a very new thing to me. جزاک اللہ۔</w:t>
      </w:r>
    </w:p>
    <w:p>
      <w:r>
        <w:rPr>
          <w:b/>
        </w:rPr>
        <w:t xml:space="preserve">[47:41] </w:t>
      </w:r>
      <w:r>
        <w:t>Maulana agla sawal aaya hai Ahmedabad se Salman sahib ne kiya hai aur unhon ne aap se</w:t>
      </w:r>
    </w:p>
    <w:p>
      <w:pPr>
        <w:jc w:val="right"/>
      </w:pPr>
      <w:r>
        <w:t>مولانا اگلا سوال آیا ہے احمد آباد سے سلمان صاحب نے کیا ہے اور انہوں نے آپ سے</w:t>
      </w:r>
    </w:p>
    <w:p>
      <w:r>
        <w:rPr>
          <w:b/>
        </w:rPr>
        <w:t xml:space="preserve">[47:47] </w:t>
      </w:r>
      <w:r>
        <w:t>poochha hai ke Maulana sahib how can we develop God oriented attitude in us? Bhai sab se pehle</w:t>
      </w:r>
    </w:p>
    <w:p>
      <w:pPr>
        <w:jc w:val="right"/>
      </w:pPr>
      <w:r>
        <w:t>پوچھا ہے کہ مولانا صاحب how can we develop God oriented attitude in us؟ بھائی سب سے پہلے</w:t>
      </w:r>
    </w:p>
    <w:p>
      <w:r>
        <w:rPr>
          <w:b/>
        </w:rPr>
        <w:t xml:space="preserve">[47:53] </w:t>
      </w:r>
      <w:r>
        <w:t>to bhai kahunga aap do kitabein padhein. Do kitabein.</w:t>
      </w:r>
    </w:p>
    <w:p>
      <w:pPr>
        <w:jc w:val="right"/>
      </w:pPr>
      <w:r>
        <w:t>تو بھائی کہوں گا آپ دو کتابیں پڑھیں۔ دو کتابیں۔</w:t>
      </w:r>
    </w:p>
    <w:p>
      <w:r>
        <w:rPr>
          <w:b/>
        </w:rPr>
        <w:t xml:space="preserve">[47:58] </w:t>
      </w:r>
      <w:r>
        <w:t>ek hai Corrie Morrison ki kitab Man Touch Not Stand Alone aur doosri Brei ki jo kitab hai</w:t>
      </w:r>
    </w:p>
    <w:p>
      <w:pPr>
        <w:jc w:val="right"/>
      </w:pPr>
      <w:r>
        <w:t>ایک ہے کرسی موریسن کی کتاب Man Touch Not Stand Alone اور دوسری بری کی جو کتاب ہے</w:t>
      </w:r>
    </w:p>
    <w:p>
      <w:r>
        <w:rPr>
          <w:b/>
        </w:rPr>
        <w:t xml:space="preserve">[48:04] </w:t>
      </w:r>
      <w:r>
        <w:t>Mazhab aur Jadeed Challenge.</w:t>
      </w:r>
    </w:p>
    <w:p>
      <w:pPr>
        <w:jc w:val="right"/>
      </w:pPr>
      <w:r>
        <w:t>مذہب اور جدید چیلنج۔</w:t>
      </w:r>
    </w:p>
    <w:p>
      <w:r>
        <w:rPr>
          <w:b/>
        </w:rPr>
        <w:t xml:space="preserve">[48:10] </w:t>
      </w:r>
      <w:r>
        <w:t>English mein woh hai God Rises.</w:t>
      </w:r>
    </w:p>
    <w:p>
      <w:pPr>
        <w:jc w:val="right"/>
      </w:pPr>
      <w:r>
        <w:t>انگلش میں وہ ہے God Rises۔</w:t>
      </w:r>
    </w:p>
    <w:p>
      <w:r>
        <w:rPr>
          <w:b/>
        </w:rPr>
        <w:t xml:space="preserve">[48:16] </w:t>
      </w:r>
      <w:r>
        <w:t>in dono kitabon ko pehle aap padhein is ke baad sab raaste aap ko khul jayenge.</w:t>
      </w:r>
    </w:p>
    <w:p>
      <w:pPr>
        <w:jc w:val="right"/>
      </w:pPr>
      <w:r>
        <w:t>ان دونوں کتابوں کو پہلے آپ پڑھیں اس کے بعد سب راستے آپ کو کھل جائیں گے۔</w:t>
      </w:r>
    </w:p>
    <w:p>
      <w:r>
        <w:rPr>
          <w:b/>
        </w:rPr>
        <w:t xml:space="preserve">[48:22] </w:t>
      </w:r>
      <w:r>
        <w:t>Maulana agla sawal Bhopal se kiya hai Faheem sahib ne aur unhon ne likha hai Maulana sahib I</w:t>
      </w:r>
    </w:p>
    <w:p>
      <w:pPr>
        <w:jc w:val="right"/>
      </w:pPr>
      <w:r>
        <w:t>مولانا اگلا سوال بھوپال سے کیا ہے فہیم صاحب نے اور انہوں نے لکھا ہے مولانا صاحب I</w:t>
      </w:r>
    </w:p>
    <w:p>
      <w:r>
        <w:rPr>
          <w:b/>
        </w:rPr>
        <w:t xml:space="preserve">[48:28] </w:t>
      </w:r>
      <w:r>
        <w:t>love God but still I feel that He puts me in difficult situations.</w:t>
      </w:r>
    </w:p>
    <w:p>
      <w:pPr>
        <w:jc w:val="right"/>
      </w:pPr>
      <w:r>
        <w:t>love God but still I feel that He puts me in difficult situations.</w:t>
      </w:r>
    </w:p>
    <w:p>
      <w:r>
        <w:rPr>
          <w:b/>
        </w:rPr>
        <w:t xml:space="preserve">[48:34] </w:t>
      </w:r>
      <w:r>
        <w:t>For example I have health and financial issues.</w:t>
      </w:r>
    </w:p>
    <w:p>
      <w:pPr>
        <w:jc w:val="right"/>
      </w:pPr>
      <w:r>
        <w:t>For example I have health and financial issues.</w:t>
      </w:r>
    </w:p>
    <w:p>
      <w:r>
        <w:rPr>
          <w:b/>
        </w:rPr>
        <w:t xml:space="preserve">[48:40] </w:t>
      </w:r>
      <w:r>
        <w:t>One of my atheist friends tells me that if God is really merciful then why would He do</w:t>
      </w:r>
    </w:p>
    <w:p>
      <w:pPr>
        <w:jc w:val="right"/>
      </w:pPr>
      <w:r>
        <w:t>One of my atheist friends tells me that if God is really merciful then why would He do</w:t>
      </w:r>
    </w:p>
    <w:p>
      <w:r>
        <w:rPr>
          <w:b/>
        </w:rPr>
        <w:t xml:space="preserve">[48:46] </w:t>
      </w:r>
      <w:r>
        <w:t>this to me?</w:t>
      </w:r>
    </w:p>
    <w:p>
      <w:pPr>
        <w:jc w:val="right"/>
      </w:pPr>
      <w:r>
        <w:t>this to me?</w:t>
      </w:r>
    </w:p>
    <w:p>
      <w:r>
        <w:rPr>
          <w:b/>
        </w:rPr>
        <w:t xml:space="preserve">[48:52] </w:t>
      </w:r>
      <w:r>
        <w:t>I have no answer for this.</w:t>
      </w:r>
    </w:p>
    <w:p>
      <w:pPr>
        <w:jc w:val="right"/>
      </w:pPr>
      <w:r>
        <w:t>I have no answer for this.</w:t>
      </w:r>
    </w:p>
    <w:p>
      <w:r>
        <w:rPr>
          <w:b/>
        </w:rPr>
        <w:t xml:space="preserve">[48:54] </w:t>
      </w:r>
      <w:r>
        <w:t>Kindly give me your guidance in understanding my case better.</w:t>
      </w:r>
    </w:p>
    <w:p>
      <w:pPr>
        <w:jc w:val="right"/>
      </w:pPr>
      <w:r>
        <w:t>Kindly give me your guidance in understanding my case better.</w:t>
      </w:r>
    </w:p>
    <w:p>
      <w:r>
        <w:rPr>
          <w:b/>
        </w:rPr>
        <w:t xml:space="preserve">[48:58] </w:t>
      </w:r>
      <w:r>
        <w:t>dekhen sab se bari ghalati aap ki yeh hai ke aap sochte hain ke I love God.</w:t>
      </w:r>
    </w:p>
    <w:p>
      <w:pPr>
        <w:jc w:val="right"/>
      </w:pPr>
      <w:r>
        <w:t>دیکھیں سب سے بڑی غلطی آپ کی یہ ہے کہ آپ سوچتے ہیں کہ I love God۔</w:t>
      </w:r>
    </w:p>
    <w:p>
      <w:r>
        <w:rPr>
          <w:b/>
        </w:rPr>
        <w:t xml:space="preserve">[49:06] </w:t>
      </w:r>
      <w:r>
        <w:t>yeh bilkul aap fast food mein jee rahe hain.</w:t>
      </w:r>
    </w:p>
    <w:p>
      <w:pPr>
        <w:jc w:val="right"/>
      </w:pPr>
      <w:r>
        <w:t>یہ بالکل آپ fast food میں جی رہے ہیں۔</w:t>
      </w:r>
    </w:p>
    <w:p>
      <w:r>
        <w:rPr>
          <w:b/>
        </w:rPr>
        <w:t xml:space="preserve">[49:09] </w:t>
      </w:r>
      <w:r>
        <w:t>dekhen Allah se love karna yeh nahi ke aap lip service karen.</w:t>
      </w:r>
    </w:p>
    <w:p>
      <w:pPr>
        <w:jc w:val="right"/>
      </w:pPr>
      <w:r>
        <w:t>دیکھیں اللہ سے love کرنا یہ نہیں کہ آپ lip service کریں۔</w:t>
      </w:r>
    </w:p>
    <w:p>
      <w:r>
        <w:rPr>
          <w:b/>
        </w:rPr>
        <w:t xml:space="preserve">[49:15] </w:t>
      </w:r>
      <w:r>
        <w:t>Allah se love karne ke maani hain ke aap Allah ko discover karen.</w:t>
      </w:r>
    </w:p>
    <w:p>
      <w:pPr>
        <w:jc w:val="right"/>
      </w:pPr>
      <w:r>
        <w:t>اللہ سے love کرنے کے معنی ہیں کہ آپ اللہ کو discover کریں۔</w:t>
      </w:r>
    </w:p>
    <w:p>
      <w:r>
        <w:rPr>
          <w:b/>
        </w:rPr>
        <w:t xml:space="preserve">[49:20] </w:t>
      </w:r>
      <w:r>
        <w:t>Allah ko apne concern banayen.</w:t>
      </w:r>
    </w:p>
    <w:p>
      <w:pPr>
        <w:jc w:val="right"/>
      </w:pPr>
      <w:r>
        <w:t>اللہ کو اپنے کنسرن بنائیں۔</w:t>
      </w:r>
    </w:p>
    <w:p>
      <w:r>
        <w:rPr>
          <w:b/>
        </w:rPr>
        <w:t xml:space="preserve">[49:22] </w:t>
      </w:r>
      <w:r>
        <w:t>Allah se duayen karen.</w:t>
      </w:r>
    </w:p>
    <w:p>
      <w:pPr>
        <w:jc w:val="right"/>
      </w:pPr>
      <w:r>
        <w:t>اللہ سے دعائیں کریں۔</w:t>
      </w:r>
    </w:p>
    <w:p>
      <w:r>
        <w:rPr>
          <w:b/>
        </w:rPr>
        <w:t xml:space="preserve">[49:24] </w:t>
      </w:r>
      <w:r>
        <w:t>Allah se apni har cheez mein madad mangen.</w:t>
      </w:r>
    </w:p>
    <w:p>
      <w:pPr>
        <w:jc w:val="right"/>
      </w:pPr>
      <w:r>
        <w:t>اللہ سے اپنی ہر چیز میں مدد مانگیں۔</w:t>
      </w:r>
    </w:p>
    <w:p>
      <w:r>
        <w:rPr>
          <w:b/>
        </w:rPr>
        <w:t xml:space="preserve">[49:28] </w:t>
      </w:r>
      <w:r>
        <w:t>to aap Allah ki law jo farmate hain yeh aap fast food mein jee rahe hain.</w:t>
      </w:r>
    </w:p>
    <w:p>
      <w:pPr>
        <w:jc w:val="right"/>
      </w:pPr>
      <w:r>
        <w:t>تو آپ اللہ کی لاء جو فرماتے ہیں یہ آپ fast food میں جی رہے ہیں۔</w:t>
      </w:r>
    </w:p>
    <w:p>
      <w:r>
        <w:rPr>
          <w:b/>
        </w:rPr>
        <w:t xml:space="preserve">[49:34] </w:t>
      </w:r>
      <w:r>
        <w:t>yani aap ka Allah se contact nahi bana.</w:t>
      </w:r>
    </w:p>
    <w:p>
      <w:pPr>
        <w:jc w:val="right"/>
      </w:pPr>
      <w:r>
        <w:t>یعنی آپ کا اللہ سے contact نہیں بنا۔</w:t>
      </w:r>
    </w:p>
    <w:p>
      <w:r>
        <w:rPr>
          <w:b/>
        </w:rPr>
        <w:t xml:space="preserve">[49:38] </w:t>
      </w:r>
      <w:r>
        <w:t>Contact bana hota to yeh sab jo jis ko aap problem kehte hain woh problem aata hi nahi.</w:t>
      </w:r>
    </w:p>
    <w:p>
      <w:pPr>
        <w:jc w:val="right"/>
      </w:pPr>
      <w:r>
        <w:t>Contact بنا ہوتا تو یہ سب جو جس کو آپ problem کہتے ہیں وہ problem آتا ہی نہیں۔</w:t>
      </w:r>
    </w:p>
    <w:p>
      <w:r>
        <w:rPr>
          <w:b/>
        </w:rPr>
        <w:t xml:space="preserve">[49:46] </w:t>
      </w:r>
      <w:r>
        <w:t>kyun ke sare problem aate hain divine culture ko follow na karne ki wajah se.</w:t>
      </w:r>
    </w:p>
    <w:p>
      <w:pPr>
        <w:jc w:val="right"/>
      </w:pPr>
      <w:r>
        <w:t>کیونکہ سارے problem آتے ہیں divine culture کو follow نہ کرنے کی وجہ سے۔</w:t>
      </w:r>
    </w:p>
    <w:p>
      <w:r>
        <w:rPr>
          <w:b/>
        </w:rPr>
        <w:t xml:space="preserve">[49:52] </w:t>
      </w:r>
      <w:r>
        <w:t>agar aap mujhe tafseel se batayen to mein bata doon ga aap ko ke aap ne divine culture</w:t>
      </w:r>
    </w:p>
    <w:p>
      <w:pPr>
        <w:jc w:val="right"/>
      </w:pPr>
      <w:r>
        <w:t>اگر آپ مجھے تفصیل سے بتائیں تو میں بتا دوں گا آپ کو کہ آپ نے divine culture</w:t>
      </w:r>
    </w:p>
    <w:p>
      <w:r>
        <w:rPr>
          <w:b/>
        </w:rPr>
        <w:t xml:space="preserve">[49:59] </w:t>
      </w:r>
      <w:r>
        <w:t>ko follow nahi kiya.</w:t>
      </w:r>
    </w:p>
    <w:p>
      <w:pPr>
        <w:jc w:val="right"/>
      </w:pPr>
      <w:r>
        <w:t>کو follow نہیں کیا۔</w:t>
      </w:r>
    </w:p>
    <w:p>
      <w:r>
        <w:rPr>
          <w:b/>
        </w:rPr>
        <w:t xml:space="preserve">[50:01] </w:t>
      </w:r>
      <w:r>
        <w:t>yeh aap jante hue ke aap Khuda se mohabbat karte hain lekin Khuda ne jo guidance diya us</w:t>
      </w:r>
    </w:p>
    <w:p>
      <w:pPr>
        <w:jc w:val="right"/>
      </w:pPr>
      <w:r>
        <w:t>یہ آپ جانتے ہوئے کہ آپ خدا سے محبت کرتے ہیں لیکن خدا نے جو guidance دیا اس</w:t>
      </w:r>
    </w:p>
    <w:p>
      <w:r>
        <w:rPr>
          <w:b/>
        </w:rPr>
        <w:t xml:space="preserve">[50:09] </w:t>
      </w:r>
      <w:r>
        <w:t>par is ko aap ne chale nahi is ke upar.</w:t>
      </w:r>
    </w:p>
    <w:p>
      <w:pPr>
        <w:jc w:val="right"/>
      </w:pPr>
      <w:r>
        <w:t>پر اس کو آپ نے چلے نہیں اس کے اوپر۔</w:t>
      </w:r>
    </w:p>
    <w:p>
      <w:r>
        <w:rPr>
          <w:b/>
        </w:rPr>
        <w:t xml:space="preserve">[50:13] </w:t>
      </w:r>
      <w:r>
        <w:t>to I love God ke maani hain ke ke aap ne Khuda ko discover kiya ho.</w:t>
      </w:r>
    </w:p>
    <w:p>
      <w:pPr>
        <w:jc w:val="right"/>
      </w:pPr>
      <w:r>
        <w:t>تو I love God کے معنی ہیں کہ کہ آپ نے خدا کو discover کیا ہو۔</w:t>
      </w:r>
    </w:p>
    <w:p>
      <w:r>
        <w:rPr>
          <w:b/>
        </w:rPr>
        <w:t xml:space="preserve">[50:20] </w:t>
      </w:r>
      <w:r>
        <w:t>aap ne Khuda ke culture ko apnaya ho.</w:t>
      </w:r>
    </w:p>
    <w:p>
      <w:pPr>
        <w:jc w:val="right"/>
      </w:pPr>
      <w:r>
        <w:t>آپ نے خدا کے culture کو اپنایا ہو۔</w:t>
      </w:r>
    </w:p>
    <w:p>
      <w:r>
        <w:rPr>
          <w:b/>
        </w:rPr>
        <w:t xml:space="preserve">[50:23] </w:t>
      </w:r>
      <w:r>
        <w:t>aap ne Khuda se duayen ki hon.</w:t>
      </w:r>
    </w:p>
    <w:p>
      <w:pPr>
        <w:jc w:val="right"/>
      </w:pPr>
      <w:r>
        <w:t>آپ نے خدا سے دعائیں کی ہوں۔</w:t>
      </w:r>
    </w:p>
    <w:p>
      <w:r>
        <w:rPr>
          <w:b/>
        </w:rPr>
        <w:t xml:space="preserve">[50:26] </w:t>
      </w:r>
      <w:r>
        <w:t>yeh sab process aap ki zindagi mein beeta nahi.</w:t>
      </w:r>
    </w:p>
    <w:p>
      <w:pPr>
        <w:jc w:val="right"/>
      </w:pPr>
      <w:r>
        <w:t>یہ سب process آپ کی زندگی میں بیتا نہیں۔</w:t>
      </w:r>
    </w:p>
    <w:p>
      <w:r>
        <w:rPr>
          <w:b/>
        </w:rPr>
        <w:t xml:space="preserve">[50:30] </w:t>
      </w:r>
      <w:r>
        <w:t>is liye aap is mein jo difficulties hain is liye hain ke aap is process se guzre rahen.</w:t>
      </w:r>
    </w:p>
    <w:p>
      <w:pPr>
        <w:jc w:val="right"/>
      </w:pPr>
      <w:r>
        <w:t>اس لیے آپ اس میں جو difficulties ہیں اس لیے ہیں کہ آپ اس process سے گزرے رہیں۔</w:t>
      </w:r>
    </w:p>
    <w:p>
      <w:r>
        <w:rPr>
          <w:b/>
        </w:rPr>
        <w:t xml:space="preserve">[50:38] </w:t>
      </w:r>
      <w:r>
        <w:t>is waqt mein nahin chounkay sari tafseel mere samnay nahin hai.</w:t>
      </w:r>
    </w:p>
    <w:p>
      <w:pPr>
        <w:jc w:val="right"/>
      </w:pPr>
      <w:r>
        <w:t>اس وقت میں نہیں چونکہ ساری تفصیل میرے سامنے نہیں ہے۔</w:t>
      </w:r>
    </w:p>
    <w:p>
      <w:r>
        <w:rPr>
          <w:b/>
        </w:rPr>
        <w:t xml:space="preserve">[50:43] </w:t>
      </w:r>
      <w:r>
        <w:t>agar meri sari tafseel ho to mein aap ko bilkul saaf saaf bata sakta hoon inshallah.</w:t>
      </w:r>
    </w:p>
    <w:p>
      <w:pPr>
        <w:jc w:val="right"/>
      </w:pPr>
      <w:r>
        <w:t>اگر میری ساری تفصیل ہو تو میں آپ کو بالکل صاف صاف بتا سکتا ہوں انشاءاللہ۔</w:t>
      </w:r>
    </w:p>
    <w:p>
      <w:r>
        <w:rPr>
          <w:b/>
        </w:rPr>
        <w:t xml:space="preserve">[50:49] </w:t>
      </w:r>
      <w:r>
        <w:t>aap mujh se telephone par baat karein.</w:t>
      </w:r>
    </w:p>
    <w:p>
      <w:pPr>
        <w:jc w:val="right"/>
      </w:pPr>
      <w:r>
        <w:t>آپ مجھ سے ٹیلی فون پر بات کریں۔</w:t>
      </w:r>
    </w:p>
    <w:p>
      <w:r>
        <w:rPr>
          <w:b/>
        </w:rPr>
        <w:t xml:space="preserve">[50:53] </w:t>
      </w:r>
      <w:r>
        <w:t>maulana agla sawal kolkata se aaftab alam sahib ne kiya hai aur unhon ne likha hai May God</w:t>
      </w:r>
    </w:p>
    <w:p>
      <w:pPr>
        <w:jc w:val="right"/>
      </w:pPr>
      <w:r>
        <w:t>مولانا اگلا سوال کلکتہ سے آفتاب عالم صاحب نے کیا ہے اور انہوں نے لکھا ہے May God</w:t>
      </w:r>
    </w:p>
    <w:p>
      <w:r>
        <w:rPr>
          <w:b/>
        </w:rPr>
        <w:t xml:space="preserve">[51:01] </w:t>
      </w:r>
      <w:r>
        <w:t>guide us to the right path.</w:t>
      </w:r>
    </w:p>
    <w:p>
      <w:pPr>
        <w:jc w:val="right"/>
      </w:pPr>
      <w:r>
        <w:t>guide us to the right path۔</w:t>
      </w:r>
    </w:p>
    <w:p>
      <w:r>
        <w:rPr>
          <w:b/>
        </w:rPr>
        <w:t xml:space="preserve">[51:03] </w:t>
      </w:r>
      <w:r>
        <w:t>allah ki nematoun se momin ke andar shukr ka jazba paida allah ki nematoun se momin ke andar</w:t>
      </w:r>
    </w:p>
    <w:p>
      <w:pPr>
        <w:jc w:val="right"/>
      </w:pPr>
      <w:r>
        <w:t>اللہ کی نعمتوں سے مومن کے اندر شکر کا جذبہ پیدا اللہ کی نعمتوں سے مومن کے اندر</w:t>
      </w:r>
    </w:p>
    <w:p>
      <w:r>
        <w:rPr>
          <w:b/>
        </w:rPr>
        <w:t xml:space="preserve">[51:11] </w:t>
      </w:r>
      <w:r>
        <w:t>shukr ka jazba paida hota hai magar zahir hai khauf se aisa ehsas paida nahin hota.</w:t>
      </w:r>
    </w:p>
    <w:p>
      <w:pPr>
        <w:jc w:val="right"/>
      </w:pPr>
      <w:r>
        <w:t>شکر کا جذبہ پیدا ہوتا ہے مگر ظاہر ہے خوف سے ایسا احساس پیدا نہیں ہوتا۔</w:t>
      </w:r>
    </w:p>
    <w:p>
      <w:r>
        <w:rPr>
          <w:b/>
        </w:rPr>
        <w:t xml:space="preserve">[51:18] </w:t>
      </w:r>
      <w:r>
        <w:t>phir allah ko momin se khauf ke zariye kya matloob hai is ke baray mein batayein.</w:t>
      </w:r>
    </w:p>
    <w:p>
      <w:pPr>
        <w:jc w:val="right"/>
      </w:pPr>
      <w:r>
        <w:t>پھر اللہ کو مومن سے خوف کے ذریعے کیا مطلوب ہے اس کے بارے میں بتائیں۔</w:t>
      </w:r>
    </w:p>
    <w:p>
      <w:r>
        <w:rPr>
          <w:b/>
        </w:rPr>
        <w:t xml:space="preserve">[51:24] </w:t>
      </w:r>
      <w:r>
        <w:t>dekhein khauf is ma'nay mein nahin hai is ma'nay mein ke aap saanp bichhoo se darte hain.</w:t>
      </w:r>
    </w:p>
    <w:p>
      <w:pPr>
        <w:jc w:val="right"/>
      </w:pPr>
      <w:r>
        <w:t>دیکھیں خوف اس معنی میں نہیں ہے اس معنی میں کہ آپ سانپ بچھو سے ڈرتے ہیں۔</w:t>
      </w:r>
    </w:p>
    <w:p>
      <w:r>
        <w:rPr>
          <w:b/>
        </w:rPr>
        <w:t xml:space="preserve">[51:32] </w:t>
      </w:r>
      <w:r>
        <w:t>yeh saanp bichhoo se darne ki baat nahin hai.</w:t>
      </w:r>
    </w:p>
    <w:p>
      <w:pPr>
        <w:jc w:val="right"/>
      </w:pPr>
      <w:r>
        <w:t>یہ سانپ بچھو سے ڈرنے کی بات نہیں ہے۔</w:t>
      </w:r>
    </w:p>
    <w:p>
      <w:r>
        <w:rPr>
          <w:b/>
        </w:rPr>
        <w:t xml:space="preserve">[51:36] </w:t>
      </w:r>
      <w:r>
        <w:t>aap apni maan se mohabbat karte hain lekin aap maan se khauf bhi karte hain.</w:t>
      </w:r>
    </w:p>
    <w:p>
      <w:pPr>
        <w:jc w:val="right"/>
      </w:pPr>
      <w:r>
        <w:t>آپ اپنی ماں سے محبت کرتے ہیں لیکن آپ ماں سے خوف بھی کرتے ہیں۔</w:t>
      </w:r>
    </w:p>
    <w:p>
      <w:r>
        <w:rPr>
          <w:b/>
        </w:rPr>
        <w:t xml:space="preserve">[51:42] </w:t>
      </w:r>
      <w:r>
        <w:t>to khuda se mohabbat ke ma'nay yeh hain ke us ke ehsanat ko yaad kar ke us se</w:t>
      </w:r>
    </w:p>
    <w:p>
      <w:pPr>
        <w:jc w:val="right"/>
      </w:pPr>
      <w:r>
        <w:t>تو خدا سے محبت کے معنی یہ ہیں کہ اس کے احسانات کو یاد کر کے اس سے</w:t>
      </w:r>
    </w:p>
    <w:p>
      <w:r>
        <w:rPr>
          <w:b/>
        </w:rPr>
        <w:t xml:space="preserve">[51:50] </w:t>
      </w:r>
      <w:r>
        <w:t>mohabbat karna.</w:t>
      </w:r>
    </w:p>
    <w:p>
      <w:pPr>
        <w:jc w:val="right"/>
      </w:pPr>
      <w:r>
        <w:t>محبت کرنا۔</w:t>
      </w:r>
    </w:p>
    <w:p>
      <w:r>
        <w:rPr>
          <w:b/>
        </w:rPr>
        <w:t xml:space="preserve">[51:51] </w:t>
      </w:r>
      <w:r>
        <w:t>lekin jab wohi giver hai wohi ke iqtadar mein sab kuch hai to aap ko aik aik</w:t>
      </w:r>
    </w:p>
    <w:p>
      <w:pPr>
        <w:jc w:val="right"/>
      </w:pPr>
      <w:r>
        <w:t>لیکن جب وہی giver ہے وہ اسی کے اقتدار میں سب کچھ ہے تو آپ کو ایک ایک</w:t>
      </w:r>
    </w:p>
    <w:p>
      <w:r>
        <w:rPr>
          <w:b/>
        </w:rPr>
        <w:t xml:space="preserve">[51:59] </w:t>
      </w:r>
      <w:r>
        <w:t>aik ehsas hota rehta hai kahin meri ghalti koi aisi ho jaye ke mein allah ki atiyat se</w:t>
      </w:r>
    </w:p>
    <w:p>
      <w:pPr>
        <w:jc w:val="right"/>
      </w:pPr>
      <w:r>
        <w:t>ایک احساس ہوتا رہتا ہے کہیں میری غلطی کوئی ایسی ہو جائے کہ میں اللہ کی عطیات سے</w:t>
      </w:r>
    </w:p>
    <w:p>
      <w:r>
        <w:rPr>
          <w:b/>
        </w:rPr>
        <w:t xml:space="preserve">[52:07] </w:t>
      </w:r>
      <w:r>
        <w:t>mehroom ho jaon.</w:t>
      </w:r>
    </w:p>
    <w:p>
      <w:pPr>
        <w:jc w:val="right"/>
      </w:pPr>
      <w:r>
        <w:t>محروم ہو جاؤں۔</w:t>
      </w:r>
    </w:p>
    <w:p>
      <w:r>
        <w:rPr>
          <w:b/>
        </w:rPr>
        <w:t xml:space="preserve">[52:08] </w:t>
      </w:r>
      <w:r>
        <w:t>to yeh is waqt tak hai jab tak ke dunya is dunya mein aap nahin hain.</w:t>
      </w:r>
    </w:p>
    <w:p>
      <w:pPr>
        <w:jc w:val="right"/>
      </w:pPr>
      <w:r>
        <w:t>تو یہ اس وقت تک ہے جب تک کہ دنیا اس دنیا میں آپ نہیں ہیں۔</w:t>
      </w:r>
    </w:p>
    <w:p>
      <w:r>
        <w:rPr>
          <w:b/>
        </w:rPr>
        <w:t xml:space="preserve">[52:15] </w:t>
      </w:r>
      <w:r>
        <w:t>is dunya se nikalne ke baad yeh cheez khatam ho jati hai.</w:t>
      </w:r>
    </w:p>
    <w:p>
      <w:pPr>
        <w:jc w:val="right"/>
      </w:pPr>
      <w:r>
        <w:t>اس دنیا سے نکلنے کے بعد یہ چیز ختم ہو جاتی ہے۔</w:t>
      </w:r>
    </w:p>
    <w:p>
      <w:r>
        <w:rPr>
          <w:b/>
        </w:rPr>
        <w:t xml:space="preserve">[52:20] </w:t>
      </w:r>
      <w:r>
        <w:t>to yeh jis cheez ko hum khauf khuda kehte hain woh aik aik bohat hi different qism ki</w:t>
      </w:r>
    </w:p>
    <w:p>
      <w:pPr>
        <w:jc w:val="right"/>
      </w:pPr>
      <w:r>
        <w:t>تو یہ جس چیز کو ہم خوف خدا کہتے ہیں وہ ایک ایک بہت ہی different قسم کی</w:t>
      </w:r>
    </w:p>
    <w:p>
      <w:r>
        <w:rPr>
          <w:b/>
        </w:rPr>
        <w:t xml:space="preserve">[52:28] </w:t>
      </w:r>
      <w:r>
        <w:t>baat hai.</w:t>
      </w:r>
    </w:p>
    <w:p>
      <w:pPr>
        <w:jc w:val="right"/>
      </w:pPr>
      <w:r>
        <w:t>بات ہے۔</w:t>
      </w:r>
    </w:p>
    <w:p>
      <w:r>
        <w:rPr>
          <w:b/>
        </w:rPr>
        <w:t xml:space="preserve">[52:29] </w:t>
      </w:r>
      <w:r>
        <w:t>mein ne aik kitab likhi thi woh urdu mein aur arabi mein bhi tarjuma hua tha is ka</w:t>
      </w:r>
    </w:p>
    <w:p>
      <w:pPr>
        <w:jc w:val="right"/>
      </w:pPr>
      <w:r>
        <w:t>میں نے ایک کتاب لکھی تھی وہ اردو میں اور عربی میں بھی ترجمہ ہوا تھا اس کا</w:t>
      </w:r>
    </w:p>
    <w:p>
      <w:r>
        <w:rPr>
          <w:b/>
        </w:rPr>
        <w:t xml:space="preserve">[52:37] </w:t>
      </w:r>
      <w:r>
        <w:t>woh aap le sakte hain hikmat e deen is ka naam tha.</w:t>
      </w:r>
    </w:p>
    <w:p>
      <w:pPr>
        <w:jc w:val="right"/>
      </w:pPr>
      <w:r>
        <w:t>وہ آپ لے سکتے ہیں حکمت دین اس کا نام تھا۔</w:t>
      </w:r>
    </w:p>
    <w:p>
      <w:r>
        <w:rPr>
          <w:b/>
        </w:rPr>
        <w:t xml:space="preserve">[52:42] </w:t>
      </w:r>
      <w:r>
        <w:t>is mein mein ne likha tha khauf khuda ke baray mein.</w:t>
      </w:r>
    </w:p>
    <w:p>
      <w:pPr>
        <w:jc w:val="right"/>
      </w:pPr>
      <w:r>
        <w:t>اس میں میں نے لکھا تھا خوف خدا کے بارے میں۔</w:t>
      </w:r>
    </w:p>
    <w:p>
      <w:r>
        <w:rPr>
          <w:b/>
        </w:rPr>
        <w:t xml:space="preserve">[52:47] </w:t>
      </w:r>
      <w:r>
        <w:t>is mein aik jumla mujhe yaad hai ke aik yeh aik aisa iztirab hai jo sarapa itminan hai.</w:t>
      </w:r>
    </w:p>
    <w:p>
      <w:pPr>
        <w:jc w:val="right"/>
      </w:pPr>
      <w:r>
        <w:t>اس میں ایک جملہ مجھے یاد ہے کہ ایک یہ ایک ایسا اضطراب ہے جو سراپہ اطمینان ہے۔</w:t>
      </w:r>
    </w:p>
    <w:p>
      <w:r>
        <w:rPr>
          <w:b/>
        </w:rPr>
        <w:t xml:space="preserve">[52:54] </w:t>
      </w:r>
      <w:r>
        <w:t>aur aisa itminan hai jo sarapa iztirab hai.</w:t>
      </w:r>
    </w:p>
    <w:p>
      <w:pPr>
        <w:jc w:val="right"/>
      </w:pPr>
      <w:r>
        <w:t>اور ایسا اطمینان ہے جو سراپہ اضطراب ہے۔</w:t>
      </w:r>
    </w:p>
    <w:p>
      <w:r>
        <w:rPr>
          <w:b/>
        </w:rPr>
        <w:t xml:space="preserve">[52:58] </w:t>
      </w:r>
      <w:r>
        <w:t>aap is masle ko samajhne ke liye meri is kitab ko padhen jis ka naam hai hikmat-e-deen.</w:t>
      </w:r>
    </w:p>
    <w:p>
      <w:pPr>
        <w:jc w:val="right"/>
      </w:pPr>
      <w:r>
        <w:t>آپ اس مسئلے کو سمجھنے کے لیے میری اس کتاب کو پڑھیں جس کا نام ہے حکمت دین۔</w:t>
      </w:r>
    </w:p>
    <w:p>
      <w:r>
        <w:rPr>
          <w:b/>
        </w:rPr>
        <w:t xml:space="preserve">[53:05] </w:t>
      </w:r>
      <w:r>
        <w:t>maulana agla sawal bhubaneswar se bheja hai zakir sahab ne aur unhon ne likha hai maulana sahab If</w:t>
      </w:r>
    </w:p>
    <w:p>
      <w:pPr>
        <w:jc w:val="right"/>
      </w:pPr>
      <w:r>
        <w:t>مولانا اگلا سوال بھومنیشور سے بھیجا ہے ذاکر صاحب نے اور انہوں نے لکھا ہے مولانا صاحب If</w:t>
      </w:r>
    </w:p>
    <w:p>
      <w:r>
        <w:rPr>
          <w:b/>
        </w:rPr>
        <w:t xml:space="preserve">[53:13] </w:t>
      </w:r>
      <w:r>
        <w:t>God loves His creation then why does He send so much of natural calamities like floods, earthquakes, diseases</w:t>
      </w:r>
    </w:p>
    <w:p>
      <w:pPr>
        <w:jc w:val="right"/>
      </w:pPr>
      <w:r>
        <w:t>God loves His creation then why does He send so much of natural calamities like floods, earthquakes, diseases</w:t>
      </w:r>
    </w:p>
    <w:p>
      <w:r>
        <w:rPr>
          <w:b/>
        </w:rPr>
        <w:t xml:space="preserve">[53:21] </w:t>
      </w:r>
      <w:r>
        <w:t>etc.</w:t>
      </w:r>
    </w:p>
    <w:p>
      <w:pPr>
        <w:jc w:val="right"/>
      </w:pPr>
      <w:r>
        <w:t>etc.</w:t>
      </w:r>
    </w:p>
    <w:p>
      <w:r>
        <w:rPr>
          <w:b/>
        </w:rPr>
        <w:t xml:space="preserve">[53:22] </w:t>
      </w:r>
      <w:r>
        <w:t>Why is this so? yeh bilkul sahi soch nahi hai.</w:t>
      </w:r>
    </w:p>
    <w:p>
      <w:pPr>
        <w:jc w:val="right"/>
      </w:pPr>
      <w:r>
        <w:t>Why is this so؟ یہ بالکل صحیح سوچ نہیں ہے۔</w:t>
      </w:r>
    </w:p>
    <w:p>
      <w:r>
        <w:rPr>
          <w:b/>
        </w:rPr>
        <w:t xml:space="preserve">[53:27] </w:t>
      </w:r>
      <w:r>
        <w:t>calamity ya problem will jo cheezen hain is par hum ne bohat likha hai.</w:t>
      </w:r>
    </w:p>
    <w:p>
      <w:pPr>
        <w:jc w:val="right"/>
      </w:pPr>
      <w:r>
        <w:t>Calamity یا problem will جو چیزیں ہیں اس پر ہم نے بہت لکھا ہے۔</w:t>
      </w:r>
    </w:p>
    <w:p>
      <w:r>
        <w:rPr>
          <w:b/>
        </w:rPr>
        <w:t xml:space="preserve">[53:33] </w:t>
      </w:r>
      <w:r>
        <w:t>aap ne shayad padha nahi hai.</w:t>
      </w:r>
    </w:p>
    <w:p>
      <w:pPr>
        <w:jc w:val="right"/>
      </w:pPr>
      <w:r>
        <w:t>آپ نے شاید پڑھا نہیں ہے۔</w:t>
      </w:r>
    </w:p>
    <w:p>
      <w:r>
        <w:rPr>
          <w:b/>
        </w:rPr>
        <w:t xml:space="preserve">[53:35] </w:t>
      </w:r>
      <w:r>
        <w:t>is ke positive aspect ko mere khayal se aap hamari kitabon ko padhen ke calamity jo hain ya</w:t>
      </w:r>
    </w:p>
    <w:p>
      <w:pPr>
        <w:jc w:val="right"/>
      </w:pPr>
      <w:r>
        <w:t>اس کے positive aspect کو میرے خیال سے آپ ہماری کتابوں کو پڑھیں کہ calamity جو ہیں یا</w:t>
      </w:r>
    </w:p>
    <w:p>
      <w:r>
        <w:rPr>
          <w:b/>
        </w:rPr>
        <w:t xml:space="preserve">[53:43] </w:t>
      </w:r>
      <w:r>
        <w:t>jin ko evil kaha jata hai ya jo difficulties hain un ka jo positive aspect hai us ko</w:t>
      </w:r>
    </w:p>
    <w:p>
      <w:pPr>
        <w:jc w:val="right"/>
      </w:pPr>
      <w:r>
        <w:t>جن کو evil کہا جاتا ہے یا جو difficulties ہیں ان کا جو positive aspect ہے اس کو</w:t>
      </w:r>
    </w:p>
    <w:p>
      <w:r>
        <w:rPr>
          <w:b/>
        </w:rPr>
        <w:t xml:space="preserve">[53:51] </w:t>
      </w:r>
      <w:r>
        <w:t>aap ne khola hai apni kitabon mein.</w:t>
      </w:r>
    </w:p>
    <w:p>
      <w:pPr>
        <w:jc w:val="right"/>
      </w:pPr>
      <w:r>
        <w:t>آپ نے کھولا ہے اپنی کتابوں میں۔</w:t>
      </w:r>
    </w:p>
    <w:p>
      <w:r>
        <w:rPr>
          <w:b/>
        </w:rPr>
        <w:t xml:space="preserve">[53:54] </w:t>
      </w:r>
      <w:r>
        <w:t>is ko padh len aap phir sawal karen to mein inshallah us ko jawab doon ga.</w:t>
      </w:r>
    </w:p>
    <w:p>
      <w:pPr>
        <w:jc w:val="right"/>
      </w:pPr>
      <w:r>
        <w:t>اس کو پڑھ لیں آپ پھر سوال کریں تو میں انشاءاللہ اس کو جواب دوں گا۔</w:t>
      </w:r>
    </w:p>
    <w:p>
      <w:r>
        <w:rPr>
          <w:b/>
        </w:rPr>
        <w:t xml:space="preserve">[54:01] </w:t>
      </w:r>
      <w:r>
        <w:t>maulana agla sawal lene se pehle ek comment padhna chahenge jo muhammad ayub sahab ne bheja hai</w:t>
      </w:r>
    </w:p>
    <w:p>
      <w:pPr>
        <w:jc w:val="right"/>
      </w:pPr>
      <w:r>
        <w:t>مولانا اگلا سوال لینے سے پہلے ایک comment پڑھنا چاہیں گے جو محمد ایوب صاحب نے بھیجا ہے</w:t>
      </w:r>
    </w:p>
    <w:p>
      <w:r>
        <w:rPr>
          <w:b/>
        </w:rPr>
        <w:t xml:space="preserve">[54:08] </w:t>
      </w:r>
      <w:r>
        <w:t>kanpur se.</w:t>
      </w:r>
    </w:p>
    <w:p>
      <w:pPr>
        <w:jc w:val="right"/>
      </w:pPr>
      <w:r>
        <w:t>کانپور سے۔</w:t>
      </w:r>
    </w:p>
    <w:p>
      <w:r>
        <w:rPr>
          <w:b/>
        </w:rPr>
        <w:t xml:space="preserve">[54:10] </w:t>
      </w:r>
      <w:r>
        <w:t>unhon ne likha hai maulana sahab You have nicely explained hubb-e-shadeed and aala shukr.</w:t>
      </w:r>
    </w:p>
    <w:p>
      <w:pPr>
        <w:jc w:val="right"/>
      </w:pPr>
      <w:r>
        <w:t>انہوں نے لکھا ہے مولانا صاحب You have nicely explained حب شدید and اعلیٰ شکر۔</w:t>
      </w:r>
    </w:p>
    <w:p>
      <w:r>
        <w:rPr>
          <w:b/>
        </w:rPr>
        <w:t xml:space="preserve">[54:16] </w:t>
      </w:r>
      <w:r>
        <w:t>Certainly we have plenty of things in our vicinity and within ourselves through which we can discover the</w:t>
      </w:r>
    </w:p>
    <w:p>
      <w:pPr>
        <w:jc w:val="right"/>
      </w:pPr>
      <w:r>
        <w:t>Certainly we have plenty of things in our vicinity and within ourselves through which we can discover the</w:t>
      </w:r>
    </w:p>
    <w:p>
      <w:r>
        <w:rPr>
          <w:b/>
        </w:rPr>
        <w:t xml:space="preserve">[54:24] </w:t>
      </w:r>
      <w:r>
        <w:t>feeling of aala shukr and hubb-e-shadeed to creator.</w:t>
      </w:r>
    </w:p>
    <w:p>
      <w:pPr>
        <w:jc w:val="right"/>
      </w:pPr>
      <w:r>
        <w:t>feeling of اعلیٰ شکر and حب شدید to creator۔</w:t>
      </w:r>
    </w:p>
    <w:p>
      <w:r>
        <w:rPr>
          <w:b/>
        </w:rPr>
        <w:t xml:space="preserve">[54:28] </w:t>
      </w:r>
      <w:r>
        <w:t>maulana agla sawal kota se bheja hai farooq sahab ne.</w:t>
      </w:r>
    </w:p>
    <w:p>
      <w:pPr>
        <w:jc w:val="right"/>
      </w:pPr>
      <w:r>
        <w:t>مولانا اگلا سوال کوٹا سے بھیجا ہے فاروق صاحب نے۔</w:t>
      </w:r>
    </w:p>
    <w:p>
      <w:r>
        <w:rPr>
          <w:b/>
        </w:rPr>
        <w:t xml:space="preserve">[54:32] </w:t>
      </w:r>
      <w:r>
        <w:t>unhon ne likha hai maulana sahab Many a times it happens that when things go wrong thoughts come</w:t>
      </w:r>
    </w:p>
    <w:p>
      <w:pPr>
        <w:jc w:val="right"/>
      </w:pPr>
      <w:r>
        <w:t>انہوں نے لکھا ہے مولانا صاحب Many a times it happens that when things go wrong thoughts come</w:t>
      </w:r>
    </w:p>
    <w:p>
      <w:r>
        <w:rPr>
          <w:b/>
        </w:rPr>
        <w:t xml:space="preserve">[54:40] </w:t>
      </w:r>
      <w:r>
        <w:t>into the mind that God is angry or unhappy with us.</w:t>
      </w:r>
    </w:p>
    <w:p>
      <w:pPr>
        <w:jc w:val="right"/>
      </w:pPr>
      <w:r>
        <w:t>into the mind that God is angry or unhappy with us۔</w:t>
      </w:r>
    </w:p>
    <w:p>
      <w:r>
        <w:rPr>
          <w:b/>
        </w:rPr>
        <w:t xml:space="preserve">[54:44] </w:t>
      </w:r>
      <w:r>
        <w:t>How should we handle ourselves when we face such situations and when such thoughts come into our mind?</w:t>
      </w:r>
    </w:p>
    <w:p>
      <w:pPr>
        <w:jc w:val="right"/>
      </w:pPr>
      <w:r>
        <w:t>How should we handle ourselves when we face such situations and when such thoughts come into our mind؟</w:t>
      </w:r>
    </w:p>
    <w:p>
      <w:r>
        <w:rPr>
          <w:b/>
        </w:rPr>
        <w:t xml:space="preserve">[54:52] </w:t>
      </w:r>
      <w:r>
        <w:t>dekhen yeh vague sawal hai.</w:t>
      </w:r>
    </w:p>
    <w:p>
      <w:pPr>
        <w:jc w:val="right"/>
      </w:pPr>
      <w:r>
        <w:t>دیکھیں یہ vague سوال ہے۔</w:t>
      </w:r>
    </w:p>
    <w:p>
      <w:r>
        <w:rPr>
          <w:b/>
        </w:rPr>
        <w:t xml:space="preserve">[54:54] </w:t>
      </w:r>
      <w:r>
        <w:t>vague jab tak woh aap specific tor par woh item na batayen tab tak is ka jawab dena</w:t>
      </w:r>
    </w:p>
    <w:p>
      <w:pPr>
        <w:jc w:val="right"/>
      </w:pPr>
      <w:r>
        <w:t>Vague جب تک وہ آپ specific طور پر وہ آئٹم نہ بتائیں تب تک اس کا جواب دینا</w:t>
      </w:r>
    </w:p>
    <w:p>
      <w:r>
        <w:rPr>
          <w:b/>
        </w:rPr>
        <w:t xml:space="preserve">[55:02] </w:t>
      </w:r>
      <w:r>
        <w:t>mumkin nahi hai.</w:t>
      </w:r>
    </w:p>
    <w:p>
      <w:pPr>
        <w:jc w:val="right"/>
      </w:pPr>
      <w:r>
        <w:t>ممکن نہیں ہے۔</w:t>
      </w:r>
    </w:p>
    <w:p>
      <w:r>
        <w:rPr>
          <w:b/>
        </w:rPr>
        <w:t xml:space="preserve">[55:04] </w:t>
      </w:r>
      <w:r>
        <w:t>آپ ٹیلی فون پر مجھ سے بتائیں specific what item تو انشاءاللہ میں آپ کو جواب دوں گا۔</w:t>
      </w:r>
    </w:p>
    <w:p>
      <w:pPr>
        <w:jc w:val="right"/>
      </w:pPr>
      <w:r>
        <w:t>آپ ٹیلی فون پر مجھ سے بتائیں specific what آئٹم تو انشاءاللہ میں آپ کو جواب دوں گا۔</w:t>
      </w:r>
    </w:p>
    <w:p>
      <w:r>
        <w:rPr>
          <w:b/>
        </w:rPr>
        <w:t xml:space="preserve">[55:11] </w:t>
      </w:r>
      <w:r>
        <w:t>vague question se koi baat clear nahi ho sakti.</w:t>
      </w:r>
    </w:p>
    <w:p>
      <w:pPr>
        <w:jc w:val="right"/>
      </w:pPr>
      <w:r>
        <w:t>Vague question سے کوئی بات clear نہیں ہو سکتی۔</w:t>
      </w:r>
    </w:p>
    <w:p>
      <w:r>
        <w:rPr>
          <w:b/>
        </w:rPr>
        <w:t xml:space="preserve">[55:15] </w:t>
      </w:r>
      <w:r>
        <w:t>maulana agla sawal bareilly se zahid sahab ne kiya hai aur unhon ne likha hai maulana sahab You</w:t>
      </w:r>
    </w:p>
    <w:p>
      <w:pPr>
        <w:jc w:val="right"/>
      </w:pPr>
      <w:r>
        <w:t>مولانا اگلا سوال بریلی سے زاہد صاحب نے کیا ہے اور انہوں نے لکھا ہے مولانا صاحب You</w:t>
      </w:r>
    </w:p>
    <w:p>
      <w:r>
        <w:rPr>
          <w:b/>
        </w:rPr>
        <w:t xml:space="preserve">[55:23] </w:t>
      </w:r>
      <w:r>
        <w:t>said that all the discoveries have been done by the western world but Maulana sahib They have done</w:t>
      </w:r>
    </w:p>
    <w:p>
      <w:pPr>
        <w:jc w:val="right"/>
      </w:pPr>
      <w:r>
        <w:t>said that all the discoveries have been done by the western world but مولانا صاحب They have done</w:t>
      </w:r>
    </w:p>
    <w:p>
      <w:r>
        <w:rPr>
          <w:b/>
        </w:rPr>
        <w:t xml:space="preserve">[55:31] </w:t>
      </w:r>
      <w:r>
        <w:t>it for commercial reasons and creating wealth for themselves.</w:t>
      </w:r>
    </w:p>
    <w:p>
      <w:pPr>
        <w:jc w:val="right"/>
      </w:pPr>
      <w:r>
        <w:t>it for commercial reasons and creating wealth for themselves.</w:t>
      </w:r>
    </w:p>
    <w:p>
      <w:r>
        <w:rPr>
          <w:b/>
        </w:rPr>
        <w:t xml:space="preserve">[55:34] </w:t>
      </w:r>
      <w:r>
        <w:t>So how can this be termed as love for God? mein ne yeh kabhi nahi kaha ke woh</w:t>
      </w:r>
    </w:p>
    <w:p>
      <w:pPr>
        <w:jc w:val="right"/>
      </w:pPr>
      <w:r>
        <w:t>So how can this be termed as love for God؟ میں نے یہ کبھی نہیں کہا کہ وہ</w:t>
      </w:r>
    </w:p>
    <w:p>
      <w:r>
        <w:rPr>
          <w:b/>
        </w:rPr>
        <w:t xml:space="preserve">[55:42] </w:t>
      </w:r>
      <w:r>
        <w:t>woh Allah se love karte hain.</w:t>
      </w:r>
    </w:p>
    <w:p>
      <w:pPr>
        <w:jc w:val="right"/>
      </w:pPr>
      <w:r>
        <w:t>وہ اللہ سے love کرتے ہیں۔</w:t>
      </w:r>
    </w:p>
    <w:p>
      <w:r>
        <w:rPr>
          <w:b/>
        </w:rPr>
        <w:t xml:space="preserve">[55:45] </w:t>
      </w:r>
      <w:r>
        <w:t>yeh to mein ne kaha mein ne musalmanon ki zimmedari yaad dilai hai ke musalmanon ke liye</w:t>
      </w:r>
    </w:p>
    <w:p>
      <w:pPr>
        <w:jc w:val="right"/>
      </w:pPr>
      <w:r>
        <w:t>یہ تو میں نے کہا میں نے مسلمانوں کی ذمہ داری یاد دلائی ہے کہ مسلمانوں کے لیے</w:t>
      </w:r>
    </w:p>
    <w:p>
      <w:r>
        <w:rPr>
          <w:b/>
        </w:rPr>
        <w:t xml:space="preserve">[55:52] </w:t>
      </w:r>
      <w:r>
        <w:t>Allah Ta</w:t>
      </w:r>
    </w:p>
    <w:p>
      <w:pPr>
        <w:jc w:val="right"/>
      </w:pPr>
      <w:r>
        <w:t>اللہ تعالیٰ نے اتحادی آئٹم دیے تھے۔</w:t>
      </w:r>
    </w:p>
    <w:p>
      <w:r>
        <w:rPr>
          <w:b/>
        </w:rPr>
        <w:t xml:space="preserve">[55:55] </w:t>
      </w:r>
      <w:r>
        <w:t>yeh western civilization ko mein mufeed civilization manta hoon hadith ke alfaaz mein.</w:t>
      </w:r>
    </w:p>
    <w:p>
      <w:pPr>
        <w:jc w:val="right"/>
      </w:pPr>
      <w:r>
        <w:t>یہ western civilization کو میں معید civilization مانتا ہوں حدیث کے الفاظ میں۔</w:t>
      </w:r>
    </w:p>
    <w:p>
      <w:r>
        <w:rPr>
          <w:b/>
        </w:rPr>
        <w:t xml:space="preserve">[56:01] </w:t>
      </w:r>
      <w:r>
        <w:t>to aap ne is ko ke ek ek aise maani mil gaya jo jo mein ne nahi kaha</w:t>
      </w:r>
    </w:p>
    <w:p>
      <w:pPr>
        <w:jc w:val="right"/>
      </w:pPr>
      <w:r>
        <w:t>تو آپ نے اس کو کہ ایک ایک ایسے معنی مل گیا جو جو میں نے نہیں کہا</w:t>
      </w:r>
    </w:p>
    <w:p>
      <w:r>
        <w:rPr>
          <w:b/>
        </w:rPr>
        <w:t xml:space="preserve">[56:09] </w:t>
      </w:r>
      <w:r>
        <w:t>tha.</w:t>
      </w:r>
    </w:p>
    <w:p>
      <w:pPr>
        <w:jc w:val="right"/>
      </w:pPr>
      <w:r>
        <w:t>تھا۔</w:t>
      </w:r>
    </w:p>
    <w:p>
      <w:r>
        <w:rPr>
          <w:b/>
        </w:rPr>
        <w:t xml:space="preserve">[56:10] </w:t>
      </w:r>
      <w:r>
        <w:t>اللہ تعالیٰ نے توحید تائید فراہم کی تھی کہ محبت کا item ان سے discover کروائے۔</w:t>
      </w:r>
    </w:p>
    <w:p>
      <w:pPr>
        <w:jc w:val="right"/>
      </w:pPr>
      <w:r>
        <w:t>اللہ تعالیٰ نے توحید تائید فراہم کی تھی کہ محبت کا آئٹم ان سے discover کروائے۔</w:t>
      </w:r>
    </w:p>
    <w:p>
      <w:r>
        <w:rPr>
          <w:b/>
        </w:rPr>
        <w:t xml:space="preserve">[56:17] </w:t>
      </w:r>
      <w:r>
        <w:t>تو دنیا نے اس کو بنا لیا commercial item.</w:t>
      </w:r>
    </w:p>
    <w:p>
      <w:pPr>
        <w:jc w:val="right"/>
      </w:pPr>
      <w:r>
        <w:t>تو دنیا نے اس کو بنا لیا commercial آئٹم۔</w:t>
      </w:r>
    </w:p>
    <w:p>
      <w:r>
        <w:rPr>
          <w:b/>
        </w:rPr>
        <w:t xml:space="preserve">[56:21] </w:t>
      </w:r>
      <w:r>
        <w:t>تو مسلمانوں کو چاہیے کہ وہ</w:t>
      </w:r>
    </w:p>
    <w:p>
      <w:pPr>
        <w:jc w:val="right"/>
      </w:pPr>
      <w:r>
        <w:t>تو مسلمانوں کو چاہیے کہ وہ اس کو محبت کا آئٹم بنائیں۔</w:t>
      </w:r>
    </w:p>
    <w:p>
      <w:r>
        <w:rPr>
          <w:b/>
        </w:rPr>
        <w:t xml:space="preserve">[56:26] </w:t>
      </w:r>
      <w:r>
        <w:t>apni tehrikon ko mohabbat ke tasawwur par chalayein na ke aaj kal ke musalman kya hain nafrat, zulm,</w:t>
      </w:r>
    </w:p>
    <w:p>
      <w:pPr>
        <w:jc w:val="right"/>
      </w:pPr>
      <w:r>
        <w:t>اپنی تحریکوں کو محبت کے تصور پر چلائیں نہ کہ آج کل کے مسلمان کیا ہیں نفرت، ظلم،</w:t>
      </w:r>
    </w:p>
    <w:p>
      <w:r>
        <w:rPr>
          <w:b/>
        </w:rPr>
        <w:t xml:space="preserve">[56:34] </w:t>
      </w:r>
      <w:r>
        <w:t>sazish is par chala rahe hain.</w:t>
      </w:r>
    </w:p>
    <w:p>
      <w:pPr>
        <w:jc w:val="right"/>
      </w:pPr>
      <w:r>
        <w:t>سازش اس پر چلا رہے ہیں۔</w:t>
      </w:r>
    </w:p>
    <w:p>
      <w:r>
        <w:rPr>
          <w:b/>
        </w:rPr>
        <w:t xml:space="preserve">[56:36] </w:t>
      </w:r>
      <w:r>
        <w:t>ke yeh cheezein mere nazdeek haram hain.</w:t>
      </w:r>
    </w:p>
    <w:p>
      <w:pPr>
        <w:jc w:val="right"/>
      </w:pPr>
      <w:r>
        <w:t>کہ یہ چیزیں میرے نزدیک حرام ہیں۔</w:t>
      </w:r>
    </w:p>
    <w:p>
      <w:r>
        <w:rPr>
          <w:b/>
        </w:rPr>
        <w:t xml:space="preserve">[56:39] </w:t>
      </w:r>
      <w:r>
        <w:t>ke aisa item zahir ho chuke to musalmanon ke liye haram hai ke woh mohabbat ke bajaye nafrat</w:t>
      </w:r>
    </w:p>
    <w:p>
      <w:pPr>
        <w:jc w:val="right"/>
      </w:pPr>
      <w:r>
        <w:t>کہ ایسا آئٹم ظاہر ہو چکے تو مسلمانوں کے لیے حرام ہے کہ وہ محبت کے بجائے نفرت</w:t>
      </w:r>
    </w:p>
    <w:p>
      <w:r>
        <w:rPr>
          <w:b/>
        </w:rPr>
        <w:t xml:space="preserve">[56:47] </w:t>
      </w:r>
      <w:r>
        <w:t>phailayein.</w:t>
      </w:r>
    </w:p>
    <w:p>
      <w:pPr>
        <w:jc w:val="right"/>
      </w:pPr>
      <w:r>
        <w:t>پھیلائیں۔</w:t>
      </w:r>
    </w:p>
    <w:p>
      <w:r>
        <w:rPr>
          <w:b/>
        </w:rPr>
        <w:t xml:space="preserve">[56:49] </w:t>
      </w:r>
      <w:r>
        <w:t>mohabbat ke bajaye tehzeeb phailayein.</w:t>
      </w:r>
    </w:p>
    <w:p>
      <w:pPr>
        <w:jc w:val="right"/>
      </w:pPr>
      <w:r>
        <w:t>محبت کے بجائے تہذیب پھیلائیں۔</w:t>
      </w:r>
    </w:p>
    <w:p>
      <w:r>
        <w:rPr>
          <w:b/>
        </w:rPr>
        <w:t xml:space="preserve">[56:51] </w:t>
      </w:r>
      <w:r>
        <w:t>ab yeh mohabbat ka item phailao taake insaan jo hai Allah se mohabbat kare.</w:t>
      </w:r>
    </w:p>
    <w:p>
      <w:pPr>
        <w:jc w:val="right"/>
      </w:pPr>
      <w:r>
        <w:t>اب یہ محبت کا آئٹم پھیلاؤ تاکہ انسان جو ہے اللہ سے محبت کرے۔</w:t>
      </w:r>
    </w:p>
    <w:p>
      <w:r>
        <w:rPr>
          <w:b/>
        </w:rPr>
        <w:t xml:space="preserve">[56:57] </w:t>
      </w:r>
      <w:r>
        <w:t>Maulana agla sawal kya hai Miss Ruhooson Sung ne.</w:t>
      </w:r>
    </w:p>
    <w:p>
      <w:pPr>
        <w:jc w:val="right"/>
      </w:pPr>
      <w:r>
        <w:t>مولانا اگلا سوال کیا ہے مس روحو سونگ نے۔</w:t>
      </w:r>
    </w:p>
    <w:p>
      <w:r>
        <w:rPr>
          <w:b/>
        </w:rPr>
        <w:t xml:space="preserve">[57:01] </w:t>
      </w:r>
      <w:r>
        <w:t>unhone apni location nahi likhi hai.</w:t>
      </w:r>
    </w:p>
    <w:p>
      <w:pPr>
        <w:jc w:val="right"/>
      </w:pPr>
      <w:r>
        <w:t>انہوں نے اپنی location نہیں لکھی ہے۔</w:t>
      </w:r>
    </w:p>
    <w:p>
      <w:r>
        <w:rPr>
          <w:b/>
        </w:rPr>
        <w:t xml:space="preserve">[57:04] </w:t>
      </w:r>
      <w:r>
        <w:t>unka sawal hai Do positive words have positive influence on our ability to translate good thoughts to</w:t>
      </w:r>
    </w:p>
    <w:p>
      <w:pPr>
        <w:jc w:val="right"/>
      </w:pPr>
      <w:r>
        <w:t>ان کا سوال ہے Do positive words have positive influence on our ability to translate good thoughts to</w:t>
      </w:r>
    </w:p>
    <w:p>
      <w:r>
        <w:rPr>
          <w:b/>
        </w:rPr>
        <w:t xml:space="preserve">[57:11] </w:t>
      </w:r>
      <w:r>
        <w:t>action? What is your comment on this? kya mein samjha nahi kya sawal unka hai.</w:t>
      </w:r>
    </w:p>
    <w:p>
      <w:pPr>
        <w:jc w:val="right"/>
      </w:pPr>
      <w:r>
        <w:t>action؟ What is your comment on this؟ کیا میں سمجھا نہیں کیا سوال ان کا ہے۔</w:t>
      </w:r>
    </w:p>
    <w:p>
      <w:r>
        <w:rPr>
          <w:b/>
        </w:rPr>
        <w:t xml:space="preserve">[57:18] </w:t>
      </w:r>
      <w:r>
        <w:t>Maulana woh yeh janna chah rahi hain ke jo positive words hote hain kya us se hamare action</w:t>
      </w:r>
    </w:p>
    <w:p>
      <w:pPr>
        <w:jc w:val="right"/>
      </w:pPr>
      <w:r>
        <w:t>مولانا وہ یہ جاننا چاہ رہی ہیں کہ جو positive words ہوتے ہیں کیا اس سے ہمارے action</w:t>
      </w:r>
    </w:p>
    <w:p>
      <w:r>
        <w:rPr>
          <w:b/>
        </w:rPr>
        <w:t xml:space="preserve">[57:26] </w:t>
      </w:r>
      <w:r>
        <w:t>influence hote hain through our thought process? aap to dohra rahe hain.</w:t>
      </w:r>
    </w:p>
    <w:p>
      <w:pPr>
        <w:jc w:val="right"/>
      </w:pPr>
      <w:r>
        <w:t>influence ہوتے ہیں through our thought process؟ آپ تو دہرا رہے ہیں۔</w:t>
      </w:r>
    </w:p>
    <w:p>
      <w:r>
        <w:rPr>
          <w:b/>
        </w:rPr>
        <w:t xml:space="preserve">[57:31] </w:t>
      </w:r>
      <w:r>
        <w:t>kuch sense to matlab nahi samjha nahi.</w:t>
      </w:r>
    </w:p>
    <w:p>
      <w:pPr>
        <w:jc w:val="right"/>
      </w:pPr>
      <w:r>
        <w:t>کچھ sense تو مطلب نہیں سمجھا نہیں۔</w:t>
      </w:r>
    </w:p>
    <w:p>
      <w:r>
        <w:rPr>
          <w:b/>
        </w:rPr>
        <w:t xml:space="preserve">[57:34] </w:t>
      </w:r>
      <w:r>
        <w:t>ji is ka sense kya hai? is ko zyada tafseel se woh agle Sunday ko likhein.</w:t>
      </w:r>
    </w:p>
    <w:p>
      <w:pPr>
        <w:jc w:val="right"/>
      </w:pPr>
      <w:r>
        <w:t>جی اس کا sense کیا ہے؟ اس کو زیادہ تفصیل سے وہ اگلے Sunday کو لکھیں۔</w:t>
      </w:r>
    </w:p>
    <w:p>
      <w:r>
        <w:rPr>
          <w:b/>
        </w:rPr>
        <w:t xml:space="preserve">[57:41] </w:t>
      </w:r>
      <w:r>
        <w:t>ji zyada zyada clear tor par.</w:t>
      </w:r>
    </w:p>
    <w:p>
      <w:pPr>
        <w:jc w:val="right"/>
      </w:pPr>
      <w:r>
        <w:t>جی زیادہ زیادہ clear طور پر۔</w:t>
      </w:r>
    </w:p>
    <w:p>
      <w:r>
        <w:rPr>
          <w:b/>
        </w:rPr>
        <w:t xml:space="preserve">[57:43] </w:t>
      </w:r>
      <w:r>
        <w:t>is mein clarity nahi hai unke question mein clarity nahi hai.</w:t>
      </w:r>
    </w:p>
    <w:p>
      <w:pPr>
        <w:jc w:val="right"/>
      </w:pPr>
      <w:r>
        <w:t>اس میں clarity نہیں ہے ان کے question میں clarity نہیں ہے۔</w:t>
      </w:r>
    </w:p>
    <w:p>
      <w:r>
        <w:rPr>
          <w:b/>
        </w:rPr>
        <w:t xml:space="preserve">[57:49] </w:t>
      </w:r>
      <w:r>
        <w:t>ji kya murad hai in ke positive words se? kya kya cheez hai positive words? to clear taur</w:t>
      </w:r>
    </w:p>
    <w:p>
      <w:pPr>
        <w:jc w:val="right"/>
      </w:pPr>
      <w:r>
        <w:t>جی کیا مراد ہے ان کے positive words سے؟ کیا کیا چیز ہے positive words؟ تو clear طور</w:t>
      </w:r>
    </w:p>
    <w:p>
      <w:r>
        <w:rPr>
          <w:b/>
        </w:rPr>
        <w:t xml:space="preserve">[57:56] </w:t>
      </w:r>
      <w:r>
        <w:t>par agle Sunday mein woh sawal karein woh.</w:t>
      </w:r>
    </w:p>
    <w:p>
      <w:pPr>
        <w:jc w:val="right"/>
      </w:pPr>
      <w:r>
        <w:t>پر اگلے Sunday میں وہ سوال کریں وہ۔</w:t>
      </w:r>
    </w:p>
    <w:p>
      <w:r>
        <w:rPr>
          <w:b/>
        </w:rPr>
        <w:t xml:space="preserve">[58:00] </w:t>
      </w:r>
      <w:r>
        <w:t>ji Maulana agla sawal lete hain jo Pakistan se Kashif Nadeem sahib ne bheja hai.</w:t>
      </w:r>
    </w:p>
    <w:p>
      <w:pPr>
        <w:jc w:val="right"/>
      </w:pPr>
      <w:r>
        <w:t>جی مولانا اگلا سوال لیتے ہیں جو پاکستان سے کاشف ندیم صاحب نے بھیجا ہے۔</w:t>
      </w:r>
    </w:p>
    <w:p>
      <w:r>
        <w:rPr>
          <w:b/>
        </w:rPr>
        <w:t xml:space="preserve">[58:06] </w:t>
      </w:r>
      <w:r>
        <w:t>unhone likha hai Surah Yusuf mein Hazrat Yusuf Alaihissalam ka waqia itni detail ke sath maujood</w:t>
      </w:r>
    </w:p>
    <w:p>
      <w:pPr>
        <w:jc w:val="right"/>
      </w:pPr>
      <w:r>
        <w:t>انہوں نے لکھا ہے سورہ یوسف میں حضرت یوسف علیہ السلام کا واقعہ اتنی detail کے ساتھ موجود</w:t>
      </w:r>
    </w:p>
    <w:p>
      <w:r>
        <w:rPr>
          <w:b/>
        </w:rPr>
        <w:t xml:space="preserve">[58:14] </w:t>
      </w:r>
      <w:r>
        <w:t>hai.</w:t>
      </w:r>
    </w:p>
    <w:p>
      <w:pPr>
        <w:jc w:val="right"/>
      </w:pPr>
      <w:r>
        <w:t>ہے۔</w:t>
      </w:r>
    </w:p>
    <w:p>
      <w:r>
        <w:rPr>
          <w:b/>
        </w:rPr>
        <w:t xml:space="preserve">[58:15] </w:t>
      </w:r>
      <w:r>
        <w:t>Maulana sahib I would request you to elaborate the unsaid, untold and hidden lessons from the complete story</w:t>
      </w:r>
    </w:p>
    <w:p>
      <w:pPr>
        <w:jc w:val="right"/>
      </w:pPr>
      <w:r>
        <w:t>مولانا صاحب I would request you to elaborate the unsaid, untold and hidden lessons from the complete story</w:t>
      </w:r>
    </w:p>
    <w:p>
      <w:r>
        <w:rPr>
          <w:b/>
        </w:rPr>
        <w:t xml:space="preserve">[58:23] </w:t>
      </w:r>
      <w:r>
        <w:t>of Prophet Yusuf.</w:t>
      </w:r>
    </w:p>
    <w:p>
      <w:pPr>
        <w:jc w:val="right"/>
      </w:pPr>
      <w:r>
        <w:t>of Prophet Yusuf۔</w:t>
      </w:r>
    </w:p>
    <w:p>
      <w:r>
        <w:rPr>
          <w:b/>
        </w:rPr>
        <w:t xml:space="preserve">[58:25] </w:t>
      </w:r>
      <w:r>
        <w:t>bhai aap ne parha nahi.</w:t>
      </w:r>
    </w:p>
    <w:p>
      <w:pPr>
        <w:jc w:val="right"/>
      </w:pPr>
      <w:r>
        <w:t>بھئی آپ نے پڑھا نہیں۔</w:t>
      </w:r>
    </w:p>
    <w:p>
      <w:r>
        <w:rPr>
          <w:b/>
        </w:rPr>
        <w:t xml:space="preserve">[58:27] </w:t>
      </w:r>
      <w:r>
        <w:t>hum ne to bohat tafseel se likha hai Ahsan al-Qasas.</w:t>
      </w:r>
    </w:p>
    <w:p>
      <w:pPr>
        <w:jc w:val="right"/>
      </w:pPr>
      <w:r>
        <w:t>ہم نے تو بہت تفصیل سے لکھا ہے اثر القصص۔</w:t>
      </w:r>
    </w:p>
    <w:p>
      <w:r>
        <w:rPr>
          <w:b/>
        </w:rPr>
        <w:t xml:space="preserve">[58:31] </w:t>
      </w:r>
      <w:r>
        <w:t>Quran mein Hazrat Yusuf Alaihissalam ko Ahsan al-Qasas kaha gaya hai.</w:t>
      </w:r>
    </w:p>
    <w:p>
      <w:pPr>
        <w:jc w:val="right"/>
      </w:pPr>
      <w:r>
        <w:t>قرآن میں حضرت یوسف علیہ السلام کو اثر القصص کہا گیا ہے۔</w:t>
      </w:r>
    </w:p>
    <w:p>
      <w:r>
        <w:rPr>
          <w:b/>
        </w:rPr>
        <w:t xml:space="preserve">[58:36] </w:t>
      </w:r>
      <w:r>
        <w:t>Best story.</w:t>
      </w:r>
    </w:p>
    <w:p>
      <w:pPr>
        <w:jc w:val="right"/>
      </w:pPr>
      <w:r>
        <w:t>Best story۔</w:t>
      </w:r>
    </w:p>
    <w:p>
      <w:r>
        <w:rPr>
          <w:b/>
        </w:rPr>
        <w:t xml:space="preserve">[58:38] </w:t>
      </w:r>
      <w:r>
        <w:t>is par to hum ne bohat tafseel se likha hai.</w:t>
      </w:r>
    </w:p>
    <w:p>
      <w:pPr>
        <w:jc w:val="right"/>
      </w:pPr>
      <w:r>
        <w:t>اس پر تو ہم نے بہت تفصیل سے لکھا ہے۔</w:t>
      </w:r>
    </w:p>
    <w:p>
      <w:r>
        <w:rPr>
          <w:b/>
        </w:rPr>
        <w:t xml:space="preserve">[58:42] </w:t>
      </w:r>
      <w:r>
        <w:t>kai baar likha hai.</w:t>
      </w:r>
    </w:p>
    <w:p>
      <w:pPr>
        <w:jc w:val="right"/>
      </w:pPr>
      <w:r>
        <w:t>کئی بار لکھا ہے۔</w:t>
      </w:r>
    </w:p>
    <w:p>
      <w:r>
        <w:rPr>
          <w:b/>
        </w:rPr>
        <w:t xml:space="preserve">[58:44] </w:t>
      </w:r>
      <w:r>
        <w:t>aap aap ne parha nahi ab mein kya karoon.</w:t>
      </w:r>
    </w:p>
    <w:p>
      <w:pPr>
        <w:jc w:val="right"/>
      </w:pPr>
      <w:r>
        <w:t>آپ آپ نے پڑھا نہیں اب میں کیا کروں۔</w:t>
      </w:r>
    </w:p>
    <w:p>
      <w:r>
        <w:rPr>
          <w:b/>
        </w:rPr>
        <w:t xml:space="preserve">[58:47] </w:t>
      </w:r>
      <w:r>
        <w:t>is ko parh kar phir sawal kijiye.</w:t>
      </w:r>
    </w:p>
    <w:p>
      <w:pPr>
        <w:jc w:val="right"/>
      </w:pPr>
      <w:r>
        <w:t>اس کو پڑھ کر پھر سوال کیجئے۔</w:t>
      </w:r>
    </w:p>
    <w:p>
      <w:r>
        <w:rPr>
          <w:b/>
        </w:rPr>
        <w:t xml:space="preserve">[58:50] </w:t>
      </w:r>
      <w:r>
        <w:t>Maulana agla comment Khwaja Kaleemuddin sahib ne bheja hai Pennsylvania se.</w:t>
      </w:r>
    </w:p>
    <w:p>
      <w:pPr>
        <w:jc w:val="right"/>
      </w:pPr>
      <w:r>
        <w:t>مولانا اگلا comment خواجہ کلیم الدین صاحب نے بھیجا ہے پینسلونیا سے۔</w:t>
      </w:r>
    </w:p>
    <w:p>
      <w:r>
        <w:rPr>
          <w:b/>
        </w:rPr>
        <w:t xml:space="preserve">[58:56] </w:t>
      </w:r>
      <w:r>
        <w:t>He has forwarded a comment of a lecturer whom he had sent your books.</w:t>
      </w:r>
    </w:p>
    <w:p>
      <w:pPr>
        <w:jc w:val="right"/>
      </w:pPr>
      <w:r>
        <w:t>He has forwarded a comment of a lecturer whom he had sent your books۔</w:t>
      </w:r>
    </w:p>
    <w:p>
      <w:r>
        <w:rPr>
          <w:b/>
        </w:rPr>
        <w:t xml:space="preserve">[59:02] </w:t>
      </w:r>
      <w:r>
        <w:t>The person is Dr. Craig Considine lecturer department of sociology Rice University.</w:t>
      </w:r>
    </w:p>
    <w:p>
      <w:pPr>
        <w:jc w:val="right"/>
      </w:pPr>
      <w:r>
        <w:t>The person is ڈاکٹر کریک کونسڈائن lecturer department of sociology رائس یونیورسٹی۔</w:t>
      </w:r>
    </w:p>
    <w:p>
      <w:r>
        <w:rPr>
          <w:b/>
        </w:rPr>
        <w:t xml:space="preserve">[59:07] </w:t>
      </w:r>
      <w:r>
        <w:t>He wrote to Kaleem sahib that thank you for sending Maulana sahib's books.</w:t>
      </w:r>
    </w:p>
    <w:p>
      <w:pPr>
        <w:jc w:val="right"/>
      </w:pPr>
      <w:r>
        <w:t>He wrote to کلیم صاحب that thank you for sending مولانا صاحب's books۔</w:t>
      </w:r>
    </w:p>
    <w:p>
      <w:r>
        <w:rPr>
          <w:b/>
        </w:rPr>
        <w:t xml:space="preserve">[59:12] </w:t>
      </w:r>
      <w:r>
        <w:t>God bless you for your kind deed.</w:t>
      </w:r>
    </w:p>
    <w:p>
      <w:pPr>
        <w:jc w:val="right"/>
      </w:pPr>
      <w:r>
        <w:t>God bless you for your kind deed۔</w:t>
      </w:r>
    </w:p>
    <w:p>
      <w:r>
        <w:rPr>
          <w:b/>
        </w:rPr>
        <w:t xml:space="preserve">[59:15] </w:t>
      </w:r>
      <w:r>
        <w:t>It is very much appreciated because knowledge fuels me and nourishes my soul.</w:t>
      </w:r>
    </w:p>
    <w:p>
      <w:pPr>
        <w:jc w:val="right"/>
      </w:pPr>
      <w:r>
        <w:t>It is very much appreciated because knowledge fuels me and nourishes my soul۔</w:t>
      </w:r>
    </w:p>
    <w:p>
      <w:r>
        <w:rPr>
          <w:b/>
        </w:rPr>
        <w:t xml:space="preserve">[59:21] </w:t>
      </w:r>
      <w:r>
        <w:t>Masha Allah.</w:t>
      </w:r>
    </w:p>
    <w:p>
      <w:pPr>
        <w:jc w:val="right"/>
      </w:pPr>
      <w:r>
        <w:t>ماشاءاللہ۔</w:t>
      </w:r>
    </w:p>
    <w:p>
      <w:r>
        <w:rPr>
          <w:b/>
        </w:rPr>
        <w:t xml:space="preserve">[59:22] </w:t>
      </w:r>
      <w:r>
        <w:t>Okay so we will end this session now.</w:t>
      </w:r>
    </w:p>
    <w:p>
      <w:pPr>
        <w:jc w:val="right"/>
      </w:pPr>
      <w:r>
        <w:t>Okay so we will end this session now۔</w:t>
      </w:r>
    </w:p>
    <w:p>
      <w:r>
        <w:rPr>
          <w:b/>
        </w:rPr>
        <w:t xml:space="preserve">[59:26] </w:t>
      </w:r>
      <w:r>
        <w:t>We will be back next Sunday same time at 10:30 AM.</w:t>
      </w:r>
    </w:p>
    <w:p>
      <w:pPr>
        <w:jc w:val="right"/>
      </w:pPr>
      <w:r>
        <w:t>We will be back next Sunday same time at 10:30 AM۔</w:t>
      </w:r>
    </w:p>
    <w:p>
      <w:r>
        <w:rPr>
          <w:b/>
        </w:rPr>
        <w:t xml:space="preserve">[59:31] </w:t>
      </w:r>
      <w:r>
        <w:t>Thank you.</w:t>
      </w:r>
    </w:p>
    <w:p>
      <w:pPr>
        <w:jc w:val="right"/>
      </w:pPr>
      <w:r>
        <w:t>Thank you۔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