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Islamic Wisdom July 17, 2016</w:t>
      </w:r>
    </w:p>
    <w:p>
      <w:r>
        <w:t>https://www.youtube.com/watch?v=jB4ugN0K-AM</w:t>
      </w:r>
    </w:p>
    <w:p>
      <w:r>
        <w:rPr>
          <w:b/>
        </w:rPr>
        <w:t xml:space="preserve">[00:13] </w:t>
      </w:r>
      <w:r>
        <w:t>bismillah hir rahman nir rahim, wa salallahu ala nabiyyil 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[00:20]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[00:27] </w:t>
      </w:r>
      <w:r>
        <w:t>17 julaee 2016.</w:t>
      </w:r>
    </w:p>
    <w:p>
      <w:pPr>
        <w:jc w:val="right"/>
      </w:pPr>
      <w:r>
        <w:t>17 جولائی 2016۔</w:t>
      </w:r>
    </w:p>
    <w:p>
      <w:r>
        <w:rPr>
          <w:b/>
        </w:rPr>
        <w:t xml:space="preserve">[00:34] </w:t>
      </w:r>
      <w:r>
        <w:t>aaj raat ko ek tajruba hua jo bohat hi zyada anokha tha mere liye.</w:t>
      </w:r>
    </w:p>
    <w:p>
      <w:pPr>
        <w:jc w:val="right"/>
      </w:pPr>
      <w:r>
        <w:t>آج رات کو ایک تجربہ ہوا جو بہت ہی زیادہ انوکھا تھا میرے لیے۔</w:t>
      </w:r>
    </w:p>
    <w:p>
      <w:r>
        <w:rPr>
          <w:b/>
        </w:rPr>
        <w:t xml:space="preserve">[00:41] </w:t>
      </w:r>
      <w:r>
        <w:t>woh yeh ke aaj raat ko dilli ke ek tv par ek discussion tha, us mein zyada</w:t>
      </w:r>
    </w:p>
    <w:p>
      <w:pPr>
        <w:jc w:val="right"/>
      </w:pPr>
      <w:r>
        <w:t>وہ یہ کہ آج رات کو دلی کے ایک ٹی وی پر ایک ڈسکشن تھا، اس میں زیادہ</w:t>
      </w:r>
    </w:p>
    <w:p>
      <w:r>
        <w:rPr>
          <w:b/>
        </w:rPr>
        <w:t xml:space="preserve">[00:48] </w:t>
      </w:r>
      <w:r>
        <w:t>tar hindu log shamil thay.</w:t>
      </w:r>
    </w:p>
    <w:p>
      <w:pPr>
        <w:jc w:val="right"/>
      </w:pPr>
      <w:r>
        <w:t>تر ہندو لوگ شامل تھے۔</w:t>
      </w:r>
    </w:p>
    <w:p>
      <w:r>
        <w:rPr>
          <w:b/>
        </w:rPr>
        <w:t xml:space="preserve">[00:55] </w:t>
      </w:r>
      <w:r>
        <w:t>تو ایک ہندو صاحب نے کہا دوران ڈسکشن کہ مسلمان کے جو Prophet Muhammad (peace be upon him) تھے وہ تو</w:t>
      </w:r>
    </w:p>
    <w:p>
      <w:pPr>
        <w:jc w:val="right"/>
      </w:pPr>
      <w:r>
        <w:t>تو ایک ہندو صاحب نے کہا دوران ڈسکشن کہ مسلمان کے جو پرافٹ محمد صاحب تھے وہ تو</w:t>
      </w:r>
    </w:p>
    <w:p>
      <w:r>
        <w:rPr>
          <w:b/>
        </w:rPr>
        <w:t xml:space="preserve">[01:02] </w:t>
      </w:r>
      <w:r>
        <w:t>bohat peaceful thay, toh musalman kyun itna zyada violence kar rahe hain? aaj kal aap jante hain</w:t>
      </w:r>
    </w:p>
    <w:p>
      <w:pPr>
        <w:jc w:val="right"/>
      </w:pPr>
      <w:r>
        <w:t>بہت پیس فل تھے، تو مسلمان کیوں اتنا زیادہ وائلنس کر رہے ہیں؟ آج کل آپ جانتے ہیں</w:t>
      </w:r>
    </w:p>
    <w:p>
      <w:r>
        <w:rPr>
          <w:b/>
        </w:rPr>
        <w:t xml:space="preserve">[01:10] </w:t>
      </w:r>
      <w:r>
        <w:t>ke taqreeban rozana hi khabrein aati hain violence ki, jis mein musalman involve hote hain.</w:t>
      </w:r>
    </w:p>
    <w:p>
      <w:pPr>
        <w:jc w:val="right"/>
      </w:pPr>
      <w:r>
        <w:t>کہ تقریباً روزانہ ہی خبریں آتی ہیں وائلنس کی، جس میں مسلمان انوالو ہوتے ہیں۔</w:t>
      </w:r>
    </w:p>
    <w:p>
      <w:r>
        <w:rPr>
          <w:b/>
        </w:rPr>
        <w:t xml:space="preserve">[01:17] </w:t>
      </w:r>
      <w:r>
        <w:t>aaj bhi turki ki khabar hai, turki mein juma ko yani 15 julaee ko military ko karne ki</w:t>
      </w:r>
    </w:p>
    <w:p>
      <w:pPr>
        <w:jc w:val="right"/>
      </w:pPr>
      <w:r>
        <w:t>آج بھی ترکی کی خبر ہے، ترکی میں جمعہ کو یعنی 15 جولائی کو ملٹری کو کرنے کی</w:t>
      </w:r>
    </w:p>
    <w:p>
      <w:r>
        <w:rPr>
          <w:b/>
        </w:rPr>
        <w:t xml:space="preserve">[01:24] </w:t>
      </w:r>
      <w:r>
        <w:t>koshish ki gayi, jis mein bohat se log mare gaye.</w:t>
      </w:r>
    </w:p>
    <w:p>
      <w:pPr>
        <w:jc w:val="right"/>
      </w:pPr>
      <w:r>
        <w:t>کوشش کی گئی، جس میں بہت سے لوگ مارے گئے۔</w:t>
      </w:r>
    </w:p>
    <w:p>
      <w:r>
        <w:rPr>
          <w:b/>
        </w:rPr>
        <w:t xml:space="preserve">[01:31] </w:t>
      </w:r>
      <w:r>
        <w:t>agarche woh fail ho gaya lekin mare gaye bohat sare log.</w:t>
      </w:r>
    </w:p>
    <w:p>
      <w:pPr>
        <w:jc w:val="right"/>
      </w:pPr>
      <w:r>
        <w:t>اگرچہ وہ فیل ہو گیا لیکن مارے گئے بہت سارے لوگ۔</w:t>
      </w:r>
    </w:p>
    <w:p>
      <w:r>
        <w:rPr>
          <w:b/>
        </w:rPr>
        <w:t xml:space="preserve">[01:38] </w:t>
      </w:r>
      <w:r>
        <w:t>تو انہوں نے کہا کہ محمد صاحب تو بہت peaceful آدمی تھے، پھر مسلمان کیوں اتنا violence</w:t>
      </w:r>
    </w:p>
    <w:p>
      <w:pPr>
        <w:jc w:val="right"/>
      </w:pPr>
      <w:r>
        <w:t>تو انہوں نے کہا کہ محمد صاحب تو بہت پیس فل آدمی تھے، پھر مسلمان کیوں اتنا وائلنس</w:t>
      </w:r>
    </w:p>
    <w:p>
      <w:r>
        <w:rPr>
          <w:b/>
        </w:rPr>
        <w:t xml:space="preserve">[01:45] </w:t>
      </w:r>
      <w:r>
        <w:t>karte hain? To ek Hindu speaker ne kaha ke Musalman Muhammad Sahab ko follow kahan karte hain? Musalman</w:t>
      </w:r>
    </w:p>
    <w:p>
      <w:pPr>
        <w:jc w:val="right"/>
      </w:pPr>
      <w:r>
        <w:t>کرتے ہیں؟ تو ایک ہندو اسپیکر نے کہا کہ مسلمان محمد صاحب کو فالو کہاں کرتے ہیں؟ مسلمان</w:t>
      </w:r>
    </w:p>
    <w:p>
      <w:r>
        <w:rPr>
          <w:b/>
        </w:rPr>
        <w:t xml:space="preserve">[01:52] </w:t>
      </w:r>
      <w:r>
        <w:t>jo hain aaj ke musalman, muhammad sahib ko kahan follow karte hain? woh toh apne self style leaderon</w:t>
      </w:r>
    </w:p>
    <w:p>
      <w:pPr>
        <w:jc w:val="right"/>
      </w:pPr>
      <w:r>
        <w:t>جو ہیں آج کے مسلمان، محمد صاحب کو کہاں فالو کرتے ہیں؟ وہ تو اپنے سیلف اسٹائل لیڈروں</w:t>
      </w:r>
    </w:p>
    <w:p>
      <w:r>
        <w:rPr>
          <w:b/>
        </w:rPr>
        <w:t xml:space="preserve">[02:00] </w:t>
      </w:r>
      <w:r>
        <w:t>ko follow kar rahe hain.</w:t>
      </w:r>
    </w:p>
    <w:p>
      <w:pPr>
        <w:jc w:val="right"/>
      </w:pPr>
      <w:r>
        <w:t>کو فالو کر رہے ہیں۔</w:t>
      </w:r>
    </w:p>
    <w:p>
      <w:r>
        <w:rPr>
          <w:b/>
        </w:rPr>
        <w:t xml:space="preserve">[02:07] </w:t>
      </w:r>
      <w:r>
        <w:t>yeh bohat anokhi baat thi, apne self style leaderon ko follow kar rahe hain.</w:t>
      </w:r>
    </w:p>
    <w:p>
      <w:pPr>
        <w:jc w:val="right"/>
      </w:pPr>
      <w:r>
        <w:t>یہ بہت انوکھی بات تھی، اپنے سیلف اسٹائل لیڈروں کو فالو کر رہے ہیں۔</w:t>
      </w:r>
    </w:p>
    <w:p>
      <w:r>
        <w:rPr>
          <w:b/>
        </w:rPr>
        <w:t xml:space="preserve">[02:14] </w:t>
      </w:r>
      <w:r>
        <w:t>kitni sahi baat hai yeh, kitni zyada sahi baat hai.</w:t>
      </w:r>
    </w:p>
    <w:p>
      <w:pPr>
        <w:jc w:val="right"/>
      </w:pPr>
      <w:r>
        <w:t>کتنی صحیح بات ہے یہ، کتنی زیادہ صحیح بات ہے۔</w:t>
      </w:r>
    </w:p>
    <w:p>
      <w:r>
        <w:rPr>
          <w:b/>
        </w:rPr>
        <w:t xml:space="preserve">[02:21] </w:t>
      </w:r>
      <w:r>
        <w:t>prophet of islam jo thay woh purey maaney mein peaceful prophet thay, unki sari planning, sari</w:t>
      </w:r>
    </w:p>
    <w:p>
      <w:pPr>
        <w:jc w:val="right"/>
      </w:pPr>
      <w:r>
        <w:t>پرافٹ آف اسلام جو تھے وہ پورے معنی میں پیس فل پرافٹ تھے، ان کی ساری پلاننگ، ساری</w:t>
      </w:r>
    </w:p>
    <w:p>
      <w:r>
        <w:rPr>
          <w:b/>
        </w:rPr>
        <w:t xml:space="preserve">[02:28] </w:t>
      </w:r>
      <w:r>
        <w:t>koshishein peaceful hoti theen.</w:t>
      </w:r>
    </w:p>
    <w:p>
      <w:pPr>
        <w:jc w:val="right"/>
      </w:pPr>
      <w:r>
        <w:t>کوششیں پیس فل ہوتی تھیں۔</w:t>
      </w:r>
    </w:p>
    <w:p>
      <w:r>
        <w:rPr>
          <w:b/>
        </w:rPr>
        <w:t xml:space="preserve">[02:35] </w:t>
      </w:r>
      <w:r>
        <w:t>aaj kal ke musalman dekhein, hate karte hain, hate barhte barhte intolerance ban jati hai, phir woh</w:t>
      </w:r>
    </w:p>
    <w:p>
      <w:pPr>
        <w:jc w:val="right"/>
      </w:pPr>
      <w:r>
        <w:t>آج کل کے مسلمان دیکھیں، ہیٹ کرتے ہیں، ہیٹ بڑھتے بڑھتے ان ٹالرنس بن جاتی ہے، پھر وہ</w:t>
      </w:r>
    </w:p>
    <w:p>
      <w:r>
        <w:rPr>
          <w:b/>
        </w:rPr>
        <w:t xml:space="preserve">[02:42] </w:t>
      </w:r>
      <w:r>
        <w:t>barhte barhte violence, barhte barhte war ban jata hai.</w:t>
      </w:r>
    </w:p>
    <w:p>
      <w:pPr>
        <w:jc w:val="right"/>
      </w:pPr>
      <w:r>
        <w:t>بڑھتے بڑھتے وائلنس، بڑھتے بڑھتے وار بن جاتا ہے۔</w:t>
      </w:r>
    </w:p>
    <w:p>
      <w:r>
        <w:rPr>
          <w:b/>
        </w:rPr>
        <w:t xml:space="preserve">[02:49] </w:t>
      </w:r>
      <w:r>
        <w:t>yeh rasool Allah sallallahu alaihi wasallam ke tareeqe ke bilkul khilaf hai, bilkul khilaf hai.</w:t>
      </w:r>
    </w:p>
    <w:p>
      <w:pPr>
        <w:jc w:val="right"/>
      </w:pPr>
      <w:r>
        <w:t>یہ رسول اللہ صلی اللہ علیہ وسلم کے طریقے کے بالکل خلاف ہے، بالکل خلاف ہے۔</w:t>
      </w:r>
    </w:p>
    <w:p>
      <w:r>
        <w:rPr>
          <w:b/>
        </w:rPr>
        <w:t xml:space="preserve">[02:57] </w:t>
      </w:r>
      <w:r>
        <w:t>toh hadith mein aata hai ke ek zamana aayega jab ke tanza'u anhum wa qawluhum, unki aqlein</w:t>
      </w:r>
    </w:p>
    <w:p>
      <w:pPr>
        <w:jc w:val="right"/>
      </w:pPr>
      <w:r>
        <w:t>تو حدیث میں آتا ہے کہ ایک زمانہ آئے گا جب کہ تنزع عنہم وقولہم، ان کی عقلیں</w:t>
      </w:r>
    </w:p>
    <w:p>
      <w:r>
        <w:rPr>
          <w:b/>
        </w:rPr>
        <w:t xml:space="preserve">[03:04] </w:t>
      </w:r>
      <w:r>
        <w:t>un se chhin jayengi.</w:t>
      </w:r>
    </w:p>
    <w:p>
      <w:pPr>
        <w:jc w:val="right"/>
      </w:pPr>
      <w:r>
        <w:t>ان سے چھن جائیں گی۔</w:t>
      </w:r>
    </w:p>
    <w:p>
      <w:r>
        <w:rPr>
          <w:b/>
        </w:rPr>
        <w:t xml:space="preserve">[03:11] </w:t>
      </w:r>
      <w:r>
        <w:t>toh dekhein kisi ki aqal nahi chhanti, aisa duniya mein kabhi hota nahi ke aqal chhin jaye.</w:t>
      </w:r>
    </w:p>
    <w:p>
      <w:pPr>
        <w:jc w:val="right"/>
      </w:pPr>
      <w:r>
        <w:t>تو دیکھیں کسی عقل نہیں چھنتی، ایسا دنیا میں کبھی ہوتا نہیں کہ عقل چھن جائے۔</w:t>
      </w:r>
    </w:p>
    <w:p>
      <w:r>
        <w:rPr>
          <w:b/>
        </w:rPr>
        <w:t xml:space="preserve">[03:18] </w:t>
      </w:r>
      <w:r>
        <w:t>اس کا مطلب یہ ہے کہ قرآن کا، حدیث کا غلط interpretation، واقعات کا سے غلط رزلٹ نکالنا۔</w:t>
      </w:r>
    </w:p>
    <w:p>
      <w:pPr>
        <w:jc w:val="right"/>
      </w:pPr>
      <w:r>
        <w:t>اس کا مطلب یہ ہے کہ قرآن کا، حدیث کا غلط انٹرپریٹیشن، واقعات کا سے غلط رزلٹ نکالنا۔</w:t>
      </w:r>
    </w:p>
    <w:p>
      <w:r>
        <w:rPr>
          <w:b/>
        </w:rPr>
        <w:t xml:space="preserve">[03:25] </w:t>
      </w:r>
      <w:r>
        <w:t>aqal chhin nahi jati, aqal ka istemal galat hone lagta hai.</w:t>
      </w:r>
    </w:p>
    <w:p>
      <w:pPr>
        <w:jc w:val="right"/>
      </w:pPr>
      <w:r>
        <w:t>عقل چھن نہیں جاتی، عقل کا استعمال غلط ہونے لگتا ہے۔</w:t>
      </w:r>
    </w:p>
    <w:p>
      <w:r>
        <w:rPr>
          <w:b/>
        </w:rPr>
        <w:t xml:space="preserve">[03:32] </w:t>
      </w:r>
      <w:r>
        <w:t>toh main ek misaal doon aap ko istemal ki ke galat istemal kiya cheez hai.</w:t>
      </w:r>
    </w:p>
    <w:p>
      <w:pPr>
        <w:jc w:val="right"/>
      </w:pPr>
      <w:r>
        <w:t>تو میں ایک مثال دوں آپ کو استعمال کی کہ غلط استعمال کیا چیز ہے۔</w:t>
      </w:r>
    </w:p>
    <w:p>
      <w:r>
        <w:rPr>
          <w:b/>
        </w:rPr>
        <w:t xml:space="preserve">[03:39] </w:t>
      </w:r>
      <w:r>
        <w:t>dekhen abhi haal mein do chaar din ke andar maine ek mashhoor muslim speaker ki taqreer suni,</w:t>
      </w:r>
    </w:p>
    <w:p>
      <w:pPr>
        <w:jc w:val="right"/>
      </w:pPr>
      <w:r>
        <w:t>دیکھیں ابھی حال میں دو چار دن کے اندر میں نے ایک مشہور مسلم اسپیکر کی تقریر سنی،</w:t>
      </w:r>
    </w:p>
    <w:p>
      <w:r>
        <w:rPr>
          <w:b/>
        </w:rPr>
        <w:t xml:space="preserve">[03:47] </w:t>
      </w:r>
      <w:r>
        <w:t>bade dhoom se woh bol rahe the.</w:t>
      </w:r>
    </w:p>
    <w:p>
      <w:pPr>
        <w:jc w:val="right"/>
      </w:pPr>
      <w:r>
        <w:t>بڑے دھوم سے وہ بول رہے تھے۔</w:t>
      </w:r>
    </w:p>
    <w:p>
      <w:r>
        <w:rPr>
          <w:b/>
        </w:rPr>
        <w:t xml:space="preserve">[03:54] </w:t>
      </w:r>
      <w:r>
        <w:t>woh keh rahe the ke unse poocha gaya tha ke yeh suicide bombing jo musalman karte hain,</w:t>
      </w:r>
    </w:p>
    <w:p>
      <w:pPr>
        <w:jc w:val="right"/>
      </w:pPr>
      <w:r>
        <w:t>وہ کہہ رہے تھے کہ ان سے پوچھا گیا تھا کہ یہ سوسائیڈ بمبنگ جو مسلمان کرتے ہیں،</w:t>
      </w:r>
    </w:p>
    <w:p>
      <w:r>
        <w:rPr>
          <w:b/>
        </w:rPr>
        <w:t xml:space="preserve">[04:01] </w:t>
      </w:r>
      <w:r>
        <w:t>iske baare mein kya aap ka kehna hai? toh unhone kaha ke suicide bombing agar innocent</w:t>
      </w:r>
    </w:p>
    <w:p>
      <w:pPr>
        <w:jc w:val="right"/>
      </w:pPr>
      <w:r>
        <w:t>اس کے بارے میں کیا آپ کا کہنا ہے؟ تو انہوں نے کہا کہ سوسائیڈ بمبنگ اگر انوسنٹ</w:t>
      </w:r>
    </w:p>
    <w:p>
      <w:r>
        <w:rPr>
          <w:b/>
        </w:rPr>
        <w:t xml:space="preserve">[04:08] </w:t>
      </w:r>
      <w:r>
        <w:t>logon par ho toh woh haraam hai.</w:t>
      </w:r>
    </w:p>
    <w:p>
      <w:pPr>
        <w:jc w:val="right"/>
      </w:pPr>
      <w:r>
        <w:t>لوگوں پر ہو تو وہ حرام ہے۔</w:t>
      </w:r>
    </w:p>
    <w:p>
      <w:r>
        <w:rPr>
          <w:b/>
        </w:rPr>
        <w:t xml:space="preserve">[04:15] </w:t>
      </w:r>
      <w:r>
        <w:t>phir unhone kaha ke lekin suicide bombing ki ek soorat jo hai woh jaaiz hai, aur woh</w:t>
      </w:r>
    </w:p>
    <w:p>
      <w:pPr>
        <w:jc w:val="right"/>
      </w:pPr>
      <w:r>
        <w:t>پھر انہوں نے کہا کہ لیکن سوسائیڈ بمبنگ کی ایک صورت جو ہے وہ جائز ہے، اور وہ</w:t>
      </w:r>
    </w:p>
    <w:p>
      <w:r>
        <w:rPr>
          <w:b/>
        </w:rPr>
        <w:t xml:space="preserve">[04:22] </w:t>
      </w:r>
      <w:r>
        <w:t>hai dushman ke muqable mein usko istemaal karna.</w:t>
      </w:r>
    </w:p>
    <w:p>
      <w:pPr>
        <w:jc w:val="right"/>
      </w:pPr>
      <w:r>
        <w:t>ہے دشمن کے مقابلے میں اس کو استعمال کرنا۔</w:t>
      </w:r>
    </w:p>
    <w:p>
      <w:r>
        <w:rPr>
          <w:b/>
        </w:rPr>
        <w:t xml:space="preserve">[04:29] </w:t>
      </w:r>
      <w:r>
        <w:t>unhone kaha ke jab ek muslim mulk khatre mein ho, muslim mulk ki azaadi khatre mein ho,</w:t>
      </w:r>
    </w:p>
    <w:p>
      <w:pPr>
        <w:jc w:val="right"/>
      </w:pPr>
      <w:r>
        <w:t>انہوں نے کہا کہ جب ایک مسلم ملک خطرے میں ہو، مسلم ملک کی آزادی خطرے میں ہو،</w:t>
      </w:r>
    </w:p>
    <w:p>
      <w:r>
        <w:rPr>
          <w:b/>
        </w:rPr>
        <w:t xml:space="preserve">[04:37] </w:t>
      </w:r>
      <w:r>
        <w:t>us waqt musalman suicide bombing kar sakte hain aur woh jaaiz hoga.</w:t>
      </w:r>
    </w:p>
    <w:p>
      <w:pPr>
        <w:jc w:val="right"/>
      </w:pPr>
      <w:r>
        <w:t>اس وقت مسلمان سوسائیڈ بمبنگ کر سکتے ہیں اور وہ جائز ہوگا۔</w:t>
      </w:r>
    </w:p>
    <w:p>
      <w:r>
        <w:rPr>
          <w:b/>
        </w:rPr>
        <w:t xml:space="preserve">[04:44] </w:t>
      </w:r>
      <w:r>
        <w:t>تو مثال کیے تھے انہوں نے، مثال دی جاپان کی کہ Second World War کے زمانے میں Japanese</w:t>
      </w:r>
    </w:p>
    <w:p>
      <w:pPr>
        <w:jc w:val="right"/>
      </w:pPr>
      <w:r>
        <w:t>تو مثال کیے تھے انہوں نے، مثال دی جاپان کی کہ سیکنڈ ورلڈ وار کے زمانے میں جاپانیز</w:t>
      </w:r>
    </w:p>
    <w:p>
      <w:r>
        <w:rPr>
          <w:b/>
        </w:rPr>
        <w:t xml:space="preserve">[04:51] </w:t>
      </w:r>
      <w:r>
        <w:t>ne suicide bombing ki thi.</w:t>
      </w:r>
    </w:p>
    <w:p>
      <w:pPr>
        <w:jc w:val="right"/>
      </w:pPr>
      <w:r>
        <w:t>نے سوسائیڈ بمبنگ کی تھی۔</w:t>
      </w:r>
    </w:p>
    <w:p>
      <w:r>
        <w:rPr>
          <w:b/>
        </w:rPr>
        <w:t xml:space="preserve">[04:58] </w:t>
      </w:r>
      <w:r>
        <w:t>woh yeh tha ke pearl harbor mein america ka military base thi, wahan par bade bade bahri jahaz</w:t>
      </w:r>
    </w:p>
    <w:p>
      <w:pPr>
        <w:jc w:val="right"/>
      </w:pPr>
      <w:r>
        <w:t>وہ یہ تھا کہ پرل ہاربر میں امریکہ کا ملٹری بیس تھی، وہاں پر بڑے بڑے بحری جہاز</w:t>
      </w:r>
    </w:p>
    <w:p>
      <w:r>
        <w:rPr>
          <w:b/>
        </w:rPr>
        <w:t xml:space="preserve">[05:05] </w:t>
      </w:r>
      <w:r>
        <w:t>khade hue the.</w:t>
      </w:r>
    </w:p>
    <w:p>
      <w:pPr>
        <w:jc w:val="right"/>
      </w:pPr>
      <w:r>
        <w:t>کھڑے ہوئے تھے۔</w:t>
      </w:r>
    </w:p>
    <w:p>
      <w:r>
        <w:rPr>
          <w:b/>
        </w:rPr>
        <w:t xml:space="preserve">[05:12] </w:t>
      </w:r>
      <w:r>
        <w:t>تو یہ کرتے تھے یہ کہ اپنے body سے بمب باندھتے تھے اور اڑتے تھے ہوا جہاز میں۔</w:t>
      </w:r>
    </w:p>
    <w:p>
      <w:pPr>
        <w:jc w:val="right"/>
      </w:pPr>
      <w:r>
        <w:t>تو یہ کرتے تھے یہ کہ اپنے باڈی سے بمب باندھتے تھے اور اڑتے تھے ہوا جہاز میں۔</w:t>
      </w:r>
    </w:p>
    <w:p>
      <w:r>
        <w:rPr>
          <w:b/>
        </w:rPr>
        <w:t xml:space="preserve">[05:19] </w:t>
      </w:r>
      <w:r>
        <w:t>phir woh uski seedh mein jab pounchte the toh woh parachute se udte jaate the, yaani parachute</w:t>
      </w:r>
    </w:p>
    <w:p>
      <w:pPr>
        <w:jc w:val="right"/>
      </w:pPr>
      <w:r>
        <w:t>پھر وہ اس کی سیدھ میں جب پہنچتے تھے تو وہ پیراشوٹ سے اڑتے جاتے تھے، یعنی پیراشوٹ</w:t>
      </w:r>
    </w:p>
    <w:p>
      <w:r>
        <w:rPr>
          <w:b/>
        </w:rPr>
        <w:t xml:space="preserve">[05:26] </w:t>
      </w:r>
      <w:r>
        <w:t>se kisi chimney mein apne ko gira dete the aur jahaz tabah ho jata tha.</w:t>
      </w:r>
    </w:p>
    <w:p>
      <w:pPr>
        <w:jc w:val="right"/>
      </w:pPr>
      <w:r>
        <w:t>سے کسی چمنی میں اپنے کو گرا دیتے تھے اور جہاز تباہ ہو جاتا تھا۔</w:t>
      </w:r>
    </w:p>
    <w:p>
      <w:r>
        <w:rPr>
          <w:b/>
        </w:rPr>
        <w:t xml:space="preserve">[05:34] </w:t>
      </w:r>
      <w:r>
        <w:t>is tarah unhone pearl harbor ko tabah kar diya.</w:t>
      </w:r>
    </w:p>
    <w:p>
      <w:pPr>
        <w:jc w:val="right"/>
      </w:pPr>
      <w:r>
        <w:t>اس طرح انہوں نے پرل ہاربر کو تباہ کر دیا۔</w:t>
      </w:r>
    </w:p>
    <w:p>
      <w:r>
        <w:rPr>
          <w:b/>
        </w:rPr>
        <w:t xml:space="preserve">[05:41] </w:t>
      </w:r>
      <w:r>
        <w:t>lekin sawal yeh hai ke kya Islam hai? Islam ka usool yeh hai, rasool Allah salallahu alaihi</w:t>
      </w:r>
    </w:p>
    <w:p>
      <w:pPr>
        <w:jc w:val="right"/>
      </w:pPr>
      <w:r>
        <w:t>لیکن سوال یہ ہے کہ کیا اسلام ہے؟ اسلام کا اصول یہ ہے، رسول اللہ صلی اللہ علیہ</w:t>
      </w:r>
    </w:p>
    <w:p>
      <w:r>
        <w:rPr>
          <w:b/>
        </w:rPr>
        <w:t xml:space="preserve">[05:48] </w:t>
      </w:r>
      <w:r>
        <w:t>wasallam ne farmaya: "man hasan islami marre taraka malan yani".</w:t>
      </w:r>
    </w:p>
    <w:p>
      <w:pPr>
        <w:jc w:val="right"/>
      </w:pPr>
      <w:r>
        <w:t>وسلم نے فرمایا: "من حسن اسلامی مرے ترکہ مالا یعنی"۔</w:t>
      </w:r>
    </w:p>
    <w:p>
      <w:r>
        <w:rPr>
          <w:b/>
        </w:rPr>
        <w:t xml:space="preserve">[05:55] </w:t>
      </w:r>
      <w:r>
        <w:t>اسلام میں deciding factor کیا ہے؟ رزلٹ، نتیجہ۔</w:t>
      </w:r>
    </w:p>
    <w:p>
      <w:pPr>
        <w:jc w:val="right"/>
      </w:pPr>
      <w:r>
        <w:t>اسلام میں ڈیسائیڈنگ فیکٹر کیا ہے؟ رزلٹ، نتیجہ۔</w:t>
      </w:r>
    </w:p>
    <w:p>
      <w:r>
        <w:rPr>
          <w:b/>
        </w:rPr>
        <w:t xml:space="preserve">[06:02] </w:t>
      </w:r>
      <w:r>
        <w:t>کوئی بھی کام آپ کریں، کوئی بھی کام کریں تو اس کو دیکھیں کہ in terms of result</w:t>
      </w:r>
    </w:p>
    <w:p>
      <w:pPr>
        <w:jc w:val="right"/>
      </w:pPr>
      <w:r>
        <w:t>کوئی بھی کام آپ کریں، کوئی بھی کام کریں تو اس کو دیکھیں کہ ان ٹرمز آف رزلٹ</w:t>
      </w:r>
    </w:p>
    <w:p>
      <w:r>
        <w:rPr>
          <w:b/>
        </w:rPr>
        <w:t xml:space="preserve">[06:09] </w:t>
      </w:r>
      <w:r>
        <w:t>kya hone wala hai.</w:t>
      </w:r>
    </w:p>
    <w:p>
      <w:pPr>
        <w:jc w:val="right"/>
      </w:pPr>
      <w:r>
        <w:t>کیا ہونے والا ہے۔</w:t>
      </w:r>
    </w:p>
    <w:p>
      <w:r>
        <w:rPr>
          <w:b/>
        </w:rPr>
        <w:t xml:space="preserve">[06:16] </w:t>
      </w:r>
      <w:r>
        <w:t>تو آپ بتائیے کہ جاپانیوں نے جو suicide bombing کی، اگرچہ دیکھیں میں یہ کہوں گا کہ جو</w:t>
      </w:r>
    </w:p>
    <w:p>
      <w:pPr>
        <w:jc w:val="right"/>
      </w:pPr>
      <w:r>
        <w:t>تو آپ بتائیے کہ جاپانیوں نے جو سوسائیڈ بمبنگ کی، اگرچہ دیکھیں میں یہ کہوں گا کہ جو</w:t>
      </w:r>
    </w:p>
    <w:p>
      <w:r>
        <w:rPr>
          <w:b/>
        </w:rPr>
        <w:t xml:space="preserve">[06:24] </w:t>
      </w:r>
      <w:r>
        <w:t>speaker sahab the, muslim speaker, unhein batana chahiye tha ke Quran o Hadees mein kahan likha hua hai?</w:t>
      </w:r>
    </w:p>
    <w:p>
      <w:pPr>
        <w:jc w:val="right"/>
      </w:pPr>
      <w:r>
        <w:t>اسپیکر صاحب تھے، مسلم اسپیکر، انہیں بتانا چاہیے تھا کہ قرآن و حدیث میں کہاں لکھا ہوا ہے؟</w:t>
      </w:r>
    </w:p>
    <w:p>
      <w:r>
        <w:rPr>
          <w:b/>
        </w:rPr>
        <w:t xml:space="preserve">[06:31] </w:t>
      </w:r>
      <w:r>
        <w:t>yaani khaas mauqe par suicide bombing ki ja sakti hai, woh kahan likha hua hai Quran o Hadees</w:t>
      </w:r>
    </w:p>
    <w:p>
      <w:pPr>
        <w:jc w:val="right"/>
      </w:pPr>
      <w:r>
        <w:t>یعنی خاص موقع پر سوسائیڈ بمبنگ کی جا سکتی ہے، وہ کہاں لکھا ہوا ہے قرآن و حدیث</w:t>
      </w:r>
    </w:p>
    <w:p>
      <w:r>
        <w:rPr>
          <w:b/>
        </w:rPr>
        <w:t xml:space="preserve">[06:38] </w:t>
      </w:r>
      <w:r>
        <w:t>mein? Quran o Hadees ke mutabiq toh khudkushi, suicide yaani absolute sense mein haraam hai, koi excuse nahi</w:t>
      </w:r>
    </w:p>
    <w:p>
      <w:pPr>
        <w:jc w:val="right"/>
      </w:pPr>
      <w:r>
        <w:t>میں؟ قرآن و حدیث کے مطابق تو خودکشی، سوسائیڈ یعنی ایبسولیوٹ سینس میں حرام ہے، کوئی ایکسکیوز نہیں</w:t>
      </w:r>
    </w:p>
    <w:p>
      <w:r>
        <w:rPr>
          <w:b/>
        </w:rPr>
        <w:t xml:space="preserve">[06:45] </w:t>
      </w:r>
      <w:r>
        <w:t>iske liye.</w:t>
      </w:r>
    </w:p>
    <w:p>
      <w:pPr>
        <w:jc w:val="right"/>
      </w:pPr>
      <w:r>
        <w:t>اس کے لیے۔</w:t>
      </w:r>
    </w:p>
    <w:p>
      <w:r>
        <w:rPr>
          <w:b/>
        </w:rPr>
        <w:t xml:space="preserve">[06:52] </w:t>
      </w:r>
      <w:r>
        <w:t>toh yeh toh bataya nahi unhone ke unhone Quran se bataya, na Hadees se bataya.</w:t>
      </w:r>
    </w:p>
    <w:p>
      <w:pPr>
        <w:jc w:val="right"/>
      </w:pPr>
      <w:r>
        <w:t>تو یہ تو بتایا نہیں انہوں نے کہ انہوں نے قرآن سے بتایا، نہ حدیث سے بتایا۔</w:t>
      </w:r>
    </w:p>
    <w:p>
      <w:r>
        <w:rPr>
          <w:b/>
        </w:rPr>
        <w:t xml:space="preserve">[06:59] </w:t>
      </w:r>
      <w:r>
        <w:t>misal diya kis ki? Japan ki.</w:t>
      </w:r>
    </w:p>
    <w:p>
      <w:pPr>
        <w:jc w:val="right"/>
      </w:pPr>
      <w:r>
        <w:t>مثال دیا کس کی؟ جاپان کی۔</w:t>
      </w:r>
    </w:p>
    <w:p>
      <w:r>
        <w:rPr>
          <w:b/>
        </w:rPr>
        <w:t xml:space="preserve">[07:06] </w:t>
      </w:r>
      <w:r>
        <w:t>lekin wahan main kahunga ke bahar ke example ko lena jaaiz hai Islam mein, lekin dekhna chahiye</w:t>
      </w:r>
    </w:p>
    <w:p>
      <w:pPr>
        <w:jc w:val="right"/>
      </w:pPr>
      <w:r>
        <w:t>لیکن وہاں میں کہوں گا کہ باہر کے ایگزامپل کو لینا جائز ہے اسلام میں، لیکن دیکھنا چاہیے</w:t>
      </w:r>
    </w:p>
    <w:p>
      <w:r>
        <w:rPr>
          <w:b/>
        </w:rPr>
        <w:t xml:space="preserve">[07:13] </w:t>
      </w:r>
      <w:r>
        <w:t>aap ko result.</w:t>
      </w:r>
    </w:p>
    <w:p>
      <w:pPr>
        <w:jc w:val="right"/>
      </w:pPr>
      <w:r>
        <w:t>آپ کو رزلٹ۔</w:t>
      </w:r>
    </w:p>
    <w:p>
      <w:r>
        <w:rPr>
          <w:b/>
        </w:rPr>
        <w:t xml:space="preserve">[07:21] </w:t>
      </w:r>
      <w:r>
        <w:t>to hua kya? japan dunya ki sab se zyada haari hui qaum ban gaya.</w:t>
      </w:r>
    </w:p>
    <w:p>
      <w:pPr>
        <w:jc w:val="right"/>
      </w:pPr>
      <w:r>
        <w:t>تو ہوا کیا؟ جاپان دنیا کی سب سے زیادہ ہاری ہوئی قوم بن گیا۔</w:t>
      </w:r>
    </w:p>
    <w:p>
      <w:r>
        <w:rPr>
          <w:b/>
        </w:rPr>
        <w:t xml:space="preserve">[07:28] </w:t>
      </w:r>
      <w:r>
        <w:t>pearl harbor ke baad america ne un se jo detail kiya to do bomb gira diye, atom bomb,</w:t>
      </w:r>
    </w:p>
    <w:p>
      <w:pPr>
        <w:jc w:val="right"/>
      </w:pPr>
      <w:r>
        <w:t>پرل ہاربر کے بعد امریکہ نے ان سے جو ڈیٹیلیٹ کیا تو دو بمب گرا دیے، ایٹم بمب،</w:t>
      </w:r>
    </w:p>
    <w:p>
      <w:r>
        <w:rPr>
          <w:b/>
        </w:rPr>
        <w:t xml:space="preserve">[07:35] </w:t>
      </w:r>
      <w:r>
        <w:t>ek hiroshima par, ek nagasaki par, jo jo japan ke do sab se bare star the, aur dono</w:t>
      </w:r>
    </w:p>
    <w:p>
      <w:pPr>
        <w:jc w:val="right"/>
      </w:pPr>
      <w:r>
        <w:t>ایک ہیروشیما پر، ایک گلاسکی پر، جو جو جاپان کے دو سب سے بڑے سٹار تھے، اور دونوں</w:t>
      </w:r>
    </w:p>
    <w:p>
      <w:r>
        <w:rPr>
          <w:b/>
        </w:rPr>
        <w:t xml:space="preserve">[07:42] </w:t>
      </w:r>
      <w:r>
        <w:t>star tabah kar diye.</w:t>
      </w:r>
    </w:p>
    <w:p>
      <w:pPr>
        <w:jc w:val="right"/>
      </w:pPr>
      <w:r>
        <w:t>سٹار تباہ کر دیے۔</w:t>
      </w:r>
    </w:p>
    <w:p>
      <w:r>
        <w:rPr>
          <w:b/>
        </w:rPr>
        <w:t xml:space="preserve">[07:49] </w:t>
      </w:r>
      <w:r>
        <w:t>is liye ke japan ko dunya ki sab se bari haar mili, un ki jo suicide bombing thi</w:t>
      </w:r>
    </w:p>
    <w:p>
      <w:pPr>
        <w:jc w:val="right"/>
      </w:pPr>
      <w:r>
        <w:t>اس لیے کہ جاپان کو دنیا کی سب سے بڑی ہار ملی، ان کی جو سوسائیڈ بمبنگ تھی</w:t>
      </w:r>
    </w:p>
    <w:p>
      <w:r>
        <w:rPr>
          <w:b/>
        </w:rPr>
        <w:t xml:space="preserve">[07:56] </w:t>
      </w:r>
      <w:r>
        <w:t>japaniyon ki, to in terms of result un ko sab se bari haar mili.</w:t>
      </w:r>
    </w:p>
    <w:p>
      <w:pPr>
        <w:jc w:val="right"/>
      </w:pPr>
      <w:r>
        <w:t>جاپانیوں کی، تو ان ٹرمز آف رزلٹ ان کو سب سے بڑی ہار ملی۔</w:t>
      </w:r>
    </w:p>
    <w:p>
      <w:r>
        <w:rPr>
          <w:b/>
        </w:rPr>
        <w:t xml:space="preserve">[08:03] </w:t>
      </w:r>
      <w:r>
        <w:t>to japaniyon ne kya kiya? foran unhone you turn le liya.</w:t>
      </w:r>
    </w:p>
    <w:p>
      <w:pPr>
        <w:jc w:val="right"/>
      </w:pPr>
      <w:r>
        <w:t>تو جاپانیوں نے کیا کیا؟ فوراً انہوں نے یو ٹرن لے لیا۔</w:t>
      </w:r>
    </w:p>
    <w:p>
      <w:r>
        <w:rPr>
          <w:b/>
        </w:rPr>
        <w:t xml:space="preserve">[08:11] </w:t>
      </w:r>
      <w:r>
        <w:t>second world war ke baad japani ek peaceful nation ban gaye, pure maene mein ek peaceful nation.</w:t>
      </w:r>
    </w:p>
    <w:p>
      <w:pPr>
        <w:jc w:val="right"/>
      </w:pPr>
      <w:r>
        <w:t>سیکنڈ ورلڈ وار کے بعد جاپانی ایک پیس فل نیشن بن گئے، پورے معنی میں ایک پیس فل نیشن۔</w:t>
      </w:r>
    </w:p>
    <w:p>
      <w:r>
        <w:rPr>
          <w:b/>
        </w:rPr>
        <w:t xml:space="preserve">[08:18] </w:t>
      </w:r>
      <w:r>
        <w:t>unhone peaceful planning ki, peaceful tareeqe se apni qaum ko educate kiya, peaceful tareeqe</w:t>
      </w:r>
    </w:p>
    <w:p>
      <w:pPr>
        <w:jc w:val="right"/>
      </w:pPr>
      <w:r>
        <w:t>انہوں نے پیس فل پلاننگ کی، پیس فل طریقے سے اپنی قوم کو ایجوکیٹ کیا، پیس فل طریقے</w:t>
      </w:r>
    </w:p>
    <w:p>
      <w:r>
        <w:rPr>
          <w:b/>
        </w:rPr>
        <w:t xml:space="preserve">[08:25] </w:t>
      </w:r>
      <w:r>
        <w:t>se japan ko technology mein, industry mein taraqqi di, yahan tak ke 25 saal ke andar japan dobara</w:t>
      </w:r>
    </w:p>
    <w:p>
      <w:pPr>
        <w:jc w:val="right"/>
      </w:pPr>
      <w:r>
        <w:t>سے جاپان کو ٹیکنالوجی میں، انڈسٹری میں ترقی دی، یہاں تک کہ 25 سال کے اندر جاپان دوبارہ</w:t>
      </w:r>
    </w:p>
    <w:p>
      <w:r>
        <w:rPr>
          <w:b/>
        </w:rPr>
        <w:t xml:space="preserve">[08:32] </w:t>
      </w:r>
      <w:r>
        <w:t>rise kar gaya, balkeh bohat bari taqat ban gaya.</w:t>
      </w:r>
    </w:p>
    <w:p>
      <w:pPr>
        <w:jc w:val="right"/>
      </w:pPr>
      <w:r>
        <w:t>رائز کر گیا، بلکہ بہت بڑی طاقت بن گیا۔</w:t>
      </w:r>
    </w:p>
    <w:p>
      <w:r>
        <w:rPr>
          <w:b/>
        </w:rPr>
        <w:t xml:space="preserve">[08:39] </w:t>
      </w:r>
      <w:r>
        <w:t>to jo misaal is mein double ghalati hai, ek to unhone quran o hadees se koi reference</w:t>
      </w:r>
    </w:p>
    <w:p>
      <w:pPr>
        <w:jc w:val="right"/>
      </w:pPr>
      <w:r>
        <w:t>تو جو مثال اس میں ڈبل غلطی ہے، ایک تو انہوں نے قرآن و حدیث سے کوئی ریفرنس</w:t>
      </w:r>
    </w:p>
    <w:p>
      <w:r>
        <w:rPr>
          <w:b/>
        </w:rPr>
        <w:t xml:space="preserve">[08:46] </w:t>
      </w:r>
      <w:r>
        <w:t>nahi diya ke suicide bombing agarche ghalat, haram hai, lekin falan surat mein jaiz hai, yeh to kahin</w:t>
      </w:r>
    </w:p>
    <w:p>
      <w:pPr>
        <w:jc w:val="right"/>
      </w:pPr>
      <w:r>
        <w:t>نہیں دیا کہ سوسائیڈ بمبنگ اگرچہ غلط، حرام ہے، لیکن فلاں صورت میں جائز ہے، یہ تو کہیں</w:t>
      </w:r>
    </w:p>
    <w:p>
      <w:r>
        <w:rPr>
          <w:b/>
        </w:rPr>
        <w:t xml:space="preserve">[08:53] </w:t>
      </w:r>
      <w:r>
        <w:t>hai hi nahi.</w:t>
      </w:r>
    </w:p>
    <w:p>
      <w:pPr>
        <w:jc w:val="right"/>
      </w:pPr>
      <w:r>
        <w:t>ہے ہی نہیں۔</w:t>
      </w:r>
    </w:p>
    <w:p>
      <w:r>
        <w:rPr>
          <w:b/>
        </w:rPr>
        <w:t xml:space="preserve">[09:01] </w:t>
      </w:r>
      <w:r>
        <w:t>doosri baat hai ke jo misaal di unhone, woh misaal bhi ulti misaal thi.</w:t>
      </w:r>
    </w:p>
    <w:p>
      <w:pPr>
        <w:jc w:val="right"/>
      </w:pPr>
      <w:r>
        <w:t>دوسری بات ہے کہ جو مثال دی انہوں نے، وہ مثال بھی الٹی مثال تھی۔</w:t>
      </w:r>
    </w:p>
    <w:p>
      <w:r>
        <w:rPr>
          <w:b/>
        </w:rPr>
        <w:t xml:space="preserve">[09:08] </w:t>
      </w:r>
      <w:r>
        <w:t>khud japaniyon ne is ko ghalat samajh kar chhod diya aur yeh misaal de rahe hain.</w:t>
      </w:r>
    </w:p>
    <w:p>
      <w:pPr>
        <w:jc w:val="right"/>
      </w:pPr>
      <w:r>
        <w:t>خود جاپانیوں نے اس کو غلط سمجھ کر چھوڑ دیا اور یہ مثال دے رہے ہیں۔</w:t>
      </w:r>
    </w:p>
    <w:p>
      <w:r>
        <w:rPr>
          <w:b/>
        </w:rPr>
        <w:t xml:space="preserve">[09:15] </w:t>
      </w:r>
      <w:r>
        <w:t>yahi baat hai jo hadees mein kahi gayi ke "tunz'a an'hum wa qauluhum", un ki aqlein chhin jayengi.</w:t>
      </w:r>
    </w:p>
    <w:p>
      <w:pPr>
        <w:jc w:val="right"/>
      </w:pPr>
      <w:r>
        <w:t>یہی بات ہے جو حدیث میں کہی گئی کہ "تنزع عنہم وقولہم"، ان کی عقلیں چھن جائیں گی۔</w:t>
      </w:r>
    </w:p>
    <w:p>
      <w:r>
        <w:rPr>
          <w:b/>
        </w:rPr>
        <w:t xml:space="preserve">[09:22] </w:t>
      </w:r>
      <w:r>
        <w:t>chhinne ke maene mein nahi ke brain mein jo bheja hai, woh nahi rahega.</w:t>
      </w:r>
    </w:p>
    <w:p>
      <w:pPr>
        <w:jc w:val="right"/>
      </w:pPr>
      <w:r>
        <w:t>چھننے کے معنی میں نہیں کہ برین میں جو بھیجا ہے، وہ نہیں رہے گا۔</w:t>
      </w:r>
    </w:p>
    <w:p>
      <w:r>
        <w:rPr>
          <w:b/>
        </w:rPr>
        <w:t xml:space="preserve">[09:29] </w:t>
      </w:r>
      <w:r>
        <w:t>nahi, un ka mindset badal jayega, un ki soch badal jayegi, un ka agla vision</w:t>
      </w:r>
    </w:p>
    <w:p>
      <w:pPr>
        <w:jc w:val="right"/>
      </w:pPr>
      <w:r>
        <w:t>نہیں، ان کا مائنڈ سیٹ بدل جائے گا، ان کی سوچ بدل جائے گی، ان کا اگل ویژن</w:t>
      </w:r>
    </w:p>
    <w:p>
      <w:r>
        <w:rPr>
          <w:b/>
        </w:rPr>
        <w:t xml:space="preserve">[09:36] </w:t>
      </w:r>
      <w:r>
        <w:t>badal jayega, way of thinking badal jayegi.</w:t>
      </w:r>
    </w:p>
    <w:p>
      <w:pPr>
        <w:jc w:val="right"/>
      </w:pPr>
      <w:r>
        <w:t>بدل جائے گا، وے آف تھنکنگ بدل جائے گی۔</w:t>
      </w:r>
    </w:p>
    <w:p>
      <w:r>
        <w:rPr>
          <w:b/>
        </w:rPr>
        <w:t xml:space="preserve">[09:43] </w:t>
      </w:r>
      <w:r>
        <w:t>natija kya hoga? ke woh ulti seedhi baatein karenge, kahin ki baat kahin jod denge.</w:t>
      </w:r>
    </w:p>
    <w:p>
      <w:pPr>
        <w:jc w:val="right"/>
      </w:pPr>
      <w:r>
        <w:t>نتیجہ کیا ہوگا؟ کہ وہ الٹی سیدھی باتیں کریں گے، کہیں کی بات کہیں جوڑ دیں گے۔</w:t>
      </w:r>
    </w:p>
    <w:p>
      <w:r>
        <w:rPr>
          <w:b/>
        </w:rPr>
        <w:t xml:space="preserve">[09:50] </w:t>
      </w:r>
      <w:r>
        <w:t>to aqal jo hai, aqal kya cheez hai? wisdom jo hai, woh is ka source aqal hai.</w:t>
      </w:r>
    </w:p>
    <w:p>
      <w:pPr>
        <w:jc w:val="right"/>
      </w:pPr>
      <w:r>
        <w:t>تو عقل جو ہے، عقل کیا چیز ہے؟ وزڈم جو ہے، وہ اس کا سورس عقل ہے۔</w:t>
      </w:r>
    </w:p>
    <w:p>
      <w:r>
        <w:rPr>
          <w:b/>
        </w:rPr>
        <w:t xml:space="preserve">[09:58] </w:t>
      </w:r>
      <w:r>
        <w:t>aqal se wisdom aati hai.</w:t>
      </w:r>
    </w:p>
    <w:p>
      <w:pPr>
        <w:jc w:val="right"/>
      </w:pPr>
      <w:r>
        <w:t>عقل سے وزڈم آتی ہے۔</w:t>
      </w:r>
    </w:p>
    <w:p>
      <w:r>
        <w:rPr>
          <w:b/>
        </w:rPr>
        <w:t xml:space="preserve">[10:05] </w:t>
      </w:r>
      <w:r>
        <w:t>wisdom ki definition kya hai? aap internet par dekhen to bohat sari definition di hogi, lekin simple definition</w:t>
      </w:r>
    </w:p>
    <w:p>
      <w:pPr>
        <w:jc w:val="right"/>
      </w:pPr>
      <w:r>
        <w:t>وزڈم کی ڈیفینیشن کیا ہے؟ آپ انٹرنیٹ پر دیکھیں تو بہت ساری ڈیفینیشن دی ہوگی، لیکن سمپل ڈیفینیشن</w:t>
      </w:r>
    </w:p>
    <w:p>
      <w:r>
        <w:rPr>
          <w:b/>
        </w:rPr>
        <w:t xml:space="preserve">[10:12] </w:t>
      </w:r>
      <w:r>
        <w:t>جو ہے اس کی وزڈم کی یہ ہے کہ "Wisdom is the ability to discover the relevant by</w:t>
      </w:r>
    </w:p>
    <w:p>
      <w:pPr>
        <w:jc w:val="right"/>
      </w:pPr>
      <w:r>
        <w:t>جو ہے اس کی وزڈم کی یہ ہے کہ "وزڈم از دا ایبیلیٹی ٹو ڈسکور دا ریلیونٹ بائی</w:t>
      </w:r>
    </w:p>
    <w:p>
      <w:r>
        <w:rPr>
          <w:b/>
        </w:rPr>
        <w:t xml:space="preserve">[10:19] </w:t>
      </w:r>
      <w:r>
        <w:t>sorting out the irrelevant"۔</w:t>
      </w:r>
    </w:p>
    <w:p>
      <w:pPr>
        <w:jc w:val="right"/>
      </w:pPr>
      <w:r>
        <w:t>سارٹنگ آؤٹ دا اریلیونٹ"۔</w:t>
      </w:r>
    </w:p>
    <w:p>
      <w:r>
        <w:rPr>
          <w:b/>
        </w:rPr>
        <w:t xml:space="preserve">[10:26] </w:t>
      </w:r>
      <w:r>
        <w:t>Wisdom is the ability to discover the relevant by sorting out the irrelevant.</w:t>
      </w:r>
    </w:p>
    <w:p>
      <w:pPr>
        <w:jc w:val="right"/>
      </w:pPr>
      <w:r>
        <w:t>وزڈم از دا ایبیلیٹی ٹو ڈسکور دا ریلیونٹ بائی سارٹنگ آؤٹ دا اریلیونٹ۔</w:t>
      </w:r>
    </w:p>
    <w:p>
      <w:r>
        <w:rPr>
          <w:b/>
        </w:rPr>
        <w:t xml:space="preserve">[10:33] </w:t>
      </w:r>
      <w:r>
        <w:t>to japan ke waqe mein jo relevant baat hai, woh yeh hai ke unhon ne chhod diya۔</w:t>
      </w:r>
    </w:p>
    <w:p>
      <w:pPr>
        <w:jc w:val="right"/>
      </w:pPr>
      <w:r>
        <w:t>تو جاپان کے واقعے میں جو ریلیونٹ بات ہے، وہ یہ ہے کہ انہوں نے چھوڑ دیا۔</w:t>
      </w:r>
    </w:p>
    <w:p>
      <w:r>
        <w:rPr>
          <w:b/>
        </w:rPr>
        <w:t xml:space="preserve">[10:40] </w:t>
      </w:r>
      <w:r>
        <w:t>yeh relevant nahi hai ke woh suicide bombing ki unhon ne۔</w:t>
      </w:r>
    </w:p>
    <w:p>
      <w:pPr>
        <w:jc w:val="right"/>
      </w:pPr>
      <w:r>
        <w:t>یہ ریلیونٹ نہیں ہے کہ وہ سوسائیڈ بمبنگ کی انہوں نے۔</w:t>
      </w:r>
    </w:p>
    <w:p>
      <w:r>
        <w:rPr>
          <w:b/>
        </w:rPr>
        <w:t xml:space="preserve">[10:48] </w:t>
      </w:r>
      <w:r>
        <w:t>یہ اس میں irrelevant پہلو یہ نہیں ہے کہ انہوں نے سوسائیڈ بمبنگ کی، یہ تو irrelevant ہے</w:t>
      </w:r>
    </w:p>
    <w:p>
      <w:pPr>
        <w:jc w:val="right"/>
      </w:pPr>
      <w:r>
        <w:t>یہ اس میں اریلیونٹ پہلو یہ نہیں ہے کہ انہوں نے سوسائیڈ بمبنگ کی، یہ تو اریلیونٹ ہے</w:t>
      </w:r>
    </w:p>
    <w:p>
      <w:r>
        <w:rPr>
          <w:b/>
        </w:rPr>
        <w:t xml:space="preserve">[10:55] </w:t>
      </w:r>
      <w:r>
        <w:t>کیونکہ بعد کو انہوں نے اس سے اس کو چھوڑ دیا، U-turn لے لیا اور violence کو</w:t>
      </w:r>
    </w:p>
    <w:p>
      <w:pPr>
        <w:jc w:val="right"/>
      </w:pPr>
      <w:r>
        <w:t>کیونکہ بعد کو انہوں نے اس سے اس کو چھوڑ دیا، یو ٹرن لے لیا اور وائلنس کو</w:t>
      </w:r>
    </w:p>
    <w:p>
      <w:r>
        <w:rPr>
          <w:b/>
        </w:rPr>
        <w:t xml:space="preserve">[11:02] </w:t>
      </w:r>
      <w:r>
        <w:t>chhod kar ke peace par aa gaye۔</w:t>
      </w:r>
    </w:p>
    <w:p>
      <w:pPr>
        <w:jc w:val="right"/>
      </w:pPr>
      <w:r>
        <w:t>چھوڑ کر کے پیس پر آ گئے۔</w:t>
      </w:r>
    </w:p>
    <w:p>
      <w:r>
        <w:rPr>
          <w:b/>
        </w:rPr>
        <w:t xml:space="preserve">[11:09] </w:t>
      </w:r>
      <w:r>
        <w:t>woh yeh misaal hai۔</w:t>
      </w:r>
    </w:p>
    <w:p>
      <w:pPr>
        <w:jc w:val="right"/>
      </w:pPr>
      <w:r>
        <w:t>وہ یہ مثال ہے۔</w:t>
      </w:r>
    </w:p>
    <w:p>
      <w:r>
        <w:rPr>
          <w:b/>
        </w:rPr>
        <w:t xml:space="preserve">[11:16] </w:t>
      </w:r>
      <w:r>
        <w:t>aur dekhein, Islam mein doosri qaumon se sabak lena ain jaiz hai, is mein koi mana nahi hai۔</w:t>
      </w:r>
    </w:p>
    <w:p>
      <w:pPr>
        <w:jc w:val="right"/>
      </w:pPr>
      <w:r>
        <w:t>اور دیکھیں، اسلام میں دوسری قوموں سے سبق لینا عین جائز ہے، اس میں کوئی منع نہیں ہے۔</w:t>
      </w:r>
    </w:p>
    <w:p>
      <w:r>
        <w:rPr>
          <w:b/>
        </w:rPr>
        <w:t xml:space="preserve">[11:23] </w:t>
      </w:r>
      <w:r>
        <w:t>japan se hum koi sabak lein to is mein koi najaaiz nahi hai, lekin sabak sahi hona chahiye،</w:t>
      </w:r>
    </w:p>
    <w:p>
      <w:pPr>
        <w:jc w:val="right"/>
      </w:pPr>
      <w:r>
        <w:t>جاپان سے ہم کوئی سبق لیں تو اس میں کوئی ناجائز نہیں ہے، لیکن سبق صحیح ہونا چاہیے،</w:t>
      </w:r>
    </w:p>
    <w:p>
      <w:r>
        <w:rPr>
          <w:b/>
        </w:rPr>
        <w:t xml:space="preserve">[11:30] </w:t>
      </w:r>
      <w:r>
        <w:t>aql ke mutabiq hona chahiye۔</w:t>
      </w:r>
    </w:p>
    <w:p>
      <w:pPr>
        <w:jc w:val="right"/>
      </w:pPr>
      <w:r>
        <w:t>عقل کے مطابق ہونا چاہیے۔</w:t>
      </w:r>
    </w:p>
    <w:p>
      <w:r>
        <w:rPr>
          <w:b/>
        </w:rPr>
        <w:t xml:space="preserve">[11:38] </w:t>
      </w:r>
      <w:r>
        <w:t>aql ke mutabiq jab bhi hogi, jab ke aap relevant aur irrelevant ke farq ko jaanein۔</w:t>
      </w:r>
    </w:p>
    <w:p>
      <w:pPr>
        <w:jc w:val="right"/>
      </w:pPr>
      <w:r>
        <w:t>عقل کے مطابق جب بھی ہوگی، جب کہ آپ ریلیونٹ اور اریلیونٹ کے فرق کو جانیں۔</w:t>
      </w:r>
    </w:p>
    <w:p>
      <w:r>
        <w:rPr>
          <w:b/>
        </w:rPr>
        <w:t xml:space="preserve">[11:45] </w:t>
      </w:r>
      <w:r>
        <w:t>ab mein aap ko doosri misaal deta hoon Rasool Allah Sal Allah Alayhi Wasallam ki۔</w:t>
      </w:r>
    </w:p>
    <w:p>
      <w:pPr>
        <w:jc w:val="right"/>
      </w:pPr>
      <w:r>
        <w:t>اب میں آپ کو دوسری مثال دیتا ہوں رسول اللہ صلی اللہ علیہ وسلم کی۔</w:t>
      </w:r>
    </w:p>
    <w:p>
      <w:r>
        <w:rPr>
          <w:b/>
        </w:rPr>
        <w:t xml:space="preserve">[11:52] </w:t>
      </w:r>
      <w:r>
        <w:t>dekhein, Rasool Allah Sal Allah Alayhi Wasallam ki zindagi ka ek waqe hai jis ko kehte hain Ghazwa</w:t>
      </w:r>
    </w:p>
    <w:p>
      <w:pPr>
        <w:jc w:val="right"/>
      </w:pPr>
      <w:r>
        <w:t>دیکھیں، رسول اللہ صلی اللہ علیہ وسلم کی زندگی کا ایک واقعہ ہے جس کو کہتے ہیں غزوہ</w:t>
      </w:r>
    </w:p>
    <w:p>
      <w:r>
        <w:rPr>
          <w:b/>
        </w:rPr>
        <w:t xml:space="preserve">[11:59] </w:t>
      </w:r>
      <w:r>
        <w:t>e khandaq ya Ghazwa e ahzaab۔</w:t>
      </w:r>
    </w:p>
    <w:p>
      <w:pPr>
        <w:jc w:val="right"/>
      </w:pPr>
      <w:r>
        <w:t>خندق یا غزوہ احزاب۔</w:t>
      </w:r>
    </w:p>
    <w:p>
      <w:r>
        <w:rPr>
          <w:b/>
        </w:rPr>
        <w:t xml:space="preserve">[12:06] </w:t>
      </w:r>
      <w:r>
        <w:t>وہ غزوہ نہیں تھا، وہ تو اب widened سا غزوہ تھا، لیکن بعض کتابوں میں بھی لکھا رہتا ہے۔</w:t>
      </w:r>
    </w:p>
    <w:p>
      <w:pPr>
        <w:jc w:val="right"/>
      </w:pPr>
      <w:r>
        <w:t>وہ غزوہ نہیں تھا، وہ تو اب وائیڈنڈ سا غزوہ تھا، لیکن بعض کتابوں میں بھی لکھا رہتا ہے۔</w:t>
      </w:r>
    </w:p>
    <w:p>
      <w:r>
        <w:rPr>
          <w:b/>
        </w:rPr>
        <w:t xml:space="preserve">[12:13] </w:t>
      </w:r>
      <w:r>
        <w:t>dekhein, Rasool Allah Sal Allah Alayhi Wasallam bhej kar ke Madina aa gaye aur yahan par peaceful</w:t>
      </w:r>
    </w:p>
    <w:p>
      <w:pPr>
        <w:jc w:val="right"/>
      </w:pPr>
      <w:r>
        <w:t>دیکھیں، رسول اللہ صلی اللہ علیہ وسلم بھیج کر کے مدینہ آ گئے اور یہاں پر پیس فل</w:t>
      </w:r>
    </w:p>
    <w:p>
      <w:r>
        <w:rPr>
          <w:b/>
        </w:rPr>
        <w:t xml:space="preserve">[12:20] </w:t>
      </w:r>
      <w:r>
        <w:t>tareeqe par aap dawat ka kaam karne lage۔</w:t>
      </w:r>
    </w:p>
    <w:p>
      <w:pPr>
        <w:jc w:val="right"/>
      </w:pPr>
      <w:r>
        <w:t>طریقے پر آپ دعوت کا کام کرنے لگے۔</w:t>
      </w:r>
    </w:p>
    <w:p>
      <w:r>
        <w:rPr>
          <w:b/>
        </w:rPr>
        <w:t xml:space="preserve">[12:27] </w:t>
      </w:r>
      <w:r>
        <w:t>aap ne koi yaani koi taqreer bhi nahi ki Makkah walon ke khilaaf, kuch bhi nahi۔</w:t>
      </w:r>
    </w:p>
    <w:p>
      <w:pPr>
        <w:jc w:val="right"/>
      </w:pPr>
      <w:r>
        <w:t>آپ نے کوئی یعنی کوئی تقریر بھی نہیں کی مکہ والوں کے خلاف، کچھ بھی نہیں۔</w:t>
      </w:r>
    </w:p>
    <w:p>
      <w:r>
        <w:rPr>
          <w:b/>
        </w:rPr>
        <w:t xml:space="preserve">[12:35] </w:t>
      </w:r>
      <w:r>
        <w:t>Makkah mein jo kuch hua tha, us ko ek sar Allah ke khane mein daal diya aur khud</w:t>
      </w:r>
    </w:p>
    <w:p>
      <w:pPr>
        <w:jc w:val="right"/>
      </w:pPr>
      <w:r>
        <w:t>مکہ میں جو کچھ ہوا تھا، اس کو ایک سر اللہ کے کھانے میں ڈال دیا اور خود</w:t>
      </w:r>
    </w:p>
    <w:p>
      <w:r>
        <w:rPr>
          <w:b/>
        </w:rPr>
        <w:t xml:space="preserve">[12:42] </w:t>
      </w:r>
      <w:r>
        <w:t>apne ko aur aap ke ashaab sab log peaceful down work mein lag gaye۔</w:t>
      </w:r>
    </w:p>
    <w:p>
      <w:pPr>
        <w:jc w:val="right"/>
      </w:pPr>
      <w:r>
        <w:t>اپنے کو اور آپ کے اصحاب سب لوگ پیس فل ڈاؤ ورک میں لگ گئے۔</w:t>
      </w:r>
    </w:p>
    <w:p>
      <w:r>
        <w:rPr>
          <w:b/>
        </w:rPr>
        <w:t xml:space="preserve">[12:49] </w:t>
      </w:r>
      <w:r>
        <w:t>lekin Makkah wale jo us zamane mein jo Makkah wale the, woh jo mushrik the, yeh baat hai</w:t>
      </w:r>
    </w:p>
    <w:p>
      <w:pPr>
        <w:jc w:val="right"/>
      </w:pPr>
      <w:r>
        <w:t>لیکن مکہ والے جو اس زمانے میں جو مکہ والے تھے، وہ جو مشرک تھے، یہ بات ہے</w:t>
      </w:r>
    </w:p>
    <w:p>
      <w:r>
        <w:rPr>
          <w:b/>
        </w:rPr>
        <w:t xml:space="preserve">[12:56] </w:t>
      </w:r>
      <w:r>
        <w:t>seven century AD ke first quarter ki۔</w:t>
      </w:r>
    </w:p>
    <w:p>
      <w:pPr>
        <w:jc w:val="right"/>
      </w:pPr>
      <w:r>
        <w:t>سیون سینچری اے ڈی کے فرسٹ کوارٹر کی۔</w:t>
      </w:r>
    </w:p>
    <w:p>
      <w:r>
        <w:rPr>
          <w:b/>
        </w:rPr>
        <w:t xml:space="preserve">[13:03] </w:t>
      </w:r>
      <w:r>
        <w:t>to unhon ne saare qabail e Arab ko khoob aksaya ke dekho, hamare hamare abai mazhab ko yeh khatam</w:t>
      </w:r>
    </w:p>
    <w:p>
      <w:pPr>
        <w:jc w:val="right"/>
      </w:pPr>
      <w:r>
        <w:t>تو انہوں نے سارے قبائل عرب کو خوب اکسایا کہ دیکھو، ہمارے ہمارے آبائی مذہب کو یہ ختم</w:t>
      </w:r>
    </w:p>
    <w:p>
      <w:r>
        <w:rPr>
          <w:b/>
        </w:rPr>
        <w:t xml:space="preserve">[13:10] </w:t>
      </w:r>
      <w:r>
        <w:t>karna chahte hain, hamare abai mazhab ko khatam karna chahte hain waghera۔</w:t>
      </w:r>
    </w:p>
    <w:p>
      <w:pPr>
        <w:jc w:val="right"/>
      </w:pPr>
      <w:r>
        <w:t>کرنا چاہتے ہیں، ہمارے آبائی مذہب کو ختم کرنا چاہتے ہیں وغیرہ۔</w:t>
      </w:r>
    </w:p>
    <w:p>
      <w:r>
        <w:rPr>
          <w:b/>
        </w:rPr>
        <w:t xml:space="preserve">[13:17] </w:t>
      </w:r>
      <w:r>
        <w:t>to khoob josh dila liya logon ko aur ek bada lashkar le kar aaye hamla karne ke liye</w:t>
      </w:r>
    </w:p>
    <w:p>
      <w:pPr>
        <w:jc w:val="right"/>
      </w:pPr>
      <w:r>
        <w:t>تو خوب جوش دلا لیا لوگوں کو اور ایک بڑا لشکر لے کر آئے حملہ کرنے کے لیے</w:t>
      </w:r>
    </w:p>
    <w:p>
      <w:r>
        <w:rPr>
          <w:b/>
        </w:rPr>
        <w:t xml:space="preserve">[13:25] </w:t>
      </w:r>
      <w:r>
        <w:t>Madina par, jis mein barah hazar afraad the۔</w:t>
      </w:r>
    </w:p>
    <w:p>
      <w:pPr>
        <w:jc w:val="right"/>
      </w:pPr>
      <w:r>
        <w:t>مدینہ پر، جس میں بارہ ہزار افراد تھے۔</w:t>
      </w:r>
    </w:p>
    <w:p>
      <w:r>
        <w:rPr>
          <w:b/>
        </w:rPr>
        <w:t xml:space="preserve">[13:32] </w:t>
      </w:r>
      <w:r>
        <w:t>us zamane mein Arab mein barah hazar lashkar bohat badi cheez thi۔</w:t>
      </w:r>
    </w:p>
    <w:p>
      <w:pPr>
        <w:jc w:val="right"/>
      </w:pPr>
      <w:r>
        <w:t>اس زمانے میں عرب میں بارہ ہزار لشکر بہت بڑی چیز تھی۔</w:t>
      </w:r>
    </w:p>
    <w:p>
      <w:r>
        <w:rPr>
          <w:b/>
        </w:rPr>
        <w:t xml:space="preserve">[13:39] </w:t>
      </w:r>
      <w:r>
        <w:t>to Rasool Allah Sal Allah Alayhi Wasallam is pata karte rehte the ke koi idhar ki activity to</w:t>
      </w:r>
    </w:p>
    <w:p>
      <w:pPr>
        <w:jc w:val="right"/>
      </w:pPr>
      <w:r>
        <w:t>تو رسول اللہ صلی اللہ علیہ وسلم اس پتہ کرتے رہتے تھے کہ کوئی ادھر کی ایکٹیویٹی تو</w:t>
      </w:r>
    </w:p>
    <w:p>
      <w:r>
        <w:rPr>
          <w:b/>
        </w:rPr>
        <w:t xml:space="preserve">[13:46] </w:t>
      </w:r>
      <w:r>
        <w:t>nahi ho rahi.</w:t>
      </w:r>
    </w:p>
    <w:p>
      <w:pPr>
        <w:jc w:val="right"/>
      </w:pPr>
      <w:r>
        <w:t>نہیں ہو رہی۔</w:t>
      </w:r>
    </w:p>
    <w:p>
      <w:r>
        <w:rPr>
          <w:b/>
        </w:rPr>
        <w:t xml:space="preserve">[13:53] </w:t>
      </w:r>
      <w:r>
        <w:t>to aap ko pata chala ke woh barah hazar lashkar banaya hai unhon ne.</w:t>
      </w:r>
    </w:p>
    <w:p>
      <w:pPr>
        <w:jc w:val="right"/>
      </w:pPr>
      <w:r>
        <w:t>تو آپ کو پتہ چلا کہ وہ بارہ ہزار لشکر بنایا ہے انہوں نے۔</w:t>
      </w:r>
    </w:p>
    <w:p>
      <w:r>
        <w:rPr>
          <w:b/>
        </w:rPr>
        <w:t xml:space="preserve">[14:00] </w:t>
      </w:r>
      <w:r>
        <w:t>ab wahan se woh makkah se chale hain.</w:t>
      </w:r>
    </w:p>
    <w:p>
      <w:pPr>
        <w:jc w:val="right"/>
      </w:pPr>
      <w:r>
        <w:t>اب وہاں سے وہ مکہ سے چلے ہیں۔</w:t>
      </w:r>
    </w:p>
    <w:p>
      <w:r>
        <w:rPr>
          <w:b/>
        </w:rPr>
        <w:t xml:space="preserve">[14:07] </w:t>
      </w:r>
      <w:r>
        <w:t>woh to aap jante hain, pehle zamane mein koi hawai jahaz ka safar hota nahi tha, oont par</w:t>
      </w:r>
    </w:p>
    <w:p>
      <w:pPr>
        <w:jc w:val="right"/>
      </w:pPr>
      <w:r>
        <w:t>وہ تو آپ جانتے ہیں، پہلے زمانے میں کوئی ہوائی جہاز کا سفر ہوتا نہیں تھا، اونٹ پر</w:t>
      </w:r>
    </w:p>
    <w:p>
      <w:r>
        <w:rPr>
          <w:b/>
        </w:rPr>
        <w:t xml:space="preserve">[14:14] </w:t>
      </w:r>
      <w:r>
        <w:t>chalte the, paidal chalte the.</w:t>
      </w:r>
    </w:p>
    <w:p>
      <w:pPr>
        <w:jc w:val="right"/>
      </w:pPr>
      <w:r>
        <w:t>چلتے تھے، پیدل چلتے تھے۔</w:t>
      </w:r>
    </w:p>
    <w:p>
      <w:r>
        <w:rPr>
          <w:b/>
        </w:rPr>
        <w:t xml:space="preserve">[14:22] </w:t>
      </w:r>
      <w:r>
        <w:t>to makkah se madinah pahunchne mein kafi time lagta tha.</w:t>
      </w:r>
    </w:p>
    <w:p>
      <w:pPr>
        <w:jc w:val="right"/>
      </w:pPr>
      <w:r>
        <w:t>تو مکہ سے مدینہ پہنچنے میں کافی ٹائم لگتا تھا۔</w:t>
      </w:r>
    </w:p>
    <w:p>
      <w:r>
        <w:rPr>
          <w:b/>
        </w:rPr>
        <w:t xml:space="preserve">[14:29] </w:t>
      </w:r>
      <w:r>
        <w:t>is time ko aap ne avail kiya.</w:t>
      </w:r>
    </w:p>
    <w:p>
      <w:pPr>
        <w:jc w:val="right"/>
      </w:pPr>
      <w:r>
        <w:t>اس ٹائم کو آپ نے اویل کیا۔</w:t>
      </w:r>
    </w:p>
    <w:p>
      <w:r>
        <w:rPr>
          <w:b/>
        </w:rPr>
        <w:t xml:space="preserve">[14:36] </w:t>
      </w:r>
      <w:r>
        <w:t>qadeem zamane mein jab ke na sarkein thi, na motor car, na hawai jahaz, to makkah se madinah</w:t>
      </w:r>
    </w:p>
    <w:p>
      <w:pPr>
        <w:jc w:val="right"/>
      </w:pPr>
      <w:r>
        <w:t>قدیم زمانے میں جب کہ نہ سڑکیں تھیں، نہ موٹر کار، نہ ہوائی جہاز، تو مکہ سے مدینہ</w:t>
      </w:r>
    </w:p>
    <w:p>
      <w:r>
        <w:rPr>
          <w:b/>
        </w:rPr>
        <w:t xml:space="preserve">[14:43] </w:t>
      </w:r>
      <w:r>
        <w:t>chalne mein time lagta tha.</w:t>
      </w:r>
    </w:p>
    <w:p>
      <w:pPr>
        <w:jc w:val="right"/>
      </w:pPr>
      <w:r>
        <w:t>چلنے میں ٹائم لگتا تھا۔</w:t>
      </w:r>
    </w:p>
    <w:p>
      <w:r>
        <w:rPr>
          <w:b/>
        </w:rPr>
        <w:t xml:space="preserve">[14:50] </w:t>
      </w:r>
      <w:r>
        <w:t>is time ko aap ne avail kiya.</w:t>
      </w:r>
    </w:p>
    <w:p>
      <w:pPr>
        <w:jc w:val="right"/>
      </w:pPr>
      <w:r>
        <w:t>اس ٹائم کو آپ نے اویل کیا۔</w:t>
      </w:r>
    </w:p>
    <w:p>
      <w:r>
        <w:rPr>
          <w:b/>
        </w:rPr>
        <w:t xml:space="preserve">[14:57] </w:t>
      </w:r>
      <w:r>
        <w:t>aap ne sahaba ko jama kiya khabar sunne ke baad aur poocha ke kya karna chahiye, kyunke humein</w:t>
      </w:r>
    </w:p>
    <w:p>
      <w:pPr>
        <w:jc w:val="right"/>
      </w:pPr>
      <w:r>
        <w:t>آپ نے صحابہ کو جمع کیا خبر سننے کے بعد اور پوچھا کہ کیا کرنا چاہیے، کیونکہ ہمیں</w:t>
      </w:r>
    </w:p>
    <w:p>
      <w:r>
        <w:rPr>
          <w:b/>
        </w:rPr>
        <w:t xml:space="preserve">[15:04] </w:t>
      </w:r>
      <w:r>
        <w:t>جنگ نہیں کرنا ہے، ہمیں تو avoid کرنا ہے، ہمارا peaceful mission جو ہے، وہ deprioritized ہوتا ہے۔</w:t>
      </w:r>
    </w:p>
    <w:p>
      <w:pPr>
        <w:jc w:val="right"/>
      </w:pPr>
      <w:r>
        <w:t>جنگ نہیں کرنا ہے، ہمیں تو اوائڈ کرنا ہے، ہمارا پیس فل مشن جو ہے، وہ ڈیپارٹائز ہوتا ہے۔</w:t>
      </w:r>
    </w:p>
    <w:p>
      <w:r>
        <w:rPr>
          <w:b/>
        </w:rPr>
        <w:t xml:space="preserve">[15:12] </w:t>
      </w:r>
      <w:r>
        <w:t>to ek sahabi the jo ke farsi se aaye the, iran se.</w:t>
      </w:r>
    </w:p>
    <w:p>
      <w:pPr>
        <w:jc w:val="right"/>
      </w:pPr>
      <w:r>
        <w:t>تو ایک صحابی تھے جو کہ فارس سے آئے تھے، ایران سے۔</w:t>
      </w:r>
    </w:p>
    <w:p>
      <w:r>
        <w:rPr>
          <w:b/>
        </w:rPr>
        <w:t xml:space="preserve">[15:19] </w:t>
      </w:r>
      <w:r>
        <w:t>un ka naam bhi farsi tha, salman farsi. salman farsi.</w:t>
      </w:r>
    </w:p>
    <w:p>
      <w:pPr>
        <w:jc w:val="right"/>
      </w:pPr>
      <w:r>
        <w:t>ان کا نام بھی فارسی تھا، سلمان فارسی۔ سلمان فارسی۔</w:t>
      </w:r>
    </w:p>
    <w:p>
      <w:r>
        <w:rPr>
          <w:b/>
        </w:rPr>
        <w:t xml:space="preserve">[15:26] </w:t>
      </w:r>
      <w:r>
        <w:t>unhon ne kaha ke hamare mulk mein jo log hain, woh badshah, hamare mulk mein badshah ki hukumat hai.</w:t>
      </w:r>
    </w:p>
    <w:p>
      <w:pPr>
        <w:jc w:val="right"/>
      </w:pPr>
      <w:r>
        <w:t>انہوں نے کہا کہ ہمارے ملک میں جو لوگ ہیں، وہ بادشاہ، ہمارے ملک میں بادشاہ کی حکومت ہے۔</w:t>
      </w:r>
    </w:p>
    <w:p>
      <w:r>
        <w:rPr>
          <w:b/>
        </w:rPr>
        <w:t xml:space="preserve">[15:33] </w:t>
      </w:r>
      <w:r>
        <w:t>to badshah log jab chahte hain ke ladai ko avoid karein, yani koi dushman un ka ho, woh</w:t>
      </w:r>
    </w:p>
    <w:p>
      <w:pPr>
        <w:jc w:val="right"/>
      </w:pPr>
      <w:r>
        <w:t>تو بادشاہ لوگ جب چاہتے ہیں کہ لڑائی کو اوائڈ کریں، یعنی کوئی دشمن ان کا ہو، وہ</w:t>
      </w:r>
    </w:p>
    <w:p>
      <w:r>
        <w:rPr>
          <w:b/>
        </w:rPr>
        <w:t xml:space="preserve">[15:40] </w:t>
      </w:r>
      <w:r>
        <w:t>hamla karna chahta hai, lekin badshah chahta hai avoid karna, to kya karte hain? woh woh khandaq khol dete hain.</w:t>
      </w:r>
    </w:p>
    <w:p>
      <w:pPr>
        <w:jc w:val="right"/>
      </w:pPr>
      <w:r>
        <w:t>حملہ کرنا چاہتا ہے، لیکن بادشاہ چاہتا ہے اوائڈ کرنا، تو کیا کرتے ہیں؟ وہ وہ خندق کھول دیتے ہیں۔</w:t>
      </w:r>
    </w:p>
    <w:p>
      <w:r>
        <w:rPr>
          <w:b/>
        </w:rPr>
        <w:t xml:space="preserve">[15:47] </w:t>
      </w:r>
      <w:r>
        <w:t>khandaq mani hai trench.</w:t>
      </w:r>
    </w:p>
    <w:p>
      <w:pPr>
        <w:jc w:val="right"/>
      </w:pPr>
      <w:r>
        <w:t>خندق معنی ہے ٹرینچ۔</w:t>
      </w:r>
    </w:p>
    <w:p>
      <w:r>
        <w:rPr>
          <w:b/>
        </w:rPr>
        <w:t xml:space="preserve">[15:54] </w:t>
      </w:r>
      <w:r>
        <w:t>trench khod dete hain, yani apne aur un ke beech mein buffer banana.</w:t>
      </w:r>
    </w:p>
    <w:p>
      <w:pPr>
        <w:jc w:val="right"/>
      </w:pPr>
      <w:r>
        <w:t>ٹرینچ کھود دیتے ہیں، یعنی اپنے اور ان کے بیچ میں بفر بنانا۔</w:t>
      </w:r>
    </w:p>
    <w:p>
      <w:r>
        <w:rPr>
          <w:b/>
        </w:rPr>
        <w:t xml:space="preserve">[16:02] </w:t>
      </w:r>
      <w:r>
        <w:t>khandaq ka matlab hai ke apne aur dushman ke beech mein ek buffer khada kar dena.</w:t>
      </w:r>
    </w:p>
    <w:p>
      <w:pPr>
        <w:jc w:val="right"/>
      </w:pPr>
      <w:r>
        <w:t>خندق کا مطلب ہے کہ اپنے اور دشمن کے بیچ میں ایک بفر کھڑا کر دینا۔</w:t>
      </w:r>
    </w:p>
    <w:p>
      <w:r>
        <w:rPr>
          <w:b/>
        </w:rPr>
        <w:t xml:space="preserve">[16:09] </w:t>
      </w:r>
      <w:r>
        <w:t>to trench as a buffer istemal karna.</w:t>
      </w:r>
    </w:p>
    <w:p>
      <w:pPr>
        <w:jc w:val="right"/>
      </w:pPr>
      <w:r>
        <w:t>تو ٹرینچ ایز اے بفر استعمال کرنا۔</w:t>
      </w:r>
    </w:p>
    <w:p>
      <w:r>
        <w:rPr>
          <w:b/>
        </w:rPr>
        <w:t xml:space="preserve">[16:16] </w:t>
      </w:r>
      <w:r>
        <w:t>to is zamane mein jo madinah tha, aaj ka madinah nahi tha, woh aur madine mein teen taraf</w:t>
      </w:r>
    </w:p>
    <w:p>
      <w:pPr>
        <w:jc w:val="right"/>
      </w:pPr>
      <w:r>
        <w:t>تو اس زمانے میں جو مدینہ تھا، آج کا مدینہ نہیں تھا، وہ اور مدینے میں تین طرف</w:t>
      </w:r>
    </w:p>
    <w:p>
      <w:r>
        <w:rPr>
          <w:b/>
        </w:rPr>
        <w:t xml:space="preserve">[16:23] </w:t>
      </w:r>
      <w:r>
        <w:t>se penetration mumkin nahi tha.</w:t>
      </w:r>
    </w:p>
    <w:p>
      <w:pPr>
        <w:jc w:val="right"/>
      </w:pPr>
      <w:r>
        <w:t>سے پینیٹریشن ممکن نہیں تھا۔</w:t>
      </w:r>
    </w:p>
    <w:p>
      <w:r>
        <w:rPr>
          <w:b/>
        </w:rPr>
        <w:t xml:space="preserve">[16:30] </w:t>
      </w:r>
      <w:r>
        <w:t>ek taraf pahad the bohat hi aur do taraf khajooron ke bagh the bohat ghane ghane.</w:t>
      </w:r>
    </w:p>
    <w:p>
      <w:pPr>
        <w:jc w:val="right"/>
      </w:pPr>
      <w:r>
        <w:t>ایک طرف پہاڑ تھے بہت ہی اور دو طرف کھجوروں کے باغ تھے بہت گھنے گھنے۔</w:t>
      </w:r>
    </w:p>
    <w:p>
      <w:r>
        <w:rPr>
          <w:b/>
        </w:rPr>
        <w:t xml:space="preserve">[16:37] </w:t>
      </w:r>
      <w:r>
        <w:t>to teen taraf se madine mein penetration ho sakta tha.</w:t>
      </w:r>
    </w:p>
    <w:p>
      <w:pPr>
        <w:jc w:val="right"/>
      </w:pPr>
      <w:r>
        <w:t>تو تین طرف سے مدینے میں پینیٹریشن ہو سکتا تھا۔</w:t>
      </w:r>
    </w:p>
    <w:p>
      <w:r>
        <w:rPr>
          <w:b/>
        </w:rPr>
        <w:t xml:space="preserve">[16:44] </w:t>
      </w:r>
      <w:r>
        <w:t>ek taraf se ek taraf khula hua tha.</w:t>
      </w:r>
    </w:p>
    <w:p>
      <w:pPr>
        <w:jc w:val="right"/>
      </w:pPr>
      <w:r>
        <w:t>ایک طرف سے ایک طرف کھلا ہوا تھا۔</w:t>
      </w:r>
    </w:p>
    <w:p>
      <w:r>
        <w:rPr>
          <w:b/>
        </w:rPr>
        <w:t xml:space="preserve">[16:51] </w:t>
      </w:r>
      <w:r>
        <w:t>is khule hue ki taraf unhon ne rasool Allah ne raat din ek kar ke khandaq khodi.</w:t>
      </w:r>
    </w:p>
    <w:p>
      <w:pPr>
        <w:jc w:val="right"/>
      </w:pPr>
      <w:r>
        <w:t>اس کھلے ہوئے کی طرف انہوں نے رسول اللہ نے رات دن ایک کر کے خندق کھودی۔</w:t>
      </w:r>
    </w:p>
    <w:p>
      <w:r>
        <w:rPr>
          <w:b/>
        </w:rPr>
        <w:t xml:space="preserve">[16:59] </w:t>
      </w:r>
      <w:r>
        <w:t>aap ne aur aap ke ashaab ne khandaq khodi.</w:t>
      </w:r>
    </w:p>
    <w:p>
      <w:pPr>
        <w:jc w:val="right"/>
      </w:pPr>
      <w:r>
        <w:t>آپ نے اور آپ کے اصحاب نے خندق کھودی۔</w:t>
      </w:r>
    </w:p>
    <w:p>
      <w:r>
        <w:rPr>
          <w:b/>
        </w:rPr>
        <w:t xml:space="preserve">[17:06] </w:t>
      </w:r>
      <w:r>
        <w:t>raat din ek kar ke, yahan tak ke jab woh barah hazar ka lashkar pahuncha madine ki sarhad</w:t>
      </w:r>
    </w:p>
    <w:p>
      <w:pPr>
        <w:jc w:val="right"/>
      </w:pPr>
      <w:r>
        <w:t>رات دن ایک کر کے، یہاں تک کہ جب وہ بارہ ہزار کا لشکر پہنچا مدینے کی سرحد</w:t>
      </w:r>
    </w:p>
    <w:p>
      <w:r>
        <w:rPr>
          <w:b/>
        </w:rPr>
        <w:t xml:space="preserve">[17:13] </w:t>
      </w:r>
      <w:r>
        <w:t>par, tab unhon ne dekha ke yeh to yahan to ek trench hai, yani ek buffer hai hamare</w:t>
      </w:r>
    </w:p>
    <w:p>
      <w:pPr>
        <w:jc w:val="right"/>
      </w:pPr>
      <w:r>
        <w:t>پر، تب انہوں نے دیکھا کہ یہ تو یہاں تو ایک ٹرینچ ہے، یعنی ایک بفر ہے ہمارے</w:t>
      </w:r>
    </w:p>
    <w:p>
      <w:r>
        <w:rPr>
          <w:b/>
        </w:rPr>
        <w:t xml:space="preserve">[17:20] </w:t>
      </w:r>
      <w:r>
        <w:t>un ke beech mein.</w:t>
      </w:r>
    </w:p>
    <w:p>
      <w:pPr>
        <w:jc w:val="right"/>
      </w:pPr>
      <w:r>
        <w:t>ان کے بیچ میں۔</w:t>
      </w:r>
    </w:p>
    <w:p>
      <w:r>
        <w:rPr>
          <w:b/>
        </w:rPr>
        <w:t xml:space="preserve">[17:27] </w:t>
      </w:r>
      <w:r>
        <w:t>to aap buffer ko paar karne ka tareeqa is zamane mein nahi tha.</w:t>
      </w:r>
    </w:p>
    <w:p>
      <w:pPr>
        <w:jc w:val="right"/>
      </w:pPr>
      <w:r>
        <w:t>تو آپ بفر کو پار کرنے کا طریقہ اس زمانے میں نہیں تھا۔</w:t>
      </w:r>
    </w:p>
    <w:p>
      <w:r>
        <w:rPr>
          <w:b/>
        </w:rPr>
        <w:t xml:space="preserve">[17:34] </w:t>
      </w:r>
      <w:r>
        <w:t>aaj to helicopter hai aur bohat se tareeqe hain.</w:t>
      </w:r>
    </w:p>
    <w:p>
      <w:pPr>
        <w:jc w:val="right"/>
      </w:pPr>
      <w:r>
        <w:t>آج تو ہیلی کاپٹر ہے اور بہت سے طریقے ہیں۔</w:t>
      </w:r>
    </w:p>
    <w:p>
      <w:r>
        <w:rPr>
          <w:b/>
        </w:rPr>
        <w:t xml:space="preserve">[17:41] </w:t>
      </w:r>
      <w:r>
        <w:t>is zamane mein to buffer, khandaq ka buffer jo tha, woh to tumhein rukna parega, tum use</w:t>
      </w:r>
    </w:p>
    <w:p>
      <w:pPr>
        <w:jc w:val="right"/>
      </w:pPr>
      <w:r>
        <w:t>اس زمانے میں تو بفر، خندق کا بفر جو تھا، وہ تو تمہیں رکنا پڑے گا، تم اسے</w:t>
      </w:r>
    </w:p>
    <w:p>
      <w:r>
        <w:rPr>
          <w:b/>
        </w:rPr>
        <w:t xml:space="preserve">[17:49] </w:t>
      </w:r>
      <w:r>
        <w:t>paar nahi ho sakte.</w:t>
      </w:r>
    </w:p>
    <w:p>
      <w:pPr>
        <w:jc w:val="right"/>
      </w:pPr>
      <w:r>
        <w:t>پار نہیں ہو سکتے۔</w:t>
      </w:r>
    </w:p>
    <w:p>
      <w:r>
        <w:rPr>
          <w:b/>
        </w:rPr>
        <w:t xml:space="preserve">[17:56] </w:t>
      </w:r>
      <w:r>
        <w:t>یہ کیا رسول اللہ نے؟ یعنی رسول اللہ نے peace کے لیے آج کل جو کہتے ہیں آؤٹ</w:t>
      </w:r>
    </w:p>
    <w:p>
      <w:pPr>
        <w:jc w:val="right"/>
      </w:pPr>
      <w:r>
        <w:t>یہ کیا رسول اللہ نے؟ یعنی رسول اللہ نے پیس کے لیے آج کل جو کہتے ہیں آؤٹ</w:t>
      </w:r>
    </w:p>
    <w:p>
      <w:r>
        <w:rPr>
          <w:b/>
        </w:rPr>
        <w:t xml:space="preserve">[18:03] </w:t>
      </w:r>
      <w:r>
        <w:t>سورسنگ، آؤٹ سورسنگ کی آپ نے بات کی تھی۔</w:t>
      </w:r>
    </w:p>
    <w:p>
      <w:pPr>
        <w:jc w:val="right"/>
      </w:pPr>
      <w:r>
        <w:t>سورسنگ، آؤٹ سورسنگ کی آپ نے پیس کام کی تھی۔</w:t>
      </w:r>
    </w:p>
    <w:p>
      <w:r>
        <w:rPr>
          <w:b/>
        </w:rPr>
        <w:t xml:space="preserve">[18:10] </w:t>
      </w:r>
      <w:r>
        <w:t>aur yahan hamare speaker sahab keh rahe hain jang ke liye misaal lo Japan ki, suicide bombing karo.</w:t>
      </w:r>
    </w:p>
    <w:p>
      <w:pPr>
        <w:jc w:val="right"/>
      </w:pPr>
      <w:r>
        <w:t>اور یہاں ہمارے اسپیکر صاحب کہہ رہے ہیں جنگ کے لیے مثال لو جاپان کی، سوسائیڈ بمبنگ کرو۔</w:t>
      </w:r>
    </w:p>
    <w:p>
      <w:r>
        <w:rPr>
          <w:b/>
        </w:rPr>
        <w:t xml:space="preserve">[18:17] </w:t>
      </w:r>
      <w:r>
        <w:t>aur kis ka naam le rahe hain? Islam ka.</w:t>
      </w:r>
    </w:p>
    <w:p>
      <w:pPr>
        <w:jc w:val="right"/>
      </w:pPr>
      <w:r>
        <w:t>اور کس کا نام لے رہے ہیں؟ اسلام کا۔</w:t>
      </w:r>
    </w:p>
    <w:p>
      <w:r>
        <w:rPr>
          <w:b/>
        </w:rPr>
        <w:t xml:space="preserve">[18:24] </w:t>
      </w:r>
      <w:r>
        <w:t>یعنی رسول اللہ نے بھی دوسری قوموں سے یعنی سبق لیا، outsourcing کی، لیکن کس معنی میں؟</w:t>
      </w:r>
    </w:p>
    <w:p>
      <w:pPr>
        <w:jc w:val="right"/>
      </w:pPr>
      <w:r>
        <w:t>یعنی رسول اللہ نے بھی دوسری قوموں سے یعنی سبق لیا، آؤٹ سورسنگ کی، لیکن کس معنی میں؟</w:t>
      </w:r>
    </w:p>
    <w:p>
      <w:r>
        <w:rPr>
          <w:b/>
        </w:rPr>
        <w:t xml:space="preserve">[18:31] </w:t>
      </w:r>
      <w:r>
        <w:t>peace ke liye aur aaj ke log jo hain, war ke liye.</w:t>
      </w:r>
    </w:p>
    <w:p>
      <w:pPr>
        <w:jc w:val="right"/>
      </w:pPr>
      <w:r>
        <w:t>پیس کے لیے اور آج کے لوگ جو ہیں، وار کے لیے۔</w:t>
      </w:r>
    </w:p>
    <w:p>
      <w:r>
        <w:rPr>
          <w:b/>
        </w:rPr>
        <w:t xml:space="preserve">[18:38] </w:t>
      </w:r>
      <w:r>
        <w:t>yeh hai ke aqlein un ki chali jayengi.</w:t>
      </w:r>
    </w:p>
    <w:p>
      <w:pPr>
        <w:jc w:val="right"/>
      </w:pPr>
      <w:r>
        <w:t>یہ ہے کہ عقلیں ان کی چلی جائیں گی۔</w:t>
      </w:r>
    </w:p>
    <w:p>
      <w:r>
        <w:rPr>
          <w:b/>
        </w:rPr>
        <w:t xml:space="preserve">[18:46] </w:t>
      </w:r>
      <w:r>
        <w:t>yeh kahin ke baad kahin jodenge.</w:t>
      </w:r>
    </w:p>
    <w:p>
      <w:pPr>
        <w:jc w:val="right"/>
      </w:pPr>
      <w:r>
        <w:t>یہ کہیں کے بعد کہیں جوڑیں گے۔</w:t>
      </w:r>
    </w:p>
    <w:p>
      <w:r>
        <w:rPr>
          <w:b/>
        </w:rPr>
        <w:t xml:space="preserve">[18:53] </w:t>
      </w:r>
      <w:r>
        <w:t>Aisha kehti hain rasool Allah ke bare mein ke "ma khoy rasool Allah salallahu alaihi wasallam ila</w:t>
      </w:r>
    </w:p>
    <w:p>
      <w:pPr>
        <w:jc w:val="right"/>
      </w:pPr>
      <w:r>
        <w:t>عائشہ کہتی ہیں رسول اللہ کے بارے میں کہ "ما خوی رسول اللہ صلی اللہ علیہ وسلم الا</w:t>
      </w:r>
    </w:p>
    <w:p>
      <w:r>
        <w:rPr>
          <w:b/>
        </w:rPr>
        <w:t xml:space="preserve">[19:00] </w:t>
      </w:r>
      <w:r>
        <w:t>yani rasool Allah salallahu alaihi wasallam hamesha peaceful tareeqa jo aasan hai, us ko ikhtiyar kar</w:t>
      </w:r>
    </w:p>
    <w:p>
      <w:pPr>
        <w:jc w:val="right"/>
      </w:pPr>
      <w:r>
        <w:t>یعنی رسول اللہ صلی اللہ علیہ وسلم ہمیشہ پیس فل طریقہ جو آسان ہے، اس کو اختیار کر</w:t>
      </w:r>
    </w:p>
    <w:p>
      <w:r>
        <w:rPr>
          <w:b/>
        </w:rPr>
        <w:t xml:space="preserve">[19:07] </w:t>
      </w:r>
      <w:r>
        <w:t>دیتے، لڑائی کا طریقہ نہیں۔" تو رسول اللہ نے غزوہ خندق کے موقع پر outsourcing کی، یعنی</w:t>
      </w:r>
    </w:p>
    <w:p>
      <w:pPr>
        <w:jc w:val="right"/>
      </w:pPr>
      <w:r>
        <w:t>دیتے، لڑائی کا طریقہ نہیں۔" تو رسول اللہ نے غزوہ خندق کے موقع پر آؤٹ سورسنگ کی، یعنی</w:t>
      </w:r>
    </w:p>
    <w:p>
      <w:r>
        <w:rPr>
          <w:b/>
        </w:rPr>
        <w:t xml:space="preserve">[19:14] </w:t>
      </w:r>
      <w:r>
        <w:t>Iran ke tareeqe ko apnaya, lekin kis ke liye? is liye ke ladai na ho.</w:t>
      </w:r>
    </w:p>
    <w:p>
      <w:pPr>
        <w:jc w:val="right"/>
      </w:pPr>
      <w:r>
        <w:t>ایران کے طریقے کو اپنایا، لیکن کس کے لیے؟ اس لیے کہ لڑائی نہ ہو۔</w:t>
      </w:r>
    </w:p>
    <w:p>
      <w:r>
        <w:rPr>
          <w:b/>
        </w:rPr>
        <w:t xml:space="preserve">[19:21] </w:t>
      </w:r>
      <w:r>
        <w:t>aur waqai ladai nahi hui.</w:t>
      </w:r>
    </w:p>
    <w:p>
      <w:pPr>
        <w:jc w:val="right"/>
      </w:pPr>
      <w:r>
        <w:t>اور واقعی لڑائی نہیں ہوئی۔</w:t>
      </w:r>
    </w:p>
    <w:p>
      <w:r>
        <w:rPr>
          <w:b/>
        </w:rPr>
        <w:t xml:space="preserve">[19:28] </w:t>
      </w:r>
      <w:r>
        <w:t>woh log aaye aur ek ek muddat tak bahar pade rahe, kyunke aane ka rasta band tha.</w:t>
      </w:r>
    </w:p>
    <w:p>
      <w:pPr>
        <w:jc w:val="right"/>
      </w:pPr>
      <w:r>
        <w:t>وہ لوگ آئے اور ایک ایک مدت تک باہر پڑے رہے، کیونکہ آنے کا راستہ بند تھا۔</w:t>
      </w:r>
    </w:p>
    <w:p>
      <w:r>
        <w:rPr>
          <w:b/>
        </w:rPr>
        <w:t xml:space="preserve">[19:36] </w:t>
      </w:r>
      <w:r>
        <w:t>yahan tak ke aakhir mein woh mayoos ho kar laut gaye.</w:t>
      </w:r>
    </w:p>
    <w:p>
      <w:pPr>
        <w:jc w:val="right"/>
      </w:pPr>
      <w:r>
        <w:t>یہاں تک کہ آخر میں وہ مایوس ہو کر لوٹ گئے۔</w:t>
      </w:r>
    </w:p>
    <w:p>
      <w:r>
        <w:rPr>
          <w:b/>
        </w:rPr>
        <w:t xml:space="preserve">[19:43] </w:t>
      </w:r>
      <w:r>
        <w:t>تو اس نے جو کہا تھا ٹی وی والے نے کہ مسلمان محمد صاحب کو کہاں follow کرتے</w:t>
      </w:r>
    </w:p>
    <w:p>
      <w:pPr>
        <w:jc w:val="right"/>
      </w:pPr>
      <w:r>
        <w:t>تو اس نے جو کہا تھا ٹی وی والے نے کہ مسلمان محمد صاحب کو کہاں فالو کرتے</w:t>
      </w:r>
    </w:p>
    <w:p>
      <w:r>
        <w:rPr>
          <w:b/>
        </w:rPr>
        <w:t xml:space="preserve">[19:50] </w:t>
      </w:r>
      <w:r>
        <w:t>ہیں؟ وہ تو اپنے self-styled لیڈروں کو فالو کرتے ہیں۔</w:t>
      </w:r>
    </w:p>
    <w:p>
      <w:pPr>
        <w:jc w:val="right"/>
      </w:pPr>
      <w:r>
        <w:t>ہیں؟ وہ تو اپنے سیلف اسٹائل لیڈروں کو فالو کرتے ہیں۔</w:t>
      </w:r>
    </w:p>
    <w:p>
      <w:r>
        <w:rPr>
          <w:b/>
        </w:rPr>
        <w:t xml:space="preserve">[19:57] </w:t>
      </w:r>
      <w:r>
        <w:t>aur self style leader kya karte hain? be aqli ki baat karte hain, illogical baat karte hain, waris</w:t>
      </w:r>
    </w:p>
    <w:p>
      <w:pPr>
        <w:jc w:val="right"/>
      </w:pPr>
      <w:r>
        <w:t>اور سیلف اسٹائل لیڈر کیا کرتے ہیں؟ بے عقلی کی بات کرتے ہیں، اللاجیکل بات کرتے ہیں، وارث</w:t>
      </w:r>
    </w:p>
    <w:p>
      <w:r>
        <w:rPr>
          <w:b/>
        </w:rPr>
        <w:t xml:space="preserve">[20:04] </w:t>
      </w:r>
      <w:r>
        <w:t>ki baat karte hain.</w:t>
      </w:r>
    </w:p>
    <w:p>
      <w:pPr>
        <w:jc w:val="right"/>
      </w:pPr>
      <w:r>
        <w:t>کی بات کرتے ہیں۔</w:t>
      </w:r>
    </w:p>
    <w:p>
      <w:r>
        <w:rPr>
          <w:b/>
        </w:rPr>
        <w:t xml:space="preserve">[20:11] </w:t>
      </w:r>
      <w:r>
        <w:t>یہ حالت ہے ادوان مسلمانوں کی کہ wisdom۔</w:t>
      </w:r>
    </w:p>
    <w:p>
      <w:pPr>
        <w:jc w:val="right"/>
      </w:pPr>
      <w:r>
        <w:t>یہ حالت ہے ادوان مسلمانوں کی کہ وزڈم۔</w:t>
      </w:r>
    </w:p>
    <w:p>
      <w:r>
        <w:rPr>
          <w:b/>
        </w:rPr>
        <w:t xml:space="preserve">[20:18] </w:t>
      </w:r>
      <w:r>
        <w:t>aisa lagta hai ke wohi hadith aaj sabit ho gayi hai ke un se un ki aqlein chhin jayengi.</w:t>
      </w:r>
    </w:p>
    <w:p>
      <w:pPr>
        <w:jc w:val="right"/>
      </w:pPr>
      <w:r>
        <w:t>ایسا لگتا ہے کہ وہی حدیث آج ثابت ہو گئی ہے کہ ان سے ان کی عقلیں چھن جائیں گی۔</w:t>
      </w:r>
    </w:p>
    <w:p>
      <w:r>
        <w:rPr>
          <w:b/>
        </w:rPr>
        <w:t xml:space="preserve">[20:26] </w:t>
      </w:r>
      <w:r>
        <w:t>to chhin jaane ke maani jaisa ke maine arz kiya, yeh nahi hai ke un ke brains</w:t>
      </w:r>
    </w:p>
    <w:p>
      <w:pPr>
        <w:jc w:val="right"/>
      </w:pPr>
      <w:r>
        <w:t>تو چھن جانے کے معنی جیسا کہ میں نے عرض کیا، یہ نہیں ہے کہ ان کے برینز</w:t>
      </w:r>
    </w:p>
    <w:p>
      <w:r>
        <w:rPr>
          <w:b/>
        </w:rPr>
        <w:t xml:space="preserve">[20:33] </w:t>
      </w:r>
      <w:r>
        <w:t>mein bhi bhejja nahi rahega.</w:t>
      </w:r>
    </w:p>
    <w:p>
      <w:pPr>
        <w:jc w:val="right"/>
      </w:pPr>
      <w:r>
        <w:t>میں بھیجا نہیں رہے گا۔</w:t>
      </w:r>
    </w:p>
    <w:p>
      <w:r>
        <w:rPr>
          <w:b/>
        </w:rPr>
        <w:t xml:space="preserve">[20:40] </w:t>
      </w:r>
      <w:r>
        <w:t>نہیں، wrong interpretation، wrong غلط حوالے، غلط interpretation، یہ سب کریں گے۔</w:t>
      </w:r>
    </w:p>
    <w:p>
      <w:pPr>
        <w:jc w:val="right"/>
      </w:pPr>
      <w:r>
        <w:t>نہیں، رانگ انٹرپریشن، رانگ غلط حوالے، غلط انٹرپریشن، یہ سب کریں گے۔</w:t>
      </w:r>
    </w:p>
    <w:p>
      <w:r>
        <w:rPr>
          <w:b/>
        </w:rPr>
        <w:t xml:space="preserve">[20:47] </w:t>
      </w:r>
      <w:r>
        <w:t>kahin ke baad kahin jorein ge, kahin ke baad kahin jorein ge.</w:t>
      </w:r>
    </w:p>
    <w:p>
      <w:pPr>
        <w:jc w:val="right"/>
      </w:pPr>
      <w:r>
        <w:t>کہیں کے بعد کہیں جوڑیں گے، کہیں کے بعد کہیں جوڑیں گے۔</w:t>
      </w:r>
    </w:p>
    <w:p>
      <w:r>
        <w:rPr>
          <w:b/>
        </w:rPr>
        <w:t xml:space="preserve">[20:54] </w:t>
      </w:r>
      <w:r>
        <w:t>to hadith mein aata hai ke "wa allaa aqlin an yakoon baseeran bizamaanihi".</w:t>
      </w:r>
    </w:p>
    <w:p>
      <w:pPr>
        <w:jc w:val="right"/>
      </w:pPr>
      <w:r>
        <w:t>تو حدیث میں آتا ہے کہ "وَعَلْلَ عَقِلٍ أَنْ يَكُونَ بَصِيرًا بِزَمَانِهِ"۔</w:t>
      </w:r>
    </w:p>
    <w:p>
      <w:r>
        <w:rPr>
          <w:b/>
        </w:rPr>
        <w:t xml:space="preserve">[21:01] </w:t>
      </w:r>
      <w:r>
        <w:t>aqalmand ko chahiye ke woh apne zamane ko jaane.</w:t>
      </w:r>
    </w:p>
    <w:p>
      <w:pPr>
        <w:jc w:val="right"/>
      </w:pPr>
      <w:r>
        <w:t>عقلمند کو چاہیے کہ وہ اپنے زمانے کو جانے۔</w:t>
      </w:r>
    </w:p>
    <w:p>
      <w:r>
        <w:rPr>
          <w:b/>
        </w:rPr>
        <w:t xml:space="preserve">[21:08] </w:t>
      </w:r>
      <w:r>
        <w:t>to maujooda zamane ke musalmanon ke masail ka sab se bara masla yeh hai ke woh apne zamane</w:t>
      </w:r>
    </w:p>
    <w:p>
      <w:pPr>
        <w:jc w:val="right"/>
      </w:pPr>
      <w:r>
        <w:t>تو موجودہ زمانے کے مسلمانوں کے مسئلوں کا سب سے بڑا مسئلہ یہ ہے کہ وہ اپنے زمانے</w:t>
      </w:r>
    </w:p>
    <w:p>
      <w:r>
        <w:rPr>
          <w:b/>
        </w:rPr>
        <w:t xml:space="preserve">[21:15] </w:t>
      </w:r>
      <w:r>
        <w:t>se waqif hain, apne zamane se bekhabar hain.</w:t>
      </w:r>
    </w:p>
    <w:p>
      <w:pPr>
        <w:jc w:val="right"/>
      </w:pPr>
      <w:r>
        <w:t>سے واقف ہیں، اپنے زمانے سے بے خبر ہیں۔</w:t>
      </w:r>
    </w:p>
    <w:p>
      <w:r>
        <w:rPr>
          <w:b/>
        </w:rPr>
        <w:t xml:space="preserve">[21:23] </w:t>
      </w:r>
      <w:r>
        <w:t>aaj ka zamana, aaj ka, aaj ke halaat bilkul hi naye halaat hain.</w:t>
      </w:r>
    </w:p>
    <w:p>
      <w:pPr>
        <w:jc w:val="right"/>
      </w:pPr>
      <w:r>
        <w:t>آج کا زمانہ، آج کا، آج کے حالات بالکل ہی نئے حالات ہیں۔</w:t>
      </w:r>
    </w:p>
    <w:p>
      <w:r>
        <w:rPr>
          <w:b/>
        </w:rPr>
        <w:t xml:space="preserve">[21:30] </w:t>
      </w:r>
      <w:r>
        <w:t>dekhein, ab mein aap ko ek hadith sunata hoon.</w:t>
      </w:r>
    </w:p>
    <w:p>
      <w:pPr>
        <w:jc w:val="right"/>
      </w:pPr>
      <w:r>
        <w:t>دیکھیں، اب میں آپ کو ایک حدیث سناتا ہوں۔</w:t>
      </w:r>
    </w:p>
    <w:p>
      <w:r>
        <w:rPr>
          <w:b/>
        </w:rPr>
        <w:t xml:space="preserve">[21:37] </w:t>
      </w:r>
      <w:r>
        <w:t>rasool Allah sal Allah alaihi wasallam jab makka mein thay, aap jante hain ke 620 eesvi mein, 610</w:t>
      </w:r>
    </w:p>
    <w:p>
      <w:pPr>
        <w:jc w:val="right"/>
      </w:pPr>
      <w:r>
        <w:t>رسول اللہ صلی اللہ علیہ وسلم جب مکہ میں تھے، آپ جانتے ہیں کہ 620 عیسوی میں، 610</w:t>
      </w:r>
    </w:p>
    <w:p>
      <w:r>
        <w:rPr>
          <w:b/>
        </w:rPr>
        <w:t xml:space="preserve">[21:44] </w:t>
      </w:r>
      <w:r>
        <w:t>AD mein aap ne makka par masjid shuru kiya.</w:t>
      </w:r>
    </w:p>
    <w:p>
      <w:pPr>
        <w:jc w:val="right"/>
      </w:pPr>
      <w:r>
        <w:t>اے ڈی میں آپ نے مکہ پر مسجد شروع کیا۔</w:t>
      </w:r>
    </w:p>
    <w:p>
      <w:r>
        <w:rPr>
          <w:b/>
        </w:rPr>
        <w:t xml:space="preserve">[21:51] </w:t>
      </w:r>
      <w:r>
        <w:t>is zamane mein wahan par mushkil ka qalba tha.</w:t>
      </w:r>
    </w:p>
    <w:p>
      <w:pPr>
        <w:jc w:val="right"/>
      </w:pPr>
      <w:r>
        <w:t>اس زمانے میں وہاں پر مشکل کا قلبہ تھا۔</w:t>
      </w:r>
    </w:p>
    <w:p>
      <w:r>
        <w:rPr>
          <w:b/>
        </w:rPr>
        <w:t xml:space="preserve">[21:58] </w:t>
      </w:r>
      <w:r>
        <w:t>to aap ke chacha thay abu talib, woh aap ke sarparast thay.</w:t>
      </w:r>
    </w:p>
    <w:p>
      <w:pPr>
        <w:jc w:val="right"/>
      </w:pPr>
      <w:r>
        <w:t>تو آپ کے چچا تھے ابو طالب، وہ آپ کے سرپرست تھے۔</w:t>
      </w:r>
    </w:p>
    <w:p>
      <w:r>
        <w:rPr>
          <w:b/>
        </w:rPr>
        <w:t xml:space="preserve">[22:05] </w:t>
      </w:r>
      <w:r>
        <w:t>to abu talib bimar hue aur laga ke aap shayad na bachein.</w:t>
      </w:r>
    </w:p>
    <w:p>
      <w:pPr>
        <w:jc w:val="right"/>
      </w:pPr>
      <w:r>
        <w:t>تو ابو طالب بیمار ہوئے اور لگا کہ آپ شاید نہ بچیں۔</w:t>
      </w:r>
    </w:p>
    <w:p>
      <w:r>
        <w:rPr>
          <w:b/>
        </w:rPr>
        <w:t xml:space="preserve">[22:13] </w:t>
      </w:r>
      <w:r>
        <w:t>to makka ke sardar log abu talib ke paas akhatta hue.</w:t>
      </w:r>
    </w:p>
    <w:p>
      <w:pPr>
        <w:jc w:val="right"/>
      </w:pPr>
      <w:r>
        <w:t>تو مکہ کے سردار لوگ ابو طالب کے پاس اکٹھا ہوئے۔</w:t>
      </w:r>
    </w:p>
    <w:p>
      <w:r>
        <w:rPr>
          <w:b/>
        </w:rPr>
        <w:t xml:space="preserve">[22:20] </w:t>
      </w:r>
      <w:r>
        <w:t>انہوں نے کہا کہ آپ کے، آپ کے بھتیجے اور ہمارے درمیان جو controversy ہے، وہ آپ جانتے ہیں۔</w:t>
      </w:r>
    </w:p>
    <w:p>
      <w:pPr>
        <w:jc w:val="right"/>
      </w:pPr>
      <w:r>
        <w:t>انہوں نے کہا کہ آپ کے، آپ کے بھتیجے اور ہمارے درمیان جو کنٹروورسی ہے، وہ آپ جانتے ہیں۔</w:t>
      </w:r>
    </w:p>
    <w:p>
      <w:r>
        <w:rPr>
          <w:b/>
        </w:rPr>
        <w:t xml:space="preserve">[22:27] </w:t>
      </w:r>
      <w:r>
        <w:t>rasool Allah sal Allah alaihi wasallam ka mission tauheed ka mission tha.</w:t>
      </w:r>
    </w:p>
    <w:p>
      <w:pPr>
        <w:jc w:val="right"/>
      </w:pPr>
      <w:r>
        <w:t>رسول اللہ صلی اللہ علیہ وسلم کا مشن توحید کا مشن تھا۔</w:t>
      </w:r>
    </w:p>
    <w:p>
      <w:r>
        <w:rPr>
          <w:b/>
        </w:rPr>
        <w:t xml:space="preserve">[22:34] </w:t>
      </w:r>
      <w:r>
        <w:t>is waqt ke jo wahan par sardar thay makka ke, woh mushrik, woh shirk ko mante thay.</w:t>
      </w:r>
    </w:p>
    <w:p>
      <w:pPr>
        <w:jc w:val="right"/>
      </w:pPr>
      <w:r>
        <w:t>اس وقت کے جو وہاں پر سردار تھے مکہ کے، وہ مشرک، وہ شرک کو مانتے تھے۔</w:t>
      </w:r>
    </w:p>
    <w:p>
      <w:r>
        <w:rPr>
          <w:b/>
        </w:rPr>
        <w:t xml:space="preserve">[22:41] </w:t>
      </w:r>
      <w:r>
        <w:t>تو انہوں نے کہا ابو طالب سے کہ آپ اپنے بھتیجے اور ہمارے درمیان کچھ طے، کچھ settlement</w:t>
      </w:r>
    </w:p>
    <w:p>
      <w:pPr>
        <w:jc w:val="right"/>
      </w:pPr>
      <w:r>
        <w:t>تو انہوں نے کہا ابو طالب سے کہ آپ اپنے بھتیجے اور ہمارے درمیان کچھ طے، کچھ سیٹلمنٹ</w:t>
      </w:r>
    </w:p>
    <w:p>
      <w:r>
        <w:rPr>
          <w:b/>
        </w:rPr>
        <w:t xml:space="preserve">[22:48] </w:t>
      </w:r>
      <w:r>
        <w:t>kara dijiye, kuch baat tay ho jaye.</w:t>
      </w:r>
    </w:p>
    <w:p>
      <w:pPr>
        <w:jc w:val="right"/>
      </w:pPr>
      <w:r>
        <w:t>کرا دیجئے، کچھ بات طے ہو جائے۔</w:t>
      </w:r>
    </w:p>
    <w:p>
      <w:r>
        <w:rPr>
          <w:b/>
        </w:rPr>
        <w:t xml:space="preserve">[22:55] </w:t>
      </w:r>
      <w:r>
        <w:t>hum apne is par qaim rahein, woh apne is par qaim rahein.</w:t>
      </w:r>
    </w:p>
    <w:p>
      <w:pPr>
        <w:jc w:val="right"/>
      </w:pPr>
      <w:r>
        <w:t>ہم اپنے اس پر قائم رہیں، وہ اپنے اس پر قائم رہیں۔</w:t>
      </w:r>
    </w:p>
    <w:p>
      <w:r>
        <w:rPr>
          <w:b/>
        </w:rPr>
        <w:t xml:space="preserve">[23:03] </w:t>
      </w:r>
      <w:r>
        <w:t>to abu talib ne is waqt rasool Allah sal Allah alaihi wasallam ko bulwaya.</w:t>
      </w:r>
    </w:p>
    <w:p>
      <w:pPr>
        <w:jc w:val="right"/>
      </w:pPr>
      <w:r>
        <w:t>تو ابو طالب نے اس وقت رسول اللہ صلی اللہ علیہ وسلم کو بلوایا۔</w:t>
      </w:r>
    </w:p>
    <w:p>
      <w:r>
        <w:rPr>
          <w:b/>
        </w:rPr>
        <w:t xml:space="preserve">[23:10] </w:t>
      </w:r>
      <w:r>
        <w:t>woh kahin aur thay, un ke ghar par nahi thay.</w:t>
      </w:r>
    </w:p>
    <w:p>
      <w:pPr>
        <w:jc w:val="right"/>
      </w:pPr>
      <w:r>
        <w:t>وہ کہیں اور تھے، ان کے گھر پر نہیں تھے۔</w:t>
      </w:r>
    </w:p>
    <w:p>
      <w:r>
        <w:rPr>
          <w:b/>
        </w:rPr>
        <w:t xml:space="preserve">[23:17] </w:t>
      </w:r>
      <w:r>
        <w:t>ek aadmi bhej kar bulaya.</w:t>
      </w:r>
    </w:p>
    <w:p>
      <w:pPr>
        <w:jc w:val="right"/>
      </w:pPr>
      <w:r>
        <w:t>ایک آدمی بھیج کر بلایا۔</w:t>
      </w:r>
    </w:p>
    <w:p>
      <w:r>
        <w:rPr>
          <w:b/>
        </w:rPr>
        <w:t xml:space="preserve">[23:24] </w:t>
      </w:r>
      <w:r>
        <w:t>to jab rasool Allah sal Allah alaihi wasallam aaye abu talib ke paas, to abu talib jo ke</w:t>
      </w:r>
    </w:p>
    <w:p>
      <w:pPr>
        <w:jc w:val="right"/>
      </w:pPr>
      <w:r>
        <w:t>تو جب رسول اللہ صلی اللہ علیہ وسلم آئے ابو طالب کے پاس، تو ابو طالب جو کہ</w:t>
      </w:r>
    </w:p>
    <w:p>
      <w:r>
        <w:rPr>
          <w:b/>
        </w:rPr>
        <w:t xml:space="preserve">[23:31] </w:t>
      </w:r>
      <w:r>
        <w:t>bimar thay is waqt, unhone kaha ke aye bhatije, yeh log yahan akhatta hue hain, sardar log,</w:t>
      </w:r>
    </w:p>
    <w:p>
      <w:pPr>
        <w:jc w:val="right"/>
      </w:pPr>
      <w:r>
        <w:t>بیمار تھے اس وقت، انہوں نے کہا کہ اے بھتیجے، یہ لوگ یہاں اکٹھا ہوئے ہیں، سردار لوگ،</w:t>
      </w:r>
    </w:p>
    <w:p>
      <w:r>
        <w:rPr>
          <w:b/>
        </w:rPr>
        <w:t xml:space="preserve">[23:38] </w:t>
      </w:r>
      <w:r>
        <w:t>woh pooch rahe hain ke tumhare bhatije ka mission kya hai? woh kya chahte hain? batao saaf saaf.</w:t>
      </w:r>
    </w:p>
    <w:p>
      <w:pPr>
        <w:jc w:val="right"/>
      </w:pPr>
      <w:r>
        <w:t>وہ پوچھ رہے ہیں کہ تمہارے بھتیجے کا مشن کیا ہے؟ وہ کیا چاہتے ہیں؟ بتاؤ صاف صاف۔</w:t>
      </w:r>
    </w:p>
    <w:p>
      <w:r>
        <w:rPr>
          <w:b/>
        </w:rPr>
        <w:t xml:space="preserve">[23:45] </w:t>
      </w:r>
      <w:r>
        <w:t>is waqt aap ne bohat hi ek, ek bohat hi zabardast baat kahi thi jo kitab mein maujood hai.</w:t>
      </w:r>
    </w:p>
    <w:p>
      <w:pPr>
        <w:jc w:val="right"/>
      </w:pPr>
      <w:r>
        <w:t>اس وقت آپ نے بہت ہی ایک، ایک بہت ہی زبردست بات کہی تھی جو کتاب میں موجود ہے۔</w:t>
      </w:r>
    </w:p>
    <w:p>
      <w:r>
        <w:rPr>
          <w:b/>
        </w:rPr>
        <w:t xml:space="preserve">[23:52] </w:t>
      </w:r>
      <w:r>
        <w:t>aap ne kaha tha ke "kalima wahida tuwtiniyah tum logo bel arab al ajam, mein in se sirf ek</w:t>
      </w:r>
    </w:p>
    <w:p>
      <w:pPr>
        <w:jc w:val="right"/>
      </w:pPr>
      <w:r>
        <w:t>آپ نے کہا تھا کہ "کلمۃ واحد توطینیہ تم لوگو بیل عرب العجم، میں ان سے صرف ایک</w:t>
      </w:r>
    </w:p>
    <w:p>
      <w:r>
        <w:rPr>
          <w:b/>
        </w:rPr>
        <w:t xml:space="preserve">[24:00] </w:t>
      </w:r>
      <w:r>
        <w:t>kalma chahta hoon, ek kalma.</w:t>
      </w:r>
    </w:p>
    <w:p>
      <w:pPr>
        <w:jc w:val="right"/>
      </w:pPr>
      <w:r>
        <w:t>کلمہ چاہتا ہوں، ایک کلمہ۔</w:t>
      </w:r>
    </w:p>
    <w:p>
      <w:r>
        <w:rPr>
          <w:b/>
        </w:rPr>
        <w:t xml:space="preserve">[24:07] </w:t>
      </w:r>
      <w:r>
        <w:t>agar woh ek kalma de dein mujh ko to woh arab ko, ajam ko par ghalib aa jayen</w:t>
      </w:r>
    </w:p>
    <w:p>
      <w:pPr>
        <w:jc w:val="right"/>
      </w:pPr>
      <w:r>
        <w:t>اگر وہ ایک کلمہ دے دیں مجھ کو تو وہ عرب کو، عجم کو پر غالب آ جائیں</w:t>
      </w:r>
    </w:p>
    <w:p>
      <w:r>
        <w:rPr>
          <w:b/>
        </w:rPr>
        <w:t xml:space="preserve">[24:14] </w:t>
      </w:r>
      <w:r>
        <w:t>gaye." This is a very big thing, lekin log isko lete hain political ma'ani mein.</w:t>
      </w:r>
    </w:p>
    <w:p>
      <w:pPr>
        <w:jc w:val="right"/>
      </w:pPr>
      <w:r>
        <w:t>گے۔" یہ بہت ہی بڑی بات ہے، لیکن لوگ اس کو لیتے ہیں پولیٹیکل معنی میں۔</w:t>
      </w:r>
    </w:p>
    <w:p>
      <w:r>
        <w:rPr>
          <w:b/>
        </w:rPr>
        <w:t xml:space="preserve">[24:21] </w:t>
      </w:r>
      <w:r>
        <w:t>yani arab aur ajam par un ki hukoomat qaim ho jayegi.</w:t>
      </w:r>
    </w:p>
    <w:p>
      <w:pPr>
        <w:jc w:val="right"/>
      </w:pPr>
      <w:r>
        <w:t>یعنی عرب اور عجم پر ان کی حکومت قائم ہو جائے گی۔</w:t>
      </w:r>
    </w:p>
    <w:p>
      <w:r>
        <w:rPr>
          <w:b/>
        </w:rPr>
        <w:t xml:space="preserve">[24:28] </w:t>
      </w:r>
      <w:r>
        <w:t>yeh matlab har giz nahi hai ke kalma se hukoomat qaim hoti hai, ek lafz se.</w:t>
      </w:r>
    </w:p>
    <w:p>
      <w:pPr>
        <w:jc w:val="right"/>
      </w:pPr>
      <w:r>
        <w:t>یہ مطلب ہرگز نہیں ہے کہ کلمہ سے حکومت قائم ہوتی ہے، ایک لفظ سے۔</w:t>
      </w:r>
    </w:p>
    <w:p>
      <w:r>
        <w:rPr>
          <w:b/>
        </w:rPr>
        <w:t xml:space="preserve">[24:35] </w:t>
      </w:r>
      <w:r>
        <w:t>kalma mani word, kalma ke mani word aap keh sakte hain ke ideology.</w:t>
      </w:r>
    </w:p>
    <w:p>
      <w:pPr>
        <w:jc w:val="right"/>
      </w:pPr>
      <w:r>
        <w:t>کلمہ معنی ورڈ، کلمہ کے معنی ورڈ آپ کہہ سکتے ہیں کہ آئیڈیالوجی۔</w:t>
      </w:r>
    </w:p>
    <w:p>
      <w:r>
        <w:rPr>
          <w:b/>
        </w:rPr>
        <w:t xml:space="preserve">[24:42] </w:t>
      </w:r>
      <w:r>
        <w:t>to koi word jo hai, koi kalma kaise aap ko hakim bana dega? is ke liye to</w:t>
      </w:r>
    </w:p>
    <w:p>
      <w:pPr>
        <w:jc w:val="right"/>
      </w:pPr>
      <w:r>
        <w:t>تو کوئی ورڈ جو ہے، کوئی کلمہ کیسے آپ کو حاکم بنا دے گا؟ اس کے لیے تو</w:t>
      </w:r>
    </w:p>
    <w:p>
      <w:r>
        <w:rPr>
          <w:b/>
        </w:rPr>
        <w:t xml:space="preserve">[24:50] </w:t>
      </w:r>
      <w:r>
        <w:t>military chahiye, is ke liye fauji laraiyan chahiye.</w:t>
      </w:r>
    </w:p>
    <w:p>
      <w:pPr>
        <w:jc w:val="right"/>
      </w:pPr>
      <w:r>
        <w:t>ملٹری چاہیے، اس کے لیے فوجی لڑائیاں چاہیے۔</w:t>
      </w:r>
    </w:p>
    <w:p>
      <w:r>
        <w:rPr>
          <w:b/>
        </w:rPr>
        <w:t xml:space="preserve">[24:57] </w:t>
      </w:r>
      <w:r>
        <w:t>to yahan kalma se murad hai ek peaceful waqia.</w:t>
      </w:r>
    </w:p>
    <w:p>
      <w:pPr>
        <w:jc w:val="right"/>
      </w:pPr>
      <w:r>
        <w:t>تو یہاں کلمہ سے مراد ہے ایک پیس فل واقعہ۔</w:t>
      </w:r>
    </w:p>
    <w:p>
      <w:r>
        <w:rPr>
          <w:b/>
        </w:rPr>
        <w:t xml:space="preserve">[25:04] </w:t>
      </w:r>
      <w:r>
        <w:t>kalma ek peaceful cheez hai, kalma koi hathiyar nahi hai.</w:t>
      </w:r>
    </w:p>
    <w:p>
      <w:pPr>
        <w:jc w:val="right"/>
      </w:pPr>
      <w:r>
        <w:t>کلمہ ایک پیس فل چیز ہے، کلمہ کوئی ہتھیار نہیں ہے۔</w:t>
      </w:r>
    </w:p>
    <w:p>
      <w:r>
        <w:rPr>
          <w:b/>
        </w:rPr>
        <w:t xml:space="preserve">[25:11] </w:t>
      </w:r>
      <w:r>
        <w:t>to is ka mutasir rasool Allah sal Allah alih wasalam ne bataya ke mera mission Allah taala ka mission hai.</w:t>
      </w:r>
    </w:p>
    <w:p>
      <w:pPr>
        <w:jc w:val="right"/>
      </w:pPr>
      <w:r>
        <w:t>تو اس کا متاثر رسول اللہ صلی اللہ علیہ وسلم نے بتایا کہ میرا مشن اللہ تعالیٰ کا مشن ہے۔</w:t>
      </w:r>
    </w:p>
    <w:p>
      <w:r>
        <w:rPr>
          <w:b/>
        </w:rPr>
        <w:t xml:space="preserve">[25:18] </w:t>
      </w:r>
      <w:r>
        <w:t>Allah ko yeh manzoor hai ke dunya mein ek naya daur aaye, kyunke aap dekhen, rasool Allah sal</w:t>
      </w:r>
    </w:p>
    <w:p>
      <w:pPr>
        <w:jc w:val="right"/>
      </w:pPr>
      <w:r>
        <w:t>اللہ کو یہ منظور ہے کہ دنیا میں ایک نیا دور آئے، کیونکہ آپ دیکھیں، رسول اللہ صلی</w:t>
      </w:r>
    </w:p>
    <w:p>
      <w:r>
        <w:rPr>
          <w:b/>
        </w:rPr>
        <w:t xml:space="preserve">[25:25] </w:t>
      </w:r>
      <w:r>
        <w:t>Allah alih wasalam se pehle dunya mein poori tareekh mein larai bhadayi, larai bhadayi chal rahi thi.</w:t>
      </w:r>
    </w:p>
    <w:p>
      <w:pPr>
        <w:jc w:val="right"/>
      </w:pPr>
      <w:r>
        <w:t>اللہ علیہ وسلم سے پہلے دنیا میں پوری تاریخ میں لڑائی بھڑائی، لڑائی بھڑائی چل رہی تھی۔</w:t>
      </w:r>
    </w:p>
    <w:p>
      <w:r>
        <w:rPr>
          <w:b/>
        </w:rPr>
        <w:t xml:space="preserve">[25:32] </w:t>
      </w:r>
      <w:r>
        <w:t>badshahat ka daur tha, har badshah ke paas fauj hoti thi, woh qabza karne ke liye apni fauj</w:t>
      </w:r>
    </w:p>
    <w:p>
      <w:pPr>
        <w:jc w:val="right"/>
      </w:pPr>
      <w:r>
        <w:t>بادشاہت کا دور تھا، ہر بادشاہ کے پاس فوج ہوتی تھی، وہ قبضہ کرنے کے لیے اپنی فوج</w:t>
      </w:r>
    </w:p>
    <w:p>
      <w:r>
        <w:rPr>
          <w:b/>
        </w:rPr>
        <w:t xml:space="preserve">[25:39] </w:t>
      </w:r>
      <w:r>
        <w:t>ko istemal karta tha.</w:t>
      </w:r>
    </w:p>
    <w:p>
      <w:pPr>
        <w:jc w:val="right"/>
      </w:pPr>
      <w:r>
        <w:t>کو استعمال کرتا تھا۔</w:t>
      </w:r>
    </w:p>
    <w:p>
      <w:r>
        <w:rPr>
          <w:b/>
        </w:rPr>
        <w:t xml:space="preserve">[25:47] </w:t>
      </w:r>
      <w:r>
        <w:t>to badshahi daur mein log ek hi cheez jante the, ek hi cheez ko, woh thi military power.</w:t>
      </w:r>
    </w:p>
    <w:p>
      <w:pPr>
        <w:jc w:val="right"/>
      </w:pPr>
      <w:r>
        <w:t>تو بادشاہی دور میں لوگ ایک ہی چیز جانتے تھے، ایک ہی چیز کو، وہ تھی ملٹری پاور۔</w:t>
      </w:r>
    </w:p>
    <w:p>
      <w:r>
        <w:rPr>
          <w:b/>
        </w:rPr>
        <w:t xml:space="preserve">[25:54] </w:t>
      </w:r>
      <w:r>
        <w:t>to Allah taala ko yeh manzoor hua, yeh Allah ki is ke bhi khilaf tha.</w:t>
      </w:r>
    </w:p>
    <w:p>
      <w:pPr>
        <w:jc w:val="right"/>
      </w:pPr>
      <w:r>
        <w:t>تو اللہ تعالیٰ کو یہ منظور ہوا، یہ اللہ کی اس کے بھی خلاف تھا۔</w:t>
      </w:r>
    </w:p>
    <w:p>
      <w:r>
        <w:rPr>
          <w:b/>
        </w:rPr>
        <w:t xml:space="preserve">[26:01] </w:t>
      </w:r>
      <w:r>
        <w:t>Allah taala ki is ke bhi yeh thi ke insan ko peace mile, azadi mile taake woh apni</w:t>
      </w:r>
    </w:p>
    <w:p>
      <w:pPr>
        <w:jc w:val="right"/>
      </w:pPr>
      <w:r>
        <w:t>اللہ تعالیٰ کی اس کے بھی یہ تھی کہ انسان کو پیس ملے، آزادی ملے تاکہ وہ اپنی</w:t>
      </w:r>
    </w:p>
    <w:p>
      <w:r>
        <w:rPr>
          <w:b/>
        </w:rPr>
        <w:t xml:space="preserve">[26:08] </w:t>
      </w:r>
      <w:r>
        <w:t>azadi ko bharpoor istemal kar sake aur phir is ka test ho.</w:t>
      </w:r>
    </w:p>
    <w:p>
      <w:pPr>
        <w:jc w:val="right"/>
      </w:pPr>
      <w:r>
        <w:t>آزادی کو بھرپور استعمال کر سکے اور پھر اس کا ٹیسٹ ہو۔</w:t>
      </w:r>
    </w:p>
    <w:p>
      <w:r>
        <w:rPr>
          <w:b/>
        </w:rPr>
        <w:t xml:space="preserve">[26:15] </w:t>
      </w:r>
      <w:r>
        <w:t>is ka test ka matlab hai preparation, yani azad mahol mein apni shakhsiyat ki tarbiyat, kyunke fauj aur</w:t>
      </w:r>
    </w:p>
    <w:p>
      <w:pPr>
        <w:jc w:val="right"/>
      </w:pPr>
      <w:r>
        <w:t>اس کا ٹیسٹ کا مطلب ہے پریپریشن، یعنی آزاد ماحول میں اپنی شخصیت کی تربیت، کیونکہ فوج اور</w:t>
      </w:r>
    </w:p>
    <w:p>
      <w:r>
        <w:rPr>
          <w:b/>
        </w:rPr>
        <w:t xml:space="preserve">[26:22] </w:t>
      </w:r>
      <w:r>
        <w:t>police, fauj aur hukoomat yeh azadi ko chheni hui thi.</w:t>
      </w:r>
    </w:p>
    <w:p>
      <w:pPr>
        <w:jc w:val="right"/>
      </w:pPr>
      <w:r>
        <w:t>پولیس، فوج اور حکومت یہ آزادی کو چھینی ہوئی تھی۔</w:t>
      </w:r>
    </w:p>
    <w:p>
      <w:r>
        <w:rPr>
          <w:b/>
        </w:rPr>
        <w:t xml:space="preserve">[26:29] </w:t>
      </w:r>
      <w:r>
        <w:t>is zamane mein religious persecution tha aam taur par.</w:t>
      </w:r>
    </w:p>
    <w:p>
      <w:pPr>
        <w:jc w:val="right"/>
      </w:pPr>
      <w:r>
        <w:t>اس زمانے میں رجس پرسیکیوشن تھا عام طور پر۔</w:t>
      </w:r>
    </w:p>
    <w:p>
      <w:r>
        <w:rPr>
          <w:b/>
        </w:rPr>
        <w:t xml:space="preserve">[26:37] </w:t>
      </w:r>
      <w:r>
        <w:t>to rasool Allah ka matlab yeh tha ke mera Allah taala ke mission hai, jo Allah ko mere</w:t>
      </w:r>
    </w:p>
    <w:p>
      <w:pPr>
        <w:jc w:val="right"/>
      </w:pPr>
      <w:r>
        <w:t>تو رسول اللہ کا مطلب یہ تھا کہ میرا اللہ تعالیٰ کے مشن ہے، جو اللہ کو میرے</w:t>
      </w:r>
    </w:p>
    <w:p>
      <w:r>
        <w:rPr>
          <w:b/>
        </w:rPr>
        <w:t xml:space="preserve">[26:44] </w:t>
      </w:r>
      <w:r>
        <w:t>zariye se poora karna hai, yeh ke religious persecution khatam ho, religious persecution khatam ho, azadi aaye, tamam</w:t>
      </w:r>
    </w:p>
    <w:p>
      <w:pPr>
        <w:jc w:val="right"/>
      </w:pPr>
      <w:r>
        <w:t>ذریعے سے پورا کرنا ہے، یہ کہ رجس پرسیکیوشن ختم ہو، رجس پرسیکیوشن ختم ہو، آزادی آئے، تمام</w:t>
      </w:r>
    </w:p>
    <w:p>
      <w:r>
        <w:rPr>
          <w:b/>
        </w:rPr>
        <w:t xml:space="preserve">[26:51] </w:t>
      </w:r>
      <w:r>
        <w:t>mawaqe khul jayen.</w:t>
      </w:r>
    </w:p>
    <w:p>
      <w:pPr>
        <w:jc w:val="right"/>
      </w:pPr>
      <w:r>
        <w:t>مواقع کھل جائیں۔</w:t>
      </w:r>
    </w:p>
    <w:p>
      <w:r>
        <w:rPr>
          <w:b/>
        </w:rPr>
        <w:t xml:space="preserve">[26:58] </w:t>
      </w:r>
      <w:r>
        <w:t>ab jo hai kya cheezen aise badshahon ke qabze mein hoti hain? "Everything is in the hand of king".</w:t>
      </w:r>
    </w:p>
    <w:p>
      <w:pPr>
        <w:jc w:val="right"/>
      </w:pPr>
      <w:r>
        <w:t>اب جو ہے کیا چیزیں ایسے بادشاہوں کے قبضے میں ہوتی ہیں؟ "Everything is in the hand of king"۔</w:t>
      </w:r>
    </w:p>
    <w:p>
      <w:r>
        <w:rPr>
          <w:b/>
        </w:rPr>
        <w:t xml:space="preserve">[27:05] </w:t>
      </w:r>
      <w:r>
        <w:t>awam jo hain, woh jo subject bane hue hain is daur mein, to "Everything in the hand of</w:t>
      </w:r>
    </w:p>
    <w:p>
      <w:pPr>
        <w:jc w:val="right"/>
      </w:pPr>
      <w:r>
        <w:t>عوام جو ہیں، وہ جو سبجیکٹ بنے ہوئے ہیں اس دور میں، تو "Everything in the hand of</w:t>
      </w:r>
    </w:p>
    <w:p>
      <w:r>
        <w:rPr>
          <w:b/>
        </w:rPr>
        <w:t xml:space="preserve">[27:12] </w:t>
      </w:r>
      <w:r>
        <w:t>every person" ho jaye, yani har cheez har ek ke.</w:t>
      </w:r>
    </w:p>
    <w:p>
      <w:pPr>
        <w:jc w:val="right"/>
      </w:pPr>
      <w:r>
        <w:t>every person" ہو جائے، یعنی ہر چیز ہر ایک کے۔</w:t>
      </w:r>
    </w:p>
    <w:p>
      <w:r>
        <w:rPr>
          <w:b/>
        </w:rPr>
        <w:t xml:space="preserve">[27:19] </w:t>
      </w:r>
      <w:r>
        <w:t>yani is ko agar mein doosre lafzon mein kahoon to "Open opportunities".</w:t>
      </w:r>
    </w:p>
    <w:p>
      <w:pPr>
        <w:jc w:val="right"/>
      </w:pPr>
      <w:r>
        <w:t>یعنی اس کو اگر میں دوسرے لفظوں میں کہوں تو "Open opportunities"۔</w:t>
      </w:r>
    </w:p>
    <w:p>
      <w:r>
        <w:rPr>
          <w:b/>
        </w:rPr>
        <w:t xml:space="preserve">[27:27] </w:t>
      </w:r>
      <w:r>
        <w:t>jaise turki mein jo waqia hua, to seat of, yani political seat ko qabza karne ke liye tha,</w:t>
      </w:r>
    </w:p>
    <w:p>
      <w:pPr>
        <w:jc w:val="right"/>
      </w:pPr>
      <w:r>
        <w:t>جیسے ترکی میں جو واقعہ ہوا، تو سیٹ آف، یعنی پولیٹیکل سیٹ کو قبضہ کرنے کے لیے تھا،</w:t>
      </w:r>
    </w:p>
    <w:p>
      <w:r>
        <w:rPr>
          <w:b/>
        </w:rPr>
        <w:t xml:space="preserve">[27:34] </w:t>
      </w:r>
      <w:r>
        <w:t>political seat ko qabza karne ke liye.</w:t>
      </w:r>
    </w:p>
    <w:p>
      <w:pPr>
        <w:jc w:val="right"/>
      </w:pPr>
      <w:r>
        <w:t>پولیٹیکل سیٹ کو قبضہ کرنے کے لیے۔</w:t>
      </w:r>
    </w:p>
    <w:p>
      <w:r>
        <w:rPr>
          <w:b/>
        </w:rPr>
        <w:t xml:space="preserve">[27:41] </w:t>
      </w:r>
      <w:r>
        <w:t>halankeh yeh daur aisa hai ke yeh daur hai seat of opportunities ka.</w:t>
      </w:r>
    </w:p>
    <w:p>
      <w:pPr>
        <w:jc w:val="right"/>
      </w:pPr>
      <w:r>
        <w:t>حالانکہ یہ دور ایسا ہے کہ یہ دور ہے سیٹ آف اپرچونیٹیز کا۔</w:t>
      </w:r>
    </w:p>
    <w:p>
      <w:r>
        <w:rPr>
          <w:b/>
        </w:rPr>
        <w:t xml:space="preserve">[27:48] </w:t>
      </w:r>
      <w:r>
        <w:t>seat of opportunities, saare mawaqe khule hue hain, saare mawaqe khule hue hain.</w:t>
      </w:r>
    </w:p>
    <w:p>
      <w:pPr>
        <w:jc w:val="right"/>
      </w:pPr>
      <w:r>
        <w:t>سیٹ آف اپرچونیٹیز، سارے مواقع کھلے ہوئے ہیں، سارے مواقع کھلے ہوئے ہیں۔</w:t>
      </w:r>
    </w:p>
    <w:p>
      <w:r>
        <w:rPr>
          <w:b/>
        </w:rPr>
        <w:t xml:space="preserve">[27:55] </w:t>
      </w:r>
      <w:r>
        <w:t>aap istemal kijiye, avail kijiye is ko, saari duniya aap ke liye hai.</w:t>
      </w:r>
    </w:p>
    <w:p>
      <w:pPr>
        <w:jc w:val="right"/>
      </w:pPr>
      <w:r>
        <w:t>آپ استعمال کیجئے، اویل کیجئے اس کو، ساری دنیا آپ کے لیے ہے۔</w:t>
      </w:r>
    </w:p>
    <w:p>
      <w:r>
        <w:rPr>
          <w:b/>
        </w:rPr>
        <w:t xml:space="preserve">[28:02] </w:t>
      </w:r>
      <w:r>
        <w:t>political seat kisi ke paas bhi rahe, phir bhi har har opportunity aap ke liye khuli hui hai.</w:t>
      </w:r>
    </w:p>
    <w:p>
      <w:pPr>
        <w:jc w:val="right"/>
      </w:pPr>
      <w:r>
        <w:t>پولیٹیکل سیٹ کسی کے پاس بھی رہے، پھر بھی ہر ہر اپرچونیٹی آپ کے لیے کھلی ہوئی ہے۔</w:t>
      </w:r>
    </w:p>
    <w:p>
      <w:r>
        <w:rPr>
          <w:b/>
        </w:rPr>
        <w:t xml:space="preserve">[28:09] </w:t>
      </w:r>
      <w:r>
        <w:t>yeh ishara kiya aap ne ke mere mission ke zariye Allah taala duniya mein ek daur lana chahte</w:t>
      </w:r>
    </w:p>
    <w:p>
      <w:pPr>
        <w:jc w:val="right"/>
      </w:pPr>
      <w:r>
        <w:t>یہ اشارہ کیا آپ نے کہ میرے مشن کے ذریعے اللہ تعالیٰ دنیا میں ایک دور لانا چاہتے</w:t>
      </w:r>
    </w:p>
    <w:p>
      <w:r>
        <w:rPr>
          <w:b/>
        </w:rPr>
        <w:t xml:space="preserve">[28:16] </w:t>
      </w:r>
      <w:r>
        <w:t>hain, jis ko mein apne lafzon mein kahoon ga "Age of Peace".</w:t>
      </w:r>
    </w:p>
    <w:p>
      <w:pPr>
        <w:jc w:val="right"/>
      </w:pPr>
      <w:r>
        <w:t>ہیں، جس کو میں اپنے لفظوں میں کہوں گا "ایج آف پیس"۔</w:t>
      </w:r>
    </w:p>
    <w:p>
      <w:r>
        <w:rPr>
          <w:b/>
        </w:rPr>
        <w:t xml:space="preserve">[28:24] </w:t>
      </w:r>
      <w:r>
        <w:t>apne lafzon mein kahoon ga ke Rasool Allah ne farmaya tha, is ka matlab tha ke duniya mein</w:t>
      </w:r>
    </w:p>
    <w:p>
      <w:pPr>
        <w:jc w:val="right"/>
      </w:pPr>
      <w:r>
        <w:t>اپنے لفظوں میں کہوں گا کہ رسول اللہ نے فرمایا تھا، اس کا مطلب تھا کہ دنیا میں</w:t>
      </w:r>
    </w:p>
    <w:p>
      <w:r>
        <w:rPr>
          <w:b/>
        </w:rPr>
        <w:t xml:space="preserve">[28:31] </w:t>
      </w:r>
      <w:r>
        <w:t>Allah taala ko manzoor hai ke "Age of Peace" aaye, saari opportunities sab ke liye khul jayen.</w:t>
      </w:r>
    </w:p>
    <w:p>
      <w:pPr>
        <w:jc w:val="right"/>
      </w:pPr>
      <w:r>
        <w:t>اللہ تعالیٰ کو منظور ہے کہ "ایج آف پیس" آئے، ساری اپرچونیٹیز سب کے لیے کھل جائیں۔</w:t>
      </w:r>
    </w:p>
    <w:p>
      <w:r>
        <w:rPr>
          <w:b/>
        </w:rPr>
        <w:t xml:space="preserve">[28:38] </w:t>
      </w:r>
      <w:r>
        <w:t>itni badi baat thi yeh, aur woh hui.</w:t>
      </w:r>
    </w:p>
    <w:p>
      <w:pPr>
        <w:jc w:val="right"/>
      </w:pPr>
      <w:r>
        <w:t>اتنی بڑی بات تھی یہ، اور وہ ہوئی۔</w:t>
      </w:r>
    </w:p>
    <w:p>
      <w:r>
        <w:rPr>
          <w:b/>
        </w:rPr>
        <w:t xml:space="preserve">[28:45] </w:t>
      </w:r>
      <w:r>
        <w:t>mein sochta hoon ke yeh jo daur aaya, ibtida to musalmanon ne kaam kiya is mein, is ke</w:t>
      </w:r>
    </w:p>
    <w:p>
      <w:pPr>
        <w:jc w:val="right"/>
      </w:pPr>
      <w:r>
        <w:t>میں سوچتا ہوں کہ یہ جو دور آیا، ابتداء تو مسلمانوں نے کام کیا اس میں، اس کے</w:t>
      </w:r>
    </w:p>
    <w:p>
      <w:r>
        <w:rPr>
          <w:b/>
        </w:rPr>
        <w:t xml:space="preserve">[28:52] </w:t>
      </w:r>
      <w:r>
        <w:t>baad western nations ne kiya, maghribi qaumon ne.</w:t>
      </w:r>
    </w:p>
    <w:p>
      <w:pPr>
        <w:jc w:val="right"/>
      </w:pPr>
      <w:r>
        <w:t>بعد ویسٹرن نیشنز نے کیا، مغربی قوموں نے۔</w:t>
      </w:r>
    </w:p>
    <w:p>
      <w:r>
        <w:rPr>
          <w:b/>
        </w:rPr>
        <w:t xml:space="preserve">[28:59] </w:t>
      </w:r>
      <w:r>
        <w:t>ek process tha, lamba, hazar saal tak chalta raha.</w:t>
      </w:r>
    </w:p>
    <w:p>
      <w:pPr>
        <w:jc w:val="right"/>
      </w:pPr>
      <w:r>
        <w:t>ایک پروسیس تھا، لمبا، ہزار سال تک چلتا رہا۔</w:t>
      </w:r>
    </w:p>
    <w:p>
      <w:r>
        <w:rPr>
          <w:b/>
        </w:rPr>
        <w:t xml:space="preserve">[29:06] </w:t>
      </w:r>
      <w:r>
        <w:t>shuru mein is pe kaam kiya musalmanon ne, lekin baad ke daur mein is pe kaam kiya maghrib</w:t>
      </w:r>
    </w:p>
    <w:p>
      <w:pPr>
        <w:jc w:val="right"/>
      </w:pPr>
      <w:r>
        <w:t>شروع میں اس پہ کام کیا مسلمانوں نے، لیکن بعد کے دور میں اس پہ کام کیا مغرب</w:t>
      </w:r>
    </w:p>
    <w:p>
      <w:r>
        <w:rPr>
          <w:b/>
        </w:rPr>
        <w:t xml:space="preserve">[29:14] </w:t>
      </w:r>
      <w:r>
        <w:t>ki qaumon ne.</w:t>
      </w:r>
    </w:p>
    <w:p>
      <w:pPr>
        <w:jc w:val="right"/>
      </w:pPr>
      <w:r>
        <w:t>کی قوموں نے۔</w:t>
      </w:r>
    </w:p>
    <w:p>
      <w:r>
        <w:rPr>
          <w:b/>
        </w:rPr>
        <w:t xml:space="preserve">[29:21] </w:t>
      </w:r>
      <w:r>
        <w:t>maghribi qaumein duniya mein democracy layein, as as freedom layein, modern technology layein, aur yeh saare jadeed jo</w:t>
      </w:r>
    </w:p>
    <w:p>
      <w:pPr>
        <w:jc w:val="right"/>
      </w:pPr>
      <w:r>
        <w:t>مغربی قومیں دنیا میں ڈیموکریسی لائیں، ایز ایز فریڈم لائیں، ماڈرن ٹیکنالوجی لائیں، اور یہ سارے جدید جو</w:t>
      </w:r>
    </w:p>
    <w:p>
      <w:r>
        <w:rPr>
          <w:b/>
        </w:rPr>
        <w:t xml:space="preserve">[29:28] </w:t>
      </w:r>
      <w:r>
        <w:t>mawaqe hain, woh sab unhi ki wajah se duniya mein aaye ke aaj aap hukoomat ke baghair sab</w:t>
      </w:r>
    </w:p>
    <w:p>
      <w:pPr>
        <w:jc w:val="right"/>
      </w:pPr>
      <w:r>
        <w:t>مواقع ہیں، وہ سب انہی کی وجہ سے دنیا میں آئے کہ آج آپ حکومت کے بغیر سب</w:t>
      </w:r>
    </w:p>
    <w:p>
      <w:r>
        <w:rPr>
          <w:b/>
        </w:rPr>
        <w:t xml:space="preserve">[29:35] </w:t>
      </w:r>
      <w:r>
        <w:t>kuch kar sakte hain.</w:t>
      </w:r>
    </w:p>
    <w:p>
      <w:pPr>
        <w:jc w:val="right"/>
      </w:pPr>
      <w:r>
        <w:t>کچھ کر سکتے ہیں۔</w:t>
      </w:r>
    </w:p>
    <w:p>
      <w:r>
        <w:rPr>
          <w:b/>
        </w:rPr>
        <w:t xml:space="preserve">[29:42] </w:t>
      </w:r>
      <w:r>
        <w:t>jaise hum yahan bol rahe hain, saari duniya mein hamari awaaz ja rahi hai, hamare paas koi hukoomat</w:t>
      </w:r>
    </w:p>
    <w:p>
      <w:pPr>
        <w:jc w:val="right"/>
      </w:pPr>
      <w:r>
        <w:t>جیسے ہم یہاں بول رہے ہیں، ساری دنیا میں ہماری آواز جا رہی ہے، ہمارے پاس کوئی حکومت</w:t>
      </w:r>
    </w:p>
    <w:p>
      <w:r>
        <w:rPr>
          <w:b/>
        </w:rPr>
        <w:t xml:space="preserve">[29:49] </w:t>
      </w:r>
      <w:r>
        <w:t>nahi hai, hamare paas, hamare paas koi hukoomat nahi hai, koi political power nahi hai.</w:t>
      </w:r>
    </w:p>
    <w:p>
      <w:pPr>
        <w:jc w:val="right"/>
      </w:pPr>
      <w:r>
        <w:t>نہیں ہے، ہمارے پاس، ہمارے پاس کوئی حکومت نہیں ہے، کوئی پولیٹیکل پاور نہیں ہے۔</w:t>
      </w:r>
    </w:p>
    <w:p>
      <w:r>
        <w:rPr>
          <w:b/>
        </w:rPr>
        <w:t xml:space="preserve">[29:56] </w:t>
      </w:r>
      <w:r>
        <w:t>lekin aap ghaur kijiye, qadeem zamane mein kisi emperor ke paas, kisi shehanshah ke paas bhi yeh mauqa</w:t>
      </w:r>
    </w:p>
    <w:p>
      <w:pPr>
        <w:jc w:val="right"/>
      </w:pPr>
      <w:r>
        <w:t>لیکن آپ غور کیجئے، قدیم زمانے میں کسی ایمپرر کے پاس، کسی شہنشاہ کے پاس بھی یہ موقع</w:t>
      </w:r>
    </w:p>
    <w:p>
      <w:r>
        <w:rPr>
          <w:b/>
        </w:rPr>
        <w:t xml:space="preserve">[30:03] </w:t>
      </w:r>
      <w:r>
        <w:t>nahi tha ke woh ek jagah bole aur us ki awaz sari dunya mein sunai de.</w:t>
      </w:r>
    </w:p>
    <w:p>
      <w:pPr>
        <w:jc w:val="right"/>
      </w:pPr>
      <w:r>
        <w:t>نہیں تھا کہ وہ ایک جگہ بولے اور اس کی آواز ساری دنیا میں سنائی دے۔</w:t>
      </w:r>
    </w:p>
    <w:p>
      <w:r>
        <w:rPr>
          <w:b/>
        </w:rPr>
        <w:t xml:space="preserve">[30:11] </w:t>
      </w:r>
      <w:r>
        <w:t>kisi ke pas nahi tha, koi emperor, koi badshah aisi meeting ko agah nahi kar sakta tha ke</w:t>
      </w:r>
    </w:p>
    <w:p>
      <w:pPr>
        <w:jc w:val="right"/>
      </w:pPr>
      <w:r>
        <w:t>کسی کے پاس نہیں تھا، کوئی ایمپرر، کوئی بادشاہ ایسی میٹنگ کو آگاہ نہیں کر سکتا تھا کہ</w:t>
      </w:r>
    </w:p>
    <w:p>
      <w:r>
        <w:rPr>
          <w:b/>
        </w:rPr>
        <w:t xml:space="preserve">[30:18] </w:t>
      </w:r>
      <w:r>
        <w:t>woh ek jagah bole aur dunya bhar ko sune, kisi record ke baghair.</w:t>
      </w:r>
    </w:p>
    <w:p>
      <w:pPr>
        <w:jc w:val="right"/>
      </w:pPr>
      <w:r>
        <w:t>وہ ایک جگہ بولے اور دنیا بھر کو سنے، کسی ریکارڈ کے بغیر۔</w:t>
      </w:r>
    </w:p>
    <w:p>
      <w:r>
        <w:rPr>
          <w:b/>
        </w:rPr>
        <w:t xml:space="preserve">[30:25] </w:t>
      </w:r>
      <w:r>
        <w:t>yeh tha Allah taala, Allah taala ka manzoor, jo Rasool Allah ne farmaya ke ek kalma, jis ke</w:t>
      </w:r>
    </w:p>
    <w:p>
      <w:pPr>
        <w:jc w:val="right"/>
      </w:pPr>
      <w:r>
        <w:t>یہ تھا اللہ تعالیٰ، اللہ تعالیٰ کا منظور، جو رسول اللہ نے فرمایا کہ ایک کلمہ، جس کے</w:t>
      </w:r>
    </w:p>
    <w:p>
      <w:r>
        <w:rPr>
          <w:b/>
        </w:rPr>
        <w:t xml:space="preserve">[30:32] </w:t>
      </w:r>
      <w:r>
        <w:t>baghair tum, yeh jo kalma agar tum qabool kar lo to sare alam mein tumhare liye mawaqe khul jayenge.</w:t>
      </w:r>
    </w:p>
    <w:p>
      <w:pPr>
        <w:jc w:val="right"/>
      </w:pPr>
      <w:r>
        <w:t>بغیر تم، یہ جو کلمہ اگر تم قبول کر لو تو سارے عالم میں تمہارے لیے مواقع کھل جائیں گے۔</w:t>
      </w:r>
    </w:p>
    <w:p>
      <w:r>
        <w:rPr>
          <w:b/>
        </w:rPr>
        <w:t xml:space="preserve">[30:39] </w:t>
      </w:r>
      <w:r>
        <w:t>to yeh jo mission tha Rasool Allah sal Allah alaihi wasallam ka, us ko mukhtalif zamane aaye, kuch</w:t>
      </w:r>
    </w:p>
    <w:p>
      <w:pPr>
        <w:jc w:val="right"/>
      </w:pPr>
      <w:r>
        <w:t>تو یہ جو مشن تھا رسول اللہ صلی اللہ علیہ وسلم کا، اس کو مختلف زمانے آئے، کچھ</w:t>
      </w:r>
    </w:p>
    <w:p>
      <w:r>
        <w:rPr>
          <w:b/>
        </w:rPr>
        <w:t xml:space="preserve">[30:46] </w:t>
      </w:r>
      <w:r>
        <w:t>musalmanon ne kaam kiya, kuch doosri qomon ne kaam kiya, yahan tak ke aa gaya 20th century, 20 sadi</w:t>
      </w:r>
    </w:p>
    <w:p>
      <w:pPr>
        <w:jc w:val="right"/>
      </w:pPr>
      <w:r>
        <w:t>مسلمانوں نے کام کیا، کچھ دوسری قوموں نے کام کیا، یہاں تک کہ آگیا 20th century، 20 صدی</w:t>
      </w:r>
    </w:p>
    <w:p>
      <w:r>
        <w:rPr>
          <w:b/>
        </w:rPr>
        <w:t xml:space="preserve">[30:53] </w:t>
      </w:r>
      <w:r>
        <w:t>ka culmination tha is process ka, yani kalma process.</w:t>
      </w:r>
    </w:p>
    <w:p>
      <w:pPr>
        <w:jc w:val="right"/>
      </w:pPr>
      <w:r>
        <w:t>کا culmination تھا اس پروسیس کا، یعنی کلمہ پروسیس۔</w:t>
      </w:r>
    </w:p>
    <w:p>
      <w:r>
        <w:rPr>
          <w:b/>
        </w:rPr>
        <w:t xml:space="preserve">[31:01] </w:t>
      </w:r>
      <w:r>
        <w:t>agar main kahoon, is ko kalma process ka culmination tha 20th century.</w:t>
      </w:r>
    </w:p>
    <w:p>
      <w:pPr>
        <w:jc w:val="right"/>
      </w:pPr>
      <w:r>
        <w:t>اگر میں کہوں، اس کو کلمہ پروسیس کا culmination تھا 20th century۔</w:t>
      </w:r>
    </w:p>
    <w:p>
      <w:r>
        <w:rPr>
          <w:b/>
        </w:rPr>
        <w:t xml:space="preserve">[31:08] </w:t>
      </w:r>
      <w:r>
        <w:t>Rasool Allah ne jo farmaya tha ke "kalmata wahida tuutiniya tum likhun bil Arab wa dinakum bil Ajam", yeh</w:t>
      </w:r>
    </w:p>
    <w:p>
      <w:pPr>
        <w:jc w:val="right"/>
      </w:pPr>
      <w:r>
        <w:t>رسول اللہ نے جو فرمایا تھا کہ "کلمۃ واحد توطینیہ تم لکھون بیل عرب ودینکم بیل عجم"، یہ</w:t>
      </w:r>
    </w:p>
    <w:p>
      <w:r>
        <w:rPr>
          <w:b/>
        </w:rPr>
        <w:t xml:space="preserve">[31:15] </w:t>
      </w:r>
      <w:r>
        <w:t>tha kalma process.</w:t>
      </w:r>
    </w:p>
    <w:p>
      <w:pPr>
        <w:jc w:val="right"/>
      </w:pPr>
      <w:r>
        <w:t>تھا کلمہ پروسیس۔</w:t>
      </w:r>
    </w:p>
    <w:p>
      <w:r>
        <w:rPr>
          <w:b/>
        </w:rPr>
        <w:t xml:space="preserve">[31:22] </w:t>
      </w:r>
      <w:r>
        <w:t>to 7th century mein Rasool Allah ke zariye aur ashabe Rasool ke zariye yeh kalma process shuru hua,</w:t>
      </w:r>
    </w:p>
    <w:p>
      <w:pPr>
        <w:jc w:val="right"/>
      </w:pPr>
      <w:r>
        <w:t>تو 7th century میں رسول اللہ کے ذریعے اور اصحاب رسول کے ذریعے یہ کلمہ پروسیس شروع ہوا،</w:t>
      </w:r>
    </w:p>
    <w:p>
      <w:r>
        <w:rPr>
          <w:b/>
        </w:rPr>
        <w:t xml:space="preserve">[31:29] </w:t>
      </w:r>
      <w:r>
        <w:t>ab is ka culmination ho chuka hai.</w:t>
      </w:r>
    </w:p>
    <w:p>
      <w:pPr>
        <w:jc w:val="right"/>
      </w:pPr>
      <w:r>
        <w:t>اب اس کا culmination ہو چکا ہے۔</w:t>
      </w:r>
    </w:p>
    <w:p>
      <w:r>
        <w:rPr>
          <w:b/>
        </w:rPr>
        <w:t xml:space="preserve">[31:36] </w:t>
      </w:r>
      <w:r>
        <w:t>19veen sadi mein kafi ho chuka tha, 20th century mein mukammal taur par culmination ho gaya, ab 21st</w:t>
      </w:r>
    </w:p>
    <w:p>
      <w:pPr>
        <w:jc w:val="right"/>
      </w:pPr>
      <w:r>
        <w:t>19ویں صدی میں کافی ہو چکا تھا، 20th century میں مکمل طور پر culmination ہو گیا، اب 21st</w:t>
      </w:r>
    </w:p>
    <w:p>
      <w:r>
        <w:rPr>
          <w:b/>
        </w:rPr>
        <w:t xml:space="preserve">[31:43] </w:t>
      </w:r>
      <w:r>
        <w:t>century mein to to kuch reh nahi, baqi sab kuch ho chuka hai.</w:t>
      </w:r>
    </w:p>
    <w:p>
      <w:pPr>
        <w:jc w:val="right"/>
      </w:pPr>
      <w:r>
        <w:t>century میں تو تو کچھ رہ نہیں، باقی سب کچھ ہو چکا ہے۔</w:t>
      </w:r>
    </w:p>
    <w:p>
      <w:r>
        <w:rPr>
          <w:b/>
        </w:rPr>
        <w:t xml:space="preserve">[31:51] </w:t>
      </w:r>
      <w:r>
        <w:t>to aap bataiye ke jab yeh sab kuch ho gaya hai to ab musalmanon ko is ko avail</w:t>
      </w:r>
    </w:p>
    <w:p>
      <w:pPr>
        <w:jc w:val="right"/>
      </w:pPr>
      <w:r>
        <w:t>تو آپ بتائیے کہ جب یہ سب کچھ ہو گیا ہے تو اب مسلمانوں کو اس کو اویل</w:t>
      </w:r>
    </w:p>
    <w:p>
      <w:r>
        <w:rPr>
          <w:b/>
        </w:rPr>
        <w:t xml:space="preserve">[31:58] </w:t>
      </w:r>
      <w:r>
        <w:t>karna hai, yani peaceful opportunities ko avail karna hai.</w:t>
      </w:r>
    </w:p>
    <w:p>
      <w:pPr>
        <w:jc w:val="right"/>
      </w:pPr>
      <w:r>
        <w:t>کرنا ہے، یعنی پیس فل اپرچونیٹیز کو اویل کرنا ہے۔</w:t>
      </w:r>
    </w:p>
    <w:p>
      <w:r>
        <w:rPr>
          <w:b/>
        </w:rPr>
        <w:t xml:space="preserve">[32:05] </w:t>
      </w:r>
      <w:r>
        <w:t>ab ladai kis liye? bomb kis liye? society bombing kis liye? to jo muslim zikr yeh bol rahe</w:t>
      </w:r>
    </w:p>
    <w:p>
      <w:pPr>
        <w:jc w:val="right"/>
      </w:pPr>
      <w:r>
        <w:t>اب لڑائی کس لیے؟ بم کس لیے؟ سوسائٹی بمنگ کس لیے؟ تو جو مسلم ذکر یہ بول رہے</w:t>
      </w:r>
    </w:p>
    <w:p>
      <w:r>
        <w:rPr>
          <w:b/>
        </w:rPr>
        <w:t xml:space="preserve">[32:12] </w:t>
      </w:r>
      <w:r>
        <w:t>the ke baaz halaat mein Islam mein society bombing jaiz hai, un ko kehna chahiye tha ke hamesha</w:t>
      </w:r>
    </w:p>
    <w:p>
      <w:pPr>
        <w:jc w:val="right"/>
      </w:pPr>
      <w:r>
        <w:t>تھے کہ بعض حالات میں اسلام میں سوسائٹی بمنگ جائز ہے، ان کو کہنا چاہیے تھا کہ ہمیشہ</w:t>
      </w:r>
    </w:p>
    <w:p>
      <w:r>
        <w:rPr>
          <w:b/>
        </w:rPr>
        <w:t xml:space="preserve">[32:19] </w:t>
      </w:r>
      <w:r>
        <w:t>hi haram hai, ab to aur zyada haram hai.</w:t>
      </w:r>
    </w:p>
    <w:p>
      <w:pPr>
        <w:jc w:val="right"/>
      </w:pPr>
      <w:r>
        <w:t>ہی حرام ہے، اب تو اور زیادہ حرام ہے۔</w:t>
      </w:r>
    </w:p>
    <w:p>
      <w:r>
        <w:rPr>
          <w:b/>
        </w:rPr>
        <w:t xml:space="preserve">[32:26] </w:t>
      </w:r>
      <w:r>
        <w:t>yani society bombing, society karna, khudkushi karna Islam mein pehle bhi haram tha, ab to super haram hai,</w:t>
      </w:r>
    </w:p>
    <w:p>
      <w:pPr>
        <w:jc w:val="right"/>
      </w:pPr>
      <w:r>
        <w:t>یعنی سوسائٹی بمنگ، سوسائٹی کرنا، خودکشی کرنا اسلام میں پہلے بھی حرام تھا، اب تو سپر حرام ہے،</w:t>
      </w:r>
    </w:p>
    <w:p>
      <w:r>
        <w:rPr>
          <w:b/>
        </w:rPr>
        <w:t xml:space="preserve">[32:33] </w:t>
      </w:r>
      <w:r>
        <w:t>kyun ke ab kis se? ab to bomb ke zariye, gun ke zariye kuch hasil nahi kar sakte aap,</w:t>
      </w:r>
    </w:p>
    <w:p>
      <w:pPr>
        <w:jc w:val="right"/>
      </w:pPr>
      <w:r>
        <w:t>کیونکہ اب کس سے؟ اب تو بم کے ذریعے، گن کے ذریعے کچھ حاصل نہیں کر سکتے آپ،</w:t>
      </w:r>
    </w:p>
    <w:p>
      <w:r>
        <w:rPr>
          <w:b/>
        </w:rPr>
        <w:t xml:space="preserve">[32:40] </w:t>
      </w:r>
      <w:r>
        <w:t>aur peace ke zariye sab kuch hasil kar sakte hain.</w:t>
      </w:r>
    </w:p>
    <w:p>
      <w:pPr>
        <w:jc w:val="right"/>
      </w:pPr>
      <w:r>
        <w:t>اور پیس کے ذریعے سب کچھ حاصل کر سکتے ہیں۔</w:t>
      </w:r>
    </w:p>
    <w:p>
      <w:r>
        <w:rPr>
          <w:b/>
        </w:rPr>
        <w:t xml:space="preserve">[32:48] </w:t>
      </w:r>
      <w:r>
        <w:t>to yeh hai aqal ka chhat jana.</w:t>
      </w:r>
    </w:p>
    <w:p>
      <w:pPr>
        <w:jc w:val="right"/>
      </w:pPr>
      <w:r>
        <w:t>تو یہ ہے عقل کا چھٹ جانا۔</w:t>
      </w:r>
    </w:p>
    <w:p>
      <w:r>
        <w:rPr>
          <w:b/>
        </w:rPr>
        <w:t xml:space="preserve">[32:55] </w:t>
      </w:r>
      <w:r>
        <w:t>jab yeh kehna chahiye ke khudkushi pehle bhi haram thi, ab to super haram hai, kya keh rahe</w:t>
      </w:r>
    </w:p>
    <w:p>
      <w:pPr>
        <w:jc w:val="right"/>
      </w:pPr>
      <w:r>
        <w:t>جب یہ کہنا چاہیے کہ خودکشی پہلے بھی حرام تھی، اب تو سپر حرام ہے، کیا کہہ رہے</w:t>
      </w:r>
    </w:p>
    <w:p>
      <w:r>
        <w:rPr>
          <w:b/>
        </w:rPr>
        <w:t xml:space="preserve">[33:02] </w:t>
      </w:r>
      <w:r>
        <w:t>hain ke khudkushi islam mein haram hai, magar jab nation khatre mein ho, us waqt khudkushi, bombari jaiz hai.</w:t>
      </w:r>
    </w:p>
    <w:p>
      <w:pPr>
        <w:jc w:val="right"/>
      </w:pPr>
      <w:r>
        <w:t>ہیں کہ خودکشی اسلام میں حرام ہے، مگر جب نیشن خطرے میں ہو، اس وقت خودکشی، بمباری جائز ہے۔</w:t>
      </w:r>
    </w:p>
    <w:p>
      <w:r>
        <w:rPr>
          <w:b/>
        </w:rPr>
        <w:t xml:space="preserve">[33:09] </w:t>
      </w:r>
      <w:r>
        <w:t>Ab khatre mein kahan hai? Khatra to khatam ho gaya, khatre ka zamana hi khatam ho gaya.</w:t>
      </w:r>
    </w:p>
    <w:p>
      <w:pPr>
        <w:jc w:val="right"/>
      </w:pPr>
      <w:r>
        <w:t>اب خطرے میں کہاں ہے؟ خطرہ تو ختم ہو گیا، خطرے کا زمانہ ہی ختم ہو گیا۔</w:t>
      </w:r>
    </w:p>
    <w:p>
      <w:r>
        <w:rPr>
          <w:b/>
        </w:rPr>
        <w:t xml:space="preserve">[33:16] </w:t>
      </w:r>
      <w:r>
        <w:t>Ek aur hadith is se pehle sunai thi hum ne aap ko, Muslim mein hai ke meri ummat</w:t>
      </w:r>
    </w:p>
    <w:p>
      <w:pPr>
        <w:jc w:val="right"/>
      </w:pPr>
      <w:r>
        <w:t>ایک اور حدیث اس سے پہلے سنائی تھی ہم نے آپ کو، مسلم میں ہے کہ میری امت</w:t>
      </w:r>
    </w:p>
    <w:p>
      <w:r>
        <w:rPr>
          <w:b/>
        </w:rPr>
        <w:t xml:space="preserve">[33:23] </w:t>
      </w:r>
      <w:r>
        <w:t>safar kar ke ek jagah pohnchegi, wahan ek qila hoga, us qile ke darwaze band honge.</w:t>
      </w:r>
    </w:p>
    <w:p>
      <w:pPr>
        <w:jc w:val="right"/>
      </w:pPr>
      <w:r>
        <w:t>سفر کر کے ایک جگہ پہنچے گی، وہاں ایک قلعہ ہوگا، اس قلعے کے دروازے بند ہوں گے۔</w:t>
      </w:r>
    </w:p>
    <w:p>
      <w:r>
        <w:rPr>
          <w:b/>
        </w:rPr>
        <w:t xml:space="preserve">[33:30] </w:t>
      </w:r>
      <w:r>
        <w:t>Ummat ke log sochenge ke kaise andar dakhil hon? To woh na larai karenge, na talwar</w:t>
      </w:r>
    </w:p>
    <w:p>
      <w:pPr>
        <w:jc w:val="right"/>
      </w:pPr>
      <w:r>
        <w:t>امت کے لوگ سوچیں گے کہ کیسے اندر داخل ہوں؟ تو وہ نہ لڑائی کریں گے، نہ تلوار</w:t>
      </w:r>
    </w:p>
    <w:p>
      <w:r>
        <w:rPr>
          <w:b/>
        </w:rPr>
        <w:t xml:space="preserve">[33:38] </w:t>
      </w:r>
      <w:r>
        <w:t>chalayenge, na neza marenge, woh kahenge "La ilaha illallah" aur darwaza khul jayega.</w:t>
      </w:r>
    </w:p>
    <w:p>
      <w:pPr>
        <w:jc w:val="right"/>
      </w:pPr>
      <w:r>
        <w:t>چلائیں گے، نہ نیزہ ماریں گے، وہ کہیں گے "لا الہ الا اللہ" اور دروازہ کھل جائے گا۔</w:t>
      </w:r>
    </w:p>
    <w:p>
      <w:r>
        <w:rPr>
          <w:b/>
        </w:rPr>
        <w:t xml:space="preserve">[33:45] </w:t>
      </w:r>
      <w:r>
        <w:t>Yeh tamseel ki zaban mein yeh baat to hai, yaani ab kalma process hi kafi hai, yaani peace</w:t>
      </w:r>
    </w:p>
    <w:p>
      <w:pPr>
        <w:jc w:val="right"/>
      </w:pPr>
      <w:r>
        <w:t>یہ تمثیل کی زبان میں یہ بات تو ہے، یعنی اب کلمہ پروسیس ہی کافی ہے، یعنی پیس</w:t>
      </w:r>
    </w:p>
    <w:p>
      <w:r>
        <w:rPr>
          <w:b/>
        </w:rPr>
        <w:t xml:space="preserve">[33:52] </w:t>
      </w:r>
      <w:r>
        <w:t>full method hi kafi hai har qism ki kamyabi ke liye.</w:t>
      </w:r>
    </w:p>
    <w:p>
      <w:pPr>
        <w:jc w:val="right"/>
      </w:pPr>
      <w:r>
        <w:t>فل میتھڈ ہی کافی ہے ہر قسم کی کامیابی کے لیے۔</w:t>
      </w:r>
    </w:p>
    <w:p>
      <w:r>
        <w:rPr>
          <w:b/>
        </w:rPr>
        <w:t xml:space="preserve">[33:59] </w:t>
      </w:r>
      <w:r>
        <w:t>Jitne darwaze the pehle zamane mein, woh sab khul chuke hain, ab koi darwaza band nahi.</w:t>
      </w:r>
    </w:p>
    <w:p>
      <w:pPr>
        <w:jc w:val="right"/>
      </w:pPr>
      <w:r>
        <w:t>جتنے دروازے تھے پہلے زمانے میں، وہ سب کھل چکے ہیں، اب کوئی دروازہ بند نہیں۔</w:t>
      </w:r>
    </w:p>
    <w:p>
      <w:r>
        <w:rPr>
          <w:b/>
        </w:rPr>
        <w:t xml:space="preserve">[34:06] </w:t>
      </w:r>
      <w:r>
        <w:t>Ab to sirf peaceful planning, jaise dekhen, main bol raha hoon, dunya ke har darwaze mein meri</w:t>
      </w:r>
    </w:p>
    <w:p>
      <w:pPr>
        <w:jc w:val="right"/>
      </w:pPr>
      <w:r>
        <w:t>اب تو صرف پیس فل پلاننگ، جیسے دیکھیں، میں بول رہا ہوں، دنیا کے ہر دروازے میں میری</w:t>
      </w:r>
    </w:p>
    <w:p>
      <w:r>
        <w:rPr>
          <w:b/>
        </w:rPr>
        <w:t xml:space="preserve">[34:13] </w:t>
      </w:r>
      <w:r>
        <w:t>awaz pohnch sakti hai, agar us ko manage karen aap to har darwaze mein.</w:t>
      </w:r>
    </w:p>
    <w:p>
      <w:pPr>
        <w:jc w:val="right"/>
      </w:pPr>
      <w:r>
        <w:t>آواز پہنچ سکتی ہے، اگر اس کو مینج کریں آپ تو ہر دروازے میں۔</w:t>
      </w:r>
    </w:p>
    <w:p>
      <w:r>
        <w:rPr>
          <w:b/>
        </w:rPr>
        <w:t xml:space="preserve">[34:20] </w:t>
      </w:r>
      <w:r>
        <w:t>Kaisi ajeeb baat hai yeh!</w:t>
      </w:r>
    </w:p>
    <w:p>
      <w:pPr>
        <w:jc w:val="right"/>
      </w:pPr>
      <w:r>
        <w:t>کیسی عجیب بات ہے یہ!</w:t>
      </w:r>
    </w:p>
    <w:p>
      <w:r>
        <w:rPr>
          <w:b/>
        </w:rPr>
        <w:t xml:space="preserve">[34:28] </w:t>
      </w:r>
      <w:r>
        <w:t>Main bol raha hoon Delhi mein, lekin potentially dunya ke har ghar ke darwaze is ke liye khule hue hain.</w:t>
      </w:r>
    </w:p>
    <w:p>
      <w:pPr>
        <w:jc w:val="right"/>
      </w:pPr>
      <w:r>
        <w:t>میں بول رہا ہوں دلی میں، لیکن پوٹینشلی دنیا کے ہر گھر کے دروازے اس کے لیے کھلے ہوئے ہیں۔</w:t>
      </w:r>
    </w:p>
    <w:p>
      <w:r>
        <w:rPr>
          <w:b/>
        </w:rPr>
        <w:t xml:space="preserve">[34:34] </w:t>
      </w:r>
      <w:r>
        <w:t>Potentially to yahi to hai ke qile ke woh "La ilaha illallah" kahenge aur qile ke</w:t>
      </w:r>
    </w:p>
    <w:p>
      <w:pPr>
        <w:jc w:val="right"/>
      </w:pPr>
      <w:r>
        <w:t>پوٹینشلی تو یہی تو ہے کہ قلعے کے وہ "لا الہ الا اللہ" کہیں گے اور قلعے کے</w:t>
      </w:r>
    </w:p>
    <w:p>
      <w:r>
        <w:rPr>
          <w:b/>
        </w:rPr>
        <w:t xml:space="preserve">[34:40] </w:t>
      </w:r>
      <w:r>
        <w:t>darwaze khul jayenge.</w:t>
      </w:r>
    </w:p>
    <w:p>
      <w:pPr>
        <w:jc w:val="right"/>
      </w:pPr>
      <w:r>
        <w:t>دروازے کھل جائیں گے۔</w:t>
      </w:r>
    </w:p>
    <w:p>
      <w:r>
        <w:rPr>
          <w:b/>
        </w:rPr>
        <w:t xml:space="preserve">[34:46] </w:t>
      </w:r>
      <w:r>
        <w:t>Wohi to hai yeh ke main yahan bol raha hoon, potentially sari dunya ke darwaze mere liye khule hue hain.</w:t>
      </w:r>
    </w:p>
    <w:p>
      <w:pPr>
        <w:jc w:val="right"/>
      </w:pPr>
      <w:r>
        <w:t>وہی تو ہے یہ کہ میں یہاں بول رہا ہوں، پوٹینشلی ساری دنیا کے دروازے میرے لیے کھلے ہوئے ہیں۔</w:t>
      </w:r>
    </w:p>
    <w:p>
      <w:r>
        <w:rPr>
          <w:b/>
        </w:rPr>
        <w:t xml:space="preserve">[34:52] </w:t>
      </w:r>
      <w:r>
        <w:t>Aap jante hain ke yeh jo electronics hai, koi darwaza band ho, tab bhi penetrate karti hai, lehren</w:t>
      </w:r>
    </w:p>
    <w:p>
      <w:pPr>
        <w:jc w:val="right"/>
      </w:pPr>
      <w:r>
        <w:t>آپ جانتے ہیں کہ یہ جو الیکٹرانکس ہے، کوئی دروازہ بند ہو، تب بھی پریٹریٹ کرتی ہے، لہریں</w:t>
      </w:r>
    </w:p>
    <w:p>
      <w:r>
        <w:rPr>
          <w:b/>
        </w:rPr>
        <w:t xml:space="preserve">[34:58] </w:t>
      </w:r>
      <w:r>
        <w:t>is ki tab bhi pohnchti hain.</w:t>
      </w:r>
    </w:p>
    <w:p>
      <w:pPr>
        <w:jc w:val="right"/>
      </w:pPr>
      <w:r>
        <w:t>اس کی تب بھی پہنچتی ہیں۔</w:t>
      </w:r>
    </w:p>
    <w:p>
      <w:r>
        <w:rPr>
          <w:b/>
        </w:rPr>
        <w:t xml:space="preserve">[35:04] </w:t>
      </w:r>
      <w:r>
        <w:t>Charon taraf se band ho, andar ek aadmi mobile liye hue ho to wohi sun sakta hai.</w:t>
      </w:r>
    </w:p>
    <w:p>
      <w:pPr>
        <w:jc w:val="right"/>
      </w:pPr>
      <w:r>
        <w:t>چاروں طرف سے بند ہو، اندر ایک آدمی موبائل لیے ہوئے ہو تو وہی سن سکتا ہے۔</w:t>
      </w:r>
    </w:p>
    <w:p>
      <w:r>
        <w:rPr>
          <w:b/>
        </w:rPr>
        <w:t xml:space="preserve">[35:10] </w:t>
      </w:r>
      <w:r>
        <w:t>Woh to kaisi ajeeb hai yeh hadith ke meri ummat ke log pohnchenge ek jagah jahan qila</w:t>
      </w:r>
    </w:p>
    <w:p>
      <w:pPr>
        <w:jc w:val="right"/>
      </w:pPr>
      <w:r>
        <w:t>وہ تو کیسی عجیب ہے یہ حدیث کہ میری امت کے لوگ پہنچیں گے ایک جگہ جہاں قلعہ</w:t>
      </w:r>
    </w:p>
    <w:p>
      <w:r>
        <w:rPr>
          <w:b/>
        </w:rPr>
        <w:t xml:space="preserve">[35:16] </w:t>
      </w:r>
      <w:r>
        <w:t>hoga, us ke darwaze band honge to yeh sochenge kya karen? To na talwar chalayenge,</w:t>
      </w:r>
    </w:p>
    <w:p>
      <w:pPr>
        <w:jc w:val="right"/>
      </w:pPr>
      <w:r>
        <w:t>ہوگا، اس کے دروازے بند ہوں گے تو یہ سوچیں گے کیا کریں؟ تو نہ تلوار چلائیں گے،</w:t>
      </w:r>
    </w:p>
    <w:p>
      <w:r>
        <w:rPr>
          <w:b/>
        </w:rPr>
        <w:t xml:space="preserve">[35:22] </w:t>
      </w:r>
      <w:r>
        <w:t>na teer chalayenge.</w:t>
      </w:r>
    </w:p>
    <w:p>
      <w:pPr>
        <w:jc w:val="right"/>
      </w:pPr>
      <w:r>
        <w:t>نہ تیر چلائیں گے۔</w:t>
      </w:r>
    </w:p>
    <w:p>
      <w:r>
        <w:rPr>
          <w:b/>
        </w:rPr>
        <w:t xml:space="preserve">[35:28] </w:t>
      </w:r>
      <w:r>
        <w:t>Woh Allah ki tofeeq se kahenge "La ilaha illallah" aur qile ke darwaze un ke liye</w:t>
      </w:r>
    </w:p>
    <w:p>
      <w:pPr>
        <w:jc w:val="right"/>
      </w:pPr>
      <w:r>
        <w:t>وہ اللہ کی توفیق سے کہیں گے "لا الہ الا اللہ" اور قلعے کے دروازے ان کے لیے</w:t>
      </w:r>
    </w:p>
    <w:p>
      <w:r>
        <w:rPr>
          <w:b/>
        </w:rPr>
        <w:t xml:space="preserve">[35:34] </w:t>
      </w:r>
      <w:r>
        <w:t>khul jayenge.</w:t>
      </w:r>
    </w:p>
    <w:p>
      <w:pPr>
        <w:jc w:val="right"/>
      </w:pPr>
      <w:r>
        <w:t>کھل جائیں گے۔</w:t>
      </w:r>
    </w:p>
    <w:p>
      <w:r>
        <w:rPr>
          <w:b/>
        </w:rPr>
        <w:t xml:space="preserve">[35:40] </w:t>
      </w:r>
      <w:r>
        <w:t>Yahi to hai!</w:t>
      </w:r>
    </w:p>
    <w:p>
      <w:pPr>
        <w:jc w:val="right"/>
      </w:pPr>
      <w:r>
        <w:t>یہی تو ہے!</w:t>
      </w:r>
    </w:p>
    <w:p>
      <w:r>
        <w:rPr>
          <w:b/>
        </w:rPr>
        <w:t xml:space="preserve">[35:47] </w:t>
      </w:r>
      <w:r>
        <w:t>aaj aap electronic planning karen, pehle suit ki planning hua karti thi, ab electronic planning mumkin ho gai.</w:t>
      </w:r>
    </w:p>
    <w:p>
      <w:pPr>
        <w:jc w:val="right"/>
      </w:pPr>
      <w:r>
        <w:t>آج آپ الیکٹرانک پلاننگ کریں، پہلے سوٹ کی پلاننگ ہوا کرتی تھی، اب الیکٹرانک پلاننگ ممکن ہو گئی۔</w:t>
      </w:r>
    </w:p>
    <w:p>
      <w:r>
        <w:rPr>
          <w:b/>
        </w:rPr>
        <w:t xml:space="preserve">[35:55] </w:t>
      </w:r>
      <w:r>
        <w:t>agar aap electronic planning karen aur peaceful tareeqe se istemaal karen aaj ki opportunity ko to jab</w:t>
      </w:r>
    </w:p>
    <w:p>
      <w:pPr>
        <w:jc w:val="right"/>
      </w:pPr>
      <w:r>
        <w:t>اگر آپ الیکٹرانک پلاننگ کریں اور پیس فل طریقے سے استعمال کریں آج کی اپرچونیٹی کو تو جب</w:t>
      </w:r>
    </w:p>
    <w:p>
      <w:r>
        <w:rPr>
          <w:b/>
        </w:rPr>
        <w:t xml:space="preserve">[36:03] </w:t>
      </w:r>
      <w:r>
        <w:t>aap bolenge to dunya ke har darwaze mein aap ki awaaz dakhil ho rahi hogi, saare darwaze</w:t>
      </w:r>
    </w:p>
    <w:p>
      <w:pPr>
        <w:jc w:val="right"/>
      </w:pPr>
      <w:r>
        <w:t>آپ بولیں گے تو دنیا کے ہر دروازے میں آپ کی آواز داخل ہو رہی ہوگی، سارے دروازے</w:t>
      </w:r>
    </w:p>
    <w:p>
      <w:r>
        <w:rPr>
          <w:b/>
        </w:rPr>
        <w:t xml:space="preserve">[36:11] </w:t>
      </w:r>
      <w:r>
        <w:t>is ke liye khul chuke honge.</w:t>
      </w:r>
    </w:p>
    <w:p>
      <w:pPr>
        <w:jc w:val="right"/>
      </w:pPr>
      <w:r>
        <w:t>اس کے لیے کھل چکے ہوں گے۔</w:t>
      </w:r>
    </w:p>
    <w:p>
      <w:r>
        <w:rPr>
          <w:b/>
        </w:rPr>
        <w:t xml:space="preserve">[36:19] </w:t>
      </w:r>
      <w:r>
        <w:t>to dekhen, aql ka chhan jana jo main ne kaha ke hadees mein hai "aql chhan jana" yahi</w:t>
      </w:r>
    </w:p>
    <w:p>
      <w:pPr>
        <w:jc w:val="right"/>
      </w:pPr>
      <w:r>
        <w:t>تو دیکھیں، عقل کا چھن جانا جو میں نے کہا کہ حدیث میں ہے "عقل چھن جانا" یہی</w:t>
      </w:r>
    </w:p>
    <w:p>
      <w:r>
        <w:rPr>
          <w:b/>
        </w:rPr>
        <w:t xml:space="preserve">[36:27] </w:t>
      </w:r>
      <w:r>
        <w:t>hai ke darwaze khule hue hain, wo khwamkhwah fauj tayyar kar rahe hain, darwaze khule hue hain, wo</w:t>
      </w:r>
    </w:p>
    <w:p>
      <w:pPr>
        <w:jc w:val="right"/>
      </w:pPr>
      <w:r>
        <w:t>ہے کہ دروازے کھلے ہوئے ہیں، وہ خوامخواہ فوج تیار کر رہے ہیں، دروازے کھلے ہوئے ہیں، وہ</w:t>
      </w:r>
    </w:p>
    <w:p>
      <w:r>
        <w:rPr>
          <w:b/>
        </w:rPr>
        <w:t xml:space="preserve">[36:35] </w:t>
      </w:r>
      <w:r>
        <w:t>khwamkhwah bomb maar rahe hain.</w:t>
      </w:r>
    </w:p>
    <w:p>
      <w:pPr>
        <w:jc w:val="right"/>
      </w:pPr>
      <w:r>
        <w:t>خوامخواہ بم مار رہے ہیں۔</w:t>
      </w:r>
    </w:p>
    <w:p>
      <w:r>
        <w:rPr>
          <w:b/>
        </w:rPr>
        <w:t xml:space="preserve">[36:43] </w:t>
      </w:r>
      <w:r>
        <w:t>qaum qazi kaho batao hum ko.</w:t>
      </w:r>
    </w:p>
    <w:p>
      <w:pPr>
        <w:jc w:val="right"/>
      </w:pPr>
      <w:r>
        <w:t>قوم قاضی کہو بتاؤ ہم کو۔</w:t>
      </w:r>
    </w:p>
    <w:p>
      <w:r>
        <w:rPr>
          <w:b/>
        </w:rPr>
        <w:t xml:space="preserve">[36:51] </w:t>
      </w:r>
      <w:r>
        <w:t>aur qaumon ke dushman bane hue hain, saare maghribi log Islam ko mauqa de rahe hain kaam karne</w:t>
      </w:r>
    </w:p>
    <w:p>
      <w:pPr>
        <w:jc w:val="right"/>
      </w:pPr>
      <w:r>
        <w:t>اور قوموں کے دشمن بنے ہوئے ہیں، سارے مغربی لوگ اسلام کو موقع دے رہے ہیں کام کرنے</w:t>
      </w:r>
    </w:p>
    <w:p>
      <w:r>
        <w:rPr>
          <w:b/>
        </w:rPr>
        <w:t xml:space="preserve">[36:59] </w:t>
      </w:r>
      <w:r>
        <w:t>ka aur aap ne nazariya bana liya Islamophobia.</w:t>
      </w:r>
    </w:p>
    <w:p>
      <w:pPr>
        <w:jc w:val="right"/>
      </w:pPr>
      <w:r>
        <w:t>کا اور آپ نے نظریہ بنا لیا اسلامو فوبیا۔</w:t>
      </w:r>
    </w:p>
    <w:p>
      <w:r>
        <w:rPr>
          <w:b/>
        </w:rPr>
        <w:t xml:space="preserve">[37:07] </w:t>
      </w:r>
      <w:r>
        <w:t>yahi to hai aql ka chhan jana ke jab saare mawaqe aap ke liye khul gaye to "Why society bombing?</w:t>
      </w:r>
    </w:p>
    <w:p>
      <w:pPr>
        <w:jc w:val="right"/>
      </w:pPr>
      <w:r>
        <w:t>یہی تو ہے عقل کا چھن جانا کہ جب سارے مواقع آپ کے لیے کھل گئے تو "Why society bombing?</w:t>
      </w:r>
    </w:p>
    <w:p>
      <w:r>
        <w:rPr>
          <w:b/>
        </w:rPr>
        <w:t xml:space="preserve">[37:16] </w:t>
      </w:r>
      <w:r>
        <w:t>Why war?</w:t>
      </w:r>
    </w:p>
    <w:p>
      <w:pPr>
        <w:jc w:val="right"/>
      </w:pPr>
      <w:r>
        <w:t>Why war?</w:t>
      </w:r>
    </w:p>
    <w:p>
      <w:r>
        <w:rPr>
          <w:b/>
        </w:rPr>
        <w:t xml:space="preserve">[37:17] </w:t>
      </w:r>
      <w:r>
        <w:t>Why violence?</w:t>
      </w:r>
    </w:p>
    <w:p>
      <w:pPr>
        <w:jc w:val="right"/>
      </w:pPr>
      <w:r>
        <w:t>Why violence?</w:t>
      </w:r>
    </w:p>
    <w:p>
      <w:r>
        <w:rPr>
          <w:b/>
        </w:rPr>
        <w:t xml:space="preserve">[37:19] </w:t>
      </w:r>
      <w:r>
        <w:t>aaj main yeh keh sakta hoon ke dunya kaheen bhi, chahe india ho, chahe europe ho ya</w:t>
      </w:r>
    </w:p>
    <w:p>
      <w:pPr>
        <w:jc w:val="right"/>
      </w:pPr>
      <w:r>
        <w:t>" آج میں یہ کہہ سکتا ہوں کہ دنیا کہیں بھی، چاہے انڈیا ہو، چاہے یورپ ہو یا</w:t>
      </w:r>
    </w:p>
    <w:p>
      <w:r>
        <w:rPr>
          <w:b/>
        </w:rPr>
        <w:t xml:space="preserve">[37:26] </w:t>
      </w:r>
      <w:r>
        <w:t>america ho, kaheen bhi, kaheen bhi, hatta ke russia jahan pehle islam, pehle mazhab, anti mazhab mahol hua</w:t>
      </w:r>
    </w:p>
    <w:p>
      <w:pPr>
        <w:jc w:val="right"/>
      </w:pPr>
      <w:r>
        <w:t>امریکہ ہو، کہیں بھی، کہیں بھی، حتیٰ کہ رشیا جہاں پہلے اسلام، پہلے مذہب، اینٹی مذہب ماحول ہوا</w:t>
      </w:r>
    </w:p>
    <w:p>
      <w:r>
        <w:rPr>
          <w:b/>
        </w:rPr>
        <w:t xml:space="preserve">[37:34] </w:t>
      </w:r>
      <w:r>
        <w:t>karta tha, wahan bhi darwazay khule hue hain.</w:t>
      </w:r>
    </w:p>
    <w:p>
      <w:pPr>
        <w:jc w:val="right"/>
      </w:pPr>
      <w:r>
        <w:t>کرتا تھا، وہاں بھی دروازے کھلے ہوئے ہیں۔</w:t>
      </w:r>
    </w:p>
    <w:p>
      <w:r>
        <w:rPr>
          <w:b/>
        </w:rPr>
        <w:t xml:space="preserve">[37:37] </w:t>
      </w:r>
      <w:r>
        <w:t>to aise waqt mein jab kalma process apne culmination ko puhanch chuka ho aur saare mawaqe khul chuke</w:t>
      </w:r>
    </w:p>
    <w:p>
      <w:pPr>
        <w:jc w:val="right"/>
      </w:pPr>
      <w:r>
        <w:t>تو ایسے وقت میں جب کلمہ پروسیس اپنے کلمیشن کو پہنچ چکا ہو اور سارے مواقع کھل چکے</w:t>
      </w:r>
    </w:p>
    <w:p>
      <w:r>
        <w:rPr>
          <w:b/>
        </w:rPr>
        <w:t xml:space="preserve">[37:45] </w:t>
      </w:r>
      <w:r>
        <w:t>hain to kis liye tashaddud? kis liye society bombing? kis liye gun culture? to kitna sahi kaha tha,</w:t>
      </w:r>
    </w:p>
    <w:p>
      <w:pPr>
        <w:jc w:val="right"/>
      </w:pPr>
      <w:r>
        <w:t>ہیں تو کس لیے تشدد؟ کس لیے سوسائٹی بمنگ؟ کس لیے گن کلچر؟ تو کتنا صحیح کہا تھا،</w:t>
      </w:r>
    </w:p>
    <w:p>
      <w:r>
        <w:rPr>
          <w:b/>
        </w:rPr>
        <w:t xml:space="preserve">[37:53] </w:t>
      </w:r>
      <w:r>
        <w:t>aur main ne kaha ke tv channel par aa raha tha ke kisi ne kaha ke Muhammad</w:t>
      </w:r>
    </w:p>
    <w:p>
      <w:pPr>
        <w:jc w:val="right"/>
      </w:pPr>
      <w:r>
        <w:t>اور میں نے کہا کہ ٹی وی چینل پر آ رہا تھا کہ کسی نے کہا کہ محمد</w:t>
      </w:r>
    </w:p>
    <w:p>
      <w:r>
        <w:rPr>
          <w:b/>
        </w:rPr>
        <w:t xml:space="preserve">[38:01] </w:t>
      </w:r>
      <w:r>
        <w:t>to bohat peaceful thay, musalman kyun violence karte hain? to doosre ne kaha ke ke musalman Muhammad</w:t>
      </w:r>
    </w:p>
    <w:p>
      <w:pPr>
        <w:jc w:val="right"/>
      </w:pPr>
      <w:r>
        <w:t>تو بہت پیس فل تھے، مسلمان کیوں وائلنس کرتے ہیں؟ تو دوسرے نے کہا کہ کہ مسلمان محمد</w:t>
      </w:r>
    </w:p>
    <w:p>
      <w:r>
        <w:rPr>
          <w:b/>
        </w:rPr>
        <w:t xml:space="preserve">[38:08] </w:t>
      </w:r>
      <w:r>
        <w:t>sahab ko mante kahan hain? woh to apne self style leaderon ke peeche chalte hain.</w:t>
      </w:r>
    </w:p>
    <w:p>
      <w:pPr>
        <w:jc w:val="right"/>
      </w:pPr>
      <w:r>
        <w:t>صاحب کو مانتے کہاں ہیں؟ وہ تو اپنے سیلف اسٹائل لیڈروں کے پیچھے چلتے ہیں۔</w:t>
      </w:r>
    </w:p>
    <w:p>
      <w:r>
        <w:rPr>
          <w:b/>
        </w:rPr>
        <w:t xml:space="preserve">[38:15] </w:t>
      </w:r>
      <w:r>
        <w:t>to japan ki jo misaal thi, unhon ne di to unhein kehna chahiye tha ke japan ki misaal</w:t>
      </w:r>
    </w:p>
    <w:p>
      <w:pPr>
        <w:jc w:val="right"/>
      </w:pPr>
      <w:r>
        <w:t>تو جاپان کی جو مثال تھی، انہوں نے دی تو انہیں کہنا چاہیے تھا کہ جاپان کی مثال</w:t>
      </w:r>
    </w:p>
    <w:p>
      <w:r>
        <w:rPr>
          <w:b/>
        </w:rPr>
        <w:t xml:space="preserve">[38:22] </w:t>
      </w:r>
      <w:r>
        <w:t>yeh hai ke japan ki misaal yeh hai ke you turn lo, re assess karo, revise karo apni</w:t>
      </w:r>
    </w:p>
    <w:p>
      <w:pPr>
        <w:jc w:val="right"/>
      </w:pPr>
      <w:r>
        <w:t>یہ ہے کہ جاپان کی مثال یہ ہے کہ یو ٹرن لو، ری ایسس کرو، ریوائز کرو اپنی</w:t>
      </w:r>
    </w:p>
    <w:p>
      <w:r>
        <w:rPr>
          <w:b/>
        </w:rPr>
        <w:t xml:space="preserve">[38:30] </w:t>
      </w:r>
      <w:r>
        <w:t>policy ko, violence ko chhod kar ke peace par aa jao.</w:t>
      </w:r>
    </w:p>
    <w:p>
      <w:pPr>
        <w:jc w:val="right"/>
      </w:pPr>
      <w:r>
        <w:t>پالیسی کو، وائلنس کو چھوڑ کر کے پیس پر آ جاؤ۔</w:t>
      </w:r>
    </w:p>
    <w:p>
      <w:r>
        <w:rPr>
          <w:b/>
        </w:rPr>
        <w:t xml:space="preserve">[38:35] </w:t>
      </w:r>
      <w:r>
        <w:t>yeh misaal thi japan ki, lekin aqal chhan gayi hai to ulti baat nikaal rahe hain wahan se.</w:t>
      </w:r>
    </w:p>
    <w:p>
      <w:pPr>
        <w:jc w:val="right"/>
      </w:pPr>
      <w:r>
        <w:t>یہ مثال تھی جاپان کی، لیکن عقل چھن گئی ہے تو الٹی بات نکال رہے ہیں وہاں سے۔</w:t>
      </w:r>
    </w:p>
    <w:p>
      <w:r>
        <w:rPr>
          <w:b/>
        </w:rPr>
        <w:t xml:space="preserve">[38:43] </w:t>
      </w:r>
      <w:r>
        <w:t>haqeeqat yeh hai dekhen ke quran ko aap padhiye, hadees ko padhiye, is mein ek bohat ajeeb baatein</w:t>
      </w:r>
    </w:p>
    <w:p>
      <w:pPr>
        <w:jc w:val="right"/>
      </w:pPr>
      <w:r>
        <w:t>حقیقت یہ ہے دیکھیں کہ قرآن کو آپ پڑھیے، حدیث کو پڑھیے، اس میں ایک بہت عجیب باتیں</w:t>
      </w:r>
    </w:p>
    <w:p>
      <w:r>
        <w:rPr>
          <w:b/>
        </w:rPr>
        <w:t xml:space="preserve">[38:50] </w:t>
      </w:r>
      <w:r>
        <w:t>paayenge aap.</w:t>
      </w:r>
    </w:p>
    <w:p>
      <w:pPr>
        <w:jc w:val="right"/>
      </w:pPr>
      <w:r>
        <w:t>پائیں گے آپ۔</w:t>
      </w:r>
    </w:p>
    <w:p>
      <w:r>
        <w:rPr>
          <w:b/>
        </w:rPr>
        <w:t xml:space="preserve">[38:52] </w:t>
      </w:r>
      <w:r>
        <w:t>Allah ne bataya ke jo sachai hai, woh har dil mein maujood hai.</w:t>
      </w:r>
    </w:p>
    <w:p>
      <w:pPr>
        <w:jc w:val="right"/>
      </w:pPr>
      <w:r>
        <w:t>اللہ نے بتایا کہ جو سچائی ہے، وہ ہر دل میں موجود ہے۔</w:t>
      </w:r>
    </w:p>
    <w:p>
      <w:r>
        <w:rPr>
          <w:b/>
        </w:rPr>
        <w:t xml:space="preserve">[38:57] </w:t>
      </w:r>
      <w:r>
        <w:t>aayat bayyat fi sudoor alladheena aatool ilm, un logon ke dil mein woh woh cheez sachai ko</w:t>
      </w:r>
    </w:p>
    <w:p>
      <w:pPr>
        <w:jc w:val="right"/>
      </w:pPr>
      <w:r>
        <w:t>آیات بیات فی صدور الذین آتوا العلم، ان لوگوں کے دلوں میں وہ وہ چیز جس سچائی کو</w:t>
      </w:r>
    </w:p>
    <w:p>
      <w:r>
        <w:rPr>
          <w:b/>
        </w:rPr>
        <w:t xml:space="preserve">[39:05] </w:t>
      </w:r>
      <w:r>
        <w:t>quran pesh karta hai, rasool Allah ne pesh kiya, woh dilon ke dilon mein pehle hi interwoven</w:t>
      </w:r>
    </w:p>
    <w:p>
      <w:pPr>
        <w:jc w:val="right"/>
      </w:pPr>
      <w:r>
        <w:t>قرآن پیش کرتا ہے، رسول اللہ نے پیش کیا، وہ دلوں کے دلوں میں پہلے ہی انٹر وون</w:t>
      </w:r>
    </w:p>
    <w:p>
      <w:r>
        <w:rPr>
          <w:b/>
        </w:rPr>
        <w:t xml:space="preserve">[39:13] </w:t>
      </w:r>
      <w:r>
        <w:t>hai, yaani is ka counter part pehle hi maujood hai har har ek ke dil mein.</w:t>
      </w:r>
    </w:p>
    <w:p>
      <w:pPr>
        <w:jc w:val="right"/>
      </w:pPr>
      <w:r>
        <w:t>ہے، یعنی اس کا کاؤنٹر پارٹ پہلے ہی موجود ہے ہر ہر ایک کے دل میں۔</w:t>
      </w:r>
    </w:p>
    <w:p>
      <w:r>
        <w:rPr>
          <w:b/>
        </w:rPr>
        <w:t xml:space="preserve">[39:20] </w:t>
      </w:r>
      <w:r>
        <w:t>to potentially har aadmi wahi hai jo aap chahte hain, islam chahta hai.</w:t>
      </w:r>
    </w:p>
    <w:p>
      <w:pPr>
        <w:jc w:val="right"/>
      </w:pPr>
      <w:r>
        <w:t>تو پوٹینشلی ہر آدمی وہی ہے جو آپ چاہتے ہیں، اسلام چاہتا ہے۔</w:t>
      </w:r>
    </w:p>
    <w:p>
      <w:r>
        <w:rPr>
          <w:b/>
        </w:rPr>
        <w:t xml:space="preserve">[39:25] </w:t>
      </w:r>
      <w:r>
        <w:t>to aap potential ko woh actual banaiye, ladna kis liye? har aadmi aap ka friend hai, woh jo</w:t>
      </w:r>
    </w:p>
    <w:p>
      <w:pPr>
        <w:jc w:val="right"/>
      </w:pPr>
      <w:r>
        <w:t>تو آپ پوٹینشل کو وہ ایکچول بنائیے، لڑنا کس لیے؟ ہر آدمی آپ کا فرینڈ ہے، وہ جو</w:t>
      </w:r>
    </w:p>
    <w:p>
      <w:r>
        <w:rPr>
          <w:b/>
        </w:rPr>
        <w:t xml:space="preserve">[39:33] </w:t>
      </w:r>
      <w:r>
        <w:t>aayat hai ke "idfa' billati hiya ahsan" "fa'idha alladhi bainaka wa bainahu 'adawatun ka'annahu waliyyun hameem" yani ahsan tareeqe par</w:t>
      </w:r>
    </w:p>
    <w:p>
      <w:pPr>
        <w:jc w:val="right"/>
      </w:pPr>
      <w:r>
        <w:t>آیت ہے کہ "إطفاء بلة أحسن"، "فائدة لذي بينك وبينه عداوة"، "كنه ولي حميم"، یعنی احسن طریقے پر</w:t>
      </w:r>
    </w:p>
    <w:p>
      <w:r>
        <w:rPr>
          <w:b/>
        </w:rPr>
        <w:t xml:space="preserve">[39:41] </w:t>
      </w:r>
      <w:r>
        <w:t>logon ko khitaab karo, un se nafrat ki baat na karo, ladai ki baat na karo.</w:t>
      </w:r>
    </w:p>
    <w:p>
      <w:pPr>
        <w:jc w:val="right"/>
      </w:pPr>
      <w:r>
        <w:t>لوگوں کو خطاب کرو، ان سے نفرت کی بات نہ کرو، لڑائی کی بات نہ کرو۔</w:t>
      </w:r>
    </w:p>
    <w:p>
      <w:r>
        <w:rPr>
          <w:b/>
        </w:rPr>
        <w:t xml:space="preserve">[39:47] </w:t>
      </w:r>
      <w:r>
        <w:t>to tum dekho ge ke jo dushman tha, woh tumhara dost ban gaya.</w:t>
      </w:r>
    </w:p>
    <w:p>
      <w:pPr>
        <w:jc w:val="right"/>
      </w:pPr>
      <w:r>
        <w:t>تو تم دیکھو گے کہ جو دشمن تھا، وہ تمہارا دوست بن گیا۔</w:t>
      </w:r>
    </w:p>
    <w:p>
      <w:r>
        <w:rPr>
          <w:b/>
        </w:rPr>
        <w:t xml:space="preserve">[39:53] </w:t>
      </w:r>
      <w:r>
        <w:t>is ka matlab kya hai? har aadmi potentionally true seeker hai, har aadmi potentionally true seeker hai, yaani</w:t>
      </w:r>
    </w:p>
    <w:p>
      <w:pPr>
        <w:jc w:val="right"/>
      </w:pPr>
      <w:r>
        <w:t>اس کا مطلب کیا ہے؟ ہر آدمی پوٹینشلی ٹرو سیکر ہے، ہر آدمی پوٹینشلی ٹرو سیکر ہے، یعنی</w:t>
      </w:r>
    </w:p>
    <w:p>
      <w:r>
        <w:rPr>
          <w:b/>
        </w:rPr>
        <w:t xml:space="preserve">[40:01] </w:t>
      </w:r>
      <w:r>
        <w:t>is ka matlab kya hua ke sachai ke mission ka har aadmi potential friend hai.</w:t>
      </w:r>
    </w:p>
    <w:p>
      <w:pPr>
        <w:jc w:val="right"/>
      </w:pPr>
      <w:r>
        <w:t>اس کا مطلب کیا ہوا کہ سچائی کے مشن کا ہر آدمی پوٹینشل فرینڈ ہے۔</w:t>
      </w:r>
    </w:p>
    <w:p>
      <w:r>
        <w:rPr>
          <w:b/>
        </w:rPr>
        <w:t xml:space="preserve">[40:07] </w:t>
      </w:r>
      <w:r>
        <w:t>tauheed ka mission sachai ka mission hai, to is ka matlab yeh hua ke tauheed ka jo mission</w:t>
      </w:r>
    </w:p>
    <w:p>
      <w:pPr>
        <w:jc w:val="right"/>
      </w:pPr>
      <w:r>
        <w:t>توحید کا مشن سچائی کا مشن ہے، تو اس کا مطلب یہ ہوا کہ توحید کا جو مشن</w:t>
      </w:r>
    </w:p>
    <w:p>
      <w:r>
        <w:rPr>
          <w:b/>
        </w:rPr>
        <w:t xml:space="preserve">[40:15] </w:t>
      </w:r>
      <w:r>
        <w:t>hai, har aadmi potentionally is ka friend hai.</w:t>
      </w:r>
    </w:p>
    <w:p>
      <w:pPr>
        <w:jc w:val="right"/>
      </w:pPr>
      <w:r>
        <w:t>ہے، ہر آدمی پوٹینشلی اس کا فرینڈ ہے۔</w:t>
      </w:r>
    </w:p>
    <w:p>
      <w:r>
        <w:rPr>
          <w:b/>
        </w:rPr>
        <w:t xml:space="preserve">[40:18] </w:t>
      </w:r>
      <w:r>
        <w:t>to is is potential ko actual banao, is ke is se hate na karo, is se larai mat</w:t>
      </w:r>
    </w:p>
    <w:p>
      <w:pPr>
        <w:jc w:val="right"/>
      </w:pPr>
      <w:r>
        <w:t>تو اس اس پوٹینشل کو ایکچول بناؤ، اس کے اس سے ہیٹ نہ کرو، اس سے لڑائی مت</w:t>
      </w:r>
    </w:p>
    <w:p>
      <w:r>
        <w:rPr>
          <w:b/>
        </w:rPr>
        <w:t xml:space="preserve">[40:26] </w:t>
      </w:r>
      <w:r>
        <w:t>karo, is se narmi ke sath baat karo, is ke andar chhupe hue insaan ko address karo.</w:t>
      </w:r>
    </w:p>
    <w:p>
      <w:pPr>
        <w:jc w:val="right"/>
      </w:pPr>
      <w:r>
        <w:t>کرو، اس سے نرمی کے ساتھ بات کرو، اس کے اندر چھپے ہوئے انسان کو ایڈریس کرو۔</w:t>
      </w:r>
    </w:p>
    <w:p>
      <w:r>
        <w:rPr>
          <w:b/>
        </w:rPr>
        <w:t xml:space="preserve">[40:33] </w:t>
      </w:r>
      <w:r>
        <w:t>to kaha ke jo musalman kar rahe hain, violence, society bombing, woh to ain mukammal maani mein anti</w:t>
      </w:r>
    </w:p>
    <w:p>
      <w:pPr>
        <w:jc w:val="right"/>
      </w:pPr>
      <w:r>
        <w:t>تو کہا کہ جو مسلمان کر رہے ہیں، وائلنس، سوسائٹی بمنگ، وہ تو عین مکمل معنی میں اینٹی</w:t>
      </w:r>
    </w:p>
    <w:p>
      <w:r>
        <w:rPr>
          <w:b/>
        </w:rPr>
        <w:t xml:space="preserve">[40:41] </w:t>
      </w:r>
      <w:r>
        <w:t>islam hai, is ka islam se koi talluq nahi.</w:t>
      </w:r>
    </w:p>
    <w:p>
      <w:pPr>
        <w:jc w:val="right"/>
      </w:pPr>
      <w:r>
        <w:t>اسلام ہے، اس کا اسلام سے کوئی تعلق نہیں۔</w:t>
      </w:r>
    </w:p>
    <w:p>
      <w:r>
        <w:rPr>
          <w:b/>
        </w:rPr>
        <w:t xml:space="preserve">[40:45] </w:t>
      </w:r>
      <w:r>
        <w:t>یہ جو مسلمانوں کا طریقہ ہے، hate, hate culture, violence culture, intolerance culture, war culture اور society becoming,</w:t>
      </w:r>
    </w:p>
    <w:p>
      <w:pPr>
        <w:jc w:val="right"/>
      </w:pPr>
      <w:r>
        <w:t>یہ جو مسلمانوں کا طریقہ ہے، ہیٹ، ہیٹ کلچر، وائلنس کلچر، انٹولرنس کلچر، وار کلچر اور سوسائٹی بمنگ،</w:t>
      </w:r>
    </w:p>
    <w:p>
      <w:r>
        <w:rPr>
          <w:b/>
        </w:rPr>
        <w:t xml:space="preserve">[40:53] </w:t>
      </w:r>
      <w:r>
        <w:t>yeh mukammal taur par islam ke khilaaf hai.</w:t>
      </w:r>
    </w:p>
    <w:p>
      <w:pPr>
        <w:jc w:val="right"/>
      </w:pPr>
      <w:r>
        <w:t>یہ مکمل طور پر اسلام کے خلاف ہے۔</w:t>
      </w:r>
    </w:p>
    <w:p>
      <w:r>
        <w:rPr>
          <w:b/>
        </w:rPr>
        <w:t xml:space="preserve">[40:56] </w:t>
      </w:r>
      <w:r>
        <w:t>kyun? islam to yeh kehta hai ke jo sachai hai, jo tauheed hai, jo Allah ka paigham hai,</w:t>
      </w:r>
    </w:p>
    <w:p>
      <w:pPr>
        <w:jc w:val="right"/>
      </w:pPr>
      <w:r>
        <w:t>کیوں؟ اسلام تو یہ کہتا ہے کہ جو سچائی ہے، جو توحید ہے، جو اللہ کا پیغام ہے،</w:t>
      </w:r>
    </w:p>
    <w:p>
      <w:r>
        <w:rPr>
          <w:b/>
        </w:rPr>
        <w:t xml:space="preserve">[41:04] </w:t>
      </w:r>
      <w:r>
        <w:t>woh pehle se har insaan ke andar rakh diya gaya hai, woh inter woven hai har insaan ke</w:t>
      </w:r>
    </w:p>
    <w:p>
      <w:pPr>
        <w:jc w:val="right"/>
      </w:pPr>
      <w:r>
        <w:t>وہ پہلے سے ہر انسان کے اندر رکھ دیا گیا ہے، وہ انٹر وون ہے ہر انسان کے</w:t>
      </w:r>
    </w:p>
    <w:p>
      <w:r>
        <w:rPr>
          <w:b/>
        </w:rPr>
        <w:t xml:space="preserve">[41:11] </w:t>
      </w:r>
      <w:r>
        <w:t>andar.</w:t>
      </w:r>
    </w:p>
    <w:p>
      <w:pPr>
        <w:jc w:val="right"/>
      </w:pPr>
      <w:r>
        <w:t>اندر۔</w:t>
      </w:r>
    </w:p>
    <w:p>
      <w:r>
        <w:rPr>
          <w:b/>
        </w:rPr>
        <w:t xml:space="preserve">[41:13] </w:t>
      </w:r>
      <w:r>
        <w:t>to tum ko sirf yeh karna hai ke aadmi se, talib khalq ke sath milo, narmi ke sath</w:t>
      </w:r>
    </w:p>
    <w:p>
      <w:pPr>
        <w:jc w:val="right"/>
      </w:pPr>
      <w:r>
        <w:t>تو تم کو صرف یہ کرنا ہے کہ آدمی سے، طالب خلق کے ساتھ ملو، نرمی کے ساتھ</w:t>
      </w:r>
    </w:p>
    <w:p>
      <w:r>
        <w:rPr>
          <w:b/>
        </w:rPr>
        <w:t xml:space="preserve">[41:21] </w:t>
      </w:r>
      <w:r>
        <w:t>baat karo, quran pesh karo, quran pesh karo, islami literature us ke samne lao.</w:t>
      </w:r>
    </w:p>
    <w:p>
      <w:pPr>
        <w:jc w:val="right"/>
      </w:pPr>
      <w:r>
        <w:t>بات کرو، قرآن پیش کرو، قرآن پیش کرو، اسلامی لٹریچر اس کے سامنے لاؤ۔</w:t>
      </w:r>
    </w:p>
    <w:p>
      <w:r>
        <w:rPr>
          <w:b/>
        </w:rPr>
        <w:t xml:space="preserve">[41:27] </w:t>
      </w:r>
      <w:r>
        <w:t>woh to pehle hi intezar kar raha hai, kyun ke farsi shair ne kaha tha ke "hama ahwan-e-sehra,</w:t>
      </w:r>
    </w:p>
    <w:p>
      <w:pPr>
        <w:jc w:val="right"/>
      </w:pPr>
      <w:r>
        <w:t>وہ تو پہلے ہی انتظار کر رہا ہے، کیونکہ فارسی شاعر نے کہا تھا کہ "ہما اہواں صحرا،</w:t>
      </w:r>
    </w:p>
    <w:p>
      <w:r>
        <w:rPr>
          <w:b/>
        </w:rPr>
        <w:t xml:space="preserve">[41:34] </w:t>
      </w:r>
      <w:r>
        <w:t>sar khod nahada barqah, bahu bhi dua ke roze, bishkar khwah yamat", yaani ke har insaan intezar mein</w:t>
      </w:r>
    </w:p>
    <w:p>
      <w:pPr>
        <w:jc w:val="right"/>
      </w:pPr>
      <w:r>
        <w:t>سر خود نہادہ برقہ، بہو بھی دعا کے روزے، بشکار خواہ یامت"، یعنی کہ ہر انسان انتظار میں</w:t>
      </w:r>
    </w:p>
    <w:p>
      <w:r>
        <w:rPr>
          <w:b/>
        </w:rPr>
        <w:t xml:space="preserve">[41:42] </w:t>
      </w:r>
      <w:r>
        <w:t>hai ke koi aaye aur mujhe shikar kare, yaani koi aaye aur sachai pesh kare, main usay qabool</w:t>
      </w:r>
    </w:p>
    <w:p>
      <w:pPr>
        <w:jc w:val="right"/>
      </w:pPr>
      <w:r>
        <w:t>ہے کہ کوئی آئے اور مجھے شکار کرے، یعنی کوئی آئے اور سچائی پیش کرے، میں اسے قبول</w:t>
      </w:r>
    </w:p>
    <w:p>
      <w:r>
        <w:rPr>
          <w:b/>
        </w:rPr>
        <w:t xml:space="preserve">[41:50] </w:t>
      </w:r>
      <w:r>
        <w:t>karoon.</w:t>
      </w:r>
    </w:p>
    <w:p>
      <w:pPr>
        <w:jc w:val="right"/>
      </w:pPr>
      <w:r>
        <w:t>کروں۔</w:t>
      </w:r>
    </w:p>
    <w:p>
      <w:r>
        <w:rPr>
          <w:b/>
        </w:rPr>
        <w:t xml:space="preserve">[41:51] </w:t>
      </w:r>
      <w:r>
        <w:t>to kitna sahi us ne kaha ke aaj kal ke musalman prophet Muhammad ko follow nahi kar rahe,</w:t>
      </w:r>
    </w:p>
    <w:p>
      <w:pPr>
        <w:jc w:val="right"/>
      </w:pPr>
      <w:r>
        <w:t>تو کتنا صحیح اس نے کہا کہ آج کل کے مسلمان پرافٹ محمد کو فالو نہیں کر رہے،</w:t>
      </w:r>
    </w:p>
    <w:p>
      <w:r>
        <w:rPr>
          <w:b/>
        </w:rPr>
        <w:t xml:space="preserve">[41:59] </w:t>
      </w:r>
      <w:r>
        <w:t>aise logon ko follow kar rahe hain jo us ko mis lead karte hain, un ke peeche daud</w:t>
      </w:r>
    </w:p>
    <w:p>
      <w:pPr>
        <w:jc w:val="right"/>
      </w:pPr>
      <w:r>
        <w:t>ایسے لوگوں کو فالو کر رہے ہیں جو اس کو مس لیڈ کرتے ہیں، ان کے پیچھے دوڑ</w:t>
      </w:r>
    </w:p>
    <w:p>
      <w:r>
        <w:rPr>
          <w:b/>
        </w:rPr>
        <w:t xml:space="preserve">[42:07]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[42:08] </w:t>
      </w:r>
      <w:r>
        <w:t>misal ke taur par aise log jo musalmanon ke pride ko establish karte hain, superiority ko establish karte hain, jo condemn</w:t>
      </w:r>
    </w:p>
    <w:p>
      <w:pPr>
        <w:jc w:val="right"/>
      </w:pPr>
      <w:r>
        <w:t>مثلاً ایسے لوگ جو مسلمانوں کے پرائیڈ کو اسٹیبلش کرتے ہیں، سپیریٹی کو اسٹیبلش کرتے ہیں، جو کنڈم</w:t>
      </w:r>
    </w:p>
    <w:p>
      <w:r>
        <w:rPr>
          <w:b/>
        </w:rPr>
        <w:t xml:space="preserve">[42:16] </w:t>
      </w:r>
      <w:r>
        <w:t>karte hain doosre mazhabon ko, doosron ko condemn kar ke apne aap ko bartar sabit karte hain, un</w:t>
      </w:r>
    </w:p>
    <w:p>
      <w:pPr>
        <w:jc w:val="right"/>
      </w:pPr>
      <w:r>
        <w:t>کرتے ہیں دوسرے مذہبوں کو، دوسروں کو کنڈم کر کے اپنے آپ کو برتر ثابت کرتے ہیں، ان</w:t>
      </w:r>
    </w:p>
    <w:p>
      <w:r>
        <w:rPr>
          <w:b/>
        </w:rPr>
        <w:t xml:space="preserve">[42:24] </w:t>
      </w:r>
      <w:r>
        <w:t>ke peeche musalman daud rahe hain, halanke woh to un ka jo mission hai, woh anti islami mission</w:t>
      </w:r>
    </w:p>
    <w:p>
      <w:pPr>
        <w:jc w:val="right"/>
      </w:pPr>
      <w:r>
        <w:t>کے پیچھے مسلمان دوڑ رہے ہیں، حالانکہ وہ تو ان کا جو مشن ہے، وہ اینٹی اسلامی مشن</w:t>
      </w:r>
    </w:p>
    <w:p>
      <w:r>
        <w:rPr>
          <w:b/>
        </w:rPr>
        <w:t xml:space="preserve">[42:31] </w:t>
      </w:r>
      <w:r>
        <w:t>hai, woh saare opportunities ko jeopardize kar rahe hain, woh yaani islam ki jar khod rahe hain.</w:t>
      </w:r>
    </w:p>
    <w:p>
      <w:pPr>
        <w:jc w:val="right"/>
      </w:pPr>
      <w:r>
        <w:t>ہے، وہ سارے اپرچونیٹیز کو جیپرٹائز کر رہے ہیں، وہ یعنی اسلام کی جڑ کھود رہے ہیں۔</w:t>
      </w:r>
    </w:p>
    <w:p>
      <w:r>
        <w:rPr>
          <w:b/>
        </w:rPr>
        <w:t xml:space="preserve">[42:39] </w:t>
      </w:r>
      <w:r>
        <w:t>aise log to mein dua karta hoon ke Allah taala mujh ko, aap ko tofeeq de ke hum</w:t>
      </w:r>
    </w:p>
    <w:p>
      <w:pPr>
        <w:jc w:val="right"/>
      </w:pPr>
      <w:r>
        <w:t>ایسے لوگ تو میں دعا کرتا ہوں کہ اللہ تعالیٰ مجھ کو، آپ کو توفیق دے کہ ہم</w:t>
      </w:r>
    </w:p>
    <w:p>
      <w:r>
        <w:rPr>
          <w:b/>
        </w:rPr>
        <w:t xml:space="preserve">[42:46] </w:t>
      </w:r>
      <w:r>
        <w:t>reality ko samjhein aur yeh samjhein ke hamein kuch nahi karna hai siwaye is ke ke peaceful</w:t>
      </w:r>
    </w:p>
    <w:p>
      <w:pPr>
        <w:jc w:val="right"/>
      </w:pPr>
      <w:r>
        <w:t>ریلیٹی کو سمجھیں اور یہ سمجھیں کہ ہمیں کچھ نہیں کرنا ہے سوائے اس کے کہ پیس فل</w:t>
      </w:r>
    </w:p>
    <w:p>
      <w:r>
        <w:rPr>
          <w:b/>
        </w:rPr>
        <w:t xml:space="preserve">[42:54] </w:t>
      </w:r>
      <w:r>
        <w:t>tareeqe par sachai ka paigham aur Quran jo hamare paas hai, us ko phailayen.</w:t>
      </w:r>
    </w:p>
    <w:p>
      <w:pPr>
        <w:jc w:val="right"/>
      </w:pPr>
      <w:r>
        <w:t>طریقے پر سچائی کا پیغام اور قرآن جو ہمارے پاس ہے، اس کو پھیلائیں۔</w:t>
      </w:r>
    </w:p>
    <w:p>
      <w:r>
        <w:rPr>
          <w:b/>
        </w:rPr>
        <w:t xml:space="preserve">[43:00] </w:t>
      </w:r>
      <w:r>
        <w:t>pehlay hi hamare paas sachai ki kitab maujood hai, Quran ki shakal mein, har zaban mein us ko</w:t>
      </w:r>
    </w:p>
    <w:p>
      <w:pPr>
        <w:jc w:val="right"/>
      </w:pPr>
      <w:r>
        <w:t>پہلے ہی ہمارے پاس سچائی کی کتاب موجود ہے، قرآن کی شکل میں، ہر زبان میں اس کو</w:t>
      </w:r>
    </w:p>
    <w:p>
      <w:r>
        <w:rPr>
          <w:b/>
        </w:rPr>
        <w:t xml:space="preserve">[43:08] </w:t>
      </w:r>
      <w:r>
        <w:t>translation kijiye aur phailaiye, phailaiye, phailaiye.</w:t>
      </w:r>
    </w:p>
    <w:p>
      <w:pPr>
        <w:jc w:val="right"/>
      </w:pPr>
      <w:r>
        <w:t>ٹرانسلیشن کیجئے اور پھیلائیے، پھیلائیے، پھیلائیے۔</w:t>
      </w:r>
    </w:p>
    <w:p>
      <w:r>
        <w:rPr>
          <w:b/>
        </w:rPr>
        <w:t xml:space="preserve">[43:10] </w:t>
      </w:r>
      <w:r>
        <w:t>to Allah taala ne saare kaam ko aasan kar diya.</w:t>
      </w:r>
    </w:p>
    <w:p>
      <w:pPr>
        <w:jc w:val="right"/>
      </w:pPr>
      <w:r>
        <w:t>تو اللہ تعالیٰ نے سارے کام کو آسان کر دیا۔</w:t>
      </w:r>
    </w:p>
    <w:p>
      <w:r>
        <w:rPr>
          <w:b/>
        </w:rPr>
        <w:t xml:space="preserve">[43:15] </w:t>
      </w:r>
      <w:r>
        <w:t>ab to gun aur bomb ko samundaron mein phenk dena hai, gun aur bomb ko samundaron mein phenk</w:t>
      </w:r>
    </w:p>
    <w:p>
      <w:pPr>
        <w:jc w:val="right"/>
      </w:pPr>
      <w:r>
        <w:t>اب تو گن اور بم کو سمندروں میں پھینک دینا ہے، گن اور بم کو سمندروں میں پھینک</w:t>
      </w:r>
    </w:p>
    <w:p>
      <w:r>
        <w:rPr>
          <w:b/>
        </w:rPr>
        <w:t xml:space="preserve">[43:22] </w:t>
      </w:r>
      <w:r>
        <w:t>dena hai aur poori tarah peaceful andaaz mein hum ko Quran ko phailana hai sari dunya mein.</w:t>
      </w:r>
    </w:p>
    <w:p>
      <w:pPr>
        <w:jc w:val="right"/>
      </w:pPr>
      <w:r>
        <w:t>دینا ہے اور پوری طرح پیس فل انداز میں ہم کو قرآن کو پھیلانا ہے ساری دنیا میں۔</w:t>
      </w:r>
    </w:p>
    <w:p>
      <w:r>
        <w:rPr>
          <w:b/>
        </w:rPr>
        <w:t xml:space="preserve">[43:30] </w:t>
      </w:r>
      <w:r>
        <w:t>Allah taala mujh ko, aap ko tofeeq de.</w:t>
      </w:r>
    </w:p>
    <w:p>
      <w:pPr>
        <w:jc w:val="right"/>
      </w:pPr>
      <w:r>
        <w:t>اللہ تعالیٰ مجھ کو، آپ کو توفیق دے۔</w:t>
      </w:r>
    </w:p>
    <w:p>
      <w:r>
        <w:rPr>
          <w:b/>
        </w:rPr>
        <w:t xml:space="preserve">[43:34] </w:t>
      </w:r>
      <w:r>
        <w:t>Assalam o alaikum wa rehmatullahi wa barakatuh.</w:t>
      </w:r>
    </w:p>
    <w:p>
      <w:pPr>
        <w:jc w:val="right"/>
      </w:pPr>
      <w:r>
        <w:t>السلام علیکم ورحمۃ اللہ وبرکاتہ۔</w:t>
      </w:r>
    </w:p>
    <w:p>
      <w:r>
        <w:rPr>
          <w:b/>
        </w:rPr>
        <w:t xml:space="preserve">[43:36] </w:t>
      </w:r>
      <w:r>
        <w:t>Okay, before we start the question-answer session, we would like to tell everyone, ah, that recently</w:t>
      </w:r>
    </w:p>
    <w:p>
      <w:pPr>
        <w:jc w:val="right"/>
      </w:pPr>
      <w:r>
        <w:t>اوکے، بیفور وی سٹارٹ دی کوئسچن انسر سیشن، وی وڈ لائک ٹو ٹیل ایوری ون، آہ، دیٹ ریسنٹلی</w:t>
      </w:r>
    </w:p>
    <w:p>
      <w:r>
        <w:rPr>
          <w:b/>
        </w:rPr>
        <w:t xml:space="preserve">[43:43] </w:t>
      </w:r>
      <w:r>
        <w:t>Mumbai team has come up with the Marathi translation of Reality of Life.</w:t>
      </w:r>
    </w:p>
    <w:p>
      <w:pPr>
        <w:jc w:val="right"/>
      </w:pPr>
      <w:r>
        <w:t>ممبئی ٹیم ہیز کم اپ ود دی مراٹھی ٹرانسلیشن آف ریلیٹی آف لائف۔</w:t>
      </w:r>
    </w:p>
    <w:p>
      <w:r>
        <w:rPr>
          <w:b/>
        </w:rPr>
        <w:t xml:space="preserve">[43:49] </w:t>
      </w:r>
      <w:r>
        <w:t>ah, the translation would be available online in a week's time, and ah, Maulana is releasing ah,</w:t>
      </w:r>
    </w:p>
    <w:p>
      <w:pPr>
        <w:jc w:val="right"/>
      </w:pPr>
      <w:r>
        <w:t>آہ، دی ٹرانسلیشن وڈ بی اویلیبل آن لائن ان ا ویکس ٹائم، اینڈ آہ، مولانا از ریلیزنگ آہ،</w:t>
      </w:r>
    </w:p>
    <w:p>
      <w:r>
        <w:rPr>
          <w:b/>
        </w:rPr>
        <w:t xml:space="preserve">[43:57] </w:t>
      </w:r>
      <w:r>
        <w:t>this Marathi translation.</w:t>
      </w:r>
    </w:p>
    <w:p>
      <w:pPr>
        <w:jc w:val="right"/>
      </w:pPr>
      <w:r>
        <w:t>دس مراٹھی ٹرانسلیشن۔</w:t>
      </w:r>
    </w:p>
    <w:p>
      <w:r>
        <w:rPr>
          <w:b/>
        </w:rPr>
        <w:t xml:space="preserve">[43:58] </w:t>
      </w:r>
      <w:r>
        <w:t>ah, you can get this online in ah, CPS, www.cp</w:t>
      </w:r>
    </w:p>
    <w:p>
      <w:pPr>
        <w:jc w:val="right"/>
      </w:pPr>
      <w:r>
        <w:t>آہ، یو کین گیٹ دس آن لائن ان آہ، سی پی ایس، ڈبلیو ڈبلیو ڈبلیو ڈاٹ سی پی</w:t>
      </w:r>
    </w:p>
    <w:p>
      <w:r>
        <w:rPr>
          <w:b/>
        </w:rPr>
        <w:t xml:space="preserve">[44:06] </w:t>
      </w:r>
      <w:r>
        <w:t>sglobal.org.</w:t>
      </w:r>
    </w:p>
    <w:p>
      <w:pPr>
        <w:jc w:val="right"/>
      </w:pPr>
      <w:r>
        <w:t>ایس گلوبل ڈاٹ او آر جی۔</w:t>
      </w:r>
    </w:p>
    <w:p>
      <w:r>
        <w:rPr>
          <w:b/>
        </w:rPr>
        <w:t xml:space="preserve">[44:08] </w:t>
      </w:r>
      <w:r>
        <w:t>this is the Marathi translation of Reality of Life.</w:t>
      </w:r>
    </w:p>
    <w:p>
      <w:pPr>
        <w:jc w:val="right"/>
      </w:pPr>
      <w:r>
        <w:t>دس از دی مراٹھی ٹرانسلیشن آف ریلیٹی آف لائف۔</w:t>
      </w:r>
    </w:p>
    <w:p>
      <w:r>
        <w:rPr>
          <w:b/>
        </w:rPr>
        <w:t xml:space="preserve">[44:12] </w:t>
      </w:r>
      <w:r>
        <w:t>mein bohat khushi ke sath is kitab ko release kar raha hoon aur mein dua karta hoon ke</w:t>
      </w:r>
    </w:p>
    <w:p>
      <w:pPr>
        <w:jc w:val="right"/>
      </w:pPr>
      <w:r>
        <w:t>میں بہت خوشی کے ساتھ اس کتاب کو ریلیز کر رہا ہوں اور میں دعا کرتا ہوں کہ</w:t>
      </w:r>
    </w:p>
    <w:p>
      <w:r>
        <w:rPr>
          <w:b/>
        </w:rPr>
        <w:t xml:space="preserve">[44:20] </w:t>
      </w:r>
      <w:r>
        <w:t>hum sab ke liye yeh kitab ek rehmat sabit ho, is ke zariye Marathi zaban bolne walon ke</w:t>
      </w:r>
    </w:p>
    <w:p>
      <w:pPr>
        <w:jc w:val="right"/>
      </w:pPr>
      <w:r>
        <w:t>ہم سب کے لیے یہ کتاب ایک رحمت ثابت ہو، اس کے ذریعے مراٹھی زبان بولنے والوں کے</w:t>
      </w:r>
    </w:p>
    <w:p>
      <w:r>
        <w:rPr>
          <w:b/>
        </w:rPr>
        <w:t xml:space="preserve">[44:28] </w:t>
      </w:r>
      <w:r>
        <w:t>zariye sachai ka paigham pohanche aur jin logon ne is pe koshish ki hai, apna waqt, apna paisa</w:t>
      </w:r>
    </w:p>
    <w:p>
      <w:pPr>
        <w:jc w:val="right"/>
      </w:pPr>
      <w:r>
        <w:t>ذریعے سچائی کا پیغام پہنچے اور جن لوگوں نے اس پہ کوشش کی ہے، اپنا وقت، اپنا پیسہ</w:t>
      </w:r>
    </w:p>
    <w:p>
      <w:r>
        <w:rPr>
          <w:b/>
        </w:rPr>
        <w:t xml:space="preserve">[44:35] </w:t>
      </w:r>
      <w:r>
        <w:t>lagaya hai, mein dua karta hoon ke Allah taala un ko bohat bara reward ata farmaye.</w:t>
      </w:r>
    </w:p>
    <w:p>
      <w:pPr>
        <w:jc w:val="right"/>
      </w:pPr>
      <w:r>
        <w:t>لگایا ہے، میں دعا کرتا ہوں کہ اللہ تعالیٰ ان کو بہت بڑا ریوارڈ عطا فرمائے۔</w:t>
      </w:r>
    </w:p>
    <w:p>
      <w:r>
        <w:rPr>
          <w:b/>
        </w:rPr>
        <w:t xml:space="preserve">[44:42] </w:t>
      </w:r>
      <w:r>
        <w:t>Maulana, aaj ka jo sawal hai, ah, woh aaya hai Dr. Safina Tabassum se, Ajmer se.</w:t>
      </w:r>
    </w:p>
    <w:p>
      <w:pPr>
        <w:jc w:val="right"/>
      </w:pPr>
      <w:r>
        <w:t>مولانا، آج کا جو سوال ہے، آہ، وہ آیا ہے ڈاکٹر سفینہ تبسم سے، اجمیر سے۔</w:t>
      </w:r>
    </w:p>
    <w:p>
      <w:r>
        <w:rPr>
          <w:b/>
        </w:rPr>
        <w:t xml:space="preserve">[44:49] </w:t>
      </w:r>
      <w:r>
        <w:t>انہوں نے لکھا ہے کہ "When we try to discuss the issues, ah, Maulana Sahib, that you talk</w:t>
      </w:r>
    </w:p>
    <w:p>
      <w:pPr>
        <w:jc w:val="right"/>
      </w:pPr>
      <w:r>
        <w:t>انہوں نے لکھا ہے کہ "وین وی ٹرائی ٹو ڈسکس دی ایشوز، آہ، مولانا صاحب، دیٹ یو ٹاک</w:t>
      </w:r>
    </w:p>
    <w:p>
      <w:r>
        <w:rPr>
          <w:b/>
        </w:rPr>
        <w:t xml:space="preserve">[44:57] </w:t>
      </w:r>
      <w:r>
        <w:t>about today with Muslims, they usually quote a hadith, that Rasul Allah has said, that hamein apne bhaiyon</w:t>
      </w:r>
    </w:p>
    <w:p>
      <w:pPr>
        <w:jc w:val="right"/>
      </w:pPr>
      <w:r>
        <w:t>اباؤٹ ٹوڈے ود مسلمز، دے یوزلی کوٹ ا حدیث، دیٹ رسول اللہ ہیز سیڈ، دیٹ ہمیں اپنے بھائیوں</w:t>
      </w:r>
    </w:p>
    <w:p>
      <w:r>
        <w:rPr>
          <w:b/>
        </w:rPr>
        <w:t xml:space="preserve">[45:05] </w:t>
      </w:r>
      <w:r>
        <w:t>ke aib ya kamiyan chupani chahiye." Maulana sahib, what is your opinion to this? Hargiz yeh yeh bilkul</w:t>
      </w:r>
    </w:p>
    <w:p>
      <w:pPr>
        <w:jc w:val="right"/>
      </w:pPr>
      <w:r>
        <w:t>کے عیب یا کمیاں چھپانی چاہیے۔" مولانا صاحب، واٹ از یور اوپینین ٹو دس؟ ہرگز یہ یہ بالکل</w:t>
      </w:r>
    </w:p>
    <w:p>
      <w:r>
        <w:rPr>
          <w:b/>
        </w:rPr>
        <w:t xml:space="preserve">[45:12] </w:t>
      </w:r>
      <w:r>
        <w:t>ghalat hawala hai.</w:t>
      </w:r>
    </w:p>
    <w:p>
      <w:pPr>
        <w:jc w:val="right"/>
      </w:pPr>
      <w:r>
        <w:t>غلط حوالہ ہے۔</w:t>
      </w:r>
    </w:p>
    <w:p>
      <w:r>
        <w:rPr>
          <w:b/>
        </w:rPr>
        <w:t xml:space="preserve">[45:14] </w:t>
      </w:r>
      <w:r>
        <w:t>chupana kaun se? Is ke words nikaliye, is ka batayein kahan yeh hadith chupana chahiye.</w:t>
      </w:r>
    </w:p>
    <w:p>
      <w:pPr>
        <w:jc w:val="right"/>
      </w:pPr>
      <w:r>
        <w:t>چھپانی کون سے؟ اس کے ورڈز نکالیے، اس کا بتائیں کہاں یہ حدیث چھپانا چاہیے۔</w:t>
      </w:r>
    </w:p>
    <w:p>
      <w:r>
        <w:rPr>
          <w:b/>
        </w:rPr>
        <w:t xml:space="preserve">[45:20] </w:t>
      </w:r>
      <w:r>
        <w:t>is ke bar aks hadith hai: "al momin mirat al momin".</w:t>
      </w:r>
    </w:p>
    <w:p>
      <w:pPr>
        <w:jc w:val="right"/>
      </w:pPr>
      <w:r>
        <w:t>اس کے برعکس حدیث ہے: "المومن مرات المومن"۔</w:t>
      </w:r>
    </w:p>
    <w:p>
      <w:r>
        <w:rPr>
          <w:b/>
        </w:rPr>
        <w:t xml:space="preserve">[45:24] </w:t>
      </w:r>
      <w:r>
        <w:t>momin doosre momin ka aaina hota hai.</w:t>
      </w:r>
    </w:p>
    <w:p>
      <w:pPr>
        <w:jc w:val="right"/>
      </w:pPr>
      <w:r>
        <w:t>مومن دوسرے مومن کا آئینہ ہوتا ہے۔</w:t>
      </w:r>
    </w:p>
    <w:p>
      <w:r>
        <w:rPr>
          <w:b/>
        </w:rPr>
        <w:t xml:space="preserve">[45:27] </w:t>
      </w:r>
      <w:r>
        <w:t>aaina aap dekhen to kya woh chupata hai aap ko? yeh hadith hai, is ka tarjuma yeh hai</w:t>
      </w:r>
    </w:p>
    <w:p>
      <w:pPr>
        <w:jc w:val="right"/>
      </w:pPr>
      <w:r>
        <w:t>آئینہ آپ دیکھیں تو کیا وہ چھپاتا ہے آپ کو؟ یہ حدیث ہے، اس کا ترجمہ یہ ہے</w:t>
      </w:r>
    </w:p>
    <w:p>
      <w:r>
        <w:rPr>
          <w:b/>
        </w:rPr>
        <w:t xml:space="preserve">[45:34] </w:t>
      </w:r>
      <w:r>
        <w:t>ke ek momin doosre momin ka aaina hota hai, mirror hota hai.</w:t>
      </w:r>
    </w:p>
    <w:p>
      <w:pPr>
        <w:jc w:val="right"/>
      </w:pPr>
      <w:r>
        <w:t>کہ ایک مومن دوسرے مومن کا آئینہ ہوتا ہے، مرر ہوتا ہے۔</w:t>
      </w:r>
    </w:p>
    <w:p>
      <w:r>
        <w:rPr>
          <w:b/>
        </w:rPr>
        <w:t xml:space="preserve">[45:40] </w:t>
      </w:r>
      <w:r>
        <w:t>mirror to jab aap mirror dekhen to kya woh aap ka aap ke chupata hai aap ko? jaisa</w:t>
      </w:r>
    </w:p>
    <w:p>
      <w:pPr>
        <w:jc w:val="right"/>
      </w:pPr>
      <w:r>
        <w:t>مرر تو جب آپ مرر دیکھیں تو کیا وہ آپ کا آپ کے چھپاتا ہے آپ کو؟ جیسا</w:t>
      </w:r>
    </w:p>
    <w:p>
      <w:r>
        <w:rPr>
          <w:b/>
        </w:rPr>
        <w:t xml:space="preserve">[45:47] </w:t>
      </w:r>
      <w:r>
        <w:t>hai, waise hi bata deta hai.</w:t>
      </w:r>
    </w:p>
    <w:p>
      <w:pPr>
        <w:jc w:val="right"/>
      </w:pPr>
      <w:r>
        <w:t>ہے، ویسے ہی بتا دیتا ہے۔</w:t>
      </w:r>
    </w:p>
    <w:p>
      <w:r>
        <w:rPr>
          <w:b/>
        </w:rPr>
        <w:t xml:space="preserve">[45:50] </w:t>
      </w:r>
      <w:r>
        <w:t>hargiz hargiz aisi koi hadith nahi hai jis mein musalman ke aage kuch chupana bataya gaya ho.</w:t>
      </w:r>
    </w:p>
    <w:p>
      <w:pPr>
        <w:jc w:val="right"/>
      </w:pPr>
      <w:r>
        <w:t>ہرگز ہرگز ایسی کوئی حدیث نہیں ہے جس میں مسلمان کے آگے کچھ چھپانا بتایا گیا ہو۔</w:t>
      </w:r>
    </w:p>
    <w:p>
      <w:r>
        <w:rPr>
          <w:b/>
        </w:rPr>
        <w:t xml:space="preserve">[45:57] </w:t>
      </w:r>
      <w:r>
        <w:t>bilkul galat hai yeh, balkeh musalmanon ke aage aap ko batao.</w:t>
      </w:r>
    </w:p>
    <w:p>
      <w:pPr>
        <w:jc w:val="right"/>
      </w:pPr>
      <w:r>
        <w:t>بالکل غلط ہے یہ، بلکہ مسلمانوں کے آگے آپ کو بتاؤ۔</w:t>
      </w:r>
    </w:p>
    <w:p>
      <w:r>
        <w:rPr>
          <w:b/>
        </w:rPr>
        <w:t xml:space="preserve">[46:02] </w:t>
      </w:r>
      <w:r>
        <w:t>aur mein aap ko quran ki misaal deta hoon.</w:t>
      </w:r>
    </w:p>
    <w:p>
      <w:pPr>
        <w:jc w:val="right"/>
      </w:pPr>
      <w:r>
        <w:t>اور میں آپ کو قرآن کی مثال دیتا ہوں۔</w:t>
      </w:r>
    </w:p>
    <w:p>
      <w:r>
        <w:rPr>
          <w:b/>
        </w:rPr>
        <w:t xml:space="preserve">[46:06] </w:t>
      </w:r>
      <w:r>
        <w:t>rasool allah ke zamane mein do ghazwe hue the: ek hunain ka, ek uhud ka.</w:t>
      </w:r>
    </w:p>
    <w:p>
      <w:pPr>
        <w:jc w:val="right"/>
      </w:pPr>
      <w:r>
        <w:t>رسول اللہ کے زمانے میں دو غزوے ہوئے تھے: ایک حنین کا، ایک احد کا۔</w:t>
      </w:r>
    </w:p>
    <w:p>
      <w:r>
        <w:rPr>
          <w:b/>
        </w:rPr>
        <w:t xml:space="preserve">[46:12] </w:t>
      </w:r>
      <w:r>
        <w:t>yeh dono par tabsarah aaya quran majeed mein.</w:t>
      </w:r>
    </w:p>
    <w:p>
      <w:pPr>
        <w:jc w:val="right"/>
      </w:pPr>
      <w:r>
        <w:t>یہ دونوں پر تبصرہ آیا قرآن مجید میں۔</w:t>
      </w:r>
    </w:p>
    <w:p>
      <w:r>
        <w:rPr>
          <w:b/>
        </w:rPr>
        <w:t xml:space="preserve">[46:16] </w:t>
      </w:r>
      <w:r>
        <w:t>aap ghor kijiye ke in logon ne makkah se chal kar madine pahunch kar hamla kiya tha, to</w:t>
      </w:r>
    </w:p>
    <w:p>
      <w:pPr>
        <w:jc w:val="right"/>
      </w:pPr>
      <w:r>
        <w:t>آپ غور کیجئے کہ ان لوگوں نے مکہ سے چل کر مدینے پہنچ کر حملہ کیا تھا، تو</w:t>
      </w:r>
    </w:p>
    <w:p>
      <w:r>
        <w:rPr>
          <w:b/>
        </w:rPr>
        <w:t xml:space="preserve">[46:23] </w:t>
      </w:r>
      <w:r>
        <w:t>zahir hai ke woh zulm tha un ka.</w:t>
      </w:r>
    </w:p>
    <w:p>
      <w:pPr>
        <w:jc w:val="right"/>
      </w:pPr>
      <w:r>
        <w:t>ظاہر ہے کہ وہ ظلم تھا ان کا۔</w:t>
      </w:r>
    </w:p>
    <w:p>
      <w:r>
        <w:rPr>
          <w:b/>
        </w:rPr>
        <w:t xml:space="preserve">[46:27] </w:t>
      </w:r>
      <w:r>
        <w:t>khula hua quran mein kuch bhi un ko condemn nahi kiya gaya.</w:t>
      </w:r>
    </w:p>
    <w:p>
      <w:pPr>
        <w:jc w:val="right"/>
      </w:pPr>
      <w:r>
        <w:t>کھلا ہوا قرآن میں کچھ بھی ان کو کنڈم نہیں کیا گیا۔</w:t>
      </w:r>
    </w:p>
    <w:p>
      <w:r>
        <w:rPr>
          <w:b/>
        </w:rPr>
        <w:t xml:space="preserve">[46:32] </w:t>
      </w:r>
      <w:r>
        <w:t>hamla karne walon ko sirf musalmanon ko naseehat ki gayi hai.</w:t>
      </w:r>
    </w:p>
    <w:p>
      <w:pPr>
        <w:jc w:val="right"/>
      </w:pPr>
      <w:r>
        <w:t>حملہ کرنے والوں کو صرف مسلمانوں کو نصیحت کی گئی ہے۔</w:t>
      </w:r>
    </w:p>
    <w:p>
      <w:r>
        <w:rPr>
          <w:b/>
        </w:rPr>
        <w:t xml:space="preserve">[46:37] </w:t>
      </w:r>
      <w:r>
        <w:t>sirf insan uhud ke mauqe par kaha gaya hai ke "hataa izaa fasaltum watan hunain" ke bare mein</w:t>
      </w:r>
    </w:p>
    <w:p>
      <w:pPr>
        <w:jc w:val="right"/>
      </w:pPr>
      <w:r>
        <w:t>صرف انسان احد کے موقع پر کہا گیا ہے کہ "حتیٰ اذا فصلتم وطنا حنین" کے بارے میں</w:t>
      </w:r>
    </w:p>
    <w:p>
      <w:r>
        <w:rPr>
          <w:b/>
        </w:rPr>
        <w:t xml:space="preserve">[46:44] </w:t>
      </w:r>
      <w:r>
        <w:t>kaha gaya hai: "jo musalman aisi baatein kehte hain, woh bilashubah gunah ka kaam karte hain." kabhi rasool</w:t>
      </w:r>
    </w:p>
    <w:p>
      <w:pPr>
        <w:jc w:val="right"/>
      </w:pPr>
      <w:r>
        <w:t>کہا گیا ہے: "جو مسلمان ایسی باتیں کہتے ہیں، وہ بلاشبہ گناہ کا کام کرتے ہیں۔" کبھی رسول</w:t>
      </w:r>
    </w:p>
    <w:p>
      <w:r>
        <w:rPr>
          <w:b/>
        </w:rPr>
        <w:t xml:space="preserve">[46:52] </w:t>
      </w:r>
      <w:r>
        <w:t>allah sallallahu alaihi wasallam ne aisa nahi kaha ke aap ko chupao.</w:t>
      </w:r>
    </w:p>
    <w:p>
      <w:pPr>
        <w:jc w:val="right"/>
      </w:pPr>
      <w:r>
        <w:t>اللہ صلی اللہ علیہ وسلم نے ایسا نہیں کہا کہ آپ کو چھپاؤ۔</w:t>
      </w:r>
    </w:p>
    <w:p>
      <w:r>
        <w:rPr>
          <w:b/>
        </w:rPr>
        <w:t xml:space="preserve">[46:58] </w:t>
      </w:r>
      <w:r>
        <w:t>khud quran aap ko bata raha hai.</w:t>
      </w:r>
    </w:p>
    <w:p>
      <w:pPr>
        <w:jc w:val="right"/>
      </w:pPr>
      <w:r>
        <w:t>خود قرآن آپ کو بتا رہا ہے۔</w:t>
      </w:r>
    </w:p>
    <w:p>
      <w:r>
        <w:rPr>
          <w:b/>
        </w:rPr>
        <w:t xml:space="preserve">[47:01] </w:t>
      </w:r>
      <w:r>
        <w:t>rasool allah keh rahe hain ke aaina bano doosre musalman ke liye.</w:t>
      </w:r>
    </w:p>
    <w:p>
      <w:pPr>
        <w:jc w:val="right"/>
      </w:pPr>
      <w:r>
        <w:t>رسول اللہ کہہ رہے ہیں کہ آئینہ بنو دوسرے مسلمان کے لیے۔</w:t>
      </w:r>
    </w:p>
    <w:p>
      <w:r>
        <w:rPr>
          <w:b/>
        </w:rPr>
        <w:t xml:space="preserve">[47:06] </w:t>
      </w:r>
      <w:r>
        <w:t>yeh to ulti baat hai.</w:t>
      </w:r>
    </w:p>
    <w:p>
      <w:pPr>
        <w:jc w:val="right"/>
      </w:pPr>
      <w:r>
        <w:t>یہ تو الٹی بات ہے۔</w:t>
      </w:r>
    </w:p>
    <w:p>
      <w:r>
        <w:rPr>
          <w:b/>
        </w:rPr>
        <w:t xml:space="preserve">[47:08] </w:t>
      </w:r>
      <w:r>
        <w:t>maulana, agla sawal kya hai muradabad se muhammad idrees sahib ne, aur unhon ne aap se poocha</w:t>
      </w:r>
    </w:p>
    <w:p>
      <w:pPr>
        <w:jc w:val="right"/>
      </w:pPr>
      <w:r>
        <w:t>مولانا، اگلا سوال کیا ہے مراد آباد سے محمد ادریس صاحب نے، اور انہوں نے آپ سے پوچھا</w:t>
      </w:r>
    </w:p>
    <w:p>
      <w:r>
        <w:rPr>
          <w:b/>
        </w:rPr>
        <w:t xml:space="preserve">[47:16] </w:t>
      </w:r>
      <w:r>
        <w:t>ہے: "مولانا، what is the starting point for any person to gain wisdom? How can one become wise?</w:t>
      </w:r>
    </w:p>
    <w:p>
      <w:pPr>
        <w:jc w:val="right"/>
      </w:pPr>
      <w:r>
        <w:t>ہے: "مولانا، واٹ از دا سٹارٹنگ پوائنٹ فار اینی پرسن ٹو گین وزڈم؟ ہاؤ کین ون بیکم وائز؟</w:t>
      </w:r>
    </w:p>
    <w:p>
      <w:r>
        <w:rPr>
          <w:b/>
        </w:rPr>
        <w:t xml:space="preserve">[47:23] </w:t>
      </w:r>
      <w:r>
        <w:t>please advise us." dekhen, wisdom ka yaani wise banne ka jo raaz hai, woh hai 100 percent objective</w:t>
      </w:r>
    </w:p>
    <w:p>
      <w:pPr>
        <w:jc w:val="right"/>
      </w:pPr>
      <w:r>
        <w:t>پلیز ایڈوائز اس۔" دیکھیں، وزڈم کا یعنی وائز بننے کا جو راز ہے، وہ ہے 100 پرسنٹ ابجیکٹو</w:t>
      </w:r>
    </w:p>
    <w:p>
      <w:r>
        <w:rPr>
          <w:b/>
        </w:rPr>
        <w:t xml:space="preserve">[47:31] </w:t>
      </w:r>
      <w:r>
        <w:t>banna.</w:t>
      </w:r>
    </w:p>
    <w:p>
      <w:pPr>
        <w:jc w:val="right"/>
      </w:pPr>
      <w:r>
        <w:t>بننا۔</w:t>
      </w:r>
    </w:p>
    <w:p>
      <w:r>
        <w:rPr>
          <w:b/>
        </w:rPr>
        <w:t xml:space="preserve">[47:32] </w:t>
      </w:r>
      <w:r>
        <w:t>ab jaise abhi sawal aaya ke log chahte hain ke un ka aap na bataya jaye, to wisdom</w:t>
      </w:r>
    </w:p>
    <w:p>
      <w:pPr>
        <w:jc w:val="right"/>
      </w:pPr>
      <w:r>
        <w:t>اب جیسے ابھی سوال آیا کہ لوگ چاہتے ہیں کہ ان کا آپ نہ بتایا جائے، تو وزڈم</w:t>
      </w:r>
    </w:p>
    <w:p>
      <w:r>
        <w:rPr>
          <w:b/>
        </w:rPr>
        <w:t xml:space="preserve">[47:40] </w:t>
      </w:r>
      <w:r>
        <w:t>kahan se aye gi in ko? wais aadmi chahe ke batao mujh ko taake main is ko correction</w:t>
      </w:r>
    </w:p>
    <w:p>
      <w:pPr>
        <w:jc w:val="right"/>
      </w:pPr>
      <w:r>
        <w:t>کہاں سے آئے گی ان کو؟ وائز آدمی چاہے کہ بتاؤ مجھ کو تاکہ میں اس کو کریکشن</w:t>
      </w:r>
    </w:p>
    <w:p>
      <w:r>
        <w:rPr>
          <w:b/>
        </w:rPr>
        <w:t xml:space="preserve">[47:48] </w:t>
      </w:r>
      <w:r>
        <w:t>karoon.</w:t>
      </w:r>
    </w:p>
    <w:p>
      <w:pPr>
        <w:jc w:val="right"/>
      </w:pPr>
      <w:r>
        <w:t>کروں۔</w:t>
      </w:r>
    </w:p>
    <w:p>
      <w:r>
        <w:rPr>
          <w:b/>
        </w:rPr>
        <w:t xml:space="preserve">[47:49] </w:t>
      </w:r>
      <w:r>
        <w:t>musalmanon ka to yeh mizaj jo aa gaya hai ke musalmanon ke aap ko na batao, chhupao is</w:t>
      </w:r>
    </w:p>
    <w:p>
      <w:pPr>
        <w:jc w:val="right"/>
      </w:pPr>
      <w:r>
        <w:t>مسلمانوں کا تو یہ مزاج جو آ گیا ہے کہ مسلمانوں کے آپ کو نہ بتاؤ، چھپاؤ اس</w:t>
      </w:r>
    </w:p>
    <w:p>
      <w:r>
        <w:rPr>
          <w:b/>
        </w:rPr>
        <w:t xml:space="preserve">[47:57] </w:t>
      </w:r>
      <w:r>
        <w:t>ko, yahi to wisdom ki jar kaat deta hai.</w:t>
      </w:r>
    </w:p>
    <w:p>
      <w:pPr>
        <w:jc w:val="right"/>
      </w:pPr>
      <w:r>
        <w:t>کو، یہی تو وزڈم کی جڑ کاٹ دیتا ہے۔</w:t>
      </w:r>
    </w:p>
    <w:p>
      <w:r>
        <w:rPr>
          <w:b/>
        </w:rPr>
        <w:t xml:space="preserve">[48:01] </w:t>
      </w:r>
      <w:r>
        <w:t>wisdom jab aye gi jab aap open, poore khule tor par logon ki criticism ko sunen, logon ke</w:t>
      </w:r>
    </w:p>
    <w:p>
      <w:pPr>
        <w:jc w:val="right"/>
      </w:pPr>
      <w:r>
        <w:t>وزڈم جب آئے گی جب آپ اوپن، پورے کھلے طور پر لوگوں کی کریٹیسزم کو سنیں، لوگوں کے</w:t>
      </w:r>
    </w:p>
    <w:p>
      <w:r>
        <w:rPr>
          <w:b/>
        </w:rPr>
        <w:t xml:space="preserve">[48:09] </w:t>
      </w:r>
      <w:r>
        <w:t>tanqeed ko sunen, aur khud bhi apne bare mein introspection karen.</w:t>
      </w:r>
    </w:p>
    <w:p>
      <w:pPr>
        <w:jc w:val="right"/>
      </w:pPr>
      <w:r>
        <w:t>تنقید کو سنیں، اور خود بھی اپنے بارے میں انٹروسپیکشن کریں۔</w:t>
      </w:r>
    </w:p>
    <w:p>
      <w:r>
        <w:rPr>
          <w:b/>
        </w:rPr>
        <w:t xml:space="preserve">[48:13] </w:t>
      </w:r>
      <w:r>
        <w:t>yani main kaha karta hoon ke merciless introspection yahi wisdom ka sira hai.</w:t>
      </w:r>
    </w:p>
    <w:p>
      <w:pPr>
        <w:jc w:val="right"/>
      </w:pPr>
      <w:r>
        <w:t>یعنی میں کہا کرتا ہوں کہ مرسی لیس انٹروسپیکشن یہی وزڈم کا سرا ہے۔</w:t>
      </w:r>
    </w:p>
    <w:p>
      <w:r>
        <w:rPr>
          <w:b/>
        </w:rPr>
        <w:t xml:space="preserve">[48:19] </w:t>
      </w:r>
      <w:r>
        <w:t>apna merciless introspection kijiye, is ke baad wisdom aap ko hazir ho jaye gi.</w:t>
      </w:r>
    </w:p>
    <w:p>
      <w:pPr>
        <w:jc w:val="right"/>
      </w:pPr>
      <w:r>
        <w:t>اپنا مرسی لیس انٹروسپیکشن کیجئے، اس کے بعد وزڈم آپ کو حاضر ہو جائے گی۔</w:t>
      </w:r>
    </w:p>
    <w:p>
      <w:r>
        <w:rPr>
          <w:b/>
        </w:rPr>
        <w:t xml:space="preserve">[48:26] </w:t>
      </w:r>
      <w:r>
        <w:t>maulana, agla sawal ahmadabad se farooq sahib ne kiya hai, aur unhon ne likha hai ke: "maulana</w:t>
      </w:r>
    </w:p>
    <w:p>
      <w:pPr>
        <w:jc w:val="right"/>
      </w:pPr>
      <w:r>
        <w:t>مولانا، اگلا سوال احمد آباد سے فاروق صاحب نے کیا ہے، اور انہوں نے لکھا ہے کہ: "مولانا</w:t>
      </w:r>
    </w:p>
    <w:p>
      <w:r>
        <w:rPr>
          <w:b/>
        </w:rPr>
        <w:t xml:space="preserve">[48:34] </w:t>
      </w:r>
      <w:r>
        <w:t>صاحب، in today's talk you mentioned that wisdom is sorting relevant from irrelevant.</w:t>
      </w:r>
    </w:p>
    <w:p>
      <w:pPr>
        <w:jc w:val="right"/>
      </w:pPr>
      <w:r>
        <w:t>صاحب، ان ٹوڈے ٹاک یو مینشن دیٹ وزڈم از سورٹنگ ریلیونٹ فرام ار ریلیونٹ۔</w:t>
      </w:r>
    </w:p>
    <w:p>
      <w:r>
        <w:rPr>
          <w:b/>
        </w:rPr>
        <w:t xml:space="preserve">[48:40] </w:t>
      </w:r>
      <w:r>
        <w:t>Can you please give an example so that we can understand it in a better way?" Maine</w:t>
      </w:r>
    </w:p>
    <w:p>
      <w:pPr>
        <w:jc w:val="right"/>
      </w:pPr>
      <w:r>
        <w:t>کین یو پلیز گیو این ایگزیمپل سو دیٹ وی کین انڈرسٹینڈ اٹ ان ا بیٹر وے؟" میں نے</w:t>
      </w:r>
    </w:p>
    <w:p>
      <w:r>
        <w:rPr>
          <w:b/>
        </w:rPr>
        <w:t xml:space="preserve">[48:47] </w:t>
      </w:r>
      <w:r>
        <w:t>misal diya hai ke ek ek muslim speaker ne taqreer karte hue japan ki misal di.</w:t>
      </w:r>
    </w:p>
    <w:p>
      <w:pPr>
        <w:jc w:val="right"/>
      </w:pPr>
      <w:r>
        <w:t>مثال دیا ہے کہ ایک ایک مسلم اسپیکر نے تقریر کرتے ہوئے جاپان کی مثال دی۔</w:t>
      </w:r>
    </w:p>
    <w:p>
      <w:r>
        <w:rPr>
          <w:b/>
        </w:rPr>
        <w:t xml:space="preserve">[48:54] </w:t>
      </w:r>
      <w:r>
        <w:t>is mein relevant baat jo thi, kya thi? yeh thi ke unhon ne jab dekha ke society bombing</w:t>
      </w:r>
    </w:p>
    <w:p>
      <w:pPr>
        <w:jc w:val="right"/>
      </w:pPr>
      <w:r>
        <w:t>اس میں ریلیونٹ بات جو تھی، کیا تھی؟ یہ تھی کہ انہوں نے جب دیکھا کہ سوسائٹی بمنگ</w:t>
      </w:r>
    </w:p>
    <w:p>
      <w:r>
        <w:rPr>
          <w:b/>
        </w:rPr>
        <w:t xml:space="preserve">[49:02] </w:t>
      </w:r>
      <w:r>
        <w:t>mein jo hai result less hai, to jaldi se wapas aaye.</w:t>
      </w:r>
    </w:p>
    <w:p>
      <w:pPr>
        <w:jc w:val="right"/>
      </w:pPr>
      <w:r>
        <w:t>میں جو ہے رزلٹ لیس ہے، تو جلدی سے واپس آئے۔</w:t>
      </w:r>
    </w:p>
    <w:p>
      <w:r>
        <w:rPr>
          <w:b/>
        </w:rPr>
        <w:t xml:space="preserve">[49:07] </w:t>
      </w:r>
      <w:r>
        <w:t>woh you turn le liya.</w:t>
      </w:r>
    </w:p>
    <w:p>
      <w:pPr>
        <w:jc w:val="right"/>
      </w:pPr>
      <w:r>
        <w:t>وہ یو ٹرن لے لیا۔</w:t>
      </w:r>
    </w:p>
    <w:p>
      <w:r>
        <w:rPr>
          <w:b/>
        </w:rPr>
        <w:t xml:space="preserve">[49:09] </w:t>
      </w:r>
      <w:r>
        <w:t>unhon ne kya kiya ke society bombing karne ko le liya, halanke chhodne ko lena chahiye.</w:t>
      </w:r>
    </w:p>
    <w:p>
      <w:pPr>
        <w:jc w:val="right"/>
      </w:pPr>
      <w:r>
        <w:t>انہوں نے کیا کیا کہ سوسائٹی بمنگ کرنے کو لے لیا، حالانکہ چھوڑنے کو لینا چاہیے۔</w:t>
      </w:r>
    </w:p>
    <w:p>
      <w:r>
        <w:rPr>
          <w:b/>
        </w:rPr>
        <w:t xml:space="preserve">[49:16] </w:t>
      </w:r>
      <w:r>
        <w:t>is poore waqe mein jo jo relevant baat hai hamare liye ke is ka result ulta nikla, to</w:t>
      </w:r>
    </w:p>
    <w:p>
      <w:pPr>
        <w:jc w:val="right"/>
      </w:pPr>
      <w:r>
        <w:t>اس پورے واقعے میں جو جو ریلیونٹ بات ہے ہمارے لیے کہ اس کا رزلٹ الٹا نکلا، تو</w:t>
      </w:r>
    </w:p>
    <w:p>
      <w:r>
        <w:rPr>
          <w:b/>
        </w:rPr>
        <w:t xml:space="preserve">[49:23] </w:t>
      </w:r>
      <w:r>
        <w:t>foran wapas aaye.</w:t>
      </w:r>
    </w:p>
    <w:p>
      <w:pPr>
        <w:jc w:val="right"/>
      </w:pPr>
      <w:r>
        <w:t>فوراً واپس آ گئے۔</w:t>
      </w:r>
    </w:p>
    <w:p>
      <w:r>
        <w:rPr>
          <w:b/>
        </w:rPr>
        <w:t xml:space="preserve">[49:25] </w:t>
      </w:r>
      <w:r>
        <w:t>woh unhon ne unhon ne kya nikal liya ke nahi, bar bar karo.</w:t>
      </w:r>
    </w:p>
    <w:p>
      <w:pPr>
        <w:jc w:val="right"/>
      </w:pPr>
      <w:r>
        <w:t>وہ انہوں نے انہوں نے کیا نکال لیا کہ نہیں، بار بار کرو۔</w:t>
      </w:r>
    </w:p>
    <w:p>
      <w:r>
        <w:rPr>
          <w:b/>
        </w:rPr>
        <w:t xml:space="preserve">[49:31] </w:t>
      </w:r>
      <w:r>
        <w:t>yeh to hai yani relevant aur irrelevant ka farq na samajhna.</w:t>
      </w:r>
    </w:p>
    <w:p>
      <w:pPr>
        <w:jc w:val="right"/>
      </w:pPr>
      <w:r>
        <w:t>یہ تو ہے یعنی ریلیونٹ اور ار ریلیونٹ کا فرق نہ سمجھنا۔</w:t>
      </w:r>
    </w:p>
    <w:p>
      <w:r>
        <w:rPr>
          <w:b/>
        </w:rPr>
        <w:t xml:space="preserve">[49:36] </w:t>
      </w:r>
      <w:r>
        <w:t>maulana, agla sawal mumbai se aya hai, aah aah faraz sahib ka, aur unhon ne likha hai: "der</w:t>
      </w:r>
    </w:p>
    <w:p>
      <w:pPr>
        <w:jc w:val="right"/>
      </w:pPr>
      <w:r>
        <w:t>مولانا، اگلا سوال ممبئی سے آیا ہے، آہ آہ فراز صاحب کا، اور انہوں نے لکھا ہے: "دیر</w:t>
      </w:r>
    </w:p>
    <w:p>
      <w:r>
        <w:rPr>
          <w:b/>
        </w:rPr>
        <w:t xml:space="preserve">[49:43] </w:t>
      </w:r>
      <w:r>
        <w:t>as a prayer of the Prophet very said: "O God, show us the truth as it is." Maulana</w:t>
      </w:r>
    </w:p>
    <w:p>
      <w:pPr>
        <w:jc w:val="right"/>
      </w:pPr>
      <w:r>
        <w:t>از ا پریئر آف دا پرافٹ ویری سیڈ: او گاڈ، شو اس دا ٹروتھ ایز اٹ از۔" مولانا</w:t>
      </w:r>
    </w:p>
    <w:p>
      <w:r>
        <w:rPr>
          <w:b/>
        </w:rPr>
        <w:t xml:space="preserve">[49:51] </w:t>
      </w:r>
      <w:r>
        <w:t>Sahib, what does "as it is thinking" means? Please elaborate on this.</w:t>
      </w:r>
    </w:p>
    <w:p>
      <w:pPr>
        <w:jc w:val="right"/>
      </w:pPr>
      <w:r>
        <w:t>صاحب، واٹ ڈز ایز اٹ از تھنکنگ مینز؟ پلیز ایلیبریٹ ان دس۔</w:t>
      </w:r>
    </w:p>
    <w:p>
      <w:r>
        <w:rPr>
          <w:b/>
        </w:rPr>
        <w:t xml:space="preserve">[49:56] </w:t>
      </w:r>
      <w:r>
        <w:t>bhai, yeh kya? main ne misal de di as it is ki ke japan ke waqe mein jo</w:t>
      </w:r>
    </w:p>
    <w:p>
      <w:pPr>
        <w:jc w:val="right"/>
      </w:pPr>
      <w:r>
        <w:t>بھئی، یہ کیا؟ میں نے مثال دے دی ایز اٹ از کی کہ جاپان کے واقعے میں جو</w:t>
      </w:r>
    </w:p>
    <w:p>
      <w:r>
        <w:rPr>
          <w:b/>
        </w:rPr>
        <w:t xml:space="preserve">[50:04] </w:t>
      </w:r>
      <w:r>
        <w:t>asli sabak hai, woh yeh hai ke society bombing chhodo, lekin ulta le liya ke society bombing karo.</w:t>
      </w:r>
    </w:p>
    <w:p>
      <w:pPr>
        <w:jc w:val="right"/>
      </w:pPr>
      <w:r>
        <w:t>اصلی سبق ہے، وہ یہ ہے کہ سوسائٹی بمنگ چھوڑو، لیکن الٹا لے لیا کہ سوسائٹی بمنگ کرو۔</w:t>
      </w:r>
    </w:p>
    <w:p>
      <w:r>
        <w:rPr>
          <w:b/>
        </w:rPr>
        <w:t xml:space="preserve">[50:12] </w:t>
      </w:r>
      <w:r>
        <w:t>yeh to hai yeh sare musalmanon ke jo mamlaat ke zamane mein, woh yahi hai.</w:t>
      </w:r>
    </w:p>
    <w:p>
      <w:pPr>
        <w:jc w:val="right"/>
      </w:pPr>
      <w:r>
        <w:t>یہ تو ہے یہ سارے مسلمانوں کے جو معاملات کے زمانے میں، وہ یہی ہے۔</w:t>
      </w:r>
    </w:p>
    <w:p>
      <w:r>
        <w:rPr>
          <w:b/>
        </w:rPr>
        <w:t xml:space="preserve">[50:18] </w:t>
      </w:r>
      <w:r>
        <w:t>misalan, commercial rights hote hain, woh aam taur par hote hain retaliation mein.</w:t>
      </w:r>
    </w:p>
    <w:p>
      <w:pPr>
        <w:jc w:val="right"/>
      </w:pPr>
      <w:r>
        <w:t>مثلاً، کمرل رائٹ ہوتے ہیں، وہ عام طور پر ہوتے ہیں ریٹیلیشن میں۔</w:t>
      </w:r>
    </w:p>
    <w:p>
      <w:r>
        <w:rPr>
          <w:b/>
        </w:rPr>
        <w:t xml:space="preserve">[50:24] </w:t>
      </w:r>
      <w:r>
        <w:t>retaliation, lekin musalman kya kehte hain ke yeh zulm ho raha hai? zulm nahi ho raha.</w:t>
      </w:r>
    </w:p>
    <w:p>
      <w:pPr>
        <w:jc w:val="right"/>
      </w:pPr>
      <w:r>
        <w:t>ریٹیلیشن، لیکن مسلمان کیا کہتے ہیں کہ یہ ظلم ہو رہا ہے؟ ظلم نہیں ہو رہا۔</w:t>
      </w:r>
    </w:p>
    <w:p>
      <w:r>
        <w:rPr>
          <w:b/>
        </w:rPr>
        <w:t xml:space="preserve">[50:31] </w:t>
      </w:r>
      <w:r>
        <w:t>tum logon ko retaliate karne ka mauqa na do, to fasad khatam ho jayega.</w:t>
      </w:r>
    </w:p>
    <w:p>
      <w:pPr>
        <w:jc w:val="right"/>
      </w:pPr>
      <w:r>
        <w:t>تم لوگوں کو ریٹیلیٹ کرنے کا موقع نہ دو، تو فساد ختم ہو جائے گا۔</w:t>
      </w:r>
    </w:p>
    <w:p>
      <w:r>
        <w:rPr>
          <w:b/>
        </w:rPr>
        <w:t xml:space="preserve">[50:37] </w:t>
      </w:r>
      <w:r>
        <w:t>aur yeh hadith mein aata hai ke: "innal fitnata ni'matun la'anallahu man qadaa'a." matlab logon ko ghusse</w:t>
      </w:r>
    </w:p>
    <w:p>
      <w:pPr>
        <w:jc w:val="right"/>
      </w:pPr>
      <w:r>
        <w:t>اور یہ حدیث میں آتا ہے کہ: "إن الفتنة نعمة لعن الله منع قضاء۔" مطلب لوگوں کو غصے</w:t>
      </w:r>
    </w:p>
    <w:p>
      <w:r>
        <w:rPr>
          <w:b/>
        </w:rPr>
        <w:t xml:space="preserve">[50:45] </w:t>
      </w:r>
      <w:r>
        <w:t>ko jagao, logon ko yeh mauqa na do ke retaliate karne ka jazba un ke ubhar aaye.</w:t>
      </w:r>
    </w:p>
    <w:p>
      <w:pPr>
        <w:jc w:val="right"/>
      </w:pPr>
      <w:r>
        <w:t>کو جگاؤ، لوگوں کو یہ موقع نہ دو کہ ریٹیلیٹ کرنے کا جذبہ ان کے ابھر آئے۔</w:t>
      </w:r>
    </w:p>
    <w:p>
      <w:r>
        <w:rPr>
          <w:b/>
        </w:rPr>
        <w:t xml:space="preserve">[50:52] </w:t>
      </w:r>
      <w:r>
        <w:t>yeh to matlab hai is ka.</w:t>
      </w:r>
    </w:p>
    <w:p>
      <w:pPr>
        <w:jc w:val="right"/>
      </w:pPr>
      <w:r>
        <w:t>یہ تو مطلب ہے اس کا۔</w:t>
      </w:r>
    </w:p>
    <w:p>
      <w:r>
        <w:rPr>
          <w:b/>
        </w:rPr>
        <w:t xml:space="preserve">[50:55] </w:t>
      </w:r>
      <w:r>
        <w:t>to musalmanon ka case jo hai, is zamane mein be aqli ka case hai.</w:t>
      </w:r>
    </w:p>
    <w:p>
      <w:pPr>
        <w:jc w:val="right"/>
      </w:pPr>
      <w:r>
        <w:t>تو مسلمانوں کا کیس جو ہے، اس زمانے میں بے عقلی کا کیس ہے۔</w:t>
      </w:r>
    </w:p>
    <w:p>
      <w:r>
        <w:rPr>
          <w:b/>
        </w:rPr>
        <w:t xml:space="preserve">[51:01] </w:t>
      </w:r>
      <w:r>
        <w:t>aqalmand ban gaya ho to sab cheezein khatam ho jayengi.</w:t>
      </w:r>
    </w:p>
    <w:p>
      <w:pPr>
        <w:jc w:val="right"/>
      </w:pPr>
      <w:r>
        <w:t>عقلمند بن گیا ہو تو سب چیزیں ختم ہو جائیں گی۔</w:t>
      </w:r>
    </w:p>
    <w:p>
      <w:r>
        <w:rPr>
          <w:b/>
        </w:rPr>
        <w:t xml:space="preserve">[51:05] </w:t>
      </w:r>
      <w:r>
        <w:t>misal ke taur par kehte hain ke west mein islamophobia hai.</w:t>
      </w:r>
    </w:p>
    <w:p>
      <w:pPr>
        <w:jc w:val="right"/>
      </w:pPr>
      <w:r>
        <w:t>مثال کے طور پر کہتے ہیں کہ ویسٹ میں اسلامو فوبیا ہے۔</w:t>
      </w:r>
    </w:p>
    <w:p>
      <w:r>
        <w:rPr>
          <w:b/>
        </w:rPr>
        <w:t xml:space="preserve">[51:10] </w:t>
      </w:r>
      <w:r>
        <w:t>yeh mukammal taur par be aqli ki baat hai.</w:t>
      </w:r>
    </w:p>
    <w:p>
      <w:pPr>
        <w:jc w:val="right"/>
      </w:pPr>
      <w:r>
        <w:t>یہ مکمل طور پر بے عقلی کی بات ہے۔</w:t>
      </w:r>
    </w:p>
    <w:p>
      <w:r>
        <w:rPr>
          <w:b/>
        </w:rPr>
        <w:t xml:space="preserve">[51:14] </w:t>
      </w:r>
      <w:r>
        <w:t>mein baar baar gaya hoon maghribi mulkon mein, itna zyada waqea wahan par hai ke wahan par waqea</w:t>
      </w:r>
    </w:p>
    <w:p>
      <w:pPr>
        <w:jc w:val="right"/>
      </w:pPr>
      <w:r>
        <w:t>میں بار بار گیا ہوں مغربی ملکوں میں، اتنا زیادہ واقعہ وہاں پر ہے کہ وہاں پر واقعہ</w:t>
      </w:r>
    </w:p>
    <w:p>
      <w:r>
        <w:rPr>
          <w:b/>
        </w:rPr>
        <w:t xml:space="preserve">[51:22] </w:t>
      </w:r>
      <w:r>
        <w:t>pakistan, iran mein bhi nahi, muslim mulkon mein bhi nahi, kisi bhi muslim mulk mein woh waqea nahi</w:t>
      </w:r>
    </w:p>
    <w:p>
      <w:pPr>
        <w:jc w:val="right"/>
      </w:pPr>
      <w:r>
        <w:t>پاکستان، ایران میں بھی نہیں، مسلم ملکوں میں بھی نہیں، کسی بھی مسلم ملک میں وہ واقعہ نہیں</w:t>
      </w:r>
    </w:p>
    <w:p>
      <w:r>
        <w:rPr>
          <w:b/>
        </w:rPr>
        <w:t xml:space="preserve">[51:30] </w:t>
      </w:r>
      <w:r>
        <w:t>hai jo west mein hai.</w:t>
      </w:r>
    </w:p>
    <w:p>
      <w:pPr>
        <w:jc w:val="right"/>
      </w:pPr>
      <w:r>
        <w:t>ہے جو ویسٹ میں ہے۔</w:t>
      </w:r>
    </w:p>
    <w:p>
      <w:r>
        <w:rPr>
          <w:b/>
        </w:rPr>
        <w:t xml:space="preserve">[51:32] </w:t>
      </w:r>
      <w:r>
        <w:t>aur woh kehte hain ke islamophobia.</w:t>
      </w:r>
    </w:p>
    <w:p>
      <w:pPr>
        <w:jc w:val="right"/>
      </w:pPr>
      <w:r>
        <w:t>اور وہ کہتے ہیں کہ اسلامو فوبیا۔</w:t>
      </w:r>
    </w:p>
    <w:p>
      <w:r>
        <w:rPr>
          <w:b/>
        </w:rPr>
        <w:t xml:space="preserve">[51:35] </w:t>
      </w:r>
      <w:r>
        <w:t>to be aqli ko khatam karna yahi hamara beginning hai.</w:t>
      </w:r>
    </w:p>
    <w:p>
      <w:pPr>
        <w:jc w:val="right"/>
      </w:pPr>
      <w:r>
        <w:t>تو بے عقلی کو ختم کرنا یہی ہمارا بگننگ ہے۔</w:t>
      </w:r>
    </w:p>
    <w:p>
      <w:r>
        <w:rPr>
          <w:b/>
        </w:rPr>
        <w:t xml:space="preserve">[51:39] </w:t>
      </w:r>
      <w:r>
        <w:t>starting point hamare liye kya hai? ke apni be aqli ko khatam karein.</w:t>
      </w:r>
    </w:p>
    <w:p>
      <w:pPr>
        <w:jc w:val="right"/>
      </w:pPr>
      <w:r>
        <w:t>سٹارٹنگ پوائنٹ ہمارے لیے کیا ہے؟ کہ اپنی بے عقلی کو ختم کریں۔</w:t>
      </w:r>
    </w:p>
    <w:p>
      <w:r>
        <w:rPr>
          <w:b/>
        </w:rPr>
        <w:t xml:space="preserve">[51:45] </w:t>
      </w:r>
      <w:r>
        <w:t>is ke baghair koi kaam nahi ho sakta.</w:t>
      </w:r>
    </w:p>
    <w:p>
      <w:pPr>
        <w:jc w:val="right"/>
      </w:pPr>
      <w:r>
        <w:t>اس کے بغیر کوئی کام نہیں ہو سکتا۔</w:t>
      </w:r>
    </w:p>
    <w:p>
      <w:r>
        <w:rPr>
          <w:b/>
        </w:rPr>
        <w:t xml:space="preserve">[51:48] </w:t>
      </w:r>
      <w:r>
        <w:t>maulana, agla sawal mumbai se hai doctor junaid shaikh sahab ka, aur unhone likha hai: "maulana sahab,</w:t>
      </w:r>
    </w:p>
    <w:p>
      <w:pPr>
        <w:jc w:val="right"/>
      </w:pPr>
      <w:r>
        <w:t>مولانا، اگلا سوال ممبئی سے ہے ڈاکٹر جنید شیخ صاحب کا، اور انہوں نے لکھا ہے: "مولانا صاحب،</w:t>
      </w:r>
    </w:p>
    <w:p>
      <w:r>
        <w:rPr>
          <w:b/>
        </w:rPr>
        <w:t xml:space="preserve">[51:56] </w:t>
      </w:r>
      <w:r>
        <w:t>Why do Muslims themselves have more misconceptions regarding Islam than people of the other faiths? Why?</w:t>
      </w:r>
    </w:p>
    <w:p>
      <w:pPr>
        <w:jc w:val="right"/>
      </w:pPr>
      <w:r>
        <w:t>وائی ڈو مسلم دیم سیلز ہیو مور مس کنسیپشنز ریگارڈنگ اسلام دین پیپل آف دی ادر فیتھ؟ وائی</w:t>
      </w:r>
    </w:p>
    <w:p>
      <w:r>
        <w:rPr>
          <w:b/>
        </w:rPr>
        <w:t xml:space="preserve">[52:04] </w:t>
      </w:r>
      <w:r>
        <w:t>az das soo?" woh to us ne kaha tv ke ke musalman apne khud sakhta akabir ko</w:t>
      </w:r>
    </w:p>
    <w:p>
      <w:pPr>
        <w:jc w:val="right"/>
      </w:pPr>
      <w:r>
        <w:t>از دس سو؟" وہ تو اس نے کہا ٹی وی کے کہ مسلمان اپنے خود ساختہ اکابر کو</w:t>
      </w:r>
    </w:p>
    <w:p>
      <w:r>
        <w:rPr>
          <w:b/>
        </w:rPr>
        <w:t xml:space="preserve">[52:11] </w:t>
      </w:r>
      <w:r>
        <w:t>follow karte hain, quran o hadith ko nahi.</w:t>
      </w:r>
    </w:p>
    <w:p>
      <w:pPr>
        <w:jc w:val="right"/>
      </w:pPr>
      <w:r>
        <w:t>فالو کرتے ہیں، قرآن و حدیث کو نہیں۔</w:t>
      </w:r>
    </w:p>
    <w:p>
      <w:r>
        <w:rPr>
          <w:b/>
        </w:rPr>
        <w:t xml:space="preserve">[52:15] </w:t>
      </w:r>
      <w:r>
        <w:t>کیا سوال ان کا ہے؟ آہ، انہوں نے پوچھا ہے کہ: "Why do Muslims themselves have more</w:t>
      </w:r>
    </w:p>
    <w:p>
      <w:pPr>
        <w:jc w:val="right"/>
      </w:pPr>
      <w:r>
        <w:t>کیا سوال ان کا ہے؟ آہ، انہوں نے پوچھا ہے کہ: "وائی ڈو مسلم دیم سیلز ہیو مور</w:t>
      </w:r>
    </w:p>
    <w:p>
      <w:r>
        <w:rPr>
          <w:b/>
        </w:rPr>
        <w:t xml:space="preserve">[52:22] </w:t>
      </w:r>
      <w:r>
        <w:t>misconceptions regarding Islam. Hmm. Then people of other faith?" Isi liye toh hai ke Musalman follow karte</w:t>
      </w:r>
    </w:p>
    <w:p>
      <w:pPr>
        <w:jc w:val="right"/>
      </w:pPr>
      <w:r>
        <w:t>مس کنسیپشنز ریگارڈنگ اسلام ہمم دین پیپل آف ادر فیتھ؟" اسی لیے تو ہے کہ مسلمان فالو کرتے</w:t>
      </w:r>
    </w:p>
    <w:p>
      <w:r>
        <w:rPr>
          <w:b/>
        </w:rPr>
        <w:t xml:space="preserve">[52:30] </w:t>
      </w:r>
      <w:r>
        <w:t>hain apne akabir ko, islam ko follow nahi karte.</w:t>
      </w:r>
    </w:p>
    <w:p>
      <w:pPr>
        <w:jc w:val="right"/>
      </w:pPr>
      <w:r>
        <w:t>ہیں اپنے اکابر کو، اسلام کو فالو نہیں کرتے۔</w:t>
      </w:r>
    </w:p>
    <w:p>
      <w:r>
        <w:rPr>
          <w:b/>
        </w:rPr>
        <w:t xml:space="preserve">[52:34] </w:t>
      </w:r>
      <w:r>
        <w:t>is liye galat fehmiyan hain islam ke.</w:t>
      </w:r>
    </w:p>
    <w:p>
      <w:pPr>
        <w:jc w:val="right"/>
      </w:pPr>
      <w:r>
        <w:t>اس لیے غلط فہمیاں ہیں اسلام کے۔</w:t>
      </w:r>
    </w:p>
    <w:p>
      <w:r>
        <w:rPr>
          <w:b/>
        </w:rPr>
        <w:t xml:space="preserve">[52:37] </w:t>
      </w:r>
      <w:r>
        <w:t>islam ke aitbar se galat fehmiyan hain.</w:t>
      </w:r>
    </w:p>
    <w:p>
      <w:pPr>
        <w:jc w:val="right"/>
      </w:pPr>
      <w:r>
        <w:t>اسلام کے اعتبار سے غلط فہمیاں ہیں۔</w:t>
      </w:r>
    </w:p>
    <w:p>
      <w:r>
        <w:rPr>
          <w:b/>
        </w:rPr>
        <w:t xml:space="preserve">[52:40] </w:t>
      </w:r>
      <w:r>
        <w:t>aap quran o hadith ko padhiye, is ko follow kijiye to apne aap khatam ho jayega.</w:t>
      </w:r>
    </w:p>
    <w:p>
      <w:pPr>
        <w:jc w:val="right"/>
      </w:pPr>
      <w:r>
        <w:t>آپ قرآن و حدیث کو پڑھیے، اس کو فالو کیجئے تو اپنے آپ ختم ہو جائے گا۔</w:t>
      </w:r>
    </w:p>
    <w:p>
      <w:r>
        <w:rPr>
          <w:b/>
        </w:rPr>
        <w:t xml:space="preserve">[52:47] </w:t>
      </w:r>
      <w:r>
        <w:t>maulana, agla sawal doctor farida khanam ne kiya hai dilli se, aur unhone aapse poocha hai</w:t>
      </w:r>
    </w:p>
    <w:p>
      <w:pPr>
        <w:jc w:val="right"/>
      </w:pPr>
      <w:r>
        <w:t>مولانا، اگلا سوال ڈاکٹر فریدہ خانم نے کیا ہے دلی سے، اور انہوں نے آپ سے پوچھا ہے</w:t>
      </w:r>
    </w:p>
    <w:p>
      <w:r>
        <w:rPr>
          <w:b/>
        </w:rPr>
        <w:t xml:space="preserve">[52:55] </w:t>
      </w:r>
      <w:r>
        <w:t>کہ: "If according to the self, if according to the self-styled leaders, society becoming well-led one</w:t>
      </w:r>
    </w:p>
    <w:p>
      <w:pPr>
        <w:jc w:val="right"/>
      </w:pPr>
      <w:r>
        <w:t>کہ: "اف اکارڈنگ ٹو دی سیلف، اف اکارڈنگ ٹو دی سیلف سٹائل لیڈرز، سوسائٹی بمنگ ویل لیڈ ون</w:t>
      </w:r>
    </w:p>
    <w:p>
      <w:r>
        <w:rPr>
          <w:b/>
        </w:rPr>
        <w:t xml:space="preserve">[53:03] </w:t>
      </w:r>
      <w:r>
        <w:t>straight to heaven.</w:t>
      </w:r>
    </w:p>
    <w:p>
      <w:pPr>
        <w:jc w:val="right"/>
      </w:pPr>
      <w:r>
        <w:t>سٹریٹ ٹو ہیون۔</w:t>
      </w:r>
    </w:p>
    <w:p>
      <w:r>
        <w:rPr>
          <w:b/>
        </w:rPr>
        <w:t xml:space="preserve">[53:04] </w:t>
      </w:r>
      <w:r>
        <w:t>deen why the leaders themself do not opt for society baiming?" kya matlab ke maulana aksar jo</w:t>
      </w:r>
    </w:p>
    <w:p>
      <w:pPr>
        <w:jc w:val="right"/>
      </w:pPr>
      <w:r>
        <w:t>دین وائی دا لیڈرز دیم سیلف ڈو ناٹ اپٹ فار سوسائٹی بمنگ؟" کیا مطلب کہ مولانا اکثر جو</w:t>
      </w:r>
    </w:p>
    <w:p>
      <w:r>
        <w:rPr>
          <w:b/>
        </w:rPr>
        <w:t xml:space="preserve">[53:12] </w:t>
      </w:r>
      <w:r>
        <w:t>yeh leaders sab ko behkate hain ke society baiming ke baad seedha woh jannat mein un ka dakhila</w:t>
      </w:r>
    </w:p>
    <w:p>
      <w:pPr>
        <w:jc w:val="right"/>
      </w:pPr>
      <w:r>
        <w:t>یہ لیڈرز سب کو بہکاتے ہیں کہ سوسائٹی بمنگ کے بعد سیدھا وہ جنت میں ان کا داخلہ</w:t>
      </w:r>
    </w:p>
    <w:p>
      <w:r>
        <w:rPr>
          <w:b/>
        </w:rPr>
        <w:t xml:space="preserve">[53:20] </w:t>
      </w:r>
      <w:r>
        <w:t>ho jayega, to agar yeh sahih hai to woh khud kyun nahi society bming karte? sahih to</w:t>
      </w:r>
    </w:p>
    <w:p>
      <w:pPr>
        <w:jc w:val="right"/>
      </w:pPr>
      <w:r>
        <w:t>ہو جائے گا، تو اگر یہ صحیح ہے تو وہ خود کیوں نہیں سوسائٹی بمنگ کرتے؟ صحیح تو</w:t>
      </w:r>
    </w:p>
    <w:p>
      <w:r>
        <w:rPr>
          <w:b/>
        </w:rPr>
        <w:t xml:space="preserve">[53:27] </w:t>
      </w:r>
      <w:r>
        <w:t>hai, sahih to hai.</w:t>
      </w:r>
    </w:p>
    <w:p>
      <w:pPr>
        <w:jc w:val="right"/>
      </w:pPr>
      <w:r>
        <w:t>ہے، صحیح تو ہے۔</w:t>
      </w:r>
    </w:p>
    <w:p>
      <w:r>
        <w:rPr>
          <w:b/>
        </w:rPr>
        <w:t xml:space="preserve">[53:29] </w:t>
      </w:r>
      <w:r>
        <w:t>dusron ko kyun karwate hain? yeh bilkul yani base less baat hai.</w:t>
      </w:r>
    </w:p>
    <w:p>
      <w:pPr>
        <w:jc w:val="right"/>
      </w:pPr>
      <w:r>
        <w:t>دوسروں کو کیوں کرواتے ہیں؟ یہ بالکل یعنی بیس لیس بات ہے۔</w:t>
      </w:r>
    </w:p>
    <w:p>
      <w:r>
        <w:rPr>
          <w:b/>
        </w:rPr>
        <w:t xml:space="preserve">[53:34] </w:t>
      </w:r>
      <w:r>
        <w:t>na koi quran mein aisa koi reference hai, na hadith mein hai.</w:t>
      </w:r>
    </w:p>
    <w:p>
      <w:pPr>
        <w:jc w:val="right"/>
      </w:pPr>
      <w:r>
        <w:t>نہ کوئی قرآن میں ایسا کوئی ریفرنس ہے، نہ حدیث میں ہے۔</w:t>
      </w:r>
    </w:p>
    <w:p>
      <w:r>
        <w:rPr>
          <w:b/>
        </w:rPr>
        <w:t xml:space="preserve">[53:39] </w:t>
      </w:r>
      <w:r>
        <w:t>agar in ko yaqeen khud, in ko bhi yaqeen nahi hai.</w:t>
      </w:r>
    </w:p>
    <w:p>
      <w:pPr>
        <w:jc w:val="right"/>
      </w:pPr>
      <w:r>
        <w:t>اگر ان کو یقین خود، ان کو بھی یقین نہیں ہے۔</w:t>
      </w:r>
    </w:p>
    <w:p>
      <w:r>
        <w:rPr>
          <w:b/>
        </w:rPr>
        <w:t xml:space="preserve">[53:44] </w:t>
      </w:r>
      <w:r>
        <w:t>agar in ko yaqeen hota to apne bachon se karwate hain, khud karwate hain, dusron se koi karne</w:t>
      </w:r>
    </w:p>
    <w:p>
      <w:pPr>
        <w:jc w:val="right"/>
      </w:pPr>
      <w:r>
        <w:t>اگر ان کو یقین ہوتا تو اپنے بچوں سے کرواتے ہیں، خود کرواتے ہیں، دوسروں سے کوئی کرنے</w:t>
      </w:r>
    </w:p>
    <w:p>
      <w:r>
        <w:rPr>
          <w:b/>
        </w:rPr>
        <w:t xml:space="preserve">[53:52]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[53:53] </w:t>
      </w:r>
      <w:r>
        <w:t>bilkul sahih baat hai.</w:t>
      </w:r>
    </w:p>
    <w:p>
      <w:pPr>
        <w:jc w:val="right"/>
      </w:pPr>
      <w:r>
        <w:t>بالکل صحیح بات ہے۔</w:t>
      </w:r>
    </w:p>
    <w:p>
      <w:r>
        <w:rPr>
          <w:b/>
        </w:rPr>
        <w:t xml:space="preserve">[53:55] </w:t>
      </w:r>
      <w:r>
        <w:t>maulana, agla sawal, agla sawal dilli se miss mariya khan ne kiya hai.</w:t>
      </w:r>
    </w:p>
    <w:p>
      <w:pPr>
        <w:jc w:val="right"/>
      </w:pPr>
      <w:r>
        <w:t>مولانا، اگلا سوال، اگلا سوال دلی سے مس ماریہ خان نے کیا ہے۔</w:t>
      </w:r>
    </w:p>
    <w:p>
      <w:r>
        <w:rPr>
          <w:b/>
        </w:rPr>
        <w:t xml:space="preserve">[54:01] </w:t>
      </w:r>
      <w:r>
        <w:t>انہوں نے آپ سے پوچھا ہے کہ: "Please tell us about the wisdom followed by the Prophet of</w:t>
      </w:r>
    </w:p>
    <w:p>
      <w:pPr>
        <w:jc w:val="right"/>
      </w:pPr>
      <w:r>
        <w:t>انہوں نے آپ سے پوچھا ہے کہ: "پلیز ٹیل اس اباؤٹ دا وزڈم فالوڈ بائی دی پرافٹ آف</w:t>
      </w:r>
    </w:p>
    <w:p>
      <w:r>
        <w:rPr>
          <w:b/>
        </w:rPr>
        <w:t xml:space="preserve">[54:08] </w:t>
      </w:r>
      <w:r>
        <w:t>islam at the time of hudaybiyyah treaty. dekhen, hudaybiyyah treaty mein kya hua tha ke do option rasool</w:t>
      </w:r>
    </w:p>
    <w:p>
      <w:pPr>
        <w:jc w:val="right"/>
      </w:pPr>
      <w:r>
        <w:t>اسلام ایٹ دا ٹائم آف حدیبیہ ٹریٹی۔" دیکھیں، حدیبیہ ٹریٹی میں کیا ہوا تھا کہ دو آپشن رسول</w:t>
      </w:r>
    </w:p>
    <w:p>
      <w:r>
        <w:rPr>
          <w:b/>
        </w:rPr>
        <w:t xml:space="preserve">[54:16] </w:t>
      </w:r>
      <w:r>
        <w:t>allah ke samne the.</w:t>
      </w:r>
    </w:p>
    <w:p>
      <w:pPr>
        <w:jc w:val="right"/>
      </w:pPr>
      <w:r>
        <w:t>اللہ کے سامنے تھے۔</w:t>
      </w:r>
    </w:p>
    <w:p>
      <w:r>
        <w:rPr>
          <w:b/>
        </w:rPr>
        <w:t xml:space="preserve">[54:18] </w:t>
      </w:r>
      <w:r>
        <w:t>ek tha option tha war, kyunke woh log tayar the war karne ke liye.</w:t>
      </w:r>
    </w:p>
    <w:p>
      <w:pPr>
        <w:jc w:val="right"/>
      </w:pPr>
      <w:r>
        <w:t>ایک تھا آپشن تھا وار، کیونکہ وہ لوگ تیار تھے وار کرنے کے لیے۔</w:t>
      </w:r>
    </w:p>
    <w:p>
      <w:r>
        <w:rPr>
          <w:b/>
        </w:rPr>
        <w:t xml:space="preserve">[54:24] </w:t>
      </w:r>
      <w:r>
        <w:t>dusra option tha peaceful agreement.</w:t>
      </w:r>
    </w:p>
    <w:p>
      <w:pPr>
        <w:jc w:val="right"/>
      </w:pPr>
      <w:r>
        <w:t>دوسرا آپشن تھا پیس فل ایگریمنٹ۔</w:t>
      </w:r>
    </w:p>
    <w:p>
      <w:r>
        <w:rPr>
          <w:b/>
        </w:rPr>
        <w:t xml:space="preserve">[54:26] </w:t>
      </w:r>
      <w:r>
        <w:t>achha, agar war hoti to kya hota? blood shed bas.</w:t>
      </w:r>
    </w:p>
    <w:p>
      <w:pPr>
        <w:jc w:val="right"/>
      </w:pPr>
      <w:r>
        <w:t>اچھا، اگر وار ہوتی تو کیا ہوتا؟ بلڈ شیڈ بس۔</w:t>
      </w:r>
    </w:p>
    <w:p>
      <w:r>
        <w:rPr>
          <w:b/>
        </w:rPr>
        <w:t xml:space="preserve">[54:31] </w:t>
      </w:r>
      <w:r>
        <w:t>aur phir kya hota? nafrat barhti, hate barhta.</w:t>
      </w:r>
    </w:p>
    <w:p>
      <w:pPr>
        <w:jc w:val="right"/>
      </w:pPr>
      <w:r>
        <w:t>اور پھر کیا ہوتا؟ نفرت بڑھتی، ہیٹ بڑھتا۔</w:t>
      </w:r>
    </w:p>
    <w:p>
      <w:r>
        <w:rPr>
          <w:b/>
        </w:rPr>
        <w:t xml:space="preserve">[54:34] </w:t>
      </w:r>
      <w:r>
        <w:t>phir kya hota? dawat ke awqaf jo the, woh bhi khatm ho jate, kyunke hate jahan ho, jahan</w:t>
      </w:r>
    </w:p>
    <w:p>
      <w:pPr>
        <w:jc w:val="right"/>
      </w:pPr>
      <w:r>
        <w:t>پھر کیا ہوتا؟ دعوت کے مواقع جو تھے، وہ بھی ختم ہو جاتے، کیونکہ ہیٹ جہاں ہو، جہاں</w:t>
      </w:r>
    </w:p>
    <w:p>
      <w:r>
        <w:rPr>
          <w:b/>
        </w:rPr>
        <w:t xml:space="preserve">[54:42] </w:t>
      </w:r>
      <w:r>
        <w:t>rate ho, intolerance ho, wahan dawat ho nahi sakti.</w:t>
      </w:r>
    </w:p>
    <w:p>
      <w:pPr>
        <w:jc w:val="right"/>
      </w:pPr>
      <w:r>
        <w:t>ریٹ ہو، انٹالرنس ہو، وہاں دعوت ہو نہیں سکتی۔</w:t>
      </w:r>
    </w:p>
    <w:p>
      <w:r>
        <w:rPr>
          <w:b/>
        </w:rPr>
        <w:t xml:space="preserve">[54:46] </w:t>
      </w:r>
      <w:r>
        <w:t>dawat hoti hai naasaana mahol mein, yani hamdardi ke mahol mein, normal mahol mein.</w:t>
      </w:r>
    </w:p>
    <w:p>
      <w:pPr>
        <w:jc w:val="right"/>
      </w:pPr>
      <w:r>
        <w:t>دعوت ہوتی ہے ناسانہ ماحول میں، یعنی ہمدردی کے ماحول میں، نارمل ماحول میں۔</w:t>
      </w:r>
    </w:p>
    <w:p>
      <w:r>
        <w:rPr>
          <w:b/>
        </w:rPr>
        <w:t xml:space="preserve">[54:52] </w:t>
      </w:r>
      <w:r>
        <w:t>to agar rasool allah salallaho alaihi wasallam like ka option lete to aap ka mission hi jibril</w:t>
      </w:r>
    </w:p>
    <w:p>
      <w:pPr>
        <w:jc w:val="right"/>
      </w:pPr>
      <w:r>
        <w:t>تو اگر رسول اللہ صلی اللہ علیہ وسلم لائک کا آپشن لیتے تو آپ کا مشن ہی جبرائیل</w:t>
      </w:r>
    </w:p>
    <w:p>
      <w:r>
        <w:rPr>
          <w:b/>
        </w:rPr>
        <w:t xml:space="preserve">[54:59] </w:t>
      </w:r>
      <w:r>
        <w:t>ho raha tha.</w:t>
      </w:r>
    </w:p>
    <w:p>
      <w:pPr>
        <w:jc w:val="right"/>
      </w:pPr>
      <w:r>
        <w:t>ہو رہا تھا۔</w:t>
      </w:r>
    </w:p>
    <w:p>
      <w:r>
        <w:rPr>
          <w:b/>
        </w:rPr>
        <w:t xml:space="preserve">[55:01] </w:t>
      </w:r>
      <w:r>
        <w:t>mission to tha logon tak pahunchana.</w:t>
      </w:r>
    </w:p>
    <w:p>
      <w:pPr>
        <w:jc w:val="right"/>
      </w:pPr>
      <w:r>
        <w:t>مشن تو تھا لوگوں تک پہنچانا۔</w:t>
      </w:r>
    </w:p>
    <w:p>
      <w:r>
        <w:rPr>
          <w:b/>
        </w:rPr>
        <w:t xml:space="preserve">[55:03] </w:t>
      </w:r>
      <w:r>
        <w:t>message woh pahunchane ka mahol hi khatm hota tha.</w:t>
      </w:r>
    </w:p>
    <w:p>
      <w:pPr>
        <w:jc w:val="right"/>
      </w:pPr>
      <w:r>
        <w:t>میسج وہ پہنچانے کا ماحول ہی ختم ہوتا تھا۔</w:t>
      </w:r>
    </w:p>
    <w:p>
      <w:r>
        <w:rPr>
          <w:b/>
        </w:rPr>
        <w:t xml:space="preserve">[55:07] </w:t>
      </w:r>
      <w:r>
        <w:t>is ke baad jab aap ne peaceful agreement kar liya aur wapas chale gaye to sare awqaf</w:t>
      </w:r>
    </w:p>
    <w:p>
      <w:pPr>
        <w:jc w:val="right"/>
      </w:pPr>
      <w:r>
        <w:t>اس کے بعد جب آپ نے پیس فل ایگریمنٹ کر لیا اور واپس چلے گئے تو سارے مواقع</w:t>
      </w:r>
    </w:p>
    <w:p>
      <w:r>
        <w:rPr>
          <w:b/>
        </w:rPr>
        <w:t xml:space="preserve">[55:15] </w:t>
      </w:r>
      <w:r>
        <w:t>jo hain khul gaye, yani ladai karne mein awqaf band hote the aur peaceful agreement mein awqaf</w:t>
      </w:r>
    </w:p>
    <w:p>
      <w:pPr>
        <w:jc w:val="right"/>
      </w:pPr>
      <w:r>
        <w:t>جو ہیں کھل گئے، یعنی لڑائی کرنے میں مواقع بند ہوتے تھے اور پیس فل ایگریمنٹ میں مواقع</w:t>
      </w:r>
    </w:p>
    <w:p>
      <w:r>
        <w:rPr>
          <w:b/>
        </w:rPr>
        <w:t xml:space="preserve">[55:23] </w:t>
      </w:r>
      <w:r>
        <w:t>khul gaye.</w:t>
      </w:r>
    </w:p>
    <w:p>
      <w:pPr>
        <w:jc w:val="right"/>
      </w:pPr>
      <w:r>
        <w:t>کھل گئے۔</w:t>
      </w:r>
    </w:p>
    <w:p>
      <w:r>
        <w:rPr>
          <w:b/>
        </w:rPr>
        <w:t xml:space="preserve">[55:24] </w:t>
      </w:r>
      <w:r>
        <w:t>to ek ek ek ek muhaddis ne likha hai ke is ke baad kya hua? Sirat Ibn Kathir</w:t>
      </w:r>
    </w:p>
    <w:p>
      <w:pPr>
        <w:jc w:val="right"/>
      </w:pPr>
      <w:r>
        <w:t>تو ایک ایک ایک ایک محدث نے لکھا ہے کہ اس کے بعد کیا ہوا؟ سیرت ابن کثیر</w:t>
      </w:r>
    </w:p>
    <w:p>
      <w:r>
        <w:rPr>
          <w:b/>
        </w:rPr>
        <w:t xml:space="preserve">[55:32] </w:t>
      </w:r>
      <w:r>
        <w:t>mein aap is ko parh sakte hain ya Al-Badaya wa Al-Nihaya mein parh sakte hain ke pehle aana jana</w:t>
      </w:r>
    </w:p>
    <w:p>
      <w:pPr>
        <w:jc w:val="right"/>
      </w:pPr>
      <w:r>
        <w:t>میں آپ اس کو پڑھ سکتے ہیں یا البدوائے والنہای میں پڑھ سکتے ہیں کہ پہلے آنا جانا</w:t>
      </w:r>
    </w:p>
    <w:p>
      <w:r>
        <w:rPr>
          <w:b/>
        </w:rPr>
        <w:t xml:space="preserve">[55:40] </w:t>
      </w:r>
      <w:r>
        <w:t>band tha, interaction band tha, kyunke yaani dono taraf, yaani woh tha, dono taraf, dono uth war the,</w:t>
      </w:r>
    </w:p>
    <w:p>
      <w:pPr>
        <w:jc w:val="right"/>
      </w:pPr>
      <w:r>
        <w:t>بند تھا، انٹریکشن بند تھا، کیونکہ یعنی دونوں طرف، یعنی وہ تھا، دونوں طرف، دونوں اٹھ وار تھے،</w:t>
      </w:r>
    </w:p>
    <w:p>
      <w:r>
        <w:rPr>
          <w:b/>
        </w:rPr>
        <w:t xml:space="preserve">[55:47] </w:t>
      </w:r>
      <w:r>
        <w:t>dono, yaani dono group jo tha, uth war tha.</w:t>
      </w:r>
    </w:p>
    <w:p>
      <w:pPr>
        <w:jc w:val="right"/>
      </w:pPr>
      <w:r>
        <w:t>دونوں، یعنی دونوں گروپ جو تھا، اٹھ وار تھا۔</w:t>
      </w:r>
    </w:p>
    <w:p>
      <w:r>
        <w:rPr>
          <w:b/>
        </w:rPr>
        <w:t xml:space="preserve">[55:51] </w:t>
      </w:r>
      <w:r>
        <w:t>to yeh wahan jo nahi jata tha, woh idhar nahi ate the.</w:t>
      </w:r>
    </w:p>
    <w:p>
      <w:pPr>
        <w:jc w:val="right"/>
      </w:pPr>
      <w:r>
        <w:t>تو یہ وہاں جو نہیں جاتا تھا، وہ ادھر نہیں آتے تھے۔</w:t>
      </w:r>
    </w:p>
    <w:p>
      <w:r>
        <w:rPr>
          <w:b/>
        </w:rPr>
        <w:t xml:space="preserve">[55:56] </w:t>
      </w:r>
      <w:r>
        <w:t>jab dono uth war hon to kaise jayenge? Lekin jab yeh hoga agreement ke koi kisi ko</w:t>
      </w:r>
    </w:p>
    <w:p>
      <w:pPr>
        <w:jc w:val="right"/>
      </w:pPr>
      <w:r>
        <w:t>جب دونوں اٹھ وار ہوں تو کیسے جائیں گے؟ لیکن جب یہ ہوگا ایگریمنٹ کہ کوئی کسی کو</w:t>
      </w:r>
    </w:p>
    <w:p>
      <w:r>
        <w:rPr>
          <w:b/>
        </w:rPr>
        <w:t xml:space="preserve">[56:04] </w:t>
      </w:r>
      <w:r>
        <w:t>marega nahi, koi kisi ko par talwar nahi chalayega, to peaceful interaction shuru hoga.</w:t>
      </w:r>
    </w:p>
    <w:p>
      <w:pPr>
        <w:jc w:val="right"/>
      </w:pPr>
      <w:r>
        <w:t>مارے گا نہیں، کوئی کسی کو پر تلوار نہیں چلائے گا، تو پیس فل انٹریکشن شروع ہوگا۔</w:t>
      </w:r>
    </w:p>
    <w:p>
      <w:r>
        <w:rPr>
          <w:b/>
        </w:rPr>
        <w:t xml:space="preserve">[56:11] </w:t>
      </w:r>
      <w:r>
        <w:t>khoob log idhar gaye, idhar gaye, idhar gaye, idhar gaye.</w:t>
      </w:r>
    </w:p>
    <w:p>
      <w:pPr>
        <w:jc w:val="right"/>
      </w:pPr>
      <w:r>
        <w:t>خوب لوگ ادھر گئے، ادھر گئے، ادھر گئے، ادھر گئے۔</w:t>
      </w:r>
    </w:p>
    <w:p>
      <w:r>
        <w:rPr>
          <w:b/>
        </w:rPr>
        <w:t xml:space="preserve">[56:16] </w:t>
      </w:r>
      <w:r>
        <w:t>to unhon ne likha hai ke peaceful interaction ki wajah se Islam zyada tar phail gaya.</w:t>
      </w:r>
    </w:p>
    <w:p>
      <w:pPr>
        <w:jc w:val="right"/>
      </w:pPr>
      <w:r>
        <w:t>تو انہوں نے لکھا ہے کہ پیس فل انٹریکشن کی وجہ سے اسلام زیادہ تر پھیل گیا۔</w:t>
      </w:r>
    </w:p>
    <w:p>
      <w:r>
        <w:rPr>
          <w:b/>
        </w:rPr>
        <w:t xml:space="preserve">[56:23] </w:t>
      </w:r>
      <w:r>
        <w:t>yeh ghaleban Ibn Shihab al-Zuhri ne likha hai, yeh yeh Sirat Ibn Kathir mein.</w:t>
      </w:r>
    </w:p>
    <w:p>
      <w:pPr>
        <w:jc w:val="right"/>
      </w:pPr>
      <w:r>
        <w:t>یہ غالباً ابن شہاب زہری نے لکھا ہے، یہ یہ سیرت ابن کثیر میں۔</w:t>
      </w:r>
    </w:p>
    <w:p>
      <w:r>
        <w:rPr>
          <w:b/>
        </w:rPr>
        <w:t xml:space="preserve">[56:29] </w:t>
      </w:r>
      <w:r>
        <w:t>aur bilkul sahi baat hai ke Hudaybiyyah se pehle interaction ruka hua tha, kyunke war ke halaat the.</w:t>
      </w:r>
    </w:p>
    <w:p>
      <w:pPr>
        <w:jc w:val="right"/>
      </w:pPr>
      <w:r>
        <w:t>اور بالکل صحیح بات ہے کہ حدیبیہ سے پہلے انٹریکشن رکا ہوا تھا، کیونکہ وار کے حالات تھے۔</w:t>
      </w:r>
    </w:p>
    <w:p>
      <w:r>
        <w:rPr>
          <w:b/>
        </w:rPr>
        <w:t xml:space="preserve">[56:37] </w:t>
      </w:r>
      <w:r>
        <w:t>Hudaybiyyah ke baad jab peace ke halaat ho gaye to interaction barh gaya, to interaction barh gaya, dawah</w:t>
      </w:r>
    </w:p>
    <w:p>
      <w:pPr>
        <w:jc w:val="right"/>
      </w:pPr>
      <w:r>
        <w:t>حدیبیہ کے بعد جب پیس کے حالات ہو گئے تو انٹریکشن بڑھ گیا، تو انٹریکشن بڑھ گیا، دعوت</w:t>
      </w:r>
    </w:p>
    <w:p>
      <w:r>
        <w:rPr>
          <w:b/>
        </w:rPr>
        <w:t xml:space="preserve">[56:44] </w:t>
      </w:r>
      <w:r>
        <w:t>barh gayi.</w:t>
      </w:r>
    </w:p>
    <w:p>
      <w:pPr>
        <w:jc w:val="right"/>
      </w:pPr>
      <w:r>
        <w:t>بڑھ گئی۔</w:t>
      </w:r>
    </w:p>
    <w:p>
      <w:r>
        <w:rPr>
          <w:b/>
        </w:rPr>
        <w:t xml:space="preserve">[56:46] </w:t>
      </w:r>
      <w:r>
        <w:t>interaction hi se dawah hoti hai.</w:t>
      </w:r>
    </w:p>
    <w:p>
      <w:pPr>
        <w:jc w:val="right"/>
      </w:pPr>
      <w:r>
        <w:t>انٹریکشن ہی سے دعوت ہوتی ہے۔</w:t>
      </w:r>
    </w:p>
    <w:p>
      <w:r>
        <w:rPr>
          <w:b/>
        </w:rPr>
        <w:t xml:space="preserve">[56:48] </w:t>
      </w:r>
      <w:r>
        <w:t>to ghaleban Ibn Shihab al-Zuhri ki baat yeh hai aur bohat sahi baat hai.</w:t>
      </w:r>
    </w:p>
    <w:p>
      <w:pPr>
        <w:jc w:val="right"/>
      </w:pPr>
      <w:r>
        <w:t>تو غالباً ابن شہاب زہری کی بات یہ ہے اور بہت صحیح بات ہے۔</w:t>
      </w:r>
    </w:p>
    <w:p>
      <w:r>
        <w:rPr>
          <w:b/>
        </w:rPr>
        <w:t xml:space="preserve">[56:54] </w:t>
      </w:r>
      <w:r>
        <w:t>Maulana, agla sawal Dhampur se Mahtab Sahab ne kiya hai aur unhon ne likha hai ke: "Maulana Sahab,</w:t>
      </w:r>
    </w:p>
    <w:p>
      <w:pPr>
        <w:jc w:val="right"/>
      </w:pPr>
      <w:r>
        <w:t>مولانا، اگلا سوال دھامپور سے مہتاب صاحب نے کیا ہے اور انہوں نے لکھا ہے کہ: "مولانا صاحب،</w:t>
      </w:r>
    </w:p>
    <w:p>
      <w:r>
        <w:rPr>
          <w:b/>
        </w:rPr>
        <w:t xml:space="preserve">[57:02] </w:t>
      </w:r>
      <w:r>
        <w:t>aap ne jo hadith bayan ki hai ke aqal chhin jayegi, is ka matlab yeh bhi to</w:t>
      </w:r>
    </w:p>
    <w:p>
      <w:pPr>
        <w:jc w:val="right"/>
      </w:pPr>
      <w:r>
        <w:t>آپ نے جو حدیث بیان کی ہے کہ عقل چھن جائے گی، اس کا مطلب یہ بھی تو</w:t>
      </w:r>
    </w:p>
    <w:p>
      <w:r>
        <w:rPr>
          <w:b/>
        </w:rPr>
        <w:t xml:space="preserve">[57:10] </w:t>
      </w:r>
      <w:r>
        <w:t>ho sakta hai ke leader aur ulama par mafad parasti havi ho jayegi, kyunke woh apne niji</w:t>
      </w:r>
    </w:p>
    <w:p>
      <w:pPr>
        <w:jc w:val="right"/>
      </w:pPr>
      <w:r>
        <w:t>ہو سکتا ہے کہ لیڈر اور علماء پر مفاد پرستی حاوی ہو جائے گی، کیونکہ وہ اپنے نجی</w:t>
      </w:r>
    </w:p>
    <w:p>
      <w:r>
        <w:rPr>
          <w:b/>
        </w:rPr>
        <w:t xml:space="preserve">[57:17] </w:t>
      </w:r>
      <w:r>
        <w:t>muamlat mein to bohat aqal se kaam lete hain." Haan, bilkul sahi kaha aap ne, bohat hi sahi</w:t>
      </w:r>
    </w:p>
    <w:p>
      <w:pPr>
        <w:jc w:val="right"/>
      </w:pPr>
      <w:r>
        <w:t>معاملات میں تو بہت عقل سے کام لیتے ہیں۔" ہاں، بالکل صحیح کہا آپ نے، بہت ہی صحیح</w:t>
      </w:r>
    </w:p>
    <w:p>
      <w:r>
        <w:rPr>
          <w:b/>
        </w:rPr>
        <w:t xml:space="preserve">[57:25] </w:t>
      </w:r>
      <w:r>
        <w:t>baat hai, bohat sahi baat hai.</w:t>
      </w:r>
    </w:p>
    <w:p>
      <w:pPr>
        <w:jc w:val="right"/>
      </w:pPr>
      <w:r>
        <w:t>بات ہے، بہت صحیح بات ہے۔</w:t>
      </w:r>
    </w:p>
    <w:p>
      <w:r>
        <w:rPr>
          <w:b/>
        </w:rPr>
        <w:t xml:space="preserve">[57:28] </w:t>
      </w:r>
      <w:r>
        <w:t>Jazakumullah.</w:t>
      </w:r>
    </w:p>
    <w:p>
      <w:pPr>
        <w:jc w:val="right"/>
      </w:pPr>
      <w:r>
        <w:t>جزاکم اللہ۔</w:t>
      </w:r>
    </w:p>
    <w:p>
      <w:r>
        <w:rPr>
          <w:b/>
        </w:rPr>
        <w:t xml:space="preserve">[57:29] </w:t>
      </w:r>
      <w:r>
        <w:t>Maulana, agla sawal Mr. Ajay Dwivedi ne kiya hai Delhi se aur unhon ne aap se poocha hai</w:t>
      </w:r>
    </w:p>
    <w:p>
      <w:pPr>
        <w:jc w:val="right"/>
      </w:pPr>
      <w:r>
        <w:t>مولانا، اگلا سوال مسٹر اجے دیویدی نے کیا ہے دلی سے اور انہوں نے آپ سے پوچھا ہے</w:t>
      </w:r>
    </w:p>
    <w:p>
      <w:r>
        <w:rPr>
          <w:b/>
        </w:rPr>
        <w:t xml:space="preserve">[57:37] </w:t>
      </w:r>
      <w:r>
        <w:t>کہ: "The Prophet had once said that fear of God is the source of wisdom." مولانا صاحب، کائنڈلی</w:t>
      </w:r>
    </w:p>
    <w:p>
      <w:pPr>
        <w:jc w:val="right"/>
      </w:pPr>
      <w:r>
        <w:t>کہ: "دی پرافٹ ہیڈ ونس سیڈ دیٹ فیئر آف گاڈ از دی سورس آف وزڈم۔" مولانا صاحب، کائنڈلی</w:t>
      </w:r>
    </w:p>
    <w:p>
      <w:r>
        <w:rPr>
          <w:b/>
        </w:rPr>
        <w:t xml:space="preserve">[57:45] </w:t>
      </w:r>
      <w:r>
        <w:t>explain this saying of the Prophet.</w:t>
      </w:r>
    </w:p>
    <w:p>
      <w:pPr>
        <w:jc w:val="right"/>
      </w:pPr>
      <w:r>
        <w:t>ایکسپلین دس سینگ آف دا پرافٹ۔</w:t>
      </w:r>
    </w:p>
    <w:p>
      <w:r>
        <w:rPr>
          <w:b/>
        </w:rPr>
        <w:t xml:space="preserve">[57:47] </w:t>
      </w:r>
      <w:r>
        <w:t>Haan, woh hadith hai: "Rusl hikmat makawat Allah." Dekhein, is ka matlab yeh hai ke jab Allah ka</w:t>
      </w:r>
    </w:p>
    <w:p>
      <w:pPr>
        <w:jc w:val="right"/>
      </w:pPr>
      <w:r>
        <w:t>ہاں، وہ حدیث ہے: "رسل حکمت مکاوت اللہ۔" دیکھیں، اس کا مطلب یہ ہے کہ جب اللہ کا</w:t>
      </w:r>
    </w:p>
    <w:p>
      <w:r>
        <w:rPr>
          <w:b/>
        </w:rPr>
        <w:t xml:space="preserve">[57:55] </w:t>
      </w:r>
      <w:r>
        <w:t>dar hoga to aadmi ke andar modesty aayegi, woh criticize ho jayega, woh as it is</w:t>
      </w:r>
    </w:p>
    <w:p>
      <w:pPr>
        <w:jc w:val="right"/>
      </w:pPr>
      <w:r>
        <w:t>ڈر ہوگا تو آدمی کے اندر ماڈسٹری آئے گی، وہ کریٹیسائز ہو جائے گا، وہ ایز اٹ از</w:t>
      </w:r>
    </w:p>
    <w:p>
      <w:r>
        <w:rPr>
          <w:b/>
        </w:rPr>
        <w:t xml:space="preserve">[58:03] </w:t>
      </w:r>
      <w:r>
        <w:t>sochne ka is ke andar yani paida ho jayega, as it is sochne lagega.</w:t>
      </w:r>
    </w:p>
    <w:p>
      <w:pPr>
        <w:jc w:val="right"/>
      </w:pPr>
      <w:r>
        <w:t>سوچنے کا اس کے اندر یعنی پیدا ہو جائے گا، ایز اٹ از سوچنے لگے گا۔</w:t>
      </w:r>
    </w:p>
    <w:p>
      <w:r>
        <w:rPr>
          <w:b/>
        </w:rPr>
        <w:t xml:space="preserve">[58:10] </w:t>
      </w:r>
      <w:r>
        <w:t>jab dar hoga Allah ki pakar ka to sochega ke main agar galat baat kahunga to</w:t>
      </w:r>
    </w:p>
    <w:p>
      <w:pPr>
        <w:jc w:val="right"/>
      </w:pPr>
      <w:r>
        <w:t>جب ڈر ہوگا اللہ کی پکڑ کا تو سوچے گا کہ میں اگر غلط بات کہوں گا تو</w:t>
      </w:r>
    </w:p>
    <w:p>
      <w:r>
        <w:rPr>
          <w:b/>
        </w:rPr>
        <w:t xml:space="preserve">[58:17] </w:t>
      </w:r>
      <w:r>
        <w:t>galat baat sochunga to Allah ki pakar ho jayegi.</w:t>
      </w:r>
    </w:p>
    <w:p>
      <w:pPr>
        <w:jc w:val="right"/>
      </w:pPr>
      <w:r>
        <w:t>غلط بات سوچوں گا تو اللہ کی پکڑ ہو جائے گی۔</w:t>
      </w:r>
    </w:p>
    <w:p>
      <w:r>
        <w:rPr>
          <w:b/>
        </w:rPr>
        <w:t xml:space="preserve">[58:22] </w:t>
      </w:r>
      <w:r>
        <w:t>to Allah ka dar aadmi ko right thinking, right speaking wala banata hai, kyunke criticize jo ho chuka</w:t>
      </w:r>
    </w:p>
    <w:p>
      <w:pPr>
        <w:jc w:val="right"/>
      </w:pPr>
      <w:r>
        <w:t>تو اللہ کا ڈر آدمی کو رائٹ تھنکنگ، رائٹ سپیکنگ والا بناتا ہے، کیونکہ کریٹیسائز جو ہو چکا</w:t>
      </w:r>
    </w:p>
    <w:p>
      <w:r>
        <w:rPr>
          <w:b/>
        </w:rPr>
        <w:t xml:space="preserve">[58:30] </w:t>
      </w:r>
      <w:r>
        <w:t>hoga, woh woh woh kya kare? Yahi karega.</w:t>
      </w:r>
    </w:p>
    <w:p>
      <w:pPr>
        <w:jc w:val="right"/>
      </w:pPr>
      <w:r>
        <w:t>ہو، وہ وہ وہ کیا کرے؟ یہی کرے گا۔</w:t>
      </w:r>
    </w:p>
    <w:p>
      <w:r>
        <w:rPr>
          <w:b/>
        </w:rPr>
        <w:t xml:space="preserve">[58:34] </w:t>
      </w:r>
      <w:r>
        <w:t>woh to Allah ka dar aadmi ko criticize banata hai aur criticize jab ban gaya aadmi to is</w:t>
      </w:r>
    </w:p>
    <w:p>
      <w:pPr>
        <w:jc w:val="right"/>
      </w:pPr>
      <w:r>
        <w:t>وہ تو اللہ کا ڈر آدمی کو کریٹیسائز بناتا ہے اور کریٹیسائز جب بن گیا آدمی تو اس</w:t>
      </w:r>
    </w:p>
    <w:p>
      <w:r>
        <w:rPr>
          <w:b/>
        </w:rPr>
        <w:t xml:space="preserve">[58:41] </w:t>
      </w:r>
      <w:r>
        <w:t>ke andar right thinking aa jati hai.</w:t>
      </w:r>
    </w:p>
    <w:p>
      <w:pPr>
        <w:jc w:val="right"/>
      </w:pPr>
      <w:r>
        <w:t>کے اندر رائٹ تھنکنگ آ جاتی ہے۔</w:t>
      </w:r>
    </w:p>
    <w:p>
      <w:r>
        <w:rPr>
          <w:b/>
        </w:rPr>
        <w:t xml:space="preserve">[58:44] </w:t>
      </w:r>
      <w:r>
        <w:t>woh afford nahi kar sakta ke woh galat thinking is ke andar ho.</w:t>
      </w:r>
    </w:p>
    <w:p>
      <w:pPr>
        <w:jc w:val="right"/>
      </w:pPr>
      <w:r>
        <w:t>وہ افورڈ نہیں کر سکتا کہ وہ غلط تھنکنگ اس کے اندر ہو۔</w:t>
      </w:r>
    </w:p>
    <w:p>
      <w:r>
        <w:rPr>
          <w:b/>
        </w:rPr>
        <w:t xml:space="preserve">[58:50] </w:t>
      </w:r>
      <w:r>
        <w:t>isi ka naam wisdom hai.</w:t>
      </w:r>
    </w:p>
    <w:p>
      <w:pPr>
        <w:jc w:val="right"/>
      </w:pPr>
      <w:r>
        <w:t>اسی کا نام وزڈم ہے۔</w:t>
      </w:r>
    </w:p>
    <w:p>
      <w:r>
        <w:rPr>
          <w:b/>
        </w:rPr>
        <w:t xml:space="preserve">[58:52] </w:t>
      </w:r>
      <w:r>
        <w:t>right thinking ke doosra naam wisdom hai.</w:t>
      </w:r>
    </w:p>
    <w:p>
      <w:pPr>
        <w:jc w:val="right"/>
      </w:pPr>
      <w:r>
        <w:t>رائٹ تھنکنگ کے دوسرا نام وزڈم ہے۔</w:t>
      </w:r>
    </w:p>
    <w:p>
      <w:r>
        <w:rPr>
          <w:b/>
        </w:rPr>
        <w:t xml:space="preserve">[58:55] </w:t>
      </w:r>
      <w:r>
        <w:t>Maulana, agla sawal Lucknow se kya hai Danish Fazal Sahab ne aur unhone likha hai ke: "What</w:t>
      </w:r>
    </w:p>
    <w:p>
      <w:pPr>
        <w:jc w:val="right"/>
      </w:pPr>
      <w:r>
        <w:t>مولانا، اگلا سوال لکھنو سے کیا ہے دانش فضل صاحب نے اور انہوں نے لکھا ہے کہ: "واٹ</w:t>
      </w:r>
    </w:p>
    <w:p>
      <w:r>
        <w:rPr>
          <w:b/>
        </w:rPr>
        <w:t xml:space="preserve">[59:03] </w:t>
      </w:r>
      <w:r>
        <w:t>is the actual meaning of amal saleh? Kindly explain it with an example." Accha, dekhen, amal saleh ka</w:t>
      </w:r>
    </w:p>
    <w:p>
      <w:pPr>
        <w:jc w:val="right"/>
      </w:pPr>
      <w:r>
        <w:t>از دی ایکچول میننگ آف عمل صالح؟ کائنڈلی ایکسپلین اٹ ود این ایگزیمپل۔" اچھا، دیکھیں، عمل صالح کا</w:t>
      </w:r>
    </w:p>
    <w:p>
      <w:r>
        <w:rPr>
          <w:b/>
        </w:rPr>
        <w:t xml:space="preserve">[59:10] </w:t>
      </w:r>
      <w:r>
        <w:t>matlab hai iman ke mutabiq amal.</w:t>
      </w:r>
    </w:p>
    <w:p>
      <w:pPr>
        <w:jc w:val="right"/>
      </w:pPr>
      <w:r>
        <w:t>مطلب ہے ایمان کے مطابق عمل۔</w:t>
      </w:r>
    </w:p>
    <w:p>
      <w:r>
        <w:rPr>
          <w:b/>
        </w:rPr>
        <w:t xml:space="preserve">[59:13] </w:t>
      </w:r>
      <w:r>
        <w:t>iman ke mutabiq amal.</w:t>
      </w:r>
    </w:p>
    <w:p>
      <w:pPr>
        <w:jc w:val="right"/>
      </w:pPr>
      <w:r>
        <w:t>ایمان کے مطابق عمل۔</w:t>
      </w:r>
    </w:p>
    <w:p>
      <w:r>
        <w:rPr>
          <w:b/>
        </w:rPr>
        <w:t xml:space="preserve">[59:15] </w:t>
      </w:r>
      <w:r>
        <w:t>accha, iman mein kya kya shamil hai? Iman mein shamil yeh hai ke aap aakhirat ko manen ya</w:t>
      </w:r>
    </w:p>
    <w:p>
      <w:pPr>
        <w:jc w:val="right"/>
      </w:pPr>
      <w:r>
        <w:t>اچھا، ایمان میں کیا کیا شامل ہے؟ ایمان میں شامل یہ ہے کہ آپ آخرت کو مانیں یا</w:t>
      </w:r>
    </w:p>
    <w:p>
      <w:r>
        <w:rPr>
          <w:b/>
        </w:rPr>
        <w:t xml:space="preserve">[59:22] </w:t>
      </w:r>
      <w:r>
        <w:t>manen ke aakhirat mein har ek ka hisab kitab hoga.</w:t>
      </w:r>
    </w:p>
    <w:p>
      <w:pPr>
        <w:jc w:val="right"/>
      </w:pPr>
      <w:r>
        <w:t>مانیں کہ آخرت میں ہر ایک کا حساب کتاب ہوگا۔</w:t>
      </w:r>
    </w:p>
    <w:p>
      <w:r>
        <w:rPr>
          <w:b/>
        </w:rPr>
        <w:t xml:space="preserve">[59:27] </w:t>
      </w:r>
      <w:r>
        <w:t>to agar aap is ko manenge to aap ke andar kya paida hogi? Aakhirat oriented thinking, dunya</w:t>
      </w:r>
    </w:p>
    <w:p>
      <w:pPr>
        <w:jc w:val="right"/>
      </w:pPr>
      <w:r>
        <w:t>تو اگر آپ اس کو مانیں گے تو آپ کے اندر کیا پیدا ہوگی؟ آخرت اورینٹڈ تھنکنگ، دنیا</w:t>
      </w:r>
    </w:p>
    <w:p>
      <w:r>
        <w:rPr>
          <w:b/>
        </w:rPr>
        <w:t xml:space="preserve">[59:34] </w:t>
      </w:r>
      <w:r>
        <w:t>oriented khatam ho jayegi.</w:t>
      </w:r>
    </w:p>
    <w:p>
      <w:pPr>
        <w:jc w:val="right"/>
      </w:pPr>
      <w:r>
        <w:t>اورینٹڈ ختم ہو جائے گی۔</w:t>
      </w:r>
    </w:p>
    <w:p>
      <w:r>
        <w:rPr>
          <w:b/>
        </w:rPr>
        <w:t xml:space="preserve">[59:37] </w:t>
      </w:r>
      <w:r>
        <w:t>iman ka taqaza yeh hoga ke dunya oriented thinking khatam ho jaye aur aakhirat oriented thinking aa jaye.</w:t>
      </w:r>
    </w:p>
    <w:p>
      <w:pPr>
        <w:jc w:val="right"/>
      </w:pPr>
      <w:r>
        <w:t>ایمان کا تقاضا یہ ہوگا کہ دنیا اورینٹڈ تھنکنگ ختم ہو جائے اور آخرت اورینٹڈ تھنکنگ آ جائے۔</w:t>
      </w:r>
    </w:p>
    <w:p>
      <w:r>
        <w:rPr>
          <w:b/>
        </w:rPr>
        <w:t xml:space="preserve">[59:44] </w:t>
      </w:r>
      <w:r>
        <w:t>yahi to amal saleh hai.</w:t>
      </w:r>
    </w:p>
    <w:p>
      <w:pPr>
        <w:jc w:val="right"/>
      </w:pPr>
      <w:r>
        <w:t>یہی تو عمل صالح ہے۔</w:t>
      </w:r>
    </w:p>
    <w:p>
      <w:r>
        <w:rPr>
          <w:b/>
        </w:rPr>
        <w:t xml:space="preserve">[59:46] </w:t>
      </w:r>
      <w:r>
        <w:t>jab aakhirat aap ke ka concern ban jayegi aap ki to sara amal aap ka theek ho</w:t>
      </w:r>
    </w:p>
    <w:p>
      <w:pPr>
        <w:jc w:val="right"/>
      </w:pPr>
      <w:r>
        <w:t>جب آخرت آپ کے کا کنسرن بن جائے گی آپ کی تو سارا عمل آپ کا ٹھیک ہو</w:t>
      </w:r>
    </w:p>
    <w:p>
      <w:r>
        <w:rPr>
          <w:b/>
        </w:rPr>
        <w:t xml:space="preserve">[59:54] </w:t>
      </w:r>
      <w:r>
        <w:t>jayega aur jab aap ka concern dunya hoti hai to phir aap ka sara amal bigad jata</w:t>
      </w:r>
    </w:p>
    <w:p>
      <w:pPr>
        <w:jc w:val="right"/>
      </w:pPr>
      <w:r>
        <w:t>جائے گا اور جب آپ کا کنسرن دنیا ہوتی ہے تو پھر آپ کا سارا عمل بگڑ جاتا</w:t>
      </w:r>
    </w:p>
    <w:p>
      <w:r>
        <w:rPr>
          <w:b/>
        </w:rPr>
        <w:t xml:space="preserve">[1:00:02]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[1:00:03] </w:t>
      </w:r>
      <w:r>
        <w:t>to amal saleh ka matlab hota hai iman ke mutabiq amal aur jab aap iman ke mutabiq amal</w:t>
      </w:r>
    </w:p>
    <w:p>
      <w:pPr>
        <w:jc w:val="right"/>
      </w:pPr>
      <w:r>
        <w:t>تو عمل صالح کا مطلب ہوتا ہے ایمان کے مطابق عمل اور جب آپ ایمان کے مطابق عمل</w:t>
      </w:r>
    </w:p>
    <w:p>
      <w:r>
        <w:rPr>
          <w:b/>
        </w:rPr>
        <w:t xml:space="preserve">[1:00:11] </w:t>
      </w:r>
      <w:r>
        <w:t>karenge to har cheez aap ki durust ho jayegi.</w:t>
      </w:r>
    </w:p>
    <w:p>
      <w:pPr>
        <w:jc w:val="right"/>
      </w:pPr>
      <w:r>
        <w:t>کریں گے تو ہر چیز آپ کی درست ہو جائے گی۔</w:t>
      </w:r>
    </w:p>
    <w:p>
      <w:r>
        <w:rPr>
          <w:b/>
        </w:rPr>
        <w:t xml:space="preserve">[1:00:16] </w:t>
      </w:r>
      <w:r>
        <w:t>maulana, agla sawal doctor farida khanoom ne kiya hai dilli se.</w:t>
      </w:r>
    </w:p>
    <w:p>
      <w:pPr>
        <w:jc w:val="right"/>
      </w:pPr>
      <w:r>
        <w:t>مولانا، اگلا سوال ڈاکٹر فریدہ خانم نے کیا ہے دلی سے۔</w:t>
      </w:r>
    </w:p>
    <w:p>
      <w:r>
        <w:rPr>
          <w:b/>
        </w:rPr>
        <w:t xml:space="preserve">[1:00:20] </w:t>
      </w:r>
      <w:r>
        <w:t>انہوں نے لکھا ہے: "Once during the course of conversation, I said to one Muslim leader that when</w:t>
      </w:r>
    </w:p>
    <w:p>
      <w:pPr>
        <w:jc w:val="right"/>
      </w:pPr>
      <w:r>
        <w:t>انہوں نے لکھا ہے: "ونس ڈیورنگ دا کورس آف کانورسیشن، آئی سیڈ ٹو ون مسلم لیڈر دیٹ وین</w:t>
      </w:r>
    </w:p>
    <w:p>
      <w:r>
        <w:rPr>
          <w:b/>
        </w:rPr>
        <w:t xml:space="preserve">[1:00:28] </w:t>
      </w:r>
      <w:r>
        <w:t>The Prophet saw that the battles are futile, so far as result is concerned, so he entered into</w:t>
      </w:r>
    </w:p>
    <w:p>
      <w:pPr>
        <w:jc w:val="right"/>
      </w:pPr>
      <w:r>
        <w:t>دا پرافٹ ساؤ دیٹ دا بیٹلز آر فیوٹائل، سو فار ایز رزلٹ از کنسرن، سو ہی انٹرڈ انٹو</w:t>
      </w:r>
    </w:p>
    <w:p>
      <w:r>
        <w:rPr>
          <w:b/>
        </w:rPr>
        <w:t xml:space="preserve">[1:00:36] </w:t>
      </w:r>
      <w:r>
        <w:t>a peace treaty that is sulah hudaybiyah.</w:t>
      </w:r>
    </w:p>
    <w:p>
      <w:pPr>
        <w:jc w:val="right"/>
      </w:pPr>
      <w:r>
        <w:t>ا پیس ٹریٹی دیٹ از صلح حدیبیہ۔</w:t>
      </w:r>
    </w:p>
    <w:p>
      <w:r>
        <w:rPr>
          <w:b/>
        </w:rPr>
        <w:t xml:space="preserve">[1:00:39] </w:t>
      </w:r>
      <w:r>
        <w:t>deen da leader dead not think for a moment, he immediately reacted that in islam fatah makkah</w:t>
      </w:r>
    </w:p>
    <w:p>
      <w:pPr>
        <w:jc w:val="right"/>
      </w:pPr>
      <w:r>
        <w:t>دین دا لیڈر ڈیڈ ناٹ تھنک فار ا مومنٹ، ہی امیڈیٹلی ری ایکٹڈ دیٹ ان اسلام فتح مکہ</w:t>
      </w:r>
    </w:p>
    <w:p>
      <w:r>
        <w:rPr>
          <w:b/>
        </w:rPr>
        <w:t xml:space="preserve">[1:00:47] </w:t>
      </w:r>
      <w:r>
        <w:t>بھی تو ہے۔" مولانا، why is this that people respond in such a way when they are given</w:t>
      </w:r>
    </w:p>
    <w:p>
      <w:pPr>
        <w:jc w:val="right"/>
      </w:pPr>
      <w:r>
        <w:t>بھی تو ہے۔" مولانا، وائی از دس دیٹ پیپل ریسپانڈ ان سچ اے وے وین دے آر گیون</w:t>
      </w:r>
    </w:p>
    <w:p>
      <w:r>
        <w:rPr>
          <w:b/>
        </w:rPr>
        <w:t xml:space="preserve">[1:00:54] </w:t>
      </w:r>
      <w:r>
        <w:t>the example of peace treaties and the peace methods followed by the Prophet of Islam? Ab dekhen, yahi to</w:t>
      </w:r>
    </w:p>
    <w:p>
      <w:pPr>
        <w:jc w:val="right"/>
      </w:pPr>
      <w:r>
        <w:t>دی ایگزیمپل آف پیس ٹریٹیز اینڈ دی پیس میتھڈز فالوڈ بائے پرافٹ آف اسلام؟ اب دیکھیں، یہی تو</w:t>
      </w:r>
    </w:p>
    <w:p>
      <w:r>
        <w:rPr>
          <w:b/>
        </w:rPr>
        <w:t xml:space="preserve">[1:01:02] </w:t>
      </w:r>
      <w:r>
        <w:t>be aqli hai, be aqli hai yeh.</w:t>
      </w:r>
    </w:p>
    <w:p>
      <w:pPr>
        <w:jc w:val="right"/>
      </w:pPr>
      <w:r>
        <w:t>بے عقلی ہے، بے عقلی ہے یہ۔</w:t>
      </w:r>
    </w:p>
    <w:p>
      <w:r>
        <w:rPr>
          <w:b/>
        </w:rPr>
        <w:t xml:space="preserve">[1:01:05] </w:t>
      </w:r>
      <w:r>
        <w:t>fatah makkah kaise hui thi? pehle sulah hudaybiyah hui yani unilateral tor par jang band ki gayi aur</w:t>
      </w:r>
    </w:p>
    <w:p>
      <w:pPr>
        <w:jc w:val="right"/>
      </w:pPr>
      <w:r>
        <w:t>فتح مکہ کیسے ہوئی تھی؟ پہلے صلح حدیبیہ ہوئی یعنی یونائیٹرل طور پر جنگ بند کی گئی اور</w:t>
      </w:r>
    </w:p>
    <w:p>
      <w:r>
        <w:rPr>
          <w:b/>
        </w:rPr>
        <w:t xml:space="preserve">[1:01:13] </w:t>
      </w:r>
      <w:r>
        <w:t>phir peaceful halaat mein dawat ka kaam shuru hua.</w:t>
      </w:r>
    </w:p>
    <w:p>
      <w:pPr>
        <w:jc w:val="right"/>
      </w:pPr>
      <w:r>
        <w:t>پھر پیس فل حالات میں دعوت کا کام شروع ہوا۔</w:t>
      </w:r>
    </w:p>
    <w:p>
      <w:r>
        <w:rPr>
          <w:b/>
        </w:rPr>
        <w:t xml:space="preserve">[1:01:17] </w:t>
      </w:r>
      <w:r>
        <w:t>aur dawat ki wajah se kya hua? Ya'ni mass conversion hua, mass conversion to Sulah Hudaybiyah</w:t>
      </w:r>
    </w:p>
    <w:p>
      <w:pPr>
        <w:jc w:val="right"/>
      </w:pPr>
      <w:r>
        <w:t>اور دعوت کی وجہ سے کیا ہوا؟ یا فی یعنی ماس کنورژن ہوا، ماس کنورژن تو صلح حدیبیہ</w:t>
      </w:r>
    </w:p>
    <w:p>
      <w:r>
        <w:rPr>
          <w:b/>
        </w:rPr>
        <w:t xml:space="preserve">[1:01:25] </w:t>
      </w:r>
      <w:r>
        <w:t>ke nateejay mein mass conversion hua.</w:t>
      </w:r>
    </w:p>
    <w:p>
      <w:pPr>
        <w:jc w:val="right"/>
      </w:pPr>
      <w:r>
        <w:t>کے نتیجے میں ماس کنورژن ہوا۔</w:t>
      </w:r>
    </w:p>
    <w:p>
      <w:r>
        <w:rPr>
          <w:b/>
        </w:rPr>
        <w:t xml:space="preserve">[1:01:27] </w:t>
      </w:r>
      <w:r>
        <w:t>phir is ke baad kya hua ke jab tadad itni zyada ho gayi to rasool Allah sal-la-li</w:t>
      </w:r>
    </w:p>
    <w:p>
      <w:pPr>
        <w:jc w:val="right"/>
      </w:pPr>
      <w:r>
        <w:t>پھر اس کے بعد کیا ہوا کہ جب تعداد اتنی زیادہ ہو گئی تو رسول اللہ صلی اللہ</w:t>
      </w:r>
    </w:p>
    <w:p>
      <w:r>
        <w:rPr>
          <w:b/>
        </w:rPr>
        <w:t xml:space="preserve">[1:01:35] </w:t>
      </w:r>
      <w:r>
        <w:t>alaihi wasallam ne khamosh march kiya yani larai ke liye nahi, peaceful march.</w:t>
      </w:r>
    </w:p>
    <w:p>
      <w:pPr>
        <w:jc w:val="right"/>
      </w:pPr>
      <w:r>
        <w:t>علیہ وسلم نے خاموش مارچ کیا یعنی لڑائی کے لیے نہیں، پیس فل مارچ۔</w:t>
      </w:r>
    </w:p>
    <w:p>
      <w:r>
        <w:rPr>
          <w:b/>
        </w:rPr>
        <w:t xml:space="preserve">[1:01:41] </w:t>
      </w:r>
      <w:r>
        <w:t>آج کل زبان میں کہا جائے گا peaceful march.</w:t>
      </w:r>
    </w:p>
    <w:p>
      <w:pPr>
        <w:jc w:val="right"/>
      </w:pPr>
      <w:r>
        <w:t>آج کل زبان میں کہا جائے گا پیس فل مارچ۔</w:t>
      </w:r>
    </w:p>
    <w:p>
      <w:r>
        <w:rPr>
          <w:b/>
        </w:rPr>
        <w:t xml:space="preserve">[1:01:45] </w:t>
      </w:r>
      <w:r>
        <w:t>madina se nikal kar ke aap ne pohanchay wahan par, us waqt aap ke sath das hazar aadmi</w:t>
      </w:r>
    </w:p>
    <w:p>
      <w:pPr>
        <w:jc w:val="right"/>
      </w:pPr>
      <w:r>
        <w:t>مدینہ سے نکل کر کے آپ نے پہنچے وہاں پر، اس وقت آپ کے ساتھ دس ہزار آدمی</w:t>
      </w:r>
    </w:p>
    <w:p>
      <w:r>
        <w:rPr>
          <w:b/>
        </w:rPr>
        <w:t xml:space="preserve">[1:01:53] </w:t>
      </w:r>
      <w:r>
        <w:t>the, das hazar.</w:t>
      </w:r>
    </w:p>
    <w:p>
      <w:pPr>
        <w:jc w:val="right"/>
      </w:pPr>
      <w:r>
        <w:t>تھے، دس ہزار۔</w:t>
      </w:r>
    </w:p>
    <w:p>
      <w:r>
        <w:rPr>
          <w:b/>
        </w:rPr>
        <w:t xml:space="preserve">[1:01:55] </w:t>
      </w:r>
      <w:r>
        <w:t>to jab wahan jo leader the makkah ke, us waqt jab un ko yeh pata chala ke Muhammad</w:t>
      </w:r>
    </w:p>
    <w:p>
      <w:pPr>
        <w:jc w:val="right"/>
      </w:pPr>
      <w:r>
        <w:t>تو جب وہاں جو لیڈر تھے مکہ کے، اس وقت جب ان کو یہ پتہ چلا کہ محمد</w:t>
      </w:r>
    </w:p>
    <w:p>
      <w:r>
        <w:rPr>
          <w:b/>
        </w:rPr>
        <w:t xml:space="preserve">[1:02:02] </w:t>
      </w:r>
      <w:r>
        <w:t>das hazar aadmiyon ke sath aaye hain to unhon ne kaha ke darwaza band kar lo apna, hum</w:t>
      </w:r>
    </w:p>
    <w:p>
      <w:pPr>
        <w:jc w:val="right"/>
      </w:pPr>
      <w:r>
        <w:t>دس ہزار آدمیوں کے ساتھ آئے ہیں تو انہوں نے کہا کہ دروازہ بند کر لو اپنا، ہم</w:t>
      </w:r>
    </w:p>
    <w:p>
      <w:r>
        <w:rPr>
          <w:b/>
        </w:rPr>
        <w:t xml:space="preserve">[1:02:10] </w:t>
      </w:r>
      <w:r>
        <w:t>ko larai ki taqat nahi hai.</w:t>
      </w:r>
    </w:p>
    <w:p>
      <w:pPr>
        <w:jc w:val="right"/>
      </w:pPr>
      <w:r>
        <w:t>کو لڑنے کی طاقت نہیں ہے۔</w:t>
      </w:r>
    </w:p>
    <w:p>
      <w:r>
        <w:rPr>
          <w:b/>
        </w:rPr>
        <w:t xml:space="preserve">[1:02:13] </w:t>
      </w:r>
      <w:r>
        <w:t>to fatah makkah hua tha peaceful dawat aur peaceful march ke zariye se, koi larai is</w:t>
      </w:r>
    </w:p>
    <w:p>
      <w:pPr>
        <w:jc w:val="right"/>
      </w:pPr>
      <w:r>
        <w:t>تو فتح مکہ ہوا تھا پیس فل دعوت اور پیس فل مارچ کے ذریعے سے، کوئی لڑائی اس</w:t>
      </w:r>
    </w:p>
    <w:p>
      <w:r>
        <w:rPr>
          <w:b/>
        </w:rPr>
        <w:t xml:space="preserve">[1:02:20] </w:t>
      </w:r>
      <w:r>
        <w:t>mein nahi hui.</w:t>
      </w:r>
    </w:p>
    <w:p>
      <w:pPr>
        <w:jc w:val="right"/>
      </w:pPr>
      <w:r>
        <w:t>میں نہیں ہوئی۔</w:t>
      </w:r>
    </w:p>
    <w:p>
      <w:r>
        <w:rPr>
          <w:b/>
        </w:rPr>
        <w:t xml:space="preserve">[1:02:22] </w:t>
      </w:r>
      <w:r>
        <w:t>isi ka naam hai be aqli ke baat kuch ho, kahin kuch ho, aur yeh insincerity ki baat</w:t>
      </w:r>
    </w:p>
    <w:p>
      <w:pPr>
        <w:jc w:val="right"/>
      </w:pPr>
      <w:r>
        <w:t>اسی کا نام ہے بے عقلی کہ بات کچھ ہو، کہیں کچھ ہو، اور یہ انسینسیرٹی کی بات</w:t>
      </w:r>
    </w:p>
    <w:p>
      <w:r>
        <w:rPr>
          <w:b/>
        </w:rPr>
        <w:t xml:space="preserve">[1:02:29]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[1:02:31] </w:t>
      </w:r>
      <w:r>
        <w:t>aadmi dunya ke mamlay mein is tarah insincere jawab nahi dega lekin deen ke mamlay mein aisi</w:t>
      </w:r>
    </w:p>
    <w:p>
      <w:pPr>
        <w:jc w:val="right"/>
      </w:pPr>
      <w:r>
        <w:t>آدمی دنیا کے معاملے میں اس طرح انسینسیر جواب نہیں دے گا لیکن دین کے معاملے میں ایسی</w:t>
      </w:r>
    </w:p>
    <w:p>
      <w:r>
        <w:rPr>
          <w:b/>
        </w:rPr>
        <w:t xml:space="preserve">[1:02:39] </w:t>
      </w:r>
      <w:r>
        <w:t>baat bolta hua.</w:t>
      </w:r>
    </w:p>
    <w:p>
      <w:pPr>
        <w:jc w:val="right"/>
      </w:pPr>
      <w:r>
        <w:t>بات بولتا ہوا۔</w:t>
      </w:r>
    </w:p>
    <w:p>
      <w:r>
        <w:rPr>
          <w:b/>
        </w:rPr>
        <w:t xml:space="preserve">[1:02:40] </w:t>
      </w:r>
      <w:r>
        <w:t>aql jab nar hai to aadmi insincere ho jata hai, aur yeh jawab to bilkul insincere jawab hai.</w:t>
      </w:r>
    </w:p>
    <w:p>
      <w:pPr>
        <w:jc w:val="right"/>
      </w:pPr>
      <w:r>
        <w:t>عقل جب نر ہے تو آدمی انسینسیر ہو جاتا ہے، اور یہ جواب تو بالکل انسینسیر جواب ہے۔</w:t>
      </w:r>
    </w:p>
    <w:p>
      <w:r>
        <w:rPr>
          <w:b/>
        </w:rPr>
        <w:t xml:space="preserve">[1:02:48] </w:t>
      </w:r>
      <w:r>
        <w:t>maulana, agla sawal naseer sinh sahib ne kiya hai tamapur se.</w:t>
      </w:r>
    </w:p>
    <w:p>
      <w:pPr>
        <w:jc w:val="right"/>
      </w:pPr>
      <w:r>
        <w:t>مولانا، اگلا سوال نصیر سنہ صاحب نے کیا ہے تماپور سے۔</w:t>
      </w:r>
    </w:p>
    <w:p>
      <w:r>
        <w:rPr>
          <w:b/>
        </w:rPr>
        <w:t xml:space="preserve">[1:02:53] </w:t>
      </w:r>
      <w:r>
        <w:t>انہوں نے لکھا ہے: "مولانا، دنیا دنیا میں violence اور hate culture بڑھتا جا رہا ہے۔</w:t>
      </w:r>
    </w:p>
    <w:p>
      <w:pPr>
        <w:jc w:val="right"/>
      </w:pPr>
      <w:r>
        <w:t>انہوں نے لکھا ہے: "مولانا، دنیا دنیا میں وائیلنس اور ہیٹ کلچر بڑھتا جا رہا ہے۔</w:t>
      </w:r>
    </w:p>
    <w:p>
      <w:r>
        <w:rPr>
          <w:b/>
        </w:rPr>
        <w:t xml:space="preserve">[1:02:59] </w:t>
      </w:r>
      <w:r>
        <w:t>maulana sahib, is ka khatma kab hoga? aap uth jaiye, aap dawat ke liye bas khatma shuru ho</w:t>
      </w:r>
    </w:p>
    <w:p>
      <w:pPr>
        <w:jc w:val="right"/>
      </w:pPr>
      <w:r>
        <w:t>مولانا صاحب، اس کا خاتمہ کب ہوگا؟" آپ اٹھ جائیے، آپ دعوت کے لیے بس خاتمہ شروع ہو</w:t>
      </w:r>
    </w:p>
    <w:p>
      <w:r>
        <w:rPr>
          <w:b/>
        </w:rPr>
        <w:t xml:space="preserve">[1:03:07] </w:t>
      </w:r>
      <w:r>
        <w:t>jayega.</w:t>
      </w:r>
    </w:p>
    <w:p>
      <w:pPr>
        <w:jc w:val="right"/>
      </w:pPr>
      <w:r>
        <w:t>جائے گا۔</w:t>
      </w:r>
    </w:p>
    <w:p>
      <w:r>
        <w:rPr>
          <w:b/>
        </w:rPr>
        <w:t xml:space="preserve">[1:03:09] </w:t>
      </w:r>
      <w:r>
        <w:t>سوال مت کیجئے، اٹھ جائیے کام کرنے کے لیے، peaceful dawah work کے لیے اٹھ جائیے۔</w:t>
      </w:r>
    </w:p>
    <w:p>
      <w:pPr>
        <w:jc w:val="right"/>
      </w:pPr>
      <w:r>
        <w:t>سوال مت کیجئے، اٹھ جائیے کام کرنے کے لیے، پیس فل دعا ورک کے لیے اٹھ جائیے۔</w:t>
      </w:r>
    </w:p>
    <w:p>
      <w:r>
        <w:rPr>
          <w:b/>
        </w:rPr>
        <w:t xml:space="preserve">[1:03:16] </w:t>
      </w:r>
      <w:r>
        <w:t>dekhen, mujhe ek bohat yani relevant ek qissa yaad aaya.</w:t>
      </w:r>
    </w:p>
    <w:p>
      <w:pPr>
        <w:jc w:val="right"/>
      </w:pPr>
      <w:r>
        <w:t>دیکھیں، مجھے ایک بہت یعنی ریلیونٹ ایک قصہ یاد آیا۔</w:t>
      </w:r>
    </w:p>
    <w:p>
      <w:r>
        <w:rPr>
          <w:b/>
        </w:rPr>
        <w:t xml:space="preserve">[1:03:20] </w:t>
      </w:r>
      <w:r>
        <w:t>bernard shah jo tha, ireland ka aadmi tha, bara scholar tha.</w:t>
      </w:r>
    </w:p>
    <w:p>
      <w:pPr>
        <w:jc w:val="right"/>
      </w:pPr>
      <w:r>
        <w:t>برنارڈ شاہ جو تھا، آئرلینڈ کا آدمی تھا، بڑا اسکالر تھا۔</w:t>
      </w:r>
    </w:p>
    <w:p>
      <w:r>
        <w:rPr>
          <w:b/>
        </w:rPr>
        <w:t xml:space="preserve">[1:03:25] </w:t>
      </w:r>
      <w:r>
        <w:t>woh toh ireland jo tha, woh pichhla hua tha england ke muqable mein.</w:t>
      </w:r>
    </w:p>
    <w:p>
      <w:pPr>
        <w:jc w:val="right"/>
      </w:pPr>
      <w:r>
        <w:t>وہ تو آئرلینڈ جو تھا، وہ پچھلا ہوا تھا انگلینڈ کے مقابلے میں۔</w:t>
      </w:r>
    </w:p>
    <w:p>
      <w:r>
        <w:rPr>
          <w:b/>
        </w:rPr>
        <w:t xml:space="preserve">[1:03:31] </w:t>
      </w:r>
      <w:r>
        <w:t>england ke muqable mein toh aik aadmi in se mila, us ne kaha ke hamare log yani aarif</w:t>
      </w:r>
    </w:p>
    <w:p>
      <w:pPr>
        <w:jc w:val="right"/>
      </w:pPr>
      <w:r>
        <w:t>انگلینڈ کے مقابلے میں تو ایک آدمی ان سے ملا، اس نے کہا کہ ہمارے لوگ یعنی عارف</w:t>
      </w:r>
    </w:p>
    <w:p>
      <w:r>
        <w:rPr>
          <w:b/>
        </w:rPr>
        <w:t xml:space="preserve">[1:03:38] </w:t>
      </w:r>
      <w:r>
        <w:t>log jo hain, un mein taleem nahi hai.</w:t>
      </w:r>
    </w:p>
    <w:p>
      <w:pPr>
        <w:jc w:val="right"/>
      </w:pPr>
      <w:r>
        <w:t>لوگ جو ہیں، ان میں تعلیم نہیں ہے۔</w:t>
      </w:r>
    </w:p>
    <w:p>
      <w:r>
        <w:rPr>
          <w:b/>
        </w:rPr>
        <w:t xml:space="preserve">[1:03:42] </w:t>
      </w:r>
      <w:r>
        <w:t>toh us ne kaha, bernard shah ne ke aap parhe likhe hain ke nahi? kaha ke main bhi</w:t>
      </w:r>
    </w:p>
    <w:p>
      <w:pPr>
        <w:jc w:val="right"/>
      </w:pPr>
      <w:r>
        <w:t>تو اس نے کہا، برنارڈ شاہ نے کہ آپ پڑھے لکھے ہیں کہ نہیں؟ کہا کہ میں بھی</w:t>
      </w:r>
    </w:p>
    <w:p>
      <w:r>
        <w:rPr>
          <w:b/>
        </w:rPr>
        <w:t xml:space="preserve">[1:03:49] </w:t>
      </w:r>
      <w:r>
        <w:t>nahi parha likha hoon.</w:t>
      </w:r>
    </w:p>
    <w:p>
      <w:pPr>
        <w:jc w:val="right"/>
      </w:pPr>
      <w:r>
        <w:t>نہیں پڑھا لکھا ہوں۔</w:t>
      </w:r>
    </w:p>
    <w:p>
      <w:r>
        <w:rPr>
          <w:b/>
        </w:rPr>
        <w:t xml:space="preserve">[1:03:51] </w:t>
      </w:r>
      <w:r>
        <w:t>toh kaha sab se pehle aap apne ko education education mein daliye, education lijiye toh meri qom ka</w:t>
      </w:r>
    </w:p>
    <w:p>
      <w:pPr>
        <w:jc w:val="right"/>
      </w:pPr>
      <w:r>
        <w:t>تو کہا سب سے پہلے آپ اپنے کو ایجوکیٹ ایجوکیشن میں ڈالیے، ایجوکیشن لیجئے تو میری قوم کا</w:t>
      </w:r>
    </w:p>
    <w:p>
      <w:r>
        <w:rPr>
          <w:b/>
        </w:rPr>
        <w:t xml:space="preserve">[1:03:59] </w:t>
      </w:r>
      <w:r>
        <w:t>kam az kam aik aadmi toh kam ho jaye ga, un educated na rahe ga.</w:t>
      </w:r>
    </w:p>
    <w:p>
      <w:pPr>
        <w:jc w:val="right"/>
      </w:pPr>
      <w:r>
        <w:t>کم از کم ایک آدمی تو کم ہو جائے گا، ان ایجوکیٹڈ نہ رہے گا۔</w:t>
      </w:r>
    </w:p>
    <w:p>
      <w:r>
        <w:rPr>
          <w:b/>
        </w:rPr>
        <w:t xml:space="preserve">[1:04:05] </w:t>
      </w:r>
      <w:r>
        <w:t>toh jin sahib ne yeh sawal kiya, main yeh kahoon ga ke aap sab se pehle khud hi</w:t>
      </w:r>
    </w:p>
    <w:p>
      <w:pPr>
        <w:jc w:val="right"/>
      </w:pPr>
      <w:r>
        <w:t>تو جن صاحب نے یہ سوال کیا، میں یہ کہوں گا کہ آپ سب سے پہلے خود ہی</w:t>
      </w:r>
    </w:p>
    <w:p>
      <w:r>
        <w:rPr>
          <w:b/>
        </w:rPr>
        <w:t xml:space="preserve">[1:04:13] </w:t>
      </w:r>
      <w:r>
        <w:t>shuru kijiye, aap ki hosh barhe gi, aap ko saathi milen ge, aik se group bane ga, aur</w:t>
      </w:r>
    </w:p>
    <w:p>
      <w:pPr>
        <w:jc w:val="right"/>
      </w:pPr>
      <w:r>
        <w:t>شروع کیجئے، آپ کی ہوش بڑھے گی، آپ کو ساتھی ملیں گے، ایک سے گروپ بنے گا، اور</w:t>
      </w:r>
    </w:p>
    <w:p>
      <w:r>
        <w:rPr>
          <w:b/>
        </w:rPr>
        <w:t xml:space="preserve">[1:04:21] </w:t>
      </w:r>
      <w:r>
        <w:t>phir dhire dhire is ka result bhi aa jaye ga, inshallah.</w:t>
      </w:r>
    </w:p>
    <w:p>
      <w:pPr>
        <w:jc w:val="right"/>
      </w:pPr>
      <w:r>
        <w:t>پھر دھیرے دھیرے اس کا رزلٹ بھی آ جائے گا، انشاءاللہ۔</w:t>
      </w:r>
    </w:p>
    <w:p>
      <w:r>
        <w:rPr>
          <w:b/>
        </w:rPr>
        <w:t xml:space="preserve">[1:04:25] </w:t>
      </w:r>
      <w:r>
        <w:t>maulana, agla sawal pakistan se miss shabana ansari ne kiya hai.</w:t>
      </w:r>
    </w:p>
    <w:p>
      <w:pPr>
        <w:jc w:val="right"/>
      </w:pPr>
      <w:r>
        <w:t>مولانا، اگلا سوال پاکستان سے مس شبانہ انصاری نے کیا ہے۔</w:t>
      </w:r>
    </w:p>
    <w:p>
      <w:r>
        <w:rPr>
          <w:b/>
        </w:rPr>
        <w:t xml:space="preserve">[1:04:30] </w:t>
      </w:r>
      <w:r>
        <w:t>انہوں نے آپ سے پوچھا ہے کہ why Muslims are more conditioned than non-Muslims؟ میں دیکھیں، اس</w:t>
      </w:r>
    </w:p>
    <w:p>
      <w:pPr>
        <w:jc w:val="right"/>
      </w:pPr>
      <w:r>
        <w:t>انہوں نے آپ سے پوچھا ہے کہ وائی مسلمز آر مور کنڈیشنڈ دین نان مسلمز؟ میں دیکھیں، اس</w:t>
      </w:r>
    </w:p>
    <w:p>
      <w:r>
        <w:rPr>
          <w:b/>
        </w:rPr>
        <w:t xml:space="preserve">[1:04:38] </w:t>
      </w:r>
      <w:r>
        <w:t>ki wajah yeh hai ke musalmanon mein secularization ko roka hamare ulma ne, abhi bhi rok rahe hain.</w:t>
      </w:r>
    </w:p>
    <w:p>
      <w:pPr>
        <w:jc w:val="right"/>
      </w:pPr>
      <w:r>
        <w:t>کی وجہ یہ ہے کہ مسلمانوں میں سیکولرائزیشن کو روکا ہمارے علماء نے، ابھی بھی روک رہے ہیں۔</w:t>
      </w:r>
    </w:p>
    <w:p>
      <w:r>
        <w:rPr>
          <w:b/>
        </w:rPr>
        <w:t xml:space="preserve">[1:04:46] </w:t>
      </w:r>
      <w:r>
        <w:t>woh misaal ke tor par dekhiye, abhi bhi kyun kehta hoon main ke jo madaris banaye gaye, yeh</w:t>
      </w:r>
    </w:p>
    <w:p>
      <w:pPr>
        <w:jc w:val="right"/>
      </w:pPr>
      <w:r>
        <w:t>وہ مثال کے طور پر دیکھیے، ابھی بھی کیوں کہتا ہوں میں کہ جو مدارس بنائے گئے، یہ</w:t>
      </w:r>
    </w:p>
    <w:p>
      <w:r>
        <w:rPr>
          <w:b/>
        </w:rPr>
        <w:t xml:space="preserve">[1:04:53] </w:t>
      </w:r>
      <w:r>
        <w:t>jo jo secular education ke liye idare banaye gaye, jaise jamia millia, muslim university, wahan par zor laga</w:t>
      </w:r>
    </w:p>
    <w:p>
      <w:pPr>
        <w:jc w:val="right"/>
      </w:pPr>
      <w:r>
        <w:t>جو جو سیکولر ایجوکیشن کے لیے ادارے بنائے گئے، جیسے جامعہ ملیہ، مسلم یونیورسٹی، وہاں پر زور لگا</w:t>
      </w:r>
    </w:p>
    <w:p>
      <w:r>
        <w:rPr>
          <w:b/>
        </w:rPr>
        <w:t xml:space="preserve">[1:05:01] </w:t>
      </w:r>
      <w:r>
        <w:t>diya unhon ne deen ka.</w:t>
      </w:r>
    </w:p>
    <w:p>
      <w:pPr>
        <w:jc w:val="right"/>
      </w:pPr>
      <w:r>
        <w:t>دیا انہوں نے دین کا۔</w:t>
      </w:r>
    </w:p>
    <w:p>
      <w:r>
        <w:rPr>
          <w:b/>
        </w:rPr>
        <w:t xml:space="preserve">[1:05:03] </w:t>
      </w:r>
      <w:r>
        <w:t>deeni taleem bhi sath sath deeni taleem bhi toh na secular education hui wahan par, na deeni taleem</w:t>
      </w:r>
    </w:p>
    <w:p>
      <w:pPr>
        <w:jc w:val="right"/>
      </w:pPr>
      <w:r>
        <w:t>دینی تعلیم بھی ساتھ ساتھ دینی تعلیم بھی تو نہ سیکولر ایجوکیشن ہوئی وہاں پر، نہ دینی تعلیم</w:t>
      </w:r>
    </w:p>
    <w:p>
      <w:r>
        <w:rPr>
          <w:b/>
        </w:rPr>
        <w:t xml:space="preserve">[1:05:11] </w:t>
      </w:r>
      <w:r>
        <w:t>hui.</w:t>
      </w:r>
    </w:p>
    <w:p>
      <w:pPr>
        <w:jc w:val="right"/>
      </w:pPr>
      <w:r>
        <w:t>ہوئی۔</w:t>
      </w:r>
    </w:p>
    <w:p>
      <w:r>
        <w:rPr>
          <w:b/>
        </w:rPr>
        <w:t xml:space="preserve">[1:05:12] </w:t>
      </w:r>
      <w:r>
        <w:t>jitne bhi aise school, college, university hain jo musalmanon ne banaye hain, jis mein dono ki dono taleem</w:t>
      </w:r>
    </w:p>
    <w:p>
      <w:pPr>
        <w:jc w:val="right"/>
      </w:pPr>
      <w:r>
        <w:t>جتنے بھی ایسے اسکول، کالج، یونیورسٹی ہیں جو مسلمانوں نے بنائے ہیں، جس میں دونوں کی دونوں تعلیم</w:t>
      </w:r>
    </w:p>
    <w:p>
      <w:r>
        <w:rPr>
          <w:b/>
        </w:rPr>
        <w:t xml:space="preserve">[1:05:20] </w:t>
      </w:r>
      <w:r>
        <w:t>hoti hai, is mein dono aitbar se reh jate hain.</w:t>
      </w:r>
    </w:p>
    <w:p>
      <w:pPr>
        <w:jc w:val="right"/>
      </w:pPr>
      <w:r>
        <w:t>ہوتی ہے، اس میں دونوں اعتبار سے رہ جاتے ہیں۔</w:t>
      </w:r>
    </w:p>
    <w:p>
      <w:r>
        <w:rPr>
          <w:b/>
        </w:rPr>
        <w:t xml:space="preserve">[1:05:24] </w:t>
      </w:r>
      <w:r>
        <w:t>sahih tareeqa yeh tha jo christian logon ne kiya hai ke secular education education ke liye idare hain</w:t>
      </w:r>
    </w:p>
    <w:p>
      <w:pPr>
        <w:jc w:val="right"/>
      </w:pPr>
      <w:r>
        <w:t>صحیح طریقہ یہ تھا جو کرسچن لوگوں نے کیا ہے کہ سیکولر ایجوکیشن ایجوکیشن کے لیے ادارے ہیں</w:t>
      </w:r>
    </w:p>
    <w:p>
      <w:r>
        <w:rPr>
          <w:b/>
        </w:rPr>
        <w:t xml:space="preserve">[1:05:32] </w:t>
      </w:r>
      <w:r>
        <w:t>un ke haan, college, school, aur jahan tak mazhabi taleem ki baat hai, woh is ke liye seminary</w:t>
      </w:r>
    </w:p>
    <w:p>
      <w:pPr>
        <w:jc w:val="right"/>
      </w:pPr>
      <w:r>
        <w:t>ان کے ہاں، کالج، اسکول، اور جہاں تک مذہبی تعلیم کی بات ہے، وہ اس کے لیے سیمینری</w:t>
      </w:r>
    </w:p>
    <w:p>
      <w:r>
        <w:rPr>
          <w:b/>
        </w:rPr>
        <w:t xml:space="preserve">[1:05:40] </w:t>
      </w:r>
      <w:r>
        <w:t>kholte hain.</w:t>
      </w:r>
    </w:p>
    <w:p>
      <w:pPr>
        <w:jc w:val="right"/>
      </w:pPr>
      <w:r>
        <w:t>کھولتے ہیں۔</w:t>
      </w:r>
    </w:p>
    <w:p>
      <w:r>
        <w:rPr>
          <w:b/>
        </w:rPr>
        <w:t xml:space="preserve">[1:05:41] </w:t>
      </w:r>
      <w:r>
        <w:t>seminary alag toh musalmanon ka bhi yahi tareeqa sahi hai ke secular education ke liye toh school, college,</w:t>
      </w:r>
    </w:p>
    <w:p>
      <w:pPr>
        <w:jc w:val="right"/>
      </w:pPr>
      <w:r>
        <w:t>سیمینری الگ تو مسلمانوں کا بھی یہی طریقہ صحیح ہے کہ سیکولر ایجوکیشن کے لیے تو اسکول، کالج،</w:t>
      </w:r>
    </w:p>
    <w:p>
      <w:r>
        <w:rPr>
          <w:b/>
        </w:rPr>
        <w:t xml:space="preserve">[1:05:49] </w:t>
      </w:r>
      <w:r>
        <w:t>university ho, aur jo aap ki deeni taleem ka aap kehte hain, us ke liye alag banaiye, us</w:t>
      </w:r>
    </w:p>
    <w:p>
      <w:pPr>
        <w:jc w:val="right"/>
      </w:pPr>
      <w:r>
        <w:t>یونیورسٹی ہو، اور جو آپ کی دینی تعلیم کا آپ کہتے ہیں، اس کے لیے الگ بنائیے، اس</w:t>
      </w:r>
    </w:p>
    <w:p>
      <w:r>
        <w:rPr>
          <w:b/>
        </w:rPr>
        <w:t xml:space="preserve">[1:05:57] </w:t>
      </w:r>
      <w:r>
        <w:t>mein mut milaiye, na yeh rahega, na woh rahega.</w:t>
      </w:r>
    </w:p>
    <w:p>
      <w:pPr>
        <w:jc w:val="right"/>
      </w:pPr>
      <w:r>
        <w:t>میں مت ملائیے، نہ یہ رہے گا، نہ وہ رہے گا۔</w:t>
      </w:r>
    </w:p>
    <w:p>
      <w:r>
        <w:rPr>
          <w:b/>
        </w:rPr>
        <w:t xml:space="preserve">[1:06:01] </w:t>
      </w:r>
      <w:r>
        <w:t>mein samajhta hoon ke sari zimmedari ulma ki hai, unhon ne taleem ke liye right planning nahi</w:t>
      </w:r>
    </w:p>
    <w:p>
      <w:pPr>
        <w:jc w:val="right"/>
      </w:pPr>
      <w:r>
        <w:t>میں سمجھتا ہوں کہ ساری ذمہ داری علماء کی ہے، انہوں نے تعلیم کے لیے رائٹ پلاننگ نہیں</w:t>
      </w:r>
    </w:p>
    <w:p>
      <w:r>
        <w:rPr>
          <w:b/>
        </w:rPr>
        <w:t xml:space="preserve">[1:06:09] </w:t>
      </w:r>
      <w:r>
        <w:t>di is zamane mein.</w:t>
      </w:r>
    </w:p>
    <w:p>
      <w:pPr>
        <w:jc w:val="right"/>
      </w:pPr>
      <w:r>
        <w:t>دی اس زمانے میں۔</w:t>
      </w:r>
    </w:p>
    <w:p>
      <w:r>
        <w:rPr>
          <w:b/>
        </w:rPr>
        <w:t xml:space="preserve">[1:06:11] </w:t>
      </w:r>
      <w:r>
        <w:t>maulana, agla sawal dilli se doctor farida khanoon ne kiya hai.</w:t>
      </w:r>
    </w:p>
    <w:p>
      <w:pPr>
        <w:jc w:val="right"/>
      </w:pPr>
      <w:r>
        <w:t>مولانا، اگلا سوال دلی سے ڈاکٹر فریدہ خانم نے کیا ہے۔</w:t>
      </w:r>
    </w:p>
    <w:p>
      <w:r>
        <w:rPr>
          <w:b/>
        </w:rPr>
        <w:t xml:space="preserve">[1:06:16] </w:t>
      </w:r>
      <w:r>
        <w:t>انہوں نے لکھا ہے: "Once I said to a Muslim student that the method of Islamic Dawah is</w:t>
      </w:r>
    </w:p>
    <w:p>
      <w:pPr>
        <w:jc w:val="right"/>
      </w:pPr>
      <w:r>
        <w:t>انہوں نے لکھا ہے: "ونس آئی سیڈ ٹو ا مسلم سٹوڈنٹ دیٹ دی میتھڈ آف اسلامک دعویٰ از</w:t>
      </w:r>
    </w:p>
    <w:p>
      <w:r>
        <w:rPr>
          <w:b/>
        </w:rPr>
        <w:t xml:space="preserve">[1:06:23] </w:t>
      </w:r>
      <w:r>
        <w:t>dialogue, not debate.</w:t>
      </w:r>
    </w:p>
    <w:p>
      <w:pPr>
        <w:jc w:val="right"/>
      </w:pPr>
      <w:r>
        <w:t>ڈائیلاگ، ناٹ ڈیبیٹ۔</w:t>
      </w:r>
    </w:p>
    <w:p>
      <w:r>
        <w:rPr>
          <w:b/>
        </w:rPr>
        <w:t xml:space="preserve">[1:06:25] </w:t>
      </w:r>
      <w:r>
        <w:t>"for debate is meant to establish the superiority of one's own religion." Then the Muslim student replied: "Aur</w:t>
      </w:r>
    </w:p>
    <w:p>
      <w:pPr>
        <w:jc w:val="right"/>
      </w:pPr>
      <w:r>
        <w:t>فار ڈیبیٹ از مینٹ ٹو اسٹیبلش دا سپیریورٹی آف ونز اون ریلیجن۔" دین دا مسلم سٹوڈنٹ ریپلائیڈ: "اور</w:t>
      </w:r>
    </w:p>
    <w:p>
      <w:r>
        <w:rPr>
          <w:b/>
        </w:rPr>
        <w:t xml:space="preserve">[1:06:32] </w:t>
      </w:r>
      <w:r>
        <w:t>"Religion is superior, then why not should we try to establish it?" Maulana Sahib, what is your response</w:t>
      </w:r>
    </w:p>
    <w:p>
      <w:pPr>
        <w:jc w:val="right"/>
      </w:pPr>
      <w:r>
        <w:t>ریلیجن از سپیریئر، دین وائی ناٹ شوڈ وی ٹرائی ٹو اسٹیبلش اٹ؟" مولانا صاحب، واٹ از یور رسپانس</w:t>
      </w:r>
    </w:p>
    <w:p>
      <w:r>
        <w:rPr>
          <w:b/>
        </w:rPr>
        <w:t xml:space="preserve">[1:06:40] </w:t>
      </w:r>
      <w:r>
        <w:t>to such a question? yeh baat apne aap mein bhi galat hai ke ke hum superior kahein.</w:t>
      </w:r>
    </w:p>
    <w:p>
      <w:pPr>
        <w:jc w:val="right"/>
      </w:pPr>
      <w:r>
        <w:t>ٹو سچ اے کوئسچن؟ یہ بات اپنے آپ میں بھی غلط ہے کہ کہ ہم سپیریئر کہیں۔</w:t>
      </w:r>
    </w:p>
    <w:p>
      <w:r>
        <w:rPr>
          <w:b/>
        </w:rPr>
        <w:t xml:space="preserve">[1:06:47] </w:t>
      </w:r>
      <w:r>
        <w:t>hargiz hargiz islam superior mazhab nahi hai, bilashuba baseless baat hai.</w:t>
      </w:r>
    </w:p>
    <w:p>
      <w:pPr>
        <w:jc w:val="right"/>
      </w:pPr>
      <w:r>
        <w:t>ہرگز ہرگز اسلام سپیریئر مذہب نہیں ہے، بلاشبہ بیسلیس بات ہے۔</w:t>
      </w:r>
    </w:p>
    <w:p>
      <w:r>
        <w:rPr>
          <w:b/>
        </w:rPr>
        <w:t xml:space="preserve">[1:06:52] </w:t>
      </w:r>
      <w:r>
        <w:t>islam preserved religion hai, hargiz hargiz quran superior kitab hai, rasool superior rasool hai, islam superior religion.</w:t>
      </w:r>
    </w:p>
    <w:p>
      <w:pPr>
        <w:jc w:val="right"/>
      </w:pPr>
      <w:r>
        <w:t>اسلام پریزروڈ ریلیجن ہے، ہرگز ہرگز قرآن سپیریئر کتاب ہے، رسول سپیریئر رسول ہے، اسلام سپیریئر ریلیجن۔</w:t>
      </w:r>
    </w:p>
    <w:p>
      <w:r>
        <w:rPr>
          <w:b/>
        </w:rPr>
        <w:t xml:space="preserve">[1:06:59] </w:t>
      </w:r>
      <w:r>
        <w:t>yeh bilkul bilkul hi galat hai.</w:t>
      </w:r>
    </w:p>
    <w:p>
      <w:pPr>
        <w:jc w:val="right"/>
      </w:pPr>
      <w:r>
        <w:t>یہ بالکل بالکل ہی غلط ہے۔</w:t>
      </w:r>
    </w:p>
    <w:p>
      <w:r>
        <w:rPr>
          <w:b/>
        </w:rPr>
        <w:t xml:space="preserve">[1:07:02] </w:t>
      </w:r>
      <w:r>
        <w:t>yeh kabhi rasool Allah ne aisa nahi kaha, kisi sahabi ne aisa nahi kaha.</w:t>
      </w:r>
    </w:p>
    <w:p>
      <w:pPr>
        <w:jc w:val="right"/>
      </w:pPr>
      <w:r>
        <w:t>یہ کبھی رسول اللہ نے ایسا نہیں کہا، کسی صحابی نے ایسا نہیں کہا۔</w:t>
      </w:r>
    </w:p>
    <w:p>
      <w:r>
        <w:rPr>
          <w:b/>
        </w:rPr>
        <w:t xml:space="preserve">[1:07:08] </w:t>
      </w:r>
      <w:r>
        <w:t>aap mujhe ek bhi nahi bata sakte hawala ke rasool Allah ne ya sahaba ne aisa kaha ho.</w:t>
      </w:r>
    </w:p>
    <w:p>
      <w:pPr>
        <w:jc w:val="right"/>
      </w:pPr>
      <w:r>
        <w:t>آپ مجھے ایک بھی نہیں بتا سکتے حوالہ کہ رسول اللہ نے یا صحابہ نے ایسا کہا ہو۔</w:t>
      </w:r>
    </w:p>
    <w:p>
      <w:r>
        <w:rPr>
          <w:b/>
        </w:rPr>
        <w:t xml:space="preserve">[1:07:16] </w:t>
      </w:r>
      <w:r>
        <w:t>yeh to aaj kal zamane mein banaya hai, koi self style leader banaye to quran preserved book hai,</w:t>
      </w:r>
    </w:p>
    <w:p>
      <w:pPr>
        <w:jc w:val="right"/>
      </w:pPr>
      <w:r>
        <w:t>یہ تو آج کل زمانے میں بنایا ہے، کوئی سیلف اسٹائل لیڈر بنائے تو قرآن پریزروڈ بک ہے،</w:t>
      </w:r>
    </w:p>
    <w:p>
      <w:r>
        <w:rPr>
          <w:b/>
        </w:rPr>
        <w:t xml:space="preserve">[1:07:23] </w:t>
      </w:r>
      <w:r>
        <w:t>islam preserved religion hai.</w:t>
      </w:r>
    </w:p>
    <w:p>
      <w:pPr>
        <w:jc w:val="right"/>
      </w:pPr>
      <w:r>
        <w:t>اسلام پریزروڈ ریلیجن ہے۔</w:t>
      </w:r>
    </w:p>
    <w:p>
      <w:r>
        <w:rPr>
          <w:b/>
        </w:rPr>
        <w:t xml:space="preserve">[1:07:25] </w:t>
      </w:r>
      <w:r>
        <w:t>bas itna hi farq hai.</w:t>
      </w:r>
    </w:p>
    <w:p>
      <w:pPr>
        <w:jc w:val="right"/>
      </w:pPr>
      <w:r>
        <w:t>بس اتنا ہی فرق ہے۔</w:t>
      </w:r>
    </w:p>
    <w:p>
      <w:r>
        <w:rPr>
          <w:b/>
        </w:rPr>
        <w:t xml:space="preserve">[1:07:27] </w:t>
      </w:r>
      <w:r>
        <w:t>islam mein koi jo original text tha, us mein koi us mein koi milawat nahi hui, bas yahi</w:t>
      </w:r>
    </w:p>
    <w:p>
      <w:pPr>
        <w:jc w:val="right"/>
      </w:pPr>
      <w:r>
        <w:t>اسلام میں کوئی جو اوریجنل ٹیکسٹ تھا، اس میں کوئی اس میں کوئی ملاوٹ نہیں ہوئی، بس یہی</w:t>
      </w:r>
    </w:p>
    <w:p>
      <w:r>
        <w:rPr>
          <w:b/>
        </w:rPr>
        <w:t xml:space="preserve">[1:07:35] </w:t>
      </w:r>
      <w:r>
        <w:t>baat hai.</w:t>
      </w:r>
    </w:p>
    <w:p>
      <w:pPr>
        <w:jc w:val="right"/>
      </w:pPr>
      <w:r>
        <w:t>بات ہے۔</w:t>
      </w:r>
    </w:p>
    <w:p>
      <w:r>
        <w:rPr>
          <w:b/>
        </w:rPr>
        <w:t xml:space="preserve">[1:07:37] </w:t>
      </w:r>
      <w:r>
        <w:t>superiority ki baat bilkul baseless hai, woh bidat hai, aur woh is ka islam se koi talluq nahi</w:t>
      </w:r>
    </w:p>
    <w:p>
      <w:pPr>
        <w:jc w:val="right"/>
      </w:pPr>
      <w:r>
        <w:t>سپیریرٹی کی بات بالکل بیسلیس ہے، وہ بدعت ہے، اور وہ اس کا اسلام سے کوئی تعلق نہیں</w:t>
      </w:r>
    </w:p>
    <w:p>
      <w:r>
        <w:rPr>
          <w:b/>
        </w:rPr>
        <w:t xml:space="preserve">[1:07:44]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[1:07:46] </w:t>
      </w:r>
      <w:r>
        <w:t>okay, we will end the session now, will be back next sunday same time at 10:30 am.</w:t>
      </w:r>
    </w:p>
    <w:p>
      <w:pPr>
        <w:jc w:val="right"/>
      </w:pPr>
      <w:r>
        <w:t>اوکے، وی ویل اینڈ دی سیشن ناؤ، ویل بی بیک نیکسٹ سنڈے سیم ٹائم ایٹ 10:30 اے ایم۔</w:t>
      </w:r>
    </w:p>
    <w:p>
      <w:r>
        <w:rPr>
          <w:b/>
        </w:rPr>
        <w:t xml:space="preserve">[1:07:53]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