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Reason and Faith July 10, 2016</w:t>
      </w:r>
    </w:p>
    <w:p>
      <w:r>
        <w:t>https://www.youtube.com/watch?v=axR4I5yv29E</w:t>
      </w:r>
    </w:p>
    <w:p>
      <w:r>
        <w:rPr>
          <w:b/>
        </w:rPr>
        <w:t xml:space="preserve">[00:15] </w:t>
      </w:r>
      <w:r>
        <w:t>bismillah rahman rahim, wa salla Allahu ala nabiyyil karim, rabb ishrah li sadri, wa yassir li amri, wah lul uqdata</w:t>
      </w:r>
    </w:p>
    <w:p>
      <w:pPr>
        <w:jc w:val="right"/>
      </w:pPr>
      <w:r>
        <w:t>بسم اللہ الرحمن الرحیم، وصلی اللہ علی نبی الکریم، رب اشرح لی صدری، ویسر لی امری، واحل العقدۃ</w:t>
      </w:r>
    </w:p>
    <w:p>
      <w:r>
        <w:rPr>
          <w:b/>
        </w:rPr>
        <w:t xml:space="preserve">[00:21] </w:t>
      </w:r>
      <w:r>
        <w:t>min lisani yafqahu qawli.</w:t>
      </w:r>
    </w:p>
    <w:p>
      <w:pPr>
        <w:jc w:val="right"/>
      </w:pPr>
      <w:r>
        <w:t>من لسانی یفقہ قولی۔</w:t>
      </w:r>
    </w:p>
    <w:p>
      <w:r>
        <w:rPr>
          <w:b/>
        </w:rPr>
        <w:t xml:space="preserve">[00:28] </w:t>
      </w:r>
      <w:r>
        <w:t>10 July 2016.</w:t>
      </w:r>
    </w:p>
    <w:p>
      <w:pPr>
        <w:jc w:val="right"/>
      </w:pPr>
      <w:r>
        <w:t>10 جولائی 2016۔</w:t>
      </w:r>
    </w:p>
    <w:p>
      <w:r>
        <w:rPr>
          <w:b/>
        </w:rPr>
        <w:t xml:space="preserve">[00:35] </w:t>
      </w:r>
      <w:r>
        <w:t>meri mulaqat ek sahab se hui, unhon ne bataya ke haal mein unhon ne ek bade aalim ki speech suni.</w:t>
      </w:r>
    </w:p>
    <w:p>
      <w:pPr>
        <w:jc w:val="right"/>
      </w:pPr>
      <w:r>
        <w:t>میری ملاقات ایک صاحب سے ہوئی، انہوں نے بتایا کہ حال میں انہوں نے ایک بڑے عالم کی اسپیچ سنی۔</w:t>
      </w:r>
    </w:p>
    <w:p>
      <w:r>
        <w:rPr>
          <w:b/>
        </w:rPr>
        <w:t xml:space="preserve">[00:42] </w:t>
      </w:r>
      <w:r>
        <w:t>us speech mein unhon ne bataya, us speech ka mozu tha Ramzan, to unhon ne bohat fazail bataye</w:t>
      </w:r>
    </w:p>
    <w:p>
      <w:pPr>
        <w:jc w:val="right"/>
      </w:pPr>
      <w:r>
        <w:t>اس اسپیچ میں انہوں نے بتایا، اس اسپیچ کا موضوع تھا رمضان، تو انہوں نے بہت فضائل بتائے</w:t>
      </w:r>
    </w:p>
    <w:p>
      <w:r>
        <w:rPr>
          <w:b/>
        </w:rPr>
        <w:t xml:space="preserve">[00:49] </w:t>
      </w:r>
      <w:r>
        <w:t>Ramzan ke, bohat fazail.</w:t>
      </w:r>
    </w:p>
    <w:p>
      <w:pPr>
        <w:jc w:val="right"/>
      </w:pPr>
      <w:r>
        <w:t>رمضان کے، بہت فضائل۔</w:t>
      </w:r>
    </w:p>
    <w:p>
      <w:r>
        <w:rPr>
          <w:b/>
        </w:rPr>
        <w:t xml:space="preserve">[00:56] </w:t>
      </w:r>
      <w:r>
        <w:t>to main ne un se poocha ke aur kya kaha? to unhon ne kaha ke unhon ne bataya</w:t>
      </w:r>
    </w:p>
    <w:p>
      <w:pPr>
        <w:jc w:val="right"/>
      </w:pPr>
      <w:r>
        <w:t>تو میں نے ان سے پوچھا کہ اور کیا کہا؟ تو انہوں نے کہا کہ انہوں نے بتایا</w:t>
      </w:r>
    </w:p>
    <w:p>
      <w:r>
        <w:rPr>
          <w:b/>
        </w:rPr>
        <w:t xml:space="preserve">[01:03] </w:t>
      </w:r>
      <w:r>
        <w:t>ke rasool Allah sal Allahu alaihi wasallam ka tareeqa yeh tha ke Ramzan ke istiqbal ke taur par</w:t>
      </w:r>
    </w:p>
    <w:p>
      <w:pPr>
        <w:jc w:val="right"/>
      </w:pPr>
      <w:r>
        <w:t>کہ رسول اللہ صلی اللہ علیہ وسلم کا طریقہ یہ تھا کہ رمضان کے استقبال کے طور پر</w:t>
      </w:r>
    </w:p>
    <w:p>
      <w:r>
        <w:rPr>
          <w:b/>
        </w:rPr>
        <w:t xml:space="preserve">[01:10] </w:t>
      </w:r>
      <w:r>
        <w:t>aap Shaban mein roze rakhte the, Ramzan ke istiqbal ke taur par.</w:t>
      </w:r>
    </w:p>
    <w:p>
      <w:pPr>
        <w:jc w:val="right"/>
      </w:pPr>
      <w:r>
        <w:t>آپ شعبان میں روزے رکھتے تھے، رمضان کے استقبال کے طور پر۔</w:t>
      </w:r>
    </w:p>
    <w:p>
      <w:r>
        <w:rPr>
          <w:b/>
        </w:rPr>
        <w:t xml:space="preserve">[01:17] </w:t>
      </w:r>
      <w:r>
        <w:t>phir Ramzan rakhte the, phir Ramzan ke khatm hone par chhe roze Shawwal ke rakhte the, yeh goya</w:t>
      </w:r>
    </w:p>
    <w:p>
      <w:pPr>
        <w:jc w:val="right"/>
      </w:pPr>
      <w:r>
        <w:t>پھر رمضان رکھتے تھے، پھر رمضان کے ختم ہونے پر چھ روزے شوال کے رکھتے تھے، یہ گویا</w:t>
      </w:r>
    </w:p>
    <w:p>
      <w:r>
        <w:rPr>
          <w:b/>
        </w:rPr>
        <w:t xml:space="preserve">[01:24] </w:t>
      </w:r>
      <w:r>
        <w:t>roze ko rukhsati gift tha, rukhsati tohfa.</w:t>
      </w:r>
    </w:p>
    <w:p>
      <w:pPr>
        <w:jc w:val="right"/>
      </w:pPr>
      <w:r>
        <w:t>روزے کو رخصتی گفٹ تھا، رخصتی تحفہ۔</w:t>
      </w:r>
    </w:p>
    <w:p>
      <w:r>
        <w:rPr>
          <w:b/>
        </w:rPr>
        <w:t xml:space="preserve">[01:31] </w:t>
      </w:r>
      <w:r>
        <w:t>to main ne un se poocha ke fazail ke ilawa kuch unhon ne aql ki baat bhi kahi</w:t>
      </w:r>
    </w:p>
    <w:p>
      <w:pPr>
        <w:jc w:val="right"/>
      </w:pPr>
      <w:r>
        <w:t>تو میں نے ان سے پوچھا کہ فضائل کے علاوہ کچھ انہوں نے عقل کی بات بھی کہی</w:t>
      </w:r>
    </w:p>
    <w:p>
      <w:r>
        <w:rPr>
          <w:b/>
        </w:rPr>
        <w:t xml:space="preserve">[01:38] </w:t>
      </w:r>
      <w:r>
        <w:t>thi, koi reason ki baat? to unhon ne kaha ke nahi, yeh to nahi kahi lekin fazail khoob</w:t>
      </w:r>
    </w:p>
    <w:p>
      <w:pPr>
        <w:jc w:val="right"/>
      </w:pPr>
      <w:r>
        <w:t>تھی، کوئی ریزن کی بات؟ تو انہوں نے کہا کہ نہیں، یہ تو نہیں کہی لیکن فضائل خوب</w:t>
      </w:r>
    </w:p>
    <w:p>
      <w:r>
        <w:rPr>
          <w:b/>
        </w:rPr>
        <w:t xml:space="preserve">[01:45] </w:t>
      </w:r>
      <w:r>
        <w:t>bataye unhon ne.</w:t>
      </w:r>
    </w:p>
    <w:p>
      <w:pPr>
        <w:jc w:val="right"/>
      </w:pPr>
      <w:r>
        <w:t>بتائے انہوں نے۔</w:t>
      </w:r>
    </w:p>
    <w:p>
      <w:r>
        <w:rPr>
          <w:b/>
        </w:rPr>
        <w:t xml:space="preserve">[01:52] </w:t>
      </w:r>
      <w:r>
        <w:t>yeh aik aalim ki baat nahi, yeh sab ki baat hai.</w:t>
      </w:r>
    </w:p>
    <w:p>
      <w:pPr>
        <w:jc w:val="right"/>
      </w:pPr>
      <w:r>
        <w:t>یہ ایک عالم کی بات نہیں، یہ سب کی بات ہے۔</w:t>
      </w:r>
    </w:p>
    <w:p>
      <w:r>
        <w:rPr>
          <w:b/>
        </w:rPr>
        <w:t xml:space="preserve">[01:59] </w:t>
      </w:r>
      <w:r>
        <w:t>daikhiye, sahaba ke zamanay mein jo halaat thay, us par bohat kitabein likhi hain.</w:t>
      </w:r>
    </w:p>
    <w:p>
      <w:pPr>
        <w:jc w:val="right"/>
      </w:pPr>
      <w:r>
        <w:t>دیکھئے، صحابہ کے زمانے میں جو حالات تھے، اس پر بہت کتابیں لکھی ہیں۔</w:t>
      </w:r>
    </w:p>
    <w:p>
      <w:r>
        <w:rPr>
          <w:b/>
        </w:rPr>
        <w:t xml:space="preserve">[02:06] </w:t>
      </w:r>
      <w:r>
        <w:t>aap daikhiye to sahaba ki zaban yeh nahi thi, sahaba fazail ki zaban mein kuch nahi kehte thay.</w:t>
      </w:r>
    </w:p>
    <w:p>
      <w:pPr>
        <w:jc w:val="right"/>
      </w:pPr>
      <w:r>
        <w:t>آپ دیکھئے تو صحابہ کی زبان یہ نہیں تھی، صحابہ فضائل کی زبان میں کچھ نہیں کہتے تھے۔</w:t>
      </w:r>
    </w:p>
    <w:p>
      <w:r>
        <w:rPr>
          <w:b/>
        </w:rPr>
        <w:t xml:space="preserve">[02:12] </w:t>
      </w:r>
      <w:r>
        <w:t>sahaba ki zaban mein aql ki zaban chalti thi.</w:t>
      </w:r>
    </w:p>
    <w:p>
      <w:pPr>
        <w:jc w:val="right"/>
      </w:pPr>
      <w:r>
        <w:t>صحابہ کی زبان میں عقل کی زبان چلتی تھی۔</w:t>
      </w:r>
    </w:p>
    <w:p>
      <w:r>
        <w:rPr>
          <w:b/>
        </w:rPr>
        <w:t xml:space="preserve">[02:19] </w:t>
      </w:r>
      <w:r>
        <w:t>baat ke zamanay mein jab mass conversion hua aur bohat ziyada log Islam mein dakhil hue to un</w:t>
      </w:r>
    </w:p>
    <w:p>
      <w:pPr>
        <w:jc w:val="right"/>
      </w:pPr>
      <w:r>
        <w:t>بات کے زمانے میں جب ماس کروژن ہوا اور بہت زیادہ لوگ اسلام میں داخل ہوئے تو ان</w:t>
      </w:r>
    </w:p>
    <w:p>
      <w:r>
        <w:rPr>
          <w:b/>
        </w:rPr>
        <w:t xml:space="preserve">[02:26] </w:t>
      </w:r>
      <w:r>
        <w:t>ke apne mazhab mein fazail ka charchah tha.</w:t>
      </w:r>
    </w:p>
    <w:p>
      <w:pPr>
        <w:jc w:val="right"/>
      </w:pPr>
      <w:r>
        <w:t>کے اپنے مذہب میں فضائل کا چرچہ تھا۔</w:t>
      </w:r>
    </w:p>
    <w:p>
      <w:r>
        <w:rPr>
          <w:b/>
        </w:rPr>
        <w:t xml:space="preserve">[02:33] </w:t>
      </w:r>
      <w:r>
        <w:t>to yahan par unhon ne wohi shuru kar diya.</w:t>
      </w:r>
    </w:p>
    <w:p>
      <w:pPr>
        <w:jc w:val="right"/>
      </w:pPr>
      <w:r>
        <w:t>تو یہاں پر انہوں نے وہی شروع کر دیا۔</w:t>
      </w:r>
    </w:p>
    <w:p>
      <w:r>
        <w:rPr>
          <w:b/>
        </w:rPr>
        <w:t xml:space="preserve">[02:40] </w:t>
      </w:r>
      <w:r>
        <w:t>to khoob fazail ki riwayatein bani, yeh jo mozuat hain isi zamanay mein bane.</w:t>
      </w:r>
    </w:p>
    <w:p>
      <w:pPr>
        <w:jc w:val="right"/>
      </w:pPr>
      <w:r>
        <w:t>تو خوب فضائل کی روایتیں بنیں، یہ جو موضوعات ہیں اسی زمانے میں بنے۔</w:t>
      </w:r>
    </w:p>
    <w:p>
      <w:r>
        <w:rPr>
          <w:b/>
        </w:rPr>
        <w:t xml:space="preserve">[02:47] </w:t>
      </w:r>
      <w:r>
        <w:t>mozuat darasal phenomena hai is zamanay ka jab ke Islam mein mass conversion hua.</w:t>
      </w:r>
    </w:p>
    <w:p>
      <w:pPr>
        <w:jc w:val="right"/>
      </w:pPr>
      <w:r>
        <w:t>موضوعات دراصل فینامینا ہے اس زمانے کا جب کہ اسلام میں ماس کروژن ہوا۔</w:t>
      </w:r>
    </w:p>
    <w:p>
      <w:r>
        <w:rPr>
          <w:b/>
        </w:rPr>
        <w:t xml:space="preserve">[02:54] </w:t>
      </w:r>
      <w:r>
        <w:t>to top ke log bhi is se mutasir ho gaye, Imam Ahmed bin Hanbal bohat hi top ke</w:t>
      </w:r>
    </w:p>
    <w:p>
      <w:pPr>
        <w:jc w:val="right"/>
      </w:pPr>
      <w:r>
        <w:t>تو ٹاپ کے لوگ بھی اس سے متاثر ہو گئے، امام احمد بن حنبل بہت ہی ٹاپ کے</w:t>
      </w:r>
    </w:p>
    <w:p>
      <w:r>
        <w:rPr>
          <w:b/>
        </w:rPr>
        <w:t xml:space="preserve">[03:01] </w:t>
      </w:r>
      <w:r>
        <w:t>muhaddis hain, un ka zamanah woh doosri sadi hijri mein paida hue aur teesri sadi hijri mein un</w:t>
      </w:r>
    </w:p>
    <w:p>
      <w:pPr>
        <w:jc w:val="right"/>
      </w:pPr>
      <w:r>
        <w:t>محدث ہیں، ان کا زمانہ وہ دوسری صدی ہجری میں پیدا ہوئے اور تیسری صدی ہجری میں ان</w:t>
      </w:r>
    </w:p>
    <w:p>
      <w:r>
        <w:rPr>
          <w:b/>
        </w:rPr>
        <w:t xml:space="preserve">[03:08] </w:t>
      </w:r>
      <w:r>
        <w:t>ki وفات hui.</w:t>
      </w:r>
    </w:p>
    <w:p>
      <w:pPr>
        <w:jc w:val="right"/>
      </w:pPr>
      <w:r>
        <w:t>کی وفات ہوئی۔</w:t>
      </w:r>
    </w:p>
    <w:p>
      <w:r>
        <w:rPr>
          <w:b/>
        </w:rPr>
        <w:t xml:space="preserve">[03:15] </w:t>
      </w:r>
      <w:r>
        <w:t>unki mashhoor kitab hai Musnad Ahmed, unka jo usool tha is baray mein, unhon ne kaha</w:t>
      </w:r>
    </w:p>
    <w:p>
      <w:pPr>
        <w:jc w:val="right"/>
      </w:pPr>
      <w:r>
        <w:t>ان کی مشہور کتاب ہے مسند احمد، ان کا جو اصول تھا اس بارے میں، انہوں نے کہا</w:t>
      </w:r>
    </w:p>
    <w:p>
      <w:r>
        <w:rPr>
          <w:b/>
        </w:rPr>
        <w:t xml:space="preserve">[03:22] </w:t>
      </w:r>
      <w:r>
        <w:t>tha ke اذا روینا عن الفضائل تساہلنا، yani fazail ki riwayatein jo hum bayan karte hain to use</w:t>
      </w:r>
    </w:p>
    <w:p>
      <w:pPr>
        <w:jc w:val="right"/>
      </w:pPr>
      <w:r>
        <w:t>تھا کہ اذا روینا عن الفضائل تساہلنا، یعنی فضائل کی روایتیں جو ہم بیان کرتے ہیں تو اسے</w:t>
      </w:r>
    </w:p>
    <w:p>
      <w:r>
        <w:rPr>
          <w:b/>
        </w:rPr>
        <w:t xml:space="preserve">[03:29] </w:t>
      </w:r>
      <w:r>
        <w:t>hum ziyada chhan been nahi karte.</w:t>
      </w:r>
    </w:p>
    <w:p>
      <w:pPr>
        <w:jc w:val="right"/>
      </w:pPr>
      <w:r>
        <w:t>ہم زیادہ چھان بین نہیں کرتے۔</w:t>
      </w:r>
    </w:p>
    <w:p>
      <w:r>
        <w:rPr>
          <w:b/>
        </w:rPr>
        <w:t xml:space="preserve">[03:36] </w:t>
      </w:r>
      <w:r>
        <w:t>yahin se shuru ho gayi hai, yahin se aik qism ka de-realment ho gaya.</w:t>
      </w:r>
    </w:p>
    <w:p>
      <w:pPr>
        <w:jc w:val="right"/>
      </w:pPr>
      <w:r>
        <w:t>یہیں سے شروع ہو گئی ہے، یہیں سے ایک قسم کا ڈی ریڈمنٹ ہو گیا۔</w:t>
      </w:r>
    </w:p>
    <w:p>
      <w:r>
        <w:rPr>
          <w:b/>
        </w:rPr>
        <w:t xml:space="preserve">[03:43] </w:t>
      </w:r>
      <w:r>
        <w:t>sahaba ke zamanay mein deen jo tha reason based tha, ab woh fazail based ho gaya.</w:t>
      </w:r>
    </w:p>
    <w:p>
      <w:pPr>
        <w:jc w:val="right"/>
      </w:pPr>
      <w:r>
        <w:t>صحابہ کے زمانے میں دین جو تھا ریزن بیسڈ تھا، اب وہ فضائل بیسڈ ہو گیا۔</w:t>
      </w:r>
    </w:p>
    <w:p>
      <w:r>
        <w:rPr>
          <w:b/>
        </w:rPr>
        <w:t xml:space="preserve">[03:50] </w:t>
      </w:r>
      <w:r>
        <w:t>aaj kal aap jante hain ke fazail-e-aamal jaisi kitabein ziyada musalmanon ko guide kar rahi hain Quran</w:t>
      </w:r>
    </w:p>
    <w:p>
      <w:pPr>
        <w:jc w:val="right"/>
      </w:pPr>
      <w:r>
        <w:t>آج کل آپ جانتے ہیں کہ فضائل اعمال جیسی کتابیں زیادہ مسلمانوں کو گائیڈ کر رہی ہیں قرآن</w:t>
      </w:r>
    </w:p>
    <w:p>
      <w:r>
        <w:rPr>
          <w:b/>
        </w:rPr>
        <w:t xml:space="preserve">[03:57] </w:t>
      </w:r>
      <w:r>
        <w:t>ke muqablay mein.</w:t>
      </w:r>
    </w:p>
    <w:p>
      <w:pPr>
        <w:jc w:val="right"/>
      </w:pPr>
      <w:r>
        <w:t>کے مقابلے میں۔</w:t>
      </w:r>
    </w:p>
    <w:p>
      <w:r>
        <w:rPr>
          <w:b/>
        </w:rPr>
        <w:t xml:space="preserve">[04:03] </w:t>
      </w:r>
      <w:r>
        <w:t>to fazail kya hain? fazail mustehab-e-sawab, aql se is ka koi talluq nahi. mustehab-e-sawab.</w:t>
      </w:r>
    </w:p>
    <w:p>
      <w:pPr>
        <w:jc w:val="right"/>
      </w:pPr>
      <w:r>
        <w:t>تو فضائل کیا ہیں؟ فضائل مستیر ثواب، عقل سے اس کا کوئی تعلق نہیں۔ مستیر ثواب۔</w:t>
      </w:r>
    </w:p>
    <w:p>
      <w:r>
        <w:rPr>
          <w:b/>
        </w:rPr>
        <w:t xml:space="preserve">[04:10] </w:t>
      </w:r>
      <w:r>
        <w:t>to jab aap mustehab-e-sawab aap ka culture ban jaye to reason ka development ruk jayega.</w:t>
      </w:r>
    </w:p>
    <w:p>
      <w:pPr>
        <w:jc w:val="right"/>
      </w:pPr>
      <w:r>
        <w:t>تو جب آپ مستیر ثواب آپ کا کلچر بن جائے تو ریزن کا ڈیولپمنٹ رک جائے گا۔</w:t>
      </w:r>
    </w:p>
    <w:p>
      <w:r>
        <w:rPr>
          <w:b/>
        </w:rPr>
        <w:t xml:space="preserve">[04:17] </w:t>
      </w:r>
      <w:r>
        <w:t>woh jo hadith mein hai ke تنزو عنہم وقولہم ke aik zamanah ayega jab ke musalmanon se</w:t>
      </w:r>
    </w:p>
    <w:p>
      <w:pPr>
        <w:jc w:val="right"/>
      </w:pPr>
      <w:r>
        <w:t>وہ جو حدیث میں ہے کہ تنزو عنہم وقولہم کہ ایک زمانہ آئے گا جب کہ مسلمانوں سے</w:t>
      </w:r>
    </w:p>
    <w:p>
      <w:r>
        <w:rPr>
          <w:b/>
        </w:rPr>
        <w:t xml:space="preserve">[04:24] </w:t>
      </w:r>
      <w:r>
        <w:t>un ki aqlein chhin jayengi.</w:t>
      </w:r>
    </w:p>
    <w:p>
      <w:pPr>
        <w:jc w:val="right"/>
      </w:pPr>
      <w:r>
        <w:t>ان کی عقلیں چھن جائیں گی۔</w:t>
      </w:r>
    </w:p>
    <w:p>
      <w:r>
        <w:rPr>
          <w:b/>
        </w:rPr>
        <w:t xml:space="preserve">[04:31] </w:t>
      </w:r>
      <w:r>
        <w:t>yeh hadith mein hai ke aik zamanah ayega jab musalmanon se un ki aqlein chhin jayengi.</w:t>
      </w:r>
    </w:p>
    <w:p>
      <w:pPr>
        <w:jc w:val="right"/>
      </w:pPr>
      <w:r>
        <w:t>یہ حدیث میں ہے کہ ایک زمانہ آئے گا جب مسلمانوں سے ان کی عقلیں چھن جائیں گی۔</w:t>
      </w:r>
    </w:p>
    <w:p>
      <w:r>
        <w:rPr>
          <w:b/>
        </w:rPr>
        <w:t xml:space="preserve">[04:38] </w:t>
      </w:r>
      <w:r>
        <w:t>to yahi to hua, is ka aghaz hua yahin se ke Quran aur hadith par mabni jo deen</w:t>
      </w:r>
    </w:p>
    <w:p>
      <w:pPr>
        <w:jc w:val="right"/>
      </w:pPr>
      <w:r>
        <w:t>تو یہی تو ہوا، اس کا آغاز ہوا یہیں سے کہ قرآن اور حدیث پر مبنی جو دین</w:t>
      </w:r>
    </w:p>
    <w:p>
      <w:r>
        <w:rPr>
          <w:b/>
        </w:rPr>
        <w:t xml:space="preserve">[04:45] </w:t>
      </w:r>
      <w:r>
        <w:t>tha is ko fazail par mabni kar diya.</w:t>
      </w:r>
    </w:p>
    <w:p>
      <w:pPr>
        <w:jc w:val="right"/>
      </w:pPr>
      <w:r>
        <w:t>تھا اس کو فضائل پر مبنی کر دیا۔</w:t>
      </w:r>
    </w:p>
    <w:p>
      <w:r>
        <w:rPr>
          <w:b/>
        </w:rPr>
        <w:t xml:space="preserve">[04:52] </w:t>
      </w:r>
      <w:r>
        <w:t>aur ab to dunya ki sab se bari jo jamaatein hain wo fazail par chal rahi hain, fazail</w:t>
      </w:r>
    </w:p>
    <w:p>
      <w:pPr>
        <w:jc w:val="right"/>
      </w:pPr>
      <w:r>
        <w:t>اور اب تو دنیا کی سب سے بڑی جو جماعتیں ہیں وہ فضائل پر چل رہی ہیں، فضائل</w:t>
      </w:r>
    </w:p>
    <w:p>
      <w:r>
        <w:rPr>
          <w:b/>
        </w:rPr>
        <w:t xml:space="preserve">[04:59] </w:t>
      </w:r>
      <w:r>
        <w:t>aemaal jaisi kitabein in ka musahaf bani hui hain.</w:t>
      </w:r>
    </w:p>
    <w:p>
      <w:pPr>
        <w:jc w:val="right"/>
      </w:pPr>
      <w:r>
        <w:t>اعمال جیسی کتابیں ان کا مصحف بنی ہوئی ہیں۔</w:t>
      </w:r>
    </w:p>
    <w:p>
      <w:r>
        <w:rPr>
          <w:b/>
        </w:rPr>
        <w:t xml:space="preserve">[05:06] </w:t>
      </w:r>
      <w:r>
        <w:t>to fazail musteer qism ke sawab ka naam hota hai.</w:t>
      </w:r>
    </w:p>
    <w:p>
      <w:pPr>
        <w:jc w:val="right"/>
      </w:pPr>
      <w:r>
        <w:t>تو فضائل مستیر قسم کے ثواب کا نام ہوتا ہے۔</w:t>
      </w:r>
    </w:p>
    <w:p>
      <w:r>
        <w:rPr>
          <w:b/>
        </w:rPr>
        <w:t xml:space="preserve">[05:13] </w:t>
      </w:r>
      <w:r>
        <w:t>aur aql jo hai is mein aadmi sochta hai, sochta hai, sochta hai, sochta hai.</w:t>
      </w:r>
    </w:p>
    <w:p>
      <w:pPr>
        <w:jc w:val="right"/>
      </w:pPr>
      <w:r>
        <w:t>اور عقل جو ہے اس میں آدمی سوچتا ہے، سوچتا ہے، سوچتا ہے، سوچتا ہے۔</w:t>
      </w:r>
    </w:p>
    <w:p>
      <w:r>
        <w:rPr>
          <w:b/>
        </w:rPr>
        <w:t xml:space="preserve">[05:20] </w:t>
      </w:r>
      <w:r>
        <w:t>jaise misaal ke taur par main is par ghor kiya maine ke ramzan ka roza jo hai</w:t>
      </w:r>
    </w:p>
    <w:p>
      <w:pPr>
        <w:jc w:val="right"/>
      </w:pPr>
      <w:r>
        <w:t>جیسے مثال کے طور پر میں اس پر غور کیا میں نے کہ رمضان کا روزہ جو ہے</w:t>
      </w:r>
    </w:p>
    <w:p>
      <w:r>
        <w:rPr>
          <w:b/>
        </w:rPr>
        <w:t xml:space="preserve">[05:27] </w:t>
      </w:r>
      <w:r>
        <w:t>itni sawab is ka hai to is mein aql kya milti hai ummat ko? Koi aql milna chahiye.</w:t>
      </w:r>
    </w:p>
    <w:p>
      <w:pPr>
        <w:jc w:val="right"/>
      </w:pPr>
      <w:r>
        <w:t>اتنی ثواب اس کا ہے تو اس میں عقل کیا ملتی ہے امت کو؟ کوئی عقل ملنا چاہیے۔</w:t>
      </w:r>
    </w:p>
    <w:p>
      <w:r>
        <w:rPr>
          <w:b/>
        </w:rPr>
        <w:t xml:space="preserve">[05:34] </w:t>
      </w:r>
      <w:r>
        <w:t>یعنی کوئی قابل فہم، کوئی understandable چیز اس سے ملنا چاہیے۔</w:t>
      </w:r>
    </w:p>
    <w:p>
      <w:pPr>
        <w:jc w:val="right"/>
      </w:pPr>
      <w:r>
        <w:t>یعنی کوئی قابل فہم، کوئی انڈرسٹینڈ ایبل چیز اس سے ملنا چاہیے۔</w:t>
      </w:r>
    </w:p>
    <w:p>
      <w:r>
        <w:rPr>
          <w:b/>
        </w:rPr>
        <w:t xml:space="preserve">[05:41] </w:t>
      </w:r>
      <w:r>
        <w:t>to is par main ghor kar raha tha.</w:t>
      </w:r>
    </w:p>
    <w:p>
      <w:pPr>
        <w:jc w:val="right"/>
      </w:pPr>
      <w:r>
        <w:t>تو اس پر میں غور کر رہا تھا۔</w:t>
      </w:r>
    </w:p>
    <w:p>
      <w:r>
        <w:rPr>
          <w:b/>
        </w:rPr>
        <w:t xml:space="preserve">[05:48] </w:t>
      </w:r>
      <w:r>
        <w:t>to bas maine ek baat mere zehan mein aayi ke roze ke mahine mein hamein kuch seekh</w:t>
      </w:r>
    </w:p>
    <w:p>
      <w:pPr>
        <w:jc w:val="right"/>
      </w:pPr>
      <w:r>
        <w:t>تو بس میں نے ایک بات میرے ذہن میں آئی کہ روزے کے مہینے میں ہمیں کچھ سیکھ</w:t>
      </w:r>
    </w:p>
    <w:p>
      <w:r>
        <w:rPr>
          <w:b/>
        </w:rPr>
        <w:t xml:space="preserve">[05:54] </w:t>
      </w:r>
      <w:r>
        <w:t>دیتی ہے، کوئی learning دیتی ہے، کوئی عقل دیتی ہے جو ہمیں زندگی پر follow کرنا ہے۔</w:t>
      </w:r>
    </w:p>
    <w:p>
      <w:pPr>
        <w:jc w:val="right"/>
      </w:pPr>
      <w:r>
        <w:t>دیتی ہے، کوئی لرننگ دیتی ہے، کوئی عقل دیتی ہے جو ہمیں زندگی پر فالو کرنا ہے۔</w:t>
      </w:r>
    </w:p>
    <w:p>
      <w:r>
        <w:rPr>
          <w:b/>
        </w:rPr>
        <w:t xml:space="preserve">[06:01] </w:t>
      </w:r>
      <w:r>
        <w:t>اس میں سے ایک ہے comparison, law of comparison.</w:t>
      </w:r>
    </w:p>
    <w:p>
      <w:pPr>
        <w:jc w:val="right"/>
      </w:pPr>
      <w:r>
        <w:t>اس میں سے ایک ہے کمپیریزن، لا آف کمپیریزن۔</w:t>
      </w:r>
    </w:p>
    <w:p>
      <w:r>
        <w:rPr>
          <w:b/>
        </w:rPr>
        <w:t xml:space="preserve">[06:08] </w:t>
      </w:r>
      <w:r>
        <w:t>misalan aap raat ke waqt mein khate hain, din ke waqt mein khate nahin hain.</w:t>
      </w:r>
    </w:p>
    <w:p>
      <w:pPr>
        <w:jc w:val="right"/>
      </w:pPr>
      <w:r>
        <w:t>مثلاً آپ رات کے وقت میں کھاتے ہیں، دن کے وقت میں کھاتے نہیں ہیں۔</w:t>
      </w:r>
    </w:p>
    <w:p>
      <w:r>
        <w:rPr>
          <w:b/>
        </w:rPr>
        <w:t xml:space="preserve">[06:15] </w:t>
      </w:r>
      <w:r>
        <w:t>تو آپ اگر reason based دین آپ کے پاس ہے تو آپ comparison کریں گے۔</w:t>
      </w:r>
    </w:p>
    <w:p>
      <w:pPr>
        <w:jc w:val="right"/>
      </w:pPr>
      <w:r>
        <w:t>تو آپ اگر ریزن بیسڈ دین آپ کے پاس ہے تو آپ کمپیریزن کریں گے۔</w:t>
      </w:r>
    </w:p>
    <w:p>
      <w:r>
        <w:rPr>
          <w:b/>
        </w:rPr>
        <w:t xml:space="preserve">[06:22] </w:t>
      </w:r>
      <w:r>
        <w:t>تو What is food, what is starvation کہ کھانا کیا ہے اور نہ کھانا کیا ہے۔</w:t>
      </w:r>
    </w:p>
    <w:p>
      <w:pPr>
        <w:jc w:val="right"/>
      </w:pPr>
      <w:r>
        <w:t>تو واٹ از فوڈ، واٹ از سارویشن کہ کھانا کیا ہے اور نہ کھانا کیا ہے۔</w:t>
      </w:r>
    </w:p>
    <w:p>
      <w:r>
        <w:rPr>
          <w:b/>
        </w:rPr>
        <w:t xml:space="preserve">[06:29] </w:t>
      </w:r>
      <w:r>
        <w:t>to aap ko kya hoga ek bohat bari cheez daryaft hogi jis ko kaha jata hai ke in</w:t>
      </w:r>
    </w:p>
    <w:p>
      <w:pPr>
        <w:jc w:val="right"/>
      </w:pPr>
      <w:r>
        <w:t>تو آپ کو کیا ہوگا ایک بہت بڑی چیز دریافت ہوگی جس کو کہا جاتا ہے کہ ان</w:t>
      </w:r>
    </w:p>
    <w:p>
      <w:r>
        <w:rPr>
          <w:b/>
        </w:rPr>
        <w:t xml:space="preserve">[06:36] </w:t>
      </w:r>
      <w:r>
        <w:t>comparison that we understand.</w:t>
      </w:r>
    </w:p>
    <w:p>
      <w:pPr>
        <w:jc w:val="right"/>
      </w:pPr>
      <w:r>
        <w:t>کمپیریزن دیٹ وی انڈرسٹینڈ۔</w:t>
      </w:r>
    </w:p>
    <w:p>
      <w:r>
        <w:rPr>
          <w:b/>
        </w:rPr>
        <w:t xml:space="preserve">[06:43] </w:t>
      </w:r>
      <w:r>
        <w:t>in comparison that we understand.</w:t>
      </w:r>
    </w:p>
    <w:p>
      <w:pPr>
        <w:jc w:val="right"/>
      </w:pPr>
      <w:r>
        <w:t>ان کمپیریزن دیٹ وی انڈرسٹینڈ۔</w:t>
      </w:r>
    </w:p>
    <w:p>
      <w:r>
        <w:rPr>
          <w:b/>
        </w:rPr>
        <w:t xml:space="preserve">[06:50] </w:t>
      </w:r>
      <w:r>
        <w:t>yani muqabla kar ke aap baaton ko samajhte hain.</w:t>
      </w:r>
    </w:p>
    <w:p>
      <w:pPr>
        <w:jc w:val="right"/>
      </w:pPr>
      <w:r>
        <w:t>یعنی مقابلہ کر کے آپ باتوں کو سمجھتے ہیں۔</w:t>
      </w:r>
    </w:p>
    <w:p>
      <w:r>
        <w:rPr>
          <w:b/>
        </w:rPr>
        <w:t xml:space="preserve">[06:57] </w:t>
      </w:r>
      <w:r>
        <w:t>ek aur doosri cheez muqabla kar ke aap baaton ko samajhte hain.</w:t>
      </w:r>
    </w:p>
    <w:p>
      <w:pPr>
        <w:jc w:val="right"/>
      </w:pPr>
      <w:r>
        <w:t>ایک اور دوسری چیز مقابلہ کر کے آپ باتوں کو سمجھتے ہیں۔</w:t>
      </w:r>
    </w:p>
    <w:p>
      <w:r>
        <w:rPr>
          <w:b/>
        </w:rPr>
        <w:t xml:space="preserve">[07:04] </w:t>
      </w:r>
      <w:r>
        <w:t>تو کتنا بڑا یہ یعنی art of comparison جو ہے بہت ہی بڑا آرٹ ہے۔</w:t>
      </w:r>
    </w:p>
    <w:p>
      <w:pPr>
        <w:jc w:val="right"/>
      </w:pPr>
      <w:r>
        <w:t>تو کتنا بڑا یہ یعنی آرٹ آف کمپیریزن جو ہے بہت ہی بڑا آرٹ ہے۔</w:t>
      </w:r>
    </w:p>
    <w:p>
      <w:r>
        <w:rPr>
          <w:b/>
        </w:rPr>
        <w:t xml:space="preserve">[07:11] </w:t>
      </w:r>
      <w:r>
        <w:t>art of comparison bohat hi bara art hai.</w:t>
      </w:r>
    </w:p>
    <w:p>
      <w:pPr>
        <w:jc w:val="right"/>
      </w:pPr>
      <w:r>
        <w:t>آرٹ آف کمپیریزن بہت ہی بڑا آرٹ ہے۔</w:t>
      </w:r>
    </w:p>
    <w:p>
      <w:r>
        <w:rPr>
          <w:b/>
        </w:rPr>
        <w:t xml:space="preserve">[07:18] </w:t>
      </w:r>
      <w:r>
        <w:t>جیسے آج ہی کی خبر آپ نے پڑھا ہوگا کہ کشمیر کا ایک بہت ہی بہت ہی intelligent نوجوان۔</w:t>
      </w:r>
    </w:p>
    <w:p>
      <w:pPr>
        <w:jc w:val="right"/>
      </w:pPr>
      <w:r>
        <w:t>جیسے آج ہی کی خبر آپ نے پڑھا ہوگا کہ کشمیر کا ایک بہت ہی بہت ہی انٹیلیجنٹ نوجوان۔</w:t>
      </w:r>
    </w:p>
    <w:p>
      <w:r>
        <w:rPr>
          <w:b/>
        </w:rPr>
        <w:t xml:space="preserve">[07:25] </w:t>
      </w:r>
      <w:r>
        <w:t>healthy tha, parha likha tha.</w:t>
      </w:r>
    </w:p>
    <w:p>
      <w:pPr>
        <w:jc w:val="right"/>
      </w:pPr>
      <w:r>
        <w:t>ہیلدی تھا، پڑھا لکھا تھا۔</w:t>
      </w:r>
    </w:p>
    <w:p>
      <w:r>
        <w:rPr>
          <w:b/>
        </w:rPr>
        <w:t xml:space="preserve">[07:32] </w:t>
      </w:r>
      <w:r>
        <w:t>اس نے اپنے آپ کو یعنی ڈال دیا military insurgency میں۔</w:t>
      </w:r>
    </w:p>
    <w:p>
      <w:pPr>
        <w:jc w:val="right"/>
      </w:pPr>
      <w:r>
        <w:t>اس نے اپنے آپ کو یعنی ڈال دیا ملٹری اینسی میں۔</w:t>
      </w:r>
    </w:p>
    <w:p>
      <w:r>
        <w:rPr>
          <w:b/>
        </w:rPr>
        <w:t xml:space="preserve">[07:39] </w:t>
      </w:r>
      <w:r>
        <w:t>kehti hai yeh ke aaj woh nahin hai dunya mein.</w:t>
      </w:r>
    </w:p>
    <w:p>
      <w:pPr>
        <w:jc w:val="right"/>
      </w:pPr>
      <w:r>
        <w:t>کہتی ہے یہ کہ آج وہ نہیں ہے دنیا میں۔</w:t>
      </w:r>
    </w:p>
    <w:p>
      <w:r>
        <w:rPr>
          <w:b/>
        </w:rPr>
        <w:t xml:space="preserve">[07:45] </w:t>
      </w:r>
      <w:r>
        <w:t>noujawani ki umar mein hi dunya se chala gaya.</w:t>
      </w:r>
    </w:p>
    <w:p>
      <w:pPr>
        <w:jc w:val="right"/>
      </w:pPr>
      <w:r>
        <w:t>نوجوانی کی عمر میں ہی دنیا سے چلا گیا۔</w:t>
      </w:r>
    </w:p>
    <w:p>
      <w:r>
        <w:rPr>
          <w:b/>
        </w:rPr>
        <w:t xml:space="preserve">[07:52] </w:t>
      </w:r>
      <w:r>
        <w:t>to is ki family wale fakhr kar rahe hain mera beta shaheed ho gaya.</w:t>
      </w:r>
    </w:p>
    <w:p>
      <w:pPr>
        <w:jc w:val="right"/>
      </w:pPr>
      <w:r>
        <w:t>تو اس کی فیملی والے فخر کر رہے ہیں میرا بیٹا شہید ہو گیا۔</w:t>
      </w:r>
    </w:p>
    <w:p>
      <w:r>
        <w:rPr>
          <w:b/>
        </w:rPr>
        <w:t xml:space="preserve">[07:59] </w:t>
      </w:r>
      <w:r>
        <w:t>aap sahaba ke daur mein dekhiye wahan.</w:t>
      </w:r>
    </w:p>
    <w:p>
      <w:pPr>
        <w:jc w:val="right"/>
      </w:pPr>
      <w:r>
        <w:t>آپ صحابہ کے دور میں دیکھئے وہاں۔</w:t>
      </w:r>
    </w:p>
    <w:p>
      <w:r>
        <w:rPr>
          <w:b/>
        </w:rPr>
        <w:t xml:space="preserve">[08:06] </w:t>
      </w:r>
      <w:r>
        <w:t>shaheed nahin kaha jata jo qatl kiya jaye, jo qatl ho.</w:t>
      </w:r>
    </w:p>
    <w:p>
      <w:pPr>
        <w:jc w:val="right"/>
      </w:pPr>
      <w:r>
        <w:t>شہید نہیں کہا جاتا جو قتل کیا جائے، جو قتل ہو۔</w:t>
      </w:r>
    </w:p>
    <w:p>
      <w:r>
        <w:rPr>
          <w:b/>
        </w:rPr>
        <w:t xml:space="preserve">[08:13] </w:t>
      </w:r>
      <w:r>
        <w:t>is ka mani hai ke islam mein yeh jo jihad ma'ni qital jo hai yeh hamari taraf se</w:t>
      </w:r>
    </w:p>
    <w:p>
      <w:pPr>
        <w:jc w:val="right"/>
      </w:pPr>
      <w:r>
        <w:t>اس کا معنی ہے کہ اسلام میں یہ جو جہاد بمعنی قتال جو ہے یہ ہماری طرف سے</w:t>
      </w:r>
    </w:p>
    <w:p>
      <w:r>
        <w:rPr>
          <w:b/>
        </w:rPr>
        <w:t xml:space="preserve">[08:20] </w:t>
      </w:r>
      <w:r>
        <w:t>nahin hai, doosron ki taraf se hai.</w:t>
      </w:r>
    </w:p>
    <w:p>
      <w:pPr>
        <w:jc w:val="right"/>
      </w:pPr>
      <w:r>
        <w:t>نہیں ہے، دوسروں کی طرف سے ہے۔</w:t>
      </w:r>
    </w:p>
    <w:p>
      <w:r>
        <w:rPr>
          <w:b/>
        </w:rPr>
        <w:t xml:space="preserve">[08:27] </w:t>
      </w:r>
      <w:r>
        <w:t>yani hum kisi par iqdam nahin karenge ladne marne ke liye.</w:t>
      </w:r>
    </w:p>
    <w:p>
      <w:pPr>
        <w:jc w:val="right"/>
      </w:pPr>
      <w:r>
        <w:t>یعنی ہم کسی پر اقدام نہیں کریں گے لڑنے مرنے کے لیے۔</w:t>
      </w:r>
    </w:p>
    <w:p>
      <w:r>
        <w:rPr>
          <w:b/>
        </w:rPr>
        <w:t xml:space="preserve">[08:34] </w:t>
      </w:r>
      <w:r>
        <w:t>dusre ki taraf attack hoga to majburan muqabla hoga, is mein kuch to mare jayenge woh log.</w:t>
      </w:r>
    </w:p>
    <w:p>
      <w:pPr>
        <w:jc w:val="right"/>
      </w:pPr>
      <w:r>
        <w:t>دوسرے کی طرف اٹیک ہوگا تو مجبوراً مقابلہ ہوگا، اس میں کچھ تو مارے جائیں گے وہ لوگ۔</w:t>
      </w:r>
    </w:p>
    <w:p>
      <w:r>
        <w:rPr>
          <w:b/>
        </w:rPr>
        <w:t xml:space="preserve">[08:41] </w:t>
      </w:r>
      <w:r>
        <w:t>to roza goya sikhata hai ke bhooka reh kar ke apne aap ko halak mat karo, ek time</w:t>
      </w:r>
    </w:p>
    <w:p>
      <w:pPr>
        <w:jc w:val="right"/>
      </w:pPr>
      <w:r>
        <w:t>تو روزہ گویا سکھاتا ہے کہ بھوکا رہ کر کے اپنے آپ کو ہلاک مت کرو، ایک ٹائم</w:t>
      </w:r>
    </w:p>
    <w:p>
      <w:r>
        <w:rPr>
          <w:b/>
        </w:rPr>
        <w:t xml:space="preserve">[08:48] </w:t>
      </w:r>
      <w:r>
        <w:t>ke baad phir kha rakha ho.</w:t>
      </w:r>
    </w:p>
    <w:p>
      <w:pPr>
        <w:jc w:val="right"/>
      </w:pPr>
      <w:r>
        <w:t>کے بعد پھر کھا رکھا ہو۔</w:t>
      </w:r>
    </w:p>
    <w:p>
      <w:r>
        <w:rPr>
          <w:b/>
        </w:rPr>
        <w:t xml:space="preserve">[08:55] </w:t>
      </w:r>
      <w:r>
        <w:t>agar aap jante hain baz mazhabon mein aisa hai ke bhooke rehte hain, bhooke rehte hain isi mein</w:t>
      </w:r>
    </w:p>
    <w:p>
      <w:pPr>
        <w:jc w:val="right"/>
      </w:pPr>
      <w:r>
        <w:t>اگر آپ جانتے ہیں بعض مذہبوں میں ایسا ہے کہ بھوکے رہتے ہیں، بھوکے رہتے ہیں اسی میں</w:t>
      </w:r>
    </w:p>
    <w:p>
      <w:r>
        <w:rPr>
          <w:b/>
        </w:rPr>
        <w:t xml:space="preserve">[09:02] </w:t>
      </w:r>
      <w:r>
        <w:t>mar jate hain.</w:t>
      </w:r>
    </w:p>
    <w:p>
      <w:pPr>
        <w:jc w:val="right"/>
      </w:pPr>
      <w:r>
        <w:t>مر جاتے ہیں۔</w:t>
      </w:r>
    </w:p>
    <w:p>
      <w:r>
        <w:rPr>
          <w:b/>
        </w:rPr>
        <w:t xml:space="preserve">[09:09] </w:t>
      </w:r>
      <w:r>
        <w:t>islam mein aisa nahi hai ke bhooke raho, bhooke raho yahan tak ke mar jao aur shaheed ho jao.</w:t>
      </w:r>
    </w:p>
    <w:p>
      <w:pPr>
        <w:jc w:val="right"/>
      </w:pPr>
      <w:r>
        <w:t>اسلام میں ایسا نہیں ہے کہ بھوکے رہو، بھوکے رہو یہاں تک کہ مر جاؤ اور شہید ہو جاؤ۔</w:t>
      </w:r>
    </w:p>
    <w:p>
      <w:r>
        <w:rPr>
          <w:b/>
        </w:rPr>
        <w:t xml:space="preserve">[09:16] </w:t>
      </w:r>
      <w:r>
        <w:t>balke kuch ghante ke baad khana khao, apne aap ko taqatwar banao.</w:t>
      </w:r>
    </w:p>
    <w:p>
      <w:pPr>
        <w:jc w:val="right"/>
      </w:pPr>
      <w:r>
        <w:t>بلکہ کچھ گھنٹے کے بعد کھانا کھاؤ، اپنے آپ کو طاقتور بناؤ۔</w:t>
      </w:r>
    </w:p>
    <w:p>
      <w:r>
        <w:rPr>
          <w:b/>
        </w:rPr>
        <w:t xml:space="preserve">[09:23] </w:t>
      </w:r>
      <w:r>
        <w:t>goya islam mein jo usool hai woh yeh hai ke zinda reh kar islam ka mission chalao, quran</w:t>
      </w:r>
    </w:p>
    <w:p>
      <w:pPr>
        <w:jc w:val="right"/>
      </w:pPr>
      <w:r>
        <w:t>گویا اسلام میں جو اصول ہے وہ یہ ہے کہ زندہ رہ کر اسلام کا مشن چلاؤ، قرآن</w:t>
      </w:r>
    </w:p>
    <w:p>
      <w:r>
        <w:rPr>
          <w:b/>
        </w:rPr>
        <w:t xml:space="preserve">[09:30] </w:t>
      </w:r>
      <w:r>
        <w:t>o sunnat ka jo deen hai us ko phailao, dawat ka kaam karo.</w:t>
      </w:r>
    </w:p>
    <w:p>
      <w:pPr>
        <w:jc w:val="right"/>
      </w:pPr>
      <w:r>
        <w:t>و سنت کا جو دین ہے اس کو پھیلاؤ، دعوت کا کام کرو۔</w:t>
      </w:r>
    </w:p>
    <w:p>
      <w:r>
        <w:rPr>
          <w:b/>
        </w:rPr>
        <w:t xml:space="preserve">[09:37] </w:t>
      </w:r>
      <w:r>
        <w:t>yeh nahi ke khwamkhwah mar jao aur shaheed kehlao.</w:t>
      </w:r>
    </w:p>
    <w:p>
      <w:pPr>
        <w:jc w:val="right"/>
      </w:pPr>
      <w:r>
        <w:t>یہ نہیں کہ خوامخواہ مر جاؤ اور شہید کہلاؤ۔</w:t>
      </w:r>
    </w:p>
    <w:p>
      <w:r>
        <w:rPr>
          <w:b/>
        </w:rPr>
        <w:t xml:space="preserve">[09:43] </w:t>
      </w:r>
      <w:r>
        <w:t>lekin aaj kal roza na khabrein aati hain, abhi aap ne suna hoga kai khabrein abhi haal mein</w:t>
      </w:r>
    </w:p>
    <w:p>
      <w:pPr>
        <w:jc w:val="right"/>
      </w:pPr>
      <w:r>
        <w:t>لیکن آج کل روزہ نہ خبریں آتی ہیں، ابھی آپ نے سنا ہوگا کئی خبریں ابھی حال میں</w:t>
      </w:r>
    </w:p>
    <w:p>
      <w:r>
        <w:rPr>
          <w:b/>
        </w:rPr>
        <w:t xml:space="preserve">[09:50] </w:t>
      </w:r>
      <w:r>
        <w:t>aayi hain ke log suicide bomb kar ke mar gaye to doosron ko mara khud hi mar gaye.</w:t>
      </w:r>
    </w:p>
    <w:p>
      <w:pPr>
        <w:jc w:val="right"/>
      </w:pPr>
      <w:r>
        <w:t>آئی ہیں کہ لوگ سوسائیڈ بم کر کے مر گئے تو دوسروں کو مارا خود ہی مر گئے۔</w:t>
      </w:r>
    </w:p>
    <w:p>
      <w:r>
        <w:rPr>
          <w:b/>
        </w:rPr>
        <w:t xml:space="preserve">[09:57] </w:t>
      </w:r>
      <w:r>
        <w:t>is ka aqal se koi talluq nahi.</w:t>
      </w:r>
    </w:p>
    <w:p>
      <w:pPr>
        <w:jc w:val="right"/>
      </w:pPr>
      <w:r>
        <w:t>اس کا عقل سے کوئی تعلق نہیں۔</w:t>
      </w:r>
    </w:p>
    <w:p>
      <w:r>
        <w:rPr>
          <w:b/>
        </w:rPr>
        <w:t xml:space="preserve">[10:04] </w:t>
      </w:r>
      <w:r>
        <w:t>aqal se koi talluq nahi.</w:t>
      </w:r>
    </w:p>
    <w:p>
      <w:pPr>
        <w:jc w:val="right"/>
      </w:pPr>
      <w:r>
        <w:t>عقل سے کوئی تعلق نہیں۔</w:t>
      </w:r>
    </w:p>
    <w:p>
      <w:r>
        <w:rPr>
          <w:b/>
        </w:rPr>
        <w:t xml:space="preserve">[10:11] </w:t>
      </w:r>
      <w:r>
        <w:t>agar aap aqal se sochein to yeh jo allah ne paida kiya insan, un ko aqal di, hath</w:t>
      </w:r>
    </w:p>
    <w:p>
      <w:pPr>
        <w:jc w:val="right"/>
      </w:pPr>
      <w:r>
        <w:t>اگر آپ عقل سے سوچیں تو یہ جو اللہ نے پیدا کیا انسان، ان کو عقل دی، ہاتھ</w:t>
      </w:r>
    </w:p>
    <w:p>
      <w:r>
        <w:rPr>
          <w:b/>
        </w:rPr>
        <w:t xml:space="preserve">[10:18] </w:t>
      </w:r>
      <w:r>
        <w:t>paon diye, shakhsiyat di to kis liye diya? is liye diya ke woh padhein, apne aap ko tayyar</w:t>
      </w:r>
    </w:p>
    <w:p>
      <w:pPr>
        <w:jc w:val="right"/>
      </w:pPr>
      <w:r>
        <w:t>پاؤں دیے، شخصیت دی تو کس لئے دیا؟ اس لئے دیا کہ وہ پڑھیں، اپنے آپ کو تیار</w:t>
      </w:r>
    </w:p>
    <w:p>
      <w:r>
        <w:rPr>
          <w:b/>
        </w:rPr>
        <w:t xml:space="preserve">[10:25] </w:t>
      </w:r>
      <w:r>
        <w:t>karein, bare bare kaam karein, dawat ka mission chalayein, us ke liye diya.</w:t>
      </w:r>
    </w:p>
    <w:p>
      <w:pPr>
        <w:jc w:val="right"/>
      </w:pPr>
      <w:r>
        <w:t>کریں، بڑے بڑے کام کریں، دعوت کا مشن چلائیں، اس کے لئے دیا۔</w:t>
      </w:r>
    </w:p>
    <w:p>
      <w:r>
        <w:rPr>
          <w:b/>
        </w:rPr>
        <w:t xml:space="preserve">[10:32] </w:t>
      </w:r>
      <w:r>
        <w:t>lekin khwamkhwah mar kar lad kar mar rahe hain, suicide bomb kar ke mar rahe hain aur samajhte</w:t>
      </w:r>
    </w:p>
    <w:p>
      <w:pPr>
        <w:jc w:val="right"/>
      </w:pPr>
      <w:r>
        <w:t>لیکن خوامخواہ مر کر لڑ کر مر رہے ہیں، سوسائیڈ بم کر کے مر رہے ہیں اور سمجھتے</w:t>
      </w:r>
    </w:p>
    <w:p>
      <w:r>
        <w:rPr>
          <w:b/>
        </w:rPr>
        <w:t xml:space="preserve">[10:39] </w:t>
      </w:r>
      <w:r>
        <w:t>hain ke shaheed ho rahe hain.</w:t>
      </w:r>
    </w:p>
    <w:p>
      <w:pPr>
        <w:jc w:val="right"/>
      </w:pPr>
      <w:r>
        <w:t>ہیں کہ شہید ہو رہے ہیں۔</w:t>
      </w:r>
    </w:p>
    <w:p>
      <w:r>
        <w:rPr>
          <w:b/>
        </w:rPr>
        <w:t xml:space="preserve">[10:46] </w:t>
      </w:r>
      <w:r>
        <w:t>yeh tareeqa jo hai yeh aqal se sochne ka tareeqa nahi hai, wohi fazail ki mizaj se sochne</w:t>
      </w:r>
    </w:p>
    <w:p>
      <w:pPr>
        <w:jc w:val="right"/>
      </w:pPr>
      <w:r>
        <w:t>یہ طریقہ جو ہے یہ عقل سے سوچنے کا طریقہ نہیں ہے، وہی فضائل کی مزاج سے سوچنے</w:t>
      </w:r>
    </w:p>
    <w:p>
      <w:r>
        <w:rPr>
          <w:b/>
        </w:rPr>
        <w:t xml:space="preserve">[10:53] </w:t>
      </w:r>
      <w:r>
        <w:t>ka tareeqa hai.</w:t>
      </w:r>
    </w:p>
    <w:p>
      <w:pPr>
        <w:jc w:val="right"/>
      </w:pPr>
      <w:r>
        <w:t>کا طریقہ ہے۔</w:t>
      </w:r>
    </w:p>
    <w:p>
      <w:r>
        <w:rPr>
          <w:b/>
        </w:rPr>
        <w:t xml:space="preserve">[11:00] </w:t>
      </w:r>
      <w:r>
        <w:t>یعنی mysterious reward، فضائل کا مطلب ہے mysterious reward۔</w:t>
      </w:r>
    </w:p>
    <w:p>
      <w:pPr>
        <w:jc w:val="right"/>
      </w:pPr>
      <w:r>
        <w:t>یعنی مستیرس ریوارڈ، فضائل کا مطلب ہے مستیرس ریوارڈ۔</w:t>
      </w:r>
    </w:p>
    <w:p>
      <w:r>
        <w:rPr>
          <w:b/>
        </w:rPr>
        <w:t xml:space="preserve">[11:07] </w:t>
      </w:r>
      <w:r>
        <w:t>yani purasrar sawab.</w:t>
      </w:r>
    </w:p>
    <w:p>
      <w:pPr>
        <w:jc w:val="right"/>
      </w:pPr>
      <w:r>
        <w:t>یعنی پراسرار ثواب۔</w:t>
      </w:r>
    </w:p>
    <w:p>
      <w:r>
        <w:rPr>
          <w:b/>
        </w:rPr>
        <w:t xml:space="preserve">[11:14] </w:t>
      </w:r>
      <w:r>
        <w:t>to islam mein purasrar sawab ka concept nahi hai, yeh to baat ko aya hai, baat ko.</w:t>
      </w:r>
    </w:p>
    <w:p>
      <w:pPr>
        <w:jc w:val="right"/>
      </w:pPr>
      <w:r>
        <w:t>تو اسلام میں پراسرار ثواب کا کانسیپٹ نہیں ہے، یہ تو بات کو آیا ہے، بات کو۔</w:t>
      </w:r>
    </w:p>
    <w:p>
      <w:r>
        <w:rPr>
          <w:b/>
        </w:rPr>
        <w:t xml:space="preserve">[11:21] </w:t>
      </w:r>
      <w:r>
        <w:t>islam mein bar bar lallakum taqiloon, lallakum tattaqoon, lallakum tadabbur, tafakkur, taqil, yeh sab karo.</w:t>
      </w:r>
    </w:p>
    <w:p>
      <w:pPr>
        <w:jc w:val="right"/>
      </w:pPr>
      <w:r>
        <w:t>اسلام میں بار بار لَلْكُمْ تَعْقَلُونَ، لَلْكُمْ تَتَّقُونَ، لَلْكُمْ تَدَبُّرُ، تفکر، تعقل، یہ سب کرو۔</w:t>
      </w:r>
    </w:p>
    <w:p>
      <w:r>
        <w:rPr>
          <w:b/>
        </w:rPr>
        <w:t xml:space="preserve">[11:28] </w:t>
      </w:r>
      <w:r>
        <w:t>is ka matlab kya hua? is ka matlab yeh hai ke islam yeh chahta hai ke aap ke</w:t>
      </w:r>
    </w:p>
    <w:p>
      <w:pPr>
        <w:jc w:val="right"/>
      </w:pPr>
      <w:r>
        <w:t>اس کا مطلب کیا ہوا؟ اس کا مطلب یہ ہے کہ اسلام یہ چاہتا ہے کہ آپ کے</w:t>
      </w:r>
    </w:p>
    <w:p>
      <w:r>
        <w:rPr>
          <w:b/>
        </w:rPr>
        <w:t xml:space="preserve">[11:34] </w:t>
      </w:r>
      <w:r>
        <w:t>اندر thinking process جاری ہو۔ thinking process۔</w:t>
      </w:r>
    </w:p>
    <w:p>
      <w:pPr>
        <w:jc w:val="right"/>
      </w:pPr>
      <w:r>
        <w:t>اندر تھنکنگ پروسیس جاری ہو۔ تھنکنگ پروسیس۔</w:t>
      </w:r>
    </w:p>
    <w:p>
      <w:r>
        <w:rPr>
          <w:b/>
        </w:rPr>
        <w:t xml:space="preserve">[11:41] </w:t>
      </w:r>
      <w:r>
        <w:t>aap cheezon ko think kar ke samjhein.</w:t>
      </w:r>
    </w:p>
    <w:p>
      <w:pPr>
        <w:jc w:val="right"/>
      </w:pPr>
      <w:r>
        <w:t>آپ چیزوں کو تھنک کر کے سمجھیں۔</w:t>
      </w:r>
    </w:p>
    <w:p>
      <w:r>
        <w:rPr>
          <w:b/>
        </w:rPr>
        <w:t xml:space="preserve">[11:48] </w:t>
      </w:r>
      <w:r>
        <w:t>jaise main aap ko ek misaal deta hoon, aaj main soch raha tha wahi comparison wali baat, taqabul wali baat.</w:t>
      </w:r>
    </w:p>
    <w:p>
      <w:pPr>
        <w:jc w:val="right"/>
      </w:pPr>
      <w:r>
        <w:t>جیسے میں آپ کو ایک مثال دیتا ہوں، آج میں سوچ رہا تھا وہی کمپیریزن والی بات، تقابل والی بات۔</w:t>
      </w:r>
    </w:p>
    <w:p>
      <w:r>
        <w:rPr>
          <w:b/>
        </w:rPr>
        <w:t xml:space="preserve">[11:55] </w:t>
      </w:r>
      <w:r>
        <w:t>to aaj kahin main ne dekha tha haathi ki tasweer, shayad haathi ki tasweer.</w:t>
      </w:r>
    </w:p>
    <w:p>
      <w:pPr>
        <w:jc w:val="right"/>
      </w:pPr>
      <w:r>
        <w:t>تو آج کہیں میں نے دیکھا تھا ہاتھی کی تصویر، شاید ہاتھی کی تصویر۔</w:t>
      </w:r>
    </w:p>
    <w:p>
      <w:r>
        <w:rPr>
          <w:b/>
        </w:rPr>
        <w:t xml:space="preserve">[12:02] </w:t>
      </w:r>
      <w:r>
        <w:t>to main ne socha ke ek skin insaan ki hoti hai, ek skin haathi ki hoti hai.</w:t>
      </w:r>
    </w:p>
    <w:p>
      <w:pPr>
        <w:jc w:val="right"/>
      </w:pPr>
      <w:r>
        <w:t>تو میں نے سوچا کہ ایک اسکن انسان کی ہوتی ہے، ایک اسکن ہاتھی کی ہوتی ہے۔</w:t>
      </w:r>
    </w:p>
    <w:p>
      <w:r>
        <w:rPr>
          <w:b/>
        </w:rPr>
        <w:t xml:space="preserve">[12:09] </w:t>
      </w:r>
      <w:r>
        <w:t>yaani yeh skin jo khaal jo hoti hai.</w:t>
      </w:r>
    </w:p>
    <w:p>
      <w:pPr>
        <w:jc w:val="right"/>
      </w:pPr>
      <w:r>
        <w:t>یعنی یہ اسکن جو کھال جو ہوتی ہے۔</w:t>
      </w:r>
    </w:p>
    <w:p>
      <w:r>
        <w:rPr>
          <w:b/>
        </w:rPr>
        <w:t xml:space="preserve">[12:16] </w:t>
      </w:r>
      <w:r>
        <w:t>to main ne socha agar aisa hota ke insaan ki skin haathi ko de di jaati aur haathi</w:t>
      </w:r>
    </w:p>
    <w:p>
      <w:pPr>
        <w:jc w:val="right"/>
      </w:pPr>
      <w:r>
        <w:t>تو میں نے سوچا اگر ایسا ہوتا کہ انسان کی اسکن ہاتھی کو دے دی جاتی اور ہاتھی</w:t>
      </w:r>
    </w:p>
    <w:p>
      <w:r>
        <w:rPr>
          <w:b/>
        </w:rPr>
        <w:t xml:space="preserve">[12:23] </w:t>
      </w:r>
      <w:r>
        <w:t>ko skin jo hai woh insaan ko mil jaati to kya hota? dono ke liye zindagi museebat, haathi</w:t>
      </w:r>
    </w:p>
    <w:p>
      <w:pPr>
        <w:jc w:val="right"/>
      </w:pPr>
      <w:r>
        <w:t>کو اسکن جو ہے وہ انسان کو مل جاتی تو کیا ہوتا؟ دونوں کے لئے زندگی مصیبت، ہاتھی</w:t>
      </w:r>
    </w:p>
    <w:p>
      <w:r>
        <w:rPr>
          <w:b/>
        </w:rPr>
        <w:t xml:space="preserve">[12:30] </w:t>
      </w:r>
      <w:r>
        <w:t>ke liye bhi, insaan ke liye bhi.</w:t>
      </w:r>
    </w:p>
    <w:p>
      <w:pPr>
        <w:jc w:val="right"/>
      </w:pPr>
      <w:r>
        <w:t>کے لئے بھی، انسان کے لئے بھی۔</w:t>
      </w:r>
    </w:p>
    <w:p>
      <w:r>
        <w:rPr>
          <w:b/>
        </w:rPr>
        <w:t xml:space="preserve">[12:37] </w:t>
      </w:r>
      <w:r>
        <w:t>kyunke insaan ko agar haathi wali khaal de di jaaye to woh ek aisa bojh ho jayega</w:t>
      </w:r>
    </w:p>
    <w:p>
      <w:pPr>
        <w:jc w:val="right"/>
      </w:pPr>
      <w:r>
        <w:t>کیونکہ انسان کو اگر ہاتھی والی کھال دے دی جائے تو وہ ایک ایسا بوجھ ہو جائے گا</w:t>
      </w:r>
    </w:p>
    <w:p>
      <w:r>
        <w:rPr>
          <w:b/>
        </w:rPr>
        <w:t xml:space="preserve">[12:44] </w:t>
      </w:r>
      <w:r>
        <w:t>ke use dab kar khatm ho jayega, woh kuch kar nahi payega.</w:t>
      </w:r>
    </w:p>
    <w:p>
      <w:pPr>
        <w:jc w:val="right"/>
      </w:pPr>
      <w:r>
        <w:t>کہ اسے دب کر ختم ہو جائے گا، وہ کچھ کر نہیں پائے گا۔</w:t>
      </w:r>
    </w:p>
    <w:p>
      <w:r>
        <w:rPr>
          <w:b/>
        </w:rPr>
        <w:t xml:space="preserve">[12:51] </w:t>
      </w:r>
      <w:r>
        <w:t>is skin ki wajah se hum halke phulke hain, hum kaam kar paate hain.</w:t>
      </w:r>
    </w:p>
    <w:p>
      <w:pPr>
        <w:jc w:val="right"/>
      </w:pPr>
      <w:r>
        <w:t>اس اسکن کی وجہ سے ہم ہلکے پھلکے ہیں، ہم کام کر پاتے ہیں۔</w:t>
      </w:r>
    </w:p>
    <w:p>
      <w:r>
        <w:rPr>
          <w:b/>
        </w:rPr>
        <w:t xml:space="preserve">[12:58] </w:t>
      </w:r>
      <w:r>
        <w:t>haathi ki skin agar ho hamari to halke phulke nahi rahenge, ek bojh, ek zindagi ek bojh</w:t>
      </w:r>
    </w:p>
    <w:p>
      <w:pPr>
        <w:jc w:val="right"/>
      </w:pPr>
      <w:r>
        <w:t>ہاتھی کی اسکن اگر ہو ہماری تو ہلکے پھلکے نہیں رہیں گے، ایک بوجھ، ایک زندگی ایک بوجھ</w:t>
      </w:r>
    </w:p>
    <w:p>
      <w:r>
        <w:rPr>
          <w:b/>
        </w:rPr>
        <w:t xml:space="preserve">[13:05] </w:t>
      </w:r>
      <w:r>
        <w:t>ban jayegi.</w:t>
      </w:r>
    </w:p>
    <w:p>
      <w:pPr>
        <w:jc w:val="right"/>
      </w:pPr>
      <w:r>
        <w:t>بن جائے گی۔</w:t>
      </w:r>
    </w:p>
    <w:p>
      <w:r>
        <w:rPr>
          <w:b/>
        </w:rPr>
        <w:t xml:space="preserve">[13:12] </w:t>
      </w:r>
      <w:r>
        <w:t>achha, haathi jo hai us ko raha tha jangl mein, us ko yeh insaan skin ho to woh</w:t>
      </w:r>
    </w:p>
    <w:p>
      <w:pPr>
        <w:jc w:val="right"/>
      </w:pPr>
      <w:r>
        <w:t>اچھا، ہاتھی جو ہے اس کو رہا تھا جنگل میں، اس کو یہ انسان اسکن ہو تو وہ</w:t>
      </w:r>
    </w:p>
    <w:p>
      <w:r>
        <w:rPr>
          <w:b/>
        </w:rPr>
        <w:t xml:space="preserve">[13:19] </w:t>
      </w:r>
      <w:r>
        <w:t>rah nahi sake.</w:t>
      </w:r>
    </w:p>
    <w:p>
      <w:pPr>
        <w:jc w:val="right"/>
      </w:pPr>
      <w:r>
        <w:t>رہ نہیں سکے۔</w:t>
      </w:r>
    </w:p>
    <w:p>
      <w:r>
        <w:rPr>
          <w:b/>
        </w:rPr>
        <w:t xml:space="preserve">[13:25] </w:t>
      </w:r>
      <w:r>
        <w:t>kahin kaara chuega, kahin kuch hoga, kahin kuch hoga, us ko to sakht khaal chahiye jo jhaadiyon</w:t>
      </w:r>
    </w:p>
    <w:p>
      <w:pPr>
        <w:jc w:val="right"/>
      </w:pPr>
      <w:r>
        <w:t>کہیں کاڑا چوہے گا، کہیں کچھ ہوگا، کہیں کچھ ہوگا، اس کو تو سخت کھال چاہیے جو جھاڑیوں</w:t>
      </w:r>
    </w:p>
    <w:p>
      <w:r>
        <w:rPr>
          <w:b/>
        </w:rPr>
        <w:t xml:space="preserve">[13:32] </w:t>
      </w:r>
      <w:r>
        <w:t>mein aur jangl ke sakht mahaul mein us ko kaam aaye.</w:t>
      </w:r>
    </w:p>
    <w:p>
      <w:pPr>
        <w:jc w:val="right"/>
      </w:pPr>
      <w:r>
        <w:t>میں اور جنگل کے سخت ماحول میں اس کو کام آئے۔</w:t>
      </w:r>
    </w:p>
    <w:p>
      <w:r>
        <w:rPr>
          <w:b/>
        </w:rPr>
        <w:t xml:space="preserve">[13:39] </w:t>
      </w:r>
      <w:r>
        <w:t>to haathi ke liye woh khaal mauzu hai, hamare liye yeh khaal mauzu hai.</w:t>
      </w:r>
    </w:p>
    <w:p>
      <w:pPr>
        <w:jc w:val="right"/>
      </w:pPr>
      <w:r>
        <w:t>تو ہاتھی کے لئے وہ کھال موضوع ہے، ہمارے لئے یہ کھال موضوع ہے۔</w:t>
      </w:r>
    </w:p>
    <w:p>
      <w:r>
        <w:rPr>
          <w:b/>
        </w:rPr>
        <w:t xml:space="preserve">[13:46] </w:t>
      </w:r>
      <w:r>
        <w:t>ke kisi ne rab al samaawaat wal ard yeh faisla kiya ke haathi wali khaal insaan ko nahi dena aur</w:t>
      </w:r>
    </w:p>
    <w:p>
      <w:pPr>
        <w:jc w:val="right"/>
      </w:pPr>
      <w:r>
        <w:t>کہ کسی نے رب السماوات وردنی یہ فیصلہ کیا کہ ہاتھی والی کھال انسان کو نہیں دینا اور</w:t>
      </w:r>
    </w:p>
    <w:p>
      <w:r>
        <w:rPr>
          <w:b/>
        </w:rPr>
        <w:t xml:space="preserve">[13:53] </w:t>
      </w:r>
      <w:r>
        <w:t>insaan wali khaal haathi ko nahi dena hai.</w:t>
      </w:r>
    </w:p>
    <w:p>
      <w:pPr>
        <w:jc w:val="right"/>
      </w:pPr>
      <w:r>
        <w:t>انسان والی کھال ہاتھی کو نہیں دینا ہے۔</w:t>
      </w:r>
    </w:p>
    <w:p>
      <w:r>
        <w:rPr>
          <w:b/>
        </w:rPr>
        <w:t xml:space="preserve">[14:00] </w:t>
      </w:r>
      <w:r>
        <w:t>is tarah jab aap sochenge to qata shukr aayega, qata shukr aayega.</w:t>
      </w:r>
    </w:p>
    <w:p>
      <w:pPr>
        <w:jc w:val="right"/>
      </w:pPr>
      <w:r>
        <w:t>اس طرح جب آپ سوچیں گے تو قطع شکر آئے گا، قطع شکر آئے گا۔</w:t>
      </w:r>
    </w:p>
    <w:p>
      <w:r>
        <w:rPr>
          <w:b/>
        </w:rPr>
        <w:t xml:space="preserve">[14:07] </w:t>
      </w:r>
      <w:r>
        <w:t>aise hi dekhiye, aap roze ke bare mein agar sochen ke roza aap ke andar ek soch paida</w:t>
      </w:r>
    </w:p>
    <w:p>
      <w:pPr>
        <w:jc w:val="right"/>
      </w:pPr>
      <w:r>
        <w:t>ایسے ہی دیکھئے، آپ روزے کے بارے میں اگر سوچیں کہ روزہ آپ کے اندر ایک سوچ پیدا</w:t>
      </w:r>
    </w:p>
    <w:p>
      <w:r>
        <w:rPr>
          <w:b/>
        </w:rPr>
        <w:t xml:space="preserve">[14:14] </w:t>
      </w:r>
      <w:r>
        <w:t>karta hai, ek soch, bohat hi badi soch.</w:t>
      </w:r>
    </w:p>
    <w:p>
      <w:pPr>
        <w:jc w:val="right"/>
      </w:pPr>
      <w:r>
        <w:t>کرتا ہے، ایک سوچ، بہت ہی بڑی سوچ۔</w:t>
      </w:r>
    </w:p>
    <w:p>
      <w:r>
        <w:rPr>
          <w:b/>
        </w:rPr>
        <w:t xml:space="preserve">[14:21] </w:t>
      </w:r>
      <w:r>
        <w:t>woh soch kya hai? jo main ne abhi bataya aap ko ke art of comparison, yeh kitni badi baat hai.</w:t>
      </w:r>
    </w:p>
    <w:p>
      <w:pPr>
        <w:jc w:val="right"/>
      </w:pPr>
      <w:r>
        <w:t>وہ سوچ کیا ہے؟ جو میں نے ابھی بتایا آپ کو کہ آرٹ آف کمپیریزن، یہ کتنی بڑی بات ہے۔</w:t>
      </w:r>
    </w:p>
    <w:p>
      <w:r>
        <w:rPr>
          <w:b/>
        </w:rPr>
        <w:t xml:space="preserve">[14:28] </w:t>
      </w:r>
      <w:r>
        <w:t>art of comparison, art of comparison to saara, yaani saari zindagi khadi hui hai.</w:t>
      </w:r>
    </w:p>
    <w:p>
      <w:pPr>
        <w:jc w:val="right"/>
      </w:pPr>
      <w:r>
        <w:t>آرٹ آف کمپیریزن، آرٹ آف کمپیریزن تو سارا، یعنی ساری زندگی کھڑی ہوئی ہے۔</w:t>
      </w:r>
    </w:p>
    <w:p>
      <w:r>
        <w:rPr>
          <w:b/>
        </w:rPr>
        <w:t xml:space="preserve">[14:35] </w:t>
      </w:r>
      <w:r>
        <w:t>saari zindagi khari hui hai.</w:t>
      </w:r>
    </w:p>
    <w:p>
      <w:pPr>
        <w:jc w:val="right"/>
      </w:pPr>
      <w:r>
        <w:t>ساری زندگی کھڑی ہوئی ہے۔</w:t>
      </w:r>
    </w:p>
    <w:p>
      <w:r>
        <w:rPr>
          <w:b/>
        </w:rPr>
        <w:t xml:space="preserve">[14:42] </w:t>
      </w:r>
      <w:r>
        <w:t>to yeh fazail wali jo baat hai is se aqli ghor o fikr logon ke andar khatam ho gaya hai.</w:t>
      </w:r>
    </w:p>
    <w:p>
      <w:pPr>
        <w:jc w:val="right"/>
      </w:pPr>
      <w:r>
        <w:t>تو یہ فضائل والی جو بات ہے اس سے عقلی غور و فکر لوگوں کے اندر ختم ہو گیا ہے۔</w:t>
      </w:r>
    </w:p>
    <w:p>
      <w:r>
        <w:rPr>
          <w:b/>
        </w:rPr>
        <w:t xml:space="preserve">[14:49] </w:t>
      </w:r>
      <w:r>
        <w:t>misalan aik saahib jo mazhabi hain, gol topi sar par thay, un ke mere paas aaye, yaani mazhabi</w:t>
      </w:r>
    </w:p>
    <w:p>
      <w:pPr>
        <w:jc w:val="right"/>
      </w:pPr>
      <w:r>
        <w:t>مثلاً ایک صاحب جو مذہبی ہیں، گول ٹوپی سر پر تھے، ان کے میرے پاس آئے، یعنی مذہبی</w:t>
      </w:r>
    </w:p>
    <w:p>
      <w:r>
        <w:rPr>
          <w:b/>
        </w:rPr>
        <w:t xml:space="preserve">[14:56] </w:t>
      </w:r>
      <w:r>
        <w:t>libaas pehne hue, daadhi bhi.</w:t>
      </w:r>
    </w:p>
    <w:p>
      <w:pPr>
        <w:jc w:val="right"/>
      </w:pPr>
      <w:r>
        <w:t>لباس پہنے ہوئے، داڑھی بھی۔</w:t>
      </w:r>
    </w:p>
    <w:p>
      <w:r>
        <w:rPr>
          <w:b/>
        </w:rPr>
        <w:t xml:space="preserve">[15:03] </w:t>
      </w:r>
      <w:r>
        <w:t>to unhon ne aik aik muslim debater ki bari tareef ki ke main is ka fan hoon.</w:t>
      </w:r>
    </w:p>
    <w:p>
      <w:pPr>
        <w:jc w:val="right"/>
      </w:pPr>
      <w:r>
        <w:t>تو انہوں نے ایک ایک مسلم ڈیبیٹر کی بڑی تعریف کی کہ میں اس کا فین ہوں۔</w:t>
      </w:r>
    </w:p>
    <w:p>
      <w:r>
        <w:rPr>
          <w:b/>
        </w:rPr>
        <w:t xml:space="preserve">[15:10] </w:t>
      </w:r>
      <w:r>
        <w:t>to main ne kaha kuch bataiye.</w:t>
      </w:r>
    </w:p>
    <w:p>
      <w:pPr>
        <w:jc w:val="right"/>
      </w:pPr>
      <w:r>
        <w:t>تو میں نے کہا کچھ بتائیے۔</w:t>
      </w:r>
    </w:p>
    <w:p>
      <w:r>
        <w:rPr>
          <w:b/>
        </w:rPr>
        <w:t xml:space="preserve">[15:16] </w:t>
      </w:r>
      <w:r>
        <w:t>unhon ne kaha ke main un ke aik jalsay mein gaya to wahan par bohat se naujawan maujood</w:t>
      </w:r>
    </w:p>
    <w:p>
      <w:pPr>
        <w:jc w:val="right"/>
      </w:pPr>
      <w:r>
        <w:t>انہوں نے کہا کہ میں ان کے ایک جلسے میں گیا تو وہاں پر بہت سے نوجوان موجود</w:t>
      </w:r>
    </w:p>
    <w:p>
      <w:r>
        <w:rPr>
          <w:b/>
        </w:rPr>
        <w:t xml:space="preserve">[15:23] </w:t>
      </w:r>
      <w:r>
        <w:t>the, musalman naujawan.</w:t>
      </w:r>
    </w:p>
    <w:p>
      <w:pPr>
        <w:jc w:val="right"/>
      </w:pPr>
      <w:r>
        <w:t>تھے، مسلمان نوجوان۔</w:t>
      </w:r>
    </w:p>
    <w:p>
      <w:r>
        <w:rPr>
          <w:b/>
        </w:rPr>
        <w:t xml:space="preserve">[15:30] </w:t>
      </w:r>
      <w:r>
        <w:t>to aik naujawan, abhi woh stage par nahi aaye thay aur log ikhatta ho chuke thay, aik naujawan</w:t>
      </w:r>
    </w:p>
    <w:p>
      <w:pPr>
        <w:jc w:val="right"/>
      </w:pPr>
      <w:r>
        <w:t>تو ایک نوجوان، ابھی وہ اسٹیج پر نہیں آئے تھے اور لوگ اکٹھا ہو چکے تھے، ایک نوجوان</w:t>
      </w:r>
    </w:p>
    <w:p>
      <w:r>
        <w:rPr>
          <w:b/>
        </w:rPr>
        <w:t xml:space="preserve">[15:37] </w:t>
      </w:r>
      <w:r>
        <w:t>kya kehta hai ke aanay do hamare sher ko.</w:t>
      </w:r>
    </w:p>
    <w:p>
      <w:pPr>
        <w:jc w:val="right"/>
      </w:pPr>
      <w:r>
        <w:t>کیا کہتا ہے کہ آنے دو ہمارے شیر کو۔</w:t>
      </w:r>
    </w:p>
    <w:p>
      <w:r>
        <w:rPr>
          <w:b/>
        </w:rPr>
        <w:t xml:space="preserve">[15:44] </w:t>
      </w:r>
      <w:r>
        <w:t>aik naujawan kehta hai ke aanay do hamare sher ko, woh sab ke dhajiyan ura de ga.</w:t>
      </w:r>
    </w:p>
    <w:p>
      <w:pPr>
        <w:jc w:val="right"/>
      </w:pPr>
      <w:r>
        <w:t>ایک نوجوان کہتا ہے کہ آنے دو ہمارے شیر کو، وہ سب کے دھجیاں اڑا دے گا۔</w:t>
      </w:r>
    </w:p>
    <w:p>
      <w:r>
        <w:rPr>
          <w:b/>
        </w:rPr>
        <w:t xml:space="preserve">[15:51] </w:t>
      </w:r>
      <w:r>
        <w:t>aanay do hamare sher ko, is ki dhajiyan ura de ga.</w:t>
      </w:r>
    </w:p>
    <w:p>
      <w:pPr>
        <w:jc w:val="right"/>
      </w:pPr>
      <w:r>
        <w:t>آنے دو ہمارے شیر کو، اس کی دھجیاں اڑا دے گا۔</w:t>
      </w:r>
    </w:p>
    <w:p>
      <w:r>
        <w:rPr>
          <w:b/>
        </w:rPr>
        <w:t xml:space="preserve">[15:58] </w:t>
      </w:r>
      <w:r>
        <w:t>ab dekhiye, main ne un se kaha ke aap ne kis par socha ke dhajiyan uranay se mila</w:t>
      </w:r>
    </w:p>
    <w:p>
      <w:pPr>
        <w:jc w:val="right"/>
      </w:pPr>
      <w:r>
        <w:t>اب دیکھئے، میں نے ان سے کہا کہ آپ نے کس پر سوچا کہ دھجیاں اڑانے سے ملا</w:t>
      </w:r>
    </w:p>
    <w:p>
      <w:r>
        <w:rPr>
          <w:b/>
        </w:rPr>
        <w:t xml:space="preserve">[16:05] </w:t>
      </w:r>
      <w:r>
        <w:t>kya? agar stage par aap lafz, alfaaz bol kar ke, debate kar ke kisi ki dhajiyan ura dein</w:t>
      </w:r>
    </w:p>
    <w:p>
      <w:pPr>
        <w:jc w:val="right"/>
      </w:pPr>
      <w:r>
        <w:t>کیا؟ اگر اسٹیج پر آپ لفظ، الفاظ بول کر کے، ڈیبیٹ کر کے کسی کی دھجیاں اڑا دیں</w:t>
      </w:r>
    </w:p>
    <w:p>
      <w:r>
        <w:rPr>
          <w:b/>
        </w:rPr>
        <w:t xml:space="preserve">[16:12] </w:t>
      </w:r>
      <w:r>
        <w:t>to ummat ko kya mila? islam ko kya mila? kya is se dawat e Allah ka kaam shayad unhein</w:t>
      </w:r>
    </w:p>
    <w:p>
      <w:pPr>
        <w:jc w:val="right"/>
      </w:pPr>
      <w:r>
        <w:t>تو امت کو کیا ملا؟ اسلام کو کیا ملا؟ کیا اس سے دعوت اللہ کا کام شاید انہیں</w:t>
      </w:r>
    </w:p>
    <w:p>
      <w:r>
        <w:rPr>
          <w:b/>
        </w:rPr>
        <w:t xml:space="preserve">[16:19] </w:t>
      </w:r>
      <w:r>
        <w:t>phail jaye ga? kya musalmanon ko maujooda un ko dabdaba haasil hoga? aaj ki jo qaumein hain, developed</w:t>
      </w:r>
    </w:p>
    <w:p>
      <w:pPr>
        <w:jc w:val="right"/>
      </w:pPr>
      <w:r>
        <w:t>پھیل جائے گا؟ کیا مسلمانوں کو موجودہ ان کو دبدبہ حاصل ہوگا؟ آج کی جو قومیں ہیں، ڈویلپڈ</w:t>
      </w:r>
    </w:p>
    <w:p>
      <w:r>
        <w:rPr>
          <w:b/>
        </w:rPr>
        <w:t xml:space="preserve">[16:26] </w:t>
      </w:r>
      <w:r>
        <w:t>qaumein, un ko jo dabdaba haasil hai woh dhajiyan uranay se nahi haasil hai, woh science se haasil</w:t>
      </w:r>
    </w:p>
    <w:p>
      <w:pPr>
        <w:jc w:val="right"/>
      </w:pPr>
      <w:r>
        <w:t>قومیں، ان کو جو دبدبہ حاصل ہے وہ دھجیاں اڑانے سے نہیں حاصل ہے، وہ سائنس سے حاصل</w:t>
      </w:r>
    </w:p>
    <w:p>
      <w:r>
        <w:rPr>
          <w:b/>
        </w:rPr>
        <w:t xml:space="preserve">[16:33] </w:t>
      </w:r>
      <w:r>
        <w:t>hai, technology se haasil hai, aagahi se haasil hai, education se haasil hai.</w:t>
      </w:r>
    </w:p>
    <w:p>
      <w:pPr>
        <w:jc w:val="right"/>
      </w:pPr>
      <w:r>
        <w:t>ہے، ٹیکنالوجی سے حاصل ہے، آگاہی سے حاصل ہے، ایجوکیشن سے حاصل ہے۔</w:t>
      </w:r>
    </w:p>
    <w:p>
      <w:r>
        <w:rPr>
          <w:b/>
        </w:rPr>
        <w:t xml:space="preserve">[16:40] </w:t>
      </w:r>
      <w:r>
        <w:t>to main ne kaha ke aap samajhte hain ke stage par woh dhajiyan ura dein ge to is</w:t>
      </w:r>
    </w:p>
    <w:p>
      <w:pPr>
        <w:jc w:val="right"/>
      </w:pPr>
      <w:r>
        <w:t>تو میں نے کہا کہ آپ سمجھتے ہیں کہ اسٹیج پر وہ دھجیاں اڑا دیں گے تو اس</w:t>
      </w:r>
    </w:p>
    <w:p>
      <w:r>
        <w:rPr>
          <w:b/>
        </w:rPr>
        <w:t xml:space="preserve">[16:47] </w:t>
      </w:r>
      <w:r>
        <w:t>se musalmanon ko aik naya daur aa jaye ga? musalmanon ke andar? to soch to soch rahe hain,</w:t>
      </w:r>
    </w:p>
    <w:p>
      <w:pPr>
        <w:jc w:val="right"/>
      </w:pPr>
      <w:r>
        <w:t>سے مسلمانوں کو ایک نیا دور آ جائے گا؟ مسلمانوں کے اندر؟ تو سوچ تو سوچ رہے ہیں،</w:t>
      </w:r>
    </w:p>
    <w:p>
      <w:r>
        <w:rPr>
          <w:b/>
        </w:rPr>
        <w:t xml:space="preserve">[16:54] </w:t>
      </w:r>
      <w:r>
        <w:t>bas alfaaz ka khel khelta hai aik aadmi, aap samajhte hain ke dhajiyan ura raha hai woh.</w:t>
      </w:r>
    </w:p>
    <w:p>
      <w:pPr>
        <w:jc w:val="right"/>
      </w:pPr>
      <w:r>
        <w:t>بس الفاظ کا کھیل کھیلتا ہے ایک آدمی، آپ سمجھتے ہیں کہ دھجیاں اڑا رہا ہے وہ۔</w:t>
      </w:r>
    </w:p>
    <w:p>
      <w:r>
        <w:rPr>
          <w:b/>
        </w:rPr>
        <w:t xml:space="preserve">[17:01] </w:t>
      </w:r>
      <w:r>
        <w:t>to yeh saada baat nahi hai, musalmanon mein baad ki sadiyon mein woh zehn khatam hoga jo sahaba</w:t>
      </w:r>
    </w:p>
    <w:p>
      <w:pPr>
        <w:jc w:val="right"/>
      </w:pPr>
      <w:r>
        <w:t>تو یہ سادہ بات نہیں ہے، مسلمانوں میں بعد کی صدیوں میں وہ ذہن ختم ہوگا جو صحابہ</w:t>
      </w:r>
    </w:p>
    <w:p>
      <w:r>
        <w:rPr>
          <w:b/>
        </w:rPr>
        <w:t xml:space="preserve">[17:08] </w:t>
      </w:r>
      <w:r>
        <w:t>ke andar tha ke cheezon ko reason out karna, cheezon ko reason out karna.</w:t>
      </w:r>
    </w:p>
    <w:p>
      <w:pPr>
        <w:jc w:val="right"/>
      </w:pPr>
      <w:r>
        <w:t>کے اندر تھا کہ چیزوں کو ریزن آؤٹ کرنا، چیزوں کو ریزن آؤٹ کرنا۔</w:t>
      </w:r>
    </w:p>
    <w:p>
      <w:r>
        <w:rPr>
          <w:b/>
        </w:rPr>
        <w:t xml:space="preserve">[17:14] </w:t>
      </w:r>
      <w:r>
        <w:t>jaise hadees mein aata hai ke mun hasan istamal par mar tark mola jani, yaani kisi kaam ke</w:t>
      </w:r>
    </w:p>
    <w:p>
      <w:pPr>
        <w:jc w:val="right"/>
      </w:pPr>
      <w:r>
        <w:t>جیسے حدیث میں آتا ہے کہ من حسن استعمل پر مر ترک مولا جانی، یعنی کسی کام کے</w:t>
      </w:r>
    </w:p>
    <w:p>
      <w:r>
        <w:rPr>
          <w:b/>
        </w:rPr>
        <w:t xml:space="preserve">[17:21] </w:t>
      </w:r>
      <w:r>
        <w:t>karne se pehle socho ke woh result nikle ga ke be result reh jaye ga.</w:t>
      </w:r>
    </w:p>
    <w:p>
      <w:pPr>
        <w:jc w:val="right"/>
      </w:pPr>
      <w:r>
        <w:t>کرنے سے پہلے سوچو کہ وہ رزلٹ نکلے گا کہ بے رزلٹ رہ جائے گا۔</w:t>
      </w:r>
    </w:p>
    <w:p>
      <w:r>
        <w:rPr>
          <w:b/>
        </w:rPr>
        <w:t xml:space="preserve">[17:28] </w:t>
      </w:r>
      <w:r>
        <w:t>is ko analysis karo, is ko chhaan been karo aur yeh samjho ke jo tum kaam karne ja</w:t>
      </w:r>
    </w:p>
    <w:p>
      <w:pPr>
        <w:jc w:val="right"/>
      </w:pPr>
      <w:r>
        <w:t>اس کو انالیسز کرو، اس کو چھان بین کرو اور یہ سمجھو کہ جو تم کام کرنے جا</w:t>
      </w:r>
    </w:p>
    <w:p>
      <w:r>
        <w:rPr>
          <w:b/>
        </w:rPr>
        <w:t xml:space="preserve">[17:35] </w:t>
      </w:r>
      <w:r>
        <w:t>rahe ho is ka koi result hai ke woh result less kaam hai.</w:t>
      </w:r>
    </w:p>
    <w:p>
      <w:pPr>
        <w:jc w:val="right"/>
      </w:pPr>
      <w:r>
        <w:t>رہے ہو اس کا کوئی رزلٹ ہے کہ وہ رزلٹ لیس کام ہے۔</w:t>
      </w:r>
    </w:p>
    <w:p>
      <w:r>
        <w:rPr>
          <w:b/>
        </w:rPr>
        <w:t xml:space="preserve">[17:42] </w:t>
      </w:r>
      <w:r>
        <w:t>yeh tha sahaba ke daur ka tareeqa aur yeh ke dhajiyan uda diya to rasool Allah ne ki</w:t>
      </w:r>
    </w:p>
    <w:p>
      <w:pPr>
        <w:jc w:val="right"/>
      </w:pPr>
      <w:r>
        <w:t>یہ تھا صحابہ کے دور کا طریقہ اور یہ کہ دھجیاں اڑا دیا تو رسول اللہ نے کی</w:t>
      </w:r>
    </w:p>
    <w:p>
      <w:r>
        <w:rPr>
          <w:b/>
        </w:rPr>
        <w:t xml:space="preserve">[17:49] </w:t>
      </w:r>
      <w:r>
        <w:t>koi bohat si taqreerein aati hain kitabon mein, kisi taqreer ke baray mein kisi sahabi ne nahi kaha</w:t>
      </w:r>
    </w:p>
    <w:p>
      <w:pPr>
        <w:jc w:val="right"/>
      </w:pPr>
      <w:r>
        <w:t>کوئی بہت سی تقریریں آتی ہیں کتابوں میں، کسی تقریر کے بارے میں کسی صحابی نے نہیں کہا</w:t>
      </w:r>
    </w:p>
    <w:p>
      <w:r>
        <w:rPr>
          <w:b/>
        </w:rPr>
        <w:t xml:space="preserve">[17:56] </w:t>
      </w:r>
      <w:r>
        <w:t>rasool Allah ne taqreer ki aur dhajiyan uda dein.</w:t>
      </w:r>
    </w:p>
    <w:p>
      <w:pPr>
        <w:jc w:val="right"/>
      </w:pPr>
      <w:r>
        <w:t>رسول اللہ نے تقریر کی اور دھجیاں اڑا دیں۔</w:t>
      </w:r>
    </w:p>
    <w:p>
      <w:r>
        <w:rPr>
          <w:b/>
        </w:rPr>
        <w:t xml:space="preserve">[18:03] </w:t>
      </w:r>
      <w:r>
        <w:t>aap mujhe bataiye ke rasool Allah ne koi taqreer ki ho makkah ya madinah mein, is ke baray</w:t>
      </w:r>
    </w:p>
    <w:p>
      <w:pPr>
        <w:jc w:val="right"/>
      </w:pPr>
      <w:r>
        <w:t>آپ مجھے بتائیے کہ رسول اللہ نے کوئی تقریر کی ہو مکہ یا مدینہ میں، اس کے بارے</w:t>
      </w:r>
    </w:p>
    <w:p>
      <w:r>
        <w:rPr>
          <w:b/>
        </w:rPr>
        <w:t xml:space="preserve">[18:10] </w:t>
      </w:r>
      <w:r>
        <w:t>mein sahabi kahein ke rasool Allah ne taqreer ki aur dhajiyan uda dein.</w:t>
      </w:r>
    </w:p>
    <w:p>
      <w:pPr>
        <w:jc w:val="right"/>
      </w:pPr>
      <w:r>
        <w:t>میں صحابی کہیں کہ رسول اللہ نے تقریر کی اور دھجیاں اڑا دیں۔</w:t>
      </w:r>
    </w:p>
    <w:p>
      <w:r>
        <w:rPr>
          <w:b/>
        </w:rPr>
        <w:t xml:space="preserve">[18:17] </w:t>
      </w:r>
      <w:r>
        <w:t>yeh baad ke zamanay ki zabaan hai.</w:t>
      </w:r>
    </w:p>
    <w:p>
      <w:pPr>
        <w:jc w:val="right"/>
      </w:pPr>
      <w:r>
        <w:t>یہ بعد کے زمانے کی زبان ہے۔</w:t>
      </w:r>
    </w:p>
    <w:p>
      <w:r>
        <w:rPr>
          <w:b/>
        </w:rPr>
        <w:t xml:space="preserve">[18:24] </w:t>
      </w:r>
      <w:r>
        <w:t>is tarah ek sahib ne, wahi jo ek sahib ke saathi the, un ka woh ek mashhoor debater</w:t>
      </w:r>
    </w:p>
    <w:p>
      <w:pPr>
        <w:jc w:val="right"/>
      </w:pPr>
      <w:r>
        <w:t>اس طرح ایک صاحب نے، وہی جو ایک صاحب کے ساتھی تھے، ان کا وہ ایک مشہور ڈیبیٹر</w:t>
      </w:r>
    </w:p>
    <w:p>
      <w:r>
        <w:rPr>
          <w:b/>
        </w:rPr>
        <w:t xml:space="preserve">[18:31] </w:t>
      </w:r>
      <w:r>
        <w:t>ke fan hain.</w:t>
      </w:r>
    </w:p>
    <w:p>
      <w:pPr>
        <w:jc w:val="right"/>
      </w:pPr>
      <w:r>
        <w:t>کے فین ہیں۔</w:t>
      </w:r>
    </w:p>
    <w:p>
      <w:r>
        <w:rPr>
          <w:b/>
        </w:rPr>
        <w:t xml:space="preserve">[18:38] </w:t>
      </w:r>
      <w:r>
        <w:t>ek sahib jo debater hain, un ke fan hain.</w:t>
      </w:r>
    </w:p>
    <w:p>
      <w:pPr>
        <w:jc w:val="right"/>
      </w:pPr>
      <w:r>
        <w:t>ایک صاحب جو ڈیبیٹر ہیں، ان کے فین ہیں۔</w:t>
      </w:r>
    </w:p>
    <w:p>
      <w:r>
        <w:rPr>
          <w:b/>
        </w:rPr>
        <w:t xml:space="preserve">[18:45] </w:t>
      </w:r>
      <w:r>
        <w:t>to unhon ne kaha ke main khud kaha, unhon ne ke main un ka fan hoon, un ke</w:t>
      </w:r>
    </w:p>
    <w:p>
      <w:pPr>
        <w:jc w:val="right"/>
      </w:pPr>
      <w:r>
        <w:t>تو انہوں نے کہا کہ میں خود کہا، انہوں نے کہ میں ان کا فین ہوں، ان کے</w:t>
      </w:r>
    </w:p>
    <w:p>
      <w:r>
        <w:rPr>
          <w:b/>
        </w:rPr>
        <w:t xml:space="preserve">[18:52] </w:t>
      </w:r>
      <w:r>
        <w:t>jalson mein jata hoon aur un ke bohat qareeb rehne ki koshish karta hoon.</w:t>
      </w:r>
    </w:p>
    <w:p>
      <w:pPr>
        <w:jc w:val="right"/>
      </w:pPr>
      <w:r>
        <w:t>جلسوں میں جاتا ہوں اور ان کے بہت قریب رہنے کی کوشش کرتا ہوں۔</w:t>
      </w:r>
    </w:p>
    <w:p>
      <w:r>
        <w:rPr>
          <w:b/>
        </w:rPr>
        <w:t xml:space="preserve">[18:59] </w:t>
      </w:r>
      <w:r>
        <w:t>to main ne kaha ke aap jab jate hain un ke jalsay mein to wahan kya taaliyan bajti</w:t>
      </w:r>
    </w:p>
    <w:p>
      <w:pPr>
        <w:jc w:val="right"/>
      </w:pPr>
      <w:r>
        <w:t>تو میں نے کہا کہ آپ جب جاتے ہیں ان کے جلسے میں تو وہاں کیا تالیاں بجتی</w:t>
      </w:r>
    </w:p>
    <w:p>
      <w:r>
        <w:rPr>
          <w:b/>
        </w:rPr>
        <w:t xml:space="preserve">[19:05] </w:t>
      </w:r>
      <w:r>
        <w:t>hain? un ke jalsay mein kya taaliyan bajti hain? unhon ne kaha ke haan, hum bhi taaliyan bajate hain.</w:t>
      </w:r>
    </w:p>
    <w:p>
      <w:pPr>
        <w:jc w:val="right"/>
      </w:pPr>
      <w:r>
        <w:t>ہیں؟ ان کے جلسے میں کیا تالیاں بجتی ہیں؟ انہوں نے کہا کہ ہاں، ہم بھی تالیاں بجاتے ہیں۔</w:t>
      </w:r>
    </w:p>
    <w:p>
      <w:r>
        <w:rPr>
          <w:b/>
        </w:rPr>
        <w:t xml:space="preserve">[19:12] </w:t>
      </w:r>
      <w:r>
        <w:t>main ne kaha achha, ab aap rasool Allah sallay Allah alayh wasallam ki taqreerein jo kitabon mein aayi</w:t>
      </w:r>
    </w:p>
    <w:p>
      <w:pPr>
        <w:jc w:val="right"/>
      </w:pPr>
      <w:r>
        <w:t>میں نے کہا اچھا، اب آپ رسول اللہ صلی اللہ علیہ وسلم کی تقریریں جو کتابوں میں آئی</w:t>
      </w:r>
    </w:p>
    <w:p>
      <w:r>
        <w:rPr>
          <w:b/>
        </w:rPr>
        <w:t xml:space="preserve">[19:19] </w:t>
      </w:r>
      <w:r>
        <w:t>hain, is ko parhiye.</w:t>
      </w:r>
    </w:p>
    <w:p>
      <w:pPr>
        <w:jc w:val="right"/>
      </w:pPr>
      <w:r>
        <w:t>ہیں، اس کو پڑھیے۔</w:t>
      </w:r>
    </w:p>
    <w:p>
      <w:r>
        <w:rPr>
          <w:b/>
        </w:rPr>
        <w:t xml:space="preserve">[19:26] </w:t>
      </w:r>
      <w:r>
        <w:t>kya aisa kabhi hota tha ke rasool Allah taqreer karte the aur is ke baad sahaba taaliyan baja</w:t>
      </w:r>
    </w:p>
    <w:p>
      <w:pPr>
        <w:jc w:val="right"/>
      </w:pPr>
      <w:r>
        <w:t>کیا ایسا کبھی ہوتا تھا کہ رسول اللہ تقریر کرتے تھے اور اس کے بعد صحابہ تالیاں بجا</w:t>
      </w:r>
    </w:p>
    <w:p>
      <w:r>
        <w:rPr>
          <w:b/>
        </w:rPr>
        <w:t xml:space="preserve">[19:33] </w:t>
      </w:r>
      <w:r>
        <w:t>dete? rasool Allah ki taqreer par kya sahaba taaliyan baja dete? to unhon ne kaha ke nahi.</w:t>
      </w:r>
    </w:p>
    <w:p>
      <w:pPr>
        <w:jc w:val="right"/>
      </w:pPr>
      <w:r>
        <w:t>دیتے؟ رسول اللہ کی تقریر پر کیا صحابہ تالیاں بجا دیتے؟ تو انہوں نے کہا کہ نہیں۔</w:t>
      </w:r>
    </w:p>
    <w:p>
      <w:r>
        <w:rPr>
          <w:b/>
        </w:rPr>
        <w:t xml:space="preserve">[19:40] </w:t>
      </w:r>
      <w:r>
        <w:t>to main ne kaha ke jis cheez mein jo jo kaam rasool Allah ke zamanay mein na hua,</w:t>
      </w:r>
    </w:p>
    <w:p>
      <w:pPr>
        <w:jc w:val="right"/>
      </w:pPr>
      <w:r>
        <w:t>تو میں نے کہا کہ جس چیز میں جو جو کام رسول اللہ کے زمانے میں نہ ہوا،</w:t>
      </w:r>
    </w:p>
    <w:p>
      <w:r>
        <w:rPr>
          <w:b/>
        </w:rPr>
        <w:t xml:space="preserve">[19:47] </w:t>
      </w:r>
      <w:r>
        <w:t>wahi to bidat hai.</w:t>
      </w:r>
    </w:p>
    <w:p>
      <w:pPr>
        <w:jc w:val="right"/>
      </w:pPr>
      <w:r>
        <w:t>وہی تو بدعت ہے۔</w:t>
      </w:r>
    </w:p>
    <w:p>
      <w:r>
        <w:rPr>
          <w:b/>
        </w:rPr>
        <w:t xml:space="preserve">[19:54] </w:t>
      </w:r>
      <w:r>
        <w:t>to kya bidat par aap ko khair milega? agar rasool Allah ki taqreer par sahaba taaliyan nahi</w:t>
      </w:r>
    </w:p>
    <w:p>
      <w:pPr>
        <w:jc w:val="right"/>
      </w:pPr>
      <w:r>
        <w:t>تو کیا بدعت پر آپ کو خیر ملے گا؟ اگر رسول اللہ کی تقریر پر صحابہ تالیاں نہیں</w:t>
      </w:r>
    </w:p>
    <w:p>
      <w:r>
        <w:rPr>
          <w:b/>
        </w:rPr>
        <w:t xml:space="preserve">[20:01] </w:t>
      </w:r>
      <w:r>
        <w:t>baja dete aur aaj aap bajate hain to kya aap samajhte hain ke yeh islam hai? islam to</w:t>
      </w:r>
    </w:p>
    <w:p>
      <w:pPr>
        <w:jc w:val="right"/>
      </w:pPr>
      <w:r>
        <w:t>بجا دیتے اور آج آپ بجاتے ہیں تو کیا آپ سمجھتے ہیں کہ یہ اسلام ہے؟ اسلام تو</w:t>
      </w:r>
    </w:p>
    <w:p>
      <w:r>
        <w:rPr>
          <w:b/>
        </w:rPr>
        <w:t xml:space="preserve">[20:08] </w:t>
      </w:r>
      <w:r>
        <w:t>wohi tha jo jo sahaba ne jis par amal kiya, aaj jo hai woh islam nahi, woh bidat hai.</w:t>
      </w:r>
    </w:p>
    <w:p>
      <w:pPr>
        <w:jc w:val="right"/>
      </w:pPr>
      <w:r>
        <w:t>وہی تھا جو جو صحابہ نے جس پر عمل کیا، آج جو ہے وہ اسلام نہیں، وہ بدعت ہے۔</w:t>
      </w:r>
    </w:p>
    <w:p>
      <w:r>
        <w:rPr>
          <w:b/>
        </w:rPr>
        <w:t xml:space="preserve">[20:15] </w:t>
      </w:r>
      <w:r>
        <w:t>to kyun aqal se istemal nahi karte? yani fazail ki zabaan mein daal diya hai har cheez, fazail, fazail, fazail.</w:t>
      </w:r>
    </w:p>
    <w:p>
      <w:pPr>
        <w:jc w:val="right"/>
      </w:pPr>
      <w:r>
        <w:t>تو کیوں عقل سے استعمال نہیں کرتے؟ یعنی فضائل کی زبان میں ڈال دیا ہے ہر چیز، فضائل، فضائل، فضائل۔</w:t>
      </w:r>
    </w:p>
    <w:p>
      <w:r>
        <w:rPr>
          <w:b/>
        </w:rPr>
        <w:t xml:space="preserve">[20:22] </w:t>
      </w:r>
      <w:r>
        <w:t>to jahan fazail aya, wahan aqli ghor o fikr khatm ho gaya.</w:t>
      </w:r>
    </w:p>
    <w:p>
      <w:pPr>
        <w:jc w:val="right"/>
      </w:pPr>
      <w:r>
        <w:t>تو جہاں فضائل آیا، وہاں عقلی غور و فکر ختم ہو گیا۔</w:t>
      </w:r>
    </w:p>
    <w:p>
      <w:r>
        <w:rPr>
          <w:b/>
        </w:rPr>
        <w:t xml:space="preserve">[20:29] </w:t>
      </w:r>
      <w:r>
        <w:t>jahan fazail aya, wahan aqli ghor o fikr khatm ho gaya.</w:t>
      </w:r>
    </w:p>
    <w:p>
      <w:pPr>
        <w:jc w:val="right"/>
      </w:pPr>
      <w:r>
        <w:t>جہاں فضائل آیا، وہاں عقلی غور و فکر ختم ہو گیا۔</w:t>
      </w:r>
    </w:p>
    <w:p>
      <w:r>
        <w:rPr>
          <w:b/>
        </w:rPr>
        <w:t xml:space="preserve">[20:36] </w:t>
      </w:r>
      <w:r>
        <w:t>to mein samajhta hoon ke ummat ka sab bara masla yeh hai ke is mein aqli ghor o</w:t>
      </w:r>
    </w:p>
    <w:p>
      <w:pPr>
        <w:jc w:val="right"/>
      </w:pPr>
      <w:r>
        <w:t>تو میں سمجھتا ہوں کہ امت کا سب بڑا مسئلہ یہ ہے کہ اس میں عقلی غور و</w:t>
      </w:r>
    </w:p>
    <w:p>
      <w:r>
        <w:rPr>
          <w:b/>
        </w:rPr>
        <w:t xml:space="preserve">[20:43] </w:t>
      </w:r>
      <w:r>
        <w:t>fikr khatm ho gaya hua hai.</w:t>
      </w:r>
    </w:p>
    <w:p>
      <w:pPr>
        <w:jc w:val="right"/>
      </w:pPr>
      <w:r>
        <w:t>فکر ختم ہو گیا ہوا ہے۔</w:t>
      </w:r>
    </w:p>
    <w:p>
      <w:r>
        <w:rPr>
          <w:b/>
        </w:rPr>
        <w:t xml:space="preserve">[20:50] </w:t>
      </w:r>
      <w:r>
        <w:t>cheezon ko aqli, aql ki buniyad par samajhna, reason out karna ke suicide bombing kar rahe hain, kya</w:t>
      </w:r>
    </w:p>
    <w:p>
      <w:pPr>
        <w:jc w:val="right"/>
      </w:pPr>
      <w:r>
        <w:t>چیزوں کو عقلی، عقل کی بنیاد پر سمجھنا، ریزن آؤٹ کرنا کہ سوسائیڈ بمنگ کر رہے ہیں، کیا</w:t>
      </w:r>
    </w:p>
    <w:p>
      <w:r>
        <w:rPr>
          <w:b/>
        </w:rPr>
        <w:t xml:space="preserve">[20:56] </w:t>
      </w:r>
      <w:r>
        <w:t>faida? debate kar rahe hain, kya faida? nafratein kar rahe hain, kya faida? yani aaj ke dunya ke</w:t>
      </w:r>
    </w:p>
    <w:p>
      <w:pPr>
        <w:jc w:val="right"/>
      </w:pPr>
      <w:r>
        <w:t>فائدہ؟ ڈیبیٹ کر رہے ہیں، کیا فائدہ؟ نفرتیں کر رہے ہیں، کیا فائدہ؟ یعنی آج کے دنیا کے</w:t>
      </w:r>
    </w:p>
    <w:p>
      <w:r>
        <w:rPr>
          <w:b/>
        </w:rPr>
        <w:t xml:space="preserve">[21:03] </w:t>
      </w:r>
      <w:r>
        <w:t>musalman jin cheezon mein paray hue hain, is ko aap reason par judge kijiye.</w:t>
      </w:r>
    </w:p>
    <w:p>
      <w:pPr>
        <w:jc w:val="right"/>
      </w:pPr>
      <w:r>
        <w:t>مسلمان جن چیزوں میں پڑے ہوئے ہیں، اس کو آپ ریزن پر جج کیجئے۔</w:t>
      </w:r>
    </w:p>
    <w:p>
      <w:r>
        <w:rPr>
          <w:b/>
        </w:rPr>
        <w:t xml:space="preserve">[21:10] </w:t>
      </w:r>
      <w:r>
        <w:t>ji, reason par.</w:t>
      </w:r>
    </w:p>
    <w:p>
      <w:pPr>
        <w:jc w:val="right"/>
      </w:pPr>
      <w:r>
        <w:t>جی، ریزن پر۔</w:t>
      </w:r>
    </w:p>
    <w:p>
      <w:r>
        <w:rPr>
          <w:b/>
        </w:rPr>
        <w:t xml:space="preserve">[21:17] </w:t>
      </w:r>
      <w:r>
        <w:t>misalan woh kehte hain ke west mein islamophobia hai, is ko judge kijiye.</w:t>
      </w:r>
    </w:p>
    <w:p>
      <w:pPr>
        <w:jc w:val="right"/>
      </w:pPr>
      <w:r>
        <w:t>مثلاً وہ کہتے ہیں کہ ویسٹ میں اسلامو فوبیا ہے، اس کو جج کیجئے۔</w:t>
      </w:r>
    </w:p>
    <w:p>
      <w:r>
        <w:rPr>
          <w:b/>
        </w:rPr>
        <w:t xml:space="preserve">[21:24] </w:t>
      </w:r>
      <w:r>
        <w:t>wo tamam qomon se nafrat karte hain ke woh kehte hain ke woh sazish kar rahe hain hamare</w:t>
      </w:r>
    </w:p>
    <w:p>
      <w:pPr>
        <w:jc w:val="right"/>
      </w:pPr>
      <w:r>
        <w:t>وہ تمام قوموں سے نفرت کرتے ہیں کہ وہ کہتے ہیں کہ وہ سازش کر رہے ہیں ہمارے</w:t>
      </w:r>
    </w:p>
    <w:p>
      <w:r>
        <w:rPr>
          <w:b/>
        </w:rPr>
        <w:t xml:space="preserve">[21:31] </w:t>
      </w:r>
      <w:r>
        <w:t>khilaf, is ko judge kijiye.</w:t>
      </w:r>
    </w:p>
    <w:p>
      <w:pPr>
        <w:jc w:val="right"/>
      </w:pPr>
      <w:r>
        <w:t>خلاف، اس کو جج کیجئے۔</w:t>
      </w:r>
    </w:p>
    <w:p>
      <w:r>
        <w:rPr>
          <w:b/>
        </w:rPr>
        <w:t xml:space="preserve">[21:38] </w:t>
      </w:r>
      <w:r>
        <w:t>suicide bombing kar rahe hain, is ko judge kijiye.</w:t>
      </w:r>
    </w:p>
    <w:p>
      <w:pPr>
        <w:jc w:val="right"/>
      </w:pPr>
      <w:r>
        <w:t>سوسائیڈ بمنگ کر رہے ہیں، اس کو جج کیجئے۔</w:t>
      </w:r>
    </w:p>
    <w:p>
      <w:r>
        <w:rPr>
          <w:b/>
        </w:rPr>
        <w:t xml:space="preserve">[21:45] </w:t>
      </w:r>
      <w:r>
        <w:t>wo debate kar rahe hain, is ko judge kijiye.</w:t>
      </w:r>
    </w:p>
    <w:p>
      <w:pPr>
        <w:jc w:val="right"/>
      </w:pPr>
      <w:r>
        <w:t>وہ ڈیبیٹ کر رہے ہیں، اس کو جج کیجئے۔</w:t>
      </w:r>
    </w:p>
    <w:p>
      <w:r>
        <w:rPr>
          <w:b/>
        </w:rPr>
        <w:t xml:space="preserve">[21:52] </w:t>
      </w:r>
      <w:r>
        <w:t>judge kis aitbar se? result ke aitbar se ke result kya nikalta hai? jaise British period mein yeh</w:t>
      </w:r>
    </w:p>
    <w:p>
      <w:pPr>
        <w:jc w:val="right"/>
      </w:pPr>
      <w:r>
        <w:t>جج کس اعتبار سے؟ رزلٹ کے اعتبار سے کہ رزلٹ کیا نکلتا ہے؟ جیسے برٹش پیریڈ میں یہ</w:t>
      </w:r>
    </w:p>
    <w:p>
      <w:r>
        <w:rPr>
          <w:b/>
        </w:rPr>
        <w:t xml:space="preserve">[21:59] </w:t>
      </w:r>
      <w:r>
        <w:t>munazra jo hai, British period mein shuru hua tha.</w:t>
      </w:r>
    </w:p>
    <w:p>
      <w:pPr>
        <w:jc w:val="right"/>
      </w:pPr>
      <w:r>
        <w:t>مناظرہ جو ہے، برٹش پیریڈ میں شروع ہوا تھا۔</w:t>
      </w:r>
    </w:p>
    <w:p>
      <w:r>
        <w:rPr>
          <w:b/>
        </w:rPr>
        <w:t xml:space="preserve">[22:06] </w:t>
      </w:r>
      <w:r>
        <w:t>to ek musalman munazir ne, is ko kehte thay munazir, ek musalman munazir ne kitab likhi "kufar tod".</w:t>
      </w:r>
    </w:p>
    <w:p>
      <w:pPr>
        <w:jc w:val="right"/>
      </w:pPr>
      <w:r>
        <w:t>تو ایک مسلمان مناظر نے، اس کو کہتے تھے مناظر، ایک مسلمان مناظر نے کتاب لکھی "کفر توڑ"۔</w:t>
      </w:r>
    </w:p>
    <w:p>
      <w:r>
        <w:rPr>
          <w:b/>
        </w:rPr>
        <w:t xml:space="preserve">[22:13] </w:t>
      </w:r>
      <w:r>
        <w:t>yani daawati kitab agar aap likhein to is ka naam woh "kufar tod" to daawati kitab nahi hai.</w:t>
      </w:r>
    </w:p>
    <w:p>
      <w:pPr>
        <w:jc w:val="right"/>
      </w:pPr>
      <w:r>
        <w:t>یعنی دعوتی کتاب اگر آپ لکھیں تو اس کا نام وہ "کفر توڑ" تو دعوتی کتاب نہیں ہے۔</w:t>
      </w:r>
    </w:p>
    <w:p>
      <w:r>
        <w:rPr>
          <w:b/>
        </w:rPr>
        <w:t xml:space="preserve">[22:20] </w:t>
      </w:r>
      <w:r>
        <w:t>kyun ke is Quran mein aya hai ke "ad'u ila rabbika bil hikmah", hikmah se bulao, jidal hasan karo, naseh ki zuban bolo.</w:t>
      </w:r>
    </w:p>
    <w:p>
      <w:pPr>
        <w:jc w:val="right"/>
      </w:pPr>
      <w:r>
        <w:t>کیونکہ اس قرآن میں آیا ہے کہ "ادعو الٰی ربک بالحکمہ"، حکمت سے بلاؤ، جدالحسن کرو، ناصح کی زبان بولو۔</w:t>
      </w:r>
    </w:p>
    <w:p>
      <w:r>
        <w:rPr>
          <w:b/>
        </w:rPr>
        <w:t xml:space="preserve">[22:27] </w:t>
      </w:r>
      <w:r>
        <w:t>to British period mein ek kitab likhi gayi, is ka naam tha "kufar tod".</w:t>
      </w:r>
    </w:p>
    <w:p>
      <w:pPr>
        <w:jc w:val="right"/>
      </w:pPr>
      <w:r>
        <w:t>تو برٹش پیریڈ میں ایک کتاب لکھی گئی، اس کا نام تھا "کفر توڑ"۔</w:t>
      </w:r>
    </w:p>
    <w:p>
      <w:r>
        <w:rPr>
          <w:b/>
        </w:rPr>
        <w:t xml:space="preserve">[22:34] </w:t>
      </w:r>
      <w:r>
        <w:t>to arya samaj ke ek aadmi ne likha is ke jawab mein "kufar tod" ka bhata phod.</w:t>
      </w:r>
    </w:p>
    <w:p>
      <w:pPr>
        <w:jc w:val="right"/>
      </w:pPr>
      <w:r>
        <w:t>تو عاریہ سماج کے ایک آدمی نے لکھا اس کے جواب میں "کفر توڑ" کا بھاٹا پھوڑ۔</w:t>
      </w:r>
    </w:p>
    <w:p>
      <w:r>
        <w:rPr>
          <w:b/>
        </w:rPr>
        <w:t xml:space="preserve">[22:41] </w:t>
      </w:r>
      <w:r>
        <w:t>ab bataein ke yeh jo daur chala tha British period mein, bara munazra hota tha is daur mein, bara munazra.</w:t>
      </w:r>
    </w:p>
    <w:p>
      <w:pPr>
        <w:jc w:val="right"/>
      </w:pPr>
      <w:r>
        <w:t>اب بتائیں کہ یہ جو دور چلا تھا برٹش پیریڈ میں، بڑا مناظرہ ہوتا تھا اس دورے میں، بڑا مناظرہ۔</w:t>
      </w:r>
    </w:p>
    <w:p>
      <w:r>
        <w:rPr>
          <w:b/>
        </w:rPr>
        <w:t xml:space="preserve">[22:47] </w:t>
      </w:r>
      <w:r>
        <w:t>is munazre ka koi positive result aap nahi bata sakte aaj, kuch bhi nahi.</w:t>
      </w:r>
    </w:p>
    <w:p>
      <w:pPr>
        <w:jc w:val="right"/>
      </w:pPr>
      <w:r>
        <w:t>اس مناظرے کا کوئی پازیٹیو رزلٹ آپ نہیں بتا سکتے آج، کچھ بھی نہیں۔</w:t>
      </w:r>
    </w:p>
    <w:p>
      <w:r>
        <w:rPr>
          <w:b/>
        </w:rPr>
        <w:t xml:space="preserve">[22:54] </w:t>
      </w:r>
      <w:r>
        <w:t>bas jalsa hua, wahan log ikhatta hue aur taliyan baj rahi hain aur wohi hai ke dekho mera</w:t>
      </w:r>
    </w:p>
    <w:p>
      <w:pPr>
        <w:jc w:val="right"/>
      </w:pPr>
      <w:r>
        <w:t>بس جلسہ ہوا، وہاں لوگ اکٹھا ہوئے اور تالیاں بج رہی ہیں اور وہی ہے کہ دیکھو میرا</w:t>
      </w:r>
    </w:p>
    <w:p>
      <w:r>
        <w:rPr>
          <w:b/>
        </w:rPr>
        <w:t xml:space="preserve">[23:01] </w:t>
      </w:r>
      <w:r>
        <w:t>sher aye ga, dajja bakhair de ga.</w:t>
      </w:r>
    </w:p>
    <w:p>
      <w:pPr>
        <w:jc w:val="right"/>
      </w:pPr>
      <w:r>
        <w:t>شیر آئے گا، دجہ بکھیر دے گا۔</w:t>
      </w:r>
    </w:p>
    <w:p>
      <w:r>
        <w:rPr>
          <w:b/>
        </w:rPr>
        <w:t xml:space="preserve">[23:08] </w:t>
      </w:r>
      <w:r>
        <w:t>bas yahi sab.</w:t>
      </w:r>
    </w:p>
    <w:p>
      <w:pPr>
        <w:jc w:val="right"/>
      </w:pPr>
      <w:r>
        <w:t>بس یہی سب۔</w:t>
      </w:r>
    </w:p>
    <w:p>
      <w:r>
        <w:rPr>
          <w:b/>
        </w:rPr>
        <w:t xml:space="preserve">[23:15] </w:t>
      </w:r>
      <w:r>
        <w:t>to sher aaya, is ne dajja bakheri, lekin hua to kuch bhi nahin, hua to kuch bhi nahin.</w:t>
      </w:r>
    </w:p>
    <w:p>
      <w:pPr>
        <w:jc w:val="right"/>
      </w:pPr>
      <w:r>
        <w:t>تو شیر آیا، اس نے دجہ بکھیری، لیکن ہوا تو کچھ بھی نہیں، ہوا تو کچھ بھی نہیں۔</w:t>
      </w:r>
    </w:p>
    <w:p>
      <w:r>
        <w:rPr>
          <w:b/>
        </w:rPr>
        <w:t xml:space="preserve">[23:22] </w:t>
      </w:r>
      <w:r>
        <w:t>kuch bhi na hone ka saboot yeh hai ke sari dunya ke musalman aaj bhi shikayat ki boli</w:t>
      </w:r>
    </w:p>
    <w:p>
      <w:pPr>
        <w:jc w:val="right"/>
      </w:pPr>
      <w:r>
        <w:t>کچھ بھی نہ ہونے کا ثبوت یہ ہے کہ ساری دنیا کے مسلمان آج بھی شکایت کی بولی</w:t>
      </w:r>
    </w:p>
    <w:p>
      <w:r>
        <w:rPr>
          <w:b/>
        </w:rPr>
        <w:t xml:space="preserve">[23:29] </w:t>
      </w:r>
      <w:r>
        <w:t>bolte hain, discrimination ho raha hai, zulm ho raha hai.</w:t>
      </w:r>
    </w:p>
    <w:p>
      <w:pPr>
        <w:jc w:val="right"/>
      </w:pPr>
      <w:r>
        <w:t>بولتے ہیں، ڈسکرمیشن ہو رہا ہے، ظلم ہو رہا ہے۔</w:t>
      </w:r>
    </w:p>
    <w:p>
      <w:r>
        <w:rPr>
          <w:b/>
        </w:rPr>
        <w:t xml:space="preserve">[23:36] </w:t>
      </w:r>
      <w:r>
        <w:t>to agar sawal yeh hai ke is ka faida hua ho to faida kahan hai? Sahaba ke zamane</w:t>
      </w:r>
    </w:p>
    <w:p>
      <w:pPr>
        <w:jc w:val="right"/>
      </w:pPr>
      <w:r>
        <w:t>تو اگر سوال یہ ہے کہ اس کا فائدہ ہوا ہو تو فائدہ کہاں ہے؟ صحابہ کے زمانے</w:t>
      </w:r>
    </w:p>
    <w:p>
      <w:r>
        <w:rPr>
          <w:b/>
        </w:rPr>
        <w:t xml:space="preserve">[23:43] </w:t>
      </w:r>
      <w:r>
        <w:t>mein jo faida hua to Sahaba ne yeh zaban nahin istemal ki.</w:t>
      </w:r>
    </w:p>
    <w:p>
      <w:pPr>
        <w:jc w:val="right"/>
      </w:pPr>
      <w:r>
        <w:t>میں جو فائدہ ہوا تو صحابہ نے یہ زبان نہیں استعمال کی۔</w:t>
      </w:r>
    </w:p>
    <w:p>
      <w:r>
        <w:rPr>
          <w:b/>
        </w:rPr>
        <w:t xml:space="preserve">[23:50] </w:t>
      </w:r>
      <w:r>
        <w:t>is ke baad Sahaba, Tabeen, Taba Tabeen ke zamane mein aap yeh yeh zaban nahin sunenge.</w:t>
      </w:r>
    </w:p>
    <w:p>
      <w:pPr>
        <w:jc w:val="right"/>
      </w:pPr>
      <w:r>
        <w:t>اس کے بعد صحابہ، تابعین، تبع تابعین کے زمانے میں آپ یہ یہ زبان نہیں سنیں گے۔</w:t>
      </w:r>
    </w:p>
    <w:p>
      <w:r>
        <w:rPr>
          <w:b/>
        </w:rPr>
        <w:t xml:space="preserve">[23:57] </w:t>
      </w:r>
      <w:r>
        <w:t>koi shikayat kar raha ho, koi discrimination ki baat kar raha ho, koi zulm ki baat kar raha</w:t>
      </w:r>
    </w:p>
    <w:p>
      <w:pPr>
        <w:jc w:val="right"/>
      </w:pPr>
      <w:r>
        <w:t>کوئی شکایت کر رہا ہو، کوئی ڈسکرمیشن کی بات کر رہا ہو، کوئی ظلم کی بات کر رہا</w:t>
      </w:r>
    </w:p>
    <w:p>
      <w:r>
        <w:rPr>
          <w:b/>
        </w:rPr>
        <w:t xml:space="preserve">[24:04] </w:t>
      </w:r>
      <w:r>
        <w:t>ho, koi koi sazish ki baat kar raha ho, yeh yeh yeh lajuji khatam ho gayi.</w:t>
      </w:r>
    </w:p>
    <w:p>
      <w:pPr>
        <w:jc w:val="right"/>
      </w:pPr>
      <w:r>
        <w:t>ہو، کوئی کوئی سازش کی بات کر رہا ہو، یہ یہ یہ لجوجی ختم ہو گئی۔</w:t>
      </w:r>
    </w:p>
    <w:p>
      <w:r>
        <w:rPr>
          <w:b/>
        </w:rPr>
        <w:t xml:space="preserve">[24:11] </w:t>
      </w:r>
      <w:r>
        <w:t>yani Sahaba ke zamane mein bilashuba ek inqalab aaya jo koshish ki gayi thi Rasool aur Sahaba Rasool</w:t>
      </w:r>
    </w:p>
    <w:p>
      <w:pPr>
        <w:jc w:val="right"/>
      </w:pPr>
      <w:r>
        <w:t>یعنی صحابہ کے زمانے میں بلاشبہ ایک انقلاب آیا جو کوشش کی گئی تھی رسول اور صحابہ رسول</w:t>
      </w:r>
    </w:p>
    <w:p>
      <w:r>
        <w:rPr>
          <w:b/>
        </w:rPr>
        <w:t xml:space="preserve">[24:18] </w:t>
      </w:r>
      <w:r>
        <w:t>ke zariye, is ke nataij nikle.</w:t>
      </w:r>
    </w:p>
    <w:p>
      <w:pPr>
        <w:jc w:val="right"/>
      </w:pPr>
      <w:r>
        <w:t>کے ذریعے، اس کے نتائج نکلے۔</w:t>
      </w:r>
    </w:p>
    <w:p>
      <w:r>
        <w:rPr>
          <w:b/>
        </w:rPr>
        <w:t xml:space="preserve">[24:25] </w:t>
      </w:r>
      <w:r>
        <w:t>to shikayat ki zaban khatam ho gayi, hate khatam ho gaya, nafrat khatam ho gayi aur dajja bikharne</w:t>
      </w:r>
    </w:p>
    <w:p>
      <w:pPr>
        <w:jc w:val="right"/>
      </w:pPr>
      <w:r>
        <w:t>تو شکایت کی زبان ختم ہو گئی، ہیٹ ختم ہو گیا، نفرت ختم ہو گئی اور دجہ بکھرنے</w:t>
      </w:r>
    </w:p>
    <w:p>
      <w:r>
        <w:rPr>
          <w:b/>
        </w:rPr>
        <w:t xml:space="preserve">[24:32] </w:t>
      </w:r>
      <w:r>
        <w:t>ki zaban khatam ho gayi.</w:t>
      </w:r>
    </w:p>
    <w:p>
      <w:pPr>
        <w:jc w:val="right"/>
      </w:pPr>
      <w:r>
        <w:t>کی زبان ختم ہو گئی۔</w:t>
      </w:r>
    </w:p>
    <w:p>
      <w:r>
        <w:rPr>
          <w:b/>
        </w:rPr>
        <w:t xml:space="preserve">[24:38] </w:t>
      </w:r>
      <w:r>
        <w:t>to aaj agar yeh dajja bikher ja rahi hain, suicide bombing ho rahi hai to sawal yeh hai</w:t>
      </w:r>
    </w:p>
    <w:p>
      <w:pPr>
        <w:jc w:val="right"/>
      </w:pPr>
      <w:r>
        <w:t>تو آج اگر یہ دجہ بکھیر جا رہی ہیں، سوسائیڈ بمنگ ہو رہی ہے تو سوال یہ ہے</w:t>
      </w:r>
    </w:p>
    <w:p>
      <w:r>
        <w:rPr>
          <w:b/>
        </w:rPr>
        <w:t xml:space="preserve">[24:45] </w:t>
      </w:r>
      <w:r>
        <w:t>ke agar yeh koi acha kaam hai to shikayat ki zaban khatam kyun nahin hoti? Agar koi acha</w:t>
      </w:r>
    </w:p>
    <w:p>
      <w:pPr>
        <w:jc w:val="right"/>
      </w:pPr>
      <w:r>
        <w:t>کہ اگر یہ کوئی اچھا کام ہے تو شکایت کی زبان ختم کیوں نہیں ہوتی؟ اگر کوئی اچھا</w:t>
      </w:r>
    </w:p>
    <w:p>
      <w:r>
        <w:rPr>
          <w:b/>
        </w:rPr>
        <w:t xml:space="preserve">[24:52] </w:t>
      </w:r>
      <w:r>
        <w:t>kaam hai to kya wajah hai is ka? Nateeja nahin nikalna chahiye aur shikayat ki zaban khatam hona chahiye.</w:t>
      </w:r>
    </w:p>
    <w:p>
      <w:pPr>
        <w:jc w:val="right"/>
      </w:pPr>
      <w:r>
        <w:t>کام ہے تو کیا وجہ ہے اس کا؟ نتیجہ نہیں نکلنا چاہیے اور شکایت کی زبان ختم ہونا چاہیے۔</w:t>
      </w:r>
    </w:p>
    <w:p>
      <w:r>
        <w:rPr>
          <w:b/>
        </w:rPr>
        <w:t xml:space="preserve">[24:59] </w:t>
      </w:r>
      <w:r>
        <w:t>dekhen, jab positive result niklega, jab positive result niklega to shikayat ki zaban khatam ho jayegi.</w:t>
      </w:r>
    </w:p>
    <w:p>
      <w:pPr>
        <w:jc w:val="right"/>
      </w:pPr>
      <w:r>
        <w:t>دیکھیں، جب پازیٹیو رزلٹ نکلے گا، جب پازیٹیو رزلٹ نکلے گا تو شکایت کی زبان ختم ہو جائے گی۔</w:t>
      </w:r>
    </w:p>
    <w:p>
      <w:r>
        <w:rPr>
          <w:b/>
        </w:rPr>
        <w:t xml:space="preserve">[25:06] </w:t>
      </w:r>
      <w:r>
        <w:t>aur jab positive result nahin niklega, negative result niklega to phir shikayat ki zaban khoob phailigi.</w:t>
      </w:r>
    </w:p>
    <w:p>
      <w:pPr>
        <w:jc w:val="right"/>
      </w:pPr>
      <w:r>
        <w:t>اور جب پازیٹیو رزلٹ نہیں نکلے گا، نیگیٹیو رزلٹ نکلے گا تو پھر شکایت کی زبان خوب پھیلے گی۔</w:t>
      </w:r>
    </w:p>
    <w:p>
      <w:r>
        <w:rPr>
          <w:b/>
        </w:rPr>
        <w:t xml:space="preserve">[25:13] </w:t>
      </w:r>
      <w:r>
        <w:t>to ek hi usool mein aap judge kijiye Sahaba ke ke zamane ko aur aaj ke zamane ko.</w:t>
      </w:r>
    </w:p>
    <w:p>
      <w:pPr>
        <w:jc w:val="right"/>
      </w:pPr>
      <w:r>
        <w:t>تو ایک ہی اصول میں آپ جج کیجئے صحابہ کے کے زمانے کو اور آج کے زمانے کو۔</w:t>
      </w:r>
    </w:p>
    <w:p>
      <w:r>
        <w:rPr>
          <w:b/>
        </w:rPr>
        <w:t xml:space="preserve">[25:20] </w:t>
      </w:r>
      <w:r>
        <w:t>Sahaba ke zamane mein Rasool Allah ne, Sahaba ne, Tabeen ne, Taba Tabeen ne zabardast koshishen kin aur inqalab aaya.</w:t>
      </w:r>
    </w:p>
    <w:p>
      <w:pPr>
        <w:jc w:val="right"/>
      </w:pPr>
      <w:r>
        <w:t>صحابہ کے زمانے میں رسول اللہ نے، صحابہ نے، تابعین نے، تبع تابعین نے زبردست کوششیں کیں اور انقلاب آیا۔</w:t>
      </w:r>
    </w:p>
    <w:p>
      <w:r>
        <w:rPr>
          <w:b/>
        </w:rPr>
        <w:t xml:space="preserve">[25:27] </w:t>
      </w:r>
      <w:r>
        <w:t>jab inqalab aaya to kya hua ke shikayat ki boli khatam ho gayi.</w:t>
      </w:r>
    </w:p>
    <w:p>
      <w:pPr>
        <w:jc w:val="right"/>
      </w:pPr>
      <w:r>
        <w:t>جب انقلاب آیا تو کیا ہوا کہ شکایت کی بولی ختم ہو گئی۔</w:t>
      </w:r>
    </w:p>
    <w:p>
      <w:r>
        <w:rPr>
          <w:b/>
        </w:rPr>
        <w:t xml:space="preserve">[25:34] </w:t>
      </w:r>
      <w:r>
        <w:t>koi yeh nahin bolta ke discrimination ho raha hai aur zulm ho raha hai, sazish ho rahi hai.</w:t>
      </w:r>
    </w:p>
    <w:p>
      <w:pPr>
        <w:jc w:val="right"/>
      </w:pPr>
      <w:r>
        <w:t>کوئی یہ نہیں بولتا کہ ڈسکرمیشن ہو رہا ہے اور ظلم ہو رہا ہے، سازش ہو رہی ہے۔</w:t>
      </w:r>
    </w:p>
    <w:p>
      <w:r>
        <w:rPr>
          <w:b/>
        </w:rPr>
        <w:t xml:space="preserve">[25:41] </w:t>
      </w:r>
      <w:r>
        <w:t>yeh Islamophobia jaisi zaban ab ab chali hai, is zamane mein nahin thi.</w:t>
      </w:r>
    </w:p>
    <w:p>
      <w:pPr>
        <w:jc w:val="right"/>
      </w:pPr>
      <w:r>
        <w:t>یہ اسلامو فوبیا جیسی زبان اب اب چلی ہے، اس زمانے میں نہیں تھی۔</w:t>
      </w:r>
    </w:p>
    <w:p>
      <w:r>
        <w:rPr>
          <w:b/>
        </w:rPr>
        <w:t xml:space="preserve">[25:48] </w:t>
      </w:r>
      <w:r>
        <w:t>to jab itni zabardast koshishen ho rahi hain ke aap stage par dajja bikher rahe hain aur suicide</w:t>
      </w:r>
    </w:p>
    <w:p>
      <w:pPr>
        <w:jc w:val="right"/>
      </w:pPr>
      <w:r>
        <w:t>تو جب اتنی زبردست کوششیں ہو رہی ہیں کہ آپ اسٹیج پر دجہ بکھیر رہے ہیں اور سوسائیڈ</w:t>
      </w:r>
    </w:p>
    <w:p>
      <w:r>
        <w:rPr>
          <w:b/>
        </w:rPr>
        <w:t xml:space="preserve">[25:55] </w:t>
      </w:r>
      <w:r>
        <w:t>bomb kar ke hazaron logon ko maar rahe hain to where is the result? Result kahan hai? Stage</w:t>
      </w:r>
    </w:p>
    <w:p>
      <w:pPr>
        <w:jc w:val="right"/>
      </w:pPr>
      <w:r>
        <w:t>بم کر کے ہزاروں لوگوں کو مار رہے ہیں تو ویر از دا رزلٹ؟ رزلٹ کہاں ہے؟ اسٹیج</w:t>
      </w:r>
    </w:p>
    <w:p>
      <w:r>
        <w:rPr>
          <w:b/>
        </w:rPr>
        <w:t xml:space="preserve">[26:02] </w:t>
      </w:r>
      <w:r>
        <w:t>par to aap dajja bikher rahe hain, kisi building mein logon ko suicide bomb kar ke maar rahe hain.</w:t>
      </w:r>
    </w:p>
    <w:p>
      <w:pPr>
        <w:jc w:val="right"/>
      </w:pPr>
      <w:r>
        <w:t>پر تو آپ دجہ بکھیر رہے ہیں، کسی بلڈنگ میں لوگوں کو سوسائیڈ بم کر کے مار رہے ہیں۔</w:t>
      </w:r>
    </w:p>
    <w:p>
      <w:r>
        <w:rPr>
          <w:b/>
        </w:rPr>
        <w:t xml:space="preserve">[26:09] </w:t>
      </w:r>
      <w:r>
        <w:t>to yeh jo aap karname anjam de rahe hain, yeh karname agar shahadat ka karname hai, islam ka</w:t>
      </w:r>
    </w:p>
    <w:p>
      <w:pPr>
        <w:jc w:val="right"/>
      </w:pPr>
      <w:r>
        <w:t>تو یہ جو آپ کارنامہ انجام دے رہے ہیں، یہ کارنامہ اگر شہادت کا کارنامہ ہے، اسلام کا</w:t>
      </w:r>
    </w:p>
    <w:p>
      <w:r>
        <w:rPr>
          <w:b/>
        </w:rPr>
        <w:t xml:space="preserve">[26:16] </w:t>
      </w:r>
      <w:r>
        <w:t>karname hai to is ka result kahan hai? where is the result? kyon is ke bawajood log wahi</w:t>
      </w:r>
    </w:p>
    <w:p>
      <w:pPr>
        <w:jc w:val="right"/>
      </w:pPr>
      <w:r>
        <w:t>کارنامہ ہے تو اس کا رزلٹ کہاں ہے؟ ویر از دا رزلٹ؟ کیوں اس کے باوجود لوگ وہی</w:t>
      </w:r>
    </w:p>
    <w:p>
      <w:r>
        <w:rPr>
          <w:b/>
        </w:rPr>
        <w:t xml:space="preserve">[26:23] </w:t>
      </w:r>
      <w:r>
        <w:t>boli bol rahe hain, shikayat ki boli, discrimination, zulm, conspiracy ki wahi boli bol rahe hain? to yeh</w:t>
      </w:r>
    </w:p>
    <w:p>
      <w:pPr>
        <w:jc w:val="right"/>
      </w:pPr>
      <w:r>
        <w:t>بولی بول رہے ہیں، شکایت کی بولی، ڈسکرمیشن، ظلم، کانسپریسی کی وہی بولی بول رہے ہیں؟ تو یہ</w:t>
      </w:r>
    </w:p>
    <w:p>
      <w:r>
        <w:rPr>
          <w:b/>
        </w:rPr>
        <w:t xml:space="preserve">[26:30] </w:t>
      </w:r>
      <w:r>
        <w:t>is par logon ko revise karna chahiye aur yeh aur yeh is nateeje agar woh revise karein, re</w:t>
      </w:r>
    </w:p>
    <w:p>
      <w:pPr>
        <w:jc w:val="right"/>
      </w:pPr>
      <w:r>
        <w:t>اس پر لوگوں کو ریوائز کرنا چاہیے اور یہ اور یہ اس نتیجے اگر وہ ریوائز کریں، ری</w:t>
      </w:r>
    </w:p>
    <w:p>
      <w:r>
        <w:rPr>
          <w:b/>
        </w:rPr>
        <w:t xml:space="preserve">[26:36] </w:t>
      </w:r>
      <w:r>
        <w:t>assess karein to un ko pata chalega ke yeh islami kaam hai hi nahin.</w:t>
      </w:r>
    </w:p>
    <w:p>
      <w:pPr>
        <w:jc w:val="right"/>
      </w:pPr>
      <w:r>
        <w:t>ایسس کریں تو ان کو پتہ چلے گا کہ یہ اسلامی کام ہے ہی نہیں۔</w:t>
      </w:r>
    </w:p>
    <w:p>
      <w:r>
        <w:rPr>
          <w:b/>
        </w:rPr>
        <w:t xml:space="preserve">[26:43] </w:t>
      </w:r>
      <w:r>
        <w:t>islami kaam woh hai jis se result nikle, mun hasan istamal par tark-e-moula jani.</w:t>
      </w:r>
    </w:p>
    <w:p>
      <w:pPr>
        <w:jc w:val="right"/>
      </w:pPr>
      <w:r>
        <w:t>اسلامی کام وہ ہے جس سے رزلٹ نکلے، من حسن استعمل پر ترک مولا جانی۔</w:t>
      </w:r>
    </w:p>
    <w:p>
      <w:r>
        <w:rPr>
          <w:b/>
        </w:rPr>
        <w:t xml:space="preserve">[26:50] </w:t>
      </w:r>
      <w:r>
        <w:t>islam ka kaam woh hai jis se positive result nikle, islam ka kaam woh hai jis se positive result nikle.</w:t>
      </w:r>
    </w:p>
    <w:p>
      <w:pPr>
        <w:jc w:val="right"/>
      </w:pPr>
      <w:r>
        <w:t>اسلام کا کام وہ ہے جس سے پازیٹیو رزلٹ نکلے، اسلام کا کام وہ ہے جس سے پازیٹیو رزلٹ نکلے۔</w:t>
      </w:r>
    </w:p>
    <w:p>
      <w:r>
        <w:rPr>
          <w:b/>
        </w:rPr>
        <w:t xml:space="preserve">[26:57] </w:t>
      </w:r>
      <w:r>
        <w:t>jis cheez se positive result na nikle, woh islam ka kaam hi nahin.</w:t>
      </w:r>
    </w:p>
    <w:p>
      <w:pPr>
        <w:jc w:val="right"/>
      </w:pPr>
      <w:r>
        <w:t>جس چیز سے پازیٹیو رزلٹ نہ نکلے، وہ اسلام کا کام ہی نہیں۔</w:t>
      </w:r>
    </w:p>
    <w:p>
      <w:r>
        <w:rPr>
          <w:b/>
        </w:rPr>
        <w:t xml:space="preserve">[27:04] </w:t>
      </w:r>
      <w:r>
        <w:t>yeh to is zamane mein jo bade bade jihad aur ladaiyan aur suicide bombing aur debate aur stage</w:t>
      </w:r>
    </w:p>
    <w:p>
      <w:pPr>
        <w:jc w:val="right"/>
      </w:pPr>
      <w:r>
        <w:t>یہ تو اس زمانے میں جو بڑے بڑے جہاد اور لڑائیاں اور سوسائیڈ بمنگ اور ڈیبیٹ اور اسٹیج</w:t>
      </w:r>
    </w:p>
    <w:p>
      <w:r>
        <w:rPr>
          <w:b/>
        </w:rPr>
        <w:t xml:space="preserve">[27:11] </w:t>
      </w:r>
      <w:r>
        <w:t>par daja bikhairna yeh sab jo ho rahe hain karname, to agar yeh islam ka ka kaam hai</w:t>
      </w:r>
    </w:p>
    <w:p>
      <w:pPr>
        <w:jc w:val="right"/>
      </w:pPr>
      <w:r>
        <w:t>پر دجہ بکھیرنا یہ سب جو ہو رہے ہیں کارنامے، تو اگر یہ اسلام کا کا کام ہے</w:t>
      </w:r>
    </w:p>
    <w:p>
      <w:r>
        <w:rPr>
          <w:b/>
        </w:rPr>
        <w:t xml:space="preserve">[27:18] </w:t>
      </w:r>
      <w:r>
        <w:t>to is ka result nikalna chahiye.</w:t>
      </w:r>
    </w:p>
    <w:p>
      <w:pPr>
        <w:jc w:val="right"/>
      </w:pPr>
      <w:r>
        <w:t>تو اس کا رزلٹ نکلنا چاہیے۔</w:t>
      </w:r>
    </w:p>
    <w:p>
      <w:r>
        <w:rPr>
          <w:b/>
        </w:rPr>
        <w:t xml:space="preserve">[27:25] </w:t>
      </w:r>
      <w:r>
        <w:t>aur jab result niklega to woh sab boliyan khatm ho jayengi, shikayat ki boli, protest ki</w:t>
      </w:r>
    </w:p>
    <w:p>
      <w:pPr>
        <w:jc w:val="right"/>
      </w:pPr>
      <w:r>
        <w:t>اور جب رزلٹ نکلے گا تو وہ سب بولیاں ختم ہو جائیں گی، شکایت کی بولی، پروٹیسٹ کی</w:t>
      </w:r>
    </w:p>
    <w:p>
      <w:r>
        <w:rPr>
          <w:b/>
        </w:rPr>
        <w:t xml:space="preserve">[27:32] </w:t>
      </w:r>
      <w:r>
        <w:t>boli, yeh sab khatm ho jayegi.</w:t>
      </w:r>
    </w:p>
    <w:p>
      <w:pPr>
        <w:jc w:val="right"/>
      </w:pPr>
      <w:r>
        <w:t>بولی، یہ سب ختم ہو جائے گی۔</w:t>
      </w:r>
    </w:p>
    <w:p>
      <w:r>
        <w:rPr>
          <w:b/>
        </w:rPr>
        <w:t xml:space="preserve">[27:39] </w:t>
      </w:r>
      <w:r>
        <w:t>to jab yeh zaban khatm nahin hui, abhi bhi dhoom se log shikayatein karte hain, protest karte hain,</w:t>
      </w:r>
    </w:p>
    <w:p>
      <w:pPr>
        <w:jc w:val="right"/>
      </w:pPr>
      <w:r>
        <w:t>تو جب یہ زبان ختم نہیں ہوئی، ابھی بھی دھوم سے لوگ شکایتیں کرتے ہیں، پروٹیسٹ کرتے ہیں،</w:t>
      </w:r>
    </w:p>
    <w:p>
      <w:r>
        <w:rPr>
          <w:b/>
        </w:rPr>
        <w:t xml:space="preserve">[27:46] </w:t>
      </w:r>
      <w:r>
        <w:t>kehte hain ke hum under siege hain.</w:t>
      </w:r>
    </w:p>
    <w:p>
      <w:pPr>
        <w:jc w:val="right"/>
      </w:pPr>
      <w:r>
        <w:t>کہتے ہیں کہ ہم انڈر سیج ہیں۔</w:t>
      </w:r>
    </w:p>
    <w:p>
      <w:r>
        <w:rPr>
          <w:b/>
        </w:rPr>
        <w:t xml:space="preserve">[27:53] </w:t>
      </w:r>
      <w:r>
        <w:t>to is ke maane hain ke aap ne jo qurbaniyan keen, aap ne jo koshishein keen, woh sab</w:t>
      </w:r>
    </w:p>
    <w:p>
      <w:pPr>
        <w:jc w:val="right"/>
      </w:pPr>
      <w:r>
        <w:t>تو اس کے معنی ہیں کہ آپ نے جو قربانیاں کیں، آپ نے جو کوششیں کیں، وہ سب</w:t>
      </w:r>
    </w:p>
    <w:p>
      <w:r>
        <w:rPr>
          <w:b/>
        </w:rPr>
        <w:t xml:space="preserve">[28:00] </w:t>
      </w:r>
      <w:r>
        <w:t>be la hasil theen.</w:t>
      </w:r>
    </w:p>
    <w:p>
      <w:pPr>
        <w:jc w:val="right"/>
      </w:pPr>
      <w:r>
        <w:t>بے لا حاصل تھیں۔</w:t>
      </w:r>
    </w:p>
    <w:p>
      <w:r>
        <w:rPr>
          <w:b/>
        </w:rPr>
        <w:t xml:space="preserve">[28:07] </w:t>
      </w:r>
      <w:r>
        <w:t>yeh bohat sochne ki baat hai.</w:t>
      </w:r>
    </w:p>
    <w:p>
      <w:pPr>
        <w:jc w:val="right"/>
      </w:pPr>
      <w:r>
        <w:t>یہ بہت سوچنے کی بات ہے۔</w:t>
      </w:r>
    </w:p>
    <w:p>
      <w:r>
        <w:rPr>
          <w:b/>
        </w:rPr>
        <w:t xml:space="preserve">[28:14] </w:t>
      </w:r>
      <w:r>
        <w:t>quran mein hai ke intaha bita'amalakum wa antum la tash'uroon.</w:t>
      </w:r>
    </w:p>
    <w:p>
      <w:pPr>
        <w:jc w:val="right"/>
      </w:pPr>
      <w:r>
        <w:t>قرآن میں ہے کہ انتہا بتاعمالکم وانتم لا تشرون۔</w:t>
      </w:r>
    </w:p>
    <w:p>
      <w:r>
        <w:rPr>
          <w:b/>
        </w:rPr>
        <w:t xml:space="preserve">[28:21] </w:t>
      </w:r>
      <w:r>
        <w:t>intaha bita'amalakum wa antum la tash'uroon.</w:t>
      </w:r>
    </w:p>
    <w:p>
      <w:pPr>
        <w:jc w:val="right"/>
      </w:pPr>
      <w:r>
        <w:t>انتہا بتاعمالکم وانتم لا تشرون۔</w:t>
      </w:r>
    </w:p>
    <w:p>
      <w:r>
        <w:rPr>
          <w:b/>
        </w:rPr>
        <w:t xml:space="preserve">[28:27] </w:t>
      </w:r>
      <w:r>
        <w:t>is ka matlab hai ke aadmi kuch kaam karta hai is wajah se ke main kaam kar raha</w:t>
      </w:r>
    </w:p>
    <w:p>
      <w:pPr>
        <w:jc w:val="right"/>
      </w:pPr>
      <w:r>
        <w:t>اس کا مطلب ہے کہ آدمی کچھ کام کرتا ہے اس وجہ سے کہ میں کام کر رہا</w:t>
      </w:r>
    </w:p>
    <w:p>
      <w:r>
        <w:rPr>
          <w:b/>
        </w:rPr>
        <w:t xml:space="preserve">[28:34] </w:t>
      </w:r>
      <w:r>
        <w:t>hoon, woh amal kar raha hoon, lekin nateeje ke aitbar se woh kuch bhi nahin hota.</w:t>
      </w:r>
    </w:p>
    <w:p>
      <w:pPr>
        <w:jc w:val="right"/>
      </w:pPr>
      <w:r>
        <w:t>ہوں، وہ عمل کر رہا ہوں، لیکن نتیجے کے اعتبار سے وہ کچھ بھی نہیں ہوتا۔</w:t>
      </w:r>
    </w:p>
    <w:p>
      <w:r>
        <w:rPr>
          <w:b/>
        </w:rPr>
        <w:t xml:space="preserve">[28:41] </w:t>
      </w:r>
      <w:r>
        <w:t>habat a'amal kya hai? result less ho jana hai aap ki kisi koshish ka.</w:t>
      </w:r>
    </w:p>
    <w:p>
      <w:pPr>
        <w:jc w:val="right"/>
      </w:pPr>
      <w:r>
        <w:t>حبط اعمال کیا ہے؟ رزلٹ لیس ہو جانا ہے آپ کی کسی کوشش کا۔</w:t>
      </w:r>
    </w:p>
    <w:p>
      <w:r>
        <w:rPr>
          <w:b/>
        </w:rPr>
        <w:t xml:space="preserve">[28:48] </w:t>
      </w:r>
      <w:r>
        <w:t>quran mein yeh istalah aayi hai ke kuch a'amal hote hain jo habat ho jate hain.</w:t>
      </w:r>
    </w:p>
    <w:p>
      <w:pPr>
        <w:jc w:val="right"/>
      </w:pPr>
      <w:r>
        <w:t>قرآن میں یہ اصطلاح آئی ہے کہ کچھ اعمال ہوتے ہیں جو حبط ہو جاتے ہیں۔</w:t>
      </w:r>
    </w:p>
    <w:p>
      <w:r>
        <w:rPr>
          <w:b/>
        </w:rPr>
        <w:t xml:space="preserve">[28:55] </w:t>
      </w:r>
      <w:r>
        <w:t>habat a'amal, habat a'amal ka matlab habat nataij.</w:t>
      </w:r>
    </w:p>
    <w:p>
      <w:pPr>
        <w:jc w:val="right"/>
      </w:pPr>
      <w:r>
        <w:t>حبط اعمال، حبط اعمال کا مطلب حبط نتائج۔</w:t>
      </w:r>
    </w:p>
    <w:p>
      <w:r>
        <w:rPr>
          <w:b/>
        </w:rPr>
        <w:t xml:space="preserve">[29:02] </w:t>
      </w:r>
      <w:r>
        <w:t>khud aamal habat nahi hotay, be natija ho jatay hain.</w:t>
      </w:r>
    </w:p>
    <w:p>
      <w:pPr>
        <w:jc w:val="right"/>
      </w:pPr>
      <w:r>
        <w:t>خود اعمال حبط نہیں ہوتے، بے نتیجہ ہو جاتے ہیں۔</w:t>
      </w:r>
    </w:p>
    <w:p>
      <w:r>
        <w:rPr>
          <w:b/>
        </w:rPr>
        <w:t xml:space="preserve">[29:09] </w:t>
      </w:r>
      <w:r>
        <w:t>to amal ka be natija ho jana yahi habat aamal hai.</w:t>
      </w:r>
    </w:p>
    <w:p>
      <w:pPr>
        <w:jc w:val="right"/>
      </w:pPr>
      <w:r>
        <w:t>تو عمل کا بے نتیجہ ہو جانا یہی حبط اعمال ہے۔</w:t>
      </w:r>
    </w:p>
    <w:p>
      <w:r>
        <w:rPr>
          <w:b/>
        </w:rPr>
        <w:t xml:space="preserve">[29:16] </w:t>
      </w:r>
      <w:r>
        <w:t>inta ha bitaamal kum wa antum la tashroon.</w:t>
      </w:r>
    </w:p>
    <w:p>
      <w:pPr>
        <w:jc w:val="right"/>
      </w:pPr>
      <w:r>
        <w:t>انتہا بتاعمالکم وانتم لا تشرون۔</w:t>
      </w:r>
    </w:p>
    <w:p>
      <w:r>
        <w:rPr>
          <w:b/>
        </w:rPr>
        <w:t xml:space="preserve">[29:23] </w:t>
      </w:r>
      <w:r>
        <w:t>to is se panah mangna chahiye hum ko ke hum aisa amal karen jo habat aamal ke khane</w:t>
      </w:r>
    </w:p>
    <w:p>
      <w:pPr>
        <w:jc w:val="right"/>
      </w:pPr>
      <w:r>
        <w:t>تو اس سے پناہ مانگنا چاہیے ہم کو کہ ہم ایسا عمل کریں جو حبط اعمال کے خانے</w:t>
      </w:r>
    </w:p>
    <w:p>
      <w:r>
        <w:rPr>
          <w:b/>
        </w:rPr>
        <w:t xml:space="preserve">[29:30] </w:t>
      </w:r>
      <w:r>
        <w:t>mein chala jaye.</w:t>
      </w:r>
    </w:p>
    <w:p>
      <w:pPr>
        <w:jc w:val="right"/>
      </w:pPr>
      <w:r>
        <w:t>میں چلا جائے۔</w:t>
      </w:r>
    </w:p>
    <w:p>
      <w:r>
        <w:rPr>
          <w:b/>
        </w:rPr>
        <w:t xml:space="preserve">[29:37] </w:t>
      </w:r>
      <w:r>
        <w:t>hum amal karen lekin woh chala jaye habat aamal ke khane mein.</w:t>
      </w:r>
    </w:p>
    <w:p>
      <w:pPr>
        <w:jc w:val="right"/>
      </w:pPr>
      <w:r>
        <w:t>ہم عمل کریں لیکن وہ چلا جائے حبط اعمال کے خانے میں۔</w:t>
      </w:r>
    </w:p>
    <w:p>
      <w:r>
        <w:rPr>
          <w:b/>
        </w:rPr>
        <w:t xml:space="preserve">[29:44] </w:t>
      </w:r>
      <w:r>
        <w:t>yeh bari khatarnak baat hai.</w:t>
      </w:r>
    </w:p>
    <w:p>
      <w:pPr>
        <w:jc w:val="right"/>
      </w:pPr>
      <w:r>
        <w:t>یہ بڑی خطرناک بات ہے۔</w:t>
      </w:r>
    </w:p>
    <w:p>
      <w:r>
        <w:rPr>
          <w:b/>
        </w:rPr>
        <w:t xml:space="preserve">[29:51] </w:t>
      </w:r>
      <w:r>
        <w:t>yeh yani aap jehad karen, aap suicide bombing karen, aap stage par daja bikhairen, aap bare bare debate</w:t>
      </w:r>
    </w:p>
    <w:p>
      <w:pPr>
        <w:jc w:val="right"/>
      </w:pPr>
      <w:r>
        <w:t>یہ یعنی آپ جہاد کریں، آپ سوسائیڈ بمنگ کریں، آپ اسٹیج پر دجہ بکھیریں، آپ بڑے بڑے ڈیبیٹ</w:t>
      </w:r>
    </w:p>
    <w:p>
      <w:r>
        <w:rPr>
          <w:b/>
        </w:rPr>
        <w:t xml:space="preserve">[29:58] </w:t>
      </w:r>
      <w:r>
        <w:t>kar ke stage par jeet hasil karen, lekin isi ke sath habat aamal ho raha hai to aap</w:t>
      </w:r>
    </w:p>
    <w:p>
      <w:pPr>
        <w:jc w:val="right"/>
      </w:pPr>
      <w:r>
        <w:t>کر کے اسٹیج پر جیت حاصل کریں، لیکن اسی کے ساتھ حبط اعمال ہو رہا ہے تو آپ</w:t>
      </w:r>
    </w:p>
    <w:p>
      <w:r>
        <w:rPr>
          <w:b/>
        </w:rPr>
        <w:t xml:space="preserve">[30:05] </w:t>
      </w:r>
      <w:r>
        <w:t>ka amal Allah ki raza mein be qeemat hai.</w:t>
      </w:r>
    </w:p>
    <w:p>
      <w:pPr>
        <w:jc w:val="right"/>
      </w:pPr>
      <w:r>
        <w:t>کا عمل اللہ کی رضا میں بے قیمت ہے۔</w:t>
      </w:r>
    </w:p>
    <w:p>
      <w:r>
        <w:rPr>
          <w:b/>
        </w:rPr>
        <w:t xml:space="preserve">[30:12] </w:t>
      </w:r>
      <w:r>
        <w:t>inta ha bitaamal kum wa antum la tashroon.</w:t>
      </w:r>
    </w:p>
    <w:p>
      <w:pPr>
        <w:jc w:val="right"/>
      </w:pPr>
      <w:r>
        <w:t>انتہا بتاعمالکم وانتم لا تشرون۔</w:t>
      </w:r>
    </w:p>
    <w:p>
      <w:r>
        <w:rPr>
          <w:b/>
        </w:rPr>
        <w:t xml:space="preserve">[30:18] </w:t>
      </w:r>
      <w:r>
        <w:t>hazrat baseer ne isi baat ko kaha tha ke aadmi apni mehnat ki rozi aisi theli mein jama</w:t>
      </w:r>
    </w:p>
    <w:p>
      <w:pPr>
        <w:jc w:val="right"/>
      </w:pPr>
      <w:r>
        <w:t>حضرت بصیر نے اسی بات کو کہا تھا کہ آدمی اپنی محنت کی روزی ایسی تھیلی میں جمع</w:t>
      </w:r>
    </w:p>
    <w:p>
      <w:r>
        <w:rPr>
          <w:b/>
        </w:rPr>
        <w:t xml:space="preserve">[30:25] </w:t>
      </w:r>
      <w:r>
        <w:t>karega jo surakh daar hogi.</w:t>
      </w:r>
    </w:p>
    <w:p>
      <w:pPr>
        <w:jc w:val="right"/>
      </w:pPr>
      <w:r>
        <w:t>کرے گا جو سوراخ دار ہوگی۔</w:t>
      </w:r>
    </w:p>
    <w:p>
      <w:r>
        <w:rPr>
          <w:b/>
        </w:rPr>
        <w:t xml:space="preserve">[30:32] </w:t>
      </w:r>
      <w:r>
        <w:t>yani aap ne mehnat ki, mazdoori ki, aur sham ko aadmi ne aap ko mazdoori di, inaam diya,</w:t>
      </w:r>
    </w:p>
    <w:p>
      <w:pPr>
        <w:jc w:val="right"/>
      </w:pPr>
      <w:r>
        <w:t>یعنی آپ نے محنت کی، مزدوری کی، اور شام کو آدمی نے آپ کو مزدوری دی، انعام دیا،</w:t>
      </w:r>
    </w:p>
    <w:p>
      <w:r>
        <w:rPr>
          <w:b/>
        </w:rPr>
        <w:t xml:space="preserve">[30:39] </w:t>
      </w:r>
      <w:r>
        <w:t>lekin jo theli jis theli mein le kar chale, wahan se aap to ghar tak chalte chalte ghar</w:t>
      </w:r>
    </w:p>
    <w:p>
      <w:pPr>
        <w:jc w:val="right"/>
      </w:pPr>
      <w:r>
        <w:t>لیکن جو تھیلی جس تھیلی میں لے کر چلے، وہاں سے آپ تو گھر تک چلتے چلتے گھر</w:t>
      </w:r>
    </w:p>
    <w:p>
      <w:r>
        <w:rPr>
          <w:b/>
        </w:rPr>
        <w:t xml:space="preserve">[30:46] </w:t>
      </w:r>
      <w:r>
        <w:t>tak woh khatam ho gaya tha.</w:t>
      </w:r>
    </w:p>
    <w:p>
      <w:pPr>
        <w:jc w:val="right"/>
      </w:pPr>
      <w:r>
        <w:t>تک وہ ختم ہو گیا تھا۔</w:t>
      </w:r>
    </w:p>
    <w:p>
      <w:r>
        <w:rPr>
          <w:b/>
        </w:rPr>
        <w:t xml:space="preserve">[30:53] </w:t>
      </w:r>
      <w:r>
        <w:t>sab saman gir gaya tha.</w:t>
      </w:r>
    </w:p>
    <w:p>
      <w:pPr>
        <w:jc w:val="right"/>
      </w:pPr>
      <w:r>
        <w:t>سب سامان گر گیا تھا۔</w:t>
      </w:r>
    </w:p>
    <w:p>
      <w:r>
        <w:rPr>
          <w:b/>
        </w:rPr>
        <w:t xml:space="preserve">[31:00] </w:t>
      </w:r>
      <w:r>
        <w:t>yahi habat aamal hai.</w:t>
      </w:r>
    </w:p>
    <w:p>
      <w:pPr>
        <w:jc w:val="right"/>
      </w:pPr>
      <w:r>
        <w:t>یہی حبط اعمال ہے۔</w:t>
      </w:r>
    </w:p>
    <w:p>
      <w:r>
        <w:rPr>
          <w:b/>
        </w:rPr>
        <w:t xml:space="preserve">[31:07] </w:t>
      </w:r>
      <w:r>
        <w:t>to is is poore daur mein musalmanon ne bohat jehad kiye, bohat iqdamaat kiye, suicide bombing ki, debate</w:t>
      </w:r>
    </w:p>
    <w:p>
      <w:pPr>
        <w:jc w:val="right"/>
      </w:pPr>
      <w:r>
        <w:t>تو اس اس پورے دور میں مسلمانوں نے بہت جہاد کیے، بہت اقدامات کیے، سوسائیڈ بمنگ کی، ڈیبیٹ</w:t>
      </w:r>
    </w:p>
    <w:p>
      <w:r>
        <w:rPr>
          <w:b/>
        </w:rPr>
        <w:t xml:space="preserve">[31:14] </w:t>
      </w:r>
      <w:r>
        <w:t>kiya, stage par daja bikhair di, bare bare bheer jama ki, aur is mein naaray lagaye, taliyan bajai gaein.</w:t>
      </w:r>
    </w:p>
    <w:p>
      <w:pPr>
        <w:jc w:val="right"/>
      </w:pPr>
      <w:r>
        <w:t>کیا، اسٹیج پر دجہ بکھیر دی، بڑے بڑے بھیڑ اکٹھا کی، اور اس میں نعرے لگائے، تالیاں بجائی گئیں۔</w:t>
      </w:r>
    </w:p>
    <w:p>
      <w:r>
        <w:rPr>
          <w:b/>
        </w:rPr>
        <w:t xml:space="preserve">[31:21] </w:t>
      </w:r>
      <w:r>
        <w:t>لیکن where is the result? تو جب آپ سب کچھ کریں لیکن اس کا positive result نہ ہو،</w:t>
      </w:r>
    </w:p>
    <w:p>
      <w:pPr>
        <w:jc w:val="right"/>
      </w:pPr>
      <w:r>
        <w:t>لیکن ویر از دا رزلٹ؟ تو جب آپ سب کچھ کریں لیکن اس کا پازیٹیو رزلٹ نہ ہو،</w:t>
      </w:r>
    </w:p>
    <w:p>
      <w:r>
        <w:rPr>
          <w:b/>
        </w:rPr>
        <w:t xml:space="preserve">[31:28] </w:t>
      </w:r>
      <w:r>
        <w:t>yahi hai habat aamal.</w:t>
      </w:r>
    </w:p>
    <w:p>
      <w:pPr>
        <w:jc w:val="right"/>
      </w:pPr>
      <w:r>
        <w:t>یہی ہے حبط اعمال۔</w:t>
      </w:r>
    </w:p>
    <w:p>
      <w:r>
        <w:rPr>
          <w:b/>
        </w:rPr>
        <w:t xml:space="preserve">[31:35] </w:t>
      </w:r>
      <w:r>
        <w:t>inta ha bitaamal kum wa antum la tashroon.</w:t>
      </w:r>
    </w:p>
    <w:p>
      <w:pPr>
        <w:jc w:val="right"/>
      </w:pPr>
      <w:r>
        <w:t>انتہا بتاعمالکم وانتم لا تشرون۔</w:t>
      </w:r>
    </w:p>
    <w:p>
      <w:r>
        <w:rPr>
          <w:b/>
        </w:rPr>
        <w:t xml:space="preserve">[31:42] </w:t>
      </w:r>
      <w:r>
        <w:t>to humein sochna chahiye ke kya hamare aamal habat nahi ho rahe hain? Hum habat aamal ka case</w:t>
      </w:r>
    </w:p>
    <w:p>
      <w:pPr>
        <w:jc w:val="right"/>
      </w:pPr>
      <w:r>
        <w:t>تو ہمیں سوچنا چاہیے کہ کیا ہمارے اعمال حبط نہیں ہو رہے ہیں؟ ہم حبط اعمال کا کیس</w:t>
      </w:r>
    </w:p>
    <w:p>
      <w:r>
        <w:rPr>
          <w:b/>
        </w:rPr>
        <w:t xml:space="preserve">[31:49] </w:t>
      </w:r>
      <w:r>
        <w:t>to nahi ho rahe? Hamara case habat aamal ka case to nahi hai? Kyun ke bohat hi zyada risk</w:t>
      </w:r>
    </w:p>
    <w:p>
      <w:pPr>
        <w:jc w:val="right"/>
      </w:pPr>
      <w:r>
        <w:t>تو نہیں ہو رہے؟ ہمارا کیس حبط اعمال کا کیس تو نہیں ہے؟ کیونکہ بہت ہی زیادہ رسک</w:t>
      </w:r>
    </w:p>
    <w:p>
      <w:r>
        <w:rPr>
          <w:b/>
        </w:rPr>
        <w:t xml:space="preserve">[31:56] </w:t>
      </w:r>
      <w:r>
        <w:t>wali baat hai.</w:t>
      </w:r>
    </w:p>
    <w:p>
      <w:pPr>
        <w:jc w:val="right"/>
      </w:pPr>
      <w:r>
        <w:t>والی بات ہے۔</w:t>
      </w:r>
    </w:p>
    <w:p>
      <w:r>
        <w:rPr>
          <w:b/>
        </w:rPr>
        <w:t xml:space="preserve">[32:03] </w:t>
      </w:r>
      <w:r>
        <w:t>agar aadmi, agar ummat ya koi groh ka yeh mamla ho ke woh habt-e-a'maal ka case ban</w:t>
      </w:r>
    </w:p>
    <w:p>
      <w:pPr>
        <w:jc w:val="right"/>
      </w:pPr>
      <w:r>
        <w:t>اگر آدمی، اگر امت یا کوئی گروہ کا یہ معاملہ ہو کہ وہ حبط اعمال کا کیس بن</w:t>
      </w:r>
    </w:p>
    <w:p>
      <w:r>
        <w:rPr>
          <w:b/>
        </w:rPr>
        <w:t xml:space="preserve">[32:09] </w:t>
      </w:r>
      <w:r>
        <w:t>jaaye, yaani bare bare iqdaam kare, bare bare a'maal kare, lekin result kuch na nikle, to yeh to</w:t>
      </w:r>
    </w:p>
    <w:p>
      <w:pPr>
        <w:jc w:val="right"/>
      </w:pPr>
      <w:r>
        <w:t>جائے، یعنی بڑے بڑے اقدام کرے، بڑے بڑے عمل کرے، لیکن رزلٹ کچھ نہ نکلے، تو یہ تو</w:t>
      </w:r>
    </w:p>
    <w:p>
      <w:r>
        <w:rPr>
          <w:b/>
        </w:rPr>
        <w:t xml:space="preserve">[32:16] </w:t>
      </w:r>
      <w:r>
        <w:t>bari khatarnak baat hai, bohat ziyada khatarnak baat hai.</w:t>
      </w:r>
    </w:p>
    <w:p>
      <w:pPr>
        <w:jc w:val="right"/>
      </w:pPr>
      <w:r>
        <w:t>بڑی خطرناک بات ہے، بہت زیادہ خطرناک بات ہے۔</w:t>
      </w:r>
    </w:p>
    <w:p>
      <w:r>
        <w:rPr>
          <w:b/>
        </w:rPr>
        <w:t xml:space="preserve">[32:23] </w:t>
      </w:r>
      <w:r>
        <w:t>to Quran mein aik aayat hai ke tuubu ila Allah jamee'an ayyuhal mominoon.</w:t>
      </w:r>
    </w:p>
    <w:p>
      <w:pPr>
        <w:jc w:val="right"/>
      </w:pPr>
      <w:r>
        <w:t>تو قرآن میں ایک آیت ہے کہ توبوا الی اللہ جبیاً ایہا المومنون۔</w:t>
      </w:r>
    </w:p>
    <w:p>
      <w:r>
        <w:rPr>
          <w:b/>
        </w:rPr>
        <w:t xml:space="preserve">[32:30] </w:t>
      </w:r>
      <w:r>
        <w:t>tuubu ila Allah jamee'an ayyuhal mominoon.</w:t>
      </w:r>
    </w:p>
    <w:p>
      <w:pPr>
        <w:jc w:val="right"/>
      </w:pPr>
      <w:r>
        <w:t>توبوا الی اللہ جبیاً ایہا المومنون۔</w:t>
      </w:r>
    </w:p>
    <w:p>
      <w:r>
        <w:rPr>
          <w:b/>
        </w:rPr>
        <w:t xml:space="preserve">[32:37] </w:t>
      </w:r>
      <w:r>
        <w:t>to yeh zamana woh hai jab ke hum par ijtimai touba farz ho gayi hai.</w:t>
      </w:r>
    </w:p>
    <w:p>
      <w:pPr>
        <w:jc w:val="right"/>
      </w:pPr>
      <w:r>
        <w:t>تو یہ زمانہ وہ ہے جب کہ ہم پر اجتماعی توبہ فرض ہو گئی ہے۔</w:t>
      </w:r>
    </w:p>
    <w:p>
      <w:r>
        <w:rPr>
          <w:b/>
        </w:rPr>
        <w:t xml:space="preserve">[32:44] </w:t>
      </w:r>
      <w:r>
        <w:t>ijtimai touba ke saare log mil kar sochein, rethink karein.</w:t>
      </w:r>
    </w:p>
    <w:p>
      <w:pPr>
        <w:jc w:val="right"/>
      </w:pPr>
      <w:r>
        <w:t>اجتماعی توبہ کہ سارے لوگ مل کر سوچیں، ری تھنک کریں۔</w:t>
      </w:r>
    </w:p>
    <w:p>
      <w:r>
        <w:rPr>
          <w:b/>
        </w:rPr>
        <w:t xml:space="preserve">[32:51] </w:t>
      </w:r>
      <w:r>
        <w:t>ijtimai touba ka ma'ni hai mil kar ke rethink karna.</w:t>
      </w:r>
    </w:p>
    <w:p>
      <w:pPr>
        <w:jc w:val="right"/>
      </w:pPr>
      <w:r>
        <w:t>اجتماعی توبہ کا معنی ہے مل کر کے ری تھنک کرنا۔</w:t>
      </w:r>
    </w:p>
    <w:p>
      <w:r>
        <w:rPr>
          <w:b/>
        </w:rPr>
        <w:t xml:space="preserve">[32:58] </w:t>
      </w:r>
      <w:r>
        <w:t>time of rethinking, yeh hai ijtimai touba.</w:t>
      </w:r>
    </w:p>
    <w:p>
      <w:pPr>
        <w:jc w:val="right"/>
      </w:pPr>
      <w:r>
        <w:t>ٹائم آف ری تھنکنگ، یہ ہے اجتماعی توبہ۔</w:t>
      </w:r>
    </w:p>
    <w:p>
      <w:r>
        <w:rPr>
          <w:b/>
        </w:rPr>
        <w:t xml:space="preserve">[33:05] </w:t>
      </w:r>
      <w:r>
        <w:t>to main samajhta hoon ke yeh aakhri waqt aa gaya ke hum faisla karein ke hum jo kaam kar</w:t>
      </w:r>
    </w:p>
    <w:p>
      <w:pPr>
        <w:jc w:val="right"/>
      </w:pPr>
      <w:r>
        <w:t>تو میں سمجھتا ہوں کہ یہ آخری وقت آگیا کہ ہم فیصلہ کریں کہ ہم جو کام کر</w:t>
      </w:r>
    </w:p>
    <w:p>
      <w:r>
        <w:rPr>
          <w:b/>
        </w:rPr>
        <w:t xml:space="preserve">[33:12] </w:t>
      </w:r>
      <w:r>
        <w:t>rahe the, woh kaam habt-e-a'maal ka shikar ho gaya.</w:t>
      </w:r>
    </w:p>
    <w:p>
      <w:pPr>
        <w:jc w:val="right"/>
      </w:pPr>
      <w:r>
        <w:t>رہے تھے، وہ کام حبط اعمال کا شکار ہو گیا۔</w:t>
      </w:r>
    </w:p>
    <w:p>
      <w:r>
        <w:rPr>
          <w:b/>
        </w:rPr>
        <w:t xml:space="preserve">[33:19] </w:t>
      </w:r>
      <w:r>
        <w:t>ab doosra kaam hamein kaun sa karna hai? to aap ko is is naubat pahunche hain ke doosra</w:t>
      </w:r>
    </w:p>
    <w:p>
      <w:pPr>
        <w:jc w:val="right"/>
      </w:pPr>
      <w:r>
        <w:t>اب دوسرا کام ہمیں کون سا کرنا ہے؟ تو آپ کو اس اس نوبت پہنچے ہیں کہ دوسرا</w:t>
      </w:r>
    </w:p>
    <w:p>
      <w:r>
        <w:rPr>
          <w:b/>
        </w:rPr>
        <w:t xml:space="preserve">[33:26] </w:t>
      </w:r>
      <w:r>
        <w:t>kaam hai da'wat ila Allah.</w:t>
      </w:r>
    </w:p>
    <w:p>
      <w:pPr>
        <w:jc w:val="right"/>
      </w:pPr>
      <w:r>
        <w:t>کام ہے دعوت الی اللہ۔</w:t>
      </w:r>
    </w:p>
    <w:p>
      <w:r>
        <w:rPr>
          <w:b/>
        </w:rPr>
        <w:t xml:space="preserve">[33:33] </w:t>
      </w:r>
      <w:r>
        <w:t>woh saara da'wat, woh saara kaam jo tha, woh da'wat ila al-qaum tha.</w:t>
      </w:r>
    </w:p>
    <w:p>
      <w:pPr>
        <w:jc w:val="right"/>
      </w:pPr>
      <w:r>
        <w:t>وہ سارا دعوت، وہ سارا کام جو تھا، وہ دعوت الی القوم تھا۔</w:t>
      </w:r>
    </w:p>
    <w:p>
      <w:r>
        <w:rPr>
          <w:b/>
        </w:rPr>
        <w:t xml:space="preserve">[33:40] </w:t>
      </w:r>
      <w:r>
        <w:t>qaumi jad-o-jehad, qaumi jad-o-jehad, qaumi jad-o-jehad.</w:t>
      </w:r>
    </w:p>
    <w:p>
      <w:pPr>
        <w:jc w:val="right"/>
      </w:pPr>
      <w:r>
        <w:t>قومی جدت، قومی جدت، قومی جدت۔</w:t>
      </w:r>
    </w:p>
    <w:p>
      <w:r>
        <w:rPr>
          <w:b/>
        </w:rPr>
        <w:t xml:space="preserve">[33:47] </w:t>
      </w:r>
      <w:r>
        <w:t>to ab hamein jo kaam karna hai, woh da'wat ila Allah, tableegh o da'wat ila Allah.</w:t>
      </w:r>
    </w:p>
    <w:p>
      <w:pPr>
        <w:jc w:val="right"/>
      </w:pPr>
      <w:r>
        <w:t>تو اب ہمیں جو کام کرنا ہے، وہ دعوت الی اللہ، تبلیغ و معاونت الی اللہ۔</w:t>
      </w:r>
    </w:p>
    <w:p>
      <w:r>
        <w:rPr>
          <w:b/>
        </w:rPr>
        <w:t xml:space="preserve">[33:54] </w:t>
      </w:r>
      <w:r>
        <w:t>to yeh yeh yahi cheez hai jo miss kar rahi thi hamari history mein.</w:t>
      </w:r>
    </w:p>
    <w:p>
      <w:pPr>
        <w:jc w:val="right"/>
      </w:pPr>
      <w:r>
        <w:t>تو یہ یہ یہی چیز ہے جو مس کر رہی تھی ہماری ہسٹری میں۔</w:t>
      </w:r>
    </w:p>
    <w:p>
      <w:r>
        <w:rPr>
          <w:b/>
        </w:rPr>
        <w:t xml:space="preserve">[34:01] </w:t>
      </w:r>
      <w:r>
        <w:t>is ki wajah se hamara a'maal habt-e-a'maal ka shikar ho gaya.</w:t>
      </w:r>
    </w:p>
    <w:p>
      <w:pPr>
        <w:jc w:val="right"/>
      </w:pPr>
      <w:r>
        <w:t>اس کی وجہ سے ہمارا عمل حبط اعمال کا شکار ہو گیا۔</w:t>
      </w:r>
    </w:p>
    <w:p>
      <w:r>
        <w:rPr>
          <w:b/>
        </w:rPr>
        <w:t xml:space="preserve">[34:07] </w:t>
      </w:r>
      <w:r>
        <w:t>main is par bohat ziyada sochta raha hoon, bohat dinon se, saare balkeh saari umar sochta raha hoon</w:t>
      </w:r>
    </w:p>
    <w:p>
      <w:pPr>
        <w:jc w:val="right"/>
      </w:pPr>
      <w:r>
        <w:t>میں اس پر بہت زیادہ سوچتا رہا ہوں، بہت دنوں سے، سارے بلکہ ساری عمر سوچتا رہا ہوں</w:t>
      </w:r>
    </w:p>
    <w:p>
      <w:r>
        <w:rPr>
          <w:b/>
        </w:rPr>
        <w:t xml:space="preserve">[34:14] </w:t>
      </w:r>
      <w:r>
        <w:t>ke main jab bachpan mein tha, tab bhi qurbaniyan di rahi theen.</w:t>
      </w:r>
    </w:p>
    <w:p>
      <w:pPr>
        <w:jc w:val="right"/>
      </w:pPr>
      <w:r>
        <w:t>کہ میں جب بچپن میں تھا، تب بھی قربانیاں دی رہی تھیں۔</w:t>
      </w:r>
    </w:p>
    <w:p>
      <w:r>
        <w:rPr>
          <w:b/>
        </w:rPr>
        <w:t xml:space="preserve">[34:21] </w:t>
      </w:r>
      <w:r>
        <w:t>is zamane mein aik shayar, aik shayar the hamare bachpan mein, hamare bachpan ke zamane mein, to unho</w:t>
      </w:r>
    </w:p>
    <w:p>
      <w:pPr>
        <w:jc w:val="right"/>
      </w:pPr>
      <w:r>
        <w:t>اس زمانے میں ایک شاعر، ایک شاعر تھے ہمارے بچپن میں، ہمارے بچپن کے زمانے میں، تو انہوں</w:t>
      </w:r>
    </w:p>
    <w:p>
      <w:r>
        <w:rPr>
          <w:b/>
        </w:rPr>
        <w:t xml:space="preserve">[34:28] </w:t>
      </w:r>
      <w:r>
        <w:t>ne she'r kaha tha ke gaye woh din ke thi maqbool aik dinbe ki qurbani.</w:t>
      </w:r>
    </w:p>
    <w:p>
      <w:pPr>
        <w:jc w:val="right"/>
      </w:pPr>
      <w:r>
        <w:t>نے شعر کہا تھا کہ گئے وہ دن کہ تھی مقبول ایک دنبے کی قربانی۔</w:t>
      </w:r>
    </w:p>
    <w:p>
      <w:r>
        <w:rPr>
          <w:b/>
        </w:rPr>
        <w:t xml:space="preserve">[34:35] </w:t>
      </w:r>
      <w:r>
        <w:t>yaani Hazrat Hazrat Ibrahim ne aik dinba, aik dinba qurban kiya tha, woh maqbool ho gaya.</w:t>
      </w:r>
    </w:p>
    <w:p>
      <w:pPr>
        <w:jc w:val="right"/>
      </w:pPr>
      <w:r>
        <w:t>یعنی حضرت حضرت ابراہیم نے ایک دنبے، ایک دنبہ قربان کیا تھا، وہ مقبول ہو گیا۔</w:t>
      </w:r>
    </w:p>
    <w:p>
      <w:r>
        <w:rPr>
          <w:b/>
        </w:rPr>
        <w:t xml:space="preserve">[34:42] </w:t>
      </w:r>
      <w:r>
        <w:t>to shayar ne kaha tha ke gaye woh din ke thi maqbool aik dinbe ki qurbani.</w:t>
      </w:r>
    </w:p>
    <w:p>
      <w:pPr>
        <w:jc w:val="right"/>
      </w:pPr>
      <w:r>
        <w:t>تو شاعر نے کہا تھا کہ گئے وہ دن کہ تھی مقبول ایک دنبے کی قربانی۔</w:t>
      </w:r>
    </w:p>
    <w:p>
      <w:r>
        <w:rPr>
          <w:b/>
        </w:rPr>
        <w:t xml:space="preserve">[34:49] </w:t>
      </w:r>
      <w:r>
        <w:t>mata'-e-jaan ab dana hadiya hai sarkaar jaan ka.</w:t>
      </w:r>
    </w:p>
    <w:p>
      <w:pPr>
        <w:jc w:val="right"/>
      </w:pPr>
      <w:r>
        <w:t>متائے جاں ابدنا ہدیہ ہے سرکار جان کا۔</w:t>
      </w:r>
    </w:p>
    <w:p>
      <w:r>
        <w:rPr>
          <w:b/>
        </w:rPr>
        <w:t xml:space="preserve">[34:56] </w:t>
      </w:r>
      <w:r>
        <w:t>yani ab to apni jaan qurban karne ka waqt aa gaya hai.</w:t>
      </w:r>
    </w:p>
    <w:p>
      <w:pPr>
        <w:jc w:val="right"/>
      </w:pPr>
      <w:r>
        <w:t>یعنی اب تو اپنی جان قربان کرنے کا وقت آگیا ہے۔</w:t>
      </w:r>
    </w:p>
    <w:p>
      <w:r>
        <w:rPr>
          <w:b/>
        </w:rPr>
        <w:t xml:space="preserve">[35:03] </w:t>
      </w:r>
      <w:r>
        <w:t>dambha qurban karne ka waqt khatm ho gaya, apni jano ko qurban karo.</w:t>
      </w:r>
    </w:p>
    <w:p>
      <w:pPr>
        <w:jc w:val="right"/>
      </w:pPr>
      <w:r>
        <w:t>دنبہ قربان کرنے کا وقت ختم ہو گیا، اپنی جانوں کو قربان کرو۔</w:t>
      </w:r>
    </w:p>
    <w:p>
      <w:r>
        <w:rPr>
          <w:b/>
        </w:rPr>
        <w:t xml:space="preserve">[35:10] </w:t>
      </w:r>
      <w:r>
        <w:t>aur jab yeh sher kaha gaya tha, us waqt se ab tak taqreeban so baras beet chuke hain,</w:t>
      </w:r>
    </w:p>
    <w:p>
      <w:pPr>
        <w:jc w:val="right"/>
      </w:pPr>
      <w:r>
        <w:t>اور جب یہ شعر کہا گیا تھا، اس وقت سے اب تک تقریباً سو برس بیت چکے ہیں،</w:t>
      </w:r>
    </w:p>
    <w:p>
      <w:r>
        <w:rPr>
          <w:b/>
        </w:rPr>
        <w:t xml:space="preserve">[35:17] </w:t>
      </w:r>
      <w:r>
        <w:t>so baras se kam nahi.</w:t>
      </w:r>
    </w:p>
    <w:p>
      <w:pPr>
        <w:jc w:val="right"/>
      </w:pPr>
      <w:r>
        <w:t>سو برس سے کم نہیں۔</w:t>
      </w:r>
    </w:p>
    <w:p>
      <w:r>
        <w:rPr>
          <w:b/>
        </w:rPr>
        <w:t xml:space="preserve">[35:24] </w:t>
      </w:r>
      <w:r>
        <w:t>is so baras mein hazaron ne, lakhon ne, karoron logon ne apna qurban kiya hai is so baras mein.</w:t>
      </w:r>
    </w:p>
    <w:p>
      <w:pPr>
        <w:jc w:val="right"/>
      </w:pPr>
      <w:r>
        <w:t>اس سو برس میں ہزاروں نے، لاکھوں نے، کروڑوں لوگوں نے اپنا قربان کیا ہے اس سو برس میں۔</w:t>
      </w:r>
    </w:p>
    <w:p>
      <w:r>
        <w:rPr>
          <w:b/>
        </w:rPr>
        <w:t xml:space="preserve">[35:31] </w:t>
      </w:r>
      <w:r>
        <w:t>لیکن رزلٹ کہاں ہے؟ رزلٹ اگر ہے تو کیوں ایک مسلمان یہ کہہ رہے ہیں کہ where is</w:t>
      </w:r>
    </w:p>
    <w:p>
      <w:pPr>
        <w:jc w:val="right"/>
      </w:pPr>
      <w:r>
        <w:t>لیکن رزلٹ کہاں ہے؟ رزلٹ اگر ہے تو کیوں ایک مسلمان یہ کہہ رہے ہیں کہ ویر از</w:t>
      </w:r>
    </w:p>
    <w:p>
      <w:r>
        <w:rPr>
          <w:b/>
        </w:rPr>
        <w:t xml:space="preserve">[35:38] </w:t>
      </w:r>
      <w:r>
        <w:t>the stage? کیوں اسلامو فوبیا کی باتیں کر رہے ہیں؟ کیوں کمپلینٹ کی بولی بول رہے ہیں؟ تو</w:t>
      </w:r>
    </w:p>
    <w:p>
      <w:pPr>
        <w:jc w:val="right"/>
      </w:pPr>
      <w:r>
        <w:t>دا سیج؟ کیوں اسلامو فوبیا کی باتیں کر رہے ہیں؟ کیوں کمپلینٹ کی بولی بول رہے ہیں؟ تو</w:t>
      </w:r>
    </w:p>
    <w:p>
      <w:r>
        <w:rPr>
          <w:b/>
        </w:rPr>
        <w:t xml:space="preserve">[35:45] </w:t>
      </w:r>
      <w:r>
        <w:t>main samajhta hoon ke yeh yeh jo boli thi, yeh boli aqal ki boli nahi thi.</w:t>
      </w:r>
    </w:p>
    <w:p>
      <w:pPr>
        <w:jc w:val="right"/>
      </w:pPr>
      <w:r>
        <w:t>میں سمجھتا ہوں کہ یہ یہ جو بولی تھی، یہ بولی عقل کی بولی نہیں تھی۔</w:t>
      </w:r>
    </w:p>
    <w:p>
      <w:r>
        <w:rPr>
          <w:b/>
        </w:rPr>
        <w:t xml:space="preserve">[35:52] </w:t>
      </w:r>
      <w:r>
        <w:t>gaye woh din ke thi maqbool ek danbay ki qurbani.</w:t>
      </w:r>
    </w:p>
    <w:p>
      <w:pPr>
        <w:jc w:val="right"/>
      </w:pPr>
      <w:r>
        <w:t>گئے وہ دن کہ تھی مقبول ایک دنبے کی قربانی۔</w:t>
      </w:r>
    </w:p>
    <w:p>
      <w:r>
        <w:rPr>
          <w:b/>
        </w:rPr>
        <w:t xml:space="preserve">[35:58] </w:t>
      </w:r>
      <w:r>
        <w:t>mata-e-jaan abdana hadiya hai sarkaar jaan ka.</w:t>
      </w:r>
    </w:p>
    <w:p>
      <w:pPr>
        <w:jc w:val="right"/>
      </w:pPr>
      <w:r>
        <w:t>متائے جاں ابدنا ہدیہ ہے سرکار جان کا۔</w:t>
      </w:r>
    </w:p>
    <w:p>
      <w:r>
        <w:rPr>
          <w:b/>
        </w:rPr>
        <w:t xml:space="preserve">[36:05] </w:t>
      </w:r>
      <w:r>
        <w:t>yeh koi aqal ki boli nahi thi, jazbati boli thi. jazbati boli.</w:t>
      </w:r>
    </w:p>
    <w:p>
      <w:pPr>
        <w:jc w:val="right"/>
      </w:pPr>
      <w:r>
        <w:t>یہ کوئی عقل کی بولی نہیں تھی، جذباتی بولی تھی۔ جذباتی بولی۔</w:t>
      </w:r>
    </w:p>
    <w:p>
      <w:r>
        <w:rPr>
          <w:b/>
        </w:rPr>
        <w:t xml:space="preserve">[36:12] </w:t>
      </w:r>
      <w:r>
        <w:t>sachi baat hai ke is poore so saal ke darmiyan jo aqal wali baat thi, woh yeh thi</w:t>
      </w:r>
    </w:p>
    <w:p>
      <w:pPr>
        <w:jc w:val="right"/>
      </w:pPr>
      <w:r>
        <w:t>سچی بات ہے کہ اس پورے سو سال کے درمیان جو عقل والی بات تھی، وہ یہ تھی</w:t>
      </w:r>
    </w:p>
    <w:p>
      <w:r>
        <w:rPr>
          <w:b/>
        </w:rPr>
        <w:t xml:space="preserve">[36:19] </w:t>
      </w:r>
      <w:r>
        <w:t>ke saare hamare parhe likhe log, mister aur molvi, dono yeh samajhne ki koshish karte hain ke yeh</w:t>
      </w:r>
    </w:p>
    <w:p>
      <w:pPr>
        <w:jc w:val="right"/>
      </w:pPr>
      <w:r>
        <w:t>کہ سارے ہمارے پڑھے لکھے لوگ، مسٹر اور مولوی، دونوں یہ سمجھنے کی کوشش کرتے ہیں کہ یہ</w:t>
      </w:r>
    </w:p>
    <w:p>
      <w:r>
        <w:rPr>
          <w:b/>
        </w:rPr>
        <w:t xml:space="preserve">[36:26] </w:t>
      </w:r>
      <w:r>
        <w:t>door jadeed hai kya? yeh zamana jahan hum pahunche hain, yeh hai kya? har jagah aise nishanat the</w:t>
      </w:r>
    </w:p>
    <w:p>
      <w:pPr>
        <w:jc w:val="right"/>
      </w:pPr>
      <w:r>
        <w:t>دور جدید ہے کیا؟ یہ زمانہ جہاں ہم پہنچے ہیں، یہ ہے کیا؟ ہر جگہ ایسے نشانات تھے</w:t>
      </w:r>
    </w:p>
    <w:p>
      <w:r>
        <w:rPr>
          <w:b/>
        </w:rPr>
        <w:t xml:space="preserve">[36:33] </w:t>
      </w:r>
      <w:r>
        <w:t>jo batate the ke ek naya zamana aa gaya hai.</w:t>
      </w:r>
    </w:p>
    <w:p>
      <w:pPr>
        <w:jc w:val="right"/>
      </w:pPr>
      <w:r>
        <w:t>جو بتاتے تھے کہ ایک نیا زمانہ آگیا ہے۔</w:t>
      </w:r>
    </w:p>
    <w:p>
      <w:r>
        <w:rPr>
          <w:b/>
        </w:rPr>
        <w:t xml:space="preserve">[36:40] </w:t>
      </w:r>
      <w:r>
        <w:t>misal ke taur par main ne ek qissa bataya tha aap se pehle ke jab main parhta tha madrasay mein, bohat</w:t>
      </w:r>
    </w:p>
    <w:p>
      <w:pPr>
        <w:jc w:val="right"/>
      </w:pPr>
      <w:r>
        <w:t>مثلاً میں نے ایک قصہ بتایا تھا آپ سے پہلے کہ جب میں پڑھتا تھا مدرسے میں، بہت</w:t>
      </w:r>
    </w:p>
    <w:p>
      <w:r>
        <w:rPr>
          <w:b/>
        </w:rPr>
        <w:t xml:space="preserve">[36:47] </w:t>
      </w:r>
      <w:r>
        <w:t>pehlay ki baat hai, shayad 1940 ki baat hogi, 1940.</w:t>
      </w:r>
    </w:p>
    <w:p>
      <w:pPr>
        <w:jc w:val="right"/>
      </w:pPr>
      <w:r>
        <w:t>پہلے کی بات ہے، شاید 1940 کی بات ہوگی، 1940۔</w:t>
      </w:r>
    </w:p>
    <w:p>
      <w:r>
        <w:rPr>
          <w:b/>
        </w:rPr>
        <w:t xml:space="preserve">[36:54] </w:t>
      </w:r>
      <w:r>
        <w:t>to hamara madrasa jo tha, woh railway dining kinare tha, station se bohat qareeb tha.</w:t>
      </w:r>
    </w:p>
    <w:p>
      <w:pPr>
        <w:jc w:val="right"/>
      </w:pPr>
      <w:r>
        <w:t>تو ہمارا مدرسہ جو تھا، وہ ریلوے ڈائننگ کنارے تھا، اسٹیشن سے بہت قریب تھا۔</w:t>
      </w:r>
    </w:p>
    <w:p>
      <w:r>
        <w:rPr>
          <w:b/>
        </w:rPr>
        <w:t xml:space="preserve">[37:01] </w:t>
      </w:r>
      <w:r>
        <w:t>to ek ek train aayi, us station par ruki, phir woh rawana ho gayi, aage barh gayi.</w:t>
      </w:r>
    </w:p>
    <w:p>
      <w:pPr>
        <w:jc w:val="right"/>
      </w:pPr>
      <w:r>
        <w:t>تو ایک ایک ٹرین آئی، اس اسٹیشن پر رکی، پھر وہ روانہ ہو گئی، آگے بڑھ گئی۔</w:t>
      </w:r>
    </w:p>
    <w:p>
      <w:r>
        <w:rPr>
          <w:b/>
        </w:rPr>
        <w:t xml:space="preserve">[37:08] </w:t>
      </w:r>
      <w:r>
        <w:t>to seeti rawangi ke waqt train seeti bajati hai.</w:t>
      </w:r>
    </w:p>
    <w:p>
      <w:pPr>
        <w:jc w:val="right"/>
      </w:pPr>
      <w:r>
        <w:t>تو سیٹی روانگی کے وقت ٹرین سیٹی بجاتی ہے۔</w:t>
      </w:r>
    </w:p>
    <w:p>
      <w:r>
        <w:rPr>
          <w:b/>
        </w:rPr>
        <w:t xml:space="preserve">[37:15] </w:t>
      </w:r>
      <w:r>
        <w:t>to ek hum hum parh rahe thay, class chal raha tha, aur train ki awaz aayi.</w:t>
      </w:r>
    </w:p>
    <w:p>
      <w:pPr>
        <w:jc w:val="right"/>
      </w:pPr>
      <w:r>
        <w:t>تو ایک ہم ہم پڑھ رہے تھے، کلاس چل رہا تھا، اور ٹرین کی آواز آئی۔</w:t>
      </w:r>
    </w:p>
    <w:p>
      <w:r>
        <w:rPr>
          <w:b/>
        </w:rPr>
        <w:t xml:space="preserve">[37:22] </w:t>
      </w:r>
      <w:r>
        <w:t>phir woh thehri, phir woh seeti de kar aage barh gayi.</w:t>
      </w:r>
    </w:p>
    <w:p>
      <w:pPr>
        <w:jc w:val="right"/>
      </w:pPr>
      <w:r>
        <w:t>پھر وہ ٹھہری، پھر وہ سیٹی دے کر آگے بڑھ گئی۔</w:t>
      </w:r>
    </w:p>
    <w:p>
      <w:r>
        <w:rPr>
          <w:b/>
        </w:rPr>
        <w:t xml:space="preserve">[37:29] </w:t>
      </w:r>
      <w:r>
        <w:t>to hamare ustad thay, hamare ustad shayar thay, woh bhi.</w:t>
      </w:r>
    </w:p>
    <w:p>
      <w:pPr>
        <w:jc w:val="right"/>
      </w:pPr>
      <w:r>
        <w:t>تو ہمارے استاد تھے، ہمارے استاد شاعر تھے، وہ بھی۔</w:t>
      </w:r>
    </w:p>
    <w:p>
      <w:r>
        <w:rPr>
          <w:b/>
        </w:rPr>
        <w:t xml:space="preserve">[37:36] </w:t>
      </w:r>
      <w:r>
        <w:t>unhon ne kaha ke pooch se seeti diya aur chal pari, rail gaadi, rail gaadi, rail gaadi, rail gaadi.</w:t>
      </w:r>
    </w:p>
    <w:p>
      <w:pPr>
        <w:jc w:val="right"/>
      </w:pPr>
      <w:r>
        <w:t>انہوں نے کہا کہ پوچھ سے سیٹی دیا اور چل پڑی، ریل گاڑی، ریل گاڑی، ریل گاڑی، ریل گاڑی۔</w:t>
      </w:r>
    </w:p>
    <w:p>
      <w:r>
        <w:rPr>
          <w:b/>
        </w:rPr>
        <w:t xml:space="preserve">[37:43] </w:t>
      </w:r>
      <w:r>
        <w:t>to main bhi is samjha nahi ke kya cheez hai.</w:t>
      </w:r>
    </w:p>
    <w:p>
      <w:pPr>
        <w:jc w:val="right"/>
      </w:pPr>
      <w:r>
        <w:t>تو میں بھی اس سمجھا نہیں کہ کیا چیز ہے۔</w:t>
      </w:r>
    </w:p>
    <w:p>
      <w:r>
        <w:rPr>
          <w:b/>
        </w:rPr>
        <w:t xml:space="preserve">[37:49] </w:t>
      </w:r>
      <w:r>
        <w:t>hamare ustad ko pata hona chahiye tha ke yeh seeti nahi hai, yeh naye daur ka aelan hai.</w:t>
      </w:r>
    </w:p>
    <w:p>
      <w:pPr>
        <w:jc w:val="right"/>
      </w:pPr>
      <w:r>
        <w:t>ہمارے استاد کو پتہ ہونا چاہیے تھا کہ یہ سیٹی نہیں ہے، یہ نئے دور کا اعلان ہے۔</w:t>
      </w:r>
    </w:p>
    <w:p>
      <w:r>
        <w:rPr>
          <w:b/>
        </w:rPr>
        <w:t xml:space="preserve">[37:56] </w:t>
      </w:r>
      <w:r>
        <w:t>ek naya daur aa gaya jahan rail hai, jahan communication hai, jahan telegraph hai, jahan telephone hai,</w:t>
      </w:r>
    </w:p>
    <w:p>
      <w:pPr>
        <w:jc w:val="right"/>
      </w:pPr>
      <w:r>
        <w:t>ایک نیا دور آگیا جہاں ریل ہے، جہاں کمیونیکیشن ہے، جہاں ٹیلی گراف ہے، جہاں ٹیلی فون ہے،</w:t>
      </w:r>
    </w:p>
    <w:p>
      <w:r>
        <w:rPr>
          <w:b/>
        </w:rPr>
        <w:t xml:space="preserve">[38:03] </w:t>
      </w:r>
      <w:r>
        <w:t>jahan hawai jahaz hai, steam ship hai, aur kya kya cheezen hain.</w:t>
      </w:r>
    </w:p>
    <w:p>
      <w:pPr>
        <w:jc w:val="right"/>
      </w:pPr>
      <w:r>
        <w:t>جہاں ہوائی جہاز ہے، اسٹیم شپ ہے، اور کیا کیا چیزیں ہیں۔</w:t>
      </w:r>
    </w:p>
    <w:p>
      <w:r>
        <w:rPr>
          <w:b/>
        </w:rPr>
        <w:t xml:space="preserve">[38:10] </w:t>
      </w:r>
      <w:r>
        <w:t>aik naya daur, is daur ko unhon ne samait diya kis mein? aik aik aik joke mein, aik joke.</w:t>
      </w:r>
    </w:p>
    <w:p>
      <w:pPr>
        <w:jc w:val="right"/>
      </w:pPr>
      <w:r>
        <w:t>ایک نیا دور، اس دور کو انہوں نے سمیٹ دیا کس میں؟ ایک ایک ایک جوک میں، ایک جوک۔</w:t>
      </w:r>
    </w:p>
    <w:p>
      <w:r>
        <w:rPr>
          <w:b/>
        </w:rPr>
        <w:t xml:space="preserve">[38:17] </w:t>
      </w:r>
      <w:r>
        <w:t>yeh sher ka aik joke hai.</w:t>
      </w:r>
    </w:p>
    <w:p>
      <w:pPr>
        <w:jc w:val="right"/>
      </w:pPr>
      <w:r>
        <w:t>یہ شعر کا ایک جوک ہے۔</w:t>
      </w:r>
    </w:p>
    <w:p>
      <w:r>
        <w:rPr>
          <w:b/>
        </w:rPr>
        <w:t xml:space="preserve">[38:24] </w:t>
      </w:r>
      <w:r>
        <w:t>poonchh se seeti diya aur chal pari, rail gaari, rail gaari, rail gaari, rail gaari.</w:t>
      </w:r>
    </w:p>
    <w:p>
      <w:pPr>
        <w:jc w:val="right"/>
      </w:pPr>
      <w:r>
        <w:t>پوچھ سے سیٹی دیا اور چل پڑی، ریل گاڑی، ریل گاڑی، ریل گاڑی، ریل گاڑی۔</w:t>
      </w:r>
    </w:p>
    <w:p>
      <w:r>
        <w:rPr>
          <w:b/>
        </w:rPr>
        <w:t xml:space="preserve">[38:31] </w:t>
      </w:r>
      <w:r>
        <w:t>to pooray aik daur ko joke bana diya.</w:t>
      </w:r>
    </w:p>
    <w:p>
      <w:pPr>
        <w:jc w:val="right"/>
      </w:pPr>
      <w:r>
        <w:t>تو پورے ایک دور کو جوک بنا دیا۔</w:t>
      </w:r>
    </w:p>
    <w:p>
      <w:r>
        <w:rPr>
          <w:b/>
        </w:rPr>
        <w:t xml:space="preserve">[38:38] </w:t>
      </w:r>
      <w:r>
        <w:t>yehi sab ka haal tha, yehi sab ka haal tha.</w:t>
      </w:r>
    </w:p>
    <w:p>
      <w:pPr>
        <w:jc w:val="right"/>
      </w:pPr>
      <w:r>
        <w:t>یہی سب کا حال تھا، یہی سب کا حال تھا۔</w:t>
      </w:r>
    </w:p>
    <w:p>
      <w:r>
        <w:rPr>
          <w:b/>
        </w:rPr>
        <w:t xml:space="preserve">[38:45] </w:t>
      </w:r>
      <w:r>
        <w:t>jahan tak mein ne parha, jahan tak mein jaanta hoon, is pooray daur jadeed ko kisi ne bhi</w:t>
      </w:r>
    </w:p>
    <w:p>
      <w:pPr>
        <w:jc w:val="right"/>
      </w:pPr>
      <w:r>
        <w:t>جہاں تک میں نے پڑھا، جہاں تک میں جانتا ہوں، اس پورے دور جدید کو کسی نے بھی</w:t>
      </w:r>
    </w:p>
    <w:p>
      <w:r>
        <w:rPr>
          <w:b/>
        </w:rPr>
        <w:t xml:space="preserve">[38:52] </w:t>
      </w:r>
      <w:r>
        <w:t>aik aik aik nemat ke taur par nahin liya, is ko aik aik aik evil ke taur par liya.</w:t>
      </w:r>
    </w:p>
    <w:p>
      <w:pPr>
        <w:jc w:val="right"/>
      </w:pPr>
      <w:r>
        <w:t>ایک ایک ایک نعمت کے طور پر نہیں لیا، اس کو ایک ایک ایک ایول کے طور پر لیا۔</w:t>
      </w:r>
    </w:p>
    <w:p>
      <w:r>
        <w:rPr>
          <w:b/>
        </w:rPr>
        <w:t xml:space="preserve">[38:59] </w:t>
      </w:r>
      <w:r>
        <w:t>evil, yeh yeh ke daur jo hai, yeh daur mein aik nayi nematen Allah ne kholien hamare upar.</w:t>
      </w:r>
    </w:p>
    <w:p>
      <w:pPr>
        <w:jc w:val="right"/>
      </w:pPr>
      <w:r>
        <w:t>ایول، یہ یہ کہ دور جو ہے، یہ دور میں ایک نئی نعمتیں اللہ نے کھولیں ہمارے اوپر۔</w:t>
      </w:r>
    </w:p>
    <w:p>
      <w:r>
        <w:rPr>
          <w:b/>
        </w:rPr>
        <w:t xml:space="preserve">[39:06] </w:t>
      </w:r>
      <w:r>
        <w:t>is tarah se is maani mein liya hi nahin, nateeja kya hai? aik sirf dushman ban gaye.</w:t>
      </w:r>
    </w:p>
    <w:p>
      <w:pPr>
        <w:jc w:val="right"/>
      </w:pPr>
      <w:r>
        <w:t>اس طرح سے اس معنی میں لیا ہی نہیں، نتیجہ کیا ہے؟ ایک صرف دشمن بن گئے۔</w:t>
      </w:r>
    </w:p>
    <w:p>
      <w:r>
        <w:rPr>
          <w:b/>
        </w:rPr>
        <w:t xml:space="preserve">[39:13] </w:t>
      </w:r>
      <w:r>
        <w:t>aaj ke musalman kya hain? tehzeeb ke dushman, west ke dushman, israel ke dushman, america ke dushman.</w:t>
      </w:r>
    </w:p>
    <w:p>
      <w:pPr>
        <w:jc w:val="right"/>
      </w:pPr>
      <w:r>
        <w:t>آج کے مسلمان کیا ہیں؟ تہذیب کے دشمن، ویسٹ کے دشمن، اسرائیل کے دشمن، امریکہ کے دشمن۔</w:t>
      </w:r>
    </w:p>
    <w:p>
      <w:r>
        <w:rPr>
          <w:b/>
        </w:rPr>
        <w:t xml:space="preserve">[39:20] </w:t>
      </w:r>
      <w:r>
        <w:t>bas sab ki dushmani dushman hi dushman hain woh.</w:t>
      </w:r>
    </w:p>
    <w:p>
      <w:pPr>
        <w:jc w:val="right"/>
      </w:pPr>
      <w:r>
        <w:t>بس سب کی دشمنی دشمن ہی دشمن ہیں وہ۔</w:t>
      </w:r>
    </w:p>
    <w:p>
      <w:r>
        <w:rPr>
          <w:b/>
        </w:rPr>
        <w:t xml:space="preserve">[39:27] </w:t>
      </w:r>
      <w:r>
        <w:t>aur yeh jo qaumen, jo naya daur jinhon ne paida kiya hai, un qaumon se kuch seekhna chahiye,</w:t>
      </w:r>
    </w:p>
    <w:p>
      <w:pPr>
        <w:jc w:val="right"/>
      </w:pPr>
      <w:r>
        <w:t>اور یہ جو قومیں، جو نیا دور جنہوں نے پیدا کیا ہے، ان قوموں سے کچھ سیکھنا چاہیے،</w:t>
      </w:r>
    </w:p>
    <w:p>
      <w:r>
        <w:rPr>
          <w:b/>
        </w:rPr>
        <w:t xml:space="preserve">[39:34] </w:t>
      </w:r>
      <w:r>
        <w:t>kuch seekha nahin.</w:t>
      </w:r>
    </w:p>
    <w:p>
      <w:pPr>
        <w:jc w:val="right"/>
      </w:pPr>
      <w:r>
        <w:t>کچھ سیکھا نہیں۔</w:t>
      </w:r>
    </w:p>
    <w:p>
      <w:r>
        <w:rPr>
          <w:b/>
        </w:rPr>
        <w:t xml:space="preserve">[39:40] </w:t>
      </w:r>
      <w:r>
        <w:t>aik choti si misaal bayan karunga ke mein jis gaon mein paida hua tha, us gaon ke</w:t>
      </w:r>
    </w:p>
    <w:p>
      <w:pPr>
        <w:jc w:val="right"/>
      </w:pPr>
      <w:r>
        <w:t>ایک چھوٹی سی مثال بیان کروں گا کہ میں جس گاؤں میں پیدا ہوا تھا، اس گاؤں کے</w:t>
      </w:r>
    </w:p>
    <w:p>
      <w:r>
        <w:rPr>
          <w:b/>
        </w:rPr>
        <w:t xml:space="preserve">[39:47] </w:t>
      </w:r>
      <w:r>
        <w:t>thoray faaslay par aik gaon tha, basain pur.</w:t>
      </w:r>
    </w:p>
    <w:p>
      <w:pPr>
        <w:jc w:val="right"/>
      </w:pPr>
      <w:r>
        <w:t>تھوڑے فاصلے پر ایک گاؤں تھا، بسین پور۔</w:t>
      </w:r>
    </w:p>
    <w:p>
      <w:r>
        <w:rPr>
          <w:b/>
        </w:rPr>
        <w:t xml:space="preserve">[39:54] </w:t>
      </w:r>
      <w:r>
        <w:t>wahan par aik angrez rehta tha, us ki wahan par property thi, us ka naam tha Mr Laurie.</w:t>
      </w:r>
    </w:p>
    <w:p>
      <w:pPr>
        <w:jc w:val="right"/>
      </w:pPr>
      <w:r>
        <w:t>وہاں پر ایک انگریز رہتا تھا، اس کی وہاں پر پراپرٹی تھی، اس کا نام تھا مسٹر لاری۔</w:t>
      </w:r>
    </w:p>
    <w:p>
      <w:r>
        <w:rPr>
          <w:b/>
        </w:rPr>
        <w:t xml:space="preserve">[40:01] </w:t>
      </w:r>
      <w:r>
        <w:t>to European style ka woh ghar banaya tha, us ne bangla, European style ka bangla.</w:t>
      </w:r>
    </w:p>
    <w:p>
      <w:pPr>
        <w:jc w:val="right"/>
      </w:pPr>
      <w:r>
        <w:t>تو یورپین اسٹائل کا وہ گھر بنایا تھا، اس نے بنگلہ، یورپین اسٹائل کا بنگلہ۔</w:t>
      </w:r>
    </w:p>
    <w:p>
      <w:r>
        <w:rPr>
          <w:b/>
        </w:rPr>
        <w:t xml:space="preserve">[40:08] </w:t>
      </w:r>
      <w:r>
        <w:t>phir woh 1948 mein, 1947 mein chala gaya, chhod kar ke.</w:t>
      </w:r>
    </w:p>
    <w:p>
      <w:pPr>
        <w:jc w:val="right"/>
      </w:pPr>
      <w:r>
        <w:t>پھر وہ 1948 میں، 1947 میں چلا گیا، چھوڑ کر کے۔</w:t>
      </w:r>
    </w:p>
    <w:p>
      <w:r>
        <w:rPr>
          <w:b/>
        </w:rPr>
        <w:t xml:space="preserve">[40:15] </w:t>
      </w:r>
      <w:r>
        <w:t>to us ka bangla khaali para hua tha.</w:t>
      </w:r>
    </w:p>
    <w:p>
      <w:pPr>
        <w:jc w:val="right"/>
      </w:pPr>
      <w:r>
        <w:t>تو اس کا بنگلہ خالی پڑا ہوا تھا۔</w:t>
      </w:r>
    </w:p>
    <w:p>
      <w:r>
        <w:rPr>
          <w:b/>
        </w:rPr>
        <w:t xml:space="preserve">[40:22] </w:t>
      </w:r>
      <w:r>
        <w:t>mein kai baar dekha, mein ne us ke bangle ko khaali para hua.</w:t>
      </w:r>
    </w:p>
    <w:p>
      <w:pPr>
        <w:jc w:val="right"/>
      </w:pPr>
      <w:r>
        <w:t>میں کئی بار دیکھا، میں نے اس کے بنگلے کو خالی پڑا ہوا۔</w:t>
      </w:r>
    </w:p>
    <w:p>
      <w:r>
        <w:rPr>
          <w:b/>
        </w:rPr>
        <w:t xml:space="preserve">[40:29] </w:t>
      </w:r>
      <w:r>
        <w:t>phir baad ko mein gaya to maloom hua ke woh to tod diya gaya, tod kar wahan aik</w:t>
      </w:r>
    </w:p>
    <w:p>
      <w:pPr>
        <w:jc w:val="right"/>
      </w:pPr>
      <w:r>
        <w:t>پھر بعد کو میں گیا تو معلوم ہوا کہ وہ تو توڑ دیا گیا، توڑ کر وہاں ایک</w:t>
      </w:r>
    </w:p>
    <w:p>
      <w:r>
        <w:rPr>
          <w:b/>
        </w:rPr>
        <w:t xml:space="preserve">[40:36] </w:t>
      </w:r>
      <w:r>
        <w:t>khet bana diya gaya.</w:t>
      </w:r>
    </w:p>
    <w:p>
      <w:pPr>
        <w:jc w:val="right"/>
      </w:pPr>
      <w:r>
        <w:t>کھیت بنا دیا گیا۔</w:t>
      </w:r>
    </w:p>
    <w:p>
      <w:r>
        <w:rPr>
          <w:b/>
        </w:rPr>
        <w:t xml:space="preserve">[40:43] </w:t>
      </w:r>
      <w:r>
        <w:t>to is se jo seekhna tha, kuch seekha nahin.</w:t>
      </w:r>
    </w:p>
    <w:p>
      <w:pPr>
        <w:jc w:val="right"/>
      </w:pPr>
      <w:r>
        <w:t>تو اس سے جو سیکھنا تھا، کچھ سیکھا نہیں۔</w:t>
      </w:r>
    </w:p>
    <w:p>
      <w:r>
        <w:rPr>
          <w:b/>
        </w:rPr>
        <w:t xml:space="preserve">[40:50] </w:t>
      </w:r>
      <w:r>
        <w:t>to dekhiye, ab se kam az kam hona yeh chahiye ke hum naye zamane ko samjhen aur apne</w:t>
      </w:r>
    </w:p>
    <w:p>
      <w:pPr>
        <w:jc w:val="right"/>
      </w:pPr>
      <w:r>
        <w:t>تو دیکھیے، اب سے کم از کم ہونا یہ چاہیے کہ ہم نئے زمانے کو سمجھیں اور اپنے</w:t>
      </w:r>
    </w:p>
    <w:p>
      <w:r>
        <w:rPr>
          <w:b/>
        </w:rPr>
        <w:t xml:space="preserve">[40:57] </w:t>
      </w:r>
      <w:r>
        <w:t>kaam ki re planning karen.</w:t>
      </w:r>
    </w:p>
    <w:p>
      <w:pPr>
        <w:jc w:val="right"/>
      </w:pPr>
      <w:r>
        <w:t>کام کی ری پلاننگ کریں۔</w:t>
      </w:r>
    </w:p>
    <w:p>
      <w:r>
        <w:rPr>
          <w:b/>
        </w:rPr>
        <w:t xml:space="preserve">[41:04] </w:t>
      </w:r>
      <w:r>
        <w:t>naye zamane ko samajhna aur apne kaam ki re planning karna, yeh hamara farz ho chuka hai.</w:t>
      </w:r>
    </w:p>
    <w:p>
      <w:pPr>
        <w:jc w:val="right"/>
      </w:pPr>
      <w:r>
        <w:t>نئے زمانے کو سمجھنا اور اپنے کام کی ری پلاننگ کرنا، یہ ہمارا فرض ہو چکا ہے۔</w:t>
      </w:r>
    </w:p>
    <w:p>
      <w:r>
        <w:rPr>
          <w:b/>
        </w:rPr>
        <w:t xml:space="preserve">[41:11] </w:t>
      </w:r>
      <w:r>
        <w:t>meri dua hai ke Allah taala hum ko aqal de aur samajhne ki tofeeq de.</w:t>
      </w:r>
    </w:p>
    <w:p>
      <w:pPr>
        <w:jc w:val="right"/>
      </w:pPr>
      <w:r>
        <w:t>میری دعا ہے کہ اللہ تعالیٰ ہم کو عقل دے اور سمجھنے کی توفیق دے۔</w:t>
      </w:r>
    </w:p>
    <w:p>
      <w:r>
        <w:rPr>
          <w:b/>
        </w:rPr>
        <w:t xml:space="preserve">[41:18] </w:t>
      </w:r>
      <w:r>
        <w:t>assalam o alaikum wa rehmatullah.</w:t>
      </w:r>
    </w:p>
    <w:p>
      <w:pPr>
        <w:jc w:val="right"/>
      </w:pPr>
      <w:r>
        <w:t>السلام علیکم ورحمۃ اللہ۔</w:t>
      </w:r>
    </w:p>
    <w:p>
      <w:r>
        <w:rPr>
          <w:b/>
        </w:rPr>
        <w:t xml:space="preserve">[41:25] </w:t>
      </w:r>
      <w:r>
        <w:t>Okay, we will be starting with the question answer session now.</w:t>
      </w:r>
    </w:p>
    <w:p>
      <w:pPr>
        <w:jc w:val="right"/>
      </w:pPr>
      <w:r>
        <w:t>Okay, we will be starting with the question answer session now.</w:t>
      </w:r>
    </w:p>
    <w:p>
      <w:r>
        <w:rPr>
          <w:b/>
        </w:rPr>
        <w:t xml:space="preserve">[41:32] </w:t>
      </w:r>
      <w:r>
        <w:t>All the online viewers are requested to send their questions on info@cpsglobal.org. Viewers who are watching this program on Facebook can post their questions on the link below.</w:t>
      </w:r>
    </w:p>
    <w:p>
      <w:pPr>
        <w:jc w:val="right"/>
      </w:pPr>
      <w:r>
        <w:t>All the online viewers are requested to send their questions on info@cpsglobal.org. Viewers who are watching this program on Facebook can post their questions on the link below.</w:t>
      </w:r>
    </w:p>
    <w:p>
      <w:r>
        <w:rPr>
          <w:b/>
        </w:rPr>
        <w:t xml:space="preserve">[41:49] </w:t>
      </w:r>
      <w:r>
        <w:t>Maulana, yeh sawal Kashmir se aaya hai aur Haji Ismail sahib ne bheja hai. Unhon ne aap se poocha hai ke Maulana sahib how can a daai perform daawa work in militantly affected states like Kashmir where activities are carried over in the name of Jihad? What is your guidance to all of us?</w:t>
      </w:r>
    </w:p>
    <w:p>
      <w:pPr>
        <w:jc w:val="right"/>
      </w:pPr>
      <w:r>
        <w:t>مولانا، یہ سوال کشمیر سے آیا ہے اور حاجی اسماعیل صاحب نے بھیجا ہے۔ انہوں نے آپ سے پوچھا ہے کہ مولانا صاحب how can a داعی perform دعویٰ work in militantly affected states like Kashmir where activities are carried over in the name of Jihad? What is your guidance to all of us?</w:t>
      </w:r>
    </w:p>
    <w:p>
      <w:r>
        <w:rPr>
          <w:b/>
        </w:rPr>
        <w:t xml:space="preserve">[42:15] </w:t>
      </w:r>
      <w:r>
        <w:t>dekhiye, yeh sawal jo hai, yeh maine bhi socha hai is par.</w:t>
      </w:r>
    </w:p>
    <w:p>
      <w:pPr>
        <w:jc w:val="right"/>
      </w:pPr>
      <w:r>
        <w:t>دیکھیے، یہ سوال جو ہے، یہ میں نے بھی سوچا ہے اس پر۔</w:t>
      </w:r>
    </w:p>
    <w:p>
      <w:r>
        <w:rPr>
          <w:b/>
        </w:rPr>
        <w:t xml:space="preserve">[42:20] </w:t>
      </w:r>
      <w:r>
        <w:t>to Rasool Allah ke bare mein jo baatein Quran mein aayi hain, woh Rasool Allah hi ke bare</w:t>
      </w:r>
    </w:p>
    <w:p>
      <w:pPr>
        <w:jc w:val="right"/>
      </w:pPr>
      <w:r>
        <w:t>تو رسول اللہ کے بارے میں جو باتیں قرآن میں آئی ہیں، وہ رسول اللہ ہی کے بارے</w:t>
      </w:r>
    </w:p>
    <w:p>
      <w:r>
        <w:rPr>
          <w:b/>
        </w:rPr>
        <w:t xml:space="preserve">[42:26] </w:t>
      </w:r>
      <w:r>
        <w:t>mein nahi hain, woh Rasool Allah ke waste se khud hamare bare mein bhi hain, yani ummat ke</w:t>
      </w:r>
    </w:p>
    <w:p>
      <w:pPr>
        <w:jc w:val="right"/>
      </w:pPr>
      <w:r>
        <w:t>میں نہیں ہیں، وہ رسول اللہ کے واسطے سے خود ہمارے بارے میں بھی ہیں، یعنی امت کے</w:t>
      </w:r>
    </w:p>
    <w:p>
      <w:r>
        <w:rPr>
          <w:b/>
        </w:rPr>
        <w:t xml:space="preserve">[42:32] </w:t>
      </w:r>
      <w:r>
        <w:t>bare mein bhi hain.</w:t>
      </w:r>
    </w:p>
    <w:p>
      <w:pPr>
        <w:jc w:val="right"/>
      </w:pPr>
      <w:r>
        <w:t>بارے میں بھی ہیں۔</w:t>
      </w:r>
    </w:p>
    <w:p>
      <w:r>
        <w:rPr>
          <w:b/>
        </w:rPr>
        <w:t xml:space="preserve">[42:38] </w:t>
      </w:r>
      <w:r>
        <w:t>to jis cheez ko aap kehte hain aaj militantly, yeh wahan qadeem Makka mein bhi thi, qadeem Makka</w:t>
      </w:r>
    </w:p>
    <w:p>
      <w:pPr>
        <w:jc w:val="right"/>
      </w:pPr>
      <w:r>
        <w:t>تو جس چیز کو آپ کہتے ہیں آج militantly، یہ وہاں قدیم مکہ میں بھی تھی، قدیم مکہ</w:t>
      </w:r>
    </w:p>
    <w:p>
      <w:r>
        <w:rPr>
          <w:b/>
        </w:rPr>
        <w:t xml:space="preserve">[42:44] </w:t>
      </w:r>
      <w:r>
        <w:t>mein bhi thi, qadeem Arab mein bhi thi.</w:t>
      </w:r>
    </w:p>
    <w:p>
      <w:pPr>
        <w:jc w:val="right"/>
      </w:pPr>
      <w:r>
        <w:t>میں بھی تھی، قدیم عرب میں بھی تھی۔</w:t>
      </w:r>
    </w:p>
    <w:p>
      <w:r>
        <w:rPr>
          <w:b/>
        </w:rPr>
        <w:t xml:space="preserve">[42:50] </w:t>
      </w:r>
      <w:r>
        <w:t>to us waqt Sahaba sochte the kya kiya jaye.</w:t>
      </w:r>
    </w:p>
    <w:p>
      <w:pPr>
        <w:jc w:val="right"/>
      </w:pPr>
      <w:r>
        <w:t>تو اس وقت صحابہ سوچتے تھے کیا کیا جائے۔</w:t>
      </w:r>
    </w:p>
    <w:p>
      <w:r>
        <w:rPr>
          <w:b/>
        </w:rPr>
        <w:t xml:space="preserve">[42:56] </w:t>
      </w:r>
      <w:r>
        <w:t>to riwayat mein aata hai ke Sahaba talwar le kar Rasool Allah ke raat ke waqt, yani bute</w:t>
      </w:r>
    </w:p>
    <w:p>
      <w:pPr>
        <w:jc w:val="right"/>
      </w:pPr>
      <w:r>
        <w:t>تو روایت میں آتا ہے کہ صحابہ تلوار لے کر رسول اللہ کے رات کے وقت، یعنی بوتہ</w:t>
      </w:r>
    </w:p>
    <w:p>
      <w:r>
        <w:rPr>
          <w:b/>
        </w:rPr>
        <w:t xml:space="preserve">[43:02] </w:t>
      </w:r>
      <w:r>
        <w:t>security ke wahan ghoomne lage, aap ke ghar ke charon taraf.</w:t>
      </w:r>
    </w:p>
    <w:p>
      <w:pPr>
        <w:jc w:val="right"/>
      </w:pPr>
      <w:r>
        <w:t>سکوٹی کے وہاں گھومنے لگے، آپ کے گھر کے چاروں طرف۔</w:t>
      </w:r>
    </w:p>
    <w:p>
      <w:r>
        <w:rPr>
          <w:b/>
        </w:rPr>
        <w:t xml:space="preserve">[43:08] </w:t>
      </w:r>
      <w:r>
        <w:t>ek din Rasool Allah ne raat ko apna chehra bahar nikala aur bola ke logon, gharon ko wapas</w:t>
      </w:r>
    </w:p>
    <w:p>
      <w:pPr>
        <w:jc w:val="right"/>
      </w:pPr>
      <w:r>
        <w:t>ایک دن رسول اللہ نے رات کو اپنا چہرہ باہر نکالا اور بولا کہ لوگوں، گھروں کو واپس</w:t>
      </w:r>
    </w:p>
    <w:p>
      <w:r>
        <w:rPr>
          <w:b/>
        </w:rPr>
        <w:t xml:space="preserve">[43:14] </w:t>
      </w:r>
      <w:r>
        <w:t>jao, Allah ne hamari hifazat ka zimma le liya hai.</w:t>
      </w:r>
    </w:p>
    <w:p>
      <w:pPr>
        <w:jc w:val="right"/>
      </w:pPr>
      <w:r>
        <w:t>جاؤ، اللہ نے ہماری حفاظت کا ذمہ لے لیا ہے۔</w:t>
      </w:r>
    </w:p>
    <w:p>
      <w:r>
        <w:rPr>
          <w:b/>
        </w:rPr>
        <w:t xml:space="preserve">[43:20] </w:t>
      </w:r>
      <w:r>
        <w:t>yeh ayat utri thi us waqt.</w:t>
      </w:r>
    </w:p>
    <w:p>
      <w:pPr>
        <w:jc w:val="right"/>
      </w:pPr>
      <w:r>
        <w:t>یہ آیت اتری تھی اس وقت۔</w:t>
      </w:r>
    </w:p>
    <w:p>
      <w:r>
        <w:rPr>
          <w:b/>
        </w:rPr>
        <w:t xml:space="preserve">[43:26] </w:t>
      </w:r>
      <w:r>
        <w:t>YA AYUHAL RASOOL.</w:t>
      </w:r>
    </w:p>
    <w:p>
      <w:pPr>
        <w:jc w:val="right"/>
      </w:pPr>
      <w:r>
        <w:t>يَا أَيُّهَا الرَّسُولُ.</w:t>
      </w:r>
    </w:p>
    <w:p>
      <w:r>
        <w:rPr>
          <w:b/>
        </w:rPr>
        <w:t xml:space="preserve">[43:32] </w:t>
      </w:r>
      <w:r>
        <w:t>ballegh ma'awwidhan alaika min rabbika wa in lam taf'al famalam tuballigh risalatak wallahu ya'simuka minan naas yeh ayat Surah</w:t>
      </w:r>
    </w:p>
    <w:p>
      <w:pPr>
        <w:jc w:val="right"/>
      </w:pPr>
      <w:r>
        <w:t>بلّغ معوذًا علیک من ربك وإن لم تفعل فما بلغت رسالتك والله يعصمك من الناس یہ آیت سورہ</w:t>
      </w:r>
    </w:p>
    <w:p>
      <w:r>
        <w:rPr>
          <w:b/>
        </w:rPr>
        <w:t xml:space="preserve">[43:39] </w:t>
      </w:r>
      <w:r>
        <w:t>Al Maidah mein hai.</w:t>
      </w:r>
    </w:p>
    <w:p>
      <w:pPr>
        <w:jc w:val="right"/>
      </w:pPr>
      <w:r>
        <w:t>المائدہ میں ہے۔</w:t>
      </w:r>
    </w:p>
    <w:p>
      <w:r>
        <w:rPr>
          <w:b/>
        </w:rPr>
        <w:t xml:space="preserve">[43:46] </w:t>
      </w:r>
      <w:r>
        <w:t>Surah Al Maidah ke tehat aap yeh riwayat dekh sakte hain.</w:t>
      </w:r>
    </w:p>
    <w:p>
      <w:pPr>
        <w:jc w:val="right"/>
      </w:pPr>
      <w:r>
        <w:t>سورہ المائدہ کے تحت آپ یہ روایت دیکھ سکتے ہیں۔</w:t>
      </w:r>
    </w:p>
    <w:p>
      <w:r>
        <w:rPr>
          <w:b/>
        </w:rPr>
        <w:t xml:space="preserve">[43:53] </w:t>
      </w:r>
      <w:r>
        <w:t>is ayat mein yeh kaha gaya ke aye Rasool, tum apni duty karte raho dawat ki, تبلیغ معوذ</w:t>
      </w:r>
    </w:p>
    <w:p>
      <w:pPr>
        <w:jc w:val="right"/>
      </w:pPr>
      <w:r>
        <w:t>اس آیت میں یہ کہا گیا کہ اے رسول، تم اپنی ڈیوٹی کرتے رہو دعوت کی، تبلیغ معوذ</w:t>
      </w:r>
    </w:p>
    <w:p>
      <w:r>
        <w:rPr>
          <w:b/>
        </w:rPr>
        <w:t xml:space="preserve">[44:00] </w:t>
      </w:r>
      <w:r>
        <w:t>Allah ka kaam karte raho, baqi tumhari hifazat ka zimma hum ne le liya hai.</w:t>
      </w:r>
    </w:p>
    <w:p>
      <w:pPr>
        <w:jc w:val="right"/>
      </w:pPr>
      <w:r>
        <w:t>اللہ کا کام کرتے رہو، باقی تمہاری حفاظت کا ذمہ ہم نے لے لیا ہے۔</w:t>
      </w:r>
    </w:p>
    <w:p>
      <w:r>
        <w:rPr>
          <w:b/>
        </w:rPr>
        <w:t xml:space="preserve">[44:08] </w:t>
      </w:r>
      <w:r>
        <w:t>wallahu ya'simuka minan naas is se yeh usool nikalta hai ke ismat minan naas ka raaz تبلیغ معوذ</w:t>
      </w:r>
    </w:p>
    <w:p>
      <w:pPr>
        <w:jc w:val="right"/>
      </w:pPr>
      <w:r>
        <w:t>والله يعصمك من الناس اس سے یہ اصول نکلتا ہے کہ عصمت من الناس کا راز تبلیغ معوذ</w:t>
      </w:r>
    </w:p>
    <w:p>
      <w:r>
        <w:rPr>
          <w:b/>
        </w:rPr>
        <w:t xml:space="preserve">[44:15] </w:t>
      </w:r>
      <w:r>
        <w:t>Allah mein chupa hua hai.</w:t>
      </w:r>
    </w:p>
    <w:p>
      <w:pPr>
        <w:jc w:val="right"/>
      </w:pPr>
      <w:r>
        <w:t>اللہ میں چھپا ہوا ہے۔</w:t>
      </w:r>
    </w:p>
    <w:p>
      <w:r>
        <w:rPr>
          <w:b/>
        </w:rPr>
        <w:t xml:space="preserve">[44:22] </w:t>
      </w:r>
      <w:r>
        <w:t>is se yeh usool nikalta hai ke ismat min naas ka raaz tabligh maoozullah mein chupa hua hai.</w:t>
      </w:r>
    </w:p>
    <w:p>
      <w:pPr>
        <w:jc w:val="right"/>
      </w:pPr>
      <w:r>
        <w:t>اس سے یہ اصول نکلتا ہے کہ عصمت من الناس کا راز تبلیغ معوذ اللہ میں چھپا ہوا ہے۔</w:t>
      </w:r>
    </w:p>
    <w:p>
      <w:r>
        <w:rPr>
          <w:b/>
        </w:rPr>
        <w:t xml:space="preserve">[44:29] </w:t>
      </w:r>
      <w:r>
        <w:t>aap dil se tabligh kijiye, logon se mohabbat kijiye, shikayat ki boli mat boliye, ghar mein bhi nahin.</w:t>
      </w:r>
    </w:p>
    <w:p>
      <w:pPr>
        <w:jc w:val="right"/>
      </w:pPr>
      <w:r>
        <w:t>آپ دل سے تبلیغ کیجئے، لوگوں سے محبت کیجئے، شکایت کی بولی مت بولیے، گھر میں بھی نہیں۔</w:t>
      </w:r>
    </w:p>
    <w:p>
      <w:r>
        <w:rPr>
          <w:b/>
        </w:rPr>
        <w:t xml:space="preserve">[44:37] </w:t>
      </w:r>
      <w:r>
        <w:t>to aap dawat ko is ki sharton ke sath jab aap anjam denge to Allah ki taraf</w:t>
      </w:r>
    </w:p>
    <w:p>
      <w:pPr>
        <w:jc w:val="right"/>
      </w:pPr>
      <w:r>
        <w:t>تو آپ دعوت کو اس کی شرطوں کے ساتھ جب آپ انجام دیں گے تو اللہ کی طرف</w:t>
      </w:r>
    </w:p>
    <w:p>
      <w:r>
        <w:rPr>
          <w:b/>
        </w:rPr>
        <w:t xml:space="preserve">[44:44] </w:t>
      </w:r>
      <w:r>
        <w:t>se aap ki guarantee ki wada hai, hifazat ka wada hai.</w:t>
      </w:r>
    </w:p>
    <w:p>
      <w:pPr>
        <w:jc w:val="right"/>
      </w:pPr>
      <w:r>
        <w:t>سے آپ کی گارنٹی کی وعدہ ہے، حفاظت کا وعدہ ہے۔</w:t>
      </w:r>
    </w:p>
    <w:p>
      <w:r>
        <w:rPr>
          <w:b/>
        </w:rPr>
        <w:t xml:space="preserve">[44:51] </w:t>
      </w:r>
      <w:r>
        <w:t>yahi mera jawab hai.</w:t>
      </w:r>
    </w:p>
    <w:p>
      <w:pPr>
        <w:jc w:val="right"/>
      </w:pPr>
      <w:r>
        <w:t>یہی میرا جواب ہے۔</w:t>
      </w:r>
    </w:p>
    <w:p>
      <w:r>
        <w:rPr>
          <w:b/>
        </w:rPr>
        <w:t xml:space="preserve">[44:58] </w:t>
      </w:r>
      <w:r>
        <w:t>maulana, agla sawal doctor farida khanoom ne bheja hai dilli se aur unhon ne likha hai ke there</w:t>
      </w:r>
    </w:p>
    <w:p>
      <w:pPr>
        <w:jc w:val="right"/>
      </w:pPr>
      <w:r>
        <w:t>مولانا، اگلا سوال ڈاکٹر فریدہ خانم نے بھیجا ہے دلی سے اور انہوں نے لکھا ہے کہ there</w:t>
      </w:r>
    </w:p>
    <w:p>
      <w:r>
        <w:rPr>
          <w:b/>
        </w:rPr>
        <w:t xml:space="preserve">[45:05] </w:t>
      </w:r>
      <w:r>
        <w:t>are some people who say that the prophet of islam himself engaged in debate; they give the example</w:t>
      </w:r>
    </w:p>
    <w:p>
      <w:pPr>
        <w:jc w:val="right"/>
      </w:pPr>
      <w:r>
        <w:t>are some people who say that the Prophet of Islam himself engaged in debate; they give the example</w:t>
      </w:r>
    </w:p>
    <w:p>
      <w:r>
        <w:rPr>
          <w:b/>
        </w:rPr>
        <w:t xml:space="preserve">[45:13] </w:t>
      </w:r>
      <w:r>
        <w:t>of mubahala to prove their point is ke baray mein batayen.</w:t>
      </w:r>
    </w:p>
    <w:p>
      <w:pPr>
        <w:jc w:val="right"/>
      </w:pPr>
      <w:r>
        <w:t>of مبہالہ to prove their point اس کے بارے میں بتائیں۔</w:t>
      </w:r>
    </w:p>
    <w:p>
      <w:r>
        <w:rPr>
          <w:b/>
        </w:rPr>
        <w:t xml:space="preserve">[45:20] </w:t>
      </w:r>
      <w:r>
        <w:t>dekhen, yeh galat reference hai, aisa reference dena gunah hai.</w:t>
      </w:r>
    </w:p>
    <w:p>
      <w:pPr>
        <w:jc w:val="right"/>
      </w:pPr>
      <w:r>
        <w:t>دیکھیں، یہ غلط ریفرنس ہے، ایسا ریفرنس دینا گناہ ہے۔</w:t>
      </w:r>
    </w:p>
    <w:p>
      <w:r>
        <w:rPr>
          <w:b/>
        </w:rPr>
        <w:t xml:space="preserve">[45:27] </w:t>
      </w:r>
      <w:r>
        <w:t>mubahala ki ayat surah aal imran mein hai, aap is ko parh sakte hain.</w:t>
      </w:r>
    </w:p>
    <w:p>
      <w:pPr>
        <w:jc w:val="right"/>
      </w:pPr>
      <w:r>
        <w:t>مبہالہ کی آیت سورہ آل عمران میں ہے، آپ اس کو پڑھ سکتے ہیں۔</w:t>
      </w:r>
    </w:p>
    <w:p>
      <w:r>
        <w:rPr>
          <w:b/>
        </w:rPr>
        <w:t xml:space="preserve">[45:34] </w:t>
      </w:r>
      <w:r>
        <w:t>to yeh madine mein, madine mein kuch najran ke isai aaye the, un ke sath aisa hua tha.</w:t>
      </w:r>
    </w:p>
    <w:p>
      <w:pPr>
        <w:jc w:val="right"/>
      </w:pPr>
      <w:r>
        <w:t>تو یہ مدینے میں، مدینے میں کچھ نجران کے عیسائی آئے تھے، ان کے ساتھ ایسا ہوا تھا۔</w:t>
      </w:r>
    </w:p>
    <w:p>
      <w:r>
        <w:rPr>
          <w:b/>
        </w:rPr>
        <w:t xml:space="preserve">[45:42] </w:t>
      </w:r>
      <w:r>
        <w:t>to woh log rasool Allah ki baat ko tayyar nahin hote the ke aap rasool hain aur wohi</w:t>
      </w:r>
    </w:p>
    <w:p>
      <w:pPr>
        <w:jc w:val="right"/>
      </w:pPr>
      <w:r>
        <w:t>تو وہ لوگ رسول اللہ کی بات کو تیار نہیں ہوتے تھے کہ آپ رسول ہیں اور وہی</w:t>
      </w:r>
    </w:p>
    <w:p>
      <w:r>
        <w:rPr>
          <w:b/>
        </w:rPr>
        <w:t xml:space="preserve">[45:49] </w:t>
      </w:r>
      <w:r>
        <w:t>rasool hain jis ki paish goi babal mein ki gayi thi.</w:t>
      </w:r>
    </w:p>
    <w:p>
      <w:pPr>
        <w:jc w:val="right"/>
      </w:pPr>
      <w:r>
        <w:t>رسول ہیں جس کی پیش گوئی بابل میں کی گئی تھی۔</w:t>
      </w:r>
    </w:p>
    <w:p>
      <w:r>
        <w:rPr>
          <w:b/>
        </w:rPr>
        <w:t xml:space="preserve">[45:56] </w:t>
      </w:r>
      <w:r>
        <w:t>to rasool Allah ne kaha theek hai, tum mannay ko tayyar nahin ho to mubahala karo.</w:t>
      </w:r>
    </w:p>
    <w:p>
      <w:pPr>
        <w:jc w:val="right"/>
      </w:pPr>
      <w:r>
        <w:t>تو رسول اللہ نے کہا ٹھیک ہے، تم ماننے کو تیار نہیں ہو تو مبہالہ کرو۔</w:t>
      </w:r>
    </w:p>
    <w:p>
      <w:r>
        <w:rPr>
          <w:b/>
        </w:rPr>
        <w:t xml:space="preserve">[46:03] </w:t>
      </w:r>
      <w:r>
        <w:t>mubahala ka matlab yeh tha ke rasool Allah niklein apne ghar walon ko sath le kar, woh jo</w:t>
      </w:r>
    </w:p>
    <w:p>
      <w:pPr>
        <w:jc w:val="right"/>
      </w:pPr>
      <w:r>
        <w:t>مبہالہ کا مطلب یہ تھا کہ رسول اللہ نکلیں اپنے گھر والوں کو ساتھ لے کر، وہ جو</w:t>
      </w:r>
    </w:p>
    <w:p>
      <w:r>
        <w:rPr>
          <w:b/>
        </w:rPr>
        <w:t xml:space="preserve">[46:10] </w:t>
      </w:r>
      <w:r>
        <w:t>the, jo aaye the, us isai, woh niklein apne logon ke liye aur aik maidan mein ikatha hon</w:t>
      </w:r>
    </w:p>
    <w:p>
      <w:pPr>
        <w:jc w:val="right"/>
      </w:pPr>
      <w:r>
        <w:t>تھے، جو آئے تھے، اس عیسائی، وہ نکلیں اپنے لوگوں کے لیے اور ایک میدان میں اکٹھا ہوں</w:t>
      </w:r>
    </w:p>
    <w:p>
      <w:r>
        <w:rPr>
          <w:b/>
        </w:rPr>
        <w:t xml:space="preserve">[46:18] </w:t>
      </w:r>
      <w:r>
        <w:t>aur dono yeh kahein ke hum mein se jo shakhs jhoota ho, us ko Khuda halak kar de.</w:t>
      </w:r>
    </w:p>
    <w:p>
      <w:pPr>
        <w:jc w:val="right"/>
      </w:pPr>
      <w:r>
        <w:t>اور دونوں یہ کہیں کہ ہم میں سے جو شخص جھوٹا ہو، اس کو خدا ہلاک کر دے۔</w:t>
      </w:r>
    </w:p>
    <w:p>
      <w:r>
        <w:rPr>
          <w:b/>
        </w:rPr>
        <w:t xml:space="preserve">[46:25] </w:t>
      </w:r>
      <w:r>
        <w:t>to rasool Allah apne ghar ko aur fatima ko, ali ko le kar ke nikle aur wahan maidan mein gaye.</w:t>
      </w:r>
    </w:p>
    <w:p>
      <w:pPr>
        <w:jc w:val="right"/>
      </w:pPr>
      <w:r>
        <w:t>تو رسول اللہ اپنے گھر کو اور فاطمہ کو، علی کو لے کر کے نکلے اور وہاں میدان میں گئے۔</w:t>
      </w:r>
    </w:p>
    <w:p>
      <w:r>
        <w:rPr>
          <w:b/>
        </w:rPr>
        <w:t xml:space="preserve">[46:32] </w:t>
      </w:r>
      <w:r>
        <w:t>lekin lekin jo isai log the, woh wahan nahin aaye, woh dar gaye.</w:t>
      </w:r>
    </w:p>
    <w:p>
      <w:pPr>
        <w:jc w:val="right"/>
      </w:pPr>
      <w:r>
        <w:t>لیکن لیکن جو عیسائی لوگ تھے، وہ وہاں نہیں آئے، وہ ڈر گئے۔</w:t>
      </w:r>
    </w:p>
    <w:p>
      <w:r>
        <w:rPr>
          <w:b/>
        </w:rPr>
        <w:t xml:space="preserve">[46:39] </w:t>
      </w:r>
      <w:r>
        <w:t>to yeh aakhri hujjatt ke taur par rasool Allah ne kiya tha, is ka koi talluq debate se</w:t>
      </w:r>
    </w:p>
    <w:p>
      <w:pPr>
        <w:jc w:val="right"/>
      </w:pPr>
      <w:r>
        <w:t>تو یہ آخری حجت کے طور پر رسول اللہ نے کیا تھا، اس کا کوئی تعلق ڈیبیٹ سے</w:t>
      </w:r>
    </w:p>
    <w:p>
      <w:r>
        <w:rPr>
          <w:b/>
        </w:rPr>
        <w:t xml:space="preserve">[46:47] </w:t>
      </w:r>
      <w:r>
        <w:t>nahin hai, yeh bilkul irrelevant reference hai yeh.</w:t>
      </w:r>
    </w:p>
    <w:p>
      <w:pPr>
        <w:jc w:val="right"/>
      </w:pPr>
      <w:r>
        <w:t>نہیں ہے، یہ بالکل irrelevant ریفرنس ہے یہ۔</w:t>
      </w:r>
    </w:p>
    <w:p>
      <w:r>
        <w:rPr>
          <w:b/>
        </w:rPr>
        <w:t xml:space="preserve">[46:54] </w:t>
      </w:r>
      <w:r>
        <w:t>aur is tarah ka mubahala phir ummat ne kabhi kisi ne nahin kiya.</w:t>
      </w:r>
    </w:p>
    <w:p>
      <w:pPr>
        <w:jc w:val="right"/>
      </w:pPr>
      <w:r>
        <w:t>اور اس طرح کا مبہالہ پھر امت نے کبھی کسی نے نہیں کیا۔</w:t>
      </w:r>
    </w:p>
    <w:p>
      <w:r>
        <w:rPr>
          <w:b/>
        </w:rPr>
        <w:t xml:space="preserve">[47:01] </w:t>
      </w:r>
      <w:r>
        <w:t>ulama ka fatwa hai ke mubahala sirf peghambar ke liye tha, hamare liye nahin hai.</w:t>
      </w:r>
    </w:p>
    <w:p>
      <w:pPr>
        <w:jc w:val="right"/>
      </w:pPr>
      <w:r>
        <w:t>علماء کا فتویٰ ہے کہ مبہالہ صرف پیغمبر کے لیے تھا، ہمارے لیے نہیں ہے۔</w:t>
      </w:r>
    </w:p>
    <w:p>
      <w:r>
        <w:rPr>
          <w:b/>
        </w:rPr>
        <w:t xml:space="preserve">[47:08] </w:t>
      </w:r>
      <w:r>
        <w:t>to awwal to mubahala debate nahin tha aur doosra mubahala jo tha, sirf peghambar ke liye tha.</w:t>
      </w:r>
    </w:p>
    <w:p>
      <w:pPr>
        <w:jc w:val="right"/>
      </w:pPr>
      <w:r>
        <w:t>تو اول تو مبہالہ ڈیبیٹ نہیں تھا اور دوسرا مبہالہ جو تھا، صرف پیغمبر کے لیے تھا۔</w:t>
      </w:r>
    </w:p>
    <w:p>
      <w:r>
        <w:rPr>
          <w:b/>
        </w:rPr>
        <w:t xml:space="preserve">[47:15] </w:t>
      </w:r>
      <w:r>
        <w:t>to yeh bilkul yani irrelevant reference hai aur is qism ka reference kabhi dena nahin chahiye.</w:t>
      </w:r>
    </w:p>
    <w:p>
      <w:pPr>
        <w:jc w:val="right"/>
      </w:pPr>
      <w:r>
        <w:t>تو یہ بالکل یعنی irrelevant ریفرنس ہے اور اس قسم کا ریفرنس کبھی دینا نہیں چاہیے۔</w:t>
      </w:r>
    </w:p>
    <w:p>
      <w:r>
        <w:rPr>
          <w:b/>
        </w:rPr>
        <w:t xml:space="preserve">[47:23] </w:t>
      </w:r>
      <w:r>
        <w:t>molana, agla sawal pakistan se miss shabana ansari ne kiya hai aur unhon ne likha hai ke molana,</w:t>
      </w:r>
    </w:p>
    <w:p>
      <w:pPr>
        <w:jc w:val="right"/>
      </w:pPr>
      <w:r>
        <w:t>مولانا، اگلا سوال پاکستان سے مس شبانہ انصاری نے کیا ہے اور انہوں نے لکھا ہے کہ مولانا،</w:t>
      </w:r>
    </w:p>
    <w:p>
      <w:r>
        <w:rPr>
          <w:b/>
        </w:rPr>
        <w:t xml:space="preserve">[47:30] </w:t>
      </w:r>
      <w:r>
        <w:t>if Muslims don't get good results in personal matters, they reassess them, but as a Muslim Ummah, they</w:t>
      </w:r>
    </w:p>
    <w:p>
      <w:pPr>
        <w:jc w:val="right"/>
      </w:pPr>
      <w:r>
        <w:t>if Muslims don't get good results in personal matters, they reassess them, but as a Muslim Ummah, they</w:t>
      </w:r>
    </w:p>
    <w:p>
      <w:r>
        <w:rPr>
          <w:b/>
        </w:rPr>
        <w:t xml:space="preserve">[47:37] </w:t>
      </w:r>
      <w:r>
        <w:t>do not do so.</w:t>
      </w:r>
    </w:p>
    <w:p>
      <w:pPr>
        <w:jc w:val="right"/>
      </w:pPr>
      <w:r>
        <w:t>do not do so.</w:t>
      </w:r>
    </w:p>
    <w:p>
      <w:r>
        <w:rPr>
          <w:b/>
        </w:rPr>
        <w:t xml:space="preserve">[47:44] </w:t>
      </w:r>
      <w:r>
        <w:t>Does this not show their lack of interest as Ummah?</w:t>
      </w:r>
    </w:p>
    <w:p>
      <w:pPr>
        <w:jc w:val="right"/>
      </w:pPr>
      <w:r>
        <w:t>Does this not show their lack of interest as Ummah?</w:t>
      </w:r>
    </w:p>
    <w:p>
      <w:r>
        <w:rPr>
          <w:b/>
        </w:rPr>
        <w:t xml:space="preserve">[47:52] </w:t>
      </w:r>
      <w:r>
        <w:t>What is your comment on this?</w:t>
      </w:r>
    </w:p>
    <w:p>
      <w:pPr>
        <w:jc w:val="right"/>
      </w:pPr>
      <w:r>
        <w:t>What is your comment on this?</w:t>
      </w:r>
    </w:p>
    <w:p>
      <w:r>
        <w:rPr>
          <w:b/>
        </w:rPr>
        <w:t xml:space="preserve">[47:58] </w:t>
      </w:r>
      <w:r>
        <w:t>bhai, main usool janta hoon ke aadmi apni zaati mamlaat mein bhi reassess karta hai, hamesha reassess karta hai.</w:t>
      </w:r>
    </w:p>
    <w:p>
      <w:pPr>
        <w:jc w:val="right"/>
      </w:pPr>
      <w:r>
        <w:t>بھئی، میں اصول جانتا ہوں کہ آدمی اپنی ذاتی معاملات میں بھی reassess کرتا ہے، ہمیشہ reassess کرتا ہے۔</w:t>
      </w:r>
    </w:p>
    <w:p>
      <w:r>
        <w:rPr>
          <w:b/>
        </w:rPr>
        <w:t xml:space="preserve">[48:05] </w:t>
      </w:r>
      <w:r>
        <w:t>khud pakistan ke leaderon ne reassess kiya to unhon ne kaha ke hamein alag mulk chahiye, yeh bhi reassessment tha.</w:t>
      </w:r>
    </w:p>
    <w:p>
      <w:pPr>
        <w:jc w:val="right"/>
      </w:pPr>
      <w:r>
        <w:t>خود پاکستان کے لیڈروں نے reassess کیا تو انہوں نے کہا کہ ہمیں الگ ملک چاہیے، یہ بھی reassessment تھا۔</w:t>
      </w:r>
    </w:p>
    <w:p>
      <w:r>
        <w:rPr>
          <w:b/>
        </w:rPr>
        <w:t xml:space="preserve">[48:12] </w:t>
      </w:r>
      <w:r>
        <w:t>iqbal ne aur doosre leaderon ne jo mutalba kiya ke alag muslim leader banane ka, to woh bhi reassessment tha.</w:t>
      </w:r>
    </w:p>
    <w:p>
      <w:pPr>
        <w:jc w:val="right"/>
      </w:pPr>
      <w:r>
        <w:t>اقبال نے اور دوسرے لیڈروں نے جو مطالبہ کیا کہ الگ مسلم لیڈر بنانے کا، تو وہ بھی reassessment تھا۔</w:t>
      </w:r>
    </w:p>
    <w:p>
      <w:r>
        <w:rPr>
          <w:b/>
        </w:rPr>
        <w:t xml:space="preserve">[48:19] </w:t>
      </w:r>
      <w:r>
        <w:t>aaj hamein zaroorat hai ke hum jis tarah se bare bare jalsay karte hain, kisi issue ko le</w:t>
      </w:r>
    </w:p>
    <w:p>
      <w:pPr>
        <w:jc w:val="right"/>
      </w:pPr>
      <w:r>
        <w:t>آج ہمیں ضرورت ہے کہ ہم جس طرح سے بڑے بڑے جلسے کرتے ہیں، کسی issue کو لے</w:t>
      </w:r>
    </w:p>
    <w:p>
      <w:r>
        <w:rPr>
          <w:b/>
        </w:rPr>
        <w:t xml:space="preserve">[48:25] </w:t>
      </w:r>
      <w:r>
        <w:t>kar ke, is tarah israel ke issue ko le kar ya kisi issue ko, to hamein numainda afraad</w:t>
      </w:r>
    </w:p>
    <w:p>
      <w:pPr>
        <w:jc w:val="right"/>
      </w:pPr>
      <w:r>
        <w:t>کر کے، اس طرح اسرائیل کے issue کو لے کر یا کسی issue کو، تو ہمیں نمائندہ افراد</w:t>
      </w:r>
    </w:p>
    <w:p>
      <w:r>
        <w:rPr>
          <w:b/>
        </w:rPr>
        <w:t xml:space="preserve">[48:32] </w:t>
      </w:r>
      <w:r>
        <w:t>ka ijtima ho, ulama akatha hon, is mein log sochen, rethink karen ke kya wajah hai ke hamari</w:t>
      </w:r>
    </w:p>
    <w:p>
      <w:pPr>
        <w:jc w:val="right"/>
      </w:pPr>
      <w:r>
        <w:t>کا اجتماع ہو، علماء اکٹھا ہوں، اس میں لوگ سوچیں، rethink کریں کہ کیا وجہ ہے کہ ہماری</w:t>
      </w:r>
    </w:p>
    <w:p>
      <w:r>
        <w:rPr>
          <w:b/>
        </w:rPr>
        <w:t xml:space="preserve">[48:39] </w:t>
      </w:r>
      <w:r>
        <w:t>koshishen hafta aamal ka shikar ho rahi hain, hamari qurbaniyan be faida ho rahi hain.</w:t>
      </w:r>
    </w:p>
    <w:p>
      <w:pPr>
        <w:jc w:val="right"/>
      </w:pPr>
      <w:r>
        <w:t>کوششیں ہفتہ اعمال کا شکار ہو رہی ہیں، ہماری قربانیاں بے فائدہ ہو رہی ہیں۔</w:t>
      </w:r>
    </w:p>
    <w:p>
      <w:r>
        <w:rPr>
          <w:b/>
        </w:rPr>
        <w:t xml:space="preserve">[48:46] </w:t>
      </w:r>
      <w:r>
        <w:t>kyun aisa hai? tab un ko pata chalega ke hum ne hamari rai nahi galat thi, hum</w:t>
      </w:r>
    </w:p>
    <w:p>
      <w:pPr>
        <w:jc w:val="right"/>
      </w:pPr>
      <w:r>
        <w:t>کیوں ایسا ہے؟ تب ان کو پتہ چلے گا کہ ہم نے ہماری رائے نہیں غلط تھی، ہم</w:t>
      </w:r>
    </w:p>
    <w:p>
      <w:r>
        <w:rPr>
          <w:b/>
        </w:rPr>
        <w:t xml:space="preserve">[48:52] </w:t>
      </w:r>
      <w:r>
        <w:t>be faida qurbaniyan de rahe thay.</w:t>
      </w:r>
    </w:p>
    <w:p>
      <w:pPr>
        <w:jc w:val="right"/>
      </w:pPr>
      <w:r>
        <w:t>بے فائدہ قربانیاں دے رہے تھے۔</w:t>
      </w:r>
    </w:p>
    <w:p>
      <w:r>
        <w:rPr>
          <w:b/>
        </w:rPr>
        <w:t xml:space="preserve">[48:59] </w:t>
      </w:r>
      <w:r>
        <w:t>hamein to struggle karna chahiye dawat ke maidan mein, peaceful dawat.</w:t>
      </w:r>
    </w:p>
    <w:p>
      <w:pPr>
        <w:jc w:val="right"/>
      </w:pPr>
      <w:r>
        <w:t>ہمیں تو struggle کرنا چاہیے دعوت کے میدان میں، peaceful دعوت۔</w:t>
      </w:r>
    </w:p>
    <w:p>
      <w:r>
        <w:rPr>
          <w:b/>
        </w:rPr>
        <w:t xml:space="preserve">[49:06] </w:t>
      </w:r>
      <w:r>
        <w:t>hum larai bhirhai kar rahe thay, woh koi kaam hi nahi tha.</w:t>
      </w:r>
    </w:p>
    <w:p>
      <w:pPr>
        <w:jc w:val="right"/>
      </w:pPr>
      <w:r>
        <w:t>ہم لڑائی بھڑائی کر رہے تھے، وہ کوئی کام ہی نہیں تھا۔</w:t>
      </w:r>
    </w:p>
    <w:p>
      <w:r>
        <w:rPr>
          <w:b/>
        </w:rPr>
        <w:t xml:space="preserve">[49:13] </w:t>
      </w:r>
      <w:r>
        <w:t>hamein peaceful dawah work karna chahiye aur phir un logon ko ailan karna chahiye, sare musalman jaan len</w:t>
      </w:r>
    </w:p>
    <w:p>
      <w:pPr>
        <w:jc w:val="right"/>
      </w:pPr>
      <w:r>
        <w:t>ہمیں peaceful دعویٰ work کرنا چاہیے اور پھر ان لوگوں کو اعلان کرنا چاہیے، سارے مسلمان جان لیں</w:t>
      </w:r>
    </w:p>
    <w:p>
      <w:r>
        <w:rPr>
          <w:b/>
        </w:rPr>
        <w:t xml:space="preserve">[49:19] </w:t>
      </w:r>
      <w:r>
        <w:t>dunya bhar ke ke ab tak ab jo hum kar rahe thay, woh durust nahi tha.</w:t>
      </w:r>
    </w:p>
    <w:p>
      <w:pPr>
        <w:jc w:val="right"/>
      </w:pPr>
      <w:r>
        <w:t>دنیا بھر کے کہ اب تک اب جو ہم کر رہے تھے، وہ درست نہیں تھا۔</w:t>
      </w:r>
    </w:p>
    <w:p>
      <w:r>
        <w:rPr>
          <w:b/>
        </w:rPr>
        <w:t xml:space="preserve">[49:26] </w:t>
      </w:r>
      <w:r>
        <w:t>hamein peace ke maidan mein aana hai aur peaceful dawah work karna hai.</w:t>
      </w:r>
    </w:p>
    <w:p>
      <w:pPr>
        <w:jc w:val="right"/>
      </w:pPr>
      <w:r>
        <w:t>ہمیں peace کے میدان میں آنا ہے اور peaceful دعویٰ work کرنا ہے۔</w:t>
      </w:r>
    </w:p>
    <w:p>
      <w:r>
        <w:rPr>
          <w:b/>
        </w:rPr>
        <w:t xml:space="preserve">[49:33] </w:t>
      </w:r>
      <w:r>
        <w:t>yehi waqt hai, is waqt yehi kaam karna hai, is waqt musalmanon ko.</w:t>
      </w:r>
    </w:p>
    <w:p>
      <w:pPr>
        <w:jc w:val="right"/>
      </w:pPr>
      <w:r>
        <w:t>یہی وقت ہے، اس وقت یہی کام کرنا ہے، اس وقت مسلمانوں کو۔</w:t>
      </w:r>
    </w:p>
    <w:p>
      <w:r>
        <w:rPr>
          <w:b/>
        </w:rPr>
        <w:t xml:space="preserve">[49:40] </w:t>
      </w:r>
      <w:r>
        <w:t>molana, agla sawal lahore pakistan se zaheer zulfiqar sahib ne kiya hai aur unhon ne likha hai ke</w:t>
      </w:r>
    </w:p>
    <w:p>
      <w:pPr>
        <w:jc w:val="right"/>
      </w:pPr>
      <w:r>
        <w:t>مولانا، اگلا سوال لاہور پاکستان سے ظہیر ذوالفقر صاحب نے کیا ہے اور انہوں نے لکھا ہے کہ</w:t>
      </w:r>
    </w:p>
    <w:p>
      <w:r>
        <w:rPr>
          <w:b/>
        </w:rPr>
        <w:t xml:space="preserve">[49:46] </w:t>
      </w:r>
      <w:r>
        <w:t>Maulana Sahab, we have developed the habit to debate Islamic topics in a biased manner without having the</w:t>
      </w:r>
    </w:p>
    <w:p>
      <w:pPr>
        <w:jc w:val="right"/>
      </w:pPr>
      <w:r>
        <w:t>مولانا صاحب, we have developed the habit to debate Islamic topics in a biased manner without having the</w:t>
      </w:r>
    </w:p>
    <w:p>
      <w:r>
        <w:rPr>
          <w:b/>
        </w:rPr>
        <w:t xml:space="preserve">[49:53] </w:t>
      </w:r>
      <w:r>
        <w:t>knowledge of Islam, and this has created the situation of the present disputes.</w:t>
      </w:r>
    </w:p>
    <w:p>
      <w:pPr>
        <w:jc w:val="right"/>
      </w:pPr>
      <w:r>
        <w:t>knowledge of Islam, and this has created the situation of the present disputes.</w:t>
      </w:r>
    </w:p>
    <w:p>
      <w:r>
        <w:rPr>
          <w:b/>
        </w:rPr>
        <w:t xml:space="preserve">[50:00] </w:t>
      </w:r>
      <w:r>
        <w:t>How can we all check this tendency?</w:t>
      </w:r>
    </w:p>
    <w:p>
      <w:pPr>
        <w:jc w:val="right"/>
      </w:pPr>
      <w:r>
        <w:t>How can we all check this tendency?</w:t>
      </w:r>
    </w:p>
    <w:p>
      <w:r>
        <w:rPr>
          <w:b/>
        </w:rPr>
        <w:t xml:space="preserve">[50:07] </w:t>
      </w:r>
      <w:r>
        <w:t>Please guide us.</w:t>
      </w:r>
    </w:p>
    <w:p>
      <w:pPr>
        <w:jc w:val="right"/>
      </w:pPr>
      <w:r>
        <w:t>Please guide us.</w:t>
      </w:r>
    </w:p>
    <w:p>
      <w:r>
        <w:rPr>
          <w:b/>
        </w:rPr>
        <w:t xml:space="preserve">[50:13] </w:t>
      </w:r>
      <w:r>
        <w:t>yehi yehi phenomena hai jis ko hadith mein kaha gaya sarsaroon.</w:t>
      </w:r>
    </w:p>
    <w:p>
      <w:pPr>
        <w:jc w:val="right"/>
      </w:pPr>
      <w:r>
        <w:t>یہی یہی phenomena ہے جس کو حدیث میں کہا گیا سرسارون۔</w:t>
      </w:r>
    </w:p>
    <w:p>
      <w:r>
        <w:rPr>
          <w:b/>
        </w:rPr>
        <w:t xml:space="preserve">[50:19] </w:t>
      </w:r>
      <w:r>
        <w:t>aik zamanay aayega jab sarsaron nikal rahay hain, bolengay, bolengay, bolengay.</w:t>
      </w:r>
    </w:p>
    <w:p>
      <w:pPr>
        <w:jc w:val="right"/>
      </w:pPr>
      <w:r>
        <w:t>ایک زمانہ آئے گا جب سرسارون نکل رہے ہیں، بولیں گے، بولیں گے، بولیں گے۔</w:t>
      </w:r>
    </w:p>
    <w:p>
      <w:r>
        <w:rPr>
          <w:b/>
        </w:rPr>
        <w:t xml:space="preserve">[50:25] </w:t>
      </w:r>
      <w:r>
        <w:t>is ka koi mani nahi, matlab to aaj kal yeh sab log sarsaron banay huay hain ke bolte</w:t>
      </w:r>
    </w:p>
    <w:p>
      <w:pPr>
        <w:jc w:val="right"/>
      </w:pPr>
      <w:r>
        <w:t>اس کا کوئی معنی نہیں، مطلب تو آج کل یہ سب لوگ سرسارون بنے ہوئے ہیں کہ بولتے</w:t>
      </w:r>
    </w:p>
    <w:p>
      <w:r>
        <w:rPr>
          <w:b/>
        </w:rPr>
        <w:t xml:space="preserve">[50:31] </w:t>
      </w:r>
      <w:r>
        <w:t>hain baghair aql ke, bolte hain baghair yani ghore o fikr ke.</w:t>
      </w:r>
    </w:p>
    <w:p>
      <w:pPr>
        <w:jc w:val="right"/>
      </w:pPr>
      <w:r>
        <w:t>ہیں بغیر عقل کے، بولتے ہیں بغیر یعنی غور و فکر کے۔</w:t>
      </w:r>
    </w:p>
    <w:p>
      <w:r>
        <w:rPr>
          <w:b/>
        </w:rPr>
        <w:t xml:space="preserve">[50:37] </w:t>
      </w:r>
      <w:r>
        <w:t>yeh to koi yani yeh to fitnay ki baat hai, fitnay ki baat hai.</w:t>
      </w:r>
    </w:p>
    <w:p>
      <w:pPr>
        <w:jc w:val="right"/>
      </w:pPr>
      <w:r>
        <w:t>یہ تو کوئی یعنی یہ تو فتنے کی بات ہے، فتنے کی بات ہے۔</w:t>
      </w:r>
    </w:p>
    <w:p>
      <w:r>
        <w:rPr>
          <w:b/>
        </w:rPr>
        <w:t xml:space="preserve">[50:43] </w:t>
      </w:r>
      <w:r>
        <w:t>to is ka hal yeh hai ke aap hum yehi baatein bol rahay hain har haftay.</w:t>
      </w:r>
    </w:p>
    <w:p>
      <w:pPr>
        <w:jc w:val="right"/>
      </w:pPr>
      <w:r>
        <w:t>تو اس کا حل یہ ہے کہ آپ ہم یہی باتیں بول رہے ہیں ہر ہفتے۔</w:t>
      </w:r>
    </w:p>
    <w:p>
      <w:r>
        <w:rPr>
          <w:b/>
        </w:rPr>
        <w:t xml:space="preserve">[50:49] </w:t>
      </w:r>
      <w:r>
        <w:t>hamari literature hai, is ko phailaiye ta ke logon ko maloom ho ke yani where we are wrong apni</w:t>
      </w:r>
    </w:p>
    <w:p>
      <w:pPr>
        <w:jc w:val="right"/>
      </w:pPr>
      <w:r>
        <w:t>ہماری literature ہے، اس کو پھیلائیے تاکہ لوگوں کو معلوم ہو کہ یعنی where we are wrong اپنی</w:t>
      </w:r>
    </w:p>
    <w:p>
      <w:r>
        <w:rPr>
          <w:b/>
        </w:rPr>
        <w:t xml:space="preserve">[50:55] </w:t>
      </w:r>
      <w:r>
        <w:t>ghalti logon ko maloom ho.</w:t>
      </w:r>
    </w:p>
    <w:p>
      <w:pPr>
        <w:jc w:val="right"/>
      </w:pPr>
      <w:r>
        <w:t>غلطی لوگوں کو معلوم ہو۔</w:t>
      </w:r>
    </w:p>
    <w:p>
      <w:r>
        <w:rPr>
          <w:b/>
        </w:rPr>
        <w:t xml:space="preserve">[51:01] </w:t>
      </w:r>
      <w:r>
        <w:t>main main sochta hoon ke musalmanon ka case jo hai, unawareness ka case hai.</w:t>
      </w:r>
    </w:p>
    <w:p>
      <w:pPr>
        <w:jc w:val="right"/>
      </w:pPr>
      <w:r>
        <w:t>میں میں سوچتا ہوں کہ مسلمانوں کا case جو ہے، unawareness کا case ہے۔</w:t>
      </w:r>
    </w:p>
    <w:p>
      <w:r>
        <w:rPr>
          <w:b/>
        </w:rPr>
        <w:t xml:space="preserve">[51:07] </w:t>
      </w:r>
      <w:r>
        <w:t>sare musalmanon ko, sari dunya mein musalmanon ka jo case hai, woh unawareness ka case hai, bekhabari</w:t>
      </w:r>
    </w:p>
    <w:p>
      <w:pPr>
        <w:jc w:val="right"/>
      </w:pPr>
      <w:r>
        <w:t>سارے مسلمانوں کو، ساری دنیا میں مسلمانوں کا جو case ہے، وہ unawareness کا case ہے، بے خبری</w:t>
      </w:r>
    </w:p>
    <w:p>
      <w:r>
        <w:rPr>
          <w:b/>
        </w:rPr>
        <w:t xml:space="preserve">[51:13] </w:t>
      </w:r>
      <w:r>
        <w:t>ka case hai.</w:t>
      </w:r>
    </w:p>
    <w:p>
      <w:pPr>
        <w:jc w:val="right"/>
      </w:pPr>
      <w:r>
        <w:t>کا case ہے۔</w:t>
      </w:r>
    </w:p>
    <w:p>
      <w:r>
        <w:rPr>
          <w:b/>
        </w:rPr>
        <w:t xml:space="preserve">[51:19] </w:t>
      </w:r>
      <w:r>
        <w:t>un ki bekhabari ko toriye, un ko sahi taleem se agah kijiye.</w:t>
      </w:r>
    </w:p>
    <w:p>
      <w:pPr>
        <w:jc w:val="right"/>
      </w:pPr>
      <w:r>
        <w:t>ان کی بے خبری کو توڑیے، ان کو صحیح تعلیم سے آگاہ کیجئے۔</w:t>
      </w:r>
    </w:p>
    <w:p>
      <w:r>
        <w:rPr>
          <w:b/>
        </w:rPr>
        <w:t xml:space="preserve">[51:25] </w:t>
      </w:r>
      <w:r>
        <w:t>yehi hum kar rahay hain to inshallah hazaron log ne apni islaah kar li hai.</w:t>
      </w:r>
    </w:p>
    <w:p>
      <w:pPr>
        <w:jc w:val="right"/>
      </w:pPr>
      <w:r>
        <w:t>یہی ہم کر رہے ہیں تو انشاءاللہ ہزاروں لوگ نے اپنی اصلاح کر لی ہے۔</w:t>
      </w:r>
    </w:p>
    <w:p>
      <w:r>
        <w:rPr>
          <w:b/>
        </w:rPr>
        <w:t xml:space="preserve">[51:31] </w:t>
      </w:r>
      <w:r>
        <w:t>aisay aur bhi bohat log niklengay jo apni islaah karengay.</w:t>
      </w:r>
    </w:p>
    <w:p>
      <w:pPr>
        <w:jc w:val="right"/>
      </w:pPr>
      <w:r>
        <w:t>ایسے اور بھی بہت لوگ نکلیں گے جو اپنی اصلاح کریں گے۔</w:t>
      </w:r>
    </w:p>
    <w:p>
      <w:r>
        <w:rPr>
          <w:b/>
        </w:rPr>
        <w:t xml:space="preserve">[51:37] </w:t>
      </w:r>
      <w:r>
        <w:t>maulana, agla sawal lainay se pehlay aik comment parhna chahengay jo javed iqbal sahib ne sligoori se bheja hai.</w:t>
      </w:r>
    </w:p>
    <w:p>
      <w:pPr>
        <w:jc w:val="right"/>
      </w:pPr>
      <w:r>
        <w:t>مولانا، اگلا سوال لینے سے پہلے ایک comment پڑھنا چاہیں گے جو جاوید اقبال صاحب نے سلیگوڑی سے بھیجا ہے۔</w:t>
      </w:r>
    </w:p>
    <w:p>
      <w:r>
        <w:rPr>
          <w:b/>
        </w:rPr>
        <w:t xml:space="preserve">[51:43] </w:t>
      </w:r>
      <w:r>
        <w:t>unhon ne likha hai ke maulana, I am physically disabled working in Sligoodi, but I have a burning</w:t>
      </w:r>
    </w:p>
    <w:p>
      <w:pPr>
        <w:jc w:val="right"/>
      </w:pPr>
      <w:r>
        <w:t>انہوں نے لکھا ہے کہ مولانا، I am physically disabled working in Sligoodi, but I have a burning</w:t>
      </w:r>
    </w:p>
    <w:p>
      <w:r>
        <w:rPr>
          <w:b/>
        </w:rPr>
        <w:t xml:space="preserve">[51:49] </w:t>
      </w:r>
      <w:r>
        <w:t>desire to dedicate my life for Islam.</w:t>
      </w:r>
    </w:p>
    <w:p>
      <w:pPr>
        <w:jc w:val="right"/>
      </w:pPr>
      <w:r>
        <w:t>desire to dedicate my life for Islam.</w:t>
      </w:r>
    </w:p>
    <w:p>
      <w:r>
        <w:rPr>
          <w:b/>
        </w:rPr>
        <w:t xml:space="preserve">[51:56] </w:t>
      </w:r>
      <w:r>
        <w:t>In Sligoodi, there is a great opportunity to work among the Nepali community. Please pray for me so that I can avail this opportunity and make them aware of Islam.</w:t>
      </w:r>
    </w:p>
    <w:p>
      <w:pPr>
        <w:jc w:val="right"/>
      </w:pPr>
      <w:r>
        <w:t>In Sligoodi, there is a great opportunity to work among the Nepali community. Please pray for me so that I can avail this opportunity and make them aware of Islam.</w:t>
      </w:r>
    </w:p>
    <w:p>
      <w:r>
        <w:rPr>
          <w:b/>
        </w:rPr>
        <w:t xml:space="preserve">[52:09] </w:t>
      </w:r>
      <w:r>
        <w:t>inshallah, allah ta'ala aap ki madad farmaye.</w:t>
      </w:r>
    </w:p>
    <w:p>
      <w:pPr>
        <w:jc w:val="right"/>
      </w:pPr>
      <w:r>
        <w:t>انشاءاللہ، اللہ تعالیٰ آپ کی مدد فرمائے۔</w:t>
      </w:r>
    </w:p>
    <w:p>
      <w:r>
        <w:rPr>
          <w:b/>
        </w:rPr>
        <w:t xml:space="preserve">[52:15] </w:t>
      </w:r>
      <w:r>
        <w:t>hum dua karte hain, hum sab dua karte hain.</w:t>
      </w:r>
    </w:p>
    <w:p>
      <w:pPr>
        <w:jc w:val="right"/>
      </w:pPr>
      <w:r>
        <w:t>ہم دعا کرتے ہیں، ہم سب دعا کرتے ہیں۔</w:t>
      </w:r>
    </w:p>
    <w:p>
      <w:r>
        <w:rPr>
          <w:b/>
        </w:rPr>
        <w:t xml:space="preserve">[52:21] </w:t>
      </w:r>
      <w:r>
        <w:t>allah ta'ala aap ko apni nusrat, apni madad bhijay ta ke aap kamyab rahen.</w:t>
      </w:r>
    </w:p>
    <w:p>
      <w:pPr>
        <w:jc w:val="right"/>
      </w:pPr>
      <w:r>
        <w:t>اللہ تعالیٰ آپ کو اپنی نصرت، اپنی مدد بھیجے تاکہ آپ کامیاب رہیں۔</w:t>
      </w:r>
    </w:p>
    <w:p>
      <w:r>
        <w:rPr>
          <w:b/>
        </w:rPr>
        <w:t xml:space="preserve">[52:27] </w:t>
      </w:r>
      <w:r>
        <w:t>maulana, agla sawal aaya hai muhammad saleem mir sahib ka kashmir se aur unhon ne likha hai ke</w:t>
      </w:r>
    </w:p>
    <w:p>
      <w:pPr>
        <w:jc w:val="right"/>
      </w:pPr>
      <w:r>
        <w:t>مولانا، اگلا سوال آیا ہے محمد سلیم میر صاحب کا کشمیر سے اور انہوں نے لکھا ہے کہ</w:t>
      </w:r>
    </w:p>
    <w:p>
      <w:r>
        <w:rPr>
          <w:b/>
        </w:rPr>
        <w:t xml:space="preserve">[52:33] </w:t>
      </w:r>
      <w:r>
        <w:t>maulana, one of my Muslim friends wants to know that why a large section of Muslims oppose your ideology.</w:t>
      </w:r>
    </w:p>
    <w:p>
      <w:pPr>
        <w:jc w:val="right"/>
      </w:pPr>
      <w:r>
        <w:t>مولانا، one of my Muslim friends wants to know that why a large section of Muslims oppose your ideology.</w:t>
      </w:r>
    </w:p>
    <w:p>
      <w:r>
        <w:rPr>
          <w:b/>
        </w:rPr>
        <w:t xml:space="preserve">[52:39] </w:t>
      </w:r>
      <w:r>
        <w:t>What is the reason for the same?</w:t>
      </w:r>
    </w:p>
    <w:p>
      <w:pPr>
        <w:jc w:val="right"/>
      </w:pPr>
      <w:r>
        <w:t>What is the reason for the same?</w:t>
      </w:r>
    </w:p>
    <w:p>
      <w:r>
        <w:rPr>
          <w:b/>
        </w:rPr>
        <w:t xml:space="preserve">[52:46] </w:t>
      </w:r>
      <w:r>
        <w:t>aap jo log oppose karte hain, un ki speeches suniye, un ki kitabein parhiye to aap ko discovery</w:t>
      </w:r>
    </w:p>
    <w:p>
      <w:pPr>
        <w:jc w:val="right"/>
      </w:pPr>
      <w:r>
        <w:t>آپ جو لوگ oppose کرتے ہیں، ان کی speeches سنیے، ان کی کتابیں پڑھیے تو آپ کو discovery</w:t>
      </w:r>
    </w:p>
    <w:p>
      <w:r>
        <w:rPr>
          <w:b/>
        </w:rPr>
        <w:t xml:space="preserve">[52:52] </w:t>
      </w:r>
      <w:r>
        <w:t>hogi ke kisi ke paas koi daleel nahi, sirf shor o ghul hai.</w:t>
      </w:r>
    </w:p>
    <w:p>
      <w:pPr>
        <w:jc w:val="right"/>
      </w:pPr>
      <w:r>
        <w:t>ہوگی کہ کسی کے پاس کوئی دلیل نہیں، صرف شور و غل ہے۔</w:t>
      </w:r>
    </w:p>
    <w:p>
      <w:r>
        <w:rPr>
          <w:b/>
        </w:rPr>
        <w:t xml:space="preserve">[52:58] </w:t>
      </w:r>
      <w:r>
        <w:t>kisi ke paas bhi koi daleel nahi hai.</w:t>
      </w:r>
    </w:p>
    <w:p>
      <w:pPr>
        <w:jc w:val="right"/>
      </w:pPr>
      <w:r>
        <w:t>کسی کے پاس بھی کوئی دلیل نہیں ہے۔</w:t>
      </w:r>
    </w:p>
    <w:p>
      <w:r>
        <w:rPr>
          <w:b/>
        </w:rPr>
        <w:t xml:space="preserve">[53:04] </w:t>
      </w:r>
      <w:r>
        <w:t>to cheez yeh hai ke hum quran o sunnat ki roshni mein jaiza lete hain aur batate hain</w:t>
      </w:r>
    </w:p>
    <w:p>
      <w:pPr>
        <w:jc w:val="right"/>
      </w:pPr>
      <w:r>
        <w:t>تو چیز یہ ہے کہ ہم قرآن و سنت کی روشنی میں جائزہ لیتے ہیں اور بتاتے ہیں</w:t>
      </w:r>
    </w:p>
    <w:p>
      <w:r>
        <w:rPr>
          <w:b/>
        </w:rPr>
        <w:t xml:space="preserve">[53:11] </w:t>
      </w:r>
      <w:r>
        <w:t>ke jis kaam mein musalman actually involve hain, woh quran wala kaam hai hi nahi, woh islam wala</w:t>
      </w:r>
    </w:p>
    <w:p>
      <w:pPr>
        <w:jc w:val="right"/>
      </w:pPr>
      <w:r>
        <w:t>کہ جس کام میں مسلمان actually involve ہیں، وہ قرآن والا کام ہے ہی نہیں، وہ اسلام والا</w:t>
      </w:r>
    </w:p>
    <w:p>
      <w:r>
        <w:rPr>
          <w:b/>
        </w:rPr>
        <w:t xml:space="preserve">[53:17] </w:t>
      </w:r>
      <w:r>
        <w:t>kaam hai hi nahi.</w:t>
      </w:r>
    </w:p>
    <w:p>
      <w:pPr>
        <w:jc w:val="right"/>
      </w:pPr>
      <w:r>
        <w:t>کام ہے ہی نہیں۔</w:t>
      </w:r>
    </w:p>
    <w:p>
      <w:r>
        <w:rPr>
          <w:b/>
        </w:rPr>
        <w:t xml:space="preserve">[53:23] </w:t>
      </w:r>
      <w:r>
        <w:t>yani violence karte hain.</w:t>
      </w:r>
    </w:p>
    <w:p>
      <w:pPr>
        <w:jc w:val="right"/>
      </w:pPr>
      <w:r>
        <w:t>یعنی violence کرتے ہیں۔</w:t>
      </w:r>
    </w:p>
    <w:p>
      <w:r>
        <w:rPr>
          <w:b/>
        </w:rPr>
        <w:t xml:space="preserve">[53:30] </w:t>
      </w:r>
      <w:r>
        <w:t>kaam yeh hai ke peaceful dawah work karen to unka jo kaam hai, uski value khatam hoti hai.</w:t>
      </w:r>
    </w:p>
    <w:p>
      <w:pPr>
        <w:jc w:val="right"/>
      </w:pPr>
      <w:r>
        <w:t>کام یہ ہے کہ peaceful دعویٰ work کریں تو ان کا جو کام ہے، اس کی value ختم ہوتی ہے۔</w:t>
      </w:r>
    </w:p>
    <w:p>
      <w:r>
        <w:rPr>
          <w:b/>
        </w:rPr>
        <w:t xml:space="preserve">[53:36] </w:t>
      </w:r>
      <w:r>
        <w:t>to woh is ke liye tayyar nahi hain ke ailaan karen ke hum ghalati par thay.</w:t>
      </w:r>
    </w:p>
    <w:p>
      <w:pPr>
        <w:jc w:val="right"/>
      </w:pPr>
      <w:r>
        <w:t>تو وہ اس کے لیے تیار نہیں ہیں کہ اعلان کریں کہ ہم غلطی پر تھے۔</w:t>
      </w:r>
    </w:p>
    <w:p>
      <w:r>
        <w:rPr>
          <w:b/>
        </w:rPr>
        <w:t xml:space="preserve">[53:42] </w:t>
      </w:r>
      <w:r>
        <w:t>to ab unhon ne kaha kar rakha hai ke be daleel hamare khilaf propaganda karte hain.</w:t>
      </w:r>
    </w:p>
    <w:p>
      <w:pPr>
        <w:jc w:val="right"/>
      </w:pPr>
      <w:r>
        <w:t>تو اب انہوں نے کہا کر رکھا ہے کہ بے دلیل ہمارے خلاف propaganda کرتے ہیں۔</w:t>
      </w:r>
    </w:p>
    <w:p>
      <w:r>
        <w:rPr>
          <w:b/>
        </w:rPr>
        <w:t xml:space="preserve">[53:48] </w:t>
      </w:r>
      <w:r>
        <w:t>kisi bhi shakhs ko, jab aap agle itwar ko bataiyega, kisi un mein se kisi bhi ek</w:t>
      </w:r>
    </w:p>
    <w:p>
      <w:pPr>
        <w:jc w:val="right"/>
      </w:pPr>
      <w:r>
        <w:t>کسی بھی شخص کو، جب آپ اگلے اتوار کو بتائیے گا، کسی ان میں سے کسی بھی ایک</w:t>
      </w:r>
    </w:p>
    <w:p>
      <w:r>
        <w:rPr>
          <w:b/>
        </w:rPr>
        <w:t xml:space="preserve">[53:55] </w:t>
      </w:r>
      <w:r>
        <w:t>shakhs ne daleel ki zaban mein hamari baat ka koi radd nahi kiya hai, to aap yahi kehne</w:t>
      </w:r>
    </w:p>
    <w:p>
      <w:pPr>
        <w:jc w:val="right"/>
      </w:pPr>
      <w:r>
        <w:t>شخص نے دلیل کی زبان میں ہماری بات کا کوئی رد نہیں کیا ہے، تو آپ یہی کہنے</w:t>
      </w:r>
    </w:p>
    <w:p>
      <w:r>
        <w:rPr>
          <w:b/>
        </w:rPr>
        <w:t xml:space="preserve">[54:01] </w:t>
      </w:r>
      <w:r>
        <w:t>پر مجبور ہیں کہ چونکہ وہ اپنی غلطی ماننے کو تیار نہیں ہیں، تو he went crying کا</w:t>
      </w:r>
    </w:p>
    <w:p>
      <w:pPr>
        <w:jc w:val="right"/>
      </w:pPr>
      <w:r>
        <w:t>پر مجبور ہیں کہ چونکہ وہ اپنی غلطی ماننے کو تیار نہیں ہیں، تو he went cry کا</w:t>
      </w:r>
    </w:p>
    <w:p>
      <w:r>
        <w:rPr>
          <w:b/>
        </w:rPr>
        <w:t xml:space="preserve">[54:07] </w:t>
      </w:r>
      <w:r>
        <w:t>tareeqa ikhtiyar kiya unhon ne.</w:t>
      </w:r>
    </w:p>
    <w:p>
      <w:pPr>
        <w:jc w:val="right"/>
      </w:pPr>
      <w:r>
        <w:t>طریقہ اختیار کیا انہوں نے۔</w:t>
      </w:r>
    </w:p>
    <w:p>
      <w:r>
        <w:rPr>
          <w:b/>
        </w:rPr>
        <w:t xml:space="preserve">[54:14] </w:t>
      </w:r>
      <w:r>
        <w:t>maulana, do sawal aaye hain doctor farida khanam se dilli se.</w:t>
      </w:r>
    </w:p>
    <w:p>
      <w:pPr>
        <w:jc w:val="right"/>
      </w:pPr>
      <w:r>
        <w:t>مولانا، دو سوال آئے ہیں ڈاکٹر فریدہ خانم سے دلی سے۔</w:t>
      </w:r>
    </w:p>
    <w:p>
      <w:r>
        <w:rPr>
          <w:b/>
        </w:rPr>
        <w:t xml:space="preserve">[54:20] </w:t>
      </w:r>
      <w:r>
        <w:t>unhon ne likha hai pehle sawal mein Muslims hold debates on a high pedestal.</w:t>
      </w:r>
    </w:p>
    <w:p>
      <w:pPr>
        <w:jc w:val="right"/>
      </w:pPr>
      <w:r>
        <w:t>انہوں نے لکھا ہے پہلے سوال میں Muslims hold debates on a high pedestal.</w:t>
      </w:r>
    </w:p>
    <w:p>
      <w:r>
        <w:rPr>
          <w:b/>
        </w:rPr>
        <w:t xml:space="preserve">[54:26] </w:t>
      </w:r>
      <w:r>
        <w:t>The debates are only producing hatred and distance people away from Islam as a result.</w:t>
      </w:r>
    </w:p>
    <w:p>
      <w:pPr>
        <w:jc w:val="right"/>
      </w:pPr>
      <w:r>
        <w:t>The debates are only producing hatred and distance people away from Islam as a result.</w:t>
      </w:r>
    </w:p>
    <w:p>
      <w:r>
        <w:rPr>
          <w:b/>
        </w:rPr>
        <w:t xml:space="preserve">[54:33] </w:t>
      </w:r>
      <w:r>
        <w:t>Is it right to engage in debate seeing the result?</w:t>
      </w:r>
    </w:p>
    <w:p>
      <w:pPr>
        <w:jc w:val="right"/>
      </w:pPr>
      <w:r>
        <w:t>Is it right to engage in debate seeing the result?</w:t>
      </w:r>
    </w:p>
    <w:p>
      <w:r>
        <w:rPr>
          <w:b/>
        </w:rPr>
        <w:t xml:space="preserve">[54:38] </w:t>
      </w:r>
      <w:r>
        <w:t>dekhen, debate ka tareeqa bilkul ghalat tareeqa hai.</w:t>
      </w:r>
    </w:p>
    <w:p>
      <w:pPr>
        <w:jc w:val="right"/>
      </w:pPr>
      <w:r>
        <w:t>دیکھیں، debate کا طریقہ بالکل غلط طریقہ ہے۔</w:t>
      </w:r>
    </w:p>
    <w:p>
      <w:r>
        <w:rPr>
          <w:b/>
        </w:rPr>
        <w:t xml:space="preserve">[54:44] </w:t>
      </w:r>
      <w:r>
        <w:t>is mein engage hone ka koi sawal hi nahi hai kyunke debate hamesha reaction paida karta hai.</w:t>
      </w:r>
    </w:p>
    <w:p>
      <w:pPr>
        <w:jc w:val="right"/>
      </w:pPr>
      <w:r>
        <w:t>اس میں engage ہونے کا کوئی سوال ہی نہیں ہے کیونکہ debate ہمیشہ reaction پیدا کرتا ہے۔</w:t>
      </w:r>
    </w:p>
    <w:p>
      <w:r>
        <w:rPr>
          <w:b/>
        </w:rPr>
        <w:t xml:space="preserve">[54:49] </w:t>
      </w:r>
      <w:r>
        <w:t>Debate se kya hai? doosre ko down karna, doosre ko conquer karna, doosre ko ridicule karna.</w:t>
      </w:r>
    </w:p>
    <w:p>
      <w:pPr>
        <w:jc w:val="right"/>
      </w:pPr>
      <w:r>
        <w:t>Debate سے کیا ہے؟ دوسرے کو down کرنا، دوسرے کو کانکر کرنا، دوسرے کو ridicule کرنا۔</w:t>
      </w:r>
    </w:p>
    <w:p>
      <w:r>
        <w:rPr>
          <w:b/>
        </w:rPr>
        <w:t xml:space="preserve">[54:55] </w:t>
      </w:r>
      <w:r>
        <w:t>yeh debate mein yeh sab hota hai.</w:t>
      </w:r>
    </w:p>
    <w:p>
      <w:pPr>
        <w:jc w:val="right"/>
      </w:pPr>
      <w:r>
        <w:t>یہ debate میں یہ سب ہوتا ہے۔</w:t>
      </w:r>
    </w:p>
    <w:p>
      <w:r>
        <w:rPr>
          <w:b/>
        </w:rPr>
        <w:t xml:space="preserve">[55:01] </w:t>
      </w:r>
      <w:r>
        <w:t>jaise maine ab misaal di aap ko, unhon ne likha kufr tod.</w:t>
      </w:r>
    </w:p>
    <w:p>
      <w:pPr>
        <w:jc w:val="right"/>
      </w:pPr>
      <w:r>
        <w:t>جیسے میں نے اب مثال دی آپ کو، انہوں نے لکھا کفر توڑ۔</w:t>
      </w:r>
    </w:p>
    <w:p>
      <w:r>
        <w:rPr>
          <w:b/>
        </w:rPr>
        <w:t xml:space="preserve">[55:06] </w:t>
      </w:r>
      <w:r>
        <w:t>to unhon ne likha ke kufr tod ka bata pod yeh hota hai.</w:t>
      </w:r>
    </w:p>
    <w:p>
      <w:pPr>
        <w:jc w:val="right"/>
      </w:pPr>
      <w:r>
        <w:t>تو انہوں نے لکھا کہ کفر توڑ کا باٹا پوڑ یہ ہوتا ہے۔</w:t>
      </w:r>
    </w:p>
    <w:p>
      <w:r>
        <w:rPr>
          <w:b/>
        </w:rPr>
        <w:t xml:space="preserve">[55:12] </w:t>
      </w:r>
      <w:r>
        <w:t>aisi is zamane mein ek kitab chhapi thi "daghira rasool".</w:t>
      </w:r>
    </w:p>
    <w:p>
      <w:pPr>
        <w:jc w:val="right"/>
      </w:pPr>
      <w:r>
        <w:t>ایسی اس زمانے میں ایک کتاب چھپی تھی "دغیرہ رسول"۔</w:t>
      </w:r>
    </w:p>
    <w:p>
      <w:r>
        <w:rPr>
          <w:b/>
        </w:rPr>
        <w:t xml:space="preserve">[55:18] </w:t>
      </w:r>
      <w:r>
        <w:t>to yeh debate mein yahi sab hota hai, iska koi result nahi hai.</w:t>
      </w:r>
    </w:p>
    <w:p>
      <w:pPr>
        <w:jc w:val="right"/>
      </w:pPr>
      <w:r>
        <w:t>تو یہ debate میں یہی سب ہوتا ہے، اس کا کوئی result نہیں ہے۔</w:t>
      </w:r>
    </w:p>
    <w:p>
      <w:r>
        <w:rPr>
          <w:b/>
        </w:rPr>
        <w:t xml:space="preserve">[55:23] </w:t>
      </w:r>
      <w:r>
        <w:t>to hamein result karne hi nahi hai.</w:t>
      </w:r>
    </w:p>
    <w:p>
      <w:pPr>
        <w:jc w:val="right"/>
      </w:pPr>
      <w:r>
        <w:t>تو ہمیں result کرنے ہی نہیں ہے۔</w:t>
      </w:r>
    </w:p>
    <w:p>
      <w:r>
        <w:rPr>
          <w:b/>
        </w:rPr>
        <w:t xml:space="preserve">[55:29] </w:t>
      </w:r>
      <w:r>
        <w:t>islam mein hai ji, islam mein jidal asr ka hukum hai.</w:t>
      </w:r>
    </w:p>
    <w:p>
      <w:pPr>
        <w:jc w:val="right"/>
      </w:pPr>
      <w:r>
        <w:t>اسلام میں ہے جی، اسلام میں جدال عصر کا حکم ہے۔</w:t>
      </w:r>
    </w:p>
    <w:p>
      <w:r>
        <w:rPr>
          <w:b/>
        </w:rPr>
        <w:t xml:space="preserve">[55:35] </w:t>
      </w:r>
      <w:r>
        <w:t>islam mein jo hukum hai, jidal asr.</w:t>
      </w:r>
    </w:p>
    <w:p>
      <w:pPr>
        <w:jc w:val="right"/>
      </w:pPr>
      <w:r>
        <w:t>اسلام میں جو حکم ہے، جدال عصر۔</w:t>
      </w:r>
    </w:p>
    <w:p>
      <w:r>
        <w:rPr>
          <w:b/>
        </w:rPr>
        <w:t xml:space="preserve">[55:40] </w:t>
      </w:r>
      <w:r>
        <w:t>jidaal asr ka matlab yeh hai jis mein khair khwahi ho, jis mein aqli ghore o fikr ke</w:t>
      </w:r>
    </w:p>
    <w:p>
      <w:pPr>
        <w:jc w:val="right"/>
      </w:pPr>
      <w:r>
        <w:t>جدال عصر کا مطلب یہ ہے جس میں خیر خواہی ہو، جس میں عقلی غور و فکر کے</w:t>
      </w:r>
    </w:p>
    <w:p>
      <w:r>
        <w:rPr>
          <w:b/>
        </w:rPr>
        <w:t xml:space="preserve">[55:46] </w:t>
      </w:r>
      <w:r>
        <w:t>saath kaam kiya jaye, jis mein planning ho, jis mein positive method ho, woh hai jidaal asr.</w:t>
      </w:r>
    </w:p>
    <w:p>
      <w:pPr>
        <w:jc w:val="right"/>
      </w:pPr>
      <w:r>
        <w:t>ساتھ کام کیا جائے، جس میں planning ہو، جس میں positive method ہو، وہ ہے جدال عصر۔</w:t>
      </w:r>
    </w:p>
    <w:p>
      <w:r>
        <w:rPr>
          <w:b/>
        </w:rPr>
        <w:t xml:space="preserve">[55:51] </w:t>
      </w:r>
      <w:r>
        <w:t>wahi karna hai hamein aur inshallah result niklega kyunke result nikalta hai hamesha sahi tareeqa kar se.</w:t>
      </w:r>
    </w:p>
    <w:p>
      <w:pPr>
        <w:jc w:val="right"/>
      </w:pPr>
      <w:r>
        <w:t>وہی کرنا ہے ہمیں اور انشاءاللہ result نکلے گا کیونکہ result نکلتا ہے ہمیشہ صحیح طریقہ کار سے۔</w:t>
      </w:r>
    </w:p>
    <w:p>
      <w:r>
        <w:rPr>
          <w:b/>
        </w:rPr>
        <w:t xml:space="preserve">[55:57] </w:t>
      </w:r>
      <w:r>
        <w:t>ghalat tareeqa kar se koi result kabhi nikalta nahi is duniya mein.</w:t>
      </w:r>
    </w:p>
    <w:p>
      <w:pPr>
        <w:jc w:val="right"/>
      </w:pPr>
      <w:r>
        <w:t>غلط طریقہ کار سے کوئی result کبھی نکلتا نہیں اس دنیا میں۔</w:t>
      </w:r>
    </w:p>
    <w:p>
      <w:r>
        <w:rPr>
          <w:b/>
        </w:rPr>
        <w:t xml:space="preserve">[56:03] </w:t>
      </w:r>
      <w:r>
        <w:t>maulana, isi se related unka doosra sawal hai jo likha hai unhone Once a group of</w:t>
      </w:r>
    </w:p>
    <w:p>
      <w:pPr>
        <w:jc w:val="right"/>
      </w:pPr>
      <w:r>
        <w:t>مولانا، اسی سے related ان کا دوسرا سوال ہے جو لکھا ہے انہوں نے Once a group of</w:t>
      </w:r>
    </w:p>
    <w:p>
      <w:r>
        <w:rPr>
          <w:b/>
        </w:rPr>
        <w:t xml:space="preserve">[56:08] </w:t>
      </w:r>
      <w:r>
        <w:t>Muslims were discussing that engaging in debate was proper, I said in debate Muslims hold that their religion</w:t>
      </w:r>
    </w:p>
    <w:p>
      <w:pPr>
        <w:jc w:val="right"/>
      </w:pPr>
      <w:r>
        <w:t>Muslims were discussing that engaging in debate was proper, I said in debate Muslims hold that their religion</w:t>
      </w:r>
    </w:p>
    <w:p>
      <w:r>
        <w:rPr>
          <w:b/>
        </w:rPr>
        <w:t xml:space="preserve">[56:14] </w:t>
      </w:r>
      <w:r>
        <w:t>was superior to other religions.</w:t>
      </w:r>
    </w:p>
    <w:p>
      <w:pPr>
        <w:jc w:val="right"/>
      </w:pPr>
      <w:r>
        <w:t>was superior to other religions.</w:t>
      </w:r>
    </w:p>
    <w:p>
      <w:r>
        <w:rPr>
          <w:b/>
        </w:rPr>
        <w:t xml:space="preserve">[56:20] </w:t>
      </w:r>
      <w:r>
        <w:t>This provokes the other party.</w:t>
      </w:r>
    </w:p>
    <w:p>
      <w:pPr>
        <w:jc w:val="right"/>
      </w:pPr>
      <w:r>
        <w:t>This provokes the other party.</w:t>
      </w:r>
    </w:p>
    <w:p>
      <w:r>
        <w:rPr>
          <w:b/>
        </w:rPr>
        <w:t xml:space="preserve">[56:25] </w:t>
      </w:r>
      <w:r>
        <w:t>On this the Muslim said yes, our religion is superior.</w:t>
      </w:r>
    </w:p>
    <w:p>
      <w:pPr>
        <w:jc w:val="right"/>
      </w:pPr>
      <w:r>
        <w:t>On this the Muslim said yes, our religion is superior.</w:t>
      </w:r>
    </w:p>
    <w:p>
      <w:r>
        <w:rPr>
          <w:b/>
        </w:rPr>
        <w:t xml:space="preserve">[56:31] </w:t>
      </w:r>
      <w:r>
        <w:t>So why should we not say so?</w:t>
      </w:r>
    </w:p>
    <w:p>
      <w:pPr>
        <w:jc w:val="right"/>
      </w:pPr>
      <w:r>
        <w:t>So why should we not say so?</w:t>
      </w:r>
    </w:p>
    <w:p>
      <w:r>
        <w:rPr>
          <w:b/>
        </w:rPr>
        <w:t xml:space="preserve">[56:37] </w:t>
      </w:r>
      <w:r>
        <w:t>maulana, how to address such mindset? dekhein, yeh khud sakhta Islam hai.</w:t>
      </w:r>
    </w:p>
    <w:p>
      <w:pPr>
        <w:jc w:val="right"/>
      </w:pPr>
      <w:r>
        <w:t>مولانا، how to address such mindset؟ دیکھیں، یہ خود ساختہ اسلام ہے۔</w:t>
      </w:r>
    </w:p>
    <w:p>
      <w:r>
        <w:rPr>
          <w:b/>
        </w:rPr>
        <w:t xml:space="preserve">[56:42] </w:t>
      </w:r>
      <w:r>
        <w:t>Rasool Allah ka jo Islam tha, us se is ka koi tareeqa nahi hai.</w:t>
      </w:r>
    </w:p>
    <w:p>
      <w:pPr>
        <w:jc w:val="right"/>
      </w:pPr>
      <w:r>
        <w:t>رسول اللہ کا جو اسلام تھا، اس سے اس کا کوئی طریقہ نہیں ہے۔</w:t>
      </w:r>
    </w:p>
    <w:p>
      <w:r>
        <w:rPr>
          <w:b/>
        </w:rPr>
        <w:t xml:space="preserve">[56:48] </w:t>
      </w:r>
      <w:r>
        <w:t>toh khud sakhta aap jo chahein bana lijiye, aap ko azaadi hai.</w:t>
      </w:r>
    </w:p>
    <w:p>
      <w:pPr>
        <w:jc w:val="right"/>
      </w:pPr>
      <w:r>
        <w:t>تو خود ساختہ آپ جو چاہیں بنا لیجئے، آپ کو آزادی ہے۔</w:t>
      </w:r>
    </w:p>
    <w:p>
      <w:r>
        <w:rPr>
          <w:b/>
        </w:rPr>
        <w:t xml:space="preserve">[56:53] </w:t>
      </w:r>
      <w:r>
        <w:t>mein aap ko aik aik riwayat sunata hoon.</w:t>
      </w:r>
    </w:p>
    <w:p>
      <w:pPr>
        <w:jc w:val="right"/>
      </w:pPr>
      <w:r>
        <w:t>میں آپ کو ایک ایک روایت سناتا ہوں۔</w:t>
      </w:r>
    </w:p>
    <w:p>
      <w:r>
        <w:rPr>
          <w:b/>
        </w:rPr>
        <w:t xml:space="preserve">[56:59] </w:t>
      </w:r>
      <w:r>
        <w:t>madine mein aik martaba debate hua aik Musalman se aur aik Yahudi se.</w:t>
      </w:r>
    </w:p>
    <w:p>
      <w:pPr>
        <w:jc w:val="right"/>
      </w:pPr>
      <w:r>
        <w:t>مدینے میں ایک مرتبہ debate ہوا ایک مسلمان سے اور ایک یہودی سے۔</w:t>
      </w:r>
    </w:p>
    <w:p>
      <w:r>
        <w:rPr>
          <w:b/>
        </w:rPr>
        <w:t xml:space="preserve">[57:04] </w:t>
      </w:r>
      <w:r>
        <w:t>kyunke aap jante hain ke madine mein Yahudi kaafi thay.</w:t>
      </w:r>
    </w:p>
    <w:p>
      <w:pPr>
        <w:jc w:val="right"/>
      </w:pPr>
      <w:r>
        <w:t>کیونکہ آپ جانتے ہیں کہ مدینے میں یہودی کافی تھے۔</w:t>
      </w:r>
    </w:p>
    <w:p>
      <w:r>
        <w:rPr>
          <w:b/>
        </w:rPr>
        <w:t xml:space="preserve">[57:10] </w:t>
      </w:r>
      <w:r>
        <w:t>toh Musalman ne kaha ke Muhammad sab se afzal thay, afzal hain.</w:t>
      </w:r>
    </w:p>
    <w:p>
      <w:pPr>
        <w:jc w:val="right"/>
      </w:pPr>
      <w:r>
        <w:t>تو مسلمان نے کہا کہ محمد سب سے افضل تھے، افضل ہیں۔</w:t>
      </w:r>
    </w:p>
    <w:p>
      <w:r>
        <w:rPr>
          <w:b/>
        </w:rPr>
        <w:t xml:space="preserve">[57:15] </w:t>
      </w:r>
      <w:r>
        <w:t>Muhammad sallallahu alaihi wasallam Rasool Allah mein sab se afzal hain.</w:t>
      </w:r>
    </w:p>
    <w:p>
      <w:pPr>
        <w:jc w:val="right"/>
      </w:pPr>
      <w:r>
        <w:t>محمد صلی اللہ علیہ وسلم رسول اللہ میں سب سے افضل ہیں۔</w:t>
      </w:r>
    </w:p>
    <w:p>
      <w:r>
        <w:rPr>
          <w:b/>
        </w:rPr>
        <w:t xml:space="preserve">[57:21] </w:t>
      </w:r>
      <w:r>
        <w:t>toh Yahudi ne kaha ke nahi, tum galat kehte ho, Musa sab se afzal Nabi hain.</w:t>
      </w:r>
    </w:p>
    <w:p>
      <w:pPr>
        <w:jc w:val="right"/>
      </w:pPr>
      <w:r>
        <w:t>تو یہودی نے کہا کہ نہیں، تم غلط کہتے ہو، موسیٰ سب سے افضل نبی ہیں۔</w:t>
      </w:r>
    </w:p>
    <w:p>
      <w:r>
        <w:rPr>
          <w:b/>
        </w:rPr>
        <w:t xml:space="preserve">[57:26] </w:t>
      </w:r>
      <w:r>
        <w:t>toh dono mein ladaai hui.</w:t>
      </w:r>
    </w:p>
    <w:p>
      <w:pPr>
        <w:jc w:val="right"/>
      </w:pPr>
      <w:r>
        <w:t>تو دونوں میں لڑائی ہوئی۔</w:t>
      </w:r>
    </w:p>
    <w:p>
      <w:r>
        <w:rPr>
          <w:b/>
        </w:rPr>
        <w:t xml:space="preserve">[57:32] </w:t>
      </w:r>
      <w:r>
        <w:t>woh keh rahe hain ke Muhammad sab se afzal hain, woh keh rahe hain ke Musa sab se afzal hain.</w:t>
      </w:r>
    </w:p>
    <w:p>
      <w:pPr>
        <w:jc w:val="right"/>
      </w:pPr>
      <w:r>
        <w:t>وہ کہہ رہے ہیں کہ محمد سب سے افضل ہیں، وہ کہہ رہے ہیں کہ موسیٰ سب سے افضل ہیں۔</w:t>
      </w:r>
    </w:p>
    <w:p>
      <w:r>
        <w:rPr>
          <w:b/>
        </w:rPr>
        <w:t xml:space="preserve">[57:37] </w:t>
      </w:r>
      <w:r>
        <w:t>toh is ke baad yeh yeh case Rasool Allah ke paas aaya.</w:t>
      </w:r>
    </w:p>
    <w:p>
      <w:pPr>
        <w:jc w:val="right"/>
      </w:pPr>
      <w:r>
        <w:t>تو اس کے بعد یہ یہ case رسول اللہ کے پاس آیا۔</w:t>
      </w:r>
    </w:p>
    <w:p>
      <w:r>
        <w:rPr>
          <w:b/>
        </w:rPr>
        <w:t xml:space="preserve">[57:43] </w:t>
      </w:r>
      <w:r>
        <w:t>Rasool Allah ne sunne ke baad kaha Musalmanon ko naseehat ki ke aisa mat kaho.</w:t>
      </w:r>
    </w:p>
    <w:p>
      <w:pPr>
        <w:jc w:val="right"/>
      </w:pPr>
      <w:r>
        <w:t>رسول اللہ نے سننے کے بعد کہا مسلمانوں کو نصیحت کی کہ ایسا مت کہو۔</w:t>
      </w:r>
    </w:p>
    <w:p>
      <w:r>
        <w:rPr>
          <w:b/>
        </w:rPr>
        <w:t xml:space="preserve">[57:48] </w:t>
      </w:r>
      <w:r>
        <w:t>Yahudi ne toh kuch nahi kaha.</w:t>
      </w:r>
    </w:p>
    <w:p>
      <w:pPr>
        <w:jc w:val="right"/>
      </w:pPr>
      <w:r>
        <w:t>یہودی نے تو کچھ نہیں کہا۔</w:t>
      </w:r>
    </w:p>
    <w:p>
      <w:r>
        <w:rPr>
          <w:b/>
        </w:rPr>
        <w:t xml:space="preserve">[57:54] </w:t>
      </w:r>
      <w:r>
        <w:t>Musalmanon se kaha aisa mat kaho aur phir aisi baat kahi jis ka afsos nahi ho sakta.</w:t>
      </w:r>
    </w:p>
    <w:p>
      <w:pPr>
        <w:jc w:val="right"/>
      </w:pPr>
      <w:r>
        <w:t>مسلمانوں سے کہا ایسا مت کہو اور پھر ایسی بات کہی جس کا افسوس نہیں ہو سکتا۔</w:t>
      </w:r>
    </w:p>
    <w:p>
      <w:r>
        <w:rPr>
          <w:b/>
        </w:rPr>
        <w:t xml:space="preserve">[57:59] </w:t>
      </w:r>
      <w:r>
        <w:t>rasool Allah ne kaha ke dekho, hashar ke maidan mein jab sur phoonka jayega to tum log</w:t>
      </w:r>
    </w:p>
    <w:p>
      <w:pPr>
        <w:jc w:val="right"/>
      </w:pPr>
      <w:r>
        <w:t>رسول اللہ نے کہا کہ دیکھو، حشر کے میدان میں جب سور پھونکا جائے گا تو تم لوگ</w:t>
      </w:r>
    </w:p>
    <w:p>
      <w:r>
        <w:rPr>
          <w:b/>
        </w:rPr>
        <w:t xml:space="preserve">[58:05] </w:t>
      </w:r>
      <w:r>
        <w:t>be hosh ho jayenge.</w:t>
      </w:r>
    </w:p>
    <w:p>
      <w:pPr>
        <w:jc w:val="right"/>
      </w:pPr>
      <w:r>
        <w:t>بے ہوش ہو جائیں گے۔</w:t>
      </w:r>
    </w:p>
    <w:p>
      <w:r>
        <w:rPr>
          <w:b/>
        </w:rPr>
        <w:t xml:space="preserve">[58:10] </w:t>
      </w:r>
      <w:r>
        <w:t>phir doosra sur phoonka jayega to log hosh mein aayenge aur uthenge.</w:t>
      </w:r>
    </w:p>
    <w:p>
      <w:pPr>
        <w:jc w:val="right"/>
      </w:pPr>
      <w:r>
        <w:t>پھر دوسرا سور پھونکا جائے گا تو لوگ ہوش میں آئیں گے اور اٹھیں گے۔</w:t>
      </w:r>
    </w:p>
    <w:p>
      <w:r>
        <w:rPr>
          <w:b/>
        </w:rPr>
        <w:t xml:space="preserve">[58:16] </w:t>
      </w:r>
      <w:r>
        <w:t>to aap ne farmaya ke main uth kar ke sab se pehle uthunga aur jaunga arsh</w:t>
      </w:r>
    </w:p>
    <w:p>
      <w:pPr>
        <w:jc w:val="right"/>
      </w:pPr>
      <w:r>
        <w:t>تو آپ نے فرمایا کہ میں اٹھ کر کے سب سے پہلے اٹھوں گا اور جاؤں گا عرش</w:t>
      </w:r>
    </w:p>
    <w:p>
      <w:r>
        <w:rPr>
          <w:b/>
        </w:rPr>
        <w:t xml:space="preserve">[58:21] </w:t>
      </w:r>
      <w:r>
        <w:t>elahi ki taraf.</w:t>
      </w:r>
    </w:p>
    <w:p>
      <w:pPr>
        <w:jc w:val="right"/>
      </w:pPr>
      <w:r>
        <w:t>الہی کی طرف۔</w:t>
      </w:r>
    </w:p>
    <w:p>
      <w:r>
        <w:rPr>
          <w:b/>
        </w:rPr>
        <w:t xml:space="preserve">[58:27] </w:t>
      </w:r>
      <w:r>
        <w:t>main uth kar arsh elahi ki taraf jaunga ke jab wahan pahunchunga to main dekhunga</w:t>
      </w:r>
    </w:p>
    <w:p>
      <w:pPr>
        <w:jc w:val="right"/>
      </w:pPr>
      <w:r>
        <w:t>میں اٹھ کر عرش الہی کی طرف جاؤں گا کہ جب وہاں پہنچوں گا تو میں دیکھوں گا</w:t>
      </w:r>
    </w:p>
    <w:p>
      <w:r>
        <w:rPr>
          <w:b/>
        </w:rPr>
        <w:t xml:space="preserve">[58:32] </w:t>
      </w:r>
      <w:r>
        <w:t>musa mujh se pehle khade pahunch chuke hain.</w:t>
      </w:r>
    </w:p>
    <w:p>
      <w:pPr>
        <w:jc w:val="right"/>
      </w:pPr>
      <w:r>
        <w:t>موسیٰ مجھ سے پہلے کھڑے پہنچ چکے ہیں۔</w:t>
      </w:r>
    </w:p>
    <w:p>
      <w:r>
        <w:rPr>
          <w:b/>
        </w:rPr>
        <w:t xml:space="preserve">[58:38] </w:t>
      </w:r>
      <w:r>
        <w:t>wahan musa arsh elahi ke paas mujh se pehle pahunch chuke hain.</w:t>
      </w:r>
    </w:p>
    <w:p>
      <w:pPr>
        <w:jc w:val="right"/>
      </w:pPr>
      <w:r>
        <w:t>وہاں موسیٰ عرش الہی کے پاس مجھ سے پہلے پہنچ چکے ہیں۔</w:t>
      </w:r>
    </w:p>
    <w:p>
      <w:r>
        <w:rPr>
          <w:b/>
        </w:rPr>
        <w:t xml:space="preserve">[58:43] </w:t>
      </w:r>
      <w:r>
        <w:t>to yeh hai taleem rasool Allah sal Allah alaihi wasallam ki.</w:t>
      </w:r>
    </w:p>
    <w:p>
      <w:pPr>
        <w:jc w:val="right"/>
      </w:pPr>
      <w:r>
        <w:t>تو یہ ہے تعلیم رسول اللہ صلی اللہ علیہ وسلم کی۔</w:t>
      </w:r>
    </w:p>
    <w:p>
      <w:r>
        <w:rPr>
          <w:b/>
        </w:rPr>
        <w:t xml:space="preserve">[58:49] </w:t>
      </w:r>
      <w:r>
        <w:t>hamara mazhab superior hai, yeh jahili kalma hai.</w:t>
      </w:r>
    </w:p>
    <w:p>
      <w:pPr>
        <w:jc w:val="right"/>
      </w:pPr>
      <w:r>
        <w:t>ہمارا مذہب superior ہے، یہ جاہلی کلمہ ہے۔</w:t>
      </w:r>
    </w:p>
    <w:p>
      <w:r>
        <w:rPr>
          <w:b/>
        </w:rPr>
        <w:t xml:space="preserve">[58:54] </w:t>
      </w:r>
      <w:r>
        <w:t>jahili, yeh Islam nahi hai.</w:t>
      </w:r>
    </w:p>
    <w:p>
      <w:pPr>
        <w:jc w:val="right"/>
      </w:pPr>
      <w:r>
        <w:t>جاہلی، یہ اسلام نہیں ہے۔</w:t>
      </w:r>
    </w:p>
    <w:p>
      <w:r>
        <w:rPr>
          <w:b/>
        </w:rPr>
        <w:t xml:space="preserve">[59:00] </w:t>
      </w:r>
      <w:r>
        <w:t>rasool Allah ne mana kiya ke yeh mat kaho aur aur aisi baat keh di gayi ke musa</w:t>
      </w:r>
    </w:p>
    <w:p>
      <w:pPr>
        <w:jc w:val="right"/>
      </w:pPr>
      <w:r>
        <w:t>رسول اللہ نے منع کیا کہ یہ مت کہو اور اور ایسی بات کہہ دی گئی کہ موسیٰ</w:t>
      </w:r>
    </w:p>
    <w:p>
      <w:r>
        <w:rPr>
          <w:b/>
        </w:rPr>
        <w:t xml:space="preserve">[59:05] </w:t>
      </w:r>
      <w:r>
        <w:t>aap se pehle pahunche hue hain wahan arsh elahi par.</w:t>
      </w:r>
    </w:p>
    <w:p>
      <w:pPr>
        <w:jc w:val="right"/>
      </w:pPr>
      <w:r>
        <w:t>آپ سے پہلے پہنچے ہوئے ہیں وہاں عرش الہی پر۔</w:t>
      </w:r>
    </w:p>
    <w:p>
      <w:r>
        <w:rPr>
          <w:b/>
        </w:rPr>
        <w:t xml:space="preserve">[59:11] </w:t>
      </w:r>
      <w:r>
        <w:t>to dekhen, Islam jo hai modesty ka naam hai, tawazu ka naam hai, pride ka naam hai hi nahi.</w:t>
      </w:r>
    </w:p>
    <w:p>
      <w:pPr>
        <w:jc w:val="right"/>
      </w:pPr>
      <w:r>
        <w:t>تو دیکھیں، اسلام جو ہے modesty کا نام ہے، تواضع کا نام ہے، pride کا نام ہے ہی نہیں۔</w:t>
      </w:r>
    </w:p>
    <w:p>
      <w:r>
        <w:rPr>
          <w:b/>
        </w:rPr>
        <w:t xml:space="preserve">[59:16] </w:t>
      </w:r>
      <w:r>
        <w:t>Islam jahan pride hai, wahan Islam hi nahi hai.</w:t>
      </w:r>
    </w:p>
    <w:p>
      <w:pPr>
        <w:jc w:val="right"/>
      </w:pPr>
      <w:r>
        <w:t>اسلام جہاں pride ہے، وہاں اسلام ہی نہیں ہے۔</w:t>
      </w:r>
    </w:p>
    <w:p>
      <w:r>
        <w:rPr>
          <w:b/>
        </w:rPr>
        <w:t xml:space="preserve">[59:22] </w:t>
      </w:r>
      <w:r>
        <w:t>Islam mein tawazu, Islam aadmi ko criticize banata hai.</w:t>
      </w:r>
    </w:p>
    <w:p>
      <w:pPr>
        <w:jc w:val="right"/>
      </w:pPr>
      <w:r>
        <w:t>اسلام میں تواضع، اسلام آدمی کو criticize بناتا ہے۔</w:t>
      </w:r>
    </w:p>
    <w:p>
      <w:r>
        <w:rPr>
          <w:b/>
        </w:rPr>
        <w:t xml:space="preserve">[59:27] </w:t>
      </w:r>
      <w:r>
        <w:t>Islam aadmi ko criticize banata hai, woh tawazu lata hai, modesty lata hai.</w:t>
      </w:r>
    </w:p>
    <w:p>
      <w:pPr>
        <w:jc w:val="right"/>
      </w:pPr>
      <w:r>
        <w:t>اسلام آدمی کو criticize بناتا ہے، وہ تواضع لاتا ہے، modesty لاتا ہے۔</w:t>
      </w:r>
    </w:p>
    <w:p>
      <w:r>
        <w:rPr>
          <w:b/>
        </w:rPr>
        <w:t xml:space="preserve">[59:33] </w:t>
      </w:r>
      <w:r>
        <w:t>yeh sab cheezein Islam mein hain hi nahi.</w:t>
      </w:r>
    </w:p>
    <w:p>
      <w:pPr>
        <w:jc w:val="right"/>
      </w:pPr>
      <w:r>
        <w:t>یہ سب چیزیں اسلام میں ہیں ہی نہیں۔</w:t>
      </w:r>
    </w:p>
    <w:p>
      <w:r>
        <w:rPr>
          <w:b/>
        </w:rPr>
        <w:t xml:space="preserve">[59:38] </w:t>
      </w:r>
      <w:r>
        <w:t>pride wali baat is se aadmi ko tauba karna chahiye aur aur Allah taala se maafi mangni chahiye.</w:t>
      </w:r>
    </w:p>
    <w:p>
      <w:pPr>
        <w:jc w:val="right"/>
      </w:pPr>
      <w:r>
        <w:t>pride والی بات اس سے آدمی کو توبہ کرنا چاہیے اور اور اللہ تعالیٰ سے معافی مانگنی چاہیے۔</w:t>
      </w:r>
    </w:p>
    <w:p>
      <w:r>
        <w:rPr>
          <w:b/>
        </w:rPr>
        <w:t xml:space="preserve">[59:44] </w:t>
      </w:r>
      <w:r>
        <w:t>maulana, agla sawal Kanpur se kiya hai Muhammad Ayub sahib ne aur unhone likha hai ke Sir</w:t>
      </w:r>
    </w:p>
    <w:p>
      <w:pPr>
        <w:jc w:val="right"/>
      </w:pPr>
      <w:r>
        <w:t>مولانا، اگلا سوال کانپور سے کیا ہے محمد ایوب صاحب نے اور انہوں نے لکھا ہے کہ Sir</w:t>
      </w:r>
    </w:p>
    <w:p>
      <w:r>
        <w:rPr>
          <w:b/>
        </w:rPr>
        <w:t xml:space="preserve">[59:49] </w:t>
      </w:r>
      <w:r>
        <w:t>can you explain why Muslims are not able to discard their violent activities even after seeing so much</w:t>
      </w:r>
    </w:p>
    <w:p>
      <w:pPr>
        <w:jc w:val="right"/>
      </w:pPr>
      <w:r>
        <w:t>can you explain why Muslims are not able to discard their violent activities even after seeing so much</w:t>
      </w:r>
    </w:p>
    <w:p>
      <w:r>
        <w:rPr>
          <w:b/>
        </w:rPr>
        <w:t xml:space="preserve">[59:55] </w:t>
      </w:r>
      <w:r>
        <w:t>destruction and loss of human lives?</w:t>
      </w:r>
    </w:p>
    <w:p>
      <w:pPr>
        <w:jc w:val="right"/>
      </w:pPr>
      <w:r>
        <w:t>destruction and loss of human lives?</w:t>
      </w:r>
    </w:p>
    <w:p>
      <w:r>
        <w:rPr>
          <w:b/>
        </w:rPr>
        <w:t xml:space="preserve">[1:00:01] </w:t>
      </w:r>
      <w:r>
        <w:t>What is the reason for the same?</w:t>
      </w:r>
    </w:p>
    <w:p>
      <w:pPr>
        <w:jc w:val="right"/>
      </w:pPr>
      <w:r>
        <w:t>What is the reason for the same?</w:t>
      </w:r>
    </w:p>
    <w:p>
      <w:r>
        <w:rPr>
          <w:b/>
        </w:rPr>
        <w:t xml:space="preserve">[1:00:06] </w:t>
      </w:r>
      <w:r>
        <w:t>dekhen, aap hadith ki kitabon mein ek hota hai kitab ul fitan.</w:t>
      </w:r>
    </w:p>
    <w:p>
      <w:pPr>
        <w:jc w:val="right"/>
      </w:pPr>
      <w:r>
        <w:t>دیکھیں، آپ حدیث کی کتابوں میں ایک ہوتا ہے کتاب الفتن۔</w:t>
      </w:r>
    </w:p>
    <w:p>
      <w:r>
        <w:rPr>
          <w:b/>
        </w:rPr>
        <w:t xml:space="preserve">[1:00:12] </w:t>
      </w:r>
      <w:r>
        <w:t>har hadith mein hota hai kitab ul fitan.</w:t>
      </w:r>
    </w:p>
    <w:p>
      <w:pPr>
        <w:jc w:val="right"/>
      </w:pPr>
      <w:r>
        <w:t>ہر حدیث میں ہوتا ہے کتاب الفتن۔</w:t>
      </w:r>
    </w:p>
    <w:p>
      <w:r>
        <w:rPr>
          <w:b/>
        </w:rPr>
        <w:t xml:space="preserve">[1:00:17] </w:t>
      </w:r>
      <w:r>
        <w:t>to fitn ke ma'ni kya hain? dour-e-zawaal.</w:t>
      </w:r>
    </w:p>
    <w:p>
      <w:pPr>
        <w:jc w:val="right"/>
      </w:pPr>
      <w:r>
        <w:t>تو فتن کے معنی کیا ہیں؟ دور زوال۔</w:t>
      </w:r>
    </w:p>
    <w:p>
      <w:r>
        <w:rPr>
          <w:b/>
        </w:rPr>
        <w:t xml:space="preserve">[1:00:23] </w:t>
      </w:r>
      <w:r>
        <w:t>jo kitaab-ul-fitn mein jo riwayatein hoti hain, woh dour-e-zawaal ko batati hain.</w:t>
      </w:r>
    </w:p>
    <w:p>
      <w:pPr>
        <w:jc w:val="right"/>
      </w:pPr>
      <w:r>
        <w:t>جو کتاب الفتن میں جو روایتیں ہوتی ہیں، وہ دور زوال کو بتاتی ہیں۔</w:t>
      </w:r>
    </w:p>
    <w:p>
      <w:r>
        <w:rPr>
          <w:b/>
        </w:rPr>
        <w:t xml:space="preserve">[1:00:28] </w:t>
      </w:r>
      <w:r>
        <w:t>ya'ni kitaab-ul-fitn ka matlab yeh hai ke dour-e-zawaal mein musalmanon ka haal kya hua? yeh hai.</w:t>
      </w:r>
    </w:p>
    <w:p>
      <w:pPr>
        <w:jc w:val="right"/>
      </w:pPr>
      <w:r>
        <w:t>یعنی کتاب الفتن کا مطلب یہ ہے کہ دور زوال میں مسلمانوں کا حال کیا ہوا؟ یہ ہے۔</w:t>
      </w:r>
    </w:p>
    <w:p>
      <w:r>
        <w:rPr>
          <w:b/>
        </w:rPr>
        <w:t xml:space="preserve">[1:00:34] </w:t>
      </w:r>
      <w:r>
        <w:t>to ab to chaudah sau saal beet gaye, ab bhi kaha dour-e-zawaal nahin aayega? yeh sab</w:t>
      </w:r>
    </w:p>
    <w:p>
      <w:pPr>
        <w:jc w:val="right"/>
      </w:pPr>
      <w:r>
        <w:t>تو اب تو چودہ سو سال بیت گئے، اب بھی کہا دور زوال نہیں آئے گا؟ یہ سب</w:t>
      </w:r>
    </w:p>
    <w:p>
      <w:r>
        <w:rPr>
          <w:b/>
        </w:rPr>
        <w:t xml:space="preserve">[1:00:39] </w:t>
      </w:r>
      <w:r>
        <w:t>jo baatein aap padh rahe hain, woh musalmanon ke dour-e-zawaal ki baatein hain.</w:t>
      </w:r>
    </w:p>
    <w:p>
      <w:pPr>
        <w:jc w:val="right"/>
      </w:pPr>
      <w:r>
        <w:t>جو باتیں آپ پڑھ رہے ہیں، وہ مسلمانوں کے دور زوال کی باتیں ہیں۔</w:t>
      </w:r>
    </w:p>
    <w:p>
      <w:r>
        <w:rPr>
          <w:b/>
        </w:rPr>
        <w:t xml:space="preserve">[1:00:45] </w:t>
      </w:r>
      <w:r>
        <w:t>kyunke Iqbal jo samjhate thay, bohat bade mufakkir, unhon ne keh diya tha ke zara nam ho to</w:t>
      </w:r>
    </w:p>
    <w:p>
      <w:pPr>
        <w:jc w:val="right"/>
      </w:pPr>
      <w:r>
        <w:t>کیونکہ اقبال جو سمجھاتے تھے، بہت بڑے مفکر، انہوں نے کہہ دیا تھا کہ ذرا نم ہو تو</w:t>
      </w:r>
    </w:p>
    <w:p>
      <w:r>
        <w:rPr>
          <w:b/>
        </w:rPr>
        <w:t xml:space="preserve">[1:00:50] </w:t>
      </w:r>
      <w:r>
        <w:t>yeh mitti bohat zarkhez hai.</w:t>
      </w:r>
    </w:p>
    <w:p>
      <w:pPr>
        <w:jc w:val="right"/>
      </w:pPr>
      <w:r>
        <w:t>یہ مٹی بہت زرخیز ہے۔</w:t>
      </w:r>
    </w:p>
    <w:p>
      <w:r>
        <w:rPr>
          <w:b/>
        </w:rPr>
        <w:t xml:space="preserve">[1:00:56] </w:t>
      </w:r>
      <w:r>
        <w:t>taake hamare bachpan mein yeh shair bohat padha jaata tha jalson mein: zara nam ho to yeh mitti</w:t>
      </w:r>
    </w:p>
    <w:p>
      <w:pPr>
        <w:jc w:val="right"/>
      </w:pPr>
      <w:r>
        <w:t>تاکہ ہمارے بچپن میں یہ شعر بہت پڑھا جاتا تھا جلسوں میں: ذرا نم ہو تو یہ مٹی</w:t>
      </w:r>
    </w:p>
    <w:p>
      <w:r>
        <w:rPr>
          <w:b/>
        </w:rPr>
        <w:t xml:space="preserve">[1:01:01] </w:t>
      </w:r>
      <w:r>
        <w:t>bohat zarkhez hai.</w:t>
      </w:r>
    </w:p>
    <w:p>
      <w:pPr>
        <w:jc w:val="right"/>
      </w:pPr>
      <w:r>
        <w:t>بہت زرخیز ہے۔</w:t>
      </w:r>
    </w:p>
    <w:p>
      <w:r>
        <w:rPr>
          <w:b/>
        </w:rPr>
        <w:t xml:space="preserve">[1:01:07] </w:t>
      </w:r>
      <w:r>
        <w:t>taake baat ko ma'ni apne mutabiq samjha ke Iqbal ne apne baat ke zamane mein ek aur baat kahi thi.</w:t>
      </w:r>
    </w:p>
    <w:p>
      <w:pPr>
        <w:jc w:val="right"/>
      </w:pPr>
      <w:r>
        <w:t>تاکہ بات کو معنی اپنے مطابق سمجھا کہ اقبال نے اپنے بات کے زمانے میں ایک اور بات کہی تھی۔</w:t>
      </w:r>
    </w:p>
    <w:p>
      <w:r>
        <w:rPr>
          <w:b/>
        </w:rPr>
        <w:t xml:space="preserve">[1:01:12] </w:t>
      </w:r>
      <w:r>
        <w:t>yeh shuru baat, shuru ki baat thi.</w:t>
      </w:r>
    </w:p>
    <w:p>
      <w:pPr>
        <w:jc w:val="right"/>
      </w:pPr>
      <w:r>
        <w:t>یہ شروع بات، شروع کی بات تھی۔</w:t>
      </w:r>
    </w:p>
    <w:p>
      <w:r>
        <w:rPr>
          <w:b/>
        </w:rPr>
        <w:t xml:space="preserve">[1:01:18] </w:t>
      </w:r>
      <w:r>
        <w:t>ya'ni shuru ke zamane mein Iqbal ne kaha tha ke zara nam ho to yeh mitti bohat zarkhez hai.</w:t>
      </w:r>
    </w:p>
    <w:p>
      <w:pPr>
        <w:jc w:val="right"/>
      </w:pPr>
      <w:r>
        <w:t>یعنی شروع کے زمانے میں اقبال نے کہا تھا کہ ذرا نم ہو تو یہ مٹی بہت زرخیز ہے۔</w:t>
      </w:r>
    </w:p>
    <w:p>
      <w:r>
        <w:rPr>
          <w:b/>
        </w:rPr>
        <w:t xml:space="preserve">[1:01:23] </w:t>
      </w:r>
      <w:r>
        <w:t>taake lekin aakhri zamane mein unhon ne is ko ulta kaha tha.</w:t>
      </w:r>
    </w:p>
    <w:p>
      <w:pPr>
        <w:jc w:val="right"/>
      </w:pPr>
      <w:r>
        <w:t>تاکہ لیکن آخری زمانے میں انہوں نے اس کو الٹا کہا تھا۔</w:t>
      </w:r>
    </w:p>
    <w:p>
      <w:r>
        <w:rPr>
          <w:b/>
        </w:rPr>
        <w:t xml:space="preserve">[1:01:29] </w:t>
      </w:r>
      <w:r>
        <w:t>unhon ne tere muheet mein kahin johar-e-zindagi nahin.</w:t>
      </w:r>
    </w:p>
    <w:p>
      <w:pPr>
        <w:jc w:val="right"/>
      </w:pPr>
      <w:r>
        <w:t>انہوں نے تیرے محیط میں کہیں جوہر زندگی نہیں۔</w:t>
      </w:r>
    </w:p>
    <w:p>
      <w:r>
        <w:rPr>
          <w:b/>
        </w:rPr>
        <w:t xml:space="preserve">[1:01:34] </w:t>
      </w:r>
      <w:r>
        <w:t>musalmanon ke bare mein tere muheet mein kahin johar-e-zindagi nahin.</w:t>
      </w:r>
    </w:p>
    <w:p>
      <w:pPr>
        <w:jc w:val="right"/>
      </w:pPr>
      <w:r>
        <w:t>مسلمانوں کے بارے میں تیرے محیط میں کہیں جوہر زندگی نہیں۔</w:t>
      </w:r>
    </w:p>
    <w:p>
      <w:r>
        <w:rPr>
          <w:b/>
        </w:rPr>
        <w:t xml:space="preserve">[1:01:40] </w:t>
      </w:r>
      <w:r>
        <w:t>dhoond chuka mein mauj mauj de chuka sau das.</w:t>
      </w:r>
    </w:p>
    <w:p>
      <w:pPr>
        <w:jc w:val="right"/>
      </w:pPr>
      <w:r>
        <w:t>ڈھونڈ چکا میں موج موج دے چکا سو دس۔</w:t>
      </w:r>
    </w:p>
    <w:p>
      <w:r>
        <w:rPr>
          <w:b/>
        </w:rPr>
        <w:t xml:space="preserve">[1:01:46] </w:t>
      </w:r>
      <w:r>
        <w:t>yeh isi isi waqt Iqbal ka shair hai.</w:t>
      </w:r>
    </w:p>
    <w:p>
      <w:pPr>
        <w:jc w:val="right"/>
      </w:pPr>
      <w:r>
        <w:t>یہ اسی اسی وقت اقبال کا شعر ہے۔</w:t>
      </w:r>
    </w:p>
    <w:p>
      <w:r>
        <w:rPr>
          <w:b/>
        </w:rPr>
        <w:t xml:space="preserve">[1:01:51] </w:t>
      </w:r>
      <w:r>
        <w:t>yeh shuru mein woh josh mein woh keh diya tha unhon ne, lekin baad mein jab tajruba hua</w:t>
      </w:r>
    </w:p>
    <w:p>
      <w:pPr>
        <w:jc w:val="right"/>
      </w:pPr>
      <w:r>
        <w:t>یہ شروع میں وہ جوش میں وہ کہہ دیا تھا انہوں نے، لیکن بعد میں جب تجربہ ہوا</w:t>
      </w:r>
    </w:p>
    <w:p>
      <w:r>
        <w:rPr>
          <w:b/>
        </w:rPr>
        <w:t xml:space="preserve">[1:01:57] </w:t>
      </w:r>
      <w:r>
        <w:t>to unhon ne yeh shair kaha: tere muheet mein kahin johar-e-zindagi nahin.</w:t>
      </w:r>
    </w:p>
    <w:p>
      <w:pPr>
        <w:jc w:val="right"/>
      </w:pPr>
      <w:r>
        <w:t>تو انہوں نے یہ شعر کہا: تیرے محیط میں کہیں جوہر زندگی نہیں۔</w:t>
      </w:r>
    </w:p>
    <w:p>
      <w:r>
        <w:rPr>
          <w:b/>
        </w:rPr>
        <w:t xml:space="preserve">[1:02:02] </w:t>
      </w:r>
      <w:r>
        <w:t>dhoond chuka mein mauj mauj dekh chuka sau das.</w:t>
      </w:r>
    </w:p>
    <w:p>
      <w:pPr>
        <w:jc w:val="right"/>
      </w:pPr>
      <w:r>
        <w:t>ڈھونڈ چکا میں موج موج دیکھ چکا سو دس۔</w:t>
      </w:r>
    </w:p>
    <w:p>
      <w:r>
        <w:rPr>
          <w:b/>
        </w:rPr>
        <w:t xml:space="preserve">[1:02:08] </w:t>
      </w:r>
      <w:r>
        <w:t>to aakhri tajruba jo hai Iqbal ka, wohi sahi tajruba tha.</w:t>
      </w:r>
    </w:p>
    <w:p>
      <w:pPr>
        <w:jc w:val="right"/>
      </w:pPr>
      <w:r>
        <w:t>تو آخری تجربہ جو ہے اقبال کا، وہی صحیح تجربہ تھا۔</w:t>
      </w:r>
    </w:p>
    <w:p>
      <w:r>
        <w:rPr>
          <w:b/>
        </w:rPr>
        <w:t xml:space="preserve">[1:02:13] </w:t>
      </w:r>
      <w:r>
        <w:t>to aap ko yeh jaanna hoga ke musalmanon par dour-e-zawaal aa chuka hai aur aap ko un</w:t>
      </w:r>
    </w:p>
    <w:p>
      <w:pPr>
        <w:jc w:val="right"/>
      </w:pPr>
      <w:r>
        <w:t>تو آپ کو یہ جاننا ہوگا کہ مسلمانوں پر دور زوال آ چکا ہے اور آپ کو ان</w:t>
      </w:r>
    </w:p>
    <w:p>
      <w:r>
        <w:rPr>
          <w:b/>
        </w:rPr>
        <w:t xml:space="preserve">[1:02:19] </w:t>
      </w:r>
      <w:r>
        <w:t>ko revive karna hai, ehyaa karna hai.</w:t>
      </w:r>
    </w:p>
    <w:p>
      <w:pPr>
        <w:jc w:val="right"/>
      </w:pPr>
      <w:r>
        <w:t>کو revive کرنا ہے، احیاء کرنا ہے۔</w:t>
      </w:r>
    </w:p>
    <w:p>
      <w:r>
        <w:rPr>
          <w:b/>
        </w:rPr>
        <w:t xml:space="preserve">[1:02:24] </w:t>
      </w:r>
      <w:r>
        <w:t>yeh farz nahin karna hai ke musalman wohi musalman aaj bhi hain jo pehle thay.</w:t>
      </w:r>
    </w:p>
    <w:p>
      <w:pPr>
        <w:jc w:val="right"/>
      </w:pPr>
      <w:r>
        <w:t>یہ فرض نہیں کرنا ہے کہ مسلمان وہی مسلمان آج بھی ہیں جو پہلے تھے۔</w:t>
      </w:r>
    </w:p>
    <w:p>
      <w:r>
        <w:rPr>
          <w:b/>
        </w:rPr>
        <w:t xml:space="preserve">[1:02:30] </w:t>
      </w:r>
      <w:r>
        <w:t>jo musalman pehle thay, wohi musalman aaj hain.</w:t>
      </w:r>
    </w:p>
    <w:p>
      <w:pPr>
        <w:jc w:val="right"/>
      </w:pPr>
      <w:r>
        <w:t>جو مسلمان پہلے تھے، وہی مسلمان آج ہیں۔</w:t>
      </w:r>
    </w:p>
    <w:p>
      <w:r>
        <w:rPr>
          <w:b/>
        </w:rPr>
        <w:t xml:space="preserve">[1:02:35] </w:t>
      </w:r>
      <w:r>
        <w:t>is is mafrooze ko khatam karna pare ga.</w:t>
      </w:r>
    </w:p>
    <w:p>
      <w:pPr>
        <w:jc w:val="right"/>
      </w:pPr>
      <w:r>
        <w:t>اس اس مفروضے کو ختم کرنا پڑے گا۔</w:t>
      </w:r>
    </w:p>
    <w:p>
      <w:r>
        <w:rPr>
          <w:b/>
        </w:rPr>
        <w:t xml:space="preserve">[1:02:41] </w:t>
      </w:r>
      <w:r>
        <w:t>yeh manna pare ga ke musalman apne daur-e-zawaal mein hain aur humein shuru se un ki islaah</w:t>
      </w:r>
    </w:p>
    <w:p>
      <w:pPr>
        <w:jc w:val="right"/>
      </w:pPr>
      <w:r>
        <w:t>یہ ماننا پڑے گا کہ مسلمان اپنے دور زوال میں ہیں اور ہمیں شروع سے ان کی اصلاح</w:t>
      </w:r>
    </w:p>
    <w:p>
      <w:r>
        <w:rPr>
          <w:b/>
        </w:rPr>
        <w:t xml:space="preserve">[1:02:46] </w:t>
      </w:r>
      <w:r>
        <w:t>karni hai, phir se revive karna hai.</w:t>
      </w:r>
    </w:p>
    <w:p>
      <w:pPr>
        <w:jc w:val="right"/>
      </w:pPr>
      <w:r>
        <w:t>کرنی ہے، پھر سے revive کرنا ہے۔</w:t>
      </w:r>
    </w:p>
    <w:p>
      <w:r>
        <w:rPr>
          <w:b/>
        </w:rPr>
        <w:t xml:space="preserve">[1:02:52] </w:t>
      </w:r>
      <w:r>
        <w:t>maulana, agla sawal dhampur se mehtab sahib ne kiya hai.</w:t>
      </w:r>
    </w:p>
    <w:p>
      <w:pPr>
        <w:jc w:val="right"/>
      </w:pPr>
      <w:r>
        <w:t>مولانا، اگلا سوال دھامپور سے مہتاب صاحب نے کیا ہے۔</w:t>
      </w:r>
    </w:p>
    <w:p>
      <w:r>
        <w:rPr>
          <w:b/>
        </w:rPr>
        <w:t xml:space="preserve">[1:02:57] </w:t>
      </w:r>
      <w:r>
        <w:t>unhon ne aap se poocha hai ke musalmanon ki is bekhabari ka kaun zimmedaar hain jis</w:t>
      </w:r>
    </w:p>
    <w:p>
      <w:pPr>
        <w:jc w:val="right"/>
      </w:pPr>
      <w:r>
        <w:t>انہوں نے آپ سے پوچھا ہے کہ مسلمانوں کی اس بے خبری کا کون ذمہ دار ہیں جس</w:t>
      </w:r>
    </w:p>
    <w:p>
      <w:r>
        <w:rPr>
          <w:b/>
        </w:rPr>
        <w:t xml:space="preserve">[1:03:03] </w:t>
      </w:r>
      <w:r>
        <w:t>mein aaj musalman mubtala hain? Is ke baray mein bataein.</w:t>
      </w:r>
    </w:p>
    <w:p>
      <w:pPr>
        <w:jc w:val="right"/>
      </w:pPr>
      <w:r>
        <w:t>میں آج مسلمان مبتلا ہیں؟ اس کے بارے میں بتائیں۔</w:t>
      </w:r>
    </w:p>
    <w:p>
      <w:r>
        <w:rPr>
          <w:b/>
        </w:rPr>
        <w:t xml:space="preserve">[1:03:08] </w:t>
      </w:r>
      <w:r>
        <w:t>is ke zimmedaar to wohi log hain jo so called leader hain, mister bhi aur molvi bhi dono.</w:t>
      </w:r>
    </w:p>
    <w:p>
      <w:pPr>
        <w:jc w:val="right"/>
      </w:pPr>
      <w:r>
        <w:t>اس کے ذمہ دار تو وہی لوگ ہیں جو so called leader ہیں، مسٹر بھی اور مولوی بھی دونوں۔</w:t>
      </w:r>
    </w:p>
    <w:p>
      <w:r>
        <w:rPr>
          <w:b/>
        </w:rPr>
        <w:t xml:space="preserve">[1:03:14] </w:t>
      </w:r>
      <w:r>
        <w:t>yani hadees mein kaha gaya tha ke وَعَلَى الْعَاقِلِ أَنْ يَكُونَ بَصِيرًا بِذَبَانِهِ yeh farz tha ke daur</w:t>
      </w:r>
    </w:p>
    <w:p>
      <w:pPr>
        <w:jc w:val="right"/>
      </w:pPr>
      <w:r>
        <w:t>یعنی حدیث میں کہا گیا تھا کہ وَعَلَى الْعَاقِلِ أَنْ يَكُونَ بَصِيرًا بِذَبَانِهِ یہ فرض تھا کہ دور</w:t>
      </w:r>
    </w:p>
    <w:p>
      <w:r>
        <w:rPr>
          <w:b/>
        </w:rPr>
        <w:t xml:space="preserve">[1:03:19] </w:t>
      </w:r>
      <w:r>
        <w:t>jadeed ka muta'ala kar ke samjha jaye is ko.</w:t>
      </w:r>
    </w:p>
    <w:p>
      <w:pPr>
        <w:jc w:val="right"/>
      </w:pPr>
      <w:r>
        <w:t>جدید کا مطالعہ کر کے سمجھا جائے اس کو۔</w:t>
      </w:r>
    </w:p>
    <w:p>
      <w:r>
        <w:rPr>
          <w:b/>
        </w:rPr>
        <w:t xml:space="preserve">[1:03:25] </w:t>
      </w:r>
      <w:r>
        <w:t>lekin mere ilm ke mutabiq koi aik bhi musalman, urf se ajab tak, aisa nahi hai jis ne</w:t>
      </w:r>
    </w:p>
    <w:p>
      <w:pPr>
        <w:jc w:val="right"/>
      </w:pPr>
      <w:r>
        <w:t>لیکن میرے علم کے مطابق کوئی ایک بھی مسلمان، عرف سے عجب تک، ایسا نہیں ہے جس نے</w:t>
      </w:r>
    </w:p>
    <w:p>
      <w:r>
        <w:rPr>
          <w:b/>
        </w:rPr>
        <w:t xml:space="preserve">[1:03:31] </w:t>
      </w:r>
      <w:r>
        <w:t>is liye muta'ala kiya ho ke woh samjhe ke what is daur jadeed to bekhabar hai, bekhabar hai.</w:t>
      </w:r>
    </w:p>
    <w:p>
      <w:pPr>
        <w:jc w:val="right"/>
      </w:pPr>
      <w:r>
        <w:t>اس لیے مطالعہ کیا ہو کہ وہ سمجھے کہ what is دور جدید تو بے خبر ہے، بے خبر ہے۔</w:t>
      </w:r>
    </w:p>
    <w:p>
      <w:r>
        <w:rPr>
          <w:b/>
        </w:rPr>
        <w:t xml:space="preserve">[1:03:36] </w:t>
      </w:r>
      <w:r>
        <w:t>apni bekhabari mein unhon ne yahi sab bataya ke islamophobia aur maghrib ke log hamare khilaaf</w:t>
      </w:r>
    </w:p>
    <w:p>
      <w:pPr>
        <w:jc w:val="right"/>
      </w:pPr>
      <w:r>
        <w:t>اپنی بے خبری میں انہوں نے یہی سب بتایا کہ اسلامو فوبیا اور مغرب کے لوگ ہمارے خلاف</w:t>
      </w:r>
    </w:p>
    <w:p>
      <w:r>
        <w:rPr>
          <w:b/>
        </w:rPr>
        <w:t xml:space="preserve">[1:03:42] </w:t>
      </w:r>
      <w:r>
        <w:t>saazish karte hain.</w:t>
      </w:r>
    </w:p>
    <w:p>
      <w:pPr>
        <w:jc w:val="right"/>
      </w:pPr>
      <w:r>
        <w:t>سازش کرتے ہیں۔</w:t>
      </w:r>
    </w:p>
    <w:p>
      <w:r>
        <w:rPr>
          <w:b/>
        </w:rPr>
        <w:t xml:space="preserve">[1:03:47] </w:t>
      </w:r>
      <w:r>
        <w:t>sab jhooti baatein hain, bilkul jhooti baatein hain.</w:t>
      </w:r>
    </w:p>
    <w:p>
      <w:pPr>
        <w:jc w:val="right"/>
      </w:pPr>
      <w:r>
        <w:t>سب جھوٹی باتیں ہیں، بالکل جھوٹی باتیں ہیں۔</w:t>
      </w:r>
    </w:p>
    <w:p>
      <w:r>
        <w:rPr>
          <w:b/>
        </w:rPr>
        <w:t xml:space="preserve">[1:03:53] </w:t>
      </w:r>
      <w:r>
        <w:t>basely, basely, maghrib ke log poori insaniyat ke muhsin hain.</w:t>
      </w:r>
    </w:p>
    <w:p>
      <w:pPr>
        <w:jc w:val="right"/>
      </w:pPr>
      <w:r>
        <w:t>بیسلی، بیسلی، مغرب کے لوگ پوری انسانیت کے محسن ہیں۔</w:t>
      </w:r>
    </w:p>
    <w:p>
      <w:r>
        <w:rPr>
          <w:b/>
        </w:rPr>
        <w:t xml:space="preserve">[1:03:58] </w:t>
      </w:r>
      <w:r>
        <w:t>main saaf kehta hoon ke maghrib ki qaumein poori insaniyat ke liye benefactor hain.</w:t>
      </w:r>
    </w:p>
    <w:p>
      <w:pPr>
        <w:jc w:val="right"/>
      </w:pPr>
      <w:r>
        <w:t>میں صاف کہتا ہوں کہ مغرب کی قومیں پوری انسانیت کے لیے benefactor ہیں۔</w:t>
      </w:r>
    </w:p>
    <w:p>
      <w:r>
        <w:rPr>
          <w:b/>
        </w:rPr>
        <w:t xml:space="preserve">[1:04:04] </w:t>
      </w:r>
      <w:r>
        <w:t>unhon ne hum ko technology di, unhon ne hum ko ma'awin taraqqiyan dein.</w:t>
      </w:r>
    </w:p>
    <w:p>
      <w:pPr>
        <w:jc w:val="right"/>
      </w:pPr>
      <w:r>
        <w:t>انہوں نے ہم کو ٹیکنالوجی دی، انہوں نے ہم کو معاون ترقیاں دیں۔</w:t>
      </w:r>
    </w:p>
    <w:p>
      <w:r>
        <w:rPr>
          <w:b/>
        </w:rPr>
        <w:t xml:space="preserve">[1:04:09] </w:t>
      </w:r>
      <w:r>
        <w:t>unhon ne daur jadeed, unhon ne daur qadeem se aik naya daur paida kiya jis ko hum kehte hain civilization.</w:t>
      </w:r>
    </w:p>
    <w:p>
      <w:pPr>
        <w:jc w:val="right"/>
      </w:pPr>
      <w:r>
        <w:t>انہوں نے دور جدید، انہوں نے دور قدیم سے ایک نیا دور پیدا کیا جس کو ہم کہتے ہیں civilization۔</w:t>
      </w:r>
    </w:p>
    <w:p>
      <w:r>
        <w:rPr>
          <w:b/>
        </w:rPr>
        <w:t xml:space="preserve">[1:04:15] </w:t>
      </w:r>
      <w:r>
        <w:t>woh to muhsin hain, lekin hamare ulama, hamare mister dono, yani iqbal jaise log jo mister the aur</w:t>
      </w:r>
    </w:p>
    <w:p>
      <w:pPr>
        <w:jc w:val="right"/>
      </w:pPr>
      <w:r>
        <w:t>وہ تو محسن ہیں، لیکن ہمارے علماء، ہمارے مسٹر دونوں، یعنی اقبال جیسے لوگ جو مسٹر تھے اور</w:t>
      </w:r>
    </w:p>
    <w:p>
      <w:r>
        <w:rPr>
          <w:b/>
        </w:rPr>
        <w:t xml:space="preserve">[1:04:20] </w:t>
      </w:r>
      <w:r>
        <w:t>ulama, dono ne yahi kaha ke maghrib hamara dushman hai. Dono ne.</w:t>
      </w:r>
    </w:p>
    <w:p>
      <w:pPr>
        <w:jc w:val="right"/>
      </w:pPr>
      <w:r>
        <w:t>علماء، دونوں نے یہی کہا کہ مغرب ہمارا دشمن ہے۔ دونوں نے۔</w:t>
      </w:r>
    </w:p>
    <w:p>
      <w:r>
        <w:rPr>
          <w:b/>
        </w:rPr>
        <w:t xml:space="preserve">[1:04:26] </w:t>
      </w:r>
      <w:r>
        <w:t>ab yeh mujhe aik shakhs bhi nahi maloom jis ne yeh kaha ho ke maghrib ka bohat bara contribution hai.</w:t>
      </w:r>
    </w:p>
    <w:p>
      <w:pPr>
        <w:jc w:val="right"/>
      </w:pPr>
      <w:r>
        <w:t>اب یہ مجھے ایک شخص بھی نہیں معلوم جس نے یہ کہا ہو کہ مغرب کا بہت بڑا contribution ہے۔</w:t>
      </w:r>
    </w:p>
    <w:p>
      <w:r>
        <w:rPr>
          <w:b/>
        </w:rPr>
        <w:t xml:space="preserve">[1:04:31] </w:t>
      </w:r>
      <w:r>
        <w:t>un ka ehsaan maano aur un ke liye dua karo, un ki hidayat ki koshish karo.</w:t>
      </w:r>
    </w:p>
    <w:p>
      <w:pPr>
        <w:jc w:val="right"/>
      </w:pPr>
      <w:r>
        <w:t>ان کا احسان مانو اور ان کے لیے دعا کرو، ان کی ہدایت کی کوشش کرو۔</w:t>
      </w:r>
    </w:p>
    <w:p>
      <w:r>
        <w:rPr>
          <w:b/>
        </w:rPr>
        <w:t xml:space="preserve">[1:04:37] </w:t>
      </w:r>
      <w:r>
        <w:t>isi ka raziya bhugat rahay hain.</w:t>
      </w:r>
    </w:p>
    <w:p>
      <w:pPr>
        <w:jc w:val="right"/>
      </w:pPr>
      <w:r>
        <w:t>اسی کا رضیہ بھگت رہے ہیں۔</w:t>
      </w:r>
    </w:p>
    <w:p>
      <w:r>
        <w:rPr>
          <w:b/>
        </w:rPr>
        <w:t xml:space="preserve">[1:04:42] </w:t>
      </w:r>
      <w:r>
        <w:t>maulana, agla sawal lete hain jo miss nadia aslam ne bheja hai.</w:t>
      </w:r>
    </w:p>
    <w:p>
      <w:pPr>
        <w:jc w:val="right"/>
      </w:pPr>
      <w:r>
        <w:t>مولانا، اگلا سوال لیتے ہیں جو مس نادیہ اسلم نے بھیجا ہے۔</w:t>
      </w:r>
    </w:p>
    <w:p>
      <w:r>
        <w:rPr>
          <w:b/>
        </w:rPr>
        <w:t xml:space="preserve">[1:04:48] </w:t>
      </w:r>
      <w:r>
        <w:t>unhon ne apni location nahi likhi hai.</w:t>
      </w:r>
    </w:p>
    <w:p>
      <w:pPr>
        <w:jc w:val="right"/>
      </w:pPr>
      <w:r>
        <w:t>انہوں نے اپنی location نہیں لکھی ہے۔</w:t>
      </w:r>
    </w:p>
    <w:p>
      <w:r>
        <w:rPr>
          <w:b/>
        </w:rPr>
        <w:t xml:space="preserve">[1:04:53] </w:t>
      </w:r>
      <w:r>
        <w:t>in ka sawal hai Life is so difficult and I have no ability to manage people and deal with them.</w:t>
      </w:r>
    </w:p>
    <w:p>
      <w:pPr>
        <w:jc w:val="right"/>
      </w:pPr>
      <w:r>
        <w:t>ان کا سوال ہے Life is so difficult and I have no ability to manage people and deal with them.</w:t>
      </w:r>
    </w:p>
    <w:p>
      <w:r>
        <w:rPr>
          <w:b/>
        </w:rPr>
        <w:t xml:space="preserve">[1:04:59] </w:t>
      </w:r>
      <w:r>
        <w:t>How can I make myself confident according to Islam?</w:t>
      </w:r>
    </w:p>
    <w:p>
      <w:pPr>
        <w:jc w:val="right"/>
      </w:pPr>
      <w:r>
        <w:t>How can I make myself confident according to Islam?</w:t>
      </w:r>
    </w:p>
    <w:p>
      <w:r>
        <w:rPr>
          <w:b/>
        </w:rPr>
        <w:t xml:space="preserve">[1:05:05] </w:t>
      </w:r>
      <w:r>
        <w:t>How to lead this life according to Allah's will?</w:t>
      </w:r>
    </w:p>
    <w:p>
      <w:pPr>
        <w:jc w:val="right"/>
      </w:pPr>
      <w:r>
        <w:t>How to lead this life according to Allah's will?</w:t>
      </w:r>
    </w:p>
    <w:p>
      <w:r>
        <w:rPr>
          <w:b/>
        </w:rPr>
        <w:t xml:space="preserve">[1:05:11] </w:t>
      </w:r>
      <w:r>
        <w:t>Maulana sahib, please advise me on this.</w:t>
      </w:r>
    </w:p>
    <w:p>
      <w:pPr>
        <w:jc w:val="right"/>
      </w:pPr>
      <w:r>
        <w:t>مولانا صاحب، please advise me on this.</w:t>
      </w:r>
    </w:p>
    <w:p>
      <w:r>
        <w:rPr>
          <w:b/>
        </w:rPr>
        <w:t xml:space="preserve">[1:05:18] </w:t>
      </w:r>
      <w:r>
        <w:t>dekhen, life bohat aasan hai, har giz difficult nahi hai.</w:t>
      </w:r>
    </w:p>
    <w:p>
      <w:pPr>
        <w:jc w:val="right"/>
      </w:pPr>
      <w:r>
        <w:t>دیکھیں، life بہت آسان ہے، ہرگز difficult نہیں ہے۔</w:t>
      </w:r>
    </w:p>
    <w:p>
      <w:r>
        <w:rPr>
          <w:b/>
        </w:rPr>
        <w:t xml:space="preserve">[1:05:24] </w:t>
      </w:r>
      <w:r>
        <w:t>janne ki baat hai, yani unawareness ko khatam karne ki baat hai.</w:t>
      </w:r>
    </w:p>
    <w:p>
      <w:pPr>
        <w:jc w:val="right"/>
      </w:pPr>
      <w:r>
        <w:t>جاننے کی بات ہے، یعنی unawareness کو ختم کرنے کی بات ہے۔</w:t>
      </w:r>
    </w:p>
    <w:p>
      <w:r>
        <w:rPr>
          <w:b/>
        </w:rPr>
        <w:t xml:space="preserve">[1:05:31] </w:t>
      </w:r>
      <w:r>
        <w:t>life bilkul aasan hai aur main aap ko kahunga ke meri do kitaben aap parhen.</w:t>
      </w:r>
    </w:p>
    <w:p>
      <w:pPr>
        <w:jc w:val="right"/>
      </w:pPr>
      <w:r>
        <w:t>life بالکل آسان ہے اور میں آپ کو کہوں گا کہ میری دو کتابیں آپ پڑھیں۔</w:t>
      </w:r>
    </w:p>
    <w:p>
      <w:r>
        <w:rPr>
          <w:b/>
        </w:rPr>
        <w:t xml:space="preserve">[1:05:37] </w:t>
      </w:r>
      <w:r>
        <w:t>do kitaben, agar aap ko English mein parhna hai to meri kitab parhiye "Moral Vision".</w:t>
      </w:r>
    </w:p>
    <w:p>
      <w:pPr>
        <w:jc w:val="right"/>
      </w:pPr>
      <w:r>
        <w:t>دو کتابیں، اگر آپ کو انگلش میں پڑھنا ہے تو میری کتاب پڑھئے "Moral Vision"۔</w:t>
      </w:r>
    </w:p>
    <w:p>
      <w:r>
        <w:rPr>
          <w:b/>
        </w:rPr>
        <w:t xml:space="preserve">[1:05:44] </w:t>
      </w:r>
      <w:r>
        <w:t>English mein parhna hai to "Moral Vision" aur agar Urdu mein parhna hai to "Aradah Hayat".</w:t>
      </w:r>
    </w:p>
    <w:p>
      <w:pPr>
        <w:jc w:val="right"/>
      </w:pPr>
      <w:r>
        <w:t>انگلش میں پڑھنا ہے تو "Moral Vision" اور اگر اردو میں پڑھنا ہے تو "ارادہ حیات"۔</w:t>
      </w:r>
    </w:p>
    <w:p>
      <w:r>
        <w:rPr>
          <w:b/>
        </w:rPr>
        <w:t xml:space="preserve">[1:05:50] </w:t>
      </w:r>
      <w:r>
        <w:t>aur bhi bohat si kitaben hain, lekin kam se kam do kitab mein aap ko suggest kar sakta</w:t>
      </w:r>
    </w:p>
    <w:p>
      <w:pPr>
        <w:jc w:val="right"/>
      </w:pPr>
      <w:r>
        <w:t>اور بھی بہت سی کتابیں ہیں، لیکن کم سے کم دو کتاب میں آپ کو suggest کر سکتا</w:t>
      </w:r>
    </w:p>
    <w:p>
      <w:r>
        <w:rPr>
          <w:b/>
        </w:rPr>
        <w:t xml:space="preserve">[1:05:57] </w:t>
      </w:r>
      <w:r>
        <w:t>hoon ke English mein parhna ho to "Moral Vision" parhiye, Urdu mein parhna ho to "Aradah Hayat" parhiye.</w:t>
      </w:r>
    </w:p>
    <w:p>
      <w:pPr>
        <w:jc w:val="right"/>
      </w:pPr>
      <w:r>
        <w:t>ہوں کہ انگلش میں پڑھنا ہو تو "Moral Vision" پڑھئے، اردو میں پڑھنا ہو تو "ارادہ حیات" پڑھئے۔</w:t>
      </w:r>
    </w:p>
    <w:p>
      <w:r>
        <w:rPr>
          <w:b/>
        </w:rPr>
        <w:t xml:space="preserve">[1:06:03] </w:t>
      </w:r>
      <w:r>
        <w:t>life to, yani ek hadith hai la tasubbud dahr antad dahr ke tum zamane ko bura na kaho,</w:t>
      </w:r>
    </w:p>
    <w:p>
      <w:pPr>
        <w:jc w:val="right"/>
      </w:pPr>
      <w:r>
        <w:t>life تو، یعنی ایک حدیث ہے لا تسبوا الدار أنت الدار کہ تم زمانے کو برا نہ کہو،</w:t>
      </w:r>
    </w:p>
    <w:p>
      <w:r>
        <w:rPr>
          <w:b/>
        </w:rPr>
        <w:t xml:space="preserve">[1:06:10] </w:t>
      </w:r>
      <w:r>
        <w:t>main hi to zamana hoon.</w:t>
      </w:r>
    </w:p>
    <w:p>
      <w:pPr>
        <w:jc w:val="right"/>
      </w:pPr>
      <w:r>
        <w:t>میں ہی تو زمانہ ہوں۔</w:t>
      </w:r>
    </w:p>
    <w:p>
      <w:r>
        <w:rPr>
          <w:b/>
        </w:rPr>
        <w:t xml:space="preserve">[1:06:16] </w:t>
      </w:r>
      <w:r>
        <w:t>Allah taala ne farmaya, hadith qudsi hai ye la tasubbud dahr antad dahr yani Allah taala ne farmaya</w:t>
      </w:r>
    </w:p>
    <w:p>
      <w:pPr>
        <w:jc w:val="right"/>
      </w:pPr>
      <w:r>
        <w:t>اللہ تعالیٰ نے فرمایا، حدیث قدسی ہے یہ لا تسبوا الدار أنت الدار یعنی اللہ تعالیٰ نے فرمایا</w:t>
      </w:r>
    </w:p>
    <w:p>
      <w:r>
        <w:rPr>
          <w:b/>
        </w:rPr>
        <w:t xml:space="preserve">[1:06:23] </w:t>
      </w:r>
      <w:r>
        <w:t>ke tum zamane ko bura na kaho, main hi to zamana hoon, main hi zamana create karta hoon.</w:t>
      </w:r>
    </w:p>
    <w:p>
      <w:pPr>
        <w:jc w:val="right"/>
      </w:pPr>
      <w:r>
        <w:t>کہ تم زمانے کو برا نہ کہو، میں ہی تو زمانہ ہوں، میں ہی زمانہ create کرتا ہوں۔</w:t>
      </w:r>
    </w:p>
    <w:p>
      <w:r>
        <w:rPr>
          <w:b/>
        </w:rPr>
        <w:t xml:space="preserve">[1:06:29] </w:t>
      </w:r>
      <w:r>
        <w:t>to aap bataiye ke maishati ka sawal kahan hai? maishati ka sawal kahan hai? maishati aap ki unawareness</w:t>
      </w:r>
    </w:p>
    <w:p>
      <w:pPr>
        <w:jc w:val="right"/>
      </w:pPr>
      <w:r>
        <w:t>تو آپ بتائیے کہ معیشتی کا سوال کہاں ہے؟ معیشتی کا سوال کہاں ہے؟ معیشتی آپ کی unawareness</w:t>
      </w:r>
    </w:p>
    <w:p>
      <w:r>
        <w:rPr>
          <w:b/>
        </w:rPr>
        <w:t xml:space="preserve">[1:06:36] </w:t>
      </w:r>
      <w:r>
        <w:t>mein hai, aap ki bekhabri mein hai aur isi bekhabri ko todne ke liye hamara mission hai.</w:t>
      </w:r>
    </w:p>
    <w:p>
      <w:pPr>
        <w:jc w:val="right"/>
      </w:pPr>
      <w:r>
        <w:t>میں ہے، آپ کی بے خبری میں ہے اور اسی بے خبری کو توڑنے کے لیے ہمارا mission ہے۔</w:t>
      </w:r>
    </w:p>
    <w:p>
      <w:r>
        <w:rPr>
          <w:b/>
        </w:rPr>
        <w:t xml:space="preserve">[1:06:42] </w:t>
      </w:r>
      <w:r>
        <w:t>to kam se kam ye do kitaben aap parhen "Moral Vision" aur "Aradah Hayat".</w:t>
      </w:r>
    </w:p>
    <w:p>
      <w:pPr>
        <w:jc w:val="right"/>
      </w:pPr>
      <w:r>
        <w:t>تو کم سے کم یہ دو کتابیں آپ پڑھیں "Moral Vision" اور "ارادہ حیات"۔</w:t>
      </w:r>
    </w:p>
    <w:p>
      <w:r>
        <w:rPr>
          <w:b/>
        </w:rPr>
        <w:t xml:space="preserve">[1:06:49] </w:t>
      </w:r>
      <w:r>
        <w:t>is ke baad aap farmayen agle Sunday ko kya farmate hain aap? theek hai.</w:t>
      </w:r>
    </w:p>
    <w:p>
      <w:pPr>
        <w:jc w:val="right"/>
      </w:pPr>
      <w:r>
        <w:t>اس کے بعد آپ فرمائیں اگلے Sunday کو کیا فرماتے ہیں آپ؟ ٹھیک ہے۔</w:t>
      </w:r>
    </w:p>
    <w:p>
      <w:r>
        <w:rPr>
          <w:b/>
        </w:rPr>
        <w:t xml:space="preserve">[1:06:55] </w:t>
      </w:r>
      <w:r>
        <w:t>Maulana, agla sawal Lucknow se Afzal sahib ne kiya hai aur unhon ne likha hai Maulana, you mentioned</w:t>
      </w:r>
    </w:p>
    <w:p>
      <w:pPr>
        <w:jc w:val="right"/>
      </w:pPr>
      <w:r>
        <w:t>مولانا، اگلا سوال لکھنؤ سے افضل صاحب نے کیا ہے اور انہوں نے لکھا ہے مولانا، you mentioned</w:t>
      </w:r>
    </w:p>
    <w:p>
      <w:r>
        <w:rPr>
          <w:b/>
        </w:rPr>
        <w:t xml:space="preserve">[1:07:02] </w:t>
      </w:r>
      <w:r>
        <w:t>that in Sahaba's time no one used to clap after prophet speech or address.</w:t>
      </w:r>
    </w:p>
    <w:p>
      <w:pPr>
        <w:jc w:val="right"/>
      </w:pPr>
      <w:r>
        <w:t>that in Sahaba's time no one used to clap after prophet speech or address.</w:t>
      </w:r>
    </w:p>
    <w:p>
      <w:r>
        <w:rPr>
          <w:b/>
        </w:rPr>
        <w:t xml:space="preserve">[1:07:09] </w:t>
      </w:r>
      <w:r>
        <w:t>This is really an eye opener to judge the present practices of Muslims. We should be modest and always go into contemplation. My question, Maulana sahib, is that how can we revive this Sahaba culture again in the present time? What will be your guidance to all of us?</w:t>
      </w:r>
    </w:p>
    <w:p>
      <w:pPr>
        <w:jc w:val="right"/>
      </w:pPr>
      <w:r>
        <w:t>This is really an eye opener to judge the present practices of Muslims. We should be modest and always go into contemplation. My question, مولانا صاحب, is that how can we revive this Sahaba culture again in the present time? What will be your guidance to all of us?</w:t>
      </w:r>
    </w:p>
    <w:p>
      <w:r>
        <w:rPr>
          <w:b/>
        </w:rPr>
        <w:t xml:space="preserve">[1:07:30] </w:t>
      </w:r>
      <w:r>
        <w:t>dekhen, is ko is ko kehte hain ahdas, nai baat nikalna.</w:t>
      </w:r>
    </w:p>
    <w:p>
      <w:pPr>
        <w:jc w:val="right"/>
      </w:pPr>
      <w:r>
        <w:t>دیکھیں، اس کو اس کو کہتے ہیں احداث، نئی بات نکالنا۔</w:t>
      </w:r>
    </w:p>
    <w:p>
      <w:r>
        <w:rPr>
          <w:b/>
        </w:rPr>
        <w:t xml:space="preserve">[1:07:36] </w:t>
      </w:r>
      <w:r>
        <w:t>man ahdatha fi amri hadha fahuwa raddun ye hadith hai man ahdatha fi amri hadha fahuwa raddun hamare</w:t>
      </w:r>
    </w:p>
    <w:p>
      <w:pPr>
        <w:jc w:val="right"/>
      </w:pPr>
      <w:r>
        <w:t>مَنْ أَحْدَثَ فِي أَمْرٍ هَذَا فَهُوَ رَدٌّ یہ حدیث ہے مَنْ أَحْدَثَ فِي أَمْرٍ هَذَا فَهُوَ رَدٌّ ہمارے</w:t>
      </w:r>
    </w:p>
    <w:p>
      <w:r>
        <w:rPr>
          <w:b/>
        </w:rPr>
        <w:t xml:space="preserve">[1:07:42] </w:t>
      </w:r>
      <w:r>
        <w:t>deen mein jo shakhs koi nai baat nikale to wo rejected hai.</w:t>
      </w:r>
    </w:p>
    <w:p>
      <w:pPr>
        <w:jc w:val="right"/>
      </w:pPr>
      <w:r>
        <w:t>دین میں جو شخص کوئی نئی بات نکالے تو وہ rejected ہے۔</w:t>
      </w:r>
    </w:p>
    <w:p>
      <w:r>
        <w:rPr>
          <w:b/>
        </w:rPr>
        <w:t xml:space="preserve">[1:07:48] </w:t>
      </w:r>
      <w:r>
        <w:t>to ye taliyan bajana ye to khula hua bidat hai.</w:t>
      </w:r>
    </w:p>
    <w:p>
      <w:pPr>
        <w:jc w:val="right"/>
      </w:pPr>
      <w:r>
        <w:t>تو یہ تالیاں بجانا یہ تو کھلا ہوا بدعت ہے۔</w:t>
      </w:r>
    </w:p>
    <w:p>
      <w:r>
        <w:rPr>
          <w:b/>
        </w:rPr>
        <w:t xml:space="preserve">[1:07:55] </w:t>
      </w:r>
      <w:r>
        <w:t>yani bidat woh cheez hai jo sahaba ke zamanay mein na rahi ho.</w:t>
      </w:r>
    </w:p>
    <w:p>
      <w:pPr>
        <w:jc w:val="right"/>
      </w:pPr>
      <w:r>
        <w:t>یعنی بدعت وہ چیز ہے جو صحابہ کے زمانے میں نہ رہی ہو۔</w:t>
      </w:r>
    </w:p>
    <w:p>
      <w:r>
        <w:rPr>
          <w:b/>
        </w:rPr>
        <w:t xml:space="preserve">[1:08:01] </w:t>
      </w:r>
      <w:r>
        <w:t>ab baat ko pata kijiye to jab rasool Allah ne farma diya ke man ahdasa fi amr hadha</w:t>
      </w:r>
    </w:p>
    <w:p>
      <w:pPr>
        <w:jc w:val="right"/>
      </w:pPr>
      <w:r>
        <w:t>اب بات کو پتہ کیجئے تو جب رسول اللہ نے فرما دیا کہ مَنْ أَحْدَثَ فِي أَمْرٍ هَذَا</w:t>
      </w:r>
    </w:p>
    <w:p>
      <w:r>
        <w:rPr>
          <w:b/>
        </w:rPr>
        <w:t xml:space="preserve">[1:08:07] </w:t>
      </w:r>
      <w:r>
        <w:t>ma laisa min farz jo hamare deen mein aisi baat nikale jo rasool aur sahaba rasool ke zamanay</w:t>
      </w:r>
    </w:p>
    <w:p>
      <w:pPr>
        <w:jc w:val="right"/>
      </w:pPr>
      <w:r>
        <w:t>مَا لَيْسَ مِنْ فَرَضٍ جو ہمارے دین میں ایسی بات نکالے جو رسول اور صحابہ رسول کے زمانے</w:t>
      </w:r>
    </w:p>
    <w:p>
      <w:r>
        <w:rPr>
          <w:b/>
        </w:rPr>
        <w:t xml:space="preserve">[1:08:13] </w:t>
      </w:r>
      <w:r>
        <w:t>mein na rahi ho to radd hai.</w:t>
      </w:r>
    </w:p>
    <w:p>
      <w:pPr>
        <w:jc w:val="right"/>
      </w:pPr>
      <w:r>
        <w:t>میں نہ رہی ہو تو رد ہے۔</w:t>
      </w:r>
    </w:p>
    <w:p>
      <w:r>
        <w:rPr>
          <w:b/>
        </w:rPr>
        <w:t xml:space="preserve">[1:08:20] </w:t>
      </w:r>
      <w:r>
        <w:t>radd ki jayegi.</w:t>
      </w:r>
    </w:p>
    <w:p>
      <w:pPr>
        <w:jc w:val="right"/>
      </w:pPr>
      <w:r>
        <w:t>رد کی جائے گی۔</w:t>
      </w:r>
    </w:p>
    <w:p>
      <w:r>
        <w:rPr>
          <w:b/>
        </w:rPr>
        <w:t xml:space="preserve">[1:08:26] </w:t>
      </w:r>
      <w:r>
        <w:t>to bataiye, is is is culture ko mein ke aap fan bane hue hain, khud is ka hissa</w:t>
      </w:r>
    </w:p>
    <w:p>
      <w:pPr>
        <w:jc w:val="right"/>
      </w:pPr>
      <w:r>
        <w:t>تو بتائیے، اس اس اس culture کو میں کہ آپ fan بنے ہوئے ہیں، خود اس کا حصہ</w:t>
      </w:r>
    </w:p>
    <w:p>
      <w:r>
        <w:rPr>
          <w:b/>
        </w:rPr>
        <w:t xml:space="preserve">[1:08:32] </w:t>
      </w:r>
      <w:r>
        <w:t>bane hue hain, yeh to Allah taala ki bohat bara yani risk le rahe hain ke Allah ka</w:t>
      </w:r>
    </w:p>
    <w:p>
      <w:pPr>
        <w:jc w:val="right"/>
      </w:pPr>
      <w:r>
        <w:t>بنے ہوئے ہیں، یہ تو اللہ تعالیٰ کی بہت بڑا یعنی risk لے رہے ہیں کہ اللہ کا</w:t>
      </w:r>
    </w:p>
    <w:p>
      <w:r>
        <w:rPr>
          <w:b/>
        </w:rPr>
        <w:t xml:space="preserve">[1:08:38] </w:t>
      </w:r>
      <w:r>
        <w:t>ghazab na ho aap ke upar.</w:t>
      </w:r>
    </w:p>
    <w:p>
      <w:pPr>
        <w:jc w:val="right"/>
      </w:pPr>
      <w:r>
        <w:t>غضب نہ ہو آپ کے اوپر۔</w:t>
      </w:r>
    </w:p>
    <w:p>
      <w:r>
        <w:rPr>
          <w:b/>
        </w:rPr>
        <w:t xml:space="preserve">[1:08:45] </w:t>
      </w:r>
      <w:r>
        <w:t>yani jo cheez rasool Allah ke ke nazdeek bidat hai, us par aap taliyan bajate hain.</w:t>
      </w:r>
    </w:p>
    <w:p>
      <w:pPr>
        <w:jc w:val="right"/>
      </w:pPr>
      <w:r>
        <w:t>یعنی جو چیز رسول اللہ کے کے نزدیک بدعت ہے، اس پر آپ تالیاں بجاتے ہیں۔</w:t>
      </w:r>
    </w:p>
    <w:p>
      <w:r>
        <w:rPr>
          <w:b/>
        </w:rPr>
        <w:t xml:space="preserve">[1:08:51] </w:t>
      </w:r>
      <w:r>
        <w:t>to hazrat ek sahabi ne kaha tha, woh Saad bin Abdullah ibn Abbas ne ke is tarah ki</w:t>
      </w:r>
    </w:p>
    <w:p>
      <w:pPr>
        <w:jc w:val="right"/>
      </w:pPr>
      <w:r>
        <w:t>تو حضرت ایک صحابی نے کہا تھا، وہ سعد بن عبداللہ ابن عباس نے کہ اس طرح کی</w:t>
      </w:r>
    </w:p>
    <w:p>
      <w:r>
        <w:rPr>
          <w:b/>
        </w:rPr>
        <w:t xml:space="preserve">[1:08:57] </w:t>
      </w:r>
      <w:r>
        <w:t>cheezon ko par unhone kaha tha ke mujhe dar hai ke kahin tumhare upar aasman toot na pade.</w:t>
      </w:r>
    </w:p>
    <w:p>
      <w:pPr>
        <w:jc w:val="right"/>
      </w:pPr>
      <w:r>
        <w:t>چیزوں کو پر انہوں نے کہا تھا کہ مجھے ڈر ہے کہ کہیں تمہارے اوپر آسمان ٹوٹ نہ پڑے۔</w:t>
      </w:r>
    </w:p>
    <w:p>
      <w:r>
        <w:rPr>
          <w:b/>
        </w:rPr>
        <w:t xml:space="preserve">[1:09:03] </w:t>
      </w:r>
      <w:r>
        <w:t>tabeen ke zamanay mein yeh kaha tha ke is tarah ki cheezon par jo tum khush ho rahe</w:t>
      </w:r>
    </w:p>
    <w:p>
      <w:pPr>
        <w:jc w:val="right"/>
      </w:pPr>
      <w:r>
        <w:t>تابعین کے زمانے میں یہ کہا تھا کہ اس طرح کی چیزوں پر جو تم خوش ہو رہے</w:t>
      </w:r>
    </w:p>
    <w:p>
      <w:r>
        <w:rPr>
          <w:b/>
        </w:rPr>
        <w:t xml:space="preserve">[1:09:10] </w:t>
      </w:r>
      <w:r>
        <w:t>ho, mujhe dar hai ke kahin aasman tumhare upar toot na pade aur tum halak ho jao.</w:t>
      </w:r>
    </w:p>
    <w:p>
      <w:pPr>
        <w:jc w:val="right"/>
      </w:pPr>
      <w:r>
        <w:t>ہو، مجھے ڈر ہے کہ کہیں آسمان تمہارے اوپر ٹوٹ نہ پڑے اور تم ہلاک ہو جاؤ۔</w:t>
      </w:r>
    </w:p>
    <w:p>
      <w:r>
        <w:rPr>
          <w:b/>
        </w:rPr>
        <w:t xml:space="preserve">[1:09:16] </w:t>
      </w:r>
      <w:r>
        <w:t>to musalmanon ko is ke sath koi choice nahi ke woh reassess karen, reexamine karen, koi doosra choice nahi.</w:t>
      </w:r>
    </w:p>
    <w:p>
      <w:pPr>
        <w:jc w:val="right"/>
      </w:pPr>
      <w:r>
        <w:t>تو مسلمانوں کو اس کے ساتھ کوئی choice نہیں کہ وہ reassess کریں، reexamine کریں، کوئی دوسرا choice نہیں۔</w:t>
      </w:r>
    </w:p>
    <w:p>
      <w:r>
        <w:rPr>
          <w:b/>
        </w:rPr>
        <w:t xml:space="preserve">[1:09:22] </w:t>
      </w:r>
      <w:r>
        <w:t>Maulana, agla sawal Karachi Pakistan se Abdul Wahid sahib ne kiya hai aur unhone aap se poocha hai</w:t>
      </w:r>
    </w:p>
    <w:p>
      <w:pPr>
        <w:jc w:val="right"/>
      </w:pPr>
      <w:r>
        <w:t>مولانا، اگلا سوال کراچی پاکستان سے عبدالوحید صاحب نے کیا ہے اور انہوں نے آپ سے پوچھا ہے</w:t>
      </w:r>
    </w:p>
    <w:p>
      <w:r>
        <w:rPr>
          <w:b/>
        </w:rPr>
        <w:t xml:space="preserve">[1:09:28] </w:t>
      </w:r>
      <w:r>
        <w:t>ke Maulana sahib how can west be our ideal please comment on this kya matlab? Hamara haan, hum</w:t>
      </w:r>
    </w:p>
    <w:p>
      <w:pPr>
        <w:jc w:val="right"/>
      </w:pPr>
      <w:r>
        <w:t>کہ مولانا صاحب how can west be our ideal please comment on this کیا مطلب؟ ہمارا ہاں، ہم</w:t>
      </w:r>
    </w:p>
    <w:p>
      <w:r>
        <w:rPr>
          <w:b/>
        </w:rPr>
        <w:t xml:space="preserve">[1:09:35] </w:t>
      </w:r>
      <w:r>
        <w:t>ne border kahan kaha hai? Ji, hum ne yeh kaha ke woh ideal hai.</w:t>
      </w:r>
    </w:p>
    <w:p>
      <w:pPr>
        <w:jc w:val="right"/>
      </w:pPr>
      <w:r>
        <w:t>نے بارڈر کہاں کہا ہے؟ جی، ہم نے یہ کہا کہ وہ ideal ہے۔</w:t>
      </w:r>
    </w:p>
    <w:p>
      <w:r>
        <w:rPr>
          <w:b/>
        </w:rPr>
        <w:t xml:space="preserve">[1:09:41] </w:t>
      </w:r>
      <w:r>
        <w:t>Ji, yeh to hum ne kaha nahi, ideal to rasool Allah hain.</w:t>
      </w:r>
    </w:p>
    <w:p>
      <w:pPr>
        <w:jc w:val="right"/>
      </w:pPr>
      <w:r>
        <w:t>جی، یہ تو ہم نے کہا نہیں، ideal تو رسول اللہ ہیں۔</w:t>
      </w:r>
    </w:p>
    <w:p>
      <w:r>
        <w:rPr>
          <w:b/>
        </w:rPr>
        <w:t xml:space="preserve">[1:09:47] </w:t>
      </w:r>
      <w:r>
        <w:t>Ji, hain in ka contribution west ka contribution history mein hai development ke baray mein.</w:t>
      </w:r>
    </w:p>
    <w:p>
      <w:pPr>
        <w:jc w:val="right"/>
      </w:pPr>
      <w:r>
        <w:t>جی، ہیں ان کا contribution west کا contribution history میں ہے development کے بارے میں۔</w:t>
      </w:r>
    </w:p>
    <w:p>
      <w:r>
        <w:rPr>
          <w:b/>
        </w:rPr>
        <w:t xml:space="preserve">[1:09:53] </w:t>
      </w:r>
      <w:r>
        <w:t>Ji, tehzeeb ka development jo hai, is technology ka jo development hai, industry ka jo development hai, is</w:t>
      </w:r>
    </w:p>
    <w:p>
      <w:pPr>
        <w:jc w:val="right"/>
      </w:pPr>
      <w:r>
        <w:t>جی، تہذیب کا development جو ہے، اس ٹیکنالوجی کا جو development ہے، industry کا جو development ہے، اس</w:t>
      </w:r>
    </w:p>
    <w:p>
      <w:r>
        <w:rPr>
          <w:b/>
        </w:rPr>
        <w:t xml:space="preserve">[1:10:00] </w:t>
      </w:r>
      <w:r>
        <w:t>mein in ka west ka contribution hai, woh hum sab is se faida utha rahe hain.</w:t>
      </w:r>
    </w:p>
    <w:p>
      <w:pPr>
        <w:jc w:val="right"/>
      </w:pPr>
      <w:r>
        <w:t>میں ان کا west کا contribution ہے، وہ ہم سب اس سے فائدہ اٹھا رہے ہیں۔</w:t>
      </w:r>
    </w:p>
    <w:p>
      <w:r>
        <w:rPr>
          <w:b/>
        </w:rPr>
        <w:t xml:space="preserve">[1:10:06] </w:t>
      </w:r>
      <w:r>
        <w:t>to yeh etraf kijiye ke hum faida utha rahe hain.</w:t>
      </w:r>
    </w:p>
    <w:p>
      <w:pPr>
        <w:jc w:val="right"/>
      </w:pPr>
      <w:r>
        <w:t>تو یہ اعتراف کیجئے کہ ہم فائدہ اٹھا رہے ہیں۔</w:t>
      </w:r>
    </w:p>
    <w:p>
      <w:r>
        <w:rPr>
          <w:b/>
        </w:rPr>
        <w:t xml:space="preserve">[1:10:12] </w:t>
      </w:r>
      <w:r>
        <w:t>Ji, is ko bura kyun kehte hain? Woh benefactor ko shayad ideal ke sense mein samajh rahe hain</w:t>
      </w:r>
    </w:p>
    <w:p>
      <w:pPr>
        <w:jc w:val="right"/>
      </w:pPr>
      <w:r>
        <w:t>جی، اس کو برا کیوں کہتے ہیں؟ وہ benefactor کو شاید ideal کے sense میں سمجھ رہے ہیں</w:t>
      </w:r>
    </w:p>
    <w:p>
      <w:r>
        <w:rPr>
          <w:b/>
        </w:rPr>
        <w:t xml:space="preserve">[1:10:19] </w:t>
      </w:r>
      <w:r>
        <w:t>ke jab aap ne kaha ke woh benefactor hai, benefactor ke mani hote hain mohsin, ideal nahi.</w:t>
      </w:r>
    </w:p>
    <w:p>
      <w:pPr>
        <w:jc w:val="right"/>
      </w:pPr>
      <w:r>
        <w:t>کہ جب آپ نے کہا کہ وہ benefactor ہے، benefactor کے معنی ہوتے ہیں محسن، ideal نہیں۔</w:t>
      </w:r>
    </w:p>
    <w:p>
      <w:r>
        <w:rPr>
          <w:b/>
        </w:rPr>
        <w:t xml:space="preserve">[1:10:25] </w:t>
      </w:r>
      <w:r>
        <w:t>Ji, mohsin is mani mein, tehzeeb ke mani mein, yeh tehzeeb jo hai, jis ko hum civilization kehte</w:t>
      </w:r>
    </w:p>
    <w:p>
      <w:pPr>
        <w:jc w:val="right"/>
      </w:pPr>
      <w:r>
        <w:t>جی، محسن اس معنی میں، تہذیب کے معنی میں، یہ تہذیب جو ہے، جس کو ہم civilization کہتے</w:t>
      </w:r>
    </w:p>
    <w:p>
      <w:r>
        <w:rPr>
          <w:b/>
        </w:rPr>
        <w:t xml:space="preserve">[1:10:31] </w:t>
      </w:r>
      <w:r>
        <w:t>hain, woh kis ne paida ki hai? Hum, hum, aap sab log is hadith se faida utha rahe hain.</w:t>
      </w:r>
    </w:p>
    <w:p>
      <w:pPr>
        <w:jc w:val="right"/>
      </w:pPr>
      <w:r>
        <w:t>ہیں، وہ کس نے پیدا کی ہے؟ ہم، ہم، آپ سب لوگ اس حدیث سے فائدہ اٹھا رہے ہیں۔</w:t>
      </w:r>
    </w:p>
    <w:p>
      <w:r>
        <w:rPr>
          <w:b/>
        </w:rPr>
        <w:t xml:space="preserve">[1:10:37] </w:t>
      </w:r>
      <w:r>
        <w:t>Kaun hai jo hawa jahaz se safar na karta ho? Kaun hai jo car se safar na karta</w:t>
      </w:r>
    </w:p>
    <w:p>
      <w:pPr>
        <w:jc w:val="right"/>
      </w:pPr>
      <w:r>
        <w:t>کون ہے جو ہوا جہاز سے سفر نہ کرتا ہو؟ کون ہے جو کار سے سفر نہ کرتا</w:t>
      </w:r>
    </w:p>
    <w:p>
      <w:r>
        <w:rPr>
          <w:b/>
        </w:rPr>
        <w:t xml:space="preserve">[1:10:44] </w:t>
      </w:r>
      <w:r>
        <w:t>ho? Kaun hai jo mobile istemal na karta ho? To aap is, is, is ka jo contribution hai,</w:t>
      </w:r>
    </w:p>
    <w:p>
      <w:pPr>
        <w:jc w:val="right"/>
      </w:pPr>
      <w:r>
        <w:t>ہو؟ کون ہے جو موبائل استعمال نہ کرتا ہو؟ تو آپ اس، اس، اس کا جو contribution ہے،</w:t>
      </w:r>
    </w:p>
    <w:p>
      <w:r>
        <w:rPr>
          <w:b/>
        </w:rPr>
        <w:t xml:space="preserve">[1:10:50] </w:t>
      </w:r>
      <w:r>
        <w:t>is ko istemal kar rahe hain.</w:t>
      </w:r>
    </w:p>
    <w:p>
      <w:pPr>
        <w:jc w:val="right"/>
      </w:pPr>
      <w:r>
        <w:t>اس کو استعمال کر رہے ہیں۔</w:t>
      </w:r>
    </w:p>
    <w:p>
      <w:r>
        <w:rPr>
          <w:b/>
        </w:rPr>
        <w:t xml:space="preserve">[1:10:56] </w:t>
      </w:r>
      <w:r>
        <w:t>To benefactor ho gaye woh tehzeeb ke sense mein.</w:t>
      </w:r>
    </w:p>
    <w:p>
      <w:pPr>
        <w:jc w:val="right"/>
      </w:pPr>
      <w:r>
        <w:t>تو benefactor ہو گئے وہ تہذیب کے sense میں۔</w:t>
      </w:r>
    </w:p>
    <w:p>
      <w:r>
        <w:rPr>
          <w:b/>
        </w:rPr>
        <w:t xml:space="preserve">[1:11:02] </w:t>
      </w:r>
      <w:r>
        <w:t>Main in ko benefactor keh raha hoon.</w:t>
      </w:r>
    </w:p>
    <w:p>
      <w:pPr>
        <w:jc w:val="right"/>
      </w:pPr>
      <w:r>
        <w:t>میں ان کو benefactor کہہ رہا ہوں۔</w:t>
      </w:r>
    </w:p>
    <w:p>
      <w:r>
        <w:rPr>
          <w:b/>
        </w:rPr>
        <w:t xml:space="preserve">[1:11:09] </w:t>
      </w:r>
      <w:r>
        <w:t>Baqi jahan tak sachai ka ta'alluq hai to hamara ideal Rasool Allah hain.</w:t>
      </w:r>
    </w:p>
    <w:p>
      <w:pPr>
        <w:jc w:val="right"/>
      </w:pPr>
      <w:r>
        <w:t>باقی جہاں تک سچائی کا تعلق ہے تو ہمارا ideal رسول اللہ ہیں۔</w:t>
      </w:r>
    </w:p>
    <w:p>
      <w:r>
        <w:rPr>
          <w:b/>
        </w:rPr>
        <w:t xml:space="preserve">[1:11:15] </w:t>
      </w:r>
      <w:r>
        <w:t>Maulana, agla sawal Chogle Sahab ne kiya hai, Mumbai se, aur unhon ne Quran ka reference diya hai,</w:t>
      </w:r>
    </w:p>
    <w:p>
      <w:pPr>
        <w:jc w:val="right"/>
      </w:pPr>
      <w:r>
        <w:t>مولانا، اگلا سوال چوگلے صاحب نے کیا ہے، ممبئی سے، اور انہوں نے قرآن کا reference دیا ہے،</w:t>
      </w:r>
    </w:p>
    <w:p>
      <w:r>
        <w:rPr>
          <w:b/>
        </w:rPr>
        <w:t xml:space="preserve">[1:11:21] </w:t>
      </w:r>
      <w:r>
        <w:t>chapter 2, verse number 258, jis mein aaya hai when Abraham said my Lord is the one who</w:t>
      </w:r>
    </w:p>
    <w:p>
      <w:pPr>
        <w:jc w:val="right"/>
      </w:pPr>
      <w:r>
        <w:t>chapter 2، verse نمبر 258، جس میں آیا ہے when Abraham said my Lord is the one who</w:t>
      </w:r>
    </w:p>
    <w:p>
      <w:r>
        <w:rPr>
          <w:b/>
        </w:rPr>
        <w:t xml:space="preserve">[1:11:27] </w:t>
      </w:r>
      <w:r>
        <w:t>gives life and causes death he said I give life and cause death Abraham said indeed Allah brings</w:t>
      </w:r>
    </w:p>
    <w:p>
      <w:pPr>
        <w:jc w:val="right"/>
      </w:pPr>
      <w:r>
        <w:t>gives life and causes death he said I give life and cause death Abraham said indeed Allah brings</w:t>
      </w:r>
    </w:p>
    <w:p>
      <w:r>
        <w:rPr>
          <w:b/>
        </w:rPr>
        <w:t xml:space="preserve">[1:11:34] </w:t>
      </w:r>
      <w:r>
        <w:t>up the sun from the east so bring it up from the west so the disbeliever was overwhelmed</w:t>
      </w:r>
    </w:p>
    <w:p>
      <w:pPr>
        <w:jc w:val="right"/>
      </w:pPr>
      <w:r>
        <w:t>up the sun from the east so bring it up from the west so the disbeliever was overwhelmed</w:t>
      </w:r>
    </w:p>
    <w:p>
      <w:r>
        <w:rPr>
          <w:b/>
        </w:rPr>
        <w:t xml:space="preserve">[1:11:40] </w:t>
      </w:r>
      <w:r>
        <w:t>Maulana Sahab doesn't this suggest that debate is also a type of da'wa jab adopted peacefully mein is</w:t>
      </w:r>
    </w:p>
    <w:p>
      <w:pPr>
        <w:jc w:val="right"/>
      </w:pPr>
      <w:r>
        <w:t>مولانا صاحب doesn't this suggest that debate is also a type of دعویٰ when adopted peacefully میں اس</w:t>
      </w:r>
    </w:p>
    <w:p>
      <w:r>
        <w:rPr>
          <w:b/>
        </w:rPr>
        <w:t xml:space="preserve">[1:11:46] </w:t>
      </w:r>
      <w:r>
        <w:t>ko gunah samajhta hoon ke paighambar ko debater kaha jaye.</w:t>
      </w:r>
    </w:p>
    <w:p>
      <w:pPr>
        <w:jc w:val="right"/>
      </w:pPr>
      <w:r>
        <w:t>کو گناہ سمجھتا ہوں کہ پیغمبر کے کو debatter کہا جائے۔</w:t>
      </w:r>
    </w:p>
    <w:p>
      <w:r>
        <w:rPr>
          <w:b/>
        </w:rPr>
        <w:t xml:space="preserve">[1:11:52] </w:t>
      </w:r>
      <w:r>
        <w:t>Logon ko darna chahiye ke Allah Ta'ala ki pakar na jayein.</w:t>
      </w:r>
    </w:p>
    <w:p>
      <w:pPr>
        <w:jc w:val="right"/>
      </w:pPr>
      <w:r>
        <w:t>لوگوں کو ڈرنا چاہیے کہ اللہ تعالیٰ کا پکڑ نہ جائیں۔</w:t>
      </w:r>
    </w:p>
    <w:p>
      <w:r>
        <w:rPr>
          <w:b/>
        </w:rPr>
        <w:t xml:space="preserve">[1:11:59] </w:t>
      </w:r>
      <w:r>
        <w:t>Woh yeh to da'wati baat cheet hai.</w:t>
      </w:r>
    </w:p>
    <w:p>
      <w:pPr>
        <w:jc w:val="right"/>
      </w:pPr>
      <w:r>
        <w:t>وہ یہ تو دعوتی بات چیت ہے۔</w:t>
      </w:r>
    </w:p>
    <w:p>
      <w:r>
        <w:rPr>
          <w:b/>
        </w:rPr>
        <w:t xml:space="preserve">[1:12:05] </w:t>
      </w:r>
      <w:r>
        <w:t>Yeh debate kahan se hai? Yeh da'wati baat cheet hai, da'wati dialogue hai.</w:t>
      </w:r>
    </w:p>
    <w:p>
      <w:pPr>
        <w:jc w:val="right"/>
      </w:pPr>
      <w:r>
        <w:t>یہ debate کہاں سے ہے؟ یہ دعوتی بات چیت ہے، دعوتی ڈائیلاگ ہے۔</w:t>
      </w:r>
    </w:p>
    <w:p>
      <w:r>
        <w:rPr>
          <w:b/>
        </w:rPr>
        <w:t xml:space="preserve">[1:12:11] </w:t>
      </w:r>
      <w:r>
        <w:t>Debate ko jo log samajhte hain ke da'wat, mujhe shakk andaza hai ke woh Allah ka pakre jayein ge.</w:t>
      </w:r>
    </w:p>
    <w:p>
      <w:pPr>
        <w:jc w:val="right"/>
      </w:pPr>
      <w:r>
        <w:t>ڈیبیٹ کو جو لوگ سمجھتے ہیں کہ دعوت، مجھے شک اندازہ ہے کہ وہ اللہ کا پکڑے جائیں گے۔</w:t>
      </w:r>
    </w:p>
    <w:p>
      <w:r>
        <w:rPr>
          <w:b/>
        </w:rPr>
        <w:t xml:space="preserve">[1:12:17] </w:t>
      </w:r>
      <w:r>
        <w:t>Maulana, Dhampur se Ahmad Fouad Sahab ne sawal kiya hai.</w:t>
      </w:r>
    </w:p>
    <w:p>
      <w:pPr>
        <w:jc w:val="right"/>
      </w:pPr>
      <w:r>
        <w:t>مولانا، دھامپور سے احمد فواد صاحب نے سوال کیا ہے۔</w:t>
      </w:r>
    </w:p>
    <w:p>
      <w:r>
        <w:rPr>
          <w:b/>
        </w:rPr>
        <w:t xml:space="preserve">[1:12:24] </w:t>
      </w:r>
      <w:r>
        <w:t>Unhon ne kaha hai ke in Quran it is mentioned and whoever desires other than Islam as religion</w:t>
      </w:r>
    </w:p>
    <w:p>
      <w:pPr>
        <w:jc w:val="right"/>
      </w:pPr>
      <w:r>
        <w:t>انہوں نے کہا ہے کہ in Quran it is mentioned and whoever desires other than Islam as religion</w:t>
      </w:r>
    </w:p>
    <w:p>
      <w:r>
        <w:rPr>
          <w:b/>
        </w:rPr>
        <w:t xml:space="preserve">[1:12:30] </w:t>
      </w:r>
      <w:r>
        <w:t>never will it be accepted from him and he in the hereafter will be among the losers Maulana</w:t>
      </w:r>
    </w:p>
    <w:p>
      <w:pPr>
        <w:jc w:val="right"/>
      </w:pPr>
      <w:r>
        <w:t>never will it be accepted from him and he in the hereafter will be among the losers مولانا</w:t>
      </w:r>
    </w:p>
    <w:p>
      <w:r>
        <w:rPr>
          <w:b/>
        </w:rPr>
        <w:t xml:space="preserve">[1:12:36] </w:t>
      </w:r>
      <w:r>
        <w:t>Sahab doesn't this آیت reflect the supremacy of Islam over other religions?</w:t>
      </w:r>
    </w:p>
    <w:p>
      <w:pPr>
        <w:jc w:val="right"/>
      </w:pPr>
      <w:r>
        <w:t>صاحب doesn't this آیت reflect the supremacy of Islam over other religions?</w:t>
      </w:r>
    </w:p>
    <w:p>
      <w:r>
        <w:rPr>
          <w:b/>
        </w:rPr>
        <w:t xml:space="preserve">[1:12:43] </w:t>
      </w:r>
      <w:r>
        <w:t>How to understand this verse better dekhein, supremacy ek alag cheez hai aur jo baat is mein hai</w:t>
      </w:r>
    </w:p>
    <w:p>
      <w:pPr>
        <w:jc w:val="right"/>
      </w:pPr>
      <w:r>
        <w:t>How to understand this verse better دیکھیں، supremacy ایک الگ چیز ہے اور جو بات اس میں ہے</w:t>
      </w:r>
    </w:p>
    <w:p>
      <w:r>
        <w:rPr>
          <w:b/>
        </w:rPr>
        <w:t xml:space="preserve">[1:12:48] </w:t>
      </w:r>
      <w:r>
        <w:t>woh alag cheez hai.</w:t>
      </w:r>
    </w:p>
    <w:p>
      <w:pPr>
        <w:jc w:val="right"/>
      </w:pPr>
      <w:r>
        <w:t>وہ الگ چیز ہے۔</w:t>
      </w:r>
    </w:p>
    <w:p>
      <w:r>
        <w:rPr>
          <w:b/>
        </w:rPr>
        <w:t xml:space="preserve">[1:12:54] </w:t>
      </w:r>
      <w:r>
        <w:t>Is ka ta'alluq salvation se hai, nijat.</w:t>
      </w:r>
    </w:p>
    <w:p>
      <w:pPr>
        <w:jc w:val="right"/>
      </w:pPr>
      <w:r>
        <w:t>اس کا تعلق salvation سے ہے، نجات۔</w:t>
      </w:r>
    </w:p>
    <w:p>
      <w:r>
        <w:rPr>
          <w:b/>
        </w:rPr>
        <w:t xml:space="preserve">[1:12:59] </w:t>
      </w:r>
      <w:r>
        <w:t>Aap dictionary mein dekh lijiye ke salvation ke kya ma'ni hote hain aur superiority ke kya ma'ni hote hain.</w:t>
      </w:r>
    </w:p>
    <w:p>
      <w:pPr>
        <w:jc w:val="right"/>
      </w:pPr>
      <w:r>
        <w:t>آپ dictionary میں دیکھ لیجئے کہ salvation کے کیا معنی ہوتے ہیں اور superiority کے کیا معنی ہوتے ہیں۔</w:t>
      </w:r>
    </w:p>
    <w:p>
      <w:r>
        <w:rPr>
          <w:b/>
        </w:rPr>
        <w:t xml:space="preserve">[1:13:05] </w:t>
      </w:r>
      <w:r>
        <w:t>aap yahood ke haan yeh lafz tha Jewish supremacism ab wahi ho gaya hai Muslim supremacy.</w:t>
      </w:r>
    </w:p>
    <w:p>
      <w:pPr>
        <w:jc w:val="right"/>
      </w:pPr>
      <w:r>
        <w:t>آپ یہود کے ہاں یہ لفظ تھا Jewish supremacism اب وہی ہو گیا ہے مسلم supremacy۔</w:t>
      </w:r>
    </w:p>
    <w:p>
      <w:r>
        <w:rPr>
          <w:b/>
        </w:rPr>
        <w:t xml:space="preserve">[1:13:11] </w:t>
      </w:r>
      <w:r>
        <w:t>aap kitabon mein parhiye, internet par dekhiye to aap ko mil jayegi is ki detail.</w:t>
      </w:r>
    </w:p>
    <w:p>
      <w:pPr>
        <w:jc w:val="right"/>
      </w:pPr>
      <w:r>
        <w:t>آپ کتابوں میں پڑھئے، انٹرنیٹ پر دیکھئے تو آپ کو مل جائے گی اس کی detail۔</w:t>
      </w:r>
    </w:p>
    <w:p>
      <w:r>
        <w:rPr>
          <w:b/>
        </w:rPr>
        <w:t xml:space="preserve">[1:13:16] </w:t>
      </w:r>
      <w:r>
        <w:t>woh alag cheez hai, woh alag cheez hai.</w:t>
      </w:r>
    </w:p>
    <w:p>
      <w:pPr>
        <w:jc w:val="right"/>
      </w:pPr>
      <w:r>
        <w:t>وہ الگ چیز ہے، وہ الگ چیز ہے۔</w:t>
      </w:r>
    </w:p>
    <w:p>
      <w:r>
        <w:rPr>
          <w:b/>
        </w:rPr>
        <w:t xml:space="preserve">[1:13:22] </w:t>
      </w:r>
      <w:r>
        <w:t>Okay, so we will end this session now.</w:t>
      </w:r>
    </w:p>
    <w:p>
      <w:pPr>
        <w:jc w:val="right"/>
      </w:pPr>
      <w:r>
        <w:t>Okay, so we will end this session now.</w:t>
      </w:r>
    </w:p>
    <w:p>
      <w:r>
        <w:rPr>
          <w:b/>
        </w:rPr>
        <w:t xml:space="preserve">[1:13:28] </w:t>
      </w:r>
      <w:r>
        <w:t>We will be back next Sunday same time. Keep watching CPS International. Thank you.</w:t>
      </w:r>
    </w:p>
    <w:p>
      <w:pPr>
        <w:jc w:val="right"/>
      </w:pPr>
      <w:r>
        <w:t>We will be back next Sunday same time. Keep watching CPS International.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