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Month of Patience July 03, 2016</w:t>
      </w:r>
    </w:p>
    <w:p>
      <w:r>
        <w:t>https://www.youtube.com/watch?v=kUIWTA6hgB4</w:t>
      </w:r>
    </w:p>
    <w:p>
      <w:r>
        <w:rPr>
          <w:b/>
        </w:rPr>
        <w:t xml:space="preserve">[00:14] </w:t>
      </w:r>
      <w:r>
        <w:t>bismillah hir rahman nir rahim, wa salli Allahu ala nabi al 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[00:17]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[00:23] </w:t>
      </w:r>
      <w:r>
        <w:t>3 July 2016.</w:t>
      </w:r>
    </w:p>
    <w:p>
      <w:pPr>
        <w:jc w:val="right"/>
      </w:pPr>
      <w:r>
        <w:t>3 جولائی 2016۔</w:t>
      </w:r>
    </w:p>
    <w:p>
      <w:r>
        <w:rPr>
          <w:b/>
        </w:rPr>
        <w:t xml:space="preserve">[00:24] </w:t>
      </w:r>
      <w:r>
        <w:t>aap jante hain ke aaj ramzan ki 27 tareekh hai.</w:t>
      </w:r>
    </w:p>
    <w:p>
      <w:pPr>
        <w:jc w:val="right"/>
      </w:pPr>
      <w:r>
        <w:t>آپ جانتے ہیں کہ آج رمضان کی 27 تاریخ ہے۔</w:t>
      </w:r>
    </w:p>
    <w:p>
      <w:r>
        <w:rPr>
          <w:b/>
        </w:rPr>
        <w:t xml:space="preserve">[00:29] </w:t>
      </w:r>
      <w:r>
        <w:t>ramzan ke bare mein ek baat mein hamesha sochta raha ke quran mein ek bohat hi alag andaaz</w:t>
      </w:r>
    </w:p>
    <w:p>
      <w:pPr>
        <w:jc w:val="right"/>
      </w:pPr>
      <w:r>
        <w:t>رمضان کے بارے میں ایک بات میں ہمیشہ سوچتا رہا کہ قرآن میں ایک بہت ہی الگ انداز</w:t>
      </w:r>
    </w:p>
    <w:p>
      <w:r>
        <w:rPr>
          <w:b/>
        </w:rPr>
        <w:t xml:space="preserve">[00:36] </w:t>
      </w:r>
      <w:r>
        <w:t>hai roze ke bare mein, jo kisi aur cheez ke bare mein nahi hai.</w:t>
      </w:r>
    </w:p>
    <w:p>
      <w:pPr>
        <w:jc w:val="right"/>
      </w:pPr>
      <w:r>
        <w:t>ہے روزے کے بارے میں، جو کسی اور چیز کے بارے میں نہیں ہے۔</w:t>
      </w:r>
    </w:p>
    <w:p>
      <w:r>
        <w:rPr>
          <w:b/>
        </w:rPr>
        <w:t xml:space="preserve">[00:42] </w:t>
      </w:r>
      <w:r>
        <w:t>Surah Al-Baqarah mein ayat hai: kutiba alaikumus siyamu kama kutiba alaihi min qablikum la lakum tattaqun yani tumhare</w:t>
      </w:r>
    </w:p>
    <w:p>
      <w:pPr>
        <w:jc w:val="right"/>
      </w:pPr>
      <w:r>
        <w:t>سورہ البقرہ میں آیت ہے: كُتِبْ عَلَيْكُمُ السَّيَامُ كَمَا كُتِبْ عَلَيْهِ مِنْ قَبْلِكُمْ لَا لَكُمْ تَتَّقُونَ یعنی تمہارے</w:t>
      </w:r>
    </w:p>
    <w:p>
      <w:r>
        <w:rPr>
          <w:b/>
        </w:rPr>
        <w:t xml:space="preserve">[00:50] </w:t>
      </w:r>
      <w:r>
        <w:t>liye roze farz kiye gaye, jis tarah doosri ummaton ke liye farz kiye gaye thay.</w:t>
      </w:r>
    </w:p>
    <w:p>
      <w:pPr>
        <w:jc w:val="right"/>
      </w:pPr>
      <w:r>
        <w:t>لیے روزے فرض کیے گئے، جس طرح دوسری امتوں کے لیے فرض کیے گئے تھے۔</w:t>
      </w:r>
    </w:p>
    <w:p>
      <w:r>
        <w:rPr>
          <w:b/>
        </w:rPr>
        <w:t xml:space="preserve">[00:57] </w:t>
      </w:r>
      <w:r>
        <w:t>To main bohat sochta raha ke aakhir yeh andaaz to kahin aur nahi aaya hai ke tumhare liye</w:t>
      </w:r>
    </w:p>
    <w:p>
      <w:pPr>
        <w:jc w:val="right"/>
      </w:pPr>
      <w:r>
        <w:t>تو میں بہت سوچتا رہا کہ آخر یہ انداز تو کہیں اور نہیں آیا ہے کہ تمہارے لیے</w:t>
      </w:r>
    </w:p>
    <w:p>
      <w:r>
        <w:rPr>
          <w:b/>
        </w:rPr>
        <w:t xml:space="preserve">[01:04] </w:t>
      </w:r>
      <w:r>
        <w:t>roze farz kiye gaye, namaz jis tarah doosron ko farz ki gayi thi, tumhare liye farz kiya gaya</w:t>
      </w:r>
    </w:p>
    <w:p>
      <w:pPr>
        <w:jc w:val="right"/>
      </w:pPr>
      <w:r>
        <w:t>روزے فرض کیے گئے، نماز جس طرح دوسروں کو فرض کی گئی تھی، تمہارے لیے فرض کیا گیا</w:t>
      </w:r>
    </w:p>
    <w:p>
      <w:r>
        <w:rPr>
          <w:b/>
        </w:rPr>
        <w:t xml:space="preserve">[01:12] </w:t>
      </w:r>
      <w:r>
        <w:t>infāq, doosron ki madad karna jis tarah doosron ko farz kiya gaya tha.</w:t>
      </w:r>
    </w:p>
    <w:p>
      <w:pPr>
        <w:jc w:val="right"/>
      </w:pPr>
      <w:r>
        <w:t>انفاق، دوسروں کی مدد کرنا جس طرح دوسروں کو فرض کیا گیا تھا۔</w:t>
      </w:r>
    </w:p>
    <w:p>
      <w:r>
        <w:rPr>
          <w:b/>
        </w:rPr>
        <w:t xml:space="preserve">[01:18] </w:t>
      </w:r>
      <w:r>
        <w:t>Yeh anokha style sirf roze ke bare mein kyun hai? To iska jawab mujhe mila hadith mein,</w:t>
      </w:r>
    </w:p>
    <w:p>
      <w:pPr>
        <w:jc w:val="right"/>
      </w:pPr>
      <w:r>
        <w:t>یہ انوکھا اسٹائل صرف روزے کے بارے میں کیوں ہے؟ تو اس کا جواب مجھے ملا حدیث میں،</w:t>
      </w:r>
    </w:p>
    <w:p>
      <w:r>
        <w:rPr>
          <w:b/>
        </w:rPr>
        <w:t xml:space="preserve">[01:25] </w:t>
      </w:r>
      <w:r>
        <w:t>kyun ke ek hadith hai jis mein roze ke bare mein kaha gaya: huwa shahrus sabr Ramzan ka mahina</w:t>
      </w:r>
    </w:p>
    <w:p>
      <w:pPr>
        <w:jc w:val="right"/>
      </w:pPr>
      <w:r>
        <w:t>کیونکہ ایک حدیث ہے جس میں روزے کے بارے میں کہا گیا: هُوَ شَهْرُ الصَّبْرِ رمضان کا مہینہ</w:t>
      </w:r>
    </w:p>
    <w:p>
      <w:r>
        <w:rPr>
          <w:b/>
        </w:rPr>
        <w:t xml:space="preserve">[01:33] </w:t>
      </w:r>
      <w:r>
        <w:t>sabr ka mahina hai.</w:t>
      </w:r>
    </w:p>
    <w:p>
      <w:pPr>
        <w:jc w:val="right"/>
      </w:pPr>
      <w:r>
        <w:t>صبر کا مہینہ ہے۔</w:t>
      </w:r>
    </w:p>
    <w:p>
      <w:r>
        <w:rPr>
          <w:b/>
        </w:rPr>
        <w:t xml:space="preserve">[01:35] </w:t>
      </w:r>
      <w:r>
        <w:t>To main samajhta hoon ke doosre kisi bhi amal mein sabr is tarah juda hua nahi hai jaise</w:t>
      </w:r>
    </w:p>
    <w:p>
      <w:pPr>
        <w:jc w:val="right"/>
      </w:pPr>
      <w:r>
        <w:t>تو میں سمجھتا ہوں کہ دوسرے کسی بھی عمل میں صبر اس طرح جڑا ہوا نہیں ہے جیسے</w:t>
      </w:r>
    </w:p>
    <w:p>
      <w:r>
        <w:rPr>
          <w:b/>
        </w:rPr>
        <w:t xml:space="preserve">[01:42] </w:t>
      </w:r>
      <w:r>
        <w:t>roze mein juda hua hai.</w:t>
      </w:r>
    </w:p>
    <w:p>
      <w:pPr>
        <w:jc w:val="right"/>
      </w:pPr>
      <w:r>
        <w:t>روزے میں جڑا ہوا ہے۔</w:t>
      </w:r>
    </w:p>
    <w:p>
      <w:r>
        <w:rPr>
          <w:b/>
        </w:rPr>
        <w:t xml:space="preserve">[01:45] </w:t>
      </w:r>
      <w:r>
        <w:t>To is se maloom hua ke sabr jo hai bohat hi zyada aham cheez koi hai Allah ke</w:t>
      </w:r>
    </w:p>
    <w:p>
      <w:pPr>
        <w:jc w:val="right"/>
      </w:pPr>
      <w:r>
        <w:t>تو اس سے معلوم ہوا کہ صبر جو ہے بہت ہی زیادہ اہم چیز کوئی ہے اللہ کے</w:t>
      </w:r>
    </w:p>
    <w:p>
      <w:r>
        <w:rPr>
          <w:b/>
        </w:rPr>
        <w:t xml:space="preserve">[01:52] </w:t>
      </w:r>
      <w:r>
        <w:t>nazdeek.</w:t>
      </w:r>
    </w:p>
    <w:p>
      <w:pPr>
        <w:jc w:val="right"/>
      </w:pPr>
      <w:r>
        <w:t>نزدیک۔</w:t>
      </w:r>
    </w:p>
    <w:p>
      <w:r>
        <w:rPr>
          <w:b/>
        </w:rPr>
        <w:t xml:space="preserve">[01:54] </w:t>
      </w:r>
      <w:r>
        <w:t>To is par sochte sochte mujhe samajh aaya ke Allah ne yeh jo dunya banayi hai, yeh mabni</w:t>
      </w:r>
    </w:p>
    <w:p>
      <w:pPr>
        <w:jc w:val="right"/>
      </w:pPr>
      <w:r>
        <w:t>تو اس پر سوچتے سوچتے مجھے سمجھ آیا کہ اللہ نے یہ جو دنیا بنائی ہے، یہ مبنی</w:t>
      </w:r>
    </w:p>
    <w:p>
      <w:r>
        <w:rPr>
          <w:b/>
        </w:rPr>
        <w:t xml:space="preserve">[02:01] </w:t>
      </w:r>
      <w:r>
        <w:t>bar sabr hai.</w:t>
      </w:r>
    </w:p>
    <w:p>
      <w:pPr>
        <w:jc w:val="right"/>
      </w:pPr>
      <w:r>
        <w:t>بر صبر ہے۔</w:t>
      </w:r>
    </w:p>
    <w:p>
      <w:r>
        <w:rPr>
          <w:b/>
        </w:rPr>
        <w:t xml:space="preserve">[02:03] </w:t>
      </w:r>
      <w:r>
        <w:t>یعنی it is based on patience. ہر کام جو بھی آپ کریں، سب سے پہلے صبر کرنا پڑتا</w:t>
      </w:r>
    </w:p>
    <w:p>
      <w:pPr>
        <w:jc w:val="right"/>
      </w:pPr>
      <w:r>
        <w:t>یعنی it is based on patience ہر کام جو بھی آپ کریں، سب سے پہلے صبر کرنا پڑتا</w:t>
      </w:r>
    </w:p>
    <w:p>
      <w:r>
        <w:rPr>
          <w:b/>
        </w:rPr>
        <w:t xml:space="preserve">[02:11]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[02:12] </w:t>
      </w:r>
      <w:r>
        <w:t>Sabr pre condition hai kisi bhi achhe kaam ki.</w:t>
      </w:r>
    </w:p>
    <w:p>
      <w:pPr>
        <w:jc w:val="right"/>
      </w:pPr>
      <w:r>
        <w:t>صبر پری کنڈیشن ہے کسی بھی اچھے کام کی۔</w:t>
      </w:r>
    </w:p>
    <w:p>
      <w:r>
        <w:rPr>
          <w:b/>
        </w:rPr>
        <w:t xml:space="preserve">[02:16] </w:t>
      </w:r>
      <w:r>
        <w:t>Sabr pre condition hai kisi bhi achhe kaam ki.</w:t>
      </w:r>
    </w:p>
    <w:p>
      <w:pPr>
        <w:jc w:val="right"/>
      </w:pPr>
      <w:r>
        <w:t>صبر پری کنڈیشن ہے کسی بھی اچھے کام کی۔</w:t>
      </w:r>
    </w:p>
    <w:p>
      <w:r>
        <w:rPr>
          <w:b/>
        </w:rPr>
        <w:t xml:space="preserve">[02:20] </w:t>
      </w:r>
      <w:r>
        <w:t>Koi bhi sochein aap, pehle sabr karna parta hai, tab is kaam ko aap achhe tareeqe se kar</w:t>
      </w:r>
    </w:p>
    <w:p>
      <w:pPr>
        <w:jc w:val="right"/>
      </w:pPr>
      <w:r>
        <w:t>کوئی بھی سوچیں آپ، پہلے صبر کرنا پڑتا ہے، تب اس کام کو آپ اچھے طریقے سے کر</w:t>
      </w:r>
    </w:p>
    <w:p>
      <w:r>
        <w:rPr>
          <w:b/>
        </w:rPr>
        <w:t xml:space="preserve">[02:28] </w:t>
      </w:r>
      <w:r>
        <w:t>pate hain.</w:t>
      </w:r>
    </w:p>
    <w:p>
      <w:pPr>
        <w:jc w:val="right"/>
      </w:pPr>
      <w:r>
        <w:t>پاتے ہیں۔</w:t>
      </w:r>
    </w:p>
    <w:p>
      <w:r>
        <w:rPr>
          <w:b/>
        </w:rPr>
        <w:t xml:space="preserve">[02:29] </w:t>
      </w:r>
      <w:r>
        <w:t>Nahi to achhe tareeqe se kar hi nahi sakte aap.</w:t>
      </w:r>
    </w:p>
    <w:p>
      <w:pPr>
        <w:jc w:val="right"/>
      </w:pPr>
      <w:r>
        <w:t>نہیں تو اچھے طریقے سے کر ہی نہیں سکتے آپ۔</w:t>
      </w:r>
    </w:p>
    <w:p>
      <w:r>
        <w:rPr>
          <w:b/>
        </w:rPr>
        <w:t xml:space="preserve">[02:33] </w:t>
      </w:r>
      <w:r>
        <w:t>Dekhein, kisi bhi kaam ko aanay ka ek achha tareeqa hota hai, ek galat tareeqa hota hai.</w:t>
      </w:r>
    </w:p>
    <w:p>
      <w:pPr>
        <w:jc w:val="right"/>
      </w:pPr>
      <w:r>
        <w:t>دیکھیں، کسی بھی کام کو آنے کا ایک اچھا طریقہ ہوتا ہے، ایک غلط طریقہ ہوتا ہے۔</w:t>
      </w:r>
    </w:p>
    <w:p>
      <w:r>
        <w:rPr>
          <w:b/>
        </w:rPr>
        <w:t xml:space="preserve">[02:41] </w:t>
      </w:r>
      <w:r>
        <w:t>To misaal ke taur par kisi ko aap misaal ke taur par dekhein, kisi ki madad karna bohat achhi baat hai,</w:t>
      </w:r>
    </w:p>
    <w:p>
      <w:pPr>
        <w:jc w:val="right"/>
      </w:pPr>
      <w:r>
        <w:t>تو مثلاً کسی کو آپ مثال کے طور پر دیکھیں، کسی کی مدد کرنا بہت اچھی بات ہے،</w:t>
      </w:r>
    </w:p>
    <w:p>
      <w:r>
        <w:rPr>
          <w:b/>
        </w:rPr>
        <w:t xml:space="preserve">[02:48] </w:t>
      </w:r>
      <w:r>
        <w:t>kisi ki madad karna bohat achhi baat hai, lekin is ka bhi achha tareeqa aur bura tareeqa hai.</w:t>
      </w:r>
    </w:p>
    <w:p>
      <w:pPr>
        <w:jc w:val="right"/>
      </w:pPr>
      <w:r>
        <w:t>کسی کی مدد کرنا بہت اچھی بات ہے، لیکن اس کا بھی اچھا طریقہ اور برا طریقہ ہے۔</w:t>
      </w:r>
    </w:p>
    <w:p>
      <w:r>
        <w:rPr>
          <w:b/>
        </w:rPr>
        <w:t xml:space="preserve">[02:56] </w:t>
      </w:r>
      <w:r>
        <w:t>Yaani jis ki aap madad kar rahe hain, us ko aap haqeer samjhein, kam samjhein, aur phir us</w:t>
      </w:r>
    </w:p>
    <w:p>
      <w:pPr>
        <w:jc w:val="right"/>
      </w:pPr>
      <w:r>
        <w:t>یعنی جس کی آپ مدد کر رہے ہیں، اس کو آپ حقیر سمجھیں، کم سمجھیں، اور پھر اس</w:t>
      </w:r>
    </w:p>
    <w:p>
      <w:r>
        <w:rPr>
          <w:b/>
        </w:rPr>
        <w:t xml:space="preserve">[03:04] </w:t>
      </w:r>
      <w:r>
        <w:t>ko dein kuch.</w:t>
      </w:r>
    </w:p>
    <w:p>
      <w:pPr>
        <w:jc w:val="right"/>
      </w:pPr>
      <w:r>
        <w:t>کو دیں کچھ۔</w:t>
      </w:r>
    </w:p>
    <w:p>
      <w:r>
        <w:rPr>
          <w:b/>
        </w:rPr>
        <w:t xml:space="preserve">[03:05] </w:t>
      </w:r>
      <w:r>
        <w:t>aur yeh kahein ke sochein ke yeh bhi insaan hai jis tarah mein insaan hoon, woh agar ghareeb</w:t>
      </w:r>
    </w:p>
    <w:p>
      <w:pPr>
        <w:jc w:val="right"/>
      </w:pPr>
      <w:r>
        <w:t>اور یہ کہیں کہ سوچیں کہ یہ بھی انسان ہے جس طرح میں انسان ہوں، وہ اگر غریب</w:t>
      </w:r>
    </w:p>
    <w:p>
      <w:r>
        <w:rPr>
          <w:b/>
        </w:rPr>
        <w:t xml:space="preserve">[03:13] </w:t>
      </w:r>
      <w:r>
        <w:t>hai, mere paas paisa hai to is se kya hua? Insaan hone mein to ek hi hain.</w:t>
      </w:r>
    </w:p>
    <w:p>
      <w:pPr>
        <w:jc w:val="right"/>
      </w:pPr>
      <w:r>
        <w:t>ہے، میرے پاس پیسہ ہے تو اس سے کیا ہوا؟ انسان ہونے میں تو ایک ہی ہیں۔</w:t>
      </w:r>
    </w:p>
    <w:p>
      <w:r>
        <w:rPr>
          <w:b/>
        </w:rPr>
        <w:t xml:space="preserve">[03:20] </w:t>
      </w:r>
      <w:r>
        <w:t>is tarah se soch kar dena.</w:t>
      </w:r>
    </w:p>
    <w:p>
      <w:pPr>
        <w:jc w:val="right"/>
      </w:pPr>
      <w:r>
        <w:t>اس طرح سے سوچ کر دینا۔</w:t>
      </w:r>
    </w:p>
    <w:p>
      <w:r>
        <w:rPr>
          <w:b/>
        </w:rPr>
        <w:t xml:space="preserve">[03:23] </w:t>
      </w:r>
      <w:r>
        <w:t>to aisa jab sochein ge aap to aap ko sabr karna pare ga.</w:t>
      </w:r>
    </w:p>
    <w:p>
      <w:pPr>
        <w:jc w:val="right"/>
      </w:pPr>
      <w:r>
        <w:t>تو ایسا جب سوچیں گے آپ تو آپ کو صبر کرنا پڑے گا۔</w:t>
      </w:r>
    </w:p>
    <w:p>
      <w:r>
        <w:rPr>
          <w:b/>
        </w:rPr>
        <w:t xml:space="preserve">[03:29] </w:t>
      </w:r>
      <w:r>
        <w:t>apne khwahish ko dabana, apne arguments ko dabana, apne ego ko dabana.</w:t>
      </w:r>
    </w:p>
    <w:p>
      <w:pPr>
        <w:jc w:val="right"/>
      </w:pPr>
      <w:r>
        <w:t>اپنے خواہش کو دبانا، اپنے آرگومنٹس کو دبانا، اپنے ایگو کو دبانا۔</w:t>
      </w:r>
    </w:p>
    <w:p>
      <w:r>
        <w:rPr>
          <w:b/>
        </w:rPr>
        <w:t xml:space="preserve">[03:34] </w:t>
      </w:r>
      <w:r>
        <w:t>to koi bhi kaam achhe tareeqe se karna chahte hain aap to is ki pre condition hai patience.</w:t>
      </w:r>
    </w:p>
    <w:p>
      <w:pPr>
        <w:jc w:val="right"/>
      </w:pPr>
      <w:r>
        <w:t>تو کوئی بھی کام اچھے طریقے سے کرنا چاہتے ہیں آپ تو اس کی پری کنڈیشن ہے پیشنس۔</w:t>
      </w:r>
    </w:p>
    <w:p>
      <w:r>
        <w:rPr>
          <w:b/>
        </w:rPr>
        <w:t xml:space="preserve">[03:41] </w:t>
      </w:r>
      <w:r>
        <w:t>pre condition.</w:t>
      </w:r>
    </w:p>
    <w:p>
      <w:pPr>
        <w:jc w:val="right"/>
      </w:pPr>
      <w:r>
        <w:t>پری کنڈیشن۔</w:t>
      </w:r>
    </w:p>
    <w:p>
      <w:r>
        <w:rPr>
          <w:b/>
        </w:rPr>
        <w:t xml:space="preserve">[03:43] </w:t>
      </w:r>
      <w:r>
        <w:t>kisi se aap baat kar rahe hain, koi dealing aap se kisi ki hai, aap ko ghussa aa</w:t>
      </w:r>
    </w:p>
    <w:p>
      <w:pPr>
        <w:jc w:val="right"/>
      </w:pPr>
      <w:r>
        <w:t>کسی سے آپ بات کر رہے ہیں، کوئی ڈیلنگ آپ سے کسی کی ہے، آپ کو غصہ آ</w:t>
      </w:r>
    </w:p>
    <w:p>
      <w:r>
        <w:rPr>
          <w:b/>
        </w:rPr>
        <w:t xml:space="preserve">[03:51] </w:t>
      </w:r>
      <w:r>
        <w:t>gaya, aap offend ho gaye.</w:t>
      </w:r>
    </w:p>
    <w:p>
      <w:pPr>
        <w:jc w:val="right"/>
      </w:pPr>
      <w:r>
        <w:t>گیا، آپ آفینڈ ہو گئے۔</w:t>
      </w:r>
    </w:p>
    <w:p>
      <w:r>
        <w:rPr>
          <w:b/>
        </w:rPr>
        <w:t xml:space="preserve">[03:53] </w:t>
      </w:r>
      <w:r>
        <w:t>ab offend hone ke baad aap is se achhe tareeqe se baat karein.</w:t>
      </w:r>
    </w:p>
    <w:p>
      <w:pPr>
        <w:jc w:val="right"/>
      </w:pPr>
      <w:r>
        <w:t>اب آفینڈ ہونے کے بعد آپ اس سے اچھے طریقے سے بات کریں۔</w:t>
      </w:r>
    </w:p>
    <w:p>
      <w:r>
        <w:rPr>
          <w:b/>
        </w:rPr>
        <w:t xml:space="preserve">[03:58] </w:t>
      </w:r>
      <w:r>
        <w:t>That requires patience agar aap patience nahi karenge, sabr nahi karenge to acche tareeqe se kaise</w:t>
      </w:r>
    </w:p>
    <w:p>
      <w:pPr>
        <w:jc w:val="right"/>
      </w:pPr>
      <w:r>
        <w:t>That requires patience اگر آپ پیشنس نہیں کریں گے، صبر نہیں کریں گے تو اچھے طریقے سے کیسے</w:t>
      </w:r>
    </w:p>
    <w:p>
      <w:r>
        <w:rPr>
          <w:b/>
        </w:rPr>
        <w:t xml:space="preserve">[04:06] </w:t>
      </w:r>
      <w:r>
        <w:t>baat karein ge aap? To woh bhi ghussa hoga, aap bhi ghussa ho jayein ge.</w:t>
      </w:r>
    </w:p>
    <w:p>
      <w:pPr>
        <w:jc w:val="right"/>
      </w:pPr>
      <w:r>
        <w:t>بات کریں گے آپ؟ تو وہ بھی غصہ ہوگا، آپ بھی غصہ ہو جائیں گے۔</w:t>
      </w:r>
    </w:p>
    <w:p>
      <w:r>
        <w:rPr>
          <w:b/>
        </w:rPr>
        <w:t xml:space="preserve">[04:12] </w:t>
      </w:r>
      <w:r>
        <w:t>woh bhi bhark ke, aap bhi bhark jayein ge.</w:t>
      </w:r>
    </w:p>
    <w:p>
      <w:pPr>
        <w:jc w:val="right"/>
      </w:pPr>
      <w:r>
        <w:t>وہ بھی بھڑک کے، آپ بھی بھڑک جائیں گے۔</w:t>
      </w:r>
    </w:p>
    <w:p>
      <w:r>
        <w:rPr>
          <w:b/>
        </w:rPr>
        <w:t xml:space="preserve">[04:16] </w:t>
      </w:r>
      <w:r>
        <w:t>yahan tak ke politics mein bhi yahi hai.</w:t>
      </w:r>
    </w:p>
    <w:p>
      <w:pPr>
        <w:jc w:val="right"/>
      </w:pPr>
      <w:r>
        <w:t>یہاں تک کہ پولیٹکس میں بھی یہی ہے۔</w:t>
      </w:r>
    </w:p>
    <w:p>
      <w:r>
        <w:rPr>
          <w:b/>
        </w:rPr>
        <w:t xml:space="preserve">[04:20] </w:t>
      </w:r>
      <w:r>
        <w:t>aap musalmanon se mein yeh kehta hoon ke musalman har baar election mein negative voting karte hain.</w:t>
      </w:r>
    </w:p>
    <w:p>
      <w:pPr>
        <w:jc w:val="right"/>
      </w:pPr>
      <w:r>
        <w:t>آپ مسلمانوں سے میں یہ کہتا ہوں کہ مسلمان ہر بار الیکشن میں نیگیٹیو ووٹنگ کرتے ہیں۔</w:t>
      </w:r>
    </w:p>
    <w:p>
      <w:r>
        <w:rPr>
          <w:b/>
        </w:rPr>
        <w:t xml:space="preserve">[04:27] </w:t>
      </w:r>
      <w:r>
        <w:t>negative voting.</w:t>
      </w:r>
    </w:p>
    <w:p>
      <w:pPr>
        <w:jc w:val="right"/>
      </w:pPr>
      <w:r>
        <w:t>نیگیٹیو ووٹنگ۔</w:t>
      </w:r>
    </w:p>
    <w:p>
      <w:r>
        <w:rPr>
          <w:b/>
        </w:rPr>
        <w:t xml:space="preserve">[04:29] </w:t>
      </w:r>
      <w:r>
        <w:t>hata ke British jab the tab se negative culture chal raha hai.</w:t>
      </w:r>
    </w:p>
    <w:p>
      <w:pPr>
        <w:jc w:val="right"/>
      </w:pPr>
      <w:r>
        <w:t>حتیٰ کہ برٹش جب تھے تب سے نیگیٹیو کلچر چل رہا ہے۔</w:t>
      </w:r>
    </w:p>
    <w:p>
      <w:r>
        <w:rPr>
          <w:b/>
        </w:rPr>
        <w:t xml:space="preserve">[04:34] </w:t>
      </w:r>
      <w:r>
        <w:t>to negative culture kya hai? Yeh reaction.</w:t>
      </w:r>
    </w:p>
    <w:p>
      <w:pPr>
        <w:jc w:val="right"/>
      </w:pPr>
      <w:r>
        <w:t>تو نیگیٹیو کلچر کیا ہے؟ یہ ری ایکشن۔</w:t>
      </w:r>
    </w:p>
    <w:p>
      <w:r>
        <w:rPr>
          <w:b/>
        </w:rPr>
        <w:t xml:space="preserve">[04:37] </w:t>
      </w:r>
      <w:r>
        <w:t>reaction kya hai? Sabr na karna.</w:t>
      </w:r>
    </w:p>
    <w:p>
      <w:pPr>
        <w:jc w:val="right"/>
      </w:pPr>
      <w:r>
        <w:t>ری ایکشن کیا ہے؟ صبر نہ کرنا۔</w:t>
      </w:r>
    </w:p>
    <w:p>
      <w:r>
        <w:rPr>
          <w:b/>
        </w:rPr>
        <w:t xml:space="preserve">[04:40] </w:t>
      </w:r>
      <w:r>
        <w:t>jab aap sabr nahi karte to react karte hain.</w:t>
      </w:r>
    </w:p>
    <w:p>
      <w:pPr>
        <w:jc w:val="right"/>
      </w:pPr>
      <w:r>
        <w:t>جب آپ صبر نہیں کرتے تو ری ایکٹ کرتے ہیں۔</w:t>
      </w:r>
    </w:p>
    <w:p>
      <w:r>
        <w:rPr>
          <w:b/>
        </w:rPr>
        <w:t xml:space="preserve">[04:44] </w:t>
      </w:r>
      <w:r>
        <w:t>hata ke Allah taala par imaan mein bhi sabr chahiye.</w:t>
      </w:r>
    </w:p>
    <w:p>
      <w:pPr>
        <w:jc w:val="right"/>
      </w:pPr>
      <w:r>
        <w:t>حتیٰ کہ اللہ تعالیٰ پر ایمان میں بھی صبر چاہیے۔</w:t>
      </w:r>
    </w:p>
    <w:p>
      <w:r>
        <w:rPr>
          <w:b/>
        </w:rPr>
        <w:t xml:space="preserve">[04:49] </w:t>
      </w:r>
      <w:r>
        <w:t>kyun ke dekhein, zindagi mein kabhi baat yaksaan nahi rehti.</w:t>
      </w:r>
    </w:p>
    <w:p>
      <w:pPr>
        <w:jc w:val="right"/>
      </w:pPr>
      <w:r>
        <w:t>کیونکہ دیکھیں، زندگی میں کبھی بات یکساں نہیں رہتی۔</w:t>
      </w:r>
    </w:p>
    <w:p>
      <w:r>
        <w:rPr>
          <w:b/>
        </w:rPr>
        <w:t xml:space="preserve">[04:53] </w:t>
      </w:r>
      <w:r>
        <w:t>Allah ki taraf se kabhi aap jante hain ke kabhi achhi baarish hogi, kabhi achhi baarish nahi hogi.</w:t>
      </w:r>
    </w:p>
    <w:p>
      <w:pPr>
        <w:jc w:val="right"/>
      </w:pPr>
      <w:r>
        <w:t>اللہ کی طرف سے کبھی آپ جانتے ہیں کہ کبھی اچھی بارش ہوگی، کبھی اچھی بارش نہیں ہوگی۔</w:t>
      </w:r>
    </w:p>
    <w:p>
      <w:r>
        <w:rPr>
          <w:b/>
        </w:rPr>
        <w:t xml:space="preserve">[05:00] </w:t>
      </w:r>
      <w:r>
        <w:t>to aap ghussa ho jayein ge.</w:t>
      </w:r>
    </w:p>
    <w:p>
      <w:pPr>
        <w:jc w:val="right"/>
      </w:pPr>
      <w:r>
        <w:t>تو آپ غصہ ہو جائیں گے۔</w:t>
      </w:r>
    </w:p>
    <w:p>
      <w:r>
        <w:rPr>
          <w:b/>
        </w:rPr>
        <w:t xml:space="preserve">[05:03] </w:t>
      </w:r>
      <w:r>
        <w:t>kabhi aap ko health mile gi, kabhi aap bimar ho jayein ge.</w:t>
      </w:r>
    </w:p>
    <w:p>
      <w:pPr>
        <w:jc w:val="right"/>
      </w:pPr>
      <w:r>
        <w:t>کبھی آپ کو ہیلتھ ملے گی، کبھی آپ بیمار ہو جائیں گے۔</w:t>
      </w:r>
    </w:p>
    <w:p>
      <w:r>
        <w:rPr>
          <w:b/>
        </w:rPr>
        <w:t xml:space="preserve">[05:08] </w:t>
      </w:r>
      <w:r>
        <w:t>to aap khuda ghussa ho jayenge.</w:t>
      </w:r>
    </w:p>
    <w:p>
      <w:pPr>
        <w:jc w:val="right"/>
      </w:pPr>
      <w:r>
        <w:t>تو آپ خدا غصہ ہو جائیں گے۔</w:t>
      </w:r>
    </w:p>
    <w:p>
      <w:r>
        <w:rPr>
          <w:b/>
        </w:rPr>
        <w:t xml:space="preserve">[05:11] </w:t>
      </w:r>
      <w:r>
        <w:t>to khuda se bhi acha talluq banane ke liye aap ko sabr karna padta hai.</w:t>
      </w:r>
    </w:p>
    <w:p>
      <w:pPr>
        <w:jc w:val="right"/>
      </w:pPr>
      <w:r>
        <w:t>تو خدا سے بھی اچھا تعلق بنانے کے لیے آپ کو صبر کرنا پڑتا ہے۔</w:t>
      </w:r>
    </w:p>
    <w:p>
      <w:r>
        <w:rPr>
          <w:b/>
        </w:rPr>
        <w:t xml:space="preserve">[05:17] </w:t>
      </w:r>
      <w:r>
        <w:t>tab acha talluq ban pata hai.</w:t>
      </w:r>
    </w:p>
    <w:p>
      <w:pPr>
        <w:jc w:val="right"/>
      </w:pPr>
      <w:r>
        <w:t>تب اچھا تعلق بن پاتا ہے۔</w:t>
      </w:r>
    </w:p>
    <w:p>
      <w:r>
        <w:rPr>
          <w:b/>
        </w:rPr>
        <w:t xml:space="preserve">[05:20] </w:t>
      </w:r>
      <w:r>
        <w:t>to family mein, society mein, national life mein, international life mein har jagah aap pehle aap ko patient</w:t>
      </w:r>
    </w:p>
    <w:p>
      <w:pPr>
        <w:jc w:val="right"/>
      </w:pPr>
      <w:r>
        <w:t>تو فیملی میں، سوسائٹی میں، نیشنل لائف میں، انٹرنیشنل لائف میں ہر جگہ آپ پہلے آپ کو پیشنٹ</w:t>
      </w:r>
    </w:p>
    <w:p>
      <w:r>
        <w:rPr>
          <w:b/>
        </w:rPr>
        <w:t xml:space="preserve">[05:28] </w:t>
      </w:r>
      <w:r>
        <w:t>culture ko apnana padta hai.</w:t>
      </w:r>
    </w:p>
    <w:p>
      <w:pPr>
        <w:jc w:val="right"/>
      </w:pPr>
      <w:r>
        <w:t>کلچر کو اپنانا پڑتا ہے۔</w:t>
      </w:r>
    </w:p>
    <w:p>
      <w:r>
        <w:rPr>
          <w:b/>
        </w:rPr>
        <w:t xml:space="preserve">[05:30] </w:t>
      </w:r>
      <w:r>
        <w:t>tab aap acha behaviour aap dikha pate hain.</w:t>
      </w:r>
    </w:p>
    <w:p>
      <w:pPr>
        <w:jc w:val="right"/>
      </w:pPr>
      <w:r>
        <w:t>تب آپ اچھا بیہیویئر آپ دکھا پاتے ہیں۔</w:t>
      </w:r>
    </w:p>
    <w:p>
      <w:r>
        <w:rPr>
          <w:b/>
        </w:rPr>
        <w:t xml:space="preserve">[05:33] </w:t>
      </w:r>
      <w:r>
        <w:t>yeh universality hai patience ki jis ki wajah se yeh ayat aayi hai.</w:t>
      </w:r>
    </w:p>
    <w:p>
      <w:pPr>
        <w:jc w:val="right"/>
      </w:pPr>
      <w:r>
        <w:t>یہ یونیورسلٹی ہے پیشنس کی جس کی وجہ سے یہ آیت آئی ہے۔</w:t>
      </w:r>
    </w:p>
    <w:p>
      <w:r>
        <w:rPr>
          <w:b/>
        </w:rPr>
        <w:t xml:space="preserve">[05:39] </w:t>
      </w:r>
      <w:r>
        <w:t>to roza kya hai? roza shuru se aakhir tak patience hai.</w:t>
      </w:r>
    </w:p>
    <w:p>
      <w:pPr>
        <w:jc w:val="right"/>
      </w:pPr>
      <w:r>
        <w:t>تو روزہ کیا ہے؟ روزہ شروع سے آخر تک پیشنس ہے۔</w:t>
      </w:r>
    </w:p>
    <w:p>
      <w:r>
        <w:rPr>
          <w:b/>
        </w:rPr>
        <w:t xml:space="preserve">[05:44] </w:t>
      </w:r>
      <w:r>
        <w:t>woh roza us roze ko mein nahi manta jo khoob khate hain aur thikar hi thikar chalti rehti</w:t>
      </w:r>
    </w:p>
    <w:p>
      <w:pPr>
        <w:jc w:val="right"/>
      </w:pPr>
      <w:r>
        <w:t>وہ روزہ اس روزے کو میں نہیں مانتا جو خوب کھاتے ہیں اور ٹھکار ہی ٹھکار چلتی رہتی</w:t>
      </w:r>
    </w:p>
    <w:p>
      <w:r>
        <w:rPr>
          <w:b/>
        </w:rPr>
        <w:t xml:space="preserve">[05:51] </w:t>
      </w:r>
      <w:r>
        <w:t>hai shaam tak.</w:t>
      </w:r>
    </w:p>
    <w:p>
      <w:pPr>
        <w:jc w:val="right"/>
      </w:pPr>
      <w:r>
        <w:t>ہے شام تک۔</w:t>
      </w:r>
    </w:p>
    <w:p>
      <w:r>
        <w:rPr>
          <w:b/>
        </w:rPr>
        <w:t xml:space="preserve">[05:53] </w:t>
      </w:r>
      <w:r>
        <w:t>woh roza nahi hai, woh roza hi nahi hai.</w:t>
      </w:r>
    </w:p>
    <w:p>
      <w:pPr>
        <w:jc w:val="right"/>
      </w:pPr>
      <w:r>
        <w:t>وہ روزہ نہیں ہے، وہ روزہ ہی نہیں ہے۔</w:t>
      </w:r>
    </w:p>
    <w:p>
      <w:r>
        <w:rPr>
          <w:b/>
        </w:rPr>
        <w:t xml:space="preserve">[05:57] </w:t>
      </w:r>
      <w:r>
        <w:t>roza hai ke normal tareeqe se aap khayen.</w:t>
      </w:r>
    </w:p>
    <w:p>
      <w:pPr>
        <w:jc w:val="right"/>
      </w:pPr>
      <w:r>
        <w:t>روزہ ہے کہ نارمل طریقے سے آپ کھائیں۔</w:t>
      </w:r>
    </w:p>
    <w:p>
      <w:r>
        <w:rPr>
          <w:b/>
        </w:rPr>
        <w:t xml:space="preserve">[06:00] </w:t>
      </w:r>
      <w:r>
        <w:t>jab normal tareeqe se aap khayenge to lamba gap padega ek khane mein, doosre khane mein.</w:t>
      </w:r>
    </w:p>
    <w:p>
      <w:pPr>
        <w:jc w:val="right"/>
      </w:pPr>
      <w:r>
        <w:t>جب نارمل طریقے سے آپ کھائیں گے تو لمبا گیپ پڑے گا ایک کھانے میں، دوسرے کھانے میں۔</w:t>
      </w:r>
    </w:p>
    <w:p>
      <w:r>
        <w:rPr>
          <w:b/>
        </w:rPr>
        <w:t xml:space="preserve">[06:08] </w:t>
      </w:r>
      <w:r>
        <w:t>to aap ko bhook lagegi.</w:t>
      </w:r>
    </w:p>
    <w:p>
      <w:pPr>
        <w:jc w:val="right"/>
      </w:pPr>
      <w:r>
        <w:t>تو آپ کو بھوک لگے گی۔</w:t>
      </w:r>
    </w:p>
    <w:p>
      <w:r>
        <w:rPr>
          <w:b/>
        </w:rPr>
        <w:t xml:space="preserve">[06:10] </w:t>
      </w:r>
      <w:r>
        <w:t>to yeh jo ayat Quran majeed mein hai is liye hai ke patience ya sabr itni aham cheez</w:t>
      </w:r>
    </w:p>
    <w:p>
      <w:pPr>
        <w:jc w:val="right"/>
      </w:pPr>
      <w:r>
        <w:t>تو یہ جو آیت قرآن مجید میں ہے اس لیے ہے کہ پیشنس یا صبر اتنی اہم چیز</w:t>
      </w:r>
    </w:p>
    <w:p>
      <w:r>
        <w:rPr>
          <w:b/>
        </w:rPr>
        <w:t xml:space="preserve">[06:18] </w:t>
      </w:r>
      <w:r>
        <w:t>hai ke is ke baghair koi acha kaam kiya nahi ho sakta.</w:t>
      </w:r>
    </w:p>
    <w:p>
      <w:pPr>
        <w:jc w:val="right"/>
      </w:pPr>
      <w:r>
        <w:t>ہے کہ اس کے بغیر کوئی اچھا کام کیا نہیں ہو سکتا۔</w:t>
      </w:r>
    </w:p>
    <w:p>
      <w:r>
        <w:rPr>
          <w:b/>
        </w:rPr>
        <w:t xml:space="preserve">[06:23] </w:t>
      </w:r>
      <w:r>
        <w:t>koi bhi acha kaam aap baghair is ke.</w:t>
      </w:r>
    </w:p>
    <w:p>
      <w:pPr>
        <w:jc w:val="right"/>
      </w:pPr>
      <w:r>
        <w:t>کوئی بھی اچھا کام آپ بغیر اس کے۔</w:t>
      </w:r>
    </w:p>
    <w:p>
      <w:r>
        <w:rPr>
          <w:b/>
        </w:rPr>
        <w:t xml:space="preserve">[06:27] </w:t>
      </w:r>
      <w:r>
        <w:t>yeh pre condition hai sabr.</w:t>
      </w:r>
    </w:p>
    <w:p>
      <w:pPr>
        <w:jc w:val="right"/>
      </w:pPr>
      <w:r>
        <w:t>یہ پری کنڈیشن ہے صبر۔</w:t>
      </w:r>
    </w:p>
    <w:p>
      <w:r>
        <w:rPr>
          <w:b/>
        </w:rPr>
        <w:t xml:space="preserve">[06:29] </w:t>
      </w:r>
      <w:r>
        <w:t>phir dekhen, roze mein kya hota hai? aap din ke auqaat mein nahi khana khate, raat ke auqaat</w:t>
      </w:r>
    </w:p>
    <w:p>
      <w:pPr>
        <w:jc w:val="right"/>
      </w:pPr>
      <w:r>
        <w:t>پھر دیکھیں، روزے میں کیا ہوتا ہے؟ آپ دن کے اوقات میں نہیں کھانا کھاتے، رات کے اوقات</w:t>
      </w:r>
    </w:p>
    <w:p>
      <w:r>
        <w:rPr>
          <w:b/>
        </w:rPr>
        <w:t xml:space="preserve">[06:36] </w:t>
      </w:r>
      <w:r>
        <w:t>mein khate hain.</w:t>
      </w:r>
    </w:p>
    <w:p>
      <w:pPr>
        <w:jc w:val="right"/>
      </w:pPr>
      <w:r>
        <w:t>میں کھاتے ہیں۔</w:t>
      </w:r>
    </w:p>
    <w:p>
      <w:r>
        <w:rPr>
          <w:b/>
        </w:rPr>
        <w:t xml:space="preserve">[06:38] </w:t>
      </w:r>
      <w:r>
        <w:t>to kaha bhook ka bhi tajurba aur khane ka bhi tajurba.</w:t>
      </w:r>
    </w:p>
    <w:p>
      <w:pPr>
        <w:jc w:val="right"/>
      </w:pPr>
      <w:r>
        <w:t>تو کہا بھوک کا بھی تجربہ اور کھانے کا بھی تجربہ۔</w:t>
      </w:r>
    </w:p>
    <w:p>
      <w:r>
        <w:rPr>
          <w:b/>
        </w:rPr>
        <w:t xml:space="preserve">[06:43] </w:t>
      </w:r>
      <w:r>
        <w:t>acha tajurba aur sakht tajurba bhi.</w:t>
      </w:r>
    </w:p>
    <w:p>
      <w:pPr>
        <w:jc w:val="right"/>
      </w:pPr>
      <w:r>
        <w:t>اچھا تجربہ اور سخت تجربہ بھی۔</w:t>
      </w:r>
    </w:p>
    <w:p>
      <w:r>
        <w:rPr>
          <w:b/>
        </w:rPr>
        <w:t xml:space="preserve">[06:45] </w:t>
      </w:r>
      <w:r>
        <w:t>yahi to zindagi hai.</w:t>
      </w:r>
    </w:p>
    <w:p>
      <w:pPr>
        <w:jc w:val="right"/>
      </w:pPr>
      <w:r>
        <w:t>یہی تو زندگی ہے۔</w:t>
      </w:r>
    </w:p>
    <w:p>
      <w:r>
        <w:rPr>
          <w:b/>
        </w:rPr>
        <w:t xml:space="preserve">[06:47] </w:t>
      </w:r>
      <w:r>
        <w:t>zindagi mein kisi ko bhi aisa nahi hoga ke us ko sirf acha hi experience ho, bura experience</w:t>
      </w:r>
    </w:p>
    <w:p>
      <w:pPr>
        <w:jc w:val="right"/>
      </w:pPr>
      <w:r>
        <w:t>زندگی میں کسی کو بھی ایسا نہیں ہوگا کہ اس کو صرف اچھا ہی ایکسپیرینس ہو، برا ایکسپیرینس</w:t>
      </w:r>
    </w:p>
    <w:p>
      <w:r>
        <w:rPr>
          <w:b/>
        </w:rPr>
        <w:t xml:space="preserve">[06:55] </w:t>
      </w:r>
      <w:r>
        <w:t>na ho.</w:t>
      </w:r>
    </w:p>
    <w:p>
      <w:pPr>
        <w:jc w:val="right"/>
      </w:pPr>
      <w:r>
        <w:t>نہ ہو۔</w:t>
      </w:r>
    </w:p>
    <w:p>
      <w:r>
        <w:rPr>
          <w:b/>
        </w:rPr>
        <w:t xml:space="preserve">[06:56] </w:t>
      </w:r>
      <w:r>
        <w:t>badshah ko bhi aisa nahin.</w:t>
      </w:r>
    </w:p>
    <w:p>
      <w:pPr>
        <w:jc w:val="right"/>
      </w:pPr>
      <w:r>
        <w:t>بادشاہ کو بھی ایسا نہیں۔</w:t>
      </w:r>
    </w:p>
    <w:p>
      <w:r>
        <w:rPr>
          <w:b/>
        </w:rPr>
        <w:t xml:space="preserve">[06:58] </w:t>
      </w:r>
      <w:r>
        <w:t>aaj koi aadmi prime minister hai, kal woh election haar jaye to kuch nahin rahega woh.</w:t>
      </w:r>
    </w:p>
    <w:p>
      <w:pPr>
        <w:jc w:val="right"/>
      </w:pPr>
      <w:r>
        <w:t>آج کوئی آدمی پرائم منسٹر ہے، کل وہ الیکشن ہار جائے تو کچھ نہیں رہے گا وہ۔</w:t>
      </w:r>
    </w:p>
    <w:p>
      <w:r>
        <w:rPr>
          <w:b/>
        </w:rPr>
        <w:t xml:space="preserve">[07:06] </w:t>
      </w:r>
      <w:r>
        <w:t>to kaha up and down aata hai zindagi mein.</w:t>
      </w:r>
    </w:p>
    <w:p>
      <w:pPr>
        <w:jc w:val="right"/>
      </w:pPr>
      <w:r>
        <w:t>تو کہا اپ اینڈ ڈاؤن آتا ہے زندگی میں۔</w:t>
      </w:r>
    </w:p>
    <w:p>
      <w:r>
        <w:rPr>
          <w:b/>
        </w:rPr>
        <w:t xml:space="preserve">[07:09] </w:t>
      </w:r>
      <w:r>
        <w:t>achha bura, achha bura.</w:t>
      </w:r>
    </w:p>
    <w:p>
      <w:pPr>
        <w:jc w:val="right"/>
      </w:pPr>
      <w:r>
        <w:t>اچھا برا، اچھا برا۔</w:t>
      </w:r>
    </w:p>
    <w:p>
      <w:r>
        <w:rPr>
          <w:b/>
        </w:rPr>
        <w:t xml:space="preserve">[07:11] </w:t>
      </w:r>
      <w:r>
        <w:t>up and down.</w:t>
      </w:r>
    </w:p>
    <w:p>
      <w:pPr>
        <w:jc w:val="right"/>
      </w:pPr>
      <w:r>
        <w:t>اپ اینڈ ڈاؤن۔</w:t>
      </w:r>
    </w:p>
    <w:p>
      <w:r>
        <w:rPr>
          <w:b/>
        </w:rPr>
        <w:t xml:space="preserve">[07:13] </w:t>
      </w:r>
      <w:r>
        <w:t>is ko aap ko face karna para hai bohat hi normal tareeqe se.</w:t>
      </w:r>
    </w:p>
    <w:p>
      <w:pPr>
        <w:jc w:val="right"/>
      </w:pPr>
      <w:r>
        <w:t>اس کو آپ کو فیس کرنا پڑ رہا ہے بہت ہی نارمل طریقے سے۔</w:t>
      </w:r>
    </w:p>
    <w:p>
      <w:r>
        <w:rPr>
          <w:b/>
        </w:rPr>
        <w:t xml:space="preserve">[07:19] </w:t>
      </w:r>
      <w:r>
        <w:t>roze mein yahi to hota hai.</w:t>
      </w:r>
    </w:p>
    <w:p>
      <w:pPr>
        <w:jc w:val="right"/>
      </w:pPr>
      <w:r>
        <w:t>روزے میں یہی تو ہوتا ہے۔</w:t>
      </w:r>
    </w:p>
    <w:p>
      <w:r>
        <w:rPr>
          <w:b/>
        </w:rPr>
        <w:t xml:space="preserve">[07:21] </w:t>
      </w:r>
      <w:r>
        <w:t>din mein nahin khana, raat ko khana.</w:t>
      </w:r>
    </w:p>
    <w:p>
      <w:pPr>
        <w:jc w:val="right"/>
      </w:pPr>
      <w:r>
        <w:t>دن میں نہیں کھانا، رات کو کھانا۔</w:t>
      </w:r>
    </w:p>
    <w:p>
      <w:r>
        <w:rPr>
          <w:b/>
        </w:rPr>
        <w:t xml:space="preserve">[07:24] </w:t>
      </w:r>
      <w:r>
        <w:t>yeh up and down, up and down.</w:t>
      </w:r>
    </w:p>
    <w:p>
      <w:pPr>
        <w:jc w:val="right"/>
      </w:pPr>
      <w:r>
        <w:t>یہ اپ اینڈ ڈاؤن، اپ اینڈ ڈاؤن۔</w:t>
      </w:r>
    </w:p>
    <w:p>
      <w:r>
        <w:rPr>
          <w:b/>
        </w:rPr>
        <w:t xml:space="preserve">[07:27] </w:t>
      </w:r>
      <w:r>
        <w:t>to zindagi mein yaad rakhiye, negative experience hai, positive experience hai, dono chalega.</w:t>
      </w:r>
    </w:p>
    <w:p>
      <w:pPr>
        <w:jc w:val="right"/>
      </w:pPr>
      <w:r>
        <w:t>تو زندگی میں یاد رکھیے، نیگیٹیو ایکسپیرینس ہے، پازیٹیو ایکسپیرینس ہے، دونوں چلے گا۔</w:t>
      </w:r>
    </w:p>
    <w:p>
      <w:r>
        <w:rPr>
          <w:b/>
        </w:rPr>
        <w:t xml:space="preserve">[07:33] </w:t>
      </w:r>
      <w:r>
        <w:t>raat aayegi, din aayegi, raat aayegi, din aayegi.</w:t>
      </w:r>
    </w:p>
    <w:p>
      <w:pPr>
        <w:jc w:val="right"/>
      </w:pPr>
      <w:r>
        <w:t>رات آئے گی، دن آئے گی، رات آئے گی، دن آئے گی۔</w:t>
      </w:r>
    </w:p>
    <w:p>
      <w:r>
        <w:rPr>
          <w:b/>
        </w:rPr>
        <w:t xml:space="preserve">[07:38] </w:t>
      </w:r>
      <w:r>
        <w:t>to main samajhta hoon ke super formula hai zindagi ka hi jis ko roze mein aap ko bataya</w:t>
      </w:r>
    </w:p>
    <w:p>
      <w:pPr>
        <w:jc w:val="right"/>
      </w:pPr>
      <w:r>
        <w:t>تو میں سمجھتا ہوں کہ سپر فارمولا ہے زندگی کا ہی جس کو روزے میں آپ کو بتایا</w:t>
      </w:r>
    </w:p>
    <w:p>
      <w:r>
        <w:rPr>
          <w:b/>
        </w:rPr>
        <w:t xml:space="preserve">[07:46] </w:t>
      </w:r>
      <w:r>
        <w:t>jata hai.</w:t>
      </w:r>
    </w:p>
    <w:p>
      <w:pPr>
        <w:jc w:val="right"/>
      </w:pPr>
      <w:r>
        <w:t>جاتا ہے۔</w:t>
      </w:r>
    </w:p>
    <w:p>
      <w:r>
        <w:rPr>
          <w:b/>
        </w:rPr>
        <w:t xml:space="preserve">[07:48] </w:t>
      </w:r>
      <w:r>
        <w:t>super formula hai.</w:t>
      </w:r>
    </w:p>
    <w:p>
      <w:pPr>
        <w:jc w:val="right"/>
      </w:pPr>
      <w:r>
        <w:t>سپر فارمولا ہے۔</w:t>
      </w:r>
    </w:p>
    <w:p>
      <w:r>
        <w:rPr>
          <w:b/>
        </w:rPr>
        <w:t xml:space="preserve">[07:49] </w:t>
      </w:r>
      <w:r>
        <w:t>har ek ke liye.</w:t>
      </w:r>
    </w:p>
    <w:p>
      <w:pPr>
        <w:jc w:val="right"/>
      </w:pPr>
      <w:r>
        <w:t>ہر ایک کے لیے۔</w:t>
      </w:r>
    </w:p>
    <w:p>
      <w:r>
        <w:rPr>
          <w:b/>
        </w:rPr>
        <w:t xml:space="preserve">[07:51] </w:t>
      </w:r>
      <w:r>
        <w:t>chahe chhota aadmi ho, bada aadmi ho, ghareeb aadmi ho aur waldi aadmi ho, koi bhi ho.</w:t>
      </w:r>
    </w:p>
    <w:p>
      <w:pPr>
        <w:jc w:val="right"/>
      </w:pPr>
      <w:r>
        <w:t>چاہے چھوٹا آدمی ہو، بڑا آدمی ہو، غریب آدمی ہو اور ولدی آدمی ہو، کوئی بھی ہو۔</w:t>
      </w:r>
    </w:p>
    <w:p>
      <w:r>
        <w:rPr>
          <w:b/>
        </w:rPr>
        <w:t xml:space="preserve">[07:58] </w:t>
      </w:r>
      <w:r>
        <w:t>har ek ki zindagi mein negative experience aur positive experience dono chalega.</w:t>
      </w:r>
    </w:p>
    <w:p>
      <w:pPr>
        <w:jc w:val="right"/>
      </w:pPr>
      <w:r>
        <w:t>ہر ایک کی زندگی میں نیگیٹیو ایکسپیرینس اور پازیٹیو ایکسپیرینس دونوں چلے گا۔</w:t>
      </w:r>
    </w:p>
    <w:p>
      <w:r>
        <w:rPr>
          <w:b/>
        </w:rPr>
        <w:t xml:space="preserve">[08:04] </w:t>
      </w:r>
      <w:r>
        <w:t>kabhi health, kabhi bimari, kabhi khushi, kabhi gham, kabhi kam, kabhi zyada, kabhi income, kabhi loss.</w:t>
      </w:r>
    </w:p>
    <w:p>
      <w:pPr>
        <w:jc w:val="right"/>
      </w:pPr>
      <w:r>
        <w:t>کبھی ہیلتھ، کبھی بیماری، کبھی خوشی، کبھی غم، کبھی کم، کبھی زیادہ، کبھی انکم، کبھی لاس۔</w:t>
      </w:r>
    </w:p>
    <w:p>
      <w:r>
        <w:rPr>
          <w:b/>
        </w:rPr>
        <w:t xml:space="preserve">[08:11] </w:t>
      </w:r>
      <w:r>
        <w:t>yeh zindagi isi ka naam hai.</w:t>
      </w:r>
    </w:p>
    <w:p>
      <w:pPr>
        <w:jc w:val="right"/>
      </w:pPr>
      <w:r>
        <w:t>یہ زندگی اسی کا نام ہے۔</w:t>
      </w:r>
    </w:p>
    <w:p>
      <w:r>
        <w:rPr>
          <w:b/>
        </w:rPr>
        <w:t xml:space="preserve">[08:13] </w:t>
      </w:r>
      <w:r>
        <w:t>to kitni bari, kitna bara yeh lesson hai jo roze mein di ayat hai ke is ko is</w:t>
      </w:r>
    </w:p>
    <w:p>
      <w:pPr>
        <w:jc w:val="right"/>
      </w:pPr>
      <w:r>
        <w:t>تو کتنی بڑی، کتنا بڑا یہ لیسن ہے جو روزے میں دی آیت ہے کہ اس کو اس</w:t>
      </w:r>
    </w:p>
    <w:p>
      <w:r>
        <w:rPr>
          <w:b/>
        </w:rPr>
        <w:t xml:space="preserve">[08:21] </w:t>
      </w:r>
      <w:r>
        <w:t>ko normal tareeqe se lo.</w:t>
      </w:r>
    </w:p>
    <w:p>
      <w:pPr>
        <w:jc w:val="right"/>
      </w:pPr>
      <w:r>
        <w:t>کو نارمل طریقے سے لو۔</w:t>
      </w:r>
    </w:p>
    <w:p>
      <w:r>
        <w:rPr>
          <w:b/>
        </w:rPr>
        <w:t xml:space="preserve">[08:23] </w:t>
      </w:r>
      <w:r>
        <w:t>zindagi ki is yeh jo zindagi ka yeh jo aspect hai ke is mein kabhi bhi kisi ke</w:t>
      </w:r>
    </w:p>
    <w:p>
      <w:pPr>
        <w:jc w:val="right"/>
      </w:pPr>
      <w:r>
        <w:t>زندگی کی اس یہ جو زندگی کا یہ جو آسپیکٹ ہے کہ اس میں کبھی بھی کسی کے</w:t>
      </w:r>
    </w:p>
    <w:p>
      <w:r>
        <w:rPr>
          <w:b/>
        </w:rPr>
        <w:t xml:space="preserve">[08:31] </w:t>
      </w:r>
      <w:r>
        <w:t>liye bhi halaat hamesha normal nahin rehte.</w:t>
      </w:r>
    </w:p>
    <w:p>
      <w:pPr>
        <w:jc w:val="right"/>
      </w:pPr>
      <w:r>
        <w:t>لیے بھی حالات ہمیشہ نارمل نہیں رہتے۔</w:t>
      </w:r>
    </w:p>
    <w:p>
      <w:r>
        <w:rPr>
          <w:b/>
        </w:rPr>
        <w:t xml:space="preserve">[08:34] </w:t>
      </w:r>
      <w:r>
        <w:t>is ko bohat hi normal tareeqe se face karna.</w:t>
      </w:r>
    </w:p>
    <w:p>
      <w:pPr>
        <w:jc w:val="right"/>
      </w:pPr>
      <w:r>
        <w:t>اس کو بہت ہی نارمل طریقے سے فیس کرنا۔</w:t>
      </w:r>
    </w:p>
    <w:p>
      <w:r>
        <w:rPr>
          <w:b/>
        </w:rPr>
        <w:t xml:space="preserve">[08:38] </w:t>
      </w:r>
      <w:r>
        <w:t>yeh sikhaya jata hai aap ko.</w:t>
      </w:r>
    </w:p>
    <w:p>
      <w:pPr>
        <w:jc w:val="right"/>
      </w:pPr>
      <w:r>
        <w:t>یہ سکھایا جاتا ہے آپ کو۔</w:t>
      </w:r>
    </w:p>
    <w:p>
      <w:r>
        <w:rPr>
          <w:b/>
        </w:rPr>
        <w:t xml:space="preserve">[08:40] </w:t>
      </w:r>
      <w:r>
        <w:t>to yeh aik itni bari baat hai.</w:t>
      </w:r>
    </w:p>
    <w:p>
      <w:pPr>
        <w:jc w:val="right"/>
      </w:pPr>
      <w:r>
        <w:t>تو یہ ایک اتنی بڑی بات ہے۔</w:t>
      </w:r>
    </w:p>
    <w:p>
      <w:r>
        <w:rPr>
          <w:b/>
        </w:rPr>
        <w:t xml:space="preserve">[08:43] </w:t>
      </w:r>
      <w:r>
        <w:t>chahe ibadat ka mamla ho, business ka mamla ho, service ka mamla ho.</w:t>
      </w:r>
    </w:p>
    <w:p>
      <w:pPr>
        <w:jc w:val="right"/>
      </w:pPr>
      <w:r>
        <w:t>چاہے عبادت کا معاملہ ہو، بزنس کا معاملہ ہو، سروس کا معاملہ ہو۔</w:t>
      </w:r>
    </w:p>
    <w:p>
      <w:r>
        <w:rPr>
          <w:b/>
        </w:rPr>
        <w:t xml:space="preserve">[08:49] </w:t>
      </w:r>
      <w:r>
        <w:t>to apne aap ko, yani yeh bhi mein keh sakta hoon ke apne aap ko tension free banane</w:t>
      </w:r>
    </w:p>
    <w:p>
      <w:pPr>
        <w:jc w:val="right"/>
      </w:pPr>
      <w:r>
        <w:t>تو اپنے آپ کو، یعنی یہ بھی میں کہہ سکتا ہوں کہ اپنے آپ کو ٹینشن فری بنانے</w:t>
      </w:r>
    </w:p>
    <w:p>
      <w:r>
        <w:rPr>
          <w:b/>
        </w:rPr>
        <w:t xml:space="preserve">[08:56] </w:t>
      </w:r>
      <w:r>
        <w:t>ka super formula yeh hai.</w:t>
      </w:r>
    </w:p>
    <w:p>
      <w:pPr>
        <w:jc w:val="right"/>
      </w:pPr>
      <w:r>
        <w:t>کا سپر فارمولا یہ ہے۔</w:t>
      </w:r>
    </w:p>
    <w:p>
      <w:r>
        <w:rPr>
          <w:b/>
        </w:rPr>
        <w:t xml:space="preserve">[08:59] </w:t>
      </w:r>
      <w:r>
        <w:t>log tension mein kyun pad jaate hain? Isi liye ke kuch cheezein jo aap ki samajh se negative</w:t>
      </w:r>
    </w:p>
    <w:p>
      <w:pPr>
        <w:jc w:val="right"/>
      </w:pPr>
      <w:r>
        <w:t>لوگ ٹینشن میں کیوں پڑ جاتے ہیں؟ اسی لیے کہ کچھ چیزیں جو آپ کی سمجھ سے نیگیٹیو</w:t>
      </w:r>
    </w:p>
    <w:p>
      <w:r>
        <w:rPr>
          <w:b/>
        </w:rPr>
        <w:t xml:space="preserve">[09:06] </w:t>
      </w:r>
      <w:r>
        <w:t>hoti hain, kuch cheezein jo aap ki samajh se unwanted hoti hain, us mein aap ko is</w:t>
      </w:r>
    </w:p>
    <w:p>
      <w:pPr>
        <w:jc w:val="right"/>
      </w:pPr>
      <w:r>
        <w:t>ہوتی ہیں، کچھ چیزیں جو آپ کی سمجھ سے ان وانٹڈ ہوتی ہیں، اس میں آپ کو اس</w:t>
      </w:r>
    </w:p>
    <w:p>
      <w:r>
        <w:rPr>
          <w:b/>
        </w:rPr>
        <w:t xml:space="preserve">[09:14] </w:t>
      </w:r>
      <w:r>
        <w:t>ka aap ko tajurba hota hai.</w:t>
      </w:r>
    </w:p>
    <w:p>
      <w:pPr>
        <w:jc w:val="right"/>
      </w:pPr>
      <w:r>
        <w:t>کا آپ کو تجربہ ہوتا ہے۔</w:t>
      </w:r>
    </w:p>
    <w:p>
      <w:r>
        <w:rPr>
          <w:b/>
        </w:rPr>
        <w:t xml:space="preserve">[09:17] </w:t>
      </w:r>
      <w:r>
        <w:t>to aap wahan par react karte hain.</w:t>
      </w:r>
    </w:p>
    <w:p>
      <w:pPr>
        <w:jc w:val="right"/>
      </w:pPr>
      <w:r>
        <w:t>تو آپ وہاں پر ری ایکٹ کرتے ہیں۔</w:t>
      </w:r>
    </w:p>
    <w:p>
      <w:r>
        <w:rPr>
          <w:b/>
        </w:rPr>
        <w:t xml:space="preserve">[09:20] </w:t>
      </w:r>
      <w:r>
        <w:t>aap sochne lagte hain ke kya museebat hai yeh.</w:t>
      </w:r>
    </w:p>
    <w:p>
      <w:pPr>
        <w:jc w:val="right"/>
      </w:pPr>
      <w:r>
        <w:t>آپ سوچنے لگتے ہیں کہ کیا مصیبت ہے یہ۔</w:t>
      </w:r>
    </w:p>
    <w:p>
      <w:r>
        <w:rPr>
          <w:b/>
        </w:rPr>
        <w:t xml:space="preserve">[09:24] </w:t>
      </w:r>
      <w:r>
        <w:t>to mein samajhta hoon ke agar aap spirit ke sath lein roze ko to aap ko tension free</w:t>
      </w:r>
    </w:p>
    <w:p>
      <w:pPr>
        <w:jc w:val="right"/>
      </w:pPr>
      <w:r>
        <w:t>تو میں سمجھتا ہوں کہ اگر آپ اسپرٹ کے ساتھ لیں روزے کو تو آپ کو ٹینشن فری</w:t>
      </w:r>
    </w:p>
    <w:p>
      <w:r>
        <w:rPr>
          <w:b/>
        </w:rPr>
        <w:t xml:space="preserve">[09:32] </w:t>
      </w:r>
      <w:r>
        <w:t>banane ka super formula hai yeh.</w:t>
      </w:r>
    </w:p>
    <w:p>
      <w:pPr>
        <w:jc w:val="right"/>
      </w:pPr>
      <w:r>
        <w:t>بنانے کا سپر فارمولا ہے یہ۔</w:t>
      </w:r>
    </w:p>
    <w:p>
      <w:r>
        <w:rPr>
          <w:b/>
        </w:rPr>
        <w:t xml:space="preserve">[09:34] </w:t>
      </w:r>
      <w:r>
        <w:t>super formula hai.</w:t>
      </w:r>
    </w:p>
    <w:p>
      <w:pPr>
        <w:jc w:val="right"/>
      </w:pPr>
      <w:r>
        <w:t>سپر فارمولا ہے۔</w:t>
      </w:r>
    </w:p>
    <w:p>
      <w:r>
        <w:rPr>
          <w:b/>
        </w:rPr>
        <w:t xml:space="preserve">[09:36] </w:t>
      </w:r>
      <w:r>
        <w:t>aur aik baat mein aur bhi arz karoon ke musalman bohat zyada halal haram karte hain.</w:t>
      </w:r>
    </w:p>
    <w:p>
      <w:pPr>
        <w:jc w:val="right"/>
      </w:pPr>
      <w:r>
        <w:t>اور ایک بات میں اور بھی عرض کروں کہ مسلمان بہت زیادہ حلال حرام کرتے ہیں۔</w:t>
      </w:r>
    </w:p>
    <w:p>
      <w:r>
        <w:rPr>
          <w:b/>
        </w:rPr>
        <w:t xml:space="preserve">[09:42] </w:t>
      </w:r>
      <w:r>
        <w:t>har cheez ko sharai masla banate hain.</w:t>
      </w:r>
    </w:p>
    <w:p>
      <w:pPr>
        <w:jc w:val="right"/>
      </w:pPr>
      <w:r>
        <w:t>ہر چیز کو شرعی مسئلہ بناتے ہیں۔</w:t>
      </w:r>
    </w:p>
    <w:p>
      <w:r>
        <w:rPr>
          <w:b/>
        </w:rPr>
        <w:t xml:space="preserve">[09:45] </w:t>
      </w:r>
      <w:r>
        <w:t>hargiz hargiz yeh Islam nahi hai.</w:t>
      </w:r>
    </w:p>
    <w:p>
      <w:pPr>
        <w:jc w:val="right"/>
      </w:pPr>
      <w:r>
        <w:t>ہرگز ہرگز یہ اسلام نہیں ہے۔</w:t>
      </w:r>
    </w:p>
    <w:p>
      <w:r>
        <w:rPr>
          <w:b/>
        </w:rPr>
        <w:t xml:space="preserve">[09:48] </w:t>
      </w:r>
      <w:r>
        <w:t>hargiz hargiz yeh Islam nahi hai.</w:t>
      </w:r>
    </w:p>
    <w:p>
      <w:pPr>
        <w:jc w:val="right"/>
      </w:pPr>
      <w:r>
        <w:t>ہرگز ہرگز یہ اسلام نہیں ہے۔</w:t>
      </w:r>
    </w:p>
    <w:p>
      <w:r>
        <w:rPr>
          <w:b/>
        </w:rPr>
        <w:t xml:space="preserve">[09:51] </w:t>
      </w:r>
      <w:r>
        <w:t>jaise mujh se aksar log poochte hain ke sahib woh mandir mein gaye, wahan parshad mila to kya</w:t>
      </w:r>
    </w:p>
    <w:p>
      <w:pPr>
        <w:jc w:val="right"/>
      </w:pPr>
      <w:r>
        <w:t>جیسے مجھ سے اکثر لوگ پوچھتے ہیں کہ صاحب وہ مندر میں گئے، وہاں پرشاد ملا تو کیا</w:t>
      </w:r>
    </w:p>
    <w:p>
      <w:r>
        <w:rPr>
          <w:b/>
        </w:rPr>
        <w:t xml:space="preserve">[09:58] </w:t>
      </w:r>
      <w:r>
        <w:t>karein is ko? Maine kaha kha lijiyey is ko.</w:t>
      </w:r>
    </w:p>
    <w:p>
      <w:pPr>
        <w:jc w:val="right"/>
      </w:pPr>
      <w:r>
        <w:t>کریں اس کو؟ میں نے کہا کھا لیجئے اس کو۔</w:t>
      </w:r>
    </w:p>
    <w:p>
      <w:r>
        <w:rPr>
          <w:b/>
        </w:rPr>
        <w:t xml:space="preserve">[10:03] </w:t>
      </w:r>
      <w:r>
        <w:t>khwah makhwah is ko halal haram ko masla banate hain.</w:t>
      </w:r>
    </w:p>
    <w:p>
      <w:pPr>
        <w:jc w:val="right"/>
      </w:pPr>
      <w:r>
        <w:t>خواہ مخواہ اس کو حلال حرام کو مسئلہ بناتے ہیں۔</w:t>
      </w:r>
    </w:p>
    <w:p>
      <w:r>
        <w:rPr>
          <w:b/>
        </w:rPr>
        <w:t xml:space="preserve">[10:07] </w:t>
      </w:r>
      <w:r>
        <w:t>aik lady, aik Muslim lady gayi Muslim Hindu family mein to unhone kaha ke wahan chalan spirit</w:t>
      </w:r>
    </w:p>
    <w:p>
      <w:pPr>
        <w:jc w:val="right"/>
      </w:pPr>
      <w:r>
        <w:t>ایک لیڈی، ایک مسلم لیڈی گئی مسلم ہندو فیملی میں تو انہوں نے کہا کہ وہاں چلان اسپرٹ</w:t>
      </w:r>
    </w:p>
    <w:p>
      <w:r>
        <w:rPr>
          <w:b/>
        </w:rPr>
        <w:t xml:space="preserve">[10:15] </w:t>
      </w:r>
      <w:r>
        <w:t>kya jata hai, mein kya karoon? Unhone kaha aap bhi kar lijiyey.</w:t>
      </w:r>
    </w:p>
    <w:p>
      <w:pPr>
        <w:jc w:val="right"/>
      </w:pPr>
      <w:r>
        <w:t>کیا جاتا ہے، میں کیا کروں؟ انہوں نے کہا آپ بھی کر لیجئے۔</w:t>
      </w:r>
    </w:p>
    <w:p>
      <w:r>
        <w:rPr>
          <w:b/>
        </w:rPr>
        <w:t xml:space="preserve">[10:20] </w:t>
      </w:r>
      <w:r>
        <w:t>yeh sab mere nazdeek roze ka sabak hai.</w:t>
      </w:r>
    </w:p>
    <w:p>
      <w:pPr>
        <w:jc w:val="right"/>
      </w:pPr>
      <w:r>
        <w:t>یہ سب میرے نزدیک روزے کا سبق ہے۔</w:t>
      </w:r>
    </w:p>
    <w:p>
      <w:r>
        <w:rPr>
          <w:b/>
        </w:rPr>
        <w:t xml:space="preserve">[10:24] </w:t>
      </w:r>
      <w:r>
        <w:t>kyun is ko aap sharai masla banayein? Kyun jaiz najais banayein? Kyun is ko fatwa ka masla banayein?</w:t>
      </w:r>
    </w:p>
    <w:p>
      <w:pPr>
        <w:jc w:val="right"/>
      </w:pPr>
      <w:r>
        <w:t>کیوں اس کو آپ شرعی مسئلہ بنائیں؟ کیوں جائز ناجائز بنائیں؟ کیوں اس کو فتویٰ کا مسئلہ بنائیں؟</w:t>
      </w:r>
    </w:p>
    <w:p>
      <w:r>
        <w:rPr>
          <w:b/>
        </w:rPr>
        <w:t xml:space="preserve">[10:31] </w:t>
      </w:r>
      <w:r>
        <w:t>hamare ulama ko adat ho gayi hai har baat ko fatwa.</w:t>
      </w:r>
    </w:p>
    <w:p>
      <w:pPr>
        <w:jc w:val="right"/>
      </w:pPr>
      <w:r>
        <w:t>ہمارے علماء کو عادت ہو گئی ہے ہر بات کو فتویٰ۔</w:t>
      </w:r>
    </w:p>
    <w:p>
      <w:r>
        <w:rPr>
          <w:b/>
        </w:rPr>
        <w:t xml:space="preserve">[10:36] </w:t>
      </w:r>
      <w:r>
        <w:t>aik hadith hai, yaad rakhiye, hadith hai us mein kaha gaya hai ke jo aadmi har baat par</w:t>
      </w:r>
    </w:p>
    <w:p>
      <w:pPr>
        <w:jc w:val="right"/>
      </w:pPr>
      <w:r>
        <w:t>ایک حدیث ہے، یاد رکھیے، حدیث ہے اس میں کہا گیا ہے کہ جو آدمی ہر بات پر</w:t>
      </w:r>
    </w:p>
    <w:p>
      <w:r>
        <w:rPr>
          <w:b/>
        </w:rPr>
        <w:t xml:space="preserve">[10:44] </w:t>
      </w:r>
      <w:r>
        <w:t>fatwa de woh majnoon hai.</w:t>
      </w:r>
    </w:p>
    <w:p>
      <w:pPr>
        <w:jc w:val="right"/>
      </w:pPr>
      <w:r>
        <w:t>فتویٰ دے وہ مجنون ہے۔</w:t>
      </w:r>
    </w:p>
    <w:p>
      <w:r>
        <w:rPr>
          <w:b/>
        </w:rPr>
        <w:t xml:space="preserve">[10:46] </w:t>
      </w:r>
      <w:r>
        <w:t>woh deewana hai.</w:t>
      </w:r>
    </w:p>
    <w:p>
      <w:pPr>
        <w:jc w:val="right"/>
      </w:pPr>
      <w:r>
        <w:t>وہ دیوانہ ہے۔</w:t>
      </w:r>
    </w:p>
    <w:p>
      <w:r>
        <w:rPr>
          <w:b/>
        </w:rPr>
        <w:t xml:space="preserve">[10:47] </w:t>
      </w:r>
      <w:r>
        <w:t>aaj kal aap jaen kisi dar-ul-ifta mein koi masla le kar foran fatwa de den ge woh.</w:t>
      </w:r>
    </w:p>
    <w:p>
      <w:pPr>
        <w:jc w:val="right"/>
      </w:pPr>
      <w:r>
        <w:t>آج کل آپ جائیں کسی دارالافتاء میں کوئی مسئلہ لے کر فوراً فتویٰ دے دیں گے وہ۔</w:t>
      </w:r>
    </w:p>
    <w:p>
      <w:r>
        <w:rPr>
          <w:b/>
        </w:rPr>
        <w:t xml:space="preserve">[10:55] </w:t>
      </w:r>
      <w:r>
        <w:t>misalan kisi se aap ja ke kahein ke falan aadmi imam hai aur pajama is ka neeche rehta</w:t>
      </w:r>
    </w:p>
    <w:p>
      <w:pPr>
        <w:jc w:val="right"/>
      </w:pPr>
      <w:r>
        <w:t>مثلاً کسی سے آپ جا کے کہیں کہ فلاں آدمی امام ہے اور پجامہ اس کا نیچے رہتا</w:t>
      </w:r>
    </w:p>
    <w:p>
      <w:r>
        <w:rPr>
          <w:b/>
        </w:rPr>
        <w:t xml:space="preserve">[11:02] </w:t>
      </w:r>
      <w:r>
        <w:t>hai, takne se neeche, woh is ke peeche namaz parhna jaiz hai ke ناجائز؟ woh foran fatwa de</w:t>
      </w:r>
    </w:p>
    <w:p>
      <w:pPr>
        <w:jc w:val="right"/>
      </w:pPr>
      <w:r>
        <w:t>ہے، ٹخنے سے نیچے، وہ اس کے پیچھے نماز پڑھنا جائز ہے کہ ناجائز؟ وہ فوراً فتویٰ دے</w:t>
      </w:r>
    </w:p>
    <w:p>
      <w:r>
        <w:rPr>
          <w:b/>
        </w:rPr>
        <w:t xml:space="preserve">[11:10] </w:t>
      </w:r>
      <w:r>
        <w:t>den ge.</w:t>
      </w:r>
    </w:p>
    <w:p>
      <w:pPr>
        <w:jc w:val="right"/>
      </w:pPr>
      <w:r>
        <w:t>دیں گے۔</w:t>
      </w:r>
    </w:p>
    <w:p>
      <w:r>
        <w:rPr>
          <w:b/>
        </w:rPr>
        <w:t xml:space="preserve">[11:12] </w:t>
      </w:r>
      <w:r>
        <w:t>magar is fatwa ke liye is se kahein ke namaz to aap nahin parhte ho, imam ki nahin,</w:t>
      </w:r>
    </w:p>
    <w:p>
      <w:pPr>
        <w:jc w:val="right"/>
      </w:pPr>
      <w:r>
        <w:t>مگر اس فتویٰ کے لیے اس سے کہیے کہ نماز تو آپ نہیں پڑھتے ہو، امام کی نہیں،</w:t>
      </w:r>
    </w:p>
    <w:p>
      <w:r>
        <w:rPr>
          <w:b/>
        </w:rPr>
        <w:t xml:space="preserve">[11:19] </w:t>
      </w:r>
      <w:r>
        <w:t>woh is ka masla hai ke is ka pajama neeche hai ooncha, aap parh lijiye namaz.</w:t>
      </w:r>
    </w:p>
    <w:p>
      <w:pPr>
        <w:jc w:val="right"/>
      </w:pPr>
      <w:r>
        <w:t>وہ اس کا مسئلہ ہے کہ اس کا پجامہ نیچے ہے اونچا، آپ پڑھ لیجئے نماز۔</w:t>
      </w:r>
    </w:p>
    <w:p>
      <w:r>
        <w:rPr>
          <w:b/>
        </w:rPr>
        <w:t xml:space="preserve">[11:26] </w:t>
      </w:r>
      <w:r>
        <w:t>to main samajhta hoon ke yeh rozay ka jo Islam mein tareeqa hai woh ek pehlu se woh</w:t>
      </w:r>
    </w:p>
    <w:p>
      <w:pPr>
        <w:jc w:val="right"/>
      </w:pPr>
      <w:r>
        <w:t>تو میں سمجھتا ہوں کہ یہ روزے کا جو اسلام میں طریقہ ہے وہ ایک پہلو سے وہ</w:t>
      </w:r>
    </w:p>
    <w:p>
      <w:r>
        <w:rPr>
          <w:b/>
        </w:rPr>
        <w:t xml:space="preserve">[11:34] </w:t>
      </w:r>
      <w:r>
        <w:t>religious cheez hai, ibadat ki cheez hai, doosre pehlu se woh poori zindagi ka mamla hai.</w:t>
      </w:r>
    </w:p>
    <w:p>
      <w:pPr>
        <w:jc w:val="right"/>
      </w:pPr>
      <w:r>
        <w:t>ریلیجیس چیز ہے، عبادت کی چیز ہے، دوسرے پہلو سے وہ پوری زندگی کا معاملہ ہے۔</w:t>
      </w:r>
    </w:p>
    <w:p>
      <w:r>
        <w:rPr>
          <w:b/>
        </w:rPr>
        <w:t xml:space="preserve">[11:41] </w:t>
      </w:r>
      <w:r>
        <w:t>poori zindagi ka mamla hai.</w:t>
      </w:r>
    </w:p>
    <w:p>
      <w:pPr>
        <w:jc w:val="right"/>
      </w:pPr>
      <w:r>
        <w:t>پوری زندگی کا معاملہ ہے۔</w:t>
      </w:r>
    </w:p>
    <w:p>
      <w:r>
        <w:rPr>
          <w:b/>
        </w:rPr>
        <w:t xml:space="preserve">[11:43] </w:t>
      </w:r>
      <w:r>
        <w:t>aap ghor kijiye ke agar is tareeqay se aap aadmi rozay ko le to zindagi kitni aasan ho</w:t>
      </w:r>
    </w:p>
    <w:p>
      <w:pPr>
        <w:jc w:val="right"/>
      </w:pPr>
      <w:r>
        <w:t>آپ غور کیجئے کہ اگر اس طریقے سے آپ آدمی روزے کو لے تو زندگی کتنی آسان ہو</w:t>
      </w:r>
    </w:p>
    <w:p>
      <w:r>
        <w:rPr>
          <w:b/>
        </w:rPr>
        <w:t xml:space="preserve">[11:51] </w:t>
      </w:r>
      <w:r>
        <w:t>jaye.</w:t>
      </w:r>
    </w:p>
    <w:p>
      <w:pPr>
        <w:jc w:val="right"/>
      </w:pPr>
      <w:r>
        <w:t>جائے۔</w:t>
      </w:r>
    </w:p>
    <w:p>
      <w:r>
        <w:rPr>
          <w:b/>
        </w:rPr>
        <w:t xml:space="preserve">[11:52] </w:t>
      </w:r>
      <w:r>
        <w:t>kitni aasan ho jaye.</w:t>
      </w:r>
    </w:p>
    <w:p>
      <w:pPr>
        <w:jc w:val="right"/>
      </w:pPr>
      <w:r>
        <w:t>کتنی آسان ہو جائے۔</w:t>
      </w:r>
    </w:p>
    <w:p>
      <w:r>
        <w:rPr>
          <w:b/>
        </w:rPr>
        <w:t xml:space="preserve">[11:54] </w:t>
      </w:r>
      <w:r>
        <w:t>main ek ek sahib rehte hain America mein, woh bohat khush rehte hain to main ne un se</w:t>
      </w:r>
    </w:p>
    <w:p>
      <w:pPr>
        <w:jc w:val="right"/>
      </w:pPr>
      <w:r>
        <w:t>میں ایک ایک صاحب رہتے ہیں امریکہ میں، وہ بہت خوش رہتے ہیں تو میں نے ان سے</w:t>
      </w:r>
    </w:p>
    <w:p>
      <w:r>
        <w:rPr>
          <w:b/>
        </w:rPr>
        <w:t xml:space="preserve">[12:01] </w:t>
      </w:r>
      <w:r>
        <w:t>پوچھا کہ میں نے واچ کیا کہ ان کا فارمولا کیا ہے۔</w:t>
      </w:r>
    </w:p>
    <w:p>
      <w:pPr>
        <w:jc w:val="right"/>
      </w:pPr>
      <w:r>
        <w:t>پوچھا کہ میں نے واش کیا کہ ان کا فارمولا کیا ہے۔</w:t>
      </w:r>
    </w:p>
    <w:p>
      <w:r>
        <w:rPr>
          <w:b/>
        </w:rPr>
        <w:t xml:space="preserve">[12:07] </w:t>
      </w:r>
      <w:r>
        <w:t>تو فارمولا یہ تھا کہ وہ اختلاف کو کبھی ایشو نہیں بناتے تھے، difference کو ایشو بناتے نہیں</w:t>
      </w:r>
    </w:p>
    <w:p>
      <w:pPr>
        <w:jc w:val="right"/>
      </w:pPr>
      <w:r>
        <w:t>تو فارمولا یہ تھا کہ وہ اختلاف کو کبھی ایشو نہیں بناتے تھے، ڈیفرنس کو ایشو بناتے نہیں</w:t>
      </w:r>
    </w:p>
    <w:p>
      <w:r>
        <w:rPr>
          <w:b/>
        </w:rPr>
        <w:t xml:space="preserve">[12:14] </w:t>
      </w:r>
      <w:r>
        <w:t>the.</w:t>
      </w:r>
    </w:p>
    <w:p>
      <w:pPr>
        <w:jc w:val="right"/>
      </w:pPr>
      <w:r>
        <w:t>تھے۔</w:t>
      </w:r>
    </w:p>
    <w:p>
      <w:r>
        <w:rPr>
          <w:b/>
        </w:rPr>
        <w:t xml:space="preserve">[12:16] </w:t>
      </w:r>
      <w:r>
        <w:t>kehte the ke chalo yeh bhi theek hai.</w:t>
      </w:r>
    </w:p>
    <w:p>
      <w:pPr>
        <w:jc w:val="right"/>
      </w:pPr>
      <w:r>
        <w:t>کہتے تھے کہ چلو یہ بھی ٹھیک ہے۔</w:t>
      </w:r>
    </w:p>
    <w:p>
      <w:r>
        <w:rPr>
          <w:b/>
        </w:rPr>
        <w:t xml:space="preserve">[12:19] </w:t>
      </w:r>
      <w:r>
        <w:t>chalo yeh bhi theek hai.</w:t>
      </w:r>
    </w:p>
    <w:p>
      <w:pPr>
        <w:jc w:val="right"/>
      </w:pPr>
      <w:r>
        <w:t>چلو یہ بھی ٹھیک ہے۔</w:t>
      </w:r>
    </w:p>
    <w:p>
      <w:r>
        <w:rPr>
          <w:b/>
        </w:rPr>
        <w:t xml:space="preserve">[12:21] </w:t>
      </w:r>
      <w:r>
        <w:t>misalan main un ke haan thehra tha to ek din yeh tay hua ke kal subah chalein ge</w:t>
      </w:r>
    </w:p>
    <w:p>
      <w:pPr>
        <w:jc w:val="right"/>
      </w:pPr>
      <w:r>
        <w:t>مثلاً میں ان کے ہاں ٹھہرا تھا تو ایک دن یہ طے ہوا کہ کل صبح چلیں گے</w:t>
      </w:r>
    </w:p>
    <w:p>
      <w:r>
        <w:rPr>
          <w:b/>
        </w:rPr>
        <w:t xml:space="preserve">[12:29] </w:t>
      </w:r>
      <w:r>
        <w:t>outing ke liye, koi park mein jane ke liye.</w:t>
      </w:r>
    </w:p>
    <w:p>
      <w:pPr>
        <w:jc w:val="right"/>
      </w:pPr>
      <w:r>
        <w:t>آؤٹنگ کے لیے، کوئی پارک میں جانے کے لیے۔</w:t>
      </w:r>
    </w:p>
    <w:p>
      <w:r>
        <w:rPr>
          <w:b/>
        </w:rPr>
        <w:t xml:space="preserve">[12:33] </w:t>
      </w:r>
      <w:r>
        <w:t>to meri main mood mein nahin tha subah ko, woh aaye tayyar ho kar kaha ke chaliye main</w:t>
      </w:r>
    </w:p>
    <w:p>
      <w:pPr>
        <w:jc w:val="right"/>
      </w:pPr>
      <w:r>
        <w:t>تو میری میں موڈ میں نہیں تھا صبح کو، وہ آئے تیار ہو کر کہا کہ چلیے میں</w:t>
      </w:r>
    </w:p>
    <w:p>
      <w:r>
        <w:rPr>
          <w:b/>
        </w:rPr>
        <w:t xml:space="preserve">[12:41] </w:t>
      </w:r>
      <w:r>
        <w:t>tayyar hoon.</w:t>
      </w:r>
    </w:p>
    <w:p>
      <w:pPr>
        <w:jc w:val="right"/>
      </w:pPr>
      <w:r>
        <w:t>تیار ہوں۔</w:t>
      </w:r>
    </w:p>
    <w:p>
      <w:r>
        <w:rPr>
          <w:b/>
        </w:rPr>
        <w:t xml:space="preserve">[12:42] </w:t>
      </w:r>
      <w:r>
        <w:t>to main ne kaha ke bhai kuch mood nahin ban raha hai.</w:t>
      </w:r>
    </w:p>
    <w:p>
      <w:pPr>
        <w:jc w:val="right"/>
      </w:pPr>
      <w:r>
        <w:t>تو میں نے کہا کہ بھائی کچھ موڈ نہیں بن رہا ہے۔</w:t>
      </w:r>
    </w:p>
    <w:p>
      <w:r>
        <w:rPr>
          <w:b/>
        </w:rPr>
        <w:t xml:space="preserve">[12:47] </w:t>
      </w:r>
      <w:r>
        <w:t>to kya kehte hain? chalo yeh bhi theek hai.</w:t>
      </w:r>
    </w:p>
    <w:p>
      <w:pPr>
        <w:jc w:val="right"/>
      </w:pPr>
      <w:r>
        <w:t>تو کیا کہتے ہیں؟ چلو یہ بھی ٹھیک ہے۔</w:t>
      </w:r>
    </w:p>
    <w:p>
      <w:r>
        <w:rPr>
          <w:b/>
        </w:rPr>
        <w:t xml:space="preserve">[12:51] </w:t>
      </w:r>
      <w:r>
        <w:t>to main samajhta hoon ke yeh bhi Ramadan formula hai.</w:t>
      </w:r>
    </w:p>
    <w:p>
      <w:pPr>
        <w:jc w:val="right"/>
      </w:pPr>
      <w:r>
        <w:t>تو میں سمجھتا ہوں کہ یہ بھی رمضان فارمولا ہے۔</w:t>
      </w:r>
    </w:p>
    <w:p>
      <w:r>
        <w:rPr>
          <w:b/>
        </w:rPr>
        <w:t xml:space="preserve">[12:55] </w:t>
      </w:r>
      <w:r>
        <w:t>din ka waqt aaya to aap ne khana nahi khaya, kaha ke chalo yeh bhi theek hai.</w:t>
      </w:r>
    </w:p>
    <w:p>
      <w:pPr>
        <w:jc w:val="right"/>
      </w:pPr>
      <w:r>
        <w:t>دن کا وقت آیا تو آپ نے کھانا نہیں کھایا، کہا کہ چلو یہ بھی ٹھیک ہے۔</w:t>
      </w:r>
    </w:p>
    <w:p>
      <w:r>
        <w:rPr>
          <w:b/>
        </w:rPr>
        <w:t xml:space="preserve">[13:03] </w:t>
      </w:r>
      <w:r>
        <w:t>raat ko raat aayi to khana khaya aap ne, to kaha chalo yeh bhi nahi khaya tab bhi</w:t>
      </w:r>
    </w:p>
    <w:p>
      <w:pPr>
        <w:jc w:val="right"/>
      </w:pPr>
      <w:r>
        <w:t>رات کو رات آئی تو کھانا کھایا آپ نے، تو کہا چلو یہ بھی نہیں کھایا تب بھی</w:t>
      </w:r>
    </w:p>
    <w:p>
      <w:r>
        <w:rPr>
          <w:b/>
        </w:rPr>
        <w:t xml:space="preserve">[13:10] </w:t>
      </w:r>
      <w:r>
        <w:t>theek hai, khaya tab bhi theek hai.</w:t>
      </w:r>
    </w:p>
    <w:p>
      <w:pPr>
        <w:jc w:val="right"/>
      </w:pPr>
      <w:r>
        <w:t>ٹھیک ہے، کھایا تب بھی ٹھیک ہے۔</w:t>
      </w:r>
    </w:p>
    <w:p>
      <w:r>
        <w:rPr>
          <w:b/>
        </w:rPr>
        <w:t xml:space="preserve">[13:13] </w:t>
      </w:r>
      <w:r>
        <w:t>woh bhi chalo yeh bhi theek ka formula hai.</w:t>
      </w:r>
    </w:p>
    <w:p>
      <w:pPr>
        <w:jc w:val="right"/>
      </w:pPr>
      <w:r>
        <w:t>وہ بھی چلو یہ بھی ٹھیک کا فارمولا ہے۔</w:t>
      </w:r>
    </w:p>
    <w:p>
      <w:r>
        <w:rPr>
          <w:b/>
        </w:rPr>
        <w:t xml:space="preserve">[13:17] </w:t>
      </w:r>
      <w:r>
        <w:t>to zindagi jo hai yaad rakhiye, kisi ke bhi asboot halaat kisi ke hote nahi hain.</w:t>
      </w:r>
    </w:p>
    <w:p>
      <w:pPr>
        <w:jc w:val="right"/>
      </w:pPr>
      <w:r>
        <w:t>تو زندگی جو ہے یاد رکھیے، کسی کے بھی اثبوت حالات کسی کے ہوتے نہیں ہیں۔</w:t>
      </w:r>
    </w:p>
    <w:p>
      <w:r>
        <w:rPr>
          <w:b/>
        </w:rPr>
        <w:t xml:space="preserve">[13:24] </w:t>
      </w:r>
      <w:r>
        <w:t>utaar charhao, up and down, negative positive, yeh hota rehta hai.</w:t>
      </w:r>
    </w:p>
    <w:p>
      <w:pPr>
        <w:jc w:val="right"/>
      </w:pPr>
      <w:r>
        <w:t>اتار چڑھاؤ، اپ اینڈ ڈاؤن، نیگیٹیو پازیٹیو، یہ ہوتا رہتا ہے۔</w:t>
      </w:r>
    </w:p>
    <w:p>
      <w:r>
        <w:rPr>
          <w:b/>
        </w:rPr>
        <w:t xml:space="preserve">[13:29] </w:t>
      </w:r>
      <w:r>
        <w:t>to har qism ke experience ko normal tareeqe se lena yahi hai ramzan ki spirit.</w:t>
      </w:r>
    </w:p>
    <w:p>
      <w:pPr>
        <w:jc w:val="right"/>
      </w:pPr>
      <w:r>
        <w:t>تو ہر قسم کے ایکسپیرینس کو نارمل طریقے سے لینا یہی ہے رمضان کی اسپرٹ۔</w:t>
      </w:r>
    </w:p>
    <w:p>
      <w:r>
        <w:rPr>
          <w:b/>
        </w:rPr>
        <w:t xml:space="preserve">[13:35] </w:t>
      </w:r>
      <w:r>
        <w:t>yeh hai sabr ki spirit.</w:t>
      </w:r>
    </w:p>
    <w:p>
      <w:pPr>
        <w:jc w:val="right"/>
      </w:pPr>
      <w:r>
        <w:t>یہ ہے صبر کی اسپرٹ۔</w:t>
      </w:r>
    </w:p>
    <w:p>
      <w:r>
        <w:rPr>
          <w:b/>
        </w:rPr>
        <w:t xml:space="preserve">[13:37] </w:t>
      </w:r>
      <w:r>
        <w:t>ab ek aur cheez par ghor farmaiye.</w:t>
      </w:r>
    </w:p>
    <w:p>
      <w:pPr>
        <w:jc w:val="right"/>
      </w:pPr>
      <w:r>
        <w:t>اب ایک اور چیز پر غور فرمائیے۔</w:t>
      </w:r>
    </w:p>
    <w:p>
      <w:r>
        <w:rPr>
          <w:b/>
        </w:rPr>
        <w:t xml:space="preserve">[13:40] </w:t>
      </w:r>
      <w:r>
        <w:t>aap jante hain ke aaj satayeesveen raat thi to quran mein aaya hai ke shar ramadan radd'unnahu fi</w:t>
      </w:r>
    </w:p>
    <w:p>
      <w:pPr>
        <w:jc w:val="right"/>
      </w:pPr>
      <w:r>
        <w:t>آپ جانتے ہیں کہ آج ستائیسویں رات تھی تو قرآن میں آیا ہے کہ شَرْ رَمَضَانَ رَدِّعُهُنَّ فِي</w:t>
      </w:r>
    </w:p>
    <w:p>
      <w:r>
        <w:rPr>
          <w:b/>
        </w:rPr>
        <w:t xml:space="preserve">[13:48] </w:t>
      </w:r>
      <w:r>
        <w:t>al quran quran utra ramadan mein.</w:t>
      </w:r>
    </w:p>
    <w:p>
      <w:pPr>
        <w:jc w:val="right"/>
      </w:pPr>
      <w:r>
        <w:t>الْقُرْآنِ قرآن اترا رمضان میں۔</w:t>
      </w:r>
    </w:p>
    <w:p>
      <w:r>
        <w:rPr>
          <w:b/>
        </w:rPr>
        <w:t xml:space="preserve">[13:50] </w:t>
      </w:r>
      <w:r>
        <w:t>to hadith se maloom hota hai ke woh jab utra quran to woh satayees ramadan thi.</w:t>
      </w:r>
    </w:p>
    <w:p>
      <w:pPr>
        <w:jc w:val="right"/>
      </w:pPr>
      <w:r>
        <w:t>تو حدیث سے معلوم ہوتا ہے کہ وہ جب اترا قرآن تو وہ ستائیس رمضان تھی۔</w:t>
      </w:r>
    </w:p>
    <w:p>
      <w:r>
        <w:rPr>
          <w:b/>
        </w:rPr>
        <w:t xml:space="preserve">[13:57] </w:t>
      </w:r>
      <w:r>
        <w:t>ramadan ki satayees tareekh thi.</w:t>
      </w:r>
    </w:p>
    <w:p>
      <w:pPr>
        <w:jc w:val="right"/>
      </w:pPr>
      <w:r>
        <w:t>رمضان کی ستائیس تاریخ تھی۔</w:t>
      </w:r>
    </w:p>
    <w:p>
      <w:r>
        <w:rPr>
          <w:b/>
        </w:rPr>
        <w:t xml:space="preserve">[13:59] </w:t>
      </w:r>
      <w:r>
        <w:t>aur is ko kaha gaya laylatul qadr inna azalnaha fi laylatil qadr to ko jis raat ko quran</w:t>
      </w:r>
    </w:p>
    <w:p>
      <w:pPr>
        <w:jc w:val="right"/>
      </w:pPr>
      <w:r>
        <w:t>اور اس کو کہا گیا لَيْلَ القَدْرِ إِنَّا أَزَلْنَاهُ فِي لَيْلِ الْقَدْرِ تو کو جس رات کو قرآن</w:t>
      </w:r>
    </w:p>
    <w:p>
      <w:r>
        <w:rPr>
          <w:b/>
        </w:rPr>
        <w:t xml:space="preserve">[14:07] </w:t>
      </w:r>
      <w:r>
        <w:t>utra woh satayees tareekh thi.</w:t>
      </w:r>
    </w:p>
    <w:p>
      <w:pPr>
        <w:jc w:val="right"/>
      </w:pPr>
      <w:r>
        <w:t>اترا وہ ستائیس تاریخ تھی۔</w:t>
      </w:r>
    </w:p>
    <w:p>
      <w:r>
        <w:rPr>
          <w:b/>
        </w:rPr>
        <w:t xml:space="preserve">[14:09] </w:t>
      </w:r>
      <w:r>
        <w:t>aur woh raat quran mein batai gayi laylatul qadr.</w:t>
      </w:r>
    </w:p>
    <w:p>
      <w:pPr>
        <w:jc w:val="right"/>
      </w:pPr>
      <w:r>
        <w:t>اور وہ رات قرآن میں بتائی گئی لَيْلَ الْقَدْرِ۔</w:t>
      </w:r>
    </w:p>
    <w:p>
      <w:r>
        <w:rPr>
          <w:b/>
        </w:rPr>
        <w:t xml:space="preserve">[14:13] </w:t>
      </w:r>
      <w:r>
        <w:t>is ko le kar ke yeh samjha jata hai ke laylatul qadr satayees ko hoti hai.</w:t>
      </w:r>
    </w:p>
    <w:p>
      <w:pPr>
        <w:jc w:val="right"/>
      </w:pPr>
      <w:r>
        <w:t>اس کو لے کر کے یہ سمجھا جاتا ہے کہ لَيْلَ الْقَدْرِ ستائیس کو ہوتی ہے۔</w:t>
      </w:r>
    </w:p>
    <w:p>
      <w:r>
        <w:rPr>
          <w:b/>
        </w:rPr>
        <w:t xml:space="preserve">[14:20] </w:t>
      </w:r>
      <w:r>
        <w:t>lekin hadithon mein is ko bataya nahi kiya gaya hai.</w:t>
      </w:r>
    </w:p>
    <w:p>
      <w:pPr>
        <w:jc w:val="right"/>
      </w:pPr>
      <w:r>
        <w:t>لیکن حدیثوں میں اس کو بتایا نہیں کیا گیا ہے۔</w:t>
      </w:r>
    </w:p>
    <w:p>
      <w:r>
        <w:rPr>
          <w:b/>
        </w:rPr>
        <w:t xml:space="preserve">[14:24] </w:t>
      </w:r>
      <w:r>
        <w:t>bataya nahi kiya gaya hai.</w:t>
      </w:r>
    </w:p>
    <w:p>
      <w:pPr>
        <w:jc w:val="right"/>
      </w:pPr>
      <w:r>
        <w:t>بتایا نہیں کیا گیا ہے۔</w:t>
      </w:r>
    </w:p>
    <w:p>
      <w:r>
        <w:rPr>
          <w:b/>
        </w:rPr>
        <w:t xml:space="preserve">[14:26] </w:t>
      </w:r>
      <w:r>
        <w:t>to ek ek hadith hai is silsile mein, woh bhi bohat hi maani khez hadith hai.</w:t>
      </w:r>
    </w:p>
    <w:p>
      <w:pPr>
        <w:jc w:val="right"/>
      </w:pPr>
      <w:r>
        <w:t>تو ایک ایک حدیث ہے اس سلسلے میں، وہ بھی بہت ہی معنی خیز حدیث ہے۔</w:t>
      </w:r>
    </w:p>
    <w:p>
      <w:r>
        <w:rPr>
          <w:b/>
        </w:rPr>
        <w:t xml:space="preserve">[14:33] </w:t>
      </w:r>
      <w:r>
        <w:t>ek hadith hai ke rasool Allah salallahu alaihi wasallam madine mein, madine ki masjid mein itikaf mein</w:t>
      </w:r>
    </w:p>
    <w:p>
      <w:pPr>
        <w:jc w:val="right"/>
      </w:pPr>
      <w:r>
        <w:t>ایک حدیث ہے کہ رسول اللہ صلی اللہ علیہ وسلم مدینے میں، مدینے کی مسجد میں اعتکاف میں</w:t>
      </w:r>
    </w:p>
    <w:p>
      <w:r>
        <w:rPr>
          <w:b/>
        </w:rPr>
        <w:t xml:space="preserve">[14:41] </w:t>
      </w:r>
      <w:r>
        <w:t>the ramadan ke aakhri dino mein.</w:t>
      </w:r>
    </w:p>
    <w:p>
      <w:pPr>
        <w:jc w:val="right"/>
      </w:pPr>
      <w:r>
        <w:t>تھے رمضان کے آخری دنوں میں۔</w:t>
      </w:r>
    </w:p>
    <w:p>
      <w:r>
        <w:rPr>
          <w:b/>
        </w:rPr>
        <w:t xml:space="preserve">[14:43] </w:t>
      </w:r>
      <w:r>
        <w:t>to ek raat ko aap nikle masjid se bahar, masjid se bahar kuch kuch door gaye, wahan kuch</w:t>
      </w:r>
    </w:p>
    <w:p>
      <w:pPr>
        <w:jc w:val="right"/>
      </w:pPr>
      <w:r>
        <w:t>تو ایک رات کو آپ نکلے مسجد سے باہر، مسجد سے باہر کچھ کچھ دور گئے، وہاں کچھ</w:t>
      </w:r>
    </w:p>
    <w:p>
      <w:r>
        <w:rPr>
          <w:b/>
        </w:rPr>
        <w:t xml:space="preserve">[14:51] </w:t>
      </w:r>
      <w:r>
        <w:t>log the, phir wapas chale gaye aap masjid mein.</w:t>
      </w:r>
    </w:p>
    <w:p>
      <w:pPr>
        <w:jc w:val="right"/>
      </w:pPr>
      <w:r>
        <w:t>لوگ تھے، پھر واپس چلے گئے آپ مسجد میں۔</w:t>
      </w:r>
    </w:p>
    <w:p>
      <w:r>
        <w:rPr>
          <w:b/>
        </w:rPr>
        <w:t xml:space="preserve">[14:55] </w:t>
      </w:r>
      <w:r>
        <w:t>to unhon ne poocha ke kya mamla tha yeh? to aap ne farmaya ke mujhe laylatul qadr ka</w:t>
      </w:r>
    </w:p>
    <w:p>
      <w:pPr>
        <w:jc w:val="right"/>
      </w:pPr>
      <w:r>
        <w:t>تو انہوں نے پوچھا کہ کیا معاملہ تھا یہ؟ تو آپ نے فرمایا کہ مجھے لَيْلَ الْقَدْرِ کا</w:t>
      </w:r>
    </w:p>
    <w:p>
      <w:r>
        <w:rPr>
          <w:b/>
        </w:rPr>
        <w:t xml:space="preserve">[15:03] </w:t>
      </w:r>
      <w:r>
        <w:t>ilm diya gaya tha, yani exact tareekh ke kab parti hai shab qadr ya layl al-qadr.</w:t>
      </w:r>
    </w:p>
    <w:p>
      <w:pPr>
        <w:jc w:val="right"/>
      </w:pPr>
      <w:r>
        <w:t>علم دیا گیا تھا، یعنی ایگزیکٹ تاریخ کہ کب پڑتی ہے شب قدر یا لَيْلَ الْقَدْرِ۔</w:t>
      </w:r>
    </w:p>
    <w:p>
      <w:r>
        <w:rPr>
          <w:b/>
        </w:rPr>
        <w:t xml:space="preserve">[15:10] </w:t>
      </w:r>
      <w:r>
        <w:t>to hadith mein aata hai ke fatlaha rajalan min an-nasara farufi'at to usi waqt jab mein bahar aaya</w:t>
      </w:r>
    </w:p>
    <w:p>
      <w:pPr>
        <w:jc w:val="right"/>
      </w:pPr>
      <w:r>
        <w:t>تو حدیث میں آتا ہے کہ فَتَلٰهَا رَجَلَانِ مِنَ النَّسَارِ فَرَفِعَتْ تو اسی وقت جب میں باہر آیا</w:t>
      </w:r>
    </w:p>
    <w:p>
      <w:r>
        <w:rPr>
          <w:b/>
        </w:rPr>
        <w:t xml:space="preserve">[15:17] </w:t>
      </w:r>
      <w:r>
        <w:t>to maine dekha ke do musalman aapas mein lad rahe hain, madine ke do musalman.</w:t>
      </w:r>
    </w:p>
    <w:p>
      <w:pPr>
        <w:jc w:val="right"/>
      </w:pPr>
      <w:r>
        <w:t>تو میں نے دیکھا کہ دو مسلم آپس میں لڑ رہے ہیں، مدینے کے دو مسلمان۔</w:t>
      </w:r>
    </w:p>
    <w:p>
      <w:r>
        <w:rPr>
          <w:b/>
        </w:rPr>
        <w:t xml:space="preserve">[15:24] </w:t>
      </w:r>
      <w:r>
        <w:t>to ilm utha liya gaya.</w:t>
      </w:r>
    </w:p>
    <w:p>
      <w:pPr>
        <w:jc w:val="right"/>
      </w:pPr>
      <w:r>
        <w:t>تو علم اٹھا لیا گیا۔</w:t>
      </w:r>
    </w:p>
    <w:p>
      <w:r>
        <w:rPr>
          <w:b/>
        </w:rPr>
        <w:t xml:space="preserve">[15:26] </w:t>
      </w:r>
      <w:r>
        <w:t>to ilm utha liya gaya.</w:t>
      </w:r>
    </w:p>
    <w:p>
      <w:pPr>
        <w:jc w:val="right"/>
      </w:pPr>
      <w:r>
        <w:t>علم اٹھا لیا گیا۔</w:t>
      </w:r>
    </w:p>
    <w:p>
      <w:r>
        <w:rPr>
          <w:b/>
        </w:rPr>
        <w:t xml:space="preserve">[15:28] </w:t>
      </w:r>
      <w:r>
        <w:t>mein samajhta hoon ke is mein bohat hi bara sabak hamein diya gaya hai.</w:t>
      </w:r>
    </w:p>
    <w:p>
      <w:pPr>
        <w:jc w:val="right"/>
      </w:pPr>
      <w:r>
        <w:t>میں سمجھتا ہوں کہ اس میں بہت ہی بڑا سبق ہمیں دیا گیا ہے۔</w:t>
      </w:r>
    </w:p>
    <w:p>
      <w:r>
        <w:rPr>
          <w:b/>
        </w:rPr>
        <w:t xml:space="preserve">[15:34] </w:t>
      </w:r>
      <w:r>
        <w:t>woh yeh ke difference hai, ikhtilaf ya conflict, yeh sab se buri cheez deen mein hai.</w:t>
      </w:r>
    </w:p>
    <w:p>
      <w:pPr>
        <w:jc w:val="right"/>
      </w:pPr>
      <w:r>
        <w:t>وہ یہ کہ ڈیفرنس ہے، اختلاف یا کانفلکٹ، یہ سب سے بری چیز دین میں ہے۔</w:t>
      </w:r>
    </w:p>
    <w:p>
      <w:r>
        <w:rPr>
          <w:b/>
        </w:rPr>
        <w:t xml:space="preserve">[15:41] </w:t>
      </w:r>
      <w:r>
        <w:t>hamesha aap conflict se aap ko bachna hai.</w:t>
      </w:r>
    </w:p>
    <w:p>
      <w:pPr>
        <w:jc w:val="right"/>
      </w:pPr>
      <w:r>
        <w:t>ہمیشہ آپ کانفلکٹ سے آپ کو بچنا ہے۔</w:t>
      </w:r>
    </w:p>
    <w:p>
      <w:r>
        <w:rPr>
          <w:b/>
        </w:rPr>
        <w:t xml:space="preserve">[15:44] </w:t>
      </w:r>
      <w:r>
        <w:t>difference se bachna hai.</w:t>
      </w:r>
    </w:p>
    <w:p>
      <w:pPr>
        <w:jc w:val="right"/>
      </w:pPr>
      <w:r>
        <w:t>ڈیفرنس سے بچنا ہے۔</w:t>
      </w:r>
    </w:p>
    <w:p>
      <w:r>
        <w:rPr>
          <w:b/>
        </w:rPr>
        <w:t xml:space="preserve">[15:46] </w:t>
      </w:r>
      <w:r>
        <w:t>agar aap nahi bachenge to Allah ki aayi hui rehmat bhi wapas chali jayegi.</w:t>
      </w:r>
    </w:p>
    <w:p>
      <w:pPr>
        <w:jc w:val="right"/>
      </w:pPr>
      <w:r>
        <w:t>اگر آپ نہیں بچیں گے تو اللہ کی آئی ہوئی رحمت بھی واپس چلی جائے گی۔</w:t>
      </w:r>
    </w:p>
    <w:p>
      <w:r>
        <w:rPr>
          <w:b/>
        </w:rPr>
        <w:t xml:space="preserve">[15:53] </w:t>
      </w:r>
      <w:r>
        <w:t>Allah ki aayi hui rehmat, aayi hui blessing wapas chali jayegi.</w:t>
      </w:r>
    </w:p>
    <w:p>
      <w:pPr>
        <w:jc w:val="right"/>
      </w:pPr>
      <w:r>
        <w:t>اللہ کی آئی ہوئی رحمت، آئی ہوئی بلیسنگ واپس چلی جائے گی۔</w:t>
      </w:r>
    </w:p>
    <w:p>
      <w:r>
        <w:rPr>
          <w:b/>
        </w:rPr>
        <w:t xml:space="preserve">[15:58] </w:t>
      </w:r>
      <w:r>
        <w:t>yeh bohat hi important baat hai.</w:t>
      </w:r>
    </w:p>
    <w:p>
      <w:pPr>
        <w:jc w:val="right"/>
      </w:pPr>
      <w:r>
        <w:t>یہ بہت ہی امپورٹنٹ بات ہے۔</w:t>
      </w:r>
    </w:p>
    <w:p>
      <w:r>
        <w:rPr>
          <w:b/>
        </w:rPr>
        <w:t xml:space="preserve">[16:01] </w:t>
      </w:r>
      <w:r>
        <w:t>kyun ke dekhiye, zindagi mein ikhtilafat to hote hi hote hain.</w:t>
      </w:r>
    </w:p>
    <w:p>
      <w:pPr>
        <w:jc w:val="right"/>
      </w:pPr>
      <w:r>
        <w:t>کیونکہ دیکھئے، زندگی میں اختلافات تو ہوتے ہی ہوتے ہیں۔</w:t>
      </w:r>
    </w:p>
    <w:p>
      <w:r>
        <w:rPr>
          <w:b/>
        </w:rPr>
        <w:t xml:space="preserve">[16:05] </w:t>
      </w:r>
      <w:r>
        <w:t>iska matlab yeh nahi ke ikhtilaf nahi hona chahiye, difference nahi hona chahiye.</w:t>
      </w:r>
    </w:p>
    <w:p>
      <w:pPr>
        <w:jc w:val="right"/>
      </w:pPr>
      <w:r>
        <w:t>اس کا مطلب یہ نہیں کہ اختلاف نہیں ہونا چاہیے، ڈیفرنس نہیں ہونا چاہیے۔</w:t>
      </w:r>
    </w:p>
    <w:p>
      <w:r>
        <w:rPr>
          <w:b/>
        </w:rPr>
        <w:t xml:space="preserve">[16:11] </w:t>
      </w:r>
      <w:r>
        <w:t>woh to, woh to impossible hai.</w:t>
      </w:r>
    </w:p>
    <w:p>
      <w:pPr>
        <w:jc w:val="right"/>
      </w:pPr>
      <w:r>
        <w:t>وہ تو، وہ تو امپاسیبل ہے۔</w:t>
      </w:r>
    </w:p>
    <w:p>
      <w:r>
        <w:rPr>
          <w:b/>
        </w:rPr>
        <w:t xml:space="preserve">[16:13] </w:t>
      </w:r>
      <w:r>
        <w:t>nahi, iska matlab yeh hai ke jab difference aaye to usko avoid karo.</w:t>
      </w:r>
    </w:p>
    <w:p>
      <w:pPr>
        <w:jc w:val="right"/>
      </w:pPr>
      <w:r>
        <w:t>نہیں، اس کا مطلب یہ ہے کہ جب ڈیفرنس آئے تو اس کو اوائڈ کرو۔</w:t>
      </w:r>
    </w:p>
    <w:p>
      <w:r>
        <w:rPr>
          <w:b/>
        </w:rPr>
        <w:t xml:space="preserve">[16:20] </w:t>
      </w:r>
      <w:r>
        <w:t>yani conflict ki situation paida ho to usko avoid karo.</w:t>
      </w:r>
    </w:p>
    <w:p>
      <w:pPr>
        <w:jc w:val="right"/>
      </w:pPr>
      <w:r>
        <w:t>یعنی کانفلکٹ کی سچویشن پیدا ہو تو اس کو اوائڈ کرو۔</w:t>
      </w:r>
    </w:p>
    <w:p>
      <w:r>
        <w:rPr>
          <w:b/>
        </w:rPr>
        <w:t xml:space="preserve">[16:25] </w:t>
      </w:r>
      <w:r>
        <w:t>yeh matlab hai iska.</w:t>
      </w:r>
    </w:p>
    <w:p>
      <w:pPr>
        <w:jc w:val="right"/>
      </w:pPr>
      <w:r>
        <w:t>یہ مطلب ہے اس کا۔</w:t>
      </w:r>
    </w:p>
    <w:p>
      <w:r>
        <w:rPr>
          <w:b/>
        </w:rPr>
        <w:t xml:space="preserve">[16:27] </w:t>
      </w:r>
      <w:r>
        <w:t>yani isko zindagi mein active na banne do.</w:t>
      </w:r>
    </w:p>
    <w:p>
      <w:pPr>
        <w:jc w:val="right"/>
      </w:pPr>
      <w:r>
        <w:t>یعنی اس کو زندگی میں ایکٹیو نہ بننے دو۔</w:t>
      </w:r>
    </w:p>
    <w:p>
      <w:r>
        <w:rPr>
          <w:b/>
        </w:rPr>
        <w:t xml:space="preserve">[16:31] </w:t>
      </w:r>
      <w:r>
        <w:t>agar aap ne zindagi mein isko active banne diya to phir kya hoga? pehle aayegi, pehle</w:t>
      </w:r>
    </w:p>
    <w:p>
      <w:pPr>
        <w:jc w:val="right"/>
      </w:pPr>
      <w:r>
        <w:t>اگر آپ نے زندگی میں اس کو ایکٹیو بننے دیا تو پھر کیا ہوگا؟ پہلے آئے گی، پہلے</w:t>
      </w:r>
    </w:p>
    <w:p>
      <w:r>
        <w:rPr>
          <w:b/>
        </w:rPr>
        <w:t xml:space="preserve">[16:38] </w:t>
      </w:r>
      <w:r>
        <w:t>aap offend honge, phir aap nafrat karenge, phir شدت aayegi, phir violence aayega, yahan</w:t>
      </w:r>
    </w:p>
    <w:p>
      <w:pPr>
        <w:jc w:val="right"/>
      </w:pPr>
      <w:r>
        <w:t>آپ افینڈ ہوں گے، پھر آپ نفرت کریں گے، پھر شدت آئے گی، پھر وائلنس آئے گا، یہاں</w:t>
      </w:r>
    </w:p>
    <w:p>
      <w:r>
        <w:rPr>
          <w:b/>
        </w:rPr>
        <w:t xml:space="preserve">[16:46] </w:t>
      </w:r>
      <w:r>
        <w:t>tak ke war shuru ho jayegi.</w:t>
      </w:r>
    </w:p>
    <w:p>
      <w:pPr>
        <w:jc w:val="right"/>
      </w:pPr>
      <w:r>
        <w:t>تک کہ وار شروع ہو جائے گی۔</w:t>
      </w:r>
    </w:p>
    <w:p>
      <w:r>
        <w:rPr>
          <w:b/>
        </w:rPr>
        <w:t xml:space="preserve">[16:49] </w:t>
      </w:r>
      <w:r>
        <w:t>is liye zindagi ka ek usool bana lijiye ke koi bhi ikhtilaf ho, koi bhi difference ho, koi</w:t>
      </w:r>
    </w:p>
    <w:p>
      <w:pPr>
        <w:jc w:val="right"/>
      </w:pPr>
      <w:r>
        <w:t>اس لیے زندگی کا ایک اصول بنا لیجئے کہ کوئی بھی اختلاف ہو، کوئی بھی ڈیفرنس ہو، کوئی</w:t>
      </w:r>
    </w:p>
    <w:p>
      <w:r>
        <w:rPr>
          <w:b/>
        </w:rPr>
        <w:t xml:space="preserve">[16:57] </w:t>
      </w:r>
      <w:r>
        <w:t>bhi conflict ki situation pesh aaye, usko hum avoid karenge.</w:t>
      </w:r>
    </w:p>
    <w:p>
      <w:pPr>
        <w:jc w:val="right"/>
      </w:pPr>
      <w:r>
        <w:t>بھی کانفلکٹ کی سچویشن پیش آئے، اس کو ہم اوائڈ کریں گے۔</w:t>
      </w:r>
    </w:p>
    <w:p>
      <w:r>
        <w:rPr>
          <w:b/>
        </w:rPr>
        <w:t xml:space="preserve">[17:02] </w:t>
      </w:r>
      <w:r>
        <w:t>usko hum issue nahi banayenge.</w:t>
      </w:r>
    </w:p>
    <w:p>
      <w:pPr>
        <w:jc w:val="right"/>
      </w:pPr>
      <w:r>
        <w:t>اس کو ہم ایشو نہیں بنائیں گے۔</w:t>
      </w:r>
    </w:p>
    <w:p>
      <w:r>
        <w:rPr>
          <w:b/>
        </w:rPr>
        <w:t xml:space="preserve">[17:05] </w:t>
      </w:r>
      <w:r>
        <w:t>is qism ki kisi baat ko issue nahin banayenge.</w:t>
      </w:r>
    </w:p>
    <w:p>
      <w:pPr>
        <w:jc w:val="right"/>
      </w:pPr>
      <w:r>
        <w:t>اس قسم کی کسی بات کو ایشو نہیں بنائیں گے۔</w:t>
      </w:r>
    </w:p>
    <w:p>
      <w:r>
        <w:rPr>
          <w:b/>
        </w:rPr>
        <w:t xml:space="preserve">[17:09] </w:t>
      </w:r>
      <w:r>
        <w:t>wohi, yaani is ko nazar andaaz kar denge.</w:t>
      </w:r>
    </w:p>
    <w:p>
      <w:pPr>
        <w:jc w:val="right"/>
      </w:pPr>
      <w:r>
        <w:t>وہی، یعنی اس کو نظر انداز کر دیں گے۔</w:t>
      </w:r>
    </w:p>
    <w:p>
      <w:r>
        <w:rPr>
          <w:b/>
        </w:rPr>
        <w:t xml:space="preserve">[17:13] </w:t>
      </w:r>
      <w:r>
        <w:t>nahin to is ki price bohat, bohat hi heavy price deni pare gi.</w:t>
      </w:r>
    </w:p>
    <w:p>
      <w:pPr>
        <w:jc w:val="right"/>
      </w:pPr>
      <w:r>
        <w:t>نہیں تو اس کی پرائس بہت، بہت ہیوی پرائس دینی پڑے گی۔</w:t>
      </w:r>
    </w:p>
    <w:p>
      <w:r>
        <w:rPr>
          <w:b/>
        </w:rPr>
        <w:t xml:space="preserve">[17:18] </w:t>
      </w:r>
      <w:r>
        <w:t>bohat heavy price.</w:t>
      </w:r>
    </w:p>
    <w:p>
      <w:pPr>
        <w:jc w:val="right"/>
      </w:pPr>
      <w:r>
        <w:t>بہت ہیوی پرائس۔</w:t>
      </w:r>
    </w:p>
    <w:p>
      <w:r>
        <w:rPr>
          <w:b/>
        </w:rPr>
        <w:t xml:space="preserve">[17:20] </w:t>
      </w:r>
      <w:r>
        <w:t>yeh gharon mein isi par talaq hota hai.</w:t>
      </w:r>
    </w:p>
    <w:p>
      <w:pPr>
        <w:jc w:val="right"/>
      </w:pPr>
      <w:r>
        <w:t>یہ گھروں میں اسی پر طلاق ہوتا ہے۔</w:t>
      </w:r>
    </w:p>
    <w:p>
      <w:r>
        <w:rPr>
          <w:b/>
        </w:rPr>
        <w:t xml:space="preserve">[17:23] </w:t>
      </w:r>
      <w:r>
        <w:t>society mein isi par jhagray hotay hain.</w:t>
      </w:r>
    </w:p>
    <w:p>
      <w:pPr>
        <w:jc w:val="right"/>
      </w:pPr>
      <w:r>
        <w:t>سوسائٹی میں اسی پر جھگڑے ہوتے ہیں۔</w:t>
      </w:r>
    </w:p>
    <w:p>
      <w:r>
        <w:rPr>
          <w:b/>
        </w:rPr>
        <w:t xml:space="preserve">[17:26] </w:t>
      </w:r>
      <w:r>
        <w:t>national life mein isi par war hoti hai.</w:t>
      </w:r>
    </w:p>
    <w:p>
      <w:pPr>
        <w:jc w:val="right"/>
      </w:pPr>
      <w:r>
        <w:t>نیشنل لائف میں اسی پر وار ہوتی ہے۔</w:t>
      </w:r>
    </w:p>
    <w:p>
      <w:r>
        <w:rPr>
          <w:b/>
        </w:rPr>
        <w:t xml:space="preserve">[17:30] </w:t>
      </w:r>
      <w:r>
        <w:t>yeh sab isi liye hota hai ke difference ko issue banatay hain.</w:t>
      </w:r>
    </w:p>
    <w:p>
      <w:pPr>
        <w:jc w:val="right"/>
      </w:pPr>
      <w:r>
        <w:t>یہ سب اسی لیے ہوتا ہے کہ ڈیفرنس کو ایشو بناتے ہیں۔</w:t>
      </w:r>
    </w:p>
    <w:p>
      <w:r>
        <w:rPr>
          <w:b/>
        </w:rPr>
        <w:t xml:space="preserve">[17:35] </w:t>
      </w:r>
      <w:r>
        <w:t>difference ko barhatay chalatay hain.</w:t>
      </w:r>
    </w:p>
    <w:p>
      <w:pPr>
        <w:jc w:val="right"/>
      </w:pPr>
      <w:r>
        <w:t>ڈیفرنس کو بڑھاتے چلاتے ہیں۔</w:t>
      </w:r>
    </w:p>
    <w:p>
      <w:r>
        <w:rPr>
          <w:b/>
        </w:rPr>
        <w:t xml:space="preserve">[17:37] </w:t>
      </w:r>
      <w:r>
        <w:t>to gharon mein talaq, society mein aapas ki larai, aur national life mein war.</w:t>
      </w:r>
    </w:p>
    <w:p>
      <w:pPr>
        <w:jc w:val="right"/>
      </w:pPr>
      <w:r>
        <w:t>تو گھروں میں طلاق، سوسائٹی میں آپس کی لڑائی، اور نیشنل لائف میں وار۔</w:t>
      </w:r>
    </w:p>
    <w:p>
      <w:r>
        <w:rPr>
          <w:b/>
        </w:rPr>
        <w:t xml:space="preserve">[17:43] </w:t>
      </w:r>
      <w:r>
        <w:t>to yeh aik bohat bara lesson hai ke zindagi mein kabhi bhi difference ko, conflict ko barhao charhao</w:t>
      </w:r>
    </w:p>
    <w:p>
      <w:pPr>
        <w:jc w:val="right"/>
      </w:pPr>
      <w:r>
        <w:t>تو یہ ایک بہت بڑا لیسن ہے کہ زندگی میں کبھی بھی ڈیفرنس کو، کانفلکٹ کو بڑھاؤ چڑھاؤ</w:t>
      </w:r>
    </w:p>
    <w:p>
      <w:r>
        <w:rPr>
          <w:b/>
        </w:rPr>
        <w:t xml:space="preserve">[17:51] </w:t>
      </w:r>
      <w:r>
        <w:t>nahin, issue na bannay do is ko.</w:t>
      </w:r>
    </w:p>
    <w:p>
      <w:pPr>
        <w:jc w:val="right"/>
      </w:pPr>
      <w:r>
        <w:t>نہیں، ایشو نہ بننے دو اس کو۔</w:t>
      </w:r>
    </w:p>
    <w:p>
      <w:r>
        <w:rPr>
          <w:b/>
        </w:rPr>
        <w:t xml:space="preserve">[17:54] </w:t>
      </w:r>
      <w:r>
        <w:t>jaise mein ne aik qissa aap ko sunaya tha is se pehle ke Hazrat Khalid Muslim fauj ke</w:t>
      </w:r>
    </w:p>
    <w:p>
      <w:pPr>
        <w:jc w:val="right"/>
      </w:pPr>
      <w:r>
        <w:t>جیسے میں نے ایک قصہ آپ کو سنایا تھا اس سے پہلے کہ حضرت خالد مسلم فوج کے</w:t>
      </w:r>
    </w:p>
    <w:p>
      <w:r>
        <w:rPr>
          <w:b/>
        </w:rPr>
        <w:t xml:space="preserve">[18:01] </w:t>
      </w:r>
      <w:r>
        <w:t>general thay, bohat hi baray fauj ke, bohat expert samjhatay thay.</w:t>
      </w:r>
    </w:p>
    <w:p>
      <w:pPr>
        <w:jc w:val="right"/>
      </w:pPr>
      <w:r>
        <w:t>جنرل تھے، بہت ہی بڑے فوج کے، بہت ایکسپرٹ سمجھاتے تھے۔</w:t>
      </w:r>
    </w:p>
    <w:p>
      <w:r>
        <w:rPr>
          <w:b/>
        </w:rPr>
        <w:t xml:space="preserve">[18:06] </w:t>
      </w:r>
      <w:r>
        <w:t>woh is zamanay mein khaleefa thay Hazrat Umar.</w:t>
      </w:r>
    </w:p>
    <w:p>
      <w:pPr>
        <w:jc w:val="right"/>
      </w:pPr>
      <w:r>
        <w:t>وہ اس زمانے میں خلیفہ تھے حضرت عمر۔</w:t>
      </w:r>
    </w:p>
    <w:p>
      <w:r>
        <w:rPr>
          <w:b/>
        </w:rPr>
        <w:t xml:space="preserve">[18:09] </w:t>
      </w:r>
      <w:r>
        <w:t>Hazrat Umar se un ka koi ikhtilaf paida ho gaya.</w:t>
      </w:r>
    </w:p>
    <w:p>
      <w:pPr>
        <w:jc w:val="right"/>
      </w:pPr>
      <w:r>
        <w:t>حضرت عمر سے ان کا کوئی اختلاف پیدا ہوگیا۔</w:t>
      </w:r>
    </w:p>
    <w:p>
      <w:r>
        <w:rPr>
          <w:b/>
        </w:rPr>
        <w:t xml:space="preserve">[18:13] </w:t>
      </w:r>
      <w:r>
        <w:t>yaani aaj kal ki zuban mein jo bara fauji afsar tha, jo general tha, us ka ikhtilaf paida</w:t>
      </w:r>
    </w:p>
    <w:p>
      <w:pPr>
        <w:jc w:val="right"/>
      </w:pPr>
      <w:r>
        <w:t>یعنی آج کل کی زبان میں جو بڑا فوجی افسر تھا، جو جنرل تھا، اس کا اختلاف پیدا</w:t>
      </w:r>
    </w:p>
    <w:p>
      <w:r>
        <w:rPr>
          <w:b/>
        </w:rPr>
        <w:t xml:space="preserve">[18:21] </w:t>
      </w:r>
      <w:r>
        <w:t>hoga prime minister se.</w:t>
      </w:r>
    </w:p>
    <w:p>
      <w:pPr>
        <w:jc w:val="right"/>
      </w:pPr>
      <w:r>
        <w:t>ہوگا پرائم منسٹر سے۔</w:t>
      </w:r>
    </w:p>
    <w:p>
      <w:r>
        <w:rPr>
          <w:b/>
        </w:rPr>
        <w:t xml:space="preserve">[18:23] </w:t>
      </w:r>
      <w:r>
        <w:t>aaj kal ki zuban mein yeh shakal bani.</w:t>
      </w:r>
    </w:p>
    <w:p>
      <w:pPr>
        <w:jc w:val="right"/>
      </w:pPr>
      <w:r>
        <w:t>آج کل کی زبان میں یہ شکل بنی۔</w:t>
      </w:r>
    </w:p>
    <w:p>
      <w:r>
        <w:rPr>
          <w:b/>
        </w:rPr>
        <w:t xml:space="preserve">[18:26] </w:t>
      </w:r>
      <w:r>
        <w:t>to kuch log aaye Hazrat Khalid ke paas, lagay barhanay charhanay is ko ke aap ki itni qurbaniyan</w:t>
      </w:r>
    </w:p>
    <w:p>
      <w:pPr>
        <w:jc w:val="right"/>
      </w:pPr>
      <w:r>
        <w:t>تو کچھ لوگ آئے حضرت خالد کے پاس، لگے بڑھانے چڑھانے اس کو کہ آپ کی اتنی قربانیاں</w:t>
      </w:r>
    </w:p>
    <w:p>
      <w:r>
        <w:rPr>
          <w:b/>
        </w:rPr>
        <w:t xml:space="preserve">[18:34] </w:t>
      </w:r>
      <w:r>
        <w:t>hain aur aap kisay khaleefa aisa kar sakte hain.</w:t>
      </w:r>
    </w:p>
    <w:p>
      <w:pPr>
        <w:jc w:val="right"/>
      </w:pPr>
      <w:r>
        <w:t>ہیں اور آپ کسے خلیفہ ایسا کر سکتے ہیں۔</w:t>
      </w:r>
    </w:p>
    <w:p>
      <w:r>
        <w:rPr>
          <w:b/>
        </w:rPr>
        <w:t xml:space="preserve">[18:38] </w:t>
      </w:r>
      <w:r>
        <w:t>to unhon ne aik simple jawab de diya ke mujhe koi shikayat nahin, mujhe khaleefa se koi shikayat</w:t>
      </w:r>
    </w:p>
    <w:p>
      <w:pPr>
        <w:jc w:val="right"/>
      </w:pPr>
      <w:r>
        <w:t>تو انہوں نے ایک سمپل جواب دے دیا کہ مجھے کوئی شکایت نہیں، مجھے خلیفہ سے کوئی شکایت</w:t>
      </w:r>
    </w:p>
    <w:p>
      <w:r>
        <w:rPr>
          <w:b/>
        </w:rPr>
        <w:t xml:space="preserve">[18:45] </w:t>
      </w:r>
      <w:r>
        <w:t>nahin.</w:t>
      </w:r>
    </w:p>
    <w:p>
      <w:pPr>
        <w:jc w:val="right"/>
      </w:pPr>
      <w:r>
        <w:t>نہیں۔</w:t>
      </w:r>
    </w:p>
    <w:p>
      <w:r>
        <w:rPr>
          <w:b/>
        </w:rPr>
        <w:t xml:space="preserve">[18:47] </w:t>
      </w:r>
      <w:r>
        <w:t>to unhon ne kaha tha إِنِّي لَا قَاتِلُ فِي سَبِيلِ عُمَرٍ وَلَا كُنتُ أُقَاتِلُ فِي سَبِيلِ رَبِّ عُمَرٍ</w:t>
      </w:r>
    </w:p>
    <w:p>
      <w:pPr>
        <w:jc w:val="right"/>
      </w:pPr>
      <w:r>
        <w:t>تو انہوں نے کہا تھا إِنِّي لَا قَاتِلُ فِي سَبِيلِ عُمَرٍ وَلَا كُنتُ أُقَاتِلُ فِي سَبِيلِ رَبِّ عُمَرٍ</w:t>
      </w:r>
    </w:p>
    <w:p>
      <w:r>
        <w:rPr>
          <w:b/>
        </w:rPr>
        <w:t xml:space="preserve">[18:55] </w:t>
      </w:r>
      <w:r>
        <w:t>ke mein jo kuch karta hoon, woh khaleefa ke liye nahin karta hoon, mein Allah ke liye karta</w:t>
      </w:r>
    </w:p>
    <w:p>
      <w:pPr>
        <w:jc w:val="right"/>
      </w:pPr>
      <w:r>
        <w:t>کہ میں جو کچھ کرتا ہوں، وہ خلیفہ کے لیے نہیں کرتا ہوں، میں اللہ کے لیے کرتا</w:t>
      </w:r>
    </w:p>
    <w:p>
      <w:r>
        <w:rPr>
          <w:b/>
        </w:rPr>
        <w:t xml:space="preserve">[19:02] </w:t>
      </w:r>
      <w:r>
        <w:t>hoon.</w:t>
      </w:r>
    </w:p>
    <w:p>
      <w:pPr>
        <w:jc w:val="right"/>
      </w:pPr>
      <w:r>
        <w:t>ہوں۔</w:t>
      </w:r>
    </w:p>
    <w:p>
      <w:r>
        <w:rPr>
          <w:b/>
        </w:rPr>
        <w:t xml:space="preserve">[19:04] </w:t>
      </w:r>
      <w:r>
        <w:t>to khalifa aise soche ya waise soche, woh un ka kaam hai.</w:t>
      </w:r>
    </w:p>
    <w:p>
      <w:pPr>
        <w:jc w:val="right"/>
      </w:pPr>
      <w:r>
        <w:t>تو خلیفہ ایسے سوچے یا ویسے سوچے، وہ ان کا کام ہے۔</w:t>
      </w:r>
    </w:p>
    <w:p>
      <w:r>
        <w:rPr>
          <w:b/>
        </w:rPr>
        <w:t xml:space="preserve">[19:09] </w:t>
      </w:r>
      <w:r>
        <w:t>mein to Allah ko khush rakhna hai.</w:t>
      </w:r>
    </w:p>
    <w:p>
      <w:pPr>
        <w:jc w:val="right"/>
      </w:pPr>
      <w:r>
        <w:t>میں تو اللہ کو خوش رکھنا ہے۔</w:t>
      </w:r>
    </w:p>
    <w:p>
      <w:r>
        <w:rPr>
          <w:b/>
        </w:rPr>
        <w:t xml:space="preserve">[19:12] </w:t>
      </w:r>
      <w:r>
        <w:t>to baat wahin ke wahin khatam kar diya unhon ne.</w:t>
      </w:r>
    </w:p>
    <w:p>
      <w:pPr>
        <w:jc w:val="right"/>
      </w:pPr>
      <w:r>
        <w:t>تو بات وہیں کے وہیں ختم کر دیا انہوں نے۔</w:t>
      </w:r>
    </w:p>
    <w:p>
      <w:r>
        <w:rPr>
          <w:b/>
        </w:rPr>
        <w:t xml:space="preserve">[19:16] </w:t>
      </w:r>
      <w:r>
        <w:t>to dekhye, collective life mein mein hamesha aisa hoga ke kahin na kahin rift aayegi, koi conflict</w:t>
      </w:r>
    </w:p>
    <w:p>
      <w:pPr>
        <w:jc w:val="right"/>
      </w:pPr>
      <w:r>
        <w:t>تو دیکھئے، کلیکٹو لائف میں میں ہمیشہ ایسا ہوگا کہ کہیں نہ کہیں رفٹ آئے گی، کوئی کانفلکٹ</w:t>
      </w:r>
    </w:p>
    <w:p>
      <w:r>
        <w:rPr>
          <w:b/>
        </w:rPr>
        <w:t xml:space="preserve">[19:24] </w:t>
      </w:r>
      <w:r>
        <w:t>aayega, koi difference aayega, yeh kahin na kahin zaroor aayega.</w:t>
      </w:r>
    </w:p>
    <w:p>
      <w:pPr>
        <w:jc w:val="right"/>
      </w:pPr>
      <w:r>
        <w:t>آئے گا، کوئی ڈیفرنس آئے گا، یہ کہیں نہ کہیں ضرور آئے گا۔</w:t>
      </w:r>
    </w:p>
    <w:p>
      <w:r>
        <w:rPr>
          <w:b/>
        </w:rPr>
        <w:t xml:space="preserve">[19:30] </w:t>
      </w:r>
      <w:r>
        <w:t>is ko din andar khatam kar dijiye, is ko barhai charhai nahin.</w:t>
      </w:r>
    </w:p>
    <w:p>
      <w:pPr>
        <w:jc w:val="right"/>
      </w:pPr>
      <w:r>
        <w:t>اس کو دن اندر ختم کر دیجئے، اس کو بڑھائی چڑھائی نہیں۔</w:t>
      </w:r>
    </w:p>
    <w:p>
      <w:r>
        <w:rPr>
          <w:b/>
        </w:rPr>
        <w:t xml:space="preserve">[19:35] </w:t>
      </w:r>
      <w:r>
        <w:t>jaise Hazrat Khalid ne din andar khatam kar diya ke mein jo kuch karta hoon, woh khalifa ke</w:t>
      </w:r>
    </w:p>
    <w:p>
      <w:pPr>
        <w:jc w:val="right"/>
      </w:pPr>
      <w:r>
        <w:t>جیسے حضرت خالد نے دن اندر ختم کر دیا کہ میں جو کچھ کرتا ہوں، وہ خلیفہ کے</w:t>
      </w:r>
    </w:p>
    <w:p>
      <w:r>
        <w:rPr>
          <w:b/>
        </w:rPr>
        <w:t xml:space="preserve">[19:42] </w:t>
      </w:r>
      <w:r>
        <w:t>liye nahin karta, mein Allah ke liye karta hoon.</w:t>
      </w:r>
    </w:p>
    <w:p>
      <w:pPr>
        <w:jc w:val="right"/>
      </w:pPr>
      <w:r>
        <w:t>لیے نہیں کرتا، میں اللہ کے لیے کرتا ہوں۔</w:t>
      </w:r>
    </w:p>
    <w:p>
      <w:r>
        <w:rPr>
          <w:b/>
        </w:rPr>
        <w:t xml:space="preserve">[19:46] </w:t>
      </w:r>
      <w:r>
        <w:t>bas baat khatam ho gayi.</w:t>
      </w:r>
    </w:p>
    <w:p>
      <w:pPr>
        <w:jc w:val="right"/>
      </w:pPr>
      <w:r>
        <w:t>بس بات ختم ہوگئی۔</w:t>
      </w:r>
    </w:p>
    <w:p>
      <w:r>
        <w:rPr>
          <w:b/>
        </w:rPr>
        <w:t xml:space="preserve">[19:48] </w:t>
      </w:r>
      <w:r>
        <w:t>to chahe aap ki family life ho, social life ho, national life ho, kahin bhi aap hain, zaroor</w:t>
      </w:r>
    </w:p>
    <w:p>
      <w:pPr>
        <w:jc w:val="right"/>
      </w:pPr>
      <w:r>
        <w:t>تو چاہے آپ کی فیملی لائف ہو، سوشل لائف ہو، نیشنل لائف ہو، کہیں بھی آپ ہیں، ضرور</w:t>
      </w:r>
    </w:p>
    <w:p>
      <w:r>
        <w:rPr>
          <w:b/>
        </w:rPr>
        <w:t xml:space="preserve">[19:56] </w:t>
      </w:r>
      <w:r>
        <w:t>ایسا ہوگا کہ آپ کو difference آئے گی۔</w:t>
      </w:r>
    </w:p>
    <w:p>
      <w:pPr>
        <w:jc w:val="right"/>
      </w:pPr>
      <w:r>
        <w:t>ایسا ہوگا کہ آپ کو ڈیفرنس آئے گی۔</w:t>
      </w:r>
    </w:p>
    <w:p>
      <w:r>
        <w:rPr>
          <w:b/>
        </w:rPr>
        <w:t xml:space="preserve">[19:59] </w:t>
      </w:r>
      <w:r>
        <w:t>yeh hota hi hota hai.</w:t>
      </w:r>
    </w:p>
    <w:p>
      <w:pPr>
        <w:jc w:val="right"/>
      </w:pPr>
      <w:r>
        <w:t>یہ ہوتا ہی ہوتا ہے۔</w:t>
      </w:r>
    </w:p>
    <w:p>
      <w:r>
        <w:rPr>
          <w:b/>
        </w:rPr>
        <w:t xml:space="preserve">[20:01] </w:t>
      </w:r>
      <w:r>
        <w:t>yeh aik aik leader agar itna zabardast is ko extreme kamyabi ho ke sari seatain isi ko mil</w:t>
      </w:r>
    </w:p>
    <w:p>
      <w:pPr>
        <w:jc w:val="right"/>
      </w:pPr>
      <w:r>
        <w:t>یہ ایک ایک لیڈر اگر اتنا زبردست اس کو ایکسٹریم کامیابی ہو کہ ساری سیٹیں اسی کو مل</w:t>
      </w:r>
    </w:p>
    <w:p>
      <w:r>
        <w:rPr>
          <w:b/>
        </w:rPr>
        <w:t xml:space="preserve">[20:09] </w:t>
      </w:r>
      <w:r>
        <w:t>جائیں، وہ Prime Minister بن جائے، تب بھی پارٹی سے اختلافات ہوں گے۔</w:t>
      </w:r>
    </w:p>
    <w:p>
      <w:pPr>
        <w:jc w:val="right"/>
      </w:pPr>
      <w:r>
        <w:t>جائیں، وہ پرائم منسٹر بن جائے، تب بھی پارٹی سے اختلافات ہوں گے۔</w:t>
      </w:r>
    </w:p>
    <w:p>
      <w:r>
        <w:rPr>
          <w:b/>
        </w:rPr>
        <w:t xml:space="preserve">[20:15] </w:t>
      </w:r>
      <w:r>
        <w:t>party ke jo leader hain, party ke jo doosre member hain, tab bhi hoga.</w:t>
      </w:r>
    </w:p>
    <w:p>
      <w:pPr>
        <w:jc w:val="right"/>
      </w:pPr>
      <w:r>
        <w:t>پارٹی کے جو لیڈر ہیں، پارٹی کے جو دوسرے ممبر ہیں، تب بھی ہوگا۔</w:t>
      </w:r>
    </w:p>
    <w:p>
      <w:r>
        <w:rPr>
          <w:b/>
        </w:rPr>
        <w:t xml:space="preserve">[20:21] </w:t>
      </w:r>
      <w:r>
        <w:t>tab bhi hoga.</w:t>
      </w:r>
    </w:p>
    <w:p>
      <w:pPr>
        <w:jc w:val="right"/>
      </w:pPr>
      <w:r>
        <w:t>تب بھی ہوگا۔</w:t>
      </w:r>
    </w:p>
    <w:p>
      <w:r>
        <w:rPr>
          <w:b/>
        </w:rPr>
        <w:t xml:space="preserve">[20:22] </w:t>
      </w:r>
      <w:r>
        <w:t>aisa ho chuka hai isi isi mulk mein ke aik leader bohat bari majority se jeete aur unhon</w:t>
      </w:r>
    </w:p>
    <w:p>
      <w:pPr>
        <w:jc w:val="right"/>
      </w:pPr>
      <w:r>
        <w:t>ایسا ہو چکا ہے اسی اسی ملک میں کہ ایک لیڈر بہت بڑی میجورٹی سے جیتے اور انہوں</w:t>
      </w:r>
    </w:p>
    <w:p>
      <w:r>
        <w:rPr>
          <w:b/>
        </w:rPr>
        <w:t xml:space="preserve">[20:30] </w:t>
      </w:r>
      <w:r>
        <w:t>ne hukoomat banayi.</w:t>
      </w:r>
    </w:p>
    <w:p>
      <w:pPr>
        <w:jc w:val="right"/>
      </w:pPr>
      <w:r>
        <w:t>نے حکومت بنائی۔</w:t>
      </w:r>
    </w:p>
    <w:p>
      <w:r>
        <w:rPr>
          <w:b/>
        </w:rPr>
        <w:t xml:space="preserve">[20:31] </w:t>
      </w:r>
      <w:r>
        <w:t>پارلیمنٹ میں انہیں absolute majority حاصل تھی، لیکن صرف ڈھائی سال میں ان کی حکومت ختم ہوگئی۔</w:t>
      </w:r>
    </w:p>
    <w:p>
      <w:pPr>
        <w:jc w:val="right"/>
      </w:pPr>
      <w:r>
        <w:t>پارلیمنٹ میں انہیں ایبسولیوٹ میجورٹی حاصل تھی، لیکن صرف ڈھائی سال میں ان کی حکومت ختم ہوگئی۔</w:t>
      </w:r>
    </w:p>
    <w:p>
      <w:r>
        <w:rPr>
          <w:b/>
        </w:rPr>
        <w:t xml:space="preserve">[20:39] </w:t>
      </w:r>
      <w:r>
        <w:t>isi India mein aisa ho chuka hai.</w:t>
      </w:r>
    </w:p>
    <w:p>
      <w:pPr>
        <w:jc w:val="right"/>
      </w:pPr>
      <w:r>
        <w:t>اسی انڈیا میں ایسا ہو چکا ہے۔</w:t>
      </w:r>
    </w:p>
    <w:p>
      <w:r>
        <w:rPr>
          <w:b/>
        </w:rPr>
        <w:t xml:space="preserve">[20:42] </w:t>
      </w:r>
      <w:r>
        <w:t>kyun? difference ko barhana.</w:t>
      </w:r>
    </w:p>
    <w:p>
      <w:pPr>
        <w:jc w:val="right"/>
      </w:pPr>
      <w:r>
        <w:t>کیوں؟ ڈیفرنس کو بڑھانا۔</w:t>
      </w:r>
    </w:p>
    <w:p>
      <w:r>
        <w:rPr>
          <w:b/>
        </w:rPr>
        <w:t xml:space="preserve">[20:43] </w:t>
      </w:r>
      <w:r>
        <w:t>difference aaye to wahin ke wahin is ko break kar diye.</w:t>
      </w:r>
    </w:p>
    <w:p>
      <w:pPr>
        <w:jc w:val="right"/>
      </w:pPr>
      <w:r>
        <w:t>ڈیفرنس آئے تو وہیں کے وہیں اس کو بری کر دیے۔</w:t>
      </w:r>
    </w:p>
    <w:p>
      <w:r>
        <w:rPr>
          <w:b/>
        </w:rPr>
        <w:t xml:space="preserve">[20:48] </w:t>
      </w:r>
      <w:r>
        <w:t>آپ کتنے ہی خوش ہوں، differences ضرور آئیں گے۔</w:t>
      </w:r>
    </w:p>
    <w:p>
      <w:pPr>
        <w:jc w:val="right"/>
      </w:pPr>
      <w:r>
        <w:t>آپ کتنے ہی خوش ہوں، ڈیفرنسز ضرور آئیں گے۔</w:t>
      </w:r>
    </w:p>
    <w:p>
      <w:r>
        <w:rPr>
          <w:b/>
        </w:rPr>
        <w:t xml:space="preserve">[20:52] </w:t>
      </w:r>
      <w:r>
        <w:t>خود رسول اللہ سے ڈیفرنس آتا تھا، جو prophet تھے۔</w:t>
      </w:r>
    </w:p>
    <w:p>
      <w:pPr>
        <w:jc w:val="right"/>
      </w:pPr>
      <w:r>
        <w:t>خود رسول اللہ سے ڈیفرنس آتا تھا، جو پیغمبر تھے۔</w:t>
      </w:r>
    </w:p>
    <w:p>
      <w:r>
        <w:rPr>
          <w:b/>
        </w:rPr>
        <w:t xml:space="preserve">[20:56] </w:t>
      </w:r>
      <w:r>
        <w:t>زندگی نام ہے differences میں جینے کا۔</w:t>
      </w:r>
    </w:p>
    <w:p>
      <w:pPr>
        <w:jc w:val="right"/>
      </w:pPr>
      <w:r>
        <w:t>زندگی نام ہے ڈیفرنسز میں جینے کا۔</w:t>
      </w:r>
    </w:p>
    <w:p>
      <w:r>
        <w:rPr>
          <w:b/>
        </w:rPr>
        <w:t xml:space="preserve">[20:59] </w:t>
      </w:r>
      <w:r>
        <w:t>zindagi naam hai differences mein jeene ka.</w:t>
      </w:r>
    </w:p>
    <w:p>
      <w:pPr>
        <w:jc w:val="right"/>
      </w:pPr>
      <w:r>
        <w:t>زندگی نام ہے ڈیفرنسز میں جینے کا۔</w:t>
      </w:r>
    </w:p>
    <w:p>
      <w:r>
        <w:rPr>
          <w:b/>
        </w:rPr>
        <w:t xml:space="preserve">[21:02] </w:t>
      </w:r>
      <w:r>
        <w:t>differences se takrao karna yeh zindagi nahin hai.</w:t>
      </w:r>
    </w:p>
    <w:p>
      <w:pPr>
        <w:jc w:val="right"/>
      </w:pPr>
      <w:r>
        <w:t>ڈیفرنسز سے ٹکراؤ کرنا یہ زندگی نہیں ہے۔</w:t>
      </w:r>
    </w:p>
    <w:p>
      <w:r>
        <w:rPr>
          <w:b/>
        </w:rPr>
        <w:t xml:space="preserve">[21:06] </w:t>
      </w:r>
      <w:r>
        <w:t>to is hadees mein jo mein ne baatein sunayi hain aap ko, is mein yeh kitna bara sabak</w:t>
      </w:r>
    </w:p>
    <w:p>
      <w:pPr>
        <w:jc w:val="right"/>
      </w:pPr>
      <w:r>
        <w:t>تو اس حدیث میں جو میں نے باتیں سنائی ہیں آپ کو، اس میں یہ کتنا بڑا سبق</w:t>
      </w:r>
    </w:p>
    <w:p>
      <w:r>
        <w:rPr>
          <w:b/>
        </w:rPr>
        <w:t xml:space="preserve">[21:13]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[21:15] </w:t>
      </w:r>
      <w:r>
        <w:t>kitna bara sabak hai.</w:t>
      </w:r>
    </w:p>
    <w:p>
      <w:pPr>
        <w:jc w:val="right"/>
      </w:pPr>
      <w:r>
        <w:t>کتنا بڑا سبق ہے۔</w:t>
      </w:r>
    </w:p>
    <w:p>
      <w:r>
        <w:rPr>
          <w:b/>
        </w:rPr>
        <w:t xml:space="preserve">[21:16] </w:t>
      </w:r>
      <w:r>
        <w:t>پہلا جو بات میں نے کہی، وہ individual life کے لیے بہت بڑا سبق ہے۔</w:t>
      </w:r>
    </w:p>
    <w:p>
      <w:pPr>
        <w:jc w:val="right"/>
      </w:pPr>
      <w:r>
        <w:t>پہلا جو بات میں نے کہی، وہ انڈیویجول لائف کے لیے بہت بڑا سبق ہے۔</w:t>
      </w:r>
    </w:p>
    <w:p>
      <w:r>
        <w:rPr>
          <w:b/>
        </w:rPr>
        <w:t xml:space="preserve">[21:23] </w:t>
      </w:r>
      <w:r>
        <w:t>انڈیویجول لائف کے لیے کہ ہر آپ endowment میں آپ نارمل طریقے سے رہیں۔</w:t>
      </w:r>
    </w:p>
    <w:p>
      <w:pPr>
        <w:jc w:val="right"/>
      </w:pPr>
      <w:r>
        <w:t>انڈیویجول لائف کے لیے کہ ہر آپ انڈاورمنٹ میں آپ نارمل طریقے سے رہیں۔</w:t>
      </w:r>
    </w:p>
    <w:p>
      <w:r>
        <w:rPr>
          <w:b/>
        </w:rPr>
        <w:t xml:space="preserve">[21:29] </w:t>
      </w:r>
      <w:r>
        <w:t>aur doosra, ejtemai zindagi mein differences aayein to us ko aap issue na banaayein.</w:t>
      </w:r>
    </w:p>
    <w:p>
      <w:pPr>
        <w:jc w:val="right"/>
      </w:pPr>
      <w:r>
        <w:t>اور دوسرا، اجتماعی زندگی میں ڈیفرنسز آئیں تو اس کو آپ ایشو نہ بنائیں۔</w:t>
      </w:r>
    </w:p>
    <w:p>
      <w:r>
        <w:rPr>
          <w:b/>
        </w:rPr>
        <w:t xml:space="preserve">[21:35] </w:t>
      </w:r>
      <w:r>
        <w:t>yeh dono cheezein agar aap ke andar hain, yeh dono ke dono ko agar Ramzan se ki spirit</w:t>
      </w:r>
    </w:p>
    <w:p>
      <w:pPr>
        <w:jc w:val="right"/>
      </w:pPr>
      <w:r>
        <w:t>یہ دونوں چیزیں اگر آپ کے اندر ہیں، یہ دونوں کے دونوں کو اگر رمضان سے کی اسپرٹ</w:t>
      </w:r>
    </w:p>
    <w:p>
      <w:r>
        <w:rPr>
          <w:b/>
        </w:rPr>
        <w:t xml:space="preserve">[21:43] </w:t>
      </w:r>
      <w:r>
        <w:t>mein shaamil hain, to yeh dono din aap ke andar aa jayein to poori zindagi aap ki sukh</w:t>
      </w:r>
    </w:p>
    <w:p>
      <w:pPr>
        <w:jc w:val="right"/>
      </w:pPr>
      <w:r>
        <w:t>میں شامل ہیں، تو یہ دونوں دن آپ کے اندر آ جائیں تو پوری زندگی آپ کی سکھ</w:t>
      </w:r>
    </w:p>
    <w:p>
      <w:r>
        <w:rPr>
          <w:b/>
        </w:rPr>
        <w:t xml:space="preserve">[21:50] </w:t>
      </w:r>
      <w:r>
        <w:t>ki zindagi ban gayi.</w:t>
      </w:r>
    </w:p>
    <w:p>
      <w:pPr>
        <w:jc w:val="right"/>
      </w:pPr>
      <w:r>
        <w:t>کی زندگی بن گئی۔</w:t>
      </w:r>
    </w:p>
    <w:p>
      <w:r>
        <w:rPr>
          <w:b/>
        </w:rPr>
        <w:t xml:space="preserve">[21:52] </w:t>
      </w:r>
      <w:r>
        <w:t>tension free zindagi ban jayegi.</w:t>
      </w:r>
    </w:p>
    <w:p>
      <w:pPr>
        <w:jc w:val="right"/>
      </w:pPr>
      <w:r>
        <w:t>ٹینشن فری زندگی بن جائے گی۔</w:t>
      </w:r>
    </w:p>
    <w:p>
      <w:r>
        <w:rPr>
          <w:b/>
        </w:rPr>
        <w:t xml:space="preserve">[21:55] </w:t>
      </w:r>
      <w:r>
        <w:t>to main samajhta hoon ke hum ko aur aap ko is wisdom ko seekhna chahiye.</w:t>
      </w:r>
    </w:p>
    <w:p>
      <w:pPr>
        <w:jc w:val="right"/>
      </w:pPr>
      <w:r>
        <w:t>تو میں سمجھتا ہوں کہ ہم کو اور آپ کو اس وزڈم کو سیکھنا چاہیے۔</w:t>
      </w:r>
    </w:p>
    <w:p>
      <w:r>
        <w:rPr>
          <w:b/>
        </w:rPr>
        <w:t xml:space="preserve">[22:01] </w:t>
      </w:r>
      <w:r>
        <w:t>yeh wisdom hai.</w:t>
      </w:r>
    </w:p>
    <w:p>
      <w:pPr>
        <w:jc w:val="right"/>
      </w:pPr>
      <w:r>
        <w:t>یہ وزڈم ہے۔</w:t>
      </w:r>
    </w:p>
    <w:p>
      <w:r>
        <w:rPr>
          <w:b/>
        </w:rPr>
        <w:t xml:space="preserve">[22:03] </w:t>
      </w:r>
      <w:r>
        <w:t>yaani Ramzan ka mahina hamein ek wisdom sikhata hai.</w:t>
      </w:r>
    </w:p>
    <w:p>
      <w:pPr>
        <w:jc w:val="right"/>
      </w:pPr>
      <w:r>
        <w:t>یعنی رمضان کا مہینہ ہمیں ایک وزڈم سکھاتا ہے۔</w:t>
      </w:r>
    </w:p>
    <w:p>
      <w:r>
        <w:rPr>
          <w:b/>
        </w:rPr>
        <w:t xml:space="preserve">[22:06] </w:t>
      </w:r>
      <w:r>
        <w:t>yaani zindagi ki zindagi ki ek wisdom.</w:t>
      </w:r>
    </w:p>
    <w:p>
      <w:pPr>
        <w:jc w:val="right"/>
      </w:pPr>
      <w:r>
        <w:t>یعنی زندگی کی زندگی کی ایک وزڈم۔</w:t>
      </w:r>
    </w:p>
    <w:p>
      <w:r>
        <w:rPr>
          <w:b/>
        </w:rPr>
        <w:t xml:space="preserve">[22:09] </w:t>
      </w:r>
      <w:r>
        <w:t>to is duniya mein yaad rakhiye, success is aadmi ke liye hai jo zindagi ko wisdom ke sath</w:t>
      </w:r>
    </w:p>
    <w:p>
      <w:pPr>
        <w:jc w:val="right"/>
      </w:pPr>
      <w:r>
        <w:t>تو اس دنیا میں یاد رکھیے، سکسیس اس آدمی کے لیے ہے جو زندگی کو وزڈم کے ساتھ</w:t>
      </w:r>
    </w:p>
    <w:p>
      <w:r>
        <w:rPr>
          <w:b/>
        </w:rPr>
        <w:t xml:space="preserve">[22:17] </w:t>
      </w:r>
      <w:r>
        <w:t>guzarna jaane.</w:t>
      </w:r>
    </w:p>
    <w:p>
      <w:pPr>
        <w:jc w:val="right"/>
      </w:pPr>
      <w:r>
        <w:t>گزارنا جانے۔</w:t>
      </w:r>
    </w:p>
    <w:p>
      <w:r>
        <w:rPr>
          <w:b/>
        </w:rPr>
        <w:t xml:space="preserve">[22:19] </w:t>
      </w:r>
      <w:r>
        <w:t>is duniya mein successful life sirf us ki ho sakti hai jo zindagi ki wisdom ko jaane</w:t>
      </w:r>
    </w:p>
    <w:p>
      <w:pPr>
        <w:jc w:val="right"/>
      </w:pPr>
      <w:r>
        <w:t>اس دنیا میں سکسیس فل لائف صرف اس کی ہو سکتی ہے جو زندگی کی وزڈم کو جانے</w:t>
      </w:r>
    </w:p>
    <w:p>
      <w:r>
        <w:rPr>
          <w:b/>
        </w:rPr>
        <w:t xml:space="preserve">[22:26] </w:t>
      </w:r>
      <w:r>
        <w:t>aur us ke mutabiq apni zindagi ki planning kare.</w:t>
      </w:r>
    </w:p>
    <w:p>
      <w:pPr>
        <w:jc w:val="right"/>
      </w:pPr>
      <w:r>
        <w:t>اور اس کے مطابق اپنی زندگی کی پلاننگ کرے۔</w:t>
      </w:r>
    </w:p>
    <w:p>
      <w:r>
        <w:rPr>
          <w:b/>
        </w:rPr>
        <w:t xml:space="preserve">[22:30] </w:t>
      </w:r>
      <w:r>
        <w:t>aur jo aadmi wisdom ko na jaane, zindagi ki wisdom se jo bekhabar ho, to woh pareshan</w:t>
      </w:r>
    </w:p>
    <w:p>
      <w:pPr>
        <w:jc w:val="right"/>
      </w:pPr>
      <w:r>
        <w:t>اور جو آدمی وزڈم کو نہ جانے، زندگی کی وزڈم سے جو بے خبر ہو، تو وہ پریشان</w:t>
      </w:r>
    </w:p>
    <w:p>
      <w:r>
        <w:rPr>
          <w:b/>
        </w:rPr>
        <w:t xml:space="preserve">[22:38] </w:t>
      </w:r>
      <w:r>
        <w:t>rahega, tension mein rahega.</w:t>
      </w:r>
    </w:p>
    <w:p>
      <w:pPr>
        <w:jc w:val="right"/>
      </w:pPr>
      <w:r>
        <w:t>رہے گا، ٹینشن میں رہے گا۔</w:t>
      </w:r>
    </w:p>
    <w:p>
      <w:r>
        <w:rPr>
          <w:b/>
        </w:rPr>
        <w:t xml:space="preserve">[22:41] </w:t>
      </w:r>
      <w:r>
        <w:t>us ka tension kabhi khatam nahi hoga.</w:t>
      </w:r>
    </w:p>
    <w:p>
      <w:pPr>
        <w:jc w:val="right"/>
      </w:pPr>
      <w:r>
        <w:t>اس کا ٹینشن کبھی ختم نہیں ہوگا۔</w:t>
      </w:r>
    </w:p>
    <w:p>
      <w:r>
        <w:rPr>
          <w:b/>
        </w:rPr>
        <w:t xml:space="preserve">[22:44] </w:t>
      </w:r>
      <w:r>
        <w:t>dekhiye, zindagi ek aisa experience hai, is mein koi bhi expected ya unexpected baat pesh aa sakti</w:t>
      </w:r>
    </w:p>
    <w:p>
      <w:pPr>
        <w:jc w:val="right"/>
      </w:pPr>
      <w:r>
        <w:t>دیکھئے، زندگی ایک ایسا ایکسپیرینس ہے، اس میں کوئی بھی ایکسپیکٹڈ یا ان ایکسپیکٹڈ بات پیش آ سکتی</w:t>
      </w:r>
    </w:p>
    <w:p>
      <w:r>
        <w:rPr>
          <w:b/>
        </w:rPr>
        <w:t xml:space="preserve">[22:51]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[22:53] </w:t>
      </w:r>
      <w:r>
        <w:t>yeh har ek ke liye hai, chahe koi political leader ho ya koi bohat wealthy aadmi ho, koi</w:t>
      </w:r>
    </w:p>
    <w:p>
      <w:pPr>
        <w:jc w:val="right"/>
      </w:pPr>
      <w:r>
        <w:t>یہ ہر ایک کے لیے ہے، چاہے کوئی پولیٹیکل لیڈر ہو یا کوئی بہت ویلتھی آدمی ہو، کوئی</w:t>
      </w:r>
    </w:p>
    <w:p>
      <w:r>
        <w:rPr>
          <w:b/>
        </w:rPr>
        <w:t xml:space="preserve">[23:00] </w:t>
      </w:r>
      <w:r>
        <w:t>bhi ho.</w:t>
      </w:r>
    </w:p>
    <w:p>
      <w:pPr>
        <w:jc w:val="right"/>
      </w:pPr>
      <w:r>
        <w:t>بھی ہو۔</w:t>
      </w:r>
    </w:p>
    <w:p>
      <w:r>
        <w:rPr>
          <w:b/>
        </w:rPr>
        <w:t xml:space="preserve">[23:02] </w:t>
      </w:r>
      <w:r>
        <w:t>zindagi mein kabhi bhi aisa nahi ho sakta ke sab kuch jo chahein aap wahi wahi ho.</w:t>
      </w:r>
    </w:p>
    <w:p>
      <w:pPr>
        <w:jc w:val="right"/>
      </w:pPr>
      <w:r>
        <w:t>زندگی میں کبھی بھی ایسا نہیں ہو سکتا کہ سب کچھ جو چاہیں آپ وہی وہی ہو۔</w:t>
      </w:r>
    </w:p>
    <w:p>
      <w:r>
        <w:rPr>
          <w:b/>
        </w:rPr>
        <w:t xml:space="preserve">[23:09] </w:t>
      </w:r>
      <w:r>
        <w:t>kabhi expected situation pesh aayegi, kabhi aisi cheez jis ko aap ne expect nahi kiya tha us</w:t>
      </w:r>
    </w:p>
    <w:p>
      <w:pPr>
        <w:jc w:val="right"/>
      </w:pPr>
      <w:r>
        <w:t>کبھی ایکسپیکٹڈ سچویشن پیش آئے گی، کبھی ایسی چیز جس کو آپ نے ایکسپیکٹ نہیں کیا تھا اس</w:t>
      </w:r>
    </w:p>
    <w:p>
      <w:r>
        <w:rPr>
          <w:b/>
        </w:rPr>
        <w:t xml:space="preserve">[23:17] </w:t>
      </w:r>
      <w:r>
        <w:t>se pehle.</w:t>
      </w:r>
    </w:p>
    <w:p>
      <w:pPr>
        <w:jc w:val="right"/>
      </w:pPr>
      <w:r>
        <w:t>سے پہلے۔</w:t>
      </w:r>
    </w:p>
    <w:p>
      <w:r>
        <w:rPr>
          <w:b/>
        </w:rPr>
        <w:t xml:space="preserve">[23:18] </w:t>
      </w:r>
      <w:r>
        <w:t>yeh sab hoga.</w:t>
      </w:r>
    </w:p>
    <w:p>
      <w:pPr>
        <w:jc w:val="right"/>
      </w:pPr>
      <w:r>
        <w:t>یہ سب ہوگا۔</w:t>
      </w:r>
    </w:p>
    <w:p>
      <w:r>
        <w:rPr>
          <w:b/>
        </w:rPr>
        <w:t xml:space="preserve">[23:20] </w:t>
      </w:r>
      <w:r>
        <w:t>us ke liye tayyar rahiye.</w:t>
      </w:r>
    </w:p>
    <w:p>
      <w:pPr>
        <w:jc w:val="right"/>
      </w:pPr>
      <w:r>
        <w:t>اس کے لیے تیار رہیے۔</w:t>
      </w:r>
    </w:p>
    <w:p>
      <w:r>
        <w:rPr>
          <w:b/>
        </w:rPr>
        <w:t xml:space="preserve">[23:22] </w:t>
      </w:r>
      <w:r>
        <w:t>is ka sabab kya hai? is ka sabab yeh hai ke yeh dunya hum ne aur aap ne</w:t>
      </w:r>
    </w:p>
    <w:p>
      <w:pPr>
        <w:jc w:val="right"/>
      </w:pPr>
      <w:r>
        <w:t>اس کا سبب کیا ہے؟ اس کا سبب یہ ہے کہ یہ دنیا ہم نے اور آپ نے</w:t>
      </w:r>
    </w:p>
    <w:p>
      <w:r>
        <w:rPr>
          <w:b/>
        </w:rPr>
        <w:t xml:space="preserve">[23:30] </w:t>
      </w:r>
      <w:r>
        <w:t>nahi banai hai.</w:t>
      </w:r>
    </w:p>
    <w:p>
      <w:pPr>
        <w:jc w:val="right"/>
      </w:pPr>
      <w:r>
        <w:t>نہیں بنائی ہے۔</w:t>
      </w:r>
    </w:p>
    <w:p>
      <w:r>
        <w:rPr>
          <w:b/>
        </w:rPr>
        <w:t xml:space="preserve">[23:31] </w:t>
      </w:r>
      <w:r>
        <w:t>kisi aur ki banai hui dunya mein hum rehte hain.</w:t>
      </w:r>
    </w:p>
    <w:p>
      <w:pPr>
        <w:jc w:val="right"/>
      </w:pPr>
      <w:r>
        <w:t>کسی اور کی بنائی ہوئی دنیا میں ہم رہتے ہیں۔</w:t>
      </w:r>
    </w:p>
    <w:p>
      <w:r>
        <w:rPr>
          <w:b/>
        </w:rPr>
        <w:t xml:space="preserve">[23:36] </w:t>
      </w:r>
      <w:r>
        <w:t>is ke liye kisi daleel ki zaroorat nahi hai.</w:t>
      </w:r>
    </w:p>
    <w:p>
      <w:pPr>
        <w:jc w:val="right"/>
      </w:pPr>
      <w:r>
        <w:t>اس کے لیے کسی دلیل کی ضرورت نہیں ہے۔</w:t>
      </w:r>
    </w:p>
    <w:p>
      <w:r>
        <w:rPr>
          <w:b/>
        </w:rPr>
        <w:t xml:space="preserve">[23:39] </w:t>
      </w:r>
      <w:r>
        <w:t>hum ne na apne ko paida kiya, na samundaron ko banaya, na pahadon ko banaya, na suraj ko</w:t>
      </w:r>
    </w:p>
    <w:p>
      <w:pPr>
        <w:jc w:val="right"/>
      </w:pPr>
      <w:r>
        <w:t>ہم نے نہ اپنے کو پیدا کیا، نہ سمندروں کو بنایا، نہ پہاڑوں کو بنایا، نہ سورج کو</w:t>
      </w:r>
    </w:p>
    <w:p>
      <w:r>
        <w:rPr>
          <w:b/>
        </w:rPr>
        <w:t xml:space="preserve">[23:47] </w:t>
      </w:r>
      <w:r>
        <w:t>banaya, na hawaon ko banaya.</w:t>
      </w:r>
    </w:p>
    <w:p>
      <w:pPr>
        <w:jc w:val="right"/>
      </w:pPr>
      <w:r>
        <w:t>بنایا، نہ ہواؤں کو بنایا۔</w:t>
      </w:r>
    </w:p>
    <w:p>
      <w:r>
        <w:rPr>
          <w:b/>
        </w:rPr>
        <w:t xml:space="preserve">[23:49] </w:t>
      </w:r>
      <w:r>
        <w:t>koi cheez aisi nahi hai dunya mein jis ko hum ne banaya ho.</w:t>
      </w:r>
    </w:p>
    <w:p>
      <w:pPr>
        <w:jc w:val="right"/>
      </w:pPr>
      <w:r>
        <w:t>کوئی چیز ایسی نہیں ہے دنیا میں جس کو ہم نے بنایا ہو۔</w:t>
      </w:r>
    </w:p>
    <w:p>
      <w:r>
        <w:rPr>
          <w:b/>
        </w:rPr>
        <w:t xml:space="preserve">[23:55] </w:t>
      </w:r>
      <w:r>
        <w:t>kisi aur ne banaya hai, is mein hum aa kar reh rahe hain.</w:t>
      </w:r>
    </w:p>
    <w:p>
      <w:pPr>
        <w:jc w:val="right"/>
      </w:pPr>
      <w:r>
        <w:t>کسی اور نے بنایا ہے، اس میں ہم آ کر رہ رہے ہیں۔</w:t>
      </w:r>
    </w:p>
    <w:p>
      <w:r>
        <w:rPr>
          <w:b/>
        </w:rPr>
        <w:t xml:space="preserve">[24:00] </w:t>
      </w:r>
      <w:r>
        <w:t>kisi ne kaha hai ke "Itapeus that man is strayed in a world that was not made for</w:t>
      </w:r>
    </w:p>
    <w:p>
      <w:pPr>
        <w:jc w:val="right"/>
      </w:pPr>
      <w:r>
        <w:t>کسی نے کہا ہے کہ "Itapeus that man is strayed in a world that was not made for</w:t>
      </w:r>
    </w:p>
    <w:p>
      <w:r>
        <w:rPr>
          <w:b/>
        </w:rPr>
        <w:t xml:space="preserve">[24:08] </w:t>
      </w:r>
      <w:r>
        <w:t>him." yani bhatak kar aa gaya hai is dunya mein.</w:t>
      </w:r>
    </w:p>
    <w:p>
      <w:pPr>
        <w:jc w:val="right"/>
      </w:pPr>
      <w:r>
        <w:t>him." یعنی بھٹک کر آ گیا ہے اس دنیا میں۔</w:t>
      </w:r>
    </w:p>
    <w:p>
      <w:r>
        <w:rPr>
          <w:b/>
        </w:rPr>
        <w:t xml:space="preserve">[24:12] </w:t>
      </w:r>
      <w:r>
        <w:t>to behal yeh haqeeqat hai ke dunya ko hum ne nahi banaya, banane wala koi aur hai.</w:t>
      </w:r>
    </w:p>
    <w:p>
      <w:pPr>
        <w:jc w:val="right"/>
      </w:pPr>
      <w:r>
        <w:t>تو بہرحال یہ حقیقت ہے کہ دنیا کو ہم نے نہیں بنایا، بنانے والا کوئی اور ہے۔</w:t>
      </w:r>
    </w:p>
    <w:p>
      <w:r>
        <w:rPr>
          <w:b/>
        </w:rPr>
        <w:t xml:space="preserve">[24:20] </w:t>
      </w:r>
      <w:r>
        <w:t>hum se pooch kar bhi nahi banaya is ne, banane wala ne hum se pooch kar nahi banaya.</w:t>
      </w:r>
    </w:p>
    <w:p>
      <w:pPr>
        <w:jc w:val="right"/>
      </w:pPr>
      <w:r>
        <w:t>ہم سے پوچھ کر بھی نہیں بنایا اس نے، بنانے والا نے ہم سے پوچھ کر نہیں بنایا۔</w:t>
      </w:r>
    </w:p>
    <w:p>
      <w:r>
        <w:rPr>
          <w:b/>
        </w:rPr>
        <w:t xml:space="preserve">[24:27] </w:t>
      </w:r>
      <w:r>
        <w:t>to humein to adjust hi karna hai.</w:t>
      </w:r>
    </w:p>
    <w:p>
      <w:pPr>
        <w:jc w:val="right"/>
      </w:pPr>
      <w:r>
        <w:t>تو ہمیں تو ایڈجسٹ ہی کرنا ہے۔</w:t>
      </w:r>
    </w:p>
    <w:p>
      <w:r>
        <w:rPr>
          <w:b/>
        </w:rPr>
        <w:t xml:space="preserve">[24:30] </w:t>
      </w:r>
      <w:r>
        <w:t>hum ladein to kaise ladein ge? kis se ladein ge? kya hum suraj se ladein ge? samundar se</w:t>
      </w:r>
    </w:p>
    <w:p>
      <w:pPr>
        <w:jc w:val="right"/>
      </w:pPr>
      <w:r>
        <w:t>ہم لڑیں تو کیسے لڑیں گے؟ کس سے لڑیں گے؟ کیا ہم سورج سے لڑیں گے؟ سمندر سے</w:t>
      </w:r>
    </w:p>
    <w:p>
      <w:r>
        <w:rPr>
          <w:b/>
        </w:rPr>
        <w:t xml:space="preserve">[24:38] </w:t>
      </w:r>
      <w:r>
        <w:t>ladein ge? kya hum pahadon se ladein ge? to ladna hamare bas mein nahi hai.</w:t>
      </w:r>
    </w:p>
    <w:p>
      <w:pPr>
        <w:jc w:val="right"/>
      </w:pPr>
      <w:r>
        <w:t>لڑیں گے؟ کیا ہم پہاڑوں سے لڑیں گے؟ تو لڑنا ہمارے بس میں نہیں ہے۔</w:t>
      </w:r>
    </w:p>
    <w:p>
      <w:r>
        <w:rPr>
          <w:b/>
        </w:rPr>
        <w:t xml:space="preserve">[24:45] </w:t>
      </w:r>
      <w:r>
        <w:t>humein to adjust hi karna hai.</w:t>
      </w:r>
    </w:p>
    <w:p>
      <w:pPr>
        <w:jc w:val="right"/>
      </w:pPr>
      <w:r>
        <w:t>ہمیں تو ایڈجسٹ ہی کرنا ہے۔</w:t>
      </w:r>
    </w:p>
    <w:p>
      <w:r>
        <w:rPr>
          <w:b/>
        </w:rPr>
        <w:t xml:space="preserve">[24:47] </w:t>
      </w:r>
      <w:r>
        <w:t>to yeh jo kaha gaya hai ke ramzan ka mahina shahr al sabr hai, sabr ka mahina hai.</w:t>
      </w:r>
    </w:p>
    <w:p>
      <w:pPr>
        <w:jc w:val="right"/>
      </w:pPr>
      <w:r>
        <w:t>تو یہ جو کہا گیا ہے کہ رمضان کا مہینہ شہر الصبر ہے، صبر کا مہینہ ہے۔</w:t>
      </w:r>
    </w:p>
    <w:p>
      <w:r>
        <w:rPr>
          <w:b/>
        </w:rPr>
        <w:t xml:space="preserve">[24:54] </w:t>
      </w:r>
      <w:r>
        <w:t>to sabr ko agar aap is ki deeper sense mein lein, deeper sense mein to kya ramzan ka</w:t>
      </w:r>
    </w:p>
    <w:p>
      <w:pPr>
        <w:jc w:val="right"/>
      </w:pPr>
      <w:r>
        <w:t>تو صبر کو اگر آپ اس کی ڈیپر سینس میں لیں، ڈیپر سینس میں تو کیا رمضان کا</w:t>
      </w:r>
    </w:p>
    <w:p>
      <w:r>
        <w:rPr>
          <w:b/>
        </w:rPr>
        <w:t xml:space="preserve">[25:02] </w:t>
      </w:r>
      <w:r>
        <w:t>mahina zindagi ka super formula deta hai? super formula kamyabi ka formula hai.</w:t>
      </w:r>
    </w:p>
    <w:p>
      <w:pPr>
        <w:jc w:val="right"/>
      </w:pPr>
      <w:r>
        <w:t>مہینہ زندگی کا سپر فارمولا دیتا ہے؟ سپر فارمولا کامیابی کا فارمولا ہے۔</w:t>
      </w:r>
    </w:p>
    <w:p>
      <w:r>
        <w:rPr>
          <w:b/>
        </w:rPr>
        <w:t xml:space="preserve">[25:08] </w:t>
      </w:r>
      <w:r>
        <w:t>to aaj mein yahi do baat aap ko kahoon ga ke ek to yeh seekhiye ke zindagi mein</w:t>
      </w:r>
    </w:p>
    <w:p>
      <w:pPr>
        <w:jc w:val="right"/>
      </w:pPr>
      <w:r>
        <w:t>تو آج میں یہی دو بات آپ کو کہوں گا کہ ایک تو یہ سیکھیے کہ زندگی میں</w:t>
      </w:r>
    </w:p>
    <w:p>
      <w:r>
        <w:rPr>
          <w:b/>
        </w:rPr>
        <w:t xml:space="preserve">[25:15] </w:t>
      </w:r>
      <w:r>
        <w:t>patience ke sath rehna hai.</w:t>
      </w:r>
    </w:p>
    <w:p>
      <w:pPr>
        <w:jc w:val="right"/>
      </w:pPr>
      <w:r>
        <w:t>پیشنس کے ساتھ رہنا ہے۔</w:t>
      </w:r>
    </w:p>
    <w:p>
      <w:r>
        <w:rPr>
          <w:b/>
        </w:rPr>
        <w:t xml:space="preserve">[25:18] </w:t>
      </w:r>
      <w:r>
        <w:t>ladai nahi, provocation nahi, hate nahi, violence nahi, is tarah rehna hai.</w:t>
      </w:r>
    </w:p>
    <w:p>
      <w:pPr>
        <w:jc w:val="right"/>
      </w:pPr>
      <w:r>
        <w:t>لڑائی نہیں، پرووکیشن نہیں، ہیٹ نہیں، وائلنس نہیں، اس طرح رہنا ہے۔</w:t>
      </w:r>
    </w:p>
    <w:p>
      <w:r>
        <w:rPr>
          <w:b/>
        </w:rPr>
        <w:t xml:space="preserve">[25:23] </w:t>
      </w:r>
      <w:r>
        <w:t>yahi seekh ka formula hai, yahi tension free zindagi ka formula hai.</w:t>
      </w:r>
    </w:p>
    <w:p>
      <w:pPr>
        <w:jc w:val="right"/>
      </w:pPr>
      <w:r>
        <w:t>یہی سکھ کا فارمولا ہے، یہی ٹینشن فری زندگی کا فارمولا ہے۔</w:t>
      </w:r>
    </w:p>
    <w:p>
      <w:r>
        <w:rPr>
          <w:b/>
        </w:rPr>
        <w:t xml:space="preserve">[25:28] </w:t>
      </w:r>
      <w:r>
        <w:t>aur doosri cheez yeh hai ke koi aap ke paas koi genuine reason ho, aap ke paas koi</w:t>
      </w:r>
    </w:p>
    <w:p>
      <w:pPr>
        <w:jc w:val="right"/>
      </w:pPr>
      <w:r>
        <w:t>اور دوسری چیز یہ ہے کہ کوئی آپ کے پاس کوئی جینین ریزن ہو، آپ کے پاس کوئی</w:t>
      </w:r>
    </w:p>
    <w:p>
      <w:r>
        <w:rPr>
          <w:b/>
        </w:rPr>
        <w:t xml:space="preserve">[25:36] </w:t>
      </w:r>
      <w:r>
        <w:t>genuine reason ho, tab bhi aap takrao mat kijiye.</w:t>
      </w:r>
    </w:p>
    <w:p>
      <w:pPr>
        <w:jc w:val="right"/>
      </w:pPr>
      <w:r>
        <w:t>جینین ریزن ہو، تب بھی آپ ٹکراؤ مت کیجئے۔</w:t>
      </w:r>
    </w:p>
    <w:p>
      <w:r>
        <w:rPr>
          <w:b/>
        </w:rPr>
        <w:t xml:space="preserve">[25:39] </w:t>
      </w:r>
      <w:r>
        <w:t>kyunke agar takrao karen ge to Allah ki aai hui rehmat bhi loot jaye gi.</w:t>
      </w:r>
    </w:p>
    <w:p>
      <w:pPr>
        <w:jc w:val="right"/>
      </w:pPr>
      <w:r>
        <w:t>کیونکہ اگر ٹکراؤ کریں گے تو اللہ کی آئی ہوئی رحمت بھی لوٹ جائے گی۔</w:t>
      </w:r>
    </w:p>
    <w:p>
      <w:r>
        <w:rPr>
          <w:b/>
        </w:rPr>
        <w:t xml:space="preserve">[25:46] </w:t>
      </w:r>
      <w:r>
        <w:t>yeh kitna bara risk hai, yaad rakhiye.</w:t>
      </w:r>
    </w:p>
    <w:p>
      <w:pPr>
        <w:jc w:val="right"/>
      </w:pPr>
      <w:r>
        <w:t>یہ کتنا بڑا رسک ہے، یاد رکھیے۔</w:t>
      </w:r>
    </w:p>
    <w:p>
      <w:r>
        <w:rPr>
          <w:b/>
        </w:rPr>
        <w:t xml:space="preserve">[25:49] </w:t>
      </w:r>
      <w:r>
        <w:t>yeh to ayat hai fatatlahu radhiyallahu anhum mein ansar firqa to kitna bara risk hai yeh ke</w:t>
      </w:r>
    </w:p>
    <w:p>
      <w:pPr>
        <w:jc w:val="right"/>
      </w:pPr>
      <w:r>
        <w:t>یہ تو آیت ہے فَاتَّلَاهَا رَضْيَ اللّٰهُ عَنْهُمْ میں انصار فرقہ تو کتنا بڑا رسک ہے یہ کہ</w:t>
      </w:r>
    </w:p>
    <w:p>
      <w:r>
        <w:rPr>
          <w:b/>
        </w:rPr>
        <w:t xml:space="preserve">[25:57] </w:t>
      </w:r>
      <w:r>
        <w:t>hum aapas mein ke hum jaise hamara aik dawati mission hai, hamare sath kuch log juri hui hain,</w:t>
      </w:r>
    </w:p>
    <w:p>
      <w:pPr>
        <w:jc w:val="right"/>
      </w:pPr>
      <w:r>
        <w:t>ہم آپس میں کہ ہم جیسے ہمارا ایک دعوتی مشن ہے، ہمارے ساتھ کچھ لوگ جڑی ہوئی ہیں،</w:t>
      </w:r>
    </w:p>
    <w:p>
      <w:r>
        <w:rPr>
          <w:b/>
        </w:rPr>
        <w:t xml:space="preserve">[26:04] </w:t>
      </w:r>
      <w:r>
        <w:t>mil kar kaam kar rahe hain to baham kuch na kuch khatpatt bhi ho jaye gi.</w:t>
      </w:r>
    </w:p>
    <w:p>
      <w:pPr>
        <w:jc w:val="right"/>
      </w:pPr>
      <w:r>
        <w:t>مل کر کام کر رہے ہیں تو باہم کچھ نہ کچھ کھٹپٹ بھی ہو جائے گی۔</w:t>
      </w:r>
    </w:p>
    <w:p>
      <w:r>
        <w:rPr>
          <w:b/>
        </w:rPr>
        <w:t xml:space="preserve">[26:11] </w:t>
      </w:r>
      <w:r>
        <w:t>is ko issue banayein aap, is khatpatt ko to aap bohat bara risk len ge.</w:t>
      </w:r>
    </w:p>
    <w:p>
      <w:pPr>
        <w:jc w:val="right"/>
      </w:pPr>
      <w:r>
        <w:t>اس کو ایشو بنائیں آپ، اس کھٹپٹ کو تو آپ بہت بڑا رسک لیں گے۔</w:t>
      </w:r>
    </w:p>
    <w:p>
      <w:r>
        <w:rPr>
          <w:b/>
        </w:rPr>
        <w:t xml:space="preserve">[26:18] </w:t>
      </w:r>
      <w:r>
        <w:t>yani hum jo dawati kaam kar rahe hain, woh bhi aik aik aisa kaam hai jo collective work</w:t>
      </w:r>
    </w:p>
    <w:p>
      <w:pPr>
        <w:jc w:val="right"/>
      </w:pPr>
      <w:r>
        <w:t>یعنی ہم جو دعوتی کام کر رہے ہیں، وہ بھی ایک ایک ایسا کام ہے جو کلیکٹو ورک</w:t>
      </w:r>
    </w:p>
    <w:p>
      <w:r>
        <w:rPr>
          <w:b/>
        </w:rPr>
        <w:t xml:space="preserve">[26:25] </w:t>
      </w:r>
      <w:r>
        <w:t>hai, mil jul kar karna parta hai.</w:t>
      </w:r>
    </w:p>
    <w:p>
      <w:pPr>
        <w:jc w:val="right"/>
      </w:pPr>
      <w:r>
        <w:t>ہے، مل جل کر کرنا پڑتا ہے۔</w:t>
      </w:r>
    </w:p>
    <w:p>
      <w:r>
        <w:rPr>
          <w:b/>
        </w:rPr>
        <w:t xml:space="preserve">[26:28] </w:t>
      </w:r>
      <w:r>
        <w:t>to mil jul kar karne ke douran agar apne saathi se aap ko koi baat aisi pesh aa</w:t>
      </w:r>
    </w:p>
    <w:p>
      <w:pPr>
        <w:jc w:val="right"/>
      </w:pPr>
      <w:r>
        <w:t>تو مل جل کر کرنے کے دوران اگر اپنے ساتھی سے آپ کو کوئی بات ایسی پیش آ</w:t>
      </w:r>
    </w:p>
    <w:p>
      <w:r>
        <w:rPr>
          <w:b/>
        </w:rPr>
        <w:t xml:space="preserve">[26:36] </w:t>
      </w:r>
      <w:r>
        <w:t>jaye jo aap ko pasand na ho, is par ghussa ho jayein, is ko bura manne lagein to</w:t>
      </w:r>
    </w:p>
    <w:p>
      <w:pPr>
        <w:jc w:val="right"/>
      </w:pPr>
      <w:r>
        <w:t>جائے جو آپ کو پسند نہ ہو، اس پر غصہ ہو جائیں، اس کو برا ماننے لگیں تو</w:t>
      </w:r>
    </w:p>
    <w:p>
      <w:r>
        <w:rPr>
          <w:b/>
        </w:rPr>
        <w:t xml:space="preserve">[26:44] </w:t>
      </w:r>
      <w:r>
        <w:t>aap aik bohat bara risk le rahe hain.</w:t>
      </w:r>
    </w:p>
    <w:p>
      <w:pPr>
        <w:jc w:val="right"/>
      </w:pPr>
      <w:r>
        <w:t>آپ ایک بہت بڑا رسک لے رہے ہیں۔</w:t>
      </w:r>
    </w:p>
    <w:p>
      <w:r>
        <w:rPr>
          <w:b/>
        </w:rPr>
        <w:t xml:space="preserve">[26:47] </w:t>
      </w:r>
      <w:r>
        <w:t>woh risk yeh hai ke Allah ki blessing aai hui wapas le jaye gi.</w:t>
      </w:r>
    </w:p>
    <w:p>
      <w:pPr>
        <w:jc w:val="right"/>
      </w:pPr>
      <w:r>
        <w:t>وہ رسک یہ ہے کہ اللہ کی بلیسنگ آئی ہوئی واپس لے جائے گی۔</w:t>
      </w:r>
    </w:p>
    <w:p>
      <w:r>
        <w:rPr>
          <w:b/>
        </w:rPr>
        <w:t xml:space="preserve">[26:53] </w:t>
      </w:r>
      <w:r>
        <w:t>woh blessing aap se taluq ho ya doosre se taluq ho, dono ka is ka taluq hoga.</w:t>
      </w:r>
    </w:p>
    <w:p>
      <w:pPr>
        <w:jc w:val="right"/>
      </w:pPr>
      <w:r>
        <w:t>وہ بلیسنگ آپ سے تعلق ہو یا دوسرے سے تعلق ہو، دونوں کا اس کا تعلق ہوگا۔</w:t>
      </w:r>
    </w:p>
    <w:p>
      <w:r>
        <w:rPr>
          <w:b/>
        </w:rPr>
        <w:t xml:space="preserve">[27:00] </w:t>
      </w:r>
      <w:r>
        <w:t>to yeh aap yeh risk le sakte hain ke Allah ki blessing aap ko na mile.</w:t>
      </w:r>
    </w:p>
    <w:p>
      <w:pPr>
        <w:jc w:val="right"/>
      </w:pPr>
      <w:r>
        <w:t>تو یہ آپ یہ رسک لے سکتے ہیں کہ اللہ کی بلیسنگ آپ کو نہ ملے۔</w:t>
      </w:r>
    </w:p>
    <w:p>
      <w:r>
        <w:rPr>
          <w:b/>
        </w:rPr>
        <w:t xml:space="preserve">[27:07] </w:t>
      </w:r>
      <w:r>
        <w:t>kyunke dekhiye, hadith mein aata hai yadullah olo al jama'a Allah ka hath hota hai jama'at ke upar.</w:t>
      </w:r>
    </w:p>
    <w:p>
      <w:pPr>
        <w:jc w:val="right"/>
      </w:pPr>
      <w:r>
        <w:t>کیونکہ دیکھئے، حدیث میں آتا ہے ید اللہ أول الجماعة اللہ کا ہاتھ ہوتا ہے جماعت کے اوپر۔</w:t>
      </w:r>
    </w:p>
    <w:p>
      <w:r>
        <w:rPr>
          <w:b/>
        </w:rPr>
        <w:t xml:space="preserve">[27:15] </w:t>
      </w:r>
      <w:r>
        <w:t>yahan jama'at ka matlab kya hai? jama'at ka matlab hai jo log aapas mein mil jul kar rahein,</w:t>
      </w:r>
    </w:p>
    <w:p>
      <w:pPr>
        <w:jc w:val="right"/>
      </w:pPr>
      <w:r>
        <w:t>یہاں جماعت کا مطلب کیا ہے؟ جماعت کا مطلب ہے جو لوگ آپس میں مل جل کر رہیں،</w:t>
      </w:r>
    </w:p>
    <w:p>
      <w:r>
        <w:rPr>
          <w:b/>
        </w:rPr>
        <w:t xml:space="preserve">[27:23] </w:t>
      </w:r>
      <w:r>
        <w:t>jo offend na hon, ghussa na hon, jo difference ko nazar andaaz karna jaanein, yeh ignore karna jaanein.</w:t>
      </w:r>
    </w:p>
    <w:p>
      <w:pPr>
        <w:jc w:val="right"/>
      </w:pPr>
      <w:r>
        <w:t>جو افیڈ نہ ہوں، غصہ نہ ہوں، جو ڈیفرنس کو نظر انداز کرنا جانیں، یہ اگنور کرنا جانیں۔</w:t>
      </w:r>
    </w:p>
    <w:p>
      <w:r>
        <w:rPr>
          <w:b/>
        </w:rPr>
        <w:t xml:space="preserve">[27:30] </w:t>
      </w:r>
      <w:r>
        <w:t>to un ke upar Allah ka hath hota hai.</w:t>
      </w:r>
    </w:p>
    <w:p>
      <w:pPr>
        <w:jc w:val="right"/>
      </w:pPr>
      <w:r>
        <w:t>تو ان کے اوپر اللہ کا ہاتھ ہوتا ہے۔</w:t>
      </w:r>
    </w:p>
    <w:p>
      <w:r>
        <w:rPr>
          <w:b/>
        </w:rPr>
        <w:t xml:space="preserve">[27:34] </w:t>
      </w:r>
      <w:r>
        <w:t>yadullah olo al jama'a ka matlab yeh nahi ke koi aap ne aik jama'at bana li, aap ne</w:t>
      </w:r>
    </w:p>
    <w:p>
      <w:pPr>
        <w:jc w:val="right"/>
      </w:pPr>
      <w:r>
        <w:t>ید اللہ أول الجماعة کا مطلب یہ نہیں کہ کوئی آپ نے ایک جماعت بنا لی، آپ نے</w:t>
      </w:r>
    </w:p>
    <w:p>
      <w:r>
        <w:rPr>
          <w:b/>
        </w:rPr>
        <w:t xml:space="preserve">[27:42] </w:t>
      </w:r>
      <w:r>
        <w:t>is ka naam rakh diya jama'at to is par Allah ka hath hai.</w:t>
      </w:r>
    </w:p>
    <w:p>
      <w:pPr>
        <w:jc w:val="right"/>
      </w:pPr>
      <w:r>
        <w:t>اس کا نام رکھ دیا جماعت تو اس پر اللہ کا ہاتھ ہے۔</w:t>
      </w:r>
    </w:p>
    <w:p>
      <w:r>
        <w:rPr>
          <w:b/>
        </w:rPr>
        <w:t xml:space="preserve">[27:48] </w:t>
      </w:r>
      <w:r>
        <w:t>yeh matlab is ka nahi.</w:t>
      </w:r>
    </w:p>
    <w:p>
      <w:pPr>
        <w:jc w:val="right"/>
      </w:pPr>
      <w:r>
        <w:t>یہ مطلب نہیں اس کا۔</w:t>
      </w:r>
    </w:p>
    <w:p>
      <w:r>
        <w:rPr>
          <w:b/>
        </w:rPr>
        <w:t xml:space="preserve">[27:50] </w:t>
      </w:r>
      <w:r>
        <w:t>aap ki banai hui jama'at ke upar Allah ka hath rahe ga, yeh matlab is ka nahi hai.</w:t>
      </w:r>
    </w:p>
    <w:p>
      <w:pPr>
        <w:jc w:val="right"/>
      </w:pPr>
      <w:r>
        <w:t>آپ کی بنائی ہوئی جماعت کے اوپر اللہ کا ہاتھ رہے گا، یہ مطلب اس کا نہیں ہے۔</w:t>
      </w:r>
    </w:p>
    <w:p>
      <w:r>
        <w:rPr>
          <w:b/>
        </w:rPr>
        <w:t xml:space="preserve">[27:57] </w:t>
      </w:r>
      <w:r>
        <w:t>woh aik spirit par hai Allah ka hath.</w:t>
      </w:r>
    </w:p>
    <w:p>
      <w:pPr>
        <w:jc w:val="right"/>
      </w:pPr>
      <w:r>
        <w:t>وہ ایک اسپرٹ پر ہے اللہ کا ہاتھ۔</w:t>
      </w:r>
    </w:p>
    <w:p>
      <w:r>
        <w:rPr>
          <w:b/>
        </w:rPr>
        <w:t xml:space="preserve">[28:01] </w:t>
      </w:r>
      <w:r>
        <w:t>yani aap logon ke sath mil kar rahein ge, ikhtilaf ko na ignore karein ge, sab ke sath</w:t>
      </w:r>
    </w:p>
    <w:p>
      <w:pPr>
        <w:jc w:val="right"/>
      </w:pPr>
      <w:r>
        <w:t>یعنی آپ لوگوں کے ساتھ مل کر رہیں گے، اختلاف کو نہ اگنور کریں گے، سب کے ساتھ</w:t>
      </w:r>
    </w:p>
    <w:p>
      <w:r>
        <w:rPr>
          <w:b/>
        </w:rPr>
        <w:t xml:space="preserve">[28:09] </w:t>
      </w:r>
      <w:r>
        <w:t>mohabbat ka maamla karein ge, kisi ko apna apna khilaf nahi samjheinge.</w:t>
      </w:r>
    </w:p>
    <w:p>
      <w:pPr>
        <w:jc w:val="right"/>
      </w:pPr>
      <w:r>
        <w:t>محبت کا معاملہ کریں گے، کسی کو اپنا اپنا خلاف نہیں سمجھیں گے۔</w:t>
      </w:r>
    </w:p>
    <w:p>
      <w:r>
        <w:rPr>
          <w:b/>
        </w:rPr>
        <w:t xml:space="preserve">[28:14] </w:t>
      </w:r>
      <w:r>
        <w:t>to jamaat ki spirit ke sath rehne ka sabak is ke andar hai.</w:t>
      </w:r>
    </w:p>
    <w:p>
      <w:pPr>
        <w:jc w:val="right"/>
      </w:pPr>
      <w:r>
        <w:t>تو جماعت کی اسپرٹ کے ساتھ رہنے کا سبق اس کے اندر ہے۔</w:t>
      </w:r>
    </w:p>
    <w:p>
      <w:r>
        <w:rPr>
          <w:b/>
        </w:rPr>
        <w:t xml:space="preserve">[28:20] </w:t>
      </w:r>
      <w:r>
        <w:t>jo log jamaat ki spirit ke sath rahenge, un ke upar Allah ka hath hai.</w:t>
      </w:r>
    </w:p>
    <w:p>
      <w:pPr>
        <w:jc w:val="right"/>
      </w:pPr>
      <w:r>
        <w:t>جو لوگ جماعت کی اسپرٹ کے ساتھ رہیں گے، ان کے اوپر اللہ کا ہاتھ ہے۔</w:t>
      </w:r>
    </w:p>
    <w:p>
      <w:r>
        <w:rPr>
          <w:b/>
        </w:rPr>
        <w:t xml:space="preserve">[28:27] </w:t>
      </w:r>
      <w:r>
        <w:t>to kya aap yeh risk le sakte hain ke Allah ka hath aap ke sath se hat jaye?</w:t>
      </w:r>
    </w:p>
    <w:p>
      <w:pPr>
        <w:jc w:val="right"/>
      </w:pPr>
      <w:r>
        <w:t>تو کیا آپ یہ رسک لے سکتے ہیں کہ اللہ کا ہاتھ آپ کے ساتھ سے ہٹ جائے؟</w:t>
      </w:r>
    </w:p>
    <w:p>
      <w:r>
        <w:rPr>
          <w:b/>
        </w:rPr>
        <w:t xml:space="preserve">[28:34] </w:t>
      </w:r>
      <w:r>
        <w:t>to Allah ki rehmat ko apne yani apne liye hamesha hamesha Allah ki rehmat aap ke sath sath</w:t>
      </w:r>
    </w:p>
    <w:p>
      <w:pPr>
        <w:jc w:val="right"/>
      </w:pPr>
      <w:r>
        <w:t>تو اللہ کی رحمت کو اپنے یعنی اپنے لیے ہمیشہ ہمیشہ اللہ کی رحمت آپ کے ساتھ ساتھ</w:t>
      </w:r>
    </w:p>
    <w:p>
      <w:r>
        <w:rPr>
          <w:b/>
        </w:rPr>
        <w:t xml:space="preserve">[28:42] </w:t>
      </w:r>
      <w:r>
        <w:t>de.</w:t>
      </w:r>
    </w:p>
    <w:p>
      <w:pPr>
        <w:jc w:val="right"/>
      </w:pPr>
      <w:r>
        <w:t>دے۔</w:t>
      </w:r>
    </w:p>
    <w:p>
      <w:r>
        <w:rPr>
          <w:b/>
        </w:rPr>
        <w:t xml:space="preserve">[28:44] </w:t>
      </w:r>
      <w:r>
        <w:t>aap ka is ke liye zaroori hai ke aap aap poori tarah apne aap ko bana len aisa</w:t>
      </w:r>
    </w:p>
    <w:p>
      <w:pPr>
        <w:jc w:val="right"/>
      </w:pPr>
      <w:r>
        <w:t>آپ کا اس کے لیے ضروری ہے کہ آپ آپ پوری طرح اپنے آپ کو بنا لیں ایسا</w:t>
      </w:r>
    </w:p>
    <w:p>
      <w:r>
        <w:rPr>
          <w:b/>
        </w:rPr>
        <w:t xml:space="preserve">[28:51] </w:t>
      </w:r>
      <w:r>
        <w:t>ke kisi ki baat par aap affect nahin honge, kisi ko kisi par ghussa nahin honge.</w:t>
      </w:r>
    </w:p>
    <w:p>
      <w:pPr>
        <w:jc w:val="right"/>
      </w:pPr>
      <w:r>
        <w:t>کہ کسی کی بات پر آپ افیڈ نہیں ہوں گے، کسی کو کسی پر غصہ نہیں ہوں گے۔</w:t>
      </w:r>
    </w:p>
    <w:p>
      <w:r>
        <w:rPr>
          <w:b/>
        </w:rPr>
        <w:t xml:space="preserve">[28:59] </w:t>
      </w:r>
      <w:r>
        <w:t>matlab ghussa to aata hai dil mein, lekin andar andar is ko khatam kar lene.</w:t>
      </w:r>
    </w:p>
    <w:p>
      <w:pPr>
        <w:jc w:val="right"/>
      </w:pPr>
      <w:r>
        <w:t>مطلب غصہ تو آتا ہے دل میں، لیکن اندر اندر اس کو ختم کر لینا۔</w:t>
      </w:r>
    </w:p>
    <w:p>
      <w:r>
        <w:rPr>
          <w:b/>
        </w:rPr>
        <w:t xml:space="preserve">[29:05] </w:t>
      </w:r>
      <w:r>
        <w:t>dekhiye, Quran mein aata hai ke wa al kazibeen al ghayz wa al aafina an al nas kazibeen kaun hote hain? Yahan ghussa ko</w:t>
      </w:r>
    </w:p>
    <w:p>
      <w:pPr>
        <w:jc w:val="right"/>
      </w:pPr>
      <w:r>
        <w:t>دیکھئے، قرآن میں آتا ہے کہ وَالْكَاذِبِينَ الْغَيْظَ وَالْعَافِينَ عَنِ النَّاسِ کاذبین کون ہوتے ہیں؟ یہاں غصہ کو</w:t>
      </w:r>
    </w:p>
    <w:p>
      <w:r>
        <w:rPr>
          <w:b/>
        </w:rPr>
        <w:t xml:space="preserve">[29:13] </w:t>
      </w:r>
      <w:r>
        <w:t>pee jana.</w:t>
      </w:r>
    </w:p>
    <w:p>
      <w:pPr>
        <w:jc w:val="right"/>
      </w:pPr>
      <w:r>
        <w:t>پی جانا۔</w:t>
      </w:r>
    </w:p>
    <w:p>
      <w:r>
        <w:rPr>
          <w:b/>
        </w:rPr>
        <w:t xml:space="preserve">[29:15] </w:t>
      </w:r>
      <w:r>
        <w:t>dekhiye, ayat mein yeh nahin hai ke wa al fakhideen al ghayz is ka matlab yeh nahin ke yeh nahin farmaya</w:t>
      </w:r>
    </w:p>
    <w:p>
      <w:pPr>
        <w:jc w:val="right"/>
      </w:pPr>
      <w:r>
        <w:t>دیکھئے، آیت میں یہ نہیں ہے کہ وَالْفَاقِضِينَ الْغَيْظَ اس کا مطلب یہ نہیں کہ یہ نہیں فرمایا</w:t>
      </w:r>
    </w:p>
    <w:p>
      <w:r>
        <w:rPr>
          <w:b/>
        </w:rPr>
        <w:t xml:space="preserve">[29:22] </w:t>
      </w:r>
      <w:r>
        <w:t>ke momin woh hai jis ke andar ghussa ho nahin, jo ghusse se khali ho.</w:t>
      </w:r>
    </w:p>
    <w:p>
      <w:pPr>
        <w:jc w:val="right"/>
      </w:pPr>
      <w:r>
        <w:t>کہ مومن وہ ہے جس کے اندر غصہ ہو نہیں، جو غصے سے خالی ہو۔</w:t>
      </w:r>
    </w:p>
    <w:p>
      <w:r>
        <w:rPr>
          <w:b/>
        </w:rPr>
        <w:t xml:space="preserve">[29:29] </w:t>
      </w:r>
      <w:r>
        <w:t>yeh nahin farmaya, balkeh farmaya ke wa al kazibeen al ghayz ghusse ko pee jane wale.</w:t>
      </w:r>
    </w:p>
    <w:p>
      <w:pPr>
        <w:jc w:val="right"/>
      </w:pPr>
      <w:r>
        <w:t>یہ نہیں فرمایا، بلکہ فرمایا کہ وَالْكَاذِبِينَ الْغَيْظَ غصے کو پی جانے والے۔</w:t>
      </w:r>
    </w:p>
    <w:p>
      <w:r>
        <w:rPr>
          <w:b/>
        </w:rPr>
        <w:t xml:space="preserve">[29:34] </w:t>
      </w:r>
      <w:r>
        <w:t>pee jana kya hai? Ghussa aaya, andar andar aap ne manage kar liya.</w:t>
      </w:r>
    </w:p>
    <w:p>
      <w:pPr>
        <w:jc w:val="right"/>
      </w:pPr>
      <w:r>
        <w:t>پی جانا کیا ہے؟ غصہ آیا، اندر اندر آپ نے مینج کر لیا۔</w:t>
      </w:r>
    </w:p>
    <w:p>
      <w:r>
        <w:rPr>
          <w:b/>
        </w:rPr>
        <w:t xml:space="preserve">[29:40] </w:t>
      </w:r>
      <w:r>
        <w:t>ghussa to aaya aap, lekin aap ne andar andar manage kar liya.</w:t>
      </w:r>
    </w:p>
    <w:p>
      <w:pPr>
        <w:jc w:val="right"/>
      </w:pPr>
      <w:r>
        <w:t>غصہ تو آیا آپ، لیکن آپ نے اندر اندر مینج کر لیا۔</w:t>
      </w:r>
    </w:p>
    <w:p>
      <w:r>
        <w:rPr>
          <w:b/>
        </w:rPr>
        <w:t xml:space="preserve">[29:45] </w:t>
      </w:r>
      <w:r>
        <w:t>اس کو آپ نے effective ہونے نہیں دیا۔</w:t>
      </w:r>
    </w:p>
    <w:p>
      <w:pPr>
        <w:jc w:val="right"/>
      </w:pPr>
      <w:r>
        <w:t>اس کو آپ نے ایفیکٹیو ہونے نہیں دیا۔</w:t>
      </w:r>
    </w:p>
    <w:p>
      <w:r>
        <w:rPr>
          <w:b/>
        </w:rPr>
        <w:t xml:space="preserve">[29:48] </w:t>
      </w:r>
      <w:r>
        <w:t>yeh bohat ziyada sochne ki baat hai ke yeh nahin farmaya ke wa al fakhideen al ghayz balkeh yeh farmaya ke</w:t>
      </w:r>
    </w:p>
    <w:p>
      <w:pPr>
        <w:jc w:val="right"/>
      </w:pPr>
      <w:r>
        <w:t>یہ بہت زیادہ سوچنے کی بات ہے کہ یہ نہیں فرمایا کہ وَالْفَاقِضِينَ الْغَيْظَ بلکہ یہ فرمایا کہ</w:t>
      </w:r>
    </w:p>
    <w:p>
      <w:r>
        <w:rPr>
          <w:b/>
        </w:rPr>
        <w:t xml:space="preserve">[29:56] </w:t>
      </w:r>
      <w:r>
        <w:t>wa al kazibeen al ghayz yani yeh nahin farmaya ke ghussa mafqood hota hai un ke andar.</w:t>
      </w:r>
    </w:p>
    <w:p>
      <w:pPr>
        <w:jc w:val="right"/>
      </w:pPr>
      <w:r>
        <w:t>وَالْكَاذِبِينَ الْغَيْظَ یعنی یہ نہیں فرمایا کہ غصہ مفقود ہوتا ہے ان کے اندر۔</w:t>
      </w:r>
    </w:p>
    <w:p>
      <w:r>
        <w:rPr>
          <w:b/>
        </w:rPr>
        <w:t xml:space="preserve">[30:02] </w:t>
      </w:r>
      <w:r>
        <w:t>ghussa hota hi nahin un ke andar, balkeh yeh farmaya ke woh ghusse ko pee jate hain, ghusse</w:t>
      </w:r>
    </w:p>
    <w:p>
      <w:pPr>
        <w:jc w:val="right"/>
      </w:pPr>
      <w:r>
        <w:t>غصہ ہوتا ہی نہیں ان کے اندر، بلکہ یہ فرمایا کہ وہ غصے کو پی جاتے ہیں، غصے</w:t>
      </w:r>
    </w:p>
    <w:p>
      <w:r>
        <w:rPr>
          <w:b/>
        </w:rPr>
        <w:t xml:space="preserve">[30:10] </w:t>
      </w:r>
      <w:r>
        <w:t>کو manage کرتے ہیں، اندر ہی اندر effective نہ بننے دیتے ہیں۔</w:t>
      </w:r>
    </w:p>
    <w:p>
      <w:pPr>
        <w:jc w:val="right"/>
      </w:pPr>
      <w:r>
        <w:t>کو مینج کرتے ہیں، اندر ہی اندر ایفیکٹیو نہ بننے دیتے ہیں۔</w:t>
      </w:r>
    </w:p>
    <w:p>
      <w:r>
        <w:rPr>
          <w:b/>
        </w:rPr>
        <w:t xml:space="preserve">[30:15] </w:t>
      </w:r>
      <w:r>
        <w:t>is ko to yeh hai zindagi ka formula.</w:t>
      </w:r>
    </w:p>
    <w:p>
      <w:pPr>
        <w:jc w:val="right"/>
      </w:pPr>
      <w:r>
        <w:t>اس کو تو یہ ہے زندگی کا فارمولا۔</w:t>
      </w:r>
    </w:p>
    <w:p>
      <w:r>
        <w:rPr>
          <w:b/>
        </w:rPr>
        <w:t xml:space="preserve">[30:18] </w:t>
      </w:r>
      <w:r>
        <w:t>اگر آپ کو successful زندگی گزارنا ہے تو اس فارمولے کے سوا کوئی اور option آپ کو</w:t>
      </w:r>
    </w:p>
    <w:p>
      <w:pPr>
        <w:jc w:val="right"/>
      </w:pPr>
      <w:r>
        <w:t>اگر آپ کو سکسیس فل زندگی گزارنا ہے تو اس فارمولے کے سوا کوئی اور آپشن آپ کے</w:t>
      </w:r>
    </w:p>
    <w:p>
      <w:r>
        <w:rPr>
          <w:b/>
        </w:rPr>
        <w:t xml:space="preserve">[30:26] </w:t>
      </w:r>
      <w:r>
        <w:t>liye nahin hai, koi doosra option nahin hai.</w:t>
      </w:r>
    </w:p>
    <w:p>
      <w:pPr>
        <w:jc w:val="right"/>
      </w:pPr>
      <w:r>
        <w:t>لیے نہیں ہے، کوئی دوسرا آپشن نہیں ہے۔</w:t>
      </w:r>
    </w:p>
    <w:p>
      <w:r>
        <w:rPr>
          <w:b/>
        </w:rPr>
        <w:t xml:space="preserve">[30:30] </w:t>
      </w:r>
      <w:r>
        <w:t>yahan tak ke peghambar ka bhi option nahin.</w:t>
      </w:r>
    </w:p>
    <w:p>
      <w:pPr>
        <w:jc w:val="right"/>
      </w:pPr>
      <w:r>
        <w:t>یہاں تک کہ پیغمبر کا بھی آپشن نہیں۔</w:t>
      </w:r>
    </w:p>
    <w:p>
      <w:r>
        <w:rPr>
          <w:b/>
        </w:rPr>
        <w:t xml:space="preserve">[30:33] </w:t>
      </w:r>
      <w:r>
        <w:t>misal ke liye dekhiye, Hazrat Aisha kehti hain Madine ke bare mein ke Madine walon ne aap ko rond dala</w:t>
      </w:r>
    </w:p>
    <w:p>
      <w:pPr>
        <w:jc w:val="right"/>
      </w:pPr>
      <w:r>
        <w:t>مثلاً دیکھئے، حضرت عائشہ کہتی ہیں مدینے کے بارے میں کہ مدینے والوں نے آپ کو روند ڈالا</w:t>
      </w:r>
    </w:p>
    <w:p>
      <w:r>
        <w:rPr>
          <w:b/>
        </w:rPr>
        <w:t xml:space="preserve">[30:41] </w:t>
      </w:r>
      <w:r>
        <w:t>tha.</w:t>
      </w:r>
    </w:p>
    <w:p>
      <w:pPr>
        <w:jc w:val="right"/>
      </w:pPr>
      <w:r>
        <w:t>تھا۔</w:t>
      </w:r>
    </w:p>
    <w:p>
      <w:r>
        <w:rPr>
          <w:b/>
        </w:rPr>
        <w:t xml:space="preserve">[30:42] </w:t>
      </w:r>
      <w:r>
        <w:t>hatamahum al nas Madine ke bare mein kehti hain ke Madine ke logon ne aap ko rond dala tha.</w:t>
      </w:r>
    </w:p>
    <w:p>
      <w:pPr>
        <w:jc w:val="right"/>
      </w:pPr>
      <w:r>
        <w:t>حَطَمَهُمْ النَّاسِ مدینے کے بارے میں کہتی ہیں کہ مدینے کے لوگوں نے آپ کو روند ڈالا تھا۔</w:t>
      </w:r>
    </w:p>
    <w:p>
      <w:r>
        <w:rPr>
          <w:b/>
        </w:rPr>
        <w:t xml:space="preserve">[30:50] </w:t>
      </w:r>
      <w:r>
        <w:t>hatamahum al nas ke aap ko koi hadith nahin milegi jis mein aap ne react kiya ho</w:t>
      </w:r>
    </w:p>
    <w:p>
      <w:pPr>
        <w:jc w:val="right"/>
      </w:pPr>
      <w:r>
        <w:t>حَطَمَهُمْ النَّاسِ کہ آپ کو کوئی حدیث نہیں ملے گی جس میں آپ نے ری ایکٹ کیا ہو</w:t>
      </w:r>
    </w:p>
    <w:p>
      <w:r>
        <w:rPr>
          <w:b/>
        </w:rPr>
        <w:t xml:space="preserve">[30:58] </w:t>
      </w:r>
      <w:r>
        <w:t>ya jis mein aap ne ghussa dikhaya ho un baaton par.</w:t>
      </w:r>
    </w:p>
    <w:p>
      <w:pPr>
        <w:jc w:val="right"/>
      </w:pPr>
      <w:r>
        <w:t>یا جس میں آپ نے غصہ دکھایا ہو ان باتوں پر۔</w:t>
      </w:r>
    </w:p>
    <w:p>
      <w:r>
        <w:rPr>
          <w:b/>
        </w:rPr>
        <w:t xml:space="preserve">[31:02] </w:t>
      </w:r>
      <w:r>
        <w:t>kuch nahi, wahi aap wahi ban gaye, wal-kadhibeen al-ghayz ban gaye.</w:t>
      </w:r>
    </w:p>
    <w:p>
      <w:pPr>
        <w:jc w:val="right"/>
      </w:pPr>
      <w:r>
        <w:t>کچھ نہیں، وہی آپ وہی بن گئے، وَالْكَاذِبِينَ الْغَيْظَ بن گئے۔</w:t>
      </w:r>
    </w:p>
    <w:p>
      <w:r>
        <w:rPr>
          <w:b/>
        </w:rPr>
        <w:t xml:space="preserve">[31:07] </w:t>
      </w:r>
      <w:r>
        <w:t>ghassay ko andar andar manage kar liya.</w:t>
      </w:r>
    </w:p>
    <w:p>
      <w:pPr>
        <w:jc w:val="right"/>
      </w:pPr>
      <w:r>
        <w:t>غصے کو اندر اندر مینج کر لیا۔</w:t>
      </w:r>
    </w:p>
    <w:p>
      <w:r>
        <w:rPr>
          <w:b/>
        </w:rPr>
        <w:t xml:space="preserve">[31:10] </w:t>
      </w:r>
      <w:r>
        <w:t>to yeh yeh baat ke zindagi mein yani unpleasant situation paish aati hai, yeh sab ke liye</w:t>
      </w:r>
    </w:p>
    <w:p>
      <w:pPr>
        <w:jc w:val="right"/>
      </w:pPr>
      <w:r>
        <w:t>تو یہ یہ بات کہ زندگی میں یعنی ان پلیزنٹ سچویشن پیش آتی ہے، یہ سب کے لیے</w:t>
      </w:r>
    </w:p>
    <w:p>
      <w:r>
        <w:rPr>
          <w:b/>
        </w:rPr>
        <w:t xml:space="preserve">[31:18] </w:t>
      </w:r>
      <w:r>
        <w:t>hai, sab ke liye hai, sab ke liye.</w:t>
      </w:r>
    </w:p>
    <w:p>
      <w:pPr>
        <w:jc w:val="right"/>
      </w:pPr>
      <w:r>
        <w:t>ہے، سب کے لیے ہے، سب کے لیے۔</w:t>
      </w:r>
    </w:p>
    <w:p>
      <w:r>
        <w:rPr>
          <w:b/>
        </w:rPr>
        <w:t xml:space="preserve">[31:21] </w:t>
      </w:r>
      <w:r>
        <w:t>paighambar ke liye bhi hai.</w:t>
      </w:r>
    </w:p>
    <w:p>
      <w:pPr>
        <w:jc w:val="right"/>
      </w:pPr>
      <w:r>
        <w:t>پیغمبر کے لیے بھی ہے۔</w:t>
      </w:r>
    </w:p>
    <w:p>
      <w:r>
        <w:rPr>
          <w:b/>
        </w:rPr>
        <w:t xml:space="preserve">[31:23] </w:t>
      </w:r>
      <w:r>
        <w:t>to aap ke liye option yeh nahi hai ke aap yeh chahein ke aap ko koi unpleasant</w:t>
      </w:r>
    </w:p>
    <w:p>
      <w:pPr>
        <w:jc w:val="right"/>
      </w:pPr>
      <w:r>
        <w:t>تو آپ کے لیے آپشن یہ نہیں ہے کہ آپ یہ چاہیں کہ آپ کو کوئی ان پلیزنٹ</w:t>
      </w:r>
    </w:p>
    <w:p>
      <w:r>
        <w:rPr>
          <w:b/>
        </w:rPr>
        <w:t xml:space="preserve">[31:31] </w:t>
      </w:r>
      <w:r>
        <w:t>situation paish na aaye.</w:t>
      </w:r>
    </w:p>
    <w:p>
      <w:pPr>
        <w:jc w:val="right"/>
      </w:pPr>
      <w:r>
        <w:t>سچویشن پیش نہ آئے۔</w:t>
      </w:r>
    </w:p>
    <w:p>
      <w:r>
        <w:rPr>
          <w:b/>
        </w:rPr>
        <w:t xml:space="preserve">[31:33] </w:t>
      </w:r>
      <w:r>
        <w:t>yeh option hi nahi hai, yeh option nahi hai.</w:t>
      </w:r>
    </w:p>
    <w:p>
      <w:pPr>
        <w:jc w:val="right"/>
      </w:pPr>
      <w:r>
        <w:t>یہ آپشن ہی نہیں ہے، یہ آپشن نہیں ہے۔</w:t>
      </w:r>
    </w:p>
    <w:p>
      <w:r>
        <w:rPr>
          <w:b/>
        </w:rPr>
        <w:t xml:space="preserve">[31:37] </w:t>
      </w:r>
      <w:r>
        <w:t>option yeh hai ke aap jab aap ke dil mein negative thought aayen, dil ke andar jab ghussa</w:t>
      </w:r>
    </w:p>
    <w:p>
      <w:pPr>
        <w:jc w:val="right"/>
      </w:pPr>
      <w:r>
        <w:t>آپشن یہ ہے کہ آپ جب آپ کے دل میں نیگیٹیو تھاٹ آئیں، دل کے اندر جب غصہ</w:t>
      </w:r>
    </w:p>
    <w:p>
      <w:r>
        <w:rPr>
          <w:b/>
        </w:rPr>
        <w:t xml:space="preserve">[31:44] </w:t>
      </w:r>
      <w:r>
        <w:t>aaye to andar andar us ko manage karen.</w:t>
      </w:r>
    </w:p>
    <w:p>
      <w:pPr>
        <w:jc w:val="right"/>
      </w:pPr>
      <w:r>
        <w:t>آئے تو اندر اندر اس کو مینج کریں۔</w:t>
      </w:r>
    </w:p>
    <w:p>
      <w:r>
        <w:rPr>
          <w:b/>
        </w:rPr>
        <w:t xml:space="preserve">[31:48] </w:t>
      </w:r>
      <w:r>
        <w:t>ghassay ko pee jaane ka matlab kya hai? andar andar us ko manage karna.</w:t>
      </w:r>
    </w:p>
    <w:p>
      <w:pPr>
        <w:jc w:val="right"/>
      </w:pPr>
      <w:r>
        <w:t>غصے کو پی جانے کا معنی کیا ہے؟ اندر اندر اس کو مینج کرنا۔</w:t>
      </w:r>
    </w:p>
    <w:p>
      <w:r>
        <w:rPr>
          <w:b/>
        </w:rPr>
        <w:t xml:space="preserve">[31:54] </w:t>
      </w:r>
      <w:r>
        <w:t>yeh karna padega, warna bohat bara risk hai zindagi ki nakaami.</w:t>
      </w:r>
    </w:p>
    <w:p>
      <w:pPr>
        <w:jc w:val="right"/>
      </w:pPr>
      <w:r>
        <w:t>یہ کرنا پڑے گا، ورنہ بہت بڑا رسک ہے زندگی کی ناکامی۔</w:t>
      </w:r>
    </w:p>
    <w:p>
      <w:r>
        <w:rPr>
          <w:b/>
        </w:rPr>
        <w:t xml:space="preserve">[31:59] </w:t>
      </w:r>
      <w:r>
        <w:t>tension mein jeena, Allah ki rehmat se mehroomi, yeh sab risk hai.</w:t>
      </w:r>
    </w:p>
    <w:p>
      <w:pPr>
        <w:jc w:val="right"/>
      </w:pPr>
      <w:r>
        <w:t>ٹینشن میں جینا، اللہ کی رحمت سے محرومی، یہ سب رسک ہے۔</w:t>
      </w:r>
    </w:p>
    <w:p>
      <w:r>
        <w:rPr>
          <w:b/>
        </w:rPr>
        <w:t xml:space="preserve">[32:04] </w:t>
      </w:r>
      <w:r>
        <w:t>agar aisa na kare aadmi to us ke liye bohat hi zyada yani khatarnak risk hai.</w:t>
      </w:r>
    </w:p>
    <w:p>
      <w:pPr>
        <w:jc w:val="right"/>
      </w:pPr>
      <w:r>
        <w:t>اگر ایسا نہ کرے آدمی تو اس کے لیے بہت ہی زیادہ یعنی خطرناک رسک ہے۔</w:t>
      </w:r>
    </w:p>
    <w:p>
      <w:r>
        <w:rPr>
          <w:b/>
        </w:rPr>
        <w:t xml:space="preserve">[32:11] </w:t>
      </w:r>
      <w:r>
        <w:t>risk, R I S K.</w:t>
      </w:r>
    </w:p>
    <w:p>
      <w:pPr>
        <w:jc w:val="right"/>
      </w:pPr>
      <w:r>
        <w:t>رسک، آر آئی ایس کے۔</w:t>
      </w:r>
    </w:p>
    <w:p>
      <w:r>
        <w:rPr>
          <w:b/>
        </w:rPr>
        <w:t xml:space="preserve">[32:13] </w:t>
      </w:r>
      <w:r>
        <w:t>risk.</w:t>
      </w:r>
    </w:p>
    <w:p>
      <w:pPr>
        <w:jc w:val="right"/>
      </w:pPr>
      <w:r>
        <w:t>رسک۔</w:t>
      </w:r>
    </w:p>
    <w:p>
      <w:r>
        <w:rPr>
          <w:b/>
        </w:rPr>
        <w:t xml:space="preserve">[32:15] </w:t>
      </w:r>
      <w:r>
        <w:t>to mein Allah taala se dua karta hoon ke Allah taala hamein zindagi ki aql de, zindagi ki</w:t>
      </w:r>
    </w:p>
    <w:p>
      <w:pPr>
        <w:jc w:val="right"/>
      </w:pPr>
      <w:r>
        <w:t>تو میں اللہ تعالیٰ سے دعا کرتا ہوں کہ اللہ تعالیٰ ہمیں زندگی کی عقل دے، زندگی کی</w:t>
      </w:r>
    </w:p>
    <w:p>
      <w:r>
        <w:rPr>
          <w:b/>
        </w:rPr>
        <w:t xml:space="preserve">[32:22] </w:t>
      </w:r>
      <w:r>
        <w:t>samajh de, zindagi ki wisdom de.</w:t>
      </w:r>
    </w:p>
    <w:p>
      <w:pPr>
        <w:jc w:val="right"/>
      </w:pPr>
      <w:r>
        <w:t>سمجھ دے، زندگی کی wisdom دے۔</w:t>
      </w:r>
    </w:p>
    <w:p>
      <w:r>
        <w:rPr>
          <w:b/>
        </w:rPr>
        <w:t xml:space="preserve">[32:25] </w:t>
      </w:r>
      <w:r>
        <w:t>hum yeh jaanen ke Khuda ki banai hui duniya mein hamein kaise rehna hai.</w:t>
      </w:r>
    </w:p>
    <w:p>
      <w:pPr>
        <w:jc w:val="right"/>
      </w:pPr>
      <w:r>
        <w:t>ہم یہ جانیں کہ خدا کی بنائی ہوئی دنیا میں ہمیں کیسے رہنا ہے۔</w:t>
      </w:r>
    </w:p>
    <w:p>
      <w:r>
        <w:rPr>
          <w:b/>
        </w:rPr>
        <w:t xml:space="preserve">[32:31] </w:t>
      </w:r>
      <w:r>
        <w:t>Khuda ki banai hui duniya mein hamein kaise rehna hai, us ko hamein jaanen.</w:t>
      </w:r>
    </w:p>
    <w:p>
      <w:pPr>
        <w:jc w:val="right"/>
      </w:pPr>
      <w:r>
        <w:t>خدا کی بنائی ہوئی دنیا میں ہمیں کیسے رہنا ہے، اس کو ہمیں جانیں۔</w:t>
      </w:r>
    </w:p>
    <w:p>
      <w:r>
        <w:rPr>
          <w:b/>
        </w:rPr>
        <w:t xml:space="preserve">[32:37] </w:t>
      </w:r>
      <w:r>
        <w:t>isi ka naam wisdom hai.</w:t>
      </w:r>
    </w:p>
    <w:p>
      <w:pPr>
        <w:jc w:val="right"/>
      </w:pPr>
      <w:r>
        <w:t>اسی کا نام wisdom ہے۔</w:t>
      </w:r>
    </w:p>
    <w:p>
      <w:r>
        <w:rPr>
          <w:b/>
        </w:rPr>
        <w:t xml:space="preserve">[32:39] </w:t>
      </w:r>
      <w:r>
        <w:t>to mera tareeqa to yeh hai ke agar koi cheez meri pasand ke mutabiq hai to bara acha</w:t>
      </w:r>
    </w:p>
    <w:p>
      <w:pPr>
        <w:jc w:val="right"/>
      </w:pPr>
      <w:r>
        <w:t>تو میرا طریقہ تو یہ ہے کہ اگر کوئی چیز میری پسند کے مطابق ہے تو بڑا اچھا</w:t>
      </w:r>
    </w:p>
    <w:p>
      <w:r>
        <w:rPr>
          <w:b/>
        </w:rPr>
        <w:t xml:space="preserve">[32:47] </w:t>
      </w:r>
      <w:r>
        <w:t>hai, nahi hai to woh us ko Allah ke khaliq mein daal deta hoon.</w:t>
      </w:r>
    </w:p>
    <w:p>
      <w:pPr>
        <w:jc w:val="right"/>
      </w:pPr>
      <w:r>
        <w:t>ہے، نہیں ہے تو وہ اس کو اللہ کے خالق میں ڈال دیتا ہوں۔</w:t>
      </w:r>
    </w:p>
    <w:p>
      <w:r>
        <w:rPr>
          <w:b/>
        </w:rPr>
        <w:t xml:space="preserve">[32:53] </w:t>
      </w:r>
      <w:r>
        <w:t>apne sar par nahi rakhta, apne sar par bojh nahi banata.</w:t>
      </w:r>
    </w:p>
    <w:p>
      <w:pPr>
        <w:jc w:val="right"/>
      </w:pPr>
      <w:r>
        <w:t>اپنے سر پر نہیں رکھتا، اپنے سر پر بوجھ نہیں بناتا۔</w:t>
      </w:r>
    </w:p>
    <w:p>
      <w:r>
        <w:rPr>
          <w:b/>
        </w:rPr>
        <w:t xml:space="preserve">[32:57] </w:t>
      </w:r>
      <w:r>
        <w:t>is ko mein meri pasand ke mutabiq hai to bohat acha hai, nahi pasand hai to Allah ke</w:t>
      </w:r>
    </w:p>
    <w:p>
      <w:pPr>
        <w:jc w:val="right"/>
      </w:pPr>
      <w:r>
        <w:t>اس کو میں میری پسند کے مطابق ہے تو بہت اچھا ہے، نہیں پسند ہے تو اللہ کے</w:t>
      </w:r>
    </w:p>
    <w:p>
      <w:r>
        <w:rPr>
          <w:b/>
        </w:rPr>
        <w:t xml:space="preserve">[33:05] </w:t>
      </w:r>
      <w:r>
        <w:t>khaliq mein.</w:t>
      </w:r>
    </w:p>
    <w:p>
      <w:pPr>
        <w:jc w:val="right"/>
      </w:pPr>
      <w:r>
        <w:t>خالق میں۔</w:t>
      </w:r>
    </w:p>
    <w:p>
      <w:r>
        <w:rPr>
          <w:b/>
        </w:rPr>
        <w:t xml:space="preserve">[33:07] </w:t>
      </w:r>
      <w:r>
        <w:t>woh janay aur Allah janay.</w:t>
      </w:r>
    </w:p>
    <w:p>
      <w:pPr>
        <w:jc w:val="right"/>
      </w:pPr>
      <w:r>
        <w:t>وہ جانے اور اللہ جانے۔</w:t>
      </w:r>
    </w:p>
    <w:p>
      <w:r>
        <w:rPr>
          <w:b/>
        </w:rPr>
        <w:t xml:space="preserve">[33:09] </w:t>
      </w:r>
      <w:r>
        <w:t>to yeh bohat hi simple formula hai, bohat hi simple formula hai.</w:t>
      </w:r>
    </w:p>
    <w:p>
      <w:pPr>
        <w:jc w:val="right"/>
      </w:pPr>
      <w:r>
        <w:t>تو یہ بہت ہی سمپل فارمولا ہے، بہت ہی سمپل فارمولا ہے۔</w:t>
      </w:r>
    </w:p>
    <w:p>
      <w:r>
        <w:rPr>
          <w:b/>
        </w:rPr>
        <w:t xml:space="preserve">[33:14] </w:t>
      </w:r>
      <w:r>
        <w:t>to mein isi ke liye dua karta hoon aap sab logon ke liye jo yahan maujood hain aur</w:t>
      </w:r>
    </w:p>
    <w:p>
      <w:pPr>
        <w:jc w:val="right"/>
      </w:pPr>
      <w:r>
        <w:t>تو میں اسی کے لیے دعا کرتا ہوں آپ سب لوگوں کے لیے جو یہاں موجود ہیں اور</w:t>
      </w:r>
    </w:p>
    <w:p>
      <w:r>
        <w:rPr>
          <w:b/>
        </w:rPr>
        <w:t xml:space="preserve">[33:22] </w:t>
      </w:r>
      <w:r>
        <w:t>jo bahar sun rahe hain hamari baton ko.</w:t>
      </w:r>
    </w:p>
    <w:p>
      <w:pPr>
        <w:jc w:val="right"/>
      </w:pPr>
      <w:r>
        <w:t>جو باہر سن رہے ہیں ہماری باتوں کو۔</w:t>
      </w:r>
    </w:p>
    <w:p>
      <w:r>
        <w:rPr>
          <w:b/>
        </w:rPr>
        <w:t xml:space="preserve">[33:25] </w:t>
      </w:r>
      <w:r>
        <w:t>sab ke liye yeh dua karta hoon ke isi simple formulay ko pakar lijiye.</w:t>
      </w:r>
    </w:p>
    <w:p>
      <w:pPr>
        <w:jc w:val="right"/>
      </w:pPr>
      <w:r>
        <w:t>سب کے لیے یہ دعا کرتا ہوں کہ اسی سمپل فارمولے کو پکڑ لیجئے۔</w:t>
      </w:r>
    </w:p>
    <w:p>
      <w:r>
        <w:rPr>
          <w:b/>
        </w:rPr>
        <w:t xml:space="preserve">[33:31] </w:t>
      </w:r>
      <w:r>
        <w:t>jo baat pesh aayi hai, woh aap ki pasand ke mutabiq hai to bari achi baat hai.</w:t>
      </w:r>
    </w:p>
    <w:p>
      <w:pPr>
        <w:jc w:val="right"/>
      </w:pPr>
      <w:r>
        <w:t>جو بات پیش آئی ہے، وہ آپ کی پسند کے مطابق ہے تو بڑی اچھی بات ہے۔</w:t>
      </w:r>
    </w:p>
    <w:p>
      <w:r>
        <w:rPr>
          <w:b/>
        </w:rPr>
        <w:t xml:space="preserve">[33:38] </w:t>
      </w:r>
      <w:r>
        <w:t>bay shukr kijiye, bay shukr kijiye.</w:t>
      </w:r>
    </w:p>
    <w:p>
      <w:pPr>
        <w:jc w:val="right"/>
      </w:pPr>
      <w:r>
        <w:t>بے شکر کیجئے، بے شکر کیجئے۔</w:t>
      </w:r>
    </w:p>
    <w:p>
      <w:r>
        <w:rPr>
          <w:b/>
        </w:rPr>
        <w:t xml:space="preserve">[33:41] </w:t>
      </w:r>
      <w:r>
        <w:t>aur agar aap ki pasand ke khilaf hai tab kya kijiye? is ko Allah ke khaliq mein daal</w:t>
      </w:r>
    </w:p>
    <w:p>
      <w:pPr>
        <w:jc w:val="right"/>
      </w:pPr>
      <w:r>
        <w:t>اور اگر آپ کی پسند کے خلاف ہے تب کیا کیجئے؟ اس کو اللہ کے خالق میں ڈال</w:t>
      </w:r>
    </w:p>
    <w:p>
      <w:r>
        <w:rPr>
          <w:b/>
        </w:rPr>
        <w:t xml:space="preserve">[33:49] </w:t>
      </w:r>
      <w:r>
        <w:t>dijiye.</w:t>
      </w:r>
    </w:p>
    <w:p>
      <w:pPr>
        <w:jc w:val="right"/>
      </w:pPr>
      <w:r>
        <w:t>دیجئے۔</w:t>
      </w:r>
    </w:p>
    <w:p>
      <w:r>
        <w:rPr>
          <w:b/>
        </w:rPr>
        <w:t xml:space="preserve">[33:50] </w:t>
      </w:r>
      <w:r>
        <w:t>kisi ne aap ko bura keh diya, kisi ne aap ko nuqsan pohanchaya, kisi ne aap ko afaid</w:t>
      </w:r>
    </w:p>
    <w:p>
      <w:pPr>
        <w:jc w:val="right"/>
      </w:pPr>
      <w:r>
        <w:t>کسی نے آپ کو برا کہہ دیا، کسی نے آپ کو نقصان پہنچایا، کسی نے آپ کو افیڈ</w:t>
      </w:r>
    </w:p>
    <w:p>
      <w:r>
        <w:rPr>
          <w:b/>
        </w:rPr>
        <w:t xml:space="preserve">[33:58] </w:t>
      </w:r>
      <w:r>
        <w:t>kar diya to kya hai? Allah ke khaliq mein daliye.</w:t>
      </w:r>
    </w:p>
    <w:p>
      <w:pPr>
        <w:jc w:val="right"/>
      </w:pPr>
      <w:r>
        <w:t>کر دیا تو کیا ہے؟ اللہ کے خالق میں ڈالیے۔</w:t>
      </w:r>
    </w:p>
    <w:p>
      <w:r>
        <w:rPr>
          <w:b/>
        </w:rPr>
        <w:t xml:space="preserve">[34:02] </w:t>
      </w:r>
      <w:r>
        <w:t>yeh hai formula zindagi ka aur yahi sabak hai mere nazdeek Ramzan ka.</w:t>
      </w:r>
    </w:p>
    <w:p>
      <w:pPr>
        <w:jc w:val="right"/>
      </w:pPr>
      <w:r>
        <w:t>یہ ہے فارمولا زندگی کا اور یہی سبق ہے میرے نزدیک رمضان کا۔</w:t>
      </w:r>
    </w:p>
    <w:p>
      <w:r>
        <w:rPr>
          <w:b/>
        </w:rPr>
        <w:t xml:space="preserve">[34:08] </w:t>
      </w:r>
      <w:r>
        <w:t>Ramzan jo hai, woh koi aik salana rasam ka naam nahi hai.</w:t>
      </w:r>
    </w:p>
    <w:p>
      <w:pPr>
        <w:jc w:val="right"/>
      </w:pPr>
      <w:r>
        <w:t>رمضان جو ہے، وہ کوئی ایک سالانہ رسم کا نام نہیں ہے۔</w:t>
      </w:r>
    </w:p>
    <w:p>
      <w:r>
        <w:rPr>
          <w:b/>
        </w:rPr>
        <w:t xml:space="preserve">[34:13] </w:t>
      </w:r>
      <w:r>
        <w:t>isi baat ke liye apnay ko train karne ka naam hai.</w:t>
      </w:r>
    </w:p>
    <w:p>
      <w:pPr>
        <w:jc w:val="right"/>
      </w:pPr>
      <w:r>
        <w:t>اسی بات کے لیے اپنے کو ٹرین کرنے کا نام ہے۔</w:t>
      </w:r>
    </w:p>
    <w:p>
      <w:r>
        <w:rPr>
          <w:b/>
        </w:rPr>
        <w:t xml:space="preserve">[34:18] </w:t>
      </w:r>
      <w:r>
        <w:t>aur is ko mein ne khulasa yahi kiya hai ke aap ki pasand ke mutabiq hai to shukr,</w:t>
      </w:r>
    </w:p>
    <w:p>
      <w:pPr>
        <w:jc w:val="right"/>
      </w:pPr>
      <w:r>
        <w:t>اور اس کو میں نے خلاصہ یہی کیا ہے کہ آپ کی پسند کے مطابق ہے تو شکر،</w:t>
      </w:r>
    </w:p>
    <w:p>
      <w:r>
        <w:rPr>
          <w:b/>
        </w:rPr>
        <w:t xml:space="preserve">[34:25] </w:t>
      </w:r>
      <w:r>
        <w:t>pasand ke mutabiq nahi hai to Allah ke khaliq mein dalna.</w:t>
      </w:r>
    </w:p>
    <w:p>
      <w:pPr>
        <w:jc w:val="right"/>
      </w:pPr>
      <w:r>
        <w:t>پسند کے مطابق نہیں ہے تو اللہ کے خالق میں ڈالنا۔</w:t>
      </w:r>
    </w:p>
    <w:p>
      <w:r>
        <w:rPr>
          <w:b/>
        </w:rPr>
        <w:t xml:space="preserve">[34:30] </w:t>
      </w:r>
      <w:r>
        <w:t>aik Farsi ke shayar ka shair hai ke sabr dam ba to ma khishra to dani hisab kam o beshra</w:t>
      </w:r>
    </w:p>
    <w:p>
      <w:pPr>
        <w:jc w:val="right"/>
      </w:pPr>
      <w:r>
        <w:t>ایک فارسی کے شاعر کا شعر ہے کہ سبردم بتو مای خیشرا تو دانی حساب کم و بیشرا</w:t>
      </w:r>
    </w:p>
    <w:p>
      <w:r>
        <w:rPr>
          <w:b/>
        </w:rPr>
        <w:t xml:space="preserve">[34:38] </w:t>
      </w:r>
      <w:r>
        <w:t>yani ab mein is ko har Allah ke hawale kar diya.</w:t>
      </w:r>
    </w:p>
    <w:p>
      <w:pPr>
        <w:jc w:val="right"/>
      </w:pPr>
      <w:r>
        <w:t>یعنی اب میں اس کو ہر اللہ کے حوالے کر دیا۔</w:t>
      </w:r>
    </w:p>
    <w:p>
      <w:r>
        <w:rPr>
          <w:b/>
        </w:rPr>
        <w:t xml:space="preserve">[34:42] </w:t>
      </w:r>
      <w:r>
        <w:t>ab Allah janay, woh janay, mera kaam khatam.</w:t>
      </w:r>
    </w:p>
    <w:p>
      <w:pPr>
        <w:jc w:val="right"/>
      </w:pPr>
      <w:r>
        <w:t>اب اللہ جانے، وہ جانے، میرا کام ختم۔</w:t>
      </w:r>
    </w:p>
    <w:p>
      <w:r>
        <w:rPr>
          <w:b/>
        </w:rPr>
        <w:t xml:space="preserve">[34:46] </w:t>
      </w:r>
      <w:r>
        <w:t>to zindagi ko yaad rakhiye, aik bohat hi nazuk imtehan hai.</w:t>
      </w:r>
    </w:p>
    <w:p>
      <w:pPr>
        <w:jc w:val="right"/>
      </w:pPr>
      <w:r>
        <w:t>تو زندگی کو یاد رکھیے، ایک بہت ہی نازک امتحان ہے۔</w:t>
      </w:r>
    </w:p>
    <w:p>
      <w:r>
        <w:rPr>
          <w:b/>
        </w:rPr>
        <w:t xml:space="preserve">[34:51] </w:t>
      </w:r>
      <w:r>
        <w:t>apni aql ko istemal kijiye, Quran aur Hadees ki roshni mein sochiye aur yeh faisla kijiye ke aap</w:t>
      </w:r>
    </w:p>
    <w:p>
      <w:pPr>
        <w:jc w:val="right"/>
      </w:pPr>
      <w:r>
        <w:t>اپنی عقل کو استعمال کیجئے، قرآن اور حدیث کی روشنی میں سوچیے اور یہ فیصلہ کیجئے کہ آپ</w:t>
      </w:r>
    </w:p>
    <w:p>
      <w:r>
        <w:rPr>
          <w:b/>
        </w:rPr>
        <w:t xml:space="preserve">[34:58] </w:t>
      </w:r>
      <w:r>
        <w:t>ko dunya mein kaise rehna hai.</w:t>
      </w:r>
    </w:p>
    <w:p>
      <w:pPr>
        <w:jc w:val="right"/>
      </w:pPr>
      <w:r>
        <w:t>کو دنیا میں کیسے رہنا ہے۔</w:t>
      </w:r>
    </w:p>
    <w:p>
      <w:r>
        <w:rPr>
          <w:b/>
        </w:rPr>
        <w:t xml:space="preserve">[35:01] </w:t>
      </w:r>
      <w:r>
        <w:t>Ramzan ka mahina saal mein aik bar aata hai, lekin woh pooray saal ki tarbiyat hai.</w:t>
      </w:r>
    </w:p>
    <w:p>
      <w:pPr>
        <w:jc w:val="right"/>
      </w:pPr>
      <w:r>
        <w:t>رمضان کا مہینہ سال میں ایک بار آتا ہے، لیکن وہ پورے سال کی تربیت ہے۔</w:t>
      </w:r>
    </w:p>
    <w:p>
      <w:r>
        <w:rPr>
          <w:b/>
        </w:rPr>
        <w:t xml:space="preserve">[35:08] </w:t>
      </w:r>
      <w:r>
        <w:t>yeh salana training hai, poore saal ki tarbiyat hai.</w:t>
      </w:r>
    </w:p>
    <w:p>
      <w:pPr>
        <w:jc w:val="right"/>
      </w:pPr>
      <w:r>
        <w:t>یہ سالانہ ٹریننگ ہے، پورے سال کی تربیت ہے۔</w:t>
      </w:r>
    </w:p>
    <w:p>
      <w:r>
        <w:rPr>
          <w:b/>
        </w:rPr>
        <w:t xml:space="preserve">[35:12] </w:t>
      </w:r>
      <w:r>
        <w:t>to bohat ziyada sochna hai, bohat ziyada cheezon ko aql ke mutabiq dhalna hai, quran o sunnat ke</w:t>
      </w:r>
    </w:p>
    <w:p>
      <w:pPr>
        <w:jc w:val="right"/>
      </w:pPr>
      <w:r>
        <w:t>تو بہت زیادہ سوچنا ہے، بہت زیادہ چیزوں کو عقل کے مطابق ڈھالنا ہے، قرآن و سنت کے</w:t>
      </w:r>
    </w:p>
    <w:p>
      <w:r>
        <w:rPr>
          <w:b/>
        </w:rPr>
        <w:t xml:space="preserve">[35:19] </w:t>
      </w:r>
      <w:r>
        <w:t>mutabiq dhalna hai.</w:t>
      </w:r>
    </w:p>
    <w:p>
      <w:pPr>
        <w:jc w:val="right"/>
      </w:pPr>
      <w:r>
        <w:t>مطابق ڈھالنا ہے۔</w:t>
      </w:r>
    </w:p>
    <w:p>
      <w:r>
        <w:rPr>
          <w:b/>
        </w:rPr>
        <w:t xml:space="preserve">[35:21] </w:t>
      </w:r>
      <w:r>
        <w:t>yahi imtehan hai.</w:t>
      </w:r>
    </w:p>
    <w:p>
      <w:pPr>
        <w:jc w:val="right"/>
      </w:pPr>
      <w:r>
        <w:t>یہی امتحان ہے۔</w:t>
      </w:r>
    </w:p>
    <w:p>
      <w:r>
        <w:rPr>
          <w:b/>
        </w:rPr>
        <w:t xml:space="preserve">[35:22] </w:t>
      </w:r>
      <w:r>
        <w:t>yeh jo kaha jata hai ke dunya imtehan hai, yahi matlab hai is ka.</w:t>
      </w:r>
    </w:p>
    <w:p>
      <w:pPr>
        <w:jc w:val="right"/>
      </w:pPr>
      <w:r>
        <w:t>یہ جو کہا جاتا ہے کہ دنیا امتحان ہے، یہی مطلب ہے اس کا۔</w:t>
      </w:r>
    </w:p>
    <w:p>
      <w:r>
        <w:rPr>
          <w:b/>
        </w:rPr>
        <w:t xml:space="preserve">[35:28] </w:t>
      </w:r>
      <w:r>
        <w:t>to Allah taala mujh ko aur aap ko tofeeq de ke hum is imtehan mein poore utrein, hum</w:t>
      </w:r>
    </w:p>
    <w:p>
      <w:pPr>
        <w:jc w:val="right"/>
      </w:pPr>
      <w:r>
        <w:t>تو اللہ تعالیٰ مجھ کو اور آپ کو توفیق دے کہ ہم اس امتحان میں پورے اتریں، ہم</w:t>
      </w:r>
    </w:p>
    <w:p>
      <w:r>
        <w:rPr>
          <w:b/>
        </w:rPr>
        <w:t xml:space="preserve">[35:36] </w:t>
      </w:r>
      <w:r>
        <w:t>Allah ke creation plan jo hai, us ko janen aur us ke mutabiq is dunya mein zindagi guzaren.</w:t>
      </w:r>
    </w:p>
    <w:p>
      <w:pPr>
        <w:jc w:val="right"/>
      </w:pPr>
      <w:r>
        <w:t>اللہ کے creation plan جو ہے، اس کو جانیں اور اس کے مطابق اس دنیا میں زندگی گزاریں۔</w:t>
      </w:r>
    </w:p>
    <w:p>
      <w:r>
        <w:rPr>
          <w:b/>
        </w:rPr>
        <w:t xml:space="preserve">[35:44] </w:t>
      </w:r>
      <w:r>
        <w:t>assalam o alaikum wa rahmatullahi wa barakatuh.</w:t>
      </w:r>
    </w:p>
    <w:p>
      <w:pPr>
        <w:jc w:val="right"/>
      </w:pPr>
      <w:r>
        <w:t>السلام علیکم ورحمة الله وبرکاته.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