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Creation Plan of God I February 14, 2016</w:t>
      </w:r>
    </w:p>
    <w:p>
      <w:r>
        <w:t>https://www.youtube.com/watch?v=BzfZIALqyNI</w:t>
      </w:r>
    </w:p>
    <w:p>
      <w:r>
        <w:rPr>
          <w:b/>
        </w:rPr>
        <w:t xml:space="preserve">[00:21] </w:t>
      </w:r>
      <w:r>
        <w:t>bismillah al-rahman al-rahim.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[00:26] </w:t>
      </w:r>
      <w:r>
        <w:t>wasalli Allahu ala nabiyyi al-karim.</w:t>
      </w:r>
    </w:p>
    <w:p>
      <w:pPr>
        <w:jc w:val="right"/>
      </w:pPr>
      <w:r>
        <w:t>وصلی اللہ علی نبی الکریم۔</w:t>
      </w:r>
    </w:p>
    <w:p>
      <w:r>
        <w:rPr>
          <w:b/>
        </w:rPr>
        <w:t xml:space="preserve">[00:31] </w:t>
      </w:r>
      <w:r>
        <w:t>rab ishrah li sadri wa yassir li amri, wah lul uqdata min lisani yafqahu qawli.</w:t>
      </w:r>
    </w:p>
    <w:p>
      <w:pPr>
        <w:jc w:val="right"/>
      </w:pPr>
      <w:r>
        <w:t>رب اشرح لی صدری ویسر لی امری، واحل العقدۃ من لسانی یفقہ قولی۔</w:t>
      </w:r>
    </w:p>
    <w:p>
      <w:r>
        <w:rPr>
          <w:b/>
        </w:rPr>
        <w:t xml:space="preserve">[00:37] </w:t>
      </w:r>
      <w:r>
        <w:t>14 February 2016.</w:t>
      </w:r>
    </w:p>
    <w:p>
      <w:pPr>
        <w:jc w:val="right"/>
      </w:pPr>
      <w:r>
        <w:t>14 فروری 2016۔</w:t>
      </w:r>
    </w:p>
    <w:p>
      <w:r>
        <w:rPr>
          <w:b/>
        </w:rPr>
        <w:t xml:space="preserve">[00:42] </w:t>
      </w:r>
      <w:r>
        <w:t>aaj ka topic hai: creation plan of God.</w:t>
      </w:r>
    </w:p>
    <w:p>
      <w:pPr>
        <w:jc w:val="right"/>
      </w:pPr>
      <w:r>
        <w:t>آج کا ٹاپک ہے: کریشن پلان آف گاڈ۔</w:t>
      </w:r>
    </w:p>
    <w:p>
      <w:r>
        <w:rPr>
          <w:b/>
        </w:rPr>
        <w:t xml:space="preserve">[00:48] </w:t>
      </w:r>
      <w:r>
        <w:t>hamare aas paas jo duniya hai, is ko hum universe kehte hain.</w:t>
      </w:r>
    </w:p>
    <w:p>
      <w:pPr>
        <w:jc w:val="right"/>
      </w:pPr>
      <w:r>
        <w:t>ہمارے آس پاس جو دنیا ہے، اس کو ہم یونیورس کہتے ہیں۔</w:t>
      </w:r>
    </w:p>
    <w:p>
      <w:r>
        <w:rPr>
          <w:b/>
        </w:rPr>
        <w:t xml:space="preserve">[00:53] </w:t>
      </w:r>
      <w:r>
        <w:t>is universe ke do baray parts hain: ek hai material world, ek hai human world.</w:t>
      </w:r>
    </w:p>
    <w:p>
      <w:pPr>
        <w:jc w:val="right"/>
      </w:pPr>
      <w:r>
        <w:t>اس یونیورس کے دو بڑے پارٹس ہیں: ایک ہے مٹیریل ورلڈ، ایک ہے ہیومن ورلڈ۔</w:t>
      </w:r>
    </w:p>
    <w:p>
      <w:r>
        <w:rPr>
          <w:b/>
        </w:rPr>
        <w:t xml:space="preserve">[00:59] </w:t>
      </w:r>
      <w:r>
        <w:t>material world mein kisi ko freedom nahi mili hui hai.</w:t>
      </w:r>
    </w:p>
    <w:p>
      <w:pPr>
        <w:jc w:val="right"/>
      </w:pPr>
      <w:r>
        <w:t>مٹیریل ورلڈ میں کسی کو فریڈم نہیں ملی ہوئی ہے۔</w:t>
      </w:r>
    </w:p>
    <w:p>
      <w:r>
        <w:rPr>
          <w:b/>
        </w:rPr>
        <w:t xml:space="preserve">[01:04] </w:t>
      </w:r>
      <w:r>
        <w:t>Material world totally controlled by the creator.</w:t>
      </w:r>
    </w:p>
    <w:p>
      <w:pPr>
        <w:jc w:val="right"/>
      </w:pPr>
      <w:r>
        <w:t>مٹیریل ورلڈ ٹوٹلی کنٹرولڈ بائی دی کریٹر۔</w:t>
      </w:r>
    </w:p>
    <w:p>
      <w:r>
        <w:rPr>
          <w:b/>
        </w:rPr>
        <w:t xml:space="preserve">[01:10] </w:t>
      </w:r>
      <w:r>
        <w:t>lekin human world jo hai, is ko freedom mili hui hai. total freedom.</w:t>
      </w:r>
    </w:p>
    <w:p>
      <w:pPr>
        <w:jc w:val="right"/>
      </w:pPr>
      <w:r>
        <w:t>لیکن ہیومن ورلڈ جو ہے، اس کو فریڈم ملی ہوئی ہے۔ ٹوٹل فریڈم۔</w:t>
      </w:r>
    </w:p>
    <w:p>
      <w:r>
        <w:rPr>
          <w:b/>
        </w:rPr>
        <w:t xml:space="preserve">[01:15] </w:t>
      </w:r>
      <w:r>
        <w:t>is ko Quran mein amanat kaha gaya hai.</w:t>
      </w:r>
    </w:p>
    <w:p>
      <w:pPr>
        <w:jc w:val="right"/>
      </w:pPr>
      <w:r>
        <w:t>اس کو قرآن میں امانت کہا گیا ہے۔</w:t>
      </w:r>
    </w:p>
    <w:p>
      <w:r>
        <w:rPr>
          <w:b/>
        </w:rPr>
        <w:t xml:space="preserve">[01:21] </w:t>
      </w:r>
      <w:r>
        <w:t>to no one can abolish this freedom.</w:t>
      </w:r>
    </w:p>
    <w:p>
      <w:pPr>
        <w:jc w:val="right"/>
      </w:pPr>
      <w:r>
        <w:t>تو نو ون کین ابالش دس فریڈم۔</w:t>
      </w:r>
    </w:p>
    <w:p>
      <w:r>
        <w:rPr>
          <w:b/>
        </w:rPr>
        <w:t xml:space="preserve">[01:26] </w:t>
      </w:r>
      <w:r>
        <w:t>koi excuse le kar koi bhi is ko abolish nahi kar sakta.</w:t>
      </w:r>
    </w:p>
    <w:p>
      <w:pPr>
        <w:jc w:val="right"/>
      </w:pPr>
      <w:r>
        <w:t>کوئی ایکسکیوز لے کر کوئی بھی اس کو ابالش نہیں کر سکتا۔</w:t>
      </w:r>
    </w:p>
    <w:p>
      <w:r>
        <w:rPr>
          <w:b/>
        </w:rPr>
        <w:t xml:space="preserve">[01:32] </w:t>
      </w:r>
      <w:r>
        <w:t>abolish karega to Khuda us ko us ki scheme ko fail kar dega.</w:t>
      </w:r>
    </w:p>
    <w:p>
      <w:pPr>
        <w:jc w:val="right"/>
      </w:pPr>
      <w:r>
        <w:t>ابالش کرے گا تو خدا اس کو اس کی اسکیم کو فیل کر دے گا۔</w:t>
      </w:r>
    </w:p>
    <w:p>
      <w:r>
        <w:rPr>
          <w:b/>
        </w:rPr>
        <w:t xml:space="preserve">[01:37] </w:t>
      </w:r>
      <w:r>
        <w:t>is ke do examples hain.</w:t>
      </w:r>
    </w:p>
    <w:p>
      <w:pPr>
        <w:jc w:val="right"/>
      </w:pPr>
      <w:r>
        <w:t>اس کے دو ایگزامپلز ہیں۔</w:t>
      </w:r>
    </w:p>
    <w:p>
      <w:r>
        <w:rPr>
          <w:b/>
        </w:rPr>
        <w:t xml:space="preserve">[01:43] </w:t>
      </w:r>
      <w:r>
        <w:t>pichlay centuries mein political dictators paida hue, yani despotic kings jis ko hum kehte hain.</w:t>
      </w:r>
    </w:p>
    <w:p>
      <w:pPr>
        <w:jc w:val="right"/>
      </w:pPr>
      <w:r>
        <w:t>پچھلے سنچریز میں پولیٹیکل ڈکٹیٹرز پیدا ہوئے، یعنی ڈسپوٹک کنگز جس کو ہم کہتے ہیں۔</w:t>
      </w:r>
    </w:p>
    <w:p>
      <w:r>
        <w:rPr>
          <w:b/>
        </w:rPr>
        <w:t xml:space="preserve">[01:48] </w:t>
      </w:r>
      <w:r>
        <w:t>unhon ne insaan ki azadi ko abolish kiya.</w:t>
      </w:r>
    </w:p>
    <w:p>
      <w:pPr>
        <w:jc w:val="right"/>
      </w:pPr>
      <w:r>
        <w:t>انہوں نے انسان کی آزادی کو ابالش کیا۔</w:t>
      </w:r>
    </w:p>
    <w:p>
      <w:r>
        <w:rPr>
          <w:b/>
        </w:rPr>
        <w:t xml:space="preserve">[01:54] </w:t>
      </w:r>
      <w:r>
        <w:t>aur sirf official freedom ko allow kiya unhon ne.</w:t>
      </w:r>
    </w:p>
    <w:p>
      <w:pPr>
        <w:jc w:val="right"/>
      </w:pPr>
      <w:r>
        <w:t>اور صرف آفیشل فریڈم کو الاؤ کیا انہوں نے۔</w:t>
      </w:r>
    </w:p>
    <w:p>
      <w:r>
        <w:rPr>
          <w:b/>
        </w:rPr>
        <w:t xml:space="preserve">[01:59] </w:t>
      </w:r>
      <w:r>
        <w:t>lekin Khuda ne kingship ko khatam kar diya, dictatorship ko khatam kar diya.</w:t>
      </w:r>
    </w:p>
    <w:p>
      <w:pPr>
        <w:jc w:val="right"/>
      </w:pPr>
      <w:r>
        <w:t>لیکن خدا نے کنگ شپ کو ختم کر دیا، ڈکٹیٹر شپ کو ختم کر دیا۔</w:t>
      </w:r>
    </w:p>
    <w:p>
      <w:r>
        <w:rPr>
          <w:b/>
        </w:rPr>
        <w:t xml:space="preserve">[02:05] </w:t>
      </w:r>
      <w:r>
        <w:t>phir baad ko twenty century mein communist empire bana.</w:t>
      </w:r>
    </w:p>
    <w:p>
      <w:pPr>
        <w:jc w:val="right"/>
      </w:pPr>
      <w:r>
        <w:t>پھر بعد کو ٹونٹی سنچری میں کمرسٹ ایمپائر بنا۔</w:t>
      </w:r>
    </w:p>
    <w:p>
      <w:r>
        <w:rPr>
          <w:b/>
        </w:rPr>
        <w:t xml:space="preserve">[02:10] </w:t>
      </w:r>
      <w:r>
        <w:t>is ne dobara human freedom ko abolish kar diya.</w:t>
      </w:r>
    </w:p>
    <w:p>
      <w:pPr>
        <w:jc w:val="right"/>
      </w:pPr>
      <w:r>
        <w:t>اس نے دوبارہ ہیومن فریڈم کو ابالش کر دیا۔</w:t>
      </w:r>
    </w:p>
    <w:p>
      <w:r>
        <w:rPr>
          <w:b/>
        </w:rPr>
        <w:t xml:space="preserve">[02:15] </w:t>
      </w:r>
      <w:r>
        <w:t>lekin aap jante hain ke taqreeban 70 saal ke baad Khuda ne is ko bhi khatam kar diya.</w:t>
      </w:r>
    </w:p>
    <w:p>
      <w:pPr>
        <w:jc w:val="right"/>
      </w:pPr>
      <w:r>
        <w:t>لیکن آپ جانتے ہیں کہ تقریباً 70 سال کے بعد خدا نے اس کو بھی ختم کر دیا۔</w:t>
      </w:r>
    </w:p>
    <w:p>
      <w:r>
        <w:rPr>
          <w:b/>
        </w:rPr>
        <w:t xml:space="preserve">[02:21] </w:t>
      </w:r>
      <w:r>
        <w:t>Now we are living in the age of democracy.</w:t>
      </w:r>
    </w:p>
    <w:p>
      <w:pPr>
        <w:jc w:val="right"/>
      </w:pPr>
      <w:r>
        <w:t>ناؤ وی آر لیونگ ان دا ایج آف ڈیموکریسی۔</w:t>
      </w:r>
    </w:p>
    <w:p>
      <w:r>
        <w:rPr>
          <w:b/>
        </w:rPr>
        <w:t xml:space="preserve">[02:26] </w:t>
      </w:r>
      <w:r>
        <w:t>ab university accepted right ban gaya human freedom.</w:t>
      </w:r>
    </w:p>
    <w:p>
      <w:pPr>
        <w:jc w:val="right"/>
      </w:pPr>
      <w:r>
        <w:t>اب یونیورسٹی ایکسیپٹڈ رائٹ بن گیا ہیومن فریڈم۔</w:t>
      </w:r>
    </w:p>
    <w:p>
      <w:r>
        <w:rPr>
          <w:b/>
        </w:rPr>
        <w:t xml:space="preserve">[02:32] </w:t>
      </w:r>
      <w:r>
        <w:t>تو یہ جو development ہوا ہے، یہ pro-Islam development ہے۔</w:t>
      </w:r>
    </w:p>
    <w:p>
      <w:pPr>
        <w:jc w:val="right"/>
      </w:pPr>
      <w:r>
        <w:t>تو یہ جو ڈویلپمنٹ ہوا ہے، یہ پرو اسلام ڈویلپمنٹ ہے۔</w:t>
      </w:r>
    </w:p>
    <w:p>
      <w:r>
        <w:rPr>
          <w:b/>
        </w:rPr>
        <w:t xml:space="preserve">[02:37] </w:t>
      </w:r>
      <w:r>
        <w:t>yeh islam ke against mein nahi hai.</w:t>
      </w:r>
    </w:p>
    <w:p>
      <w:pPr>
        <w:jc w:val="right"/>
      </w:pPr>
      <w:r>
        <w:t>یہ اسلام کے اگینسٹ میں نہیں ہے۔</w:t>
      </w:r>
    </w:p>
    <w:p>
      <w:r>
        <w:rPr>
          <w:b/>
        </w:rPr>
        <w:t xml:space="preserve">[02:43] </w:t>
      </w:r>
      <w:r>
        <w:t>kyunke islam bhi chahta hai freedom.</w:t>
      </w:r>
    </w:p>
    <w:p>
      <w:pPr>
        <w:jc w:val="right"/>
      </w:pPr>
      <w:r>
        <w:t>کیونکہ اسلام بھی چاہتا ہے فریڈم۔</w:t>
      </w:r>
    </w:p>
    <w:p>
      <w:r>
        <w:rPr>
          <w:b/>
        </w:rPr>
        <w:t xml:space="preserve">[02:48] </w:t>
      </w:r>
      <w:r>
        <w:t>kyun aisa hai? is ki wajah yeh hai ke islam ka jo main purpose hai, woh hai insan</w:t>
      </w:r>
    </w:p>
    <w:p>
      <w:pPr>
        <w:jc w:val="right"/>
      </w:pPr>
      <w:r>
        <w:t>کیوں ایسا ہے؟ اس کی وجہ یہ ہے کہ اسلام کا جو مین پرپس ہے، وہ ہے انسان</w:t>
      </w:r>
    </w:p>
    <w:p>
      <w:r>
        <w:rPr>
          <w:b/>
        </w:rPr>
        <w:t xml:space="preserve">[02:54] </w:t>
      </w:r>
      <w:r>
        <w:t>کو آزادی دے کر یہ موقع دینا کہ وہ اپنی personality کو develop کرے۔</w:t>
      </w:r>
    </w:p>
    <w:p>
      <w:pPr>
        <w:jc w:val="right"/>
      </w:pPr>
      <w:r>
        <w:t>کو آزادی دے کر یہ موقع دینا کہ وہ اپنی پرسنیلٹی کو ڈویلپ کرے۔</w:t>
      </w:r>
    </w:p>
    <w:p>
      <w:r>
        <w:rPr>
          <w:b/>
        </w:rPr>
        <w:t xml:space="preserve">[02:59] </w:t>
      </w:r>
      <w:r>
        <w:t>jisko quran mein tazkiyah kaha gaya.</w:t>
      </w:r>
    </w:p>
    <w:p>
      <w:pPr>
        <w:jc w:val="right"/>
      </w:pPr>
      <w:r>
        <w:t>جس کو قرآن میں تزکیہ کہا گیا۔</w:t>
      </w:r>
    </w:p>
    <w:p>
      <w:r>
        <w:rPr>
          <w:b/>
        </w:rPr>
        <w:t xml:space="preserve">[03:05] </w:t>
      </w:r>
      <w:r>
        <w:t>Tazkiyah means to develop your personality while enjoying total freedom.</w:t>
      </w:r>
    </w:p>
    <w:p>
      <w:pPr>
        <w:jc w:val="right"/>
      </w:pPr>
      <w:r>
        <w:t>تزکیہ مینز ٹو ڈویلپ یور پرسنیلٹی وائل انجوائنگ ٹوٹل فریڈم۔</w:t>
      </w:r>
    </w:p>
    <w:p>
      <w:r>
        <w:rPr>
          <w:b/>
        </w:rPr>
        <w:t xml:space="preserve">[03:10] </w:t>
      </w:r>
      <w:r>
        <w:t>yeh hai tazkiyah.</w:t>
      </w:r>
    </w:p>
    <w:p>
      <w:pPr>
        <w:jc w:val="right"/>
      </w:pPr>
      <w:r>
        <w:t>یہ ہے تزکیہ۔</w:t>
      </w:r>
    </w:p>
    <w:p>
      <w:r>
        <w:rPr>
          <w:b/>
        </w:rPr>
        <w:t xml:space="preserve">[03:16] </w:t>
      </w:r>
      <w:r>
        <w:t>toh azadi islam ki scheme of things mein number one part ki hesiyat rakhti hai.</w:t>
      </w:r>
    </w:p>
    <w:p>
      <w:pPr>
        <w:jc w:val="right"/>
      </w:pPr>
      <w:r>
        <w:t>تو آزادی اسلام کی اسکیم آف تھنگز میں نمبر ون پارٹ کی حیثیت رکھتی ہے۔</w:t>
      </w:r>
    </w:p>
    <w:p>
      <w:r>
        <w:rPr>
          <w:b/>
        </w:rPr>
        <w:t xml:space="preserve">[03:21] </w:t>
      </w:r>
      <w:r>
        <w:t>without freedom there is no islam.</w:t>
      </w:r>
    </w:p>
    <w:p>
      <w:pPr>
        <w:jc w:val="right"/>
      </w:pPr>
      <w:r>
        <w:t>ودا آؤٹ فریڈم دیر از نو اسلام۔</w:t>
      </w:r>
    </w:p>
    <w:p>
      <w:r>
        <w:rPr>
          <w:b/>
        </w:rPr>
        <w:t xml:space="preserve">[03:27] </w:t>
      </w:r>
      <w:r>
        <w:t>کیونکہ اسلام کے جو scheme of things ہیں، وہی جھپٹائی جائے گی اگر freedom نہ ہو تو۔</w:t>
      </w:r>
    </w:p>
    <w:p>
      <w:pPr>
        <w:jc w:val="right"/>
      </w:pPr>
      <w:r>
        <w:t>کیونکہ اسلام کے جو اسکیم آف تھنگز ہیں، وہی جھپٹائی جائے گی اگر فریڈم نہ ہو تو۔</w:t>
      </w:r>
    </w:p>
    <w:p>
      <w:r>
        <w:rPr>
          <w:b/>
        </w:rPr>
        <w:t xml:space="preserve">[03:32] </w:t>
      </w:r>
      <w:r>
        <w:t>toh kuch musalman agar react karte hain toh yeh unka apna problem hai.</w:t>
      </w:r>
    </w:p>
    <w:p>
      <w:pPr>
        <w:jc w:val="right"/>
      </w:pPr>
      <w:r>
        <w:t>تو کچھ مسلمان اگر ری ایکٹ کرتے ہیں تو یہ ان کا اپنا پرابلم ہے۔</w:t>
      </w:r>
    </w:p>
    <w:p>
      <w:r>
        <w:rPr>
          <w:b/>
        </w:rPr>
        <w:t xml:space="preserve">[03:38] </w:t>
      </w:r>
      <w:r>
        <w:t>yeh islam ka problem nahi hai.</w:t>
      </w:r>
    </w:p>
    <w:p>
      <w:pPr>
        <w:jc w:val="right"/>
      </w:pPr>
      <w:r>
        <w:t>یہ اسلام کا پرابلم نہیں ہے۔</w:t>
      </w:r>
    </w:p>
    <w:p>
      <w:r>
        <w:rPr>
          <w:b/>
        </w:rPr>
        <w:t xml:space="preserve">[03:43] </w:t>
      </w:r>
      <w:r>
        <w:t>اس زمانے میں آپ جانتے ہیں کہ freedom of expression ایک انسان کا absolute right بن چکا ہے۔ accepted right۔</w:t>
      </w:r>
    </w:p>
    <w:p>
      <w:pPr>
        <w:jc w:val="right"/>
      </w:pPr>
      <w:r>
        <w:t>اس زمانے میں آپ جانتے ہیں کہ فریڈم آف ایکسپریشن ایک انسان کا ایبسولیوٹ رائٹ بن چکا ہے۔ ایکسیپٹڈ رائٹ۔</w:t>
      </w:r>
    </w:p>
    <w:p>
      <w:r>
        <w:rPr>
          <w:b/>
        </w:rPr>
        <w:t xml:space="preserve">[03:49] </w:t>
      </w:r>
      <w:r>
        <w:t>accept one is one is not involved in violence.</w:t>
      </w:r>
    </w:p>
    <w:p>
      <w:pPr>
        <w:jc w:val="right"/>
      </w:pPr>
      <w:r>
        <w:t>ایکسیپٹ ون از ون از ناٹ انوالوڈ ان وائلنس۔</w:t>
      </w:r>
    </w:p>
    <w:p>
      <w:r>
        <w:rPr>
          <w:b/>
        </w:rPr>
        <w:t xml:space="preserve">[03:54] </w:t>
      </w:r>
      <w:r>
        <w:t>اگر آپ violence نہ کریں تو آج کا جو accepted norm ہے، اس کے مطابق آپ کو پورا</w:t>
      </w:r>
    </w:p>
    <w:p>
      <w:pPr>
        <w:jc w:val="right"/>
      </w:pPr>
      <w:r>
        <w:t>اگر آپ وائلنس نہ کریں تو آج کا جو ایکسیپٹڈ نارم ہے، اس کے مطابق آپ کو پورا</w:t>
      </w:r>
    </w:p>
    <w:p>
      <w:r>
        <w:rPr>
          <w:b/>
        </w:rPr>
        <w:t xml:space="preserve">[04:00] </w:t>
      </w:r>
      <w:r>
        <w:t>freedom mila hua hai.</w:t>
      </w:r>
    </w:p>
    <w:p>
      <w:pPr>
        <w:jc w:val="right"/>
      </w:pPr>
      <w:r>
        <w:t>فریڈم ملا ہوا ہے۔</w:t>
      </w:r>
    </w:p>
    <w:p>
      <w:r>
        <w:rPr>
          <w:b/>
        </w:rPr>
        <w:t xml:space="preserve">[04:05] </w:t>
      </w:r>
      <w:r>
        <w:t>yeh yeh khud islam ka bhi yahi hai.</w:t>
      </w:r>
    </w:p>
    <w:p>
      <w:pPr>
        <w:jc w:val="right"/>
      </w:pPr>
      <w:r>
        <w:t>یہ یہ خود اسلام کا بھی یہی ہے۔</w:t>
      </w:r>
    </w:p>
    <w:p>
      <w:r>
        <w:rPr>
          <w:b/>
        </w:rPr>
        <w:t xml:space="preserve">[04:10] </w:t>
      </w:r>
      <w:r>
        <w:t>kyunke islam mein jo chahe, jaise ke maine arz kiya, jo main purpose islam ka hai ke</w:t>
      </w:r>
    </w:p>
    <w:p>
      <w:pPr>
        <w:jc w:val="right"/>
      </w:pPr>
      <w:r>
        <w:t>کیونکہ اسلام میں جو چاہے، جیسے کہ میں نے عرض کیا، جو مین پرپس اسلام کا ہے کہ</w:t>
      </w:r>
    </w:p>
    <w:p>
      <w:r>
        <w:rPr>
          <w:b/>
        </w:rPr>
        <w:t xml:space="preserve">[04:16] </w:t>
      </w:r>
      <w:r>
        <w:t>وہ ایک ہر آدمی کو یہ یہ opportunity دینا کہ وہ اپنی personality کو develop کرے۔</w:t>
      </w:r>
    </w:p>
    <w:p>
      <w:pPr>
        <w:jc w:val="right"/>
      </w:pPr>
      <w:r>
        <w:t>وہ ایک ہر آدمی کو یہ یہ اپرچونیٹی دینا کہ وہ اپنی پرسنیلٹی کو ڈویلپ کرے۔</w:t>
      </w:r>
    </w:p>
    <w:p>
      <w:r>
        <w:rPr>
          <w:b/>
        </w:rPr>
        <w:t xml:space="preserve">[04:21] </w:t>
      </w:r>
      <w:r>
        <w:t>تو یہ ڈویلپمنٹ صرف ہو سکتا ہے freedom کے atmosphere میں۔</w:t>
      </w:r>
    </w:p>
    <w:p>
      <w:pPr>
        <w:jc w:val="right"/>
      </w:pPr>
      <w:r>
        <w:t>تو یہ ڈویلپمنٹ صرف ہو سکتا ہے فریڈم کے ایٹمسفیئر میں۔</w:t>
      </w:r>
    </w:p>
    <w:p>
      <w:r>
        <w:rPr>
          <w:b/>
        </w:rPr>
        <w:t xml:space="preserve">[04:27] </w:t>
      </w:r>
      <w:r>
        <w:t>اب دیکھیے جو لوگ ری ایکٹ کرتے ہیں، یعنی freedom of expression، کچھ لوگ اپنے freedom of expression</w:t>
      </w:r>
    </w:p>
    <w:p>
      <w:pPr>
        <w:jc w:val="right"/>
      </w:pPr>
      <w:r>
        <w:t>اب دیکھیے جو لوگ ری ایکٹ کرتے ہیں، یعنی فریڈم آف ایکسپریشن، کچھ لوگ اپنے فریڈم آف ایکسپریشن</w:t>
      </w:r>
    </w:p>
    <w:p>
      <w:r>
        <w:rPr>
          <w:b/>
        </w:rPr>
        <w:t xml:space="preserve">[04:32] </w:t>
      </w:r>
      <w:r>
        <w:t>ko misuse karein.</w:t>
      </w:r>
    </w:p>
    <w:p>
      <w:pPr>
        <w:jc w:val="right"/>
      </w:pPr>
      <w:r>
        <w:t>کو مس یوز کریں۔</w:t>
      </w:r>
    </w:p>
    <w:p>
      <w:r>
        <w:rPr>
          <w:b/>
        </w:rPr>
        <w:t xml:space="preserve">[04:38] </w:t>
      </w:r>
      <w:r>
        <w:t>misal ke taur par woh prophet ke khilaf bolen kuch, jisko kaha jata hai blasphemy aur shatm.</w:t>
      </w:r>
    </w:p>
    <w:p>
      <w:pPr>
        <w:jc w:val="right"/>
      </w:pPr>
      <w:r>
        <w:t>مثلاً وہ پرافٹ کے خلاف بولیں کچھ، جس کو کہا جاتا ہے بلاسفیمی اور شتم۔</w:t>
      </w:r>
    </w:p>
    <w:p>
      <w:r>
        <w:rPr>
          <w:b/>
        </w:rPr>
        <w:t xml:space="preserve">[04:43] </w:t>
      </w:r>
      <w:r>
        <w:t>toh blasphemy aur shatm yeh islam ka term nahi hai.</w:t>
      </w:r>
    </w:p>
    <w:p>
      <w:pPr>
        <w:jc w:val="right"/>
      </w:pPr>
      <w:r>
        <w:t>تو بلاسفیمی اور شتم یہ اسلام کا ٹرم نہیں ہے۔</w:t>
      </w:r>
    </w:p>
    <w:p>
      <w:r>
        <w:rPr>
          <w:b/>
        </w:rPr>
        <w:t xml:space="preserve">[04:49] </w:t>
      </w:r>
      <w:r>
        <w:t>blasphemy aur shatm yeh islam ka term nahi hai.</w:t>
      </w:r>
    </w:p>
    <w:p>
      <w:pPr>
        <w:jc w:val="right"/>
      </w:pPr>
      <w:r>
        <w:t>بلاسفیمی اور شتم یہ اسلام کا ٹرم نہیں ہے۔</w:t>
      </w:r>
    </w:p>
    <w:p>
      <w:r>
        <w:rPr>
          <w:b/>
        </w:rPr>
        <w:t xml:space="preserve">[04:54] </w:t>
      </w:r>
      <w:r>
        <w:t>na hadith mein hai na quran mein.</w:t>
      </w:r>
    </w:p>
    <w:p>
      <w:pPr>
        <w:jc w:val="right"/>
      </w:pPr>
      <w:r>
        <w:t>نہ حدیث میں ہے نہ قرآن میں۔</w:t>
      </w:r>
    </w:p>
    <w:p>
      <w:r>
        <w:rPr>
          <w:b/>
        </w:rPr>
        <w:t xml:space="preserve">[05:00] </w:t>
      </w:r>
      <w:r>
        <w:t>yeh kuch musalmanon ne apne aap yeh term bana liya hai.</w:t>
      </w:r>
    </w:p>
    <w:p>
      <w:pPr>
        <w:jc w:val="right"/>
      </w:pPr>
      <w:r>
        <w:t>یہ کچھ مسلمانوں نے اپنے آپ یہ ٹرم بنا لیا ہے۔</w:t>
      </w:r>
    </w:p>
    <w:p>
      <w:r>
        <w:rPr>
          <w:b/>
        </w:rPr>
        <w:t xml:space="preserve">[05:05] </w:t>
      </w:r>
      <w:r>
        <w:t>aur react karte hain woh.</w:t>
      </w:r>
    </w:p>
    <w:p>
      <w:pPr>
        <w:jc w:val="right"/>
      </w:pPr>
      <w:r>
        <w:t>اور ری ایکٹ کرتے ہیں وہ۔</w:t>
      </w:r>
    </w:p>
    <w:p>
      <w:r>
        <w:rPr>
          <w:b/>
        </w:rPr>
        <w:t xml:space="preserve">[05:11] </w:t>
      </w:r>
      <w:r>
        <w:t>دیکھیے اسلام کا اسٹینڈ کیا ہے اس معاملے میں؟ Freedom of expression کوئی unilateral معاملہ نہیں ہے۔</w:t>
      </w:r>
    </w:p>
    <w:p>
      <w:pPr>
        <w:jc w:val="right"/>
      </w:pPr>
      <w:r>
        <w:t>دیکھیے اسلام کا اسٹینڈ کیا ہے اس معاملے میں؟ فریڈم آف ایکسپریشن کوئی یونی لیٹرل معاملہ نہیں ہے۔</w:t>
      </w:r>
    </w:p>
    <w:p>
      <w:r>
        <w:rPr>
          <w:b/>
        </w:rPr>
        <w:t xml:space="preserve">[05:16] </w:t>
      </w:r>
      <w:r>
        <w:t>bilateral mamla hai.</w:t>
      </w:r>
    </w:p>
    <w:p>
      <w:pPr>
        <w:jc w:val="right"/>
      </w:pPr>
      <w:r>
        <w:t>بائی لیٹرل معاملہ ہے۔</w:t>
      </w:r>
    </w:p>
    <w:p>
      <w:r>
        <w:rPr>
          <w:b/>
        </w:rPr>
        <w:t xml:space="preserve">[05:22] </w:t>
      </w:r>
      <w:r>
        <w:t>اس کا مطلب کیا ہے؟ If other party has freedom to express his views, you also have</w:t>
      </w:r>
    </w:p>
    <w:p>
      <w:pPr>
        <w:jc w:val="right"/>
      </w:pPr>
      <w:r>
        <w:t>اس کا مطلب کیا ہے؟ اف ادر پارٹی ہیز فریڈم ٹو ایکسپریس ہز ویوز، یو آل سو ہیو</w:t>
      </w:r>
    </w:p>
    <w:p>
      <w:r>
        <w:rPr>
          <w:b/>
        </w:rPr>
        <w:t xml:space="preserve">[05:27] </w:t>
      </w:r>
      <w:r>
        <w:t>You also enjoy this this same freedom.</w:t>
      </w:r>
    </w:p>
    <w:p>
      <w:pPr>
        <w:jc w:val="right"/>
      </w:pPr>
      <w:r>
        <w:t>یو آل سو انجوائے دس دس سیم فریڈم۔</w:t>
      </w:r>
    </w:p>
    <w:p>
      <w:r>
        <w:rPr>
          <w:b/>
        </w:rPr>
        <w:t xml:space="preserve">[05:33] </w:t>
      </w:r>
      <w:r>
        <w:t>تو اگر کوئی شخص اسلام کو غلط بتائے، prophet کو پر کوئی abusive language استعمال کرے، تو آپ</w:t>
      </w:r>
    </w:p>
    <w:p>
      <w:pPr>
        <w:jc w:val="right"/>
      </w:pPr>
      <w:r>
        <w:t>تو اگر کوئی شخص اسلام کو غلط بتائے، پرافٹ کو پر کوئی ایبیشول لینگویج استعمال کرے، تو آپ</w:t>
      </w:r>
    </w:p>
    <w:p>
      <w:r>
        <w:rPr>
          <w:b/>
        </w:rPr>
        <w:t xml:space="preserve">[05:38] </w:t>
      </w:r>
      <w:r>
        <w:t>bhi aap ko bhi right hai.</w:t>
      </w:r>
    </w:p>
    <w:p>
      <w:pPr>
        <w:jc w:val="right"/>
      </w:pPr>
      <w:r>
        <w:t>بھی آپ کو بھی رائٹ ہے۔</w:t>
      </w:r>
    </w:p>
    <w:p>
      <w:r>
        <w:rPr>
          <w:b/>
        </w:rPr>
        <w:t xml:space="preserve">[05:44] </w:t>
      </w:r>
      <w:r>
        <w:t>آپ بھی اپنی freedom کو استعمال کرتے ہوئے اپنا کیس reason کے ساتھ پیش کیجیے۔</w:t>
      </w:r>
    </w:p>
    <w:p>
      <w:pPr>
        <w:jc w:val="right"/>
      </w:pPr>
      <w:r>
        <w:t>آپ بھی اپنی فریڈم کو استعمال کرتے ہوئے اپنا کیس ریزن کے ساتھ پیش کیجیے۔</w:t>
      </w:r>
    </w:p>
    <w:p>
      <w:r>
        <w:rPr>
          <w:b/>
        </w:rPr>
        <w:t xml:space="preserve">[05:49] </w:t>
      </w:r>
      <w:r>
        <w:t>آپ اپنے کیس کو پیش کرنے کے لیے you are so free.</w:t>
      </w:r>
    </w:p>
    <w:p>
      <w:pPr>
        <w:jc w:val="right"/>
      </w:pPr>
      <w:r>
        <w:t>آپ اپنے کیس کو پیش کرنے کے لیے یو آل سو فری۔</w:t>
      </w:r>
    </w:p>
    <w:p>
      <w:r>
        <w:rPr>
          <w:b/>
        </w:rPr>
        <w:t xml:space="preserve">[05:54] </w:t>
      </w:r>
      <w:r>
        <w:t>آپ اپنے آپ کے پاس جو argument ہو، جو reason ہو، جو logic ہو، جو historical facts ہوں،</w:t>
      </w:r>
    </w:p>
    <w:p>
      <w:pPr>
        <w:jc w:val="right"/>
      </w:pPr>
      <w:r>
        <w:t>آپ اپنے آپ کے پاس جو آرگومنٹ ہو، جو ریزن ہو، جو لاجک ہو، جو ہسٹوریکل فیکٹس ہوں،</w:t>
      </w:r>
    </w:p>
    <w:p>
      <w:r>
        <w:rPr>
          <w:b/>
        </w:rPr>
        <w:t xml:space="preserve">[06:00] </w:t>
      </w:r>
      <w:r>
        <w:t>isko pesh kijiye.</w:t>
      </w:r>
    </w:p>
    <w:p>
      <w:pPr>
        <w:jc w:val="right"/>
      </w:pPr>
      <w:r>
        <w:t>اس کو پیش کیجیے۔</w:t>
      </w:r>
    </w:p>
    <w:p>
      <w:r>
        <w:rPr>
          <w:b/>
        </w:rPr>
        <w:t xml:space="preserve">[06:05] </w:t>
      </w:r>
      <w:r>
        <w:t>is ke mind ko address kijiye.</w:t>
      </w:r>
    </w:p>
    <w:p>
      <w:pPr>
        <w:jc w:val="right"/>
      </w:pPr>
      <w:r>
        <w:t>اس کے مائنڈ کو ایڈریس کیجیے۔</w:t>
      </w:r>
    </w:p>
    <w:p>
      <w:r>
        <w:rPr>
          <w:b/>
        </w:rPr>
        <w:t xml:space="preserve">[06:11] </w:t>
      </w:r>
      <w:r>
        <w:t>toh woh apne aap ruk jayega.</w:t>
      </w:r>
    </w:p>
    <w:p>
      <w:pPr>
        <w:jc w:val="right"/>
      </w:pPr>
      <w:r>
        <w:t>تو وہ اپنے آپ رک جائے گا۔</w:t>
      </w:r>
    </w:p>
    <w:p>
      <w:r>
        <w:rPr>
          <w:b/>
        </w:rPr>
        <w:t xml:space="preserve">[06:16] </w:t>
      </w:r>
      <w:r>
        <w:t>You have no right to use violence, but you have every right to express your freedom.</w:t>
      </w:r>
    </w:p>
    <w:p>
      <w:pPr>
        <w:jc w:val="right"/>
      </w:pPr>
      <w:r>
        <w:t>یو ہیو نو رائٹ ٹو یوز وائلنس، بٹ یو ہیو ایوری رائٹ ٹو ایکسپریس یور فریڈم۔</w:t>
      </w:r>
    </w:p>
    <w:p>
      <w:r>
        <w:rPr>
          <w:b/>
        </w:rPr>
        <w:t xml:space="preserve">[06:22] </w:t>
      </w:r>
      <w:r>
        <w:t>yeh hai islam ka stand.</w:t>
      </w:r>
    </w:p>
    <w:p>
      <w:pPr>
        <w:jc w:val="right"/>
      </w:pPr>
      <w:r>
        <w:t>یہ ہے اسلام کا اسٹینڈ۔</w:t>
      </w:r>
    </w:p>
    <w:p>
      <w:r>
        <w:rPr>
          <w:b/>
        </w:rPr>
        <w:t xml:space="preserve">[06:27] </w:t>
      </w:r>
      <w:r>
        <w:t>ab mein aap ko aik aur baat ki taraf le jana chahta hoon.</w:t>
      </w:r>
    </w:p>
    <w:p>
      <w:pPr>
        <w:jc w:val="right"/>
      </w:pPr>
      <w:r>
        <w:t>اب میں آپ کو ایک اور بات کی طرف لے جانا چاہتا ہوں۔</w:t>
      </w:r>
    </w:p>
    <w:p>
      <w:r>
        <w:rPr>
          <w:b/>
        </w:rPr>
        <w:t xml:space="preserve">[06:33] </w:t>
      </w:r>
      <w:r>
        <w:t>woh yeh ke allah ne insaan ko paida kiya is tarah ke is ko azadi de di.</w:t>
      </w:r>
    </w:p>
    <w:p>
      <w:pPr>
        <w:jc w:val="right"/>
      </w:pPr>
      <w:r>
        <w:t>وہ یہ کہ اللہ نے انسان کو پیدا کیا اس طرح کہ اس کو آزادی دے دی۔</w:t>
      </w:r>
    </w:p>
    <w:p>
      <w:r>
        <w:rPr>
          <w:b/>
        </w:rPr>
        <w:t xml:space="preserve">[06:38] </w:t>
      </w:r>
      <w:r>
        <w:t>huwal lazi khalaqakum faminkum kafirun waminkum momin.</w:t>
      </w:r>
    </w:p>
    <w:p>
      <w:pPr>
        <w:jc w:val="right"/>
      </w:pPr>
      <w:r>
        <w:t>ہوا الذی خلقکم فمنکم کافر ومنکم مومن۔</w:t>
      </w:r>
    </w:p>
    <w:p>
      <w:r>
        <w:rPr>
          <w:b/>
        </w:rPr>
        <w:t xml:space="preserve">[06:44] </w:t>
      </w:r>
      <w:r>
        <w:t>یعنی اللہ نے انسان کو پیدا کیے کر کے planet Earth پر سیٹل کر دیا۔</w:t>
      </w:r>
    </w:p>
    <w:p>
      <w:pPr>
        <w:jc w:val="right"/>
      </w:pPr>
      <w:r>
        <w:t>یعنی اللہ نے انسان کو پیدا کیے کر کے پلینٹ ارتھ پر سیٹل کر دیا۔</w:t>
      </w:r>
    </w:p>
    <w:p>
      <w:r>
        <w:rPr>
          <w:b/>
        </w:rPr>
        <w:t xml:space="preserve">[06:49] </w:t>
      </w:r>
      <w:r>
        <w:t>kaha ke tum free ho.</w:t>
      </w:r>
    </w:p>
    <w:p>
      <w:pPr>
        <w:jc w:val="right"/>
      </w:pPr>
      <w:r>
        <w:t>کہا کہ تم فری ہو۔</w:t>
      </w:r>
    </w:p>
    <w:p>
      <w:r>
        <w:rPr>
          <w:b/>
        </w:rPr>
        <w:t xml:space="preserve">[06:55] </w:t>
      </w:r>
      <w:r>
        <w:t>اب کوئی believer بن کر بن گیا ہے، کوئی deny کرنے لگا۔</w:t>
      </w:r>
    </w:p>
    <w:p>
      <w:pPr>
        <w:jc w:val="right"/>
      </w:pPr>
      <w:r>
        <w:t>اب کوئی بیلیور بن کر بن گیا ہے، کوئی ڈینائی کرنے لگا۔</w:t>
      </w:r>
    </w:p>
    <w:p>
      <w:r>
        <w:rPr>
          <w:b/>
        </w:rPr>
        <w:t xml:space="preserve">[07:00] </w:t>
      </w:r>
      <w:r>
        <w:t>koi momin ban gaya hai, koi kafir ban gaya.</w:t>
      </w:r>
    </w:p>
    <w:p>
      <w:pPr>
        <w:jc w:val="right"/>
      </w:pPr>
      <w:r>
        <w:t>کوئی مومن بن گیا ہے، کوئی کافر بن گیا۔</w:t>
      </w:r>
    </w:p>
    <w:p>
      <w:r>
        <w:rPr>
          <w:b/>
        </w:rPr>
        <w:t xml:space="preserve">[07:06] </w:t>
      </w:r>
      <w:r>
        <w:t>to allah ne is ko mauqa diya.</w:t>
      </w:r>
    </w:p>
    <w:p>
      <w:pPr>
        <w:jc w:val="right"/>
      </w:pPr>
      <w:r>
        <w:t>تو اللہ نے اس کو موقع دیا۔</w:t>
      </w:r>
    </w:p>
    <w:p>
      <w:r>
        <w:rPr>
          <w:b/>
        </w:rPr>
        <w:t xml:space="preserve">[07:11] </w:t>
      </w:r>
      <w:r>
        <w:t>theek hai, jo tum chaho karo.</w:t>
      </w:r>
    </w:p>
    <w:p>
      <w:pPr>
        <w:jc w:val="right"/>
      </w:pPr>
      <w:r>
        <w:t>ٹھیک ہے، جو تم چاہو کرو۔</w:t>
      </w:r>
    </w:p>
    <w:p>
      <w:r>
        <w:rPr>
          <w:b/>
        </w:rPr>
        <w:t xml:space="preserve">[07:17] </w:t>
      </w:r>
      <w:r>
        <w:t>sara faisla jo insaan ka hoga, woh doomsday ka hoga.</w:t>
      </w:r>
    </w:p>
    <w:p>
      <w:pPr>
        <w:jc w:val="right"/>
      </w:pPr>
      <w:r>
        <w:t>سارا فیصلہ جو انسان کا ہوگا، وہ ڈوم ڈے کا ہوگا۔</w:t>
      </w:r>
    </w:p>
    <w:p>
      <w:r>
        <w:rPr>
          <w:b/>
        </w:rPr>
        <w:t xml:space="preserve">[07:22] </w:t>
      </w:r>
      <w:r>
        <w:t>yani akhirat mein hoga, dunya mein nahin.</w:t>
      </w:r>
    </w:p>
    <w:p>
      <w:pPr>
        <w:jc w:val="right"/>
      </w:pPr>
      <w:r>
        <w:t>یعنی آخرت میں ہوگا، دنیا میں نہیں۔</w:t>
      </w:r>
    </w:p>
    <w:p>
      <w:r>
        <w:rPr>
          <w:b/>
        </w:rPr>
        <w:t xml:space="preserve">[07:28] </w:t>
      </w:r>
      <w:r>
        <w:t>تو کیا ہوا؟ ہسٹری میں جو بعد کو ڈویلپمنٹ ہوا، تو کیا ہوا؟ ٹرائبل چیف آئے، کنگز آئے، ڈیسپوٹک کنگ۔</w:t>
      </w:r>
    </w:p>
    <w:p>
      <w:pPr>
        <w:jc w:val="right"/>
      </w:pPr>
      <w:r>
        <w:t>تو کیا ہوا؟ ہسٹری میں جو بعد کو ڈویلپمنٹ ہوا، تو کیا ہوا؟ ٹرائبل چیف آئے، کنگز آئے، ڈسپوٹک کنگ۔</w:t>
      </w:r>
    </w:p>
    <w:p>
      <w:r>
        <w:rPr>
          <w:b/>
        </w:rPr>
        <w:t xml:space="preserve">[07:33] </w:t>
      </w:r>
      <w:r>
        <w:t>yahan tak ke kingship ka aik aik aik tradition qaim ho gaya.</w:t>
      </w:r>
    </w:p>
    <w:p>
      <w:pPr>
        <w:jc w:val="right"/>
      </w:pPr>
      <w:r>
        <w:t>یہاں تک کہ کنگ شپ کا ایک ایک ایک ٹریڈیشن قائم ہو گیا۔</w:t>
      </w:r>
    </w:p>
    <w:p>
      <w:r>
        <w:rPr>
          <w:b/>
        </w:rPr>
        <w:t xml:space="preserve">[07:39] </w:t>
      </w:r>
      <w:r>
        <w:t>kingship, kingship, kingship.</w:t>
      </w:r>
    </w:p>
    <w:p>
      <w:pPr>
        <w:jc w:val="right"/>
      </w:pPr>
      <w:r>
        <w:t>کنگ شپ، کنگ شپ، کنگ شپ۔</w:t>
      </w:r>
    </w:p>
    <w:p>
      <w:r>
        <w:rPr>
          <w:b/>
        </w:rPr>
        <w:t xml:space="preserve">[07:44] </w:t>
      </w:r>
      <w:r>
        <w:t>اس میں کیا ہوا کہ development جو ہوا، وہ freedom کے بیس پر نہیں ہوا۔</w:t>
      </w:r>
    </w:p>
    <w:p>
      <w:pPr>
        <w:jc w:val="right"/>
      </w:pPr>
      <w:r>
        <w:t>اس میں کیا ہوا کہ ڈویلپمنٹ جو ہوا، وہ فریڈم کے بیس پر نہیں ہوا۔</w:t>
      </w:r>
    </w:p>
    <w:p>
      <w:r>
        <w:rPr>
          <w:b/>
        </w:rPr>
        <w:t xml:space="preserve">[07:49] </w:t>
      </w:r>
      <w:r>
        <w:t>authority ke base par hua.</w:t>
      </w:r>
    </w:p>
    <w:p>
      <w:pPr>
        <w:jc w:val="right"/>
      </w:pPr>
      <w:r>
        <w:t>اتھارٹی کے بیس پر ہوا۔</w:t>
      </w:r>
    </w:p>
    <w:p>
      <w:r>
        <w:rPr>
          <w:b/>
        </w:rPr>
        <w:t xml:space="preserve">[07:55] </w:t>
      </w:r>
      <w:r>
        <w:t>authority ke base par.</w:t>
      </w:r>
    </w:p>
    <w:p>
      <w:pPr>
        <w:jc w:val="right"/>
      </w:pPr>
      <w:r>
        <w:t>اتھارٹی کے بیس پر۔</w:t>
      </w:r>
    </w:p>
    <w:p>
      <w:r>
        <w:rPr>
          <w:b/>
        </w:rPr>
        <w:t xml:space="preserve">[08:00] </w:t>
      </w:r>
      <w:r>
        <w:t>yani to official legend ban gaya.</w:t>
      </w:r>
    </w:p>
    <w:p>
      <w:pPr>
        <w:jc w:val="right"/>
      </w:pPr>
      <w:r>
        <w:t>یعنی تو افیشل لیجنڈ بن گیا۔</w:t>
      </w:r>
    </w:p>
    <w:p>
      <w:r>
        <w:rPr>
          <w:b/>
        </w:rPr>
        <w:t xml:space="preserve">[08:06] </w:t>
      </w:r>
      <w:r>
        <w:t>authority ke base par jo development hua, to yahan tak hua ke an official legend ban gaya.</w:t>
      </w:r>
    </w:p>
    <w:p>
      <w:pPr>
        <w:jc w:val="right"/>
      </w:pPr>
      <w:r>
        <w:t>اتھارٹی کے بیس پر جو ڈویلپمنٹ ہوا، تو یہاں تک ہوا کہ ایک افیشل لیجنڈ بن گیا۔</w:t>
      </w:r>
    </w:p>
    <w:p>
      <w:r>
        <w:rPr>
          <w:b/>
        </w:rPr>
        <w:t xml:space="preserve">[08:11] </w:t>
      </w:r>
      <w:r>
        <w:t>is official legend se hatna aik crime ban gaya.</w:t>
      </w:r>
    </w:p>
    <w:p>
      <w:pPr>
        <w:jc w:val="right"/>
      </w:pPr>
      <w:r>
        <w:t>اس افیشل لیجنڈ سے ہٹنا ایک کرائم بن گیا۔</w:t>
      </w:r>
    </w:p>
    <w:p>
      <w:r>
        <w:rPr>
          <w:b/>
        </w:rPr>
        <w:t xml:space="preserve">[08:17] </w:t>
      </w:r>
      <w:r>
        <w:t>this led to religious persecution.</w:t>
      </w:r>
    </w:p>
    <w:p>
      <w:pPr>
        <w:jc w:val="right"/>
      </w:pPr>
      <w:r>
        <w:t>دس لیڈ ٹو ریلیجس پرسیکیوشن۔</w:t>
      </w:r>
    </w:p>
    <w:p>
      <w:r>
        <w:rPr>
          <w:b/>
        </w:rPr>
        <w:t xml:space="preserve">[08:22] </w:t>
      </w:r>
      <w:r>
        <w:t>to khuda ko yeh pasand nahin tha.</w:t>
      </w:r>
    </w:p>
    <w:p>
      <w:pPr>
        <w:jc w:val="right"/>
      </w:pPr>
      <w:r>
        <w:t>تو خدا کو یہ پسند نہیں تھا۔</w:t>
      </w:r>
    </w:p>
    <w:p>
      <w:r>
        <w:rPr>
          <w:b/>
        </w:rPr>
        <w:t xml:space="preserve">[08:28] </w:t>
      </w:r>
      <w:r>
        <w:t>to khuda ne insaan ki azadi ko baqi rakhte hue history ko manage kiya.</w:t>
      </w:r>
    </w:p>
    <w:p>
      <w:pPr>
        <w:jc w:val="right"/>
      </w:pPr>
      <w:r>
        <w:t>تو خدا نے انسان کی آزادی کو باقی رکھتے ہوئے ہسٹری کو مینج کیا۔</w:t>
      </w:r>
    </w:p>
    <w:p>
      <w:r>
        <w:rPr>
          <w:b/>
        </w:rPr>
        <w:t xml:space="preserve">[08:33] </w:t>
      </w:r>
      <w:r>
        <w:t>yani material world mein khuda control apna qaim kiye hue hai.</w:t>
      </w:r>
    </w:p>
    <w:p>
      <w:pPr>
        <w:jc w:val="right"/>
      </w:pPr>
      <w:r>
        <w:t>یعنی مٹیریل ورلڈ میں خدا کنٹرول اپنا قائم کیے ہوئے ہے۔</w:t>
      </w:r>
    </w:p>
    <w:p>
      <w:r>
        <w:rPr>
          <w:b/>
        </w:rPr>
        <w:t xml:space="preserve">[08:39] </w:t>
      </w:r>
      <w:r>
        <w:t>lekin insaan ki dunya mein khuda manage kar raha hai, manage karta hai.</w:t>
      </w:r>
    </w:p>
    <w:p>
      <w:pPr>
        <w:jc w:val="right"/>
      </w:pPr>
      <w:r>
        <w:t>لیکن انسان کی دنیا میں خدا مینج کر رہا ہے، مینج کرتا ہے۔</w:t>
      </w:r>
    </w:p>
    <w:p>
      <w:r>
        <w:rPr>
          <w:b/>
        </w:rPr>
        <w:t xml:space="preserve">[08:44] </w:t>
      </w:r>
      <w:r>
        <w:t>yani cause and effect bhi rehte hain baqi.</w:t>
      </w:r>
    </w:p>
    <w:p>
      <w:pPr>
        <w:jc w:val="right"/>
      </w:pPr>
      <w:r>
        <w:t>یعنی کاز اینڈ ایفیکٹ بھی رہتے ہیں باقی۔</w:t>
      </w:r>
    </w:p>
    <w:p>
      <w:r>
        <w:rPr>
          <w:b/>
        </w:rPr>
        <w:t xml:space="preserve">[08:50] </w:t>
      </w:r>
      <w:r>
        <w:t>insaan ki freedom bhi rehti hai baqi.</w:t>
      </w:r>
    </w:p>
    <w:p>
      <w:pPr>
        <w:jc w:val="right"/>
      </w:pPr>
      <w:r>
        <w:t>انسان کی فریڈم بھی رہتی ہے باقی۔</w:t>
      </w:r>
    </w:p>
    <w:p>
      <w:r>
        <w:rPr>
          <w:b/>
        </w:rPr>
        <w:t xml:space="preserve">[08:55] </w:t>
      </w:r>
      <w:r>
        <w:t>sab kuch ko baqi rakhte hue khuda history ko manage karta hai, manage karta hai.</w:t>
      </w:r>
    </w:p>
    <w:p>
      <w:pPr>
        <w:jc w:val="right"/>
      </w:pPr>
      <w:r>
        <w:t>سب کچھ کو باقی رکھتے ہوئے خدا ہسٹری کو مینج کرتا ہے، مینج کرتا ہے۔</w:t>
      </w:r>
    </w:p>
    <w:p>
      <w:r>
        <w:rPr>
          <w:b/>
        </w:rPr>
        <w:t xml:space="preserve">[09:01] </w:t>
      </w:r>
      <w:r>
        <w:t>to yeh management jo khuda ka tha history mein, is ko kai hazar saal lag gaye.</w:t>
      </w:r>
    </w:p>
    <w:p>
      <w:pPr>
        <w:jc w:val="right"/>
      </w:pPr>
      <w:r>
        <w:t>تو یہ مینجمنٹ جو خدا کا تھا ہسٹری میں، اس کو کئی ہزار سال لگ گئے۔</w:t>
      </w:r>
    </w:p>
    <w:p>
      <w:r>
        <w:rPr>
          <w:b/>
        </w:rPr>
        <w:t xml:space="preserve">[09:06] </w:t>
      </w:r>
      <w:r>
        <w:t>yahan tak ke modern age jo hai, woh is ka culmination hai.</w:t>
      </w:r>
    </w:p>
    <w:p>
      <w:pPr>
        <w:jc w:val="right"/>
      </w:pPr>
      <w:r>
        <w:t>یہاں تک کہ ماڈرن ایج جو ہے، وہ اس کا کلمنیشن ہے۔</w:t>
      </w:r>
    </w:p>
    <w:p>
      <w:r>
        <w:rPr>
          <w:b/>
        </w:rPr>
        <w:t xml:space="preserve">[09:12] </w:t>
      </w:r>
      <w:r>
        <w:t>modern age is ka culmination hai.</w:t>
      </w:r>
    </w:p>
    <w:p>
      <w:pPr>
        <w:jc w:val="right"/>
      </w:pPr>
      <w:r>
        <w:t>ماڈرن ایج اس کا کلمنیشن ہے۔</w:t>
      </w:r>
    </w:p>
    <w:p>
      <w:r>
        <w:rPr>
          <w:b/>
        </w:rPr>
        <w:t xml:space="preserve">[09:17] </w:t>
      </w:r>
      <w:r>
        <w:t>yani age of democracy, modern civilization, yeh is process ka culmination hai.</w:t>
      </w:r>
    </w:p>
    <w:p>
      <w:pPr>
        <w:jc w:val="right"/>
      </w:pPr>
      <w:r>
        <w:t>یعنی ایج آف ڈیموکریسی، ماڈرن سویلائزیشن، یہ اس پروسیس کا کلمنیشن ہے۔</w:t>
      </w:r>
    </w:p>
    <w:p>
      <w:r>
        <w:rPr>
          <w:b/>
        </w:rPr>
        <w:t xml:space="preserve">[09:23] </w:t>
      </w:r>
      <w:r>
        <w:t>kyun? ab woh woh zamana khatam ho gaya.</w:t>
      </w:r>
    </w:p>
    <w:p>
      <w:pPr>
        <w:jc w:val="right"/>
      </w:pPr>
      <w:r>
        <w:t>کیوں؟ اب وہ وہ زمانہ ختم ہو گیا۔</w:t>
      </w:r>
    </w:p>
    <w:p>
      <w:r>
        <w:rPr>
          <w:b/>
        </w:rPr>
        <w:t xml:space="preserve">[09:28] </w:t>
      </w:r>
      <w:r>
        <w:t>yani official version of truth ka zamana hi khatam ho gaya.</w:t>
      </w:r>
    </w:p>
    <w:p>
      <w:pPr>
        <w:jc w:val="right"/>
      </w:pPr>
      <w:r>
        <w:t>یعنی افیشل ورژن آف ٹروتھ کا زمانہ ہی ختم ہو گیا۔</w:t>
      </w:r>
    </w:p>
    <w:p>
      <w:r>
        <w:rPr>
          <w:b/>
        </w:rPr>
        <w:t xml:space="preserve">[09:33] </w:t>
      </w:r>
      <w:r>
        <w:t>ab har aadmi ko azadi hai.</w:t>
      </w:r>
    </w:p>
    <w:p>
      <w:pPr>
        <w:jc w:val="right"/>
      </w:pPr>
      <w:r>
        <w:t>اب ہر آدمی کو آزادی ہے۔</w:t>
      </w:r>
    </w:p>
    <w:p>
      <w:r>
        <w:rPr>
          <w:b/>
        </w:rPr>
        <w:t xml:space="preserve">[09:39] </w:t>
      </w:r>
      <w:r>
        <w:t>kyun ke ab kingship nahi hai, ab democracy hai.</w:t>
      </w:r>
    </w:p>
    <w:p>
      <w:pPr>
        <w:jc w:val="right"/>
      </w:pPr>
      <w:r>
        <w:t>کیونکہ اب کنگ شپ نہیں ہے، اب ڈیموکریسی ہے۔</w:t>
      </w:r>
    </w:p>
    <w:p>
      <w:r>
        <w:rPr>
          <w:b/>
        </w:rPr>
        <w:t xml:space="preserve">[09:44] </w:t>
      </w:r>
      <w:r>
        <w:t>to dekhiye, yeh aik bohat bara change hai jo history mein aya hai.</w:t>
      </w:r>
    </w:p>
    <w:p>
      <w:pPr>
        <w:jc w:val="right"/>
      </w:pPr>
      <w:r>
        <w:t>تو دیکھیے، یہ ایک بہت بڑا چینج ہے جو ہسٹری میں آیا ہے۔</w:t>
      </w:r>
    </w:p>
    <w:p>
      <w:r>
        <w:rPr>
          <w:b/>
        </w:rPr>
        <w:t xml:space="preserve">[09:50] </w:t>
      </w:r>
      <w:r>
        <w:t>bohat bara change.</w:t>
      </w:r>
    </w:p>
    <w:p>
      <w:pPr>
        <w:jc w:val="right"/>
      </w:pPr>
      <w:r>
        <w:t>بہت بڑا چینج۔</w:t>
      </w:r>
    </w:p>
    <w:p>
      <w:r>
        <w:rPr>
          <w:b/>
        </w:rPr>
        <w:t xml:space="preserve">[09:55] </w:t>
      </w:r>
      <w:r>
        <w:t>bohat hi bara change.</w:t>
      </w:r>
    </w:p>
    <w:p>
      <w:pPr>
        <w:jc w:val="right"/>
      </w:pPr>
      <w:r>
        <w:t>بہت ہی بڑا چینج۔</w:t>
      </w:r>
    </w:p>
    <w:p>
      <w:r>
        <w:rPr>
          <w:b/>
        </w:rPr>
        <w:t xml:space="preserve">[10:01] </w:t>
      </w:r>
      <w:r>
        <w:t>yani equation badal gaya.</w:t>
      </w:r>
    </w:p>
    <w:p>
      <w:pPr>
        <w:jc w:val="right"/>
      </w:pPr>
      <w:r>
        <w:t>یعنی ایکویشن بدل گیا۔</w:t>
      </w:r>
    </w:p>
    <w:p>
      <w:r>
        <w:rPr>
          <w:b/>
        </w:rPr>
        <w:t xml:space="preserve">[10:06] </w:t>
      </w:r>
      <w:r>
        <w:t>پہلے جو ایکویشن تھا، وہ کیا تھا؟ That was based on authoritative concept of سچائی, of truth.</w:t>
      </w:r>
    </w:p>
    <w:p>
      <w:pPr>
        <w:jc w:val="right"/>
      </w:pPr>
      <w:r>
        <w:t>پہلے جو ایکویشن تھا، وہ کیا تھا؟ دیٹ واز بیسڈ آن اتھارٹیٹیو کانسیپٹ آف سچائی، آف ٹروتھ۔</w:t>
      </w:r>
    </w:p>
    <w:p>
      <w:r>
        <w:rPr>
          <w:b/>
        </w:rPr>
        <w:t xml:space="preserve">[10:12] </w:t>
      </w:r>
      <w:r>
        <w:t>authoritative version of truth. yeh tha.</w:t>
      </w:r>
    </w:p>
    <w:p>
      <w:pPr>
        <w:jc w:val="right"/>
      </w:pPr>
      <w:r>
        <w:t>اتھارٹیٹیو ورژن آف ٹروتھ۔ یہ تھا۔</w:t>
      </w:r>
    </w:p>
    <w:p>
      <w:r>
        <w:rPr>
          <w:b/>
        </w:rPr>
        <w:t xml:space="preserve">[10:17] </w:t>
      </w:r>
      <w:r>
        <w:t>ab woh khatam ho gaya.</w:t>
      </w:r>
    </w:p>
    <w:p>
      <w:pPr>
        <w:jc w:val="right"/>
      </w:pPr>
      <w:r>
        <w:t>اب وہ ختم ہو گیا۔</w:t>
      </w:r>
    </w:p>
    <w:p>
      <w:r>
        <w:rPr>
          <w:b/>
        </w:rPr>
        <w:t xml:space="preserve">[10:23] </w:t>
      </w:r>
      <w:r>
        <w:t>ab kisi ko koi authoritative position hasil nahi hai.</w:t>
      </w:r>
    </w:p>
    <w:p>
      <w:pPr>
        <w:jc w:val="right"/>
      </w:pPr>
      <w:r>
        <w:t>اب کسی کو کوئی اتھارٹیٹیو پوزیشن حاصل نہیں ہے۔</w:t>
      </w:r>
    </w:p>
    <w:p>
      <w:r>
        <w:rPr>
          <w:b/>
        </w:rPr>
        <w:t xml:space="preserve">[10:28] </w:t>
      </w:r>
      <w:r>
        <w:t>har aadmi azad hai.</w:t>
      </w:r>
    </w:p>
    <w:p>
      <w:pPr>
        <w:jc w:val="right"/>
      </w:pPr>
      <w:r>
        <w:t>ہر آدمی آزاد ہے۔</w:t>
      </w:r>
    </w:p>
    <w:p>
      <w:r>
        <w:rPr>
          <w:b/>
        </w:rPr>
        <w:t xml:space="preserve">[10:34] </w:t>
      </w:r>
      <w:r>
        <w:t>yeh khud yeh khud cater ki taraf se azadi mili hui hai.</w:t>
      </w:r>
    </w:p>
    <w:p>
      <w:pPr>
        <w:jc w:val="right"/>
      </w:pPr>
      <w:r>
        <w:t>یہ خود یہ خود کیٹر کی طرف سے آزادی ملی ہوئی ہے۔</w:t>
      </w:r>
    </w:p>
    <w:p>
      <w:r>
        <w:rPr>
          <w:b/>
        </w:rPr>
        <w:t xml:space="preserve">[10:39] </w:t>
      </w:r>
      <w:r>
        <w:t>koi bhi is ko na koi khalifa is ko abalish kar sakta, na koi secular ruler kar sakta</w:t>
      </w:r>
    </w:p>
    <w:p>
      <w:pPr>
        <w:jc w:val="right"/>
      </w:pPr>
      <w:r>
        <w:t>کوئی بھی اس کو نہ کوئی خلیفہ اس کو ابالش کر سکتا، نہ کوئی سیکولر رولر کر سکتا</w:t>
      </w:r>
    </w:p>
    <w:p>
      <w:r>
        <w:rPr>
          <w:b/>
        </w:rPr>
        <w:t xml:space="preserve">[10:45] </w:t>
      </w:r>
      <w:r>
        <w:t>hai abalish, na koi muslim ruler.</w:t>
      </w:r>
    </w:p>
    <w:p>
      <w:pPr>
        <w:jc w:val="right"/>
      </w:pPr>
      <w:r>
        <w:t>ہے ابالش، نہ کوئی مسلم رولر۔</w:t>
      </w:r>
    </w:p>
    <w:p>
      <w:r>
        <w:rPr>
          <w:b/>
        </w:rPr>
        <w:t xml:space="preserve">[10:50] </w:t>
      </w:r>
      <w:r>
        <w:t>har aadmi ko azadi mili hui hai.</w:t>
      </w:r>
    </w:p>
    <w:p>
      <w:pPr>
        <w:jc w:val="right"/>
      </w:pPr>
      <w:r>
        <w:t>ہر آدمی کو آزادی ملی ہوئی ہے۔</w:t>
      </w:r>
    </w:p>
    <w:p>
      <w:r>
        <w:rPr>
          <w:b/>
        </w:rPr>
        <w:t xml:space="preserve">[10:56] </w:t>
      </w:r>
      <w:r>
        <w:t>lekin Allah ko chahiye tha ke Allah ka jo jo target tha, woh yeh hai ke dunya mein</w:t>
      </w:r>
    </w:p>
    <w:p>
      <w:pPr>
        <w:jc w:val="right"/>
      </w:pPr>
      <w:r>
        <w:t>لیکن اللہ کو چاہیے تھا کہ اللہ کا جو جو ٹارگٹ تھا، وہ یہ ہے کہ دنیا میں</w:t>
      </w:r>
    </w:p>
    <w:p>
      <w:r>
        <w:rPr>
          <w:b/>
        </w:rPr>
        <w:t xml:space="preserve">[11:01] </w:t>
      </w:r>
      <w:r>
        <w:t>aisa system aye jo pro truth ho, pro Islam ho, pro divine religion ho.</w:t>
      </w:r>
    </w:p>
    <w:p>
      <w:pPr>
        <w:jc w:val="right"/>
      </w:pPr>
      <w:r>
        <w:t>ایسا سسٹم آئے جو پرو ٹروتھ ہو، پرو اسلام ہو، پرو ڈیوائن ریلیجن ہو۔</w:t>
      </w:r>
    </w:p>
    <w:p>
      <w:r>
        <w:rPr>
          <w:b/>
        </w:rPr>
        <w:t xml:space="preserve">[11:07] </w:t>
      </w:r>
      <w:r>
        <w:t>aisa process aye.</w:t>
      </w:r>
    </w:p>
    <w:p>
      <w:pPr>
        <w:jc w:val="right"/>
      </w:pPr>
      <w:r>
        <w:t>ایسا پروسیس آئے۔</w:t>
      </w:r>
    </w:p>
    <w:p>
      <w:r>
        <w:rPr>
          <w:b/>
        </w:rPr>
        <w:t xml:space="preserve">[11:12] </w:t>
      </w:r>
      <w:r>
        <w:t>process ke baad aisa dunya mein bane.</w:t>
      </w:r>
    </w:p>
    <w:p>
      <w:pPr>
        <w:jc w:val="right"/>
      </w:pPr>
      <w:r>
        <w:t>پراسیس کے بعد ایسا دنیا میں بنے۔</w:t>
      </w:r>
    </w:p>
    <w:p>
      <w:r>
        <w:rPr>
          <w:b/>
        </w:rPr>
        <w:t xml:space="preserve">[11:18] </w:t>
      </w:r>
      <w:r>
        <w:t>to mein samajhta hoon ke maujooda zamane mein woh poori tarah aa chuka hai.</w:t>
      </w:r>
    </w:p>
    <w:p>
      <w:pPr>
        <w:jc w:val="right"/>
      </w:pPr>
      <w:r>
        <w:t>تو میں سمجھتا ہوں کہ موجودہ زمانے میں وہ پوری طرح آ چکا ہے۔</w:t>
      </w:r>
    </w:p>
    <w:p>
      <w:r>
        <w:rPr>
          <w:b/>
        </w:rPr>
        <w:t xml:space="preserve">[11:23] </w:t>
      </w:r>
      <w:r>
        <w:t>yani democracy ka zamana hai, civilization ka zamana hai, united nations ka zamana hai.</w:t>
      </w:r>
    </w:p>
    <w:p>
      <w:pPr>
        <w:jc w:val="right"/>
      </w:pPr>
      <w:r>
        <w:t>یعنی ڈیموکریسی کا زمانہ ہے، سویلائزیشن کا زمانہ ہے، یونائٹڈ نیشنز کا زمانہ ہے۔</w:t>
      </w:r>
    </w:p>
    <w:p>
      <w:r>
        <w:rPr>
          <w:b/>
        </w:rPr>
        <w:t xml:space="preserve">[11:28] </w:t>
      </w:r>
      <w:r>
        <w:t>is mein woh poori tarah aa chuka hai.</w:t>
      </w:r>
    </w:p>
    <w:p>
      <w:pPr>
        <w:jc w:val="right"/>
      </w:pPr>
      <w:r>
        <w:t>اس میں وہ پوری طرح آ چکا ہے۔</w:t>
      </w:r>
    </w:p>
    <w:p>
      <w:r>
        <w:rPr>
          <w:b/>
        </w:rPr>
        <w:t xml:space="preserve">[11:34] </w:t>
      </w:r>
      <w:r>
        <w:t>اب ہمیں کیا ہے؟ ہمیں اس کو اس spirit کو ڈسکور کرنا ہے۔</w:t>
      </w:r>
    </w:p>
    <w:p>
      <w:pPr>
        <w:jc w:val="right"/>
      </w:pPr>
      <w:r>
        <w:t>اب ہمیں کیا ہے؟ ہمیں اس کو اس اسپرٹ کو ڈسکور کرنا ہے۔</w:t>
      </w:r>
    </w:p>
    <w:p>
      <w:r>
        <w:rPr>
          <w:b/>
        </w:rPr>
        <w:t xml:space="preserve">[11:39] </w:t>
      </w:r>
      <w:r>
        <w:t>is is is change ko discover karna hai.</w:t>
      </w:r>
    </w:p>
    <w:p>
      <w:pPr>
        <w:jc w:val="right"/>
      </w:pPr>
      <w:r>
        <w:t>اس اس اس چینج کو ڈسکور کرنا ہے۔</w:t>
      </w:r>
    </w:p>
    <w:p>
      <w:r>
        <w:rPr>
          <w:b/>
        </w:rPr>
        <w:t xml:space="preserve">[11:45] </w:t>
      </w:r>
      <w:r>
        <w:t>aik hadith hai ke wail al-aqil yakun basiran bi zamani.</w:t>
      </w:r>
    </w:p>
    <w:p>
      <w:pPr>
        <w:jc w:val="right"/>
      </w:pPr>
      <w:r>
        <w:t>ایک حدیث ہے کہ وائل العاقل یکون بصیرا بے زمانی۔</w:t>
      </w:r>
    </w:p>
    <w:p>
      <w:r>
        <w:rPr>
          <w:b/>
        </w:rPr>
        <w:t xml:space="preserve">[11:50] </w:t>
      </w:r>
      <w:r>
        <w:t>yani wise one is one who is aware of of his contemporary situation.</w:t>
      </w:r>
    </w:p>
    <w:p>
      <w:pPr>
        <w:jc w:val="right"/>
      </w:pPr>
      <w:r>
        <w:t>یعنی وائز ون از ون ہو از اویئر آف آف ہز کنٹمپریری سچویشن۔</w:t>
      </w:r>
    </w:p>
    <w:p>
      <w:r>
        <w:rPr>
          <w:b/>
        </w:rPr>
        <w:t xml:space="preserve">[11:56] </w:t>
      </w:r>
      <w:r>
        <w:t>apne zamani ke halaat ko janiye.</w:t>
      </w:r>
    </w:p>
    <w:p>
      <w:pPr>
        <w:jc w:val="right"/>
      </w:pPr>
      <w:r>
        <w:t>اپنے زبانی کے حالات کو جانے۔</w:t>
      </w:r>
    </w:p>
    <w:p>
      <w:r>
        <w:rPr>
          <w:b/>
        </w:rPr>
        <w:t xml:space="preserve">[12:01] </w:t>
      </w:r>
      <w:r>
        <w:t>کیوں؟ تب وہ کر سکتا ہے right planning.</w:t>
      </w:r>
    </w:p>
    <w:p>
      <w:pPr>
        <w:jc w:val="right"/>
      </w:pPr>
      <w:r>
        <w:t>کیوں؟ تب وہ کر سکتا ہے رائٹ پلاننگ۔</w:t>
      </w:r>
    </w:p>
    <w:p>
      <w:r>
        <w:rPr>
          <w:b/>
        </w:rPr>
        <w:t xml:space="preserve">[12:07] </w:t>
      </w:r>
      <w:r>
        <w:t>اگر آپ جانتے ہیں آپ کے کس زمانے میں آپ ہیں، تو آپ right planning کریں گے۔</w:t>
      </w:r>
    </w:p>
    <w:p>
      <w:pPr>
        <w:jc w:val="right"/>
      </w:pPr>
      <w:r>
        <w:t>اگر آپ جانتے ہیں آپ کے کس زمانے میں آپ ہیں، تو آپ رائٹ پلاننگ کریں گے۔</w:t>
      </w:r>
    </w:p>
    <w:p>
      <w:r>
        <w:rPr>
          <w:b/>
        </w:rPr>
        <w:t xml:space="preserve">[12:12] </w:t>
      </w:r>
      <w:r>
        <w:t>جیسے آپ جانے کہ آج ابھی دنیا میں empire کا زمانہ ہے، kingship کا زمانہ ہے، تو</w:t>
      </w:r>
    </w:p>
    <w:p>
      <w:pPr>
        <w:jc w:val="right"/>
      </w:pPr>
      <w:r>
        <w:t>جیسے آپ جانے کہ آج ابھی دنیا میں ایمپائر کا زمانہ ہے، کنگ شپ کا زمانہ ہے، تو</w:t>
      </w:r>
    </w:p>
    <w:p>
      <w:r>
        <w:rPr>
          <w:b/>
        </w:rPr>
        <w:t xml:space="preserve">[12:18] </w:t>
      </w:r>
      <w:r>
        <w:t>aap right plan nahi kar sakte.</w:t>
      </w:r>
    </w:p>
    <w:p>
      <w:pPr>
        <w:jc w:val="right"/>
      </w:pPr>
      <w:r>
        <w:t>آپ رائٹ پلان نہیں کر سکتے۔</w:t>
      </w:r>
    </w:p>
    <w:p>
      <w:r>
        <w:rPr>
          <w:b/>
        </w:rPr>
        <w:t xml:space="preserve">[12:23] </w:t>
      </w:r>
      <w:r>
        <w:t>اگر آپ جانے کہ آپ یہ democracy کا زمانہ ہے، تو آپ right planning کریں گے۔</w:t>
      </w:r>
    </w:p>
    <w:p>
      <w:pPr>
        <w:jc w:val="right"/>
      </w:pPr>
      <w:r>
        <w:t>اگر آپ جانے کہ آپ یہ ڈیموکریسی کا زمانہ ہے، تو آپ رائٹ پلاننگ کریں گے۔</w:t>
      </w:r>
    </w:p>
    <w:p>
      <w:r>
        <w:rPr>
          <w:b/>
        </w:rPr>
        <w:t xml:space="preserve">[12:29] </w:t>
      </w:r>
      <w:r>
        <w:t>اس لیے کہا گیا حدیث میں کہ انسان کو چاہیے کہ وہ اپنے زمانے کو جانے، اپنے contemporary</w:t>
      </w:r>
    </w:p>
    <w:p>
      <w:pPr>
        <w:jc w:val="right"/>
      </w:pPr>
      <w:r>
        <w:t>اس لیے کہا گیا حدیث میں کہ انسان کو چاہیے کہ وہ اپنے زمانے کو جانے، اپنے کنٹمپریری</w:t>
      </w:r>
    </w:p>
    <w:p>
      <w:r>
        <w:rPr>
          <w:b/>
        </w:rPr>
        <w:t xml:space="preserve">[12:34] </w:t>
      </w:r>
      <w:r>
        <w:t>سچویشن کو جانے، تاکہ وہ right planning کر سکے۔</w:t>
      </w:r>
    </w:p>
    <w:p>
      <w:pPr>
        <w:jc w:val="right"/>
      </w:pPr>
      <w:r>
        <w:t>سچویشن کو جانے، تاکہ وہ رائٹ پلاننگ کر سکے۔</w:t>
      </w:r>
    </w:p>
    <w:p>
      <w:r>
        <w:rPr>
          <w:b/>
        </w:rPr>
        <w:t xml:space="preserve">[12:40] </w:t>
      </w:r>
      <w:r>
        <w:t>yeh bohat hi zaroori hai.</w:t>
      </w:r>
    </w:p>
    <w:p>
      <w:pPr>
        <w:jc w:val="right"/>
      </w:pPr>
      <w:r>
        <w:t>یہ بہت ہی ضروری ہے۔</w:t>
      </w:r>
    </w:p>
    <w:p>
      <w:r>
        <w:rPr>
          <w:b/>
        </w:rPr>
        <w:t xml:space="preserve">[12:45] </w:t>
      </w:r>
      <w:r>
        <w:t>yeh janna aap ko khud karna parega.</w:t>
      </w:r>
    </w:p>
    <w:p>
      <w:pPr>
        <w:jc w:val="right"/>
      </w:pPr>
      <w:r>
        <w:t>یہ جاننا آپ کو خود کرنا پڑے گا۔</w:t>
      </w:r>
    </w:p>
    <w:p>
      <w:r>
        <w:rPr>
          <w:b/>
        </w:rPr>
        <w:t xml:space="preserve">[12:51] </w:t>
      </w:r>
      <w:r>
        <w:t>aap ko discover karna parega.</w:t>
      </w:r>
    </w:p>
    <w:p>
      <w:pPr>
        <w:jc w:val="right"/>
      </w:pPr>
      <w:r>
        <w:t>آپ کو ڈسکور کرنا پڑے گا۔</w:t>
      </w:r>
    </w:p>
    <w:p>
      <w:r>
        <w:rPr>
          <w:b/>
        </w:rPr>
        <w:t xml:space="preserve">[12:56] </w:t>
      </w:r>
      <w:r>
        <w:t>aap ko study karna parega.</w:t>
      </w:r>
    </w:p>
    <w:p>
      <w:pPr>
        <w:jc w:val="right"/>
      </w:pPr>
      <w:r>
        <w:t>آپ کو اسٹڈی کرنا پڑے گا۔</w:t>
      </w:r>
    </w:p>
    <w:p>
      <w:r>
        <w:rPr>
          <w:b/>
        </w:rPr>
        <w:t xml:space="preserve">[13:02] </w:t>
      </w:r>
      <w:r>
        <w:t>koi ooper se awaz nahi aayegi.</w:t>
      </w:r>
    </w:p>
    <w:p>
      <w:pPr>
        <w:jc w:val="right"/>
      </w:pPr>
      <w:r>
        <w:t>کوئی اوپر سے آواز نہیں آئے گی۔</w:t>
      </w:r>
    </w:p>
    <w:p>
      <w:r>
        <w:rPr>
          <w:b/>
        </w:rPr>
        <w:t xml:space="preserve">[13:07] </w:t>
      </w:r>
      <w:r>
        <w:t>aap ko khud discover karna parega.</w:t>
      </w:r>
    </w:p>
    <w:p>
      <w:pPr>
        <w:jc w:val="right"/>
      </w:pPr>
      <w:r>
        <w:t>آپ کو خود ڈسکور کرنا پڑے گا۔</w:t>
      </w:r>
    </w:p>
    <w:p>
      <w:r>
        <w:rPr>
          <w:b/>
        </w:rPr>
        <w:t xml:space="preserve">[13:12] </w:t>
      </w:r>
      <w:r>
        <w:t>tab aap janenge.</w:t>
      </w:r>
    </w:p>
    <w:p>
      <w:pPr>
        <w:jc w:val="right"/>
      </w:pPr>
      <w:r>
        <w:t>تب آپ جانیں گے۔</w:t>
      </w:r>
    </w:p>
    <w:p>
      <w:r>
        <w:rPr>
          <w:b/>
        </w:rPr>
        <w:t xml:space="preserve">[13:18] </w:t>
      </w:r>
      <w:r>
        <w:t>toh maine is cheez ka bohat study ki hai.</w:t>
      </w:r>
    </w:p>
    <w:p>
      <w:pPr>
        <w:jc w:val="right"/>
      </w:pPr>
      <w:r>
        <w:t>تو میں نے اس چیز کا بہت اسٹڈی کی ہے۔</w:t>
      </w:r>
    </w:p>
    <w:p>
      <w:r>
        <w:rPr>
          <w:b/>
        </w:rPr>
        <w:t xml:space="preserve">[13:23] </w:t>
      </w:r>
      <w:r>
        <w:t>zindagi bhar study ki hai.</w:t>
      </w:r>
    </w:p>
    <w:p>
      <w:pPr>
        <w:jc w:val="right"/>
      </w:pPr>
      <w:r>
        <w:t>زندگی بھر اسٹڈی کی ہے۔</w:t>
      </w:r>
    </w:p>
    <w:p>
      <w:r>
        <w:rPr>
          <w:b/>
        </w:rPr>
        <w:t xml:space="preserve">[13:29] </w:t>
      </w:r>
      <w:r>
        <w:t>mera manna yeh hai ke yeh zamana jo hai, poora ka poora pro islam zamana hai.</w:t>
      </w:r>
    </w:p>
    <w:p>
      <w:pPr>
        <w:jc w:val="right"/>
      </w:pPr>
      <w:r>
        <w:t>میرا ماننا یہ ہے کہ یہ زمانہ جو ہے، پورا کا پورا پرو اسلام زمانہ ہے۔</w:t>
      </w:r>
    </w:p>
    <w:p>
      <w:r>
        <w:rPr>
          <w:b/>
        </w:rPr>
        <w:t xml:space="preserve">[13:34] </w:t>
      </w:r>
      <w:r>
        <w:t>koi enemy nahi hamara.</w:t>
      </w:r>
    </w:p>
    <w:p>
      <w:pPr>
        <w:jc w:val="right"/>
      </w:pPr>
      <w:r>
        <w:t>کوئی اینمی نہیں ہمارا۔</w:t>
      </w:r>
    </w:p>
    <w:p>
      <w:r>
        <w:rPr>
          <w:b/>
        </w:rPr>
        <w:t xml:space="preserve">[13:40] </w:t>
      </w:r>
      <w:r>
        <w:t>koi hamara rival nahi.</w:t>
      </w:r>
    </w:p>
    <w:p>
      <w:pPr>
        <w:jc w:val="right"/>
      </w:pPr>
      <w:r>
        <w:t>کوئی ہمارا رائیول نہیں۔</w:t>
      </w:r>
    </w:p>
    <w:p>
      <w:r>
        <w:rPr>
          <w:b/>
        </w:rPr>
        <w:t xml:space="preserve">[13:45] </w:t>
      </w:r>
      <w:r>
        <w:t>saare jo doors of opportunities hain, woh hamare liye khul chuke hain.</w:t>
      </w:r>
    </w:p>
    <w:p>
      <w:pPr>
        <w:jc w:val="right"/>
      </w:pPr>
      <w:r>
        <w:t>سارے جو ڈورز آف اپرچونیٹیز ہیں، وہ ہمارے لیے کھل چکے ہیں۔</w:t>
      </w:r>
    </w:p>
    <w:p>
      <w:r>
        <w:rPr>
          <w:b/>
        </w:rPr>
        <w:t xml:space="preserve">[13:51] </w:t>
      </w:r>
      <w:r>
        <w:t>ab koi zaroorat nahi ladai karne ki hai.</w:t>
      </w:r>
    </w:p>
    <w:p>
      <w:pPr>
        <w:jc w:val="right"/>
      </w:pPr>
      <w:r>
        <w:t>اب کوئی ضرورت نہیں لڑائی کرنے کی ہے۔</w:t>
      </w:r>
    </w:p>
    <w:p>
      <w:r>
        <w:rPr>
          <w:b/>
        </w:rPr>
        <w:t xml:space="preserve">[13:56] </w:t>
      </w:r>
      <w:r>
        <w:t>na hamein kisi se hate karna hai.</w:t>
      </w:r>
    </w:p>
    <w:p>
      <w:pPr>
        <w:jc w:val="right"/>
      </w:pPr>
      <w:r>
        <w:t>نہ ہمیں کسی سے ہیٹ کرنا ہے۔</w:t>
      </w:r>
    </w:p>
    <w:p>
      <w:r>
        <w:rPr>
          <w:b/>
        </w:rPr>
        <w:t xml:space="preserve">[14:02] </w:t>
      </w:r>
      <w:r>
        <w:t>na hamein kisi ko blame dena hai. kuch nahi.</w:t>
      </w:r>
    </w:p>
    <w:p>
      <w:pPr>
        <w:jc w:val="right"/>
      </w:pPr>
      <w:r>
        <w:t>نہ ہمیں کسی کو بلیم دینا ہے۔ کچھ نہیں۔</w:t>
      </w:r>
    </w:p>
    <w:p>
      <w:r>
        <w:rPr>
          <w:b/>
        </w:rPr>
        <w:t xml:space="preserve">[14:07] </w:t>
      </w:r>
      <w:r>
        <w:t>ab sab mauqa khul chuke hain.</w:t>
      </w:r>
    </w:p>
    <w:p>
      <w:pPr>
        <w:jc w:val="right"/>
      </w:pPr>
      <w:r>
        <w:t>اب سب موقع کھل چکے ہیں۔</w:t>
      </w:r>
    </w:p>
    <w:p>
      <w:r>
        <w:rPr>
          <w:b/>
        </w:rPr>
        <w:t xml:space="preserve">[14:13] </w:t>
      </w:r>
      <w:r>
        <w:t>اب کوئی آپ کے لیے problem less exist ہی نہیں کرتا ہے۔</w:t>
      </w:r>
    </w:p>
    <w:p>
      <w:pPr>
        <w:jc w:val="right"/>
      </w:pPr>
      <w:r>
        <w:t>اب کوئی آپ کے لیے پرابلم سلیس ایگزسٹ ہی نہیں کرتا ہے۔</w:t>
      </w:r>
    </w:p>
    <w:p>
      <w:r>
        <w:rPr>
          <w:b/>
        </w:rPr>
        <w:t xml:space="preserve">[14:18] </w:t>
      </w:r>
      <w:r>
        <w:t>woh kaise? dekhiye, pehle zamane mein kya tha? pehle zamane mein yeh tha ke pehle zamane mein yeh</w:t>
      </w:r>
    </w:p>
    <w:p>
      <w:pPr>
        <w:jc w:val="right"/>
      </w:pPr>
      <w:r>
        <w:t>وہ کیسے؟ دیکھیے، پہلے زمانے میں کیا تھا؟ پہلے زمانے میں یہ تھا کہ پہلے زمانے میں یہ</w:t>
      </w:r>
    </w:p>
    <w:p>
      <w:r>
        <w:rPr>
          <w:b/>
        </w:rPr>
        <w:t xml:space="preserve">[14:24] </w:t>
      </w:r>
      <w:r>
        <w:t>tha ke jo hum ne ayat padhi, huwa allazi khalaqakum faminkum kafir waminkum momin.</w:t>
      </w:r>
    </w:p>
    <w:p>
      <w:pPr>
        <w:jc w:val="right"/>
      </w:pPr>
      <w:r>
        <w:t>تھا کہ جو ہم نے آیت پڑھی، ہوا الذی خلقکم فمنکم کافر ومنکم مومن۔</w:t>
      </w:r>
    </w:p>
    <w:p>
      <w:r>
        <w:rPr>
          <w:b/>
        </w:rPr>
        <w:t xml:space="preserve">[14:29] </w:t>
      </w:r>
      <w:r>
        <w:t>yeh equation tha pehle zamane mein.</w:t>
      </w:r>
    </w:p>
    <w:p>
      <w:pPr>
        <w:jc w:val="right"/>
      </w:pPr>
      <w:r>
        <w:t>یہ ایکویشن تھا پہلے زمانے میں۔</w:t>
      </w:r>
    </w:p>
    <w:p>
      <w:r>
        <w:rPr>
          <w:b/>
        </w:rPr>
        <w:t xml:space="preserve">[14:35] </w:t>
      </w:r>
      <w:r>
        <w:t>kafir aur momin ka equation tha.</w:t>
      </w:r>
    </w:p>
    <w:p>
      <w:pPr>
        <w:jc w:val="right"/>
      </w:pPr>
      <w:r>
        <w:t>کافر اور مومن کا ایکویشن تھا۔</w:t>
      </w:r>
    </w:p>
    <w:p>
      <w:r>
        <w:rPr>
          <w:b/>
        </w:rPr>
        <w:t xml:space="preserve">[14:40] </w:t>
      </w:r>
      <w:r>
        <w:t>that was interim period.</w:t>
      </w:r>
    </w:p>
    <w:p>
      <w:pPr>
        <w:jc w:val="right"/>
      </w:pPr>
      <w:r>
        <w:t>دیٹ واز انٹرم پیریڈ۔</w:t>
      </w:r>
    </w:p>
    <w:p>
      <w:r>
        <w:rPr>
          <w:b/>
        </w:rPr>
        <w:t xml:space="preserve">[14:46] </w:t>
      </w:r>
      <w:r>
        <w:t>wo history ka interim period hai jab ke kafir aur momin ka equation tha.</w:t>
      </w:r>
    </w:p>
    <w:p>
      <w:pPr>
        <w:jc w:val="right"/>
      </w:pPr>
      <w:r>
        <w:t>وہ ہسٹری کا انٹرم پیریڈ ہے جب کہ کافر اور مومن کا ایکویشن تھا۔</w:t>
      </w:r>
    </w:p>
    <w:p>
      <w:r>
        <w:rPr>
          <w:b/>
        </w:rPr>
        <w:t xml:space="preserve">[14:51] </w:t>
      </w:r>
      <w:r>
        <w:t>پھر حدیث میں آیا ہے کہ یہ ایک ایک یہ equation بدل جائے جائے گا بات کو۔</w:t>
      </w:r>
    </w:p>
    <w:p>
      <w:pPr>
        <w:jc w:val="right"/>
      </w:pPr>
      <w:r>
        <w:t>پھر حدیث میں آیا ہے کہ یہ ایک ایک یہ ایکویشن بدل جائے جائے گا بات کو۔</w:t>
      </w:r>
    </w:p>
    <w:p>
      <w:r>
        <w:rPr>
          <w:b/>
        </w:rPr>
        <w:t xml:space="preserve">[14:57] </w:t>
      </w:r>
      <w:r>
        <w:t>وہ حدیث بہت ہی مشہور حدیث ہے کہ ان اللہ یعنی اللہ اس دین کی مدد سپورٹ کرے</w:t>
      </w:r>
    </w:p>
    <w:p>
      <w:pPr>
        <w:jc w:val="right"/>
      </w:pPr>
      <w:r>
        <w:t>وہ حدیث بہت ہی مشہور حدیث ہے کہ ان اللہ یعنی اللہ اس دن کی مدد سپورٹ کرے</w:t>
      </w:r>
    </w:p>
    <w:p>
      <w:r>
        <w:rPr>
          <w:b/>
        </w:rPr>
        <w:t xml:space="preserve">[15:02] </w:t>
      </w:r>
      <w:r>
        <w:t>ga secular logon ke zariye bhi.</w:t>
      </w:r>
    </w:p>
    <w:p>
      <w:pPr>
        <w:jc w:val="right"/>
      </w:pPr>
      <w:r>
        <w:t>گا سیکولر لوگوں کے ذریعے بھی۔</w:t>
      </w:r>
    </w:p>
    <w:p>
      <w:r>
        <w:rPr>
          <w:b/>
        </w:rPr>
        <w:t xml:space="preserve">[15:07] </w:t>
      </w:r>
      <w:r>
        <w:t>یہ یہ that was prediction کہ ابھی تو جو ایکویشن ہے، وہ مومن اور کافر کا ایکویشن ہے۔</w:t>
      </w:r>
    </w:p>
    <w:p>
      <w:pPr>
        <w:jc w:val="right"/>
      </w:pPr>
      <w:r>
        <w:t>یہ یہ دیٹ واز پریڈکشن کہ ابھی تو جو ایکویشن ہے، وہ مومن اور کافر کا ایکویشن ہے۔</w:t>
      </w:r>
    </w:p>
    <w:p>
      <w:r>
        <w:rPr>
          <w:b/>
        </w:rPr>
        <w:t xml:space="preserve">[15:13] </w:t>
      </w:r>
      <w:r>
        <w:t>kuch log momin hain, kuch log kafir hain.</w:t>
      </w:r>
    </w:p>
    <w:p>
      <w:pPr>
        <w:jc w:val="right"/>
      </w:pPr>
      <w:r>
        <w:t>کچھ لوگ مومن ہیں، کچھ لوگ کافر ہیں۔</w:t>
      </w:r>
    </w:p>
    <w:p>
      <w:r>
        <w:rPr>
          <w:b/>
        </w:rPr>
        <w:t xml:space="preserve">[15:18] </w:t>
      </w:r>
      <w:r>
        <w:t>yeh equation badal jayega.</w:t>
      </w:r>
    </w:p>
    <w:p>
      <w:pPr>
        <w:jc w:val="right"/>
      </w:pPr>
      <w:r>
        <w:t>یہ ایکویشن بدل جائے گا۔</w:t>
      </w:r>
    </w:p>
    <w:p>
      <w:r>
        <w:rPr>
          <w:b/>
        </w:rPr>
        <w:t xml:space="preserve">[15:24] </w:t>
      </w:r>
      <w:r>
        <w:t>آگے جو زمانہ آنے والا ہے، اس زمانے میں ایکویشن یہ ہوگا کہ believer اور non-believer نہیں</w:t>
      </w:r>
    </w:p>
    <w:p>
      <w:pPr>
        <w:jc w:val="right"/>
      </w:pPr>
      <w:r>
        <w:t>آگے جو زمانہ آنے والا ہے، اس زمانے میں ایکویشن یہ ہوگا کہ بیلیور اور نان بیلیور نہیں</w:t>
      </w:r>
    </w:p>
    <w:p>
      <w:r>
        <w:rPr>
          <w:b/>
        </w:rPr>
        <w:t xml:space="preserve">[15:29] </w:t>
      </w:r>
      <w:r>
        <w:t>ہوگا، بلکہ believer supporter کا ہوگا۔</w:t>
      </w:r>
    </w:p>
    <w:p>
      <w:pPr>
        <w:jc w:val="right"/>
      </w:pPr>
      <w:r>
        <w:t>ہوگا، بلکہ بیلیور سپورٹر کا ہوگا۔</w:t>
      </w:r>
    </w:p>
    <w:p>
      <w:r>
        <w:rPr>
          <w:b/>
        </w:rPr>
        <w:t xml:space="preserve">[15:35] </w:t>
      </w:r>
      <w:r>
        <w:t>یعنی پچھلے زمانے میں جو ایکویشن تھا، وہ believer اور non-believer کا تھا۔</w:t>
      </w:r>
    </w:p>
    <w:p>
      <w:pPr>
        <w:jc w:val="right"/>
      </w:pPr>
      <w:r>
        <w:t>یعنی پچھلے زمانے میں جو ایکویشن تھا، وہ بیلیور اور نان بیلیور کا تھا۔</w:t>
      </w:r>
    </w:p>
    <w:p>
      <w:r>
        <w:rPr>
          <w:b/>
        </w:rPr>
        <w:t xml:space="preserve">[15:40] </w:t>
      </w:r>
      <w:r>
        <w:t>بعد کو آئے گا کہ believer اور supporter۔</w:t>
      </w:r>
    </w:p>
    <w:p>
      <w:pPr>
        <w:jc w:val="right"/>
      </w:pPr>
      <w:r>
        <w:t>بعد کو آئے گا کہ بیلیور اور سپورٹر۔</w:t>
      </w:r>
    </w:p>
    <w:p>
      <w:r>
        <w:rPr>
          <w:b/>
        </w:rPr>
        <w:t xml:space="preserve">[15:46] </w:t>
      </w:r>
      <w:r>
        <w:t>liya to liya to mani taeed karne wala, taeed mani support karne wala.</w:t>
      </w:r>
    </w:p>
    <w:p>
      <w:pPr>
        <w:jc w:val="right"/>
      </w:pPr>
      <w:r>
        <w:t>لیا تو لیا تو معنی تائید کرنے والا، تائید معنی سپورٹ کرنے والا۔</w:t>
      </w:r>
    </w:p>
    <w:p>
      <w:r>
        <w:rPr>
          <w:b/>
        </w:rPr>
        <w:t xml:space="preserve">[15:51] </w:t>
      </w:r>
      <w:r>
        <w:t>ایک ایک زمانہ آئے گا جب کہ secular log bhi aap ke liye aap ko support denge,</w:t>
      </w:r>
    </w:p>
    <w:p>
      <w:pPr>
        <w:jc w:val="right"/>
      </w:pPr>
      <w:r>
        <w:t>ایک ایک زمانہ آئے گا جب کہ سیکولر لوگ بھی آپ کے لیے آپ کو سپورٹ دیں گے،</w:t>
      </w:r>
    </w:p>
    <w:p>
      <w:r>
        <w:rPr>
          <w:b/>
        </w:rPr>
        <w:t xml:space="preserve">[15:57] </w:t>
      </w:r>
      <w:r>
        <w:t>aap ke supporter ban jayenge.</w:t>
      </w:r>
    </w:p>
    <w:p>
      <w:pPr>
        <w:jc w:val="right"/>
      </w:pPr>
      <w:r>
        <w:t>آپ کے سپورٹر بن جائیں گے۔</w:t>
      </w:r>
    </w:p>
    <w:p>
      <w:r>
        <w:rPr>
          <w:b/>
        </w:rPr>
        <w:t xml:space="preserve">[16:02] </w:t>
      </w:r>
      <w:r>
        <w:t>to yeh bohat hi bara change aaya hai history mein ke equation badal gaya.</w:t>
      </w:r>
    </w:p>
    <w:p>
      <w:pPr>
        <w:jc w:val="right"/>
      </w:pPr>
      <w:r>
        <w:t>تو یہ بہت ہی بڑا چینج آیا ہے ہسٹری میں کہ ایکویشن بدل گیا۔</w:t>
      </w:r>
    </w:p>
    <w:p>
      <w:r>
        <w:rPr>
          <w:b/>
        </w:rPr>
        <w:t xml:space="preserve">[16:08] </w:t>
      </w:r>
      <w:r>
        <w:t>equation badal gaya.</w:t>
      </w:r>
    </w:p>
    <w:p>
      <w:pPr>
        <w:jc w:val="right"/>
      </w:pPr>
      <w:r>
        <w:t>ایکویشن بدل گیا۔</w:t>
      </w:r>
    </w:p>
    <w:p>
      <w:r>
        <w:rPr>
          <w:b/>
        </w:rPr>
        <w:t xml:space="preserve">[16:13] </w:t>
      </w:r>
      <w:r>
        <w:t>ہزاروں سال تک جو ایکویشن تھا، وہ تھا مومن کافر، believer non-believer۔</w:t>
      </w:r>
    </w:p>
    <w:p>
      <w:pPr>
        <w:jc w:val="right"/>
      </w:pPr>
      <w:r>
        <w:t>ہزاروں سال تک جو ایکویشن تھا، وہ تھا مومن کافر، بیلیور نان بیلیور۔</w:t>
      </w:r>
    </w:p>
    <w:p>
      <w:r>
        <w:rPr>
          <w:b/>
        </w:rPr>
        <w:t xml:space="preserve">[16:19] </w:t>
      </w:r>
      <w:r>
        <w:t>اب کیا ہو گیا؟ Momin and supporter, believer and supporter.</w:t>
      </w:r>
    </w:p>
    <w:p>
      <w:pPr>
        <w:jc w:val="right"/>
      </w:pPr>
      <w:r>
        <w:t>اب کیا ہو گیا؟ مومن اور سپورٹر، بیلیور اور سپورٹر۔</w:t>
      </w:r>
    </w:p>
    <w:p>
      <w:r>
        <w:rPr>
          <w:b/>
        </w:rPr>
        <w:t xml:space="preserve">[16:24] </w:t>
      </w:r>
      <w:r>
        <w:t>yeh kitna ajeeb cheez hai yeh.</w:t>
      </w:r>
    </w:p>
    <w:p>
      <w:pPr>
        <w:jc w:val="right"/>
      </w:pPr>
      <w:r>
        <w:t>یہ کتنا عجیب چیز ہے یہ۔</w:t>
      </w:r>
    </w:p>
    <w:p>
      <w:r>
        <w:rPr>
          <w:b/>
        </w:rPr>
        <w:t xml:space="preserve">[16:30] </w:t>
      </w:r>
      <w:r>
        <w:t>wo kaise? aap dekhiye ke is zamane mein sari common hai.</w:t>
      </w:r>
    </w:p>
    <w:p>
      <w:pPr>
        <w:jc w:val="right"/>
      </w:pPr>
      <w:r>
        <w:t>وہ کیسے؟ آپ دیکھیے کہ اس زمانے میں ساری کامن ہے۔</w:t>
      </w:r>
    </w:p>
    <w:p>
      <w:r>
        <w:rPr>
          <w:b/>
        </w:rPr>
        <w:t xml:space="preserve">[16:35] </w:t>
      </w:r>
      <w:r>
        <w:t>duniya mein aap jante hain ke pehli bar ek united nations bani hai, jis ke 194 members hain.</w:t>
      </w:r>
    </w:p>
    <w:p>
      <w:pPr>
        <w:jc w:val="right"/>
      </w:pPr>
      <w:r>
        <w:t>دنیا میں آپ جانتے ہیں کہ پہلی بار ایک یونائٹڈ نیشنز بنی ہے، جس کے 194 ممبر ہیں۔</w:t>
      </w:r>
    </w:p>
    <w:p>
      <w:r>
        <w:rPr>
          <w:b/>
        </w:rPr>
        <w:t xml:space="preserve">[16:41] </w:t>
      </w:r>
      <w:r>
        <w:t>پوری پورا جو world stage ہے، اس نے unanimous یہ ایک ایک وہ ایک چارٹر پاس کیا</w:t>
      </w:r>
    </w:p>
    <w:p>
      <w:pPr>
        <w:jc w:val="right"/>
      </w:pPr>
      <w:r>
        <w:t>پوری پورا جو ورلڈ اسٹیج ہے، اس نے یونین مسل یہ ایک ایک وہ ایک چارٹر پاس کیا</w:t>
      </w:r>
    </w:p>
    <w:p>
      <w:r>
        <w:rPr>
          <w:b/>
        </w:rPr>
        <w:t xml:space="preserve">[16:46] </w:t>
      </w:r>
      <w:r>
        <w:t>جو کہتا ہے United Universal Declaration of Human Rights.</w:t>
      </w:r>
    </w:p>
    <w:p>
      <w:pPr>
        <w:jc w:val="right"/>
      </w:pPr>
      <w:r>
        <w:t>جو کہتا ہے یونائٹڈ یونیورسل ڈائریکشن آف ہیومن رائٹس۔</w:t>
      </w:r>
    </w:p>
    <w:p>
      <w:r>
        <w:rPr>
          <w:b/>
        </w:rPr>
        <w:t xml:space="preserve">[16:51] </w:t>
      </w:r>
      <w:r>
        <w:t>اس کے اندر یہ مان لیا گیا کہ freedom انسان کا undeniable right ہے، absolute right ہے۔</w:t>
      </w:r>
    </w:p>
    <w:p>
      <w:pPr>
        <w:jc w:val="right"/>
      </w:pPr>
      <w:r>
        <w:t>اس کے اندر یہ مان لیا گیا کہ فریڈم انسان کا ان ڈینائیبل رائٹ ہے، ایبسولیوٹ رائٹ ہے۔</w:t>
      </w:r>
    </w:p>
    <w:p>
      <w:r>
        <w:rPr>
          <w:b/>
        </w:rPr>
        <w:t xml:space="preserve">[16:57] </w:t>
      </w:r>
      <w:r>
        <w:t>یعنی ساری ہی nations نے United Nations، ساری nations نے UNO کے پلیٹ فارم پر اس</w:t>
      </w:r>
    </w:p>
    <w:p>
      <w:pPr>
        <w:jc w:val="right"/>
      </w:pPr>
      <w:r>
        <w:t>یعنی ساری ہی نیشنز نے یونائٹڈ نیشنز، ساری نیشنز نے یو این او کے پلیٹ فارم پر اس</w:t>
      </w:r>
    </w:p>
    <w:p>
      <w:r>
        <w:rPr>
          <w:b/>
        </w:rPr>
        <w:t xml:space="preserve">[17:02] </w:t>
      </w:r>
      <w:r>
        <w:t>charter ko manzoor kiya.</w:t>
      </w:r>
    </w:p>
    <w:p>
      <w:pPr>
        <w:jc w:val="right"/>
      </w:pPr>
      <w:r>
        <w:t>چارٹر کو منظور کیا۔</w:t>
      </w:r>
    </w:p>
    <w:p>
      <w:r>
        <w:rPr>
          <w:b/>
        </w:rPr>
        <w:t xml:space="preserve">[17:08] </w:t>
      </w:r>
      <w:r>
        <w:t>is ke tehat yeh maan liya gaya, yeh universal norm ban gaya ke har insan ko absolute right</w:t>
      </w:r>
    </w:p>
    <w:p>
      <w:pPr>
        <w:jc w:val="right"/>
      </w:pPr>
      <w:r>
        <w:t>اس کے تحت یہ مان لیا گیا، یہ یونیورسل نارم بن گیا کہ ہر انسان کو ایبسولیوٹ رائٹ</w:t>
      </w:r>
    </w:p>
    <w:p>
      <w:r>
        <w:rPr>
          <w:b/>
        </w:rPr>
        <w:t xml:space="preserve">[17:13] </w:t>
      </w:r>
      <w:r>
        <w:t>hai ke jo chahe bole, jo chahe likhe, jo jo jis jis baat jis baat ke chahe parchar</w:t>
      </w:r>
    </w:p>
    <w:p>
      <w:pPr>
        <w:jc w:val="right"/>
      </w:pPr>
      <w:r>
        <w:t>ہے کہ جو چاہے بولے، جو چاہے لکھے، جو جو جس جس بات جس بات کے چاہے پرچار</w:t>
      </w:r>
    </w:p>
    <w:p>
      <w:r>
        <w:rPr>
          <w:b/>
        </w:rPr>
        <w:t xml:space="preserve">[17:19] </w:t>
      </w:r>
      <w:r>
        <w:t>kare, provided he is peaceful.</w:t>
      </w:r>
    </w:p>
    <w:p>
      <w:pPr>
        <w:jc w:val="right"/>
      </w:pPr>
      <w:r>
        <w:t>کرے، پرووائیڈڈ ہی از پیس فل۔</w:t>
      </w:r>
    </w:p>
    <w:p>
      <w:r>
        <w:rPr>
          <w:b/>
        </w:rPr>
        <w:t xml:space="preserve">[17:24] </w:t>
      </w:r>
      <w:r>
        <w:t>bas ek hi condition hai, ek hi condition hai.</w:t>
      </w:r>
    </w:p>
    <w:p>
      <w:pPr>
        <w:jc w:val="right"/>
      </w:pPr>
      <w:r>
        <w:t>بس ایک ہی کنڈیشن ہے، ایک ہی کنڈیشن ہے۔</w:t>
      </w:r>
    </w:p>
    <w:p>
      <w:r>
        <w:rPr>
          <w:b/>
        </w:rPr>
        <w:t xml:space="preserve">[17:30] </w:t>
      </w:r>
      <w:r>
        <w:t>تو اس کا مطلب کیا ہوا؟ کہ when you believe that your truth is truth with a capital</w:t>
      </w:r>
    </w:p>
    <w:p>
      <w:pPr>
        <w:jc w:val="right"/>
      </w:pPr>
      <w:r>
        <w:t>تو اس کا مطلب کیا ہوا؟ کہ وین یو بیلیو دیٹ یور ٹروتھ از ٹروتھ ود اے کیپیٹل</w:t>
      </w:r>
    </w:p>
    <w:p>
      <w:r>
        <w:rPr>
          <w:b/>
        </w:rPr>
        <w:t xml:space="preserve">[17:35] </w:t>
      </w:r>
      <w:r>
        <w:t>ty to sab kuch aap ke favor mein ho gaya.</w:t>
      </w:r>
    </w:p>
    <w:p>
      <w:pPr>
        <w:jc w:val="right"/>
      </w:pPr>
      <w:r>
        <w:t>ٹی تو سب کچھ آپ کے فیور میں ہو گیا۔</w:t>
      </w:r>
    </w:p>
    <w:p>
      <w:r>
        <w:rPr>
          <w:b/>
        </w:rPr>
        <w:t xml:space="preserve">[17:41] </w:t>
      </w:r>
      <w:r>
        <w:t>If you believe that your truth is truth with a capital T, phir to sab kuch aap ke</w:t>
      </w:r>
    </w:p>
    <w:p>
      <w:pPr>
        <w:jc w:val="right"/>
      </w:pPr>
      <w:r>
        <w:t>اف یو بیلیو دیٹ یور ٹروتھ از ٹروتھ ود اے کیپیٹل ٹی پھر تو سب کچھ آپ کے</w:t>
      </w:r>
    </w:p>
    <w:p>
      <w:r>
        <w:rPr>
          <w:b/>
        </w:rPr>
        <w:t xml:space="preserve">[17:46] </w:t>
      </w:r>
      <w:r>
        <w:t>favor mein ho gaya.</w:t>
      </w:r>
    </w:p>
    <w:p>
      <w:pPr>
        <w:jc w:val="right"/>
      </w:pPr>
      <w:r>
        <w:t>فیور میں ہو گیا۔</w:t>
      </w:r>
    </w:p>
    <w:p>
      <w:r>
        <w:rPr>
          <w:b/>
        </w:rPr>
        <w:t xml:space="preserve">[17:52] </w:t>
      </w:r>
      <w:r>
        <w:t>aap uthiye, aap apna argument pesh kijiye, aap ne apni logic pesh kiye, aap ke paas jo jo</w:t>
      </w:r>
    </w:p>
    <w:p>
      <w:pPr>
        <w:jc w:val="right"/>
      </w:pPr>
      <w:r>
        <w:t>آپ اٹھیے، آپ اپنا ارگیومنٹ پیش کیجئے، آپ نے اپنی لاجک پیش کیے، آپ کے پاس جو جو</w:t>
      </w:r>
    </w:p>
    <w:p>
      <w:r>
        <w:rPr>
          <w:b/>
        </w:rPr>
        <w:t xml:space="preserve">[17:57] </w:t>
      </w:r>
      <w:r>
        <w:t>argument hai wo sab pesh kijiye.</w:t>
      </w:r>
    </w:p>
    <w:p>
      <w:pPr>
        <w:jc w:val="right"/>
      </w:pPr>
      <w:r>
        <w:t>ارگیومنٹ ہے وہ سب پیش کیجئے۔</w:t>
      </w:r>
    </w:p>
    <w:p>
      <w:r>
        <w:rPr>
          <w:b/>
        </w:rPr>
        <w:t xml:space="preserve">[18:03] </w:t>
      </w:r>
      <w:r>
        <w:t>duniya ka mind address hoga is se aur duniya aap ki baat ko maan legi.</w:t>
      </w:r>
    </w:p>
    <w:p>
      <w:pPr>
        <w:jc w:val="right"/>
      </w:pPr>
      <w:r>
        <w:t>دنیا کا مائنڈ ایڈریس ہوگا اس سے اور دنیا آپ کی بات کو مان لے گی۔</w:t>
      </w:r>
    </w:p>
    <w:p>
      <w:r>
        <w:rPr>
          <w:b/>
        </w:rPr>
        <w:t xml:space="preserve">[18:08] </w:t>
      </w:r>
      <w:r>
        <w:t>to why ho and cry? why protest? kyun aap aisa kehte hain ke duniya mein hamare khilaf conspiracy</w:t>
      </w:r>
    </w:p>
    <w:p>
      <w:pPr>
        <w:jc w:val="right"/>
      </w:pPr>
      <w:r>
        <w:t>تو وائی ہو اینڈ کرائی؟ وائی پروٹیسٹ؟ کیوں آپ ایسا کہتے ہیں کہ دنیا میں ہمارے خلاف کانسپریسی</w:t>
      </w:r>
    </w:p>
    <w:p>
      <w:r>
        <w:rPr>
          <w:b/>
        </w:rPr>
        <w:t xml:space="preserve">[18:14] </w:t>
      </w:r>
      <w:r>
        <w:t>ho rahi hai? jab duniya ne sare opportunities ko apni khol diya aur aap yeh aap ka manna</w:t>
      </w:r>
    </w:p>
    <w:p>
      <w:pPr>
        <w:jc w:val="right"/>
      </w:pPr>
      <w:r>
        <w:t>ہو رہی ہے؟ جب دنیا نے سارے اپرچونیٹیز کو اپنی کھول دیا اور آپ یہ آپ کا ماننا</w:t>
      </w:r>
    </w:p>
    <w:p>
      <w:r>
        <w:rPr>
          <w:b/>
        </w:rPr>
        <w:t xml:space="preserve">[18:19] </w:t>
      </w:r>
      <w:r>
        <w:t>hai ke mere paas jo sachai hai woh truth with a capital t hai to phir pareshani kya</w:t>
      </w:r>
    </w:p>
    <w:p>
      <w:pPr>
        <w:jc w:val="right"/>
      </w:pPr>
      <w:r>
        <w:t>ہے کہ میرے پاس جو سچائی ہے وہ ٹروتھ ود اے کیپیٹل ٹی ہے تو پھر پریشانی کیا</w:t>
      </w:r>
    </w:p>
    <w:p>
      <w:r>
        <w:rPr>
          <w:b/>
        </w:rPr>
        <w:t xml:space="preserve">[18:25] </w:t>
      </w:r>
      <w:r>
        <w:t>aap ko hai? aap book chhapiye, aap communication ko istemal kijiye, aap seminar kijiye, aap conference kijiye, aap</w:t>
      </w:r>
    </w:p>
    <w:p>
      <w:pPr>
        <w:jc w:val="right"/>
      </w:pPr>
      <w:r>
        <w:t>آپ کو ہے؟ آپ بک چھاپیے، آپ کمیونیکیشن کو استعمال کیجئے، آپ سیمینار کیجئے، آپ کانفرنس کیجئے، آپ</w:t>
      </w:r>
    </w:p>
    <w:p>
      <w:r>
        <w:rPr>
          <w:b/>
        </w:rPr>
        <w:t xml:space="preserve">[18:30] </w:t>
      </w:r>
      <w:r>
        <w:t>travel kijiye, jo chahte hain kijiye peaceful tareeqe se.</w:t>
      </w:r>
    </w:p>
    <w:p>
      <w:pPr>
        <w:jc w:val="right"/>
      </w:pPr>
      <w:r>
        <w:t>ٹریول کیجئے، جو چاہتے ہیں کیجئے پیس فل طریقے سے۔</w:t>
      </w:r>
    </w:p>
    <w:p>
      <w:r>
        <w:rPr>
          <w:b/>
        </w:rPr>
        <w:t xml:space="preserve">[18:36] </w:t>
      </w:r>
      <w:r>
        <w:t>aur agar aap react karte hain, yaani koi aadmi agar galat apni azadi ko waise waise kare</w:t>
      </w:r>
    </w:p>
    <w:p>
      <w:pPr>
        <w:jc w:val="right"/>
      </w:pPr>
      <w:r>
        <w:t>اور اگر آپ ری ایکٹ کرتے ہیں، یعنی کوئی آدمی اگر غلط اپنی آزادی کو ویسے ویسے کرے</w:t>
      </w:r>
    </w:p>
    <w:p>
      <w:r>
        <w:rPr>
          <w:b/>
        </w:rPr>
        <w:t xml:space="preserve">[18:41] </w:t>
      </w:r>
      <w:r>
        <w:t>aur aap shor karein to is ka matlab hai ke aap ko yaqeen nahi hai ke main mere</w:t>
      </w:r>
    </w:p>
    <w:p>
      <w:pPr>
        <w:jc w:val="right"/>
      </w:pPr>
      <w:r>
        <w:t>اور آپ شور کریں تو اس کا معنی ہے کہ آپ کو یقین نہیں ہے کہ میں میرے</w:t>
      </w:r>
    </w:p>
    <w:p>
      <w:r>
        <w:rPr>
          <w:b/>
        </w:rPr>
        <w:t xml:space="preserve">[18:46] </w:t>
      </w:r>
      <w:r>
        <w:t>پاس جو ٹی کپ، جو میرے پاس جو truth ہے، وہ وہ وہ truth with a capital T ہے۔</w:t>
      </w:r>
    </w:p>
    <w:p>
      <w:pPr>
        <w:jc w:val="right"/>
      </w:pPr>
      <w:r>
        <w:t>پاس جو ٹی کپ، جو میرے پاس جو ٹروتھ ہے، وہ وہ وہ ٹروتھ ود اے کیپیٹل ٹی ہے۔</w:t>
      </w:r>
    </w:p>
    <w:p>
      <w:r>
        <w:rPr>
          <w:b/>
        </w:rPr>
        <w:t xml:space="preserve">[18:52] </w:t>
      </w:r>
      <w:r>
        <w:t>khud apne conviction ko aap aap ke liye shaq paida kar rahe hain.</w:t>
      </w:r>
    </w:p>
    <w:p>
      <w:pPr>
        <w:jc w:val="right"/>
      </w:pPr>
      <w:r>
        <w:t>خود اپنے کنوکشن کو آپ آپ کے لیے شک پیدا کر رہے ہیں۔</w:t>
      </w:r>
    </w:p>
    <w:p>
      <w:r>
        <w:rPr>
          <w:b/>
        </w:rPr>
        <w:t xml:space="preserve">[18:57] </w:t>
      </w:r>
      <w:r>
        <w:t>aap ghor kijiye ke farz kijiye ke dunya mein aik aik law banaya jaye.</w:t>
      </w:r>
    </w:p>
    <w:p>
      <w:pPr>
        <w:jc w:val="right"/>
      </w:pPr>
      <w:r>
        <w:t>آپ غور کیجئے کہ فرض کیجئے کہ دنیا میں ایک ایک لاء بنایا جائے۔</w:t>
      </w:r>
    </w:p>
    <w:p>
      <w:r>
        <w:rPr>
          <w:b/>
        </w:rPr>
        <w:t xml:space="preserve">[19:03] </w:t>
      </w:r>
      <w:r>
        <w:t>dunya mein aik law banaya jaye ga, banaya jaye ke course mein practice karne ka right sirf in</w:t>
      </w:r>
    </w:p>
    <w:p>
      <w:pPr>
        <w:jc w:val="right"/>
      </w:pPr>
      <w:r>
        <w:t>دنیا میں ایک لاء بنایا جائے گا، بنایا جائے کہ کورس میں پریکٹس کرنے کا رائٹ صرف ان</w:t>
      </w:r>
    </w:p>
    <w:p>
      <w:r>
        <w:rPr>
          <w:b/>
        </w:rPr>
        <w:t xml:space="preserve">[19:08] </w:t>
      </w:r>
      <w:r>
        <w:t>ko hai jin ke paas legal degree hai.</w:t>
      </w:r>
    </w:p>
    <w:p>
      <w:pPr>
        <w:jc w:val="right"/>
      </w:pPr>
      <w:r>
        <w:t>کو ہے جن کے پاس لیگل ڈگری ہے۔</w:t>
      </w:r>
    </w:p>
    <w:p>
      <w:r>
        <w:rPr>
          <w:b/>
        </w:rPr>
        <w:t xml:space="preserve">[19:14] </w:t>
      </w:r>
      <w:r>
        <w:t>course mein legal course hoti hain, un mein practice karne ka right sirf un logon ko hai jo</w:t>
      </w:r>
    </w:p>
    <w:p>
      <w:pPr>
        <w:jc w:val="right"/>
      </w:pPr>
      <w:r>
        <w:t>کورس میں لیگل کورس ہوتی ہیں، ان میں پریکٹس کرنے کا رائٹ صرف ان لوگوں کو ہے جو</w:t>
      </w:r>
    </w:p>
    <w:p>
      <w:r>
        <w:rPr>
          <w:b/>
        </w:rPr>
        <w:t xml:space="preserve">[19:19] </w:t>
      </w:r>
      <w:r>
        <w:t>jo university se law ki degree li hui hai.</w:t>
      </w:r>
    </w:p>
    <w:p>
      <w:pPr>
        <w:jc w:val="right"/>
      </w:pPr>
      <w:r>
        <w:t>جو یونیورسٹی سے لاء کی ڈگری لی ہوئی ہے۔</w:t>
      </w:r>
    </w:p>
    <w:p>
      <w:r>
        <w:rPr>
          <w:b/>
        </w:rPr>
        <w:t xml:space="preserve">[19:25] </w:t>
      </w:r>
      <w:r>
        <w:t>to un ko kya pareshani hogi? jo degree holder hain, pareshani un ko hogi jo un ke paas</w:t>
      </w:r>
    </w:p>
    <w:p>
      <w:pPr>
        <w:jc w:val="right"/>
      </w:pPr>
      <w:r>
        <w:t>تو ان کو کیا پریشانی ہوگی؟ جو ڈگری ہولڈر ہیں، پریشانی ان کو ہوگی جو ان کے پاس</w:t>
      </w:r>
    </w:p>
    <w:p>
      <w:r>
        <w:rPr>
          <w:b/>
        </w:rPr>
        <w:t xml:space="preserve">[19:30] </w:t>
      </w:r>
      <w:r>
        <w:t>degree nahi, jo khwamkhwah ja ke practice karne lage hain wahan.</w:t>
      </w:r>
    </w:p>
    <w:p>
      <w:pPr>
        <w:jc w:val="right"/>
      </w:pPr>
      <w:r>
        <w:t>ڈگری نہیں، جو خوامخواہ جا کے پریکٹس کرنے لگے ہیں وہاں۔</w:t>
      </w:r>
    </w:p>
    <w:p>
      <w:r>
        <w:rPr>
          <w:b/>
        </w:rPr>
        <w:t xml:space="preserve">[19:36] </w:t>
      </w:r>
      <w:r>
        <w:t>to aap ke paas agar truth hai with a capital t to aap ko kya pareshani? phir pareshan</w:t>
      </w:r>
    </w:p>
    <w:p>
      <w:pPr>
        <w:jc w:val="right"/>
      </w:pPr>
      <w:r>
        <w:t>تو آپ کے پاس اگر ٹروتھ ہے ود اے کیپیٹل ٹی تو آپ کو کیا پریشانی؟ پھر پریشان</w:t>
      </w:r>
    </w:p>
    <w:p>
      <w:r>
        <w:rPr>
          <w:b/>
        </w:rPr>
        <w:t xml:space="preserve">[19:41] </w:t>
      </w:r>
      <w:r>
        <w:t>woh log hon jin ke paas aisa truth nahi hai.</w:t>
      </w:r>
    </w:p>
    <w:p>
      <w:pPr>
        <w:jc w:val="right"/>
      </w:pPr>
      <w:r>
        <w:t>وہ لوگ ہوں جن کے پاس ایسا ٹروتھ نہیں ہے۔</w:t>
      </w:r>
    </w:p>
    <w:p>
      <w:r>
        <w:rPr>
          <w:b/>
        </w:rPr>
        <w:t xml:space="preserve">[19:47] </w:t>
      </w:r>
      <w:r>
        <w:t>yeh bohat bara change hai jis ko main kehta hoon change in equation ke pehle zamaney mein aisa</w:t>
      </w:r>
    </w:p>
    <w:p>
      <w:pPr>
        <w:jc w:val="right"/>
      </w:pPr>
      <w:r>
        <w:t>یہ بہت بڑا چینج ہے جس کو میں کہتا ہوں چینج ان ایکویشن کہ پہلے زمانے میں ایسا</w:t>
      </w:r>
    </w:p>
    <w:p>
      <w:r>
        <w:rPr>
          <w:b/>
        </w:rPr>
        <w:t xml:space="preserve">[19:52] </w:t>
      </w:r>
      <w:r>
        <w:t>tha ke dunya bati hui thi momin aur kafir mein.</w:t>
      </w:r>
    </w:p>
    <w:p>
      <w:pPr>
        <w:jc w:val="right"/>
      </w:pPr>
      <w:r>
        <w:t>تھا کہ دنیا بٹی ہوئی تھی مومن اور کافر میں۔</w:t>
      </w:r>
    </w:p>
    <w:p>
      <w:r>
        <w:rPr>
          <w:b/>
        </w:rPr>
        <w:t xml:space="preserve">[19:58] </w:t>
      </w:r>
      <w:r>
        <w:t>dekhein, quran mein agar yeh yeh ayat hai to is ka matlab yeh nahi ke quran ka pehle</w:t>
      </w:r>
    </w:p>
    <w:p>
      <w:pPr>
        <w:jc w:val="right"/>
      </w:pPr>
      <w:r>
        <w:t>دیکھیں، قرآن میں اگر یہ یہ آیت ہے تو اس کا مطلب یہ نہیں کہ قرآن کا پہلے</w:t>
      </w:r>
    </w:p>
    <w:p>
      <w:r>
        <w:rPr>
          <w:b/>
        </w:rPr>
        <w:t xml:space="preserve">[20:03] </w:t>
      </w:r>
      <w:r>
        <w:t>zamaney ki cheez ho gaya.</w:t>
      </w:r>
    </w:p>
    <w:p>
      <w:pPr>
        <w:jc w:val="right"/>
      </w:pPr>
      <w:r>
        <w:t>زمانے کی چیز ہو گیا۔</w:t>
      </w:r>
    </w:p>
    <w:p>
      <w:r>
        <w:rPr>
          <w:b/>
        </w:rPr>
        <w:t xml:space="preserve">[20:09] </w:t>
      </w:r>
      <w:r>
        <w:t>dekhein, quran mein aisi kai cheezein hain.</w:t>
      </w:r>
    </w:p>
    <w:p>
      <w:pPr>
        <w:jc w:val="right"/>
      </w:pPr>
      <w:r>
        <w:t>دیکھیں، قرآن میں ایسی کئی چیزیں ہیں۔</w:t>
      </w:r>
    </w:p>
    <w:p>
      <w:r>
        <w:rPr>
          <w:b/>
        </w:rPr>
        <w:t xml:space="preserve">[20:14] </w:t>
      </w:r>
      <w:r>
        <w:t>misal ke tor par dekhein, quran mein hai hajj surah hajj ke bare mein ke Hazrat Ibrahim (SAW)</w:t>
      </w:r>
    </w:p>
    <w:p>
      <w:pPr>
        <w:jc w:val="right"/>
      </w:pPr>
      <w:r>
        <w:t>مثال کے طور پر دیکھیں، قرآن میں ہے حج سورہ حج کے بارے میں کہ حضرت ابراہیم صلی</w:t>
      </w:r>
    </w:p>
    <w:p>
      <w:r>
        <w:rPr>
          <w:b/>
        </w:rPr>
        <w:t xml:space="preserve">[20:20] </w:t>
      </w:r>
      <w:r>
        <w:t>Allah taala (SWT) ne kaha ke hajj ka ailan kar do.</w:t>
      </w:r>
    </w:p>
    <w:p>
      <w:pPr>
        <w:jc w:val="right"/>
      </w:pPr>
      <w:r>
        <w:t>اللہ تعالی علیہ وسلم نے کہا کہ حج کا اعلان کر دو۔</w:t>
      </w:r>
    </w:p>
    <w:p>
      <w:r>
        <w:rPr>
          <w:b/>
        </w:rPr>
        <w:t xml:space="preserve">[20:25] </w:t>
      </w:r>
      <w:r>
        <w:t>hajj ka ailan kar do.</w:t>
      </w:r>
    </w:p>
    <w:p>
      <w:pPr>
        <w:jc w:val="right"/>
      </w:pPr>
      <w:r>
        <w:t>حج کا اعلان کر دو۔</w:t>
      </w:r>
    </w:p>
    <w:p>
      <w:r>
        <w:rPr>
          <w:b/>
        </w:rPr>
        <w:t xml:space="preserve">[20:30] </w:t>
      </w:r>
      <w:r>
        <w:t>yeh kaba banaya Hazrat Ibrahim (AS) ne.</w:t>
      </w:r>
    </w:p>
    <w:p>
      <w:pPr>
        <w:jc w:val="right"/>
      </w:pPr>
      <w:r>
        <w:t>یہ کعبہ بنایا حضرت ابراہیم علیہ السلام نے۔</w:t>
      </w:r>
    </w:p>
    <w:p>
      <w:r>
        <w:rPr>
          <w:b/>
        </w:rPr>
        <w:t xml:space="preserve">[20:36] </w:t>
      </w:r>
      <w:r>
        <w:t>kaba banane ke baad Allah ne kaha ke hajj ka ailan kar do.</w:t>
      </w:r>
    </w:p>
    <w:p>
      <w:pPr>
        <w:jc w:val="right"/>
      </w:pPr>
      <w:r>
        <w:t>کعبہ بنانے کے بعد اللہ نے کہا کہ حج کا اعلان کر دو۔</w:t>
      </w:r>
    </w:p>
    <w:p>
      <w:r>
        <w:rPr>
          <w:b/>
        </w:rPr>
        <w:t xml:space="preserve">[20:41] </w:t>
      </w:r>
      <w:r>
        <w:t>log aayenge tumhare paas door door se oonton par sawaar ho kar.</w:t>
      </w:r>
    </w:p>
    <w:p>
      <w:pPr>
        <w:jc w:val="right"/>
      </w:pPr>
      <w:r>
        <w:t>لوگ آئیں گے تمہارے پاس دور دور سے اونٹوں پر سوار ہو کر۔</w:t>
      </w:r>
    </w:p>
    <w:p>
      <w:r>
        <w:rPr>
          <w:b/>
        </w:rPr>
        <w:t xml:space="preserve">[20:47] </w:t>
      </w:r>
      <w:r>
        <w:t>to aaj kaun oont par sawaar ho ke jaata hai? aaj saare log hawai jahaz par baith ke</w:t>
      </w:r>
    </w:p>
    <w:p>
      <w:pPr>
        <w:jc w:val="right"/>
      </w:pPr>
      <w:r>
        <w:t>تو آج کون اونٹ پر سوار ہو کے جاتا ہے؟ آج سارے لوگ ہوائی جہاز پر بیٹھ کے</w:t>
      </w:r>
    </w:p>
    <w:p>
      <w:r>
        <w:rPr>
          <w:b/>
        </w:rPr>
        <w:t xml:space="preserve">[20:52] </w:t>
      </w:r>
      <w:r>
        <w:t>jaate hain hajj karne.</w:t>
      </w:r>
    </w:p>
    <w:p>
      <w:pPr>
        <w:jc w:val="right"/>
      </w:pPr>
      <w:r>
        <w:t>جاتے ہیں حج کرنے۔</w:t>
      </w:r>
    </w:p>
    <w:p>
      <w:r>
        <w:rPr>
          <w:b/>
        </w:rPr>
        <w:t xml:space="preserve">[20:58] </w:t>
      </w:r>
      <w:r>
        <w:t>to yeh us waqt ki zabaan thi.</w:t>
      </w:r>
    </w:p>
    <w:p>
      <w:pPr>
        <w:jc w:val="right"/>
      </w:pPr>
      <w:r>
        <w:t>تو یہ اس وقت کی زبان تھی۔</w:t>
      </w:r>
    </w:p>
    <w:p>
      <w:r>
        <w:rPr>
          <w:b/>
        </w:rPr>
        <w:t xml:space="preserve">[21:03] </w:t>
      </w:r>
      <w:r>
        <w:t>us waqt jo available, jo us waqt jo available yaani sawari thi, woh oont tha.</w:t>
      </w:r>
    </w:p>
    <w:p>
      <w:pPr>
        <w:jc w:val="right"/>
      </w:pPr>
      <w:r>
        <w:t>اس وقت جو اویلیبل، جو اس وقت جو اویلیبل یعنی سواری تھی، وہ اونٹ تھا۔</w:t>
      </w:r>
    </w:p>
    <w:p>
      <w:r>
        <w:rPr>
          <w:b/>
        </w:rPr>
        <w:t xml:space="preserve">[21:09] </w:t>
      </w:r>
      <w:r>
        <w:t>to log oont par aayenge.</w:t>
      </w:r>
    </w:p>
    <w:p>
      <w:pPr>
        <w:jc w:val="right"/>
      </w:pPr>
      <w:r>
        <w:t>تو لوگ اونٹ پر آئیں گے۔</w:t>
      </w:r>
    </w:p>
    <w:p>
      <w:r>
        <w:rPr>
          <w:b/>
        </w:rPr>
        <w:t xml:space="preserve">[21:14] </w:t>
      </w:r>
      <w:r>
        <w:t>ab jo available sawari hai, woh airplane hai.</w:t>
      </w:r>
    </w:p>
    <w:p>
      <w:pPr>
        <w:jc w:val="right"/>
      </w:pPr>
      <w:r>
        <w:t>اب جو اویلیبل سواری ہے، وہ ایروپلین ہے۔</w:t>
      </w:r>
    </w:p>
    <w:p>
      <w:r>
        <w:rPr>
          <w:b/>
        </w:rPr>
        <w:t xml:space="preserve">[21:20] </w:t>
      </w:r>
      <w:r>
        <w:t>to aap airplanes jayenge.</w:t>
      </w:r>
    </w:p>
    <w:p>
      <w:pPr>
        <w:jc w:val="right"/>
      </w:pPr>
      <w:r>
        <w:t>تو آپ ایروپلینز جائیں گے۔</w:t>
      </w:r>
    </w:p>
    <w:p>
      <w:r>
        <w:rPr>
          <w:b/>
        </w:rPr>
        <w:t xml:space="preserve">[21:25] </w:t>
      </w:r>
      <w:r>
        <w:t>to is pichhle zamane mein, yaani seventh century tak jo zamana tha, is mein aisa tha ke equation</w:t>
      </w:r>
    </w:p>
    <w:p>
      <w:pPr>
        <w:jc w:val="right"/>
      </w:pPr>
      <w:r>
        <w:t>تو اس پچھلے زمانے میں، یعنی سیونتھ سینچری تک جو زمانہ تھا، اس میں ایسا تھا کہ ایکویشن</w:t>
      </w:r>
    </w:p>
    <w:p>
      <w:r>
        <w:rPr>
          <w:b/>
        </w:rPr>
        <w:t xml:space="preserve">[21:31] </w:t>
      </w:r>
      <w:r>
        <w:t>momin aur kafir ka tha.</w:t>
      </w:r>
    </w:p>
    <w:p>
      <w:pPr>
        <w:jc w:val="right"/>
      </w:pPr>
      <w:r>
        <w:t>مومن اور کافر کا تھا۔</w:t>
      </w:r>
    </w:p>
    <w:p>
      <w:r>
        <w:rPr>
          <w:b/>
        </w:rPr>
        <w:t xml:space="preserve">[21:36] </w:t>
      </w:r>
      <w:r>
        <w:t>lekin phir Allah taala ne aisa process chalaya history mein ke woh equation badal gaya.</w:t>
      </w:r>
    </w:p>
    <w:p>
      <w:pPr>
        <w:jc w:val="right"/>
      </w:pPr>
      <w:r>
        <w:t>لیکن پھر اللہ تعالی نے ایسا پراسیس چلایا ہسٹری میں کہ وہ ایکویشن بدل گیا۔</w:t>
      </w:r>
    </w:p>
    <w:p>
      <w:r>
        <w:rPr>
          <w:b/>
        </w:rPr>
        <w:t xml:space="preserve">[21:42] </w:t>
      </w:r>
      <w:r>
        <w:t>ab jo equation ban gaya ke momin aur supporter, believer aur supporter, yaani jo doosre log hain, woh</w:t>
      </w:r>
    </w:p>
    <w:p>
      <w:pPr>
        <w:jc w:val="right"/>
      </w:pPr>
      <w:r>
        <w:t>اب جو ایکویشن بن گیا کہ مومن اور سپورٹر، بیلیور اور سپورٹر، یعنی جو دوسرے لوگ ہیں، وہ</w:t>
      </w:r>
    </w:p>
    <w:p>
      <w:r>
        <w:rPr>
          <w:b/>
        </w:rPr>
        <w:t xml:space="preserve">[21:47] </w:t>
      </w:r>
      <w:r>
        <w:t>aap ko support de rahe hain.</w:t>
      </w:r>
    </w:p>
    <w:p>
      <w:pPr>
        <w:jc w:val="right"/>
      </w:pPr>
      <w:r>
        <w:t>آپ کو سپورٹ دے رہے ہیں۔</w:t>
      </w:r>
    </w:p>
    <w:p>
      <w:r>
        <w:rPr>
          <w:b/>
        </w:rPr>
        <w:t xml:space="preserve">[21:53] </w:t>
      </w:r>
      <w:r>
        <w:t>aap ke liye dekhiye, unhon ne hawai jahaz banaya taake aap oont ke bajaye aaj hawai jahaz mein</w:t>
      </w:r>
    </w:p>
    <w:p>
      <w:pPr>
        <w:jc w:val="right"/>
      </w:pPr>
      <w:r>
        <w:t>آپ کے لیے دیکھیے، انہوں نے ہوائی جہاز بنایا تاکہ آپ اونٹ کے بجائے آج ہوائی جہاز میں</w:t>
      </w:r>
    </w:p>
    <w:p>
      <w:r>
        <w:rPr>
          <w:b/>
        </w:rPr>
        <w:t xml:space="preserve">[21:58] </w:t>
      </w:r>
      <w:r>
        <w:t>safar kar ke hajj kar le jayein.</w:t>
      </w:r>
    </w:p>
    <w:p>
      <w:pPr>
        <w:jc w:val="right"/>
      </w:pPr>
      <w:r>
        <w:t>سفر کر کے حج کر لے جائیں۔</w:t>
      </w:r>
    </w:p>
    <w:p>
      <w:r>
        <w:rPr>
          <w:b/>
        </w:rPr>
        <w:t xml:space="preserve">[22:04] </w:t>
      </w:r>
      <w:r>
        <w:t>unhon ne printing press banaya taake aap ki kitabon ko jo pehle haath se likhi jati thi ya</w:t>
      </w:r>
    </w:p>
    <w:p>
      <w:pPr>
        <w:jc w:val="right"/>
      </w:pPr>
      <w:r>
        <w:t>انہوں نے پرنٹنگ پریس بنایا تاکہ آپ کی کتابوں کو جو پہلے ہاتھ سے لکھی جاتی تھی یا</w:t>
      </w:r>
    </w:p>
    <w:p>
      <w:r>
        <w:rPr>
          <w:b/>
        </w:rPr>
        <w:t xml:space="preserve">[22:09] </w:t>
      </w:r>
      <w:r>
        <w:t>memorize karti jati thi, us ko aap chhaap chhaap kar logon tak pahunchayein.</w:t>
      </w:r>
    </w:p>
    <w:p>
      <w:pPr>
        <w:jc w:val="right"/>
      </w:pPr>
      <w:r>
        <w:t>میمورائز کرتی جاتی تھی، اس کو آپ چھاپ چھاپ کر لوگوں تک پہنچائیں۔</w:t>
      </w:r>
    </w:p>
    <w:p>
      <w:r>
        <w:rPr>
          <w:b/>
        </w:rPr>
        <w:t xml:space="preserve">[22:15] </w:t>
      </w:r>
      <w:r>
        <w:t>unhon ne international language develop ki.</w:t>
      </w:r>
    </w:p>
    <w:p>
      <w:pPr>
        <w:jc w:val="right"/>
      </w:pPr>
      <w:r>
        <w:t>انہوں نے انٹرنیشنل لینگویج ڈیولپ کی۔</w:t>
      </w:r>
    </w:p>
    <w:p>
      <w:r>
        <w:rPr>
          <w:b/>
        </w:rPr>
        <w:t xml:space="preserve">[22:20] </w:t>
      </w:r>
      <w:r>
        <w:t>English zabaan ko aaj international language kaha jata hai.</w:t>
      </w:r>
    </w:p>
    <w:p>
      <w:pPr>
        <w:jc w:val="right"/>
      </w:pPr>
      <w:r>
        <w:t>انگلش زبان کو آج انٹرنیشنل لینگویج کہا جاتا ہے۔</w:t>
      </w:r>
    </w:p>
    <w:p>
      <w:r>
        <w:rPr>
          <w:b/>
        </w:rPr>
        <w:t xml:space="preserve">[22:25] </w:t>
      </w:r>
      <w:r>
        <w:t>to unhon ne develop ki.</w:t>
      </w:r>
    </w:p>
    <w:p>
      <w:pPr>
        <w:jc w:val="right"/>
      </w:pPr>
      <w:r>
        <w:t>تو انہوں نے ڈیولپ کی۔</w:t>
      </w:r>
    </w:p>
    <w:p>
      <w:r>
        <w:rPr>
          <w:b/>
        </w:rPr>
        <w:t xml:space="preserve">[22:31] </w:t>
      </w:r>
      <w:r>
        <w:t>aap is ko istemal kar ke duniya mein apna paigham pahunchayein.</w:t>
      </w:r>
    </w:p>
    <w:p>
      <w:pPr>
        <w:jc w:val="right"/>
      </w:pPr>
      <w:r>
        <w:t>آپ اس کو استعمال کر کے دنیا میں اپنا پیغام پہنچائیے۔</w:t>
      </w:r>
    </w:p>
    <w:p>
      <w:r>
        <w:rPr>
          <w:b/>
        </w:rPr>
        <w:t xml:space="preserve">[22:36] </w:t>
      </w:r>
      <w:r>
        <w:t>unhon ne duniya mein, yaani freedom appreciation ka ek right banwaya baqayda.</w:t>
      </w:r>
    </w:p>
    <w:p>
      <w:pPr>
        <w:jc w:val="right"/>
      </w:pPr>
      <w:r>
        <w:t>انہوں نے دنیا میں، یعنی فریڈم ایپریشن کا ایک رائٹ بنوایا باقاعدہ۔</w:t>
      </w:r>
    </w:p>
    <w:p>
      <w:r>
        <w:rPr>
          <w:b/>
        </w:rPr>
        <w:t xml:space="preserve">[22:42] </w:t>
      </w:r>
      <w:r>
        <w:t>to aap is ko istemal kijiye.</w:t>
      </w:r>
    </w:p>
    <w:p>
      <w:pPr>
        <w:jc w:val="right"/>
      </w:pPr>
      <w:r>
        <w:t>تو آپ اس کو استعمال کیجئے۔</w:t>
      </w:r>
    </w:p>
    <w:p>
      <w:r>
        <w:rPr>
          <w:b/>
        </w:rPr>
        <w:t xml:space="preserve">[22:47] </w:t>
      </w:r>
      <w:r>
        <w:t>unhon ne aap ko yeh support diya hai.</w:t>
      </w:r>
    </w:p>
    <w:p>
      <w:pPr>
        <w:jc w:val="right"/>
      </w:pPr>
      <w:r>
        <w:t>انہوں نے آپ کو یہ سپورٹ دیا ہے۔</w:t>
      </w:r>
    </w:p>
    <w:p>
      <w:r>
        <w:rPr>
          <w:b/>
        </w:rPr>
        <w:t xml:space="preserve">[22:53] </w:t>
      </w:r>
      <w:r>
        <w:t>unhon ne education ka system banaya.</w:t>
      </w:r>
    </w:p>
    <w:p>
      <w:pPr>
        <w:jc w:val="right"/>
      </w:pPr>
      <w:r>
        <w:t>انہوں نے ایجوکیشن کا سسٹم بنایا۔</w:t>
      </w:r>
    </w:p>
    <w:p>
      <w:r>
        <w:rPr>
          <w:b/>
        </w:rPr>
        <w:t xml:space="preserve">[22:58] </w:t>
      </w:r>
      <w:r>
        <w:t>sari dunya mein education institutions hain.</w:t>
      </w:r>
    </w:p>
    <w:p>
      <w:pPr>
        <w:jc w:val="right"/>
      </w:pPr>
      <w:r>
        <w:t>ساری دنیا میں ایجوکیشن انسٹیٹیوشنز ہیں۔</w:t>
      </w:r>
    </w:p>
    <w:p>
      <w:r>
        <w:rPr>
          <w:b/>
        </w:rPr>
        <w:t xml:space="preserve">[23:04] </w:t>
      </w:r>
      <w:r>
        <w:t>aap is ko apne bachon ko parhwaiye.</w:t>
      </w:r>
    </w:p>
    <w:p>
      <w:pPr>
        <w:jc w:val="right"/>
      </w:pPr>
      <w:r>
        <w:t>آپ اس کو اپنے بچوں کو پڑھوائیے۔</w:t>
      </w:r>
    </w:p>
    <w:p>
      <w:r>
        <w:rPr>
          <w:b/>
        </w:rPr>
        <w:t xml:space="preserve">[23:09] </w:t>
      </w:r>
      <w:r>
        <w:t>yani aaj ka pura jo zamana hai, is mein jitne bhi jitne bhi activities hain, un sab mein</w:t>
      </w:r>
    </w:p>
    <w:p>
      <w:pPr>
        <w:jc w:val="right"/>
      </w:pPr>
      <w:r>
        <w:t>یعنی آج کا پورا جو زمانہ ہے، اس میں جتنے بھی جتنے بھی ایکٹیویٹیز ہیں، ان سب میں</w:t>
      </w:r>
    </w:p>
    <w:p>
      <w:r>
        <w:rPr>
          <w:b/>
        </w:rPr>
        <w:t xml:space="preserve">[23:15] </w:t>
      </w:r>
      <w:r>
        <w:t>free access hai.</w:t>
      </w:r>
    </w:p>
    <w:p>
      <w:pPr>
        <w:jc w:val="right"/>
      </w:pPr>
      <w:r>
        <w:t>فری ایکسیس ہے۔</w:t>
      </w:r>
    </w:p>
    <w:p>
      <w:r>
        <w:rPr>
          <w:b/>
        </w:rPr>
        <w:t xml:space="preserve">[23:20] </w:t>
      </w:r>
      <w:r>
        <w:t>har ek aadmi ko free access hai.</w:t>
      </w:r>
    </w:p>
    <w:p>
      <w:pPr>
        <w:jc w:val="right"/>
      </w:pPr>
      <w:r>
        <w:t>ہر ایک آدمی کو فری ایکسیس ہے۔</w:t>
      </w:r>
    </w:p>
    <w:p>
      <w:r>
        <w:rPr>
          <w:b/>
        </w:rPr>
        <w:t xml:space="preserve">[23:26] </w:t>
      </w:r>
      <w:r>
        <w:t>aap jahan chahein, jaise abhi parson ki baat hai, india mein ek secular university hai, delhi mein ek</w:t>
      </w:r>
    </w:p>
    <w:p>
      <w:pPr>
        <w:jc w:val="right"/>
      </w:pPr>
      <w:r>
        <w:t>آپ جہاں چاہیں، جیسے ابھی پرسوں کی بات ہے، انڈیا میں ایک سیکولر یونیورسٹی ہے، دلی میں ایک</w:t>
      </w:r>
    </w:p>
    <w:p>
      <w:r>
        <w:rPr>
          <w:b/>
        </w:rPr>
        <w:t xml:space="preserve">[23:31] </w:t>
      </w:r>
      <w:r>
        <w:t>secular university hai, ultra secular kaha jata hai is ko.</w:t>
      </w:r>
    </w:p>
    <w:p>
      <w:pPr>
        <w:jc w:val="right"/>
      </w:pPr>
      <w:r>
        <w:t>سیکولر یونیورسٹی ہے، الٹرا سیکولر کہا جاتا ہے اس کو۔</w:t>
      </w:r>
    </w:p>
    <w:p>
      <w:r>
        <w:rPr>
          <w:b/>
        </w:rPr>
        <w:t xml:space="preserve">[23:37] </w:t>
      </w:r>
      <w:r>
        <w:t>wahan hamara hamare log gaye, wahan par unhon ne apne apne khayalat pesh kiye aur literature ko khoob</w:t>
      </w:r>
    </w:p>
    <w:p>
      <w:pPr>
        <w:jc w:val="right"/>
      </w:pPr>
      <w:r>
        <w:t>وہاں ہمارا ہمارے لوگ گئے، وہاں پر انہوں نے اپنے اپنے خیالات پیش کیے اور لٹریچر کو خوب</w:t>
      </w:r>
    </w:p>
    <w:p>
      <w:r>
        <w:rPr>
          <w:b/>
        </w:rPr>
        <w:t xml:space="preserve">[23:42] </w:t>
      </w:r>
      <w:r>
        <w:t>khoob distribute kiya.</w:t>
      </w:r>
    </w:p>
    <w:p>
      <w:pPr>
        <w:jc w:val="right"/>
      </w:pPr>
      <w:r>
        <w:t>خوب ڈسٹریبیوٹ کیا۔</w:t>
      </w:r>
    </w:p>
    <w:p>
      <w:r>
        <w:rPr>
          <w:b/>
        </w:rPr>
        <w:t xml:space="preserve">[23:48] </w:t>
      </w:r>
      <w:r>
        <w:t>unhon ne de diya table, de diya ke aap rakhein kitabein apni aur distribute kiyein.</w:t>
      </w:r>
    </w:p>
    <w:p>
      <w:pPr>
        <w:jc w:val="right"/>
      </w:pPr>
      <w:r>
        <w:t>انہوں نے دے دیا ٹیبل، دے دیا کہ آپ رکھیں کتابیں اپنی اور ڈسٹریبیوٹ کیے۔</w:t>
      </w:r>
    </w:p>
    <w:p>
      <w:r>
        <w:rPr>
          <w:b/>
        </w:rPr>
        <w:t xml:space="preserve">[23:53] </w:t>
      </w:r>
      <w:r>
        <w:t>ek secular university mein yeh hai supporting role.</w:t>
      </w:r>
    </w:p>
    <w:p>
      <w:pPr>
        <w:jc w:val="right"/>
      </w:pPr>
      <w:r>
        <w:t>ایک سیکولر یونیورسٹی میں یہ ہے سپورٹنگ رول۔</w:t>
      </w:r>
    </w:p>
    <w:p>
      <w:r>
        <w:rPr>
          <w:b/>
        </w:rPr>
        <w:t xml:space="preserve">[23:59] </w:t>
      </w:r>
      <w:r>
        <w:t>to puri dunya jo hai, woh supporting role is ka ban gaya hai.</w:t>
      </w:r>
    </w:p>
    <w:p>
      <w:pPr>
        <w:jc w:val="right"/>
      </w:pPr>
      <w:r>
        <w:t>تو پوری دنیا جو ہے، وہ سپورٹنگ رول اس کا بن گیا ہے۔</w:t>
      </w:r>
    </w:p>
    <w:p>
      <w:r>
        <w:rPr>
          <w:b/>
        </w:rPr>
        <w:t xml:space="preserve">[24:04] </w:t>
      </w:r>
      <w:r>
        <w:t>to ab aap ghussa kis liye? aap kis liye kehte hain ke dunya hamare khilaf conspiracy kar rahi</w:t>
      </w:r>
    </w:p>
    <w:p>
      <w:pPr>
        <w:jc w:val="right"/>
      </w:pPr>
      <w:r>
        <w:t>تو اب آپ غصہ کس لیے؟ آپ کس لیے کہتے ہیں کہ دنیا ہمارے خلاف کانسپریسی کر رہی</w:t>
      </w:r>
    </w:p>
    <w:p>
      <w:r>
        <w:rPr>
          <w:b/>
        </w:rPr>
        <w:t xml:space="preserve">[24:09] </w:t>
      </w:r>
      <w:r>
        <w:t>hai? dunya hum ko, jis ko aaj kal kehte hain ke islamophobia, yeh yeh yeh false term hai.</w:t>
      </w:r>
    </w:p>
    <w:p>
      <w:pPr>
        <w:jc w:val="right"/>
      </w:pPr>
      <w:r>
        <w:t>ہے؟ دنیا ہم کو، جس کو آج کل کہتے ہیں کہ اسلامو فوبیا، یہ یہ یہ فالس ٹرم ہے۔</w:t>
      </w:r>
    </w:p>
    <w:p>
      <w:r>
        <w:rPr>
          <w:b/>
        </w:rPr>
        <w:t xml:space="preserve">[24:15] </w:t>
      </w:r>
      <w:r>
        <w:t>The term is, the very term is false, the very term is wrong.</w:t>
      </w:r>
    </w:p>
    <w:p>
      <w:pPr>
        <w:jc w:val="right"/>
      </w:pPr>
      <w:r>
        <w:t>دا ٹرم از دا ویری ٹرم از فالس، دا ویری ٹرم از رونگ۔</w:t>
      </w:r>
    </w:p>
    <w:p>
      <w:r>
        <w:rPr>
          <w:b/>
        </w:rPr>
        <w:t xml:space="preserve">[24:20] </w:t>
      </w:r>
      <w:r>
        <w:t>koi islamophobia nahin.</w:t>
      </w:r>
    </w:p>
    <w:p>
      <w:pPr>
        <w:jc w:val="right"/>
      </w:pPr>
      <w:r>
        <w:t>کوئی اسلامو فوبیا نہیں۔</w:t>
      </w:r>
    </w:p>
    <w:p>
      <w:r>
        <w:rPr>
          <w:b/>
        </w:rPr>
        <w:t xml:space="preserve">[24:26] </w:t>
      </w:r>
      <w:r>
        <w:t>khud musalmanon ko america ko ho gaya hai.</w:t>
      </w:r>
    </w:p>
    <w:p>
      <w:pPr>
        <w:jc w:val="right"/>
      </w:pPr>
      <w:r>
        <w:t>خود مسلمانوں کو امریکہ کو ہو گیا ہے۔</w:t>
      </w:r>
    </w:p>
    <w:p>
      <w:r>
        <w:rPr>
          <w:b/>
        </w:rPr>
        <w:t xml:space="preserve">[24:31] </w:t>
      </w:r>
      <w:r>
        <w:t>خود مسلمانوں کو یہ ہے کہ America is an enemy number one of Islam.</w:t>
      </w:r>
    </w:p>
    <w:p>
      <w:pPr>
        <w:jc w:val="right"/>
      </w:pPr>
      <w:r>
        <w:t>خود مسلمانوں کو یہ ہے کہ امریکہ از انیبل نمبر ون آف اسلام۔</w:t>
      </w:r>
    </w:p>
    <w:p>
      <w:r>
        <w:rPr>
          <w:b/>
        </w:rPr>
        <w:t xml:space="preserve">[24:37] </w:t>
      </w:r>
      <w:r>
        <w:t>to is khud musalmanon ko america ko america phobia ho gaya hai.</w:t>
      </w:r>
    </w:p>
    <w:p>
      <w:pPr>
        <w:jc w:val="right"/>
      </w:pPr>
      <w:r>
        <w:t>تو اس خود مسلمانوں کو امریکہ کو امریکہ فوبیا ہو گیا ہے۔</w:t>
      </w:r>
    </w:p>
    <w:p>
      <w:r>
        <w:rPr>
          <w:b/>
        </w:rPr>
        <w:t xml:space="preserve">[24:42] </w:t>
      </w:r>
      <w:r>
        <w:t>dunya ko koi islamophobia nahin.</w:t>
      </w:r>
    </w:p>
    <w:p>
      <w:pPr>
        <w:jc w:val="right"/>
      </w:pPr>
      <w:r>
        <w:t>دنیا کو کوئی اسلامو فوبیا نہیں۔</w:t>
      </w:r>
    </w:p>
    <w:p>
      <w:r>
        <w:rPr>
          <w:b/>
        </w:rPr>
        <w:t xml:space="preserve">[24:48] </w:t>
      </w:r>
      <w:r>
        <w:t>dunya to aap ko sara sare opportunities khol diya hai is ne.</w:t>
      </w:r>
    </w:p>
    <w:p>
      <w:pPr>
        <w:jc w:val="right"/>
      </w:pPr>
      <w:r>
        <w:t>دنیا تو آپ کو سارا سارے اپرچونیٹیز کھول دیا ہے اس نے۔</w:t>
      </w:r>
    </w:p>
    <w:p>
      <w:r>
        <w:rPr>
          <w:b/>
        </w:rPr>
        <w:t xml:space="preserve">[24:53] </w:t>
      </w:r>
      <w:r>
        <w:t>aap kijiye is ka.</w:t>
      </w:r>
    </w:p>
    <w:p>
      <w:pPr>
        <w:jc w:val="right"/>
      </w:pPr>
      <w:r>
        <w:t>آپ کیجئے اس کا۔</w:t>
      </w:r>
    </w:p>
    <w:p>
      <w:r>
        <w:rPr>
          <w:b/>
        </w:rPr>
        <w:t xml:space="preserve">[24:59] </w:t>
      </w:r>
      <w:r>
        <w:t>phir ek bahut bara contribution dunya ka yeh hai, jis ko mein kehta hoon openness.</w:t>
      </w:r>
    </w:p>
    <w:p>
      <w:pPr>
        <w:jc w:val="right"/>
      </w:pPr>
      <w:r>
        <w:t>پھر ایک بہت بڑا کنٹریبیوشن دنیا کا یہ ہے، جس کو میں کہتا ہوں اوپنس۔</w:t>
      </w:r>
    </w:p>
    <w:p>
      <w:r>
        <w:rPr>
          <w:b/>
        </w:rPr>
        <w:t xml:space="preserve">[25:04] </w:t>
      </w:r>
      <w:r>
        <w:t>Opens, you see, in earlier times, in the field of religion, Christian criticism was taboo.</w:t>
      </w:r>
    </w:p>
    <w:p>
      <w:pPr>
        <w:jc w:val="right"/>
      </w:pPr>
      <w:r>
        <w:t>اوپنس دیکھیں، پہلے زمانے میں ریلیجس کی فیلڈ میں کرسچن کریٹیسز واز ٹیبو۔</w:t>
      </w:r>
    </w:p>
    <w:p>
      <w:r>
        <w:rPr>
          <w:b/>
        </w:rPr>
        <w:t xml:space="preserve">[25:10] </w:t>
      </w:r>
      <w:r>
        <w:t>yani jo jo karaji the, jo king the, woh aap ko allow nahin karte the ke aap christian karein.</w:t>
      </w:r>
    </w:p>
    <w:p>
      <w:pPr>
        <w:jc w:val="right"/>
      </w:pPr>
      <w:r>
        <w:t>یعنی جو جو کراجی تھے، جو کنگ تھے، وہ آپ کو الاؤ نہیں کرتے تھے کہ آپ کرسچن کریں۔</w:t>
      </w:r>
    </w:p>
    <w:p>
      <w:r>
        <w:rPr>
          <w:b/>
        </w:rPr>
        <w:t xml:space="preserve">[25:15] </w:t>
      </w:r>
      <w:r>
        <w:t>critical discussion was not allowed.</w:t>
      </w:r>
    </w:p>
    <w:p>
      <w:pPr>
        <w:jc w:val="right"/>
      </w:pPr>
      <w:r>
        <w:t>کریٹیکل ڈسکشن واز ناٹ الاؤڈ۔</w:t>
      </w:r>
    </w:p>
    <w:p>
      <w:r>
        <w:rPr>
          <w:b/>
        </w:rPr>
        <w:t xml:space="preserve">[25:21] </w:t>
      </w:r>
      <w:r>
        <w:t>ab kya hai? ab discussion ke liye koi koi rukawat nahin.</w:t>
      </w:r>
    </w:p>
    <w:p>
      <w:pPr>
        <w:jc w:val="right"/>
      </w:pPr>
      <w:r>
        <w:t>اب کیا ہے؟ اب ڈسکشن کے لیے کوئی کوئی رکاوٹ نہیں۔</w:t>
      </w:r>
    </w:p>
    <w:p>
      <w:r>
        <w:rPr>
          <w:b/>
        </w:rPr>
        <w:t xml:space="preserve">[25:26] </w:t>
      </w:r>
      <w:r>
        <w:t>koi aap free hain, aap bilkul free hain ke discuss karein aur apna point of view logon ke</w:t>
      </w:r>
    </w:p>
    <w:p>
      <w:pPr>
        <w:jc w:val="right"/>
      </w:pPr>
      <w:r>
        <w:t>کوئی آپ فری ہیں، آپ بالکل فری ہیں کہ ڈسکس کریں اور اپنا پوائنٹ آف ویو لوگوں کے</w:t>
      </w:r>
    </w:p>
    <w:p>
      <w:r>
        <w:rPr>
          <w:b/>
        </w:rPr>
        <w:t xml:space="preserve">[25:32] </w:t>
      </w:r>
      <w:r>
        <w:t>samne pes karen.</w:t>
      </w:r>
    </w:p>
    <w:p>
      <w:pPr>
        <w:jc w:val="right"/>
      </w:pPr>
      <w:r>
        <w:t>سامنے پیش کریں۔</w:t>
      </w:r>
    </w:p>
    <w:p>
      <w:r>
        <w:rPr>
          <w:b/>
        </w:rPr>
        <w:t xml:space="preserve">[25:37] </w:t>
      </w:r>
      <w:r>
        <w:t>aap criticize kar sakte hain doosron ke faith faith par.</w:t>
      </w:r>
    </w:p>
    <w:p>
      <w:pPr>
        <w:jc w:val="right"/>
      </w:pPr>
      <w:r>
        <w:t>آپ کریٹیسائز کر سکتے ہیں دوسروں کے فیتھ فیتھ پر۔</w:t>
      </w:r>
    </w:p>
    <w:p>
      <w:r>
        <w:rPr>
          <w:b/>
        </w:rPr>
        <w:t xml:space="preserve">[25:43] </w:t>
      </w:r>
      <w:r>
        <w:t>doosron ke faith par aap criticize kar sakte hain peaceful tareeqe se.</w:t>
      </w:r>
    </w:p>
    <w:p>
      <w:pPr>
        <w:jc w:val="right"/>
      </w:pPr>
      <w:r>
        <w:t>دوسروں کے فیتھ پر آپ کریٹیسائز کر سکتے ہیں پیس فل طریقے سے۔</w:t>
      </w:r>
    </w:p>
    <w:p>
      <w:r>
        <w:rPr>
          <w:b/>
        </w:rPr>
        <w:t xml:space="preserve">[25:48] </w:t>
      </w:r>
      <w:r>
        <w:t>to is zamane mein dekhiye, critical discussion is also allowed.</w:t>
      </w:r>
    </w:p>
    <w:p>
      <w:pPr>
        <w:jc w:val="right"/>
      </w:pPr>
      <w:r>
        <w:t>تو اس زمانے میں دیکھیے، کریٹیکل ڈسکشن از السو الاؤڈ۔</w:t>
      </w:r>
    </w:p>
    <w:p>
      <w:r>
        <w:rPr>
          <w:b/>
        </w:rPr>
        <w:t xml:space="preserve">[25:54] </w:t>
      </w:r>
      <w:r>
        <w:t>is ko avail kijiye aap.</w:t>
      </w:r>
    </w:p>
    <w:p>
      <w:pPr>
        <w:jc w:val="right"/>
      </w:pPr>
      <w:r>
        <w:t>اس کو اویل کیجئے آپ۔</w:t>
      </w:r>
    </w:p>
    <w:p>
      <w:r>
        <w:rPr>
          <w:b/>
        </w:rPr>
        <w:t xml:space="preserve">[25:59] </w:t>
      </w:r>
      <w:r>
        <w:t>تو مسلمان میں اس وقت مسلمانوں case case of unawareness ہے۔</w:t>
      </w:r>
    </w:p>
    <w:p>
      <w:pPr>
        <w:jc w:val="right"/>
      </w:pPr>
      <w:r>
        <w:t>تو مسلمان میں اس وقت مسلمانوں کیس کیس آف ان اویرنس ہے۔</w:t>
      </w:r>
    </w:p>
    <w:p>
      <w:r>
        <w:rPr>
          <w:b/>
        </w:rPr>
        <w:t xml:space="preserve">[26:04] </w:t>
      </w:r>
      <w:r>
        <w:t>yani musalman jante hi nahin ke zamane mein change kya aaya hai.</w:t>
      </w:r>
    </w:p>
    <w:p>
      <w:pPr>
        <w:jc w:val="right"/>
      </w:pPr>
      <w:r>
        <w:t>یعنی مسلمان جانتے ہی نہیں کہ زمانے میں چینج کیا آیا ہے۔</w:t>
      </w:r>
    </w:p>
    <w:p>
      <w:r>
        <w:rPr>
          <w:b/>
        </w:rPr>
        <w:t xml:space="preserve">[26:10] </w:t>
      </w:r>
      <w:r>
        <w:t>مسلمانوں کا جو negative سوچ ہے، مسلمانوں کے اندر جو militancy ہے، مسلمان جو suicide bombing کرتے ہیں،</w:t>
      </w:r>
    </w:p>
    <w:p>
      <w:pPr>
        <w:jc w:val="right"/>
      </w:pPr>
      <w:r>
        <w:t>مسلمانوں کا جو نیگیٹیو سوچ ہے، مسلمانوں کے اندر جو ملیٹنسی ہے، مسلمان جو سوسائیڈ بابنگ کرتے ہیں،</w:t>
      </w:r>
    </w:p>
    <w:p>
      <w:r>
        <w:rPr>
          <w:b/>
        </w:rPr>
        <w:t xml:space="preserve">[26:15] </w:t>
      </w:r>
      <w:r>
        <w:t>جو بھی اس قسم کی activities مسلمانوں میں ہیں، وہ سب due to unawareness.</w:t>
      </w:r>
    </w:p>
    <w:p>
      <w:pPr>
        <w:jc w:val="right"/>
      </w:pPr>
      <w:r>
        <w:t>جو بھی اس قسم کی ایکٹیویٹیز مسلمانوں میں ہیں، وہ سب ڈیو ٹو ان اویرنس۔</w:t>
      </w:r>
    </w:p>
    <w:p>
      <w:r>
        <w:rPr>
          <w:b/>
        </w:rPr>
        <w:t xml:space="preserve">[26:21] </w:t>
      </w:r>
      <w:r>
        <w:t>وہ جانتے نہیں کہ یہ age کیا ہے۔</w:t>
      </w:r>
    </w:p>
    <w:p>
      <w:pPr>
        <w:jc w:val="right"/>
      </w:pPr>
      <w:r>
        <w:t>وہ جانتے نہیں کہ یہ ایج کیا ہے۔</w:t>
      </w:r>
    </w:p>
    <w:p>
      <w:r>
        <w:rPr>
          <w:b/>
        </w:rPr>
        <w:t xml:space="preserve">[26:26] </w:t>
      </w:r>
      <w:r>
        <w:t>یعنی اس کو جانتے ہی نہیں کہ اب equation بدل گیا۔</w:t>
      </w:r>
    </w:p>
    <w:p>
      <w:pPr>
        <w:jc w:val="right"/>
      </w:pPr>
      <w:r>
        <w:t>یعنی اس کو جانتے ہی نہیں کہ اب ایکویشن بدل گیا۔</w:t>
      </w:r>
    </w:p>
    <w:p>
      <w:r>
        <w:rPr>
          <w:b/>
        </w:rPr>
        <w:t xml:space="preserve">[26:32] </w:t>
      </w:r>
      <w:r>
        <w:t>woh hadith mein jo prediction thi ke ek zamana aayega jab sari duniya tumhari supporter ban jayegi.</w:t>
      </w:r>
    </w:p>
    <w:p>
      <w:pPr>
        <w:jc w:val="right"/>
      </w:pPr>
      <w:r>
        <w:t>وہ حدیث میں جو پریڈکشن تھی کہ ایک زمانہ آئے گا جب ساری دنیا تمہاری سپورٹر بن جائے گی۔</w:t>
      </w:r>
    </w:p>
    <w:p>
      <w:r>
        <w:rPr>
          <w:b/>
        </w:rPr>
        <w:t xml:space="preserve">[26:37] </w:t>
      </w:r>
      <w:r>
        <w:t>innalah la yahdulfajir.</w:t>
      </w:r>
    </w:p>
    <w:p>
      <w:pPr>
        <w:jc w:val="right"/>
      </w:pPr>
      <w:r>
        <w:t>ان اللہ لا یحد الفاجر۔</w:t>
      </w:r>
    </w:p>
    <w:p>
      <w:r>
        <w:rPr>
          <w:b/>
        </w:rPr>
        <w:t xml:space="preserve">[26:43] </w:t>
      </w:r>
      <w:r>
        <w:t>to woh to aa gaya.</w:t>
      </w:r>
    </w:p>
    <w:p>
      <w:pPr>
        <w:jc w:val="right"/>
      </w:pPr>
      <w:r>
        <w:t>تو وہ تو آ گیا۔</w:t>
      </w:r>
    </w:p>
    <w:p>
      <w:r>
        <w:rPr>
          <w:b/>
        </w:rPr>
        <w:t xml:space="preserve">[26:48] </w:t>
      </w:r>
      <w:r>
        <w:t>sari duniya aap ki supporter ban gayi.</w:t>
      </w:r>
    </w:p>
    <w:p>
      <w:pPr>
        <w:jc w:val="right"/>
      </w:pPr>
      <w:r>
        <w:t>ساری دنیا آپ کی سپورٹر بن گئی۔</w:t>
      </w:r>
    </w:p>
    <w:p>
      <w:r>
        <w:rPr>
          <w:b/>
        </w:rPr>
        <w:t xml:space="preserve">[26:54] </w:t>
      </w:r>
      <w:r>
        <w:t>ab equation jo ban gaya, woh ban gaya momin aur supporter.</w:t>
      </w:r>
    </w:p>
    <w:p>
      <w:pPr>
        <w:jc w:val="right"/>
      </w:pPr>
      <w:r>
        <w:t>اب ایکویشن جو بن گیا، وہ بن گیا مومن اور سپورٹر۔</w:t>
      </w:r>
    </w:p>
    <w:p>
      <w:r>
        <w:rPr>
          <w:b/>
        </w:rPr>
        <w:t xml:space="preserve">[26:59] </w:t>
      </w:r>
      <w:r>
        <w:t>to na ladna hai, na nafrat karna hai, na kisi ko enemy samajhna hai.</w:t>
      </w:r>
    </w:p>
    <w:p>
      <w:pPr>
        <w:jc w:val="right"/>
      </w:pPr>
      <w:r>
        <w:t>تو نہ لڑنا ہے، نہ نفرت کرنا ہے، نہ کسی کو اینمی سمجھنا ہے۔</w:t>
      </w:r>
    </w:p>
    <w:p>
      <w:r>
        <w:rPr>
          <w:b/>
        </w:rPr>
        <w:t xml:space="preserve">[27:05] </w:t>
      </w:r>
      <w:r>
        <w:t>hazrat masih ne kaha tha ke love your enemy.</w:t>
      </w:r>
    </w:p>
    <w:p>
      <w:pPr>
        <w:jc w:val="right"/>
      </w:pPr>
      <w:r>
        <w:t>حضرت مسیح نے کہا تھا کہ لو یور اینمی۔</w:t>
      </w:r>
    </w:p>
    <w:p>
      <w:r>
        <w:rPr>
          <w:b/>
        </w:rPr>
        <w:t xml:space="preserve">[27:10] </w:t>
      </w:r>
      <w:r>
        <w:t>ab to enemy koi hai hi nahin.</w:t>
      </w:r>
    </w:p>
    <w:p>
      <w:pPr>
        <w:jc w:val="right"/>
      </w:pPr>
      <w:r>
        <w:t>اب تو اینمی کوئی ہے ہی نہیں۔</w:t>
      </w:r>
    </w:p>
    <w:p>
      <w:r>
        <w:rPr>
          <w:b/>
        </w:rPr>
        <w:t xml:space="preserve">[27:16] </w:t>
      </w:r>
      <w:r>
        <w:t>حضرت مسیح نے اس زمانے میں بات کہی تھی جب کہ وہ وہ equation تھا۔</w:t>
      </w:r>
    </w:p>
    <w:p>
      <w:pPr>
        <w:jc w:val="right"/>
      </w:pPr>
      <w:r>
        <w:t>حضرت مسیح نے اس زمانے میں بات کہی تھی جب کہ وہ وہ ایکویشن تھا۔</w:t>
      </w:r>
    </w:p>
    <w:p>
      <w:r>
        <w:rPr>
          <w:b/>
        </w:rPr>
        <w:t xml:space="preserve">[27:21] </w:t>
      </w:r>
      <w:r>
        <w:t>حضرت مسیح نے جو کہا تھا کہ love your enemy, وہ اس زمانے تھا جب کہ ایکویشن جو</w:t>
      </w:r>
    </w:p>
    <w:p>
      <w:pPr>
        <w:jc w:val="right"/>
      </w:pPr>
      <w:r>
        <w:t>حضرت مسیح نے جو کہا تھا کہ لو یور اینمی، وہ اس زمانے تھا جب کہ ایکویشن جو</w:t>
      </w:r>
    </w:p>
    <w:p>
      <w:r>
        <w:rPr>
          <w:b/>
        </w:rPr>
        <w:t xml:space="preserve">[27:27] </w:t>
      </w:r>
      <w:r>
        <w:t>tha momin aur kafir ka.</w:t>
      </w:r>
    </w:p>
    <w:p>
      <w:pPr>
        <w:jc w:val="right"/>
      </w:pPr>
      <w:r>
        <w:t>تھا مومن اور کافر کا۔</w:t>
      </w:r>
    </w:p>
    <w:p>
      <w:r>
        <w:rPr>
          <w:b/>
        </w:rPr>
        <w:t xml:space="preserve">[27:32] </w:t>
      </w:r>
      <w:r>
        <w:t>ab to badal gaya woh equation.</w:t>
      </w:r>
    </w:p>
    <w:p>
      <w:pPr>
        <w:jc w:val="right"/>
      </w:pPr>
      <w:r>
        <w:t>اب تو بدل گیا وہ ایکویشن۔</w:t>
      </w:r>
    </w:p>
    <w:p>
      <w:r>
        <w:rPr>
          <w:b/>
        </w:rPr>
        <w:t xml:space="preserve">[27:38] </w:t>
      </w:r>
      <w:r>
        <w:t>ab to koi love, koi enemy hai hi nahin.</w:t>
      </w:r>
    </w:p>
    <w:p>
      <w:pPr>
        <w:jc w:val="right"/>
      </w:pPr>
      <w:r>
        <w:t>اب تو کوئی لو، کوئی اینمی ہے ہی نہیں۔</w:t>
      </w:r>
    </w:p>
    <w:p>
      <w:r>
        <w:rPr>
          <w:b/>
        </w:rPr>
        <w:t xml:space="preserve">[27:43] </w:t>
      </w:r>
      <w:r>
        <w:t>sab friend hain.</w:t>
      </w:r>
    </w:p>
    <w:p>
      <w:pPr>
        <w:jc w:val="right"/>
      </w:pPr>
      <w:r>
        <w:t>سب فرینڈ ہیں۔</w:t>
      </w:r>
    </w:p>
    <w:p>
      <w:r>
        <w:rPr>
          <w:b/>
        </w:rPr>
        <w:t xml:space="preserve">[27:48] </w:t>
      </w:r>
      <w:r>
        <w:t>aaj jo hai, koi enemy nahin hai.</w:t>
      </w:r>
    </w:p>
    <w:p>
      <w:pPr>
        <w:jc w:val="right"/>
      </w:pPr>
      <w:r>
        <w:t>آج جو ہے، کوئی اینمی نہیں ہے۔</w:t>
      </w:r>
    </w:p>
    <w:p>
      <w:r>
        <w:rPr>
          <w:b/>
        </w:rPr>
        <w:t xml:space="preserve">[27:54] </w:t>
      </w:r>
      <w:r>
        <w:t>aaj sab sab ke sab friend hain, sab ke sab supporter hain.</w:t>
      </w:r>
    </w:p>
    <w:p>
      <w:pPr>
        <w:jc w:val="right"/>
      </w:pPr>
      <w:r>
        <w:t>آج سب سب کے سب فرینڈ ہیں، سب کے سب سپورٹر ہیں۔</w:t>
      </w:r>
    </w:p>
    <w:p>
      <w:r>
        <w:rPr>
          <w:b/>
        </w:rPr>
        <w:t xml:space="preserve">[27:59] </w:t>
      </w:r>
      <w:r>
        <w:t>ab to avail karna hai.</w:t>
      </w:r>
    </w:p>
    <w:p>
      <w:pPr>
        <w:jc w:val="right"/>
      </w:pPr>
      <w:r>
        <w:t>اب تو اویل کرنا ہے۔</w:t>
      </w:r>
    </w:p>
    <w:p>
      <w:r>
        <w:rPr>
          <w:b/>
        </w:rPr>
        <w:t xml:space="preserve">[28:05] </w:t>
      </w:r>
      <w:r>
        <w:t>ab to friendship ko avail karna hai.</w:t>
      </w:r>
    </w:p>
    <w:p>
      <w:pPr>
        <w:jc w:val="right"/>
      </w:pPr>
      <w:r>
        <w:t>اب تو فرینڈشپ کو اویل کرنا ہے۔</w:t>
      </w:r>
    </w:p>
    <w:p>
      <w:r>
        <w:rPr>
          <w:b/>
        </w:rPr>
        <w:t xml:space="preserve">[28:10] </w:t>
      </w:r>
      <w:r>
        <w:t>friendship ko avail karna hai.</w:t>
      </w:r>
    </w:p>
    <w:p>
      <w:pPr>
        <w:jc w:val="right"/>
      </w:pPr>
      <w:r>
        <w:t>فرینڈشپ کو اویل کرنا ہے۔</w:t>
      </w:r>
    </w:p>
    <w:p>
      <w:r>
        <w:rPr>
          <w:b/>
        </w:rPr>
        <w:t xml:space="preserve">[28:16] </w:t>
      </w:r>
      <w:r>
        <w:t>abhi ek meeting mein mujhe jana hua tha to yeh sawal hua musalmanon ke bare mein ke musalman</w:t>
      </w:r>
    </w:p>
    <w:p>
      <w:pPr>
        <w:jc w:val="right"/>
      </w:pPr>
      <w:r>
        <w:t>ابھی ایک میٹنگ میں مجھے جانا ہوا تھا تو یہ سوال ہوا مسلمانوں کے بارے میں کہ مسلمان</w:t>
      </w:r>
    </w:p>
    <w:p>
      <w:r>
        <w:rPr>
          <w:b/>
        </w:rPr>
        <w:t xml:space="preserve">[28:21] </w:t>
      </w:r>
      <w:r>
        <w:t>militancy kyon chalate hain.</w:t>
      </w:r>
    </w:p>
    <w:p>
      <w:pPr>
        <w:jc w:val="right"/>
      </w:pPr>
      <w:r>
        <w:t>ملیٹنسی کیوں چلاتے ہیں۔</w:t>
      </w:r>
    </w:p>
    <w:p>
      <w:r>
        <w:rPr>
          <w:b/>
        </w:rPr>
        <w:t xml:space="preserve">[28:27] </w:t>
      </w:r>
      <w:r>
        <w:t>تو میں نے کہا کہ that is due to their unawareness.</w:t>
      </w:r>
    </w:p>
    <w:p>
      <w:pPr>
        <w:jc w:val="right"/>
      </w:pPr>
      <w:r>
        <w:t>تو میں نے کہا کہ دیٹ از ڈیو ٹو دیر ان اویرنس۔</w:t>
      </w:r>
    </w:p>
    <w:p>
      <w:r>
        <w:rPr>
          <w:b/>
        </w:rPr>
        <w:t xml:space="preserve">[28:32] </w:t>
      </w:r>
      <w:r>
        <w:t>اس ملیٹنسی کا جو روٹ کاز ہے، root cause وہ ہے unawareness.</w:t>
      </w:r>
    </w:p>
    <w:p>
      <w:pPr>
        <w:jc w:val="right"/>
      </w:pPr>
      <w:r>
        <w:t>اس ملیٹنسی کا جو روٹ کاز ہے، روٹ کاز وہ ہے ان اویرنس۔</w:t>
      </w:r>
    </w:p>
    <w:p>
      <w:r>
        <w:rPr>
          <w:b/>
        </w:rPr>
        <w:t xml:space="preserve">[28:38] </w:t>
      </w:r>
      <w:r>
        <w:t>They are unaware of the age of present age.</w:t>
      </w:r>
    </w:p>
    <w:p>
      <w:pPr>
        <w:jc w:val="right"/>
      </w:pPr>
      <w:r>
        <w:t>دے ار ان اویر اف دا ایج اف پریزنٹ ایج۔</w:t>
      </w:r>
    </w:p>
    <w:p>
      <w:r>
        <w:rPr>
          <w:b/>
        </w:rPr>
        <w:t xml:space="preserve">[28:43] </w:t>
      </w:r>
      <w:r>
        <w:t>تو آپ اگر بمبار، اگر آپ ان کے بم کے بقول دوسرا بم ماریں، that will not work۔</w:t>
      </w:r>
    </w:p>
    <w:p>
      <w:pPr>
        <w:jc w:val="right"/>
      </w:pPr>
      <w:r>
        <w:t>تو آپ اگر بمبار، اگر آپ ان کے بم کے بقول دوسرا بم ماریں، دیٹ ول ناٹ ورک۔</w:t>
      </w:r>
    </w:p>
    <w:p>
      <w:r>
        <w:rPr>
          <w:b/>
        </w:rPr>
        <w:t xml:space="preserve">[28:49] </w:t>
      </w:r>
      <w:r>
        <w:t>یعنی وہ بم ماریں، آپ بھی بم ماریں، وہ گن چلائیں، آپ بھی گن چلائیں، that will not work.</w:t>
      </w:r>
    </w:p>
    <w:p>
      <w:pPr>
        <w:jc w:val="right"/>
      </w:pPr>
      <w:r>
        <w:t>یعنی وہ بم ماریں، آپ بھی بم ماریں، وہ گن چلائیں، آپ بھی گن چلائیں، دیٹ ول ناٹ ورک۔</w:t>
      </w:r>
    </w:p>
    <w:p>
      <w:r>
        <w:rPr>
          <w:b/>
        </w:rPr>
        <w:t xml:space="preserve">[28:54] </w:t>
      </w:r>
      <w:r>
        <w:t>کیونکہ root cause جو ہے، کہاں ہے؟ وہ mind میں ہے۔</w:t>
      </w:r>
    </w:p>
    <w:p>
      <w:pPr>
        <w:jc w:val="right"/>
      </w:pPr>
      <w:r>
        <w:t>کیونکہ روٹ کاز جو ہے، کہاں ہے؟ وہ مائنڈ میں ہے۔</w:t>
      </w:r>
    </w:p>
    <w:p>
      <w:r>
        <w:rPr>
          <w:b/>
        </w:rPr>
        <w:t xml:space="preserve">[29:00] </w:t>
      </w:r>
      <w:r>
        <w:t>you have to change their mind.</w:t>
      </w:r>
    </w:p>
    <w:p>
      <w:pPr>
        <w:jc w:val="right"/>
      </w:pPr>
      <w:r>
        <w:t>یو ہیو ٹو چینج دیر مائنڈ۔</w:t>
      </w:r>
    </w:p>
    <w:p>
      <w:r>
        <w:rPr>
          <w:b/>
        </w:rPr>
        <w:t xml:space="preserve">[29:05] </w:t>
      </w:r>
      <w:r>
        <w:t>you have to change their mind.</w:t>
      </w:r>
    </w:p>
    <w:p>
      <w:pPr>
        <w:jc w:val="right"/>
      </w:pPr>
      <w:r>
        <w:t>یو ہیو ٹو ریجیر دیر مائنڈ۔</w:t>
      </w:r>
    </w:p>
    <w:p>
      <w:r>
        <w:rPr>
          <w:b/>
        </w:rPr>
        <w:t xml:space="preserve">[29:11] </w:t>
      </w:r>
      <w:r>
        <w:t>You have to make them aware of the present age.</w:t>
      </w:r>
    </w:p>
    <w:p>
      <w:pPr>
        <w:jc w:val="right"/>
      </w:pPr>
      <w:r>
        <w:t>یو ہیو ٹو میک دیم اویر اف دا پریزنٹ ایج۔</w:t>
      </w:r>
    </w:p>
    <w:p>
      <w:r>
        <w:rPr>
          <w:b/>
        </w:rPr>
        <w:t xml:space="preserve">[29:16] </w:t>
      </w:r>
      <w:r>
        <w:t>ان کی un-awareness کو آپ کو ختم کرنا ہوگا۔</w:t>
      </w:r>
    </w:p>
    <w:p>
      <w:pPr>
        <w:jc w:val="right"/>
      </w:pPr>
      <w:r>
        <w:t>ان کی ان اویرنس کو آپ کو ختم کرنا ہوگا۔</w:t>
      </w:r>
    </w:p>
    <w:p>
      <w:r>
        <w:rPr>
          <w:b/>
        </w:rPr>
        <w:t xml:space="preserve">[29:22] </w:t>
      </w:r>
      <w:r>
        <w:t>tab yeh baat khatam hogi.</w:t>
      </w:r>
    </w:p>
    <w:p>
      <w:pPr>
        <w:jc w:val="right"/>
      </w:pPr>
      <w:r>
        <w:t>تب یہ بات ختم ہوگی۔</w:t>
      </w:r>
    </w:p>
    <w:p>
      <w:r>
        <w:rPr>
          <w:b/>
        </w:rPr>
        <w:t xml:space="preserve">[29:27] </w:t>
      </w:r>
      <w:r>
        <w:t>aur aap dekhiye ke kitne bade bade waqiat thay.</w:t>
      </w:r>
    </w:p>
    <w:p>
      <w:pPr>
        <w:jc w:val="right"/>
      </w:pPr>
      <w:r>
        <w:t>اور آپ دیکھیے کہ کتنے بڑے بڑے واقعات تھے۔</w:t>
      </w:r>
    </w:p>
    <w:p>
      <w:r>
        <w:rPr>
          <w:b/>
        </w:rPr>
        <w:t xml:space="preserve">[29:33] </w:t>
      </w:r>
      <w:r>
        <w:t>bade bade jo yani militancy ke jo leader thay, woh khatam ho gaye.</w:t>
      </w:r>
    </w:p>
    <w:p>
      <w:pPr>
        <w:jc w:val="right"/>
      </w:pPr>
      <w:r>
        <w:t>بڑے بڑے جو یعنی ملیٹنسی کے جو لیڈر تھے، وہ ختم ہو گئے۔</w:t>
      </w:r>
    </w:p>
    <w:p>
      <w:r>
        <w:rPr>
          <w:b/>
        </w:rPr>
        <w:t xml:space="preserve">[29:38] </w:t>
      </w:r>
      <w:r>
        <w:t>aap ghor kijiye, baladri khatam ho gaya, saddam hussain khatam ho gaya, qaddafi khatam ho gaya, aur doosre</w:t>
      </w:r>
    </w:p>
    <w:p>
      <w:pPr>
        <w:jc w:val="right"/>
      </w:pPr>
      <w:r>
        <w:t>آپ غور کیجئے، بلادری ختم ہو گیا، صدام حسین ختم ہو گیا، قذافی ختم ہو گیا، اور دوسرے</w:t>
      </w:r>
    </w:p>
    <w:p>
      <w:r>
        <w:rPr>
          <w:b/>
        </w:rPr>
        <w:t xml:space="preserve">[29:43] </w:t>
      </w:r>
      <w:r>
        <w:t>jitne bhi leader thay militancy ke, woh khatam ho gaye.</w:t>
      </w:r>
    </w:p>
    <w:p>
      <w:pPr>
        <w:jc w:val="right"/>
      </w:pPr>
      <w:r>
        <w:t>جتنے بھی لیڈر تھے ملیٹنسی کے، وہ ختم ہو گئے۔</w:t>
      </w:r>
    </w:p>
    <w:p>
      <w:r>
        <w:rPr>
          <w:b/>
        </w:rPr>
        <w:t xml:space="preserve">[29:49] </w:t>
      </w:r>
      <w:r>
        <w:t>un ko maar diya gaya.</w:t>
      </w:r>
    </w:p>
    <w:p>
      <w:pPr>
        <w:jc w:val="right"/>
      </w:pPr>
      <w:r>
        <w:t>ان کو مار دیا گیا۔</w:t>
      </w:r>
    </w:p>
    <w:p>
      <w:r>
        <w:rPr>
          <w:b/>
        </w:rPr>
        <w:t xml:space="preserve">[29:54] </w:t>
      </w:r>
      <w:r>
        <w:t>lekin militancy is still alive.</w:t>
      </w:r>
    </w:p>
    <w:p>
      <w:pPr>
        <w:jc w:val="right"/>
      </w:pPr>
      <w:r>
        <w:t>لیکن ملیٹنسی از اسٹل الائیو۔</w:t>
      </w:r>
    </w:p>
    <w:p>
      <w:r>
        <w:rPr>
          <w:b/>
        </w:rPr>
        <w:t xml:space="preserve">[30:00] </w:t>
      </w:r>
      <w:r>
        <w:t>alive militancy is still alive.</w:t>
      </w:r>
    </w:p>
    <w:p>
      <w:pPr>
        <w:jc w:val="right"/>
      </w:pPr>
      <w:r>
        <w:t>الائیو ملیٹنسی از اسٹل الائیو۔</w:t>
      </w:r>
    </w:p>
    <w:p>
      <w:r>
        <w:rPr>
          <w:b/>
        </w:rPr>
        <w:t xml:space="preserve">[30:05] </w:t>
      </w:r>
      <w:r>
        <w:t>toh wajah kya hai ke yeh jo militancy hai, jo jis ko kehte hain radicalism, yeh radicalism jo</w:t>
      </w:r>
    </w:p>
    <w:p>
      <w:pPr>
        <w:jc w:val="right"/>
      </w:pPr>
      <w:r>
        <w:t>تو وجہ کیا ہے کہ یہ جو ملیٹنسی ہے، جو جس کو کہتے ہیں ریڈیکلزم، یہ ریڈیکلزم جو</w:t>
      </w:r>
    </w:p>
    <w:p>
      <w:r>
        <w:rPr>
          <w:b/>
        </w:rPr>
        <w:t xml:space="preserve">[30:11] </w:t>
      </w:r>
      <w:r>
        <w:t>hai, yeh ek mind ka problem hai.</w:t>
      </w:r>
    </w:p>
    <w:p>
      <w:pPr>
        <w:jc w:val="right"/>
      </w:pPr>
      <w:r>
        <w:t>ہے، یہ ایک مائنڈ کا پرابلم ہے۔</w:t>
      </w:r>
    </w:p>
    <w:p>
      <w:r>
        <w:rPr>
          <w:b/>
        </w:rPr>
        <w:t xml:space="preserve">[30:16] </w:t>
      </w:r>
      <w:r>
        <w:t>yeh gun aur bomb ka problem nahi hai.</w:t>
      </w:r>
    </w:p>
    <w:p>
      <w:pPr>
        <w:jc w:val="right"/>
      </w:pPr>
      <w:r>
        <w:t>یہ گن اور بم کا پرابلم نہیں ہے۔</w:t>
      </w:r>
    </w:p>
    <w:p>
      <w:r>
        <w:rPr>
          <w:b/>
        </w:rPr>
        <w:t xml:space="preserve">[30:22] </w:t>
      </w:r>
      <w:r>
        <w:t>aap ko de radicalise karna padega.</w:t>
      </w:r>
    </w:p>
    <w:p>
      <w:pPr>
        <w:jc w:val="right"/>
      </w:pPr>
      <w:r>
        <w:t>آپ کو ڈی ریڈیکلائز کرنا پڑے گا۔</w:t>
      </w:r>
    </w:p>
    <w:p>
      <w:r>
        <w:rPr>
          <w:b/>
        </w:rPr>
        <w:t xml:space="preserve">[30:27] </w:t>
      </w:r>
      <w:r>
        <w:t>marne se kaam, marne se nahi kaam chal sakta.</w:t>
      </w:r>
    </w:p>
    <w:p>
      <w:pPr>
        <w:jc w:val="right"/>
      </w:pPr>
      <w:r>
        <w:t>مارنے سے کام، مارنے سے نہیں کام چل سکتا۔</w:t>
      </w:r>
    </w:p>
    <w:p>
      <w:r>
        <w:rPr>
          <w:b/>
        </w:rPr>
        <w:t xml:space="preserve">[30:33] </w:t>
      </w:r>
      <w:r>
        <w:t>yani aap radical logon ko maarein, un ko maar maar ke khatam karein.</w:t>
      </w:r>
    </w:p>
    <w:p>
      <w:pPr>
        <w:jc w:val="right"/>
      </w:pPr>
      <w:r>
        <w:t>یعنی آپ ریڈیکل لوگوں کو ماریں، ان کو مار مار کے ختم کریں۔</w:t>
      </w:r>
    </w:p>
    <w:p>
      <w:r>
        <w:rPr>
          <w:b/>
        </w:rPr>
        <w:t xml:space="preserve">[30:38] </w:t>
      </w:r>
      <w:r>
        <w:t>is se is se nahi kuch hoga.</w:t>
      </w:r>
    </w:p>
    <w:p>
      <w:pPr>
        <w:jc w:val="right"/>
      </w:pPr>
      <w:r>
        <w:t>اس سے اس سے نہیں کچھ ہوگا۔</w:t>
      </w:r>
    </w:p>
    <w:p>
      <w:r>
        <w:rPr>
          <w:b/>
        </w:rPr>
        <w:t xml:space="preserve">[30:44] </w:t>
      </w:r>
      <w:r>
        <w:t>You have to deradicalize their mind.</w:t>
      </w:r>
    </w:p>
    <w:p>
      <w:pPr>
        <w:jc w:val="right"/>
      </w:pPr>
      <w:r>
        <w:t>یو ہیو ٹو ڈی ریڈیکلائز دیر مائنڈ۔</w:t>
      </w:r>
    </w:p>
    <w:p>
      <w:r>
        <w:rPr>
          <w:b/>
        </w:rPr>
        <w:t xml:space="preserve">[30:49] </w:t>
      </w:r>
      <w:r>
        <w:t>you have to change their mind.</w:t>
      </w:r>
    </w:p>
    <w:p>
      <w:pPr>
        <w:jc w:val="right"/>
      </w:pPr>
      <w:r>
        <w:t>یو ہیو ٹو چینج دیر مائنڈ۔</w:t>
      </w:r>
    </w:p>
    <w:p>
      <w:r>
        <w:rPr>
          <w:b/>
        </w:rPr>
        <w:t xml:space="preserve">[30:55] </w:t>
      </w:r>
      <w:r>
        <w:t>You have to re-engineer their mind.</w:t>
      </w:r>
    </w:p>
    <w:p>
      <w:pPr>
        <w:jc w:val="right"/>
      </w:pPr>
      <w:r>
        <w:t>یو ہیو ٹو ری انجینئر دیر مائنڈ۔</w:t>
      </w:r>
    </w:p>
    <w:p>
      <w:r>
        <w:rPr>
          <w:b/>
        </w:rPr>
        <w:t xml:space="preserve">[31:00] </w:t>
      </w:r>
      <w:r>
        <w:t>aur sab se badi baat ye hai ke you have to make them, make them aware of the</w:t>
      </w:r>
    </w:p>
    <w:p>
      <w:pPr>
        <w:jc w:val="right"/>
      </w:pPr>
      <w:r>
        <w:t>اور سب سے بڑی بات یہ ہے کہ یو ہیو ٹو میک دیم، میک دیم اویر اف دا</w:t>
      </w:r>
    </w:p>
    <w:p>
      <w:r>
        <w:rPr>
          <w:b/>
        </w:rPr>
        <w:t xml:space="preserve">[31:06] </w:t>
      </w:r>
      <w:r>
        <w:t>present age ke ladte kis liye ho? ab ladna kis liye? ladne ki zaroorat hi kya hai? ab</w:t>
      </w:r>
    </w:p>
    <w:p>
      <w:pPr>
        <w:jc w:val="right"/>
      </w:pPr>
      <w:r>
        <w:t>پریزنٹ ایج کہ لڑتے کس لیے ہو؟ اب لڑنا کس لیے؟ لڑنے کی ضرورت ہی کیا ہے؟ اب</w:t>
      </w:r>
    </w:p>
    <w:p>
      <w:r>
        <w:rPr>
          <w:b/>
        </w:rPr>
        <w:t xml:space="preserve">[31:11] </w:t>
      </w:r>
      <w:r>
        <w:t>saari duniya tumhari supporter hai.</w:t>
      </w:r>
    </w:p>
    <w:p>
      <w:pPr>
        <w:jc w:val="right"/>
      </w:pPr>
      <w:r>
        <w:t>ساری دنیا تمہاری سپورٹر ہے۔</w:t>
      </w:r>
    </w:p>
    <w:p>
      <w:r>
        <w:rPr>
          <w:b/>
        </w:rPr>
        <w:t xml:space="preserve">[31:17] </w:t>
      </w:r>
      <w:r>
        <w:t>ab saari duniya tumhari supporter hai.</w:t>
      </w:r>
    </w:p>
    <w:p>
      <w:pPr>
        <w:jc w:val="right"/>
      </w:pPr>
      <w:r>
        <w:t>اب ساری دنیا تمہاری سپورٹر ہے۔</w:t>
      </w:r>
    </w:p>
    <w:p>
      <w:r>
        <w:rPr>
          <w:b/>
        </w:rPr>
        <w:t xml:space="preserve">[31:22] </w:t>
      </w:r>
      <w:r>
        <w:t>dekhein, quran mein ek bahut hi, ek bahut hi anokha qissa hai.</w:t>
      </w:r>
    </w:p>
    <w:p>
      <w:pPr>
        <w:jc w:val="right"/>
      </w:pPr>
      <w:r>
        <w:t>دیکھیں، قرآن میں ایک بہت ہی، ایک بہت ہی انوکھا قصہ ہے۔</w:t>
      </w:r>
    </w:p>
    <w:p>
      <w:r>
        <w:rPr>
          <w:b/>
        </w:rPr>
        <w:t xml:space="preserve">[31:27] </w:t>
      </w:r>
      <w:r>
        <w:t>ek bahut anokha qissa hai hazrat musa ke zamane ka.</w:t>
      </w:r>
    </w:p>
    <w:p>
      <w:pPr>
        <w:jc w:val="right"/>
      </w:pPr>
      <w:r>
        <w:t>ایک بہت انوکھا قصہ ہے حضرت موسیٰ کے زمانے کا۔</w:t>
      </w:r>
    </w:p>
    <w:p>
      <w:r>
        <w:rPr>
          <w:b/>
        </w:rPr>
        <w:t xml:space="preserve">[31:33] </w:t>
      </w:r>
      <w:r>
        <w:t>hazrat musa ek bahut bade prophet thay, aap jante hain.</w:t>
      </w:r>
    </w:p>
    <w:p>
      <w:pPr>
        <w:jc w:val="right"/>
      </w:pPr>
      <w:r>
        <w:t>حضرت موسیٰ ایک بہت بڑے پرافٹ تھے، آپ جانتے ہیں۔</w:t>
      </w:r>
    </w:p>
    <w:p>
      <w:r>
        <w:rPr>
          <w:b/>
        </w:rPr>
        <w:t xml:space="preserve">[31:38] </w:t>
      </w:r>
      <w:r>
        <w:t>toh un woh aaye wahan egypt mein.</w:t>
      </w:r>
    </w:p>
    <w:p>
      <w:pPr>
        <w:jc w:val="right"/>
      </w:pPr>
      <w:r>
        <w:t>تو ان وہ آئے وہاں ایجپٹ میں۔</w:t>
      </w:r>
    </w:p>
    <w:p>
      <w:r>
        <w:rPr>
          <w:b/>
        </w:rPr>
        <w:t xml:space="preserve">[31:44] </w:t>
      </w:r>
      <w:r>
        <w:t>aijpt mein us waqt faro rule karta tha.</w:t>
      </w:r>
    </w:p>
    <w:p>
      <w:pPr>
        <w:jc w:val="right"/>
      </w:pPr>
      <w:r>
        <w:t>ایجپٹ میں اس وقت فارو رول کرتا تھا۔</w:t>
      </w:r>
    </w:p>
    <w:p>
      <w:r>
        <w:rPr>
          <w:b/>
        </w:rPr>
        <w:t xml:space="preserve">[31:49] </w:t>
      </w:r>
      <w:r>
        <w:t>woh despotic king tha.</w:t>
      </w:r>
    </w:p>
    <w:p>
      <w:pPr>
        <w:jc w:val="right"/>
      </w:pPr>
      <w:r>
        <w:t>وہ ڈسپوٹک کنگ تھا۔</w:t>
      </w:r>
    </w:p>
    <w:p>
      <w:r>
        <w:rPr>
          <w:b/>
        </w:rPr>
        <w:t xml:space="preserve">[31:55] </w:t>
      </w:r>
      <w:r>
        <w:t>woh to faro jo hai, woh ghussa ho gaya.</w:t>
      </w:r>
    </w:p>
    <w:p>
      <w:pPr>
        <w:jc w:val="right"/>
      </w:pPr>
      <w:r>
        <w:t>وہ تو فارو جو ہے، وہ غصہ ہو گیا۔</w:t>
      </w:r>
    </w:p>
    <w:p>
      <w:r>
        <w:rPr>
          <w:b/>
        </w:rPr>
        <w:t xml:space="preserve">[32:00] </w:t>
      </w:r>
      <w:r>
        <w:t>to mein aksar sochta hoon ke woh ghussa ho kar ke unhein, unhein kill kar sakta tha.</w:t>
      </w:r>
    </w:p>
    <w:p>
      <w:pPr>
        <w:jc w:val="right"/>
      </w:pPr>
      <w:r>
        <w:t>تو میں اکثر سوچتا ہوں کہ وہ غصہ ہو کر کے انہیں، انہیں کل کر سکتا تھا۔</w:t>
      </w:r>
    </w:p>
    <w:p>
      <w:r>
        <w:rPr>
          <w:b/>
        </w:rPr>
        <w:t xml:space="preserve">[32:06] </w:t>
      </w:r>
      <w:r>
        <w:t>kyunke saari power us ke paas thi.</w:t>
      </w:r>
    </w:p>
    <w:p>
      <w:pPr>
        <w:jc w:val="right"/>
      </w:pPr>
      <w:r>
        <w:t>کیونکہ ساری پاور اس کے پاس تھی۔</w:t>
      </w:r>
    </w:p>
    <w:p>
      <w:r>
        <w:rPr>
          <w:b/>
        </w:rPr>
        <w:t xml:space="preserve">[32:11] </w:t>
      </w:r>
      <w:r>
        <w:t>yani all power was in the head of Firaun.</w:t>
      </w:r>
    </w:p>
    <w:p>
      <w:pPr>
        <w:jc w:val="right"/>
      </w:pPr>
      <w:r>
        <w:t>یعنی ال پاور واز ان دا ہیڈ اف فارو۔</w:t>
      </w:r>
    </w:p>
    <w:p>
      <w:r>
        <w:rPr>
          <w:b/>
        </w:rPr>
        <w:t xml:space="preserve">[32:17] </w:t>
      </w:r>
      <w:r>
        <w:t>to us ne kill nahi kiya.</w:t>
      </w:r>
    </w:p>
    <w:p>
      <w:pPr>
        <w:jc w:val="right"/>
      </w:pPr>
      <w:r>
        <w:t>تو اس نے کل نہیں کیا۔</w:t>
      </w:r>
    </w:p>
    <w:p>
      <w:r>
        <w:rPr>
          <w:b/>
        </w:rPr>
        <w:t xml:space="preserve">[32:22] </w:t>
      </w:r>
      <w:r>
        <w:t>Allah taala ne us ke mind mein dala us ki aisi baat ke un se unhon ne jo</w:t>
      </w:r>
    </w:p>
    <w:p>
      <w:pPr>
        <w:jc w:val="right"/>
      </w:pPr>
      <w:r>
        <w:t>اللہ تعالی نے اس کے مائنڈ میں ڈالا اس کی ایسی بات کہ ان سے انہوں نے جو</w:t>
      </w:r>
    </w:p>
    <w:p>
      <w:r>
        <w:rPr>
          <w:b/>
        </w:rPr>
        <w:t xml:space="preserve">[32:28] </w:t>
      </w:r>
      <w:r>
        <w:t>un ka jo lakri saanp ban gaya, yeh jo dikhaya miracle unhon ne, un ke haath mein jo</w:t>
      </w:r>
    </w:p>
    <w:p>
      <w:pPr>
        <w:jc w:val="right"/>
      </w:pPr>
      <w:r>
        <w:t>ان کا جو لکڑی سانپ بن گیا، یہ جو دکھایا میریکل انہوں نے، ان کے ہاتھ میں جو</w:t>
      </w:r>
    </w:p>
    <w:p>
      <w:r>
        <w:rPr>
          <w:b/>
        </w:rPr>
        <w:t xml:space="preserve">[32:33] </w:t>
      </w:r>
      <w:r>
        <w:t>lakri thi, us ko dala to saanp ban gaya.</w:t>
      </w:r>
    </w:p>
    <w:p>
      <w:pPr>
        <w:jc w:val="right"/>
      </w:pPr>
      <w:r>
        <w:t>لکڑی تھی، اس کو ڈالا تو سانپ بن گیا۔</w:t>
      </w:r>
    </w:p>
    <w:p>
      <w:r>
        <w:rPr>
          <w:b/>
        </w:rPr>
        <w:t xml:space="preserve">[32:39] </w:t>
      </w:r>
      <w:r>
        <w:t>to woh Moosa ko kill kar sakta tha.</w:t>
      </w:r>
    </w:p>
    <w:p>
      <w:pPr>
        <w:jc w:val="right"/>
      </w:pPr>
      <w:r>
        <w:t>تو وہ موسیٰ کو کل کر سکتا تھا۔</w:t>
      </w:r>
    </w:p>
    <w:p>
      <w:r>
        <w:rPr>
          <w:b/>
        </w:rPr>
        <w:t xml:space="preserve">[32:44] </w:t>
      </w:r>
      <w:r>
        <w:t>us ne kaha ke hum tumhara yeh jadu tum ne kiya hai, hum jadugaron ke zariye tum ko,</w:t>
      </w:r>
    </w:p>
    <w:p>
      <w:pPr>
        <w:jc w:val="right"/>
      </w:pPr>
      <w:r>
        <w:t>اس نے کہا کہ ہم تمہارا یہ جادو تم نے کیا ہے، ہم جادوگروں کے ذریعے تم کو،</w:t>
      </w:r>
    </w:p>
    <w:p>
      <w:r>
        <w:rPr>
          <w:b/>
        </w:rPr>
        <w:t xml:space="preserve">[32:50] </w:t>
      </w:r>
      <w:r>
        <w:t>yani defeat denge.</w:t>
      </w:r>
    </w:p>
    <w:p>
      <w:pPr>
        <w:jc w:val="right"/>
      </w:pPr>
      <w:r>
        <w:t>یعنی ڈیفیٹ دیں گے۔</w:t>
      </w:r>
    </w:p>
    <w:p>
      <w:r>
        <w:rPr>
          <w:b/>
        </w:rPr>
        <w:t xml:space="preserve">[32:55] </w:t>
      </w:r>
      <w:r>
        <w:t>to us ne Misr ke tamam jadugaron ko bulwaya ek bade maidan mein.</w:t>
      </w:r>
    </w:p>
    <w:p>
      <w:pPr>
        <w:jc w:val="right"/>
      </w:pPr>
      <w:r>
        <w:t>تو اس نے مصر کے تمام جادوگروں کو بلوایا ایک بڑے میدان میں۔</w:t>
      </w:r>
    </w:p>
    <w:p>
      <w:r>
        <w:rPr>
          <w:b/>
        </w:rPr>
        <w:t xml:space="preserve">[33:01] </w:t>
      </w:r>
      <w:r>
        <w:t>wahan par Moosa bhi aaye aur bohat se log wahan par maujood the dekhne wale.</w:t>
      </w:r>
    </w:p>
    <w:p>
      <w:pPr>
        <w:jc w:val="right"/>
      </w:pPr>
      <w:r>
        <w:t>وہاں پر موسیٰ بھی آئے اور بہت سے لوگ وہاں پر موجود تھے دیکھنے والے۔</w:t>
      </w:r>
    </w:p>
    <w:p>
      <w:r>
        <w:rPr>
          <w:b/>
        </w:rPr>
        <w:t xml:space="preserve">[33:06] </w:t>
      </w:r>
      <w:r>
        <w:t>Moosa ne kaha ke jadu karo.</w:t>
      </w:r>
    </w:p>
    <w:p>
      <w:pPr>
        <w:jc w:val="right"/>
      </w:pPr>
      <w:r>
        <w:t>موسیٰ نے کہا کہ جادو کرو۔</w:t>
      </w:r>
    </w:p>
    <w:p>
      <w:r>
        <w:rPr>
          <w:b/>
        </w:rPr>
        <w:t xml:space="preserve">[33:12] </w:t>
      </w:r>
      <w:r>
        <w:t>us ne kaha tum daalo apna jo daalna hai.</w:t>
      </w:r>
    </w:p>
    <w:p>
      <w:pPr>
        <w:jc w:val="right"/>
      </w:pPr>
      <w:r>
        <w:t>اس نے کہا تم ڈالو اپنا جو ڈالنا ہے۔</w:t>
      </w:r>
    </w:p>
    <w:p>
      <w:r>
        <w:rPr>
          <w:b/>
        </w:rPr>
        <w:t xml:space="preserve">[33:17] </w:t>
      </w:r>
      <w:r>
        <w:t>to jo magiciene the, unhon ne apna apna dala, rassi ya lakri.</w:t>
      </w:r>
    </w:p>
    <w:p>
      <w:pPr>
        <w:jc w:val="right"/>
      </w:pPr>
      <w:r>
        <w:t>تو جو میجیسین تھے، انہوں نے اپنا اپنا ڈالا، رسی یا لکڑی۔</w:t>
      </w:r>
    </w:p>
    <w:p>
      <w:r>
        <w:rPr>
          <w:b/>
        </w:rPr>
        <w:t xml:space="preserve">[33:22] </w:t>
      </w:r>
      <w:r>
        <w:t>to woh logon ko dikhai diya ke saanp ban kar reng rahe hain, woh chhote chhote saanp.</w:t>
      </w:r>
    </w:p>
    <w:p>
      <w:pPr>
        <w:jc w:val="right"/>
      </w:pPr>
      <w:r>
        <w:t>تو وہ لوگوں کو دکھائی دیا کہ سانپ بن کر رینگ رہے ہیں، وہ چھوٹے چھوٹے سانپ۔</w:t>
      </w:r>
    </w:p>
    <w:p>
      <w:r>
        <w:rPr>
          <w:b/>
        </w:rPr>
        <w:t xml:space="preserve">[33:28] </w:t>
      </w:r>
      <w:r>
        <w:t>is ke baad Moosa ne apna asaa dala to woh bada saanp ban kar ke chalne laga aur</w:t>
      </w:r>
    </w:p>
    <w:p>
      <w:pPr>
        <w:jc w:val="right"/>
      </w:pPr>
      <w:r>
        <w:t>اس کے بعد موسیٰ نے اپنا عصا ڈالا تو وہ بڑا سانپ بن کر کے چلنے لگا اور</w:t>
      </w:r>
    </w:p>
    <w:p>
      <w:r>
        <w:rPr>
          <w:b/>
        </w:rPr>
        <w:t xml:space="preserve">[33:33] </w:t>
      </w:r>
      <w:r>
        <w:t>saare ko nigal gaya.</w:t>
      </w:r>
    </w:p>
    <w:p>
      <w:pPr>
        <w:jc w:val="right"/>
      </w:pPr>
      <w:r>
        <w:t>سارے کو نگل گیا۔</w:t>
      </w:r>
    </w:p>
    <w:p>
      <w:r>
        <w:rPr>
          <w:b/>
        </w:rPr>
        <w:t xml:space="preserve">[33:39] </w:t>
      </w:r>
      <w:r>
        <w:t>woh faida aaya, talakhamaya fakun.</w:t>
      </w:r>
    </w:p>
    <w:p>
      <w:pPr>
        <w:jc w:val="right"/>
      </w:pPr>
      <w:r>
        <w:t>وہ فائدہ آیا، تلخف مایا فکن۔</w:t>
      </w:r>
    </w:p>
    <w:p>
      <w:r>
        <w:rPr>
          <w:b/>
        </w:rPr>
        <w:t xml:space="preserve">[33:44] </w:t>
      </w:r>
      <w:r>
        <w:t>is ka matlab kya hua ke muqabla is field mein aa gaya jo Moosa ke liye favorable tha.</w:t>
      </w:r>
    </w:p>
    <w:p>
      <w:pPr>
        <w:jc w:val="right"/>
      </w:pPr>
      <w:r>
        <w:t>اس کا مطلب کیا ہوا کہ مقابلہ اس فیلڈ میں آ گیا جو موسیٰ کے لیے فیوریبل تھا۔</w:t>
      </w:r>
    </w:p>
    <w:p>
      <w:r>
        <w:rPr>
          <w:b/>
        </w:rPr>
        <w:t xml:space="preserve">[33:50] </w:t>
      </w:r>
      <w:r>
        <w:t>yani agar field aata, agar Moosa ka mamla jata sword ke field mein, talwar ke field mein to</w:t>
      </w:r>
    </w:p>
    <w:p>
      <w:pPr>
        <w:jc w:val="right"/>
      </w:pPr>
      <w:r>
        <w:t>یعنی اگر فیلڈ آتا، اگر موسیٰ کا معاملہ جاتا سوڈ کے فیلڈ میں، تلوار کے فیلڈ میں تو</w:t>
      </w:r>
    </w:p>
    <w:p>
      <w:r>
        <w:rPr>
          <w:b/>
        </w:rPr>
        <w:t xml:space="preserve">[33:55] </w:t>
      </w:r>
      <w:r>
        <w:t>Moosa ke paas talwar thi nahi, faro ke paas talwar thi.</w:t>
      </w:r>
    </w:p>
    <w:p>
      <w:pPr>
        <w:jc w:val="right"/>
      </w:pPr>
      <w:r>
        <w:t>موسیٰ کے پاس تلوار تھی نہیں، فارو کے پاس تلوار تھی۔</w:t>
      </w:r>
    </w:p>
    <w:p>
      <w:r>
        <w:rPr>
          <w:b/>
        </w:rPr>
        <w:t xml:space="preserve">[34:01] </w:t>
      </w:r>
      <w:r>
        <w:t>ab jo aa gaya mamla, woh aa gaya is field mein jahan Moosa ko superiority hasil thi.</w:t>
      </w:r>
    </w:p>
    <w:p>
      <w:pPr>
        <w:jc w:val="right"/>
      </w:pPr>
      <w:r>
        <w:t>اب جو آ گیا معاملہ، وہ آ گیا اس فیلڈ میں جہاں موسیٰ کو سپیریٹی حاصل تھی۔</w:t>
      </w:r>
    </w:p>
    <w:p>
      <w:r>
        <w:rPr>
          <w:b/>
        </w:rPr>
        <w:t xml:space="preserve">[34:06] </w:t>
      </w:r>
      <w:r>
        <w:t>to musa jeet gaya aur sabhaar gaye.</w:t>
      </w:r>
    </w:p>
    <w:p>
      <w:pPr>
        <w:jc w:val="right"/>
      </w:pPr>
      <w:r>
        <w:t>تو موسیٰ جیت گیا اور سب ہار گئے۔</w:t>
      </w:r>
    </w:p>
    <w:p>
      <w:r>
        <w:rPr>
          <w:b/>
        </w:rPr>
        <w:t xml:space="preserve">[34:12] </w:t>
      </w:r>
      <w:r>
        <w:t>to mein samajhta hoon ab, ab jo zamana hai, ab bade peymane par wahi daur lot raha hai</w:t>
      </w:r>
    </w:p>
    <w:p>
      <w:pPr>
        <w:jc w:val="right"/>
      </w:pPr>
      <w:r>
        <w:t>تو میں سمجھتا ہوں اب، اب جو زمانہ ہے، اب بڑے پیمانے پر وہی دور لوٹ رہا ہے</w:t>
      </w:r>
    </w:p>
    <w:p>
      <w:r>
        <w:rPr>
          <w:b/>
        </w:rPr>
        <w:t xml:space="preserve">[34:17] </w:t>
      </w:r>
      <w:r>
        <w:t>ke ab dunya ne maan liya ke no violence at all, no gun culture at all, no bomb</w:t>
      </w:r>
    </w:p>
    <w:p>
      <w:pPr>
        <w:jc w:val="right"/>
      </w:pPr>
      <w:r>
        <w:t>کہ اب دنیا نے مان لیا کہ نو وائیلنس ایٹ آل، نو گن کلچر ایٹ آل، نو بم</w:t>
      </w:r>
    </w:p>
    <w:p>
      <w:r>
        <w:rPr>
          <w:b/>
        </w:rPr>
        <w:t xml:space="preserve">[34:23] </w:t>
      </w:r>
      <w:r>
        <w:t>culture at all.</w:t>
      </w:r>
    </w:p>
    <w:p>
      <w:pPr>
        <w:jc w:val="right"/>
      </w:pPr>
      <w:r>
        <w:t>کلچر ایٹ آل۔</w:t>
      </w:r>
    </w:p>
    <w:p>
      <w:r>
        <w:rPr>
          <w:b/>
        </w:rPr>
        <w:t xml:space="preserve">[34:28] </w:t>
      </w:r>
      <w:r>
        <w:t>ab maan liya dunya ne ke ab jo kuch hoga, peaceful tareeqe se hoga.</w:t>
      </w:r>
    </w:p>
    <w:p>
      <w:pPr>
        <w:jc w:val="right"/>
      </w:pPr>
      <w:r>
        <w:t>اب مان لیا دنیا نے کہ اب جو کچھ ہوگا، پیس فل طریقے سے ہوگا۔</w:t>
      </w:r>
    </w:p>
    <w:p>
      <w:r>
        <w:rPr>
          <w:b/>
        </w:rPr>
        <w:t xml:space="preserve">[34:34] </w:t>
      </w:r>
      <w:r>
        <w:t>kisi ko right nahi hai ke woh bomb aur gun ka culture istemal kare.</w:t>
      </w:r>
    </w:p>
    <w:p>
      <w:pPr>
        <w:jc w:val="right"/>
      </w:pPr>
      <w:r>
        <w:t>کسی کو رائٹ نہیں ہے کہ وہ بم اور گن کا کلچر استعمال کرے۔</w:t>
      </w:r>
    </w:p>
    <w:p>
      <w:r>
        <w:rPr>
          <w:b/>
        </w:rPr>
        <w:t xml:space="preserve">[34:39] </w:t>
      </w:r>
      <w:r>
        <w:t>jo daleel hai aap ke paas, jo aap ke paas jo logic hai, jo argument hai, usko pesh kijiye.</w:t>
      </w:r>
    </w:p>
    <w:p>
      <w:pPr>
        <w:jc w:val="right"/>
      </w:pPr>
      <w:r>
        <w:t>جو دلیل ہے آپ کے پاس، جو آپ کے پاس جو لاجک ہے، جو ارگیومنٹ ہے، اس کو پیش کیجئے۔</w:t>
      </w:r>
    </w:p>
    <w:p>
      <w:r>
        <w:rPr>
          <w:b/>
        </w:rPr>
        <w:t xml:space="preserve">[34:45] </w:t>
      </w:r>
      <w:r>
        <w:t>yeh accepted method ban gaya.</w:t>
      </w:r>
    </w:p>
    <w:p>
      <w:pPr>
        <w:jc w:val="right"/>
      </w:pPr>
      <w:r>
        <w:t>یہ ایکسیپٹڈ میتھڈ بن گیا۔</w:t>
      </w:r>
    </w:p>
    <w:p>
      <w:r>
        <w:rPr>
          <w:b/>
        </w:rPr>
        <w:t xml:space="preserve">[34:50] </w:t>
      </w:r>
      <w:r>
        <w:t>aaj sari dunya mein united nations ke tehat aur modern civilization jo hai, uske tehat yeh ban</w:t>
      </w:r>
    </w:p>
    <w:p>
      <w:pPr>
        <w:jc w:val="right"/>
      </w:pPr>
      <w:r>
        <w:t>آج ساری دنیا میں یونائٹڈ نیشنز کے تحت اور ماڈرن سویلائزیشن جو ہے، اس کے تحت یہ بن</w:t>
      </w:r>
    </w:p>
    <w:p>
      <w:r>
        <w:rPr>
          <w:b/>
        </w:rPr>
        <w:t xml:space="preserve">[34:56] </w:t>
      </w:r>
      <w:r>
        <w:t>gaya accepted principle ke har ek ko mauqa hai ke woh apne apna argument pesh kare, apna reason pesh kare.</w:t>
      </w:r>
    </w:p>
    <w:p>
      <w:pPr>
        <w:jc w:val="right"/>
      </w:pPr>
      <w:r>
        <w:t>گیا ایکسیپٹڈ پرنسپل کہ ہر ایک کو موقع ہے کہ وہ اپنے اپنا ارگیومنٹ پیش کرے، اپنا ریزن پیش کرے۔</w:t>
      </w:r>
    </w:p>
    <w:p>
      <w:r>
        <w:rPr>
          <w:b/>
        </w:rPr>
        <w:t xml:space="preserve">[35:01] </w:t>
      </w:r>
      <w:r>
        <w:t>koi zaroorat nahi kisi ko gun chalane ki, bomb chalane ki.</w:t>
      </w:r>
    </w:p>
    <w:p>
      <w:pPr>
        <w:jc w:val="right"/>
      </w:pPr>
      <w:r>
        <w:t>کوئی ضرورت نہیں کسی کو گن چلانے کی، بم چلانے کی۔</w:t>
      </w:r>
    </w:p>
    <w:p>
      <w:r>
        <w:rPr>
          <w:b/>
        </w:rPr>
        <w:t xml:space="preserve">[35:06] </w:t>
      </w:r>
      <w:r>
        <w:t>to yeh to hamare, hamare favor mein hai.</w:t>
      </w:r>
    </w:p>
    <w:p>
      <w:pPr>
        <w:jc w:val="right"/>
      </w:pPr>
      <w:r>
        <w:t>تو یہ تو ہمارے، ہمارے فیور میں ہے۔</w:t>
      </w:r>
    </w:p>
    <w:p>
      <w:r>
        <w:rPr>
          <w:b/>
        </w:rPr>
        <w:t xml:space="preserve">[35:12] </w:t>
      </w:r>
      <w:r>
        <w:t>yeh to hamare favor mein hai.</w:t>
      </w:r>
    </w:p>
    <w:p>
      <w:pPr>
        <w:jc w:val="right"/>
      </w:pPr>
      <w:r>
        <w:t>یہ تو ہمارے فیور میں ہے۔</w:t>
      </w:r>
    </w:p>
    <w:p>
      <w:r>
        <w:rPr>
          <w:b/>
        </w:rPr>
        <w:t xml:space="preserve">[35:17] </w:t>
      </w:r>
      <w:r>
        <w:t>kyun? hum agar yaqeen rakhte hain ke hamare paas truth with the capital T hai, hamare paas aakhri,</w:t>
      </w:r>
    </w:p>
    <w:p>
      <w:pPr>
        <w:jc w:val="right"/>
      </w:pPr>
      <w:r>
        <w:t>کیوں؟ ہم اگر یقین رکھتے ہیں کہ ہمارے پاس ٹروتھ ود دی کیپیٹل ٹی ہے، ہمارے پاس آخری،</w:t>
      </w:r>
    </w:p>
    <w:p>
      <w:r>
        <w:rPr>
          <w:b/>
        </w:rPr>
        <w:t xml:space="preserve">[35:23] </w:t>
      </w:r>
      <w:r>
        <w:t>aakhri sachai hai, hamare paas preserved book of God hai, yeh hum yaqeen rakhte hain to to hamare</w:t>
      </w:r>
    </w:p>
    <w:p>
      <w:pPr>
        <w:jc w:val="right"/>
      </w:pPr>
      <w:r>
        <w:t>آخری سچائی ہے، ہمارے پاس پریزروڈ بک آف گاڈ ہے، یہ ہم یقین رکھتے ہیں تو تو ہمارے</w:t>
      </w:r>
    </w:p>
    <w:p>
      <w:r>
        <w:rPr>
          <w:b/>
        </w:rPr>
        <w:t xml:space="preserve">[35:28] </w:t>
      </w:r>
      <w:r>
        <w:t>favor mein ho gaya.</w:t>
      </w:r>
    </w:p>
    <w:p>
      <w:pPr>
        <w:jc w:val="right"/>
      </w:pPr>
      <w:r>
        <w:t>فیور میں ہو گیا۔</w:t>
      </w:r>
    </w:p>
    <w:p>
      <w:r>
        <w:rPr>
          <w:b/>
        </w:rPr>
        <w:t xml:space="preserve">[35:34] </w:t>
      </w:r>
      <w:r>
        <w:t>yeh aaiye field mein.</w:t>
      </w:r>
    </w:p>
    <w:p>
      <w:pPr>
        <w:jc w:val="right"/>
      </w:pPr>
      <w:r>
        <w:t>یہ آئیے فیلڈ میں۔</w:t>
      </w:r>
    </w:p>
    <w:p>
      <w:r>
        <w:rPr>
          <w:b/>
        </w:rPr>
        <w:t xml:space="preserve">[35:39] </w:t>
      </w:r>
      <w:r>
        <w:t>to wahi waqt aa gaya ke wahi waqt aa gaya ke muqable ka maidan woh maidan ban gaya</w:t>
      </w:r>
    </w:p>
    <w:p>
      <w:pPr>
        <w:jc w:val="right"/>
      </w:pPr>
      <w:r>
        <w:t>تو وہی وقت آ گیا کہ وہی وقت آ گیا کہ مقابلے کا میدان وہ میدان بن گیا</w:t>
      </w:r>
    </w:p>
    <w:p>
      <w:r>
        <w:rPr>
          <w:b/>
        </w:rPr>
        <w:t xml:space="preserve">[35:45] </w:t>
      </w:r>
      <w:r>
        <w:t>jahan aap ko superiority hasil hai.</w:t>
      </w:r>
    </w:p>
    <w:p>
      <w:pPr>
        <w:jc w:val="right"/>
      </w:pPr>
      <w:r>
        <w:t>جہاں آپ کو سپیریٹی حاصل ہے۔</w:t>
      </w:r>
    </w:p>
    <w:p>
      <w:r>
        <w:rPr>
          <w:b/>
        </w:rPr>
        <w:t xml:space="preserve">[35:50] </w:t>
      </w:r>
      <w:r>
        <w:t>agar pharou ke zamane mein muqable ka maidan sword hota, talwar hoti to wahan pharou ko superiority mili</w:t>
      </w:r>
    </w:p>
    <w:p>
      <w:pPr>
        <w:jc w:val="right"/>
      </w:pPr>
      <w:r>
        <w:t>اگر فارو کے زمانے میں مقابلے کا میدان سوڈ ہوتا، تلوار ہوتی تو وہاں فارو کو سپیریٹی ملی</w:t>
      </w:r>
    </w:p>
    <w:p>
      <w:r>
        <w:rPr>
          <w:b/>
        </w:rPr>
        <w:t xml:space="preserve">[35:56] </w:t>
      </w:r>
      <w:r>
        <w:t>hui thi musa ke muqable mein.</w:t>
      </w:r>
    </w:p>
    <w:p>
      <w:pPr>
        <w:jc w:val="right"/>
      </w:pPr>
      <w:r>
        <w:t>ہوئی تھی موسیٰ کے مقابلے میں۔</w:t>
      </w:r>
    </w:p>
    <w:p>
      <w:r>
        <w:rPr>
          <w:b/>
        </w:rPr>
        <w:t xml:space="preserve">[36:01] </w:t>
      </w:r>
      <w:r>
        <w:t>lekin khud pharou ne ab yeh kiya ke usko kaha ke chalo bhai muqabla hoga, hum bulayenge</w:t>
      </w:r>
    </w:p>
    <w:p>
      <w:pPr>
        <w:jc w:val="right"/>
      </w:pPr>
      <w:r>
        <w:t>لیکن خود فارو نے اب یہ کیا کہ اس کو کہا کہ چلو بھئی مقابلہ ہوگا، ہم بلائیں</w:t>
      </w:r>
    </w:p>
    <w:p>
      <w:r>
        <w:rPr>
          <w:b/>
        </w:rPr>
        <w:t xml:space="preserve">[36:07] </w:t>
      </w:r>
      <w:r>
        <w:t>mageesian ko.</w:t>
      </w:r>
    </w:p>
    <w:p>
      <w:pPr>
        <w:jc w:val="right"/>
      </w:pPr>
      <w:r>
        <w:t>گے میجیسین کو۔</w:t>
      </w:r>
    </w:p>
    <w:p>
      <w:r>
        <w:rPr>
          <w:b/>
        </w:rPr>
        <w:t xml:space="preserve">[36:12] </w:t>
      </w:r>
      <w:r>
        <w:t>to kaha muqable ka jo maidan tha, woh aa gaya, woh maidan ban gaya jo musa ke favor mein tha.</w:t>
      </w:r>
    </w:p>
    <w:p>
      <w:pPr>
        <w:jc w:val="right"/>
      </w:pPr>
      <w:r>
        <w:t>تو کہا مقابلے کا جو میدان تھا، وہ آ گیا، وہ میدان بن گیا جو موسیٰ کے فیور میں تھا۔</w:t>
      </w:r>
    </w:p>
    <w:p>
      <w:r>
        <w:rPr>
          <w:b/>
        </w:rPr>
        <w:t xml:space="preserve">[36:18] </w:t>
      </w:r>
      <w:r>
        <w:t>woh, woh musa ji, musa jeet gaye.</w:t>
      </w:r>
    </w:p>
    <w:p>
      <w:pPr>
        <w:jc w:val="right"/>
      </w:pPr>
      <w:r>
        <w:t>وہ، وہ موسیٰ جی، موسیٰ جیت گئے۔</w:t>
      </w:r>
    </w:p>
    <w:p>
      <w:r>
        <w:rPr>
          <w:b/>
        </w:rPr>
        <w:t xml:space="preserve">[36:23] </w:t>
      </w:r>
      <w:r>
        <w:t>to kaisi anokhi baat hai yeh zamane mein kehte hain.</w:t>
      </w:r>
    </w:p>
    <w:p>
      <w:pPr>
        <w:jc w:val="right"/>
      </w:pPr>
      <w:r>
        <w:t>تو کیسی انوکھی بات ہے یہ زمانے میں کہتے ہیں۔</w:t>
      </w:r>
    </w:p>
    <w:p>
      <w:r>
        <w:rPr>
          <w:b/>
        </w:rPr>
        <w:t xml:space="preserve">[36:29] </w:t>
      </w:r>
      <w:r>
        <w:t>aaj sunne ki baat hai ke musalmanon ke paas book of god hai, preserved book of god.</w:t>
      </w:r>
    </w:p>
    <w:p>
      <w:pPr>
        <w:jc w:val="right"/>
      </w:pPr>
      <w:r>
        <w:t>آج سننے کی بات ہے کہ مسلمانوں کے پاس بک آف گاڈ ہے، پریزروڈ بک آف گاڈ۔</w:t>
      </w:r>
    </w:p>
    <w:p>
      <w:r>
        <w:rPr>
          <w:b/>
        </w:rPr>
        <w:t xml:space="preserve">[36:34] </w:t>
      </w:r>
      <w:r>
        <w:t>ان کے پاس preserved cinder of the prophet ہے، مسلمانوں کے پاس۔</w:t>
      </w:r>
    </w:p>
    <w:p>
      <w:pPr>
        <w:jc w:val="right"/>
      </w:pPr>
      <w:r>
        <w:t>ان کے پاس پریزروڈ سنڈر آف دا پرافٹ ہے، مسلمانوں کے پاس۔</w:t>
      </w:r>
    </w:p>
    <w:p>
      <w:r>
        <w:rPr>
          <w:b/>
        </w:rPr>
        <w:t xml:space="preserve">[36:40] </w:t>
      </w:r>
      <w:r>
        <w:t>yaani doosre lafzon mein ke unke paas truth with capital T hai.</w:t>
      </w:r>
    </w:p>
    <w:p>
      <w:pPr>
        <w:jc w:val="right"/>
      </w:pPr>
      <w:r>
        <w:t>یعنی دوسرے لفظوں میں کہ ان کے پاس ٹروتھ ود کیپیٹل ٹی ہے۔</w:t>
      </w:r>
    </w:p>
    <w:p>
      <w:r>
        <w:rPr>
          <w:b/>
        </w:rPr>
        <w:t xml:space="preserve">[36:45] </w:t>
      </w:r>
      <w:r>
        <w:t>تو اب اگر دنیا یہ کہتی ہے کہ بھئی no violence, no gun culture, no bomb culture, اب</w:t>
      </w:r>
    </w:p>
    <w:p>
      <w:pPr>
        <w:jc w:val="right"/>
      </w:pPr>
      <w:r>
        <w:t>تو اب اگر دنیا یہ کہتی ہے کہ بھئی نو وائیلنس، نو گن کلچر، نو بم کلچر، اب</w:t>
      </w:r>
    </w:p>
    <w:p>
      <w:r>
        <w:rPr>
          <w:b/>
        </w:rPr>
        <w:t xml:space="preserve">[36:51] </w:t>
      </w:r>
      <w:r>
        <w:t>تو صرف argument، argument چلے گا تو وہ ہمارے فیور میں ہے۔</w:t>
      </w:r>
    </w:p>
    <w:p>
      <w:pPr>
        <w:jc w:val="right"/>
      </w:pPr>
      <w:r>
        <w:t>تو صرف ارگیومنٹ، ارگیومنٹ چلے گا تو وہ ہمارے فیور میں ہے۔</w:t>
      </w:r>
    </w:p>
    <w:p>
      <w:r>
        <w:rPr>
          <w:b/>
        </w:rPr>
        <w:t xml:space="preserve">[36:56] </w:t>
      </w:r>
      <w:r>
        <w:t>کیوں؟ غصہ کس لیے؟ کس لیے کہتے ہو کہ لوگ cast message کر رہے ہیں؟ کس لیے کہتے</w:t>
      </w:r>
    </w:p>
    <w:p>
      <w:pPr>
        <w:jc w:val="right"/>
      </w:pPr>
      <w:r>
        <w:t>کیوں؟ غصہ کس لیے؟ کس لیے کہتے ہو کہ لوگ کاسٹ میسج کر رہے ہیں؟ کس لیے کہتے</w:t>
      </w:r>
    </w:p>
    <w:p>
      <w:r>
        <w:rPr>
          <w:b/>
        </w:rPr>
        <w:t xml:space="preserve">[37:01] </w:t>
      </w:r>
      <w:r>
        <w:t>ہو کہ وہ ہمارے enemy ہیں؟ ساری دنیا آپ کی supporter ہے۔</w:t>
      </w:r>
    </w:p>
    <w:p>
      <w:pPr>
        <w:jc w:val="right"/>
      </w:pPr>
      <w:r>
        <w:t>ہو کہ وہ ہمارے اینمی ہیں؟ ساری دنیا آپ کی سپورٹر ہے۔</w:t>
      </w:r>
    </w:p>
    <w:p>
      <w:r>
        <w:rPr>
          <w:b/>
        </w:rPr>
        <w:t xml:space="preserve">[37:07] </w:t>
      </w:r>
      <w:r>
        <w:t>aaj saari duniya ne aap ke favor mein sab kuch kar diya hai.</w:t>
      </w:r>
    </w:p>
    <w:p>
      <w:pPr>
        <w:jc w:val="right"/>
      </w:pPr>
      <w:r>
        <w:t>آج ساری دنیا نے آپ کے فیور میں سب کچھ کر دیا ہے۔</w:t>
      </w:r>
    </w:p>
    <w:p>
      <w:r>
        <w:rPr>
          <w:b/>
        </w:rPr>
        <w:t xml:space="preserve">[37:12] </w:t>
      </w:r>
      <w:r>
        <w:t>اسی کو میں کہتا ہوں کہ equation بدل گیا۔</w:t>
      </w:r>
    </w:p>
    <w:p>
      <w:pPr>
        <w:jc w:val="right"/>
      </w:pPr>
      <w:r>
        <w:t>اسی کو میں کہتا ہوں کہ ایکویشن بدل گیا۔</w:t>
      </w:r>
    </w:p>
    <w:p>
      <w:r>
        <w:rPr>
          <w:b/>
        </w:rPr>
        <w:t xml:space="preserve">[37:18] </w:t>
      </w:r>
      <w:r>
        <w:t>وہ ایکویشن جو تھا پہلے believer اور non-believer کا، وہ اب بن گیا believer supporter کا۔</w:t>
      </w:r>
    </w:p>
    <w:p>
      <w:pPr>
        <w:jc w:val="right"/>
      </w:pPr>
      <w:r>
        <w:t>وہ ایکویشن جو تھا پہلے بیلیور اور نان بیلیور کا، وہ اب بن گیا بیلیور سپورٹر کا۔</w:t>
      </w:r>
    </w:p>
    <w:p>
      <w:r>
        <w:rPr>
          <w:b/>
        </w:rPr>
        <w:t xml:space="preserve">[37:23] </w:t>
      </w:r>
      <w:r>
        <w:t>ab aap believer hain aur saari duniya aap ki supporter hai.</w:t>
      </w:r>
    </w:p>
    <w:p>
      <w:pPr>
        <w:jc w:val="right"/>
      </w:pPr>
      <w:r>
        <w:t>اب آپ بیلیور ہیں اور ساری دنیا آپ کی سپورٹر ہے۔</w:t>
      </w:r>
    </w:p>
    <w:p>
      <w:r>
        <w:rPr>
          <w:b/>
        </w:rPr>
        <w:t xml:space="preserve">[37:29] </w:t>
      </w:r>
      <w:r>
        <w:t>تو اب کیا ہے؟ اب no hate, no violence, no fighting, no war.</w:t>
      </w:r>
    </w:p>
    <w:p>
      <w:pPr>
        <w:jc w:val="right"/>
      </w:pPr>
      <w:r>
        <w:t>تو اب کیا ہے؟ اب نو ہیٹ، نو وائیلنس، نو فائٹنگ، نو وار۔</w:t>
      </w:r>
    </w:p>
    <w:p>
      <w:r>
        <w:rPr>
          <w:b/>
        </w:rPr>
        <w:t xml:space="preserve">[37:34] </w:t>
      </w:r>
      <w:r>
        <w:t>aap wohi kijiye jo Hazrat Musa ne kiya tha ke woh daleel ke maidan mein aap apna utaar</w:t>
      </w:r>
    </w:p>
    <w:p>
      <w:pPr>
        <w:jc w:val="right"/>
      </w:pPr>
      <w:r>
        <w:t>آپ وہی کیجئے جو حضرت موسیٰ نے کیا تھا کہ وہ دلیل کے میدان میں آپ اپنا اتار</w:t>
      </w:r>
    </w:p>
    <w:p>
      <w:r>
        <w:rPr>
          <w:b/>
        </w:rPr>
        <w:t xml:space="preserve">[37:40] </w:t>
      </w:r>
      <w:r>
        <w:t>diya, unhon ne apna, aur woh jeet gaye.</w:t>
      </w:r>
    </w:p>
    <w:p>
      <w:pPr>
        <w:jc w:val="right"/>
      </w:pPr>
      <w:r>
        <w:t>دیا، انہوں نے اپنا، اور وہ جیت گئے۔</w:t>
      </w:r>
    </w:p>
    <w:p>
      <w:r>
        <w:rPr>
          <w:b/>
        </w:rPr>
        <w:t xml:space="preserve">[37:45] </w:t>
      </w:r>
      <w:r>
        <w:t>اسی لیے میں کہتا ہوں کہ موجودہ زمانے میں مسلمانوں کا کیس an unawareness کا کیس ہے۔</w:t>
      </w:r>
    </w:p>
    <w:p>
      <w:pPr>
        <w:jc w:val="right"/>
      </w:pPr>
      <w:r>
        <w:t>اسی لیے میں کہتا ہوں کہ موجودہ زمانے میں مسلمانوں کا کیس ان اویرنس کا کیس ہے۔</w:t>
      </w:r>
    </w:p>
    <w:p>
      <w:r>
        <w:rPr>
          <w:b/>
        </w:rPr>
        <w:t xml:space="preserve">[37:51] </w:t>
      </w:r>
      <w:r>
        <w:t>woh jante hi nahi ke zamane mein tabdeeli kya hui hai, zamane mein farq kya hua, jante hi</w:t>
      </w:r>
    </w:p>
    <w:p>
      <w:pPr>
        <w:jc w:val="right"/>
      </w:pPr>
      <w:r>
        <w:t>وہ جانتے ہی نہیں کہ زمانے میں تبدیلی کیا ہوئی ہے، زمانے میں فرق کیا ہوا، جانتے ہی</w:t>
      </w:r>
    </w:p>
    <w:p>
      <w:r>
        <w:rPr>
          <w:b/>
        </w:rPr>
        <w:t xml:space="preserve">[37:56] </w:t>
      </w:r>
      <w:r>
        <w:t>nahi, bilkul hi be khabar hain.</w:t>
      </w:r>
    </w:p>
    <w:p>
      <w:pPr>
        <w:jc w:val="right"/>
      </w:pPr>
      <w:r>
        <w:t>نہیں، بالکل ہی بے خبر ہیں۔</w:t>
      </w:r>
    </w:p>
    <w:p>
      <w:r>
        <w:rPr>
          <w:b/>
        </w:rPr>
        <w:t xml:space="preserve">[38:02] </w:t>
      </w:r>
      <w:r>
        <w:t>میرے نزدیک پوری مسلم امہ جو ہے، وہ unaware ہے کہ وہ کس age میں، 21st</w:t>
      </w:r>
    </w:p>
    <w:p>
      <w:pPr>
        <w:jc w:val="right"/>
      </w:pPr>
      <w:r>
        <w:t>میرے نزدیک پوری مسلم امہ جو ہے، وہ ان اویر ہے کہ کہ وہ کس ایج میں، 21st</w:t>
      </w:r>
    </w:p>
    <w:p>
      <w:r>
        <w:rPr>
          <w:b/>
        </w:rPr>
        <w:t xml:space="preserve">[38:07] </w:t>
      </w:r>
      <w:r>
        <w:t>century ke age kaun sa age hai.</w:t>
      </w:r>
    </w:p>
    <w:p>
      <w:pPr>
        <w:jc w:val="right"/>
      </w:pPr>
      <w:r>
        <w:t>سینچری کے ایج کون سا ایج ہے۔</w:t>
      </w:r>
    </w:p>
    <w:p>
      <w:r>
        <w:rPr>
          <w:b/>
        </w:rPr>
        <w:t xml:space="preserve">[38:13] </w:t>
      </w:r>
      <w:r>
        <w:t>پوری پوری مسلم امہ، عربی اور نان عربی جانتے ہی نہیں کہ اب یہ age تو ہمارے، ہمارے،</w:t>
      </w:r>
    </w:p>
    <w:p>
      <w:pPr>
        <w:jc w:val="right"/>
      </w:pPr>
      <w:r>
        <w:t>پوری پوری مسلم امہ، عربی اور نان عربی جانتے ہی نہیں کہ اب یہ ایج تو ہمارے، ہمارے،</w:t>
      </w:r>
    </w:p>
    <w:p>
      <w:r>
        <w:rPr>
          <w:b/>
        </w:rPr>
        <w:t xml:space="preserve">[38:18] </w:t>
      </w:r>
      <w:r>
        <w:t>hamare liye yaani supporting age hai.</w:t>
      </w:r>
    </w:p>
    <w:p>
      <w:pPr>
        <w:jc w:val="right"/>
      </w:pPr>
      <w:r>
        <w:t>ہمارے لیے یعنی سپورٹنگ ایج ہے۔</w:t>
      </w:r>
    </w:p>
    <w:p>
      <w:r>
        <w:rPr>
          <w:b/>
        </w:rPr>
        <w:t xml:space="preserve">[38:24] </w:t>
      </w:r>
      <w:r>
        <w:t>یعنی present age hamare supporting age hai.</w:t>
      </w:r>
    </w:p>
    <w:p>
      <w:pPr>
        <w:jc w:val="right"/>
      </w:pPr>
      <w:r>
        <w:t>یعنی پریزنٹ ایج ہمارے سپورٹنگ ایج ہے۔</w:t>
      </w:r>
    </w:p>
    <w:p>
      <w:r>
        <w:rPr>
          <w:b/>
        </w:rPr>
        <w:t xml:space="preserve">[38:29] </w:t>
      </w:r>
      <w:r>
        <w:t>civilization hamare supporting civilization hai.</w:t>
      </w:r>
    </w:p>
    <w:p>
      <w:pPr>
        <w:jc w:val="right"/>
      </w:pPr>
      <w:r>
        <w:t>سویلائزیشن ہمارے سپورٹنگ سویلائزیشن ہے۔</w:t>
      </w:r>
    </w:p>
    <w:p>
      <w:r>
        <w:rPr>
          <w:b/>
        </w:rPr>
        <w:t xml:space="preserve">[38:35] </w:t>
      </w:r>
      <w:r>
        <w:t>democratic system hamare supporting system hai.</w:t>
      </w:r>
    </w:p>
    <w:p>
      <w:pPr>
        <w:jc w:val="right"/>
      </w:pPr>
      <w:r>
        <w:t>ڈیموکریٹک سسٹم ہمارے سپورٹنگ سسٹم ہے۔</w:t>
      </w:r>
    </w:p>
    <w:p>
      <w:r>
        <w:rPr>
          <w:b/>
        </w:rPr>
        <w:t xml:space="preserve">[38:40] </w:t>
      </w:r>
      <w:r>
        <w:t>printed press hamare supporting press hai.</w:t>
      </w:r>
    </w:p>
    <w:p>
      <w:pPr>
        <w:jc w:val="right"/>
      </w:pPr>
      <w:r>
        <w:t>پرنٹڈ پریس ہمارے سپورٹنگ پریس ہے۔</w:t>
      </w:r>
    </w:p>
    <w:p>
      <w:r>
        <w:rPr>
          <w:b/>
        </w:rPr>
        <w:t xml:space="preserve">[38:45] </w:t>
      </w:r>
      <w:r>
        <w:t>yaani har cheez hamare support mein hai kyunke hamare paas preserved book of god hai.</w:t>
      </w:r>
    </w:p>
    <w:p>
      <w:pPr>
        <w:jc w:val="right"/>
      </w:pPr>
      <w:r>
        <w:t>یعنی ہر چیز ہمارے سپورٹ میں ہے کیونکہ ہمارے پاس پریزروڈ بک آف گاڈ ہے۔</w:t>
      </w:r>
    </w:p>
    <w:p>
      <w:r>
        <w:rPr>
          <w:b/>
        </w:rPr>
        <w:t xml:space="preserve">[38:51] </w:t>
      </w:r>
      <w:r>
        <w:t>to main samajhta hoon ke ab jo karna hai hamein, jo kaam woh yeh hai ke ek taraf</w:t>
      </w:r>
    </w:p>
    <w:p>
      <w:pPr>
        <w:jc w:val="right"/>
      </w:pPr>
      <w:r>
        <w:t>تو میں سمجھتا ہوں کہ اب جو کرنا ہے ہمیں، جو کام وہ یہ ہے کہ ایک طرف</w:t>
      </w:r>
    </w:p>
    <w:p>
      <w:r>
        <w:rPr>
          <w:b/>
        </w:rPr>
        <w:t xml:space="preserve">[38:56] </w:t>
      </w:r>
      <w:r>
        <w:t>ہم قرآن کا ٹرانسلیشن ساری دنیا میں میں پھیلائیں، قرآن کا ٹرانسلیشن ہر ہر زبان میں تیار کریں،</w:t>
      </w:r>
    </w:p>
    <w:p>
      <w:pPr>
        <w:jc w:val="right"/>
      </w:pPr>
      <w:r>
        <w:t>ہم قرآن کا ٹرانسیشن ساری دنیا میں میں پھیلائیں، قرآن کا ٹرانسیشن ہر ہر زبان میں تیار کریں،</w:t>
      </w:r>
    </w:p>
    <w:p>
      <w:r>
        <w:rPr>
          <w:b/>
        </w:rPr>
        <w:t xml:space="preserve">[39:02] </w:t>
      </w:r>
      <w:r>
        <w:t>idhar udhar phailayein, isi ke saath supported literature phailayein, aur poore ma'amle mein bane hum peaceful.</w:t>
      </w:r>
    </w:p>
    <w:p>
      <w:pPr>
        <w:jc w:val="right"/>
      </w:pPr>
      <w:r>
        <w:t>ادھر ادھر پھیلائیں، اسی کے ساتھ سپورٹڈ لیٹریچر پھیلائیں، اور پورے معالم میں بنے ہم پیس فل۔</w:t>
      </w:r>
    </w:p>
    <w:p>
      <w:r>
        <w:rPr>
          <w:b/>
        </w:rPr>
        <w:t xml:space="preserve">[39:07] </w:t>
      </w:r>
      <w:r>
        <w:t>jaise koi aadmi agar Rasool Allah ke khilaaf shatm karta hai, woh blasphemy ka kaam karta hai,</w:t>
      </w:r>
    </w:p>
    <w:p>
      <w:pPr>
        <w:jc w:val="right"/>
      </w:pPr>
      <w:r>
        <w:t>جیسے کوئی آدمی اگر رسول اللہ کے خلاف شتم کرتا ہے، وہ بلاسفی کا کا کام کرتا ہے،</w:t>
      </w:r>
    </w:p>
    <w:p>
      <w:r>
        <w:rPr>
          <w:b/>
        </w:rPr>
        <w:t xml:space="preserve">[39:13] </w:t>
      </w:r>
      <w:r>
        <w:t>to hamein apni apni book, hamare paas book ho, yaani life of the prophet pe book ho, is</w:t>
      </w:r>
    </w:p>
    <w:p>
      <w:pPr>
        <w:jc w:val="right"/>
      </w:pPr>
      <w:r>
        <w:t>تو ہمیں اپنی اپنی بک، ہمارے پاس بک ہو، یعنی لائف آف دا پرافٹ پہ بک ہو، اس</w:t>
      </w:r>
    </w:p>
    <w:p>
      <w:r>
        <w:rPr>
          <w:b/>
        </w:rPr>
        <w:t xml:space="preserve">[39:18] </w:t>
      </w:r>
      <w:r>
        <w:t>ko pesh karein.</w:t>
      </w:r>
    </w:p>
    <w:p>
      <w:pPr>
        <w:jc w:val="right"/>
      </w:pPr>
      <w:r>
        <w:t>کو پیش کریں۔</w:t>
      </w:r>
    </w:p>
    <w:p>
      <w:r>
        <w:rPr>
          <w:b/>
        </w:rPr>
        <w:t xml:space="preserve">[39:24] </w:t>
      </w:r>
      <w:r>
        <w:t>jaise maine ek kitaab likhi hai, Prophet of Peace, to is tarah ki kitabein pesh kijiye.</w:t>
      </w:r>
    </w:p>
    <w:p>
      <w:pPr>
        <w:jc w:val="right"/>
      </w:pPr>
      <w:r>
        <w:t>جیسے میں نے ایک کتاب لکھی ہے، پرافٹ آف پیس، تو اس طرح کی کتابیں پیش کیجئے۔</w:t>
      </w:r>
    </w:p>
    <w:p>
      <w:r>
        <w:rPr>
          <w:b/>
        </w:rPr>
        <w:t xml:space="preserve">[39:29] </w:t>
      </w:r>
      <w:r>
        <w:t>aap learning kya zaroorat hai? yaani jab koi aisa waqea pesh aata hai to woh aap ko ek</w:t>
      </w:r>
    </w:p>
    <w:p>
      <w:pPr>
        <w:jc w:val="right"/>
      </w:pPr>
      <w:r>
        <w:t>آپ لرننگ کیا ضرورت ہے؟ یعنی جب کوئی ایسا واقعہ پیش آتا ہے تو وہ آپ کو ایک</w:t>
      </w:r>
    </w:p>
    <w:p>
      <w:r>
        <w:rPr>
          <w:b/>
        </w:rPr>
        <w:t xml:space="preserve">[39:35] </w:t>
      </w:r>
      <w:r>
        <w:t>ek ek point of discussion deta hai.</w:t>
      </w:r>
    </w:p>
    <w:p>
      <w:pPr>
        <w:jc w:val="right"/>
      </w:pPr>
      <w:r>
        <w:t>ایک ایک پوائنٹ آف ڈسکشن دیتا ہے۔</w:t>
      </w:r>
    </w:p>
    <w:p>
      <w:r>
        <w:rPr>
          <w:b/>
        </w:rPr>
        <w:t xml:space="preserve">[39:40] </w:t>
      </w:r>
      <w:r>
        <w:t>agar koi hamare prophet ke khilaaf koi abuse, abusive language istemal karta hai, farz kijiye, koi shatm karta</w:t>
      </w:r>
    </w:p>
    <w:p>
      <w:pPr>
        <w:jc w:val="right"/>
      </w:pPr>
      <w:r>
        <w:t>اگر کوئی ہمارے پرافٹ کے خلاف کوئی ابیز، ابیسیو لینگویج استعمال کرتا ہے، فرض کیجئے، کوئی شتم کرتا</w:t>
      </w:r>
    </w:p>
    <w:p>
      <w:r>
        <w:rPr>
          <w:b/>
        </w:rPr>
        <w:t xml:space="preserve">[39:46] </w:t>
      </w:r>
      <w:r>
        <w:t>hai, to uska matlab kya hua? woh hamein mauqa de raha hai ke hum us ko point</w:t>
      </w:r>
    </w:p>
    <w:p>
      <w:pPr>
        <w:jc w:val="right"/>
      </w:pPr>
      <w:r>
        <w:t>ہے، تو اس کا مطلب کیا ہوا؟ وہ ہمیں موقع دے رہا ہے کہ ہم اس کو پوائنٹ</w:t>
      </w:r>
    </w:p>
    <w:p>
      <w:r>
        <w:rPr>
          <w:b/>
        </w:rPr>
        <w:t xml:space="preserve">[39:51] </w:t>
      </w:r>
      <w:r>
        <w:t>aaph diskeshan banaein ke chalo bhai tum suno hamari baat, prafat ki ke tro picture kya hai, woh</w:t>
      </w:r>
    </w:p>
    <w:p>
      <w:pPr>
        <w:jc w:val="right"/>
      </w:pPr>
      <w:r>
        <w:t>آف ڈسکشن بنائیں کہ چلو بھئی تم سنو ہماری بات، پرافٹ کی کہ ٹرو پکچر کیا ہے، وہ</w:t>
      </w:r>
    </w:p>
    <w:p>
      <w:r>
        <w:rPr>
          <w:b/>
        </w:rPr>
        <w:t xml:space="preserve">[39:57] </w:t>
      </w:r>
      <w:r>
        <w:t>tumhein batate hain, dekho is ko historical evidence ki roshni mein.</w:t>
      </w:r>
    </w:p>
    <w:p>
      <w:pPr>
        <w:jc w:val="right"/>
      </w:pPr>
      <w:r>
        <w:t>تمہیں بتاتے ہیں، دیکھو اس کو ہسٹوریکل ایویڈنس کی روشنی میں۔</w:t>
      </w:r>
    </w:p>
    <w:p>
      <w:r>
        <w:rPr>
          <w:b/>
        </w:rPr>
        <w:t xml:space="preserve">[40:02] </w:t>
      </w:r>
      <w:r>
        <w:t>to ab poora age, poora zamana, poori civilization supporting sab, yaani is ka role supporting role ban gaya.</w:t>
      </w:r>
    </w:p>
    <w:p>
      <w:pPr>
        <w:jc w:val="right"/>
      </w:pPr>
      <w:r>
        <w:t>تو اب پورا ایج، پورا زمانہ، پوری سویلائزیشن سپورٹنگ سب، یعنی اس کا رول سپورٹنگ رول بن گیا۔</w:t>
      </w:r>
    </w:p>
    <w:p>
      <w:r>
        <w:rPr>
          <w:b/>
        </w:rPr>
        <w:t xml:space="preserve">[40:08] </w:t>
      </w:r>
      <w:r>
        <w:t>equation badal gaya.</w:t>
      </w:r>
    </w:p>
    <w:p>
      <w:pPr>
        <w:jc w:val="right"/>
      </w:pPr>
      <w:r>
        <w:t>ایکویشن بدل گیا۔</w:t>
      </w:r>
    </w:p>
    <w:p>
      <w:r>
        <w:rPr>
          <w:b/>
        </w:rPr>
        <w:t xml:space="preserve">[40:13] </w:t>
      </w:r>
      <w:r>
        <w:t>ek taraf believers hain, do is taraf supporters hain.</w:t>
      </w:r>
    </w:p>
    <w:p>
      <w:pPr>
        <w:jc w:val="right"/>
      </w:pPr>
      <w:r>
        <w:t>ایک طرف بیلیورز ہیں، دو اس طرف سپورٹرز ہیں۔</w:t>
      </w:r>
    </w:p>
    <w:p>
      <w:r>
        <w:rPr>
          <w:b/>
        </w:rPr>
        <w:t xml:space="preserve">[40:19] </w:t>
      </w:r>
      <w:r>
        <w:t>yeh soch agar aa jaye to kaise kitne zyada log positive ban jayenge? har qism ki negativity</w:t>
      </w:r>
    </w:p>
    <w:p>
      <w:pPr>
        <w:jc w:val="right"/>
      </w:pPr>
      <w:r>
        <w:t>یہ سوچ اگر آ جائے تو کیسے کتنے زیادہ لوگ پازیٹیو بن جائیں گے؟ ہر قسم کی نیگیٹیوٹی</w:t>
      </w:r>
    </w:p>
    <w:p>
      <w:r>
        <w:rPr>
          <w:b/>
        </w:rPr>
        <w:t xml:space="preserve">[40:24] </w:t>
      </w:r>
      <w:r>
        <w:t>khatm, har qism ka hate khatm, har qism ka violence khatm, har qism ka protest khatm, aur positive,</w:t>
      </w:r>
    </w:p>
    <w:p>
      <w:pPr>
        <w:jc w:val="right"/>
      </w:pPr>
      <w:r>
        <w:t>ختم، ہر قسم کا ہیٹ ختم، ہر قسم کا وائیلنس ختم، ہر قسم کا پروٹیسٹ ختم، اور پازیٹیو،</w:t>
      </w:r>
    </w:p>
    <w:p>
      <w:r>
        <w:rPr>
          <w:b/>
        </w:rPr>
        <w:t xml:space="preserve">[40:30] </w:t>
      </w:r>
      <w:r>
        <w:t>positive, peaceful tareeqe se log apna active ho jayen apne point of view ko pesh karne ke liye.</w:t>
      </w:r>
    </w:p>
    <w:p>
      <w:pPr>
        <w:jc w:val="right"/>
      </w:pPr>
      <w:r>
        <w:t>پازیٹیو، پیس فل طریقے سے لوگ اپنا ایکٹیو ہو جائیں اپنے پوائنٹ آف ویو کو پیش کرنے کے لیے۔</w:t>
      </w:r>
    </w:p>
    <w:p>
      <w:r>
        <w:rPr>
          <w:b/>
        </w:rPr>
        <w:t xml:space="preserve">[40:35] </w:t>
      </w:r>
      <w:r>
        <w:t>poori duniya mein peaceful, peace ki duniya ban jaye.</w:t>
      </w:r>
    </w:p>
    <w:p>
      <w:pPr>
        <w:jc w:val="right"/>
      </w:pPr>
      <w:r>
        <w:t>پوری دنیا میں پیس فل، پیس کی دنیا بن جائے۔</w:t>
      </w:r>
    </w:p>
    <w:p>
      <w:r>
        <w:rPr>
          <w:b/>
        </w:rPr>
        <w:t xml:space="preserve">[40:40] </w:t>
      </w:r>
      <w:r>
        <w:t>to yeh hai woh cheez jis ko le kar hum hamara mission kaam kar raha hai.</w:t>
      </w:r>
    </w:p>
    <w:p>
      <w:pPr>
        <w:jc w:val="right"/>
      </w:pPr>
      <w:r>
        <w:t>تو یہ ہے وہ چیز جس کو لے کر ہم ہمارا مشن کام کر رہا ہے۔</w:t>
      </w:r>
    </w:p>
    <w:p>
      <w:r>
        <w:rPr>
          <w:b/>
        </w:rPr>
        <w:t xml:space="preserve">[40:46] </w:t>
      </w:r>
      <w:r>
        <w:t>hamara jo mission hai, woh isi concept ko le kar kar raha hai kaam.</w:t>
      </w:r>
    </w:p>
    <w:p>
      <w:pPr>
        <w:jc w:val="right"/>
      </w:pPr>
      <w:r>
        <w:t>ہمارا جو مشن ہے، وہ اسی کانسیپٹ کو لے کر کر رہا ہے کام۔</w:t>
      </w:r>
    </w:p>
    <w:p>
      <w:r>
        <w:rPr>
          <w:b/>
        </w:rPr>
        <w:t xml:space="preserve">[40:51] </w:t>
      </w:r>
      <w:r>
        <w:t>hum chahte hain ke hum logon ko batayen ke aaj ka zamana kya hai taake logon ki negativity khatm ho.</w:t>
      </w:r>
    </w:p>
    <w:p>
      <w:pPr>
        <w:jc w:val="right"/>
      </w:pPr>
      <w:r>
        <w:t>ہم چاہتے ہیں کہ ہم لوگوں کو بتائیں کہ آج کا زمانہ کیا ہے تاکہ لوگوں کی نیگیٹیوٹی ختم ہو۔</w:t>
      </w:r>
    </w:p>
    <w:p>
      <w:r>
        <w:rPr>
          <w:b/>
        </w:rPr>
        <w:t xml:space="preserve">[40:57] </w:t>
      </w:r>
      <w:r>
        <w:t>log samajhte hain ke civilization jo hai, woh Islam ke khilaf hai, America Islam ke khilaf hai, democracy</w:t>
      </w:r>
    </w:p>
    <w:p>
      <w:pPr>
        <w:jc w:val="right"/>
      </w:pPr>
      <w:r>
        <w:t>لوگ سمجھتے ہیں کہ سویلائزیشن جو ہے، وہ اسلام کے خلاف ہے، امریکہ اسلام کے خلاف ہے، ڈیموکریسی</w:t>
      </w:r>
    </w:p>
    <w:p>
      <w:r>
        <w:rPr>
          <w:b/>
        </w:rPr>
        <w:t xml:space="preserve">[41:02] </w:t>
      </w:r>
      <w:r>
        <w:t>Islam ke khilaf hai, yaani har cheez ko samajh baithe hain ke woh Islam ke khilaf hai, halanke</w:t>
      </w:r>
    </w:p>
    <w:p>
      <w:pPr>
        <w:jc w:val="right"/>
      </w:pPr>
      <w:r>
        <w:t>اسلام کے خلاف ہے، یعنی ہر چیز کو سمجھ بیٹھے ہیں کہ وہ اسلام کے خلاف ہے، حالانکہ</w:t>
      </w:r>
    </w:p>
    <w:p>
      <w:r>
        <w:rPr>
          <w:b/>
        </w:rPr>
        <w:t xml:space="preserve">[41:08] </w:t>
      </w:r>
      <w:r>
        <w:t>sab sab ka sab supporter hai Islam ke.</w:t>
      </w:r>
    </w:p>
    <w:p>
      <w:pPr>
        <w:jc w:val="right"/>
      </w:pPr>
      <w:r>
        <w:t>سب سب کا سب سپورٹر ہے اسلام کے۔</w:t>
      </w:r>
    </w:p>
    <w:p>
      <w:r>
        <w:rPr>
          <w:b/>
        </w:rPr>
        <w:t xml:space="preserve">[41:13] </w:t>
      </w:r>
      <w:r>
        <w:t>Islam ke liye har cheez supporter hai.</w:t>
      </w:r>
    </w:p>
    <w:p>
      <w:pPr>
        <w:jc w:val="right"/>
      </w:pPr>
      <w:r>
        <w:t>اسلام کے لیے ہر چیز سپورٹر ہے۔</w:t>
      </w:r>
    </w:p>
    <w:p>
      <w:r>
        <w:rPr>
          <w:b/>
        </w:rPr>
        <w:t xml:space="preserve">[41:19] </w:t>
      </w:r>
      <w:r>
        <w:t>to aap ko sirf yeh karna hai ke aap is situation ko avail karen, na ke react karen.</w:t>
      </w:r>
    </w:p>
    <w:p>
      <w:pPr>
        <w:jc w:val="right"/>
      </w:pPr>
      <w:r>
        <w:t>تو آپ کو صرف یہ کرنا ہے کہ آپ اس سچوئیشن کو اویل کریں، نہ کہ ری ایکٹ کریں۔</w:t>
      </w:r>
    </w:p>
    <w:p>
      <w:r>
        <w:rPr>
          <w:b/>
        </w:rPr>
        <w:t xml:space="preserve">[41:24] </w:t>
      </w:r>
      <w:r>
        <w:t>to yeh hai hamara mission.</w:t>
      </w:r>
    </w:p>
    <w:p>
      <w:pPr>
        <w:jc w:val="right"/>
      </w:pPr>
      <w:r>
        <w:t>تو یہ ہے ہمارا مشن۔</w:t>
      </w:r>
    </w:p>
    <w:p>
      <w:r>
        <w:rPr>
          <w:b/>
        </w:rPr>
        <w:t xml:space="preserve">[41:30] </w:t>
      </w:r>
      <w:r>
        <w:t>is maqsad ke liye hum ne mukhtalif zabanon mein Quran ka translation tayar kar ke hum chhap rahe</w:t>
      </w:r>
    </w:p>
    <w:p>
      <w:pPr>
        <w:jc w:val="right"/>
      </w:pPr>
      <w:r>
        <w:t>اس مقصد کے لیے ہم نے مختلف زبانوں میں قرآن کا ٹرانسیشن تیار کر کے ہم چھاپ رہے</w:t>
      </w:r>
    </w:p>
    <w:p>
      <w:r>
        <w:rPr>
          <w:b/>
        </w:rPr>
        <w:t xml:space="preserve">[41:35] </w:t>
      </w:r>
      <w:r>
        <w:t>hain, literature hum tayar kar ke chhap rahe hain.</w:t>
      </w:r>
    </w:p>
    <w:p>
      <w:pPr>
        <w:jc w:val="right"/>
      </w:pPr>
      <w:r>
        <w:t>ہیں، لٹریچر ہم تیار کر کے چھاپ رہے ہیں۔</w:t>
      </w:r>
    </w:p>
    <w:p>
      <w:r>
        <w:rPr>
          <w:b/>
        </w:rPr>
        <w:t xml:space="preserve">[41:41] </w:t>
      </w:r>
      <w:r>
        <w:t>hamare log har jagah pahunchte hain, duniya bhar mein jahan bhi mauqa milta hai.</w:t>
      </w:r>
    </w:p>
    <w:p>
      <w:pPr>
        <w:jc w:val="right"/>
      </w:pPr>
      <w:r>
        <w:t>ہمارے لوگ ہر جگہ پہنچتے ہیں، دنیا بھر میں جہاں بھی موقع ملتا ہے۔</w:t>
      </w:r>
    </w:p>
    <w:p>
      <w:r>
        <w:rPr>
          <w:b/>
        </w:rPr>
        <w:t xml:space="preserve">[41:46] </w:t>
      </w:r>
      <w:r>
        <w:t>jaise Rasool Allah Sal Allahu Alaihi Wasallam ke liye Makka mein ek mauqa tha, sirf Kaba ke paas</w:t>
      </w:r>
    </w:p>
    <w:p>
      <w:pPr>
        <w:jc w:val="right"/>
      </w:pPr>
      <w:r>
        <w:t>جیسے رسول اللہ صلی اللہ علیہ وسلم کے لیے مکہ میں ایک موقع تھا، صرف کعبہ کے پاس</w:t>
      </w:r>
    </w:p>
    <w:p>
      <w:r>
        <w:rPr>
          <w:b/>
        </w:rPr>
        <w:t xml:space="preserve">[41:52] </w:t>
      </w:r>
      <w:r>
        <w:t>gathering hoti thi.</w:t>
      </w:r>
    </w:p>
    <w:p>
      <w:pPr>
        <w:jc w:val="right"/>
      </w:pPr>
      <w:r>
        <w:t>گیدرنگ ہوتی تھی۔</w:t>
      </w:r>
    </w:p>
    <w:p>
      <w:r>
        <w:rPr>
          <w:b/>
        </w:rPr>
        <w:t xml:space="preserve">[41:57] </w:t>
      </w:r>
      <w:r>
        <w:t>bas ek hi point of gathering tha Makka mein, woh Kaba, kyunke but rakhe hue the is mein.</w:t>
      </w:r>
    </w:p>
    <w:p>
      <w:pPr>
        <w:jc w:val="right"/>
      </w:pPr>
      <w:r>
        <w:t>بس ایک ہی پوائنٹ آف گیدرنگ تھا مکہ میں، وہ کعبہ، کیونکہ بت رکھے ہوئے تھے اس میں۔</w:t>
      </w:r>
    </w:p>
    <w:p>
      <w:r>
        <w:rPr>
          <w:b/>
        </w:rPr>
        <w:t xml:space="preserve">[42:03] </w:t>
      </w:r>
      <w:r>
        <w:t>to Kaba mein buton ki wajah se wahan par daily gathering hoti thi, assembly hoti thi.</w:t>
      </w:r>
    </w:p>
    <w:p>
      <w:pPr>
        <w:jc w:val="right"/>
      </w:pPr>
      <w:r>
        <w:t>تو کعبہ میں بتوں کی وجہ سے وہاں پر ڈیلی گیدرنگ ہوتی تھی، اسمبلی ہوتی تھی۔</w:t>
      </w:r>
    </w:p>
    <w:p>
      <w:r>
        <w:rPr>
          <w:b/>
        </w:rPr>
        <w:t xml:space="preserve">[42:08] </w:t>
      </w:r>
      <w:r>
        <w:t>is ko aap ne aweil kiya.</w:t>
      </w:r>
    </w:p>
    <w:p>
      <w:pPr>
        <w:jc w:val="right"/>
      </w:pPr>
      <w:r>
        <w:t>اس کو آپ نے اویل کیا۔</w:t>
      </w:r>
    </w:p>
    <w:p>
      <w:r>
        <w:rPr>
          <w:b/>
        </w:rPr>
        <w:t xml:space="preserve">[42:14] </w:t>
      </w:r>
      <w:r>
        <w:t>ab to sari dunya mein, yaani gathering ho rahi hai.</w:t>
      </w:r>
    </w:p>
    <w:p>
      <w:pPr>
        <w:jc w:val="right"/>
      </w:pPr>
      <w:r>
        <w:t>اب تو ساری دنیا میں، یعنی گیدرنگ ہو رہی ہے۔</w:t>
      </w:r>
    </w:p>
    <w:p>
      <w:r>
        <w:rPr>
          <w:b/>
        </w:rPr>
        <w:t xml:space="preserve">[42:19] </w:t>
      </w:r>
      <w:r>
        <w:t>yaani aap jahan bhi jayen, aap airport pe jayen, wahan gathering hai.</w:t>
      </w:r>
    </w:p>
    <w:p>
      <w:pPr>
        <w:jc w:val="right"/>
      </w:pPr>
      <w:r>
        <w:t>یعنی آپ جہاں بھی جائیں، آپ ایئرپورٹ پہ جائیں، وہاں گیدرنگ ہے۔</w:t>
      </w:r>
    </w:p>
    <w:p>
      <w:r>
        <w:rPr>
          <w:b/>
        </w:rPr>
        <w:t xml:space="preserve">[42:24] </w:t>
      </w:r>
      <w:r>
        <w:t>railway station pe jayen, wahan gathering hai.</w:t>
      </w:r>
    </w:p>
    <w:p>
      <w:pPr>
        <w:jc w:val="right"/>
      </w:pPr>
      <w:r>
        <w:t>ریلوے اسٹیشن پہ جائیں، وہاں گیدرنگ ہے۔</w:t>
      </w:r>
    </w:p>
    <w:p>
      <w:r>
        <w:rPr>
          <w:b/>
        </w:rPr>
        <w:t xml:space="preserve">[42:30] </w:t>
      </w:r>
      <w:r>
        <w:t>aap kisi school college mein jayen, wahan bhi gathering hai.</w:t>
      </w:r>
    </w:p>
    <w:p>
      <w:pPr>
        <w:jc w:val="right"/>
      </w:pPr>
      <w:r>
        <w:t>آپ کسی اسکول کالج میں جائیں، وہاں بھی گیدرنگ ہے۔</w:t>
      </w:r>
    </w:p>
    <w:p>
      <w:r>
        <w:rPr>
          <w:b/>
        </w:rPr>
        <w:t xml:space="preserve">[42:35] </w:t>
      </w:r>
      <w:r>
        <w:t>seminar mein jayen, conference mein jayen, wahan bhi gathering hai.</w:t>
      </w:r>
    </w:p>
    <w:p>
      <w:pPr>
        <w:jc w:val="right"/>
      </w:pPr>
      <w:r>
        <w:t>سیمینار میں جائیں، کانفرنس میں جائیں، وہاں بھی گیدرنگ ہے۔</w:t>
      </w:r>
    </w:p>
    <w:p>
      <w:r>
        <w:rPr>
          <w:b/>
        </w:rPr>
        <w:t xml:space="preserve">[42:41] </w:t>
      </w:r>
      <w:r>
        <w:t>yaani har jagah log ikatha ho rahe hain.</w:t>
      </w:r>
    </w:p>
    <w:p>
      <w:pPr>
        <w:jc w:val="right"/>
      </w:pPr>
      <w:r>
        <w:t>یعنی ہر جگہ لوگ اکٹھا ہو رہے ہیں۔</w:t>
      </w:r>
    </w:p>
    <w:p>
      <w:r>
        <w:rPr>
          <w:b/>
        </w:rPr>
        <w:t xml:space="preserve">[42:46] </w:t>
      </w:r>
      <w:r>
        <w:t>yeh age of gathering hai, yeh maujooda zamana jo hai, age of gathering hai.</w:t>
      </w:r>
    </w:p>
    <w:p>
      <w:pPr>
        <w:jc w:val="right"/>
      </w:pPr>
      <w:r>
        <w:t>یہ ایج آف گیدرنگ ہے، یہ موجودہ زمانہ جو ہے، ایج آف گیدرنگ ہے۔</w:t>
      </w:r>
    </w:p>
    <w:p>
      <w:r>
        <w:rPr>
          <w:b/>
        </w:rPr>
        <w:t xml:space="preserve">[42:52] </w:t>
      </w:r>
      <w:r>
        <w:t>to khoob istemal kijiye is ko.</w:t>
      </w:r>
    </w:p>
    <w:p>
      <w:pPr>
        <w:jc w:val="right"/>
      </w:pPr>
      <w:r>
        <w:t>تو خوب استعمال کیجئے اس کو۔</w:t>
      </w:r>
    </w:p>
    <w:p>
      <w:r>
        <w:rPr>
          <w:b/>
        </w:rPr>
        <w:t xml:space="preserve">[42:57] </w:t>
      </w:r>
      <w:r>
        <w:t>رسول اللہ نے کیا کیا تھا کہ he simply ignored the presence of adults in Kaaba, and he</w:t>
      </w:r>
    </w:p>
    <w:p>
      <w:pPr>
        <w:jc w:val="right"/>
      </w:pPr>
      <w:r>
        <w:t>رسول اللہ نے کیا کیا تھا کہ ہی سمپلی اگنور دا پریزنس آف ایڈلٹس ان کعبہ، اینڈ ہی</w:t>
      </w:r>
    </w:p>
    <w:p>
      <w:r>
        <w:rPr>
          <w:b/>
        </w:rPr>
        <w:t xml:space="preserve">[43:03] </w:t>
      </w:r>
      <w:r>
        <w:t>tried to aweil that gathering as his audience.</w:t>
      </w:r>
    </w:p>
    <w:p>
      <w:pPr>
        <w:jc w:val="right"/>
      </w:pPr>
      <w:r>
        <w:t>ٹرائیڈ ٹو اویل دیٹ گیدرنگ ایز ہز آڈینس۔</w:t>
      </w:r>
    </w:p>
    <w:p>
      <w:r>
        <w:rPr>
          <w:b/>
        </w:rPr>
        <w:t xml:space="preserve">[43:08] </w:t>
      </w:r>
      <w:r>
        <w:t>aap yeh kijiye.</w:t>
      </w:r>
    </w:p>
    <w:p>
      <w:pPr>
        <w:jc w:val="right"/>
      </w:pPr>
      <w:r>
        <w:t>آپ یہ کیجئے۔</w:t>
      </w:r>
    </w:p>
    <w:p>
      <w:r>
        <w:rPr>
          <w:b/>
        </w:rPr>
        <w:t xml:space="preserve">[43:14] </w:t>
      </w:r>
      <w:r>
        <w:t>to yeh hai hamara mission.</w:t>
      </w:r>
    </w:p>
    <w:p>
      <w:pPr>
        <w:jc w:val="right"/>
      </w:pPr>
      <w:r>
        <w:t>تو یہ ہے ہمارا مشن۔</w:t>
      </w:r>
    </w:p>
    <w:p>
      <w:r>
        <w:rPr>
          <w:b/>
        </w:rPr>
        <w:t xml:space="preserve">[43:19] </w:t>
      </w:r>
      <w:r>
        <w:t>is ke liye sirf ek hi shart hai, woh hai positive thinking.</w:t>
      </w:r>
    </w:p>
    <w:p>
      <w:pPr>
        <w:jc w:val="right"/>
      </w:pPr>
      <w:r>
        <w:t>اس کے لیے صرف ایک ہی شرط ہے، وہ ہے پازیٹیو تھنکنگ۔</w:t>
      </w:r>
    </w:p>
    <w:p>
      <w:r>
        <w:rPr>
          <w:b/>
        </w:rPr>
        <w:t xml:space="preserve">[43:25] </w:t>
      </w:r>
      <w:r>
        <w:t>اگر آپ پازیٹیو تھنکر ہو جائیں تو آپ اس اس opportunity کو اویل کرنے کے لیے بالکل کمپیٹنٹ</w:t>
      </w:r>
    </w:p>
    <w:p>
      <w:pPr>
        <w:jc w:val="right"/>
      </w:pPr>
      <w:r>
        <w:t>اگر آپ پازیٹیو تھنکر ہو جائیں تو آپ اس اس اپرچونیٹی کو اویل کرنے کے لیے بالکل کمپیٹنٹ</w:t>
      </w:r>
    </w:p>
    <w:p>
      <w:r>
        <w:rPr>
          <w:b/>
        </w:rPr>
        <w:t xml:space="preserve">[43:30] </w:t>
      </w:r>
      <w:r>
        <w:t>insan ban jayenge.</w:t>
      </w:r>
    </w:p>
    <w:p>
      <w:pPr>
        <w:jc w:val="right"/>
      </w:pPr>
      <w:r>
        <w:t>انسان بن جائیں گے۔</w:t>
      </w:r>
    </w:p>
    <w:p>
      <w:r>
        <w:rPr>
          <w:b/>
        </w:rPr>
        <w:t xml:space="preserve">[43:36] </w:t>
      </w:r>
      <w:r>
        <w:t>to mein dua karta hoon ke Allah taala mujh ko aur mere sathiyon ko tofeeq de ke hum</w:t>
      </w:r>
    </w:p>
    <w:p>
      <w:pPr>
        <w:jc w:val="right"/>
      </w:pPr>
      <w:r>
        <w:t>تو میں دعا کرتا ہوں کہ اللہ تعالیٰ مجھ کو اور میرے ساتھیوں کو توفیق دے کہ ہم</w:t>
      </w:r>
    </w:p>
    <w:p>
      <w:r>
        <w:rPr>
          <w:b/>
        </w:rPr>
        <w:t xml:space="preserve">[43:41] </w:t>
      </w:r>
      <w:r>
        <w:t>is is spirit of the age ko samjhen, history mein jo change aaya hai, us ko samjhen aur</w:t>
      </w:r>
    </w:p>
    <w:p>
      <w:pPr>
        <w:jc w:val="right"/>
      </w:pPr>
      <w:r>
        <w:t>اس اس سپرٹ آف دی ایج کو سمجھیں، ہسٹری میں جو چینج آیا ہے، اس کو سمجھیں اور</w:t>
      </w:r>
    </w:p>
    <w:p>
      <w:r>
        <w:rPr>
          <w:b/>
        </w:rPr>
        <w:t xml:space="preserve">[43:47] </w:t>
      </w:r>
      <w:r>
        <w:t>us ko le kar sari dunya mein sachai ko phailayen.</w:t>
      </w:r>
    </w:p>
    <w:p>
      <w:pPr>
        <w:jc w:val="right"/>
      </w:pPr>
      <w:r>
        <w:t>اس کو لے کر ساری دنیا میں سچائی کو پھیلائیں۔</w:t>
      </w:r>
    </w:p>
    <w:p>
      <w:r>
        <w:rPr>
          <w:b/>
        </w:rPr>
        <w:t xml:space="preserve">[43:52] </w:t>
      </w:r>
      <w:r>
        <w:t>اس حقیقت کو ہم جانیں کہ کرائسٹ نے جو کہا تھا کہ "Love your enemy"۔</w:t>
      </w:r>
    </w:p>
    <w:p>
      <w:pPr>
        <w:jc w:val="right"/>
      </w:pPr>
      <w:r>
        <w:t>اس حقیقت کو ہم جانیں کہ کرائسٹ نے جو کہا تھا کہ "لو یور اینمی"۔</w:t>
      </w:r>
    </w:p>
    <w:p>
      <w:r>
        <w:rPr>
          <w:b/>
        </w:rPr>
        <w:t xml:space="preserve">[43:58] </w:t>
      </w:r>
      <w:r>
        <w:t>to woh daur hi khatam ho gaya.</w:t>
      </w:r>
    </w:p>
    <w:p>
      <w:pPr>
        <w:jc w:val="right"/>
      </w:pPr>
      <w:r>
        <w:t>تو وہ دور ہی ختم ہو گیا۔</w:t>
      </w:r>
    </w:p>
    <w:p>
      <w:r>
        <w:rPr>
          <w:b/>
        </w:rPr>
        <w:t xml:space="preserve">[44:03] </w:t>
      </w:r>
      <w:r>
        <w:t>ab to enemy hai hi nahin.</w:t>
      </w:r>
    </w:p>
    <w:p>
      <w:pPr>
        <w:jc w:val="right"/>
      </w:pPr>
      <w:r>
        <w:t>اب تو اینمی ہے ہی نہیں۔</w:t>
      </w:r>
    </w:p>
    <w:p>
      <w:r>
        <w:rPr>
          <w:b/>
        </w:rPr>
        <w:t xml:space="preserve">[44:09] </w:t>
      </w:r>
      <w:r>
        <w:t>اب تو بول رہے ہیں کہ "well well other friendship"۔</w:t>
      </w:r>
    </w:p>
    <w:p>
      <w:pPr>
        <w:jc w:val="right"/>
      </w:pPr>
      <w:r>
        <w:t>اب تو بول رہے ہیں کہ "اویل اویل ادر فرینڈشپ"۔</w:t>
      </w:r>
    </w:p>
    <w:p>
      <w:r>
        <w:rPr>
          <w:b/>
        </w:rPr>
        <w:t xml:space="preserve">[44:14] </w:t>
      </w:r>
      <w:r>
        <w:t>ab ab hamein aweil karna hai in ki friendship ko.</w:t>
      </w:r>
    </w:p>
    <w:p>
      <w:pPr>
        <w:jc w:val="right"/>
      </w:pPr>
      <w:r>
        <w:t>اب اب ہمیں اویل کرنا ہے ان کی فرینڈشپ کو۔</w:t>
      </w:r>
    </w:p>
    <w:p>
      <w:r>
        <w:rPr>
          <w:b/>
        </w:rPr>
        <w:t xml:space="preserve">[44:19] </w:t>
      </w:r>
      <w:r>
        <w:t>koi enemy koi hai hi nahin.</w:t>
      </w:r>
    </w:p>
    <w:p>
      <w:pPr>
        <w:jc w:val="right"/>
      </w:pPr>
      <w:r>
        <w:t>کوئی اینمی کوئی ہے ہی نہیں۔</w:t>
      </w:r>
    </w:p>
    <w:p>
      <w:r>
        <w:rPr>
          <w:b/>
        </w:rPr>
        <w:t xml:space="preserve">[44:25] </w:t>
      </w:r>
      <w:r>
        <w:t>to mein dua karta hoon ke Allah taala mujh ko aur aap ko tofeeq de ke hum is</w:t>
      </w:r>
    </w:p>
    <w:p>
      <w:pPr>
        <w:jc w:val="right"/>
      </w:pPr>
      <w:r>
        <w:t>تو میں دعا کرتا ہوں کہ اللہ تعالیٰ مجھ کو اور آپ کو توفیق دے کہ ہم اس</w:t>
      </w:r>
    </w:p>
    <w:p>
      <w:r>
        <w:rPr>
          <w:b/>
        </w:rPr>
        <w:t xml:space="preserve">[44:30] </w:t>
      </w:r>
      <w:r>
        <w:t>rah mein apni koshish ko lagayen aur jo opportunity hai, us ko istemal kar saken.</w:t>
      </w:r>
    </w:p>
    <w:p>
      <w:pPr>
        <w:jc w:val="right"/>
      </w:pPr>
      <w:r>
        <w:t>راہ میں اپنی کوشش کو لگائیں اور جو اپرچونیٹی ہے، اس کو استعمال کر سکیں۔</w:t>
      </w:r>
    </w:p>
    <w:p>
      <w:r>
        <w:rPr>
          <w:b/>
        </w:rPr>
        <w:t xml:space="preserve">[44:36] </w:t>
      </w:r>
      <w:r>
        <w:t>Allah taala mujh ko aur aap ko is mission ke liye qabool farmaye.</w:t>
      </w:r>
    </w:p>
    <w:p>
      <w:pPr>
        <w:jc w:val="right"/>
      </w:pPr>
      <w:r>
        <w:t>اللہ تعالیٰ مجھ کو اور آپ کو اس مشن کے لیے قبول فرمائے۔</w:t>
      </w:r>
    </w:p>
    <w:p>
      <w:r>
        <w:rPr>
          <w:b/>
        </w:rPr>
        <w:t xml:space="preserve">[44:41] </w:t>
      </w:r>
      <w:r>
        <w:t>jo log yahan meri baat ko sun rahe hain, un ke liye bhi mein dua karta hoon.</w:t>
      </w:r>
    </w:p>
    <w:p>
      <w:pPr>
        <w:jc w:val="right"/>
      </w:pPr>
      <w:r>
        <w:t>جو لوگ یہاں میری بات کو سن رہے ہیں، ان کے لیے بھی میں دعا کرتا ہوں۔</w:t>
      </w:r>
    </w:p>
    <w:p>
      <w:r>
        <w:rPr>
          <w:b/>
        </w:rPr>
        <w:t xml:space="preserve">[44:47] </w:t>
      </w:r>
      <w:r>
        <w:t>aur jo bahar door door hain aur jo internet ke zareeye se meri baat sun rahe hain, un</w:t>
      </w:r>
    </w:p>
    <w:p>
      <w:pPr>
        <w:jc w:val="right"/>
      </w:pPr>
      <w:r>
        <w:t>اور جو باہر دور دور ہیں اور جو انٹرنیٹ کے ذریعے سے میری بات سن رہے ہیں، ان</w:t>
      </w:r>
    </w:p>
    <w:p>
      <w:r>
        <w:rPr>
          <w:b/>
        </w:rPr>
        <w:t xml:space="preserve">[44:52] </w:t>
      </w:r>
      <w:r>
        <w:t>ke liye bhi main dua karta hoon.</w:t>
      </w:r>
    </w:p>
    <w:p>
      <w:pPr>
        <w:jc w:val="right"/>
      </w:pPr>
      <w:r>
        <w:t>کے لیے بھی میں دعا کرتا ہوں۔</w:t>
      </w:r>
    </w:p>
    <w:p>
      <w:r>
        <w:rPr>
          <w:b/>
        </w:rPr>
        <w:t xml:space="preserve">[44:58] </w:t>
      </w:r>
      <w:r>
        <w:t>Assalam o alaikum wa rehmatullah.</w:t>
      </w:r>
    </w:p>
    <w:p>
      <w:pPr>
        <w:jc w:val="right"/>
      </w:pPr>
      <w:r>
        <w:t>السلام علیکم ورحمۃ اللہ۔</w:t>
      </w:r>
    </w:p>
    <w:p>
      <w:r>
        <w:rPr>
          <w:b/>
        </w:rPr>
        <w:t xml:space="preserve">[45:03] </w:t>
      </w:r>
      <w:r>
        <w:t>Okay, we'll be starting with the question-answer session.</w:t>
      </w:r>
    </w:p>
    <w:p>
      <w:pPr>
        <w:jc w:val="right"/>
      </w:pPr>
      <w:r>
        <w:t>اوکے، وی بی سٹارٹنگ ود دی کوئسچن انسر سیشن۔</w:t>
      </w:r>
    </w:p>
    <w:p>
      <w:r>
        <w:rPr>
          <w:b/>
        </w:rPr>
        <w:t xml:space="preserve">[45:09] </w:t>
      </w:r>
      <w:r>
        <w:t>We request all the online viewers to send their questions on info@cpsglobal.</w:t>
      </w:r>
    </w:p>
    <w:p>
      <w:pPr>
        <w:jc w:val="right"/>
      </w:pPr>
      <w:r>
        <w:t>وی ریکویسٹ ال دی ان لائن ویوورز ٹو سینڈ دے کوئسچنز ان انفو ایٹ سی پی ایس گلوبل</w:t>
      </w:r>
    </w:p>
    <w:p>
      <w:r>
        <w:rPr>
          <w:b/>
        </w:rPr>
        <w:t xml:space="preserve">[45:14] </w:t>
      </w:r>
      <w:r>
        <w:t>dot org.</w:t>
      </w:r>
    </w:p>
    <w:p>
      <w:pPr>
        <w:jc w:val="right"/>
      </w:pPr>
      <w:r>
        <w:t>ڈاٹ او آر جی۔</w:t>
      </w:r>
    </w:p>
    <w:p>
      <w:r>
        <w:rPr>
          <w:b/>
        </w:rPr>
        <w:t xml:space="preserve">[45:20] </w:t>
      </w:r>
      <w:r>
        <w:t>Maulana, yeh kuch teen questions hain jo aaye hain Miss Asma ke Washington DC se.</w:t>
      </w:r>
    </w:p>
    <w:p>
      <w:pPr>
        <w:jc w:val="right"/>
      </w:pPr>
      <w:r>
        <w:t>مولانا، یہ کچھ تین کوئسچنز ہیں جو آئے ہیں مس اسماء کے واشنگٹن ڈی سی سے۔</w:t>
      </w:r>
    </w:p>
    <w:p>
      <w:r>
        <w:rPr>
          <w:b/>
        </w:rPr>
        <w:t xml:space="preserve">[45:25] </w:t>
      </w:r>
      <w:r>
        <w:t>Toh hum aik aik kar ke woh sawal aap se poocheinge.</w:t>
      </w:r>
    </w:p>
    <w:p>
      <w:pPr>
        <w:jc w:val="right"/>
      </w:pPr>
      <w:r>
        <w:t>تو ہم ایک ایک کر کے وہ سوال آپ سے پوچھیں گے۔</w:t>
      </w:r>
    </w:p>
    <w:p>
      <w:r>
        <w:rPr>
          <w:b/>
        </w:rPr>
        <w:t xml:space="preserve">[45:31] </w:t>
      </w:r>
      <w:r>
        <w:t>ان کا فرسٹ کوئسچن ہے کہ "What is the full scope of religious freedom in Islam؟" میں یہ</w:t>
      </w:r>
    </w:p>
    <w:p>
      <w:pPr>
        <w:jc w:val="right"/>
      </w:pPr>
      <w:r>
        <w:t>ان کا فرسٹ کوئسچن ہے کہ "واٹ از دا فل سکوپ آف ریلیجیس فریڈم ان اسلام؟" میں یہ</w:t>
      </w:r>
    </w:p>
    <w:p>
      <w:r>
        <w:rPr>
          <w:b/>
        </w:rPr>
        <w:t xml:space="preserve">[45:36] </w:t>
      </w:r>
      <w:r>
        <w:t>کہہ سکتا ہوں کہ اسلام میں ٹوٹل فریڈم کا کانسیپٹ ہے، without any restriction. ٹوٹل فریڈم۔</w:t>
      </w:r>
    </w:p>
    <w:p>
      <w:pPr>
        <w:jc w:val="right"/>
      </w:pPr>
      <w:r>
        <w:t>کہہ سکتا ہوں کہ اسلام میں ٹوٹل فریڈم کا کانسیپٹ ہے، ودا آؤٹ اینی ریسٹرکشن۔ ٹوٹل فریڈم۔</w:t>
      </w:r>
    </w:p>
    <w:p>
      <w:r>
        <w:rPr>
          <w:b/>
        </w:rPr>
        <w:t xml:space="preserve">[45:42] </w:t>
      </w:r>
      <w:r>
        <w:t>Sirf aik hi cheez Islam mein taboo hai, woh hai violence.</w:t>
      </w:r>
    </w:p>
    <w:p>
      <w:pPr>
        <w:jc w:val="right"/>
      </w:pPr>
      <w:r>
        <w:t>صرف ایک ہی چیز اسلام میں ٹیبو ہے، وہ ہے وائیلنس۔</w:t>
      </w:r>
    </w:p>
    <w:p>
      <w:r>
        <w:rPr>
          <w:b/>
        </w:rPr>
        <w:t xml:space="preserve">[45:47] </w:t>
      </w:r>
      <w:r>
        <w:t>Main aap ko aik misaal deta hoon ke Prophet of Islam aik baar baithe thay toh aik aik</w:t>
      </w:r>
    </w:p>
    <w:p>
      <w:pPr>
        <w:jc w:val="right"/>
      </w:pPr>
      <w:r>
        <w:t>میں آپ کو ایک مثال دیتا ہوں کہ پرافٹ آف اسلام ایک بار بیٹھے تھے تو ایک ایک</w:t>
      </w:r>
    </w:p>
    <w:p>
      <w:r>
        <w:rPr>
          <w:b/>
        </w:rPr>
        <w:t xml:space="preserve">[45:53] </w:t>
      </w:r>
      <w:r>
        <w:t>Arab aaya jo jo jis ne Islam nahi qabool kiya tha.</w:t>
      </w:r>
    </w:p>
    <w:p>
      <w:pPr>
        <w:jc w:val="right"/>
      </w:pPr>
      <w:r>
        <w:t>عرب آیا جو جو جس نے اسلام نہیں قبول کیا تھا۔</w:t>
      </w:r>
    </w:p>
    <w:p>
      <w:r>
        <w:rPr>
          <w:b/>
        </w:rPr>
        <w:t xml:space="preserve">[45:58] </w:t>
      </w:r>
      <w:r>
        <w:t>Toh aap ke saamne khade ho kar woh kehta hai: "Muzammim abina, Muzammim abina!</w:t>
      </w:r>
    </w:p>
    <w:p>
      <w:pPr>
        <w:jc w:val="right"/>
      </w:pPr>
      <w:r>
        <w:t>تو آپ کے سامنے کھڑے ہو کر وہ کہتا ہے: "مذمم ابینا، مذمم ابینا!</w:t>
      </w:r>
    </w:p>
    <w:p>
      <w:r>
        <w:rPr>
          <w:b/>
        </w:rPr>
        <w:t xml:space="preserve">[46:04] </w:t>
      </w:r>
      <w:r>
        <w:t>ka matlab hai: "you are a condemned person, you are a condemned person! "I deny, I deny you!</w:t>
      </w:r>
    </w:p>
    <w:p>
      <w:pPr>
        <w:jc w:val="right"/>
      </w:pPr>
      <w:r>
        <w:t>" کا مطلب ہے: "یو آر اے کنڈم پرسن، یو آر اے کنڈمڈ پرسن! " آئی ڈینائی، آئی ڈینائی یو!</w:t>
      </w:r>
    </w:p>
    <w:p>
      <w:r>
        <w:rPr>
          <w:b/>
        </w:rPr>
        <w:t xml:space="preserve">[46:14] </w:t>
      </w:r>
      <w:r>
        <w:t>Tum aik condemned person ho, main tumhara inkaar karta hoon.</w:t>
      </w:r>
    </w:p>
    <w:p>
      <w:pPr>
        <w:jc w:val="right"/>
      </w:pPr>
      <w:r>
        <w:t>تم ایک کنڈمڈ پرسن ہو، میں تمہارا انکار کرتا ہوں۔</w:t>
      </w:r>
    </w:p>
    <w:p>
      <w:r>
        <w:rPr>
          <w:b/>
        </w:rPr>
        <w:t xml:space="preserve">[46:20] </w:t>
      </w:r>
      <w:r>
        <w:t>Toh aap ne simply smiled, no anger.</w:t>
      </w:r>
    </w:p>
    <w:p>
      <w:pPr>
        <w:jc w:val="right"/>
      </w:pPr>
      <w:r>
        <w:t>تو آپ ہی سمپلی سمائلڈ، نو اینگر۔</w:t>
      </w:r>
    </w:p>
    <w:p>
      <w:r>
        <w:rPr>
          <w:b/>
        </w:rPr>
        <w:t xml:space="preserve">[46:26] </w:t>
      </w:r>
      <w:r>
        <w:t>کیوں ایسا کیا آپ نے؟ یعنی کہ آپ جانتے تھے کہ اس کو freedom ہے جس طرح مجھے freedom ہے۔</w:t>
      </w:r>
    </w:p>
    <w:p>
      <w:pPr>
        <w:jc w:val="right"/>
      </w:pPr>
      <w:r>
        <w:t>کیوں ایسا کیا آپ نے؟ یعنی کہ آپ جانتے تھے کہ اس کو فریڈم ہے جس طرح مجھے فریڈم ہے۔</w:t>
      </w:r>
    </w:p>
    <w:p>
      <w:r>
        <w:rPr>
          <w:b/>
        </w:rPr>
        <w:t xml:space="preserve">[46:32] </w:t>
      </w:r>
      <w:r>
        <w:t>وہ کوئی مجھے پتھر تو نہیں مار رہا، اپنے جو اس کی source ہے، اس کو ban کر رہا ہے۔</w:t>
      </w:r>
    </w:p>
    <w:p>
      <w:pPr>
        <w:jc w:val="right"/>
      </w:pPr>
      <w:r>
        <w:t>وہ کوئی مجھے پتھر تو نہیں مار رہا، اپنے جو اس کی سورس ہے، اس کو بان کر رہا ہے۔</w:t>
      </w:r>
    </w:p>
    <w:p>
      <w:r>
        <w:rPr>
          <w:b/>
        </w:rPr>
        <w:t xml:space="preserve">[46:38] </w:t>
      </w:r>
      <w:r>
        <w:t>Toh aap ne smile kiya.</w:t>
      </w:r>
    </w:p>
    <w:p>
      <w:pPr>
        <w:jc w:val="right"/>
      </w:pPr>
      <w:r>
        <w:t>تو آپ نے سمائل کیا۔</w:t>
      </w:r>
    </w:p>
    <w:p>
      <w:r>
        <w:rPr>
          <w:b/>
        </w:rPr>
        <w:t xml:space="preserve">[46:44] </w:t>
      </w:r>
      <w:r>
        <w:t>تو اگر آدمی peaceful ہے، اگر آدمی peaceful ہے تو وہ کچھ بھی کہنے کا حق ہے۔</w:t>
      </w:r>
    </w:p>
    <w:p>
      <w:pPr>
        <w:jc w:val="right"/>
      </w:pPr>
      <w:r>
        <w:t>تو اگر آدمی پیس فل ہے، اگر آدمی پیس فل ہے تو وہ کچھ بھی کہنے کا حق ہے۔</w:t>
      </w:r>
    </w:p>
    <w:p>
      <w:r>
        <w:rPr>
          <w:b/>
        </w:rPr>
        <w:t xml:space="preserve">[46:50] </w:t>
      </w:r>
      <w:r>
        <w:t>وہ کہے کہ خدا نہیں ہے، اس کا بھی right اس کو ہے۔</w:t>
      </w:r>
    </w:p>
    <w:p>
      <w:pPr>
        <w:jc w:val="right"/>
      </w:pPr>
      <w:r>
        <w:t>وہ کہے کہ خدا نہیں ہے، اس کا بھی رائٹ اس کو ہے۔</w:t>
      </w:r>
    </w:p>
    <w:p>
      <w:r>
        <w:rPr>
          <w:b/>
        </w:rPr>
        <w:t xml:space="preserve">[46:57] </w:t>
      </w:r>
      <w:r>
        <w:t>وہ کہے کہ خود Prophet ایک condemned person ہے، اس کا بھی right ہے۔</w:t>
      </w:r>
    </w:p>
    <w:p>
      <w:pPr>
        <w:jc w:val="right"/>
      </w:pPr>
      <w:r>
        <w:t>وہ کہے کہ خود پرافٹ ایک کنڈمڈ پرسن ہے، اس کا بھی رائٹ ہے۔</w:t>
      </w:r>
    </w:p>
    <w:p>
      <w:r>
        <w:rPr>
          <w:b/>
        </w:rPr>
        <w:t xml:space="preserve">[47:03] </w:t>
      </w:r>
      <w:r>
        <w:t>اس کو ہاں، جب وہ وائیلنس کرے گا، تب وہ ایک کیبنٹ ایکٹ ہوگا، تو law and order</w:t>
      </w:r>
    </w:p>
    <w:p>
      <w:pPr>
        <w:jc w:val="right"/>
      </w:pPr>
      <w:r>
        <w:t>اس کو ہاں، جب وہ وائیلنس کرے گا، تب وہ ایک کیبنٹ ایکٹ ہوگا، تو لاء اینڈ آرڈر</w:t>
      </w:r>
    </w:p>
    <w:p>
      <w:r>
        <w:rPr>
          <w:b/>
        </w:rPr>
        <w:t xml:space="preserve">[47:09] </w:t>
      </w:r>
      <w:r>
        <w:t>ka masla ban jayega.</w:t>
      </w:r>
    </w:p>
    <w:p>
      <w:pPr>
        <w:jc w:val="right"/>
      </w:pPr>
      <w:r>
        <w:t>کا مسئلہ بن جائے گا۔</w:t>
      </w:r>
    </w:p>
    <w:p>
      <w:r>
        <w:rPr>
          <w:b/>
        </w:rPr>
        <w:t xml:space="preserve">[47:15] </w:t>
      </w:r>
      <w:r>
        <w:t>بس peaceful expression of thought is totally allowed in Islam.</w:t>
      </w:r>
    </w:p>
    <w:p>
      <w:pPr>
        <w:jc w:val="right"/>
      </w:pPr>
      <w:r>
        <w:t>بس پیس فل ایکسپریشن آف تھاٹ از ٹوٹلی الاؤڈ ان اسلام۔</w:t>
      </w:r>
    </w:p>
    <w:p>
      <w:r>
        <w:rPr>
          <w:b/>
        </w:rPr>
        <w:t xml:space="preserve">[47:21] </w:t>
      </w:r>
      <w:r>
        <w:t>Aur main ne jo waqia aap ko bataya, uss ko bohat se aur waqiat hain.</w:t>
      </w:r>
    </w:p>
    <w:p>
      <w:pPr>
        <w:jc w:val="right"/>
      </w:pPr>
      <w:r>
        <w:t>اور میں نے جو واقعہ آپ کو بتایا، اس کو بہت سے اور واقعات ہیں۔</w:t>
      </w:r>
    </w:p>
    <w:p>
      <w:r>
        <w:rPr>
          <w:b/>
        </w:rPr>
        <w:t xml:space="preserve">[47:27] </w:t>
      </w:r>
      <w:r>
        <w:t>Yeh waqia bohat illustrative waqia hai ke Prophet ke saamne khade ho kar aik shakhs kehta hai ke</w:t>
      </w:r>
    </w:p>
    <w:p>
      <w:pPr>
        <w:jc w:val="right"/>
      </w:pPr>
      <w:r>
        <w:t>یہ واقعہ بہت اللسٹریٹیو واقعہ ہے کہ پرافٹ کے سامنے کھڑے ہو کر ایک شخص کہتا ہے کہ</w:t>
      </w:r>
    </w:p>
    <w:p>
      <w:r>
        <w:rPr>
          <w:b/>
        </w:rPr>
        <w:t xml:space="preserve">[47:33] </w:t>
      </w:r>
      <w:r>
        <w:t>"You are a condemned person!</w:t>
      </w:r>
    </w:p>
    <w:p>
      <w:pPr>
        <w:jc w:val="right"/>
      </w:pPr>
      <w:r>
        <w:t>"یو آر اے کنڈمڈ پرسن!</w:t>
      </w:r>
    </w:p>
    <w:p>
      <w:r>
        <w:rPr>
          <w:b/>
        </w:rPr>
        <w:t xml:space="preserve">[47:40] </w:t>
      </w:r>
      <w:r>
        <w:t>" tum mudham ho, hum nahin mante tumhari baat.</w:t>
      </w:r>
    </w:p>
    <w:p>
      <w:pPr>
        <w:jc w:val="right"/>
      </w:pPr>
      <w:r>
        <w:t>" تم مذمم ہو، ہم نہیں مانتے تمہاری بات۔</w:t>
      </w:r>
    </w:p>
    <w:p>
      <w:r>
        <w:rPr>
          <w:b/>
        </w:rPr>
        <w:t xml:space="preserve">[47:43] </w:t>
      </w:r>
      <w:r>
        <w:t>aap ismail kar dete hain.</w:t>
      </w:r>
    </w:p>
    <w:p>
      <w:pPr>
        <w:jc w:val="right"/>
      </w:pPr>
      <w:r>
        <w:t>آپ اسماعیل کر دیتے ہیں۔</w:t>
      </w:r>
    </w:p>
    <w:p>
      <w:r>
        <w:rPr>
          <w:b/>
        </w:rPr>
        <w:t xml:space="preserve">[47:46] </w:t>
      </w:r>
      <w:r>
        <w:t>to mein use us ko soch kar, us ke upar ghor kar ke mein samjhaun ke Islam ke</w:t>
      </w:r>
    </w:p>
    <w:p>
      <w:pPr>
        <w:jc w:val="right"/>
      </w:pPr>
      <w:r>
        <w:t>تو میں اسے اس کو سوچ کر، اس کے اوپر غور کر کے میں سمجھاؤں کہ اسلام کے</w:t>
      </w:r>
    </w:p>
    <w:p>
      <w:r>
        <w:rPr>
          <w:b/>
        </w:rPr>
        <w:t xml:space="preserve">[47:53] </w:t>
      </w:r>
      <w:r>
        <w:t>نزدیک جب بھی کوئی difference show کرے، جب بھی کوئی critical statement دے، then you have to make</w:t>
      </w:r>
    </w:p>
    <w:p>
      <w:pPr>
        <w:jc w:val="right"/>
      </w:pPr>
      <w:r>
        <w:t>نزدیک جب بھی کوئی ڈیفرنس شو کرے، جب بھی کوئی کریٹیکل سٹیٹمنٹ دے، دین یو ہیو ٹو میک</w:t>
      </w:r>
    </w:p>
    <w:p>
      <w:r>
        <w:rPr>
          <w:b/>
        </w:rPr>
        <w:t xml:space="preserve">[48:01] </w:t>
      </w:r>
      <w:r>
        <w:t>it a part of discussion.</w:t>
      </w:r>
    </w:p>
    <w:p>
      <w:pPr>
        <w:jc w:val="right"/>
      </w:pPr>
      <w:r>
        <w:t>اٹ ا پارٹ آف ڈسکشن۔</w:t>
      </w:r>
    </w:p>
    <w:p>
      <w:r>
        <w:rPr>
          <w:b/>
        </w:rPr>
        <w:t xml:space="preserve">[48:03] </w:t>
      </w:r>
      <w:r>
        <w:t>aap is se miliye, use kahiye ke theek hai, to apni rai jo hai, tum ne de di.</w:t>
      </w:r>
    </w:p>
    <w:p>
      <w:pPr>
        <w:jc w:val="right"/>
      </w:pPr>
      <w:r>
        <w:t>آپ اس سے ملیے، اسے کہیے کہ ٹھیک ہے، تو اپنی رائے جو ہے، تم نے دے دی۔</w:t>
      </w:r>
    </w:p>
    <w:p>
      <w:r>
        <w:rPr>
          <w:b/>
        </w:rPr>
        <w:t xml:space="preserve">[48:11] </w:t>
      </w:r>
      <w:r>
        <w:t>ab mein tum ko batata hoon ke other side of of the reality kya hai.</w:t>
      </w:r>
    </w:p>
    <w:p>
      <w:pPr>
        <w:jc w:val="right"/>
      </w:pPr>
      <w:r>
        <w:t>اب میں تم کو بتاتا ہوں کہ ادر سائیڈ آف آف دی ریلیٹی کیا ہے۔</w:t>
      </w:r>
    </w:p>
    <w:p>
      <w:r>
        <w:rPr>
          <w:b/>
        </w:rPr>
        <w:t xml:space="preserve">[48:17] </w:t>
      </w:r>
      <w:r>
        <w:t>us ko kitab dijiye, use discuss kijiye.</w:t>
      </w:r>
    </w:p>
    <w:p>
      <w:pPr>
        <w:jc w:val="right"/>
      </w:pPr>
      <w:r>
        <w:t>اس کو کتاب دیجئے، اسے ڈسکس کیجئے۔</w:t>
      </w:r>
    </w:p>
    <w:p>
      <w:r>
        <w:rPr>
          <w:b/>
        </w:rPr>
        <w:t xml:space="preserve">[48:20] </w:t>
      </w:r>
      <w:r>
        <w:t>یعنی جب بھی کوئی آدمی ایسی بات کہے جو آپ کے against میں ہو، تو make it a</w:t>
      </w:r>
    </w:p>
    <w:p>
      <w:pPr>
        <w:jc w:val="right"/>
      </w:pPr>
      <w:r>
        <w:t>یعنی جب بھی کوئی آدمی ایسی بات کہے جو آپ کے اگینسٹ میں ہو، تو میک اٹ ا</w:t>
      </w:r>
    </w:p>
    <w:p>
      <w:r>
        <w:rPr>
          <w:b/>
        </w:rPr>
        <w:t xml:space="preserve">[48:28] </w:t>
      </w:r>
      <w:r>
        <w:t>part of discussion.</w:t>
      </w:r>
    </w:p>
    <w:p>
      <w:pPr>
        <w:jc w:val="right"/>
      </w:pPr>
      <w:r>
        <w:t>پارٹ آف ڈسکشن۔</w:t>
      </w:r>
    </w:p>
    <w:p>
      <w:r>
        <w:rPr>
          <w:b/>
        </w:rPr>
        <w:t xml:space="preserve">[48:29] </w:t>
      </w:r>
      <w:r>
        <w:t>yeh matlab hai Islam mein azadi ka.</w:t>
      </w:r>
    </w:p>
    <w:p>
      <w:pPr>
        <w:jc w:val="right"/>
      </w:pPr>
      <w:r>
        <w:t>یہ مطلب ہے اسلام میں آزادی کا۔</w:t>
      </w:r>
    </w:p>
    <w:p>
      <w:r>
        <w:rPr>
          <w:b/>
        </w:rPr>
        <w:t xml:space="preserve">[48:32] </w:t>
      </w:r>
      <w:r>
        <w:t>aaj kal jo musalman kehte hain ke jo shatam karega, us ko mar dalenge, jo blasphemy</w:t>
      </w:r>
    </w:p>
    <w:p>
      <w:pPr>
        <w:jc w:val="right"/>
      </w:pPr>
      <w:r>
        <w:t>آج کل جو مسلمان کہتے ہیں کہ جو شتم کرے گا، اس کو مار ڈالیں گے، جو بلاسفی</w:t>
      </w:r>
    </w:p>
    <w:p>
      <w:r>
        <w:rPr>
          <w:b/>
        </w:rPr>
        <w:t xml:space="preserve">[48:40] </w:t>
      </w:r>
      <w:r>
        <w:t>karega, mar dalenge, yeh bilkul hi Islam ke khilaf hai.</w:t>
      </w:r>
    </w:p>
    <w:p>
      <w:pPr>
        <w:jc w:val="right"/>
      </w:pPr>
      <w:r>
        <w:t>کرے گا، مار ڈالیں گے، یہ بالکل ہی اسلام کے خلاف ہے۔</w:t>
      </w:r>
    </w:p>
    <w:p>
      <w:r>
        <w:rPr>
          <w:b/>
        </w:rPr>
        <w:t xml:space="preserve">[48:45] </w:t>
      </w:r>
      <w:r>
        <w:t>یہ totally against ہے اسلام، اسلامک سپرٹ۔</w:t>
      </w:r>
    </w:p>
    <w:p>
      <w:pPr>
        <w:jc w:val="right"/>
      </w:pPr>
      <w:r>
        <w:t>یہ ٹوٹلی اگینسٹ ہے اسلام، اسلامک سپرٹ۔</w:t>
      </w:r>
    </w:p>
    <w:p>
      <w:r>
        <w:rPr>
          <w:b/>
        </w:rPr>
        <w:t xml:space="preserve">[48:48] </w:t>
      </w:r>
      <w:r>
        <w:t>تو you have to differentiate between Islam and Muslims.</w:t>
      </w:r>
    </w:p>
    <w:p>
      <w:pPr>
        <w:jc w:val="right"/>
      </w:pPr>
      <w:r>
        <w:t>تو یو ہیو ٹو ڈیفرنشیٹ بٹوین اسلام اینڈ مسلمز۔</w:t>
      </w:r>
    </w:p>
    <w:p>
      <w:r>
        <w:rPr>
          <w:b/>
        </w:rPr>
        <w:t xml:space="preserve">[48:52] </w:t>
      </w:r>
      <w:r>
        <w:t>You have to judge Muslims by the Islamic principle and not vice versa.</w:t>
      </w:r>
    </w:p>
    <w:p>
      <w:pPr>
        <w:jc w:val="right"/>
      </w:pPr>
      <w:r>
        <w:t>یو ہیو ٹو جج مسلمز بائی دا اسلامک پرنسپل اینڈ ناٹ وائس ورسا۔</w:t>
      </w:r>
    </w:p>
    <w:p>
      <w:r>
        <w:rPr>
          <w:b/>
        </w:rPr>
        <w:t xml:space="preserve">[48:58] </w:t>
      </w:r>
      <w:r>
        <w:t>yeh yani life time mein ne Islam ki study ki hai, us ki buniyad par mein aisa kar</w:t>
      </w:r>
    </w:p>
    <w:p>
      <w:pPr>
        <w:jc w:val="right"/>
      </w:pPr>
      <w:r>
        <w:t>یہ یعنی لائف ٹائم میں نے اسلام کی سٹڈی کی ہے، اس کی بنیاد پر میں ایسا کر</w:t>
      </w:r>
    </w:p>
    <w:p>
      <w:r>
        <w:rPr>
          <w:b/>
        </w:rPr>
        <w:t xml:space="preserve">[49:05] </w:t>
      </w:r>
      <w:r>
        <w:t>sakta hoon.</w:t>
      </w:r>
    </w:p>
    <w:p>
      <w:pPr>
        <w:jc w:val="right"/>
      </w:pPr>
      <w:r>
        <w:t>سکتا ہوں۔</w:t>
      </w:r>
    </w:p>
    <w:p>
      <w:r>
        <w:rPr>
          <w:b/>
        </w:rPr>
        <w:t xml:space="preserve">[49:07] </w:t>
      </w:r>
      <w:r>
        <w:t>Dekhiye, Musalman bhadakte hain freedom of expression ke lafz se, but freedom of expression is not a unilateral</w:t>
      </w:r>
    </w:p>
    <w:p>
      <w:pPr>
        <w:jc w:val="right"/>
      </w:pPr>
      <w:r>
        <w:t>دیکھیے، مسلمان بھڑکتے ہیں فریڈم آف ایکسپریشن کے لفظ سے، بٹ فریڈم آف ایکسپریشن از ناٹ این یونیٹرل</w:t>
      </w:r>
    </w:p>
    <w:p>
      <w:r>
        <w:rPr>
          <w:b/>
        </w:rPr>
        <w:t xml:space="preserve">[49:15] </w:t>
      </w:r>
      <w:r>
        <w:t>concept.</w:t>
      </w:r>
    </w:p>
    <w:p>
      <w:pPr>
        <w:jc w:val="right"/>
      </w:pPr>
      <w:r>
        <w:t>کانسیپٹ۔</w:t>
      </w:r>
    </w:p>
    <w:p>
      <w:r>
        <w:rPr>
          <w:b/>
        </w:rPr>
        <w:t xml:space="preserve">[49:16] </w:t>
      </w:r>
      <w:r>
        <w:t>it is a bilateral concept.</w:t>
      </w:r>
    </w:p>
    <w:p>
      <w:pPr>
        <w:jc w:val="right"/>
      </w:pPr>
      <w:r>
        <w:t>اٹ از ا بائی لیٹرل کانسیپٹ۔</w:t>
      </w:r>
    </w:p>
    <w:p>
      <w:r>
        <w:rPr>
          <w:b/>
        </w:rPr>
        <w:t xml:space="preserve">[49:19] </w:t>
      </w:r>
      <w:r>
        <w:t>If the other party has is free to express his, if the other party is free to express</w:t>
      </w:r>
    </w:p>
    <w:p>
      <w:pPr>
        <w:jc w:val="right"/>
      </w:pPr>
      <w:r>
        <w:t>اف دی ادر پارٹی ہیز از فری ٹو ایکسپریس ہز، اف دی ادر پارٹی از فری ٹو ایکسپریس</w:t>
      </w:r>
    </w:p>
    <w:p>
      <w:r>
        <w:rPr>
          <w:b/>
        </w:rPr>
        <w:t xml:space="preserve">[49:26] </w:t>
      </w:r>
      <w:r>
        <w:t>his view.</w:t>
      </w:r>
    </w:p>
    <w:p>
      <w:pPr>
        <w:jc w:val="right"/>
      </w:pPr>
      <w:r>
        <w:t>ہز ویو۔</w:t>
      </w:r>
    </w:p>
    <w:p>
      <w:r>
        <w:rPr>
          <w:b/>
        </w:rPr>
        <w:t xml:space="preserve">[49:28] </w:t>
      </w:r>
      <w:r>
        <w:t>You are also free to express your views.</w:t>
      </w:r>
    </w:p>
    <w:p>
      <w:pPr>
        <w:jc w:val="right"/>
      </w:pPr>
      <w:r>
        <w:t>یو آر السو فری ٹو ایکسپریس یور ویوز۔</w:t>
      </w:r>
    </w:p>
    <w:p>
      <w:r>
        <w:rPr>
          <w:b/>
        </w:rPr>
        <w:t xml:space="preserve">[49:31] </w:t>
      </w:r>
      <w:r>
        <w:t>تو freedom of expression جو ہے، وہ bilateral concept ہے۔</w:t>
      </w:r>
    </w:p>
    <w:p>
      <w:pPr>
        <w:jc w:val="right"/>
      </w:pPr>
      <w:r>
        <w:t>تو فریڈم آف ایکسپریشن جو ہے، وہ بائی لیٹرل کانسیپٹ ہے۔</w:t>
      </w:r>
    </w:p>
    <w:p>
      <w:r>
        <w:rPr>
          <w:b/>
        </w:rPr>
        <w:t xml:space="preserve">[49:36] </w:t>
      </w:r>
      <w:r>
        <w:t>ان کو فریڈم ہو تو مجھے بھی فریڈم ہے، تو پھر پریشانی کیا ہے؟ تو Western concept جو</w:t>
      </w:r>
    </w:p>
    <w:p>
      <w:pPr>
        <w:jc w:val="right"/>
      </w:pPr>
      <w:r>
        <w:t>ان کو فریڈم ہو تو مجھے بھی فریڈم ہے، تو پھر پریشانی کیا ہے؟ تو ویسٹرن کانسیپٹ جو</w:t>
      </w:r>
    </w:p>
    <w:p>
      <w:r>
        <w:rPr>
          <w:b/>
        </w:rPr>
        <w:t xml:space="preserve">[49:44] </w:t>
      </w:r>
      <w:r>
        <w:t>ہے freedom of expression کا، وہ end ہمارے حق میں ہے۔</w:t>
      </w:r>
    </w:p>
    <w:p>
      <w:pPr>
        <w:jc w:val="right"/>
      </w:pPr>
      <w:r>
        <w:t>ہے فریڈم آف ایکسپریشن کا، وہ اینڈ ہمارے حق میں ہے۔</w:t>
      </w:r>
    </w:p>
    <w:p>
      <w:r>
        <w:rPr>
          <w:b/>
        </w:rPr>
        <w:t xml:space="preserve">[49:49] </w:t>
      </w:r>
      <w:r>
        <w:t>western concept manta hai ke freedom of expression jo hai, woh aadmi ka absolute right hai.</w:t>
      </w:r>
    </w:p>
    <w:p>
      <w:pPr>
        <w:jc w:val="right"/>
      </w:pPr>
      <w:r>
        <w:t>ویسٹرن کانسیپٹ مانتا ہے کہ فریڈم آف ایکسپریشن جو ہے، وہ آدمی کا ایبسولیوٹ رائٹ ہے۔</w:t>
      </w:r>
    </w:p>
    <w:p>
      <w:r>
        <w:rPr>
          <w:b/>
        </w:rPr>
        <w:t xml:space="preserve">[49:55] </w:t>
      </w:r>
      <w:r>
        <w:t>to theek hai, mujhe to mera, mujhe bhi de raha hai.</w:t>
      </w:r>
    </w:p>
    <w:p>
      <w:pPr>
        <w:jc w:val="right"/>
      </w:pPr>
      <w:r>
        <w:t>تو ٹھیک ہے، مجھے تو میرا، مجھے بھی دے رہا ہے۔</w:t>
      </w:r>
    </w:p>
    <w:p>
      <w:r>
        <w:rPr>
          <w:b/>
        </w:rPr>
        <w:t xml:space="preserve">[50:00] </w:t>
      </w:r>
      <w:r>
        <w:t>وہ یہ تو bilateral concept ہے، ان کو دے رہا ہے، تو مجھے بھی، مجھ کو بھی</w:t>
      </w:r>
    </w:p>
    <w:p>
      <w:pPr>
        <w:jc w:val="right"/>
      </w:pPr>
      <w:r>
        <w:t>وہ یہ تو بائی لیٹرل کانسیپٹ ہے، ان کو دے رہا ہے، تو مجھے بھی، مجھ کو بھی</w:t>
      </w:r>
    </w:p>
    <w:p>
      <w:r>
        <w:rPr>
          <w:b/>
        </w:rPr>
        <w:t xml:space="preserve">[50:08] </w:t>
      </w:r>
      <w:r>
        <w:t>de raha hai.</w:t>
      </w:r>
    </w:p>
    <w:p>
      <w:pPr>
        <w:jc w:val="right"/>
      </w:pPr>
      <w:r>
        <w:t>دے رہا ہے۔</w:t>
      </w:r>
    </w:p>
    <w:p>
      <w:r>
        <w:rPr>
          <w:b/>
        </w:rPr>
        <w:t xml:space="preserve">[50:09] </w:t>
      </w:r>
      <w:r>
        <w:t>to hum is ko aweel karein ge.</w:t>
      </w:r>
    </w:p>
    <w:p>
      <w:pPr>
        <w:jc w:val="right"/>
      </w:pPr>
      <w:r>
        <w:t>تو ہم اس کو اویل کریں گے۔</w:t>
      </w:r>
    </w:p>
    <w:p>
      <w:r>
        <w:rPr>
          <w:b/>
        </w:rPr>
        <w:t xml:space="preserve">[50:12] </w:t>
      </w:r>
      <w:r>
        <w:t>مولانا، ان کا دوسرا سوال یہ ہے: In the context of recent Marrakech Declaration that took place in</w:t>
      </w:r>
    </w:p>
    <w:p>
      <w:pPr>
        <w:jc w:val="right"/>
      </w:pPr>
      <w:r>
        <w:t>مولانا، ان کا دوسرا سوال یہ ہے: ان دی کانٹیکسٹ آف ریسنٹ مراکیش ڈیکلریشن دیٹ ٹوک پلیس ان</w:t>
      </w:r>
    </w:p>
    <w:p>
      <w:r>
        <w:rPr>
          <w:b/>
        </w:rPr>
        <w:t xml:space="preserve">[50:20] </w:t>
      </w:r>
      <w:r>
        <w:t>Morocco, I want to know that in a Muslim country, what are the rights of religious minorities? What</w:t>
      </w:r>
    </w:p>
    <w:p>
      <w:pPr>
        <w:jc w:val="right"/>
      </w:pPr>
      <w:r>
        <w:t>مراکو، آئی وانٹ ٹو نو دیٹ ان ا مسلم کنٹری، واٹ آر دی رائٹس آف ریلیجیس مائنورٹیز؟ واٹ</w:t>
      </w:r>
    </w:p>
    <w:p>
      <w:r>
        <w:rPr>
          <w:b/>
        </w:rPr>
        <w:t xml:space="preserve">[50:28] </w:t>
      </w:r>
      <w:r>
        <w:t>Is your opinion on this? Dekhiye, main yeh kahunga ke old concept jo tha, woh tha zami</w:t>
      </w:r>
    </w:p>
    <w:p>
      <w:pPr>
        <w:jc w:val="right"/>
      </w:pPr>
      <w:r>
        <w:t>از یور اوپینین ان دس؟ دیکھیے، میں یہ کہوں گا کہ اولڈ کانسیپٹ جو تھا، وہ تھا ضمی</w:t>
      </w:r>
    </w:p>
    <w:p>
      <w:r>
        <w:rPr>
          <w:b/>
        </w:rPr>
        <w:t xml:space="preserve">[50:35] </w:t>
      </w:r>
      <w:r>
        <w:t>aur Muslim ka.</w:t>
      </w:r>
    </w:p>
    <w:p>
      <w:pPr>
        <w:jc w:val="right"/>
      </w:pPr>
      <w:r>
        <w:t>اور مسلم کا۔</w:t>
      </w:r>
    </w:p>
    <w:p>
      <w:r>
        <w:rPr>
          <w:b/>
        </w:rPr>
        <w:t xml:space="preserve">[50:37] </w:t>
      </w:r>
      <w:r>
        <w:t>jo Muslim hai, wo Muslim hai, aur jo doosre log hain, wo zamii hain.</w:t>
      </w:r>
    </w:p>
    <w:p>
      <w:pPr>
        <w:jc w:val="right"/>
      </w:pPr>
      <w:r>
        <w:t>جو مسلم ہے، وہ مسلم ہے، اور جو دوسرے لوگ ہیں، وہ ضمی ہیں۔</w:t>
      </w:r>
    </w:p>
    <w:p>
      <w:r>
        <w:rPr>
          <w:b/>
        </w:rPr>
        <w:t xml:space="preserve">[50:43] </w:t>
      </w:r>
      <w:r>
        <w:t>ab yeh concept jo hai, nahi rahe ga.</w:t>
      </w:r>
    </w:p>
    <w:p>
      <w:pPr>
        <w:jc w:val="right"/>
      </w:pPr>
      <w:r>
        <w:t>اب یہ کانسیپٹ جو ہے، نہیں رہے گا۔</w:t>
      </w:r>
    </w:p>
    <w:p>
      <w:r>
        <w:rPr>
          <w:b/>
        </w:rPr>
        <w:t xml:space="preserve">[50:46] </w:t>
      </w:r>
      <w:r>
        <w:t>jis tarah Islam ke Quran ke aur bohat si cheezon ko ulma ne chhod diya hai, is ko</w:t>
      </w:r>
    </w:p>
    <w:p>
      <w:pPr>
        <w:jc w:val="right"/>
      </w:pPr>
      <w:r>
        <w:t>جس طرح اسلام کے قرآن کے اور بہت سی چیزوں کو علماء نے چھوڑ دیا ہے، اس کو</w:t>
      </w:r>
    </w:p>
    <w:p>
      <w:r>
        <w:rPr>
          <w:b/>
        </w:rPr>
        <w:t xml:space="preserve">[50:54] </w:t>
      </w:r>
      <w:r>
        <w:t>bhi ab chhod chhod diya jaye ga.</w:t>
      </w:r>
    </w:p>
    <w:p>
      <w:pPr>
        <w:jc w:val="right"/>
      </w:pPr>
      <w:r>
        <w:t>بھی اب چھوڑ چھوڑ دیا جائے گا۔</w:t>
      </w:r>
    </w:p>
    <w:p>
      <w:r>
        <w:rPr>
          <w:b/>
        </w:rPr>
        <w:t xml:space="preserve">[50:57] </w:t>
      </w:r>
      <w:r>
        <w:t>yeh dekhiye, Quran mein aik ayat hai ke: "a'adul mushtato min quwwah" yaani apne mukhalif ke liye quwwat</w:t>
      </w:r>
    </w:p>
    <w:p>
      <w:pPr>
        <w:jc w:val="right"/>
      </w:pPr>
      <w:r>
        <w:t>یہ دیکھیے، قرآن میں ایک آیت ہے کہ: "اعدو المسطو من قوۃ" یعنی اپنے مخالف کے لیے قوت</w:t>
      </w:r>
    </w:p>
    <w:p>
      <w:r>
        <w:rPr>
          <w:b/>
        </w:rPr>
        <w:t xml:space="preserve">[51:05] </w:t>
      </w:r>
      <w:r>
        <w:t>faraham karo.</w:t>
      </w:r>
    </w:p>
    <w:p>
      <w:pPr>
        <w:jc w:val="right"/>
      </w:pPr>
      <w:r>
        <w:t>فراہم کرو۔</w:t>
      </w:r>
    </w:p>
    <w:p>
      <w:r>
        <w:rPr>
          <w:b/>
        </w:rPr>
        <w:t xml:space="preserve">[51:06] </w:t>
      </w:r>
      <w:r>
        <w:t>to Hadees mein aata hai: "ala innal quwwata ar-rami".</w:t>
      </w:r>
    </w:p>
    <w:p>
      <w:pPr>
        <w:jc w:val="right"/>
      </w:pPr>
      <w:r>
        <w:t>تو حدیث میں آتا ہے: "الا ان القوۃ الرمی"۔</w:t>
      </w:r>
    </w:p>
    <w:p>
      <w:r>
        <w:rPr>
          <w:b/>
        </w:rPr>
        <w:t xml:space="preserve">[51:10] </w:t>
      </w:r>
      <w:r>
        <w:t>"ala innal quwwata ar-rami" yaani quwwat yeh hai ke teer maarna seekho.</w:t>
      </w:r>
    </w:p>
    <w:p>
      <w:pPr>
        <w:jc w:val="right"/>
      </w:pPr>
      <w:r>
        <w:t>"الا ان القوۃ الرمی" یعنی قوت یہ ہے کہ تیر مارنا سیکھو۔</w:t>
      </w:r>
    </w:p>
    <w:p>
      <w:r>
        <w:rPr>
          <w:b/>
        </w:rPr>
        <w:t xml:space="preserve">[51:15] </w:t>
      </w:r>
      <w:r>
        <w:t>آج کون تیر مارے گا؟ تو Prophet نے جو کہا تھا کہ قوت فراہم کرنے کا مطلب یہ</w:t>
      </w:r>
    </w:p>
    <w:p>
      <w:pPr>
        <w:jc w:val="right"/>
      </w:pPr>
      <w:r>
        <w:t>آج کون تیر مارے گا؟ تو پرافٹ نے جو کہا تھا کہ قوت فراہم کرنے کا مطلب یہ</w:t>
      </w:r>
    </w:p>
    <w:p>
      <w:r>
        <w:rPr>
          <w:b/>
        </w:rPr>
        <w:t xml:space="preserve">[51:23] </w:t>
      </w:r>
      <w:r>
        <w:t>hai ke teer, teer, teer marna seekhna, to yeh yeh purani baat thi, aaj ki baat nahi rahe</w:t>
      </w:r>
    </w:p>
    <w:p>
      <w:pPr>
        <w:jc w:val="right"/>
      </w:pPr>
      <w:r>
        <w:t>ہے کہ تیر، تیر، تیر مارنا سیکھنا، تو یہ یہ پرانی بات تھی، آج کی بات نہیں رہے</w:t>
      </w:r>
    </w:p>
    <w:p>
      <w:r>
        <w:rPr>
          <w:b/>
        </w:rPr>
        <w:t xml:space="preserve">[51:31] </w:t>
      </w:r>
      <w:r>
        <w:t>gi.</w:t>
      </w:r>
    </w:p>
    <w:p>
      <w:pPr>
        <w:jc w:val="right"/>
      </w:pPr>
      <w:r>
        <w:t>گی۔</w:t>
      </w:r>
    </w:p>
    <w:p>
      <w:r>
        <w:rPr>
          <w:b/>
        </w:rPr>
        <w:t xml:space="preserve">[51:32] </w:t>
      </w:r>
      <w:r>
        <w:t>ab koi aalim nahi kahe ga ke Muslim hukoomatein jo hain, wo apne faujiyon ko teer maarna sikhayein.</w:t>
      </w:r>
    </w:p>
    <w:p>
      <w:pPr>
        <w:jc w:val="right"/>
      </w:pPr>
      <w:r>
        <w:t>اب کوئی عالم نہیں کہے گا کہ مسلم حکومتیں جو ہیں، وہ اپنے فوجیوں کو تیر مارنا سکھائیں۔</w:t>
      </w:r>
    </w:p>
    <w:p>
      <w:r>
        <w:rPr>
          <w:b/>
        </w:rPr>
        <w:t xml:space="preserve">[51:40] </w:t>
      </w:r>
      <w:r>
        <w:t>تو یہ جو dummy concept تھا، اب اب وہ abandoned concept ہے۔</w:t>
      </w:r>
    </w:p>
    <w:p>
      <w:pPr>
        <w:jc w:val="right"/>
      </w:pPr>
      <w:r>
        <w:t>تو یہ جو ضمی کانسیپٹ تھا، اب اب وہ ابینڈنٹ کانسیپٹ ہے۔</w:t>
      </w:r>
    </w:p>
    <w:p>
      <w:r>
        <w:rPr>
          <w:b/>
        </w:rPr>
        <w:t xml:space="preserve">[51:45] </w:t>
      </w:r>
      <w:r>
        <w:t>میرا ماننا یہ ہے کہ اب جو جو universal norm ہے، جو United Nations کے تحت جو universal</w:t>
      </w:r>
    </w:p>
    <w:p>
      <w:pPr>
        <w:jc w:val="right"/>
      </w:pPr>
      <w:r>
        <w:t>میرا ماننا یہ ہے کہ اب جو جو یونیورسل نارم ہے، جو یونائٹڈ نیشنز کے تحت جو یونیورسل</w:t>
      </w:r>
    </w:p>
    <w:p>
      <w:r>
        <w:rPr>
          <w:b/>
        </w:rPr>
        <w:t xml:space="preserve">[51:53] </w:t>
      </w:r>
      <w:r>
        <w:t>norm banega, wahi hamara bhi hoga.</w:t>
      </w:r>
    </w:p>
    <w:p>
      <w:pPr>
        <w:jc w:val="right"/>
      </w:pPr>
      <w:r>
        <w:t>نارم بنے گا، وہی ہمارا بھی ہوگا۔</w:t>
      </w:r>
    </w:p>
    <w:p>
      <w:r>
        <w:rPr>
          <w:b/>
        </w:rPr>
        <w:t xml:space="preserve">[51:56] </w:t>
      </w:r>
      <w:r>
        <w:t>تو اب جو norm ہے، وہ یہ ہے کہ کسی کسی ملک کا کوئی بھی شخص ایک ایکول</w:t>
      </w:r>
    </w:p>
    <w:p>
      <w:pPr>
        <w:jc w:val="right"/>
      </w:pPr>
      <w:r>
        <w:t>تو اب جو نارم ہے، وہ یہ ہے کہ کسی کسی ملک کا کوئی بھی شخص ایک ایکول</w:t>
      </w:r>
    </w:p>
    <w:p>
      <w:r>
        <w:rPr>
          <w:b/>
        </w:rPr>
        <w:t xml:space="preserve">[52:04] </w:t>
      </w:r>
      <w:r>
        <w:t>right rakhta hai.</w:t>
      </w:r>
    </w:p>
    <w:p>
      <w:pPr>
        <w:jc w:val="right"/>
      </w:pPr>
      <w:r>
        <w:t>رائٹ رکھتا ہے۔</w:t>
      </w:r>
    </w:p>
    <w:p>
      <w:r>
        <w:rPr>
          <w:b/>
        </w:rPr>
        <w:t xml:space="preserve">[52:05] </w:t>
      </w:r>
      <w:r>
        <w:t>کوئی ضمی نہیں ہے، کوئی مسلم نہیں ہے، سب equal citizen، سب equal citizen ہیں۔</w:t>
      </w:r>
    </w:p>
    <w:p>
      <w:pPr>
        <w:jc w:val="right"/>
      </w:pPr>
      <w:r>
        <w:t>کوئی ضمی نہیں ہے، کوئی مسلم نہیں ہے، سب ایکول سٹیزن، سب ایکول سٹیزن ہیں۔</w:t>
      </w:r>
    </w:p>
    <w:p>
      <w:r>
        <w:rPr>
          <w:b/>
        </w:rPr>
        <w:t xml:space="preserve">[52:11] </w:t>
      </w:r>
      <w:r>
        <w:t>wahi hamara bhi rahe ga.</w:t>
      </w:r>
    </w:p>
    <w:p>
      <w:pPr>
        <w:jc w:val="right"/>
      </w:pPr>
      <w:r>
        <w:t>وہی ہمارا بھی رہے گا۔</w:t>
      </w:r>
    </w:p>
    <w:p>
      <w:r>
        <w:rPr>
          <w:b/>
        </w:rPr>
        <w:t xml:space="preserve">[52:14] </w:t>
      </w:r>
      <w:r>
        <w:t>is maamle mein meri rai wahi hai jo Quran ke doosri cheezon ke baray mein ke ulma ne</w:t>
      </w:r>
    </w:p>
    <w:p>
      <w:pPr>
        <w:jc w:val="right"/>
      </w:pPr>
      <w:r>
        <w:t>اس معاملے میں میری رائے وہی ہے جو قرآن کے دوسری چیزوں کے بارے میں کہ علماء نے</w:t>
      </w:r>
    </w:p>
    <w:p>
      <w:r>
        <w:rPr>
          <w:b/>
        </w:rPr>
        <w:t xml:space="preserve">[52:21] </w:t>
      </w:r>
      <w:r>
        <w:t>oont par hajj karne ka chhod diya.</w:t>
      </w:r>
    </w:p>
    <w:p>
      <w:pPr>
        <w:jc w:val="right"/>
      </w:pPr>
      <w:r>
        <w:t>اونٹ پر حج کرنے کا چھوڑ دیا۔</w:t>
      </w:r>
    </w:p>
    <w:p>
      <w:r>
        <w:rPr>
          <w:b/>
        </w:rPr>
        <w:t xml:space="preserve">[52:24] </w:t>
      </w:r>
      <w:r>
        <w:t>ulma ne teer kaman ke zariye taqat faraham karo, is ko chhod diya.</w:t>
      </w:r>
    </w:p>
    <w:p>
      <w:pPr>
        <w:jc w:val="right"/>
      </w:pPr>
      <w:r>
        <w:t>علماء نے تیر کمان کے ذریعے طاقت فراہم کرو، اس کو چھوڑ دیا۔</w:t>
      </w:r>
    </w:p>
    <w:p>
      <w:r>
        <w:rPr>
          <w:b/>
        </w:rPr>
        <w:t xml:space="preserve">[52:30] </w:t>
      </w:r>
      <w:r>
        <w:t>modern jo concept hai, is ko le liya.</w:t>
      </w:r>
    </w:p>
    <w:p>
      <w:pPr>
        <w:jc w:val="right"/>
      </w:pPr>
      <w:r>
        <w:t>ماڈرن جو کانسیپٹ ہے، اس کو لے لیا۔</w:t>
      </w:r>
    </w:p>
    <w:p>
      <w:r>
        <w:rPr>
          <w:b/>
        </w:rPr>
        <w:t xml:space="preserve">[52:33] </w:t>
      </w:r>
      <w:r>
        <w:t>یعنی سفر کے معنی میں، travel کے بارے میں، اونٹ کا سفر concept old تھا، اس کو چھوڑ</w:t>
      </w:r>
    </w:p>
    <w:p>
      <w:pPr>
        <w:jc w:val="right"/>
      </w:pPr>
      <w:r>
        <w:t>یعنی سفر کے معنی میں، ٹریول کے بارے میں، اونٹ کا سفر کانسیپٹ اولڈ تھا، اس کو چھوڑ</w:t>
      </w:r>
    </w:p>
    <w:p>
      <w:r>
        <w:rPr>
          <w:b/>
        </w:rPr>
        <w:t xml:space="preserve">[52:41] </w:t>
      </w:r>
      <w:r>
        <w:t>diya unhone.</w:t>
      </w:r>
    </w:p>
    <w:p>
      <w:pPr>
        <w:jc w:val="right"/>
      </w:pPr>
      <w:r>
        <w:t>دیا انہوں نے۔</w:t>
      </w:r>
    </w:p>
    <w:p>
      <w:r>
        <w:rPr>
          <w:b/>
        </w:rPr>
        <w:t xml:space="preserve">[52:43] </w:t>
      </w:r>
      <w:r>
        <w:t>تیر، تیر کمان والا جو concept تھا، اس کو چھوڑ دیا انہوں نے۔</w:t>
      </w:r>
    </w:p>
    <w:p>
      <w:pPr>
        <w:jc w:val="right"/>
      </w:pPr>
      <w:r>
        <w:t>تیر، تیر کمان والا جو کانسیپٹ تھا، اس کو چھوڑ دیا انہوں نے۔</w:t>
      </w:r>
    </w:p>
    <w:p>
      <w:r>
        <w:rPr>
          <w:b/>
        </w:rPr>
        <w:t xml:space="preserve">[52:48] </w:t>
      </w:r>
      <w:r>
        <w:t>modern concept le liya.</w:t>
      </w:r>
    </w:p>
    <w:p>
      <w:pPr>
        <w:jc w:val="right"/>
      </w:pPr>
      <w:r>
        <w:t>ماڈرن کانسیپٹ لے لیا۔</w:t>
      </w:r>
    </w:p>
    <w:p>
      <w:r>
        <w:rPr>
          <w:b/>
        </w:rPr>
        <w:t xml:space="preserve">[52:50] </w:t>
      </w:r>
      <w:r>
        <w:t>اسی طریقے سے یہ بھی جو ہے ضمی کا مسئلہ، اس کے لیے بھی modern concept لے لیا</w:t>
      </w:r>
    </w:p>
    <w:p>
      <w:pPr>
        <w:jc w:val="right"/>
      </w:pPr>
      <w:r>
        <w:t>اسی طریقے سے یہ بھی جو ہے ضمی کا مسئلہ، اس کے لیے بھی ماڈرن کانسیپٹ لے لیا</w:t>
      </w:r>
    </w:p>
    <w:p>
      <w:r>
        <w:rPr>
          <w:b/>
        </w:rPr>
        <w:t xml:space="preserve">[52:58] </w:t>
      </w:r>
      <w:r>
        <w:t>jayega.</w:t>
      </w:r>
    </w:p>
    <w:p>
      <w:pPr>
        <w:jc w:val="right"/>
      </w:pPr>
      <w:r>
        <w:t>جائے گا۔</w:t>
      </w:r>
    </w:p>
    <w:p>
      <w:r>
        <w:rPr>
          <w:b/>
        </w:rPr>
        <w:t xml:space="preserve">[52:59] </w:t>
      </w:r>
      <w:r>
        <w:t>modern concept yeh hai ke koi bhi shakhs jo citizen hai kisi country ka, wo equal right rakhta</w:t>
      </w:r>
    </w:p>
    <w:p>
      <w:pPr>
        <w:jc w:val="right"/>
      </w:pPr>
      <w:r>
        <w:t>ماڈرن کانسیپٹ یہ ہے کہ کوئی بھی شخص جو سٹیزن ہے کسی کنٹری کا، وہ ایکول رائٹ رکھتا</w:t>
      </w:r>
    </w:p>
    <w:p>
      <w:r>
        <w:rPr>
          <w:b/>
        </w:rPr>
        <w:t xml:space="preserve">[53:07] </w:t>
      </w:r>
      <w:r>
        <w:t>ہے، چاہے اس کا کوئی مذہب ہو، اس کی کوئی tradition ہو۔</w:t>
      </w:r>
    </w:p>
    <w:p>
      <w:pPr>
        <w:jc w:val="right"/>
      </w:pPr>
      <w:r>
        <w:t>ہے، چاہے اس کا کوئی مذہب ہو، اس کی کوئی ٹریڈیشن ہو۔</w:t>
      </w:r>
    </w:p>
    <w:p>
      <w:r>
        <w:rPr>
          <w:b/>
        </w:rPr>
        <w:t xml:space="preserve">[53:12] </w:t>
      </w:r>
      <w:r>
        <w:t>ab koi zamii concept nahi hai.</w:t>
      </w:r>
    </w:p>
    <w:p>
      <w:pPr>
        <w:jc w:val="right"/>
      </w:pPr>
      <w:r>
        <w:t>اب کوئی ضمی کانسیپٹ نہیں ہے۔</w:t>
      </w:r>
    </w:p>
    <w:p>
      <w:r>
        <w:rPr>
          <w:b/>
        </w:rPr>
        <w:t xml:space="preserve">[53:14] </w:t>
      </w:r>
      <w:r>
        <w:t>تو جس طرح دوسرے معاملات میں علماء نے modern concept لے لیا ہے، اسی طرح اس معاملے میں</w:t>
      </w:r>
    </w:p>
    <w:p>
      <w:pPr>
        <w:jc w:val="right"/>
      </w:pPr>
      <w:r>
        <w:t>تو جس طرح دوسرے معاملات میں علماء نے ماڈرن کانسیپٹ لے لیا ہے، اسی طرح اس معاملے میں</w:t>
      </w:r>
    </w:p>
    <w:p>
      <w:r>
        <w:rPr>
          <w:b/>
        </w:rPr>
        <w:t xml:space="preserve">[53:22] </w:t>
      </w:r>
      <w:r>
        <w:t>bhi modern concept unhein lena chahiye.</w:t>
      </w:r>
    </w:p>
    <w:p>
      <w:pPr>
        <w:jc w:val="right"/>
      </w:pPr>
      <w:r>
        <w:t>بھی ماڈرن کانسیپٹ انہیں لینا چاہیے۔</w:t>
      </w:r>
    </w:p>
    <w:p>
      <w:r>
        <w:rPr>
          <w:b/>
        </w:rPr>
        <w:t xml:space="preserve">[53:25] </w:t>
      </w:r>
      <w:r>
        <w:t>maulana, in ka aik aur sawal hai.</w:t>
      </w:r>
    </w:p>
    <w:p>
      <w:pPr>
        <w:jc w:val="right"/>
      </w:pPr>
      <w:r>
        <w:t>مولانا، ان کا ایک اور سوال ہے۔</w:t>
      </w:r>
    </w:p>
    <w:p>
      <w:r>
        <w:rPr>
          <w:b/>
        </w:rPr>
        <w:t xml:space="preserve">[53:28] </w:t>
      </w:r>
      <w:r>
        <w:t>انہوں نے آپ سے پوچھا ہے کہ: "What is the Islamic position on what is the Islamic position</w:t>
      </w:r>
    </w:p>
    <w:p>
      <w:pPr>
        <w:jc w:val="right"/>
      </w:pPr>
      <w:r>
        <w:t>انہوں نے آپ سے پوچھا ہے کہ: "واٹ از دی اسلامک پوزیشن ان واٹ از دی اسلامک پوزیشن</w:t>
      </w:r>
    </w:p>
    <w:p>
      <w:r>
        <w:rPr>
          <w:b/>
        </w:rPr>
        <w:t xml:space="preserve">[53:35] </w:t>
      </w:r>
      <w:r>
        <w:t>"With respect to Ahmadiyya community?" Dekhiye, main zaati taur par wahi raaye rakhta hoon jo ulama ne saatvin</w:t>
      </w:r>
    </w:p>
    <w:p>
      <w:pPr>
        <w:jc w:val="right"/>
      </w:pPr>
      <w:r>
        <w:t>ود ریسپیکٹ ٹو احمدیہ کمیونٹی؟" دیکھیے، میں ذاتی طور پر وہی رائے رکھتا ہوں جو علماء نے ساتویں</w:t>
      </w:r>
    </w:p>
    <w:p>
      <w:r>
        <w:rPr>
          <w:b/>
        </w:rPr>
        <w:t xml:space="preserve">[53:43] </w:t>
      </w:r>
      <w:r>
        <w:t>sadi isvi mein faisla kiya tha.</w:t>
      </w:r>
    </w:p>
    <w:p>
      <w:pPr>
        <w:jc w:val="right"/>
      </w:pPr>
      <w:r>
        <w:t>صدی عیسوی میں فیصلہ کیا تھا۔</w:t>
      </w:r>
    </w:p>
    <w:p>
      <w:r>
        <w:rPr>
          <w:b/>
        </w:rPr>
        <w:t xml:space="preserve">[53:46] </w:t>
      </w:r>
      <w:r>
        <w:t>saatvi sadi hijri mein faisla hua tha ulama ka ke: "la nukaffir bi ahl al qibla, la nukaffir bi</w:t>
      </w:r>
    </w:p>
    <w:p>
      <w:pPr>
        <w:jc w:val="right"/>
      </w:pPr>
      <w:r>
        <w:t>ساتویں صدی ہجری میں فیصلہ ہوا تھا علماء کا کہ: "لا نکفر بن اہل القبلہ، لا نکفر بن</w:t>
      </w:r>
    </w:p>
    <w:p>
      <w:r>
        <w:rPr>
          <w:b/>
        </w:rPr>
        <w:t xml:space="preserve">[53:53] </w:t>
      </w:r>
      <w:r>
        <w:t>ahl al qibla" yani koi bhi aadmi jo kaba ki taraf rukh kar ke namaz parhe, to hum is</w:t>
      </w:r>
    </w:p>
    <w:p>
      <w:pPr>
        <w:jc w:val="right"/>
      </w:pPr>
      <w:r>
        <w:t>اہل القبلہ" یعنی کوئی بھی آدمی جو کعبہ کی طرف رخ کر کے نماز پڑھے، تو ہم اس</w:t>
      </w:r>
    </w:p>
    <w:p>
      <w:r>
        <w:rPr>
          <w:b/>
        </w:rPr>
        <w:t xml:space="preserve">[54:01] </w:t>
      </w:r>
      <w:r>
        <w:t>ki takfir nahi karengay.</w:t>
      </w:r>
    </w:p>
    <w:p>
      <w:pPr>
        <w:jc w:val="right"/>
      </w:pPr>
      <w:r>
        <w:t>کی تکفیر نہیں کریں گے۔</w:t>
      </w:r>
    </w:p>
    <w:p>
      <w:r>
        <w:rPr>
          <w:b/>
        </w:rPr>
        <w:t xml:space="preserve">[54:03] </w:t>
      </w:r>
      <w:r>
        <w:t>is ka muamla Allah ke hawale hai.</w:t>
      </w:r>
    </w:p>
    <w:p>
      <w:pPr>
        <w:jc w:val="right"/>
      </w:pPr>
      <w:r>
        <w:t>اس کا معاملہ اللہ کے حوالے ہے۔</w:t>
      </w:r>
    </w:p>
    <w:p>
      <w:r>
        <w:rPr>
          <w:b/>
        </w:rPr>
        <w:t xml:space="preserve">[54:06] </w:t>
      </w:r>
      <w:r>
        <w:t>yeh saatvi sadi isvi mein tamam ulama consistency se yeh masla bana tha: "la nukaffir bi ahl al qibla".</w:t>
      </w:r>
    </w:p>
    <w:p>
      <w:pPr>
        <w:jc w:val="right"/>
      </w:pPr>
      <w:r>
        <w:t>یہ ساتویں صدی عیسوی میں تمام علماء کنسسٹنس سے یہ مسئلہ بنا تھا: "لا نکفر بن اہل القبلہ"۔</w:t>
      </w:r>
    </w:p>
    <w:p>
      <w:r>
        <w:rPr>
          <w:b/>
        </w:rPr>
        <w:t xml:space="preserve">[54:14] </w:t>
      </w:r>
      <w:r>
        <w:t>to aap jaiye, yeh woh apne ko qadreen nahi kehte, apne ko ahmadi kehte hain.</w:t>
      </w:r>
    </w:p>
    <w:p>
      <w:pPr>
        <w:jc w:val="right"/>
      </w:pPr>
      <w:r>
        <w:t>تو آپ جائیے، یہ وہ اپنے کو قادرین نہیں کہتے، اپنے کو احمدی کہتے ہیں۔</w:t>
      </w:r>
    </w:p>
    <w:p>
      <w:r>
        <w:rPr>
          <w:b/>
        </w:rPr>
        <w:t xml:space="preserve">[54:20] </w:t>
      </w:r>
      <w:r>
        <w:t>to aap in ke center mein jaiye, kahin bhi in ki masjid ko dekhiye, woh isi tarah se</w:t>
      </w:r>
    </w:p>
    <w:p>
      <w:pPr>
        <w:jc w:val="right"/>
      </w:pPr>
      <w:r>
        <w:t>تو آپ ان کے سینٹر میں جائیے، کہیں بھی ان کی مسجد کو دیکھیے، وہ اسی طرح سے</w:t>
      </w:r>
    </w:p>
    <w:p>
      <w:r>
        <w:rPr>
          <w:b/>
        </w:rPr>
        <w:t xml:space="preserve">[54:28] </w:t>
      </w:r>
      <w:r>
        <w:t>paanch waqt ki namaz parhte hain jis tarah se hum parhte hain.</w:t>
      </w:r>
    </w:p>
    <w:p>
      <w:pPr>
        <w:jc w:val="right"/>
      </w:pPr>
      <w:r>
        <w:t>پانچ وقت کی نماز پڑھتے ہیں جس طرح سے ہم پڑھتے ہیں۔</w:t>
      </w:r>
    </w:p>
    <w:p>
      <w:r>
        <w:rPr>
          <w:b/>
        </w:rPr>
        <w:t xml:space="preserve">[54:33] </w:t>
      </w:r>
      <w:r>
        <w:t>woh bhi kaba, kaba ka rukh karte hain jis tarah hum karte hain.</w:t>
      </w:r>
    </w:p>
    <w:p>
      <w:pPr>
        <w:jc w:val="right"/>
      </w:pPr>
      <w:r>
        <w:t>وہ بھی کعبہ، کعبہ کا رخ کرتے ہیں جس طرح ہم کرتے ہیں۔</w:t>
      </w:r>
    </w:p>
    <w:p>
      <w:r>
        <w:rPr>
          <w:b/>
        </w:rPr>
        <w:t xml:space="preserve">[54:39] </w:t>
      </w:r>
      <w:r>
        <w:t>to hum koi takfir nahi karengay, hum kafir nahi batayengay in ko, hum Allah ke hawale</w:t>
      </w:r>
    </w:p>
    <w:p>
      <w:pPr>
        <w:jc w:val="right"/>
      </w:pPr>
      <w:r>
        <w:t>تو ہم کوئی تکفیر نہیں کریں گے، ہم کافر نہیں بتائیں گے ان کو، ہم اللہ کے حوالے</w:t>
      </w:r>
    </w:p>
    <w:p>
      <w:r>
        <w:rPr>
          <w:b/>
        </w:rPr>
        <w:t xml:space="preserve">[54:47] </w:t>
      </w:r>
      <w:r>
        <w:t>kar dengay.</w:t>
      </w:r>
    </w:p>
    <w:p>
      <w:pPr>
        <w:jc w:val="right"/>
      </w:pPr>
      <w:r>
        <w:t>کر دیں گے۔</w:t>
      </w:r>
    </w:p>
    <w:p>
      <w:r>
        <w:rPr>
          <w:b/>
        </w:rPr>
        <w:t xml:space="preserve">[54:48] </w:t>
      </w:r>
      <w:r>
        <w:t>Allah ke hawale har insan ka muamla hai, mera muamla bhi Allah ke hawale hai.</w:t>
      </w:r>
    </w:p>
    <w:p>
      <w:pPr>
        <w:jc w:val="right"/>
      </w:pPr>
      <w:r>
        <w:t>اللہ کے حوالے ہر انسان کا معاملہ ہے، میرا معاملہ بھی اللہ کے حوالے ہے۔</w:t>
      </w:r>
    </w:p>
    <w:p>
      <w:r>
        <w:rPr>
          <w:b/>
        </w:rPr>
        <w:t xml:space="preserve">[54:55] </w:t>
      </w:r>
      <w:r>
        <w:t>rasool Allah ne farmaya ke sari ummat ka muamla Allah ke hawale hai.</w:t>
      </w:r>
    </w:p>
    <w:p>
      <w:pPr>
        <w:jc w:val="right"/>
      </w:pPr>
      <w:r>
        <w:t>رسول اللہ نے فرمایا کہ ساری امت کا معاملہ اللہ کے حوالے ہے۔</w:t>
      </w:r>
    </w:p>
    <w:p>
      <w:r>
        <w:rPr>
          <w:b/>
        </w:rPr>
        <w:t xml:space="preserve">[55:00] </w:t>
      </w:r>
      <w:r>
        <w:t>to ahmadi group jo hai, is ke muamle ko hum Allah ke hawale karengay, is ki takfir</w:t>
      </w:r>
    </w:p>
    <w:p>
      <w:pPr>
        <w:jc w:val="right"/>
      </w:pPr>
      <w:r>
        <w:t>تو احمدی گروپ جو ہے، اس کے معاملے کو ہم اللہ کے حوالے کریں گے، اس کی تکفیر</w:t>
      </w:r>
    </w:p>
    <w:p>
      <w:r>
        <w:rPr>
          <w:b/>
        </w:rPr>
        <w:t xml:space="preserve">[55:08] </w:t>
      </w:r>
      <w:r>
        <w:t>nahi karengay, yani kafir nahi batayengay.</w:t>
      </w:r>
    </w:p>
    <w:p>
      <w:pPr>
        <w:jc w:val="right"/>
      </w:pPr>
      <w:r>
        <w:t>نہیں کریں گے، یعنی کافر نہیں بتائیں گے۔</w:t>
      </w:r>
    </w:p>
    <w:p>
      <w:r>
        <w:rPr>
          <w:b/>
        </w:rPr>
        <w:t xml:space="preserve">[55:11] </w:t>
      </w:r>
      <w:r>
        <w:t>kyun ke ulama ka yeh yeh consensus ho chuka hai is par ke: "la nukaffir bi ahl al qibla".</w:t>
      </w:r>
    </w:p>
    <w:p>
      <w:pPr>
        <w:jc w:val="right"/>
      </w:pPr>
      <w:r>
        <w:t>کیونکہ علماء کا یہ یہ کنسنسس ہو چکا ہے اس پر کہ: "لا نکفر بن اہل القبلہ"۔</w:t>
      </w:r>
    </w:p>
    <w:p>
      <w:r>
        <w:rPr>
          <w:b/>
        </w:rPr>
        <w:t xml:space="preserve">[55:19] </w:t>
      </w:r>
      <w:r>
        <w:t>koi shakhs jo kaba ki taraf rukh kar ke namaz parhta hai, to hum is ko kafir nahi</w:t>
      </w:r>
    </w:p>
    <w:p>
      <w:pPr>
        <w:jc w:val="right"/>
      </w:pPr>
      <w:r>
        <w:t>کوئی شخص جو کعبہ کی طرف رخ کر کے نماز پڑھتا ہے، تو ہم اس کو کافر نہیں</w:t>
      </w:r>
    </w:p>
    <w:p>
      <w:r>
        <w:rPr>
          <w:b/>
        </w:rPr>
        <w:t xml:space="preserve">[55:26] </w:t>
      </w:r>
      <w:r>
        <w:t>batayengay.</w:t>
      </w:r>
    </w:p>
    <w:p>
      <w:pPr>
        <w:jc w:val="right"/>
      </w:pPr>
      <w:r>
        <w:t>بتائیں گے۔</w:t>
      </w:r>
    </w:p>
    <w:p>
      <w:r>
        <w:rPr>
          <w:b/>
        </w:rPr>
        <w:t xml:space="preserve">[55:28] </w:t>
      </w:r>
      <w:r>
        <w:t>maulana, agla sawal lene se pehle aik comment parhna chahenge jo doctor safina ne bheja hai ajmer</w:t>
      </w:r>
    </w:p>
    <w:p>
      <w:pPr>
        <w:jc w:val="right"/>
      </w:pPr>
      <w:r>
        <w:t>مولانا، اگلا سوال لینے سے پہلے ایک کمنٹ پڑھنا چاہیں گے جو ڈاکٹر سفینہ نے بھیجا ہے اجمیر</w:t>
      </w:r>
    </w:p>
    <w:p>
      <w:r>
        <w:rPr>
          <w:b/>
        </w:rPr>
        <w:t xml:space="preserve">[55:35] </w:t>
      </w:r>
      <w:r>
        <w:t>se.</w:t>
      </w:r>
    </w:p>
    <w:p>
      <w:pPr>
        <w:jc w:val="right"/>
      </w:pPr>
      <w:r>
        <w:t>سے۔</w:t>
      </w:r>
    </w:p>
    <w:p>
      <w:r>
        <w:rPr>
          <w:b/>
        </w:rPr>
        <w:t xml:space="preserve">[55:37] </w:t>
      </w:r>
      <w:r>
        <w:t>انہوں نے لکھا ہے کہ: "مولانا صاحب، it is a great blessing of Allah that we are born</w:t>
      </w:r>
    </w:p>
    <w:p>
      <w:pPr>
        <w:jc w:val="right"/>
      </w:pPr>
      <w:r>
        <w:t>انہوں نے لکھا ہے کہ: "مولانا صاحب، اٹ از ا گریٹ بلیسنگ آف اللہ دیٹ وی آر بورن</w:t>
      </w:r>
    </w:p>
    <w:p>
      <w:r>
        <w:rPr>
          <w:b/>
        </w:rPr>
        <w:t xml:space="preserve">[55:45] </w:t>
      </w:r>
      <w:r>
        <w:t>In this era where no one is our enemy.</w:t>
      </w:r>
    </w:p>
    <w:p>
      <w:pPr>
        <w:jc w:val="right"/>
      </w:pPr>
      <w:r>
        <w:t>ان دس ایرا ویر نو ون از اور اینمی۔</w:t>
      </w:r>
    </w:p>
    <w:p>
      <w:r>
        <w:rPr>
          <w:b/>
        </w:rPr>
        <w:t xml:space="preserve">[55:49] </w:t>
      </w:r>
      <w:r>
        <w:t>every person is our supporter.</w:t>
      </w:r>
    </w:p>
    <w:p>
      <w:pPr>
        <w:jc w:val="right"/>
      </w:pPr>
      <w:r>
        <w:t>ایوری پرسن از اور سپورٹر۔</w:t>
      </w:r>
    </w:p>
    <w:p>
      <w:r>
        <w:rPr>
          <w:b/>
        </w:rPr>
        <w:t xml:space="preserve">[55:51] </w:t>
      </w:r>
      <w:r>
        <w:t>This blessing was not provided even to the prophets.</w:t>
      </w:r>
    </w:p>
    <w:p>
      <w:pPr>
        <w:jc w:val="right"/>
      </w:pPr>
      <w:r>
        <w:t>دس بلیسنگ واز ناٹ پرووائیڈڈ ایون ٹو دا پرافٹس۔</w:t>
      </w:r>
    </w:p>
    <w:p>
      <w:r>
        <w:rPr>
          <w:b/>
        </w:rPr>
        <w:t xml:space="preserve">[55:55] </w:t>
      </w:r>
      <w:r>
        <w:t>We have to acknowledge this blessing and start our Dawah activities." Jazakumullah, bahut sahih hai.</w:t>
      </w:r>
    </w:p>
    <w:p>
      <w:pPr>
        <w:jc w:val="right"/>
      </w:pPr>
      <w:r>
        <w:t>وی ہیو ٹو اکنالج دس بلیسنگ اینڈ سٹارٹ اور دعویٰ ایکٹیویٹیز۔" جزاکم اللہ، بہت صحیح ہے۔</w:t>
      </w:r>
    </w:p>
    <w:p>
      <w:r>
        <w:rPr>
          <w:b/>
        </w:rPr>
        <w:t xml:space="preserve">[56:01] </w:t>
      </w:r>
      <w:r>
        <w:t>maulana, agla sawal bheja hai chennai se maulana iqbal umri ne, aur unhon ne likha hai ke: "ulama</w:t>
      </w:r>
    </w:p>
    <w:p>
      <w:pPr>
        <w:jc w:val="right"/>
      </w:pPr>
      <w:r>
        <w:t>مولانا، اگلا سوال بھیجا ہے چنئی سے مولانا اقبال عمری نے، اور انہوں نے لکھا ہے کہ: "علماء</w:t>
      </w:r>
    </w:p>
    <w:p>
      <w:r>
        <w:rPr>
          <w:b/>
        </w:rPr>
        <w:t xml:space="preserve">[56:09] </w:t>
      </w:r>
      <w:r>
        <w:t>ko jab yeh kaha jata hai ke insan mukammal aazad hai, to un ko yeh baat samajh nahi</w:t>
      </w:r>
    </w:p>
    <w:p>
      <w:pPr>
        <w:jc w:val="right"/>
      </w:pPr>
      <w:r>
        <w:t>کو جب یہ کہا جاتا ہے کہ انسان مکمل آزاد ہے، تو ان کو یہ بات سمجھ نہیں</w:t>
      </w:r>
    </w:p>
    <w:p>
      <w:r>
        <w:rPr>
          <w:b/>
        </w:rPr>
        <w:t xml:space="preserve">[56:17] </w:t>
      </w:r>
      <w:r>
        <w:t>aati.</w:t>
      </w:r>
    </w:p>
    <w:p>
      <w:pPr>
        <w:jc w:val="right"/>
      </w:pPr>
      <w:r>
        <w:t>آتی۔</w:t>
      </w:r>
    </w:p>
    <w:p>
      <w:r>
        <w:rPr>
          <w:b/>
        </w:rPr>
        <w:t xml:space="preserve">[56:18] </w:t>
      </w:r>
      <w:r>
        <w:t>wo kehte hain ke insan mukammal aazad nahi hai, is ko wo taqdeer ka masla bana dete hain.</w:t>
      </w:r>
    </w:p>
    <w:p>
      <w:pPr>
        <w:jc w:val="right"/>
      </w:pPr>
      <w:r>
        <w:t>وہ کہتے ہیں کہ انسان مکمل آزاد نہیں ہے، اس کو وہ تقدیر کا مسئلہ بنا دیتے ہیں۔</w:t>
      </w:r>
    </w:p>
    <w:p>
      <w:r>
        <w:rPr>
          <w:b/>
        </w:rPr>
        <w:t xml:space="preserve">[56:26] </w:t>
      </w:r>
      <w:r>
        <w:t>maulana, is confusion ko kaise door karein? is ko wazeh karein." yeh unhone apne maan se banaya</w:t>
      </w:r>
    </w:p>
    <w:p>
      <w:pPr>
        <w:jc w:val="right"/>
      </w:pPr>
      <w:r>
        <w:t>مولانا، اس کنفیوژن کو کیسے دور کریں؟ اس کو واضح کریں۔" یہ انہوں نے اپنے مان سے بنایا</w:t>
      </w:r>
    </w:p>
    <w:p>
      <w:r>
        <w:rPr>
          <w:b/>
        </w:rPr>
        <w:t xml:space="preserve">[56:34]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[56:35] </w:t>
      </w:r>
      <w:r>
        <w:t>quran mein aisa nahi hai.</w:t>
      </w:r>
    </w:p>
    <w:p>
      <w:pPr>
        <w:jc w:val="right"/>
      </w:pPr>
      <w:r>
        <w:t>قرآن میں ایسا نہیں ہے۔</w:t>
      </w:r>
    </w:p>
    <w:p>
      <w:r>
        <w:rPr>
          <w:b/>
        </w:rPr>
        <w:t xml:space="preserve">[56:37] </w:t>
      </w:r>
      <w:r>
        <w:t>quran mein to wahi hai ke: "far quran mein to yeh jagah jo hai, yeh baat hai ke</w:t>
      </w:r>
    </w:p>
    <w:p>
      <w:pPr>
        <w:jc w:val="right"/>
      </w:pPr>
      <w:r>
        <w:t>قرآن میں تو وہی ہے کہ: "فر قرآن میں تو یہ جگہ جو ہے، یہ بات ہے کہ</w:t>
      </w:r>
    </w:p>
    <w:p>
      <w:r>
        <w:rPr>
          <w:b/>
        </w:rPr>
        <w:t xml:space="preserve">[56:45] </w:t>
      </w:r>
      <w:r>
        <w:t>la ikrah fid deen.</w:t>
      </w:r>
    </w:p>
    <w:p>
      <w:pPr>
        <w:jc w:val="right"/>
      </w:pPr>
      <w:r>
        <w:t>لا اکراہ فی الدین۔</w:t>
      </w:r>
    </w:p>
    <w:p>
      <w:r>
        <w:rPr>
          <w:b/>
        </w:rPr>
        <w:t xml:space="preserve">[56:47] </w:t>
      </w:r>
      <w:r>
        <w:t>deen ke muamle mein koi koi comparsion nahi.</w:t>
      </w:r>
    </w:p>
    <w:p>
      <w:pPr>
        <w:jc w:val="right"/>
      </w:pPr>
      <w:r>
        <w:t>دین کے معاملے میں کوئی کوئی کمپرسن نہیں۔</w:t>
      </w:r>
    </w:p>
    <w:p>
      <w:r>
        <w:rPr>
          <w:b/>
        </w:rPr>
        <w:t xml:space="preserve">[56:50] </w:t>
      </w:r>
      <w:r>
        <w:t>There is no compulsion in the religion at all.</w:t>
      </w:r>
    </w:p>
    <w:p>
      <w:pPr>
        <w:jc w:val="right"/>
      </w:pPr>
      <w:r>
        <w:t>دیر از نو کمپرسن ان دا ریلیجن ایٹ آل۔</w:t>
      </w:r>
    </w:p>
    <w:p>
      <w:r>
        <w:rPr>
          <w:b/>
        </w:rPr>
        <w:t xml:space="preserve">[56:54] </w:t>
      </w:r>
      <w:r>
        <w:t>faman shaafa fa li nafsihi, wa man dalla fa alaiha.</w:t>
      </w:r>
    </w:p>
    <w:p>
      <w:pPr>
        <w:jc w:val="right"/>
      </w:pPr>
      <w:r>
        <w:t>فمن شاف فار ہیومن، فمن شاف فار جو چاہے بیلیور بنے، جو چاہے نان بیلیور بنے۔</w:t>
      </w:r>
    </w:p>
    <w:p>
      <w:r>
        <w:rPr>
          <w:b/>
        </w:rPr>
        <w:t xml:space="preserve">[57:01] </w:t>
      </w:r>
      <w:r>
        <w:t>to ulma ka haq hai, ulma ko haq hi nahi hai.</w:t>
      </w:r>
    </w:p>
    <w:p>
      <w:pPr>
        <w:jc w:val="right"/>
      </w:pPr>
      <w:r>
        <w:t>تو علماء کا حق ہے، علماء کو حق ہی نہیں ہے۔</w:t>
      </w:r>
    </w:p>
    <w:p>
      <w:r>
        <w:rPr>
          <w:b/>
        </w:rPr>
        <w:t xml:space="preserve">[57:06] </w:t>
      </w:r>
      <w:r>
        <w:t>They are trespassers, woh trespass kar rahe hain, woh koi sahih baat nahi kar rahe.</w:t>
      </w:r>
    </w:p>
    <w:p>
      <w:pPr>
        <w:jc w:val="right"/>
      </w:pPr>
      <w:r>
        <w:t>دے آر ٹرسٹ پاسر، وہ ٹرسٹ پاس کر رہے ہیں، وہ کوئی صحیح بات نہیں کر رہے۔</w:t>
      </w:r>
    </w:p>
    <w:p>
      <w:r>
        <w:rPr>
          <w:b/>
        </w:rPr>
        <w:t xml:space="preserve">[57:13] </w:t>
      </w:r>
      <w:r>
        <w:t>un ko un ki baat ko hargiz nahi mana jayega.</w:t>
      </w:r>
    </w:p>
    <w:p>
      <w:pPr>
        <w:jc w:val="right"/>
      </w:pPr>
      <w:r>
        <w:t>ان کو ان کی بات کو ہرگز نہیں مانا جائے گا۔</w:t>
      </w:r>
    </w:p>
    <w:p>
      <w:r>
        <w:rPr>
          <w:b/>
        </w:rPr>
        <w:t xml:space="preserve">[57:18] </w:t>
      </w:r>
      <w:r>
        <w:t>jab quran is ke khilaf baat keh raha hai, to hum quran ki baat manenge, un ki</w:t>
      </w:r>
    </w:p>
    <w:p>
      <w:pPr>
        <w:jc w:val="right"/>
      </w:pPr>
      <w:r>
        <w:t>جب قرآن اس کے خلاف بات کہہ رہا ہے، تو ہم قرآن کی بات مانیں گے، ان کی</w:t>
      </w:r>
    </w:p>
    <w:p>
      <w:r>
        <w:rPr>
          <w:b/>
        </w:rPr>
        <w:t xml:space="preserve">[57:25] </w:t>
      </w:r>
      <w:r>
        <w:t>baat kyun manenge? maulana, un ka ek aur sawal hai.</w:t>
      </w:r>
    </w:p>
    <w:p>
      <w:pPr>
        <w:jc w:val="right"/>
      </w:pPr>
      <w:r>
        <w:t>بات کیوں مانیں گے؟ مولانا، ان کا ایک اور سوال ہے۔</w:t>
      </w:r>
    </w:p>
    <w:p>
      <w:r>
        <w:rPr>
          <w:b/>
        </w:rPr>
        <w:t xml:space="preserve">[57:30] </w:t>
      </w:r>
      <w:r>
        <w:t>unhone likha hai ke: "sawal yeh hai ke qayamat tak shirk aur kufr to baqi rahega</w:t>
      </w:r>
    </w:p>
    <w:p>
      <w:pPr>
        <w:jc w:val="right"/>
      </w:pPr>
      <w:r>
        <w:t>انہوں نے لکھا ہے کہ: "سوال یہ ہے کہ قیامت تک شرک اور کفر تو باقی رہے گا</w:t>
      </w:r>
    </w:p>
    <w:p>
      <w:r>
        <w:rPr>
          <w:b/>
        </w:rPr>
        <w:t xml:space="preserve">[57:38] </w:t>
      </w:r>
      <w:r>
        <w:t>aur khatam nahi hoga.</w:t>
      </w:r>
    </w:p>
    <w:p>
      <w:pPr>
        <w:jc w:val="right"/>
      </w:pPr>
      <w:r>
        <w:t>اور ختم نہیں ہوگا۔</w:t>
      </w:r>
    </w:p>
    <w:p>
      <w:r>
        <w:rPr>
          <w:b/>
        </w:rPr>
        <w:t xml:space="preserve">[57:40] </w:t>
      </w:r>
      <w:r>
        <w:t>is ko kafir aur momin ki equation badal kar agar hum yeh samjhein ke momin aur supporter ki</w:t>
      </w:r>
    </w:p>
    <w:p>
      <w:pPr>
        <w:jc w:val="right"/>
      </w:pPr>
      <w:r>
        <w:t>اس کو کافر اور مومن کی ایکویشن بدل کر اگر ہم یہ سمجھیں کہ مومن اور سپورٹر کی</w:t>
      </w:r>
    </w:p>
    <w:p>
      <w:r>
        <w:rPr>
          <w:b/>
        </w:rPr>
        <w:t xml:space="preserve">[57:47] </w:t>
      </w:r>
      <w:r>
        <w:t>equation ho jayegi, to religious persecution chala jayega aur religious freedom aa jayega, aur islam</w:t>
      </w:r>
    </w:p>
    <w:p>
      <w:pPr>
        <w:jc w:val="right"/>
      </w:pPr>
      <w:r>
        <w:t>ایکویشن ہو جائے گی، تو ریلیجیس پرسیکیوشن چلا جائے گا اور ریلیجیس فریڈم آ جائے گا، اور اسلام</w:t>
      </w:r>
    </w:p>
    <w:p>
      <w:r>
        <w:rPr>
          <w:b/>
        </w:rPr>
        <w:t xml:space="preserve">[57:55] </w:t>
      </w:r>
      <w:r>
        <w:t>ke liye sare raste khul jayenge.</w:t>
      </w:r>
    </w:p>
    <w:p>
      <w:pPr>
        <w:jc w:val="right"/>
      </w:pPr>
      <w:r>
        <w:t>کے لیے سارے راستے کھل جائیں گے۔</w:t>
      </w:r>
    </w:p>
    <w:p>
      <w:r>
        <w:rPr>
          <w:b/>
        </w:rPr>
        <w:t xml:space="preserve">[57:58] </w:t>
      </w:r>
      <w:r>
        <w:t>maulana, kya yeh sahi hai? is ki wazahat karein." dekhiye, khulta hai potential sense mein, kyunke religious freedom</w:t>
      </w:r>
    </w:p>
    <w:p>
      <w:pPr>
        <w:jc w:val="right"/>
      </w:pPr>
      <w:r>
        <w:t>مولانا، کیا یہ صحیح ہے؟ اس کی وضاحت کریں۔" دیکھیے، کھلتا ہے پوٹینشل سینس میں، کیونکہ ریلیجیس فریڈم</w:t>
      </w:r>
    </w:p>
    <w:p>
      <w:r>
        <w:rPr>
          <w:b/>
        </w:rPr>
        <w:t xml:space="preserve">[58:06] </w:t>
      </w:r>
      <w:r>
        <w:t>phir bhi baqi rahegi.</w:t>
      </w:r>
    </w:p>
    <w:p>
      <w:pPr>
        <w:jc w:val="right"/>
      </w:pPr>
      <w:r>
        <w:t>پھر بھی باقی رہے گی۔</w:t>
      </w:r>
    </w:p>
    <w:p>
      <w:r>
        <w:rPr>
          <w:b/>
        </w:rPr>
        <w:t xml:space="preserve">[58:08] </w:t>
      </w:r>
      <w:r>
        <w:t>yeh aap ke upar hai ke aap is ko avail kar sakein.</w:t>
      </w:r>
    </w:p>
    <w:p>
      <w:pPr>
        <w:jc w:val="right"/>
      </w:pPr>
      <w:r>
        <w:t>یہ آپ کے اوپر ہے کہ آپ اس کو اویل کر سکیں۔</w:t>
      </w:r>
    </w:p>
    <w:p>
      <w:r>
        <w:rPr>
          <w:b/>
        </w:rPr>
        <w:t xml:space="preserve">[58:13] </w:t>
      </w:r>
      <w:r>
        <w:t>تو I think already کھلا ہوا ہے۔</w:t>
      </w:r>
    </w:p>
    <w:p>
      <w:pPr>
        <w:jc w:val="right"/>
      </w:pPr>
      <w:r>
        <w:t>تو آئی تھنک الریڈی کھلا ہوا ہے۔</w:t>
      </w:r>
    </w:p>
    <w:p>
      <w:r>
        <w:rPr>
          <w:b/>
        </w:rPr>
        <w:t xml:space="preserve">[58:16] </w:t>
      </w:r>
      <w:r>
        <w:t>agar aap logon se na ladein, logon se fighting na karein, to khula hua hai.</w:t>
      </w:r>
    </w:p>
    <w:p>
      <w:pPr>
        <w:jc w:val="right"/>
      </w:pPr>
      <w:r>
        <w:t>اگر آپ لوگوں سے نہ لڑیں، لوگوں سے فائٹنگ نہ کریں، تو کھلا ہوا ہے۔</w:t>
      </w:r>
    </w:p>
    <w:p>
      <w:r>
        <w:rPr>
          <w:b/>
        </w:rPr>
        <w:t xml:space="preserve">[58:22] </w:t>
      </w:r>
      <w:r>
        <w:t>jaise misaal ke taur par dekhiye, yeh shatm ka masla.</w:t>
      </w:r>
    </w:p>
    <w:p>
      <w:pPr>
        <w:jc w:val="right"/>
      </w:pPr>
      <w:r>
        <w:t>جیسے مثال کے طور پر دیکھیے، یہ شتم کا مسئلہ۔</w:t>
      </w:r>
    </w:p>
    <w:p>
      <w:r>
        <w:rPr>
          <w:b/>
        </w:rPr>
        <w:t xml:space="preserve">[58:27] </w:t>
      </w:r>
      <w:r>
        <w:t>kahin koi ek kitab chhap jaye, koi koi ek statement de de jo musalmanon ko lage ke rasool</w:t>
      </w:r>
    </w:p>
    <w:p>
      <w:pPr>
        <w:jc w:val="right"/>
      </w:pPr>
      <w:r>
        <w:t>کہیں کوئی ایک کتاب چھپ جائے، کوئی کوئی ایک سٹیٹمنٹ دے دے جو مسلمانوں کو لگے کہ رسول</w:t>
      </w:r>
    </w:p>
    <w:p>
      <w:r>
        <w:rPr>
          <w:b/>
        </w:rPr>
        <w:t xml:space="preserve">[58:34] </w:t>
      </w:r>
      <w:r>
        <w:t>ullah ke khilaf hai, to ladne khade hote hain.</w:t>
      </w:r>
    </w:p>
    <w:p>
      <w:pPr>
        <w:jc w:val="right"/>
      </w:pPr>
      <w:r>
        <w:t>اللہ کے خلاف ہے، تو لڑنے کھڑے ہوتے ہیں۔</w:t>
      </w:r>
    </w:p>
    <w:p>
      <w:r>
        <w:rPr>
          <w:b/>
        </w:rPr>
        <w:t xml:space="preserve">[58:38] </w:t>
      </w:r>
      <w:r>
        <w:t>to jab aap larnay kharay ho jayen gay, tab aap ka problem create ho jata hai.</w:t>
      </w:r>
    </w:p>
    <w:p>
      <w:pPr>
        <w:jc w:val="right"/>
      </w:pPr>
      <w:r>
        <w:t>تو جب آپ لڑنے کھڑے ہو جائیں گے، تب آپ کا پرابلم کریٹ ہو جاتا ہے۔</w:t>
      </w:r>
    </w:p>
    <w:p>
      <w:r>
        <w:rPr>
          <w:b/>
        </w:rPr>
        <w:t xml:space="preserve">[58:45] </w:t>
      </w:r>
      <w:r>
        <w:t>aap na larnay kharay hon to koi problem nahin.</w:t>
      </w:r>
    </w:p>
    <w:p>
      <w:pPr>
        <w:jc w:val="right"/>
      </w:pPr>
      <w:r>
        <w:t>آپ نہ لڑنے کھڑے ہوں تو کوئی پرابلم نہیں۔</w:t>
      </w:r>
    </w:p>
    <w:p>
      <w:r>
        <w:rPr>
          <w:b/>
        </w:rPr>
        <w:t xml:space="preserve">[58:49] </w:t>
      </w:r>
      <w:r>
        <w:t>to musalman khud larnay ke liye jab kharay hotay hain, tab problem create hota hai, warna koi problem</w:t>
      </w:r>
    </w:p>
    <w:p>
      <w:pPr>
        <w:jc w:val="right"/>
      </w:pPr>
      <w:r>
        <w:t>تو مسلمان خود لڑنے کے لیے جب کھڑے ہوتے ہیں، تب پرابلم کریٹ ہوتا ہے، ورنہ کوئی پرابلم</w:t>
      </w:r>
    </w:p>
    <w:p>
      <w:r>
        <w:rPr>
          <w:b/>
        </w:rPr>
        <w:t xml:space="preserve">[58:57] </w:t>
      </w:r>
      <w:r>
        <w:t>hi nahin.</w:t>
      </w:r>
    </w:p>
    <w:p>
      <w:pPr>
        <w:jc w:val="right"/>
      </w:pPr>
      <w:r>
        <w:t>ہی نہیں۔</w:t>
      </w:r>
    </w:p>
    <w:p>
      <w:r>
        <w:rPr>
          <w:b/>
        </w:rPr>
        <w:t xml:space="preserve">[58:58] </w:t>
      </w:r>
      <w:r>
        <w:t>yeh baat achi tarah samajh lijiye ke jo equation badla hai, woh in terms of potential.</w:t>
      </w:r>
    </w:p>
    <w:p>
      <w:pPr>
        <w:jc w:val="right"/>
      </w:pPr>
      <w:r>
        <w:t>یہ بات اچھی طرح سمجھ لیجئے کہ جو ایکویشن بدلا ہے، وہ ان ٹرمز آف پوٹینشل۔</w:t>
      </w:r>
    </w:p>
    <w:p>
      <w:r>
        <w:rPr>
          <w:b/>
        </w:rPr>
        <w:t xml:space="preserve">[59:05] </w:t>
      </w:r>
      <w:r>
        <w:t>jo equation badla, jo mein ne kaha, woh in terms of potential badla hai.</w:t>
      </w:r>
    </w:p>
    <w:p>
      <w:pPr>
        <w:jc w:val="right"/>
      </w:pPr>
      <w:r>
        <w:t>جو ایکویشن بدلا، جو میں نے کہا، وہ ان ٹرمز آف پوٹینشل بدلا ہے۔</w:t>
      </w:r>
    </w:p>
    <w:p>
      <w:r>
        <w:rPr>
          <w:b/>
        </w:rPr>
        <w:t xml:space="preserve">[59:11] </w:t>
      </w:r>
      <w:r>
        <w:t>اگر آپ اگر آپ نہ سمجھیں اور light show کر دیں، تو سب چیز jeopardized ہو جائے گی۔</w:t>
      </w:r>
    </w:p>
    <w:p>
      <w:pPr>
        <w:jc w:val="right"/>
      </w:pPr>
      <w:r>
        <w:t>اگر آپ اگر آپ نہ سمجھیں اور لائٹ شو کر دیں، تو سب چیز جبرڈائز ہو جائے گی۔</w:t>
      </w:r>
    </w:p>
    <w:p>
      <w:r>
        <w:rPr>
          <w:b/>
        </w:rPr>
        <w:t xml:space="preserve">[59:19] </w:t>
      </w:r>
      <w:r>
        <w:t>hum to kar rahay hain kaam, 50, 60 saal se kaam kar rahay hain, hamein to koi rukawat</w:t>
      </w:r>
    </w:p>
    <w:p>
      <w:pPr>
        <w:jc w:val="right"/>
      </w:pPr>
      <w:r>
        <w:t>ہم تو کر رہے ہیں کام، 50، 60 سال سے کام کر رہے ہیں، ہمیں تو کوئی رکاوٹ</w:t>
      </w:r>
    </w:p>
    <w:p>
      <w:r>
        <w:rPr>
          <w:b/>
        </w:rPr>
        <w:t xml:space="preserve">[59:26] </w:t>
      </w:r>
      <w:r>
        <w:t>nahin, kuch bhi nahin.</w:t>
      </w:r>
    </w:p>
    <w:p>
      <w:pPr>
        <w:jc w:val="right"/>
      </w:pPr>
      <w:r>
        <w:t>نہیں، کچھ بھی نہیں۔</w:t>
      </w:r>
    </w:p>
    <w:p>
      <w:r>
        <w:rPr>
          <w:b/>
        </w:rPr>
        <w:t xml:space="preserve">[59:28] </w:t>
      </w:r>
      <w:r>
        <w:t>na hindu rukawat hai, na christian rukawat hai, nahin, koi bhi rukawat nahin, na american, na european, kyunke</w:t>
      </w:r>
    </w:p>
    <w:p>
      <w:pPr>
        <w:jc w:val="right"/>
      </w:pPr>
      <w:r>
        <w:t>نہ ہندو رکاوٹ ہے، نہ کرسچن رکاوٹ ہے، نہیں، کوئی بھی رکاوٹ نہیں، نہ امریکن، نہ یورپین، کیونکہ</w:t>
      </w:r>
    </w:p>
    <w:p>
      <w:r>
        <w:rPr>
          <w:b/>
        </w:rPr>
        <w:t xml:space="preserve">[59:36] </w:t>
      </w:r>
      <w:r>
        <w:t>ہم jeopardize نہیں کرتے اس equation کو۔</w:t>
      </w:r>
    </w:p>
    <w:p>
      <w:pPr>
        <w:jc w:val="right"/>
      </w:pPr>
      <w:r>
        <w:t>ہم جبرڈائز نہیں کرتے اس ایکویشن کو۔</w:t>
      </w:r>
    </w:p>
    <w:p>
      <w:r>
        <w:rPr>
          <w:b/>
        </w:rPr>
        <w:t xml:space="preserve">[59:39] </w:t>
      </w:r>
      <w:r>
        <w:t>جب مسلمان لڑائی چھڑائیں گے، جب fighting کریں گے، suicide bombing کریں گے، تب وہ equation جب jeopardized</w:t>
      </w:r>
    </w:p>
    <w:p>
      <w:pPr>
        <w:jc w:val="right"/>
      </w:pPr>
      <w:r>
        <w:t>جب مسلمان لڑائی چھڑائیں گے، جب فائٹنگ کریں گے، سوسائیڈ بمنگ کریں گے، تب وہ ایکویشن جب جبرڈائز</w:t>
      </w:r>
    </w:p>
    <w:p>
      <w:r>
        <w:rPr>
          <w:b/>
        </w:rPr>
        <w:t xml:space="preserve">[59:47] </w:t>
      </w:r>
      <w:r>
        <w:t>ho jayegi.</w:t>
      </w:r>
    </w:p>
    <w:p>
      <w:pPr>
        <w:jc w:val="right"/>
      </w:pPr>
      <w:r>
        <w:t>ہو جائے گی۔</w:t>
      </w:r>
    </w:p>
    <w:p>
      <w:r>
        <w:rPr>
          <w:b/>
        </w:rPr>
        <w:t xml:space="preserve">[59:48] </w:t>
      </w:r>
      <w:r>
        <w:t>مثلاً 9/11 آپ کریں گے تو تو ڈسٹرب ڈسٹرب ہوگا سب کچھ۔</w:t>
      </w:r>
    </w:p>
    <w:p>
      <w:pPr>
        <w:jc w:val="right"/>
      </w:pPr>
      <w:r>
        <w:t>مثلاً نائن الیون آپ کریں گے تو تو ڈسٹرب ڈسٹرب ہوگا سب کچھ۔</w:t>
      </w:r>
    </w:p>
    <w:p>
      <w:r>
        <w:rPr>
          <w:b/>
        </w:rPr>
        <w:t xml:space="preserve">[59:54] </w:t>
      </w:r>
      <w:r>
        <w:t>aap nine eleven mat kijiye to sab kuch normal rahay gi, sab kuch normal rahay ga.</w:t>
      </w:r>
    </w:p>
    <w:p>
      <w:pPr>
        <w:jc w:val="right"/>
      </w:pPr>
      <w:r>
        <w:t>آپ نائن الیون مت کیجئے تو سب کچھ نارمل رہے گی، سب کچھ نارمل رہے گا۔</w:t>
      </w:r>
    </w:p>
    <w:p>
      <w:r>
        <w:rPr>
          <w:b/>
        </w:rPr>
        <w:t xml:space="preserve">[1:00:01] </w:t>
      </w:r>
      <w:r>
        <w:t>to musalmanon ka aur musalmanon ka misuse karna freedom ko yeh problem create kar raha hai.</w:t>
      </w:r>
    </w:p>
    <w:p>
      <w:pPr>
        <w:jc w:val="right"/>
      </w:pPr>
      <w:r>
        <w:t>تو مسلمانوں کا اور مسلمانوں کا مس یوز کرنا فریڈم کو یہ پرابلم کریٹ کر رہا ہے۔</w:t>
      </w:r>
    </w:p>
    <w:p>
      <w:r>
        <w:rPr>
          <w:b/>
        </w:rPr>
        <w:t xml:space="preserve">[1:00:08] </w:t>
      </w:r>
      <w:r>
        <w:t>otherwise everything is normal.</w:t>
      </w:r>
    </w:p>
    <w:p>
      <w:pPr>
        <w:jc w:val="right"/>
      </w:pPr>
      <w:r>
        <w:t>ادروائز ایوری تھنگ از نارمل۔</w:t>
      </w:r>
    </w:p>
    <w:p>
      <w:r>
        <w:rPr>
          <w:b/>
        </w:rPr>
        <w:t xml:space="preserve">[1:00:10] </w:t>
      </w:r>
      <w:r>
        <w:t>maulana, agla sawal miss naghma siddiqui ne poocha hai delhi se, aur unhon ne likha hai ke: "what</w:t>
      </w:r>
    </w:p>
    <w:p>
      <w:pPr>
        <w:jc w:val="right"/>
      </w:pPr>
      <w:r>
        <w:t>مولانا، اگلا سوال مس نغمہ صدیقی نے پوچھا ہے دلی سے، اور انہوں نے لکھا ہے کہ: "واٹ</w:t>
      </w:r>
    </w:p>
    <w:p>
      <w:r>
        <w:rPr>
          <w:b/>
        </w:rPr>
        <w:t xml:space="preserve">[1:00:18] </w:t>
      </w:r>
      <w:r>
        <w:t>is the concept of huqooq ul ibad in islam?" dekhen, yeh to bohat aik detail wali baat hai.</w:t>
      </w:r>
    </w:p>
    <w:p>
      <w:pPr>
        <w:jc w:val="right"/>
      </w:pPr>
      <w:r>
        <w:t>از دی کانسیپٹ آف حقوق العباد ان اسلام؟" دیکھیں، یہ تو بہت ایک ڈیٹیل والی بات ہے۔</w:t>
      </w:r>
    </w:p>
    <w:p>
      <w:r>
        <w:rPr>
          <w:b/>
        </w:rPr>
        <w:t xml:space="preserve">[1:00:25] </w:t>
      </w:r>
      <w:r>
        <w:t>is ki list batayen to hum bohat lambi list ho jayegi.</w:t>
      </w:r>
    </w:p>
    <w:p>
      <w:pPr>
        <w:jc w:val="right"/>
      </w:pPr>
      <w:r>
        <w:t>اس کی لسٹ بتائیں تو ہم بہت لمبی لسٹ ہو جائے گی۔</w:t>
      </w:r>
    </w:p>
    <w:p>
      <w:r>
        <w:rPr>
          <w:b/>
        </w:rPr>
        <w:t xml:space="preserve">[1:00:30] </w:t>
      </w:r>
      <w:r>
        <w:t>is ka khulasa yeh hai: hadith mein hadith mein is khulasa yeh bataya gaya hai ke jo tum</w:t>
      </w:r>
    </w:p>
    <w:p>
      <w:pPr>
        <w:jc w:val="right"/>
      </w:pPr>
      <w:r>
        <w:t>اس کا خلاصہ یہ ہے: حدیث میں حدیث میں اس خلاصہ یہ بتایا گیا ہے کہ جو تم</w:t>
      </w:r>
    </w:p>
    <w:p>
      <w:r>
        <w:rPr>
          <w:b/>
        </w:rPr>
        <w:t xml:space="preserve">[1:00:38] </w:t>
      </w:r>
      <w:r>
        <w:t>apne liye pasand karte ho, wohi doosre ke liye pasand karo.</w:t>
      </w:r>
    </w:p>
    <w:p>
      <w:pPr>
        <w:jc w:val="right"/>
      </w:pPr>
      <w:r>
        <w:t>اپنے لیے پسند کرتے ہو، وہی دوسرے کے لیے پسند کرو۔</w:t>
      </w:r>
    </w:p>
    <w:p>
      <w:r>
        <w:rPr>
          <w:b/>
        </w:rPr>
        <w:t xml:space="preserve">[1:00:43] </w:t>
      </w:r>
      <w:r>
        <w:t>yeh hadith mein aaya hai ke jo apne liye pasand karo, wohi doosre ke liye pasand karo.</w:t>
      </w:r>
    </w:p>
    <w:p>
      <w:pPr>
        <w:jc w:val="right"/>
      </w:pPr>
      <w:r>
        <w:t>یہ حدیث میں آیا ہے کہ جو اپنے لیے پسند کرو، وہی دوسرے کے لیے پسند کرو۔</w:t>
      </w:r>
    </w:p>
    <w:p>
      <w:r>
        <w:rPr>
          <w:b/>
        </w:rPr>
        <w:t xml:space="preserve">[1:00:50] </w:t>
      </w:r>
      <w:r>
        <w:t>misalan tum ko yeh pasand hai ke tum se koi wada khilaf na kare promise ke baad, to</w:t>
      </w:r>
    </w:p>
    <w:p>
      <w:pPr>
        <w:jc w:val="right"/>
      </w:pPr>
      <w:r>
        <w:t>مثلاً تم کو یہ پسند ہے کہ تم سے کوئی وعدہ خلاف نہ کرے پرامس کے بعد، تو</w:t>
      </w:r>
    </w:p>
    <w:p>
      <w:r>
        <w:rPr>
          <w:b/>
        </w:rPr>
        <w:t xml:space="preserve">[1:00:58] </w:t>
      </w:r>
      <w:r>
        <w:t>tum bhi doosre ke wada khilaf mat karo.</w:t>
      </w:r>
    </w:p>
    <w:p>
      <w:pPr>
        <w:jc w:val="right"/>
      </w:pPr>
      <w:r>
        <w:t>تم بھی دوسرے کے وعدہ خلاف مت کرو۔</w:t>
      </w:r>
    </w:p>
    <w:p>
      <w:r>
        <w:rPr>
          <w:b/>
        </w:rPr>
        <w:t xml:space="preserve">[1:01:01] </w:t>
      </w:r>
      <w:r>
        <w:t>tum ko yeh pasand hai ke koi tum ko gaali na de, to tum bhi doosre ko gaali</w:t>
      </w:r>
    </w:p>
    <w:p>
      <w:pPr>
        <w:jc w:val="right"/>
      </w:pPr>
      <w:r>
        <w:t>تم کو یہ پسند ہے کہ کوئی تم کو گالی نہ دے، تو تم بھی دوسرے کو گالی</w:t>
      </w:r>
    </w:p>
    <w:p>
      <w:r>
        <w:rPr>
          <w:b/>
        </w:rPr>
        <w:t xml:space="preserve">[1:01:09] </w:t>
      </w:r>
      <w:r>
        <w:t>na do.</w:t>
      </w:r>
    </w:p>
    <w:p>
      <w:pPr>
        <w:jc w:val="right"/>
      </w:pPr>
      <w:r>
        <w:t>نہ دو۔</w:t>
      </w:r>
    </w:p>
    <w:p>
      <w:r>
        <w:rPr>
          <w:b/>
        </w:rPr>
        <w:t xml:space="preserve">[1:01:10] </w:t>
      </w:r>
      <w:r>
        <w:t>tum ko yeh pasand hai ke tum kisi se jhoot na bolo, koi tum se jhoot na bolay,</w:t>
      </w:r>
    </w:p>
    <w:p>
      <w:pPr>
        <w:jc w:val="right"/>
      </w:pPr>
      <w:r>
        <w:t>تم کو یہ پسند ہے کہ تم کسی سے جھوٹ نہ بولو، کوئی تم سے جھوٹ نہ بولے،</w:t>
      </w:r>
    </w:p>
    <w:p>
      <w:r>
        <w:rPr>
          <w:b/>
        </w:rPr>
        <w:t xml:space="preserve">[1:01:18] </w:t>
      </w:r>
      <w:r>
        <w:t>to tum bhi jhoot mat bolo.</w:t>
      </w:r>
    </w:p>
    <w:p>
      <w:pPr>
        <w:jc w:val="right"/>
      </w:pPr>
      <w:r>
        <w:t>تو تم بھی جھوٹ مت بولو۔</w:t>
      </w:r>
    </w:p>
    <w:p>
      <w:r>
        <w:rPr>
          <w:b/>
        </w:rPr>
        <w:t xml:space="preserve">[1:01:20] </w:t>
      </w:r>
      <w:r>
        <w:t>to hadith mein aata hai ke woh karna jo tum apne liye pasand karte ho, wahi tum doosre</w:t>
      </w:r>
    </w:p>
    <w:p>
      <w:pPr>
        <w:jc w:val="right"/>
      </w:pPr>
      <w:r>
        <w:t>تو حدیث میں آتا ہے کہ وہ کرنا جو تم اپنے لیے پسند کرتے ہو، وہی تم دوسرے</w:t>
      </w:r>
    </w:p>
    <w:p>
      <w:r>
        <w:rPr>
          <w:b/>
        </w:rPr>
        <w:t xml:space="preserve">[1:01:28] </w:t>
      </w:r>
      <w:r>
        <w:t>ke liye pasand karo.</w:t>
      </w:r>
    </w:p>
    <w:p>
      <w:pPr>
        <w:jc w:val="right"/>
      </w:pPr>
      <w:r>
        <w:t>کے لیے پسند کرو۔</w:t>
      </w:r>
    </w:p>
    <w:p>
      <w:r>
        <w:rPr>
          <w:b/>
        </w:rPr>
        <w:t xml:space="preserve">[1:01:30] </w:t>
      </w:r>
      <w:r>
        <w:t>yahi masla basic principle hai islam ka, yaani moral principle.</w:t>
      </w:r>
    </w:p>
    <w:p>
      <w:pPr>
        <w:jc w:val="right"/>
      </w:pPr>
      <w:r>
        <w:t>یہی مسئلہ بیسک پرنسپل ہے اسلام کا، یعنی مارل پرنسپل۔</w:t>
      </w:r>
    </w:p>
    <w:p>
      <w:r>
        <w:rPr>
          <w:b/>
        </w:rPr>
        <w:t xml:space="preserve">[1:01:34] </w:t>
      </w:r>
      <w:r>
        <w:t>yahi basic principle hai moral ka.</w:t>
      </w:r>
    </w:p>
    <w:p>
      <w:pPr>
        <w:jc w:val="right"/>
      </w:pPr>
      <w:r>
        <w:t>یہی بیسک پرنسپل ہے مارل کا۔</w:t>
      </w:r>
    </w:p>
    <w:p>
      <w:r>
        <w:rPr>
          <w:b/>
        </w:rPr>
        <w:t xml:space="preserve">[1:01:37] </w:t>
      </w:r>
      <w:r>
        <w:t>isi ko farsi mein likha hua hai, likha hai ke: "hajj bar khod bpasandi bar deegara bpasand".</w:t>
      </w:r>
    </w:p>
    <w:p>
      <w:pPr>
        <w:jc w:val="right"/>
      </w:pPr>
      <w:r>
        <w:t>اسی کو فارسی میں لکھا ہوا ہے، لکھا ہے کہ: "حج برخود بپسندی بر دیگرا بپسند"۔</w:t>
      </w:r>
    </w:p>
    <w:p>
      <w:r>
        <w:rPr>
          <w:b/>
        </w:rPr>
        <w:t xml:space="preserve">[1:01:44] </w:t>
      </w:r>
      <w:r>
        <w:t>jo tum ko apne liye pasand nahin hai, us ko tum doosre ke liye bhi pasand mat mat</w:t>
      </w:r>
    </w:p>
    <w:p>
      <w:pPr>
        <w:jc w:val="right"/>
      </w:pPr>
      <w:r>
        <w:t>جو تم کو اپنے لیے پسند نہیں ہے، اس کو تم دوسرے کے لیے بھی پسند مت مت</w:t>
      </w:r>
    </w:p>
    <w:p>
      <w:r>
        <w:rPr>
          <w:b/>
        </w:rPr>
        <w:t xml:space="preserve">[1:01:51] </w:t>
      </w:r>
      <w:r>
        <w:t>karo.</w:t>
      </w:r>
    </w:p>
    <w:p>
      <w:pPr>
        <w:jc w:val="right"/>
      </w:pPr>
      <w:r>
        <w:t>کرو۔</w:t>
      </w:r>
    </w:p>
    <w:p>
      <w:r>
        <w:rPr>
          <w:b/>
        </w:rPr>
        <w:t xml:space="preserve">[1:01:53] </w:t>
      </w:r>
      <w:r>
        <w:t>yahi islam ka basic moral principle hai.</w:t>
      </w:r>
    </w:p>
    <w:p>
      <w:pPr>
        <w:jc w:val="right"/>
      </w:pPr>
      <w:r>
        <w:t>یہی اسلام کا بیسک مارل پرنسپل ہے۔</w:t>
      </w:r>
    </w:p>
    <w:p>
      <w:r>
        <w:rPr>
          <w:b/>
        </w:rPr>
        <w:t xml:space="preserve">[1:01:56] </w:t>
      </w:r>
      <w:r>
        <w:t>maulana, agla sawal dilli se poocha hai mr ajay devi ne, aur unhon ne likha hai: "maulana, following</w:t>
      </w:r>
    </w:p>
    <w:p>
      <w:pPr>
        <w:jc w:val="right"/>
      </w:pPr>
      <w:r>
        <w:t>مولانا، اگلا سوال دلی سے پوچھا ہے مسٹر اجے دیوی نے، اور انہوں نے لکھا ہے: "مولانا، فالونگ</w:t>
      </w:r>
    </w:p>
    <w:p>
      <w:r>
        <w:rPr>
          <w:b/>
        </w:rPr>
        <w:t xml:space="preserve">[1:02:04] </w:t>
      </w:r>
      <w:r>
        <w:t>One of Islam's teachers gave the simple formula for religious life: follow one, respect all.</w:t>
      </w:r>
    </w:p>
    <w:p>
      <w:pPr>
        <w:jc w:val="right"/>
      </w:pPr>
      <w:r>
        <w:t>ون از اسلام ٹیچرز دا سمپل فارمولا فار ریلیجیس لائف: فالو ون، ریسپیکٹ آل۔</w:t>
      </w:r>
    </w:p>
    <w:p>
      <w:r>
        <w:rPr>
          <w:b/>
        </w:rPr>
        <w:t xml:space="preserve">[1:02:10] </w:t>
      </w:r>
      <w:r>
        <w:t>مولانا، following one is easy to practice.</w:t>
      </w:r>
    </w:p>
    <w:p>
      <w:pPr>
        <w:jc w:val="right"/>
      </w:pPr>
      <w:r>
        <w:t>مولانا، فالونگ ون از ایزی ٹو پریکٹس۔</w:t>
      </w:r>
    </w:p>
    <w:p>
      <w:r>
        <w:rPr>
          <w:b/>
        </w:rPr>
        <w:t xml:space="preserve">[1:02:13] </w:t>
      </w:r>
      <w:r>
        <w:t>how can i develop myself so that i can respect all? please guide us." hate free banna</w:t>
      </w:r>
    </w:p>
    <w:p>
      <w:pPr>
        <w:jc w:val="right"/>
      </w:pPr>
      <w:r>
        <w:t>ہاؤ کین آئی ڈیویلپ مائی سیلف سو دیٹ آئی کین ریسپیکٹ آل؟ پلیز گائیڈ اس۔" ہیٹ فری بننا</w:t>
      </w:r>
    </w:p>
    <w:p>
      <w:r>
        <w:rPr>
          <w:b/>
        </w:rPr>
        <w:t xml:space="preserve">[1:02:20] </w:t>
      </w:r>
      <w:r>
        <w:t>padta hai is ke liye.</w:t>
      </w:r>
    </w:p>
    <w:p>
      <w:pPr>
        <w:jc w:val="right"/>
      </w:pPr>
      <w:r>
        <w:t>پڑتا ہے اس کے لیے۔</w:t>
      </w:r>
    </w:p>
    <w:p>
      <w:r>
        <w:rPr>
          <w:b/>
        </w:rPr>
        <w:t xml:space="preserve">[1:02:22] </w:t>
      </w:r>
      <w:r>
        <w:t>hate-free, because social life mein, and other than religion, bahut se reason hain jis ki wajah se</w:t>
      </w:r>
    </w:p>
    <w:p>
      <w:pPr>
        <w:jc w:val="right"/>
      </w:pPr>
      <w:r>
        <w:t>ہیٹ فری، کیونکہ سوشل لائف میں، اینڈ ادر دین ریلیجن، بہت سے ریزن ہیں جس کی وجہ سے</w:t>
      </w:r>
    </w:p>
    <w:p>
      <w:r>
        <w:rPr>
          <w:b/>
        </w:rPr>
        <w:t xml:space="preserve">[1:02:30] </w:t>
      </w:r>
      <w:r>
        <w:t>hate develop ho jata hai.</w:t>
      </w:r>
    </w:p>
    <w:p>
      <w:pPr>
        <w:jc w:val="right"/>
      </w:pPr>
      <w:r>
        <w:t>ہیٹ ڈیویلپ ہو جاتا ہے۔</w:t>
      </w:r>
    </w:p>
    <w:p>
      <w:r>
        <w:rPr>
          <w:b/>
        </w:rPr>
        <w:t xml:space="preserve">[1:02:32] </w:t>
      </w:r>
      <w:r>
        <w:t>کیونکہ ڈیفرنس از پارٹ آف لائف، تو ڈیفرنسز تو باقی رہیں گے، پھر بھی you cannot eliminate</w:t>
      </w:r>
    </w:p>
    <w:p>
      <w:pPr>
        <w:jc w:val="right"/>
      </w:pPr>
      <w:r>
        <w:t>کیونکہ ڈیفرنس از پارٹ آف لائف، تو ڈیفرنسز تو باقی رہیں گے، پھر بھی یو کین ناٹ ایلیمینیٹ</w:t>
      </w:r>
    </w:p>
    <w:p>
      <w:r>
        <w:rPr>
          <w:b/>
        </w:rPr>
        <w:t xml:space="preserve">[1:02:40] </w:t>
      </w:r>
      <w:r>
        <w:t>the differences.</w:t>
      </w:r>
    </w:p>
    <w:p>
      <w:pPr>
        <w:jc w:val="right"/>
      </w:pPr>
      <w:r>
        <w:t>دا ڈیفرنسز۔</w:t>
      </w:r>
    </w:p>
    <w:p>
      <w:r>
        <w:rPr>
          <w:b/>
        </w:rPr>
        <w:t xml:space="preserve">[1:02:41] </w:t>
      </w:r>
      <w:r>
        <w:t>تو ڈیفرنس جب کبھی آپ کے خلاف پڑتا ہے، تو آپ غصہ ہو جاتے ہیں، اور پھر hate</w:t>
      </w:r>
    </w:p>
    <w:p>
      <w:pPr>
        <w:jc w:val="right"/>
      </w:pPr>
      <w:r>
        <w:t>تو ڈیفرنس جب کبھی آپ کے خلاف پڑتا ہے، تو آپ غصہ ہو جاتے ہیں، اور پھر ہیٹ</w:t>
      </w:r>
    </w:p>
    <w:p>
      <w:r>
        <w:rPr>
          <w:b/>
        </w:rPr>
        <w:t xml:space="preserve">[1:02:49] </w:t>
      </w:r>
      <w:r>
        <w:t>develop kar lete hain apne andar.</w:t>
      </w:r>
    </w:p>
    <w:p>
      <w:pPr>
        <w:jc w:val="right"/>
      </w:pPr>
      <w:r>
        <w:t>ڈیویلپ کر لیتے ہیں اپنے اندر۔</w:t>
      </w:r>
    </w:p>
    <w:p>
      <w:r>
        <w:rPr>
          <w:b/>
        </w:rPr>
        <w:t xml:space="preserve">[1:02:52] </w:t>
      </w:r>
      <w:r>
        <w:t>تو اس اس کو سمجھنا پڑے گا کہ that is کہ ڈیفرنس جو ہے، part of life ہے۔</w:t>
      </w:r>
    </w:p>
    <w:p>
      <w:pPr>
        <w:jc w:val="right"/>
      </w:pPr>
      <w:r>
        <w:t>تو اس اس کو سمجھنا پڑے گا کہ دیٹ از کہ ڈیفرنس جو ہے، پارٹ آف لائف ہے۔</w:t>
      </w:r>
    </w:p>
    <w:p>
      <w:r>
        <w:rPr>
          <w:b/>
        </w:rPr>
        <w:t xml:space="preserve">[1:02:59] </w:t>
      </w:r>
      <w:r>
        <w:t>yeh kisi kisi ka apna creator, apna create kiya hua nahin hai.</w:t>
      </w:r>
    </w:p>
    <w:p>
      <w:pPr>
        <w:jc w:val="right"/>
      </w:pPr>
      <w:r>
        <w:t>یہ کسی کسی کا اپنا کریٹر، اپنا کریٹ کیا ہوا نہیں ہے۔</w:t>
      </w:r>
    </w:p>
    <w:p>
      <w:r>
        <w:rPr>
          <w:b/>
        </w:rPr>
        <w:t xml:space="preserve">[1:03:05] </w:t>
      </w:r>
      <w:r>
        <w:t>Difference is part of life, part of creation.</w:t>
      </w:r>
    </w:p>
    <w:p>
      <w:pPr>
        <w:jc w:val="right"/>
      </w:pPr>
      <w:r>
        <w:t>ڈیفرنس از پارٹ آف لائف، پارٹ آف کریشن۔</w:t>
      </w:r>
    </w:p>
    <w:p>
      <w:r>
        <w:rPr>
          <w:b/>
        </w:rPr>
        <w:t xml:space="preserve">[1:03:08] </w:t>
      </w:r>
      <w:r>
        <w:t>تو جب "different part of creation" ہے، تو آپ کو آپ کو اس کو "accept" ہی کرنا پڑا۔</w:t>
      </w:r>
    </w:p>
    <w:p>
      <w:pPr>
        <w:jc w:val="right"/>
      </w:pPr>
      <w:r>
        <w:t>تو جب ڈیفرنس پارٹ آف کریشن ہے، تو آپ کو آپ کو اس کو ایکسیپٹ ہی کرنا پڑا۔</w:t>
      </w:r>
    </w:p>
    <w:p>
      <w:r>
        <w:rPr>
          <w:b/>
        </w:rPr>
        <w:t xml:space="preserve">[1:03:16] </w:t>
      </w:r>
      <w:r>
        <w:t>you have no other option.</w:t>
      </w:r>
    </w:p>
    <w:p>
      <w:pPr>
        <w:jc w:val="right"/>
      </w:pPr>
      <w:r>
        <w:t>یو ہیو نو ادر آپشن۔</w:t>
      </w:r>
    </w:p>
    <w:p>
      <w:r>
        <w:rPr>
          <w:b/>
        </w:rPr>
        <w:t xml:space="preserve">[1:03:18] </w:t>
      </w:r>
      <w:r>
        <w:t>is cheez ko agar aap jaan lein ke aap ke liye do option, doosra option nahin hai.</w:t>
      </w:r>
    </w:p>
    <w:p>
      <w:pPr>
        <w:jc w:val="right"/>
      </w:pPr>
      <w:r>
        <w:t>اس چیز کو اگر آپ جان لیں کہ آپ کے لیے دو آپشن، دوسرا آپشن نہیں ہے۔</w:t>
      </w:r>
    </w:p>
    <w:p>
      <w:r>
        <w:rPr>
          <w:b/>
        </w:rPr>
        <w:t xml:space="preserve">[1:03:25] </w:t>
      </w:r>
      <w:r>
        <w:t>jo cheez part of creation ho, us ke muamle mein aap ko koi doosra option nahin hota.</w:t>
      </w:r>
    </w:p>
    <w:p>
      <w:pPr>
        <w:jc w:val="right"/>
      </w:pPr>
      <w:r>
        <w:t>جو چیز پارٹ آف کریشن ہو، اس کے معاملے میں آپ کو کوئی دوسرا آپشن نہیں ہوتا۔</w:t>
      </w:r>
    </w:p>
    <w:p>
      <w:r>
        <w:rPr>
          <w:b/>
        </w:rPr>
        <w:t xml:space="preserve">[1:03:32] </w:t>
      </w:r>
      <w:r>
        <w:t>to kya karenge? jis muamle mein aap ke liye due to creation plan aap ke liye koi</w:t>
      </w:r>
    </w:p>
    <w:p>
      <w:pPr>
        <w:jc w:val="right"/>
      </w:pPr>
      <w:r>
        <w:t>تو کیا کریں گے؟ جس معاملے میں آپ کے لیے ڈیو ٹو کریشن پلان آپ کے لیے کوئی</w:t>
      </w:r>
    </w:p>
    <w:p>
      <w:r>
        <w:rPr>
          <w:b/>
        </w:rPr>
        <w:t xml:space="preserve">[1:03:40] </w:t>
      </w:r>
      <w:r>
        <w:t>doosra option na ho, to aap ko accept hi karna hai.</w:t>
      </w:r>
    </w:p>
    <w:p>
      <w:pPr>
        <w:jc w:val="right"/>
      </w:pPr>
      <w:r>
        <w:t>دوسرا آپشن نہ ہو، تو آپ کو ایکسیپٹ ہی کرنا ہے۔</w:t>
      </w:r>
    </w:p>
    <w:p>
      <w:r>
        <w:rPr>
          <w:b/>
        </w:rPr>
        <w:t xml:space="preserve">[1:03:45] </w:t>
      </w:r>
      <w:r>
        <w:t>simple formula hai.</w:t>
      </w:r>
    </w:p>
    <w:p>
      <w:pPr>
        <w:jc w:val="right"/>
      </w:pPr>
      <w:r>
        <w:t>سمپل فارمولا ہے۔</w:t>
      </w:r>
    </w:p>
    <w:p>
      <w:r>
        <w:rPr>
          <w:b/>
        </w:rPr>
        <w:t xml:space="preserve">[1:03:46] </w:t>
      </w:r>
      <w:r>
        <w:t>مولانا، اگلا سوال بینگلور سے کیا ہے جاوید صاحب نے، اور انہوں نے لکھا ہے کہ: "مولانا، you</w:t>
      </w:r>
    </w:p>
    <w:p>
      <w:pPr>
        <w:jc w:val="right"/>
      </w:pPr>
      <w:r>
        <w:t>مولانا، اگلا سوال بینگلور سے کیا ہے جاوید صاحب نے، اور انہوں نے لکھا ہے کہ: "مولانا، یو</w:t>
      </w:r>
    </w:p>
    <w:p>
      <w:r>
        <w:rPr>
          <w:b/>
        </w:rPr>
        <w:t xml:space="preserve">[1:03:54] </w:t>
      </w:r>
      <w:r>
        <w:t>talked about freedom of expression in today's talk, but there is a limit to misuse of freedom.</w:t>
      </w:r>
    </w:p>
    <w:p>
      <w:pPr>
        <w:jc w:val="right"/>
      </w:pPr>
      <w:r>
        <w:t>ٹاکڈ اباؤٹ فریڈم آف ایکسپریشن ان ٹوڈے ٹاک، بٹ دیر از ا لمٹ ٹو مس یوز آف فریڈم۔</w:t>
      </w:r>
    </w:p>
    <w:p>
      <w:r>
        <w:rPr>
          <w:b/>
        </w:rPr>
        <w:t xml:space="preserve">[1:04:02] </w:t>
      </w:r>
      <w:r>
        <w:t>If someone misuses his or her freedom, then we should definitely react, else we will</w:t>
      </w:r>
    </w:p>
    <w:p>
      <w:pPr>
        <w:jc w:val="right"/>
      </w:pPr>
      <w:r>
        <w:t>اف سم ون مس یوزز ہز اور ہر فریڈم، دین وی شوڈ ڈیفینیٹلی ری ایکٹ، ایلس وی ول</w:t>
      </w:r>
    </w:p>
    <w:p>
      <w:r>
        <w:rPr>
          <w:b/>
        </w:rPr>
        <w:t xml:space="preserve">[1:04:10] </w:t>
      </w:r>
      <w:r>
        <w:t>Always, we all, we will always be taken for granted.</w:t>
      </w:r>
    </w:p>
    <w:p>
      <w:pPr>
        <w:jc w:val="right"/>
      </w:pPr>
      <w:r>
        <w:t>الویز، وی آل، وی ول الویز بی ٹیکن فار گرانٹڈ۔</w:t>
      </w:r>
    </w:p>
    <w:p>
      <w:r>
        <w:rPr>
          <w:b/>
        </w:rPr>
        <w:t xml:space="preserve">[1:04:14] </w:t>
      </w:r>
      <w:r>
        <w:t>reaction somewhat checks the other person in continuing his misuse of freedom." دیکھیے، یہ یہ</w:t>
      </w:r>
    </w:p>
    <w:p>
      <w:pPr>
        <w:jc w:val="right"/>
      </w:pPr>
      <w:r>
        <w:t>ری ایکشن سم واٹ چیکس دی ادر پرسن ان کنٹینیونگ ہز مس یوز آف فریڈم۔" دیکھیے، یہ یہ</w:t>
      </w:r>
    </w:p>
    <w:p>
      <w:r>
        <w:rPr>
          <w:b/>
        </w:rPr>
        <w:t xml:space="preserve">[1:04:22] </w:t>
      </w:r>
      <w:r>
        <w:t>formula bilkul galat hai.</w:t>
      </w:r>
    </w:p>
    <w:p>
      <w:pPr>
        <w:jc w:val="right"/>
      </w:pPr>
      <w:r>
        <w:t>فارمولا بالکل غلط ہے۔</w:t>
      </w:r>
    </w:p>
    <w:p>
      <w:r>
        <w:rPr>
          <w:b/>
        </w:rPr>
        <w:t xml:space="preserve">[1:04:23] </w:t>
      </w:r>
      <w:r>
        <w:t>dekhiye, jab creator ne logon ko freedom diya hai, to khud creator ne is ko yeh bhi freedom</w:t>
      </w:r>
    </w:p>
    <w:p>
      <w:pPr>
        <w:jc w:val="right"/>
      </w:pPr>
      <w:r>
        <w:t>دیکھیے، جب کریٹر نے لوگوں کو فریڈم دیا ہے، تو خود کریٹر نے اس کو یہ بھی فریڈم</w:t>
      </w:r>
    </w:p>
    <w:p>
      <w:r>
        <w:rPr>
          <w:b/>
        </w:rPr>
        <w:t xml:space="preserve">[1:04:31] </w:t>
      </w:r>
      <w:r>
        <w:t>diya hai ke woh mis, us ko misuse kare.</w:t>
      </w:r>
    </w:p>
    <w:p>
      <w:pPr>
        <w:jc w:val="right"/>
      </w:pPr>
      <w:r>
        <w:t>دیا ہے کہ وہ مس، اس کو مس یوز کرے۔</w:t>
      </w:r>
    </w:p>
    <w:p>
      <w:r>
        <w:rPr>
          <w:b/>
        </w:rPr>
        <w:t xml:space="preserve">[1:04:35] </w:t>
      </w:r>
      <w:r>
        <w:t>یعنی misuse of freedom is also his right.</w:t>
      </w:r>
    </w:p>
    <w:p>
      <w:pPr>
        <w:jc w:val="right"/>
      </w:pPr>
      <w:r>
        <w:t>یعنی مس یوز آف فریڈم از السو ہز رائٹ۔</w:t>
      </w:r>
    </w:p>
    <w:p>
      <w:r>
        <w:rPr>
          <w:b/>
        </w:rPr>
        <w:t xml:space="preserve">[1:04:39] </w:t>
      </w:r>
      <w:r>
        <w:t>achha, aap is ko abolish kar nahin sakte.</w:t>
      </w:r>
    </w:p>
    <w:p>
      <w:pPr>
        <w:jc w:val="right"/>
      </w:pPr>
      <w:r>
        <w:t>اچھا، آپ اس کو ابولائز کر نہیں سکتے۔</w:t>
      </w:r>
    </w:p>
    <w:p>
      <w:r>
        <w:rPr>
          <w:b/>
        </w:rPr>
        <w:t xml:space="preserve">[1:04:43] </w:t>
      </w:r>
      <w:r>
        <w:t>jo khuda ne de rakha hai, jo creator ne de rakha hai, us ko aap kaise abolize karen</w:t>
      </w:r>
    </w:p>
    <w:p>
      <w:pPr>
        <w:jc w:val="right"/>
      </w:pPr>
      <w:r>
        <w:t>جو خدا نے دے رکھا ہے، جو کریٹر نے دے رکھا ہے، اس کو آپ کیسے ابولائز کریں</w:t>
      </w:r>
    </w:p>
    <w:p>
      <w:r>
        <w:rPr>
          <w:b/>
        </w:rPr>
        <w:t xml:space="preserve">[1:04:50] </w:t>
      </w:r>
      <w:r>
        <w:t>ge? yani jab freedom us ko mila hua hai, to misuse of freedom bhi us ko mila</w:t>
      </w:r>
    </w:p>
    <w:p>
      <w:pPr>
        <w:jc w:val="right"/>
      </w:pPr>
      <w:r>
        <w:t>گے؟ یعنی جب فریڈم اس کو ملا ہوا ہے، تو مس یوز آف فریڈم بھی اس کو ملا</w:t>
      </w:r>
    </w:p>
    <w:p>
      <w:r>
        <w:rPr>
          <w:b/>
        </w:rPr>
        <w:t xml:space="preserve">[1:04:58] </w:t>
      </w:r>
      <w:r>
        <w:t>hua hai.</w:t>
      </w:r>
    </w:p>
    <w:p>
      <w:pPr>
        <w:jc w:val="right"/>
      </w:pPr>
      <w:r>
        <w:t>ہوا ہے۔</w:t>
      </w:r>
    </w:p>
    <w:p>
      <w:r>
        <w:rPr>
          <w:b/>
        </w:rPr>
        <w:t xml:space="preserve">[1:04:59] </w:t>
      </w:r>
      <w:r>
        <w:t>us ke is right ko aap chheen nahin sakte.</w:t>
      </w:r>
    </w:p>
    <w:p>
      <w:pPr>
        <w:jc w:val="right"/>
      </w:pPr>
      <w:r>
        <w:t>اس کے اس رائٹ کو آپ چھین نہیں سکتے۔</w:t>
      </w:r>
    </w:p>
    <w:p>
      <w:r>
        <w:rPr>
          <w:b/>
        </w:rPr>
        <w:t xml:space="preserve">[1:05:03] </w:t>
      </w:r>
      <w:r>
        <w:t>is liye yeh kehna ke misuse of freedom log na karen, yeh galat demand hai.</w:t>
      </w:r>
    </w:p>
    <w:p>
      <w:pPr>
        <w:jc w:val="right"/>
      </w:pPr>
      <w:r>
        <w:t>اس لیے یہ کہنا کہ مس یوز آف فریڈم لوگ نہ کریں، یہ غلط ڈیمانڈ ہے۔</w:t>
      </w:r>
    </w:p>
    <w:p>
      <w:r>
        <w:rPr>
          <w:b/>
        </w:rPr>
        <w:t xml:space="preserve">[1:05:10] </w:t>
      </w:r>
      <w:r>
        <w:t>aap sirf yeh kar sakte hain ke koi violence na karen.</w:t>
      </w:r>
    </w:p>
    <w:p>
      <w:pPr>
        <w:jc w:val="right"/>
      </w:pPr>
      <w:r>
        <w:t>آپ صرف یہ کر سکتے ہیں کہ کوئی وائیلنس نہ کرے۔</w:t>
      </w:r>
    </w:p>
    <w:p>
      <w:r>
        <w:rPr>
          <w:b/>
        </w:rPr>
        <w:t xml:space="preserve">[1:05:15] </w:t>
      </w:r>
      <w:r>
        <w:t>yeh bahut badi baat hai, jis ko musalman jante hi nahin.</w:t>
      </w:r>
    </w:p>
    <w:p>
      <w:pPr>
        <w:jc w:val="right"/>
      </w:pPr>
      <w:r>
        <w:t>یہ بہت بڑی بات ہے، جس کو مسلمان جانتے ہی نہیں۔</w:t>
      </w:r>
    </w:p>
    <w:p>
      <w:r>
        <w:rPr>
          <w:b/>
        </w:rPr>
        <w:t xml:space="preserve">[1:05:20] </w:t>
      </w:r>
      <w:r>
        <w:t>sari duniya ke musalman is se bekhabar hain ke hum misuse of freedom ko rok nahin</w:t>
      </w:r>
    </w:p>
    <w:p>
      <w:pPr>
        <w:jc w:val="right"/>
      </w:pPr>
      <w:r>
        <w:t>ساری دنیا کے مسلمان اس سے بے خبر ہیں کہ ہم مس یوز آف فریڈم کو روک نہیں</w:t>
      </w:r>
    </w:p>
    <w:p>
      <w:r>
        <w:rPr>
          <w:b/>
        </w:rPr>
        <w:t xml:space="preserve">[1:05:27] </w:t>
      </w:r>
      <w:r>
        <w:t>kar sakte, rok nahin laga sakte.</w:t>
      </w:r>
    </w:p>
    <w:p>
      <w:pPr>
        <w:jc w:val="right"/>
      </w:pPr>
      <w:r>
        <w:t>کر سکتے، روک نہیں لگا سکتے۔</w:t>
      </w:r>
    </w:p>
    <w:p>
      <w:r>
        <w:rPr>
          <w:b/>
        </w:rPr>
        <w:t xml:space="preserve">[1:05:30] </w:t>
      </w:r>
      <w:r>
        <w:t>hum rok laga sakte hain violence par.</w:t>
      </w:r>
    </w:p>
    <w:p>
      <w:pPr>
        <w:jc w:val="right"/>
      </w:pPr>
      <w:r>
        <w:t>ہم روک لگا سکتے ہیں وائیلنس پر۔</w:t>
      </w:r>
    </w:p>
    <w:p>
      <w:r>
        <w:rPr>
          <w:b/>
        </w:rPr>
        <w:t xml:space="preserve">[1:05:33] </w:t>
      </w:r>
      <w:r>
        <w:t>There are two things very different to each other.</w:t>
      </w:r>
    </w:p>
    <w:p>
      <w:pPr>
        <w:jc w:val="right"/>
      </w:pPr>
      <w:r>
        <w:t>دیر آر ٹو تھنگ ویری ڈفرنٹ ٹو ایچ ادر۔</w:t>
      </w:r>
    </w:p>
    <w:p>
      <w:r>
        <w:rPr>
          <w:b/>
        </w:rPr>
        <w:t xml:space="preserve">[1:05:37] </w:t>
      </w:r>
      <w:r>
        <w:t>You cannot stop violence, but you cannot not stop freedom of expression, misuse of freedom.</w:t>
      </w:r>
    </w:p>
    <w:p>
      <w:pPr>
        <w:jc w:val="right"/>
      </w:pPr>
      <w:r>
        <w:t>یو کینٹ سٹاپ وائیلنس، بٹ یو کینٹ ناٹ سٹاپ فریڈم آف ایکسپریشن، مس یوز آف فریڈم۔</w:t>
      </w:r>
    </w:p>
    <w:p>
      <w:r>
        <w:rPr>
          <w:b/>
        </w:rPr>
        <w:t xml:space="preserve">[1:05:44] </w:t>
      </w:r>
      <w:r>
        <w:t>تو یہ، یہ، یہ is going beyond your capacity.</w:t>
      </w:r>
    </w:p>
    <w:p>
      <w:pPr>
        <w:jc w:val="right"/>
      </w:pPr>
      <w:r>
        <w:t>تو یہ، یہ، یہ از گوئنگ بینڈ یور کپیسٹی۔</w:t>
      </w:r>
    </w:p>
    <w:p>
      <w:r>
        <w:rPr>
          <w:b/>
        </w:rPr>
        <w:t xml:space="preserve">[1:05:47] </w:t>
      </w:r>
      <w:r>
        <w:t>misuse of freedom کو اگر آپ روکنا چاہیں تو that is going, going beyond your capacity, کیونکہ</w:t>
      </w:r>
    </w:p>
    <w:p>
      <w:pPr>
        <w:jc w:val="right"/>
      </w:pPr>
      <w:r>
        <w:t>مس یوز آف فریڈم کو اگر آپ روکنا چاہیں تو دیٹ از گوئنگ، گوئنگ بینڈ یور کپیسٹی، کیونکہ</w:t>
      </w:r>
    </w:p>
    <w:p>
      <w:r>
        <w:rPr>
          <w:b/>
        </w:rPr>
        <w:t xml:space="preserve">[1:05:55] </w:t>
      </w:r>
      <w:r>
        <w:t>wo to creator ka domain aa gaya.</w:t>
      </w:r>
    </w:p>
    <w:p>
      <w:pPr>
        <w:jc w:val="right"/>
      </w:pPr>
      <w:r>
        <w:t>وہ تو کریٹر کا ڈومین آ گیا۔</w:t>
      </w:r>
    </w:p>
    <w:p>
      <w:r>
        <w:rPr>
          <w:b/>
        </w:rPr>
        <w:t xml:space="preserve">[1:05:58] </w:t>
      </w:r>
      <w:r>
        <w:t>اگر آپ misuse of freedom کو روکنا چاہیں تو then you are entering the domain of creator.</w:t>
      </w:r>
    </w:p>
    <w:p>
      <w:pPr>
        <w:jc w:val="right"/>
      </w:pPr>
      <w:r>
        <w:t>اگر آپ مس یوز آف فریڈم کو روکنا چاہیں تو دین یو آر انٹرنگ دا ڈومین آف کریٹر۔</w:t>
      </w:r>
    </w:p>
    <w:p>
      <w:r>
        <w:rPr>
          <w:b/>
        </w:rPr>
        <w:t xml:space="preserve">[1:06:06] </w:t>
      </w:r>
      <w:r>
        <w:t>us ko musalman, mujhe bahut hi ajeeb baat hai ke musalman jante hi nahin is baat ko ke</w:t>
      </w:r>
    </w:p>
    <w:p>
      <w:pPr>
        <w:jc w:val="right"/>
      </w:pPr>
      <w:r>
        <w:t>اس کو مسلمان، مجھے بہت ہی عجیب بات ہے کہ مسلمان جانتے ہی نہیں اس بات کو کہ</w:t>
      </w:r>
    </w:p>
    <w:p>
      <w:r>
        <w:rPr>
          <w:b/>
        </w:rPr>
        <w:t xml:space="preserve">[1:06:14] </w:t>
      </w:r>
      <w:r>
        <w:t>hum rok, rokne ki baat kar sakte hain.</w:t>
      </w:r>
    </w:p>
    <w:p>
      <w:pPr>
        <w:jc w:val="right"/>
      </w:pPr>
      <w:r>
        <w:t>ہم روک، روکنے کی بات کر سکتے ہیں۔</w:t>
      </w:r>
    </w:p>
    <w:p>
      <w:r>
        <w:rPr>
          <w:b/>
        </w:rPr>
        <w:t xml:space="preserve">[1:06:17] </w:t>
      </w:r>
      <w:r>
        <w:t>violence ko misuse of freedom ko rokne ki baat kar nahin sakte.</w:t>
      </w:r>
    </w:p>
    <w:p>
      <w:pPr>
        <w:jc w:val="right"/>
      </w:pPr>
      <w:r>
        <w:t>وائیلنس کو مس یوز آف فریڈم کو روکنے کی بات کر نہیں سکتے۔</w:t>
      </w:r>
    </w:p>
    <w:p>
      <w:r>
        <w:rPr>
          <w:b/>
        </w:rPr>
        <w:t xml:space="preserve">[1:06:23] </w:t>
      </w:r>
      <w:r>
        <w:t>You have no right to speak this language.</w:t>
      </w:r>
    </w:p>
    <w:p>
      <w:pPr>
        <w:jc w:val="right"/>
      </w:pPr>
      <w:r>
        <w:t>ویو نو رائٹ ٹو سپیک دس لینگویج۔</w:t>
      </w:r>
    </w:p>
    <w:p>
      <w:r>
        <w:rPr>
          <w:b/>
        </w:rPr>
        <w:t xml:space="preserve">[1:06:26] </w:t>
      </w:r>
      <w:r>
        <w:t>I am saying that freedom is everyone's right.</w:t>
      </w:r>
    </w:p>
    <w:p>
      <w:pPr>
        <w:jc w:val="right"/>
      </w:pPr>
      <w:r>
        <w:t>ائی ایم سینگ دیٹ فریڈم از ایوری ونز رائٹ۔</w:t>
      </w:r>
    </w:p>
    <w:p>
      <w:r>
        <w:rPr>
          <w:b/>
        </w:rPr>
        <w:t xml:space="preserve">[1:06:29] </w:t>
      </w:r>
      <w:r>
        <w:t>Freedom is everyone's right, absolute right.</w:t>
      </w:r>
    </w:p>
    <w:p>
      <w:pPr>
        <w:jc w:val="right"/>
      </w:pPr>
      <w:r>
        <w:t>فریڈم از ایوری ونز رائٹ، ایبسولیوٹ رائٹ۔</w:t>
      </w:r>
    </w:p>
    <w:p>
      <w:r>
        <w:rPr>
          <w:b/>
        </w:rPr>
        <w:t xml:space="preserve">[1:06:32] </w:t>
      </w:r>
      <w:r>
        <w:t>When he enjoyed freedom, he also enjoyed the freedom to misuse his freedom.</w:t>
      </w:r>
    </w:p>
    <w:p>
      <w:pPr>
        <w:jc w:val="right"/>
      </w:pPr>
      <w:r>
        <w:t>وین ہی انجوائے فریڈم، ہی السو انجوائے دا فریڈم ٹو مس یوز ہز فریڈم۔</w:t>
      </w:r>
    </w:p>
    <w:p>
      <w:r>
        <w:rPr>
          <w:b/>
        </w:rPr>
        <w:t xml:space="preserve">[1:06:38] </w:t>
      </w:r>
      <w:r>
        <w:t>Misuse of freedom is also his right.</w:t>
      </w:r>
    </w:p>
    <w:p>
      <w:pPr>
        <w:jc w:val="right"/>
      </w:pPr>
      <w:r>
        <w:t>مس یوز آف فریڈم از السو ہز رائٹ۔</w:t>
      </w:r>
    </w:p>
    <w:p>
      <w:r>
        <w:rPr>
          <w:b/>
        </w:rPr>
        <w:t xml:space="preserve">[1:06:42] </w:t>
      </w:r>
      <w:r>
        <w:t>So you cannot demand to abolish the misuse of freedom.</w:t>
      </w:r>
    </w:p>
    <w:p>
      <w:pPr>
        <w:jc w:val="right"/>
      </w:pPr>
      <w:r>
        <w:t>سو یو کینٹ ناٹ ڈیمانڈ ٹو ٹو ابولائز دا مس یوز آف فریڈم۔</w:t>
      </w:r>
    </w:p>
    <w:p>
      <w:r>
        <w:rPr>
          <w:b/>
        </w:rPr>
        <w:t xml:space="preserve">[1:06:47] </w:t>
      </w:r>
      <w:r>
        <w:t>that is an unnatural demand.</w:t>
      </w:r>
    </w:p>
    <w:p>
      <w:pPr>
        <w:jc w:val="right"/>
      </w:pPr>
      <w:r>
        <w:t>دیٹ از ان نیچرل ڈیمانڈ۔</w:t>
      </w:r>
    </w:p>
    <w:p>
      <w:r>
        <w:rPr>
          <w:b/>
        </w:rPr>
        <w:t xml:space="preserve">[1:06:50] </w:t>
      </w:r>
      <w:r>
        <w:t>You cannot say that one cannot not use violence, because violence is creates law of law of order</w:t>
      </w:r>
    </w:p>
    <w:p>
      <w:pPr>
        <w:jc w:val="right"/>
      </w:pPr>
      <w:r>
        <w:t>یو کینٹ سے دیٹ ون کینٹ ناٹ یوز وائیلنس، بیکاز وائیلنس از کریٹس لا آف لا آف آرڈر</w:t>
      </w:r>
    </w:p>
    <w:p>
      <w:r>
        <w:rPr>
          <w:b/>
        </w:rPr>
        <w:t xml:space="preserve">[1:06:57] </w:t>
      </w:r>
      <w:r>
        <w:t>problem.</w:t>
      </w:r>
    </w:p>
    <w:p>
      <w:pPr>
        <w:jc w:val="right"/>
      </w:pPr>
      <w:r>
        <w:t>پرابلم۔</w:t>
      </w:r>
    </w:p>
    <w:p>
      <w:r>
        <w:rPr>
          <w:b/>
        </w:rPr>
        <w:t xml:space="preserve">[1:06:59] </w:t>
      </w:r>
      <w:r>
        <w:t>jab koi violence karta hai to wo ek social crime hota hai.</w:t>
      </w:r>
    </w:p>
    <w:p>
      <w:pPr>
        <w:jc w:val="right"/>
      </w:pPr>
      <w:r>
        <w:t>جب کوئی وائیلنس کرتا ہے تو وہ ایک سوشل کرائم ہوتا ہے۔</w:t>
      </w:r>
    </w:p>
    <w:p>
      <w:r>
        <w:rPr>
          <w:b/>
        </w:rPr>
        <w:t xml:space="preserve">[1:07:04] </w:t>
      </w:r>
      <w:r>
        <w:t>violence jo hai, social crime hai.</w:t>
      </w:r>
    </w:p>
    <w:p>
      <w:pPr>
        <w:jc w:val="right"/>
      </w:pPr>
      <w:r>
        <w:t>وائیلنس جو ہے، سوشل کرائم ہے۔</w:t>
      </w:r>
    </w:p>
    <w:p>
      <w:r>
        <w:rPr>
          <w:b/>
        </w:rPr>
        <w:t xml:space="preserve">[1:07:07] </w:t>
      </w:r>
      <w:r>
        <w:t>violence ka ta'alluq yani azadi se nahin hai, wo social crime se hai.</w:t>
      </w:r>
    </w:p>
    <w:p>
      <w:pPr>
        <w:jc w:val="right"/>
      </w:pPr>
      <w:r>
        <w:t>وائیلنس کا تعلق یعنی آزادی سے نہیں ہے، وہ سوشل کرائم سے ہے۔</w:t>
      </w:r>
    </w:p>
    <w:p>
      <w:r>
        <w:rPr>
          <w:b/>
        </w:rPr>
        <w:t xml:space="preserve">[1:07:12] </w:t>
      </w:r>
      <w:r>
        <w:t>aur to social crime jo hai, wo subject of administration hai.</w:t>
      </w:r>
    </w:p>
    <w:p>
      <w:pPr>
        <w:jc w:val="right"/>
      </w:pPr>
      <w:r>
        <w:t>اور تو سوشل کرائم جو ہے، وہ سبجیکٹ آف آف ایڈمنسٹریشن ہے۔</w:t>
      </w:r>
    </w:p>
    <w:p>
      <w:r>
        <w:rPr>
          <w:b/>
        </w:rPr>
        <w:t xml:space="preserve">[1:07:17] </w:t>
      </w:r>
      <w:r>
        <w:t>Maulana, you are saying that when we talk about freedom, then freedom means freedom is in the absolute</w:t>
      </w:r>
    </w:p>
    <w:p>
      <w:pPr>
        <w:jc w:val="right"/>
      </w:pPr>
      <w:r>
        <w:t>مولانا، یو آر سینگ دیٹ وین وی ٹاک اباؤٹ فریڈم، دین فریڈم مینز فریڈم از ان دی ایبسولیوٹ</w:t>
      </w:r>
    </w:p>
    <w:p>
      <w:r>
        <w:rPr>
          <w:b/>
        </w:rPr>
        <w:t xml:space="preserve">[1:07:25] </w:t>
      </w:r>
      <w:r>
        <w:t>sense.</w:t>
      </w:r>
    </w:p>
    <w:p>
      <w:pPr>
        <w:jc w:val="right"/>
      </w:pPr>
      <w:r>
        <w:t>سینس۔</w:t>
      </w:r>
    </w:p>
    <w:p>
      <w:r>
        <w:rPr>
          <w:b/>
        </w:rPr>
        <w:t xml:space="preserve">[1:07:26] </w:t>
      </w:r>
      <w:r>
        <w:t>You cannot put condition to freedom.</w:t>
      </w:r>
    </w:p>
    <w:p>
      <w:pPr>
        <w:jc w:val="right"/>
      </w:pPr>
      <w:r>
        <w:t>یو کینٹ ناٹ پٹ کنڈیشن ٹو فریڈم۔</w:t>
      </w:r>
    </w:p>
    <w:p>
      <w:r>
        <w:rPr>
          <w:b/>
        </w:rPr>
        <w:t xml:space="preserve">[1:07:29] </w:t>
      </w:r>
      <w:r>
        <w:t>So if somebody uses his or her freedom, then that person is also entitled to misuse</w:t>
      </w:r>
    </w:p>
    <w:p>
      <w:pPr>
        <w:jc w:val="right"/>
      </w:pPr>
      <w:r>
        <w:t>سو اف سم بڈی یوزز ہز اور ہر فریڈم، دین دیٹ پرسن از السو انٹائٹل ٹو مس یوز</w:t>
      </w:r>
    </w:p>
    <w:p>
      <w:r>
        <w:rPr>
          <w:b/>
        </w:rPr>
        <w:t xml:space="preserve">[1:07:37] </w:t>
      </w:r>
      <w:r>
        <w:t>his or her freedom.</w:t>
      </w:r>
    </w:p>
    <w:p>
      <w:pPr>
        <w:jc w:val="right"/>
      </w:pPr>
      <w:r>
        <w:t>ہز اور ہر فریڈم۔</w:t>
      </w:r>
    </w:p>
    <w:p>
      <w:r>
        <w:rPr>
          <w:b/>
        </w:rPr>
        <w:t xml:space="preserve">[1:07:39] </w:t>
      </w:r>
      <w:r>
        <w:t>you can't not put any conditions.</w:t>
      </w:r>
    </w:p>
    <w:p>
      <w:pPr>
        <w:jc w:val="right"/>
      </w:pPr>
      <w:r>
        <w:t>یو کینٹ ناٹ پٹ اینی کنڈیشنز۔</w:t>
      </w:r>
    </w:p>
    <w:p>
      <w:r>
        <w:rPr>
          <w:b/>
        </w:rPr>
        <w:t xml:space="preserve">[1:07:41] </w:t>
      </w:r>
      <w:r>
        <w:t>and when we talk about violence, it is more to do with the social life, for which there</w:t>
      </w:r>
    </w:p>
    <w:p>
      <w:pPr>
        <w:jc w:val="right"/>
      </w:pPr>
      <w:r>
        <w:t>اینڈ وین وی ٹاک اباؤٹ وائیلنس، اٹ از مور ٹو ڈو ود دا سوشل لائف، فار وچ دیر</w:t>
      </w:r>
    </w:p>
    <w:p>
      <w:r>
        <w:rPr>
          <w:b/>
        </w:rPr>
        <w:t xml:space="preserve">[1:07:49] </w:t>
      </w:r>
      <w:r>
        <w:t>is a law of the land, which can take care of it.</w:t>
      </w:r>
    </w:p>
    <w:p>
      <w:pPr>
        <w:jc w:val="right"/>
      </w:pPr>
      <w:r>
        <w:t>از ا لا آف دا لینڈ، وچ کین ٹیک کیئر آف اٹ۔</w:t>
      </w:r>
    </w:p>
    <w:p>
      <w:r>
        <w:rPr>
          <w:b/>
        </w:rPr>
        <w:t xml:space="preserve">[1:07:54] </w:t>
      </w:r>
      <w:r>
        <w:t>So freedom in the absolute sense has to be understood.</w:t>
      </w:r>
    </w:p>
    <w:p>
      <w:pPr>
        <w:jc w:val="right"/>
      </w:pPr>
      <w:r>
        <w:t>سو فریڈم ان دی ایبسولیوٹ سینس ہیز ٹو بی انڈرسٹڈ۔</w:t>
      </w:r>
    </w:p>
    <w:p>
      <w:r>
        <w:rPr>
          <w:b/>
        </w:rPr>
        <w:t xml:space="preserve">[1:07:59] </w:t>
      </w:r>
      <w:r>
        <w:t>jaise hi aap violence karein to woh freedom ka masla nahi rehta, issue nahi rehta.</w:t>
      </w:r>
    </w:p>
    <w:p>
      <w:pPr>
        <w:jc w:val="right"/>
      </w:pPr>
      <w:r>
        <w:t>جیسے ہی آپ وائیلنس کریں تو وہ فریڈم کا مسئلہ نہیں رہتا، ایشو نہیں رہتا۔</w:t>
      </w:r>
    </w:p>
    <w:p>
      <w:r>
        <w:rPr>
          <w:b/>
        </w:rPr>
        <w:t xml:space="preserve">[1:08:05] </w:t>
      </w:r>
      <w:r>
        <w:t>woh issue ban jata hai social crime council.</w:t>
      </w:r>
    </w:p>
    <w:p>
      <w:pPr>
        <w:jc w:val="right"/>
      </w:pPr>
      <w:r>
        <w:t>وہ ایشو بن جاتا ہے سوشل کرائم کونسل۔</w:t>
      </w:r>
    </w:p>
    <w:p>
      <w:r>
        <w:rPr>
          <w:b/>
        </w:rPr>
        <w:t xml:space="preserve">[1:08:08] </w:t>
      </w:r>
      <w:r>
        <w:t>jab aap violence karte hain to woh freedom ka issue nahi rehta, woh social crime ka issue ban</w:t>
      </w:r>
    </w:p>
    <w:p>
      <w:pPr>
        <w:jc w:val="right"/>
      </w:pPr>
      <w:r>
        <w:t>جب آپ وائیلنس کرتے ہیں تو وہ فریڈم کا ایشو نہیں رہتا، وہ سوشل کرائم کا ایشو بن</w:t>
      </w:r>
    </w:p>
    <w:p>
      <w:r>
        <w:rPr>
          <w:b/>
        </w:rPr>
        <w:t xml:space="preserve">[1:08:16] </w:t>
      </w:r>
      <w:r>
        <w:t>jata hai.</w:t>
      </w:r>
    </w:p>
    <w:p>
      <w:pPr>
        <w:jc w:val="right"/>
      </w:pPr>
      <w:r>
        <w:t>جاتا ہے۔</w:t>
      </w:r>
    </w:p>
    <w:p>
      <w:r>
        <w:rPr>
          <w:b/>
        </w:rPr>
        <w:t xml:space="preserve">[1:08:18] </w:t>
      </w:r>
      <w:r>
        <w:t>to wahan par government jo hogi, jo administration hoga, woh is ko rok lagaye ga.</w:t>
      </w:r>
    </w:p>
    <w:p>
      <w:pPr>
        <w:jc w:val="right"/>
      </w:pPr>
      <w:r>
        <w:t>تو وہاں پر گورنمنٹ جو ہوگی، جو ایڈمنسٹریشن ہوگا، وہ اس کو روک لگائے گا۔</w:t>
      </w:r>
    </w:p>
    <w:p>
      <w:r>
        <w:rPr>
          <w:b/>
        </w:rPr>
        <w:t xml:space="preserve">[1:08:24] </w:t>
      </w:r>
      <w:r>
        <w:t>مولانا، اگلا سوال کیا ہے اسد صاحب نے بہار سے، اور انہوں نے لکھا ہے کہ: "مولانا، why</w:t>
      </w:r>
    </w:p>
    <w:p>
      <w:pPr>
        <w:jc w:val="right"/>
      </w:pPr>
      <w:r>
        <w:t>مولانا، اگلا سوال کیا ہے اسد صاحب نے بہار سے، اور انہوں نے لکھا ہے کہ: "مولانا، وائی</w:t>
      </w:r>
    </w:p>
    <w:p>
      <w:r>
        <w:rPr>
          <w:b/>
        </w:rPr>
        <w:t xml:space="preserve">[1:08:32] </w:t>
      </w:r>
      <w:r>
        <w:t>There is no democracy in the Arab world? In your opinion, can true democracy ever be expected in</w:t>
      </w:r>
    </w:p>
    <w:p>
      <w:pPr>
        <w:jc w:val="right"/>
      </w:pPr>
      <w:r>
        <w:t>دیر از نو ڈیموکریسی ان دی عرب ورلڈ؟ ان یور اوپینین، کین ٹرو ڈیموکریسی ایور بی ایکسپیکٹڈ ان</w:t>
      </w:r>
    </w:p>
    <w:p>
      <w:r>
        <w:rPr>
          <w:b/>
        </w:rPr>
        <w:t xml:space="preserve">[1:08:40] </w:t>
      </w:r>
      <w:r>
        <w:t>the arab aur muslim world? bhai, bhai, dictate, bhai, dictate to nahi kar sakta.</w:t>
      </w:r>
    </w:p>
    <w:p>
      <w:pPr>
        <w:jc w:val="right"/>
      </w:pPr>
      <w:r>
        <w:t>دی عرب اور مسلم ورلڈ؟" بھائی، بھائی، ڈکٹیٹ، بھائی، ڈکٹیٹ تو نہیں کر سکتا۔</w:t>
      </w:r>
    </w:p>
    <w:p>
      <w:r>
        <w:rPr>
          <w:b/>
        </w:rPr>
        <w:t xml:space="preserve">[1:08:46] </w:t>
      </w:r>
      <w:r>
        <w:t>woh un ka choice hai.</w:t>
      </w:r>
    </w:p>
    <w:p>
      <w:pPr>
        <w:jc w:val="right"/>
      </w:pPr>
      <w:r>
        <w:t>وہ ان کا چوائس ہے۔</w:t>
      </w:r>
    </w:p>
    <w:p>
      <w:r>
        <w:rPr>
          <w:b/>
        </w:rPr>
        <w:t xml:space="preserve">[1:08:48] </w:t>
      </w:r>
      <w:r>
        <w:t>woh democracy ko lein ya dynasty ko lein, un ka apna choice hai.</w:t>
      </w:r>
    </w:p>
    <w:p>
      <w:pPr>
        <w:jc w:val="right"/>
      </w:pPr>
      <w:r>
        <w:t>وہ ڈیموکریسی کو لیں یا ڈائنسٹی کو لیں، ان کا اپنا چوائس ہے۔</w:t>
      </w:r>
    </w:p>
    <w:p>
      <w:r>
        <w:rPr>
          <w:b/>
        </w:rPr>
        <w:t xml:space="preserve">[1:08:53] </w:t>
      </w:r>
      <w:r>
        <w:t>hum, hamara choice yeh nahi hai.</w:t>
      </w:r>
    </w:p>
    <w:p>
      <w:pPr>
        <w:jc w:val="right"/>
      </w:pPr>
      <w:r>
        <w:t>ہم، ہمارا چوائس یہ نہیں ہے۔</w:t>
      </w:r>
    </w:p>
    <w:p>
      <w:r>
        <w:rPr>
          <w:b/>
        </w:rPr>
        <w:t xml:space="preserve">[1:08:56] </w:t>
      </w:r>
      <w:r>
        <w:t>albata agar woh violence karein to hum wahan un ko kahein ge ke woh violence karne ka right</w:t>
      </w:r>
    </w:p>
    <w:p>
      <w:pPr>
        <w:jc w:val="right"/>
      </w:pPr>
      <w:r>
        <w:t>البتہ اگر وہ وائیلنس کریں تو ہم وہاں ان کو کہیں گے کہ وہ وائیلنس کرنے کا رائٹ</w:t>
      </w:r>
    </w:p>
    <w:p>
      <w:r>
        <w:rPr>
          <w:b/>
        </w:rPr>
        <w:t xml:space="preserve">[1:09:04] </w:t>
      </w:r>
      <w:r>
        <w:t>un ko nahi hai.</w:t>
      </w:r>
    </w:p>
    <w:p>
      <w:pPr>
        <w:jc w:val="right"/>
      </w:pPr>
      <w:r>
        <w:t>ان کو نہیں ہے۔</w:t>
      </w:r>
    </w:p>
    <w:p>
      <w:r>
        <w:rPr>
          <w:b/>
        </w:rPr>
        <w:t xml:space="preserve">[1:09:05] </w:t>
      </w:r>
      <w:r>
        <w:t>democracy aur dynasty dono un ka apna choice hai.</w:t>
      </w:r>
    </w:p>
    <w:p>
      <w:pPr>
        <w:jc w:val="right"/>
      </w:pPr>
      <w:r>
        <w:t>ڈیموکریسی اور ڈائنسٹی دونوں ان کا اپنا چوائس ہے۔</w:t>
      </w:r>
    </w:p>
    <w:p>
      <w:r>
        <w:rPr>
          <w:b/>
        </w:rPr>
        <w:t xml:space="preserve">[1:09:09] </w:t>
      </w:r>
      <w:r>
        <w:t>hum dictate nahi kar sakte un ko.</w:t>
      </w:r>
    </w:p>
    <w:p>
      <w:pPr>
        <w:jc w:val="right"/>
      </w:pPr>
      <w:r>
        <w:t>ہم ڈکٹیٹ نہیں کر سکتے ان کو۔</w:t>
      </w:r>
    </w:p>
    <w:p>
      <w:r>
        <w:rPr>
          <w:b/>
        </w:rPr>
        <w:t xml:space="preserve">[1:09:12] </w:t>
      </w:r>
      <w:r>
        <w:t>albata agar violence karein ge woh to hum wahan bol sakte hain ke bhai tum apne had se</w:t>
      </w:r>
    </w:p>
    <w:p>
      <w:pPr>
        <w:jc w:val="right"/>
      </w:pPr>
      <w:r>
        <w:t>البتہ اگر وائیلنس کریں گے وہ تو ہم وہاں بول سکتے ہیں کہ بھئی تم اپنے حد سے</w:t>
      </w:r>
    </w:p>
    <w:p>
      <w:r>
        <w:rPr>
          <w:b/>
        </w:rPr>
        <w:t xml:space="preserve">[1:09:20] </w:t>
      </w:r>
      <w:r>
        <w:t>bahar ja rahe ho.</w:t>
      </w:r>
    </w:p>
    <w:p>
      <w:pPr>
        <w:jc w:val="right"/>
      </w:pPr>
      <w:r>
        <w:t>باہر جا رہے ہو۔</w:t>
      </w:r>
    </w:p>
    <w:p>
      <w:r>
        <w:rPr>
          <w:b/>
        </w:rPr>
        <w:t xml:space="preserve">[1:09:22] </w:t>
      </w:r>
      <w:r>
        <w:t>maulana, agla sawal bhopal se hai.</w:t>
      </w:r>
    </w:p>
    <w:p>
      <w:pPr>
        <w:jc w:val="right"/>
      </w:pPr>
      <w:r>
        <w:t>مولانا، اگلا سوال بھوپال سے ہے۔</w:t>
      </w:r>
    </w:p>
    <w:p>
      <w:r>
        <w:rPr>
          <w:b/>
        </w:rPr>
        <w:t xml:space="preserve">[1:09:24] </w:t>
      </w:r>
      <w:r>
        <w:t>فیروز صاحب نے کیا ہے اور انہوں نے لکھا ہے کہ: "One of the attributes of God has</w:t>
      </w:r>
    </w:p>
    <w:p>
      <w:pPr>
        <w:jc w:val="right"/>
      </w:pPr>
      <w:r>
        <w:t>فیروز صاحب نے کیا ہے اور انہوں نے لکھا ہے کہ: "ون آف دی ایٹریبیوٹ آف گاڈ ہیز</w:t>
      </w:r>
    </w:p>
    <w:p>
      <w:r>
        <w:rPr>
          <w:b/>
        </w:rPr>
        <w:t xml:space="preserve">[1:09:32] </w:t>
      </w:r>
      <w:r>
        <w:t>he mentioned that he is the most merciful.</w:t>
      </w:r>
    </w:p>
    <w:p>
      <w:pPr>
        <w:jc w:val="right"/>
      </w:pPr>
      <w:r>
        <w:t>بین مینشنڈ دیٹ ہی از دا موسٹ مرسی فل۔</w:t>
      </w:r>
    </w:p>
    <w:p>
      <w:r>
        <w:rPr>
          <w:b/>
        </w:rPr>
        <w:t xml:space="preserve">[1:09:36] </w:t>
      </w:r>
      <w:r>
        <w:t>مولانا، "Why is it then that Muslims always live in the attitude of revenge and anger?" تو بھئی،</w:t>
      </w:r>
    </w:p>
    <w:p>
      <w:pPr>
        <w:jc w:val="right"/>
      </w:pPr>
      <w:r>
        <w:t>مولانا، وائی از اٹ دین دیٹ مسلمز الویز لیو ان دی ایٹیٹیوڈ آف ریونج اینڈ اینگر؟" تو بھئی،</w:t>
      </w:r>
    </w:p>
    <w:p>
      <w:r>
        <w:rPr>
          <w:b/>
        </w:rPr>
        <w:t xml:space="preserve">[1:09:43] </w:t>
      </w:r>
      <w:r>
        <w:t>woh koi khuda ki taraf se to hi kar rahe hain.</w:t>
      </w:r>
    </w:p>
    <w:p>
      <w:pPr>
        <w:jc w:val="right"/>
      </w:pPr>
      <w:r>
        <w:t>وہ کوئی خدا کی طرف سے تو ہی کر رہے ہیں۔</w:t>
      </w:r>
    </w:p>
    <w:p>
      <w:r>
        <w:rPr>
          <w:b/>
        </w:rPr>
        <w:t xml:space="preserve">[1:09:48] </w:t>
      </w:r>
      <w:r>
        <w:t>woh apne freedom ko use kar rahe hain, apne freedom ko misuse kar rahe hain.</w:t>
      </w:r>
    </w:p>
    <w:p>
      <w:pPr>
        <w:jc w:val="right"/>
      </w:pPr>
      <w:r>
        <w:t>وہ اپنے فریڈم کو یوز کر رہے ہیں، اپنے فریڈم کو مس یوز کر رہے ہیں۔</w:t>
      </w:r>
    </w:p>
    <w:p>
      <w:r>
        <w:rPr>
          <w:b/>
        </w:rPr>
        <w:t xml:space="preserve">[1:09:55] </w:t>
      </w:r>
      <w:r>
        <w:t>musalman jab revenge karte hain to woh koi khuda ki taraf se thori karte hain, woh apni taraf</w:t>
      </w:r>
    </w:p>
    <w:p>
      <w:pPr>
        <w:jc w:val="right"/>
      </w:pPr>
      <w:r>
        <w:t>مسلمان جب ریونج کرتے ہیں تو وہ کوئی خدا کی طرف سے تھوڑی کرتے ہیں، وہ اپنی طرف</w:t>
      </w:r>
    </w:p>
    <w:p>
      <w:r>
        <w:rPr>
          <w:b/>
        </w:rPr>
        <w:t xml:space="preserve">[1:10:03] </w:t>
      </w:r>
      <w:r>
        <w:t>se karte hain.</w:t>
      </w:r>
    </w:p>
    <w:p>
      <w:pPr>
        <w:jc w:val="right"/>
      </w:pPr>
      <w:r>
        <w:t>سے کرتے ہیں۔</w:t>
      </w:r>
    </w:p>
    <w:p>
      <w:r>
        <w:rPr>
          <w:b/>
        </w:rPr>
        <w:t xml:space="preserve">[1:10:04] </w:t>
      </w:r>
      <w:r>
        <w:t>apni taraf se karte hain to is ka matlab apni freedom ko woh istemal kar rahe hain.</w:t>
      </w:r>
    </w:p>
    <w:p>
      <w:pPr>
        <w:jc w:val="right"/>
      </w:pPr>
      <w:r>
        <w:t>اپنی طرف سے کرتے ہیں تو اس کا مطلب اپنی فریڈم کو وہ استعمال کر رہے ہیں۔</w:t>
      </w:r>
    </w:p>
    <w:p>
      <w:r>
        <w:rPr>
          <w:b/>
        </w:rPr>
        <w:t xml:space="preserve">[1:10:11] </w:t>
      </w:r>
      <w:r>
        <w:t>agarche woh misuse, misuse hai, yeh to akhirat mein ja kar faisla aur hisab dunya mein</w:t>
      </w:r>
    </w:p>
    <w:p>
      <w:pPr>
        <w:jc w:val="right"/>
      </w:pPr>
      <w:r>
        <w:t>اگرچہ وہ مس یوز، مس یوز ہے، یہ تو آخرت میں جا کر فیصلہ اور حساب دنیا میں</w:t>
      </w:r>
    </w:p>
    <w:p>
      <w:r>
        <w:rPr>
          <w:b/>
        </w:rPr>
        <w:t xml:space="preserve">[1:10:19] </w:t>
      </w:r>
      <w:r>
        <w:t>nahi hoga.</w:t>
      </w:r>
    </w:p>
    <w:p>
      <w:pPr>
        <w:jc w:val="right"/>
      </w:pPr>
      <w:r>
        <w:t>نہیں ہوگا۔</w:t>
      </w:r>
    </w:p>
    <w:p>
      <w:r>
        <w:rPr>
          <w:b/>
        </w:rPr>
        <w:t xml:space="preserve">[1:10:21] </w:t>
      </w:r>
      <w:r>
        <w:t>akhirat mein har aadmi ka hisab hoga, dunya mein to us ko azadi rahe gi.</w:t>
      </w:r>
    </w:p>
    <w:p>
      <w:pPr>
        <w:jc w:val="right"/>
      </w:pPr>
      <w:r>
        <w:t>آخرت میں ہر آدمی کا حساب ہوگا، دنیا میں تو اس کو آزادی رہے گی۔</w:t>
      </w:r>
    </w:p>
    <w:p>
      <w:r>
        <w:rPr>
          <w:b/>
        </w:rPr>
        <w:t xml:space="preserve">[1:10:27] </w:t>
      </w:r>
      <w:r>
        <w:t>maulana, agla sawal mumabi se hai.</w:t>
      </w:r>
    </w:p>
    <w:p>
      <w:pPr>
        <w:jc w:val="right"/>
      </w:pPr>
      <w:r>
        <w:t>مولانا، اگلا سوال ممبئی سے ہے۔</w:t>
      </w:r>
    </w:p>
    <w:p>
      <w:r>
        <w:rPr>
          <w:b/>
        </w:rPr>
        <w:t xml:space="preserve">[1:10:30] </w:t>
      </w:r>
      <w:r>
        <w:t>فہیم صاحب نے کیا ہے اور وہ آپ سے جاننا چاہتے ہیں کہ: "How can one become a</w:t>
      </w:r>
    </w:p>
    <w:p>
      <w:pPr>
        <w:jc w:val="right"/>
      </w:pPr>
      <w:r>
        <w:t>فہیم صاحب نے کیا ہے اور وہ آپ سے جاننا چاہتے ہیں کہ: "ہاؤ کین ون بیکم ا</w:t>
      </w:r>
    </w:p>
    <w:p>
      <w:r>
        <w:rPr>
          <w:b/>
        </w:rPr>
        <w:t xml:space="preserve">[1:10:37] </w:t>
      </w:r>
      <w:r>
        <w:t>largehearted person? bara dil to hota hi hai, by nature bara dil hota hai.</w:t>
      </w:r>
    </w:p>
    <w:p>
      <w:pPr>
        <w:jc w:val="right"/>
      </w:pPr>
      <w:r>
        <w:t>لارج ہارٹڈ پرسن؟" بڑا دل تو ہوتا ہی ہے، بائے بائے نیچر بڑا دل ہوتا ہے۔</w:t>
      </w:r>
    </w:p>
    <w:p>
      <w:r>
        <w:rPr>
          <w:b/>
        </w:rPr>
        <w:t xml:space="preserve">[1:10:44] </w:t>
      </w:r>
      <w:r>
        <w:t>hum is ko kharab kar lete hain to nature ko baqi rakhiye.</w:t>
      </w:r>
    </w:p>
    <w:p>
      <w:pPr>
        <w:jc w:val="right"/>
      </w:pPr>
      <w:r>
        <w:t>ہم اس کو خراب کر لیتے ہیں تو نیچر کو باقی رکھیے۔</w:t>
      </w:r>
    </w:p>
    <w:p>
      <w:r>
        <w:rPr>
          <w:b/>
        </w:rPr>
        <w:t xml:space="preserve">[1:10:49] </w:t>
      </w:r>
      <w:r>
        <w:t>by nature har aadmi ka to bara hi dil hota hai.</w:t>
      </w:r>
    </w:p>
    <w:p>
      <w:pPr>
        <w:jc w:val="right"/>
      </w:pPr>
      <w:r>
        <w:t>بائے نیچر ہر آدمی کا تو بڑا ہی دل ہوتا ہے۔</w:t>
      </w:r>
    </w:p>
    <w:p>
      <w:r>
        <w:rPr>
          <w:b/>
        </w:rPr>
        <w:t xml:space="preserve">[1:10:54] </w:t>
      </w:r>
      <w:r>
        <w:t>aap bachon ko dekhen, chote bachon ko, sab bachon ka to bara dil hota hai.</w:t>
      </w:r>
    </w:p>
    <w:p>
      <w:pPr>
        <w:jc w:val="right"/>
      </w:pPr>
      <w:r>
        <w:t>آپ بچوں کو دیکھیں، چھوٹے بچوں کو، سب بچوں کا تو بڑا دل ہوتا ہے۔</w:t>
      </w:r>
    </w:p>
    <w:p>
      <w:r>
        <w:rPr>
          <w:b/>
        </w:rPr>
        <w:t xml:space="preserve">[1:11:01] </w:t>
      </w:r>
      <w:r>
        <w:t>yeh to yeh conditioning ki wajah se hum is ko chota kar lete hain.</w:t>
      </w:r>
    </w:p>
    <w:p>
      <w:pPr>
        <w:jc w:val="right"/>
      </w:pPr>
      <w:r>
        <w:t>یہ تو یہ کنڈیشننگ کی وجہ سے ہم اس کو چھوٹا کر لیتے ہیں۔</w:t>
      </w:r>
    </w:p>
    <w:p>
      <w:r>
        <w:rPr>
          <w:b/>
        </w:rPr>
        <w:t xml:space="preserve">[1:11:07] </w:t>
      </w:r>
      <w:r>
        <w:t>to apni conditioning ko decondition kijiye.</w:t>
      </w:r>
    </w:p>
    <w:p>
      <w:pPr>
        <w:jc w:val="right"/>
      </w:pPr>
      <w:r>
        <w:t>تو اپنی کنڈیشننگ کو ڈی کنڈیشن کیجئے۔</w:t>
      </w:r>
    </w:p>
    <w:p>
      <w:r>
        <w:rPr>
          <w:b/>
        </w:rPr>
        <w:t xml:space="preserve">[1:11:10] </w:t>
      </w:r>
      <w:r>
        <w:t>by nature to aap har aadmi bara dil wala hai.</w:t>
      </w:r>
    </w:p>
    <w:p>
      <w:pPr>
        <w:jc w:val="right"/>
      </w:pPr>
      <w:r>
        <w:t>بائے نیچر تو آپ ہر آدمی بڑا دل والا ہے۔</w:t>
      </w:r>
    </w:p>
    <w:p>
      <w:r>
        <w:rPr>
          <w:b/>
        </w:rPr>
        <w:t xml:space="preserve">[1:11:14] </w:t>
      </w:r>
      <w:r>
        <w:t>to to problem yeh nahi hai ke creation mein koi baat hai.</w:t>
      </w:r>
    </w:p>
    <w:p>
      <w:pPr>
        <w:jc w:val="right"/>
      </w:pPr>
      <w:r>
        <w:t>تو تو پرابلم یہ نہیں ہے کہ کریشن میں کوئی بات ہے۔</w:t>
      </w:r>
    </w:p>
    <w:p>
      <w:r>
        <w:rPr>
          <w:b/>
        </w:rPr>
        <w:t xml:space="preserve">[1:11:19] </w:t>
      </w:r>
      <w:r>
        <w:t>problem yeh hai ke hum conditioning ko qabool kar rahe hain to conditioning ko todna hoga.</w:t>
      </w:r>
    </w:p>
    <w:p>
      <w:pPr>
        <w:jc w:val="right"/>
      </w:pPr>
      <w:r>
        <w:t>پرابلم یہ ہے کہ ہم کنڈیشننگ کو قبول کر رہے ہیں تو کنڈیشننگ کو توڑنا ہوگا۔</w:t>
      </w:r>
    </w:p>
    <w:p>
      <w:r>
        <w:rPr>
          <w:b/>
        </w:rPr>
        <w:t xml:space="preserve">[1:11:26] </w:t>
      </w:r>
      <w:r>
        <w:t>maulana, agla sawal miss krout len ne kiya hai srinagar se aur unhon ne likha hai ke:</w:t>
      </w:r>
    </w:p>
    <w:p>
      <w:pPr>
        <w:jc w:val="right"/>
      </w:pPr>
      <w:r>
        <w:t>مولانا، اگلا سوال مس کروت لین نے کیا ہے سری نگر سے اور انہوں نے لکھا ہے کہ:</w:t>
      </w:r>
    </w:p>
    <w:p>
      <w:r>
        <w:rPr>
          <w:b/>
        </w:rPr>
        <w:t xml:space="preserve">[1:11:34] </w:t>
      </w:r>
      <w:r>
        <w:t>Most of the people belonging to different sects use abusive and derogatory language about those who don't subscribe</w:t>
      </w:r>
    </w:p>
    <w:p>
      <w:pPr>
        <w:jc w:val="right"/>
      </w:pPr>
      <w:r>
        <w:t>"موسٹ آف دا پیپل بیلانگنگ ٹو ڈفرنٹ سیکٹس یوز ابیوزو اینڈ ڈیروگیٹری لینگویج اباؤٹ دوز ہو ڈونٹ سبسکرائب</w:t>
      </w:r>
    </w:p>
    <w:p>
      <w:r>
        <w:rPr>
          <w:b/>
        </w:rPr>
        <w:t xml:space="preserve">[1:11:41] </w:t>
      </w:r>
      <w:r>
        <w:t>to their views.</w:t>
      </w:r>
    </w:p>
    <w:p>
      <w:pPr>
        <w:jc w:val="right"/>
      </w:pPr>
      <w:r>
        <w:t>ٹو دیر ویوز۔</w:t>
      </w:r>
    </w:p>
    <w:p>
      <w:r>
        <w:rPr>
          <w:b/>
        </w:rPr>
        <w:t xml:space="preserve">[1:11:43] </w:t>
      </w:r>
      <w:r>
        <w:t>do there are just minor differences of rituals, but they are blown out of proportion to dominate their</w:t>
      </w:r>
    </w:p>
    <w:p>
      <w:pPr>
        <w:jc w:val="right"/>
      </w:pPr>
      <w:r>
        <w:t>دو دیر آر جسٹ مائنر ڈیفرنسز آف ریچولز، بٹ دے آر بلون آؤٹ آف پروپورشن ٹو ڈومینیٹ دیر</w:t>
      </w:r>
    </w:p>
    <w:p>
      <w:r>
        <w:rPr>
          <w:b/>
        </w:rPr>
        <w:t xml:space="preserve">[1:11:50] </w:t>
      </w:r>
      <w:r>
        <w:t>sect.</w:t>
      </w:r>
    </w:p>
    <w:p>
      <w:pPr>
        <w:jc w:val="right"/>
      </w:pPr>
      <w:r>
        <w:t>سیکٹ۔</w:t>
      </w:r>
    </w:p>
    <w:p>
      <w:r>
        <w:rPr>
          <w:b/>
        </w:rPr>
        <w:t xml:space="preserve">[1:11:52] </w:t>
      </w:r>
      <w:r>
        <w:t>"They even go to the extent of declaring hell for them." Maulana, how would you respond to such</w:t>
      </w:r>
    </w:p>
    <w:p>
      <w:pPr>
        <w:jc w:val="right"/>
      </w:pPr>
      <w:r>
        <w:t>دے ایون گو ٹو دی ایکسٹینٹ آف ڈیکلیئرنگ ہیل فور دیم۔" مولانا، ہاؤ وڈ یو ریسپانڈ ٹو سچ</w:t>
      </w:r>
    </w:p>
    <w:p>
      <w:r>
        <w:rPr>
          <w:b/>
        </w:rPr>
        <w:t xml:space="preserve">[1:12:00] </w:t>
      </w:r>
      <w:r>
        <w:t>responses? dekhiye, yeh main sirf yeh kehta hoon ke islam mein, islam mein, islam ka stand kya hai?</w:t>
      </w:r>
    </w:p>
    <w:p>
      <w:pPr>
        <w:jc w:val="right"/>
      </w:pPr>
      <w:r>
        <w:t>رسپانسز؟ دیکھیے، یہ میں صرف یہ کہتا ہوں کہ اسلام میں، اسلام میں، اسلام کا اسٹینڈ کیا ہے؟</w:t>
      </w:r>
    </w:p>
    <w:p>
      <w:r>
        <w:rPr>
          <w:b/>
        </w:rPr>
        <w:t xml:space="preserve">[1:12:07] </w:t>
      </w:r>
      <w:r>
        <w:t>logon ko misuse of freedom ka haq to baqi rahega, woh karenge qayamat tak.</w:t>
      </w:r>
    </w:p>
    <w:p>
      <w:pPr>
        <w:jc w:val="right"/>
      </w:pPr>
      <w:r>
        <w:t>لوگوں کو مس یوز آف فریڈم کا حق تو باقی رہے گا، وہ کریں گے قیامت تک۔</w:t>
      </w:r>
    </w:p>
    <w:p>
      <w:r>
        <w:rPr>
          <w:b/>
        </w:rPr>
        <w:t xml:space="preserve">[1:12:15] </w:t>
      </w:r>
      <w:r>
        <w:t>islam ka stand yeh hai ke jab koi baat aisi baat kehta hai jo aap ke nazdeek theek</w:t>
      </w:r>
    </w:p>
    <w:p>
      <w:pPr>
        <w:jc w:val="right"/>
      </w:pPr>
      <w:r>
        <w:t>اسلام کا اسٹینڈ یہ ہے کہ جب کوئی بات ایسی بات کہتا ہے جو آپ کے نزدیک ٹھیک</w:t>
      </w:r>
    </w:p>
    <w:p>
      <w:r>
        <w:rPr>
          <w:b/>
        </w:rPr>
        <w:t xml:space="preserve">[1:12:22] </w:t>
      </w:r>
      <w:r>
        <w:t>nahi hai, galat hai, to us ko aap us se aap dialogue kijiye, discussion kijiye.</w:t>
      </w:r>
    </w:p>
    <w:p>
      <w:pPr>
        <w:jc w:val="right"/>
      </w:pPr>
      <w:r>
        <w:t>نہیں ہے، غلط ہے، تو اس کو آپ اس سے آپ ڈائیلاگ کیجئے، ڈسکشن کیجئے۔</w:t>
      </w:r>
    </w:p>
    <w:p>
      <w:r>
        <w:rPr>
          <w:b/>
        </w:rPr>
        <w:t xml:space="preserve">[1:12:29] </w:t>
      </w:r>
      <w:r>
        <w:t>us ko na to aap rokne ka right rakhte hain, na use ladne ka right rakhte hain, na</w:t>
      </w:r>
    </w:p>
    <w:p>
      <w:pPr>
        <w:jc w:val="right"/>
      </w:pPr>
      <w:r>
        <w:t>اس کو نہ تو آپ روکنے کا رائٹ رکھتے ہیں، نہ اسے لڑنے کا رائٹ رکھتے ہیں، نہ</w:t>
      </w:r>
    </w:p>
    <w:p>
      <w:r>
        <w:rPr>
          <w:b/>
        </w:rPr>
        <w:t xml:space="preserve">[1:12:36] </w:t>
      </w:r>
      <w:r>
        <w:t>us ko hell bhejane ka right aap ko hai.</w:t>
      </w:r>
    </w:p>
    <w:p>
      <w:pPr>
        <w:jc w:val="right"/>
      </w:pPr>
      <w:r>
        <w:t>اس کو ہیل بھیجنے کا رائٹ آپ کو ہے۔</w:t>
      </w:r>
    </w:p>
    <w:p>
      <w:r>
        <w:rPr>
          <w:b/>
        </w:rPr>
        <w:t xml:space="preserve">[1:12:40] </w:t>
      </w:r>
      <w:r>
        <w:t>yeh sab aap ka right nahi hai, yeh sab trust passing hai.</w:t>
      </w:r>
    </w:p>
    <w:p>
      <w:pPr>
        <w:jc w:val="right"/>
      </w:pPr>
      <w:r>
        <w:t>یہ سب آپ کا رائٹ نہیں ہے، یہ سب ٹرسٹ پاسنگ ہے۔</w:t>
      </w:r>
    </w:p>
    <w:p>
      <w:r>
        <w:rPr>
          <w:b/>
        </w:rPr>
        <w:t xml:space="preserve">[1:12:45] </w:t>
      </w:r>
      <w:r>
        <w:t>to aap use peaceful discussion kijiye, peaceful dialogue kijiye.</w:t>
      </w:r>
    </w:p>
    <w:p>
      <w:pPr>
        <w:jc w:val="right"/>
      </w:pPr>
      <w:r>
        <w:t>تو آپ اسے پیس فل ڈسکشن کیجئے، پیس فل ڈائیلاگ کیجئے۔</w:t>
      </w:r>
    </w:p>
    <w:p>
      <w:r>
        <w:rPr>
          <w:b/>
        </w:rPr>
        <w:t xml:space="preserve">[1:12:50] </w:t>
      </w:r>
      <w:r>
        <w:t>yeh hum karte hain, hamara tareeqa yahi hai, inshallah.</w:t>
      </w:r>
    </w:p>
    <w:p>
      <w:pPr>
        <w:jc w:val="right"/>
      </w:pPr>
      <w:r>
        <w:t>یہ ہم کرتے ہیں، ہمارا طریقہ یہی ہے، انشاءاللہ۔</w:t>
      </w:r>
    </w:p>
    <w:p>
      <w:r>
        <w:rPr>
          <w:b/>
        </w:rPr>
        <w:t xml:space="preserve">[1:12:54] </w:t>
      </w:r>
      <w:r>
        <w:t>hum hum ko kafir banana aur hell bhejane aur us ko fatwa dena, yeh sab hum nahi karte.</w:t>
      </w:r>
    </w:p>
    <w:p>
      <w:pPr>
        <w:jc w:val="right"/>
      </w:pPr>
      <w:r>
        <w:t>ہم ہم کو کافر بنانا اور ہیل بھیجنا اور اس کو فتوی دینا، یہ سب ہم نہیں کرتے۔</w:t>
      </w:r>
    </w:p>
    <w:p>
      <w:r>
        <w:rPr>
          <w:b/>
        </w:rPr>
        <w:t xml:space="preserve">[1:13:02] </w:t>
      </w:r>
      <w:r>
        <w:t>us ko hum islam ke khilaf samajhte hain.</w:t>
      </w:r>
    </w:p>
    <w:p>
      <w:pPr>
        <w:jc w:val="right"/>
      </w:pPr>
      <w:r>
        <w:t>اس کو ہم اسلام کے خلاف سمجھتے ہیں۔</w:t>
      </w:r>
    </w:p>
    <w:p>
      <w:r>
        <w:rPr>
          <w:b/>
        </w:rPr>
        <w:t xml:space="preserve">[1:13:05] </w:t>
      </w:r>
      <w:r>
        <w:t>to hum is ko discussion ka issue banate hain aur yahi mein sab ko advice doon ga ke</w:t>
      </w:r>
    </w:p>
    <w:p>
      <w:pPr>
        <w:jc w:val="right"/>
      </w:pPr>
      <w:r>
        <w:t>تو ہم اس کو ڈسکشن کا ایشو بناتے ہیں اور یہی میں سب کو ایڈوائس دوں گا کہ</w:t>
      </w:r>
    </w:p>
    <w:p>
      <w:r>
        <w:rPr>
          <w:b/>
        </w:rPr>
        <w:t xml:space="preserve">[1:13:13] </w:t>
      </w:r>
      <w:r>
        <w:t>is ko discussion ka issue banao.</w:t>
      </w:r>
    </w:p>
    <w:p>
      <w:pPr>
        <w:jc w:val="right"/>
      </w:pPr>
      <w:r>
        <w:t>اس کو ڈسکشن کا ایشو بناؤ۔</w:t>
      </w:r>
    </w:p>
    <w:p>
      <w:r>
        <w:rPr>
          <w:b/>
        </w:rPr>
        <w:t xml:space="preserve">[1:13:15] </w:t>
      </w:r>
      <w:r>
        <w:t>molana, agla sawal haiderabad se hai.</w:t>
      </w:r>
    </w:p>
    <w:p>
      <w:pPr>
        <w:jc w:val="right"/>
      </w:pPr>
      <w:r>
        <w:t>مولانا، اگلا سوال حیدرآباد سے ہے۔</w:t>
      </w:r>
    </w:p>
    <w:p>
      <w:r>
        <w:rPr>
          <w:b/>
        </w:rPr>
        <w:t xml:space="preserve">[1:13:18] </w:t>
      </w:r>
      <w:r>
        <w:t>محمد زبیر صاحب نے کیا ہے اور انہوں نے لکھا ہے کہ: "How would you define good character</w:t>
      </w:r>
    </w:p>
    <w:p>
      <w:pPr>
        <w:jc w:val="right"/>
      </w:pPr>
      <w:r>
        <w:t>محمد زبیر صاحب نے کیا ہے اور انہوں نے لکھا ہے کہ: "ہاؤ وڈ یو ڈیفائن گڈ کریکٹر</w:t>
      </w:r>
    </w:p>
    <w:p>
      <w:r>
        <w:rPr>
          <w:b/>
        </w:rPr>
        <w:t xml:space="preserve">[1:13:26] </w:t>
      </w:r>
      <w:r>
        <w:t>"And secondly, how can we develop good character?" is ke bare mein batayen.</w:t>
      </w:r>
    </w:p>
    <w:p>
      <w:pPr>
        <w:jc w:val="right"/>
      </w:pPr>
      <w:r>
        <w:t>اینڈ سیکنڈلی ہاؤ کین وی ڈیویلپ گڈ کریکٹر؟" اس کے بارے میں بتائیں۔</w:t>
      </w:r>
    </w:p>
    <w:p>
      <w:r>
        <w:rPr>
          <w:b/>
        </w:rPr>
        <w:t xml:space="preserve">[1:13:31] </w:t>
      </w:r>
      <w:r>
        <w:t>to unhon ne bata diya, pehli good character woh hai jo aap ke, yani jis cheez ko aap</w:t>
      </w:r>
    </w:p>
    <w:p>
      <w:pPr>
        <w:jc w:val="right"/>
      </w:pPr>
      <w:r>
        <w:t>تو انہوں نے بتا دیا، پہلی گڈ کریکٹر وہ ہے جو آپ کے، یعنی جس چیز کو آپ</w:t>
      </w:r>
    </w:p>
    <w:p>
      <w:r>
        <w:rPr>
          <w:b/>
        </w:rPr>
        <w:t xml:space="preserve">[1:13:39] </w:t>
      </w:r>
      <w:r>
        <w:t>apne liye good samajhte hain, wahi aap doosre ke good manen to wahi good character hai.</w:t>
      </w:r>
    </w:p>
    <w:p>
      <w:pPr>
        <w:jc w:val="right"/>
      </w:pPr>
      <w:r>
        <w:t>اپنے لیے گڈ سمجھتے ہیں، وہی آپ دوسرے کے گڈ مانیں تو وہی گڈ کریکٹر ہے۔</w:t>
      </w:r>
    </w:p>
    <w:p>
      <w:r>
        <w:rPr>
          <w:b/>
        </w:rPr>
        <w:t xml:space="preserve">[1:13:46] </w:t>
      </w:r>
      <w:r>
        <w:t>hota yeh hai ke log apne liye kuch chahte hain, doosre ke liye kuch ban jate hain, yani</w:t>
      </w:r>
    </w:p>
    <w:p>
      <w:pPr>
        <w:jc w:val="right"/>
      </w:pPr>
      <w:r>
        <w:t>ہوتا یہ ہے کہ لوگ اپنے لیے کچھ چاہتے ہیں، دوسرے کے لیے کچھ بن جاتے ہیں، یعنی</w:t>
      </w:r>
    </w:p>
    <w:p>
      <w:r>
        <w:rPr>
          <w:b/>
        </w:rPr>
        <w:t xml:space="preserve">[1:13:54] </w:t>
      </w:r>
      <w:r>
        <w:t>double standard ban jate hain.</w:t>
      </w:r>
    </w:p>
    <w:p>
      <w:pPr>
        <w:jc w:val="right"/>
      </w:pPr>
      <w:r>
        <w:t>ڈبل اسٹینڈرڈ بن جاتے ہیں۔</w:t>
      </w:r>
    </w:p>
    <w:p>
      <w:r>
        <w:rPr>
          <w:b/>
        </w:rPr>
        <w:t xml:space="preserve">[1:13:56] </w:t>
      </w:r>
      <w:r>
        <w:t>har aadmi ko pata hai ke mere liye good kya hai, har aadmi ko pata hai, andhe beine</w:t>
      </w:r>
    </w:p>
    <w:p>
      <w:pPr>
        <w:jc w:val="right"/>
      </w:pPr>
      <w:r>
        <w:t>ہر آدمی کو پتہ ہے کہ میرے لیے گڈ کیا ہے، ہر آدمی کو پتہ ہے، اندھے بینے</w:t>
      </w:r>
    </w:p>
    <w:p>
      <w:r>
        <w:rPr>
          <w:b/>
        </w:rPr>
        <w:t xml:space="preserve">[1:14:03] </w:t>
      </w:r>
      <w:r>
        <w:t>ko pata hai ke mere liye good kya hai.</w:t>
      </w:r>
    </w:p>
    <w:p>
      <w:pPr>
        <w:jc w:val="right"/>
      </w:pPr>
      <w:r>
        <w:t>کو پتہ ہے کہ میرے لیے گڈ کیا ہے۔</w:t>
      </w:r>
    </w:p>
    <w:p>
      <w:r>
        <w:rPr>
          <w:b/>
        </w:rPr>
        <w:t xml:space="preserve">[1:14:07] </w:t>
      </w:r>
      <w:r>
        <w:t>bas wahi aap doosre ke liye chahen, wahi doosre ke liye karen.</w:t>
      </w:r>
    </w:p>
    <w:p>
      <w:pPr>
        <w:jc w:val="right"/>
      </w:pPr>
      <w:r>
        <w:t>بس وہی آپ دوسرے کے لیے چاہیں، وہی دوسرے کے لیے کریں۔</w:t>
      </w:r>
    </w:p>
    <w:p>
      <w:r>
        <w:rPr>
          <w:b/>
        </w:rPr>
        <w:t xml:space="preserve">[1:14:12] </w:t>
      </w:r>
      <w:r>
        <w:t>to bohat hi simple formula hai ke jis cheez ko aap apne liye good samajhte hain, usi ko</w:t>
      </w:r>
    </w:p>
    <w:p>
      <w:pPr>
        <w:jc w:val="right"/>
      </w:pPr>
      <w:r>
        <w:t>تو بہت ہی سمپل فارمولا ہے کہ جس چیز کو آپ اپنے لیے گڈ سمجھتے ہیں، اسی کو</w:t>
      </w:r>
    </w:p>
    <w:p>
      <w:r>
        <w:rPr>
          <w:b/>
        </w:rPr>
        <w:t xml:space="preserve">[1:14:20] </w:t>
      </w:r>
      <w:r>
        <w:t>doosre ke liye bhi good samhen.</w:t>
      </w:r>
    </w:p>
    <w:p>
      <w:pPr>
        <w:jc w:val="right"/>
      </w:pPr>
      <w:r>
        <w:t>دوسرے کے لیے بھی گڈ سمجھیں۔</w:t>
      </w:r>
    </w:p>
    <w:p>
      <w:r>
        <w:rPr>
          <w:b/>
        </w:rPr>
        <w:t xml:space="preserve">[1:14:23] </w:t>
      </w:r>
      <w:r>
        <w:t>yahi hai best moral principle.</w:t>
      </w:r>
    </w:p>
    <w:p>
      <w:pPr>
        <w:jc w:val="right"/>
      </w:pPr>
      <w:r>
        <w:t>یہی ہے بیسٹ مارل پرنسپل۔</w:t>
      </w:r>
    </w:p>
    <w:p>
      <w:r>
        <w:rPr>
          <w:b/>
        </w:rPr>
        <w:t xml:space="preserve">[1:14:25] </w:t>
      </w:r>
      <w:r>
        <w:t>Okay, so we will end the session, but there is one announcement next Sunday, after the Sunday class</w:t>
      </w:r>
    </w:p>
    <w:p>
      <w:pPr>
        <w:jc w:val="right"/>
      </w:pPr>
      <w:r>
        <w:t>اوکے، سو وی ویل اینڈ دی سیشن، بٹ دیر از ون اناؤنسمنٹ نیکسٹ سنڈے، افٹر دی سنڈے کلاس</w:t>
      </w:r>
    </w:p>
    <w:p>
      <w:r>
        <w:rPr>
          <w:b/>
        </w:rPr>
        <w:t xml:space="preserve">[1:14:33] </w:t>
      </w:r>
      <w:r>
        <w:t>ایٹ فور او کلاک، there is a program at Siri Fort, where all the religious leaders would be</w:t>
      </w:r>
    </w:p>
    <w:p>
      <w:pPr>
        <w:jc w:val="right"/>
      </w:pPr>
      <w:r>
        <w:t>ایٹ فور او کلاک، دیر از ا پروگرام ایٹ شری فورٹ، ویئر ال دی ریلیجیس لیڈرز وڈ بی</w:t>
      </w:r>
    </w:p>
    <w:p>
      <w:r>
        <w:rPr>
          <w:b/>
        </w:rPr>
        <w:t xml:space="preserve">[1:14:40] </w:t>
      </w:r>
      <w:r>
        <w:t>present.</w:t>
      </w:r>
    </w:p>
    <w:p>
      <w:pPr>
        <w:jc w:val="right"/>
      </w:pPr>
      <w:r>
        <w:t>پریزنٹ۔</w:t>
      </w:r>
    </w:p>
    <w:p>
      <w:r>
        <w:rPr>
          <w:b/>
        </w:rPr>
        <w:t xml:space="preserve">[1:14:42] </w:t>
      </w:r>
      <w:r>
        <w:t>molana will also be presenting his views on harmony and peace.</w:t>
      </w:r>
    </w:p>
    <w:p>
      <w:pPr>
        <w:jc w:val="right"/>
      </w:pPr>
      <w:r>
        <w:t>مولانا وڈ السو بی پریزنٹنگ ہز ویوز ان ہارمونی اینڈ پیس۔</w:t>
      </w:r>
    </w:p>
    <w:p>
      <w:r>
        <w:rPr>
          <w:b/>
        </w:rPr>
        <w:t xml:space="preserve">[1:14:47] </w:t>
      </w:r>
      <w:r>
        <w:t>So if you want more details, please contact Faraz Khan for the same.</w:t>
      </w:r>
    </w:p>
    <w:p>
      <w:pPr>
        <w:jc w:val="right"/>
      </w:pPr>
      <w:r>
        <w:t>سو اف یو وانٹ مور ڈیٹیلز، پلیز کانٹیکٹ فراز خان فار دا سیم۔</w:t>
      </w:r>
    </w:p>
    <w:p>
      <w:r>
        <w:rPr>
          <w:b/>
        </w:rPr>
        <w:t xml:space="preserve">[1:14:52] </w:t>
      </w:r>
      <w:r>
        <w:t>thank you.</w:t>
      </w:r>
    </w:p>
    <w:p>
      <w:pPr>
        <w:jc w:val="right"/>
      </w:pPr>
      <w:r>
        <w:t>تھینک یو۔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