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People Live in Despair September 2, 2007 Maulana Wahiduddin Khan</w:t>
      </w:r>
    </w:p>
    <w:p>
      <w:r>
        <w:t>https://www.youtube.com/watch?v=1Wxz28OJh9c</w:t>
      </w:r>
    </w:p>
    <w:p>
      <w:r>
        <w:rPr>
          <w:b/>
        </w:rPr>
        <w:t xml:space="preserve">[00:28] </w:t>
      </w:r>
      <w:r>
        <w:t>Aaj ka topic hai "Why People Live in Despair".</w:t>
      </w:r>
    </w:p>
    <w:p>
      <w:pPr>
        <w:jc w:val="right"/>
      </w:pPr>
      <w:r>
        <w:t>آج کا ٹاپک ہے "Why People Live in Despair"۔</w:t>
      </w:r>
    </w:p>
    <w:p>
      <w:r>
        <w:rPr>
          <w:b/>
        </w:rPr>
        <w:t xml:space="preserve">[00:37] </w:t>
      </w:r>
      <w:r>
        <w:t>Log kyun</w:t>
      </w:r>
    </w:p>
    <w:p>
      <w:pPr>
        <w:jc w:val="right"/>
      </w:pPr>
      <w:r>
        <w:t>لوگ کیوں</w:t>
      </w:r>
    </w:p>
    <w:p>
      <w:r>
        <w:rPr>
          <w:b/>
        </w:rPr>
        <w:t xml:space="preserve">[00:45] </w:t>
      </w:r>
      <w:r>
        <w:t>frustration mein jeete hain?</w:t>
      </w:r>
    </w:p>
    <w:p>
      <w:pPr>
        <w:jc w:val="right"/>
      </w:pPr>
      <w:r>
        <w:t>frustration میں جیتے ہیں؟</w:t>
      </w:r>
    </w:p>
    <w:p>
      <w:r>
        <w:rPr>
          <w:b/>
        </w:rPr>
        <w:t xml:space="preserve">[00:48] </w:t>
      </w:r>
      <w:r>
        <w:t>To ye to</w:t>
      </w:r>
    </w:p>
    <w:p>
      <w:pPr>
        <w:jc w:val="right"/>
      </w:pPr>
      <w:r>
        <w:t>تو یہ تو</w:t>
      </w:r>
    </w:p>
    <w:p>
      <w:r>
        <w:rPr>
          <w:b/>
        </w:rPr>
        <w:t xml:space="preserve">[00:55] </w:t>
      </w:r>
      <w:r>
        <w:t>Bohat zyada is par charcha hota hai, hum bhi is par bol chuke hain yahan. Lekin jo latest news hai is maamle mein, wo bohat badi news kahi ja sakti hai,</w:t>
      </w:r>
    </w:p>
    <w:p>
      <w:pPr>
        <w:jc w:val="right"/>
      </w:pPr>
      <w:r>
        <w:t>بہت زیادہ اس پر چرچا ہوتا ہے، ہم بھی اس پر بول چکے ہیں یہاں۔ لیکن جو latest news ہے اس معاملے میں، وہ بہت بڑی news کہی جا سکتی ہے،</w:t>
      </w:r>
    </w:p>
    <w:p>
      <w:r>
        <w:rPr>
          <w:b/>
        </w:rPr>
        <w:t xml:space="preserve">[01:12] </w:t>
      </w:r>
      <w:r>
        <w:t>Wo hai Mother Teresa ki news.</w:t>
      </w:r>
    </w:p>
    <w:p>
      <w:pPr>
        <w:jc w:val="right"/>
      </w:pPr>
      <w:r>
        <w:t>وہ ہے مدر ٹریسا کی news۔</w:t>
      </w:r>
    </w:p>
    <w:p>
      <w:r>
        <w:rPr>
          <w:b/>
        </w:rPr>
        <w:t xml:space="preserve">[01:17] </w:t>
      </w:r>
      <w:r>
        <w:t>Aap sab log jaante hain ki Mother Teresa, jo Macedonia mein paida huin 1910 mein, achhi education unki hui.</w:t>
      </w:r>
    </w:p>
    <w:p>
      <w:pPr>
        <w:jc w:val="right"/>
      </w:pPr>
      <w:r>
        <w:t>آپ سب لوگ جانتے ہیں کہ مدر ٹریسا، جو میکڈونیا میں پیدا ہوئیں 1910 میں، اچھی education ان کی ہوئی۔</w:t>
      </w:r>
    </w:p>
    <w:p>
      <w:r>
        <w:rPr>
          <w:b/>
        </w:rPr>
        <w:t xml:space="preserve">[01:33] </w:t>
      </w:r>
      <w:r>
        <w:t>Phir wo India aain ek teacher ke taur par, phir unhon ne ek bohat bada kaam shuru kiya, yani poor people ko service dene ka.</w:t>
      </w:r>
    </w:p>
    <w:p>
      <w:pPr>
        <w:jc w:val="right"/>
      </w:pPr>
      <w:r>
        <w:t>پھر وہ انڈیا آئیں ایک teacher کے طور پر، پھر انہوں نے ایک بہت بڑا کام شروع کیا، یعنی poor people کو service دینے کا۔</w:t>
      </w:r>
    </w:p>
    <w:p>
      <w:r>
        <w:rPr>
          <w:b/>
        </w:rPr>
        <w:t xml:space="preserve">[01:51] </w:t>
      </w:r>
      <w:r>
        <w:t>To phir unko Nobel Prize bhi mila. Aur mein samajhta hoon ki taqreeban 70 years tak wo bohat se logon</w:t>
      </w:r>
    </w:p>
    <w:p>
      <w:pPr>
        <w:jc w:val="right"/>
      </w:pPr>
      <w:r>
        <w:t>تو پھر ان کو Nobel Prize بھی ملا۔ اور میں سمجھتا ہوں کہ تقریباً 70 years تک وہ بہت سے لوگوں</w:t>
      </w:r>
    </w:p>
    <w:p>
      <w:r>
        <w:rPr>
          <w:b/>
        </w:rPr>
        <w:t xml:space="preserve">[02:05] </w:t>
      </w:r>
      <w:r>
        <w:t>ke liye hero bani rahin, bohat se logon ke liye wo model bani hui thin insaniyat ka.</w:t>
      </w:r>
    </w:p>
    <w:p>
      <w:pPr>
        <w:jc w:val="right"/>
      </w:pPr>
      <w:r>
        <w:t>کے لیے hero بنی رہیں، بہت سے لوگوں کے لیے وہ model بنی ہوئی تھیں انسانیت کا۔</w:t>
      </w:r>
    </w:p>
    <w:p>
      <w:r>
        <w:rPr>
          <w:b/>
        </w:rPr>
        <w:t xml:space="preserve">[02:13] </w:t>
      </w:r>
      <w:r>
        <w:t>Lekin aap news mein ye baat aa chuki hai, aap jaante honge ki marne ke baad, unke marne ke baad ek kitab chhapi hai, jismein unki jo kahani hai wo ek side story hai.</w:t>
      </w:r>
    </w:p>
    <w:p>
      <w:pPr>
        <w:jc w:val="right"/>
      </w:pPr>
      <w:r>
        <w:t>لیکن آپ news میں یہ بات آ چکی ہے، آپ جانتے ہوں گے کہ مرنے کے بعد، ان کے مرنے کے بعد ایک کتاب چھپی ہے، جس میں ان کی جو کہانی ہے وہ ایک side story ہے۔</w:t>
      </w:r>
    </w:p>
    <w:p>
      <w:r>
        <w:rPr>
          <w:b/>
        </w:rPr>
        <w:t xml:space="preserve">[02:33] </w:t>
      </w:r>
      <w:r>
        <w:t>Yani bohat hi ajeeb baat hai ki wo lady, jo baat karti thi Khuda ki aur spirituality ki, unko na Khuda mila na spirituality mili.</w:t>
      </w:r>
    </w:p>
    <w:p>
      <w:pPr>
        <w:jc w:val="right"/>
      </w:pPr>
      <w:r>
        <w:t>یعنی بہت ہی عجیب بات ہے کہ وہ lady، جو بات کرتی تھی خدا کی اور spirituality کی، ان کو نہ خدا ملا نہ spirituality ملی۔</w:t>
      </w:r>
    </w:p>
    <w:p>
      <w:r>
        <w:rPr>
          <w:b/>
        </w:rPr>
        <w:t xml:space="preserve">[02:50] </w:t>
      </w:r>
      <w:r>
        <w:t>Aur despair mein mar gain wo 1997 mein. Unki death hui hai 1997 mein.</w:t>
      </w:r>
    </w:p>
    <w:p>
      <w:pPr>
        <w:jc w:val="right"/>
      </w:pPr>
      <w:r>
        <w:t>اور despair میں مر گئیں وہ 1997 میں۔ ان کی death ہوئی ہے 1997 میں۔</w:t>
      </w:r>
    </w:p>
    <w:p>
      <w:r>
        <w:rPr>
          <w:b/>
        </w:rPr>
        <w:t xml:space="preserve">[03:02] </w:t>
      </w:r>
      <w:r>
        <w:t>Unki zindagi mein ye book likhi gayi thi, ek Indian author ne likhi hai ye book, bohat zyada ye phaili hai, bohat si languages mein iska translation hua hai.</w:t>
      </w:r>
    </w:p>
    <w:p>
      <w:pPr>
        <w:jc w:val="right"/>
      </w:pPr>
      <w:r>
        <w:t>ان کی زندگی میں یہ book لکھی گئی تھی، ایک انڈین author نے لکھی ہے یہ book، بہت زیادہ یہ پھیلی ہے، بہت سے languages میں اس کا translation ہوا ہے۔</w:t>
      </w:r>
    </w:p>
    <w:p>
      <w:r>
        <w:rPr>
          <w:b/>
        </w:rPr>
        <w:t xml:space="preserve">[03:15] </w:t>
      </w:r>
      <w:r>
        <w:t>To chhupne se pehle unhon ne ye book unko batayi thi, Mother Teresa ko. To unhon ne ek message diya tha, jisko unhon ne chhapa hai forward ke taur par is book mein.</w:t>
      </w:r>
    </w:p>
    <w:p>
      <w:pPr>
        <w:jc w:val="right"/>
      </w:pPr>
      <w:r>
        <w:t>تو چھپنے سے پہلے انہوں نے یہ book ان کو بتائی تھی، مدر ٹریسا کو۔ تو انہوں نے ایک message دیا تھا، جس کو انہوں نے چھاپا ہے forward کے طور پر اس book میں۔</w:t>
      </w:r>
    </w:p>
    <w:p>
      <w:r>
        <w:rPr>
          <w:b/>
        </w:rPr>
        <w:t xml:space="preserve">[03:33] </w:t>
      </w:r>
      <w:r>
        <w:t>Is mein unhon ne kaha tha, Mother Teresa ne, ki jo kuch karo Khuda ke liye karo.</w:t>
      </w:r>
    </w:p>
    <w:p>
      <w:pPr>
        <w:jc w:val="right"/>
      </w:pPr>
      <w:r>
        <w:t>اس میں انہوں نے کہا تھا، مدر ٹریسا نے، کہ جو کچھ کرو خدا کے لیے کرو۔</w:t>
      </w:r>
    </w:p>
    <w:p>
      <w:r>
        <w:rPr>
          <w:b/>
        </w:rPr>
        <w:t xml:space="preserve">[03:45] </w:t>
      </w:r>
      <w:r>
        <w:t>Tum jo kuch karo Khuda ke liye karo, jo kuch likho, jo kuch karo. Is mein unka ye sentence tha ki "Do it for the glory of God." "Do it for the glory of God."</w:t>
      </w:r>
    </w:p>
    <w:p>
      <w:pPr>
        <w:jc w:val="right"/>
      </w:pPr>
      <w:r>
        <w:t>تم جو کچھ کرو خدا کے لیے کرو، جو کچھ لکھو، جو کچھ کرو۔ اس میں یہ ان کا sentence تھا کہ "Do it for the glory of God." "Do it for the glory of God."</w:t>
      </w:r>
    </w:p>
    <w:p>
      <w:r>
        <w:rPr>
          <w:b/>
        </w:rPr>
        <w:t xml:space="preserve">[04:02] </w:t>
      </w:r>
      <w:r>
        <w:t>Is book ke author ko unhon ne jo letter likha tha,</w:t>
      </w:r>
    </w:p>
    <w:p>
      <w:pPr>
        <w:jc w:val="right"/>
      </w:pPr>
      <w:r>
        <w:t>اس book کے author کو انہوں نے جو letter لکھا تھا،</w:t>
      </w:r>
    </w:p>
    <w:p>
      <w:r>
        <w:rPr>
          <w:b/>
        </w:rPr>
        <w:t xml:space="preserve">[04:10] </w:t>
      </w:r>
      <w:r>
        <w:t>Is mein wo kehti hain ki "Do it for the glory of God."</w:t>
      </w:r>
    </w:p>
    <w:p>
      <w:pPr>
        <w:jc w:val="right"/>
      </w:pPr>
      <w:r>
        <w:t>اس میں وہ کہتی ہیں کہ "Do it for the glory of God."</w:t>
      </w:r>
    </w:p>
    <w:p>
      <w:r>
        <w:rPr>
          <w:b/>
        </w:rPr>
        <w:t xml:space="preserve">[04:18] </w:t>
      </w:r>
      <w:r>
        <w:t>To har stage par, har mauqe par wo God ki baat karti rahin, spirituality ki baat karti rahin. Lekin ye sab lip service thi. Kaisi anokhi baat hai.</w:t>
      </w:r>
    </w:p>
    <w:p>
      <w:pPr>
        <w:jc w:val="right"/>
      </w:pPr>
      <w:r>
        <w:t>تو ہر stage پر، ہر موقع پر وہ God کی بات کرتی رہیں، spirituality کی بات کرتی رہیں۔ لیکن یہ سب lip service تھی۔ کیسی انوکھی بات ہے۔</w:t>
      </w:r>
    </w:p>
    <w:p>
      <w:r>
        <w:rPr>
          <w:b/>
        </w:rPr>
        <w:t xml:space="preserve">[04:31] </w:t>
      </w:r>
      <w:r>
        <w:t>Ye jo book chhapi hai, is mein ye disclose kiya gaya hai ki unhon ne bohat se letters likhe the</w:t>
      </w:r>
    </w:p>
    <w:p>
      <w:pPr>
        <w:jc w:val="right"/>
      </w:pPr>
      <w:r>
        <w:t>یہ جو book چھپی ہے، اس میں یہ disclose کیا گیا ہے کہ انہوں نے بہت سے letters لکھے تھے</w:t>
      </w:r>
    </w:p>
    <w:p>
      <w:r>
        <w:rPr>
          <w:b/>
        </w:rPr>
        <w:t xml:space="preserve">[04:43] </w:t>
      </w:r>
      <w:r>
        <w:t>Apne kisi friend ko. Us se kaha tha ki in letters ko destroy kar do. Lekin use destroy nahi kiya.</w:t>
      </w:r>
    </w:p>
    <w:p>
      <w:pPr>
        <w:jc w:val="right"/>
      </w:pPr>
      <w:r>
        <w:t>اپنے کسی friend کو۔ اس سے کہا تھا کہ ان letters کو destroy کر دو۔ لیکن اسے destroy نہیں کیا۔</w:t>
      </w:r>
    </w:p>
    <w:p>
      <w:r>
        <w:rPr>
          <w:b/>
        </w:rPr>
        <w:t xml:space="preserve">[04:55] </w:t>
      </w:r>
      <w:r>
        <w:t>Aur iska ilm Vatican ko bhi tha.</w:t>
      </w:r>
    </w:p>
    <w:p>
      <w:pPr>
        <w:jc w:val="right"/>
      </w:pPr>
      <w:r>
        <w:t>اور اس کا علم Vatican کو بھی تھا۔</w:t>
      </w:r>
    </w:p>
    <w:p>
      <w:r>
        <w:rPr>
          <w:b/>
        </w:rPr>
        <w:t xml:space="preserve">[04:59] </w:t>
      </w:r>
      <w:r>
        <w:t>Vatican ko pata tha ki aise letters hain, is mein unki picture bilkul ulti hai. To Vatican ke permission se wo letter chhape gaye.</w:t>
      </w:r>
    </w:p>
    <w:p>
      <w:pPr>
        <w:jc w:val="right"/>
      </w:pPr>
      <w:r>
        <w:t>Vatican کو پتہ تھا کہ ایسے letters ہیں، اس میں ان کی picture بالکل الٹی ہے۔ تو Vatican کے permission سے وہ letter چھاپے گئے۔</w:t>
      </w:r>
    </w:p>
    <w:p>
      <w:r>
        <w:rPr>
          <w:b/>
        </w:rPr>
        <w:t xml:space="preserve">[05:12] </w:t>
      </w:r>
      <w:r>
        <w:t>Is mein wo, yani is ko aap parhain, iski story chhapi hai, book to maine nahi dekhi asal, lekin bohat hi detail iska introduction aaya hai is mein,</w:t>
      </w:r>
    </w:p>
    <w:p>
      <w:pPr>
        <w:jc w:val="right"/>
      </w:pPr>
      <w:r>
        <w:t>اس میں وہ، یعنی اس کو آپ پڑھیں، اس کی story چھپی ہے، book تو میں نے نہیں دیکھی اصل، لیکن بہت ہی detail اس کا introduction آیا ہے اس میں،</w:t>
      </w:r>
    </w:p>
    <w:p>
      <w:r>
        <w:rPr>
          <w:b/>
        </w:rPr>
        <w:t xml:space="preserve">[05:25] </w:t>
      </w:r>
      <w:r>
        <w:t>ye jo hai time. ye hai time ka issue september three.</w:t>
      </w:r>
    </w:p>
    <w:p>
      <w:pPr>
        <w:jc w:val="right"/>
      </w:pPr>
      <w:r>
        <w:t>یہ جو ہے ٹائم۔ یہ ہے ٹائم کا issue ستمبر تھری۔</w:t>
      </w:r>
    </w:p>
    <w:p>
      <w:r>
        <w:rPr>
          <w:b/>
        </w:rPr>
        <w:t xml:space="preserve">[05:35] </w:t>
      </w:r>
      <w:r>
        <w:t>yani september do hazar saat ka, yani teen september do hazar saat. september three.</w:t>
      </w:r>
    </w:p>
    <w:p>
      <w:pPr>
        <w:jc w:val="right"/>
      </w:pPr>
      <w:r>
        <w:t>یعنی ستمبر دو ہزار سات کا، یعنی تین ستمبر دو ہزار سات۔ ستمبر تھری۔</w:t>
      </w:r>
    </w:p>
    <w:p>
      <w:r>
        <w:rPr>
          <w:b/>
        </w:rPr>
        <w:t xml:space="preserve">[05:46] </w:t>
      </w:r>
      <w:r>
        <w:t>to us mein bahut detail us ka introduction aaya hai is kitaab ka.</w:t>
      </w:r>
    </w:p>
    <w:p>
      <w:pPr>
        <w:jc w:val="right"/>
      </w:pPr>
      <w:r>
        <w:t>تو اس میں بہت detail اس کا introduction آیا ہے اس کتاب کا۔</w:t>
      </w:r>
    </w:p>
    <w:p>
      <w:r>
        <w:rPr>
          <w:b/>
        </w:rPr>
        <w:t xml:space="preserve">[05:53] </w:t>
      </w:r>
      <w:r>
        <w:t>is mein dekhein us ka jo caption hai woh kya hai. har agony.</w:t>
      </w:r>
    </w:p>
    <w:p>
      <w:pPr>
        <w:jc w:val="right"/>
      </w:pPr>
      <w:r>
        <w:t>اس میں دیکھیں اس کا جو caption ہے وہ کیا ہے۔ ہر agony۔</w:t>
      </w:r>
    </w:p>
    <w:p>
      <w:r>
        <w:rPr>
          <w:b/>
        </w:rPr>
        <w:t xml:space="preserve">[06:01] </w:t>
      </w:r>
      <w:r>
        <w:t>Mother Teresa ki agony. Agony aap jaante hain, agony kehte hain extreme mental pain. Agony kehte hain extreme mental pain.</w:t>
      </w:r>
    </w:p>
    <w:p>
      <w:pPr>
        <w:jc w:val="right"/>
      </w:pPr>
      <w:r>
        <w:t>مدر ٹریسا کی agony۔ Agony آپ جانتے ہیں، agony کہتے ہیں extreme mental pain۔ Agony کہتے ہیں extreme mental pain۔</w:t>
      </w:r>
    </w:p>
    <w:p>
      <w:r>
        <w:rPr>
          <w:b/>
        </w:rPr>
        <w:t xml:space="preserve">[06:14] </w:t>
      </w:r>
      <w:r>
        <w:t>to Mother Teresa extreme mental pain mein jeeti thin. kyun? unhon ne khuda ko poor logon mein talash karna chaha, magar khuda unhen wahan nahi mila.</w:t>
      </w:r>
    </w:p>
    <w:p>
      <w:pPr>
        <w:jc w:val="right"/>
      </w:pPr>
      <w:r>
        <w:t>تو مدر ٹریسا extreme mental pain میں جیتی تھیں۔ کیوں؟ انہوں نے خدا کو poor لوگوں میں تلاش کرنا چاہا، مگر خدا انہیں وہاں نہیں ملا۔</w:t>
      </w:r>
    </w:p>
    <w:p>
      <w:r>
        <w:rPr>
          <w:b/>
        </w:rPr>
        <w:t xml:space="preserve">[06:28] </w:t>
      </w:r>
      <w:r>
        <w:t>apne letters mein saaf saaf woh yeh baat kahi hai unhon ne keh</w:t>
      </w:r>
    </w:p>
    <w:p>
      <w:pPr>
        <w:jc w:val="right"/>
      </w:pPr>
      <w:r>
        <w:t>اپنے letters میں صاف صاف وہ یہ بات کہی ہے انہوں نے کہ</w:t>
      </w:r>
    </w:p>
    <w:p>
      <w:r>
        <w:rPr>
          <w:b/>
        </w:rPr>
        <w:t xml:space="preserve">[06:36] </w:t>
      </w:r>
      <w:r>
        <w:t>baar baar unhon ne is ko maana hai is letters mein.</w:t>
      </w:r>
    </w:p>
    <w:p>
      <w:pPr>
        <w:jc w:val="right"/>
      </w:pPr>
      <w:r>
        <w:t>بار بار انہوں نے اس کو مانا ہے اس letters میں۔</w:t>
      </w:r>
    </w:p>
    <w:p>
      <w:r>
        <w:rPr>
          <w:b/>
        </w:rPr>
        <w:t xml:space="preserve">[06:40] </w:t>
      </w:r>
      <w:r>
        <w:t>woh letters chhape gaye hain. aur Vatican ki permission se chhape gaye hain woh. yeh ajeeb baat hai. to ek kitaab, ek letter mein unhon ne likha tha, jaisa ke Time ne quote kiya hai</w:t>
      </w:r>
    </w:p>
    <w:p>
      <w:pPr>
        <w:jc w:val="right"/>
      </w:pPr>
      <w:r>
        <w:t>وہ letters چھاپے گئے ہیں۔ اور Vatican کی permission سے چھاپے گئے ہیں وہ۔ یہ عجیب بات ہے۔ تو ایک کتاب، ایک letter میں انہوں نے لکھا تھا، جیسا کہ ٹائم نے quote کیا ہے</w:t>
      </w:r>
    </w:p>
    <w:p>
      <w:r>
        <w:rPr>
          <w:b/>
        </w:rPr>
        <w:t xml:space="preserve">[06:56] </w:t>
      </w:r>
      <w:r>
        <w:t>keh "Your longing for God is so deep it He keeps Himself away from you." "Your longing for God is so deep it He keeps Himself away from you."</w:t>
      </w:r>
    </w:p>
    <w:p>
      <w:pPr>
        <w:jc w:val="right"/>
      </w:pPr>
      <w:r>
        <w:t>کہ "Your longing for God is so deep it He keeps Himself away from you." "Your longing for God is so deep it He keeps Himself away from you."</w:t>
      </w:r>
    </w:p>
    <w:p>
      <w:r>
        <w:rPr>
          <w:b/>
        </w:rPr>
        <w:t xml:space="preserve">[07:25] </w:t>
      </w:r>
      <w:r>
        <w:t>yani khuda ke liye tumhara ishtiyaq itna zyada hai, phir bhi woh khuda tum se door rehta hai.</w:t>
      </w:r>
    </w:p>
    <w:p>
      <w:pPr>
        <w:jc w:val="right"/>
      </w:pPr>
      <w:r>
        <w:t>یعنی خدا کے لیے تمہارا اشتیاق اتنا زیادہ ہے، پھر بھی وہ خدا تم سے دور رہتا ہے۔</w:t>
      </w:r>
    </w:p>
    <w:p>
      <w:r>
        <w:rPr>
          <w:b/>
        </w:rPr>
        <w:t xml:space="preserve">[07:34] </w:t>
      </w:r>
      <w:r>
        <w:t>apni kahani bata rahi hain ke khuda ke liye mera itna ishtiyaq tha. Longing ka matlab hota hai shauq, ishtiyaq. aur phir bhi main khuda se door rahi, khuda ko main nahi paaya.</w:t>
      </w:r>
    </w:p>
    <w:p>
      <w:pPr>
        <w:jc w:val="right"/>
      </w:pPr>
      <w:r>
        <w:t>اپنی کہانی بتا رہی ہیں کہ خدا کے لیے میرا اتنا اشتیاق تھا۔ Longing کا مطلب ہوتا ہے شوق، اشتیاق۔ اور پھر بھی میں خدا سے دور رہی، خدا کو میں نہیں پایا۔</w:t>
      </w:r>
    </w:p>
    <w:p>
      <w:r>
        <w:rPr>
          <w:b/>
        </w:rPr>
        <w:t xml:space="preserve">[07:50] </w:t>
      </w:r>
      <w:r>
        <w:t>to us mein bataya gaya hai ke yeh us ka jo yeh Times of India mein bhi us ka aaya tha, yeh Times of India hai August Twenty Five ka.</w:t>
      </w:r>
    </w:p>
    <w:p>
      <w:pPr>
        <w:jc w:val="right"/>
      </w:pPr>
      <w:r>
        <w:t>تو اس میں بتایا گیا ہے کہ یہ اس کا جو یہ Times of India میں بھی اس کا آیا تھا، یہ Times of India ہے اگست ٹوئنٹی فائیو کا۔</w:t>
      </w:r>
    </w:p>
    <w:p>
      <w:r>
        <w:rPr>
          <w:b/>
        </w:rPr>
        <w:t xml:space="preserve">[08:06] </w:t>
      </w:r>
      <w:r>
        <w:t>August Twenty Five ka.</w:t>
      </w:r>
    </w:p>
    <w:p>
      <w:pPr>
        <w:jc w:val="right"/>
      </w:pPr>
      <w:r>
        <w:t>اگست ٹوئنٹی فائیو کا۔</w:t>
      </w:r>
    </w:p>
    <w:p>
      <w:r>
        <w:rPr>
          <w:b/>
        </w:rPr>
        <w:t xml:space="preserve">[08:08] </w:t>
      </w:r>
      <w:r>
        <w:t>is mein us ka jist diya tha unhon ne. is mein us ka caption lagaya tha unhon ne keh "Mother had God on her lips but they felt Him." khuda Mother Teresa ke honton par hota tha alfazon mein, lekin dil mein unhon ne khuda ko nahi paaya.</w:t>
      </w:r>
    </w:p>
    <w:p>
      <w:pPr>
        <w:jc w:val="right"/>
      </w:pPr>
      <w:r>
        <w:t>اس میں اس کا جست دیا تھا انہوں نے۔ اس میں اس کا caption لگایا تھا انہوں نے کہ "Mother had God on her lips but they felt Him." خدا مدر ٹریسا کے ہونٹوں پر ہوتا تھا لفظوں میں، لیکن دل میں انہوں نے خدا کو نہیں پایا۔</w:t>
      </w:r>
    </w:p>
    <w:p>
      <w:r>
        <w:rPr>
          <w:b/>
        </w:rPr>
        <w:t xml:space="preserve">[08:38] </w:t>
      </w:r>
      <w:r>
        <w:t>yeh main yeh kahunga ke yeh Mother Teresa ki akeli ki baat nahi hai. yeh jo Time se Time ne yeh caption lagaya ke har agony, to main kahunga ke yeh my agony of mankind hai yeh.</w:t>
      </w:r>
    </w:p>
    <w:p>
      <w:pPr>
        <w:jc w:val="right"/>
      </w:pPr>
      <w:r>
        <w:t>یہ میں یہ کہوں گا کہ یہ مدر ٹریسا کی اکیلی کی بات نہیں ہے۔ یہ جو ٹائم سے ٹائم سے نے یہ caption لگایا کہ ہر agony، تو میں کہوں گا کہ یہ my agony of mankind ہے یہ۔</w:t>
      </w:r>
    </w:p>
    <w:p>
      <w:r>
        <w:rPr>
          <w:b/>
        </w:rPr>
        <w:t xml:space="preserve">[08:53] </w:t>
      </w:r>
      <w:r>
        <w:t>yeh sirf Mother Teresa ki agony nahi hai. yeh agony of mankind. saare log isi mein jeete hain.</w:t>
      </w:r>
    </w:p>
    <w:p>
      <w:pPr>
        <w:jc w:val="right"/>
      </w:pPr>
      <w:r>
        <w:t>یہ صرف مدر ٹریسا کی agony نہیں ہے۔ یہ agony of mankind۔ سارے لوگ اسی میں جیتے ہیں۔</w:t>
      </w:r>
    </w:p>
    <w:p>
      <w:r>
        <w:rPr>
          <w:b/>
        </w:rPr>
        <w:t xml:space="preserve">[09:05] </w:t>
      </w:r>
      <w:r>
        <w:t>to yeh hai aaj ke topic ka mawzu. aaj ke topic ka jo mawzu hai woh yahi hai.</w:t>
      </w:r>
    </w:p>
    <w:p>
      <w:pPr>
        <w:jc w:val="right"/>
      </w:pPr>
      <w:r>
        <w:t>تو یہ ہے آج کے ٹاپک کا موضوع۔ آج کے ٹاپک کا جو موضوع ہے وہ یہی ہے۔</w:t>
      </w:r>
    </w:p>
    <w:p>
      <w:r>
        <w:rPr>
          <w:b/>
        </w:rPr>
        <w:t xml:space="preserve">[09:19] </w:t>
      </w:r>
      <w:r>
        <w:t>kyunki maine yeh dekha hai ke log</w:t>
      </w:r>
    </w:p>
    <w:p>
      <w:pPr>
        <w:jc w:val="right"/>
      </w:pPr>
      <w:r>
        <w:t>کیونکہ میں نے یہ دیکھا ہے کہ لوگ</w:t>
      </w:r>
    </w:p>
    <w:p>
      <w:r>
        <w:rPr>
          <w:b/>
        </w:rPr>
        <w:t xml:space="preserve">[09:30] </w:t>
      </w:r>
      <w:r>
        <w:t>bahut se kaam</w:t>
      </w:r>
    </w:p>
    <w:p>
      <w:pPr>
        <w:jc w:val="right"/>
      </w:pPr>
      <w:r>
        <w:t>بہت سے کام</w:t>
      </w:r>
    </w:p>
    <w:p>
      <w:r>
        <w:rPr>
          <w:b/>
        </w:rPr>
        <w:t xml:space="preserve">[09:31] </w:t>
      </w:r>
      <w:r>
        <w:t>karte hain, meri apni zindagi mein khuda ka shukr hai mujhe kaafi lambi umar Allah Ta'ala ne di. bahut se logon ko dekha maine. us mein se aakhri tajurba Mother Teresa ka hai.</w:t>
      </w:r>
    </w:p>
    <w:p>
      <w:pPr>
        <w:jc w:val="right"/>
      </w:pPr>
      <w:r>
        <w:t>کرتے ہیں، میری اپنی زندگی میں خدا کا شکر ہے مجھے کافی لمبی عمر اللہ تعالیٰ نے دی۔ بہت سے لوگوں کو دیکھا میں نے۔ اس میں سے آخری تجربہ مدر ٹریسا کا ہے۔</w:t>
      </w:r>
    </w:p>
    <w:p>
      <w:r>
        <w:rPr>
          <w:b/>
        </w:rPr>
        <w:t xml:space="preserve">[09:43] </w:t>
      </w:r>
      <w:r>
        <w:t>unhon ne kisi kaam ko kiya yeh sochte hue ke is mein mujhe khuda milega, is mein mujhe happiness milegi. is mein mujhe intellectual satisfaction milega.</w:t>
      </w:r>
    </w:p>
    <w:p>
      <w:pPr>
        <w:jc w:val="right"/>
      </w:pPr>
      <w:r>
        <w:t>انہوں نے کسی کام کو کیا یہ سوچتے ہوئے کہ اس میں مجھے خدا ملے گا، اس میں مجھے happiness ملے گی۔ اس میں مجھے intellectual satisfaction ملے گا۔</w:t>
      </w:r>
    </w:p>
    <w:p>
      <w:r>
        <w:rPr>
          <w:b/>
        </w:rPr>
        <w:t xml:space="preserve">[09:53] </w:t>
      </w:r>
      <w:r>
        <w:t>lekin mila nahi.</w:t>
      </w:r>
    </w:p>
    <w:p>
      <w:pPr>
        <w:jc w:val="right"/>
      </w:pPr>
      <w:r>
        <w:t>لیکن ملا نہیں۔</w:t>
      </w:r>
    </w:p>
    <w:p>
      <w:r>
        <w:rPr>
          <w:b/>
        </w:rPr>
        <w:t xml:space="preserve">[09:57] </w:t>
      </w:r>
      <w:r>
        <w:t>sab se sad aspect is story ka yeh hai ke log is ko chhupaye rehte hain. khud Mother Teresa is ko chhupaye rahin.</w:t>
      </w:r>
    </w:p>
    <w:p>
      <w:pPr>
        <w:jc w:val="right"/>
      </w:pPr>
      <w:r>
        <w:t>سب سے sad aspect اس story کا یہ ہے کہ لوگ اس کو چھپائے رہتے ہیں۔ خود مدر ٹریسا اس کو چھپائے رہیں۔</w:t>
      </w:r>
    </w:p>
    <w:p>
      <w:r>
        <w:rPr>
          <w:b/>
        </w:rPr>
        <w:t xml:space="preserve">[10:07] </w:t>
      </w:r>
      <w:r>
        <w:t>aap sochiye zara ke Mother Teresa jo un ki biography likhta hai, is ko kehti hain ke jo kuch karo khuda ke liye karo.</w:t>
      </w:r>
    </w:p>
    <w:p>
      <w:pPr>
        <w:jc w:val="right"/>
      </w:pPr>
      <w:r>
        <w:t>آپ سوچیے ذرا کہ مدر ٹریسا جو ان کی biography لکھتا ہے، اس کو کہتی ہیں کہ جو کچھ کرو خدا کے لیے کرو۔</w:t>
      </w:r>
    </w:p>
    <w:p>
      <w:r>
        <w:rPr>
          <w:b/>
        </w:rPr>
        <w:t xml:space="preserve">[10:20] </w:t>
      </w:r>
      <w:r>
        <w:t>ji? aap ghaur kijiye is ko.</w:t>
      </w:r>
    </w:p>
    <w:p>
      <w:pPr>
        <w:jc w:val="right"/>
      </w:pPr>
      <w:r>
        <w:t>جی؟ آپ غور کیجیے اس کو۔</w:t>
      </w:r>
    </w:p>
    <w:p>
      <w:r>
        <w:rPr>
          <w:b/>
        </w:rPr>
        <w:t xml:space="preserve">[10:27] </w:t>
      </w:r>
      <w:r>
        <w:t>"Do it for the glory of God." aur andar khuda un ke hai nahin. apni poori zindagi unhone munh se nahin kaha logon ke saamne stage par ki maine poor logon mein khuda ko talaash kiya, mujhe khuda nahin mila.</w:t>
      </w:r>
    </w:p>
    <w:p>
      <w:pPr>
        <w:jc w:val="right"/>
      </w:pPr>
      <w:r>
        <w:t>"Do it for the glory of God." اور اندر خدا ان کے ہی ہے نہیں۔ اپنی پوری زندگی انہوں نے منہ سے نہیں کہا لوگوں کے سامنے stage پر کہ میں نے poor لوگوں میں خدا کو تلاش کیا، مجھے خدا نہیں ملا۔</w:t>
      </w:r>
    </w:p>
    <w:p>
      <w:r>
        <w:rPr>
          <w:b/>
        </w:rPr>
        <w:t xml:space="preserve">[10:42] </w:t>
      </w:r>
      <w:r>
        <w:t>main mar raha hoon khuda ko paaye baghair. ye nahin kaha unhone. ye to un ke letters mein ye cheez aa gayi hai, is ko doosre logon ne chhapa.</w:t>
      </w:r>
    </w:p>
    <w:p>
      <w:pPr>
        <w:jc w:val="right"/>
      </w:pPr>
      <w:r>
        <w:t>میں مر رہا ہوں خدا کو پائے بغیر۔ یہ نہیں کہا انہوں نے۔ یہ تو ان کے letters میں یہ چیز آ گئی ہے، اس کو دوسرے لوگوں نے چھاپا۔</w:t>
      </w:r>
    </w:p>
    <w:p>
      <w:r>
        <w:rPr>
          <w:b/>
        </w:rPr>
        <w:t xml:space="preserve">[10:53] </w:t>
      </w:r>
      <w:r>
        <w:t>to sab se bada problem mein ye samajh raha hoon ki logon ko sachchai nahin milti, lekin woh chhipaye rehte hain is ko.</w:t>
      </w:r>
    </w:p>
    <w:p>
      <w:pPr>
        <w:jc w:val="right"/>
      </w:pPr>
      <w:r>
        <w:t>تو سب سے بڑا problem میں یہ سمجھ رہا ہوں کہ لوگوں کو سچائی نہیں ملتی، لیکن وہ چھپائے رہتے ہیں اس کو۔</w:t>
      </w:r>
    </w:p>
    <w:p>
      <w:r>
        <w:rPr>
          <w:b/>
        </w:rPr>
        <w:t xml:space="preserve">[11:05] </w:t>
      </w:r>
      <w:r>
        <w:t>abhi ki baat hai, ek family gayi kisi hill station par. koi shimla waghaira jo hill stations hain, woh us se wahan jaate hain log.</w:t>
      </w:r>
    </w:p>
    <w:p>
      <w:pPr>
        <w:jc w:val="right"/>
      </w:pPr>
      <w:r>
        <w:t>ابھی کی بات ہے، ایک family گئی کسی hill station پر۔ کوئی شملہ وغیرہ جو hill stations ہیں، وہ اس سے وہاں جاتے ہیں لوگ۔</w:t>
      </w:r>
    </w:p>
    <w:p>
      <w:r>
        <w:rPr>
          <w:b/>
        </w:rPr>
        <w:t xml:space="preserve">[11:18] </w:t>
      </w:r>
      <w:r>
        <w:t>tafrech ke liye, entertainment ke liye, enjoy karne ke liye.</w:t>
      </w:r>
    </w:p>
    <w:p>
      <w:pPr>
        <w:jc w:val="right"/>
      </w:pPr>
      <w:r>
        <w:t>تفریح کے لیے، entertainment کے لیے، enjoy کرنے کے لیے۔</w:t>
      </w:r>
    </w:p>
    <w:p>
      <w:r>
        <w:rPr>
          <w:b/>
        </w:rPr>
        <w:t xml:space="preserve">[11:22] </w:t>
      </w:r>
      <w:r>
        <w:t>to woh gaye woh log wahan. jaane se pahle meri mulaqat hui thi, to maine kaha un se ki aap jaiye, lekin wahan se aap sirf ek boarding lekar lotenge.</w:t>
      </w:r>
    </w:p>
    <w:p>
      <w:pPr>
        <w:jc w:val="right"/>
      </w:pPr>
      <w:r>
        <w:t>تو وہ گئے وہ لوگ وہاں۔ جانے سے پہلے میری ملاقات ہوئی تھی، تو میں نے کہا ان سے کہ آپ جائیے، لیکن وہاں سے آپ صرف ایک boarding لے کر لوٹیں گے۔</w:t>
      </w:r>
    </w:p>
    <w:p>
      <w:r>
        <w:rPr>
          <w:b/>
        </w:rPr>
        <w:t xml:space="preserve">[11:35] </w:t>
      </w:r>
      <w:r>
        <w:t>jab wapsi mein mulaqat hui to maine kaha ki sahib kya hua? nahin, hum to khoob enjoy kiya, humne khoob lutf aaya.</w:t>
      </w:r>
    </w:p>
    <w:p>
      <w:pPr>
        <w:jc w:val="right"/>
      </w:pPr>
      <w:r>
        <w:t>جب واپسی میں ملاقات ہوئی تو میں نے کہا کہ صاحب کیا ہوا؟ نہیں، ہم تو خوب enjoy کیا، ہم نے خوب لطف آیا۔</w:t>
      </w:r>
    </w:p>
    <w:p>
      <w:r>
        <w:rPr>
          <w:b/>
        </w:rPr>
        <w:t xml:space="preserve">[11:45] </w:t>
      </w:r>
      <w:r>
        <w:t>ab wohi aadmi apne ghar mein, mujhe pata chala ki khaane ki table par usne kaha apne bachchon se ki aap abhi wahan gaye the, kuchh wahan par boarding khatam hoga, wahan to ek naya boarding lekar aaye hain.</w:t>
      </w:r>
    </w:p>
    <w:p>
      <w:pPr>
        <w:jc w:val="right"/>
      </w:pPr>
      <w:r>
        <w:t>اب وہی آدمی اپنے گھر میں، مجھے پتہ چلا کہ کھانے کی table پر اس نے کہا اپنے بچوں سے کہ آپ ابھی وہاں گئے تھے، کچھ وہاں پر boarding ختم ہوگا، وہاں تو ایک نیا boarding لے کر آئے ہیں۔</w:t>
      </w:r>
    </w:p>
    <w:p>
      <w:r>
        <w:rPr>
          <w:b/>
        </w:rPr>
        <w:t xml:space="preserve">[11:58] </w:t>
      </w:r>
      <w:r>
        <w:t>wohi same aadmi. mujhe kehta hai ki nahin sahib, wahan to hum bahut khush rahe aur khoob wahan se happiness lekar aaye.</w:t>
      </w:r>
    </w:p>
    <w:p>
      <w:pPr>
        <w:jc w:val="right"/>
      </w:pPr>
      <w:r>
        <w:t>وہی same آدمی۔ مجھ سے کہتا ہے کہ نہیں صاحب، وہاں تو ہم بہت خوش رہے اور خوب وہاں سے happiness لے کر آئے۔</w:t>
      </w:r>
    </w:p>
    <w:p>
      <w:r>
        <w:rPr>
          <w:b/>
        </w:rPr>
        <w:t xml:space="preserve">[12:09] </w:t>
      </w:r>
      <w:r>
        <w:t>bilkul jhut tha.</w:t>
      </w:r>
    </w:p>
    <w:p>
      <w:pPr>
        <w:jc w:val="right"/>
      </w:pPr>
      <w:r>
        <w:t>بالکل جھوٹ تھا۔</w:t>
      </w:r>
    </w:p>
    <w:p>
      <w:r>
        <w:rPr>
          <w:b/>
        </w:rPr>
        <w:t xml:space="preserve">[12:12] </w:t>
      </w:r>
      <w:r>
        <w:t>ab itni badi aadmi mother teresa, chhasi saal tak woh bahut hi yani lady of stage bani rahin, sixty six years tak.</w:t>
      </w:r>
    </w:p>
    <w:p>
      <w:pPr>
        <w:jc w:val="right"/>
      </w:pPr>
      <w:r>
        <w:t>اب اتنی بڑی آدمی مدر ٹریسا، چھیاسٹھ سال تک وہ بہت ہی یعنی lady of stage بنی رہیں، sixty six years تک۔</w:t>
      </w:r>
    </w:p>
    <w:p>
      <w:r>
        <w:rPr>
          <w:b/>
        </w:rPr>
        <w:t xml:space="preserve">[12:25] </w:t>
      </w:r>
      <w:r>
        <w:t>aur kabhi unhone kisi se nahin kaha ki maine khuda ko nahin paya. balke khuda ki baat, un ki cheezein aap parhi hui hongi aap ne. un ki har statement mein, un ki har speech mein khuda ki baat hoti thi, spirituality ki baat hoti thi.</w:t>
      </w:r>
    </w:p>
    <w:p>
      <w:pPr>
        <w:jc w:val="right"/>
      </w:pPr>
      <w:r>
        <w:t>اور کبھی انہوں نے کسی سے نہیں کہا کہ میں نے خدا کو نہیں پایا۔ بلکہ خدا کی بات، ان کی چیزیں آپ پڑھی ہوئی ہوں گی آپ نے۔ ان کی ہر statement میں، ان کی ہر speech میں خدا کی بات ہوتی تھی، spirituality کی بات ہوتی تھی۔</w:t>
      </w:r>
    </w:p>
    <w:p>
      <w:r>
        <w:rPr>
          <w:b/>
        </w:rPr>
        <w:t xml:space="preserve">[12:40] </w:t>
      </w:r>
      <w:r>
        <w:t>hatta ke is author ko unhone yahi kaha jo un ki life likhi thi. khuda ki baat kahi. andar se kya tha?</w:t>
      </w:r>
    </w:p>
    <w:p>
      <w:pPr>
        <w:jc w:val="right"/>
      </w:pPr>
      <w:r>
        <w:t>حتیٰ کہ اس author کو انہوں نے یہی کہا جو ان کی life لکھی تھی۔ خدا کی بات کہی۔ اندر سے کیا تھا؟</w:t>
      </w:r>
    </w:p>
    <w:p>
      <w:r>
        <w:rPr>
          <w:b/>
        </w:rPr>
        <w:t xml:space="preserve">[12:49] </w:t>
      </w:r>
      <w:r>
        <w:t>andar se kuchh nahin tha. is mein ye word use hua hai, intellectual starvation, spiritual starvation.</w:t>
      </w:r>
    </w:p>
    <w:p>
      <w:pPr>
        <w:jc w:val="right"/>
      </w:pPr>
      <w:r>
        <w:t>اندر سے کچھ نہیں تھا۔ اس میں یہ word use ہوا ہے، intellectual starvation، spiritual starvation۔</w:t>
      </w:r>
    </w:p>
    <w:p>
      <w:r>
        <w:rPr>
          <w:b/>
        </w:rPr>
        <w:t xml:space="preserve">[13:00] </w:t>
      </w:r>
      <w:r>
        <w:t>andar se store kar rahi thi woh, store. aur bahar se bolti thi ki khuda ki baat, spirituality ki baat.</w:t>
      </w:r>
    </w:p>
    <w:p>
      <w:pPr>
        <w:jc w:val="right"/>
      </w:pPr>
      <w:r>
        <w:t>اندر سے store کر رہی تھی وہ، store۔ اور باہر سے بولتی تھی کہ خدا کی بات، spirituality کی بات۔</w:t>
      </w:r>
    </w:p>
    <w:p>
      <w:r>
        <w:rPr>
          <w:b/>
        </w:rPr>
        <w:t xml:space="preserve">[13:11] </w:t>
      </w:r>
      <w:r>
        <w:t>is ka matlab ye hai ki aadmi mehsoos karta hai ki maine ek cheez nahin payi hai, lekin</w:t>
      </w:r>
    </w:p>
    <w:p>
      <w:pPr>
        <w:jc w:val="right"/>
      </w:pPr>
      <w:r>
        <w:t>اس کا معنی یہ ہے کہ آدمی محسوس کرتا ہے کہ میں نے ایک چیز نہیں پائی ہے، لیکن</w:t>
      </w:r>
    </w:p>
    <w:p>
      <w:r>
        <w:rPr>
          <w:b/>
        </w:rPr>
        <w:t xml:space="preserve">[13:19] </w:t>
      </w:r>
      <w:r>
        <w:t>koai naya process nahin shuru karna chahta woh. kyunke naya process shuru hoga jab jab woh apne mane ga ki bhai nahin paya.</w:t>
      </w:r>
    </w:p>
    <w:p>
      <w:pPr>
        <w:jc w:val="right"/>
      </w:pPr>
      <w:r>
        <w:t>کوئی نیا process نہیں شروع کرنا چاہتا وہ۔ کیونکہ نیا process شروع ہوگا جب جب کہ وہ اپنے مانے گا کہ بھئی نہیں پایا۔</w:t>
      </w:r>
    </w:p>
    <w:p>
      <w:r>
        <w:rPr>
          <w:b/>
        </w:rPr>
        <w:t xml:space="preserve">[13:30] </w:t>
      </w:r>
      <w:r>
        <w:t>naya process jo hai ki maslan aap ne samjha ki duniya mein khushi is tarah mile gi ki mein khoob paisa kamaun.</w:t>
      </w:r>
    </w:p>
    <w:p>
      <w:pPr>
        <w:jc w:val="right"/>
      </w:pPr>
      <w:r>
        <w:t>نیا process جو ہے کہ مثلاً آپ نے سمجھا کہ دنیا میں خوشی اس طرح ملے گی کہ میں خوب پیسہ کماؤں۔</w:t>
      </w:r>
    </w:p>
    <w:p>
      <w:r>
        <w:rPr>
          <w:b/>
        </w:rPr>
        <w:t xml:space="preserve">[13:39] </w:t>
      </w:r>
      <w:r>
        <w:t>ab khoob paisa kamaya aap ne, ab khushi nahin mili. to aap ko reassess karna chahiye. koai fresh start lena chahiye.</w:t>
      </w:r>
    </w:p>
    <w:p>
      <w:pPr>
        <w:jc w:val="right"/>
      </w:pPr>
      <w:r>
        <w:t>اب خوب پیسہ کمایا آپ نے، اب خوشی نہیں ملی۔ تو آپ کو reassess کرنا چاہیے۔ کوئی fresh start لینا چاہیے۔</w:t>
      </w:r>
    </w:p>
    <w:p>
      <w:r>
        <w:rPr>
          <w:b/>
        </w:rPr>
        <w:t xml:space="preserve">[13:50] </w:t>
      </w:r>
      <w:r>
        <w:t>taake aap ek case of failure ban kar na maren.</w:t>
      </w:r>
    </w:p>
    <w:p>
      <w:pPr>
        <w:jc w:val="right"/>
      </w:pPr>
      <w:r>
        <w:t>تاکہ آپ ایک case of failure بن کر نہ مریں۔</w:t>
      </w:r>
    </w:p>
    <w:p>
      <w:r>
        <w:rPr>
          <w:b/>
        </w:rPr>
        <w:t xml:space="preserve">[13:56] </w:t>
      </w:r>
      <w:r>
        <w:t>lekin aap aap maante nahin hain is ko? nahin nahin, mein to bahut khush hoon. aur bilkul jhut. mein bahut se logon ko jaanta hoon. jab mein un se kehta hoon ki kya aap paisa kamaate hain?</w:t>
      </w:r>
    </w:p>
    <w:p>
      <w:pPr>
        <w:jc w:val="right"/>
      </w:pPr>
      <w:r>
        <w:t>لیکن آپ آپ مانتے نہیں ہیں اس کو؟ نہیں نہیں، میں تو بہت خوش ہوں۔ اور بالکل جھوٹ۔ میں بہت سے لوگوں کو جانتا ہوں۔ جب میں ان سے کہتا ہوں کہ کیا آپ پیسہ کماتے ہیں؟</w:t>
      </w:r>
    </w:p>
    <w:p>
      <w:r>
        <w:rPr>
          <w:b/>
        </w:rPr>
        <w:t xml:space="preserve">[14:07] </w:t>
      </w:r>
      <w:r>
        <w:t>kya mila aap ko paise kamaate hain? haan, bahut mila, bahut mila. ye hai aur woh hai. aur sab is ko jhut hota hai. andar se sad, bilkul sad.</w:t>
      </w:r>
    </w:p>
    <w:p>
      <w:pPr>
        <w:jc w:val="right"/>
      </w:pPr>
      <w:r>
        <w:t>کیا ملا آپ کو پیسے کماتے ہیں؟ ہاں، بہت ملا، بہت ملا۔ یہ ہے اور وہ ہے۔ اور سب اس کو جھوٹ ہوتا ہے۔ اندر سے sad، بالکل sad۔</w:t>
      </w:r>
    </w:p>
    <w:p>
      <w:r>
        <w:rPr>
          <w:b/>
        </w:rPr>
        <w:t xml:space="preserve">[14:18] </w:t>
      </w:r>
      <w:r>
        <w:t>ek lady, ek paise wali lady mere paas aayin.</w:t>
      </w:r>
    </w:p>
    <w:p>
      <w:pPr>
        <w:jc w:val="right"/>
      </w:pPr>
      <w:r>
        <w:t>ایک lady، ایک پیسے والی lady میرے پاس آئیں۔</w:t>
      </w:r>
    </w:p>
    <w:p>
      <w:r>
        <w:rPr>
          <w:b/>
        </w:rPr>
        <w:t xml:space="preserve">[14:21] </w:t>
      </w:r>
      <w:r>
        <w:t>baat cheet se maine andaaza kiya ki ye ghar mein un ke problem hote hain. yani husband aur wife ke. to maine kaha ki aisa lagta hai ki aap ke aap aap ke yahan problem hai ghar mein.</w:t>
      </w:r>
    </w:p>
    <w:p>
      <w:pPr>
        <w:jc w:val="right"/>
      </w:pPr>
      <w:r>
        <w:t>بات چیت سے میں نے اندازہ کیا کہ یہ گھر میں ان کے problem ہوتے ہیں۔ یعنی husband اور wife کے۔ تو میں نے کہا کہ ایسا لگتا ہے کہ آپ کے آپ آپ کے ہاں problem ہے گھر میں۔</w:t>
      </w:r>
    </w:p>
    <w:p>
      <w:r>
        <w:rPr>
          <w:b/>
        </w:rPr>
        <w:t xml:space="preserve">[14:36] </w:t>
      </w:r>
      <w:r>
        <w:t>kaha nahi nahi, hum to bahut khushi ke saath khush rehte hain hum log. bahut khush. aur isi baat cheet ke beech mein wahi khud hi keh gayin ke woh aisa hai ke thoda unko mujh se problem hai to woh chale jaate hain aksar, mere paas kam reh</w:t>
      </w:r>
    </w:p>
    <w:p>
      <w:pPr>
        <w:jc w:val="right"/>
      </w:pPr>
      <w:r>
        <w:t>کہا نہیں نہیں، ہم تو بہت خوشی کے ساتھ خوش رہتے ہیں ہم لوگ۔ بہت خوش۔ اور اسی بات چیت کے بیچ میں وہی خود ہی کہہ گئیں کہ وہ ایسا ہے کہ تھوڑا ان کو مجھ سے problem ہے تو وہ چلے جاتے ہیں اکثر، میرے پاس کم رہ</w:t>
      </w:r>
    </w:p>
    <w:p>
      <w:r>
        <w:rPr>
          <w:b/>
        </w:rPr>
        <w:t xml:space="preserve">[14:50] </w:t>
      </w:r>
      <w:r>
        <w:t>te hain. isi baat cheet mein keh diya unhon ne. yeh hai cover up policy. har aadmi cover up policy chalta hai.</w:t>
      </w:r>
    </w:p>
    <w:p>
      <w:pPr>
        <w:jc w:val="right"/>
      </w:pPr>
      <w:r>
        <w:t>تے ہیں۔ اسی بات چیت میں کہہ دیا انہوں نے۔ یہ ہے cover up policy۔ ہر آدمی cover up policy چلاتا ہے۔</w:t>
      </w:r>
    </w:p>
    <w:p>
      <w:r>
        <w:rPr>
          <w:b/>
        </w:rPr>
        <w:t xml:space="preserve">[14:59] </w:t>
      </w:r>
      <w:r>
        <w:t>Operation cover up. har aadmi ka yeh motto hai. Operation cover up. chhupana, apni baat ko chhupana.</w:t>
      </w:r>
    </w:p>
    <w:p>
      <w:pPr>
        <w:jc w:val="right"/>
      </w:pPr>
      <w:r>
        <w:t>Operation cover up۔ ہر آدمی کا یہ motto ہے۔ Operation cover up۔ چھپانا، اپنی بات کو چھپانا۔</w:t>
      </w:r>
    </w:p>
    <w:p>
      <w:r>
        <w:rPr>
          <w:b/>
        </w:rPr>
        <w:t xml:space="preserve">[15:10] </w:t>
      </w:r>
      <w:r>
        <w:t>to main yeh kahunga ke agar aap ne jo pehla step liya tha ke farz kiya aap ne samjha ke social service karunga, is mein mujhe sachai mil jayegi.</w:t>
      </w:r>
    </w:p>
    <w:p>
      <w:pPr>
        <w:jc w:val="right"/>
      </w:pPr>
      <w:r>
        <w:t>تو میں یہ کہوں گا کہ اگر آپ نے جو پہلا step لیا تھا کہ فرض کیا آپ نے سمجھا کہ social service کروں گا، اس میں مجھے سچائی مل جائے گی۔</w:t>
      </w:r>
    </w:p>
    <w:p>
      <w:r>
        <w:rPr>
          <w:b/>
        </w:rPr>
        <w:t xml:space="preserve">[15:23] </w:t>
      </w:r>
      <w:r>
        <w:t>mili work karunga to is mein sachai mil jayegi. paisa kamaunga to is mein sachai mil jayegi. Political power le lunga to is mein sachai mil jayegi. aur aakhir mein aap ne discover kiya ke is mein mujhe sachai nahi mili.</w:t>
      </w:r>
    </w:p>
    <w:p>
      <w:pPr>
        <w:jc w:val="right"/>
      </w:pPr>
      <w:r>
        <w:t>ملی work کروں گا تو اس میں سچائی مل جائے گی۔ پیسہ کماؤں گا تو اس میں سچائی مل جائے گی۔ Political power لے لوں گا تو اس میں سچائی مل جائے گی۔ اور آخر میں آپ نے discover کیا کہ اس میں مجھے سچائی نہیں ملی۔</w:t>
      </w:r>
    </w:p>
    <w:p>
      <w:r>
        <w:rPr>
          <w:b/>
        </w:rPr>
        <w:t xml:space="preserve">[15:36] </w:t>
      </w:r>
      <w:r>
        <w:t>dil ka contentment nahi mila, khushi nahi mili.</w:t>
      </w:r>
    </w:p>
    <w:p>
      <w:pPr>
        <w:jc w:val="right"/>
      </w:pPr>
      <w:r>
        <w:t>دل کا contentment نہیں ملا، خوشی نہیں ملی۔</w:t>
      </w:r>
    </w:p>
    <w:p>
      <w:r>
        <w:rPr>
          <w:b/>
        </w:rPr>
        <w:t xml:space="preserve">[15:40] </w:t>
      </w:r>
      <w:r>
        <w:t>phir bhi andar se aap sad paate hain apne aap ko. to doosri ghalti na kijiye ke aap jhooth bolein. balke boliye, kahiye munh se.</w:t>
      </w:r>
    </w:p>
    <w:p>
      <w:pPr>
        <w:jc w:val="right"/>
      </w:pPr>
      <w:r>
        <w:t>پھر بھی اندر سے آپ sad پاتے ہیں اپنے آپ کو۔ تو دوسری غلطی نہ کیجیے کہ آپ جھوٹ بولیں۔ بلکہ بولیے، کہیے منہ سے۔</w:t>
      </w:r>
    </w:p>
    <w:p>
      <w:r>
        <w:rPr>
          <w:b/>
        </w:rPr>
        <w:t xml:space="preserve">[15:52] </w:t>
      </w:r>
      <w:r>
        <w:t>taake aap ki zindagi mein ek nayi research shuru ho. nayi search shuru ho. nayi discovery shuru ho.</w:t>
      </w:r>
    </w:p>
    <w:p>
      <w:pPr>
        <w:jc w:val="right"/>
      </w:pPr>
      <w:r>
        <w:t>تاکہ آپ کی زندگی میں ایک نئی research شروع ہو۔ نئی search شروع ہو۔ نئی discovery شروع ہو۔</w:t>
      </w:r>
    </w:p>
    <w:p>
      <w:r>
        <w:rPr>
          <w:b/>
        </w:rPr>
        <w:t xml:space="preserve">[16:05] </w:t>
      </w:r>
      <w:r>
        <w:t>kisi ne bahut sahi kaha hai ke agar aadmi apni zindagi ke aakhri din jaan le ke reality sachai kya hai.</w:t>
      </w:r>
    </w:p>
    <w:p>
      <w:pPr>
        <w:jc w:val="right"/>
      </w:pPr>
      <w:r>
        <w:t>کسی نے بہت صحیح کہا ہے کہ اگر آدمی اپنی زندگی کے آخری دن جان لے کہ reality سچائی کیا ہے۔</w:t>
      </w:r>
    </w:p>
    <w:p>
      <w:r>
        <w:rPr>
          <w:b/>
        </w:rPr>
        <w:t xml:space="preserve">[16:14] </w:t>
      </w:r>
      <w:r>
        <w:t>yani ninanwe din us ne kho diya. lekin aakhri sauven din us ko pata chal gaya ke sachai yeh hai to us ko bahut badi achievement ho gayi.</w:t>
      </w:r>
    </w:p>
    <w:p>
      <w:pPr>
        <w:jc w:val="right"/>
      </w:pPr>
      <w:r>
        <w:t>یعنی ننانوے دن اس نے کھو دیا۔ لیکن آخری سویں دن اس کو پتہ چل گیا کہ سچائی یہ ہے تو اس کو بہت بڑی achievement ہو گئی۔</w:t>
      </w:r>
    </w:p>
    <w:p>
      <w:r>
        <w:rPr>
          <w:b/>
        </w:rPr>
        <w:t xml:space="preserve">[16:27] </w:t>
      </w:r>
      <w:r>
        <w:t>to aap mein samajhta hoon ke har aadmi ko yeh decision lena chahiye ke main nahi marunga despair mein.</w:t>
      </w:r>
    </w:p>
    <w:p>
      <w:pPr>
        <w:jc w:val="right"/>
      </w:pPr>
      <w:r>
        <w:t>تو آپ میں سمجھتا ہوں کہ ہر آدمی کو یہ decision لینا چاہیے کہ میں نہیں مروں گا despair میں۔</w:t>
      </w:r>
    </w:p>
    <w:p>
      <w:r>
        <w:rPr>
          <w:b/>
        </w:rPr>
        <w:t xml:space="preserve">[16:35] </w:t>
      </w:r>
      <w:r>
        <w:t>main marunga achievement ke ehsas ke saath ke main ne sachai ko pa liya.</w:t>
      </w:r>
    </w:p>
    <w:p>
      <w:pPr>
        <w:jc w:val="right"/>
      </w:pPr>
      <w:r>
        <w:t>میں مروں گا achievement کے احساس کے ساتھ کہ میں نے سچائی کو پا لیا۔</w:t>
      </w:r>
    </w:p>
    <w:p>
      <w:r>
        <w:rPr>
          <w:b/>
        </w:rPr>
        <w:t xml:space="preserve">[16:42] </w:t>
      </w:r>
      <w:r>
        <w:t>to ab yeh aap sochiye ke kya wajah hai ke un ka woh un ka jo biographer hai woh kehta hai ke Madar Teresa ko Madar Teresa intellectual starvation mein jiti thi.</w:t>
      </w:r>
    </w:p>
    <w:p>
      <w:pPr>
        <w:jc w:val="right"/>
      </w:pPr>
      <w:r>
        <w:t>تو اب یہ آپ سوچیے کہ کیا وجہ ہے کہ ان کا وہ ان کا جو biographer ہے وہ کہتا ہے کہ مدر ٹریسا کو مدر ٹریسا intellectual starvation میں جیتی تھی۔</w:t>
      </w:r>
    </w:p>
    <w:p>
      <w:r>
        <w:rPr>
          <w:b/>
        </w:rPr>
        <w:t xml:space="preserve">[17:05] </w:t>
      </w:r>
      <w:r>
        <w:t>Madar Teresa intellectual starvation mein jiti thi.</w:t>
      </w:r>
    </w:p>
    <w:p>
      <w:pPr>
        <w:jc w:val="right"/>
      </w:pPr>
      <w:r>
        <w:t>مدر ٹریسا intellectual starvation میں جیتی تھی۔</w:t>
      </w:r>
    </w:p>
    <w:p>
      <w:r>
        <w:rPr>
          <w:b/>
        </w:rPr>
        <w:t xml:space="preserve">[17:10] </w:t>
      </w:r>
      <w:r>
        <w:t>is par main ne socha. is par main ne socha. to main ne yeh paya ke sabhi log intellectual starvation mein jeete hain, sabhi log</w:t>
      </w:r>
    </w:p>
    <w:p>
      <w:pPr>
        <w:jc w:val="right"/>
      </w:pPr>
      <w:r>
        <w:t>اس پر میں نے سوچا۔ اس پر میں نے سوچا۔ تو میں نے یہ پایا کہ سبھی لوگ intellectual starvation میں جیتے ہیں، سبھی لوگ</w:t>
      </w:r>
    </w:p>
    <w:p>
      <w:r>
        <w:rPr>
          <w:b/>
        </w:rPr>
        <w:t xml:space="preserve">[17:24] </w:t>
      </w:r>
      <w:r>
        <w:t>. is ka wajah kya hai? ke andar jo un ke jo ek hai jazba ke ab main sachai ko paun.</w:t>
      </w:r>
    </w:p>
    <w:p>
      <w:pPr>
        <w:jc w:val="right"/>
      </w:pPr>
      <w:r>
        <w:t>۔ اس کا وجہ کیا ہے؟ کہ اندر جو ان کے جو ایک ہے جذبہ کہ اب میں سچائی کو پاؤں۔</w:t>
      </w:r>
    </w:p>
    <w:p>
      <w:r>
        <w:rPr>
          <w:b/>
        </w:rPr>
        <w:t xml:space="preserve">[17:35] </w:t>
      </w:r>
      <w:r>
        <w:t>dekhein, sachai ko pane ka jazba insaan ke andar by nature hai. By nature. yani man is a seek, man is a true seeking animal.</w:t>
      </w:r>
    </w:p>
    <w:p>
      <w:pPr>
        <w:jc w:val="right"/>
      </w:pPr>
      <w:r>
        <w:t>دیکھیں، سچائی کو پانے کا جذبہ انسان کے اندر by nature ہے۔ By nature۔ یعنی man is a seek، man is a true seeking animal۔</w:t>
      </w:r>
    </w:p>
    <w:p>
      <w:r>
        <w:rPr>
          <w:b/>
        </w:rPr>
        <w:t xml:space="preserve">[17:48] </w:t>
      </w:r>
      <w:r>
        <w:t>Man is a true seeking anim</w:t>
      </w:r>
    </w:p>
    <w:p>
      <w:pPr>
        <w:jc w:val="right"/>
      </w:pPr>
      <w:r>
        <w:t>Man is a true seeking anim</w:t>
      </w:r>
    </w:p>
    <w:p>
      <w:r>
        <w:rPr>
          <w:b/>
        </w:rPr>
        <w:t xml:space="preserve">[17:50] </w:t>
      </w:r>
      <w:r>
        <w:t>al. to sachai ko pana yeh insaan ki sab se badi longing hai. sab se bada is ka jazba hai andar jo hai.</w:t>
      </w:r>
    </w:p>
    <w:p>
      <w:pPr>
        <w:jc w:val="right"/>
      </w:pPr>
      <w:r>
        <w:t>al۔ تو سچائی کو پانا یہ انسان کی سب سے بڑی longing ہے۔ سب سے بڑا اس کا جذبہ ہے اندر جو ہے۔</w:t>
      </w:r>
    </w:p>
    <w:p>
      <w:r>
        <w:rPr>
          <w:b/>
        </w:rPr>
        <w:t xml:space="preserve">[18:02] </w:t>
      </w:r>
      <w:r>
        <w:t>to aadmi kya karta hai? woh samajhta hai ke main political power mil jaye to mujhe sab se badi baat mil jayegi.</w:t>
      </w:r>
    </w:p>
    <w:p>
      <w:pPr>
        <w:jc w:val="right"/>
      </w:pPr>
      <w:r>
        <w:t>تو آدمی کیا کرتا ہے؟ وہ سمجھتا ہے کہ میں political power مل جائے تو مجھے سب سے بڑی بات مل جائے گی۔</w:t>
      </w:r>
    </w:p>
    <w:p>
      <w:r>
        <w:rPr>
          <w:b/>
        </w:rPr>
        <w:t xml:space="preserve">[18:12] </w:t>
      </w:r>
      <w:r>
        <w:t>paisa ho jaye mere paas to sab to main ne sab kuch pa lunga main.</w:t>
      </w:r>
    </w:p>
    <w:p>
      <w:pPr>
        <w:jc w:val="right"/>
      </w:pPr>
      <w:r>
        <w:t>پیسہ ہو جائے میرے پاس تو سب تو میں نے سب کچھ پا لوں گا میں۔</w:t>
      </w:r>
    </w:p>
    <w:p>
      <w:r>
        <w:rPr>
          <w:b/>
        </w:rPr>
        <w:t xml:space="preserve">[18:17] </w:t>
      </w:r>
      <w:r>
        <w:t>koi social service aur mili work mein apne ko laga deta hai. samajhta hai ke haan, mujhe mil jayega. lekin milta nahi. kyun? dekhein, aap ko sachai physical level pe kabhi nahi milegi.</w:t>
      </w:r>
    </w:p>
    <w:p>
      <w:pPr>
        <w:jc w:val="right"/>
      </w:pPr>
      <w:r>
        <w:t>کوئی social service اور ملی ملی work میں اپنے کو لگا دیتا ہے۔ سمجھتا ہے کہ ہاں، مجھے مل جائے گا۔ لیکن ملتا نہیں۔ کیوں؟ دیکھیں، آپ کو سچائی physical level پہ کبھی نہیں ملے گی۔</w:t>
      </w:r>
    </w:p>
    <w:p>
      <w:r>
        <w:rPr>
          <w:b/>
        </w:rPr>
        <w:t xml:space="preserve">[18:30] </w:t>
      </w:r>
      <w:r>
        <w:t>woh intellectual level pe milegi. Basic baat yeh hai.</w:t>
      </w:r>
    </w:p>
    <w:p>
      <w:pPr>
        <w:jc w:val="right"/>
      </w:pPr>
      <w:r>
        <w:t>وہ intellectual level پہ ملے گی۔ Basic بات یہ ہے۔</w:t>
      </w:r>
    </w:p>
    <w:p>
      <w:r>
        <w:rPr>
          <w:b/>
        </w:rPr>
        <w:t xml:space="preserve">[18:38] </w:t>
      </w:r>
      <w:r>
        <w:t>sachai ko jab bhi aap payenge, intellectual level par payenge. aur log physical level par sachai ko talaash kar rahe hain.</w:t>
      </w:r>
    </w:p>
    <w:p>
      <w:pPr>
        <w:jc w:val="right"/>
      </w:pPr>
      <w:r>
        <w:t>سچائی کو جب بھی آپ پائیں گے، intellectual level پر پائیں گے۔ اور لوگ physical level پر سچائی کو تلاش کر رہے ہیں۔</w:t>
      </w:r>
    </w:p>
    <w:p>
      <w:r>
        <w:rPr>
          <w:b/>
        </w:rPr>
        <w:t xml:space="preserve">[18:47] </w:t>
      </w:r>
      <w:r>
        <w:t>paisa kya hai? shohrat kya hai? Political power kya hai? Social work kya hai? mili work kya hai? yeh sab physical level par apni</w:t>
      </w:r>
    </w:p>
    <w:p>
      <w:pPr>
        <w:jc w:val="right"/>
      </w:pPr>
      <w:r>
        <w:t>پیسہ کیا ہے؟ شہرت کیا ہے؟ Political power کیا ہے؟ Social work کیا ہے؟ ملی work کیا ہے؟ یہ سب physical level پر اپنی</w:t>
      </w:r>
    </w:p>
    <w:p>
      <w:r>
        <w:rPr>
          <w:b/>
        </w:rPr>
        <w:t xml:space="preserve">[19:00] </w:t>
      </w:r>
      <w:r>
        <w:t>physical level par apna apni talash ko pana hai. Physical level par woh hai hi nahin. Woh to hai intellectual level par.</w:t>
      </w:r>
    </w:p>
    <w:p>
      <w:pPr>
        <w:jc w:val="right"/>
      </w:pPr>
      <w:r>
        <w:t>physical level پر اپنا اپنی تلاش کو پانا ہے۔ Physical level پر وہ ہے ہی نہیں۔ وہ تو ہے intellectual level پر۔</w:t>
      </w:r>
    </w:p>
    <w:p>
      <w:r>
        <w:rPr>
          <w:b/>
        </w:rPr>
        <w:t xml:space="preserve">[19:11] </w:t>
      </w:r>
      <w:r>
        <w:t>to saare log jeete hain intellectual starvation mein. Intellectual starvation mein.</w:t>
      </w:r>
    </w:p>
    <w:p>
      <w:pPr>
        <w:jc w:val="right"/>
      </w:pPr>
      <w:r>
        <w:t>تو سارے لوگ جیتے ہیں intellectual starvation میں۔ Intellectual starvation میں۔</w:t>
      </w:r>
    </w:p>
    <w:p>
      <w:r>
        <w:rPr>
          <w:b/>
        </w:rPr>
        <w:t xml:space="preserve">[19:20] </w:t>
      </w:r>
      <w:r>
        <w:t>aur rozana ki zindagi guzarti hai un ki physical level par. Isi mar jaate hain woh.</w:t>
      </w:r>
    </w:p>
    <w:p>
      <w:pPr>
        <w:jc w:val="right"/>
      </w:pPr>
      <w:r>
        <w:t>اور روزانہ کی زندگی گزرتی ہے ان کی physical level پر۔ اسی مر جاتے ہیں وہ۔</w:t>
      </w:r>
    </w:p>
    <w:p>
      <w:r>
        <w:rPr>
          <w:b/>
        </w:rPr>
        <w:t xml:space="preserve">[19:29] </w:t>
      </w:r>
      <w:r>
        <w:t>to main yeh kehna chahunga ke aap apni zindagi ka phir se reassess karein aur zindagi ka ek naqsha banaein.</w:t>
      </w:r>
    </w:p>
    <w:p>
      <w:pPr>
        <w:jc w:val="right"/>
      </w:pPr>
      <w:r>
        <w:t>تو میں یہ کہنا چاہوں گا کہ آپ اپنی زندگی کا پھر سے reassess کریں اور زندگی کا ایک نقشہ بنائیں۔</w:t>
      </w:r>
    </w:p>
    <w:p>
      <w:r>
        <w:rPr>
          <w:b/>
        </w:rPr>
        <w:t xml:space="preserve">[19:40] </w:t>
      </w:r>
      <w:r>
        <w:t>jahan tak maine socha hai, mera khayal yeh hai ke ek planning ke tehat aap ko zindagi guzarni chahiye. Tab aap sachai ko paenge.</w:t>
      </w:r>
    </w:p>
    <w:p>
      <w:pPr>
        <w:jc w:val="right"/>
      </w:pPr>
      <w:r>
        <w:t>جہاں تک میں نے سوچا ہے، میرا خیال یہ ہے کہ ایک planning کے تحت آپ کو زندگی گزارنا چاہیے۔ تب آپ سچائی کو پائیں گے۔</w:t>
      </w:r>
    </w:p>
    <w:p>
      <w:r>
        <w:rPr>
          <w:b/>
        </w:rPr>
        <w:t xml:space="preserve">[19:52] </w:t>
      </w:r>
      <w:r>
        <w:t>is planning mein kya hai? Yani sachai ko pane ke liye main samajhta hoon ke three point formula hai. Woh hai kya</w:t>
      </w:r>
    </w:p>
    <w:p>
      <w:pPr>
        <w:jc w:val="right"/>
      </w:pPr>
      <w:r>
        <w:t>اس planning میں کیا ہے؟ یعنی سچائی کو پانے کے لیے میں میں سمجھتا ہوں کہ three point فارمولا ہے۔ وہ ہے کیا</w:t>
      </w:r>
    </w:p>
    <w:p>
      <w:r>
        <w:rPr>
          <w:b/>
        </w:rPr>
        <w:t xml:space="preserve">[20:05] </w:t>
      </w:r>
      <w:r>
        <w:t>? Study, observation aur intellectual exchange. Yeh three point formula hai. Study, observation, intellectual exchange.</w:t>
      </w:r>
    </w:p>
    <w:p>
      <w:pPr>
        <w:jc w:val="right"/>
      </w:pPr>
      <w:r>
        <w:t>؟ Study، observation اور intellectual exchange۔ یہ three point فارمولا ہے۔ Study، observation، intellectual exchange۔</w:t>
      </w:r>
    </w:p>
    <w:p>
      <w:r>
        <w:rPr>
          <w:b/>
        </w:rPr>
        <w:t xml:space="preserve">[20:21] </w:t>
      </w:r>
      <w:r>
        <w:t>Study kya hai? Kitabon ka mutala karna.</w:t>
      </w:r>
    </w:p>
    <w:p>
      <w:pPr>
        <w:jc w:val="right"/>
      </w:pPr>
      <w:r>
        <w:t>Study کیا ہے؟ کتابوں کا مطالعہ کرنا۔</w:t>
      </w:r>
    </w:p>
    <w:p>
      <w:r>
        <w:rPr>
          <w:b/>
        </w:rPr>
        <w:t xml:space="preserve">[20:28] </w:t>
      </w:r>
      <w:r>
        <w:t>kitabon ko parhna.</w:t>
      </w:r>
    </w:p>
    <w:p>
      <w:pPr>
        <w:jc w:val="right"/>
      </w:pPr>
      <w:r>
        <w:t>کتابوں کو پڑھنا۔</w:t>
      </w:r>
    </w:p>
    <w:p>
      <w:r>
        <w:rPr>
          <w:b/>
        </w:rPr>
        <w:t xml:space="preserve">[20:36] </w:t>
      </w:r>
      <w:r>
        <w:t>aaj mein kisi se keh raha tha ke aaj kal bahut kitabein parhi jaati hain. Lekin kaun si kitab parhi jaati hai? Novel.</w:t>
      </w:r>
    </w:p>
    <w:p>
      <w:pPr>
        <w:jc w:val="right"/>
      </w:pPr>
      <w:r>
        <w:t>آج میں کسی سے کہہ رہا تھا کہ آج کل بہت کتابیں پڑھی جاتی ہیں۔ لیکن کون سی کتاب پڑھی جاتی ہے؟ ناول۔</w:t>
      </w:r>
    </w:p>
    <w:p>
      <w:r>
        <w:rPr>
          <w:b/>
        </w:rPr>
        <w:t xml:space="preserve">[20:48] </w:t>
      </w:r>
      <w:r>
        <w:t>ek baar tha America ke ek author se maine poochha. Maine kaha ek American author se ke sahib, aap ke desh mein bahut kitabein khareedte hain log.</w:t>
      </w:r>
    </w:p>
    <w:p>
      <w:pPr>
        <w:jc w:val="right"/>
      </w:pPr>
      <w:r>
        <w:t>ایک بار تھا امریکہ کے ایک author سے میں نے پوچھا۔ میں نے کہا ایک امریکن author سے کہ صاحب، آپ کے દેશ میں بہت کتابیں خریدتے ہیں لوگ۔</w:t>
      </w:r>
    </w:p>
    <w:p>
      <w:r>
        <w:rPr>
          <w:b/>
        </w:rPr>
        <w:t xml:space="preserve">[20:59] </w:t>
      </w:r>
      <w:r>
        <w:t>hamare India mein to bahut kam kitabein biktin hain.</w:t>
      </w:r>
    </w:p>
    <w:p>
      <w:pPr>
        <w:jc w:val="right"/>
      </w:pPr>
      <w:r>
        <w:t>ہمارے انڈیا میں تو بہت کم کتابیں بکتی ہیں۔</w:t>
      </w:r>
    </w:p>
    <w:p>
      <w:r>
        <w:rPr>
          <w:b/>
        </w:rPr>
        <w:t xml:space="preserve">[21:05] </w:t>
      </w:r>
      <w:r>
        <w:t>us author ne kaha ke aap ek baat samajh lijiye ke America mein bhi wohi haal hai jo India mein hai. Usne kaha kaun si kitabein biktin hain?</w:t>
      </w:r>
    </w:p>
    <w:p>
      <w:pPr>
        <w:jc w:val="right"/>
      </w:pPr>
      <w:r>
        <w:t>اس author نے کہا کہ آپ ایک بات سمجھ لیجیے کہ امریکہ میں بھی وہی حال ہے جو انڈیا میں حال ہے۔ اس نے کہا کون سی کتابیں بکتی ہیں؟</w:t>
      </w:r>
    </w:p>
    <w:p>
      <w:r>
        <w:rPr>
          <w:b/>
        </w:rPr>
        <w:t xml:space="preserve">[21:14] </w:t>
      </w:r>
      <w:r>
        <w:t>aap parhte honge million nahin, million copy. Yeh sab novel biktin hain, novel. Jo serious</w:t>
      </w:r>
    </w:p>
    <w:p>
      <w:pPr>
        <w:jc w:val="right"/>
      </w:pPr>
      <w:r>
        <w:t>آپ پڑھتے ہوں گے million نہیں، million copy۔ یہ سب ناول بکتی ہیں، ناول۔ جو serious</w:t>
      </w:r>
    </w:p>
    <w:p>
      <w:r>
        <w:rPr>
          <w:b/>
        </w:rPr>
        <w:t xml:space="preserve">[21:23] </w:t>
      </w:r>
      <w:r>
        <w:t>subject pe jo kitaab mein likha hai to woh yahan bhi kam, yahan bhi log bahut kam khareedte hain.</w:t>
      </w:r>
    </w:p>
    <w:p>
      <w:pPr>
        <w:jc w:val="right"/>
      </w:pPr>
      <w:r>
        <w:t>سبجیکٹ پہ جو کتاب میں لکھا ہے تو وہ یہاں بھی کم، یہاں بھی لوگ بہت کم خریدتے ہیں۔</w:t>
      </w:r>
    </w:p>
    <w:p>
      <w:r>
        <w:rPr>
          <w:b/>
        </w:rPr>
        <w:t xml:space="preserve">[21:31] </w:t>
      </w:r>
      <w:r>
        <w:t>usne woh khud kaha ke main chunke novel nahin likhta to meri kitaab jo hai hazaaron mein biktin hai bas. Pachas hazaar, saath hazaar, sattar hazaar.</w:t>
      </w:r>
    </w:p>
    <w:p>
      <w:pPr>
        <w:jc w:val="right"/>
      </w:pPr>
      <w:r>
        <w:t>اس نے وہ خود کہا کہ میں چونکہ ناول نہیں لکھتا تو میری کتاب جو ہے ہزاروں میں بکتی ہے بس۔ پچاس ہزار، ساٹھ ہزار، ستر ہزار۔</w:t>
      </w:r>
    </w:p>
    <w:p>
      <w:r>
        <w:rPr>
          <w:b/>
        </w:rPr>
        <w:t xml:space="preserve">[21:40] </w:t>
      </w:r>
      <w:r>
        <w:t>Million copy nahin biktin meri kitabon ki. Is se maine ek aur cheez nikali. Logon ki history jo hai bilkul worthless hai.</w:t>
      </w:r>
    </w:p>
    <w:p>
      <w:pPr>
        <w:jc w:val="right"/>
      </w:pPr>
      <w:r>
        <w:t>Million copy نہیں بکتی میری کتابوں کی۔ اس سے میں نے ایک اور چیز نکالی۔ لوگوں کی history جو ہے بالکل worthless ہے۔</w:t>
      </w:r>
    </w:p>
    <w:p>
      <w:r>
        <w:rPr>
          <w:b/>
        </w:rPr>
        <w:t xml:space="preserve">[21:51] </w:t>
      </w:r>
      <w:r>
        <w:t>ab aap novel jo parhte hain to us mein kya milta hai aap ko? Sirf entertainment. Novel mein kya hai? Fiction hoti hai, jhooti kahani.</w:t>
      </w:r>
    </w:p>
    <w:p>
      <w:pPr>
        <w:jc w:val="right"/>
      </w:pPr>
      <w:r>
        <w:t>اب آپ ناول جو پڑھتے ہیں تو اس میں کیا ملتا ہے آپ کو؟ صرف entertainment۔ ناول میں کیا ہے؟ Fiction ہوتی ہے، جھوٹی کہانی۔</w:t>
      </w:r>
    </w:p>
    <w:p>
      <w:r>
        <w:rPr>
          <w:b/>
        </w:rPr>
        <w:t xml:space="preserve">[22:00] </w:t>
      </w:r>
      <w:r>
        <w:t>sirf jhooti kahani mein aap ko sachai mil jayegi aap ko. Woh aadmi kaisa itna stupid hoga jo yeh samjhe ke jhooti kahaniyan parho aur sachai ko pa lo.</w:t>
      </w:r>
    </w:p>
    <w:p>
      <w:pPr>
        <w:jc w:val="right"/>
      </w:pPr>
      <w:r>
        <w:t>صرف جھوٹی کہانی میں آپ کو سچائی مل جائے گی آپ کو۔ وہ آدمی کیسا اتنا stupid ہوگا جو یہ سمجھے کہ جھوٹی کہانیاں پڑھو اور سچائی کو پا لو۔</w:t>
      </w:r>
    </w:p>
    <w:p>
      <w:r>
        <w:rPr>
          <w:b/>
        </w:rPr>
        <w:t xml:space="preserve">[22:12] </w:t>
      </w:r>
      <w:r>
        <w:t>har novel base karti hai kisi jhooti kahani par. Aur us mein aap sachai talash kar rahe hain. Is mein entertainment bhi nahin milta aap ko. Entertainment ek ek sachi cheez ka naam hai.</w:t>
      </w:r>
    </w:p>
    <w:p>
      <w:pPr>
        <w:jc w:val="right"/>
      </w:pPr>
      <w:r>
        <w:t>ہر ناول base کرتی ہے کسی جھوٹی کہانی پر۔ اور اس میں آپ سچائی تلاش کر رہے ہیں۔ اس میں entertainment بھی نہیں ملتا آپ کو۔ Entertainment ایک ایک سچی چیز کا نام ہے۔</w:t>
      </w:r>
    </w:p>
    <w:p>
      <w:r>
        <w:rPr>
          <w:b/>
        </w:rPr>
        <w:t xml:space="preserve">[22:25] </w:t>
      </w:r>
      <w:r>
        <w:t>sachai ko pane mein entertainment milta hai. Jhoot ko pane mein kabhi nahin mil sakta.</w:t>
      </w:r>
    </w:p>
    <w:p>
      <w:pPr>
        <w:jc w:val="right"/>
      </w:pPr>
      <w:r>
        <w:t>سچائی کو پانے میں entertainment ملتا ہے۔ جھوٹ کو پانے میں کبھی نہیں مل سکتا۔</w:t>
      </w:r>
    </w:p>
    <w:p>
      <w:r>
        <w:rPr>
          <w:b/>
        </w:rPr>
        <w:t xml:space="preserve">[22:32] </w:t>
      </w:r>
      <w:r>
        <w:t>khushi jhoot mein nahin hai, khushi sachai mein hai. To main aaj kisi se keh raha tha ke itni zabardast kitaab chhapi Britain mein, Old Time Bible ki.</w:t>
      </w:r>
    </w:p>
    <w:p>
      <w:pPr>
        <w:jc w:val="right"/>
      </w:pPr>
      <w:r>
        <w:t>خوشی جھوٹ میں نہیں ہے، خوشی سچائی میں ہے۔ تو میں آج کسی سے کہہ رہا تھا کہ اتنی زبردست کتاب چھپی برٹن میں، آڈل ٹائن بی کی۔</w:t>
      </w:r>
    </w:p>
    <w:p>
      <w:r>
        <w:rPr>
          <w:b/>
        </w:rPr>
        <w:t xml:space="preserve">[22:44] </w:t>
      </w:r>
      <w:r>
        <w:t>History, History of History. History of History se maine bahut baatein samjhi hain.</w:t>
      </w:r>
    </w:p>
    <w:p>
      <w:pPr>
        <w:jc w:val="right"/>
      </w:pPr>
      <w:r>
        <w:t>History، History of History۔ History of History سے میں نے بہت باتیں سمجھی ہیں۔</w:t>
      </w:r>
    </w:p>
    <w:p>
      <w:r>
        <w:rPr>
          <w:b/>
        </w:rPr>
        <w:t xml:space="preserve">[22:53] </w:t>
      </w:r>
      <w:r>
        <w:t>yani History, History ko samajhne mein ya insaan ko samajhne mein mujhe kyunke usne bahut zabardast parhne ke baad</w:t>
      </w:r>
    </w:p>
    <w:p>
      <w:pPr>
        <w:jc w:val="right"/>
      </w:pPr>
      <w:r>
        <w:t>یعنی History، History کو سمجھنے میں یا انسان کو سمجھنے میں مجھے کیونکہ اس نے بہت زبردست پڑھنے کے بعد</w:t>
      </w:r>
    </w:p>
    <w:p>
      <w:r>
        <w:rPr>
          <w:b/>
        </w:rPr>
        <w:t xml:space="preserve">[23:01] </w:t>
      </w:r>
      <w:r>
        <w:t>likha tha. Aur main thirty years tak parhta raha hoon. Lekin us ko kitne log parhte hain? Bahut hi kam log parhte hain.</w:t>
      </w:r>
    </w:p>
    <w:p>
      <w:pPr>
        <w:jc w:val="right"/>
      </w:pPr>
      <w:r>
        <w:t>لکھا تھا۔ اور میں تھرٹی ایئرز تک پڑھتا رہا ہوں۔ لیکن اس کو کتنے لوگ پڑھتے ہیں؟ بہت ہی کم لوگ پڑھتے ہیں۔</w:t>
      </w:r>
    </w:p>
    <w:p>
      <w:r>
        <w:rPr>
          <w:b/>
        </w:rPr>
        <w:t xml:space="preserve">[23:11] </w:t>
      </w:r>
      <w:r>
        <w:t>yuniversityon ke log bhi nahi jante ke Aadal Tain B ki koi kitab hai History of History. Lekin novelon ke bare mein poochh lijiye. Jo bade bade novel author hain, novel likhne wale.</w:t>
      </w:r>
    </w:p>
    <w:p>
      <w:pPr>
        <w:jc w:val="right"/>
      </w:pPr>
      <w:r>
        <w:t>یونیورسٹیوں کے لوگ بھی نہیں جانتے کہ آڈل ٹائن بی کی کوئی کتاب ہے History of History۔ لیکن ناولوں کے بارے میں پوچھ لیجیے۔ جو بڑے بڑے ناول author ہیں، ناول لکھنے والے۔</w:t>
      </w:r>
    </w:p>
    <w:p>
      <w:r>
        <w:rPr>
          <w:b/>
        </w:rPr>
        <w:t xml:space="preserve">[23:23] </w:t>
      </w:r>
      <w:r>
        <w:t>Sab log unka naam jante hain.</w:t>
      </w:r>
    </w:p>
    <w:p>
      <w:pPr>
        <w:jc w:val="right"/>
      </w:pPr>
      <w:r>
        <w:t>سب لوگ ان کا نام جانتے ہیں۔</w:t>
      </w:r>
    </w:p>
    <w:p>
      <w:r>
        <w:rPr>
          <w:b/>
        </w:rPr>
        <w:t xml:space="preserve">[23:28] </w:t>
      </w:r>
      <w:r>
        <w:t>To duniya jo hai, aaj ki duniya jo hai, novelen padhti hai. Aur TV dekhti hai. Aur cinema dekhti hai.</w:t>
      </w:r>
    </w:p>
    <w:p>
      <w:pPr>
        <w:jc w:val="right"/>
      </w:pPr>
      <w:r>
        <w:t>تو دنیا جو ہے، آج کی دنیا جو ہے، ناولیں پڑھتی ہے۔ اور ٹی وی دیکھتی ہے۔ اور سینما دیکھتی ہے۔</w:t>
      </w:r>
    </w:p>
    <w:p>
      <w:r>
        <w:rPr>
          <w:b/>
        </w:rPr>
        <w:t xml:space="preserve">[23:39] </w:t>
      </w:r>
      <w:r>
        <w:t>Aur hawa karti hai. Shopping karte hain, outing karti hain. Is mein jeete hain log. Paisa kamana aur phir paise ko jhoot mein kharch karna.</w:t>
      </w:r>
    </w:p>
    <w:p>
      <w:pPr>
        <w:jc w:val="right"/>
      </w:pPr>
      <w:r>
        <w:t>اور ہوا کرتی ہے۔ شاپنگ کرتے ہیں، آؤٹنگ کرتی ہیں۔ اس میں جیتے ہیں لوگ۔ پیسہ کمانا اور پھر پیسے کو جھوٹ میں خرچ کرنا۔</w:t>
      </w:r>
    </w:p>
    <w:p>
      <w:r>
        <w:rPr>
          <w:b/>
        </w:rPr>
        <w:t xml:space="preserve">[23:50] </w:t>
      </w:r>
      <w:r>
        <w:t>Paisa kamana aur phir paise ko jhoot mein kharch karna. Aap tak, mujhe aap tak zindagi mein koi nahi mila jisne kaha ho ke main paisa</w:t>
      </w:r>
    </w:p>
    <w:p>
      <w:pPr>
        <w:jc w:val="right"/>
      </w:pPr>
      <w:r>
        <w:t>پیسہ کمانا اور پھر پیسے کو جھوٹ میں خرچ کرنا۔ آپ تک، مجھے آپ تک زندگی میں کوئی نہیں ملا جس نے کہا ہو کہ میں پیسہ</w:t>
      </w:r>
    </w:p>
    <w:p>
      <w:r>
        <w:rPr>
          <w:b/>
        </w:rPr>
        <w:t xml:space="preserve">[23:56] </w:t>
      </w:r>
      <w:r>
        <w:t>Kama ke maine Aadal Tain B ki jo kitab hai, barah jildon mein is ko kharidi maine. Kharid kar laya aur is ko padhta hoon main. Kisi ne nahi kaha mujhe. Aur novelen har aadmi kharid raha hai.</w:t>
      </w:r>
    </w:p>
    <w:p>
      <w:pPr>
        <w:jc w:val="right"/>
      </w:pPr>
      <w:r>
        <w:t>کما کے میں نے آڈل ٹائن بی کی جو کتاب ہے، بارہ جلدوں میں اس کو خریدی میں نے۔ خرید کر لایا اور اس کو پڑھتا ہوں میں۔ کسی نے نہیں کہا مجھے۔ اور ناولیں ہر آدمی خرید رہا ہے۔</w:t>
      </w:r>
    </w:p>
    <w:p>
      <w:r>
        <w:rPr>
          <w:b/>
        </w:rPr>
        <w:t xml:space="preserve">[24:07] </w:t>
      </w:r>
      <w:r>
        <w:t>Novelon ke khareedne wale jo hain, woh aap dekhein to ja kar ke book shops par wahan bheed lagi rahegi. Lekin Aadal Tain B ki kitab kaun khareedta hai?</w:t>
      </w:r>
    </w:p>
    <w:p>
      <w:pPr>
        <w:jc w:val="right"/>
      </w:pPr>
      <w:r>
        <w:t>ناولوں کے خریدنے والے جو ہیں، وہ آپ دیکھیں تو جا کر کے بک شاپس پر وہاں بھیڑ لگی رہے گی۔ لیکن آڈل ٹائن بی کی کتاب کون خریدتا ہے؟</w:t>
      </w:r>
    </w:p>
    <w:p>
      <w:r>
        <w:rPr>
          <w:b/>
        </w:rPr>
        <w:t xml:space="preserve">[24:19] </w:t>
      </w:r>
      <w:r>
        <w:t>Halaanke woh zabardast kitab hai woh. Zindagiyon ko samajhne ke liye.</w:t>
      </w:r>
    </w:p>
    <w:p>
      <w:pPr>
        <w:jc w:val="right"/>
      </w:pPr>
      <w:r>
        <w:t>حالانکہ وہ زبردست کتاب ہے وہ۔ زندگیوں کو سمجھنے کے لیے۔</w:t>
      </w:r>
    </w:p>
    <w:p>
      <w:r>
        <w:rPr>
          <w:b/>
        </w:rPr>
        <w:t xml:space="preserve">[24:25] </w:t>
      </w:r>
      <w:r>
        <w:t>Log padh kar ke bhi blind bane hue hain. Kyonke novelen padhte hain.</w:t>
      </w:r>
    </w:p>
    <w:p>
      <w:pPr>
        <w:jc w:val="right"/>
      </w:pPr>
      <w:r>
        <w:t>لوگ پڑھ کر کے بھی بلائنڈ بنے ہوئے ہیں۔ کیونکہ ناولیں پڑھتے ہیں۔</w:t>
      </w:r>
    </w:p>
    <w:p>
      <w:r>
        <w:rPr>
          <w:b/>
        </w:rPr>
        <w:t xml:space="preserve">[24:33] </w:t>
      </w:r>
      <w:r>
        <w:t>Aur yeh cinema dekhte hain, TV dekhte hain. To Mother Teresa, log Mother Teresa koi ek ka naam nahi hai.</w:t>
      </w:r>
    </w:p>
    <w:p>
      <w:pPr>
        <w:jc w:val="right"/>
      </w:pPr>
      <w:r>
        <w:t>اور یہ سینما دیکھتے ہیں، ٹی وی دیکھتے ہیں۔ تو مدر ٹریسا، لوگ مدر ٹریسا کوئی ایک کا نام نہیں ہے۔</w:t>
      </w:r>
    </w:p>
    <w:p>
      <w:r>
        <w:rPr>
          <w:b/>
        </w:rPr>
        <w:t xml:space="preserve">[24:42] </w:t>
      </w:r>
      <w:r>
        <w:t>Saare log Mother Teresa hain. Jeete hain is qism mein intellectual starvation mein.</w:t>
      </w:r>
    </w:p>
    <w:p>
      <w:pPr>
        <w:jc w:val="right"/>
      </w:pPr>
      <w:r>
        <w:t>سارے لوگ مدر ٹریسا ہیں۔ جیتے ہیں اس قسم میں intellectual starvation میں۔</w:t>
      </w:r>
    </w:p>
    <w:p>
      <w:r>
        <w:rPr>
          <w:b/>
        </w:rPr>
        <w:t xml:space="preserve">[24:53] </w:t>
      </w:r>
      <w:r>
        <w:t>Intellectual level par jo unhein chahiye sachai, woh unko milti nahi. Kyonke padhte kya hain? Novelen padhte hain. Bas koi political cheez padh liya.</w:t>
      </w:r>
    </w:p>
    <w:p>
      <w:pPr>
        <w:jc w:val="right"/>
      </w:pPr>
      <w:r>
        <w:t>Intellectual level پر جو انہیں چاہیے سچائی، وہ ان کو ملتی نہیں۔ کیونکہ پڑھتے کیا ہیں؟ ناولیں پڑھتے ہیں۔ بس کوئی political چیز پڑھ لیا۔</w:t>
      </w:r>
    </w:p>
    <w:p>
      <w:r>
        <w:rPr>
          <w:b/>
        </w:rPr>
        <w:t xml:space="preserve">[25:06] </w:t>
      </w:r>
      <w:r>
        <w:t>To ek hai study, ise bolte hain serious study. Agar aap chahte hain ke apni zindagi ki sahi planning karein.</w:t>
      </w:r>
    </w:p>
    <w:p>
      <w:pPr>
        <w:jc w:val="right"/>
      </w:pPr>
      <w:r>
        <w:t>تو ایک ہے study، اسے بولتے ہیں serious study۔ اگر آپ چاہتے ہیں کہ اپنی زندگی کی صحیح planning کریں۔</w:t>
      </w:r>
    </w:p>
    <w:p>
      <w:r>
        <w:rPr>
          <w:b/>
        </w:rPr>
        <w:t xml:space="preserve">[25:15] </w:t>
      </w:r>
      <w:r>
        <w:t>To maine kaha ke teen point, three point formula bata raha hoon main aapko. Number One, serious study.</w:t>
      </w:r>
    </w:p>
    <w:p>
      <w:pPr>
        <w:jc w:val="right"/>
      </w:pPr>
      <w:r>
        <w:t>تو میں نے کہا کہ تین point، three point فارمولا بتا رہا ہوں میں آپ کو۔ نمبر ون، serious study۔</w:t>
      </w:r>
    </w:p>
    <w:p>
      <w:r>
        <w:rPr>
          <w:b/>
        </w:rPr>
        <w:t xml:space="preserve">[25:23] </w:t>
      </w:r>
      <w:r>
        <w:t>Yeh sab to distraction hai. Novel waghera jo hain, woh distraction hain. Novel distraction hai, TV distraction hai, cinema distraction hai, outing, shopping sab distraction hai.</w:t>
      </w:r>
    </w:p>
    <w:p>
      <w:pPr>
        <w:jc w:val="right"/>
      </w:pPr>
      <w:r>
        <w:t>یہ سب تو distraction ہے۔ ناول وغیرہ جو ہیں، وہ distraction ہیں۔ ناول distraction ہے، ٹی وی distraction ہے، سینما distraction ہے، آؤٹنگ، شاپنگ سب distraction ہے۔</w:t>
      </w:r>
    </w:p>
    <w:p>
      <w:r>
        <w:rPr>
          <w:b/>
        </w:rPr>
        <w:t xml:space="preserve">[25:38] </w:t>
      </w:r>
      <w:r>
        <w:t>Is se aap logon ko bachaiye aur serious study kijiye, serious study. Taake jo world of knowledge hai, is mein aap ki pahunch ho sake.</w:t>
      </w:r>
    </w:p>
    <w:p>
      <w:pPr>
        <w:jc w:val="right"/>
      </w:pPr>
      <w:r>
        <w:t>اس سے آپ لوگوں کو بچائیے اور serious study کیجیے، serious study۔ تاکہ جو world of knowledge ہے، اس میں آپ کی پہنچ ہو سکے۔</w:t>
      </w:r>
    </w:p>
    <w:p>
      <w:r>
        <w:rPr>
          <w:b/>
        </w:rPr>
        <w:t xml:space="preserve">[25:50] </w:t>
      </w:r>
      <w:r>
        <w:t>Wahan aap ki pahunch ho sake.</w:t>
      </w:r>
    </w:p>
    <w:p>
      <w:pPr>
        <w:jc w:val="right"/>
      </w:pPr>
      <w:r>
        <w:t>وہاں آپ کی پہنچ ہو سکے۔</w:t>
      </w:r>
    </w:p>
    <w:p>
      <w:r>
        <w:rPr>
          <w:b/>
        </w:rPr>
        <w:t xml:space="preserve">[25:53] </w:t>
      </w:r>
      <w:r>
        <w:t>Aap dekhiye, Quran mein ajeeb gharib hai cheez ke ek sahib abhi aaye the mere paas. Woh arabi jaanne wale the.</w:t>
      </w:r>
    </w:p>
    <w:p>
      <w:pPr>
        <w:jc w:val="right"/>
      </w:pPr>
      <w:r>
        <w:t>آپ دیکھیے، قرآن میں عجیب غریب ہے چیز کہ ایک صاحب ابھی آئے تھے میرے پاس۔ وہ عربی جاننے والے تھے۔</w:t>
      </w:r>
    </w:p>
    <w:p>
      <w:r>
        <w:rPr>
          <w:b/>
        </w:rPr>
        <w:t xml:space="preserve">[26:05] </w:t>
      </w:r>
      <w:r>
        <w:t>To Quran ki baatein kar rahe the. Maine kaha, Quran aap log padhte samajhte kuch bhi nahi.</w:t>
      </w:r>
    </w:p>
    <w:p>
      <w:pPr>
        <w:jc w:val="right"/>
      </w:pPr>
      <w:r>
        <w:t>تو قرآن کی باتیں کر رہے تھے۔ میں نے کہا، قرآن آپ لوگ پڑھتے سمجھتے کچھ بھی نہیں۔</w:t>
      </w:r>
    </w:p>
    <w:p>
      <w:r>
        <w:rPr>
          <w:b/>
        </w:rPr>
        <w:t xml:space="preserve">[26:09] </w:t>
      </w:r>
      <w:r>
        <w:t>Tumhari ek misaal di. Ke Quran mein bataya gaya hai Hazrat Rasool Allah sallallahu alaihi wasallam ko jab pehli bar yani aaya woh revelation aaya, pehli Quran ki.</w:t>
      </w:r>
    </w:p>
    <w:p>
      <w:pPr>
        <w:jc w:val="right"/>
      </w:pPr>
      <w:r>
        <w:t>تمہاری ایک مثال دی۔ کہ قرآن میں بتایا گیا ہے حضرت رسول اللہ صلی اللہ علیہ وسلم کو جب پہلی بار یعنی آیا وہ revelation آیا، پہلی قرآن کی۔</w:t>
      </w:r>
    </w:p>
    <w:p>
      <w:r>
        <w:rPr>
          <w:b/>
        </w:rPr>
        <w:t xml:space="preserve">[26:25] </w:t>
      </w:r>
      <w:r>
        <w:t>To aap us mein cave mein the.</w:t>
      </w:r>
    </w:p>
    <w:p>
      <w:pPr>
        <w:jc w:val="right"/>
      </w:pPr>
      <w:r>
        <w:t>تو آپ اس میں cave میں تھے۔</w:t>
      </w:r>
    </w:p>
    <w:p>
      <w:r>
        <w:rPr>
          <w:b/>
        </w:rPr>
        <w:t xml:space="preserve">[26:29] </w:t>
      </w:r>
      <w:r>
        <w:t>Wahan par aap the to wahan par angel aaye, Jibrael. Unka Iqra ya Muhammad. Ae ya Muhammad Iqra.</w:t>
      </w:r>
    </w:p>
    <w:p>
      <w:pPr>
        <w:jc w:val="right"/>
      </w:pPr>
      <w:r>
        <w:t>وہاں پر آپ تھے تو وہاں پر angel آئے، جبرائیل۔ ان کا اقراء یا محمد۔ اے یا محمد اقراء۔</w:t>
      </w:r>
    </w:p>
    <w:p>
      <w:r>
        <w:rPr>
          <w:b/>
        </w:rPr>
        <w:t xml:space="preserve">[26:39] </w:t>
      </w:r>
      <w:r>
        <w:t>Ya Muhammad Iqra. Yeh hadees mein hai yeh. To aap kahte hain ke maeni baqari.</w:t>
      </w:r>
    </w:p>
    <w:p>
      <w:pPr>
        <w:jc w:val="right"/>
      </w:pPr>
      <w:r>
        <w:t>یا محمد اقراء۔ یہ حدیث میں ہے یہ۔ تو آپ کہتے ہیں کہ معنی بقاری۔</w:t>
      </w:r>
    </w:p>
    <w:p>
      <w:r>
        <w:rPr>
          <w:b/>
        </w:rPr>
        <w:t xml:space="preserve">[26:47] </w:t>
      </w:r>
      <w:r>
        <w:t>Main to padha likha aadmi nahi hoon. Woh phir kahte hain ke ya Muhammad Iqra. Ae Muhammad padho. Phir woh kahte hain ke maeni baqari.</w:t>
      </w:r>
    </w:p>
    <w:p>
      <w:pPr>
        <w:jc w:val="right"/>
      </w:pPr>
      <w:r>
        <w:t>میں تو پڑھا لکھا آدمی نہیں ہوں۔ وہ پھر کہتے ہیں کہ یا محمد اقراء۔ اے محمد پڑھو۔ پھر وہ کہتے ہیں کہ معنی بقاری۔</w:t>
      </w:r>
    </w:p>
    <w:p>
      <w:r>
        <w:rPr>
          <w:b/>
        </w:rPr>
        <w:t xml:space="preserve">[26:56] </w:t>
      </w:r>
      <w:r>
        <w:t>Main to padha hua nahi hoon. Woh phir kahte hain ke ya Muhammad Iqra. Ae Muhammad padho. Woh phir kahte hain ke maeni baqari. Maine kaha is ko sochiye ke is ka matlab kya hai.</w:t>
      </w:r>
    </w:p>
    <w:p>
      <w:pPr>
        <w:jc w:val="right"/>
      </w:pPr>
      <w:r>
        <w:t>میں تو پڑھا ہوا نہیں ہوں۔ وہ پھر کہتے ہیں کہ یا محمد اقراء۔ اے محمد پڑھو۔ وہ پھر کہتے ہیں کہ معنی بقاری۔ میں نے کہا اس کو سوچیے کہ اس کا مطلب کیا ہے۔</w:t>
      </w:r>
    </w:p>
    <w:p>
      <w:r>
        <w:rPr>
          <w:b/>
        </w:rPr>
        <w:t xml:space="preserve">[27:07] </w:t>
      </w:r>
      <w:r>
        <w:t>yeh bohat bara lesson hai yeh.</w:t>
      </w:r>
    </w:p>
    <w:p>
      <w:pPr>
        <w:jc w:val="right"/>
      </w:pPr>
      <w:r>
        <w:t>یہ بہت بڑا lesson ہے یہ۔</w:t>
      </w:r>
    </w:p>
    <w:p>
      <w:r>
        <w:rPr>
          <w:b/>
        </w:rPr>
        <w:t xml:space="preserve">[27:09] </w:t>
      </w:r>
      <w:r>
        <w:t>is ka matlab kya hai ke nahi parhna aata tab bhi parho. nahi parhna aata tab bhi parho.</w:t>
      </w:r>
    </w:p>
    <w:p>
      <w:pPr>
        <w:jc w:val="right"/>
      </w:pPr>
      <w:r>
        <w:t>اس کا مطلب کیا ہے کہ نہیں پڑھنا آتا تب بھی پڑھو۔ نہیں پڑھنا آتا تب بھی پڑھو۔</w:t>
      </w:r>
    </w:p>
    <w:p>
      <w:r>
        <w:rPr>
          <w:b/>
        </w:rPr>
        <w:t xml:space="preserve">[27:19] </w:t>
      </w:r>
      <w:r>
        <w:t>main khuda ke waste yeh keh sakta hoon ke main main ne is par amal kiya hai. aaj se bohat pehle ki baat hai jab main aadam baar mein tha. main samajhta hoon ke kam se kam saath sal to ho gaye honge.</w:t>
      </w:r>
    </w:p>
    <w:p>
      <w:pPr>
        <w:jc w:val="right"/>
      </w:pPr>
      <w:r>
        <w:t>میں خدا کے واسطے یہ کہہ سکتا ہوں کہ میں میں نے اس پر عمل کیا ہے۔ آج سے بہت پہلے کی بات ہے جب میں آدم باڑ میں تھا۔ میں سمجھتا ہوں کہ کم سے کم ساٹھ سال تو ہو گئے ہوں گے۔</w:t>
      </w:r>
    </w:p>
    <w:p>
      <w:r>
        <w:rPr>
          <w:b/>
        </w:rPr>
        <w:t xml:space="preserve">[27:33] </w:t>
      </w:r>
      <w:r>
        <w:t>ya is se bhi zyada</w:t>
      </w:r>
    </w:p>
    <w:p>
      <w:pPr>
        <w:jc w:val="right"/>
      </w:pPr>
      <w:r>
        <w:t>یا اس سے بھی زیادہ</w:t>
      </w:r>
    </w:p>
    <w:p>
      <w:r>
        <w:rPr>
          <w:b/>
        </w:rPr>
        <w:t xml:space="preserve">[27:34] </w:t>
      </w:r>
      <w:r>
        <w:t>to main angrezi akhbar le kar aise hi wahan baqi manzil mein hum log rehte the, wahan par aise hi main tha. liye hue the.</w:t>
      </w:r>
    </w:p>
    <w:p>
      <w:pPr>
        <w:jc w:val="right"/>
      </w:pPr>
      <w:r>
        <w:t>۔ تو میں انگریزی اخبار لے کر ایسے ہی وہاں باقی منزل میں ہم لوگ رہتے تھے، وہاں پر ایسے ہی میں تھا۔ لیے ہوئے تھا۔</w:t>
      </w:r>
    </w:p>
    <w:p>
      <w:r>
        <w:rPr>
          <w:b/>
        </w:rPr>
        <w:t xml:space="preserve">[27:45] </w:t>
      </w:r>
      <w:r>
        <w:t>to ek hamare saathi the, un ka naam tha maulana shahbaz nadvi. wo bechare mar gaye hain. to aaye, unhon ne dekha ke main angrezi akhbar liye baitha hoon.</w:t>
      </w:r>
    </w:p>
    <w:p>
      <w:pPr>
        <w:jc w:val="right"/>
      </w:pPr>
      <w:r>
        <w:t>تو ایک ہمارے ساتھی تھے، ان کا نام تھا مولانا شہباز ندوی۔ وہ بیچارے مر گئے ہیں۔ تو آئے، انہوں نے دیکھا کہ میں انگریزی اخبار لیے بیٹھا ہوں۔</w:t>
      </w:r>
    </w:p>
    <w:p>
      <w:r>
        <w:rPr>
          <w:b/>
        </w:rPr>
        <w:t xml:space="preserve">[27:54] </w:t>
      </w:r>
      <w:r>
        <w:t>shayad wo hindustan times tha. to hans kar kehte hain, ae kuch samajhte bhi hain ke aise hi angrezi akhbar parh rahe hain.</w:t>
      </w:r>
    </w:p>
    <w:p>
      <w:pPr>
        <w:jc w:val="right"/>
      </w:pPr>
      <w:r>
        <w:t>شاید وہ ہندوستان ٹائمز تھا۔ تو ہنس کر کہتے ہیں، اے کچھ سمجھتے بھی ہیں کہ ایسے ہی انگریزی اخبار پڑھ رہے ہیں۔</w:t>
      </w:r>
    </w:p>
    <w:p>
      <w:r>
        <w:rPr>
          <w:b/>
        </w:rPr>
        <w:t xml:space="preserve">[28:04] </w:t>
      </w:r>
      <w:r>
        <w:t>kuch samajhte bhi hain ke aise hi angrezi akhbar parh rahe hain. halaanke wo sahib jo the, quran ko parhate the madrase mein. wo madrase mein quran parhate the.</w:t>
      </w:r>
    </w:p>
    <w:p>
      <w:pPr>
        <w:jc w:val="right"/>
      </w:pPr>
      <w:r>
        <w:t>کچھ سمجھتے بھی ہیں کہ ایسے ہی انگریزی اخبار پڑھ رہے ہیں۔ حالانکہ وہ صاحب جو تھے، قرآن کو پڑھاتے تھے مدرسے میں۔ وہ مدرسے میں قرآن پڑھاتے تھے۔</w:t>
      </w:r>
    </w:p>
    <w:p>
      <w:r>
        <w:rPr>
          <w:b/>
        </w:rPr>
        <w:t xml:space="preserve">[28:15] </w:t>
      </w:r>
      <w:r>
        <w:t>aur hum se keh rahe hain ke aap samajhte bhi hain ke aise hi parh rahe hain angrezi. to quran ko parhane wale, quran ko parhne wale bhi samajhte nahi quran mein kya message diya gaya hai.</w:t>
      </w:r>
    </w:p>
    <w:p>
      <w:pPr>
        <w:jc w:val="right"/>
      </w:pPr>
      <w:r>
        <w:t>اور ہم سے کہہ رہے ہیں کہ آپ سمجھتے بھی ہیں کہ ایسے ہی پڑھ رہے ہیں انگریزی۔ تو قرآن کو پڑھانے والے، قرآن کو پڑھنے والے بھی سمجھتے نہیں قرآن میں کیا message دیا گیا ہے۔</w:t>
      </w:r>
    </w:p>
    <w:p>
      <w:r>
        <w:rPr>
          <w:b/>
        </w:rPr>
        <w:t xml:space="preserve">[28:28] </w:t>
      </w:r>
      <w:r>
        <w:t>yeh message diya gaya hai ke nahi parhna aata tab bhi parho.</w:t>
      </w:r>
    </w:p>
    <w:p>
      <w:pPr>
        <w:jc w:val="right"/>
      </w:pPr>
      <w:r>
        <w:t>یہ message دیا گیا ہے کہ نہیں پڑھنا آتا تب بھی پڑھو۔</w:t>
      </w:r>
    </w:p>
    <w:p>
      <w:r>
        <w:rPr>
          <w:b/>
        </w:rPr>
        <w:t xml:space="preserve">[28:32] </w:t>
      </w:r>
      <w:r>
        <w:t>angrezi nahi aati tab bhi angrezi seekho. yeh kitna bada message hai yeh quran majeed mein. logon ko, logon ko pata hi nahi kisi kisi kisi baat ka.</w:t>
      </w:r>
    </w:p>
    <w:p>
      <w:pPr>
        <w:jc w:val="right"/>
      </w:pPr>
      <w:r>
        <w:t>انگلش نہیں آتی تب بھی انگلش سیکھو۔ یہ کتنا بڑا message ہے یہ قرآن مجید میں۔ لوگوں کو، لوگوں کو پتہ ہی نہیں کسی کسی کسی بات کا۔</w:t>
      </w:r>
    </w:p>
    <w:p>
      <w:r>
        <w:rPr>
          <w:b/>
        </w:rPr>
        <w:t xml:space="preserve">[28:44] </w:t>
      </w:r>
      <w:r>
        <w:t>to pehli baat yeh hai ke serious study karna chahiye. number do, observ</w:t>
      </w:r>
    </w:p>
    <w:p>
      <w:pPr>
        <w:jc w:val="right"/>
      </w:pPr>
      <w:r>
        <w:t>تو پہلی بات یہ ہے کہ serious study کرنا چاہیے۔ نمبر دو، observ</w:t>
      </w:r>
    </w:p>
    <w:p>
      <w:r>
        <w:rPr>
          <w:b/>
        </w:rPr>
        <w:t xml:space="preserve">[28:52] </w:t>
      </w:r>
      <w:r>
        <w:t>ation. observation ka matlab yeh hai ke jo world around, jo aap ke aap ke chaaron taraf jo duniya hai,</w:t>
      </w:r>
    </w:p>
    <w:p>
      <w:pPr>
        <w:jc w:val="right"/>
      </w:pPr>
      <w:r>
        <w:t>ation۔ Observation کا مطلب یہ ہے کہ جو world around، جو آپ کے آپ کے چاروں طرف جو دنیا ہے،</w:t>
      </w:r>
    </w:p>
    <w:p>
      <w:r>
        <w:rPr>
          <w:b/>
        </w:rPr>
        <w:t xml:space="preserve">[29:01] </w:t>
      </w:r>
      <w:r>
        <w:t>is ko, is ko, is ko, is mein contemplation, is mein ghaur o fikr.</w:t>
      </w:r>
    </w:p>
    <w:p>
      <w:pPr>
        <w:jc w:val="right"/>
      </w:pPr>
      <w:r>
        <w:t>اس کو، اس کو، اس کو، اس کو، اس میں contemplation، اس میں غور و فکر۔</w:t>
      </w:r>
    </w:p>
    <w:p>
      <w:r>
        <w:rPr>
          <w:b/>
        </w:rPr>
        <w:t xml:space="preserve">[29:13] </w:t>
      </w:r>
      <w:r>
        <w:t>raat din, har subah shaam aap ke samne cheezein aati hain.</w:t>
      </w:r>
    </w:p>
    <w:p>
      <w:pPr>
        <w:jc w:val="right"/>
      </w:pPr>
      <w:r>
        <w:t>رات دن، ہر صبح شام آپ کے سامنے چیزیں آتی ہیں۔</w:t>
      </w:r>
    </w:p>
    <w:p>
      <w:r>
        <w:rPr>
          <w:b/>
        </w:rPr>
        <w:t xml:space="preserve">[29:21] </w:t>
      </w:r>
      <w:r>
        <w:t>yeh duniya aap rehte hain, yeh duniya, zameen, aasman, suraj, chand, hawa, paani, har cheez jo nature ke roop mein hai aap ke samne. har waqt aap dekhte hain.</w:t>
      </w:r>
    </w:p>
    <w:p>
      <w:pPr>
        <w:jc w:val="right"/>
      </w:pPr>
      <w:r>
        <w:t>یہ دنیا آپ رہتے ہیں، یہ دنیا، زمین، آسمان، سورج، چاند، ہوا، پانی، ہر چیز جو nature کے روپ میں ہے آپ کے سامنے۔ ہر وقت آپ دیکھتے ہیں۔</w:t>
      </w:r>
    </w:p>
    <w:p>
      <w:r>
        <w:rPr>
          <w:b/>
        </w:rPr>
        <w:t xml:space="preserve">[29:31] </w:t>
      </w:r>
      <w:r>
        <w:t>is par sochein. is mein lesson hota hai, lesson. is par sochein. is par ghaur kijiye. is mein aap ko intellectual food mile ga.</w:t>
      </w:r>
    </w:p>
    <w:p>
      <w:pPr>
        <w:jc w:val="right"/>
      </w:pPr>
      <w:r>
        <w:t>اس پر سوچیے۔ اس میں lesson ہوتا ہے، lesson۔ اس پر سوچیے۔ اس پر غور کیجیے۔ اس میں آپ کو intellectual food ملے گا۔</w:t>
      </w:r>
    </w:p>
    <w:p>
      <w:r>
        <w:rPr>
          <w:b/>
        </w:rPr>
        <w:t xml:space="preserve">[29:42] </w:t>
      </w:r>
      <w:r>
        <w:t>is mein aap ko spiritual food mile ga.</w:t>
      </w:r>
    </w:p>
    <w:p>
      <w:pPr>
        <w:jc w:val="right"/>
      </w:pPr>
      <w:r>
        <w:t>اس میں آپ کو spiritual food ملے گا۔</w:t>
      </w:r>
    </w:p>
    <w:p>
      <w:r>
        <w:rPr>
          <w:b/>
        </w:rPr>
        <w:t xml:space="preserve">[29:47] </w:t>
      </w:r>
      <w:r>
        <w:t>to ek taraf history, is se intellectual awakening hogi. aur doosri taraf aap ke aas paas jo duniya hai, is par sochna, par ghaur karna.</w:t>
      </w:r>
    </w:p>
    <w:p>
      <w:pPr>
        <w:jc w:val="right"/>
      </w:pPr>
      <w:r>
        <w:t>تو ایک طرف history، اس سے intellectual awakening ہوگی۔ اور دوسری طرف آپ کے آس پاس جو دنیا ہے، اس پر سوچنا، پر غور کرنا۔</w:t>
      </w:r>
    </w:p>
    <w:p>
      <w:r>
        <w:rPr>
          <w:b/>
        </w:rPr>
        <w:t xml:space="preserve">[29:59] </w:t>
      </w:r>
      <w:r>
        <w:t>jaise main ne ek qissa bataya tha aap ko, is se pehle ek sahabi ka ke un ki, un se poocha gaya, un ki biwi se ke un ki ibadat kya hai?</w:t>
      </w:r>
    </w:p>
    <w:p>
      <w:pPr>
        <w:jc w:val="right"/>
      </w:pPr>
      <w:r>
        <w:t>جیسے میں نے ایک قصہ بتایا تھا آپ کو، اس سے پہلے ایک صحابی کا کہ ان کی، ان سے پوچھا گیا، ان کی بیوی سے کہ ان کی عبادت کیا ہے؟</w:t>
      </w:r>
    </w:p>
    <w:p>
      <w:r>
        <w:rPr>
          <w:b/>
        </w:rPr>
        <w:t xml:space="preserve">[30:08] </w:t>
      </w:r>
      <w:r>
        <w:t>to un ki biwi ne kaha ke al tafakkur wal i'tibar, sochna. un ki ibadat hai sochna.</w:t>
      </w:r>
    </w:p>
    <w:p>
      <w:pPr>
        <w:jc w:val="right"/>
      </w:pPr>
      <w:r>
        <w:t>تو ان کی بیوی نے کہا کہ التفکر والاعتبار، سوچنا۔ ان کی عبادت ہے سوچنا۔</w:t>
      </w:r>
    </w:p>
    <w:p>
      <w:r>
        <w:rPr>
          <w:b/>
        </w:rPr>
        <w:t xml:space="preserve">[30:16] </w:t>
      </w:r>
      <w:r>
        <w:t>aaj kisi se kaha jaaye ke sochna ibadat hai to kisi ko samajh mein nahi aaye ga. aap samajhte hain ke ibadat naam hai, bohat zyada raktein parho.</w:t>
      </w:r>
    </w:p>
    <w:p>
      <w:pPr>
        <w:jc w:val="right"/>
      </w:pPr>
      <w:r>
        <w:t>آج کسی سے کہا جائے کہ سوچنا عبادت ہے تو کسی کو سمجھ میں نہیں آئے گا۔ آپ سمجھتے ہیں کہ عبادت نام ہے، بہت زیادہ رکعتیں پڑھو۔</w:t>
      </w:r>
    </w:p>
    <w:p>
      <w:r>
        <w:rPr>
          <w:b/>
        </w:rPr>
        <w:t xml:space="preserve">[30:29] </w:t>
      </w:r>
      <w:r>
        <w:t>namaz ko ek set of ritual samajhte hain, isi ko dohraate raho.</w:t>
      </w:r>
    </w:p>
    <w:p>
      <w:pPr>
        <w:jc w:val="right"/>
      </w:pPr>
      <w:r>
        <w:t>نماز کو ایک set of ritual سمجھتے ہیں، اسی کو دہراتے رہو۔</w:t>
      </w:r>
    </w:p>
    <w:p>
      <w:r>
        <w:rPr>
          <w:b/>
        </w:rPr>
        <w:t xml:space="preserve">[30:37] </w:t>
      </w:r>
      <w:r>
        <w:t>to un ki wife ne kaha ke un ki ibadat thi sochna. matlab namaz ke alawa.</w:t>
      </w:r>
    </w:p>
    <w:p>
      <w:pPr>
        <w:jc w:val="right"/>
      </w:pPr>
      <w:r>
        <w:t>تو ان کی wife نے کہا کہ ان کی عبادت تھی سوچنا۔ مطلب نماز کے علاوہ۔</w:t>
      </w:r>
    </w:p>
    <w:p>
      <w:r>
        <w:rPr>
          <w:b/>
        </w:rPr>
        <w:t xml:space="preserve">[30:45] </w:t>
      </w:r>
      <w:r>
        <w:t>to ek din un ke ghar ke samne se kya hua ke ek ek bullock card guzri, bail gaadi. to aisa hua ke ek bail jo tha, wo baith gaya aur ek bail jo hai, koi yoke mein do bail the.</w:t>
      </w:r>
    </w:p>
    <w:p>
      <w:pPr>
        <w:jc w:val="right"/>
      </w:pPr>
      <w:r>
        <w:t>تو ایک دن ان کے گھر کے سامنے سے کیا ہوا کہ ایک ایک بلک کارڈ گزری، بیل گاڑی۔ تو ایسا ہوا کہ ایک بیل جو تھا، وہ بیٹھ گیا اور ایک بیل جو ہے، کوئی یوک میں دو بیل تھے۔</w:t>
      </w:r>
    </w:p>
    <w:p>
      <w:r>
        <w:rPr>
          <w:b/>
        </w:rPr>
        <w:t xml:space="preserve">[31:00] </w:t>
      </w:r>
      <w:r>
        <w:t>ek bed mein mil gaya, ek ek khara raha. to jo baith gaya, us ko jo cart man tha, us ne mara, us ko. phir woh bhi khara ho gaya, phir gaadi chalne lagi.</w:t>
      </w:r>
    </w:p>
    <w:p>
      <w:pPr>
        <w:jc w:val="right"/>
      </w:pPr>
      <w:r>
        <w:t>ایک بیڈ میں مل گیا، ایک ایک کھڑا رہا۔ تو جو بیٹھ گیا، اس کو جو کارٹ مین تھا، اس نے مارا، اس کو۔ پھر وہ بھی کھڑا ہو گیا، پھر گاڑی چلنے لگی۔</w:t>
      </w:r>
    </w:p>
    <w:p>
      <w:r>
        <w:rPr>
          <w:b/>
        </w:rPr>
        <w:t xml:space="preserve">[31:11] </w:t>
      </w:r>
      <w:r>
        <w:t>to us ne kaha ki in fi is mein bhi ek naseehat hai. naseehat kya? jo duty par raha, woh bach gaya.</w:t>
      </w:r>
    </w:p>
    <w:p>
      <w:pPr>
        <w:jc w:val="right"/>
      </w:pPr>
      <w:r>
        <w:t>تو اس نے کہا کہ ان فی اس میں بھی ایک نصیحت ہے۔ نصیحت کیا؟ جو ڈیوٹی پر رہا، وہ بچ گیا۔</w:t>
      </w:r>
    </w:p>
    <w:p>
      <w:r>
        <w:rPr>
          <w:b/>
        </w:rPr>
        <w:t xml:space="preserve">[31:22] </w:t>
      </w:r>
      <w:r>
        <w:t>aur jo duty se hata, woh mara gaya. matlab ek ek worldly scene mein unhon ne kya dekh liya?</w:t>
      </w:r>
    </w:p>
    <w:p>
      <w:pPr>
        <w:jc w:val="right"/>
      </w:pPr>
      <w:r>
        <w:t>اور جو ڈیوٹی سے ہٹا، وہ مارا گیا۔ مطلب ایک ایک worldly سین میں انہوں نے کیا دیکھ لیا؟</w:t>
      </w:r>
    </w:p>
    <w:p>
      <w:r>
        <w:rPr>
          <w:b/>
        </w:rPr>
        <w:t xml:space="preserve">[31:33] </w:t>
      </w:r>
      <w:r>
        <w:t>World here after ko dekh liya. yeh hai observation.</w:t>
      </w:r>
    </w:p>
    <w:p>
      <w:pPr>
        <w:jc w:val="right"/>
      </w:pPr>
      <w:r>
        <w:t>World here after کو دیکھ لیا۔ یہ ہے observation۔</w:t>
      </w:r>
    </w:p>
    <w:p>
      <w:r>
        <w:rPr>
          <w:b/>
        </w:rPr>
        <w:t xml:space="preserve">[31:39] </w:t>
      </w:r>
      <w:r>
        <w:t>to duniya mein aap is tarah rahen ki har cheez ko aap sochen. har cheez ko sochen, har cheez ko sochen. is se aap ko ki is mein aata hai Quran Majeed mein ki Hazrat Zakariya jo the, jo un ke woh the sarparast Hazrat Maryam ke.</w:t>
      </w:r>
    </w:p>
    <w:p>
      <w:pPr>
        <w:jc w:val="right"/>
      </w:pPr>
      <w:r>
        <w:t>تو دنیا میں آپ اس طرح رہیں کہ ہر چیز کو آپ سوچیں۔ ہر چیز کو سوچیں، ہر چیز کو سوچیں۔ اس سے آپ کو کہ اس میں آتا ہے قرآن مجید میں کہ حضرت زکریا جو تھے، جو ان کے وہ تھے سرپرست حضرت مریم کے۔</w:t>
      </w:r>
    </w:p>
    <w:p>
      <w:r>
        <w:rPr>
          <w:b/>
        </w:rPr>
        <w:t xml:space="preserve">[31:59] </w:t>
      </w:r>
      <w:r>
        <w:t>to Quran mein aata hai ki jab bhi woh jaate the Hazrat Maryam ke paas, wahan par thin woh Yerushalam mein</w:t>
      </w:r>
    </w:p>
    <w:p>
      <w:pPr>
        <w:jc w:val="right"/>
      </w:pPr>
      <w:r>
        <w:t>تو قرآن میں آتا ہے کہ جب بھی وہ جاتے تھے حضرت مریم کے پاس، وہاں پر تھیں وہ یروشلم میں</w:t>
      </w:r>
    </w:p>
    <w:p>
      <w:r>
        <w:rPr>
          <w:b/>
        </w:rPr>
        <w:t xml:space="preserve">[32:08] </w:t>
      </w:r>
      <w:r>
        <w:t>. Wajad indaha rizqa, jab bhi aate the woh to un ke paas rizq paate the.</w:t>
      </w:r>
    </w:p>
    <w:p>
      <w:pPr>
        <w:jc w:val="right"/>
      </w:pPr>
      <w:r>
        <w:t>۔ وجد انتہا رزقہ، جب بھی آتے تھے وہ تو ان کے پاس رزق پاتے تھے۔</w:t>
      </w:r>
    </w:p>
    <w:p>
      <w:r>
        <w:rPr>
          <w:b/>
        </w:rPr>
        <w:t xml:space="preserve">[32:16] </w:t>
      </w:r>
      <w:r>
        <w:t>Wajad indaha rizqa, un ke paas rizq paate the. ab logon ne kya samajh liya? ki phal un par hote the. yani apne third class ke zehen ko le kar ke hum Quran padhte hain.</w:t>
      </w:r>
    </w:p>
    <w:p>
      <w:pPr>
        <w:jc w:val="right"/>
      </w:pPr>
      <w:r>
        <w:t>وجد انتہا رزقہ، ان کے پاس رزق پاتے تھے۔ اب لوگوں نے کیا سمجھ لیا؟ کہ پھل ان پر ہوتے تھے۔ یعنی اپنے تھرڈ کلاس کے ذہن کو لے کر کے ہم قرآن پڑھتے ہیں۔</w:t>
      </w:r>
    </w:p>
    <w:p>
      <w:r>
        <w:rPr>
          <w:b/>
        </w:rPr>
        <w:t xml:space="preserve">[32:27] </w:t>
      </w:r>
      <w:r>
        <w:t>hum sab se badi cheez yahi samajhte hain ki be mausam ke phal hamein milne lage. Khuda ke nazdeek badi cheez nahi hai yeh.</w:t>
      </w:r>
    </w:p>
    <w:p>
      <w:pPr>
        <w:jc w:val="right"/>
      </w:pPr>
      <w:r>
        <w:t>ہم سب سے بڑی چیز یہی سمجھتے ہیں کہ بے موسم کے پھل ہمیں ملنے لگے۔ خدا کے نزدیک بڑی چیز نہیں ہے یہ۔</w:t>
      </w:r>
    </w:p>
    <w:p>
      <w:r>
        <w:rPr>
          <w:b/>
        </w:rPr>
        <w:t xml:space="preserve">[32:37] </w:t>
      </w:r>
      <w:r>
        <w:t>Khuda ke nazdeek rizq, spiritual food, intellectual food. to un ke paas jab aate the to woh badi badi baatein karte the.</w:t>
      </w:r>
    </w:p>
    <w:p>
      <w:pPr>
        <w:jc w:val="right"/>
      </w:pPr>
      <w:r>
        <w:t>خدا کے نزدیک رزق، spiritual food، intellectual food۔ تو ان کے پاس جب آتے تھے تو وہ بڑی بڑی باتیں کرتے تھے۔</w:t>
      </w:r>
    </w:p>
    <w:p>
      <w:r>
        <w:rPr>
          <w:b/>
        </w:rPr>
        <w:t xml:space="preserve">[32:46] </w:t>
      </w:r>
      <w:r>
        <w:t>Wisdom ki baat, spirituality ki baat, God consciousness ki baat. to us ko unhon ne poochha ki bhai yeh tum ko kaise yeh baatein? kahan se seekhti ho tum?</w:t>
      </w:r>
    </w:p>
    <w:p>
      <w:pPr>
        <w:jc w:val="right"/>
      </w:pPr>
      <w:r>
        <w:t>Wisdom کی بات، spirituality کی بات، God consciousness کی بات۔ تو اس کو انہوں نے پوچھا کہ بھئی یہ تم کو کیسے یہ باتیں؟ کہاں سے سیکھتی ہو تم؟</w:t>
      </w:r>
    </w:p>
    <w:p>
      <w:r>
        <w:rPr>
          <w:b/>
        </w:rPr>
        <w:t xml:space="preserve">[33:00] </w:t>
      </w:r>
      <w:r>
        <w:t>to Wajad indaha rizqa jo hai Quran Majeed mein, woh isi maani mein hai ki Maryam ke paas woh spiritual item paate the, intellectual item paate the.</w:t>
      </w:r>
    </w:p>
    <w:p>
      <w:pPr>
        <w:jc w:val="right"/>
      </w:pPr>
      <w:r>
        <w:t>تو وجد انتہا رزقہ جو ہے قرآن مجید میں، وہ اسی معنی میں ہے کہ مریم کے پاس وہ spiritual item پاتے تھے، intellectual item پاتے تھے۔</w:t>
      </w:r>
    </w:p>
    <w:p>
      <w:r>
        <w:rPr>
          <w:b/>
        </w:rPr>
        <w:t xml:space="preserve">[33:13] </w:t>
      </w:r>
      <w:r>
        <w:t>yeh hamein, hum ko aap ko yeh lena hai duniya se. duniya se hamein intellectual food lena hai, spiritual food lena hai.</w:t>
      </w:r>
    </w:p>
    <w:p>
      <w:pPr>
        <w:jc w:val="right"/>
      </w:pPr>
      <w:r>
        <w:t>یہ ہمیں، ہم کو آپ کو یہ لینا ہے دنیا سے۔ دنیا سے ہمیں intellectual food لینا ہے، spiritual food لینا ہے۔</w:t>
      </w:r>
    </w:p>
    <w:p>
      <w:r>
        <w:rPr>
          <w:b/>
        </w:rPr>
        <w:t xml:space="preserve">[33:22] </w:t>
      </w:r>
      <w:r>
        <w:t>woh har waqt rehta hai hamare paas, aas paas.</w:t>
      </w:r>
    </w:p>
    <w:p>
      <w:pPr>
        <w:jc w:val="right"/>
      </w:pPr>
      <w:r>
        <w:t>وہ ہر وقت رہتا ہے ہمارے پاس، آس پاس۔</w:t>
      </w:r>
    </w:p>
    <w:p>
      <w:r>
        <w:rPr>
          <w:b/>
        </w:rPr>
        <w:t xml:space="preserve">[33:27] </w:t>
      </w:r>
      <w:r>
        <w:t>har cheez mein, jo bhi aap dekhen, isi mein woh food maujood hai. har cheez mein maujood hai.</w:t>
      </w:r>
    </w:p>
    <w:p>
      <w:pPr>
        <w:jc w:val="right"/>
      </w:pPr>
      <w:r>
        <w:t>ہر چیز میں، جو بھی آپ دیکھیں، اسی میں وہ food موجود ہے۔ ہر چیز میں موجود ہے۔</w:t>
      </w:r>
    </w:p>
    <w:p>
      <w:r>
        <w:rPr>
          <w:b/>
        </w:rPr>
        <w:t xml:space="preserve">[33:38] </w:t>
      </w:r>
      <w:r>
        <w:t>to study, observation aur teesri cheez jo hai, woh hai exchange. dekhiye, intellectual exchange bohat hi zyada zaroori hai.</w:t>
      </w:r>
    </w:p>
    <w:p>
      <w:pPr>
        <w:jc w:val="right"/>
      </w:pPr>
      <w:r>
        <w:t>تو study، observation اور تیسری چیز جو ہے، وہ ہے exchange۔ دیکھیے، intellectual exchange بہت ہی زیادہ ضروری ہے۔</w:t>
      </w:r>
    </w:p>
    <w:p>
      <w:r>
        <w:rPr>
          <w:b/>
        </w:rPr>
        <w:t xml:space="preserve">[33:53] </w:t>
      </w:r>
      <w:r>
        <w:t>Intellectual exchange ke baghair aap study karein, tab bhi aap ki knowledge adhoori rahe gi. Observation karein, tab bhi aap ki knowledge adhoori rahe gi.</w:t>
      </w:r>
    </w:p>
    <w:p>
      <w:pPr>
        <w:jc w:val="right"/>
      </w:pPr>
      <w:r>
        <w:t>Intellectual exchange کے بغیر آپ study کریں، تب بھی آپ کی knowledge ادھوری رہے گی۔ Observation کریں، تب بھی آپ کی knowledge ادھوری رہے گی۔</w:t>
      </w:r>
    </w:p>
    <w:p>
      <w:r>
        <w:rPr>
          <w:b/>
        </w:rPr>
        <w:t xml:space="preserve">[34:01] </w:t>
      </w:r>
      <w:r>
        <w:t>Exchange bohat zaroori hai. Exchange ka matlab kya hai? Khuda ne is ka demonstration de rakha hai. do pathar ko aap takraayen to ek third cheez emerge karti hai, woh hai sparking.</w:t>
      </w:r>
    </w:p>
    <w:p>
      <w:pPr>
        <w:jc w:val="right"/>
      </w:pPr>
      <w:r>
        <w:t>Exchange بہت ضروری ہے۔ Exchange کا مطلب کیا ہے؟ خدا نے اس کا demonstration دے رکھا ہے۔ دو پتھر کو آپ ٹکرائیں تو ایک تھرڈ چیز emerge کرتی ہے، وہ ہے sparking۔</w:t>
      </w:r>
    </w:p>
    <w:p>
      <w:r>
        <w:rPr>
          <w:b/>
        </w:rPr>
        <w:t xml:space="preserve">[34:17] </w:t>
      </w:r>
      <w:r>
        <w:t>ab do pathar ko jab takrate hain to kya hota</w:t>
      </w:r>
    </w:p>
    <w:p>
      <w:pPr>
        <w:jc w:val="right"/>
      </w:pPr>
      <w:r>
        <w:t>اب دو پتھر کو جب ٹکراتے ہیں تو کیا ہوتا</w:t>
      </w:r>
    </w:p>
    <w:p>
      <w:r>
        <w:rPr>
          <w:b/>
        </w:rPr>
        <w:t xml:space="preserve">[34:20] </w:t>
      </w:r>
      <w:r>
        <w:t>hai? ek third cheez emerge karti hai, woh hai sparking. aise hi jab do minds jab takrate hain to wahan bhi ek third cheez emerge karti hai.</w:t>
      </w:r>
    </w:p>
    <w:p>
      <w:pPr>
        <w:jc w:val="right"/>
      </w:pPr>
      <w:r>
        <w:t>ہے؟ ایک تھرڈ چیز emerge کرتی ہے، وہ ہے sparking۔ ایسے ہی جب دو minds جب ٹکراتے ہیں تو وہاں بھی ایک تھرڈ چیز emerge کرتی ہے۔</w:t>
      </w:r>
    </w:p>
    <w:p>
      <w:r>
        <w:rPr>
          <w:b/>
        </w:rPr>
        <w:t xml:space="preserve">[34:29] </w:t>
      </w:r>
      <w:r>
        <w:t>naye ideas, nayi wisdom, naya aspect kisi maamle ka. yeh bohat hi zaroori hai.</w:t>
      </w:r>
    </w:p>
    <w:p>
      <w:pPr>
        <w:jc w:val="right"/>
      </w:pPr>
      <w:r>
        <w:t>نئے ideas، نئی wisdom، نیا aspect کسی معاملے کا۔ یہ بہت ہی ضروری ہے۔</w:t>
      </w:r>
    </w:p>
    <w:p>
      <w:r>
        <w:rPr>
          <w:b/>
        </w:rPr>
        <w:t xml:space="preserve">[34:39] </w:t>
      </w:r>
      <w:r>
        <w:t>aur abhi Habib bhai Hyderabad ke mujh se baat karte hue main ne kaha ki Khuda ne natural taur par hamein intellectual partner de rakha hai.</w:t>
      </w:r>
    </w:p>
    <w:p>
      <w:pPr>
        <w:jc w:val="right"/>
      </w:pPr>
      <w:r>
        <w:t>اور ابھی حبیب بھائی حیدرآباد کے مجھ سے بات کرتے ہوئے میں نے کہا کہ خدا نے natural طور پر ہمیں intellectual partner دے رکھا ہے۔</w:t>
      </w:r>
    </w:p>
    <w:p>
      <w:r>
        <w:rPr>
          <w:b/>
        </w:rPr>
        <w:t xml:space="preserve">[34:49] </w:t>
      </w:r>
      <w:r>
        <w:t>woh hamare ghar ke log hain. main ne un se kaha ki dekhiye, har aadmi ko Khuda ne yeh mauqa de rakha hai ki us ki ek team one aur team two ho us ke paas.</w:t>
      </w:r>
    </w:p>
    <w:p>
      <w:pPr>
        <w:jc w:val="right"/>
      </w:pPr>
      <w:r>
        <w:t>وہ ہمارے گھر کے لوگ ہیں۔ میں نے ان سے کہا کہ دیکھیے، ہر آدمی کو خدا نے یہ موقع دے رکھا ہے کہ اس کی ایک ٹیم ون اور ٹیم ٹو ہو اس کے پاس۔</w:t>
      </w:r>
    </w:p>
    <w:p>
      <w:r>
        <w:rPr>
          <w:b/>
        </w:rPr>
        <w:t xml:space="preserve">[35:02] </w:t>
      </w:r>
      <w:r>
        <w:t>team one kya hai? us ki family hai. team two hai kya hai? woh doosre log hain. to log doosre logon ke peeche to bohat daudte hain, team two ke peeche.</w:t>
      </w:r>
    </w:p>
    <w:p>
      <w:pPr>
        <w:jc w:val="right"/>
      </w:pPr>
      <w:r>
        <w:t>ٹیم ون کیا ہے؟ اس کی فیملی ہے۔ ٹیم ٹو ہے کیا ہے؟ وہ دوسرے لوگ ہیں۔ تو لوگ دوسرے لوگوں کے پیچھے تو بہت دوڑتے ہیں، ٹیم ٹو کے پیچھے۔</w:t>
      </w:r>
    </w:p>
    <w:p>
      <w:r>
        <w:rPr>
          <w:b/>
        </w:rPr>
        <w:t xml:space="preserve">[35:12] </w:t>
      </w:r>
      <w:r>
        <w:t>lekin team one jo hai, us ke peeche nahi daudte.</w:t>
      </w:r>
    </w:p>
    <w:p>
      <w:pPr>
        <w:jc w:val="right"/>
      </w:pPr>
      <w:r>
        <w:t>لیکن ٹیم ون جو ہے، اس کے پیچھے نہیں دوڑتے۔</w:t>
      </w:r>
    </w:p>
    <w:p>
      <w:r>
        <w:rPr>
          <w:b/>
        </w:rPr>
        <w:t xml:space="preserve">[35:16] </w:t>
      </w:r>
      <w:r>
        <w:t>to har aadmi ki family jo hai, woh uski team one hai. woh kis liye hai? is liye nahin ke aap khaane peene ki baatein karein.</w:t>
      </w:r>
    </w:p>
    <w:p>
      <w:pPr>
        <w:jc w:val="right"/>
      </w:pPr>
      <w:r>
        <w:t>تو ہر آدمی کی فیملی جو ہے، وہ اس کی ٹیم ون ہے۔ وہ کس لیے ہے؟ اس لیے نہیں کہ آپ کھانے پینے کی باتیں کریں۔</w:t>
      </w:r>
    </w:p>
    <w:p>
      <w:r>
        <w:rPr>
          <w:b/>
        </w:rPr>
        <w:t xml:space="preserve">[35:26] </w:t>
      </w:r>
      <w:r>
        <w:t>furniture ki baatein karein. hoha karein. aur shouting, woh shopping aur outing karein.</w:t>
      </w:r>
    </w:p>
    <w:p>
      <w:pPr>
        <w:jc w:val="right"/>
      </w:pPr>
      <w:r>
        <w:t>فرنیچر کی باتیں کریں۔ ہوہا کریں۔ اور شاؤٹنگ، وہ شاپنگ اور آؤٹنگ کریں۔</w:t>
      </w:r>
    </w:p>
    <w:p>
      <w:r>
        <w:rPr>
          <w:b/>
        </w:rPr>
        <w:t xml:space="preserve">[35:35] </w:t>
      </w:r>
      <w:r>
        <w:t>nahin. yeh to animal yani animal level ki activities hain. yeh sab animal level ki activities hain.</w:t>
      </w:r>
    </w:p>
    <w:p>
      <w:pPr>
        <w:jc w:val="right"/>
      </w:pPr>
      <w:r>
        <w:t>نہیں۔ یہ تو animal یعنی animal level کی activities ہیں۔ یہ سب animal level کی activities ہیں۔</w:t>
      </w:r>
    </w:p>
    <w:p>
      <w:r>
        <w:rPr>
          <w:b/>
        </w:rPr>
        <w:t xml:space="preserve">[35:45] </w:t>
      </w:r>
      <w:r>
        <w:t>sab se badi cheez jo hai, woh hai intellectual exchange. to maine unse do baat kahi. ek yeh ke dekhiye, family jo hoti hai, woh khuda ki taraf se ek bahut badi blessing hai.</w:t>
      </w:r>
    </w:p>
    <w:p>
      <w:pPr>
        <w:jc w:val="right"/>
      </w:pPr>
      <w:r>
        <w:t>سب سے بڑی چیز جو ہے، وہ ہے intellectual exchange۔ تو میں نے ان سے دو بات کہی۔ ایک یہ کہ دیکھیے، فیملی جو ہوتی ہے، وہ خدا کی طرف سے ایک بہت بڑی blessing ہے۔</w:t>
      </w:r>
    </w:p>
    <w:p>
      <w:r>
        <w:rPr>
          <w:b/>
        </w:rPr>
        <w:t xml:space="preserve">[36:00] </w:t>
      </w:r>
      <w:r>
        <w:t>kyun? family ko, family mein aap ko jo talluq hota hai, woh blood ka talluq hota hai, khoon ka talluq. blood relationship</w:t>
      </w:r>
    </w:p>
    <w:p>
      <w:pPr>
        <w:jc w:val="right"/>
      </w:pPr>
      <w:r>
        <w:t>کیوں؟ فیملی کو، فیملی میں آپ کو جو تعلق ہوتا ہے، وہ بلڈ کا تعلق ہوتا ہے، خون کا تعلق۔ بلڈ relationship</w:t>
      </w:r>
    </w:p>
    <w:p>
      <w:r>
        <w:rPr>
          <w:b/>
        </w:rPr>
        <w:t xml:space="preserve">[36:11] </w:t>
      </w:r>
      <w:r>
        <w:t>bahar ke log jo hote hain, woh to aap ka interest ki wajah se ya kisi wajah se ho jata hai. lekin yeh family ke log jo hain, in se aap ka blood ka talluq hota hai.</w:t>
      </w:r>
    </w:p>
    <w:p>
      <w:pPr>
        <w:jc w:val="right"/>
      </w:pPr>
      <w:r>
        <w:t>۔ باہر کے لوگ جو ہوتے ہیں، وہ تو آپ کا interest کی وجہ سے یا کسی وجہ سے ہو جاتا ہے۔ لیکن یہ فیملی کے لوگ جو ہیں، ان سے آپ کا بلڈ کا تعلق ہوتا ہے۔</w:t>
      </w:r>
    </w:p>
    <w:p>
      <w:r>
        <w:rPr>
          <w:b/>
        </w:rPr>
        <w:t xml:space="preserve">[36:21] </w:t>
      </w:r>
      <w:r>
        <w:t>aur yeh bahut hi qeemti cheez hai. blood ka jo relationship khuda ne qaim kiya hai, woh bahut hi qeemti cheez hai.</w:t>
      </w:r>
    </w:p>
    <w:p>
      <w:pPr>
        <w:jc w:val="right"/>
      </w:pPr>
      <w:r>
        <w:t>اور یہ بہت ہی قیمتی چیز ہے۔ بلڈ کا جو relationship خدا نے قائم کیا ہے، وہ بہت ہی قیمتی چیز ہے۔</w:t>
      </w:r>
    </w:p>
    <w:p>
      <w:r>
        <w:rPr>
          <w:b/>
        </w:rPr>
        <w:t xml:space="preserve">[36:29] </w:t>
      </w:r>
      <w:r>
        <w:t>kyunke woh atoot hota hai. woh toot-ta nahin hai kabhi</w:t>
      </w:r>
    </w:p>
    <w:p>
      <w:pPr>
        <w:jc w:val="right"/>
      </w:pPr>
      <w:r>
        <w:t>کیونکہ وہ اٹوٹ ہوتا ہے۔ وہ ٹوٹتا نہیں ہے کبھی</w:t>
      </w:r>
    </w:p>
    <w:p>
      <w:r>
        <w:rPr>
          <w:b/>
        </w:rPr>
        <w:t xml:space="preserve">[36:33] </w:t>
      </w:r>
      <w:r>
        <w:t>ek extra, ek extra qisam ka ek talluq qaim hota hai, jis se blood ka talluq jis se hota hai. aur yeh aap ke sab se qareebi log hote hain.</w:t>
      </w:r>
    </w:p>
    <w:p>
      <w:pPr>
        <w:jc w:val="right"/>
      </w:pPr>
      <w:r>
        <w:t>۔ ایک extra، ایک extra قسم کا ایک تعلق قائم ہوتا ہے، جس سے بلڈ کا تعلق جس سے ہوتا ہے۔ اور یہ آپ کے سب سے قریبی لوگ ہوتے ہیں۔</w:t>
      </w:r>
    </w:p>
    <w:p>
      <w:r>
        <w:rPr>
          <w:b/>
        </w:rPr>
        <w:t xml:space="preserve">[36:45] </w:t>
      </w:r>
      <w:r>
        <w:t>in se exchange karna. is ke yeh raaz maine kab darya</w:t>
      </w:r>
    </w:p>
    <w:p>
      <w:pPr>
        <w:jc w:val="right"/>
      </w:pPr>
      <w:r>
        <w:t>ان سے exchange کرنا۔ اس کے یہ راز میں نے کب دریا</w:t>
      </w:r>
    </w:p>
    <w:p>
      <w:r>
        <w:rPr>
          <w:b/>
        </w:rPr>
        <w:t xml:space="preserve">[36:51] </w:t>
      </w:r>
      <w:r>
        <w:t>fat kiya? bukhari mein ek riwayat mein parh raha tha. to us mein hazrat aisha kehti hain, rasool allah ki wife ke rasool allah rozana uthte the fajr se pehle kuch zikr o ibadat ke liye.</w:t>
      </w:r>
    </w:p>
    <w:p>
      <w:pPr>
        <w:jc w:val="right"/>
      </w:pPr>
      <w:r>
        <w:t>فت کیا؟ بخاری میں ایک روایت میں پڑھ رہا تھا۔ تو اس میں حضرت عائشہ کہتی ہیں، رسول اللہ کی wife کہ رسول اللہ روزانہ اٹھتے تھے فجر سے پہلے کچھ ذکر و عبادت کے لیے۔</w:t>
      </w:r>
    </w:p>
    <w:p>
      <w:r>
        <w:rPr>
          <w:b/>
        </w:rPr>
        <w:t xml:space="preserve">[37:07] </w:t>
      </w:r>
      <w:r>
        <w:t>to us mein woh kehti hain ke fa-in kuntu mustaiqzatan fa-haddathani. fa-in kuntu mustaiqzatan fa-haddathani.</w:t>
      </w:r>
    </w:p>
    <w:p>
      <w:pPr>
        <w:jc w:val="right"/>
      </w:pPr>
      <w:r>
        <w:t>تو اس میں وہ کہتی ہیں کہ فین کنت مستحقۃ فحدثنی۔ فین کنت مستحقۃ فحدثنی۔</w:t>
      </w:r>
    </w:p>
    <w:p>
      <w:r>
        <w:rPr>
          <w:b/>
        </w:rPr>
        <w:t xml:space="preserve">[37:16] </w:t>
      </w:r>
      <w:r>
        <w:t>agar main jaag rahi hoti thi to mujh se baat karte the woh.</w:t>
      </w:r>
    </w:p>
    <w:p>
      <w:pPr>
        <w:jc w:val="right"/>
      </w:pPr>
      <w:r>
        <w:t>اگر میں جاگ رہی ہوتی تھی تو مجھ سے بات کرتے تھے وہ۔</w:t>
      </w:r>
    </w:p>
    <w:p>
      <w:r>
        <w:rPr>
          <w:b/>
        </w:rPr>
        <w:t xml:space="preserve">[37:21] </w:t>
      </w:r>
      <w:r>
        <w:t>kuch log samajhte hain ke mujh se hadees bayan karte the. yeh bilkul absurd baat hai. haddathi ke maani le liya unhon ne, hadees bayan karte the. bilkul yeh ghalat hai yeh.</w:t>
      </w:r>
    </w:p>
    <w:p>
      <w:pPr>
        <w:jc w:val="right"/>
      </w:pPr>
      <w:r>
        <w:t>کچھ لوگ سمجھتے ہیں کہ مجھ سے حدیث بیان کرتے تھے۔ یہ بالکل absurd بات ہے۔ حدثی کے معنی لے لیا انہوں نے، حدیث بیان کرتے تھے۔ بالکل یہ غلط ہے یہ۔</w:t>
      </w:r>
    </w:p>
    <w:p>
      <w:r>
        <w:rPr>
          <w:b/>
        </w:rPr>
        <w:t xml:space="preserve">[37:33] </w:t>
      </w:r>
      <w:r>
        <w:t>fa-in kuntu mustaiqzatan fa-haddathani ke maani hain ke agar main jaag rahi hoti to mujh se exchange karte the woh. intellectual exchange, discussion.</w:t>
      </w:r>
    </w:p>
    <w:p>
      <w:pPr>
        <w:jc w:val="right"/>
      </w:pPr>
      <w:r>
        <w:t>فین کنت مستحقۃ فحدثنی کے معنی ہیں کہ اگر میں جاگ رہی ہوتی تو مجھ سے exchange کرتے تھے وہ۔ Intellectual exchange، discussion۔</w:t>
      </w:r>
    </w:p>
    <w:p>
      <w:r>
        <w:rPr>
          <w:b/>
        </w:rPr>
        <w:t xml:space="preserve">[37:44] </w:t>
      </w:r>
      <w:r>
        <w:t>yeh do do mind ka discussion jo hai, woh intellectual development mein bahut bada, bahut bada yeh zariya hai.</w:t>
      </w:r>
    </w:p>
    <w:p>
      <w:pPr>
        <w:jc w:val="right"/>
      </w:pPr>
      <w:r>
        <w:t>یہ دو دو mind کا discussion جو ہے، وہ intellectual development میں بہت بڑا، بہت بڑا یہ ذریعہ ہے۔</w:t>
      </w:r>
    </w:p>
    <w:p>
      <w:r>
        <w:rPr>
          <w:b/>
        </w:rPr>
        <w:t xml:space="preserve">[37:55] </w:t>
      </w:r>
      <w:r>
        <w:t>to khuda ne aap ko jo family di hai, jis ke saath aap ka bahut ek bahut hi khaas talluq hai, blood ki wajah se. is ko train kijiye taake woh aap ka, aap ke family wale aap ka intellectual partner banein.</w:t>
      </w:r>
    </w:p>
    <w:p>
      <w:pPr>
        <w:jc w:val="right"/>
      </w:pPr>
      <w:r>
        <w:t>تو خدا نے آپ کو جو فیملی دی ہے، جس کے ساتھ آپ کا بہت ایک بہت ہی خاص تعلق ہے، بلڈ کی وجہ سے۔ اس کو train کیجیے تاکہ وہ آپ کا، آپ کے فیملی والے آپ کا intellectual partner بنیں۔</w:t>
      </w:r>
    </w:p>
    <w:p>
      <w:r>
        <w:rPr>
          <w:b/>
        </w:rPr>
        <w:t xml:space="preserve">[38:10] </w:t>
      </w:r>
      <w:r>
        <w:t>family ka har member aap ka intellectual partner hai.</w:t>
      </w:r>
    </w:p>
    <w:p>
      <w:pPr>
        <w:jc w:val="right"/>
      </w:pPr>
      <w:r>
        <w:t>فیملی کا ہر ممبر آپ کا intellectual partner ہے۔</w:t>
      </w:r>
    </w:p>
    <w:p>
      <w:r>
        <w:rPr>
          <w:b/>
        </w:rPr>
        <w:t xml:space="preserve">[38:15] </w:t>
      </w:r>
      <w:r>
        <w:t>log kya karte hain? family ke liye paisa kamaenge, family ko lekar shaadi karaenge. paisa kamaenge, ab family ke shauq poori karenge.</w:t>
      </w:r>
    </w:p>
    <w:p>
      <w:pPr>
        <w:jc w:val="right"/>
      </w:pPr>
      <w:r>
        <w:t>لوگ کیا کرتے ہیں؟ فیملی کے لیے پیسہ کمائیں گے، فیملی کو لے کر شادی کروائیں گے۔ پیسہ کمائیں گے، اب فیملی کے شوق پورا کریں گے۔</w:t>
      </w:r>
    </w:p>
    <w:p>
      <w:r>
        <w:rPr>
          <w:b/>
        </w:rPr>
        <w:t xml:space="preserve">[38:24] </w:t>
      </w:r>
      <w:r>
        <w:t>yani koi maqsad hi nahin hai zindagi ke logon ka keh ke paisa kamao aur family ka shauq poori karo. yeh to bilkul animal, animal level ki life hai.</w:t>
      </w:r>
    </w:p>
    <w:p>
      <w:pPr>
        <w:jc w:val="right"/>
      </w:pPr>
      <w:r>
        <w:t>یعنی کوئی مقصد ہی نہیں ہے زندگی کے لوگوں کا کہ کہ پیسہ کماؤ اور فیملی کا شوق پورا کرو۔ یہ تو بالکل animal، animal level کی life ہے۔</w:t>
      </w:r>
    </w:p>
    <w:p>
      <w:r>
        <w:rPr>
          <w:b/>
        </w:rPr>
        <w:t xml:space="preserve">[38:35] </w:t>
      </w:r>
      <w:r>
        <w:t>nahin, family ko banaaiye apna intellectual partner. intellectual partner ka matlab kya hai?</w:t>
      </w:r>
    </w:p>
    <w:p>
      <w:pPr>
        <w:jc w:val="right"/>
      </w:pPr>
      <w:r>
        <w:t>نہیں، فیملی کو بنائیے اپنا intellectual partner۔ Intellectual partner کا مطلب کیا ہے؟</w:t>
      </w:r>
    </w:p>
    <w:p>
      <w:r>
        <w:rPr>
          <w:b/>
        </w:rPr>
        <w:t xml:space="preserve">[38:43] </w:t>
      </w:r>
      <w:r>
        <w:t>aap ki jo baat cheet ho, woh sirf yani kisi kisi scientific subject par ho, kisi yani mazhabi subject par ho, kisi ilmi subject par ho,</w:t>
      </w:r>
    </w:p>
    <w:p>
      <w:pPr>
        <w:jc w:val="right"/>
      </w:pPr>
      <w:r>
        <w:t>آپ کی جو بات چیت ہو، وہ صرف یعنی کسی کسی scientific سبجیکٹ پر ہو، کسی یعنی مذہبی سبجیکٹ پر ہو، کسی علمی سبجیکٹ پر ہو،</w:t>
      </w:r>
    </w:p>
    <w:p>
      <w:r>
        <w:rPr>
          <w:b/>
        </w:rPr>
        <w:t xml:space="preserve">[38:58] </w:t>
      </w:r>
      <w:r>
        <w:t>kisi intellectual subject par ho. yeh baat cheet jo hai, ghar mein intellectual subject par honi chahiye. yahan tak ke aap khaane ki mez par baithe hain, tab bhi.</w:t>
      </w:r>
    </w:p>
    <w:p>
      <w:pPr>
        <w:jc w:val="right"/>
      </w:pPr>
      <w:r>
        <w:t>کسی intellectual سبجیکٹ پر ہو۔ یہ بات چیت جو ہے، گھر میں intellectual سبجیکٹ پر ہونی چاہیے۔ یہاں تک کہ آپ کھانے کی میز پر بیٹھے ہیں، تب بھی۔</w:t>
      </w:r>
    </w:p>
    <w:p>
      <w:r>
        <w:rPr>
          <w:b/>
        </w:rPr>
        <w:t xml:space="preserve">[39:09] </w:t>
      </w:r>
      <w:r>
        <w:t>chai ki mez par baithe hain, tab bhi.</w:t>
      </w:r>
    </w:p>
    <w:p>
      <w:pPr>
        <w:jc w:val="right"/>
      </w:pPr>
      <w:r>
        <w:t>چائے کی میز پر بیٹھے ہیں، تب بھی۔</w:t>
      </w:r>
    </w:p>
    <w:p>
      <w:r>
        <w:rPr>
          <w:b/>
        </w:rPr>
        <w:t xml:space="preserve">[39:11] </w:t>
      </w:r>
      <w:r>
        <w:t>hamesha intellectual subject par baat cheet honi chahiye. yeh hai intellectual development ka zariya. to khuda ne yeh mauqa diya hai hum ko family ki surat mein, ek natural group hamare paas hai.</w:t>
      </w:r>
    </w:p>
    <w:p>
      <w:pPr>
        <w:jc w:val="right"/>
      </w:pPr>
      <w:r>
        <w:t>ہمیشہ intellectual سبجیکٹ پر بات چیت ہونی چاہیے۔ یہ ہے intellectual development کا ذریعہ۔ تو خدا نے یہ موقع دیا ہے ہم کو فیملی کی صورت میں، ایک natural گروپ ہمارے پاس ہے۔</w:t>
      </w:r>
    </w:p>
    <w:p>
      <w:r>
        <w:rPr>
          <w:b/>
        </w:rPr>
        <w:t xml:space="preserve">[39:28] </w:t>
      </w:r>
      <w:r>
        <w:t>family ki surat mein ek natural group hai. jis ka har aadmi hamare liye intellectual partner ban sakta hai. bohat badi blessing hai, blessing.</w:t>
      </w:r>
    </w:p>
    <w:p>
      <w:pPr>
        <w:jc w:val="right"/>
      </w:pPr>
      <w:r>
        <w:t>فیملی کی صورت میں ایک natural گروپ ہے۔ جس کا ہر آدمی ہمارے لیے intellectual partner بن سکتا ہے۔ بہت بڑی blessing ہے، blessing۔</w:t>
      </w:r>
    </w:p>
    <w:p>
      <w:r>
        <w:rPr>
          <w:b/>
        </w:rPr>
        <w:t xml:space="preserve">[39:39] </w:t>
      </w:r>
      <w:r>
        <w:t>to maine habib bhai se kaha ke aap abhi tak bahar to kaam kar rahe the, aap apni family ko aap banaiye apna. aap inner, inner core jo hai aap ka.</w:t>
      </w:r>
    </w:p>
    <w:p>
      <w:pPr>
        <w:jc w:val="right"/>
      </w:pPr>
      <w:r>
        <w:t>تو میں نے حبیب بھائی سے کہا کہ آپ ابھی تک باہر تو کام کر رہے تھے، آپ اپنی فیملی کو آپ بنائیے اپنا۔ آپ inner، inner core جو ہے آپ کا۔</w:t>
      </w:r>
    </w:p>
    <w:p>
      <w:r>
        <w:rPr>
          <w:b/>
        </w:rPr>
        <w:t xml:space="preserve">[39:51] </w:t>
      </w:r>
      <w:r>
        <w:t>to abhi tak us dhang par log nahi sochte hain. unhonne kaha ke main zaroor aisa karunga.</w:t>
      </w:r>
    </w:p>
    <w:p>
      <w:pPr>
        <w:jc w:val="right"/>
      </w:pPr>
      <w:r>
        <w:t>تو ابھی تک اس ڈھنگ پر لوگ نہیں سوچتے ہیں۔ انہوں نے کہا کہ میں ضرور ایسا کروں گا۔</w:t>
      </w:r>
    </w:p>
    <w:p>
      <w:r>
        <w:rPr>
          <w:b/>
        </w:rPr>
        <w:t xml:space="preserve">[39:56] </w:t>
      </w:r>
      <w:r>
        <w:t>maine un se ye bhi kaha ke dekhiye, family ke members ko apna intellectual partner banane ke liye ek ek bohat hi yani ek ek condition hai.</w:t>
      </w:r>
    </w:p>
    <w:p>
      <w:pPr>
        <w:jc w:val="right"/>
      </w:pPr>
      <w:r>
        <w:t>میں نے ان سے یہ بھی کہا کہ دیکھیے، فیملی کے ممبرز کو اپنا intellectual partner بنانے کے لیے ایک ایک بہت ہی یعنی ایک ایک condition ہے۔</w:t>
      </w:r>
    </w:p>
    <w:p>
      <w:r>
        <w:rPr>
          <w:b/>
        </w:rPr>
        <w:t xml:space="preserve">[40:10] </w:t>
      </w:r>
      <w:r>
        <w:t>woh condition kya hai? Simplicity, simple living. agar aap is par razi nahi hain to kabhi bhi aap exchange nahi kar sakenge.</w:t>
      </w:r>
    </w:p>
    <w:p>
      <w:pPr>
        <w:jc w:val="right"/>
      </w:pPr>
      <w:r>
        <w:t>وہ condition کیا ہے؟ Simplicity، simple living۔ اگر آپ اس پر راضی نہیں ہیں تو کبھی بھی آپ exchange نہیں کر سکیں گے۔</w:t>
      </w:r>
    </w:p>
    <w:p>
      <w:r>
        <w:rPr>
          <w:b/>
        </w:rPr>
        <w:t xml:space="preserve">[40:23] </w:t>
      </w:r>
      <w:r>
        <w:t>sanjeeda topic par.</w:t>
      </w:r>
    </w:p>
    <w:p>
      <w:pPr>
        <w:jc w:val="right"/>
      </w:pPr>
      <w:r>
        <w:t>سنجیدہ topic پر۔</w:t>
      </w:r>
    </w:p>
    <w:p>
      <w:r>
        <w:rPr>
          <w:b/>
        </w:rPr>
        <w:t xml:space="preserve">[40:25] </w:t>
      </w:r>
      <w:r>
        <w:t>kyonke jaise hi aap log ikattha honge, are bhai ye furniture bada purana ho gaya hai, jo ek naya furniture late hain. bhai ye aaj ka aap item pakaoge, aaj to ye pakna chahiye.</w:t>
      </w:r>
    </w:p>
    <w:p>
      <w:pPr>
        <w:jc w:val="right"/>
      </w:pPr>
      <w:r>
        <w:t>کیونکہ جیسے ہی آپ لوگ اکٹھا ہوں گے، ارے بھائی یہ فرنیچر بڑا پرانا ہو گیا ہے، جو ایک نیا فرنیچر لاتے ہیں۔ بھئی یہ آج کا آپ item پکاؤ گے، آج تو یہ پکنا چاہیے۔</w:t>
      </w:r>
    </w:p>
    <w:p>
      <w:r>
        <w:rPr>
          <w:b/>
        </w:rPr>
        <w:t xml:space="preserve">[40:38] </w:t>
      </w:r>
      <w:r>
        <w:t>yani isi qisam ki baatein. Falan jagah shaadi hai, wahan chalna hai, bhai kaun sa kapra pehan ke chalna hai wahan par. Yeh yeh aaj kal model naya aa gaya hai</w:t>
      </w:r>
    </w:p>
    <w:p>
      <w:pPr>
        <w:jc w:val="right"/>
      </w:pPr>
      <w:r>
        <w:t>یعنی اسی قسم کی باتیں۔ فلاں جگہ شادی ہے، وہاں چلنا ہے، بھئی کون سا کپڑا پہن کے چلنا ہے وہاں پر۔ یہ یہ آج کل ماڈل نیا آ گیا ہے</w:t>
      </w:r>
    </w:p>
    <w:p>
      <w:r>
        <w:rPr>
          <w:b/>
        </w:rPr>
        <w:t xml:space="preserve">[40:49] </w:t>
      </w:r>
      <w:r>
        <w:t>gaari ka. Ab yeh log kehte hain ki bhai chhoti kaar to</w:t>
      </w:r>
    </w:p>
    <w:p>
      <w:pPr>
        <w:jc w:val="right"/>
      </w:pPr>
      <w:r>
        <w:t>گاڑی کا۔ اب یہ لوگ کہتے ہیں کہ بھئی چھوٹی کار تو</w:t>
      </w:r>
    </w:p>
    <w:p>
      <w:r>
        <w:rPr>
          <w:b/>
        </w:rPr>
        <w:t xml:space="preserve">[40:54] </w:t>
      </w:r>
      <w:r>
        <w:t>ka zamana hi khatam ho gaya, aap koi badi kaar khareedna hai. Yani intihai absurd qism ke baaton mein log rehte hain ghar wale, family wale.</w:t>
      </w:r>
    </w:p>
    <w:p>
      <w:pPr>
        <w:jc w:val="right"/>
      </w:pPr>
      <w:r>
        <w:t>کا زمانہ ہی ختم ہو گیا، آپ کوئی بڑی کار خریدنا ہے۔ یعنی انتہائی absurd قسم کے باتوں میں لوگ رہتے ہیں گھر والے، فیملی والے۔</w:t>
      </w:r>
    </w:p>
    <w:p>
      <w:r>
        <w:rPr>
          <w:b/>
        </w:rPr>
        <w:t xml:space="preserve">[41:05] </w:t>
      </w:r>
      <w:r>
        <w:t>Sari family, one to all. There is no exception. Jo mazhabi daadhi wale hain, woh bhi. Be daadhi wale hain, woh bhi.</w:t>
      </w:r>
    </w:p>
    <w:p>
      <w:pPr>
        <w:jc w:val="right"/>
      </w:pPr>
      <w:r>
        <w:t>ساری فیملی، one to all۔ There is no exception۔ جو مذہبی داڑھی والے ہیں، وہ بھی۔ بے داڑھی والے ہیں، وہ بھی۔</w:t>
      </w:r>
    </w:p>
    <w:p>
      <w:r>
        <w:rPr>
          <w:b/>
        </w:rPr>
        <w:t xml:space="preserve">[41:14] </w:t>
      </w:r>
      <w:r>
        <w:t>Aik bohat badi opportunity kho rahe hain log, main yeh kehna chahta hoon.</w:t>
      </w:r>
    </w:p>
    <w:p>
      <w:pPr>
        <w:jc w:val="right"/>
      </w:pPr>
      <w:r>
        <w:t>ایک بہت بڑی opportunity کھو رہے ہیں لوگ، میں یہ کہنا چاہتا ہوں۔</w:t>
      </w:r>
    </w:p>
    <w:p>
      <w:r>
        <w:rPr>
          <w:b/>
        </w:rPr>
        <w:t xml:space="preserve">[41:20] </w:t>
      </w:r>
      <w:r>
        <w:t>Yani family ke zariye khuda ne aap ko aik opportunity di hai ki aap apne qareebi logon ko apna intellectual partner bana kar ke apna intellectual development karte rahein.</w:t>
      </w:r>
    </w:p>
    <w:p>
      <w:pPr>
        <w:jc w:val="right"/>
      </w:pPr>
      <w:r>
        <w:t>یعنی فیملی کے ذریعے خدا نے آپ کو ایک opportunity دی ہے کہ آپ اپنے قریبی لوگوں کو اپنا intellectual partner بنا کر کے اپنا intellectual development کرتے رہیں۔</w:t>
      </w:r>
    </w:p>
    <w:p>
      <w:r>
        <w:rPr>
          <w:b/>
        </w:rPr>
        <w:t xml:space="preserve">[41:32] </w:t>
      </w:r>
      <w:r>
        <w:t>Kitna bada yeh mauqa hai.</w:t>
      </w:r>
    </w:p>
    <w:p>
      <w:pPr>
        <w:jc w:val="right"/>
      </w:pPr>
      <w:r>
        <w:t>کتنا بڑا یہ موقع ہے۔</w:t>
      </w:r>
    </w:p>
    <w:p>
      <w:r>
        <w:rPr>
          <w:b/>
        </w:rPr>
        <w:t xml:space="preserve">[41:39] </w:t>
      </w:r>
      <w:r>
        <w:t>Har ghar ko khuda chahta hai ki woh aik school bana hua ho.</w:t>
      </w:r>
    </w:p>
    <w:p>
      <w:pPr>
        <w:jc w:val="right"/>
      </w:pPr>
      <w:r>
        <w:t>ہر گھر کو خدا چاہتا ہے کہ وہ ایک اسکول بنا ہوا ہو۔</w:t>
      </w:r>
    </w:p>
    <w:p>
      <w:r>
        <w:rPr>
          <w:b/>
        </w:rPr>
        <w:t xml:space="preserve">[41:49] </w:t>
      </w:r>
      <w:r>
        <w:t>Quran mein bohat si baaton ko log is liye samajh nahi paate ki taqdis ki nazar se dekhte hain. Dekhein, Quran mein aik aayat hai Surah Ahzab mein.</w:t>
      </w:r>
    </w:p>
    <w:p>
      <w:pPr>
        <w:jc w:val="right"/>
      </w:pPr>
      <w:r>
        <w:t>قرآن میں بہت سی باتوں کو لوگ اس لیے سمجھ نہیں پاتے کہ تقدس کی نظر سے دیکھتے ہیں۔ دیکھیں، قرآن میں ایک آیت ہے سورہ احزاب میں۔</w:t>
      </w:r>
    </w:p>
    <w:p>
      <w:r>
        <w:rPr>
          <w:b/>
        </w:rPr>
        <w:t xml:space="preserve">[42:00] </w:t>
      </w:r>
      <w:r>
        <w:t>Yani chapter number thirty three aur verse number bhi shayad thirty three hai. Woh</w:t>
      </w:r>
    </w:p>
    <w:p>
      <w:pPr>
        <w:jc w:val="right"/>
      </w:pPr>
      <w:r>
        <w:t>یعنی چیپٹر نمبر تھرٹی تھری اور ورس نمبر بھی شاید تھرٹی تھری ہے۔ وہ</w:t>
      </w:r>
    </w:p>
    <w:p>
      <w:r>
        <w:rPr>
          <w:b/>
        </w:rPr>
        <w:t xml:space="preserve">[42:12] </w:t>
      </w:r>
      <w:r>
        <w:t>Yeh hai, is mein Ahl-e-Bait ka zikr hai, yani Rasool Allah ke ghar wale, Rasool Allah ki family. Khuda chahta hai, aye Ahl-e-Bait, ki tum ko paak kare, tum se gandagi ko nikale aur tum ko paakiza banaye.</w:t>
      </w:r>
    </w:p>
    <w:p>
      <w:pPr>
        <w:jc w:val="right"/>
      </w:pPr>
      <w:r>
        <w:t>یہ ہے، اس میں اہل بیت کا ذکر ہے، یعنی رسول اللہ کے گھر والے، رسول اللہ کی فیملی۔ خدا چاہتا ہے، اے اہل بیت، کہ تم کو پاک کرے، تم سے گندگی کو نکالے اور تم کو پاکیزہ بنائے۔</w:t>
      </w:r>
    </w:p>
    <w:p>
      <w:r>
        <w:rPr>
          <w:b/>
        </w:rPr>
        <w:t xml:space="preserve">[42:35] </w:t>
      </w:r>
      <w:r>
        <w:t>Allah, ab saare log is ko likhte hain, is samajh mein bas Ahl-e-Bait ki fazilat. Ahl-e-Bait matlab Rasool Allah ke ghar wale.</w:t>
      </w:r>
    </w:p>
    <w:p>
      <w:pPr>
        <w:jc w:val="right"/>
      </w:pPr>
      <w:r>
        <w:t>اللہ، اب سارے لوگ اس کو لکھتے ہیں، اس سمجھ میں بس اہل بیت کی فضیلت۔ اہل بیت مطلب رسول اللہ کے گھر والے۔</w:t>
      </w:r>
    </w:p>
    <w:p>
      <w:r>
        <w:rPr>
          <w:b/>
        </w:rPr>
        <w:t xml:space="preserve">[42:43] </w:t>
      </w:r>
      <w:r>
        <w:t>Is aayat mein aate hi jaante hain woh. Kya Ahl-e-Bait ki fazilat aayi hai is mein? Nahi, is mein aik bohat badi baat kahi gayi hai. Aur saare insanon ke liye kahi gayi hai.</w:t>
      </w:r>
    </w:p>
    <w:p>
      <w:pPr>
        <w:jc w:val="right"/>
      </w:pPr>
      <w:r>
        <w:t>اس آیت میں آتے ہی جانتے ہیں وہ۔ کیا اہل بیت کی فضیلت آئی ہے اس میں؟ نہیں، اس میں ایک بہت بڑی بات کہی گئی ہے۔ اور سارے انسانوں کے لیے کہی گئی ہے۔</w:t>
      </w:r>
    </w:p>
    <w:p>
      <w:r>
        <w:rPr>
          <w:b/>
        </w:rPr>
        <w:t xml:space="preserve">[42:55] </w:t>
      </w:r>
      <w:r>
        <w:t>Saare insanon ke liye. Ki apne ghar walon ko tathir kar ke, is ko purify kar ke banao apna intellectual partner. Woh tumhare liye blessing hai.</w:t>
      </w:r>
    </w:p>
    <w:p>
      <w:pPr>
        <w:jc w:val="right"/>
      </w:pPr>
      <w:r>
        <w:t>سارے انسانوں کے لیے۔ کہ اپنے گھر والوں کو تطہیر کر کے، اس کو purify کر کے بناؤ اپنا intellectual partner۔ وہ تمہارے لیے blessing ہے۔</w:t>
      </w:r>
    </w:p>
    <w:p>
      <w:r>
        <w:rPr>
          <w:b/>
        </w:rPr>
        <w:t xml:space="preserve">[43:09] </w:t>
      </w:r>
      <w:r>
        <w:t>Quran ki bohat si bohat hi gehri baatein jo hain, is ko log nahi samajh paate, is liye ki is ko dekhte hain aik aik muqaddas bana kar ke, mysterious bana kar ke, mysterious.</w:t>
      </w:r>
    </w:p>
    <w:p>
      <w:pPr>
        <w:jc w:val="right"/>
      </w:pPr>
      <w:r>
        <w:t>قرآن کی بہت سی بہت ہی گہری باتیں جو ہیں، اس کو لوگ نہیں سمجھ پاتے، اس لیے کہ اس کو دیکھتے ہیں ایک ایک مقدس بنا کر کے، mysterious بنا کر کے، mysterious۔</w:t>
      </w:r>
    </w:p>
    <w:p>
      <w:r>
        <w:rPr>
          <w:b/>
        </w:rPr>
        <w:t xml:space="preserve">[43:21] </w:t>
      </w:r>
      <w:r>
        <w:t>Yahan jo baat kahi gayi, dekhiye aik baat yeh samajh lijiye ki Quran mein kai baar aisa hota hai ki aik particular reference hota hai, lekin is ka matlab jo hai general hota hai.</w:t>
      </w:r>
    </w:p>
    <w:p>
      <w:pPr>
        <w:jc w:val="right"/>
      </w:pPr>
      <w:r>
        <w:t>یہاں جو بات کہی گئی، دیکھیے ایک بات یہ سمجھ لیجیے کہ قرآن میں کئی بار ایسا ہوتا ہے کہ ایک particular reference ہوتا ہے، لیکن اس کا مطلب جو ہے جنرل ہوتا ہے۔</w:t>
      </w:r>
    </w:p>
    <w:p>
      <w:r>
        <w:rPr>
          <w:b/>
        </w:rPr>
        <w:t xml:space="preserve">[43:32] </w:t>
      </w:r>
      <w:r>
        <w:t>Yani aik general baat ko particular reference mein kaha jata hai.</w:t>
      </w:r>
    </w:p>
    <w:p>
      <w:pPr>
        <w:jc w:val="right"/>
      </w:pPr>
      <w:r>
        <w:t>یعنی ایک جنرل بات کو particular reference میں کہا جاتا ہے۔</w:t>
      </w:r>
    </w:p>
    <w:p>
      <w:r>
        <w:rPr>
          <w:b/>
        </w:rPr>
        <w:t xml:space="preserve">[43:38] </w:t>
      </w:r>
      <w:r>
        <w:t>Aik general message ko kisi particular reference mein diya jata hai. Yahan par aik aik particular reference hai, yani Rasool Allah ke Ahl-e-Bait, Rasool Allah ki family wale, Rasool Allah ke ghar wale.</w:t>
      </w:r>
    </w:p>
    <w:p>
      <w:pPr>
        <w:jc w:val="right"/>
      </w:pPr>
      <w:r>
        <w:t>ایک جنرل message کو کسی particular reference میں دیا جاتا ہے۔ یہاں پر ایک ایک particular reference ہے، یعنی رسول اللہ کے اہل بیت، رسول اللہ کی فیملی والے، رسول اللہ کے گھر والے۔</w:t>
      </w:r>
    </w:p>
    <w:p>
      <w:r>
        <w:rPr>
          <w:b/>
        </w:rPr>
        <w:t xml:space="preserve">[43:50] </w:t>
      </w:r>
      <w:r>
        <w:t>to yeh particular reference hai. lekin is mein ek general baat kahi gayi hai. har aadmi ka ek ahl-e-bait hota hai. yani har aadmi ki family hoti hai, ghar wale hote hain.</w:t>
      </w:r>
    </w:p>
    <w:p>
      <w:pPr>
        <w:jc w:val="right"/>
      </w:pPr>
      <w:r>
        <w:t>تو یہ particular reference ہے۔ لیکن اس میں ایک جنرل بات کہی گئی ہے۔ ہر آدمی کا ایک اہل بیت ہوتا ہے۔ یعنی ہر آدمی کی فیملی ہوتی ہے، گھر والے ہوتے ہیں۔</w:t>
      </w:r>
    </w:p>
    <w:p>
      <w:r>
        <w:rPr>
          <w:b/>
        </w:rPr>
        <w:t xml:space="preserve">[44:03] </w:t>
      </w:r>
      <w:r>
        <w:t>har aadmi ki. to yahan par sirf Rasul Allah ke ahl-e-bait murad nahin hain.</w:t>
      </w:r>
    </w:p>
    <w:p>
      <w:pPr>
        <w:jc w:val="right"/>
      </w:pPr>
      <w:r>
        <w:t>ہر آدمی کی۔ تو یہاں پر صرف رسول اللہ کے اہل بیت مراد نہیں ہیں۔</w:t>
      </w:r>
    </w:p>
    <w:p>
      <w:r>
        <w:rPr>
          <w:b/>
        </w:rPr>
        <w:t xml:space="preserve">[44:08] </w:t>
      </w:r>
      <w:r>
        <w:t>yeh qanoon hai, ek law of nature bataya gaya hai, law of nature. khuda ne is mein ek law of nature ko bataya hai. har insan ko hum ne di hain aise aise member, aisi aurtein aur mard jin mein aapas mein blood relationship hota hai.</w:t>
      </w:r>
    </w:p>
    <w:p>
      <w:pPr>
        <w:jc w:val="right"/>
      </w:pPr>
      <w:r>
        <w:t>یہ قانون ہے، ایک law of nature بتایا گیا ہے، law of nature۔ خدا نے اس میں ایک law of nature کو بتایا ہے۔ ہر انسان کو ہم نے دی ہیں ایسے ایسے ممبر، ایسی عورتیں اور مرد جن میں آپس میں بلڈ relationship ہوتا ہے۔</w:t>
      </w:r>
    </w:p>
    <w:p>
      <w:r>
        <w:rPr>
          <w:b/>
        </w:rPr>
        <w:t xml:space="preserve">[44:25] </w:t>
      </w:r>
      <w:r>
        <w:t>is ki wajah se ek khas, yani ek ek blood, blood jo hai woh adhesive kaam karta hai, adhesive ka. family mein jo blood ka taluq hota hai, woh adhesive ka kaam karta hai.</w:t>
      </w:r>
    </w:p>
    <w:p>
      <w:pPr>
        <w:jc w:val="right"/>
      </w:pPr>
      <w:r>
        <w:t>اس کی وجہ سے ایک خاص، یعنی ایک ایک بلڈ، بلڈ جو ہے وہ adhesive کام کرتا ہے، adhesive کا۔ فیملی میں جو بلڈ کا تعلق ہوتا ہے، وہ adhesive کا کام کرتا ہے۔</w:t>
      </w:r>
    </w:p>
    <w:p>
      <w:r>
        <w:rPr>
          <w:b/>
        </w:rPr>
        <w:t xml:space="preserve">[44:36] </w:t>
      </w:r>
      <w:r>
        <w:t>log jure rehte hain aapas mein.</w:t>
      </w:r>
    </w:p>
    <w:p>
      <w:pPr>
        <w:jc w:val="right"/>
      </w:pPr>
      <w:r>
        <w:t>لوگ جڑے رہتے ہیں آپس میں۔</w:t>
      </w:r>
    </w:p>
    <w:p>
      <w:r>
        <w:rPr>
          <w:b/>
        </w:rPr>
        <w:t xml:space="preserve">[44:39] </w:t>
      </w:r>
      <w:r>
        <w:t>to in se exchange ka taluq karna bohat aasan hai. lekin is ke liye zaroori kya hai? aap in ko in ko pak banayein. isi ko Quran mein dekhiye ke in ki gandagi khatam karein.</w:t>
      </w:r>
    </w:p>
    <w:p>
      <w:pPr>
        <w:jc w:val="right"/>
      </w:pPr>
      <w:r>
        <w:t>تو ان سے exchange کا تعلق کرنا بہت آسان ہے۔ لیکن اس کے لیے ضروری کیا ہے؟ آپ ان کو ان کو پاک بنائیں۔ اسی کو قرآن میں دیکھیے کہ ان کی گندگی ختم کریں۔</w:t>
      </w:r>
    </w:p>
    <w:p>
      <w:r>
        <w:rPr>
          <w:b/>
        </w:rPr>
        <w:t xml:space="preserve">[44:50] </w:t>
      </w:r>
      <w:r>
        <w:t>is mein do lafz aaye hain. gandagi ko khatam karna aur in ko purify karna. aur rizq ke maani hote hain gandagi.</w:t>
      </w:r>
    </w:p>
    <w:p>
      <w:pPr>
        <w:jc w:val="right"/>
      </w:pPr>
      <w:r>
        <w:t>اس میں دو لفظ آئے ہیں۔ گندگی کو ختم کرنا اور ان کو purify کرنا۔ اور رزق کے معنی ہوتے ہیں گندگی۔</w:t>
      </w:r>
    </w:p>
    <w:p>
      <w:r>
        <w:rPr>
          <w:b/>
        </w:rPr>
        <w:t xml:space="preserve">[45:02] </w:t>
      </w:r>
      <w:r>
        <w:t>rizq ke maani gandagi. R I J S.</w:t>
      </w:r>
    </w:p>
    <w:p>
      <w:pPr>
        <w:jc w:val="right"/>
      </w:pPr>
      <w:r>
        <w:t>رزق کے معنی گندگی۔ آر آئی جے ایس۔</w:t>
      </w:r>
    </w:p>
    <w:p>
      <w:r>
        <w:rPr>
          <w:b/>
        </w:rPr>
        <w:t xml:space="preserve">[45:06] </w:t>
      </w:r>
      <w:r>
        <w:t>to khuda chahta hai, aye ahl-e-bait, ke tumhare andar se rizq ko khatam kare, gandagi ko khatam kare. aur tum ko pak kare. tum ko purify kare.</w:t>
      </w:r>
    </w:p>
    <w:p>
      <w:pPr>
        <w:jc w:val="right"/>
      </w:pPr>
      <w:r>
        <w:t>تو خدا چاہتا ہے، اے اہل بیت، کہ تمہارے اندر سے رزق کو ختم کرے، گندگی کو ختم کرے۔ اور تم کو پاک کرے۔ تم کو purify کرے۔</w:t>
      </w:r>
    </w:p>
    <w:p>
      <w:r>
        <w:rPr>
          <w:b/>
        </w:rPr>
        <w:t xml:space="preserve">[45:16] </w:t>
      </w:r>
      <w:r>
        <w:t>is ka matlab kya hua? rizq</w:t>
      </w:r>
    </w:p>
    <w:p>
      <w:pPr>
        <w:jc w:val="right"/>
      </w:pPr>
      <w:r>
        <w:t>اس کا مطلب کیا ہوا؟ رزق</w:t>
      </w:r>
    </w:p>
    <w:p>
      <w:r>
        <w:rPr>
          <w:b/>
        </w:rPr>
        <w:t xml:space="preserve">[45:18] </w:t>
      </w:r>
      <w:r>
        <w:t>kya hai? rizq wohi jo maine kaha. animal level par jeena, worldly baatein karna.</w:t>
      </w:r>
    </w:p>
    <w:p>
      <w:pPr>
        <w:jc w:val="right"/>
      </w:pPr>
      <w:r>
        <w:t>کیا ہے؟ رزق وہی جو میں نے کہا۔ animal level پر جینا، worldly باتیں کرنا۔</w:t>
      </w:r>
    </w:p>
    <w:p>
      <w:r>
        <w:rPr>
          <w:b/>
        </w:rPr>
        <w:t xml:space="preserve">[45:27] </w:t>
      </w:r>
      <w:r>
        <w:t>wohi yani jo maine abhi arz kiya aap ko. yeh shopping aur outing aur khana aur kapra aur yeh sab baatein karna.</w:t>
      </w:r>
    </w:p>
    <w:p>
      <w:pPr>
        <w:jc w:val="right"/>
      </w:pPr>
      <w:r>
        <w:t>وہی یعنی جو میں نے ابھی عرض کیا آپ کو۔ یہ شاپنگ اور آؤٹنگ اور کھانا اور کپڑا اور یہ سب باتیں کرنا۔</w:t>
      </w:r>
    </w:p>
    <w:p>
      <w:r>
        <w:rPr>
          <w:b/>
        </w:rPr>
        <w:t xml:space="preserve">[45:39] </w:t>
      </w:r>
      <w:r>
        <w:t>yeh yeh rizq hai, rizq. gandagi. kis sense mein? dekhiye, yeh bhi samajh lijiye. haraam ke sense mein nahin hai.</w:t>
      </w:r>
    </w:p>
    <w:p>
      <w:pPr>
        <w:jc w:val="right"/>
      </w:pPr>
      <w:r>
        <w:t>یہ یہ رزق ہے، رزق۔ گندگی۔ کس sense میں؟ دیکھیے، یہ بھی سمجھ لیجیے۔ حرام کے sense میں نہیں ہے۔</w:t>
      </w:r>
    </w:p>
    <w:p>
      <w:r>
        <w:rPr>
          <w:b/>
        </w:rPr>
        <w:t xml:space="preserve">[45:48] </w:t>
      </w:r>
      <w:r>
        <w:t>yeh distraction ke sense mein hai yeh. yahan par rizq to hai, rizq. ek kabhi aisa hota hai ke bohat hi kara shabd istemal kiya jata hai.</w:t>
      </w:r>
    </w:p>
    <w:p>
      <w:pPr>
        <w:jc w:val="right"/>
      </w:pPr>
      <w:r>
        <w:t>یہ distraction کے sense میں ہے یہ۔ یہاں پر رزق تو ہے، رزق۔ ایک کبھی ایسا ہوتا ہے کہ بہت ہی کڑا शब्द استعمال کیا جاتا ہے۔</w:t>
      </w:r>
    </w:p>
    <w:p>
      <w:r>
        <w:rPr>
          <w:b/>
        </w:rPr>
        <w:t xml:space="preserve">[45:58] </w:t>
      </w:r>
      <w:r>
        <w:t>shock dene ke liye kara shabd. distraction jo hai to rizq hai, rizq. gandagi hai, bacho is se. to kai baar aisa hota hai ke jis ko main kaha karta hoon hammering ki language.</w:t>
      </w:r>
    </w:p>
    <w:p>
      <w:pPr>
        <w:jc w:val="right"/>
      </w:pPr>
      <w:r>
        <w:t>شاک دینے کے لیے کڑا शब्द۔ distraction جو ہے تو رزق ہے، رزق۔ گندگی ہے، بچو اس سے۔ تو کئی بار ایسا ہوتا ہے کہ جس کو میں کہا کرتا ہوں hammering کی language۔</w:t>
      </w:r>
    </w:p>
    <w:p>
      <w:r>
        <w:rPr>
          <w:b/>
        </w:rPr>
        <w:t xml:space="preserve">[46:11] </w:t>
      </w:r>
      <w:r>
        <w:t>yahan language of hammering. ek baat ko kehne ke liye bohat hi kara shabd use kiya jata hai.</w:t>
      </w:r>
    </w:p>
    <w:p>
      <w:pPr>
        <w:jc w:val="right"/>
      </w:pPr>
      <w:r>
        <w:t>یہاں language of hammering۔ ایک بات کو کہنے کے لیے بہت ہی کڑا शब्द use کیا جاتا ہے۔</w:t>
      </w:r>
    </w:p>
    <w:p>
      <w:r>
        <w:rPr>
          <w:b/>
        </w:rPr>
        <w:t xml:space="preserve">[46:18] </w:t>
      </w:r>
      <w:r>
        <w:t>yahan par jis ko rizq kaha gaya hai, woh distraction hai is se murad. yani worldly cheezon ki taraf distraction. jis ki wajah se aap apne ko tayyar nahin kar kar pate.</w:t>
      </w:r>
    </w:p>
    <w:p>
      <w:pPr>
        <w:jc w:val="right"/>
      </w:pPr>
      <w:r>
        <w:t>یہاں پر جس کو رزق کہا گیا ہے، وہ distraction ہے اس سے مراد۔ یعنی worldly چیزوں کی طرف distraction۔ جس کی وجہ سے آپ اپنے کو تیار نہیں کر کر پاتے۔</w:t>
      </w:r>
    </w:p>
    <w:p>
      <w:r>
        <w:rPr>
          <w:b/>
        </w:rPr>
        <w:t xml:space="preserve">[46:27] </w:t>
      </w:r>
      <w:r>
        <w:t>aur doosra jo hai, tathir. tathir maani purification. woh hai bohat positive aspect hai is ka. tathir is ka positive aspect hai aur rizq is ka negative aspect hai.</w:t>
      </w:r>
    </w:p>
    <w:p>
      <w:pPr>
        <w:jc w:val="right"/>
      </w:pPr>
      <w:r>
        <w:t>اور دوسرا جو ہے، تطہیر۔ تطہیر معنی purification۔ وہ ہے بہت positive aspect ہے اس کا۔ تطہیر اس کا positive aspect ہے اور رزق اس کا negative aspect ہے۔</w:t>
      </w:r>
    </w:p>
    <w:p>
      <w:r>
        <w:rPr>
          <w:b/>
        </w:rPr>
        <w:t xml:space="preserve">[46:40] </w:t>
      </w:r>
      <w:r>
        <w:t>yani distraction se bachao aur achhe achhe subject par intellectual exchange karo. yeh matlab hai is ka.</w:t>
      </w:r>
    </w:p>
    <w:p>
      <w:pPr>
        <w:jc w:val="right"/>
      </w:pPr>
      <w:r>
        <w:t>یعنی distraction سے بچاؤ اور اچھے اچھے سبجیکٹ پر intellectual exchange کرو۔ یہ مطلب ہے اس کا۔</w:t>
      </w:r>
    </w:p>
    <w:p>
      <w:r>
        <w:rPr>
          <w:b/>
        </w:rPr>
        <w:t xml:space="preserve">[46:51] </w:t>
      </w:r>
      <w:r>
        <w:t>yani positive subject par intellectual exchange karo aur is se apne ko bachao ke tum yani worldly cheezon mein baatein karte raho aur sara time ise waste kar daalo is mein.</w:t>
      </w:r>
    </w:p>
    <w:p>
      <w:pPr>
        <w:jc w:val="right"/>
      </w:pPr>
      <w:r>
        <w:t>یعنی positive سبجیکٹ پر intellectual exchange کرو اور اس سے اپنے کو بچاؤ کہ تم یعنی worldly چیزوں میں باتیں کرتے رہو اور سارا ٹائم اسے waste کر ڈالو اس میں۔</w:t>
      </w:r>
    </w:p>
    <w:p>
      <w:r>
        <w:rPr>
          <w:b/>
        </w:rPr>
        <w:t xml:space="preserve">[47:07] </w:t>
      </w:r>
      <w:r>
        <w:t>to yeh Quran mein jo aayat hai, sare log samajhte hain is ko ahl-e-bait ke fazaail is mein bayan kiye gaye hain. yeh bilkul absurd baat hai. dekhiye, Quran jo hai, woh hai sare logon ke liye.</w:t>
      </w:r>
    </w:p>
    <w:p>
      <w:pPr>
        <w:jc w:val="right"/>
      </w:pPr>
      <w:r>
        <w:t>تو یہ قرآن میں جو آیت ہے، سارے لوگ سمجھتے ہیں اس کو اہل بیت کے فضائل اس میں بیان کیے گئے ہیں۔ یہ بالکل absurd بات ہے۔ دیکھیے، قرآن جو ہے، وہ ہے سارے لوگوں کے لیے۔</w:t>
      </w:r>
    </w:p>
    <w:p>
      <w:r>
        <w:rPr>
          <w:b/>
        </w:rPr>
        <w:t xml:space="preserve">[47:23] </w:t>
      </w:r>
      <w:r>
        <w:t>sare insanon ke liye, sare insanon ke liye. lekin log samajh kyun nahin pate? kai baar ek baat kahi jati hai particular reference mein, halaanke is mein general message hota hai.</w:t>
      </w:r>
    </w:p>
    <w:p>
      <w:pPr>
        <w:jc w:val="right"/>
      </w:pPr>
      <w:r>
        <w:t>سارے انسانوں کے لیے، سارے انسانوں کے لیے۔ لیکن لوگ سمجھ کیوں نہیں پاتے؟ کئی بار ایک بات کہی جاتی ہے particular reference میں، حالانکہ اس میں جنرل message ہوتا ہے۔</w:t>
      </w:r>
    </w:p>
    <w:p>
      <w:r>
        <w:rPr>
          <w:b/>
        </w:rPr>
        <w:t xml:space="preserve">[47:36] </w:t>
      </w:r>
      <w:r>
        <w:t>is is raat ko nahin samajh pate. woh samajhte hain ke particular reference mein hai to bas particular baat hi hai is mein aur koi doosri baat nahin hai is ke andar.</w:t>
      </w:r>
    </w:p>
    <w:p>
      <w:pPr>
        <w:jc w:val="right"/>
      </w:pPr>
      <w:r>
        <w:t>اس اس رات کو نہیں سمجھ پاتے۔ وہ سمجھتے ہیں کہ particular reference میں ہے تو بس particular بات ہی ہے اس میں اور کوئی دوسری بات نہیں ہے اس کے اندر۔</w:t>
      </w:r>
    </w:p>
    <w:p>
      <w:r>
        <w:rPr>
          <w:b/>
        </w:rPr>
        <w:t xml:space="preserve">[47:46] </w:t>
      </w:r>
      <w:r>
        <w:t>to khuda. jaise ek jagah Quran Majeed mein aaya hai ke</w:t>
      </w:r>
    </w:p>
    <w:p>
      <w:pPr>
        <w:jc w:val="right"/>
      </w:pPr>
      <w:r>
        <w:t>تو خدا۔ جیسے ایک جگہ قرآن مجید میں آیا ہے کہ</w:t>
      </w:r>
    </w:p>
    <w:p>
      <w:r>
        <w:rPr>
          <w:b/>
        </w:rPr>
        <w:t xml:space="preserve">[47:56] </w:t>
      </w:r>
      <w:r>
        <w:t>ke Prophet jab baithe hon kisi meeting mein to tum zor zor se bol kar ke aisa na karo ke un ki aawaz jo hai dab jaye.</w:t>
      </w:r>
    </w:p>
    <w:p>
      <w:pPr>
        <w:jc w:val="right"/>
      </w:pPr>
      <w:r>
        <w:t>کہ Prophet جب بیٹھے ہوں کسی میٹنگ میں تو تم زور زور سے بول کر کے ایسا نہ کرو کہ ان کی آواز جو ہے دب جائے۔</w:t>
      </w:r>
    </w:p>
    <w:p>
      <w:r>
        <w:rPr>
          <w:b/>
        </w:rPr>
        <w:t xml:space="preserve">[48:05] </w:t>
      </w:r>
      <w:r>
        <w:t>Yeh Prophet baithe hue hain kisi meeting mein. To ab tum zor zor se bolo to un ki aawaz dab jayegi. Aisa mat karo. Ab log is ko kya samajhte hain?</w:t>
      </w:r>
    </w:p>
    <w:p>
      <w:pPr>
        <w:jc w:val="right"/>
      </w:pPr>
      <w:r>
        <w:t>یہ Prophet بیٹھے ہوئے ہیں کسی میٹنگ میں۔ تو اب تم زور زور سے بولو تو ان کی آواز دب جائے گی۔ ایسا مت کرو۔ اب لوگ اس کو کیا سمجھتے ہیں؟</w:t>
      </w:r>
    </w:p>
    <w:p>
      <w:r>
        <w:rPr>
          <w:b/>
        </w:rPr>
        <w:t xml:space="preserve">[48:15] </w:t>
      </w:r>
      <w:r>
        <w:t>Paighambar ke fazaail. Paighambar ke fazaail. Matlab Paighambar se jode hue hain is ko woh. Is is aayat ko Paighambar se jode hue hain.</w:t>
      </w:r>
    </w:p>
    <w:p>
      <w:pPr>
        <w:jc w:val="right"/>
      </w:pPr>
      <w:r>
        <w:t>پیغمبر کے فضائل۔ پیغمبر کے فضائل۔ مطلب پیغمبر سے جوڑے ہوئے ہیں اس کو وہ۔ اس اس آیت کو پیغمبر سے جوڑے ہوئے ہیں۔</w:t>
      </w:r>
    </w:p>
    <w:p>
      <w:r>
        <w:rPr>
          <w:b/>
        </w:rPr>
        <w:t xml:space="preserve">[48:26] </w:t>
      </w:r>
      <w:r>
        <w:t>Yahan bhi wohi hai ki particular reference mein general baat.</w:t>
      </w:r>
    </w:p>
    <w:p>
      <w:pPr>
        <w:jc w:val="right"/>
      </w:pPr>
      <w:r>
        <w:t>یہاں بھی وہی ہے کہ particular reference میں جنرل بات۔</w:t>
      </w:r>
    </w:p>
    <w:p>
      <w:r>
        <w:rPr>
          <w:b/>
        </w:rPr>
        <w:t xml:space="preserve">[48:30] </w:t>
      </w:r>
      <w:r>
        <w:t>Yani Paighambar ke reference mein is mein majlis ke aadab, baat cheet ke etiquette bataye gaye hain. Har jagah yehi karna hai aap ko.</w:t>
      </w:r>
    </w:p>
    <w:p>
      <w:pPr>
        <w:jc w:val="right"/>
      </w:pPr>
      <w:r>
        <w:t>یعنی پیغمبر کے reference میں اس میں مجلس کے آداب، بات چیت کے etiquette بتائے گئے ہیں۔ ہر جگہ یہی کرنا ہے آپ کو۔</w:t>
      </w:r>
    </w:p>
    <w:p>
      <w:r>
        <w:rPr>
          <w:b/>
        </w:rPr>
        <w:t xml:space="preserve">[48:40] </w:t>
      </w:r>
      <w:r>
        <w:t>Chahe Prophet ho ya na ho. Ki kya aahistagi se bolna hai? Apni baari aaye tab bolna hai. Khwamkhwa kisi baat doosre ki baat mein main beech mein nahi bolne lagna hai waghaira waghaira jo hai.</w:t>
      </w:r>
    </w:p>
    <w:p>
      <w:pPr>
        <w:jc w:val="right"/>
      </w:pPr>
      <w:r>
        <w:t>چاہے Prophet ہو یا نہ ہو۔ کہ کیا آہستگی سے بولنا ہے؟ اپنی باری آئے تب بولنا ہے۔ خوامخواہ کسی بات دوسرے کی بات میں میں بیچ میں نہیں بولنے لگنا ہے وغیرہ وغیرہ جو ہے۔</w:t>
      </w:r>
    </w:p>
    <w:p>
      <w:r>
        <w:rPr>
          <w:b/>
        </w:rPr>
        <w:t xml:space="preserve">[48:58] </w:t>
      </w:r>
      <w:r>
        <w:t>To yeh itni zabardast baatein hain Quran Majeed mein. Log is se be khabar hain kyunki is ko koi yani woh is ke samajh lete hain ki yeh to yeh to Rasool ke liye, yeh to falan ke liye, yeh to falan ke liye.</w:t>
      </w:r>
    </w:p>
    <w:p>
      <w:pPr>
        <w:jc w:val="right"/>
      </w:pPr>
      <w:r>
        <w:t>تو یہ اتنی زبردست باتیں ہیں قرآن مجید میں۔ لوگ اس سے بے خبر ہیں کیونکہ اس کو کوئی یعنی وہ اس کے سمجھ لیتے ہیں کہ یہ تو یہ تو رسول کے لیے، یہ تو فلاں کے لیے، یہ تو فلاں کے لیے۔</w:t>
      </w:r>
    </w:p>
    <w:p>
      <w:r>
        <w:rPr>
          <w:b/>
        </w:rPr>
        <w:t xml:space="preserve">[49:15] </w:t>
      </w:r>
      <w:r>
        <w:t>Halanke woh sab insanon ke liye hoti hai woh.</w:t>
      </w:r>
    </w:p>
    <w:p>
      <w:pPr>
        <w:jc w:val="right"/>
      </w:pPr>
      <w:r>
        <w:t>حالانکہ وہ سب انسانوں کے لیے ہوتی ہے وہ۔</w:t>
      </w:r>
    </w:p>
    <w:p>
      <w:r>
        <w:rPr>
          <w:b/>
        </w:rPr>
        <w:t xml:space="preserve">[49:18] </w:t>
      </w:r>
      <w:r>
        <w:t>to ye to bhai kah raha tha ke agar aap chahte hain ke apni zindagi ko zyada achha banana aur. to is ke liye teen paanch formula aap ko pakarna hoga.</w:t>
      </w:r>
    </w:p>
    <w:p>
      <w:pPr>
        <w:jc w:val="right"/>
      </w:pPr>
      <w:r>
        <w:t>تو یہ تو بھائی کہہ رہا تھا کہ اگر آپ چاہتے ہیں کہ اپنی زندگی کو زیادہ اچھا بنانا اور۔ تو اس کے لیے تین پانچ فارمولا آپ کو پکڑنا ہوگا۔</w:t>
      </w:r>
    </w:p>
    <w:p>
      <w:r>
        <w:rPr>
          <w:b/>
        </w:rPr>
        <w:t xml:space="preserve">[49:29] </w:t>
      </w:r>
      <w:r>
        <w:t>number one study yani serious study. number do observation duniya ko dekh kar ke zindagi guzarna.</w:t>
      </w:r>
    </w:p>
    <w:p>
      <w:pPr>
        <w:jc w:val="right"/>
      </w:pPr>
      <w:r>
        <w:t>نمبر ون اسٹڈی یعنی serious study۔ نمبر دو observation دنیا کو دیکھ کر کے زندگی گزارنا۔</w:t>
      </w:r>
    </w:p>
    <w:p>
      <w:r>
        <w:rPr>
          <w:b/>
        </w:rPr>
        <w:t xml:space="preserve">[49:38] </w:t>
      </w:r>
      <w:r>
        <w:t>jis ko Quran mein tafakkur, tadabbur, tabassum kaha gaya hai. aur teesri cheez jo hai woh apne jo ahl-e-bait hain aap ke, ahl-e-bait ko aap train kijiye train taake woh aap ke intellectual partner badh sakin.</w:t>
      </w:r>
    </w:p>
    <w:p>
      <w:pPr>
        <w:jc w:val="right"/>
      </w:pPr>
      <w:r>
        <w:t>جس کو قرآن میں تفکر، تدبر، تبسم کہا گیا ہے۔ اور تیسری چیز جو ہے وہ اپنے جو اہل بیت ہیں آپ کے، اہل بیت کو آپ train کیجیے train تاکہ وہ آپ کے intellectual partner بڑھ سکیں۔</w:t>
      </w:r>
    </w:p>
    <w:p>
      <w:r>
        <w:rPr>
          <w:b/>
        </w:rPr>
        <w:t xml:space="preserve">[49:56] </w:t>
      </w:r>
      <w:r>
        <w:t>kyun ke jo potential aap ke hain us mein bahut se aise hain jo baghair exchange ke khulte nahin hain woh. baghair exchange ke baten aur zyada khulti nahin hain woh.</w:t>
      </w:r>
    </w:p>
    <w:p>
      <w:pPr>
        <w:jc w:val="right"/>
      </w:pPr>
      <w:r>
        <w:t>کیونکہ جو potential آپ کے ہیں اس میں بہت سے ایسے ہیں جو بغیر exchange کے کھلتے نہیں ہیں وہ۔ بغیر exchange کے باتیں اور زیادہ کھلتی نہیں ہیں وہ۔</w:t>
      </w:r>
    </w:p>
    <w:p>
      <w:r>
        <w:rPr>
          <w:b/>
        </w:rPr>
        <w:t xml:space="preserve">[50:08] </w:t>
      </w:r>
      <w:r>
        <w:t>mera to daily ka tajurba hai, daily ka. rozana mein exchange karta hoon, daily. har din mein kuch nayi chizen discover karta hoon. during exchange wahi hota hai ke jab do mind aapas mein takrate hain to ek third thirty de karti hai.</w:t>
      </w:r>
    </w:p>
    <w:p>
      <w:pPr>
        <w:jc w:val="right"/>
      </w:pPr>
      <w:r>
        <w:t>میرا تو daily کا تجربہ ہے، daily کا۔ روزانہ میں exchange کرتا ہوں، daily۔ ہر دن میں کچھ نئی چیزیں discover کرتا ہوں۔ During exchange وہی ہوتا ہے کہ جب دو mind آپس میں ٹکراتے ہیں تو ایک third thirty دے کرتی ہے۔</w:t>
      </w:r>
    </w:p>
    <w:p>
      <w:r>
        <w:rPr>
          <w:b/>
        </w:rPr>
        <w:t xml:space="preserve">[50:26] </w:t>
      </w:r>
      <w:r>
        <w:t>isi ka naam hai intellectual development.</w:t>
      </w:r>
    </w:p>
    <w:p>
      <w:pPr>
        <w:jc w:val="right"/>
      </w:pPr>
      <w:r>
        <w:t>اسی کا نام ہے intellectual development۔</w:t>
      </w:r>
    </w:p>
    <w:p>
      <w:r>
        <w:rPr>
          <w:b/>
        </w:rPr>
        <w:t xml:space="preserve">[50:38] </w:t>
      </w:r>
      <w:r>
        <w:t>hamare jo Muslim institutions hain, hamare jo madrase hain, un mein ek cheez jo hai woh taboo bani hui hai.</w:t>
      </w:r>
    </w:p>
    <w:p>
      <w:pPr>
        <w:jc w:val="right"/>
      </w:pPr>
      <w:r>
        <w:t>ہمارے جو مسلم institutions ہیں، ہمارے جو مدرسے ہیں، ان میں ایک چیز جو ہے وہ ٹیبو بنی ہوئی ہے۔</w:t>
      </w:r>
    </w:p>
    <w:p>
      <w:r>
        <w:rPr>
          <w:b/>
        </w:rPr>
        <w:t xml:space="preserve">[50:47] </w:t>
      </w:r>
      <w:r>
        <w:t>T A B double O taboo. woh kya hai? criticism. mujh se jo log gussa hote hain isi liye ke mein criticism karta hoon.</w:t>
      </w:r>
    </w:p>
    <w:p>
      <w:pPr>
        <w:jc w:val="right"/>
      </w:pPr>
      <w:r>
        <w:t>ٹی اے بی ڈبل او ٹیبو۔ وہ کیا ہے؟ Criticism۔ مجھ سے جو لوگ غصہ ہوتے ہیں اسی لیے کہ میں criticism کرتا ہوں۔</w:t>
      </w:r>
    </w:p>
    <w:p>
      <w:r>
        <w:rPr>
          <w:b/>
        </w:rPr>
        <w:t xml:space="preserve">[50:57] </w:t>
      </w:r>
      <w:r>
        <w:t>har madrase mein, har Musalmanon ki jamaat mein, har jagah criticism taboo hai.</w:t>
      </w:r>
    </w:p>
    <w:p>
      <w:pPr>
        <w:jc w:val="right"/>
      </w:pPr>
      <w:r>
        <w:t>ہر مدرسے میں، ہر مسلمانوں کی جماعت میں، ہر جگہ criticism ٹیبو ہے۔</w:t>
      </w:r>
    </w:p>
    <w:p>
      <w:r>
        <w:rPr>
          <w:b/>
        </w:rPr>
        <w:t xml:space="preserve">[51:07] </w:t>
      </w:r>
      <w:r>
        <w:t>is ki wajah se jaante hain kya hua? is ka result nikla hai bohot hi bhayank. woh hai intellectual stagnation.</w:t>
      </w:r>
    </w:p>
    <w:p>
      <w:pPr>
        <w:jc w:val="right"/>
      </w:pPr>
      <w:r>
        <w:t>اس کی وجہ سے جانتے ہیں کیا ہوا؟ اس کا result نکلا ہے بہت ہی بھیانک۔ وہ ہے intellectual stagnation۔</w:t>
      </w:r>
    </w:p>
    <w:p>
      <w:r>
        <w:rPr>
          <w:b/>
        </w:rPr>
        <w:t xml:space="preserve">[51:17] </w:t>
      </w:r>
      <w:r>
        <w:t>intellectual stagnation. mein logon se kehta hoon ke jab aap criticism ko rokoge to simply ye sirf itna hi nahin hoga ke criticism na rahegi.</w:t>
      </w:r>
    </w:p>
    <w:p>
      <w:pPr>
        <w:jc w:val="right"/>
      </w:pPr>
      <w:r>
        <w:t>Intellectual stagnation۔ میں لوگوں سے کہتا ہوں کہ جب آپ criticism کو روکیں گے تو simply یہ صرف اتنا ہی نہیں ہوگا کہ criticism نہ رہے گی۔</w:t>
      </w:r>
    </w:p>
    <w:p>
      <w:r>
        <w:rPr>
          <w:b/>
        </w:rPr>
        <w:t xml:space="preserve">[51:28] </w:t>
      </w:r>
      <w:r>
        <w:t>nahin, is ki jagah par kya cheez aa jayegi? intellectual stagnation.</w:t>
      </w:r>
    </w:p>
    <w:p>
      <w:pPr>
        <w:jc w:val="right"/>
      </w:pPr>
      <w:r>
        <w:t>نہیں، اس کی جگہ پر کیا چیز آ جائے گی؟ Intellectual stagnation۔</w:t>
      </w:r>
    </w:p>
    <w:p>
      <w:r>
        <w:rPr>
          <w:b/>
        </w:rPr>
        <w:t xml:space="preserve">[51:35] </w:t>
      </w:r>
      <w:r>
        <w:t>without yaad rakhiye, without without criticism there is no intellectual development.</w:t>
      </w:r>
    </w:p>
    <w:p>
      <w:pPr>
        <w:jc w:val="right"/>
      </w:pPr>
      <w:r>
        <w:t>Without یاد رکھیے، without without criticism there is no intellectual development۔</w:t>
      </w:r>
    </w:p>
    <w:p>
      <w:r>
        <w:rPr>
          <w:b/>
        </w:rPr>
        <w:t xml:space="preserve">[51:45] </w:t>
      </w:r>
      <w:r>
        <w:t>criticism ka matlab ye nahin ke aap gali galoch karein. criticism ka matlab hai ek scientific exchange, scientific discussion.</w:t>
      </w:r>
    </w:p>
    <w:p>
      <w:pPr>
        <w:jc w:val="right"/>
      </w:pPr>
      <w:r>
        <w:t>Criticism کا معنی یہ نہیں کہ آپ گالی گلوچ کریں۔ Criticism کا معنی ہے ایک scientific exchange، scientific discussion۔</w:t>
      </w:r>
    </w:p>
    <w:p>
      <w:r>
        <w:rPr>
          <w:b/>
        </w:rPr>
        <w:t xml:space="preserve">[51:55] </w:t>
      </w:r>
      <w:r>
        <w:t>is ko mein criticism samajhta hoon. yani openly aap kah sakin apni rai.</w:t>
      </w:r>
    </w:p>
    <w:p>
      <w:pPr>
        <w:jc w:val="right"/>
      </w:pPr>
      <w:r>
        <w:t>اس کو میں criticism سمجھتا ہوں۔ یعنی openly آپ کہہ سکیں اپنی رائے۔</w:t>
      </w:r>
    </w:p>
    <w:p>
      <w:r>
        <w:rPr>
          <w:b/>
        </w:rPr>
        <w:t xml:space="preserve">[52:02] </w:t>
      </w:r>
      <w:r>
        <w:t>jaise ek baar mein America mein ek scholar se mein ne poochha ke America ki mein jo progress hui hai us progress ka khas koi mujhe bataaiye.</w:t>
      </w:r>
    </w:p>
    <w:p>
      <w:pPr>
        <w:jc w:val="right"/>
      </w:pPr>
      <w:r>
        <w:t>جیسے ایک بار میں امریکہ میں ایک scholar سے میں نے پوچھا کہ امریکہ کی میں جو progress ہوئی ہے اس progress کا خاص کوئی مجھے بتائیے۔</w:t>
      </w:r>
    </w:p>
    <w:p>
      <w:r>
        <w:rPr>
          <w:b/>
        </w:rPr>
        <w:t xml:space="preserve">[52:13] </w:t>
      </w:r>
      <w:r>
        <w:t>yani kyun hui hai itni progress America mein? to us ne ek anokhi baat kahi. us ne kaha ke dissent.</w:t>
      </w:r>
    </w:p>
    <w:p>
      <w:pPr>
        <w:jc w:val="right"/>
      </w:pPr>
      <w:r>
        <w:t>یعنی کیوں ہوئی ہے اتنی progress امریکہ میں؟ تو اس نے ایک انوکھی بات کہی۔ اس نے کہا کہ dissent۔</w:t>
      </w:r>
    </w:p>
    <w:p>
      <w:r>
        <w:rPr>
          <w:b/>
        </w:rPr>
        <w:t xml:space="preserve">[52:22] </w:t>
      </w:r>
      <w:r>
        <w:t>D I double S E N T dissent. hua ke dissent ko hum log aadmi ka ek ek ek muqaddas haq samajhte hain.</w:t>
      </w:r>
    </w:p>
    <w:p>
      <w:pPr>
        <w:jc w:val="right"/>
      </w:pPr>
      <w:r>
        <w:t>ڈی آئی ڈبل ایس ای این ٹی dissent۔ ہوا کہ dissent کو ہم لوگ آدمی کا ایک ایک ایک مقدس حق سمجھتے ہیں۔</w:t>
      </w:r>
    </w:p>
    <w:p>
      <w:r>
        <w:rPr>
          <w:b/>
        </w:rPr>
        <w:t xml:space="preserve">[52:33] </w:t>
      </w:r>
      <w:r>
        <w:t>hum samajhte hain ke ye insaan ka right hai right ke woh woh woh hum se hum se woh woh kare. criticize kare, hum se alag baat kahe woh.</w:t>
      </w:r>
    </w:p>
    <w:p>
      <w:pPr>
        <w:jc w:val="right"/>
      </w:pPr>
      <w:r>
        <w:t>ہم سمجھتے ہیں کہ یہ انسان کاright ہےright کہ وہ وہ وہ ہم سے ہم سے وہ وہ کرے۔ Criticize کرے، ہم سے الگ بات کہے وہ۔</w:t>
      </w:r>
    </w:p>
    <w:p>
      <w:r>
        <w:rPr>
          <w:b/>
        </w:rPr>
        <w:t xml:space="preserve">[52:47] </w:t>
      </w:r>
      <w:r>
        <w:t>to dissent ko us ne kaha America ki progress ka raaz dissent. hamare haan kya hai? dissent ko taboo samajhte hain.</w:t>
      </w:r>
    </w:p>
    <w:p>
      <w:pPr>
        <w:jc w:val="right"/>
      </w:pPr>
      <w:r>
        <w:t>تو dissent کو اس نے کہا امریکہ کی progress کا راز dissent۔ ہمارے ہاں کیا ہے؟ Dissent کو ٹیبو سمجھتے ہیں۔</w:t>
      </w:r>
    </w:p>
    <w:p>
      <w:r>
        <w:rPr>
          <w:b/>
        </w:rPr>
        <w:t xml:space="preserve">[52:58] </w:t>
      </w:r>
      <w:r>
        <w:t>kahin bhi aap masjid mein jaiye, madrase mein jaiye, kisi Muslim institution mein jaiye.</w:t>
      </w:r>
    </w:p>
    <w:p>
      <w:pPr>
        <w:jc w:val="right"/>
      </w:pPr>
      <w:r>
        <w:t>کہیں بھی آپ مسجد میں جائیے، مدرسے میں جائیے، کسی مسلم institution میں جائیے۔</w:t>
      </w:r>
    </w:p>
    <w:p>
      <w:r>
        <w:rPr>
          <w:b/>
        </w:rPr>
        <w:t xml:space="preserve">[53:03] </w:t>
      </w:r>
      <w:r>
        <w:t>ab wahan aap koi criticize kar dijiye. foran aap ko jaise jaise koi ghalat aadmi yahan par aa gaya hai. yani dissent ko taboo bana rakha hai unhon ne.</w:t>
      </w:r>
    </w:p>
    <w:p>
      <w:pPr>
        <w:jc w:val="right"/>
      </w:pPr>
      <w:r>
        <w:t>اب وہاں آپ کوئی criticize کر دیجیے۔ فوراً آپ کو جیسے جیسے کوئی غلط آدمی یہاں پر آ گیا ہے۔ یعنی dissent کو ٹیبو بنا رکھا ہے انہوں نے۔</w:t>
      </w:r>
    </w:p>
    <w:p>
      <w:r>
        <w:rPr>
          <w:b/>
        </w:rPr>
        <w:t xml:space="preserve">[53:16] </w:t>
      </w:r>
      <w:r>
        <w:t>to aap ke andar ye sahas hona chahiye, sahas. ye aap ka andar hausla hona chahiye. ke aap dissent ko sun sakin. difference of opinion jo hai us ko aap us ko aap tolerate kar sakin.</w:t>
      </w:r>
    </w:p>
    <w:p>
      <w:pPr>
        <w:jc w:val="right"/>
      </w:pPr>
      <w:r>
        <w:t>تو آپ کے اندر یہ سہاس ہونا چاہیے، سہاس۔ یہ آپ کا اندر حوصلہ ہونا چاہیے۔ کہ آپ dissent کو سن سکیں۔ Difference of opinion جو ہے اس کو آپ اس کو آپ tolerate کر سکیں۔</w:t>
      </w:r>
    </w:p>
    <w:p>
      <w:r>
        <w:rPr>
          <w:b/>
        </w:rPr>
        <w:t xml:space="preserve">[53:33] </w:t>
      </w:r>
      <w:r>
        <w:t>aaj hi mein ne paper mein dekha ke aaj is se pehle aap ko pata hai ke woh Denmark mein ek cartoon chhapa tha to bada hangama khara hua tha.</w:t>
      </w:r>
    </w:p>
    <w:p>
      <w:pPr>
        <w:jc w:val="right"/>
      </w:pPr>
      <w:r>
        <w:t>آج ہی میں نے paper میں دیکھا کہ آج اس سے پہلے آپ کو پتہ ہے کہ وہ ڈنمارک میں ایک کارٹون چھپا تھا تو بڑا ہنگامہ کھڑا ہوا تھا۔</w:t>
      </w:r>
    </w:p>
    <w:p>
      <w:r>
        <w:rPr>
          <w:b/>
        </w:rPr>
        <w:t xml:space="preserve">[53:43] </w:t>
      </w:r>
      <w:r>
        <w:t>aaj woh kahin Sweden mein kuch ho gaya hai. koi cartoon ya kya</w:t>
      </w:r>
    </w:p>
    <w:p>
      <w:pPr>
        <w:jc w:val="right"/>
      </w:pPr>
      <w:r>
        <w:t>آج وہ کہیں سویڈن میں کچھ ہو گیا ہے۔ کوئی کارٹون یا کیا</w:t>
      </w:r>
    </w:p>
    <w:p>
      <w:r>
        <w:rPr>
          <w:b/>
        </w:rPr>
        <w:t xml:space="preserve">[53:47] </w:t>
      </w:r>
      <w:r>
        <w:t>ab is waqt hangama wahan khara hua hai. aur sweden mein hua aur pakistan mein jal jal jalana phookna kar rahe hain. kya is se koi development ho sakta hai?</w:t>
      </w:r>
    </w:p>
    <w:p>
      <w:pPr>
        <w:jc w:val="right"/>
      </w:pPr>
      <w:r>
        <w:t>؟ اب اس وقت ہنگامہ وہاں کھڑا ہوا ہے۔ اور سویڈن میں ہوا اور پاکستان میں جل جل جلانا پھوکنا کر رہے ہیں۔ کیا اس سے کوئی development ہو سکتا ہے؟</w:t>
      </w:r>
    </w:p>
    <w:p>
      <w:r>
        <w:rPr>
          <w:b/>
        </w:rPr>
        <w:t xml:space="preserve">[54:00] </w:t>
      </w:r>
      <w:r>
        <w:t>aap dekhiye ye kijiye ke jab koi shakhs pehli baat mein aap ko ek bahut hi raaz ki baat arz karta hoon, raaz ki baat.</w:t>
      </w:r>
    </w:p>
    <w:p>
      <w:pPr>
        <w:jc w:val="right"/>
      </w:pPr>
      <w:r>
        <w:t>آپ دیکھیے یہ کیجیے کہ جب کوئی شخص پہلی بات میں آپ کو ایک بہت ہی راز کی بات عرض کرتا ہوں، راز کی بات۔</w:t>
      </w:r>
    </w:p>
    <w:p>
      <w:r>
        <w:rPr>
          <w:b/>
        </w:rPr>
        <w:t xml:space="preserve">[54:10] </w:t>
      </w:r>
      <w:r>
        <w:t>ke insaan ko par bharosa karna sikhiye. mera soch kya hai? meri soch kya hai?</w:t>
      </w:r>
    </w:p>
    <w:p>
      <w:pPr>
        <w:jc w:val="right"/>
      </w:pPr>
      <w:r>
        <w:t>کہ انسان کو پر بھروسہ کرنا سیکھیے۔ میرا سوچ کیا ہے؟ میری سوچ کیا ہے؟</w:t>
      </w:r>
    </w:p>
    <w:p>
      <w:r>
        <w:rPr>
          <w:b/>
        </w:rPr>
        <w:t xml:space="preserve">[54:17] </w:t>
      </w:r>
      <w:r>
        <w:t>meri soch ye hai ke woh woh aadmi jo hai us ko bhi khuda ne paida kiya hai. woh kisi kisi setan ne nahi paida kiya us aadmi ko.</w:t>
      </w:r>
    </w:p>
    <w:p>
      <w:pPr>
        <w:jc w:val="right"/>
      </w:pPr>
      <w:r>
        <w:t>میری سوچ یہ ہے کہ وہ وہ آدمی جو ہے اس کو بھی خدا نے پیدا کیا ہے۔ وہ کسی کسی سیٹن نے نہیں پیدا کیا اس آدمی کو۔</w:t>
      </w:r>
    </w:p>
    <w:p>
      <w:r>
        <w:rPr>
          <w:b/>
        </w:rPr>
        <w:t xml:space="preserve">[54:27] </w:t>
      </w:r>
      <w:r>
        <w:t>aur kal har aadmi jo hai bistar nature hai. mera mera starting point ye hota hai.</w:t>
      </w:r>
    </w:p>
    <w:p>
      <w:pPr>
        <w:jc w:val="right"/>
      </w:pPr>
      <w:r>
        <w:t>اور کل ہر آدمی جو ہے بستر nature ہے۔ میرا میرا starting point یہ ہوتا ہے۔</w:t>
      </w:r>
    </w:p>
    <w:p>
      <w:r>
        <w:rPr>
          <w:b/>
        </w:rPr>
        <w:t xml:space="preserve">[54:36] </w:t>
      </w:r>
      <w:r>
        <w:t>kisi bhi aadmi ko mein by nature bura nahi samajhta. kyunke bura samajhun to koi khuda ne ghalat paida kar diya us ko.</w:t>
      </w:r>
    </w:p>
    <w:p>
      <w:pPr>
        <w:jc w:val="right"/>
      </w:pPr>
      <w:r>
        <w:t>کسی بھی آدمی کو میں by nature برا نہیں سمجھتا۔ کیونکہ برا سمجھوں تو کوئی خدا نے غلط پیدا کر دیا اس کو۔</w:t>
      </w:r>
    </w:p>
    <w:p>
      <w:r>
        <w:rPr>
          <w:b/>
        </w:rPr>
        <w:t xml:space="preserve">[54:46] </w:t>
      </w:r>
      <w:r>
        <w:t>jab mein ye maan leta hoon ke har aadmi bistar nature hai. tab mein kya sochta hoon? woh jo ghalat baat keh raha hai woh upri baat hai.</w:t>
      </w:r>
    </w:p>
    <w:p>
      <w:pPr>
        <w:jc w:val="right"/>
      </w:pPr>
      <w:r>
        <w:t>جب میں یہ مان لیتا ہوں کہ ہر آدمی بستر nature ہے۔ تب میں کیا سوچتا ہوں؟ وہ جو غلط بات کہہ رہا ہے وہ اوپری بات ہے۔</w:t>
      </w:r>
    </w:p>
    <w:p>
      <w:r>
        <w:rPr>
          <w:b/>
        </w:rPr>
        <w:t xml:space="preserve">[54:56] </w:t>
      </w:r>
      <w:r>
        <w:t>woh us ke dil ki aawaz nahi hai. upar upri baat kyun hai? us ko us ko abhi tak sahee tareeqe se baat ko kaha nahi gaya. us ko reason nahi peshi gayi.</w:t>
      </w:r>
    </w:p>
    <w:p>
      <w:pPr>
        <w:jc w:val="right"/>
      </w:pPr>
      <w:r>
        <w:t>وہ اس کے دل کی آواز نہیں ہے۔ اوپر اوپری بات کیوں ہے؟ اس کو اس کو ابھی تک صحیح طریقے سے بات کو کہا نہیں گیا۔ اس کو reason نہیں پیشی گئی۔</w:t>
      </w:r>
    </w:p>
    <w:p>
      <w:r>
        <w:rPr>
          <w:b/>
        </w:rPr>
        <w:t xml:space="preserve">[55:08] </w:t>
      </w:r>
      <w:r>
        <w:t>to us ke maani kya hue ke mujhe hope rehti hai har insaan ke baare mein. ke agar mein ye tatolta hoon, jaanne ki koshish karta hoon ke us ke mind mein woh kaun sa thought hai jis ki wajah se aisa bol raha hai woh.</w:t>
      </w:r>
    </w:p>
    <w:p>
      <w:pPr>
        <w:jc w:val="right"/>
      </w:pPr>
      <w:r>
        <w:t>تو اس کے معنی کیا ہوئے کہ مجھے hope رہتی ہے ہر انسان کے بارے میں۔ کہ اگر میں یہ ٹٹولتا ہوں، جاننے کی کوشش کرتا ہوں کہ اس کے mind میں وہ کون سا thought ہے جس کی وجہ سے ایسا بول رہا ہے وہ۔</w:t>
      </w:r>
    </w:p>
    <w:p>
      <w:r>
        <w:rPr>
          <w:b/>
        </w:rPr>
        <w:t xml:space="preserve">[55:19] </w:t>
      </w:r>
      <w:r>
        <w:t>us ko chahta hoon address karun mein. ye karte hain nahi log? is se pehle rushdi ne kitab likhi, wahan bhi hangama khara kiya. taslima ke nazdeek ek hangama khara kiya.</w:t>
      </w:r>
    </w:p>
    <w:p>
      <w:pPr>
        <w:jc w:val="right"/>
      </w:pPr>
      <w:r>
        <w:t>اس کو چاہتا ہوں address کروں میں۔ یہ کرتے ہیں نہیں لوگ؟ اس سے پہلے رشدی نے کتاب لکھی، وہاں بھی ہنگامہ کھڑا کیا۔ تسلیمہ کے نزدیک ایک ہنگامہ کھڑا کیا۔</w:t>
      </w:r>
    </w:p>
    <w:p>
      <w:r>
        <w:rPr>
          <w:b/>
        </w:rPr>
        <w:t xml:space="preserve">[55:30] </w:t>
      </w:r>
      <w:r>
        <w:t>denmark ka hangama khara kiya, ab sweden mein hangama kar rahe hain.</w:t>
      </w:r>
    </w:p>
    <w:p>
      <w:pPr>
        <w:jc w:val="right"/>
      </w:pPr>
      <w:r>
        <w:t>ڈنمارک کا ہنگامہ کھڑا کیا، اب سویڈن میں ہنگامہ کر رہے ہیں۔</w:t>
      </w:r>
    </w:p>
    <w:p>
      <w:r>
        <w:rPr>
          <w:b/>
        </w:rPr>
        <w:t xml:space="preserve">[55:34] </w:t>
      </w:r>
      <w:r>
        <w:t>are bhai un ko jano un ke mind ko ke kyun unhon ne woh aisa kiya unhon ne. aur phir is is ke is is ko address karo. is ka jawab do.</w:t>
      </w:r>
    </w:p>
    <w:p>
      <w:pPr>
        <w:jc w:val="right"/>
      </w:pPr>
      <w:r>
        <w:t>ارے بھائی ان کو جانو ان کے mind کو کہ کیوں انہوں نے وہ ایسا کیا انہوں نے۔ اور پھر اس اس کے اس اس کو address کرو۔ اس کا جواب دو۔</w:t>
      </w:r>
    </w:p>
    <w:p>
      <w:r>
        <w:rPr>
          <w:b/>
        </w:rPr>
        <w:t xml:space="preserve">[55:45] </w:t>
      </w:r>
      <w:r>
        <w:t>to kya hoga? quran mein bataya gaya hai ke</w:t>
      </w:r>
    </w:p>
    <w:p>
      <w:pPr>
        <w:jc w:val="right"/>
      </w:pPr>
      <w:r>
        <w:t>تو کیا ہوگا؟ قرآن میں بتایا گیا ہے کہ</w:t>
      </w:r>
    </w:p>
    <w:p>
      <w:r>
        <w:rPr>
          <w:b/>
        </w:rPr>
        <w:t xml:space="preserve">[55:53] </w:t>
      </w:r>
      <w:r>
        <w:t>ke tumhara dushman jo hai woh tumhara dost ban jayega.</w:t>
      </w:r>
    </w:p>
    <w:p>
      <w:pPr>
        <w:jc w:val="right"/>
      </w:pPr>
      <w:r>
        <w:t>کہ تمہارا دشمن جو ہے وہ تمہارا دوست بن جائے گا۔</w:t>
      </w:r>
    </w:p>
    <w:p>
      <w:r>
        <w:rPr>
          <w:b/>
        </w:rPr>
        <w:t xml:space="preserve">[55:58] </w:t>
      </w:r>
      <w:r>
        <w:t>abhi habib bhai ka telephone aya hai mere paas do chaar do chaar din pehle ke ek sahib jo the woh bahut hi khilaf the. is ke mere.</w:t>
      </w:r>
    </w:p>
    <w:p>
      <w:pPr>
        <w:jc w:val="right"/>
      </w:pPr>
      <w:r>
        <w:t>ابھی حبیب بھائی کا ٹیلی فون آیا ہے میرے پاس دو چار دو چار دن پہلے کہ ایک صاحب جو تھے وہ بہت ہی خلاف تھے۔ اس کے میرے۔</w:t>
      </w:r>
    </w:p>
    <w:p>
      <w:r>
        <w:rPr>
          <w:b/>
        </w:rPr>
        <w:t xml:space="preserve">[56:08] </w:t>
      </w:r>
      <w:r>
        <w:t>mere bahut khilaf the woh. pata nahi kya kya kehte the woh. to khair un ka ek din aaya habib bhai ke haan. unhon ne poocha ke kaha ke aap kuch parha hai aap ne?</w:t>
      </w:r>
    </w:p>
    <w:p>
      <w:pPr>
        <w:jc w:val="right"/>
      </w:pPr>
      <w:r>
        <w:t>میرے بہت خلاف تھے وہ۔ پتہ نہیں کیا کیا کہتے تھے وہ۔ تو خیر ان کا ایک دن آگیا حبیب بھائی کے ہاں۔ انہوں نے پوچھا کہ کہا کہ آپ کچھ پڑھا ہے آپ نے؟</w:t>
      </w:r>
    </w:p>
    <w:p>
      <w:r>
        <w:rPr>
          <w:b/>
        </w:rPr>
        <w:t xml:space="preserve">[56:19] </w:t>
      </w:r>
      <w:r>
        <w:t>meri kuch kitab parhi hai aap ne? unhon ne kaha nahi parhi nahi hai lekin kehte hain ke woh bahut ghalat aadmi hain woh. matlab hindwon ke agent hain aur kya hain aur kya hain.</w:t>
      </w:r>
    </w:p>
    <w:p>
      <w:pPr>
        <w:jc w:val="right"/>
      </w:pPr>
      <w:r>
        <w:t>میری کچھ کتاب پڑھی ہے آپ نے؟ انہوں نے کہا نہیں پڑھی نہیں ہے لیکن کہتے ہیں کہ وہ بہت غلط آدمی ہیں وہ۔ مطلب ہندوؤں کے agent ہیں اور کیا ہیں اور کیا ہیں۔</w:t>
      </w:r>
    </w:p>
    <w:p>
      <w:r>
        <w:rPr>
          <w:b/>
        </w:rPr>
        <w:t xml:space="preserve">[56:28] </w:t>
      </w:r>
      <w:r>
        <w:t>to unhon ne un ko diya ek kitab rasool allah par bhari kitab jo hai woh diya parhne ke liye. to woh le gaye. aur parh kar jab aaye to unhon ne kaha ke woh phoot phoot kar ro rahe the, ye lafz tha habib bhai ka.</w:t>
      </w:r>
    </w:p>
    <w:p>
      <w:pPr>
        <w:jc w:val="right"/>
      </w:pPr>
      <w:r>
        <w:t>تو انہوں نے ان کو دیا ایک کتاب رسول اللہ پر بھاری کتاب جو ہے وہ دیا پڑھنے کے لیے۔ تو وہ لے گئے۔ اور پڑھ کر جب آئے تو انہوں نے کہا کہ وہ پھوٹ پھوٹ کر رو رہے تھے، یہ لفظ تھا حبیب بھائی کا۔</w:t>
      </w:r>
    </w:p>
    <w:p>
      <w:r>
        <w:rPr>
          <w:b/>
        </w:rPr>
        <w:t xml:space="preserve">[56:41] </w:t>
      </w:r>
      <w:r>
        <w:t>ke phoot phoot kar ro rahe the woh. ke jis insaan ko maine bura bhala kaha us ne itni achi kitab likhi hai sehhat rasool par.</w:t>
      </w:r>
    </w:p>
    <w:p>
      <w:pPr>
        <w:jc w:val="right"/>
      </w:pPr>
      <w:r>
        <w:t>کہ پھوٹ پھوٹ کر رو رہے تھے وہ۔ کہ جس انسان کو میں نے برا بھلا کہا اس نے اتنی اچھی کتاب لکھی ہے صحت رسول پر۔</w:t>
      </w:r>
    </w:p>
    <w:p>
      <w:r>
        <w:rPr>
          <w:b/>
        </w:rPr>
        <w:t xml:space="preserve">[56:50] </w:t>
      </w:r>
      <w:r>
        <w:t>ye lafz tha habib bhai ka ke phoot phoot kar ro rahe the woh.</w:t>
      </w:r>
    </w:p>
    <w:p>
      <w:pPr>
        <w:jc w:val="right"/>
      </w:pPr>
      <w:r>
        <w:t>یہ لفظ تھا حبیب بھائی کا کہ پھوٹ پھوٹ کر رو رہے تھے وہ۔</w:t>
      </w:r>
    </w:p>
    <w:p>
      <w:r>
        <w:rPr>
          <w:b/>
        </w:rPr>
        <w:t xml:space="preserve">[56:55] </w:t>
      </w:r>
      <w:r>
        <w:t>to aap ye kyun karte hain ke fatwa dene lagte hain har aadmi? aaj kal ke musalmanon mein riwaj kya hai ke fatwa activism.</w:t>
      </w:r>
    </w:p>
    <w:p>
      <w:pPr>
        <w:jc w:val="right"/>
      </w:pPr>
      <w:r>
        <w:t>تو آپ یہ کیوں کرتے ہیں کہ فتویٰ دینے لگتے ہیں ہر آدمی؟ آج کل کے مسلمانوں میں رواج کیا ہے کہ فتویٰ activism۔</w:t>
      </w:r>
    </w:p>
    <w:p>
      <w:r>
        <w:rPr>
          <w:b/>
        </w:rPr>
        <w:t xml:space="preserve">[57:05] </w:t>
      </w:r>
      <w:r>
        <w:t>nahi, educational activism chalaiye. aaj kal zor hai fatwa activism ka</w:t>
      </w:r>
    </w:p>
    <w:p>
      <w:pPr>
        <w:jc w:val="right"/>
      </w:pPr>
      <w:r>
        <w:t>نہیں، educational activism چلائیے۔ آج کل زور ہے فتویٰ activism کا</w:t>
      </w:r>
    </w:p>
    <w:p>
      <w:r>
        <w:rPr>
          <w:b/>
        </w:rPr>
        <w:t xml:space="preserve">[57:11] </w:t>
      </w:r>
      <w:r>
        <w:t>. dars fatwa, dars fatwa, dars fatwa. nahi. educational activism, dawa activism. yani us ke mind ko parhiye.</w:t>
      </w:r>
    </w:p>
    <w:p>
      <w:pPr>
        <w:jc w:val="right"/>
      </w:pPr>
      <w:r>
        <w:t>۔ درس فتویٰ، درس فتویٰ، درس فتویٰ۔ نہیں۔ educational activism، دعویٰ activism۔ یعنی اس کے mind کو پڑھیے۔</w:t>
      </w:r>
    </w:p>
    <w:p>
      <w:r>
        <w:rPr>
          <w:b/>
        </w:rPr>
        <w:t xml:space="preserve">[57:21] </w:t>
      </w:r>
      <w:r>
        <w:t>us ko us ko samjhiye ke woh kahan atka hua hai. us ke lihaz se bataiye us ko. to ho sakta hai ke woh bilkul aap ka sathi ban jaye. us ki sab baatein khatam ho jayen.</w:t>
      </w:r>
    </w:p>
    <w:p>
      <w:pPr>
        <w:jc w:val="right"/>
      </w:pPr>
      <w:r>
        <w:t>اس کو اس کو سمجھیے کہ وہ کہاں اٹکا ہوا ہے۔ اس کے لحاظ سے بتائیے اس کو۔ تو ہو سکتا ہے کہ وہ بالکل آپ کا ساتھی بن جائے۔ اس کی سب باتیں ختم ہو جائیں۔</w:t>
      </w:r>
    </w:p>
    <w:p>
      <w:r>
        <w:rPr>
          <w:b/>
        </w:rPr>
        <w:t xml:space="preserve">[57:32] </w:t>
      </w:r>
      <w:r>
        <w:t>bas jahan zara si kuch khabar mili aur lage lagane, woh juloos nikalne, jalane phookne.</w:t>
      </w:r>
    </w:p>
    <w:p>
      <w:pPr>
        <w:jc w:val="right"/>
      </w:pPr>
      <w:r>
        <w:t>بس جہاں ذرا سی کچھ خبر ملی اور لگے لگانے، وہ جلوس نکالنے، جلانے پھوکنے۔</w:t>
      </w:r>
    </w:p>
    <w:p>
      <w:r>
        <w:rPr>
          <w:b/>
        </w:rPr>
        <w:t xml:space="preserve">[57:41] </w:t>
      </w:r>
      <w:r>
        <w:t>to us ki wajah bhi kya hai? us ki wajah ye hai ke logon ka itna kam hai intellectual development. baaton ko samajhte nahin wo.</w:t>
      </w:r>
    </w:p>
    <w:p>
      <w:pPr>
        <w:jc w:val="right"/>
      </w:pPr>
      <w:r>
        <w:t>تو اس کی وجہ بھی کیا ہے؟ اس کی وجہ یہ ہے کہ لوگوں کا اتنا کم ہے intellectual development۔ باتوں کو سمجھتے نہیں وہ۔</w:t>
      </w:r>
    </w:p>
    <w:p>
      <w:r>
        <w:rPr>
          <w:b/>
        </w:rPr>
        <w:t xml:space="preserve">[57:49] </w:t>
      </w:r>
      <w:r>
        <w:t>bahut badi museebat ye hai ke intellectual development logon ka na hone ki wajah se baaton ko gehrai mein samajhte nahin hain wo. baaton ko gehrai mein samajh nahin pate.</w:t>
      </w:r>
    </w:p>
    <w:p>
      <w:pPr>
        <w:jc w:val="right"/>
      </w:pPr>
      <w:r>
        <w:t>بہت بڑی مصیبت یہ ہے کہ intellectual development لوگوں کا نہ ہونے کی وجہ سے باتوں کو گہرائی میں سمجھتے نہیں ہیں وہ۔ باتوں کو گہرائی میں سمجھ نہیں پاتے۔</w:t>
      </w:r>
    </w:p>
    <w:p>
      <w:r>
        <w:rPr>
          <w:b/>
        </w:rPr>
        <w:t xml:space="preserve">[58:00] </w:t>
      </w:r>
      <w:r>
        <w:t>is liye bhai jo teen in formula mein ne bataye aap ko ye bahut hi zaroori hai.</w:t>
      </w:r>
    </w:p>
    <w:p>
      <w:pPr>
        <w:jc w:val="right"/>
      </w:pPr>
      <w:r>
        <w:t>اس لیے بھائی جو تین ان فارمولا میں نے بتائے آپ کو یہ بہت ہی ضروری ہے۔</w:t>
      </w:r>
    </w:p>
    <w:p>
      <w:r>
        <w:rPr>
          <w:b/>
        </w:rPr>
        <w:t xml:space="preserve">[58:05] </w:t>
      </w:r>
      <w:r>
        <w:t>serious study, observation aur intellectual intellectual exchange. is tarah se aap apne ko taiyar karenge.</w:t>
      </w:r>
    </w:p>
    <w:p>
      <w:pPr>
        <w:jc w:val="right"/>
      </w:pPr>
      <w:r>
        <w:t>serious study، observation اور intellectual intellectual exchange۔ اس طرح سے آپ اپنے کو تیار کریں گے۔</w:t>
      </w:r>
    </w:p>
    <w:p>
      <w:r>
        <w:rPr>
          <w:b/>
        </w:rPr>
        <w:t xml:space="preserve">[58:16] </w:t>
      </w:r>
      <w:r>
        <w:t>ye jo baat kahi hai is mein Mother Teresa ke bare mein ke wo intellectual starvation mein jiti thi. ye sab se bada badi agony yahi hai, sab bada problem yahi hai ke sare log jite hain intellectual starvation mein.</w:t>
      </w:r>
    </w:p>
    <w:p>
      <w:pPr>
        <w:jc w:val="right"/>
      </w:pPr>
      <w:r>
        <w:t>یہ جو بات کہی ہے اس میں مدر ٹریسا کے بارے میں کہ وہ intellectual starvation میں جیتی تھی۔ یہ سب سے بڑا بڑی ایگن یہی ہے، سب بڑا problem یہی ہے کہ سارے لوگ جیتے ہیں intellectual starvation میں۔</w:t>
      </w:r>
    </w:p>
    <w:p>
      <w:r>
        <w:rPr>
          <w:b/>
        </w:rPr>
        <w:t xml:space="preserve">[58:30] </w:t>
      </w:r>
      <w:r>
        <w:t>yani intellectual level par unhen food nahin milta.</w:t>
      </w:r>
    </w:p>
    <w:p>
      <w:pPr>
        <w:jc w:val="right"/>
      </w:pPr>
      <w:r>
        <w:t>یعنی intellectual level پر انہیں food نہیں ملتا۔</w:t>
      </w:r>
    </w:p>
    <w:p>
      <w:r>
        <w:rPr>
          <w:b/>
        </w:rPr>
        <w:t xml:space="preserve">[58:33] </w:t>
      </w:r>
      <w:r>
        <w:t>kyon? ye sab karte nahin.</w:t>
      </w:r>
    </w:p>
    <w:p>
      <w:pPr>
        <w:jc w:val="right"/>
      </w:pPr>
      <w:r>
        <w:t>کیوں؟ یہ سب کرتے نہیں۔</w:t>
      </w:r>
    </w:p>
    <w:p>
      <w:r>
        <w:rPr>
          <w:b/>
        </w:rPr>
        <w:t xml:space="preserve">[58:38] </w:t>
      </w:r>
      <w:r>
        <w:t>bilkul saati zindagi guzarte hain. to sab se bada jo insaan ke liye aap aap ehsan karenge wo ye ke us ko intellectual starvation mein nikalen.</w:t>
      </w:r>
    </w:p>
    <w:p>
      <w:pPr>
        <w:jc w:val="right"/>
      </w:pPr>
      <w:r>
        <w:t>بالکل ستی زندگی گزارتے ہیں۔ تو سب سے بڑا جو انسان کے لیے آپ آپ احسان کریں گے وہ یہ کہ اس کو intellectual starvation میں نکالیں۔</w:t>
      </w:r>
    </w:p>
    <w:p>
      <w:r>
        <w:rPr>
          <w:b/>
        </w:rPr>
        <w:t xml:space="preserve">[58:50] </w:t>
      </w:r>
      <w:r>
        <w:t>intellectual starvation se us ko nikalen. us ko intellectual food faraham karen. ye hai aaj ke insaan ke liye sab se bada blessing.</w:t>
      </w:r>
    </w:p>
    <w:p>
      <w:pPr>
        <w:jc w:val="right"/>
      </w:pPr>
      <w:r>
        <w:t>intellectual starvation سے اس کو نکالیں۔ اس کو intellectual food فراہم کریں۔ یہ ہے آج کے انسان کا کے لیے سب سے بڑا blessing۔</w:t>
      </w:r>
    </w:p>
    <w:p>
      <w:r>
        <w:rPr>
          <w:b/>
        </w:rPr>
        <w:t xml:space="preserve">[59:00] </w:t>
      </w:r>
      <w:r>
        <w:t>puri puri duniya jo hai intellectual starvation mein ji rahi hai. to yahi kaam karna hai ke duniya ko intellectual starvation ke bhanwar se nikalna hai.</w:t>
      </w:r>
    </w:p>
    <w:p>
      <w:pPr>
        <w:jc w:val="right"/>
      </w:pPr>
      <w:r>
        <w:t>پوری پوری دنیا جو ہے intellectual starvation میں جی رہی ہے۔ تو یہی کام کرنا ہے کہ دنیا کو intellectual starvation کے بھنور سے نکالنا ہے۔</w:t>
      </w:r>
    </w:p>
    <w:p>
      <w:r>
        <w:rPr>
          <w:b/>
        </w:rPr>
        <w:t xml:space="preserve">[59:13] </w:t>
      </w:r>
      <w:r>
        <w:t>inshaAllah. aqoolu qawli haaza wa astaghfirullahi li walakum ajmaeen.</w:t>
      </w:r>
    </w:p>
    <w:p>
      <w:pPr>
        <w:jc w:val="right"/>
      </w:pPr>
      <w:r>
        <w:t>انشاءاللہ۔ اقول قولھذا واستغفراللہ لیولکم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