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Ramadan March 24, 2024</w:t>
      </w:r>
    </w:p>
    <w:p>
      <w:r>
        <w:t>https://youtu.be/cn67uauGQrc</w:t>
      </w:r>
    </w:p>
    <w:p>
      <w:r>
        <w:rPr>
          <w:b/>
        </w:rPr>
        <w:t xml:space="preserve">[00:11] </w:t>
      </w:r>
      <w:r>
        <w:t>Assalamualikum. As we are in the month of Ramadan, so today we will have conversation with Professor Farida Khanam on the importance of Ramadan.</w:t>
      </w:r>
    </w:p>
    <w:p>
      <w:pPr>
        <w:jc w:val="right"/>
      </w:pPr>
      <w:r>
        <w:t>السلامعلیکم۔ As weareinthemonth of Ram adan, sotodaywewillhave convers ationwith Profess orFar idaKhanam on the import ance of Ram adan.</w:t>
      </w:r>
    </w:p>
    <w:p>
      <w:r>
        <w:rPr>
          <w:b/>
        </w:rPr>
        <w:t xml:space="preserve">[00:22] </w:t>
      </w:r>
      <w:r>
        <w:t>Prophet Muhammad (peace be upon him) divided Ramadan into three parts: the first ten days he called as the days of blessings, the next ten days as the days of forgiveness, and the last ten days as freedom from hellfire.</w:t>
      </w:r>
    </w:p>
    <w:p>
      <w:pPr>
        <w:jc w:val="right"/>
      </w:pPr>
      <w:r>
        <w:t>ProphetMuhamm adصلىاللهعليهوسلم div ided Ram adan into threepart s: thefirst ten dayshe called as the daysof bless ings, thenext ten daysasthedaysof forgiveness ,andthe last ten days as freed om from hellfire.</w:t>
      </w:r>
    </w:p>
    <w:p>
      <w:r>
        <w:rPr>
          <w:b/>
        </w:rPr>
        <w:t xml:space="preserve">[00:39] </w:t>
      </w:r>
      <w:r>
        <w:t>As a person fasts, one discovers God Almighty as the real benefactor, and this experience makes him aware of his duties as God's humble servant.</w:t>
      </w:r>
    </w:p>
    <w:p>
      <w:pPr>
        <w:jc w:val="right"/>
      </w:pPr>
      <w:r>
        <w:t>As aperson fast s, one discovers God Almightyasthe real benefactor, andthis experien cemakeshim aware of his du ties as God 's humble serv ant.</w:t>
      </w:r>
    </w:p>
    <w:p>
      <w:r>
        <w:rPr>
          <w:b/>
        </w:rPr>
        <w:t xml:space="preserve">[00:51] </w:t>
      </w:r>
      <w:r>
        <w:t>He then begins to lead a life with caution. To chaliye aaj isi mauzu par charcha karte hain, Farida aap ke saath. Assalamualikum apa, kaise hain aap? Walamualaikum Assalam, aap theek hain? Ji Alhamdulillah apa.</w:t>
      </w:r>
    </w:p>
    <w:p>
      <w:pPr>
        <w:jc w:val="right"/>
      </w:pPr>
      <w:r>
        <w:t>Hethenbeg instolead a life with caution. توچلیےآجاسی موضوعپرچرچاکرتے ہیں ،فریدہآپاکےساتھ ۔ السلامعلیکمآپا،کیسےہیںآپ؟وعلیکمالسلام،آپٹھیکہیں؟جیالحمدللہآپا۔</w:t>
      </w:r>
    </w:p>
    <w:p>
      <w:r>
        <w:rPr>
          <w:b/>
        </w:rPr>
        <w:t xml:space="preserve">[01:04] </w:t>
      </w:r>
      <w:r>
        <w:t>Apa, mein is tradition se start karunga aaj ka pehla sawal. Jab Rasul Allah ne farmaya ke there is a purification for all things, and purification of body is fasting.</w:t>
      </w:r>
    </w:p>
    <w:p>
      <w:pPr>
        <w:jc w:val="right"/>
      </w:pPr>
      <w:r>
        <w:t>آپ ا، میں اس trad itionسےstart کروںگاآجکاپہلاسوال ۔ جبرسولاللہنےفرمایا کہ thereisapur ific ationfor all things, and pur ific ation of b ody is fast ing.</w:t>
      </w:r>
    </w:p>
    <w:p>
      <w:r>
        <w:rPr>
          <w:b/>
        </w:rPr>
        <w:t xml:space="preserve">[01:18] </w:t>
      </w:r>
      <w:r>
        <w:t>So essentially what it means is that just as bathing purifies the body, fasting purifies the soul. To apa, iske background mein mera sabse pehla sawal to yahi hai ke what is the importance of</w:t>
      </w:r>
    </w:p>
    <w:p>
      <w:pPr>
        <w:jc w:val="right"/>
      </w:pPr>
      <w:r>
        <w:t>So essentially whatitmeans isthat just as bathingpur ifies thebod y, fast ingpur ifies the soul. تو آپ ا،اسکے back ground میں میرا سبسےپہلاسوالتویہیہےکہ whatisthe import ance of</w:t>
      </w:r>
    </w:p>
    <w:p>
      <w:r>
        <w:rPr>
          <w:b/>
        </w:rPr>
        <w:t xml:space="preserve">[01:32] </w:t>
      </w:r>
      <w:r>
        <w:t>saum? Iske bare mein aap hum sab ko bataein. Saum ke Arabi mein kehte hain rukna, saim rukne wala.</w:t>
      </w:r>
    </w:p>
    <w:p>
      <w:pPr>
        <w:jc w:val="right"/>
      </w:pPr>
      <w:r>
        <w:t>صوم ؟ اسکےبارےمیںآپ ہمسبکوبتائیں۔ ص ومکے عربیمیں کہتےہیں رکنا، سائمرکنےوالا۔</w:t>
      </w:r>
    </w:p>
    <w:p>
      <w:r>
        <w:rPr>
          <w:b/>
        </w:rPr>
        <w:t xml:space="preserve">[01:43] </w:t>
      </w:r>
      <w:r>
        <w:t>Yani parhezgar, har buraiyon se rukne wala. Sirf khana peena nahi rokna, balkeh har burai se rokne wala apne aap ko.</w:t>
      </w:r>
    </w:p>
    <w:p>
      <w:pPr>
        <w:jc w:val="right"/>
      </w:pPr>
      <w:r>
        <w:t>یعنی پرہیزگار ،ہربر ائیوںسے رکنےوالا۔ صرف کھاناپینانہیںروکنا،بلکہ ہربر ائی سے روکنےوالا اپنےآپکو ۔</w:t>
      </w:r>
    </w:p>
    <w:p>
      <w:r>
        <w:rPr>
          <w:b/>
        </w:rPr>
        <w:t xml:space="preserve">[01:53] </w:t>
      </w:r>
      <w:r>
        <w:t>To yeh iska matlab hai ke humein roze ke zariye se bohat sari cheezon ki tarbiyat di gayi hai.</w:t>
      </w:r>
    </w:p>
    <w:p>
      <w:pPr>
        <w:jc w:val="right"/>
      </w:pPr>
      <w:r>
        <w:t>تو یہ اسکا مط لب ہےکہ ہمیں روز ےکےذریعےسے بہت ساریچیزوںکیتربیتدیگئی ہے۔</w:t>
      </w:r>
    </w:p>
    <w:p>
      <w:r>
        <w:rPr>
          <w:b/>
        </w:rPr>
        <w:t xml:space="preserve">[02:03] </w:t>
      </w:r>
      <w:r>
        <w:t>Roza asal mein ek mahina hai jismein hum tarbiyat haasil karte hain, taqwa ki, shukr ki, sabr ki, tazkiya ki.</w:t>
      </w:r>
    </w:p>
    <w:p>
      <w:pPr>
        <w:jc w:val="right"/>
      </w:pPr>
      <w:r>
        <w:t>روزہاصلمیں ایک مہینہہے جسمیںہم تربیت حاصل کرتےہیں، تقویٰکی، شکرکی ، صبرکی ، تزکیہکی۔</w:t>
      </w:r>
    </w:p>
    <w:p>
      <w:r>
        <w:rPr>
          <w:b/>
        </w:rPr>
        <w:t xml:space="preserve">[02:13] </w:t>
      </w:r>
      <w:r>
        <w:t>To ek mahina jab hum tarbiyat haasil karte hain to woh tarbiyat jo hai woh taqreeban agar iska dhyan rakha jaye to saal bhar woh chalta hai.</w:t>
      </w:r>
    </w:p>
    <w:p>
      <w:pPr>
        <w:jc w:val="right"/>
      </w:pPr>
      <w:r>
        <w:t>توایکمہینہجبہمتربیت حاصل کرتے ہیں تو وہ تربیتجوہےوہ تقریباً اگر اسکادھیانرکھاجائےتو سالبھروہچلتاہے۔</w:t>
      </w:r>
    </w:p>
    <w:p>
      <w:r>
        <w:rPr>
          <w:b/>
        </w:rPr>
        <w:t xml:space="preserve">[02:22] </w:t>
      </w:r>
      <w:r>
        <w:t>To is tarike se roza jo hai ek preparation ka month hai. To isko jo hai taqwa jisko kehte hain ke Khuda se dar ke zindagi guzarna.</w:t>
      </w:r>
    </w:p>
    <w:p>
      <w:pPr>
        <w:jc w:val="right"/>
      </w:pPr>
      <w:r>
        <w:t>تو اسطریقےسے روزہجوہےایک preparation کاmonthہے۔ تو اسکو جوہے تق ویٰجسکوکہتےہیں کہ خداسےڈرکےزندگی گزار نا۔</w:t>
      </w:r>
    </w:p>
    <w:p>
      <w:r>
        <w:rPr>
          <w:b/>
        </w:rPr>
        <w:t xml:space="preserve">[02:35] </w:t>
      </w:r>
      <w:r>
        <w:t>To asal mein kya hai, duniya mein dekhiye insaan ko har tarah ki aazadi hai. To woh bohat jald aisa karta hai ke apni khwahishat par chalne lagta hai.</w:t>
      </w:r>
    </w:p>
    <w:p>
      <w:pPr>
        <w:jc w:val="right"/>
      </w:pPr>
      <w:r>
        <w:t>تو اصلمیںکیاہے، دنیا میںدیکھیے انسانکو ہرطرح کیآز ادیہے۔ تو وہ بہت جلد ایساکرتاہےکہ اپنی خواہشاتپرچلنےلگتاہے۔</w:t>
      </w:r>
    </w:p>
    <w:p>
      <w:r>
        <w:rPr>
          <w:b/>
        </w:rPr>
        <w:t xml:space="preserve">[02:46] </w:t>
      </w:r>
      <w:r>
        <w:t>to woh khuda ka jo rasta hai, hidayat ka jo rasta hai, us se woh hatt jata hai.</w:t>
      </w:r>
    </w:p>
    <w:p>
      <w:pPr>
        <w:jc w:val="right"/>
      </w:pPr>
      <w:r>
        <w:t>تو وہ خدا کاجوراستہہے، ہدایت کاجوراستہہے، اسسےوہہٹجاتاہے۔</w:t>
      </w:r>
    </w:p>
    <w:p>
      <w:r>
        <w:rPr>
          <w:b/>
        </w:rPr>
        <w:t xml:space="preserve">[02:52] </w:t>
      </w:r>
      <w:r>
        <w:t>to ab ek creation plan hai khuda ka, is ke mutabiq hamein is duniya mein zindagi guzarni hai. to isi mein hamari duniya ki bhi falah hai, duniya ki bhi success hai aur akhirat ki bhi.</w:t>
      </w:r>
    </w:p>
    <w:p>
      <w:pPr>
        <w:jc w:val="right"/>
      </w:pPr>
      <w:r>
        <w:t>تو اب ایک cre ation plan ہےخداکا ، اسکے مطابق ہمیںاسدنیا میں زندگی گزار نیہے۔ تو اسیمیںہماریدنیا کیبھی فلاحہے، دنیا کیبھی success ہےاورآخرتکیبھی ۔</w:t>
      </w:r>
    </w:p>
    <w:p>
      <w:r>
        <w:rPr>
          <w:b/>
        </w:rPr>
        <w:t xml:space="preserve">[03:07] </w:t>
      </w:r>
      <w:r>
        <w:t>to isi liye roza jo hai ek qism ki lagam deta hai ke hamein khuda ki marzi ke mutabiq is duniya mein zindagi guzarni hai.</w:t>
      </w:r>
    </w:p>
    <w:p>
      <w:pPr>
        <w:jc w:val="right"/>
      </w:pPr>
      <w:r>
        <w:t>تواسیلیے روزہجوہےایکقسم کیلگامدیتاہے کہ ہمیں خداکی مرضیکے مط ابق اسدنیا میں زندگی گزار ناہے۔</w:t>
      </w:r>
    </w:p>
    <w:p>
      <w:r>
        <w:rPr>
          <w:b/>
        </w:rPr>
        <w:t xml:space="preserve">[03:19] </w:t>
      </w:r>
      <w:r>
        <w:t>quran sharif mein aaya hai: kun war ba'in rabbaniyin bano. yani khuda ki marzi ke mutabiq tum ko yahan zindagi guzarni hai, God oriented life tum ko guzarni hai, na ke self oriented life.</w:t>
      </w:r>
    </w:p>
    <w:p>
      <w:pPr>
        <w:jc w:val="right"/>
      </w:pPr>
      <w:r>
        <w:t>قرآنشریفمیںآیاہےكونواربان ین ر بوالے بنو۔ یعنی خداکیمرضیکےمطابق تمکویہاںزندگی گزارنیہے، God orient ed life تمکوگزار نیہے، نہکہ selforient edlife ۔</w:t>
      </w:r>
    </w:p>
    <w:p>
      <w:r>
        <w:rPr>
          <w:b/>
        </w:rPr>
        <w:t xml:space="preserve">[03:33] </w:t>
      </w:r>
      <w:r>
        <w:t>to yahi jo hai woh roze ka jo hai sab se bada lesson hai. dekhiye insan jo hai ek spiritual creature hai.</w:t>
      </w:r>
    </w:p>
    <w:p>
      <w:pPr>
        <w:jc w:val="right"/>
      </w:pPr>
      <w:r>
        <w:t>تو یہی جوہےوہ روز ےکا جوہےسبسےبڑا lessonہے۔ دیکھیے انسان جوہے ایک spiritualcre atureہے۔</w:t>
      </w:r>
    </w:p>
    <w:p>
      <w:r>
        <w:rPr>
          <w:b/>
        </w:rPr>
        <w:t xml:space="preserve">[03:44] </w:t>
      </w:r>
      <w:r>
        <w:t>aisa nahi hai ke khuda hum se kuch chahta hai jo hamare jo hamare bas ka nahi hai. insan hai hi spiritual creature. lekin is duniya mein jab woh aata hai to bohat sari cheezon se woh malool ho jata hai, mutaasir ho jata hai.</w:t>
      </w:r>
    </w:p>
    <w:p>
      <w:pPr>
        <w:jc w:val="right"/>
      </w:pPr>
      <w:r>
        <w:t>ایسانہیںہےکہ خداہمسےکچھ چاہرہاہےجوہمارے جوہمارے بسکانہیں ہے۔ انسان ہے ہی spiritualcreature ۔ لیکن اسدنیا میںجب وہآتاہےتو بہت ساریچیزوں سےوہ ملوثہوجاتاہے، مت اثرہوجاتاہے۔</w:t>
      </w:r>
    </w:p>
    <w:p>
      <w:r>
        <w:rPr>
          <w:b/>
        </w:rPr>
        <w:t xml:space="preserve">[04:00] </w:t>
      </w:r>
      <w:r>
        <w:t>conditioning ka ek case ban jata hai.</w:t>
      </w:r>
    </w:p>
    <w:p>
      <w:pPr>
        <w:jc w:val="right"/>
      </w:pPr>
      <w:r>
        <w:t>Cond itioning کاایکcaseبنجاتاہے۔</w:t>
      </w:r>
    </w:p>
    <w:p>
      <w:r>
        <w:rPr>
          <w:b/>
        </w:rPr>
        <w:t xml:space="preserve">[04:02] </w:t>
      </w:r>
      <w:r>
        <w:t>to isi conditioning ko hamein decondition karna hai. aur jo potential shakal mein hamare andar spirituality hai, us ko hamein actual banana hai.</w:t>
      </w:r>
    </w:p>
    <w:p>
      <w:pPr>
        <w:jc w:val="right"/>
      </w:pPr>
      <w:r>
        <w:t>تو اسی cond itioningکوہمیں dec onditionکرناہے۔ اور جو potential شکلمیںہمارےاندر spiritu alityہے، اسکوہمیں actual بن اناہے۔</w:t>
      </w:r>
    </w:p>
    <w:p>
      <w:r>
        <w:rPr>
          <w:b/>
        </w:rPr>
        <w:t xml:space="preserve">[04:15] </w:t>
      </w:r>
      <w:r>
        <w:t>us ko actualize karna hai. to yahi kaam hai roze ka kyun ke jab hum mahina bhar roza rakhte hain to mahine bhar mein hum yeh training hasil karte hain to woh hamari andar, hamare thought mein inculcate ho jata hai.</w:t>
      </w:r>
    </w:p>
    <w:p>
      <w:pPr>
        <w:jc w:val="right"/>
      </w:pPr>
      <w:r>
        <w:t>اسکو actu alizeکرناہے۔ تو یہی کام ہے روز ےکاکیونکہ جبہم مہینہ بھرروز ہرکھتےہیں تو مہینے بھرمیں ہمیہ trainingحاصل کرتے ہیں تو وہہماری اندر،ہمارے thoughtمیںinc ulcateہوجاتا ہے۔</w:t>
      </w:r>
    </w:p>
    <w:p>
      <w:r>
        <w:rPr>
          <w:b/>
        </w:rPr>
        <w:t xml:space="preserve">[04:32] </w:t>
      </w:r>
      <w:r>
        <w:t>to hamari personality isi tarah ka mold ho jati hai. to is tarike se hamara jo spiritual potential hai woh awaken ho jata hai.</w:t>
      </w:r>
    </w:p>
    <w:p>
      <w:pPr>
        <w:jc w:val="right"/>
      </w:pPr>
      <w:r>
        <w:t>توہم اری personal ity اسیطرح کا moldہوجاتیہے۔ تو اسطریقےسے ہماراجو spiritual pot entialہےوہ aw akenہوجاتاہے۔</w:t>
      </w:r>
    </w:p>
    <w:p>
      <w:r>
        <w:rPr>
          <w:b/>
        </w:rPr>
        <w:t xml:space="preserve">[04:43] </w:t>
      </w:r>
      <w:r>
        <w:t>lekin is ke liye ek bohat zaroori kaam hai ke hum apni maadi, material activities ko kam karein. kyun ke agar hum duniya ki duniya mein involve rahenge to hum apne aap ko spiritual goal ke liye focus nahi kar payenge.</w:t>
      </w:r>
    </w:p>
    <w:p>
      <w:pPr>
        <w:jc w:val="right"/>
      </w:pPr>
      <w:r>
        <w:t>لیکن اسکےلیے ایکبہت ضروری کام ہےکہہم اپنی م ادی ،material activ itiesکو کم کریں۔ کیونکہاگر ہم دنیا کی دنیا میں invol veرہیںگے تو ہم اپنے آپکو spiritual goalکےلیے focusنہیںکرپائیںگے۔</w:t>
      </w:r>
    </w:p>
    <w:p>
      <w:r>
        <w:rPr>
          <w:b/>
        </w:rPr>
        <w:t xml:space="preserve">[05:01] </w:t>
      </w:r>
      <w:r>
        <w:t>aur jab tak focus nahi karenge, na to duniya ki koi cheez hum hasil kar sakte hain, na akhirat ki koi cheez hasil kar sakte hain. to is mein hamein sab se zyada focus kyun ke jaisa ke aap jante hain jo hai quran woh hai is Ramzan ke mahine mein utara gaya.</w:t>
      </w:r>
    </w:p>
    <w:p>
      <w:pPr>
        <w:jc w:val="right"/>
      </w:pPr>
      <w:r>
        <w:t>اورجبتک focusنہیںکریںگے، نہتودنیا کیکوئیچیز ہمحاصل کرسکتےہیں،نہ آخرتکیکوئیچیزحاصل کرسکتےہیں۔ تو اسمیںہمیں سبسےزیادہ focus کیونکہ جیساکہآپ جانتےہیں جوہےقرآنجوہےاسیرمضانکےمہینےمیںاتاراگیا۔</w:t>
      </w:r>
    </w:p>
    <w:p>
      <w:r>
        <w:rPr>
          <w:b/>
        </w:rPr>
        <w:t xml:space="preserve">[05:18] </w:t>
      </w:r>
      <w:r>
        <w:t>to hamein is mahine mein zyada se zyada quran ki study karni hai. log kya kar rahe hain? sirf quran ki tilawat kar rahe hain, recitation kar rahe hain.</w:t>
      </w:r>
    </w:p>
    <w:p>
      <w:pPr>
        <w:jc w:val="right"/>
      </w:pPr>
      <w:r>
        <w:t>تو ہمیں اس مہینےمیں زیادہ سےزیادہ قرآنکی studyکرنیہے۔ لوگکیا کررہےہیں؟صرفقرآنکی تلاوتکررہےہیں، rec itationکررہےہیں۔</w:t>
      </w:r>
    </w:p>
    <w:p>
      <w:r>
        <w:rPr>
          <w:b/>
        </w:rPr>
        <w:t xml:space="preserve">[05:30] </w:t>
      </w:r>
      <w:r>
        <w:t>is ki wajah se kya hai ke is ke maani matlab un ke dilon mein utarte nahi hain. bohat sare log to arabi jante hi nahi hain, majority to unhi logon ki hai jo arabi nahi jante hain.</w:t>
      </w:r>
    </w:p>
    <w:p>
      <w:pPr>
        <w:jc w:val="right"/>
      </w:pPr>
      <w:r>
        <w:t>اسکیوجہ سےکیاہےکہاسکے معنیمطلب انکےدلوںمیںاترتےہینہیں۔ بہت سارےلوگ تو عربیجانتےہینہیںہیں،major ityتوانہیلوگوںکیہے جو عربینہیںجانتےہیں۔</w:t>
      </w:r>
    </w:p>
    <w:p>
      <w:r>
        <w:rPr>
          <w:b/>
        </w:rPr>
        <w:t xml:space="preserve">[05:41] </w:t>
      </w:r>
      <w:r>
        <w:t>to woh quran bas padh lete hain. quran jo hai us ko thirty sections mein divide kiya gaya hai. to woh ek section rozana padh lete hain.</w:t>
      </w:r>
    </w:p>
    <w:p>
      <w:pPr>
        <w:jc w:val="right"/>
      </w:pPr>
      <w:r>
        <w:t>تو وہ قرآنبسپڑھلیتےہیں۔ قرآن جوہےاسکو تھرٹی سیکشنزمیںdiv ideکیاگیاہے۔ تو وہ ایک سیکشن روزانہپڑھلیتےہیں۔</w:t>
      </w:r>
    </w:p>
    <w:p>
      <w:r>
        <w:rPr>
          <w:b/>
        </w:rPr>
        <w:t xml:space="preserve">[05:52] </w:t>
      </w:r>
      <w:r>
        <w:t>lekin is se un ko kuch is mein spiritual food nahi milta.</w:t>
      </w:r>
    </w:p>
    <w:p>
      <w:pPr>
        <w:jc w:val="right"/>
      </w:pPr>
      <w:r>
        <w:t>لیکن اسسےانکوکچھ اسمیں spiritualfood نہیں ملتا۔</w:t>
      </w:r>
    </w:p>
    <w:p>
      <w:r>
        <w:rPr>
          <w:b/>
        </w:rPr>
        <w:t xml:space="preserve">[05:57] </w:t>
      </w:r>
      <w:r>
        <w:t>to hamein jo hai woh khuda ki jo hai blessings ko yaad karna hai. aur yeh sab se badi blessing hai ke khuda ne quran utara, kitab hidayat utari, aur ek preserved divine book hai.</w:t>
      </w:r>
    </w:p>
    <w:p>
      <w:pPr>
        <w:jc w:val="right"/>
      </w:pPr>
      <w:r>
        <w:t>تو ہمیںجوہےوہ خداکی جوہے bless ings کو یاد کرناہے۔ اوریہسبسےبڑی blessingہےکہخدانےقرآناتارا،کتاب ہدایت ات اری،اور ایک preserv ed div inebook ہے۔</w:t>
      </w:r>
    </w:p>
    <w:p>
      <w:r>
        <w:rPr>
          <w:b/>
        </w:rPr>
        <w:t xml:space="preserve">[06:13] </w:t>
      </w:r>
      <w:r>
        <w:t>is mein kisi bhi qism ki human interpolation nahi hui hai.</w:t>
      </w:r>
    </w:p>
    <w:p>
      <w:pPr>
        <w:jc w:val="right"/>
      </w:pPr>
      <w:r>
        <w:t>اسمیں کسی بھی قسم کی human inter pol ationنہیںہوئیہے۔</w:t>
      </w:r>
    </w:p>
    <w:p>
      <w:r>
        <w:rPr>
          <w:b/>
        </w:rPr>
        <w:t xml:space="preserve">[06:19] </w:t>
      </w:r>
      <w:r>
        <w:t>to lekin ab ab log kehte hain ke bhai is mein roza, bhook pyas ka khana pani chhodne se kya faida hai?</w:t>
      </w:r>
    </w:p>
    <w:p>
      <w:pPr>
        <w:jc w:val="right"/>
      </w:pPr>
      <w:r>
        <w:t>تولیکن اب اب لوگکہتےہیںکہبھئیاسمیں روز ہ، بھ وکپیاسکا کھ اناپانیچھوڑنےسےکیافائدہہے ؟</w:t>
      </w:r>
    </w:p>
    <w:p>
      <w:r>
        <w:rPr>
          <w:b/>
        </w:rPr>
        <w:t xml:space="preserve">[06:29] </w:t>
      </w:r>
      <w:r>
        <w:t>asal mein khana pani chhodne se jo hai hum ko, hum jab har waqt hum khate peete rehte hain, har waqt hum ko apni zaroorat ka saman milta rehta hai, to hamein woh khuda ki nemat woh nahi lagti. balkeh hum ko we take everything for granted.</w:t>
      </w:r>
    </w:p>
    <w:p>
      <w:pPr>
        <w:jc w:val="right"/>
      </w:pPr>
      <w:r>
        <w:t>اصلمیںکھاناپانیچھوڑنےسے جوہے ہمکو ،ہمجب ہروقت ہمکھاتےپیتےرہتےہیں، ہروقت ہمکو اپنیضرورت کا سامانملتارہتاہے، تو ہمیں وہ خداکی نعمت وہنہیںلگتی۔بلکہہمکو wetakeeverythingفار گرانٹڈ۔</w:t>
      </w:r>
    </w:p>
    <w:p>
      <w:r>
        <w:rPr>
          <w:b/>
        </w:rPr>
        <w:t xml:space="preserve">[06:47] </w:t>
      </w:r>
      <w:r>
        <w:t>to hamein lagta hai yeh to hamein mila hua hai.</w:t>
      </w:r>
    </w:p>
    <w:p>
      <w:pPr>
        <w:jc w:val="right"/>
      </w:pPr>
      <w:r>
        <w:t>توہمیںلگتاہےیہتوہمیںملہیرہاہے۔</w:t>
      </w:r>
    </w:p>
    <w:p>
      <w:r>
        <w:rPr>
          <w:b/>
        </w:rPr>
        <w:t xml:space="preserve">[06:49] </w:t>
      </w:r>
      <w:r>
        <w:t>bohat se bohat aadmi sochta hai hum ja ke bazar se kharidte hain. to us ko apne upar yeh ehsas taari kiya jata hai ke khana pani kitni badi cheez hai.</w:t>
      </w:r>
    </w:p>
    <w:p>
      <w:pPr>
        <w:jc w:val="right"/>
      </w:pPr>
      <w:r>
        <w:t>بہتسےبہت آدمیسوچتاہےہمجاکےبازارسےخریدتےہیں۔ تو اسکو اپنے اوپر یہ احساس طاریکیاجاتا ہے کہ کھ انا پانی کتنیبڑیچیز ہے۔</w:t>
      </w:r>
    </w:p>
    <w:p>
      <w:r>
        <w:rPr>
          <w:b/>
        </w:rPr>
        <w:t xml:space="preserve">[07:02] </w:t>
      </w:r>
      <w:r>
        <w:t>matlab voluntarily is ko chhodte hain. to hamein is ka ehsas hota hai, is ka tajurba hota hai ke yeh khuda ki kitni badi blessing hai. aur aap jante hain ke khana pani to insan ki sab se badi zaroorat hai.</w:t>
      </w:r>
    </w:p>
    <w:p>
      <w:pPr>
        <w:jc w:val="right"/>
      </w:pPr>
      <w:r>
        <w:t>مطلب وال نٹ یریلیہماسکوچھوڑتےہیں۔ تو ہمیںاسکا احساسہوتاہے،اسکاتجربہہوتاہے کہیہخداکیکتنیبڑی bl essingہے۔ اور آپ جانتےہیںکہکھانا پانیتو انسان کی سبسےبڑیضر</w:t>
      </w:r>
    </w:p>
    <w:p>
      <w:r>
        <w:rPr>
          <w:b/>
        </w:rPr>
        <w:t xml:space="preserve">[07:15] </w:t>
      </w:r>
      <w:r>
        <w:t>jab hum khana pani chhod sakte hain ek mehdood muddat tak ke liye to hum har doosri burai bhi chhod sakte hain. to woh hamein tayyar karta hai</w:t>
      </w:r>
    </w:p>
    <w:p>
      <w:pPr>
        <w:jc w:val="right"/>
      </w:pPr>
      <w:r>
        <w:t>ورتہے۔ جب ہمکھاناپانیچھوڑسکتےہیں ایک محدودمدتتککےلیےتوہم ہردوسری برائیبھیچھوڑسکتےہیں۔ تووہ ہمیں تیار کرتاہے</w:t>
      </w:r>
    </w:p>
    <w:p>
      <w:r>
        <w:rPr>
          <w:b/>
        </w:rPr>
        <w:t xml:space="preserve">[07:27] </w:t>
      </w:r>
      <w:r>
        <w:t>is ke liye apni ek spiritual personality develop karne ke liye. to hamein prepared mind banata hai woh. to lekin yeh sirf dekhiye khana pani chhodne se aisa nahi ho sakta.</w:t>
      </w:r>
    </w:p>
    <w:p>
      <w:pPr>
        <w:jc w:val="right"/>
      </w:pPr>
      <w:r>
        <w:t>اسکےلیے اپنی ایک spiritualpersonal itydevelop کرنےکےلیے۔ توہمیں prepared mind بناتاہےوہ ۔ تو لیکن یہ صرف دیکھیے کھانا پانی چھوڑنےسے ایسانہیںہوسکتا۔</w:t>
      </w:r>
    </w:p>
    <w:p>
      <w:r>
        <w:rPr>
          <w:b/>
        </w:rPr>
        <w:t xml:space="preserve">[07:42] </w:t>
      </w:r>
      <w:r>
        <w:t>humein quran ki study karni pare</w:t>
      </w:r>
    </w:p>
    <w:p>
      <w:pPr>
        <w:jc w:val="right"/>
      </w:pPr>
      <w:r>
        <w:t>ہمیں قرآنکی studyکرنیپڑے</w:t>
      </w:r>
    </w:p>
    <w:p>
      <w:r>
        <w:rPr>
          <w:b/>
        </w:rPr>
        <w:t xml:space="preserve">[07:45] </w:t>
      </w:r>
      <w:r>
        <w:t>gi. woh study usko samajh ke karna parega. iske translation parhna, iske commentary parhni, ispar ghor o fikr karna, isko contemplation jisko jaise khud rasool ALLAH (SAW) bohat ziyada contemplation karte the.</w:t>
      </w:r>
    </w:p>
    <w:p>
      <w:pPr>
        <w:jc w:val="right"/>
      </w:pPr>
      <w:r>
        <w:t>گی۔ وہstudyاسکو سمجھکےکرناپڑےگا۔ اسکے transl ationپڑھنا،اسکےcommentaryپڑھنی، اسپر غوروفکرکرنا، اسکوcont emplationجسکوجیسے خود رسولاللہصلىاللهعليهوسلم بہت زیادہ cont emplationکرتے تھے۔</w:t>
      </w:r>
    </w:p>
    <w:p>
      <w:r>
        <w:rPr>
          <w:b/>
        </w:rPr>
        <w:t xml:space="preserve">[08:00] </w:t>
      </w:r>
      <w:r>
        <w:t>to tab ja ke woh cheezein jo hain hamare andar internalize hongi.</w:t>
      </w:r>
    </w:p>
    <w:p>
      <w:pPr>
        <w:jc w:val="right"/>
      </w:pPr>
      <w:r>
        <w:t>تو تب جاکے وہ چیزیںجوہیں ہمارےاندر intern alizeہوںگی۔</w:t>
      </w:r>
    </w:p>
    <w:p>
      <w:r>
        <w:rPr>
          <w:b/>
        </w:rPr>
        <w:t xml:space="preserve">[08:07] </w:t>
      </w:r>
      <w:r>
        <w:t>aur tab ja ke hamare andar woh jo spiritual personality jo goal hai roze ka aur doosri ibadat ka bhi woh paida hoga.</w:t>
      </w:r>
    </w:p>
    <w:p>
      <w:pPr>
        <w:jc w:val="right"/>
      </w:pPr>
      <w:r>
        <w:t>اورتبجاکےہمارےاندر وہ جو spiritualpersonal ityجو goalہے روز ےکااوردوسری عباداتکابھیوہ پیدا ہوگا۔</w:t>
      </w:r>
    </w:p>
    <w:p>
      <w:r>
        <w:rPr>
          <w:b/>
        </w:rPr>
        <w:t xml:space="preserve">[08:16] </w:t>
      </w:r>
      <w:r>
        <w:t>to asal cheez yeh hai ke hum hamd spirit mein jeene lagein. jaise ke pehli ayat hai alhamdulillah rabbil alameen to yeh matlab in ALLAH dekhiye sari blessings humein ALLAH ki taraf se mil rahi hain.</w:t>
      </w:r>
    </w:p>
    <w:p>
      <w:pPr>
        <w:jc w:val="right"/>
      </w:pPr>
      <w:r>
        <w:t>تو اصلچیز یہہےکہہم حمد spiritمیںجینےلگیں۔ جیسےکہپہلیآیتہے الحمدللہ رب العالم ین تو یہ مطلب اناللہ دیکھیے ساری blessings ہمیں اللہ کیطرف سےملرہیہیں۔</w:t>
      </w:r>
    </w:p>
    <w:p>
      <w:r>
        <w:rPr>
          <w:b/>
        </w:rPr>
        <w:t xml:space="preserve">[08:30] </w:t>
      </w:r>
      <w:r>
        <w:t>khuda giver hai, hum taker hain. to hum khuda ko kya de sakte hain?</w:t>
      </w:r>
    </w:p>
    <w:p>
      <w:pPr>
        <w:jc w:val="right"/>
      </w:pPr>
      <w:r>
        <w:t>خدا giverہے، ہم takerہیں۔ توہم خداکوکیادےسکتےہیں؟</w:t>
      </w:r>
    </w:p>
    <w:p>
      <w:r>
        <w:rPr>
          <w:b/>
        </w:rPr>
        <w:t xml:space="preserve">[08:35] </w:t>
      </w:r>
      <w:r>
        <w:t>khuda ke paas khuda to rabbil alameen hai. to hum sirf acknowledge kar sakte hain. wohi acknowledge ka jo high form hai woh hamd kaha gaya alhamdulillah rabbil alameen to humein chahiye ke is yeh is spirit ko ramzan spirit ko apne andar internalize karein taake yeh saal bhar yeh spirit hamare andar baqi rahe.</w:t>
      </w:r>
    </w:p>
    <w:p>
      <w:pPr>
        <w:jc w:val="right"/>
      </w:pPr>
      <w:r>
        <w:t>خداکےپاس خداتورب العالم ینہے۔ تو ہم صرف acknowledgeکرسکتےہیں۔ وہی acknowledgeکاجو ہائی فار مہےوہحمد کہاگیا الحمدللہ ربالعالم ین تو ہمیں چاہیے کہ اس یہ اس spiritکو رمضان spiritکو اپنے اندر intern alizeکریں تاکہیہ سال بھریہspiritہمارےاندر باقیرہے۔</w:t>
      </w:r>
    </w:p>
    <w:p>
      <w:r>
        <w:rPr>
          <w:b/>
        </w:rPr>
        <w:t xml:space="preserve">[09:01] </w:t>
      </w:r>
      <w:r>
        <w:t>ji jazak ALLAH aap</w:t>
      </w:r>
    </w:p>
    <w:p>
      <w:pPr>
        <w:jc w:val="right"/>
      </w:pPr>
      <w:r>
        <w:t>جی جزاک اللہآپ</w:t>
      </w:r>
    </w:p>
    <w:p>
      <w:r>
        <w:rPr>
          <w:b/>
        </w:rPr>
        <w:t xml:space="preserve">[09:03] </w:t>
      </w:r>
      <w:r>
        <w:t>a, behta ache se aap ne isko explain kara ke humein spirit ko internalize karna hai. aap a, jaisa ke hum jaante hain hazrat muaz bin jabal bohat bade sahabi the.</w:t>
      </w:r>
    </w:p>
    <w:p>
      <w:pPr>
        <w:jc w:val="right"/>
      </w:pPr>
      <w:r>
        <w:t>ا،بہتاچھےسےآپنے اسکوexplainکراکہ ہمیںspiritکو intern alizeکرناہے۔ آپ ا، جیساکہہمجانتےہیںحضرت معاذبنجبلبہتبڑے صحابیتھے۔</w:t>
      </w:r>
    </w:p>
    <w:p>
      <w:r>
        <w:rPr>
          <w:b/>
        </w:rPr>
        <w:t xml:space="preserve">[09:13] </w:t>
      </w:r>
      <w:r>
        <w:t>to unhone ek martaba farmaya ke rasool ALLAH ne unka haath pakda aur kaha ke ae muaz, main tumko bohat pasand karta hoon.</w:t>
      </w:r>
    </w:p>
    <w:p>
      <w:pPr>
        <w:jc w:val="right"/>
      </w:pPr>
      <w:r>
        <w:t>تو انہوںنےایکمرتبہ فرمایاکہ رسولاللہنےانکاہاتھپکڑا اور کہا کہ اےمعاذ،میںتمکوبہت پسندکرتاہوں۔</w:t>
      </w:r>
    </w:p>
    <w:p>
      <w:r>
        <w:rPr>
          <w:b/>
        </w:rPr>
        <w:t xml:space="preserve">[09:22] </w:t>
      </w:r>
      <w:r>
        <w:t>to hazrat muaz ne bhi kaha ke ae rasool ALLAH, mere maa baap aap par qurban unhone, main bhi aapko bohat pasand karta hoon.</w:t>
      </w:r>
    </w:p>
    <w:p>
      <w:pPr>
        <w:jc w:val="right"/>
      </w:pPr>
      <w:r>
        <w:t>تو حضرت معاذنےبھی کہا کہ اےرسولاللہ ، میرےماںباپآپپرقربانہوں،میںبھیآپکوبہت پسند کرتاہوں۔</w:t>
      </w:r>
    </w:p>
    <w:p>
      <w:r>
        <w:rPr>
          <w:b/>
        </w:rPr>
        <w:t xml:space="preserve">[09:30] </w:t>
      </w:r>
      <w:r>
        <w:t>to phir rasool ALLAH ne unko kaha ke har namaz ke baad tum yeh dua karakro. aur unhone woh dua batai ke o ALLAH help me in remembering you, in thanking you, and in worshipping you to aap a, is mein jo thanking wala element hai usiko le kar main aap se agla sawal karna chahunga. yahi yeh hadees bhi mujhe behta achi lagti hai ke kitna achi baat rasool ALLAH ne batai. hum sab ko yeh dua karni chahiye.</w:t>
      </w:r>
    </w:p>
    <w:p>
      <w:pPr>
        <w:jc w:val="right"/>
      </w:pPr>
      <w:r>
        <w:t>تو پھررسولاللہنے انکوکہاکہ ہر نمازکے بعد تم یہ دعا کراکرو ۔ اور انہوںنےوہدعابتائیکہ او اللہ helpme in remember ingyou, in thankingyou, andinworshippingyou تو آپ ا،اسمیںجو thankingوالا element ہےاسیکو لےکر میں آپسےاگلاسوال کرناچاہوںگا۔یہیہ یہحدیثبھیمجھےبہتاچھیلگتیہے کہ کتنیاچھی بات رسولاللہنے بتائی۔ہمسبکو یہیدعاکرنیچاہیے۔</w:t>
      </w:r>
    </w:p>
    <w:p>
      <w:r>
        <w:rPr>
          <w:b/>
        </w:rPr>
        <w:t xml:space="preserve">[09:59] </w:t>
      </w:r>
      <w:r>
        <w:t>aap a, is mein jo thanking wala element hai to jaisa ke aap ne bataya ke ramzan is a month of training, humein spirit ko internalize karna hai. to ramzan ka mahina ek shukr ka mahina bhi hai.</w:t>
      </w:r>
    </w:p>
    <w:p>
      <w:pPr>
        <w:jc w:val="right"/>
      </w:pPr>
      <w:r>
        <w:t>آپ ا،اسمیںجو thankingوالاelement ہے توجیسےآپنےبت ایا کہ رمضانisamonthof training،ہمیں spiritکوintern alizeکرناہے۔ تو رمضان کا مہینہ ایک شکرکامہینہبھیہے۔</w:t>
      </w:r>
    </w:p>
    <w:p>
      <w:r>
        <w:rPr>
          <w:b/>
        </w:rPr>
        <w:t xml:space="preserve">[10:11] </w:t>
      </w:r>
      <w:r>
        <w:t>to yeh kis tarah shukr ka mahina hum banayein, iske bare mein bhi aap hum sab ko batayein.</w:t>
      </w:r>
    </w:p>
    <w:p>
      <w:pPr>
        <w:jc w:val="right"/>
      </w:pPr>
      <w:r>
        <w:t>تو یہ کسطرح شکرکامہینہہمبنائیں ، اسکےبارےمیں بھیآپ ہمسبکوبتائیں۔</w:t>
      </w:r>
    </w:p>
    <w:p>
      <w:r>
        <w:rPr>
          <w:b/>
        </w:rPr>
        <w:t xml:space="preserve">[10:19] </w:t>
      </w:r>
      <w:r>
        <w:t>sab se bada shukr to ALLAH ka yeh karna hai ke ALLAH ta'ala ne hidayat utari. kyunke insaan paida hota hai, usko kuch nahi maloom ke woh kis liye paida hua hai, uski zindagi ka maqsad kya hai, marne ke baad uske saath kya hone wala hai, usko kuch pata nahi.</w:t>
      </w:r>
    </w:p>
    <w:p>
      <w:pPr>
        <w:jc w:val="right"/>
      </w:pPr>
      <w:r>
        <w:t>سبسےبڑا شکر تواللہ کایہیکرناہے کہاللہ تعالینے ہدایت ات اری۔ کیونکہانسان پیدا ہوتاہے، اسکوکچھنہیں معلومکہوہکسلیےپیدا ہواہے، اسکیزندگی کامقصدکیا ہے، مرنےکےبعد اسکےساتھ کیا ہونے والاہے، اسکوکچھپتہنہیں۔</w:t>
      </w:r>
    </w:p>
    <w:p>
      <w:r>
        <w:rPr>
          <w:b/>
        </w:rPr>
        <w:t xml:space="preserve">[10:36] </w:t>
      </w:r>
      <w:r>
        <w:t>to ALLAH ta'ala ne hidayat utari aur yeh baat surah baqarah mein aai hai ke ALLAH ki barai is par ke usne tum ko rah batai taake tum uske shukr guzar bano.</w:t>
      </w:r>
    </w:p>
    <w:p>
      <w:pPr>
        <w:jc w:val="right"/>
      </w:pPr>
      <w:r>
        <w:t>تو اللہ تعالینے ہدایتات اریاور یہبات سورہبقرہمیںآئیہے کہاللہ کیبڑ ائی اسپر کہاسنےتم کو راہبتائی تاکہتم اسکے شکرگزاربنو۔</w:t>
      </w:r>
    </w:p>
    <w:p>
      <w:r>
        <w:rPr>
          <w:b/>
        </w:rPr>
        <w:t xml:space="preserve">[10:49] </w:t>
      </w:r>
      <w:r>
        <w:t>to wohi shukr ki haqeeqat hai, wohi kaha ke thank you karna. woh thank you to woh lip service hai. humein khuda ko acknowledge karna hai aur acknowledge karna hai uski blessings ke reference se.</w:t>
      </w:r>
    </w:p>
    <w:p>
      <w:pPr>
        <w:jc w:val="right"/>
      </w:pPr>
      <w:r>
        <w:t>تو وہیشکرکیحقیقت ہے،وہی کہایکہے thankyouکرنا۔ وہ thankyouتووہ lip service ہے۔ ہمیں خداکو acknowledgeکرناہے اور acknowledgeکرناہے اسکی blessings کے refer enceسے۔</w:t>
      </w:r>
    </w:p>
    <w:p>
      <w:r>
        <w:rPr>
          <w:b/>
        </w:rPr>
        <w:t xml:space="preserve">[11:04] </w:t>
      </w:r>
      <w:r>
        <w:t>kyunke har aan uski blessings humein mil rahi hain. ab oxygen hai, khana peena hai, suraj hai, uski ujala hai, light</w:t>
      </w:r>
    </w:p>
    <w:p>
      <w:pPr>
        <w:jc w:val="right"/>
      </w:pPr>
      <w:r>
        <w:t>کیونکہہر آن اسکیblessings ہمیںملرہیہیں۔ اب آکسیجنہے، کھانا پیناہے، سورجہے، اسکی اجالاہے، لائٹ</w:t>
      </w:r>
    </w:p>
    <w:p>
      <w:r>
        <w:rPr>
          <w:b/>
        </w:rPr>
        <w:t xml:space="preserve">[11:14] </w:t>
      </w:r>
      <w:r>
        <w:t>hai. matlab agar hum sochte rahein, sochte rahein to kabhi yeh blessings ka jo hai count kabhi khatam nahi hoga. to yeh blessings hum ko chunke har aan mil rahi hain, is liye yeh rule lagai gai ke waqti taur par hum khana pani chodein taake humein ehsaas ho ke khana pani kitna ziyada important hai.</w:t>
      </w:r>
    </w:p>
    <w:p>
      <w:pPr>
        <w:jc w:val="right"/>
      </w:pPr>
      <w:r>
        <w:t>ہے۔ مطلب اگر ہمسوچتےرہیں،سوچتےرہیںتو کبھی یہ blessings کاجو ہے count کبھیختمنہیںہوگا۔ تو یہ blessings ہمکو چونکہ ہرآن ملرہیہیں، اسلیے یہ روکلگائیگئی کہ وق تیطور پرہم کھاناپانی چھوڑیں تاکہہمیں احساس ہو کہکھاناپانی کتنازیادہ important ہے۔</w:t>
      </w:r>
    </w:p>
    <w:p>
      <w:r>
        <w:rPr>
          <w:b/>
        </w:rPr>
        <w:t xml:space="preserve">[11:36] </w:t>
      </w:r>
      <w:r>
        <w:t>to yeh jo shadeed bhook pyas ka tajurba aap dekhiye ke jo jo haiz hain, unko to yeh sab tajurbe hote hain nahi.</w:t>
      </w:r>
    </w:p>
    <w:p>
      <w:pPr>
        <w:jc w:val="right"/>
      </w:pPr>
      <w:r>
        <w:t>تویہجو شدید بھوکپیاسکاتجربہآپدیکھیےکہ جو جو حیضہیں،انکوتویہسبتجربےہوتےہینہیں ۔</w:t>
      </w:r>
    </w:p>
    <w:p>
      <w:r>
        <w:rPr>
          <w:b/>
        </w:rPr>
        <w:t xml:space="preserve">[11:44] </w:t>
      </w:r>
      <w:r>
        <w:t>haiz na'asto unko to tajurbe bhi hote hain lekin haiz ko kahan hote hain? to unko yeh tajurba karaya gaya taake unko ehsaas ho ke khuda kitna ziyada bada benefactor hai aur har aan humein apni blessings ko bhi jahraha hai.</w:t>
      </w:r>
    </w:p>
    <w:p>
      <w:pPr>
        <w:jc w:val="right"/>
      </w:pPr>
      <w:r>
        <w:t>حیض ناٹستو انکوتو تجربےبھیہوتےہیںلیکن ح یضکوکہاںہوتےہیں؟ توانکو یہ تجربہ کر ایاگیا تاکہ انکو احساس ہو کہ خدا کتنازیادہ بڑا ben efactorہے اور ہر آن ہمیںاپنی blessingsکو بھیجرہاہے۔</w:t>
      </w:r>
    </w:p>
    <w:p>
      <w:r>
        <w:rPr>
          <w:b/>
        </w:rPr>
        <w:t xml:space="preserve">[12:02] </w:t>
      </w:r>
      <w:r>
        <w:t>to jab din bhar insaan khana pani chhod kar pure usko rase se guzar kar jab sham ko khana khata hai, pani peeta hai, tab woh zabardast tareeqe se khuda ka shukr ada karta hai.</w:t>
      </w:r>
    </w:p>
    <w:p>
      <w:pPr>
        <w:jc w:val="right"/>
      </w:pPr>
      <w:r>
        <w:t>توجب دن بھر انسان کھاناپانی چھوڑکر پورےاسکورسسےگزر کرجب شامکو کھاناکھاتاہے،پانی پیتاہے،تب وہزبردستطریقےسے خداکاشکراداکرتاہے۔</w:t>
      </w:r>
    </w:p>
    <w:p>
      <w:r>
        <w:rPr>
          <w:b/>
        </w:rPr>
        <w:t xml:space="preserve">[12:14] </w:t>
      </w:r>
      <w:r>
        <w:t>to yahi khuda ka shukr ada karna jo hai, yeh sab se badi ibadat hai. to isi ki roze mein training di jati hai. quran mein aaya hai qaleelun min ash-shakireen ke bohat kam bande hain jo khuda ka shukr ada karenge.</w:t>
      </w:r>
    </w:p>
    <w:p>
      <w:pPr>
        <w:jc w:val="right"/>
      </w:pPr>
      <w:r>
        <w:t>تو یہیخداکا شکراداکرنا جوہے، یہ سبسےبڑیعبادتہے۔ تو اسی کی روزےمیں trainingدیجاتیہے۔ قرآنمیںآیاہےقلیل من الشاکرین کہبہت کم بندےہیںجو خداکاشکراداکریںگے۔</w:t>
      </w:r>
    </w:p>
    <w:p>
      <w:r>
        <w:rPr>
          <w:b/>
        </w:rPr>
        <w:t xml:space="preserve">[12:29] </w:t>
      </w:r>
      <w:r>
        <w:t>to jaante hain aap, woh aapko yaad hoga ke shaitan ne yahi to kaha tha ke main tere tamaam bando ko nashukra bana dunga</w:t>
      </w:r>
    </w:p>
    <w:p>
      <w:pPr>
        <w:jc w:val="right"/>
      </w:pPr>
      <w:r>
        <w:t>تو جانتےہیںآپ ، وہ آپکویادہوگاکہ شیطاننےیہیتوکہاتھا کہمیں تیرے استمام بندوںکوناشکرابنادوںگ</w:t>
      </w:r>
    </w:p>
    <w:p>
      <w:r>
        <w:rPr>
          <w:b/>
        </w:rPr>
        <w:t xml:space="preserve">[12:38] </w:t>
      </w:r>
      <w:r>
        <w:t>a. to shaitan jaanta tha ke duniya mein aisa woh hoga nahi ke har insaan ko har cheez mil jaye. jo cheez nahi milegi, bas usi ke liye woh khuda ki nashukri karega.</w:t>
      </w:r>
    </w:p>
    <w:p>
      <w:pPr>
        <w:jc w:val="right"/>
      </w:pPr>
      <w:r>
        <w:t>ا۔ تو شیطانجانتاتھا کہ دنیا میں ایساتوہوگانہیںکہ ہرانسانکوہرچیزملجائے۔ جو چیزنہیںملےگی، بساسیکےلیےوہخداکیناشکریکرےگا۔</w:t>
      </w:r>
    </w:p>
    <w:p>
      <w:r>
        <w:rPr>
          <w:b/>
        </w:rPr>
        <w:t xml:space="preserve">[12:49] </w:t>
      </w:r>
      <w:r>
        <w:t>to humein jo cheez mili hui hai, uspar hamara focus hona chahiye, na ke na mili hui pe. bilkul ji. to tabhi hamare dil se alhamdulillah niklega.</w:t>
      </w:r>
    </w:p>
    <w:p>
      <w:pPr>
        <w:jc w:val="right"/>
      </w:pPr>
      <w:r>
        <w:t>توہمیںجوچیز ملی ہوئیہے، اسپرہمارا focusہوناچاہیے،نہ کہ نہ ملی ہوئی پہ۔ بالکل جی۔ توتبھیہمارے دلسے الحمدللہ نکلےگا۔</w:t>
      </w:r>
    </w:p>
    <w:p>
      <w:r>
        <w:rPr>
          <w:b/>
        </w:rPr>
        <w:t xml:space="preserve">[13:00] </w:t>
      </w:r>
      <w:r>
        <w:t>kyunke agar hum ek hi cheez par woh focus karte rahein ke yeh cheez hamein nahi mili</w:t>
      </w:r>
    </w:p>
    <w:p>
      <w:pPr>
        <w:jc w:val="right"/>
      </w:pPr>
      <w:r>
        <w:t>کیونکہاگرہمایکہیچیزپر وہfocusکرتے رہیں کہیہچیزہمیںنہیںملی</w:t>
      </w:r>
    </w:p>
    <w:p>
      <w:r>
        <w:rPr>
          <w:b/>
        </w:rPr>
        <w:t xml:space="preserve">[13:05] </w:t>
      </w:r>
      <w:r>
        <w:t>hui hai, to jab hamare dimagh mein complaint aa jayega aur hum ideal ki talash mein pareshan rahenge ke hamein yeh cheez nahi, hamein available hain, woh cheez available nahi hai, to phir hum kabhi bhi dil se alhamdulillah nahi kar sakte.</w:t>
      </w:r>
    </w:p>
    <w:p>
      <w:pPr>
        <w:jc w:val="right"/>
      </w:pPr>
      <w:r>
        <w:t>ہوئی ہے، توجبہمارےدماغمیں comp laintآجائےگا اورہم ide alکیتلاشمیں پریشانرہیںگے کہہمیںیہچیزنہیں ،ہم availableہیں،وہچیزavailableنہیںہے، توپھرہمکبھیبھیدلسےالح مدللہنہیں کرسکتے۔</w:t>
      </w:r>
    </w:p>
    <w:p>
      <w:r>
        <w:rPr>
          <w:b/>
        </w:rPr>
        <w:t xml:space="preserve">[13:21] </w:t>
      </w:r>
      <w:r>
        <w:t>ab jaise life support system hai, life support system itni bari blessing hai ke poori kainat mein yeh sari cheezein nahi hain.</w:t>
      </w:r>
    </w:p>
    <w:p>
      <w:pPr>
        <w:jc w:val="right"/>
      </w:pPr>
      <w:r>
        <w:t>اب جیسےlife support system ہے، life support system اتنیبڑی blessingہےکہ پوری کائناتمیں یہساریچیزیںنہیںہیں۔</w:t>
      </w:r>
    </w:p>
    <w:p>
      <w:r>
        <w:rPr>
          <w:b/>
        </w:rPr>
        <w:t xml:space="preserve">[13:30] </w:t>
      </w:r>
      <w:r>
        <w:t>bahut zyada talash hui pani ki tamam planets par, har jagah</w:t>
      </w:r>
    </w:p>
    <w:p>
      <w:pPr>
        <w:jc w:val="right"/>
      </w:pPr>
      <w:r>
        <w:t>بہت زیادہ تلاشہوئی پانیکی تمام plan etsپر،ہرجگہ</w:t>
      </w:r>
    </w:p>
    <w:p>
      <w:r>
        <w:rPr>
          <w:b/>
        </w:rPr>
        <w:t xml:space="preserve">[13:35] </w:t>
      </w:r>
      <w:r>
        <w:t>, lekin kahin kuch nahi mila. to iska matlab hai ke yeh is is duniya mein, is planet Earth par, Allah Ta'ala ne special tareeqe se ek to sabse pehle insaan ko creation hai, phir uske baad tamam cheezon ko create kiya, tamam life support system banaya, uske baad insaan ko yahan rakha.</w:t>
      </w:r>
    </w:p>
    <w:p>
      <w:pPr>
        <w:jc w:val="right"/>
      </w:pPr>
      <w:r>
        <w:t>،لیکن کہیںکچھنہیں ملا۔ تو اسکامطلبہے کہیہ اس اسدنیا میں، اس planet Earthپر،اللہ تعالینے special طریقےسے ایکتوسبسےپہلے انسانکو cre ationہے، پھراسکےبعد تمام چیزوںکو cre ateکیا ،تمام life support system بنایا، اسکےبعد انسانکویہاںرکھا۔</w:t>
      </w:r>
    </w:p>
    <w:p>
      <w:r>
        <w:rPr>
          <w:b/>
        </w:rPr>
        <w:t xml:space="preserve">[13:56] </w:t>
      </w:r>
      <w:r>
        <w:t>to insaan ke andar bahut sari unique cheezein</w:t>
      </w:r>
    </w:p>
    <w:p>
      <w:pPr>
        <w:jc w:val="right"/>
      </w:pPr>
      <w:r>
        <w:t>تو انسان کےاندر بہت ساری uniqueچیزیں</w:t>
      </w:r>
    </w:p>
    <w:p>
      <w:r>
        <w:rPr>
          <w:b/>
        </w:rPr>
        <w:t xml:space="preserve">[14:00] </w:t>
      </w:r>
      <w:r>
        <w:t>hain. ek lazzat ka ehsaas, matlab insaan har cheez ko enjoy karta hai. achhe khane ko, achhe dress ko, har achhi hawa aah thandi thandi chal rahi hai, usko har cheez ko woh enjoy karta hai.</w:t>
      </w:r>
    </w:p>
    <w:p>
      <w:pPr>
        <w:jc w:val="right"/>
      </w:pPr>
      <w:r>
        <w:t>ہیں۔ ایک لذتکااحساس ،مطلبانسان ہرچیزکوenjoyکرتاہے۔ اچھےکھانےکو،اچھے ڈریسکو، ہراچھی ہوا ٹھنڈیٹھنڈیچلرہیہے،اسکو ہرچیز کووہenjoyکرتاہے۔</w:t>
      </w:r>
    </w:p>
    <w:p>
      <w:r>
        <w:rPr>
          <w:b/>
        </w:rPr>
        <w:t xml:space="preserve">[14:13] </w:t>
      </w:r>
      <w:r>
        <w:t>ab jaanwar hain, woh to bas woh pet bharne ke liye khata hai. to yeh jo cheezein hain, enjoyment hai, happiness hai, yeh sab cheezein Allah Ta'ala ne insaan ko di hui</w:t>
      </w:r>
    </w:p>
    <w:p>
      <w:pPr>
        <w:jc w:val="right"/>
      </w:pPr>
      <w:r>
        <w:t>ابجان ورہے، وہتوبسوہپیٹبھرنےکےلیےکھاتاہے۔ تو یہ جو چیزیںہیں، enjo yment ہے، happinessہے، یہسبچیزیںاللہ تعالینے انسان کو دیہوئی</w:t>
      </w:r>
    </w:p>
    <w:p>
      <w:r>
        <w:rPr>
          <w:b/>
        </w:rPr>
        <w:t xml:space="preserve">[14:25] </w:t>
      </w:r>
      <w:r>
        <w:t>hain. to insaan ka ko yahi return Allah ko dena hai ke woh khoob khoob Allah ka shukar ada kare. kyunke Allah ko to aur kisi cheez ki zaroorat hai nahi.</w:t>
      </w:r>
    </w:p>
    <w:p>
      <w:pPr>
        <w:jc w:val="right"/>
      </w:pPr>
      <w:r>
        <w:t>ہیں۔ تو انسان کا کو یہی return اللہ کودیناہےکہوہ خوبخوباللہ کا شکراداکرے۔ کیونکہاللہ کوتواورکسیچیزکیضرورتہےنہیں ۔</w:t>
      </w:r>
    </w:p>
    <w:p>
      <w:r>
        <w:rPr>
          <w:b/>
        </w:rPr>
        <w:t xml:space="preserve">[14:35] </w:t>
      </w:r>
      <w:r>
        <w:t>aur yahi Allah Ta'ala ne farmaya hai ke la in shakkartum la azeedannakum agar tum shukar karoge to mein tumko aur zyada dunga. to yeh shukr jo hai na, yahi nematton ki price hai.</w:t>
      </w:r>
    </w:p>
    <w:p>
      <w:pPr>
        <w:jc w:val="right"/>
      </w:pPr>
      <w:r>
        <w:t>اور یہیاللہ تعالینےفرمایاہے کہ لَاإِنْشَكَرْتُمْلَاأَزِيدَنَّكُمْ اگر تم شکر کروگےتومیںتمکواورزیادہ دوںگا۔ تویہ شکرجوہےنا،یہی نعمتوںکیپرائسہے۔</w:t>
      </w:r>
    </w:p>
    <w:p>
      <w:r>
        <w:rPr>
          <w:b/>
        </w:rPr>
        <w:t xml:space="preserve">[14:48] </w:t>
      </w:r>
      <w:r>
        <w:t>aur agar hum acknowledge nahi karte to samajh lijiye ke hum user par hain.</w:t>
      </w:r>
    </w:p>
    <w:p>
      <w:pPr>
        <w:jc w:val="right"/>
      </w:pPr>
      <w:r>
        <w:t>اوراگرہم acknowledgeنہیںکرتے توسمجھلیجئےکہہم userپرہیں۔</w:t>
      </w:r>
    </w:p>
    <w:p>
      <w:r>
        <w:rPr>
          <w:b/>
        </w:rPr>
        <w:t xml:space="preserve">[14:52] </w:t>
      </w:r>
      <w:r>
        <w:t>bilkul aise hi hai jaise humne cheezein li, use ki, aur uska shukr ada nahi kiya to uska matlab humne uski price pay nahi kiya. to wohi jaise bandar bandar hote hain, chheen chapat ke khate peete hain, to wohi hamara haal ho jayega.</w:t>
      </w:r>
    </w:p>
    <w:p>
      <w:pPr>
        <w:jc w:val="right"/>
      </w:pPr>
      <w:r>
        <w:t>بال کلایسےہیہےجیسےہمنے چیزیں لی،use کیں،اور اسکاشکرادانہیںکیا تواسکامطلبہمنے اسکی price payنہیںکیا۔ تو وہی جیسےبندربندرہوتےہیں، چھینچھپٹکےکھاتےپیتےہیں، تووہیہماراحالہوجائےگا۔</w:t>
      </w:r>
    </w:p>
    <w:p>
      <w:r>
        <w:rPr>
          <w:b/>
        </w:rPr>
        <w:t xml:space="preserve">[15:07] </w:t>
      </w:r>
      <w:r>
        <w:t>to jab hum shukr ada karte hain to woh hamara Khuda ki taraf se woh woh price hoti hai. to woh hamein isko bahut achhi tarah se yeh baat ko samajhna hai.</w:t>
      </w:r>
    </w:p>
    <w:p>
      <w:pPr>
        <w:jc w:val="right"/>
      </w:pPr>
      <w:r>
        <w:t>توجبہمشکراداکرتےہیںتووہ ہمارا خداکیطرفسے وہ وہ priceہوتیہے۔ تو وہہمیں اسکو بہت اچھیطریقےسےیہباتکوسمجھناہے۔</w:t>
      </w:r>
    </w:p>
    <w:p>
      <w:r>
        <w:rPr>
          <w:b/>
        </w:rPr>
        <w:t xml:space="preserve">[15:17] </w:t>
      </w:r>
      <w:r>
        <w:t>aur Khuda ka haqeeqi ma'ne mein Khuda ka shukr</w:t>
      </w:r>
    </w:p>
    <w:p>
      <w:pPr>
        <w:jc w:val="right"/>
      </w:pPr>
      <w:r>
        <w:t>اور خدا کا حقیقی معنیمیںخداکا ش</w:t>
      </w:r>
    </w:p>
    <w:p>
      <w:r>
        <w:rPr>
          <w:b/>
        </w:rPr>
        <w:t xml:space="preserve">[15:21] </w:t>
      </w:r>
      <w:r>
        <w:t>karna hai. dil se Khuda ka shukr karna hai. aur na ke sirf duniya mein isko sari kamyabi milegi. balkeh akhirat mein bhi shukr hi ka badla jannat hai.</w:t>
      </w:r>
    </w:p>
    <w:p>
      <w:pPr>
        <w:jc w:val="right"/>
      </w:pPr>
      <w:r>
        <w:t>کرکرناہے۔ دل سے خدا کاشکرکرناہے۔اور نہ کہ صرفدنیا ہیمیںاسکوساریکامیابینہیںملےگی۔ بل کہ آخرتمیںبھی شکرہیکابدلہ جنتہے۔</w:t>
      </w:r>
    </w:p>
    <w:p>
      <w:r>
        <w:rPr>
          <w:b/>
        </w:rPr>
        <w:t xml:space="preserve">[15:32] </w:t>
      </w:r>
      <w:r>
        <w:t>nashukre log woh hain, jannat mein nahi jayenge. to yeh humko logon ko ehsaas dilana hai. ji mashallah, bahut sahi apa</w:t>
      </w:r>
    </w:p>
    <w:p>
      <w:pPr>
        <w:jc w:val="right"/>
      </w:pPr>
      <w:r>
        <w:t>ناشکرےلوگجوہیں،جنتمیںنہیں جائیںگے۔ تو یہ ہمکو لوگوںکو احساسدل اناہے۔ جی ماشاءاللہ،بہت صحیحآپا</w:t>
      </w:r>
    </w:p>
    <w:p>
      <w:r>
        <w:rPr>
          <w:b/>
        </w:rPr>
        <w:t xml:space="preserve">[15:41] </w:t>
      </w:r>
      <w:r>
        <w:t>aapne farmaya. Infact, aap agar hum dekhein bhi human psychology to mostly people ignore what they have aur unke andar jo frustration ya phir jo ek sense of dissatisfaction hota hai, woh na mile hue ko zyada focus karte hain.</w:t>
      </w:r>
    </w:p>
    <w:p>
      <w:pPr>
        <w:jc w:val="right"/>
      </w:pPr>
      <w:r>
        <w:t>آپنےفرمایا۔Infact, آپ ااگر ہمدیکھیںبھیhuman psych ology تو most ly people ignorewhattheyhave اورانکےاندرجوfr ustr ation یا پھر جو ایکsenseofdiss atisfactionہوتاہے، وہ نہملےہوئے کو زیادہ focusکرتےہیں۔</w:t>
      </w:r>
    </w:p>
    <w:p>
      <w:r>
        <w:rPr>
          <w:b/>
        </w:rPr>
        <w:t xml:space="preserve">[15:56] </w:t>
      </w:r>
      <w:r>
        <w:t>Maulana sahib yeh kehte the ke agar one percent bhi mila ho to us one percent ko itna badhaiye ke woh ninety-nine percent ko overwhelm kar jaye. aur tabhi ek insaan ke andar ek purified personality bhi develop hoti hai.</w:t>
      </w:r>
    </w:p>
    <w:p>
      <w:pPr>
        <w:jc w:val="right"/>
      </w:pPr>
      <w:r>
        <w:t>مول اناصاحب یہیکہتےتھے کہاگر one percentبھیملاہو تو اسonepercentکواتنابڑھائیےکہوہ ninety-ninepercentکو over whelmکرجائے۔ اور تبھی ایکانسان کےاندرایک pur ifiedpersonal ityبھیdevelop ہوتیہے۔</w:t>
      </w:r>
    </w:p>
    <w:p>
      <w:r>
        <w:rPr>
          <w:b/>
        </w:rPr>
        <w:t xml:space="preserve">[16:09] </w:t>
      </w:r>
      <w:r>
        <w:t>uska intellectual development hota hai. woh humble personality banta hai. to aapne bilkul aapne sahi kaha ke agar hum shukr na karein to hum jaise shaitan ko follow kar rahe hain.</w:t>
      </w:r>
    </w:p>
    <w:p>
      <w:pPr>
        <w:jc w:val="right"/>
      </w:pPr>
      <w:r>
        <w:t>اسکاintellectualdevelop mentہوتاہے۔وہhumblepersonal ityبنتاہے۔ تو آپنےبالکل آپاصحیحکہاکہ اگرہمشکرنہکریں توہم جیسےشیطانکوfollow کررہےہیں۔</w:t>
      </w:r>
    </w:p>
    <w:p>
      <w:r>
        <w:rPr>
          <w:b/>
        </w:rPr>
        <w:t xml:space="preserve">[16:18] </w:t>
      </w:r>
      <w:r>
        <w:t>lekin sirf jo insaan shukr karega, woh hi jannat mein dakhil</w:t>
      </w:r>
    </w:p>
    <w:p>
      <w:pPr>
        <w:jc w:val="right"/>
      </w:pPr>
      <w:r>
        <w:t>لیکن صرف جو انسان شکرکرےگا، وہ ی جنتمیں داخ</w:t>
      </w:r>
    </w:p>
    <w:p>
      <w:r>
        <w:rPr>
          <w:b/>
        </w:rPr>
        <w:t xml:space="preserve">[16:24] </w:t>
      </w:r>
      <w:r>
        <w:t>paayega. aap Quran jab hum padhte hain to hum dekhte hain ke Quran mein bahut zyada emphasis hai sabr ko lekar. Infact, chapter thirty-nine mein yeh bhi aaya hai ke those who persevere patiently they will be given beyond measure. aap is sabse unique baat yeh hai ke kisi aur deed ke liye Quran mein is tarah ki ayat nahi aayi hai ke aapko beyond measure reward diya jaye</w:t>
      </w:r>
    </w:p>
    <w:p>
      <w:pPr>
        <w:jc w:val="right"/>
      </w:pPr>
      <w:r>
        <w:t>لہپائےگا۔ آپ ا قرآنجبہمپڑھتےہیںتو ہم دیکھتےہیںکہقرآنمیںبہت زیادہ emphasisہے صبرکولےکر ۔ Infact, chapter thirty-nineمیںیہبھیآیاہےکہ those who pers evere patiently theywillbe given beyond measure آپ اسبسے uniqueباتیہہےکہ کسی اور deedکےلیے قرآنمیںاسطریقےکیآیتنہیںآئیہے کہآپکو beyond measure rewardدیاجائے</w:t>
      </w:r>
    </w:p>
    <w:p>
      <w:r>
        <w:rPr>
          <w:b/>
        </w:rPr>
        <w:t xml:space="preserve">[16:51] </w:t>
      </w:r>
      <w:r>
        <w:t>ga. to hum dekhte hain ke reward aur sabr ka ek relation hai. they are not inseparable. aur aapne Rasul Allah ne bhi month of Ramadan ko month of sabr kaha hai.</w:t>
      </w:r>
    </w:p>
    <w:p>
      <w:pPr>
        <w:jc w:val="right"/>
      </w:pPr>
      <w:r>
        <w:t>گا۔ تو ہمدیکھتےہیںکہ reward اور صبرکا ایک rel ationہے۔theyarenot inseparable اور آپارسولاللہنےبھی monthofرمضانکو monthof صبرکہاہے۔</w:t>
      </w:r>
    </w:p>
    <w:p>
      <w:r>
        <w:rPr>
          <w:b/>
        </w:rPr>
        <w:t xml:space="preserve">[17:04] </w:t>
      </w:r>
      <w:r>
        <w:t>to mein chahunga aap is cheez ko bhi aap wazeh karein ke Ramadan ke mahine ko jo sabr ka mahina kaha gaya hai, to aisa kyun kaha gaya hai aur uska kya significance hai, uske bare mein bhi aap hum sab ko batayein.</w:t>
      </w:r>
    </w:p>
    <w:p>
      <w:pPr>
        <w:jc w:val="right"/>
      </w:pPr>
      <w:r>
        <w:t>تو میںچاہوںگاآپاسچیزکوبھیآپواضحکریںکہ رمضانکےمہینےکوجوصبرکامہینہکہاگیاہے، تو ایساکیوںکہاگیاہےاور اسکاکیا signific anceہے، اسکےبارےمیںبھی آپ ہمسبکوبتائیں۔</w:t>
      </w:r>
    </w:p>
    <w:p>
      <w:r>
        <w:rPr>
          <w:b/>
        </w:rPr>
        <w:t xml:space="preserve">[17:18] </w:t>
      </w:r>
      <w:r>
        <w:t>asal mein yeh jo khana peena chhodne se jo mushqat hoti hai, jo hardship hoti hai, woh to uska ek minor part hai. ji asal sabr to hamari jo social life mein hum jab nikalte hain to hamein karna padta hai.</w:t>
      </w:r>
    </w:p>
    <w:p>
      <w:pPr>
        <w:jc w:val="right"/>
      </w:pPr>
      <w:r>
        <w:t>اصلمیںیہجوکھاناپیناچھوڑنےسےجو مش قتہوتیہے،جوhard ship ہوتیہے، وہ تواسکاایک minor part ہے۔ جی اصل صبرتو ہماریجوsocial life میںہمجب نکلتےہیں تو ہمیںکرناپڑتاہے۔</w:t>
      </w:r>
    </w:p>
    <w:p>
      <w:r>
        <w:rPr>
          <w:b/>
        </w:rPr>
        <w:t xml:space="preserve">[17:32] </w:t>
      </w:r>
      <w:r>
        <w:t>aur chounke sabr ka beyond measure reward isliye hai ke sabr Allah ke liye karna hai. Kyunke Allah ta'ala ne tamam insano ko freedom diya hai.</w:t>
      </w:r>
    </w:p>
    <w:p>
      <w:pPr>
        <w:jc w:val="right"/>
      </w:pPr>
      <w:r>
        <w:t>اور چونکہ صبرکا beyond measure reward اسلیےہے کہ صبر اللہ کےلیے کرناہے۔ کیونکہاللہ تعالینے تمام انسانوںکو freedomدیاہے۔</w:t>
      </w:r>
    </w:p>
    <w:p>
      <w:r>
        <w:rPr>
          <w:b/>
        </w:rPr>
        <w:t xml:space="preserve">[17:43] </w:t>
      </w:r>
      <w:r>
        <w:t>Ab isko yeh bhi freedom hai apne misuse karne ki bhi freed</w:t>
      </w:r>
    </w:p>
    <w:p>
      <w:pPr>
        <w:jc w:val="right"/>
      </w:pPr>
      <w:r>
        <w:t>اباسکویہبھی freedomہے اپنے mis use کرنے کیبھیfreed</w:t>
      </w:r>
    </w:p>
    <w:p>
      <w:r>
        <w:rPr>
          <w:b/>
        </w:rPr>
        <w:t xml:space="preserve">[17:47] </w:t>
      </w:r>
      <w:r>
        <w:t>om hai. To jab hum jab hum ko koi musibat pohnchti hai kisi ke zariye se, koi hamare par zulm karta hai, injustice karta hai, to woh khuda ne isko freedom diya hua hai, is wajah se woh karta hai.</w:t>
      </w:r>
    </w:p>
    <w:p>
      <w:pPr>
        <w:jc w:val="right"/>
      </w:pPr>
      <w:r>
        <w:t>omہے۔ توجبہم جبہمکوکوئی مصیبتپہنچتیہےکسیکےذریعےسے ، کوئیہمارےپرظلمکرتاہے،injusticeکرتاہے، تو وہ خ دانےاسکو freedomدیا ہواہے،اسوجہسےوہکرتاہے۔</w:t>
      </w:r>
    </w:p>
    <w:p>
      <w:r>
        <w:rPr>
          <w:b/>
        </w:rPr>
        <w:t xml:space="preserve">[18:00] </w:t>
      </w:r>
      <w:r>
        <w:t>To hum jab sabr karte hain, bardasht karte hain, to woh Khuda ki di hui freedom par sabr karte hain. To is wajah se Khuda jo hai, isko bohat bada badla dega.</w:t>
      </w:r>
    </w:p>
    <w:p>
      <w:pPr>
        <w:jc w:val="right"/>
      </w:pPr>
      <w:r>
        <w:t>توہمجب صبرکرتےہیں،برداشتکرتے ہیں، تو وہ خدا کی دیہوئی freedomپر صبرکرتے ہیں۔ تو اسوجہ سےخدا جوہے،اسکابہت بڑابدلہدےگا۔</w:t>
      </w:r>
    </w:p>
    <w:p>
      <w:r>
        <w:rPr>
          <w:b/>
        </w:rPr>
        <w:t xml:space="preserve">[18:11] </w:t>
      </w:r>
      <w:r>
        <w:t>Aur iska jo hai, iske sabr karne se hamare tamam masail bhi hal hote hain.</w:t>
      </w:r>
    </w:p>
    <w:p>
      <w:pPr>
        <w:jc w:val="right"/>
      </w:pPr>
      <w:r>
        <w:t>اور اسکا جوہے،اسکے صبرکرنے سےہمارےتمام مسائلبھیحلہوتےہیں۔</w:t>
      </w:r>
    </w:p>
    <w:p>
      <w:r>
        <w:rPr>
          <w:b/>
        </w:rPr>
        <w:t xml:space="preserve">[18:17] </w:t>
      </w:r>
      <w:r>
        <w:t>Aisa nahi hai ke woh ek passive activity hai. Balkeh hamare tamam masail sabr karne se hal hote hain. Agar hum lad jayein to hum apne masail ko aur aggravate karte hain.</w:t>
      </w:r>
    </w:p>
    <w:p>
      <w:pPr>
        <w:jc w:val="right"/>
      </w:pPr>
      <w:r>
        <w:t>ایسانہیںہےکہوہایک pass iveactiv ityہے۔ بلکہ ہمارےتمام مسائل صبرکرنےسے حلہوتےہیں۔ اگر ہملڑجائیںتوہماپنے مسائلکواور aggravateکرتے ہیں۔</w:t>
      </w:r>
    </w:p>
    <w:p>
      <w:r>
        <w:rPr>
          <w:b/>
        </w:rPr>
        <w:t xml:space="preserve">[18:26] </w:t>
      </w:r>
      <w:r>
        <w:t>Aur gambheer bana lete hain.</w:t>
      </w:r>
    </w:p>
    <w:p>
      <w:pPr>
        <w:jc w:val="right"/>
      </w:pPr>
      <w:r>
        <w:t>اور گمبھیربنالیتےہیں۔</w:t>
      </w:r>
    </w:p>
    <w:p>
      <w:r>
        <w:rPr>
          <w:b/>
        </w:rPr>
        <w:t xml:space="preserve">[18:29] </w:t>
      </w:r>
      <w:r>
        <w:t>To yeh sab roze mein yeh sab cheezein jo hain, woh inhi cheezon ki training hai ke hum ek sabr wali zindagi ko ikhtiyar karein taake aindah jab hum is duniya mein niklenge bahar kaam karne ke liye to woh hum ek trained, repaired mind hamara hoga aur hum aasani se sabr wale raste par chal sakein.</w:t>
      </w:r>
    </w:p>
    <w:p>
      <w:pPr>
        <w:jc w:val="right"/>
      </w:pPr>
      <w:r>
        <w:t>تو یہسب روز ےمیں یہسبچیزیںجوہیں،وہ انہیچیزوں کی training ہے کہہم ایک صبر والی زندگی کو اختیارکریں تاکہ آئندہجبہماسدنیا میں نکلیںگےباہرکام کرنے کےلیےتو وہہمایک trained, repaired mind ہماراہوگا اور ہم آسانیسے ص بروالے راستےپرچلسکیںگے۔</w:t>
      </w:r>
    </w:p>
    <w:p>
      <w:r>
        <w:rPr>
          <w:b/>
        </w:rPr>
        <w:t xml:space="preserve">[18:52] </w:t>
      </w:r>
      <w:r>
        <w:t>Sabr ke ma'ani hain rukna, bardasht karna. Ji sabit qadam rehna, woh jo perseverance hai na, wohi sabr ke ma'ani hain.</w:t>
      </w:r>
    </w:p>
    <w:p>
      <w:pPr>
        <w:jc w:val="right"/>
      </w:pPr>
      <w:r>
        <w:t>صبرکےمعنیہیںرکنا،برداشت کرنا ۔ جی ثابت قدم رہنا،وہ جو pers ever ance ہےنا،وہیصبرکےمعنیہیں۔</w:t>
      </w:r>
    </w:p>
    <w:p>
      <w:r>
        <w:rPr>
          <w:b/>
        </w:rPr>
        <w:t xml:space="preserve">[19:01] </w:t>
      </w:r>
      <w:r>
        <w:t>To Ramzan ke mahine mein to bohat zyada sabr karna parta hai, khali khane peene ka nahi. To mujhe sabse zyada mushkil neend ka lagta tha ke be waqt uthna parta hai.</w:t>
      </w:r>
    </w:p>
    <w:p>
      <w:pPr>
        <w:jc w:val="right"/>
      </w:pPr>
      <w:r>
        <w:t>تو رمضانکےمہینےمیںتوبہتزیادہ صبرکرناپڑتاہے،خالیکھانےپینےکانہیں ۔ تو مجھےسبسےزیادہ مشکل نیندکالگتا تھا کہ بےوقت اٹھناپڑتاہے۔</w:t>
      </w:r>
    </w:p>
    <w:p>
      <w:r>
        <w:rPr>
          <w:b/>
        </w:rPr>
        <w:t xml:space="preserve">[19:13] </w:t>
      </w:r>
      <w:r>
        <w:t>Aur jab hum jab Adam ki umar kam hoti hai na, to neend bohat gehri aati hai. Ji to sochte the ke khali khana peena nahi, balkeh neend bhi is mein shamil</w:t>
      </w:r>
    </w:p>
    <w:p>
      <w:pPr>
        <w:jc w:val="right"/>
      </w:pPr>
      <w:r>
        <w:t>اور جب ہم جبآدمیکیعمر کمہوتیہےنا،تونیندبہت گہریآتیہے۔ جیتوسوچتے تھے کہخالی کھاناپینانہیں،بلکہ نیندبھی اسیمیںشامل</w:t>
      </w:r>
    </w:p>
    <w:p>
      <w:r>
        <w:rPr>
          <w:b/>
        </w:rPr>
        <w:t xml:space="preserve">[19:22] </w:t>
      </w:r>
      <w:r>
        <w:t>hai. Ji ji to in sab cheezon ko chhodna bohat mushkil hota hai. Agar hum aur doosra jab hum tees din ke liye chhodte hain na, to tees din mein hum achhi tarah se trained ho</w:t>
      </w:r>
    </w:p>
    <w:p>
      <w:pPr>
        <w:jc w:val="right"/>
      </w:pPr>
      <w:r>
        <w:t>ہے۔ جیجی تو انسبچیزوںکوچھوڑنا بہت مشکلہوتاہے۔اگر ہم اوردوسراجبہم تیسدنکےلیےچھوڑتےہیںنا، تو تیسدنمیںہماچھیطریقےسے trainedہو</w:t>
      </w:r>
    </w:p>
    <w:p>
      <w:r>
        <w:rPr>
          <w:b/>
        </w:rPr>
        <w:t xml:space="preserve">[19:34] </w:t>
      </w:r>
      <w:r>
        <w:t>jaate hain. Yeh psychology mein bataya jata hai ke jab hum tees din ke liye koi cheez chhodte hain to phir woh hamara aadat ban jati hai.</w:t>
      </w:r>
    </w:p>
    <w:p>
      <w:pPr>
        <w:jc w:val="right"/>
      </w:pPr>
      <w:r>
        <w:t>جاتےہیں۔ یہpsych ologyمیںبتایاجاتاہےکہجبہمتیسدنکےلیے کوئیچیزچھوڑتےہیں تو پھروہہمارا عادتبنجاتیہے۔</w:t>
      </w:r>
    </w:p>
    <w:p>
      <w:r>
        <w:rPr>
          <w:b/>
        </w:rPr>
        <w:t xml:space="preserve">[19:42] </w:t>
      </w:r>
      <w:r>
        <w:t>Phir is mein itna zyada mushkil nahi hota. Phir aindah ki zindagi mein bhi hum aasani se sabr kar de kar sakte hain. To roza jo hai, yeh sabr ki capacity paida karta hai hamare andar.</w:t>
      </w:r>
    </w:p>
    <w:p>
      <w:pPr>
        <w:jc w:val="right"/>
      </w:pPr>
      <w:r>
        <w:t>پھراسمیں اتنازیادہ مشکلنہیںہوتا۔پھرآئندہکیزندگی میںبھی ہم آسانیسے صبرکردے کرسکتےہیں۔ تو روز ہجوہے،یہ صبرکی capac ityپیدا کرتاہےہمارےاندر ۔</w:t>
      </w:r>
    </w:p>
    <w:p>
      <w:r>
        <w:rPr>
          <w:b/>
        </w:rPr>
        <w:t xml:space="preserve">[19:55] </w:t>
      </w:r>
      <w:r>
        <w:t>To yeh sari cheezein jo hain na, ek oomi hukm hai, general commandment hai. Lekin jo zyada zor diya gaya hai Ramzan mein, sirf is liye ke Ramzan mein iski training di jati hai.</w:t>
      </w:r>
    </w:p>
    <w:p>
      <w:pPr>
        <w:jc w:val="right"/>
      </w:pPr>
      <w:r>
        <w:t>تو یہساریچیزیںجوہیںنا،ایک عم ومی حکمہے، general commandmentہے۔ لیکن جو زیادہ زوردیاگیاہے رمضانمیں ، صرف اسلیے کہرمضانمیں اسکی tra ining دیجاتیہے۔</w:t>
      </w:r>
    </w:p>
    <w:p>
      <w:r>
        <w:rPr>
          <w:b/>
        </w:rPr>
        <w:t xml:space="preserve">[20:08] </w:t>
      </w:r>
      <w:r>
        <w:t>To yeh hai ke kyunke dekhiye, is duniya mein bohat sare napasandida surat haal hoti hain. Napasandida jo hum unpleasant situation hoti hai, to is mein humein apne jazbat ko control karna, sabr karna.</w:t>
      </w:r>
    </w:p>
    <w:p>
      <w:pPr>
        <w:jc w:val="right"/>
      </w:pPr>
      <w:r>
        <w:t>تو یہہےکہکیونکہدیکھیے،اسدنیا میں بہت سارے ناپسندیدہ صورت حالہوتیہیں۔ ناپسندیدہجوہم unple asantsitu ationہوتیہے، تو اسمیںہمیں اپنے جذباتکو کنٹرولکرنا ، صبرکرنا۔</w:t>
      </w:r>
    </w:p>
    <w:p>
      <w:r>
        <w:rPr>
          <w:b/>
        </w:rPr>
        <w:t xml:space="preserve">[20:23] </w:t>
      </w:r>
      <w:r>
        <w:t>Sabr karne ka matlab Mola ne farmaya tha ke woh hum planning karte hain. Jab tak hum sabr nahi karenge, jab tak hum jo hain naye sirsay se planning nahi kar sakein</w:t>
      </w:r>
    </w:p>
    <w:p>
      <w:pPr>
        <w:jc w:val="right"/>
      </w:pPr>
      <w:r>
        <w:t>صبرکرنے کامطلب مول انانےفرمایاتھاکہوہ ہم plan ningکرتے ہیں۔ جبتکہم صبرنہیںکریںگے،تبتکہم جوہے نئےسرےسےplan ningنہیںکرسکیںگ</w:t>
      </w:r>
    </w:p>
    <w:p>
      <w:r>
        <w:rPr>
          <w:b/>
        </w:rPr>
        <w:t xml:space="preserve">[20:34] </w:t>
      </w:r>
      <w:r>
        <w:t>ge. Matlab ek tareeqa jo hai, hamara kargar nahi ho raha hai, to hum koi doosri planning karte hain. Jaise har tarah ke humein tajrube aur Rasool Allah (SAW) ki zindagi mein milte hain.</w:t>
      </w:r>
    </w:p>
    <w:p>
      <w:pPr>
        <w:jc w:val="right"/>
      </w:pPr>
      <w:r>
        <w:t>ے۔ مطلب ایک طریقہجوہے،ہمارا کار گرنہیںہورہاہے، توہمکوئیدوسری plan ningکرتےہیں۔جیسے ہرطرح کےہمیں تجربے اور رسولاللہصلیاللہعلیہوسلمکیزندگی میںملتےہیں۔</w:t>
      </w:r>
    </w:p>
    <w:p>
      <w:r>
        <w:rPr>
          <w:b/>
        </w:rPr>
        <w:t xml:space="preserve">[20:46] </w:t>
      </w:r>
      <w:r>
        <w:t>Jaise Makkah mein aap nahi kar pa rahe the, to aap ne planning ki hijrat karne ki, Madinah chale gaye. Aur Madinah mein zabardast kaam hua.</w:t>
      </w:r>
    </w:p>
    <w:p>
      <w:pPr>
        <w:jc w:val="right"/>
      </w:pPr>
      <w:r>
        <w:t>جیسےمکہمیںآپ کامنہیں کرپارہےتھے،تو آپ نے plan ningکیہجرتکرنے کی ، مدینہچلےگئے۔ اورمدینہمیں زبرد ست کامہوا ۔</w:t>
      </w:r>
    </w:p>
    <w:p>
      <w:r>
        <w:rPr>
          <w:b/>
        </w:rPr>
        <w:t xml:space="preserve">[20:55] </w:t>
      </w:r>
      <w:r>
        <w:t>To</w:t>
      </w:r>
    </w:p>
    <w:p>
      <w:pPr>
        <w:jc w:val="right"/>
      </w:pPr>
      <w:r>
        <w:t>تو</w:t>
      </w:r>
    </w:p>
    <w:p>
      <w:r>
        <w:rPr>
          <w:b/>
        </w:rPr>
        <w:t xml:space="preserve">[20:56] </w:t>
      </w:r>
      <w:r>
        <w:t>Sabr ka matlab log samajhte hain ke yeh ek passive baat hai, yeh cowardice hai. Yeh bilkul galat hai. Agar cowardice hota to Allah ta'ala sabr ka ajr jo hai, reward baghair hisab kyun deta?</w:t>
      </w:r>
    </w:p>
    <w:p>
      <w:pPr>
        <w:jc w:val="right"/>
      </w:pPr>
      <w:r>
        <w:t>صبرکامطلب لوگ سمجھتےہیںکہیہایکpass ive باتہے، یہcoverd isہے۔ یہبالکل غلطہے۔اگر coverdisہوتا تو اللہ تعالی صبرکا اجر جوہے، reward بغیرحسابکیوںدیتا ؟</w:t>
      </w:r>
    </w:p>
    <w:p>
      <w:r>
        <w:rPr>
          <w:b/>
        </w:rPr>
        <w:t xml:space="preserve">[21:10] </w:t>
      </w:r>
      <w:r>
        <w:t>To hum jaise ab koi apni baat logon tak pohnchayein, to log jo hain foran nahi samajhte hain. To iske liye opposition karna shuru kar dete</w:t>
      </w:r>
    </w:p>
    <w:p>
      <w:pPr>
        <w:jc w:val="right"/>
      </w:pPr>
      <w:r>
        <w:t>توہمجیسےابکوئیاپنی بات لوگوں تکپہنچائیں، تو لوگ جوہیں فوراًنہیںسمجھتےہیں۔ تواسکےلیے op positionکرناشروع کردیتے</w:t>
      </w:r>
    </w:p>
    <w:p>
      <w:r>
        <w:rPr>
          <w:b/>
        </w:rPr>
        <w:t xml:space="preserve">[21:19] </w:t>
      </w:r>
      <w:r>
        <w:t>hain. To is opposition ko hum sabr bardasht karein, to ek waqt aayega jab woh samajhne lagega. To isi wajah se humein sabr karna hota hai.</w:t>
      </w:r>
    </w:p>
    <w:p>
      <w:pPr>
        <w:jc w:val="right"/>
      </w:pPr>
      <w:r>
        <w:t>ہیں۔ تو اس op positionکوہم صبر برداشت کریں،تو ایک وقت آئےگاجبوہ سمجھنےلگےگا۔ تو اسیوجہ سےہمیں صبرکرناہوتاہے۔</w:t>
      </w:r>
    </w:p>
    <w:p>
      <w:r>
        <w:rPr>
          <w:b/>
        </w:rPr>
        <w:t xml:space="preserve">[21:29] </w:t>
      </w:r>
      <w:r>
        <w:t>Sabr se hamare tamam masail hal ho jate hain, bas thoda time lagta hai. To sabr ko Mola ne practical wisdom kaha tha. Kyunke practical wisdom jo hai, ek toh hota hai wisdom theory mein, to har jagah woh theory chalti nahi.</w:t>
      </w:r>
    </w:p>
    <w:p>
      <w:pPr>
        <w:jc w:val="right"/>
      </w:pPr>
      <w:r>
        <w:t>صبرسےہمارےتمام مسائل حلہوجاتےہیں،بستھوڑاٹائملگتاہے۔ توصبرکومول انانےpracticalwisdomکہاتھا۔ کیونکہ practical wisdom جوہے،ایکتوہوتاہےwisdom the oryمیں ،تو ہرجگہوہtheoryچلتینہیں ۔</w:t>
      </w:r>
    </w:p>
    <w:p>
      <w:r>
        <w:rPr>
          <w:b/>
        </w:rPr>
        <w:t xml:space="preserve">[21:44] </w:t>
      </w:r>
      <w:r>
        <w:t>Woh practical wisdom jab hota hai to hum usko har jagah istemal kar sakte hain.</w:t>
      </w:r>
    </w:p>
    <w:p>
      <w:pPr>
        <w:jc w:val="right"/>
      </w:pPr>
      <w:r>
        <w:t>وہ practicalwisdomجبہوتاہےتوہماسکوہرجگہ استعمالکرسکتےہیں۔</w:t>
      </w:r>
    </w:p>
    <w:p>
      <w:r>
        <w:rPr>
          <w:b/>
        </w:rPr>
        <w:t xml:space="preserve">[21:49] </w:t>
      </w:r>
      <w:r>
        <w:t>to yeh jo hai, isi waja se sabr jo hai, woh ekdum bilkul zaroori hai ek islami zindagi ke liye. Balkeh har tarah ki zindagi ke liye zaroori hai, warna ladte jhagadte rahenge.</w:t>
      </w:r>
    </w:p>
    <w:p>
      <w:pPr>
        <w:jc w:val="right"/>
      </w:pPr>
      <w:r>
        <w:t>تو یہ جوہے، اسیوجہ سے صبرجوہے، وہ ایکدم بالکل ضروریہے ایکاسلامی زندگی کےلیے۔ بلکہہرطرح کیزندگی کےلیےضروریہے،ورنہ لڑتے ج ھگڑتےرہیںگے۔</w:t>
      </w:r>
    </w:p>
    <w:p>
      <w:r>
        <w:rPr>
          <w:b/>
        </w:rPr>
        <w:t xml:space="preserve">[22:02] </w:t>
      </w:r>
      <w:r>
        <w:t>ji Maulana Wahiduddin Khan sahib apaa kiya karte the ke sabr ke is paar jannat hai. Hum aur infact apaa jaise aap ne yeh bohat achhe se explain kiya, because fasting requires restraint.</w:t>
      </w:r>
    </w:p>
    <w:p>
      <w:pPr>
        <w:jc w:val="right"/>
      </w:pPr>
      <w:r>
        <w:t>جی مول انا وحیدالدینخانصاحبآپاکہاکرتے تھےکہ صبرکےاس پار جنتہے۔ ہمماور infactآپاجیسےآپنےیہبہتاچھےسےexplainکیا،because fast ingrequires restraint۔</w:t>
      </w:r>
    </w:p>
    <w:p>
      <w:r>
        <w:rPr>
          <w:b/>
        </w:rPr>
        <w:t xml:space="preserve">[22:13] </w:t>
      </w:r>
      <w:r>
        <w:t>to by its very nature it is an act of patience</w:t>
      </w:r>
    </w:p>
    <w:p>
      <w:pPr>
        <w:jc w:val="right"/>
      </w:pPr>
      <w:r>
        <w:t>تو by its very nature itis an act of pat ience</w:t>
      </w:r>
    </w:p>
    <w:p>
      <w:r>
        <w:rPr>
          <w:b/>
        </w:rPr>
        <w:t xml:space="preserve">[22:19] </w:t>
      </w:r>
      <w:r>
        <w:t>achha apaa taqwe se taqwe se main next question poochna chahunga ke Ramzan also helps in developing taqwe, God consciousness.</w:t>
      </w:r>
    </w:p>
    <w:p>
      <w:pPr>
        <w:jc w:val="right"/>
      </w:pPr>
      <w:r>
        <w:t>۔اچھاآپا تق ویٰسے تق ویٰسےمیں nextquestionپوچھناچاہوںگاکہ رمضان also helps in develop ing تقویٰ،God consciousness ۔</w:t>
      </w:r>
    </w:p>
    <w:p>
      <w:r>
        <w:rPr>
          <w:b/>
        </w:rPr>
        <w:t xml:space="preserve">[22:30] </w:t>
      </w:r>
      <w:r>
        <w:t>aur taqwe ka basically matlab hi hai ke you are not doing those things which are prohibited by Allah and you do only those things which are allowed by Him.</w:t>
      </w:r>
    </w:p>
    <w:p>
      <w:pPr>
        <w:jc w:val="right"/>
      </w:pPr>
      <w:r>
        <w:t>اور تقویٰکاbasicallyمطلبیہیہےکہ youare not do ing thosethings which are prohib ited byAllah andyou doonly thosethingswhichare allowedby Him۔</w:t>
      </w:r>
    </w:p>
    <w:p>
      <w:r>
        <w:rPr>
          <w:b/>
        </w:rPr>
        <w:t xml:space="preserve">[22:40] </w:t>
      </w:r>
      <w:r>
        <w:t>to apaa kaise hum taqwe ya God consciousness hum yeh develop kar sakte hain Ramzan ke mahine mein?</w:t>
      </w:r>
    </w:p>
    <w:p>
      <w:pPr>
        <w:jc w:val="right"/>
      </w:pPr>
      <w:r>
        <w:t>توآپ اکیسےہم تقویٰیاGod consciousness ہمیہ develop کرسکتےہیںرمضانکےمہینےمیں ؟</w:t>
      </w:r>
    </w:p>
    <w:p>
      <w:r>
        <w:rPr>
          <w:b/>
        </w:rPr>
        <w:t xml:space="preserve">[22:47] </w:t>
      </w:r>
      <w:r>
        <w:t>iske baare mein bhi aap hum sab ko bataein. Taqwe ke maani hain Khuda se dar kar zindagi guzarna. Quran mein aaya hai: "Tum par roza farz kiya gaya hai taake tum taqwe wale bano." Ji to bhai Ramzan jo hai woh is mein sensitivity jo hai in sab cheezon ke liye badh jaati hai.</w:t>
      </w:r>
    </w:p>
    <w:p>
      <w:pPr>
        <w:jc w:val="right"/>
      </w:pPr>
      <w:r>
        <w:t>اسکےبارےمیںبھیآپ ہمسبکوبت ائیں۔ تقویٰکےمعنیہیںخداسے ڈرکر زندگی گزار نا۔ قرآنمیںآیاہے: "تم پر روزہفرضکیا گیاہےتاکہتم تقویٰوالے بنو۔"جی تو بھئی رمضانجوہےوہ اسمیں sens itiv ityجوہے ان سبچیزوںکےلیے بڑھجاتیہے۔</w:t>
      </w:r>
    </w:p>
    <w:p>
      <w:r>
        <w:rPr>
          <w:b/>
        </w:rPr>
        <w:t xml:space="preserve">[23:09] </w:t>
      </w:r>
      <w:r>
        <w:t>kyunki baar baar humein aisi kaam karna padta hai, to hum baar baar is ko apne aap ko sensitize karte hain.</w:t>
      </w:r>
    </w:p>
    <w:p>
      <w:pPr>
        <w:jc w:val="right"/>
      </w:pPr>
      <w:r>
        <w:t>کیونکہ باربار ہمیںایساکامکرناپڑتاہے،توہم بار بار اسکو اپنےآپکو sens itizeکرتے ہیں۔</w:t>
      </w:r>
    </w:p>
    <w:p>
      <w:r>
        <w:rPr>
          <w:b/>
        </w:rPr>
        <w:t xml:space="preserve">[23:17] </w:t>
      </w:r>
      <w:r>
        <w:t>to yahi Ramzan ka mahina jo hai is ke liye is training ke liye muqarrar kiya gaya hai. To Islam mein bohat zyada ahmiyat hai taqwe ki.</w:t>
      </w:r>
    </w:p>
    <w:p>
      <w:pPr>
        <w:jc w:val="right"/>
      </w:pPr>
      <w:r>
        <w:t>تو یہی رمضانکامہینہجوہے اسکےلیے اسtrainingکےلیے مقررکیاگیاہے۔ تو اسلام میں بہت زیادہ اہمیت ہے تقویٰکی۔</w:t>
      </w:r>
    </w:p>
    <w:p>
      <w:r>
        <w:rPr>
          <w:b/>
        </w:rPr>
        <w:t xml:space="preserve">[23:27] </w:t>
      </w:r>
      <w:r>
        <w:t>yeh taqwe ke maani aap is ko samajh sakte hain: parhezgarana ravaiyah. Ke hum har buri baat se parhez karein.</w:t>
      </w:r>
    </w:p>
    <w:p>
      <w:pPr>
        <w:jc w:val="right"/>
      </w:pPr>
      <w:r>
        <w:t>یہ تقویٰکےمعنی آپاسکو سمجھسکتےہیں: پرہیزگاران ہ روی ہ ۔ کہہم ہر بریباتسے پرہیزکریں۔</w:t>
      </w:r>
    </w:p>
    <w:p>
      <w:r>
        <w:rPr>
          <w:b/>
        </w:rPr>
        <w:t xml:space="preserve">[23:37] </w:t>
      </w:r>
      <w:r>
        <w:t>to har cheez jo Allah Ta'ala ne mana kiya hai us se hum rukein. Kyunki aam dinon mein hum itna sensitive nahi hote.</w:t>
      </w:r>
    </w:p>
    <w:p>
      <w:pPr>
        <w:jc w:val="right"/>
      </w:pPr>
      <w:r>
        <w:t>تو ہرچیزجو اللہ تعالینے منعکیاہے اسسےہمرکیں۔ کیونکہ عامدنوںمیںہماتنا sens itiveنہیںہوتے۔</w:t>
      </w:r>
    </w:p>
    <w:p>
      <w:r>
        <w:rPr>
          <w:b/>
        </w:rPr>
        <w:t xml:space="preserve">[23:45] </w:t>
      </w:r>
      <w:r>
        <w:t>kehte hain ke chalo yeh dekha jaye ga, baad mein kar lenge, baad mein samajh lenge. Lekin yeh jo hai roza jo hai humein sensitize karta hai, is liye ke hum yeh sochte hain ke jab hum khana pani chhod sakte hain to yeh to us ke lehaz se halki cheezein hain.</w:t>
      </w:r>
    </w:p>
    <w:p>
      <w:pPr>
        <w:jc w:val="right"/>
      </w:pPr>
      <w:r>
        <w:t>کہتےہیںکہچلو یہ دیکھاجائےگا،بعدمیں کرلیںگے،بعدمیںسمجھلیںگے۔ لیکن یہ جوہے روز ہجوہےہمیں sens itizeکرتاہے،اسلیےکہ ہم یہ سوچتےہیںکہجبہمکھانا پانی چھوڑسکتےہیں تو یہتو اسکےلحاظسےہلکیچیزیںہیں۔</w:t>
      </w:r>
    </w:p>
    <w:p>
      <w:r>
        <w:rPr>
          <w:b/>
        </w:rPr>
        <w:t xml:space="preserve">[24:02] </w:t>
      </w:r>
      <w:r>
        <w:t>ke hum jhoot chhod dein, hum koi injustice chhod dein, kisi ke upar zulm karna chhod dein. Kyunki agar hum yeh sab kar rahe honge na to hamara roza Khuda ke haan qabool nahin hoga.</w:t>
      </w:r>
    </w:p>
    <w:p>
      <w:pPr>
        <w:jc w:val="right"/>
      </w:pPr>
      <w:r>
        <w:t>کہہمجھوٹچھوڑدیں،ہمکوئی injusticeچھوڑدیں،کسی کےاوپرظلمکرناچھوڑدیں۔ کیونکہاگرہمیہسب کررہےہوںگےنا توہمارا روز ہخداکےہاںقبولہینہیںہوگا۔</w:t>
      </w:r>
    </w:p>
    <w:p>
      <w:r>
        <w:rPr>
          <w:b/>
        </w:rPr>
        <w:t xml:space="preserve">[24:12] </w:t>
      </w:r>
      <w:r>
        <w:t>to is waja se log bohat zyada is maani mein bohat zyada careful ho jate hain, alert ho jate hain.</w:t>
      </w:r>
    </w:p>
    <w:p>
      <w:pPr>
        <w:jc w:val="right"/>
      </w:pPr>
      <w:r>
        <w:t>تو اسوجہ سےلوگ بہت زیادہ اس معنیمیں بہتزیادہ carefulہوجاتےہیں،alertہوجاتےہیں۔</w:t>
      </w:r>
    </w:p>
    <w:p>
      <w:r>
        <w:rPr>
          <w:b/>
        </w:rPr>
        <w:t xml:space="preserve">[24:21] </w:t>
      </w:r>
      <w:r>
        <w:t>to ab is duniya mein dekhiye, ek taraf Shaitan hai, doosri taraf farishte hain. To Shaitan humein tarah tarah ki temptation mein dalta hai.</w:t>
      </w:r>
    </w:p>
    <w:p>
      <w:pPr>
        <w:jc w:val="right"/>
      </w:pPr>
      <w:r>
        <w:t>تواباسدنیا میں دیکھیے، ایکطرف شیطان ہے، دوسریطرف فرشتےہیں۔ تو شیطان ہمیں طرح طرح کیtemp tationمیں ڈالتاہے۔</w:t>
      </w:r>
    </w:p>
    <w:p>
      <w:r>
        <w:rPr>
          <w:b/>
        </w:rPr>
        <w:t xml:space="preserve">[24:32] </w:t>
      </w:r>
      <w:r>
        <w:t>to agar hum Khuda se dar kar zindagi nahin guzarenge to hum Shaitan ki temptations mein phans jayenge. Aur usi ke har tarah ki buraiyan jo hain humein Shaitan hi sikhata hai.</w:t>
      </w:r>
    </w:p>
    <w:p>
      <w:pPr>
        <w:jc w:val="right"/>
      </w:pPr>
      <w:r>
        <w:t>تو اگر ہمخداسے ڈرکر زندگی نہیں گزاریںگے توہم شیطان کیtemp tations میں پھنسجائیںگے۔اوراسیکے ہرطرح کی بر ائیاںجوہیںہمیں شیطانہیسکھاتاہے۔</w:t>
      </w:r>
    </w:p>
    <w:p>
      <w:r>
        <w:rPr>
          <w:b/>
        </w:rPr>
        <w:t xml:space="preserve">[24:45] </w:t>
      </w:r>
      <w:r>
        <w:t>farishte to humein inspire karte hain.</w:t>
      </w:r>
    </w:p>
    <w:p>
      <w:pPr>
        <w:jc w:val="right"/>
      </w:pPr>
      <w:r>
        <w:t>فرشتےتوہمیںinsp ireکرتے ہیں۔</w:t>
      </w:r>
    </w:p>
    <w:p>
      <w:r>
        <w:rPr>
          <w:b/>
        </w:rPr>
        <w:t xml:space="preserve">[24:49] </w:t>
      </w:r>
      <w:r>
        <w:t>to humein jo hai woh apne ko apni aisi spiritual personality ko develop karna hai ke hum ko farishton ka inspiration milne lage.</w:t>
      </w:r>
    </w:p>
    <w:p>
      <w:pPr>
        <w:jc w:val="right"/>
      </w:pPr>
      <w:r>
        <w:t>تو ہمیں جوہے وہ اپنے کو اپنی ایسی spiritualpersonal ityکو develop کرناہےکہہمکو فرشتوںکا insp ir ationملنےلگے۔</w:t>
      </w:r>
    </w:p>
    <w:p>
      <w:r>
        <w:rPr>
          <w:b/>
        </w:rPr>
        <w:t xml:space="preserve">[24:59] </w:t>
      </w:r>
      <w:r>
        <w:t>woh farishte usi ke paas aayenge jo Khuda se dar kar zindagi guzarega. To ek baar aisa hua ke Hazrat Umar ne Abi ibn Ka'b se poocha ji ke taqwe kya hai? Taqwe ke kya maani hain?</w:t>
      </w:r>
    </w:p>
    <w:p>
      <w:pPr>
        <w:jc w:val="right"/>
      </w:pPr>
      <w:r>
        <w:t>وہ فرشتےاسیکےپاسآئیںگےجو خداسےڈرکرزندگی گزارےگا۔ تو ایکبارایساہوا کہ حضرتعمر نے ابی ابن کعبسےپوچھا جی کہ تقویٰ کیا ہے؟تقویٰکےکیامعنیہیں؟</w:t>
      </w:r>
    </w:p>
    <w:p>
      <w:r>
        <w:rPr>
          <w:b/>
        </w:rPr>
        <w:t xml:space="preserve">[25:15] </w:t>
      </w:r>
      <w:r>
        <w:t>Hazrat Umar sab se sawal karte the ji</w:t>
      </w:r>
    </w:p>
    <w:p>
      <w:pPr>
        <w:jc w:val="right"/>
      </w:pPr>
      <w:r>
        <w:t>حضرتعمر سبسےسوال کرتے تھے جی</w:t>
      </w:r>
    </w:p>
    <w:p>
      <w:r>
        <w:rPr>
          <w:b/>
        </w:rPr>
        <w:t xml:space="preserve">[25:18] </w:t>
      </w:r>
      <w:r>
        <w:t>jaise Maulana sab se sawal karte the ji to Hazrat Umar ne sawal kiya to Abi ibn Ka'b ne kaha: "Kya aap kisi kaanteydaar raaste se guzre hain?" To Hazrat Umar ne kaha: "Haan." To phir unhone poocha: "Phir aap ne kya kiya?</w:t>
      </w:r>
    </w:p>
    <w:p>
      <w:pPr>
        <w:jc w:val="right"/>
      </w:pPr>
      <w:r>
        <w:t>جیسےمول اناسبسےسوال کرتے تھے جیتو حضرتعمر نے سوال کیا توابی ابن کعبنےکہا: "کیاآپ کسی کانٹےدار راستےسےگزرےہیں؟"تو حضرتعمر نےکہا:"ہاں۔"توپھرانہوںنےپوچھا:"پھرآپنےکیاکیا ؟</w:t>
      </w:r>
    </w:p>
    <w:p>
      <w:r>
        <w:rPr>
          <w:b/>
        </w:rPr>
        <w:t xml:space="preserve">[25:32] </w:t>
      </w:r>
      <w:r>
        <w:t>"Unhone kaha: "Shurt wa staad mein ne apne kapde samet liye aur bachte hue nikal gaya." To Abi ibn Ka'b ne kaha: "Bohat sincere companion the Prophet ke, unhone kaha ke yehi taqwe hai."</w:t>
      </w:r>
    </w:p>
    <w:p>
      <w:pPr>
        <w:jc w:val="right"/>
      </w:pPr>
      <w:r>
        <w:t>"انہوںنےکہا:ش مرت واستهد میںنے اپنے کپڑے سمیٹلیے اور بچتےہوئے نکلگیا۔ تو ابیابن کعبنےکہا:"بہتسین ئر کمپینینتھے پرافٹکے، انہوںنےکہاکہیہی تقویٰہے۔"</w:t>
      </w:r>
    </w:p>
    <w:p>
      <w:r>
        <w:rPr>
          <w:b/>
        </w:rPr>
        <w:t xml:space="preserve">[25:46] </w:t>
      </w:r>
      <w:r>
        <w:t>Asal mein yeh duniya jo hai dar-ul-imtihan hai, test ka testing ground hai. Yeh duniya to is waja se yahan par har tarah ki cheezein hain, kaanteydaar jhaadiyan bhi hain, seedhe raaste bhi hain.</w:t>
      </w:r>
    </w:p>
    <w:p>
      <w:pPr>
        <w:jc w:val="right"/>
      </w:pPr>
      <w:r>
        <w:t>اصلمیںیہدنیا جوہے دار الامتحانہے، ٹیسٹ کا ٹیسٹ نگگراؤنڈہے۔یہدنیا تو اسوجہ سے یہاںپر ہرطرح کیچیزیںہیں، خاردار جھاڑیاںبھیہیں،سیدھےراستےبھیہیں۔</w:t>
      </w:r>
    </w:p>
    <w:p>
      <w:r>
        <w:rPr>
          <w:b/>
        </w:rPr>
        <w:t xml:space="preserve">[26:01] </w:t>
      </w:r>
      <w:r>
        <w:t>to humein bachte bachte hue yeh safar tay karna hai taake hum tamam buraiyon se, hum jo hain tamam buraiyon se door reh kar ke apna safar seedhe raaste par chal sakein, mukammal kar sakein.</w:t>
      </w:r>
    </w:p>
    <w:p>
      <w:pPr>
        <w:jc w:val="right"/>
      </w:pPr>
      <w:r>
        <w:t>تو ہمیں بچتےبچاتےہوئے یہ سفر طےکرناہے تاکہ ہم تمام بر ائیوںسے، ہم جوہے تمام برائیوںسے دور رہکرکے اپنا سفر سیدھےراستےپر چل سکیں،مک ملکرسکیں۔</w:t>
      </w:r>
    </w:p>
    <w:p>
      <w:r>
        <w:rPr>
          <w:b/>
        </w:rPr>
        <w:t xml:space="preserve">[26:20] </w:t>
      </w:r>
      <w:r>
        <w:t>to muttaqi insaan ka matlab hai ek kaashsan insaan. Matlab jahan us ko dikhai de ke yeh raasta sahi nahin hai to wahin woh kaashsh ho jaye.</w:t>
      </w:r>
    </w:p>
    <w:p>
      <w:pPr>
        <w:jc w:val="right"/>
      </w:pPr>
      <w:r>
        <w:t>تو مت قی انسان کامطلبہے ایککاشسانسان ۔ مطلبجہاںاسکو دکھائیدے کہیہراستہصحیحنہیںہے تو وہیںوہکاشسہوجائے۔</w:t>
      </w:r>
    </w:p>
    <w:p>
      <w:r>
        <w:rPr>
          <w:b/>
        </w:rPr>
        <w:t xml:space="preserve">[26:30] </w:t>
      </w:r>
      <w:r>
        <w:t>ise kehte hain ke hazrat umar itne zyada kaashith the ke inko foran ehsas ho jata tha. shaitan inke paas nahi aata tha, inse darta tha.</w:t>
      </w:r>
    </w:p>
    <w:p>
      <w:pPr>
        <w:jc w:val="right"/>
      </w:pPr>
      <w:r>
        <w:t>اسے کہتےہیںکہحضرتعمر اتنے زیادہ کاشستھے کہانکو فوراًاحساسہوجاتا تھا۔ شیطان انکےپاسنہیں آتاتھا،انسےڈرتاتھا۔</w:t>
      </w:r>
    </w:p>
    <w:p>
      <w:r>
        <w:rPr>
          <w:b/>
        </w:rPr>
        <w:t xml:space="preserve">[26:39] </w:t>
      </w:r>
      <w:r>
        <w:t>kyunke agar hamein pata chal jaye ke yeh shaitan ka behkawa hai to phir shaitan nahi behkata. shaitan isiko behkata hai jo behkta chala jata hai aur isko samajh mein bhi nahi aata ke shaitan behka raha hai.</w:t>
      </w:r>
    </w:p>
    <w:p>
      <w:pPr>
        <w:jc w:val="right"/>
      </w:pPr>
      <w:r>
        <w:t>کیونکہ اگر ہمیںپتہچلجائےکہیہ شیطانکا بہکاواہے تو پھر شیطان نہیںبہ کاتا۔ شیطان اسیکوبہکاتاہےجو بہ کتاچلاجاتا ہےاوراسکو سمجھمیںبھینہیںآتاکہشیطان بہکارہاہے۔</w:t>
      </w:r>
    </w:p>
    <w:p>
      <w:r>
        <w:rPr>
          <w:b/>
        </w:rPr>
        <w:t xml:space="preserve">[26:53] </w:t>
      </w:r>
      <w:r>
        <w:t>to yeh khana peena woh hai yeh to bas samajh lijiye ke aalamati tark hai, yani sambhal ke. aur asal tark to wohi hai ke tamam forbidden cheezon se jisko Allah ne mana kiya hai, usse woh hum jee usko chhod dein.</w:t>
      </w:r>
    </w:p>
    <w:p>
      <w:pPr>
        <w:jc w:val="right"/>
      </w:pPr>
      <w:r>
        <w:t>تو یہ کھاناپیناجوہےیہتو بس سمجھلیجئےکہ ع لامتیترک ہے،یعنی سمبال کہے۔ اور اصلترک تووہیہےکہتمام فار بیڈن چیزوںسےجس کواللہ نےمنعکیاہے، اسسےوہ ہم جی اسکوچھوڑدیں۔</w:t>
      </w:r>
    </w:p>
    <w:p>
      <w:r>
        <w:rPr>
          <w:b/>
        </w:rPr>
        <w:t xml:space="preserve">[27:11] </w:t>
      </w:r>
      <w:r>
        <w:t>kyunke tabhi hamari yeh hamara jo maqsad hai woh ek spiritual personality develop</w:t>
      </w:r>
    </w:p>
    <w:p>
      <w:pPr>
        <w:jc w:val="right"/>
      </w:pPr>
      <w:r>
        <w:t>کیونکہتبھیہماری یہہماراجو مقصدہے وہ ایک سپریچولپرسنیلٹیڈیول</w:t>
      </w:r>
    </w:p>
    <w:p>
      <w:r>
        <w:rPr>
          <w:b/>
        </w:rPr>
        <w:t xml:space="preserve">[27:17] </w:t>
      </w:r>
      <w:r>
        <w:t>pakadne ka. to tabhi jab hum sahi maene mein mutaqqi ho jayenge, tabhi hamari woh spiritual personality develop ho payegi. jee aur apa ek bada interesting aspect bhi hai, jaise aapne bataya ke ek of the objective of taqwa is also that it develops an inner sensitive personality.</w:t>
      </w:r>
    </w:p>
    <w:p>
      <w:pPr>
        <w:jc w:val="right"/>
      </w:pPr>
      <w:r>
        <w:t>پکرنےکا ۔ توتبھی جب ہم صحیحمعنیمیں مت قی ہوجائیںگے،تبھیہماریوہ سپریچولپرسن یلٹی ڈیولپہوپائےگی۔جی اور آپاایک بڑاانٹرسٹنگ ایسپیکٹبھیہے،جیسےآپنےبتایا کہ ایک آفدیابجیکٹو آف تقویٰازآلسو دیٹ اٹ ڈیولپسانیواسینسٹیو پرسنیلٹی۔</w:t>
      </w:r>
    </w:p>
    <w:p>
      <w:r>
        <w:rPr>
          <w:b/>
        </w:rPr>
        <w:t xml:space="preserve">[27:39] </w:t>
      </w:r>
      <w:r>
        <w:t>to Maulana Wahiduddin Khan sahib ne ek example diya hai, ek bahut bade clinical american psychologist hain, very popular, unka</w:t>
      </w:r>
    </w:p>
    <w:p>
      <w:pPr>
        <w:jc w:val="right"/>
      </w:pPr>
      <w:r>
        <w:t>تو مول اناوحیدالدینخانصاحبنے ایک ایگزامپلدیاہے،ایک بہتبڑیکلینیکل امریک نسائیکالوجسٹہیں،ویریپاپولر،انکا</w:t>
      </w:r>
    </w:p>
    <w:p>
      <w:r>
        <w:rPr>
          <w:b/>
        </w:rPr>
        <w:t xml:space="preserve">[27:46] </w:t>
      </w:r>
      <w:r>
        <w:t>naam hai Dr. Elaine Aron. to unhone ek kitaab likhi hai jo bahut popular hui, "The Highly Sensitive Person: How to Thrive When the World Overwhelms You". to aap a, unhone ismein is cheez ko emphasize kiya jo aapne yeh baat abhi batai ke "a highly sensitive person is able to process points with greater intensity".</w:t>
      </w:r>
    </w:p>
    <w:p>
      <w:pPr>
        <w:jc w:val="right"/>
      </w:pPr>
      <w:r>
        <w:t>نام ہے ڈاکٹر ایلین ایرو۔ توانہوں نےایککتاب لکھ یہےجوبہت پاپولرہوئی، "دی ہائیلی سینسٹیوپرسن: ہاؤٹوتھرائیووینداورلڈاووروینزیو"۔تو آپ ا،انہوںنےاسمیں اسچیزکو ایمفس ائزکیاجوآپنے یہباتابھیبتائی کہ "ایہ ائیلیسینسٹیوپرسنازایبلٹوگریس پو ائنٹ ود گریٹرانٹینسٹی"۔</w:t>
      </w:r>
    </w:p>
    <w:p>
      <w:r>
        <w:rPr>
          <w:b/>
        </w:rPr>
        <w:t xml:space="preserve">[28:09] </w:t>
      </w:r>
      <w:r>
        <w:t>to jab ek insaan ke andar ek heightened God consciousness aati hai, jab taqwa develop hota hai uske andar to woh zyada serious ho jata hai, curious ho jata hai, and is able to, you know, ponder over the determining of Quran and apply it in one's life.</w:t>
      </w:r>
    </w:p>
    <w:p>
      <w:pPr>
        <w:jc w:val="right"/>
      </w:pPr>
      <w:r>
        <w:t>توجب ایکانسان کےاندرایک ہائٹنڈگاڈکانشیسنسآتیہے،جبتق ویٰڈیولپہوتاہےاسکےاندر تو وہزیادہ سیریسہوجاتا ہے، کیوریسہوجاتا ہے، اینڈہیازایبلٹو، یونو،پ ونڈراوور ڈیپرمیننگآف قرآناینڈاپلائیدیٹان انونزلائف۔</w:t>
      </w:r>
    </w:p>
    <w:p>
      <w:r>
        <w:rPr>
          <w:b/>
        </w:rPr>
        <w:t xml:space="preserve">[28:24] </w:t>
      </w:r>
      <w:r>
        <w:t>to yeh point bada aham hai jo aapne bataya ke ek sensitive person ban jata hai insaan jab uske andar taqwa aa jata hai.</w:t>
      </w:r>
    </w:p>
    <w:p>
      <w:pPr>
        <w:jc w:val="right"/>
      </w:pPr>
      <w:r>
        <w:t>تویہ پوائنٹبڑا اہمہےجوآپنےبت ایا کہ ایک سین سٹیو پرسن بنجاتا ہےانسان جب اسکےاندر تق ویٰ آجاتا ہے۔</w:t>
      </w:r>
    </w:p>
    <w:p>
      <w:r>
        <w:rPr>
          <w:b/>
        </w:rPr>
        <w:t xml:space="preserve">[28:35] </w:t>
      </w:r>
      <w:r>
        <w:t>to bahut important tha apa, yeh Maulana sahib ne apni kitaab mein bhi likha hai. aap a, main kuch comments padhna chahunga agla sawal lene se pehle.</w:t>
      </w:r>
    </w:p>
    <w:p>
      <w:pPr>
        <w:jc w:val="right"/>
      </w:pPr>
      <w:r>
        <w:t>تو بہت امپورٹنٹتھاآپا، یہ مولاناصاحبنےاپنیکتاب میںبھیلکھاہے۔ آپ ا،میںکچھکمنٹسپڑھناچاہوںگااگلاسواللینےسےپہلے۔</w:t>
      </w:r>
    </w:p>
    <w:p>
      <w:r>
        <w:rPr>
          <w:b/>
        </w:rPr>
        <w:t xml:space="preserve">[28:43] </w:t>
      </w:r>
      <w:r>
        <w:t>yeh comment bheja hai Islamabad Pakistan se Ms. Farida Kamran ne, unhone likha hai: "Jazak Allah, we like explained, Ramadan is a training period and teaches us to lead life with the spirit of taqwa and contemplation in Quran."</w:t>
      </w:r>
    </w:p>
    <w:p>
      <w:pPr>
        <w:jc w:val="right"/>
      </w:pPr>
      <w:r>
        <w:t>یہ کمنٹبھیجاہے اسلام آباد پاکستانسے مسفریدہکامراننے،انہوںنےلکھاہے:"جزاک اللہ، ویلایکسپلینڈ،رمضانازاٹریننگپیریڈاینڈٹیچزاس ٹولیڈ لائف وددیسپرٹآف تق ویٰاینڈ کنٹمپلی شن ان قرآن۔"</w:t>
      </w:r>
    </w:p>
    <w:p>
      <w:r>
        <w:rPr>
          <w:b/>
        </w:rPr>
        <w:t xml:space="preserve">[29:00] </w:t>
      </w:r>
      <w:r>
        <w:t>Ms. Reshma Parvez ne Kochi se likha hai: "Your days of fasting should not be like ordinary days. When you fast, all your senses, eyes, ears, tongue, hands and feet must fast with you." Dr. Aslam Khan sahib ne Saharanpur se likha hai: "Dr. Professor Farida, really, it is a course of practical wisdom.</w:t>
      </w:r>
    </w:p>
    <w:p>
      <w:pPr>
        <w:jc w:val="right"/>
      </w:pPr>
      <w:r>
        <w:t>مس ریشمہپرویزنے کوچی سےلکھاہے: "یور ڈیزآف فاسٹنگشوڈناٹبیلائک آرڈینریڈیز۔ وینیو فاسٹ، آل یور سین سز، آئیز،ای ئرز، ٹنگ،ہینڈزاینڈفیٹ مسٹ فاسٹ ودیو۔" ڈاکٹراسلمخان صاحبنے سارنپورسےلکھاہے: " ڈاکٹرپروفیسر فریدہ،ریلی،اٹازا کورسآف پریکٹیکل وز</w:t>
      </w:r>
    </w:p>
    <w:p>
      <w:r>
        <w:rPr>
          <w:b/>
        </w:rPr>
        <w:t xml:space="preserve">[29:23] </w:t>
      </w:r>
      <w:r>
        <w:t>wisdom. Ramadan and the ninth month of the Islamic lunar calendar holds significant spiritual importance for Muslims worldwide. It is considered the holiest month and is observed by fasting from dawn until sunset." Apa, isi tarike se agla sawal yeh poochna chahunga aapse ke tazkiya nafs woh kaise develop hota hai Ramadan ke mahine mein ?</w:t>
      </w:r>
    </w:p>
    <w:p>
      <w:pPr>
        <w:jc w:val="right"/>
      </w:pPr>
      <w:r>
        <w:t>ڈم۔ رمضاناندانائنتھمنتھآفدی اسلام کلونرکیلنڈر ہولڈزسگنیفیکنٹ سپریچولامپورٹنسفار مسلمز ورلڈوائیڈ۔اٹاز کنسیڈرڈدا ہولیسٹمنتھ اینڈاز ابزروب ائے فاسٹنگفرام ڈان انٹل سن سیٹ۔" آپا،اسیطریقےسے اگلاسوال یہپوچھناچاہوںگاآپسےکہ تزکیہ نفس وہکیسے ڈیولپہوتاہے رمضانکےمہینےمیں ؟</w:t>
      </w:r>
    </w:p>
    <w:p>
      <w:r>
        <w:rPr>
          <w:b/>
        </w:rPr>
        <w:t xml:space="preserve">[29:49] </w:t>
      </w:r>
      <w:r>
        <w:t>iske bare mein bhi aap bataein.</w:t>
      </w:r>
    </w:p>
    <w:p>
      <w:pPr>
        <w:jc w:val="right"/>
      </w:pPr>
      <w:r>
        <w:t>اسکےبارےمیںبھیآپ بت ائیں۔</w:t>
      </w:r>
    </w:p>
    <w:p>
      <w:r>
        <w:rPr>
          <w:b/>
        </w:rPr>
        <w:t xml:space="preserve">[29:53] </w:t>
      </w:r>
      <w:r>
        <w:t>tazkiya nafs kehte hain purification of the self. jee, kyunke wohi masla hai ke is duniya mein jab insaan aata hai to society mein bahut sari buraiyan hoti hain, woh bahar nikalta hai society mein, wahan se woh buraiyon ko pakad leta hai.</w:t>
      </w:r>
    </w:p>
    <w:p>
      <w:pPr>
        <w:jc w:val="right"/>
      </w:pPr>
      <w:r>
        <w:t>تزکیہنفس کہتےہیں پی وریفیکیشنآفداسیلف۔ جی، کیونکہوہی مسئلہہےکہ اسدنیا میں جب انسان آتاہے تو سوسائٹیمیںبہت ساریبر ائیاںہوتیہیں،وہ باہرنکلتاہے سوسائٹیمیں ، وہاںسےوہ برائیوںکوپکڑلیتاہے۔</w:t>
      </w:r>
    </w:p>
    <w:p>
      <w:r>
        <w:rPr>
          <w:b/>
        </w:rPr>
        <w:t xml:space="preserve">[30:11] </w:t>
      </w:r>
      <w:r>
        <w:t>to woh dheere dheere dheere dheere woh conditioned ho jata hai. mujhe bachcha toh aap dekhein kitna masoom hota hai,</w:t>
      </w:r>
    </w:p>
    <w:p>
      <w:pPr>
        <w:jc w:val="right"/>
      </w:pPr>
      <w:r>
        <w:t>تو وہ دھیرےدھیرےدھیرےدھیرےوہ کنڈیشنڈہوجاتاہے۔ مجھےبچہکوتوآپدیکھیںکتنا معصومہوتاہے،</w:t>
      </w:r>
    </w:p>
    <w:p>
      <w:r>
        <w:rPr>
          <w:b/>
        </w:rPr>
        <w:t xml:space="preserve">[30:18] </w:t>
      </w:r>
      <w:r>
        <w:t>koi bhi bachcha ho to bilkul masoom bachcha hota hai. lekin jaise jaise bada hota hai, bahar se woh influences leta rehta hai jisko psychological term mein conditioning kaha jata hai.</w:t>
      </w:r>
    </w:p>
    <w:p>
      <w:pPr>
        <w:jc w:val="right"/>
      </w:pPr>
      <w:r>
        <w:t>کوئیبھی بچہہو تو بالکل معصومبچہہوتاہے۔لیکن جیسےجیسےبڑاہوتاہے، باہرسے وہ انفلوئنسزلیتارہتاہےجسکو سائیکل سائیکلوجیکلٹرممیںکنڈیشننگکہاجاتاہے۔</w:t>
      </w:r>
    </w:p>
    <w:p>
      <w:r>
        <w:rPr>
          <w:b/>
        </w:rPr>
        <w:t xml:space="preserve">[30:31] </w:t>
      </w:r>
      <w:r>
        <w:t>to isi conditioning ko deconditioning humein karna hai. to Quran mein aaya hai: Qad afalaha man zakaha wa qad khaba man</w:t>
      </w:r>
    </w:p>
    <w:p>
      <w:pPr>
        <w:jc w:val="right"/>
      </w:pPr>
      <w:r>
        <w:t>تو اسی کنڈیشننگکو ڈیکنڈیشنہمیںکرناہے۔ تو قرآنمیںآیاہے: قد افلح منز کا و غدخوابمند</w:t>
      </w:r>
    </w:p>
    <w:p>
      <w:r>
        <w:rPr>
          <w:b/>
        </w:rPr>
        <w:t xml:space="preserve">[30:40] </w:t>
      </w:r>
      <w:r>
        <w:t>dassaha. to jisne apne aapko apna tazkiya kiya, wohi kamyab hua. aur jisne apne apne apnaya apni isko alooda kiya, to wohi nakam raha.</w:t>
      </w:r>
    </w:p>
    <w:p>
      <w:pPr>
        <w:jc w:val="right"/>
      </w:pPr>
      <w:r>
        <w:t>سا تو جسنے اپنےآپکو اپنا تزکیہکیا،وہیکامیابہوا ۔ اور جسنےاپنے اپنے اپنیاپنی اسکو الودہکیا، تو وہی ناکامرہا۔</w:t>
      </w:r>
    </w:p>
    <w:p>
      <w:r>
        <w:rPr>
          <w:b/>
        </w:rPr>
        <w:t xml:space="preserve">[30:53] </w:t>
      </w:r>
      <w:r>
        <w:t>to iska matlab yeh hai ke humein hamari kamyabi aur nakami duniya mein bhi aur aakhirat mein bhi isi par depend karti hai ke hum apne apne apne aapko purify</w:t>
      </w:r>
    </w:p>
    <w:p>
      <w:pPr>
        <w:jc w:val="right"/>
      </w:pPr>
      <w:r>
        <w:t>تو اسکامطلب یہہےکہہمیں ہماری کامی ابی اور ناک امی دنیا میںبھی اور آخرتمیںبھی اسیپر ڈیپینڈ کرتیہے کہ ہم اپنے اپنے اپنے آپکو پیوریف</w:t>
      </w:r>
    </w:p>
    <w:p>
      <w:r>
        <w:rPr>
          <w:b/>
        </w:rPr>
        <w:t xml:space="preserve">[31:07] </w:t>
      </w:r>
      <w:r>
        <w:t>karein. kyunke jannat hai, bahut hi zyada nafees kaal wani hai. to agar humne apne aapko purify nahi kiya to jannat hamein andar dakhil dakhil dene se inkar kar degi. jee, to agar hamein sahi maene mein hum desires hain ke humko jannat mein jagah mile to humko is duniya mein apne aapko purify karna padega.</w:t>
      </w:r>
    </w:p>
    <w:p>
      <w:pPr>
        <w:jc w:val="right"/>
      </w:pPr>
      <w:r>
        <w:t>ائیکریں۔ کیونکہ جن تجوہے، بہت ہی زیادہ نفیس کال ونیہے۔ تواگر ہمنےاپنےآپکو پیوریفائینہیں کیا تو جن تہمیں اندر داخل داخلہدینےسےانکارکردےگی۔جی، تواگر ہمیں صحیحمعنیمیںہمڈیزائرسہیںکہہمکوجنتمیںجگہملے توہمکواسیدنیا میں اپنےآپکو پیوریفائیکرناپڑےگا۔</w:t>
      </w:r>
    </w:p>
    <w:p>
      <w:r>
        <w:rPr>
          <w:b/>
        </w:rPr>
        <w:t xml:space="preserve">[31:30] </w:t>
      </w:r>
      <w:r>
        <w:t>aur yeh purification ka amal jo hai, yeh ek mustaqil amal</w:t>
      </w:r>
    </w:p>
    <w:p>
      <w:pPr>
        <w:jc w:val="right"/>
      </w:pPr>
      <w:r>
        <w:t>اوریہ پیوریفیکیشنکاعمل جوہے،یہ ایک مست قل عمل</w:t>
      </w:r>
    </w:p>
    <w:p>
      <w:r>
        <w:rPr>
          <w:b/>
        </w:rPr>
        <w:t xml:space="preserve">[31:34] </w:t>
      </w:r>
      <w:r>
        <w:t>hai. yeh toh sirf zor diya gaya hai, ismein Ramadan mein. aur iske liye bahut zyada humein Quran padhna hai, ghaur o fikr karna hai, contemplation karna hai.</w:t>
      </w:r>
    </w:p>
    <w:p>
      <w:pPr>
        <w:jc w:val="right"/>
      </w:pPr>
      <w:r>
        <w:t>ہے۔ یہتو صرف زوردیا گیاہے، اسمیں رمضانمیں ۔ اور اسکےلیے بہت زیادہ ہمیںقرآنپڑھناہے، غ وروفکرکرناہے، کنٹمپلیشنکرناہے۔</w:t>
      </w:r>
    </w:p>
    <w:p>
      <w:r>
        <w:rPr>
          <w:b/>
        </w:rPr>
        <w:t xml:space="preserve">[31:46] </w:t>
      </w:r>
      <w:r>
        <w:t>yeh sara process humein chalana padega, tabhi hum apne aapko purify kar payenge. jo Quran mein jo aaya hai ke apne Rabbani shakhsiyat banna hai kaun Rabbani banna hai to woh Rabbani shakhsiyat ek din mein nahi ban jayegi</w:t>
      </w:r>
    </w:p>
    <w:p>
      <w:pPr>
        <w:jc w:val="right"/>
      </w:pPr>
      <w:r>
        <w:t>یہسارا پراسیسہمیںچلاناپڑےگا، تبھیہماپنےآپکو پیوریفائیکرپائیںگے۔ جوقرآنمیںجوآیاہےکہاپنے ربانیشخص یتبن اناہے کونربان ین تو وہ ربانیشخص یت ایکدنمیںنہیںبنجائے</w:t>
      </w:r>
    </w:p>
    <w:p>
      <w:r>
        <w:rPr>
          <w:b/>
        </w:rPr>
        <w:t xml:space="preserve">[32:01] </w:t>
      </w:r>
      <w:r>
        <w:t>gi, balkeh humein musalsal apne aapko is mein strike karte rehna hai, koshish karte rehna hai. to is tarike se apne spiritual potential ko humein develop karna hai, actualize karna hai.</w:t>
      </w:r>
    </w:p>
    <w:p>
      <w:pPr>
        <w:jc w:val="right"/>
      </w:pPr>
      <w:r>
        <w:t>گی، بلکہہمیں مس لسل اپنےآپکو اس میں اسٹرائیککرتے رہناہے،کوششکرتے رہناہے۔ تو اسطریقےسے اپنے سپریچولپوٹینشلہیکو ہمیں ڈیولپکرناہے، ایکچ ولائزکرناہے۔</w:t>
      </w:r>
    </w:p>
    <w:p>
      <w:r>
        <w:rPr>
          <w:b/>
        </w:rPr>
        <w:t xml:space="preserve">[32:16] </w:t>
      </w:r>
      <w:r>
        <w:t>to sabse zyada yehota hai ke insaan apni freedom ka misuse karta hai, isko kyunke khuda dikhai nahi deta na, to isko samajh mein nahi aata ke hamari ek ek amal jo hai, khuda ke haan poora</w:t>
      </w:r>
    </w:p>
    <w:p>
      <w:pPr>
        <w:jc w:val="right"/>
      </w:pPr>
      <w:r>
        <w:t>تو سبسےزیادہ یہہوتاہےکہانسان اپنی فریڈمکامسیوزکرتاہے، اسکو کیونکہخدادکھائینہیںدیتانا، تو اسکو سمجھمیںنہیںآتاکہہماری ایکایک عمل جوہے،خداکےہاں پورار</w:t>
      </w:r>
    </w:p>
    <w:p>
      <w:r>
        <w:rPr>
          <w:b/>
        </w:rPr>
        <w:t xml:space="preserve">[32:29] </w:t>
      </w:r>
      <w:r>
        <w:t>record ho raha hai. Aakhir mein isko jawabdehi karni padegi. To is wajah se woh itna zyada iske baare mein sochta nahi aur bahut jaldi distr</w:t>
      </w:r>
    </w:p>
    <w:p>
      <w:pPr>
        <w:jc w:val="right"/>
      </w:pPr>
      <w:r>
        <w:t>یکارڈہورہاہے۔ آخرتمیں اسکو جوابدہیکرنیپڑےگی۔ تو اسوجہ سے وہ اتنازیادہ اسکےبارےمیں سوچتانہیں اور بہتجلدی ڈسٹر</w:t>
      </w:r>
    </w:p>
    <w:p>
      <w:r>
        <w:rPr>
          <w:b/>
        </w:rPr>
        <w:t xml:space="preserve">[32:40] </w:t>
      </w:r>
      <w:r>
        <w:t>ict ho jata hai. Duniya kehte hain ke bahut hasina hai, lekin hasina hai to kitna waqti taur par hai. Kitne logon ko hum dekhte hain ke dekhne mein lagta hai ke bahut zabardast hain, bahut paye hue hain, unko har cheez mili hui hai, lekin bahut jaldi woh sab cheezein chhin jati hain.</w:t>
      </w:r>
    </w:p>
    <w:p>
      <w:pPr>
        <w:jc w:val="right"/>
      </w:pPr>
      <w:r>
        <w:t>یکٹہوجاتاہے۔ دنیا کہتےہیںکہبہت حس ینہے، لیکن حسینہےتوکتنا وق تیطورپرہے۔ کتنےلوگوںکوہمدیکھتےہیں کہ دیکھنےمیںلگتاہےکہبہت زبرد ست ہیں،بہت پائےہوئےہیں،انکوہرچیزملی ہوئیہے، لیکن بہت جلد وہسبچیزیںچھنجاتیہیں۔</w:t>
      </w:r>
    </w:p>
    <w:p>
      <w:r>
        <w:rPr>
          <w:b/>
        </w:rPr>
        <w:t xml:space="preserve">[32:57] </w:t>
      </w:r>
      <w:r>
        <w:t>to hamein duniya se attraction nahi hona hai, hamein apni aakhirat ka dekhna hai, aakhirat ke liye apni jagah is dunya mein</w:t>
      </w:r>
    </w:p>
    <w:p>
      <w:pPr>
        <w:jc w:val="right"/>
      </w:pPr>
      <w:r>
        <w:t>تو ہمیںدنیا سے اٹریکٹنہیںہوناہے، ہمیں اپنی آخرتکا دیکھناہے، آخرتکےلیے اپنی جگہاسیدنیا میں</w:t>
      </w:r>
    </w:p>
    <w:p>
      <w:r>
        <w:rPr>
          <w:b/>
        </w:rPr>
        <w:t xml:space="preserve">[33:10] </w:t>
      </w:r>
      <w:r>
        <w:t>banana hai. Quran mein hai ke aakhirat ke liye apna jo hai provision is dunya mein le lo. Kyunke dunya mein jo tarah tarah ke tajrubaat hote hain aur tarah tarah ki situations hote hain, isi mein jab hum positive response dete hain na, to wohi hamari personality ko ka tazkiya karta hai.</w:t>
      </w:r>
    </w:p>
    <w:p>
      <w:pPr>
        <w:jc w:val="right"/>
      </w:pPr>
      <w:r>
        <w:t>بن اناہے۔ قرآنمیںہےکہآخرتکےلیے اپنا جوہے پروویژناسیدنیا میںلےلو ۔ کیونکہدنیا میںجو طرح طرح کےتجرباتہوتےہیں اورطرح طرحکیسچویشنزہوتےہیں، اسیمیںجبہم پازیٹیورسپانسدیتےہیںنا، تو وہ وہیہماری پرسنیلٹیکو کاتزکیہکرتاہے۔</w:t>
      </w:r>
    </w:p>
    <w:p>
      <w:r>
        <w:rPr>
          <w:b/>
        </w:rPr>
        <w:t xml:space="preserve">[33:28] </w:t>
      </w:r>
      <w:r>
        <w:t>jahan negativity ho jaye kisi bhi baat mein, to hum samjhein yahan shaitan aa gaya. Foran alert ho jayein, aur hamare alert hote hi woh shaitan bhag jata hai.</w:t>
      </w:r>
    </w:p>
    <w:p>
      <w:pPr>
        <w:jc w:val="right"/>
      </w:pPr>
      <w:r>
        <w:t>جہ اںہمنیگیٹیوہوجائیں کسی بھیباتمیں ، توہمسمجھلیںیہاںشیطانآگیا۔ فوراًالرٹہوجائیں، اورہمارےالر ٹہوتےہیوہشیطانبھاگجاتاہے۔</w:t>
      </w:r>
    </w:p>
    <w:p>
      <w:r>
        <w:rPr>
          <w:b/>
        </w:rPr>
        <w:t xml:space="preserve">[33:38] </w:t>
      </w:r>
      <w:r>
        <w:t>ji, alert ho jayein to hum isko, isko negative ko khatam kar sakte hain. Isi conditioning ko hadith mein kaha gaya hai ke dil mein zang lag jata hai, yaani dil hamara alooda ho jata hai.</w:t>
      </w:r>
    </w:p>
    <w:p>
      <w:pPr>
        <w:jc w:val="right"/>
      </w:pPr>
      <w:r>
        <w:t>جی، الر ٹہوجائیںتوہم اسکو ،اسکو نیگیٹیوٹیکوختمکرسکتےہیں۔ اسی کنڈیشننگکوحدیثمیں کہاگیاہےکہ دل میں زنگلگجاتاہے، یعنیدلہمارا الودہہوجاتاہے۔</w:t>
      </w:r>
    </w:p>
    <w:p>
      <w:r>
        <w:rPr>
          <w:b/>
        </w:rPr>
        <w:t xml:space="preserve">[33:51] </w:t>
      </w:r>
      <w:r>
        <w:t>bar bar, bar bar hum negative reaction karte hain to hamara dil alooda ho jata hai, aur aur hum bilkul iske baare mein, iske liye kuch karte nahi, iska tazkiya nahi karte.</w:t>
      </w:r>
    </w:p>
    <w:p>
      <w:pPr>
        <w:jc w:val="right"/>
      </w:pPr>
      <w:r>
        <w:t>باربار ،باربار ہم نیگیٹیوریایکشن کرتے ہیںتوہمارادل الودہہوجاتاہے، اور اورہم بالکل اسکےبارےمیں ،اسکےلیےکچھکرتے نہیں،اسکاتزکیہنہیںکرتے۔</w:t>
      </w:r>
    </w:p>
    <w:p>
      <w:r>
        <w:rPr>
          <w:b/>
        </w:rPr>
        <w:t xml:space="preserve">[34:03] </w:t>
      </w:r>
      <w:r>
        <w:t>to kaha gaya hai ke poora poora dil ka la ho jata hai.</w:t>
      </w:r>
    </w:p>
    <w:p>
      <w:pPr>
        <w:jc w:val="right"/>
      </w:pPr>
      <w:r>
        <w:t>تو کہاگیاہےکہپورا پورا دل کالاہوجاتاہے۔</w:t>
      </w:r>
    </w:p>
    <w:p>
      <w:r>
        <w:rPr>
          <w:b/>
        </w:rPr>
        <w:t xml:space="preserve">[34:07] </w:t>
      </w:r>
      <w:r>
        <w:t>to yeh hai ke hamein shaitan ke temptations se bachte hue farishton ka inspiration le kar ke apni zindagi guzarni hai.</w:t>
      </w:r>
    </w:p>
    <w:p>
      <w:pPr>
        <w:jc w:val="right"/>
      </w:pPr>
      <w:r>
        <w:t>تو یہیہےکہہمیں شیطان کے ٹیم پٹیشنسے بچتےہوئے فرشتوںکا انسپیریشنلےکرکےاپنی زندگی گزار نیہے۔</w:t>
      </w:r>
    </w:p>
    <w:p>
      <w:r>
        <w:rPr>
          <w:b/>
        </w:rPr>
        <w:t xml:space="preserve">[34:18] </w:t>
      </w:r>
      <w:r>
        <w:t>jo ek hum yahan par ek behta achhi misaal hai Gautam Buddha ki. Ji, ek baar Gautam Buddha ko kisi ne bulaya ke aap aaiyega ek bartan le kar ke, hum hamare paas gayein hain aur hum aapko taza doodh denge, aur aap hamein kuch gyan ki baatein bata</w:t>
      </w:r>
    </w:p>
    <w:p>
      <w:pPr>
        <w:jc w:val="right"/>
      </w:pPr>
      <w:r>
        <w:t>جو ایک ہمیہاںپرایک بہتاچھیمثالہےگوتمبدھاکی۔ جی، ایکبار گوتمبدھا کوکسینےبل ایا کہآپ آئیےگا ایک برتنلےکر کے، ہم ہمارےپاس گائےہیںاور ہم آپکو تازہدودھدیںگے، اور آپ ہمیںکچھگیانکیباتیںبت</w:t>
      </w:r>
    </w:p>
    <w:p>
      <w:r>
        <w:rPr>
          <w:b/>
        </w:rPr>
        <w:t xml:space="preserve">[34:35] </w:t>
      </w:r>
      <w:r>
        <w:t>aiyega. To woh ek bartan le kar gaye, jaan ke unhone bartan ko dhoya nahi tha. Bartan le kar gaye to usne dekha ke bartan mein dust wagera padi hui thi.</w:t>
      </w:r>
    </w:p>
    <w:p>
      <w:pPr>
        <w:jc w:val="right"/>
      </w:pPr>
      <w:r>
        <w:t>ائیےگا۔تو وہایک برتنلےکرگئے، جان کےانہوںنےبرتنکودھویانہیںتھا۔ برتنلےکرگئےتواسنےدیکھاکہبرتنمیںڈسٹوغیرہپڑیہوئیتھی۔</w:t>
      </w:r>
    </w:p>
    <w:p>
      <w:r>
        <w:rPr>
          <w:b/>
        </w:rPr>
        <w:t xml:space="preserve">[34:44] </w:t>
      </w:r>
      <w:r>
        <w:t>woh gaya, bartan dhoya, usne phir usmein doodh diya, phir woh doodh le ke chale gaye, kuch bole nahi. To woh kehne laga, aapne to kaha tha hum gyan ki baatein bataenge, aap to doodh le ke ja rahe hain.</w:t>
      </w:r>
    </w:p>
    <w:p>
      <w:pPr>
        <w:jc w:val="right"/>
      </w:pPr>
      <w:r>
        <w:t>وہگیا،برتندھویا،اسنے پھراسمیںدودھدیا، پھروہدودھلےکےچلےگئے،کچھ بولےنہیں۔ تو وہ کہنےلگا،آپنےتوکہاتھاہمگیانکیباتبتائیںگے،آپتو دودھلےکےجارہےہیں۔</w:t>
      </w:r>
    </w:p>
    <w:p>
      <w:r>
        <w:rPr>
          <w:b/>
        </w:rPr>
        <w:t xml:space="preserve">[34:56] </w:t>
      </w:r>
      <w:r>
        <w:t>ji,</w:t>
      </w:r>
    </w:p>
    <w:p>
      <w:pPr>
        <w:jc w:val="right"/>
      </w:pPr>
      <w:r>
        <w:t>جی،</w:t>
      </w:r>
    </w:p>
    <w:p>
      <w:r>
        <w:rPr>
          <w:b/>
        </w:rPr>
        <w:t xml:space="preserve">[34:57] </w:t>
      </w:r>
      <w:r>
        <w:t>to unhone kaha, gyan maine de diya ke sabse pehle apna, ab mein dekhoon, ila bartan laya to tumne usko dhoya, tab doodh diya. To isi tarike se tum ko apna container jo hai, woh saaf rakhna hai.</w:t>
      </w:r>
    </w:p>
    <w:p>
      <w:pPr>
        <w:jc w:val="right"/>
      </w:pPr>
      <w:r>
        <w:t>تو انہوںنےکہا،گیانمیںنےدےدیا کہسبسےپہلے اپنا ،ابمیںدیکھوں،میلابرتنلایاتوتمنےاسکودھویا، تبدودھدیا۔ تو اسیطریقےسےتم کواپنا کنٹینرجوہے، وہ صافرکھناہے۔</w:t>
      </w:r>
    </w:p>
    <w:p>
      <w:r>
        <w:rPr>
          <w:b/>
        </w:rPr>
        <w:t xml:space="preserve">[35:09] </w:t>
      </w:r>
      <w:r>
        <w:t>jab tak apna container saaf nahi rahega, matlab hum keh sakte hain ke negative se paak nahi rahega, tab tak ismein positive positive ko koi andar jayegi nahi, woh apni personality ka hissa nahi banegi.</w:t>
      </w:r>
    </w:p>
    <w:p>
      <w:pPr>
        <w:jc w:val="right"/>
      </w:pPr>
      <w:r>
        <w:t>جبتک اپنا کنٹینر صافنہیںرہےگا،مطلب ہمکہہسکتےہیںکہنیگیٹیوٹیسےپاکنہیںرہےگا،تبتکاسمیں پازیٹیو پازیٹیوٹیکاکوئی اندر جائےگیہینہیں ، وہ اپنی پرسنیلٹیکاحصہنہیںبنےگی۔</w:t>
      </w:r>
    </w:p>
    <w:p>
      <w:r>
        <w:rPr>
          <w:b/>
        </w:rPr>
        <w:t xml:space="preserve">[35:24] </w:t>
      </w:r>
      <w:r>
        <w:t>to is wajah se sabse pehla kaam jo hamein hai, woh apna container ko saaf karna hai. Aur iske liye Ramzan mein isi liye Taraveeh muqarrar ki gayi hai na ke din mein to log padhte hi hain Quran, woh individual study hoti hai.</w:t>
      </w:r>
    </w:p>
    <w:p>
      <w:pPr>
        <w:jc w:val="right"/>
      </w:pPr>
      <w:r>
        <w:t>تواسوجہ سے سبسےپہلاکامجوہمیںہے، وہاپنا کنٹینرکوصافکرناہے۔اوراسکےلیے رمضانمیں اسیلیے تراویحمقررکیگئیہےنا کہ دنمیںتولوگ پڑھتےہیہیںقرآن، وہ انڈیویجولسٹڈیہوتیہے۔</w:t>
      </w:r>
    </w:p>
    <w:p>
      <w:r>
        <w:rPr>
          <w:b/>
        </w:rPr>
        <w:t xml:space="preserve">[35:39] </w:t>
      </w:r>
      <w:r>
        <w:t>to woh shaam ko, raat ko Taraveeh mein khade ho kar jab imam padhta hai aur sunte hain, to matlab maine yeh dekha hai ke agar hum khud padh rahe hon to itna zyada dimagh mein baithta nahi jitna ke hum sun rahe hon. To woh zyada dimagh mein baithta hai, to woh sun sun te hain, aur jo muqtadi hai, woh usko,</w:t>
      </w:r>
    </w:p>
    <w:p>
      <w:pPr>
        <w:jc w:val="right"/>
      </w:pPr>
      <w:r>
        <w:t>تو وہ شامکو ،راتکو تراویحمیں کھڑےہوکر جب ام ام پڑھتاہےاور سن تےہیں،تو مطلبمیںنے یہ دیکھاہےکہاگرہم خود پڑھرہےہوںتو اتنازیادہ دماغمیںبیٹھتانہیںجتناکہہمسن رہےہوں۔تو وہزیادہ دماغمیںبیٹھتاہے، تو وہ سن سن تےہیں،اور جو مقتدیہے،وہ اسکو،</w:t>
      </w:r>
    </w:p>
    <w:p>
      <w:r>
        <w:rPr>
          <w:b/>
        </w:rPr>
        <w:t xml:space="preserve">[36:04] </w:t>
      </w:r>
      <w:r>
        <w:t>woh usko sun kar uske andar bahut zyada woh woh internalize ho jata hai.</w:t>
      </w:r>
    </w:p>
    <w:p>
      <w:pPr>
        <w:jc w:val="right"/>
      </w:pPr>
      <w:r>
        <w:t>وہ اسکوسنکر اسکےاندربہت زیادہ وہ وہیانٹرنلائزہوجاتاہے۔</w:t>
      </w:r>
    </w:p>
    <w:p>
      <w:r>
        <w:rPr>
          <w:b/>
        </w:rPr>
        <w:t xml:space="preserve">[36:09] </w:t>
      </w:r>
      <w:r>
        <w:t>ji, to poora Quran isi tarike se Taraveeh mein padha jata hai. To wahan se usko agar woh us tarike se padhe, aajkal to bahut hi far far farwalah hota hai, das das din mein poora Quran khatam karte hain.</w:t>
      </w:r>
    </w:p>
    <w:p>
      <w:pPr>
        <w:jc w:val="right"/>
      </w:pPr>
      <w:r>
        <w:t>جی، تو پورا قرآناسیطریقےسے تراویحمیںپڑھاجاتاہے۔ تو وہاںسے اسکو اگر وہ اسطریقےسے پڑھے، آجکل توبہتہی فر فرفرفروالاہوتاہے، دسدسدنمیںپوراقرآنختم کرتے ہیں۔</w:t>
      </w:r>
    </w:p>
    <w:p>
      <w:r>
        <w:rPr>
          <w:b/>
        </w:rPr>
        <w:t xml:space="preserve">[36:22] </w:t>
      </w:r>
      <w:r>
        <w:t>to woh nahi, bahut hi achhe tarike se ruk ruk kar usko sambhal sambhal ke padhna hota hai, tab woh dimagh mein baat baithti hai.</w:t>
      </w:r>
    </w:p>
    <w:p>
      <w:pPr>
        <w:jc w:val="right"/>
      </w:pPr>
      <w:r>
        <w:t>تو وہ نہیں ، بہت ہی اچھےطریقےسے رکرککےاسکو سنبھلسنبھلکےپڑھناہوتاہے،تب وہ دماغمیں باتبیٹھتیہے۔</w:t>
      </w:r>
    </w:p>
    <w:p>
      <w:r>
        <w:rPr>
          <w:b/>
        </w:rPr>
        <w:t xml:space="preserve">[36:30] </w:t>
      </w:r>
      <w:r>
        <w:t>ji, to abhi mein kal ek Maulana ki video dekh raha tha ke woh ek Azamgarh mein ek Maulana Majibullah Nadvi the, to woh Taraveeh padhaya karte the, to bahut hi ruk ruk kar padhate the.</w:t>
      </w:r>
    </w:p>
    <w:p>
      <w:pPr>
        <w:jc w:val="right"/>
      </w:pPr>
      <w:r>
        <w:t>جی، تو ابھیمیںکلایکمولاناکیویڈیودیکھرہیتھیکہوہ ایک اعظمگڑھمیںایکمول انامجیباللہ ندویتھے، تو وہ تراویحپڑھایاکرتے تھے، تو بہت ہی رکرککرپڑھاتےتھے۔</w:t>
      </w:r>
    </w:p>
    <w:p>
      <w:r>
        <w:rPr>
          <w:b/>
        </w:rPr>
        <w:t xml:space="preserve">[36:44] </w:t>
      </w:r>
      <w:r>
        <w:t>to Maulana ka ghar jo hai, unse ek kilometer door tha. Ji, to woh raat ko wahan jaate the sunne ke liye, ke woh bahut achha lagta tha ke ismein time mil jata hai na, mind ko bhi thoda time chahiye.</w:t>
      </w:r>
    </w:p>
    <w:p>
      <w:pPr>
        <w:jc w:val="right"/>
      </w:pPr>
      <w:r>
        <w:t>تو مول انا کاگھرجوہے، انسےایککلومیٹردور تھا۔ جی،تووہراتکووہاںجاتےتھےسننےکےلیے، کہوہبہت اچھالگتاتھا کہ اسمیںٹائمملجاتا ہےنا، مائنڈکوبھیتھوڑاٹائمچاہیے۔</w:t>
      </w:r>
    </w:p>
    <w:p>
      <w:r>
        <w:rPr>
          <w:b/>
        </w:rPr>
        <w:t xml:space="preserve">[36:57] </w:t>
      </w:r>
      <w:r>
        <w:t>ji, ke baat ko mind mein bithane ke liye. To</w:t>
      </w:r>
    </w:p>
    <w:p>
      <w:pPr>
        <w:jc w:val="right"/>
      </w:pPr>
      <w:r>
        <w:t>جی، کہباتکو مائنڈمیںبٹھانےکےلیے۔ تو</w:t>
      </w:r>
    </w:p>
    <w:p>
      <w:r>
        <w:rPr>
          <w:b/>
        </w:rPr>
        <w:t xml:space="preserve">[37:01] </w:t>
      </w:r>
      <w:r>
        <w:t>is tareeqe se woh jo hai, poora Quran unke saath jaake taraveeh mein sunte thay.</w:t>
      </w:r>
    </w:p>
    <w:p>
      <w:pPr>
        <w:jc w:val="right"/>
      </w:pPr>
      <w:r>
        <w:t>اسطریقےسےوہ جوہے،پوراقرآن انکے ساتھ جاکےتراویحمیںسنتےتھے۔</w:t>
      </w:r>
    </w:p>
    <w:p>
      <w:r>
        <w:rPr>
          <w:b/>
        </w:rPr>
        <w:t xml:space="preserve">[37:07] </w:t>
      </w:r>
      <w:r>
        <w:t>to isi tareeqe se humein Khuda ki yaad mein</w:t>
      </w:r>
    </w:p>
    <w:p>
      <w:pPr>
        <w:jc w:val="right"/>
      </w:pPr>
      <w:r>
        <w:t>تو اسیطریقےسےہمیں خداکییادمیں</w:t>
      </w:r>
    </w:p>
    <w:p>
      <w:r>
        <w:rPr>
          <w:b/>
        </w:rPr>
        <w:t xml:space="preserve">[37:13] </w:t>
      </w:r>
      <w:r>
        <w:t>وقت گزارنا ہے، مطلب قرآن خالی پڑھ نہیں لینا ہے، بلکہ اس کو discuss کرنا ہے، اس کی اس کو سمجھنا ہے، اس کو apply کرنا ہے اپنے اوپر۔ تو</w:t>
      </w:r>
    </w:p>
    <w:p>
      <w:pPr>
        <w:jc w:val="right"/>
      </w:pPr>
      <w:r>
        <w:t>وقت گزارناہے،مطلب قرآنخالی پڑھنہیںلیناہے، بلکہاسکو ڈسکسکرناہے، اسکی اسکوسمجھناہے، اسکو اپلائیکرناہے اپنے اوپر ۔تو</w:t>
      </w:r>
    </w:p>
    <w:p>
      <w:r>
        <w:rPr>
          <w:b/>
        </w:rPr>
        <w:t xml:space="preserve">[37:23] </w:t>
      </w:r>
      <w:r>
        <w:t>قرآن کو اپنی personality کا part and parcel بنانا ہے، اور اس کے لیے دیکھیں ضروری ہے کہ اپنی</w:t>
      </w:r>
    </w:p>
    <w:p>
      <w:pPr>
        <w:jc w:val="right"/>
      </w:pPr>
      <w:r>
        <w:t>قرآنکو اپنی پرسن یلٹی کاپارٹاینڈپارسل بناناہے، اور اسکےلیے دیکھیںضروری ہےکہاپنی</w:t>
      </w:r>
    </w:p>
    <w:p>
      <w:r>
        <w:rPr>
          <w:b/>
        </w:rPr>
        <w:t xml:space="preserve">[37:31] </w:t>
      </w:r>
      <w:r>
        <w:t>مادی ایکٹیویٹیز کو، میٹیریل ایکٹیویٹیز کو کم سے کم کریں۔</w:t>
      </w:r>
    </w:p>
    <w:p>
      <w:pPr>
        <w:jc w:val="right"/>
      </w:pPr>
      <w:r>
        <w:t>مادی ایکٹیویٹیزکو،مٹیریلایکٹیویٹیزکوکمسےکمکریں۔</w:t>
      </w:r>
    </w:p>
    <w:p>
      <w:r>
        <w:rPr>
          <w:b/>
        </w:rPr>
        <w:t xml:space="preserve">[37:35] </w:t>
      </w:r>
      <w:r>
        <w:t>ab ramzan mein agar sahi tareeqe se ramzan rakha jaye, rozah rakha jaye, aur bohat ziyada khane peene ki dhoom machai na jaye, to bohat time mil jata hai.</w:t>
      </w:r>
    </w:p>
    <w:p>
      <w:pPr>
        <w:jc w:val="right"/>
      </w:pPr>
      <w:r>
        <w:t>اب رمضانمیںاگر صحیحطریقےسے رمضان رکھاجائے،روزہرکھاجائے،اور بہت زیادہ کھانےپینےکیدھومنہیںمچائیجائے،تو بہت ٹائمملجاتا ہے۔</w:t>
      </w:r>
    </w:p>
    <w:p>
      <w:r>
        <w:rPr>
          <w:b/>
        </w:rPr>
        <w:t xml:space="preserve">[37:46] </w:t>
      </w:r>
      <w:r>
        <w:t>to subah ko aadmi khata hai, paanch baje khatam kar deta hai khana, phir raat ko saade chhe baje hota hai, to poora din mil jata hai. warna khana, pani, chai, pani, sab kuch chalta hi rehta hai.</w:t>
      </w:r>
    </w:p>
    <w:p>
      <w:pPr>
        <w:jc w:val="right"/>
      </w:pPr>
      <w:r>
        <w:t>توصبحکوآدمی کھاتاہے،پانچبجےختمکردیتاہےکھانا، پھرراتکو ساڑھےچھ بجےہوتاہے،تو پورادن ملجاتا ہے۔ ورنہکھانا، پانی،چائے،پانی،سبکچھچلتاہیرہتاہے۔</w:t>
      </w:r>
    </w:p>
    <w:p>
      <w:r>
        <w:rPr>
          <w:b/>
        </w:rPr>
        <w:t xml:space="preserve">[37:57] </w:t>
      </w:r>
      <w:r>
        <w:t>to hamare paas bohat time mil jata hai,</w:t>
      </w:r>
    </w:p>
    <w:p>
      <w:pPr>
        <w:jc w:val="right"/>
      </w:pPr>
      <w:r>
        <w:t>تو ہمارےپاسبہت ٹائمملجاتا ہے،</w:t>
      </w:r>
    </w:p>
    <w:p>
      <w:r>
        <w:rPr>
          <w:b/>
        </w:rPr>
        <w:t xml:space="preserve">[37:59] </w:t>
      </w:r>
      <w:r>
        <w:t>to hum is is beech mein na sirf quran padhein, balkeh is ko, is par soch vichar karein, aur woh ghar walon ke sath is baith ke iski discussion karein, tab hum ek god oriented life guzar sakte hain.</w:t>
      </w:r>
    </w:p>
    <w:p>
      <w:pPr>
        <w:jc w:val="right"/>
      </w:pPr>
      <w:r>
        <w:t>تو ہم اس اس بیچمیں نہصرف قرآنپڑھیں،بلکہ اس کو،اسکواسپرچرچاکریں،اور وہگھروالوںکےساتھ اسبیٹھکےاسکیڈسکشنکریں، تب ہمایک گاڈاورینٹڈلائف گزار سکتےہیں۔</w:t>
      </w:r>
    </w:p>
    <w:p>
      <w:r>
        <w:rPr>
          <w:b/>
        </w:rPr>
        <w:t xml:space="preserve">[38:13] </w:t>
      </w:r>
      <w:r>
        <w:t>dekhein, khuda ki yaad se hi tazkiyah hota hai. to khuda ki yaad jo hai, is se hum kehte hain ke jab baith ke log zikr karte hain khuda ka, to bohat sare farishtey aa</w:t>
      </w:r>
    </w:p>
    <w:p>
      <w:pPr>
        <w:jc w:val="right"/>
      </w:pPr>
      <w:r>
        <w:t>دیکھیں،خداکییادسےہیتزکیہہوتاہے۔ تو خداکییادجوہے، اسسے ہم کہتےہیںکہجب بیٹھکےلوگ ذکرکرتے ہیںخداکا ،تو بہت سارے فرشتےآ</w:t>
      </w:r>
    </w:p>
    <w:p>
      <w:r>
        <w:rPr>
          <w:b/>
        </w:rPr>
        <w:t xml:space="preserve">[38:26] </w:t>
      </w:r>
      <w:r>
        <w:t>jaate hain. jab farishtey bohat sare aayenge, to woh woh spiritualize kar denge is mahaul ko. is is se phir hamare andar tazkiyah hota hai. to khud rasool ALLAH sallallahu alaihi wasallam bohat ziyada khuda ko yaad karte the, har mauqe par khuda ko yaad karte the, aur molana ne bataya ke khuda ki blessings ke reference se khuda ko yaad kiya jaye.</w:t>
      </w:r>
    </w:p>
    <w:p>
      <w:pPr>
        <w:jc w:val="right"/>
      </w:pPr>
      <w:r>
        <w:t>جاتےہیں۔ جب فرشتےبہتسارےآئیںگے،تووہ وہ سپریچ ولائزکردیںگےاسماحولکو ۔ اس اس سے پھرہمارےاندر تزکیہہوتاہے۔توخود رسولاللہ صلیاللہعلیہوسلم بہتزیادہ خداکویادکرتے تھے،ہرموقع پر خداکویادکرتے تھے، اور مول انانےبتایاکہ خداکی بلیسنگ زکےریفر نسسے خداکویادکیاجائے۔</w:t>
      </w:r>
    </w:p>
    <w:p>
      <w:r>
        <w:rPr>
          <w:b/>
        </w:rPr>
        <w:t xml:space="preserve">[38:49] </w:t>
      </w:r>
      <w:r>
        <w:t>woh ziyada real hota hai, aur ziyada hamare dil o dimaagh mein baithta hai.</w:t>
      </w:r>
    </w:p>
    <w:p>
      <w:pPr>
        <w:jc w:val="right"/>
      </w:pPr>
      <w:r>
        <w:t>وہزیادہ ریئلہوتاہے،اورزیادہ ہمارے دل ودماغمیںبیٹھتاہے۔</w:t>
      </w:r>
    </w:p>
    <w:p>
      <w:r>
        <w:rPr>
          <w:b/>
        </w:rPr>
        <w:t xml:space="preserve">[38:54] </w:t>
      </w:r>
      <w:r>
        <w:t>aur apa, yeh point bhi mujhe aapka bohat achha laga ke aap ne bataya ke "it's a purification as a continuous process". ramzan mein one is able to perform the process of purification with greater intensity, lekin yeh ek continuous process hai, all through the life chalta hai.</w:t>
      </w:r>
    </w:p>
    <w:p>
      <w:pPr>
        <w:jc w:val="right"/>
      </w:pPr>
      <w:r>
        <w:t>اورآپا،یہپوائنٹبھیمجھےآپکابہتاچھالگاکہآپنےبتایا کہ"اٹسا پیوریفیکیشناز اکنٹینیوسپروسیس"۔ رمضانمیں ونازایبلٹوپرفارمدیپروسیسافپیوریفیکیشنود گریٹرانٹینسٹی،لیکن یہایککنٹینیوس پروسیسہے،التھرودالائف چلتاہے۔</w:t>
      </w:r>
    </w:p>
    <w:p>
      <w:r>
        <w:rPr>
          <w:b/>
        </w:rPr>
        <w:t xml:space="preserve">[39:10] </w:t>
      </w:r>
      <w:r>
        <w:t>aur khaas kar jaise aap ne kaha, aur molana wahiduddin khan sahib bohat emphasize karte the ke apne aap ko negativity se khali karo, completely ek positive mindset develop</w:t>
      </w:r>
    </w:p>
    <w:p>
      <w:pPr>
        <w:jc w:val="right"/>
      </w:pPr>
      <w:r>
        <w:t>اور خاص کر جیسےآپنےکہا،اورمول انا وحیدالدینخانصاحببہت ایمفس ائزکرتےتھے کہ اپنےآپکو نیگیٹیوٹیسے خالی کرو،کمپلیٹلی ایک پوزیٹیومائنڈسیٹ ڈیویل</w:t>
      </w:r>
    </w:p>
    <w:p>
      <w:r>
        <w:rPr>
          <w:b/>
        </w:rPr>
        <w:t xml:space="preserve">[39:22] </w:t>
      </w:r>
      <w:r>
        <w:t>karo. ek aap, bohat achhi hadees bhi hai ke rasool ALLAH ne ek martaba kaha ke "o son, if you can carry your, if you can, if you can spend your morning and evening in such a way that you carry no grudge against anyone in your heart, then please do so".</w:t>
      </w:r>
    </w:p>
    <w:p>
      <w:pPr>
        <w:jc w:val="right"/>
      </w:pPr>
      <w:r>
        <w:t>پکرو۔ ایک آپ ا،بہتاچھیحدیثبھیہےکہرسولاللہنےایکمرتبہ کہا کہ "اوسن،افیوکین کیرییور، افیوکین، افیوکینسپینڈیورمارننگاینڈایوننگانسچاوے دیٹیوکیری نو گرج اگینسٹ اینیونانیورہارٹ، دینپلیزڈوسو"۔</w:t>
      </w:r>
    </w:p>
    <w:p>
      <w:r>
        <w:rPr>
          <w:b/>
        </w:rPr>
        <w:t xml:space="preserve">[39:39] </w:t>
      </w:r>
      <w:r>
        <w:t>to apa, yeh bohat badi baat hai, and rasool ALLAH to hum sab ke liye, poori humanity ke liye model hain, aur woh yeh keh rahe hain ke apne dil mein kisi ke liye grudge mat ki</w:t>
      </w:r>
    </w:p>
    <w:p>
      <w:pPr>
        <w:jc w:val="right"/>
      </w:pPr>
      <w:r>
        <w:t>تو آپا،یہبہتبڑیباتہے، اینڈرسولاللہتوہم سبکےلیے،پوریہیومینٹیکےلیےماڈلہیں،اور وہیہکہہرہےہیںکہاپنےدلمیںکسی کےلیے گر ج مت کی</w:t>
      </w:r>
    </w:p>
    <w:p>
      <w:r>
        <w:rPr>
          <w:b/>
        </w:rPr>
        <w:t xml:space="preserve">[39:48] </w:t>
      </w:r>
      <w:r>
        <w:t>rakho. to tabhi sahi ma'ne mein, apa, jaise aap ne explain bhi kiya ke ek inner purification jo hai, woh ek insaan ka hota hai.</w:t>
      </w:r>
    </w:p>
    <w:p>
      <w:pPr>
        <w:jc w:val="right"/>
      </w:pPr>
      <w:r>
        <w:t>ریکرو۔تو تبھیصحیحمعنیمیں،آپا،جیسےآپنے ایکسپلینبھیکیا کہ ایک انرپیوریفیکیشن جوہے، وہایکانسانکا ہوتاہے۔</w:t>
      </w:r>
    </w:p>
    <w:p>
      <w:r>
        <w:rPr>
          <w:b/>
        </w:rPr>
        <w:t xml:space="preserve">[39:57] </w:t>
      </w:r>
      <w:r>
        <w:t>apa, agla sawal maujood tha aur yani we're looking at charity ke bare mein ke "it's an integral part of ramzan".</w:t>
      </w:r>
    </w:p>
    <w:p>
      <w:pPr>
        <w:jc w:val="right"/>
      </w:pPr>
      <w:r>
        <w:t>آپا،اگلاسوال مواس اتاور یعنیویلوشنگاورچیریٹیکولےکرہے کہ"اٹازاینانٹیگرلپارٹاف رمضان"۔</w:t>
      </w:r>
    </w:p>
    <w:p>
      <w:r>
        <w:rPr>
          <w:b/>
        </w:rPr>
        <w:t xml:space="preserve">[40:05] </w:t>
      </w:r>
      <w:r>
        <w:t>to kis tareeqe se hum is ko promote kar sakte hain apni life mein, with reference from ramzan? is ke bare mein bhi aap hum sab ko batayein.</w:t>
      </w:r>
    </w:p>
    <w:p>
      <w:pPr>
        <w:jc w:val="right"/>
      </w:pPr>
      <w:r>
        <w:t>تو کسطریقےسےہماسکو پروموٹکرسکتےہیں اپنی لائفمیں ،ودریفرنسفرام رمضان؟اسکےبارےمیںبھیآپ ہمسبکوبتائیں۔</w:t>
      </w:r>
    </w:p>
    <w:p>
      <w:r>
        <w:rPr>
          <w:b/>
        </w:rPr>
        <w:t xml:space="preserve">[40:14] </w:t>
      </w:r>
      <w:r>
        <w:t>dekhein, charity woh shehr ul ramzan ko shehr ul musawat bhi kaha gaya, yani month of charity. to yeh jo hai, charity to haan hamesha karni hai, lekin ramzan mein rasool ALLAH sallallahu alaihi wasallam bhi bohat ziyada karte the.</w:t>
      </w:r>
    </w:p>
    <w:p>
      <w:pPr>
        <w:jc w:val="right"/>
      </w:pPr>
      <w:r>
        <w:t>دیکھیں،چیریٹیوہیشہر الرمضانکو شہر المواساتبھیکہاگیا،یعنی منتھافچیریٹی۔ تو یہ جوہے، چیریٹیتو ہاںہمیشہ کرنیہے، لیکن رمضانمیں رسولاللہ صلیاللہعلیہوسلمبھیبہتزیادہ کرتے تھے۔</w:t>
      </w:r>
    </w:p>
    <w:p>
      <w:r>
        <w:rPr>
          <w:b/>
        </w:rPr>
        <w:t xml:space="preserve">[40:30] </w:t>
      </w:r>
      <w:r>
        <w:t>to jisko hum zakat kehte hain, khairat kehte hain, sadqa kehte hain, to aur har har jab bhi humein pata chale ke koi zaroorat mand hai, to hum iski zaroorat ko poora karein. keh</w:t>
      </w:r>
    </w:p>
    <w:p>
      <w:pPr>
        <w:jc w:val="right"/>
      </w:pPr>
      <w:r>
        <w:t>تو جسکوہمزکوۃکہتےہیں،خیراتکہتےہیں،صدقہکہتےہیں، تو اور ہر ہرجببھیہمیںپتہچلےکہکوئی ضرورت مندہے، تو ہماسکیضرورت کوپوراکریں۔کہ</w:t>
      </w:r>
    </w:p>
    <w:p>
      <w:r>
        <w:rPr>
          <w:b/>
        </w:rPr>
        <w:t xml:space="preserve">[40:44] </w:t>
      </w:r>
      <w:r>
        <w:t>aagaya, kaha gaya ke agar hamara padosi bhookha rahe aur hamara pet bhara hua rahe, to yeh bohat ziyada gunaah ki baat hai. to aise bohat sari aisi hadeesein hain, aur sahaba bohat ziyada charity karte the.</w:t>
      </w:r>
    </w:p>
    <w:p>
      <w:pPr>
        <w:jc w:val="right"/>
      </w:pPr>
      <w:r>
        <w:t>اگیا ،کہاگیا کہاگر ہماراپڑوسیبھوکارہے اور ہمارا پیٹبھراہوا رہے،تویہبہت زیادہ گناہکیباتہے۔ تو ایسے بہت ساریایسیحدیثیںہیں، اور صحابہبہت زیادہ چیریٹیکرتے تھے۔</w:t>
      </w:r>
    </w:p>
    <w:p>
      <w:r>
        <w:rPr>
          <w:b/>
        </w:rPr>
        <w:t xml:space="preserve">[41:00] </w:t>
      </w:r>
      <w:r>
        <w:t>ek baar hazrat Usman, hazrat Usman bohat bade tajir the, to unka ek hazar onton par samaan laad kar aaya tha.</w:t>
      </w:r>
    </w:p>
    <w:p>
      <w:pPr>
        <w:jc w:val="right"/>
      </w:pPr>
      <w:r>
        <w:t>ایکبار حضرتعثمان، حضرتعثمانبہتبڑےتاجرتھے، تو انکا ایک ہزار اونٹوںپر سامان لت کر آیاتھا۔</w:t>
      </w:r>
    </w:p>
    <w:p>
      <w:r>
        <w:rPr>
          <w:b/>
        </w:rPr>
        <w:t xml:space="preserve">[41:10] </w:t>
      </w:r>
      <w:r>
        <w:t>woh</w:t>
      </w:r>
    </w:p>
    <w:p>
      <w:pPr>
        <w:jc w:val="right"/>
      </w:pPr>
      <w:r>
        <w:t>وہ</w:t>
      </w:r>
    </w:p>
    <w:p>
      <w:r>
        <w:rPr>
          <w:b/>
        </w:rPr>
        <w:t xml:space="preserve">[41:11] </w:t>
      </w:r>
      <w:r>
        <w:t>pehley zamaney mein yahi hota tha, samaan idhar se aata tha, idhar se jata tha, kyunke yahi yahi business tha. to ek hazar onton par unke paas ghalle wale aaye the, aur usi zamaney mein woh tha madine mein qahat pad gaya tha.</w:t>
      </w:r>
    </w:p>
    <w:p>
      <w:pPr>
        <w:jc w:val="right"/>
      </w:pPr>
      <w:r>
        <w:t>پہلے زمانےمیںیہیہوتاتھا،سامان ادھرسے آتاتھا،ادھرسےجاتا تھا،کیونکہیہی یہی بزنس تھا۔ تو ایک ہزاراونٹوںپرانکےپاسغلےولےآئےتھے،اوراسی زمان ےمیں وہتھا مدینےمیں قحطپڑگیاتھا۔</w:t>
      </w:r>
    </w:p>
    <w:p>
      <w:r>
        <w:rPr>
          <w:b/>
        </w:rPr>
        <w:t xml:space="preserve">[41:26] </w:t>
      </w:r>
      <w:r>
        <w:t>ji, to ab tamam jo doosre tajir the, sab unke ghar aaye ke unke paas samaan aaya hai, to khareed khareed kar logon mein baantein.</w:t>
      </w:r>
    </w:p>
    <w:p>
      <w:pPr>
        <w:jc w:val="right"/>
      </w:pPr>
      <w:r>
        <w:t>جی، تو اب تمام جو دوسرے تاجرتھے،سبانکےگھرآئے کہانکےپاس سامانآیاہے،توخریدخریدکے لوگوںمیں بانٹیں۔</w:t>
      </w:r>
    </w:p>
    <w:p>
      <w:r>
        <w:rPr>
          <w:b/>
        </w:rPr>
        <w:t xml:space="preserve">[41:35] </w:t>
      </w:r>
      <w:r>
        <w:t>to sab ne aa ke daam lagaye, to woh kehne lage, "nahi, humein is se ziyada mil raha hai.</w:t>
      </w:r>
    </w:p>
    <w:p>
      <w:pPr>
        <w:jc w:val="right"/>
      </w:pPr>
      <w:r>
        <w:t>تو سب نے آکےداملگائے، تو وہکہنےلگے،"نہیں،ہمیںاسسےزیادہ ملرہاہے۔</w:t>
      </w:r>
    </w:p>
    <w:p>
      <w:r>
        <w:rPr>
          <w:b/>
        </w:rPr>
        <w:t xml:space="preserve">[41:41] </w:t>
      </w:r>
      <w:r>
        <w:t>"har aadmi ke daam badhaata jata hai, kehta hai, "nahi, humein is se ziyada mil raha hai." to tajiron ne kaha ke "saare tajir sheher ke to yahin baithe hue hain, aap ko ziyada kon de raha hai?" to hatta ke hazrat Usman ne kaha ke "maine yeh sab sadqa kar diya hai, to ALLAH mujhe is se bohat ziyada dega." to is tarah yeh log bohat ziyada sadqe karte the, woh ek hazar onton ka maal poora unhone sadqa kar diya.</w:t>
      </w:r>
    </w:p>
    <w:p>
      <w:pPr>
        <w:jc w:val="right"/>
      </w:pPr>
      <w:r>
        <w:t>"ہرآدمی کے دامبڑھاتاجاتاہے،کہتاہے،"نہیں،ہمیںاسسےزیادہ ملرہاہے۔" تو تاجروںنےکہاکہ"سارےتاجر شہرکے تویہیں بیٹھےہوئےہیں،آپکو زیادہ کوندےرہاہے؟" تو حتیٰکہحضرتعثماننےکہاکہ"میںنےیہسب صدقہکردیاہے، تو اللہ مجھےاسسےبہتزیادہ دےگا۔" تو اسطرح یہلوگ بہت زیادہ صدقےکرتے تھے،وہایکہزار اونٹوںکامالپوراانہوںنےصدقہکردیا۔</w:t>
      </w:r>
    </w:p>
    <w:p>
      <w:r>
        <w:rPr>
          <w:b/>
        </w:rPr>
        <w:t xml:space="preserve">[42:06] </w:t>
      </w:r>
      <w:r>
        <w:t>ji, to yeh bohat ziyada hai, lekin kyunke ab aam halaat mein aadmi itna ziyada self centered life guzarta hai, aur aajkal to yeh sab bohat ziyada ho gaya, aadmi ki apni zarooraten poori nahi hoti.</w:t>
      </w:r>
    </w:p>
    <w:p>
      <w:pPr>
        <w:jc w:val="right"/>
      </w:pPr>
      <w:r>
        <w:t>جی، تویہبہت زیادہ ہے،لیکن چونکہ اب عامحالاتمیںآدمیاتنازیادہ سیلفسینٹرڈلائفگزارتاہے،اورآجکلتو یہسببہتزیادہ ہوگیا، آدمیکیاپنی ضرورتیںپورینہیںہوتی۔</w:t>
      </w:r>
    </w:p>
    <w:p>
      <w:r>
        <w:rPr>
          <w:b/>
        </w:rPr>
        <w:t xml:space="preserve">[42:17] </w:t>
      </w:r>
      <w:r>
        <w:t>to is wajah se ramzan mein is par khaas emphasize diya gaya hai</w:t>
      </w:r>
    </w:p>
    <w:p>
      <w:pPr>
        <w:jc w:val="right"/>
      </w:pPr>
      <w:r>
        <w:t>تواسوجہ سے رمضانمیں اسپر خاص ایمفس زدیاگیاہے</w:t>
      </w:r>
    </w:p>
    <w:p>
      <w:r>
        <w:rPr>
          <w:b/>
        </w:rPr>
        <w:t xml:space="preserve">[42:23] </w:t>
      </w:r>
      <w:r>
        <w:t>kehkyunke hadith mein "khalq wa ayal Allah" da kari shanaaz godsfamili, to humein yeh dekhna hai ke Allah ta'ala ke sab ke sab Allah ta'ala ne sab ko paida kiya hai.</w:t>
      </w:r>
    </w:p>
    <w:p>
      <w:pPr>
        <w:jc w:val="right"/>
      </w:pPr>
      <w:r>
        <w:t>کہکیونکہحدیثمیں" الخلق ویال اللہ" دا کری شناز گاڈزفیملی، توہمیںیہدیکھناہے کہ اللہ تعالیٰ کہسبکےسب اللہ تعالیٰنے سبکوپیدا کیا ہے۔</w:t>
      </w:r>
    </w:p>
    <w:p>
      <w:r>
        <w:rPr>
          <w:b/>
        </w:rPr>
        <w:t xml:space="preserve">[42:36] </w:t>
      </w:r>
      <w:r>
        <w:t>agar kisi ko koi zaroorat hai, kisi ki koi pareshani hai, to woh hamari zimmedari banti hai ke hum usko poora karein. To roza woh hai na, is se sharing spirit ko ubharta hai.</w:t>
      </w:r>
    </w:p>
    <w:p>
      <w:pPr>
        <w:jc w:val="right"/>
      </w:pPr>
      <w:r>
        <w:t>اگر کسی کوکوئیضرورت ہے،کسی کیکوئی پریشانیہے،تو وہ ہماری ذمہداریبنتیہےکہہماسکوپوراکریں۔ تو روز ہجوہےنا،اسیشیئرنگسپرٹکوابھارتاہے۔</w:t>
      </w:r>
    </w:p>
    <w:p>
      <w:r>
        <w:rPr>
          <w:b/>
        </w:rPr>
        <w:t xml:space="preserve">[42:49] </w:t>
      </w:r>
      <w:r>
        <w:t>ab sharing spirit aam halaat mein thoda aadmi slow ho jata hai, kyunke us ko apne upar woh farz karein, koi bhook bhook hai, to har hum bhooke nahin hain, to humein ehsaas nahin hota.</w:t>
      </w:r>
    </w:p>
    <w:p>
      <w:pPr>
        <w:jc w:val="right"/>
      </w:pPr>
      <w:r>
        <w:t>ابشیئرنگسپرٹعامحالاتمیں تھوڑاآدمی سلوہوجاتاہے،کیونکہ اسکو اپنے اوپر وہ فر ضکریں، کوئی بھوک بھوکاہے، تو ہرہمبھوکےنہیںہیں،توہمیںاحساسنہیںہوتا۔</w:t>
      </w:r>
    </w:p>
    <w:p>
      <w:r>
        <w:rPr>
          <w:b/>
        </w:rPr>
        <w:t xml:space="preserve">[43:02] </w:t>
      </w:r>
      <w:r>
        <w:t>roze mein yeh jo wal nut yerili humein bhooke rehna hota hai, pyaas lagti hai, humein pyaasa rehna padta hai, tab humein ehsaas hota hai ke jin logon ko khana pani nahin mila hai, us ko kaisa lagega hoga.</w:t>
      </w:r>
    </w:p>
    <w:p>
      <w:pPr>
        <w:jc w:val="right"/>
      </w:pPr>
      <w:r>
        <w:t>روز ےمیں یہجو وال نٹ یریلیہمیں بھوکارہناہوتاہے، پیاس لگتیہے،ہمیںپیاسارہناپڑتاہے،تبہمیں احساسہوتاہےکہجنلوگوںکوکھاناپانی نہیں ملاہے،اسکوکیسالگرہاہوگا۔</w:t>
      </w:r>
    </w:p>
    <w:p>
      <w:r>
        <w:rPr>
          <w:b/>
        </w:rPr>
        <w:t xml:space="preserve">[43:16] </w:t>
      </w:r>
      <w:r>
        <w:t>itna zyada charity par zor diya gaya hai ke Allah ta'ala</w:t>
      </w:r>
    </w:p>
    <w:p>
      <w:pPr>
        <w:jc w:val="right"/>
      </w:pPr>
      <w:r>
        <w:t>اتنازیادہ چیریٹیپرزوردیاگیاہےکہاللہ تعالیٰ</w:t>
      </w:r>
    </w:p>
    <w:p>
      <w:r>
        <w:rPr>
          <w:b/>
        </w:rPr>
        <w:t xml:space="preserve">[43:21] </w:t>
      </w:r>
      <w:r>
        <w:t>aakhirat mein ek aadmi se kahenge ke "main bhooka tha, main tumhare paas aaya, tumne khana nahi diya, main pyaasa tha,</w:t>
      </w:r>
    </w:p>
    <w:p>
      <w:pPr>
        <w:jc w:val="right"/>
      </w:pPr>
      <w:r>
        <w:t>آخرتمیں ایکآدمیسےکہیںگےکہ"میں بھوکاتھا، میں تمہارےپاسآیا،تمنےکھانانہیںدیا،میںپیاساتھا،</w:t>
      </w:r>
    </w:p>
    <w:p>
      <w:r>
        <w:rPr>
          <w:b/>
        </w:rPr>
        <w:t xml:space="preserve">[43:29] </w:t>
      </w:r>
      <w:r>
        <w:t>main tumhare paas aaya, tumne paani nahi diya, main bemar tha, tumne meri iyadat nahi ki." to woh aadmi kehta hai,</w:t>
      </w:r>
    </w:p>
    <w:p>
      <w:pPr>
        <w:jc w:val="right"/>
      </w:pPr>
      <w:r>
        <w:t>میں تمہارےپاسآیا،تمنےپانینہیںدیا ، میںبیمارتھا،تمنےمیریعیادتنہیںکی۔"تووہآدمیکہتاہے،</w:t>
      </w:r>
    </w:p>
    <w:p>
      <w:r>
        <w:rPr>
          <w:b/>
        </w:rPr>
        <w:t xml:space="preserve">[43:35] </w:t>
      </w:r>
      <w:r>
        <w:t>"Ya Allah, tu toh rabbul alameen hai, tu kaise bhooka pyaasa reh sakta hai?"</w:t>
      </w:r>
    </w:p>
    <w:p>
      <w:pPr>
        <w:jc w:val="right"/>
      </w:pPr>
      <w:r>
        <w:t>"یااللہ،توتورب العالم ینہے، تو کیسےبھوکاپیاسارہسکتاہے؟"</w:t>
      </w:r>
    </w:p>
    <w:p>
      <w:r>
        <w:rPr>
          <w:b/>
        </w:rPr>
        <w:t xml:space="preserve">[43:41] </w:t>
      </w:r>
      <w:r>
        <w:t>to ab Allah ta'ala farmate hain ke "woh aadmi jo tumhare paas aaya tha bhooka,</w:t>
      </w:r>
    </w:p>
    <w:p>
      <w:pPr>
        <w:jc w:val="right"/>
      </w:pPr>
      <w:r>
        <w:t>تو اباللہ تعالیٰفرماتےہیںکہ"وہآدمیجوتمہارےپاسآیاتھابھوکا،</w:t>
      </w:r>
    </w:p>
    <w:p>
      <w:r>
        <w:rPr>
          <w:b/>
        </w:rPr>
        <w:t xml:space="preserve">[43:45] </w:t>
      </w:r>
      <w:r>
        <w:t>usko agar tumne khilaya hota to</w:t>
      </w:r>
    </w:p>
    <w:p>
      <w:pPr>
        <w:jc w:val="right"/>
      </w:pPr>
      <w:r>
        <w:t>اسکواگر تم نےکھلایاہوتاتو</w:t>
      </w:r>
    </w:p>
    <w:p>
      <w:r>
        <w:rPr>
          <w:b/>
        </w:rPr>
        <w:t xml:space="preserve">[43:48] </w:t>
      </w:r>
      <w:r>
        <w:t>tum mujhe uske paas paate."</w:t>
      </w:r>
    </w:p>
    <w:p>
      <w:pPr>
        <w:jc w:val="right"/>
      </w:pPr>
      <w:r>
        <w:t>تم مجھےاسکےپاس پاتے۔"</w:t>
      </w:r>
    </w:p>
    <w:p>
      <w:r>
        <w:rPr>
          <w:b/>
        </w:rPr>
        <w:t xml:space="preserve">[43:50] </w:t>
      </w:r>
      <w:r>
        <w:t>isi tareeqay say pyasa, isi tareeqay say beemar.</w:t>
      </w:r>
    </w:p>
    <w:p>
      <w:pPr>
        <w:jc w:val="right"/>
      </w:pPr>
      <w:r>
        <w:t>اسیطریقےسے پیاسا،اسیطریقےسے بیمار۔</w:t>
      </w:r>
    </w:p>
    <w:p>
      <w:r>
        <w:rPr>
          <w:b/>
        </w:rPr>
        <w:t xml:space="preserve">[43:53] </w:t>
      </w:r>
      <w:r>
        <w:t>to itna zyada hai ke Allah ta'ala ke haan bohat hi zyada highly rewardable act hai.</w:t>
      </w:r>
    </w:p>
    <w:p>
      <w:pPr>
        <w:jc w:val="right"/>
      </w:pPr>
      <w:r>
        <w:t>تو اتنا زیادہ ہےکہ اللہ تعالیٰکےہاںبہت ہی زیادہ ہائیلی ریوارڈیبل ایکٹہے۔</w:t>
      </w:r>
    </w:p>
    <w:p>
      <w:r>
        <w:rPr>
          <w:b/>
        </w:rPr>
        <w:t xml:space="preserve">[44:00] </w:t>
      </w:r>
      <w:r>
        <w:t>ji, hadith mein ek dene wala hath lene wale hath se behtar hai, kyunke dekhein, insaan bohat hi zyada kamzor hai, helpless hai, aur is duniya mein se jab jayega to bilkul khali hath jayega.</w:t>
      </w:r>
    </w:p>
    <w:p>
      <w:pPr>
        <w:jc w:val="right"/>
      </w:pPr>
      <w:r>
        <w:t>جی،حدیثمیںایک دینےوالاہاتھ لینےوالے ہاتھسے بہترہے، کیونکہدیکھیں،انسان بہت ہی زیادہ کمزورہے،ہیلپلیسہے، اور اسدنیا میں سےجب جائےگاتوبالکل خالیہاتھجائےگا۔</w:t>
      </w:r>
    </w:p>
    <w:p>
      <w:r>
        <w:rPr>
          <w:b/>
        </w:rPr>
        <w:t xml:space="preserve">[44:13] </w:t>
      </w:r>
      <w:r>
        <w:t>us waqt woh Khuda se rehmat ki darkhwast karega, kyunke Khuda ki rehmat se hi jannat milegi. Ab us waqt agar Khuda keh de ke "jab tumhare paas koi aata tha to tum us ki madad nahin karte the, ab tum kya, kaise tum mujh se rehmat ki darkhwast kar rahe ho?"</w:t>
      </w:r>
    </w:p>
    <w:p>
      <w:pPr>
        <w:jc w:val="right"/>
      </w:pPr>
      <w:r>
        <w:t>اسوقت وہ خداسے رحمکیدرخواستکرےگا، کیونکہخداکیرحمتسےہیجنتملےگی۔ اباسوقتاگرخداکہہدےکہ"جبتمہارےپاسکوئیآتاتھاتوتم اسکی مد دنہیں کرتے تھے،ابتم کیا ،کیسےتم مجھسے رحمکیدرخواستکررہےہو؟</w:t>
      </w:r>
    </w:p>
    <w:p>
      <w:r>
        <w:rPr>
          <w:b/>
        </w:rPr>
        <w:t xml:space="preserve">[44:30] </w:t>
      </w:r>
      <w:r>
        <w:t>tum ko matlab kyun tum par rehmat ki jaye?" To is wajah se yeh hamari apni woh banti hai, hum ke hamari apni zaroorat banti hai, kisi ke sath bhala karna, kisi ki zaroorat poori karna, kyunke yeh rewardable act hai, humein is ka reward milega.</w:t>
      </w:r>
    </w:p>
    <w:p>
      <w:pPr>
        <w:jc w:val="right"/>
      </w:pPr>
      <w:r>
        <w:t>تم کو مطلب کیوں تمکو رحمتمہارےاوپرکیاجائے؟" تو اسوجہ سےیہہماری اپنی وہبنجاتیہے،ہم کہہماری اپنی ضرورت بنجاتیہے، کسی کےساتھ بھلا کرنا،کسی کیضرورت پوریکرنا، کیونکہیہریوارڈیبل ایکٹہے،ہمیںاسکاریوارڈملےگا۔</w:t>
      </w:r>
    </w:p>
    <w:p>
      <w:r>
        <w:rPr>
          <w:b/>
        </w:rPr>
        <w:t xml:space="preserve">[44:51] </w:t>
      </w:r>
      <w:r>
        <w:t>to is wajah se humein bohat zyada karna hai, lekin ab yeh hai ke insanon ko bohat tarah tarah ki zaroorat</w:t>
      </w:r>
    </w:p>
    <w:p>
      <w:pPr>
        <w:jc w:val="right"/>
      </w:pPr>
      <w:r>
        <w:t>تو اسوجہ سےہمیںبہتزیادہ کرناہے،لیکن ابیہہےکہ انسانوںکوبہت طرح طرحکیضرورت</w:t>
      </w:r>
    </w:p>
    <w:p>
      <w:r>
        <w:rPr>
          <w:b/>
        </w:rPr>
        <w:t xml:space="preserve">[44:57] </w:t>
      </w:r>
      <w:r>
        <w:t>mein hoti hain. Koi bemar hai to us ko medical treatment ke liye humein madad karni chahiye, aur koi kisi ko education ki fees nahin hai to us ko fees dena chahiye.</w:t>
      </w:r>
    </w:p>
    <w:p>
      <w:pPr>
        <w:jc w:val="right"/>
      </w:pPr>
      <w:r>
        <w:t>یںہوتیہیں۔ کوئی بیمارہے تو اسکو میڈیکلٹریٹمنٹکےلیے ہمیں مد دکرنیچاہیے، اور کوئی کسی کوایجوکیشن کی فیسنہیںہےتواسکوفیسدیناچاہیے۔</w:t>
      </w:r>
    </w:p>
    <w:p>
      <w:r>
        <w:rPr>
          <w:b/>
        </w:rPr>
        <w:t xml:space="preserve">[45:09] </w:t>
      </w:r>
      <w:r>
        <w:t>to is tarike se kisi ko sachha mashwara bhi dena hai, naseehat deni hai, to hum sahi mashwara us ko dein, us ke liye duaen karein.</w:t>
      </w:r>
    </w:p>
    <w:p>
      <w:pPr>
        <w:jc w:val="right"/>
      </w:pPr>
      <w:r>
        <w:t>تواسطریقےسے کسی کوسچامشورہبھیدیناہے، نصیحتدینیہے، تو ہم صحیحمشورہاسکودیں، اسکےلیے دعائیںکریں۔</w:t>
      </w:r>
    </w:p>
    <w:p>
      <w:r>
        <w:rPr>
          <w:b/>
        </w:rPr>
        <w:t xml:space="preserve">[45:18] </w:t>
      </w:r>
      <w:r>
        <w:t>to yeh sab jo hai na, isi rewardable act ke hi andr aayega.</w:t>
      </w:r>
    </w:p>
    <w:p>
      <w:pPr>
        <w:jc w:val="right"/>
      </w:pPr>
      <w:r>
        <w:t>تو یہ سب جوہےنا،اسیریوارڈیبل ایکٹکےہیانڈرمیںآئےگا۔</w:t>
      </w:r>
    </w:p>
    <w:p>
      <w:r>
        <w:rPr>
          <w:b/>
        </w:rPr>
        <w:t xml:space="preserve">[45:24] </w:t>
      </w:r>
      <w:r>
        <w:t>to hum chunke hum ko Khuda se madad chahiye, duniya mein bhi hum har waqt Khuda se madad ki darkhwast karte rehte hain, aur aakhir mein to yeh baat bohat zyada hogi.</w:t>
      </w:r>
    </w:p>
    <w:p>
      <w:pPr>
        <w:jc w:val="right"/>
      </w:pPr>
      <w:r>
        <w:t>تو ہم چونکہہمکوخداسےمد دچاہیے،دنیا میںبھیہمہروقتخداسےمددکی درخواستکرتے رہتےہیں، اور آخرتمیںتویہباتبہت زیادہ ہوگی۔</w:t>
      </w:r>
    </w:p>
    <w:p>
      <w:r>
        <w:rPr>
          <w:b/>
        </w:rPr>
        <w:t xml:space="preserve">[45:32] </w:t>
      </w:r>
      <w:r>
        <w:t>to is wajah se hum ko chahiye ke hum Khuda ke bandon ki jitna hum bharpoor tarike se madad kar sakte hain, woh hum madad karein. Aur Khuda ki bandon ki jo sab se bari madad hai, woh yeh hai ke un ko sucha rasta dikhaen, seedha rasta dikhaen,</w:t>
      </w:r>
    </w:p>
    <w:p>
      <w:pPr>
        <w:jc w:val="right"/>
      </w:pPr>
      <w:r>
        <w:t>تو اسوجہ سےہمکو چاہیےکہہمخداکےبندوںکی جتناہمبھرپورطریقےسےمددکرسکتےہیں،وہہم مد دکریں۔ اور خداکی بندوںکیجو سبسےبڑیمد دہے، وہ یہہےکہانکوسچاراستہدکھائیں،سیدھاراستہدکھائیں،</w:t>
      </w:r>
    </w:p>
    <w:p>
      <w:r>
        <w:rPr>
          <w:b/>
        </w:rPr>
        <w:t xml:space="preserve">[45:48] </w:t>
      </w:r>
      <w:r>
        <w:t>un ko sachi baat bataen taake un ka bhi zindagi mein woh ek apni zindagi ko sanwar sakein. To na sirf khana pani to sirf is duniya ke liye hai, baqi material needs to is duniya ke liye, lekin agar hum un ko sucha rasta batate hain, hidayat ka rasta, Allah se qurbat ka rasta, to un ki aakhirat bhi sanwaregi.</w:t>
      </w:r>
    </w:p>
    <w:p>
      <w:pPr>
        <w:jc w:val="right"/>
      </w:pPr>
      <w:r>
        <w:t>انکوسچیباتبت ائیں تاکہانکا بھی زندگی میں وہایک اپنیزندگی کو سنوارسکیں۔ تو نہ کہصرف کھاناپانیتو صرف اسیدنیا کےلیےہے، باقی مٹیریلنیڈزتواسیدنیا کےلیے، لیکن اگر ہمانکوسچاراستہبتاتےہیں، ہدایت کاراستہ، اللہ سےقربتکاراستہ،تو انکیآخرتبھی سنورےگی۔</w:t>
      </w:r>
    </w:p>
    <w:p>
      <w:r>
        <w:rPr>
          <w:b/>
        </w:rPr>
        <w:t xml:space="preserve">[46:11] </w:t>
      </w:r>
      <w:r>
        <w:t>to is wajah se hum ko bohat sare tarah tarah se hum doosron ki bhalai kar sakte hain.</w:t>
      </w:r>
    </w:p>
    <w:p>
      <w:pPr>
        <w:jc w:val="right"/>
      </w:pPr>
      <w:r>
        <w:t>تو اسوجہ سےہمکو بہت سارے طرح طرح سےہم دوسروںکیبھلائیکرسکتےہیں۔</w:t>
      </w:r>
    </w:p>
    <w:p>
      <w:r>
        <w:rPr>
          <w:b/>
        </w:rPr>
        <w:t xml:space="preserve">[46:18] </w:t>
      </w:r>
      <w:r>
        <w:t>yahan mein ek misaal doongi, misaal pehle bhi maine diya hai, lekin bohat dilchasp misaal hai ke jin logon ko tajurba nahin hota kisi bhi deprivation ka, to woh samajhte nahin ke doosron ko kya museebat doosre ke upar pad rahi hai.</w:t>
      </w:r>
    </w:p>
    <w:p>
      <w:pPr>
        <w:jc w:val="right"/>
      </w:pPr>
      <w:r>
        <w:t>یہاںمیںایک مثالدوںگی، مث ال پہلے بھیمیںنےدیاہے،لیکن بہت دل چسپمثالہےکہجنلوگوںکو تجربہنہیںہوتا کسی بھی ڈیپریویشنکا ،تو وہ سمجھتےہینہیں کہدوسروںکو کیا مصیبت دوسرےکےاوپرپڑرہیہے۔</w:t>
      </w:r>
    </w:p>
    <w:p>
      <w:r>
        <w:rPr>
          <w:b/>
        </w:rPr>
        <w:t xml:space="preserve">[46:36] </w:t>
      </w:r>
      <w:r>
        <w:t>to hum un ke kis tarah kaam aa sakte hain?</w:t>
      </w:r>
    </w:p>
    <w:p>
      <w:pPr>
        <w:jc w:val="right"/>
      </w:pPr>
      <w:r>
        <w:t>توہمانکےکسطرح کام آسکتےہیں؟</w:t>
      </w:r>
    </w:p>
    <w:p>
      <w:r>
        <w:rPr>
          <w:b/>
        </w:rPr>
        <w:t xml:space="preserve">[46:38] </w:t>
      </w:r>
      <w:r>
        <w:t>to woh jo ek qissa hum mashhoor hai na, billionaire's daughter ki, American billionaire ki daughter, to woh choti si thi, us se kaha gaya ke ek ek woh likho, ek article likho, bachon ko paanch das cent nes ka article likhne ka bataya jata hai.</w:t>
      </w:r>
    </w:p>
    <w:p>
      <w:pPr>
        <w:jc w:val="right"/>
      </w:pPr>
      <w:r>
        <w:t>تو وہجوایک قص ہمشہورہےنا، بل ینیئرز ڈاٹرکی،امریک نبلینیئرزکیڈاٹر، تو وہچھوٹیسی تھی،اسسےکہاگیا کہ ایک ایک وہ لکھو، ایک آرٹیکللکھو، بچوںکو پانچدس سینٹ نسزکاآرٹیکللکھنےکوبتایاجاتاہے۔</w:t>
      </w:r>
    </w:p>
    <w:p>
      <w:r>
        <w:rPr>
          <w:b/>
        </w:rPr>
        <w:t xml:space="preserve">[46:55] </w:t>
      </w:r>
      <w:r>
        <w:t>to ek ghareeb aadmi par article likho, ab us ne kabhi gareebi dekhi nahin thi. To woh likhti hai ke "the poor man, us</w:t>
      </w:r>
    </w:p>
    <w:p>
      <w:pPr>
        <w:jc w:val="right"/>
      </w:pPr>
      <w:r>
        <w:t>تو ایکغریب آدمیپرآرٹیکللکھو، اباسنےکبھیغریبیدیکھیہینہیںتھی۔ تو وہلکھ تیہے کہ"دیروازاپورمین، اس</w:t>
      </w:r>
    </w:p>
    <w:p>
      <w:r>
        <w:rPr>
          <w:b/>
        </w:rPr>
        <w:t xml:space="preserve">[47:05] </w:t>
      </w:r>
      <w:r>
        <w:t>ka gardener bhi poor tha, uska chauffeur bhi poor tha, uska cook bhi poor tha, uska guard bhi poor tha, sab poor the." To us ne kabhi gareebi dekhi nahin, to woh kya jaane ke in sab cheezon ke baghair insaan jo hai zindagi guzar raha hai.</w:t>
      </w:r>
    </w:p>
    <w:p>
      <w:pPr>
        <w:jc w:val="right"/>
      </w:pPr>
      <w:r>
        <w:t>کا گارڈنربھیپورتھا،اسکا شافربھیپورتھا، اسکا ککبھیپورتھا، اسکا گارڈبھیپورتھا، سب پورتھے۔" تواسنےکبھیغریبیدیکھیہینہیں،تووہکیاجانے کہ انسبچیزوںکےبغیر انسان جوہےزندگی گزاررہاہے۔</w:t>
      </w:r>
    </w:p>
    <w:p>
      <w:r>
        <w:rPr>
          <w:b/>
        </w:rPr>
        <w:t xml:space="preserve">[47:20] </w:t>
      </w:r>
      <w:r>
        <w:t>to woh yeh hai ke yeh jo bhook pyaas ka jo tajurba karaya jata hai na, is se humein ehsaas hota hai doosron ki zaroorat ka. To yeh hamare liye bohat zyada zaroori hai, jo log bhi rozah rakh sakte hon,</w:t>
      </w:r>
    </w:p>
    <w:p>
      <w:pPr>
        <w:jc w:val="right"/>
      </w:pPr>
      <w:r>
        <w:t>تو وہیہےکہیہجو بھوکپیاسکاجوتجربہکر ایاجاتاہےنا،اسسےہمیں احساسہوتاہے دوسروںکی ضرورت کا ۔تویہہمارےلیے بہت زیادہ ضروریہے، جولوگ بھی روز ہرکھسکتےہوں،</w:t>
      </w:r>
    </w:p>
    <w:p>
      <w:r>
        <w:rPr>
          <w:b/>
        </w:rPr>
        <w:t xml:space="preserve">[47:34] </w:t>
      </w:r>
      <w:r>
        <w:t>acchi sehat ke sath hain, to un ko zaroor rozah rakhna chahiye. Ji, jazak Allah apa. Kuch comments parhna chahunga agle sawal lene se pehle. Yeh comment bheja hai Dubai se Professor Najma Siddiqui ne, unhone likha hai: "Jazak Allah, great discussion and the importance of Ramadan, very important concepts of keeping patience, taqwa, tazkiyah, charity, and complete positive attitude,</w:t>
      </w:r>
    </w:p>
    <w:p>
      <w:pPr>
        <w:jc w:val="right"/>
      </w:pPr>
      <w:r>
        <w:t>اچھی صحت کےساتھ ہیں،توانکوضرورروزہرکھناچاہیے۔ جی، جزاک اللہآپا۔ کچھکمنٹسپڑھناچاہوںگا اگلاسوال لینےسےپہلے۔یہ کمنٹبھیجاہے دبئیسے پروفیسر نجمہ صدی قینے،انہوںنےلکھاہے: " جز اکاللہ،گریٹڈسکشناندیامپورٹنسافرمضان، ویریامپورٹنٹ کانسیپٹساف کیپنگ پیشنس، تق وی،تزکیہ، چیریٹی،اینڈکمپلیٹ پوزیٹیو ٹی،</w:t>
      </w:r>
    </w:p>
    <w:p>
      <w:r>
        <w:rPr>
          <w:b/>
        </w:rPr>
        <w:t xml:space="preserve">[48:02] </w:t>
      </w:r>
      <w:r>
        <w:t>developing a training, and internalizing all this, including understanding of Quran, are being discussed remaining fully.</w:t>
      </w:r>
    </w:p>
    <w:p>
      <w:pPr>
        <w:jc w:val="right"/>
      </w:pPr>
      <w:r>
        <w:t>ڈیویلپنگاٹریننگ،اینڈانٹرنلائزنگ ال دس، انکلوڈنگ انڈ رسٹینڈنگاف قرآن، اربینگڈسکس ڈویریمیننگفلی۔</w:t>
      </w:r>
    </w:p>
    <w:p>
      <w:r>
        <w:rPr>
          <w:b/>
        </w:rPr>
        <w:t xml:space="preserve">[48:10] </w:t>
      </w:r>
      <w:r>
        <w:t>mein allah blesiwal . chandigarh se likha hai mas sareeta kharana ne: "aap aur full message." molana iqbal umar ne chennai se likha hai: "masha allah aap a, aaj tamai quran ko sun na zyada samajh mein aata hai." muhammad asif khan sahib ne lakhnau se likha hai: "very spiritual session,</w:t>
      </w:r>
    </w:p>
    <w:p>
      <w:pPr>
        <w:jc w:val="right"/>
      </w:pPr>
      <w:r>
        <w:t>"میںاللہ بلیسیوال ۔ چندیگڑھسےلکھاہے مس سریتا خرانہنے: "اپ اورفل میسج۔" مول انااقبالعمرینےچنئیسےلکھاہے:"ماشاءاللہ آپ ا، اج تماعی قرآنکو سن نا زیادہ سمجھمیں آتاہے۔" محمد اصفخان صاحبنےلکھنوسےلکھاہے:"ویریسپرچولسیشن،</w:t>
      </w:r>
    </w:p>
    <w:p>
      <w:r>
        <w:rPr>
          <w:b/>
        </w:rPr>
        <w:t xml:space="preserve">[48:31] </w:t>
      </w:r>
      <w:r>
        <w:t>alhamdulillah, dene wala hath lene wale hath se behtar hai." good message for charity. aap a, jaisa ke hum jante hain ke quran was revealed in the month of ramadan, and quran is a book of guidance which inspires you spiritual nourishment till the muslims.</w:t>
      </w:r>
    </w:p>
    <w:p>
      <w:pPr>
        <w:jc w:val="right"/>
      </w:pPr>
      <w:r>
        <w:t>الحمدللہ، دینےوالاہاتھ لینےوالے ہاتھسے بہتر ہے۔" گڈ میسج فار چیریٹی۔ آپ ا،جیساکہ ہمجانتےہیںکہ قرآنوازریویلڈاندیمنتھافرمضان، اینڈقرآنازابکاف گائیڈنسو چ انسپ ائرگ یوزسپرچ ول نرشمنٹٹوالدامسلم ز۔</w:t>
      </w:r>
    </w:p>
    <w:p>
      <w:r>
        <w:rPr>
          <w:b/>
        </w:rPr>
        <w:t xml:space="preserve">[48:50] </w:t>
      </w:r>
      <w:r>
        <w:t>to jo yeh connection hai between quran and ramadan ka, mein chahunga iske bare mein bhi aap hum sab ko bataein.</w:t>
      </w:r>
    </w:p>
    <w:p>
      <w:pPr>
        <w:jc w:val="right"/>
      </w:pPr>
      <w:r>
        <w:t>تو جو یہ کنیکشنہے بٹوین قرآن اینڈرمضانکا ،میںچاہوںگااسکےبارےمیں بھی آپ ہمسبکو بت ائیں۔</w:t>
      </w:r>
    </w:p>
    <w:p>
      <w:r>
        <w:rPr>
          <w:b/>
        </w:rPr>
        <w:t xml:space="preserve">[48:59] </w:t>
      </w:r>
      <w:r>
        <w:t>to yeh yeh hai ke ramadan mein hi quran utara gaya. quran hi ek aisi kitab hai jo preserved divine book hai.</w:t>
      </w:r>
    </w:p>
    <w:p>
      <w:pPr>
        <w:jc w:val="right"/>
      </w:pPr>
      <w:r>
        <w:t>تو یہیہےکہ رمضانمیںہی قرآن اتاراگیا۔ قرآنہی ایک ایسیکتاب ہےجو پریزروڈ ڈیوائنبکہے۔</w:t>
      </w:r>
    </w:p>
    <w:p>
      <w:r>
        <w:rPr>
          <w:b/>
        </w:rPr>
        <w:t xml:space="preserve">[49:09] </w:t>
      </w:r>
      <w:r>
        <w:t>to insan jo hai apni khwahishat ke mutabiq is mein addition deletion kar liya karta tha har kitab mein, lekin quran mein allah ta'ala ne pure tareeqe se is ko preserve kiya hai.</w:t>
      </w:r>
    </w:p>
    <w:p>
      <w:pPr>
        <w:jc w:val="right"/>
      </w:pPr>
      <w:r>
        <w:t>تو انسانجوہے اپنی خواہشاتکےمطابق اسمیں ای ڈیشن ڈیلیشنکرلیاکرتاتھا ہرکتاب میں ، لیکن قرآنمیںاللہ تعالینے پورےطریقےسےاسکو پریزروکیاہے۔</w:t>
      </w:r>
    </w:p>
    <w:p>
      <w:r>
        <w:rPr>
          <w:b/>
        </w:rPr>
        <w:t xml:space="preserve">[49:23] </w:t>
      </w:r>
      <w:r>
        <w:t>to is mein koi bhi kamal full stop bhi addition deletion nahin hua hai,</w:t>
      </w:r>
    </w:p>
    <w:p>
      <w:pPr>
        <w:jc w:val="right"/>
      </w:pPr>
      <w:r>
        <w:t>تواسمیںکوئیبھی کامافل سٹاپکبھی ایڈیشنڈیلیشننہیںہواہے،</w:t>
      </w:r>
    </w:p>
    <w:p>
      <w:r>
        <w:rPr>
          <w:b/>
        </w:rPr>
        <w:t xml:space="preserve">[49:29] </w:t>
      </w:r>
      <w:r>
        <w:t>aur is par bahut research hui hai, aur yeh bilkul hi established fact hai. to ab ek aisi kitab aayi is duniya mein jis mein ke koi bhi milawat nahin thi, aur is ko is ko follow karke insan aakhirat mein jannat ka rasta pa sakta hai. to yeh bahut hi khuda ki taraf se bahut hi azeem nemat hai, na</w:t>
      </w:r>
    </w:p>
    <w:p>
      <w:pPr>
        <w:jc w:val="right"/>
      </w:pPr>
      <w:r>
        <w:t>اوراسپر بہت ریسرچہوئیہے، اوریہبالکلہی اسٹیبلشڈفیکٹہے۔ تو ابایکایسی کتاب آئی اسدنیا میں جسمیں کہ کوئیبھی ملاوٹنہیں تھی، اور اسکو اسکو فالوکرکےانسان آخرتمیں جنتکاراستہ پاسکتاہے۔تویہبہت ہی خداکیطرفسےبہت ہی عظیم نعمتہے، نع</w:t>
      </w:r>
    </w:p>
    <w:p>
      <w:r>
        <w:rPr>
          <w:b/>
        </w:rPr>
        <w:t xml:space="preserve">[49:52] </w:t>
      </w:r>
      <w:r>
        <w:t>mat hai. to is ka etraaf karne ke liye is nemat ka allah ta'ala ne is pure mahine ko roze ka mahina bana diya ke pure mahine mein hum jo hain roze ki halat mein quran padhein.</w:t>
      </w:r>
    </w:p>
    <w:p>
      <w:pPr>
        <w:jc w:val="right"/>
      </w:pPr>
      <w:r>
        <w:t>متہے۔تو اسیکا اعت رافکرنے کےلیے اس نعمتکا اللہ تعالینے اس پورےمہینےکو روز ےکامہینہبنادیا کہپورےمہینےمیں ہم جوہے روزےکیحالتمیں قرآنپڑھیں۔</w:t>
      </w:r>
    </w:p>
    <w:p>
      <w:r>
        <w:rPr>
          <w:b/>
        </w:rPr>
        <w:t xml:space="preserve">[50:07] </w:t>
      </w:r>
      <w:r>
        <w:t>to woh zyada samajh mein aata hai kyun ke thoda aadmi spiritual ho jata hai. jab aadmi duniya ki cheezein use nahin kar raha hai, saara din bhooka hai, khana nahin kha raha hai, pani nahin pi raha hai, matlab bilkul focused is ka mind</w:t>
      </w:r>
    </w:p>
    <w:p>
      <w:pPr>
        <w:jc w:val="right"/>
      </w:pPr>
      <w:r>
        <w:t>تو وہزیادہ سمجھمیںآتاہےکیونکہتھوڑا آدمی سپرچولہوجاتاہے۔ جبآدمیدنیا کیچیزیں یوزنہیںکررہاہے، سارادن بھوکاہے، کھانانہیںکھارہاہے،پانینہیںپیرہاہے،مطلببالکل فوکسڈاسکامائنڈ</w:t>
      </w:r>
    </w:p>
    <w:p>
      <w:r>
        <w:rPr>
          <w:b/>
        </w:rPr>
        <w:t xml:space="preserve">[50:21] </w:t>
      </w:r>
      <w:r>
        <w:t>hai, to woh zyada achhe tareeqe se woh samajh sakta hai. to is ko quran mein tadabbur karna hai, tafakkur karna hai, aur quran ki study karni hai, quran ka charcha karna hai.</w:t>
      </w:r>
    </w:p>
    <w:p>
      <w:pPr>
        <w:jc w:val="right"/>
      </w:pPr>
      <w:r>
        <w:t>ہے، تو وہ زیادہ اچھےطریقےسے وہسمجھسکتاہے۔ تو اسکو قرآنمیں تد برکرناہے، تف کرکرناہے، اور قرآنکیسٹڈیکرنیہے، قرآن کاچرچہکرناہے۔</w:t>
      </w:r>
    </w:p>
    <w:p>
      <w:r>
        <w:rPr>
          <w:b/>
        </w:rPr>
        <w:t xml:space="preserve">[50:36] </w:t>
      </w:r>
      <w:r>
        <w:t>ek hadith mein aaya hai ke tum mein sab se behtar woh shakhs hai jo quran ko seekhe aur sikhaye. to woh yeh hai ke lekin masla kya hai ke aaj kal sab log sirf tilawat karte hain, aur is ko gehrai se is ko manne ko samajhte nahin.</w:t>
      </w:r>
    </w:p>
    <w:p>
      <w:pPr>
        <w:jc w:val="right"/>
      </w:pPr>
      <w:r>
        <w:t>ایکحدیثمیںآیاہےکہتممیںسبسےبہتروہ شخص ہے جو قرآنکو سیکھےاورسکھائے۔ تو وہیہےکہلیکن مسئلہکیاہے کہآجکلسب لوگ صرف تلاوتکرتے ہیں، اور اسکو گہرائیسے اسکو ماننےکوسمجھتےہینہیں ۔</w:t>
      </w:r>
    </w:p>
    <w:p>
      <w:r>
        <w:rPr>
          <w:b/>
        </w:rPr>
        <w:t xml:space="preserve">[50:51] </w:t>
      </w:r>
      <w:r>
        <w:t>jab tak hum manne ko nahin samjhenge, woh humari ham is ko humare dil o dimagh mein woh baithe ga kaise? to yeh masla hai ke quran hone ke bawajood bhi hum se pura faida nahin utha pa rahe hain.</w:t>
      </w:r>
    </w:p>
    <w:p>
      <w:pPr>
        <w:jc w:val="right"/>
      </w:pPr>
      <w:r>
        <w:t>جبتکہم ماننےکونہیں سمجھیںگے،وہہماری ہماسکو ہمارےدل ودماغمیںوہبیٹھےگاکیسے؟ تو یہمسئلہہےکہقرآنہونے کے باوجود بھی ہماسسے پورا فائدہنہیںاٹھاپارہےہیں۔</w:t>
      </w:r>
    </w:p>
    <w:p>
      <w:r>
        <w:rPr>
          <w:b/>
        </w:rPr>
        <w:t xml:space="preserve">[51:04] </w:t>
      </w:r>
      <w:r>
        <w:t>aur quran ke liye taqwa zaroori hai. quran mein aaya hai ke "attaqullah wa yualimukumullah" surah baqarah mein ke tum taqwa ikhtiyar karo to allah ta'ala tumhein sikhaye ga.</w:t>
      </w:r>
    </w:p>
    <w:p>
      <w:pPr>
        <w:jc w:val="right"/>
      </w:pPr>
      <w:r>
        <w:t>اورقرآنکےلیے تقویضروریہے۔ قرآنمیںآیاہےکہ"اتقوااللہ و علم کم اللہ" سورہبقرہمیںکہتم تقوی اختیارکروتواللہتعالیتمہیں سکھائےگا۔</w:t>
      </w:r>
    </w:p>
    <w:p>
      <w:r>
        <w:rPr>
          <w:b/>
        </w:rPr>
        <w:t xml:space="preserve">[51:15] </w:t>
      </w:r>
      <w:r>
        <w:t>to taqwa yani khuda ka d</w:t>
      </w:r>
    </w:p>
    <w:p>
      <w:pPr>
        <w:jc w:val="right"/>
      </w:pPr>
      <w:r>
        <w:t>تو تقوییعنیخداکاڈ</w:t>
      </w:r>
    </w:p>
    <w:p>
      <w:r>
        <w:rPr>
          <w:b/>
        </w:rPr>
        <w:t xml:space="preserve">[51:17] </w:t>
      </w:r>
      <w:r>
        <w:t>ar. to khuda se jo dare ga, khuda ko har waqt hazir o nazir jaane ga, to usi is ko khuda inspire kare ga. to is tarah se ramadan mein jab hum tazkiya ka course kar lete hain,</w:t>
      </w:r>
    </w:p>
    <w:p>
      <w:pPr>
        <w:jc w:val="right"/>
      </w:pPr>
      <w:r>
        <w:t>ر۔ تو خداسےجوڈرےگا،خدا کوہروقت حاضروناظر جانےگا،تو اسی اسیکوخدا انسپائرکرےگا۔ تو اسطریقےسے رمضانمیںجبہم تزکیہکاکورسکرلیتےہیں،</w:t>
      </w:r>
    </w:p>
    <w:p>
      <w:r>
        <w:rPr>
          <w:b/>
        </w:rPr>
        <w:t xml:space="preserve">[51:31] </w:t>
      </w:r>
      <w:r>
        <w:t>tab humein quran aur tazkiya ke karte hue hum quran ko samajhne ki poori koshish karte hain. tab hum receptive ho jate hain ke quran ko gehrai se hum samajh saken.</w:t>
      </w:r>
    </w:p>
    <w:p>
      <w:pPr>
        <w:jc w:val="right"/>
      </w:pPr>
      <w:r>
        <w:t>تب ہمیں قرآناوراستزکیہ کے کرتے ہوئے ہمقرآنکوسمجھنےکیپوریکوششکرتے ہیں۔ تبہم ریسیپٹیوہوجاتےہیں کہقرآنکو گہرائیسےہمسمجھسکیں۔</w:t>
      </w:r>
    </w:p>
    <w:p>
      <w:r>
        <w:rPr>
          <w:b/>
        </w:rPr>
        <w:t xml:space="preserve">[51:43] </w:t>
      </w:r>
      <w:r>
        <w:t>to is tarah se ramadan ka mahina jo hai, woh quran par ghaur karne ka mahina</w:t>
      </w:r>
    </w:p>
    <w:p>
      <w:pPr>
        <w:jc w:val="right"/>
      </w:pPr>
      <w:r>
        <w:t>تو اسطریقےسے رمضانکامہینہجوہے،وہقرآنپر غورکرنے کامہینہ</w:t>
      </w:r>
    </w:p>
    <w:p>
      <w:r>
        <w:rPr>
          <w:b/>
        </w:rPr>
        <w:t xml:space="preserve">[51:47] </w:t>
      </w:r>
      <w:r>
        <w:t>hai. matlab khana peena to bilkul ek symbolic cheez hai, asal cheez yeh hai ke hum quran ki gehrai ke sath study karein, aur quran se humein spiritual food mile.</w:t>
      </w:r>
    </w:p>
    <w:p>
      <w:pPr>
        <w:jc w:val="right"/>
      </w:pPr>
      <w:r>
        <w:t>ہے۔ مطلب کھانا پیناتوبالکل ایک سمبولک چیزہے، اصلچیزیہیہےکہہم قرآن کیکیگہرائیکےساتھ اسٹڈیکریں، اورقرآنسےہمیں سپرچولفوڈملے۔</w:t>
      </w:r>
    </w:p>
    <w:p>
      <w:r>
        <w:rPr>
          <w:b/>
        </w:rPr>
        <w:t xml:space="preserve">[51:59] </w:t>
      </w:r>
      <w:r>
        <w:t>woh jo spiritual food humein mile ga, is se humari personality jo hai, woh woh purify ho jati hai.</w:t>
      </w:r>
    </w:p>
    <w:p>
      <w:pPr>
        <w:jc w:val="right"/>
      </w:pPr>
      <w:r>
        <w:t>وہجوسپرچولفوڈہمیںملےگا، اسیسےہماری پرسنیلٹیجوہے،وہ وہپیوریفائیہوجاتی ہے۔</w:t>
      </w:r>
    </w:p>
    <w:p>
      <w:r>
        <w:rPr>
          <w:b/>
        </w:rPr>
        <w:t xml:space="preserve">[52:06] </w:t>
      </w:r>
      <w:r>
        <w:t>ke Hazrat Maryam alaihissalam jo theen, woh jab Hazrat Zakariya unke shayad unkal the na, to woh aate the to poochte the.</w:t>
      </w:r>
    </w:p>
    <w:p>
      <w:pPr>
        <w:jc w:val="right"/>
      </w:pPr>
      <w:r>
        <w:t>کہحضرت مریم علیہالسلام جو تھیں،وہ جب حضرت زکر یاانکےشاید انکلتھےنا، تو وہ آتےتھےتوپوچھتےتھے۔</w:t>
      </w:r>
    </w:p>
    <w:p>
      <w:r>
        <w:rPr>
          <w:b/>
        </w:rPr>
        <w:t xml:space="preserve">[52:16] </w:t>
      </w:r>
      <w:r>
        <w:t>woh bahut hi achhi wisdom ki baatein, spiritual baatein bata ti theen. to woh kehte the ke tum ko yeh sab jo spiritual food kahan se milta hai?</w:t>
      </w:r>
    </w:p>
    <w:p>
      <w:pPr>
        <w:jc w:val="right"/>
      </w:pPr>
      <w:r>
        <w:t>وہ بہتہی اچھی وزڈمکیباتیں، سپرچول باتیںبت اتیتھیں۔ تو وہکہتےتھےکہتمکویہسب جو سپرچولفوڈکہاںسےملتاہے؟</w:t>
      </w:r>
    </w:p>
    <w:p>
      <w:r>
        <w:rPr>
          <w:b/>
        </w:rPr>
        <w:t xml:space="preserve">[52:27] </w:t>
      </w:r>
      <w:r>
        <w:t>to unho ne kaha ke allah ki taraf se milta hai.</w:t>
      </w:r>
    </w:p>
    <w:p>
      <w:pPr>
        <w:jc w:val="right"/>
      </w:pPr>
      <w:r>
        <w:t>تو انہوںنےکہاکہاللہ کیطرفسےملتاہے۔</w:t>
      </w:r>
    </w:p>
    <w:p>
      <w:r>
        <w:rPr>
          <w:b/>
        </w:rPr>
        <w:t xml:space="preserve">[52:31] </w:t>
      </w:r>
      <w:r>
        <w:t>to jo khuda se dare ga, khuda se dar kar ek zindagi guzare ga, to is ko khuda inspire karta hai. is duniya mein farishte hain inspire karne ke liye, lekin humari jo activities hain, bilkul material, to is ki wajah se hum farishton se kuch faida nahin utha paate hain.</w:t>
      </w:r>
    </w:p>
    <w:p>
      <w:pPr>
        <w:jc w:val="right"/>
      </w:pPr>
      <w:r>
        <w:t>توجو خداسےڈرےگا، خداسےڈرکرایکزندگی گزارےگا، تو اسکوخدا انسپائرکرتاہے۔ اسدنیا میں فرشتےہیںانسپائرکرنےکےلیے، لیکن ہماریجو ایکٹیویٹیزہیں،بالکل مٹیریل، تو اسکیوجہ سےہم فرشتوںسے کچھ فائدہنہیںاٹھاپاتےہیں۔</w:t>
      </w:r>
    </w:p>
    <w:p>
      <w:r>
        <w:rPr>
          <w:b/>
        </w:rPr>
        <w:t xml:space="preserve">[52:48] </w:t>
      </w:r>
      <w:r>
        <w:t>balke hum zyada to shaitan ki taraf se faida uthate hain, is ki baatein sunte hain. is ke jo temptations hote hain, to woh wohi woh shaitan ki taraf se aate hain.</w:t>
      </w:r>
    </w:p>
    <w:p>
      <w:pPr>
        <w:jc w:val="right"/>
      </w:pPr>
      <w:r>
        <w:t>بلکہہمزیادہ تو شیطانیکیطرفسے فائدہاٹھاتےہیں،اسیکیباتیںسنتےہیں۔ اسیجوٹیمپٹیشنزہوتےہیں، تو وہ وہی وہشیطانکیطرف سےآتےہیں۔</w:t>
      </w:r>
    </w:p>
    <w:p>
      <w:r>
        <w:rPr>
          <w:b/>
        </w:rPr>
        <w:t xml:space="preserve">[53:00] </w:t>
      </w:r>
      <w:r>
        <w:t>to isi liye bahut zyada quran ki study ke liye tarawih muqarrar ki gayi. isi ke liye quran ko 30 paron mein divide kiya gaya, kyun ke har din ek para jo hai, woh padha jaye tarawih mein.</w:t>
      </w:r>
    </w:p>
    <w:p>
      <w:pPr>
        <w:jc w:val="right"/>
      </w:pPr>
      <w:r>
        <w:t>تو اسیلیے بہت زیادہ قر آنکیاسٹڈیکےلیے تراویحمقررکیگئی ۔ اسیکےلیےقرآنکو 30پارےمیں ڈیوائیڈکیاگیا،کیونکہہردن ایک پارہجوہے، وہ پڑھاجائےتراویحمیں۔</w:t>
      </w:r>
    </w:p>
    <w:p>
      <w:r>
        <w:rPr>
          <w:b/>
        </w:rPr>
        <w:t xml:space="preserve">[53:14] </w:t>
      </w:r>
      <w:r>
        <w:t>phir iske liye is asas mein itikaf hai. itikaf kehte hain seclusion wali life. itikaf jo hai, chand ghanton ka bhi hota hai aur chand dinon ka</w:t>
      </w:r>
    </w:p>
    <w:p>
      <w:pPr>
        <w:jc w:val="right"/>
      </w:pPr>
      <w:r>
        <w:t>پھراسیکےلیے اس اساسمیں اعتکافہے۔اعتکاف کہتےہیں سکلوجنوالی لائف۔ اعتکافجوہے، چندگھنٹوںکابھیہوتاہے اور چند دنوںکا</w:t>
      </w:r>
    </w:p>
    <w:p>
      <w:r>
        <w:rPr>
          <w:b/>
        </w:rPr>
        <w:t xml:space="preserve">[53:25] </w:t>
      </w:r>
      <w:r>
        <w:t>bhi hota hai. to itikaf mein kya hota hai? aadmi sirf apni bilkul zaroori cheezein, bilkul zaroorat ki cheezon ko istemal karta hai. baqi baqi time mein woh ibadat karta hai, namaz padhta hai, quran padhta hai.</w:t>
      </w:r>
    </w:p>
    <w:p>
      <w:pPr>
        <w:jc w:val="right"/>
      </w:pPr>
      <w:r>
        <w:t>بھیہوتاہے۔ تو اعت کافمیںکیاہوتاہے؟آدمیصرفاپنی بالکل ضروریچیزیں، بالکل ضرورت کیچیزوںکو استعمال کرتاہے۔ باقی باقیٹائممیںوہعبادتکرتاہے، نمازپڑھتاہے، قرآنپڑھتاہے۔</w:t>
      </w:r>
    </w:p>
    <w:p>
      <w:r>
        <w:rPr>
          <w:b/>
        </w:rPr>
        <w:t xml:space="preserve">[53:38] </w:t>
      </w:r>
      <w:r>
        <w:t>to isse bahut zyada isko faida hota hai itikaf se. ji, bahut saare log itikaf karte hain, balke ladies bhi karti hain. ji, hmm, ladies apne ghar mein kar sakti hain.</w:t>
      </w:r>
    </w:p>
    <w:p>
      <w:pPr>
        <w:jc w:val="right"/>
      </w:pPr>
      <w:r>
        <w:t>تو اسسےبہت زیادہ اسکو فائدہہوتاہے اعتکافسے۔جی، بہتسارےلوگ اعت کافکرتےہیں،بلکہ لیڈیزبھیکرتیہیں۔ جی، ہمم، لیڈیزاپنےگھرمیںکرسکتیہیں۔</w:t>
      </w:r>
    </w:p>
    <w:p>
      <w:r>
        <w:rPr>
          <w:b/>
        </w:rPr>
        <w:t xml:space="preserve">[53:48] </w:t>
      </w:r>
      <w:r>
        <w:t>ji, apa, aakhri sawal aaj ke program se pehle, lekin ek yahan par ek apa hadith share karna chahunga.</w:t>
      </w:r>
    </w:p>
    <w:p>
      <w:pPr>
        <w:jc w:val="right"/>
      </w:pPr>
      <w:r>
        <w:t>جی، آپا،آخری سوال آجکےپروگرامسےپہلے،لیکن ایک یہاںپر ایکآپاحدیث شیئرکرناچاہوںگا۔</w:t>
      </w:r>
    </w:p>
    <w:p>
      <w:r>
        <w:rPr>
          <w:b/>
        </w:rPr>
        <w:t xml:space="preserve">[53:55] </w:t>
      </w:r>
      <w:r>
        <w:t>bahut hi dara dene wali apa ye hadith hai. hazrat abu huraira se riwayat hai ke rasool Allah ne ek martaba sahaba se kaha ke "seek ye refuge from the devil and the evil of the soul".</w:t>
      </w:r>
    </w:p>
    <w:p>
      <w:pPr>
        <w:jc w:val="right"/>
      </w:pPr>
      <w:r>
        <w:t>بہتہی ڈرادینےوالی آپایہحدیثہے۔ حضرت ابو ہریرہسے روایتہے کہرسولاللہنےایکمرتبہصحابہسےکہاکہ "سیکری فیوجفرامدی ویلافسورو"۔</w:t>
      </w:r>
    </w:p>
    <w:p>
      <w:r>
        <w:rPr>
          <w:b/>
        </w:rPr>
        <w:t xml:space="preserve">[54:07] </w:t>
      </w:r>
      <w:r>
        <w:t>to sahaba ne poocha rasool Allah se ke "what is this evil of soul?" to unhone kaha ke "it is that evil of hell, from which hell itself seeks refuge 400 times during the day</w:t>
      </w:r>
    </w:p>
    <w:p>
      <w:pPr>
        <w:jc w:val="right"/>
      </w:pPr>
      <w:r>
        <w:t>تو صحابہنےپوچھا رسولاللہسے کہ"واٹازدس ویلاف سورو؟ "توانہوںنےکہاکہ "اٹاز دیٹ و یلی اف ہیل ،فر اموچہیلالس وسیکسریفیوج 4 00ٹائمزڈیورنگداڈے</w:t>
      </w:r>
    </w:p>
    <w:p>
      <w:r>
        <w:rPr>
          <w:b/>
        </w:rPr>
        <w:t xml:space="preserve">[54:21] </w:t>
      </w:r>
      <w:r>
        <w:t>" ab aap, aap sochein ke aisa portion hell ka jis se hell bhi 400 dafa Allah se panah mangti hai. to sahaba ne poocha rasool Allah se ke "who will be the inhabitants of this evil of soul?"</w:t>
      </w:r>
    </w:p>
    <w:p>
      <w:pPr>
        <w:jc w:val="right"/>
      </w:pPr>
      <w:r>
        <w:t>"۔ اب آپ ا،آپسوچیںکہ ایسا پورشن ہیلکاجسسے ہیلبھی 400دفعہ اللہ سےپناہمانگتیہے۔ تو صحابہنےپوچھا رسولاللہسے کہ "ہوولبیدی انہیبیٹنٹساف دسویلیاف سورو؟</w:t>
      </w:r>
    </w:p>
    <w:p>
      <w:r>
        <w:rPr>
          <w:b/>
        </w:rPr>
        <w:t xml:space="preserve">[54:35] </w:t>
      </w:r>
      <w:r>
        <w:t>" to rasool Allah ne kaha ke "reciters of quran who are hypocritical of their actions". to apa, ye jab maine bhi ye jab hadith padhi, ye mishkat mein hai, to bahut hi darane wali hadith hai.</w:t>
      </w:r>
    </w:p>
    <w:p>
      <w:pPr>
        <w:jc w:val="right"/>
      </w:pPr>
      <w:r>
        <w:t>"تو رسولاللہنےکہا کہ" ریسائٹرزاف قرآنہو آر ہپوکریٹیکلاف دیرایک شنز"۔ تو آپ ا،یہ جب میںنےبھییہجبحدیثپڑھی،یہمشکاتمیںہے، تو بہت ہی ڈرانےوالی حدیثہے۔</w:t>
      </w:r>
    </w:p>
    <w:p>
      <w:r>
        <w:rPr>
          <w:b/>
        </w:rPr>
        <w:t xml:space="preserve">[54:49] </w:t>
      </w:r>
      <w:r>
        <w:t>halanke hadith ye bata rahi hai ke jo quran reciters hain ya jo leaders hain, jo Islam ki baatein karte hain, lekin is par follow nahin karte, to aam level par bhi agar hum isko samjhein ke hum sab log agar quran ko padhte hain, lekin quran ko apni zindagi mein apply nahin karein, to we run the risk of being categorized as</w:t>
      </w:r>
    </w:p>
    <w:p>
      <w:pPr>
        <w:jc w:val="right"/>
      </w:pPr>
      <w:r>
        <w:t>حالانکہ حدیث یہبتارہیہےکہجوقرآنریسائٹرزہیںیاجو لیڈرز ہیں ،جو اسلام کی باتیںکرتے ہیں،لیکن اسپر فالونہیںکرتے ، تو عام لیولپربھیاگرہماسکوسمجھیںکہ ہمسب لوگ اگر قرآنکوپڑھتےہیں،لیکن قرآنکواپنیزندگی میںاپلائینہکریں، تو وی رندا رسکاف بینگکیٹیگر ائزایزہپ</w:t>
      </w:r>
    </w:p>
    <w:p>
      <w:r>
        <w:rPr>
          <w:b/>
        </w:rPr>
        <w:t xml:space="preserve">[55:09] </w:t>
      </w:r>
      <w:r>
        <w:t>hypocrite. to it is very important. jaise apa, aaj aapke talk se bhi maine ye takeaway liya ke hamein quran ke deeper meaning ko samajhna hai, isko samajh kar apni zindagi mein apply karna hai.</w:t>
      </w:r>
    </w:p>
    <w:p>
      <w:pPr>
        <w:jc w:val="right"/>
      </w:pPr>
      <w:r>
        <w:t>وکریٹ۔ تواٹازویریامپورٹنٹ۔جیسےآپا،آج آپکےٹاکسےبھی میںمیںنےیہ ٹیکاوےلیاکہ ہمیں قرآنکےڈیپر میننگکو سمجھناہے، اسکو سمجھکراپنیزندگی میںاپلائیکرناہے۔</w:t>
      </w:r>
    </w:p>
    <w:p>
      <w:r>
        <w:rPr>
          <w:b/>
        </w:rPr>
        <w:t xml:space="preserve">[55:22] </w:t>
      </w:r>
      <w:r>
        <w:t>ye nahin ke aap sirf quran ko bas aap ek mechanical tareeqe se aap isko padh dein, without applying in your life.</w:t>
      </w:r>
    </w:p>
    <w:p>
      <w:pPr>
        <w:jc w:val="right"/>
      </w:pPr>
      <w:r>
        <w:t>یہنہیںکہآپصرف قرآنکو بسآپ ایک مک ینیکلطریقےسےآپاسکو پڑھدیں، وداآؤٹاپلائنگان یورلائف۔</w:t>
      </w:r>
    </w:p>
    <w:p>
      <w:r>
        <w:rPr>
          <w:b/>
        </w:rPr>
        <w:t xml:space="preserve">[55:30] </w:t>
      </w:r>
      <w:r>
        <w:t>to it becomes very very important. it becomes imperative that we learn how to apply quran in our daily life.</w:t>
      </w:r>
    </w:p>
    <w:p>
      <w:pPr>
        <w:jc w:val="right"/>
      </w:pPr>
      <w:r>
        <w:t>تو اٹبیکمز ویریویریامپورٹنٹ۔اٹبیکمزایمپیریٹیودیٹ وی لرنہاؤٹواپلائی قرآن اناورڈیلیلائف۔</w:t>
      </w:r>
    </w:p>
    <w:p>
      <w:r>
        <w:rPr>
          <w:b/>
        </w:rPr>
        <w:t xml:space="preserve">[55:38] </w:t>
      </w:r>
      <w:r>
        <w:t>to apa, mera aakhri sawal aaj ka yahi hai ke aap iske bare mein bhi bataein ke how can we apply quran in daily life? is par hi hum aaj ke session ko khatam karenge, inshallah.</w:t>
      </w:r>
    </w:p>
    <w:p>
      <w:pPr>
        <w:jc w:val="right"/>
      </w:pPr>
      <w:r>
        <w:t>توآپ ا،میرا آخریسوال آجکایہیہے کہآپ اسکےبارےمیںبھیبت ائیںکہ ہاؤکین ویاپلائیقرآن ان ڈیلیلائف؟ اسپرہیہمآجکے سیشنکوختمکریںگے،انشاءاللہ۔</w:t>
      </w:r>
    </w:p>
    <w:p>
      <w:r>
        <w:rPr>
          <w:b/>
        </w:rPr>
        <w:t xml:space="preserve">[55:50] </w:t>
      </w:r>
      <w:r>
        <w:t>yahi yahi cheez hai jo aaj logon mein nahin pai jaati. ji, woh sirf quran padhte hain, apply karne ki unko koi zaroorat nahin mehsoos karte. to apply karne ke liye bahut hi gehrai se quran ko padhna padega.</w:t>
      </w:r>
    </w:p>
    <w:p>
      <w:pPr>
        <w:jc w:val="right"/>
      </w:pPr>
      <w:r>
        <w:t>یہی یہیچیزہےجو آج لوگوںمیںنہیںپائیجاتی۔ جی، وہصرفقرآنپڑھتےہیں، اپلائیکرنے کیانکوکوئیضرورتنہیں محسوسکرتے۔ تو اپلائیکرنےکےلیے بہت ہی گہرائیسےقرآنکوپڑھناپڑےگا۔</w:t>
      </w:r>
    </w:p>
    <w:p>
      <w:r>
        <w:rPr>
          <w:b/>
        </w:rPr>
        <w:t xml:space="preserve">[56:05] </w:t>
      </w:r>
      <w:r>
        <w:t>to aur hum log kya karte hain</w:t>
      </w:r>
    </w:p>
    <w:p>
      <w:pPr>
        <w:jc w:val="right"/>
      </w:pPr>
      <w:r>
        <w:t>تو اور ہملوگکیا کرتےہیں</w:t>
      </w:r>
    </w:p>
    <w:p>
      <w:r>
        <w:rPr>
          <w:b/>
        </w:rPr>
        <w:t xml:space="preserve">[56:07] </w:t>
      </w:r>
      <w:r>
        <w:t>ke jaise hazrat yusuf alaihissalam ka qissa hai, us woh hazrat yusuf se hi attribute karte hain. woh hazrat yusuf ke liye aisa hua hai, isko apne upar apply nahin karte.</w:t>
      </w:r>
    </w:p>
    <w:p>
      <w:pPr>
        <w:jc w:val="right"/>
      </w:pPr>
      <w:r>
        <w:t>کہ جیسے حضرتیوسفعلیہالسلامکاقصہہے، اس وہ حضرتیوسفسےہیایٹریبیوٹکرتےہیں۔وہحضرتیوسفکےلیےایساہواہے، اسکو اپنے اوپر اپلائینہیں کرتے۔</w:t>
      </w:r>
    </w:p>
    <w:p>
      <w:r>
        <w:rPr>
          <w:b/>
        </w:rPr>
        <w:t xml:space="preserve">[56:18] </w:t>
      </w:r>
      <w:r>
        <w:t>isi tareeqe se har waqea. to hamein isko jab hum bahut ghaur se padhenge quran na, to hum isko apne upar apply karenge ke isse hamein kya learning milti hai.</w:t>
      </w:r>
    </w:p>
    <w:p>
      <w:pPr>
        <w:jc w:val="right"/>
      </w:pPr>
      <w:r>
        <w:t>اسیطریقےسےہرواقع ہ۔ تو ہمیں اسکو جبہمبہت غورسےپڑھیںگےقرآننا، توہماسکو اپنےاوپراپلائیکریںگے کہاسسےہمیںکیا لرننگملتیہے۔</w:t>
      </w:r>
    </w:p>
    <w:p>
      <w:r>
        <w:rPr>
          <w:b/>
        </w:rPr>
        <w:t xml:space="preserve">[56:28] </w:t>
      </w:r>
      <w:r>
        <w:t>to</w:t>
      </w:r>
    </w:p>
    <w:p>
      <w:pPr>
        <w:jc w:val="right"/>
      </w:pPr>
      <w:r>
        <w:t>تو</w:t>
      </w:r>
    </w:p>
    <w:p>
      <w:r>
        <w:rPr>
          <w:b/>
        </w:rPr>
        <w:t xml:space="preserve">[56:29] </w:t>
      </w:r>
      <w:r>
        <w:t>ab sabse pehle jo main batati hoon, jo chapter seven mein verse 16, to jab insaan ka creation hua, to Allah taala ne jinnat se aur farishton se kaha ke in insaan ke adam ke aage jhuk jao.</w:t>
      </w:r>
    </w:p>
    <w:p>
      <w:pPr>
        <w:jc w:val="right"/>
      </w:pPr>
      <w:r>
        <w:t>ابسبسےپہلے جو میں بت اتیہوں، جو چیپٹر سیونمیں ورس16، توجب انسانکا کریشنہوا، تو اللہ تعالینے جن اتسےاورفرشتوںسےکہاکہ ان انسان کے آدمکےآگے جھکجاؤ۔</w:t>
      </w:r>
    </w:p>
    <w:p>
      <w:r>
        <w:rPr>
          <w:b/>
        </w:rPr>
        <w:t xml:space="preserve">[56:45] </w:t>
      </w:r>
      <w:r>
        <w:t>to ablis ne khuda se kaha ke tune mujhe gumrah kiya hai, aur nahin jhuka ke main to paida kiya gaya hoon aag se, aur mitti se, main iske aage kaise jhukun?</w:t>
      </w:r>
    </w:p>
    <w:p>
      <w:pPr>
        <w:jc w:val="right"/>
      </w:pPr>
      <w:r>
        <w:t>تو ابلیسنےخداسےکہاکہتونےمجھےگمراہکیاہے، اورنہیں جھکا کہمیںتو پیدا کیا گیاہوںآگسے،اوریہمٹیسے،میں اسکےآگےکیسےجھکوں؟</w:t>
      </w:r>
    </w:p>
    <w:p>
      <w:r>
        <w:rPr>
          <w:b/>
        </w:rPr>
        <w:t xml:space="preserve">[56:55] </w:t>
      </w:r>
      <w:r>
        <w:t>to ismein do do baat thi. ismein</w:t>
      </w:r>
    </w:p>
    <w:p>
      <w:pPr>
        <w:jc w:val="right"/>
      </w:pPr>
      <w:r>
        <w:t>تو اسمیں دو دو بات تھی۔اسمیں</w:t>
      </w:r>
    </w:p>
    <w:p>
      <w:r>
        <w:rPr>
          <w:b/>
        </w:rPr>
        <w:t xml:space="preserve">[56:58] </w:t>
      </w:r>
      <w:r>
        <w:t>to humne kabhi sochte nahin, hum log na sochein. dekhein, insaan jab sochta hai, tab isko samajh mein aata hai. khali recite karne se nahin samajh mein aata.</w:t>
      </w:r>
    </w:p>
    <w:p>
      <w:pPr>
        <w:jc w:val="right"/>
      </w:pPr>
      <w:r>
        <w:t>تو ہمنےکبھی سو چتےنہیں،ہملوگ ناسو چیں۔ دیکھیں،انسان جب سوچتاہے،تباسکوسمجھمیںآتاہے۔ خالی ریسائیٹکرنےسےنہیںسمجھمیںآتا۔</w:t>
      </w:r>
    </w:p>
    <w:p>
      <w:r>
        <w:rPr>
          <w:b/>
        </w:rPr>
        <w:t xml:space="preserve">[57:08] </w:t>
      </w:r>
      <w:r>
        <w:t>ji, to ab dekhein ke ab sochein ke dekho, koi bhi baat hoti hai to insaan doosron ko blame kar deta hai. ab ablis ne khudai ko blame kar diya ke tune mujhe gumrah kiya hai, matlab tune mujhe aisa kaam karne ko kyun kaha ke main jo nahin kar sakta tha?</w:t>
      </w:r>
    </w:p>
    <w:p>
      <w:pPr>
        <w:jc w:val="right"/>
      </w:pPr>
      <w:r>
        <w:t>جی، تو ابدیکھیںکہ ابسوچیںکہدیکھو،کوئیبھی باتہوتیہے تو انسان دوسروںکوب لیمکردیتاہے۔ ابابلیسنےخدائیکوبلیمکردیا کہتونےمجھےگمراہکیاہے، مطلبتونےمجھےایساکامکرنے کوکیوںکہا کہمیںجونہیںکرسکتاتھا؟</w:t>
      </w:r>
    </w:p>
    <w:p>
      <w:r>
        <w:rPr>
          <w:b/>
        </w:rPr>
        <w:t xml:space="preserve">[57:22] </w:t>
      </w:r>
      <w:r>
        <w:t>is par kaha ke isne tune hamein mujhe gumrah kar diya hai. to aam taur par ye dekha jaata hai ke koi baat hoti hai to woh doosron ko hi blame deta hai,</w:t>
      </w:r>
    </w:p>
    <w:p>
      <w:pPr>
        <w:jc w:val="right"/>
      </w:pPr>
      <w:r>
        <w:t>اسپرکہاکہاسنے تونےہیمجھےگمراہکردیاہے۔ تو عام طور پریہدیکھاجاتا ہےکہکوئیباتہوتیہےتووہ دوسروںکوہی ب لیمدیتاہے،</w:t>
      </w:r>
    </w:p>
    <w:p>
      <w:r>
        <w:rPr>
          <w:b/>
        </w:rPr>
        <w:t xml:space="preserve">[57:30] </w:t>
      </w:r>
      <w:r>
        <w:t>apni ghaltiyan nahin manta. jabke maulana ne to ye sikhaya ke foran kehte the, "I was wrong, I was wrong". bahut foran kehte the, "blame the self". haan, "blame the self" wala jo hai, isi motto ko hamein apnana hai.</w:t>
      </w:r>
    </w:p>
    <w:p>
      <w:pPr>
        <w:jc w:val="right"/>
      </w:pPr>
      <w:r>
        <w:t>اپنیغلطینہیں مانتا۔جبکہ مول انانے تویہسکھایا کہ فوراًکہتےتھے،"آئیوازرونگ،آئیوازرونگ"۔بہت فوراًکہتےتھے،"بلیمدائیسیلف"۔ہاں،"بلیمدائیسیلف"والاجوہے، اسی معٹوکوہمیںاپناناہے۔</w:t>
      </w:r>
    </w:p>
    <w:p>
      <w:r>
        <w:rPr>
          <w:b/>
        </w:rPr>
        <w:t xml:space="preserve">[57:44] </w:t>
      </w:r>
      <w:r>
        <w:t>to phir shaitan ne kaha ke woh sajda nahi karega, woh sirf khuda ke aage sajda karega. to yahan yeh masla nahi hai ke khuda ke aage sajda karega, balke khuda ka hukm yeh hai, usko uske aage apne aap ko surrender karna hai.</w:t>
      </w:r>
    </w:p>
    <w:p>
      <w:pPr>
        <w:jc w:val="right"/>
      </w:pPr>
      <w:r>
        <w:t>تو پھر شیطاننےکہاکہوہ سجدہنہیںکرےگا،وہ صرف خداکےآگےسجدہکرےگا۔ تو یہاں یہمسئلہنہیںہے کہ خداکےآگےسجدہکرےگا، بلکہخداکا حکمجوہے، اسکو اسکےآگےاپنےآپکو سرینڈرکرناہے۔</w:t>
      </w:r>
    </w:p>
    <w:p>
      <w:r>
        <w:rPr>
          <w:b/>
        </w:rPr>
        <w:t xml:space="preserve">[57:59] </w:t>
      </w:r>
      <w:r>
        <w:t>ab misaal ke taur par, koi daai hota hai, koi khuda ki baatein batane wala hota hai, rasool hota hai. to jab woh koi baat kehta hai, to woh ek aam insan us waqt hota hai na?</w:t>
      </w:r>
    </w:p>
    <w:p>
      <w:pPr>
        <w:jc w:val="right"/>
      </w:pPr>
      <w:r>
        <w:t>ابمثالکےطورپر،کوئی داعیہوتاہے، کوئی خداکیباتیں بت انےوالاہوتاہے، رسول ہوتاہے۔ تو جب وہکوئیباتکہتاہے،تووہایکعام انسان اسوقتہوتاہےنا؟</w:t>
      </w:r>
    </w:p>
    <w:p>
      <w:r>
        <w:rPr>
          <w:b/>
        </w:rPr>
        <w:t xml:space="preserve">[58:10] </w:t>
      </w:r>
      <w:r>
        <w:t>ji, to aaj jo prophet of islam ki jo hesiyat hai, woh toh thi thodi thi. tab toh woh ek aam insan nazar aate the. ab log kehte the ke hum unke aage kyun jhukein? yeh toh ek aam insan hai.</w:t>
      </w:r>
    </w:p>
    <w:p>
      <w:pPr>
        <w:jc w:val="right"/>
      </w:pPr>
      <w:r>
        <w:t>جی، توآججو پرافٹ افاسلام کیجوحیثیتہے، وہ تبتھوڑی تھی۔تبتووہایکعامانسان نظر آتےتھے۔ ابلوگ کہتےتھے کہہم انکےآگےکیوںجھکیں؟یہتوایکعامانسان ہے۔</w:t>
      </w:r>
    </w:p>
    <w:p>
      <w:r>
        <w:rPr>
          <w:b/>
        </w:rPr>
        <w:t xml:space="preserve">[58:21] </w:t>
      </w:r>
      <w:r>
        <w:t>humein yeh dekhna hai ke baat haq ki hai, baat insaaf ki hai, baat sach hai. to humein uske aage j</w:t>
      </w:r>
    </w:p>
    <w:p>
      <w:pPr>
        <w:jc w:val="right"/>
      </w:pPr>
      <w:r>
        <w:t>ہمیںیہ دیکھناہےکہ بات حق کیہے،باتانصافکیہے،بات سچیہے۔ تو ہمیںاسکےآگےج</w:t>
      </w:r>
    </w:p>
    <w:p>
      <w:r>
        <w:rPr>
          <w:b/>
        </w:rPr>
        <w:t xml:space="preserve">[58:27] </w:t>
      </w:r>
      <w:r>
        <w:t>hukna hai, yeh nahi kehna hai ke hum unke aage kyun jhukein? unke andar kaun si badai hai? to yeh jo hai, hasad aur ghamand ka jo attitude hai, yeh khuda ko bahut zyada napasand hai.</w:t>
      </w:r>
    </w:p>
    <w:p>
      <w:pPr>
        <w:jc w:val="right"/>
      </w:pPr>
      <w:r>
        <w:t>ھکناہے، یہنہیںکہناہےکہہمانکےآگےکیوںجھکیں؟انکےاندرکونسیبڑائیہے؟ تویہجوہے، حسد اور گھمنڈکاجو ایٹیٹیوڈہے، یہ خداکوبہت زیادہ ناپسندہے۔</w:t>
      </w:r>
    </w:p>
    <w:p>
      <w:r>
        <w:rPr>
          <w:b/>
        </w:rPr>
        <w:t xml:space="preserve">[58:39] </w:t>
      </w:r>
      <w:r>
        <w:t>ab isi liye iblis par hamesha ke liye laanat kardi gayi. ji, ab bahut saare log milte hain ke hum khuda ke ilawa kisi se nahi darte.</w:t>
      </w:r>
    </w:p>
    <w:p>
      <w:pPr>
        <w:jc w:val="right"/>
      </w:pPr>
      <w:r>
        <w:t>اباسیلیے ابلیسپرہمیشہکےلیےلعنتکردیگئی ۔جی، اب بہتسارےلوگ ملتےہیںکہہم خداکےعلاوہکسی سےنہیںڈرتے۔</w:t>
      </w:r>
    </w:p>
    <w:p>
      <w:r>
        <w:rPr>
          <w:b/>
        </w:rPr>
        <w:t xml:space="preserve">[58:48] </w:t>
      </w:r>
      <w:r>
        <w:t>to yeh bilkul galat baat hai ke khuda ne jo baat kahi, usko karo</w:t>
      </w:r>
    </w:p>
    <w:p>
      <w:pPr>
        <w:jc w:val="right"/>
      </w:pPr>
      <w:r>
        <w:t>تو یہبالکل غلطباتہے کہ خداہینےجو بات کہی،اسکوکرو</w:t>
      </w:r>
    </w:p>
    <w:p>
      <w:r>
        <w:rPr>
          <w:b/>
        </w:rPr>
        <w:t xml:space="preserve">[58:53] </w:t>
      </w:r>
      <w:r>
        <w:t>. khuda ne kaha, "insaaf ke aage jhuko, haq ke aage jhuko, sulah karo". to kyun nahi jhukte? to is tarike se humein har cheez se humein lesson mil sakta hai, agar hum usko gehraai se dekhein.</w:t>
      </w:r>
    </w:p>
    <w:p>
      <w:pPr>
        <w:jc w:val="right"/>
      </w:pPr>
      <w:r>
        <w:t>۔ خدانےکہا،"انصافکےآگےجھکو،حقکےآگےجھکو، صلحکرو"۔توکیوںنہیںجھکتے؟ تو اسطریقےسے ہمیں ہرچیز سے ہمیںلی سن ملسکتاہے،اگرہم اسکو گہرائیسے دیکھیں۔</w:t>
      </w:r>
    </w:p>
    <w:p>
      <w:r>
        <w:rPr>
          <w:b/>
        </w:rPr>
        <w:t xml:space="preserve">[59:05] </w:t>
      </w:r>
      <w:r>
        <w:t>ji, bahut badi baat hai aapki. ji ji, ab main hazrat adam ko leti hoon. ab sab ne yeh qissa suna hai hazrat adam ka ke unhone forbidden tree ka phal khaya, jab ke Allah ne mana kiya tha.</w:t>
      </w:r>
    </w:p>
    <w:p>
      <w:pPr>
        <w:jc w:val="right"/>
      </w:pPr>
      <w:r>
        <w:t>جی،بہتبڑیباتہےآپکی۔ جیجی، ابمیں حضرت آدمکالیتیہوں۔ اب سبنے یہقصہسناہےحضرتآدمکا کہانہوںنے فار بیڈنٹریکاپھلکھایا،جب کہاللہ نے منعکیاتھا۔</w:t>
      </w:r>
    </w:p>
    <w:p>
      <w:r>
        <w:rPr>
          <w:b/>
        </w:rPr>
        <w:t xml:space="preserve">[59:17] </w:t>
      </w:r>
      <w:r>
        <w:t>woh distract ho gaye.</w:t>
      </w:r>
    </w:p>
    <w:p>
      <w:pPr>
        <w:jc w:val="right"/>
      </w:pPr>
      <w:r>
        <w:t>وہ ڈسٹریکٹہوگئے۔</w:t>
      </w:r>
    </w:p>
    <w:p>
      <w:r>
        <w:rPr>
          <w:b/>
        </w:rPr>
        <w:t xml:space="preserve">[59:20] </w:t>
      </w:r>
      <w:r>
        <w:t>lekin koi yeh nahi sochta ke kis tarike se hum isko apne upar kaise apply karein. to apply kar sakte hain ke hum isi tarike se duniya, jaise maulana ne bataya tha ke duniya mein bahut saare forbidden trees hain, bahut saari cheezein hain jo humein seedhe raaste par jaane se distract karti hain.</w:t>
      </w:r>
    </w:p>
    <w:p>
      <w:pPr>
        <w:jc w:val="right"/>
      </w:pPr>
      <w:r>
        <w:t>لیکن کوئی یہنہیںسوچتاکہکسطریقےسےہماسکو اپنے اوپرکیسےاپلائیکریں۔ تو اپلائیکرسکتےہیںکہہم اسیطریقےسے دنیا ،جیسےمول انانےبتایاتھا کہ دنیا میںبہت سارے فار بیڈنٹریزہیں، بہت ساریچیزیںہیںجوہمیں سیدھےراستےپر جانےسے ڈسٹریکٹکرتیہیں۔</w:t>
      </w:r>
    </w:p>
    <w:p>
      <w:r>
        <w:rPr>
          <w:b/>
        </w:rPr>
        <w:t xml:space="preserve">[59:38] </w:t>
      </w:r>
      <w:r>
        <w:t>ab misaal ke taur par, ghair zaroori shopping, must qul programme hote rehte hain. ab ismein log jaate hain, bahar jaate hain, outing karte hain, picnic</w:t>
      </w:r>
    </w:p>
    <w:p>
      <w:pPr>
        <w:jc w:val="right"/>
      </w:pPr>
      <w:r>
        <w:t>اب مثالکےطورپر، غیر ضروری شاپنگ، مست قل پروگرامہوتےرہتےہیں۔ اباسمیںلوگ جاتےہیں،باہر جاتےہیں، آؤٹنگکرتےہیں، پکنک</w:t>
      </w:r>
    </w:p>
    <w:p>
      <w:r>
        <w:rPr>
          <w:b/>
        </w:rPr>
        <w:t xml:space="preserve">[59:49] </w:t>
      </w:r>
      <w:r>
        <w:t>manate hain. yeh saari cheezein jo hain, yeh sab agar humara koi goal hai, agar humara koi goal nahi hai to aap kuch bhi karein. lekin agar humara koi goal hai to us goal ke liye humein ab ek su hona padega, focused mind apna banana padega.</w:t>
      </w:r>
    </w:p>
    <w:p>
      <w:pPr>
        <w:jc w:val="right"/>
      </w:pPr>
      <w:r>
        <w:t>مناتےہیں۔ یہساریچیزیںجوہیں،یہسب اگر ہماراکوئی گولہے،اگرہماراکوئیگولنہیںہےتوآپ کچھبھیکریں۔لیکن اگر ہماراکوئی گولہے تو اس گولکےلیےہمیں اب یک سوہوناپڑےگا، فوکسڈ مائنڈ اپنابناناپڑےگا۔</w:t>
      </w:r>
    </w:p>
    <w:p>
      <w:r>
        <w:rPr>
          <w:b/>
        </w:rPr>
        <w:t xml:space="preserve">[1:00:05] </w:t>
      </w:r>
      <w:r>
        <w:t>tabhi hum hum jo hai, koi koi faida utha sakte hain. to isse humein yeh milta hai ke hum apna distraction khatm karein</w:t>
      </w:r>
    </w:p>
    <w:p>
      <w:pPr>
        <w:jc w:val="right"/>
      </w:pPr>
      <w:r>
        <w:t>تبھیہم ہمجوہے،کوئی کوئیفائدہاٹھاسکتےہیں۔ تو اسسےہمیںیہملتاہےکہہم اپناڈسٹریکشنختمکرد</w:t>
      </w:r>
    </w:p>
    <w:p>
      <w:r>
        <w:rPr>
          <w:b/>
        </w:rPr>
        <w:t xml:space="preserve">[1:00:15] </w:t>
      </w:r>
      <w:r>
        <w:t>. tabhi hum jo hai, sacche raaste ko haasil kar sakte hain. ab maine toh kuch chand cheezein note ki hain, jaise hazrat musa alaihissalam jab hazrat khizr ke saath unhone kuch travel kiya tha na?</w:t>
      </w:r>
    </w:p>
    <w:p>
      <w:pPr>
        <w:jc w:val="right"/>
      </w:pPr>
      <w:r>
        <w:t>یں۔ تبھیہم جوہے،سچےراستےکو حاصل کرسکتےہیں۔ اب میں نے توکچھچندچیزیںنو ٹکیاہیں، جیسے حضرت موسی علیہالسلام جب حضرت خضرکےساتھ انہوں نےکچھ ٹریولکیا تھانا؟</w:t>
      </w:r>
    </w:p>
    <w:p>
      <w:r>
        <w:rPr>
          <w:b/>
        </w:rPr>
        <w:t xml:space="preserve">[1:00:31] </w:t>
      </w:r>
      <w:r>
        <w:t>ji, to hazrat khizr ne kai kaam kiye. to ismein se ek kaam tha ke unhone ek kashti thi, to usko aibdaar kar diya tha, kuch nishan kuch kar diya</w:t>
      </w:r>
    </w:p>
    <w:p>
      <w:pPr>
        <w:jc w:val="right"/>
      </w:pPr>
      <w:r>
        <w:t>جی،تو حضرت خضرنےکئیکام کیے۔تواسمیںسےایککامتھا کہانہوںنے ایک کشتیتھی، تو اسکو عیبدار کردیا تھا،کچھ نشان کچھکردیا</w:t>
      </w:r>
    </w:p>
    <w:p>
      <w:r>
        <w:rPr>
          <w:b/>
        </w:rPr>
        <w:t xml:space="preserve">[1:00:43] </w:t>
      </w:r>
      <w:r>
        <w:t>tha. to woh hazrat musa alaihissalam ko samajh mein nahi aaya. to unhone kaha ke aisa baad mein pata chala ke asal mein woh ek aage ek badshah hai, woh jo bhi achhi kashti hai, woh usko le leta hai.</w:t>
      </w:r>
    </w:p>
    <w:p>
      <w:pPr>
        <w:jc w:val="right"/>
      </w:pPr>
      <w:r>
        <w:t>تھا۔ تو وہحضرتموسی علیہالسلامکوسمجھمیںنہیںآیا۔ تو انہوںنےکہاکہایسا بعدمیں بت ایا کہ اصلمیںوہایک آگےایک بادشاہہے،وہ جو بھیاچھی کشتیہے،وہاسکولےلیتاہے۔</w:t>
      </w:r>
    </w:p>
    <w:p>
      <w:r>
        <w:rPr>
          <w:b/>
        </w:rPr>
        <w:t xml:space="preserve">[1:00:55] </w:t>
      </w:r>
      <w:r>
        <w:t>uska koi king wing chal raha tha, to woh ghareeb bachhon ki kashti thi. to maine usko aibdaar bana diya ke woh badshah nahi lega. to defect create kar diya usne. haan ji, to hazrat musa alaihissalam ko samajh mein nahi aaya. to unhone baad mein usko explain kiya.</w:t>
      </w:r>
    </w:p>
    <w:p>
      <w:pPr>
        <w:jc w:val="right"/>
      </w:pPr>
      <w:r>
        <w:t>اسکیکوئیجنگ ونگچلرہیتھی، تو اسوہ غریببچوںکیکشتیتھی۔تومیںنےاسکو عیبداربنادیا کہوہ بادشاہنہیںلےگا۔ تو ڈیفیکٹکریٹکردیا اسنے۔ہاںجی، توحضرتموسی علیہالسلامکیسمجھمیںنہیںآیا۔توانہوںنے بعدمیںاسکو ایکسپلینکیا۔</w:t>
      </w:r>
    </w:p>
    <w:p>
      <w:r>
        <w:rPr>
          <w:b/>
        </w:rPr>
        <w:t xml:space="preserve">[1:01:10] </w:t>
      </w:r>
      <w:r>
        <w:t>to</w:t>
      </w:r>
    </w:p>
    <w:p>
      <w:pPr>
        <w:jc w:val="right"/>
      </w:pPr>
      <w:r>
        <w:t>تو</w:t>
      </w:r>
    </w:p>
    <w:p>
      <w:r>
        <w:rPr>
          <w:b/>
        </w:rPr>
        <w:t xml:space="preserve">[1:01:11] </w:t>
      </w:r>
      <w:r>
        <w:t>isse humein yeh le sakte hain ke dekho, bahut baar aisa hota hai ke hum kuch chahte hain, woh hota nahi hai, aur hum frustration mein pad jaate hain ke yeh pata nahi, yeh kaam hum bahut chahte the. log tarah jagah jagah interview dete hain, unko kaamyaab nahi hote. lekin woh aisa hota hai ke usse achhi jagah unko mil jaati hai baad mein.</w:t>
      </w:r>
    </w:p>
    <w:p>
      <w:pPr>
        <w:jc w:val="right"/>
      </w:pPr>
      <w:r>
        <w:t>اسسےہمیہ لےسکتےہیںکہدیکھو،بہت بارایساہوتاہے کہہمکچھ چاہتےہیں،وہہوتانہیںہے، اورہم فرسٹریشنمیںپڑجاتےہیں کہ یہ پتہنہیں،یہ کام ہم بہت چاہرہےتھے۔لوگ طرح جگہجگہ انٹرویودیتےہیں،انکو کامیابنہیںہوتے۔لیکن وہایساہوتاہےکہاسسےاچھیجگہانکوملجاتیہےبعدمیں۔</w:t>
      </w:r>
    </w:p>
    <w:p>
      <w:r>
        <w:rPr>
          <w:b/>
        </w:rPr>
        <w:t xml:space="preserve">[1:01:32] </w:t>
      </w:r>
      <w:r>
        <w:t>to yeh in sab cheezon se humein yeh samajhna hai ke agar koi kaam bigad jaaye to humko yeh sochna chahiye ke koi khuda ka usse behtar planning hogi hamare liye.</w:t>
      </w:r>
    </w:p>
    <w:p>
      <w:pPr>
        <w:jc w:val="right"/>
      </w:pPr>
      <w:r>
        <w:t>تو یہ انسبچیزوںسے ہمیں یہ سمجھ ناہے کہاگرکوئیکام بگڑجائےتوہمکو یہ سوچناچاہیے کہکوئیخداکیاسسےبہتر پلاننگہوگیہمارےلیے۔</w:t>
      </w:r>
    </w:p>
    <w:p>
      <w:r>
        <w:rPr>
          <w:b/>
        </w:rPr>
        <w:t xml:space="preserve">[1:01:46] </w:t>
      </w:r>
      <w:r>
        <w:t>to ek robert clive ka qissa jab maulana ne bataya tha ke woh usne bahut zyada pareshan rehta tha, paise paise bahut kam tha, east india company mein woh mulazim tha.</w:t>
      </w:r>
    </w:p>
    <w:p>
      <w:pPr>
        <w:jc w:val="right"/>
      </w:pPr>
      <w:r>
        <w:t>توایک رابرٹکلائیوکاقصہ جب مولانانےبتایاتھا کہ وہ اسنے بہت زیادہ پریشانرہتاتھا،پیسے پیسہبہت کم تھا، ایسٹانڈیاکمپنیمیںوہملازمتھا۔</w:t>
      </w:r>
    </w:p>
    <w:p>
      <w:r>
        <w:rPr>
          <w:b/>
        </w:rPr>
        <w:t xml:space="preserve">[1:01:56] </w:t>
      </w:r>
      <w:r>
        <w:t>to usne ek din trigger daba diya ke khud suicide kar lete hain.</w:t>
      </w:r>
    </w:p>
    <w:p>
      <w:pPr>
        <w:jc w:val="right"/>
      </w:pPr>
      <w:r>
        <w:t>تو اسنےایکدن ٹریگردبادیا کہخود سوسائیڈکرلیتےہیں۔</w:t>
      </w:r>
    </w:p>
    <w:p>
      <w:r>
        <w:rPr>
          <w:b/>
        </w:rPr>
        <w:t xml:space="preserve">[1:02:00] </w:t>
      </w:r>
      <w:r>
        <w:t>lekin woh trigger daba diya, lekin woh goli chali nahi, bach gaya. to ek dum se uske muh se nikla ke koi koi Allah ko god ko koi bahut bada mujhse kaam lena hoga, jisne trigger nahi daba.</w:t>
      </w:r>
    </w:p>
    <w:p>
      <w:pPr>
        <w:jc w:val="right"/>
      </w:pPr>
      <w:r>
        <w:t>لیکن وہ ٹریگردبادیا،لیکن وہ گولیچلینہیں ، بچگیا۔ تو ایکدمسےاسکےمنہسےنکلا کہ کوئیکوئیاللہ کو گاڈکو کوئی بہت بڑامجھسےکام لیناہوگا،جوبھیٹریگرنہیںدبا۔</w:t>
      </w:r>
    </w:p>
    <w:p>
      <w:r>
        <w:rPr>
          <w:b/>
        </w:rPr>
        <w:t xml:space="preserve">[1:02:15] </w:t>
      </w:r>
      <w:r>
        <w:t>to phir usne baad mein uski tarqqi hui, promotion hua, aur usne bahut bada ismein uska role hai east india east india company mein angrezon ko yahan hukumat dilane mein. uska bahut bada role hai.</w:t>
      </w:r>
    </w:p>
    <w:p>
      <w:pPr>
        <w:jc w:val="right"/>
      </w:pPr>
      <w:r>
        <w:t>تو پھر اسینے بعدمیںاسکیتر قیہوئی،پروموشنہوا،اوراسینے بہت بڑا اسمیں اسکا رولہے ایسٹانڈیاایسٹانڈیاکمپنیمیں انگ ریزوںکویہاںحکومت دلانےمیں۔اسکابہتبڑارولہے۔</w:t>
      </w:r>
    </w:p>
    <w:p>
      <w:r>
        <w:rPr>
          <w:b/>
        </w:rPr>
        <w:t xml:space="preserve">[1:02:29] </w:t>
      </w:r>
      <w:r>
        <w:t>to ek qissa hai hazrat yunus alaihis salam ka ke unhon ne kuch dinon apne ilaqe mein jahan woh bheje gaye thay, unhon ne khuda ka paigham pohanchaya, lekin woh log suntay nahin thay.</w:t>
      </w:r>
    </w:p>
    <w:p>
      <w:pPr>
        <w:jc w:val="right"/>
      </w:pPr>
      <w:r>
        <w:t>تو ایک قصہہے حضرت یون سعلیہالسلامکا کہ انہوںنےکچھدنوں اپنے علاق ےمیں جہاںوہبھیجےگئےتھے،انہوںنے خ داکاپیغامپہنچایا، لیکن وہ لوگ سن تےنہیں تھے۔</w:t>
      </w:r>
    </w:p>
    <w:p>
      <w:r>
        <w:rPr>
          <w:b/>
        </w:rPr>
        <w:t xml:space="preserve">[1:02:42] </w:t>
      </w:r>
      <w:r>
        <w:t>to woh unhon ne khud se farz kar liya ke ab yeh log nahin sunenge aur is basti ko chhod kar chale gaye. to baad mein woh lamba qissa hai, woh ek wel ne un ko nigal liya.</w:t>
      </w:r>
    </w:p>
    <w:p>
      <w:pPr>
        <w:jc w:val="right"/>
      </w:pPr>
      <w:r>
        <w:t>تو وہ انہوںنےخود سے فرضکرلیاکہ اب یہلوگ نہیں سنیںگے اور اس بستیکوچھوڑکرچلےگئے۔ تو بعد میں وہلمباقص ہہے،وہایک ویلنےانکونگللیا۔</w:t>
      </w:r>
    </w:p>
    <w:p>
      <w:r>
        <w:rPr>
          <w:b/>
        </w:rPr>
        <w:t xml:space="preserve">[1:02:53] </w:t>
      </w:r>
      <w:r>
        <w:t>to baad mein un ko realize ho gaya ke unhon ne ghalati ki</w:t>
      </w:r>
    </w:p>
    <w:p>
      <w:pPr>
        <w:jc w:val="right"/>
      </w:pPr>
      <w:r>
        <w:t>توبعدمیںانکو ریلائزہوگیا کہانہوںنےغلطیکی</w:t>
      </w:r>
    </w:p>
    <w:p>
      <w:r>
        <w:rPr>
          <w:b/>
        </w:rPr>
        <w:t xml:space="preserve">[1:02:56] </w:t>
      </w:r>
      <w:r>
        <w:t>hai, abhi un ka kaam khatm hone se pehle hi unhon ne chhod diya tha. to phir unhon ne Allah ta'ala se maafi mangi, aur Allah ta'ala ne phir dobara un ko mauqa diya.</w:t>
      </w:r>
    </w:p>
    <w:p>
      <w:pPr>
        <w:jc w:val="right"/>
      </w:pPr>
      <w:r>
        <w:t>ہے، ابھیانکا کام ختم ہونےسےپہلے ہیانہوںنےچھوڑدیا تھا۔ توپھرانہوں نے اللہ تعالیسےمعافیمانگی،اوراللہتعالینےپھردوبارہانکوموقعدیا ۔</w:t>
      </w:r>
    </w:p>
    <w:p>
      <w:r>
        <w:rPr>
          <w:b/>
        </w:rPr>
        <w:t xml:space="preserve">[1:03:07] </w:t>
      </w:r>
      <w:r>
        <w:t>dobara is basti mein gaye, to is basti mein gaye to woh log sab intezar kar rahe thay ke ek behta achha aadmi tha, aur hum ne us ki baat nahin suni. woh naraaz ho kar chala gaya.</w:t>
      </w:r>
    </w:p>
    <w:p>
      <w:pPr>
        <w:jc w:val="right"/>
      </w:pPr>
      <w:r>
        <w:t>دوبارہاس بستیمیںگئے،تو اس بستیمیںگئےتو وہ لوگ سب انتظارکررہےتھےکہایکبہتاچھاآدمیتھا، اور ہمنےاسکیباتنہیںسنی۔وہناراضہوکرچلاگیا۔</w:t>
      </w:r>
    </w:p>
    <w:p>
      <w:r>
        <w:rPr>
          <w:b/>
        </w:rPr>
        <w:t xml:space="preserve">[1:03:17] </w:t>
      </w:r>
      <w:r>
        <w:t>to woh saare ke saare un anaan an ko un ko bilkul he rawaan hasti ne iqbal kiya, aur sab un ki baat sun kar un ke follower ban gaye.</w:t>
      </w:r>
    </w:p>
    <w:p>
      <w:pPr>
        <w:jc w:val="right"/>
      </w:pPr>
      <w:r>
        <w:t>تو وہ سارے کےسارے انانانکو انکوبالکل ہیروانہاستقبال کیا، اور سب انکیبات سن کےانکےفالووربنگئے۔</w:t>
      </w:r>
    </w:p>
    <w:p>
      <w:r>
        <w:rPr>
          <w:b/>
        </w:rPr>
        <w:t xml:space="preserve">[1:03:27] </w:t>
      </w:r>
      <w:r>
        <w:t>to aise hi hum log jaise kaam karte hain, jaise quran distribution karte hain, log kehte hain kya hua? log rakhte hain, parhte kahan hain? kyon karte hain? to kuch pata thoda hai.</w:t>
      </w:r>
    </w:p>
    <w:p>
      <w:pPr>
        <w:jc w:val="right"/>
      </w:pPr>
      <w:r>
        <w:t>تو ایسےہیہملوگ جیسےکام کرتےہیں،جیسےقرآنڈسٹریبیوشنکرتےہیں، لوگکہتےہیںکیا ہوا؟لوگرکھلیتےہیں،پڑھتےکہاںہیں؟کیوںآپکرتےہیں؟ توکچھپتہتھوڑیہے۔</w:t>
      </w:r>
    </w:p>
    <w:p>
      <w:r>
        <w:rPr>
          <w:b/>
        </w:rPr>
        <w:t xml:space="preserve">[1:03:36] </w:t>
      </w:r>
      <w:r>
        <w:t>rasool Allah sallallahu alaihi wasallam next generation tak to wait karne ke liye tayyar thay. to hum ne kaha koi bhi achhi baat hai, us ko bata ana chahiye. aaj nahin, us ki samajh mein aa raha hai to kal samajh mein aayega.</w:t>
      </w:r>
    </w:p>
    <w:p>
      <w:pPr>
        <w:jc w:val="right"/>
      </w:pPr>
      <w:r>
        <w:t>رسولاللہ صلیاللہعلیہوسلم نیکسٹ جنریشنتک تو ویٹکرنےکےلیے تیار تھے۔ تو ہمنےکہاکوئیبھیاچھیباتہے،اسکوبت اناچاہیے۔آجنہیں،اسکی سمجھمیںآ رہاہےتوکل سمجھمیںآئےگا۔</w:t>
      </w:r>
    </w:p>
    <w:p>
      <w:r>
        <w:rPr>
          <w:b/>
        </w:rPr>
        <w:t xml:space="preserve">[1:03:50] </w:t>
      </w:r>
      <w:r>
        <w:t>to isi tarike se hazrat yusuf ki to bohat zabardast kahani hai. khud quran ne kaha hai ke behtareen story hai.</w:t>
      </w:r>
    </w:p>
    <w:p>
      <w:pPr>
        <w:jc w:val="right"/>
      </w:pPr>
      <w:r>
        <w:t>تو اسیطریقےسےحضرت یوسفکیتوبہت زبرد ست کہانیہے۔ خود قرآننےکہاہےکہبہترین سٹوریہے۔</w:t>
      </w:r>
    </w:p>
    <w:p>
      <w:r>
        <w:rPr>
          <w:b/>
        </w:rPr>
        <w:t xml:space="preserve">[1:03:58] </w:t>
      </w:r>
      <w:r>
        <w:t>ab hazrat yusuf ko andhe kuen mein daal diya, aur wahan kis tarike se unhon ne jo bhi ek do din guzara hoga, phir Allah ta'ala ne wahan se un ko nikala.</w:t>
      </w:r>
    </w:p>
    <w:p>
      <w:pPr>
        <w:jc w:val="right"/>
      </w:pPr>
      <w:r>
        <w:t>ابحضرتیوسفکو اندھے کنویںمیںڈالدیا،اوروہاں کسطریقےسےانہوںنےجوبھیایکدودن گزاراہوگا، پھراللہ تعالینےوہاںسے انکو نکالا۔</w:t>
      </w:r>
    </w:p>
    <w:p>
      <w:r>
        <w:rPr>
          <w:b/>
        </w:rPr>
        <w:t xml:space="preserve">[1:04:11] </w:t>
      </w:r>
      <w:r>
        <w:t>to woh lekin woh ghabraye nahin, Allah ta'ala ne un ko sambhala, ghabraye nahin. aur baad mein Allah ne un ko kitni badi jagah par pohanchaya. is zamaney mein dekhiye, ek hi wazir hota tha, usi ke haath mein sab kuch hota tha.</w:t>
      </w:r>
    </w:p>
    <w:p>
      <w:pPr>
        <w:jc w:val="right"/>
      </w:pPr>
      <w:r>
        <w:t>تو وہلیکن وہ گھبرائےنہیں،اللہتعالینےانکوسنبھالا،گھبرائےنہیں۔اوربعدمیں اللہ نےانکوکتنیبڑیجگہپرپہنچایا۔ اسزمان ےمیںدیکھیے،ایکہی وزیر ہوتاتھا، اسیکےہاتھمیںسبکچھہوتاتھا۔</w:t>
      </w:r>
    </w:p>
    <w:p>
      <w:r>
        <w:rPr>
          <w:b/>
        </w:rPr>
        <w:t xml:space="preserve">[1:04:24] </w:t>
      </w:r>
      <w:r>
        <w:t>asal cheez to agriculture thi is zamaney mein, aur koi industry waghera to thi nahin. to badshah ne kaha ke mere paas sirf yeh throne rahega, baqi sab kuch sara administration tumhare haath mein hai.</w:t>
      </w:r>
    </w:p>
    <w:p>
      <w:pPr>
        <w:jc w:val="right"/>
      </w:pPr>
      <w:r>
        <w:t>اصلچیزتوایگریکلچرہیتھا اسزمان ےمیں،اور کوئیانڈ سٹریوغیرہتوتھینہیں۔ تو بادشاہنے کہاکہمیرےپاسصرف یہ تھرونرہےگا،باقیسبکچھ ساراایڈمنسٹریشنتمہارےہاتھمیںہے۔</w:t>
      </w:r>
    </w:p>
    <w:p>
      <w:r>
        <w:rPr>
          <w:b/>
        </w:rPr>
        <w:t xml:space="preserve">[1:04:36] </w:t>
      </w:r>
      <w:r>
        <w:t>to us ke baad jab woh un ke bhai, un ke bhai aaye, qahat pad gaya har taraf, to un ke bhai ghaley ke liye aaye, to unhon ne apne bhaiyon ko sab ko maaf kar diya.</w:t>
      </w:r>
    </w:p>
    <w:p>
      <w:pPr>
        <w:jc w:val="right"/>
      </w:pPr>
      <w:r>
        <w:t>تواسکےبعد جب وہ انکابھائی ،انکےبھائی آئے، قہدپڑگیا ہرطرف ، تو انکےبھائی غ لےکےلیےآئے،تو انہوں نے اپنےبھائیوںکوسبکومعافکردیا۔</w:t>
      </w:r>
    </w:p>
    <w:p>
      <w:r>
        <w:rPr>
          <w:b/>
        </w:rPr>
        <w:t xml:space="preserve">[1:04:47] </w:t>
      </w:r>
      <w:r>
        <w:t>to yeh hamare liye hai ke dekho, itna bada unhon ne un ke sath dhoka diya bhaiyon ne ke un ko kuen mein daal diya, woh mar jaate, kuch bhi ho jata.</w:t>
      </w:r>
    </w:p>
    <w:p>
      <w:pPr>
        <w:jc w:val="right"/>
      </w:pPr>
      <w:r>
        <w:t>تو یہہمارےلیے ہےکہدیکھو، اتنا بڑا انہوں نےانکےساتھ دھوکہدیا بھائیوںنے کہ انکو کنویںمیںڈالدیا،وہمرجاتے،کچھبھیہوجاتا ۔</w:t>
      </w:r>
    </w:p>
    <w:p>
      <w:r>
        <w:rPr>
          <w:b/>
        </w:rPr>
        <w:t xml:space="preserve">[1:04:57] </w:t>
      </w:r>
      <w:r>
        <w:t>woh to ittefaq tha, Allah ki planning thi ke woh ek qafila aaya, aur qafle ne ab dol dala pani ke liye, to us dol ko woh pakad kar oopar aa gaye.</w:t>
      </w:r>
    </w:p>
    <w:p>
      <w:pPr>
        <w:jc w:val="right"/>
      </w:pPr>
      <w:r>
        <w:t>وہتو اتفاقتھا،اللہ کی پلاننگتھی کہ وہ ایکقافلہآیا،اورقافلےنےاب ڈولڈالاپانیکےلیے ،تو اس ڈولکو وہپکڑکراوپرآگئے۔</w:t>
      </w:r>
    </w:p>
    <w:p>
      <w:r>
        <w:rPr>
          <w:b/>
        </w:rPr>
        <w:t xml:space="preserve">[1:05:07] </w:t>
      </w:r>
      <w:r>
        <w:t>hmm, to lekin unhon ne sab ko maaf kar diya. to hum hum is se yeh natija yeh nikalen, lesson ke humein bhi sab ko maaf karna hai,</w:t>
      </w:r>
    </w:p>
    <w:p>
      <w:pPr>
        <w:jc w:val="right"/>
      </w:pPr>
      <w:r>
        <w:t>ہمم، تولیکن انہوںنےسبکومعافکردیا۔توہم ہم اسسےیہنتیجہیہنکالیں، لیسن کہہمیںبھیسبکومعافکرناہے،</w:t>
      </w:r>
    </w:p>
    <w:p>
      <w:r>
        <w:rPr>
          <w:b/>
        </w:rPr>
        <w:t xml:space="preserve">[1:05:16] </w:t>
      </w:r>
      <w:r>
        <w:t>kyon ke agar hum maaf nahin karte to hum apna bura karte hain, apne andar negativity bharte hain. to is tarike se har cheez mein hamare liye lesson hai.</w:t>
      </w:r>
    </w:p>
    <w:p>
      <w:pPr>
        <w:jc w:val="right"/>
      </w:pPr>
      <w:r>
        <w:t>کیونکہاگرہممعافنہیں کرتے توہماپنابراکرتے ہیں، اپنے اندرہمنیگیٹیوٹی بھرتےہیں۔ تو اسطریقےسے ہرچیز میںہمارےلیے لیسنہے۔</w:t>
      </w:r>
    </w:p>
    <w:p>
      <w:r>
        <w:rPr>
          <w:b/>
        </w:rPr>
        <w:t xml:space="preserve">[1:05:26] </w:t>
      </w:r>
      <w:r>
        <w:t>aur aur aur doosri yeh baat hai ke dekhiye, khali aisa nahin ke sirf hazrat yusuf ke sath Allah ki khaas madad aayi, balkeh har ek ke sath madad aati hai.</w:t>
      </w:r>
    </w:p>
    <w:p>
      <w:pPr>
        <w:jc w:val="right"/>
      </w:pPr>
      <w:r>
        <w:t>اور اور اوردوس رییہباتہےکہدیکھیے، خالی ایسانہیںکہصرفحضرتیوسفکےساتھ اللہ کیخاص مددآئی،بلکہہرایککےساتھمددآتیہے۔</w:t>
      </w:r>
    </w:p>
    <w:p>
      <w:r>
        <w:rPr>
          <w:b/>
        </w:rPr>
        <w:t xml:space="preserve">[1:05:36] </w:t>
      </w:r>
      <w:r>
        <w:t>lekin hai kya ke log is ko cause and effect ke tehat explain karte hain. matlab hum hi log dekhiye, hum log ek gaon</w:t>
      </w:r>
    </w:p>
    <w:p>
      <w:pPr>
        <w:jc w:val="right"/>
      </w:pPr>
      <w:r>
        <w:t>لیکن ہےکیا کہ لوگ اسکو کازاینڈایفیکٹکےتحت ایکسپلینکرتےہیں۔ مطلب ہمہیلوگدیکھیے،ہملوگ ایکگاؤں</w:t>
      </w:r>
    </w:p>
    <w:p>
      <w:r>
        <w:rPr>
          <w:b/>
        </w:rPr>
        <w:t xml:space="preserve">[1:05:44] </w:t>
      </w:r>
      <w:r>
        <w:t>mein rehte thay, wahan na sark thi, na school tha, na hospital tha, koi bhi suvidha nahin thi. Allah ta'ala ne Delhi bheja, aur Delhi mein itna bada mission establish kiya, aur us ka hum ko part banaya. to yeh yeh kaam thoda hai hazrat yusuf alaihis salam ka.</w:t>
      </w:r>
    </w:p>
    <w:p>
      <w:pPr>
        <w:jc w:val="right"/>
      </w:pPr>
      <w:r>
        <w:t>میںرہتےتھے، وہاںنہسڑکتھی،نہاسکول تھا،نہ ہاسپٹلتھا،کوئی بھی सुविधा نہیںتھی۔ اللہ تعالینے دلیبھیجا،اوردلیمیں اتنابڑا مشن اسٹیبلشکیا،اوراسکاہمکوپارٹبنایا۔تو یہ یہ کامتھوڑیہےحضرتیوسفعلیہالسلامسے۔</w:t>
      </w:r>
    </w:p>
    <w:p>
      <w:r>
        <w:rPr>
          <w:b/>
        </w:rPr>
        <w:t xml:space="preserve">[1:05:59] </w:t>
      </w:r>
      <w:r>
        <w:t>to har insaan ki Allah isi tarike se madad karta hai, lekin hum is ko attribute kar dete hain kisi aur ko. ji hmm, bilkul.</w:t>
      </w:r>
    </w:p>
    <w:p>
      <w:pPr>
        <w:jc w:val="right"/>
      </w:pPr>
      <w:r>
        <w:t>تو ہر انسان کی اللہ اسیطریقےسےمد دکرتاہے،لیکن ہماسکو ایٹریبیوٹکردیتےہیںکسی اورکو ۔ جی ہمم،بالکل ۔</w:t>
      </w:r>
    </w:p>
    <w:p>
      <w:r>
        <w:rPr>
          <w:b/>
        </w:rPr>
        <w:t xml:space="preserve">[1:06:10] </w:t>
      </w:r>
      <w:r>
        <w:t>phir ek verse 41 chapter mein is mein bataya gaya hai ke burai ke badle mein bhalai karo, to tumhara dushman woh hai, tumhara bohat gehra dost ban jayega, wali humim.</w:t>
      </w:r>
    </w:p>
    <w:p>
      <w:pPr>
        <w:jc w:val="right"/>
      </w:pPr>
      <w:r>
        <w:t>پھرایک ورس 4 1 چیپٹرمیں اسمیںبتایاگیاہےکہبرائیکےبدلےمیں بھلائیکرو، تو تمہارادشمنجوہے،تمہارابہت گہرادوستبنجائےگا، ولی حمیم ۔</w:t>
      </w:r>
    </w:p>
    <w:p>
      <w:r>
        <w:rPr>
          <w:b/>
        </w:rPr>
        <w:t xml:space="preserve">[1:06:22] </w:t>
      </w:r>
      <w:r>
        <w:t>to hamara achha sulook woh hai, dushman ko dost bana deta hai. to ab aaj woh hai, jagah jagah jo jang ho rahi hai, agar log quran ko samajh kar parhte to kehte ke agar in ko, agar in ko woh apna dushman samajhte hain to un ke sath achha sulook karo, woh tumhare dost ban jayenge.</w:t>
      </w:r>
    </w:p>
    <w:p>
      <w:pPr>
        <w:jc w:val="right"/>
      </w:pPr>
      <w:r>
        <w:t>توہمارااچھا سلوکجوہے،دشمنکودوست بنادیتاہے۔ تو اب آججوہے، جگہجگہجوجنگ ہورہیہے،اگر لوگ قرآنکو سمجھکےپڑھتے تو کہتے کہاگر انکو،اگر انکو وہاپنادشمنسمجھتےہیں تو انکےساتھ اچھاسلوککرو ، وہتمہارےدوستبنجائیںگے۔</w:t>
      </w:r>
    </w:p>
    <w:p>
      <w:r>
        <w:rPr>
          <w:b/>
        </w:rPr>
        <w:t xml:space="preserve">[1:06:40] </w:t>
      </w:r>
      <w:r>
        <w:t>to lekin nahin, lekin aur rasool Allah sallallahu alaihi wasallam ne dekhiye, sab ke sath achha sulook kiya, aur aap ke zamaney mein saari dushmani khatm ho gayi. poore arab ke ke log jo hain, woh aap ke follower ban gaye, jab ke wohi log thay</w:t>
      </w:r>
    </w:p>
    <w:p>
      <w:pPr>
        <w:jc w:val="right"/>
      </w:pPr>
      <w:r>
        <w:t>تولیکن نہیں،لیکن ابرسولاللہصلیاللہعلیہوسلمنےدیکھیے،سبکےساتھاچھاسلوککیا، اورآپکےزمان ے میں ساریدشمنیختمہوگئی۔ پورے عرب کے کےلوگ جوہیں،وہآپکےفالووربنگئے،جبکہوہیلوگ تھے</w:t>
      </w:r>
    </w:p>
    <w:p>
      <w:r>
        <w:rPr>
          <w:b/>
        </w:rPr>
        <w:t xml:space="preserve">[1:06:54] </w:t>
      </w:r>
      <w:r>
        <w:t>jinhon ne aap ko makkah mein rehne bhi nahin di thi. nangey paon aap raat ko bhage thay wahan se, to wohi log saare ke saare aap ke follower ban gaye, sirf isi liye ke aap ne un ke sath achha sulook kiya.</w:t>
      </w:r>
    </w:p>
    <w:p>
      <w:pPr>
        <w:jc w:val="right"/>
      </w:pPr>
      <w:r>
        <w:t>جنہوںنےآپکو مکہمیںرہنےبھینہیںدیاتھا۔ ننگےپاؤںآپ راتکو بھاگےتھےوہاںسے ، تو وہیلوگ سارےکےسارےآپکےفالوورزبنگئے، صرفاسیلیےکہآپنےانکےساتھ اچھا سلوککیا۔</w:t>
      </w:r>
    </w:p>
    <w:p>
      <w:r>
        <w:rPr>
          <w:b/>
        </w:rPr>
        <w:t xml:space="preserve">[1:07:06] </w:t>
      </w:r>
      <w:r>
        <w:t>lekin aaj musalman kehte hain ke hum sabr karenge to yeh dushman log jo hain, aur dil yira ho jayenge, aur ziyaratiyan karenge. haalankeh dekhiye, agar aap aapko quran se guidance leni hai ya apne ya shaitan se guidance leni</w:t>
      </w:r>
    </w:p>
    <w:p>
      <w:pPr>
        <w:jc w:val="right"/>
      </w:pPr>
      <w:r>
        <w:t>لیکن آج مس لمان کہتےہیں کہہم صبرکریںگےتویہدشمنلوگ جوہیں،اوردل یرہوجائیںگے، اور زیادتیاںکریںگے۔حالانکہ دیکھیے،اگرآپ آپکو قرآنسے گائیڈنسلینیہےیاآپنے یا شیطانسےگائیڈنسلینی</w:t>
      </w:r>
    </w:p>
    <w:p>
      <w:r>
        <w:rPr>
          <w:b/>
        </w:rPr>
        <w:t xml:space="preserve">[1:07:20] </w:t>
      </w:r>
      <w:r>
        <w:t>hai, to agar hum quran se guidance lein to clear bilkul quran mein hai, chapter eight mein, agar woh sulah ki taraf jhukein to tum bhi jhuk jao, aur Allah par bharosa bharosa rakho.</w:t>
      </w:r>
    </w:p>
    <w:p>
      <w:pPr>
        <w:jc w:val="right"/>
      </w:pPr>
      <w:r>
        <w:t>ہے، تو اگر ہمقرآنسے گائیڈنس لیںتو کلی ئربالکل قرآنمیںہے، چیپٹر ایٹمیں،اگر وہ صلحکیطرف جھکیں تو تم بھی جھکجاؤ،اوراللہ پربھروسہ بھروسہرکھو۔</w:t>
      </w:r>
    </w:p>
    <w:p>
      <w:r>
        <w:rPr>
          <w:b/>
        </w:rPr>
        <w:t xml:space="preserve">[1:07:32] </w:t>
      </w:r>
      <w:r>
        <w:t>to ek to sulah karni hai, aur Allah pe agar unko andesha hai ke woh kuch gadbad karenge to Allah pe bharosa rakho, to andeshe ko nazar andaz karo.</w:t>
      </w:r>
    </w:p>
    <w:p>
      <w:pPr>
        <w:jc w:val="right"/>
      </w:pPr>
      <w:r>
        <w:t>تو ایکتوصلحکرنیہے، اور اللہ پہ اگرانکواندیشہہےکہوہ کچھ گڑبڑکریںگےتو اللہ پہبھروسہرکھو، تو اندیشےکونظر اندازکرو۔</w:t>
      </w:r>
    </w:p>
    <w:p>
      <w:r>
        <w:rPr>
          <w:b/>
        </w:rPr>
        <w:t xml:space="preserve">[1:07:42] </w:t>
      </w:r>
      <w:r>
        <w:t>lekin aaj musalman jo hain, jang to shuru kar dete hain, sulah karna unhein aata hi nahin, sulah nahin karte</w:t>
      </w:r>
    </w:p>
    <w:p>
      <w:pPr>
        <w:jc w:val="right"/>
      </w:pPr>
      <w:r>
        <w:t>لیکن آج مس لمان جوہیں، جنگ توشروعکردیتےہیں، صلحکرناانہیں آتاہینہیں، صلحہینہیںکرتے</w:t>
      </w:r>
    </w:p>
    <w:p>
      <w:r>
        <w:rPr>
          <w:b/>
        </w:rPr>
        <w:t xml:space="preserve">[1:07:49] </w:t>
      </w:r>
      <w:r>
        <w:t>, jab ke ab quran ko chahe woh dekhein, chahe rasool Allah salallahu alaihi wasallam ke ki aswa ko dekhein, rasool Allah salallahu alaihi wasallam ne aise naz kamauqe par dushman ki tamam sharaait ko accept karke sulah ki, to ab un logon ko kyun nahin samajh mein aata ke sulah karein?</w:t>
      </w:r>
    </w:p>
    <w:p>
      <w:pPr>
        <w:jc w:val="right"/>
      </w:pPr>
      <w:r>
        <w:t>، جب کہ ابقرآنکوچاہےوہدیکھیں،چاہےرسولاللہصلیاللہعلیہوسلم کے کی اسوہکودیکھیں، رسولاللہصلیاللہعلیہوسلمنے ایسےنازکموقعپر دشمنکی تمام شرائطکو ایکسیپٹکرکے صلحکی، تو ابانلوگوںکوکیوںنہیںسمجھمیںآتاکہصلحکریں؟</w:t>
      </w:r>
    </w:p>
    <w:p>
      <w:r>
        <w:rPr>
          <w:b/>
        </w:rPr>
        <w:t xml:space="preserve">[1:08:09] </w:t>
      </w:r>
      <w:r>
        <w:t>to yeh sari cheezein hain. ab agar hum sulah ka tareeqa ikhtiyar nahin karte to dekhiye, jang se kuch bhi nahin milta.</w:t>
      </w:r>
    </w:p>
    <w:p>
      <w:pPr>
        <w:jc w:val="right"/>
      </w:pPr>
      <w:r>
        <w:t>تو یہ ساریچیزیںہیں۔ اباگرہم صلحکاطریقہاختیارنہیں کرتے تو دیکھیے، جنگ سےکچھبھینہیں ملتا۔</w:t>
      </w:r>
    </w:p>
    <w:p>
      <w:r>
        <w:rPr>
          <w:b/>
        </w:rPr>
        <w:t xml:space="preserve">[1:08:17] </w:t>
      </w:r>
      <w:r>
        <w:t>jang to jo jeetta hai, usko bhi nahin kuch milta. haarne wale ko kya milega? usko isiliye usko par kotri kehte hain. hum saare mauqe barbaad ho jate hain kaam karne ke, constructive activities ke, daawa work ke. to yeh jo hai, humko is par bahut zyada sochna hai, aur rasool Allah salallahu alaihi wasallam ke aswa par chalna hai.</w:t>
      </w:r>
    </w:p>
    <w:p>
      <w:pPr>
        <w:jc w:val="right"/>
      </w:pPr>
      <w:r>
        <w:t>جنگ توجو جیتتاہے،اسکوبھینہیںکچھملتا۔ ہارنےوالے کوکیاملےگا؟ اسکواسیلیےاسکو پرکوکٹریکہتےہیں۔ہم سارےمواقع بربادہوجاتےہیں کام کرنے کے،کنسٹرکٹوایکٹیویٹیزکے، دعویٰورککے ۔تو یہ جوہے،ہمکو اسپربہت زیادہ سوچناہے، اور رسولاللہصلیاللہعلیہوسلمکےاسوےپرچلناہے۔</w:t>
      </w:r>
    </w:p>
    <w:p>
      <w:r>
        <w:rPr>
          <w:b/>
        </w:rPr>
        <w:t xml:space="preserve">[1:08:38] </w:t>
      </w:r>
      <w:r>
        <w:t>tabhi humein jo hai, Khuda ki madad milegi, tabhi hum is duniya mein aur aakhirat mein kaamyaab ho payenge. ji</w:t>
      </w:r>
    </w:p>
    <w:p>
      <w:pPr>
        <w:jc w:val="right"/>
      </w:pPr>
      <w:r>
        <w:t>تبھیہمیںجوہے، خداکیمد دملےگی،تبھیہم اسدنیا میں اور آخرتمیں کامیابہوپائیںگے۔ جی</w:t>
      </w:r>
    </w:p>
    <w:p>
      <w:r>
        <w:rPr>
          <w:b/>
        </w:rPr>
        <w:t xml:space="preserve">[1:08:46] </w:t>
      </w:r>
      <w:r>
        <w:t>hmm, jazak Allah apa. thank you for doing this session full of wisdom and full of the spirit of Ramadan.</w:t>
      </w:r>
    </w:p>
    <w:p>
      <w:pPr>
        <w:jc w:val="right"/>
      </w:pPr>
      <w:r>
        <w:t>ہمم، جزاک اللہآپا۔تھینکیوفار ڈوئنگاسیشن فل آف وزڈماینڈ فلنگاس وددا ٹروسپرٹآف رمضان۔</w:t>
      </w:r>
    </w:p>
    <w:p>
      <w:r>
        <w:rPr>
          <w:b/>
        </w:rPr>
        <w:t xml:space="preserve">[1:08:55] </w:t>
      </w:r>
      <w:r>
        <w:t>on behalf of C P A International, I pray that all the people who are watching this program, or who will watch this program later, that may Allah give good health, wisdom, knowledge, and ah, ah, we get a purification.</w:t>
      </w:r>
    </w:p>
    <w:p>
      <w:pPr>
        <w:jc w:val="right"/>
      </w:pPr>
      <w:r>
        <w:t>انبیہافآف سیپیایسانٹرنیشنل،آئیپریدیٹ آلدی پیپلہوآرواچنگدسپروگرام ،اورہوویلواچدسپروگراملیٹر،دیٹمی اللہ گیو گڈ ہیلتھ، وز ڈم،نال ج،اینڈ آہ ،آہ،ویگیٹاناپیوریفیکی شن۔</w:t>
      </w:r>
    </w:p>
    <w:p>
      <w:r>
        <w:rPr>
          <w:b/>
        </w:rPr>
        <w:t xml:space="preserve">[1:09:10] </w:t>
      </w:r>
      <w:r>
        <w:t>ah, so we will end today's session, and we will be back next Sunday at 10:30 AM. thank you</w:t>
      </w:r>
    </w:p>
    <w:p>
      <w:pPr>
        <w:jc w:val="right"/>
      </w:pPr>
      <w:r>
        <w:t>آہ،سوویویلاینڈٹوڈےسی شن، اینڈویبی بیکنیکسٹسنڈے ایٹ10:30اےایم۔تھینکیو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