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and Democracy December 25, 2011</w:t>
      </w:r>
    </w:p>
    <w:p>
      <w:r>
        <w:t>https://youtu.be/8Mf_yvDA8ik</w:t>
      </w:r>
    </w:p>
    <w:p>
      <w:r>
        <w:rPr>
          <w:b/>
        </w:rPr>
        <w:t xml:space="preserve">[00:27] </w:t>
      </w:r>
      <w:r>
        <w:t>wahal al-aqdata min lisani, yafqah qawli.</w:t>
      </w:r>
    </w:p>
    <w:p>
      <w:pPr>
        <w:jc w:val="right"/>
      </w:pPr>
      <w:r>
        <w:t>واحل العقدۃ من لسانی، یفقہ قولی۔</w:t>
      </w:r>
    </w:p>
    <w:p>
      <w:r>
        <w:rPr>
          <w:b/>
        </w:rPr>
        <w:t xml:space="preserve">[00:36] </w:t>
      </w:r>
      <w:r>
        <w:t>aaj ka topic hai: religion and democracy.</w:t>
      </w:r>
    </w:p>
    <w:p>
      <w:pPr>
        <w:jc w:val="right"/>
      </w:pPr>
      <w:r>
        <w:t>آج کا ٹاپک ہے: ریلیجن اینڈ ڈیموکریسی۔</w:t>
      </w:r>
    </w:p>
    <w:p>
      <w:r>
        <w:rPr>
          <w:b/>
        </w:rPr>
        <w:t xml:space="preserve">[00:45] </w:t>
      </w:r>
      <w:r>
        <w:t>aap jante hain ke aaj december ki 25 tareekh hai,</w:t>
      </w:r>
    </w:p>
    <w:p>
      <w:pPr>
        <w:jc w:val="right"/>
      </w:pPr>
      <w:r>
        <w:t>آپ جانتے ہیں کہ آج دسمبر کی 25 تاریخ ہے،</w:t>
      </w:r>
    </w:p>
    <w:p>
      <w:r>
        <w:rPr>
          <w:b/>
        </w:rPr>
        <w:t xml:space="preserve">[00:55] </w:t>
      </w:r>
      <w:r>
        <w:t>aur 25 december ko christian log christmas ke taur par manate hain. Yaani yeh khayal kiya jata hai ke Hazrat Masih ki paidaish 25 december ko bait Allah mein hui thi.</w:t>
      </w:r>
    </w:p>
    <w:p>
      <w:pPr>
        <w:jc w:val="right"/>
      </w:pPr>
      <w:r>
        <w:t>اور 25 دسمبر کو کرسچن لوگ کرسمس کے طور پر مناتے ہیں۔ یعنی یہ خیال کیا جاتا ہے کہ حضرت مسیح کی پیدائش 25 دسمبر کو بیت اللہ میں ہوئی تھی۔</w:t>
      </w:r>
    </w:p>
    <w:p>
      <w:r>
        <w:rPr>
          <w:b/>
        </w:rPr>
        <w:t xml:space="preserve">[01:14] </w:t>
      </w:r>
      <w:r>
        <w:t>to main BBC London sun raha tha, is mein yeh bataya unhon ne. To BBC London ke announcer ne is ko batate hue yeh kaha ke "Christ is believed to be born in Bait Allah".</w:t>
      </w:r>
    </w:p>
    <w:p>
      <w:pPr>
        <w:jc w:val="right"/>
      </w:pPr>
      <w:r>
        <w:t>تو میں بی بی سی لندن سن رہا تھا، اس میں یہ بتایا انہوں نے۔ تو بی بی سی لندن کے اناؤنسر نے اس کو بتاتے ہوئے یہ کہا کہ "کرائسٹ از بیلیوڈ ٹو بی بورن ان بیت اللہ"۔</w:t>
      </w:r>
    </w:p>
    <w:p>
      <w:r>
        <w:rPr>
          <w:b/>
        </w:rPr>
        <w:t xml:space="preserve">[01:40] </w:t>
      </w:r>
      <w:r>
        <w:t>yaani yeh samjha jata hai, ya yeh aqeedah hai ke Christ bait Allah mein paida hui hai.</w:t>
      </w:r>
    </w:p>
    <w:p>
      <w:pPr>
        <w:jc w:val="right"/>
      </w:pPr>
      <w:r>
        <w:t>یعنی یہ سمجھا جاتا ہے، یا یہ عقیدہ ہے کہ کرائسٹ بیت اللہ میں پیدا ہوئی ہے۔</w:t>
      </w:r>
    </w:p>
    <w:p>
      <w:r>
        <w:rPr>
          <w:b/>
        </w:rPr>
        <w:t xml:space="preserve">[01:52] </w:t>
      </w:r>
      <w:r>
        <w:t>arabi mein is maqam ko kehte hain Bait al-Lahm, English mein Bethlehem kehte hain. Yeh jagah yerooshlam se aath kilometer ke faasle par hai, falasteen mein.</w:t>
      </w:r>
    </w:p>
    <w:p>
      <w:pPr>
        <w:jc w:val="right"/>
      </w:pPr>
      <w:r>
        <w:t>عربی میں اس مقام کو کہتے ہیں بیت اللحم، انگلش میں بیت لم کہتے ہیں۔ یہ جگہ یروشلم سے آٹھ کلومیٹر کے فاصلے پر ہے، فلسطین میں۔</w:t>
      </w:r>
    </w:p>
    <w:p>
      <w:r>
        <w:rPr>
          <w:b/>
        </w:rPr>
        <w:t xml:space="preserve">[02:09] </w:t>
      </w:r>
      <w:r>
        <w:t>to yeh jumla bada hi saada hai: "Christ is to be believed". Christ is to be believed.</w:t>
      </w:r>
    </w:p>
    <w:p>
      <w:pPr>
        <w:jc w:val="right"/>
      </w:pPr>
      <w:r>
        <w:t>تو یہ جملہ بڑا ہی سادہ ہے: "کرائسٹ از ٹو بی بیلیوڈ"۔ کرائسٹ از ٹو بی بیلیوڈ۔</w:t>
      </w:r>
    </w:p>
    <w:p>
      <w:r>
        <w:rPr>
          <w:b/>
        </w:rPr>
        <w:t xml:space="preserve">[02:29] </w:t>
      </w:r>
      <w:r>
        <w:t>to be born in Bait Allah. To main ne is ko</w:t>
      </w:r>
    </w:p>
    <w:p>
      <w:pPr>
        <w:jc w:val="right"/>
      </w:pPr>
      <w:r>
        <w:t>ٹو بی بورن ان بیت اللہ۔ تو میں نے اس کو</w:t>
      </w:r>
    </w:p>
    <w:p>
      <w:r>
        <w:rPr>
          <w:b/>
        </w:rPr>
        <w:t xml:space="preserve">[02:35] </w:t>
      </w:r>
      <w:r>
        <w:t>taqabul kiya. aap jante hain ke usool hai: "in comparison that we understand".</w:t>
      </w:r>
    </w:p>
    <w:p>
      <w:pPr>
        <w:jc w:val="right"/>
      </w:pPr>
      <w:r>
        <w:t>تقابل کیا۔ آپ جانتے ہیں کہ اصول ہے: "ان کمپیریزن دیٹ وی انڈرسٹینڈ"۔</w:t>
      </w:r>
    </w:p>
    <w:p>
      <w:r>
        <w:rPr>
          <w:b/>
        </w:rPr>
        <w:t xml:space="preserve">[02:47] </w:t>
      </w:r>
      <w:r>
        <w:t>to maine rasool Allah par is ko apply kiya. kya aisa koi kahega ke "Muhammad is believed to be born in Mecca"</w:t>
      </w:r>
    </w:p>
    <w:p>
      <w:pPr>
        <w:jc w:val="right"/>
      </w:pPr>
      <w:r>
        <w:t>تو میں نے رسول اللہ پر اس کو اپلائی کیا۔ کیا ایسا کوئی کہے گا کہ "محمد از بیلیوڈ ٹو بی بورن ان مکہ"</w:t>
      </w:r>
    </w:p>
    <w:p>
      <w:r>
        <w:rPr>
          <w:b/>
        </w:rPr>
        <w:t xml:space="preserve">[02:57] </w:t>
      </w:r>
      <w:r>
        <w:t>? yeh sentence nahi bolega ke yeh matter of belief nahi hai Hazrat Muhammad ke liye, balkeh matter of history hai.</w:t>
      </w:r>
    </w:p>
    <w:p>
      <w:pPr>
        <w:jc w:val="right"/>
      </w:pPr>
      <w:r>
        <w:t>؟ یہ سینٹنس نہیں بولے گا کہ یہ میٹر آف بیلیف نہیں ہے حضرت محمد کے لیے، بلکہ میٹر آف ہسٹری ہے۔</w:t>
      </w:r>
    </w:p>
    <w:p>
      <w:r>
        <w:rPr>
          <w:b/>
        </w:rPr>
        <w:t xml:space="preserve">[03:08] </w:t>
      </w:r>
      <w:r>
        <w:t>Christ ke mamle mein bhi yeh matter of belief hai, kyunke history mein koi is ka trace mojood nahi.</w:t>
      </w:r>
    </w:p>
    <w:p>
      <w:pPr>
        <w:jc w:val="right"/>
      </w:pPr>
      <w:r>
        <w:t>کرائسٹ کے معاملے میں بھی یہ میٹر آف بیلیف ہے، کیونکہ ہسٹری میں کوئی اس کا ٹریس موجود نہیں۔</w:t>
      </w:r>
    </w:p>
    <w:p>
      <w:r>
        <w:rPr>
          <w:b/>
        </w:rPr>
        <w:t xml:space="preserve">[03:18] </w:t>
      </w:r>
      <w:r>
        <w:t>ek mustashriq ne to yahan tak likha hai ke "historically it is quite doubtful". historically it is quite doubtful, doubtful whether Christ ever existed at all.</w:t>
      </w:r>
    </w:p>
    <w:p>
      <w:pPr>
        <w:jc w:val="right"/>
      </w:pPr>
      <w:r>
        <w:t>ایک مسترشق نے تو یہاں تک لکھا ہے کہ "ہسٹوریکلی اٹ از کوائٹ ڈاؤٹ فل"۔ ہسٹوریکلی اٹ از کوائٹ ڈاؤٹ فل، ڈاؤٹ فل ویدر کرائسٹ ایور ایگزسٹڈ ایٹ آل۔</w:t>
      </w:r>
    </w:p>
    <w:p>
      <w:r>
        <w:rPr>
          <w:b/>
        </w:rPr>
        <w:t xml:space="preserve">[03:39] </w:t>
      </w:r>
      <w:r>
        <w:t>to history mein jo done history hai, recorded history hai, us mein Hazrat Muhammad sal Allah alayh wasallam ka poora record mojood hai.</w:t>
      </w:r>
    </w:p>
    <w:p>
      <w:pPr>
        <w:jc w:val="right"/>
      </w:pPr>
      <w:r>
        <w:t>تو ہسٹری میں جو ڈون ہسٹری ہے، ریکارڈڈ ہسٹری ہے، اس میں حضرت محمد صلی اللہ علیہ وسلم کا پورا ریکارڈ موجود ہے۔</w:t>
      </w:r>
    </w:p>
    <w:p>
      <w:r>
        <w:rPr>
          <w:b/>
        </w:rPr>
        <w:t xml:space="preserve">[03:51] </w:t>
      </w:r>
      <w:r>
        <w:t>woh matter of belief nahi hai aap ka koi mamla, balkeh woh matter of history hai. lekin Hazrat Masih aur doosre paighambaron ka mamla is se mukhtalif hai,</w:t>
      </w:r>
    </w:p>
    <w:p>
      <w:pPr>
        <w:jc w:val="right"/>
      </w:pPr>
      <w:r>
        <w:t>وہ میٹر آف بیلیف نہیں ہے آپ کا کوئی معاملہ، بلکہ وہ میٹر آف ہسٹری ہے۔ لیکن حضرت مسیح اور دوسرے پیغمبروں کا معاملہ اس سے مختلف ہے،</w:t>
      </w:r>
    </w:p>
    <w:p>
      <w:r>
        <w:rPr>
          <w:b/>
        </w:rPr>
        <w:t xml:space="preserve">[04:07] </w:t>
      </w:r>
      <w:r>
        <w:t>kyunke us zamane mein history likhne ka tareeqa jo tha, woh aaj jaisa nahi tha. paper nahi tha, printing press nahi tha, tareekh bohat kam likhi jati thi,</w:t>
      </w:r>
    </w:p>
    <w:p>
      <w:pPr>
        <w:jc w:val="right"/>
      </w:pPr>
      <w:r>
        <w:t>کیونکہ اس زمانے میں ہسٹری لکھنے کا طریقہ جو تھا، وہ آج جیسا نہیں تھا۔ پیپر نہیں تھا، پرنٹنگ پریس نہیں تھا، تاریخ بہت کم لکھی جاتی تھی،</w:t>
      </w:r>
    </w:p>
    <w:p>
      <w:r>
        <w:rPr>
          <w:b/>
        </w:rPr>
        <w:t xml:space="preserve">[04:22] </w:t>
      </w:r>
      <w:r>
        <w:t>aur woh bhi royal family ki tareekh likhi jati thi. bas</w:t>
      </w:r>
    </w:p>
    <w:p>
      <w:pPr>
        <w:jc w:val="right"/>
      </w:pPr>
      <w:r>
        <w:t>اور وہ بھی رائل فیملی کی تاریخ لکھی جاتی تھی۔ بس</w:t>
      </w:r>
    </w:p>
    <w:p>
      <w:r>
        <w:rPr>
          <w:b/>
        </w:rPr>
        <w:t xml:space="preserve">[04:28] </w:t>
      </w:r>
      <w:r>
        <w:t>to pichle tamam paighambar</w:t>
      </w:r>
    </w:p>
    <w:p>
      <w:pPr>
        <w:jc w:val="right"/>
      </w:pPr>
      <w:r>
        <w:t>تو پچھلے تمام پیغمبر</w:t>
      </w:r>
    </w:p>
    <w:p>
      <w:r>
        <w:rPr>
          <w:b/>
        </w:rPr>
        <w:t xml:space="preserve">[04:34] </w:t>
      </w:r>
      <w:r>
        <w:t>history mein record na ho sake.</w:t>
      </w:r>
    </w:p>
    <w:p>
      <w:pPr>
        <w:jc w:val="right"/>
      </w:pPr>
      <w:r>
        <w:t>ہسٹری میں ریکارڈ نہ ہو سکے۔</w:t>
      </w:r>
    </w:p>
    <w:p>
      <w:r>
        <w:rPr>
          <w:b/>
        </w:rPr>
        <w:t xml:space="preserve">[04:37] </w:t>
      </w:r>
      <w:r>
        <w:t>Muhammad sal Allah alayh wasallam ka ek exception hai ke un ki paidaish, un ka role har cheez record hua history mein.</w:t>
      </w:r>
    </w:p>
    <w:p>
      <w:pPr>
        <w:jc w:val="right"/>
      </w:pPr>
      <w:r>
        <w:t>محمد صلی اللہ علیہ وسلم کا ایک ایکسیپشن ہے کہ ان کی پیدائش، ان کا رول ہر چیز ریکارڈ ہوا ہسٹری میں۔</w:t>
      </w:r>
    </w:p>
    <w:p>
      <w:r>
        <w:rPr>
          <w:b/>
        </w:rPr>
        <w:t xml:space="preserve">[04:52] </w:t>
      </w:r>
      <w:r>
        <w:t>to dekhen, yeh saada baat nahi hai, yeh bohat hi bari baat hai.</w:t>
      </w:r>
    </w:p>
    <w:p>
      <w:pPr>
        <w:jc w:val="right"/>
      </w:pPr>
      <w:r>
        <w:t>تو دیکھیں، یہ سادہ بات نہیں ہے، یہ بہت ہی بڑی بات ہے۔</w:t>
      </w:r>
    </w:p>
    <w:p>
      <w:r>
        <w:rPr>
          <w:b/>
        </w:rPr>
        <w:t xml:space="preserve">[04:59] </w:t>
      </w:r>
      <w:r>
        <w:t>Allah taala ne rasool Allah ko historical paighambar banaya,</w:t>
      </w:r>
    </w:p>
    <w:p>
      <w:pPr>
        <w:jc w:val="right"/>
      </w:pPr>
      <w:r>
        <w:t>اللہ تعالی نے رسول اللہ کو ہسٹوریکل پیغمبر بنایا،</w:t>
      </w:r>
    </w:p>
    <w:p>
      <w:r>
        <w:rPr>
          <w:b/>
        </w:rPr>
        <w:t xml:space="preserve">[05:09] </w:t>
      </w:r>
      <w:r>
        <w:t>kyunke pichle tamam paighambar jo the, aadmi aqeeday ke taur par maan sakta tha, lekin history ke taur par nahi maan sakta tha, kyunke history mein is ka record nahi tha.</w:t>
      </w:r>
    </w:p>
    <w:p>
      <w:pPr>
        <w:jc w:val="right"/>
      </w:pPr>
      <w:r>
        <w:t>کیونکہ پچھلے تمام پیغمبر جو تھے، آدمی عقیدے کے طور پر مان سکتا تھا، لیکن ہسٹری کے طور پر نہیں مان سکتا تھا، کیونکہ ہسٹری میں اس کا ریکارڈ نہیں تھا۔</w:t>
      </w:r>
    </w:p>
    <w:p>
      <w:r>
        <w:rPr>
          <w:b/>
        </w:rPr>
        <w:t xml:space="preserve">[05:20] </w:t>
      </w:r>
      <w:r>
        <w:t>lekin aap ke manne walon ne is raaz ko samjha nahi.</w:t>
      </w:r>
    </w:p>
    <w:p>
      <w:pPr>
        <w:jc w:val="right"/>
      </w:pPr>
      <w:r>
        <w:t>لیکن آپ کے ماننے والوں نے اس راز کو سمجھا نہیں۔</w:t>
      </w:r>
    </w:p>
    <w:p>
      <w:r>
        <w:rPr>
          <w:b/>
        </w:rPr>
        <w:t xml:space="preserve">[05:27] </w:t>
      </w:r>
      <w:r>
        <w:t>aap musalmanon ke kisi jalse mein jayen, kitaben padhen to rasool Allah ko bas woh afzaliyat ke aitbar se bayan karte hain ke woh abdul anbiya the, woh shehenshah-e-konain the, woh sarwar-e-alam the waghera.</w:t>
      </w:r>
    </w:p>
    <w:p>
      <w:pPr>
        <w:jc w:val="right"/>
      </w:pPr>
      <w:r>
        <w:t>آپ مسلمانوں کے کسی جلسے میں جائیں، کتابیں پڑھیں تو رسول اللہ کو بس وہ افضلیت کے اعتبار سے بیان کرتے ہیں کہ وہ عبدالانبیاء تھے، وہ شہنشاہ کونین تھے، وہ سرور عالم تھے وغیرہ۔</w:t>
      </w:r>
    </w:p>
    <w:p>
      <w:r>
        <w:rPr>
          <w:b/>
        </w:rPr>
        <w:t xml:space="preserve">[05:48] </w:t>
      </w:r>
      <w:r>
        <w:t>dekhen, aaj ka jo modern mind hai, aaj ka jo insaan hai, us ko is se koi dilchaspi, dilchaspi nahi.</w:t>
      </w:r>
    </w:p>
    <w:p>
      <w:pPr>
        <w:jc w:val="right"/>
      </w:pPr>
      <w:r>
        <w:t>دیکھیں، آج کا جو ماڈرن مائنڈ ہے، آج کا جو انسان ہے، اس کو اس سے کوئی دلچسپی، دلچسپی نہیں۔</w:t>
      </w:r>
    </w:p>
    <w:p>
      <w:r>
        <w:rPr>
          <w:b/>
        </w:rPr>
        <w:t xml:space="preserve">[05:57] </w:t>
      </w:r>
      <w:r>
        <w:t>aaj ke insaan ko is se dilchaspi hai ke historical role kya tha aap ka, na yeh ke shakhsi fazilat kya thi hasil aap ko. ke aap chalte the to aap ka saya nahi hota tha, aap chalte to chalte the to sare darakht jhook jhook ke aap ko sajda karte the.</w:t>
      </w:r>
    </w:p>
    <w:p>
      <w:pPr>
        <w:jc w:val="right"/>
      </w:pPr>
      <w:r>
        <w:t>آج کے انسان کو اس سے دلچسپی ہے کہ ہسٹوریکل رول کیا تھا آپ کا، نہ یہ کہ شخصی فضیلت کیا تھی حاصل آپ کو۔ کہ آپ چلتے تھے تو آپ کا سایہ نہیں ہوتا تھا، آپ چلتے تو چلتے تھے تو سارے درخت جھک جھک کے آپ کو سجدہ کرتے تھے۔</w:t>
      </w:r>
    </w:p>
    <w:p>
      <w:r>
        <w:rPr>
          <w:b/>
        </w:rPr>
        <w:t xml:space="preserve">[06:16] </w:t>
      </w:r>
      <w:r>
        <w:t>is se insaan ko koi dilchaspi nahi. dekhen, ek hai shakhsi fazilat, ek hai historical role.</w:t>
      </w:r>
    </w:p>
    <w:p>
      <w:pPr>
        <w:jc w:val="right"/>
      </w:pPr>
      <w:r>
        <w:t>اس سے انسان کو کوئی دلچسپی نہیں۔ دیکھیں، ایک ہے شخصی فضیلت، ایک ہے ہسٹوریکل رول۔</w:t>
      </w:r>
    </w:p>
    <w:p>
      <w:r>
        <w:rPr>
          <w:b/>
        </w:rPr>
        <w:t xml:space="preserve">[06:28] </w:t>
      </w:r>
      <w:r>
        <w:t>historical role sab ke liye hota hai. rasool Allah ne ek aur aap ke ashaab ne ek history banai, ek inqilab shuru kiya, ek انقلابی process jari hua jo</w:t>
      </w:r>
    </w:p>
    <w:p>
      <w:pPr>
        <w:jc w:val="right"/>
      </w:pPr>
      <w:r>
        <w:t>ہسٹوریکل رول سب کے لیے ہوتا ہے۔ رسول اللہ نے ایک اور آپ کے اصحاب نے ایک ہسٹری بنائی، ایک انقلاب شروع کیا، ایک انقلابی پروسیس جاری ہوا جو</w:t>
      </w:r>
    </w:p>
    <w:p>
      <w:r>
        <w:rPr>
          <w:b/>
        </w:rPr>
        <w:t xml:space="preserve">[06:46] </w:t>
      </w:r>
      <w:r>
        <w:t>jis ke asraat tamam dunya mein phailay, jis ka faida sari insaniyat ko mila. yeh ek historical role tha.</w:t>
      </w:r>
    </w:p>
    <w:p>
      <w:pPr>
        <w:jc w:val="right"/>
      </w:pPr>
      <w:r>
        <w:t>جس کے اثرات تمام دنیا میں پھیلے، جس کا فائدہ ساری انسانیت کو ملا۔ یہ ایک ہسٹوریکل رول تھا۔</w:t>
      </w:r>
    </w:p>
    <w:p>
      <w:r>
        <w:rPr>
          <w:b/>
        </w:rPr>
        <w:t xml:space="preserve">[06:57] </w:t>
      </w:r>
      <w:r>
        <w:t>lekin jab aap is ko shakhsi fazilat ki istalah mein bayan karen to aaj ke insaan ko koi dilchaspi is se nahi hogi. is ko Quran mein bayan kiya gaya hai, Surah Bani Israel mein:</w:t>
      </w:r>
    </w:p>
    <w:p>
      <w:pPr>
        <w:jc w:val="right"/>
      </w:pPr>
      <w:r>
        <w:t>لیکن جب آپ اس کو شخصی فضیلت کی اصطلاح میں بیان کریں تو آج کے انسان کو کوئی دلچسپی اس سے نہیں ہوگی۔ اس کو قرآن میں بیان کیا گیا ہے، سورہ بنی اسرائیل میں:</w:t>
      </w:r>
    </w:p>
    <w:p>
      <w:r>
        <w:rPr>
          <w:b/>
        </w:rPr>
        <w:t xml:space="preserve">[07:11] </w:t>
      </w:r>
      <w:r>
        <w:t>"asa eibska rabbak maqam Mahmooda". rasool Allah ke bare mein farmaya ke</w:t>
      </w:r>
    </w:p>
    <w:p>
      <w:pPr>
        <w:jc w:val="right"/>
      </w:pPr>
      <w:r>
        <w:t>"اسا ایبسک ربک مقام محمودہ"۔ رسول اللہ کے بارے میں فرمایا کہ</w:t>
      </w:r>
    </w:p>
    <w:p>
      <w:r>
        <w:rPr>
          <w:b/>
        </w:rPr>
        <w:t xml:space="preserve">[07:19] </w:t>
      </w:r>
      <w:r>
        <w:t>ke un ko maqam Mahmood pe khara kiya jayega.</w:t>
      </w:r>
    </w:p>
    <w:p>
      <w:pPr>
        <w:jc w:val="right"/>
      </w:pPr>
      <w:r>
        <w:t>کہ ان کو مقام محمود پہ کھڑا کیا جائے گا۔</w:t>
      </w:r>
    </w:p>
    <w:p>
      <w:r>
        <w:rPr>
          <w:b/>
        </w:rPr>
        <w:t xml:space="preserve">[07:24] </w:t>
      </w:r>
      <w:r>
        <w:t>maqam mehmood ka matlab hota hai</w:t>
      </w:r>
    </w:p>
    <w:p>
      <w:pPr>
        <w:jc w:val="right"/>
      </w:pPr>
      <w:r>
        <w:t>مقام محمود کا مطلب ہوتا ہے</w:t>
      </w:r>
    </w:p>
    <w:p>
      <w:r>
        <w:rPr>
          <w:b/>
        </w:rPr>
        <w:t xml:space="preserve">[07:30] </w:t>
      </w:r>
      <w:r>
        <w:t>laiq tareef maqam, prezurdi position. is ka matlab kya hai? historically acknowledged prophet.</w:t>
      </w:r>
    </w:p>
    <w:p>
      <w:pPr>
        <w:jc w:val="right"/>
      </w:pPr>
      <w:r>
        <w:t>لائق تعریف مقام، پریزوردی پوزیشن۔ اس کا مطلب کیا ہے؟ ہسٹوریکلی ایکنالجڈ پرافٹ۔</w:t>
      </w:r>
    </w:p>
    <w:p>
      <w:r>
        <w:rPr>
          <w:b/>
        </w:rPr>
        <w:t xml:space="preserve">[07:44] </w:t>
      </w:r>
      <w:r>
        <w:t>yeh matlab hai is ka. lekin ek riwayat ko le kar sare musalmanon ne kya kiya</w:t>
      </w:r>
    </w:p>
    <w:p>
      <w:pPr>
        <w:jc w:val="right"/>
      </w:pPr>
      <w:r>
        <w:t>یہ مطلب ہے اس کا۔ لیکن ایک روایت کو لے کر سارے مسلمانوں نے کیا کیا</w:t>
      </w:r>
    </w:p>
    <w:p>
      <w:r>
        <w:rPr>
          <w:b/>
        </w:rPr>
        <w:t xml:space="preserve">[07:52] </w:t>
      </w:r>
      <w:r>
        <w:t>ke maqam mehmood ko</w:t>
      </w:r>
    </w:p>
    <w:p>
      <w:pPr>
        <w:jc w:val="right"/>
      </w:pPr>
      <w:r>
        <w:t>کہ مقام محمود کو</w:t>
      </w:r>
    </w:p>
    <w:p>
      <w:r>
        <w:rPr>
          <w:b/>
        </w:rPr>
        <w:t xml:space="preserve">[07:56] </w:t>
      </w:r>
      <w:r>
        <w:t>aakhirat ka mamla bana bana diya ke aakhirat mein aap ko koi bohat bara member hoga, wahan aap khare kiye jayenge. dekhen, aakhirat mein jo hoga woh dunya ke atiyat ka extension hai,</w:t>
      </w:r>
    </w:p>
    <w:p>
      <w:pPr>
        <w:jc w:val="right"/>
      </w:pPr>
      <w:r>
        <w:t>آخرت کا معاملہ بنا بنا دیا کہ آخرت میں آپ کو کوئی بہت بڑا ممبر ہوگا، وہاں آپ کھڑے کیے جائیں گے۔ دیکھیں، آخرت میں جو ہوگا وہ دنیا کے عطیات کا ایکسٹینشن ہے،</w:t>
      </w:r>
    </w:p>
    <w:p>
      <w:r>
        <w:rPr>
          <w:b/>
        </w:rPr>
        <w:t xml:space="preserve">[08:10] </w:t>
      </w:r>
      <w:r>
        <w:t>wohi kal nahi hai.</w:t>
      </w:r>
    </w:p>
    <w:p>
      <w:pPr>
        <w:jc w:val="right"/>
      </w:pPr>
      <w:r>
        <w:t>وہی کل نہیں ہے۔</w:t>
      </w:r>
    </w:p>
    <w:p>
      <w:r>
        <w:rPr>
          <w:b/>
        </w:rPr>
        <w:t xml:space="preserve">[08:16] </w:t>
      </w:r>
      <w:r>
        <w:t>dunya mein jo mila aap ko, is ka extension hai ya is ki culmination hai ke aakhirat mein bhi milega aap ko. lekin insan ko aakhirat to dikhai nahi deti,</w:t>
      </w:r>
    </w:p>
    <w:p>
      <w:pPr>
        <w:jc w:val="right"/>
      </w:pPr>
      <w:r>
        <w:t>دنیا میں جو ملا آپ کو، اس کا ایکسٹینشن ہے یا اس کی کلمنیشن ہے کہ آخرت میں بھی ملے گا آپ کو۔ لیکن انسان کو آخرت تو دکھائی نہیں دیتی،</w:t>
      </w:r>
    </w:p>
    <w:p>
      <w:r>
        <w:rPr>
          <w:b/>
        </w:rPr>
        <w:t xml:space="preserve">[08:31] </w:t>
      </w:r>
      <w:r>
        <w:t>to is mein insan ko kya milega? woh dawat ka item bhi nahi banta. dawat ka item banega woh cheez jo objective world mein aap re</w:t>
      </w:r>
    </w:p>
    <w:p>
      <w:pPr>
        <w:jc w:val="right"/>
      </w:pPr>
      <w:r>
        <w:t>تو اس میں انسان کو کیا ملے گا؟ وہ دعوت کا آئٹم بھی نہیں بنتا۔ دعوت کا آئٹم بنے گا وہ چیز جو ابجیکٹو ورلڈ میں آپ ری</w:t>
      </w:r>
    </w:p>
    <w:p>
      <w:r>
        <w:rPr>
          <w:b/>
        </w:rPr>
        <w:t xml:space="preserve">[08:45] </w:t>
      </w:r>
      <w:r>
        <w:t>fer kar saken. aaj ki dunya jo insan janta hai aur dekhta hai, is mein koi cheez aap refer kar saken to woh dawat ka item banta hai ke aadmi sochega is ke upar.</w:t>
      </w:r>
    </w:p>
    <w:p>
      <w:pPr>
        <w:jc w:val="right"/>
      </w:pPr>
      <w:r>
        <w:t>فر کر سکیں۔ آج کی دنیا جو انسان جانتا ہے اور دیکھتا ہے، اس میں کوئی چیز آپ ریفر کر سکیں تو وہ دعوت کا آئٹم بنتا ہے کہ آدمی سوچے گا اس کے اوپر۔</w:t>
      </w:r>
    </w:p>
    <w:p>
      <w:r>
        <w:rPr>
          <w:b/>
        </w:rPr>
        <w:t xml:space="preserve">[08:58] </w:t>
      </w:r>
      <w:r>
        <w:t>to yeh jab aap yeh kahein ke rasool Allah ek historical figure the, tareekhi tor par ek establish paighambar the, to yeh ek aisa item bana jis ko hum dawat mein istemal karein.</w:t>
      </w:r>
    </w:p>
    <w:p>
      <w:pPr>
        <w:jc w:val="right"/>
      </w:pPr>
      <w:r>
        <w:t>تو یہ جب آپ یہ کہیں کہ رسول اللہ ایک ہسٹوریکل فگر تھے، تاریخی طور پر ایک اسٹیبلش پیغمبر تھے، تو یہ ایک ایسا آئٹم بنا جس کو ہم دعوت میں استعمال کریں۔</w:t>
      </w:r>
    </w:p>
    <w:p>
      <w:r>
        <w:rPr>
          <w:b/>
        </w:rPr>
        <w:t xml:space="preserve">[09:16] </w:t>
      </w:r>
      <w:r>
        <w:t>lekin hamari literature se yahi hadaf, yahi baat hai, hadaf, yahi cheez hadaf hai. yeh bohat ajeeb baat hai.</w:t>
      </w:r>
    </w:p>
    <w:p>
      <w:pPr>
        <w:jc w:val="right"/>
      </w:pPr>
      <w:r>
        <w:t>لیکن ہماری لٹریچر سے یہی حذف، یہی بات ہے، حذف، یہی چیز حذف ہے۔ یہ بہت عجیب بات ہے۔</w:t>
      </w:r>
    </w:p>
    <w:p>
      <w:r>
        <w:rPr>
          <w:b/>
        </w:rPr>
        <w:t xml:space="preserve">[09:27] </w:t>
      </w:r>
      <w:r>
        <w:t>isi liye musalmanon mein naat khwani to khoob phaili, lekin dawat ka tasawwur hi hadaf ho gaya.</w:t>
      </w:r>
    </w:p>
    <w:p>
      <w:pPr>
        <w:jc w:val="right"/>
      </w:pPr>
      <w:r>
        <w:t>اسی لیے مسلمانوں میں نعت خوانی تو خوب پھیلی، لیکن دعوت کا تصور ہی حذف ہو گیا۔</w:t>
      </w:r>
    </w:p>
    <w:p>
      <w:r>
        <w:rPr>
          <w:b/>
        </w:rPr>
        <w:t xml:space="preserve">[09:36] </w:t>
      </w:r>
      <w:r>
        <w:t>naat khwani itni zyada hai, itni zyada hai ke jahan bhi jayen, aap har jagah naat khwani ho rahi hai rasool Allah ki. lekin dawat ka tasawwur bilkul ghayab hai, kyunke jab aap</w:t>
      </w:r>
    </w:p>
    <w:p>
      <w:pPr>
        <w:jc w:val="right"/>
      </w:pPr>
      <w:r>
        <w:t>نعت خوانی اتنی زیادہ ہے، اتنی زیادہ ہے کہ جہاں بھی جائیں، آپ ہر جگہ نعت خوانی ہو رہی ہے رسول اللہ کی۔ لیکن دعوت کا تصور بالکل غائب ہے، کیونکہ جب آپ</w:t>
      </w:r>
    </w:p>
    <w:p>
      <w:r>
        <w:rPr>
          <w:b/>
        </w:rPr>
        <w:t xml:space="preserve">[09:50] </w:t>
      </w:r>
      <w:r>
        <w:t>sirf afzaliyat ke khane mein daal dein rasool Allah ko, tab tab naat khwani ka zehan baqi rehta hai.</w:t>
      </w:r>
    </w:p>
    <w:p>
      <w:pPr>
        <w:jc w:val="right"/>
      </w:pPr>
      <w:r>
        <w:t>صرف افضلیت کے خانے میں ڈال دیں رسول اللہ کو، تب تب نعت خوانی کا ذہن باقی رہتا ہے۔</w:t>
      </w:r>
    </w:p>
    <w:p>
      <w:r>
        <w:rPr>
          <w:b/>
        </w:rPr>
        <w:t xml:space="preserve">[10:00] </w:t>
      </w:r>
      <w:r>
        <w:t>aur agar aap aap ka is yani ek historical role ke tor par daryaft karein to aap ke liye dawat ka item banega.</w:t>
      </w:r>
    </w:p>
    <w:p>
      <w:pPr>
        <w:jc w:val="right"/>
      </w:pPr>
      <w:r>
        <w:t>اور اگر آپ آپ کا اس یعنی ایک ہسٹوریکل رول کے طور پر دریافت کریں تو آپ کے لیے دعوت کا آئٹم بنے گا۔</w:t>
      </w:r>
    </w:p>
    <w:p>
      <w:r>
        <w:rPr>
          <w:b/>
        </w:rPr>
        <w:t xml:space="preserve">[10:12] </w:t>
      </w:r>
      <w:r>
        <w:t>yeh jo hai, yeh bohat hi zyada sochne ki baat hai. is ki wajah se sare mamlaat hamare bigde hue hain.</w:t>
      </w:r>
    </w:p>
    <w:p>
      <w:pPr>
        <w:jc w:val="right"/>
      </w:pPr>
      <w:r>
        <w:t>یہ جو ہے، یہ بہت ہی زیادہ سوچنے کی بات ہے۔ اس کی وجہ سے سارے معاملات ہمارے بگڑے ہوئے ہیں۔</w:t>
      </w:r>
    </w:p>
    <w:p>
      <w:r>
        <w:rPr>
          <w:b/>
        </w:rPr>
        <w:t xml:space="preserve">[10:26] </w:t>
      </w:r>
      <w:r>
        <w:t>inhi mein se ek masla religion aur democracy ka masla hai.</w:t>
      </w:r>
    </w:p>
    <w:p>
      <w:pPr>
        <w:jc w:val="right"/>
      </w:pPr>
      <w:r>
        <w:t>انہی میں سے ایک مسئلہ ریلیجن اور ڈیموکریسی کا مسئلہ ہے۔</w:t>
      </w:r>
    </w:p>
    <w:p>
      <w:r>
        <w:rPr>
          <w:b/>
        </w:rPr>
        <w:t xml:space="preserve">[10:33] </w:t>
      </w:r>
      <w:r>
        <w:t>dekhen,</w:t>
      </w:r>
    </w:p>
    <w:p>
      <w:pPr>
        <w:jc w:val="right"/>
      </w:pPr>
      <w:r>
        <w:t>دیکھیں،</w:t>
      </w:r>
    </w:p>
    <w:p>
      <w:r>
        <w:rPr>
          <w:b/>
        </w:rPr>
        <w:t xml:space="preserve">[10:37] </w:t>
      </w:r>
      <w:r>
        <w:t>is zamane mein aisi tehreekein uthein jo Islam ko political system ke tor par establish karne ki daawa daar theen.</w:t>
      </w:r>
    </w:p>
    <w:p>
      <w:pPr>
        <w:jc w:val="right"/>
      </w:pPr>
      <w:r>
        <w:t>اس زمانے میں ایسی تحریکیں اٹھیں جو اسلام کو پولیٹیکل سسٹم کے طور پر اسٹیبلش کرنے کی دعویٰ دار تھیں۔</w:t>
      </w:r>
    </w:p>
    <w:p>
      <w:r>
        <w:rPr>
          <w:b/>
        </w:rPr>
        <w:t xml:space="preserve">[10:49] </w:t>
      </w:r>
      <w:r>
        <w:t>un ka kehna tha ke Islam ek mukammal mukammal nizam hai, hamein hukumat par qabza karna hai taake hum is ko bator system ke dunya mein naafiz kar saken.</w:t>
      </w:r>
    </w:p>
    <w:p>
      <w:pPr>
        <w:jc w:val="right"/>
      </w:pPr>
      <w:r>
        <w:t>ان کا کہنا تھا کہ اسلام ایک مکمل مکمل نظام ہے، ہمیں حکومت پر قبضہ کرنا ہے تاکہ ہم اس کو بطور سسٹم کے دنیا میں نافذ کر سکیں۔</w:t>
      </w:r>
    </w:p>
    <w:p>
      <w:r>
        <w:rPr>
          <w:b/>
        </w:rPr>
        <w:t xml:space="preserve">[11:00] </w:t>
      </w:r>
      <w:r>
        <w:t>achha, amalan kya hua?</w:t>
      </w:r>
    </w:p>
    <w:p>
      <w:pPr>
        <w:jc w:val="right"/>
      </w:pPr>
      <w:r>
        <w:t>اچھا، عملاً کیا ہوا؟</w:t>
      </w:r>
    </w:p>
    <w:p>
      <w:r>
        <w:rPr>
          <w:b/>
        </w:rPr>
        <w:t xml:space="preserve">[11:02] </w:t>
      </w:r>
      <w:r>
        <w:t>hamare yeh hua ke kuch bhi nahi hua. yeh baat sochne ki hai ke Islam ko ek mukammal nizam ke tor par naafiz karna, yeh agar mission ho ummat e musalma ka to do baatein mein kahunga.</w:t>
      </w:r>
    </w:p>
    <w:p>
      <w:pPr>
        <w:jc w:val="right"/>
      </w:pPr>
      <w:r>
        <w:t>ہمارے یہ ہوا کہ کچھ بھی نہیں ہوا۔ یہ بات سوچنے کی ہے کہ اسلام کو ایک مکمل نظام کے طور پر نافذ کرنا، یہ اگر مشن ہو امت مسلمہ کا تو دو باتیں میں کہوں گا۔</w:t>
      </w:r>
    </w:p>
    <w:p>
      <w:r>
        <w:rPr>
          <w:b/>
        </w:rPr>
        <w:t xml:space="preserve">[11:19] </w:t>
      </w:r>
      <w:r>
        <w:t>ek yeh ke Quran mein is ko sarahatan mazkoor hona chahiye.</w:t>
      </w:r>
    </w:p>
    <w:p>
      <w:pPr>
        <w:jc w:val="right"/>
      </w:pPr>
      <w:r>
        <w:t>ایک یہ کہ قرآن میں اس کو صراحتاً مذکور ہونا چاہیے۔</w:t>
      </w:r>
    </w:p>
    <w:p>
      <w:r>
        <w:rPr>
          <w:b/>
        </w:rPr>
        <w:t xml:space="preserve">[11:24] </w:t>
      </w:r>
      <w:r>
        <w:t>misalan yeh alfaaz hone chahiye ke "aqim daulat al Islam" ya "fi shariat al Islamia". aise alfaaz hone chahiye yani Islami hukumat qaim karo, yeh tumhara mission hai.</w:t>
      </w:r>
    </w:p>
    <w:p>
      <w:pPr>
        <w:jc w:val="right"/>
      </w:pPr>
      <w:r>
        <w:t>مثلاً یہ الفاظ ہونے چاہییں کہ "اقم دولت الاسلام" یا "فی شریعت الاسلامیہ"۔ ایسے الفاظ ہونے چاہییں یعنی اسلامی حکومت قائم کرو، یہ تمہارا مشن ہے۔</w:t>
      </w:r>
    </w:p>
    <w:p>
      <w:r>
        <w:rPr>
          <w:b/>
        </w:rPr>
        <w:t xml:space="preserve">[11:40] </w:t>
      </w:r>
      <w:r>
        <w:t>to wahan to hum dekhte hain ke Makkah mein jab rasool Allah ne dawat ka aaghaz kiya to wahan ke sardaron ne yeh kaha ke "in mulk mulkuna qaleena"</w:t>
      </w:r>
    </w:p>
    <w:p>
      <w:pPr>
        <w:jc w:val="right"/>
      </w:pPr>
      <w:r>
        <w:t>تو وہاں تو ہم دیکھتے ہیں کہ مکہ میں جب رسول اللہ نے دعوت کا آغاز کیا تو وہاں کے سرداروں نے یہ کہا کہ "ان ملک ملکنا قالینا"</w:t>
      </w:r>
    </w:p>
    <w:p>
      <w:r>
        <w:rPr>
          <w:b/>
        </w:rPr>
        <w:t xml:space="preserve">[11:53] </w:t>
      </w:r>
      <w:r>
        <w:t>. agar aap hakoomat chahte ho to hum aap ko apne oopar</w:t>
      </w:r>
    </w:p>
    <w:p>
      <w:pPr>
        <w:jc w:val="right"/>
      </w:pPr>
      <w:r>
        <w:t>۔ اگر آپ حکومت چاہتے ہو تو ہم آپ کو اپنے اوپر</w:t>
      </w:r>
    </w:p>
    <w:p>
      <w:r>
        <w:rPr>
          <w:b/>
        </w:rPr>
        <w:t xml:space="preserve">[12:00] </w:t>
      </w:r>
      <w:r>
        <w:t>badshah banane ke liye tayyar hain, lekin aap ne kaha ke nahi, main is ke liye nahi bheja gaya hoon. doosri baat yeh hai ke agar yeh nishana ho to yeh to kabhi nishana poora nahi hua.</w:t>
      </w:r>
    </w:p>
    <w:p>
      <w:pPr>
        <w:jc w:val="right"/>
      </w:pPr>
      <w:r>
        <w:t>بادشاہ بنانے کے لیے تیار ہیں، لیکن آپ نے کہا کہ نہیں، میں اس کے لیے نہیں بھیجا گیا ہوں۔ دوسری بات یہ ہے کہ اگر یہ نشانہ ہو تو یہ تو کبھی نشانہ پورا نہیں ہوا۔</w:t>
      </w:r>
    </w:p>
    <w:p>
      <w:r>
        <w:rPr>
          <w:b/>
        </w:rPr>
        <w:t xml:space="preserve">[12:15] </w:t>
      </w:r>
      <w:r>
        <w:t>kisi nabi ne hakoomat nahi qaim ki. khud rasool Allah ki hakoomat bohat hi mehdood thi, is ko hakoomat karna bhi mushkil hai.</w:t>
      </w:r>
    </w:p>
    <w:p>
      <w:pPr>
        <w:jc w:val="right"/>
      </w:pPr>
      <w:r>
        <w:t>کسی نبی نے حکومت نہیں قائم کی۔ خود رسول اللہ کی حکومت بہت ہی محدود تھی، اس کو حکومت کرنا بھی مشکل ہے۔</w:t>
      </w:r>
    </w:p>
    <w:p>
      <w:r>
        <w:rPr>
          <w:b/>
        </w:rPr>
        <w:t xml:space="preserve">[12:23] </w:t>
      </w:r>
      <w:r>
        <w:t>ek city state thi, jab ke hum yeh farz karte hain ke sari duniya mein hakoomat islami ka jhanda to sari duniya mein islami hakoomat kab qaim hui?</w:t>
      </w:r>
    </w:p>
    <w:p>
      <w:pPr>
        <w:jc w:val="right"/>
      </w:pPr>
      <w:r>
        <w:t>ایک سٹی اسٹیٹ تھی، جبکہ ہم یہ فرض کرتے ہیں کہ ساری دنیا میں حکومت اسلامی کا جھنڈا تو ساری دنیا میں اسلامی حکومت کب قائم ہوئی؟</w:t>
      </w:r>
    </w:p>
    <w:p>
      <w:r>
        <w:rPr>
          <w:b/>
        </w:rPr>
        <w:t xml:space="preserve">[12:35] </w:t>
      </w:r>
      <w:r>
        <w:t>jo hakoomaten theen musalmanon ki, woh to dynasty thi, woh islami hakoomat nahi thi. dynasty thi woh aur nizam ke mani mein to kabhi yeh nahi hua.</w:t>
      </w:r>
    </w:p>
    <w:p>
      <w:pPr>
        <w:jc w:val="right"/>
      </w:pPr>
      <w:r>
        <w:t>جو حکومتیں تھیں مسلمانوں کی، وہ تو ڈائنسٹی تھی، وہ اسلامی حکومت نہیں تھی۔ ڈائنسٹی تھی وہ اور نظام کے معنی میں تو کبھی یہ نہیں ہوا۔</w:t>
      </w:r>
    </w:p>
    <w:p>
      <w:r>
        <w:rPr>
          <w:b/>
        </w:rPr>
        <w:t xml:space="preserve">[12:48] </w:t>
      </w:r>
      <w:r>
        <w:t>ab dekhiye, arab duniya mein sab se zyada jo popular jamaat hui, woh thi "al-khwan al-muslimun" jis ko aam taur par kaha jata hai "muslim brotherhood".</w:t>
      </w:r>
    </w:p>
    <w:p>
      <w:pPr>
        <w:jc w:val="right"/>
      </w:pPr>
      <w:r>
        <w:t>اب دیکھیں، عرب دنیا میں سب سے زیادہ جو پاپولر جماعت ہوئی، وہ تھی "الخوان المسلمون" جس کو عام طور پر کہا جاتا ہے "مسلم برادرہڈ"۔</w:t>
      </w:r>
    </w:p>
    <w:p>
      <w:r>
        <w:rPr>
          <w:b/>
        </w:rPr>
        <w:t xml:space="preserve">[13:04] </w:t>
      </w:r>
      <w:r>
        <w:t>woh 1925 mein qaim hui aur bohat zabardast is ko popularity hui arab duniya mein.</w:t>
      </w:r>
    </w:p>
    <w:p>
      <w:pPr>
        <w:jc w:val="right"/>
      </w:pPr>
      <w:r>
        <w:t>وہ 1925 میں قائم ہوئی اور بہت زبردست اس کو پاپولیرٹی ہوئی عرب دنیا میں۔</w:t>
      </w:r>
    </w:p>
    <w:p>
      <w:r>
        <w:rPr>
          <w:b/>
        </w:rPr>
        <w:t xml:space="preserve">[13:15] </w:t>
      </w:r>
      <w:r>
        <w:t>misr mein kaha jata tha ke "more than 50 percent" log ikhwan al-muslimun ke sath hain. to un ka nazariya tha ke islam ka nizam qaim karna.</w:t>
      </w:r>
    </w:p>
    <w:p>
      <w:pPr>
        <w:jc w:val="right"/>
      </w:pPr>
      <w:r>
        <w:t>مصر میں کہا جاتا تھا کہ "مور دین 50 پرسنٹ" لوگ اخوان مسلمون کے ساتھ ہیں۔ تو ان کا نظریہ تھا کہ اسلام کا نظام قائم کرنا۔</w:t>
      </w:r>
    </w:p>
    <w:p>
      <w:r>
        <w:rPr>
          <w:b/>
        </w:rPr>
        <w:t xml:space="preserve">[13:28] </w:t>
      </w:r>
      <w:r>
        <w:t>is ke jo leader the, syed qutb, un ki kitab hai "al-adala al-ijtima'iya fi al-islam" yani "social justice in islam".</w:t>
      </w:r>
    </w:p>
    <w:p>
      <w:pPr>
        <w:jc w:val="right"/>
      </w:pPr>
      <w:r>
        <w:t>اس کے جو لیڈر تھے، سید قطب، ان کی کتاب ہے "العدالت الاجتماعیہ فی الاسلام" یعنی "سوشل جسٹس ان اسلام"۔</w:t>
      </w:r>
    </w:p>
    <w:p>
      <w:r>
        <w:rPr>
          <w:b/>
        </w:rPr>
        <w:t xml:space="preserve">[13:38] </w:t>
      </w:r>
      <w:r>
        <w:t>koi islam ki hakoomat ho, islam ka nizam ho, yeh un ka nishana tha</w:t>
      </w:r>
    </w:p>
    <w:p>
      <w:pPr>
        <w:jc w:val="right"/>
      </w:pPr>
      <w:r>
        <w:t>کوئی اسلام کی حکومت ہو، اسلام کا نظام ہو، یہ ان کا نشانہ تھا</w:t>
      </w:r>
    </w:p>
    <w:p>
      <w:r>
        <w:rPr>
          <w:b/>
        </w:rPr>
        <w:t xml:space="preserve">[13:43] </w:t>
      </w:r>
      <w:r>
        <w:t>aur is ke liye unhon ne bohat zabardast koshishen keen. aap dekhiye, 1952 mein, 1952 mein unhon ne faujiyon ki madad se king farooq ko depose kar diya.</w:t>
      </w:r>
    </w:p>
    <w:p>
      <w:pPr>
        <w:jc w:val="right"/>
      </w:pPr>
      <w:r>
        <w:t>اور اس کے لیے انہوں نے بہت زبردست کوششیں کیں۔ آپ دیکھیے، 1952 میں، 1952 میں انہوں نے فوجیوں کی مدد سے کنگ فاروق کو ڈیپوز کر دیا۔</w:t>
      </w:r>
    </w:p>
    <w:p>
      <w:r>
        <w:rPr>
          <w:b/>
        </w:rPr>
        <w:t xml:space="preserve">[14:03] </w:t>
      </w:r>
      <w:r>
        <w:t>king farooq ko bahar bhej diya gaya, mulk se bahar. magar is ke baad kya hua?</w:t>
      </w:r>
    </w:p>
    <w:p>
      <w:pPr>
        <w:jc w:val="right"/>
      </w:pPr>
      <w:r>
        <w:t>کنگ فاروق کو باہر بھیج دیا گیا، ملک سے باہر۔ مگر اس کے بعد کیا ہوا؟</w:t>
      </w:r>
    </w:p>
    <w:p>
      <w:r>
        <w:rPr>
          <w:b/>
        </w:rPr>
        <w:t xml:space="preserve">[14:08] </w:t>
      </w:r>
      <w:r>
        <w:t>general najib aa gaye, phir woh bhi unwanted ban gaye. phir kya hua? jawahar al-din nasir aa gaye, woh bhi unwanted, woh bhi unwanted ban gaye.</w:t>
      </w:r>
    </w:p>
    <w:p>
      <w:pPr>
        <w:jc w:val="right"/>
      </w:pPr>
      <w:r>
        <w:t>جنرل نجیب آ گئے، پھر وہ بھی انوانٹڈ بن گئے۔ پھر کیا ہوا؟ جواہر الدین ناصر آ گئے، وہ بھی انوانٹڈ، وہ بھی انوانٹڈ بن گئے۔</w:t>
      </w:r>
    </w:p>
    <w:p>
      <w:r>
        <w:rPr>
          <w:b/>
        </w:rPr>
        <w:t xml:space="preserve">[14:21] </w:t>
      </w:r>
      <w:r>
        <w:t>yahan tak ke un ko heart fail ho gaya, woh mar gaye. woh phir anwar sadat aa gaye, un ke khilaf hungama hua, woh goli mari gayi. phir is ke baad hosni mubarak aaye, phir un ke khilaf hungama inhi logon ne kiya,</w:t>
      </w:r>
    </w:p>
    <w:p>
      <w:pPr>
        <w:jc w:val="right"/>
      </w:pPr>
      <w:r>
        <w:t>یہاں تک کہ ان کو ہارٹ فیل ہو گیا، وہ مر گئے۔ وہ پھر امر سادات آ گئے، ان کے خلاف ہنگامہ ہوا، وہ گولی ماری گئی۔ پھر اس کے بعد سستی مبارک آئے، پھر ان کے خلاف ہنگامہ انہی لوگوں نے کیا،</w:t>
      </w:r>
    </w:p>
    <w:p>
      <w:r>
        <w:rPr>
          <w:b/>
        </w:rPr>
        <w:t xml:space="preserve">[14:37] </w:t>
      </w:r>
      <w:r>
        <w:t>yahan tak ke un ko dethron kar diya gaya. ab jo hakoomat hai, is ke khilaf hungama jari hai. to 60 saal se sirf hungame hungame ho rahe hain aur adala al-ijtima'i to qaim nahi hui.</w:t>
      </w:r>
    </w:p>
    <w:p>
      <w:pPr>
        <w:jc w:val="right"/>
      </w:pPr>
      <w:r>
        <w:t>یہاں تک کہ ان کو ڈی تھرون کر دیا گیا۔ اب جو حکومت ہے، اس کے خلاف ہنگامہ جاری ہے۔ تو 60 سال سے صرف ہنگامے ہنگامے ہو رہے ہیں اور عدالت اجتماعی تو قائم نہیں ہوئی۔</w:t>
      </w:r>
    </w:p>
    <w:p>
      <w:r>
        <w:rPr>
          <w:b/>
        </w:rPr>
        <w:t xml:space="preserve">[14:55] </w:t>
      </w:r>
      <w:r>
        <w:t>to main kahunga ke agar yeh ho nishana islam ka mukammal nizam qaim karo, hakoomat qaim karo to quran mein is ko khule taur par mention hona chahiye tha aur is ko kabhi qaim hona chahiye tha.</w:t>
      </w:r>
    </w:p>
    <w:p>
      <w:pPr>
        <w:jc w:val="right"/>
      </w:pPr>
      <w:r>
        <w:t>تو میں کہوں گا کہ اگر یہ ہو نشانہ اسلام کا مکمل نظام قائم کرو، حکومت قائم کرو تو قرآن میں اس کو کھلے طور پر مینشن ہونا چاہیے تھا اور اس کو کبھی قائم ہونا چاہیے تھا۔</w:t>
      </w:r>
    </w:p>
    <w:p>
      <w:r>
        <w:rPr>
          <w:b/>
        </w:rPr>
        <w:t xml:space="preserve">[15:14] </w:t>
      </w:r>
      <w:r>
        <w:t>ek impossible nishana Allah taala ne de diya jo kabhi qaim hi na ho,</w:t>
      </w:r>
    </w:p>
    <w:p>
      <w:pPr>
        <w:jc w:val="right"/>
      </w:pPr>
      <w:r>
        <w:t>ایک امپاسیبل نشانہ اللہ تعالی نے دے دیا جو کبھی قائم ہی نہ ہو،</w:t>
      </w:r>
    </w:p>
    <w:p>
      <w:r>
        <w:rPr>
          <w:b/>
        </w:rPr>
        <w:t xml:space="preserve">[15:19] </w:t>
      </w:r>
      <w:r>
        <w:t>mukammal nizam har aitbar se. to yeh nishani nahi hai, yeh nishani galat hai. isi ko maine unwan qaim kiya ke "religion and dem</w:t>
      </w:r>
    </w:p>
    <w:p>
      <w:pPr>
        <w:jc w:val="right"/>
      </w:pPr>
      <w:r>
        <w:t>مکمل نظام ہر اعتبار سے۔ تو یہ نشانی نہیں ہے، یہ نشانی غلط ہے۔ اسی کو میں نے عنوان قائم کیا کہ "ریلیجن اینڈ ڈیم</w:t>
      </w:r>
    </w:p>
    <w:p>
      <w:r>
        <w:rPr>
          <w:b/>
        </w:rPr>
        <w:t xml:space="preserve">[15:31] </w:t>
      </w:r>
      <w:r>
        <w:t>ocracy". dekhiye, islam ne ek bohat bari cheez, islam bohat cheez yani ka history mein aaghaz kiya tha, lekin musalmanon ne is raaz ko samjha nahi.</w:t>
      </w:r>
    </w:p>
    <w:p>
      <w:pPr>
        <w:jc w:val="right"/>
      </w:pPr>
      <w:r>
        <w:t>وکریسی"۔ دیکھیے، اسلام نے ایک بہت بڑی چیز، اسلام بہت چیز یعنی کا ہسٹری میں آغاز کیا تھا، لیکن مسلمانوں نے اس راز کو سمجھا نہیں۔</w:t>
      </w:r>
    </w:p>
    <w:p>
      <w:r>
        <w:rPr>
          <w:b/>
        </w:rPr>
        <w:t xml:space="preserve">[15:45] </w:t>
      </w:r>
      <w:r>
        <w:t>woh kya? religion aur aur democracy, religion aur parties ko dealing kar diya. islam mein dealing kar diya gaya yani religion mein.</w:t>
      </w:r>
    </w:p>
    <w:p>
      <w:pPr>
        <w:jc w:val="right"/>
      </w:pPr>
      <w:r>
        <w:t>وہ کیا؟ ریلیجن اور اور ڈیموکریسی، ریلیجن اور پارٹیز کو ڈیلنگ کر دیا۔ اسلام میں ڈیلنگ کر دیا گیا یعنی ریلیجن میں۔</w:t>
      </w:r>
    </w:p>
    <w:p>
      <w:r>
        <w:rPr>
          <w:b/>
        </w:rPr>
        <w:t xml:space="preserve">[15:57] </w:t>
      </w:r>
      <w:r>
        <w:t>religion kya hai?</w:t>
      </w:r>
    </w:p>
    <w:p>
      <w:pPr>
        <w:jc w:val="right"/>
      </w:pPr>
      <w:r>
        <w:t>ریلیجن کیا ہے؟</w:t>
      </w:r>
    </w:p>
    <w:p>
      <w:r>
        <w:rPr>
          <w:b/>
        </w:rPr>
        <w:t xml:space="preserve">[15:59] </w:t>
      </w:r>
      <w:r>
        <w:t>religion ek shakhs ke aqeeday ka masla hai. to aqeeday ke mamle mein idealism aur political system ke bare mein pragmatism, yeh islam ne shuru kiya.</w:t>
      </w:r>
    </w:p>
    <w:p>
      <w:pPr>
        <w:jc w:val="right"/>
      </w:pPr>
      <w:r>
        <w:t>ریلیجن ایک شخص کے عقیدے کا مسئلہ ہے۔ تو عقیدے کے معاملے میں آئیڈیلزم اور پولیٹیکل سسٹم کے بارے میں پریگمیٹزم، یہ اسلام نے شروع کیا۔</w:t>
      </w:r>
    </w:p>
    <w:p>
      <w:r>
        <w:rPr>
          <w:b/>
        </w:rPr>
        <w:t xml:space="preserve">[16:14] </w:t>
      </w:r>
      <w:r>
        <w:t>ab dekhiye, quran majeed mein is tarah ki ayaten hain ke</w:t>
      </w:r>
    </w:p>
    <w:p>
      <w:pPr>
        <w:jc w:val="right"/>
      </w:pPr>
      <w:r>
        <w:t>اب دیکھیے، قرآن مجید میں اس طرح کی آیتیں ہیں کہ</w:t>
      </w:r>
    </w:p>
    <w:p>
      <w:r>
        <w:rPr>
          <w:b/>
        </w:rPr>
        <w:t xml:space="preserve">[16:23] </w:t>
      </w:r>
      <w:r>
        <w:t>ke Allah taala ne jo jo baaten batai hain, wahi haq hai, is ke sath koi doosra haq nahi hai.</w:t>
      </w:r>
    </w:p>
    <w:p>
      <w:pPr>
        <w:jc w:val="right"/>
      </w:pPr>
      <w:r>
        <w:t>کہ اللہ تعالی نے جو جو باتیں بتائی ہیں، وہی حق ہے، اس کے ساتھ کوئی دوسرا حق نہیں ہے۔</w:t>
      </w:r>
    </w:p>
    <w:p>
      <w:r>
        <w:rPr>
          <w:b/>
        </w:rPr>
        <w:t xml:space="preserve">[16:34] </w:t>
      </w:r>
      <w:r>
        <w:t>poore quran se is yeh baat nikalti hai ke jo Allah taala ne jo jo ideology di hai quran mein, wahi ideology barhaq hai, is</w:t>
      </w:r>
    </w:p>
    <w:p>
      <w:pPr>
        <w:jc w:val="right"/>
      </w:pPr>
      <w:r>
        <w:t>پورے قرآن سے اس یہ بات نکلتی ہے کہ جو اللہ تعالی نے جو جو آئیڈالوجی دی ہے قرآن میں، وہی آئیڈالوجی برحق ہے، اس</w:t>
      </w:r>
    </w:p>
    <w:p>
      <w:r>
        <w:rPr>
          <w:b/>
        </w:rPr>
        <w:t xml:space="preserve">[16:44] </w:t>
      </w:r>
      <w:r>
        <w:t>ke sath jo cheezen hain, woh barhaq nahin hain. famazaa ba'dal haqq illaz zalaal? lekin jahan tak ijtimai mamlaat hain, isi mein aaya hai ke "amruhum shuraa'un" yaani mashware se baat tay kar lo.</w:t>
      </w:r>
    </w:p>
    <w:p>
      <w:pPr>
        <w:jc w:val="right"/>
      </w:pPr>
      <w:r>
        <w:t>کے ساتھ جو چیزیں ہیں، وہ برحق نہیں ہیں۔ فماذا بعد الحق الا الذلال؟ لیکن جہاں تک اجتماعی معاملات ہیں، اسی میں آیا ہے کہ "امرہم شراون" یعنی مشورے سے بات طے کر لو۔</w:t>
      </w:r>
    </w:p>
    <w:p>
      <w:r>
        <w:rPr>
          <w:b/>
        </w:rPr>
        <w:t xml:space="preserve">[17:01] </w:t>
      </w:r>
      <w:r>
        <w:t>kya is mein koi ek ideal nahin hai ke wahi ideal hamesha impose kiya jayega, hamesha isi ko chalaya jayega?</w:t>
      </w:r>
    </w:p>
    <w:p>
      <w:pPr>
        <w:jc w:val="right"/>
      </w:pPr>
      <w:r>
        <w:t>کیا اس میں کوئی ایک آئیڈیل نہیں ہے کہ وہی آئیڈیل ہمیشہ امپوز کیا جائے گا، ہمیشہ اسی کو چلایا جائے گا؟</w:t>
      </w:r>
    </w:p>
    <w:p>
      <w:r>
        <w:rPr>
          <w:b/>
        </w:rPr>
        <w:t xml:space="preserve">[17:10] </w:t>
      </w:r>
      <w:r>
        <w:t>to goya islam ka usool jo hai, zaati aqeeday ke mamle mein idealism aur siyasi nizam ya samajhi nizam ke mamle mein jo practical tor par jo possible ho, us ko hum kehte hain pragmatism, woh ikhtiyar kiya jayega.</w:t>
      </w:r>
    </w:p>
    <w:p>
      <w:pPr>
        <w:jc w:val="right"/>
      </w:pPr>
      <w:r>
        <w:t>تو گویا اسلام کا اصول جو ہے، ذاتی عقیدے کے معاملے میں آئیڈیلزم اور سیاسی نظام یا سماجی نظام کے معاملے میں جو پریکٹیکل طور پر جو پاسیبل ہو، اس کو ہم کہتے ہیں پریگمیٹزم، وہ اختیار کیا جائے گا۔</w:t>
      </w:r>
    </w:p>
    <w:p>
      <w:r>
        <w:rPr>
          <w:b/>
        </w:rPr>
        <w:t xml:space="preserve">[17:32] </w:t>
      </w:r>
      <w:r>
        <w:t>yeh yeh tareeqa history mein unknown tha. pehle mislan aristotle aur plato chahte thay ke ek mukammal nizam, un ka tasawwur bhi yahi tha: ideal nizam, ideal hukumat, ideal ruler.</w:t>
      </w:r>
    </w:p>
    <w:p>
      <w:pPr>
        <w:jc w:val="right"/>
      </w:pPr>
      <w:r>
        <w:t>یہ یہ طریقہ ہسٹری میں ان نون تھا۔ پہلے مثلاً ارسٹوٹل اور پلیٹو چاہتے تھے کہ ایک مکمل نظام، ان کا تصور بھی یہی تھا: آئیڈیل نظام، آئیڈیل حکومت، آئیڈیل رولر۔</w:t>
      </w:r>
    </w:p>
    <w:p>
      <w:r>
        <w:rPr>
          <w:b/>
        </w:rPr>
        <w:t xml:space="preserve">[17:51] </w:t>
      </w:r>
      <w:r>
        <w:t>to in logon ne is baat ko nahin jaana ke ijtimai zindagi mein idealism chal nahin sakta hai, kyunke ek society hai jis mein ke bohat se log hain.</w:t>
      </w:r>
    </w:p>
    <w:p>
      <w:pPr>
        <w:jc w:val="right"/>
      </w:pPr>
      <w:r>
        <w:t>تو ان لوگوں نے اس بات کو نہیں جانا کہ اجتماعی زندگی میں آئیڈیلزم چل نہیں سکتا ہے، کیونکہ ایک سوسائٹی ہے جس میں کہ بہت سے لوگ ہیں۔</w:t>
      </w:r>
    </w:p>
    <w:p>
      <w:r>
        <w:rPr>
          <w:b/>
        </w:rPr>
        <w:t xml:space="preserve">[18:02] </w:t>
      </w:r>
      <w:r>
        <w:t>har aadmi ko kaise badal dalenge? aap yeh mumkin nahin hai ke har aadmi ko aap bilkul ideal sense mein badal dalen. aap apne ko badal sakte hain, apne upar ideal chala sakte hain, aap apni zaat par aap ideal chala sakte hain, lekin doosron ko kaise chalayenge?</w:t>
      </w:r>
    </w:p>
    <w:p>
      <w:pPr>
        <w:jc w:val="right"/>
      </w:pPr>
      <w:r>
        <w:t>ہر آدمی کو کیسے بدل ڈالیں گے؟ آپ یہ ممکن نہیں ہے کہ ہر آدمی کو آپ بالکل آئیڈیل سینس میں بدل ڈالیں۔ آپ اپنے کو بدل سکتے ہیں، اپنے اوپر آئیڈیل چلا سکتے ہیں، آپ اپنی ذات پر آپ آئیڈیل چلا سکتے ہیں، لیکن دوسروں کو کیسے چلائیں گے؟</w:t>
      </w:r>
    </w:p>
    <w:p>
      <w:r>
        <w:rPr>
          <w:b/>
        </w:rPr>
        <w:t xml:space="preserve">[18:20] </w:t>
      </w:r>
      <w:r>
        <w:t>aap</w:t>
      </w:r>
    </w:p>
    <w:p>
      <w:pPr>
        <w:jc w:val="right"/>
      </w:pPr>
      <w:r>
        <w:t>آپ</w:t>
      </w:r>
    </w:p>
    <w:p>
      <w:r>
        <w:rPr>
          <w:b/>
        </w:rPr>
        <w:t xml:space="preserve">[18:21] </w:t>
      </w:r>
      <w:r>
        <w:t>to samajhi zindagi mein hamesha aisa rahega ke tarah tarah ke log honge, differences honge. koi freedom ko misuse karega, koi kuch karega.</w:t>
      </w:r>
    </w:p>
    <w:p>
      <w:pPr>
        <w:jc w:val="right"/>
      </w:pPr>
      <w:r>
        <w:t>تو سماجی زندگی میں ہمیشہ ایسا رہے گا کہ طرح طرح کے لوگ ہوں گے، ڈیفرنسز ہوں گے۔ کوئی فریڈم کو مس یوز کرے گا، کوئی کچھ کرے گا۔</w:t>
      </w:r>
    </w:p>
    <w:p>
      <w:r>
        <w:rPr>
          <w:b/>
        </w:rPr>
        <w:t xml:space="preserve">[18:34] </w:t>
      </w:r>
      <w:r>
        <w:t>to ideal sense mein social system ya political system koi ban hi nahin sakta, impossible hai. aur yeh is liye impossible hai ke Allah taala ne dunya mein insaan ko rakha hai kis liye?</w:t>
      </w:r>
    </w:p>
    <w:p>
      <w:pPr>
        <w:jc w:val="right"/>
      </w:pPr>
      <w:r>
        <w:t>تو آئیڈیل سینس میں سوشل سسٹم یا پولیٹیکل سسٹم کوئی بن ہی نہیں سکتا، امپاسیبل ہے۔ اور یہ اس لیے امپاسیبل ہے کہ اللہ تعالی نے دنیا میں انسان کو رکھا ہے کس لیے؟</w:t>
      </w:r>
    </w:p>
    <w:p>
      <w:r>
        <w:rPr>
          <w:b/>
        </w:rPr>
        <w:t xml:space="preserve">[18:49] </w:t>
      </w:r>
      <w:r>
        <w:t>test ke liye.</w:t>
      </w:r>
    </w:p>
    <w:p>
      <w:pPr>
        <w:jc w:val="right"/>
      </w:pPr>
      <w:r>
        <w:t>ٹیسٹ کے لیے۔</w:t>
      </w:r>
    </w:p>
    <w:p>
      <w:r>
        <w:rPr>
          <w:b/>
        </w:rPr>
        <w:t xml:space="preserve">[18:51] </w:t>
      </w:r>
      <w:r>
        <w:t>yeh dunya testing ground hai. to test lene ke liye aap ko freedom dena padta hai. Allah taala ne insaan ko chunke test ke liye rakha hai, is liye freedom diya hai.</w:t>
      </w:r>
    </w:p>
    <w:p>
      <w:pPr>
        <w:jc w:val="right"/>
      </w:pPr>
      <w:r>
        <w:t>یہ دنیا ٹیسٹنگ گراؤنڈ ہے۔ تو ٹیسٹ لینے کے لیے آپ کو فریڈم دینا پڑتا ہے۔ اللہ تعالی نے انسان کو چونکہ ٹیسٹ کے لیے رکھا ہے، اس لیے فریڈم دیا ہے۔</w:t>
      </w:r>
    </w:p>
    <w:p>
      <w:r>
        <w:rPr>
          <w:b/>
        </w:rPr>
        <w:t xml:space="preserve">[19:05] </w:t>
      </w:r>
      <w:r>
        <w:t>jab freedom milegi to misuse of freedom ka bhi haq rahega. is ko freedom hai to misuse of freedom bhi hai. to sirf saare insaanon ko khud Allah ne yeh mauqa diya hai ke apni freedom ko misuse karen.</w:t>
      </w:r>
    </w:p>
    <w:p>
      <w:pPr>
        <w:jc w:val="right"/>
      </w:pPr>
      <w:r>
        <w:t>جب فریڈم ملے گی تو مس یوز آف فریڈم کا بھی حق رہے گا۔ اس کو فریڈم ہے تو مس یوز آف فریڈم بھی ہے۔ تو صرف سارے انسانوں کو خود اللہ نے یہ موقع دیا ہے کہ اپنی فریڈم کو مس یوز کریں۔</w:t>
      </w:r>
    </w:p>
    <w:p>
      <w:r>
        <w:rPr>
          <w:b/>
        </w:rPr>
        <w:t xml:space="preserve">[19:21] </w:t>
      </w:r>
      <w:r>
        <w:t>to kya karenge? woh koi kabhi insaan jo hai, ek paighambar ko qatal kar dega, kabhi ek insaan paighambar ke pathar mar ke daant tod lega, kabhi insaan haider se aadil hukmaran ko shaheed kar dega.</w:t>
      </w:r>
    </w:p>
    <w:p>
      <w:pPr>
        <w:jc w:val="right"/>
      </w:pPr>
      <w:r>
        <w:t>تو کیا کریں گے؟ وہ کوئی کبھی انسان جو ہے، ایک پیغمبر کو قتل کر دے گا، کبھی ایک انسان پیغمبر کے پتھر مار کے دانت توڑ لے گا، کبھی انسان حیدر سے عادل حکمران کو شہید کر دے گا۔</w:t>
      </w:r>
    </w:p>
    <w:p>
      <w:r>
        <w:rPr>
          <w:b/>
        </w:rPr>
        <w:t xml:space="preserve">[19:36] </w:t>
      </w:r>
      <w:r>
        <w:t>yeh hoga to kaise aap mukammal maanon mein ek ek ideal system bana sakte hain? is liye islam ka tareeqa kya hai?</w:t>
      </w:r>
    </w:p>
    <w:p>
      <w:pPr>
        <w:jc w:val="right"/>
      </w:pPr>
      <w:r>
        <w:t>یہ ہوگا تو کیسے آپ مکمل معنوں میں ایک ایک آئیڈیل سسٹم بنا سکتے ہیں؟ اس لیے اسلام کا طریقہ کیا ہے؟</w:t>
      </w:r>
    </w:p>
    <w:p>
      <w:r>
        <w:rPr>
          <w:b/>
        </w:rPr>
        <w:t xml:space="preserve">[19:47] </w:t>
      </w:r>
      <w:r>
        <w:t>apni zaat ke mamle mein tum idealist bano, tumhari soch ki koshish karo, tumhari soch jo hai, bilkul sahi ho, durust ho.</w:t>
      </w:r>
    </w:p>
    <w:p>
      <w:pPr>
        <w:jc w:val="right"/>
      </w:pPr>
      <w:r>
        <w:t>اپنی ذات کے معاملے میں تم آئیڈیلسٹ بنو، تمہاری سوچ کی کوشش کرو، تمہاری سوچ جو ہے، بالکل صحیح ہو، درست ہو۔</w:t>
      </w:r>
    </w:p>
    <w:p>
      <w:r>
        <w:rPr>
          <w:b/>
        </w:rPr>
        <w:t xml:space="preserve">[19:58] </w:t>
      </w:r>
      <w:r>
        <w:t>tumhare bol, tumhari guftagu, tumhari speech bilkul durust andaaz mein ho. tumhara behaviour, tumhari dealing</w:t>
      </w:r>
    </w:p>
    <w:p>
      <w:pPr>
        <w:jc w:val="right"/>
      </w:pPr>
      <w:r>
        <w:t>تمہارے بول، تمہاری گفتگو، تمہاری سپیچ بالکل درست انداز میں ہو۔ تمہارا بیہیویئر، تمہاری ڈیلنگ</w:t>
      </w:r>
    </w:p>
    <w:p>
      <w:r>
        <w:rPr>
          <w:b/>
        </w:rPr>
        <w:t xml:space="preserve">[20:06] </w:t>
      </w:r>
      <w:r>
        <w:t>, tumhara character, us ko theek theek karne ki koshish karo. yaani apni zaat mein tum idealist banne ki koshish karo. aur jahan tak society ka mamla hai, political system ka mamla hai, wahan par practically jo possible ho, us ko ikhtiyar kar lo.</w:t>
      </w:r>
    </w:p>
    <w:p>
      <w:pPr>
        <w:jc w:val="right"/>
      </w:pPr>
      <w:r>
        <w:t>، تمہارا کریکٹر، اس کو ٹھیک ٹھیک کرنے کی کوشش کرو۔ یعنی اپنی ذات میں تم آئیڈیلسٹ بننے کی کوشش کرو۔ اور جہاں تک سوسائٹی کا معاملہ ہے، پولیٹیکل سسٹم کا معاملہ ہے، وہاں پر پریکٹیکلی جو پاسیبل ہو، اس کو اختیار کر لو۔</w:t>
      </w:r>
    </w:p>
    <w:p>
      <w:r>
        <w:rPr>
          <w:b/>
        </w:rPr>
        <w:t xml:space="preserve">[20:24] </w:t>
      </w:r>
      <w:r>
        <w:t>yaani political,</w:t>
      </w:r>
    </w:p>
    <w:p>
      <w:pPr>
        <w:jc w:val="right"/>
      </w:pPr>
      <w:r>
        <w:t>یعنی پولیٹیکل،</w:t>
      </w:r>
    </w:p>
    <w:p>
      <w:r>
        <w:rPr>
          <w:b/>
        </w:rPr>
        <w:t xml:space="preserve">[20:30] </w:t>
      </w:r>
      <w:r>
        <w:t>yaani political system ko dealing kar do aqeeday se.</w:t>
      </w:r>
    </w:p>
    <w:p>
      <w:pPr>
        <w:jc w:val="right"/>
      </w:pPr>
      <w:r>
        <w:t>یعنی پولیٹیکل سسٹم کو ڈیلنگ کر دو عقیدے سے۔</w:t>
      </w:r>
    </w:p>
    <w:p>
      <w:r>
        <w:rPr>
          <w:b/>
        </w:rPr>
        <w:t xml:space="preserve">[20:34] </w:t>
      </w:r>
      <w:r>
        <w:t>yeh tha islam ka tasawwur. aur yeh bohat bari islahen theen jo islam ne shuru ki tareekh mein, lekin musalman is ko nahin samajh sake.</w:t>
      </w:r>
    </w:p>
    <w:p>
      <w:pPr>
        <w:jc w:val="right"/>
      </w:pPr>
      <w:r>
        <w:t>یہ تھا اسلام کا تصور۔ اور یہ بہت بڑی اصلاحات تھیں جو اسلام نے شروع کی تاریخ میں، لیکن مسلمان اس کو نہیں سمجھ سکے۔</w:t>
      </w:r>
    </w:p>
    <w:p>
      <w:r>
        <w:rPr>
          <w:b/>
        </w:rPr>
        <w:t xml:space="preserve">[20:47] </w:t>
      </w:r>
      <w:r>
        <w:t>aur pichle do so saal se jo tehreeken chal rahi hain musalmanon mein, woh sab ki koshish kya hai? mukammal nizam, mukammal nizam, mukammal nizam. to sawal yeh hai ke kya Allah taala ne ek aisa nishana de diya aap ko jo kabhi poora na ho?</w:t>
      </w:r>
    </w:p>
    <w:p>
      <w:pPr>
        <w:jc w:val="right"/>
      </w:pPr>
      <w:r>
        <w:t>اور پچھلے دو سو سال سے جو تحریکیں چل رہی ہیں مسلمانوں میں، وہ سب کی کوشش کیا ہے؟ مکمل نظام، مکمل نظام، مکمل نظام۔ تو سوال یہ ہے کہ کیا اللہ تعالی نے ایک ایسا نشانہ دے دیا آپ کو جو کبھی پورا نہ ہو؟</w:t>
      </w:r>
    </w:p>
    <w:p>
      <w:r>
        <w:rPr>
          <w:b/>
        </w:rPr>
        <w:t xml:space="preserve">[21:04] </w:t>
      </w:r>
      <w:r>
        <w:t>kaise aap mukammal nizam sari dunya bana lenge? yeh to impossible hai. to ek kamil insaan ban sakta hai, kamil nizam nahin ban sakta.</w:t>
      </w:r>
    </w:p>
    <w:p>
      <w:pPr>
        <w:jc w:val="right"/>
      </w:pPr>
      <w:r>
        <w:t>کیسے آپ مکمل نظام ساری دنیا بنا لیں گے؟ یہ تو امپاسیبل ہے۔ تو ایک کامل انسان بن سکتا ہے، کامل نظام نہیں بن سکتا۔</w:t>
      </w:r>
    </w:p>
    <w:p>
      <w:r>
        <w:rPr>
          <w:b/>
        </w:rPr>
        <w:t xml:space="preserve">[21:15] </w:t>
      </w:r>
      <w:r>
        <w:t>to dono ko islam mein dealing kar diya gaya. lekin aap jante hain, history mein koi change achaanak nahin aata, ek process chalna padti hai.</w:t>
      </w:r>
    </w:p>
    <w:p>
      <w:pPr>
        <w:jc w:val="right"/>
      </w:pPr>
      <w:r>
        <w:t>تو دونوں کو اسلام میں ڈیلنگ کر دیا گیا۔ لیکن آپ جانتے ہیں، ہسٹری میں کوئی چینج اچانک نہیں آتا، ایک پروسیس چلنا پڑتی ہے۔</w:t>
      </w:r>
    </w:p>
    <w:p>
      <w:r>
        <w:rPr>
          <w:b/>
        </w:rPr>
        <w:t xml:space="preserve">[21:26] </w:t>
      </w:r>
      <w:r>
        <w:t>process, process ke roop mein history mein changes aate hain.</w:t>
      </w:r>
    </w:p>
    <w:p>
      <w:pPr>
        <w:jc w:val="right"/>
      </w:pPr>
      <w:r>
        <w:t>پروسیس، پروسیس کے روپ میں ہسٹری میں چینجز آتے ہیں۔</w:t>
      </w:r>
    </w:p>
    <w:p>
      <w:r>
        <w:rPr>
          <w:b/>
        </w:rPr>
        <w:t xml:space="preserve">[21:31] </w:t>
      </w:r>
      <w:r>
        <w:t>to islam mein jo process shuru gaya tha, us ka culmination hai democracy, jo western world mein france mein aa kar ke culminate hui.</w:t>
      </w:r>
    </w:p>
    <w:p>
      <w:pPr>
        <w:jc w:val="right"/>
      </w:pPr>
      <w:r>
        <w:t>تو اسلام میں جو پروسیس شروع گیا تھا، اس کا کلمنیشن ہے ڈیموکریسی، جو ویسٹرن ورلڈ میں فرانس میں آ کر کے کلمنیٹ ہوئی۔</w:t>
      </w:r>
    </w:p>
    <w:p>
      <w:r>
        <w:rPr>
          <w:b/>
        </w:rPr>
        <w:t xml:space="preserve">[21:43] </w:t>
      </w:r>
      <w:r>
        <w:t>woh that was culmination of the of that is process of history. yani islam mein ka jo inqilab aaya seventh century mein, us se aik process shuru hua.</w:t>
      </w:r>
    </w:p>
    <w:p>
      <w:pPr>
        <w:jc w:val="right"/>
      </w:pPr>
      <w:r>
        <w:t>وہ دیٹ واز کلمنیشن آف دا آف دیٹ از پراسیس آف ہسٹری۔ یعنی اسلام میں کا جو انقلاب آیا سیونتھ سینچری میں، اس سے ایک پروسیس شروع ہوا۔</w:t>
      </w:r>
    </w:p>
    <w:p>
      <w:r>
        <w:rPr>
          <w:b/>
        </w:rPr>
        <w:t xml:space="preserve">[21:57] </w:t>
      </w:r>
      <w:r>
        <w:t>process</w:t>
      </w:r>
    </w:p>
    <w:p>
      <w:pPr>
        <w:jc w:val="right"/>
      </w:pPr>
      <w:r>
        <w:t>پروسیس</w:t>
      </w:r>
    </w:p>
    <w:p>
      <w:r>
        <w:rPr>
          <w:b/>
        </w:rPr>
        <w:t xml:space="preserve">[22:00] </w:t>
      </w:r>
      <w:r>
        <w:t>toh democracy kya hai? democracy koi ideal system nahi hai, woh aik club nahi karte. democracy mean rule of majority hai.</w:t>
      </w:r>
    </w:p>
    <w:p>
      <w:pPr>
        <w:jc w:val="right"/>
      </w:pPr>
      <w:r>
        <w:t>تو ڈیموکریسی کیا ہے؟ ڈیموکریسی کوئی آئیڈیل سسٹم نہیں ہے، وہ ایک کلب نہیں کرتے۔ ڈیموکریسی مین رول آف میجورٹی ہے۔</w:t>
      </w:r>
    </w:p>
    <w:p>
      <w:r>
        <w:rPr>
          <w:b/>
        </w:rPr>
        <w:t xml:space="preserve">[22:10] </w:t>
      </w:r>
      <w:r>
        <w:t>bas democracy ko koi bhi club nahi karta ke democracy koi ideal system hai. nahi, woh practical system hai.</w:t>
      </w:r>
    </w:p>
    <w:p>
      <w:pPr>
        <w:jc w:val="right"/>
      </w:pPr>
      <w:r>
        <w:t>بس ڈیموکریسی کو کوئی بھی کلب نہیں کرتا کہ ڈیموکریسی کوئی آئیڈیل سسٹم ہے۔ نہیں، وہ پریکٹیکل سسٹم ہے۔</w:t>
      </w:r>
    </w:p>
    <w:p>
      <w:r>
        <w:rPr>
          <w:b/>
        </w:rPr>
        <w:t xml:space="preserve">[22:21] </w:t>
      </w:r>
      <w:r>
        <w:t>practically kuch aur possible nahi hai.</w:t>
      </w:r>
    </w:p>
    <w:p>
      <w:pPr>
        <w:jc w:val="right"/>
      </w:pPr>
      <w:r>
        <w:t>پریکٹیکلی کچھ اور پاسیبل نہیں ہے۔</w:t>
      </w:r>
    </w:p>
    <w:p>
      <w:r>
        <w:rPr>
          <w:b/>
        </w:rPr>
        <w:t xml:space="preserve">[22:24] </w:t>
      </w:r>
      <w:r>
        <w:t>toh ab kya tareeqa hua? democracy ka matlab yeh hai ke samaj mein har aadmi ko aap azadi dein, har aadmi ko haq hai ke woh apni baat ko kahe peacefully.</w:t>
      </w:r>
    </w:p>
    <w:p>
      <w:pPr>
        <w:jc w:val="right"/>
      </w:pPr>
      <w:r>
        <w:t>تو اب کیا طریقہ ہوا؟ ڈیموکریسی کا مطلب یہ ہے کہ سماج میں ہر آدمی کو آپ آزادی دیں، ہر آدمی کو حق ہے کہ وہ اپنی بات کو کہے پیس فلی۔</w:t>
      </w:r>
    </w:p>
    <w:p>
      <w:r>
        <w:rPr>
          <w:b/>
        </w:rPr>
        <w:t xml:space="preserve">[22:36] </w:t>
      </w:r>
      <w:r>
        <w:t>violence ka haq toh kisi ko na ho, peaceful tor par apni baat karne ka har ek ko haq ho. ab is ke baad election ho, time time par fe</w:t>
      </w:r>
    </w:p>
    <w:p>
      <w:pPr>
        <w:jc w:val="right"/>
      </w:pPr>
      <w:r>
        <w:t>وائیلنس کا حق تو کسی کو نہ ہو، پیس فل طور پر اپنی بات کرنے کا ہر ایک کو حق ہو۔ اب اس کے بعد الیکشن ہو، ٹائم ٹائم پر فی</w:t>
      </w:r>
    </w:p>
    <w:p>
      <w:r>
        <w:rPr>
          <w:b/>
        </w:rPr>
        <w:t xml:space="preserve">[22:49] </w:t>
      </w:r>
      <w:r>
        <w:t>ar aur fair aur free andaaz mein, yani fair and free election kiya jaye waqt waqt par.</w:t>
      </w:r>
    </w:p>
    <w:p>
      <w:pPr>
        <w:jc w:val="right"/>
      </w:pPr>
      <w:r>
        <w:t>ئر اور فیئر اور فری انداز میں، یعنی فیئر اینڈ فری الیکشن کیا جائے وقت وقت پر۔</w:t>
      </w:r>
    </w:p>
    <w:p>
      <w:r>
        <w:rPr>
          <w:b/>
        </w:rPr>
        <w:t xml:space="preserve">[22:58] </w:t>
      </w:r>
      <w:r>
        <w:t>is mein jo ziyada vote paaye, woh woh rule kare aik bohat muddat ke liye, mislan paanch saal ke liye farz kijiye.</w:t>
      </w:r>
    </w:p>
    <w:p>
      <w:pPr>
        <w:jc w:val="right"/>
      </w:pPr>
      <w:r>
        <w:t>اس میں جو زیادہ ووٹ پائے، وہ وہ رول کرے ایک بہت مدت کے لیے، مثلاً پانچ سال کے لیے فرض کیجئے۔</w:t>
      </w:r>
    </w:p>
    <w:p>
      <w:r>
        <w:rPr>
          <w:b/>
        </w:rPr>
        <w:t xml:space="preserve">[23:10] </w:t>
      </w:r>
      <w:r>
        <w:t>toh woh bhi kabhi bhi aisa nahi hua ke koi democracy aisi nahi hui jis mein ke saare ke saare log kisi party ko vote de dein.</w:t>
      </w:r>
    </w:p>
    <w:p>
      <w:pPr>
        <w:jc w:val="right"/>
      </w:pPr>
      <w:r>
        <w:t>تو وہ بھی کبھی بھی ایسا نہیں ہوا کہ کوئی ڈیموکریسی ایسی نہیں ہوئی جس میں کہ سارے کے سارے لوگ کسی پارٹی کو ووٹ دے دیں۔</w:t>
      </w:r>
    </w:p>
    <w:p>
      <w:r>
        <w:rPr>
          <w:b/>
        </w:rPr>
        <w:t xml:space="preserve">[23:18] </w:t>
      </w:r>
      <w:r>
        <w:t>aisa kabhi hota nahi hai. toh amalan democracy ka matlab hai majority rule. yahi possible hai.</w:t>
      </w:r>
    </w:p>
    <w:p>
      <w:pPr>
        <w:jc w:val="right"/>
      </w:pPr>
      <w:r>
        <w:t>ایسا کبھی ہوتا نہیں ہے۔ تو عملاً ڈیموکریسی کا مطلب ہے میجورٹی رول۔ یہی پاسیبل ہے۔</w:t>
      </w:r>
    </w:p>
    <w:p>
      <w:r>
        <w:rPr>
          <w:b/>
        </w:rPr>
        <w:t xml:space="preserve">[23:30] </w:t>
      </w:r>
      <w:r>
        <w:t>isi liye Rasool Allah Salallahu Alaihi Wasallam dekhiye, ijtamai mamlaat ke liye kitni zabardast baat farmayi aap ne. kama taqooloon qaza'il ka yu alaikum, tum jaise hoge, waise hi tumhare ruler ruler honge.</w:t>
      </w:r>
    </w:p>
    <w:p>
      <w:pPr>
        <w:jc w:val="right"/>
      </w:pPr>
      <w:r>
        <w:t>اسی لیے رسول اللہ صلی اللہ علیہ وسلم دیکھیے، اجتماعی معاملات کے لیے کتنی زبردست بات فرمائی آپ نے۔ کما تقولون قضائل کا یو علیکم، تم جیسے ہو گے، ویسے ہی تمہارے رولر رولر ہوں گے۔</w:t>
      </w:r>
    </w:p>
    <w:p>
      <w:r>
        <w:rPr>
          <w:b/>
        </w:rPr>
        <w:t xml:space="preserve">[23:48] </w:t>
      </w:r>
      <w:r>
        <w:t>kama taqooloon qaza'il ka yu alaikum, jaise tum, waise tumhare hukmaran, jaise tum, waise tumhare ruler.</w:t>
      </w:r>
    </w:p>
    <w:p>
      <w:pPr>
        <w:jc w:val="right"/>
      </w:pPr>
      <w:r>
        <w:t>کما تقولون قضائل کا یو علیکم، جیسے تم، ویسے تمہارے حکمران، جیسے تم، ویسے تمہارے رولر۔</w:t>
      </w:r>
    </w:p>
    <w:p>
      <w:r>
        <w:rPr>
          <w:b/>
        </w:rPr>
        <w:t xml:space="preserve">[23:57] </w:t>
      </w:r>
      <w:r>
        <w:t>yani society se emerge karega, society se emerge karenge aise afraad jo rule karein.</w:t>
      </w:r>
    </w:p>
    <w:p>
      <w:pPr>
        <w:jc w:val="right"/>
      </w:pPr>
      <w:r>
        <w:t>یعنی سوسائٹی سے ایمرج کرے گا، سوسائٹی سے ایمرج کریں گے ایسے افراد جو رول کریں۔</w:t>
      </w:r>
    </w:p>
    <w:p>
      <w:r>
        <w:rPr>
          <w:b/>
        </w:rPr>
        <w:t xml:space="preserve">[24:06] </w:t>
      </w:r>
      <w:r>
        <w:t>yani kisi ideal se nahi, aik ideal aap ne mind mein bana lein, is ideal ke mutabiq logon ko maar maar kar chahein ke woh aise hi system ban jaye.</w:t>
      </w:r>
    </w:p>
    <w:p>
      <w:pPr>
        <w:jc w:val="right"/>
      </w:pPr>
      <w:r>
        <w:t>یعنی کسی آئیڈیل سے نہیں، ایک آئیڈیل آپ نے مائنڈ میں بنا لیں، اس آئیڈیل کے مطابق لوگوں کو مار مار کر چاہیں کہ وہ ایسے ہی سسٹم بن جائے۔</w:t>
      </w:r>
    </w:p>
    <w:p>
      <w:r>
        <w:rPr>
          <w:b/>
        </w:rPr>
        <w:t xml:space="preserve">[24:16] </w:t>
      </w:r>
      <w:r>
        <w:t>toh yeh possible nahi hai, impossible hai.</w:t>
      </w:r>
    </w:p>
    <w:p>
      <w:pPr>
        <w:jc w:val="right"/>
      </w:pPr>
      <w:r>
        <w:t>تو یہ پاسیبل نہیں ہے، امپاسیبل ہے۔</w:t>
      </w:r>
    </w:p>
    <w:p>
      <w:r>
        <w:rPr>
          <w:b/>
        </w:rPr>
        <w:t xml:space="preserve">[24:20] </w:t>
      </w:r>
      <w:r>
        <w:t>isi liye jab dekhiye, jab aap dono ka farq taqabul kijiye, agar aap yeh faisla karein ke mujhe Allah ke raaste par chalna hai, mujhe jannat ko apna goal banana hai,</w:t>
      </w:r>
    </w:p>
    <w:p>
      <w:pPr>
        <w:jc w:val="right"/>
      </w:pPr>
      <w:r>
        <w:t>اسی لیے جب دیکھیے، جب آپ دونوں کا فرق تقابل کیجئے، اگر آپ یہ فیصلہ کریں کہ مجھے اللہ کے راستے پر چلنا ہے، مجھے جنت کو اپنا گول بنانا ہے،</w:t>
      </w:r>
    </w:p>
    <w:p>
      <w:r>
        <w:rPr>
          <w:b/>
        </w:rPr>
        <w:t xml:space="preserve">[24:36] </w:t>
      </w:r>
      <w:r>
        <w:t>mujhe Allah ki marifat hasil karni hai, is ko apna goal banayein, toh khud is ke liye aap koshish karenge aur doosron ko batayenge. toh yeh bilkul aik peaceful process hoga, yeh bilkul peace peaceful process hog</w:t>
      </w:r>
    </w:p>
    <w:p>
      <w:pPr>
        <w:jc w:val="right"/>
      </w:pPr>
      <w:r>
        <w:t>مجھے اللہ کی معرفت حاصل کرنی ہے، اس کو اپنا گول بنائیں، تو خود اس کے لیے آپ کوشش کریں گے اور دوسروں کو بتائیں گے۔ تو یہ بالکل ایک پیس فل پروسیس ہوگا، یہ بالکل پیس پیس فل پروسیس ہوگ</w:t>
      </w:r>
    </w:p>
    <w:p>
      <w:r>
        <w:rPr>
          <w:b/>
        </w:rPr>
        <w:t xml:space="preserve">[24:50] </w:t>
      </w:r>
      <w:r>
        <w:t>a. kisi bhi lamhe mein yahan par aap ko takrao kisi tarah nahi hoga. khud aap marifat hasil karenge, khud Allah ki ibadat karenge, khud sirat-e-mustaqeem par chalenge, khud apne character ko durust karenge,</w:t>
      </w:r>
    </w:p>
    <w:p>
      <w:pPr>
        <w:jc w:val="right"/>
      </w:pPr>
      <w:r>
        <w:t>ا۔ کسی بھی لمحے میں یہاں پر آپ کو ٹکراؤ کسی طرح نہیں ہوگا۔ خود آپ معرفت حاصل کریں گے، خود اللہ کی عبادت کریں گے، خود صراط مستقیم پر چلیں گے، خود اپنے کریکٹر کو درست کریں گے،</w:t>
      </w:r>
    </w:p>
    <w:p>
      <w:r>
        <w:rPr>
          <w:b/>
        </w:rPr>
        <w:t xml:space="preserve">[25:03] </w:t>
      </w:r>
      <w:r>
        <w:t>khud apne sochne ko, bolne ko, har cheez ko Allah ke control mein denge. aur isi baat ki peaceful preach bhi, preaching bhi karenge jis mein koi takrao nahi</w:t>
      </w:r>
    </w:p>
    <w:p>
      <w:pPr>
        <w:jc w:val="right"/>
      </w:pPr>
      <w:r>
        <w:t>خود اپنے سوچنے کو، بولنے کو، ہر چیز کو اللہ کے کنٹرول میں دیں گے۔ اور اسی بات کی پیس فل پریچ بھی، پریچنگ بھی کریں گے جس میں کوئی ٹکراؤ نہیں</w:t>
      </w:r>
    </w:p>
    <w:p>
      <w:r>
        <w:rPr>
          <w:b/>
        </w:rPr>
        <w:t xml:space="preserve">[25:14] </w:t>
      </w:r>
      <w:r>
        <w:t>ho. lekin agar aap yeh nizam, yeh yeh banayein, yeh soch banayein ke mujhe aik is nizam ko nafiz karna hai, aik mukammal nizam mere paas hai jo ideal nizam hai society mein,</w:t>
      </w:r>
    </w:p>
    <w:p>
      <w:pPr>
        <w:jc w:val="right"/>
      </w:pPr>
      <w:r>
        <w:t>ہو۔ لیکن اگر آپ یہ نظام، یہ یہ بنائیں، یہ سوچ بنائیں کہ مجھے ایک اس نظام کو نافذ کرنا ہے، ایک مکمل نظام میرے پاس ہے جو آئیڈیل نظام ہے سوسائٹی میں،</w:t>
      </w:r>
    </w:p>
    <w:p>
      <w:r>
        <w:rPr>
          <w:b/>
        </w:rPr>
        <w:t xml:space="preserve">[25:31] </w:t>
      </w:r>
      <w:r>
        <w:t>mujhe is ko nafiz karna hai. toh aap ka pehla kaam kya hoga? ke jo jo already koi na koi toh rule kar raha hoga, us se takrao.</w:t>
      </w:r>
    </w:p>
    <w:p>
      <w:pPr>
        <w:jc w:val="right"/>
      </w:pPr>
      <w:r>
        <w:t>مجھے اس کو نافذ کرنا ہے۔ تو آپ کا پہلا کام کیا ہوگا؟ کہ جو جو الریڈی کوئی نہ کوئی تو رول کر رہا ہوگا، اس سے ٹکراؤ۔</w:t>
      </w:r>
    </w:p>
    <w:p>
      <w:r>
        <w:rPr>
          <w:b/>
        </w:rPr>
        <w:t xml:space="preserve">[25:43] </w:t>
      </w:r>
      <w:r>
        <w:t>toh ab is ko incite karo, is ko is ko takht se hatao taake mujhe mere haath mein power aa jaye aur phir main is nizam ko nafiz karoon.</w:t>
      </w:r>
    </w:p>
    <w:p>
      <w:pPr>
        <w:jc w:val="right"/>
      </w:pPr>
      <w:r>
        <w:t>تو اب اس کو انسیٹ کرو، اس کو اس کو تخت سے ہٹاؤ تاکہ مجھے میرے ہاتھ میں پاور آ جائے اور پھر میں اس نظام کو نافذ کروں۔</w:t>
      </w:r>
    </w:p>
    <w:p>
      <w:r>
        <w:rPr>
          <w:b/>
        </w:rPr>
        <w:t xml:space="preserve">[25:55] </w:t>
      </w:r>
      <w:r>
        <w:t>toh from from the very beginning, it leads to confrontation.</w:t>
      </w:r>
    </w:p>
    <w:p>
      <w:pPr>
        <w:jc w:val="right"/>
      </w:pPr>
      <w:r>
        <w:t>تو فرام فرام دی ویری بگننگ، اٹ لیڈز ٹو کنفrontiشن۔</w:t>
      </w:r>
    </w:p>
    <w:p>
      <w:r>
        <w:rPr>
          <w:b/>
        </w:rPr>
        <w:t xml:space="preserve">[26:02] </w:t>
      </w:r>
      <w:r>
        <w:t>toh jab confrontation aayega, aap jante hain takrao ke maani kya hain?</w:t>
      </w:r>
    </w:p>
    <w:p>
      <w:pPr>
        <w:jc w:val="right"/>
      </w:pPr>
      <w:r>
        <w:t>تو جب کنفrontiشن آئے گا، آپ جانتے ہیں ٹکراؤ کے معنی کیا ہیں؟</w:t>
      </w:r>
    </w:p>
    <w:p>
      <w:r>
        <w:rPr>
          <w:b/>
        </w:rPr>
        <w:t xml:space="preserve">[26:06] </w:t>
      </w:r>
      <w:r>
        <w:t>takrao ka mani heat, nafrat, tashaddud, negative thinking, blood shed, yeh sab is mein aata chala jata hai.</w:t>
      </w:r>
    </w:p>
    <w:p>
      <w:pPr>
        <w:jc w:val="right"/>
      </w:pPr>
      <w:r>
        <w:t>ٹکراؤ کا معنی ہیٹ، نفرت، تشدد، نیگیٹیو تھنکنگ، بلڈ شیڈ، یہ سب اس میں آتا چلا جاتا ہے۔</w:t>
      </w:r>
    </w:p>
    <w:p>
      <w:r>
        <w:rPr>
          <w:b/>
        </w:rPr>
        <w:t xml:space="preserve">[26:18] </w:t>
      </w:r>
      <w:r>
        <w:t>isi liye aap dekhiye, is waqt jo ho raha hai muslim dunya mein, aik ke baad aik jo uthte hain leader, woh takrate hain kyunke un ke zehan mein jo hai aik jo jo naqsha hai,</w:t>
      </w:r>
    </w:p>
    <w:p>
      <w:pPr>
        <w:jc w:val="right"/>
      </w:pPr>
      <w:r>
        <w:t>اسی لیے آپ دیکھیے، اس وقت جو ہو رہا ہے مسلم دنیا میں، ایک کے بعد ایک جو اٹھتے ہیں لیڈر، وہ ٹکراتے ہیں کیونکہ ان کے ذہن میں جو ہے ایک جو جو نقشہ ہے،</w:t>
      </w:r>
    </w:p>
    <w:p>
      <w:r>
        <w:rPr>
          <w:b/>
        </w:rPr>
        <w:t xml:space="preserve">[26:34] </w:t>
      </w:r>
      <w:r>
        <w:t>yani jo political system ka, to us ko nafiz karna hai. to koi wahan aik doosra aadmi baitha hua hai takht par, us ko hatana parta hai inhein.</w:t>
      </w:r>
    </w:p>
    <w:p>
      <w:pPr>
        <w:jc w:val="right"/>
      </w:pPr>
      <w:r>
        <w:t>یعنی جو پولیٹیکل سسٹم کا، تو اس کو نافذ کرنا ہے۔ تو کوئی وہاں ایک دوسرا آدمی بیٹھا ہوا ہے تخت پر، اس کو ہٹانا پڑتا ہے انہیں۔</w:t>
      </w:r>
    </w:p>
    <w:p>
      <w:r>
        <w:rPr>
          <w:b/>
        </w:rPr>
        <w:t xml:space="preserve">[26:44] </w:t>
      </w:r>
      <w:r>
        <w:t>to jin jin mulkon mein yeh islamist log ghus gaye hain, har jagah takrao hai, har jagah takrao hai. jis ki mein ne misaal di aap ko misr ki ke 60 baras se aik ke baad aik takrao ho raha hai aur nateeja kuch nahi nikla, siwae tabaahi ke.</w:t>
      </w:r>
    </w:p>
    <w:p>
      <w:pPr>
        <w:jc w:val="right"/>
      </w:pPr>
      <w:r>
        <w:t>تو جن جن ملکوں میں یہ اسلامسٹ لوگ گھبرے ہیں، ہر جگہ ٹکراؤ ہے، ہر جگہ ٹکراؤ ہے۔ جس کی میں نے مثال دی آپ کو مصر کی کہ 60 برس سے ایک کے بعد ایک ٹکراؤ ہو رہا ہے اور نتیجہ کچھ نہیں نکلا، سو تباہی کے۔</w:t>
      </w:r>
    </w:p>
    <w:p>
      <w:r>
        <w:rPr>
          <w:b/>
        </w:rPr>
        <w:t xml:space="preserve">[27:00] </w:t>
      </w:r>
      <w:r>
        <w:t>to best policy kya hai? religion ko aur political system ko deal kar dein. aap</w:t>
      </w:r>
    </w:p>
    <w:p>
      <w:pPr>
        <w:jc w:val="right"/>
      </w:pPr>
      <w:r>
        <w:t>تو بیسٹ پالیسی کیا ہے؟ ریلیجن کو اور پولیٹیکل سسٹم کو ڈیلنگ کر دیں۔ آپ</w:t>
      </w:r>
    </w:p>
    <w:p>
      <w:r>
        <w:rPr>
          <w:b/>
        </w:rPr>
        <w:t xml:space="preserve">[27:07] </w:t>
      </w:r>
      <w:r>
        <w:t>political system ko aap democracy par base karein aur religion ko personal credit par base karein. yani aap religion ka matlab hoga aik shakhs apne aap ko ideal banane ki koshish kare aur doosre ko us ki talqeen kare.</w:t>
      </w:r>
    </w:p>
    <w:p>
      <w:pPr>
        <w:jc w:val="right"/>
      </w:pPr>
      <w:r>
        <w:t>پولیٹیکل سسٹم کو آپ ڈیموکریسی پر بیس کریں اور ریلیجن کو پرسنل کریٹ پر بیس کریں۔ یعنی آپ ریلیجن کا مطلب ہوگا ایک شخص اپنے آپ کو آئیڈیل بنانے کی کوشش کرے اور دوسرے کو اس کی تلقین کرے۔</w:t>
      </w:r>
    </w:p>
    <w:p>
      <w:r>
        <w:rPr>
          <w:b/>
        </w:rPr>
        <w:t xml:space="preserve">[27:29] </w:t>
      </w:r>
      <w:r>
        <w:t>to individual based is se fikr ubhregi, apni zaat ko durust karna.</w:t>
      </w:r>
    </w:p>
    <w:p>
      <w:pPr>
        <w:jc w:val="right"/>
      </w:pPr>
      <w:r>
        <w:t>تو انڈیویجول بیسڈ اس سے فکر ابھرے گی، اپنی ذات کو درست کرنا۔</w:t>
      </w:r>
    </w:p>
    <w:p>
      <w:r>
        <w:rPr>
          <w:b/>
        </w:rPr>
        <w:t xml:space="preserve">[27:36] </w:t>
      </w:r>
      <w:r>
        <w:t>lekin jaise hi aap ne aur jahan tak taluq hai is ka, yani political system ka, wahan par democracy.</w:t>
      </w:r>
    </w:p>
    <w:p>
      <w:pPr>
        <w:jc w:val="right"/>
      </w:pPr>
      <w:r>
        <w:t>لیکن جیسے ہی آپ نے اور جہاں تک تعلق ہے اس کا، یعنی پولیٹیکل سسٹم کا، وہاں پر ڈیموکریسی۔</w:t>
      </w:r>
    </w:p>
    <w:p>
      <w:r>
        <w:rPr>
          <w:b/>
        </w:rPr>
        <w:t xml:space="preserve">[27:45] </w:t>
      </w:r>
      <w:r>
        <w:t>democracy ka matlab yeh hoga ke har aik ko wahan bhi azadi rahegi apni apni baat karne ki.</w:t>
      </w:r>
    </w:p>
    <w:p>
      <w:pPr>
        <w:jc w:val="right"/>
      </w:pPr>
      <w:r>
        <w:t>ڈیموکریسی کا مطلب یہ ہوگا کہ ہر ایک کو وہاں بھی آزادی رہے گی اپنی اپنی بات کرنے کی۔</w:t>
      </w:r>
    </w:p>
    <w:p>
      <w:r>
        <w:rPr>
          <w:b/>
        </w:rPr>
        <w:t xml:space="preserve">[27:52] </w:t>
      </w:r>
      <w:r>
        <w:t>violence ka haq kisi ko nahi hoga aur waqt waqt par election hoga, fair and free election.</w:t>
      </w:r>
    </w:p>
    <w:p>
      <w:pPr>
        <w:jc w:val="right"/>
      </w:pPr>
      <w:r>
        <w:t>وائیلنس کا حق کسی کو نہیں ہوگا اور وقت وقت پر الیکشن ہوگا، فیئر اینڈ فری الیکشن۔</w:t>
      </w:r>
    </w:p>
    <w:p>
      <w:r>
        <w:rPr>
          <w:b/>
        </w:rPr>
        <w:t xml:space="preserve">[28:02] </w:t>
      </w:r>
      <w:r>
        <w:t>is mein is to is woh aik process hoga, woh is mein jo emerge karega, woh rule karega. yeh hai deal linking policy</w:t>
      </w:r>
    </w:p>
    <w:p>
      <w:pPr>
        <w:jc w:val="right"/>
      </w:pPr>
      <w:r>
        <w:t>اس میں اس تو اس وہ ایک پروسیس ہوگا، وہ اس میں جو ایمرج کرے گا، وہ رول کرے گا۔ یہ ہے ڈیل لیکنگ پالیسی</w:t>
      </w:r>
    </w:p>
    <w:p>
      <w:r>
        <w:rPr>
          <w:b/>
        </w:rPr>
        <w:t xml:space="preserve">[28:12] </w:t>
      </w:r>
      <w:r>
        <w:t>, yeh islam ne shuru kiya tha. lekin aaj jo musalman hain, woh yeh jo nazariya banaya musalmanon ne, yani arabi speaking ilaqe mein jamaat al ikhwan al muslimoon ne urdu speaking dunya mein jamaat e islami ne yeh nazariya banaya ke islam aik mukammal nizam hai, is ko hamein nafiz karna hai.</w:t>
      </w:r>
    </w:p>
    <w:p>
      <w:pPr>
        <w:jc w:val="right"/>
      </w:pPr>
      <w:r>
        <w:t>، یہ اسلام نے شروع کیا تھا۔ لیکن آج جو مسلمان ہیں، وہ یہ جو نظریہ بنایا مسلمانوں نے، یعنی عربی سپیکنگ علاقے میں جماعت الخوان سمون نے اردو سپیکنگ دنیا میں جماعت سامی نے یہ نظریہ بنایا کہ اسلام ایک مکمل نظام ہے، اس کو ہمیں نافذ کرنا ہے۔</w:t>
      </w:r>
    </w:p>
    <w:p>
      <w:r>
        <w:rPr>
          <w:b/>
        </w:rPr>
        <w:t xml:space="preserve">[28:33] </w:t>
      </w:r>
      <w:r>
        <w:t>is se saare jhagde paida hue hain, saare jhagde.</w:t>
      </w:r>
    </w:p>
    <w:p>
      <w:pPr>
        <w:jc w:val="right"/>
      </w:pPr>
      <w:r>
        <w:t>اس سے سارے جھگڑے پیدا ہوئے ہیں، سارے جھگڑے۔</w:t>
      </w:r>
    </w:p>
    <w:p>
      <w:r>
        <w:rPr>
          <w:b/>
        </w:rPr>
        <w:t xml:space="preserve">[28:40] </w:t>
      </w:r>
      <w:r>
        <w:t>pehli baat yeh hai ke islam aik mukammal nizam hai, is ko hamein nafiz karna hai. yeh likha kahan hai? kis quran mein? yeh baat quran mein to aisa kahin nahi hai ke aqim dawlat al islam naffiz shariat tariqat al islami kahan likha hua hai quran mein?</w:t>
      </w:r>
    </w:p>
    <w:p>
      <w:pPr>
        <w:jc w:val="right"/>
      </w:pPr>
      <w:r>
        <w:t>پہلی بات یہ ہے کہ اسلام ایک مکمل نظام ہے، اس کو ہمیں نافذ کرنا ہے۔ یہ لکھا کہاں ہے؟ کس قرآن میں؟ یہ بات قرآن میں تو ایسا کہیں نہیں ہے کہ عقم دولت الاسلام نفش شریعت تریث الاسلامی کہاں لکھا ہوا ہے قرآن میں؟</w:t>
      </w:r>
    </w:p>
    <w:p>
      <w:r>
        <w:rPr>
          <w:b/>
        </w:rPr>
        <w:t xml:space="preserve">[28:56] </w:t>
      </w:r>
      <w:r>
        <w:t>yeh to kahin hai hi nahi. isi liye aap dekhiye, rasool Allah se le kar is khulfa e rashideen tak koi wazeh system nahi milta aap ko.</w:t>
      </w:r>
    </w:p>
    <w:p>
      <w:pPr>
        <w:jc w:val="right"/>
      </w:pPr>
      <w:r>
        <w:t>یہ تو کہیں ہے ہی نہیں۔ اسی لیے آپ دیکھیے، رسول اللہ سے لے کر اس خلفائے راشدین تک کوئی واضح سسٹم نہیں ملتا آپ کو۔</w:t>
      </w:r>
    </w:p>
    <w:p>
      <w:r>
        <w:rPr>
          <w:b/>
        </w:rPr>
        <w:t xml:space="preserve">[29:07] </w:t>
      </w:r>
      <w:r>
        <w:t>misal ke tor par jo head of the state hai, woh kaise chuna jaye? head of the state jo hai, woh kaise chuna jaye?</w:t>
      </w:r>
    </w:p>
    <w:p>
      <w:pPr>
        <w:jc w:val="right"/>
      </w:pPr>
      <w:r>
        <w:t>مثال کے طور پر جو ہیڈ آف دی سٹیٹ ہے، وہ کیسے چنا جائے؟ ہیڈ آف دی سٹیٹ جو ہے، وہ کیسے چنا جائے؟</w:t>
      </w:r>
    </w:p>
    <w:p>
      <w:r>
        <w:rPr>
          <w:b/>
        </w:rPr>
        <w:t xml:space="preserve">[29:16] </w:t>
      </w:r>
      <w:r>
        <w:t>koi is ka model nahi. yani Hazrat Abu Bakr jo the, aik tareeqe se banaye gaye, Hazrat Umar doosre tareeqe se banaye gaye, Hazrat Usman teesre tareeqe se banaye gaye, Hazrat Ali chauthe tareeqe se banaye gaye.</w:t>
      </w:r>
    </w:p>
    <w:p>
      <w:pPr>
        <w:jc w:val="right"/>
      </w:pPr>
      <w:r>
        <w:t>کوئی اس کا ماڈل نہیں۔ یعنی حضرت ابوبکر جو تھے، ایک طریقے سے بنائے گئے، حضرت عمر دوسرے طریقے سے بنائے گئے، حضرت عثمان تیسرے طریقے سے بنائے گئے، حضرت علی چوتھے طریقے سے بنائے گئے۔</w:t>
      </w:r>
    </w:p>
    <w:p>
      <w:r>
        <w:rPr>
          <w:b/>
        </w:rPr>
        <w:t xml:space="preserve">[29:31] </w:t>
      </w:r>
      <w:r>
        <w:t>to agar islam aik mukammal nizam hai to aik bohat hi well known system hona chahiye. is tareeqe se hum ne head of the state ko muntakhib karna hai.</w:t>
      </w:r>
    </w:p>
    <w:p>
      <w:pPr>
        <w:jc w:val="right"/>
      </w:pPr>
      <w:r>
        <w:t>تو اگر اسلام ایک مکمل نظام ہے تو ایک بہت ہی ویل نون سسٹم ہونا چاہیے۔ اس طریقے سے ہم نے ہیڈ آف دی سٹیٹ کو منتخب کرنا ہے۔</w:t>
      </w:r>
    </w:p>
    <w:p>
      <w:r>
        <w:rPr>
          <w:b/>
        </w:rPr>
        <w:t xml:space="preserve">[29:41] </w:t>
      </w:r>
      <w:r>
        <w:t>koi hai nahi, na quran mein likha hua hai, na rasool Allah ke uswa mein kahin aisa hamein milta hai, na hadith mein kahin likha hua hai. kyun aisa nahi hai?</w:t>
      </w:r>
    </w:p>
    <w:p>
      <w:pPr>
        <w:jc w:val="right"/>
      </w:pPr>
      <w:r>
        <w:t>کوئی ہے نہیں، نہ قرآن میں لکھا ہوا ہے، نہ رسول اللہ کے اسوہ میں کہیں ایسا ہمیں ملتا ہے، نہ حدیث میں کہیں لکھا ہوا ہے۔ کیوں ایسا نہیں ہے؟</w:t>
      </w:r>
    </w:p>
    <w:p>
      <w:r>
        <w:rPr>
          <w:b/>
        </w:rPr>
        <w:t xml:space="preserve">[29:51] </w:t>
      </w:r>
      <w:r>
        <w:t>yeh bohat bari rehmat hai.</w:t>
      </w:r>
    </w:p>
    <w:p>
      <w:pPr>
        <w:jc w:val="right"/>
      </w:pPr>
      <w:r>
        <w:t>یہ بہت بڑی رحمت ہے۔</w:t>
      </w:r>
    </w:p>
    <w:p>
      <w:r>
        <w:rPr>
          <w:b/>
        </w:rPr>
        <w:t xml:space="preserve">[29:54] </w:t>
      </w:r>
      <w:r>
        <w:t>agar agar political system mein koi is tarah ka aik aik tareeqa muqarrar kar diya jata to phir wohi takrao shuru ho jata.</w:t>
      </w:r>
    </w:p>
    <w:p>
      <w:pPr>
        <w:jc w:val="right"/>
      </w:pPr>
      <w:r>
        <w:t>اگر اگر پولیٹیکل سسٹم میں کوئی اس طرح کا ایک ایک طریقہ مقرر کر دیا جاتا تو پھر وہی ٹکراؤ شروع ہو جاتا۔</w:t>
      </w:r>
    </w:p>
    <w:p>
      <w:r>
        <w:rPr>
          <w:b/>
        </w:rPr>
        <w:t xml:space="preserve">[30:06] </w:t>
      </w:r>
      <w:r>
        <w:t>aur ab ab musalmanon ne na likhe ko likh kar ke takrao shuru kar diya hai. yani jo cheez quran mein nahi thi, us ko likh kar ke takrao shuru kar</w:t>
      </w:r>
    </w:p>
    <w:p>
      <w:pPr>
        <w:jc w:val="right"/>
      </w:pPr>
      <w:r>
        <w:t>اور اب اب مسلمانوں نے نہ لکھے کو لکھ کر کے ٹکراؤ شروع کر دیا ہے۔ یعنی جو چیز قرآن میں نہیں تھی، اس کو لکھ کر کے ٹکراؤ شروع کر</w:t>
      </w:r>
    </w:p>
    <w:p>
      <w:r>
        <w:rPr>
          <w:b/>
        </w:rPr>
        <w:t xml:space="preserve">[30:17] </w:t>
      </w:r>
      <w:r>
        <w:t>diya hai. yani is yeh banaya nazariya ke islam aik mukammal nizam hai aur is ko nafiz karna hai aur hukoomat qaim karna hai, islam mein hukoomat qaim karna hai.</w:t>
      </w:r>
    </w:p>
    <w:p>
      <w:pPr>
        <w:jc w:val="right"/>
      </w:pPr>
      <w:r>
        <w:t>دیا ہے۔ یعنی اس یہ بنایا نظریہ کہ اسلام ایک مکمل نظام ہے اور اس کو نافذ کرنا ہے اور حکومت قائم کرنا ہے، اسلام میں حکومت قائم کرنا ہے۔</w:t>
      </w:r>
    </w:p>
    <w:p>
      <w:r>
        <w:rPr>
          <w:b/>
        </w:rPr>
        <w:t xml:space="preserve">[30:29] </w:t>
      </w:r>
      <w:r>
        <w:t>isi ki wajah se takrao paida hota hai. to islam ne bohat bari islah ki thi ke aqeeday ke baray mein idealism aur political system ke baray mein realism,</w:t>
      </w:r>
    </w:p>
    <w:p>
      <w:pPr>
        <w:jc w:val="right"/>
      </w:pPr>
      <w:r>
        <w:t>اسی کی وجہ سے ٹکراؤ پیدا ہوتا ہے۔ تو اسلام نے بہت بڑی اصلاح کی تھی کہ عقیدے کے بارے میں آئیڈیلزم اور پولیٹیکل سسٹم کے بارے میں ریکبٹزم،</w:t>
      </w:r>
    </w:p>
    <w:p>
      <w:r>
        <w:rPr>
          <w:b/>
        </w:rPr>
        <w:t xml:space="preserve">[30:45] </w:t>
      </w:r>
      <w:r>
        <w:t>yeh kitni bari baat hai, kitni bari baat hai. is se takrao khatam ho jata hai. saari healthy activities jo hain, healthy andaaz mein chal parti hain.</w:t>
      </w:r>
    </w:p>
    <w:p>
      <w:pPr>
        <w:jc w:val="right"/>
      </w:pPr>
      <w:r>
        <w:t>یہ کتنی بڑی بات ہے، کتنی بڑی بات ہے۔ اس سے ٹکراؤ ختم ہو جاتا ہے۔ ساری ہیلدی ایک ساری ایکٹیویٹیز جو ہیں، ہیلدی انداز میں چل پڑتی ہیں۔</w:t>
      </w:r>
    </w:p>
    <w:p>
      <w:r>
        <w:rPr>
          <w:b/>
        </w:rPr>
        <w:t xml:space="preserve">[30:56] </w:t>
      </w:r>
      <w:r>
        <w:t>apni zaat ke bare mein idealism aur political system ke bare mein pragmatism, yani jo possible hai, us par raazi ho jao.</w:t>
      </w:r>
    </w:p>
    <w:p>
      <w:pPr>
        <w:jc w:val="right"/>
      </w:pPr>
      <w:r>
        <w:t>اپنی ذات کے بارے میں آئیڈیلزم اور پولیٹیکل سسٹم کے بارے میں پریگمیٹزم، یعنی جو پاسیبل ہے، اس پر راضی ہو جاؤ۔</w:t>
      </w:r>
    </w:p>
    <w:p>
      <w:r>
        <w:rPr>
          <w:b/>
        </w:rPr>
        <w:t xml:space="preserve">[31:07] </w:t>
      </w:r>
      <w:r>
        <w:t>jo possible hai,</w:t>
      </w:r>
    </w:p>
    <w:p>
      <w:pPr>
        <w:jc w:val="right"/>
      </w:pPr>
      <w:r>
        <w:t>جو پاسیبل ہے،</w:t>
      </w:r>
    </w:p>
    <w:p>
      <w:r>
        <w:rPr>
          <w:b/>
        </w:rPr>
        <w:t xml:space="preserve">[31:11] </w:t>
      </w:r>
      <w:r>
        <w:t>election se pehle har har ek ko yeh haq rahega ke woh apne nazariye ki nazariye ko logon ko bataye peaceful andaaz mein.</w:t>
      </w:r>
    </w:p>
    <w:p>
      <w:pPr>
        <w:jc w:val="right"/>
      </w:pPr>
      <w:r>
        <w:t>الیکشن سے پہلے ہر ہر ایک کو یہ حق رہے گا کہ وہ اپنے نظریے کی نظریے کو لوگوں کو بتائے پیس فل انداز میں۔</w:t>
      </w:r>
    </w:p>
    <w:p>
      <w:r>
        <w:rPr>
          <w:b/>
        </w:rPr>
        <w:t xml:space="preserve">[31:22] </w:t>
      </w:r>
      <w:r>
        <w:t>lekin kisi ko yeh haq nahi hoga ke apne nazariye ko bazor nafiz karay. Woh yeh haq nahi hai kisi ko hoga. To fair and free election hoga aur peaceful tareeqay se transfer of power ho jayega.</w:t>
      </w:r>
    </w:p>
    <w:p>
      <w:pPr>
        <w:jc w:val="right"/>
      </w:pPr>
      <w:r>
        <w:t>لیکن کسی کو یہ حق نہیں ہوگا کہ اپنے نظریے کو بزور نافذ کرے۔ وہ یہ حق نہیں ہے کسی کو ہوگا۔ تو فیئر اینڈ فری الیکشن ہوگا اور پیس فل طریقے سے ٹرانسفر آف پاور ہو جائے گا۔</w:t>
      </w:r>
    </w:p>
    <w:p>
      <w:r>
        <w:rPr>
          <w:b/>
        </w:rPr>
        <w:t xml:space="preserve">[31:36] </w:t>
      </w:r>
      <w:r>
        <w:t>is tarah chalte rahegi, gaadi chalti rahegi aur samaj mein yani peace rahega aur normal taluqat rahenge.</w:t>
      </w:r>
    </w:p>
    <w:p>
      <w:pPr>
        <w:jc w:val="right"/>
      </w:pPr>
      <w:r>
        <w:t>اس طرح چلتے رہے گی، گاڑی چلتی رہے گی اور سماج میں یعنی پیس رہے گا اور نارمل تعلقات رہیں گے۔</w:t>
      </w:r>
    </w:p>
    <w:p>
      <w:r>
        <w:rPr>
          <w:b/>
        </w:rPr>
        <w:t xml:space="preserve">[31:47] </w:t>
      </w:r>
      <w:r>
        <w:t>har ek ko mauqa hoga ke woh apni apni baat kahe, apni apni koshish karay. Yeh hai yeh yeh is ko aap yani yeh is ko aap deal leaking policy kar sakte hain.</w:t>
      </w:r>
    </w:p>
    <w:p>
      <w:pPr>
        <w:jc w:val="right"/>
      </w:pPr>
      <w:r>
        <w:t>ہر ایک کو موقع ہوگا کہ وہ اپنی اپنی بات کہے، اپنی اپنی کوشش کرے۔ یہ ہے یہ یہ اس کو آپ یعنی یہ اس کو آپ ڈیل لیکنگ پالیسی کر سکتے ہیں۔</w:t>
      </w:r>
    </w:p>
    <w:p>
      <w:r>
        <w:rPr>
          <w:b/>
        </w:rPr>
        <w:t xml:space="preserve">[31:58] </w:t>
      </w:r>
      <w:r>
        <w:t>is deal leaking policy se saare mamlaat bohat smoothly settle ho jate hain.</w:t>
      </w:r>
    </w:p>
    <w:p>
      <w:pPr>
        <w:jc w:val="right"/>
      </w:pPr>
      <w:r>
        <w:t>اس ڈیل لیکنگ پالیسی سے سارے معاملات بہت اسموٹھلی سیٹل ہو جاتے ہیں۔</w:t>
      </w:r>
    </w:p>
    <w:p>
      <w:r>
        <w:rPr>
          <w:b/>
        </w:rPr>
        <w:t xml:space="preserve">[32:04] </w:t>
      </w:r>
      <w:r>
        <w:t>dekhen, sab se bari cheez yeh hai ke society mein aman rahe, peace rahe. Peace is the summum bonum.</w:t>
      </w:r>
    </w:p>
    <w:p>
      <w:pPr>
        <w:jc w:val="right"/>
      </w:pPr>
      <w:r>
        <w:t>دیکھیں، سب سے بڑی چیز یہ ہے کہ سوسائٹی میں امن رہے، پیس رہے۔ پیس از دا سوم بونم۔</w:t>
      </w:r>
    </w:p>
    <w:p>
      <w:r>
        <w:rPr>
          <w:b/>
        </w:rPr>
        <w:t xml:space="preserve">[32:14] </w:t>
      </w:r>
      <w:r>
        <w:t>peace jo hai, woh summum bonum yani maghribi dunya mein samjha jata hai ke freedom summum bonum hai. Main is ko galat samajhta hoon. Freedom summum bonum nahi hai.</w:t>
      </w:r>
    </w:p>
    <w:p>
      <w:pPr>
        <w:jc w:val="right"/>
      </w:pPr>
      <w:r>
        <w:t>پیس جو ہے، وہ سوم بونم یعنی مغربی دنیا میں سمجھا جاتا ہے کہ فریڈم سوم بونم ہے۔ میں اس کو غلط سمجھتا ہوں۔ فریڈم سوم بونم نہیں ہے۔</w:t>
      </w:r>
    </w:p>
    <w:p>
      <w:r>
        <w:rPr>
          <w:b/>
        </w:rPr>
        <w:t xml:space="preserve">[32:25] </w:t>
      </w:r>
      <w:r>
        <w:t>summum bonum woh hai jis ko aakhri had tak aap apna saken. Agar freedom ko aap aakhri had tak apnayen to kya hoga? Anarchy aayegi.</w:t>
      </w:r>
    </w:p>
    <w:p>
      <w:pPr>
        <w:jc w:val="right"/>
      </w:pPr>
      <w:r>
        <w:t>سوم بونم وہ ہے جس کو آخری حد تک آپ اپنا سکیں۔ اگر فریڈم کو آپ آخری حد تک اپنائیں تو کیا ہوگا؟ انارکی آئے گی۔</w:t>
      </w:r>
    </w:p>
    <w:p>
      <w:r>
        <w:rPr>
          <w:b/>
        </w:rPr>
        <w:t xml:space="preserve">[32:34] </w:t>
      </w:r>
      <w:r>
        <w:t>freedom ko aap limited sense mein lena padta hai. Agar aap freedom ko limited sense mein na len to kya hoga? Anarchy. Lekin peace ko aap jitne hi zyada ikhtiyar karen, kitne hi zyada peaceful banen, aap is se koi negative baat nahi paida hoti society mein, koi burai nahi aati.</w:t>
      </w:r>
    </w:p>
    <w:p>
      <w:pPr>
        <w:jc w:val="right"/>
      </w:pPr>
      <w:r>
        <w:t>فریڈم کو آپ لمیٹڈ سینس میں لینا پڑتا ہے۔ اگر آپ فریڈم کو لمیٹڈ سینس میں نہ لیں تو کیا ہوگا؟ انارکی۔ لیکن پیس کو آپ جتنے ہی زیادہ اختیار کریں، کتنے ہی زیادہ پیس فل بنیں، آپ اس سے کوئی نیگیٹیو بات نہیں پیدا ہوتی سوسائٹی میں، کوئی برائی نہیں آتی۔</w:t>
      </w:r>
    </w:p>
    <w:p>
      <w:r>
        <w:rPr>
          <w:b/>
        </w:rPr>
        <w:t xml:space="preserve">[32:55] </w:t>
      </w:r>
      <w:r>
        <w:t>is liye mera manna yeh hai ke peace is the summum bonum yani aman jo hai, woh khair-e-aala hai. Kyun?</w:t>
      </w:r>
    </w:p>
    <w:p>
      <w:pPr>
        <w:jc w:val="right"/>
      </w:pPr>
      <w:r>
        <w:t>اس لیے میرا ماننا یہ ہے کہ پیس از دا سوم بونم یعنی امن جو ہے، وہ خیر اعلیٰ ہے۔ کیوں؟</w:t>
      </w:r>
    </w:p>
    <w:p>
      <w:r>
        <w:rPr>
          <w:b/>
        </w:rPr>
        <w:t xml:space="preserve">[33:04] </w:t>
      </w:r>
      <w:r>
        <w:t>jahan aman hoga, wahan har cheez normal hogi. Har ek ko mauqa hoga apni koshish karne ka, koi rukawat nahi hogi kisi aadmi ke liye, koi khoon kharaba nahi hoga.</w:t>
      </w:r>
    </w:p>
    <w:p>
      <w:pPr>
        <w:jc w:val="right"/>
      </w:pPr>
      <w:r>
        <w:t>جہاں امن ہوگا، وہاں ہر چیز نارمل ہوگی۔ ہر ایک کو موقع ہوگا اپنی کوشش کرنے کا، کوئی رکاوٹ نہیں ہوگی کسی آدمی کے لیے، کوئی خون خرابہ نہیں ہوگا۔</w:t>
      </w:r>
    </w:p>
    <w:p>
      <w:r>
        <w:rPr>
          <w:b/>
        </w:rPr>
        <w:t xml:space="preserve">[33:17] </w:t>
      </w:r>
      <w:r>
        <w:t>to</w:t>
      </w:r>
    </w:p>
    <w:p>
      <w:pPr>
        <w:jc w:val="right"/>
      </w:pPr>
      <w:r>
        <w:t>تو</w:t>
      </w:r>
    </w:p>
    <w:p>
      <w:r>
        <w:rPr>
          <w:b/>
        </w:rPr>
        <w:t xml:space="preserve">[33:18] </w:t>
      </w:r>
      <w:r>
        <w:t>peace jahan hoga, wahan har ek ko mauqa hai. Koi mazhabi kaam karna chahta hai, to us ko bhi mauqa hai. Koi doosra kaam karna chahta hai, us ko bhi mauqa hai.</w:t>
      </w:r>
    </w:p>
    <w:p>
      <w:pPr>
        <w:jc w:val="right"/>
      </w:pPr>
      <w:r>
        <w:t>پیس جہاں ہوگا، وہاں ہر ایک کو موقع ہے۔ کوئی مذہبی کام کرنا چاہتا ہے، تو اس کو بھی موقع ہے۔ کوئی دوسرا کام کرنا چاہتا ہے، اس کو بھی موقع ہے۔</w:t>
      </w:r>
    </w:p>
    <w:p>
      <w:r>
        <w:rPr>
          <w:b/>
        </w:rPr>
        <w:t xml:space="preserve">[33:31] </w:t>
      </w:r>
      <w:r>
        <w:t>to peace bohat hi zyada bari cheez hai. Mere liye</w:t>
      </w:r>
    </w:p>
    <w:p>
      <w:pPr>
        <w:jc w:val="right"/>
      </w:pPr>
      <w:r>
        <w:t>تو پیس بہت ہی زیادہ بڑی چیز ہے۔ میرے لیے</w:t>
      </w:r>
    </w:p>
    <w:p>
      <w:r>
        <w:rPr>
          <w:b/>
        </w:rPr>
        <w:t xml:space="preserve">[33:36] </w:t>
      </w:r>
      <w:r>
        <w:t>aaj kal ek bohat bari fallacy hai, ek woh kehte hain ke jaise main Palestine gaya to Palestine ke arabon se baat hui to woh kehte hain ke hum peace chahte hain, hum bhi.</w:t>
      </w:r>
    </w:p>
    <w:p>
      <w:pPr>
        <w:jc w:val="right"/>
      </w:pPr>
      <w:r>
        <w:t>آج کل ایک بہت بڑی فلیسی ہے، ایک وہ کہتے ہیں کہ جیسے میں فلسطین گیا تو فلسطین کے عربوں سے بات ہوئی تو وہ کہتے ہیں کہ ہم پیس چاہتے ہیں، ہم بھی۔</w:t>
      </w:r>
    </w:p>
    <w:p>
      <w:r>
        <w:rPr>
          <w:b/>
        </w:rPr>
        <w:t xml:space="preserve">[33:47] </w:t>
      </w:r>
      <w:r>
        <w:t>lekin yani peace with justice, as-salam o adl, as-salam o adl, peace with justice.</w:t>
      </w:r>
    </w:p>
    <w:p>
      <w:pPr>
        <w:jc w:val="right"/>
      </w:pPr>
      <w:r>
        <w:t>لیکن یعنی پیس ود جسٹس، السلام اور عدل، السلام اور عدل، عدل، پیس ود جسٹس۔</w:t>
      </w:r>
    </w:p>
    <w:p>
      <w:r>
        <w:rPr>
          <w:b/>
        </w:rPr>
        <w:t xml:space="preserve">[33:58] </w:t>
      </w:r>
      <w:r>
        <w:t>yani peace chahte hain, hum ko justice do, hum ko</w:t>
      </w:r>
    </w:p>
    <w:p>
      <w:pPr>
        <w:jc w:val="right"/>
      </w:pPr>
      <w:r>
        <w:t>یعنی پیس چاہتے ہیں، ہم کو جسٹس دو، ہم کو</w:t>
      </w:r>
    </w:p>
    <w:p>
      <w:r>
        <w:rPr>
          <w:b/>
        </w:rPr>
        <w:t xml:space="preserve">[34:03] </w:t>
      </w:r>
      <w:r>
        <w:t>hum peaceful rahenge, tayyar rehne ke liye ke hum ko insaaf do. Yeh bohat bari fallacy hai. Kyun ke dekhiye, insaaf ya justice jo hai, woh peace ka hissa nahi hai.</w:t>
      </w:r>
    </w:p>
    <w:p>
      <w:pPr>
        <w:jc w:val="right"/>
      </w:pPr>
      <w:r>
        <w:t>ہم پیس فل رہیں گے، تیار رہنے کے لیے کہ ہم کو انصاف دو۔ یہ بہت بڑی فلیسی ہے۔ کیونکہ دیکھیے، انصاف یا جسٹس جو ہے، وہ پیس کا حصہ نہیں ہے۔</w:t>
      </w:r>
    </w:p>
    <w:p>
      <w:r>
        <w:rPr>
          <w:b/>
        </w:rPr>
        <w:t xml:space="preserve">[34:18] </w:t>
      </w:r>
      <w:r>
        <w:t>justice ya jo rights aap ke hain, woh hissa hain aap ki aap ki apni struggle ka.</w:t>
      </w:r>
    </w:p>
    <w:p>
      <w:pPr>
        <w:jc w:val="right"/>
      </w:pPr>
      <w:r>
        <w:t>جسٹس یا جو رائٹس آپ کے ہیں، وہ حصہ ہیں آپ کی آپ کی اپنی سٹرگل کا۔</w:t>
      </w:r>
    </w:p>
    <w:p>
      <w:r>
        <w:rPr>
          <w:b/>
        </w:rPr>
        <w:t xml:space="preserve">[34:27] </w:t>
      </w:r>
      <w:r>
        <w:t>peace only opens the door of opportunities, and by availing those opportunities, those opportunities, you can avail justice or other rights.</w:t>
      </w:r>
    </w:p>
    <w:p>
      <w:pPr>
        <w:jc w:val="right"/>
      </w:pPr>
      <w:r>
        <w:t>پیس اونلی اوپنز دا ڈور آف اپرچونیٹیز، اینڈ بائی اویلنگ دو دو آپرچونیٹیز، دو آپرچونیٹیز، یو کین اویل جسٹس اور ادر رائٹس۔</w:t>
      </w:r>
    </w:p>
    <w:p>
      <w:r>
        <w:rPr>
          <w:b/>
        </w:rPr>
        <w:t xml:space="preserve">[34:39] </w:t>
      </w:r>
      <w:r>
        <w:t>yani peace jahan agar aayega to kya hoga? Mawaqe khulenge, mawaqe khulenge to aap apni koshish jaari kar sakte hain. To peace at any cost, aap aap yani society mein at any cost, you have to establish peace.</w:t>
      </w:r>
    </w:p>
    <w:p>
      <w:pPr>
        <w:jc w:val="right"/>
      </w:pPr>
      <w:r>
        <w:t>یعنی پیس جہاں اگر آئے گا تو کیا ہوگا؟ مواقع کھلیں گے، مواقع کھلیں گے تو آپ اپنی کوشش جاری کر سکتے ہیں۔ تو پیس ایٹ اینی کاسٹ، آپ آپ یعنی سوسائٹی میں ایٹ اینی کاسٹ، یو ہیو ٹو اسٹیبلش پیس۔</w:t>
      </w:r>
    </w:p>
    <w:p>
      <w:r>
        <w:rPr>
          <w:b/>
        </w:rPr>
        <w:t xml:space="preserve">[34:57] </w:t>
      </w:r>
      <w:r>
        <w:t>peace qaim kar ke phir aap jo jo mawaqe khulte hain, us ko avail kijiye. To justice jo hai, woh aap ke apne koshishon ka hissa hai, na ke peace ka hissa.</w:t>
      </w:r>
    </w:p>
    <w:p>
      <w:pPr>
        <w:jc w:val="right"/>
      </w:pPr>
      <w:r>
        <w:t>پیس قائم کر کے پھر آپ جو جو مواقع کھلتے ہیں، اس کو اویل کیجئے۔ تو جسٹس جو ہے، وہ آپ کے اپنے کوششوں کا حصہ ہے، نہ کہ پیس کا حصہ۔</w:t>
      </w:r>
    </w:p>
    <w:p>
      <w:r>
        <w:rPr>
          <w:b/>
        </w:rPr>
        <w:t xml:space="preserve">[35:10] </w:t>
      </w:r>
      <w:r>
        <w:t>yeh ek bohat bari fallacy hai. Isi liye aman nahi qaim ho raha hai. Maslan 60 baras mein Palestine mein woh lad rahe hain, lekin kuch bila kuch bhi nahi,</w:t>
      </w:r>
    </w:p>
    <w:p>
      <w:pPr>
        <w:jc w:val="right"/>
      </w:pPr>
      <w:r>
        <w:t>یہ ایک بہت بڑی فلیسی ہے۔ اسی لیے امن نہیں قائم ہو رہا ہے۔ مثلاً 60 برس میں فلسطین میں وہ لڑ رہے ہیں، لیکن کچھ بلا کچھ بھی نہیں،</w:t>
      </w:r>
    </w:p>
    <w:p>
      <w:r>
        <w:rPr>
          <w:b/>
        </w:rPr>
        <w:t xml:space="preserve">[35:20] </w:t>
      </w:r>
      <w:r>
        <w:t>sirf kho rahe hain, kho rahe hain, kho rahe hain. aur agar unhon ne 19 yaani 48 mein jab ke masla shuru hua, agar woh samjhte ke peace sab se bari cheez hai, peace qaim karo sab se pehle, phir apne apne lehaz se koshish kar ke hum baqiya cheezon ko hasil kar len ge,</w:t>
      </w:r>
    </w:p>
    <w:p>
      <w:pPr>
        <w:jc w:val="right"/>
      </w:pPr>
      <w:r>
        <w:t>صرف کھو رہے ہیں، کھو رہے ہیں، کھو رہے ہیں۔ اور اگر انہوں نے 19 یعنی 48 میں جب کہ مسئلہ شروع ہوا، اگر وہ سمجھتے کہ پیس سب سے بڑی چیز ہے، پیس قائم کرو سب سے پہلے، پھر اپنے اپنے لحاظ سے کوشش کر کے ہم بقیہ چیزوں کو حاصل کر لیں گے،</w:t>
      </w:r>
    </w:p>
    <w:p>
      <w:r>
        <w:rPr>
          <w:b/>
        </w:rPr>
        <w:t xml:space="preserve">[35:38] </w:t>
      </w:r>
      <w:r>
        <w:t>to aaj falasteen mein aik shandar mustaqbil hota. falasteen aik shandar mulk hota,</w:t>
      </w:r>
    </w:p>
    <w:p>
      <w:pPr>
        <w:jc w:val="right"/>
      </w:pPr>
      <w:r>
        <w:t>تو آج فلسطین میں ایک شاندار مستقبل ہوتا۔ فلسطین ایک شاندار ملک ہوتا،</w:t>
      </w:r>
    </w:p>
    <w:p>
      <w:r>
        <w:rPr>
          <w:b/>
        </w:rPr>
        <w:t xml:space="preserve">[35:45] </w:t>
      </w:r>
      <w:r>
        <w:t>warna bas larai aur khoon kharaba ho raha hai, log mar rahe hain, mila kuch nahi. to yeh bohat zaroori cheez hai ke is baat ko hum samjhein ke deal linking policy zindagi mein bohat ahem cheez hai.</w:t>
      </w:r>
    </w:p>
    <w:p>
      <w:pPr>
        <w:jc w:val="right"/>
      </w:pPr>
      <w:r>
        <w:t>ورنہ بس لڑائی اور خون خرابہ ہو رہا ہے، لوگ مر رہے ہیں، ملا کچھ نہیں۔ تو یہ بہت ضروری چیز ہے کہ اس بات کو ہم سمجھیں کہ ڈیل لیکنگ پالیسی زندگی میں بہت اہم چیز ہے۔</w:t>
      </w:r>
    </w:p>
    <w:p>
      <w:r>
        <w:rPr>
          <w:b/>
        </w:rPr>
        <w:t xml:space="preserve">[36:01] </w:t>
      </w:r>
      <w:r>
        <w:t>deal linking policy aik bohat hi yaani yeh master key hai successful life ke liye, chahe family life ho, social life ho, political life ho, har jagah</w:t>
      </w:r>
    </w:p>
    <w:p>
      <w:pPr>
        <w:jc w:val="right"/>
      </w:pPr>
      <w:r>
        <w:t>ڈیل لیکنگ پالیسی ایک بہت ہی یعنی یہ ماسٹر کی ہے سکسیس فل لائف کے لیے، چاہے فیملی لائف ہو، سوشل لائف ہو، پولیٹیکل لائف ہو، ہر جگہ</w:t>
      </w:r>
    </w:p>
    <w:p>
      <w:r>
        <w:rPr>
          <w:b/>
        </w:rPr>
        <w:t xml:space="preserve">[36:12] </w:t>
      </w:r>
      <w:r>
        <w:t>kuch cheezon ko doosri cheez se dealing karna parta hai. misaal ke ooper dekhiye, pakistan aur india ke darmiyan aap jante hain ke azadi ke baad hi sach hona shuru ho gaya.</w:t>
      </w:r>
    </w:p>
    <w:p>
      <w:pPr>
        <w:jc w:val="right"/>
      </w:pPr>
      <w:r>
        <w:t>کچھ چیزوں کو دوسری چیز سے ڈیلنگ کرنا پڑتا ہے۔ مثال کے اوپر دیکھیے، پاکستان اور انڈیا کے درمیان آپ جانتے ہیں کہ آزادی کے بعد ہی سچ ہونا شروع ہوگیا۔</w:t>
      </w:r>
    </w:p>
    <w:p>
      <w:r>
        <w:rPr>
          <w:b/>
        </w:rPr>
        <w:t xml:space="preserve">[36:26] </w:t>
      </w:r>
      <w:r>
        <w:t>mein is ko bohat shuru se likhta raha hoon ke ke pakistan ko chahiye ke woh dealing kare, yaani jo political problem hai un ke nazdeek, us ko alag kijiye economic problem se.</w:t>
      </w:r>
    </w:p>
    <w:p>
      <w:pPr>
        <w:jc w:val="right"/>
      </w:pPr>
      <w:r>
        <w:t>میں اس کو بہت شروع سے لکھتا رہا ہوں کہ کہ پاکستان کو چاہیے کہ وہ ڈیلنگ کرے، یعنی جو پولیٹیکل پرابلم ہے ان کے نزدیک، اس کو الگ کیجئے اکنامک پرابلم سے۔</w:t>
      </w:r>
    </w:p>
    <w:p>
      <w:r>
        <w:rPr>
          <w:b/>
        </w:rPr>
        <w:t xml:space="preserve">[36:40] </w:t>
      </w:r>
      <w:r>
        <w:t>yaani india aur pakistan darmiyan bohat ziyada mawaqe hain, yaani tourism ke aur trade ke mukhtalif qism ke, yaani eikhtisadi taluqat ke mawaqe hain, jis se dono mulkon ko faida puhanchta hai.</w:t>
      </w:r>
    </w:p>
    <w:p>
      <w:pPr>
        <w:jc w:val="right"/>
      </w:pPr>
      <w:r>
        <w:t>یعنی انڈیا اور پاکستان درمیان بہت زیادہ مواقع ہیں، یعنی ٹورزم کے اور ٹریڈ کے مختلف قسم کے، یعنی اقتصادی تعلقات کے مواقع ہیں، جس سے دونوں ملکوں کو فائدہ پہنچتا ہے۔</w:t>
      </w:r>
    </w:p>
    <w:p>
      <w:r>
        <w:rPr>
          <w:b/>
        </w:rPr>
        <w:t xml:space="preserve">[36:59] </w:t>
      </w:r>
      <w:r>
        <w:t>to mein ne is par bar bar likha aur khat o kitabt bhi wahan ke hukmaranon se ke aap dealing kijiye, political issue ko alag kar dijiye aur aur jo eikhtisadi mufadat hain, us ko alag kar dijiye.</w:t>
      </w:r>
    </w:p>
    <w:p>
      <w:pPr>
        <w:jc w:val="right"/>
      </w:pPr>
      <w:r>
        <w:t>تو میں نے اس پر بار بار لکھا اور خط و کتابت بھی وہاں کے حکمرانوں سے کہ آپ ڈیلنگ کیجئے، پولیٹیکل ایشو کو الگ کر دیجئے اور اور جو اقتصادی مفادات ہیں، اس کو الگ کر دیجئے۔</w:t>
      </w:r>
    </w:p>
    <w:p>
      <w:r>
        <w:rPr>
          <w:b/>
        </w:rPr>
        <w:t xml:space="preserve">[37:16] </w:t>
      </w:r>
      <w:r>
        <w:t>to koi</w:t>
      </w:r>
    </w:p>
    <w:p>
      <w:pPr>
        <w:jc w:val="right"/>
      </w:pPr>
      <w:r>
        <w:t>تو کوئی</w:t>
      </w:r>
    </w:p>
    <w:p>
      <w:r>
        <w:rPr>
          <w:b/>
        </w:rPr>
        <w:t xml:space="preserve">[37:17] </w:t>
      </w:r>
      <w:r>
        <w:t>taiyar nahi hua. ab ab jab bilkul yaani compression aa gaya, bilkul majboori ki shakal par paida ho gayi, tab aap pakistan ne declare kiya hai ke india ko ke most favored state, most favored nation.</w:t>
      </w:r>
    </w:p>
    <w:p>
      <w:pPr>
        <w:jc w:val="right"/>
      </w:pPr>
      <w:r>
        <w:t>تیار نہیں ہوا۔ اب اب جب بالکل یعنی کمپریشن آ گیا، بالکل مجبوری کی شکل پر پیدا ہوگئی، تب آپ پاکستان نے ڈیکلیئر کیا ہے کہ انڈیا کو کہ موسٹ فیورٹ اسٹیٹ، موسٹ فیورٹ نیشن۔</w:t>
      </w:r>
    </w:p>
    <w:p>
      <w:r>
        <w:rPr>
          <w:b/>
        </w:rPr>
        <w:t xml:space="preserve">[37:30] </w:t>
      </w:r>
      <w:r>
        <w:t>ab itne dinon ke baad, jabke billion train dollar nuqsan utha chuke log, aur yeh kaam to aaj se nahi, shuru se karna chahiye tha.</w:t>
      </w:r>
    </w:p>
    <w:p>
      <w:pPr>
        <w:jc w:val="right"/>
      </w:pPr>
      <w:r>
        <w:t>اب اتنے دنوں کے بعد، جبکہ بلین ٹرین ڈالر نقصان اٹھا چکے لوگ، اور یہ کام تو آج سے نہیں، شروع سے کرنا چاہیے تھا۔</w:t>
      </w:r>
    </w:p>
    <w:p>
      <w:r>
        <w:rPr>
          <w:b/>
        </w:rPr>
        <w:t xml:space="preserve">[37:39] </w:t>
      </w:r>
      <w:r>
        <w:t>to deal linking policy yaad rakhiye ka matlab kya hai ke jo possible hai aur jo impossible hai, dono alag kar dijiye. kuch cheezein hoti hain, us ko aap achieve kar sakte hain, kuch aisi hoti hain jo achieve nahi kar sakte aap.</w:t>
      </w:r>
    </w:p>
    <w:p>
      <w:pPr>
        <w:jc w:val="right"/>
      </w:pPr>
      <w:r>
        <w:t>تو ڈیل لینکنگ پالیسی یاد رکھیے کا مطلب کیا ہے کہ جو پاسیبل ہے اور جو ان پاسیبل ہے، دونوں الگ کر دیجئے۔ کچھ چیزیں ہوتی ہیں، اس کو آپ اچیو کر سکتے ہیں، کچھ ایسی ہوتی ہیں جو اچیو نہیں کر سکتے آپ۔</w:t>
      </w:r>
    </w:p>
    <w:p>
      <w:r>
        <w:rPr>
          <w:b/>
        </w:rPr>
        <w:t xml:space="preserve">[37:55] </w:t>
      </w:r>
      <w:r>
        <w:t>to bas is ki dealing ki policy ikhtiyar kijiye ke jo cheez achievable hai, wahan to koshish kijiye, jo achievable nahi hai, us ko waiting list mein daal dijiye.</w:t>
      </w:r>
    </w:p>
    <w:p>
      <w:pPr>
        <w:jc w:val="right"/>
      </w:pPr>
      <w:r>
        <w:t>تو بس اس کی ڈیلنگ کی پالیسی اختیار کیجئے کہ جو چیز اچیویبل ہے، وہاں تو کوشش کیجئے، جو اچیویبل نہیں ہے، اس کو ویٹنگ لسٹ میں ڈال دیجئے۔</w:t>
      </w:r>
    </w:p>
    <w:p>
      <w:r>
        <w:rPr>
          <w:b/>
        </w:rPr>
        <w:t xml:space="preserve">[38:05] </w:t>
      </w:r>
      <w:r>
        <w:t>waiting list mein</w:t>
      </w:r>
    </w:p>
    <w:p>
      <w:pPr>
        <w:jc w:val="right"/>
      </w:pPr>
      <w:r>
        <w:t>ویٹنگ لسٹ میں</w:t>
      </w:r>
    </w:p>
    <w:p>
      <w:r>
        <w:rPr>
          <w:b/>
        </w:rPr>
        <w:t xml:space="preserve">[38:07] </w:t>
      </w:r>
      <w:r>
        <w:t>to family life bhi peace rahe gi, society mein peace rahe gi, aur political system mein peace rahe ga. lekin ab ab har jagah masla hai ke sab log is mein mubtala hain ke dealing ki policy ikhtiyar nahi kar paate.</w:t>
      </w:r>
    </w:p>
    <w:p>
      <w:pPr>
        <w:jc w:val="right"/>
      </w:pPr>
      <w:r>
        <w:t>تو فیملی لائف بھی پیس رہے گی، سوسائٹی میں پیس رہے گی، اور پولیٹیکل سسٹم میں پیس رہے گا۔ لیکن اب اب ہر جگہ مسئلہ ہے کہ سب لوگ اس میں مبتلا ہیں کہ ڈیلنگ کی پالیسی اختیار نہیں کر پاتے۔</w:t>
      </w:r>
    </w:p>
    <w:p>
      <w:r>
        <w:rPr>
          <w:b/>
        </w:rPr>
        <w:t xml:space="preserve">[38:21] </w:t>
      </w:r>
      <w:r>
        <w:t>woh woh chahte hain ke yeh bhi theek ho, woh bhi theek ho, meri marzi ke mutabiq bhi ho. to yeh to possible nahi hota.</w:t>
      </w:r>
    </w:p>
    <w:p>
      <w:pPr>
        <w:jc w:val="right"/>
      </w:pPr>
      <w:r>
        <w:t>وہ وہ چاہتے ہیں کہ یہ بھی ٹھیک ہو، وہ بھی ٹھیک ہو، میری مرضی کے مطابق بھی ہو۔ تو یہ تو پاسیبل نہیں ہوتا۔</w:t>
      </w:r>
    </w:p>
    <w:p>
      <w:r>
        <w:rPr>
          <w:b/>
        </w:rPr>
        <w:t xml:space="preserve">[38:31] </w:t>
      </w:r>
      <w:r>
        <w:t>to yeh democracy ke mamle mein islam mein yahi usool ikhtiyar kiya gaya hai ke aqeeday se us ko dealing kar diya gaya.</w:t>
      </w:r>
    </w:p>
    <w:p>
      <w:pPr>
        <w:jc w:val="right"/>
      </w:pPr>
      <w:r>
        <w:t>تو یہ ڈیموکریسی کے معاملے میں اسلام میں یہی اصول اختیار کیا گیا ہے کہ عقیدے سے اس کو ڈیلنگ کر دیا گیا۔</w:t>
      </w:r>
    </w:p>
    <w:p>
      <w:r>
        <w:rPr>
          <w:b/>
        </w:rPr>
        <w:t xml:space="preserve">[38:44] </w:t>
      </w:r>
      <w:r>
        <w:t>yeh jo is zamane mein jo islamist uthe, unhon ne ghalti ki ke unhon ne dono ko aik kar diya, aqeeday aur parties ko aik kar diya.</w:t>
      </w:r>
    </w:p>
    <w:p>
      <w:pPr>
        <w:jc w:val="right"/>
      </w:pPr>
      <w:r>
        <w:t>یہ جو اس زمانے میں جو اسلامسٹ اٹھے، انہوں نے غلطی کی کہ انہوں نے دونوں کو ایک کر دیا، عقیدہ اور پارٹیز کو ایک کر دیا۔</w:t>
      </w:r>
    </w:p>
    <w:p>
      <w:r>
        <w:rPr>
          <w:b/>
        </w:rPr>
        <w:t xml:space="preserve">[38:52] </w:t>
      </w:r>
      <w:r>
        <w:t>unhon ne</w:t>
      </w:r>
    </w:p>
    <w:p>
      <w:pPr>
        <w:jc w:val="right"/>
      </w:pPr>
      <w:r>
        <w:t>انہوں نے</w:t>
      </w:r>
    </w:p>
    <w:p>
      <w:r>
        <w:rPr>
          <w:b/>
        </w:rPr>
        <w:t xml:space="preserve">[38:53] </w:t>
      </w:r>
      <w:r>
        <w:t>yaani jis tarah aqeedah jo hai, us mein hamein ideal banna hai, us tarah system mein bhi ideal banana hai, us ko bhi banana hai. dono ko aik kar diya unhon ne.</w:t>
      </w:r>
    </w:p>
    <w:p>
      <w:pPr>
        <w:jc w:val="right"/>
      </w:pPr>
      <w:r>
        <w:t>یعنی جس طرح عقیدہ جو ہے، اس میں ہمیں آئیڈیل بننا ہے، اس طرح سسٹم میں بھی آئیڈیل بنانا ہے، اس کو بھی بنانا ہے۔ دونوں کو ایک کر دیا انہوں نے۔</w:t>
      </w:r>
    </w:p>
    <w:p>
      <w:r>
        <w:rPr>
          <w:b/>
        </w:rPr>
        <w:t xml:space="preserve">[39:03] </w:t>
      </w:r>
      <w:r>
        <w:t>to jab aap kehte hain mukammal nizam to aap to aap us ko dono ko aik kar dete hain, aqeedah aur aur political system ko aik kar dete hain.</w:t>
      </w:r>
    </w:p>
    <w:p>
      <w:pPr>
        <w:jc w:val="right"/>
      </w:pPr>
      <w:r>
        <w:t>تو جب آپ کہتے ہیں مکمل نظام تو آپ تو آپ اس کو دونوں کو ایک کر دیتے ہیں، عقیدہ اور اور پولیٹیکل سسٹم کو ایک کر دیتے ہیں۔</w:t>
      </w:r>
    </w:p>
    <w:p>
      <w:r>
        <w:rPr>
          <w:b/>
        </w:rPr>
        <w:t xml:space="preserve">[39:13] </w:t>
      </w:r>
      <w:r>
        <w:t>to aik to achievable hai, aik achievable hi nahi hai. to jab aap dono ko aik kar dein to</w:t>
      </w:r>
    </w:p>
    <w:p>
      <w:pPr>
        <w:jc w:val="right"/>
      </w:pPr>
      <w:r>
        <w:t>تو ایک تو اچیویبل ہے، ایک اچیویبل ہی نہیں ہے۔ تو جب آپ دونوں کو ایک کر دیں تو</w:t>
      </w:r>
    </w:p>
    <w:p>
      <w:r>
        <w:rPr>
          <w:b/>
        </w:rPr>
        <w:t xml:space="preserve">[39:20] </w:t>
      </w:r>
      <w:r>
        <w:t>kya hoga? yeh hoga jo ho raha hai, larai, bloodshed, khoon kharaba. aur jab aap ko dekhein ke mein kuch paane se kaha to kya karein ge?</w:t>
      </w:r>
    </w:p>
    <w:p>
      <w:pPr>
        <w:jc w:val="right"/>
      </w:pPr>
      <w:r>
        <w:t>کیا ہوگا؟ یہ ہوگا جو ہو رہا ہے، لڑائی، بلڈ شیڈ، خون خرابہ۔ اور جب آپ کو دیکھیں کہ میں کچھ پانے سے کہا تو کیا کریں گے؟</w:t>
      </w:r>
    </w:p>
    <w:p>
      <w:r>
        <w:rPr>
          <w:b/>
        </w:rPr>
        <w:t xml:space="preserve">[39:30] </w:t>
      </w:r>
      <w:r>
        <w:t>suicide bombing karein ge. ab wohi ho raha hai. suicide bombing kya hai? frustration ka aakhri had hai. yeh log, in logon ka, in logon ke sath kya hua?</w:t>
      </w:r>
    </w:p>
    <w:p>
      <w:pPr>
        <w:jc w:val="right"/>
      </w:pPr>
      <w:r>
        <w:t>سوسائیڈ بمبنگ کریں گے۔ اب وہی ہو رہا ہے۔ سوسائیڈ بمبنگ کیا ہے؟ فرسٹریشن کا آخری حد ہے۔ یہ لوگ، ان لوگوں کا، ان لوگوں کے ساتھ کیا ہوا؟</w:t>
      </w:r>
    </w:p>
    <w:p>
      <w:r>
        <w:rPr>
          <w:b/>
        </w:rPr>
        <w:t xml:space="preserve">[39:43] </w:t>
      </w:r>
      <w:r>
        <w:t>pehlay unhon ne peaceful tareeqay se yaani apne siyasi khayalat phailaye,</w:t>
      </w:r>
    </w:p>
    <w:p>
      <w:pPr>
        <w:jc w:val="right"/>
      </w:pPr>
      <w:r>
        <w:t>پہلے انہوں نے پیس فل طریقے سے یعنی اپنے سیاسی خیالات پھیلائے،</w:t>
      </w:r>
    </w:p>
    <w:p>
      <w:r>
        <w:rPr>
          <w:b/>
        </w:rPr>
        <w:t xml:space="preserve">[39:49] </w:t>
      </w:r>
      <w:r>
        <w:t>phir is ke baad woh election mein hissa liya, is se kamyab nahi hue. phir takrao kiya, woh bhi kamyab nahi hue. jangain lari, tab bhi kamyab nahi hue.</w:t>
      </w:r>
    </w:p>
    <w:p>
      <w:pPr>
        <w:jc w:val="right"/>
      </w:pPr>
      <w:r>
        <w:t>پھر اس کے بعد وہ الیکشن میں حصہ لیا، اس سے کامیاب نہیں ہوئے۔ پھر ٹکراؤ کیا، وہ بھی کامیاب نہیں ہوئے۔ جنگیں لڑیں، تب بھی کامیاب نہیں ہوئے۔</w:t>
      </w:r>
    </w:p>
    <w:p>
      <w:r>
        <w:rPr>
          <w:b/>
        </w:rPr>
        <w:t xml:space="preserve">[39:58] </w:t>
      </w:r>
      <w:r>
        <w:t>ab kya karte hain? suicide bombing kar rahe hain. har jagah suicide bombing ho rahi hai. to suicide bombing kya hai? woh is liye ke woh log apne maeeshat ko is shakal mein zahir kar rahe hain ke doosron ko nahi maar sakte, aap to khud hi mar jao.</w:t>
      </w:r>
    </w:p>
    <w:p>
      <w:pPr>
        <w:jc w:val="right"/>
      </w:pPr>
      <w:r>
        <w:t>اب کیا کرتے ہیں؟ سوسائیڈ بمبنگ کر رہے ہیں۔ ہر جگہ سوسائیڈ بمبنگ ہو رہی ہے۔ تو سوسائیڈ بمبنگ کیا ہے؟ وہ اس لیے کہ وہ لوگ اپنے معیشت کو اس شکل میں ظاہر کر رہے ہیں کہ دوسروں کو نہیں مار سکتے، آپ تو خود ہی مر جاؤ۔</w:t>
      </w:r>
    </w:p>
    <w:p>
      <w:r>
        <w:rPr>
          <w:b/>
        </w:rPr>
        <w:t xml:space="preserve">[40:15] </w:t>
      </w:r>
      <w:r>
        <w:t>yeh sara mamla isi liye hai ke deal linking policy ikhtiyar nahi kar sake. is zamane ke hamare jo rehnuma the, to yeh bohat hi zyada hikmat ki baat hai ke hum yeh janiye ke religion aur politics ko,</w:t>
      </w:r>
    </w:p>
    <w:p>
      <w:pPr>
        <w:jc w:val="right"/>
      </w:pPr>
      <w:r>
        <w:t>یہ سارا معاملہ اسی لیے ہے کہ ڈیل لینکنگ پالیسی اختیار نہیں کر سکے۔ اس زمانے کے ہمارے جو رہنما تھے، تو یہ بہت ہی زیادہ حکمت کی بات ہے کہ ہم یہ جانیں کہ ریلیجن اور پولیٹکس کو،</w:t>
      </w:r>
    </w:p>
    <w:p>
      <w:r>
        <w:rPr>
          <w:b/>
        </w:rPr>
        <w:t xml:space="preserve">[40:33] </w:t>
      </w:r>
      <w:r>
        <w:t>ko yani ek ek batana is bohat tabah kun hota hai nateejay ke aitbar se. to is ko hamein dealing karna chahiye.</w:t>
      </w:r>
    </w:p>
    <w:p>
      <w:pPr>
        <w:jc w:val="right"/>
      </w:pPr>
      <w:r>
        <w:t>کو یعنی ایک ایک بتانا اس بہت تباہ کن ہوتا ہے نتیجے کے اعتبار سے۔ تو اس کو ہمیں ڈیلنگ کرنا چاہیے۔</w:t>
      </w:r>
    </w:p>
    <w:p>
      <w:r>
        <w:rPr>
          <w:b/>
        </w:rPr>
        <w:t xml:space="preserve">[40:45] </w:t>
      </w:r>
      <w:r>
        <w:t>isi ka isi dealing ki policy ka naam hai democracy, aur democracy koi ghair Islami nahi hai. yani hamare jo jo rehnuma hain, so called Islamists, unhone declare kar diya ke democracy jo hai, ladeeniyat hai, woh Islam ke khilaf hai.</w:t>
      </w:r>
    </w:p>
    <w:p>
      <w:pPr>
        <w:jc w:val="right"/>
      </w:pPr>
      <w:r>
        <w:t>اسی کا اسی ڈیلنگ کی پالیسی کا نام ہے ڈیموکریسی، اور ڈیموکریسی کوئی غیر اسلامی نہیں ہے۔ یعنی ہمارے جو جو رہنما ہیں، سو کالڈ اسلامسٹ، انہوں نے ڈیکلیئر کر دیا کہ ڈیموکریسی جو ہے، لادینیت ہے، وہ اسلام کے خلاف ہے۔</w:t>
      </w:r>
    </w:p>
    <w:p>
      <w:r>
        <w:rPr>
          <w:b/>
        </w:rPr>
        <w:t xml:space="preserve">[41:04] </w:t>
      </w:r>
      <w:r>
        <w:t>halanke bilkul galat baat hai.</w:t>
      </w:r>
    </w:p>
    <w:p>
      <w:pPr>
        <w:jc w:val="right"/>
      </w:pPr>
      <w:r>
        <w:t>حالانکہ بالکل غلط بات ہے۔</w:t>
      </w:r>
    </w:p>
    <w:p>
      <w:r>
        <w:rPr>
          <w:b/>
        </w:rPr>
        <w:t xml:space="preserve">[41:06] </w:t>
      </w:r>
      <w:r>
        <w:t>yeh ain Islami nazriya hai democracy ka. yeh lafz jo aaj diya gaya hai democracy ka, is se pehle Quran mein isi ko shura kaha gaya tha.</w:t>
      </w:r>
    </w:p>
    <w:p>
      <w:pPr>
        <w:jc w:val="right"/>
      </w:pPr>
      <w:r>
        <w:t>یہ عین اسلامی نظریہ ہے ڈیموکریسی کا۔ یہ لفظ جو آج دیا گیا ہے ڈیموکریسی کا، اس سے پہلے قرآن میں اسی کو شوریٰ کہا گیا تھا۔</w:t>
      </w:r>
    </w:p>
    <w:p>
      <w:r>
        <w:rPr>
          <w:b/>
        </w:rPr>
        <w:t xml:space="preserve">[41:18] </w:t>
      </w:r>
      <w:r>
        <w:t>shura, aur shura ka matlab hi yahi hai ke jahan tak aqeeda ke mamlaat hain, jo ibadat ka mamla hai, is mein tum wohi karo jo tum ko bataya gaya hai.</w:t>
      </w:r>
    </w:p>
    <w:p>
      <w:pPr>
        <w:jc w:val="right"/>
      </w:pPr>
      <w:r>
        <w:t>شوریٰ، اور شوریٰ کا مطلب ہی یہی ہے کہ جہاں تک اعتقادی معاملات ہیں، جو عبادت کا معاملہ ہے، اس میں تم وہی کرو جو تم کو بتایا گیا ہے۔</w:t>
      </w:r>
    </w:p>
    <w:p>
      <w:r>
        <w:rPr>
          <w:b/>
        </w:rPr>
        <w:t xml:space="preserve">[41:31] </w:t>
      </w:r>
      <w:r>
        <w:t>yani is mein idealist bano, lekin jo jo political mamlaat hain, is mein mashwara hoga, aur jo logon ki rai jis ke haq mein hogi, woh woh ikhtiyar kar lo.</w:t>
      </w:r>
    </w:p>
    <w:p>
      <w:pPr>
        <w:jc w:val="right"/>
      </w:pPr>
      <w:r>
        <w:t>یعنی اس میں آئیڈیلسٹ بنو، لیکن جو جو پولیٹیکل معاملات ہیں، اس میں مشورہ ہوگا، اور جو لوگوں کی رائے جس کے حق میں ہوگی، وہ وہ اختیار کر لو۔</w:t>
      </w:r>
    </w:p>
    <w:p>
      <w:r>
        <w:rPr>
          <w:b/>
        </w:rPr>
        <w:t xml:space="preserve">[41:43] </w:t>
      </w:r>
      <w:r>
        <w:t>bas agar tumhare nazdeek jo yani jo jo setup hai, ijtimai setup, is se tumhein ittefaq nahi hai, to tum ko haq hai ke tum tablegh karo peaceful tareeqe se.</w:t>
      </w:r>
    </w:p>
    <w:p>
      <w:pPr>
        <w:jc w:val="right"/>
      </w:pPr>
      <w:r>
        <w:t>بس اگر تمہارے نزدیک جو یعنی جو جو سیٹ اپ ہے، اجتماعی سیٹ اپ، اس سے تمہیں اتفاق نہیں ہے، تو تم کو حق ہے کہ تم تبلیغ کرو پیس فل طریقے سے۔</w:t>
      </w:r>
    </w:p>
    <w:p>
      <w:r>
        <w:rPr>
          <w:b/>
        </w:rPr>
        <w:t xml:space="preserve">[41:57] </w:t>
      </w:r>
      <w:r>
        <w:t>agle agle election ka intezar karo.</w:t>
      </w:r>
    </w:p>
    <w:p>
      <w:pPr>
        <w:jc w:val="right"/>
      </w:pPr>
      <w:r>
        <w:t>اگلے اگلے الیکشن کا انتظار کرو۔</w:t>
      </w:r>
    </w:p>
    <w:p>
      <w:r>
        <w:rPr>
          <w:b/>
        </w:rPr>
        <w:t xml:space="preserve">[42:00] </w:t>
      </w:r>
      <w:r>
        <w:t>jab agla election aayega, us waqt phir koshish karna. yeh hai deal linking policy. to yeh bohat hi zyada zaroori hai ke hum yeh janiye is baat ko, aur isi par yeh duniya mein Musalman jo jo militancy chal chal rahi hai, Musalmanon ke darmiyan, yeh sab isi waqt khatam ho sakti hai.</w:t>
      </w:r>
    </w:p>
    <w:p>
      <w:pPr>
        <w:jc w:val="right"/>
      </w:pPr>
      <w:r>
        <w:t>جب اگلا الیکشن آئے گا، اس وقت پھر کوشش کرنا۔ یہ ہے ڈیل لینکنگ پالیسی۔ تو یہ بہت ہی زیادہ ضروری ہے کہ ہم یہ جانیں اس بات کو، اور اسی پر یہ دنیا میں مسلمانوں جو جو ملٹینسی چل چل رہی ہے، مسلمانوں کے درمیان، یہ سب اسی وقت ختم ہو سکتی ہے۔</w:t>
      </w:r>
    </w:p>
    <w:p>
      <w:r>
        <w:rPr>
          <w:b/>
        </w:rPr>
        <w:t xml:space="preserve">[42:21] </w:t>
      </w:r>
      <w:r>
        <w:t>militancy ko khatam karne ka yahi ek hi formula hai, yani deal linking policy.</w:t>
      </w:r>
    </w:p>
    <w:p>
      <w:pPr>
        <w:jc w:val="right"/>
      </w:pPr>
      <w:r>
        <w:t>ملٹینسی کو ختم کرنے کا یہی ایک ہی فارمولا ہے، یعنی ڈیل لینکنگ پالیسی۔</w:t>
      </w:r>
    </w:p>
    <w:p>
      <w:r>
        <w:rPr>
          <w:b/>
        </w:rPr>
        <w:t xml:space="preserve">[42:28] </w:t>
      </w:r>
      <w:r>
        <w:t>is zamane mein dekhiye, Islam ki image kya ban gayi hai? is ka Islam tashaddud ka mazhab hai. aap jahan bhi jaiye, har jagah jo parhe likhe log hain is zamane ke, woh yeh samajh samajhte hain ke Islam jo hai, tashaddud ka mazhab hai, violence ka mazhab hai.</w:t>
      </w:r>
    </w:p>
    <w:p>
      <w:pPr>
        <w:jc w:val="right"/>
      </w:pPr>
      <w:r>
        <w:t>اس زمانے میں دیکھیے، اسلام کی امیج کیا بن گئی ہے؟ اس کا اسلام تشدد کا مذہب ہے۔ آپ جہاں بھی جائیے، ہر جگہ جو پڑھے لکھے لوگ ہیں اس زمانے کے، وہ یہ سمجھ سمجھتے ہیں کہ اسلام جو ہے، تشدد کا مذہب ہے، وائیلنس کا مذہب ہے۔</w:t>
      </w:r>
    </w:p>
    <w:p>
      <w:r>
        <w:rPr>
          <w:b/>
        </w:rPr>
        <w:t xml:space="preserve">[42:47] </w:t>
      </w:r>
      <w:r>
        <w:t>Islam violence ko preach karta hai. yeh kyun?</w:t>
      </w:r>
    </w:p>
    <w:p>
      <w:pPr>
        <w:jc w:val="right"/>
      </w:pPr>
      <w:r>
        <w:t>اسلام وائیلنس کو پریچ کرتا ہے۔ یہ کیوں؟</w:t>
      </w:r>
    </w:p>
    <w:p>
      <w:r>
        <w:rPr>
          <w:b/>
        </w:rPr>
        <w:t xml:space="preserve">[42:52] </w:t>
      </w:r>
      <w:r>
        <w:t>woh isi is ka is ka wajah sabab yahi hai ke kuch logon ne Islam ko political interpretation diya, aur is se yeh nikla ke Islam ek mukammal nizam hai, is ko hamein nafiz karna hai.</w:t>
      </w:r>
    </w:p>
    <w:p>
      <w:pPr>
        <w:jc w:val="right"/>
      </w:pPr>
      <w:r>
        <w:t>وہ اسی اس کا اس کا وجہ سبب یہی ہے کہ کچھ لوگوں نے اسلام کو پولیٹیکل انٹرپریٹیشن دیا، اور اس سے یہ نکلا کہ اسلام ایک مکمل نظام ہے، اس کو ہمیں نافذ کرنا ہے۔</w:t>
      </w:r>
    </w:p>
    <w:p>
      <w:r>
        <w:rPr>
          <w:b/>
        </w:rPr>
        <w:t xml:space="preserve">[43:03] </w:t>
      </w:r>
      <w:r>
        <w:t>yeh nafiz karna hai to zahir hai ke ladna padega. jo taqatein already hukumat مقابض hain, is tarah ke is is nizam mein apne aap hi ladna badhna aa gaya.</w:t>
      </w:r>
    </w:p>
    <w:p>
      <w:pPr>
        <w:jc w:val="right"/>
      </w:pPr>
      <w:r>
        <w:t>یہ نافذ کرنا ہے تو ظاہر ہے کہ لڑنا پڑے گا۔ جو طاقتیں الریڈی حکومت مقابض ہیں، اس طرح کے اس نے اس اس نظام میں اپنے آپ ہی لڑنا بڑھنا آ گیا۔</w:t>
      </w:r>
    </w:p>
    <w:p>
      <w:r>
        <w:rPr>
          <w:b/>
        </w:rPr>
        <w:t xml:space="preserve">[43:18] </w:t>
      </w:r>
      <w:r>
        <w:t>ab log apni samajh se samajhte hain ke woh Islam par amal kar rahe hain, halanke Islam par nahi, apni galat interpretation par amal kar rahe hain. woh ab jo duniya mein militancy hai, woh jihad nahi hai.</w:t>
      </w:r>
    </w:p>
    <w:p>
      <w:pPr>
        <w:jc w:val="right"/>
      </w:pPr>
      <w:r>
        <w:t>اب لوگ اپنی سمجھ سے سمجھتے ہیں کہ وہ اسلام پر عمل کر رہے ہیں، حالانکہ اسلام پر نہیں، اپنی غلط انٹرپریشن پر عمل کر رہے ہیں۔ وہ اب جو دنیا میں ملٹینسی ہے، وہ جہاد نہیں ہے۔</w:t>
      </w:r>
    </w:p>
    <w:p>
      <w:r>
        <w:rPr>
          <w:b/>
        </w:rPr>
        <w:t xml:space="preserve">[43:28] </w:t>
      </w:r>
      <w:r>
        <w:t>woh harghiz jihad nahi hai. yani Muslim militancy jo duniya mein aap dekhte hain, woh jihad nahi hai. woh khud apne galat interpretation ki wajah se paida hone wali soorat e haal hai.</w:t>
      </w:r>
    </w:p>
    <w:p>
      <w:pPr>
        <w:jc w:val="right"/>
      </w:pPr>
      <w:r>
        <w:t>وہ ہرگز جہاد نہیں ہے۔ یعنی مسلم ملٹینسی جو دنیا میں آپ دیکھتے ہیں، وہ جہاد نہیں ہے۔ وہ خود اپنے غلط انٹرپریشن کی وجہ سے پیدا ہونے والی صورتحال ہے۔</w:t>
      </w:r>
    </w:p>
    <w:p>
      <w:r>
        <w:rPr>
          <w:b/>
        </w:rPr>
        <w:t xml:space="preserve">[43:47] </w:t>
      </w:r>
      <w:r>
        <w:t>to Islam ka political interpretation jo kiya gaya is zamane mein, is ki wajah se yeh sab tabahi aayi hai.</w:t>
      </w:r>
    </w:p>
    <w:p>
      <w:pPr>
        <w:jc w:val="right"/>
      </w:pPr>
      <w:r>
        <w:t>تو اسلام کا پولیٹیکل انٹرپریشن جو کیا گیا اس زمانے میں، اس کی وجہ سے یہ سب تباہی آئی ہے۔</w:t>
      </w:r>
    </w:p>
    <w:p>
      <w:r>
        <w:rPr>
          <w:b/>
        </w:rPr>
        <w:t xml:space="preserve">[43:57] </w:t>
      </w:r>
      <w:r>
        <w:t>aur main samajhta hoon ke yeh ek bohat bara, yani is zamane mein jo jo naye naye imkanat the, naye naye imkanat, is ko Musalman avail nahi kar sake, na unhein dawati imkanat.</w:t>
      </w:r>
    </w:p>
    <w:p>
      <w:pPr>
        <w:jc w:val="right"/>
      </w:pPr>
      <w:r>
        <w:t>اور میں سمجھتا ہوں کہ یہ ایک بہت بڑا، یعنی اس زمانے میں جو جو نئے نئے امکانات تھے، نئے نئے امکانات، اس کو مسلمان اویل نہیں کر سکے، نہ انہیں دعوتی امکانات۔</w:t>
      </w:r>
    </w:p>
    <w:p>
      <w:r>
        <w:rPr>
          <w:b/>
        </w:rPr>
        <w:t xml:space="preserve">[44:14] </w:t>
      </w:r>
      <w:r>
        <w:t>agar yani yeh aap ka nazriya ho ke Islam ka asal nishana to dawah hai, yani Islam ke message ko logon tak pahunchana, to sare mawaqe aap ke liye khule hue hain.</w:t>
      </w:r>
    </w:p>
    <w:p>
      <w:pPr>
        <w:jc w:val="right"/>
      </w:pPr>
      <w:r>
        <w:t>اگر یعنی یہ آپ کا نظریہ ہو کہ اسلام کا اصل نشانہ تو دعوت ہے، یعنی اسلام کے مسج کو لوگوں تک پہنچانا، تو سارے مواقع آپ کے لیے کھلے ہوئے ہیں۔</w:t>
      </w:r>
    </w:p>
    <w:p>
      <w:r>
        <w:rPr>
          <w:b/>
        </w:rPr>
        <w:t xml:space="preserve">[44:29] </w:t>
      </w:r>
      <w:r>
        <w:t>print media, electronic media, sare mawaqe aap ke liye khule hue hain. communication ke jitne zariye hain, woh sab aap istemal kar sakte hain.</w:t>
      </w:r>
    </w:p>
    <w:p>
      <w:pPr>
        <w:jc w:val="right"/>
      </w:pPr>
      <w:r>
        <w:t>پرنٹ میڈیا، الیکٹرانک میڈیا، سارے مواقع آپ کے لیے کھلے ہوئے ہیں۔ کمیونیکیشن کے جتنے ذرائع ہیں، وہ سب آپ استعمال کر سکتے ہیں۔</w:t>
      </w:r>
    </w:p>
    <w:p>
      <w:r>
        <w:rPr>
          <w:b/>
        </w:rPr>
        <w:t xml:space="preserve">[44:40] </w:t>
      </w:r>
      <w:r>
        <w:t>apni dawah, agar aap ke samne sirf dawah hai, peaceful dawah, lekin jaise hi aap yeh yeh nazriya banate hain ke mujhe nizam qaim karna hai, to lagta hai ke mujhe to sirf takrao karna padega, kyunke jo regime hai, us ko hataye baghair kuch kaam aage بڑhega nahi.</w:t>
      </w:r>
    </w:p>
    <w:p>
      <w:pPr>
        <w:jc w:val="right"/>
      </w:pPr>
      <w:r>
        <w:t>اپنی دعوت، اگر آپ کے سامنے صرف دعوت ہے، پیس فل دعوت، لیکن جیسے ہی آپ یہ یہ نظریہ بناتے ہیں کہ مجھے نظام قائم کرنا ہے، تو لگتا ہے کہ مجھے تو صرف ٹکراؤ کرنا پڑے گا، کیونکہ جو ریجیم ہے، اس کو ہٹائے بغیر کوئی کچھ کام آگے بڑھے گا نہیں۔</w:t>
      </w:r>
    </w:p>
    <w:p>
      <w:r>
        <w:rPr>
          <w:b/>
        </w:rPr>
        <w:t xml:space="preserve">[44:59] </w:t>
      </w:r>
      <w:r>
        <w:t>to is ka matlab yeh hai ke jo itna itna bara zamana aaya tha ke sare mawaqe khul gaye the Islam ke liye, us ko aap istemal nahi kar sake.</w:t>
      </w:r>
    </w:p>
    <w:p>
      <w:pPr>
        <w:jc w:val="right"/>
      </w:pPr>
      <w:r>
        <w:t>تو اس کا معنی یہ ہے کہ جو اتنا اتنا بڑا زمانہ آیا تھا کہ سارے مواقع کھل گئے تھے اسلام کے لیے، اس کو آپ استعمال نہیں کر سکے۔</w:t>
      </w:r>
    </w:p>
    <w:p>
      <w:r>
        <w:rPr>
          <w:b/>
        </w:rPr>
        <w:t xml:space="preserve">[45:09] </w:t>
      </w:r>
      <w:r>
        <w:t>in available pade hue hain woh woh awqaa. kehte hain ajeeb baat hai, in available pade hue hain. dekhen, ek hadith hai ke</w:t>
      </w:r>
    </w:p>
    <w:p>
      <w:pPr>
        <w:jc w:val="right"/>
      </w:pPr>
      <w:r>
        <w:t>ان اویلڈ پڑے ہوئے ہیں وہ وہ مواقع۔ کہتے ہیں عجیب بات ہے، ان اویلڈ پڑے ہوئے ہیں۔ دیکھیں، ایک حدیث ہے کہ</w:t>
      </w:r>
    </w:p>
    <w:p>
      <w:r>
        <w:rPr>
          <w:b/>
        </w:rPr>
        <w:t xml:space="preserve">[45:23] </w:t>
      </w:r>
      <w:r>
        <w:t>"la yubqa ala zahr laiz bait madar wa la wabar al-athar la kalimat al-islam"</w:t>
      </w:r>
    </w:p>
    <w:p>
      <w:pPr>
        <w:jc w:val="right"/>
      </w:pPr>
      <w:r>
        <w:t>"لا یبقى علی ظہر لرز بیت مدرن ولا وبر الاثر لا کلمۃ الاسلام"</w:t>
      </w:r>
    </w:p>
    <w:p>
      <w:r>
        <w:rPr>
          <w:b/>
        </w:rPr>
        <w:t xml:space="preserve">[45:34] </w:t>
      </w:r>
      <w:r>
        <w:t>yani zameen par jitne ghar hain, chote bade, har ghar mein islam ka kalma dakhil ho jayega, Allah dakhil kar dega.</w:t>
      </w:r>
    </w:p>
    <w:p>
      <w:pPr>
        <w:jc w:val="right"/>
      </w:pPr>
      <w:r>
        <w:t>یعنی زمین پر جتنے گھر ہیں، چھوٹے بڑے، ہر گھر میں اسلام کا کلمہ داخل ہو جائے گا، اللہ داخل کر دے گا۔</w:t>
      </w:r>
    </w:p>
    <w:p>
      <w:r>
        <w:rPr>
          <w:b/>
        </w:rPr>
        <w:t xml:space="preserve">[45:44] </w:t>
      </w:r>
      <w:r>
        <w:t>is ka matlab kya hai? yani ek daur aisa ayega. is hadith ka matlab kya hai? ek daur aisa ayega jab ke yeh mumkin ho jayega ke ghar ghar islam ka kalma dakhil kiya ja sake.</w:t>
      </w:r>
    </w:p>
    <w:p>
      <w:pPr>
        <w:jc w:val="right"/>
      </w:pPr>
      <w:r>
        <w:t>اس کا مطلب کیا ہے؟ یعنی ایک دور ایسا آئے گا۔ اس حدیث کا مطلب کیا ہے؟ ایک دور ایسا آئے گا جب کہ یہ ممکن ہو جائے گا کہ گھر گھر اسلام کا کلمہ داخل کیا سکے۔</w:t>
      </w:r>
    </w:p>
    <w:p>
      <w:r>
        <w:rPr>
          <w:b/>
        </w:rPr>
        <w:t xml:space="preserve">[45:59] </w:t>
      </w:r>
      <w:r>
        <w:t>yeh is hadith mein darasal ek ek prediction tha, ek peshangoi thi, kyunke saatvi sadi isvi mein jab islam aya, us waqt to insan ko pata hi nahi tha ke geography jo kitni badi duniya hai, yeh kitne mulk the, us waqt bilkul unknown the, jaise australia unknown tha, america unknown tha.</w:t>
      </w:r>
    </w:p>
    <w:p>
      <w:pPr>
        <w:jc w:val="right"/>
      </w:pPr>
      <w:r>
        <w:t>یہ اس حدیث میں دراصل ایک ایک پریڈکشن تھا، ایک پیشنگوئی تھی، کیونکہ ساتویں صدی عیسوی میں جب اسلام آیا، اس وقت تو انسان کو پتہ ہی نہیں تھا کہ جغرافیہ جو کتنی بڑی دنیا ہے، یہ کتنے ملک تھے، اس وقت بالکل ان نون تھے، جیسے آسٹریلیا ان نون تھا، امریکہ ان نون تھا۔</w:t>
      </w:r>
    </w:p>
    <w:p>
      <w:r>
        <w:rPr>
          <w:b/>
        </w:rPr>
        <w:t xml:space="preserve">[46:19] </w:t>
      </w:r>
      <w:r>
        <w:t>phir samandari safar kar ke doosre mulkon mein pahunchna yeh bhi namumkin tha. hawa jahaz nahi the, communication nahi tha,</w:t>
      </w:r>
    </w:p>
    <w:p>
      <w:pPr>
        <w:jc w:val="right"/>
      </w:pPr>
      <w:r>
        <w:t>پھر سمندری سفر کر کے دوسرے ملکوں میں پہنچنا یہ بھی ناممکن تھا۔ ہوا جہاز نہیں تھے، کمیونیکیشن نہیں تھا،</w:t>
      </w:r>
    </w:p>
    <w:p>
      <w:r>
        <w:rPr>
          <w:b/>
        </w:rPr>
        <w:t xml:space="preserve">[46:27] </w:t>
      </w:r>
      <w:r>
        <w:t>to yeh mumkin hi nahi tha ke sari duniya ke tamam gharon mein islam ka kalma dakhil ho jaye. impossible tha. to is hadith mein bataya gaya ke yeh daur hamesha nahi rahega, jo ab hai,</w:t>
      </w:r>
    </w:p>
    <w:p>
      <w:pPr>
        <w:jc w:val="right"/>
      </w:pPr>
      <w:r>
        <w:t>تو یہ ممکن ہی نہیں تھا کہ ساری دنیا کے تمام گھروں میں اسلام کا کلمہ داخل ہو جائے۔ امپاسیبل تھا۔ تو اس حدیث میں بتایا گیا کہ یہ دور ہمیشہ نہیں رہے گا، جو اب ہے،</w:t>
      </w:r>
    </w:p>
    <w:p>
      <w:r>
        <w:rPr>
          <w:b/>
        </w:rPr>
        <w:t xml:space="preserve">[46:40] </w:t>
      </w:r>
      <w:r>
        <w:t>badlega halaat. yani seventh century mein jo zamana hai ke ke woh badlega,</w:t>
      </w:r>
    </w:p>
    <w:p>
      <w:pPr>
        <w:jc w:val="right"/>
      </w:pPr>
      <w:r>
        <w:t>بدلے گا حالات۔ یعنی سیونتھ سینچری میں جو زمانہ ہے کہ کہ وہ بدلے گا،</w:t>
      </w:r>
    </w:p>
    <w:p>
      <w:r>
        <w:rPr>
          <w:b/>
        </w:rPr>
        <w:t xml:space="preserve">[46:48] </w:t>
      </w:r>
      <w:r>
        <w:t>badalte badalte ek naya zamana ayega, age of communication, aur us waqt yeh mumkin ho jayega ke ghar ghar islam ki baat pahunchai ja sake.</w:t>
      </w:r>
    </w:p>
    <w:p>
      <w:pPr>
        <w:jc w:val="right"/>
      </w:pPr>
      <w:r>
        <w:t>بدلتے بدلتے ایک نیا زمانہ آئے گا، ایج آف کمیونیکیشن، اور اس وقت یہ ممکن ہو جائے گا کہ گھر گھر اسلام کی بات پہنچائی جا سکے۔</w:t>
      </w:r>
    </w:p>
    <w:p>
      <w:r>
        <w:rPr>
          <w:b/>
        </w:rPr>
        <w:t xml:space="preserve">[46:59] </w:t>
      </w:r>
      <w:r>
        <w:t>to yahi to woh zamana hai, yahi to woh zamana hai, lekin hum is ko available nahi kar pa rahe hain, kyunke hum ladne mein mashgool hain.</w:t>
      </w:r>
    </w:p>
    <w:p>
      <w:pPr>
        <w:jc w:val="right"/>
      </w:pPr>
      <w:r>
        <w:t>تو یہی تو وہ زمانہ ہے، یہی تو وہ زمانہ ہے، لیکن ہم اس کو اویل نہیں کر پا رہے ہیں، کیونکہ ہم لڑنے میں مشغول ہیں۔</w:t>
      </w:r>
    </w:p>
    <w:p>
      <w:r>
        <w:rPr>
          <w:b/>
        </w:rPr>
        <w:t xml:space="preserve">[47:11] </w:t>
      </w:r>
      <w:r>
        <w:t>sari duniya ke musalmanon par jo sawar hai, woh jihad ke naam par ladai, jihad ke naam par ladai, aur is ka natija kya hai?</w:t>
      </w:r>
    </w:p>
    <w:p>
      <w:pPr>
        <w:jc w:val="right"/>
      </w:pPr>
      <w:r>
        <w:t>ساری دنیا کے مسلمانوں پر جو سوار ہے، وہ جہاد کے نام پر لڑائی، جہاد کے نام پر لڑائی، اور اس کا نتیجہ کیا ہے؟</w:t>
      </w:r>
    </w:p>
    <w:p>
      <w:r>
        <w:rPr>
          <w:b/>
        </w:rPr>
        <w:t xml:space="preserve">[47:19] </w:t>
      </w:r>
      <w:r>
        <w:t>ke dawat ke awqaa jo hain, woh in available pade hue hain. kaisi ajeeb baat hai yeh ke yeh hadith mein jo peshangoi thi, jo prediction tha, woh jab waqea bana to hum ladne banne mein mashgool ho gaye.</w:t>
      </w:r>
    </w:p>
    <w:p>
      <w:pPr>
        <w:jc w:val="right"/>
      </w:pPr>
      <w:r>
        <w:t>کہ دعوت کے مواقع جو ہیں، وہ ان اویلڈ پڑے ہوئے ہیں۔ کیسی عجیب بات ہے یہ کہ یہ حدیث میں جو پیشنگوئی تھی، جو پریڈکشن تھا، وہ جب واقعہ بنا تو ہم لڑنے بننے میں مشغول ہو گئے۔</w:t>
      </w:r>
    </w:p>
    <w:p>
      <w:r>
        <w:rPr>
          <w:b/>
        </w:rPr>
        <w:t xml:space="preserve">[47:39] </w:t>
      </w:r>
      <w:r>
        <w:t>is hadith mein jo baat kahi gayi, woh haqiqatan ek peshangoi thi ke ek zamana ayega jab ke aisa aise halaat paida honge, yani age of communication ka zamana,</w:t>
      </w:r>
    </w:p>
    <w:p>
      <w:pPr>
        <w:jc w:val="right"/>
      </w:pPr>
      <w:r>
        <w:t>اس حدیث میں جو بات کہی گئی، وہ حقیقتاً ایک پیشنگوئی تھی کہ ایک زمانہ آئے گا جب کہ ایسا ایسے حالات پیدا ہوں گے، یعنی ایج آف کمیونیکیشن کا زمانہ،</w:t>
      </w:r>
    </w:p>
    <w:p>
      <w:r>
        <w:rPr>
          <w:b/>
        </w:rPr>
        <w:t xml:space="preserve">[47:52] </w:t>
      </w:r>
      <w:r>
        <w:t>aur is ki wajah se yeh mumkin ho jayega ke har insan tak, har chhote bade ghar mein, har jagah Allah ki baat logon ko pahunchai ja sake.</w:t>
      </w:r>
    </w:p>
    <w:p>
      <w:pPr>
        <w:jc w:val="right"/>
      </w:pPr>
      <w:r>
        <w:t>اور اس کی وجہ سے یہ ممکن ہو جائے گا کہ ہر انسان تک، ہر چھوٹے بڑے گھر میں، ہر جگہ اللہ کی بات لوگوں کو پہنچائی جا سکے۔</w:t>
      </w:r>
    </w:p>
    <w:p>
      <w:r>
        <w:rPr>
          <w:b/>
        </w:rPr>
        <w:t xml:space="preserve">[48:04] </w:t>
      </w:r>
      <w:r>
        <w:t>to jab woh zamana aya, Allah taala ne woh zamana khola to logon ne ek to shaitan ne kya kiya?</w:t>
      </w:r>
    </w:p>
    <w:p>
      <w:pPr>
        <w:jc w:val="right"/>
      </w:pPr>
      <w:r>
        <w:t>تو جب وہ زمانہ آیا، اللہ تعالیٰ نے وہ زمانہ کھولا تو لوگوں نے ایک تو شیطان نے کیا کیا؟</w:t>
      </w:r>
    </w:p>
    <w:p>
      <w:r>
        <w:rPr>
          <w:b/>
        </w:rPr>
        <w:t xml:space="preserve">[48:15] </w:t>
      </w:r>
      <w:r>
        <w:t>political interpretation of islam mein phansa kar ke logon ko is se door kar diya. main bataun ke yeh ek yani shaitan ne bahut zabardast, bahut khoobsurat alfaaz mein shaitan ka ek kaam hai: tazeen, beautification.</w:t>
      </w:r>
    </w:p>
    <w:p>
      <w:pPr>
        <w:jc w:val="right"/>
      </w:pPr>
      <w:r>
        <w:t>پولیٹیکل انٹرپریشن آف اسلام میں پھنسا کر کے لوگوں کو اس سے دور کر دیا۔ میں بتاؤں کہ یہ ایک یعنی شیطان نے بہت زبردست، بہت خوبصورت الفاظ میں شیطان کا ایک کام ہے: تزین، بیوٹیفیکیشن۔</w:t>
      </w:r>
    </w:p>
    <w:p>
      <w:r>
        <w:rPr>
          <w:b/>
        </w:rPr>
        <w:t xml:space="preserve">[48:30] </w:t>
      </w:r>
      <w:r>
        <w:t>quran mein yeh bataya gaya hai: "zayyan al-shaytan a'mal</w:t>
      </w:r>
    </w:p>
    <w:p>
      <w:pPr>
        <w:jc w:val="right"/>
      </w:pPr>
      <w:r>
        <w:t>قرآن میں یہ بتایا گیا ہے: "زین الشیطان اعمال</w:t>
      </w:r>
    </w:p>
    <w:p>
      <w:r>
        <w:rPr>
          <w:b/>
        </w:rPr>
        <w:t xml:space="preserve">[48:34] </w:t>
      </w:r>
      <w:r>
        <w:t>" yani shaitan ka tareeqa yeh hai ke ek galat kaam ko beautify karta hai, galat kaam ko beautify karta hai.</w:t>
      </w:r>
    </w:p>
    <w:p>
      <w:pPr>
        <w:jc w:val="right"/>
      </w:pPr>
      <w:r>
        <w:t>" یعنی شیطان کا طریقہ یہ ہے کہ ایک غلط کام کو بیوٹیفائی کرتا ہے، غلط کام کو بیوٹیفائی کرتا ہے۔</w:t>
      </w:r>
    </w:p>
    <w:p>
      <w:r>
        <w:rPr>
          <w:b/>
        </w:rPr>
        <w:t xml:space="preserve">[48:43] </w:t>
      </w:r>
      <w:r>
        <w:t>to shaitan ne beautify kiya, yani ladai bhadai ko beautify kar ke jihad bata diya. ladai bhadai ko beautify kar ke kaha ke yeh mukammal nizam qaim karna hai.</w:t>
      </w:r>
    </w:p>
    <w:p>
      <w:pPr>
        <w:jc w:val="right"/>
      </w:pPr>
      <w:r>
        <w:t>تو شیطان نے بیوٹیفائی کیا، یعنی لڑائی بھڑائی کو بیوٹیفائی کر کے جہاد بتا دیا۔ لڑائی بھڑائی کو بیوٹیفائی کر کے کہا کہ یہ مکمل نظام قائم کرنا ہے۔</w:t>
      </w:r>
    </w:p>
    <w:p>
      <w:r>
        <w:rPr>
          <w:b/>
        </w:rPr>
        <w:t xml:space="preserve">[48:54] </w:t>
      </w:r>
      <w:r>
        <w:t>ladai bhadai ko beautify kar ke keh diya ke islami hukumat hai. yeh "that is sheer beautification of of certain"</w:t>
      </w:r>
    </w:p>
    <w:p>
      <w:pPr>
        <w:jc w:val="right"/>
      </w:pPr>
      <w:r>
        <w:t>لڑائی بھڑائی کو بیوٹیفائی کر کے کہہ دیا کہ اسلامی حکومت ہے۔ یہ "دیٹ از شیئر بیوٹیفیکیشن آف آف سرٹن"</w:t>
      </w:r>
    </w:p>
    <w:p>
      <w:r>
        <w:rPr>
          <w:b/>
        </w:rPr>
        <w:t xml:space="preserve">[49:04] </w:t>
      </w:r>
      <w:r>
        <w:t>to yeh zaroori hai. sab se sab se pehle zaroori hai ke hum is se is fareb se bahar aayen taake hum khud islam par amal kar saken aur doosron ke bare mein jo zimmedariyan hain, us ko poori kar saken.</w:t>
      </w:r>
    </w:p>
    <w:p>
      <w:pPr>
        <w:jc w:val="right"/>
      </w:pPr>
      <w:r>
        <w:t>تو یہ ضروری ہے۔ سب سے سب سے پہلے ضروری ہے کہ ہم اس سے اس فریب سے باہر آئیں تاکہ ہم خود اسلام پر عمل کر سکیں اور دوسروں کے بارے میں جو ذمہ داریاں ہیں، اس کو پوری کر سکیں۔</w:t>
      </w:r>
    </w:p>
    <w:p>
      <w:r>
        <w:rPr>
          <w:b/>
        </w:rPr>
        <w:t xml:space="preserve">[49:23] </w:t>
      </w:r>
      <w:r>
        <w:t>dekhen, is nazariye ne logon ko is se bhi mahroom kar diya ke woh khud zaati satah pe islam pe qaim hon.</w:t>
      </w:r>
    </w:p>
    <w:p>
      <w:pPr>
        <w:jc w:val="right"/>
      </w:pPr>
      <w:r>
        <w:t>دیکھیں، اس نظریے نے لوگوں کو اس سے بھی محروم کر دیا کہ وہ خود ذاتی سطح پہ اسلام پہ قائم ہوں۔</w:t>
      </w:r>
    </w:p>
    <w:p>
      <w:r>
        <w:rPr>
          <w:b/>
        </w:rPr>
        <w:t xml:space="preserve">[49:31] </w:t>
      </w:r>
      <w:r>
        <w:t>yani bahut ajeeb baat hai ke yeh political interpretation of history jo aya us zamane mein, is ne logon ko is se bhi mahroom kar diya ke woh apni zaat ki satah par woh islam ko ikhtiyar kar saken.</w:t>
      </w:r>
    </w:p>
    <w:p>
      <w:pPr>
        <w:jc w:val="right"/>
      </w:pPr>
      <w:r>
        <w:t>یعنی بہت عجیب بات ہے کہ یہ پولیٹیکل انٹرپریشن آف ہسٹری جو آیا اس زمانے میں، اس نے لوگوں کو اس سے بھی محروم کر دیا کہ وہ اپنی ذات کی سطح پر وہ اسلام کو اختیار کر سکیں۔</w:t>
      </w:r>
    </w:p>
    <w:p>
      <w:r>
        <w:rPr>
          <w:b/>
        </w:rPr>
        <w:t xml:space="preserve">[49:43] </w:t>
      </w:r>
      <w:r>
        <w:t>woh kaise? yeh nazariya aap ko kya karta hai? we and they mein banta hai, rivalry create karta hai.</w:t>
      </w:r>
    </w:p>
    <w:p>
      <w:pPr>
        <w:jc w:val="right"/>
      </w:pPr>
      <w:r>
        <w:t>وہ کیسے؟ یہ نظریہ آپ کو کیا کرتا ہے؟ وی اینڈ دے میں بانٹتا ہے، رائیولی کریٹ کرتا ہے۔</w:t>
      </w:r>
    </w:p>
    <w:p>
      <w:r>
        <w:rPr>
          <w:b/>
        </w:rPr>
        <w:t xml:space="preserve">[49:53] </w:t>
      </w:r>
      <w:r>
        <w:t>koi aap ka muqabil mein hota hai, us se aap lad kar ke us se hukumat chheen na hai. to is ka natija kya</w:t>
      </w:r>
    </w:p>
    <w:p>
      <w:pPr>
        <w:jc w:val="right"/>
      </w:pPr>
      <w:r>
        <w:t>کوئی آپ کا مقابل میں ہوتا ہے، اس سے آپ لڑ کر کے اس سے حکومت چھیننا ہے۔ تو اس کا نتیجہ کیا</w:t>
      </w:r>
    </w:p>
    <w:p>
      <w:r>
        <w:rPr>
          <w:b/>
        </w:rPr>
        <w:t xml:space="preserve">[49:59] </w:t>
      </w:r>
      <w:r>
        <w:t>hai? nafrat, hate yani aur negative thinking. aur dekhen, negative thinking ka agar aaiye aap ke andar to positive thinking khatam ho gai.</w:t>
      </w:r>
    </w:p>
    <w:p>
      <w:pPr>
        <w:jc w:val="right"/>
      </w:pPr>
      <w:r>
        <w:t>ہے؟ نفرت، ہیٹ یعنی اور نیگیٹیو تھنکنگ۔ اور دیکھیں، نیگیٹیو تھنکنگ کا اگر آئیے آپ کے اندر تو پازیٹیو تھنکنگ ختم ہوگئی۔</w:t>
      </w:r>
    </w:p>
    <w:p>
      <w:r>
        <w:rPr>
          <w:b/>
        </w:rPr>
        <w:t xml:space="preserve">[50:13] </w:t>
      </w:r>
      <w:r>
        <w:t>ab baghair positive thinking ke aap Allah ki marifat hasil nahi kar sakte. positive thinking base hai Allah ki marifat ke liye.</w:t>
      </w:r>
    </w:p>
    <w:p>
      <w:pPr>
        <w:jc w:val="right"/>
      </w:pPr>
      <w:r>
        <w:t>اب بغیر پازیٹیو تھنکنگ کے آپ اللہ کی معرفت حاصل نہیں کر سکتے۔ پازیٹیو تھنکنگ بیس ہے اللہ کی معرفت کے لیے۔</w:t>
      </w:r>
    </w:p>
    <w:p>
      <w:r>
        <w:rPr>
          <w:b/>
        </w:rPr>
        <w:t xml:space="preserve">[50:22] </w:t>
      </w:r>
      <w:r>
        <w:t>positive thinking base hai Allah se taluq ke liye, sachi baat karne ke liye.</w:t>
      </w:r>
    </w:p>
    <w:p>
      <w:pPr>
        <w:jc w:val="right"/>
      </w:pPr>
      <w:r>
        <w:t>پازیٹیو تھنکنگ بیس ہے اللہ سے تعلق کے لیے، سچی بات کرنے کے لیے۔</w:t>
      </w:r>
    </w:p>
    <w:p>
      <w:r>
        <w:rPr>
          <w:b/>
        </w:rPr>
        <w:t xml:space="preserve">[50:30] </w:t>
      </w:r>
      <w:r>
        <w:t>tamam jo Islam ke jo aamal hain, zaati aitbar se un sab ke peeche zaroori hai ke aap ke andar positive thinking ho, yani hate free mind ho aap ke andar.</w:t>
      </w:r>
    </w:p>
    <w:p>
      <w:pPr>
        <w:jc w:val="right"/>
      </w:pPr>
      <w:r>
        <w:t>تمام جو اسلام کے جو اعمال ہیں، ذاتی اعتبار سے ان سب کے پیچھے ضروری ہے کہ آپ کے اندر پازیٹیو تھنکنگ ہو، یعنی ہیٹ فری مائنڈ ہو آپ کے اندر۔</w:t>
      </w:r>
    </w:p>
    <w:p>
      <w:r>
        <w:rPr>
          <w:b/>
        </w:rPr>
        <w:t xml:space="preserve">[50:40] </w:t>
      </w:r>
      <w:r>
        <w:t>dekhen, jis ko dekhiye, aaj hate mein jee raha hai. main yahan se le kar America tak safar kiya, main ne jagah jagah, har jagah ke musalmanon mein dekha ke hate mein jeete hain.</w:t>
      </w:r>
    </w:p>
    <w:p>
      <w:pPr>
        <w:jc w:val="right"/>
      </w:pPr>
      <w:r>
        <w:t>دیکھیں، جس کو دیکھیے، آج ہیٹ میں جی رہا ہے۔ میں یہاں سے لے کر امریکہ تک سفر کیا، میں نے جگہ جگہ، ہر جگہ کے مسلمانوں میں دیکھا کہ ہیٹ میں جیتے ہیں۔</w:t>
      </w:r>
    </w:p>
    <w:p>
      <w:r>
        <w:rPr>
          <w:b/>
        </w:rPr>
        <w:t xml:space="preserve">[50:49] </w:t>
      </w:r>
      <w:r>
        <w:t>wo hate mein to jahan hate aai to kya hua? marifat chali gai,</w:t>
      </w:r>
    </w:p>
    <w:p>
      <w:pPr>
        <w:jc w:val="right"/>
      </w:pPr>
      <w:r>
        <w:t>وہ ہیٹ میں تو جہاں ہیٹ آئی تو کیا ہوا؟ معرفت چلی گئی،</w:t>
      </w:r>
    </w:p>
    <w:p>
      <w:r>
        <w:rPr>
          <w:b/>
        </w:rPr>
        <w:t xml:space="preserve">[50:57] </w:t>
      </w:r>
      <w:r>
        <w:t>Allah ki marifat se mahroomi ho gai. to pehla kaam yeh hai ke mujhe Allah ki daryaft ho, main Allah ki marifat mein jeena seekhoon, mujhe Allah se mohabbat ho, Allah se khauf mere dil mein ho.</w:t>
      </w:r>
    </w:p>
    <w:p>
      <w:pPr>
        <w:jc w:val="right"/>
      </w:pPr>
      <w:r>
        <w:t>اللہ کی معرفت سے محرومی ہو گئی۔ تو پہلا کام یہ ہے کہ مجھے اللہ کی دریافت ہو، میں اللہ کی معرفت میں جینا سیکھوں، مجھے اللہ سے محبت ہو، اللہ سے خوف میرے دل میں ہو۔</w:t>
      </w:r>
    </w:p>
    <w:p>
      <w:r>
        <w:rPr>
          <w:b/>
        </w:rPr>
        <w:t xml:space="preserve">[51:13] </w:t>
      </w:r>
      <w:r>
        <w:t>aur phir dawat ke liye zaroori hai ke aap insanon ke khair khwah hon. baghair khair khwahi ke aap dawat nahi de sakte.</w:t>
      </w:r>
    </w:p>
    <w:p>
      <w:pPr>
        <w:jc w:val="right"/>
      </w:pPr>
      <w:r>
        <w:t>اور پھر دعوت کے لیے ضروری ہے کہ آپ انسانوں کے خیر خواہ ہوں۔ بغیر خیر خواہی کے آپ دعوت نہیں دے سکتے۔</w:t>
      </w:r>
    </w:p>
    <w:p>
      <w:r>
        <w:rPr>
          <w:b/>
        </w:rPr>
        <w:t xml:space="preserve">[51:23] </w:t>
      </w:r>
      <w:r>
        <w:t>is ko main kaha karta hoon ke human friendly behavior zaroori hai dawti kaam ke liye. to human friendly behavior khatam ho gaya kyunke aap ne doosron ka apna rival samajh liya, apna enemy samajh liya, apna muqabil samajh liya.</w:t>
      </w:r>
    </w:p>
    <w:p>
      <w:pPr>
        <w:jc w:val="right"/>
      </w:pPr>
      <w:r>
        <w:t>اس کو میں کہا کرتا ہوں کہ ہیومن فرینڈلی بیہیویئر ضروری ہے دعوتی کام کے لیے۔ تو ہیومن فرینڈلی بیہیویئر ختم ہو گیا کیونکہ آپ نے دوسروں کا اپنا رائیول سمجھ لیا، اپنا اینمی سمجھ لیا، اپنا مد مقابل سمجھ لیا۔</w:t>
      </w:r>
    </w:p>
    <w:p>
      <w:r>
        <w:rPr>
          <w:b/>
        </w:rPr>
        <w:t xml:space="preserve">[51:41] </w:t>
      </w:r>
      <w:r>
        <w:t>to aap ghor kijiye ke yeh political interpretation of history jo hai, is ne kitna nuqsan pohanchaya hai.</w:t>
      </w:r>
    </w:p>
    <w:p>
      <w:pPr>
        <w:jc w:val="right"/>
      </w:pPr>
      <w:r>
        <w:t>تو آپ غور کیجئے کہ یہ پولیٹیکل انٹرپریشن آف ہسٹری جو ہے، اس نے کتنا نقصان پہنچایا ہے۔</w:t>
      </w:r>
    </w:p>
    <w:p>
      <w:r>
        <w:rPr>
          <w:b/>
        </w:rPr>
        <w:t xml:space="preserve">[51:50] </w:t>
      </w:r>
      <w:r>
        <w:t>yani spiritual jo development hona chahiye, yani aadmi ka apna jo spiritual development hona chahiye, apna jo intellectual develop developement hona chahiye, zaati aitbar se woh woh is se hum mahroom ho gaye.</w:t>
      </w:r>
    </w:p>
    <w:p>
      <w:pPr>
        <w:jc w:val="right"/>
      </w:pPr>
      <w:r>
        <w:t>یعنی پیسچول جو ڈیویلپمنٹ ہونا چاہیے، یعنی آدمی کا اپنا جو اسپریچول ڈیویلپمنٹ ہونا چاہیے، اپنا جو انٹلیکچول ڈیویلپ ڈیویلپمنٹ ہونا چاہیے، ذاتی اعتبار سے وہ وہ اس سے ہم محروم ہو گئے۔</w:t>
      </w:r>
    </w:p>
    <w:p>
      <w:r>
        <w:rPr>
          <w:b/>
        </w:rPr>
        <w:t xml:space="preserve">[52:06] </w:t>
      </w:r>
      <w:r>
        <w:t>positive thinking se mahroom ho gaye. insanon ke bare mein hum khair khwah nahi rahe. to marifat bhi gai aur dawat bhi gai, dono dono gaya.</w:t>
      </w:r>
    </w:p>
    <w:p>
      <w:pPr>
        <w:jc w:val="right"/>
      </w:pPr>
      <w:r>
        <w:t>پازیٹیو تھنکنگ سے محروم ہو گئے۔ انسانوں کے بارے میں ہم خیر خواہ نہیں رہے۔ تو معرفت بھی گئی اور دعوت بھی گئی، دونوں دونوں گیا۔</w:t>
      </w:r>
    </w:p>
    <w:p>
      <w:r>
        <w:rPr>
          <w:b/>
        </w:rPr>
        <w:t xml:space="preserve">[52:19] </w:t>
      </w:r>
      <w:r>
        <w:t>rehta reh gaya kya? bados aur kharab taqreeren karna ke yeh zalim hain, woh sazishi hain, woh conspiracy karte hain hamare khilaf, woh user par hain.</w:t>
      </w:r>
    </w:p>
    <w:p>
      <w:pPr>
        <w:jc w:val="right"/>
      </w:pPr>
      <w:r>
        <w:t>رہتا رہ گیا کیا؟ بدوس اور خراب تقریریں کرنا کہ یہ ظالم ہیں، وہ سازشی ہیں، وہ کانسپریسی کرتے ہیں ہمارے خلاف، وہ یوزر پر ہیں۔</w:t>
      </w:r>
    </w:p>
    <w:p>
      <w:r>
        <w:rPr>
          <w:b/>
        </w:rPr>
        <w:t xml:space="preserve">[52:31] </w:t>
      </w:r>
      <w:r>
        <w:t>doosre log yahi yahi baqi reh gaya. hamari majlisoun mein, hamare akhbaron mein, hamare jalson mein, hamari kitabon mein yahi sab hai.</w:t>
      </w:r>
    </w:p>
    <w:p>
      <w:pPr>
        <w:jc w:val="right"/>
      </w:pPr>
      <w:r>
        <w:t>دوسرے لوگ یہی یہی باقی رہ گیا۔ ہماری مجلسوں میں، ہمارے اخباروں میں، ہمارے جلسوں میں، ہماری کتابوں میں یہی سب ہے۔</w:t>
      </w:r>
    </w:p>
    <w:p>
      <w:r>
        <w:rPr>
          <w:b/>
        </w:rPr>
        <w:t xml:space="preserve">[52:41] </w:t>
      </w:r>
      <w:r>
        <w:t>to positive thinking nahi rahi, human friendly behavior nahi raha hai.</w:t>
      </w:r>
    </w:p>
    <w:p>
      <w:pPr>
        <w:jc w:val="right"/>
      </w:pPr>
      <w:r>
        <w:t>تو پازیٹیو تھنکنگ نہیں رہی، ہیومن فرینڈلی بیہیویئر نہیں رہا ہے۔</w:t>
      </w:r>
    </w:p>
    <w:p>
      <w:r>
        <w:rPr>
          <w:b/>
        </w:rPr>
        <w:t xml:space="preserve">[52:47] </w:t>
      </w:r>
      <w:r>
        <w:t>jab yeh nahi raha to phir marifat bhi gai aur dawat bhi gai. ab reh gaya kya? sirf do logon se nafrat karna aur logon se ladna bhidna, is ko kehna ke hum jihad kar rahe hain.</w:t>
      </w:r>
    </w:p>
    <w:p>
      <w:pPr>
        <w:jc w:val="right"/>
      </w:pPr>
      <w:r>
        <w:t>جب یہ نہیں رہا تو پھر معرفت بھی گئی اور دعوت بھی گئی۔ اب رہ گیا کیا؟ صرف دو لوگوں سے نفرت کرنا اور لوگوں سے لڑنا بھڑنا، اس کو کہنا کہ ہم جہاد کر رہے ہیں۔</w:t>
      </w:r>
    </w:p>
    <w:p>
      <w:r>
        <w:rPr>
          <w:b/>
        </w:rPr>
        <w:t xml:space="preserve">[52:59] </w:t>
      </w:r>
      <w:r>
        <w:t>halanke yeh jihad nahi hai. yeh</w:t>
      </w:r>
    </w:p>
    <w:p>
      <w:pPr>
        <w:jc w:val="right"/>
      </w:pPr>
      <w:r>
        <w:t>حالانکہ یہ جہاد نہیں ہے۔ یہ</w:t>
      </w:r>
    </w:p>
    <w:p>
      <w:r>
        <w:rPr>
          <w:b/>
        </w:rPr>
        <w:t xml:space="preserve">[53:05] </w:t>
      </w:r>
      <w:r>
        <w:t>to yeh baaten bohat zyada sochne ki hain.</w:t>
      </w:r>
    </w:p>
    <w:p>
      <w:pPr>
        <w:jc w:val="right"/>
      </w:pPr>
      <w:r>
        <w:t>تو یہ باتیں بہت زیادہ سوچنے کی ہیں۔</w:t>
      </w:r>
    </w:p>
    <w:p>
      <w:r>
        <w:rPr>
          <w:b/>
        </w:rPr>
        <w:t xml:space="preserve">[53:08] </w:t>
      </w:r>
      <w:r>
        <w:t>hamara jo mission hai, woh mission sarach puchat yahi hai ke hum Islam ko ka jo sahi tasweer hai Quran o Hadees mein, us ko hum logon ke samne pesh karen</w:t>
      </w:r>
    </w:p>
    <w:p>
      <w:pPr>
        <w:jc w:val="right"/>
      </w:pPr>
      <w:r>
        <w:t>ہمارا جو مشن ہے، وہ مشن سرچ پوچھت یہی ہے کہ ہم اسلام کو کا جو صحیح تصویر ہے قرآن و حدیث میں، اس کو ہم لوگوں کے سامنے پیش کریں</w:t>
      </w:r>
    </w:p>
    <w:p>
      <w:r>
        <w:rPr>
          <w:b/>
        </w:rPr>
        <w:t xml:space="preserve">[53:23] </w:t>
      </w:r>
      <w:r>
        <w:t>aur logon ko phir se us Islam par layen jo Rasool Allah ka Islam tha. Hadees mein aata hai ke "badal Islam ghareeban wa saud kama bada fa toobah lil gharaab".</w:t>
      </w:r>
    </w:p>
    <w:p>
      <w:pPr>
        <w:jc w:val="right"/>
      </w:pPr>
      <w:r>
        <w:t>اور لوگوں کو پھر سے اس اسلام پر لائیں جو رسول اللہ کا اسلام تھا۔ حدیث میں آتا ہے کہ "بدل اسلام غریباً وسعود کما بدا فتوبہ للغرباء"۔</w:t>
      </w:r>
    </w:p>
    <w:p>
      <w:r>
        <w:rPr>
          <w:b/>
        </w:rPr>
        <w:t xml:space="preserve">[53:37] </w:t>
      </w:r>
      <w:r>
        <w:t>Islam jab aaya to woh ajnabi tha, strange tha. phir dobara woh ajnabi ho jayega. yani asal Islam jo hai, woh un ke liye strange ban jayega.</w:t>
      </w:r>
    </w:p>
    <w:p>
      <w:pPr>
        <w:jc w:val="right"/>
      </w:pPr>
      <w:r>
        <w:t>اسلام جب آیا تو وہ اجنبی تھا، اسٹرینج تھا۔ پھر دوبارہ وہ اجنبی ہو جائے گا۔ یعنی اصل اسلام جو ہے، وہ ان کے لیے اسٹرینج بن جائے گا۔</w:t>
      </w:r>
    </w:p>
    <w:p>
      <w:r>
        <w:rPr>
          <w:b/>
        </w:rPr>
        <w:t xml:space="preserve">[53:49] </w:t>
      </w:r>
      <w:r>
        <w:t>kisi aur Islam par woh qaim ho jayenge, kisi aur Islam par. to asal Islam jo tha, woh mohabbat ka deen tha, ab nafrat ka deen logon mein phail gaya.</w:t>
      </w:r>
    </w:p>
    <w:p>
      <w:pPr>
        <w:jc w:val="right"/>
      </w:pPr>
      <w:r>
        <w:t>کسی اور اسلام پر وہ قائم ہو جائیں گے، کسی اور اسلام پر۔ تو اصل اسلام تو تھا محبت کا دین تھا، اب نفرت کا دین لوگوں میں پھیل گیا۔</w:t>
      </w:r>
    </w:p>
    <w:p>
      <w:r>
        <w:rPr>
          <w:b/>
        </w:rPr>
        <w:t xml:space="preserve">[54:01] </w:t>
      </w:r>
      <w:r>
        <w:t>asal Islam jo tha, woh peace ka deen tha. ab kya hai? ladne bhadne ka deen aa gaya logon ke andar.</w:t>
      </w:r>
    </w:p>
    <w:p>
      <w:pPr>
        <w:jc w:val="right"/>
      </w:pPr>
      <w:r>
        <w:t>اصل اسلام جو تھا، وہ پیس کا دین تھا۔ اب کیا ہے؟ لڑنے بھڑنے کا دین آ گیا لوگوں کے اندر۔</w:t>
      </w:r>
    </w:p>
    <w:p>
      <w:r>
        <w:rPr>
          <w:b/>
        </w:rPr>
        <w:t xml:space="preserve">[54:08] </w:t>
      </w:r>
      <w:r>
        <w:t>asal Islam doosron ko apna samajhne ka deen tha, ab kya? doosron ko ghair samajhne ka deen aa gaya. yeh to hai, yeh to hai. isi ko badalna hai, hamein lotna hai us Islam ki taraf dobara jo Rasool Allah ke zamane mein tha.</w:t>
      </w:r>
    </w:p>
    <w:p>
      <w:pPr>
        <w:jc w:val="right"/>
      </w:pPr>
      <w:r>
        <w:t>اصل اسلام دوسروں کو اپنا سمجھنے کا دین تھا، اب کیا؟ دوسروں کو غیر سمجھنے کا دین آ گیا۔ یہ تو ہے، یہ تو ہے۔ اسی کو بدلنا ہے، ہمیں لوٹنا ہے اس اسلام کی طرف دوبارہ جو رسول اللہ کے زمانے میں تھا۔</w:t>
      </w:r>
    </w:p>
    <w:p>
      <w:r>
        <w:rPr>
          <w:b/>
        </w:rPr>
        <w:t xml:space="preserve">[54:27] </w:t>
      </w:r>
      <w:r>
        <w:t>to yeh hai hamara mission. yani hamara mission koi nayi cheez nahi hai,</w:t>
      </w:r>
    </w:p>
    <w:p>
      <w:pPr>
        <w:jc w:val="right"/>
      </w:pPr>
      <w:r>
        <w:t>تو یہ ہے ہمارا مشن۔ یعنی ہمارا مشن کوئی نئی چیز نہیں ہے،</w:t>
      </w:r>
    </w:p>
    <w:p>
      <w:r>
        <w:rPr>
          <w:b/>
        </w:rPr>
        <w:t xml:space="preserve">[54:33] </w:t>
      </w:r>
      <w:r>
        <w:t>yeh isi taraf lotna hai jo rasool Allah ke zamane mein, jo sahaba ke zamane mein jo jo islam tha, us ki taraf lotna hai. Yeh koi nai nai nai cheez nahi hai,</w:t>
      </w:r>
    </w:p>
    <w:p>
      <w:pPr>
        <w:jc w:val="right"/>
      </w:pPr>
      <w:r>
        <w:t>یہ اسی طرف لوٹنا ہے جو رسول اللہ کے زمانے میں، جو صحابہ کے زمانے میں جو جو اسلام تھا، اس کی طرف لوٹنا ہے۔ یہ کوئی نئی نئی نئی چیز نہیں ہے،</w:t>
      </w:r>
    </w:p>
    <w:p>
      <w:r>
        <w:rPr>
          <w:b/>
        </w:rPr>
        <w:t xml:space="preserve">[54:51] </w:t>
      </w:r>
      <w:r>
        <w:t>yeh yeh revival hai. Yani is is islam ka revival.</w:t>
      </w:r>
    </w:p>
    <w:p>
      <w:pPr>
        <w:jc w:val="right"/>
      </w:pPr>
      <w:r>
        <w:t>یہ یہ ریوائیول ہے۔ یعنی اس اس اسلام کا ریوائیول۔</w:t>
      </w:r>
    </w:p>
    <w:p>
      <w:r>
        <w:rPr>
          <w:b/>
        </w:rPr>
        <w:t xml:space="preserve">[54:58] </w:t>
      </w:r>
      <w:r>
        <w:t>to yeh sab baatein aadmi sirf is waqt samajh sakta hai jab ke woh bohat ziyada soche, bohat ziyada ghor o fikr kare.</w:t>
      </w:r>
    </w:p>
    <w:p>
      <w:pPr>
        <w:jc w:val="right"/>
      </w:pPr>
      <w:r>
        <w:t>تو یہ سب باتیں آدمی صرف اس وقت سمجھ سکتا ہے جب کہ وہ بہت زیادہ سوچے، بہت زیادہ غور و فکر کرے۔</w:t>
      </w:r>
    </w:p>
    <w:p>
      <w:r>
        <w:rPr>
          <w:b/>
        </w:rPr>
        <w:t xml:space="preserve">[55:10] </w:t>
      </w:r>
      <w:r>
        <w:t>kyun ke hadith mein aata hai ke ek zamana aisa aayega jab ke "lam yabqa min al-islam illa ismuhu".</w:t>
      </w:r>
    </w:p>
    <w:p>
      <w:pPr>
        <w:jc w:val="right"/>
      </w:pPr>
      <w:r>
        <w:t>کیونکہ حدیث میں آتا ہے کہ ایک زمانہ ایسا آئے گا جب کہ "لم یبقى من الاسلام الا اسمہ"۔</w:t>
      </w:r>
    </w:p>
    <w:p>
      <w:r>
        <w:rPr>
          <w:b/>
        </w:rPr>
        <w:t xml:space="preserve">[55:23] </w:t>
      </w:r>
      <w:r>
        <w:t>islam ka sirf naam baqi rahega.</w:t>
      </w:r>
    </w:p>
    <w:p>
      <w:pPr>
        <w:jc w:val="right"/>
      </w:pPr>
      <w:r>
        <w:t>اسلام کا صرف نام باقی رہے گا۔</w:t>
      </w:r>
    </w:p>
    <w:p>
      <w:r>
        <w:rPr>
          <w:b/>
        </w:rPr>
        <w:t xml:space="preserve">[55:27] </w:t>
      </w:r>
      <w:r>
        <w:t>"wa lam yabqa min al-quran illa rasmuhu". Islam ka sirf khat baqi rahega, tehreer baqi rahegi. To jab aisa zamana aa jaye to islam ko agar re-discover karna padta hai to aaj aap ko islam ko re-discover karna hai.</w:t>
      </w:r>
    </w:p>
    <w:p>
      <w:pPr>
        <w:jc w:val="right"/>
      </w:pPr>
      <w:r>
        <w:t>"ولم یبقى من القرآن الا رسمہ"۔ اسلام کا صرف خط باقی رہے گا، تحریر باقی رہے گی۔ تو جب ایسا زمانہ آ جائے تو اسلام کو اگر ری ڈسکور کرنا پڑتا ہے تو آج آپ کو اسلام کو ری ڈسکور کرنا ہے۔</w:t>
      </w:r>
    </w:p>
    <w:p>
      <w:r>
        <w:rPr>
          <w:b/>
        </w:rPr>
        <w:t xml:space="preserve">[55:49] </w:t>
      </w:r>
      <w:r>
        <w:t>islam kitabon mein maujood hai, quran mein maujood hai, hadith mein maujood hai, sehat mein maujood hai. Woh lekin amli aitbar se itne ziyada parde pad gaye hain ke aap ke liye zaroori hai ke aap ko re-discover karein, phir se sochein, phir se ghor o fikr karein, phir se study karein.</w:t>
      </w:r>
    </w:p>
    <w:p>
      <w:pPr>
        <w:jc w:val="right"/>
      </w:pPr>
      <w:r>
        <w:t>اسلام کتابوں میں موجود ہے، قرآن میں موجود ہے، حدیث میں موجود ہے، صحت میں موجود ہے۔ وہ لیکن عملی اعتبار سے اتنے زیادہ پردے پڑ گئے ہیں کہ آپ کے لیے ضروری ہے کہ آپ کو ری ڈسکور کریں، پھر سے سوچیں، پھر سے غور و فکر کریں، پھر سے اسٹڈی کریں۔</w:t>
      </w:r>
    </w:p>
    <w:p>
      <w:r>
        <w:rPr>
          <w:b/>
        </w:rPr>
        <w:t xml:space="preserve">[56:10] </w:t>
      </w:r>
      <w:r>
        <w:t>tab ja ke is jo jo true faith jo islam ka hai, jo asal hai, tab is ko aap daryaft kar painge.</w:t>
      </w:r>
    </w:p>
    <w:p>
      <w:pPr>
        <w:jc w:val="right"/>
      </w:pPr>
      <w:r>
        <w:t>تب جا کے اس جو جو ٹرو فیس جو اسلام کا ہے، جو اصل ہے، تب اس کو آپ دریافت کر پائیں گے۔</w:t>
      </w:r>
    </w:p>
    <w:p>
      <w:r>
        <w:rPr>
          <w:b/>
        </w:rPr>
        <w:t xml:space="preserve">[56:21] </w:t>
      </w:r>
      <w:r>
        <w:t>to hamari dawat jo hai, kuch log aisa propaganda karte karte hain jaise ke hum koi nai baat le ke uthe hain. Hargiz hargiz koi nai baat nahi hamare nahi hai.</w:t>
      </w:r>
    </w:p>
    <w:p>
      <w:pPr>
        <w:jc w:val="right"/>
      </w:pPr>
      <w:r>
        <w:t>تو ہماری دعوت جو ہے، کچھ لوگ ایسا پروپیگنڈا کرتے کرتے ہیں جیسے کہ ہم کوئی نئی بات لے کے اٹھے ہیں۔ ہرگز ہرگز کوئی نئی بات نہیں ہمارے نہیں ہے۔</w:t>
      </w:r>
    </w:p>
    <w:p>
      <w:r>
        <w:rPr>
          <w:b/>
        </w:rPr>
        <w:t xml:space="preserve">[56:34] </w:t>
      </w:r>
      <w:r>
        <w:t>wohi wahi baat jo quran mein hai, wahi baat jo hadith mein hai, wahi baat jo sunnat mein hai, isi ko le kar hum uthe hain.</w:t>
      </w:r>
    </w:p>
    <w:p>
      <w:pPr>
        <w:jc w:val="right"/>
      </w:pPr>
      <w:r>
        <w:t>وہی وہی بات جو قرآن میں ہے، وہی بات جو حدیث میں ہے، وہی بات جو سنت میں ہے، اسی کو لے کر ہم اٹھے ہیں۔</w:t>
      </w:r>
    </w:p>
    <w:p>
      <w:r>
        <w:rPr>
          <w:b/>
        </w:rPr>
        <w:t xml:space="preserve">[56:45] </w:t>
      </w:r>
      <w:r>
        <w:t>yeh jo baad ke zamane mein jo milawatein ho gayin, is se hum chahte hain ke islam</w:t>
      </w:r>
    </w:p>
    <w:p>
      <w:pPr>
        <w:jc w:val="right"/>
      </w:pPr>
      <w:r>
        <w:t>یہ جو بعد کے زمانے میں جو ملاوٹیں ہو گئیں، اس سے ہم چاہتے ہیں کہ اسلام</w:t>
      </w:r>
    </w:p>
    <w:p>
      <w:r>
        <w:rPr>
          <w:b/>
        </w:rPr>
        <w:t xml:space="preserve">[56:50] </w:t>
      </w:r>
      <w:r>
        <w:t>ko pak karein. Bas aur khaas taur par aaj ka zamana jo hai, is zamane mein sab se bari jo jo milawat hui hai, jo sab se bari aamizesh, woh yeh hai ke islam ko politicize kiya gaya.</w:t>
      </w:r>
    </w:p>
    <w:p>
      <w:pPr>
        <w:jc w:val="right"/>
      </w:pPr>
      <w:r>
        <w:t>کو پاک کریں۔ بس اور خاص طور پر آج کا زمانہ جو ہے، اس زمانے میں سب سے بڑی جو جو ملاوٹ ہوئی ہے، جو سب سے بڑی آمیزش، وہ یہ ہے کہ اسلام کو پولیٹیسائز کیا گیا۔</w:t>
      </w:r>
    </w:p>
    <w:p>
      <w:r>
        <w:rPr>
          <w:b/>
        </w:rPr>
        <w:t xml:space="preserve">[57:04] </w:t>
      </w:r>
      <w:r>
        <w:t>islam ko politicize kiya gaya.</w:t>
      </w:r>
    </w:p>
    <w:p>
      <w:pPr>
        <w:jc w:val="right"/>
      </w:pPr>
      <w:r>
        <w:t>اسلام کو پولیٹیسائز کیا گیا۔</w:t>
      </w:r>
    </w:p>
    <w:p>
      <w:r>
        <w:rPr>
          <w:b/>
        </w:rPr>
        <w:t xml:space="preserve">[57:09] </w:t>
      </w:r>
      <w:r>
        <w:t>islam ko politicize karna yeh saada baat nahi thi, yeh ek bohat gumbeer baat thi. Is se bohat sari kharabiyan paida huin.</w:t>
      </w:r>
    </w:p>
    <w:p>
      <w:pPr>
        <w:jc w:val="right"/>
      </w:pPr>
      <w:r>
        <w:t>اسلام کو پولیٹیسائز کرنا یہ سادہ بات نہیں تھی، یہ ایک بہت گمبھیر بات تھی۔ اس سے بہت ساری خرابیاں پیدا ہوئیں۔</w:t>
      </w:r>
    </w:p>
    <w:p>
      <w:r>
        <w:rPr>
          <w:b/>
        </w:rPr>
        <w:t xml:space="preserve">[57:21] </w:t>
      </w:r>
      <w:r>
        <w:t>to hum ko yeh karna hai ke hum khud islam ko jo asal islam hai, us ko discover karein, use duniya ko aagah karein,</w:t>
      </w:r>
    </w:p>
    <w:p>
      <w:pPr>
        <w:jc w:val="right"/>
      </w:pPr>
      <w:r>
        <w:t>تو ہم کو یہ کرنا ہے کہ ہم خود اسلام کو جو اصل اسلام ہے، اس کو ڈسکور کریں، اسے دنیا کو آگاہ کریں،</w:t>
      </w:r>
    </w:p>
    <w:p>
      <w:r>
        <w:rPr>
          <w:b/>
        </w:rPr>
        <w:t xml:space="preserve">[57:34] </w:t>
      </w:r>
      <w:r>
        <w:t>islam ki image jo jo bigad gayi, us ko durust karein phir se aur dawat ko zinda karein.</w:t>
      </w:r>
    </w:p>
    <w:p>
      <w:pPr>
        <w:jc w:val="right"/>
      </w:pPr>
      <w:r>
        <w:t>اسلام کی امیج جو جو بگڑ گئی، اس کو درست کریں پھر سے اور دعوت کو زندہ کریں۔</w:t>
      </w:r>
    </w:p>
    <w:p>
      <w:r>
        <w:rPr>
          <w:b/>
        </w:rPr>
        <w:t xml:space="preserve">[57:48] </w:t>
      </w:r>
      <w:r>
        <w:t>asal cheez islam mein search pooch to do hai: marifat aur dawat.</w:t>
      </w:r>
    </w:p>
    <w:p>
      <w:pPr>
        <w:jc w:val="right"/>
      </w:pPr>
      <w:r>
        <w:t>اصل چیز اسلام میں سرچ پوچھ تو دو ہے: معرفت اور دعوت۔</w:t>
      </w:r>
    </w:p>
    <w:p>
      <w:r>
        <w:rPr>
          <w:b/>
        </w:rPr>
        <w:t xml:space="preserve">[57:57] </w:t>
      </w:r>
      <w:r>
        <w:t>marifat aur dawat yani khud aap islam ki sachai ko discover karein aur phir is apne apne is discovery mein doosron ko share karein.</w:t>
      </w:r>
    </w:p>
    <w:p>
      <w:pPr>
        <w:jc w:val="right"/>
      </w:pPr>
      <w:r>
        <w:t>معرفت اور دعوت یعنی خود آپ اسلام کی سچائی کو ڈسکور کریں اور پھر اس اپنے اپنے اس ڈسکوری میں دوسروں کو شیئر کریں۔</w:t>
      </w:r>
    </w:p>
    <w:p>
      <w:r>
        <w:rPr>
          <w:b/>
        </w:rPr>
        <w:t xml:space="preserve">[58:09] </w:t>
      </w:r>
      <w:r>
        <w:t>doosron se share karne hi ka naam dawat hai.</w:t>
      </w:r>
    </w:p>
    <w:p>
      <w:pPr>
        <w:jc w:val="right"/>
      </w:pPr>
      <w:r>
        <w:t>دوسروں سے شیئر کرنے ہی کا نام دعوت ہے۔</w:t>
      </w:r>
    </w:p>
    <w:p>
      <w:r>
        <w:rPr>
          <w:b/>
        </w:rPr>
        <w:t xml:space="preserve">[58:14] </w:t>
      </w:r>
      <w:r>
        <w:t>jo sachai Allah ne bheji hai apne peghambar ke zariye se, us ko daryaft karne ka naam marifat hai.</w:t>
      </w:r>
    </w:p>
    <w:p>
      <w:pPr>
        <w:jc w:val="right"/>
      </w:pPr>
      <w:r>
        <w:t>جو سچائی اللہ نے بھیجی ہے اپنے پیغمبر کے ذریعے سے، اس کو دریافت کرنے کا نام معرفت ہے۔</w:t>
      </w:r>
    </w:p>
    <w:p>
      <w:r>
        <w:rPr>
          <w:b/>
        </w:rPr>
        <w:t xml:space="preserve">[58:23] </w:t>
      </w:r>
      <w:r>
        <w:t>aur phir yeh jo daryaft aap ko hui hai, us ko jab aap doosron tak pahunchane ki koshish karte hain khair khwahi ki bina par, doosron ki khair khwahi ke liye, to isi ka naam dawat hai.</w:t>
      </w:r>
    </w:p>
    <w:p>
      <w:pPr>
        <w:jc w:val="right"/>
      </w:pPr>
      <w:r>
        <w:t>اور پھر یہ جو دریافت آپ کو ہوئی ہے، اس کو جب آپ دوسروں تک پہنچانے کی کوشش کرتے ہیں خیر خواہی کی بنا پر، دوسروں کی خیر خواہی کے لیے، تو اسی کا نام دعوت ہے۔</w:t>
      </w:r>
    </w:p>
    <w:p>
      <w:r>
        <w:rPr>
          <w:b/>
        </w:rPr>
        <w:t xml:space="preserve">[58:40] </w:t>
      </w:r>
      <w:r>
        <w:t>baqi cheezein jo hain, woh is par munhasir hain ke society mein kitna badlav aayega, kitne log aap ki baat manenge,</w:t>
      </w:r>
    </w:p>
    <w:p>
      <w:pPr>
        <w:jc w:val="right"/>
      </w:pPr>
      <w:r>
        <w:t>باقی چیزیں جو ہیں، وہ اس پر منحصر ہیں کہ سوسائٹی میں کتنا بدلاؤ آئے گا، کتنے لوگ آپ کی بات مانیں گے،</w:t>
      </w:r>
    </w:p>
    <w:p>
      <w:r>
        <w:rPr>
          <w:b/>
        </w:rPr>
        <w:t xml:space="preserve">[58:49] </w:t>
      </w:r>
      <w:r>
        <w:t>kitne log aap ka saath denge.</w:t>
      </w:r>
    </w:p>
    <w:p>
      <w:pPr>
        <w:jc w:val="right"/>
      </w:pPr>
      <w:r>
        <w:t>کتنے لوگ آپ کا ساتھ دیں گے۔</w:t>
      </w:r>
    </w:p>
    <w:p>
      <w:r>
        <w:rPr>
          <w:b/>
        </w:rPr>
        <w:t xml:space="preserve">[58:52] </w:t>
      </w:r>
      <w:r>
        <w:t>to jitne log aap ka saath dein, society mein jitna acceptability paida ho, yani qabooliyat, usi ke lehaz se baqi baatein hongi.</w:t>
      </w:r>
    </w:p>
    <w:p>
      <w:pPr>
        <w:jc w:val="right"/>
      </w:pPr>
      <w:r>
        <w:t>تو جتنے لوگ آپ کا ساتھ دیں، سوسائٹی میں جتنا ایکسیپٹیبلٹی پیدا ہو، یعنی قبولیت، اسی کے لحاظ سے باقی باتیں ہوں گی۔</w:t>
      </w:r>
    </w:p>
    <w:p>
      <w:r>
        <w:rPr>
          <w:b/>
        </w:rPr>
        <w:t xml:space="preserve">[59:06] </w:t>
      </w:r>
      <w:r>
        <w:t>warna asal cheez jo hai, yeh yahi hai ke aap apne ko sahib marifat banayein aur khud daai ban kar duniya mein zinda rehne ki koshish karein.</w:t>
      </w:r>
    </w:p>
    <w:p>
      <w:pPr>
        <w:jc w:val="right"/>
      </w:pPr>
      <w:r>
        <w:t>ورنہ اصل چیز جو ہے، یہ یہی ہے کہ آپ اپنے کو صاحب معرفت بنائیں اور خود داعی بن کر دنیا میں زندہ رہنے کی کوشش کریں۔</w:t>
      </w:r>
    </w:p>
    <w:p>
      <w:r>
        <w:rPr>
          <w:b/>
        </w:rPr>
        <w:t xml:space="preserve">[59:20] </w:t>
      </w:r>
      <w:r>
        <w:t>yeh jo islam hai, is islam mein koi takrao nahi, is mein koi nafrat nahi, is mein koi apna aur ghair nahi, sab barabar hain, sab insan hain, sab Allah ke bande hain.</w:t>
      </w:r>
    </w:p>
    <w:p>
      <w:pPr>
        <w:jc w:val="right"/>
      </w:pPr>
      <w:r>
        <w:t>یہ جو اسلام ہے، اس اسلام میں کوئی ٹکراؤ نہیں، اس میں کوئی نفرت نہیں، اس میں کوئی اپنا اور غیر نہیں، سب برابر ہیں، سب انسان ہیں، سب اللہ کے بندے ہیں۔</w:t>
      </w:r>
    </w:p>
    <w:p>
      <w:r>
        <w:rPr>
          <w:b/>
        </w:rPr>
        <w:t xml:space="preserve">[59:36] </w:t>
      </w:r>
      <w:r>
        <w:t>is tasawwur mein political interpretation mein nafrat hai, nafrat hai aur takrao hai, tashaddud hai, blood shed hai aur rivalry hai, raqabtain hain, dushmaniain hain.</w:t>
      </w:r>
    </w:p>
    <w:p>
      <w:pPr>
        <w:jc w:val="right"/>
      </w:pPr>
      <w:r>
        <w:t>اس تصور میں پولیٹیکل انٹرپریشن میں نفرت ہے، نفرت ہے اور ٹکراؤ ہے، تشدد ہے، بلڈ سیڈ ہے اور رائیولی ہے، رقابتیں ہیں، دشمنیاں ہیں۔</w:t>
      </w:r>
    </w:p>
    <w:p>
      <w:r>
        <w:rPr>
          <w:b/>
        </w:rPr>
        <w:t xml:space="preserve">[59:48] </w:t>
      </w:r>
      <w:r>
        <w:t>lekin yeh jo jo mein arz kar raha hoon, is mein yeh sab baatein qata'an nahi hain.</w:t>
      </w:r>
    </w:p>
    <w:p>
      <w:pPr>
        <w:jc w:val="right"/>
      </w:pPr>
      <w:r>
        <w:t>لیکن یہ جو جو میں عرض کر رہا ہوں، اس میں یہ سب باتیں قطعا نہیں ہیں۔</w:t>
      </w:r>
    </w:p>
    <w:p>
      <w:r>
        <w:rPr>
          <w:b/>
        </w:rPr>
        <w:t xml:space="preserve">[59:56] </w:t>
      </w:r>
      <w:r>
        <w:t>is mein mohabbat hai, khair khwahi hai, aman hai,</w:t>
      </w:r>
    </w:p>
    <w:p>
      <w:pPr>
        <w:jc w:val="right"/>
      </w:pPr>
      <w:r>
        <w:t>اس میں محبت ہے، خیر خواہی ہے، امن ہے،</w:t>
      </w:r>
    </w:p>
    <w:p>
      <w:r>
        <w:rPr>
          <w:b/>
        </w:rPr>
        <w:t xml:space="preserve">[1:00:03] </w:t>
      </w:r>
      <w:r>
        <w:t>sab ko ek samajhna hai, sab ko Khuda ke paida kiya hua samajhna hai, sab se sab se khair khwah banna hai. yeh hai</w:t>
      </w:r>
    </w:p>
    <w:p>
      <w:pPr>
        <w:jc w:val="right"/>
      </w:pPr>
      <w:r>
        <w:t>سب کو ایک سمجھنا ہے، سب کو خدا کے پیدا کیا ہوا سمجھنا ہے، سب سے سب سے خیر خواہ بننا ہے۔ یہ ہے</w:t>
      </w:r>
    </w:p>
    <w:p>
      <w:r>
        <w:rPr>
          <w:b/>
        </w:rPr>
        <w:t xml:space="preserve">[1:00:12] </w:t>
      </w:r>
      <w:r>
        <w:t>to yahi woh,</w:t>
      </w:r>
    </w:p>
    <w:p>
      <w:pPr>
        <w:jc w:val="right"/>
      </w:pPr>
      <w:r>
        <w:t>تو یہی وہ،</w:t>
      </w:r>
    </w:p>
    <w:p>
      <w:r>
        <w:rPr>
          <w:b/>
        </w:rPr>
        <w:t xml:space="preserve">[1:00:17] </w:t>
      </w:r>
      <w:r>
        <w:t>yahi yahi woh mission hai jis ke liye hum uthe hain aur hamare sab saathi Allah Akbar se sirf India hi mein nahi, mukhtalif mulkon mein is ke liye koshish kar rahe hain.</w:t>
      </w:r>
    </w:p>
    <w:p>
      <w:pPr>
        <w:jc w:val="right"/>
      </w:pPr>
      <w:r>
        <w:t>یہی یہی وہ مشن ہے جس کے لیے ہم اٹھے ہیں اور ہمارے سب ساتھی اللہ اکبر سے صرف انڈیا ہی میں نہیں، مختلف ملکوں میں اس کے لیے کوشش کر رہے ہیں۔</w:t>
      </w:r>
    </w:p>
    <w:p>
      <w:r>
        <w:rPr>
          <w:b/>
        </w:rPr>
        <w:t xml:space="preserve">[1:00:35] </w:t>
      </w:r>
      <w:r>
        <w:t>mein Allah taala se dua karta hoon ke hum ko Allah taala ki madad hasil ho aur hum is mission ko aakhir tak pouncha saken.</w:t>
      </w:r>
    </w:p>
    <w:p>
      <w:pPr>
        <w:jc w:val="right"/>
      </w:pPr>
      <w:r>
        <w:t>میں اللہ تعالی سے دعا کرتا ہوں کہ ہم کو اللہ تعالی کی مدد حاصل ہو اور ہم اس مشن کو آخر تک پہنچا سکیں۔</w:t>
      </w:r>
    </w:p>
    <w:p>
      <w:r>
        <w:rPr>
          <w:b/>
        </w:rPr>
        <w:t xml:space="preserve">[1:00:44] </w:t>
      </w:r>
      <w:r>
        <w:t>aqool qawli haza wastaghfirullaha alaihim ajmaeen.</w:t>
      </w:r>
    </w:p>
    <w:p>
      <w:pPr>
        <w:jc w:val="right"/>
      </w:pPr>
      <w:r>
        <w:t>اقول قولیھذا واستغفراللہ علیہم اجمعین۔</w:t>
      </w:r>
    </w:p>
    <w:p>
      <w:r>
        <w:rPr>
          <w:b/>
        </w:rPr>
        <w:t xml:space="preserve">[1:01:03] </w:t>
      </w:r>
      <w:r>
        <w:t>Maulana, yeh sawal aaya hai Maulana Abdul Basit Omri ka, Doha, Qatar se. unhon ne likha hai ke Maulana, is kainat ki sab se bari hasti Khuda ki hai,</w:t>
      </w:r>
    </w:p>
    <w:p>
      <w:pPr>
        <w:jc w:val="right"/>
      </w:pPr>
      <w:r>
        <w:t>مولانا، یہ سوال آیا ہے مولانا عبدالباسط عمری کا، دوحہ، قطر سے۔ انہوں نے لکھا ہے کہ مولانا، اس کائنات کی سب سے بڑی ہستی خدا کی ہے،</w:t>
      </w:r>
    </w:p>
    <w:p>
      <w:r>
        <w:rPr>
          <w:b/>
        </w:rPr>
        <w:t xml:space="preserve">[1:01:17] </w:t>
      </w:r>
      <w:r>
        <w:t>lekin ajeeb baat hai ke wahi hasti sab se zyada hamare zehn aur dimagh se ojhal hai. usi hasti ko hum sab se kam jante hain.</w:t>
      </w:r>
    </w:p>
    <w:p>
      <w:pPr>
        <w:jc w:val="right"/>
      </w:pPr>
      <w:r>
        <w:t>لیکن عجیب بات ہے کہ وہی ہستی سب سے زیادہ ہمارے ذہن اور دماغ سے اوجھل ہے۔ اسی ہستی کو ہم سب سے کم جانتے ہیں۔</w:t>
      </w:r>
    </w:p>
    <w:p>
      <w:r>
        <w:rPr>
          <w:b/>
        </w:rPr>
        <w:t xml:space="preserve">[1:01:27] </w:t>
      </w:r>
      <w:r>
        <w:t>sirf aqeedat ki had tak hamara is se taluq hai. daryaft ki satah par hum Khuda ko nahi jante. is ki wajah kya hai?</w:t>
      </w:r>
    </w:p>
    <w:p>
      <w:pPr>
        <w:jc w:val="right"/>
      </w:pPr>
      <w:r>
        <w:t>صرف عقیدت کی حد تک ہمارا اس سے تعلق ہے۔ دریافت کی سطح پر ہم خدا کو نہیں جانتے۔ اس کی وجہ کیا ہے؟</w:t>
      </w:r>
    </w:p>
    <w:p>
      <w:r>
        <w:rPr>
          <w:b/>
        </w:rPr>
        <w:t xml:space="preserve">[1:01:42] </w:t>
      </w:r>
      <w:r>
        <w:t>dekhein, Quran mein hai ke "ya'lamoona zahiran min ad-dunya"</w:t>
      </w:r>
    </w:p>
    <w:p>
      <w:pPr>
        <w:jc w:val="right"/>
      </w:pPr>
      <w:r>
        <w:t>دیکھیں، قرآن میں ہے کہ "یعلمون ظاہراً من دنیا"</w:t>
      </w:r>
    </w:p>
    <w:p>
      <w:r>
        <w:rPr>
          <w:b/>
        </w:rPr>
        <w:t xml:space="preserve">[1:01:49] </w:t>
      </w:r>
      <w:r>
        <w:t>yani dikhai dene wali cheezon ko hi log dekh paate hain aur usi ko sab kuch samajh lete hain.</w:t>
      </w:r>
    </w:p>
    <w:p>
      <w:pPr>
        <w:jc w:val="right"/>
      </w:pPr>
      <w:r>
        <w:t>یعنی دکھائی دینے والی چیزوں کو ہی لوگ دیکھ پاتے ہیں اور اسی کو سب کچھ سمجھ لیتے ہیں۔</w:t>
      </w:r>
    </w:p>
    <w:p>
      <w:r>
        <w:rPr>
          <w:b/>
        </w:rPr>
        <w:t xml:space="preserve">[1:01:59] </w:t>
      </w:r>
      <w:r>
        <w:t>yeh insan ki kamzori hai ke jo cheez dekhne mein aaye, usi ko woh bari cheez samjhe.</w:t>
      </w:r>
    </w:p>
    <w:p>
      <w:pPr>
        <w:jc w:val="right"/>
      </w:pPr>
      <w:r>
        <w:t>یہ انسان کی کمزوری ہے کہ جو چیز دیکھنے میں آئے، اسی کو وہ بڑی چیز سمجھے۔</w:t>
      </w:r>
    </w:p>
    <w:p>
      <w:r>
        <w:rPr>
          <w:b/>
        </w:rPr>
        <w:t xml:space="preserve">[1:02:09] </w:t>
      </w:r>
      <w:r>
        <w:t>pehlay zamanay mein log suraj ko, chand ko, sitaron ko poojhte thay isi liye ke woh dikhai de rahi thi. to Allah taala ghayab mein hai,</w:t>
      </w:r>
    </w:p>
    <w:p>
      <w:pPr>
        <w:jc w:val="right"/>
      </w:pPr>
      <w:r>
        <w:t>پہلے زمانے میں لوگ سورج کو، چاند کو، ستاروں کو پوچھتے تھے اسی لیے کہ وہ دکھائی دے رہی تھی۔ تو اللہ تعالی غیب میں ہے،</w:t>
      </w:r>
    </w:p>
    <w:p>
      <w:r>
        <w:rPr>
          <w:b/>
        </w:rPr>
        <w:t xml:space="preserve">[1:02:22] </w:t>
      </w:r>
      <w:r>
        <w:t>is wajah se log us ko daryaft nahi kar paate. lekin yahi to imtehan hai, yeh jannat ki qeemat hai. jannat ki qeemat yeh hai ke aap na dikhayi dene wale Khuda ko daryaft kar saken.</w:t>
      </w:r>
    </w:p>
    <w:p>
      <w:pPr>
        <w:jc w:val="right"/>
      </w:pPr>
      <w:r>
        <w:t>اس وجہ سے لوگ اس کو دریافت نہیں کر پاتے۔ لیکن یہی تو امتحان ہے، یہ جنت کی قیمت ہے۔ جنت کی قیمت یہ ہے کہ آپ نہ دکھائے دعا والے خدا کو دریافت کر سکیں۔</w:t>
      </w:r>
    </w:p>
    <w:p>
      <w:r>
        <w:rPr>
          <w:b/>
        </w:rPr>
        <w:t xml:space="preserve">[1:02:39] </w:t>
      </w:r>
      <w:r>
        <w:t>jo Khuda ghayab mein hai, us ko aap daryaft kar saken.</w:t>
      </w:r>
    </w:p>
    <w:p>
      <w:pPr>
        <w:jc w:val="right"/>
      </w:pPr>
      <w:r>
        <w:t>جو خدا غیب میں ہے، اس کو آپ دریافت کر سکیں۔</w:t>
      </w:r>
    </w:p>
    <w:p>
      <w:r>
        <w:rPr>
          <w:b/>
        </w:rPr>
        <w:t xml:space="preserve">[1:02:46] </w:t>
      </w:r>
      <w:r>
        <w:t>yahi jannat ki qeemat hai. to ab jin logon ko maut ke baad ki abdi zindagi mein jannat ka shauq hai, to un ko is ke liye koshish karni hi paregi.</w:t>
      </w:r>
    </w:p>
    <w:p>
      <w:pPr>
        <w:jc w:val="right"/>
      </w:pPr>
      <w:r>
        <w:t>یہی جنت کی قیمت ہے۔ تو اب جن لوگوں کو موت کے بعد کی ابدی زندگی میں جنت کا کا شوق ہے، تو ان کو اس کے لیے کوشش کرنی ہی پڑے گی۔</w:t>
      </w:r>
    </w:p>
    <w:p>
      <w:r>
        <w:rPr>
          <w:b/>
        </w:rPr>
        <w:t xml:space="preserve">[1:03:06] </w:t>
      </w:r>
      <w:r>
        <w:t>apni soch ko, apne ghor o fikr ko, apne mutale'ay ko is tareeqay se karna hoga ke aap Allah ko daryaft kar saken.</w:t>
      </w:r>
    </w:p>
    <w:p>
      <w:pPr>
        <w:jc w:val="right"/>
      </w:pPr>
      <w:r>
        <w:t>اپنی سوچ کو، اپنے غور و فکر کو، اپنے مطالعے کو اس طریقے سے کرنا ہوگا کہ آپ اللہ کو دریافت کر سکیں۔</w:t>
      </w:r>
    </w:p>
    <w:p>
      <w:r>
        <w:rPr>
          <w:b/>
        </w:rPr>
        <w:t xml:space="preserve">[1:03:20] </w:t>
      </w:r>
      <w:r>
        <w:t>yani khud Allah ko hum nahi dekh paate, lekin jo creation hai, creation mein to Khuda bilkul har taraf numayan hai.</w:t>
      </w:r>
    </w:p>
    <w:p>
      <w:pPr>
        <w:jc w:val="right"/>
      </w:pPr>
      <w:r>
        <w:t>یعنی خود اللہ کو ہم نہیں دیکھ پاتے، لیکن جو کریشن ہے، کریشن میں تو خدا بالکل ہر طرف نمایاں ہے۔</w:t>
      </w:r>
    </w:p>
    <w:p>
      <w:r>
        <w:rPr>
          <w:b/>
        </w:rPr>
        <w:t xml:space="preserve">[1:03:33] </w:t>
      </w:r>
      <w:r>
        <w:t>chounkay soch insan sochta nahi, is liye woh bekhabar rehta hai. agar socha to har taraf us ko Khuda ki daryaft hone lagay. to mein sochta hoon ke yeh isi cheez ko hamein apne andar develop karna hai ke Khuda ki takhleeq mein ghor karen.</w:t>
      </w:r>
    </w:p>
    <w:p>
      <w:pPr>
        <w:jc w:val="right"/>
      </w:pPr>
      <w:r>
        <w:t>چونکہ سوچ انسان سوچتا نہیں، اس لیے وہ بے خبر رہتا ہے۔ اگر سوچا تو ہر طرف اس کو خدا کی دریافت ہونے لگے۔ تو میں سوچتا ہوں کہ یہ اسی چیز کو ہمیں اپنے اندر ڈیولپ کرنا ہے کہ خدا کی تخلیق میں غور کریں۔</w:t>
      </w:r>
    </w:p>
    <w:p>
      <w:r>
        <w:rPr>
          <w:b/>
        </w:rPr>
        <w:t xml:space="preserve">[1:03:53] </w:t>
      </w:r>
      <w:r>
        <w:t>creation mein, creation mein ghor kar ke hum creator tak pounch sakte hain.</w:t>
      </w:r>
    </w:p>
    <w:p>
      <w:pPr>
        <w:jc w:val="right"/>
      </w:pPr>
      <w:r>
        <w:t>کریشن میں، کریشن میں غور کر کے ہم کریٹر تک پہنچ سکتے ہیں۔</w:t>
      </w:r>
    </w:p>
    <w:p>
      <w:r>
        <w:rPr>
          <w:b/>
        </w:rPr>
        <w:t xml:space="preserve">[1:04:01] </w:t>
      </w:r>
      <w:r>
        <w:t>to yeh ek process hai jo har ek ko apne andar jari karna hai, aur jo bhi sincerely is ko is process ko apne andar jari karega, zaroor inshallah woh manzil tak pounchega.</w:t>
      </w:r>
    </w:p>
    <w:p>
      <w:pPr>
        <w:jc w:val="right"/>
      </w:pPr>
      <w:r>
        <w:t>تو یہ ایک پروسیس ہے جو ہر ایک کو اپنے اندر جاری کرنا ہے، اور جو بھی سنسیرلی اس کو اس پروسیس کو اپنے اندر جاری کرے گا، ضرور انشاءاللہ وہ منزل تک پہنچے گا۔</w:t>
      </w:r>
    </w:p>
    <w:p>
      <w:r>
        <w:rPr>
          <w:b/>
        </w:rPr>
        <w:t xml:space="preserve">[1:04:17] </w:t>
      </w:r>
      <w:r>
        <w:t>Maulana, yeh sawal aaya hai Miss Naghma Siddiqui ka, Delhi se.</w:t>
      </w:r>
    </w:p>
    <w:p>
      <w:pPr>
        <w:jc w:val="right"/>
      </w:pPr>
      <w:r>
        <w:t>مولانا، یہ سوال آیا ہے مس نغمہ صدیقی کا، دلی سے۔</w:t>
      </w:r>
    </w:p>
    <w:p>
      <w:r>
        <w:rPr>
          <w:b/>
        </w:rPr>
        <w:t xml:space="preserve">[1:04:22] </w:t>
      </w:r>
      <w:r>
        <w:t>unho'n ne likha hai: "in one of ur lectures, u had mentioned the difference between a self actor and a non self actor.</w:t>
      </w:r>
    </w:p>
    <w:p>
      <w:pPr>
        <w:jc w:val="right"/>
      </w:pPr>
      <w:r>
        <w:t>انہوں نے لکھا ہے: "ان ون آف یور لیکچرز، یو ہیڈ مینشن دا ڈیفرنس بٹوین ا سیلف ایکٹر اینڈ ا نان سیلف ایکٹر۔</w:t>
      </w:r>
    </w:p>
    <w:p>
      <w:r>
        <w:rPr>
          <w:b/>
        </w:rPr>
        <w:t xml:space="preserve">[1:04:32] </w:t>
      </w:r>
      <w:r>
        <w:t>can u please elaborate on this?"</w:t>
      </w:r>
    </w:p>
    <w:p>
      <w:pPr>
        <w:jc w:val="right"/>
      </w:pPr>
      <w:r>
        <w:t>کین یو پلیز الیبریٹ ان دس؟"</w:t>
      </w:r>
    </w:p>
    <w:p>
      <w:r>
        <w:rPr>
          <w:b/>
        </w:rPr>
        <w:t xml:space="preserve">[1:04:45] </w:t>
      </w:r>
      <w:r>
        <w:t>dekhiye, yeh duniya mein zindagi ke do sooraten hain. ek yeh hai ke aap ne khud kuch daryaft kiya ho, khud apni soch aap ki bani ho,</w:t>
      </w:r>
    </w:p>
    <w:p>
      <w:pPr>
        <w:jc w:val="right"/>
      </w:pPr>
      <w:r>
        <w:t>دیکھیے، یہ دنیا میں زندگی کے کی دو صورتیں ہیں۔ ایک یہ ہے کہ آپ نے خود کچھ دریافت کیا ہو، خود اپنی سوچ آپ کی بنی ہو،</w:t>
      </w:r>
    </w:p>
    <w:p>
      <w:r>
        <w:rPr>
          <w:b/>
        </w:rPr>
        <w:t xml:space="preserve">[1:05:00] </w:t>
      </w:r>
      <w:r>
        <w:t>khud aap ki ek shakhsiyat develop hui ho, us ke mutabiq duniya mein rahen aap.</w:t>
      </w:r>
    </w:p>
    <w:p>
      <w:pPr>
        <w:jc w:val="right"/>
      </w:pPr>
      <w:r>
        <w:t>خود آپ کی ایک شخصیت ڈیولپ ہوئی ہو، اس کے مطابق دنیا میں رہیں آپ۔</w:t>
      </w:r>
    </w:p>
    <w:p>
      <w:r>
        <w:rPr>
          <w:b/>
        </w:rPr>
        <w:t xml:space="preserve">[1:05:06] </w:t>
      </w:r>
      <w:r>
        <w:t>aur ek yeh hai ke jo duniya mein jo system hai, qaim system, us se apne ko joR lein aur jo woh chahe, wahi karein aap.</w:t>
      </w:r>
    </w:p>
    <w:p>
      <w:pPr>
        <w:jc w:val="right"/>
      </w:pPr>
      <w:r>
        <w:t>اور ایک یہ ہے کہ جو دنیا میں جو سسٹم ہے، قائم سسٹم، اس سے اپنے کو جوڑ لیں اور جو وہ جو وہ چاہے، وہی کریں آپ۔</w:t>
      </w:r>
    </w:p>
    <w:p>
      <w:r>
        <w:rPr>
          <w:b/>
        </w:rPr>
        <w:t xml:space="preserve">[1:05:19] </w:t>
      </w:r>
      <w:r>
        <w:t>is ki khuli hui misaal jo hai, yeh film industry hai. film industry kya hai? film industry mein jo viewers hain, un ke lihaaz se aadmi ko act karna paRta hai.</w:t>
      </w:r>
    </w:p>
    <w:p>
      <w:pPr>
        <w:jc w:val="right"/>
      </w:pPr>
      <w:r>
        <w:t>اس کی کھلی ہوئی مثال جو ہے، یہ فلم انڈسٹری ہے۔ فلم انڈسٹری کیا ہے؟ فلم انڈسٹری میں جو ویورز ہیں، ان کے لحاظ سے آدمی کو ایکٹ کرنا پڑتا ہے۔</w:t>
      </w:r>
    </w:p>
    <w:p>
      <w:r>
        <w:rPr>
          <w:b/>
        </w:rPr>
        <w:t xml:space="preserve">[1:05:31] </w:t>
      </w:r>
      <w:r>
        <w:t>viewers ke lihaaz se, apne lihaaz se nahi, khud apni soch kya hai, apne nazdeek sahi kaha hai, ghalat kaha hai, yeh nahi, balke viewers kya chahte hain dekhna, woh kya chahte hain sunna, us ke mutabiq aadmi act karta hai.</w:t>
      </w:r>
    </w:p>
    <w:p>
      <w:pPr>
        <w:jc w:val="right"/>
      </w:pPr>
      <w:r>
        <w:t>ویورز کے لحاظ سے، اپنے لحاظ سے نہیں، خود اپنی سوچ کیا ہے، اپنے نزدیک صحیح کہا ہے، غلط کہا ہے، یہ نہیں، بلکہ ویورز کیا چاہتے ہیں دیکھنا، وہ کیا چاہتے ہیں سننا، اس کے مطابق آدمی ایکٹ کرتا ہے۔</w:t>
      </w:r>
    </w:p>
    <w:p>
      <w:r>
        <w:rPr>
          <w:b/>
        </w:rPr>
        <w:t xml:space="preserve">[1:05:47] </w:t>
      </w:r>
      <w:r>
        <w:t>aise baRe baRe uhde jo hain, wahan bhi kya hai? baRe baRe uhdon mein aadmi lagta hai shandar mahallon mein, lekin</w:t>
      </w:r>
    </w:p>
    <w:p>
      <w:pPr>
        <w:jc w:val="right"/>
      </w:pPr>
      <w:r>
        <w:t>ایسے بڑے بڑے عہدے جو ہیں، وہاں بھی کیا ہے؟ بڑے بڑے عہدوں میں آدمی لگتا ہے شاندار محلوں میں، لیکن</w:t>
      </w:r>
    </w:p>
    <w:p>
      <w:r>
        <w:rPr>
          <w:b/>
        </w:rPr>
        <w:t xml:space="preserve">[1:05:58] </w:t>
      </w:r>
      <w:r>
        <w:t>woh bhi kisi yaani apne apne apni bunyaad par nahi jeeta hai, woh doosre ki bunyaad par jeeta hai. misaal ke taur par ek leader voter kya kehte hain?</w:t>
      </w:r>
    </w:p>
    <w:p>
      <w:pPr>
        <w:jc w:val="right"/>
      </w:pPr>
      <w:r>
        <w:t>وہ بھی کسی یعنی اپنے اپنے اپنی بنیاد پر نہیں جیتا ہے، وہ دوسرے کی بنیاد پر جیتا ہے۔ مثلاً ایک لیڈر ووٹر کیا کہتے ہیں؟</w:t>
      </w:r>
    </w:p>
    <w:p>
      <w:r>
        <w:rPr>
          <w:b/>
        </w:rPr>
        <w:t xml:space="preserve">[1:06:08] </w:t>
      </w:r>
      <w:r>
        <w:t>voter kya chahte hain? us ke mutabiq woh chalta hai.</w:t>
      </w:r>
    </w:p>
    <w:p>
      <w:pPr>
        <w:jc w:val="right"/>
      </w:pPr>
      <w:r>
        <w:t>ووٹر کیا چاہتے ہیں؟ اس کے مطابق وہ چلتا ہے۔</w:t>
      </w:r>
    </w:p>
    <w:p>
      <w:r>
        <w:rPr>
          <w:b/>
        </w:rPr>
        <w:t xml:space="preserve">[1:06:13] </w:t>
      </w:r>
      <w:r>
        <w:t>to ek bohat mushkil kaam hai, kyunke agar aap non self, isi ko mein kehta hoon non self actor, yaani apne siwa kisi aur ke liye jeena, to non self actor mein aap bazahir bohat achhi zindagi haasil kar lete hain.</w:t>
      </w:r>
    </w:p>
    <w:p>
      <w:pPr>
        <w:jc w:val="right"/>
      </w:pPr>
      <w:r>
        <w:t>تو ایک بہت مشکل کام ہے، کیونکہ اگر آپ نان سیلف، اسی کو میں کہتا ہوں نان سیلف ایکٹر، یعنی اپنے سوا کسی اور کے لیے جینا، تو نان سیلف ایکٹر میں آپ بظاہر بہت اچھی زندگی حاصل کر لیتے ہیں۔</w:t>
      </w:r>
    </w:p>
    <w:p>
      <w:r>
        <w:rPr>
          <w:b/>
        </w:rPr>
        <w:t xml:space="preserve">[1:06:32] </w:t>
      </w:r>
      <w:r>
        <w:t>kyunke jis jis ke liye aap kaam karte hain, woh aap ko baRi baRi cheezein deta hai. lekin jab khud apne upar jeena chahein aap, to aap ko sacrifice karni paRti hai.</w:t>
      </w:r>
    </w:p>
    <w:p>
      <w:pPr>
        <w:jc w:val="right"/>
      </w:pPr>
      <w:r>
        <w:t>کیونکہ کیونکہ جس جس کے لیے آپ کام کرتے ہیں، وہ آپ کو بڑی بڑی چیزیں دیتا ہے۔ لیکن جب خود اپنے اوپر جینا چاہیں آپ، تو آپ کو سیکریفائی کرنی پڑتی ہے۔</w:t>
      </w:r>
    </w:p>
    <w:p>
      <w:r>
        <w:rPr>
          <w:b/>
        </w:rPr>
        <w:t xml:space="preserve">[1:06:44] </w:t>
      </w:r>
      <w:r>
        <w:t>phir aap ko saada zindagi, kam par qana'at karna, mushkil haalaat mein rehna, yeh sab bardaasht karna paRta hai.</w:t>
      </w:r>
    </w:p>
    <w:p>
      <w:pPr>
        <w:jc w:val="right"/>
      </w:pPr>
      <w:r>
        <w:t>پھر آپ کو سادہ زندگی، کم پر قناعت کرنا، مشکل حالات میں رہنا، یہ سب برداشت کرنا پڑتا ہے۔</w:t>
      </w:r>
    </w:p>
    <w:p>
      <w:r>
        <w:rPr>
          <w:b/>
        </w:rPr>
        <w:t xml:space="preserve">[1:06:54] </w:t>
      </w:r>
      <w:r>
        <w:t>lekin jo jo self self actor hain, haqeeqat mein wahi jee rahe hain duniya mein.</w:t>
      </w:r>
    </w:p>
    <w:p>
      <w:pPr>
        <w:jc w:val="right"/>
      </w:pPr>
      <w:r>
        <w:t>لیکن جو جو سیلف سیلف ایکٹر ہیں، حقیقت میں وہی جی رہے ہیں دنیا میں۔</w:t>
      </w:r>
    </w:p>
    <w:p>
      <w:r>
        <w:rPr>
          <w:b/>
        </w:rPr>
        <w:t xml:space="preserve">[1:07:03] </w:t>
      </w:r>
      <w:r>
        <w:t>koi koi koi apne aap mein jeete hain. woh</w:t>
      </w:r>
    </w:p>
    <w:p>
      <w:pPr>
        <w:jc w:val="right"/>
      </w:pPr>
      <w:r>
        <w:t>کوئی کوئی کوئی اپنے آپ میں جیتے ہیں۔ وہ</w:t>
      </w:r>
    </w:p>
    <w:p>
      <w:r>
        <w:rPr>
          <w:b/>
        </w:rPr>
        <w:t xml:space="preserve">[1:07:05] </w:t>
      </w:r>
      <w:r>
        <w:t>jo non self actor hain, woh jee jo jee rahe hain, woh to woh to moortiyan hain, samjhiye, well dressed moortiyan. to mein bataoon ke aadmi ko chahiye ke woh self actor bane, yaani apne aap mein jeena jeene ki koshish kare,</w:t>
      </w:r>
    </w:p>
    <w:p>
      <w:pPr>
        <w:jc w:val="right"/>
      </w:pPr>
      <w:r>
        <w:t>جو نان سیلف ایکٹر ہیں، وہ جی جو جی رہے ہیں، وہ تو وہ تو مورتیاں ہیں، سمجھئے، ویل ڈریسڈ مورتیاں۔ تو میں بتاؤں کہ آدمی کو چاہیے کہ وہ سیلف ایکٹر بنے، یعنی اپنے آپ میں جینا جینے کی کوشش کرے،</w:t>
      </w:r>
    </w:p>
    <w:p>
      <w:r>
        <w:rPr>
          <w:b/>
        </w:rPr>
        <w:t xml:space="preserve">[1:07:28] </w:t>
      </w:r>
      <w:r>
        <w:t>chahe koi bhi price deni paRe us ki. aur non self actor na bane, kyunke woh to apni apne aap kho diya us ne. apne aap ko kho kar ke to kisi doosre ke liye jee raha hai woh.</w:t>
      </w:r>
    </w:p>
    <w:p>
      <w:pPr>
        <w:jc w:val="right"/>
      </w:pPr>
      <w:r>
        <w:t>چاہے کوئی بھی پرائس دینی پڑے اس کی۔ اور نان سیلف ایکٹر نہ بنے، کیونکہ وہ تو اپنی اپنے آپ کھو دیا اس نے۔ اپنے آپ کو کھو کر کے تو کسی دوسرے کے لیے جی رہا ہے وہ۔</w:t>
      </w:r>
    </w:p>
    <w:p>
      <w:r>
        <w:rPr>
          <w:b/>
        </w:rPr>
        <w:t xml:space="preserve">[1:07:41] </w:t>
      </w:r>
      <w:r>
        <w:t>to hum to yahi kahenge aap logon se ke aap log non self actor na banein, balke self actor banein.</w:t>
      </w:r>
    </w:p>
    <w:p>
      <w:pPr>
        <w:jc w:val="right"/>
      </w:pPr>
      <w:r>
        <w:t>تو ہم تو یہی کہیں گے آپ لوگوں سے کہ آپ لوگ نان سیلف ایکٹر نہ بنیں، بلکہ سیلف ایکٹر بنیں۔</w:t>
      </w:r>
    </w:p>
    <w:p>
      <w:r>
        <w:rPr>
          <w:b/>
        </w:rPr>
        <w:t xml:space="preserve">[1:07:54] </w:t>
      </w:r>
      <w:r>
        <w:t>apni daryaft par jeena seekhein, na ke doosron ke direction pe jeena seekhein.</w:t>
      </w:r>
    </w:p>
    <w:p>
      <w:pPr>
        <w:jc w:val="right"/>
      </w:pPr>
      <w:r>
        <w:t>اپنی دریافت پر جینا سیکھیں، نہ کہ دوسروں کے ڈائریکشن پہ جینا سیکھیں۔</w:t>
      </w:r>
    </w:p>
    <w:p>
      <w:r>
        <w:rPr>
          <w:b/>
        </w:rPr>
        <w:t xml:space="preserve">[1:08:05] </w:t>
      </w:r>
      <w:r>
        <w:t>maulana, agla sawal aaya hai Mr Abdul Latif ka, Karachi, Pakistan se</w:t>
      </w:r>
    </w:p>
    <w:p>
      <w:pPr>
        <w:jc w:val="right"/>
      </w:pPr>
      <w:r>
        <w:t>مولانا، اگلا سوال آیا ہے مسٹر عبداللطیف کا، کراچی، پاکستان سے</w:t>
      </w:r>
    </w:p>
    <w:p>
      <w:r>
        <w:rPr>
          <w:b/>
        </w:rPr>
        <w:t xml:space="preserve">[1:08:10] </w:t>
      </w:r>
      <w:r>
        <w:t>. unho'n ne likha hai: "mera sawal yeh hai ke yeh Allah taala ki bohat baRi blessing hai ke is ne har insaan se zindagi ke mukhtasar se hisse mein apni azaadi ke sahi istemaal par abadi jannat ka wa'da kiya hai.</w:t>
      </w:r>
    </w:p>
    <w:p>
      <w:pPr>
        <w:jc w:val="right"/>
      </w:pPr>
      <w:r>
        <w:t>۔ انہوں نے لکھا ہے: "میرا سوال یہ ہے کہ یہ اللہ تعالی کی بہت بڑی بلیسنگ ہے کہ اس نے ہر انسان سے زندگی کے مختصر سے حصے میں اپنی آزادی کے صحیح استعمال پر ابدی جنت کا وعدہ کیا ہے۔</w:t>
      </w:r>
    </w:p>
    <w:p>
      <w:r>
        <w:rPr>
          <w:b/>
        </w:rPr>
        <w:t xml:space="preserve">[1:08:28] </w:t>
      </w:r>
      <w:r>
        <w:t>maulana sahib, yeh baat aaj jadeed aur ghair jadeed insaan ko kis tarah samjhai jaye?"</w:t>
      </w:r>
    </w:p>
    <w:p>
      <w:pPr>
        <w:jc w:val="right"/>
      </w:pPr>
      <w:r>
        <w:t>مولانا صاحب، یہ بات آج جدید اور غیر جدید انسان کو کس طرح سمجھائی جائے؟"</w:t>
      </w:r>
    </w:p>
    <w:p>
      <w:r>
        <w:rPr>
          <w:b/>
        </w:rPr>
        <w:t xml:space="preserve">[1:08:47] </w:t>
      </w:r>
      <w:r>
        <w:t>ab mein sochta hoon ke samjhane ka koi naya tareeqa nahi hai. jo pehle jo tareeqa tha, wahi tareeqa aaj bhi hai.</w:t>
      </w:r>
    </w:p>
    <w:p>
      <w:pPr>
        <w:jc w:val="right"/>
      </w:pPr>
      <w:r>
        <w:t>اب میں سوچتا ہوں کہ سمجھانے کا کوئی نیا طریقہ نہیں ہے۔ جو پہلے جو طریقہ تھا، وہی طریقہ آج بھی ہے۔</w:t>
      </w:r>
    </w:p>
    <w:p>
      <w:r>
        <w:rPr>
          <w:b/>
        </w:rPr>
        <w:t xml:space="preserve">[1:08:58] </w:t>
      </w:r>
      <w:r>
        <w:t>woh yahi hai ke tum</w:t>
      </w:r>
    </w:p>
    <w:p>
      <w:pPr>
        <w:jc w:val="right"/>
      </w:pPr>
      <w:r>
        <w:t>وہ یہی ہے کہ تم</w:t>
      </w:r>
    </w:p>
    <w:p>
      <w:r>
        <w:rPr>
          <w:b/>
        </w:rPr>
        <w:t xml:space="preserve">[1:09:03] </w:t>
      </w:r>
      <w:r>
        <w:t>duniya mein kuch bhi haasil kar lo, lekin thoRi muddat ke baad is ko chhoR kar jaana paRta hai. pachaas saal, 60 saal, 70 saal aap rahe, us ke baad sab kuch chhoR chale gaye to faida kya hua?</w:t>
      </w:r>
    </w:p>
    <w:p>
      <w:pPr>
        <w:jc w:val="right"/>
      </w:pPr>
      <w:r>
        <w:t>دنیا میں کچھ بھی حاصل کر لو، لیکن تھوڑی مدت کے بعد اس کو چھوڑ کر جانا پڑتا ہے۔ پچاس سال، 60 سال، 70 سال آپ رہے، اس کے بعد سب کچھ چھوڑ چلے گئے تو فائدہ کیا ہوا؟</w:t>
      </w:r>
    </w:p>
    <w:p>
      <w:r>
        <w:rPr>
          <w:b/>
        </w:rPr>
        <w:t xml:space="preserve">[1:09:18] </w:t>
      </w:r>
      <w:r>
        <w:t>to aadmi ko chahiye ke woh, yaani maut ke baad jo abadi zindagi hai, us ko us ko yaqeen dilaya jaye ke maut par zindagi khatam nahi hoti.</w:t>
      </w:r>
    </w:p>
    <w:p>
      <w:pPr>
        <w:jc w:val="right"/>
      </w:pPr>
      <w:r>
        <w:t>تو آدمی کو چاہیے کہ وہ، یعنی موت کے بعد جو ابدی زندگی ہے، اس کو اس کو یقین دلایا جائے کہ موت پر زندگی ختم نہیں ہوتی۔</w:t>
      </w:r>
    </w:p>
    <w:p>
      <w:r>
        <w:rPr>
          <w:b/>
        </w:rPr>
        <w:t xml:space="preserve">[1:09:28] </w:t>
      </w:r>
      <w:r>
        <w:t>maut ke baad zindagi jo hai, continue rehti hai. ab woh, ab woh abadi hai, eternal hai. to is zindagi ke liye tayyari karo jo abadi hai.</w:t>
      </w:r>
    </w:p>
    <w:p>
      <w:pPr>
        <w:jc w:val="right"/>
      </w:pPr>
      <w:r>
        <w:t>موت کے بعد زندگی جو ہے، کنٹینیو رہتی ہے۔ اب وہ، اب وہ ابدی ہے، ایٹرنل ہے۔ تو اس زندگی کے لیے تیاری کرو جو ابدی ہے۔</w:t>
      </w:r>
    </w:p>
    <w:p>
      <w:r>
        <w:rPr>
          <w:b/>
        </w:rPr>
        <w:t xml:space="preserve">[1:09:39] </w:t>
      </w:r>
      <w:r>
        <w:t>waqti zindagi ke liye jeena aur mar jana, yeh to bohat hi, yaani bohat hi bari nadani aur bohat hi ghaate ki baat hogi.</w:t>
      </w:r>
    </w:p>
    <w:p>
      <w:pPr>
        <w:jc w:val="right"/>
      </w:pPr>
      <w:r>
        <w:t>وقتی زندگی کے لیے جینا اور مر جانا، یہ تو بہت ہی، یعنی بہت ہی بڑی نادانی اور بہت ہی گھاٹے کی بات ہوگی۔</w:t>
      </w:r>
    </w:p>
    <w:p>
      <w:r>
        <w:rPr>
          <w:b/>
        </w:rPr>
        <w:t xml:space="preserve">[1:09:51] </w:t>
      </w:r>
      <w:r>
        <w:t>ab isi baat ko jitna aap samjha sakein, aadmi ko jitna samjha sakein, kyunke yahi kamzori insaan ki hai ke "bal al-ajila wa yadhununa abrahama yawma thaqilaa"</w:t>
      </w:r>
    </w:p>
    <w:p>
      <w:pPr>
        <w:jc w:val="right"/>
      </w:pPr>
      <w:r>
        <w:t>اب اسی بات کو جتنا آپ سمجھا سکیں، آدمی کو جتنا سمجھا سکیں، کیونکہ یہی کمزوری انسان کی ہے کہ "بلا العاجل ویدرون ابراہم یوم ثقیلا"</w:t>
      </w:r>
    </w:p>
    <w:p>
      <w:r>
        <w:rPr>
          <w:b/>
        </w:rPr>
        <w:t xml:space="preserve">[1:10:04] </w:t>
      </w:r>
      <w:r>
        <w:t>yaani aaj aaj jo thoda sa faida mil raha hai, usi mein aadmi gum ho jata hai aur jo bara faida jo baad ko aanay wala hai, us se bekhabar ho jata hai.</w:t>
      </w:r>
    </w:p>
    <w:p>
      <w:pPr>
        <w:jc w:val="right"/>
      </w:pPr>
      <w:r>
        <w:t>یعنی آج آج جو تھوڑا سا فائدہ مل رہا ہے، اسی میں آدمی گم ہو جاتا ہے اور جو بڑا فائدہ جو بعد کو آنے والا ہے، اس سے بے خبر ہو جاتا ہے۔</w:t>
      </w:r>
    </w:p>
    <w:p>
      <w:r>
        <w:rPr>
          <w:b/>
        </w:rPr>
        <w:t xml:space="preserve">[1:10:15] </w:t>
      </w:r>
      <w:r>
        <w:t>to insaan ko is is parde ko hatanay, hatana hai, insaan ki is bekhabari ko todna</w:t>
      </w:r>
    </w:p>
    <w:p>
      <w:pPr>
        <w:jc w:val="right"/>
      </w:pPr>
      <w:r>
        <w:t>تو انسان کو اس اس پردے کو ہٹانے، ہٹانا ہے، انسان کی اس بے خبری کو توڑنا</w:t>
      </w:r>
    </w:p>
    <w:p>
      <w:r>
        <w:rPr>
          <w:b/>
        </w:rPr>
        <w:t xml:space="preserve">[1:10:21] </w:t>
      </w:r>
      <w:r>
        <w:t>. jaise hi aadmi yeh jaan lega is baat ko shaoori taur par, yaqeen ke sath ke is dunya mein bohat thodi muddat mujhe mili hai aur is ke baad maut ke baad lambi muddat jo hai meri, woh abadi hai.</w:t>
      </w:r>
    </w:p>
    <w:p>
      <w:pPr>
        <w:jc w:val="right"/>
      </w:pPr>
      <w:r>
        <w:t>۔ جیسے ہی آدمی یہ جان لے گا اس بات کو شعوری طور پر، یقین کے ساتھ کہ اس دنیا میں بہت تھوڑی مدت مجھے ملی ہے اور اس کے بعد موت کے بعد لمبی مدت جو ہے میری، وہ ابدی ہے۔</w:t>
      </w:r>
    </w:p>
    <w:p>
      <w:r>
        <w:rPr>
          <w:b/>
        </w:rPr>
        <w:t xml:space="preserve">[1:10:37] </w:t>
      </w:r>
      <w:r>
        <w:t>is baat ko jab shaoori taur par jaan lega to inshallah aap woh bohat aasani se apni zindagi ki islaah kar lega.</w:t>
      </w:r>
    </w:p>
    <w:p>
      <w:pPr>
        <w:jc w:val="right"/>
      </w:pPr>
      <w:r>
        <w:t>اس بات کو جب شعوری طور پر جان لے گا تو انشاءاللہ آپ وہ بہت آسانی سے اپنی زندگی کی اصلاح کر لے گا۔</w:t>
      </w:r>
    </w:p>
    <w:p>
      <w:r>
        <w:rPr>
          <w:b/>
        </w:rPr>
        <w:t xml:space="preserve">[1:10:49] </w:t>
      </w:r>
      <w:r>
        <w:t>maulana, agla sawal aya hai mr. slish malhotra ka, singapore se. unhon ne likha hai: "in today's stressful times, please share your views on how we all can manage our stress levels and are able to maintain a good work life balance and always maintain positive thinking."</w:t>
      </w:r>
    </w:p>
    <w:p>
      <w:pPr>
        <w:jc w:val="right"/>
      </w:pPr>
      <w:r>
        <w:t>مولانا، اگلا سوال آیا ہے مسٹر سلیش ملہوترا کا، سنگاپور سے۔ انہوں نے لکھا ہے: "ان ٹوڈے سٹریس فل ٹائمز، پلیز شیئر یور ویوز ان ہاؤ وی آل کین مینج اور سٹریس لیولز اینڈ آر ایبل ٹو مینٹین ا گڈ ورک لائف بیلنس اینڈ آلویز مینٹین پوزیٹیو تھنکنگ۔"</w:t>
      </w:r>
    </w:p>
    <w:p>
      <w:r>
        <w:rPr>
          <w:b/>
        </w:rPr>
        <w:t xml:space="preserve">[1:11:15] </w:t>
      </w:r>
      <w:r>
        <w:t>dekhein, jahan tak maine samjha hai, stress, stress kya hai? us ko us ki analysis kijiye.</w:t>
      </w:r>
    </w:p>
    <w:p>
      <w:pPr>
        <w:jc w:val="right"/>
      </w:pPr>
      <w:r>
        <w:t>دیکھیں، جہاں تک میں نے سمجھا ہے، اسٹریس، اسٹریس کیا ہے؟ اس کو اس کی انالیسز کیجئے۔</w:t>
      </w:r>
    </w:p>
    <w:p>
      <w:r>
        <w:rPr>
          <w:b/>
        </w:rPr>
        <w:t xml:space="preserve">[1:11:25] </w:t>
      </w:r>
      <w:r>
        <w:t>stress mein jahan tak maine samjha hai, stress naam hai is baat ka ke aadmi</w:t>
      </w:r>
    </w:p>
    <w:p>
      <w:pPr>
        <w:jc w:val="right"/>
      </w:pPr>
      <w:r>
        <w:t>اسٹریس میں جہاں تک میں نے سمجھا ہے، اسٹریس نام ہے اس بات کا کہ آدمی</w:t>
      </w:r>
    </w:p>
    <w:p>
      <w:r>
        <w:rPr>
          <w:b/>
        </w:rPr>
        <w:t xml:space="preserve">[1:11:34] </w:t>
      </w:r>
      <w:r>
        <w:t>is se zyada paana chahe jo woh apni capacity ke aitbar se pa sakta hai.</w:t>
      </w:r>
    </w:p>
    <w:p>
      <w:pPr>
        <w:jc w:val="right"/>
      </w:pPr>
      <w:r>
        <w:t>اس سے زیادہ پانا چاہے جو وہ اپنی کیپیسٹی کے اعتبار سے پا سکتا ہے۔</w:t>
      </w:r>
    </w:p>
    <w:p>
      <w:r>
        <w:rPr>
          <w:b/>
        </w:rPr>
        <w:t xml:space="preserve">[1:11:42] </w:t>
      </w:r>
      <w:r>
        <w:t>agar aap apni capacity ko jaanein aur usi par aap aap ka determinant ho jaye to na koi tension hai, na koi stress hai.</w:t>
      </w:r>
    </w:p>
    <w:p>
      <w:pPr>
        <w:jc w:val="right"/>
      </w:pPr>
      <w:r>
        <w:t>اگر آپ اپنی کیپیسٹی کو جانیں اور اسی پر آپ آپ کا ڈیٹرمنٹ ہو جائے تو نہ کوئی ٹینشن ہے، نہ کوئی سٹریس ہے۔</w:t>
      </w:r>
    </w:p>
    <w:p>
      <w:r>
        <w:rPr>
          <w:b/>
        </w:rPr>
        <w:t xml:space="preserve">[1:11:50] </w:t>
      </w:r>
      <w:r>
        <w:t>phir har aadmi more and more par target banaye rehta hai. yeh more and more ka jo jo target hai, yahi wajah hai stress ke aur tension ki.</w:t>
      </w:r>
    </w:p>
    <w:p>
      <w:pPr>
        <w:jc w:val="right"/>
      </w:pPr>
      <w:r>
        <w:t>پھر ہر آدمی مور اینڈ مور پر ٹارگٹ بنائے رہتا ہے۔ یہ مور اینڈ مور کا جو جو ٹارگٹ ہے، یہی وجہ ہے اسٹریس کے اور ٹینشن کی۔</w:t>
      </w:r>
    </w:p>
    <w:p>
      <w:r>
        <w:rPr>
          <w:b/>
        </w:rPr>
        <w:t xml:space="preserve">[1:12:06] </w:t>
      </w:r>
      <w:r>
        <w:t>isi liye islam mein jo hal bataya gaya hai, woh hai qanaat. qanaat ka matlab hai contentment.</w:t>
      </w:r>
    </w:p>
    <w:p>
      <w:pPr>
        <w:jc w:val="right"/>
      </w:pPr>
      <w:r>
        <w:t>اسی لیے اسلام میں جو حل بتایا گیا ہے، وہ ہے قناعت۔ قناعت کا مطلب ہے کنٹینٹمنٹ۔</w:t>
      </w:r>
    </w:p>
    <w:p>
      <w:r>
        <w:rPr>
          <w:b/>
        </w:rPr>
        <w:t xml:space="preserve">[1:12:16] </w:t>
      </w:r>
      <w:r>
        <w:t>qad aflaha man roza ka kafafa wa kana Allah ma ata. to contentment jo hai, is ka matlab kya hai?</w:t>
      </w:r>
    </w:p>
    <w:p>
      <w:pPr>
        <w:jc w:val="right"/>
      </w:pPr>
      <w:r>
        <w:t>قد افلا من روزہ کا کفاف وکنا اللہ ما عطا۔ تو کنٹینٹمنٹ جو ہے، اس کا مطلب کیا ہے؟</w:t>
      </w:r>
    </w:p>
    <w:p>
      <w:r>
        <w:rPr>
          <w:b/>
        </w:rPr>
        <w:t xml:space="preserve">[1:12:26] </w:t>
      </w:r>
      <w:r>
        <w:t>yaani qanaat ya contentment ka matlab kya hai? woh yeh matlab nahi kam par raazi hona, possible par raazi hona.</w:t>
      </w:r>
    </w:p>
    <w:p>
      <w:pPr>
        <w:jc w:val="right"/>
      </w:pPr>
      <w:r>
        <w:t>یعنی قناعت یا کنٹینٹمنٹ کا مطلب کیا ہے؟ وہ یہ مطلب نہیں کم پر راضی ہونا، پاسیبل پر راضی ہونا۔</w:t>
      </w:r>
    </w:p>
    <w:p>
      <w:r>
        <w:rPr>
          <w:b/>
        </w:rPr>
        <w:t xml:space="preserve">[1:12:36] </w:t>
      </w:r>
      <w:r>
        <w:t>yeh matlab hai qanaat ka.</w:t>
      </w:r>
    </w:p>
    <w:p>
      <w:pPr>
        <w:jc w:val="right"/>
      </w:pPr>
      <w:r>
        <w:t>یہ مطلب ہے قناعت کا۔</w:t>
      </w:r>
    </w:p>
    <w:p>
      <w:r>
        <w:rPr>
          <w:b/>
        </w:rPr>
        <w:t xml:space="preserve">[1:12:40] </w:t>
      </w:r>
      <w:r>
        <w:t>aadmi possible aur impossible mein farq kare, achievable aur non-achievable mein farq kare to har aadmi ko stress-free life mil jayegi, koi mushkil nahi.</w:t>
      </w:r>
    </w:p>
    <w:p>
      <w:pPr>
        <w:jc w:val="right"/>
      </w:pPr>
      <w:r>
        <w:t>آدمی پاسیبل اور امپاسیبل میں فرق کرے، اچیوبل اور نان اچیوبل میں فرق کرے تو ہر آدمی کو اسٹریس فری لائف مل جائے گی، کوئی مشکل نہیں۔</w:t>
      </w:r>
    </w:p>
    <w:p>
      <w:r>
        <w:rPr>
          <w:b/>
        </w:rPr>
        <w:t xml:space="preserve">[1:12:55] </w:t>
      </w:r>
      <w:r>
        <w:t>dekhein, is dunya mein koi superpower bhi afford nahi kar sakta us ko ke woh apne apne taqat se aage chhalang lagaye to woh afford nahi kar sakta.</w:t>
      </w:r>
    </w:p>
    <w:p>
      <w:pPr>
        <w:jc w:val="right"/>
      </w:pPr>
      <w:r>
        <w:t>دیکھیں، اس دنیا میں کوئی سپر پاور بھی افورڈ نہیں کر سکتا اس کو کہ وہ اپنے اپنے طاقت سے آگے چھلانگ لگائے تو وہ افورڈ نہیں کر سکتا۔</w:t>
      </w:r>
    </w:p>
    <w:p>
      <w:r>
        <w:rPr>
          <w:b/>
        </w:rPr>
        <w:t xml:space="preserve">[1:13:05] </w:t>
      </w:r>
      <w:r>
        <w:t>misal ke taur par, communist Russia ko dekhiye, woh daakhil ho gaya Afghanistan mein, fauj ne daakhil kar diya apni to us ke liye phir affordable nahi tha.</w:t>
      </w:r>
    </w:p>
    <w:p>
      <w:pPr>
        <w:jc w:val="right"/>
      </w:pPr>
      <w:r>
        <w:t>مثال کے طور پر، کمیونسٹ روس کو دیکھیے، وہ داخل ہو گیا افغانستان میں، فوج نے داخل کر دیا اپنی تو اس کے لیے پھر افورڈیبل نہیں تھا۔</w:t>
      </w:r>
    </w:p>
    <w:p>
      <w:r>
        <w:rPr>
          <w:b/>
        </w:rPr>
        <w:t xml:space="preserve">[1:13:15] </w:t>
      </w:r>
      <w:r>
        <w:t>shikast kha kar wapas jana pada un ko. aise hi America jo hai, Iraq mein daakhil ho gaya, woh bhi bas affordable nahi tha, woh</w:t>
      </w:r>
    </w:p>
    <w:p>
      <w:pPr>
        <w:jc w:val="right"/>
      </w:pPr>
      <w:r>
        <w:t>شکست کھا کر واپس جانا پڑا ان کو۔ ایسے ہی امریکہ جو ہے، عراق میں داخل ہو گیا، وہ بھی بس افورڈیبل نہیں تھا، وہ</w:t>
      </w:r>
    </w:p>
    <w:p>
      <w:r>
        <w:rPr>
          <w:b/>
        </w:rPr>
        <w:t xml:space="preserve">[1:13:24] </w:t>
      </w:r>
      <w:r>
        <w:t>aur wapas jana pada us ko das saal ke baad Vietnam se das saal wapas aana pada. to chahe ke individual ho, chahe koi superpower ho, woh us ko is baat ko jaanna chahiye, is had ko ke us kya cheez us ke liye yaani achievable hai ya achievable nahi.</w:t>
      </w:r>
    </w:p>
    <w:p>
      <w:pPr>
        <w:jc w:val="right"/>
      </w:pPr>
      <w:r>
        <w:t>اور واپس جانا پڑا اس کو دس سال کے بعد ویتنام سے دس سال واپس آنا پڑا۔ تو چاہے کہ انڈیویجول ہو، چاہے کوئی سپر پاور ہو، وہ اس کو اس بات کو جاننا چاہیے، اس حد کو کہ اس کیا چیز اس کے لیے یعنی اچیوبل ہے یا اچیوبل نہیں۔</w:t>
      </w:r>
    </w:p>
    <w:p>
      <w:r>
        <w:rPr>
          <w:b/>
        </w:rPr>
        <w:t xml:space="preserve">[1:13:48] </w:t>
      </w:r>
      <w:r>
        <w:t>jo</w:t>
      </w:r>
    </w:p>
    <w:p>
      <w:pPr>
        <w:jc w:val="right"/>
      </w:pPr>
      <w:r>
        <w:t>جو</w:t>
      </w:r>
    </w:p>
    <w:p>
      <w:r>
        <w:rPr>
          <w:b/>
        </w:rPr>
        <w:t xml:space="preserve">[1:13:49] </w:t>
      </w:r>
      <w:r>
        <w:t>achievable na ho, us ko kabhi target na kare, woh kabhi na kare. jo achievable hai, us ko usi ko target kare. magar mushkil yeh hai ke na fard us ko yaani is par dhyan deta, na na bari bari hukumatain jo bhi dhyan de pati hain.</w:t>
      </w:r>
    </w:p>
    <w:p>
      <w:pPr>
        <w:jc w:val="right"/>
      </w:pPr>
      <w:r>
        <w:t>اچیوبل نہ ہو، اس کو کبھی ٹارگٹ نہ کرے، وہ کبھی نہ کرے۔ جو اچیوبل ہے، اس کو اسی کو ٹارگٹ کرے۔ مگر مشکل یہ ہے کہ نہ فرد اس کو یعنی اس پر دھیان دیتا، نہ نہ بڑی بڑی حکومتیں جو بھی دھیان دے پاتی ہیں۔</w:t>
      </w:r>
    </w:p>
    <w:p>
      <w:r>
        <w:rPr>
          <w:b/>
        </w:rPr>
        <w:t xml:space="preserve">[1:14:11] </w:t>
      </w:r>
      <w:r>
        <w:t>natija yeh hai ke sab pareshan hain. jis ko dekho, sab pareshan hain.</w:t>
      </w:r>
    </w:p>
    <w:p>
      <w:pPr>
        <w:jc w:val="right"/>
      </w:pPr>
      <w:r>
        <w:t>نتیجہ یہ ہے کہ سب پریشان ہیں۔ جس کو دیکھو، سب پریشان ہیں۔</w:t>
      </w:r>
    </w:p>
    <w:p>
      <w:r>
        <w:rPr>
          <w:b/>
        </w:rPr>
        <w:t xml:space="preserve">[1:14:14] </w:t>
      </w:r>
      <w:r>
        <w:t>jo baray baray jo president aur prime minister hain, woh sleeping pill kha ke sote hain. isi liye ke woh har ek chhalang lagai hui hai, har ek jump ki hui hai more and more ki taraf.</w:t>
      </w:r>
    </w:p>
    <w:p>
      <w:pPr>
        <w:jc w:val="right"/>
      </w:pPr>
      <w:r>
        <w:t>جو بڑے بڑے جو پریزیڈنٹ اور پرائم منسٹر ہیں، وہ سلیپنگ پل کھا کے سوتے ہیں۔ اسی لیے کہ وہ ہر ایک چھلانگ لگائی ہوئی ہے، ہر ایک جمپ کی ہوئی ہے مور اینڈ مور کی طرف۔</w:t>
      </w:r>
    </w:p>
    <w:p>
      <w:r>
        <w:rPr>
          <w:b/>
        </w:rPr>
        <w:t xml:space="preserve">[1:14:32] </w:t>
      </w:r>
      <w:r>
        <w:t>to main sochta hoon ke is ke liye ek prize deni paray gi. woh yeh hai ke more and more ka jo concept hai, is ko khatam karna, is ko aur contentment par apne aap ko le aana.</w:t>
      </w:r>
    </w:p>
    <w:p>
      <w:pPr>
        <w:jc w:val="right"/>
      </w:pPr>
      <w:r>
        <w:t>تو میں سوچتا ہوں کہ اس کے لیے ایک پرائز دینی پڑے گی۔ وہ یہ ہے کہ مور اینڈ مور کا جو کانسیپٹ ہے، اس کو ختم کرنا، اس کو اور کنٹینٹمنٹ پر اپنے آپ کو لے آنا۔</w:t>
      </w:r>
    </w:p>
    <w:p>
      <w:r>
        <w:rPr>
          <w:b/>
        </w:rPr>
        <w:t xml:space="preserve">[1:14:42] </w:t>
      </w:r>
      <w:r>
        <w:t>koi doosra option nahi is ke liye, is ke siwa.</w:t>
      </w:r>
    </w:p>
    <w:p>
      <w:pPr>
        <w:jc w:val="right"/>
      </w:pPr>
      <w:r>
        <w:t>کوئی دوسرا آپشن نہیں اس کے لیے، اس کے سوا۔</w:t>
      </w:r>
    </w:p>
    <w:p>
      <w:r>
        <w:rPr>
          <w:b/>
        </w:rPr>
        <w:t xml:space="preserve">[1:14:46] </w:t>
      </w:r>
      <w:r>
        <w:t>united states jo hai, super power banaya jata hai. dekhiye, first world war aur second world war ke darmiyan jo hai, bohat hi zyada peace tha america mein.</w:t>
      </w:r>
    </w:p>
    <w:p>
      <w:pPr>
        <w:jc w:val="right"/>
      </w:pPr>
      <w:r>
        <w:t>یونائٹڈ اسٹیٹس جو ہے، سپر پاور بنایا جاتا ہے۔ دیکھیے، فرسٹ ورلڈ وار اور سیکنڈ ورلڈ وار کے درمیان جو ہے، بہت ہی زیادہ پیس تھا امریکہ میں۔</w:t>
      </w:r>
    </w:p>
    <w:p>
      <w:r>
        <w:rPr>
          <w:b/>
        </w:rPr>
        <w:t xml:space="preserve">[1:14:55] </w:t>
      </w:r>
      <w:r>
        <w:t>bohat khush thay log, kyunke is waqt kya nazariya tha un ka ke "da business of america is business" yeh tha un ka nazariya.</w:t>
      </w:r>
    </w:p>
    <w:p>
      <w:pPr>
        <w:jc w:val="right"/>
      </w:pPr>
      <w:r>
        <w:t>بہت خوش تھے لوگ، کیونکہ اس وقت کیا نظریہ تھا ان کا کہ "دا بزنس آف امریکہ از بزنس" یہ تھا ان کا نظریہ۔</w:t>
      </w:r>
    </w:p>
    <w:p>
      <w:r>
        <w:rPr>
          <w:b/>
        </w:rPr>
        <w:t xml:space="preserve">[1:15:05] </w:t>
      </w:r>
      <w:r>
        <w:t>yani first world war aur second world war ke darmiyan jo tha, motto usa ka bas itna hi tha ke "da business of america is bus</w:t>
      </w:r>
    </w:p>
    <w:p>
      <w:pPr>
        <w:jc w:val="right"/>
      </w:pPr>
      <w:r>
        <w:t>یعنی فرسٹ ورلڈ وار اور سیکنڈ ورلڈ وار کے درمیان جو تھا، موٹو یو ایس اے کا بس اتنا ہی تھا کہ "دا بزنس آف امریکہ از بز</w:t>
      </w:r>
    </w:p>
    <w:p>
      <w:r>
        <w:rPr>
          <w:b/>
        </w:rPr>
        <w:t xml:space="preserve">[1:15:14] </w:t>
      </w:r>
      <w:r>
        <w:t>ness". second world war ke baad badal gaya. woh unhon ne kaha ke hum leadership, world leadership un ka target bana liya. unhon ne tab se sare problem mein ghira hua hai america.</w:t>
      </w:r>
    </w:p>
    <w:p>
      <w:pPr>
        <w:jc w:val="right"/>
      </w:pPr>
      <w:r>
        <w:t>نس"۔ سیکنڈ ورلڈ وار کے بعد بدل گیا۔ وہ انہوں نے کہا کہ ہم لیڈرشپ، ورلڈ لیڈرشپ ان کا ٹارگٹ بنا لیا۔ انہوں نے تب سے سارے پرابلم میں گھرا ہوا ہے امریکہ۔</w:t>
      </w:r>
    </w:p>
    <w:p>
      <w:r>
        <w:rPr>
          <w:b/>
        </w:rPr>
        <w:t xml:space="preserve">[1:15:27] </w:t>
      </w:r>
      <w:r>
        <w:t>to woh is ke bas mein tha ke product tayyar karo aur dunya mein becho. to possible tha is ke liye, lekin sare dunya ko ke ooper woh leadership qaim karo, yeh to possible nahi tha.</w:t>
      </w:r>
    </w:p>
    <w:p>
      <w:pPr>
        <w:jc w:val="right"/>
      </w:pPr>
      <w:r>
        <w:t>تو وہ اس کے بس میں تھا کہ پروڈکٹ تیار کرو اور دنیا میں بیچو۔ تو پاسیبل تھا اس کے لیے، لیکن سارے دنیا کو کے اوپر وہ لیڈرشپ قائم کرو، یہ تو پاسیبل نہیں تھا۔</w:t>
      </w:r>
    </w:p>
    <w:p>
      <w:r>
        <w:rPr>
          <w:b/>
        </w:rPr>
        <w:t xml:space="preserve">[1:15:41] </w:t>
      </w:r>
      <w:r>
        <w:t>to bas hoga is ka, is ki economy tabah ho gayi. har har har aitbar se nuqsan hua is ko. yeh individual ka muamla hai.</w:t>
      </w:r>
    </w:p>
    <w:p>
      <w:pPr>
        <w:jc w:val="right"/>
      </w:pPr>
      <w:r>
        <w:t>تو بس ہوگا اس کا، اس کی اکانومی تباہ ہو گئی۔ ہر ہر ہر اعتبار سے نقصان ہوا اس کو۔ یہ انڈیویجول کا معاملہ ہے۔</w:t>
      </w:r>
    </w:p>
    <w:p>
      <w:r>
        <w:rPr>
          <w:b/>
        </w:rPr>
        <w:t xml:space="preserve">[1:15:54] </w:t>
      </w:r>
      <w:r>
        <w:t>main Allah ke fazal se bilkul meri zindagi peaceful zindagi meri hai, kyunke meri koi zaroorat hi nahi. main to need se bhi kam par jeeta hoon, jo jo real need hai, us se bhi kam par jeene ki koshish karta hoon.</w:t>
      </w:r>
    </w:p>
    <w:p>
      <w:pPr>
        <w:jc w:val="right"/>
      </w:pPr>
      <w:r>
        <w:t>میں اللہ کے فضل سے بالکل میری زندگی پیس فل زندگی میری ہے، کیونکہ میری کوئی ضرورت ہی نہیں۔ میں تو نیڈ سے بھی کم پر جیتا ہوں، جو جو ریل نیڈ ہے، اس سے بھی کم پر جینے کی کوشش کرتا ہوں۔</w:t>
      </w:r>
    </w:p>
    <w:p>
      <w:r>
        <w:rPr>
          <w:b/>
        </w:rPr>
        <w:t xml:space="preserve">[1:16:08] </w:t>
      </w:r>
      <w:r>
        <w:t>to mujhe sleep, yani sound sleep aati hai, masha Allah, aur koi mujhe pareshani nahi hai. to dekhiye, stress free life ke liye ek prize dena hai.</w:t>
      </w:r>
    </w:p>
    <w:p>
      <w:pPr>
        <w:jc w:val="right"/>
      </w:pPr>
      <w:r>
        <w:t>تو مجھے سلیپ، یعنی ساؤنڈ سلیپ آتی ہے، ماشاءاللہ، اور کوئی مجھے پریشانی نہیں ہے۔ تو دیکھیے، اسٹریس فری لائف کے لیے ایک پرائز دینا ہے۔</w:t>
      </w:r>
    </w:p>
    <w:p>
      <w:r>
        <w:rPr>
          <w:b/>
        </w:rPr>
        <w:t xml:space="preserve">[1:16:22] </w:t>
      </w:r>
      <w:r>
        <w:t>woh prize kya hai? more and more se apne ko bachana, contentment par apne ko razi karna. bas</w:t>
      </w:r>
    </w:p>
    <w:p>
      <w:pPr>
        <w:jc w:val="right"/>
      </w:pPr>
      <w:r>
        <w:t>وہ پرائز کیا ہے؟ مور اینڈ مور سے اپنے کو بچانا، کنٹینٹمنٹ پر اپنے کو راضی کرنا۔ بس</w:t>
      </w:r>
    </w:p>
    <w:p>
      <w:r>
        <w:rPr>
          <w:b/>
        </w:rPr>
        <w:t xml:space="preserve">[1:16:34] </w:t>
      </w:r>
      <w:r>
        <w:t>aur koi hal kaha nahi.</w:t>
      </w:r>
    </w:p>
    <w:p>
      <w:pPr>
        <w:jc w:val="right"/>
      </w:pPr>
      <w:r>
        <w:t>اور کوئی حل کہا نہیں۔</w:t>
      </w:r>
    </w:p>
    <w:p>
      <w:r>
        <w:rPr>
          <w:b/>
        </w:rPr>
        <w:t xml:space="preserve">[1:16:37] </w:t>
      </w:r>
      <w:r>
        <w:t>married life ho, chahe company ki zindagi ho ya kahin bhi ho, har aadmi is cheez ko chahne lagta hai jo is ke liye pass achievable nahi hai. woh chahne lagta hai.</w:t>
      </w:r>
    </w:p>
    <w:p>
      <w:pPr>
        <w:jc w:val="right"/>
      </w:pPr>
      <w:r>
        <w:t>میریڈ لائف ہو، چاہے کمپنی کی زندگی ہو یا کہیں بھی ہو، ہر آدمی اس چیز کو چاہنے لگتا ہے جو اس کے لیے پاس اچیوبل نہیں ہے۔ وہ چاہنے لگتا ہے۔</w:t>
      </w:r>
    </w:p>
    <w:p>
      <w:r>
        <w:rPr>
          <w:b/>
        </w:rPr>
        <w:t xml:space="preserve">[1:16:50] </w:t>
      </w:r>
      <w:r>
        <w:t>to aap is ko soch kar daryaft kijiye ke woh kon si cheez hai jo aap ke liye achievable hai aur kon si cheez hai jo aap ke liye achievable nahi hai, aur is par razi ho jaiye.</w:t>
      </w:r>
    </w:p>
    <w:p>
      <w:pPr>
        <w:jc w:val="right"/>
      </w:pPr>
      <w:r>
        <w:t>تو آپ اس کو سوچ کر دریافت کیجئے کہ وہ کون سی چیز ہے جو آپ کے لیے اچیوبل ہے اور کون سی چیز ہے جو آپ کے لیے اچیوبل نہیں ہے، اور اس پر راضی ہو جائیے۔</w:t>
      </w:r>
    </w:p>
    <w:p>
      <w:r>
        <w:rPr>
          <w:b/>
        </w:rPr>
        <w:t xml:space="preserve">[1:17:01] </w:t>
      </w:r>
      <w:r>
        <w:t>to bas is ke baad peace hi peace hai. mera tajurba to yahi hai.</w:t>
      </w:r>
    </w:p>
    <w:p>
      <w:pPr>
        <w:jc w:val="right"/>
      </w:pPr>
      <w:r>
        <w:t>تو بس اس کے بعد پیس ہی پیس ہے۔ میرا تجربہ تو یہی ہے۔</w:t>
      </w:r>
    </w:p>
    <w:p>
      <w:r>
        <w:rPr>
          <w:b/>
        </w:rPr>
        <w:t xml:space="preserve">[1:17:07] </w:t>
      </w:r>
      <w:r>
        <w:t>mera mera jo experience hai, woh yahi hai.</w:t>
      </w:r>
    </w:p>
    <w:p>
      <w:pPr>
        <w:jc w:val="right"/>
      </w:pPr>
      <w:r>
        <w:t>میرا میرا جو ایکسپیرینس ہے، وہ یہی ہے۔</w:t>
      </w:r>
    </w:p>
    <w:p>
      <w:r>
        <w:rPr>
          <w:b/>
        </w:rPr>
        <w:t xml:space="preserve">[1:17:13] </w:t>
      </w:r>
      <w:r>
        <w:t>maulana, agla sawal karachi se aya hai miss saira latif ka. unhon ne likha hai: "mera sawal yeh hai ke aaj ki khawateen apna zyada tar waqt aur salahiyat sirf apni madi sahulaton ki nazar kiye hue hain.</w:t>
      </w:r>
    </w:p>
    <w:p>
      <w:pPr>
        <w:jc w:val="right"/>
      </w:pPr>
      <w:r>
        <w:t>مولانا، اگلا سوال کراچی سے آیا ہے مس سائرہ لطیف کا۔ انہوں نے لکھا ہے: "میرا سوال یہ ہے کہ آج کی خواتین اپنا زیادہ تر وقت اور صلاحیت صرف اپنی مادی سہولتوں کی نظر کیے ہوئے ہیں۔</w:t>
      </w:r>
    </w:p>
    <w:p>
      <w:r>
        <w:rPr>
          <w:b/>
        </w:rPr>
        <w:t xml:space="preserve">[1:17:30] </w:t>
      </w:r>
      <w:r>
        <w:t>aisi halat mein un ko rohaniyat ka paigham kis tarah pohanchaya jaye?"</w:t>
      </w:r>
    </w:p>
    <w:p>
      <w:pPr>
        <w:jc w:val="right"/>
      </w:pPr>
      <w:r>
        <w:t>ایسی حالت میں ان کو روحانیت کا پیغام کس طرح پہنچایا جائے؟"</w:t>
      </w:r>
    </w:p>
    <w:p>
      <w:r>
        <w:rPr>
          <w:b/>
        </w:rPr>
        <w:t xml:space="preserve">[1:17:38] </w:t>
      </w:r>
      <w:r>
        <w:t>asal mein baat yeh hai ke log material cheezon ki value jante hain aur spiritual wali baatein jo hain, is ki value nahi sochte.</w:t>
      </w:r>
    </w:p>
    <w:p>
      <w:pPr>
        <w:jc w:val="right"/>
      </w:pPr>
      <w:r>
        <w:t>اصل میں بات یہ ہے کہ لوگ مٹیریل چیزوں کی ویلیو جانتے ہیں اور اسپیریچول والی باتیں جو ہیں، اس کی ویلیو نہیں سوچتے۔</w:t>
      </w:r>
    </w:p>
    <w:p>
      <w:r>
        <w:rPr>
          <w:b/>
        </w:rPr>
        <w:t xml:space="preserve">[1:17:48] </w:t>
      </w:r>
      <w:r>
        <w:t>woh asal baat yeh hai ke agar un ko bataya jaye ke material cheezon ke mein ka plus point aur minus point kya hai,</w:t>
      </w:r>
    </w:p>
    <w:p>
      <w:pPr>
        <w:jc w:val="right"/>
      </w:pPr>
      <w:r>
        <w:t>وہ اصل بات یہ ہے کہ اگر ان کو بتایا جائے کہ مٹیریل چیزوں کے میں کا پلس پوائنٹ اور مائنس پوائنٹ کیا ہے،</w:t>
      </w:r>
    </w:p>
    <w:p>
      <w:r>
        <w:rPr>
          <w:b/>
        </w:rPr>
        <w:t xml:space="preserve">[1:18:03] </w:t>
      </w:r>
      <w:r>
        <w:t>yeh un ko khabar is ki nahi hai, kyunke material cheezon ke peeche daurne mein kya hota hai? yeh to hota hai tension, stress, taluqat mein yani khinchao, tarah tarah ke problem jo ate hain, isi liye ate hain ke hum material cheezon ko apna goal banaye hue hain.</w:t>
      </w:r>
    </w:p>
    <w:p>
      <w:pPr>
        <w:jc w:val="right"/>
      </w:pPr>
      <w:r>
        <w:t>یہ ان کو خبر اس کی نہیں ہے، کیونکہ مٹیریل چیزوں کے پیچھے دوڑنے میں کیا ہوتا ہے؟ یہ تو ہوتا ہے ٹینشن، اسٹریس، تعلقات میں یعنی کھنچاؤ، طرح طرح کے پرابلم جو آتے ہیں، اسی لیے آتے ہیں کہ ہم مٹیریل چیزوں کو اپنا گول بنائے ہوئے ہیں۔</w:t>
      </w:r>
    </w:p>
    <w:p>
      <w:r>
        <w:rPr>
          <w:b/>
        </w:rPr>
        <w:t xml:space="preserve">[1:18:23] </w:t>
      </w:r>
      <w:r>
        <w:t>to spiritual jo goal hai, is ko hum agar samne rakhen to achaanak hum ko ek bilkul hi peaceful life mil jati hai, bohat peaceful life.</w:t>
      </w:r>
    </w:p>
    <w:p>
      <w:pPr>
        <w:jc w:val="right"/>
      </w:pPr>
      <w:r>
        <w:t>تو اسپیریچول جو گول ہے، اس کو ہم اگر سامنے رکھیں تو اچانک ہم کو ایک بالکل ہی پیس فل لائف مل جاتی ہے، بہت پیس فل لائف۔</w:t>
      </w:r>
    </w:p>
    <w:p>
      <w:r>
        <w:rPr>
          <w:b/>
        </w:rPr>
        <w:t xml:space="preserve">[1:18:36] </w:t>
      </w:r>
      <w:r>
        <w:t>aur phir peaceful life ka faida yeh hota hai ke hum jo asal jo asal jo kaam hai, woh kar paate hain. yani intellectual development sab se bari cheez dunya mein jo hai, woh hai intellectual development.</w:t>
      </w:r>
    </w:p>
    <w:p>
      <w:pPr>
        <w:jc w:val="right"/>
      </w:pPr>
      <w:r>
        <w:t>اور پھر پیس فل لائف کا فائدہ یہ ہوتا ہے کہ ہم جو اصل جو اصل جو کام ہے، وہ کر پاتے ہیں۔ یعنی انٹلیکچول ڈیویلپمنٹ سب سے بڑی چیز دنیا میں جو ہے، وہ ہے انٹلیکچول ڈیویلپمنٹ۔</w:t>
      </w:r>
    </w:p>
    <w:p>
      <w:r>
        <w:rPr>
          <w:b/>
        </w:rPr>
        <w:t xml:space="preserve">[1:18:48] </w:t>
      </w:r>
      <w:r>
        <w:t>isi ko quran mein kaha gaya hai: "tazkiya". tazkiya kya hai?</w:t>
      </w:r>
    </w:p>
    <w:p>
      <w:pPr>
        <w:jc w:val="right"/>
      </w:pPr>
      <w:r>
        <w:t>اسی کو قرآن میں کہا گیا ہے: "تزکیہ"۔ تزکیہ کیا ہے؟</w:t>
      </w:r>
    </w:p>
    <w:p>
      <w:r>
        <w:rPr>
          <w:b/>
        </w:rPr>
        <w:t xml:space="preserve">[1:18:53] </w:t>
      </w:r>
      <w:r>
        <w:t>intellectual development ka naam hai tazkiya. to asal kaam jo hai, wahi nahi kar pata aadmi material cheezon mein phansne ki wajah se. main to allah ke fazl se material cheezon se bilkul hi apne ko banaya hai,</w:t>
      </w:r>
    </w:p>
    <w:p>
      <w:pPr>
        <w:jc w:val="right"/>
      </w:pPr>
      <w:r>
        <w:t>انٹلیکچول ڈیویلپمنٹ کا نام ہے تزکیہ۔ تو اصل کام جو ہے، وہی نہیں کر پاتا آدمی مٹیریل چیزوں میں پھنسنے کی وجہ سے۔ میں تو اللہ کے فضل سے مٹیریل چیزوں سے بالکل ہی اپنے کو بنایا ہے،</w:t>
      </w:r>
    </w:p>
    <w:p>
      <w:r>
        <w:rPr>
          <w:b/>
        </w:rPr>
        <w:t xml:space="preserve">[1:19:07] </w:t>
      </w:r>
      <w:r>
        <w:t>itna door kar liya hai ke koi meri need hi nahi, koi zaroorat hi meri nahi hai. jo jo logon ne jo jo jo mujhe de diya gaya pehanne ke liye, woh maine pehan liya.</w:t>
      </w:r>
    </w:p>
    <w:p>
      <w:pPr>
        <w:jc w:val="right"/>
      </w:pPr>
      <w:r>
        <w:t>اتنا دور کر لیا ہے کہ کہ کوئی میری نیڈ ہی نہیں، کوئی ضرورت ہی میری نہیں ہے۔ جو جو لوگوں نے جو جو جو مجھے دے دیا گیا پہننے کے لیے، وہ میں نے پہن لیا۔</w:t>
      </w:r>
    </w:p>
    <w:p>
      <w:r>
        <w:rPr>
          <w:b/>
        </w:rPr>
        <w:t xml:space="preserve">[1:19:19] </w:t>
      </w:r>
      <w:r>
        <w:t>jo khane ke liye de diya gaya, woh kha liya. bas</w:t>
      </w:r>
    </w:p>
    <w:p>
      <w:pPr>
        <w:jc w:val="right"/>
      </w:pPr>
      <w:r>
        <w:t>جو کھانے کے لیے دے دیا گیا، وہ کھا لیا۔ بس</w:t>
      </w:r>
    </w:p>
    <w:p>
      <w:r>
        <w:rPr>
          <w:b/>
        </w:rPr>
        <w:t xml:space="preserve">[1:19:23] </w:t>
      </w:r>
      <w:r>
        <w:t>to mujhe peace hi peace hai. to mujhe mauqa hai ke main raat din apne aap ko intellectual development mein masroof rakhun. mera jo intellectual process jo hai, woh chalta rehta hai barabar, kyunke doosri cheezon mein apne ko distract nahi kiya hua hai.</w:t>
      </w:r>
    </w:p>
    <w:p>
      <w:pPr>
        <w:jc w:val="right"/>
      </w:pPr>
      <w:r>
        <w:t>تو مجھے پیس ہی پیس ہے۔ تو مجھے موقع ہے کہ میں رات دن اپنے آپ کو انٹلیکچول ڈیویلپمنٹ میں مصروف رکھوں۔ میرا جو انٹلیکچول پراسیس جو ہے، وہ چلتا رہتا ہے برابر، کیونکہ دوسری چیزوں میں اپنے کو ڈسٹریکٹ نہیں کیا ہوا ہوں۔</w:t>
      </w:r>
    </w:p>
    <w:p>
      <w:r>
        <w:rPr>
          <w:b/>
        </w:rPr>
        <w:t xml:space="preserve">[1:19:39] </w:t>
      </w:r>
      <w:r>
        <w:t>to is raat ko samajhte hain yeh log ke kitna bada nuqsan kar rahe hain, yaani apne is, yaani apne is lifestyle ki wajah se.</w:t>
      </w:r>
    </w:p>
    <w:p>
      <w:pPr>
        <w:jc w:val="right"/>
      </w:pPr>
      <w:r>
        <w:t>تو اس رات کو سمجھتے ہیں یہ لوگ کہ کتنا بڑا نقصان کر رہے ہیں، یعنی اپنے اس، یعنی اپنے اس لائف اسٹائل کی وجہ سے۔</w:t>
      </w:r>
    </w:p>
    <w:p>
      <w:r>
        <w:rPr>
          <w:b/>
        </w:rPr>
        <w:t xml:space="preserve">[1:19:51] </w:t>
      </w:r>
      <w:r>
        <w:t>to inko yeh yeh baat khul jaye, agar ke yeh lifestyle jo hai, aap ke liye bohat hi, yaani disastrous hai. to inshallah aap yeh islaah kar lenge.</w:t>
      </w:r>
    </w:p>
    <w:p>
      <w:pPr>
        <w:jc w:val="right"/>
      </w:pPr>
      <w:r>
        <w:t>تو ان کو یہ یہ بات کھل جائے، اگر کہ یہ لائف اسٹائل جو ہے، آپ کے لیے بہت ہی، یعنی ڈساسٹرس ہے۔ تو انشاءاللہ آپ یہ اصلاح کر لیں گے۔</w:t>
      </w:r>
    </w:p>
    <w:p>
      <w:r>
        <w:rPr>
          <w:b/>
        </w:rPr>
        <w:t xml:space="preserve">[1:20:03] </w:t>
      </w:r>
      <w:r>
        <w:t>maulana, agla sawal aaya hai tamil nadu se maulana farhat ahmad salafi umri ka. unhone poocha hai ke marifat aur dawat ka inaam akhirat mein milega, magar muslim empire ka faida dunya mein milega.</w:t>
      </w:r>
    </w:p>
    <w:p>
      <w:pPr>
        <w:jc w:val="right"/>
      </w:pPr>
      <w:r>
        <w:t>مولانا، اگلا سوال آیا ہے تمل ناڈو سے مولانا فرحت احمد سلفی عمری کا۔ انہوں نے پوچھا ہے کہ معرفت اور دعوت کا انعام آخرت میں ملے گا، مگر مسلم ایمپائر کا فائدہ دنیا میں ملے گا۔</w:t>
      </w:r>
    </w:p>
    <w:p>
      <w:r>
        <w:rPr>
          <w:b/>
        </w:rPr>
        <w:t xml:space="preserve">[1:20:21] </w:t>
      </w:r>
      <w:r>
        <w:t>muslim isi isi cheez ki baat pe iska intezar kar rahe hain ke islami hukumat kab qaim hogi. maulana, is galat baat ko kaise samjhaya jaye?</w:t>
      </w:r>
    </w:p>
    <w:p>
      <w:pPr>
        <w:jc w:val="right"/>
      </w:pPr>
      <w:r>
        <w:t>مسلم اسی اسی چیز کی بات پہ اس کا انتظار کر رہے ہیں کہ اسلامی حکومت کب قائم ہوگی۔ مولانا، اس غلط بات کو کیسے سمجھایا جائے؟</w:t>
      </w:r>
    </w:p>
    <w:p>
      <w:r>
        <w:rPr>
          <w:b/>
        </w:rPr>
        <w:t xml:space="preserve">[1:20:34] </w:t>
      </w:r>
      <w:r>
        <w:t>samjhaya jaye ke woh possible nahi hai.</w:t>
      </w:r>
    </w:p>
    <w:p>
      <w:pPr>
        <w:jc w:val="right"/>
      </w:pPr>
      <w:r>
        <w:t>سمجھایا جائے کہ وہ پاسیبل نہیں ہے۔</w:t>
      </w:r>
    </w:p>
    <w:p>
      <w:r>
        <w:rPr>
          <w:b/>
        </w:rPr>
        <w:t xml:space="preserve">[1:20:37] </w:t>
      </w:r>
      <w:r>
        <w:t>jis cheez ko muslim jo kehte hain ke muslim hukumatain thi, to woh hukumat kahan thi? woh to dynasty thi. ek khandan hukumat kar raha tha, aam musalmanon ko to kuch bhi nahi mila hua tha, aur sari dunya mein muslim hukumat woh to possible hi nahi hai, mumkin hi nahi hai.</w:t>
      </w:r>
    </w:p>
    <w:p>
      <w:pPr>
        <w:jc w:val="right"/>
      </w:pPr>
      <w:r>
        <w:t>جس چیز کو مسلم جو کہتے ہیں کہ مسلم حکومتیں تھیں، تو وہ حکومت کہاں تھی؟ وہ تو ڈائنسٹی تھی۔ ایک خاندان حکومت کر رہا تھا، عام مسلمانوں کو تو کچھ بھی نہیں ملا ہوا تھا، اور ساری دنیا میں مسلم حکومت وہ تو پاسیبل ہی نہیں ہے، ممکن ہی نہیں ہے۔</w:t>
      </w:r>
    </w:p>
    <w:p>
      <w:r>
        <w:rPr>
          <w:b/>
        </w:rPr>
        <w:t xml:space="preserve">[1:20:55] </w:t>
      </w:r>
      <w:r>
        <w:t>to ek unachievable goal ke liye musalman jo hai, apne dimagh khwamkhwah is mein apne dimagh ko masroof kiye hue hain. yeh goal achievable hi nahi hai ke sari dunya mein islami hukumat qaim ho.</w:t>
      </w:r>
    </w:p>
    <w:p>
      <w:pPr>
        <w:jc w:val="right"/>
      </w:pPr>
      <w:r>
        <w:t>تو ایک ان اچیوبل گول کے لیے مسلمان جو ہے، اپنے دماغ خوامخواہ اس میں اپنے دماغ کو مصروف کیے ہوئے ہیں۔ یہ گول اچیوبل ہی نہیں ہے کہ ساری دنیا میں اسلامی حکومت قائم ہو۔</w:t>
      </w:r>
    </w:p>
    <w:p>
      <w:r>
        <w:rPr>
          <w:b/>
        </w:rPr>
        <w:t xml:space="preserve">[1:21:07] </w:t>
      </w:r>
      <w:r>
        <w:t>na kabhi hua, na aindah hone wala hai, aur jo hukumatain bani thi musalmanon ki, woh sab dynasty thi, yaani khandani badshahat.</w:t>
      </w:r>
    </w:p>
    <w:p>
      <w:pPr>
        <w:jc w:val="right"/>
      </w:pPr>
      <w:r>
        <w:t>نہ کبھی ہوا، نہ آئندہ ہونے والا ہے، اور جو حکومتیں بنی تھیں مسلمانوں کی، وہ سب ڈائنسٹی تھی، یعنی خاندانی بادشاہت۔</w:t>
      </w:r>
    </w:p>
    <w:p>
      <w:r>
        <w:rPr>
          <w:b/>
        </w:rPr>
        <w:t xml:space="preserve">[1:21:17] </w:t>
      </w:r>
      <w:r>
        <w:t>jo kuch mila hua tha, ek khandan ko mila hua tha. to dynasty ke liye aap saare apne aap ko kya khatam kar denge?</w:t>
      </w:r>
    </w:p>
    <w:p>
      <w:pPr>
        <w:jc w:val="right"/>
      </w:pPr>
      <w:r>
        <w:t>جو کچھ ملا ہوا تھا، ایک خاندان کو ملا ہوا تھا۔ تو ڈائنسٹی کے لیے آپ سارے اپنے آپ کو کیا ختم کر دیں گے؟</w:t>
      </w:r>
    </w:p>
    <w:p>
      <w:r>
        <w:rPr>
          <w:b/>
        </w:rPr>
        <w:t xml:space="preserve">[1:21:26] </w:t>
      </w:r>
      <w:r>
        <w:t>isi ko, isi ke peeche.</w:t>
      </w:r>
    </w:p>
    <w:p>
      <w:pPr>
        <w:jc w:val="right"/>
      </w:pPr>
      <w:r>
        <w:t>اسی کو، اسی کے پیچھے۔</w:t>
      </w:r>
    </w:p>
    <w:p>
      <w:r>
        <w:rPr>
          <w:b/>
        </w:rPr>
        <w:t xml:space="preserve">[1:21:32] </w:t>
      </w:r>
      <w:r>
        <w:t>to behal, yeh mere nazdeek political goal achievable nahi hai, sirf ek fareb hai, ek romantic concept hai. yeh woh achieve hi nahi ho sakta kabhi is dunya mein, jo ke test ke liye banayi gayi hai.</w:t>
      </w:r>
    </w:p>
    <w:p>
      <w:pPr>
        <w:jc w:val="right"/>
      </w:pPr>
      <w:r>
        <w:t>تو بہرحال، یہ میرے نزدیک پولیٹیکل گول اچیوبل نہیں ہے، صرف ایک فریب ہے، ایک رومینٹک کانسیپٹ ہے۔ یہ وہ اچیو ہی نہیں ہو سکتا کبھی اس دنیا میں، جو کہ ٹیسٹ کے لیے بنائی گئی ہے۔</w:t>
      </w:r>
    </w:p>
    <w:p>
      <w:r>
        <w:rPr>
          <w:b/>
        </w:rPr>
        <w:t xml:space="preserve">[1:21:47] </w:t>
      </w:r>
      <w:r>
        <w:t>aur marifat aur dawat to har ek aadmi ke liye achievable hai. har aadmi apne aap ko aarif bana sakta hai, har aadmi apne aap ko daai bana sakta hai.</w:t>
      </w:r>
    </w:p>
    <w:p>
      <w:pPr>
        <w:jc w:val="right"/>
      </w:pPr>
      <w:r>
        <w:t>اور معرفت اور دعوت تو ہر ایک آدمی کے لیے اچیوبل ہے۔ ہر آدمی اپنے آپ کو عارف بنا سکتا ہے، ہر آدمی اپنے آپ کو داعی بنا سکتا ہے۔</w:t>
      </w:r>
    </w:p>
    <w:p>
      <w:r>
        <w:rPr>
          <w:b/>
        </w:rPr>
        <w:t xml:space="preserve">[1:22:00] </w:t>
      </w:r>
      <w:r>
        <w:t>is baat ko log</w:t>
      </w:r>
    </w:p>
    <w:p>
      <w:pPr>
        <w:jc w:val="right"/>
      </w:pPr>
      <w:r>
        <w:t>اس بات کو لوگ</w:t>
      </w:r>
    </w:p>
    <w:p>
      <w:r>
        <w:rPr>
          <w:b/>
        </w:rPr>
        <w:t xml:space="preserve">[1:22:01] </w:t>
      </w:r>
      <w:r>
        <w:t>nahi samajhte, is farq ko jaan lein. agar ke aarif banna aur daai banna, yeh to hamare bas mein hai, lekin islami hukumat sari dunya mein qaim karna, yeh to bas mein nahi hai, achievable hi nahi hai.</w:t>
      </w:r>
    </w:p>
    <w:p>
      <w:pPr>
        <w:jc w:val="right"/>
      </w:pPr>
      <w:r>
        <w:t>نہیں سمجھتے، اس فرق کو جان لیں۔ اگر کہ عارف بننا اور داعی بننا، یہ تو ہمارے بس میں ہے، لیکن اسلامی حکومت ساری دنیا میں قائم کرنا، یہ تو بس میں نہیں ہے، اچیوبل ہی نہیں ہے۔</w:t>
      </w:r>
    </w:p>
    <w:p>
      <w:r>
        <w:rPr>
          <w:b/>
        </w:rPr>
        <w:t xml:space="preserve">[1:22:11] </w:t>
      </w:r>
      <w:r>
        <w:t>woh sarr se isko chand samajhte hain, samajhte hain yeh log, aur bohat si kitabein chapi hui hain jo is mein romantic baatein hain.</w:t>
      </w:r>
    </w:p>
    <w:p>
      <w:pPr>
        <w:jc w:val="right"/>
      </w:pPr>
      <w:r>
        <w:t>وہ سرے سے اس کو چند سمجھتے ہیں، سمجھتے ہیں یہ لوگ، اور بہت سی کتابیں چھپی ہوئی ہیں جو اس میں رومینٹک باتیں ہیں۔</w:t>
      </w:r>
    </w:p>
    <w:p>
      <w:r>
        <w:rPr>
          <w:b/>
        </w:rPr>
        <w:t xml:space="preserve">[1:22:20] </w:t>
      </w:r>
      <w:r>
        <w:t>in romantic baaton mein phanse hue hain log. to isko clear kar diya jaye to inshallah yaqeenan apni islaah kar lenge log.</w:t>
      </w:r>
    </w:p>
    <w:p>
      <w:pPr>
        <w:jc w:val="right"/>
      </w:pPr>
      <w:r>
        <w:t>ان رومینٹک باتوں میں پھنسے ہوئے ہیں لوگ۔ تو اس کو کلیئر کر دیا جائے تو انشاءاللہ یقینا اپنی اصلاح کر لیں گے لوگ۔</w:t>
      </w:r>
    </w:p>
    <w:p>
      <w:r>
        <w:rPr>
          <w:b/>
        </w:rPr>
        <w:t xml:space="preserve">[1:22:34] </w:t>
      </w:r>
      <w:r>
        <w:t>maulana, agla sawal bhi tamil nadu se hai. maulana iqbal umri ka, unhone poocha hai: "hadith mein aaya hai ke islam ajnabi ho jayega, jaisa ke woh pehle ajnabi tha.</w:t>
      </w:r>
    </w:p>
    <w:p>
      <w:pPr>
        <w:jc w:val="right"/>
      </w:pPr>
      <w:r>
        <w:t>مولانا، اگلا سوال بھی تمل ناڈو سے ہے۔ مولانا اقبال عمری کا، انہوں نے پوچھا ہے: "حدیث میں آیا ہے کہ اسلام اجنبی ہو جائے گا، جیسا کہ وہ پہلے اجنبی تھا۔</w:t>
      </w:r>
    </w:p>
    <w:p>
      <w:r>
        <w:rPr>
          <w:b/>
        </w:rPr>
        <w:t xml:space="preserve">[1:22:46] </w:t>
      </w:r>
      <w:r>
        <w:t>iski wazahat farmayein."</w:t>
      </w:r>
    </w:p>
    <w:p>
      <w:pPr>
        <w:jc w:val="right"/>
      </w:pPr>
      <w:r>
        <w:t>اس کی وضاحت فرمائیں۔"</w:t>
      </w:r>
    </w:p>
    <w:p>
      <w:r>
        <w:rPr>
          <w:b/>
        </w:rPr>
        <w:t xml:space="preserve">[1:22:55] </w:t>
      </w:r>
      <w:r>
        <w:t>main samajhta hoon ke yeh ek ek allah rasool allah ne ek warning di thi, warning ek intibah tha ke jo</w:t>
      </w:r>
    </w:p>
    <w:p>
      <w:pPr>
        <w:jc w:val="right"/>
      </w:pPr>
      <w:r>
        <w:t>میں سمجھتا ہوں کہ یہ ایک ایک اللہ رسول اللہ نے ایک وارننگ دی تھی، وارننگ ایک انتباہ تھا کہ جو</w:t>
      </w:r>
    </w:p>
    <w:p>
      <w:r>
        <w:rPr>
          <w:b/>
        </w:rPr>
        <w:t xml:space="preserve">[1:23:11] </w:t>
      </w:r>
      <w:r>
        <w:t>aam taur par insaan jin cheezon ka shikar hota hai, us se musalman shikar na hon. lekin wahi ho gaya amalan, kyunke dekhiye, islam shuru hua to woh dawat tha, dawat, dawat, dawat.</w:t>
      </w:r>
    </w:p>
    <w:p>
      <w:pPr>
        <w:jc w:val="right"/>
      </w:pPr>
      <w:r>
        <w:t>عام طور پر انسان جن چیزوں کا شکار ہوتا ہے، اس سے مسلمان شکار نہ ہوں۔ لیکن وہی ہو گیا عملاً، کیونکہ دیکھیے، اسلام شروع ہوا تو وہ دعوت تھا، دعوت، دعوت، دعوت۔</w:t>
      </w:r>
    </w:p>
    <w:p>
      <w:r>
        <w:rPr>
          <w:b/>
        </w:rPr>
        <w:t xml:space="preserve">[1:23:26] </w:t>
      </w:r>
      <w:r>
        <w:t>is ke baad kya hua ke islam ki hukoomatein hukoomatein ban gayeen. to ab political activism shuru ho gaya.</w:t>
      </w:r>
    </w:p>
    <w:p>
      <w:pPr>
        <w:jc w:val="right"/>
      </w:pPr>
      <w:r>
        <w:t>اس کے بعد کیا ہوا کہ اسلام کی حکومتیں حکومتیں بن گئیں۔ تو اب پولیٹیکل ایکٹیوزم شروع ہو گیا۔</w:t>
      </w:r>
    </w:p>
    <w:p>
      <w:r>
        <w:rPr>
          <w:b/>
        </w:rPr>
        <w:t xml:space="preserve">[1:23:33] </w:t>
      </w:r>
      <w:r>
        <w:t>islam shuru hua to daawa activism se shuru hua, daawa activism. phir aage political activism, yaani political expansion, hukum, yaani hukum mulkon ko qabza karo aur futuhat ko barhao.</w:t>
      </w:r>
    </w:p>
    <w:p>
      <w:pPr>
        <w:jc w:val="right"/>
      </w:pPr>
      <w:r>
        <w:t>اسلام شروع ہوا تو دعویٰ ایکٹیوزم سے شروع ہوا، دعویٰ ایکٹیوزم۔ پھر آگے پولیٹیکل ایکٹیوزم، یعنی پولیٹیکل ایکسپینشن، حکم، یعنی حکم ملکوں کو قبضہ کرو اور فتوحات کو بڑھاؤ۔</w:t>
      </w:r>
    </w:p>
    <w:p>
      <w:r>
        <w:rPr>
          <w:b/>
        </w:rPr>
        <w:t xml:space="preserve">[1:23:46] </w:t>
      </w:r>
      <w:r>
        <w:t>yeh aa gaya to islam abdan tha, daawa activism. is ke baad ban gaya political activism. jab political activism hua to daawa khatm ho gayi.</w:t>
      </w:r>
    </w:p>
    <w:p>
      <w:pPr>
        <w:jc w:val="right"/>
      </w:pPr>
      <w:r>
        <w:t>یہ آگیا تو اسلام ابدان تھا، دعویٰ ایکٹیوزم۔ اس کے بعد بن گیا پولیٹیکل ایکٹیوزم۔ جب پولیٹیکل ایکٹیوزم ہوا تو دعویٰ ختم ہو گئی۔</w:t>
      </w:r>
    </w:p>
    <w:p>
      <w:r>
        <w:rPr>
          <w:b/>
        </w:rPr>
        <w:t xml:space="preserve">[1:23:57] </w:t>
      </w:r>
      <w:r>
        <w:t>ab saara nishana badal gaya, nishana</w:t>
      </w:r>
    </w:p>
    <w:p>
      <w:pPr>
        <w:jc w:val="right"/>
      </w:pPr>
      <w:r>
        <w:t>اب سارا نشانہ بدل گیا، نشانہ</w:t>
      </w:r>
    </w:p>
    <w:p>
      <w:r>
        <w:rPr>
          <w:b/>
        </w:rPr>
        <w:t xml:space="preserve">[1:24:00] </w:t>
      </w:r>
      <w:r>
        <w:t>ek hukum hukoomatein ahkaam karna aur mulkon ko fateh karna, yeh nishana ho gaya. yahi ajnabi hone ka matlab yeh hai ke dawat chali, khatm ho gayi. islam kabhi ajnabi is silsile mein nahi hua ke quran na rahe, islam ka charchaa na rahe, log apne ko musalman na kahein.</w:t>
      </w:r>
    </w:p>
    <w:p>
      <w:pPr>
        <w:jc w:val="right"/>
      </w:pPr>
      <w:r>
        <w:t>ایک حکم حکومتیں احکام کرنا اور ملکوں کو فتح کرنا، یہ نشانہ ہو گیا۔ یہی اجنبی ہونے کا مطلب یہ ہے کہ دعوت چلی، ختم ہو گئی۔ اسلام کبھی اجنبی اس سلسلے میں نہیں ہوا کہ قرآن نہ رہے، اسلام کا چرچہ نہ رہے، لوگ اپنے کو مسلمان نہ کہیں۔</w:t>
      </w:r>
    </w:p>
    <w:p>
      <w:r>
        <w:rPr>
          <w:b/>
        </w:rPr>
        <w:t xml:space="preserve">[1:24:16] </w:t>
      </w:r>
      <w:r>
        <w:t>is sense mein kabhi khatm nahi hua. jo cheez khatm hui, woh dawat. to main samajhta hoon ke jo ajnabi jo cheez hui thi, woh dawat ajnabi hui thi.</w:t>
      </w:r>
    </w:p>
    <w:p>
      <w:pPr>
        <w:jc w:val="right"/>
      </w:pPr>
      <w:r>
        <w:t>اس سینس میں کبھی ختم نہیں ہوا۔ جو چیز ختم ہوئی، وہ دعوت۔ تو میں سمجھتا ہوں کہ جو اجنبی جو چیز ہوئی تھی، وہ دعوت اجنبی ہوئی تھی۔</w:t>
      </w:r>
    </w:p>
    <w:p>
      <w:r>
        <w:rPr>
          <w:b/>
        </w:rPr>
        <w:t xml:space="preserve">[1:24:27] </w:t>
      </w:r>
      <w:r>
        <w:t>kabhi bhi aisa nahi hua ke musalman namaz ajnabi ho jaye, hajj ajnabi ho jaye, roza ajnabi ho jaye, quran ajnabi ho jaye.</w:t>
      </w:r>
    </w:p>
    <w:p>
      <w:pPr>
        <w:jc w:val="right"/>
      </w:pPr>
      <w:r>
        <w:t>کبھی بھی ایسا نہیں ہوا کہ مسلمان نماز اجنبی ہو جائے، حج اجنبی ہو جائے، روزہ اجنبی ہو جائے، قرآن اجنبی ہو جائے۔</w:t>
      </w:r>
    </w:p>
    <w:p>
      <w:r>
        <w:rPr>
          <w:b/>
        </w:rPr>
        <w:t xml:space="preserve">[1:24:35] </w:t>
      </w:r>
      <w:r>
        <w:t>aisa to kabhi hua nahi. jo ajnabi hui, woh dawat. kyun? dawat ke liye to ise khair khwahi karna chahiye, aur political activism, sargharmiyan jab aati hain to khair khwahi khatm ho jati hai.</w:t>
      </w:r>
    </w:p>
    <w:p>
      <w:pPr>
        <w:jc w:val="right"/>
      </w:pPr>
      <w:r>
        <w:t>ایسا تو کبھی ہوا نہیں۔ جو اجنبی ہوئی، وہ دعوت۔ کیوں؟ دعوت کے لیے تو اسے خیر خواہی کرنا چاہیے، اور پولیٹیکل ایکٹیویزم، سرگرمیاں جب آتی ہیں تو خیر خواہی ختم ہو جاتی ہے۔</w:t>
      </w:r>
    </w:p>
    <w:p>
      <w:r>
        <w:rPr>
          <w:b/>
        </w:rPr>
        <w:t xml:space="preserve">[1:24:50] </w:t>
      </w:r>
      <w:r>
        <w:t>kis ke liye hum dawat dein? is ko to hum maar kar ke is ka is ko qabza karna hai, is ke upar.</w:t>
      </w:r>
    </w:p>
    <w:p>
      <w:pPr>
        <w:jc w:val="right"/>
      </w:pPr>
      <w:r>
        <w:t>کس کے لیے ہم دعوت دیں؟ اس کو تو ہم مار کر کے اس کا اس کو قبضہ کرنا ہے، اس کے اوپر۔</w:t>
      </w:r>
    </w:p>
    <w:p>
      <w:r>
        <w:rPr>
          <w:b/>
        </w:rPr>
        <w:t xml:space="preserve">[1:24:56] </w:t>
      </w:r>
      <w:r>
        <w:t>to dawat ki jo nafsiyat hoti hain, woh sab hoti hain mabni par khair khwahi. aur jab politics aa jati hai to khair khwahi khatm ho jati hai.</w:t>
      </w:r>
    </w:p>
    <w:p>
      <w:pPr>
        <w:jc w:val="right"/>
      </w:pPr>
      <w:r>
        <w:t>تو دعوت کی جو نفسیات ہوتی ہیں، وہ سب ہوتی ہیں مبنی پر خیر خواہی۔ اور جب پولیٹکس آ جاتی ہے تو خیر خواہی ختم ہو جاتی ہے۔</w:t>
      </w:r>
    </w:p>
    <w:p>
      <w:r>
        <w:rPr>
          <w:b/>
        </w:rPr>
        <w:t xml:space="preserve">[1:25:07] </w:t>
      </w:r>
      <w:r>
        <w:t>to khair khwahi jab khatm ho gayi to dawat ajnabi ban jayegi. to main samajhta hoon ke is mein rasool Allah salallahu alaihi wasallam ne warning di thi, peshangoi ke andaaz mein ke baad ko islam musalmanon ko hukoomatein mil jayengi to dawat ka zehan un ka khatm ho jayega.</w:t>
      </w:r>
    </w:p>
    <w:p>
      <w:pPr>
        <w:jc w:val="right"/>
      </w:pPr>
      <w:r>
        <w:t>تو خیر خواہی جب ختم ہو گئی تو دعوت اجنبی بن جائے گی۔ تو میں سمجھتا ہوں کہ اس میں رسول اللہ صلی اللہ علیہ وسلم نے وارننگ دی تھی، پیشنگوئی کے انداز میں کہ بعد کو اسلام مسلمانوں کو حکومتیں مل جائیں گی تو دعوت کا ذہن ان کا ختم ہو جائے گا۔</w:t>
      </w:r>
    </w:p>
    <w:p>
      <w:r>
        <w:rPr>
          <w:b/>
        </w:rPr>
        <w:t xml:space="preserve">[1:25:25] </w:t>
      </w:r>
      <w:r>
        <w:t>dawti islam un ke liye ajnabi ban jayega. ab musalmanon mein kya hua ke pehle to yaani political activism, political sargharmiyan aayin, is se dawat ajnabi ho gayi.</w:t>
      </w:r>
    </w:p>
    <w:p>
      <w:pPr>
        <w:jc w:val="right"/>
      </w:pPr>
      <w:r>
        <w:t>دعوتی اسلام ان کے لیے اجنبی بن جائے گا۔ اب مسلمانوں میں کیا ہوا کہ پہلے تو یعنی پولیٹیکل ایکٹیویزم، پولیٹیکل سرگرمیاں آئیں، اس سے دعوت اجنبی ہو گئی۔</w:t>
      </w:r>
    </w:p>
    <w:p>
      <w:r>
        <w:rPr>
          <w:b/>
        </w:rPr>
        <w:t xml:space="preserve">[1:25:38] </w:t>
      </w:r>
      <w:r>
        <w:t>ab jab in ka empire toota, yaani western nations ke urooj ke baad, to ab kya hua ke negative activism aa gayi, yaani ladna un se apni hukoomaton ko chheen ne ke liye.</w:t>
      </w:r>
    </w:p>
    <w:p>
      <w:pPr>
        <w:jc w:val="right"/>
      </w:pPr>
      <w:r>
        <w:t>اب جب ان کا ایمپائر ٹوٹا، یعنی ویسٹرن نیشنز کے عروج کے بعد، تو اب کیا ہوا کہ نیگیٹیو ایکٹیوزم آ گئی، یعنی لڑنا ان سے اپنی حکومتوں کو چھیننے کے لیے۔</w:t>
      </w:r>
    </w:p>
    <w:p>
      <w:r>
        <w:rPr>
          <w:b/>
        </w:rPr>
        <w:t xml:space="preserve">[1:25:54] </w:t>
      </w:r>
      <w:r>
        <w:t>ladai, ladai, ladai chal rahi hai. to islam pehla tha daawa activism, phir hua political activism, ab aa gaya negative activism.</w:t>
      </w:r>
    </w:p>
    <w:p>
      <w:pPr>
        <w:jc w:val="right"/>
      </w:pPr>
      <w:r>
        <w:t>لڑائی، لڑائی، لڑائی چل رہی ہے۔ تو اسلام پہلا تھا دعویٰ ایکٹیوزم، پھر ہوا پولیٹیکل ایکٹیوزم، اب آگیا نیگیٹیو ایکٹیوزم۔</w:t>
      </w:r>
    </w:p>
    <w:p>
      <w:r>
        <w:rPr>
          <w:b/>
        </w:rPr>
        <w:t xml:space="preserve">[1:26:06] </w:t>
      </w:r>
      <w:r>
        <w:t>negative activism to ab ab jo revolve karna hai, revolve yeh karna hai ke daawa activism phir se laya jaye, phir se is daawa activism ka daur laya jaye.</w:t>
      </w:r>
    </w:p>
    <w:p>
      <w:pPr>
        <w:jc w:val="right"/>
      </w:pPr>
      <w:r>
        <w:t>نیگیٹیو ایکٹیوزم تو اب اب جو ریوالو کرنا ہے، ریوالو یہ کرنا ہے کہ دعویٰ ایکٹیوزم پھر سے لایا جائے، پھر سے اس دعویٰ ایکٹیوزم کا دور لایا جائے۔</w:t>
      </w:r>
    </w:p>
    <w:p>
      <w:r>
        <w:rPr>
          <w:b/>
        </w:rPr>
        <w:t xml:space="preserve">[1:26:18] </w:t>
      </w:r>
      <w:r>
        <w:t>to main samajhta hoon ke muslim tareekh inhi chaar dauron mein bati hui hai:</w:t>
      </w:r>
    </w:p>
    <w:p>
      <w:pPr>
        <w:jc w:val="right"/>
      </w:pPr>
      <w:r>
        <w:t>تو میں سمجھتا ہوں کہ مسلم تاریخ انہی چار دوروں میں بٹی ہوئی ہے:</w:t>
      </w:r>
    </w:p>
    <w:p>
      <w:r>
        <w:rPr>
          <w:b/>
        </w:rPr>
        <w:t xml:space="preserve">[1:26:22] </w:t>
      </w:r>
      <w:r>
        <w:t>daawa activism, political activism, negative activism. ab jo ek hisse mein hum hain, ab hamein lotna hai is ki taraf, dawat ki taraf.</w:t>
      </w:r>
    </w:p>
    <w:p>
      <w:pPr>
        <w:jc w:val="right"/>
      </w:pPr>
      <w:r>
        <w:t>دعویٰ ایکٹیوزم، پولیٹیکل ایکٹیوزم، نیگیٹیو ایکٹیوزم۔ اب جو ایک حصے میں ہم ہیں، اب ہمیں لوٹنا ہے اس کی طرف، دعوت کی طرف۔</w:t>
      </w:r>
    </w:p>
    <w:p>
      <w:r>
        <w:rPr>
          <w:b/>
        </w:rPr>
        <w:t xml:space="preserve">[1:26:32] </w:t>
      </w:r>
      <w:r>
        <w:t>dobara hum ko daawa activism par lagana hai. yahi hai fateh alal ghuraba, jahan tak main samajhta hoon. kyunke aap ghor kijiye ke musalmanon mein ajnabi hui kya cheez?</w:t>
      </w:r>
    </w:p>
    <w:p>
      <w:pPr>
        <w:jc w:val="right"/>
      </w:pPr>
      <w:r>
        <w:t>دوبارہ ہم کو دعویٰ ایکٹیوزم پر لگانا ہے۔ یہی ہے فتح البال الغرباء، جہاں تک میں سمجھتا ہوں۔ کیونکہ آپ غور کیجئے کہ مسلمانوں میں اجنبی ہوئی کیا چیز؟</w:t>
      </w:r>
    </w:p>
    <w:p>
      <w:r>
        <w:rPr>
          <w:b/>
        </w:rPr>
        <w:t xml:space="preserve">[1:26:44] </w:t>
      </w:r>
      <w:r>
        <w:t>ek hi cheez ajnabi hui, is se dawat. aur to kuch bhi ajnabi nahi hua, sab bilkul well known hai. to</w:t>
      </w:r>
    </w:p>
    <w:p>
      <w:pPr>
        <w:jc w:val="right"/>
      </w:pPr>
      <w:r>
        <w:t>ایک ہی چیز اجنبی ہوئی، اس سے دعوت۔ اور تو کچھ بھی اجنبی نہیں ہوا، سب بالکل ویل نون ہے۔ تو</w:t>
      </w:r>
    </w:p>
    <w:p>
      <w:r>
        <w:rPr>
          <w:b/>
        </w:rPr>
        <w:t xml:space="preserve">[1:26:53] </w:t>
      </w:r>
      <w:r>
        <w:t>baad ko jo halaat paida hue, in halaat mein musalmanon ne woh nafsiyat kho di, jis nafsiyat ke tehat dawti kaam hua karta hai. to is nafsiyat ko phir zinda karna aur phir se ummat ko dawat par khada karna,</w:t>
      </w:r>
    </w:p>
    <w:p>
      <w:pPr>
        <w:jc w:val="right"/>
      </w:pPr>
      <w:r>
        <w:t>بعد کو جو حالات پیدا ہوئے، ان حالات میں مسلمانوں نے وہ نفسیات کھو دی، جس نفسیات کے تحت دعوتی کام ہوا کرتا ہے۔ تو اس نفسیات کو پھر زندہ کرنا اور پھر سے امت کو دعوت پر کھڑا کرنا،</w:t>
      </w:r>
    </w:p>
    <w:p>
      <w:r>
        <w:rPr>
          <w:b/>
        </w:rPr>
        <w:t xml:space="preserve">[1:27:09] </w:t>
      </w:r>
      <w:r>
        <w:t>jo log karenge, unhi ke liye hai fateh alal ghuraba.</w:t>
      </w:r>
    </w:p>
    <w:p>
      <w:pPr>
        <w:jc w:val="right"/>
      </w:pPr>
      <w:r>
        <w:t>جو لوگ کریں گے، انہی کے لیے ہے فتح البال الغرباء۔</w:t>
      </w:r>
    </w:p>
    <w:p>
      <w:r>
        <w:rPr>
          <w:b/>
        </w:rPr>
        <w:t xml:space="preserve">[1:27:15] </w:t>
      </w:r>
      <w:r>
        <w:t>to islam shuru hua to dawat par tha, woh baad ko woh politics par aa gaya, phir negative activities par aa gaya. ab hamein karna hai ke phir do baar hum ko, yaani is dawat wale islam ko zinda karna hai.</w:t>
      </w:r>
    </w:p>
    <w:p>
      <w:pPr>
        <w:jc w:val="right"/>
      </w:pPr>
      <w:r>
        <w:t>تو اسلام شروع ہوا تو دعوت پر تھا، وہ بعد کو وہ پولیٹکس پر آ گیا، پھر نیگیٹیو ایکٹیویٹیز پر آ گیا۔ اب ہمیں کرنا ہے کہ پھر دو بار ہم کو، یعنی اس دعوت والے اسلام کو زندہ کرنا ہے۔</w:t>
      </w:r>
    </w:p>
    <w:p>
      <w:r>
        <w:rPr>
          <w:b/>
        </w:rPr>
        <w:t xml:space="preserve">[1:27:30] </w:t>
      </w:r>
      <w:r>
        <w:t>yeh main samjhau. Maulana, yeh sawal aaya hai patna se Mr Anwar Imam Ghaz</w:t>
      </w:r>
    </w:p>
    <w:p>
      <w:pPr>
        <w:jc w:val="right"/>
      </w:pPr>
      <w:r>
        <w:t>یہ میں سمجھاؤں۔ مولانا، یہ سوال آیا ہے پٹنہ سے مسٹر انور امام غز</w:t>
      </w:r>
    </w:p>
    <w:p>
      <w:r>
        <w:rPr>
          <w:b/>
        </w:rPr>
        <w:t xml:space="preserve">[1:27:38] </w:t>
      </w:r>
      <w:r>
        <w:t>ali ka. unhon ne likha hai: "I would like to know how one can make it easy for oneself to defer the gratification of desires till the post death period, especially today when one sees possibility of instant gratification all around." bhai, mera jo tajurba hai ya mera jo state hai,</w:t>
      </w:r>
    </w:p>
    <w:p>
      <w:pPr>
        <w:jc w:val="right"/>
      </w:pPr>
      <w:r>
        <w:t>الی کا۔ انہوں نے لکھا ہے: "آئی وڈ لائک ٹو نو ہاؤ ون کین میک اٹ ایزی فار ون سیلف ٹو ڈیفر دا گریٹیفیکیشن اف ڈیزائرز ٹل دا پوسٹ ڈیتھ پیریڈ، اسپیشلی ٹوڈے وین ون سیز پوسیبلیٹی اف انسٹنٹ گریٹیفیکیشن ال اراؤنڈ۔" بھائی، میرا جو تجربہ ہے یا میرا جو سٹی ہے،</w:t>
      </w:r>
    </w:p>
    <w:p>
      <w:r>
        <w:rPr>
          <w:b/>
        </w:rPr>
        <w:t xml:space="preserve">[1:28:01] </w:t>
      </w:r>
      <w:r>
        <w:t>main to samajhta hoon kuch cheez milti nahi</w:t>
      </w:r>
    </w:p>
    <w:p>
      <w:pPr>
        <w:jc w:val="right"/>
      </w:pPr>
      <w:r>
        <w:t>میں تو سمجھتا ہوں کچھ چیز ملتی نہیں</w:t>
      </w:r>
    </w:p>
    <w:p>
      <w:r>
        <w:rPr>
          <w:b/>
        </w:rPr>
        <w:t xml:space="preserve">[1:28:03] </w:t>
      </w:r>
      <w:r>
        <w:t>ye sirf aik aik milne se pehle to lagta hai ke hum ye pa jayen to hum ko bohat hi achi cheez mil jaye gi hum ko.</w:t>
      </w:r>
    </w:p>
    <w:p>
      <w:pPr>
        <w:jc w:val="right"/>
      </w:pPr>
      <w:r>
        <w:t>۔ یہ صرف ایک ایک ملنے سے پہلے تو لگتا ہے کہ ہم یہ پا جائیں تو ہم کو بہت ہی اچھی چیز مل جائے گی ہم کو۔</w:t>
      </w:r>
    </w:p>
    <w:p>
      <w:r>
        <w:rPr>
          <w:b/>
        </w:rPr>
        <w:t xml:space="preserve">[1:28:13] </w:t>
      </w:r>
      <w:r>
        <w:t>lekin jab pa leta hai aadmi, to maloom hota hai kuch nahi. jaisay aik saath meri mulaqat hui, unhon ne love marriage ki hai. main ne un se poocha ke love marriage ka kya tajurba aap ko hai?</w:t>
      </w:r>
    </w:p>
    <w:p>
      <w:pPr>
        <w:jc w:val="right"/>
      </w:pPr>
      <w:r>
        <w:t>لیکن جب پا لیتا ہے آدمی، تو معلوم ہوتا ہے کچھ نہیں۔ جیسے ایک ساتھ میری ملاقات ہوئی، انہوں نے لو میرج کی ہے۔ میں نے ان سے پوچھا کہ لو میرج کا کیا تجربہ آپ کو ہے؟</w:t>
      </w:r>
    </w:p>
    <w:p>
      <w:r>
        <w:rPr>
          <w:b/>
        </w:rPr>
        <w:t xml:space="preserve">[1:28:27] </w:t>
      </w:r>
      <w:r>
        <w:t>aik top ke aadmi se poocha main</w:t>
      </w:r>
    </w:p>
    <w:p>
      <w:pPr>
        <w:jc w:val="right"/>
      </w:pPr>
      <w:r>
        <w:t>ایک ٹاپ کے آدمی سے پوچھا میں</w:t>
      </w:r>
    </w:p>
    <w:p>
      <w:r>
        <w:rPr>
          <w:b/>
        </w:rPr>
        <w:t xml:space="preserve">[1:28:29] </w:t>
      </w:r>
      <w:r>
        <w:t>ne. unhon ne kaha ke jab tak marriage nahi hui thi, tab to lagta tha ke love marriage koi bohat bari cheez hai. main aasman mein urr raha tha, jab mujhe ho gayi to zameen aa gaya.</w:t>
      </w:r>
    </w:p>
    <w:p>
      <w:pPr>
        <w:jc w:val="right"/>
      </w:pPr>
      <w:r>
        <w:t>نے۔ انہوں نے کہا کہ جب تک میرج نہیں ہوئی تھی، تب تو لگتا تھا کہ لو میرج کوئی بہت بڑی چیز ہے۔ میں آسمان میں اڑ رہا تھا، جب مجھے ہو گئی تو زمین آ گیا۔</w:t>
      </w:r>
    </w:p>
    <w:p>
      <w:r>
        <w:rPr>
          <w:b/>
        </w:rPr>
        <w:t xml:space="preserve">[1:28:38] </w:t>
      </w:r>
      <w:r>
        <w:t>ab kuch nahi, wahi same love marriage jo hai, mujhe ab kuch nahi dikhai parti, ab normal lagti hai. wo aisi jis ko bhi main main ne parha, jis ko bhi abhi main ne internet par likhwaya, nikala,</w:t>
      </w:r>
    </w:p>
    <w:p>
      <w:pPr>
        <w:jc w:val="right"/>
      </w:pPr>
      <w:r>
        <w:t>اب کچھ نہیں، وہی سیم لو میرج جو ہے، مجھے اب کچھ نہیں دکھائی پڑتی، اب نارمل لگتی ہے۔ وہ ایسی جس کو بھی میں میں نے پڑھا، جس کو بھی ابھی میں نے انٹرنیٹ پر لکھوایا، نکالا،</w:t>
      </w:r>
    </w:p>
    <w:p>
      <w:r>
        <w:rPr>
          <w:b/>
        </w:rPr>
        <w:t xml:space="preserve">[1:28:51] </w:t>
      </w:r>
      <w:r>
        <w:t>nikalwaya, wo ke jo super achievers hain, un ki zindagi khatam kaise</w:t>
      </w:r>
    </w:p>
    <w:p>
      <w:pPr>
        <w:jc w:val="right"/>
      </w:pPr>
      <w:r>
        <w:t>نکلوایا، وہ کہ جو سپر اچیورز ہیں، ان کی زندگی ختم کیسے</w:t>
      </w:r>
    </w:p>
    <w:p>
      <w:r>
        <w:rPr>
          <w:b/>
        </w:rPr>
        <w:t xml:space="preserve">[1:28:57] </w:t>
      </w:r>
      <w:r>
        <w:t>hui? to sab despair mein maray, sab ke sab. to milti kahan wo cheez? ye to aik fareb hai ke hum is cheez ko pa letay hain. to sab se bara question to yahi hai ke kya wajah hai ke hum hum ko fulfillment nahi milta is dunya mein?</w:t>
      </w:r>
    </w:p>
    <w:p>
      <w:pPr>
        <w:jc w:val="right"/>
      </w:pPr>
      <w:r>
        <w:t>ہوئی؟ تو سب ڈسپیئر میں مرے، سب کے سب۔ تو ملتی کہاں وہ چیز؟ یہ تو ایک فریب ہے کہ ہم اس چیز کو پا لیتے ہیں۔ تو سب سے بڑا کوئسچن تو یہی ہے کہ کیا وجہ ہے کہ ہم ہم کو فلفل، فلفل، فلفلمنٹ نہیں ملتا اس دنیا میں؟</w:t>
      </w:r>
    </w:p>
    <w:p>
      <w:r>
        <w:rPr>
          <w:b/>
        </w:rPr>
        <w:t xml:space="preserve">[1:29:12] </w:t>
      </w:r>
      <w:r>
        <w:t>jo hum chahtay hain, wo hum paatay nahi is dunya mein. ye thori hai ke pa letay hain hum, ye to aik fareb ki baat hai.</w:t>
      </w:r>
    </w:p>
    <w:p>
      <w:pPr>
        <w:jc w:val="right"/>
      </w:pPr>
      <w:r>
        <w:t>جو ہم چاہتے ہیں، وہ ہم پاتے نہیں اس دنیا میں۔ یہ تھوڑی ہے کہ پا لیتے ہیں ہم، یہ تو ایک فریب کی بات ہے۔</w:t>
      </w:r>
    </w:p>
    <w:p>
      <w:r>
        <w:rPr>
          <w:b/>
        </w:rPr>
        <w:t xml:space="preserve">[1:29:19] </w:t>
      </w:r>
      <w:r>
        <w:t>main samajhta hoon ke sab se bara question jo insan ke liye hai, wo yahi hai ke kya wajah hai ke hum jo kuch chahna chahtay hain, jo kuch hum chahtay hain paana, wahi paanay paatay nahi hum?</w:t>
      </w:r>
    </w:p>
    <w:p>
      <w:pPr>
        <w:jc w:val="right"/>
      </w:pPr>
      <w:r>
        <w:t>میں سمجھتا ہوں کہ سب سے بڑا کوئسچن جو انسان کے لیے ہے، وہ یہی ہے کہ کیا وجہ ہے کہ ہم جو کچھ چاہنا چاہتے ہیں، جو کچھ ہم چاہتے ہیں پانا، وہی پانے پاتے نہیں ہم؟</w:t>
      </w:r>
    </w:p>
    <w:p>
      <w:r>
        <w:rPr>
          <w:b/>
        </w:rPr>
        <w:t xml:space="preserve">[1:29:30] </w:t>
      </w:r>
      <w:r>
        <w:t>isi se hum mehroom rehtay hain, hum mar jatay hain. paanay se pehle lagta hai ke ye aik cheez mil mil jaye gi, to humain bari khushi hogi, hum bohat enjoy karein gay.</w:t>
      </w:r>
    </w:p>
    <w:p>
      <w:pPr>
        <w:jc w:val="right"/>
      </w:pPr>
      <w:r>
        <w:t>اسی سے ہم محروم رہتے ہیں، ہم مر جاتے ہیں۔ پانے سے پہلے لگتا ہے کہ یہ ایک چیز مل مل جائے گی، تو ہمیں بڑی خوشی ہوگی، ہم بہت انجوائے کریں گے۔</w:t>
      </w:r>
    </w:p>
    <w:p>
      <w:r>
        <w:rPr>
          <w:b/>
        </w:rPr>
        <w:t xml:space="preserve">[1:29:39] </w:t>
      </w:r>
      <w:r>
        <w:t>lekin paanay ke baad kahan hota hai? paanay ke baad kuch nahi hota. Bill Gates ko bhi kuch nahi hai.</w:t>
      </w:r>
    </w:p>
    <w:p>
      <w:pPr>
        <w:jc w:val="right"/>
      </w:pPr>
      <w:r>
        <w:t>لیکن پانے کے بعد کہاں ہوتا ہے؟ پانے کے بعد کچھ نہیں ہوتا۔ بل گیٹ کو بھی کچھ نہیں ہے۔</w:t>
      </w:r>
    </w:p>
    <w:p>
      <w:r>
        <w:rPr>
          <w:b/>
        </w:rPr>
        <w:t xml:space="preserve">[1:29:45] </w:t>
      </w:r>
      <w:r>
        <w:t>ab jab jab wo shuru mein us ko khushiyan nahi hongi, ab to zindagi us ke liye kuch bhi nahi hai, siwaye liability ke.</w:t>
      </w:r>
    </w:p>
    <w:p>
      <w:pPr>
        <w:jc w:val="right"/>
      </w:pPr>
      <w:r>
        <w:t>اب جب جب وہ شروع میں اس کو خوشیاں نہیں ہوں گی، اب تو زندگی اس کے لیے کچھ بھی نہیں ہے، سوائے لیبلٹی کے۔</w:t>
      </w:r>
    </w:p>
    <w:p>
      <w:r>
        <w:rPr>
          <w:b/>
        </w:rPr>
        <w:t xml:space="preserve">[1:29:55] </w:t>
      </w:r>
      <w:r>
        <w:t>to ye main samajhta hoon ke ye soch sahi nahi hai ke is dunya mein hum kuch pa letay hain. paanay se pehle hum zaroor samajhtay hain ke hum paanay ke baad hum ko khushi mil jaye gi.</w:t>
      </w:r>
    </w:p>
    <w:p>
      <w:pPr>
        <w:jc w:val="right"/>
      </w:pPr>
      <w:r>
        <w:t>تو یہ میں سمجھتا ہوں کہ یہ سوچ صحیح نہیں ہے کہ اس دنیا میں ہم کچھ پا لیتے ہیں۔ پانے سے پہلے ہم ضرور سمجھتے ہیں کہ ہم پانے کے بعد ہم کو خوشی مل جائے گی۔</w:t>
      </w:r>
    </w:p>
    <w:p>
      <w:r>
        <w:rPr>
          <w:b/>
        </w:rPr>
        <w:t xml:space="preserve">[1:30:09] </w:t>
      </w:r>
      <w:r>
        <w:t>aik kitaab likhi hai is ne, Bertrand Russell ne, us ka naam hi hai "Happiness"</w:t>
      </w:r>
    </w:p>
    <w:p>
      <w:pPr>
        <w:jc w:val="right"/>
      </w:pPr>
      <w:r>
        <w:t>ایک کتاب لکھی ہے اس نے، برٹ نرسل نے، اس کا نام ہی ہے "ہیپینس"</w:t>
      </w:r>
    </w:p>
    <w:p>
      <w:r>
        <w:rPr>
          <w:b/>
        </w:rPr>
        <w:t xml:space="preserve">[1:30:14] </w:t>
      </w:r>
      <w:r>
        <w:t>. us mein likhta hai ke happiness achievable nahi is dunya mein. aur waqia hai, aap kisi kisi bhi shakhs ko dekhiye jo baray martabay pohancha ho, jis ne baray paise kamaye hon, uska end kya hota hai?</w:t>
      </w:r>
    </w:p>
    <w:p>
      <w:pPr>
        <w:jc w:val="right"/>
      </w:pPr>
      <w:r>
        <w:t>۔ اس میں لکھتا ہے کہ ہیپینس اچیوبل نہیں اس دنیا میں۔ اور واقعہ ہے، آپ کسی کسی بھی شخص کو دیکھیے جو بڑے مرتبے پہنچا ہو، جس نے بڑے پیسے کمائے ہوں، اس کا اینڈ کیا ہوتا ہے؟</w:t>
      </w:r>
    </w:p>
    <w:p>
      <w:r>
        <w:rPr>
          <w:b/>
        </w:rPr>
        <w:t xml:space="preserve">[1:30:27] </w:t>
      </w:r>
      <w:r>
        <w:t>end uska khatma to aap dekhen ke frustration mein, despair mein khatam khatam hota hai wo. kyunke wo paanay ke baad, us jo us ne apnay mind mein samjha tha ke is se mujhe ye mile ga, wo mile ga, wo kuch mila nahi us ko.</w:t>
      </w:r>
    </w:p>
    <w:p>
      <w:pPr>
        <w:jc w:val="right"/>
      </w:pPr>
      <w:r>
        <w:t>اینڈ اس کا خاتمہ تو آپ دیکھیں کہ فرسٹریشن میں، ڈسپیئر میں ختم ختم ہوتا ہے وہ۔ کیونکہ وہ پانے کے بعد، اس جو اس نے اپنے مائنڈ میں سمجھا تھا کہ اس سے مجھے یہ ملے گا، وہ ملے گا، وہ کچھ ملا نہیں اس کو۔</w:t>
      </w:r>
    </w:p>
    <w:p>
      <w:r>
        <w:rPr>
          <w:b/>
        </w:rPr>
        <w:t xml:space="preserve">[1:30:42] </w:t>
      </w:r>
      <w:r>
        <w:t>to asal sawal to yahi hai ke kya wajah hai ke hum is dunya mein hum paanay ke bawajood mehroom rehtay hain? isi sawal ko jab hum jaal len, tab paradise hamari goal ban jaye gi ke wahan par humain fulfillment mile ga.</w:t>
      </w:r>
    </w:p>
    <w:p>
      <w:pPr>
        <w:jc w:val="right"/>
      </w:pPr>
      <w:r>
        <w:t>تو اصل سوال تو یہی ہے کہ کیا وجہ ہے کہ ہم اس دنیا میں ہم پانے کے باوجود محروم رہتے ہیں؟ اسی سوال کو جب ہم جال لیں، تب پیراڈائز ہماری گول بن جائے گی کہ وہاں پر ہمیں فلفلمنٹ ملے گا۔</w:t>
      </w:r>
    </w:p>
    <w:p>
      <w:r>
        <w:rPr>
          <w:b/>
        </w:rPr>
        <w:t xml:space="preserve">[1:31:00] </w:t>
      </w:r>
      <w:r>
        <w:t>Maulana, agla sawal aya hai Kashmir se Mr. Hilal Ahmed ka.</w:t>
      </w:r>
    </w:p>
    <w:p>
      <w:pPr>
        <w:jc w:val="right"/>
      </w:pPr>
      <w:r>
        <w:t>مولانا، اگلا سوال آیا ہے کشمیر سے مسٹر ہلال احمد کا۔</w:t>
      </w:r>
    </w:p>
    <w:p>
      <w:r>
        <w:rPr>
          <w:b/>
        </w:rPr>
        <w:t xml:space="preserve">[1:31:05] </w:t>
      </w:r>
      <w:r>
        <w:t>unhon ne likha hai ke "I am very impressed with you right from my very childhood when I was in class seventh.</w:t>
      </w:r>
    </w:p>
    <w:p>
      <w:pPr>
        <w:jc w:val="right"/>
      </w:pPr>
      <w:r>
        <w:t>انہوں نے لکھا ہے کہ "آئی ایم ویری امپریسڈ ود یو رائٹ فرام مائی ویری چائلڈ ہڈ وین آئی واز ان کلاس سیونتھ۔</w:t>
      </w:r>
    </w:p>
    <w:p>
      <w:r>
        <w:rPr>
          <w:b/>
        </w:rPr>
        <w:t xml:space="preserve">[1:31:15] </w:t>
      </w:r>
      <w:r>
        <w:t>I am a continuous reader of your books and monthly Al-Usva. Most of the times you talk about patience and non-violence.</w:t>
      </w:r>
    </w:p>
    <w:p>
      <w:pPr>
        <w:jc w:val="right"/>
      </w:pPr>
      <w:r>
        <w:t>آئی ایم ا کنٹینیوس ریڈر اف یور بکس اینڈ منتھلی الوسالاز۔ موسٹ اف دا ٹائمز یو ٹاک اباؤٹ پیشنس اینڈ نان وائیلنس۔</w:t>
      </w:r>
    </w:p>
    <w:p>
      <w:r>
        <w:rPr>
          <w:b/>
        </w:rPr>
        <w:t xml:space="preserve">[1:31:25] </w:t>
      </w:r>
      <w:r>
        <w:t>But I want to ask you something: to what extent we will keep mum? What keep? To what extent we will keep</w:t>
      </w:r>
    </w:p>
    <w:p>
      <w:pPr>
        <w:jc w:val="right"/>
      </w:pPr>
      <w:r>
        <w:t>بٹ آئی وانٹ ٹو اسک یو سمتھنگ: ٹو واٹ ایکسٹینٹ وی ویل کیپ مم؟ واٹ کیپ کیا؟ ٹو واٹ ایکسٹینٹ وی ویل کیپ</w:t>
      </w:r>
    </w:p>
    <w:p>
      <w:r>
        <w:rPr>
          <w:b/>
        </w:rPr>
        <w:t xml:space="preserve">[1:31:35] </w:t>
      </w:r>
      <w:r>
        <w:t>mum? hum kab tak chup rahen ge? kis extent tak? What will you do when somebody will come and kill your dear ones? Example in Kashmir: What will you do when somebody will come from outside and will throw you away from your home?</w:t>
      </w:r>
    </w:p>
    <w:p>
      <w:pPr>
        <w:jc w:val="right"/>
      </w:pPr>
      <w:r>
        <w:t>مم؟ ہم کب تک چپ رہیں گے؟ کس ایکسٹینٹ تک؟ واٹ ویل یو ڈو وین سمبڈی ویل کم اینڈ کل یور ڈیئر ونس؟ ایگزیمپل ان کشمیر: واٹ ویل یو ڈو وین سمبڈی ویل کم فرام آؤٹ سائیڈ اینڈ ویل تھرو یو اوے فرام یور ہوم؟</w:t>
      </w:r>
    </w:p>
    <w:p>
      <w:r>
        <w:rPr>
          <w:b/>
        </w:rPr>
        <w:t xml:space="preserve">[1:31:51] </w:t>
      </w:r>
      <w:r>
        <w:t>Example in Palestine: What will you do when your brothers would be put behind the bars for years together for no reason?</w:t>
      </w:r>
    </w:p>
    <w:p>
      <w:pPr>
        <w:jc w:val="right"/>
      </w:pPr>
      <w:r>
        <w:t>ایگزیمپل ان پیلسٹائن: واٹ ویل یو ڈو وین یور برادرز وڈ بی پٹ بیہائنڈ دا بارز فار ایئرز ٹوگیدر فار نو ریزن؟</w:t>
      </w:r>
    </w:p>
    <w:p>
      <w:r>
        <w:rPr>
          <w:b/>
        </w:rPr>
        <w:t xml:space="preserve">[1:32:01] </w:t>
      </w:r>
      <w:r>
        <w:t>What will you do when somebody will abuse your mother in front of your eyes? Maulana, after all, we are human beings, not angels.</w:t>
      </w:r>
    </w:p>
    <w:p>
      <w:pPr>
        <w:jc w:val="right"/>
      </w:pPr>
      <w:r>
        <w:t>واٹ ویل یو ڈو وین سمبڈی ویل ابیوز یور مدر ان فرنٹ اف یور آئیز؟ مولانا، افٹر آل، وی آر ہیومن بینگز، ناٹ اینجلز۔</w:t>
      </w:r>
    </w:p>
    <w:p>
      <w:r>
        <w:rPr>
          <w:b/>
        </w:rPr>
        <w:t xml:space="preserve">[1:32:12] </w:t>
      </w:r>
      <w:r>
        <w:t>Everything has a limit. Please do explain. Dekhiye, is mein sab se bari ghalti jo hai, wo aik hai ke without reason ye fallacy hai.</w:t>
      </w:r>
    </w:p>
    <w:p>
      <w:pPr>
        <w:jc w:val="right"/>
      </w:pPr>
      <w:r>
        <w:t>ایوری تھنگ ہیز ا لیمٹ۔ پلیز ڈو ایکسپلین۔ دیکھیے، اس میں سب سے بڑی غلطی جو ہے، وہ ایک ہے کہ ودا آؤٹ ریزن یہ فلیسی ہے۔</w:t>
      </w:r>
    </w:p>
    <w:p>
      <w:r>
        <w:rPr>
          <w:b/>
        </w:rPr>
        <w:t xml:space="preserve">[1:32:21] </w:t>
      </w:r>
      <w:r>
        <w:t>felisi, yeh mein aap ko falasteen aur kashmir ki misaal deta hoon</w:t>
      </w:r>
    </w:p>
    <w:p>
      <w:pPr>
        <w:jc w:val="right"/>
      </w:pPr>
      <w:r>
        <w:t>فلیسی، یہ میں آپ کو فلسطین اور کشمیر کی مثال دیتا ہ</w:t>
      </w:r>
    </w:p>
    <w:p>
      <w:r>
        <w:rPr>
          <w:b/>
        </w:rPr>
        <w:t xml:space="preserve">[1:32:27] </w:t>
      </w:r>
      <w:r>
        <w:t>oon. yeh saari dunya jhoot mein jeeti hai, jhoot mein jeeti hai. falasteen mein kya hua? 1948 mein partition hua.</w:t>
      </w:r>
    </w:p>
    <w:p>
      <w:pPr>
        <w:jc w:val="right"/>
      </w:pPr>
      <w:r>
        <w:t>وں۔ یہ ساری دنیا جھوٹ میں جیتی ہے، جھوٹ میں جیتی ہے۔ فلسطین میں کیا ہوا؟ 1948 میں پارٹیشن ہوا۔</w:t>
      </w:r>
    </w:p>
    <w:p>
      <w:r>
        <w:rPr>
          <w:b/>
        </w:rPr>
        <w:t xml:space="preserve">[1:32:38] </w:t>
      </w:r>
      <w:r>
        <w:t>partition mein lines chehre mila tha arbon ko. unhon ne inkaar kar diya ke hum nahi lete aur ladaai shuru kar di. unhon ne kaha hum sir army ko phir bahar, hum tum ko thuke dein ge samandar mein.</w:t>
      </w:r>
    </w:p>
    <w:p>
      <w:pPr>
        <w:jc w:val="right"/>
      </w:pPr>
      <w:r>
        <w:t>پارٹیشن میں لائنز چہرے ملا تھا عربوں کو۔ انہوں نے انکار کر دیا کہ ہم نہیں لیتے اور لڑائی شروع کر دی۔ انہوں نے کہ ہم سر آرمی کو پھر باہر، ہم تم کو ٹھکے دیں گے سمندر میں۔</w:t>
      </w:r>
    </w:p>
    <w:p>
      <w:r>
        <w:rPr>
          <w:b/>
        </w:rPr>
        <w:t xml:space="preserve">[1:32:50] </w:t>
      </w:r>
      <w:r>
        <w:t>to unhon ne shuru kiya, woh baddu ko, woh woh libar raha. to jab unhon ne jawab</w:t>
      </w:r>
    </w:p>
    <w:p>
      <w:pPr>
        <w:jc w:val="right"/>
      </w:pPr>
      <w:r>
        <w:t>تو انہوں نے شروع کیا، وہ بدو کو، وہ وہ لبر رہا۔ تو جب انہوں نے جواب</w:t>
      </w:r>
    </w:p>
    <w:p>
      <w:r>
        <w:rPr>
          <w:b/>
        </w:rPr>
        <w:t xml:space="preserve">[1:32:56] </w:t>
      </w:r>
      <w:r>
        <w:t>diya, retaliation ko woh samajhte hain ke woh action tha har jagah. yaani israel react kar, retaliate karta hai.</w:t>
      </w:r>
    </w:p>
    <w:p>
      <w:pPr>
        <w:jc w:val="right"/>
      </w:pPr>
      <w:r>
        <w:t>دیا، ریٹیلیشن کو وہ سمجھتے ہیں کہ وہ ایکشن تھا ہر جگہ۔ یعنی اسرائیل ری ایکٹ کر، ریٹیلیٹ کرتا ہے۔</w:t>
      </w:r>
    </w:p>
    <w:p>
      <w:r>
        <w:rPr>
          <w:b/>
        </w:rPr>
        <w:t xml:space="preserve">[1:33:06] </w:t>
      </w:r>
      <w:r>
        <w:t>to zahir hai ke woh kyun nahi? aap pathar maarein ge, woh goli maare ga. aap ne kaha ke tum ko hum falasteen mein nahi rehne dein ge to samandar mein thuke dein ge.</w:t>
      </w:r>
    </w:p>
    <w:p>
      <w:pPr>
        <w:jc w:val="right"/>
      </w:pPr>
      <w:r>
        <w:t>تو ظاہر ہے کہ وہ کیوں نہیں؟ آپ پتھر ماریں گے، وہ گولی مارے گا۔ آپ نے کہا کہ تم کو ہم فلسطین میں نہیں رہنے دیں گے تو سمندر میں ٹھکے دیں گے۔</w:t>
      </w:r>
    </w:p>
    <w:p>
      <w:r>
        <w:rPr>
          <w:b/>
        </w:rPr>
        <w:t xml:space="preserve">[1:33:14] </w:t>
      </w:r>
      <w:r>
        <w:t>unhon ne kaha ke hum tum ko thuke lein ge. yeh without reason maamla nahi hai. yeh reason paida kiya aap ne, accept na kar ke.</w:t>
      </w:r>
    </w:p>
    <w:p>
      <w:pPr>
        <w:jc w:val="right"/>
      </w:pPr>
      <w:r>
        <w:t>انہوں نے کہا کہ ہم تم کو ٹھکے لیں گے۔ یہ ودا آؤٹ ریزن معاملہ نہیں ہے۔ یہ ریزن پیدا کیا آپ نے، ایکسیپٹ نہ کر کے۔</w:t>
      </w:r>
    </w:p>
    <w:p>
      <w:r>
        <w:rPr>
          <w:b/>
        </w:rPr>
        <w:t xml:space="preserve">[1:33:25] </w:t>
      </w:r>
      <w:r>
        <w:t>ab kya hai? ab kuch bhi nahi in ke paas hai. kashmir mein dekhiye, 1989 se pehle, yaani october 1989 mein wahan military shuru hui.</w:t>
      </w:r>
    </w:p>
    <w:p>
      <w:pPr>
        <w:jc w:val="right"/>
      </w:pPr>
      <w:r>
        <w:t>اب کیا ہے؟ اب کچھ بھی نہیں ان کے پاس ہے۔ کشمیر میں دیکھیے، 1989 سے پہلے، یعنی اکتوبر 1989 میں وہاں ملٹری شروع ہوئی۔</w:t>
      </w:r>
    </w:p>
    <w:p>
      <w:r>
        <w:rPr>
          <w:b/>
        </w:rPr>
        <w:t xml:space="preserve">[1:33:37] </w:t>
      </w:r>
      <w:r>
        <w:t>is ke pehle peace tha, mukammal peace tha. mein baar baar gaya hoon kashmir mein. jhoot hai, agar koi kahe ke is se pehle wahan kuch hota tha. sir tabaah jhoot hai.</w:t>
      </w:r>
    </w:p>
    <w:p>
      <w:pPr>
        <w:jc w:val="right"/>
      </w:pPr>
      <w:r>
        <w:t>اس کے پہلے پیس تھا، مکمل پیس تھا۔ میں بار بار گیا ہوں کشمیر میں۔ جھوٹ ہے، اگر کوئی کہے کہ اس سے پہلے وہاں کچھ ہوتا تھا۔ سر تباہ جھوٹ ہے۔</w:t>
      </w:r>
    </w:p>
    <w:p>
      <w:r>
        <w:rPr>
          <w:b/>
        </w:rPr>
        <w:t xml:space="preserve">[1:33:47] </w:t>
      </w:r>
      <w:r>
        <w:t>lekin jab aap ne bomb mara to wahi maarein ge. kaise nahi maarein ge? woh</w:t>
      </w:r>
    </w:p>
    <w:p>
      <w:pPr>
        <w:jc w:val="right"/>
      </w:pPr>
      <w:r>
        <w:t>لیکن جب آپ نے بم مارا تو وہی ماریں گے۔ کیسے نہیں ماریں گے؟ وہ</w:t>
      </w:r>
    </w:p>
    <w:p>
      <w:r>
        <w:rPr>
          <w:b/>
        </w:rPr>
        <w:t xml:space="preserve">[1:33:51] </w:t>
      </w:r>
      <w:r>
        <w:t>jo kuch hua hai, yeh yeh sab retaliation hai. kashmir mein retaliation hai, falasteen mein retaliation hai. aap kehte hain without reason,</w:t>
      </w:r>
    </w:p>
    <w:p>
      <w:pPr>
        <w:jc w:val="right"/>
      </w:pPr>
      <w:r>
        <w:t>جو کچھ ہوا ہے، یہ یہ سب ریٹیلیشن ہے۔ کشمیر میں ریٹیلیشن ہے، فلسطین میں ریٹیلیشن ہے۔ آپ کہتے ہیں ودا آؤٹ ریزن،</w:t>
      </w:r>
    </w:p>
    <w:p>
      <w:r>
        <w:rPr>
          <w:b/>
        </w:rPr>
        <w:t xml:space="preserve">[1:34:02] </w:t>
      </w:r>
      <w:r>
        <w:t>khula hua reason maujood hai dono jagah.</w:t>
      </w:r>
    </w:p>
    <w:p>
      <w:pPr>
        <w:jc w:val="right"/>
      </w:pPr>
      <w:r>
        <w:t>کھلا ہوا ریزن موجود ہے دونوں جگہ۔</w:t>
      </w:r>
    </w:p>
    <w:p>
      <w:r>
        <w:rPr>
          <w:b/>
        </w:rPr>
        <w:t xml:space="preserve">[1:34:07] </w:t>
      </w:r>
      <w:r>
        <w:t>quran majeed mein hai, dekhiye, surah woh saba ka qissa ke malika saba jo thi, us ko un ka woh mila letter hazrat suleman ka, jo king thay, ke tum surrender karo, nahi to hum apni fauj le kar aa jayen ge.</w:t>
      </w:r>
    </w:p>
    <w:p>
      <w:pPr>
        <w:jc w:val="right"/>
      </w:pPr>
      <w:r>
        <w:t>قرآن مجید میں ہے، دیکھیے، سورہ وہ صبا کا قصہ کہ ملکہ صبا جو تھی، اس کو ان کا وہ ملا لیٹر حضرت سلیمان کا، جو کنگ تھے، کہ تم سرینڈر کرو، نہیں تو ہم اپنی فوج لے کر آ جائیں گے۔</w:t>
      </w:r>
    </w:p>
    <w:p>
      <w:r>
        <w:rPr>
          <w:b/>
        </w:rPr>
        <w:t xml:space="preserve">[1:34:24] </w:t>
      </w:r>
      <w:r>
        <w:t>to us ne apne darbaariyon se mashwara kiya, da'wa ne kaha ke nahi, hum larein ge.</w:t>
      </w:r>
    </w:p>
    <w:p>
      <w:pPr>
        <w:jc w:val="right"/>
      </w:pPr>
      <w:r>
        <w:t>تو اس نے اپنے درباریوں سے مشورہ کیا، دعویٰ نے کہا کہ نہیں، ہم لڑیں گے۔</w:t>
      </w:r>
    </w:p>
    <w:p>
      <w:r>
        <w:rPr>
          <w:b/>
        </w:rPr>
        <w:t xml:space="preserve">[1:34:31] </w:t>
      </w:r>
      <w:r>
        <w:t>to malika saba ne kaha ke nahi, larein ge to woh woh getting evil hoga hamare liye. kyunke us ne quran majeed mein ayat hai is silsile mein ke "in al muluk dakhlu" yaani wahi jo aap keh rahe hain ke wahan hua, wahi us ne kaha ke yeh ho gaya,</w:t>
      </w:r>
    </w:p>
    <w:p>
      <w:pPr>
        <w:jc w:val="right"/>
      </w:pPr>
      <w:r>
        <w:t>تو ملکہ صبا نے کہا کہ نہیں، لڑیں گے تو وہ وہ گیٹنگ ایول ہوگا ہمارے لیے۔ کیونکہ اس نے قرآن مجید میں آیت ہے اس سلسلے میں کہ "ان الملوک داخل افسردہ" یعنی وہی جو آپ کہہ رہے ہیں کہ وہاں ہوا، وہی اس نے کہا کہ یہ ہو گیا،</w:t>
      </w:r>
    </w:p>
    <w:p>
      <w:r>
        <w:rPr>
          <w:b/>
        </w:rPr>
        <w:t xml:space="preserve">[1:34:57] </w:t>
      </w:r>
      <w:r>
        <w:t>woh bhi</w:t>
      </w:r>
    </w:p>
    <w:p>
      <w:pPr>
        <w:jc w:val="right"/>
      </w:pPr>
      <w:r>
        <w:t>وہ بھی</w:t>
      </w:r>
    </w:p>
    <w:p>
      <w:r>
        <w:rPr>
          <w:b/>
        </w:rPr>
        <w:t xml:space="preserve">[1:34:59] </w:t>
      </w:r>
      <w:r>
        <w:t>aise hi karein ge. yaani agarche woh paighambar hain, tab bhi yahi karein ge. to us ne kya kiya? musalehat kar li. to aap lad rahe hain, woh kehte hain ke is ka hum ko price na deni parre, chahe falasteen ho, chahe kashmir ho, har jagah musalman apni military ki price de rahe hain,</w:t>
      </w:r>
    </w:p>
    <w:p>
      <w:pPr>
        <w:jc w:val="right"/>
      </w:pPr>
      <w:r>
        <w:t>ایسے ہی کریں گے۔ یعنی اگرچہ وہ پیغمبر ہیں، تب بھی یہی کریں گے۔ تو اس نے کیا کیا؟ مصالحت کر لی۔ تو آپ لڑ رہے ہیں، وہ کہتے ہیں کہ اس کا ہم کو پرائز نہ دینی پڑے، چاہے فلسطین ہو، چاہے کشمیر ہو، ہر جگہ مسلمان اپنی ملٹریسی کی پرائز دے رہے ہیں،</w:t>
      </w:r>
    </w:p>
    <w:p>
      <w:r>
        <w:rPr>
          <w:b/>
        </w:rPr>
        <w:t xml:space="preserve">[1:35:16] </w:t>
      </w:r>
      <w:r>
        <w:t>peace ki price nahi de rahe. ghalati, yeh ghalat, bohat bari ghalat fehmi hai, bohat bari. yaani, yaani woh hai felisi hai ke aap samajhte hain ke ek tarfa ho raha hai.</w:t>
      </w:r>
    </w:p>
    <w:p>
      <w:pPr>
        <w:jc w:val="right"/>
      </w:pPr>
      <w:r>
        <w:t>پیس کی پرائز نہیں دے رہے۔ غلطی، یہ غلط، بہت بڑی غلط فہمی ہے، بہت بڑی۔ یعنی، یعنی وہ ہے فلیسی ہے کہ آپ سمجھتے ہیں کہ ایک طرفہ ہو رہا ہے۔</w:t>
      </w:r>
    </w:p>
    <w:p>
      <w:r>
        <w:rPr>
          <w:b/>
        </w:rPr>
        <w:t xml:space="preserve">[1:35:27] </w:t>
      </w:r>
      <w:r>
        <w:t>yeh</w:t>
      </w:r>
    </w:p>
    <w:p>
      <w:pPr>
        <w:jc w:val="right"/>
      </w:pPr>
      <w:r>
        <w:t>یہ</w:t>
      </w:r>
    </w:p>
    <w:p>
      <w:r>
        <w:rPr>
          <w:b/>
        </w:rPr>
        <w:t xml:space="preserve">[1:35:28] </w:t>
      </w:r>
      <w:r>
        <w:t>na falasteen mein ek tarfa hai, na kashmir ek tarfa hai. woh to retaliation hai. jab tak arab peace par thay, to unhein peace mila hua tha.</w:t>
      </w:r>
    </w:p>
    <w:p>
      <w:pPr>
        <w:jc w:val="right"/>
      </w:pPr>
      <w:r>
        <w:t>نہ فلسطین میں ایک طرفہ ہے، نہ کشمیر ایک طرفہ ہے۔ وہ تو ریٹیلیشن ہے۔ جب تک عرب پیس پر تھے، تو انہیں پیس ملا ہوا تھا۔</w:t>
      </w:r>
    </w:p>
    <w:p>
      <w:r>
        <w:rPr>
          <w:b/>
        </w:rPr>
        <w:t xml:space="preserve">[1:35:39] </w:t>
      </w:r>
      <w:r>
        <w:t>jab unhon ne military shuru kar di, to unhein military se mil rahi hai. aise kashmir mein hua. to kaisi ajeeb baat hai ke musalman is raat ko bhi nahi jaan sake ke jo kuch ho raha hai, without reason nahi ho raha hai.</w:t>
      </w:r>
    </w:p>
    <w:p>
      <w:pPr>
        <w:jc w:val="right"/>
      </w:pPr>
      <w:r>
        <w:t>جب انہوں نے ملٹری شروع کر دی، تو انہیں ملٹری سے مل رہی ہے۔ ایسے کشمیر میں ہوا۔ تو کیسی عجیب بات ہے کہ مسلمان اس رات کو بھی نہیں جان سکے کہ جو کچھ ہو رہا ہے، ودا آؤٹ ریزن نہیں ہو رہا ہے۔</w:t>
      </w:r>
    </w:p>
    <w:p>
      <w:r>
        <w:rPr>
          <w:b/>
        </w:rPr>
        <w:t xml:space="preserve">[1:35:53] </w:t>
      </w:r>
      <w:r>
        <w:t>woh to retaliation ho raha hai.</w:t>
      </w:r>
    </w:p>
    <w:p>
      <w:pPr>
        <w:jc w:val="right"/>
      </w:pPr>
      <w:r>
        <w:t>وہ تو ریٹیلیشن ہو رہا ہے۔</w:t>
      </w:r>
    </w:p>
    <w:p>
      <w:r>
        <w:rPr>
          <w:b/>
        </w:rPr>
        <w:t xml:space="preserve">[1:35:56] </w:t>
      </w:r>
      <w:r>
        <w:t>aur mein bilashubah is mein samajhta hoon ke is mein, is mein jo hai, musalmanon ko reassessment ka time hai. yeh is qism ki baatein kehne ka time nahi hai. agar woh reassessment nahi karein ge to phir yeh silsila jaari rahe ga.</w:t>
      </w:r>
    </w:p>
    <w:p>
      <w:pPr>
        <w:jc w:val="right"/>
      </w:pPr>
      <w:r>
        <w:t>اور میں بلاشبہ اس میں سمجھتا ہوں کہ اس میں، اس میں جو ہے، مسلمانوں کو ری اسیسمنٹ کا ٹائم ہے۔ یہ اس قسم کی باتیں کہنے کا ٹائم نہیں ہے۔ اگر وہ ری اسیسمنٹ نہیں کریں گے تو پھر یہ سلسلہ جاری رہے گا۔</w:t>
      </w:r>
    </w:p>
    <w:p>
      <w:r>
        <w:rPr>
          <w:b/>
        </w:rPr>
        <w:t xml:space="preserve">[1:36:10] </w:t>
      </w:r>
      <w:r>
        <w:t>yeh dunya dekhiye, dunya mein har aadmi ko azaadi hai. aap kisi azaadi ki abalish nahi kar sakte. to aap karein ge to woh bhi kare ga. woh kyun nahi kare ga?</w:t>
      </w:r>
    </w:p>
    <w:p>
      <w:pPr>
        <w:jc w:val="right"/>
      </w:pPr>
      <w:r>
        <w:t>یہ دنیا دیکھیے، دنیا میں ہر آدمی کو آزادی ہے۔ آپ کسی آزادی کی ابالش نہیں کر سکتے۔ تو آپ کریں گے تو وہ بھی کرے گا۔ وہ کیوں نہیں کرے گا؟</w:t>
      </w:r>
    </w:p>
    <w:p>
      <w:r>
        <w:rPr>
          <w:b/>
        </w:rPr>
        <w:t xml:space="preserve">[1:36:19] </w:t>
      </w:r>
      <w:r>
        <w:t>bataiye.</w:t>
      </w:r>
    </w:p>
    <w:p>
      <w:pPr>
        <w:jc w:val="right"/>
      </w:pPr>
      <w:r>
        <w:t>بتائیے۔</w:t>
      </w:r>
    </w:p>
    <w:p>
      <w:r>
        <w:rPr>
          <w:b/>
        </w:rPr>
        <w:t xml:space="preserve">[1:36:22] </w:t>
      </w:r>
      <w:r>
        <w:t>jab aap ne october 89 mein military shuru ki kashmir mein, to kya samajhte hain ke aaj bhi chup chap baithi rahe gi? woh kyun nahi shuru kare gi? woh bhi kare ga.</w:t>
      </w:r>
    </w:p>
    <w:p>
      <w:pPr>
        <w:jc w:val="right"/>
      </w:pPr>
      <w:r>
        <w:t>جب آپ نے اکتوبر 89 میں ملٹری شروع کی کشمیر میں، تو کیا سمجھتے ہیں کہ آج بھی چپ چاپ بٹھی رہے گی؟ وہ کیوں نہیں شروع کرے گی؟ وہ بھی کرے گی۔</w:t>
      </w:r>
    </w:p>
    <w:p>
      <w:r>
        <w:rPr>
          <w:b/>
        </w:rPr>
        <w:t xml:space="preserve">[1:36:31] </w:t>
      </w:r>
      <w:r>
        <w:t>jo aap ke paas hai, woh aap karein ge. woh jo, woh karein ge. yeh bilkul hi ghalat hai yeh soch ke without reason ho raha hai.</w:t>
      </w:r>
    </w:p>
    <w:p>
      <w:pPr>
        <w:jc w:val="right"/>
      </w:pPr>
      <w:r>
        <w:t>جو آپ کے پاس ہے، وہ آپ کریں گے۔ وہ جو، وہ کریں گے۔ یہ بالکل ہی غلط ہے یہ سوچ کہ ودا آؤٹ ریزن ہو رہا ہے۔</w:t>
      </w:r>
    </w:p>
    <w:p>
      <w:r>
        <w:rPr>
          <w:b/>
        </w:rPr>
        <w:t xml:space="preserve">[1:36:41] </w:t>
      </w:r>
      <w:r>
        <w:t>yeh hargiz aisa nahi ho raha hai. woh bator retaliation ka ho raha hai. isi cheez ko samajhne mein masle ka hal</w:t>
      </w:r>
    </w:p>
    <w:p>
      <w:pPr>
        <w:jc w:val="right"/>
      </w:pPr>
      <w:r>
        <w:t>یہ ہرگز ایسا نہیں ہو رہا ہے۔ وہ بطور ریٹیلیشن کا ہو رہا ہے۔ اسی چیز کو سمجھنے میں مسئلے کا حل</w:t>
      </w:r>
    </w:p>
    <w:p>
      <w:r>
        <w:rPr>
          <w:b/>
        </w:rPr>
        <w:t xml:space="preserve">[1:36:49] </w:t>
      </w:r>
      <w:r>
        <w:t>hai. jo jo log is ko na samjhein, to kabhi masla hal nahi kar sakein ge. woh</w:t>
      </w:r>
    </w:p>
    <w:p>
      <w:pPr>
        <w:jc w:val="right"/>
      </w:pPr>
      <w:r>
        <w:t>ہے۔ جو جو لوگ اس کو نہ سمجھیں، تو کبھی مسئلہ حل نہیں کر سکیں گے۔ وہ</w:t>
      </w:r>
    </w:p>
    <w:p>
      <w:r>
        <w:rPr>
          <w:b/>
        </w:rPr>
        <w:t xml:space="preserve">[1:36:56] </w:t>
      </w:r>
      <w:r>
        <w:t>maulana inayatullah umri ka bangalore se sawal aaya hai. unhon ne likha hai: "jamhooriyat ko is islam ki matlooba cheez kyun samajhte nahi hain?</w:t>
      </w:r>
    </w:p>
    <w:p>
      <w:pPr>
        <w:jc w:val="right"/>
      </w:pPr>
      <w:r>
        <w:t>مولانا عنایت اللہ عمری کا بینگلور سے سوال آیا ہے۔ انہوں نے لکھا ہے: "جمہوریت کو اس اسلام کی مطلوبہ چیز کیوں سمجھتے نہیں ہیں؟</w:t>
      </w:r>
    </w:p>
    <w:p>
      <w:r>
        <w:rPr>
          <w:b/>
        </w:rPr>
        <w:t xml:space="preserve">[1:37:07] </w:t>
      </w:r>
      <w:r>
        <w:t>kya is mein samjha jata hai ke ghair khuda ka qanoon manna pare ga?"</w:t>
      </w:r>
    </w:p>
    <w:p>
      <w:pPr>
        <w:jc w:val="right"/>
      </w:pPr>
      <w:r>
        <w:t>کیا اس میں سمجھا جاتا ہے کہ غیر خدا کا قانون ماننا پڑے گا؟"</w:t>
      </w:r>
    </w:p>
    <w:p>
      <w:r>
        <w:rPr>
          <w:b/>
        </w:rPr>
        <w:t xml:space="preserve">[1:37:16] </w:t>
      </w:r>
      <w:r>
        <w:t>yeh dekhiye, ghair khuda qanoon manna ya na manna, yeh yeh yeh yeh yeh nazariya aap apne aap mein ghalat hai.</w:t>
      </w:r>
    </w:p>
    <w:p>
      <w:pPr>
        <w:jc w:val="right"/>
      </w:pPr>
      <w:r>
        <w:t>یہ دیکھیے، غیر خدا قانون ماننا یا نہ ماننا، یہ یہ یہ یہ یہ نظریہ آپ اپنے آپ میں غلط ہے۔</w:t>
      </w:r>
    </w:p>
    <w:p>
      <w:r>
        <w:rPr>
          <w:b/>
        </w:rPr>
        <w:t xml:space="preserve">[1:37:26] </w:t>
      </w:r>
      <w:r>
        <w:t>kyunke ijtimai zindagi mein koi ideal nahi chal sakta. agar aap yeh ek ideal banayein ke ke ke ijtimai zindagi mein khuda qanoon ko nafiz hona hai, to is mani ke aap baddo nafiz karna chahein ge, to baddo nafiz karein ge, idhar se bhi aadmi jo</w:t>
      </w:r>
    </w:p>
    <w:p>
      <w:pPr>
        <w:jc w:val="right"/>
      </w:pPr>
      <w:r>
        <w:t>کیونکہ اجتماعی زندگی میں کوئی آئیڈیل نہیں چل سکتا۔ اگر آپ یہ ایک آئیڈیل بنائیں کہ کہ کہ اجتماعی زندگی میں خدا قانون کو نافذ ہونا ہے، تو اس معنی کہ آپ بدو نافذ کرنا چاہیں گے، تو بدو نافذ کریں گے، ادھر سے بھی آدمی جو</w:t>
      </w:r>
    </w:p>
    <w:p>
      <w:r>
        <w:rPr>
          <w:b/>
        </w:rPr>
        <w:t xml:space="preserve">[1:37:44] </w:t>
      </w:r>
      <w:r>
        <w:t>ab de ga, to larai shuru hogi. is ka nateeja larai hoga. to ijtimai zindagi mein islam ka nazariya yeh hai ke jo qabil amal hai, us ko ikhtiyar karo.</w:t>
      </w:r>
    </w:p>
    <w:p>
      <w:pPr>
        <w:jc w:val="right"/>
      </w:pPr>
      <w:r>
        <w:t>اب دے گا، تو لڑائی شروع ہوگی۔ اس کا نتیجہ لڑائی ہوگا۔ تو اجتماعی زندگی میں اسلام کا نظریہ یہ ہے کہ جو قابل عمل ہے، اس کو اختیار کرو۔</w:t>
      </w:r>
    </w:p>
    <w:p>
      <w:r>
        <w:rPr>
          <w:b/>
        </w:rPr>
        <w:t xml:space="preserve">[1:37:55] </w:t>
      </w:r>
      <w:r>
        <w:t>aap dekhiye, hazrat yusuf aleh salam ne badshah, yaani jo badshah tha, woh mushrik tha. woh mushrik badshah ko tasleem kar liya.</w:t>
      </w:r>
    </w:p>
    <w:p>
      <w:pPr>
        <w:jc w:val="right"/>
      </w:pPr>
      <w:r>
        <w:t>آپ دیکھیے، حضرت یوسف علیہ السلام نے بادشاہ، یعنی جو بادشاہ تھا، وہ مشرک تھا۔ وہ مشرک بادشاہ کو تسلیم کر لیا۔</w:t>
      </w:r>
    </w:p>
    <w:p>
      <w:r>
        <w:rPr>
          <w:b/>
        </w:rPr>
        <w:t xml:space="preserve">[1:38:04] </w:t>
      </w:r>
      <w:r>
        <w:t>unhon ne takrao nahi kiya is se ke tu woh karo, badlo apna mazhab, badlo apna aqeeda, badlo. to</w:t>
      </w:r>
    </w:p>
    <w:p>
      <w:pPr>
        <w:jc w:val="right"/>
      </w:pPr>
      <w:r>
        <w:t>انہوں نے ٹکراؤ نہیں کیا اس سے کہ تو وہ کرو، بدلو اپنا مذہب، بدلو اپنا عقیدہ، بدلو۔ تو</w:t>
      </w:r>
    </w:p>
    <w:p>
      <w:r>
        <w:rPr>
          <w:b/>
        </w:rPr>
        <w:t xml:space="preserve">[1:38:14] </w:t>
      </w:r>
      <w:r>
        <w:t>ijtimai zindagi mein dekhiye, adjust karna parta hai. adjustment ijtimai zindagi ka. agar yeh usool ikhtiyar karein ge, aap to siwaye larai ke aur kuch bhi nahi.</w:t>
      </w:r>
    </w:p>
    <w:p>
      <w:pPr>
        <w:jc w:val="right"/>
      </w:pPr>
      <w:r>
        <w:t>اجتماعی زندگی میں دیکھیے، ایڈجسٹ کرنا پڑتا ہے۔ ایڈجسٹمنٹ اجتماعی زندگی کا۔ اگر یہ اصول اختیار کریں گے، آپ تو سوائے لڑائی کے اور کچھ بھی نہیں۔</w:t>
      </w:r>
    </w:p>
    <w:p>
      <w:r>
        <w:rPr>
          <w:b/>
        </w:rPr>
        <w:t xml:space="preserve">[1:38:23] </w:t>
      </w:r>
      <w:r>
        <w:t>apni zaat ke mamle mein aap ideal baniye. ijtimai zindagi mein aap ko adjust karna pare ga. kuch aap ki baat maani jaye gi, kuch un ki baat maani jaye gi.</w:t>
      </w:r>
    </w:p>
    <w:p>
      <w:pPr>
        <w:jc w:val="right"/>
      </w:pPr>
      <w:r>
        <w:t>اپنی ذات کے معاملے میں آپ آئیڈیل بنیے۔ اجتماعی زندگی میں آپ کو ایڈجسٹ کرنا پڑے گا۔ کچھ آپ کی بات مانی جائے گی، کچھ ان کی بات مانی جائے گی۔</w:t>
      </w:r>
    </w:p>
    <w:p>
      <w:r>
        <w:rPr>
          <w:b/>
        </w:rPr>
        <w:t xml:space="preserve">[1:38:32] </w:t>
      </w:r>
      <w:r>
        <w:t>dusra option nahi. option agar aap is ko na manen to is ke baad kya hai? larai, khoon, khoon, khoon kharaba.</w:t>
      </w:r>
    </w:p>
    <w:p>
      <w:pPr>
        <w:jc w:val="right"/>
      </w:pPr>
      <w:r>
        <w:t>دوسرا آپشن نہیں۔ آپشن اگر آپ اس کو نہ مانیں تو اس کے بعد کیا ہے؟ لڑائی، خون، خون، خون خرابہ۔</w:t>
      </w:r>
    </w:p>
    <w:p>
      <w:r>
        <w:rPr>
          <w:b/>
        </w:rPr>
        <w:t xml:space="preserve">[1:38:41] </w:t>
      </w:r>
      <w:r>
        <w:t>maulana, agla sawal gulbarga se aaya hai mister abdul ghani ka. unhon ne likha hai: "mujhe is baat ka kaise ilm hoga ke mere andar kibr paida ho raha hai?</w:t>
      </w:r>
    </w:p>
    <w:p>
      <w:pPr>
        <w:jc w:val="right"/>
      </w:pPr>
      <w:r>
        <w:t>مولانا، اگلا سوال گلبرگہ سے آیا ہے مسٹر عبدالغنی کا۔ انہوں نے لکھا ہے: "مجھے اس بات کا کیسے علم ہوگا کہ میرے اندر کبر پیدا ہو رہا ہے؟</w:t>
      </w:r>
    </w:p>
    <w:p>
      <w:r>
        <w:rPr>
          <w:b/>
        </w:rPr>
        <w:t xml:space="preserve">[1:38:53] </w:t>
      </w:r>
      <w:r>
        <w:t>is ke bare mein bataein."</w:t>
      </w:r>
    </w:p>
    <w:p>
      <w:pPr>
        <w:jc w:val="right"/>
      </w:pPr>
      <w:r>
        <w:t>اس کے بارے میں بتائیں۔"</w:t>
      </w:r>
    </w:p>
    <w:p>
      <w:r>
        <w:rPr>
          <w:b/>
        </w:rPr>
        <w:t xml:space="preserve">[1:39:03] </w:t>
      </w:r>
      <w:r>
        <w:t>phir hadith mein is ki pehchan batai gayi hai: "batr al haqq wa ghammat al nas" k</w:t>
      </w:r>
    </w:p>
    <w:p>
      <w:pPr>
        <w:jc w:val="right"/>
      </w:pPr>
      <w:r>
        <w:t>پھر حدیث میں اس کی پہچان بتائی گئی ہے: "بتر الحق وغمۃ الناس" ک</w:t>
      </w:r>
    </w:p>
    <w:p>
      <w:r>
        <w:rPr>
          <w:b/>
        </w:rPr>
        <w:t xml:space="preserve">[1:39:10] </w:t>
      </w:r>
      <w:r>
        <w:t>kibr ki pehchan yaani haq ko bias side karna aur logon ko kam samajhna.</w:t>
      </w:r>
    </w:p>
    <w:p>
      <w:pPr>
        <w:jc w:val="right"/>
      </w:pPr>
      <w:r>
        <w:t>بر کی پہچان یعنی حق کو برسائیڈ کرنا اور لوگوں کو کم سمجھنا۔</w:t>
      </w:r>
    </w:p>
    <w:p>
      <w:r>
        <w:rPr>
          <w:b/>
        </w:rPr>
        <w:t xml:space="preserve">[1:39:21] </w:t>
      </w:r>
      <w:r>
        <w:t>jab kisi samne haq pesh kiya jaye aur us ko woh bias side karte hue us ko na manen, to woh kibr ki wajah se hota hai.</w:t>
      </w:r>
    </w:p>
    <w:p>
      <w:pPr>
        <w:jc w:val="right"/>
      </w:pPr>
      <w:r>
        <w:t>جب کسی سامنے حق پیش کیا جائے اور اس کو وہ برسائیڈ کرتے ہوئے اس کو نہ مانے، تو وہ کبر کی وجہ سے ہوتا ہے۔</w:t>
      </w:r>
    </w:p>
    <w:p>
      <w:r>
        <w:rPr>
          <w:b/>
        </w:rPr>
        <w:t xml:space="preserve">[1:39:32] </w:t>
      </w:r>
      <w:r>
        <w:t>aise log jo hain, un ko aadmi apne ko superior samajh leta hai, superior doosron ko kam samajhta hai. ya jahan aadmi yeh, yeh aadmi khud soch kar jaan sakta hai apne bare mein ke kahan mein ne haq ko nahi mana aur kahan mein ne logon ko kam samjha apne se.</w:t>
      </w:r>
    </w:p>
    <w:p>
      <w:pPr>
        <w:jc w:val="right"/>
      </w:pPr>
      <w:r>
        <w:t>ایسے لوگ جو ہیں، ان کو آدمی اپنے کو سپریئر سمجھ لیتا ہے، سپیریئر دوسروں کو کم سمجھتا ہے۔ یا جہاں آدمی یہ، یہ آدمی خود سوچ کر جان سکتا ہے اپنے بارے میں کہ کہاں میں نے حق کو نہیں مانا اور کہاں میں نے لوگوں کو کم سمجھا اپنے سے۔</w:t>
      </w:r>
    </w:p>
    <w:p>
      <w:r>
        <w:rPr>
          <w:b/>
        </w:rPr>
        <w:t xml:space="preserve">[1:39:47] </w:t>
      </w:r>
      <w:r>
        <w:t>jahan yeh yeh cheez pai jati hai, to woh is mani ke woh kibr mein mubtala hai. aisa aadmi hai: "batr al haqq wa ghammat al nas"</w:t>
      </w:r>
    </w:p>
    <w:p>
      <w:pPr>
        <w:jc w:val="right"/>
      </w:pPr>
      <w:r>
        <w:t>جہاں یہ یہ چیز پائی جاتی ہے، تو وہ اس معنی کہ وہ کبر میں مبتلا ہے۔ ایسا آدمی ہے: "بتر الحق وغمۃ الناس"</w:t>
      </w:r>
    </w:p>
    <w:p>
      <w:r>
        <w:rPr>
          <w:b/>
        </w:rPr>
        <w:t xml:space="preserve">[1:39:56] </w:t>
      </w:r>
      <w:r>
        <w:t>yaani haq pesh kiya jaye aur us ko woh qabool karne par razi na ho. jis ko aage hum kehte hain: "bias side kar do".</w:t>
      </w:r>
    </w:p>
    <w:p>
      <w:pPr>
        <w:jc w:val="right"/>
      </w:pPr>
      <w:r>
        <w:t>یعنی حق پیش کیا جائے اور اس کو وہ قبول کرنے پر راضی نہ ہو۔ جس کو آگے ہم کہتے ہیں: "برش برش اسائیڈ کر دو"۔</w:t>
      </w:r>
    </w:p>
    <w:p>
      <w:r>
        <w:rPr>
          <w:b/>
        </w:rPr>
        <w:t xml:space="preserve">[1:40:07] </w:t>
      </w:r>
      <w:r>
        <w:t>aur doosri cheez yeh hai ke logon ko kam samjhe.</w:t>
      </w:r>
    </w:p>
    <w:p>
      <w:pPr>
        <w:jc w:val="right"/>
      </w:pPr>
      <w:r>
        <w:t>اور دوسری چیز یہ ہے کہ لوگوں کو کم سمجھے۔</w:t>
      </w:r>
    </w:p>
    <w:p>
      <w:r>
        <w:rPr>
          <w:b/>
        </w:rPr>
        <w:t xml:space="preserve">[1:40:09] </w:t>
      </w:r>
      <w:r>
        <w:t>to yeh yeh do baatein jahan yeh do baatein aisi hain jis ko aadmi khud foran pakar sakta hai agar woh chahe to ke mere andar yeh baat aa gayi hai.</w:t>
      </w:r>
    </w:p>
    <w:p>
      <w:pPr>
        <w:jc w:val="right"/>
      </w:pPr>
      <w:r>
        <w:t>تو یہ یہ دو باتیں جہاں یہ دو باتیں ایسی ہیں جس کو آدمی خود فوراً پکڑ سکتا ہے اگر وہ چاہے تو کہ میرے اندر یہ بات آ گئی ہے۔</w:t>
      </w:r>
    </w:p>
    <w:p>
      <w:r>
        <w:rPr>
          <w:b/>
        </w:rPr>
        <w:t xml:space="preserve">[1:40:19] </w:t>
      </w:r>
      <w:r>
        <w:t>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jc w:val="right"/>
      </w:pPr>
      <w:r>
        <w:t>کیونکہ انسان کی جو کانشیس ہے، جو ضمیر ہے، وہ فوراً بتا دیتا ہے۔ یعنی دوسرے لوگ نہ جانے، وہ خود آدمی تو ضرور جان لیتا ہے۔ جو جہاں آدمی کو محسوس ہو کہ میں نے حق کو برسائیڈ کیا اور دوسروں کو کم سمجھا، تو سمجھ تو اس کو جان لینا چاہیے کہ میں کبر کا مریض ہو چکا ہوں۔</w:t>
      </w:r>
    </w:p>
    <w:p>
      <w:r>
        <w:rPr>
          <w:b/>
        </w:rPr>
        <w:t xml:space="preserve">[1:40:41] </w:t>
      </w:r>
      <w:r>
        <w:t>maulana, un ka aik aur sawal hai. unhon ne likha hai ke is spirit aur form ki istilaah mein farq kya hai? istilaah, achha term. istilaah ka matlab term.</w:t>
      </w:r>
    </w:p>
    <w:p>
      <w:pPr>
        <w:jc w:val="right"/>
      </w:pPr>
      <w:r>
        <w:t>مولانا، ان کا ایک اور سوال ہے۔ انہوں نے لکھا ہے کہ اس سپرٹ اور فارم کی اصطلاح میں فرق کیا ہے؟ اصطلاح، اچھا ٹرم۔ اصطلاح کا مطلب ٹرم۔</w:t>
      </w:r>
    </w:p>
    <w:p>
      <w:r>
        <w:rPr>
          <w:b/>
        </w:rPr>
        <w:t xml:space="preserve">[1:40:55] </w:t>
      </w:r>
      <w:r>
        <w:t>bhai, spirit jo hai, woh inner content ka naam hai aur form outer content ka naam hai.</w:t>
      </w:r>
    </w:p>
    <w:p>
      <w:pPr>
        <w:jc w:val="right"/>
      </w:pPr>
      <w:r>
        <w:t>بھئی، سپرٹ جو ہے، وہ انر کنٹینٹ کا نام ہے اور فارم آؤٹر کنٹینٹ کا نام ہے۔</w:t>
      </w:r>
    </w:p>
    <w:p>
      <w:r>
        <w:rPr>
          <w:b/>
        </w:rPr>
        <w:t xml:space="preserve">[1:41:05] </w:t>
      </w:r>
      <w:r>
        <w:t>yaani jise ibaadat hai, ibaadat yaani dil ke andar khushu jo hota hai, woh spirit hai is ki.</w:t>
      </w:r>
    </w:p>
    <w:p>
      <w:pPr>
        <w:jc w:val="right"/>
      </w:pPr>
      <w:r>
        <w:t>یعنی جسے عبادت ہے، عبادت یعنی دل کے اندر خشوع جو ہوتا ہے، وہ اسپیریٹ ہے اس کی۔</w:t>
      </w:r>
    </w:p>
    <w:p>
      <w:r>
        <w:rPr>
          <w:b/>
        </w:rPr>
        <w:t xml:space="preserve">[1:41:17] </w:t>
      </w:r>
      <w:r>
        <w:t>aur kharij mein aap rooh ko sajda karte hain, is ka form hai.</w:t>
      </w:r>
    </w:p>
    <w:p>
      <w:pPr>
        <w:jc w:val="right"/>
      </w:pPr>
      <w:r>
        <w:t>اور خارج میں آپ روح کو سجدہ کرتے ہیں، اس کا فارم ہے۔</w:t>
      </w:r>
    </w:p>
    <w:p>
      <w:r>
        <w:rPr>
          <w:b/>
        </w:rPr>
        <w:t xml:space="preserve">[1:41:22] </w:t>
      </w:r>
      <w:r>
        <w:t>to islam ke jitne bhi aamaal hain, jaise aap ne kaha: "la ilaha illallah", yeh bhi is ka ab aik form hai. kuch alfaaz aap bole aur is ki spirit yeh hai ke aap ko yaani Allah ka khauf aap ke andar aa gaya, Allah ki mohabbat aap ke andar aa gayi, Allah ki azmat aap ke dil mein aa gayi.</w:t>
      </w:r>
    </w:p>
    <w:p>
      <w:pPr>
        <w:jc w:val="right"/>
      </w:pPr>
      <w:r>
        <w:t>تو اسلام کے جتنے بھی اعمال ہیں، جیسے آپ نے کہا: "لا الہ الا اللہ"، یہ بھی اس کا اب ایک فارم ہے۔ کچھ الفاظ آپ بولے اور اس کی اسپرٹ یہ ہے کہ آپ کو یعنی اللہ کا خوف آپ کے اندر آ گیا، اللہ کی محبت آپ کے اندر آ گئی، اللہ کی عظمت آپ کے دل میں آ گئی۔</w:t>
      </w:r>
    </w:p>
    <w:p>
      <w:r>
        <w:rPr>
          <w:b/>
        </w:rPr>
        <w:t xml:space="preserve">[1:41:44] </w:t>
      </w:r>
      <w:r>
        <w:t>to inner content ka naam hai spirit aur outer jo jo is ka yaani pehlu hai, is ka naam hai form.</w:t>
      </w:r>
    </w:p>
    <w:p>
      <w:pPr>
        <w:jc w:val="right"/>
      </w:pPr>
      <w:r>
        <w:t>تو انر کنٹینٹ کا نام ہے اسپرٹ اور آؤٹر جو جو اس کا یعنی پہلو ہے، اس کا نام ہے فارم۔</w:t>
      </w:r>
    </w:p>
    <w:p>
      <w:r>
        <w:rPr>
          <w:b/>
        </w:rPr>
        <w:t xml:space="preserve">[1:42:01] </w:t>
      </w:r>
      <w:r>
        <w:t>maulana, agla sawal aaya hai maulana israr umri ka tamil</w:t>
      </w:r>
    </w:p>
    <w:p>
      <w:pPr>
        <w:jc w:val="right"/>
      </w:pPr>
      <w:r>
        <w:t>مولانا، اگلا سوال آیا ہے مولانا اسرار عمری کا تمل</w:t>
      </w:r>
    </w:p>
    <w:p>
      <w:r>
        <w:rPr>
          <w:b/>
        </w:rPr>
        <w:t xml:space="preserve">[1:42:06] </w:t>
      </w:r>
      <w:r>
        <w:t>nadu se. unhon ne likha hai: "azaadi ko misuse karne walon ke darmiyan aman kis tarah qaim ho sakta hai?</w:t>
      </w:r>
    </w:p>
    <w:p>
      <w:pPr>
        <w:jc w:val="right"/>
      </w:pPr>
      <w:r>
        <w:t>ناڈو سے۔ انہوں نے لکھا ہے: "آزادی کو مس یوز کرنے والوں کے درمیان امن کس طرح قائم ہو سکتا ہے؟</w:t>
      </w:r>
    </w:p>
    <w:p>
      <w:r>
        <w:rPr>
          <w:b/>
        </w:rPr>
        <w:t xml:space="preserve">[1:42:15] </w:t>
      </w:r>
      <w:r>
        <w:t>khauf-e-khuda se ya qawaneen ke zor zor se?" dekhen, qanoon ke zor se to kabhi aap nahi kaam sakta.</w:t>
      </w:r>
    </w:p>
    <w:p>
      <w:pPr>
        <w:jc w:val="right"/>
      </w:pPr>
      <w:r>
        <w:t>خوف خدا سے یا قوانین کے زور زور سے؟" دیکھیں، قانون کے زور سے تو کبھی آپ نہیں کام سکتا۔</w:t>
      </w:r>
    </w:p>
    <w:p>
      <w:r>
        <w:rPr>
          <w:b/>
        </w:rPr>
        <w:t xml:space="preserve">[1:42:24] </w:t>
      </w:r>
      <w:r>
        <w:t>yeh to impossible hai.</w:t>
      </w:r>
    </w:p>
    <w:p>
      <w:pPr>
        <w:jc w:val="right"/>
      </w:pPr>
      <w:r>
        <w:t>یہ تو امپاسیبل ہے۔</w:t>
      </w:r>
    </w:p>
    <w:p>
      <w:r>
        <w:rPr>
          <w:b/>
        </w:rPr>
        <w:t xml:space="preserve">[1:42:27] </w:t>
      </w:r>
      <w:r>
        <w:t>qanoon se sirf yeh hota hai ke jo ghalat log hain, woh underground ho kar kaam karne lagte hain.</w:t>
      </w:r>
    </w:p>
    <w:p>
      <w:pPr>
        <w:jc w:val="right"/>
      </w:pPr>
      <w:r>
        <w:t>قانون سے صرف یہ ہوتا ہے کہ جو غلط لوگ ہیں، وہ انڈر گراؤنڈ ہو کر کام کرنے لگتے ہیں۔</w:t>
      </w:r>
    </w:p>
    <w:p>
      <w:r>
        <w:rPr>
          <w:b/>
        </w:rPr>
        <w:t xml:space="preserve">[1:42:36] </w:t>
      </w:r>
      <w:r>
        <w:t>yaani corruption aata hai, tarah tarah ka. qanoon ke zariye se kabhi bhi peace aa sakta.</w:t>
      </w:r>
    </w:p>
    <w:p>
      <w:pPr>
        <w:jc w:val="right"/>
      </w:pPr>
      <w:r>
        <w:t>یعنی کرپشن آتا ہے، طرح طرح کا۔ قانون کے ذریعے سے کبھی بھی پیس نہیں آ سکتا۔</w:t>
      </w:r>
    </w:p>
    <w:p>
      <w:r>
        <w:rPr>
          <w:b/>
        </w:rPr>
        <w:t xml:space="preserve">[1:42:46] </w:t>
      </w:r>
      <w:r>
        <w:t>peace to aaye ga logon ke andar. yeh yeh samajh paida ki jaye ke is peace rahe ga to sab ko faida hai. peace hoga to sab ko faida hai.</w:t>
      </w:r>
    </w:p>
    <w:p>
      <w:pPr>
        <w:jc w:val="right"/>
      </w:pPr>
      <w:r>
        <w:t>پیس تو آئے گا لوگوں کے اندر۔ یہ یہ سمجھ پیدا کی جائے کہ اس پیس رہے گا تو سب کو فائدہ ہے۔ پیس ہوگا تو سب کو فائدہ ہے۔</w:t>
      </w:r>
    </w:p>
    <w:p>
      <w:r>
        <w:rPr>
          <w:b/>
        </w:rPr>
        <w:t xml:space="preserve">[1:42:56] </w:t>
      </w:r>
      <w:r>
        <w:t>yaani ab chahe business ho ya education ho ya mazhabi sargarmiyan hon, koi bhi family life ho, social life ho, har cheez bohat smooth tareeqe se chale chale gi.</w:t>
      </w:r>
    </w:p>
    <w:p>
      <w:pPr>
        <w:jc w:val="right"/>
      </w:pPr>
      <w:r>
        <w:t>یعنی اب چاہے بزنس ہو یا ایجوکیشن ہو یا مذہبی سرگرمیاں ہوں، کوئی بھی فیملی لائف ہو، سوشل لائف ہو، ہر چیز بہت اسموoth طریقے سے چلے چلے گی۔</w:t>
      </w:r>
    </w:p>
    <w:p>
      <w:r>
        <w:rPr>
          <w:b/>
        </w:rPr>
        <w:t xml:space="preserve">[1:43:08] </w:t>
      </w:r>
      <w:r>
        <w:t>is raaz ko log jaan len ke peace se sab ko faida hai. baghair qanoon se to peace aata nahi. jahan bhi aap ko dictatorship thi, aap dekhiye arab countries mein dictatorship thi, wahan kya hua?</w:t>
      </w:r>
    </w:p>
    <w:p>
      <w:pPr>
        <w:jc w:val="right"/>
      </w:pPr>
      <w:r>
        <w:t>اس راز کو لوگ جان لیں کہ پیس سے سب کو فائدہ ہے۔ بغیر قانون سے تو پیس آتا نہیں۔ جہاں بھی آپ کو ڈکٹر شپ تھی، آپ دیکھیے عرب کنٹریز میں ڈکٹر شپ تھی، وہاں کیا ہوا؟</w:t>
      </w:r>
    </w:p>
    <w:p>
      <w:r>
        <w:rPr>
          <w:b/>
        </w:rPr>
        <w:t xml:space="preserve">[1:43:22] </w:t>
      </w:r>
      <w:r>
        <w:t>kya peace tha? aaya wahan? wahan andar andar sab kuch ho raha tha.</w:t>
      </w:r>
    </w:p>
    <w:p>
      <w:pPr>
        <w:jc w:val="right"/>
      </w:pPr>
      <w:r>
        <w:t>کیا پیس تھا؟ آیا وہاں؟ وہاں اندر اندر سب کچھ ہو رہا تھا۔</w:t>
      </w:r>
    </w:p>
    <w:p>
      <w:r>
        <w:rPr>
          <w:b/>
        </w:rPr>
        <w:t xml:space="preserve">[1:43:26] </w:t>
      </w:r>
      <w:r>
        <w:t>ab woh bhadak uthe to aap dekhiye kya aalam hai. to qanoon ke qanoon ke zariye peace qaim karne ki koshish karna yaani aik aur burai paida karna hai, zyada bari burai.</w:t>
      </w:r>
    </w:p>
    <w:p>
      <w:pPr>
        <w:jc w:val="right"/>
      </w:pPr>
      <w:r>
        <w:t>اب وہ بھڑک اٹھے تو آپ دیکھیے کیا عالم ہے۔ تو قانون کے قانون کے ذریعے پیس قائم کرنے کی کوشش کرنا یعنی ایک اور برائی پیدا کرنا ہے، زیادہ بڑی برائی۔</w:t>
      </w:r>
    </w:p>
    <w:p>
      <w:r>
        <w:rPr>
          <w:b/>
        </w:rPr>
        <w:t xml:space="preserve">[1:43:44] </w:t>
      </w:r>
      <w:r>
        <w:t>to sahi baat yeh hai ke logon ke andar soch laayi jaye, logon ke andar yaani peace ki ahmiyat ko logon ko bata j</w:t>
      </w:r>
    </w:p>
    <w:p>
      <w:pPr>
        <w:jc w:val="right"/>
      </w:pPr>
      <w:r>
        <w:t>تو صحیح بات یہ ہے کہ لوگوں کے اندر سوچ لائی جائے، لوگوں کے اندر یعنی پیس کی اہمیت کو لوگوں کو بتایا ج</w:t>
      </w:r>
    </w:p>
    <w:p>
      <w:r>
        <w:rPr>
          <w:b/>
        </w:rPr>
        <w:t xml:space="preserve">[1:43:54] </w:t>
      </w:r>
      <w:r>
        <w:t>aye. jitna zyada log peace ki ahmiyat ko samjhenge, utne zyada woh peaceful bante chale jayenge. Maulana, Quran speaks about many criminal laws like punishment for theft, murder, adultery, etcetera.</w:t>
      </w:r>
    </w:p>
    <w:p>
      <w:pPr>
        <w:jc w:val="right"/>
      </w:pPr>
      <w:r>
        <w:t>ائے۔ جتنا زیادہ لوگ پیس کی اہمیت کو سمجھیں گے، اتنے زیادہ وہ پیس فل بنتے چلے جائیں گے۔ مولانا، قرآن سپیکس اباؤٹ مینی کریمینل لاز لائک پنشمنٹ فار تھیفٹ، مرڈر، ایڈلٹری، ایٹسیٹرا۔</w:t>
      </w:r>
    </w:p>
    <w:p>
      <w:r>
        <w:rPr>
          <w:b/>
        </w:rPr>
        <w:t xml:space="preserve">[1:44:11] </w:t>
      </w:r>
      <w:r>
        <w:t>what is the significance of these descriptions? dekhiye, yeh sab haalaat par depend karta hai.</w:t>
      </w:r>
    </w:p>
    <w:p>
      <w:pPr>
        <w:jc w:val="right"/>
      </w:pPr>
      <w:r>
        <w:t>واٹ از دا سگنیفیکنس اف دیز ڈسکرپشنز؟ دیکھیے، یہ سب حالات پر ڈیپینڈ کرتا ہے۔</w:t>
      </w:r>
    </w:p>
    <w:p>
      <w:r>
        <w:rPr>
          <w:b/>
        </w:rPr>
        <w:t xml:space="preserve">[1:44:20] </w:t>
      </w:r>
      <w:r>
        <w:t>haalaat par yeh nahi ke aap kahein har jagah ja kar ke aap lage logon ko kora maarne hain. jaise haalaat, waisa un ka nafiz.</w:t>
      </w:r>
    </w:p>
    <w:p>
      <w:pPr>
        <w:jc w:val="right"/>
      </w:pPr>
      <w:r>
        <w:t>حالات پر یہ نہیں کہ آپ کہیں ہر جگہ جا کر کہ آپ لگے لوگوں کو کوڑا مارنے ہیں۔ جیسے حالات، ویسا ان کا نفاذ۔</w:t>
      </w:r>
    </w:p>
    <w:p>
      <w:r>
        <w:rPr>
          <w:b/>
        </w:rPr>
        <w:t xml:space="preserve">[1:44:30] </w:t>
      </w:r>
      <w:r>
        <w:t>Bukhari mein aik riwayat hai, Khwaja Shah ne farmaya ke Islam mein pehle yaani logon ka mizaj banaya gaya, logon ki soch badli gayi, logon ka character badla gaya.</w:t>
      </w:r>
    </w:p>
    <w:p>
      <w:pPr>
        <w:jc w:val="right"/>
      </w:pPr>
      <w:r>
        <w:t>بخاری میں ایک روایت ہے، خواجہ شاہ نے فرمایا کہ اسلام میں پہلے یعنی لوگوں کا مزاج بنایا گیا، لوگوں کی سوچ بدلی گئی، لوگوں کا کریکٹر بدلا گیا۔</w:t>
      </w:r>
    </w:p>
    <w:p>
      <w:r>
        <w:rPr>
          <w:b/>
        </w:rPr>
        <w:t xml:space="preserve">[1:44:44] </w:t>
      </w:r>
      <w:r>
        <w:t>pehley yeh hua, phir jab yeh sab ho chuka to hukum utra us ke baad ke sharab na piyo aur zina mat karo.</w:t>
      </w:r>
    </w:p>
    <w:p>
      <w:pPr>
        <w:jc w:val="right"/>
      </w:pPr>
      <w:r>
        <w:t>پہلے یہ ہوا، پھر جب یہ سب ہو چکا تو حکم اترا اس کے بعد کہ شراب نہ پیو اور زنا مت کرو۔</w:t>
      </w:r>
    </w:p>
    <w:p>
      <w:r>
        <w:rPr>
          <w:b/>
        </w:rPr>
        <w:t xml:space="preserve">[1:44:53] </w:t>
      </w:r>
      <w:r>
        <w:t>to</w:t>
      </w:r>
    </w:p>
    <w:p>
      <w:pPr>
        <w:jc w:val="right"/>
      </w:pPr>
      <w:r>
        <w:t>تو</w:t>
      </w:r>
    </w:p>
    <w:p>
      <w:r>
        <w:rPr>
          <w:b/>
        </w:rPr>
        <w:t xml:space="preserve">[1:44:54] </w:t>
      </w:r>
      <w:r>
        <w:t>woh kehti hain, Bukhari mein riwayat maujood hai ke agar pehle hi yeh keh diya jata to kehte ke "la nuzool zina abadan, la nuzool khamr abadan".</w:t>
      </w:r>
    </w:p>
    <w:p>
      <w:pPr>
        <w:jc w:val="right"/>
      </w:pPr>
      <w:r>
        <w:t>وہ کہتی ہیں، بخاری میں روایت موجود ہے کہ اگر پہلے ہی یہ کہہ دیا جاتا تو کہتے کہ "لا نزول زنا ابدا، لا نزول خمر ابدا"۔</w:t>
      </w:r>
    </w:p>
    <w:p>
      <w:r>
        <w:rPr>
          <w:b/>
        </w:rPr>
        <w:t xml:space="preserve">[1:45:04] </w:t>
      </w:r>
      <w:r>
        <w:t>to aap us ke khilaaf ja sakte hain, jo jo rasool Allah ka tareeqa tha, us ke khilaaf ja sakte hain. Aap yaani rasool Allah alehالسلام ne kya ke makkah mein sab naafiz kar dein qanoon.</w:t>
      </w:r>
    </w:p>
    <w:p>
      <w:pPr>
        <w:jc w:val="right"/>
      </w:pPr>
      <w:r>
        <w:t>تو آپ اس کے خلاف جا سکتے ہیں، جو جو رسول اللہ کا طریقہ تھا، اس کے خلاف جا سکتے ہیں۔ آپ یعنی رسول اللہ علیہ السلام نے کیا کہ مکہ میں سب نافذ کر دیں قوانین۔</w:t>
      </w:r>
    </w:p>
    <w:p>
      <w:r>
        <w:rPr>
          <w:b/>
        </w:rPr>
        <w:t xml:space="preserve">[1:45:17] </w:t>
      </w:r>
      <w:r>
        <w:t>to aap qanoon ka nafaz yeh yahan se yaani beginning yahan se nahi hoti. Beginning hoti hai zehan banane se, soch banane se, society banane se.</w:t>
      </w:r>
    </w:p>
    <w:p>
      <w:pPr>
        <w:jc w:val="right"/>
      </w:pPr>
      <w:r>
        <w:t>تو آپ قانون کا نفاذ یہ یہاں سے یعنی بگننگ یہاں سے نہیں ہوتی۔ بگننگ ہوتی ہے ذہن بنانے سے، سوچ بنانے سے، سوسائٹی بنانے سے۔</w:t>
      </w:r>
    </w:p>
    <w:p>
      <w:r>
        <w:rPr>
          <w:b/>
        </w:rPr>
        <w:t xml:space="preserve">[1:45:29] </w:t>
      </w:r>
      <w:r>
        <w:t>masla yeh hai, yeh nahi kar sakte aap hukoomat pe qabza kar lein aur phir lage ko logon ko kode maarne, koda maarne. Jaisa ke baaz countries mein hua, amalan kuch bhi nahi ho saka.</w:t>
      </w:r>
    </w:p>
    <w:p>
      <w:pPr>
        <w:jc w:val="right"/>
      </w:pPr>
      <w:r>
        <w:t>مسئلہ یہ ہے، یہ نہیں کر سکتے آپ حکومت پہ قبضہ کر لیں اور پھر لگے کو لوگوں کو کوڑے مارنے، کوڑا مارنے۔ جیسا کہ بعض کنٹریز میں ہوا، عملاً کچھ بھی نہیں ہو سکا۔</w:t>
      </w:r>
    </w:p>
    <w:p>
      <w:r>
        <w:rPr>
          <w:b/>
        </w:rPr>
        <w:t xml:space="preserve">[1:45:42] </w:t>
      </w:r>
      <w:r>
        <w:t>hukoomat pe qabza kar ke naafiz nahi hote hudood, balke logon ke zehan ko badalne se hudood naafiz hote hain. Jaisa ke rasool Allah ne kiya.</w:t>
      </w:r>
    </w:p>
    <w:p>
      <w:pPr>
        <w:jc w:val="right"/>
      </w:pPr>
      <w:r>
        <w:t>حکومت پہ قبضہ کر کے نافذ نہیں ہوتے حدود، بلکہ لوگوں کے ذہن کو بدلنے سے حدود نافذ ہوتے ہیں۔ جیسا کہ رسول اللہ نے کیا۔</w:t>
      </w:r>
    </w:p>
    <w:p>
      <w:r>
        <w:rPr>
          <w:b/>
        </w:rPr>
        <w:t xml:space="preserve">[1:45:51] </w:t>
      </w:r>
      <w:r>
        <w:t>Bukhari ki riwayat aap padh lijiye, Hazrat Aisha ki ke pehle dilon ko badla jata hai, phir hudood naafiz kiye jate hain. Yaani ek hukoomat ko qabza kar lo, us ke baad logon ko koda maar maar ke hudood naafiz karo.</w:t>
      </w:r>
    </w:p>
    <w:p>
      <w:pPr>
        <w:jc w:val="right"/>
      </w:pPr>
      <w:r>
        <w:t>بخاری کی روایت آپ پڑھ لیجئے، حضرت عائشہ کی کہ پہلے دلوں کو بدلا جاتا ہے، پھر حدود نافذ کیے جاتے ہیں۔ یعنی ایک حکومت کو قبضہ کر لو، اس کے بعد لوگوں کو کوڑا مار مار کے حدود نافذ کرو۔</w:t>
      </w:r>
    </w:p>
    <w:p>
      <w:r>
        <w:rPr>
          <w:b/>
        </w:rPr>
        <w:t xml:space="preserve">[1:46:04] </w:t>
      </w:r>
      <w:r>
        <w:t>yeh to yeh to woh hai sarkashi hai, yeh Islam nahi hai.</w:t>
      </w:r>
    </w:p>
    <w:p>
      <w:pPr>
        <w:jc w:val="right"/>
      </w:pPr>
      <w:r>
        <w:t>یہ تو یہ تو وہ ہے سرکشی ہے، یہ اسلام نہیں ہے۔</w:t>
      </w:r>
    </w:p>
    <w:p>
      <w:r>
        <w:rPr>
          <w:b/>
        </w:rPr>
        <w:t xml:space="preserve">[1:46:11] </w:t>
      </w:r>
      <w:r>
        <w:t>Mr Sharukh Hussain Mathi ne Dilli se sawal kiya hai. Unhone likha hai: "Aap ne Al-Risala mein likha hai ke misunderstanding hamesha baseless hoti hai.</w:t>
      </w:r>
    </w:p>
    <w:p>
      <w:pPr>
        <w:jc w:val="right"/>
      </w:pPr>
      <w:r>
        <w:t>مسٹر شارخ حسین ریاضی نے دلی سے سوال کیا ہے۔ انہوں نے لکھا ہے: "آپ نے الرسالہ میں لکھا ہے کہ مس انڈرسٹینڈنگ ہمیشہ بیس لیس ہوتی ہے۔</w:t>
      </w:r>
    </w:p>
    <w:p>
      <w:r>
        <w:rPr>
          <w:b/>
        </w:rPr>
        <w:t xml:space="preserve">[1:46:23] </w:t>
      </w:r>
      <w:r>
        <w:t>agar kisi ke bare mein misunderstanding paida ho to aadmi ya to foran us ko bhula de ya woh us aadmi se direct mil kar misunderstanding ko door kar le.</w:t>
      </w:r>
    </w:p>
    <w:p>
      <w:pPr>
        <w:jc w:val="right"/>
      </w:pPr>
      <w:r>
        <w:t>اگر کسی کے بارے میں مس انڈرسٹینڈنگ پیدا ہو تو آدمی یا تو فوراً اس کو بھلا دے یا وہ اس آدمی سے ڈائریکٹ مل کر مس انڈرسٹینڈنگ کو دور کرے۔</w:t>
      </w:r>
    </w:p>
    <w:p>
      <w:r>
        <w:rPr>
          <w:b/>
        </w:rPr>
        <w:t xml:space="preserve">[1:46:37] </w:t>
      </w:r>
      <w:r>
        <w:t>woh misunderstanding ko le kar doosron ke darmiyan na phailaye. Aisa karna apne andar weak personality banana hai.</w:t>
      </w:r>
    </w:p>
    <w:p>
      <w:pPr>
        <w:jc w:val="right"/>
      </w:pPr>
      <w:r>
        <w:t>وہ مس انڈرسٹینڈنگ کو لے کر دوسروں کے درمیان نہ پھیلائے۔ ایسا کرنا اپنے اندر ویک پرسنیلٹی بنانا ہے۔</w:t>
      </w:r>
    </w:p>
    <w:p>
      <w:r>
        <w:rPr>
          <w:b/>
        </w:rPr>
        <w:t xml:space="preserve">[1:46:47] </w:t>
      </w:r>
      <w:r>
        <w:t>Maulana sahib, weak personality ka nuqsan kya hai aur us ko kaise theek kiya jaye?"</w:t>
      </w:r>
    </w:p>
    <w:p>
      <w:pPr>
        <w:jc w:val="right"/>
      </w:pPr>
      <w:r>
        <w:t>مولانا صاحب، ویک پرسنیلٹی کا نقصان کیا ہے اور اس کو کیسے ٹھیک کیا جائے؟"</w:t>
      </w:r>
    </w:p>
    <w:p>
      <w:r>
        <w:rPr>
          <w:b/>
        </w:rPr>
        <w:t xml:space="preserve">[1:46:58] </w:t>
      </w:r>
      <w:r>
        <w:t>ab isi misaal mein aap dekh lijiye ke ek baat pahunchi kisi aadmi ko aur us ko woh tehqeeq nahi karta aur maan leta hai.</w:t>
      </w:r>
    </w:p>
    <w:p>
      <w:pPr>
        <w:jc w:val="right"/>
      </w:pPr>
      <w:r>
        <w:t>اب اسی مثال میں آپ دیکھ لیجئے کہ ایک بات پہنچی کسی آدمی کو اور اس کو وہ تحقیق نہیں کرتا اور مان لیتا ہے۔</w:t>
      </w:r>
    </w:p>
    <w:p>
      <w:r>
        <w:rPr>
          <w:b/>
        </w:rPr>
        <w:t xml:space="preserve">[1:47:08] </w:t>
      </w:r>
      <w:r>
        <w:t>to is se kya mizaj banega? Is ka is ka mizaj yeh banega ke jhoot sach sab maan lo, jhoot bhi maan lo, sach bhi maan lo. Yaani sahi baat hai, tab bhi mano, galat hai, tab bhi mano.</w:t>
      </w:r>
    </w:p>
    <w:p>
      <w:pPr>
        <w:jc w:val="right"/>
      </w:pPr>
      <w:r>
        <w:t>تو اس سے کیا مزاج بنے گا؟ اس کا اس کا مزاج یہ بنے گا کہ جھوٹ سچ سب مان لو، جھوٹ بھی مان لو، سچ بھی مان لو۔ یعنی صحیح بات ہے، تب بھی مانو، غلط ہے، تب بھی مانو۔</w:t>
      </w:r>
    </w:p>
    <w:p>
      <w:r>
        <w:rPr>
          <w:b/>
        </w:rPr>
        <w:t xml:space="preserve">[1:47:21] </w:t>
      </w:r>
      <w:r>
        <w:t>yeh yeh is ke andar banegi personality. Kyun ke aadmi ne jo suna, woh agar galat tha aur us ko maan rakha hai us ne, to usi ke naam to hai weak personality ke jhoot ko sach samajhna,</w:t>
      </w:r>
    </w:p>
    <w:p>
      <w:pPr>
        <w:jc w:val="right"/>
      </w:pPr>
      <w:r>
        <w:t>یہ یہ اس کے اندر بنے گی پرسنیلٹی۔ کیونکہ آدمی نے جو سنا، وہ اگر غلط تھا اور اس کو مان رکھا ہے اس نے، تو اسی کے نام تو ہے ویک پرسنیلٹی کہ جھوٹ کو سچ سمجھنا،</w:t>
      </w:r>
    </w:p>
    <w:p>
      <w:r>
        <w:rPr>
          <w:b/>
        </w:rPr>
        <w:t xml:space="preserve">[1:47:37] </w:t>
      </w:r>
      <w:r>
        <w:t>untrue ko true samajhna, jis cheez ki koi base nahi hai, us ko samajhte rehna.</w:t>
      </w:r>
    </w:p>
    <w:p>
      <w:pPr>
        <w:jc w:val="right"/>
      </w:pPr>
      <w:r>
        <w:t>ان ٹرو کو ٹرو سمجھنا، جس چیز کی کوئی بیس نہیں ہے، اس کو سمجھتے رہنا۔</w:t>
      </w:r>
    </w:p>
    <w:p>
      <w:r>
        <w:rPr>
          <w:b/>
        </w:rPr>
        <w:t xml:space="preserve">[1:47:46] </w:t>
      </w:r>
      <w:r>
        <w:t>to isi ka naam hai weak personality. To aadmi ko karna kya hai?</w:t>
      </w:r>
    </w:p>
    <w:p>
      <w:pPr>
        <w:jc w:val="right"/>
      </w:pPr>
      <w:r>
        <w:t>تو اسی کا نام ہے ویک پرسنیلٹی۔ تو آدمی کو کرنا کیا ہے؟</w:t>
      </w:r>
    </w:p>
    <w:p>
      <w:r>
        <w:rPr>
          <w:b/>
        </w:rPr>
        <w:t xml:space="preserve">[1:47:52] </w:t>
      </w:r>
      <w:r>
        <w:t>karna yeh hai ke scrutiny ka awaz daal rahe hain. Scrutiny tehqeeq, koi baat suna hai to us ko tehqeeq kare. Nahi to yeh prize deni padegi ke aap ke andar weak personality banegi.</w:t>
      </w:r>
    </w:p>
    <w:p>
      <w:pPr>
        <w:jc w:val="right"/>
      </w:pPr>
      <w:r>
        <w:t>کرنا یہ ہے کہ سکوٹنی کا آواز ڈال رہے ہیں۔ سکوٹنی تحقیق، کوئی بات سنا ہے تو اس کو تحقیق کرے۔ نہیں تو یہ پرائز دینی پڑے گی کہ آپ کے اندر ویک پرسنیلٹی بنے گی۔</w:t>
      </w:r>
    </w:p>
    <w:p>
      <w:r>
        <w:rPr>
          <w:b/>
        </w:rPr>
        <w:t xml:space="preserve">[1:48:03] </w:t>
      </w:r>
      <w:r>
        <w:t>aur weak personality ka nuqsan kya hoga? Phir ke aap ko farishton ki shahwat nahi milegi, Allah ki marifat hasil nahi hogi, Allah ki qurbat aap ko nahi milegi.</w:t>
      </w:r>
    </w:p>
    <w:p>
      <w:pPr>
        <w:jc w:val="right"/>
      </w:pPr>
      <w:r>
        <w:t>اور ویک پرسنیلٹی کا نقصان کیا ہوگا؟ پھر کہ آپ کو فرشتوں کی شہوت نہیں ملے گی، اللہ کی معرفت حاصل نہیں ہوگی، اللہ کی قربت آپ کو نہیں ملے گی۔</w:t>
      </w:r>
    </w:p>
    <w:p>
      <w:r>
        <w:rPr>
          <w:b/>
        </w:rPr>
        <w:t xml:space="preserve">[1:48:13] </w:t>
      </w:r>
      <w:r>
        <w:t>to weak personality ka bohat nuqsan hota hai, bohat nuqsan hota hai</w:t>
      </w:r>
    </w:p>
    <w:p>
      <w:pPr>
        <w:jc w:val="right"/>
      </w:pPr>
      <w:r>
        <w:t>تو ویک پرسنیلٹی کا بہت نقصان ہوتا ہے، بہت نقصان ہوتا ہے</w:t>
      </w:r>
    </w:p>
    <w:p>
      <w:r>
        <w:rPr>
          <w:b/>
        </w:rPr>
        <w:t xml:space="preserve">[1:48:18] </w:t>
      </w:r>
      <w:r>
        <w:t>ke aap ke andar woh jo jo matloob hai, jo shakhsiyat, muqaddas shakhsiyat, woh banti nahi. Jab woh nahi banti hai to aap ko na farishton se bhi doori hai, Khuda se bhi doori hai, phir jannat se bhi doori hai.</w:t>
      </w:r>
    </w:p>
    <w:p>
      <w:pPr>
        <w:jc w:val="right"/>
      </w:pPr>
      <w:r>
        <w:t>کہ آپ کے اندر وہ جو جو مطلوب ہے، جو شخصیت، مدق شخصیت، وہ بنتی نہیں۔ جب وہ نہیں بنتی ہے تو آپ کو نہ فرشتوں سے بھی دوری ہے، خدا سے بھی دوری ہے، پھر جنت سے بھی دوری ہے۔</w:t>
      </w:r>
    </w:p>
    <w:p>
      <w:r>
        <w:rPr>
          <w:b/>
        </w:rPr>
        <w:t xml:space="preserve">[1:48:33] </w:t>
      </w:r>
      <w:r>
        <w:t>yeh to bohat hi tawakkun cheez hai. Mr Asif ka Dilli se</w:t>
      </w:r>
    </w:p>
    <w:p>
      <w:pPr>
        <w:jc w:val="right"/>
      </w:pPr>
      <w:r>
        <w:t>یہ تو بہت ہی تواکن چیز ہے۔ مسٹر اصف کا دلی سے</w:t>
      </w:r>
    </w:p>
    <w:p>
      <w:r>
        <w:rPr>
          <w:b/>
        </w:rPr>
        <w:t xml:space="preserve">[1:48:39] </w:t>
      </w:r>
      <w:r>
        <w:t>sawal hai. Unhone likha hai: "Rajneeti sirf ladai aur matbhed ka zariya hai. Kyun ke rajneeti mein insaan ek doosre ke against bolta hai.</w:t>
      </w:r>
    </w:p>
    <w:p>
      <w:pPr>
        <w:jc w:val="right"/>
      </w:pPr>
      <w:r>
        <w:t>سوال ہے۔ انہوں نے لکھا ہے: "راجنیتی صرف لڑائی اور مت بھید کا ذریعہ ہے۔ کیونکہ راجنیتی میں انسان ایک دوسرے کے اگینسٹ بولتا ہے۔</w:t>
      </w:r>
    </w:p>
    <w:p>
      <w:r>
        <w:rPr>
          <w:b/>
        </w:rPr>
        <w:t xml:space="preserve">[1:48:51] </w:t>
      </w:r>
      <w:r>
        <w:t>to rajneeti sahi kaise ho sakti hai?"</w:t>
      </w:r>
    </w:p>
    <w:p>
      <w:pPr>
        <w:jc w:val="right"/>
      </w:pPr>
      <w:r>
        <w:t>تو راجنیتی صحیح کیسے ہو سکتی ہے؟"</w:t>
      </w:r>
    </w:p>
    <w:p>
      <w:r>
        <w:rPr>
          <w:b/>
        </w:rPr>
        <w:t xml:space="preserve">[1:48:57] </w:t>
      </w:r>
      <w:r>
        <w:t>to main sahi kahan karoon? Main to kabhi nahi kaha ke sahi hai. Maulana, shayad woh general level pe poochna chah rahe hain ke political system jo hai, woh sahi kaise ho sakta hai?</w:t>
      </w:r>
    </w:p>
    <w:p>
      <w:pPr>
        <w:jc w:val="right"/>
      </w:pPr>
      <w:r>
        <w:t>تو میں صحیح کہاں کروں؟ میں تو کبھی نہیں کہا کہ صحیح ہے۔ مولانا، شاید وہ جنرل لیول پہ پوچھنا چاہ رہے ہیں کہ پولیٹیکل سسٹم جو ہے، وہ صحیح کیسے ہو سکتا ہے؟</w:t>
      </w:r>
    </w:p>
    <w:p>
      <w:r>
        <w:rPr>
          <w:b/>
        </w:rPr>
        <w:t xml:space="preserve">[1:49:11] </w:t>
      </w:r>
      <w:r>
        <w:t>political system ko sahi karne ki koshish mat kijiye. Jo hai, us ko accept kar lijiye. Mera to nazariya yahi hai ke jab aap system ko sahi karna chahenge to kya hoga?</w:t>
      </w:r>
    </w:p>
    <w:p>
      <w:pPr>
        <w:jc w:val="right"/>
      </w:pPr>
      <w:r>
        <w:t>پولیٹیکل سسٹم کو صحیح کرنے کی کوشش مت کیجئے۔ جو ہے، اس کو ایکسیپٹ کر لیجئے۔ میرا تو نظریہ یہی ہے کہ جب آپ سسٹم کو صحیح کرنا چاہیں گے تو کیا ہوگا؟</w:t>
      </w:r>
    </w:p>
    <w:p>
      <w:r>
        <w:rPr>
          <w:b/>
        </w:rPr>
        <w:t xml:space="preserve">[1:49:20] </w:t>
      </w:r>
      <w:r>
        <w:t>yahi sab hoga. Ladai jhagda, nafrat, aisi</w:t>
      </w:r>
    </w:p>
    <w:p>
      <w:pPr>
        <w:jc w:val="right"/>
      </w:pPr>
      <w:r>
        <w:t>یہی سب ہوگا۔ لڑائی جھگڑا، نفرت، ایسی</w:t>
      </w:r>
    </w:p>
    <w:p>
      <w:r>
        <w:rPr>
          <w:b/>
        </w:rPr>
        <w:t xml:space="preserve">[1:49:25] </w:t>
      </w:r>
      <w:r>
        <w:t>cheez maan lijie. mera masla kya yeh hai ke political act mein jo hai, mera jo nazariya hai, woh yahi hai ke political, jis ko mein kehta hoon political statism,</w:t>
      </w:r>
    </w:p>
    <w:p>
      <w:pPr>
        <w:jc w:val="right"/>
      </w:pPr>
      <w:r>
        <w:t>چیز مان لیجئے۔ میرا مسئلہ کیا یہ ہے کہ پولیٹیکل ایکٹ میں جو ہے، میرا جو نظریہ ہے، وہ یہی ہے کہ پولیٹیکل، جس کو میں کہتا ہوں پولیٹیکل اسٹیٹس کوزم،</w:t>
      </w:r>
    </w:p>
    <w:p>
      <w:r>
        <w:rPr>
          <w:b/>
        </w:rPr>
        <w:t xml:space="preserve">[1:49:39] </w:t>
      </w:r>
      <w:r>
        <w:t>yani siyasat mein mera nazariya hai political statism. koi bhi hakim hai, mujhe us se ladaai nahi karna hai.</w:t>
      </w:r>
    </w:p>
    <w:p>
      <w:pPr>
        <w:jc w:val="right"/>
      </w:pPr>
      <w:r>
        <w:t>یعنی سیاست میں میرا نظریہ ہے پولیٹیکل اسٹیٹس کوزم۔ کوئی بھی حاکم ہے، مجھے اس سے لڑائی نہیں کرنا ہے۔</w:t>
      </w:r>
    </w:p>
    <w:p>
      <w:r>
        <w:rPr>
          <w:b/>
        </w:rPr>
        <w:t xml:space="preserve">[1:49:48] </w:t>
      </w:r>
      <w:r>
        <w:t>koi bhi system hai, mujh se jhagadna nahi hai.</w:t>
      </w:r>
    </w:p>
    <w:p>
      <w:pPr>
        <w:jc w:val="right"/>
      </w:pPr>
      <w:r>
        <w:t>کوئی بھی سسٹم ہے، مجھ سے جھگڑنا نہیں ہے۔</w:t>
      </w:r>
    </w:p>
    <w:p>
      <w:r>
        <w:rPr>
          <w:b/>
        </w:rPr>
        <w:t xml:space="preserve">[1:49:50] </w:t>
      </w:r>
      <w:r>
        <w:t>mujhe accept, accept kar ke mujhe apni activity ka mauqa mil jata hai. mujhe accept kar ke mujhe khud short time mujhe mil jata hai ke mein apne study karoon, apna mission chalaoon, apne aitbaar se jo karna hai, woh karoon.</w:t>
      </w:r>
    </w:p>
    <w:p>
      <w:pPr>
        <w:jc w:val="right"/>
      </w:pPr>
      <w:r>
        <w:t>مجھے ایکسیپٹ، ایکسیپٹ کر کے مجھے اپنی ایکٹیویٹی کا موقع مل جاتا ہے۔ مجھے ایکسیپٹ کر کے مجھے خود شارٹ ٹائم مجھے مل جاتا ہے کہ میں اپنے اسٹڈی کروں، اپنا مشن چلاؤں، اپنے اعتبار سے جو کرنا ہے، وہ کروں۔</w:t>
      </w:r>
    </w:p>
    <w:p>
      <w:r>
        <w:rPr>
          <w:b/>
        </w:rPr>
        <w:t xml:space="preserve">[1:50:10] </w:t>
      </w:r>
      <w:r>
        <w:t>to mera nazariya to political statism ka hai.</w:t>
      </w:r>
    </w:p>
    <w:p>
      <w:pPr>
        <w:jc w:val="right"/>
      </w:pPr>
      <w:r>
        <w:t>تو میرا نظریہ تو پولیٹیکل اسٹیٹس کوزم کا ہے۔</w:t>
      </w:r>
    </w:p>
    <w:p>
      <w:r>
        <w:rPr>
          <w:b/>
        </w:rPr>
        <w:t xml:space="preserve">[1:50:15] </w:t>
      </w:r>
      <w:r>
        <w:t>dilli se mr abdullah riyazi ne sawal kiya hai. unhone likha hai: "maulana, maqam mehmood se kya murad hai?</w:t>
      </w:r>
    </w:p>
    <w:p>
      <w:pPr>
        <w:jc w:val="right"/>
      </w:pPr>
      <w:r>
        <w:t>دلی سے مسٹر عبداللہ ریاضی نے سوال کیا ہے۔ انہوں نے لکھا ہے: "مولانا، مقام محمود سے کیا مراد ہے؟</w:t>
      </w:r>
    </w:p>
    <w:p>
      <w:r>
        <w:rPr>
          <w:b/>
        </w:rPr>
        <w:t xml:space="preserve">[1:50:24] </w:t>
      </w:r>
      <w:r>
        <w:t>rasool allah ka tareekhi role kya tha? is ko wazeh karen." bhai, is pe to hum bohat likh chuke hain.</w:t>
      </w:r>
    </w:p>
    <w:p>
      <w:pPr>
        <w:jc w:val="right"/>
      </w:pPr>
      <w:r>
        <w:t>رسول اللہ کا تاریخی رول کیا تھا؟ اس کو واضح کریں۔" بھئی، اس پہ تو ہم بہت لکھ چکے ہیں۔</w:t>
      </w:r>
    </w:p>
    <w:p>
      <w:r>
        <w:rPr>
          <w:b/>
        </w:rPr>
        <w:t xml:space="preserve">[1:50:33] </w:t>
      </w:r>
      <w:r>
        <w:t>is ko parhiye aap. is pe mein hamari kitabein padhi hain. is pe, is pe bohat zyada</w:t>
      </w:r>
    </w:p>
    <w:p>
      <w:pPr>
        <w:jc w:val="right"/>
      </w:pPr>
      <w:r>
        <w:t>اس کو پڑھیے آپ۔ اس پہ میں ہماری کتابیں پڑھی ہیں۔ اس پہ، اس پہ بہت زیادہ</w:t>
      </w:r>
    </w:p>
    <w:p>
      <w:r>
        <w:rPr>
          <w:b/>
        </w:rPr>
        <w:t xml:space="preserve">[1:50:42] </w:t>
      </w:r>
      <w:r>
        <w:t>is pe likha hua hai. ab is ko, is ko kitab padh lijie. is ke baad jo baat sawal baqi rehta hai, us ko bataie. mein inshallah us ko arz karunga.</w:t>
      </w:r>
    </w:p>
    <w:p>
      <w:pPr>
        <w:jc w:val="right"/>
      </w:pPr>
      <w:r>
        <w:t>اس پہ لکھا ہوا ہے۔ اب اس کو، اس کو کتاب پڑھ لیجئے۔ اس کے بعد جو بات سوال باقی رہتا ہے، اس کو بتائیے۔ میں انشاءاللہ اس کو عرض کروں گا۔</w:t>
      </w:r>
    </w:p>
    <w:p>
      <w:r>
        <w:rPr>
          <w:b/>
        </w:rPr>
        <w:t xml:space="preserve">[1:50:53] </w:t>
      </w:r>
      <w:r>
        <w:t>mr shah imran hasan ne dilli se yeh sawal likha hai: "urdu ki mashhoor afsana nigar ms qa haider ne likha hai ke mazhab ne pehle afim ka kaam kiya tha, ab mazhab ag aur gole barsa raha</w:t>
      </w:r>
    </w:p>
    <w:p>
      <w:pPr>
        <w:jc w:val="right"/>
      </w:pPr>
      <w:r>
        <w:t>مسٹر شاہ عمران حسن نے دلی سے یہ سوال لکھا ہے: "اردو کی مشہور افسانہ نگار مس کیو اے حیدر نے لکھا ہے کہ مذہب نے پہلے افیم کا کام کیا تھا، اب مذہب اگ اور گولے برسا رہا</w:t>
      </w:r>
    </w:p>
    <w:p>
      <w:r>
        <w:rPr>
          <w:b/>
        </w:rPr>
        <w:t xml:space="preserve">[1:51:10] </w:t>
      </w:r>
      <w:r>
        <w:t>hai. maulana sahib, is par aap kya kahenge?"</w:t>
      </w:r>
    </w:p>
    <w:p>
      <w:pPr>
        <w:jc w:val="right"/>
      </w:pPr>
      <w:r>
        <w:t>ہے۔ مولانا صاحب، اس پر آپ کیا کہیں گے؟"</w:t>
      </w:r>
    </w:p>
    <w:p>
      <w:r>
        <w:rPr>
          <w:b/>
        </w:rPr>
        <w:t xml:space="preserve">[1:51:16] </w:t>
      </w:r>
      <w:r>
        <w:t>mazhab ne nahi kiya, mazhab ko manne walon ne</w:t>
      </w:r>
    </w:p>
    <w:p>
      <w:pPr>
        <w:jc w:val="right"/>
      </w:pPr>
      <w:r>
        <w:t>مذہب نے نہیں کیا، مذہب کو ماننے والوں نے</w:t>
      </w:r>
    </w:p>
    <w:p>
      <w:r>
        <w:rPr>
          <w:b/>
        </w:rPr>
        <w:t xml:space="preserve">[1:51:20] </w:t>
      </w:r>
      <w:r>
        <w:t>kiya. ghalati yahi hai ke yeh religion hi to open of mind jo kaha tha, jis ne woh, us ne kaha tha marx ne.</w:t>
      </w:r>
    </w:p>
    <w:p>
      <w:pPr>
        <w:jc w:val="right"/>
      </w:pPr>
      <w:r>
        <w:t>کیا۔ غلطی یہی ہے کہ یہ ریلیجن ہی تو اوپن آف مائنڈ جو کہا تھا، جس نے وہ، اس نے کہا تھا مارس نے۔</w:t>
      </w:r>
    </w:p>
    <w:p>
      <w:r>
        <w:rPr>
          <w:b/>
        </w:rPr>
        <w:t xml:space="preserve">[1:51:31] </w:t>
      </w:r>
      <w:r>
        <w:t>to woh jo baat mazhab ke bare mein kahi, woh asal mein un logon par chaspana hoti hai jo mazhab ko ke naam par yeh sab phailate hain.</w:t>
      </w:r>
    </w:p>
    <w:p>
      <w:pPr>
        <w:jc w:val="right"/>
      </w:pPr>
      <w:r>
        <w:t>تو وہ جو بات مذہب کے بارے میں کہی، وہ اصل میں ان لوگوں پر چسپاں ہوتی ہے جو مذہب کو کے نام پر یہ سب پھیلاتے ہیں۔</w:t>
      </w:r>
    </w:p>
    <w:p>
      <w:r>
        <w:rPr>
          <w:b/>
        </w:rPr>
        <w:t xml:space="preserve">[1:51:42] </w:t>
      </w:r>
      <w:r>
        <w:t>pehle bhi tha, ab bhi. yani pehle bhi yahi tha ke mazhab ke naam par jo log karte rahe, us ko mazhab ki taraf mansoob kar diya gaya.</w:t>
      </w:r>
    </w:p>
    <w:p>
      <w:pPr>
        <w:jc w:val="right"/>
      </w:pPr>
      <w:r>
        <w:t>پہلے بھی تھا، اب بھی۔ یعنی پہلے بھی یہی تھا کہ مذہب کے نام پر جو لوگ کرتے رہے، اس کو مذہب کی طرف منسوب کر دیا گیا۔</w:t>
      </w:r>
    </w:p>
    <w:p>
      <w:r>
        <w:rPr>
          <w:b/>
        </w:rPr>
        <w:t xml:space="preserve">[1:51:49] </w:t>
      </w:r>
      <w:r>
        <w:t>us waqt bhi mazhab ke naam par log violence kar rahe hain, to mazhab se mansoob kiya ja raha hai. to aap ko alag dono ko alag kar dijie.</w:t>
      </w:r>
    </w:p>
    <w:p>
      <w:pPr>
        <w:jc w:val="right"/>
      </w:pPr>
      <w:r>
        <w:t>اس وقت بھی مذہب کے نام پر لوگ وائیلنس کر رہے ہیں، تو مذہب سے منسوب کیا جا رہا ہے۔ تو آپ کو الگ دونوں کو الگ کر دیجئے۔</w:t>
      </w:r>
    </w:p>
    <w:p>
      <w:r>
        <w:rPr>
          <w:b/>
        </w:rPr>
        <w:t xml:space="preserve">[1:52:02] </w:t>
      </w:r>
      <w:r>
        <w:t>yani you have to differentiate between religious, religious people and and religion. to tab aap baat samajh mein ayegi.</w:t>
      </w:r>
    </w:p>
    <w:p>
      <w:pPr>
        <w:jc w:val="right"/>
      </w:pPr>
      <w:r>
        <w:t>یعنی یو ہیو ٹو ڈیفرنشیٹ بٹوین ریلیجس، ریلیجس پیپل اینڈ اینڈ ریلیجن۔ تو تب آپ بات سمجھ میں آئے گی۔</w:t>
      </w:r>
    </w:p>
    <w:p>
      <w:r>
        <w:rPr>
          <w:b/>
        </w:rPr>
        <w:t xml:space="preserve">[1:52:14] </w:t>
      </w:r>
      <w:r>
        <w:t>mein dekh, blame jis pe jata hai, woh un logon par jo mazhab ke naam par yeh sab kar rahe hain. khud mazhab par nahi jata blame.</w:t>
      </w:r>
    </w:p>
    <w:p>
      <w:pPr>
        <w:jc w:val="right"/>
      </w:pPr>
      <w:r>
        <w:t>میں دیکھ، بلیم جس پہ جاتا ہے، وہ ان لوگوں پر جو مذہب کے نام پر یہ سب کر رہے ہیں۔ خود مذہب پر نہیں جاتا بلیم۔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