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Angle of Vision February 28, 2016</w:t>
      </w:r>
    </w:p>
    <w:p>
      <w:r>
        <w:t>https://www.youtube.com/watch?v=dFZ7_x1Ul7A</w:t>
      </w:r>
    </w:p>
    <w:p>
      <w:r>
        <w:rPr>
          <w:b/>
        </w:rPr>
        <w:t xml:space="preserve">[00:21] </w:t>
      </w:r>
      <w:r>
        <w:t>Bismillah Rehman ur Rahim, wa sallallahu ala Nabi il Kareem.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[00:28] </w:t>
      </w:r>
      <w:r>
        <w:t>Rab ishrah li sadri, wa yassir li amri, wahlul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[00:36] </w:t>
      </w:r>
      <w:r>
        <w:t>28 February 2016.</w:t>
      </w:r>
    </w:p>
    <w:p>
      <w:pPr>
        <w:jc w:val="right"/>
      </w:pPr>
      <w:r>
        <w:t>28 فروری 2016۔</w:t>
      </w:r>
    </w:p>
    <w:p>
      <w:r>
        <w:rPr>
          <w:b/>
        </w:rPr>
        <w:t xml:space="preserve">[00:44] </w:t>
      </w:r>
      <w:r>
        <w:t>Aaj ka topic hai: Angle of vision, yaani zawiya nazar.</w:t>
      </w:r>
    </w:p>
    <w:p>
      <w:pPr>
        <w:jc w:val="right"/>
      </w:pPr>
      <w:r>
        <w:t>آج کا ٹاپک ہے: اینگل آف ویژن، یعنی زاویۂ نظر۔</w:t>
      </w:r>
    </w:p>
    <w:p>
      <w:r>
        <w:rPr>
          <w:b/>
        </w:rPr>
        <w:t xml:space="preserve">[00:52] </w:t>
      </w:r>
      <w:r>
        <w:t>Dekhiye, jiss ko kehte hain art of thinking, uss mein sab se zyada important yahi hai ke aap</w:t>
      </w:r>
    </w:p>
    <w:p>
      <w:pPr>
        <w:jc w:val="right"/>
      </w:pPr>
      <w:r>
        <w:t>دیکھیے، جس کو کہتے ہیں آرٹ آف تھنکنگ، اس میں سب سے زیادہ امپورٹنٹ یہی ہے کہ آپ</w:t>
      </w:r>
    </w:p>
    <w:p>
      <w:r>
        <w:rPr>
          <w:b/>
        </w:rPr>
        <w:t xml:space="preserve">[00:59] </w:t>
      </w:r>
      <w:r>
        <w:t>kisi cheez ko kis angle se dekhein.</w:t>
      </w:r>
    </w:p>
    <w:p>
      <w:pPr>
        <w:jc w:val="right"/>
      </w:pPr>
      <w:r>
        <w:t>کسی چیز کو کس اینگل سے دیکھیں۔</w:t>
      </w:r>
    </w:p>
    <w:p>
      <w:r>
        <w:rPr>
          <w:b/>
        </w:rPr>
        <w:t xml:space="preserve">[01:07] </w:t>
      </w:r>
      <w:r>
        <w:t>Sab se zyada important.</w:t>
      </w:r>
    </w:p>
    <w:p>
      <w:pPr>
        <w:jc w:val="right"/>
      </w:pPr>
      <w:r>
        <w:t>سب سے زیادہ امپورٹنٹ۔</w:t>
      </w:r>
    </w:p>
    <w:p>
      <w:r>
        <w:rPr>
          <w:b/>
        </w:rPr>
        <w:t xml:space="preserve">[01:15] </w:t>
      </w:r>
      <w:r>
        <w:t>Aik angle se dekhne mein aap negative ho jayenge, doosre angle se dekhne mein aap positive ho jayenge.</w:t>
      </w:r>
    </w:p>
    <w:p>
      <w:pPr>
        <w:jc w:val="right"/>
      </w:pPr>
      <w:r>
        <w:t>ایک اینگل سے دیکھنے میں آپ نیگیٹو ہو جائیں گے، دوسرے اینگل سے دیکھنے میں آپ پازیٹو ہو جائیں گے۔</w:t>
      </w:r>
    </w:p>
    <w:p>
      <w:r>
        <w:rPr>
          <w:b/>
        </w:rPr>
        <w:t xml:space="preserve">[01:23] </w:t>
      </w:r>
      <w:r>
        <w:t>mein samajhta hoon ke art of thinking mein sab se zyada important yahi baat hai ke aap cheezon</w:t>
      </w:r>
    </w:p>
    <w:p>
      <w:pPr>
        <w:jc w:val="right"/>
      </w:pPr>
      <w:r>
        <w:t>میں سمجھتا ہوں کہ آرٹ آف تھنکنگ میں سب سے زیادہ امپورٹنٹ یہی بات ہے کہ آپ چیزوں</w:t>
      </w:r>
    </w:p>
    <w:p>
      <w:r>
        <w:rPr>
          <w:b/>
        </w:rPr>
        <w:t xml:space="preserve">[01:31] </w:t>
      </w:r>
      <w:r>
        <w:t>ko right angle se dekhein.</w:t>
      </w:r>
    </w:p>
    <w:p>
      <w:pPr>
        <w:jc w:val="right"/>
      </w:pPr>
      <w:r>
        <w:t>کو رائٹ اینگل سے دیکھیں۔</w:t>
      </w:r>
    </w:p>
    <w:p>
      <w:r>
        <w:rPr>
          <w:b/>
        </w:rPr>
        <w:t xml:space="preserve">[01:38] </w:t>
      </w:r>
      <w:r>
        <w:t>warna sara kaam jabrail ho jayega.</w:t>
      </w:r>
    </w:p>
    <w:p>
      <w:pPr>
        <w:jc w:val="right"/>
      </w:pPr>
      <w:r>
        <w:t>ورنہ سارا کام جبرائیل ہو جائے گا۔</w:t>
      </w:r>
    </w:p>
    <w:p>
      <w:r>
        <w:rPr>
          <w:b/>
        </w:rPr>
        <w:t xml:space="preserve">[01:46] </w:t>
      </w:r>
      <w:r>
        <w:t>dekhiye, quran ki ek surah hai jisko kehte hain al muddathir.</w:t>
      </w:r>
    </w:p>
    <w:p>
      <w:pPr>
        <w:jc w:val="right"/>
      </w:pPr>
      <w:r>
        <w:t>دیکھیے، قرآن کی ایک سورہ ہے جس کو کہتے ہیں المدثر۔</w:t>
      </w:r>
    </w:p>
    <w:p>
      <w:r>
        <w:rPr>
          <w:b/>
        </w:rPr>
        <w:t xml:space="preserve">[01:54] </w:t>
      </w:r>
      <w:r>
        <w:t>yeh teesve paray mein hai. al muddathir.</w:t>
      </w:r>
    </w:p>
    <w:p>
      <w:pPr>
        <w:jc w:val="right"/>
      </w:pPr>
      <w:r>
        <w:t>یہ تیسویں پارے میں ہے۔ المدثر۔</w:t>
      </w:r>
    </w:p>
    <w:p>
      <w:r>
        <w:rPr>
          <w:b/>
        </w:rPr>
        <w:t xml:space="preserve">[02:02] </w:t>
      </w:r>
      <w:r>
        <w:t>ya ayyuhal muddathir, qum fanthzur, warabbaka fakabbir, wasiyabaka fatathahir, warrujza fajur.</w:t>
      </w:r>
    </w:p>
    <w:p>
      <w:pPr>
        <w:jc w:val="right"/>
      </w:pPr>
      <w:r>
        <w:t>يا أيها المدثر، قم فانظر، وربک فکبر، وصیابک فطاہر، والرزق فاجر.</w:t>
      </w:r>
    </w:p>
    <w:p>
      <w:r>
        <w:rPr>
          <w:b/>
        </w:rPr>
        <w:t xml:space="preserve">[02:10] </w:t>
      </w:r>
      <w:r>
        <w:t>is surah mein rasool Allah sal Allah alaihi wasallam ko hukum diya gaya hai ke woh dawat dein.</w:t>
      </w:r>
    </w:p>
    <w:p>
      <w:pPr>
        <w:jc w:val="right"/>
      </w:pPr>
      <w:r>
        <w:t>اس سورہ میں رسول اللہ صلی اللہ علیہ وسلم کو حکم دیا گیا ہے کہ وہ دعوت دیں۔</w:t>
      </w:r>
    </w:p>
    <w:p>
      <w:r>
        <w:rPr>
          <w:b/>
        </w:rPr>
        <w:t xml:space="preserve">[02:16] </w:t>
      </w:r>
      <w:r>
        <w:t>aap ne makkah mein san 610 isvi mein apna mission shuru kiya to shuru hi zamane mein yeh</w:t>
      </w:r>
    </w:p>
    <w:p>
      <w:pPr>
        <w:jc w:val="right"/>
      </w:pPr>
      <w:r>
        <w:t>آپ نے مکہ میں سن 610 عیسوی میں اپنا مشن شروع کیا تو شروع ہی زمانے میں یہ</w:t>
      </w:r>
    </w:p>
    <w:p>
      <w:r>
        <w:rPr>
          <w:b/>
        </w:rPr>
        <w:t xml:space="preserve">[02:23] </w:t>
      </w:r>
      <w:r>
        <w:t>aayat utri thi.</w:t>
      </w:r>
    </w:p>
    <w:p>
      <w:pPr>
        <w:jc w:val="right"/>
      </w:pPr>
      <w:r>
        <w:t>آیت اتری تھی۔</w:t>
      </w:r>
    </w:p>
    <w:p>
      <w:r>
        <w:rPr>
          <w:b/>
        </w:rPr>
        <w:t xml:space="preserve">[02:29] </w:t>
      </w:r>
      <w:r>
        <w:t>yeh warrujza fajur yeh bohat hi important aayat hai lekin tafseeron mein kuch samajh mein nahi aata.</w:t>
      </w:r>
    </w:p>
    <w:p>
      <w:pPr>
        <w:jc w:val="right"/>
      </w:pPr>
      <w:r>
        <w:t>یہ والرزق فاجر یہ بہت ہی امپورٹنٹ آیت ہے لیکن تفسیروں میں کچھ سمجھ میں نہیں آتا۔</w:t>
      </w:r>
    </w:p>
    <w:p>
      <w:r>
        <w:rPr>
          <w:b/>
        </w:rPr>
        <w:t xml:space="preserve">[02:36] </w:t>
      </w:r>
      <w:r>
        <w:t>mein bohat saalon se tafseeron ko dekhta raha ke iska matlab kya hai, kuch samajh mein nahi aaya.</w:t>
      </w:r>
    </w:p>
    <w:p>
      <w:pPr>
        <w:jc w:val="right"/>
      </w:pPr>
      <w:r>
        <w:t>میں بہت سالوں سے تفسیروں کو دیکھتا رہا کہ اس کا مطلب کیا ہے، کچھ سمجھ میں نہیں آیا۔</w:t>
      </w:r>
    </w:p>
    <w:p>
      <w:r>
        <w:rPr>
          <w:b/>
        </w:rPr>
        <w:t xml:space="preserve">[02:43] </w:t>
      </w:r>
      <w:r>
        <w:t>to rujz ka literal meaning hai gandagi, yani dirt.</w:t>
      </w:r>
    </w:p>
    <w:p>
      <w:pPr>
        <w:jc w:val="right"/>
      </w:pPr>
      <w:r>
        <w:t>تو رزق کا لٹرل میننگ ہے گندگی، یعنی ڈرٹ۔</w:t>
      </w:r>
    </w:p>
    <w:p>
      <w:r>
        <w:rPr>
          <w:b/>
        </w:rPr>
        <w:t xml:space="preserve">[02:49] </w:t>
      </w:r>
      <w:r>
        <w:t>dirt. D I R T.</w:t>
      </w:r>
    </w:p>
    <w:p>
      <w:pPr>
        <w:jc w:val="right"/>
      </w:pPr>
      <w:r>
        <w:t>ڈی آئی آر ٹی ڈرٹ۔</w:t>
      </w:r>
    </w:p>
    <w:p>
      <w:r>
        <w:rPr>
          <w:b/>
        </w:rPr>
        <w:t xml:space="preserve">[02:56] </w:t>
      </w:r>
      <w:r>
        <w:t>to iska literal translation yeh hoga ke gandagi ko chhod de ya dirt ko chhod de.</w:t>
      </w:r>
    </w:p>
    <w:p>
      <w:pPr>
        <w:jc w:val="right"/>
      </w:pPr>
      <w:r>
        <w:t>تو اس کا لٹرل ٹرانسلیشن یہ ہوگا کہ گندگی کو چھوڑ دے یا ڈرٹ کو چھوڑ دے۔</w:t>
      </w:r>
    </w:p>
    <w:p>
      <w:r>
        <w:rPr>
          <w:b/>
        </w:rPr>
        <w:t xml:space="preserve">[03:03] </w:t>
      </w:r>
      <w:r>
        <w:t>to quran mein doosre maqam par is lafz ko istemal kiya gaya hai but parasti ke maani mein.</w:t>
      </w:r>
    </w:p>
    <w:p>
      <w:pPr>
        <w:jc w:val="right"/>
      </w:pPr>
      <w:r>
        <w:t>تو قرآن میں دوسرے مقام پر اس لفظ کو استعمال کیا گیا ہے بت پرستی کے معنی میں۔</w:t>
      </w:r>
    </w:p>
    <w:p>
      <w:r>
        <w:rPr>
          <w:b/>
        </w:rPr>
        <w:t xml:space="preserve">[03:09] </w:t>
      </w:r>
      <w:r>
        <w:t>to yahan bhi log le lete hain ke warrujza fajur ke maani hain ke but parasti ko chhod</w:t>
      </w:r>
    </w:p>
    <w:p>
      <w:pPr>
        <w:jc w:val="right"/>
      </w:pPr>
      <w:r>
        <w:t>تو یہاں بھی لوگ لے لیتے ہیں کہ والرزق فاجر کے معنی ہیں کہ بت پرستی کو چھوڑ</w:t>
      </w:r>
    </w:p>
    <w:p>
      <w:r>
        <w:rPr>
          <w:b/>
        </w:rPr>
        <w:t xml:space="preserve">[03:16] </w:t>
      </w:r>
      <w:r>
        <w:t>de, shirk ko chhod de.</w:t>
      </w:r>
    </w:p>
    <w:p>
      <w:pPr>
        <w:jc w:val="right"/>
      </w:pPr>
      <w:r>
        <w:t>دے، شرک کو چھوڑ دے۔</w:t>
      </w:r>
    </w:p>
    <w:p>
      <w:r>
        <w:rPr>
          <w:b/>
        </w:rPr>
        <w:t xml:space="preserve">[03:22] </w:t>
      </w:r>
      <w:r>
        <w:t>bilkul anticollus baat hai yeh.</w:t>
      </w:r>
    </w:p>
    <w:p>
      <w:pPr>
        <w:jc w:val="right"/>
      </w:pPr>
      <w:r>
        <w:t>بالکل اڈینٹیکولس بات ہے یہ۔</w:t>
      </w:r>
    </w:p>
    <w:p>
      <w:r>
        <w:rPr>
          <w:b/>
        </w:rPr>
        <w:t xml:space="preserve">[03:29] </w:t>
      </w:r>
      <w:r>
        <w:t>jis paighambar ko Allah ne tayyar kiya 40 saal tak, 40 saal tak tayyar karne ke baad is</w:t>
      </w:r>
    </w:p>
    <w:p>
      <w:pPr>
        <w:jc w:val="right"/>
      </w:pPr>
      <w:r>
        <w:t>جس پیغمبر کو اللہ نے تیار کیا 40 سال تک، 40 سال تک تیار کرنے کے بعد اس</w:t>
      </w:r>
    </w:p>
    <w:p>
      <w:r>
        <w:rPr>
          <w:b/>
        </w:rPr>
        <w:t xml:space="preserve">[03:36] </w:t>
      </w:r>
      <w:r>
        <w:t>ko yeh mission diya ke tauheed ka ailan karo.</w:t>
      </w:r>
    </w:p>
    <w:p>
      <w:pPr>
        <w:jc w:val="right"/>
      </w:pPr>
      <w:r>
        <w:t>کو یہ مشن دیا کہ توحید کا اعلان کرو۔</w:t>
      </w:r>
    </w:p>
    <w:p>
      <w:r>
        <w:rPr>
          <w:b/>
        </w:rPr>
        <w:t xml:space="preserve">[03:42] </w:t>
      </w:r>
      <w:r>
        <w:t>to kya aisa mumkin hai ke itni sari tayyari ke bawajood khud paighambar but parasti mein mubtala hoga?</w:t>
      </w:r>
    </w:p>
    <w:p>
      <w:pPr>
        <w:jc w:val="right"/>
      </w:pPr>
      <w:r>
        <w:t>تو کیا ایسا ممکن ہے کہ اتنی ساری تیاری کے باوجود خود پیغمبر بت پرستی میں مبتلا ہوگا؟</w:t>
      </w:r>
    </w:p>
    <w:p>
      <w:r>
        <w:rPr>
          <w:b/>
        </w:rPr>
        <w:t xml:space="preserve">[03:49] </w:t>
      </w:r>
      <w:r>
        <w:t>bilkul dedactious baat yeh hai.</w:t>
      </w:r>
    </w:p>
    <w:p>
      <w:pPr>
        <w:jc w:val="right"/>
      </w:pPr>
      <w:r>
        <w:t>بالکل ڈیڈیکٹس بات یہ ہے۔</w:t>
      </w:r>
    </w:p>
    <w:p>
      <w:r>
        <w:rPr>
          <w:b/>
        </w:rPr>
        <w:t xml:space="preserve">[03:56] </w:t>
      </w:r>
      <w:r>
        <w:t>aur tareekh se iska koi saboot nahi hai ke aap pichhle nabuwat se pehle 40 saal tak</w:t>
      </w:r>
    </w:p>
    <w:p>
      <w:pPr>
        <w:jc w:val="right"/>
      </w:pPr>
      <w:r>
        <w:t>اور تاریخ سے اس کا کوئی ثبوت نہیں ہے کہ آپ پچھلے نبوت سے پہلے 40 سال تک</w:t>
      </w:r>
    </w:p>
    <w:p>
      <w:r>
        <w:rPr>
          <w:b/>
        </w:rPr>
        <w:t xml:space="preserve">[04:02] </w:t>
      </w:r>
      <w:r>
        <w:t>kabhi bhi ek lamhe ke liye aap ne but ko pooja ya shirk mein mubtala hue.</w:t>
      </w:r>
    </w:p>
    <w:p>
      <w:pPr>
        <w:jc w:val="right"/>
      </w:pPr>
      <w:r>
        <w:t>کبھی بھی ایک لمحے کے لیے آپ نے بت کو پوجا یا شرک میں مبتلا ہوئے۔</w:t>
      </w:r>
    </w:p>
    <w:p>
      <w:r>
        <w:rPr>
          <w:b/>
        </w:rPr>
        <w:t xml:space="preserve">[04:09] </w:t>
      </w:r>
      <w:r>
        <w:t>to yeh bilkul ridiculous baat hai.</w:t>
      </w:r>
    </w:p>
    <w:p>
      <w:pPr>
        <w:jc w:val="right"/>
      </w:pPr>
      <w:r>
        <w:t>تو یہ بالکل ریڈیکولس بات ہے۔</w:t>
      </w:r>
    </w:p>
    <w:p>
      <w:r>
        <w:rPr>
          <w:b/>
        </w:rPr>
        <w:t xml:space="preserve">[04:15] </w:t>
      </w:r>
      <w:r>
        <w:t>to dekhen, quran ki aayaton ko samajhne ke liye bahut zaroori hai ghaur o fikr karna.</w:t>
      </w:r>
    </w:p>
    <w:p>
      <w:pPr>
        <w:jc w:val="right"/>
      </w:pPr>
      <w:r>
        <w:t>تو دیکھیں، قرآن کی آیتوں کو سمجھنے کے لیے بہت ضروری ہے غور و فکر کرنا۔</w:t>
      </w:r>
    </w:p>
    <w:p>
      <w:r>
        <w:rPr>
          <w:b/>
        </w:rPr>
        <w:t xml:space="preserve">[04:22] </w:t>
      </w:r>
      <w:r>
        <w:t>jisko quran mein, jisko hadith mein kaha hai: altaahid taahidua alquran yaani quran ko pakde raho.</w:t>
      </w:r>
    </w:p>
    <w:p>
      <w:pPr>
        <w:jc w:val="right"/>
      </w:pPr>
      <w:r>
        <w:t>جس کو قرآن میں، جس کو حدیث میں کہا ہے: الطاہد طاہدوا القرآن یعنی قرآن کو پکڑے رہو۔</w:t>
      </w:r>
    </w:p>
    <w:p>
      <w:r>
        <w:rPr>
          <w:b/>
        </w:rPr>
        <w:t xml:space="preserve">[04:29] </w:t>
      </w:r>
      <w:r>
        <w:t>is ka matlab kya hai? is par sochte raho, sochte raho.</w:t>
      </w:r>
    </w:p>
    <w:p>
      <w:pPr>
        <w:jc w:val="right"/>
      </w:pPr>
      <w:r>
        <w:t>اس کا مطلب کیا ہے؟ اس پر سوچتے رہو، سوچتے رہو۔</w:t>
      </w:r>
    </w:p>
    <w:p>
      <w:r>
        <w:rPr>
          <w:b/>
        </w:rPr>
        <w:t xml:space="preserve">[04:35] </w:t>
      </w:r>
      <w:r>
        <w:t>tumhara mind jo hai quran par laga rahe hain.</w:t>
      </w:r>
    </w:p>
    <w:p>
      <w:pPr>
        <w:jc w:val="right"/>
      </w:pPr>
      <w:r>
        <w:t>تمہارا مائنڈ جو ہے قرآن پر لگا رہے ہیں۔</w:t>
      </w:r>
    </w:p>
    <w:p>
      <w:r>
        <w:rPr>
          <w:b/>
        </w:rPr>
        <w:t xml:space="preserve">[04:42] </w:t>
      </w:r>
      <w:r>
        <w:t>to mera mizaj yeh hai ke main quran ki aayaton ko ya hadith ko le kar sochta rehta</w:t>
      </w:r>
    </w:p>
    <w:p>
      <w:pPr>
        <w:jc w:val="right"/>
      </w:pPr>
      <w:r>
        <w:t>تو میرا مزاج یہ ہے کہ میں قرآن کی آیتوں کو یا حدیث کو لے کر سوچتا رہتا</w:t>
      </w:r>
    </w:p>
    <w:p>
      <w:r>
        <w:rPr>
          <w:b/>
        </w:rPr>
        <w:t xml:space="preserve">[04:49] </w:t>
      </w:r>
      <w:r>
        <w:t>hoon, sochta rehta hoon.</w:t>
      </w:r>
    </w:p>
    <w:p>
      <w:pPr>
        <w:jc w:val="right"/>
      </w:pPr>
      <w:r>
        <w:t>ہوں، سوچتا رہتا ہوں۔</w:t>
      </w:r>
    </w:p>
    <w:p>
      <w:r>
        <w:rPr>
          <w:b/>
        </w:rPr>
        <w:t xml:space="preserve">[04:55] </w:t>
      </w:r>
      <w:r>
        <w:t>to aaj mujhe ek discovery hui, is se main samjha ke rizq ka matlab kya hai.</w:t>
      </w:r>
    </w:p>
    <w:p>
      <w:pPr>
        <w:jc w:val="right"/>
      </w:pPr>
      <w:r>
        <w:t>تو آج مجھے ایک ڈسکوری ہوئی، اس سے میں سمجھا کہ رزق کا مطلب کیا ہے۔</w:t>
      </w:r>
    </w:p>
    <w:p>
      <w:r>
        <w:rPr>
          <w:b/>
        </w:rPr>
        <w:t xml:space="preserve">[05:02] </w:t>
      </w:r>
      <w:r>
        <w:t>aaj main subah ko mamool ke mutabiq apne balcony mein bahar baitha hua tha to bahar poora nature</w:t>
      </w:r>
    </w:p>
    <w:p>
      <w:pPr>
        <w:jc w:val="right"/>
      </w:pPr>
      <w:r>
        <w:t>آج میں صبح کو معمول کے مطابق اپنے بالکنی میں باہر بیٹھا ہوا تھا تو باہر پورا نیچر</w:t>
      </w:r>
    </w:p>
    <w:p>
      <w:r>
        <w:rPr>
          <w:b/>
        </w:rPr>
        <w:t xml:space="preserve">[05:08] </w:t>
      </w:r>
      <w:r>
        <w:t>tha, yaani suraj nikla hua tha, darakht phailay hue thay, chidiyan urr rahi theen, aasman dikhai deta tha,</w:t>
      </w:r>
    </w:p>
    <w:p>
      <w:pPr>
        <w:jc w:val="right"/>
      </w:pPr>
      <w:r>
        <w:t>تھا، یعنی سورج نکلا ہوا تھا، درخت پھیلے ہوئے تھے، چڑیاں اڑ رہی تھیں، آسمان دکھائی دیتا تھا،</w:t>
      </w:r>
    </w:p>
    <w:p>
      <w:r>
        <w:rPr>
          <w:b/>
        </w:rPr>
        <w:t xml:space="preserve">[05:15] </w:t>
      </w:r>
      <w:r>
        <w:t>hawaein chal rahi theen.</w:t>
      </w:r>
    </w:p>
    <w:p>
      <w:pPr>
        <w:jc w:val="right"/>
      </w:pPr>
      <w:r>
        <w:t>ہوائیں چل رہی تھیں۔</w:t>
      </w:r>
    </w:p>
    <w:p>
      <w:r>
        <w:rPr>
          <w:b/>
        </w:rPr>
        <w:t xml:space="preserve">[05:22] </w:t>
      </w:r>
      <w:r>
        <w:t>yeh sara nature jo hai wahan mere samne tha.</w:t>
      </w:r>
    </w:p>
    <w:p>
      <w:pPr>
        <w:jc w:val="right"/>
      </w:pPr>
      <w:r>
        <w:t>یہ سارا نیچر جو ہے وہاں میرے سامنے تھا۔</w:t>
      </w:r>
    </w:p>
    <w:p>
      <w:r>
        <w:rPr>
          <w:b/>
        </w:rPr>
        <w:t xml:space="preserve">[05:28] </w:t>
      </w:r>
      <w:r>
        <w:t>to maine mehsoos kiya ke main jab yahan baithta hoon to is nature mein mujhko allah</w:t>
      </w:r>
    </w:p>
    <w:p>
      <w:pPr>
        <w:jc w:val="right"/>
      </w:pPr>
      <w:r>
        <w:t>تو میں نے محسوس کیا کہ میں جب یہاں بیٹھتا ہوں تو اس نیچر میں مجھ کو اللہ</w:t>
      </w:r>
    </w:p>
    <w:p>
      <w:r>
        <w:rPr>
          <w:b/>
        </w:rPr>
        <w:t xml:space="preserve">[05:35] </w:t>
      </w:r>
      <w:r>
        <w:t>ki daryaft hoti hai, allah se ta'alluq badhta hai.</w:t>
      </w:r>
    </w:p>
    <w:p>
      <w:pPr>
        <w:jc w:val="right"/>
      </w:pPr>
      <w:r>
        <w:t>کی دریافت ہوتی ہے، اللہ سے تعلق بڑھتا ہے۔</w:t>
      </w:r>
    </w:p>
    <w:p>
      <w:r>
        <w:rPr>
          <w:b/>
        </w:rPr>
        <w:t xml:space="preserve">[05:42] </w:t>
      </w:r>
      <w:r>
        <w:t>mere liye ta'alluq billah ka ek bahut hi bada source hai yeh ke apne ghar ke samne ya</w:t>
      </w:r>
    </w:p>
    <w:p>
      <w:pPr>
        <w:jc w:val="right"/>
      </w:pPr>
      <w:r>
        <w:t>میرے لیے تعلق باللہ کا ایک بہت ہی بڑا سورس ہے یہ کہ اپنے گھر کے سامنے یا</w:t>
      </w:r>
    </w:p>
    <w:p>
      <w:r>
        <w:rPr>
          <w:b/>
        </w:rPr>
        <w:t xml:space="preserve">[05:48] </w:t>
      </w:r>
      <w:r>
        <w:t>kahin bhi nature ko dekhun.</w:t>
      </w:r>
    </w:p>
    <w:p>
      <w:pPr>
        <w:jc w:val="right"/>
      </w:pPr>
      <w:r>
        <w:t>کہیں بھی نیچر کو دیکھوں۔</w:t>
      </w:r>
    </w:p>
    <w:p>
      <w:r>
        <w:rPr>
          <w:b/>
        </w:rPr>
        <w:t xml:space="preserve">[05:55] </w:t>
      </w:r>
      <w:r>
        <w:t>nature chuki woh kaha jata hai, usko nature yeh lafz yaani main usko khud istemal nahi</w:t>
      </w:r>
    </w:p>
    <w:p>
      <w:pPr>
        <w:jc w:val="right"/>
      </w:pPr>
      <w:r>
        <w:t>نیچر چونکہ وہ کہا جاتا ہے، اس کو نیچر یہ لفظ یعنی میں اس کو خود استعمال نہیں</w:t>
      </w:r>
    </w:p>
    <w:p>
      <w:r>
        <w:rPr>
          <w:b/>
        </w:rPr>
        <w:t xml:space="preserve">[06:02] </w:t>
      </w:r>
      <w:r>
        <w:t>karunga lekin yeh lafz bola jata hai.</w:t>
      </w:r>
    </w:p>
    <w:p>
      <w:pPr>
        <w:jc w:val="right"/>
      </w:pPr>
      <w:r>
        <w:t>کروں گا لیکن یہ لفظ بولا جاتا ہے۔</w:t>
      </w:r>
    </w:p>
    <w:p>
      <w:r>
        <w:rPr>
          <w:b/>
        </w:rPr>
        <w:t xml:space="preserve">[06:08] </w:t>
      </w:r>
      <w:r>
        <w:t>to isi nature ka ke study ki science ki gayi, science mein tamam scientist ka subject jo tha</w:t>
      </w:r>
    </w:p>
    <w:p>
      <w:pPr>
        <w:jc w:val="right"/>
      </w:pPr>
      <w:r>
        <w:t>تو اسی نیچر کا کہ سٹڈی کی سائنس کی گئی، سائنس میں تمام سائنٹسٹ کا سبجیکٹ جو تھا</w:t>
      </w:r>
    </w:p>
    <w:p>
      <w:r>
        <w:rPr>
          <w:b/>
        </w:rPr>
        <w:t xml:space="preserve">[06:15] </w:t>
      </w:r>
      <w:r>
        <w:t>wo nature tha.</w:t>
      </w:r>
    </w:p>
    <w:p>
      <w:pPr>
        <w:jc w:val="right"/>
      </w:pPr>
      <w:r>
        <w:t>وہ نیچر تھا۔</w:t>
      </w:r>
    </w:p>
    <w:p>
      <w:r>
        <w:rPr>
          <w:b/>
        </w:rPr>
        <w:t xml:space="preserve">[06:21] </w:t>
      </w:r>
      <w:r>
        <w:t>chahe woh chemistry ho, chahe woh biology ho, chahe astronomy ho, jitne bhi science ke subject hain, har</w:t>
      </w:r>
    </w:p>
    <w:p>
      <w:pPr>
        <w:jc w:val="right"/>
      </w:pPr>
      <w:r>
        <w:t>چاہے وہ کیمسٹری ہو، چاہے وہ بائیولوجی ہو، چاہے اسٹرانومی ہو، جتنے بھی سائنس کے سبجیکٹ ہیں، ہر</w:t>
      </w:r>
    </w:p>
    <w:p>
      <w:r>
        <w:rPr>
          <w:b/>
        </w:rPr>
        <w:t xml:space="preserve">[06:28] </w:t>
      </w:r>
      <w:r>
        <w:t>ek jo hai woh isi par, is isi ki study karta hai jisko nature kaha jata hai.</w:t>
      </w:r>
    </w:p>
    <w:p>
      <w:pPr>
        <w:jc w:val="right"/>
      </w:pPr>
      <w:r>
        <w:t>ایک جو ہے وہ اسی پر، اس اسی کی سٹڈی کرتا ہے جس کو نیچر کہا جاتا ہے۔</w:t>
      </w:r>
    </w:p>
    <w:p>
      <w:r>
        <w:rPr>
          <w:b/>
        </w:rPr>
        <w:t xml:space="preserve">[06:35] </w:t>
      </w:r>
      <w:r>
        <w:t>is ke bawajood science ka mutala insaan ko khuda tak pouncha na saka.</w:t>
      </w:r>
    </w:p>
    <w:p>
      <w:pPr>
        <w:jc w:val="right"/>
      </w:pPr>
      <w:r>
        <w:t>اس کے باوجود سائنس کا مطالعہ انسان کو خدا تک پہنچا نہ سکا۔</w:t>
      </w:r>
    </w:p>
    <w:p>
      <w:r>
        <w:rPr>
          <w:b/>
        </w:rPr>
        <w:t xml:space="preserve">[06:41] </w:t>
      </w:r>
      <w:r>
        <w:t>400 saal se science mutala kar rahi hai nature ka lekin aaj tak science ka mutala insaan ko</w:t>
      </w:r>
    </w:p>
    <w:p>
      <w:pPr>
        <w:jc w:val="right"/>
      </w:pPr>
      <w:r>
        <w:t>400 سال سے سائنس مطالعہ کر رہی ہے نیچر کا لیکن آج تک سائنس کا مطالعہ انسان کو</w:t>
      </w:r>
    </w:p>
    <w:p>
      <w:r>
        <w:rPr>
          <w:b/>
        </w:rPr>
        <w:t xml:space="preserve">[06:48] </w:t>
      </w:r>
      <w:r>
        <w:t>khuda tak na pouncha saka.</w:t>
      </w:r>
    </w:p>
    <w:p>
      <w:pPr>
        <w:jc w:val="right"/>
      </w:pPr>
      <w:r>
        <w:t>خدا تک نہ پہنچا سکا۔</w:t>
      </w:r>
    </w:p>
    <w:p>
      <w:r>
        <w:rPr>
          <w:b/>
        </w:rPr>
        <w:t xml:space="preserve">[06:55] </w:t>
      </w:r>
      <w:r>
        <w:t>to maine socha ke aisa kyun hai? main to isi waqt har din khuda ko pata hoon.</w:t>
      </w:r>
    </w:p>
    <w:p>
      <w:pPr>
        <w:jc w:val="right"/>
      </w:pPr>
      <w:r>
        <w:t>تو میں نے سوچا کہ ایسا کیوں ہے؟ میں تو اسی وقت ہر دن خدا کو پاتا ہوں۔</w:t>
      </w:r>
    </w:p>
    <w:p>
      <w:r>
        <w:rPr>
          <w:b/>
        </w:rPr>
        <w:t xml:space="preserve">[07:01] </w:t>
      </w:r>
      <w:r>
        <w:t>mein har din khuda ko pata hoon, dili mein hoon ya kahin doosri jagah hoon.</w:t>
      </w:r>
    </w:p>
    <w:p>
      <w:pPr>
        <w:jc w:val="right"/>
      </w:pPr>
      <w:r>
        <w:t>میں ہر دن خدا کو پاتا ہوں، دلی میں ہوں یا کہیں دوسری جگہ ہوں۔</w:t>
      </w:r>
    </w:p>
    <w:p>
      <w:r>
        <w:rPr>
          <w:b/>
        </w:rPr>
        <w:t xml:space="preserve">[07:08] </w:t>
      </w:r>
      <w:r>
        <w:t>to jo log, jo scientist uthe is ke mutale ke liye, un ko khuda kyun nahin mila is</w:t>
      </w:r>
    </w:p>
    <w:p>
      <w:pPr>
        <w:jc w:val="right"/>
      </w:pPr>
      <w:r>
        <w:t>تو جو لوگ، جو سائنٹسٹ اٹھے اس کے مطالعے کے لیے، ان کو خدا کیوں نہیں ملا اس</w:t>
      </w:r>
    </w:p>
    <w:p>
      <w:r>
        <w:rPr>
          <w:b/>
        </w:rPr>
        <w:t xml:space="preserve">[07:14] </w:t>
      </w:r>
      <w:r>
        <w:t>mein? to maine yeh is is waqt mere mind ne bataya mujhe, samajh mein aaya ke yeh</w:t>
      </w:r>
    </w:p>
    <w:p>
      <w:pPr>
        <w:jc w:val="right"/>
      </w:pPr>
      <w:r>
        <w:t>میں؟ تو میں نے یہ اس اس وقت میرے مائنڈ نے بتایا مجھے، سمجھ میں آیا کہ یہ</w:t>
      </w:r>
    </w:p>
    <w:p>
      <w:r>
        <w:rPr>
          <w:b/>
        </w:rPr>
        <w:t xml:space="preserve">[07:21] </w:t>
      </w:r>
      <w:r>
        <w:t>tha angle of vision ka farq, zawiya-e-nazar ka farq.</w:t>
      </w:r>
    </w:p>
    <w:p>
      <w:pPr>
        <w:jc w:val="right"/>
      </w:pPr>
      <w:r>
        <w:t>تھا اینگل آف ویژن کا فرق، زاویۂ نظر کا فرق۔</w:t>
      </w:r>
    </w:p>
    <w:p>
      <w:r>
        <w:rPr>
          <w:b/>
        </w:rPr>
        <w:t xml:space="preserve">[07:28] </w:t>
      </w:r>
      <w:r>
        <w:t>scientific community ne is phenomenon ko dekha as a nature, bas nature.</w:t>
      </w:r>
    </w:p>
    <w:p>
      <w:pPr>
        <w:jc w:val="right"/>
      </w:pPr>
      <w:r>
        <w:t>سائنٹیفک کمیونٹی نے اس فیناومینا کو دیکھا ایز اے نیچر، بس نیچر۔</w:t>
      </w:r>
    </w:p>
    <w:p>
      <w:r>
        <w:rPr>
          <w:b/>
        </w:rPr>
        <w:t xml:space="preserve">[07:34] </w:t>
      </w:r>
      <w:r>
        <w:t>mein dekhta hoon as a creation, yani woh us ko phenomenon of nature ke taur par dekhte hain,</w:t>
      </w:r>
    </w:p>
    <w:p>
      <w:pPr>
        <w:jc w:val="right"/>
      </w:pPr>
      <w:r>
        <w:t>میں دیکھتا ہوں ایز اے کریشن، یعنی وہ اس کو فیناومینا آف نیچر کے طور پر دیکھتے ہیں،</w:t>
      </w:r>
    </w:p>
    <w:p>
      <w:r>
        <w:rPr>
          <w:b/>
        </w:rPr>
        <w:t xml:space="preserve">[07:41] </w:t>
      </w:r>
      <w:r>
        <w:t>mein us ko phenomenon of creation ke taur par dekhta hoon.</w:t>
      </w:r>
    </w:p>
    <w:p>
      <w:pPr>
        <w:jc w:val="right"/>
      </w:pPr>
      <w:r>
        <w:t>میں اس کو فیناومینا آف کریشن کے طور پر دیکھتا ہوں۔</w:t>
      </w:r>
    </w:p>
    <w:p>
      <w:r>
        <w:rPr>
          <w:b/>
        </w:rPr>
        <w:t xml:space="preserve">[07:48] </w:t>
      </w:r>
      <w:r>
        <w:t>to jab aap yeh karein to ek patte mein bhi aap ko khuda dikhai dega, har cheez</w:t>
      </w:r>
    </w:p>
    <w:p>
      <w:pPr>
        <w:jc w:val="right"/>
      </w:pPr>
      <w:r>
        <w:t>تو جب آپ یہ کریں تو ایک پتے میں بھی آپ کو خدا دکھائی دے گا، ہر چیز</w:t>
      </w:r>
    </w:p>
    <w:p>
      <w:r>
        <w:rPr>
          <w:b/>
        </w:rPr>
        <w:t xml:space="preserve">[07:54] </w:t>
      </w:r>
      <w:r>
        <w:t>mein aap ko suraj chamak chamkayega, hawaein chalengi, darakht ugenge, chidiyan udenge, badal fiza</w:t>
      </w:r>
    </w:p>
    <w:p>
      <w:pPr>
        <w:jc w:val="right"/>
      </w:pPr>
      <w:r>
        <w:t>میں آپ کو سورج چمک چمکائے گا، ہوائیں چلیں گی، درخت اگیں گے، چڑیاں اڑیں گی، بادل فضا</w:t>
      </w:r>
    </w:p>
    <w:p>
      <w:r>
        <w:rPr>
          <w:b/>
        </w:rPr>
        <w:t xml:space="preserve">[08:01] </w:t>
      </w:r>
      <w:r>
        <w:t>mein tere gaye, galaxy aur solar system ka tasawwur karenge.</w:t>
      </w:r>
    </w:p>
    <w:p>
      <w:pPr>
        <w:jc w:val="right"/>
      </w:pPr>
      <w:r>
        <w:t>میں تیرے گئے، گلیکسی اور سولر سسٹم کا تصور کریں گے۔</w:t>
      </w:r>
    </w:p>
    <w:p>
      <w:r>
        <w:rPr>
          <w:b/>
        </w:rPr>
        <w:t xml:space="preserve">[08:07] </w:t>
      </w:r>
      <w:r>
        <w:t>aap har cheez mein aap ko creator dikhai dega.</w:t>
      </w:r>
    </w:p>
    <w:p>
      <w:pPr>
        <w:jc w:val="right"/>
      </w:pPr>
      <w:r>
        <w:t>آپ ہر چیز میں آپ کو کریٹر دکھائی دے گا۔</w:t>
      </w:r>
    </w:p>
    <w:p>
      <w:r>
        <w:rPr>
          <w:b/>
        </w:rPr>
        <w:t xml:space="preserve">[08:14] </w:t>
      </w:r>
      <w:r>
        <w:t>agar aap ka zawiya-e-nazar yeh ho ke aap creation ka mutala kar rahe hain, creation, creation ka</w:t>
      </w:r>
    </w:p>
    <w:p>
      <w:pPr>
        <w:jc w:val="right"/>
      </w:pPr>
      <w:r>
        <w:t>اگر آپ کا زاویۂ نظر یہ ہو کہ آپ کریشن کا مطالعہ کر رہے ہیں، کریشن، کریشن کا</w:t>
      </w:r>
    </w:p>
    <w:p>
      <w:r>
        <w:rPr>
          <w:b/>
        </w:rPr>
        <w:t xml:space="preserve">[08:21] </w:t>
      </w:r>
      <w:r>
        <w:t>mutala karte hi aap ke mind mein creator aa jata hai, yani creator ke creator ke amal ke</w:t>
      </w:r>
    </w:p>
    <w:p>
      <w:pPr>
        <w:jc w:val="right"/>
      </w:pPr>
      <w:r>
        <w:t>مطالعہ کرتے ہی آپ کے مائنڈ میں کریٹر آ جاتا ہے، یعنی کریٹر کے کریٹر کے عمل کے</w:t>
      </w:r>
    </w:p>
    <w:p>
      <w:r>
        <w:rPr>
          <w:b/>
        </w:rPr>
        <w:t xml:space="preserve">[08:27] </w:t>
      </w:r>
      <w:r>
        <w:t>tor par dekhenge.</w:t>
      </w:r>
    </w:p>
    <w:p>
      <w:pPr>
        <w:jc w:val="right"/>
      </w:pPr>
      <w:r>
        <w:t>طور پر دیکھیں گے۔</w:t>
      </w:r>
    </w:p>
    <w:p>
      <w:r>
        <w:rPr>
          <w:b/>
        </w:rPr>
        <w:t xml:space="preserve">[08:34] </w:t>
      </w:r>
      <w:r>
        <w:t>aap jab aap ka dekhne ka zawiya yeh ho ke main creator ke amal ko dekh raha hoon,</w:t>
      </w:r>
    </w:p>
    <w:p>
      <w:pPr>
        <w:jc w:val="right"/>
      </w:pPr>
      <w:r>
        <w:t>آپ جب آپ کا دیکھنے کا زاویہ یہ ہو کہ میں کریٹر کے عمل کو دیکھ رہا ہوں،</w:t>
      </w:r>
    </w:p>
    <w:p>
      <w:r>
        <w:rPr>
          <w:b/>
        </w:rPr>
        <w:t xml:space="preserve">[08:41] </w:t>
      </w:r>
      <w:r>
        <w:t>yani suraj creator ka amal hai, darakht creator ka amal hai, hawaein creator ka amal hai, to aap</w:t>
      </w:r>
    </w:p>
    <w:p>
      <w:pPr>
        <w:jc w:val="right"/>
      </w:pPr>
      <w:r>
        <w:t>یعنی سورج کریٹر کا عمل ہے، درخت کریٹر کا عمل ہے، ہوائیں کریٹر کا عمل ہے، تو آپ</w:t>
      </w:r>
    </w:p>
    <w:p>
      <w:r>
        <w:rPr>
          <w:b/>
        </w:rPr>
        <w:t xml:space="preserve">[08:47] </w:t>
      </w:r>
      <w:r>
        <w:t>apne aap aap ke mind mein aage creator ka tasawwur aa jayega.</w:t>
      </w:r>
    </w:p>
    <w:p>
      <w:pPr>
        <w:jc w:val="right"/>
      </w:pPr>
      <w:r>
        <w:t>اپنے آپ آپ کے مائنڈ میں آگے کریٹر کا تصور آ جائے گا۔</w:t>
      </w:r>
    </w:p>
    <w:p>
      <w:r>
        <w:rPr>
          <w:b/>
        </w:rPr>
        <w:t xml:space="preserve">[08:54] </w:t>
      </w:r>
      <w:r>
        <w:t>aap jud jayenge creator se, lekin aap agar mutala karenge is ko, yani phenomenon of nature</w:t>
      </w:r>
    </w:p>
    <w:p>
      <w:pPr>
        <w:jc w:val="right"/>
      </w:pPr>
      <w:r>
        <w:t>آپ جڑ جائیں گے کریٹر سے، لیکن آپ اگر مطالعہ کریں گے اس کو، یعنی فیناومینا آف نیچر</w:t>
      </w:r>
    </w:p>
    <w:p>
      <w:r>
        <w:rPr>
          <w:b/>
        </w:rPr>
        <w:t xml:space="preserve">[09:01] </w:t>
      </w:r>
      <w:r>
        <w:t>ke taur par, to creator apne aap hadaf ho jata hai, yani aap ka, aap ka aur nature</w:t>
      </w:r>
    </w:p>
    <w:p>
      <w:pPr>
        <w:jc w:val="right"/>
      </w:pPr>
      <w:r>
        <w:t>کے طور پر، تو کریٹر اپنے آپ حذف ہو جاتا ہے، یعنی آپ کا، آپ کا اور نیچر</w:t>
      </w:r>
    </w:p>
    <w:p>
      <w:r>
        <w:rPr>
          <w:b/>
        </w:rPr>
        <w:t xml:space="preserve">[09:07] </w:t>
      </w:r>
      <w:r>
        <w:t>ke beech mein creator nahin hota, woh out of focus hota hai.</w:t>
      </w:r>
    </w:p>
    <w:p>
      <w:pPr>
        <w:jc w:val="right"/>
      </w:pPr>
      <w:r>
        <w:t>کے بیچ میں کریٹر نہیں ہوتا، وہ آؤٹ آف فوکس ہوتا ہے۔</w:t>
      </w:r>
    </w:p>
    <w:p>
      <w:r>
        <w:rPr>
          <w:b/>
        </w:rPr>
        <w:t xml:space="preserve">[09:14] </w:t>
      </w:r>
      <w:r>
        <w:t>to yeh hai mamla zawiya-e-nazar ka ya angle of vision ka.</w:t>
      </w:r>
    </w:p>
    <w:p>
      <w:pPr>
        <w:jc w:val="right"/>
      </w:pPr>
      <w:r>
        <w:t>تو یہ ہے معاملہ زاویۂ نظر کا یا اینگل آف ویژن کا۔</w:t>
      </w:r>
    </w:p>
    <w:p>
      <w:r>
        <w:rPr>
          <w:b/>
        </w:rPr>
        <w:t xml:space="preserve">[09:20] </w:t>
      </w:r>
      <w:r>
        <w:t>yahi cheez maine phir apply ki.</w:t>
      </w:r>
    </w:p>
    <w:p>
      <w:pPr>
        <w:jc w:val="right"/>
      </w:pPr>
      <w:r>
        <w:t>یہی چیز میں نے پھر اپلائی کی۔</w:t>
      </w:r>
    </w:p>
    <w:p>
      <w:r>
        <w:rPr>
          <w:b/>
        </w:rPr>
        <w:t xml:space="preserve">[09:27] </w:t>
      </w:r>
      <w:r>
        <w:t>yahan wal-rizq fajir jo hai, woh rasool Allah ki zaat ke bare mein nahin hai.</w:t>
      </w:r>
    </w:p>
    <w:p>
      <w:pPr>
        <w:jc w:val="right"/>
      </w:pPr>
      <w:r>
        <w:t>یہاں والرزق فاجر جو ہے، وہ رسول اللہ کی ذات کے بارے میں نہیں ہے۔</w:t>
      </w:r>
    </w:p>
    <w:p>
      <w:r>
        <w:rPr>
          <w:b/>
        </w:rPr>
        <w:t xml:space="preserve">[09:34] </w:t>
      </w:r>
      <w:r>
        <w:t>sara mamla yeh hai ke logon ne is ko le liya Allah ki, rasool Allah ki zaat ke</w:t>
      </w:r>
    </w:p>
    <w:p>
      <w:pPr>
        <w:jc w:val="right"/>
      </w:pPr>
      <w:r>
        <w:t>سارا معاملہ یہ ہے کہ لوگوں نے اس کو لے لیا اللہ کی، رسول اللہ کی ذات کے</w:t>
      </w:r>
    </w:p>
    <w:p>
      <w:r>
        <w:rPr>
          <w:b/>
        </w:rPr>
        <w:t xml:space="preserve">[09:40] </w:t>
      </w:r>
      <w:r>
        <w:t>bare mein ke zaati aitbar se aap but parasti ko chhod dein.</w:t>
      </w:r>
    </w:p>
    <w:p>
      <w:pPr>
        <w:jc w:val="right"/>
      </w:pPr>
      <w:r>
        <w:t>بارے میں کہ ذاتی اعتبار سے آپ بت پرستی کو چھوڑ دیں۔</w:t>
      </w:r>
    </w:p>
    <w:p>
      <w:r>
        <w:rPr>
          <w:b/>
        </w:rPr>
        <w:t xml:space="preserve">[09:47] </w:t>
      </w:r>
      <w:r>
        <w:t>yeh nahi hai, yeh method of dawah ki hesiyat se hai.</w:t>
      </w:r>
    </w:p>
    <w:p>
      <w:pPr>
        <w:jc w:val="right"/>
      </w:pPr>
      <w:r>
        <w:t>یہ نہیں ہے، یہ میتھڈ آف دعویٰ کی حیثیت سے ہے۔</w:t>
      </w:r>
    </w:p>
    <w:p>
      <w:r>
        <w:rPr>
          <w:b/>
        </w:rPr>
        <w:t xml:space="preserve">[09:54] </w:t>
      </w:r>
      <w:r>
        <w:t>yeh jo ayat hai, yeh method of dawah ke baray mein hai, rasool Allah ke personal character ke</w:t>
      </w:r>
    </w:p>
    <w:p>
      <w:pPr>
        <w:jc w:val="right"/>
      </w:pPr>
      <w:r>
        <w:t>یہ جو آیت ہے، یہ میتھڈ آف دعویٰ کے بارے میں ہے، رسول اللہ کے پرسنل کریکٹر کے</w:t>
      </w:r>
    </w:p>
    <w:p>
      <w:r>
        <w:rPr>
          <w:b/>
        </w:rPr>
        <w:t xml:space="preserve">[10:00] </w:t>
      </w:r>
      <w:r>
        <w:t>baray mein nahi hai.</w:t>
      </w:r>
    </w:p>
    <w:p>
      <w:pPr>
        <w:jc w:val="right"/>
      </w:pPr>
      <w:r>
        <w:t>بارے میں نہیں ہے۔</w:t>
      </w:r>
    </w:p>
    <w:p>
      <w:r>
        <w:rPr>
          <w:b/>
        </w:rPr>
        <w:t xml:space="preserve">[10:07] </w:t>
      </w:r>
      <w:r>
        <w:t>chunki logon ne is ko rasool Allah ke personal character ke mani mein liya, to lafzi mani mein</w:t>
      </w:r>
    </w:p>
    <w:p>
      <w:pPr>
        <w:jc w:val="right"/>
      </w:pPr>
      <w:r>
        <w:t>چونکہ لوگوں نے اس کو رسول اللہ کے پرسنل کریکٹر کے معنی میں لیا، تو لفظی معنی میں</w:t>
      </w:r>
    </w:p>
    <w:p>
      <w:r>
        <w:rPr>
          <w:b/>
        </w:rPr>
        <w:t xml:space="preserve">[10:13] </w:t>
      </w:r>
      <w:r>
        <w:t>le kar woh kehne lage ke but parasti ko chhod do.</w:t>
      </w:r>
    </w:p>
    <w:p>
      <w:pPr>
        <w:jc w:val="right"/>
      </w:pPr>
      <w:r>
        <w:t>لے کر وہ کہنے لگے کہ بت پرستی کو چھوڑ دو۔</w:t>
      </w:r>
    </w:p>
    <w:p>
      <w:r>
        <w:rPr>
          <w:b/>
        </w:rPr>
        <w:t xml:space="preserve">[10:20] </w:t>
      </w:r>
      <w:r>
        <w:t>to meri samajh mein aaya ke yeh, yeh yahi sahi nahi hai ke aap rasool Allah ke personal</w:t>
      </w:r>
    </w:p>
    <w:p>
      <w:pPr>
        <w:jc w:val="right"/>
      </w:pPr>
      <w:r>
        <w:t>تو میری سمجھ میں آیا کہ یہ، یہ یہی صحیح نہیں ہے کہ آپ رسول اللہ کے پرسنل</w:t>
      </w:r>
    </w:p>
    <w:p>
      <w:r>
        <w:rPr>
          <w:b/>
        </w:rPr>
        <w:t xml:space="preserve">[10:27] </w:t>
      </w:r>
      <w:r>
        <w:t>character ke aitbar se len is ko.</w:t>
      </w:r>
    </w:p>
    <w:p>
      <w:pPr>
        <w:jc w:val="right"/>
      </w:pPr>
      <w:r>
        <w:t>کریکٹر کے اعتبار سے لیں اس کو۔</w:t>
      </w:r>
    </w:p>
    <w:p>
      <w:r>
        <w:rPr>
          <w:b/>
        </w:rPr>
        <w:t xml:space="preserve">[10:33] </w:t>
      </w:r>
      <w:r>
        <w:t>nahi, woh method of dawah hai.</w:t>
      </w:r>
    </w:p>
    <w:p>
      <w:pPr>
        <w:jc w:val="right"/>
      </w:pPr>
      <w:r>
        <w:t>نہیں، وہ میتھڈ آف دعویٰ ہے۔</w:t>
      </w:r>
    </w:p>
    <w:p>
      <w:r>
        <w:rPr>
          <w:b/>
        </w:rPr>
        <w:t xml:space="preserve">[10:40] </w:t>
      </w:r>
      <w:r>
        <w:t>wal-rizq fajir, yani dirt ko chhod de, gandagi ko chhod de.</w:t>
      </w:r>
    </w:p>
    <w:p>
      <w:pPr>
        <w:jc w:val="right"/>
      </w:pPr>
      <w:r>
        <w:t>والرزق فاجر، یعنی ڈرٹ کو چھوڑ دے، گندگی کو چھوڑ دے۔</w:t>
      </w:r>
    </w:p>
    <w:p>
      <w:r>
        <w:rPr>
          <w:b/>
        </w:rPr>
        <w:t xml:space="preserve">[10:47] </w:t>
      </w:r>
      <w:r>
        <w:t>gandagi ke mani hain dirt, d.i.r.t.</w:t>
      </w:r>
    </w:p>
    <w:p>
      <w:pPr>
        <w:jc w:val="right"/>
      </w:pPr>
      <w:r>
        <w:t>گندگی کے معنی ہیں ڈرٹ، ڈی آئی آر ٹی۔</w:t>
      </w:r>
    </w:p>
    <w:p>
      <w:r>
        <w:rPr>
          <w:b/>
        </w:rPr>
        <w:t xml:space="preserve">[10:53] </w:t>
      </w:r>
      <w:r>
        <w:t>to dirt ko chhod de, is ka matlab kya hua? cheezon ko wrong angle se dekhna chhod do,</w:t>
      </w:r>
    </w:p>
    <w:p>
      <w:pPr>
        <w:jc w:val="right"/>
      </w:pPr>
      <w:r>
        <w:t>تو ڈرٹ کو چھوڑ دے، اس کا مطلب کیا ہوا؟ چیزوں کو رانگ اینگل سے دیکھنا چھوڑ دو،</w:t>
      </w:r>
    </w:p>
    <w:p>
      <w:r>
        <w:rPr>
          <w:b/>
        </w:rPr>
        <w:t xml:space="preserve">[11:00] </w:t>
      </w:r>
      <w:r>
        <w:t>ghalat daawe nazar se, ghalat daawe nazar se cheezon ko dekhna chhod do.</w:t>
      </w:r>
    </w:p>
    <w:p>
      <w:pPr>
        <w:jc w:val="right"/>
      </w:pPr>
      <w:r>
        <w:t>غلط دعوے نظر سے، غلط دعوے نظر سے چیزوں کو دیکھنا چھوڑ دو۔</w:t>
      </w:r>
    </w:p>
    <w:p>
      <w:r>
        <w:rPr>
          <w:b/>
        </w:rPr>
        <w:t xml:space="preserve">[11:06] </w:t>
      </w:r>
      <w:r>
        <w:t>woh kya hai? yeh hamesha tha, hamesha rahega, aaj bhi hai yeh ke jab hum dawah ke</w:t>
      </w:r>
    </w:p>
    <w:p>
      <w:pPr>
        <w:jc w:val="right"/>
      </w:pPr>
      <w:r>
        <w:t>وہ کیا ہے؟ یہ ہمیشہ تھا، ہمیشہ رہے گا، آج بھی ہے یہ کہ جب ہم دعوت کے</w:t>
      </w:r>
    </w:p>
    <w:p>
      <w:r>
        <w:rPr>
          <w:b/>
        </w:rPr>
        <w:t xml:space="preserve">[11:13] </w:t>
      </w:r>
      <w:r>
        <w:t>liye niklte hain bahar to hazaron qism ke waqiat hamare samne aate hain.</w:t>
      </w:r>
    </w:p>
    <w:p>
      <w:pPr>
        <w:jc w:val="right"/>
      </w:pPr>
      <w:r>
        <w:t>لیے نکلتے ہیں باہر تو ہزاروں قسم کے واقعات ہمارے سامنے آتے ہیں۔</w:t>
      </w:r>
    </w:p>
    <w:p>
      <w:r>
        <w:rPr>
          <w:b/>
        </w:rPr>
        <w:t xml:space="preserve">[11:20] </w:t>
      </w:r>
      <w:r>
        <w:t>to in waqiat ko hum chahein to sahi zawiye se dekhein, aur chahein to ghalat, ghalat zawiye se dekhein.</w:t>
      </w:r>
    </w:p>
    <w:p>
      <w:pPr>
        <w:jc w:val="right"/>
      </w:pPr>
      <w:r>
        <w:t>تو ان واقعات کو ہم چاہیں تو صحیح زاویے سے دیکھیں، اور چاہیں تو غلط، غلط زاویے سے دیکھیں۔</w:t>
      </w:r>
    </w:p>
    <w:p>
      <w:r>
        <w:rPr>
          <w:b/>
        </w:rPr>
        <w:t xml:space="preserve">[11:26] </w:t>
      </w:r>
      <w:r>
        <w:t>misal ke taur par le lijiye democracy ko.</w:t>
      </w:r>
    </w:p>
    <w:p>
      <w:pPr>
        <w:jc w:val="right"/>
      </w:pPr>
      <w:r>
        <w:t>مثلاً لے لیجئے ڈیموکریسی کو۔</w:t>
      </w:r>
    </w:p>
    <w:p>
      <w:r>
        <w:rPr>
          <w:b/>
        </w:rPr>
        <w:t xml:space="preserve">[11:33] </w:t>
      </w:r>
      <w:r>
        <w:t>is zamane mein ek system aaya jis ko kehte hain political system, jis ko kehte hain democracy.</w:t>
      </w:r>
    </w:p>
    <w:p>
      <w:pPr>
        <w:jc w:val="right"/>
      </w:pPr>
      <w:r>
        <w:t>اس زمانے میں ایک سسٹم آیا جس کو کہتے ہیں پولیٹیکل سسٹم، جس کو کہتے ہیں ڈیموکریسی۔</w:t>
      </w:r>
    </w:p>
    <w:p>
      <w:r>
        <w:rPr>
          <w:b/>
        </w:rPr>
        <w:t xml:space="preserve">[11:40] </w:t>
      </w:r>
      <w:r>
        <w:t>to hamare bahut se leaders ne, yeh bahut se thinkers jo thay musalmanon ke, unhon ne is ko</w:t>
      </w:r>
    </w:p>
    <w:p>
      <w:pPr>
        <w:jc w:val="right"/>
      </w:pPr>
      <w:r>
        <w:t>تو ہمارے بہت سے لیڈروں نے، یہ بہت سے تھکرز جو تھے مسلمانوں کے، انہوں نے اس کو</w:t>
      </w:r>
    </w:p>
    <w:p>
      <w:r>
        <w:rPr>
          <w:b/>
        </w:rPr>
        <w:t xml:space="preserve">[11:46] </w:t>
      </w:r>
      <w:r>
        <w:t>kya liya ke is ne kaha ke jamhooriyat ka matlab hai ladini siyasat.</w:t>
      </w:r>
    </w:p>
    <w:p>
      <w:pPr>
        <w:jc w:val="right"/>
      </w:pPr>
      <w:r>
        <w:t>کیا لیا کہ اس نے کہا کہ جمہوریت کا مطلب ہے لادینی سیاست۔</w:t>
      </w:r>
    </w:p>
    <w:p>
      <w:r>
        <w:rPr>
          <w:b/>
        </w:rPr>
        <w:t xml:space="preserve">[11:53] </w:t>
      </w:r>
      <w:r>
        <w:t>to ladini siyasat keh kar unhon ne is ko ghalat taweez dekha, kyunke secular democracy ka taalluq deen</w:t>
      </w:r>
    </w:p>
    <w:p>
      <w:pPr>
        <w:jc w:val="right"/>
      </w:pPr>
      <w:r>
        <w:t>تو لادینی سیاست کہہ کر انہوں نے اس کو غلط تعویذ دیکھا، کیونکہ سیکولر ڈیموکریسی کا تعلق دین</w:t>
      </w:r>
    </w:p>
    <w:p>
      <w:r>
        <w:rPr>
          <w:b/>
        </w:rPr>
        <w:t xml:space="preserve">[12:00] </w:t>
      </w:r>
      <w:r>
        <w:t>se nahi hai, deen se nahi hai.</w:t>
      </w:r>
    </w:p>
    <w:p>
      <w:pPr>
        <w:jc w:val="right"/>
      </w:pPr>
      <w:r>
        <w:t>سے نہیں ہے، دین سے نہیں ہے۔</w:t>
      </w:r>
    </w:p>
    <w:p>
      <w:r>
        <w:rPr>
          <w:b/>
        </w:rPr>
        <w:t xml:space="preserve">[12:06] </w:t>
      </w:r>
      <w:r>
        <w:t>na woh ek, ek, ek, ek, ek, ek polytheist ka ek, ek nuqta nazar hai, bas uska</w:t>
      </w:r>
    </w:p>
    <w:p>
      <w:pPr>
        <w:jc w:val="right"/>
      </w:pPr>
      <w:r>
        <w:t>نہ وہ ایک، ایک، ایک، ایک، ایک، ایک پولیٹسٹ کا ایک، ایک نقطہ نظر ہے، بس اس کا</w:t>
      </w:r>
    </w:p>
    <w:p>
      <w:r>
        <w:rPr>
          <w:b/>
        </w:rPr>
        <w:t xml:space="preserve">[12:13] </w:t>
      </w:r>
      <w:r>
        <w:t>deen se koi taalluq nahi, mazhab se koi taalluq nahi.</w:t>
      </w:r>
    </w:p>
    <w:p>
      <w:pPr>
        <w:jc w:val="right"/>
      </w:pPr>
      <w:r>
        <w:t>دین سے کوئی تعلق نہیں، مذہب سے کوئی تعلق نہیں۔</w:t>
      </w:r>
    </w:p>
    <w:p>
      <w:r>
        <w:rPr>
          <w:b/>
        </w:rPr>
        <w:t xml:space="preserve">[12:19] </w:t>
      </w:r>
      <w:r>
        <w:t>to kehte hain ladini.</w:t>
      </w:r>
    </w:p>
    <w:p>
      <w:pPr>
        <w:jc w:val="right"/>
      </w:pPr>
      <w:r>
        <w:t>تو کہتے ہیں لادینی۔</w:t>
      </w:r>
    </w:p>
    <w:p>
      <w:r>
        <w:rPr>
          <w:b/>
        </w:rPr>
        <w:t xml:space="preserve">[12:26] </w:t>
      </w:r>
      <w:r>
        <w:t>ab ladini jab aap keh diya aap ne to awwal din hi aap ka nuqta nazar negative ho</w:t>
      </w:r>
    </w:p>
    <w:p>
      <w:pPr>
        <w:jc w:val="right"/>
      </w:pPr>
      <w:r>
        <w:t>اب لادینی جب آپ کہہ دیا آپ نے تو اول دن ہی آپ کا نقطہ نظر نیگیٹیو ہو</w:t>
      </w:r>
    </w:p>
    <w:p>
      <w:r>
        <w:rPr>
          <w:b/>
        </w:rPr>
        <w:t xml:space="preserve">[12:33] </w:t>
      </w:r>
      <w:r>
        <w:t>giya jamhooriyat ke baray mein, democracy ke baray mein.</w:t>
      </w:r>
    </w:p>
    <w:p>
      <w:pPr>
        <w:jc w:val="right"/>
      </w:pPr>
      <w:r>
        <w:t>گیا جمہوریت کے بارے میں، ڈیموکریسی کے بارے میں۔</w:t>
      </w:r>
    </w:p>
    <w:p>
      <w:r>
        <w:rPr>
          <w:b/>
        </w:rPr>
        <w:t xml:space="preserve">[12:39] </w:t>
      </w:r>
      <w:r>
        <w:t>awwal din se aap ka nuqta nazar jo hai negative ho gaya.</w:t>
      </w:r>
    </w:p>
    <w:p>
      <w:pPr>
        <w:jc w:val="right"/>
      </w:pPr>
      <w:r>
        <w:t>اول دن سے آپ کا نقطہ نظر جو ہے نیگیٹیو ہو گیا۔</w:t>
      </w:r>
    </w:p>
    <w:p>
      <w:r>
        <w:rPr>
          <w:b/>
        </w:rPr>
        <w:t xml:space="preserve">[12:46] </w:t>
      </w:r>
      <w:r>
        <w:t>doosra kya hai? jo hum dekhte hain ke yeh hai political opinion.</w:t>
      </w:r>
    </w:p>
    <w:p>
      <w:pPr>
        <w:jc w:val="right"/>
      </w:pPr>
      <w:r>
        <w:t>دوسرا کیا ہے؟ جو ہم دیکھتے ہیں کہ یہ ہے پولیٹیکل اوپننس۔</w:t>
      </w:r>
    </w:p>
    <w:p>
      <w:r>
        <w:rPr>
          <w:b/>
        </w:rPr>
        <w:t xml:space="preserve">[12:53] </w:t>
      </w:r>
      <w:r>
        <w:t>har ek ko azaadi hai, kisi ko koi, kisi par koi rok nahi.</w:t>
      </w:r>
    </w:p>
    <w:p>
      <w:pPr>
        <w:jc w:val="right"/>
      </w:pPr>
      <w:r>
        <w:t>ہر ایک کو آزادی ہے، کسی کو کوئی، کسی پر کوئی روک نہیں۔</w:t>
      </w:r>
    </w:p>
    <w:p>
      <w:r>
        <w:rPr>
          <w:b/>
        </w:rPr>
        <w:t xml:space="preserve">[12:59] </w:t>
      </w:r>
      <w:r>
        <w:t>aap jo chahen, jis ko chahen, jo jo political theory aap chahen sochen, jis ko chahen vote den,</w:t>
      </w:r>
    </w:p>
    <w:p>
      <w:pPr>
        <w:jc w:val="right"/>
      </w:pPr>
      <w:r>
        <w:t>آپ جو چاہیں، جس کو چاہیں، جو جو پولیٹیکل تھیوری آپ چاہیں سوچیں، جس کو چاہیں ووٹ دیں،</w:t>
      </w:r>
    </w:p>
    <w:p>
      <w:r>
        <w:rPr>
          <w:b/>
        </w:rPr>
        <w:t xml:space="preserve">[13:06] </w:t>
      </w:r>
      <w:r>
        <w:t>jis ko chahen sahi samjhen, jis ko chahen ghalat samjhen.</w:t>
      </w:r>
    </w:p>
    <w:p>
      <w:pPr>
        <w:jc w:val="right"/>
      </w:pPr>
      <w:r>
        <w:t>جس کو چاہیں صحیح سمجھیں، جس کو چاہیں غلط سمجھیں۔</w:t>
      </w:r>
    </w:p>
    <w:p>
      <w:r>
        <w:rPr>
          <w:b/>
        </w:rPr>
        <w:t xml:space="preserve">[13:12] </w:t>
      </w:r>
      <w:r>
        <w:t>yani total freedom.</w:t>
      </w:r>
    </w:p>
    <w:p>
      <w:pPr>
        <w:jc w:val="right"/>
      </w:pPr>
      <w:r>
        <w:t>یعنی ٹوٹل فریڈم۔</w:t>
      </w:r>
    </w:p>
    <w:p>
      <w:r>
        <w:rPr>
          <w:b/>
        </w:rPr>
        <w:t xml:space="preserve">[13:19] </w:t>
      </w:r>
      <w:r>
        <w:t>democracy ka matlab hai ke total political freedom.</w:t>
      </w:r>
    </w:p>
    <w:p>
      <w:pPr>
        <w:jc w:val="right"/>
      </w:pPr>
      <w:r>
        <w:t>ڈیموکریسی کا مطلب ہے کہ ٹوٹل پولیٹیکل فریڈم۔</w:t>
      </w:r>
    </w:p>
    <w:p>
      <w:r>
        <w:rPr>
          <w:b/>
        </w:rPr>
        <w:t xml:space="preserve">[13:26] </w:t>
      </w:r>
      <w:r>
        <w:t>to yeh bohat, bohat achi baat hai.</w:t>
      </w:r>
    </w:p>
    <w:p>
      <w:pPr>
        <w:jc w:val="right"/>
      </w:pPr>
      <w:r>
        <w:t>تو یہ بہت، بہت اچھی بات ہے۔</w:t>
      </w:r>
    </w:p>
    <w:p>
      <w:r>
        <w:rPr>
          <w:b/>
        </w:rPr>
        <w:t xml:space="preserve">[13:32] </w:t>
      </w:r>
      <w:r>
        <w:t>yeh to hum hazaron saal se is paighambar, Allah ke paighambar chahte thay ke hamein freedom mile, lekin</w:t>
      </w:r>
    </w:p>
    <w:p>
      <w:pPr>
        <w:jc w:val="right"/>
      </w:pPr>
      <w:r>
        <w:t>یہ تو ہم ہزاروں سال سے اس پیغمبر، اللہ کے پیغمبر چاہتے تھے کہ ہمیں فریڈم ملے، لیکن</w:t>
      </w:r>
    </w:p>
    <w:p>
      <w:r>
        <w:rPr>
          <w:b/>
        </w:rPr>
        <w:t xml:space="preserve">[13:39] </w:t>
      </w:r>
      <w:r>
        <w:t>kingship ka daur tha to use milta nahi tha.</w:t>
      </w:r>
    </w:p>
    <w:p>
      <w:pPr>
        <w:jc w:val="right"/>
      </w:pPr>
      <w:r>
        <w:t>کنگ شپ کا دور تھا تو اسے ملتا نہیں تھا۔</w:t>
      </w:r>
    </w:p>
    <w:p>
      <w:r>
        <w:rPr>
          <w:b/>
        </w:rPr>
        <w:t xml:space="preserve">[13:46] </w:t>
      </w:r>
      <w:r>
        <w:t>kingship ke daur mein insaan ko freedom thi hi nahi.</w:t>
      </w:r>
    </w:p>
    <w:p>
      <w:pPr>
        <w:jc w:val="right"/>
      </w:pPr>
      <w:r>
        <w:t>کنگ شپ کے دور میں انسان کو فریڈم تھی ہی نہیں۔</w:t>
      </w:r>
    </w:p>
    <w:p>
      <w:r>
        <w:rPr>
          <w:b/>
        </w:rPr>
        <w:t xml:space="preserve">[13:52] </w:t>
      </w:r>
      <w:r>
        <w:t>to purana khwab tha sare nabiyon ka ke hamein freedom mile to hum khul kar ke dawat ka kaam karen.</w:t>
      </w:r>
    </w:p>
    <w:p>
      <w:pPr>
        <w:jc w:val="right"/>
      </w:pPr>
      <w:r>
        <w:t>تو پرانا خواب تھا سارے نبیوں کا کہ ہمیں فریڈم ملے تو ہم کھل کر کے دعوت کا کام کریں۔</w:t>
      </w:r>
    </w:p>
    <w:p>
      <w:r>
        <w:rPr>
          <w:b/>
        </w:rPr>
        <w:t xml:space="preserve">[13:59] </w:t>
      </w:r>
      <w:r>
        <w:t>democracy mein woh cheez establish ho gayi ke democracy mein yeh hua ke har insaan ko freedom, har</w:t>
      </w:r>
    </w:p>
    <w:p>
      <w:pPr>
        <w:jc w:val="right"/>
      </w:pPr>
      <w:r>
        <w:t>ڈیموکریسی میں وہ چیز اسٹیبلش ہو گئی کہ ڈیموکریسی میں یہ ہوا کہ ہر انسان کو فریڈم، ہر</w:t>
      </w:r>
    </w:p>
    <w:p>
      <w:r>
        <w:rPr>
          <w:b/>
        </w:rPr>
        <w:t xml:space="preserve">[14:05] </w:t>
      </w:r>
      <w:r>
        <w:t>iska, har insaan ka absolute right hai.</w:t>
      </w:r>
    </w:p>
    <w:p>
      <w:pPr>
        <w:jc w:val="right"/>
      </w:pPr>
      <w:r>
        <w:t>اس کا، ہر انسان کا ایبسولیوٹ رائٹ ہے۔</w:t>
      </w:r>
    </w:p>
    <w:p>
      <w:r>
        <w:rPr>
          <w:b/>
        </w:rPr>
        <w:t xml:space="preserve">[14:12] </w:t>
      </w:r>
      <w:r>
        <w:t>democracy ke mutabiq freedom of choice har aadmi ka absolute right hai.</w:t>
      </w:r>
    </w:p>
    <w:p>
      <w:pPr>
        <w:jc w:val="right"/>
      </w:pPr>
      <w:r>
        <w:t>ڈیموکریسی کے مطابق فریڈم آف چوائس ہر آدمی کا ایبسولیوٹ رائٹ ہے۔</w:t>
      </w:r>
    </w:p>
    <w:p>
      <w:r>
        <w:rPr>
          <w:b/>
        </w:rPr>
        <w:t xml:space="preserve">[14:19] </w:t>
      </w:r>
      <w:r>
        <w:t>aap is ko khatam nahi kar sakte siwaye is ke ke aap violence karen, tashaddud karen.</w:t>
      </w:r>
    </w:p>
    <w:p>
      <w:pPr>
        <w:jc w:val="right"/>
      </w:pPr>
      <w:r>
        <w:t>آپ اس کو ختم نہیں کر سکتے سوائے اس کے کہ آپ وائیلنس کریں، تشدد کریں۔</w:t>
      </w:r>
    </w:p>
    <w:p>
      <w:r>
        <w:rPr>
          <w:b/>
        </w:rPr>
        <w:t xml:space="preserve">[14:25] </w:t>
      </w:r>
      <w:r>
        <w:t>to yeh bohat acha hai.</w:t>
      </w:r>
    </w:p>
    <w:p>
      <w:pPr>
        <w:jc w:val="right"/>
      </w:pPr>
      <w:r>
        <w:t>تو یہ بہت اچھا ہے۔</w:t>
      </w:r>
    </w:p>
    <w:p>
      <w:r>
        <w:rPr>
          <w:b/>
        </w:rPr>
        <w:t xml:space="preserve">[14:32] </w:t>
      </w:r>
      <w:r>
        <w:t>to ek angle se dekhne mein democracy hamare liye ek boon hai, b double o n boon, ek rehmat hai.</w:t>
      </w:r>
    </w:p>
    <w:p>
      <w:pPr>
        <w:jc w:val="right"/>
      </w:pPr>
      <w:r>
        <w:t>تو ایک اینگل سے دیکھنے میں ڈیموکریسی ہمارے لیے ایک بون ہے، بی ڈبل او این بون، ایک رحمت ہے۔</w:t>
      </w:r>
    </w:p>
    <w:p>
      <w:r>
        <w:rPr>
          <w:b/>
        </w:rPr>
        <w:t xml:space="preserve">[14:39] </w:t>
      </w:r>
      <w:r>
        <w:t>doosre angle se dekhne mein hamare liye ek problem hai.</w:t>
      </w:r>
    </w:p>
    <w:p>
      <w:pPr>
        <w:jc w:val="right"/>
      </w:pPr>
      <w:r>
        <w:t>دوسرے اینگل سے دیکھنے میں ہمارے لیے ایک پرابلم ہے۔</w:t>
      </w:r>
    </w:p>
    <w:p>
      <w:r>
        <w:rPr>
          <w:b/>
        </w:rPr>
        <w:t xml:space="preserve">[14:45] </w:t>
      </w:r>
      <w:r>
        <w:t>to walazruq fajir ka matlab hai ke cheezon ko negative angle se dekhna chhod do.</w:t>
      </w:r>
    </w:p>
    <w:p>
      <w:pPr>
        <w:jc w:val="right"/>
      </w:pPr>
      <w:r>
        <w:t>تو والرزق فاجر کا مطلب ہے کہ چیزوں کو نیگیٹیو اینگل سے دیکھنا چھوڑ دو۔</w:t>
      </w:r>
    </w:p>
    <w:p>
      <w:r>
        <w:rPr>
          <w:b/>
        </w:rPr>
        <w:t xml:space="preserve">[14:52] </w:t>
      </w:r>
      <w:r>
        <w:t>is ki ek misaal Quran mein yeh hai ke wa rafa'na 'alaika zikrak yeh Quran ki ek ayat hai.</w:t>
      </w:r>
    </w:p>
    <w:p>
      <w:pPr>
        <w:jc w:val="right"/>
      </w:pPr>
      <w:r>
        <w:t>اس کی ایک مثال قرآن میں یہ ہے کہ وَرَفَعْنَا عَلَيْكَ ذِكْرَكَ یہ قرآن کی ایک آیت ہے۔</w:t>
      </w:r>
    </w:p>
    <w:p>
      <w:r>
        <w:rPr>
          <w:b/>
        </w:rPr>
        <w:t xml:space="preserve">[14:59] </w:t>
      </w:r>
      <w:r>
        <w:t>yeh mamla yeh tha ke ke Makkah mein jab aap thay to aap ke khilaf propaganda ho raha</w:t>
      </w:r>
    </w:p>
    <w:p>
      <w:pPr>
        <w:jc w:val="right"/>
      </w:pPr>
      <w:r>
        <w:t>یہ معاملہ یہ تھا کہ کہ مکہ میں جب آپ تھے تو آپ کے خلاف پروپیگنڈا ہو رہا</w:t>
      </w:r>
    </w:p>
    <w:p>
      <w:r>
        <w:rPr>
          <w:b/>
        </w:rPr>
        <w:t xml:space="preserve">[15:05] </w:t>
      </w:r>
      <w:r>
        <w:t>tha, propaganda, kyunke wahan par jo log thay us waqt un ko woh woh shirk ko mante thay</w:t>
      </w:r>
    </w:p>
    <w:p>
      <w:pPr>
        <w:jc w:val="right"/>
      </w:pPr>
      <w:r>
        <w:t>تھا، پروپیگنڈا، کیونکہ وہاں پر جو لوگ تھے اس وقت ان کو وہ وہ شرک کو مانتے تھے</w:t>
      </w:r>
    </w:p>
    <w:p>
      <w:r>
        <w:rPr>
          <w:b/>
        </w:rPr>
        <w:t xml:space="preserve">[15:12] </w:t>
      </w:r>
      <w:r>
        <w:t>aur Rasool Allah toheed ki baat karte thay.</w:t>
      </w:r>
    </w:p>
    <w:p>
      <w:pPr>
        <w:jc w:val="right"/>
      </w:pPr>
      <w:r>
        <w:t>اور رسول اللہ توحید کی بات کرتے تھے۔</w:t>
      </w:r>
    </w:p>
    <w:p>
      <w:r>
        <w:rPr>
          <w:b/>
        </w:rPr>
        <w:t xml:space="preserve">[15:18] </w:t>
      </w:r>
      <w:r>
        <w:t>to unhon ne rasool Allah ke khilaaf tarah tarah ke propaganda shuru kiye karne.</w:t>
      </w:r>
    </w:p>
    <w:p>
      <w:pPr>
        <w:jc w:val="right"/>
      </w:pPr>
      <w:r>
        <w:t>تو انہوں نے رسول اللہ کے خلاف طرح طرح کے پروپیگنڈے شروع کیے کرنے۔</w:t>
      </w:r>
    </w:p>
    <w:p>
      <w:r>
        <w:rPr>
          <w:b/>
        </w:rPr>
        <w:t xml:space="preserve">[15:25] </w:t>
      </w:r>
      <w:r>
        <w:t>to propaganda ek negative cheez hai, yaani aap ke khilaaf logon ko bharkana.</w:t>
      </w:r>
    </w:p>
    <w:p>
      <w:pPr>
        <w:jc w:val="right"/>
      </w:pPr>
      <w:r>
        <w:t>تو پروپیگنڈا ایک نیگیٹیو چیز ہے، یعنی آپ کے خلاف لوگوں کو بھڑکانا۔</w:t>
      </w:r>
    </w:p>
    <w:p>
      <w:r>
        <w:rPr>
          <w:b/>
        </w:rPr>
        <w:t xml:space="preserve">[15:32] </w:t>
      </w:r>
      <w:r>
        <w:t>to yeh to negative baat hui.</w:t>
      </w:r>
    </w:p>
    <w:p>
      <w:pPr>
        <w:jc w:val="right"/>
      </w:pPr>
      <w:r>
        <w:t>تو یہ تو نیگیٹیو بات ہوئی۔</w:t>
      </w:r>
    </w:p>
    <w:p>
      <w:r>
        <w:rPr>
          <w:b/>
        </w:rPr>
        <w:t xml:space="preserve">[15:38] </w:t>
      </w:r>
      <w:r>
        <w:t>to Allah taala ne kaha ke is ko zaavie badal do, apna zaavia nazar is ko negative se</w:t>
      </w:r>
    </w:p>
    <w:p>
      <w:pPr>
        <w:jc w:val="right"/>
      </w:pPr>
      <w:r>
        <w:t>تو اللہ تعالی نے کہا کہ اس کو زاویے بدل دو، اپنا زاویہ نظر اس کو نیگیٹیو سے</w:t>
      </w:r>
    </w:p>
    <w:p>
      <w:r>
        <w:rPr>
          <w:b/>
        </w:rPr>
        <w:t xml:space="preserve">[15:45] </w:t>
      </w:r>
      <w:r>
        <w:t>negative sense mein lena chhod do, positive sense mein lo, yaani is ko publicity samjho.</w:t>
      </w:r>
    </w:p>
    <w:p>
      <w:pPr>
        <w:jc w:val="right"/>
      </w:pPr>
      <w:r>
        <w:t>نیگیٹیو سینس میں لینا چھوڑ دو، پازیٹیو سینس میں لو، یعنی اس کو پبلیسٹی سمجھو۔</w:t>
      </w:r>
    </w:p>
    <w:p>
      <w:r>
        <w:rPr>
          <w:b/>
        </w:rPr>
        <w:t xml:space="preserve">[15:52] </w:t>
      </w:r>
      <w:r>
        <w:t>wa rafa'na 'alayka zikraka ke ma'ni hain ke jis cheez ko tum samajhte ho ke yeh tumhare khilaaf propaganda</w:t>
      </w:r>
    </w:p>
    <w:p>
      <w:pPr>
        <w:jc w:val="right"/>
      </w:pPr>
      <w:r>
        <w:t>وَرَفَعْنَا عَلَيْكَ ذِكْرَكَ کے معنی ہیں کہ جس چیز کو تم سمجھتے ہو کہ یہ تمہارے خلاف پروپیگنڈا</w:t>
      </w:r>
    </w:p>
    <w:p>
      <w:r>
        <w:rPr>
          <w:b/>
        </w:rPr>
        <w:t xml:space="preserve">[15:58] </w:t>
      </w:r>
      <w:r>
        <w:t>hai, is ko tum publicity samjho ke tumhare logon ko bata rahe hain ke ek shakhs nikla hai,</w:t>
      </w:r>
    </w:p>
    <w:p>
      <w:pPr>
        <w:jc w:val="right"/>
      </w:pPr>
      <w:r>
        <w:t>ہے، اس کو تم پبلیسٹی سمجھو کہ تمہارے لوگوں کو بتا رہے ہیں کہ ایک شخص نکلا ہے،</w:t>
      </w:r>
    </w:p>
    <w:p>
      <w:r>
        <w:rPr>
          <w:b/>
        </w:rPr>
        <w:t xml:space="preserve">[16:05] </w:t>
      </w:r>
      <w:r>
        <w:t>paighambar kehta hai apne aap ko, woh toheed ki baat karta hai.</w:t>
      </w:r>
    </w:p>
    <w:p>
      <w:pPr>
        <w:jc w:val="right"/>
      </w:pPr>
      <w:r>
        <w:t>پیغمبر کہتا ہے اپنے آپ کو، وہ توحید کی بات کرتا ہے۔</w:t>
      </w:r>
    </w:p>
    <w:p>
      <w:r>
        <w:rPr>
          <w:b/>
        </w:rPr>
        <w:t xml:space="preserve">[16:11] </w:t>
      </w:r>
      <w:r>
        <w:t>yeh to publicity hai.</w:t>
      </w:r>
    </w:p>
    <w:p>
      <w:pPr>
        <w:jc w:val="right"/>
      </w:pPr>
      <w:r>
        <w:t>یہ تو پبلیسٹی ہے۔</w:t>
      </w:r>
    </w:p>
    <w:p>
      <w:r>
        <w:rPr>
          <w:b/>
        </w:rPr>
        <w:t xml:space="preserve">[16:18] </w:t>
      </w:r>
      <w:r>
        <w:t>logon ke andar spirit of inquiry paida hogi, tumhare paas aayenge, poochhenge ke aap ka mission kya hai.</w:t>
      </w:r>
    </w:p>
    <w:p>
      <w:pPr>
        <w:jc w:val="right"/>
      </w:pPr>
      <w:r>
        <w:t>لوگوں کے اندر اسپرٹ آف انکوائری پیدا ہوگی، تمہارے پاس آئیں گے، پوچھیں گے کہ آپ کا مشن کیا ہے۔</w:t>
      </w:r>
    </w:p>
    <w:p>
      <w:r>
        <w:rPr>
          <w:b/>
        </w:rPr>
        <w:t xml:space="preserve">[16:25] </w:t>
      </w:r>
      <w:r>
        <w:t>yaani free ki publicity.</w:t>
      </w:r>
    </w:p>
    <w:p>
      <w:pPr>
        <w:jc w:val="right"/>
      </w:pPr>
      <w:r>
        <w:t>یعنی فری کی پبلیسٹی۔</w:t>
      </w:r>
    </w:p>
    <w:p>
      <w:r>
        <w:rPr>
          <w:b/>
        </w:rPr>
        <w:t xml:space="preserve">[16:31] </w:t>
      </w:r>
      <w:r>
        <w:t>to wa rafa'na 'alayka zikraka ka matlab yeh hua ke jo kar rahe hain Makkah ke leader, is ko</w:t>
      </w:r>
    </w:p>
    <w:p>
      <w:pPr>
        <w:jc w:val="right"/>
      </w:pPr>
      <w:r>
        <w:t>تو وَرَفَعْنَا عَلَيْكَ ذِكْرَكَ کا مطلب یہ ہوا کہ جو کر رہے ہیں مکہ کے لیڈر، اس کو</w:t>
      </w:r>
    </w:p>
    <w:p>
      <w:r>
        <w:rPr>
          <w:b/>
        </w:rPr>
        <w:t xml:space="preserve">[16:38] </w:t>
      </w:r>
      <w:r>
        <w:t>negative sense mein mat lo, positive sense mein lo.</w:t>
      </w:r>
    </w:p>
    <w:p>
      <w:pPr>
        <w:jc w:val="right"/>
      </w:pPr>
      <w:r>
        <w:t>نیگیٹیو سینس میں مت لو، پازیٹیو سینس میں لو۔</w:t>
      </w:r>
    </w:p>
    <w:p>
      <w:r>
        <w:rPr>
          <w:b/>
        </w:rPr>
        <w:t xml:space="preserve">[16:45] </w:t>
      </w:r>
      <w:r>
        <w:t>propaganda mat samjho, is ko publicity samjho.</w:t>
      </w:r>
    </w:p>
    <w:p>
      <w:pPr>
        <w:jc w:val="right"/>
      </w:pPr>
      <w:r>
        <w:t>پروپیگنڈا مت سمجھو، اس کو پبلیسٹی سمجھو۔</w:t>
      </w:r>
    </w:p>
    <w:p>
      <w:r>
        <w:rPr>
          <w:b/>
        </w:rPr>
        <w:t xml:space="preserve">[16:51] </w:t>
      </w:r>
      <w:r>
        <w:t>yeh dawat ka bohat hi ahem principle hai.</w:t>
      </w:r>
    </w:p>
    <w:p>
      <w:pPr>
        <w:jc w:val="right"/>
      </w:pPr>
      <w:r>
        <w:t>یہ دعوت کا بہت ہی اہم پرنسپل ہے۔</w:t>
      </w:r>
    </w:p>
    <w:p>
      <w:r>
        <w:rPr>
          <w:b/>
        </w:rPr>
        <w:t xml:space="preserve">[16:58] </w:t>
      </w:r>
      <w:r>
        <w:t>yeh dawat ka jo mission hai, dawat ke mission ka bohat hi basic principle hai.</w:t>
      </w:r>
    </w:p>
    <w:p>
      <w:pPr>
        <w:jc w:val="right"/>
      </w:pPr>
      <w:r>
        <w:t>یہ دعوت کا جو مشن ہے، دعوت کے مشن کا بہت ہی بیسک پرنسپل ہے۔</w:t>
      </w:r>
    </w:p>
    <w:p>
      <w:r>
        <w:rPr>
          <w:b/>
        </w:rPr>
        <w:t xml:space="preserve">[17:04] </w:t>
      </w:r>
      <w:r>
        <w:t>is ke baghair dawat ka kaam ho nahin sakta.</w:t>
      </w:r>
    </w:p>
    <w:p>
      <w:pPr>
        <w:jc w:val="right"/>
      </w:pPr>
      <w:r>
        <w:t>اس کے بغیر دعوت کا کام ہو نہیں سکتا۔</w:t>
      </w:r>
    </w:p>
    <w:p>
      <w:r>
        <w:rPr>
          <w:b/>
        </w:rPr>
        <w:t xml:space="preserve">[17:11] </w:t>
      </w:r>
      <w:r>
        <w:t>misal ke taur par dekhiye, hamare ek saathi jo mission mein jude hue hain, woh kaam kar rahe the.</w:t>
      </w:r>
    </w:p>
    <w:p>
      <w:pPr>
        <w:jc w:val="right"/>
      </w:pPr>
      <w:r>
        <w:t>مثلاً دیکھیے، ہمارے ایک ساتھی جو مشن میں جڑے ہوئے ہیں، وہ کام کر رہے تھے۔</w:t>
      </w:r>
    </w:p>
    <w:p>
      <w:r>
        <w:rPr>
          <w:b/>
        </w:rPr>
        <w:t xml:space="preserve">[17:18] </w:t>
      </w:r>
      <w:r>
        <w:t>to mission ke ek aadmi ne un se kuch poocha, ya un ke tehat jo log kaam kar</w:t>
      </w:r>
    </w:p>
    <w:p>
      <w:pPr>
        <w:jc w:val="right"/>
      </w:pPr>
      <w:r>
        <w:t>تو مشن کے ایک آدمی نے ان سے کچھ پوچھا، یا ان کے تحت جو لوگ کام کر</w:t>
      </w:r>
    </w:p>
    <w:p>
      <w:r>
        <w:rPr>
          <w:b/>
        </w:rPr>
        <w:t xml:space="preserve">[17:24] </w:t>
      </w:r>
      <w:r>
        <w:t>rahe the, un se kuch poocha.</w:t>
      </w:r>
    </w:p>
    <w:p>
      <w:pPr>
        <w:jc w:val="right"/>
      </w:pPr>
      <w:r>
        <w:t>رہے تھے، ان سے کچھ پوچھا۔</w:t>
      </w:r>
    </w:p>
    <w:p>
      <w:r>
        <w:rPr>
          <w:b/>
        </w:rPr>
        <w:t xml:space="preserve">[17:31] </w:t>
      </w:r>
      <w:r>
        <w:t>آپ اس پر وافرڈ ہو گئے، انہوں نے کہا کہ میرے کام میں interfere کیا کیا جا رہا ہے۔</w:t>
      </w:r>
    </w:p>
    <w:p>
      <w:pPr>
        <w:jc w:val="right"/>
      </w:pPr>
      <w:r>
        <w:t>آپ اس پر وافرڈ ہو گئے، انہوں نے کہا کہ میرے کام میں انٹرفیئر کیا کیا جا رہا ہے۔</w:t>
      </w:r>
    </w:p>
    <w:p>
      <w:r>
        <w:rPr>
          <w:b/>
        </w:rPr>
        <w:t xml:space="preserve">[17:38] </w:t>
      </w:r>
      <w:r>
        <w:t>unhon ne jab poocha to is ko interference samajh liya, haalankeh woh samajhte hain ke yeh pooch rahe hain.</w:t>
      </w:r>
    </w:p>
    <w:p>
      <w:pPr>
        <w:jc w:val="right"/>
      </w:pPr>
      <w:r>
        <w:t>انہوں نے جب پوچھا تو اس کو انٹرفیرنس سمجھ لیا، حالانکہ وہ سمجھتے ہیں کہ یہ پوچھ رہے ہیں۔</w:t>
      </w:r>
    </w:p>
    <w:p>
      <w:r>
        <w:rPr>
          <w:b/>
        </w:rPr>
        <w:t xml:space="preserve">[17:44] </w:t>
      </w:r>
      <w:r>
        <w:t>theek hai, poochhen, un ko koi ho sakta hai ke un ke paas koi achhi advice ho.</w:t>
      </w:r>
    </w:p>
    <w:p>
      <w:pPr>
        <w:jc w:val="right"/>
      </w:pPr>
      <w:r>
        <w:t>ٹھیک ہے، پوچھیں، ان کو کوئی ہو سکتا ہے کہ ان کے پاس کوئی اچھی ایڈوائس ہو۔</w:t>
      </w:r>
    </w:p>
    <w:p>
      <w:r>
        <w:rPr>
          <w:b/>
        </w:rPr>
        <w:t xml:space="preserve">[17:51] </w:t>
      </w:r>
      <w:r>
        <w:t>to un ke poochne ko agar aap samjhen ke ek positive sense mein woh inquiry kar rahe hain,</w:t>
      </w:r>
    </w:p>
    <w:p>
      <w:pPr>
        <w:jc w:val="right"/>
      </w:pPr>
      <w:r>
        <w:t>تو ان کے پوچھنے کو اگر آپ سمجھیں کہ ایک پازیٹیو سینس میں وہ انکوائری کر رہے ہیں،</w:t>
      </w:r>
    </w:p>
    <w:p>
      <w:r>
        <w:rPr>
          <w:b/>
        </w:rPr>
        <w:t xml:space="preserve">[17:58] </w:t>
      </w:r>
      <w:r>
        <w:t>to aap afraid na hote.</w:t>
      </w:r>
    </w:p>
    <w:p>
      <w:pPr>
        <w:jc w:val="right"/>
      </w:pPr>
      <w:r>
        <w:t>تو آپ افریڈ نہ ہوتے۔</w:t>
      </w:r>
    </w:p>
    <w:p>
      <w:r>
        <w:rPr>
          <w:b/>
        </w:rPr>
        <w:t xml:space="preserve">[18:04] </w:t>
      </w:r>
      <w:r>
        <w:t>lekin aap jab aap ne samjha ke interfere kar rahe hain, to aap afraid ho gaye.</w:t>
      </w:r>
    </w:p>
    <w:p>
      <w:pPr>
        <w:jc w:val="right"/>
      </w:pPr>
      <w:r>
        <w:t>لیکن آپ جب آپ نے سمجھا کہ انٹرفیئر کر رہے ہیں، تو آپ افریڈ ہو گئے۔</w:t>
      </w:r>
    </w:p>
    <w:p>
      <w:r>
        <w:rPr>
          <w:b/>
        </w:rPr>
        <w:t xml:space="preserve">[18:11] </w:t>
      </w:r>
      <w:r>
        <w:t>yeh poori tareekh kisi kisi mein yahi hua hai ke cheezon ko right angle se na liya lena,</w:t>
      </w:r>
    </w:p>
    <w:p>
      <w:pPr>
        <w:jc w:val="right"/>
      </w:pPr>
      <w:r>
        <w:t>یہ پوری تاریخ کسی کسی میں یہی ہوا ہے کہ چیزوں کو رائٹ اینگل سے نہ لیا لینا،</w:t>
      </w:r>
    </w:p>
    <w:p>
      <w:r>
        <w:rPr>
          <w:b/>
        </w:rPr>
        <w:t xml:space="preserve">[18:17] </w:t>
      </w:r>
      <w:r>
        <w:t>negative angle se laina.</w:t>
      </w:r>
    </w:p>
    <w:p>
      <w:pPr>
        <w:jc w:val="right"/>
      </w:pPr>
      <w:r>
        <w:t>نیگیٹیو اینگل سے لینا۔</w:t>
      </w:r>
    </w:p>
    <w:p>
      <w:r>
        <w:rPr>
          <w:b/>
        </w:rPr>
        <w:t xml:space="preserve">[18:24] </w:t>
      </w:r>
      <w:r>
        <w:t>mein bohat se waqiat aap ko bata sakta hoon tareekh ke, lekin uss waqt tareekh ke mein nahi ja raha.</w:t>
      </w:r>
    </w:p>
    <w:p>
      <w:pPr>
        <w:jc w:val="right"/>
      </w:pPr>
      <w:r>
        <w:t>میں بہت سے واقعات آپ کو بتا سکتا ہوں تاریخ کے، لیکن اس وقت تاریخ کے میں نہیں جا رہا۔</w:t>
      </w:r>
    </w:p>
    <w:p>
      <w:r>
        <w:rPr>
          <w:b/>
        </w:rPr>
        <w:t xml:space="preserve">[18:31] </w:t>
      </w:r>
      <w:r>
        <w:t>mujhe mujhe Islam ke baray mein dawat Allah ke baray mein batana hai.</w:t>
      </w:r>
    </w:p>
    <w:p>
      <w:pPr>
        <w:jc w:val="right"/>
      </w:pPr>
      <w:r>
        <w:t>مجھے مجھے اسلام کے بارے میں دعوت اللہ کے بارے میں بتانا ہے۔</w:t>
      </w:r>
    </w:p>
    <w:p>
      <w:r>
        <w:rPr>
          <w:b/>
        </w:rPr>
        <w:t xml:space="preserve">[18:37] </w:t>
      </w:r>
      <w:r>
        <w:t>toh hum jo mission chala rahe hain, iss mission mein har lamha aisa hoga, har din aisa hoga</w:t>
      </w:r>
    </w:p>
    <w:p>
      <w:pPr>
        <w:jc w:val="right"/>
      </w:pPr>
      <w:r>
        <w:t>تو ہم جو مشن چلا رہے ہیں، اس مشن میں ہر لمحہ ایسا ہوگا، ہر دن ایسا ہوگا</w:t>
      </w:r>
    </w:p>
    <w:p>
      <w:r>
        <w:rPr>
          <w:b/>
        </w:rPr>
        <w:t xml:space="preserve">[18:44] </w:t>
      </w:r>
      <w:r>
        <w:t>ke koi waqia pesh ayega.</w:t>
      </w:r>
    </w:p>
    <w:p>
      <w:pPr>
        <w:jc w:val="right"/>
      </w:pPr>
      <w:r>
        <w:t>کہ کوئی واقعہ پیش آئے گا۔</w:t>
      </w:r>
    </w:p>
    <w:p>
      <w:r>
        <w:rPr>
          <w:b/>
        </w:rPr>
        <w:t xml:space="preserve">[18:51] </w:t>
      </w:r>
      <w:r>
        <w:t>aap ke liye do choice honge: ya toh uss ko positive sense mein lein, ya negative sense mein lein.</w:t>
      </w:r>
    </w:p>
    <w:p>
      <w:pPr>
        <w:jc w:val="right"/>
      </w:pPr>
      <w:r>
        <w:t>آپ کے لیے دو چوائس ہوں گے: یا تو اس کو پازیٹیو سینس میں لیں، یا نیگیٹیو سینس میں لیں۔</w:t>
      </w:r>
    </w:p>
    <w:p>
      <w:r>
        <w:rPr>
          <w:b/>
        </w:rPr>
        <w:t xml:space="preserve">[18:57] </w:t>
      </w:r>
      <w:r>
        <w:t>jaise kal ek naujawan mujh se mile, kal ki baat hai, un ki shadi abhi nahi hui hai,</w:t>
      </w:r>
    </w:p>
    <w:p>
      <w:pPr>
        <w:jc w:val="right"/>
      </w:pPr>
      <w:r>
        <w:t>جیسے کل ایک نوجوان مجھ سے ملے، کل کی بات ہے، ان کی شادی ابھی نہیں ہوئی ہے،</w:t>
      </w:r>
    </w:p>
    <w:p>
      <w:r>
        <w:rPr>
          <w:b/>
        </w:rPr>
        <w:t xml:space="preserve">[19:04] </w:t>
      </w:r>
      <w:r>
        <w:t>ab woh shadi karne ja rahe hain.</w:t>
      </w:r>
    </w:p>
    <w:p>
      <w:pPr>
        <w:jc w:val="right"/>
      </w:pPr>
      <w:r>
        <w:t>اب وہ شادی کرنے جا رہے ہیں۔</w:t>
      </w:r>
    </w:p>
    <w:p>
      <w:r>
        <w:rPr>
          <w:b/>
        </w:rPr>
        <w:t xml:space="preserve">[19:10] </w:t>
      </w:r>
      <w:r>
        <w:t>toh uss ke baray mein baat hui ke jab biwi hamari kisi baat par hum se ikhtilaf kare</w:t>
      </w:r>
    </w:p>
    <w:p>
      <w:pPr>
        <w:jc w:val="right"/>
      </w:pPr>
      <w:r>
        <w:t>تو اس کے بارے میں بات ہوئی کہ جب بیوی ہماری کسی بات پر ہم سے اختلاف کرے</w:t>
      </w:r>
    </w:p>
    <w:p>
      <w:r>
        <w:rPr>
          <w:b/>
        </w:rPr>
        <w:t xml:space="preserve">[19:17] </w:t>
      </w:r>
      <w:r>
        <w:t>toh hum kya karein? kyunke aksar differences ate hain, shadi ke baad differences ate hain.</w:t>
      </w:r>
    </w:p>
    <w:p>
      <w:pPr>
        <w:jc w:val="right"/>
      </w:pPr>
      <w:r>
        <w:t>تو ہم کیا کریں؟ کیونکہ اکثر ڈیفرنسز آتے ہیں، شادی کے بعد ڈیفرنسز آتے ہیں۔</w:t>
      </w:r>
    </w:p>
    <w:p>
      <w:r>
        <w:rPr>
          <w:b/>
        </w:rPr>
        <w:t xml:space="preserve">[19:24] </w:t>
      </w:r>
      <w:r>
        <w:t>toh un ke zehan mein yeh tha ke difference jo shadi mein ke baad jo aurtein ikhtilaf karti</w:t>
      </w:r>
    </w:p>
    <w:p>
      <w:pPr>
        <w:jc w:val="right"/>
      </w:pPr>
      <w:r>
        <w:t>تو ان کے ذہن میں یہ تھا کہ ڈیفرنس جو شادی میں کے بعد جو عورتیں اختلاف کرتی</w:t>
      </w:r>
    </w:p>
    <w:p>
      <w:r>
        <w:rPr>
          <w:b/>
        </w:rPr>
        <w:t xml:space="preserve">[19:30] </w:t>
      </w:r>
      <w:r>
        <w:t>hain, woh ek negative phenomena hai.</w:t>
      </w:r>
    </w:p>
    <w:p>
      <w:pPr>
        <w:jc w:val="right"/>
      </w:pPr>
      <w:r>
        <w:t>ہیں، وہ ایک نیگیٹیو فیناومینا ہے۔</w:t>
      </w:r>
    </w:p>
    <w:p>
      <w:r>
        <w:rPr>
          <w:b/>
        </w:rPr>
        <w:t xml:space="preserve">[19:37] </w:t>
      </w:r>
      <w:r>
        <w:t>maine kaha iss ko aap aap point of discuss bana dijiye.</w:t>
      </w:r>
    </w:p>
    <w:p>
      <w:pPr>
        <w:jc w:val="right"/>
      </w:pPr>
      <w:r>
        <w:t>میں نے کہا اس کو آپ آپ پوائنٹ آف ڈسکس بنا دیجئے۔</w:t>
      </w:r>
    </w:p>
    <w:p>
      <w:r>
        <w:rPr>
          <w:b/>
        </w:rPr>
        <w:t xml:space="preserve">[19:44] </w:t>
      </w:r>
      <w:r>
        <w:t>aap ki biwi kisi baat par aap ko ikhtilaf karti hai toh uss ko kyun aap negative sense</w:t>
      </w:r>
    </w:p>
    <w:p>
      <w:pPr>
        <w:jc w:val="right"/>
      </w:pPr>
      <w:r>
        <w:t>آپ کی بیوی کسی بات پر آپ کو اختلاف کرتی ہے تو اس کو کیوں آپ نیگیٹیو سینس</w:t>
      </w:r>
    </w:p>
    <w:p>
      <w:r>
        <w:rPr>
          <w:b/>
        </w:rPr>
        <w:t xml:space="preserve">[19:50] </w:t>
      </w:r>
      <w:r>
        <w:t>mein le rahe hain? uss ko aap negative sense mein, uss ko aap point of discuss bana dijiye.</w:t>
      </w:r>
    </w:p>
    <w:p>
      <w:pPr>
        <w:jc w:val="right"/>
      </w:pPr>
      <w:r>
        <w:t>میں لے رہے ہیں؟ اس کو آپ نیگیٹیو سینس میں، اس کو آپ پوائنٹ آف ڈسکس بنا دیجئے۔</w:t>
      </w:r>
    </w:p>
    <w:p>
      <w:r>
        <w:rPr>
          <w:b/>
        </w:rPr>
        <w:t xml:space="preserve">[19:57] </w:t>
      </w:r>
      <w:r>
        <w:t>woh apne argument de dega, aap apne argument de denge, dono ko faida hoga iss se.</w:t>
      </w:r>
    </w:p>
    <w:p>
      <w:pPr>
        <w:jc w:val="right"/>
      </w:pPr>
      <w:r>
        <w:t>وہ اپنے آرگیومنٹ دے دے گا، آپ اپنے آرگیومنٹ دے دیں گے، دونوں کو فائدہ ہوگا اس سے۔</w:t>
      </w:r>
    </w:p>
    <w:p>
      <w:r>
        <w:rPr>
          <w:b/>
        </w:rPr>
        <w:t xml:space="preserve">[20:03] </w:t>
      </w:r>
      <w:r>
        <w:t>toh chahe family life ho, social life ho, national life ho, yahan tak ke international life ho, har</w:t>
      </w:r>
    </w:p>
    <w:p>
      <w:pPr>
        <w:jc w:val="right"/>
      </w:pPr>
      <w:r>
        <w:t>تو چاہے فیملی لائف ہو، سوشل لائف ہو، نیشنل لائف ہو، یہاں تک کہ انٹرنیشنل لائف ہو، ہر</w:t>
      </w:r>
    </w:p>
    <w:p>
      <w:r>
        <w:rPr>
          <w:b/>
        </w:rPr>
        <w:t xml:space="preserve">[20:10] </w:t>
      </w:r>
      <w:r>
        <w:t>roz yeh mauqa hai ke wahan par aisi baat pesh aaye jis mein aap ke liye do option hon.</w:t>
      </w:r>
    </w:p>
    <w:p>
      <w:pPr>
        <w:jc w:val="right"/>
      </w:pPr>
      <w:r>
        <w:t>روز یہ موقع ہے کہ وہاں پر ایسی بات پیش آئے جس میں آپ کے لیے دو آپشن ہوں۔</w:t>
      </w:r>
    </w:p>
    <w:p>
      <w:r>
        <w:rPr>
          <w:b/>
        </w:rPr>
        <w:t xml:space="preserve">[20:17] </w:t>
      </w:r>
      <w:r>
        <w:t>do option: ya toh uss ko negative negative sense mein lein, ya positive sense mein lein.</w:t>
      </w:r>
    </w:p>
    <w:p>
      <w:pPr>
        <w:jc w:val="right"/>
      </w:pPr>
      <w:r>
        <w:t>دو آپشن: یا تو اس کو نیگیٹیو نیگیٹیو سینس میں لیں، یا پازیٹیو سینس میں لیں۔</w:t>
      </w:r>
    </w:p>
    <w:p>
      <w:r>
        <w:rPr>
          <w:b/>
        </w:rPr>
        <w:t xml:space="preserve">[20:23] </w:t>
      </w:r>
      <w:r>
        <w:t>jaise maine iss se pehle aap ko qissa bataya tha ke America ke airport par jo utarte</w:t>
      </w:r>
    </w:p>
    <w:p>
      <w:pPr>
        <w:jc w:val="right"/>
      </w:pPr>
      <w:r>
        <w:t>جیسے میں نے اس سے پہلے آپ کو قصہ بتایا تھا کہ امریکہ کے ایئرپورٹ پر جو اترتے</w:t>
      </w:r>
    </w:p>
    <w:p>
      <w:r>
        <w:rPr>
          <w:b/>
        </w:rPr>
        <w:t xml:space="preserve">[20:30] </w:t>
      </w:r>
      <w:r>
        <w:t>hain, jo log toh un ko woh karte hain, woh jaanch jaanch karte hain.</w:t>
      </w:r>
    </w:p>
    <w:p>
      <w:pPr>
        <w:jc w:val="right"/>
      </w:pPr>
      <w:r>
        <w:t>ہیں، جو لوگ تو ان کو وہ کرتے ہیں، وہ جانچ جانچ کرتے ہیں۔</w:t>
      </w:r>
    </w:p>
    <w:p>
      <w:r>
        <w:rPr>
          <w:b/>
        </w:rPr>
        <w:t xml:space="preserve">[20:37] </w:t>
      </w:r>
      <w:r>
        <w:t>iss mein joota woh utarwate hain kyunke joote mein kuch aap chupa sakta hai aadmi.</w:t>
      </w:r>
    </w:p>
    <w:p>
      <w:pPr>
        <w:jc w:val="right"/>
      </w:pPr>
      <w:r>
        <w:t>اس میں جوتا وہ اترواتے ہیں کیونکہ جوتے میں کچھ آپ چھپا سکتا ہے آدمی۔</w:t>
      </w:r>
    </w:p>
    <w:p>
      <w:r>
        <w:rPr>
          <w:b/>
        </w:rPr>
        <w:t xml:space="preserve">[20:43] </w:t>
      </w:r>
      <w:r>
        <w:t>toh hamare India ke ek sahib gaye, woh ek well known aadmi the, un ko joota utarwaya.</w:t>
      </w:r>
    </w:p>
    <w:p>
      <w:pPr>
        <w:jc w:val="right"/>
      </w:pPr>
      <w:r>
        <w:t>تو ہمارے انڈیا کے ایک صاحب گئے، وہ ایک ویل نون آدمی تھے، ان کو جوتا اتروایا۔</w:t>
      </w:r>
    </w:p>
    <w:p>
      <w:r>
        <w:rPr>
          <w:b/>
        </w:rPr>
        <w:t xml:space="preserve">[20:50] </w:t>
      </w:r>
      <w:r>
        <w:t>ab yahan aa ke bataya unhone, ab media ne uss ko tamasha bana diya.</w:t>
      </w:r>
    </w:p>
    <w:p>
      <w:pPr>
        <w:jc w:val="right"/>
      </w:pPr>
      <w:r>
        <w:t>اب یہاں آ کے بتایا انہوں نے، اب میڈیا نے اس کو تماشہ بنا دیا۔</w:t>
      </w:r>
    </w:p>
    <w:p>
      <w:r>
        <w:rPr>
          <w:b/>
        </w:rPr>
        <w:t xml:space="preserve">[20:57] </w:t>
      </w:r>
      <w:r>
        <w:t>ab yeh hua ke humein amreeka india ke khilaaf hai, amreeka india ko zaleel karne ki koshish karta hai.</w:t>
      </w:r>
    </w:p>
    <w:p>
      <w:pPr>
        <w:jc w:val="right"/>
      </w:pPr>
      <w:r>
        <w:t>اب یہ ہوا کہ ہمیں امریکہ انڈیا کے خلاف ہے، امریکہ انڈیا کو ذلیل کرنے کی کوشش کرتا ہے۔</w:t>
      </w:r>
    </w:p>
    <w:p>
      <w:r>
        <w:rPr>
          <w:b/>
        </w:rPr>
        <w:t xml:space="preserve">[21:03] </w:t>
      </w:r>
      <w:r>
        <w:t>jab mein gaya, mujh se bhi kaha joota utaarne ke liye, mein ne jaldi joota utaar diya, utaar diya.</w:t>
      </w:r>
    </w:p>
    <w:p>
      <w:pPr>
        <w:jc w:val="right"/>
      </w:pPr>
      <w:r>
        <w:t>جب میں گیا، مجھ سے بھی کہا جوتا اتارنے کے لیے، میں نے جلدی جوتا اتار دیا، اتار دیا۔</w:t>
      </w:r>
    </w:p>
    <w:p>
      <w:r>
        <w:rPr>
          <w:b/>
        </w:rPr>
        <w:t xml:space="preserve">[21:10] </w:t>
      </w:r>
      <w:r>
        <w:t>ek utara mein ne to mein ne kaha ke doosra utaar doon.</w:t>
      </w:r>
    </w:p>
    <w:p>
      <w:pPr>
        <w:jc w:val="right"/>
      </w:pPr>
      <w:r>
        <w:t>ایک اتارا میں نے تو میں نے کہا کہ دوسرا اتار دوں۔</w:t>
      </w:r>
    </w:p>
    <w:p>
      <w:r>
        <w:rPr>
          <w:b/>
        </w:rPr>
        <w:t xml:space="preserve">[21:16] </w:t>
      </w:r>
      <w:r>
        <w:t>kehne lage okay, okay.</w:t>
      </w:r>
    </w:p>
    <w:p>
      <w:pPr>
        <w:jc w:val="right"/>
      </w:pPr>
      <w:r>
        <w:t>کہنے لگے اوکے، اوکے۔</w:t>
      </w:r>
    </w:p>
    <w:p>
      <w:r>
        <w:rPr>
          <w:b/>
        </w:rPr>
        <w:t xml:space="preserve">[21:23] </w:t>
      </w:r>
      <w:r>
        <w:t>to unhon ne liya is ko dis respect maani mein, joota utaarne ko unhon ne liya dis respect maani mein.</w:t>
      </w:r>
    </w:p>
    <w:p>
      <w:pPr>
        <w:jc w:val="right"/>
      </w:pPr>
      <w:r>
        <w:t>تو انہوں نے لیا اس کو ڈس ریسپیکٹ معنی میں، جوتا اتارنے کو انہوں نے لیا ڈس ریسپیکٹ معنی میں۔</w:t>
      </w:r>
    </w:p>
    <w:p>
      <w:r>
        <w:rPr>
          <w:b/>
        </w:rPr>
        <w:t xml:space="preserve">[21:30] </w:t>
      </w:r>
      <w:r>
        <w:t>ab mein ne liya is ko is liye ke security ka masla hai, woh jaanch jaanchne ka haq</w:t>
      </w:r>
    </w:p>
    <w:p>
      <w:pPr>
        <w:jc w:val="right"/>
      </w:pPr>
      <w:r>
        <w:t>اب میں نے لیا اس کو اس لیے کہ سیکیورٹی کا مسئلہ ہے، وہ جانچ جانچنے کا حق</w:t>
      </w:r>
    </w:p>
    <w:p>
      <w:r>
        <w:rPr>
          <w:b/>
        </w:rPr>
        <w:t xml:space="preserve">[21:36] </w:t>
      </w:r>
      <w:r>
        <w:t>hai, un ko jaanch jaancha hai.</w:t>
      </w:r>
    </w:p>
    <w:p>
      <w:pPr>
        <w:jc w:val="right"/>
      </w:pPr>
      <w:r>
        <w:t>ہے، ان کو جانچ جانچا ہے۔</w:t>
      </w:r>
    </w:p>
    <w:p>
      <w:r>
        <w:rPr>
          <w:b/>
        </w:rPr>
        <w:t xml:space="preserve">[21:43] </w:t>
      </w:r>
      <w:r>
        <w:t>woh to kuch log aise hote hain, chahe mein waisa nahi hoon, lekin mere peshani pe likha hua</w:t>
      </w:r>
    </w:p>
    <w:p>
      <w:pPr>
        <w:jc w:val="right"/>
      </w:pPr>
      <w:r>
        <w:t>وہ تو کچھ لوگ ایسے ہوتے ہیں، چاہے میں ویسا نہیں ہوں، لیکن میرے پیشانی پہ لکھا ہوا</w:t>
      </w:r>
    </w:p>
    <w:p>
      <w:r>
        <w:rPr>
          <w:b/>
        </w:rPr>
        <w:t xml:space="preserve">[21:50] </w:t>
      </w:r>
      <w:r>
        <w:t>hota hai nahi jo joote mein koi cheez aisi chupa ke laate hain, ghalat ghalat cheez.</w:t>
      </w:r>
    </w:p>
    <w:p>
      <w:pPr>
        <w:jc w:val="right"/>
      </w:pPr>
      <w:r>
        <w:t>ہوتا ہے نہیں جو جوتے میں کوئی چیز ایسی چھپا کے لاتے ہیں، غلط غلط چیز۔</w:t>
      </w:r>
    </w:p>
    <w:p>
      <w:r>
        <w:rPr>
          <w:b/>
        </w:rPr>
        <w:t xml:space="preserve">[21:56] </w:t>
      </w:r>
      <w:r>
        <w:t>to security ke reason se woh aap ko bhi jaanchen ge jaise doosron ko jaantay hain.</w:t>
      </w:r>
    </w:p>
    <w:p>
      <w:pPr>
        <w:jc w:val="right"/>
      </w:pPr>
      <w:r>
        <w:t>تو سیکیورٹی کے ریزن سے وہ آپ کو بھی جانچیں گے جیسے دوسروں کو جانچتے ہیں۔</w:t>
      </w:r>
    </w:p>
    <w:p>
      <w:r>
        <w:rPr>
          <w:b/>
        </w:rPr>
        <w:t xml:space="preserve">[22:03] </w:t>
      </w:r>
      <w:r>
        <w:t>to mujhe kuch nahi hua.</w:t>
      </w:r>
    </w:p>
    <w:p>
      <w:pPr>
        <w:jc w:val="right"/>
      </w:pPr>
      <w:r>
        <w:t>تو مجھے کچھ نہیں ہوا۔</w:t>
      </w:r>
    </w:p>
    <w:p>
      <w:r>
        <w:rPr>
          <w:b/>
        </w:rPr>
        <w:t xml:space="preserve">[22:09] </w:t>
      </w:r>
      <w:r>
        <w:t>to jis ne dekha is ko ghalat angle se, woh ghussa ho gaya.</w:t>
      </w:r>
    </w:p>
    <w:p>
      <w:pPr>
        <w:jc w:val="right"/>
      </w:pPr>
      <w:r>
        <w:t>تو جس نے دیکھا اس کو غلط اینگل سے، وہ غصہ ہو گیا۔</w:t>
      </w:r>
    </w:p>
    <w:p>
      <w:r>
        <w:rPr>
          <w:b/>
        </w:rPr>
        <w:t xml:space="preserve">[22:16] </w:t>
      </w:r>
      <w:r>
        <w:t>mein is ko dekha right angle se to mujhe koi ghussa nahi hua, mein is ko bilkul usual samajh.</w:t>
      </w:r>
    </w:p>
    <w:p>
      <w:pPr>
        <w:jc w:val="right"/>
      </w:pPr>
      <w:r>
        <w:t>میں اس کو دیکھا رائٹ اینگل سے تو مجھے کوئی غصہ نہیں ہوا، میں اس کو بالکل یوزول سمجھا۔</w:t>
      </w:r>
    </w:p>
    <w:p>
      <w:r>
        <w:rPr>
          <w:b/>
        </w:rPr>
        <w:t xml:space="preserve">[22:23] </w:t>
      </w:r>
      <w:r>
        <w:t>to har lamha saari duniya mein yeh ho raha hai ke koi ziyada tar to lete hain log</w:t>
      </w:r>
    </w:p>
    <w:p>
      <w:pPr>
        <w:jc w:val="right"/>
      </w:pPr>
      <w:r>
        <w:t>تو ہر لمحہ ساری دنیا میں یہ ہو رہا ہے کہ کوئی زیادہ تر تو لیتے ہیں لوگ</w:t>
      </w:r>
    </w:p>
    <w:p>
      <w:r>
        <w:rPr>
          <w:b/>
        </w:rPr>
        <w:t xml:space="preserve">[22:29] </w:t>
      </w:r>
      <w:r>
        <w:t>wrong angle se, lekin agar aap right angle se dekha to koi masla nahi paida hoga.</w:t>
      </w:r>
    </w:p>
    <w:p>
      <w:pPr>
        <w:jc w:val="right"/>
      </w:pPr>
      <w:r>
        <w:t>رنگ اینگل سے، لیکن اگر آپ رائٹ اینگل سے دیکھا تو کوئی مسئلہ نہیں پیدا ہوگا۔</w:t>
      </w:r>
    </w:p>
    <w:p>
      <w:r>
        <w:rPr>
          <w:b/>
        </w:rPr>
        <w:t xml:space="preserve">[22:36] </w:t>
      </w:r>
      <w:r>
        <w:t>to achi family ke liye, achi society ke liye, achay international taluqaat ke liye jo basic cheez hai,</w:t>
      </w:r>
    </w:p>
    <w:p>
      <w:pPr>
        <w:jc w:val="right"/>
      </w:pPr>
      <w:r>
        <w:t>تو اچھی فیملی کے لیے، اچھی سوسائٹی کے لیے، اچھے انٹرنیشنل تعلقات کے لیے جو بیسک چیز ہے،</w:t>
      </w:r>
    </w:p>
    <w:p>
      <w:r>
        <w:rPr>
          <w:b/>
        </w:rPr>
        <w:t xml:space="preserve">[22:43] </w:t>
      </w:r>
      <w:r>
        <w:t>basic cheez ke aap cheezon ko right angle se lena jaanen, wrong angle se na na len cheezon</w:t>
      </w:r>
    </w:p>
    <w:p>
      <w:pPr>
        <w:jc w:val="right"/>
      </w:pPr>
      <w:r>
        <w:t>بیسک چیز کہ آپ چیزوں کو رائٹ اینگل سے لینا جانیں، رنگ اینگل سے نہ نہ لیں چیزوں</w:t>
      </w:r>
    </w:p>
    <w:p>
      <w:r>
        <w:rPr>
          <w:b/>
        </w:rPr>
        <w:t xml:space="preserve">[22:49] </w:t>
      </w:r>
      <w:r>
        <w:t>ko, yeh basic cheez hai.</w:t>
      </w:r>
    </w:p>
    <w:p>
      <w:pPr>
        <w:jc w:val="right"/>
      </w:pPr>
      <w:r>
        <w:t>کو، یہ بیسک چیز ہے۔</w:t>
      </w:r>
    </w:p>
    <w:p>
      <w:r>
        <w:rPr>
          <w:b/>
        </w:rPr>
        <w:t xml:space="preserve">[22:56] </w:t>
      </w:r>
      <w:r>
        <w:t>ab mein aap ko misaal deta hoon ke jis waqt yeh ayat utri thi, us waqt kya masla</w:t>
      </w:r>
    </w:p>
    <w:p>
      <w:pPr>
        <w:jc w:val="right"/>
      </w:pPr>
      <w:r>
        <w:t>اب میں آپ کو مثال دیتا ہوں کہ جس وقت یہ آیت اتری تھی، اس وقت کیا مسئلہ</w:t>
      </w:r>
    </w:p>
    <w:p>
      <w:r>
        <w:rPr>
          <w:b/>
        </w:rPr>
        <w:t xml:space="preserve">[23:02] </w:t>
      </w:r>
      <w:r>
        <w:t>tha? woh us waqt yeh masla tha ke makkah mein, yaani aap ne 610 eesvi mein makkah mein</w:t>
      </w:r>
    </w:p>
    <w:p>
      <w:pPr>
        <w:jc w:val="right"/>
      </w:pPr>
      <w:r>
        <w:t>تھا؟ وہ اس وقت یہ مسئلہ تھا کہ مکہ میں، یعنی آپ نے 610 عیسوی میں مکہ میں</w:t>
      </w:r>
    </w:p>
    <w:p>
      <w:r>
        <w:rPr>
          <w:b/>
        </w:rPr>
        <w:t xml:space="preserve">[23:09] </w:t>
      </w:r>
      <w:r>
        <w:t>اپنا مشن شروع کیا، جس کو ہم کہیں گے ancient ancient Makkah.</w:t>
      </w:r>
    </w:p>
    <w:p>
      <w:pPr>
        <w:jc w:val="right"/>
      </w:pPr>
      <w:r>
        <w:t>اپنا مشن شروع کیا، جس کو ہم کہیں گے اینشنٹ اینشنٹ مکہ۔</w:t>
      </w:r>
    </w:p>
    <w:p>
      <w:r>
        <w:rPr>
          <w:b/>
        </w:rPr>
        <w:t xml:space="preserve">[23:16] </w:t>
      </w:r>
      <w:r>
        <w:t>us waqt makkah mein kya tha? wahan shirk tha, itna shirk barh chuka tha ke khud kaaba, jis</w:t>
      </w:r>
    </w:p>
    <w:p>
      <w:pPr>
        <w:jc w:val="right"/>
      </w:pPr>
      <w:r>
        <w:t>اس وقت مکہ میں کیا تھا؟ وہاں شرک تھا، اتنا شرک بڑھ چکا تھا کہ خود کعبہ، جس</w:t>
      </w:r>
    </w:p>
    <w:p>
      <w:r>
        <w:rPr>
          <w:b/>
        </w:rPr>
        <w:t xml:space="preserve">[23:22] </w:t>
      </w:r>
      <w:r>
        <w:t>ko peghambar ibrahim ne banaya tha toheed ke liye, wahan par but rakh diye unhon ne.</w:t>
      </w:r>
    </w:p>
    <w:p>
      <w:pPr>
        <w:jc w:val="right"/>
      </w:pPr>
      <w:r>
        <w:t>کو پیغمبر ابراہیم نے بنایا تھا توحید کے لیے، وہاں پر بت رکھ دیے انہوں نے۔</w:t>
      </w:r>
    </w:p>
    <w:p>
      <w:r>
        <w:rPr>
          <w:b/>
        </w:rPr>
        <w:t xml:space="preserve">[23:29] </w:t>
      </w:r>
      <w:r>
        <w:t>kaha jata hai ke 360 but thay, to ek yeh tha.</w:t>
      </w:r>
    </w:p>
    <w:p>
      <w:pPr>
        <w:jc w:val="right"/>
      </w:pPr>
      <w:r>
        <w:t>کہا جاتا ہے کہ 360 بت تھے، تو ایک یہ تھا۔</w:t>
      </w:r>
    </w:p>
    <w:p>
      <w:r>
        <w:rPr>
          <w:b/>
        </w:rPr>
        <w:t xml:space="preserve">[23:36] </w:t>
      </w:r>
      <w:r>
        <w:t>to ab rasool Allah ko yeh kaha gaya ke is is ko tum negative angle se mat dekho.</w:t>
      </w:r>
    </w:p>
    <w:p>
      <w:pPr>
        <w:jc w:val="right"/>
      </w:pPr>
      <w:r>
        <w:t>تو اب رسول اللہ کو یہ کہا گیا کہ اس اس کو تم نیگیٹیو اینگل سے مت دیکھو۔</w:t>
      </w:r>
    </w:p>
    <w:p>
      <w:r>
        <w:rPr>
          <w:b/>
        </w:rPr>
        <w:t xml:space="preserve">[23:42] </w:t>
      </w:r>
      <w:r>
        <w:t>wahan bhi ek positive angle hai dekhne ka, woh yeh hai ke isi beton ki wajah se wahan</w:t>
      </w:r>
    </w:p>
    <w:p>
      <w:pPr>
        <w:jc w:val="right"/>
      </w:pPr>
      <w:r>
        <w:t>وہاں بھی ایک پازیٹیو اینگل ہے دیکھنے کا، وہ یہ ہے کہ اسی بتوں کی وجہ سے وہاں</w:t>
      </w:r>
    </w:p>
    <w:p>
      <w:r>
        <w:rPr>
          <w:b/>
        </w:rPr>
        <w:t xml:space="preserve">[23:49] </w:t>
      </w:r>
      <w:r>
        <w:t>par gathering hoti hai, is ke jo pujari hain woh ate hain wahan par, to assembly hoti hai.</w:t>
      </w:r>
    </w:p>
    <w:p>
      <w:pPr>
        <w:jc w:val="right"/>
      </w:pPr>
      <w:r>
        <w:t>پر گیدرنگ ہوتی ہے، اس کے جو پجاری ہیں وہ آتے ہیں وہاں پر، تو اسمبلی ہوتی ہے۔</w:t>
      </w:r>
    </w:p>
    <w:p>
      <w:r>
        <w:rPr>
          <w:b/>
        </w:rPr>
        <w:t xml:space="preserve">[23:56] </w:t>
      </w:r>
      <w:r>
        <w:t>to tum buton ka jo presence hai kaba mein, us ko for da time being ignore karo, for</w:t>
      </w:r>
    </w:p>
    <w:p>
      <w:pPr>
        <w:jc w:val="right"/>
      </w:pPr>
      <w:r>
        <w:t>تو تم بتوں کا جو پریزنس ہے کعبہ میں، اس کو فار دا ٹائم بینگ اگنور کرو، فار</w:t>
      </w:r>
    </w:p>
    <w:p>
      <w:r>
        <w:rPr>
          <w:b/>
        </w:rPr>
        <w:t xml:space="preserve">[24:02] </w:t>
      </w:r>
      <w:r>
        <w:t>da time being us ko temporary tor par ignore karo.</w:t>
      </w:r>
    </w:p>
    <w:p>
      <w:pPr>
        <w:jc w:val="right"/>
      </w:pPr>
      <w:r>
        <w:t>دا ٹائم بینگ اس کو ٹیمپریری طور پر اگنور کرو۔</w:t>
      </w:r>
    </w:p>
    <w:p>
      <w:r>
        <w:rPr>
          <w:b/>
        </w:rPr>
        <w:t xml:space="preserve">[24:09] </w:t>
      </w:r>
      <w:r>
        <w:t>aur jo assembly hoti hai, jo gathering hoti hai, us ko as an audience istemal karo.</w:t>
      </w:r>
    </w:p>
    <w:p>
      <w:pPr>
        <w:jc w:val="right"/>
      </w:pPr>
      <w:r>
        <w:t>اور جو اسمبلی ہوتی ہے، جو گیدرنگ ہوتی ہے، اس کو ایز اینڈ آڈینس استعمال کرو۔</w:t>
      </w:r>
    </w:p>
    <w:p>
      <w:r>
        <w:rPr>
          <w:b/>
        </w:rPr>
        <w:t xml:space="preserve">[24:15] </w:t>
      </w:r>
      <w:r>
        <w:t>to rasool Allah ne yahi kiya ke aap jate the daily wahan par, woh to is ke bare</w:t>
      </w:r>
    </w:p>
    <w:p>
      <w:pPr>
        <w:jc w:val="right"/>
      </w:pPr>
      <w:r>
        <w:t>تو رسول اللہ نے یہی کیا کہ آپ جاتے تھے ڈیلی وہاں پر، وہ تو اس کے بارے</w:t>
      </w:r>
    </w:p>
    <w:p>
      <w:r>
        <w:rPr>
          <w:b/>
        </w:rPr>
        <w:t xml:space="preserve">[24:22] </w:t>
      </w:r>
      <w:r>
        <w:t>mein kuch nahi bolte the, aur is gathering ko address karte the.</w:t>
      </w:r>
    </w:p>
    <w:p>
      <w:pPr>
        <w:jc w:val="right"/>
      </w:pPr>
      <w:r>
        <w:t>میں کچھ نہیں بولتے تھے، اور اس گیدرنگ کو ایڈریس کرتے تھے۔</w:t>
      </w:r>
    </w:p>
    <w:p>
      <w:r>
        <w:rPr>
          <w:b/>
        </w:rPr>
        <w:t xml:space="preserve">[24:29] </w:t>
      </w:r>
      <w:r>
        <w:t>kitab mein ata hai ke faharad alayhimul islam wa talā alayhimul quran wahan ja kar ke aap un ke</w:t>
      </w:r>
    </w:p>
    <w:p>
      <w:pPr>
        <w:jc w:val="right"/>
      </w:pPr>
      <w:r>
        <w:t>کتاب میں آتا ہے کہ فَهَرَدْ عَلَيْهِمُ الْاِسْلَامَ وَتَلَّٰى عَلَيْهِمُ الْقُرْآنَ وہاں جا کر کے آپ ان کے</w:t>
      </w:r>
    </w:p>
    <w:p>
      <w:r>
        <w:rPr>
          <w:b/>
        </w:rPr>
        <w:t xml:space="preserve">[24:35] </w:t>
      </w:r>
      <w:r>
        <w:t>samne toheed ka paigham pesh karte the.</w:t>
      </w:r>
    </w:p>
    <w:p>
      <w:pPr>
        <w:jc w:val="right"/>
      </w:pPr>
      <w:r>
        <w:t>سامنے توحید کا پیغام پیش کرتے تھے۔</w:t>
      </w:r>
    </w:p>
    <w:p>
      <w:r>
        <w:rPr>
          <w:b/>
        </w:rPr>
        <w:t xml:space="preserve">[24:42] </w:t>
      </w:r>
      <w:r>
        <w:t>aur quran ki ayaten parh ke sunate the.</w:t>
      </w:r>
    </w:p>
    <w:p>
      <w:pPr>
        <w:jc w:val="right"/>
      </w:pPr>
      <w:r>
        <w:t>اور قرآن کی آیتیں پڑھ کے سناتے تھے۔</w:t>
      </w:r>
    </w:p>
    <w:p>
      <w:r>
        <w:rPr>
          <w:b/>
        </w:rPr>
        <w:t xml:space="preserve">[24:49] </w:t>
      </w:r>
      <w:r>
        <w:t>yeh hai rules ko chhodna.</w:t>
      </w:r>
    </w:p>
    <w:p>
      <w:pPr>
        <w:jc w:val="right"/>
      </w:pPr>
      <w:r>
        <w:t>یہ ہے رولز کو چھوڑنا۔</w:t>
      </w:r>
    </w:p>
    <w:p>
      <w:r>
        <w:rPr>
          <w:b/>
        </w:rPr>
        <w:t xml:space="preserve">[24:55] </w:t>
      </w:r>
      <w:r>
        <w:t>to yeh is mani mein jab aap len to rules jo hai ek is ka taluq ho jata</w:t>
      </w:r>
    </w:p>
    <w:p>
      <w:pPr>
        <w:jc w:val="right"/>
      </w:pPr>
      <w:r>
        <w:t>تو یہ اس معنی میں جب آپ لیں تو رولز جو ہے ایک اس کا تعلق ہو جاتا</w:t>
      </w:r>
    </w:p>
    <w:p>
      <w:r>
        <w:rPr>
          <w:b/>
        </w:rPr>
        <w:t xml:space="preserve">[25:02] </w:t>
      </w:r>
      <w:r>
        <w:t>hai method of dawah se, aur logon ne jo le rakha hai is ka taluq ho jata hai</w:t>
      </w:r>
    </w:p>
    <w:p>
      <w:pPr>
        <w:jc w:val="right"/>
      </w:pPr>
      <w:r>
        <w:t>ہے میتھڈ آف دعوت سے، اور لوگوں نے جو لے رکھا ہے اس کا تعلق ہو جاتا ہے</w:t>
      </w:r>
    </w:p>
    <w:p>
      <w:r>
        <w:rPr>
          <w:b/>
        </w:rPr>
        <w:t xml:space="preserve">[25:08] </w:t>
      </w:r>
      <w:r>
        <w:t>rasool Allah ke personal character se.</w:t>
      </w:r>
    </w:p>
    <w:p>
      <w:pPr>
        <w:jc w:val="right"/>
      </w:pPr>
      <w:r>
        <w:t>رسول اللہ کے پرسنل کریکٹر سے۔</w:t>
      </w:r>
    </w:p>
    <w:p>
      <w:r>
        <w:rPr>
          <w:b/>
        </w:rPr>
        <w:t xml:space="preserve">[25:15] </w:t>
      </w:r>
      <w:r>
        <w:t>to yahan par jo ayaten hain, is woh sab dawah ki ayaten hain, personal character se koi taluq nahi hai.</w:t>
      </w:r>
    </w:p>
    <w:p>
      <w:pPr>
        <w:jc w:val="right"/>
      </w:pPr>
      <w:r>
        <w:t>تو یہاں پر جو آیتیں ہیں، اس وہ سب دعوت کی آیتیں ہیں، پرسنل کریکٹر سے کوئی تعلق نہیں ہے۔</w:t>
      </w:r>
    </w:p>
    <w:p>
      <w:r>
        <w:rPr>
          <w:b/>
        </w:rPr>
        <w:t xml:space="preserve">[25:22] </w:t>
      </w:r>
      <w:r>
        <w:t>to zindagi mein yaad rakhiye, sab se bara masla yeh hai ke aap cheezon ko right angle se dekhna janiye.</w:t>
      </w:r>
    </w:p>
    <w:p>
      <w:pPr>
        <w:jc w:val="right"/>
      </w:pPr>
      <w:r>
        <w:t>تو زندگی میں یاد رکھیے، سب سے بڑا مسئلہ یہ ہے کہ آپ چیزوں کو رائٹ اینگل سے دیکھنا جانیں۔</w:t>
      </w:r>
    </w:p>
    <w:p>
      <w:r>
        <w:rPr>
          <w:b/>
        </w:rPr>
        <w:t xml:space="preserve">[25:28] </w:t>
      </w:r>
      <w:r>
        <w:t>aaj subah jab mein phir soch raha tha is par to mujhe ek ek baat yaad aayi, ek</w:t>
      </w:r>
    </w:p>
    <w:p>
      <w:pPr>
        <w:jc w:val="right"/>
      </w:pPr>
      <w:r>
        <w:t>آج صبح جب میں پھر سوچ رہا تھا اس پر تو مجھے ایک ایک بات یاد آئی، ایک</w:t>
      </w:r>
    </w:p>
    <w:p>
      <w:r>
        <w:rPr>
          <w:b/>
        </w:rPr>
        <w:t xml:space="preserve">[25:35] </w:t>
      </w:r>
      <w:r>
        <w:t>bahut hi history ka ek bahut hi important sawal.</w:t>
      </w:r>
    </w:p>
    <w:p>
      <w:pPr>
        <w:jc w:val="right"/>
      </w:pPr>
      <w:r>
        <w:t>بہت ہی ہسٹری کا ایک بہت ہی امپورٹنٹ سوال۔</w:t>
      </w:r>
    </w:p>
    <w:p>
      <w:r>
        <w:rPr>
          <w:b/>
        </w:rPr>
        <w:t xml:space="preserve">[25:42] </w:t>
      </w:r>
      <w:r>
        <w:t>dekhiye, Britishers jo the.</w:t>
      </w:r>
    </w:p>
    <w:p>
      <w:pPr>
        <w:jc w:val="right"/>
      </w:pPr>
      <w:r>
        <w:t>دیکھیے، برٹشرز جو تھے۔</w:t>
      </w:r>
    </w:p>
    <w:p>
      <w:r>
        <w:rPr>
          <w:b/>
        </w:rPr>
        <w:t xml:space="preserve">[25:48] </w:t>
      </w:r>
      <w:r>
        <w:t>Britishers ne rule kiya South Africa par, isi is zamane mein un ka rule tha India par.</w:t>
      </w:r>
    </w:p>
    <w:p>
      <w:pPr>
        <w:jc w:val="right"/>
      </w:pPr>
      <w:r>
        <w:t>برٹشرز نے رول کیا ساؤتھ افریقہ پر، اسی اس زمانے میں ان کا رول تھا انڈیا پر۔</w:t>
      </w:r>
    </w:p>
    <w:p>
      <w:r>
        <w:rPr>
          <w:b/>
        </w:rPr>
        <w:t xml:space="preserve">[25:55] </w:t>
      </w:r>
      <w:r>
        <w:t>to Britishers jab India ko chhod ke azad hua to mein kal kisi se keh raha tha ke</w:t>
      </w:r>
    </w:p>
    <w:p>
      <w:pPr>
        <w:jc w:val="right"/>
      </w:pPr>
      <w:r>
        <w:t>تو برٹشرز جب انڈیا کو چھوڑ کے آزاد ہوا تو میں کل کسی سے کہہ رہا تھا کہ</w:t>
      </w:r>
    </w:p>
    <w:p>
      <w:r>
        <w:rPr>
          <w:b/>
        </w:rPr>
        <w:t xml:space="preserve">[26:01] </w:t>
      </w:r>
      <w:r>
        <w:t>mein ne dekha hai is India ko jab hum British rule kar rahe the.</w:t>
      </w:r>
    </w:p>
    <w:p>
      <w:pPr>
        <w:jc w:val="right"/>
      </w:pPr>
      <w:r>
        <w:t>میں نے دیکھا ہے اس انڈیا کو جب ہم برٹش رول کر رہے تھے۔</w:t>
      </w:r>
    </w:p>
    <w:p>
      <w:r>
        <w:rPr>
          <w:b/>
        </w:rPr>
        <w:t xml:space="preserve">[26:08] </w:t>
      </w:r>
      <w:r>
        <w:t>aaj se thousand time better tha woh, aur jo bhi meri tarah boodha ho, jis ne dekha ho,</w:t>
      </w:r>
    </w:p>
    <w:p>
      <w:pPr>
        <w:jc w:val="right"/>
      </w:pPr>
      <w:r>
        <w:t>آج سے تھاؤزنڈ ٹائم بیٹر تھا وہ، اور جو بھی میری طرح بوڑھا ہو، جس نے دیکھا ہو،</w:t>
      </w:r>
    </w:p>
    <w:p>
      <w:r>
        <w:rPr>
          <w:b/>
        </w:rPr>
        <w:t xml:space="preserve">[26:15] </w:t>
      </w:r>
      <w:r>
        <w:t>us se pooch li jiye.</w:t>
      </w:r>
    </w:p>
    <w:p>
      <w:pPr>
        <w:jc w:val="right"/>
      </w:pPr>
      <w:r>
        <w:t>اس سے پوچھ لیجئے۔</w:t>
      </w:r>
    </w:p>
    <w:p>
      <w:r>
        <w:rPr>
          <w:b/>
        </w:rPr>
        <w:t xml:space="preserve">[26:21] </w:t>
      </w:r>
      <w:r>
        <w:t>bas corruption ka koi tasawwur nahi tha us waqt, baghair rishwat ke sara kaam hota tha.</w:t>
      </w:r>
    </w:p>
    <w:p>
      <w:pPr>
        <w:jc w:val="right"/>
      </w:pPr>
      <w:r>
        <w:t>بس کرپشن کا کوئی تصور نہیں تھا اس وقت، بغیر رشوت کے سارا کام ہوتا تھا۔</w:t>
      </w:r>
    </w:p>
    <w:p>
      <w:r>
        <w:rPr>
          <w:b/>
        </w:rPr>
        <w:t xml:space="preserve">[26:28] </w:t>
      </w:r>
      <w:r>
        <w:t>mere pas bahut se waqiat hain, mein bata sakta hoon.</w:t>
      </w:r>
    </w:p>
    <w:p>
      <w:pPr>
        <w:jc w:val="right"/>
      </w:pPr>
      <w:r>
        <w:t>میرے پاس بہت سے واقعات ہیں، میں بتا سکتا ہوں۔</w:t>
      </w:r>
    </w:p>
    <w:p>
      <w:r>
        <w:rPr>
          <w:b/>
        </w:rPr>
        <w:t xml:space="preserve">[26:35] </w:t>
      </w:r>
      <w:r>
        <w:t>is zamane mein british jo thay, wahan law ko avoid kiya jata tha, bla rishwat ka kaam hota</w:t>
      </w:r>
    </w:p>
    <w:p>
      <w:pPr>
        <w:jc w:val="right"/>
      </w:pPr>
      <w:r>
        <w:t>اس زمانے میں برٹش جو تھے، وہاں لاء کو اوائڈ کیا جاتا تھا، بلا رشوت کا کام ہوتا</w:t>
      </w:r>
    </w:p>
    <w:p>
      <w:r>
        <w:rPr>
          <w:b/>
        </w:rPr>
        <w:t xml:space="preserve">[26:41] </w:t>
      </w:r>
      <w:r>
        <w:t>tha, discipline tha, waqt pe office jana, waqt pe jana, yeh sari baatein wahan par hoti theen.</w:t>
      </w:r>
    </w:p>
    <w:p>
      <w:pPr>
        <w:jc w:val="right"/>
      </w:pPr>
      <w:r>
        <w:t>تھا، ڈسپلن تھا، وقت پہ آفس جانا، وقت پہ جانا، یہ ساری باتیں وہاں پر ہوتی تھیں۔</w:t>
      </w:r>
    </w:p>
    <w:p>
      <w:r>
        <w:rPr>
          <w:b/>
        </w:rPr>
        <w:t xml:space="preserve">[26:48] </w:t>
      </w:r>
      <w:r>
        <w:t>ab kya hain? sab sab cheezein ghayab hain.</w:t>
      </w:r>
    </w:p>
    <w:p>
      <w:pPr>
        <w:jc w:val="right"/>
      </w:pPr>
      <w:r>
        <w:t>اب کیا ہیں؟ سب سب چیزیں غائب ہیں۔</w:t>
      </w:r>
    </w:p>
    <w:p>
      <w:r>
        <w:rPr>
          <w:b/>
        </w:rPr>
        <w:t xml:space="preserve">[26:55] </w:t>
      </w:r>
      <w:r>
        <w:t>acha, is to India aaj bhi developed country nahi bana.</w:t>
      </w:r>
    </w:p>
    <w:p>
      <w:pPr>
        <w:jc w:val="right"/>
      </w:pPr>
      <w:r>
        <w:t>اچھا، اس تو انڈیا آج بھی ڈیولپڈ کنٹری نہیں بنا۔</w:t>
      </w:r>
    </w:p>
    <w:p>
      <w:r>
        <w:rPr>
          <w:b/>
        </w:rPr>
        <w:t xml:space="preserve">[27:01] </w:t>
      </w:r>
      <w:r>
        <w:t>taqreerein to bari bari karte hain log, lekin abhi tak India developed country ki face bani hai, under developed.</w:t>
      </w:r>
    </w:p>
    <w:p>
      <w:pPr>
        <w:jc w:val="right"/>
      </w:pPr>
      <w:r>
        <w:t>تقریریں تو بڑی بڑی کرتے ہیں لوگ، لیکن ابھی تک انڈیا ڈیولپڈ کنٹری کی فیس بنی ہے، انڈر ڈیولپڈ۔</w:t>
      </w:r>
    </w:p>
    <w:p>
      <w:r>
        <w:rPr>
          <w:b/>
        </w:rPr>
        <w:t xml:space="preserve">[27:08] </w:t>
      </w:r>
      <w:r>
        <w:t>abhi tak India under developed country hai, abhi tak.</w:t>
      </w:r>
    </w:p>
    <w:p>
      <w:pPr>
        <w:jc w:val="right"/>
      </w:pPr>
      <w:r>
        <w:t>ابھی تک انڈیا انڈر ڈیولپڈ کنٹری ہے، ابھی تک۔</w:t>
      </w:r>
    </w:p>
    <w:p>
      <w:r>
        <w:rPr>
          <w:b/>
        </w:rPr>
        <w:t xml:space="preserve">[27:14] </w:t>
      </w:r>
      <w:r>
        <w:t>acha, is ke baraks South Africa ab developed country ki list mein aa chuka hai.</w:t>
      </w:r>
    </w:p>
    <w:p>
      <w:pPr>
        <w:jc w:val="right"/>
      </w:pPr>
      <w:r>
        <w:t>اچھا، اس کے برعکس ساؤتھ افریقہ اب ڈیولپڈ کنٹری کی لسٹ میں آ چکا ہے۔</w:t>
      </w:r>
    </w:p>
    <w:p>
      <w:r>
        <w:rPr>
          <w:b/>
        </w:rPr>
        <w:t xml:space="preserve">[27:21] </w:t>
      </w:r>
      <w:r>
        <w:t>is ko ghor kijiye ke same British, Britishers ne rule kiya South Africa ko, aur same period mein</w:t>
      </w:r>
    </w:p>
    <w:p>
      <w:pPr>
        <w:jc w:val="right"/>
      </w:pPr>
      <w:r>
        <w:t>اس کو غور کیجئے کہ سیم برٹش، برٹشرز نے رول کیا ساؤتھ افریقہ کو، اور سیم پیریڈ میں</w:t>
      </w:r>
    </w:p>
    <w:p>
      <w:r>
        <w:rPr>
          <w:b/>
        </w:rPr>
        <w:t xml:space="preserve">[27:28] </w:t>
      </w:r>
      <w:r>
        <w:t>unhon ne rule kiya India ko.</w:t>
      </w:r>
    </w:p>
    <w:p>
      <w:pPr>
        <w:jc w:val="right"/>
      </w:pPr>
      <w:r>
        <w:t>انہوں نے رول کیا انڈیا کو۔</w:t>
      </w:r>
    </w:p>
    <w:p>
      <w:r>
        <w:rPr>
          <w:b/>
        </w:rPr>
        <w:t xml:space="preserve">[27:34] </w:t>
      </w:r>
      <w:r>
        <w:t>to kya wajah hai ke India abhi tak under developed country hai, aur South Africa developed country ban</w:t>
      </w:r>
    </w:p>
    <w:p>
      <w:pPr>
        <w:jc w:val="right"/>
      </w:pPr>
      <w:r>
        <w:t>تو کیا وجہ ہے کہ انڈیا ابھی تک انڈر ڈیولپڈ کنٹری ہے، اور ساؤتھ افریقہ ڈیولپڈ کنٹری بن</w:t>
      </w:r>
    </w:p>
    <w:p>
      <w:r>
        <w:rPr>
          <w:b/>
        </w:rPr>
        <w:t xml:space="preserve">[27:41] </w:t>
      </w:r>
      <w:r>
        <w:t>gaya? aap is ko history pe mutalia karein to aap payein ge ke sara mamla yeh hai ke</w:t>
      </w:r>
    </w:p>
    <w:p>
      <w:pPr>
        <w:jc w:val="right"/>
      </w:pPr>
      <w:r>
        <w:t>گیا؟ آپ اس کو ہسٹری پہ مطالعہ کریں تو آپ پائیں گے کہ سارا معاملہ یہ ہے کہ</w:t>
      </w:r>
    </w:p>
    <w:p>
      <w:r>
        <w:rPr>
          <w:b/>
        </w:rPr>
        <w:t xml:space="preserve">[27:48] </w:t>
      </w:r>
      <w:r>
        <w:t>British jo presence tha yahan ka, British, Britishers ka jo presence India mein tha, to yahan par logon</w:t>
      </w:r>
    </w:p>
    <w:p>
      <w:pPr>
        <w:jc w:val="right"/>
      </w:pPr>
      <w:r>
        <w:t>برٹش جو پریزنس تھا یہاں کا، برٹش، برٹشرز کا جو پریزنس انڈیا میں تھا، تو یہاں پر لوگوں</w:t>
      </w:r>
    </w:p>
    <w:p>
      <w:r>
        <w:rPr>
          <w:b/>
        </w:rPr>
        <w:t xml:space="preserve">[27:54] </w:t>
      </w:r>
      <w:r>
        <w:t>ne is ko, yahan ke log politicized bohat ho gaye thay.</w:t>
      </w:r>
    </w:p>
    <w:p>
      <w:pPr>
        <w:jc w:val="right"/>
      </w:pPr>
      <w:r>
        <w:t>نے اس کو، یہاں کے لوگ پرٹیسائز بہت ہو گئے تھے۔</w:t>
      </w:r>
    </w:p>
    <w:p>
      <w:r>
        <w:rPr>
          <w:b/>
        </w:rPr>
        <w:t xml:space="preserve">[28:01] </w:t>
      </w:r>
      <w:r>
        <w:t>leaderon ki taqreerein, yahan ke akhbarat, in cheezon ke, yahan ke log bohat politicized ho chuke thay.</w:t>
      </w:r>
    </w:p>
    <w:p>
      <w:pPr>
        <w:jc w:val="right"/>
      </w:pPr>
      <w:r>
        <w:t>لیڈروں کی تقریریں، یہاں کے اخبارات، ان چیزوں کے، یہاں کے لوگ بہت پرٹیسائز ہو چکے تھے۔</w:t>
      </w:r>
    </w:p>
    <w:p>
      <w:r>
        <w:rPr>
          <w:b/>
        </w:rPr>
        <w:t xml:space="preserve">[28:07] </w:t>
      </w:r>
      <w:r>
        <w:t>us waqt unhon ne is ko sirf is nazar se dekha ke yeh hum ko ghulam banaye hue</w:t>
      </w:r>
    </w:p>
    <w:p>
      <w:pPr>
        <w:jc w:val="right"/>
      </w:pPr>
      <w:r>
        <w:t>اس وقت انہوں نے اس کو صرف اس نظر سے دیکھا کہ یہ ہم کو غلام بنائے ہوئے</w:t>
      </w:r>
    </w:p>
    <w:p>
      <w:r>
        <w:rPr>
          <w:b/>
        </w:rPr>
        <w:t xml:space="preserve">[28:14] </w:t>
      </w:r>
      <w:r>
        <w:t>ہیں، یعنی صرف political aggression دیکھا۔</w:t>
      </w:r>
    </w:p>
    <w:p>
      <w:pPr>
        <w:jc w:val="right"/>
      </w:pPr>
      <w:r>
        <w:t>ہیں، یعنی صرف پولیٹیکل ایگریس دیکھا۔</w:t>
      </w:r>
    </w:p>
    <w:p>
      <w:r>
        <w:rPr>
          <w:b/>
        </w:rPr>
        <w:t xml:space="preserve">[28:21] </w:t>
      </w:r>
      <w:r>
        <w:t>acha, South Africa mein kya hua? wahan itna akhbarat nahi thay, leader bhi nahi thay, ek hi leader</w:t>
      </w:r>
    </w:p>
    <w:p>
      <w:pPr>
        <w:jc w:val="right"/>
      </w:pPr>
      <w:r>
        <w:t>اچھا، ساؤتھ افریقہ میں کیا ہوا؟ وہاں اتنا اخبارات نہیں تھے، لیڈر بھی نہیں تھے، ایک ہی لیڈر</w:t>
      </w:r>
    </w:p>
    <w:p>
      <w:r>
        <w:rPr>
          <w:b/>
        </w:rPr>
        <w:t xml:space="preserve">[28:27] </w:t>
      </w:r>
      <w:r>
        <w:t>thay, woh Nelson Mandela.</w:t>
      </w:r>
    </w:p>
    <w:p>
      <w:pPr>
        <w:jc w:val="right"/>
      </w:pPr>
      <w:r>
        <w:t>تھے، وہ ننسل منڈیلا۔</w:t>
      </w:r>
    </w:p>
    <w:p>
      <w:r>
        <w:rPr>
          <w:b/>
        </w:rPr>
        <w:t xml:space="preserve">[28:34] </w:t>
      </w:r>
      <w:r>
        <w:t>to wahan to gali gali mein, yeh India mein to gali gali mein leader thay, taqreerein kar rahe thay.</w:t>
      </w:r>
    </w:p>
    <w:p>
      <w:pPr>
        <w:jc w:val="right"/>
      </w:pPr>
      <w:r>
        <w:t>تو وہاں تو گلی گلی میں، یہ انڈیا میں تو گلی گلی میں لیڈر تھے، تقریریں کر رہے تھے۔</w:t>
      </w:r>
    </w:p>
    <w:p>
      <w:r>
        <w:rPr>
          <w:b/>
        </w:rPr>
        <w:t xml:space="preserve">[28:41] </w:t>
      </w:r>
      <w:r>
        <w:t>main ne khud bachpan mein sab yeh manzar dekha hai, aur South Africa mein koi leader hi nahi</w:t>
      </w:r>
    </w:p>
    <w:p>
      <w:pPr>
        <w:jc w:val="right"/>
      </w:pPr>
      <w:r>
        <w:t>میں نے خود بچپن میں سب یہ منظر دیکھا ہے، اور ساؤتھ افریقہ میں کوئی لیڈر ہی نہیں</w:t>
      </w:r>
    </w:p>
    <w:p>
      <w:r>
        <w:rPr>
          <w:b/>
        </w:rPr>
        <w:t xml:space="preserve">[28:47] </w:t>
      </w:r>
      <w:r>
        <w:t>thay, akhbarat nahi thay.</w:t>
      </w:r>
    </w:p>
    <w:p>
      <w:pPr>
        <w:jc w:val="right"/>
      </w:pPr>
      <w:r>
        <w:t>تھے، اخبارات نہیں تھے۔</w:t>
      </w:r>
    </w:p>
    <w:p>
      <w:r>
        <w:rPr>
          <w:b/>
        </w:rPr>
        <w:t xml:space="preserve">[28:54] </w:t>
      </w:r>
      <w:r>
        <w:t>to wahan ke log politicized nahi hue, wahan ke log politicized nahi hue.</w:t>
      </w:r>
    </w:p>
    <w:p>
      <w:pPr>
        <w:jc w:val="right"/>
      </w:pPr>
      <w:r>
        <w:t>تو وہاں کے لوگ پرٹیسائز نہیں ہوئے، وہاں کے لوگ پرٹیسائز نہیں ہوئے۔</w:t>
      </w:r>
    </w:p>
    <w:p>
      <w:r>
        <w:rPr>
          <w:b/>
        </w:rPr>
        <w:t xml:space="preserve">[29:00] </w:t>
      </w:r>
      <w:r>
        <w:t>to India mein politicized hone ki wajah se bas unhon ne kaha ke ke British ka rehna ek</w:t>
      </w:r>
    </w:p>
    <w:p>
      <w:pPr>
        <w:jc w:val="right"/>
      </w:pPr>
      <w:r>
        <w:t>تو انڈیا میں پرٹیسائز ہونے کی وجہ سے بس انہوں نے کہا کہ کہ برٹش کا رہنا ایک</w:t>
      </w:r>
    </w:p>
    <w:p>
      <w:r>
        <w:rPr>
          <w:b/>
        </w:rPr>
        <w:t xml:space="preserve">[29:07] </w:t>
      </w:r>
      <w:r>
        <w:t>بہت ہی غلامی کی بات ہے، یعنی negative angle سے دیکھا انہوں نے۔</w:t>
      </w:r>
    </w:p>
    <w:p>
      <w:pPr>
        <w:jc w:val="right"/>
      </w:pPr>
      <w:r>
        <w:t>بہت ہی غلامی کی بات ہے، یعنی نیگیٹیو اینگل سے دیکھا انہوں نے۔</w:t>
      </w:r>
    </w:p>
    <w:p>
      <w:r>
        <w:rPr>
          <w:b/>
        </w:rPr>
        <w:t xml:space="preserve">[29:14] </w:t>
      </w:r>
      <w:r>
        <w:t>acha, wahan par chuna ke politicized nahi hue thay, woh log to unhon ne dekha ke angrez jo hain,</w:t>
      </w:r>
    </w:p>
    <w:p>
      <w:pPr>
        <w:jc w:val="right"/>
      </w:pPr>
      <w:r>
        <w:t>اچھا، وہاں پر چونکہ پرٹیسائز نہیں ہوئے تھے، وہ لوگ تو انہوں نے دیکھا کہ انگریز جو ہیں،</w:t>
      </w:r>
    </w:p>
    <w:p>
      <w:r>
        <w:rPr>
          <w:b/>
        </w:rPr>
        <w:t xml:space="preserve">[29:20] </w:t>
      </w:r>
      <w:r>
        <w:t>ab South Africa mein scientific ages ko la rahe hain, train la rahe hain, sarakain durust kar rahe</w:t>
      </w:r>
    </w:p>
    <w:p>
      <w:pPr>
        <w:jc w:val="right"/>
      </w:pPr>
      <w:r>
        <w:t>اب ساؤتھ افریقہ میں سائنٹیفک ایجز کو لا رہے ہیں، ٹرین لا رہے ہیں، سڑکیں درست کر رہے</w:t>
      </w:r>
    </w:p>
    <w:p>
      <w:r>
        <w:rPr>
          <w:b/>
        </w:rPr>
        <w:t xml:space="preserve">[29:27] </w:t>
      </w:r>
      <w:r>
        <w:t>hain, infrastructure bana rahe hain, industry la rahe hain.</w:t>
      </w:r>
    </w:p>
    <w:p>
      <w:pPr>
        <w:jc w:val="right"/>
      </w:pPr>
      <w:r>
        <w:t>ہیں، انفراسٹرکچر بنا رہے ہیں، انڈسٹری لا رہے ہیں۔</w:t>
      </w:r>
    </w:p>
    <w:p>
      <w:r>
        <w:rPr>
          <w:b/>
        </w:rPr>
        <w:t xml:space="preserve">[29:34] </w:t>
      </w:r>
      <w:r>
        <w:t>to precise na hone ki waja se unhon ne dekha ke britishs to ek acha kaam kar rahe</w:t>
      </w:r>
    </w:p>
    <w:p>
      <w:pPr>
        <w:jc w:val="right"/>
      </w:pPr>
      <w:r>
        <w:t>تو پرٹیسائز نہ ہونے کی وجہ سے انہوں نے دیکھا کہ برٹشز تو ایک اچھا کام کر رہے</w:t>
      </w:r>
    </w:p>
    <w:p>
      <w:r>
        <w:rPr>
          <w:b/>
        </w:rPr>
        <w:t xml:space="preserve">[29:40] </w:t>
      </w:r>
      <w:r>
        <w:t>hain, to bharke nahi woh.</w:t>
      </w:r>
    </w:p>
    <w:p>
      <w:pPr>
        <w:jc w:val="right"/>
      </w:pPr>
      <w:r>
        <w:t>ہیں، تو بھڑکے نہیں وہ۔</w:t>
      </w:r>
    </w:p>
    <w:p>
      <w:r>
        <w:rPr>
          <w:b/>
        </w:rPr>
        <w:t xml:space="preserve">[29:47] </w:t>
      </w:r>
      <w:r>
        <w:t>aur yahan par chounke precise ho chuke the log, to bhark uthe.</w:t>
      </w:r>
    </w:p>
    <w:p>
      <w:pPr>
        <w:jc w:val="right"/>
      </w:pPr>
      <w:r>
        <w:t>اور یہاں پر چونکہ پرٹیسائز ہو چکے تھے لوگ، تو بھڑک اٹھے۔</w:t>
      </w:r>
    </w:p>
    <w:p>
      <w:r>
        <w:rPr>
          <w:b/>
        </w:rPr>
        <w:t xml:space="preserve">[29:54] </w:t>
      </w:r>
      <w:r>
        <w:t>to ek bohat ek ek lamba period development ka indian ne kho diya, kho diya.</w:t>
      </w:r>
    </w:p>
    <w:p>
      <w:pPr>
        <w:jc w:val="right"/>
      </w:pPr>
      <w:r>
        <w:t>تو ایک بہت ایک ایک لمبا پیریڈ ڈیولپمنٹ کا انڈین نے کھو دیا، کھو دیا۔</w:t>
      </w:r>
    </w:p>
    <w:p>
      <w:r>
        <w:rPr>
          <w:b/>
        </w:rPr>
        <w:t xml:space="preserve">[30:00] </w:t>
      </w:r>
      <w:r>
        <w:t>aur south africa ne is period ko is avail kiya.</w:t>
      </w:r>
    </w:p>
    <w:p>
      <w:pPr>
        <w:jc w:val="right"/>
      </w:pPr>
      <w:r>
        <w:t>اور ساؤتھ افریقہ نے اس پیریڈ کو اس اویل کیا۔</w:t>
      </w:r>
    </w:p>
    <w:p>
      <w:r>
        <w:rPr>
          <w:b/>
        </w:rPr>
        <w:t xml:space="preserve">[30:07] </w:t>
      </w:r>
      <w:r>
        <w:t>natija kya hua? south africa aaj ek developed country bana aata hai, aur india abhi tak underdeveloped</w:t>
      </w:r>
    </w:p>
    <w:p>
      <w:pPr>
        <w:jc w:val="right"/>
      </w:pPr>
      <w:r>
        <w:t>نتیجہ کیا ہوا؟ ساؤتھ افریقہ آج ایک ڈیولپڈ کنٹری بنا آتا ہے، اور انڈیا ابھی تک انڈر ڈیولپڈ</w:t>
      </w:r>
    </w:p>
    <w:p>
      <w:r>
        <w:rPr>
          <w:b/>
        </w:rPr>
        <w:t xml:space="preserve">[30:13] </w:t>
      </w:r>
      <w:r>
        <w:t>country bana hua hai.</w:t>
      </w:r>
    </w:p>
    <w:p>
      <w:pPr>
        <w:jc w:val="right"/>
      </w:pPr>
      <w:r>
        <w:t>کنٹری بنا ہوا ہے۔</w:t>
      </w:r>
    </w:p>
    <w:p>
      <w:r>
        <w:rPr>
          <w:b/>
        </w:rPr>
        <w:t xml:space="preserve">[30:20] </w:t>
      </w:r>
      <w:r>
        <w:t>yeh hai zawiya nazar ka farq.</w:t>
      </w:r>
    </w:p>
    <w:p>
      <w:pPr>
        <w:jc w:val="right"/>
      </w:pPr>
      <w:r>
        <w:t>یہ ہے زاویہ نظر کا فرق۔</w:t>
      </w:r>
    </w:p>
    <w:p>
      <w:r>
        <w:rPr>
          <w:b/>
        </w:rPr>
        <w:t xml:space="preserve">[30:27] </w:t>
      </w:r>
      <w:r>
        <w:t>زاویہ نظر کے لیے انگریزی میں لفظ ہے "angle of vision"۔</w:t>
      </w:r>
    </w:p>
    <w:p>
      <w:pPr>
        <w:jc w:val="right"/>
      </w:pPr>
      <w:r>
        <w:t>زاویہ نظر کے لیے انگریزی میں لفظ ہے "اینگل آف ویژن"۔</w:t>
      </w:r>
    </w:p>
    <w:p>
      <w:r>
        <w:rPr>
          <w:b/>
        </w:rPr>
        <w:t xml:space="preserve">[30:33] </w:t>
      </w:r>
      <w:r>
        <w:t>to dekhen, yeh mamla har satah par hai: family life mein, social life mein, national life mein, international life mein.</w:t>
      </w:r>
    </w:p>
    <w:p>
      <w:pPr>
        <w:jc w:val="right"/>
      </w:pPr>
      <w:r>
        <w:t>تو دیکھیں، یہ معاملہ ہر سطح پر ہے: فیملی لائف میں، سوشل لائف میں، نیشنل لائف میں، انٹرنیشنل لائف میں۔</w:t>
      </w:r>
    </w:p>
    <w:p>
      <w:r>
        <w:rPr>
          <w:b/>
        </w:rPr>
        <w:t xml:space="preserve">[30:40] </w:t>
      </w:r>
      <w:r>
        <w:t>har jagah yeh apply hota hai ke aap koi cheez pesh aaye to aap us ko agar dekhen</w:t>
      </w:r>
    </w:p>
    <w:p>
      <w:pPr>
        <w:jc w:val="right"/>
      </w:pPr>
      <w:r>
        <w:t>ہر جگہ یہ اپلائی ہوتا ہے کہ آپ کوئی چیز پیش آئے تو آپ اس کو اگر دیکھیں</w:t>
      </w:r>
    </w:p>
    <w:p>
      <w:r>
        <w:rPr>
          <w:b/>
        </w:rPr>
        <w:t xml:space="preserve">[30:47] </w:t>
      </w:r>
      <w:r>
        <w:t>گے right angle سے، یعنی positive angle سے، تو بات بنی رہے گی، بگڑے گی نہیں۔</w:t>
      </w:r>
    </w:p>
    <w:p>
      <w:pPr>
        <w:jc w:val="right"/>
      </w:pPr>
      <w:r>
        <w:t>گے رائٹ اینگل سے، یعنی پازیٹیو اینگل سے، تو بات بنی رہے گی، بگڑے گی نہیں۔</w:t>
      </w:r>
    </w:p>
    <w:p>
      <w:r>
        <w:rPr>
          <w:b/>
        </w:rPr>
        <w:t xml:space="preserve">[30:53] </w:t>
      </w:r>
      <w:r>
        <w:t>اگر آپ negative angle سے دیکھیں تو سارا معاملہ jeopardized ہو جائے گا۔</w:t>
      </w:r>
    </w:p>
    <w:p>
      <w:pPr>
        <w:jc w:val="right"/>
      </w:pPr>
      <w:r>
        <w:t>اگر آپ نیگیٹیو اینگل سے دیکھیں تو سارا معاملہ جبرٹائز ہو جائے گا۔</w:t>
      </w:r>
    </w:p>
    <w:p>
      <w:r>
        <w:rPr>
          <w:b/>
        </w:rPr>
        <w:t xml:space="preserve">[31:00] </w:t>
      </w:r>
      <w:r>
        <w:t>تو یہ ہے راز حیات، یہ ہے "secret of life"۔</w:t>
      </w:r>
    </w:p>
    <w:p>
      <w:pPr>
        <w:jc w:val="right"/>
      </w:pPr>
      <w:r>
        <w:t>تو یہ ہے راز حیات، یہ ہے "سیکرٹ آف لائف"۔</w:t>
      </w:r>
    </w:p>
    <w:p>
      <w:r>
        <w:rPr>
          <w:b/>
        </w:rPr>
        <w:t xml:space="preserve">[31:06] </w:t>
      </w:r>
      <w:r>
        <w:t>quran ko log samajhte hain ke quran mein sirf yeh jihad ki baatein hain.</w:t>
      </w:r>
    </w:p>
    <w:p>
      <w:pPr>
        <w:jc w:val="right"/>
      </w:pPr>
      <w:r>
        <w:t>قرآن کو لوگ سمجھتے ہیں کہ قرآن میں صرف یہ جہاد کی باتیں ہیں۔</w:t>
      </w:r>
    </w:p>
    <w:p>
      <w:r>
        <w:rPr>
          <w:b/>
        </w:rPr>
        <w:t xml:space="preserve">[31:13] </w:t>
      </w:r>
      <w:r>
        <w:t>nahi, quran mein wisdom ki baatein hain.</w:t>
      </w:r>
    </w:p>
    <w:p>
      <w:pPr>
        <w:jc w:val="right"/>
      </w:pPr>
      <w:r>
        <w:t>نہیں، قرآن میں وزڈم کی باتیں ہیں۔</w:t>
      </w:r>
    </w:p>
    <w:p>
      <w:r>
        <w:rPr>
          <w:b/>
        </w:rPr>
        <w:t xml:space="preserve">[31:20] </w:t>
      </w:r>
      <w:r>
        <w:t>kal ek sahab se keh raha tha, main quran "book of wisdom" hai, quran "book of wisdom" hai.</w:t>
      </w:r>
    </w:p>
    <w:p>
      <w:pPr>
        <w:jc w:val="right"/>
      </w:pPr>
      <w:r>
        <w:t>کل ایک صاحب سے کہہ رہا تھا، میں قرآن "بک آف وزڈم" ہے، قرآن "بک آف وزڈم" ہے۔</w:t>
      </w:r>
    </w:p>
    <w:p>
      <w:r>
        <w:rPr>
          <w:b/>
        </w:rPr>
        <w:t xml:space="preserve">[31:26] </w:t>
      </w:r>
      <w:r>
        <w:t>lekin baat kya hai? wisdom ki baat yaad rakhiye, hamesha "between the line" hoti hai.</w:t>
      </w:r>
    </w:p>
    <w:p>
      <w:pPr>
        <w:jc w:val="right"/>
      </w:pPr>
      <w:r>
        <w:t>لیکن بات کیا ہے؟ وزڈم کی بات یاد رکھیے، ہمیشہ "بٹوین دی لائن" ہوتی ہے۔</w:t>
      </w:r>
    </w:p>
    <w:p>
      <w:r>
        <w:rPr>
          <w:b/>
        </w:rPr>
        <w:t xml:space="preserve">[31:33] </w:t>
      </w:r>
      <w:r>
        <w:t>to quran poora ka poora "book of wisdom" hai, lekin jo wisdom hai, woh "between the line" hai.</w:t>
      </w:r>
    </w:p>
    <w:p>
      <w:pPr>
        <w:jc w:val="right"/>
      </w:pPr>
      <w:r>
        <w:t>تو قرآن پورا کا پورا "بک آف وزڈم" ہے، لیکن جو وزڈم ہے، وہ "بٹوین دی لائن" ہے۔</w:t>
      </w:r>
    </w:p>
    <w:p>
      <w:r>
        <w:rPr>
          <w:b/>
        </w:rPr>
        <w:t xml:space="preserve">[31:40] </w:t>
      </w:r>
      <w:r>
        <w:t>to line padhte hain, "between the line" phir dikhai nahi deta.</w:t>
      </w:r>
    </w:p>
    <w:p>
      <w:pPr>
        <w:jc w:val="right"/>
      </w:pPr>
      <w:r>
        <w:t>تو لائن پڑھتے ہیں، "بٹوین دی لائن" پھر دکھائی نہیں دیتا۔</w:t>
      </w:r>
    </w:p>
    <w:p>
      <w:r>
        <w:rPr>
          <w:b/>
        </w:rPr>
        <w:t xml:space="preserve">[31:46] </w:t>
      </w:r>
      <w:r>
        <w:t>جیسے اسی میں دیکھیے، "world's father" میں انہوں نے لائن کو پڑھا، اس کے literal meaning دیکھا، اور</w:t>
      </w:r>
    </w:p>
    <w:p>
      <w:pPr>
        <w:jc w:val="right"/>
      </w:pPr>
      <w:r>
        <w:t>جیسے اسی میں دیکھیے، "ورلوز فاجر" میں انہوں نے لائن کو پڑھا، اس کے لیٹرل میننگ دیکھا، اور</w:t>
      </w:r>
    </w:p>
    <w:p>
      <w:r>
        <w:rPr>
          <w:b/>
        </w:rPr>
        <w:t xml:space="preserve">[31:53] </w:t>
      </w:r>
      <w:r>
        <w:t>keh diya ke yeh buton ko choro.</w:t>
      </w:r>
    </w:p>
    <w:p>
      <w:pPr>
        <w:jc w:val="right"/>
      </w:pPr>
      <w:r>
        <w:t>کہہ دیا کہ یہ بتوں کو چھوڑو۔</w:t>
      </w:r>
    </w:p>
    <w:p>
      <w:r>
        <w:rPr>
          <w:b/>
        </w:rPr>
        <w:t xml:space="preserve">[31:59] </w:t>
      </w:r>
      <w:r>
        <w:t>lekin aap "between the line" ke aitbar se padhen, wahan us ko ghor karen to aap ko nazar</w:t>
      </w:r>
    </w:p>
    <w:p>
      <w:pPr>
        <w:jc w:val="right"/>
      </w:pPr>
      <w:r>
        <w:t>لیکن آپ "بٹوین دی لائن" کے اعتبار سے پڑھیں، وہاں اس کو غور کریں تو آپ کو نظر</w:t>
      </w:r>
    </w:p>
    <w:p>
      <w:r>
        <w:rPr>
          <w:b/>
        </w:rPr>
        <w:t xml:space="preserve">[32:06] </w:t>
      </w:r>
      <w:r>
        <w:t>aayega yeh to yeh to wisdom hai.</w:t>
      </w:r>
    </w:p>
    <w:p>
      <w:pPr>
        <w:jc w:val="right"/>
      </w:pPr>
      <w:r>
        <w:t>آئے گا یہ تو یہ تو وزڈم ہے۔</w:t>
      </w:r>
    </w:p>
    <w:p>
      <w:r>
        <w:rPr>
          <w:b/>
        </w:rPr>
        <w:t xml:space="preserve">[32:13] </w:t>
      </w:r>
      <w:r>
        <w:t>method of dawah kaun sa zyada, yani effective hai, woh bataya gaya hai.</w:t>
      </w:r>
    </w:p>
    <w:p>
      <w:pPr>
        <w:jc w:val="right"/>
      </w:pPr>
      <w:r>
        <w:t>میتھڈ آف دعوت کون سا زیادہ، یعنی ایفیکٹیو ہے، وہ بتایا گیا ہے۔</w:t>
      </w:r>
    </w:p>
    <w:p>
      <w:r>
        <w:rPr>
          <w:b/>
        </w:rPr>
        <w:t xml:space="preserve">[32:19] </w:t>
      </w:r>
      <w:r>
        <w:t>to poori history mein mujhe nazar aata hai ke yahi yahi cheez kaam kar rahi hai.</w:t>
      </w:r>
    </w:p>
    <w:p>
      <w:pPr>
        <w:jc w:val="right"/>
      </w:pPr>
      <w:r>
        <w:t>تو پوری ہسٹری میں مجھے نظر آتا ہے کہ یہی یہی چیز کام کر رہی ہے۔</w:t>
      </w:r>
    </w:p>
    <w:p>
      <w:r>
        <w:rPr>
          <w:b/>
        </w:rPr>
        <w:t xml:space="preserve">[32:26] </w:t>
      </w:r>
      <w:r>
        <w:t>poori history mein jahan koi aap ko success nazar aaye to wahan aap paayenge ke logon ne</w:t>
      </w:r>
    </w:p>
    <w:p>
      <w:pPr>
        <w:jc w:val="right"/>
      </w:pPr>
      <w:r>
        <w:t>پوری ہسٹری میں جہاں کوئی آپ کو سکسیس نظر آئے تو وہاں آپ پائیں گے کہ لوگوں نے</w:t>
      </w:r>
    </w:p>
    <w:p>
      <w:r>
        <w:rPr>
          <w:b/>
        </w:rPr>
        <w:t xml:space="preserve">[32:33] </w:t>
      </w:r>
      <w:r>
        <w:t>cheezon ko positive angle se liya, aur jahan aap failure dikhai de to wahan aap paayenge ke</w:t>
      </w:r>
    </w:p>
    <w:p>
      <w:pPr>
        <w:jc w:val="right"/>
      </w:pPr>
      <w:r>
        <w:t>چیزوں کو پازیٹیو اینگل سے لیا، اور جہاں آپ فیلیر دکھائی دے تو وہاں آپ پائیں گے کہ</w:t>
      </w:r>
    </w:p>
    <w:p>
      <w:r>
        <w:rPr>
          <w:b/>
        </w:rPr>
        <w:t xml:space="preserve">[32:39] </w:t>
      </w:r>
      <w:r>
        <w:t>logon ne cheezon ko negative angle se liya.</w:t>
      </w:r>
    </w:p>
    <w:p>
      <w:pPr>
        <w:jc w:val="right"/>
      </w:pPr>
      <w:r>
        <w:t>لوگوں نے چیزوں کو نیگیٹیو اینگل سے لیا۔</w:t>
      </w:r>
    </w:p>
    <w:p>
      <w:r>
        <w:rPr>
          <w:b/>
        </w:rPr>
        <w:t xml:space="preserve">[32:46] </w:t>
      </w:r>
      <w:r>
        <w:t>yahan se wahan tak to is zamane mein chounke islam ki image, yani ban gayi hai tashaddud ki</w:t>
      </w:r>
    </w:p>
    <w:p>
      <w:pPr>
        <w:jc w:val="right"/>
      </w:pPr>
      <w:r>
        <w:t>یہاں سے وہاں تک تو اس زمانے میں چونکہ اسلام کی امیج، یعنی بن گئی ہے تشدد کی</w:t>
      </w:r>
    </w:p>
    <w:p>
      <w:r>
        <w:rPr>
          <w:b/>
        </w:rPr>
        <w:t xml:space="preserve">[32:53] </w:t>
      </w:r>
      <w:r>
        <w:t>image, to log jante bhi nahin ke islam mein wisdom hai, quran mein wisdom hai, yeh jante bhi nahin.</w:t>
      </w:r>
    </w:p>
    <w:p>
      <w:pPr>
        <w:jc w:val="right"/>
      </w:pPr>
      <w:r>
        <w:t>امیج، تو لوگ جانتے بھی نہیں کہ اسلام میں وزڈم ہے، قرآن میں وزڈم ہے، یہ جانتے بھی نہیں۔</w:t>
      </w:r>
    </w:p>
    <w:p>
      <w:r>
        <w:rPr>
          <w:b/>
        </w:rPr>
        <w:t xml:space="preserve">[32:59] </w:t>
      </w:r>
      <w:r>
        <w:t>hadees mein wisdom hai.</w:t>
      </w:r>
    </w:p>
    <w:p>
      <w:pPr>
        <w:jc w:val="right"/>
      </w:pPr>
      <w:r>
        <w:t>حدیث میں وزڈم ہے۔</w:t>
      </w:r>
    </w:p>
    <w:p>
      <w:r>
        <w:rPr>
          <w:b/>
        </w:rPr>
        <w:t xml:space="preserve">[33:06] </w:t>
      </w:r>
      <w:r>
        <w:t>They are quite unaware of this fact. Quite unaware.</w:t>
      </w:r>
    </w:p>
    <w:p>
      <w:pPr>
        <w:jc w:val="right"/>
      </w:pPr>
      <w:r>
        <w:t>They are quite unaware of this fact. Quite unaware.</w:t>
      </w:r>
    </w:p>
    <w:p>
      <w:r>
        <w:rPr>
          <w:b/>
        </w:rPr>
        <w:t xml:space="preserve">[33:12] </w:t>
      </w:r>
      <w:r>
        <w:t>jaise misaal ke taur par dekhiye, Egypt mein pehli baar mauqa kaamyaab Muslim Brotherhood ko, jis ko</w:t>
      </w:r>
    </w:p>
    <w:p>
      <w:pPr>
        <w:jc w:val="right"/>
      </w:pPr>
      <w:r>
        <w:t>جیسے مثال کے طور پر دیکھیے، ایجپٹ میں پہلی بار موقع کامیاب مسلم برادر ہڈ کو، جس کو</w:t>
      </w:r>
    </w:p>
    <w:p>
      <w:r>
        <w:rPr>
          <w:b/>
        </w:rPr>
        <w:t xml:space="preserve">[33:19] </w:t>
      </w:r>
      <w:r>
        <w:t>kehte hain "Al-Ikhwan Al-Muslimun", ke un ko un ka aadmi murshid sahib jo thay, woh president ban gaye.</w:t>
      </w:r>
    </w:p>
    <w:p>
      <w:pPr>
        <w:jc w:val="right"/>
      </w:pPr>
      <w:r>
        <w:t>کہتے ہیں "الاخوان المسلمون"، کہ ان کو ان کا آدمی مرشد صاحب جو تھے، وہ پریزنٹ بن گئے۔</w:t>
      </w:r>
    </w:p>
    <w:p>
      <w:r>
        <w:rPr>
          <w:b/>
        </w:rPr>
        <w:t xml:space="preserve">[33:26] </w:t>
      </w:r>
      <w:r>
        <w:t>president ban gaye, lekin aate hi unhon ne chaha ke bas sab ult palat daalen.</w:t>
      </w:r>
    </w:p>
    <w:p>
      <w:pPr>
        <w:jc w:val="right"/>
      </w:pPr>
      <w:r>
        <w:t>پریزنٹ بن گئے، لیکن آتے ہی انہوں نے چاہا کہ بس سب الٹ پلٹ ڈالیں۔</w:t>
      </w:r>
    </w:p>
    <w:p>
      <w:r>
        <w:rPr>
          <w:b/>
        </w:rPr>
        <w:t xml:space="preserve">[33:32] </w:t>
      </w:r>
      <w:r>
        <w:t>yeh janna chahiye tha in ko, agarche woh president hain, lekin abhi bhi wahan par military jo hai,</w:t>
      </w:r>
    </w:p>
    <w:p>
      <w:pPr>
        <w:jc w:val="right"/>
      </w:pPr>
      <w:r>
        <w:t>یہ جاننا چاہیے تھا ان کو، اگرچہ وہ پریزیڈنٹ ہیں، لیکن ابھی بھی وہاں پر ملٹری جو ہے،</w:t>
      </w:r>
    </w:p>
    <w:p>
      <w:r>
        <w:rPr>
          <w:b/>
        </w:rPr>
        <w:t xml:space="preserve">[33:39] </w:t>
      </w:r>
      <w:r>
        <w:t>bohat powerful position mein hai.</w:t>
      </w:r>
    </w:p>
    <w:p>
      <w:pPr>
        <w:jc w:val="right"/>
      </w:pPr>
      <w:r>
        <w:t>بہت پاورفل پوزیشن میں ہے۔</w:t>
      </w:r>
    </w:p>
    <w:p>
      <w:r>
        <w:rPr>
          <w:b/>
        </w:rPr>
        <w:t xml:space="preserve">[33:46] </w:t>
      </w:r>
      <w:r>
        <w:t>bohat powerful position mein to military ke maamle mein bhi unhon ne interfere karna shuru kar diya.</w:t>
      </w:r>
    </w:p>
    <w:p>
      <w:pPr>
        <w:jc w:val="right"/>
      </w:pPr>
      <w:r>
        <w:t>بہت پاورفل پوزیشن میں تو ملٹری کے معاملے میں بھی انہوں نے انٹرفیئر کرنا شروع کر دیا۔</w:t>
      </w:r>
    </w:p>
    <w:p>
      <w:r>
        <w:rPr>
          <w:b/>
        </w:rPr>
        <w:t xml:space="preserve">[33:52] </w:t>
      </w:r>
      <w:r>
        <w:t>to military wale chaukana ho gaye, chaukana ho gaye, yeh to hum ko chalne nahin denge.</w:t>
      </w:r>
    </w:p>
    <w:p>
      <w:pPr>
        <w:jc w:val="right"/>
      </w:pPr>
      <w:r>
        <w:t>تو ملٹری والے چوکنا ہو گئے، چوکنا ہو گئے، یہ تو ہم کو چلنے نہیں دیں گے۔</w:t>
      </w:r>
    </w:p>
    <w:p>
      <w:r>
        <w:rPr>
          <w:b/>
        </w:rPr>
        <w:t xml:space="preserve">[33:59] </w:t>
      </w:r>
      <w:r>
        <w:t>kai aisi misaalain hain, woh us waqt mein misaalain nahin doonga, baat lambi ho jayegi.</w:t>
      </w:r>
    </w:p>
    <w:p>
      <w:pPr>
        <w:jc w:val="right"/>
      </w:pPr>
      <w:r>
        <w:t>کئی ایسی مثالیں ہیں، وہ اس وقت میں مثالیں نہیں دوں گا، بات لمبی ہو جائے گی۔</w:t>
      </w:r>
    </w:p>
    <w:p>
      <w:r>
        <w:rPr>
          <w:b/>
        </w:rPr>
        <w:t xml:space="preserve">[34:05] </w:t>
      </w:r>
      <w:r>
        <w:t>to Muslim Brotherhood ka leader wahan president ban gaya, lekin un ko yeh yeh wisdom ne money</w:t>
      </w:r>
    </w:p>
    <w:p>
      <w:pPr>
        <w:jc w:val="right"/>
      </w:pPr>
      <w:r>
        <w:t>تو مسلم برادر ہڈ کا لیڈر وہاں پریزیڈنٹ بن گیا، لیکن ان کو یہ یہ وزڈم نے منی</w:t>
      </w:r>
    </w:p>
    <w:p>
      <w:r>
        <w:rPr>
          <w:b/>
        </w:rPr>
        <w:t xml:space="preserve">[34:12] </w:t>
      </w:r>
      <w:r>
        <w:t>مانا تھا کہ "world's wager"، یعنی یہاں پر "world's wager" کے معنی ہوں گے کہ ملٹری سے ٹکراؤ</w:t>
      </w:r>
    </w:p>
    <w:p>
      <w:pPr>
        <w:jc w:val="right"/>
      </w:pPr>
      <w:r>
        <w:t>مانا تھا کہ "ورلوز فاجر"، یعنی یہاں پر "ورلوز فاجر" کے معنی ہوں گے کہ ملٹری سے ٹکراؤ</w:t>
      </w:r>
    </w:p>
    <w:p>
      <w:r>
        <w:rPr>
          <w:b/>
        </w:rPr>
        <w:t xml:space="preserve">[34:19] </w:t>
      </w:r>
      <w:r>
        <w:t>ke paas hi chhod do.</w:t>
      </w:r>
    </w:p>
    <w:p>
      <w:pPr>
        <w:jc w:val="right"/>
      </w:pPr>
      <w:r>
        <w:t>کے پاس ہی چھوڑ دو۔</w:t>
      </w:r>
    </w:p>
    <w:p>
      <w:r>
        <w:rPr>
          <w:b/>
        </w:rPr>
        <w:t xml:space="preserve">[34:25] </w:t>
      </w:r>
      <w:r>
        <w:t>yani Egypt ke is waqe ke ko le kar main yeh kahunga ke wahan par murshid sahib</w:t>
      </w:r>
    </w:p>
    <w:p>
      <w:pPr>
        <w:jc w:val="right"/>
      </w:pPr>
      <w:r>
        <w:t>یعنی ایجپٹ کے اس واقعے کے کو لے کر میں یہ کہوں گا کہ وہاں پر مرشد صاحب</w:t>
      </w:r>
    </w:p>
    <w:p>
      <w:r>
        <w:rPr>
          <w:b/>
        </w:rPr>
        <w:t xml:space="preserve">[34:32] </w:t>
      </w:r>
      <w:r>
        <w:t>ko jo karna tha, woh woh tha "world's favour", yani military se takrao chhod do.</w:t>
      </w:r>
    </w:p>
    <w:p>
      <w:pPr>
        <w:jc w:val="right"/>
      </w:pPr>
      <w:r>
        <w:t>کو جو کرنا تھا، وہ وہ تھا "ورلوز فاجر"، یعنی ملٹری سے ٹکراؤ چھوڑ دو۔</w:t>
      </w:r>
    </w:p>
    <w:p>
      <w:r>
        <w:rPr>
          <w:b/>
        </w:rPr>
        <w:t xml:space="preserve">[34:39] </w:t>
      </w:r>
      <w:r>
        <w:t>takrao kiye baghair apna kaam karo.</w:t>
      </w:r>
    </w:p>
    <w:p>
      <w:pPr>
        <w:jc w:val="right"/>
      </w:pPr>
      <w:r>
        <w:t>ٹکراؤ کیے بغیر اپنا کام کرو۔</w:t>
      </w:r>
    </w:p>
    <w:p>
      <w:r>
        <w:rPr>
          <w:b/>
        </w:rPr>
        <w:t xml:space="preserve">[34:45] </w:t>
      </w:r>
      <w:r>
        <w:t>maslan dekhiye, education mein kaam karte hain, woh to koi takrao na hota.</w:t>
      </w:r>
    </w:p>
    <w:p>
      <w:pPr>
        <w:jc w:val="right"/>
      </w:pPr>
      <w:r>
        <w:t>مثلاً دیکھیے، ایجوکیشن میں کام کرتے ہیں، وہ تو کوئی ٹکراؤ نہ ہوتا۔</w:t>
      </w:r>
    </w:p>
    <w:p>
      <w:r>
        <w:rPr>
          <w:b/>
        </w:rPr>
        <w:t xml:space="preserve">[34:52] </w:t>
      </w:r>
      <w:r>
        <w:t>industry ki field mein kaam karte, koi takrao na hota.</w:t>
      </w:r>
    </w:p>
    <w:p>
      <w:pPr>
        <w:jc w:val="right"/>
      </w:pPr>
      <w:r>
        <w:t>انڈسٹری کی فیلڈ میں کام کرتے، کوئی ٹکراؤ نہ ہوتا۔</w:t>
      </w:r>
    </w:p>
    <w:p>
      <w:r>
        <w:rPr>
          <w:b/>
        </w:rPr>
        <w:t xml:space="preserve">[34:58] </w:t>
      </w:r>
      <w:r>
        <w:t>da'wat ki field mein kaam karte, to koi takrao na hota.</w:t>
      </w:r>
    </w:p>
    <w:p>
      <w:pPr>
        <w:jc w:val="right"/>
      </w:pPr>
      <w:r>
        <w:t>دعوت کی فیلڈ میں کام کرتے، تو کوئی ٹکراؤ نہ ہوتا۔</w:t>
      </w:r>
    </w:p>
    <w:p>
      <w:r>
        <w:rPr>
          <w:b/>
        </w:rPr>
        <w:t xml:space="preserve">[35:05] </w:t>
      </w:r>
      <w:r>
        <w:t>yani Egypt woh country hai, Egypt aur is ke aas paas bohat zyada historical monument hain, bohat zyada,</w:t>
      </w:r>
    </w:p>
    <w:p>
      <w:pPr>
        <w:jc w:val="right"/>
      </w:pPr>
      <w:r>
        <w:t>یعنی ایجپٹ وہ کنٹری ہے، ایجپٹ اور اس کے اس پاس بہت زیادہ ہسٹوریکل مونومنٹ ہیں، بہت زیادہ،</w:t>
      </w:r>
    </w:p>
    <w:p>
      <w:r>
        <w:rPr>
          <w:b/>
        </w:rPr>
        <w:t xml:space="preserve">[35:12] </w:t>
      </w:r>
      <w:r>
        <w:t>kyun ke yeh area hai jahan kai qaumon ne rule kiya aur musalmanon ka empire bana.</w:t>
      </w:r>
    </w:p>
    <w:p>
      <w:pPr>
        <w:jc w:val="right"/>
      </w:pPr>
      <w:r>
        <w:t>کیونکہ یہ ایریا ہے جہاں کئی قوموں نے رول کیا اور مسلمانوں کا ایمپائر بنا۔</w:t>
      </w:r>
    </w:p>
    <w:p>
      <w:r>
        <w:rPr>
          <w:b/>
        </w:rPr>
        <w:t xml:space="preserve">[35:18] </w:t>
      </w:r>
      <w:r>
        <w:t>to bharmar hai wahan historical monument ki, jis ki aik misaal hai ahraam, jo itne purana aik tareekhi monument hai.</w:t>
      </w:r>
    </w:p>
    <w:p>
      <w:pPr>
        <w:jc w:val="right"/>
      </w:pPr>
      <w:r>
        <w:t>تو بھرمار ہے وہاں ہسٹوریکل مونومنٹ کی، جس کی ایک مثال ہے احرام، جو اتنے پرانا ایک تاریخی مونومنٹ ہے۔</w:t>
      </w:r>
    </w:p>
    <w:p>
      <w:r>
        <w:rPr>
          <w:b/>
        </w:rPr>
        <w:t xml:space="preserve">[35:25] </w:t>
      </w:r>
      <w:r>
        <w:t>to bohat zyada wahan aate hain tourist, ab to kam ho gaye hain.</w:t>
      </w:r>
    </w:p>
    <w:p>
      <w:pPr>
        <w:jc w:val="right"/>
      </w:pPr>
      <w:r>
        <w:t>تو بہت زیادہ وہاں آتے ہیں ٹورسٹ، اب تو کم ہو گئے ہیں۔</w:t>
      </w:r>
    </w:p>
    <w:p>
      <w:r>
        <w:rPr>
          <w:b/>
        </w:rPr>
        <w:t xml:space="preserve">[35:32] </w:t>
      </w:r>
      <w:r>
        <w:t>to is ka matlab kya hai ke mad'u dunya bhar se chala raha hai, wahan wahan quran phailao,</w:t>
      </w:r>
    </w:p>
    <w:p>
      <w:pPr>
        <w:jc w:val="right"/>
      </w:pPr>
      <w:r>
        <w:t>تو اس کا معنی کیا ہے کہ مدعو دنیا بھر سے چلا رہا ہے، وہاں وہاں قرآن پھیلاؤ،</w:t>
      </w:r>
    </w:p>
    <w:p>
      <w:r>
        <w:rPr>
          <w:b/>
        </w:rPr>
        <w:t xml:space="preserve">[35:38] </w:t>
      </w:r>
      <w:r>
        <w:t>islam phailao, yani un mad'u ki zaban mein tarjuma kar ke khoob islam quran phailao.</w:t>
      </w:r>
    </w:p>
    <w:p>
      <w:pPr>
        <w:jc w:val="right"/>
      </w:pPr>
      <w:r>
        <w:t>اسلام پھیلاؤ، یعنی ان مدعو کی زبان میں ترجمہ کر کے خوب اسلام قرآن پھیلاؤ۔</w:t>
      </w:r>
    </w:p>
    <w:p>
      <w:r>
        <w:rPr>
          <w:b/>
        </w:rPr>
        <w:t xml:space="preserve">[35:45] </w:t>
      </w:r>
      <w:r>
        <w:t>to sari dunya mein islam ke haq mein faza banegi, sari dunya mein islam ke haq mein</w:t>
      </w:r>
    </w:p>
    <w:p>
      <w:pPr>
        <w:jc w:val="right"/>
      </w:pPr>
      <w:r>
        <w:t>تو ساری دنیا میں اسلام کے حق میں فضا بنے گی، ساری دنیا میں اسلام کے حق میں</w:t>
      </w:r>
    </w:p>
    <w:p>
      <w:r>
        <w:rPr>
          <w:b/>
        </w:rPr>
        <w:t xml:space="preserve">[35:52] </w:t>
      </w:r>
      <w:r>
        <w:t>ek ek muafiq faza banegi.</w:t>
      </w:r>
    </w:p>
    <w:p>
      <w:pPr>
        <w:jc w:val="right"/>
      </w:pPr>
      <w:r>
        <w:t>ایک ایک موافق فضا بنے گی۔</w:t>
      </w:r>
    </w:p>
    <w:p>
      <w:r>
        <w:rPr>
          <w:b/>
        </w:rPr>
        <w:t xml:space="preserve">[35:58] </w:t>
      </w:r>
      <w:r>
        <w:t>yeh sab kuch nahi, bas unhon ne khwamkhwah military se takrao shuru kar diya, ghair zaroori.</w:t>
      </w:r>
    </w:p>
    <w:p>
      <w:pPr>
        <w:jc w:val="right"/>
      </w:pPr>
      <w:r>
        <w:t>یہ سب کچھ نہیں، بس انہوں نے خوامخواہ ملٹری سے ٹکراؤ شروع کر دیا، غیر ضروری۔</w:t>
      </w:r>
    </w:p>
    <w:p>
      <w:r>
        <w:rPr>
          <w:b/>
        </w:rPr>
        <w:t xml:space="preserve">[36:05] </w:t>
      </w:r>
      <w:r>
        <w:t>to murshid sahib ne bhi is ayat mein jo un ke liye rehnumai thi, woh nahi liya ke</w:t>
      </w:r>
    </w:p>
    <w:p>
      <w:pPr>
        <w:jc w:val="right"/>
      </w:pPr>
      <w:r>
        <w:t>تو مرشد صاحب نے بھی اس آیت میں جو ان کے لیے رہنمائی تھی، وہ نہیں لیا کہ</w:t>
      </w:r>
    </w:p>
    <w:p>
      <w:r>
        <w:rPr>
          <w:b/>
        </w:rPr>
        <w:t xml:space="preserve">[36:11] </w:t>
      </w:r>
      <w:r>
        <w:t>"waruluz fajar", "riz" ko chhod do.</w:t>
      </w:r>
    </w:p>
    <w:p>
      <w:pPr>
        <w:jc w:val="right"/>
      </w:pPr>
      <w:r>
        <w:t>"ورلوز فاجر"، "رز" کو چھوڑ دو۔</w:t>
      </w:r>
    </w:p>
    <w:p>
      <w:r>
        <w:rPr>
          <w:b/>
        </w:rPr>
        <w:t xml:space="preserve">[36:18] </w:t>
      </w:r>
      <w:r>
        <w:t>to "riz" ka application halaat ke lehaz se hoga.</w:t>
      </w:r>
    </w:p>
    <w:p>
      <w:pPr>
        <w:jc w:val="right"/>
      </w:pPr>
      <w:r>
        <w:t>تو "رز" کا ایپلیکیشن حالات کے لحاظ سے ہوگا۔</w:t>
      </w:r>
    </w:p>
    <w:p>
      <w:r>
        <w:rPr>
          <w:b/>
        </w:rPr>
        <w:t xml:space="preserve">[36:25] </w:t>
      </w:r>
      <w:r>
        <w:t>misalan India hai, farz kijiye, ab hum yeh chalayen, jaisa ke aksar musalman bolte hain, is bar jo</w:t>
      </w:r>
    </w:p>
    <w:p>
      <w:pPr>
        <w:jc w:val="right"/>
      </w:pPr>
      <w:r>
        <w:t>مثلاً انڈیا ہے، فرض کیجئے، اب ہم یہ چلائیں، جیسا کہ اکثر مسلمان بولتے ہیں، اس بار جو</w:t>
      </w:r>
    </w:p>
    <w:p>
      <w:r>
        <w:rPr>
          <w:b/>
        </w:rPr>
        <w:t xml:space="preserve">[36:31] </w:t>
      </w:r>
      <w:r>
        <w:t>parliament bani hai, is mein musalmanon ki tadad, muslim membranon ki tadad sab se kam hai.</w:t>
      </w:r>
    </w:p>
    <w:p>
      <w:pPr>
        <w:jc w:val="right"/>
      </w:pPr>
      <w:r>
        <w:t>پارلیمنٹ بنی ہے، اس میں مسلمانوں کی تعداد، مسلم ممبران کی تعداد سب سے کم ہے۔</w:t>
      </w:r>
    </w:p>
    <w:p>
      <w:r>
        <w:rPr>
          <w:b/>
        </w:rPr>
        <w:t xml:space="preserve">[36:38] </w:t>
      </w:r>
      <w:r>
        <w:t>is bar jo India mein jo parliament bani hai, is mein muslim membranon ki tadad poori azadi ki</w:t>
      </w:r>
    </w:p>
    <w:p>
      <w:pPr>
        <w:jc w:val="right"/>
      </w:pPr>
      <w:r>
        <w:t>اس بار جو انڈیا میں جو پارلیمنٹ بنی ہے، اس میں مسلم ممبران کی تعداد پوری آزادی کی</w:t>
      </w:r>
    </w:p>
    <w:p>
      <w:r>
        <w:rPr>
          <w:b/>
        </w:rPr>
        <w:t xml:space="preserve">[36:45] </w:t>
      </w:r>
      <w:r>
        <w:t>tareekh mein sab se kam hai.</w:t>
      </w:r>
    </w:p>
    <w:p>
      <w:pPr>
        <w:jc w:val="right"/>
      </w:pPr>
      <w:r>
        <w:t>تاریخ میں سب سے کم ہے۔</w:t>
      </w:r>
    </w:p>
    <w:p>
      <w:r>
        <w:rPr>
          <w:b/>
        </w:rPr>
        <w:t xml:space="preserve">[36:51] </w:t>
      </w:r>
      <w:r>
        <w:t>bas isi ko le kar idhar pahunchayen, isi ko le kar jalsa, jaloos, nare, jhande.</w:t>
      </w:r>
    </w:p>
    <w:p>
      <w:pPr>
        <w:jc w:val="right"/>
      </w:pPr>
      <w:r>
        <w:t>بس اسی کو لے کر ادھر پہنچائیں، اسی کو لے کر جلسہ، جلوس، نعرے، جھنڈے۔</w:t>
      </w:r>
    </w:p>
    <w:p>
      <w:r>
        <w:rPr>
          <w:b/>
        </w:rPr>
        <w:t xml:space="preserve">[36:58] </w:t>
      </w:r>
      <w:r>
        <w:t>to kya hoga? yeh right angle se na dekh kar ke negative angle se dekhna hoga.</w:t>
      </w:r>
    </w:p>
    <w:p>
      <w:pPr>
        <w:jc w:val="right"/>
      </w:pPr>
      <w:r>
        <w:t>تو کیا ہوگا؟ یہ رائٹ اینگل سے نہ دیکھ کر کے نیگیٹیو اینگل سے دیکھنا ہوگا۔</w:t>
      </w:r>
    </w:p>
    <w:p>
      <w:r>
        <w:rPr>
          <w:b/>
        </w:rPr>
        <w:t xml:space="preserve">[37:04] </w:t>
      </w:r>
      <w:r>
        <w:t>aur phir kya hoga? talkhiyan, hindu muslim taluqat mein bitterness, aur khwamkhwah ki rukawaten, aur dawat ko mashwar</w:t>
      </w:r>
    </w:p>
    <w:p>
      <w:pPr>
        <w:jc w:val="right"/>
      </w:pPr>
      <w:r>
        <w:t>اور پھر کیا ہوگا؟ تلخیاں، ہندو مسلم تعلقات میں بٹرنس، اور خوامخواہ کی رکاوٹیں، اور دعوت کو مشور</w:t>
      </w:r>
    </w:p>
    <w:p>
      <w:r>
        <w:rPr>
          <w:b/>
        </w:rPr>
        <w:t xml:space="preserve">[37:11] </w:t>
      </w:r>
      <w:r>
        <w:t>nazar se dekhna, yeh sab paida ho jayega.</w:t>
      </w:r>
    </w:p>
    <w:p>
      <w:pPr>
        <w:jc w:val="right"/>
      </w:pPr>
      <w:r>
        <w:t>نظر سے دیکھنا، یہ سب پیدا ہو جائے گا۔</w:t>
      </w:r>
    </w:p>
    <w:p>
      <w:r>
        <w:rPr>
          <w:b/>
        </w:rPr>
        <w:t xml:space="preserve">[37:18] </w:t>
      </w:r>
      <w:r>
        <w:t>to kaam to kuch nahi hoga, aur aur rift barh jayega.</w:t>
      </w:r>
    </w:p>
    <w:p>
      <w:pPr>
        <w:jc w:val="right"/>
      </w:pPr>
      <w:r>
        <w:t>تو کام تو کچھ نہیں ہوگا، اور اور رفٹ بڑھ جائے گا۔</w:t>
      </w:r>
    </w:p>
    <w:p>
      <w:r>
        <w:rPr>
          <w:b/>
        </w:rPr>
        <w:t xml:space="preserve">[37:24] </w:t>
      </w:r>
      <w:r>
        <w:t>rift to hum Allah ke fazl se yeh sab chuki nahi padhte, hum nahi sochte ke member, member</w:t>
      </w:r>
    </w:p>
    <w:p>
      <w:pPr>
        <w:jc w:val="right"/>
      </w:pPr>
      <w:r>
        <w:t>رفٹ تو ہم اللہ کے فضل سے یہ سب چونکہ نہیں پڑھتے، ہم نہیں سوچتے کہ ممبر، ممبر</w:t>
      </w:r>
    </w:p>
    <w:p>
      <w:r>
        <w:rPr>
          <w:b/>
        </w:rPr>
        <w:t xml:space="preserve">[37:31] </w:t>
      </w:r>
      <w:r>
        <w:t>parliament ke membranon ki, muslim membranon ki tadad kam hai ya zyada, hamein is se koi baat nahi hai.</w:t>
      </w:r>
    </w:p>
    <w:p>
      <w:pPr>
        <w:jc w:val="right"/>
      </w:pPr>
      <w:r>
        <w:t>پارلیمنٹ کے ممبران کی، مسلم ممبران کی تعداد کم ہے یا زیادہ، ہمیں اس سے کوئی بات نہیں ہے۔</w:t>
      </w:r>
    </w:p>
    <w:p>
      <w:r>
        <w:rPr>
          <w:b/>
        </w:rPr>
        <w:t xml:space="preserve">[37:38] </w:t>
      </w:r>
      <w:r>
        <w:t>to hamein moqa hai is mulk mein ke hum dawat ka kaam kar rahe hain.</w:t>
      </w:r>
    </w:p>
    <w:p>
      <w:pPr>
        <w:jc w:val="right"/>
      </w:pPr>
      <w:r>
        <w:t>تو ہمیں موقع ہے اس ملک میں کہ ہم دعوت کا کام کر رہے ہیں۔</w:t>
      </w:r>
    </w:p>
    <w:p>
      <w:r>
        <w:rPr>
          <w:b/>
        </w:rPr>
        <w:t xml:space="preserve">[37:44] </w:t>
      </w:r>
      <w:r>
        <w:t>abhi aap sab log jante hain, aap ke Delhi mein bar bar seminar hote hain, carfor hoti hai,</w:t>
      </w:r>
    </w:p>
    <w:p>
      <w:pPr>
        <w:jc w:val="right"/>
      </w:pPr>
      <w:r>
        <w:t>ابھی آپ سب لوگ جانتے ہیں، آپ کے دہلی میں بار بار سیمینار ہوتے ہیں، کارفر ہوتی ہے،</w:t>
      </w:r>
    </w:p>
    <w:p>
      <w:r>
        <w:rPr>
          <w:b/>
        </w:rPr>
        <w:t xml:space="preserve">[37:51] </w:t>
      </w:r>
      <w:r>
        <w:t>wahan hum jate hain, hum ko khula moqa milta hai bolne ka, aur hamare sathi jo jate hain,</w:t>
      </w:r>
    </w:p>
    <w:p>
      <w:pPr>
        <w:jc w:val="right"/>
      </w:pPr>
      <w:r>
        <w:t>وہاں ہم جاتے ہیں، ہم کو کھلا موقع ملتا ہے بولنے کا، اور ہمارے ساتھی جو جاتے ہیں،</w:t>
      </w:r>
    </w:p>
    <w:p>
      <w:r>
        <w:rPr>
          <w:b/>
        </w:rPr>
        <w:t xml:space="preserve">[37:57] </w:t>
      </w:r>
      <w:r>
        <w:t>wahan par literature le kar, quran ka translation aur doosri kitaben, woh khoob aap phailate hain, koi rukawat</w:t>
      </w:r>
    </w:p>
    <w:p>
      <w:pPr>
        <w:jc w:val="right"/>
      </w:pPr>
      <w:r>
        <w:t>وہاں پر لٹریچر لے کر، قرآن کا ٹرانسیشن اور دوسری کتابیں، وہ خوب آپ پھیلاتے ہیں، کوئی رکاوٹ</w:t>
      </w:r>
    </w:p>
    <w:p>
      <w:r>
        <w:rPr>
          <w:b/>
        </w:rPr>
        <w:t xml:space="preserve">[38:04] </w:t>
      </w:r>
      <w:r>
        <w:t>nahi, koi rukawat nahi.</w:t>
      </w:r>
    </w:p>
    <w:p>
      <w:pPr>
        <w:jc w:val="right"/>
      </w:pPr>
      <w:r>
        <w:t>نہیں، کوئی رکاوٹ نہیں۔</w:t>
      </w:r>
    </w:p>
    <w:p>
      <w:r>
        <w:rPr>
          <w:b/>
        </w:rPr>
        <w:t xml:space="preserve">[38:11] </w:t>
      </w:r>
      <w:r>
        <w:t>agar hum dhoom machayen kisi aisi cheez ko le kar jo negative point hai, to hum kuch nahi</w:t>
      </w:r>
    </w:p>
    <w:p>
      <w:pPr>
        <w:jc w:val="right"/>
      </w:pPr>
      <w:r>
        <w:t>اگر ہم دھوم مچائیں کسی ایسی چیز کو لے کر جو نیگیٹیو پوائنٹ ہے، تو ہم کچھ نہیں</w:t>
      </w:r>
    </w:p>
    <w:p>
      <w:r>
        <w:rPr>
          <w:b/>
        </w:rPr>
        <w:t xml:space="preserve">[38:17] </w:t>
      </w:r>
      <w:r>
        <w:t>kar sakte, hamein kai moqa nahi milega.</w:t>
      </w:r>
    </w:p>
    <w:p>
      <w:pPr>
        <w:jc w:val="right"/>
      </w:pPr>
      <w:r>
        <w:t>کر سکتے، ہمیں کئی موقع نہیں ملے گا۔</w:t>
      </w:r>
    </w:p>
    <w:p>
      <w:r>
        <w:rPr>
          <w:b/>
        </w:rPr>
        <w:t xml:space="preserve">[38:24] </w:t>
      </w:r>
      <w:r>
        <w:t>to yeh jo hai "waruluz fajar", jo hai, yeh ek yeh ek ek almi concept hai, yeh sirf</w:t>
      </w:r>
    </w:p>
    <w:p>
      <w:pPr>
        <w:jc w:val="right"/>
      </w:pPr>
      <w:r>
        <w:t>تو یہ جو ہے "ورلوز فاجر"، جو ہے، یہ ایک یہ ایک ایک عالمی کانسیپٹ ہے، یہ صرف</w:t>
      </w:r>
    </w:p>
    <w:p>
      <w:r>
        <w:rPr>
          <w:b/>
        </w:rPr>
        <w:t xml:space="preserve">[38:31] </w:t>
      </w:r>
      <w:r>
        <w:t>musalmanon ke liye nahi hai, sirf islam ke liye nahi, sirf mazhab ke liye nahi hai, yeh mazhab,</w:t>
      </w:r>
    </w:p>
    <w:p>
      <w:pPr>
        <w:jc w:val="right"/>
      </w:pPr>
      <w:r>
        <w:t>مسلمانوں کے لیے نہیں ہے، صرف اسلام کے لیے نہیں، صرف مذہب کے لیے نہیں ہے، یہ مذہب،</w:t>
      </w:r>
    </w:p>
    <w:p>
      <w:r>
        <w:rPr>
          <w:b/>
        </w:rPr>
        <w:t xml:space="preserve">[38:37] </w:t>
      </w:r>
      <w:r>
        <w:t>mazhabi aur secular dono logon ke liye ekoli apply hota hai.</w:t>
      </w:r>
    </w:p>
    <w:p>
      <w:pPr>
        <w:jc w:val="right"/>
      </w:pPr>
      <w:r>
        <w:t>مذہبی اور سیکولر دونوں لوگوں کے لیے ایکولی اپلائی ہوتا ہے۔</w:t>
      </w:r>
    </w:p>
    <w:p>
      <w:r>
        <w:rPr>
          <w:b/>
        </w:rPr>
        <w:t xml:space="preserve">[38:44] </w:t>
      </w:r>
      <w:r>
        <w:t>to jab bhi koi difference aaye, jab bhi koi difference aaye, to hamesha aap kijiye ke is ko</w:t>
      </w:r>
    </w:p>
    <w:p>
      <w:pPr>
        <w:jc w:val="right"/>
      </w:pPr>
      <w:r>
        <w:t>تو جب بھی کوئی ڈیفرنس آئے، جب بھی کوئی ڈیفرنس آئے، تو ہمیشہ آپ کیجیے کہ اس کو</w:t>
      </w:r>
    </w:p>
    <w:p>
      <w:r>
        <w:rPr>
          <w:b/>
        </w:rPr>
        <w:t xml:space="preserve">[38:51] </w:t>
      </w:r>
      <w:r>
        <w:t>is ko negative angle se mat lijiye, positive angle se lijiye.</w:t>
      </w:r>
    </w:p>
    <w:p>
      <w:pPr>
        <w:jc w:val="right"/>
      </w:pPr>
      <w:r>
        <w:t>اس کو نیگیٹیو اینگل سے مت لیجئے، پازیٹیو اینگل سے لیجئے۔</w:t>
      </w:r>
    </w:p>
    <w:p>
      <w:r>
        <w:rPr>
          <w:b/>
        </w:rPr>
        <w:t xml:space="preserve">[38:57] </w:t>
      </w:r>
      <w:r>
        <w:t>hamesha, hamesha, hamesha yaad rakhiye, har mamle, koi bhi mamla ho, is mein koi negative aspect hota hai,</w:t>
      </w:r>
    </w:p>
    <w:p>
      <w:pPr>
        <w:jc w:val="right"/>
      </w:pPr>
      <w:r>
        <w:t>ہمیشہ، ہمیشہ، ہمیشہ یاد رکھیے، ہر معاملے، کوئی بھی معاملہ ہو، اس میں کوئی نیگیٹیو ایسپیکٹ ہوتا ہے،</w:t>
      </w:r>
    </w:p>
    <w:p>
      <w:r>
        <w:rPr>
          <w:b/>
        </w:rPr>
        <w:t xml:space="preserve">[39:04] </w:t>
      </w:r>
      <w:r>
        <w:t>koi positive aspect hota hai, yeh hota hi hota hai, yeh yeh hota hi hota hai.</w:t>
      </w:r>
    </w:p>
    <w:p>
      <w:pPr>
        <w:jc w:val="right"/>
      </w:pPr>
      <w:r>
        <w:t>کوئی پازیٹیو ایسپیکٹ ہوتا ہے، یہ ہوتا ہی ہوتا ہے، یہ یہ ہوتا ہی ہوتا ہے۔</w:t>
      </w:r>
    </w:p>
    <w:p>
      <w:r>
        <w:rPr>
          <w:b/>
        </w:rPr>
        <w:t xml:space="preserve">[39:10] </w:t>
      </w:r>
      <w:r>
        <w:t>ab mein aap ko ek misaal deta hoon ke Hazrat Umar jab khaleefa thay, Hazrat Abu Bakr jab khaleefa</w:t>
      </w:r>
    </w:p>
    <w:p>
      <w:pPr>
        <w:jc w:val="right"/>
      </w:pPr>
      <w:r>
        <w:t>اب میں آپ کو ایک مثال دیتا ہوں کہ حضرت عمر جب خلیفہ تھے، حضرت ابوبکر جب خلیفہ</w:t>
      </w:r>
    </w:p>
    <w:p>
      <w:r>
        <w:rPr>
          <w:b/>
        </w:rPr>
        <w:t xml:space="preserve">[39:17] </w:t>
      </w:r>
      <w:r>
        <w:t>thay, to wahan ke do aadmi un ke paas aaye, kisi zameen ke liye kaha ke yeh zameen</w:t>
      </w:r>
    </w:p>
    <w:p>
      <w:pPr>
        <w:jc w:val="right"/>
      </w:pPr>
      <w:r>
        <w:t>تھے، تو وہاں کے دو آدمی ان کے پاس آئے، کسی زمین کے لیے کہا کہ یہ زمین</w:t>
      </w:r>
    </w:p>
    <w:p>
      <w:r>
        <w:rPr>
          <w:b/>
        </w:rPr>
        <w:t xml:space="preserve">[39:24] </w:t>
      </w:r>
      <w:r>
        <w:t>humein aap de dijiye, Rasool Allah ne bhi humein zameen di thi, aap bhi de dijiye.</w:t>
      </w:r>
    </w:p>
    <w:p>
      <w:pPr>
        <w:jc w:val="right"/>
      </w:pPr>
      <w:r>
        <w:t>ہمیں آپ دے دیجئے، رسول اللہ نے بھی ہمیں زمین دی تھی، آپ بھی دے دیجئے۔</w:t>
      </w:r>
    </w:p>
    <w:p>
      <w:r>
        <w:rPr>
          <w:b/>
        </w:rPr>
        <w:t xml:space="preserve">[39:30] </w:t>
      </w:r>
      <w:r>
        <w:t>to Hazrat Abu Bakr ne un ko likh kar de diya, woh zameen koi Madina mein koi zameen thi, de diya.</w:t>
      </w:r>
    </w:p>
    <w:p>
      <w:pPr>
        <w:jc w:val="right"/>
      </w:pPr>
      <w:r>
        <w:t>تو حضرت ابوبکر نے ان کو لکھ کر دے دیا، وہ زمین کوئی مدینہ میں کوئی زمین تھی، دے دیا۔</w:t>
      </w:r>
    </w:p>
    <w:p>
      <w:r>
        <w:rPr>
          <w:b/>
        </w:rPr>
        <w:t xml:space="preserve">[39:37] </w:t>
      </w:r>
      <w:r>
        <w:t>to woh kaaghaz, jo kaaghaz likh diya tha, likh kar ke Hazrat Abu Bakr ne, woh le kar nikle</w:t>
      </w:r>
    </w:p>
    <w:p>
      <w:pPr>
        <w:jc w:val="right"/>
      </w:pPr>
      <w:r>
        <w:t>تو وہ کاغذ، جو کاغذ لکھ دیا تھا، لکھ کر کے حضرت ابوبکر نے، وہ لے کر نکلے</w:t>
      </w:r>
    </w:p>
    <w:p>
      <w:r>
        <w:rPr>
          <w:b/>
        </w:rPr>
        <w:t xml:space="preserve">[39:44] </w:t>
      </w:r>
      <w:r>
        <w:t>to by chance wahan mil gaye Hazrat Umar.</w:t>
      </w:r>
    </w:p>
    <w:p>
      <w:pPr>
        <w:jc w:val="right"/>
      </w:pPr>
      <w:r>
        <w:t>تو بائے چانس وہاں مل گئے حضرت عمر۔</w:t>
      </w:r>
    </w:p>
    <w:p>
      <w:r>
        <w:rPr>
          <w:b/>
        </w:rPr>
        <w:t xml:space="preserve">[39:50] </w:t>
      </w:r>
      <w:r>
        <w:t>unhone kaha kya hai? bade shauq se unhone kaha ke yeh khaleefa ne hum ko falan</w:t>
      </w:r>
    </w:p>
    <w:p>
      <w:pPr>
        <w:jc w:val="right"/>
      </w:pPr>
      <w:r>
        <w:t>انہوں نے کہا کیا ہے؟ بڑے شوق سے انہوں نے کہا کہ یہ خلیفہ نے ہم کو فلاں</w:t>
      </w:r>
    </w:p>
    <w:p>
      <w:r>
        <w:rPr>
          <w:b/>
        </w:rPr>
        <w:t xml:space="preserve">[39:57] </w:t>
      </w:r>
      <w:r>
        <w:t>zameen de di hai.</w:t>
      </w:r>
    </w:p>
    <w:p>
      <w:pPr>
        <w:jc w:val="right"/>
      </w:pPr>
      <w:r>
        <w:t>زمین دے دی ہے۔</w:t>
      </w:r>
    </w:p>
    <w:p>
      <w:r>
        <w:rPr>
          <w:b/>
        </w:rPr>
        <w:t xml:space="preserve">[40:03] </w:t>
      </w:r>
      <w:r>
        <w:t>to unhone kaha acha lao kaaghaz, lao kaaghaz.</w:t>
      </w:r>
    </w:p>
    <w:p>
      <w:pPr>
        <w:jc w:val="right"/>
      </w:pPr>
      <w:r>
        <w:t>تو انہوں نے کہا اچھا لاؤ کاغذ، لاؤ کاغذ۔</w:t>
      </w:r>
    </w:p>
    <w:p>
      <w:r>
        <w:rPr>
          <w:b/>
        </w:rPr>
        <w:t xml:space="preserve">[40:10] </w:t>
      </w:r>
      <w:r>
        <w:t>dekha isi waqt unhone phaad diya.</w:t>
      </w:r>
    </w:p>
    <w:p>
      <w:pPr>
        <w:jc w:val="right"/>
      </w:pPr>
      <w:r>
        <w:t>دیکھا اسی وقت انہوں نے پھاڑ دیا۔</w:t>
      </w:r>
    </w:p>
    <w:p>
      <w:r>
        <w:rPr>
          <w:b/>
        </w:rPr>
        <w:t xml:space="preserve">[40:17] </w:t>
      </w:r>
      <w:r>
        <w:t>kitaab mein aata hai ke famazaqahu Umar famazaqahu Umar mazqa ke maani hote hain tukde tukde kar diya,</w:t>
      </w:r>
    </w:p>
    <w:p>
      <w:pPr>
        <w:jc w:val="right"/>
      </w:pPr>
      <w:r>
        <w:t>کتاب میں آتا ہے کہ فمزقہ عمر فمزقہ عمر مزقہ کے معنی ہوتے ہیں ٹکڑے ٹکڑے کر دیا،</w:t>
      </w:r>
    </w:p>
    <w:p>
      <w:r>
        <w:rPr>
          <w:b/>
        </w:rPr>
        <w:t xml:space="preserve">[40:23] </w:t>
      </w:r>
      <w:r>
        <w:t>yaani phaad ke tukde tukde kar diya.</w:t>
      </w:r>
    </w:p>
    <w:p>
      <w:pPr>
        <w:jc w:val="right"/>
      </w:pPr>
      <w:r>
        <w:t>یعنی پھاڑ کے ٹکڑے ٹکڑے کر دیا۔</w:t>
      </w:r>
    </w:p>
    <w:p>
      <w:r>
        <w:rPr>
          <w:b/>
        </w:rPr>
        <w:t xml:space="preserve">[40:30] </w:t>
      </w:r>
      <w:r>
        <w:t>is ke baad woh log gaye Hazrat Abu Bakr ke paas, un se poocha ke Al-khaleefatu ant Umar ant</w:t>
      </w:r>
    </w:p>
    <w:p>
      <w:pPr>
        <w:jc w:val="right"/>
      </w:pPr>
      <w:r>
        <w:t>اس کے بعد وہ لوگ گئے حضرت ابوبکر کے پاس، ان سے پوچھا کہ الخلیفۃ انت عمر انت</w:t>
      </w:r>
    </w:p>
    <w:p>
      <w:r>
        <w:rPr>
          <w:b/>
        </w:rPr>
        <w:t xml:space="preserve">[40:37] </w:t>
      </w:r>
      <w:r>
        <w:t>am Umar Al-khaleefatu ant am Umar khaleefa aap hain ke Umar hain? to Hazrat Abu Bakr ne kuch bhi</w:t>
      </w:r>
    </w:p>
    <w:p>
      <w:pPr>
        <w:jc w:val="right"/>
      </w:pPr>
      <w:r>
        <w:t>ام عمر الخلیفۃ انت ام عمر خلیفہ آپ ہیں کہ عمر ہیں؟ تو حضرت ابوبکر نے کچھ بھی</w:t>
      </w:r>
    </w:p>
    <w:p>
      <w:r>
        <w:rPr>
          <w:b/>
        </w:rPr>
        <w:t xml:space="preserve">[40:43] </w:t>
      </w:r>
      <w:r>
        <w:t>is ko importance nahi di.</w:t>
      </w:r>
    </w:p>
    <w:p>
      <w:pPr>
        <w:jc w:val="right"/>
      </w:pPr>
      <w:r>
        <w:t>اس کو امپورٹنس نہیں دی۔</w:t>
      </w:r>
    </w:p>
    <w:p>
      <w:r>
        <w:rPr>
          <w:b/>
        </w:rPr>
        <w:t xml:space="preserve">[40:50] </w:t>
      </w:r>
      <w:r>
        <w:t>agar woh chahte to ghussa aa jaate ke mein khaleefa hoon, mere hukum phaad phenk diye.</w:t>
      </w:r>
    </w:p>
    <w:p>
      <w:pPr>
        <w:jc w:val="right"/>
      </w:pPr>
      <w:r>
        <w:t>اگر وہ چاہتے تو غصہ آ جاتے کہ میں خلیفہ ہوں، میرے حکم پھاڑ پھینک دیے۔</w:t>
      </w:r>
    </w:p>
    <w:p>
      <w:r>
        <w:rPr>
          <w:b/>
        </w:rPr>
        <w:t xml:space="preserve">[40:56] </w:t>
      </w:r>
      <w:r>
        <w:t>انہوں نے وہ تو more than intervention تھا۔</w:t>
      </w:r>
    </w:p>
    <w:p>
      <w:pPr>
        <w:jc w:val="right"/>
      </w:pPr>
      <w:r>
        <w:t>انہوں نے وہ تو مور دین انٹرویوشن تھا۔</w:t>
      </w:r>
    </w:p>
    <w:p>
      <w:r>
        <w:rPr>
          <w:b/>
        </w:rPr>
        <w:t xml:space="preserve">[41:03] </w:t>
      </w:r>
      <w:r>
        <w:t>آج کل لوگ intervention پہ غصہ آ جاتے ہیں، وہ تو more than intervention تھا۔</w:t>
      </w:r>
    </w:p>
    <w:p>
      <w:pPr>
        <w:jc w:val="right"/>
      </w:pPr>
      <w:r>
        <w:t>آج کل لوگ انٹرویوشن پہ غصہ آ جاتے ہیں، وہ تو مور دین انٹرویوشن تھا۔</w:t>
      </w:r>
    </w:p>
    <w:p>
      <w:r>
        <w:rPr>
          <w:b/>
        </w:rPr>
        <w:t xml:space="preserve">[41:10] </w:t>
      </w:r>
      <w:r>
        <w:t>direct khaleefa ka hukum hai, aur ek ghair hakim is ko phaad phenk deta hai.</w:t>
      </w:r>
    </w:p>
    <w:p>
      <w:pPr>
        <w:jc w:val="right"/>
      </w:pPr>
      <w:r>
        <w:t>ڈائریکٹ خلیفہ کا حکم ہے، اور ایک غیر حاکم اس کو پھاڑ پھینک دیتا ہے۔</w:t>
      </w:r>
    </w:p>
    <w:p>
      <w:r>
        <w:rPr>
          <w:b/>
        </w:rPr>
        <w:t xml:space="preserve">[41:16] </w:t>
      </w:r>
      <w:r>
        <w:t>to that is more than intervention woh to yaani zillat tadleel bhi kyun na, yaani Hazrat Abu Bakr ki</w:t>
      </w:r>
    </w:p>
    <w:p>
      <w:pPr>
        <w:jc w:val="right"/>
      </w:pPr>
      <w:r>
        <w:t>تو that is more than intervention وہ تو یعنی ذلت تدلیل بھی کیوں نہ، یعنی حضرت ابوبکر کی</w:t>
      </w:r>
    </w:p>
    <w:p>
      <w:r>
        <w:rPr>
          <w:b/>
        </w:rPr>
        <w:t xml:space="preserve">[41:23] </w:t>
      </w:r>
      <w:r>
        <w:t>ki ki ki humiliation bhi hai.</w:t>
      </w:r>
    </w:p>
    <w:p>
      <w:pPr>
        <w:jc w:val="right"/>
      </w:pPr>
      <w:r>
        <w:t>کی کی کا ہیومیلیشن بھی ہے۔</w:t>
      </w:r>
    </w:p>
    <w:p>
      <w:r>
        <w:rPr>
          <w:b/>
        </w:rPr>
        <w:t xml:space="preserve">[41:30] </w:t>
      </w:r>
      <w:r>
        <w:t>yeh unhon ne kuch nahi liya, poocha sirf aise hi ke bhai tu ne kyun phaar diya? kyun</w:t>
      </w:r>
    </w:p>
    <w:p>
      <w:pPr>
        <w:jc w:val="right"/>
      </w:pPr>
      <w:r>
        <w:t>یہ انہوں نے کچھ نہیں لیا، پوچھا صرف ایسے ہی کہ بھئی تو نے کیوں پھاڑ دیا؟ کیوں</w:t>
      </w:r>
    </w:p>
    <w:p>
      <w:r>
        <w:rPr>
          <w:b/>
        </w:rPr>
        <w:t xml:space="preserve">[41:36] </w:t>
      </w:r>
      <w:r>
        <w:t>پھاڑ دیا؟ تو انہوں نے explain کیا۔</w:t>
      </w:r>
    </w:p>
    <w:p>
      <w:pPr>
        <w:jc w:val="right"/>
      </w:pPr>
      <w:r>
        <w:t>پھاڑ دیا؟ تو انہوں نے ایکسپلین کیا۔</w:t>
      </w:r>
    </w:p>
    <w:p>
      <w:r>
        <w:rPr>
          <w:b/>
        </w:rPr>
        <w:t xml:space="preserve">[41:43] </w:t>
      </w:r>
      <w:r>
        <w:t>تو اگر وہ لیتے ہیں اس کو negative sense میں، تو وہی دو جھگڑا ہوتا، اور وہی اسلام</w:t>
      </w:r>
    </w:p>
    <w:p>
      <w:pPr>
        <w:jc w:val="right"/>
      </w:pPr>
      <w:r>
        <w:t>تو اگر وہ لیتے ہیں اس کو نیگیٹیو سینس میں، تو وہی دو جھگڑا ہوتا، اور وہی اسلام</w:t>
      </w:r>
    </w:p>
    <w:p>
      <w:r>
        <w:rPr>
          <w:b/>
        </w:rPr>
        <w:t xml:space="preserve">[41:50] </w:t>
      </w:r>
      <w:r>
        <w:t>ki tareekh mein khatm ho jati ke tumhari itni himmat ke tum ne khalifa ke hukum ko phaar phenk diya.</w:t>
      </w:r>
    </w:p>
    <w:p>
      <w:pPr>
        <w:jc w:val="right"/>
      </w:pPr>
      <w:r>
        <w:t>کی تاریخ میں ختم ہو جاتی کہ تمہاری اتنی ہمت کہ تم نے خلیفہ کے حکم کو پھاڑ پھینک دیا۔</w:t>
      </w:r>
    </w:p>
    <w:p>
      <w:r>
        <w:rPr>
          <w:b/>
        </w:rPr>
        <w:t xml:space="preserve">[41:56] </w:t>
      </w:r>
      <w:r>
        <w:t>yani khalifa kehte ke is ke tumhari itni himmat ke tum ne khalifa ke hukum ko phaar ke phenk diya.</w:t>
      </w:r>
    </w:p>
    <w:p>
      <w:pPr>
        <w:jc w:val="right"/>
      </w:pPr>
      <w:r>
        <w:t>یعنی خلیفہ کہتے کہ اس کہ تمہاری اتنی ہمت کہ تم نے خلیفہ کے حکم کو پھاڑ کے پھینک دیا۔</w:t>
      </w:r>
    </w:p>
    <w:p>
      <w:r>
        <w:rPr>
          <w:b/>
        </w:rPr>
        <w:t xml:space="preserve">[42:03] </w:t>
      </w:r>
      <w:r>
        <w:t>aise kaise chalega? woh kehte hain ke woh bhi ek koi baat kehte hain, woh bhi koi</w:t>
      </w:r>
    </w:p>
    <w:p>
      <w:pPr>
        <w:jc w:val="right"/>
      </w:pPr>
      <w:r>
        <w:t>ایسے کیسے چلے گا؟ وہ کہتے ہیں کہ وہ بھی ایک کوئی بات کہتے ہیں، وہ بھی کوئی</w:t>
      </w:r>
    </w:p>
    <w:p>
      <w:r>
        <w:rPr>
          <w:b/>
        </w:rPr>
        <w:t xml:space="preserve">[42:09] </w:t>
      </w:r>
      <w:r>
        <w:t>baat kehte hain, aur phir takrao, phir ikhtilaf, phir larai.</w:t>
      </w:r>
    </w:p>
    <w:p>
      <w:pPr>
        <w:jc w:val="right"/>
      </w:pPr>
      <w:r>
        <w:t>بات کہتے ہیں، اور پھر ٹکراؤ، پھر اختلاف، پھر لڑائی۔</w:t>
      </w:r>
    </w:p>
    <w:p>
      <w:r>
        <w:rPr>
          <w:b/>
        </w:rPr>
        <w:t xml:space="preserve">[42:16] </w:t>
      </w:r>
      <w:r>
        <w:t>kuch un ke saathi, kuch un ke saathi, kuch bhi nahi.</w:t>
      </w:r>
    </w:p>
    <w:p>
      <w:pPr>
        <w:jc w:val="right"/>
      </w:pPr>
      <w:r>
        <w:t>کچھ ان کے ساتھی، کچھ ان کے ساتھی، کچھ بھی نہیں۔</w:t>
      </w:r>
    </w:p>
    <w:p>
      <w:r>
        <w:rPr>
          <w:b/>
        </w:rPr>
        <w:t xml:space="preserve">[42:23] </w:t>
      </w:r>
      <w:r>
        <w:t>نہ انہوں نے کچھ کو importance دیا، نہ انہوں نے کچھ importance دیا۔</w:t>
      </w:r>
    </w:p>
    <w:p>
      <w:pPr>
        <w:jc w:val="right"/>
      </w:pPr>
      <w:r>
        <w:t>نہ انہوں نے کچھ کو امپورٹنس دیا، نہ انہوں نے کچھ امپورٹنس دیا۔</w:t>
      </w:r>
    </w:p>
    <w:p>
      <w:r>
        <w:rPr>
          <w:b/>
        </w:rPr>
        <w:t xml:space="preserve">[42:29] </w:t>
      </w:r>
      <w:r>
        <w:t>sirf kitabon mein likha hua hai.</w:t>
      </w:r>
    </w:p>
    <w:p>
      <w:pPr>
        <w:jc w:val="right"/>
      </w:pPr>
      <w:r>
        <w:t>صرف کتابوں میں لکھا ہوا ہے۔</w:t>
      </w:r>
    </w:p>
    <w:p>
      <w:r>
        <w:rPr>
          <w:b/>
        </w:rPr>
        <w:t xml:space="preserve">[42:36] </w:t>
      </w:r>
      <w:r>
        <w:t>to dekhiye, main aap se baar baar kehta raha hoon ke if you have good excuse, don't use</w:t>
      </w:r>
    </w:p>
    <w:p>
      <w:pPr>
        <w:jc w:val="right"/>
      </w:pPr>
      <w:r>
        <w:t>تو دیکھیے، میں آپ سے بار بار کہتا رہا ہوں کہ if you have good excuse, don't use</w:t>
      </w:r>
    </w:p>
    <w:p>
      <w:r>
        <w:rPr>
          <w:b/>
        </w:rPr>
        <w:t xml:space="preserve">[42:43] </w:t>
      </w:r>
      <w:r>
        <w:t>it, this, again and again I have said, if you have good excuse, don't use it. Yani Hazrat</w:t>
      </w:r>
    </w:p>
    <w:p>
      <w:pPr>
        <w:jc w:val="right"/>
      </w:pPr>
      <w:r>
        <w:t>it یہ بار بار میں نے کہا ہے if you have good excuse, don't use it یعنی حضرت</w:t>
      </w:r>
    </w:p>
    <w:p>
      <w:r>
        <w:rPr>
          <w:b/>
        </w:rPr>
        <w:t xml:space="preserve">[42:49] </w:t>
      </w:r>
      <w:r>
        <w:t>ابوبکر کے پاس excuse تھا کہ غصہ ہوتا ہے عمر پر، لیکن کچھ نہیں، کچھ کہا ہی نہیں۔</w:t>
      </w:r>
    </w:p>
    <w:p>
      <w:pPr>
        <w:jc w:val="right"/>
      </w:pPr>
      <w:r>
        <w:t>ابوبکر کے پاس ایکسکیوز تھا کہ غصہ ہوتا ہے عمر پر، لیکن کچھ نہیں، کچھ کہا ہی نہیں۔</w:t>
      </w:r>
    </w:p>
    <w:p>
      <w:r>
        <w:rPr>
          <w:b/>
        </w:rPr>
        <w:t xml:space="preserve">[42:56] </w:t>
      </w:r>
      <w:r>
        <w:t>to aap ko main yeh arz karunga ke aap ek mission ko le kar uthe hain, to</w:t>
      </w:r>
    </w:p>
    <w:p>
      <w:pPr>
        <w:jc w:val="right"/>
      </w:pPr>
      <w:r>
        <w:t>تو آپ کو میں یہ عرض کروں گا کہ آپ ایک مشن کو لے کر اٹھے ہیں، تو</w:t>
      </w:r>
    </w:p>
    <w:p>
      <w:r>
        <w:rPr>
          <w:b/>
        </w:rPr>
        <w:t xml:space="preserve">[43:02] </w:t>
      </w:r>
      <w:r>
        <w:t>آپ چیزوں کو ہمیشہ positive angle سے دیکھیں، negative angle سے دیکھنا چھوڑ دیجئے۔</w:t>
      </w:r>
    </w:p>
    <w:p>
      <w:pPr>
        <w:jc w:val="right"/>
      </w:pPr>
      <w:r>
        <w:t>آپ چیزوں کو ہمیشہ پازیٹیو اینگل سے دیکھیں، نیگیٹیو اینگل سے دیکھنا چھوڑ دیجئے۔</w:t>
      </w:r>
    </w:p>
    <w:p>
      <w:r>
        <w:rPr>
          <w:b/>
        </w:rPr>
        <w:t xml:space="preserve">[43:09] </w:t>
      </w:r>
      <w:r>
        <w:t>aur doosri baat yeh hai ke koi bare se bara excuse hai, woh lijiye mat, us ko chhodye,</w:t>
      </w:r>
    </w:p>
    <w:p>
      <w:pPr>
        <w:jc w:val="right"/>
      </w:pPr>
      <w:r>
        <w:t>اور دوسری بات یہ ہے کہ کوئی بڑے سے بڑا ایکسکیوز ہے، وہ لیجئے مت، اس کو چھوڑئے،</w:t>
      </w:r>
    </w:p>
    <w:p>
      <w:r>
        <w:rPr>
          <w:b/>
        </w:rPr>
        <w:t xml:space="preserve">[43:16] </w:t>
      </w:r>
      <w:r>
        <w:t>chhoddo, hamein excuse nahi lena hai, hamein to mission ki baat sochna hai, hamein excuse nahi lena, hamein</w:t>
      </w:r>
    </w:p>
    <w:p>
      <w:pPr>
        <w:jc w:val="right"/>
      </w:pPr>
      <w:r>
        <w:t>چھوڑو، ہمیں ایکسکیوز نہیں لینا ہے، ہمیں تو مشن کی بات سوچنا ہے، ہمیں ایکسکیوز نہیں لینا، ہمیں</w:t>
      </w:r>
    </w:p>
    <w:p>
      <w:r>
        <w:rPr>
          <w:b/>
        </w:rPr>
        <w:t xml:space="preserve">[43:22] </w:t>
      </w:r>
      <w:r>
        <w:t>mission ki baat sochna hai.</w:t>
      </w:r>
    </w:p>
    <w:p>
      <w:pPr>
        <w:jc w:val="right"/>
      </w:pPr>
      <w:r>
        <w:t>مشن کی بات سوچنا ہے۔</w:t>
      </w:r>
    </w:p>
    <w:p>
      <w:r>
        <w:rPr>
          <w:b/>
        </w:rPr>
        <w:t xml:space="preserve">[43:29] </w:t>
      </w:r>
      <w:r>
        <w:t>tab yeh kaam taraqqi karega, aur yahi sahaba ka, sahaba ka bohat sare waqiat hain.</w:t>
      </w:r>
    </w:p>
    <w:p>
      <w:pPr>
        <w:jc w:val="right"/>
      </w:pPr>
      <w:r>
        <w:t>تب یہ کام ترقی کرے گا، اور یہی صحابہ کا، صحابہ کا بہت سارے واقعات ہیں۔</w:t>
      </w:r>
    </w:p>
    <w:p>
      <w:r>
        <w:rPr>
          <w:b/>
        </w:rPr>
        <w:t xml:space="preserve">[43:36] </w:t>
      </w:r>
      <w:r>
        <w:t>yahan main in ko nahi dohra raha hoon ke sahaba ka yahi main kahunga ke sahaba ki</w:t>
      </w:r>
    </w:p>
    <w:p>
      <w:pPr>
        <w:jc w:val="right"/>
      </w:pPr>
      <w:r>
        <w:t>یہاں میں ان کو نہیں دہرا رہا ہوں کہ صحابہ کا یہی میں کہوں گا کہ صحابہ کی</w:t>
      </w:r>
    </w:p>
    <w:p>
      <w:r>
        <w:rPr>
          <w:b/>
        </w:rPr>
        <w:t xml:space="preserve">[43:42] </w:t>
      </w:r>
      <w:r>
        <w:t>kamyabi ka raaz kya tha.</w:t>
      </w:r>
    </w:p>
    <w:p>
      <w:pPr>
        <w:jc w:val="right"/>
      </w:pPr>
      <w:r>
        <w:t>کامیابی کا راز کیا تھا۔</w:t>
      </w:r>
    </w:p>
    <w:p>
      <w:r>
        <w:rPr>
          <w:b/>
        </w:rPr>
        <w:t xml:space="preserve">[43:49] </w:t>
      </w:r>
      <w:r>
        <w:t>صحابہ نے ایک نئی تاریخ بنائی، کیوں؟ انہوں نے چیزوں کو کبھی negative angle سے نہیں لیا، positive</w:t>
      </w:r>
    </w:p>
    <w:p>
      <w:pPr>
        <w:jc w:val="right"/>
      </w:pPr>
      <w:r>
        <w:t>صحابہ نے ایک نئی تاریخ بنائی، کیوں؟ انہوں نے چیزوں کو کبھی نیگیٹیو اینگل سے نہیں لیا، پازیٹیو</w:t>
      </w:r>
    </w:p>
    <w:p>
      <w:r>
        <w:rPr>
          <w:b/>
        </w:rPr>
        <w:t xml:space="preserve">[43:55] </w:t>
      </w:r>
      <w:r>
        <w:t>angle se liya, aur unhone kabhi kisi excuse ka istemal nahin kiya.</w:t>
      </w:r>
    </w:p>
    <w:p>
      <w:pPr>
        <w:jc w:val="right"/>
      </w:pPr>
      <w:r>
        <w:t>اینگل سے لیا، اور انہوں نے کبھی کسی ایکسکیوز کا استعمال نہیں کیا۔</w:t>
      </w:r>
    </w:p>
    <w:p>
      <w:r>
        <w:rPr>
          <w:b/>
        </w:rPr>
        <w:t xml:space="preserve">[44:02] </w:t>
      </w:r>
      <w:r>
        <w:t>to meri dua hai ke Allah taala mujh ko aur aap ko tofeeq de ke hum is maamle</w:t>
      </w:r>
    </w:p>
    <w:p>
      <w:pPr>
        <w:jc w:val="right"/>
      </w:pPr>
      <w:r>
        <w:t>تو میری دعا ہے کہ اللہ تعالی مجھ کو اور آپ کو توفیق دے کہ ہم اس معاملے</w:t>
      </w:r>
    </w:p>
    <w:p>
      <w:r>
        <w:rPr>
          <w:b/>
        </w:rPr>
        <w:t xml:space="preserve">[44:09] </w:t>
      </w:r>
      <w:r>
        <w:t>mein saath mustaqeem par chalen.</w:t>
      </w:r>
    </w:p>
    <w:p>
      <w:pPr>
        <w:jc w:val="right"/>
      </w:pPr>
      <w:r>
        <w:t>میں ساتھ مستقیم پر چلیں۔</w:t>
      </w:r>
    </w:p>
    <w:p>
      <w:r>
        <w:rPr>
          <w:b/>
        </w:rPr>
        <w:t xml:space="preserve">[44:15] </w:t>
      </w:r>
      <w:r>
        <w:t>assalam o alaikum wa rehmatullah okay, we'll start with the question answer session.</w:t>
      </w:r>
    </w:p>
    <w:p>
      <w:pPr>
        <w:jc w:val="right"/>
      </w:pPr>
      <w:r>
        <w:t>السلام علیکم ورحمۃ اللہ اوکے، ویل سٹارٹ ود دی کوئسچن انسر سیشن۔</w:t>
      </w:r>
    </w:p>
    <w:p>
      <w:r>
        <w:rPr>
          <w:b/>
        </w:rPr>
        <w:t xml:space="preserve">[44:22] </w:t>
      </w:r>
      <w:r>
        <w:t>all the online viewers are requested to send their questions on info at cps global</w:t>
      </w:r>
    </w:p>
    <w:p>
      <w:pPr>
        <w:jc w:val="right"/>
      </w:pPr>
      <w:r>
        <w:t>آل دی آن لائن ویورز آر ریکویسٹڈ ٹو سینڈ دے کوئسچنز ان انفو ایٹ سی پی ایس گلوبل</w:t>
      </w:r>
    </w:p>
    <w:p>
      <w:r>
        <w:rPr>
          <w:b/>
        </w:rPr>
        <w:t xml:space="preserve">[44:29] </w:t>
      </w:r>
      <w:r>
        <w:t>dot org.</w:t>
      </w:r>
    </w:p>
    <w:p>
      <w:pPr>
        <w:jc w:val="right"/>
      </w:pPr>
      <w:r>
        <w:t>ڈاٹ او آر جی۔</w:t>
      </w:r>
    </w:p>
    <w:p>
      <w:r>
        <w:rPr>
          <w:b/>
        </w:rPr>
        <w:t xml:space="preserve">[44:35] </w:t>
      </w:r>
      <w:r>
        <w:t>maulana, yeh sawal bhopal se kiya hai zakir sahab ne, aur unhon ne likha hai ke how can</w:t>
      </w:r>
    </w:p>
    <w:p>
      <w:pPr>
        <w:jc w:val="right"/>
      </w:pPr>
      <w:r>
        <w:t>مولانا، یہ سوال بھوپال سے کیا ہے ذاکر صاحب نے، اور انہوں نے لکھا ہے کہ how can</w:t>
      </w:r>
    </w:p>
    <w:p>
      <w:r>
        <w:rPr>
          <w:b/>
        </w:rPr>
        <w:t xml:space="preserve">[44:42] </w:t>
      </w:r>
      <w:r>
        <w:t>we develop right angle of thinking maulana sahib, what should be the starting point for all of us?</w:t>
      </w:r>
    </w:p>
    <w:p>
      <w:pPr>
        <w:jc w:val="right"/>
      </w:pPr>
      <w:r>
        <w:t>we develop right angle of thinking مولانا صاحب، what should be the starting point for all of us?</w:t>
      </w:r>
    </w:p>
    <w:p>
      <w:r>
        <w:rPr>
          <w:b/>
        </w:rPr>
        <w:t xml:space="preserve">[44:49] </w:t>
      </w:r>
      <w:r>
        <w:t>please advise.</w:t>
      </w:r>
    </w:p>
    <w:p>
      <w:pPr>
        <w:jc w:val="right"/>
      </w:pPr>
      <w:r>
        <w:t>Please advise.</w:t>
      </w:r>
    </w:p>
    <w:p>
      <w:r>
        <w:rPr>
          <w:b/>
        </w:rPr>
        <w:t xml:space="preserve">[44:54] </w:t>
      </w:r>
      <w:r>
        <w:t>bohat simple hai, bohat simple hai.</w:t>
      </w:r>
    </w:p>
    <w:p>
      <w:pPr>
        <w:jc w:val="right"/>
      </w:pPr>
      <w:r>
        <w:t>بہت سمپل ہے، بہت سمپل ہے۔</w:t>
      </w:r>
    </w:p>
    <w:p>
      <w:r>
        <w:rPr>
          <w:b/>
        </w:rPr>
        <w:t xml:space="preserve">[44:59] </w:t>
      </w:r>
      <w:r>
        <w:t>ہوتا یہ ہے کہ جب کوئی ڈیفرنس آتا ہے تو فوراً آپ blame the self شروع کر دیتے</w:t>
      </w:r>
    </w:p>
    <w:p>
      <w:pPr>
        <w:jc w:val="right"/>
      </w:pPr>
      <w:r>
        <w:t>ہوتا یہ ہے کہ جب کوئی ڈیفرنس آتا ہے تو فوراً آپ بلیم دا سیلف شروع کر دیتے</w:t>
      </w:r>
    </w:p>
    <w:p>
      <w:r>
        <w:rPr>
          <w:b/>
        </w:rPr>
        <w:t xml:space="preserve">[45:04] </w:t>
      </w:r>
      <w:r>
        <w:t>hain ke ghalti doosre ki, ghalti doosre ki.</w:t>
      </w:r>
    </w:p>
    <w:p>
      <w:pPr>
        <w:jc w:val="right"/>
      </w:pPr>
      <w:r>
        <w:t>ہیں کہ غلطی دوسرے کی، غلطی دوسرے کی۔</w:t>
      </w:r>
    </w:p>
    <w:p>
      <w:r>
        <w:rPr>
          <w:b/>
        </w:rPr>
        <w:t xml:space="preserve">[45:10] </w:t>
      </w:r>
      <w:r>
        <w:t>jaise hi difference aaya, foran doosre ko le kar sochne lagte hain.</w:t>
      </w:r>
    </w:p>
    <w:p>
      <w:pPr>
        <w:jc w:val="right"/>
      </w:pPr>
      <w:r>
        <w:t>جیسے ہی ڈیفرنس آیا، فوراً دوسرے کو لے کر سوچنے لگتے ہیں۔</w:t>
      </w:r>
    </w:p>
    <w:p>
      <w:r>
        <w:rPr>
          <w:b/>
        </w:rPr>
        <w:t xml:space="preserve">[45:15] </w:t>
      </w:r>
      <w:r>
        <w:t>aap yeh badal dijiye, apne ko le kar sochiye, apne ko le kar.</w:t>
      </w:r>
    </w:p>
    <w:p>
      <w:pPr>
        <w:jc w:val="right"/>
      </w:pPr>
      <w:r>
        <w:t>آپ یہ بدل دیجئے، اپنے کو لے کر سوچیے، اپنے کو لے کر۔</w:t>
      </w:r>
    </w:p>
    <w:p>
      <w:r>
        <w:rPr>
          <w:b/>
        </w:rPr>
        <w:t xml:space="preserve">[45:20] </w:t>
      </w:r>
      <w:r>
        <w:t>bas simple formula hai, kyunke dekhiye, jahan se aap start lenge, wahi wahi line chalti rahegi.</w:t>
      </w:r>
    </w:p>
    <w:p>
      <w:pPr>
        <w:jc w:val="right"/>
      </w:pPr>
      <w:r>
        <w:t>بس سمپل فارمولا ہے، کیونکہ دیکھیے، جہاں سے آپ اسٹارٹ لیں گے، وہی وہی لائن چلتی رہے گی۔</w:t>
      </w:r>
    </w:p>
    <w:p>
      <w:r>
        <w:rPr>
          <w:b/>
        </w:rPr>
        <w:t xml:space="preserve">[45:26] </w:t>
      </w:r>
      <w:r>
        <w:t>آپ نے اسٹارٹ لیا یہاں سے کہ غلطی دوسرے کی ہے، تو blame others پہ پٹی چل پڑے گی۔</w:t>
      </w:r>
    </w:p>
    <w:p>
      <w:pPr>
        <w:jc w:val="right"/>
      </w:pPr>
      <w:r>
        <w:t>آپ نے اسٹارٹ لیا یہاں سے کہ غلطی دوسرے کی ہے، تو بلیم ادس پہ پٹی چل پڑے گی۔</w:t>
      </w:r>
    </w:p>
    <w:p>
      <w:r>
        <w:rPr>
          <w:b/>
        </w:rPr>
        <w:t xml:space="preserve">[45:31] </w:t>
      </w:r>
      <w:r>
        <w:t>پوری ٹرین جو ہے، blame others کے رخ پر چل پڑے گی۔</w:t>
      </w:r>
    </w:p>
    <w:p>
      <w:pPr>
        <w:jc w:val="right"/>
      </w:pPr>
      <w:r>
        <w:t>پوری ٹرین جو ہے، بلیم ادس کے رخ پر چل پڑے گی۔</w:t>
      </w:r>
    </w:p>
    <w:p>
      <w:r>
        <w:rPr>
          <w:b/>
        </w:rPr>
        <w:t xml:space="preserve">[45:36] </w:t>
      </w:r>
      <w:r>
        <w:t>nahin, aap yeh sochen ke is mein meri kaun si kotahi hai, to chalegi doosre rukh par.</w:t>
      </w:r>
    </w:p>
    <w:p>
      <w:pPr>
        <w:jc w:val="right"/>
      </w:pPr>
      <w:r>
        <w:t>نہیں، آپ یہ سوچیں کہ اس میں میری کون سی کوتاہی ہے، تو چلے گی دوسرے رخ پر۔</w:t>
      </w:r>
    </w:p>
    <w:p>
      <w:r>
        <w:rPr>
          <w:b/>
        </w:rPr>
        <w:t xml:space="preserve">[45:41] </w:t>
      </w:r>
      <w:r>
        <w:t>to aap discover karenge apni ghalti ko.</w:t>
      </w:r>
    </w:p>
    <w:p>
      <w:pPr>
        <w:jc w:val="right"/>
      </w:pPr>
      <w:r>
        <w:t>تو آپ ڈسکور کریں گے اپنی غلطی کو۔</w:t>
      </w:r>
    </w:p>
    <w:p>
      <w:r>
        <w:rPr>
          <w:b/>
        </w:rPr>
        <w:t xml:space="preserve">[45:47] </w:t>
      </w:r>
      <w:r>
        <w:t>main ab kal ek sahib se maine kaha ke main rozana apni ghalti dhoondta rehta hoon, roz daily.</w:t>
      </w:r>
    </w:p>
    <w:p>
      <w:pPr>
        <w:jc w:val="right"/>
      </w:pPr>
      <w:r>
        <w:t>میں اب کل ایک صاحب سے میں نے کہا کہ میں روزانہ اپنی غلطی ڈھونڈتا رہتا ہوں، روز ڈیلی۔</w:t>
      </w:r>
    </w:p>
    <w:p>
      <w:r>
        <w:rPr>
          <w:b/>
        </w:rPr>
        <w:t xml:space="preserve">[45:52] </w:t>
      </w:r>
      <w:r>
        <w:t>aur kal maine apni ghalti daryaft ki, jo jo poori zindagi mein jis mein mubtala tha, aur</w:t>
      </w:r>
    </w:p>
    <w:p>
      <w:pPr>
        <w:jc w:val="right"/>
      </w:pPr>
      <w:r>
        <w:t>اور کل میں نے اپنی غلطی دریافت کی، جو جو پوری زندگی میں جس میں مبتلا تھا، اور</w:t>
      </w:r>
    </w:p>
    <w:p>
      <w:r>
        <w:rPr>
          <w:b/>
        </w:rPr>
        <w:t xml:space="preserve">[45:57] </w:t>
      </w:r>
      <w:r>
        <w:t>kal discover hui.</w:t>
      </w:r>
    </w:p>
    <w:p>
      <w:pPr>
        <w:jc w:val="right"/>
      </w:pPr>
      <w:r>
        <w:t>کل ڈسکور ہوئی۔</w:t>
      </w:r>
    </w:p>
    <w:p>
      <w:r>
        <w:rPr>
          <w:b/>
        </w:rPr>
        <w:t xml:space="preserve">[46:03] </w:t>
      </w:r>
      <w:r>
        <w:t>woh ghalti discover hui.</w:t>
      </w:r>
    </w:p>
    <w:p>
      <w:pPr>
        <w:jc w:val="right"/>
      </w:pPr>
      <w:r>
        <w:t>وہ غلطی ڈسکور ہوئی۔</w:t>
      </w:r>
    </w:p>
    <w:p>
      <w:r>
        <w:rPr>
          <w:b/>
        </w:rPr>
        <w:t xml:space="preserve">[46:08] </w:t>
      </w:r>
      <w:r>
        <w:t>mera apna yeh habit hai, aap poochhen mujh se, bata sakta hoon ke kya kya ghaltiyan main discover</w:t>
      </w:r>
    </w:p>
    <w:p>
      <w:pPr>
        <w:jc w:val="right"/>
      </w:pPr>
      <w:r>
        <w:t>میرا اپنا یہ ہیبٹ ہے، آپ پوچھیں مجھ سے، بتا سکتا ہوں کہ کیا کیا غلطیاں میں ڈسکور</w:t>
      </w:r>
    </w:p>
    <w:p>
      <w:r>
        <w:rPr>
          <w:b/>
        </w:rPr>
        <w:t xml:space="preserve">[46:13] </w:t>
      </w:r>
      <w:r>
        <w:t>karta rehta hoon.</w:t>
      </w:r>
    </w:p>
    <w:p>
      <w:pPr>
        <w:jc w:val="right"/>
      </w:pPr>
      <w:r>
        <w:t>کرتا رہتا ہوں۔</w:t>
      </w:r>
    </w:p>
    <w:p>
      <w:r>
        <w:rPr>
          <w:b/>
        </w:rPr>
        <w:t xml:space="preserve">[46:18] </w:t>
      </w:r>
      <w:r>
        <w:t>aur kal maine discover ki, yeh to bohat hi ibadat hai.</w:t>
      </w:r>
    </w:p>
    <w:p>
      <w:pPr>
        <w:jc w:val="right"/>
      </w:pPr>
      <w:r>
        <w:t>اور کل میں نے ڈسکور کی، یہ تو بہت ہی عبادت ہے۔</w:t>
      </w:r>
    </w:p>
    <w:p>
      <w:r>
        <w:rPr>
          <w:b/>
        </w:rPr>
        <w:t xml:space="preserve">[46:24] </w:t>
      </w:r>
      <w:r>
        <w:t>ibadat kaise hai? aap log dawat ka mission ke uthe hain, yeh nahin jante aap? yeh dawat, yeh</w:t>
      </w:r>
    </w:p>
    <w:p>
      <w:pPr>
        <w:jc w:val="right"/>
      </w:pPr>
      <w:r>
        <w:t>عبادت کیسے ہے؟ آپ لوگ دعوت کا مشن کے اٹھے ہیں، یہ نہیں جانتے آپ؟ یہ دعوت، یہ</w:t>
      </w:r>
    </w:p>
    <w:p>
      <w:r>
        <w:rPr>
          <w:b/>
        </w:rPr>
        <w:t xml:space="preserve">[46:29] </w:t>
      </w:r>
      <w:r>
        <w:t>ibadat hai apni ghalti ko dhoondna.</w:t>
      </w:r>
    </w:p>
    <w:p>
      <w:pPr>
        <w:jc w:val="right"/>
      </w:pPr>
      <w:r>
        <w:t>عبادت ہے اپنی غلطی کو ڈھونڈنا۔</w:t>
      </w:r>
    </w:p>
    <w:p>
      <w:r>
        <w:rPr>
          <w:b/>
        </w:rPr>
        <w:t xml:space="preserve">[46:34] </w:t>
      </w:r>
      <w:r>
        <w:t>yeh ibadat hai, super ibadat hai, super!</w:t>
      </w:r>
    </w:p>
    <w:p>
      <w:pPr>
        <w:jc w:val="right"/>
      </w:pPr>
      <w:r>
        <w:t>یہ عبادت ہے، سپر عبادت ہے، سپر!</w:t>
      </w:r>
    </w:p>
    <w:p>
      <w:r>
        <w:rPr>
          <w:b/>
        </w:rPr>
        <w:t xml:space="preserve">[46:40] </w:t>
      </w:r>
      <w:r>
        <w:t>yeh to super ibadat hai apni ghalti ko dhoondna.</w:t>
      </w:r>
    </w:p>
    <w:p>
      <w:pPr>
        <w:jc w:val="right"/>
      </w:pPr>
      <w:r>
        <w:t>یہ تو سپر عبادت ہے اپنی غلطی کو ڈھونڈنا۔</w:t>
      </w:r>
    </w:p>
    <w:p>
      <w:r>
        <w:rPr>
          <w:b/>
        </w:rPr>
        <w:t xml:space="preserve">[46:46] </w:t>
      </w:r>
      <w:r>
        <w:t>aap dekhiye, jo quran mein iblis ka jo qissa bayan hua, aur angel ka jo qissa bayan hua</w:t>
      </w:r>
    </w:p>
    <w:p>
      <w:pPr>
        <w:jc w:val="right"/>
      </w:pPr>
      <w:r>
        <w:t>آپ دیکھیے، جو قرآن میں ابلیس کا جو قصہ بیان ہوا، اور اینجل کا جو قصہ بیان ہوا</w:t>
      </w:r>
    </w:p>
    <w:p>
      <w:r>
        <w:rPr>
          <w:b/>
        </w:rPr>
        <w:t xml:space="preserve">[46:52] </w:t>
      </w:r>
      <w:r>
        <w:t>hai, is mein aap dekhiye, dono mein farq dekhiye.</w:t>
      </w:r>
    </w:p>
    <w:p>
      <w:pPr>
        <w:jc w:val="right"/>
      </w:pPr>
      <w:r>
        <w:t>ہے، اس میں آپ دیکھیے، دونوں میں فرق دیکھیے۔</w:t>
      </w:r>
    </w:p>
    <w:p>
      <w:r>
        <w:rPr>
          <w:b/>
        </w:rPr>
        <w:t xml:space="preserve">[46:58] </w:t>
      </w:r>
      <w:r>
        <w:t>aap compare kijiye, yaani angels ka aur iblis ka farq.</w:t>
      </w:r>
    </w:p>
    <w:p>
      <w:pPr>
        <w:jc w:val="right"/>
      </w:pPr>
      <w:r>
        <w:t>آپ کمپیئر کیجئے، یعنی اینجلز کا اور ابلیس کا فرق۔</w:t>
      </w:r>
    </w:p>
    <w:p>
      <w:r>
        <w:rPr>
          <w:b/>
        </w:rPr>
        <w:t xml:space="preserve">[47:05] </w:t>
      </w:r>
      <w:r>
        <w:t>iblis ne yeh adam par laga diya, yaani sari baat adam par daal di.</w:t>
      </w:r>
    </w:p>
    <w:p>
      <w:pPr>
        <w:jc w:val="right"/>
      </w:pPr>
      <w:r>
        <w:t>ابلیس نے یہ آدم پر لگا دیا، یعنی ساری بات آدم پر ڈال دی۔</w:t>
      </w:r>
    </w:p>
    <w:p>
      <w:r>
        <w:rPr>
          <w:b/>
        </w:rPr>
        <w:t xml:space="preserve">[47:11] </w:t>
      </w:r>
      <w:r>
        <w:t>ana khairun min aur aur aur firishtoon ne kya kiya? foran maan liya ke hum hamare paas ilm</w:t>
      </w:r>
    </w:p>
    <w:p>
      <w:pPr>
        <w:jc w:val="right"/>
      </w:pPr>
      <w:r>
        <w:t>أنا خير من اور اور اور فرشتوں نے کیا کیا؟ فوراً مان لیا کہ ہم ہمارے پاس علم</w:t>
      </w:r>
    </w:p>
    <w:p>
      <w:r>
        <w:rPr>
          <w:b/>
        </w:rPr>
        <w:t xml:space="preserve">[47:17] </w:t>
      </w:r>
      <w:r>
        <w:t>ilm kam tha, is liye hum samajh nahin paaye muamle ko.</w:t>
      </w:r>
    </w:p>
    <w:p>
      <w:pPr>
        <w:jc w:val="right"/>
      </w:pPr>
      <w:r>
        <w:t>علم کم تھا، اس لیے ہم سمجھ نہیں پائے معاملے کو۔</w:t>
      </w:r>
    </w:p>
    <w:p>
      <w:r>
        <w:rPr>
          <w:b/>
        </w:rPr>
        <w:t xml:space="preserve">[47:23] </w:t>
      </w:r>
      <w:r>
        <w:t>معاملے کو، یعنی فرشتوں نے blame the self قبول کیا، اور ابلیس نے blame others قبول کیا۔</w:t>
      </w:r>
    </w:p>
    <w:p>
      <w:pPr>
        <w:jc w:val="right"/>
      </w:pPr>
      <w:r>
        <w:t>معاملے کو، یعنی فرشتوں نے بلیم دا سیلف پربل کیا، اور ابلیس نے بلیم ادرز پربل کیا۔</w:t>
      </w:r>
    </w:p>
    <w:p>
      <w:r>
        <w:rPr>
          <w:b/>
        </w:rPr>
        <w:t xml:space="preserve">[47:30] </w:t>
      </w:r>
      <w:r>
        <w:t>blame others, simple formula hai ke jab bhi difference aaye to aap farishton ka tariqa ikhtiyar kijiye, aur</w:t>
      </w:r>
    </w:p>
    <w:p>
      <w:pPr>
        <w:jc w:val="right"/>
      </w:pPr>
      <w:r>
        <w:t>بلیم ادرز، سمپل فارمولا ہے کہ جب بھی ڈیفرنس آئے تو آپ فرشتوں کا طریقہ اختیار کیجئے، اور</w:t>
      </w:r>
    </w:p>
    <w:p>
      <w:r>
        <w:rPr>
          <w:b/>
        </w:rPr>
        <w:t xml:space="preserve">[47:36] </w:t>
      </w:r>
      <w:r>
        <w:t>iblis ka tareeqa mat ikhtiyar kijiye.</w:t>
      </w:r>
    </w:p>
    <w:p>
      <w:pPr>
        <w:jc w:val="right"/>
      </w:pPr>
      <w:r>
        <w:t>ابلیس کا طریقہ مت اختیار کیجئے۔</w:t>
      </w:r>
    </w:p>
    <w:p>
      <w:r>
        <w:rPr>
          <w:b/>
        </w:rPr>
        <w:t xml:space="preserve">[47:42] </w:t>
      </w:r>
      <w:r>
        <w:t>یعنی blame others کو چھوڑیے، blame the self پر عمل کیجئے۔</w:t>
      </w:r>
    </w:p>
    <w:p>
      <w:pPr>
        <w:jc w:val="right"/>
      </w:pPr>
      <w:r>
        <w:t>یعنی بلیم ادرز کو چھوڑیے، بلیم دا سیلف پرامل کیجئے۔</w:t>
      </w:r>
    </w:p>
    <w:p>
      <w:r>
        <w:rPr>
          <w:b/>
        </w:rPr>
        <w:t xml:space="preserve">[47:49] </w:t>
      </w:r>
      <w:r>
        <w:t>bas ek second, masla khatam ho jayega.</w:t>
      </w:r>
    </w:p>
    <w:p>
      <w:pPr>
        <w:jc w:val="right"/>
      </w:pPr>
      <w:r>
        <w:t>بس ایک سیکنڈ، مسئلہ ختم ہو جائے گا۔</w:t>
      </w:r>
    </w:p>
    <w:p>
      <w:r>
        <w:rPr>
          <w:b/>
        </w:rPr>
        <w:t xml:space="preserve">[47:55] </w:t>
      </w:r>
      <w:r>
        <w:t>maulana, agla sawal miss naghma siddiqui ka hai, dilli se, aur unhon ne aap se poocha hai ke</w:t>
      </w:r>
    </w:p>
    <w:p>
      <w:pPr>
        <w:jc w:val="right"/>
      </w:pPr>
      <w:r>
        <w:t>مولانا، اگلا سوال مس نغمہ صدیقی کا ہے، دلی سے، اور انہوں نے آپ سے پوچھا ہے کہ</w:t>
      </w:r>
    </w:p>
    <w:p>
      <w:r>
        <w:rPr>
          <w:b/>
        </w:rPr>
        <w:t xml:space="preserve">[48:01] </w:t>
      </w:r>
      <w:r>
        <w:t>what do we need to do to read the Quranic verses between the lines دیکھیے، ایک ایک hadith</w:t>
      </w:r>
    </w:p>
    <w:p>
      <w:pPr>
        <w:jc w:val="right"/>
      </w:pPr>
      <w:r>
        <w:t>what do we need to do to read the Quranic verses between the lines دیکھیے، ایک ایک حدیث</w:t>
      </w:r>
    </w:p>
    <w:p>
      <w:r>
        <w:rPr>
          <w:b/>
        </w:rPr>
        <w:t xml:space="preserve">[48:07] </w:t>
      </w:r>
      <w:r>
        <w:t>mein arz karunga.</w:t>
      </w:r>
    </w:p>
    <w:p>
      <w:pPr>
        <w:jc w:val="right"/>
      </w:pPr>
      <w:r>
        <w:t>میں عرض کروں گا۔</w:t>
      </w:r>
    </w:p>
    <w:p>
      <w:r>
        <w:rPr>
          <w:b/>
        </w:rPr>
        <w:t xml:space="preserve">[48:14] </w:t>
      </w:r>
      <w:r>
        <w:t>aik hadith hai ke ta'ahhadu al-quran wa in ashadd al-tafassim min labil fi aqlihi yahan lafz ta'ahhad istemal hua hai.</w:t>
      </w:r>
    </w:p>
    <w:p>
      <w:pPr>
        <w:jc w:val="right"/>
      </w:pPr>
      <w:r>
        <w:t>ایک حدیث ہے کہ تعہدوا القرآن وان اشد التفسم من لبل فی عقلیہ یہاں لفظ تعہد استعمال ہوا ہے۔</w:t>
      </w:r>
    </w:p>
    <w:p>
      <w:r>
        <w:rPr>
          <w:b/>
        </w:rPr>
        <w:t xml:space="preserve">[48:20] </w:t>
      </w:r>
      <w:r>
        <w:t>ta'ahhad ka matlab hota hai pakde rehna, pakde rehna, pakde rehna.</w:t>
      </w:r>
    </w:p>
    <w:p>
      <w:pPr>
        <w:jc w:val="right"/>
      </w:pPr>
      <w:r>
        <w:t>تعہد کا مطلب ہوتا ہے پکڑے رہنا، پکڑے رہنا، پکڑے رہنا۔</w:t>
      </w:r>
    </w:p>
    <w:p>
      <w:r>
        <w:rPr>
          <w:b/>
        </w:rPr>
        <w:t xml:space="preserve">[48:26] </w:t>
      </w:r>
      <w:r>
        <w:t>quran ko pakde raho to log, aap to log to is ko ke jab hafiza karo to khoob</w:t>
      </w:r>
    </w:p>
    <w:p>
      <w:pPr>
        <w:jc w:val="right"/>
      </w:pPr>
      <w:r>
        <w:t>قرآن کو پکڑے رہو تو لوگ، آپ تو لوگ تو اس کو کہ جب حافظہ کرو تو خوب</w:t>
      </w:r>
    </w:p>
    <w:p>
      <w:r>
        <w:rPr>
          <w:b/>
        </w:rPr>
        <w:t xml:space="preserve">[48:33] </w:t>
      </w:r>
      <w:r>
        <w:t>yaad karte raho, warna bhool jayega.</w:t>
      </w:r>
    </w:p>
    <w:p>
      <w:pPr>
        <w:jc w:val="right"/>
      </w:pPr>
      <w:r>
        <w:t>یاد کرتے رہو، ورنہ بھول جائے گا۔</w:t>
      </w:r>
    </w:p>
    <w:p>
      <w:r>
        <w:rPr>
          <w:b/>
        </w:rPr>
        <w:t xml:space="preserve">[48:39] </w:t>
      </w:r>
      <w:r>
        <w:t>yeh matlab nahi hai is ka, hargiz nahi.</w:t>
      </w:r>
    </w:p>
    <w:p>
      <w:pPr>
        <w:jc w:val="right"/>
      </w:pPr>
      <w:r>
        <w:t>یہ مطلب نہیں ہے اس کا، ہرگز نہیں۔</w:t>
      </w:r>
    </w:p>
    <w:p>
      <w:r>
        <w:rPr>
          <w:b/>
        </w:rPr>
        <w:t xml:space="preserve">[48:45] </w:t>
      </w:r>
      <w:r>
        <w:t>is ka yeh matlab hai nahi.</w:t>
      </w:r>
    </w:p>
    <w:p>
      <w:pPr>
        <w:jc w:val="right"/>
      </w:pPr>
      <w:r>
        <w:t>اس کا یہ مطلب ہے نہیں۔</w:t>
      </w:r>
    </w:p>
    <w:p>
      <w:r>
        <w:rPr>
          <w:b/>
        </w:rPr>
        <w:t xml:space="preserve">[48:51] </w:t>
      </w:r>
      <w:r>
        <w:t>quran ki aayaton ko sochte raho, sochte raho, sochte raho.</w:t>
      </w:r>
    </w:p>
    <w:p>
      <w:pPr>
        <w:jc w:val="right"/>
      </w:pPr>
      <w:r>
        <w:t>قرآن کی آیتوں کو سوچتے رہو، سوچتے رہو، سوچتے رہو۔</w:t>
      </w:r>
    </w:p>
    <w:p>
      <w:r>
        <w:rPr>
          <w:b/>
        </w:rPr>
        <w:t xml:space="preserve">[48:58] </w:t>
      </w:r>
      <w:r>
        <w:t>misalan aap padha alhamdulillah rabb al-alameen to sochiye ke kyun pehli ayat rakhi gayi? Yani quran ki pehli</w:t>
      </w:r>
    </w:p>
    <w:p>
      <w:pPr>
        <w:jc w:val="right"/>
      </w:pPr>
      <w:r>
        <w:t>مثلاً آپ پڑھا الحمدللہ رب العالمین تو سوچیے کہ کیوں پہلی آیت رکھی گئی؟ یعنی قرآن کی پہلی</w:t>
      </w:r>
    </w:p>
    <w:p>
      <w:r>
        <w:rPr>
          <w:b/>
        </w:rPr>
        <w:t xml:space="preserve">[49:04] </w:t>
      </w:r>
      <w:r>
        <w:t>ayat ko bana diya gaya, is ko alhamdulillah rabb al-alameen sochiye.</w:t>
      </w:r>
    </w:p>
    <w:p>
      <w:pPr>
        <w:jc w:val="right"/>
      </w:pPr>
      <w:r>
        <w:t>آیت کو بنا دیا گیا، اس کو الحمدللہ رب العالمین سوچیے۔</w:t>
      </w:r>
    </w:p>
    <w:p>
      <w:r>
        <w:rPr>
          <w:b/>
        </w:rPr>
        <w:t xml:space="preserve">[49:10] </w:t>
      </w:r>
      <w:r>
        <w:t>phir aap aakhri ayat jo hai alladhi yuwaswisu fi sudur al-nas min al-jinnati wa al-nas is ko sochiye ke</w:t>
      </w:r>
    </w:p>
    <w:p>
      <w:pPr>
        <w:jc w:val="right"/>
      </w:pPr>
      <w:r>
        <w:t>پھر آپ آخری آیت جو ہے الذي وسوس في صدور الناس من الجن تونات اس کو سوچیے کہ</w:t>
      </w:r>
    </w:p>
    <w:p>
      <w:r>
        <w:rPr>
          <w:b/>
        </w:rPr>
        <w:t xml:space="preserve">[49:17] </w:t>
      </w:r>
      <w:r>
        <w:t>is ka is par quran ko khatm kyun kiya gaya? Is yeh khatme ki ayat kyun ban gayi?</w:t>
      </w:r>
    </w:p>
    <w:p>
      <w:pPr>
        <w:jc w:val="right"/>
      </w:pPr>
      <w:r>
        <w:t>اس کا اس پر قرآن کو ختم کیوں کیا گیا؟ اس یہ خاتمے کی آیت کیوں بن گئی؟</w:t>
      </w:r>
    </w:p>
    <w:p>
      <w:r>
        <w:rPr>
          <w:b/>
        </w:rPr>
        <w:t xml:space="preserve">[49:23] </w:t>
      </w:r>
      <w:r>
        <w:t>sochiye to har ayat ke bare mein sochiye.</w:t>
      </w:r>
    </w:p>
    <w:p>
      <w:pPr>
        <w:jc w:val="right"/>
      </w:pPr>
      <w:r>
        <w:t>سوچیے تو ہر آیت کے بارے میں سوچیے۔</w:t>
      </w:r>
    </w:p>
    <w:p>
      <w:r>
        <w:rPr>
          <w:b/>
        </w:rPr>
        <w:t xml:space="preserve">[49:29] </w:t>
      </w:r>
      <w:r>
        <w:t>dekhiye, jo direct matlab hai, woh to text mein hota hai, text mein.</w:t>
      </w:r>
    </w:p>
    <w:p>
      <w:pPr>
        <w:jc w:val="right"/>
      </w:pPr>
      <w:r>
        <w:t>دیکھیے، جو ڈائریکٹ مطلب ہے، وہ تو ٹیکسٹ میں ہوتا ہے، ٹیکسٹ میں۔</w:t>
      </w:r>
    </w:p>
    <w:p>
      <w:r>
        <w:rPr>
          <w:b/>
        </w:rPr>
        <w:t xml:space="preserve">[49:35] </w:t>
      </w:r>
      <w:r>
        <w:t>لیکن جو جو wisdom ہے، وہ ہمیشہ ہوتی ہے between the line.</w:t>
      </w:r>
    </w:p>
    <w:p>
      <w:pPr>
        <w:jc w:val="right"/>
      </w:pPr>
      <w:r>
        <w:t>لیکن جو جو وزڈم ہے، وہ ہمیشہ ہوتی ہے بٹوین دی لائن۔</w:t>
      </w:r>
    </w:p>
    <w:p>
      <w:r>
        <w:rPr>
          <w:b/>
        </w:rPr>
        <w:t xml:space="preserve">[49:42] </w:t>
      </w:r>
      <w:r>
        <w:t>is par sochna padta hai.</w:t>
      </w:r>
    </w:p>
    <w:p>
      <w:pPr>
        <w:jc w:val="right"/>
      </w:pPr>
      <w:r>
        <w:t>اس پر سوچنا پڑتا ہے۔</w:t>
      </w:r>
    </w:p>
    <w:p>
      <w:r>
        <w:rPr>
          <w:b/>
        </w:rPr>
        <w:t xml:space="preserve">[49:48] </w:t>
      </w:r>
      <w:r>
        <w:t>to tadabbur, jo quran mein aaya hai, aik tadabbur karo, tadabbur karo, tadabbur karo.</w:t>
      </w:r>
    </w:p>
    <w:p>
      <w:pPr>
        <w:jc w:val="right"/>
      </w:pPr>
      <w:r>
        <w:t>تو تدبر، جو قرآن میں آیا ہے، ایک تدبر کرو، تدبر کرو، تدبر کرو۔</w:t>
      </w:r>
    </w:p>
    <w:p>
      <w:r>
        <w:rPr>
          <w:b/>
        </w:rPr>
        <w:t xml:space="preserve">[49:54] </w:t>
      </w:r>
      <w:r>
        <w:t>اس کا مطلب یہی ہے کہ تدبر کر کے اس وزڈم کو دریافت کرو جو between the line ہے۔</w:t>
      </w:r>
    </w:p>
    <w:p>
      <w:pPr>
        <w:jc w:val="right"/>
      </w:pPr>
      <w:r>
        <w:t>اس کا مطلب یہی ہے کہ تدبر کر کے اس وزڈم کو دریافت کرو جو بٹوین دی لائن ہے۔</w:t>
      </w:r>
    </w:p>
    <w:p>
      <w:r>
        <w:rPr>
          <w:b/>
        </w:rPr>
        <w:t xml:space="preserve">[50:01] </w:t>
      </w:r>
      <w:r>
        <w:t>aur koi is ka doosra tareeqa nahi hai.</w:t>
      </w:r>
    </w:p>
    <w:p>
      <w:pPr>
        <w:jc w:val="right"/>
      </w:pPr>
      <w:r>
        <w:t>اور کوئی اس کا دوسرا طریقہ نہیں ہے۔</w:t>
      </w:r>
    </w:p>
    <w:p>
      <w:r>
        <w:rPr>
          <w:b/>
        </w:rPr>
        <w:t xml:space="preserve">[50:07] </w:t>
      </w:r>
      <w:r>
        <w:t>yani tadabbur ke zariye se hum is ke pahunch sakte hain, aur koi doosra zariya nahi.</w:t>
      </w:r>
    </w:p>
    <w:p>
      <w:pPr>
        <w:jc w:val="right"/>
      </w:pPr>
      <w:r>
        <w:t>یعنی تدبر کے ذریعے سے ہم اس کے پہنچ سکتے ہیں، اور کوئی دوسرا ذریعے نہیں۔</w:t>
      </w:r>
    </w:p>
    <w:p>
      <w:r>
        <w:rPr>
          <w:b/>
        </w:rPr>
        <w:t xml:space="preserve">[50:13] </w:t>
      </w:r>
      <w:r>
        <w:t>jaise yeh maine misal di aap ko ward al-fajr ward al-fajr mein pata nahi kitne barson sooch</w:t>
      </w:r>
    </w:p>
    <w:p>
      <w:pPr>
        <w:jc w:val="right"/>
      </w:pPr>
      <w:r>
        <w:t>جیسے یہ میں نے مثال دی آپ کو ورد الفجر ورد الفجر میں پتہ نہیں کتنے برسوں سوچ</w:t>
      </w:r>
    </w:p>
    <w:p>
      <w:r>
        <w:rPr>
          <w:b/>
        </w:rPr>
        <w:t xml:space="preserve">[50:19] </w:t>
      </w:r>
      <w:r>
        <w:t>raha hoon, kyunke tafsiron mein jo likha hua hai ke woh yeh hai ke but parasti ko chhod do.</w:t>
      </w:r>
    </w:p>
    <w:p>
      <w:pPr>
        <w:jc w:val="right"/>
      </w:pPr>
      <w:r>
        <w:t>رہا ہوں، کیونکہ تفسیروں میں جو لکھا ہوا ہے کہ وہ یہ ہے کہ بت پرستی کو چھوڑ دو۔</w:t>
      </w:r>
    </w:p>
    <w:p>
      <w:r>
        <w:rPr>
          <w:b/>
        </w:rPr>
        <w:t xml:space="preserve">[50:26] </w:t>
      </w:r>
      <w:r>
        <w:t>تو اب مجھے Dizziness معلوم ہوتا تھا کہ اگر رسول اللہ بت پرستی کرتے تھے تو ان کو</w:t>
      </w:r>
    </w:p>
    <w:p>
      <w:pPr>
        <w:jc w:val="right"/>
      </w:pPr>
      <w:r>
        <w:t>تو اب مجھے ڈیڈگنس معلوم ہوتا تھا کہ اگر رسول اللہ بت پرستی کرتے تھے تو ان کو</w:t>
      </w:r>
    </w:p>
    <w:p>
      <w:r>
        <w:rPr>
          <w:b/>
        </w:rPr>
        <w:t xml:space="preserve">[50:32] </w:t>
      </w:r>
      <w:r>
        <w:t>allah taala pak baat hai hi nahi.</w:t>
      </w:r>
    </w:p>
    <w:p>
      <w:pPr>
        <w:jc w:val="right"/>
      </w:pPr>
      <w:r>
        <w:t>اللہ تعالیٰ پاک بات ہے ہی نہیں۔</w:t>
      </w:r>
    </w:p>
    <w:p>
      <w:r>
        <w:rPr>
          <w:b/>
        </w:rPr>
        <w:t xml:space="preserve">[50:38] </w:t>
      </w:r>
      <w:r>
        <w:t>kyunke hadith mein aata hai ke allah taala ne poori dunya par nazar dali, poori dunya par, quraish</w:t>
      </w:r>
    </w:p>
    <w:p>
      <w:pPr>
        <w:jc w:val="right"/>
      </w:pPr>
      <w:r>
        <w:t>کیونکہ حدیث میں آتا ہے کہ اللہ تعالیٰ نے پوری دنیا پر نظر ڈالی، پوری دنیا پر، قریش</w:t>
      </w:r>
    </w:p>
    <w:p>
      <w:r>
        <w:rPr>
          <w:b/>
        </w:rPr>
        <w:t xml:space="preserve">[50:45] </w:t>
      </w:r>
      <w:r>
        <w:t>ko muntakhib kiya, phir quraish par nazar dali, phir banu hashim ko muntakhib kiya, phir banu hashim par</w:t>
      </w:r>
    </w:p>
    <w:p>
      <w:pPr>
        <w:jc w:val="right"/>
      </w:pPr>
      <w:r>
        <w:t>کو منتخب کیا، پھر قریش پر نظر ڈالی، پھر بنو ہاشم کو منتخب کیا، پھر بنو ہاشم پر</w:t>
      </w:r>
    </w:p>
    <w:p>
      <w:r>
        <w:rPr>
          <w:b/>
        </w:rPr>
        <w:t xml:space="preserve">[50:51] </w:t>
      </w:r>
      <w:r>
        <w:t>nazar dali, phir muhammad ko muntakhib kiya.</w:t>
      </w:r>
    </w:p>
    <w:p>
      <w:pPr>
        <w:jc w:val="right"/>
      </w:pPr>
      <w:r>
        <w:t>نظر ڈالی، پھر محمد کو منتخب کیا۔</w:t>
      </w:r>
    </w:p>
    <w:p>
      <w:r>
        <w:rPr>
          <w:b/>
        </w:rPr>
        <w:t xml:space="preserve">[50:57] </w:t>
      </w:r>
      <w:r>
        <w:t>to naoozubillah, naoozubillah, yeh to allah ke intikhab par shak karna ho jayega.</w:t>
      </w:r>
    </w:p>
    <w:p>
      <w:pPr>
        <w:jc w:val="right"/>
      </w:pPr>
      <w:r>
        <w:t>تو نعوذ باللہ، نعوذ باللہ، یہ تو اللہ کے انتخاب پر شک کرنا ہو جائے گا۔</w:t>
      </w:r>
    </w:p>
    <w:p>
      <w:r>
        <w:rPr>
          <w:b/>
        </w:rPr>
        <w:t xml:space="preserve">[51:03] </w:t>
      </w:r>
      <w:r>
        <w:t>yeh to ghalat intekhab tha Allah taala ka, naoozubillah, ke ek aadmi jo but parasti mein pada</w:t>
      </w:r>
    </w:p>
    <w:p>
      <w:pPr>
        <w:jc w:val="right"/>
      </w:pPr>
      <w:r>
        <w:t>یہ تو غلط انتخاب تھا اللہ تعالیٰ کا، نعوذ باللہ، کہ ایک آدمی جو بت پرستی میں پڑا</w:t>
      </w:r>
    </w:p>
    <w:p>
      <w:r>
        <w:rPr>
          <w:b/>
        </w:rPr>
        <w:t xml:space="preserve">[51:10] </w:t>
      </w:r>
      <w:r>
        <w:t>hua tha, is ka ek nabuwat karo.</w:t>
      </w:r>
    </w:p>
    <w:p>
      <w:pPr>
        <w:jc w:val="right"/>
      </w:pPr>
      <w:r>
        <w:t>ہوا تھا، اس کا ایک نبوت کرو۔</w:t>
      </w:r>
    </w:p>
    <w:p>
      <w:r>
        <w:rPr>
          <w:b/>
        </w:rPr>
        <w:t xml:space="preserve">[51:16] </w:t>
      </w:r>
      <w:r>
        <w:t>تو between the line جو ہے، وہ معلوم ہوتا ہے تدبر کے ذریعے سے۔</w:t>
      </w:r>
    </w:p>
    <w:p>
      <w:pPr>
        <w:jc w:val="right"/>
      </w:pPr>
      <w:r>
        <w:t>تو بٹوین دی لائن جو ہے، وہ معلوم ہوتا ہے تدبر کے ذریعے سے۔</w:t>
      </w:r>
    </w:p>
    <w:p>
      <w:r>
        <w:rPr>
          <w:b/>
        </w:rPr>
        <w:t xml:space="preserve">[51:22] </w:t>
      </w:r>
      <w:r>
        <w:t>to main nahin, is ka koi doosra alternative nahin hai.</w:t>
      </w:r>
    </w:p>
    <w:p>
      <w:pPr>
        <w:jc w:val="right"/>
      </w:pPr>
      <w:r>
        <w:t>تو میں نہیں، اس کا کوئی دوسرا الٹرنیٹو نہیں ہے۔</w:t>
      </w:r>
    </w:p>
    <w:p>
      <w:r>
        <w:rPr>
          <w:b/>
        </w:rPr>
        <w:t xml:space="preserve">[51:29] </w:t>
      </w:r>
      <w:r>
        <w:t>تدبر کرنا پڑے گا، تب between the line معلوم ہوگا۔</w:t>
      </w:r>
    </w:p>
    <w:p>
      <w:pPr>
        <w:jc w:val="right"/>
      </w:pPr>
      <w:r>
        <w:t>تدبر کرنا پڑے گا، تب بٹوین دی لائن معلوم ہوگا۔</w:t>
      </w:r>
    </w:p>
    <w:p>
      <w:r>
        <w:rPr>
          <w:b/>
        </w:rPr>
        <w:t xml:space="preserve">[51:35] </w:t>
      </w:r>
      <w:r>
        <w:t>Maulana, agla ek comment aur sawal aaya hai Chennai se, Maulana Abdul, Maulana Iqbal Umri ka.</w:t>
      </w:r>
    </w:p>
    <w:p>
      <w:pPr>
        <w:jc w:val="right"/>
      </w:pPr>
      <w:r>
        <w:t>مولانا، اگلا ایک کمنٹ اور سوال آیا ہے چنئی سے، مولانا عبدال، مولانا اقبال عمری کا۔</w:t>
      </w:r>
    </w:p>
    <w:p>
      <w:r>
        <w:rPr>
          <w:b/>
        </w:rPr>
        <w:t xml:space="preserve">[51:41] </w:t>
      </w:r>
      <w:r>
        <w:t>ان کا کمنٹ مولانا پہلے پڑھتے ہیں، انہوں نے لکھا ہے کہ آج ہی پتہ چلا کہ right</w:t>
      </w:r>
    </w:p>
    <w:p>
      <w:pPr>
        <w:jc w:val="right"/>
      </w:pPr>
      <w:r>
        <w:t>ان کا کمنٹ مولانا پہلے پڑھتے ہیں، انہوں نے لکھا ہے کہ آج ہی پتہ چلا کہ رائٹ</w:t>
      </w:r>
    </w:p>
    <w:p>
      <w:r>
        <w:rPr>
          <w:b/>
        </w:rPr>
        <w:t xml:space="preserve">[51:47] </w:t>
      </w:r>
      <w:r>
        <w:t>angle se cheezon ko dekhna hi wisdom full option hai, aur dawat ke liye aur life ke liye</w:t>
      </w:r>
    </w:p>
    <w:p>
      <w:pPr>
        <w:jc w:val="right"/>
      </w:pPr>
      <w:r>
        <w:t>اینگل سے چیزوں کو دیکھنا ہی وزڈم فل آپشن ہے، اور دعوت کے لیے اور لائف کے لیے</w:t>
      </w:r>
    </w:p>
    <w:p>
      <w:r>
        <w:rPr>
          <w:b/>
        </w:rPr>
        <w:t xml:space="preserve">[51:54] </w:t>
      </w:r>
      <w:r>
        <w:t>yeh super formula hai. Jazak Allah.</w:t>
      </w:r>
    </w:p>
    <w:p>
      <w:pPr>
        <w:jc w:val="right"/>
      </w:pPr>
      <w:r>
        <w:t>یہ سپر فارمولا ہے۔ جزاک اللہ۔</w:t>
      </w:r>
    </w:p>
    <w:p>
      <w:r>
        <w:rPr>
          <w:b/>
        </w:rPr>
        <w:t xml:space="preserve">[52:00] </w:t>
      </w:r>
      <w:r>
        <w:t>ان کا سوال یہ ہے مولانا کہ کسی چیز کو برا سمجھنا اور wrong angle میں نہیں لینا۔</w:t>
      </w:r>
    </w:p>
    <w:p>
      <w:pPr>
        <w:jc w:val="right"/>
      </w:pPr>
      <w:r>
        <w:t>ان کا سوال یہ ہے مولانا کہ کسی چیز کو برا سمجھنا اور رونگ اینگل میں نہیں لینا،</w:t>
      </w:r>
    </w:p>
    <w:p>
      <w:r>
        <w:rPr>
          <w:b/>
        </w:rPr>
        <w:t xml:space="preserve">[52:06] </w:t>
      </w:r>
      <w:r>
        <w:t>is mein kaise farq karen, is ki wazahat karen.</w:t>
      </w:r>
    </w:p>
    <w:p>
      <w:pPr>
        <w:jc w:val="right"/>
      </w:pPr>
      <w:r>
        <w:t>اس میں کیسے فرق کریں، اس کی وضاحت کریں۔</w:t>
      </w:r>
    </w:p>
    <w:p>
      <w:r>
        <w:rPr>
          <w:b/>
        </w:rPr>
        <w:t xml:space="preserve">[52:13] </w:t>
      </w:r>
      <w:r>
        <w:t>dekhiye, farq jo hai, woh result ko le kar samjha samajh mein aata hai.</w:t>
      </w:r>
    </w:p>
    <w:p>
      <w:pPr>
        <w:jc w:val="right"/>
      </w:pPr>
      <w:r>
        <w:t>دیکھیے، فرق جو ہے، وہ رزلٹ کو لے کر سمجھا سمجھ میں آتا ہے۔</w:t>
      </w:r>
    </w:p>
    <w:p>
      <w:r>
        <w:rPr>
          <w:b/>
        </w:rPr>
        <w:t xml:space="preserve">[52:19] </w:t>
      </w:r>
      <w:r>
        <w:t>result ko le kar, jaise ek mission aap chala rahe hain, is ka ek hissa hain.</w:t>
      </w:r>
    </w:p>
    <w:p>
      <w:pPr>
        <w:jc w:val="right"/>
      </w:pPr>
      <w:r>
        <w:t>رزلٹ کو لے کر، جیسے ایک مشن آپ چلا رہے ہیں، اس کا ایک حصہ ہیں۔</w:t>
      </w:r>
    </w:p>
    <w:p>
      <w:r>
        <w:rPr>
          <w:b/>
        </w:rPr>
        <w:t xml:space="preserve">[52:25] </w:t>
      </w:r>
      <w:r>
        <w:t>aap aap ke mind mein ek sawal hai, ek ek masla paida hua hai, ek issue.</w:t>
      </w:r>
    </w:p>
    <w:p>
      <w:pPr>
        <w:jc w:val="right"/>
      </w:pPr>
      <w:r>
        <w:t>آپ آپ کے مائنڈ میں ایک سوال ہے، ایک ایک مسئلہ پیدا ہوا ہے، ایک ایشو۔</w:t>
      </w:r>
    </w:p>
    <w:p>
      <w:r>
        <w:rPr>
          <w:b/>
        </w:rPr>
        <w:t xml:space="preserve">[52:31] </w:t>
      </w:r>
      <w:r>
        <w:t>is issue mein aap ne ek stand le liya.</w:t>
      </w:r>
    </w:p>
    <w:p>
      <w:pPr>
        <w:jc w:val="right"/>
      </w:pPr>
      <w:r>
        <w:t>اس ایشو میں آپ نے ایک اسٹینڈ لے لیا۔</w:t>
      </w:r>
    </w:p>
    <w:p>
      <w:r>
        <w:rPr>
          <w:b/>
        </w:rPr>
        <w:t xml:space="preserve">[52:38] </w:t>
      </w:r>
      <w:r>
        <w:t>وہ اسٹینڈ جو ہے، اگر کام کو jeopardize کر رہا ہے تو اس معنی کا غلط آپ کا</w:t>
      </w:r>
    </w:p>
    <w:p>
      <w:pPr>
        <w:jc w:val="right"/>
      </w:pPr>
      <w:r>
        <w:t>وہ اسٹینڈ جو ہے، اگر کام کو جیپرٹائز کر رہا ہے تو اس معنی کا غلط آپ کا</w:t>
      </w:r>
    </w:p>
    <w:p>
      <w:r>
        <w:rPr>
          <w:b/>
        </w:rPr>
        <w:t xml:space="preserve">[52:44] </w:t>
      </w:r>
      <w:r>
        <w:t>phans jata hai.</w:t>
      </w:r>
    </w:p>
    <w:p>
      <w:pPr>
        <w:jc w:val="right"/>
      </w:pPr>
      <w:r>
        <w:t>پھنس جاتا ہے۔</w:t>
      </w:r>
    </w:p>
    <w:p>
      <w:r>
        <w:rPr>
          <w:b/>
        </w:rPr>
        <w:t xml:space="preserve">[52:50] </w:t>
      </w:r>
      <w:r>
        <w:t>agar kaam ko woh, yaani yaani kaam par koi asar nahin dalta, kaam achhe tareeqe se badhta rahe</w:t>
      </w:r>
    </w:p>
    <w:p>
      <w:pPr>
        <w:jc w:val="right"/>
      </w:pPr>
      <w:r>
        <w:t>اگر کام کو وہ، یعنی یعنی کام پر کوئی اثر نہیں ڈالتا، کام اچھے طریقے سے بڑھتا رہے</w:t>
      </w:r>
    </w:p>
    <w:p>
      <w:r>
        <w:rPr>
          <w:b/>
        </w:rPr>
        <w:t xml:space="preserve">[52:57] </w:t>
      </w:r>
      <w:r>
        <w:t>گا، اس کے باوجود تب آپ نے اس کو right angle دیکھا۔</w:t>
      </w:r>
    </w:p>
    <w:p>
      <w:pPr>
        <w:jc w:val="right"/>
      </w:pPr>
      <w:r>
        <w:t>گا، اس کے باوجود تب آپ نے اس کو رائٹ اینگل دیکھا۔</w:t>
      </w:r>
    </w:p>
    <w:p>
      <w:r>
        <w:rPr>
          <w:b/>
        </w:rPr>
        <w:t xml:space="preserve">[53:03] </w:t>
      </w:r>
      <w:r>
        <w:t>agar kaam mein farq aa jaye, matlab aap aap kaam ko chhod den, aap kaam aap ke saathiوں</w:t>
      </w:r>
    </w:p>
    <w:p>
      <w:pPr>
        <w:jc w:val="right"/>
      </w:pPr>
      <w:r>
        <w:t>اگر کام میں فرق آ جائے، مطلب آپ آپ کام کو چھوڑ دیں، آپ کام آپ کے ساتھیوں</w:t>
      </w:r>
    </w:p>
    <w:p>
      <w:r>
        <w:rPr>
          <w:b/>
        </w:rPr>
        <w:t xml:space="preserve">[53:09] </w:t>
      </w:r>
      <w:r>
        <w:t>se rift paida ho jaye, kaam ki ahmiyat ghat jaye aap ke andar, aap is ko jannat ka</w:t>
      </w:r>
    </w:p>
    <w:p>
      <w:pPr>
        <w:jc w:val="right"/>
      </w:pPr>
      <w:r>
        <w:t>سے رفٹ پیدا ہو جائے، کام کی اہمیت گھٹ جائے آپ کے اندر، آپ اس کو جنت کا</w:t>
      </w:r>
    </w:p>
    <w:p>
      <w:r>
        <w:rPr>
          <w:b/>
        </w:rPr>
        <w:t xml:space="preserve">[53:15] </w:t>
      </w:r>
      <w:r>
        <w:t>kaam samjhe hue the, ab tak aap samjhen ke bhai yeh sahi hai, koi jannat ka mamla nahin hai.</w:t>
      </w:r>
    </w:p>
    <w:p>
      <w:pPr>
        <w:jc w:val="right"/>
      </w:pPr>
      <w:r>
        <w:t>کام سمجھے ہوئے تھے، اب تک آپ سمجھیں کہ بھئی یہ صحیح ہے، کوئی جنت کا معاملہ نہیں ہے۔</w:t>
      </w:r>
    </w:p>
    <w:p>
      <w:r>
        <w:rPr>
          <w:b/>
        </w:rPr>
        <w:t xml:space="preserve">[53:22] </w:t>
      </w:r>
      <w:r>
        <w:t>تو you have to see the result difference کی پیشانی پر آپ نے جو اسٹینڈ لیا، جو موقع</w:t>
      </w:r>
    </w:p>
    <w:p>
      <w:pPr>
        <w:jc w:val="right"/>
      </w:pPr>
      <w:r>
        <w:t>تو you have to see the result ڈیفرنس کی پیشانی پر آپ نے جو اسٹینڈ لیا، جو موقع</w:t>
      </w:r>
    </w:p>
    <w:p>
      <w:r>
        <w:rPr>
          <w:b/>
        </w:rPr>
        <w:t xml:space="preserve">[53:28] </w:t>
      </w:r>
      <w:r>
        <w:t>ko ikhtiyar kiya, sochen ke yeh is ka result kya nikalta hai.</w:t>
      </w:r>
    </w:p>
    <w:p>
      <w:pPr>
        <w:jc w:val="right"/>
      </w:pPr>
      <w:r>
        <w:t>کو اختیار کیا، سوچیں کہ یہ اس کا رزلٹ کیا نکلتا ہے۔</w:t>
      </w:r>
    </w:p>
    <w:p>
      <w:r>
        <w:rPr>
          <w:b/>
        </w:rPr>
        <w:t xml:space="preserve">[53:34] </w:t>
      </w:r>
      <w:r>
        <w:t>is ka result kya nikalta hai to result decide karega ke aap ka stand sahi tha ya galat tha.</w:t>
      </w:r>
    </w:p>
    <w:p>
      <w:pPr>
        <w:jc w:val="right"/>
      </w:pPr>
      <w:r>
        <w:t>اس کا رزلٹ کیا نکلتا ہے تو رزلٹ ڈیسائیڈ کرے گا کہ آپ کا اسٹینڈ صحیح تھا یا غلط تھا۔</w:t>
      </w:r>
    </w:p>
    <w:p>
      <w:r>
        <w:rPr>
          <w:b/>
        </w:rPr>
        <w:t xml:space="preserve">[53:41] </w:t>
      </w:r>
      <w:r>
        <w:t>jaise ek misaal mein deta hoon ke Madine mein Islam ki pehli hukumat bani thi to wahan yeh</w:t>
      </w:r>
    </w:p>
    <w:p>
      <w:pPr>
        <w:jc w:val="right"/>
      </w:pPr>
      <w:r>
        <w:t>جیسے ایک مثال میں دیتا ہوں کہ مدینے میں اسلام کی پہلی حکومت بنی تھی تو وہاں یہ</w:t>
      </w:r>
    </w:p>
    <w:p>
      <w:r>
        <w:rPr>
          <w:b/>
        </w:rPr>
        <w:t xml:space="preserve">[53:47] </w:t>
      </w:r>
      <w:r>
        <w:t>sawal tha ke khaleefa jo hai, amirul momineen jo hai, woh muhajireen mein se ho ya ansar mein se ho.</w:t>
      </w:r>
    </w:p>
    <w:p>
      <w:pPr>
        <w:jc w:val="right"/>
      </w:pPr>
      <w:r>
        <w:t>سوال تھا کہ خلیفہ جو ہے، امیرالمومنین جو ہے، وہ مہاجرین میں سے ہو یا انصار میں سے ہو۔</w:t>
      </w:r>
    </w:p>
    <w:p>
      <w:r>
        <w:rPr>
          <w:b/>
        </w:rPr>
        <w:t xml:space="preserve">[53:53] </w:t>
      </w:r>
      <w:r>
        <w:t>to amalan yeh hua ke char khaleefa, charon ke charon muhajireen mein se hue, yaani Abu Bakr, Umar, Usman,</w:t>
      </w:r>
    </w:p>
    <w:p>
      <w:pPr>
        <w:jc w:val="right"/>
      </w:pPr>
      <w:r>
        <w:t>تو عملاً یہ ہوا کہ چار خلیفہ، چاروں کے چاروں مہاجرین میں سے ہوئے، یعنی ابوبکر، عمر، عثمان،</w:t>
      </w:r>
    </w:p>
    <w:p>
      <w:r>
        <w:rPr>
          <w:b/>
        </w:rPr>
        <w:t xml:space="preserve">[53:59] </w:t>
      </w:r>
      <w:r>
        <w:t>Ali, charon ansar mein se nahin hua koi.</w:t>
      </w:r>
    </w:p>
    <w:p>
      <w:pPr>
        <w:jc w:val="right"/>
      </w:pPr>
      <w:r>
        <w:t>علی، چاروں انصار میں سے نہیں ہوا کوئی۔</w:t>
      </w:r>
    </w:p>
    <w:p>
      <w:r>
        <w:rPr>
          <w:b/>
        </w:rPr>
        <w:t xml:space="preserve">[54:06] </w:t>
      </w:r>
      <w:r>
        <w:t>to wahan ek group tha, is mein is ke khaas the Saad ibn Ubadah, un ka is se</w:t>
      </w:r>
    </w:p>
    <w:p>
      <w:pPr>
        <w:jc w:val="right"/>
      </w:pPr>
      <w:r>
        <w:t>تو وہاں ایک گروپ تھا، اس میں اس کے خاص تھے سعد ابن عبادہ، ان کا اس سے</w:t>
      </w:r>
    </w:p>
    <w:p>
      <w:r>
        <w:rPr>
          <w:b/>
        </w:rPr>
        <w:t xml:space="preserve">[54:12] </w:t>
      </w:r>
      <w:r>
        <w:t>ikhtilaf tha ke nahin, ansar mein se hona chahiye.</w:t>
      </w:r>
    </w:p>
    <w:p>
      <w:pPr>
        <w:jc w:val="right"/>
      </w:pPr>
      <w:r>
        <w:t>اختلاف تھا کہ نہیں، انصار میں سے ہونا چاہیے۔</w:t>
      </w:r>
    </w:p>
    <w:p>
      <w:r>
        <w:rPr>
          <w:b/>
        </w:rPr>
        <w:t xml:space="preserve">[54:18] </w:t>
      </w:r>
      <w:r>
        <w:t>lekin kis un ka saath nahin diya, kisi ne, woh akele akele reh gaye.</w:t>
      </w:r>
    </w:p>
    <w:p>
      <w:pPr>
        <w:jc w:val="right"/>
      </w:pPr>
      <w:r>
        <w:t>لیکن کس ان کا ساتھ نہیں دیا، کسی نے، وہ اکیلے اکیلے رہ گئے۔</w:t>
      </w:r>
    </w:p>
    <w:p>
      <w:r>
        <w:rPr>
          <w:b/>
        </w:rPr>
        <w:t xml:space="preserve">[54:25] </w:t>
      </w:r>
      <w:r>
        <w:t>kyun akele? kyun reh gaye? aap kitabon mein padhen to is ka jawab mil jayega aap ko</w:t>
      </w:r>
    </w:p>
    <w:p>
      <w:pPr>
        <w:jc w:val="right"/>
      </w:pPr>
      <w:r>
        <w:t>کیوں اکیلے؟ کیوں رہ گئے؟ آپ کتابوں میں پڑھیں تو اس کا جواب مل جائے گا آپ کو</w:t>
      </w:r>
    </w:p>
    <w:p>
      <w:r>
        <w:rPr>
          <w:b/>
        </w:rPr>
        <w:t xml:space="preserve">[54:31] </w:t>
      </w:r>
      <w:r>
        <w:t>keh logon ne socha keh muhajreen jo hain, history historially un ko leadership ka darja hasil hai, yani</w:t>
      </w:r>
    </w:p>
    <w:p>
      <w:pPr>
        <w:jc w:val="right"/>
      </w:pPr>
      <w:r>
        <w:t>کہ لوگوں نے سوچا کہ مہاجرین جو ہیں، ہسٹری ہسٹوریکلی ان کو لیڈرشپ کا درجہ حاصل ہے، یعنی</w:t>
      </w:r>
    </w:p>
    <w:p>
      <w:r>
        <w:rPr>
          <w:b/>
        </w:rPr>
        <w:t xml:space="preserve">[54:37] </w:t>
      </w:r>
      <w:r>
        <w:t>Makkah walon ko, Quraish ko.</w:t>
      </w:r>
    </w:p>
    <w:p>
      <w:pPr>
        <w:jc w:val="right"/>
      </w:pPr>
      <w:r>
        <w:t>مکہ والوں کو، قریش کو۔</w:t>
      </w:r>
    </w:p>
    <w:p>
      <w:r>
        <w:rPr>
          <w:b/>
        </w:rPr>
        <w:t xml:space="preserve">[54:43] </w:t>
      </w:r>
      <w:r>
        <w:t>Muhajreen jo thay, woh Quraish ke log thay, to unhon ne socha keh historically Quraish ko Arab mein</w:t>
      </w:r>
    </w:p>
    <w:p>
      <w:pPr>
        <w:jc w:val="right"/>
      </w:pPr>
      <w:r>
        <w:t>مہاجرین جو تھے، وہ قریش کے لوگ تھے، تو انہوں نے سوچا کہ ہسٹوریکلی قریش کو عرب میں</w:t>
      </w:r>
    </w:p>
    <w:p>
      <w:r>
        <w:rPr>
          <w:b/>
        </w:rPr>
        <w:t xml:space="preserve">[54:50] </w:t>
      </w:r>
      <w:r>
        <w:t>darja mil gaya hai leadership ka, to woh khilafat par khalifa banay to chalay ga.</w:t>
      </w:r>
    </w:p>
    <w:p>
      <w:pPr>
        <w:jc w:val="right"/>
      </w:pPr>
      <w:r>
        <w:t>درجہ مل گیا ہے لیڈرشپ کا، تو وہ خلافت پر خلیفہ بنے تو چلے گا۔</w:t>
      </w:r>
    </w:p>
    <w:p>
      <w:r>
        <w:rPr>
          <w:b/>
        </w:rPr>
        <w:t xml:space="preserve">[54:56] </w:t>
      </w:r>
      <w:r>
        <w:t>Aur jo Madine ke log jo thay, Aus o Khazraj, un ko historically leadership ka darja nahi mila,</w:t>
      </w:r>
    </w:p>
    <w:p>
      <w:pPr>
        <w:jc w:val="right"/>
      </w:pPr>
      <w:r>
        <w:t>اور جو مدینے کے لوگ جو تھے، اوس و خزرج، ان کو ہسٹوریکلی لیڈرشپ کا درجہ نہیں ملا،</w:t>
      </w:r>
    </w:p>
    <w:p>
      <w:r>
        <w:rPr>
          <w:b/>
        </w:rPr>
        <w:t xml:space="preserve">[55:02] </w:t>
      </w:r>
      <w:r>
        <w:t>to un ka khalifa bana diya jaye ga to un ki pakar mazboot nahi hogi.</w:t>
      </w:r>
    </w:p>
    <w:p>
      <w:pPr>
        <w:jc w:val="right"/>
      </w:pPr>
      <w:r>
        <w:t>تو ان کا خلیفہ بنا دیا جائے گا تو ان کی پکڑ مضبوط نہیں ہوگی۔</w:t>
      </w:r>
    </w:p>
    <w:p>
      <w:r>
        <w:rPr>
          <w:b/>
        </w:rPr>
        <w:t xml:space="preserve">[55:09] </w:t>
      </w:r>
      <w:r>
        <w:t>To is result ke aitbar se is mein koi aqeedah nahi banaya unhon ne.</w:t>
      </w:r>
    </w:p>
    <w:p>
      <w:pPr>
        <w:jc w:val="right"/>
      </w:pPr>
      <w:r>
        <w:t>تو اس رزلٹ کے اعتبار سے اس میں کوئی عقیدہ نہیں بنایا انہوں نے۔</w:t>
      </w:r>
    </w:p>
    <w:p>
      <w:r>
        <w:rPr>
          <w:b/>
        </w:rPr>
        <w:t xml:space="preserve">[55:15] </w:t>
      </w:r>
      <w:r>
        <w:t>Result ko dekha, result ke aitbar se jab majority thi Ansar ki, unhon ne is ko ab Saad</w:t>
      </w:r>
    </w:p>
    <w:p>
      <w:pPr>
        <w:jc w:val="right"/>
      </w:pPr>
      <w:r>
        <w:t>رزلٹ کو دیکھا، رزلٹ کے اعتبار سے جب میجورٹی تھی انصار کی، انہوں نے اس کو اب سعد</w:t>
      </w:r>
    </w:p>
    <w:p>
      <w:r>
        <w:rPr>
          <w:b/>
        </w:rPr>
        <w:t xml:space="preserve">[55:21] </w:t>
      </w:r>
      <w:r>
        <w:t>Ubadah ke sath nahi diya.</w:t>
      </w:r>
    </w:p>
    <w:p>
      <w:pPr>
        <w:jc w:val="right"/>
      </w:pPr>
      <w:r>
        <w:t>عبادہ کے ساتھ نہیں دیا۔</w:t>
      </w:r>
    </w:p>
    <w:p>
      <w:r>
        <w:rPr>
          <w:b/>
        </w:rPr>
        <w:t xml:space="preserve">[55:27] </w:t>
      </w:r>
      <w:r>
        <w:t>Yahi aaj bhi karna hai keh result ko dekh kar aap ko judge karna hai keh aap ka</w:t>
      </w:r>
    </w:p>
    <w:p>
      <w:pPr>
        <w:jc w:val="right"/>
      </w:pPr>
      <w:r>
        <w:t>یہی آج بھی کرنا ہے کہ رزلٹ کو دیکھ کر آپ کو جج کرنا ہے کہ آپ کا</w:t>
      </w:r>
    </w:p>
    <w:p>
      <w:r>
        <w:rPr>
          <w:b/>
        </w:rPr>
        <w:t xml:space="preserve">[55:34] </w:t>
      </w:r>
      <w:r>
        <w:t>nuqta nazar sahi tha ya galat tha.</w:t>
      </w:r>
    </w:p>
    <w:p>
      <w:pPr>
        <w:jc w:val="right"/>
      </w:pPr>
      <w:r>
        <w:t>نقطہ نظر صحیح تھا یا غلط تھا۔</w:t>
      </w:r>
    </w:p>
    <w:p>
      <w:r>
        <w:rPr>
          <w:b/>
        </w:rPr>
        <w:t xml:space="preserve">[55:40] </w:t>
      </w:r>
      <w:r>
        <w:t>Maulana, agla sawal kiya hai Dr. Safeena Tabassum ne Ajmer se, aur unhon ne poocha hai aap se</w:t>
      </w:r>
    </w:p>
    <w:p>
      <w:pPr>
        <w:jc w:val="right"/>
      </w:pPr>
      <w:r>
        <w:t>مولانا، اگلا سوال کیا ہے ڈاکٹر سفینہ تبسم نے اجمیر سے، اور انہوں نے پوچھا ہے آپ سے</w:t>
      </w:r>
    </w:p>
    <w:p>
      <w:r>
        <w:rPr>
          <w:b/>
        </w:rPr>
        <w:t xml:space="preserve">[55:46] </w:t>
      </w:r>
      <w:r>
        <w:t>keh Maulana sahib I am not able to understand how to do tadabbur.</w:t>
      </w:r>
    </w:p>
    <w:p>
      <w:pPr>
        <w:jc w:val="right"/>
      </w:pPr>
      <w:r>
        <w:t>کہ مولانا صاحب I am not able to understand how to do تدبر.</w:t>
      </w:r>
    </w:p>
    <w:p>
      <w:r>
        <w:rPr>
          <w:b/>
        </w:rPr>
        <w:t xml:space="preserve">[55:53] </w:t>
      </w:r>
      <w:r>
        <w:t>What is the starting point for doing tadabbur in Quran?</w:t>
      </w:r>
    </w:p>
    <w:p>
      <w:pPr>
        <w:jc w:val="right"/>
      </w:pPr>
      <w:r>
        <w:t>What is the starting point for doing تدبر in Quran?</w:t>
      </w:r>
    </w:p>
    <w:p>
      <w:r>
        <w:rPr>
          <w:b/>
        </w:rPr>
        <w:t xml:space="preserve">[55:58] </w:t>
      </w:r>
      <w:r>
        <w:t>Bhai aap doctor hain, aap history parhiye, medical science ki history parhiye.</w:t>
      </w:r>
    </w:p>
    <w:p>
      <w:pPr>
        <w:jc w:val="right"/>
      </w:pPr>
      <w:r>
        <w:t>بھئی آپ ڈاکٹر ہیں، آپ ہسٹری پڑھیے، میڈیکل سائنس کی ہسٹری پڑھیے۔</w:t>
      </w:r>
    </w:p>
    <w:p>
      <w:r>
        <w:rPr>
          <w:b/>
        </w:rPr>
        <w:t xml:space="preserve">[56:04] </w:t>
      </w:r>
      <w:r>
        <w:t>Jitni dawaiyan hain, woh sab tadabbur se taseer hoti hain.</w:t>
      </w:r>
    </w:p>
    <w:p>
      <w:pPr>
        <w:jc w:val="right"/>
      </w:pPr>
      <w:r>
        <w:t>جتنی دوائیں ہیں، وہ سب تدبر سے تاثیر ہوتی ہیں۔</w:t>
      </w:r>
    </w:p>
    <w:p>
      <w:r>
        <w:rPr>
          <w:b/>
        </w:rPr>
        <w:t xml:space="preserve">[56:10] </w:t>
      </w:r>
      <w:r>
        <w:t>جتنی دوائیں ہیں، کوئی effect کسی چیز کے سامنے آیا، effect وہاں پر scientist نے سوچنا شروع کیا۔</w:t>
      </w:r>
    </w:p>
    <w:p>
      <w:pPr>
        <w:jc w:val="right"/>
      </w:pPr>
      <w:r>
        <w:t>جتنی دوائیں ہیں، کوئی ایفیکٹ کسی چیز کے سامنے آیا، ایفیکٹ وہاں پر سائنٹسٹ نے سوچنا شروع کیا۔</w:t>
      </w:r>
    </w:p>
    <w:p>
      <w:r>
        <w:rPr>
          <w:b/>
        </w:rPr>
        <w:t xml:space="preserve">[56:16] </w:t>
      </w:r>
      <w:r>
        <w:t>Phir maloom hua keh yeh yeh cheez to falan marz mein mufeed hai, is ke liye yeh dawa</w:t>
      </w:r>
    </w:p>
    <w:p>
      <w:pPr>
        <w:jc w:val="right"/>
      </w:pPr>
      <w:r>
        <w:t>پھر معلوم ہوا کہ یہ یہ چیز تو فلاں مرض میں مفید ہے، اس کے لیے یہ دوا</w:t>
      </w:r>
    </w:p>
    <w:p>
      <w:r>
        <w:rPr>
          <w:b/>
        </w:rPr>
        <w:t xml:space="preserve">[56:21] </w:t>
      </w:r>
      <w:r>
        <w:t>ban sakti hai.</w:t>
      </w:r>
    </w:p>
    <w:p>
      <w:pPr>
        <w:jc w:val="right"/>
      </w:pPr>
      <w:r>
        <w:t>بن سکتی ہے۔</w:t>
      </w:r>
    </w:p>
    <w:p>
      <w:r>
        <w:rPr>
          <w:b/>
        </w:rPr>
        <w:t xml:space="preserve">[56:27] </w:t>
      </w:r>
      <w:r>
        <w:t>Puri medical history jo hai, tadabbur ki history hai, wahi aap bhi kijiye.</w:t>
      </w:r>
    </w:p>
    <w:p>
      <w:pPr>
        <w:jc w:val="right"/>
      </w:pPr>
      <w:r>
        <w:t>پوری میڈیکل ہسٹری جو ہے، تدبر کی ہسٹری ہے، وہی آپ بھی کیجیے۔</w:t>
      </w:r>
    </w:p>
    <w:p>
      <w:r>
        <w:rPr>
          <w:b/>
        </w:rPr>
        <w:t xml:space="preserve">[56:33] </w:t>
      </w:r>
      <w:r>
        <w:t>Aap doctor hain, aap is ko samajh sakte hain.</w:t>
      </w:r>
    </w:p>
    <w:p>
      <w:pPr>
        <w:jc w:val="right"/>
      </w:pPr>
      <w:r>
        <w:t>آپ ڈاکٹر ہیں، آپ اس کو سمجھ سکتے ہیں۔</w:t>
      </w:r>
    </w:p>
    <w:p>
      <w:r>
        <w:rPr>
          <w:b/>
        </w:rPr>
        <w:t xml:space="preserve">[56:39] </w:t>
      </w:r>
      <w:r>
        <w:t>Maulana, agla sawal Imran Khalid sahib ne kiya hai, unhon ne location nahi likhi hai apni.</w:t>
      </w:r>
    </w:p>
    <w:p>
      <w:pPr>
        <w:jc w:val="right"/>
      </w:pPr>
      <w:r>
        <w:t>مولانا، اگلا سوال عمران خالد صاحب نے کیا ہے، انہوں نے لوکیشن نہیں لکھی ہے اپنی۔</w:t>
      </w:r>
    </w:p>
    <w:p>
      <w:r>
        <w:rPr>
          <w:b/>
        </w:rPr>
        <w:t xml:space="preserve">[56:44] </w:t>
      </w:r>
      <w:r>
        <w:t>Un ka sawal hai keh I recently watched your video in which while answering someone's query about Dua,</w:t>
      </w:r>
    </w:p>
    <w:p>
      <w:pPr>
        <w:jc w:val="right"/>
      </w:pPr>
      <w:r>
        <w:t>ان کا سوال ہے کہ I recently watched your video in which while answering someone's query about Dua,</w:t>
      </w:r>
    </w:p>
    <w:p>
      <w:r>
        <w:rPr>
          <w:b/>
        </w:rPr>
        <w:t xml:space="preserve">[56:50] </w:t>
      </w:r>
      <w:r>
        <w:t>Maulana you mentioned that one's action has to be according to Dua and one should be sincere in doing Dua.</w:t>
      </w:r>
    </w:p>
    <w:p>
      <w:pPr>
        <w:jc w:val="right"/>
      </w:pPr>
      <w:r>
        <w:t>مولانا you mentioned that one's action has to be according to Dua and one should be sincere in doing Dua.</w:t>
      </w:r>
    </w:p>
    <w:p>
      <w:r>
        <w:rPr>
          <w:b/>
        </w:rPr>
        <w:t xml:space="preserve">[56:56] </w:t>
      </w:r>
      <w:r>
        <w:t>My question is, what if one is sincere in Dua and action is also according to Dua but</w:t>
      </w:r>
    </w:p>
    <w:p>
      <w:pPr>
        <w:jc w:val="right"/>
      </w:pPr>
      <w:r>
        <w:t>My question is, what if one is sincere in Dua and action is also according to Dua but</w:t>
      </w:r>
    </w:p>
    <w:p>
      <w:r>
        <w:rPr>
          <w:b/>
        </w:rPr>
        <w:t xml:space="preserve">[57:02] </w:t>
      </w:r>
      <w:r>
        <w:t>the Dua gets rejected?</w:t>
      </w:r>
    </w:p>
    <w:p>
      <w:pPr>
        <w:jc w:val="right"/>
      </w:pPr>
      <w:r>
        <w:t>the Dua gets rejected?</w:t>
      </w:r>
    </w:p>
    <w:p>
      <w:r>
        <w:rPr>
          <w:b/>
        </w:rPr>
        <w:t xml:space="preserve">[57:08] </w:t>
      </w:r>
      <w:r>
        <w:t>What should one do then?</w:t>
      </w:r>
    </w:p>
    <w:p>
      <w:pPr>
        <w:jc w:val="right"/>
      </w:pPr>
      <w:r>
        <w:t>What should one do then?</w:t>
      </w:r>
    </w:p>
    <w:p>
      <w:r>
        <w:rPr>
          <w:b/>
        </w:rPr>
        <w:t xml:space="preserve">[57:13] </w:t>
      </w:r>
      <w:r>
        <w:t>dekhiye, hadith mein is ka jawab maujood hai ke dua jab aadmi karta hai to us ke samne</w:t>
      </w:r>
    </w:p>
    <w:p>
      <w:pPr>
        <w:jc w:val="right"/>
      </w:pPr>
      <w:r>
        <w:t>دیکھیے، حدیث میں اس کا جواب موجود ہے کہ دعا جب آدمی کرتا ہے تو اس کے سامنے</w:t>
      </w:r>
    </w:p>
    <w:p>
      <w:r>
        <w:rPr>
          <w:b/>
        </w:rPr>
        <w:t xml:space="preserve">[57:19] </w:t>
      </w:r>
      <w:r>
        <w:t>ek baat hoti hai ke bhai aap falan kaam ho jaye.</w:t>
      </w:r>
    </w:p>
    <w:p>
      <w:pPr>
        <w:jc w:val="right"/>
      </w:pPr>
      <w:r>
        <w:t>ایک بات ہوتی ہے کہ بھئی آپ فلاں کام ہو جائے۔</w:t>
      </w:r>
    </w:p>
    <w:p>
      <w:r>
        <w:rPr>
          <w:b/>
        </w:rPr>
        <w:t xml:space="preserve">[57:24] </w:t>
      </w:r>
      <w:r>
        <w:t>to hadith mein hai ke dua agar qabool ho to zaroori nahi ke wahi ek kaam, wahi kaam</w:t>
      </w:r>
    </w:p>
    <w:p>
      <w:pPr>
        <w:jc w:val="right"/>
      </w:pPr>
      <w:r>
        <w:t>تو حدیث میں ہے کہ دعا اگر قبول ہو تو ضروری نہیں کہ وہی ایک کام، وہی کام</w:t>
      </w:r>
    </w:p>
    <w:p>
      <w:r>
        <w:rPr>
          <w:b/>
        </w:rPr>
        <w:t xml:space="preserve">[57:30] </w:t>
      </w:r>
      <w:r>
        <w:t>aap ka ban jaye.</w:t>
      </w:r>
    </w:p>
    <w:p>
      <w:pPr>
        <w:jc w:val="right"/>
      </w:pPr>
      <w:r>
        <w:t>آپ کا بن جائے۔</w:t>
      </w:r>
    </w:p>
    <w:p>
      <w:r>
        <w:rPr>
          <w:b/>
        </w:rPr>
        <w:t xml:space="preserve">[57:36] </w:t>
      </w:r>
      <w:r>
        <w:t>kisi aur shakal mein woh dua aap ke hisse mein likhi jayegi.</w:t>
      </w:r>
    </w:p>
    <w:p>
      <w:pPr>
        <w:jc w:val="right"/>
      </w:pPr>
      <w:r>
        <w:t>کسی اور شکل میں وہ دعا آپ کے حصے میں لکھی جائے گی۔</w:t>
      </w:r>
    </w:p>
    <w:p>
      <w:r>
        <w:rPr>
          <w:b/>
        </w:rPr>
        <w:t xml:space="preserve">[57:41] </w:t>
      </w:r>
      <w:r>
        <w:t>yani dua agar qabool hui to is ka zaahir ke aitbaar se woh kisi aur shakal mein ho</w:t>
      </w:r>
    </w:p>
    <w:p>
      <w:pPr>
        <w:jc w:val="right"/>
      </w:pPr>
      <w:r>
        <w:t>یعنی دعا اگر قبول ہوئی تو اس کا ظاہر کے اعتبار سے وہ کسی اور شکل میں ہو</w:t>
      </w:r>
    </w:p>
    <w:p>
      <w:r>
        <w:rPr>
          <w:b/>
        </w:rPr>
        <w:t xml:space="preserve">[57:47] </w:t>
      </w:r>
      <w:r>
        <w:t>sakti hai, wahi nahi ho sakti jo aap ne manga tha Allah taala se.</w:t>
      </w:r>
    </w:p>
    <w:p>
      <w:pPr>
        <w:jc w:val="right"/>
      </w:pPr>
      <w:r>
        <w:t>سکتی ہے، وہی نہیں ہو سکتی جو آپ نے مانگا تھا اللہ تعالیٰ سے۔</w:t>
      </w:r>
    </w:p>
    <w:p>
      <w:r>
        <w:rPr>
          <w:b/>
        </w:rPr>
        <w:t xml:space="preserve">[57:53] </w:t>
      </w:r>
      <w:r>
        <w:t>kyunke Allah alamul ghaib hai, woh jaanta hai ke ke aap ke liye zyada zyada acha kya hai.</w:t>
      </w:r>
    </w:p>
    <w:p>
      <w:pPr>
        <w:jc w:val="right"/>
      </w:pPr>
      <w:r>
        <w:t>کیونکہ اللہ عالم الغیب ہے، وہ جانتا ہے کہ کہ آپ کے لیے زیادہ زیادہ اچھا کیا ہے۔</w:t>
      </w:r>
    </w:p>
    <w:p>
      <w:r>
        <w:rPr>
          <w:b/>
        </w:rPr>
        <w:t xml:space="preserve">[57:58] </w:t>
      </w:r>
      <w:r>
        <w:t>yeh dena ke woh dena, yeh dena ke woh dena.</w:t>
      </w:r>
    </w:p>
    <w:p>
      <w:pPr>
        <w:jc w:val="right"/>
      </w:pPr>
      <w:r>
        <w:t>یہ دینا کہ وہ دینا، یہ دینا کہ وہ دینا۔</w:t>
      </w:r>
    </w:p>
    <w:p>
      <w:r>
        <w:rPr>
          <w:b/>
        </w:rPr>
        <w:t xml:space="preserve">[58:04] </w:t>
      </w:r>
      <w:r>
        <w:t>jaise is ki ek misaal Quran mein hai ke badr ke mauqe par jo dua ki gayi thi</w:t>
      </w:r>
    </w:p>
    <w:p>
      <w:pPr>
        <w:jc w:val="right"/>
      </w:pPr>
      <w:r>
        <w:t>جیسے اس کی ایک مثال قرآن میں ہے کہ بدر کے موقع پر جو دعا کی گئی تھی</w:t>
      </w:r>
    </w:p>
    <w:p>
      <w:r>
        <w:rPr>
          <w:b/>
        </w:rPr>
        <w:t xml:space="preserve">[58:10] </w:t>
      </w:r>
      <w:r>
        <w:t>to is ke liye ki gayi thi jo jo ghair zaat, jo Quran mein kaha gaya ghair zaat</w:t>
      </w:r>
    </w:p>
    <w:p>
      <w:pPr>
        <w:jc w:val="right"/>
      </w:pPr>
      <w:r>
        <w:t>تو اس کے لیے کی گئی تھی جو جو غیر ذات، جو قرآن میں کہا گیا غیر ذات</w:t>
      </w:r>
    </w:p>
    <w:p>
      <w:r>
        <w:rPr>
          <w:b/>
        </w:rPr>
        <w:t xml:space="preserve">[58:15] </w:t>
      </w:r>
      <w:r>
        <w:t>shuqqa, yani jo jo jin ke paas hathiyar waghera nahi thay, ek dasta tha sirf aur doosra jo</w:t>
      </w:r>
    </w:p>
    <w:p>
      <w:pPr>
        <w:jc w:val="right"/>
      </w:pPr>
      <w:r>
        <w:t>شقہ، یعنی جو جو جن کے پاس ہتھیار وغیرہ نہیں تھے، ایک دستہ تھا صرف اور دوسرا جو</w:t>
      </w:r>
    </w:p>
    <w:p>
      <w:r>
        <w:rPr>
          <w:b/>
        </w:rPr>
        <w:t xml:space="preserve">[58:21] </w:t>
      </w:r>
      <w:r>
        <w:t>tha woh zaat shuqqa tha, yani woh hathiyar thay, woh aarzii thay, waqeatan to is ko nahi chahte</w:t>
      </w:r>
    </w:p>
    <w:p>
      <w:pPr>
        <w:jc w:val="right"/>
      </w:pPr>
      <w:r>
        <w:t>تھا وہ ذات شقہ تھا، یعنی وہ ہتھیار تھے، وہ عارضی تھے، واقعتا تو اس کو نہیں چاہتے</w:t>
      </w:r>
    </w:p>
    <w:p>
      <w:r>
        <w:rPr>
          <w:b/>
        </w:rPr>
        <w:t xml:space="preserve">[58:27] </w:t>
      </w:r>
      <w:r>
        <w:t>thay, woh woh chahte thay.</w:t>
      </w:r>
    </w:p>
    <w:p>
      <w:pPr>
        <w:jc w:val="right"/>
      </w:pPr>
      <w:r>
        <w:t>تھے، وہ وہ چاہتے تھے۔</w:t>
      </w:r>
    </w:p>
    <w:p>
      <w:r>
        <w:rPr>
          <w:b/>
        </w:rPr>
        <w:t xml:space="preserve">[58:32] </w:t>
      </w:r>
      <w:r>
        <w:t>to Allah taala ne jo jo chahte thay, woh nahi diya.</w:t>
      </w:r>
    </w:p>
    <w:p>
      <w:pPr>
        <w:jc w:val="right"/>
      </w:pPr>
      <w:r>
        <w:t>تو اللہ تعالیٰ نے جو جو چاہتے تھے، وہ نہیں دیا۔</w:t>
      </w:r>
    </w:p>
    <w:p>
      <w:r>
        <w:rPr>
          <w:b/>
        </w:rPr>
        <w:t xml:space="preserve">[58:38] </w:t>
      </w:r>
      <w:r>
        <w:t>yahan le gaya Allah taala in ko maidan e badr mein le gaya kyunke is se yani in terms</w:t>
      </w:r>
    </w:p>
    <w:p>
      <w:pPr>
        <w:jc w:val="right"/>
      </w:pPr>
      <w:r>
        <w:t>یہاں لے گیا اللہ تعالیٰ ان کو میدان بدر میں لے گیا کیونکہ اس سے یعنی ان ٹرمز</w:t>
      </w:r>
    </w:p>
    <w:p>
      <w:r>
        <w:rPr>
          <w:b/>
        </w:rPr>
        <w:t xml:space="preserve">[58:44] </w:t>
      </w:r>
      <w:r>
        <w:t>of result yahan zyada better tha.</w:t>
      </w:r>
    </w:p>
    <w:p>
      <w:pPr>
        <w:jc w:val="right"/>
      </w:pPr>
      <w:r>
        <w:t>آف رزلٹ یہاں زیادہ بیٹر تھا۔</w:t>
      </w:r>
    </w:p>
    <w:p>
      <w:r>
        <w:rPr>
          <w:b/>
        </w:rPr>
        <w:t xml:space="preserve">[58:49] </w:t>
      </w:r>
      <w:r>
        <w:t>to behal yeh yeh jawab jo hadith mein hai, isi ko aap ghaur kijiye ke jo dua kar</w:t>
      </w:r>
    </w:p>
    <w:p>
      <w:pPr>
        <w:jc w:val="right"/>
      </w:pPr>
      <w:r>
        <w:t>تو بہرحال یہ یہ جواب جو حدیث میں ہے، اسی کو آپ غور کیجیے کہ جو دعا کر</w:t>
      </w:r>
    </w:p>
    <w:p>
      <w:r>
        <w:rPr>
          <w:b/>
        </w:rPr>
        <w:t xml:space="preserve">[58:55] </w:t>
      </w:r>
      <w:r>
        <w:t>raha hai, zaroori nahi ke woh jaane ke mere liye kaun sa kya cheez zyada mufeed hai.</w:t>
      </w:r>
    </w:p>
    <w:p>
      <w:pPr>
        <w:jc w:val="right"/>
      </w:pPr>
      <w:r>
        <w:t>رہا ہے، ضروری نہیں کہ وہ جانے کہ میرے لیے کون سا کیا چیز زیادہ مفید ہے۔</w:t>
      </w:r>
    </w:p>
    <w:p>
      <w:r>
        <w:rPr>
          <w:b/>
        </w:rPr>
        <w:t xml:space="preserve">[59:01] </w:t>
      </w:r>
      <w:r>
        <w:t>Allah ko pata hai to aap ki dua qabool karega lekin woh cheez dega jo aap</w:t>
      </w:r>
    </w:p>
    <w:p>
      <w:pPr>
        <w:jc w:val="right"/>
      </w:pPr>
      <w:r>
        <w:t>اللہ کو پتہ ہے تو آپ کی دعا قبول کرے گا لیکن وہ چیز دے گا جو آپ</w:t>
      </w:r>
    </w:p>
    <w:p>
      <w:r>
        <w:rPr>
          <w:b/>
        </w:rPr>
        <w:t xml:space="preserve">[59:06] </w:t>
      </w:r>
      <w:r>
        <w:t>ke liye zyada mufeed hai, bajaye is ke ke woh cheez de jo aap mang rahe hain lekin</w:t>
      </w:r>
    </w:p>
    <w:p>
      <w:pPr>
        <w:jc w:val="right"/>
      </w:pPr>
      <w:r>
        <w:t>کے لیے زیادہ مفید ہے، بجائے اس کے کہ وہ چیز دے جو آپ مانگ رہے ہیں لیکن</w:t>
      </w:r>
    </w:p>
    <w:p>
      <w:r>
        <w:rPr>
          <w:b/>
        </w:rPr>
        <w:t xml:space="preserve">[59:12] </w:t>
      </w:r>
      <w:r>
        <w:t>aap ke liye zyada mufeed nahi hai.</w:t>
      </w:r>
    </w:p>
    <w:p>
      <w:pPr>
        <w:jc w:val="right"/>
      </w:pPr>
      <w:r>
        <w:t>آپ کے لیے زیادہ مفید نہیں ہے۔</w:t>
      </w:r>
    </w:p>
    <w:p>
      <w:r>
        <w:rPr>
          <w:b/>
        </w:rPr>
        <w:t xml:space="preserve">[59:18] </w:t>
      </w:r>
      <w:r>
        <w:t>woh Maulana, agla sawal lene se pehle ek comment parhna chahenge jo doctor najma siddiqui ne likha</w:t>
      </w:r>
    </w:p>
    <w:p>
      <w:pPr>
        <w:jc w:val="right"/>
      </w:pPr>
      <w:r>
        <w:t>وہ مولانا، اگلا سوال لینے سے پہلے ایک کمنٹ پڑھنا چاہیں گے جو ڈاکٹر نجمہ صدیقی نے لکھا</w:t>
      </w:r>
    </w:p>
    <w:p>
      <w:r>
        <w:rPr>
          <w:b/>
        </w:rPr>
        <w:t xml:space="preserve">[59:23] </w:t>
      </w:r>
      <w:r>
        <w:t>hai dilli se.</w:t>
      </w:r>
    </w:p>
    <w:p>
      <w:pPr>
        <w:jc w:val="right"/>
      </w:pPr>
      <w:r>
        <w:t>ہے دلی سے۔</w:t>
      </w:r>
    </w:p>
    <w:p>
      <w:r>
        <w:rPr>
          <w:b/>
        </w:rPr>
        <w:t xml:space="preserve">[59:29] </w:t>
      </w:r>
      <w:r>
        <w:t>Unhon ne likha hai ke Maulana looking at things from a positive angle is a great advice.</w:t>
      </w:r>
    </w:p>
    <w:p>
      <w:pPr>
        <w:jc w:val="right"/>
      </w:pPr>
      <w:r>
        <w:t>انہوں نے لکھا ہے کہ مولانا looking at things from a positive angle is a great advice.</w:t>
      </w:r>
    </w:p>
    <w:p>
      <w:r>
        <w:rPr>
          <w:b/>
        </w:rPr>
        <w:t xml:space="preserve">[59:35] </w:t>
      </w:r>
      <w:r>
        <w:t>You made it very clear with different examples from Quran as well as examples from history.</w:t>
      </w:r>
    </w:p>
    <w:p>
      <w:pPr>
        <w:jc w:val="right"/>
      </w:pPr>
      <w:r>
        <w:t>You made it very clear with different examples from Quran as well as examples from history.</w:t>
      </w:r>
    </w:p>
    <w:p>
      <w:r>
        <w:rPr>
          <w:b/>
        </w:rPr>
        <w:t xml:space="preserve">[59:40] </w:t>
      </w:r>
      <w:r>
        <w:t>It is our nature to blame others.</w:t>
      </w:r>
    </w:p>
    <w:p>
      <w:pPr>
        <w:jc w:val="right"/>
      </w:pPr>
      <w:r>
        <w:t>It is our nature to blame others.</w:t>
      </w:r>
    </w:p>
    <w:p>
      <w:r>
        <w:rPr>
          <w:b/>
        </w:rPr>
        <w:t xml:space="preserve">[59:46] </w:t>
      </w:r>
      <w:r>
        <w:t>One has to work very hard towards it.</w:t>
      </w:r>
    </w:p>
    <w:p>
      <w:pPr>
        <w:jc w:val="right"/>
      </w:pPr>
      <w:r>
        <w:t>One has to work very hard towards it.</w:t>
      </w:r>
    </w:p>
    <w:p>
      <w:r>
        <w:rPr>
          <w:b/>
        </w:rPr>
        <w:t xml:space="preserve">[59:52] </w:t>
      </w:r>
      <w:r>
        <w:t>Theek, Maulana, agla sawal kya hai Abdulsalam ne.</w:t>
      </w:r>
    </w:p>
    <w:p>
      <w:pPr>
        <w:jc w:val="right"/>
      </w:pPr>
      <w:r>
        <w:t>ٹھیک، مولانا، اگلا سوال کیا ہے عبدالسلام نے۔</w:t>
      </w:r>
    </w:p>
    <w:p>
      <w:r>
        <w:rPr>
          <w:b/>
        </w:rPr>
        <w:t xml:space="preserve">[59:58] </w:t>
      </w:r>
      <w:r>
        <w:t>Unhon ne location nahi likhi hai aur unhon ne likha hai ke some days back in a lecture</w:t>
      </w:r>
    </w:p>
    <w:p>
      <w:pPr>
        <w:jc w:val="right"/>
      </w:pPr>
      <w:r>
        <w:t>انہوں نے لوکیشن نہیں لکھی ہے اور انہوں نے لکھا ہے کہ some days back in a lecture</w:t>
      </w:r>
    </w:p>
    <w:p>
      <w:r>
        <w:rPr>
          <w:b/>
        </w:rPr>
        <w:t xml:space="preserve">[1:00:04] </w:t>
      </w:r>
      <w:r>
        <w:t>which I watched, Maulana Sahib had said that perhaps I am the greatest rational person of the history.</w:t>
      </w:r>
    </w:p>
    <w:p>
      <w:pPr>
        <w:jc w:val="right"/>
      </w:pPr>
      <w:r>
        <w:t>which I watched, مولانا صاحب had said that perhaps I am the greatest rational person of the history.</w:t>
      </w:r>
    </w:p>
    <w:p>
      <w:r>
        <w:rPr>
          <w:b/>
        </w:rPr>
        <w:t xml:space="preserve">[1:00:11] </w:t>
      </w:r>
      <w:r>
        <w:t>I can listen politely to whatever adverse thing is told about me.</w:t>
      </w:r>
    </w:p>
    <w:p>
      <w:pPr>
        <w:jc w:val="right"/>
      </w:pPr>
      <w:r>
        <w:t>I can listen politely to whatever adverse thing is told about me.</w:t>
      </w:r>
    </w:p>
    <w:p>
      <w:r>
        <w:rPr>
          <w:b/>
        </w:rPr>
        <w:t xml:space="preserve">[1:00:17] </w:t>
      </w:r>
      <w:r>
        <w:t>My question is, what about the prophets of God with respect to rationalism?</w:t>
      </w:r>
    </w:p>
    <w:p>
      <w:pPr>
        <w:jc w:val="right"/>
      </w:pPr>
      <w:r>
        <w:t>My question is, what about the prophets of God with respect to rationalism?</w:t>
      </w:r>
    </w:p>
    <w:p>
      <w:r>
        <w:rPr>
          <w:b/>
        </w:rPr>
        <w:t xml:space="preserve">[1:00:24] </w:t>
      </w:r>
      <w:r>
        <w:t>Are they not great rationalists?</w:t>
      </w:r>
    </w:p>
    <w:p>
      <w:pPr>
        <w:jc w:val="right"/>
      </w:pPr>
      <w:r>
        <w:t>Are they not great rationalists?</w:t>
      </w:r>
    </w:p>
    <w:p>
      <w:r>
        <w:rPr>
          <w:b/>
        </w:rPr>
        <w:t xml:space="preserve">[1:00:29] </w:t>
      </w:r>
      <w:r>
        <w:t>What about the prophet Muhammad himself?</w:t>
      </w:r>
    </w:p>
    <w:p>
      <w:pPr>
        <w:jc w:val="right"/>
      </w:pPr>
      <w:r>
        <w:t>What about the prophet Muhammad himself?</w:t>
      </w:r>
    </w:p>
    <w:p>
      <w:r>
        <w:rPr>
          <w:b/>
        </w:rPr>
        <w:t xml:space="preserve">[1:00:35] </w:t>
      </w:r>
      <w:r>
        <w:t>Dekhein, kisi kisi cheez ko us ke logical end par tak na le jaiye.</w:t>
      </w:r>
    </w:p>
    <w:p>
      <w:pPr>
        <w:jc w:val="right"/>
      </w:pPr>
      <w:r>
        <w:t>دیکھیں، کسی کسی چیز کو اس کے logical end پر تک نہ لے جائیے۔</w:t>
      </w:r>
    </w:p>
    <w:p>
      <w:r>
        <w:rPr>
          <w:b/>
        </w:rPr>
        <w:t xml:space="preserve">[1:00:40] </w:t>
      </w:r>
      <w:r>
        <w:t>Kabhi aisa mat kijiye ke kisi cheez ko us ke logical end tak le jayein, warna Quran bhi</w:t>
      </w:r>
    </w:p>
    <w:p>
      <w:pPr>
        <w:jc w:val="right"/>
      </w:pPr>
      <w:r>
        <w:t>کبھی ایسا مت کیجیے کہ کسی چیز کو اس کے logical end تک لے جائیں، ورنہ قرآن بھی</w:t>
      </w:r>
    </w:p>
    <w:p>
      <w:r>
        <w:rPr>
          <w:b/>
        </w:rPr>
        <w:t xml:space="preserve">[1:00:46] </w:t>
      </w:r>
      <w:r>
        <w:t>nahi samajh mein aayega aap ko, hadith bhi nahi samajh mein aayegi aap ko.</w:t>
      </w:r>
    </w:p>
    <w:p>
      <w:pPr>
        <w:jc w:val="right"/>
      </w:pPr>
      <w:r>
        <w:t>نہیں سمجھ میں آئے گا آپ کو، حدیث بھی نہیں سمجھ میں آئے گی آپ کو۔</w:t>
      </w:r>
    </w:p>
    <w:p>
      <w:r>
        <w:rPr>
          <w:b/>
        </w:rPr>
        <w:t xml:space="preserve">[1:00:51] </w:t>
      </w:r>
      <w:r>
        <w:t>Yeh bohat bara poori history mein raha hai ke log kisi statement ko us ke logical end tak</w:t>
      </w:r>
    </w:p>
    <w:p>
      <w:pPr>
        <w:jc w:val="right"/>
      </w:pPr>
      <w:r>
        <w:t>یہ بہت بڑا پوری history میں رہا ہے کہ لوگ کسی statement کو اس کے logical end تک</w:t>
      </w:r>
    </w:p>
    <w:p>
      <w:r>
        <w:rPr>
          <w:b/>
        </w:rPr>
        <w:t xml:space="preserve">[1:00:57] </w:t>
      </w:r>
      <w:r>
        <w:t>le jate hain, us mein fitna paida hota hai.</w:t>
      </w:r>
    </w:p>
    <w:p>
      <w:pPr>
        <w:jc w:val="right"/>
      </w:pPr>
      <w:r>
        <w:t>لے جاتے ہیں، اس میں فتنہ پیدا ہوتا ہے۔</w:t>
      </w:r>
    </w:p>
    <w:p>
      <w:r>
        <w:rPr>
          <w:b/>
        </w:rPr>
        <w:t xml:space="preserve">[1:01:02] </w:t>
      </w:r>
      <w:r>
        <w:t>Yeh isi se khawarij ka us mein fitna paida hua aur doosre fitne paida hue.</w:t>
      </w:r>
    </w:p>
    <w:p>
      <w:pPr>
        <w:jc w:val="right"/>
      </w:pPr>
      <w:r>
        <w:t>یہ اسی سے خوارج کا اس میں فتنہ پیدا ہوا اور دوسرے فتنے پیدا ہوئے۔</w:t>
      </w:r>
    </w:p>
    <w:p>
      <w:r>
        <w:rPr>
          <w:b/>
        </w:rPr>
        <w:t xml:space="preserve">[1:01:08] </w:t>
      </w:r>
      <w:r>
        <w:t>To koi baat jab kahi jati hai to us ko yeh mat samjhiye ke yeh absolute sense mein kahi gayi.</w:t>
      </w:r>
    </w:p>
    <w:p>
      <w:pPr>
        <w:jc w:val="right"/>
      </w:pPr>
      <w:r>
        <w:t>تو کوئی بات جب کہی جاتی ہے تو اس کو یہ مت سمجھیے کہ یہ absolute sense میں کہی گئی۔</w:t>
      </w:r>
    </w:p>
    <w:p>
      <w:r>
        <w:rPr>
          <w:b/>
        </w:rPr>
        <w:t xml:space="preserve">[1:01:13] </w:t>
      </w:r>
      <w:r>
        <w:t>Kabhi na to absolute sense mein lijiye na us ko us ke logic end tak pahunchaiye.</w:t>
      </w:r>
    </w:p>
    <w:p>
      <w:pPr>
        <w:jc w:val="right"/>
      </w:pPr>
      <w:r>
        <w:t>کبھی نہ تو absolute sense میں لیجیے نہ اس کو اس کے logic end تک پہنچائیے۔</w:t>
      </w:r>
    </w:p>
    <w:p>
      <w:r>
        <w:rPr>
          <w:b/>
        </w:rPr>
        <w:t xml:space="preserve">[1:01:19] </w:t>
      </w:r>
      <w:r>
        <w:t>Aap ghore karein ge to inshallah aap mein mein ne kaha us ko samajh aayega, samajh aayega</w:t>
      </w:r>
    </w:p>
    <w:p>
      <w:pPr>
        <w:jc w:val="right"/>
      </w:pPr>
      <w:r>
        <w:t>آپ غور کریں گے تو انشاءاللہ آپ میں میں نے کہا اس کو سمجھ آئے گا، سمجھ آئے</w:t>
      </w:r>
    </w:p>
    <w:p>
      <w:r>
        <w:rPr>
          <w:b/>
        </w:rPr>
        <w:t xml:space="preserve">[1:01:24] </w:t>
      </w:r>
      <w:r>
        <w:t>aap ko.</w:t>
      </w:r>
    </w:p>
    <w:p>
      <w:pPr>
        <w:jc w:val="right"/>
      </w:pPr>
      <w:r>
        <w:t>گا آپ کو۔</w:t>
      </w:r>
    </w:p>
    <w:p>
      <w:r>
        <w:rPr>
          <w:b/>
        </w:rPr>
        <w:t xml:space="preserve">[1:01:30] </w:t>
      </w:r>
      <w:r>
        <w:t>Agla sawal Nankpur se kiya hai Rajeev Sharma ji ne aur un ka sawal hai un Quran</w:t>
      </w:r>
    </w:p>
    <w:p>
      <w:pPr>
        <w:jc w:val="right"/>
      </w:pPr>
      <w:r>
        <w:t>اگلا سوال ناک پور سے کیا ہے راجے شرما جی نے اور ان کا سوال ہے ان قرآن</w:t>
      </w:r>
    </w:p>
    <w:p>
      <w:r>
        <w:rPr>
          <w:b/>
        </w:rPr>
        <w:t xml:space="preserve">[1:01:35] </w:t>
      </w:r>
      <w:r>
        <w:t>chapter 47 verse number 7 it is said believers if you sucker God He will sucker you and</w:t>
      </w:r>
    </w:p>
    <w:p>
      <w:pPr>
        <w:jc w:val="right"/>
      </w:pPr>
      <w:r>
        <w:t>چیپٹر 47 verse number 7 it is said believers if you sucker God He will sucker you and</w:t>
      </w:r>
    </w:p>
    <w:p>
      <w:r>
        <w:rPr>
          <w:b/>
        </w:rPr>
        <w:t xml:space="preserve">[1:01:41] </w:t>
      </w:r>
      <w:r>
        <w:t>make your footsteps firm.</w:t>
      </w:r>
    </w:p>
    <w:p>
      <w:pPr>
        <w:jc w:val="right"/>
      </w:pPr>
      <w:r>
        <w:t>make your footsteps firm.</w:t>
      </w:r>
    </w:p>
    <w:p>
      <w:r>
        <w:rPr>
          <w:b/>
        </w:rPr>
        <w:t xml:space="preserve">[1:01:46] </w:t>
      </w:r>
      <w:r>
        <w:t>Maulana my question is what is the best possible way we can help the cause of God?</w:t>
      </w:r>
    </w:p>
    <w:p>
      <w:pPr>
        <w:jc w:val="right"/>
      </w:pPr>
      <w:r>
        <w:t>مولانا my question is what is the best possible way we can help the cause of God?</w:t>
      </w:r>
    </w:p>
    <w:p>
      <w:r>
        <w:rPr>
          <w:b/>
        </w:rPr>
        <w:t xml:space="preserve">[1:01:52] </w:t>
      </w:r>
      <w:r>
        <w:t>Please comment on this.</w:t>
      </w:r>
    </w:p>
    <w:p>
      <w:pPr>
        <w:jc w:val="right"/>
      </w:pPr>
      <w:r>
        <w:t>Please comment on this.</w:t>
      </w:r>
    </w:p>
    <w:p>
      <w:r>
        <w:rPr>
          <w:b/>
        </w:rPr>
        <w:t xml:space="preserve">[1:01:58] </w:t>
      </w:r>
      <w:r>
        <w:t>dekhiye, yeh jo hai ke jo lafz hai woh hai nusrat IN TA'TUMUULLAH YANSURKUM Allah ki nusrat</w:t>
      </w:r>
    </w:p>
    <w:p>
      <w:pPr>
        <w:jc w:val="right"/>
      </w:pPr>
      <w:r>
        <w:t>دیکھیے، یہ جو ہے کہ جو لفظ ہے وہ ہے نصرت إِنْ تَعْتُمُونُ اللَّهَ يَنْصُرُكُم اللہ کی نصرت</w:t>
      </w:r>
    </w:p>
    <w:p>
      <w:r>
        <w:rPr>
          <w:b/>
        </w:rPr>
        <w:t xml:space="preserve">[1:02:04] </w:t>
      </w:r>
      <w:r>
        <w:t>toh aap is ki jo relevant doosri verses hain un ko le kar jab aap parhte hain nusrat</w:t>
      </w:r>
    </w:p>
    <w:p>
      <w:pPr>
        <w:jc w:val="right"/>
      </w:pPr>
      <w:r>
        <w:t>تو آپ اس کی جو relevant دوسری verses ہیں ان کو لے کر جب آپ پڑھتے ہیں نصرت</w:t>
      </w:r>
    </w:p>
    <w:p>
      <w:r>
        <w:rPr>
          <w:b/>
        </w:rPr>
        <w:t xml:space="preserve">[1:02:11] </w:t>
      </w:r>
      <w:r>
        <w:t>ek khaas ma'ne mein hai yaani dawat ke ma'ne mein kyunke dawat ka jo kaam hai woh Allah</w:t>
      </w:r>
    </w:p>
    <w:p>
      <w:pPr>
        <w:jc w:val="right"/>
      </w:pPr>
      <w:r>
        <w:t>ایک خاص معنی میں ہے یعنی دعوت کے معنی میں کیونکہ دعوت کا جو کام ہے وہ اللہ</w:t>
      </w:r>
    </w:p>
    <w:p>
      <w:r>
        <w:rPr>
          <w:b/>
        </w:rPr>
        <w:t xml:space="preserve">[1:02:17] </w:t>
      </w:r>
      <w:r>
        <w:t>khud aa kar nahi dawat de ga.</w:t>
      </w:r>
    </w:p>
    <w:p>
      <w:pPr>
        <w:jc w:val="right"/>
      </w:pPr>
      <w:r>
        <w:t>خود آ کر نہیں دعوت دے گا۔</w:t>
      </w:r>
    </w:p>
    <w:p>
      <w:r>
        <w:rPr>
          <w:b/>
        </w:rPr>
        <w:t xml:space="preserve">[1:02:23] </w:t>
      </w:r>
      <w:r>
        <w:t>jo dawat ilal Allah ka kaam hai woh khud Allah nahi utre ga aa kar ke dawat dene</w:t>
      </w:r>
    </w:p>
    <w:p>
      <w:pPr>
        <w:jc w:val="right"/>
      </w:pPr>
      <w:r>
        <w:t>جو دعوت الی اللہ کا کام ہے وہ خود اللہ نہیں اترے گا آ کر کہ دعوت دینے</w:t>
      </w:r>
    </w:p>
    <w:p>
      <w:r>
        <w:rPr>
          <w:b/>
        </w:rPr>
        <w:t xml:space="preserve">[1:02:30] </w:t>
      </w:r>
      <w:r>
        <w:t>lage woh toh woh insaan karte hain kaam toh isi ko nusrat kaha gaya hai yaani is ko</w:t>
      </w:r>
    </w:p>
    <w:p>
      <w:pPr>
        <w:jc w:val="right"/>
      </w:pPr>
      <w:r>
        <w:t>لگے وہ تو وہ انسان کرتے ہیں کام تو اسی کو نصرت کہا گیا ہے یعنی اس کو</w:t>
      </w:r>
    </w:p>
    <w:p>
      <w:r>
        <w:rPr>
          <w:b/>
        </w:rPr>
        <w:t xml:space="preserve">[1:02:36] </w:t>
      </w:r>
      <w:r>
        <w:t>ek respectable term hai samjhiye real sense mein toh koi Allah ki nusrat kar nahi sakta hai lekin</w:t>
      </w:r>
    </w:p>
    <w:p>
      <w:pPr>
        <w:jc w:val="right"/>
      </w:pPr>
      <w:r>
        <w:t>ایک respectable term ہے سمجھیے real sense میں تو کوئی اللہ کی نصرت کر نہیں سکتا ہے لیکن</w:t>
      </w:r>
    </w:p>
    <w:p>
      <w:r>
        <w:rPr>
          <w:b/>
        </w:rPr>
        <w:t xml:space="preserve">[1:02:43] </w:t>
      </w:r>
      <w:r>
        <w:t>ek respectable term hai ke Allah ne is ko kaha ke Allah ki raah mein nusrat karna hai</w:t>
      </w:r>
    </w:p>
    <w:p>
      <w:pPr>
        <w:jc w:val="right"/>
      </w:pPr>
      <w:r>
        <w:t>ایک respectable term ہے کہ اللہ نے اس کو کہا کہ اللہ کی راہ میں نصرت کرنا ہے</w:t>
      </w:r>
    </w:p>
    <w:p>
      <w:r>
        <w:rPr>
          <w:b/>
        </w:rPr>
        <w:t xml:space="preserve">[1:02:49] </w:t>
      </w:r>
      <w:r>
        <w:t>ke Allah ke deen ko phailana, Allah ke mission ko logon tak pahunchana jis ko hum kehte hain</w:t>
      </w:r>
    </w:p>
    <w:p>
      <w:pPr>
        <w:jc w:val="right"/>
      </w:pPr>
      <w:r>
        <w:t>کہ اللہ کے دین کو پھیلانا، اللہ کے مشن کو لوگوں تک پہنچانا جس کو ہم کہتے ہیں</w:t>
      </w:r>
    </w:p>
    <w:p>
      <w:r>
        <w:rPr>
          <w:b/>
        </w:rPr>
        <w:t xml:space="preserve">[1:02:55] </w:t>
      </w:r>
      <w:r>
        <w:t>dawat ilal Allah is ko kaha gaya hai nusrat.</w:t>
      </w:r>
    </w:p>
    <w:p>
      <w:pPr>
        <w:jc w:val="right"/>
      </w:pPr>
      <w:r>
        <w:t>دعوت الی اللہ اس کو کہا گیا ہے نصرت۔</w:t>
      </w:r>
    </w:p>
    <w:p>
      <w:r>
        <w:rPr>
          <w:b/>
        </w:rPr>
        <w:t xml:space="preserve">[1:03:02] </w:t>
      </w:r>
      <w:r>
        <w:t>Maulana agla sawal Zia ur Rehman sahib ka hai unhon ne apni location nahi bheji hai un ka sawal</w:t>
      </w:r>
    </w:p>
    <w:p>
      <w:pPr>
        <w:jc w:val="right"/>
      </w:pPr>
      <w:r>
        <w:t>مولانا اگلا سوال ضیاء الرحمن صاحب کا ہے انہوں نے اپنی لوکیشن نہیں بھیجی ہے ان کا سوال</w:t>
      </w:r>
    </w:p>
    <w:p>
      <w:r>
        <w:rPr>
          <w:b/>
        </w:rPr>
        <w:t xml:space="preserve">[1:03:08] </w:t>
      </w:r>
      <w:r>
        <w:t>hai I think I am a failed person.</w:t>
      </w:r>
    </w:p>
    <w:p>
      <w:pPr>
        <w:jc w:val="right"/>
      </w:pPr>
      <w:r>
        <w:t>ہے I think I am a failed person.</w:t>
      </w:r>
    </w:p>
    <w:p>
      <w:r>
        <w:rPr>
          <w:b/>
        </w:rPr>
        <w:t xml:space="preserve">[1:03:15] </w:t>
      </w:r>
      <w:r>
        <w:t>I don't have higher education nor a permanent job.</w:t>
      </w:r>
    </w:p>
    <w:p>
      <w:pPr>
        <w:jc w:val="right"/>
      </w:pPr>
      <w:r>
        <w:t>I don't have higher education nor a permanent job.</w:t>
      </w:r>
    </w:p>
    <w:p>
      <w:r>
        <w:rPr>
          <w:b/>
        </w:rPr>
        <w:t xml:space="preserve">[1:03:20] </w:t>
      </w:r>
      <w:r>
        <w:t>So I am thinking to go abroad to get myself a chance for a good life for my</w:t>
      </w:r>
    </w:p>
    <w:p>
      <w:pPr>
        <w:jc w:val="right"/>
      </w:pPr>
      <w:r>
        <w:t>So I am thinking to go abroad to get myself a chance for a good life for my</w:t>
      </w:r>
    </w:p>
    <w:p>
      <w:r>
        <w:rPr>
          <w:b/>
        </w:rPr>
        <w:t xml:space="preserve">[1:03:26] </w:t>
      </w:r>
      <w:r>
        <w:t>children and family.</w:t>
      </w:r>
    </w:p>
    <w:p>
      <w:pPr>
        <w:jc w:val="right"/>
      </w:pPr>
      <w:r>
        <w:t>children and family.</w:t>
      </w:r>
    </w:p>
    <w:p>
      <w:r>
        <w:rPr>
          <w:b/>
        </w:rPr>
        <w:t xml:space="preserve">[1:03:31] </w:t>
      </w:r>
      <w:r>
        <w:t>Maulana sahib kindly guide me in this regard.</w:t>
      </w:r>
    </w:p>
    <w:p>
      <w:pPr>
        <w:jc w:val="right"/>
      </w:pPr>
      <w:r>
        <w:t>مولانا صاحب kindly guide me in this regard.</w:t>
      </w:r>
    </w:p>
    <w:p>
      <w:r>
        <w:rPr>
          <w:b/>
        </w:rPr>
        <w:t xml:space="preserve">[1:03:37] </w:t>
      </w:r>
      <w:r>
        <w:t>dekhiye, bahar jana koi choice nahi hai kyunke bahar ke mulkon mein yaani developed countries mein jo hai</w:t>
      </w:r>
    </w:p>
    <w:p>
      <w:pPr>
        <w:jc w:val="right"/>
      </w:pPr>
      <w:r>
        <w:t>دیکھیے، باہر جانا کوئی choice نہیں ہے کیونکہ باہر کے ملکوں میں یعنی developed countries میں جو ہے</w:t>
      </w:r>
    </w:p>
    <w:p>
      <w:r>
        <w:rPr>
          <w:b/>
        </w:rPr>
        <w:t xml:space="preserve">[1:03:42] </w:t>
      </w:r>
      <w:r>
        <w:t>bahut sakht competition hota hai.</w:t>
      </w:r>
    </w:p>
    <w:p>
      <w:pPr>
        <w:jc w:val="right"/>
      </w:pPr>
      <w:r>
        <w:t>بہت سخت competition ہوتا ہے۔</w:t>
      </w:r>
    </w:p>
    <w:p>
      <w:r>
        <w:rPr>
          <w:b/>
        </w:rPr>
        <w:t xml:space="preserve">[1:03:48] </w:t>
      </w:r>
      <w:r>
        <w:t>sirf merit par wahan milte hain.</w:t>
      </w:r>
    </w:p>
    <w:p>
      <w:pPr>
        <w:jc w:val="right"/>
      </w:pPr>
      <w:r>
        <w:t>صرف میرٹ پر وہاں ملتے ہیں۔</w:t>
      </w:r>
    </w:p>
    <w:p>
      <w:r>
        <w:rPr>
          <w:b/>
        </w:rPr>
        <w:t xml:space="preserve">[1:03:54] </w:t>
      </w:r>
      <w:r>
        <w:t>ameer jab aap ke paas deen India mein nahi kaam kare toh wahan kya kaam kare gi? jitne</w:t>
      </w:r>
    </w:p>
    <w:p>
      <w:pPr>
        <w:jc w:val="right"/>
      </w:pPr>
      <w:r>
        <w:t>امیر جب آپ کے پاس دین انڈیا میں نہیں کام کرے تو وہاں کیا کام کرے گی؟ جتنے</w:t>
      </w:r>
    </w:p>
    <w:p>
      <w:r>
        <w:rPr>
          <w:b/>
        </w:rPr>
        <w:t xml:space="preserve">[1:03:59] </w:t>
      </w:r>
      <w:r>
        <w:t>bhi developed countries hain wahan sirf merit kaam kaam aati hai aur koi cheez kaam nahi aati.</w:t>
      </w:r>
    </w:p>
    <w:p>
      <w:pPr>
        <w:jc w:val="right"/>
      </w:pPr>
      <w:r>
        <w:t>بھی developed countries ہیں وہاں صرف میرٹ کام کام آتی ہے اور کوئی چیز کام نہیں آتی۔</w:t>
      </w:r>
    </w:p>
    <w:p>
      <w:r>
        <w:rPr>
          <w:b/>
        </w:rPr>
        <w:t xml:space="preserve">[1:04:05] </w:t>
      </w:r>
      <w:r>
        <w:t>aur koi cheez kaam nahi aati wahan toh jab aap ke paas koi aisi yaani aisi koi degree</w:t>
      </w:r>
    </w:p>
    <w:p>
      <w:pPr>
        <w:jc w:val="right"/>
      </w:pPr>
      <w:r>
        <w:t>اور کوئی چیز کام نہیں آتی وہاں تو جب آپ کے پاس کوئی ایسی یعنی ایسی کوئی degree</w:t>
      </w:r>
    </w:p>
    <w:p>
      <w:r>
        <w:rPr>
          <w:b/>
        </w:rPr>
        <w:t xml:space="preserve">[1:04:10] </w:t>
      </w:r>
      <w:r>
        <w:t>nahi hai, expertise nahi hai toh wahan jaane ka koi koi matlab hi nahi banta.</w:t>
      </w:r>
    </w:p>
    <w:p>
      <w:pPr>
        <w:jc w:val="right"/>
      </w:pPr>
      <w:r>
        <w:t>نہیں ہے، expertise نہیں ہے تو وہاں جانے کا کوئی کوئی مطلب ہی نہیں بنتا۔</w:t>
      </w:r>
    </w:p>
    <w:p>
      <w:r>
        <w:rPr>
          <w:b/>
        </w:rPr>
        <w:t xml:space="preserve">[1:04:16] </w:t>
      </w:r>
      <w:r>
        <w:t>aap ko sirf yeh karna hai ke India hi mein yeh sochein ke kaun si skill apne andar paida karun.</w:t>
      </w:r>
    </w:p>
    <w:p>
      <w:pPr>
        <w:jc w:val="right"/>
      </w:pPr>
      <w:r>
        <w:t>آپ کو صرف یہ کرنا ہے کہ انڈیا ہی میں یہ سوچیں کہ کون سی skill اپنے اندر پیدا کروں۔</w:t>
      </w:r>
    </w:p>
    <w:p>
      <w:r>
        <w:rPr>
          <w:b/>
        </w:rPr>
        <w:t xml:space="preserve">[1:04:21] </w:t>
      </w:r>
      <w:r>
        <w:t>kisi skill ko apne andar develop karna pare ga training ke zariye se ya ya phir yeh ke</w:t>
      </w:r>
    </w:p>
    <w:p>
      <w:pPr>
        <w:jc w:val="right"/>
      </w:pPr>
      <w:r>
        <w:t>کسی skill کو اپنے اندر develop کرنا پڑے گا training کے ذریعے سے یا یا پھر یہ کہ</w:t>
      </w:r>
    </w:p>
    <w:p>
      <w:r>
        <w:rPr>
          <w:b/>
        </w:rPr>
        <w:t xml:space="preserve">[1:04:27] </w:t>
      </w:r>
      <w:r>
        <w:t>boht choti job par aadi ho jae.</w:t>
      </w:r>
    </w:p>
    <w:p>
      <w:pPr>
        <w:jc w:val="right"/>
      </w:pPr>
      <w:r>
        <w:t>بہت چھوٹی جاب پر عادی ہو جائے۔</w:t>
      </w:r>
    </w:p>
    <w:p>
      <w:r>
        <w:rPr>
          <w:b/>
        </w:rPr>
        <w:t xml:space="preserve">[1:04:33] </w:t>
      </w:r>
      <w:r>
        <w:t>aap dekhen, aaj ki society jo hai is mein do hi option hain aadmi ke liye: ya to</w:t>
      </w:r>
    </w:p>
    <w:p>
      <w:pPr>
        <w:jc w:val="right"/>
      </w:pPr>
      <w:r>
        <w:t>آپ دیکھیں، آج کی society جو ہے اس میں دو ہی option ہیں آدمی کے لیے: یا تو</w:t>
      </w:r>
    </w:p>
    <w:p>
      <w:r>
        <w:rPr>
          <w:b/>
        </w:rPr>
        <w:t xml:space="preserve">[1:04:38] </w:t>
      </w:r>
      <w:r>
        <w:t>choti job par aadi ho jae ya phir skill paida kare apne andar.</w:t>
      </w:r>
    </w:p>
    <w:p>
      <w:pPr>
        <w:jc w:val="right"/>
      </w:pPr>
      <w:r>
        <w:t>چھوٹی جاب پر عادی ہو جائے یا پھر skill پیدا کرے اپنے اندر۔</w:t>
      </w:r>
    </w:p>
    <w:p>
      <w:r>
        <w:rPr>
          <w:b/>
        </w:rPr>
        <w:t xml:space="preserve">[1:04:44] </w:t>
      </w:r>
      <w:r>
        <w:t>jaise is dilli mein lakhon lakh log larkay aur larkiyan kaam karte hain, dharu gharon mein jharoo dete</w:t>
      </w:r>
    </w:p>
    <w:p>
      <w:pPr>
        <w:jc w:val="right"/>
      </w:pPr>
      <w:r>
        <w:t>جیسے اس دلی میں لاکھوں لاکھ لوگ لڑکے اور لڑکیاں کام کرتے ہیں، دھارو گھروں میں جھاڑو دیتے</w:t>
      </w:r>
    </w:p>
    <w:p>
      <w:r>
        <w:rPr>
          <w:b/>
        </w:rPr>
        <w:t xml:space="preserve">[1:04:49] </w:t>
      </w:r>
      <w:r>
        <w:t>hain, safai karte hain, wo un ko kaam lia hua hai.</w:t>
      </w:r>
    </w:p>
    <w:p>
      <w:pPr>
        <w:jc w:val="right"/>
      </w:pPr>
      <w:r>
        <w:t>ہیں، صفائی کرتے ہیں، وہ ان کو کام لیا ہوا ہے۔</w:t>
      </w:r>
    </w:p>
    <w:p>
      <w:r>
        <w:rPr>
          <w:b/>
        </w:rPr>
        <w:t xml:space="preserve">[1:04:55] </w:t>
      </w:r>
      <w:r>
        <w:t>har aadmi abhi ab koi chahe to kaam mil mil jae ga to lekin log chahte hain koi</w:t>
      </w:r>
    </w:p>
    <w:p>
      <w:pPr>
        <w:jc w:val="right"/>
      </w:pPr>
      <w:r>
        <w:t>ہر آدمی ابھی اب کوئی چاہے تو کام مل مل جائے گا تو لیکن لوگ چاہتے ہیں کوئی</w:t>
      </w:r>
    </w:p>
    <w:p>
      <w:r>
        <w:rPr>
          <w:b/>
        </w:rPr>
        <w:t xml:space="preserve">[1:05:00] </w:t>
      </w:r>
      <w:r>
        <w:t>kisi base par baith ke baithne wala job.</w:t>
      </w:r>
    </w:p>
    <w:p>
      <w:pPr>
        <w:jc w:val="right"/>
      </w:pPr>
      <w:r>
        <w:t>کسی base پر بیٹھ کے بیٹھنے والا جاب۔</w:t>
      </w:r>
    </w:p>
    <w:p>
      <w:r>
        <w:rPr>
          <w:b/>
        </w:rPr>
        <w:t xml:space="preserve">[1:05:06] </w:t>
      </w:r>
      <w:r>
        <w:t>to dekhiye, job hamesha har har haal mein mojood rehta hai.</w:t>
      </w:r>
    </w:p>
    <w:p>
      <w:pPr>
        <w:jc w:val="right"/>
      </w:pPr>
      <w:r>
        <w:t>تو دیکھیے، جاب ہمیشہ ہر ہر حال میں موجود رہتا ہے۔</w:t>
      </w:r>
    </w:p>
    <w:p>
      <w:r>
        <w:rPr>
          <w:b/>
        </w:rPr>
        <w:t xml:space="preserve">[1:05:12] </w:t>
      </w:r>
      <w:r>
        <w:t>sirf yeh hai ke aap chahte hain zyada honorable job, wo nahi mil raha hai.</w:t>
      </w:r>
    </w:p>
    <w:p>
      <w:pPr>
        <w:jc w:val="right"/>
      </w:pPr>
      <w:r>
        <w:t>صرف یہ ہے کہ آپ چاہتے ہیں زیادہ honorable جاب، وہ نہیں مل رہا ہے۔</w:t>
      </w:r>
    </w:p>
    <w:p>
      <w:r>
        <w:rPr>
          <w:b/>
        </w:rPr>
        <w:t xml:space="preserve">[1:05:17] </w:t>
      </w:r>
      <w:r>
        <w:t>warna job to kia hai, agar aadmi derdi ho jae ghar ki safai par karne ka to sankron</w:t>
      </w:r>
    </w:p>
    <w:p>
      <w:pPr>
        <w:jc w:val="right"/>
      </w:pPr>
      <w:r>
        <w:t>ورنہ جاب تو کیا ہے، اگر آدمی دردی ہو جائے گھر کی صفائی پر کرنے کا تو سینکڑوں</w:t>
      </w:r>
    </w:p>
    <w:p>
      <w:r>
        <w:rPr>
          <w:b/>
        </w:rPr>
        <w:t xml:space="preserve">[1:05:23] </w:t>
      </w:r>
      <w:r>
        <w:t>job mojood hain aise aadmi ke liye.</w:t>
      </w:r>
    </w:p>
    <w:p>
      <w:pPr>
        <w:jc w:val="right"/>
      </w:pPr>
      <w:r>
        <w:t>جاب موجود ہیں ایسے آدمی کے لیے۔</w:t>
      </w:r>
    </w:p>
    <w:p>
      <w:r>
        <w:rPr>
          <w:b/>
        </w:rPr>
        <w:t xml:space="preserve">[1:05:28] </w:t>
      </w:r>
      <w:r>
        <w:t>to aap ko ya to choti job par raazi hona pare ga ya aap aisa karen ke koi</w:t>
      </w:r>
    </w:p>
    <w:p>
      <w:pPr>
        <w:jc w:val="right"/>
      </w:pPr>
      <w:r>
        <w:t>تو آپ کو یا تو چھوٹی جاب پر راضی ہونا پڑے گا یا آپ ایسا کریں کہ کوئی</w:t>
      </w:r>
    </w:p>
    <w:p>
      <w:r>
        <w:rPr>
          <w:b/>
        </w:rPr>
        <w:t xml:space="preserve">[1:05:34] </w:t>
      </w:r>
      <w:r>
        <w:t>skill paida karen apne andar.</w:t>
      </w:r>
    </w:p>
    <w:p>
      <w:pPr>
        <w:jc w:val="right"/>
      </w:pPr>
      <w:r>
        <w:t>skill پیدا کریں اپنے اندر۔</w:t>
      </w:r>
    </w:p>
    <w:p>
      <w:r>
        <w:rPr>
          <w:b/>
        </w:rPr>
        <w:t xml:space="preserve">[1:05:40] </w:t>
      </w:r>
      <w:r>
        <w:t>skill aik baat yeh hai, doosri baat yeh hai ke yeh tasawwur ghalat hai ke aap kaam kamain</w:t>
      </w:r>
    </w:p>
    <w:p>
      <w:pPr>
        <w:jc w:val="right"/>
      </w:pPr>
      <w:r>
        <w:t>Skill ایک بات یہ ہے، دوسری بات یہ ہے کہ یہ تصور غلط ہے کہ آپ کام کمائیں</w:t>
      </w:r>
    </w:p>
    <w:p>
      <w:r>
        <w:rPr>
          <w:b/>
        </w:rPr>
        <w:t xml:space="preserve">[1:05:45] </w:t>
      </w:r>
      <w:r>
        <w:t>ge to bachon ka kaam chle ga.</w:t>
      </w:r>
    </w:p>
    <w:p>
      <w:pPr>
        <w:jc w:val="right"/>
      </w:pPr>
      <w:r>
        <w:t>گے تو بچوں کا کام چلے گا۔</w:t>
      </w:r>
    </w:p>
    <w:p>
      <w:r>
        <w:rPr>
          <w:b/>
        </w:rPr>
        <w:t xml:space="preserve">[1:05:51] </w:t>
      </w:r>
      <w:r>
        <w:t>aap ki kamai se bachon ka koi talluq nahi hai.</w:t>
      </w:r>
    </w:p>
    <w:p>
      <w:pPr>
        <w:jc w:val="right"/>
      </w:pPr>
      <w:r>
        <w:t>آپ کی کمائی سے بچوں کا کوئی تعلق نہیں ہے۔</w:t>
      </w:r>
    </w:p>
    <w:p>
      <w:r>
        <w:rPr>
          <w:b/>
        </w:rPr>
        <w:t xml:space="preserve">[1:05:56] </w:t>
      </w:r>
      <w:r>
        <w:t>bachon ke andar aap instinct bhi paida kiye mehnat mehnat ka.</w:t>
      </w:r>
    </w:p>
    <w:p>
      <w:pPr>
        <w:jc w:val="right"/>
      </w:pPr>
      <w:r>
        <w:t>بچوں کے اندر آپ instinct بھی پیدا کیے محنت محنت کا۔</w:t>
      </w:r>
    </w:p>
    <w:p>
      <w:r>
        <w:rPr>
          <w:b/>
        </w:rPr>
        <w:t xml:space="preserve">[1:06:02] </w:t>
      </w:r>
      <w:r>
        <w:t>abhi mein qissa bata chuka hoon shayad aap se.</w:t>
      </w:r>
    </w:p>
    <w:p>
      <w:pPr>
        <w:jc w:val="right"/>
      </w:pPr>
      <w:r>
        <w:t>ابھی میں قصہ بتا چکا ہوں شاید آپ سے۔</w:t>
      </w:r>
    </w:p>
    <w:p>
      <w:r>
        <w:rPr>
          <w:b/>
        </w:rPr>
        <w:t xml:space="preserve">[1:06:07] </w:t>
      </w:r>
      <w:r>
        <w:t>hamare office mein aik sahab thay jo yahan kaam karte thay yani mamooli kaam tha un ka.</w:t>
      </w:r>
    </w:p>
    <w:p>
      <w:pPr>
        <w:jc w:val="right"/>
      </w:pPr>
      <w:r>
        <w:t>ہمارے آفس میں ایک صاحب تھے جو یہاں کام کرتے تھے یعنی معمولی کام تھا ان کا۔</w:t>
      </w:r>
    </w:p>
    <w:p>
      <w:r>
        <w:rPr>
          <w:b/>
        </w:rPr>
        <w:t xml:space="preserve">[1:06:13] </w:t>
      </w:r>
      <w:r>
        <w:t>achanak uth ke death ho gai achanak to un ke kai chote chote bache thay.</w:t>
      </w:r>
    </w:p>
    <w:p>
      <w:pPr>
        <w:jc w:val="right"/>
      </w:pPr>
      <w:r>
        <w:t>اچانک اٹھ کے death ہو گئی اچانک تو ان کے کئی چھوٹے چھوٹے بچے تھے۔</w:t>
      </w:r>
    </w:p>
    <w:p>
      <w:r>
        <w:rPr>
          <w:b/>
        </w:rPr>
        <w:t xml:space="preserve">[1:06:19] </w:t>
      </w:r>
      <w:r>
        <w:t>to hum sab logon ne socha ke ab kia hoga, kia hoga lekin kia hoga? nature ne kaam</w:t>
      </w:r>
    </w:p>
    <w:p>
      <w:pPr>
        <w:jc w:val="right"/>
      </w:pPr>
      <w:r>
        <w:t>تو ہم سب لوگوں نے سوچا کہ اب کیا ہوگا، کیا ہوگا لیکن کیا ہوگا؟ Nature نے کام</w:t>
      </w:r>
    </w:p>
    <w:p>
      <w:r>
        <w:rPr>
          <w:b/>
        </w:rPr>
        <w:t xml:space="preserve">[1:06:24] </w:t>
      </w:r>
      <w:r>
        <w:t>kia, nature ne har bache ke andar instinct jaag para ke mera baap mar gaya, ab mujhe kaam karna hai.</w:t>
      </w:r>
    </w:p>
    <w:p>
      <w:pPr>
        <w:jc w:val="right"/>
      </w:pPr>
      <w:r>
        <w:t>کیا، nature نے ہر بچے کے اندر instinct جاگ پڑا کہ میرا باپ مر گیا، اب مجھے کام کرنا ہے۔</w:t>
      </w:r>
    </w:p>
    <w:p>
      <w:r>
        <w:rPr>
          <w:b/>
        </w:rPr>
        <w:t xml:space="preserve">[1:06:30] </w:t>
      </w:r>
      <w:r>
        <w:t>mera baap mar gaya, ab mujhe kaam karna hai.</w:t>
      </w:r>
    </w:p>
    <w:p>
      <w:pPr>
        <w:jc w:val="right"/>
      </w:pPr>
      <w:r>
        <w:t>میرا باپ مر گیا، اب مجھے کام کرنا ہے۔</w:t>
      </w:r>
    </w:p>
    <w:p>
      <w:r>
        <w:rPr>
          <w:b/>
        </w:rPr>
        <w:t xml:space="preserve">[1:06:35] </w:t>
      </w:r>
      <w:r>
        <w:t>to sab bachon ne parh dala aur aur job bhi mil gaya un ko aur mujhe pata chala</w:t>
      </w:r>
    </w:p>
    <w:p>
      <w:pPr>
        <w:jc w:val="right"/>
      </w:pPr>
      <w:r>
        <w:t>تو سب بچوں نے پڑھ ڈالا اور اور جاب بھی مل گیا ان کو اور مجھے پتہ چلا</w:t>
      </w:r>
    </w:p>
    <w:p>
      <w:r>
        <w:rPr>
          <w:b/>
        </w:rPr>
        <w:t xml:space="preserve">[1:06:41] </w:t>
      </w:r>
      <w:r>
        <w:t>ke baqayda wo apne zaati ghar bana lia unhon ne.</w:t>
      </w:r>
    </w:p>
    <w:p>
      <w:pPr>
        <w:jc w:val="right"/>
      </w:pPr>
      <w:r>
        <w:t>کہ باقاعدہ وہ اپنے ذاتی گھر بنا لیا انہوں نے۔</w:t>
      </w:r>
    </w:p>
    <w:p>
      <w:r>
        <w:rPr>
          <w:b/>
        </w:rPr>
        <w:t xml:space="preserve">[1:06:46] </w:t>
      </w:r>
      <w:r>
        <w:t>zati ghar halankay baap nay kuch paisa nahi chora tha in kay liye, instinct chora tha.</w:t>
      </w:r>
    </w:p>
    <w:p>
      <w:pPr>
        <w:jc w:val="right"/>
      </w:pPr>
      <w:r>
        <w:t>ذاتی گھر حالانکہ باپ نے کچھ پیسہ نہیں چھوڑا تھا ان کے لیے، instinct چھوڑا تھا۔</w:t>
      </w:r>
    </w:p>
    <w:p>
      <w:r>
        <w:rPr>
          <w:b/>
        </w:rPr>
        <w:t xml:space="preserve">[1:06:52] </w:t>
      </w:r>
      <w:r>
        <w:t>Instinct to aap ko mein do baatein kahoon ga: aap khud apnay andar skill paida kijiye aur yeh</w:t>
      </w:r>
    </w:p>
    <w:p>
      <w:pPr>
        <w:jc w:val="right"/>
      </w:pPr>
      <w:r>
        <w:t>Instinct تو آپ کو میں دو باتیں کہوں گا: آپ خود اپنے اندر skill پیدا کیجیے اور یہ</w:t>
      </w:r>
    </w:p>
    <w:p>
      <w:r>
        <w:rPr>
          <w:b/>
        </w:rPr>
        <w:t xml:space="preserve">[1:06:58] </w:t>
      </w:r>
      <w:r>
        <w:t>sochna chor dijiye ke aap kamayein gay to bachon ka kaam chalay ga.</w:t>
      </w:r>
    </w:p>
    <w:p>
      <w:pPr>
        <w:jc w:val="right"/>
      </w:pPr>
      <w:r>
        <w:t>سوچنا چھوڑ دیجیے کہ آپ کمائیں گے تو بچوں کا کام چلے گا۔</w:t>
      </w:r>
    </w:p>
    <w:p>
      <w:r>
        <w:rPr>
          <w:b/>
        </w:rPr>
        <w:t xml:space="preserve">[1:07:03] </w:t>
      </w:r>
      <w:r>
        <w:t>Bachon kay liye tum mehnat karo, un kay liye instinct paida kijiye.</w:t>
      </w:r>
    </w:p>
    <w:p>
      <w:pPr>
        <w:jc w:val="right"/>
      </w:pPr>
      <w:r>
        <w:t>بچوں کے لیے تم محنت کرو، ان کے لیے instinct پیدا کیجیے۔</w:t>
      </w:r>
    </w:p>
    <w:p>
      <w:r>
        <w:rPr>
          <w:b/>
        </w:rPr>
        <w:t xml:space="preserve">[1:07:09] </w:t>
      </w:r>
      <w:r>
        <w:t>Yeh do baatein mein arz karoon ga aap say.</w:t>
      </w:r>
    </w:p>
    <w:p>
      <w:pPr>
        <w:jc w:val="right"/>
      </w:pPr>
      <w:r>
        <w:t>یہ دو باتیں میں عرض کروں گا آپ سے۔</w:t>
      </w:r>
    </w:p>
    <w:p>
      <w:r>
        <w:rPr>
          <w:b/>
        </w:rPr>
        <w:t xml:space="preserve">[1:07:14] </w:t>
      </w:r>
      <w:r>
        <w:t>Maulana agla sawal Dr Fareeda comment hai Maulana Dr Fareeda khanoom ka Delhi say aur unhon nay likha</w:t>
      </w:r>
    </w:p>
    <w:p>
      <w:pPr>
        <w:jc w:val="right"/>
      </w:pPr>
      <w:r>
        <w:t>مولانا اگلا سوال ڈاکٹر فریدہ کمنٹ ہے مولانا ڈاکٹر فریدہ خانم کا دلی سے اور انہوں نے لکھا</w:t>
      </w:r>
    </w:p>
    <w:p>
      <w:r>
        <w:rPr>
          <w:b/>
        </w:rPr>
        <w:t xml:space="preserve">[1:07:20] </w:t>
      </w:r>
      <w:r>
        <w:t>hai ke the prophets belong to a different category, they are directly guided by God.</w:t>
      </w:r>
    </w:p>
    <w:p>
      <w:pPr>
        <w:jc w:val="right"/>
      </w:pPr>
      <w:r>
        <w:t>ہے کہ the prophets belong to a different category, they are directly guided by God.</w:t>
      </w:r>
    </w:p>
    <w:p>
      <w:r>
        <w:rPr>
          <w:b/>
        </w:rPr>
        <w:t xml:space="preserve">[1:07:26] </w:t>
      </w:r>
      <w:r>
        <w:t>When we make any such comment as the greatest rationalist, we don't compare ourselves with prophets. Sahi baat hai. Okay, so we will end this session now. Thank you.</w:t>
      </w:r>
    </w:p>
    <w:p>
      <w:pPr>
        <w:jc w:val="right"/>
      </w:pPr>
      <w:r>
        <w:t>When we make any such comment as the greatest rationalist, we don't compare ourselves with prophets. صحیح بات ہے۔ Okay, so we will end this session now. 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